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Divine Wisdom July 23, 2006 Maulana Wahiduddin Khan</w:t>
      </w:r>
    </w:p>
    <w:p>
      <w:r>
        <w:t>https://www.youtube.com/watch?v=0vdAgFREstg</w:t>
      </w:r>
    </w:p>
    <w:p>
      <w:r>
        <w:rPr>
          <w:b/>
        </w:rPr>
        <w:t xml:space="preserve">[00:13] </w:t>
      </w:r>
      <w:r>
        <w:t>Bismillah hir rehman nir rahim, wa salallahu ala nabiyyil karim. Rab ishrah li sadri, wa yassir li amri, wahul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[00:33] </w:t>
      </w:r>
      <w:r>
        <w:t>aaj ka topic hai "Divine Wisdom".</w:t>
      </w:r>
    </w:p>
    <w:p>
      <w:pPr>
        <w:jc w:val="right"/>
      </w:pPr>
      <w:r>
        <w:t>آج کا ٹاپک ہے "ڈیوائن وزڈم"۔</w:t>
      </w:r>
    </w:p>
    <w:p>
      <w:r>
        <w:rPr>
          <w:b/>
        </w:rPr>
        <w:t xml:space="preserve">[00:43] </w:t>
      </w:r>
      <w:r>
        <w:t>quran mein bataya gaya hai ke</w:t>
      </w:r>
    </w:p>
    <w:p>
      <w:pPr>
        <w:jc w:val="right"/>
      </w:pPr>
      <w:r>
        <w:t>قرآن میں بتایا گیا ہے کہ</w:t>
      </w:r>
    </w:p>
    <w:p>
      <w:r>
        <w:rPr>
          <w:b/>
        </w:rPr>
        <w:t xml:space="preserve">[00:47] </w:t>
      </w:r>
      <w:r>
        <w:t>paighambar e islam ka aik kaam yeh tha ke aap dunya ko wisdom batayein. Yعلمہ بالکتاب والحکمہ.</w:t>
      </w:r>
    </w:p>
    <w:p>
      <w:pPr>
        <w:jc w:val="right"/>
      </w:pPr>
      <w:r>
        <w:t>پیغمبر اسلام کا ایک کام یہ تھا کہ آپ دنیا کو وزڈم بتائیں۔ یعلمہ بالکتاب والحکمہ۔</w:t>
      </w:r>
    </w:p>
    <w:p>
      <w:r>
        <w:rPr>
          <w:b/>
        </w:rPr>
        <w:t xml:space="preserve">[00:59] </w:t>
      </w:r>
      <w:r>
        <w:t>Hikmah means wisdom.</w:t>
      </w:r>
    </w:p>
    <w:p>
      <w:pPr>
        <w:jc w:val="right"/>
      </w:pPr>
      <w:r>
        <w:t>حکمہ مینز وزڈم۔</w:t>
      </w:r>
    </w:p>
    <w:p>
      <w:r>
        <w:rPr>
          <w:b/>
        </w:rPr>
        <w:t xml:space="preserve">[01:05] </w:t>
      </w:r>
      <w:r>
        <w:t>wisdom kya hai? wisdom yeh hai ke aap khuda ke creation plan ko jaanein aur is se adjust karte hue apna kaam karein.</w:t>
      </w:r>
    </w:p>
    <w:p>
      <w:pPr>
        <w:jc w:val="right"/>
      </w:pPr>
      <w:r>
        <w:t>وزڈم کیا ہے؟ وزڈم یہ ہے کہ آپ خدا کے کریشن پلان کو جانیں اور اس سے ایڈجسٹ کرتے ہوئے اپنا کام کریں۔</w:t>
      </w:r>
    </w:p>
    <w:p>
      <w:r>
        <w:rPr>
          <w:b/>
        </w:rPr>
        <w:t xml:space="preserve">[01:25] </w:t>
      </w:r>
      <w:r>
        <w:t>dunya mein har failure hota hai is liye ke aadmi apne mind se soch kar kaam karne lagta hai.</w:t>
      </w:r>
    </w:p>
    <w:p>
      <w:pPr>
        <w:jc w:val="right"/>
      </w:pPr>
      <w:r>
        <w:t>دنیا میں ہر فیلیر ہوتا ہے اس لیے کہ آدمی اپنے مائنڈ سے سوچ کر کام کرنے لگتا ہے۔</w:t>
      </w:r>
    </w:p>
    <w:p>
      <w:r>
        <w:rPr>
          <w:b/>
        </w:rPr>
        <w:t xml:space="preserve">[01:34] </w:t>
      </w:r>
      <w:r>
        <w:t>yeh bhool jata hai ke agar woh, agar us ki soch creator ke creation plan se collaborate na kare toh woh fail ho jayega.</w:t>
      </w:r>
    </w:p>
    <w:p>
      <w:pPr>
        <w:jc w:val="right"/>
      </w:pPr>
      <w:r>
        <w:t>یہ بھول جاتا ہے کہ اگر وہ، اگر اس کی سوچ کریٹر کے کریشن پلان سے کولیبریٹ نہ کرے تو وہ فیل ہو جائے گا۔</w:t>
      </w:r>
    </w:p>
    <w:p>
      <w:r>
        <w:rPr>
          <w:b/>
        </w:rPr>
        <w:t xml:space="preserve">[01:50] </w:t>
      </w:r>
      <w:r>
        <w:t>yahan mein prophet ki zindagi se misaal deta hoon.</w:t>
      </w:r>
    </w:p>
    <w:p>
      <w:pPr>
        <w:jc w:val="right"/>
      </w:pPr>
      <w:r>
        <w:t>یہاں میں پرافٹ کی زندگی سے مثال دیتا ہوں۔</w:t>
      </w:r>
    </w:p>
    <w:p>
      <w:r>
        <w:rPr>
          <w:b/>
        </w:rPr>
        <w:t xml:space="preserve">[01:57] </w:t>
      </w:r>
      <w:r>
        <w:t>tamam historian ne yeh maana hai ke prophet of islam ne dunya mein bohat badi success hasil ki.</w:t>
      </w:r>
    </w:p>
    <w:p>
      <w:pPr>
        <w:jc w:val="right"/>
      </w:pPr>
      <w:r>
        <w:t>تمام ہسٹورین نے یہ مانا ہے کہ پرافٹ آف اسلام نے دنیا میں بہت بڑی سکسیس حاصل کی۔</w:t>
      </w:r>
    </w:p>
    <w:p>
      <w:r>
        <w:rPr>
          <w:b/>
        </w:rPr>
        <w:t xml:space="preserve">[02:06] </w:t>
      </w:r>
      <w:r>
        <w:t>aap jante hain ke america ke doctor Michael Hart ne aik book likhi hai, "The Hundred". is mein top achiever mein prophet ka naam rakha hai unhone.</w:t>
      </w:r>
    </w:p>
    <w:p>
      <w:pPr>
        <w:jc w:val="right"/>
      </w:pPr>
      <w:r>
        <w:t>آپ جانتے ہیں کہ امریکہ کے ڈاکٹر مائیکل ہارٹ نے ایک بک لکھی ہے، "دا ہنڈرڈ"۔ اس میں ٹاپ اچیور میں پرافٹ کا نام رکھا ہے انہوں نے۔</w:t>
      </w:r>
    </w:p>
    <w:p>
      <w:r>
        <w:rPr>
          <w:b/>
        </w:rPr>
        <w:t xml:space="preserve">[02:22] </w:t>
      </w:r>
      <w:r>
        <w:t>woh likhte hain ke Muhammad was supremely successful man from both the secular and religious aspect.</w:t>
      </w:r>
    </w:p>
    <w:p>
      <w:pPr>
        <w:jc w:val="right"/>
      </w:pPr>
      <w:r>
        <w:t>وہ لکھتے ہیں کہ محمد واز سپریملی سکسیس فل مین فرام بوتھ دی سیکولر اینڈ ریلیجیس اسپیکٹ۔</w:t>
      </w:r>
    </w:p>
    <w:p>
      <w:r>
        <w:rPr>
          <w:b/>
        </w:rPr>
        <w:t xml:space="preserve">[02:40] </w:t>
      </w:r>
      <w:r>
        <w:t>magar woh yeh nahi bata sake ke supreme, un in ki supreme success ka kya secret kya tha.</w:t>
      </w:r>
    </w:p>
    <w:p>
      <w:pPr>
        <w:jc w:val="right"/>
      </w:pPr>
      <w:r>
        <w:t>مگر وہ یہ نہیں بتا سکے کہ سپریم، ان ان کی سپریم سکسیس کا کیا سیکرٹ کیا تھا۔</w:t>
      </w:r>
    </w:p>
    <w:p>
      <w:r>
        <w:rPr>
          <w:b/>
        </w:rPr>
        <w:t xml:space="preserve">[02:51] </w:t>
      </w:r>
      <w:r>
        <w:t>yeh us kitab mein nahin hai. Ek aur kitab mein jo professor E. Cult ki kitab hai, jo ek British historian thay,</w:t>
      </w:r>
    </w:p>
    <w:p>
      <w:pPr>
        <w:jc w:val="right"/>
      </w:pPr>
      <w:r>
        <w:t>یہ اس کتاب میں نہیں ہے۔ ایک اور کتاب میں جو پروفیسر ای کلٹ کی کتاب ہے، جو ایک برٹش ہسٹورین تھے،</w:t>
      </w:r>
    </w:p>
    <w:p>
      <w:r>
        <w:rPr>
          <w:b/>
        </w:rPr>
        <w:t xml:space="preserve">[03:06] </w:t>
      </w:r>
      <w:r>
        <w:t>to unhon ne Prophet Muhammad ke baray mein likha hai ke</w:t>
      </w:r>
    </w:p>
    <w:p>
      <w:pPr>
        <w:jc w:val="right"/>
      </w:pPr>
      <w:r>
        <w:t>تو انہوں نے پرافٹ محمد کے بارے میں لکھا ہے کہ</w:t>
      </w:r>
    </w:p>
    <w:p>
      <w:r>
        <w:rPr>
          <w:b/>
        </w:rPr>
        <w:t xml:space="preserve">[03:11] </w:t>
      </w:r>
      <w:r>
        <w:t>he faced adversity with a determination to wring success out of failure.</w:t>
      </w:r>
    </w:p>
    <w:p>
      <w:pPr>
        <w:jc w:val="right"/>
      </w:pPr>
      <w:r>
        <w:t>ہی فیسڈ ایڈورسٹی ودا ڈیٹرمینیشن ٹو ڈنگ سکسیس آؤٹ آف فیلیر۔</w:t>
      </w:r>
    </w:p>
    <w:p>
      <w:r>
        <w:rPr>
          <w:b/>
        </w:rPr>
        <w:t xml:space="preserve">[03:22] </w:t>
      </w:r>
      <w:r>
        <w:t>Unhon ne mushkilat ka samna is azm ke sath kiya ke nakami se kamyabi ko nichorain.</w:t>
      </w:r>
    </w:p>
    <w:p>
      <w:pPr>
        <w:jc w:val="right"/>
      </w:pPr>
      <w:r>
        <w:t>انہوں نے مشکلات کا سامنا اس عزم کے ساتھ کیا کہ ناکامی سے کامیابی کو نچوڑیں۔</w:t>
      </w:r>
    </w:p>
    <w:p>
      <w:r>
        <w:rPr>
          <w:b/>
        </w:rPr>
        <w:t xml:space="preserve">[03:35] </w:t>
      </w:r>
      <w:r>
        <w:t>Lekin phir bhi yeh baat poori tarah clear nahin hoti is mein. Lekin poori baat clear hoti hai Quran se.</w:t>
      </w:r>
    </w:p>
    <w:p>
      <w:pPr>
        <w:jc w:val="right"/>
      </w:pPr>
      <w:r>
        <w:t>لیکن پھر بھی یہ بات پوری طرح کلیئر نہیں ہوتی اس میں۔ لیکن پوری بات کلیئر ہوتی ہے قرآن سے۔</w:t>
      </w:r>
    </w:p>
    <w:p>
      <w:r>
        <w:rPr>
          <w:b/>
        </w:rPr>
        <w:t xml:space="preserve">[03:46] </w:t>
      </w:r>
      <w:r>
        <w:t>Quran ki chapter number 95 aap parhiye. Ek chota sa chapter hai jisko "At-Teen" kehte hain.</w:t>
      </w:r>
    </w:p>
    <w:p>
      <w:pPr>
        <w:jc w:val="right"/>
      </w:pPr>
      <w:r>
        <w:t>قرآن کی چیپٹر نمبر 95 آپ پڑھیے۔ ایک چھوٹا سا چیپٹر ہے جس کو "التین" کہتے ہیں۔</w:t>
      </w:r>
    </w:p>
    <w:p>
      <w:r>
        <w:rPr>
          <w:b/>
        </w:rPr>
        <w:t xml:space="preserve">[03:57] </w:t>
      </w:r>
      <w:r>
        <w:t>Chapter number 95. Is mein bataya gaya hai ke ke laqad khalaqnal insana fi ahsani taqwim, thumma radadna asfalas safilin.</w:t>
      </w:r>
    </w:p>
    <w:p>
      <w:pPr>
        <w:jc w:val="right"/>
      </w:pPr>
      <w:r>
        <w:t>چیپٹر نمبر 95۔ اس میں بتایا گیا ہے کہ کہ لقد خلقنا الانسان فی احسن تقویم، ثم رددنا اسفل السافرین۔</w:t>
      </w:r>
    </w:p>
    <w:p>
      <w:r>
        <w:rPr>
          <w:b/>
        </w:rPr>
        <w:t xml:space="preserve">[04:12] </w:t>
      </w:r>
      <w:r>
        <w:t>illa allazina amanu wa amilus salihate faluhum ajrun ghairu mamnun.</w:t>
      </w:r>
    </w:p>
    <w:p>
      <w:pPr>
        <w:jc w:val="right"/>
      </w:pPr>
      <w:r>
        <w:t>الا الذین آمنوا وعملوا الصالحات فلہم اجر غیر ممنون۔</w:t>
      </w:r>
    </w:p>
    <w:p>
      <w:r>
        <w:rPr>
          <w:b/>
        </w:rPr>
        <w:t xml:space="preserve">[04:20] </w:t>
      </w:r>
      <w:r>
        <w:t>Dekhiye, is ka jo translation hai,</w:t>
      </w:r>
    </w:p>
    <w:p>
      <w:pPr>
        <w:jc w:val="right"/>
      </w:pPr>
      <w:r>
        <w:t>دیکھیں، اس کا جو ٹرانسیشن ہے،</w:t>
      </w:r>
    </w:p>
    <w:p>
      <w:r>
        <w:rPr>
          <w:b/>
        </w:rPr>
        <w:t xml:space="preserve">[04:27] </w:t>
      </w:r>
      <w:r>
        <w:t>wo samjhiye, is translation ko samajhne ke liye aap ko between the lines parhna parega. Translation to yeh hai ke we created man with the best mold,</w:t>
      </w:r>
    </w:p>
    <w:p>
      <w:pPr>
        <w:jc w:val="right"/>
      </w:pPr>
      <w:r>
        <w:t>وہ سمجھیں، اس ٹرانسیشن کو سمجھنے کے لیے آپ کو بٹوین دا لائن پڑھنا پڑے گا۔ ٹرانسیشن تو یہ ہے کہ وی کریٹڈ مین ودا بیسٹ مول،</w:t>
      </w:r>
    </w:p>
    <w:p>
      <w:r>
        <w:rPr>
          <w:b/>
        </w:rPr>
        <w:t xml:space="preserve">[04:41] </w:t>
      </w:r>
      <w:r>
        <w:t>then we cast him down to the lowest of the low, except those who are people of faith.</w:t>
      </w:r>
    </w:p>
    <w:p>
      <w:pPr>
        <w:jc w:val="right"/>
      </w:pPr>
      <w:r>
        <w:t>دین وی کاسٹ ہم ڈاؤن ٹو دا لوئسٹ آف دا لو، ایکسیپٹ دوز ہو آر پیپل آف فیتھ۔</w:t>
      </w:r>
    </w:p>
    <w:p>
      <w:r>
        <w:rPr>
          <w:b/>
        </w:rPr>
        <w:t xml:space="preserve">[04:54] </w:t>
      </w:r>
      <w:r>
        <w:t>To yeh to is ka literal translation hai. Lekin is ka matlab kya hai? Is par maine bohat ghor kiya aur bohat parha is ko.</w:t>
      </w:r>
    </w:p>
    <w:p>
      <w:pPr>
        <w:jc w:val="right"/>
      </w:pPr>
      <w:r>
        <w:t>تو یہ تو اس کا لیٹرل ٹرانسیشن ہے۔ لیکن اس کا مطلب کیا ہے؟ اس پر میں نے بہت غور کیا اور بہت پڑھا اس کو۔</w:t>
      </w:r>
    </w:p>
    <w:p>
      <w:r>
        <w:rPr>
          <w:b/>
        </w:rPr>
        <w:t xml:space="preserve">[05:04] </w:t>
      </w:r>
      <w:r>
        <w:t>To is ka matlab hai ke life is full of problems. Yani according to the creation plan of God, life is full of problems,</w:t>
      </w:r>
    </w:p>
    <w:p>
      <w:pPr>
        <w:jc w:val="right"/>
      </w:pPr>
      <w:r>
        <w:t>تو اس کا مطلب ہے کہ لائف از فل آف پرابلم۔ یعنی اکارڈنگ ٹو دا کریشن پلان آف گاڈ، لائف از فل آف پرابلمز،</w:t>
      </w:r>
    </w:p>
    <w:p>
      <w:r>
        <w:rPr>
          <w:b/>
        </w:rPr>
        <w:t xml:space="preserve">[05:20] </w:t>
      </w:r>
      <w:r>
        <w:t>except those who know the art of problem management. Quran mein aisi kai aayatein hain, kai verses hain.</w:t>
      </w:r>
    </w:p>
    <w:p>
      <w:pPr>
        <w:jc w:val="right"/>
      </w:pPr>
      <w:r>
        <w:t>ایکسیپٹ دوز ہو نو دا آرٹ آف پرابلم مینجمنٹ۔ قرآن میں ایسی کئی آیتیں ہیں، کئی ورسز ہیں۔</w:t>
      </w:r>
    </w:p>
    <w:p>
      <w:r>
        <w:rPr>
          <w:b/>
        </w:rPr>
        <w:t xml:space="preserve">[05:33] </w:t>
      </w:r>
      <w:r>
        <w:t>Is mein bataya gaya hai ke Khuda ne laqad khalaqnal insana fi kabad. Khuda ka jo creation plan hai, is mein insaan ko paida hi kiya gaya hai mushkilon mein.</w:t>
      </w:r>
    </w:p>
    <w:p>
      <w:pPr>
        <w:jc w:val="right"/>
      </w:pPr>
      <w:r>
        <w:t>اس میں بتایا گیا ہے کہ خدا نے لقد خلقنا الانسان فی کبد۔ خدا کا جو کریشن پلان ہے، اس میں انسان کو پیدا ہی کیا گیا ہے مشکلوں میں۔</w:t>
      </w:r>
    </w:p>
    <w:p>
      <w:r>
        <w:rPr>
          <w:b/>
        </w:rPr>
        <w:t xml:space="preserve">[05:45] </w:t>
      </w:r>
      <w:r>
        <w:t>Jaise phool ko paida kiya hai thorn ke sath. Yani flower ke sath thorn laga hua hai. Aisi zindagi ke sath problem laga hua hai.</w:t>
      </w:r>
    </w:p>
    <w:p>
      <w:pPr>
        <w:jc w:val="right"/>
      </w:pPr>
      <w:r>
        <w:t>جیسے پھول کو پیدا کیا ہے تھارن کے ساتھ۔ یعنی فلاور کے ساتھ تھارن لگا ہوا ہے۔ ایسی زندگی کے ساتھ پرابلم لگا ہوا ہے۔</w:t>
      </w:r>
    </w:p>
    <w:p>
      <w:r>
        <w:rPr>
          <w:b/>
        </w:rPr>
        <w:t xml:space="preserve">[05:58] </w:t>
      </w:r>
      <w:r>
        <w:t>To problem ko hum mita nahin sakte. We cannot eliminate problems. We have no option other than to manage these problems.</w:t>
      </w:r>
    </w:p>
    <w:p>
      <w:pPr>
        <w:jc w:val="right"/>
      </w:pPr>
      <w:r>
        <w:t>تو پرابلم کو ہم مٹا نہیں سکتے۔ وی کین ناٹ ایلیمینیٹ پرابلمز۔ وی ہیو نو آپشن ادر دین ٹو مینج دیز پرابلمز۔</w:t>
      </w:r>
    </w:p>
    <w:p>
      <w:r>
        <w:rPr>
          <w:b/>
        </w:rPr>
        <w:t xml:space="preserve">[06:13] </w:t>
      </w:r>
      <w:r>
        <w:t>Yeh ek saada si baat se poori history mein log unaware rahe. Isi liye history mein aap dekhte hain ke sare log jo uthe, wo problem fighter thay.</w:t>
      </w:r>
    </w:p>
    <w:p>
      <w:pPr>
        <w:jc w:val="right"/>
      </w:pPr>
      <w:r>
        <w:t>یہ ایک سادہ سی بات سے پوری ہسٹری میں لوگ ان اویر رہے۔ اسی لیے ہسٹری میں آپ دیکھتے ہیں کہ سارے لوگ جو اٹھے، وہ پرابلم فائٹر تھے۔</w:t>
      </w:r>
    </w:p>
    <w:p>
      <w:r>
        <w:rPr>
          <w:b/>
        </w:rPr>
        <w:t xml:space="preserve">[06:27] </w:t>
      </w:r>
      <w:r>
        <w:t>Problem manager nahin thay. Poori history mein hum ko yeh dikhai padta hai ke jitne philosopher, jitne reformer, jitne thinker, sab ke sab problem fighter, problem fighter.</w:t>
      </w:r>
    </w:p>
    <w:p>
      <w:pPr>
        <w:jc w:val="right"/>
      </w:pPr>
      <w:r>
        <w:t>پرابلم مینیجر نہیں تھے۔ پوری ہسٹری میں ہم کو یہ دکھائی پڑتا ہے کہ جتنے فلاسفر، جتنے ریفارمر، جتنے تھنکر، سب کے سب پرابلم فائٹر، پرابلم فائٹر۔</w:t>
      </w:r>
    </w:p>
    <w:p>
      <w:r>
        <w:rPr>
          <w:b/>
        </w:rPr>
        <w:t xml:space="preserve">[06:43] </w:t>
      </w:r>
      <w:r>
        <w:t>Isi liye sab ka case failure ka case hai. Kisi ne bohat sahi taur par likha hai ke all the revolutions were case of failures.</w:t>
      </w:r>
    </w:p>
    <w:p>
      <w:pPr>
        <w:jc w:val="right"/>
      </w:pPr>
      <w:r>
        <w:t>اسی لیے سب کا کیس فیلیر کا کیس ہے۔ کسی نے بہت صحیح طور پر لکھا ہے کہ ال دا ریولوشنز ویر کیس آف فیلیرز۔</w:t>
      </w:r>
    </w:p>
    <w:p>
      <w:r>
        <w:rPr>
          <w:b/>
        </w:rPr>
        <w:t xml:space="preserve">[06:57] </w:t>
      </w:r>
      <w:r>
        <w:t>Yani failure kis sense mein? Ke jo un ka asal target tha ke better society banana, wo achieve nahin kar sake.</w:t>
      </w:r>
    </w:p>
    <w:p>
      <w:pPr>
        <w:jc w:val="right"/>
      </w:pPr>
      <w:r>
        <w:t>یعنی فیلیر کس سینس میں؟ کہ جو ان کا اصل ٹارگٹ تھا کہ بیٹر سوسائٹی بنانا، وہ اچیو نہیں کر سکے۔</w:t>
      </w:r>
    </w:p>
    <w:p>
      <w:r>
        <w:rPr>
          <w:b/>
        </w:rPr>
        <w:t xml:space="preserve">[07:09] </w:t>
      </w:r>
      <w:r>
        <w:t>Wo sirf tod phod hui. Bas to kyun hui? Is liye ke tamam philosophers, tamam reformers is is opposition mein thay ke society ko problem free society banayein,</w:t>
      </w:r>
    </w:p>
    <w:p>
      <w:pPr>
        <w:jc w:val="right"/>
      </w:pPr>
      <w:r>
        <w:t>وہ صرف توڑ پھوڑ ہوئی۔ بس تو کیوں ہوئی؟ اس لیے کہ تمام فلاسفرز، تمام ریفارمرز اس اس اپوزیشن میں تھے کہ سوسائٹی کو پرابلم فری سوسائٹی بنائیں،</w:t>
      </w:r>
    </w:p>
    <w:p>
      <w:r>
        <w:rPr>
          <w:b/>
        </w:rPr>
        <w:t xml:space="preserve">[07:26] </w:t>
      </w:r>
      <w:r>
        <w:t>evil free society banayein. Isi mein lage rahe sare philosophers, including Marx aur Rousseau.</w:t>
      </w:r>
    </w:p>
    <w:p>
      <w:pPr>
        <w:jc w:val="right"/>
      </w:pPr>
      <w:r>
        <w:t>ایول فری سوسائٹی بنائیں۔ اسی میں لگے رہے سارے فلاسفرز، انکلوڈنگ مارس اور روسو۔</w:t>
      </w:r>
    </w:p>
    <w:p>
      <w:r>
        <w:rPr>
          <w:b/>
        </w:rPr>
        <w:t xml:space="preserve">[07:38] </w:t>
      </w:r>
      <w:r>
        <w:t>To chunke according to the creation plan of God, problem was a part of life. Jis tarah se rose plan mein aap jante hain ke thorn problem of tree hai,</w:t>
      </w:r>
    </w:p>
    <w:p>
      <w:pPr>
        <w:jc w:val="right"/>
      </w:pPr>
      <w:r>
        <w:t>تو چونکہ اکارڈنگ ٹو دا کریشن پلان آف گاڈ، پرابلم واز ا پارٹ آف لائف۔ جس طرح سے روز پلان میں آپ جانتے ہیں کہ تھارن پرابلم آف ٹری ہے،</w:t>
      </w:r>
    </w:p>
    <w:p>
      <w:r>
        <w:rPr>
          <w:b/>
        </w:rPr>
        <w:t xml:space="preserve">[07:57] </w:t>
      </w:r>
      <w:r>
        <w:t>wo rahega, rahega, rahega. Wo part of part of the tree hai.</w:t>
      </w:r>
    </w:p>
    <w:p>
      <w:pPr>
        <w:jc w:val="right"/>
      </w:pPr>
      <w:r>
        <w:t>وہ رہے گا، رہے گا، رہے گا۔ وہ پارٹ آف پارٹ آف دا ٹری ہے۔</w:t>
      </w:r>
    </w:p>
    <w:p>
      <w:r>
        <w:rPr>
          <w:b/>
        </w:rPr>
        <w:t xml:space="preserve">[08:06] </w:t>
      </w:r>
      <w:r>
        <w:t>to is tarah se zindagi mein jab problem part of life thay to aap is ko mita nahi sakte thay. to saare log problem fighter bane rehay.</w:t>
      </w:r>
    </w:p>
    <w:p>
      <w:pPr>
        <w:jc w:val="right"/>
      </w:pPr>
      <w:r>
        <w:t>تو اس طرح سے زندگی میں جب پرابلم پارٹ آف لائف تھے تو آپ اس کو مٹا نہیں سکتے تھے۔ تو سارے لوگ پرابلم فائٹر بنے رہے۔</w:t>
      </w:r>
    </w:p>
    <w:p>
      <w:r>
        <w:rPr>
          <w:b/>
        </w:rPr>
        <w:t xml:space="preserve">[08:18] </w:t>
      </w:r>
      <w:r>
        <w:t>koi bhi is mein problem solver na ban saka. to prophet of Islam ne koi yeh raaz Khuda ne bataya aur aap ne apni poori movement isi par chalai.</w:t>
      </w:r>
    </w:p>
    <w:p>
      <w:pPr>
        <w:jc w:val="right"/>
      </w:pPr>
      <w:r>
        <w:t>کوئی بھی اس میں پرابلم سالور نہ بن سکا۔ تو پرافٹ آف اسلام نے کوئی یہ راز خدا نے بتایا اور آپ نے اپنی پوری مومنٹ اسی پر چلائی۔</w:t>
      </w:r>
    </w:p>
    <w:p>
      <w:r>
        <w:rPr>
          <w:b/>
        </w:rPr>
        <w:t xml:space="preserve">[08:34] </w:t>
      </w:r>
      <w:r>
        <w:t>aap dunya mein prophet ki hesiyat se 23 saal rehay aur har din aap ka tha jis mein ke aap ko problem ko face karna para.</w:t>
      </w:r>
    </w:p>
    <w:p>
      <w:pPr>
        <w:jc w:val="right"/>
      </w:pPr>
      <w:r>
        <w:t>آپ دنیا میں پرافٹ کی حیثیت سے 23 سال رہے اور ہر دن آپ کا تھا جس میں کہ آپ کو پرابلم کو فیس کرنا پڑا۔</w:t>
      </w:r>
    </w:p>
    <w:p>
      <w:r>
        <w:rPr>
          <w:b/>
        </w:rPr>
        <w:t xml:space="preserve">[08:45] </w:t>
      </w:r>
      <w:r>
        <w:t>lekin har baar aap ne kiya kiya? problem ko avoid kar ke opportunity ko avail kiya. poori life jo thi Rasool Allah ki, woh yahi thi ke ignore the problems,</w:t>
      </w:r>
    </w:p>
    <w:p>
      <w:pPr>
        <w:jc w:val="right"/>
      </w:pPr>
      <w:r>
        <w:t>لیکن ہر بار آپ نے کیا کیا؟ پرابلم کو اوائڈ کر کے اپرچونیٹی کو اویل کیا۔ پوری لائف جو تھی رسول اللہ کی، وہ یہی تھی کہ اگنور دا پرابلمز،</w:t>
      </w:r>
    </w:p>
    <w:p>
      <w:r>
        <w:rPr>
          <w:b/>
        </w:rPr>
        <w:t xml:space="preserve">[08:59] </w:t>
      </w:r>
      <w:r>
        <w:t>avail the opportunities. yeh tha divine formula.</w:t>
      </w:r>
    </w:p>
    <w:p>
      <w:pPr>
        <w:jc w:val="right"/>
      </w:pPr>
      <w:r>
        <w:t>اویل دا اپرچونیٹیز۔ یہ تھا ڈیوائن فارمولا۔</w:t>
      </w:r>
    </w:p>
    <w:p>
      <w:r>
        <w:rPr>
          <w:b/>
        </w:rPr>
        <w:t xml:space="preserve">[09:07] </w:t>
      </w:r>
      <w:r>
        <w:t>jahan bhi aap dekhiye, log is is baat se unaware hone ki wajah se pareshaniyon mein phansay rehtay hain. bohat hi common misaal hai husband aur wife ki.</w:t>
      </w:r>
    </w:p>
    <w:p>
      <w:pPr>
        <w:jc w:val="right"/>
      </w:pPr>
      <w:r>
        <w:t>جہاں بھی آپ دیکھیے، لوگ اس اس بات سے ان ایور ہونے کی وجہ سے پریشانیوں میں پھنسے رہتے ہیں۔ بہت ہی کامن مثال ہے ہسبینڈ اور وائف کی۔</w:t>
      </w:r>
    </w:p>
    <w:p>
      <w:r>
        <w:rPr>
          <w:b/>
        </w:rPr>
        <w:t xml:space="preserve">[09:21] </w:t>
      </w:r>
      <w:r>
        <w:t>har ghar mein jhanjhat hai. shadi hui, jhanjhat shuru. jo kabhi separation pe pohanchta hai aur kabhi pareshaniyon mein ghirate ghirate aatay hain ke mar jatay hain.</w:t>
      </w:r>
    </w:p>
    <w:p>
      <w:pPr>
        <w:jc w:val="right"/>
      </w:pPr>
      <w:r>
        <w:t>ہر گھر میں جھنجھٹ ہے۔ شادی ہوئی، جھنجھٹ شروع۔ جو کبھی سیپریشن پہ پہنچتا ہے اور کبھی پریشانیوں میں گھیراتے گھیراتے آتے ہیں کہ مر جاتے ہیں۔</w:t>
      </w:r>
    </w:p>
    <w:p>
      <w:r>
        <w:rPr>
          <w:b/>
        </w:rPr>
        <w:t xml:space="preserve">[09:33] </w:t>
      </w:r>
      <w:r>
        <w:t>kyun? woh samajhtay hain ke married life ko problem free hona chahiye. to aisa to ho nahi sakta hai. woh to impossible hai.</w:t>
      </w:r>
    </w:p>
    <w:p>
      <w:pPr>
        <w:jc w:val="right"/>
      </w:pPr>
      <w:r>
        <w:t>کیوں؟ وہ سمجھتے ہیں کہ میرڈ لائف کو پرابلم فری ہونا چاہیے۔ تو ایسا تو ہو نہیں سکتا ہے۔ وہ تو امپاسیبل ہے۔</w:t>
      </w:r>
    </w:p>
    <w:p>
      <w:r>
        <w:rPr>
          <w:b/>
        </w:rPr>
        <w:t xml:space="preserve">[09:47] </w:t>
      </w:r>
      <w:r>
        <w:t>married life mein isi tarah se problem rehay ga jis tarah se social society mein rehta hai. chahe woh love marriage ho ya koi marriage ho.</w:t>
      </w:r>
    </w:p>
    <w:p>
      <w:pPr>
        <w:jc w:val="right"/>
      </w:pPr>
      <w:r>
        <w:t>میرڈ لائف میں اسی طرح سے پرابلم رہے گا جس طرح سے سوشل سوسائٹی میں رہتا ہے۔ چاہے وہ لو میرج ہو یا کوئی میرج ہو۔</w:t>
      </w:r>
    </w:p>
    <w:p>
      <w:r>
        <w:rPr>
          <w:b/>
        </w:rPr>
        <w:t xml:space="preserve">[09:59] </w:t>
      </w:r>
      <w:r>
        <w:t>to is simple baat ko nahi samajh patay husband aur wife ke humein problem se ladna nahi hai, humein problem ko manage karna hai.</w:t>
      </w:r>
    </w:p>
    <w:p>
      <w:pPr>
        <w:jc w:val="right"/>
      </w:pPr>
      <w:r>
        <w:t>تو اس سمپل بات کو نہیں سمجھ پاتے ہسبینڈ اور وائف کہ ہمیں پرابلم سے لڑنا نہیں ہے، ہمیں پرابلم کو مینج کرنا ہے۔</w:t>
      </w:r>
    </w:p>
    <w:p>
      <w:r>
        <w:rPr>
          <w:b/>
        </w:rPr>
        <w:t xml:space="preserve">[10:13] </w:t>
      </w:r>
      <w:r>
        <w:t>is saada si baat ko na samajhne ki wajah se married life logon ke liye aik museebat ban jati hai. koi to separation le leta hai, koi isi pareshani mein jeeta hai.</w:t>
      </w:r>
    </w:p>
    <w:p>
      <w:pPr>
        <w:jc w:val="right"/>
      </w:pPr>
      <w:r>
        <w:t>اس سادہ سی بات کو نہ سمجھنے کی وجہ سے میرڈ لائف لوگوں کے لیے ایک مصیبت بن جاتی ہے۔ کوئی تو سیپریشن لے لیتا ہے، کوئی اسی پریشانی میں جیتا ہے۔</w:t>
      </w:r>
    </w:p>
    <w:p>
      <w:r>
        <w:rPr>
          <w:b/>
        </w:rPr>
        <w:t xml:space="preserve">[10:25] </w:t>
      </w:r>
      <w:r>
        <w:t>halankay agar is baat ko janay woh ke married life mein bhi isi tarah problem rehay ga jis tarah se society mein rehta hai, to har har aurat aur mard ki zindagi sukh ki zindagi ban jaye.</w:t>
      </w:r>
    </w:p>
    <w:p>
      <w:pPr>
        <w:jc w:val="right"/>
      </w:pPr>
      <w:r>
        <w:t>حالانکہ اگر اس بات کو جانے وہ کہ میرڈ لائف میں بھی اسی طرح پرابلم رہے گا جس طرح سے سوسائٹی میں رہتا ہے، تو ہر ہر عورت اور مرد کی زندگی سکھ کی زندگی بن جائے۔</w:t>
      </w:r>
    </w:p>
    <w:p>
      <w:r>
        <w:rPr>
          <w:b/>
        </w:rPr>
        <w:t xml:space="preserve">[10:42] </w:t>
      </w:r>
      <w:r>
        <w:t>woh problem ko manage karein, na ke problem se ladein.</w:t>
      </w:r>
    </w:p>
    <w:p>
      <w:pPr>
        <w:jc w:val="right"/>
      </w:pPr>
      <w:r>
        <w:t>وہ پرابلم کو مینج کریں، نہ کہ پرابلم سے لڑیں۔</w:t>
      </w:r>
    </w:p>
    <w:p>
      <w:r>
        <w:rPr>
          <w:b/>
        </w:rPr>
        <w:t xml:space="preserve">[10:51] </w:t>
      </w:r>
      <w:r>
        <w:t>to prophet ko jo jo success mili itni bari, to aam taur par jo aap ke life likhnay walay log hain, is tarah likhtay hain jaise ke woh koi koi secret formula tha.</w:t>
      </w:r>
    </w:p>
    <w:p>
      <w:pPr>
        <w:jc w:val="right"/>
      </w:pPr>
      <w:r>
        <w:t>تو پرافٹ کو جو جو سکسیس ملی اتنی بڑی، تو عام طور پر جو آپ کے لائف لکھنے والے لوگ ہیں، اس طرح لکھتے ہیں جیسے کہ وہ کوئی کوئی سیکرٹ فارمولا تھا۔</w:t>
      </w:r>
    </w:p>
    <w:p>
      <w:r>
        <w:rPr>
          <w:b/>
        </w:rPr>
        <w:t xml:space="preserve">[11:04] </w:t>
      </w:r>
      <w:r>
        <w:t>yani koi secret power thi aap ke paas. prophet ke paas koi secret power thi, is se woh jeetay chalay gaye.</w:t>
      </w:r>
    </w:p>
    <w:p>
      <w:pPr>
        <w:jc w:val="right"/>
      </w:pPr>
      <w:r>
        <w:t>یعنی کوئی سیکرٹ پاور تھی آپ کے پاس۔ پرافٹ کے پاس کوئی سیکرٹ پاور تھی، اس سے وہ جیتتے چلے گئے۔</w:t>
      </w:r>
    </w:p>
    <w:p>
      <w:r>
        <w:rPr>
          <w:b/>
        </w:rPr>
        <w:t xml:space="preserve">[11:14] </w:t>
      </w:r>
      <w:r>
        <w:t>yeh bilkul baseless baat hai. agar aisa hota to Quran mein yeh na hota ke laqad kana lakum fi rasool Allah uswa hasana.</w:t>
      </w:r>
    </w:p>
    <w:p>
      <w:pPr>
        <w:jc w:val="right"/>
      </w:pPr>
      <w:r>
        <w:t>یہ بالکل بیسلیس بات ہے۔ اگر ایسا ہوتا تو قرآن میں یہ نہ ہوتا کہ لقد کان لکم فی رسول اللہ اسوۃ حسنہ۔</w:t>
      </w:r>
    </w:p>
    <w:p>
      <w:r>
        <w:rPr>
          <w:b/>
        </w:rPr>
        <w:t xml:space="preserve">[11:25] </w:t>
      </w:r>
      <w:r>
        <w:t>yani prophet ko good example ke taur par pesh kiya gaya hai is Qurani ko verse mein. ab bataiye ke agar prophet ke paas koi secret power ho, is se woh problem ko solve karte hon, to hamare liye woh example kaise banay ga?</w:t>
      </w:r>
    </w:p>
    <w:p>
      <w:pPr>
        <w:jc w:val="right"/>
      </w:pPr>
      <w:r>
        <w:t>یعنی پرافٹ کو گڈ ایگزیمپل کے طور پر پیش کیا گیا ہے اس قرآنی کو ورس میں۔ اب بتائیے کہ اگر پرافٹ کے پاس کوئی سیکرٹ پاور ہو، اس سے وہ پرابلم کو سالو کرتے ہوں، تو ہمارے لیے وہ ایگزامپل کیسے بنے گا؟</w:t>
      </w:r>
    </w:p>
    <w:p>
      <w:r>
        <w:rPr>
          <w:b/>
        </w:rPr>
        <w:t xml:space="preserve">[11:43] </w:t>
      </w:r>
      <w:r>
        <w:t>common common man ke liye woh example kaise banain ge? kyunke har aik ke liye to woh secret power hota nahi. to achi tarah samajh lijiye ke prophet ke paas koi secret power nahi tha.</w:t>
      </w:r>
    </w:p>
    <w:p>
      <w:pPr>
        <w:jc w:val="right"/>
      </w:pPr>
      <w:r>
        <w:t>کامن کامن مین کے لیے وہ ایگزامپل کیسے بنیں گے؟ کیونکہ ہر ایک کے لیے تو وہ سیکرٹ پاور ہوتا نہیں۔ تو اچھی طرح سمجھ لیجئے کہ پرافٹ کے پاس کوئی سیکرٹ پاور نہیں تھا۔</w:t>
      </w:r>
    </w:p>
    <w:p>
      <w:r>
        <w:rPr>
          <w:b/>
        </w:rPr>
        <w:t xml:space="preserve">[11:57] </w:t>
      </w:r>
      <w:r>
        <w:t>bas divine formula tha.</w:t>
      </w:r>
    </w:p>
    <w:p>
      <w:pPr>
        <w:jc w:val="right"/>
      </w:pPr>
      <w:r>
        <w:t>بس ڈیوائن فارمولا تھا۔</w:t>
      </w:r>
    </w:p>
    <w:p>
      <w:r>
        <w:rPr>
          <w:b/>
        </w:rPr>
        <w:t xml:space="preserve">[12:02] </w:t>
      </w:r>
      <w:r>
        <w:t>is divine formula se woh har cheez ko solve karte chalay gaye.</w:t>
      </w:r>
    </w:p>
    <w:p>
      <w:pPr>
        <w:jc w:val="right"/>
      </w:pPr>
      <w:r>
        <w:t>اس ڈیوائن فارمولے سے وہ ہر چیز کو سالو کرتے چلے گئے۔</w:t>
      </w:r>
    </w:p>
    <w:p>
      <w:r>
        <w:rPr>
          <w:b/>
        </w:rPr>
        <w:t xml:space="preserve">[12:12] </w:t>
      </w:r>
      <w:r>
        <w:t>woh divine formula hamare aap ke liye bhi itna hi hai jitna ke prophet ke liye tha. woh ab woh kya hai? woh yahi hai ke don't try to eliminate the problems.</w:t>
      </w:r>
    </w:p>
    <w:p>
      <w:pPr>
        <w:jc w:val="right"/>
      </w:pPr>
      <w:r>
        <w:t>وہ ڈیوائن فارمولا ہمارے آپ کے لیے بھی اتنا ہی ہے جتنا کہ پرافٹ کے لیے تھا۔ وہ اب وہ کیا ہے؟ وہ یہی ہے کہ ڈونٹ ٹرائی ٹو ایلیمینیٹ دا پرابلمز۔</w:t>
      </w:r>
    </w:p>
    <w:p>
      <w:r>
        <w:rPr>
          <w:b/>
        </w:rPr>
        <w:t xml:space="preserve">[12:25] </w:t>
      </w:r>
      <w:r>
        <w:t>instead, you have to learn the art of problem management.</w:t>
      </w:r>
    </w:p>
    <w:p>
      <w:pPr>
        <w:jc w:val="right"/>
      </w:pPr>
      <w:r>
        <w:t>انسٹیڈ، یو ہیو ٹو لرن دا آرٹ آف پرابلم مینجمنٹ۔</w:t>
      </w:r>
    </w:p>
    <w:p>
      <w:r>
        <w:rPr>
          <w:b/>
        </w:rPr>
        <w:t xml:space="preserve">[12:29] </w:t>
      </w:r>
      <w:r>
        <w:t>aik simple si baat hai.</w:t>
      </w:r>
    </w:p>
    <w:p>
      <w:pPr>
        <w:jc w:val="right"/>
      </w:pPr>
      <w:r>
        <w:t>ایک سمپل سی بات ہے۔</w:t>
      </w:r>
    </w:p>
    <w:p>
      <w:r>
        <w:rPr>
          <w:b/>
        </w:rPr>
        <w:t xml:space="preserve">[12:39] </w:t>
      </w:r>
      <w:r>
        <w:t>ab mein aik misaal deta hoon ke kis tarah se</w:t>
      </w:r>
    </w:p>
    <w:p>
      <w:pPr>
        <w:jc w:val="right"/>
      </w:pPr>
      <w:r>
        <w:t>اب میں ایک مثال دیتا ہوں کہ کس طرح سے</w:t>
      </w:r>
    </w:p>
    <w:p>
      <w:r>
        <w:rPr>
          <w:b/>
        </w:rPr>
        <w:t xml:space="preserve">[12:45] </w:t>
      </w:r>
      <w:r>
        <w:t>kai misaalain doon ga inshallah aap ko. dekhiye, saari history mein log confusion mein paday rehay hain. saaray philosophers philosophers of confusion thay.</w:t>
      </w:r>
    </w:p>
    <w:p>
      <w:pPr>
        <w:jc w:val="right"/>
      </w:pPr>
      <w:r>
        <w:t>کئی مثالیں دوں گا انشاءاللہ آپ کو۔ دیکھیے، ساری ہسٹری میں لوگ کنفیوژن میں پڑے رہے ہیں۔ سارے فلاسفرز فلاسفرز آف کنفیوژن تھے۔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