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May 7, 2006 Maulana Wahiduddin Khan</w:t>
      </w:r>
    </w:p>
    <w:p>
      <w:r>
        <w:t>https://www.youtube.com/watch?v=emWaKS55M_o</w:t>
      </w:r>
    </w:p>
    <w:p>
      <w:r>
        <w:rPr>
          <w:b/>
        </w:rPr>
        <w:t xml:space="preserve">[00:14] </w:t>
      </w:r>
      <w:r>
        <w:t>bismillah hir rahman nir rahim, wa salla Allahu ala an-nabiyyil karim.</w:t>
      </w:r>
    </w:p>
    <w:p>
      <w:pPr>
        <w:jc w:val="right"/>
      </w:pPr>
      <w:r>
        <w:t>بسم اللہ الرحمن الرحیم، وصلی اللہ علی النبی الکریم۔</w:t>
      </w:r>
    </w:p>
    <w:p>
      <w:r>
        <w:rPr>
          <w:b/>
        </w:rPr>
        <w:t xml:space="preserve">[00:27] </w:t>
      </w:r>
      <w:r>
        <w:t>aap jante hain ke bible, yani kitab-e-muqaddas jis ko christian aur jo mante hain, us mein nabiyon ka kalam hai.</w:t>
      </w:r>
    </w:p>
    <w:p>
      <w:pPr>
        <w:jc w:val="right"/>
      </w:pPr>
      <w:r>
        <w:t>آپ جانتے ہیں کہ بائبل، یعنی کتاب مقدس جس کو کرسچن اور جو مانتے ہیں، اس میں نبیوں کا کلام ہے۔</w:t>
      </w:r>
    </w:p>
    <w:p>
      <w:r>
        <w:rPr>
          <w:b/>
        </w:rPr>
        <w:t xml:space="preserve">[00:43] </w:t>
      </w:r>
      <w:r>
        <w:t>agarche is mein bahut kuch changes aa gaye hain, lekin abhi bhi is mein aise kalam hain jin ko parh kar lagta hai ke sach much yeh nabiyon hi ka kalam hoga.</w:t>
      </w:r>
    </w:p>
    <w:p>
      <w:pPr>
        <w:jc w:val="right"/>
      </w:pPr>
      <w:r>
        <w:t>اگرچہ اس میں بہت کچھ چینجز آ گئے ہیں، لیکن ابھی بھی اس میں ایسے کلام ہیں جن کو پڑھ کر لگتا ہے کہ سچ مچ یہ نبیوں ہی کا کلام ہوگا۔</w:t>
      </w:r>
    </w:p>
    <w:p>
      <w:r>
        <w:rPr>
          <w:b/>
        </w:rPr>
        <w:t xml:space="preserve">[00:59] </w:t>
      </w:r>
      <w:r>
        <w:t>agarche bible ki historical authenticity bahut zyada establish nahi hai, lekin aap ke andar agar woh test hai, divine test,</w:t>
      </w:r>
    </w:p>
    <w:p>
      <w:pPr>
        <w:jc w:val="right"/>
      </w:pPr>
      <w:r>
        <w:t>اگرچہ بائبل کی ہسٹوریکل آتھنٹیسٹی بہت زیادہ اسٹیبلش نہیں ہے، لیکن آپ کے اندر اگر وہ ٹیسٹ ہے، ڈیوائن ٹیسٹ،</w:t>
      </w:r>
    </w:p>
    <w:p>
      <w:r>
        <w:rPr>
          <w:b/>
        </w:rPr>
        <w:t xml:space="preserve">[01:14] </w:t>
      </w:r>
      <w:r>
        <w:t>to aap ka dil kahega ke yeh sach much nabiyon ka kalam hai. to is mein ek nabbi ki zuban se ek baat aayi hai jo mujh ko bahut zyada relevant maloom hoti hai.</w:t>
      </w:r>
    </w:p>
    <w:p>
      <w:pPr>
        <w:jc w:val="right"/>
      </w:pPr>
      <w:r>
        <w:t>تو آپ کا دل کہے گا کہ یہ سچ مچ نبیوں کا کلام ہے۔ تو اس میں ایک نبی کی زبان سے ایک بات آئی ہے جو مجھ کو بہت زیادہ ریلیونٹ معلوم ہوتی ہے۔</w:t>
      </w:r>
    </w:p>
    <w:p>
      <w:r>
        <w:rPr>
          <w:b/>
        </w:rPr>
        <w:t xml:space="preserve">[01:32] </w:t>
      </w:r>
      <w:r>
        <w:t>ek nabbi ne kaha ke nabbi ka kalam aap jante hain ke Allah ka kalam hota hai. nabbi Allah ki taraf se bolta hai.</w:t>
      </w:r>
    </w:p>
    <w:p>
      <w:pPr>
        <w:jc w:val="right"/>
      </w:pPr>
      <w:r>
        <w:t>ایک نبی نے کہا کہ نبی کا کلام آپ جانتے ہیں کہ خدا کا کلام ہوتا ہے۔ نبی خدا کی طرف سے بولتا ہے۔</w:t>
      </w:r>
    </w:p>
    <w:p>
      <w:r>
        <w:rPr>
          <w:b/>
        </w:rPr>
        <w:t xml:space="preserve">[01:43] </w:t>
      </w:r>
      <w:r>
        <w:t>nabbi ko revelation hota hai. Allah apna kalam reveal karta hai prophet par.</w:t>
      </w:r>
    </w:p>
    <w:p>
      <w:pPr>
        <w:jc w:val="right"/>
      </w:pPr>
      <w:r>
        <w:t>نبی کو ریویلیشن ہوتا ہے۔ خدا اپنا کلام ریویل کرتا ہے پرافیٹ پر۔</w:t>
      </w:r>
    </w:p>
    <w:p>
      <w:r>
        <w:rPr>
          <w:b/>
        </w:rPr>
        <w:t xml:space="preserve">[01:51] </w:t>
      </w:r>
      <w:r>
        <w:t>to prophet is ko le kar bolta hai. to is mein ek prophet ki zuban se yeh kaha gaya hai ke Allah ne apni creation mein, zameen o aasman mein,</w:t>
      </w:r>
    </w:p>
    <w:p>
      <w:pPr>
        <w:jc w:val="right"/>
      </w:pPr>
      <w:r>
        <w:t>تو پرافیٹ اس کو لے کر بولتا ہے۔ تو اس میں ایک پرافیٹ کی زبان سے یہ کہا گیا ہے کہ خدا نے اپنی کرییشن میں، زمین و آسمان میں،</w:t>
      </w:r>
    </w:p>
    <w:p>
      <w:r>
        <w:rPr>
          <w:b/>
        </w:rPr>
        <w:t xml:space="preserve">[02:14] </w:t>
      </w:r>
      <w:r>
        <w:t>silent language mein sab kuch bata diya. har taraf universe apni natural language mein woh sari baatein bol rahi hai jis ko hum revealed book mein parhte hain.</w:t>
      </w:r>
    </w:p>
    <w:p>
      <w:pPr>
        <w:jc w:val="right"/>
      </w:pPr>
      <w:r>
        <w:t>سائلنٹ لینگویج میں سب کچھ بتا دیا۔ ہر طرف یونیورس اپنی نیچرل لینگویج میں وہ ساری باتیں بول رہی ہے جس کو ہم ریویلڈ بک میں پڑھتے ہیں۔</w:t>
      </w:r>
    </w:p>
    <w:p>
      <w:r>
        <w:rPr>
          <w:b/>
        </w:rPr>
        <w:t xml:space="preserve">[02:35] </w:t>
      </w:r>
      <w:r>
        <w:t>lekin insan is ko sun kar positive response nahi deta.</w:t>
      </w:r>
    </w:p>
    <w:p>
      <w:pPr>
        <w:jc w:val="right"/>
      </w:pPr>
      <w:r>
        <w:t>لیکن انسان اس کو سن کر پازیٹیو ریسپانس نہیں دیتا۔</w:t>
      </w:r>
    </w:p>
    <w:p>
      <w:r>
        <w:rPr>
          <w:b/>
        </w:rPr>
        <w:t xml:space="preserve">[02:48] </w:t>
      </w:r>
      <w:r>
        <w:t>jaise Allah ne zameen mein petrol rakha. kaisi ajib baat hai ke prepared energy, bani banayi energy,</w:t>
      </w:r>
    </w:p>
    <w:p>
      <w:pPr>
        <w:jc w:val="right"/>
      </w:pPr>
      <w:r>
        <w:t>جیسے خدا نے زمین میں پیٹرول رکھا۔ کیسی عجیب بات ہے کہ پریپیرڈ انرجی، بنی بنائی انرجی،</w:t>
      </w:r>
    </w:p>
    <w:p>
      <w:r>
        <w:rPr>
          <w:b/>
        </w:rPr>
        <w:t xml:space="preserve">[03:03] </w:t>
      </w:r>
      <w:r>
        <w:t>ke is ko lijiye aur istemal kijiye.</w:t>
      </w:r>
    </w:p>
    <w:p>
      <w:pPr>
        <w:jc w:val="right"/>
      </w:pPr>
      <w:r>
        <w:t>کہ اس کو لیجیئے اور استعمال کیجیئے۔</w:t>
      </w:r>
    </w:p>
    <w:p>
      <w:r>
        <w:rPr>
          <w:b/>
        </w:rPr>
        <w:t xml:space="preserve">[03:09] </w:t>
      </w:r>
      <w:r>
        <w:t>kaisi ajib cheez hai ke kitne, kitna bara process chala nature mein. billion billion saal ka.</w:t>
      </w:r>
    </w:p>
    <w:p>
      <w:pPr>
        <w:jc w:val="right"/>
      </w:pPr>
      <w:r>
        <w:t>کیسی عجیب چیز ہے کہ کتنے، کتنا بڑا پراسیس چلا نیچر میں۔ بلین بلین سال کا۔</w:t>
      </w:r>
    </w:p>
    <w:p>
      <w:r>
        <w:rPr>
          <w:b/>
        </w:rPr>
        <w:t xml:space="preserve">[03:20] </w:t>
      </w:r>
      <w:r>
        <w:t>tab ja kar yeh hua ke woh anokhi cheez bane jis ko hum petrol kehte hain ya oil kehte hain.</w:t>
      </w:r>
    </w:p>
    <w:p>
      <w:pPr>
        <w:jc w:val="right"/>
      </w:pPr>
      <w:r>
        <w:t>تب جا کر یہ ہوا کہ وہ انوکھی چیز بنے جس کو ہم پیٹرول کہتے ہیں یا آئل کہتے ہیں۔</w:t>
      </w:r>
    </w:p>
    <w:p>
      <w:r>
        <w:rPr>
          <w:b/>
        </w:rPr>
        <w:t xml:space="preserve">[03:32] </w:t>
      </w:r>
      <w:r>
        <w:t>to is ko dekh kar insan kehta hai thrill aana chahiye. lekin sirf itna hi kar saka insan ke us ne ek industrial world banayi.</w:t>
      </w:r>
    </w:p>
    <w:p>
      <w:pPr>
        <w:jc w:val="right"/>
      </w:pPr>
      <w:r>
        <w:t>تو اس کو دیکھ کر انسان کہتا ہے تھرل آنا چاہیئے۔ لیکن صرف اتنا ہی کر سکا انسان کہ اس نے ایک انڈسٹریل ورلڈ بنائی۔</w:t>
      </w:r>
    </w:p>
    <w:p>
      <w:r>
        <w:rPr>
          <w:b/>
        </w:rPr>
        <w:t xml:space="preserve">[03:45] </w:t>
      </w:r>
      <w:r>
        <w:t>is ko exploit kar ke paisa kamana shuru kar diya. aur motor car o hawajat ke liye ke zariye woh apna dorne laga.</w:t>
      </w:r>
    </w:p>
    <w:p>
      <w:pPr>
        <w:jc w:val="right"/>
      </w:pPr>
      <w:r>
        <w:t>اس کو ایکسپائرٹ کر کے پیسہ کمانا شروع کر دیا۔ اور موٹر کار و حواجات کے لئے کے ذریعے وہ اپنا دوڑنے لگا۔</w:t>
      </w:r>
    </w:p>
    <w:p>
      <w:r>
        <w:rPr>
          <w:b/>
        </w:rPr>
        <w:t xml:space="preserve">[03:55] </w:t>
      </w:r>
      <w:r>
        <w:t>aur Allah ka shukr us ne ada nahi kiya.</w:t>
      </w:r>
    </w:p>
    <w:p>
      <w:pPr>
        <w:jc w:val="right"/>
      </w:pPr>
      <w:r>
        <w:t>اور خدا کا شکر اس نے ادا نہیں کیا۔</w:t>
      </w:r>
    </w:p>
    <w:p>
      <w:r>
        <w:rPr>
          <w:b/>
        </w:rPr>
        <w:t xml:space="preserve">[04:02] </w:t>
      </w:r>
      <w:r>
        <w:t>to nabbi ne kaha bahut hi anokhi zuban hai. maine Arabic word jo hai woh mujh ko yaad hai.</w:t>
      </w:r>
    </w:p>
    <w:p>
      <w:pPr>
        <w:jc w:val="right"/>
      </w:pPr>
      <w:r>
        <w:t>تو نبی نے کہا بہت ہی انوکھی زبان ہے۔ میں نے عربک ورڈ جو ہے وہ مجھے یاد ہے۔</w:t>
      </w:r>
    </w:p>
    <w:p>
      <w:r>
        <w:rPr>
          <w:b/>
        </w:rPr>
        <w:t xml:space="preserve">[04:12] </w:t>
      </w:r>
      <w:r>
        <w:t>aap jante hain ke bible jo hai har language mein</w:t>
      </w:r>
    </w:p>
    <w:p>
      <w:pPr>
        <w:jc w:val="right"/>
      </w:pPr>
      <w:r>
        <w:t>آپ جانتے ہیں کہ بائبل جو ہے ہر لینگویج میں</w:t>
      </w:r>
    </w:p>
    <w:p>
      <w:r>
        <w:rPr>
          <w:b/>
        </w:rPr>
        <w:t xml:space="preserve">[04:18] </w:t>
      </w:r>
      <w:r>
        <w:t>chhapi gayi hai. to mere paas is ka Arabic version bhi hai. to Arabic version mein jo wording aayi hai woh mujh ko bahut pasand hai.</w:t>
      </w:r>
    </w:p>
    <w:p>
      <w:pPr>
        <w:jc w:val="right"/>
      </w:pPr>
      <w:r>
        <w:t>چھاپی گئی ہے۔ تو میرے پاس اس کا عربک ورژن بھی ہے۔ تو عربک ورژن میں جو ورڈنگ آئی ہے وہ مجھے بہت پسند ہے۔</w:t>
      </w:r>
    </w:p>
    <w:p>
      <w:r>
        <w:rPr>
          <w:b/>
        </w:rPr>
        <w:t xml:space="preserve">[04:27] </w:t>
      </w:r>
      <w:r>
        <w:t>woh is liye maine isi ko parh raha hoon aap ke samne. waise mere paas English bhi hai, Urdu bhi hai. lekin English version mein jo word hai, jo wording hai woh bari anokhi hai.</w:t>
      </w:r>
    </w:p>
    <w:p>
      <w:pPr>
        <w:jc w:val="right"/>
      </w:pPr>
      <w:r>
        <w:t>وہ اس لئے میں نے اسی کو پڑھ رہا ہوں آپ کے سامنے۔ ویسے میرے پاس انگلش بھی ہے، اردو بھی ہے۔ لیکن انگلش ورژن میں جو ورڈ ہے، جو ورڈنگ ہے وہ بڑی انوکھی ہے۔</w:t>
      </w:r>
    </w:p>
    <w:p>
      <w:r>
        <w:rPr>
          <w:b/>
        </w:rPr>
        <w:t xml:space="preserve">[04:40] </w:t>
      </w:r>
      <w:r>
        <w:t>woh yeh hai inna zammerna lakum fa ma raqastum wa nadabna lakum fa ma baqaytum.</w:t>
      </w:r>
    </w:p>
    <w:p>
      <w:pPr>
        <w:jc w:val="right"/>
      </w:pPr>
      <w:r>
        <w:t>وہ یہ ہے إِنَّا زَمَّرْنَا لَكُمْ فَمَا رَقَصْتُمْ وَنَدَبْنَا لَكُمْ فَمَا بَقَيْتُمْ۔</w:t>
      </w:r>
    </w:p>
    <w:p>
      <w:r>
        <w:rPr>
          <w:b/>
        </w:rPr>
        <w:t xml:space="preserve">[04:50] </w:t>
      </w:r>
      <w:r>
        <w:t>ek ajib ilhami zuban. ek ajib ilhami zuban maloom hoti hai. inna zammerna lakum fa ma raqastum wa nadabna lakum fa ma baqaytum.</w:t>
      </w:r>
    </w:p>
    <w:p>
      <w:pPr>
        <w:jc w:val="right"/>
      </w:pPr>
      <w:r>
        <w:t>ایک عجیب الہامی زبان۔ ایک عجیب الہامی زبان معلوم ہوتی ہے۔ إِنَّا زَمَّرْنَا لَكُمْ فَمَا رَقَصْتُمْ وَنَدَبْنَا لَكُمْ فَمَا بَقَيْتُمْ۔</w:t>
      </w:r>
    </w:p>
    <w:p>
      <w:r>
        <w:rPr>
          <w:b/>
        </w:rPr>
        <w:t xml:space="preserve">[05:04] </w:t>
      </w:r>
      <w:r>
        <w:t>is ka translation yeh hai: agar koi aap mein se is ki English janna chahega to main us ko kitab se dekh kar de doonga.</w:t>
      </w:r>
    </w:p>
    <w:p>
      <w:pPr>
        <w:jc w:val="right"/>
      </w:pPr>
      <w:r>
        <w:t>اس کا ٹرانسلیشن یہ ہے: اگر کوئی آپ میں سے اس کی انگلش جاننا چاہے گا تو میں اس کو کتاب سے دیکھ کر دے دوں گا۔</w:t>
      </w:r>
    </w:p>
    <w:p>
      <w:r>
        <w:rPr>
          <w:b/>
        </w:rPr>
        <w:t xml:space="preserve">[05:14] </w:t>
      </w:r>
      <w:r>
        <w:t>us waqt mujh ko is ki English translation yaad nahi hai. sirf Urdu translation jo hai woh bataunga aap ko. jab main is ko parhta hoon to mera ajib haal hota hai.</w:t>
      </w:r>
    </w:p>
    <w:p>
      <w:pPr>
        <w:jc w:val="right"/>
      </w:pPr>
      <w:r>
        <w:t>اس وقت مجھے اس کی انگلش ٹرانسلیشن یاد نہیں ہے۔ صرف اردو ٹرانسلیشن جو ہے وہ بتاؤں گا آپ کو۔ جب میں اس کو پڑھتا ہوں تو میرا عجیب حال ہوتا ہے۔</w:t>
      </w:r>
    </w:p>
    <w:p>
      <w:r>
        <w:rPr>
          <w:b/>
        </w:rPr>
        <w:t xml:space="preserve">[05:25] </w:t>
      </w:r>
      <w:r>
        <w:t>inna zammarana lakum faman raqastum wa nadabna lakum faman baqaytum.</w:t>
      </w:r>
    </w:p>
    <w:p>
      <w:pPr>
        <w:jc w:val="right"/>
      </w:pPr>
      <w:r>
        <w:t>إِنَّا زَمَّرْنَا لَكُمْ فَمَا رَقَصْتُمْ وَنَدَبْنَا لَكُمْ فَمَا بَقَيْتُمْ۔</w:t>
      </w:r>
    </w:p>
    <w:p>
      <w:r>
        <w:rPr>
          <w:b/>
        </w:rPr>
        <w:t xml:space="preserve">[05:34] </w:t>
      </w:r>
      <w:r>
        <w:t>hum ne tumhare liye bansri bajai magar tum ne dance nahi kiya.</w:t>
      </w:r>
    </w:p>
    <w:p>
      <w:pPr>
        <w:jc w:val="right"/>
      </w:pPr>
      <w:r>
        <w:t>ہم نے تمہارے لئے بانسری بجائی مگر تم نے ڈانس نہیں کیا۔</w:t>
      </w:r>
    </w:p>
    <w:p>
      <w:r>
        <w:rPr>
          <w:b/>
        </w:rPr>
        <w:t xml:space="preserve">[05:43] </w:t>
      </w:r>
      <w:r>
        <w:t>yeh symbolic language hai.</w:t>
      </w:r>
    </w:p>
    <w:p>
      <w:pPr>
        <w:jc w:val="right"/>
      </w:pPr>
      <w:r>
        <w:t>یہ سمبالک لینگویج ہے۔</w:t>
      </w:r>
    </w:p>
    <w:p>
      <w:r>
        <w:rPr>
          <w:b/>
        </w:rPr>
        <w:t xml:space="preserve">[05:48] </w:t>
      </w:r>
      <w:r>
        <w:t>hum ne tumhare liye bansri bajai magar tum ne dance nahi kiya. hum ne tumhare liye nauha kiya magar tum ne aansu nahi bahaye.</w:t>
      </w:r>
    </w:p>
    <w:p>
      <w:pPr>
        <w:jc w:val="right"/>
      </w:pPr>
      <w:r>
        <w:t>ہم نے تمہارے لئے بانسری بجائی مگر تم نے ڈانس نہیں کیا۔ ہم نے تمہارے لئے نوحہ کیا مگر تم نے آنسو نہیں بہائے۔</w:t>
      </w:r>
    </w:p>
    <w:p>
      <w:r>
        <w:rPr>
          <w:b/>
        </w:rPr>
        <w:t xml:space="preserve">[05:59] </w:t>
      </w:r>
      <w:r>
        <w:t>kaisa ajeeb hai yeh. yani khuda ne is dunya mein aise jalwe rakh diye hain.</w:t>
      </w:r>
    </w:p>
    <w:p>
      <w:pPr>
        <w:jc w:val="right"/>
      </w:pPr>
      <w:r>
        <w:t>کیسا عجیب ہے یہ۔ یعنی خدا نے اس دنیا میں ایسے جلوے رکھ دیئے ہیں۔</w:t>
      </w:r>
    </w:p>
    <w:p>
      <w:r>
        <w:rPr>
          <w:b/>
        </w:rPr>
        <w:t xml:space="preserve">[06:09] </w:t>
      </w:r>
      <w:r>
        <w:t>aise signs, aise signs rakh diye hain. jin ko dekh kar aap thrill karne lago. ek thrilling experience aap ko hone lago.</w:t>
      </w:r>
    </w:p>
    <w:p>
      <w:pPr>
        <w:jc w:val="right"/>
      </w:pPr>
      <w:r>
        <w:t>ایسے سائنز، ایسے سائنز رکھ دیئے ہیں۔ جن کو دیکھ کر آپ تھرل کرنے لگے۔ ایک تھرلنگ ایکسپیرئینس آپ کو ہونے لگے۔</w:t>
      </w:r>
    </w:p>
    <w:p>
      <w:r>
        <w:rPr>
          <w:b/>
        </w:rPr>
        <w:t xml:space="preserve">[06:19] </w:t>
      </w:r>
      <w:r>
        <w:t>ke kaisa great hai woh khuda jis ne aisi anokhi cheez banai.</w:t>
      </w:r>
    </w:p>
    <w:p>
      <w:pPr>
        <w:jc w:val="right"/>
      </w:pPr>
      <w:r>
        <w:t>کہ کیسا گریٹ ہے وہ خدا جس نے ایسی انوکھی چیز بنائی۔</w:t>
      </w:r>
    </w:p>
    <w:p>
      <w:r>
        <w:rPr>
          <w:b/>
        </w:rPr>
        <w:t xml:space="preserve">[06:28] </w:t>
      </w:r>
      <w:r>
        <w:t>mein aksar dekhta hoon cheezon ko. maslan grass. ghaas ko mein dekhta hoon to mein sochta hoon ke ghaas ka koi doosra model koi bhi artist nahi bana sakta.</w:t>
      </w:r>
    </w:p>
    <w:p>
      <w:pPr>
        <w:jc w:val="right"/>
      </w:pPr>
      <w:r>
        <w:t>میں اکثر دیکھتا ہوں چیزوں کو۔ مثلاً گراس۔ گھاس کو میں دیکھتا ہوں تو میں سوچتا ہوں کہ گھاس کا کوئی دوسرا ماڈل کوئی بھی آرٹسٹ نہیں بنا سکتا۔</w:t>
      </w:r>
    </w:p>
    <w:p>
      <w:r>
        <w:rPr>
          <w:b/>
        </w:rPr>
        <w:t xml:space="preserve">[06:41] </w:t>
      </w:r>
      <w:r>
        <w:t>yani ghaas ka jo model hai woh apne final model par hai woh. koi doosra model ghaas ka is se acha nahi bana sakta. aap sher ko dekhiye, tiger ko.</w:t>
      </w:r>
    </w:p>
    <w:p>
      <w:pPr>
        <w:jc w:val="right"/>
      </w:pPr>
      <w:r>
        <w:t>یعنی گھاس کا جو ماڈل ہے وہ اپنے فائنل ماڈل پر ہے وہ۔ کوئی دوسرا ماڈل گھاس کا اس سے اچھا نہیں بنا سکتا۔ آپ شیر کو دیکھیئے، ٹائیگر کو۔</w:t>
      </w:r>
    </w:p>
    <w:p>
      <w:r>
        <w:rPr>
          <w:b/>
        </w:rPr>
        <w:t xml:space="preserve">[06:52] </w:t>
      </w:r>
      <w:r>
        <w:t>tiger ka jo model hai koi artist is se acha model tiger ka nahi bana sakta. apne final model par tiger hai.</w:t>
      </w:r>
    </w:p>
    <w:p>
      <w:pPr>
        <w:jc w:val="right"/>
      </w:pPr>
      <w:r>
        <w:t>ٹائیگر کا جو ماڈل ہے کوئی آرٹسٹ اس سے اچھا ماڈل ٹائیگر کا نہیں بنا سکتا۔ اپنے فائنل ماڈل پر ٹائیگر ہے۔</w:t>
      </w:r>
    </w:p>
    <w:p>
      <w:r>
        <w:rPr>
          <w:b/>
        </w:rPr>
        <w:t xml:space="preserve">[07:04] </w:t>
      </w:r>
      <w:r>
        <w:t>aap peed ko dekhiye, machhli ko dekhiye. sun aur moon ko dekhiye. planet star ko dekhiye. kisi bhi cheez ko dekhiye aap.</w:t>
      </w:r>
    </w:p>
    <w:p>
      <w:pPr>
        <w:jc w:val="right"/>
      </w:pPr>
      <w:r>
        <w:t>آپ پیڑ کو دیکھیئے، مچھلی کو دیکھیئے۔ سن اور مون کو دیکھیئے۔ پلینٹ اسٹار کو دیکھیئے۔ کسی بھی چیز کو دیکھیئے آپ۔</w:t>
      </w:r>
    </w:p>
    <w:p>
      <w:r>
        <w:rPr>
          <w:b/>
        </w:rPr>
        <w:t xml:space="preserve">[07:14] </w:t>
      </w:r>
      <w:r>
        <w:t>har cheez apne final model par dikhai degi. is par aap dekh kar thrill paida hona chahiye. jis ko kaha hai ke kaha ke hum ne bansri bajai tum ne dance nahi kiya.</w:t>
      </w:r>
    </w:p>
    <w:p>
      <w:pPr>
        <w:jc w:val="right"/>
      </w:pPr>
      <w:r>
        <w:t>ہر چیز اپنے فائنل ماڈل پر دکھائی دے گی۔ اس پر آپ دیکھ کر تھرل پیدا ہونا چاہیئے۔ جس کو کہا ہے کہ کہا کہ ہم نے بانسری بجائی تم نے ڈانس نہیں کیا۔</w:t>
      </w:r>
    </w:p>
    <w:p>
      <w:r>
        <w:rPr>
          <w:b/>
        </w:rPr>
        <w:t xml:space="preserve">[07:28] </w:t>
      </w:r>
      <w:r>
        <w:t>tum ko thrill nahi aaya.</w:t>
      </w:r>
    </w:p>
    <w:p>
      <w:pPr>
        <w:jc w:val="right"/>
      </w:pPr>
      <w:r>
        <w:t>تم کو تھرل نہیں آیا۔</w:t>
      </w:r>
    </w:p>
    <w:p>
      <w:r>
        <w:rPr>
          <w:b/>
        </w:rPr>
        <w:t xml:space="preserve">[07:32] </w:t>
      </w:r>
      <w:r>
        <w:t>tumhare andar storm hi aa gaya ke khuda ya kaisa ajeeb hoga tu. kaisi is cheezein bana dali tu ne. aur hum to sirf is ka ek fraction jaan paate hain.</w:t>
      </w:r>
    </w:p>
    <w:p>
      <w:pPr>
        <w:jc w:val="right"/>
      </w:pPr>
      <w:r>
        <w:t>تمہارے اندر اسٹارم ہی آ گیا کہ خدایا کیسا عجیب ہوگا تو۔ کیسی اس چیزیں بنا ڈالی تو نے۔ اور ہم تو صرف اس کا ایک فریکشن جان پاتے ہیں۔</w:t>
      </w:r>
    </w:p>
    <w:p>
      <w:r>
        <w:rPr>
          <w:b/>
        </w:rPr>
        <w:t xml:space="preserve">[07:47] </w:t>
      </w:r>
      <w:r>
        <w:t>warna is mein kya kya cheezein rakhi hui hain.</w:t>
      </w:r>
    </w:p>
    <w:p>
      <w:pPr>
        <w:jc w:val="right"/>
      </w:pPr>
      <w:r>
        <w:t>ورنہ اس میں کیا کیا چیزیں رکھی ہوئی ہیں۔</w:t>
      </w:r>
    </w:p>
    <w:p>
      <w:r>
        <w:rPr>
          <w:b/>
        </w:rPr>
        <w:t xml:space="preserve">[07:53] </w:t>
      </w:r>
      <w:r>
        <w:t>mein ek parda dekh raha tha TV mein. TV aam tor par nahi dekhta mein. lekin natural scene hota to dekhta hoon is ko. ek jungle ka scene tha is mein.</w:t>
      </w:r>
    </w:p>
    <w:p>
      <w:pPr>
        <w:jc w:val="right"/>
      </w:pPr>
      <w:r>
        <w:t>میں ایک پردہ دیکھ رہا تھا ٹی وی میں۔ ٹی وی عام طور پر نہیں دیکھتا میں۔ لیکن نیچرل سین ہوتا تو دیکھتا ہوں اس کو۔ ایک جنگل کا سین تھا اس میں۔</w:t>
      </w:r>
    </w:p>
    <w:p>
      <w:r>
        <w:rPr>
          <w:b/>
        </w:rPr>
        <w:t xml:space="preserve">[08:02] </w:t>
      </w:r>
      <w:r>
        <w:t>is mein podey they. is mein animal they, chidiya thi. itna beautiful lag raha tha, beautiful.</w:t>
      </w:r>
    </w:p>
    <w:p>
      <w:pPr>
        <w:jc w:val="right"/>
      </w:pPr>
      <w:r>
        <w:t>اس میں پودے تھے۔ اس میں اینیمل تھے، چڑیا تھی۔ اتنا بیوٹی فل لگ رہا تھا، بیوٹی فل۔</w:t>
      </w:r>
    </w:p>
    <w:p>
      <w:r>
        <w:rPr>
          <w:b/>
        </w:rPr>
        <w:t xml:space="preserve">[08:12] </w:t>
      </w:r>
      <w:r>
        <w:t>ke mein bilkul dekhne mein mahu ho gaya. aap ne bhi kai baar dekha hoga.</w:t>
      </w:r>
    </w:p>
    <w:p>
      <w:pPr>
        <w:jc w:val="right"/>
      </w:pPr>
      <w:r>
        <w:t>کہ میں بالکل دیکھنے میں ماہو ہو گیا۔ آپ نے بھی کئی بار دیکھا ہوگا۔</w:t>
      </w:r>
    </w:p>
    <w:p>
      <w:r>
        <w:rPr>
          <w:b/>
        </w:rPr>
        <w:t xml:space="preserve">[08:21] </w:t>
      </w:r>
      <w:r>
        <w:t>to yahi kaha ke inna zammarana lakum faman raqastum. hum ne bansri bajai magar tum ne dance nahi kiya.</w:t>
      </w:r>
    </w:p>
    <w:p>
      <w:pPr>
        <w:jc w:val="right"/>
      </w:pPr>
      <w:r>
        <w:t>تو یہی کہا کہ إِنَّا زَمَّرْنَا لَكُمْ فَمَا رَقَصْتُمْ۔ ہم نے بانسری بجائی مگر تم نے ڈانس نہیں کیا۔</w:t>
      </w:r>
    </w:p>
    <w:p>
      <w:r>
        <w:rPr>
          <w:b/>
        </w:rPr>
        <w:t xml:space="preserve">[08:35] </w:t>
      </w:r>
      <w:r>
        <w:t>mein ek parda radio par sun raha tha. ek ek</w:t>
      </w:r>
    </w:p>
    <w:p>
      <w:pPr>
        <w:jc w:val="right"/>
      </w:pPr>
      <w:r>
        <w:t>میں ایک پردہ ریڈیو پر سن رہا تھا۔ ایک ایک</w:t>
      </w:r>
    </w:p>
    <w:p>
      <w:r>
        <w:rPr>
          <w:b/>
        </w:rPr>
        <w:t xml:space="preserve">[08:42] </w:t>
      </w:r>
      <w:r>
        <w:t>ladki ka interview aa raha tha is mein. jo bohat pasand karti hai music ko. to woh keh rahi thi ke kisi ka naam liya us ne ke us ki music mujhe bohat pasand hai.</w:t>
      </w:r>
    </w:p>
    <w:p>
      <w:pPr>
        <w:jc w:val="right"/>
      </w:pPr>
      <w:r>
        <w:t>لڑکی کا انٹرویو آ رہا تھا اس میں۔ جو بہت پسند کرتی ہے میوزک کو۔ تو وہ کہہ رہی تھی کہ کسی کا نام لیا اس نے کہ اس کی میوزک مجھے بہت پسند ہے۔</w:t>
      </w:r>
    </w:p>
    <w:p>
      <w:r>
        <w:rPr>
          <w:b/>
        </w:rPr>
        <w:t xml:space="preserve">[08:54] </w:t>
      </w:r>
      <w:r>
        <w:t>to kehne lagi ke jab us ki music aati hai TV par to mein nachne lagti hoon. us music ko sun kar ke mujhe yeh haal hota hai ke mein nachne lagti hoon.</w:t>
      </w:r>
    </w:p>
    <w:p>
      <w:pPr>
        <w:jc w:val="right"/>
      </w:pPr>
      <w:r>
        <w:t>تو کہنے لگی کہ جب اس کی میوزک آتی ہے ٹی وی پر تو میں ناچنے لگتی ہوں۔ اس میوزک کو سن کر کے مجھے یہ حال ہوتا ہے کہ میں ناچنے لگتی ہوں۔</w:t>
      </w:r>
    </w:p>
    <w:p>
      <w:r>
        <w:rPr>
          <w:b/>
        </w:rPr>
        <w:t xml:space="preserve">[09:04] </w:t>
      </w:r>
      <w:r>
        <w:t>to waqai ke mujhe rone laga mein. ke kaise bewakoof log hain. ek insaan ke mamooli music ko sun kar tumhein dance, tumhein thrill aa raha hai.</w:t>
      </w:r>
    </w:p>
    <w:p>
      <w:pPr>
        <w:jc w:val="right"/>
      </w:pPr>
      <w:r>
        <w:t>تو واقعی کہ مجھے رونے لگا میں۔ کہ کیسے بیوقوف لوگ ہیں۔ ایک انسان کے معمولی میوزک کو سن کر تمہیں ڈانس، تمہیں تھرل آ رہا ہے۔</w:t>
      </w:r>
    </w:p>
    <w:p>
      <w:r>
        <w:rPr>
          <w:b/>
        </w:rPr>
        <w:t xml:space="preserve">[09:16] </w:t>
      </w:r>
      <w:r>
        <w:t>aur khuda ki billion trillion time zyada jo bari music hai us par tum ko thrill nahi aata. to yahi matlab hai inna zammarana lakum faman raqastum.</w:t>
      </w:r>
    </w:p>
    <w:p>
      <w:pPr>
        <w:jc w:val="right"/>
      </w:pPr>
      <w:r>
        <w:t>اور خدا کی بلین ٹریلین ٹائم زیادہ جو بڑی میوزک ہے اس پر تم کو تھرل نہیں آتا۔ تو یہی مطلب ہے إِنَّا زَمَّرْنَا لَكُمْ فَمَا رَقَصْتُمْ۔</w:t>
      </w:r>
    </w:p>
    <w:p>
      <w:r>
        <w:rPr>
          <w:b/>
        </w:rPr>
        <w:t xml:space="preserve">[09:30] </w:t>
      </w:r>
      <w:r>
        <w:t>hum ne tumhare liye bansri bajai aur tum ne dance nahi kiya. matlab itni beauty paida ki, itni meaning paida ki.</w:t>
      </w:r>
    </w:p>
    <w:p>
      <w:pPr>
        <w:jc w:val="right"/>
      </w:pPr>
      <w:r>
        <w:t>ہم نے تمہارے لئے بانسری بجائی اور تم نے ڈانس نہیں کیا۔ مطلب اتنی بیوٹی پیدا کی، اتنی میننگ پیدا کی۔</w:t>
      </w:r>
    </w:p>
    <w:p>
      <w:r>
        <w:rPr>
          <w:b/>
        </w:rPr>
        <w:t xml:space="preserve">[09:41] </w:t>
      </w:r>
      <w:r>
        <w:t>kya kuch paida kiya ke tum ko thral aaya is ko dekh kar ke. magar kuch nahi. WANDABNA LAKUM FAMA BAQAYTUM.</w:t>
      </w:r>
    </w:p>
    <w:p>
      <w:pPr>
        <w:jc w:val="right"/>
      </w:pPr>
      <w:r>
        <w:t>کیا کچھ پیدا کیا کہ تم کو تھرل آیا اس کو دیکھ کر کے۔ مگر کچھ نہیں۔ وَنَدَبْنَا لَكُمْ فَمَا بَقَيْتُمْ۔</w:t>
      </w:r>
    </w:p>
    <w:p>
      <w:r>
        <w:rPr>
          <w:b/>
        </w:rPr>
        <w:t xml:space="preserve">[09:50] </w:t>
      </w:r>
      <w:r>
        <w:t>hum ne noha kiya magar tum roye nahi. Aap dekhiye rozana aise waqiat ho rahe hain.</w:t>
      </w:r>
    </w:p>
    <w:p>
      <w:pPr>
        <w:jc w:val="right"/>
      </w:pPr>
      <w:r>
        <w:t>ہم نے نوحہ کیا مگر تم روئے نہیں۔ آپ دیکھیئے روزانہ ایسے واقعات ہو رہے ہیں۔</w:t>
      </w:r>
    </w:p>
    <w:p>
      <w:r>
        <w:rPr>
          <w:b/>
        </w:rPr>
        <w:t xml:space="preserve">[10:01] </w:t>
      </w:r>
      <w:r>
        <w:t>kya aap is par roye ke itna promising character par bhoot bhajan jo das hazar crore ka asasa jis ke paas tha aur jo India ka bara bara political khwab dekhta hoga.</w:t>
      </w:r>
    </w:p>
    <w:p>
      <w:pPr>
        <w:jc w:val="right"/>
      </w:pPr>
      <w:r>
        <w:t>کیا آپ اس پر روئیں کہ اتنا پرومسنگ کریکٹر پربھوت بہاجن جو دس ہزار کروڑ کا اثاثہ جس کے پاس تھا اور جو انڈیا کا بڑا بڑا پولیٹیکل خواب دیکھتا ہوگا۔</w:t>
      </w:r>
    </w:p>
    <w:p>
      <w:r>
        <w:rPr>
          <w:b/>
        </w:rPr>
        <w:t xml:space="preserve">[10:16] </w:t>
      </w:r>
      <w:r>
        <w:t>ek second mein is ko goli lagi aur gir gaya woh. Ab woh pada hua hai is mein. Yeh yeh woh baat hai jis par hum roye ke kya haqeeqat hai hamare maal ki.</w:t>
      </w:r>
    </w:p>
    <w:p>
      <w:pPr>
        <w:jc w:val="right"/>
      </w:pPr>
      <w:r>
        <w:t>ایک سیکنڈ میں اس کو گولی لگی اور گر گیا وہ۔ اب وہ پڑا ہوا ہے اس میں۔ یہ یہ وہ بات ہے جس پر ہم روئیں کہ کیا حقیقت ہے ہمارے مال کی۔</w:t>
      </w:r>
    </w:p>
    <w:p>
      <w:r>
        <w:rPr>
          <w:b/>
        </w:rPr>
        <w:t xml:space="preserve">[10:26] </w:t>
      </w:r>
      <w:r>
        <w:t>kya haqeeqat hai hamari building ki. Kya haqeeqat hai hamari body ki. Ab pandrah story ki building us ki khadi hui hai.</w:t>
      </w:r>
    </w:p>
    <w:p>
      <w:pPr>
        <w:jc w:val="right"/>
      </w:pPr>
      <w:r>
        <w:t>کیا حقیقت ہے ہماری بلڈنگ کی۔ کیا حقیقت ہے ہماری باڈی کی۔ اب پندرہ اسٹوری کی بلڈنگ اس کی کھڑی ہوئی ہے۔</w:t>
      </w:r>
    </w:p>
    <w:p>
      <w:r>
        <w:rPr>
          <w:b/>
        </w:rPr>
        <w:t xml:space="preserve">[10:37] </w:t>
      </w:r>
      <w:r>
        <w:t>aise waqiat har roz hote hain. Kahin accident ki surat mein, kahin death ki surat mein, kahin kisi loss ki surat mein. Hazaron waqiat daily.</w:t>
      </w:r>
    </w:p>
    <w:p>
      <w:pPr>
        <w:jc w:val="right"/>
      </w:pPr>
      <w:r>
        <w:t>ایسے واقعات ہر روز ہوتے ہیں۔ کہیں ایکسیڈنٹ کی صورت میں، کہیں ڈیتھ کی صورت میں، کہیں کسی لاس کی صورت میں۔ ہزاروں واقعات ڈیلی۔</w:t>
      </w:r>
    </w:p>
    <w:p>
      <w:r>
        <w:rPr>
          <w:b/>
        </w:rPr>
        <w:t xml:space="preserve">[10:47] </w:t>
      </w:r>
      <w:r>
        <w:t>to is duniya mein Khuda aise waqiat karta hai jis ko sun kar aur dekh kar hamein thral paida ho. Aur aise waqiat karta hai ke is ko dekh kar hum royein, bulbalayein, kanpein, tadpein.</w:t>
      </w:r>
    </w:p>
    <w:p>
      <w:pPr>
        <w:jc w:val="right"/>
      </w:pPr>
      <w:r>
        <w:t>تو اس دنیا میں خدا ایسے واقعات کرتا ہے جس کو سن کر اور دیکھ کر ہمیں تھرل پیدا ہو۔ اور ایسے واقعات کرتا ہے کہ اس کو دیکھ کر ہم روئیں، بلبلائیں، کانپیں، تڑپیں۔</w:t>
      </w:r>
    </w:p>
    <w:p>
      <w:r>
        <w:rPr>
          <w:b/>
        </w:rPr>
        <w:t xml:space="preserve">[10:59] </w:t>
      </w:r>
      <w:r>
        <w:t>aur Khuda ke, Khuda ko yaad karein. Lekin na to thral paida hota na tadap paida hoti. Yahan tak ke insan mar jata hai.</w:t>
      </w:r>
    </w:p>
    <w:p>
      <w:pPr>
        <w:jc w:val="right"/>
      </w:pPr>
      <w:r>
        <w:t>اور خدا کے، خدا کو یاد کریں۔ لیکن نہ تو تھرل پیدا ہوتا نہ تڑپ پیدا ہوتی۔ یہاں تک کہ انسان مر جاتا ہے۔</w:t>
      </w:r>
    </w:p>
    <w:p>
      <w:r>
        <w:rPr>
          <w:b/>
        </w:rPr>
        <w:t xml:space="preserve">[11:09] </w:t>
      </w:r>
      <w:r>
        <w:t>yeh kaha Bible ke peghambar ne ke INNA ZAMMARNA LAKUM FAMA RAQASTUM WANDABNA LAKUM FAMA BAQAYTUM.</w:t>
      </w:r>
    </w:p>
    <w:p>
      <w:pPr>
        <w:jc w:val="right"/>
      </w:pPr>
      <w:r>
        <w:t>یہ کہا بائبل کے پیغمبر نے کہ إِنَّا زَمَّرْنَا لَكُمْ فَمَا رَقَصْتُمْ وَنَدَبْنَا لَكُمْ فَمَا بَقَيْتُمْ۔</w:t>
      </w:r>
    </w:p>
    <w:p>
      <w:r>
        <w:rPr>
          <w:b/>
        </w:rPr>
        <w:t xml:space="preserve">[11:18] </w:t>
      </w:r>
      <w:r>
        <w:t>hum ne tumhare liye bansuri bajai magar tum ne dance nahi kiya. Hum ne tumhare liye noha kiya. Noha ka matlab hota hai gham ki baat karna.</w:t>
      </w:r>
    </w:p>
    <w:p>
      <w:pPr>
        <w:jc w:val="right"/>
      </w:pPr>
      <w:r>
        <w:t>ہم نے تمہارے لئے بانسری بجائی مگر تم نے ڈانس نہیں کیا۔ ہم نے تمہارے لئے نوحہ کیا۔ نوحہ کا مطلب ہوتا ہے غم کی بات کرنا۔</w:t>
      </w:r>
    </w:p>
    <w:p>
      <w:r>
        <w:rPr>
          <w:b/>
        </w:rPr>
        <w:t xml:space="preserve">[11:30] </w:t>
      </w:r>
      <w:r>
        <w:t>dukh dard ki baat karna. Aur tum roye nahi. Kaisa ajeeb hai yeh duniya ka tajurba.</w:t>
      </w:r>
    </w:p>
    <w:p>
      <w:pPr>
        <w:jc w:val="right"/>
      </w:pPr>
      <w:r>
        <w:t>دکھ درد کی بات کرنا۔ اور تم روئے نہیں۔ کیسا عجیب ہے یہ دنیا کا تجربہ۔</w:t>
      </w:r>
    </w:p>
    <w:p>
      <w:r>
        <w:rPr>
          <w:b/>
        </w:rPr>
        <w:t xml:space="preserve">[11:45] </w:t>
      </w:r>
      <w:r>
        <w:t>insan</w:t>
      </w:r>
    </w:p>
    <w:p>
      <w:pPr>
        <w:jc w:val="right"/>
      </w:pPr>
      <w:r>
        <w:t>انسان</w:t>
      </w:r>
    </w:p>
    <w:p>
      <w:r>
        <w:rPr>
          <w:b/>
        </w:rPr>
        <w:t xml:space="preserve">[11:49] </w:t>
      </w:r>
      <w:r>
        <w:t>sab se bari cheez hai ke aap sochein.</w:t>
      </w:r>
    </w:p>
    <w:p>
      <w:pPr>
        <w:jc w:val="right"/>
      </w:pPr>
      <w:r>
        <w:t>سب سے بڑی چیز ہے کہ آپ سوچیں۔</w:t>
      </w:r>
    </w:p>
    <w:p>
      <w:r>
        <w:rPr>
          <w:b/>
        </w:rPr>
        <w:t xml:space="preserve">[11:55] </w:t>
      </w:r>
      <w:r>
        <w:t>apni soch ko jagayein. Sab se bari cheez hai. Koi bhi cheez janna ho to aap mind ke through jante hain is ko.</w:t>
      </w:r>
    </w:p>
    <w:p>
      <w:pPr>
        <w:jc w:val="right"/>
      </w:pPr>
      <w:r>
        <w:t>اپنی سوچ کو جگائیں۔ سب سے بڑی چیز ہے۔ کوئی بھی چیز جاننا ہو تو آپ مائنڈ کے تھرو جانتے ہیں اس کو۔</w:t>
      </w:r>
    </w:p>
    <w:p>
      <w:r>
        <w:rPr>
          <w:b/>
        </w:rPr>
        <w:t xml:space="preserve">[12:07] </w:t>
      </w:r>
      <w:r>
        <w:t>aur soch aap ki zinda agar na ho to aap kuch bhi nahi jaan sakeinge. Just like animal jiyeinge aur paas bhar jayeinge. Isi nai Delhi mein ek bohat bari cheez hai jis ko dekh kar aap lesson lein.</w:t>
      </w:r>
    </w:p>
    <w:p>
      <w:pPr>
        <w:jc w:val="right"/>
      </w:pPr>
      <w:r>
        <w:t>اور سوچ آپ کی زندہ اگر نہ ہو تو آپ کچھ بھی نہیں جان سکیں گے۔ جسٹ لائک اینیمل جئیں گے اور پاس بھر جائیں گے۔ اسی نئی دہلی میں ایک بہت بڑی چیز ہے جس کو دیکھ کر آپ لیسن لیں۔</w:t>
      </w:r>
    </w:p>
    <w:p>
      <w:r>
        <w:rPr>
          <w:b/>
        </w:rPr>
        <w:t xml:space="preserve">[12:26] </w:t>
      </w:r>
      <w:r>
        <w:t>woh hai nai Delhi ka woh area jo jahan Rashtrapati Bhawan hai. Angrezo ki banai hui bari bari buildingein hain, Parliament House hai.</w:t>
      </w:r>
    </w:p>
    <w:p>
      <w:pPr>
        <w:jc w:val="right"/>
      </w:pPr>
      <w:r>
        <w:t>وہ ہے نئی دہلی کا وہ ایریا جو جہاں راشپتی بھون ہے۔ انگریزوں کی بنائی ہوئی بڑی بڑی بلڈنگیں ہیں، پارلیمنٹ ہاؤس ہے۔</w:t>
      </w:r>
    </w:p>
    <w:p>
      <w:r>
        <w:rPr>
          <w:b/>
        </w:rPr>
        <w:t xml:space="preserve">[12:37] </w:t>
      </w:r>
      <w:r>
        <w:t>North Block, South Block hai. Yeh banwaya tha Britishers ne first world war ke zamane mein.</w:t>
      </w:r>
    </w:p>
    <w:p>
      <w:pPr>
        <w:jc w:val="right"/>
      </w:pPr>
      <w:r>
        <w:t>نارتھ بلاک، ساؤتھ بلاک ہے۔ یہ بنوایا تھا برٹشرز نے فرسٹ ورلڈ وار کے زمانے میں۔</w:t>
      </w:r>
    </w:p>
    <w:p>
      <w:r>
        <w:rPr>
          <w:b/>
        </w:rPr>
        <w:t xml:space="preserve">[12:47] </w:t>
      </w:r>
      <w:r>
        <w:t>us waqt wahan British, Britishers rule karte the India mein. To jis ko aap kehte hain Rashtrapati Bhawan uska naam tha us waqt Viceregal Lodge.</w:t>
      </w:r>
    </w:p>
    <w:p>
      <w:pPr>
        <w:jc w:val="right"/>
      </w:pPr>
      <w:r>
        <w:t>اس وقت وہاں برٹش، برٹشرز رول کرتے تھے انڈیا میں۔ تو جس کو آپ کہتے ہیں راشپتی بھون اس کا نام تھا اس وقت وائسررگل لاج۔</w:t>
      </w:r>
    </w:p>
    <w:p>
      <w:r>
        <w:rPr>
          <w:b/>
        </w:rPr>
        <w:t xml:space="preserve">[12:58] </w:t>
      </w:r>
      <w:r>
        <w:t>is mein Viceroy rehta tha. To first world war ke zamane mein Britishers ne yeh banaya hai is ko.</w:t>
      </w:r>
    </w:p>
    <w:p>
      <w:pPr>
        <w:jc w:val="right"/>
      </w:pPr>
      <w:r>
        <w:t>اس میں وائسرار رہتا تھا۔ تو فرسٹ ورلڈ وار کے زمانے میں برٹشرز نے یہ بنایا ہے اس کو۔</w:t>
      </w:r>
    </w:p>
    <w:p>
      <w:r>
        <w:rPr>
          <w:b/>
        </w:rPr>
        <w:t xml:space="preserve">[13:09] </w:t>
      </w:r>
      <w:r>
        <w:t>jo us waqt ke lehaz se ek anokha is ka design tha. Is ka anokha architecture tha. Jo shayad duniya mein kahin maujood nahi tha.</w:t>
      </w:r>
    </w:p>
    <w:p>
      <w:pPr>
        <w:jc w:val="right"/>
      </w:pPr>
      <w:r>
        <w:t>جو اس وقت کے لحاظ سے ایک انوکھا اس کا ڈیزائن تھا۔ اس کا انوکھا آرکیٹیکچر تھا۔ جو شاید دنیا میں کہیں موجود نہیں تھا۔</w:t>
      </w:r>
    </w:p>
    <w:p>
      <w:r>
        <w:rPr>
          <w:b/>
        </w:rPr>
        <w:t xml:space="preserve">[13:21] </w:t>
      </w:r>
      <w:r>
        <w:t>to us zamane mein jab ke ban chuka.</w:t>
      </w:r>
    </w:p>
    <w:p>
      <w:pPr>
        <w:jc w:val="right"/>
      </w:pPr>
      <w:r>
        <w:t>تو اس زمانے میں جب کہ بن چکا۔</w:t>
      </w:r>
    </w:p>
    <w:p>
      <w:r>
        <w:rPr>
          <w:b/>
        </w:rPr>
        <w:t xml:space="preserve">[13:36] </w:t>
      </w:r>
      <w:r>
        <w:t>to France ka ek ek leader India mein aaya. France ka ek leader.</w:t>
      </w:r>
    </w:p>
    <w:p>
      <w:pPr>
        <w:jc w:val="right"/>
      </w:pPr>
      <w:r>
        <w:t>تو فرانس کا ایک ایک لیڈر انڈیا میں آیا۔ فرانس کا ایک لیڈر۔</w:t>
      </w:r>
    </w:p>
    <w:p>
      <w:r>
        <w:rPr>
          <w:b/>
        </w:rPr>
        <w:t xml:space="preserve">[13:47] </w:t>
      </w:r>
      <w:r>
        <w:t>to us zamane mein</w:t>
      </w:r>
    </w:p>
    <w:p>
      <w:pPr>
        <w:jc w:val="right"/>
      </w:pPr>
      <w:r>
        <w:t>تو اس زمانے میں</w:t>
      </w:r>
    </w:p>
    <w:p>
      <w:r>
        <w:rPr>
          <w:b/>
        </w:rPr>
        <w:t xml:space="preserve">[13:52] </w:t>
      </w:r>
      <w:r>
        <w:t>dekhne ki cheezon mein number one cheez thi woh nai Delhi ka woh hissa. To zahir hai ke is ko dikhaya gaya.</w:t>
      </w:r>
    </w:p>
    <w:p>
      <w:pPr>
        <w:jc w:val="right"/>
      </w:pPr>
      <w:r>
        <w:t>دیکھنے کی چیزوں میں نمبر ون چیز تھی وہ نئی دہلی کا وہ حصہ۔ تو ظاہر ہے کہ اس کو دکھایا گیا۔</w:t>
      </w:r>
    </w:p>
    <w:p>
      <w:r>
        <w:rPr>
          <w:b/>
        </w:rPr>
        <w:t xml:space="preserve">[14:03] </w:t>
      </w:r>
      <w:r>
        <w:t>is ko dekh kar is ne ek ajeeb o ghareeb baat kahi thi. Zahir hai ke is ko pasand aaya. Yani red stone ka woh pura, woh puri duniya.</w:t>
      </w:r>
    </w:p>
    <w:p>
      <w:pPr>
        <w:jc w:val="right"/>
      </w:pPr>
      <w:r>
        <w:t>اس کو دیکھ کر اس نے ایک عجیب و غریب بات کہی تھی۔ ظاہر ہے کہ اس کو پسند آیا۔ یعنی ریڈ اسٹون کا وہ پورا، وہ پوری دنیا۔</w:t>
      </w:r>
    </w:p>
    <w:p>
      <w:r>
        <w:rPr>
          <w:b/>
        </w:rPr>
        <w:t xml:space="preserve">[14:16] </w:t>
      </w:r>
      <w:r>
        <w:t>aap jante hain ke woh sab sab ka sab red stone par banaya gaya hai.</w:t>
      </w:r>
    </w:p>
    <w:p>
      <w:pPr>
        <w:jc w:val="right"/>
      </w:pPr>
      <w:r>
        <w:t>آپ جانتے ہیں کہ وہ سب سب کا سب ریڈ اسٹون پر بنایا گیا ہے۔</w:t>
      </w:r>
    </w:p>
    <w:p>
      <w:r>
        <w:rPr>
          <w:b/>
        </w:rPr>
        <w:t xml:space="preserve">[14:23] </w:t>
      </w:r>
      <w:r>
        <w:t>to is ne kaha ke what a magnificent world they built to live.</w:t>
      </w:r>
    </w:p>
    <w:p>
      <w:pPr>
        <w:jc w:val="right"/>
      </w:pPr>
      <w:r>
        <w:t>تو اس نے کہا کہ واٹ اے میگنیفیسٹنٹ ورلڈ دے بلٹ ٹو لیو۔</w:t>
      </w:r>
    </w:p>
    <w:p>
      <w:r>
        <w:rPr>
          <w:b/>
        </w:rPr>
        <w:t xml:space="preserve">[14:32] </w:t>
      </w:r>
      <w:r>
        <w:t>what a magnificent world they built to live.</w:t>
      </w:r>
    </w:p>
    <w:p>
      <w:pPr>
        <w:jc w:val="right"/>
      </w:pPr>
      <w:r>
        <w:t>واٹ اے میگنیفیسٹنٹ ورلڈ دے بلٹ ٹو لیو۔</w:t>
      </w:r>
    </w:p>
    <w:p>
      <w:r>
        <w:rPr>
          <w:b/>
        </w:rPr>
        <w:t xml:space="preserve">[14:38] </w:t>
      </w:r>
      <w:r>
        <w:t>aap jante hain ke fransi se aaghaz hua hai is revolution ka jis ko hum democracy kehte hain. democracy ka matlab hai ke har nation ko yeh right hai ke woh rule kare.</w:t>
      </w:r>
    </w:p>
    <w:p>
      <w:pPr>
        <w:jc w:val="right"/>
      </w:pPr>
      <w:r>
        <w:t>آپ جانتے ہیں کہ فرانسی سے آغاز ہوا ہے اس ریولوشن کا جس کو ہم ڈیموکریسی کہتے ہیں۔ ڈیموکریسی کا مطلب ہے کہ ہر نیشن کو یہ رائٹ ہے کہ وہ رول کرے۔</w:t>
      </w:r>
    </w:p>
    <w:p>
      <w:r>
        <w:rPr>
          <w:b/>
        </w:rPr>
        <w:t xml:space="preserve">[14:58] </w:t>
      </w:r>
      <w:r>
        <w:t>to zahir hai ke india mein britishers ko jana tha. jo naya revolution aa chuka tha. ab india ko khud, india khud apne country mein rule karne wala tha.</w:t>
      </w:r>
    </w:p>
    <w:p>
      <w:pPr>
        <w:jc w:val="right"/>
      </w:pPr>
      <w:r>
        <w:t>تو ظاہر ہے کہ انڈیا میں برٹشرز کو جانا تھا۔ جو نیا ریولوشن آ چکا تھا۔ اب انڈیا کو خود، انڈیا خود اپنے کنٹری میں رول کرنے والا تھا۔</w:t>
      </w:r>
    </w:p>
    <w:p>
      <w:r>
        <w:rPr>
          <w:b/>
        </w:rPr>
        <w:t xml:space="preserve">[15:13] </w:t>
      </w:r>
      <w:r>
        <w:t>to zahir hai ke jana tha in ko. bohat din nahi reh sakte the woh. isi ko le kar is ne kaha ke what a magnificent world they built to live.</w:t>
      </w:r>
    </w:p>
    <w:p>
      <w:pPr>
        <w:jc w:val="right"/>
      </w:pPr>
      <w:r>
        <w:t>تو ظاہر ہے کہ جانا تھا ان کو۔ بہت دن نہیں رہ سکتے تھے وہ۔ اسی کو لے کر اس نے کہا کہ واٹ اے میگنیفیسٹنٹ ورلڈ دے بلٹ ٹو لیو۔</w:t>
      </w:r>
    </w:p>
    <w:p>
      <w:r>
        <w:rPr>
          <w:b/>
        </w:rPr>
        <w:t xml:space="preserve">[15:24] </w:t>
      </w:r>
      <w:r>
        <w:t>kaisi shandar dunya banai hai logon ne, in logon ne. sirf is liye ke is ko chhod kar ek din yeh chale jayen yahan se. to main is ko extended sense mein liya main ne.</w:t>
      </w:r>
    </w:p>
    <w:p>
      <w:pPr>
        <w:jc w:val="right"/>
      </w:pPr>
      <w:r>
        <w:t>کیسی شاندار دنیا بنائی ہے لوگوں نے، ان لوگوں نے۔ صرف اس لئے کہ اس کو چھوڑ کر ایک دن یہ چلے جائیں یہاں سے۔ تو میں اس کو ایکسٹینڈڈ سینس میں لیا میں نے۔</w:t>
      </w:r>
    </w:p>
    <w:p>
      <w:r>
        <w:rPr>
          <w:b/>
        </w:rPr>
        <w:t xml:space="preserve">[15:37] </w:t>
      </w:r>
      <w:r>
        <w:t>ke har aadmi yeh kisi ek ki kahani nahi hai. hum mein se har shakhs apni ek dunya banata hai. sirf is liye ke woh ek din mar jaye, mar kar chhod kar chala jaye.</w:t>
      </w:r>
    </w:p>
    <w:p>
      <w:pPr>
        <w:jc w:val="right"/>
      </w:pPr>
      <w:r>
        <w:t>کہ ہر آدمی یہ کسی ایک کی کہانی نہیں ہے۔ ہم میں سے ہر شخص اپنی ایک دنیا بناتا ہے۔ صرف اس لئے کہ وہ ایک دن مر جائے، مر کر چھوڑ کر چلا جائے۔</w:t>
      </w:r>
    </w:p>
    <w:p>
      <w:r>
        <w:rPr>
          <w:b/>
        </w:rPr>
        <w:t xml:space="preserve">[15:49] </w:t>
      </w:r>
      <w:r>
        <w:t>har din. is ka ghar, is ka business, is ki carain, is ki اولاد. is ka ek shandar ek zindagi.</w:t>
      </w:r>
    </w:p>
    <w:p>
      <w:pPr>
        <w:jc w:val="right"/>
      </w:pPr>
      <w:r>
        <w:t>ہر دن۔ اس کا گھر، اس کا بزنس، اس کی کاریں، اس کی اولاد۔ اس کا ایک شاندار ایک زندگی۔</w:t>
      </w:r>
    </w:p>
    <w:p>
      <w:r>
        <w:rPr>
          <w:b/>
        </w:rPr>
        <w:t xml:space="preserve">[16:03] </w:t>
      </w:r>
      <w:r>
        <w:t>lekin kis liye? zahir hai koi aadmi aisa nahi hai jo hamesha jiye. har ek ko marna hai. to yeh jo is ne kaha tha hum mein se har ek ke upar yeh apply hota hai.</w:t>
      </w:r>
    </w:p>
    <w:p>
      <w:pPr>
        <w:jc w:val="right"/>
      </w:pPr>
      <w:r>
        <w:t>لیکن کس لئے؟ ظاہر ہے کوئی آدمی ایسا نہیں ہے جو ہمیشہ جیے۔ ہر ایک کو مرنا ہے۔ تو یہ جو اس نے کہا تھا ہم میں سے ہر ایک کے اوپر یہ اپلائی ہوتا ہے۔</w:t>
      </w:r>
    </w:p>
    <w:p>
      <w:r>
        <w:rPr>
          <w:b/>
        </w:rPr>
        <w:t xml:space="preserve">[16:18] </w:t>
      </w:r>
      <w:r>
        <w:t>hum mein se har ek ke upar ke kaisi dunya banai hai aap ne. kaisi dunya banata hai insan. halankeh use ek din use chhod kar chala jana hai.</w:t>
      </w:r>
    </w:p>
    <w:p>
      <w:pPr>
        <w:jc w:val="right"/>
      </w:pPr>
      <w:r>
        <w:t>ہم میں سے ہر ایک کے اوپر کہ کیسی دنیا بنائی ہے آپ نے۔ کیسی دنیا بناتا ہے انسان۔ حالانکہ اسے ایک دن اسے چھوڑ کر چلا جانا ہے۔</w:t>
      </w:r>
    </w:p>
    <w:p>
      <w:r>
        <w:rPr>
          <w:b/>
        </w:rPr>
        <w:t xml:space="preserve">[16:31] </w:t>
      </w:r>
      <w:r>
        <w:t>to main samajhta hoon ke</w:t>
      </w:r>
    </w:p>
    <w:p>
      <w:pPr>
        <w:jc w:val="right"/>
      </w:pPr>
      <w:r>
        <w:t>تو میں سمجھتا ہوں کہ</w:t>
      </w:r>
    </w:p>
    <w:p>
      <w:r>
        <w:rPr>
          <w:b/>
        </w:rPr>
        <w:t xml:space="preserve">[16:36] </w:t>
      </w:r>
      <w:r>
        <w:t>agar dekhne wali nigah ho.</w:t>
      </w:r>
    </w:p>
    <w:p>
      <w:pPr>
        <w:jc w:val="right"/>
      </w:pPr>
      <w:r>
        <w:t>اگر دیکھنے والی نگاہ ہو۔</w:t>
      </w:r>
    </w:p>
    <w:p>
      <w:r>
        <w:rPr>
          <w:b/>
        </w:rPr>
        <w:t xml:space="preserve">[16:42] </w:t>
      </w:r>
      <w:r>
        <w:t>jaise ke ek shayar ne kaha hai</w:t>
      </w:r>
    </w:p>
    <w:p>
      <w:pPr>
        <w:jc w:val="right"/>
      </w:pPr>
      <w:r>
        <w:t>جیسے کہ ایک شاعر نے کہا ہے</w:t>
      </w:r>
    </w:p>
    <w:p>
      <w:r>
        <w:rPr>
          <w:b/>
        </w:rPr>
        <w:t xml:space="preserve">[16:48] </w:t>
      </w:r>
      <w:r>
        <w:t>barg-e-darakhtan-e-sabz dar nazar-e-hushyar har warq-e-taqrees-e-maarfat-e-kirdgar.</w:t>
      </w:r>
    </w:p>
    <w:p>
      <w:pPr>
        <w:jc w:val="right"/>
      </w:pPr>
      <w:r>
        <w:t>برگ درختان سبز در نظرِ ہوشیار ہر ورقِ تفتریس معرفتِ کردگار۔</w:t>
      </w:r>
    </w:p>
    <w:p>
      <w:r>
        <w:rPr>
          <w:b/>
        </w:rPr>
        <w:t xml:space="preserve">[17:05] </w:t>
      </w:r>
      <w:r>
        <w:t>is ka matlab yeh hai</w:t>
      </w:r>
    </w:p>
    <w:p>
      <w:pPr>
        <w:jc w:val="right"/>
      </w:pPr>
      <w:r>
        <w:t>اس کا مطلب یہ ہے</w:t>
      </w:r>
    </w:p>
    <w:p>
      <w:r>
        <w:rPr>
          <w:b/>
        </w:rPr>
        <w:t xml:space="preserve">[17:11] </w:t>
      </w:r>
      <w:r>
        <w:t>ke dunya ki har cheez darakht ke ek patti tak apne andar ek daftar liye hue hain. Khuda ke jalwon ki, Khuda ki barhai ki.</w:t>
      </w:r>
    </w:p>
    <w:p>
      <w:pPr>
        <w:jc w:val="right"/>
      </w:pPr>
      <w:r>
        <w:t>کہ دنیا کی ہر چیز درخت کے ایک پتی تک اپنے اندر ایک دفتر لیے ہوئے ہیں۔ خدا کے جلووں کی، خدا کی بڑائی کی۔</w:t>
      </w:r>
    </w:p>
    <w:p>
      <w:r>
        <w:rPr>
          <w:b/>
        </w:rPr>
        <w:t xml:space="preserve">[17:27] </w:t>
      </w:r>
      <w:r>
        <w:t>jis aadmi ke andar woh nigah ho jis se woh dekh sake aur us ko padh sake to us mein poora daftar us ko milega jis ko woh padhe woh.</w:t>
      </w:r>
    </w:p>
    <w:p>
      <w:pPr>
        <w:jc w:val="right"/>
      </w:pPr>
      <w:r>
        <w:t>جس آدمی کے اندر وہ نگاہ ہو جس سے وہ دیکھ سکے اور اس کو پڑھ سکے تو اس میں پورا دفتر اس کو ملے گا جس کو وہ پڑھے وہ۔</w:t>
      </w:r>
    </w:p>
    <w:p>
      <w:r>
        <w:rPr>
          <w:b/>
        </w:rPr>
        <w:t xml:space="preserve">[17:37] </w:t>
      </w:r>
      <w:r>
        <w:t>barg-e-darakhtan-e-sabz dar nazar-e-hushyar har warq-e-taqrees-e-maarfat-e-kirdgar. isi liye hum CPS ke is mein aap ne yeh baat dekhi hogi ke sara focus hum dete hain intellectual development par.</w:t>
      </w:r>
    </w:p>
    <w:p>
      <w:pPr>
        <w:jc w:val="right"/>
      </w:pPr>
      <w:r>
        <w:t>برگ درختان سبز در نظرِ ہوشیار ہر ورقِ تفتریس معرفتِ کردگار۔ اسی لئے ہم سی پی ایس کے اس میں آپ نے یہ بات دیکھی ہوگی کہ سارا فوکس ہم دیتے ہیں انٹلیکچوئل ڈیولپمنٹ پر۔</w:t>
      </w:r>
    </w:p>
    <w:p>
      <w:r>
        <w:rPr>
          <w:b/>
        </w:rPr>
        <w:t xml:space="preserve">[17:59] </w:t>
      </w:r>
      <w:r>
        <w:t>sara focus. meri apni study ke mutabiq religion jo hai kisi form ka naam nahi hai.</w:t>
      </w:r>
    </w:p>
    <w:p>
      <w:pPr>
        <w:jc w:val="right"/>
      </w:pPr>
      <w:r>
        <w:t>سارا فوکس۔ میری اپنی اسٹڈی کے مطابق ریلیجن جو ہے کسی فارم کا نام نہیں ہے۔</w:t>
      </w:r>
    </w:p>
    <w:p>
      <w:r>
        <w:rPr>
          <w:b/>
        </w:rPr>
        <w:t xml:space="preserve">[18:08] </w:t>
      </w:r>
      <w:r>
        <w:t>ritual ka naam nahi hai. kisi etiquette ka naam nahi hai. woh hai spiritual development ka naam.</w:t>
      </w:r>
    </w:p>
    <w:p>
      <w:pPr>
        <w:jc w:val="right"/>
      </w:pPr>
      <w:r>
        <w:t>ریچول کا نام نہیں ہے۔ کسی ایٹیکیٹ کا نام نہیں ہے۔ وہ ہے اسپیریچوئل ڈیولپمنٹ کا نام۔</w:t>
      </w:r>
    </w:p>
    <w:p>
      <w:r>
        <w:rPr>
          <w:b/>
        </w:rPr>
        <w:t xml:space="preserve">[18:17] </w:t>
      </w:r>
      <w:r>
        <w:t>intellectual development ka naam.</w:t>
      </w:r>
    </w:p>
    <w:p>
      <w:pPr>
        <w:jc w:val="right"/>
      </w:pPr>
      <w:r>
        <w:t>انٹلیکچوئل ڈیولپمنٹ کا نام۔</w:t>
      </w:r>
    </w:p>
    <w:p>
      <w:r>
        <w:rPr>
          <w:b/>
        </w:rPr>
        <w:t xml:space="preserve">[18:22] </w:t>
      </w:r>
      <w:r>
        <w:t>aap ke mind ko itna zyada ooncha uthana ke aap badi badi haqiqaton ko samajh saken. mahaz kuch form ko dohrana, kuch rituals ko dohrana isi ka naam religion nahi hai, isi ka naam Islam nahi hai.</w:t>
      </w:r>
    </w:p>
    <w:p>
      <w:pPr>
        <w:jc w:val="right"/>
      </w:pPr>
      <w:r>
        <w:t>آپ کے مائنڈ کو اتنا زیادہ اونچا اٹھانا کہ آپ بڑی بڑی حقیقتوں کو سمجھ سکیں۔ محض کچھ فارم کو دہرانا، کچھ ریچولز کو دہرانا اسی کا نام ریلیجن نہیں ہے، اسی کا نام اسلام نہیں ہے۔</w:t>
      </w:r>
    </w:p>
    <w:p>
      <w:r>
        <w:rPr>
          <w:b/>
        </w:rPr>
        <w:t xml:space="preserve">[18:45] </w:t>
      </w:r>
      <w:r>
        <w:t>to yeh aadmi jo banata hai cheezen is ke peeche kya hota hai? desire hoti hai. Britishers ke dil mein bhi ek desire thi.</w:t>
      </w:r>
    </w:p>
    <w:p>
      <w:pPr>
        <w:jc w:val="right"/>
      </w:pPr>
      <w:r>
        <w:t>تو یہ آدمی جو بناتا ہے چیزیں اس کے پیچھے کیا ہوتا ہے؟ ڈیزائر ہوتی ہے۔ برٹشرز کے دل میں بھی ایک ڈیزائر تھی۔</w:t>
      </w:r>
    </w:p>
    <w:p>
      <w:r>
        <w:rPr>
          <w:b/>
        </w:rPr>
        <w:t xml:space="preserve">[18:57] </w:t>
      </w:r>
      <w:r>
        <w:t>is ke liye unhon ne yeh dunya banai. isi tarah har ek ke dil mein kuch desire hoti hain. is ke liye woh banata hai jo jitna us ke bas mein hota hai.</w:t>
      </w:r>
    </w:p>
    <w:p>
      <w:pPr>
        <w:jc w:val="right"/>
      </w:pPr>
      <w:r>
        <w:t>اس کے لئے انہوں نے یہ دنیا بنائی۔ اسی طرح ہر ایک کے دل میں کچھ ڈیزائر ہوتی ہیں۔ اس کے لئے وہ بناتا ہے جو جتنا اس کے بس میں ہوتا ہے۔</w:t>
      </w:r>
    </w:p>
    <w:p>
      <w:r>
        <w:rPr>
          <w:b/>
        </w:rPr>
        <w:t xml:space="preserve">[19:07] </w:t>
      </w:r>
      <w:r>
        <w:t>lekin mein aap ko aik baat sochne ko kehna chahunga.</w:t>
      </w:r>
    </w:p>
    <w:p>
      <w:pPr>
        <w:jc w:val="right"/>
      </w:pPr>
      <w:r>
        <w:t>لیکن میں آپ کو ایک بات سوچنے کو کہنا چاہوں گا۔</w:t>
      </w:r>
    </w:p>
    <w:p>
      <w:r>
        <w:rPr>
          <w:b/>
        </w:rPr>
        <w:t xml:space="preserve">[19:15] </w:t>
      </w:r>
      <w:r>
        <w:t>apne desire ko le kar aap sochiye. koi bhi desire jo aap ki ho maslan bohat acha khana.</w:t>
      </w:r>
    </w:p>
    <w:p>
      <w:pPr>
        <w:jc w:val="right"/>
      </w:pPr>
      <w:r>
        <w:t>اپنے ڈیزائر کو لے کر آپ سوچیئے۔ کوئی بھی ڈیزائر جو آپ کی ہو مثلاً بہت اچھا کھانا۔</w:t>
      </w:r>
    </w:p>
    <w:p>
      <w:r>
        <w:rPr>
          <w:b/>
        </w:rPr>
        <w:t xml:space="preserve">[19:24] </w:t>
      </w:r>
      <w:r>
        <w:t>ya aur koi cheez jo aap chahte hon, bohat achi.</w:t>
      </w:r>
    </w:p>
    <w:p>
      <w:pPr>
        <w:jc w:val="right"/>
      </w:pPr>
      <w:r>
        <w:t>یا اور کوئی چیز جو آپ چاہتے ہوں، بہت اچھی۔</w:t>
      </w:r>
    </w:p>
    <w:p>
      <w:r>
        <w:rPr>
          <w:b/>
        </w:rPr>
        <w:t xml:space="preserve">[19:30] </w:t>
      </w:r>
      <w:r>
        <w:t>aur woh cheez mil jaye aap ko. sab se bari jo kami hai woh yeh hai ke yeh cheezein jo aap apne desire ko poora karne ke liye hasil karte hain woh store nahi kar sakti.</w:t>
      </w:r>
    </w:p>
    <w:p>
      <w:pPr>
        <w:jc w:val="right"/>
      </w:pPr>
      <w:r>
        <w:t>اور وہ چیز مل جائے آپ کو۔ سب سے بڑی جو کمی ہے وہ یہ ہے کہ یہ چیزیں جو آپ اپنے ڈیزائر کو پورا کرنے کے لئے حاصل کرتے ہیں وہ اسٹور نہیں کر سکتی۔</w:t>
      </w:r>
    </w:p>
    <w:p>
      <w:r>
        <w:rPr>
          <w:b/>
        </w:rPr>
        <w:t xml:space="preserve">[19:47] </w:t>
      </w:r>
      <w:r>
        <w:t>maslan aap ne bohat acha khana khaya to khate hue aap ko is ka taste mila. lekin is ko aap store nahi kar lete ke kal parson narsoun tak bhi woh aap ko acha lagta rahe.</w:t>
      </w:r>
    </w:p>
    <w:p>
      <w:pPr>
        <w:jc w:val="right"/>
      </w:pPr>
      <w:r>
        <w:t>مثلاً آپ نے بہت اچھا کھانا کھایا تو کھاتے ہوئے آپ کو اس کا ٹیسٹ ملا۔ لیکن اس کو آپ اسٹور نہیں کر لیتے کہ کل پرسوں نرسوں تک بھی وہ آپ کو اچھا لگتا رہے۔</w:t>
      </w:r>
    </w:p>
    <w:p>
      <w:r>
        <w:rPr>
          <w:b/>
        </w:rPr>
        <w:t xml:space="preserve">[19:58] </w:t>
      </w:r>
      <w:r>
        <w:t>koi bhi cheez jisay aap enjoy karte hain, koi bhi cheez. xyz. aap sochiye ke jin cheezon se aap ne enjoy kiya kya woh store ho gayeen aap ke is mein?</w:t>
      </w:r>
    </w:p>
    <w:p>
      <w:pPr>
        <w:jc w:val="right"/>
      </w:pPr>
      <w:r>
        <w:t>کوئی بھی چیز جسے آپ انجوائے کرتے ہیں، کوئی بھی چیز۔ ایکس وائی زیڈ۔ آپ سوچیئے کہ جن چیزوں سے آپ نے انجوائے کیا کیا وہ اسٹور ہو گئیں آپ کے اس میں؟</w:t>
      </w:r>
    </w:p>
    <w:p>
      <w:r>
        <w:rPr>
          <w:b/>
        </w:rPr>
        <w:t xml:space="preserve">[20:10] </w:t>
      </w:r>
      <w:r>
        <w:t>aaj tak aap is ko is se lutf andoz ho rahe hain?</w:t>
      </w:r>
    </w:p>
    <w:p>
      <w:pPr>
        <w:jc w:val="right"/>
      </w:pPr>
      <w:r>
        <w:t>آج تک آپ اس کو اس سے لطف اندوز ہو رہے ہیں؟</w:t>
      </w:r>
    </w:p>
    <w:p>
      <w:r>
        <w:rPr>
          <w:b/>
        </w:rPr>
        <w:t xml:space="preserve">[20:16] </w:t>
      </w:r>
      <w:r>
        <w:t>yani bohat hi temporary hota hai aap ka enjoyment. aap ki desire jo hai thori dair ke liye is se enjoy kar pati hain.</w:t>
      </w:r>
    </w:p>
    <w:p>
      <w:pPr>
        <w:jc w:val="right"/>
      </w:pPr>
      <w:r>
        <w:t>یعنی بہت ہی ٹیمپرری ہوتا ہے آپ کا انجوائے منٹ۔ آپ کی ڈیزائر جو ہے تھوڑی دیر کے لئے اس سے انجوائے کر پاتی ہیں۔</w:t>
      </w:r>
    </w:p>
    <w:p>
      <w:r>
        <w:rPr>
          <w:b/>
        </w:rPr>
        <w:t xml:space="preserve">[20:26] </w:t>
      </w:r>
      <w:r>
        <w:t>aur is ke baad khatam. yeh aik bohat bari sochne ki baat hai ke jin cheezon ko hum pasand karte hain, jisay hum enjoy karna chahte hain woh store nahi kar sakti.</w:t>
      </w:r>
    </w:p>
    <w:p>
      <w:pPr>
        <w:jc w:val="right"/>
      </w:pPr>
      <w:r>
        <w:t>اور اس کے بعد ختم۔ یہ ایک بہت بڑی سوچنے کی بات ہے کہ جن چیزوں کو ہم پسند کرتے ہیں، جسے ہم انجوائے کرنا چاہتے ہیں وہ اسٹور نہیں کر سکتی۔</w:t>
      </w:r>
    </w:p>
    <w:p>
      <w:r>
        <w:rPr>
          <w:b/>
        </w:rPr>
        <w:t xml:space="preserve">[20:41] </w:t>
      </w:r>
      <w:r>
        <w:t>to kyun hai yeh? woh kon sa tareeqa hai jis se hum is enjoyment ko permanent bana sakein? temporary enjoyment ko permanent bana sakein.</w:t>
      </w:r>
    </w:p>
    <w:p>
      <w:pPr>
        <w:jc w:val="right"/>
      </w:pPr>
      <w:r>
        <w:t>تو کیوں ہے یہ؟ وہ کون سا طریقہ ہے جس سے ہم اس انجوائے منٹ کو پرماننٹ بنا سکیں؟ ٹیمپرری انجوائے منٹ کو پرماننٹ بنا سکیں۔</w:t>
      </w:r>
    </w:p>
    <w:p>
      <w:r>
        <w:rPr>
          <w:b/>
        </w:rPr>
        <w:t xml:space="preserve">[20:52] </w:t>
      </w:r>
      <w:r>
        <w:t>is ka kya method hai, kya formula hai is ka? yeh har aik ko sochna chahiye. kyun ke aap chahte hain ke eternally aap enjoy karein.</w:t>
      </w:r>
    </w:p>
    <w:p>
      <w:pPr>
        <w:jc w:val="right"/>
      </w:pPr>
      <w:r>
        <w:t>اس کا کیا میتھڈ ہے، کیا فارمولا ہے اس کا؟ یہ ہر ایک کو سوچنا چاہیئے۔ کیوں کہ آپ چاہتے ہیں کہ ایٹرنلی آپ انجوائے کریں۔</w:t>
      </w:r>
    </w:p>
    <w:p>
      <w:r>
        <w:rPr>
          <w:b/>
        </w:rPr>
        <w:t xml:space="preserve">[21:04] </w:t>
      </w:r>
      <w:r>
        <w:t>koi bhi aadmi aisa nahi chahega ke woh thori dair enjoy kare aur is ke baad khatam. lekin koi bhi cheez jo dunya mein aap hasil karte hain us ke sath yeh kami lagi hui hai ke woh store nahi hoti.</w:t>
      </w:r>
    </w:p>
    <w:p>
      <w:pPr>
        <w:jc w:val="right"/>
      </w:pPr>
      <w:r>
        <w:t>کوئی بھی آدمی ایسا نہیں چاہے گا کہ وہ تھوڑی دیر انجوائے کرے اور اس کے بعد ختم۔ لیکن کوئی بھی چیز جو دنیا میں آپ حاصل کرتے ہیں اس کے ساتھ یہ کمی لگی ہوئی ہے کہ وہ اسٹور نہیں ہوتی۔</w:t>
      </w:r>
    </w:p>
    <w:p>
      <w:r>
        <w:rPr>
          <w:b/>
        </w:rPr>
        <w:t xml:space="preserve">[21:24] </w:t>
      </w:r>
      <w:r>
        <w:t>woh store nahi hoti. to mein yeh kahunga ke yeh aik clue hai. clue. is se le kar aap sochein ke kyun hamara enjoyment jo hai woh store nahi hota?</w:t>
      </w:r>
    </w:p>
    <w:p>
      <w:pPr>
        <w:jc w:val="right"/>
      </w:pPr>
      <w:r>
        <w:t>وہ اسٹور نہیں ہوتی۔ تو میں یہ کہوں گا کہ یہ ایک کلو ہے۔ سی ایل یو ای۔ اس سے لے کر آپ سوچیں کہ کیوں ہمارا انجوائے منٹ جو ہے وہ اسٹور نہیں ہوتا؟</w:t>
      </w:r>
    </w:p>
    <w:p>
      <w:r>
        <w:rPr>
          <w:b/>
        </w:rPr>
        <w:t xml:space="preserve">[21:36] </w:t>
      </w:r>
      <w:r>
        <w:t>woh zakhira nahi banta?</w:t>
      </w:r>
    </w:p>
    <w:p>
      <w:pPr>
        <w:jc w:val="right"/>
      </w:pPr>
      <w:r>
        <w:t>وہ ذخیرہ نہیں بنتا؟</w:t>
      </w:r>
    </w:p>
    <w:p>
      <w:r>
        <w:rPr>
          <w:b/>
        </w:rPr>
        <w:t xml:space="preserve">[21:41] </w:t>
      </w:r>
      <w:r>
        <w:t>is clue ko le kar aap sochein to aap aik haqeeqat tak pohnchenge. woh yeh ke dunya mein jo enjoyment rakha gaya hai hamare liye woh sirf introduction ke liye hai.</w:t>
      </w:r>
    </w:p>
    <w:p>
      <w:pPr>
        <w:jc w:val="right"/>
      </w:pPr>
      <w:r>
        <w:t>اس کلو کو لے کر آپ سوچیں تو آپ ایک حقیقت تک پہنچیں گے۔ وہ یہ کہ دنیا میں جو انجوائے منٹ رکھا گیا ہے ہمارے لئے وہ صرف انٹروڈکشن کے لئے ہے۔</w:t>
      </w:r>
    </w:p>
    <w:p>
      <w:r>
        <w:rPr>
          <w:b/>
        </w:rPr>
        <w:t xml:space="preserve">[22:00] </w:t>
      </w:r>
      <w:r>
        <w:t>paradise ke. yani real jagah jahan hum enjoy kar sakein eternally aur completely woh hai paradise.</w:t>
      </w:r>
    </w:p>
    <w:p>
      <w:pPr>
        <w:jc w:val="right"/>
      </w:pPr>
      <w:r>
        <w:t>پیراڈائز کے۔ یعنی ریئل جگہ جہاں ہم انجوائے کر سکیں ایٹرنلی اور کمپلیٹلی وہ ہے پیراڈائز۔</w:t>
      </w:r>
    </w:p>
    <w:p>
      <w:r>
        <w:rPr>
          <w:b/>
        </w:rPr>
        <w:t xml:space="preserve">[22:13] </w:t>
      </w:r>
      <w:r>
        <w:t>aur dunya mein jo hum thora sa enjoy kar pate hain, thora sa is ka taste le pate hain. to hindi mein aik lafz hai bohat acha.</w:t>
      </w:r>
    </w:p>
    <w:p>
      <w:pPr>
        <w:jc w:val="right"/>
      </w:pPr>
      <w:r>
        <w:t>اور دنیا میں جو ہم تھوڑا سا انجوائے کر پاتے ہیں، تھوڑا سا اس کا ٹیسٹ لے پاتے ہیں۔ تو ہندی میں ایک لفظ ہے بڑا اچھا۔</w:t>
      </w:r>
    </w:p>
    <w:p>
      <w:r>
        <w:rPr>
          <w:b/>
        </w:rPr>
        <w:t xml:space="preserve">[22:22] </w:t>
      </w:r>
      <w:r>
        <w:t>woh mein yahan use karunga. hindi mein aik lafz hai is ko kehte hain bangi. bangi. jaise aap aik sweet tayyar karein koi bohat achi to thora sa kisi ko dein chakhne ke liye to woh bangi hogi.</w:t>
      </w:r>
    </w:p>
    <w:p>
      <w:pPr>
        <w:jc w:val="right"/>
      </w:pPr>
      <w:r>
        <w:t>وہ میں یہاں یوز کروں گا۔ ہندی میں ایک لفظ ہے اس کو کہتے ہیں بانگی۔ بانگی۔ جیسے آپ ایک سویٹ تیار کریں کوئی بہت اچھی تو تھوڑا سا کسی کو دیں چکھنے کے لئے تو وہ بانگی ہوگی۔</w:t>
      </w:r>
    </w:p>
    <w:p>
      <w:r>
        <w:rPr>
          <w:b/>
        </w:rPr>
        <w:t xml:space="preserve">[22:38] </w:t>
      </w:r>
      <w:r>
        <w:t>kya aap birthday ko aik bohat itna sab banaya aap ne sweet. is mein se thora sa aik matar ke barabar kisi ko diya chakhne ke liye to woh bangi hai woh.</w:t>
      </w:r>
    </w:p>
    <w:p>
      <w:pPr>
        <w:jc w:val="right"/>
      </w:pPr>
      <w:r>
        <w:t>کیا آپ برتھ ڈے کو ایک بہت اتنا سب بنایا آپ نے سویٹ۔ اس میں سے تھوڑا سا ایک مٹر کے برابر کسی کو دیا چکھنے کے لئے تو وہ بانگی ہے وہ۔</w:t>
      </w:r>
    </w:p>
    <w:p>
      <w:r>
        <w:rPr>
          <w:b/>
        </w:rPr>
        <w:t xml:space="preserve">[22:48] </w:t>
      </w:r>
      <w:r>
        <w:t>to mein samajhta hoon ke dunya mein jo enjoyment rakha gaya hai woh bangi hai. thora sa is ka fraction is eternal enjoyment ka rakh diya gaya ke aap is ko jaan sakein ke woh kaisa ajeeb hoga woh maqam, woh jagah jis ko paradise kaha jata hai.</w:t>
      </w:r>
    </w:p>
    <w:p>
      <w:pPr>
        <w:jc w:val="right"/>
      </w:pPr>
      <w:r>
        <w:t>تو میں سمجھتا ہوں کہ دنیا میں جو انجوائے منٹ رکھا گیا ہے وہ بانگی ہے۔ تھوڑا سا اس کا فریکشن اس ایٹرنل انجوائے منٹ کا رکھ دیا گیا کہ آپ اس کو جان سکیں کہ وہ کیسا عجیب ہوگا وہ مقام، وہ جگہ جس کو پیراڈائز کہا جاتا ہے۔</w:t>
      </w:r>
    </w:p>
    <w:p>
      <w:r>
        <w:rPr>
          <w:b/>
        </w:rPr>
        <w:t xml:space="preserve">[23:10] </w:t>
      </w:r>
      <w:r>
        <w:t>to wahan par</w:t>
      </w:r>
    </w:p>
    <w:p>
      <w:pPr>
        <w:jc w:val="right"/>
      </w:pPr>
      <w:r>
        <w:t>تو وہاں پر</w:t>
      </w:r>
    </w:p>
    <w:p>
      <w:r>
        <w:rPr>
          <w:b/>
        </w:rPr>
        <w:t xml:space="preserve">[23:15] </w:t>
      </w:r>
      <w:r>
        <w:t>hum poori tarah enjoy kar painge. to aik cheez yeh aap ke ilm mein ayi. aik clue. ke hum jin cheezon se enjoy karne ka bohat shauq rakhte hain aur hum is ko hasil bhi kar lete hain lekin jab hum enjoy karte hain to hum is enjoyment ko store nahi kar paate.</w:t>
      </w:r>
    </w:p>
    <w:p>
      <w:pPr>
        <w:jc w:val="right"/>
      </w:pPr>
      <w:r>
        <w:t>ہم پوری طرح انجوائے کر پائیں گے۔ تو ایک چیز یہ آپ کے علم میں آئی۔ ایک کلو۔ کہ ہم جن چیزوں سے انجوائے کرنے کا بہت شوق رکھتے ہیں اور ہم اس کو حاصل بھی کر لیتے ہیں لیکن جب ہم انجوائے کرتے ہیں تو ہم اس انجوائے منٹ کو اسٹور نہیں کر پاتے۔</w:t>
      </w:r>
    </w:p>
    <w:p>
      <w:r>
        <w:rPr>
          <w:b/>
        </w:rPr>
        <w:t xml:space="preserve">[23:34] </w:t>
      </w:r>
      <w:r>
        <w:t>is ko zakhira nahi kar paate. thori dair enjoy kiya aur is ke baad khatam. thori dair enjoy kiya aur is ke baad khatam. ab is ko le kar aap sochiye to aik aur clue aap ko milta hai.</w:t>
      </w:r>
    </w:p>
    <w:p>
      <w:pPr>
        <w:jc w:val="right"/>
      </w:pPr>
      <w:r>
        <w:t>اس کو ذخیرہ نہیں کر پاتے۔ تھوڑی دیر انجوائے کیا اور اس کے بعد ختم۔ تھوڑی دیر انجوائے کیا اور اس کے بعد ختم۔ اب اس کو لے کر آپ سوچیئے تو ایک اور کلو آپ کو ملتا ہے۔</w:t>
      </w:r>
    </w:p>
    <w:p>
      <w:r>
        <w:rPr>
          <w:b/>
        </w:rPr>
        <w:t xml:space="preserve">[23:45] </w:t>
      </w:r>
      <w:r>
        <w:t>woh clue kya hai? dunya mein har cheez jora jora banai gayi hai. pair. pair. pair.</w:t>
      </w:r>
    </w:p>
    <w:p>
      <w:pPr>
        <w:jc w:val="right"/>
      </w:pPr>
      <w:r>
        <w:t>وہ کلو کیا ہے؟ دنیا میں ہر چیز جوڑا جوڑا بنائی گئی ہے۔ پیئر۔ پی اے آئی آر پیئر۔</w:t>
      </w:r>
    </w:p>
    <w:p>
      <w:r>
        <w:rPr>
          <w:b/>
        </w:rPr>
        <w:t xml:space="preserve">[23:56] </w:t>
      </w:r>
      <w:r>
        <w:t>har cheez pair ki surat mein hai. jaise aap atom hai. atom mein kya hai? positive particle aur negative particle. mil kar pair atom banta hai.</w:t>
      </w:r>
    </w:p>
    <w:p>
      <w:pPr>
        <w:jc w:val="right"/>
      </w:pPr>
      <w:r>
        <w:t>ہر چیز پیئر کی صورت میں ہے۔ جیسے آپ ایٹم ہے۔ ایٹم میں کیا ہے؟ پازیٹیو پارٹیکل اور نیگیٹیو پارٹیکل۔ مل کر پیئر ایٹم بنتا ہے۔</w:t>
      </w:r>
    </w:p>
    <w:p>
      <w:r>
        <w:rPr>
          <w:b/>
        </w:rPr>
        <w:t xml:space="preserve">[24:09] </w:t>
      </w:r>
      <w:r>
        <w:t>positive particle aur negative particle mil kar pair banta hai.</w:t>
      </w:r>
    </w:p>
    <w:p>
      <w:pPr>
        <w:jc w:val="right"/>
      </w:pPr>
      <w:r>
        <w:t>پازیٹیو پارٹیکل اور نیگیٹیو پارٹیکل مل کر پیئر بنتا ہے۔</w:t>
      </w:r>
    </w:p>
    <w:p>
      <w:r>
        <w:rPr>
          <w:b/>
        </w:rPr>
        <w:t xml:space="preserve">[24:16] </w:t>
      </w:r>
      <w:r>
        <w:t>magnet jo hai woh south pole aur north pole mil kar ke magnet banta hai. plant mein bhi aap jante hain ke is mein bhi male female hote hain.</w:t>
      </w:r>
    </w:p>
    <w:p>
      <w:pPr>
        <w:jc w:val="right"/>
      </w:pPr>
      <w:r>
        <w:t>میگنیٹ جو ہے وہ ساؤتھ پول اور نارتھ پول مل کر کے میگنیٹ بنتا ہے۔ پلانٹ میں بھی آپ جانتے ہیں کہ اس میں بھی میل فیمیل ہوتے ہیں۔</w:t>
      </w:r>
    </w:p>
    <w:p>
      <w:r>
        <w:rPr>
          <w:b/>
        </w:rPr>
        <w:t xml:space="preserve">[24:25] </w:t>
      </w:r>
      <w:r>
        <w:t>plant mein. animal mein female male female hote hain. insanon mein aap jante hain ke man aur woman hote hain.</w:t>
      </w:r>
    </w:p>
    <w:p>
      <w:pPr>
        <w:jc w:val="right"/>
      </w:pPr>
      <w:r>
        <w:t>پلانٹ میں۔ اینیمل میں فیمیل میل فیمیل ہوتے ہیں۔ انسانوں میں آپ جانتے ہیں کہ مین اور وومن ہوتے ہیں۔</w:t>
      </w:r>
    </w:p>
    <w:p>
      <w:r>
        <w:rPr>
          <w:b/>
        </w:rPr>
        <w:t xml:space="preserve">[24:35] </w:t>
      </w:r>
      <w:r>
        <w:t>yeh sab pair hain. yahan tak ke ab yeh mana jata hai ke jo hamari dunya hai, hamara jo world hai is ka bhi aik pair hai. aik positive world hai, aik negative world hai.</w:t>
      </w:r>
    </w:p>
    <w:p>
      <w:pPr>
        <w:jc w:val="right"/>
      </w:pPr>
      <w:r>
        <w:t>یہ سب پیئر ہیں۔ یہاں تک کہ اب یہ مانا جاتا ہے کہ جو ہماری دنیا ہے، ہمارا جو ورلڈ ہے اس کا بھی ایک پیئر ہے۔ ایک پازیٹیو ورلڈ ہے، ایک نیگیٹیو ورلڈ ہے۔</w:t>
      </w:r>
    </w:p>
    <w:p>
      <w:r>
        <w:rPr>
          <w:b/>
        </w:rPr>
        <w:t xml:space="preserve">[24:48] </w:t>
      </w:r>
      <w:r>
        <w:t>to dunya ko jab hum parhte hain, dunya ko jab study karte hain to pata chalta hai ke yahan par pair ka principle hai. har cheez pair ki shakal mein hai.</w:t>
      </w:r>
    </w:p>
    <w:p>
      <w:pPr>
        <w:jc w:val="right"/>
      </w:pPr>
      <w:r>
        <w:t>تو دنیا کو جب ہم پڑھتے ہیں، دنیا کو جب اسٹڈی کرتے ہیں تو پتہ چلتا ہے کہ یہاں پر پیئر کا پرنسپل ہے۔ ہر چیز پیئر کی شکل میں ہے۔</w:t>
      </w:r>
    </w:p>
    <w:p>
      <w:r>
        <w:rPr>
          <w:b/>
        </w:rPr>
        <w:t xml:space="preserve">[24:58] </w:t>
      </w:r>
      <w:r>
        <w:t>aur apne jore se mil kar, apne pair se mil kar woh apni apne ko complete karti hai. apni takmeel karti hai.</w:t>
      </w:r>
    </w:p>
    <w:p>
      <w:pPr>
        <w:jc w:val="right"/>
      </w:pPr>
      <w:r>
        <w:t>اور اپنے جوڑے سے مل کر، اپنے پیئر سے مل کر وہ اپنی اپنے کو کمپلیٹ کرتی ہے۔ اپنی تکمیل کرتی ہے۔</w:t>
      </w:r>
    </w:p>
    <w:p>
      <w:r>
        <w:rPr>
          <w:b/>
        </w:rPr>
        <w:t xml:space="preserve">[25:09] </w:t>
      </w:r>
      <w:r>
        <w:t>sirf aik hi exception hai is dunya mein. woh kya hai hamare desire ka? ke desire to hai aur fulfillment ka pair nahi maujood hai.</w:t>
      </w:r>
    </w:p>
    <w:p>
      <w:pPr>
        <w:jc w:val="right"/>
      </w:pPr>
      <w:r>
        <w:t>صرف ایک ہی ایکسیپشن ہے اس دنیا میں۔ وہ کیا ہے ہمارے ڈیزائر کا؟ کہ ڈیزائر تو ہے اور فلفلمنٹ کا پیئر نہیں موجود ہے۔</w:t>
      </w:r>
    </w:p>
    <w:p>
      <w:r>
        <w:rPr>
          <w:b/>
        </w:rPr>
        <w:t xml:space="preserve">[25:19] </w:t>
      </w:r>
      <w:r>
        <w:t>zara ghor kijiye kitni bari baat hai yeh. ke wahan negative particle hai to positive particle bhi hai. female hai to male bhi hai.</w:t>
      </w:r>
    </w:p>
    <w:p>
      <w:pPr>
        <w:jc w:val="right"/>
      </w:pPr>
      <w:r>
        <w:t>ذرا غور کیجیئے کتنی بڑی بات ہے یہ۔ کہ وہاں نیگیٹیو پارٹیکل ہے تو پازیٹیو پارٹیکل بھی ہے۔ فیمیل ہے تو میل بھی ہے۔</w:t>
      </w:r>
    </w:p>
    <w:p>
      <w:r>
        <w:rPr>
          <w:b/>
        </w:rPr>
        <w:t xml:space="preserve">[25:29] </w:t>
      </w:r>
      <w:r>
        <w:t>aurat hai to mard bhi hai. positive world hai to negative world bhi hai. lekin hamare jo desires hain woh chahti hain ke in desire ko pura karne ka saman ho.</w:t>
      </w:r>
    </w:p>
    <w:p>
      <w:pPr>
        <w:jc w:val="right"/>
      </w:pPr>
      <w:r>
        <w:t>عورت ہے تو مرد بھی ہے۔ پازیٹیو ورلڈ ہے تو نیگیٹیو ورلڈ بھی ہے۔ لیکن ہمارے جو ڈیزائرز ہیں وہ چاہتی ہیں کہ ان ڈیزائر کو پورا کرنے کا سامان ہو۔</w:t>
      </w:r>
    </w:p>
    <w:p>
      <w:r>
        <w:rPr>
          <w:b/>
        </w:rPr>
        <w:t xml:space="preserve">[25:46] </w:t>
      </w:r>
      <w:r>
        <w:t>isi ko mein is ka jora keh raha hoon, is ka pair keh raha hoon. hamare desire ka jora. woh kahin hai hi nahi. sirf hai to bangi hai sirf. thora sa chakhne ke liye.</w:t>
      </w:r>
    </w:p>
    <w:p>
      <w:pPr>
        <w:jc w:val="right"/>
      </w:pPr>
      <w:r>
        <w:t>اسی کو میں اس کا جوڑا کہہ رہا ہوں، اس کا پیئر کہہ رہا ہوں۔ ہمارے ڈیزائر کا جوڑا۔ وہ کہیں ہے ہی نہیں۔ صرف ہے تو بانگی ہے صرف۔ تھوڑا سا چکھنے کے لئے۔</w:t>
      </w:r>
    </w:p>
    <w:p>
      <w:r>
        <w:rPr>
          <w:b/>
        </w:rPr>
        <w:t xml:space="preserve">[25:57] </w:t>
      </w:r>
      <w:r>
        <w:t>yani hamari desire unlimited hai. koi bhi insan aisa nahi milega aap ko jo sirf limited desire par ko kafi samajh le.</w:t>
      </w:r>
    </w:p>
    <w:p>
      <w:pPr>
        <w:jc w:val="right"/>
      </w:pPr>
      <w:r>
        <w:t>یعنی ہماری ڈیزائر ان لمیٹڈ ہے۔ کوئی بھی انسان ایسا نہیں ملے گا آپ کو جو صرف لمیٹڈ ڈیزائر پر کو کافی سمجھ لے۔</w:t>
      </w:r>
    </w:p>
    <w:p>
      <w:r>
        <w:rPr>
          <w:b/>
        </w:rPr>
        <w:t xml:space="preserve">[26:09] </w:t>
      </w:r>
      <w:r>
        <w:t>unlimited tor par woh apni desire ki taskeen chahta hai. jitni bhi desire hain woh unlimited fulfillment chahti hain.</w:t>
      </w:r>
    </w:p>
    <w:p>
      <w:pPr>
        <w:jc w:val="right"/>
      </w:pPr>
      <w:r>
        <w:t>ان لمیٹڈ طور پر وہ اپنی ڈیزائر کی تسکین چاہتا ہے۔ جتنی بھی ڈیزائر ہیں وہ ان لمیٹڈ فلفلمنٹ چاہتی ہیں۔</w:t>
      </w:r>
    </w:p>
    <w:p>
      <w:r>
        <w:rPr>
          <w:b/>
        </w:rPr>
        <w:t xml:space="preserve">[26:19] </w:t>
      </w:r>
      <w:r>
        <w:t>to woh kahan hai? woh place kahan hai jahan hum ja kar ke apne desire ko unlimited tor par hasil kar saken? mein America gaya to wahan aik sahib apne ghar le gaye mujh ko.</w:t>
      </w:r>
    </w:p>
    <w:p>
      <w:pPr>
        <w:jc w:val="right"/>
      </w:pPr>
      <w:r>
        <w:t>تو وہ کہاں ہے؟ وہ پلیس کہاں ہے جہاں ہم جا کر کے اپنے ڈیزائر کو ان لمیٹڈ طور پر حاصل کر سکیں؟ میں امریکہ گیا تو وہاں ایک صاحب اپنے گھر لے گئے مجھ کو۔</w:t>
      </w:r>
    </w:p>
    <w:p>
      <w:r>
        <w:rPr>
          <w:b/>
        </w:rPr>
        <w:t xml:space="preserve">[26:34] </w:t>
      </w:r>
      <w:r>
        <w:t>to woh Pakistan se aaye thay woh. to unhon ne kaha ke jab Pakistan se mein America aaya to bare bare mere khwab thay ke yahan par yeh yeh hasil karunga, woh hasil karunga.</w:t>
      </w:r>
    </w:p>
    <w:p>
      <w:pPr>
        <w:jc w:val="right"/>
      </w:pPr>
      <w:r>
        <w:t>تو وہ پاکستان سے آئے تھے وہ۔ تو انہوں نے کہا کہ جب پاکستان سے میں امریکہ آیا تو بڑے بڑے میرے خواب تھے کہ یہاں پر یہ یہ حاصل کروں گا، وہ حاصل کروں گا۔</w:t>
      </w:r>
    </w:p>
    <w:p>
      <w:r>
        <w:rPr>
          <w:b/>
        </w:rPr>
        <w:t xml:space="preserve">[26:45] </w:t>
      </w:r>
      <w:r>
        <w:t>mein ne bohat mehnat ki, bohat paisa kamaya. ab woh bed par paray hue thay. jab mein gaya to bed par paray hue thay. kya hua?</w:t>
      </w:r>
    </w:p>
    <w:p>
      <w:pPr>
        <w:jc w:val="right"/>
      </w:pPr>
      <w:r>
        <w:t>میں نے بہت محنت کی، بہت پیسہ کمایا۔ اب وہ بیڈ پر پڑے ہوئے تھے۔ جب میں گیا تو بیڈ پر پڑے ہوئے تھے۔ کیا ہوا؟</w:t>
      </w:r>
    </w:p>
    <w:p>
      <w:r>
        <w:rPr>
          <w:b/>
        </w:rPr>
        <w:t xml:space="preserve">[26:54] </w:t>
      </w:r>
      <w:r>
        <w:t>un ka aik larka tha, bacha. shayad das saal ka hoga. to unhon ne aik din us ko danta, kuch aisi maar mar bhi thi, thora sa kar diya.</w:t>
      </w:r>
    </w:p>
    <w:p>
      <w:pPr>
        <w:jc w:val="right"/>
      </w:pPr>
      <w:r>
        <w:t>ان کا ایک لڑکا تھا، بچہ۔ شاید دس سال کا ہوگا۔ تو انہوں نے ایک دن اس کو ڈانٹا، کچھ ایسی مار مار بھی تھی، تھوڑا سا کر دیا۔</w:t>
      </w:r>
    </w:p>
    <w:p>
      <w:r>
        <w:rPr>
          <w:b/>
        </w:rPr>
        <w:t xml:space="preserve">[27:05] </w:t>
      </w:r>
      <w:r>
        <w:t>to aap jante hain ke in mulkon mein police hoti hai. to us ne child abuse ka jo department hoga wahan telephone kar diya.</w:t>
      </w:r>
    </w:p>
    <w:p>
      <w:pPr>
        <w:jc w:val="right"/>
      </w:pPr>
      <w:r>
        <w:t>تو آپ جانتے ہیں کہ ان ملکوں میں پولیس ہوتی ہے۔ تو اس نے چائلڈ ابیوز کا جو ڈیپارٹمنٹ ہوگا وہاں ٹیلی فون کر دیا۔</w:t>
      </w:r>
    </w:p>
    <w:p>
      <w:r>
        <w:rPr>
          <w:b/>
        </w:rPr>
        <w:t xml:space="preserve">[27:16] </w:t>
      </w:r>
      <w:r>
        <w:t>ab janab within minute wahan se aik gari aa kar ke ghar ke samne khari ho gayi. woh child abuse ki gari thi woh. jaise police wale aaye.</w:t>
      </w:r>
    </w:p>
    <w:p>
      <w:pPr>
        <w:jc w:val="right"/>
      </w:pPr>
      <w:r>
        <w:t>اب جناب ود ان منٹ وہاں سے ایک گاڑی آ کر کے گھر کے سامنے کھڑی ہو گئی۔ وہ چائلڈ ابیوز کی گاڑی تھی وہ۔ جیسے پولیس والے آئے۔</w:t>
      </w:r>
    </w:p>
    <w:p>
      <w:r>
        <w:rPr>
          <w:b/>
        </w:rPr>
        <w:t xml:space="preserve">[27:25] </w:t>
      </w:r>
      <w:r>
        <w:t>aur khat khat khat utre woh. jab unhon ne dekha to itna ghabraye woh ke khirki se kud gaye bahar. apne ghar ki khirki se bahar ke bhagay.</w:t>
      </w:r>
    </w:p>
    <w:p>
      <w:pPr>
        <w:jc w:val="right"/>
      </w:pPr>
      <w:r>
        <w:t>اور کھٹ کھٹ کھٹ اترے وہ۔ جب انہوں نے دیکھا تو اتنا گھبرائے وہ کہ کھڑکی سے کود گئے باہر۔ اپنے گھر کی کھڑکی سے باہر کے بھاگے۔</w:t>
      </w:r>
    </w:p>
    <w:p>
      <w:r>
        <w:rPr>
          <w:b/>
        </w:rPr>
        <w:t xml:space="preserve">[27:36] </w:t>
      </w:r>
      <w:r>
        <w:t>aur hua kya hai ke gir ke un ka paon toot gaya. aur woh bistar par paray hue thay. to unhon ne kaha ke mein kya kya dream le kar aaya tha America.</w:t>
      </w:r>
    </w:p>
    <w:p>
      <w:pPr>
        <w:jc w:val="right"/>
      </w:pPr>
      <w:r>
        <w:t>اور ہوا کیا ہے کہ گر کے ان کا پاؤں ٹوٹ گیا۔ اور وہ بسترے پڑے ہوئے تھے۔ تو انہوں نے کہا کہ میں کیا کیا ڈریم لے کر آیا تھا امریکہ۔</w:t>
      </w:r>
    </w:p>
    <w:p>
      <w:r>
        <w:rPr>
          <w:b/>
        </w:rPr>
        <w:t xml:space="preserve">[27:46] </w:t>
      </w:r>
      <w:r>
        <w:t>ab dekh rahe hain aap mein bistar par para hua hoon. is ke mani ke jo desire aap ki hain woh desire jo hai fulfill nahi hoti hain.</w:t>
      </w:r>
    </w:p>
    <w:p>
      <w:pPr>
        <w:jc w:val="right"/>
      </w:pPr>
      <w:r>
        <w:t>اب دیکھ رہے ہیں آپ میں بسترے پڑا ہوا ہوں۔ اس کے معنی کہ جو ڈیزائر آپ کی ہیں وہ ڈیزائر جو ہے فلفل نہیں ہوتی ہیں۔</w:t>
      </w:r>
    </w:p>
    <w:p>
      <w:r>
        <w:rPr>
          <w:b/>
        </w:rPr>
        <w:t xml:space="preserve">[27:57] </w:t>
      </w:r>
      <w:r>
        <w:t>to yeh desire jo hai in ka aik jora chahiye, in ka aik pair chahiye. jahan poori tarah fulfillment mile aap ko. to woh kahan hai?</w:t>
      </w:r>
    </w:p>
    <w:p>
      <w:pPr>
        <w:jc w:val="right"/>
      </w:pPr>
      <w:r>
        <w:t>تو یہ ڈیزائر جو ہے ان کا ایک جوڑا چاہیے، ان کا ایک پیئر چاہیے۔ جہاں پوری طرح فلفلمنٹ ملے آپ کو۔ تو وہ کہاں ہے؟</w:t>
      </w:r>
    </w:p>
    <w:p>
      <w:r>
        <w:rPr>
          <w:b/>
        </w:rPr>
        <w:t xml:space="preserve">[28:06] </w:t>
      </w:r>
      <w:r>
        <w:t>yeh aik clue hai. aik clue hai jo batata hai ke kahin na kahin is ka pair hona chahiye. kahin na kahin is ka pair hona chahiye jahan aap ki desire ko fulfillment mile.</w:t>
      </w:r>
    </w:p>
    <w:p>
      <w:pPr>
        <w:jc w:val="right"/>
      </w:pPr>
      <w:r>
        <w:t>یہ ایک کلو ہے۔ ایک کلو ہے جو بتاتا ہے کہ کہیں نہ کہیں اس کا پیئر ہونا چاہیے۔ کہیں نہ کہیں اس کا پیئر ہونا چاہیے جہاں آپ کی ڈیزائر کو فلفلمنٹ ملے۔</w:t>
      </w:r>
    </w:p>
    <w:p>
      <w:r>
        <w:rPr>
          <w:b/>
        </w:rPr>
        <w:t xml:space="preserve">[28:20] </w:t>
      </w:r>
      <w:r>
        <w:t>complete sense mein. ab yahan par aap ko jab prophet ke zariye bataya jata hai creation plan of god to creation plan of god mein jab aap paate hain is ko to aap kehte hain ke haan yeh hai sahi.</w:t>
      </w:r>
    </w:p>
    <w:p>
      <w:pPr>
        <w:jc w:val="right"/>
      </w:pPr>
      <w:r>
        <w:t>کمپلیٹ سینس میں۔ اب یہاں پر آپ کو جب پرافٹ کے ذریعے بتایا جاتا ہے کریشن پلانٹ آف گاڈ تو کریشن پلانٹ آف گاڈ میں جب آپ پاتے ہیں اس کو تو آپ کہتے ہیں کہ ہاں یہ ہے صحیح۔</w:t>
      </w:r>
    </w:p>
    <w:p>
      <w:r>
        <w:rPr>
          <w:b/>
        </w:rPr>
        <w:t xml:space="preserve">[28:36] </w:t>
      </w:r>
      <w:r>
        <w:t>kyun ke creation plan of god mein yeh bataya gaya hai ke pre death period mein aap ko sirf bangi milegi. aap ko sirf bangi milegi.</w:t>
      </w:r>
    </w:p>
    <w:p>
      <w:pPr>
        <w:jc w:val="right"/>
      </w:pPr>
      <w:r>
        <w:t>کیوں کہ کریشن پلانٹ آف گاڈ میں یہ بتایا گیا ہے کہ پری ڈیتھ پیریڈ میں آپ کو صرف بانگی ملے گی۔ آپ کو صرف بانگی ملے گی۔</w:t>
      </w:r>
    </w:p>
    <w:p>
      <w:r>
        <w:rPr>
          <w:b/>
        </w:rPr>
        <w:t xml:space="preserve">[28:46] </w:t>
      </w:r>
      <w:r>
        <w:t>yani introduction milega iska. aur poore maeni mein woh milega post death period mein. jisko kehte hain paradise. ab dekhiye ke yeh creation plant jo hai khuda ka jisko prophet ke zariye bataya gaya kitna zyada woh hum ko yani explain karta hai hamare sawalat ko.</w:t>
      </w:r>
    </w:p>
    <w:p>
      <w:pPr>
        <w:jc w:val="right"/>
      </w:pPr>
      <w:r>
        <w:t>یعنی انٹروڈکشن ملے گا اس کا۔ اور پورے معنی میں وہ ملے گا پوسٹ ڈیتھ پیریڈ میں۔ جس کو کہتے ہیں پیراڈائز۔ اب دیکھیئے کہ یہ کریشن پلانٹ جو ہے خدا کا جس کو پرافٹ کے ذریعے بتایا گیا کتنا زیادہ وہ ہم کو یعنی ایکسپلین کرتا ہے ہمارے سوالات کو۔</w:t>
      </w:r>
    </w:p>
    <w:p>
      <w:r>
        <w:rPr>
          <w:b/>
        </w:rPr>
        <w:t xml:space="preserve">[29:07] </w:t>
      </w:r>
      <w:r>
        <w:t>hamare jo sawalaat hain jo hum sochte hain is ko poori tarah explain kar deta hai.</w:t>
      </w:r>
    </w:p>
    <w:p>
      <w:pPr>
        <w:jc w:val="right"/>
      </w:pPr>
      <w:r>
        <w:t>ہمارے جو سوالات ہیں جو ہم سوچتے ہیں اس کو پوری طرح ایکسپلین کر دیتا ہے۔</w:t>
      </w:r>
    </w:p>
    <w:p>
      <w:r>
        <w:rPr>
          <w:b/>
        </w:rPr>
        <w:t xml:space="preserve">[29:15] </w:t>
      </w:r>
      <w:r>
        <w:t>aap jante hain ke is ka explain kar ho jana yaani scientific formula yeh hai ke koi cheez,</w:t>
      </w:r>
    </w:p>
    <w:p>
      <w:pPr>
        <w:jc w:val="right"/>
      </w:pPr>
      <w:r>
        <w:t>آپ جانتے ہیں کہ اس کا ایکسپلین کر ہو جانا یعنی سائنٹیفک فارمولا یہ ہے کہ کوئی چیز،</w:t>
      </w:r>
    </w:p>
    <w:p>
      <w:r>
        <w:rPr>
          <w:b/>
        </w:rPr>
        <w:t xml:space="preserve">[29:23] </w:t>
      </w:r>
      <w:r>
        <w:t>koi sawal aap ke zehn mein aaya</w:t>
      </w:r>
    </w:p>
    <w:p>
      <w:pPr>
        <w:jc w:val="right"/>
      </w:pPr>
      <w:r>
        <w:t>کوئی سوال آپ کے ذہن میں آیا</w:t>
      </w:r>
    </w:p>
    <w:p>
      <w:r>
        <w:rPr>
          <w:b/>
        </w:rPr>
        <w:t xml:space="preserve">[29:26] </w:t>
      </w:r>
      <w:r>
        <w:t>ab is ke baad aap ne is ka aik formula pata chala aap ko woh formula agar aap</w:t>
      </w:r>
    </w:p>
    <w:p>
      <w:pPr>
        <w:jc w:val="right"/>
      </w:pPr>
      <w:r>
        <w:t>اب اس کے بعد آپ نے اس کا ایک فارمولا پتہ چلا آپ کو وہ فارمولا اگر آپ</w:t>
      </w:r>
    </w:p>
    <w:p>
      <w:r>
        <w:rPr>
          <w:b/>
        </w:rPr>
        <w:t xml:space="preserve">[29:33] </w:t>
      </w:r>
      <w:r>
        <w:t>ke sawal ko poori tarah explain kar de to is baat ka saboot hoga ke woh formula sahi</w:t>
      </w:r>
    </w:p>
    <w:p>
      <w:pPr>
        <w:jc w:val="right"/>
      </w:pPr>
      <w:r>
        <w:t>کے سوال کو پوری طرح ایکسپلین کر دے تو اس بات کا ثبوت ہوگا کہ وہ فارمولا صحیح</w:t>
      </w:r>
    </w:p>
    <w:p>
      <w:r>
        <w:rPr>
          <w:b/>
        </w:rPr>
        <w:t xml:space="preserve">[29:40] </w:t>
      </w:r>
      <w:r>
        <w:t>hai.</w:t>
      </w:r>
    </w:p>
    <w:p>
      <w:pPr>
        <w:jc w:val="right"/>
      </w:pPr>
      <w:r>
        <w:t>ہے۔</w:t>
      </w:r>
    </w:p>
    <w:p>
      <w:r>
        <w:rPr>
          <w:b/>
        </w:rPr>
        <w:t xml:space="preserve">[29:43] </w:t>
      </w:r>
      <w:r>
        <w:t>isi barabar evolution theory ko maan liya gaya hai halanke evolution theory ka koi waisa saboot nahi hai. woh theory hai sirf. kuch cheezon se unhon ne le kar ke yeh samjha ke zindagi jo hai is se explain ho rahi hai.</w:t>
      </w:r>
    </w:p>
    <w:p>
      <w:pPr>
        <w:jc w:val="right"/>
      </w:pPr>
      <w:r>
        <w:t>اسی برابر ایولوشن تھیوری کو مان لیا گیا ہے حالانکہ ایولوشن تھیوری کا کوئی ویسا ثبوت نہیں ہے۔ وہ تھیوری ہے صرف۔ کچھ چیزوں سے انہوں نے لے کر کے یہ سمجھا کہ زندگی جو ہے اس سے ایکسپلین ہو رہی ہے۔</w:t>
      </w:r>
    </w:p>
    <w:p>
      <w:r>
        <w:rPr>
          <w:b/>
        </w:rPr>
        <w:t xml:space="preserve">[30:00] </w:t>
      </w:r>
      <w:r>
        <w:t>to is ko maan liya unhon ne. to mein yeh kehta hoon ke isi formula ko le kar ke hamare jo sawalat hain zindagi ke ke mein apne dil mein unlimited desire paata hoon.</w:t>
      </w:r>
    </w:p>
    <w:p>
      <w:pPr>
        <w:jc w:val="right"/>
      </w:pPr>
      <w:r>
        <w:t>تو اس کو مان لیا انہوں نے۔ تو میں یہ کہتا ہوں کہ اسی فارمولے کو لے کر کے ہمارے جو سوالات ہیں زندگی کے کہ میں اپنے دل میں ان لمیٹڈ ڈیزائر پاتا ہوں۔</w:t>
      </w:r>
    </w:p>
    <w:p>
      <w:r>
        <w:rPr>
          <w:b/>
        </w:rPr>
        <w:t xml:space="preserve">[30:12] </w:t>
      </w:r>
      <w:r>
        <w:t>lekin jab mein is ko poora karna chahta hoon to sirf mujhe bangi milti hai. ab yahan par prophet batate hain ke creation plant of god ke mutabiq tum ko sirf bangi milegi yahan.</w:t>
      </w:r>
    </w:p>
    <w:p>
      <w:pPr>
        <w:jc w:val="right"/>
      </w:pPr>
      <w:r>
        <w:t>لیکن جب میں اس کو پورا کرنا چاہتا ہوں تو صرف مجھے بانگی ملتی ہے۔ اب یہاں پر پرافٹ بتاتے ہیں کہ کریشن پلانٹ آف گاڈ کے مطابق تم کو صرف بانگی ملے گی یہاں۔</w:t>
      </w:r>
    </w:p>
    <w:p>
      <w:r>
        <w:rPr>
          <w:b/>
        </w:rPr>
        <w:t xml:space="preserve">[30:24] </w:t>
      </w:r>
      <w:r>
        <w:t>aur saath saal, pachas saal, satrah saal jiyo ge dunya mein. is ke baad jo post death period hai wahan par aap tum ko fulfillment milega. kyun ke aap pair wahan par hain.</w:t>
      </w:r>
    </w:p>
    <w:p>
      <w:pPr>
        <w:jc w:val="right"/>
      </w:pPr>
      <w:r>
        <w:t>اور ساٹھ سال، پچاس سال، سترہ سال جیو گے دنیا میں۔ اس کے بعد جو پوسٹ ڈیتھ پیریڈ ہے وہاں پر آپ تم کو فلفلمنٹ ملے گا۔ کیوں کہ آپ پیئر وہاں پر ہیں۔</w:t>
      </w:r>
    </w:p>
    <w:p>
      <w:r>
        <w:rPr>
          <w:b/>
        </w:rPr>
        <w:t xml:space="preserve">[30:35] </w:t>
      </w:r>
      <w:r>
        <w:t>desire yahan par hai to is ka pair wahan par hai. is tarah se jo exception hai is dunya mein ek cheez ka woh exception khatam ho jata hai.</w:t>
      </w:r>
    </w:p>
    <w:p>
      <w:pPr>
        <w:jc w:val="right"/>
      </w:pPr>
      <w:r>
        <w:t>ڈیزائر یہاں پر ہے تو اس کا پیئر وہاں پر ہے۔ اس طرح سے جو ایکسیپشن ہے اس دنیا میں ایک چیز کا وہ ایکسیپشن ختم ہو جاتا ہے۔</w:t>
      </w:r>
    </w:p>
    <w:p>
      <w:r>
        <w:rPr>
          <w:b/>
        </w:rPr>
        <w:t xml:space="preserve">[30:44] </w:t>
      </w:r>
      <w:r>
        <w:t>ke sari cheezain apne pair ko le kar ke apne ko complete ki hui hain. to ek exception sirf hai woh hamari desires hain.</w:t>
      </w:r>
    </w:p>
    <w:p>
      <w:pPr>
        <w:jc w:val="right"/>
      </w:pPr>
      <w:r>
        <w:t>کہ ساری چیزیں اپنے پیئر کو لے کر کے اپنے کو کمپلیٹ کی ہوئی ہیں۔ تو ایک ایکسیپشن صرف ہے وہ ہماری ڈیزائرز ہیں۔</w:t>
      </w:r>
    </w:p>
    <w:p>
      <w:r>
        <w:rPr>
          <w:b/>
        </w:rPr>
        <w:t xml:space="preserve">[30:54] </w:t>
      </w:r>
      <w:r>
        <w:t>world of desire. is ka pair nahi tha. ab yahan par aap ko is ka pair dikhai dene lagta hai. is tarah se aap majboor ho jate hain manne par ke yeh jo theory hai jo creation plant of god jis ko hum keh rahe hain woh sach much sahi hai.</w:t>
      </w:r>
    </w:p>
    <w:p>
      <w:pPr>
        <w:jc w:val="right"/>
      </w:pPr>
      <w:r>
        <w:t>ورلڈ آف ڈیزائر۔ اس کا پیئر نہیں تھا۔ اب یہاں پر آپ کو اس کا پیئر دکھائی دینے لگتا ہے۔ اس طرح سے آپ مجبور ہو جاتے ہیں ماننے پر کہ یہ جو تھیوری ہے جو کریشن پلانٹ آف گاڈ جس کو ہم کہہ رہے ہیں وہ سچ مچ صحیح ہے۔</w:t>
      </w:r>
    </w:p>
    <w:p>
      <w:r>
        <w:rPr>
          <w:b/>
        </w:rPr>
        <w:t xml:space="preserve">[31:14] </w:t>
      </w:r>
      <w:r>
        <w:t>kyun ke is mein explain ho jati hai zindagi. zindagi ke sawalat jo hain is mein explain ho jate hain. aur hum is mein woh ek exception hai jo poori universe mein ke ek hi cheez aisi thi jis ka pair nahi mil raha tha.</w:t>
      </w:r>
    </w:p>
    <w:p>
      <w:pPr>
        <w:jc w:val="right"/>
      </w:pPr>
      <w:r>
        <w:t>کیوں کہ اس میں ایکسپلین ہو جاتی ہے زندگی۔ زندگی کے سوالات جو ہیں اس میں ایکسپلین ہو جاتے ہیں۔ اور ہم اس میں وہ ایک ایکسیپشن ہے جو پوری یونیورس میں کہ ایک ہی چیز ایسی تھی جس کا پیئر نہیں مل رہا تھا۔</w:t>
      </w:r>
    </w:p>
    <w:p>
      <w:r>
        <w:rPr>
          <w:b/>
        </w:rPr>
        <w:t xml:space="preserve">[31:31] </w:t>
      </w:r>
      <w:r>
        <w:t>ek chiriyon, ek female chidiya ko male mil gaya. plant mein bhi aap jante hain ke wahan bhi male female hai.</w:t>
      </w:r>
    </w:p>
    <w:p>
      <w:pPr>
        <w:jc w:val="right"/>
      </w:pPr>
      <w:r>
        <w:t>ایک چڑیوں، ایک فیمیل چڑیا کو میل مل گیا۔ پلانٹ میں بھی آپ جانتے ہیں کہ وہاں بھی میل فیمیل ہے۔</w:t>
      </w:r>
    </w:p>
    <w:p>
      <w:r>
        <w:rPr>
          <w:b/>
        </w:rPr>
        <w:t xml:space="preserve">[31:40] </w:t>
      </w:r>
      <w:r>
        <w:t>insanon mein bhi hai. har ek apne pair ko pa kar apne ko poora ki hui hai. lekin hamari jo desires thin, jo world of desire thi woh apna pair nahi pa raha tha.</w:t>
      </w:r>
    </w:p>
    <w:p>
      <w:pPr>
        <w:jc w:val="right"/>
      </w:pPr>
      <w:r>
        <w:t>انسانوں میں بھی ہے۔ ہر ایک اپنے پیئر کو پا کر اپنے کو پورا کی ہوئی ہے۔ لیکن ہماری جو ڈیزائرز تھیں، جو ورلڈ آف ڈیزائر تھی وہ اپنا پیئر نہیں پا رہا تھا۔</w:t>
      </w:r>
    </w:p>
    <w:p>
      <w:r>
        <w:rPr>
          <w:b/>
        </w:rPr>
        <w:t xml:space="preserve">[31:56] </w:t>
      </w:r>
      <w:r>
        <w:t>ab jab yeh hamein creation plant of god jo hai khuda ka woh jab introduce karaya gaya, prophet ne karaya to hamare paas kaha yeh to pair maujood hai is ka.</w:t>
      </w:r>
    </w:p>
    <w:p>
      <w:pPr>
        <w:jc w:val="right"/>
      </w:pPr>
      <w:r>
        <w:t>اب جب یہ ہمیں کریشن پلانٹ آف گاڈ جو ہے خدا کا وہ جب انٹروڈیوس کرایا گیا، پرافٹ نے کرایا تو ہمارے پاس کہا یہ تو پیئر موجود ہے اس کا۔</w:t>
      </w:r>
    </w:p>
    <w:p>
      <w:r>
        <w:rPr>
          <w:b/>
        </w:rPr>
        <w:t xml:space="preserve">[32:11] </w:t>
      </w:r>
      <w:r>
        <w:t>pre death period mein apne aap ko qualify karo is mein settle hone ke liye aur phir post</w:t>
      </w:r>
    </w:p>
    <w:p>
      <w:pPr>
        <w:jc w:val="right"/>
      </w:pPr>
      <w:r>
        <w:t>پری ڈیتھ پیریڈ میں اپنے آپ کو کوالیفائی کرو اس میں سیٹل ہونے کے لئے اور پھر پوسٹ</w:t>
      </w:r>
    </w:p>
    <w:p>
      <w:r>
        <w:rPr>
          <w:b/>
        </w:rPr>
        <w:t xml:space="preserve">[32:17] </w:t>
      </w:r>
      <w:r>
        <w:t>death period mein is mein enjoy karo eternally.</w:t>
      </w:r>
    </w:p>
    <w:p>
      <w:pPr>
        <w:jc w:val="right"/>
      </w:pPr>
      <w:r>
        <w:t>ڈیتھ پیریڈ میں اس میں انجوائے کرو ایٹرنلی۔</w:t>
      </w:r>
    </w:p>
    <w:p>
      <w:r>
        <w:rPr>
          <w:b/>
        </w:rPr>
        <w:t xml:space="preserve">[32:21] </w:t>
      </w:r>
      <w:r>
        <w:t>to mein samajhta hoon ke</w:t>
      </w:r>
    </w:p>
    <w:p>
      <w:pPr>
        <w:jc w:val="right"/>
      </w:pPr>
      <w:r>
        <w:t>تو میں سمجھتا ہوں کہ</w:t>
      </w:r>
    </w:p>
    <w:p>
      <w:r>
        <w:rPr>
          <w:b/>
        </w:rPr>
        <w:t xml:space="preserve">[32:24] </w:t>
      </w:r>
      <w:r>
        <w:t>agar aadmi apni soch ko zinda kare</w:t>
      </w:r>
    </w:p>
    <w:p>
      <w:pPr>
        <w:jc w:val="right"/>
      </w:pPr>
      <w:r>
        <w:t>اگر آدمی اپنی سوچ کو زندہ کرے</w:t>
      </w:r>
    </w:p>
    <w:p>
      <w:r>
        <w:rPr>
          <w:b/>
        </w:rPr>
        <w:t xml:space="preserve">[32:31] </w:t>
      </w:r>
      <w:r>
        <w:t>aur apne mind ko active kare</w:t>
      </w:r>
    </w:p>
    <w:p>
      <w:pPr>
        <w:jc w:val="right"/>
      </w:pPr>
      <w:r>
        <w:t>اور اپنے مائنڈ کو ایکٹیو کرے</w:t>
      </w:r>
    </w:p>
    <w:p>
      <w:r>
        <w:rPr>
          <w:b/>
        </w:rPr>
        <w:t xml:space="preserve">[32:35] </w:t>
      </w:r>
      <w:r>
        <w:t>to yaqeenan woh is itminaan tak pahunche ga ke zindagi bohat hi meaningful hai.</w:t>
      </w:r>
    </w:p>
    <w:p>
      <w:pPr>
        <w:jc w:val="right"/>
      </w:pPr>
      <w:r>
        <w:t>تو یقیناً وہ اس اطمینان تک پہنچے گا کہ زندگی بہت ہی میننگ فل ہے۔</w:t>
      </w:r>
    </w:p>
    <w:p>
      <w:r>
        <w:rPr>
          <w:b/>
        </w:rPr>
        <w:t xml:space="preserve">[32:43] </w:t>
      </w:r>
      <w:r>
        <w:t>lekin is ki meaningful banne ke liye zaroori hai ke hum khuda ke creation plant ko samjhein aur is creation plant ke mutabiq apni zindagi ki taameer karein.</w:t>
      </w:r>
    </w:p>
    <w:p>
      <w:pPr>
        <w:jc w:val="right"/>
      </w:pPr>
      <w:r>
        <w:t>لیکن اس کی میننگ فل بننے کے لئے ضروری ہے کہ ہم خدا کے کریشن پلانٹ کو سمجھیں اور اس کریشن پلانٹ کے مطابق اپنی زندگی کی تعمیر کریں۔</w:t>
      </w:r>
    </w:p>
    <w:p>
      <w:r>
        <w:rPr>
          <w:b/>
        </w:rPr>
        <w:t xml:space="preserve">[32:52] </w:t>
      </w:r>
      <w:r>
        <w:t>apni zindagi ko is ke mutabiq dhalien.</w:t>
      </w:r>
    </w:p>
    <w:p>
      <w:pPr>
        <w:jc w:val="right"/>
      </w:pPr>
      <w:r>
        <w:t>اپنی زندگی کو اس کے مطابق ڈھالیں۔</w:t>
      </w:r>
    </w:p>
    <w:p>
      <w:r>
        <w:rPr>
          <w:b/>
        </w:rPr>
        <w:t xml:space="preserve">[32:59] </w:t>
      </w:r>
      <w:r>
        <w:t>aqool qooli haza wa astaghfirullah li wa lakum ajmaeen.</w:t>
      </w:r>
    </w:p>
    <w:p>
      <w:pPr>
        <w:jc w:val="right"/>
      </w:pPr>
      <w:r>
        <w:t>أقول قولي هذا وأستغفر الله لي ولكم أجمعين.</w:t>
      </w:r>
    </w:p>
    <w:p>
      <w:r>
        <w:rPr>
          <w:b/>
        </w:rPr>
        <w:t xml:space="preserve">[33:15] </w:t>
      </w:r>
      <w:r>
        <w:t>This question is from Mr. Mahbub who is from Mumbai. What is the Islamic views on those who served partially to Islam?</w:t>
      </w:r>
    </w:p>
    <w:p>
      <w:pPr>
        <w:jc w:val="right"/>
      </w:pPr>
      <w:r>
        <w:t>This question is from Mr. محبوب who is from Mumbai. What is the Islamic views on those who served partially to Islam?</w:t>
      </w:r>
    </w:p>
    <w:p>
      <w:r>
        <w:rPr>
          <w:b/>
        </w:rPr>
        <w:t xml:space="preserve">[33:25] </w:t>
      </w:r>
      <w:r>
        <w:t>People like Pandit Naval Kishor of Lucknow and others.</w:t>
      </w:r>
    </w:p>
    <w:p>
      <w:pPr>
        <w:jc w:val="right"/>
      </w:pPr>
      <w:r>
        <w:t>People like Pandit Naval Kishor of Lucknow and others.</w:t>
      </w:r>
    </w:p>
    <w:p>
      <w:r>
        <w:rPr>
          <w:b/>
        </w:rPr>
        <w:t xml:space="preserve">[33:32] </w:t>
      </w:r>
      <w:r>
        <w:t>dekhiye, mein ya aap, hamara ya aap ka yeh kaam nahi hai ke hum kisi ke yani bare mein yeh batayein ke is ka anjam aakhirat mein kya hoga.</w:t>
      </w:r>
    </w:p>
    <w:p>
      <w:pPr>
        <w:jc w:val="right"/>
      </w:pPr>
      <w:r>
        <w:t>دیکھیے، میں یا آپ، ہمارا یا آپ کا یہ کام نہیں ہے کہ ہم کسی کے یعنی بارے میں یہ بتائیں کہ اس کا انجام آخرت میں کیا ہوگا۔</w:t>
      </w:r>
    </w:p>
    <w:p>
      <w:r>
        <w:rPr>
          <w:b/>
        </w:rPr>
        <w:t xml:space="preserve">[33:47] </w:t>
      </w:r>
      <w:r>
        <w:t>yeh sawal na to karna chahiye na is sawal ka jawab dena chahiye. is liye dekhiye, hum kisi aadmi ki zindagi ke sirf thore hisse ko jante hain.</w:t>
      </w:r>
    </w:p>
    <w:p>
      <w:pPr>
        <w:jc w:val="right"/>
      </w:pPr>
      <w:r>
        <w:t>یہ سوال نہ تو کرنا چاہیے نہ اس سوال کا جواب دینا چاہیے۔ اس لیے دیکھیے، ہم کسی آدمی کی زندگی کے صرف تھوڑے حصے کو جانتے ہیں۔</w:t>
      </w:r>
    </w:p>
    <w:p>
      <w:r>
        <w:rPr>
          <w:b/>
        </w:rPr>
        <w:t xml:space="preserve">[34:02] </w:t>
      </w:r>
      <w:r>
        <w:t>is ke poore hisse ko nahi jante. hadith mein aata hai ke innalaha yaqbalut tawba mala yaghraghar. khuda aadmi ke iman ko aakhri waqt bhi qabool karta hai.</w:t>
      </w:r>
    </w:p>
    <w:p>
      <w:pPr>
        <w:jc w:val="right"/>
      </w:pPr>
      <w:r>
        <w:t>اس کے پورے حصے کو نہیں جانتے۔ حدیث میں آتا ہے کہ إن الله يقبل التوبة مالا يغرغر۔ خدا آدمی کے ایمان کو آخری وقت بھی قبول کرتا ہے۔</w:t>
      </w:r>
    </w:p>
    <w:p>
      <w:r>
        <w:rPr>
          <w:b/>
        </w:rPr>
        <w:t xml:space="preserve">[34:17] </w:t>
      </w:r>
      <w:r>
        <w:t>jab bilkul is ke marne ka time aa jata hai. to kisi ke bare mein kya pata aap ko? kisi ke bare mein jis ko aap samajhte hain ke Islam ka dushman hai, agar aakhri waqt mein woh tauba kar le to aur jahan tak Nawal Kishor jaise logon ka taluq hai, mein samajhta hoon ke unhon ne bohat acha kaam kiya hai.</w:t>
      </w:r>
    </w:p>
    <w:p>
      <w:pPr>
        <w:jc w:val="right"/>
      </w:pPr>
      <w:r>
        <w:t>جب بالکل اس کے مرنے کا ٹائم آ جاتا ہے۔ تو کسی کے بارے میں کیا پتہ آپ کو؟ کسی کے بارے میں جس کو آپ سمجھتے ہیں کہ اسلام کا دشمن ہے، اگر آخری وقت میں وہ توبہ کر لے تو اور جہاں تک نول کشور جیسے لوگوں کا تعلق ہے، میں سمجھتا ہوں کہ انہوں نے بہت اچھا کام کیا ہے۔</w:t>
      </w:r>
    </w:p>
    <w:p>
      <w:r>
        <w:rPr>
          <w:b/>
        </w:rPr>
        <w:t xml:space="preserve">[34:41] </w:t>
      </w:r>
      <w:r>
        <w:t>balke Nawal Kishor un logon mein hain jinho ne jab abhi offset printing press nahi aya tha, us waqt jab ke litho printing hua karti thi, us waqt unhon ne bohat zyada ehtimam ke sath Quran ke tarjume tayar kiye.</w:t>
      </w:r>
    </w:p>
    <w:p>
      <w:pPr>
        <w:jc w:val="right"/>
      </w:pPr>
      <w:r>
        <w:t>بلکہ نول کشور ان لوگوں میں ہیں جنہوں نے جب ابھی آفسیٹ پرنٹنگ پریس نہیں آیا تھا، اس وقت جب کہ لیتھو پرنٹنگ ہوا کرتی تھی، اس وقت انہوں نے بہت زیادہ اہتمام کے ساتھ قرآن کے ترجمے تیار کیے۔</w:t>
      </w:r>
    </w:p>
    <w:p>
      <w:r>
        <w:rPr>
          <w:b/>
        </w:rPr>
        <w:t xml:space="preserve">[34:57] </w:t>
      </w:r>
      <w:r>
        <w:t>yani Nawal Kishor ko yeh darja hasil hai ke woh meri script ke zamane se nikal kar Quran ko printing press ke zamane mein pahunchaya.</w:t>
      </w:r>
    </w:p>
    <w:p>
      <w:pPr>
        <w:jc w:val="right"/>
      </w:pPr>
      <w:r>
        <w:t>یعنی نول کشور کو یہ درجہ حاصل ہے کہ وہ میری سکرپٹ کے زمانے سے نکال کر قرآن کو پرنٹنگ پریس کے زمانے میں پہنچایا۔</w:t>
      </w:r>
    </w:p>
    <w:p>
      <w:r>
        <w:rPr>
          <w:b/>
        </w:rPr>
        <w:t xml:space="preserve">[35:09] </w:t>
      </w:r>
      <w:r>
        <w:t>bohat bara karname in ka yeh hai. baqi yeh hai ke khuda ke haan in ka kya darja mile ga, yeh hum nahi jante. aap bhi nahi jante. sirf hum yeh keh sakte hain ke unhon ne bohat acha kaam kiya, bohat bari service unhon ne ki.</w:t>
      </w:r>
    </w:p>
    <w:p>
      <w:pPr>
        <w:jc w:val="right"/>
      </w:pPr>
      <w:r>
        <w:t>بہت بڑا کارنامہ ان کا یہ ہے۔ باقی یہ ہے کہ خدا کے ہاں ان کا کیا درجہ ملے گا، یہ ہم نہیں جانتے۔ آپ بھی نہیں جانتے۔ صرف ہم یہ کہہ سکتے ہیں کہ انہوں نے بہت اچھا کام کیا، بہت بڑی سروس انہوں نے کی۔</w:t>
      </w:r>
    </w:p>
    <w:p>
      <w:r>
        <w:rPr>
          <w:b/>
        </w:rPr>
        <w:t xml:space="preserve">[35:23] </w:t>
      </w:r>
      <w:r>
        <w:t>aap jante hain, un ke litho printing jo tha, un ka is mein quran jo chhapate thay, woh to sare log musalman thay aur sab bawazu rehte thay.</w:t>
      </w:r>
    </w:p>
    <w:p>
      <w:pPr>
        <w:jc w:val="right"/>
      </w:pPr>
      <w:r>
        <w:t>آپ جانتے ہیں، ان کے لیتھو پرنٹنگ جو تھا، ان کا اس میں قرآن جو چھپاتے تھے، وہ تو سارے لوگ مسلمان تھے اور سب باوضو رہتے تھے۔</w:t>
      </w:r>
    </w:p>
    <w:p>
      <w:r>
        <w:rPr>
          <w:b/>
        </w:rPr>
        <w:t xml:space="preserve">[35:32] </w:t>
      </w:r>
      <w:r>
        <w:t>woh un ke press ke jitne kaam karne wale thay, sab musalman thay aur sab bawazu rehte thay, wazu ke sath raha karte thay.</w:t>
      </w:r>
    </w:p>
    <w:p>
      <w:pPr>
        <w:jc w:val="right"/>
      </w:pPr>
      <w:r>
        <w:t>وہ ان کے پریس کے جتنے کام کرنے والے تھے، سب مسلمان تھے اور سب باوضو رہتے تھے، وضو کے ساتھ رہا کرتے تھے۔</w:t>
      </w:r>
    </w:p>
    <w:p>
      <w:r>
        <w:rPr>
          <w:b/>
        </w:rPr>
        <w:t xml:space="preserve">[35:42] </w:t>
      </w:r>
      <w:r>
        <w:t>khud un ki aap photo aap dekhen to un ka darhi thi baqayda, mujh se achi darhi thi un ki. aur un ke sar ke oopar bohat acha, mujh se acha pagri bhi hoti thi.</w:t>
      </w:r>
    </w:p>
    <w:p>
      <w:pPr>
        <w:jc w:val="right"/>
      </w:pPr>
      <w:r>
        <w:t>خود ان کی آپ فوٹو آپ دیکھیں تو ان کا داڑھی تھی باقاعدہ، مجھ سے اچھی داڑھی تھی ان کی۔ اور ان کے سر کے اوپر بہت اچھا، مجھ سے اچھا پگڑی بھی ہوتی تھی۔</w:t>
      </w:r>
    </w:p>
    <w:p>
      <w:r>
        <w:rPr>
          <w:b/>
        </w:rPr>
        <w:t xml:space="preserve">[35:53] </w:t>
      </w:r>
      <w:r>
        <w:t>aur bohat hi noorani chehra dikhai parta tha. to behal har aitbar se mein un ko aik acha insan manta hoon. aur bohat achi khidmat unhon ne ki hai.</w:t>
      </w:r>
    </w:p>
    <w:p>
      <w:pPr>
        <w:jc w:val="right"/>
      </w:pPr>
      <w:r>
        <w:t>اور بہت ہی نورانی چہرہ دکھائی پڑتا تھا۔ تو بہرحال ہر اعتبار سے میں ان کو ایک اچھا انسان مانتا ہوں۔ اور بہت اچھی خدمت انہوں نے کی ہے۔</w:t>
      </w:r>
    </w:p>
    <w:p>
      <w:r>
        <w:rPr>
          <w:b/>
        </w:rPr>
        <w:t xml:space="preserve">[36:04] </w:t>
      </w:r>
      <w:r>
        <w:t>baqi baat ab zahir hai ke Allah ko maloom hai.</w:t>
      </w:r>
    </w:p>
    <w:p>
      <w:pPr>
        <w:jc w:val="right"/>
      </w:pPr>
      <w:r>
        <w:t>باقی بات اب ظاہر ہے کہ اللہ کو معلوم ہے۔</w:t>
      </w:r>
    </w:p>
    <w:p>
      <w:r>
        <w:rPr>
          <w:b/>
        </w:rPr>
        <w:t xml:space="preserve">[36:10] </w:t>
      </w:r>
      <w:r>
        <w:t>This question is from Naved Ansari. How to develop faith in tauheed? To realize that I am not alone but God is with me?</w:t>
      </w:r>
    </w:p>
    <w:p>
      <w:pPr>
        <w:jc w:val="right"/>
      </w:pPr>
      <w:r>
        <w:t>This question is from Naved Ansari. How to develop faith in توحید? To realize that I am not alone but God is with me?</w:t>
      </w:r>
    </w:p>
    <w:p>
      <w:r>
        <w:rPr>
          <w:b/>
        </w:rPr>
        <w:t xml:space="preserve">[36:20] </w:t>
      </w:r>
      <w:r>
        <w:t>Kindly explain. dekhiye, is ka tareeqa to sirf study hai. study kitabon ke through bhi hoti hai aur nature ke through bhi hoti hai.</w:t>
      </w:r>
    </w:p>
    <w:p>
      <w:pPr>
        <w:jc w:val="right"/>
      </w:pPr>
      <w:r>
        <w:t>Kindly explain. دیکھیے، اس کا طریقہ تو صرف اسٹڈی ہے۔ اسٹڈی کتابوں کے through بھی ہوتی ہے اور نیچر کے through بھی ہوتی ہے۔</w:t>
      </w:r>
    </w:p>
    <w:p>
      <w:r>
        <w:rPr>
          <w:b/>
        </w:rPr>
        <w:t xml:space="preserve">[36:34] </w:t>
      </w:r>
      <w:r>
        <w:t>yani do kitaben Khuda ki hain. aik revealed book aur aik natural book. revealed book mein aap parhte hain to world of God parhte hain.</w:t>
      </w:r>
    </w:p>
    <w:p>
      <w:pPr>
        <w:jc w:val="right"/>
      </w:pPr>
      <w:r>
        <w:t>یعنی دو کتابیں خدا کی ہیں۔ ایک ریویلڈ بک اور ایک نیچرل بک۔ ریویلڈ بک میں آپ پڑھتے ہیں تو ورلڈ آف گاڈ پڑھتے ہیں۔</w:t>
      </w:r>
    </w:p>
    <w:p>
      <w:r>
        <w:rPr>
          <w:b/>
        </w:rPr>
        <w:t xml:space="preserve">[36:46] </w:t>
      </w:r>
      <w:r>
        <w:t>is se aap ko guidance milti hai. aur jab nature mein aap study karte hain to is mein Khuda ke signs dikhai dete hain.</w:t>
      </w:r>
    </w:p>
    <w:p>
      <w:pPr>
        <w:jc w:val="right"/>
      </w:pPr>
      <w:r>
        <w:t>اس سے آپ کو گائیڈنس ملتی ہے۔ اور جب نیچر میں آپ اسٹڈی کرتے ہیں تو اس میں خدا کے سائنز دکھائی دیتے ہیں۔</w:t>
      </w:r>
    </w:p>
    <w:p>
      <w:r>
        <w:rPr>
          <w:b/>
        </w:rPr>
        <w:t xml:space="preserve">[36:56] </w:t>
      </w:r>
      <w:r>
        <w:t>is se aap ko inspiration milta hai. to jitna ziyada aap apne ko is mein devote karenge, utne hi ziyada aap apne aap ko Khuda ke qareeb pouncha paenge.</w:t>
      </w:r>
    </w:p>
    <w:p>
      <w:pPr>
        <w:jc w:val="right"/>
      </w:pPr>
      <w:r>
        <w:t>اس سے آپ کو انسپیریشن ملتا ہے۔ تو جتنا زیادہ آپ اپنے کو اس میں ڈیووٹ کریں گے، اتنے ہی زیادہ آپ اپنے آپ کو خدا کے قریب پہنچا پائیں گے۔</w:t>
      </w:r>
    </w:p>
    <w:p>
      <w:r>
        <w:rPr>
          <w:b/>
        </w:rPr>
        <w:t xml:space="preserve">[37:12] </w:t>
      </w:r>
      <w:r>
        <w:t>This question is from Nagma. Can you please explain the deconditioning process a little more in detail؟</w:t>
      </w:r>
    </w:p>
    <w:p>
      <w:pPr>
        <w:jc w:val="right"/>
      </w:pPr>
      <w:r>
        <w:t>This question is from Nagma. Can you please explain the deconditioning process a little more in detail؟</w:t>
      </w:r>
    </w:p>
    <w:p>
      <w:r>
        <w:rPr>
          <w:b/>
        </w:rPr>
        <w:t xml:space="preserve">[37:22] </w:t>
      </w:r>
      <w:r>
        <w:t>decondition haqeeqat mein naam hai self negation ka. self negation ka. to yeh bohat hi sacrifice chahta hai.</w:t>
      </w:r>
    </w:p>
    <w:p>
      <w:pPr>
        <w:jc w:val="right"/>
      </w:pPr>
      <w:r>
        <w:t>Decondition حقیقت میں نام ہے سیلف نیگیشن کا۔ سیلف نیگیشن کا۔ تو یہ بہت ہی سیکریفائس چاہتا ہے۔</w:t>
      </w:r>
    </w:p>
    <w:p>
      <w:r>
        <w:rPr>
          <w:b/>
        </w:rPr>
        <w:t xml:space="preserve">[37:35] </w:t>
      </w:r>
      <w:r>
        <w:t>kyun ke koi aadmi bhi self negation ke liye tayyar nahi hota.</w:t>
      </w:r>
    </w:p>
    <w:p>
      <w:pPr>
        <w:jc w:val="right"/>
      </w:pPr>
      <w:r>
        <w:t>کیوں کہ کوئی آدمی بھی سیلف نیگیشن کے لئے تیار نہیں ہوتا۔</w:t>
      </w:r>
    </w:p>
    <w:p>
      <w:r>
        <w:rPr>
          <w:b/>
        </w:rPr>
        <w:t xml:space="preserve">[37:41] </w:t>
      </w:r>
      <w:r>
        <w:t>isi liye koi decondition bhi nahi kar pata. yani aap apni galtiyon ko manen aur kahen ke I was wrong. jaise ke maine kaha ke acknowledge karna.</w:t>
      </w:r>
    </w:p>
    <w:p>
      <w:pPr>
        <w:jc w:val="right"/>
      </w:pPr>
      <w:r>
        <w:t>اسی لئے کوئی decondition بھی نہیں کر پاتا۔ یعنی آپ اپنی غلطیوں کو مانیں اور کہیں کہ آئی واز رونگ۔ جیسے کہ میں نے کہا کہ اکنالج کرنا۔</w:t>
      </w:r>
    </w:p>
    <w:p>
      <w:r>
        <w:rPr>
          <w:b/>
        </w:rPr>
        <w:t xml:space="preserve">[37:51] </w:t>
      </w:r>
      <w:r>
        <w:t>hamari society mein koi aadmi mar nahi paya ke sahi maano mein acknowledge karta ho kisi ko. achhe achhe yani muqaddas log bhi acknowledge nahi karte.</w:t>
      </w:r>
    </w:p>
    <w:p>
      <w:pPr>
        <w:jc w:val="right"/>
      </w:pPr>
      <w:r>
        <w:t>ہماری سوسائٹی میں کوئی آدمی مر نہیں پایا کہ صحیح معنوں میں اکنالج کرتا ہو کسی کو۔ اچھے اچھے یعنی مقدس لوگ بھی اکنالج نہیں کرتے۔</w:t>
      </w:r>
    </w:p>
    <w:p>
      <w:r>
        <w:rPr>
          <w:b/>
        </w:rPr>
        <w:t xml:space="preserve">[38:01] </w:t>
      </w:r>
      <w:r>
        <w:t>halankay acknowledge na kar ke un ka personality development ruka rehta hai. log, maine paya hai logon ko dil mein man lete hain ke bhai unhon ne aisa kiya.</w:t>
      </w:r>
    </w:p>
    <w:p>
      <w:pPr>
        <w:jc w:val="right"/>
      </w:pPr>
      <w:r>
        <w:t>حالانکہ اکنالج نہ کر کے ان کا پرسنیلٹی ڈیولپمنٹ رکا رہتا ہے۔ لوگ، میں نے پایا ہے لوگوں کو دل میں مان لیتے ہیں کہ بھئی انہوں نے ایسا کیا۔</w:t>
      </w:r>
    </w:p>
    <w:p>
      <w:r>
        <w:rPr>
          <w:b/>
        </w:rPr>
        <w:t xml:space="preserve">[38:11] </w:t>
      </w:r>
      <w:r>
        <w:t>dil mein manne se aap ka deconditioning nahi ho sakti hai. ya personality development nahi ho sakta. munh se bolna pare ga aap ko.</w:t>
      </w:r>
    </w:p>
    <w:p>
      <w:pPr>
        <w:jc w:val="right"/>
      </w:pPr>
      <w:r>
        <w:t>دل میں ماننے سے آپ کا deconditioning نہیں ہو سکتی ہے۔ یا پرسنیلٹی ڈیولپمنٹ نہیں ہو سکتا۔ منہ سے بولنا پڑے گا آپ کو۔</w:t>
      </w:r>
    </w:p>
    <w:p>
      <w:r>
        <w:rPr>
          <w:b/>
        </w:rPr>
        <w:t xml:space="preserve">[38:21] </w:t>
      </w:r>
      <w:r>
        <w:t>munh se bolna pare ga. yahi sab cheezen hain ke aap ke andar yeh mizaj mein yeh aajaye ke aap apni ghalti ko manen, doosre ko acknowledge karen, doosre ka etiraf karen aur duniya mein is tarah rahen ke jo cheez aap ko apne liye pasand hai, wahi aap doosre ke liye pasand karen.</w:t>
      </w:r>
    </w:p>
    <w:p>
      <w:pPr>
        <w:jc w:val="right"/>
      </w:pPr>
      <w:r>
        <w:t>منہ سے بولنا پڑے گا۔ یہی سب چیزیں ہیں کہ آپ کے اندر یہ مزاج میں یہ آجائے کہ آپ اپنی غلطی کو مانیں، دوسرے کو اکنالج کریں، دوسرے کا اعتراف کریں اور دنیا میں اس طرح رہیں کہ جو چیز آپ کو اپنے لئے پسند ہے، وہی آپ دوسرے کے لئے پسند کریں۔</w:t>
      </w:r>
    </w:p>
    <w:p>
      <w:r>
        <w:rPr>
          <w:b/>
        </w:rPr>
        <w:t xml:space="preserve">[38:41] </w:t>
      </w:r>
      <w:r>
        <w:t>misalan aap chahte hain ke aap ko respect mile, aap bhi doosre ko respect den. to ab constantly apne par wash karte rehna, introspection karte rehna.</w:t>
      </w:r>
    </w:p>
    <w:p>
      <w:pPr>
        <w:jc w:val="right"/>
      </w:pPr>
      <w:r>
        <w:t>مثلاً آپ چاہتے ہیں کہ آپ کو ریسپیکٹ ملے، آپ بھی دوسرے کو ریسپیکٹ دیں۔ تو اب کانسٹنٹلی اپنے پر واش کرتے رہنا، انٹراسپیکشن کرتے رہنا۔</w:t>
      </w:r>
    </w:p>
    <w:p>
      <w:r>
        <w:rPr>
          <w:b/>
        </w:rPr>
        <w:t xml:space="preserve">[38:54] </w:t>
      </w:r>
      <w:r>
        <w:t>koi is ka seedha saada formula nahi hai. is ka formula yahi hai ke aadmi constantly apne ko wash karne lage, introspection karne lage aur dhoond dhoond kar nikale apni ghalti ko.</w:t>
      </w:r>
    </w:p>
    <w:p>
      <w:pPr>
        <w:jc w:val="right"/>
      </w:pPr>
      <w:r>
        <w:t>کوئی اس کا سیدھا سادہ فارمولا نہیں ہے۔ اس کا فارمولا یہی ہے کہ آدمی کانسٹنٹلی اپنے کو واش کرنے لگے، انٹراسپیکشن کرنے لگے اور ڈھونڈ ڈھونڈ کر نکالے اپنی غلطی کو۔</w:t>
      </w:r>
    </w:p>
    <w:p>
      <w:r>
        <w:rPr>
          <w:b/>
        </w:rPr>
        <w:t xml:space="preserve">[39:09] </w:t>
      </w:r>
      <w:r>
        <w:t>apne aap koi ghalti nikal nahi jayegi.</w:t>
      </w:r>
    </w:p>
    <w:p>
      <w:pPr>
        <w:jc w:val="right"/>
      </w:pPr>
      <w:r>
        <w:t>اپنے آپ کوئی غلطی نکل نہیں جائے گی۔</w:t>
      </w:r>
    </w:p>
    <w:p>
      <w:r>
        <w:rPr>
          <w:b/>
        </w:rPr>
        <w:t xml:space="preserve">[39:16] </w:t>
      </w:r>
      <w:r>
        <w:t>This question is from Sonia. Is there any mention of properties of the matter in Quran that can be converted into meaningful use by man in the future?</w:t>
      </w:r>
    </w:p>
    <w:p>
      <w:pPr>
        <w:jc w:val="right"/>
      </w:pPr>
      <w:r>
        <w:t>This question is from Sonia. Is there any mention of properties of the matter in Quran that can be converted into meaningful use by man in the future?</w:t>
      </w:r>
    </w:p>
    <w:p>
      <w:r>
        <w:rPr>
          <w:b/>
        </w:rPr>
        <w:t xml:space="preserve">[39:27] </w:t>
      </w:r>
      <w:r>
        <w:t>Please throw some light.</w:t>
      </w:r>
    </w:p>
    <w:p>
      <w:pPr>
        <w:jc w:val="right"/>
      </w:pPr>
      <w:r>
        <w:t>Please throw some light.</w:t>
      </w:r>
    </w:p>
    <w:p>
      <w:r>
        <w:rPr>
          <w:b/>
        </w:rPr>
        <w:t xml:space="preserve">[39:34] </w:t>
      </w:r>
      <w:r>
        <w:t>mein samajhta hoon ke bar bar quran mein yeh baat kahi gayi hai. misalan wohi ayat abhi maine parhi aap ke samne ke wa ataakum min kulli ma saaltumuh tum ko hum ne har woh cheez de di jo tum ko chahiye thi.</w:t>
      </w:r>
    </w:p>
    <w:p>
      <w:pPr>
        <w:jc w:val="right"/>
      </w:pPr>
      <w:r>
        <w:t>میں سمجھتا ہوں کہ بار بار قرآن میں یہ بات کہی گئی ہے۔ مثلاً وہی آیت ابھی میں نے پڑھی آپ کے سامنے کہ وَأَعْطَاكُمْ مِنْ كُلِّ مَا سَأَلْتُمُوْا تم کو ہم نے ہر وہ چیز دے دی جو تم کو چاہیے تھی۔</w:t>
      </w:r>
    </w:p>
    <w:p>
      <w:r>
        <w:rPr>
          <w:b/>
        </w:rPr>
        <w:t xml:space="preserve">[39:58] </w:t>
      </w:r>
      <w:r>
        <w:t>to jaisa ke maine bataya ke ek zamana woh tha jab aap ko</w:t>
      </w:r>
    </w:p>
    <w:p>
      <w:pPr>
        <w:jc w:val="right"/>
      </w:pPr>
      <w:r>
        <w:t>تو جیسا کہ میں نے بتایا کہ ایک زمانہ وہ تھا جب آپ کو</w:t>
      </w:r>
    </w:p>
    <w:p>
      <w:r>
        <w:rPr>
          <w:b/>
        </w:rPr>
        <w:t xml:space="preserve">[40:04] </w:t>
      </w:r>
      <w:r>
        <w:t>yani zinda sawariyan di gayeen. ghore ki shakal mein, oont ki shakal mein. is ke baad khuda ne aisa meter rakh diya zameen mein.</w:t>
      </w:r>
    </w:p>
    <w:p>
      <w:pPr>
        <w:jc w:val="right"/>
      </w:pPr>
      <w:r>
        <w:t>یعنی زندہ سواریاں دی گئیں۔ گھوڑے کی شکل میں، اونٹ کی شکل میں۔ اس کے بعد خدا نے ایسا میٹر رکھ دیا زمین میں۔</w:t>
      </w:r>
    </w:p>
    <w:p>
      <w:r>
        <w:rPr>
          <w:b/>
        </w:rPr>
        <w:t xml:space="preserve">[40:13] </w:t>
      </w:r>
      <w:r>
        <w:t>meter aur fuel dono. is ko nikal kar aap banaen. bana kar ke aap water car, hawa jaat banaen. yeh sab yeh ayat cover kar rahi hai.</w:t>
      </w:r>
    </w:p>
    <w:p>
      <w:pPr>
        <w:jc w:val="right"/>
      </w:pPr>
      <w:r>
        <w:t>میٹر اور فیول دونوں۔ اس کو نکال کر آپ بنائیں۔ بنا کر کے آپ واٹر کار، ہوا جات بنائیں۔ یہ سب یہ آیت کور کر رہی ہے۔</w:t>
      </w:r>
    </w:p>
    <w:p>
      <w:r>
        <w:rPr>
          <w:b/>
        </w:rPr>
        <w:t xml:space="preserve">[40:23] </w:t>
      </w:r>
      <w:r>
        <w:t>woh sab kuch jo tum ko chahiye tha, woh hum ne de diya.</w:t>
      </w:r>
    </w:p>
    <w:p>
      <w:pPr>
        <w:jc w:val="right"/>
      </w:pPr>
      <w:r>
        <w:t>وہ سب کچھ جو تم کو چاہیے تھا، وہ ہم نے دے دیا۔</w:t>
      </w:r>
    </w:p>
    <w:p>
      <w:r>
        <w:rPr>
          <w:b/>
        </w:rPr>
        <w:t xml:space="preserve">[40:29] </w:t>
      </w:r>
      <w:r>
        <w:t>koi bhi cheez, maslan mic hai, camera hai, yeh bhi isi zameen se nikal kar banaya gaya hai. to yeh bhi insan ko chahiye tha, to khuda ne woh saare saman is zameen mein rakh diye.</w:t>
      </w:r>
    </w:p>
    <w:p>
      <w:pPr>
        <w:jc w:val="right"/>
      </w:pPr>
      <w:r>
        <w:t>کوئی بھی چیز، مثلاً مائیک ہے، کیمرہ ہے، یہ بھی اسی زمین سے نکال کر بنایا گیا ہے۔ تو یہ بھی انسان کو چاہیے تھا، تو خدا نے وہ سارے سامان اس زمین میں رکھ دیے۔</w:t>
      </w:r>
    </w:p>
    <w:p>
      <w:r>
        <w:rPr>
          <w:b/>
        </w:rPr>
        <w:t xml:space="preserve">[40:41] </w:t>
      </w:r>
      <w:r>
        <w:t>aur insan ko, kyun ke maine is se pehle aap se bataya tha ke khuda ne discovery method rakha hai. discovery method.</w:t>
      </w:r>
    </w:p>
    <w:p>
      <w:pPr>
        <w:jc w:val="right"/>
      </w:pPr>
      <w:r>
        <w:t>اور انسان کو، کیوں کہ میں نے اس سے پہلے آپ سے بتایا تھا کہ خدا نے ڈسکوری میتھڈ رکھا ہے۔ ڈسکوری میتھڈ۔</w:t>
      </w:r>
    </w:p>
    <w:p>
      <w:r>
        <w:rPr>
          <w:b/>
        </w:rPr>
        <w:t xml:space="preserve">[40:50] </w:t>
      </w:r>
      <w:r>
        <w:t>yani khoj kar ke janna aur phir is ko istemal karna. khuda chahta hai ke aap ka mind develop kare.</w:t>
      </w:r>
    </w:p>
    <w:p>
      <w:pPr>
        <w:jc w:val="right"/>
      </w:pPr>
      <w:r>
        <w:t>یعنی کھوج کر کے جاننا اور پھر اس کو استعمال کرنا۔ خدا چاہتا ہے کہ آپ کا مائنڈ ڈیولپ کرے۔</w:t>
      </w:r>
    </w:p>
    <w:p>
      <w:r>
        <w:rPr>
          <w:b/>
        </w:rPr>
        <w:t xml:space="preserve">[41:01] </w:t>
      </w:r>
      <w:r>
        <w:t>agar sab cheez seedhi seedhi de di jaati, seedhi seedhi motor carain daudteen, aap paida hote aur dekhte ke motor carain daud rahi hain, to aap ka intellectual development na hota.</w:t>
      </w:r>
    </w:p>
    <w:p>
      <w:pPr>
        <w:jc w:val="right"/>
      </w:pPr>
      <w:r>
        <w:t>اگر سب چیز سیدھی سیدھی دے دی جاتی، سیدھی سیدھی موٹر کاریں دوڑتیں، آپ پیدا ہوتے اور دیکھتے کہ موٹر کاریں دوڑ رہی ہیں، تو آپ کا انٹلیکچول ڈیولپمنٹ نہ ہوتا۔</w:t>
      </w:r>
    </w:p>
    <w:p>
      <w:r>
        <w:rPr>
          <w:b/>
        </w:rPr>
        <w:t xml:space="preserve">[41:11] </w:t>
      </w:r>
      <w:r>
        <w:t>lekin jab aap is ne zameen mein khodai ki, zameen ki cheezon ko nikala aur is ko experiment kiya aur tajurba kar kar ke is ko banaya, to aap ka intellectual development hua.</w:t>
      </w:r>
    </w:p>
    <w:p>
      <w:pPr>
        <w:jc w:val="right"/>
      </w:pPr>
      <w:r>
        <w:t>لیکن جب آپ اس نے زمین میں کھدائی کی، زمین کی چیزوں کو نکالا اور اس کو ایکسپیریمنٹ کیا اور تجربہ کر کر کے اس کو بنایا، تو آپ کا انٹلیکچول ڈیولپمنٹ ہوا۔</w:t>
      </w:r>
    </w:p>
    <w:p>
      <w:r>
        <w:rPr>
          <w:b/>
        </w:rPr>
        <w:t xml:space="preserve">[41:24] </w:t>
      </w:r>
      <w:r>
        <w:t>is ko kehte hain discovery method. yeh yeh hai khuda ki scheme insan ke bare mein.</w:t>
      </w:r>
    </w:p>
    <w:p>
      <w:pPr>
        <w:jc w:val="right"/>
      </w:pPr>
      <w:r>
        <w:t>اس کو کہتے ہیں ڈسکوری میتھڈ۔ یہ یہ ہے خدا کی اسکیم انسان کے بارے میں۔</w:t>
      </w:r>
    </w:p>
    <w:p>
      <w:r>
        <w:rPr>
          <w:b/>
        </w:rPr>
        <w:t xml:space="preserve">[41:32] </w:t>
      </w:r>
      <w:r>
        <w:t>This question is from Aisha. When truth is revealed with all proofs and logic, why is that man is not able to realize it?</w:t>
      </w:r>
    </w:p>
    <w:p>
      <w:pPr>
        <w:jc w:val="right"/>
      </w:pPr>
      <w:r>
        <w:t>This question is from عائشہ. When truth is revealed with all proofs and logic, why is that man is not able to realize it?</w:t>
      </w:r>
    </w:p>
    <w:p>
      <w:r>
        <w:rPr>
          <w:b/>
        </w:rPr>
        <w:t xml:space="preserve">[41:44] </w:t>
      </w:r>
      <w:r>
        <w:t>dekhiye, yeh to is liye hai ke duniya mein aadmi ko test par rakha gaya hai. agar is mein compulsion ho jaye to test kahan rahega?</w:t>
      </w:r>
    </w:p>
    <w:p>
      <w:pPr>
        <w:jc w:val="right"/>
      </w:pPr>
      <w:r>
        <w:t>دیکھیے، یہ تو اس لیے ہے کہ دنیا میں آدمی کو ٹیسٹ پر رکھا گیا ہے۔ اگر اس میں کمپلشن ہو جائے تو ٹیسٹ کہاں رہے گا؟</w:t>
      </w:r>
    </w:p>
    <w:p>
      <w:r>
        <w:rPr>
          <w:b/>
        </w:rPr>
        <w:t xml:space="preserve">[41:54] </w:t>
      </w:r>
      <w:r>
        <w:t>yani sachai batane ke sath sath is mein compulsion ka element bhi rakh diya jaye ke aadmi maane baghair chah raha hai, us ko na ho to phir test khatam ho jayega.</w:t>
      </w:r>
    </w:p>
    <w:p>
      <w:pPr>
        <w:jc w:val="right"/>
      </w:pPr>
      <w:r>
        <w:t>یعنی سچائی بتانے کے ساتھ ساتھ اس میں کمپلشن کا ایلیمنٹ بھی رکھ دیا جائے کہ آدمی مانے بغیر چاہ رہا ہے، اس کو نہ ہو تو پھر ٹیسٹ ختم ہو جائے گا۔</w:t>
      </w:r>
    </w:p>
    <w:p>
      <w:r>
        <w:rPr>
          <w:b/>
        </w:rPr>
        <w:t xml:space="preserve">[42:05] </w:t>
      </w:r>
      <w:r>
        <w:t>to test ka mahol baqi rakhne ke liye khuda ne aisa kiya ke sachai batayi jaye lekin phir bhi choice aadmi ke hath mein rahe.</w:t>
      </w:r>
    </w:p>
    <w:p>
      <w:pPr>
        <w:jc w:val="right"/>
      </w:pPr>
      <w:r>
        <w:t>تو ٹیسٹ کا ماحول باقی رکھنے کے لئے خدا نے ایسا کیا کہ سچائی بتائی جائے لیکن پھر بھی چوائس آدمی کے ہاتھ میں رہے۔</w:t>
      </w:r>
    </w:p>
    <w:p>
      <w:r>
        <w:rPr>
          <w:b/>
        </w:rPr>
        <w:t xml:space="preserve">[42:17] </w:t>
      </w:r>
      <w:r>
        <w:t>This question is from Farida Khanam. What are the conditions for receiving divine inspiration?</w:t>
      </w:r>
    </w:p>
    <w:p>
      <w:pPr>
        <w:jc w:val="right"/>
      </w:pPr>
      <w:r>
        <w:t>This question is from فریدہ خانم. What are the conditions for receiving divine inspiration?</w:t>
      </w:r>
    </w:p>
    <w:p>
      <w:r>
        <w:rPr>
          <w:b/>
        </w:rPr>
        <w:t xml:space="preserve">[42:27] </w:t>
      </w:r>
      <w:r>
        <w:t>dekhiye, inspiration jo hai, is ke do darje hote hain. ek woh hai jo prophet ko milta hai. ek woh hai jo common insan ko milta hai. to prophet ko jo milta hai, woh to directly angel world of God le kar aate hain.</w:t>
      </w:r>
    </w:p>
    <w:p>
      <w:pPr>
        <w:jc w:val="right"/>
      </w:pPr>
      <w:r>
        <w:t>دیکھیے، انسپیریشن جو ہے، اس کے دو درجے ہوتے ہیں۔ ایک وہ ہے جو پرافٹ کو ملتا ہے۔ ایک وہ ہے جو کامن انسان کو ملتا ہے۔ تو پرافٹ کو جو ملتا ہے، وہ تو ڈائریکٹلی اینجل ورلڈ آف گاڈ لے کر آتے ہیں۔</w:t>
      </w:r>
    </w:p>
    <w:p>
      <w:r>
        <w:rPr>
          <w:b/>
        </w:rPr>
        <w:t xml:space="preserve">[42:41] </w:t>
      </w:r>
      <w:r>
        <w:t>jis ko hum kehte hain wahi. is ki term jo hai, is ke liye wahi hai. yani revelation. aur doosra jo hai, jo har ek ko milta hai, is ke liye term hai ilham ya irtaqa.</w:t>
      </w:r>
    </w:p>
    <w:p>
      <w:pPr>
        <w:jc w:val="right"/>
      </w:pPr>
      <w:r>
        <w:t>جس کو ہم کہتے ہیں وحی۔ اس کی ٹرم جو ہے، اس کے لئے وحی ہے۔ یعنی ریویلیشن۔ اور دوسرا جو ہے، جو ہر ایک کو ملتا ہے، اس کے لئے ٹرم ہے الہام یا ارتقاء۔</w:t>
      </w:r>
    </w:p>
    <w:p>
      <w:r>
        <w:rPr>
          <w:b/>
        </w:rPr>
        <w:t xml:space="preserve">[42:55] </w:t>
      </w:r>
      <w:r>
        <w:t>woh ilham ya ilqa. us ko kehte hain inspiration. to revelation sirf prophet ke liye hota hai aur inspiration sab ke liye hota hai.</w:t>
      </w:r>
    </w:p>
    <w:p>
      <w:pPr>
        <w:jc w:val="right"/>
      </w:pPr>
      <w:r>
        <w:t>وہ الہام یا القاء۔ اس کو کہتے ہیں انسپیریشن۔ تو ریویلیشن صرف پرافٹ کے لئے ہوتا ہے اور انسپیریشن سب کے لئے ہوتا ہے۔</w:t>
      </w:r>
    </w:p>
    <w:p>
      <w:r>
        <w:rPr>
          <w:b/>
        </w:rPr>
        <w:t xml:space="preserve">[43:05] </w:t>
      </w:r>
      <w:r>
        <w:t>inspiration ka jo mamla hai, to mujhe Gautam Buddha ki ek kahani bohat pasand hai. un ka ek disciple tha.</w:t>
      </w:r>
    </w:p>
    <w:p>
      <w:pPr>
        <w:jc w:val="right"/>
      </w:pPr>
      <w:r>
        <w:t>انسپیریشن کا جو معاملہ ہے، تو مجھے گوتم بدھ کی ایک کہانی بہت پسند ہے۔ ان کا ایک ڈسائپل تھا۔</w:t>
      </w:r>
    </w:p>
    <w:p>
      <w:r>
        <w:rPr>
          <w:b/>
        </w:rPr>
        <w:t xml:space="preserve">[43:15] </w:t>
      </w:r>
      <w:r>
        <w:t>us ne un se kaha ke mujhe aap se gyan lena hai. ab mere aaiye, mujhe gyan dijiye. to gaye woh aur woh un ko, us ne kaha tha ke mere haan gaaye ka karobar hota hai.</w:t>
      </w:r>
    </w:p>
    <w:p>
      <w:pPr>
        <w:jc w:val="right"/>
      </w:pPr>
      <w:r>
        <w:t>اس نے ان سے کہا کہ مجھے آپ سے گیان لینا ہے۔ اب میرے آئیے، مجھے گیان دیجیے۔ تو گئے وہ اور وہ ان کو، اس نے کہا تھا کہ میرے ہاں گائے کا کاروبار ہوتا ہے۔</w:t>
      </w:r>
    </w:p>
    <w:p>
      <w:r>
        <w:rPr>
          <w:b/>
        </w:rPr>
        <w:t xml:space="preserve">[43:29] </w:t>
      </w:r>
      <w:r>
        <w:t>main aap ko fresh milk doonga. to ek ek bartan le gaye woh aur bartan le kar khud de diya. is mein unhon ne jaan boojh kar mitti daal di thi.</w:t>
      </w:r>
    </w:p>
    <w:p>
      <w:pPr>
        <w:jc w:val="right"/>
      </w:pPr>
      <w:r>
        <w:t>میں آپ کو فریش ملک دوں گا۔ تو ایک ایک برتن لے گئے وہ اور برتن لے آ کر خود دے دیا۔ اس میں انہوں نے جان بوجھ کر مٹی ڈال دی تھی۔</w:t>
      </w:r>
    </w:p>
    <w:p>
      <w:r>
        <w:rPr>
          <w:b/>
        </w:rPr>
        <w:t xml:space="preserve">[43:39] </w:t>
      </w:r>
      <w:r>
        <w:t>to jab us ne dekha ke is mein mitti hai, to us ko le kar khoob dhoya, saaf kiya, phir us ke andar fresh milk rakha aur phir un ko diya. to yeh uth kar le kar chalne lage is ko milk.</w:t>
      </w:r>
    </w:p>
    <w:p>
      <w:pPr>
        <w:jc w:val="right"/>
      </w:pPr>
      <w:r>
        <w:t>تو جب اس نے دیکھا کہ اس میں مٹی ہے، تو اس کو لے آ کر خوب دھویا، صاف کیا، پھر اس کے اندر فریش ملک رکھا اور پھر ان کو دیا۔ تو یہ اٹھ کر لے کر چلنے لگے اس کو ملک۔</w:t>
      </w:r>
    </w:p>
    <w:p>
      <w:r>
        <w:rPr>
          <w:b/>
        </w:rPr>
        <w:t xml:space="preserve">[43:53] </w:t>
      </w:r>
      <w:r>
        <w:t>to us aadmi ne kaha ke bhai aap ne gyan to diya nahi, khali doodh le kar chale ja rahe hain aap. to Gautam Buddha ne kaha ke maine tum ko gyan de diya.</w:t>
      </w:r>
    </w:p>
    <w:p>
      <w:pPr>
        <w:jc w:val="right"/>
      </w:pPr>
      <w:r>
        <w:t>تو اس آدمی نے کہا کہ بھئی آپ نے گیان تو دیا نہیں، خالی دودھ لے کر چلے جا رہے ہیں آپ۔ تو گوتم بدھ نے کہا کہ میں نے تم کو گیان دے دیا۔</w:t>
      </w:r>
    </w:p>
    <w:p>
      <w:r>
        <w:rPr>
          <w:b/>
        </w:rPr>
        <w:t xml:space="preserve">[44:03] </w:t>
      </w:r>
      <w:r>
        <w:t>kaha ke woh kaise? ke dekho, tum ne jo mera bartan tha, us mein mitti thi, yeh saaf nahi tha.</w:t>
      </w:r>
    </w:p>
    <w:p>
      <w:pPr>
        <w:jc w:val="right"/>
      </w:pPr>
      <w:r>
        <w:t>کہا کہ وہ کیسے؟ کہ دیکھو، تم نے جو میرا برتن تھا، اس میں مٹی تھی، یہ صاف نہیں تھا۔</w:t>
      </w:r>
    </w:p>
    <w:p>
      <w:r>
        <w:rPr>
          <w:b/>
        </w:rPr>
        <w:t xml:space="preserve">[44:13] </w:t>
      </w:r>
      <w:r>
        <w:t>to tum ne pehle saaf kiya. kyun ke bana saaf bartan mein agar doodh rakh diya to doodh kharab ho jayega. to tum pehle apne container ko theek karo.</w:t>
      </w:r>
    </w:p>
    <w:p>
      <w:pPr>
        <w:jc w:val="right"/>
      </w:pPr>
      <w:r>
        <w:t>تو تم نے پہلے صاف کیا۔ کیوں کہ بنا صاف برتن میں اگر دودھ رکھ دیا تو دودھ خراب ہو جائے گا۔ تو تم پہلے اپنے کنٹینر کو ٹھیک کرو۔</w:t>
      </w:r>
    </w:p>
    <w:p>
      <w:r>
        <w:rPr>
          <w:b/>
        </w:rPr>
        <w:t xml:space="preserve">[44:24] </w:t>
      </w:r>
      <w:r>
        <w:t>tumhara andar ka jo container hai, tumhara dil, tumhara dimagh, tumhara mind, to woh to saaf hai nahi, woh to polluted hai. to main gyan rakhun to kahan rakhun?</w:t>
      </w:r>
    </w:p>
    <w:p>
      <w:pPr>
        <w:jc w:val="right"/>
      </w:pPr>
      <w:r>
        <w:t>تمہارا اندر کا جو کنٹینر ہے، تمہارا دل، تمہارا دماغ، تمہارا مائنڈ، تو وہ تو صاف ہے نہیں، وہ تو پلوٹڈ ہے۔ تو میں گیان رکھوں تو کہاں رکھوں؟</w:t>
      </w:r>
    </w:p>
    <w:p>
      <w:r>
        <w:rPr>
          <w:b/>
        </w:rPr>
        <w:t xml:space="preserve">[44:35] </w:t>
      </w:r>
      <w:r>
        <w:t>main samajhta hoon ke yeh bohat achhi kahani hai. aur insan apne container ko jitna zyada pure banayega, utna hi zyada inspiration Khuda ka is ko aanay lagega.</w:t>
      </w:r>
    </w:p>
    <w:p>
      <w:pPr>
        <w:jc w:val="right"/>
      </w:pPr>
      <w:r>
        <w:t>میں سمجھتا ہوں کہ یہ بہت اچھی کہانی ہے۔ اور انسان اپنے کنٹینر کو جتنا زیادہ پیور بنائے گا، اتنا ہی زیادہ انسپیریشن خدا کا اس کو آنے لگے گا۔</w:t>
      </w:r>
    </w:p>
    <w:p>
      <w:r>
        <w:rPr>
          <w:b/>
        </w:rPr>
        <w:t xml:space="preserve">[44:47] </w:t>
      </w:r>
      <w:r>
        <w:t>hadees mein aata hai ke Khuda subah shaam apna inspiration bhej raha hai. subah shaam. to inspiration to utar raha hai.</w:t>
      </w:r>
    </w:p>
    <w:p>
      <w:pPr>
        <w:jc w:val="right"/>
      </w:pPr>
      <w:r>
        <w:t>حدیث میں آتا ہے کہ خدا صبح شام اپنا انسپیریشن بھیج رہا ہے۔ صبح شام۔ تو انسپیریشن تو اتر رہا ہے۔</w:t>
      </w:r>
    </w:p>
    <w:p>
      <w:r>
        <w:rPr>
          <w:b/>
        </w:rPr>
        <w:t xml:space="preserve">[44:58] </w:t>
      </w:r>
      <w:r>
        <w:t>lekin woh wahan thehrega jahan container ho. jahan container nahi hoga to woh thehrega bhi nahi.</w:t>
      </w:r>
    </w:p>
    <w:p>
      <w:pPr>
        <w:jc w:val="right"/>
      </w:pPr>
      <w:r>
        <w:t>لیکن وہ وہاں ٹھہرے گا جہاں کنٹینر ہو۔ جہاں کنٹینر نہیں ہوگا تو وہ ٹھہرے گا بھی نہیں۔</w:t>
      </w:r>
    </w:p>
    <w:p>
      <w:r>
        <w:rPr>
          <w:b/>
        </w:rPr>
        <w:t xml:space="preserve">[45:07] </w:t>
      </w:r>
      <w:r>
        <w:t>This question is from Shaqeen. How do you see the future of Al-Risala Mission? The Islam you represent and interpret?</w:t>
      </w:r>
    </w:p>
    <w:p>
      <w:pPr>
        <w:jc w:val="right"/>
      </w:pPr>
      <w:r>
        <w:t>This question is from Shaqeen. How do you see the future of Al-Risala Mission? The Islam you represent and interpret?</w:t>
      </w:r>
    </w:p>
    <w:p>
      <w:r>
        <w:rPr>
          <w:b/>
        </w:rPr>
        <w:t xml:space="preserve">[45:17] </w:t>
      </w:r>
      <w:r>
        <w:t>yeh team bright future ko bata rahi hai. main samajhta hoon ke duniya mein kahin bhi aisi team maujood nahi hai. har jagah bheed hai, crowd hai, taqreerein hain, naare hain.</w:t>
      </w:r>
    </w:p>
    <w:p>
      <w:pPr>
        <w:jc w:val="right"/>
      </w:pPr>
      <w:r>
        <w:t>یہ ٹیم برائٹ فیوچر کو بتا رہی ہے۔ میں سمجھتا ہوں کہ دنیا میں کہیں بھی ایسی ٹیم موجود نہیں ہے۔ ہر جگہ بھیڑ ہے، کراؤڈ ہے، تقریریں ہیں، نعرے ہیں۔</w:t>
      </w:r>
    </w:p>
    <w:p>
      <w:r>
        <w:rPr>
          <w:b/>
        </w:rPr>
        <w:t xml:space="preserve">[45:31] </w:t>
      </w:r>
      <w:r>
        <w:t>yeh pehli team hai poori world mein jo jo intellectual development par khadi ki gayi hai.</w:t>
      </w:r>
    </w:p>
    <w:p>
      <w:pPr>
        <w:jc w:val="right"/>
      </w:pPr>
      <w:r>
        <w:t>یہ پہلی ٹیم ہے پوری ورلڈ میں جو جو انٹلیکچول ڈیولپمنٹ پر کھڑی کی گئی ہے۔</w:t>
      </w:r>
    </w:p>
    <w:p>
      <w:r>
        <w:rPr>
          <w:b/>
        </w:rPr>
        <w:t xml:space="preserve">[45:43] </w:t>
      </w:r>
      <w:r>
        <w:t>hum yahan address karte hain aadmi ke mind ko. us ke emotions ko nahi. jitne bhi duniya mein aap dekhein, jahan bhi kuch insaan hain, woh sab emotions par khade hue hain.</w:t>
      </w:r>
    </w:p>
    <w:p>
      <w:pPr>
        <w:jc w:val="right"/>
      </w:pPr>
      <w:r>
        <w:t>ہم یہاں ایڈریس کرتے ہیں آدمی کے مائنڈ کو۔ اس کے ایموشنز کو نہیں۔ جتنے بھی دنیا میں آپ دیکھیں، جہاں بھی کچھ انسان ہیں، وہ سب ایموشنز پر کھڑے ہوئے ہیں۔</w:t>
      </w:r>
    </w:p>
    <w:p>
      <w:r>
        <w:rPr>
          <w:b/>
        </w:rPr>
        <w:t xml:space="preserve">[45:55] </w:t>
      </w:r>
      <w:r>
        <w:t>reaction par khade hue hain. kuch baat hui, jaise cartoon chha, aap ne species di aur hazaron lakhon log ikhatta ho gaye. to thats war reaction.</w:t>
      </w:r>
    </w:p>
    <w:p>
      <w:pPr>
        <w:jc w:val="right"/>
      </w:pPr>
      <w:r>
        <w:t>ری ایکشن پر کھڑے ہوئے ہیں۔ کچھ بات ہوئی، جیسے کارٹون چھپا، آپ نے اسپیشیز دی اور ہزاروں لاکھوں لوگ اکٹھا ہو گئے۔ تو دیٹس وار ری ایکشن۔</w:t>
      </w:r>
    </w:p>
    <w:p>
      <w:r>
        <w:rPr>
          <w:b/>
        </w:rPr>
        <w:t xml:space="preserve">[46:06] </w:t>
      </w:r>
      <w:r>
        <w:t>babri machhli ki malish ki gayi, aap taqreerein karein, aap ne lakhon log ikhatta ho gaye. thats war reaction. to jitne bhi aap dekhenge kahin bhi kuch insaanon ko, to woh reaction par khade honge.</w:t>
      </w:r>
    </w:p>
    <w:p>
      <w:pPr>
        <w:jc w:val="right"/>
      </w:pPr>
      <w:r>
        <w:t>بابری مچھلی کی مالش کی گئی، آپ تقریریں کیں، آپ نے لاکھوں لوگ اکٹھا ہو گئے۔ دیٹس وار ری ایکشن۔ تو جتنے بھی آپ دیکھیں گے کہیں بھی کچھ انسانوں کو، تو وہ ری ایکشن پر کھڑے ہوں گے۔</w:t>
      </w:r>
    </w:p>
    <w:p>
      <w:r>
        <w:rPr>
          <w:b/>
        </w:rPr>
        <w:t xml:space="preserve">[46:16] </w:t>
      </w:r>
      <w:r>
        <w:t>emotions par khade honge. yeh ek hi team aisi duniya mein hai jo intellectual development ke is par khadi hui hai.</w:t>
      </w:r>
    </w:p>
    <w:p>
      <w:pPr>
        <w:jc w:val="right"/>
      </w:pPr>
      <w:r>
        <w:t>ایموشنز پر کھڑے ہوں گے۔ یہ ایک ہی ٹیم ایسی دنیا میں ہے جو انٹلیکچول ڈیولپمنٹ کے اس پر کھڑی ہوئی ہے۔</w:t>
      </w:r>
    </w:p>
    <w:p>
      <w:r>
        <w:rPr>
          <w:b/>
        </w:rPr>
        <w:t xml:space="preserve">[46:25] </w:t>
      </w:r>
      <w:r>
        <w:t>yani positive development, positive thinking. main samajhta hoon ke yeh hamare mission ka ek bright future hai yeh. ke yeh log is mission ko aage badhayenge, inshallah.</w:t>
      </w:r>
    </w:p>
    <w:p>
      <w:pPr>
        <w:jc w:val="right"/>
      </w:pPr>
      <w:r>
        <w:t>یعنی پازیٹیو ڈیولپمنٹ، پازیٹیو تھنکنگ۔ میں سمجھتا ہوں کہ یہ ہمارے مشن کا ایک برائٹ فیوچر ہے یہ۔ کہ یہ لوگ اس مشن کو آگے بڑھائیں گے، انشاءاللہ۔</w:t>
      </w:r>
    </w:p>
    <w:p>
      <w:r>
        <w:rPr>
          <w:b/>
        </w:rPr>
        <w:t xml:space="preserve">[46:39] </w:t>
      </w:r>
      <w:r>
        <w:t>This question is from Naved Iqbal. Maulana, in your lecture today, you mentioned that everyone has to believe in one God.</w:t>
      </w:r>
    </w:p>
    <w:p>
      <w:pPr>
        <w:jc w:val="right"/>
      </w:pPr>
      <w:r>
        <w:t>This question is from Naved Iqbal. مولانا، in your lecture today, you mentioned that everyone has to believe in one God.</w:t>
      </w:r>
    </w:p>
    <w:p>
      <w:r>
        <w:rPr>
          <w:b/>
        </w:rPr>
        <w:t xml:space="preserve">[46:47] </w:t>
      </w:r>
      <w:r>
        <w:t>There are non-Muslims who believe in one God. How do we prove them that Allah is the only God and they should not worship any other God but Allah?</w:t>
      </w:r>
    </w:p>
    <w:p>
      <w:pPr>
        <w:jc w:val="right"/>
      </w:pPr>
      <w:r>
        <w:t>There are non-Muslims who believe in one God. How do we prove them that Allah is the only God and they should not worship any other God but Allah?</w:t>
      </w:r>
    </w:p>
    <w:p>
      <w:r>
        <w:rPr>
          <w:b/>
        </w:rPr>
        <w:t xml:space="preserve">[47:00] </w:t>
      </w:r>
      <w:r>
        <w:t>dekhiye, main is ko nahi manta ke bohat se log hain jo mante hain ek Khuda ko. yeh aap ne jo reference diya hai, woh sahi nahi hai.</w:t>
      </w:r>
    </w:p>
    <w:p>
      <w:pPr>
        <w:jc w:val="right"/>
      </w:pPr>
      <w:r>
        <w:t>دیکھیے، میں اس کو نہیں مانتا کہ بہت سے لوگ ہیں جو مانتے ہیں ایک خدا کو۔ یہ آپ نے جو ریفرنس دیا ہے، وہ صحیح نہیں ہے۔</w:t>
      </w:r>
    </w:p>
    <w:p>
      <w:r>
        <w:rPr>
          <w:b/>
        </w:rPr>
        <w:t xml:space="preserve">[47:12] </w:t>
      </w:r>
      <w:r>
        <w:t>oneness of God jo un ke haan hai, woh is sense mein nahi hai jo jis ko hum bolte hain. woh hai oneness of reality ke maani mein.</w:t>
      </w:r>
    </w:p>
    <w:p>
      <w:pPr>
        <w:jc w:val="right"/>
      </w:pPr>
      <w:r>
        <w:t>وننس آف گاڈ جو ان کے ہاں ہے، وہ اس سینس میں نہیں ہے جو جس کو ہم بولتے ہیں۔ وہ ہے وننس آف ریلیٹی کے معنی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