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Develop Spiritual Personality July 16, 2006 Maulana Wahiduddin Khan</w:t>
      </w:r>
    </w:p>
    <w:p>
      <w:r>
        <w:t>https://www.youtube.com/watch?v=nxFUXRFboW4</w:t>
      </w:r>
    </w:p>
    <w:p>
      <w:r>
        <w:rPr>
          <w:b/>
        </w:rPr>
        <w:t xml:space="preserve">[00:13] </w:t>
      </w:r>
      <w:r>
        <w:t>bismillah al-rahman al-rahim, wa sallallahu ala al-nabi al-karim. rabb ishrah li sadri, wa yassir li amri,</w:t>
      </w:r>
    </w:p>
    <w:p>
      <w:pPr>
        <w:jc w:val="right"/>
      </w:pPr>
      <w:r>
        <w:t>بسم اللہ الرحمن الرحیم، و صلی اللہ علی النبی الکریم. رب اشرح لی صدری، ویسر لی امری،</w:t>
      </w:r>
    </w:p>
    <w:p>
      <w:r>
        <w:rPr>
          <w:b/>
        </w:rPr>
        <w:t xml:space="preserve">[00:28] </w:t>
      </w:r>
      <w:r>
        <w:t>wa ahlul uqdah min lisani yafqahu qawli.</w:t>
      </w:r>
    </w:p>
    <w:p>
      <w:pPr>
        <w:jc w:val="right"/>
      </w:pPr>
      <w:r>
        <w:t>واحل العقدۃ من لسانی یفقہ قولی.</w:t>
      </w:r>
    </w:p>
    <w:p>
      <w:r>
        <w:rPr>
          <w:b/>
        </w:rPr>
        <w:t xml:space="preserve">[00:35] </w:t>
      </w:r>
      <w:r>
        <w:t>aaj ka topic hai</w:t>
      </w:r>
    </w:p>
    <w:p>
      <w:pPr>
        <w:jc w:val="right"/>
      </w:pPr>
      <w:r>
        <w:t>آج کا ٹاپک ہے</w:t>
      </w:r>
    </w:p>
    <w:p>
      <w:r>
        <w:rPr>
          <w:b/>
        </w:rPr>
        <w:t xml:space="preserve">[00:42] </w:t>
      </w:r>
      <w:r>
        <w:t>tameer-e-shakhsiyat, yani insaan banana.</w:t>
      </w:r>
    </w:p>
    <w:p>
      <w:pPr>
        <w:jc w:val="right"/>
      </w:pPr>
      <w:r>
        <w:t>تعمیر شخصیت، یعنی انسان بنانا۔</w:t>
      </w:r>
    </w:p>
    <w:p>
      <w:r>
        <w:rPr>
          <w:b/>
        </w:rPr>
        <w:t xml:space="preserve">[00:54] </w:t>
      </w:r>
      <w:r>
        <w:t>insaan banana. is baat, is topic par mujhe jo kuch kehna hai, use kehne se pehle main ek— aaj ke akhbar mein ek item aaya hai, is se shuru karna chahta hoon.</w:t>
      </w:r>
    </w:p>
    <w:p>
      <w:pPr>
        <w:jc w:val="right"/>
      </w:pPr>
      <w:r>
        <w:t>انسان بنانا۔ اس بات، اس ٹاپک پر مجھے جو کچھ کہنا ہے، اسے کہنے سے پہلے میں ایک— آج کے اخبار میں ایک آئٹم آیا ہے، اس سے شروع کرنا چاہتا ہوں۔</w:t>
      </w:r>
    </w:p>
    <w:p>
      <w:r>
        <w:rPr>
          <w:b/>
        </w:rPr>
        <w:t xml:space="preserve">[01:08] </w:t>
      </w:r>
      <w:r>
        <w:t>dekhiye, ye mere haath mein aaj ka hindustan times hai, yani 16 july 2006 ka.</w:t>
      </w:r>
    </w:p>
    <w:p>
      <w:pPr>
        <w:jc w:val="right"/>
      </w:pPr>
      <w:r>
        <w:t>دیکھیں، یہ میرے ہاتھ میں آج کا ہندوستان ٹائمز ہے، یعنی 16 جولائی 2006 کا۔</w:t>
      </w:r>
    </w:p>
    <w:p>
      <w:r>
        <w:rPr>
          <w:b/>
        </w:rPr>
        <w:t xml:space="preserve">[01:21] </w:t>
      </w:r>
      <w:r>
        <w:t>is mein,</w:t>
      </w:r>
    </w:p>
    <w:p>
      <w:pPr>
        <w:jc w:val="right"/>
      </w:pPr>
      <w:r>
        <w:t>اس میں،</w:t>
      </w:r>
    </w:p>
    <w:p>
      <w:r>
        <w:rPr>
          <w:b/>
        </w:rPr>
        <w:t xml:space="preserve">[01:25] </w:t>
      </w:r>
      <w:r>
        <w:t>is mein jo</w:t>
      </w:r>
    </w:p>
    <w:p>
      <w:pPr>
        <w:jc w:val="right"/>
      </w:pPr>
      <w:r>
        <w:t>اس میں جو</w:t>
      </w:r>
    </w:p>
    <w:p>
      <w:r>
        <w:rPr>
          <w:b/>
        </w:rPr>
        <w:t xml:space="preserve">[01:29] </w:t>
      </w:r>
      <w:r>
        <w:t>headline hai woh hai "zero tolerance". zero tolerance.</w:t>
      </w:r>
    </w:p>
    <w:p>
      <w:pPr>
        <w:jc w:val="right"/>
      </w:pPr>
      <w:r>
        <w:t>ہیڈ لائن ہے وہ ہے "زیرو ٹالرنس"۔ زیرو ٹالرنس۔</w:t>
      </w:r>
    </w:p>
    <w:p>
      <w:r>
        <w:rPr>
          <w:b/>
        </w:rPr>
        <w:t xml:space="preserve">[01:40] </w:t>
      </w:r>
      <w:r>
        <w:t>ye kya hai? hamare desh ke jo foreign secretary hain, unka ek statement hai.</w:t>
      </w:r>
    </w:p>
    <w:p>
      <w:pPr>
        <w:jc w:val="right"/>
      </w:pPr>
      <w:r>
        <w:t>یہ کیا ہے؟ ہمارے دیش کے جو فارن سیکرٹری ہیں، ان کا ایک سٹیٹمنٹ ہے۔</w:t>
      </w:r>
    </w:p>
    <w:p>
      <w:r>
        <w:rPr>
          <w:b/>
        </w:rPr>
        <w:t xml:space="preserve">[01:51] </w:t>
      </w:r>
      <w:r>
        <w:t>aap jaante hain ke abhi kashmir aur bombay waghaira mein bomb blast hue hain, is ko lekar unhonne kuch baatein kahi hain.</w:t>
      </w:r>
    </w:p>
    <w:p>
      <w:pPr>
        <w:jc w:val="right"/>
      </w:pPr>
      <w:r>
        <w:t>آپ جانتے ہیں کہ ابھی کشمیر اور بامبے وغیرہ میں بم بلاسٹ ہوئے ہیں، اس کو لے کر انہوں نے کچھ باتیں کہی ہیں۔</w:t>
      </w:r>
    </w:p>
    <w:p>
      <w:r>
        <w:rPr>
          <w:b/>
        </w:rPr>
        <w:t xml:space="preserve">[02:03] </w:t>
      </w:r>
      <w:r>
        <w:t>is se woh kehte hain ke hum peace chahte hain, hum peace process chala rahe hain, lekin—</w:t>
      </w:r>
    </w:p>
    <w:p>
      <w:pPr>
        <w:jc w:val="right"/>
      </w:pPr>
      <w:r>
        <w:t>اس سے وہ کہتے ہیں کہ ہم پیس چاہتے ہیں، ہم پیس پروسیس چلا رہے ہیں، لیکن—</w:t>
      </w:r>
    </w:p>
    <w:p>
      <w:r>
        <w:rPr>
          <w:b/>
        </w:rPr>
        <w:t xml:space="preserve">[02:16] </w:t>
      </w:r>
      <w:r>
        <w:t>lekin is situation mein peace process ko chalana bahut hi mushkil hai. it is difficult for peace process to continue in such a situation.</w:t>
      </w:r>
    </w:p>
    <w:p>
      <w:pPr>
        <w:jc w:val="right"/>
      </w:pPr>
      <w:r>
        <w:t>لیکن اس سچویشن میں پیس پروسیس کو چلانا بہت ہی مشکل ہے۔ It is difficult for peace process to continue in such a situation.</w:t>
      </w:r>
    </w:p>
    <w:p>
      <w:r>
        <w:rPr>
          <w:b/>
        </w:rPr>
        <w:t xml:space="preserve">[02:36] </w:t>
      </w:r>
      <w:r>
        <w:t>dekhiye, is baat se main hundred percent agree karta hoon ke do parties ke beech mein agar peace ki baat ho rahi ho to smoothly ye bhi chal sakega jabki gun aur bomb culture chhod diya gaya ho.</w:t>
      </w:r>
    </w:p>
    <w:p>
      <w:pPr>
        <w:jc w:val="right"/>
      </w:pPr>
      <w:r>
        <w:t>دیکھیں، اس بات سے میں ہنڈرڈ پرسنٹ ایگری کرتا ہوں کہ دو پارٹیوں کے بیچ میں اگر پیس کی بات ہو رہی ہو تو اسمووتھ طور پر یہ بھی چل سکے گا جبکہ گن اور بم کلچر چھوڑ دیا گیا ہو۔</w:t>
      </w:r>
    </w:p>
    <w:p>
      <w:r>
        <w:rPr>
          <w:b/>
        </w:rPr>
        <w:t xml:space="preserve">[02:59] </w:t>
      </w:r>
      <w:r>
        <w:t>ye baat apni jagah par sahi hai. lekin doosra sawaal ye hai ke hum pachas baras se ye dekh rahe hain ke aisi baatein kehne ke bawajood gun culture aur bomb culture band nahi hua.</w:t>
      </w:r>
    </w:p>
    <w:p>
      <w:pPr>
        <w:jc w:val="right"/>
      </w:pPr>
      <w:r>
        <w:t>یہ بات اپنی جگہ پر صحیح ہے۔ لیکن دوسرا سوال یہ ہے کہ ہم پچاس برس سے یہ دیکھ رہے ہیں کہ ایسی باتیں کہنے کے باوجود گن کلچر اور بم کلچر بند نہیں ہوا۔</w:t>
      </w:r>
    </w:p>
    <w:p>
      <w:r>
        <w:rPr>
          <w:b/>
        </w:rPr>
        <w:t xml:space="preserve">[03:14] </w:t>
      </w:r>
      <w:r>
        <w:t>band nahi hua. humari army bahut badi tadaad mein lag gayi is ko khatam karne ke liye, tab bhi woh khatam nahi hua. to what to do?</w:t>
      </w:r>
    </w:p>
    <w:p>
      <w:pPr>
        <w:jc w:val="right"/>
      </w:pPr>
      <w:r>
        <w:t>بند نہیں ہوا۔ ہماری آرمی بہت بڑی تعداد میں لگ گئی اس کو ختم کرنے کے لیے، تب بھی وہ ختم نہیں ہوا۔ تو what to do؟</w:t>
      </w:r>
    </w:p>
    <w:p>
      <w:r>
        <w:rPr>
          <w:b/>
        </w:rPr>
        <w:t xml:space="preserve">[03:23] </w:t>
      </w:r>
      <w:r>
        <w:t>kya hum sirf protest karte rahenge? humein root cause ka pata karna chahiye. dekhiye, main yahan ek parallel example deta hoon.</w:t>
      </w:r>
    </w:p>
    <w:p>
      <w:pPr>
        <w:jc w:val="right"/>
      </w:pPr>
      <w:r>
        <w:t>کیا ہم صرف پروٹیسٹ کرتے رہیں گے؟ ہمیں روٹ کاز کا پتہ کرنا چاہیے۔ دیکھیں، میں یہاں ایک پیرلل ایگزامپل دیتا ہوں۔</w:t>
      </w:r>
    </w:p>
    <w:p>
      <w:r>
        <w:rPr>
          <w:b/>
        </w:rPr>
        <w:t xml:space="preserve">[03:35] </w:t>
      </w:r>
      <w:r>
        <w:t>japan mein second world war mein is se bhi bahut bada maamla hua. yani do atom bomb wahan gira diye gaye.</w:t>
      </w:r>
    </w:p>
    <w:p>
      <w:pPr>
        <w:jc w:val="right"/>
      </w:pPr>
      <w:r>
        <w:t>جاپان میں سیکنڈ ورلڈ وار میں اس سے بھی بہت بڑا معاملہ ہوا۔ یعنی دو ایٹم بم وہاں گرا دیئے گئے۔</w:t>
      </w:r>
    </w:p>
    <w:p>
      <w:r>
        <w:rPr>
          <w:b/>
        </w:rPr>
        <w:t xml:space="preserve">[03:47] </w:t>
      </w:r>
      <w:r>
        <w:t>phir bhi japan ne peace process chalaya. phir bhi japan ne apne desh ke naye—</w:t>
      </w:r>
    </w:p>
    <w:p>
      <w:pPr>
        <w:jc w:val="right"/>
      </w:pPr>
      <w:r>
        <w:t>پھر بھی جاپان نے پیس پروسیس چلایا۔ پھر بھی جاپان نے اپنے دیش کے نئے—</w:t>
      </w:r>
    </w:p>
    <w:p>
      <w:r>
        <w:rPr>
          <w:b/>
        </w:rPr>
        <w:t xml:space="preserve">[03:58] </w:t>
      </w:r>
      <w:r>
        <w:t>naye construction ki— ki planning ki. to kya baat thi? kya, kya difference hai hamare aur japan ke beech mein?</w:t>
      </w:r>
    </w:p>
    <w:p>
      <w:pPr>
        <w:jc w:val="right"/>
      </w:pPr>
      <w:r>
        <w:t>نئے کنسٹرکشن کی— کی پلاننگ کی۔ تو کیا بات تھی؟ کیا، کیا ڈیفرنس ہے ہمارے اور جاپان کے بیچ میں؟</w:t>
      </w:r>
    </w:p>
    <w:p>
      <w:r>
        <w:rPr>
          <w:b/>
        </w:rPr>
        <w:t xml:space="preserve">[04:09] </w:t>
      </w:r>
      <w:r>
        <w:t>ye difference people ke andar hai.</w:t>
      </w:r>
    </w:p>
    <w:p>
      <w:pPr>
        <w:jc w:val="right"/>
      </w:pPr>
      <w:r>
        <w:t>یہ ڈیفرنس پیپل کے اندر ہے۔</w:t>
      </w:r>
    </w:p>
    <w:p>
      <w:r>
        <w:rPr>
          <w:b/>
        </w:rPr>
        <w:t xml:space="preserve">[04:14] </w:t>
      </w:r>
      <w:r>
        <w:t>yani wahan ke log, unka mind set aisa bana hua tha ki unhonne—</w:t>
      </w:r>
    </w:p>
    <w:p>
      <w:pPr>
        <w:jc w:val="right"/>
      </w:pPr>
      <w:r>
        <w:t>یعنی وہاں کے لوگ، ان کا مائنڈ سیٹ ایسا بنا ہوا تھا کہ انہوں نے—</w:t>
      </w:r>
    </w:p>
    <w:p>
      <w:r>
        <w:rPr>
          <w:b/>
        </w:rPr>
        <w:t xml:space="preserve">[04:27] </w:t>
      </w:r>
      <w:r>
        <w:t>woh is qabil ho sakein ke woh manage kar saken problem ko.</w:t>
      </w:r>
    </w:p>
    <w:p>
      <w:pPr>
        <w:jc w:val="right"/>
      </w:pPr>
      <w:r>
        <w:t>وہ اس قابل ہو سکیں کہ وہ مینیج کر سکیں پرابلم کو۔</w:t>
      </w:r>
    </w:p>
    <w:p>
      <w:r>
        <w:rPr>
          <w:b/>
        </w:rPr>
        <w:t xml:space="preserve">[04:34] </w:t>
      </w:r>
      <w:r>
        <w:t>manage kar saken problem ko. hamare yahan jo kami hai woh yahi hai ke hum problem ko manage karna nahi jaante. emotions jaante hain lekin</w:t>
      </w:r>
    </w:p>
    <w:p>
      <w:pPr>
        <w:jc w:val="right"/>
      </w:pPr>
      <w:r>
        <w:t>مینیج کر سکیں پرابلم کو۔ ہمارے ہاں جو کمی ہے وہ یہی ہے کہ ہم پرابلم کو مینیج کرنا نہیں جانتے۔ ایموشنز جانتے ہیں لیکن</w:t>
      </w:r>
    </w:p>
    <w:p>
      <w:r>
        <w:rPr>
          <w:b/>
        </w:rPr>
        <w:t xml:space="preserve">[04:45] </w:t>
      </w:r>
      <w:r>
        <w:t>hum art of emotion management nahi jaante. ye kyun? ye education ki kami hai. main dekh raha hoon ke pichhle pachas baras ke andar jitni bhi koshishen hui hain woh sab crowd-based hui hain.</w:t>
      </w:r>
    </w:p>
    <w:p>
      <w:pPr>
        <w:jc w:val="right"/>
      </w:pPr>
      <w:r>
        <w:t>ہم آرٹ آف ایموشن مینجمنٹ نہیں جانتے۔ یہ کیوں؟ یہ ایجوکیشن کی کمی ہے۔ میں دیکھ رہا ہوں کہ پچھلے پچاس برس کے اندر جتنی بھی کوششیں ہوئی ہیں وہ سب کراؤڈ بیسڈ ہوئی ہیں۔</w:t>
      </w:r>
    </w:p>
    <w:p>
      <w:r>
        <w:rPr>
          <w:b/>
        </w:rPr>
        <w:t xml:space="preserve">[05:03] </w:t>
      </w:r>
      <w:r>
        <w:t>bade bade jalsay hotay hain, jalson mein taliyan bajti hain, media mein aata hai in ka photo. aise hazaron hazar jalsay, jaloos, naare aur jhanday hue hain.</w:t>
      </w:r>
    </w:p>
    <w:p>
      <w:pPr>
        <w:jc w:val="right"/>
      </w:pPr>
      <w:r>
        <w:t>بڑے بڑے جلسے ہوتے ہیں، جلسوں میں تالیاں بجتی ہیں، میڈیا میں آتا ہے ان کا فوٹو۔ ایسے ہزاروں ہزار جلسے، جلوس، نعرے اور جھنڈے ہوئے ہیں۔</w:t>
      </w:r>
    </w:p>
    <w:p>
      <w:r>
        <w:rPr>
          <w:b/>
        </w:rPr>
        <w:t xml:space="preserve">[05:14] </w:t>
      </w:r>
      <w:r>
        <w:t>lekin sawal yeh hai ke kyun nahi hamare haan woh hua jo Japan mein hua? Japan mein is tarah ke jalsay kabhi nahi hotay. aise jalsay Japan mein nahi hotay jaise hamare haan hua karte hain.</w:t>
      </w:r>
    </w:p>
    <w:p>
      <w:pPr>
        <w:jc w:val="right"/>
      </w:pPr>
      <w:r>
        <w:t>لیکن سوال یہ ہے کہ کیوں نہیں ہمارے ہاں وہ ہوا جو جاپان میں ہوا؟ جاپان میں اس طرح کے جلسے کبھی نہیں ہوتے۔ ایسے جلسے جاپان میں نہیں ہوتے جیسے ہمارے ہاں ہوا کرتے ہیں۔</w:t>
      </w:r>
    </w:p>
    <w:p>
      <w:r>
        <w:rPr>
          <w:b/>
        </w:rPr>
        <w:t xml:space="preserve">[05:27] </w:t>
      </w:r>
      <w:r>
        <w:t>bade bade jalsay. to asal yeh hai individual ko, individual mind ko banana.</w:t>
      </w:r>
    </w:p>
    <w:p>
      <w:pPr>
        <w:jc w:val="right"/>
      </w:pPr>
      <w:r>
        <w:t>بڑے بڑے جلسے۔ تو اصل یہ ہے انڈیویجول کو، انڈیویجول مائنڈ کو بنانا۔</w:t>
      </w:r>
    </w:p>
    <w:p>
      <w:r>
        <w:rPr>
          <w:b/>
        </w:rPr>
        <w:t xml:space="preserve">[05:37] </w:t>
      </w:r>
      <w:r>
        <w:t>kyun ke soch jo hai woh crowd mein nahi hoti hai. woh individual mind mein hoti hai. aap crowd ko address karte hain, wahan to mind hai hi nahi.</w:t>
      </w:r>
    </w:p>
    <w:p>
      <w:pPr>
        <w:jc w:val="right"/>
      </w:pPr>
      <w:r>
        <w:t>کیوں کہ سوچ جو ہے وہ کراؤڈ میں نہیں ہوتی ہے۔ وہ انڈیویجول مائنڈ میں ہوتی ہے۔ آپ کراؤڈ کو ایڈریس کرتے ہیں، وہاں تو مائنڈ ہے ہی نہیں۔</w:t>
      </w:r>
    </w:p>
    <w:p>
      <w:r>
        <w:rPr>
          <w:b/>
        </w:rPr>
        <w:t xml:space="preserve">[05:46] </w:t>
      </w:r>
      <w:r>
        <w:t>mind to individual mein hai. wahan par koi kaam nahi hota. is ka matlab yeh hai ke hamara pehla kaam yeh hai ya tha ke hum logon ke mind ko banayein.</w:t>
      </w:r>
    </w:p>
    <w:p>
      <w:pPr>
        <w:jc w:val="right"/>
      </w:pPr>
      <w:r>
        <w:t>مائنڈ تو انڈیویجول میں ہے۔ وہاں پر کوئی کام نہیں ہوتا۔ اس کا مطلب یہ ہے کہ ہمارا پہلا کام یہ ہے یا تھا کہ ہم لوگوں کے مائنڈ کو بنائیں۔</w:t>
      </w:r>
    </w:p>
    <w:p>
      <w:r>
        <w:rPr>
          <w:b/>
        </w:rPr>
        <w:t xml:space="preserve">[06:02] </w:t>
      </w:r>
      <w:r>
        <w:t>mind building. dekhein, hamare haan bohat zabardast pachaas baras se bole ja rahe hain yeh shabd. nation building, nation building.</w:t>
      </w:r>
    </w:p>
    <w:p>
      <w:pPr>
        <w:jc w:val="right"/>
      </w:pPr>
      <w:r>
        <w:t>مائنڈ بلڈنگ۔ دیکھیں، ہمارے ہاں بہت زبردست پچاس برس سے بولے جا رہے ہیں یہ शब्द۔ نیشن بلڈنگ، نیشن بلڈنگ۔</w:t>
      </w:r>
    </w:p>
    <w:p>
      <w:r>
        <w:rPr>
          <w:b/>
        </w:rPr>
        <w:t xml:space="preserve">[06:11] </w:t>
      </w:r>
      <w:r>
        <w:t>main samajhta hoon ke nation building se pehle jo kaam karna hai woh hai mind building. zehan banana.</w:t>
      </w:r>
    </w:p>
    <w:p>
      <w:pPr>
        <w:jc w:val="right"/>
      </w:pPr>
      <w:r>
        <w:t>میں سمجھتا ہوں کہ نیشن بلڈنگ سے پہلے جو کام کرنا ہے وہ ہے مائنڈ بلڈنگ۔ ذہن بنانا۔</w:t>
      </w:r>
    </w:p>
    <w:p>
      <w:r>
        <w:rPr>
          <w:b/>
        </w:rPr>
        <w:t xml:space="preserve">[06:20] </w:t>
      </w:r>
      <w:r>
        <w:t>to hum yahi kaam kar rahe hain. jo log hamare paas aate hain un ko dekh kar lagta hai ke aap hamara kaam thoda chhota lagta hai in ko.</w:t>
      </w:r>
    </w:p>
    <w:p>
      <w:pPr>
        <w:jc w:val="right"/>
      </w:pPr>
      <w:r>
        <w:t>تو ہم یہی کام کر رہے ہیں۔ جو لوگ ہمارے پاس آتے ہیں ان کو دیکھ کر لگتا ہے کہ آپ ہمارا کام تھوڑا چھوٹا لگتا ہے ان کو۔</w:t>
      </w:r>
    </w:p>
    <w:p>
      <w:r>
        <w:rPr>
          <w:b/>
        </w:rPr>
        <w:t xml:space="preserve">[06:30] </w:t>
      </w:r>
      <w:r>
        <w:t>aur jo board club mein jo jalsay jaloos hotay hain woh bada lagta hai in ko. wahan hazaron log naare lagate hain, taliyan bajti hain. main poochta hoon ke aise jalsay bade bade jo hain, jo aap media mein aate hain, woh hazaron ho chuke, phir bhi kyun aisa hai ke hamare samaj mein sahi soch nahi aayi?</w:t>
      </w:r>
    </w:p>
    <w:p>
      <w:pPr>
        <w:jc w:val="right"/>
      </w:pPr>
      <w:r>
        <w:t>اور جو بورڈ کلب میں جو جلسے جلوس ہوتے ہیں وہ بڑا لگتا ہے ان کو۔ وہاں ہزاروں لوگ نعرے لگاتے ہیں، تالیاں بجتی ہیں۔ میں پوچھتا ہوں کہ ایسے جلسے بڑے بڑے جو ہیں، جو آپ میڈیا میں آتے ہیں، وہ ہزاروں ہو چکے، پھر بھی کیوں ایسا ہے کہ ہمارے سماج میں صحیح سوچ نہیں آئی؟</w:t>
      </w:r>
    </w:p>
    <w:p>
      <w:r>
        <w:rPr>
          <w:b/>
        </w:rPr>
        <w:t xml:space="preserve">[06:53] </w:t>
      </w:r>
      <w:r>
        <w:t>seheh soch ek shabd bhi kya hai? To learn the emotion management</w:t>
      </w:r>
    </w:p>
    <w:p>
      <w:pPr>
        <w:jc w:val="right"/>
      </w:pPr>
      <w:r>
        <w:t>صحیح سوچ ایک शब्द بھی کیا ہے؟ To learn the emotion management</w:t>
      </w:r>
    </w:p>
    <w:p>
      <w:r>
        <w:rPr>
          <w:b/>
        </w:rPr>
        <w:t xml:space="preserve">[07:01] </w:t>
      </w:r>
      <w:r>
        <w:t>. yahi hai seheh soch. kyon ke samaj mein ya nation mein bar bar aisa hoga ke jazbat bharkenge.</w:t>
      </w:r>
    </w:p>
    <w:p>
      <w:pPr>
        <w:jc w:val="right"/>
      </w:pPr>
      <w:r>
        <w:t>۔ یہی ہے صحیح سوچ۔ کیوں کہ سماج میں یا نیشن میں بار بار ایسا ہوگا کہ جذبات بھڑکیں گے۔</w:t>
      </w:r>
    </w:p>
    <w:p>
      <w:r>
        <w:rPr>
          <w:b/>
        </w:rPr>
        <w:t xml:space="preserve">[07:11] </w:t>
      </w:r>
      <w:r>
        <w:t>jaisa ke hamare jazbat bharke. Japan mein bharke.</w:t>
      </w:r>
    </w:p>
    <w:p>
      <w:pPr>
        <w:jc w:val="right"/>
      </w:pPr>
      <w:r>
        <w:t>جیسا کہ ہمارے جذبات بھڑکے۔ جاپان میں بھڑکے۔</w:t>
      </w:r>
    </w:p>
    <w:p>
      <w:r>
        <w:rPr>
          <w:b/>
        </w:rPr>
        <w:t xml:space="preserve">[07:18] </w:t>
      </w:r>
      <w:r>
        <w:t>to jazbat ka bhadakna it is but natural. har society mein aisa hota hi hota hai. So hamein kya karna hai?</w:t>
      </w:r>
    </w:p>
    <w:p>
      <w:pPr>
        <w:jc w:val="right"/>
      </w:pPr>
      <w:r>
        <w:t>تو جذبات کا بھڑکنا it is but natural۔ ہر سوسائٹی میں ایسا ہوتا ہی ہوتا ہے۔ So ہمیں کیا کرنا ہے؟</w:t>
      </w:r>
    </w:p>
    <w:p>
      <w:r>
        <w:rPr>
          <w:b/>
        </w:rPr>
        <w:t xml:space="preserve">[07:29] </w:t>
      </w:r>
      <w:r>
        <w:t>We have to learn the emotion</w:t>
      </w:r>
    </w:p>
    <w:p>
      <w:pPr>
        <w:jc w:val="right"/>
      </w:pPr>
      <w:r>
        <w:t>We have to learn the emotion</w:t>
      </w:r>
    </w:p>
    <w:p>
      <w:r>
        <w:rPr>
          <w:b/>
        </w:rPr>
        <w:t xml:space="preserve">[07:31] </w:t>
      </w:r>
      <w:r>
        <w:t>management. We have to learn the art of emotion management. emotion ko kaise manage kiya kya jaye woh hamein janna chahiye. yeh kaam pachas baras mein kuch bhi nahi hua.</w:t>
      </w:r>
    </w:p>
    <w:p>
      <w:pPr>
        <w:jc w:val="right"/>
      </w:pPr>
      <w:r>
        <w:t>management۔ We have to learn the art of emotion management۔ ایموشن کو کیسے مینیج کیا کیا جائے وہ ہمیں جاننا چاہیے۔ یہ کام پچاس برس میں کچھ بھی نہیں ہوا۔</w:t>
      </w:r>
    </w:p>
    <w:p>
      <w:r>
        <w:rPr>
          <w:b/>
        </w:rPr>
        <w:t xml:space="preserve">[07:42] </w:t>
      </w:r>
      <w:r>
        <w:t>bade bade jalson mein taqreerein hoti hain. taliyan bajti hain. aur josh o kharosh se log address karte hain aur uske baad khatm.</w:t>
      </w:r>
    </w:p>
    <w:p>
      <w:pPr>
        <w:jc w:val="right"/>
      </w:pPr>
      <w:r>
        <w:t>بڑے بڑے جلسوں میں تقریریں ہوتی ہیں۔ تالیاں بجتی ہیں۔ اور جوش و خروش سے لوگ ایڈریس کرتے ہیں اور اس کے بعد ختم۔</w:t>
      </w:r>
    </w:p>
    <w:p>
      <w:r>
        <w:rPr>
          <w:b/>
        </w:rPr>
        <w:t xml:space="preserve">[07:54] </w:t>
      </w:r>
      <w:r>
        <w:t>abhi tak yeh bataya nahi gaya logon ko ke— ke emotions ko kaise manage kiya jaye. jazbat ko kaise manage kiya jaye.</w:t>
      </w:r>
    </w:p>
    <w:p>
      <w:pPr>
        <w:jc w:val="right"/>
      </w:pPr>
      <w:r>
        <w:t>ابھی تک یہ بتایا نہیں گیا لوگوں کو کہ— کہ ایموشنز کو کیسے مینیج کیا جائے۔ جذبات کو کیسے مینیج کیا جائے۔</w:t>
      </w:r>
    </w:p>
    <w:p>
      <w:r>
        <w:rPr>
          <w:b/>
        </w:rPr>
        <w:t xml:space="preserve">[08:05] </w:t>
      </w:r>
      <w:r>
        <w:t>agar aap, agar hum doosron ko blame dete rahein to hazar baras ke andar bhi kabhi kuch hone wala nahi hai. kyon ke doosra hamari advice pe kyon chalega?</w:t>
      </w:r>
    </w:p>
    <w:p>
      <w:pPr>
        <w:jc w:val="right"/>
      </w:pPr>
      <w:r>
        <w:t>اگر آپ، اگر ہم دوسروں کو بلیم دیتے رہیں تو ہزار برس کے اندر بھی کبھی کچھ ہونے والا نہیں ہے۔ کیوں کہ دوسرا ہماری ایڈوائس پہ کیوں چلے گا؟</w:t>
      </w:r>
    </w:p>
    <w:p>
      <w:r>
        <w:rPr>
          <w:b/>
        </w:rPr>
        <w:t xml:space="preserve">[08:16] </w:t>
      </w:r>
      <w:r>
        <w:t>koi doosra jo hai woh hamari advice pe kyon chalega? to hamein unilateral taur par sochna hai ke is tarah ki situation mein hum kya karein?</w:t>
      </w:r>
    </w:p>
    <w:p>
      <w:pPr>
        <w:jc w:val="right"/>
      </w:pPr>
      <w:r>
        <w:t>کوئی دوسرا جو ہے وہ ہماری ایڈوائس پہ کیوں چلے گا؟ تو ہمیں یونی لیٹرل طور پر سوچنا ہے کہ اس طرح کی سچویشن میں ہم کیا کریں؟</w:t>
      </w:r>
    </w:p>
    <w:p>
      <w:r>
        <w:rPr>
          <w:b/>
        </w:rPr>
        <w:t xml:space="preserve">[08:29] </w:t>
      </w:r>
      <w:r>
        <w:t>to mein samajhta hoon ke hamein phir se ek restart lena hai. restart. yani humne sara koshish lagaya kahan?</w:t>
      </w:r>
    </w:p>
    <w:p>
      <w:pPr>
        <w:jc w:val="right"/>
      </w:pPr>
      <w:r>
        <w:t>تو میں سمجھتا ہوں کہ ہمیں پھر سے ایک ری اسٹارٹ لینا ہے۔ ری اسٹارٹ۔ یعنی ہم نے سارا کوشش لگایا کہاں؟</w:t>
      </w:r>
    </w:p>
    <w:p>
      <w:r>
        <w:rPr>
          <w:b/>
        </w:rPr>
        <w:t xml:space="preserve">[08:39] </w:t>
      </w:r>
      <w:r>
        <w:t>nation building par. hamein koshish lagana hai mind building par. zehen banane par. soch banane par. itni simple si baat hum nahi bata sake pachas baras mein ke emotions to bharkenge lekin you have to learn the art of emotion management.</w:t>
      </w:r>
    </w:p>
    <w:p>
      <w:pPr>
        <w:jc w:val="right"/>
      </w:pPr>
      <w:r>
        <w:t>نیشن بلڈنگ پر۔ ہمیں کوشش لگانا ہے مائنڈ بلڈنگ پر۔ ذہن بنانے پر۔ سوچ بنانے پر۔ اتنی سمپل سی بات ہم نہیں بتا سکے پچاس برس میں کہ ایموشنز تو بھڑکیں گے لیکن you have to learn the art of emotion management۔</w:t>
      </w:r>
    </w:p>
    <w:p>
      <w:r>
        <w:rPr>
          <w:b/>
        </w:rPr>
        <w:t xml:space="preserve">[08:57] </w:t>
      </w:r>
      <w:r>
        <w:t>Here is the solution to the problem. yeh saada sa formula abhi tak hamari society ko nahi mila. to yahi kaam hum kar rahe hain.</w:t>
      </w:r>
    </w:p>
    <w:p>
      <w:pPr>
        <w:jc w:val="right"/>
      </w:pPr>
      <w:r>
        <w:t>Here is the solution to the problem۔ یہ سادہ سا فارمولا ابھی تک ہماری سوسائٹی کو نہیں ملا۔ تو یہی کام ہم کر رہے ہیں۔</w:t>
      </w:r>
    </w:p>
    <w:p>
      <w:r>
        <w:rPr>
          <w:b/>
        </w:rPr>
        <w:t xml:space="preserve">[09:07] </w:t>
      </w:r>
      <w:r>
        <w:t>hamara yeh kaam ek national kaam hai. poore mulk ke mafad mein yeh kaam hai. poore desh ke liye hai. jo log statement dete hain bade bade, mein bhi statement de sakta hoon jo akhbaron mein chhape hain.</w:t>
      </w:r>
    </w:p>
    <w:p>
      <w:pPr>
        <w:jc w:val="right"/>
      </w:pPr>
      <w:r>
        <w:t>ہمارا یہ کام ایک نیشنل کام ہے۔ پورے ملک کے مفاد میں یہ کام ہے۔ پورے دیش کے لیے ہے۔ جو لوگ اسٹیٹمنٹ دیتے ہیں بڑے بڑے، میں بھی اسٹیٹمنٹ دے سکتا ہوں جو اخباروں میں چھپے ہیں۔</w:t>
      </w:r>
    </w:p>
    <w:p>
      <w:r>
        <w:rPr>
          <w:b/>
        </w:rPr>
        <w:t xml:space="preserve">[09:22] </w:t>
      </w:r>
      <w:r>
        <w:t>lekin mein jaanta hoon ke is qism ke statements hazaron hazar diye ja chuke aur koi result nahi nikla inka.</w:t>
      </w:r>
    </w:p>
    <w:p>
      <w:pPr>
        <w:jc w:val="right"/>
      </w:pPr>
      <w:r>
        <w:t>لیکن میں جانتا ہوں کہ اس قسم کے سٹیٹمنٹس ہزاروں ہزار دیے جا چکے اور کوئی رزلٹ نہیں نکلا ان کا۔</w:t>
      </w:r>
    </w:p>
    <w:p>
      <w:r>
        <w:rPr>
          <w:b/>
        </w:rPr>
        <w:t xml:space="preserve">[09:31] </w:t>
      </w:r>
      <w:r>
        <w:t>is liye humne woh kaam shuru kiya hai jo result oriented ho. yani hum mind building kar rahe hain. hum individual mind ko re engineer kar rahe hain.</w:t>
      </w:r>
    </w:p>
    <w:p>
      <w:pPr>
        <w:jc w:val="right"/>
      </w:pPr>
      <w:r>
        <w:t>اس لیے ہم نے وہ کام شروع کیا ہے جو رزلٹ اورینٹڈ ہوئے۔ یعنی ہم مائنڈ بلڈنگ کر رہے ہیں۔ ہم انڈیویجول مائنڈ کو ری انجینئر کر رہے ہیں۔</w:t>
      </w:r>
    </w:p>
    <w:p>
      <w:r>
        <w:rPr>
          <w:b/>
        </w:rPr>
        <w:t xml:space="preserve">[09:43] </w:t>
      </w:r>
      <w:r>
        <w:t>Logon ko yeh art sikha rahe hain ke kaise samaji zindagi mein kaise raha jaye. Samaji zindagi ka formula, yani successful samaji zindagi ka formula yahi hai ke aap apne anger ko manage karein.</w:t>
      </w:r>
    </w:p>
    <w:p>
      <w:pPr>
        <w:jc w:val="right"/>
      </w:pPr>
      <w:r>
        <w:t>لوگوں کو یہ آرٹ سکھا رہے ہیں کہ کیسے سماجی زندگی میں کیسے رہا جائے۔ سماجی زندگی کا فارمولا، یعنی سکسیس فل سماجی زندگی کا فارمولا یہی ہے کہ آپ اپنے اینگر کو مینیج کریں۔</w:t>
      </w:r>
    </w:p>
    <w:p>
      <w:r>
        <w:rPr>
          <w:b/>
        </w:rPr>
        <w:t xml:space="preserve">[09:58] </w:t>
      </w:r>
      <w:r>
        <w:t>Apne emotion ko manage karein. Apne jazbaat ko manage karna seekhein. Kyun ke ya to hoga, woh to ho nahi hona hai. Hum jo kaam kar rahe hain yeh koi aap na samjhein ke koi bas spiritual kaam hai bas.</w:t>
      </w:r>
    </w:p>
    <w:p>
      <w:pPr>
        <w:jc w:val="right"/>
      </w:pPr>
      <w:r>
        <w:t>اپنے ایموشن کو مینیج کریں۔ اپنے جذبات کو مینیج کرنا سیکھیں۔ کیوں کہ یا تو ہوگا، وہ تو ہو نہیں ہونا ہے۔ ہم جو کام کر رہے ہیں یہ کوئی آپ نہ سمجھیں کہ کوئی بس اسپریچول کام ہے بس۔</w:t>
      </w:r>
    </w:p>
    <w:p>
      <w:r>
        <w:rPr>
          <w:b/>
        </w:rPr>
        <w:t xml:space="preserve">[10:15] </w:t>
      </w:r>
      <w:r>
        <w:t>Yeh national kaam hai. Poori country ke mufaad mein yeh kaam hai. Nation building ka jo kaam hai woh darasal yahi kar rahe hain hum.</w:t>
      </w:r>
    </w:p>
    <w:p>
      <w:pPr>
        <w:jc w:val="right"/>
      </w:pPr>
      <w:r>
        <w:t>یہ نیشنل کام ہے۔ پوری کنٹری کے مفاد میں یہ کام ہے۔ نیشن بلڈنگ کا جو کام ہے وہ دراصل یہی کر رہے ہیں ہم۔</w:t>
      </w:r>
    </w:p>
    <w:p>
      <w:r>
        <w:rPr>
          <w:b/>
        </w:rPr>
        <w:t xml:space="preserve">[10:23] </w:t>
      </w:r>
      <w:r>
        <w:t>Baqi to jalse juloos hain. Jo na to ab tak in jalse juloos ka koi faida nikla aur na aainda nikalne wala hai. Is baat ko bohat zyada dhyan dene ki zaroorat hai.</w:t>
      </w:r>
    </w:p>
    <w:p>
      <w:pPr>
        <w:jc w:val="right"/>
      </w:pPr>
      <w:r>
        <w:t>باقی تو جلسے جلوس ہیں۔ جو نہ تو اب تک ان جلسے جلوس کا کوئی فائدہ نکلا اور نہ آئندہ نکلنے والا ہے۔ اس بات کو بہت زیادہ دھیان دینے کی ضرورت ہے۔</w:t>
      </w:r>
    </w:p>
    <w:p>
      <w:r>
        <w:rPr>
          <w:b/>
        </w:rPr>
        <w:t xml:space="preserve">[10:36] </w:t>
      </w:r>
      <w:r>
        <w:t>Theek yahi haalat poore Muslim world ki bhi hai jo hum India mein dekh rahe hain. Abhi kal ki baat hai, mere paas Arab se paanch aadmi aaye.</w:t>
      </w:r>
    </w:p>
    <w:p>
      <w:pPr>
        <w:jc w:val="right"/>
      </w:pPr>
      <w:r>
        <w:t>ٹھیک یہی حالت پورے مسلم ورلڈ کی بھی ہے جو ہم انڈیا میں دیکھ رہے ہیں۔ ابھی کل کی بات ہے، میرے پاس عرب سے پانچ آدمی آئے۔</w:t>
      </w:r>
    </w:p>
    <w:p>
      <w:r>
        <w:rPr>
          <w:b/>
        </w:rPr>
        <w:t xml:space="preserve">[10:48] </w:t>
      </w:r>
      <w:r>
        <w:t>Paanch aadmi. Is mein se teen ulema thay aur do ulema thay aur teen naujawan thay. Yeh log Arab mein rehte hain, wahan ke capital mein.</w:t>
      </w:r>
    </w:p>
    <w:p>
      <w:pPr>
        <w:jc w:val="right"/>
      </w:pPr>
      <w:r>
        <w:t>پانچ آدمی۔ اس میں سے تین علماء تھے اور دو علماء تھے اور تین نوجوان تھے۔ یہ لوگ عرب میں رہتے ہیں، وہاں کے کیپیٹل میں۔</w:t>
      </w:r>
    </w:p>
    <w:p>
      <w:r>
        <w:rPr>
          <w:b/>
        </w:rPr>
        <w:t xml:space="preserve">[11:02] </w:t>
      </w:r>
      <w:r>
        <w:t>To unhon ne, in baat cheet jo hui un se to unhon ne bataya cartoon ke baare mein. Aap jaante hain ke 30 September 2005 ko Denmark ke ek akhbaar mein cartoon chhapa tha jis par saare Muslim world mein hungama khara hua.</w:t>
      </w:r>
    </w:p>
    <w:p>
      <w:pPr>
        <w:jc w:val="right"/>
      </w:pPr>
      <w:r>
        <w:t>تو انہوں نے، ان بات چیت جو ہوئی ان سے تو انہوں نے بتایا کارٹون کے بارے میں۔ آپ جانتے ہیں کہ 30 ستمبر 2005 کو ڈنمارک کے ایک اخبار میں کارٹون چھپا تھا جس پر سارے مسلم ورلڈ میں ہنگامہ کھڑا ہوا۔</w:t>
      </w:r>
    </w:p>
    <w:p>
      <w:r>
        <w:rPr>
          <w:b/>
        </w:rPr>
        <w:t xml:space="preserve">[11:20] </w:t>
      </w:r>
      <w:r>
        <w:t>Main akela tha jis ne likha yeh mazmoon jo chhapa tha yahan ke English akhbaaron mein ke "Ignore cartoons". Cartoonon ko ignore karo.</w:t>
      </w:r>
    </w:p>
    <w:p>
      <w:pPr>
        <w:jc w:val="right"/>
      </w:pPr>
      <w:r>
        <w:t>میں اکیلا تھا جس نے لکھا یہ مضمون جو چھپا تھا یہاں کے انگریزی اخباروں میں کہ "Ignore cartoons"۔ کارٹونوں کو اگنور کرو۔</w:t>
      </w:r>
    </w:p>
    <w:p>
      <w:r>
        <w:rPr>
          <w:b/>
        </w:rPr>
        <w:t xml:space="preserve">[11:31] </w:t>
      </w:r>
      <w:r>
        <w:t>"Ignore cartoons". Lekin poore Muslim world mein hungama khara hua. To Arab se jo log aaye thay unhon ne bataya ke hamare yahan yeh hua ke itna shor macha ke Denmark ke jo milk products hain logon ne is ko khareedna band kar diya.</w:t>
      </w:r>
    </w:p>
    <w:p>
      <w:pPr>
        <w:jc w:val="right"/>
      </w:pPr>
      <w:r>
        <w:t>"Ignore cartoons"۔ لیکن پورے مسلم ورلڈ میں ہنگامہ کھڑا ہوا۔ تو عرب سے جو لوگ آئے تھے انہوں نے بتایا کہ ہمارے ہاں یہ ہوا کہ اتنا شور مچا کہ ڈنمارک کے جو ملک پروڈکٹس ہیں لوگوں نے اس کو خریدنا بند کر دیا۔</w:t>
      </w:r>
    </w:p>
    <w:p>
      <w:r>
        <w:rPr>
          <w:b/>
        </w:rPr>
        <w:t xml:space="preserve">[11:53] </w:t>
      </w:r>
      <w:r>
        <w:t>Us waqt kya tha? Mobile par message bheje ja rahe hain ke boycott karo Denmark ke product ka. Har jagah, har taraf banner lagaye hue hain. Jidhar dekhen udhar yahi baatein ho rahi hain.</w:t>
      </w:r>
    </w:p>
    <w:p>
      <w:pPr>
        <w:jc w:val="right"/>
      </w:pPr>
      <w:r>
        <w:t>اس وقت کیا تھا؟ موبائل پر میسج بھیجے جا رہے ہیں کہ بائیکاٹ کرو ڈنمارک کے پروڈکٹ کا۔ ہر جگہ، ہر طرف بینر لگائے ہوئے ہیں۔ جدھر دیکھیں ادھر یہی باتیں ہو رہی ہیں۔</w:t>
      </w:r>
    </w:p>
    <w:p>
      <w:r>
        <w:rPr>
          <w:b/>
        </w:rPr>
        <w:t xml:space="preserve">[12:04] </w:t>
      </w:r>
      <w:r>
        <w:t>To jo dukaanain bechti thin Denmark ke milk product ko unhon ne dekha ke jo khareed koi nahi raha hai to unhon ne band kar diya. Phir main ne poochha ke ab kya haal hai?</w:t>
      </w:r>
    </w:p>
    <w:p>
      <w:pPr>
        <w:jc w:val="right"/>
      </w:pPr>
      <w:r>
        <w:t>تو جو دکانیں بیچتی تھیں ڈنمارک کے ملک پروڈکٹ کو انہوں نے دیکھا کہ جو خرید کوئی نہیں رہا ہے تو انہوں نے بند کر دیا۔ پھر میں نے پوچھا کہ اب کیا حال ہے؟</w:t>
      </w:r>
    </w:p>
    <w:p>
      <w:r>
        <w:rPr>
          <w:b/>
        </w:rPr>
        <w:t xml:space="preserve">[12:17] </w:t>
      </w:r>
      <w:r>
        <w:t>Unhon ne kaha ab to khoob pehle ki tarah bik raha hai. Jaisa pehle tha waisa ab hai. To main ne kaha kyun aisa hua? Yahan par dekhein yeh rone ki baat hai.</w:t>
      </w:r>
    </w:p>
    <w:p>
      <w:pPr>
        <w:jc w:val="right"/>
      </w:pPr>
      <w:r>
        <w:t>انہوں نے کہا اب تو خوب پہلے کی طرح بک رہا ہے۔ جیسا پہلے تھا ویسا اب ہے۔ تو میں نے کہا کیوں ایسا ہوا؟ یہاں پر دیکھیں یہ رونے کی بات ہے۔</w:t>
      </w:r>
    </w:p>
    <w:p>
      <w:r>
        <w:rPr>
          <w:b/>
        </w:rPr>
        <w:t xml:space="preserve">[12:27] </w:t>
      </w:r>
      <w:r>
        <w:t>Yeh rone ki baat hai. Unhon ne kaha ke bachon ne inkar kar diya ke doosre jo aate thay idhar idhar se makkhan aur paneer ke hum is ko nahi khaayenge.</w:t>
      </w:r>
    </w:p>
    <w:p>
      <w:pPr>
        <w:jc w:val="right"/>
      </w:pPr>
      <w:r>
        <w:t>یہ رونے کی بات ہے۔ انہوں نے کہا کہ بچوں نے انکار کر دیا کہ دوسرے جو آتے تھے ادھر ادھر سے مکھن اور پنیر کہ ہم اس کو نہیں کھائیں گے۔</w:t>
      </w:r>
    </w:p>
    <w:p>
      <w:r>
        <w:rPr>
          <w:b/>
        </w:rPr>
        <w:t xml:space="preserve">[12:36] </w:t>
      </w:r>
      <w:r>
        <w:t>Hamein to wohi Denmark wala chahiye. To aap jaante hain ke Denmark mein jo milk products bante hain woh bohat oonchi quality ke hote hain. Wahan ka butter, wahan ka paneer, wahan ka doodh bohat achi quality ka hota hai.</w:t>
      </w:r>
    </w:p>
    <w:p>
      <w:pPr>
        <w:jc w:val="right"/>
      </w:pPr>
      <w:r>
        <w:t>ہمیں تو وہی ڈنمارک والا چاہیے۔ تو آپ جانتے ہیں کہ ڈنمارک میں جو ملک پروڈکٹ بنتے ہیں وہ بہت اونچی کوالٹی کے ہوتے ہیں۔ وہاں کا بٹر، وہاں کا پنیر، وہاں کا دودھ بہت اچھی کوالٹی کا ہوتا ہے۔</w:t>
      </w:r>
    </w:p>
    <w:p>
      <w:r>
        <w:rPr>
          <w:b/>
        </w:rPr>
        <w:t xml:space="preserve">[12:50] </w:t>
      </w:r>
      <w:r>
        <w:t>To bachon ne inkar kar diya ke hum to nahi khaayenge, yeh hamein to wohi chahiye. To baapon ne sukam kiya aur phir wahan se mangaya jaane laga.</w:t>
      </w:r>
    </w:p>
    <w:p>
      <w:pPr>
        <w:jc w:val="right"/>
      </w:pPr>
      <w:r>
        <w:t>تو بچوں نے انکار کر دیا کہ ہم تو نہیں کھائیں گے، یہ ہمیں تو وہی چاہیے۔ تو باپوں نے سکم کیا اور پھر وہاں سے منگایا جانے لگا۔</w:t>
      </w:r>
    </w:p>
    <w:p>
      <w:r>
        <w:rPr>
          <w:b/>
        </w:rPr>
        <w:t xml:space="preserve">[13:00] </w:t>
      </w:r>
      <w:r>
        <w:t>Aur phir dukaanon mein bikne laga. Main ne kaha ke is ka matlab yeh hai ke aap bachon ke aage surrender karte hain aap.</w:t>
      </w:r>
    </w:p>
    <w:p>
      <w:pPr>
        <w:jc w:val="right"/>
      </w:pPr>
      <w:r>
        <w:t>اور پھر دکانوں میں بکنے لگا۔ میں نے کہا کہ اس کا مطلب یہ ہے کہ آپ بچوں کے آگے سرنڈر کرتے ہیں آپ۔</w:t>
      </w:r>
    </w:p>
    <w:p>
      <w:r>
        <w:rPr>
          <w:b/>
        </w:rPr>
        <w:t xml:space="preserve">[13:10] </w:t>
      </w:r>
      <w:r>
        <w:t>Khuda ke aage aap surrender nahi kar sakte. Kyun ke dekhein hadees mein aaya hai "Min hasan islam al-mar'u tarkuhu ma la ya'ni".</w:t>
      </w:r>
    </w:p>
    <w:p>
      <w:pPr>
        <w:jc w:val="right"/>
      </w:pPr>
      <w:r>
        <w:t>خدا کے آگے آپ سرنڈر نہیں کر سکتے۔ کیوں کہ دیکھیں حدیث میں آیا ہے "من حسن اسلام المرء ترکہ مالا یعنی"۔</w:t>
      </w:r>
    </w:p>
    <w:p>
      <w:r>
        <w:rPr>
          <w:b/>
        </w:rPr>
        <w:t xml:space="preserve">[13:23] </w:t>
      </w:r>
      <w:r>
        <w:t>Jis kaam mein koi faida na ho us ko chhorna yeh Islam hai.</w:t>
      </w:r>
    </w:p>
    <w:p>
      <w:pPr>
        <w:jc w:val="right"/>
      </w:pPr>
      <w:r>
        <w:t>جس کام میں کوئی فائدہ نہ ہو اس کو چھوڑنا یہ اسلام ہے۔</w:t>
      </w:r>
    </w:p>
    <w:p>
      <w:r>
        <w:rPr>
          <w:b/>
        </w:rPr>
        <w:t xml:space="preserve">[13:30] </w:t>
      </w:r>
      <w:r>
        <w:t>Yani is ka matlab kya hai? Your actions must be result oriented. Jab aap koi kaam karein, jab aap koi baat bolein ya koi action lein to sochein ke kya is ka koi positive result nikalne wala hai?</w:t>
      </w:r>
    </w:p>
    <w:p>
      <w:pPr>
        <w:jc w:val="right"/>
      </w:pPr>
      <w:r>
        <w:t>یعنی اس کا مطلب کیا ہے؟ Your actions must be result oriented۔ جب آپ کوئی کام کریں، جب آپ کوئی بہت بولیں یا کوئی ایکشن لیں تو سوچیے کہ کیا اس کا کوئی پازیٹیو رزلٹ نکلنے والا ہے؟</w:t>
      </w:r>
    </w:p>
    <w:p>
      <w:r>
        <w:rPr>
          <w:b/>
        </w:rPr>
        <w:t xml:space="preserve">[13:48] </w:t>
      </w:r>
      <w:r>
        <w:t>Agar nahi nikalne wala hai to us kaam ko chhodiye. Na kijiye. To main ne kaha ke aap ka tajurba khud batata hai ke Denmark ke khilaf jo hungama khara kiya gaya is ka koi result nahi nikalne wala tha.</w:t>
      </w:r>
    </w:p>
    <w:p>
      <w:pPr>
        <w:jc w:val="right"/>
      </w:pPr>
      <w:r>
        <w:t>اگر نہیں نکلنے والا ہے تو اس کام کو چھوڑیئے۔ نہ کیجیئے۔ تو میں نے کہا کہ آپ کا تجربہ خود بتاتا ہے کہ ڈنمارک کے خلاف جو ہنگامہ کھڑا کیا گیا اس کا کوئی رزلٹ نہیں نکلنے والا تھا۔</w:t>
      </w:r>
    </w:p>
    <w:p>
      <w:r>
        <w:rPr>
          <w:b/>
        </w:rPr>
        <w:t xml:space="preserve">[14:03] </w:t>
      </w:r>
      <w:r>
        <w:t>Kuch bhi nahi.</w:t>
      </w:r>
    </w:p>
    <w:p>
      <w:pPr>
        <w:jc w:val="right"/>
      </w:pPr>
      <w:r>
        <w:t>کچھ بھی نہیں۔</w:t>
      </w:r>
    </w:p>
    <w:p>
      <w:r>
        <w:rPr>
          <w:b/>
        </w:rPr>
        <w:t xml:space="preserve">[14:08] </w:t>
      </w:r>
      <w:r>
        <w:t>To jab aisa kaam jis ka result na nikalne wala ho, Khuda ne mana kiya hai ke aisa kaam mat karo jis mein result na nikle. To aap ne kyun kiya?</w:t>
      </w:r>
    </w:p>
    <w:p>
      <w:pPr>
        <w:jc w:val="right"/>
      </w:pPr>
      <w:r>
        <w:t>تو جب ایک ایسا کام جس کا رزلٹ نہ نکلنے والا ہو، خدا نے منع کیا ہے کہ ایسا کام مت کرو جس میں رزلٹ نہ نکلے۔ تو آپ نے کیوں کیا؟</w:t>
      </w:r>
    </w:p>
    <w:p>
      <w:r>
        <w:rPr>
          <w:b/>
        </w:rPr>
        <w:t xml:space="preserve">[14:17] </w:t>
      </w:r>
      <w:r>
        <w:t>Kyun aisa kaam kiya? To main ne kaha ke yeh rone ki baat hai ke aap log Khuda ke hukm ke aage surrender nahi karte lekin bachon ka jo kehna hai us par surrender kar dete hain.</w:t>
      </w:r>
    </w:p>
    <w:p>
      <w:pPr>
        <w:jc w:val="right"/>
      </w:pPr>
      <w:r>
        <w:t>کیوں ایسا کام کیا؟ تو میں نے کہا کہ یہ رونے کی بات ہے کہ آپ لوگ خدا کے حکم کے آگے سرنڈر نہیں کرتے لیکن بچوں کا جو کہنا ہے اس پہ سرنڈر کر دیتے ہیں۔</w:t>
      </w:r>
    </w:p>
    <w:p>
      <w:r>
        <w:rPr>
          <w:b/>
        </w:rPr>
        <w:t xml:space="preserve">[14:31] </w:t>
      </w:r>
      <w:r>
        <w:t>Aap ka Khuda aap ke bache hain. Aap ka Khuda Khuda nahi hai. Yeh bohat hi sakht baat hai lekin baharhaal main majboor hoon ke aisa kahoon. To Muslim world mein bhi yahi haal hai ke emotion management nahi jaante log.</w:t>
      </w:r>
    </w:p>
    <w:p>
      <w:pPr>
        <w:jc w:val="right"/>
      </w:pPr>
      <w:r>
        <w:t>آپ کا خدا آپ کے بچے ہیں۔ آپ کا خدا خدا نہیں ہے۔ یہ بہت ہی سخت بات ہے لیکن بہرحال میں مجبور ہوں کہ ایسا کہوں۔ تو مسلم ورلڈ میں بھی یہی حال ہے کہ ایموشن مینجمنٹ نہیں جانتے لوگ۔</w:t>
      </w:r>
    </w:p>
    <w:p>
      <w:r>
        <w:rPr>
          <w:b/>
        </w:rPr>
        <w:t xml:space="preserve">[14:46] </w:t>
      </w:r>
      <w:r>
        <w:t>Woh sirf bachon ko khush karna jaante hain. Poore Muslim world mein yahi haal hai ke un ke andar emotion jagte hain, ghussa aata hai, jazbaat bhadkte hain.</w:t>
      </w:r>
    </w:p>
    <w:p>
      <w:pPr>
        <w:jc w:val="right"/>
      </w:pPr>
      <w:r>
        <w:t>وہ صرف بچوں کے کو خوش کرنا جانتے ہیں۔ پورے مسلم ورلڈ میں یہی حال ہے کہ ان کے اندر ایموشن جاگتے ہیں، غصہ آتا ہے، جذبات بھڑکتے ہیں۔</w:t>
      </w:r>
    </w:p>
    <w:p>
      <w:r>
        <w:rPr>
          <w:b/>
        </w:rPr>
        <w:t xml:space="preserve">[14:58] </w:t>
      </w:r>
      <w:r>
        <w:t>to woh nahi jaante ke how to manage these emotions.</w:t>
      </w:r>
    </w:p>
    <w:p>
      <w:pPr>
        <w:jc w:val="right"/>
      </w:pPr>
      <w:r>
        <w:t>تو وہ نہیں جانتے کہ how to manage these emotions۔</w:t>
      </w:r>
    </w:p>
    <w:p>
      <w:r>
        <w:rPr>
          <w:b/>
        </w:rPr>
        <w:t xml:space="preserve">[15:05] </w:t>
      </w:r>
      <w:r>
        <w:t>to ye art nah hamare india mein logo ko maloom hai nah muslim world mein logo ko maloom hai. aur root cause yahi hai. hum is root cause ko door karne ke liye cps international chala rahe hain.</w:t>
      </w:r>
    </w:p>
    <w:p>
      <w:pPr>
        <w:jc w:val="right"/>
      </w:pPr>
      <w:r>
        <w:t>تو یہ آرٹ نہ ہمارے انڈیا میں لوگوں کو معلوم ہے نہ مسلم ورلڈ میں لوگوں کو معلوم ہے۔ اور root cause یہی ہے۔ ہم اس root cause کو دور کرنے کے لیے سی پی ایس انٹرنیشنل چلا رہے ہیں۔</w:t>
      </w:r>
    </w:p>
    <w:p>
      <w:r>
        <w:rPr>
          <w:b/>
        </w:rPr>
        <w:t xml:space="preserve">[15:19] </w:t>
      </w:r>
      <w:r>
        <w:t>ye koi chhota mota mission nahi hai.</w:t>
      </w:r>
    </w:p>
    <w:p>
      <w:pPr>
        <w:jc w:val="right"/>
      </w:pPr>
      <w:r>
        <w:t>یہ کوئی چھوٹا موٹا مشن نہیں ہے۔</w:t>
      </w:r>
    </w:p>
    <w:p>
      <w:r>
        <w:rPr>
          <w:b/>
        </w:rPr>
        <w:t xml:space="preserve">[15:24] </w:t>
      </w:r>
      <w:r>
        <w:t>ye koi chhota mota mission nahi hai. woh ye mission ek jahan log fail ho gaye wahan se hum aaghaz kar rahe hain. bade bade leader jahan fail ho gaye.</w:t>
      </w:r>
    </w:p>
    <w:p>
      <w:pPr>
        <w:jc w:val="right"/>
      </w:pPr>
      <w:r>
        <w:t>یہ کوئی چھوٹا موٹا مشن نہیں ہے۔ وہ یہ مشن ایک جہاں لوگ فیل ہو گئے وہاں سے ہم آغاز کر رہے ہیں۔ بڑے بڑے لیڈر جہاں فیل ہو گئے۔</w:t>
      </w:r>
    </w:p>
    <w:p>
      <w:r>
        <w:rPr>
          <w:b/>
        </w:rPr>
        <w:t xml:space="preserve">[15:35] </w:t>
      </w:r>
      <w:r>
        <w:t>ke nation building ke bade bade unhonne hungame khade kiye aur nation building nahi hui. saare muslim world mein bhi yahi hua. kyun?</w:t>
      </w:r>
    </w:p>
    <w:p>
      <w:pPr>
        <w:jc w:val="right"/>
      </w:pPr>
      <w:r>
        <w:t>کہ نیشن بلڈنگ کے بڑے بڑے انہوں نے ہنگامے کھڑے کیے اور نیشن بلڈنگ نہیں ہوئی۔ سارے مسلم ورلڈ میں بھی یہی ہوا۔ کیوں؟</w:t>
      </w:r>
    </w:p>
    <w:p>
      <w:r>
        <w:rPr>
          <w:b/>
        </w:rPr>
        <w:t xml:space="preserve">[15:45] </w:t>
      </w:r>
      <w:r>
        <w:t>unka starting point hi galat tha. unka starting point hi galat tha. starting point hai mind building.</w:t>
      </w:r>
    </w:p>
    <w:p>
      <w:pPr>
        <w:jc w:val="right"/>
      </w:pPr>
      <w:r>
        <w:t>ان کا اسٹارٹنگ پوائنٹ ہی غلط تھا۔ ان کا اسٹارٹنگ پوائنٹ ہی غلط تھا۔ اسٹارٹنگ پوائنٹ ہے مائنڈ بلڈنگ۔</w:t>
      </w:r>
    </w:p>
    <w:p>
      <w:r>
        <w:rPr>
          <w:b/>
        </w:rPr>
        <w:t xml:space="preserve">[15:55] </w:t>
      </w:r>
      <w:r>
        <w:t>aur unhonne start kahan se liya? nation building se. yani jalsa, juloos, nara, jhanda is se liya unhonne. to kuch bhi nahi hua.</w:t>
      </w:r>
    </w:p>
    <w:p>
      <w:pPr>
        <w:jc w:val="right"/>
      </w:pPr>
      <w:r>
        <w:t>اور انہوں نے اسٹارٹ کہاں سے لیا؟ نیشن بلڈنگ سے۔ یعنی جلسہ، جلوس، نعرہ، جھنڈا اس سے لیا انہوں نے۔ تو کچھ بھی نہیں ہوا۔</w:t>
      </w:r>
    </w:p>
    <w:p>
      <w:r>
        <w:rPr>
          <w:b/>
        </w:rPr>
        <w:t xml:space="preserve">[16:06] </w:t>
      </w:r>
      <w:r>
        <w:t>is baat ko bahut zyada dhyan kijiye aur bahut ghaur se sochiye aap is ko. kyun ke ye koi saada baat nahi hai. bahut hi sangeen baat hai.</w:t>
      </w:r>
    </w:p>
    <w:p>
      <w:pPr>
        <w:jc w:val="right"/>
      </w:pPr>
      <w:r>
        <w:t>اس بات کو بہت زیادہ دھیان کیجیے اور بہت غور سے سوچیے آپ اس کو۔ کیوں کہ یہ کوئی سادہ بات نہیں ہے۔ بہت ہی سنگین بات ہے۔</w:t>
      </w:r>
    </w:p>
    <w:p>
      <w:r>
        <w:rPr>
          <w:b/>
        </w:rPr>
        <w:t xml:space="preserve">[16:19] </w:t>
      </w:r>
      <w:r>
        <w:t>hamara mission jo hai logo ko ye sikhana hai ke how to manage your emotions.</w:t>
      </w:r>
    </w:p>
    <w:p>
      <w:pPr>
        <w:jc w:val="right"/>
      </w:pPr>
      <w:r>
        <w:t>ہمارا مشن جو ہے لوگوں کو یہ سکھانا ہے کہ how to manage your emotions۔</w:t>
      </w:r>
    </w:p>
    <w:p>
      <w:r>
        <w:rPr>
          <w:b/>
        </w:rPr>
        <w:t xml:space="preserve">[16:30] </w:t>
      </w:r>
      <w:r>
        <w:t>dekhiye</w:t>
      </w:r>
    </w:p>
    <w:p>
      <w:pPr>
        <w:jc w:val="right"/>
      </w:pPr>
      <w:r>
        <w:t>دیکھیے</w:t>
      </w:r>
    </w:p>
    <w:p>
      <w:r>
        <w:rPr>
          <w:b/>
        </w:rPr>
        <w:t xml:space="preserve">[16:35] </w:t>
      </w:r>
      <w:r>
        <w:t>aaj mein kuch baatein isi silsile mein kehna chahta hoon ke insaan banana kya cheez hai?</w:t>
      </w:r>
    </w:p>
    <w:p>
      <w:pPr>
        <w:jc w:val="right"/>
      </w:pPr>
      <w:r>
        <w:t>آج میں کچھ باتیں اسی سلسلے میں کہنا چاہتا ہوں کہ انسان بنانا کیا چیز ہے؟</w:t>
      </w:r>
    </w:p>
    <w:p>
      <w:r>
        <w:rPr>
          <w:b/>
        </w:rPr>
        <w:t xml:space="preserve">[16:49] </w:t>
      </w:r>
      <w:r>
        <w:t>log nation banane ki baat karte hain. mein kehta hoon ke asal kaam hai insaan banana. kyun? insaanon hi ke bahut se insaan mil kar hi to nation banti hai.</w:t>
      </w:r>
    </w:p>
    <w:p>
      <w:pPr>
        <w:jc w:val="right"/>
      </w:pPr>
      <w:r>
        <w:t>لوگ نیشن بنانے کی بات کرتے ہیں۔ میں کہتا ہوں کہ اصل کام ہے انسان بنانا۔ کیوں؟ انسانوں ہی کے بہت سے انسان مل کر ہی تو نیشن بنتی ہے۔</w:t>
      </w:r>
    </w:p>
    <w:p>
      <w:r>
        <w:rPr>
          <w:b/>
        </w:rPr>
        <w:t xml:space="preserve">[17:01] </w:t>
      </w:r>
      <w:r>
        <w:t>agar insaan theek honge to nation theek hogi. aur insaan agar theek nahi hon to nation bhi theek nahi ho sakti hai. to isi reference mein mein kuch baatein aaj kehna chahta hoon.</w:t>
      </w:r>
    </w:p>
    <w:p>
      <w:pPr>
        <w:jc w:val="right"/>
      </w:pPr>
      <w:r>
        <w:t>اگر انسان ٹھیک ہوں گے تو نیشن ٹھیک ہوگی۔ اور انسان اگر ٹھیک نہ ہوں تو نیشن بھی ٹھیک نہیں ہو سکتی ہے۔ تو اسی ریفرنس میں میں کچھ باتیں آج کہنا چاہتا ہوں۔</w:t>
      </w:r>
    </w:p>
    <w:p>
      <w:r>
        <w:rPr>
          <w:b/>
        </w:rPr>
        <w:t xml:space="preserve">[17:21] </w:t>
      </w:r>
      <w:r>
        <w:t>ek aaj kal ek bahut hi yani common phenomenon hai ke log tension mein rehte hain. stress mein rehte hain.</w:t>
      </w:r>
    </w:p>
    <w:p>
      <w:pPr>
        <w:jc w:val="right"/>
      </w:pPr>
      <w:r>
        <w:t>ایک آج کل ایک بہت ہی یعنی کامن فیناومینا ہے کہ لوگ ٹینشن میں رہتے ہیں۔ اسٹریس میں رہتے ہیں۔</w:t>
      </w:r>
    </w:p>
    <w:p>
      <w:r>
        <w:rPr>
          <w:b/>
        </w:rPr>
        <w:t xml:space="preserve">[17:33] </w:t>
      </w:r>
      <w:r>
        <w:t>bahut hi common hai. aap jaante hain. jo aadmi tension mein ho woh kabhi bhi sound decision nahi le sakta.</w:t>
      </w:r>
    </w:p>
    <w:p>
      <w:pPr>
        <w:jc w:val="right"/>
      </w:pPr>
      <w:r>
        <w:t>بہت ہی کامن ہے۔ آپ جانتے ہیں۔ جو آدمی ٹینشن میں ہو وہ کبھی بھی ساؤنڈ ڈیسیژن نہیں لے سکتا۔</w:t>
      </w:r>
    </w:p>
    <w:p>
      <w:r>
        <w:rPr>
          <w:b/>
        </w:rPr>
        <w:t xml:space="preserve">[17:47] </w:t>
      </w:r>
      <w:r>
        <w:t>jo aadmi tension mein ho woh kabhi bhi</w:t>
      </w:r>
    </w:p>
    <w:p>
      <w:pPr>
        <w:jc w:val="right"/>
      </w:pPr>
      <w:r>
        <w:t>جو آدمی ٹینشن میں ہو وہ کبھی بھی</w:t>
      </w:r>
    </w:p>
    <w:p>
      <w:r>
        <w:rPr>
          <w:b/>
        </w:rPr>
        <w:t xml:space="preserve">[17:53] </w:t>
      </w:r>
      <w:r>
        <w:t>sahi decision nahi le sakta. is liye zaroori hai ke aap logo ko tension free karein. logo ko tension free karein.</w:t>
      </w:r>
    </w:p>
    <w:p>
      <w:pPr>
        <w:jc w:val="right"/>
      </w:pPr>
      <w:r>
        <w:t>صحیح ڈیسیژن نہیں لے سکتا۔ اس لیے ضروری ہے کہ آپ لوگوں کو ٹینشن فری کریں۔ لوگوں کو ٹینشن فری کریں۔</w:t>
      </w:r>
    </w:p>
    <w:p>
      <w:r>
        <w:rPr>
          <w:b/>
        </w:rPr>
        <w:t xml:space="preserve">[18:03] </w:t>
      </w:r>
      <w:r>
        <w:t>mein ne ghaur kiya hai ke tension kyun hota hai logo ko? sab se bada reason jahan tak mera tajurba hai, mera experience hai woh hai</w:t>
      </w:r>
    </w:p>
    <w:p>
      <w:pPr>
        <w:jc w:val="right"/>
      </w:pPr>
      <w:r>
        <w:t>میں نے غور کیا ہے کہ ٹینشن کیوں ہوتا ہے لوگوں کو؟ سب سے بڑا ریزن جہاں تک میرا تجربہ ہے، میرا ایکسپیرئینس ہے وہ ہے</w:t>
      </w:r>
    </w:p>
    <w:p>
      <w:r>
        <w:rPr>
          <w:b/>
        </w:rPr>
        <w:t xml:space="preserve">[18:17] </w:t>
      </w:r>
      <w:r>
        <w:t>jald baazi. jald baazi mein kya hai? yani bahut saara kaam jaldi se kar lena. jaise ek industrialist hai woh chahta hai ke mein billionaire banun.</w:t>
      </w:r>
    </w:p>
    <w:p>
      <w:pPr>
        <w:jc w:val="right"/>
      </w:pPr>
      <w:r>
        <w:t>جلد بازی۔ جلد بازی میں کیا ہے؟ یعنی بہت سارا کام جلدی سے کر لینا۔ جیسے ایک انڈسٹریلسٹ ہے وہ چاہتا ہے کہ میں بلینیئر بنوں۔</w:t>
      </w:r>
    </w:p>
    <w:p>
      <w:r>
        <w:rPr>
          <w:b/>
        </w:rPr>
        <w:t xml:space="preserve">[18:29] </w:t>
      </w:r>
      <w:r>
        <w:t>to shuru hi mein itna bada woh step le lega ke chaahe ga ke mein ek saal ke andar billionaire ban jaaun. aur is ke baad kya hoga? tension mein padega.</w:t>
      </w:r>
    </w:p>
    <w:p>
      <w:pPr>
        <w:jc w:val="right"/>
      </w:pPr>
      <w:r>
        <w:t>تو شروع ہی میں اتنا بڑا وہ سٹیپ لے لے گا کہ چاہے گا کہ میں ایک سال کے اندر بلینیئر بن جاؤں۔ اور اس کے بعد کیا ہوگا؟ ٹینشن میں پڑے گا۔</w:t>
      </w:r>
    </w:p>
    <w:p>
      <w:r>
        <w:rPr>
          <w:b/>
        </w:rPr>
        <w:t xml:space="preserve">[18:38] </w:t>
      </w:r>
      <w:r>
        <w:t>kyun? apne kaam ko unmanageable bana lega woh. unmanageable.</w:t>
      </w:r>
    </w:p>
    <w:p>
      <w:pPr>
        <w:jc w:val="right"/>
      </w:pPr>
      <w:r>
        <w:t>کیوں؟ اپنے کام کو ان مینیجیبل بنا لے گا وہ۔ ان مینیجیبل۔</w:t>
      </w:r>
    </w:p>
    <w:p>
      <w:r>
        <w:rPr>
          <w:b/>
        </w:rPr>
        <w:t xml:space="preserve">[18:48] </w:t>
      </w:r>
      <w:r>
        <w:t>agar aap study progress ko samjhein aur gradual tareeqe pe aage badhein. itna hi kaam karein jitna ke aap ke liye manageable ho.</w:t>
      </w:r>
    </w:p>
    <w:p>
      <w:pPr>
        <w:jc w:val="right"/>
      </w:pPr>
      <w:r>
        <w:t>اگر آپ اسٹڈی پروگریس کو سمجھیں اور گریجول طریقے پہ آگے بڑھیں۔ اتنا ہی کام کریں جتنا کہ آپ کے لیے مینیجیبل ہو۔</w:t>
      </w:r>
    </w:p>
    <w:p>
      <w:r>
        <w:rPr>
          <w:b/>
        </w:rPr>
        <w:t xml:space="preserve">[18:59] </w:t>
      </w:r>
      <w:r>
        <w:t>to aap tension mein nahi rahenge. yaad rakhiye tension result hai kaam ko itna badhane ka jo aap ke liye unmanageable ho jaye.</w:t>
      </w:r>
    </w:p>
    <w:p>
      <w:pPr>
        <w:jc w:val="right"/>
      </w:pPr>
      <w:r>
        <w:t>تو آپ ٹینشن میں نہیں رہیں گے۔ یاد رکھیے ٹینشن رزلٹ ہے کام کو اتنا بڑھانے کا جو آپ کے لیے ان مینیجیبل ہو جائے۔</w:t>
      </w:r>
    </w:p>
    <w:p>
      <w:r>
        <w:rPr>
          <w:b/>
        </w:rPr>
        <w:t xml:space="preserve">[19:11] </w:t>
      </w:r>
      <w:r>
        <w:t>aur tension free hone ka raaz ye hai ke aap manageable limit mein reh kar kaam karein.</w:t>
      </w:r>
    </w:p>
    <w:p>
      <w:pPr>
        <w:jc w:val="right"/>
      </w:pPr>
      <w:r>
        <w:t>اور ٹینشن فری ہونے کا راز یہ ہے کہ آپ مینیجیبل لیمٹ میں رہ کر کام کریں۔</w:t>
      </w:r>
    </w:p>
    <w:p>
      <w:r>
        <w:rPr>
          <w:b/>
        </w:rPr>
        <w:t xml:space="preserve">[19:19] </w:t>
      </w:r>
      <w:r>
        <w:t>ye hai zindagi ka formula. is baat ko hadees mein is tarah kaha gaya hai ke "al-sabr min allah wa al-ajlah min al-shaytan".</w:t>
      </w:r>
    </w:p>
    <w:p>
      <w:pPr>
        <w:jc w:val="right"/>
      </w:pPr>
      <w:r>
        <w:t>یہ ہے زندگی کا فارمولا۔ اس بات کو حدیث میں اس طرح کہا گیا ہے کہ "الصبر من اللہ والعجلة من الشیطان"۔</w:t>
      </w:r>
    </w:p>
    <w:p>
      <w:r>
        <w:rPr>
          <w:b/>
        </w:rPr>
        <w:t xml:space="preserve">[19:32] </w:t>
      </w:r>
      <w:r>
        <w:t>yani pehans jo hai woh khuda ki taraf se hai. aur jaldi yeh shaitan ki taraf se hota hai. jab koi aadmi chahta hai jaldi karna, jaldi se aage badhna, jaldi sab kuch kar dalna to woh shaitan us ko activate kar raha hota hai.</w:t>
      </w:r>
    </w:p>
    <w:p>
      <w:pPr>
        <w:jc w:val="right"/>
      </w:pPr>
      <w:r>
        <w:t>یعنی پیشنس جو ہے وہ خدا کی طرف سے ہے۔ اور جلدی یہ شیطان کی طرف سے ہوتا ہے۔ جب کوئی آدمی چاہتا ہے جلدی کرنا، جلدی سے آگے بڑھنا، جلدی سب کچھ کر ڈالنا تو وہ شیطان اس کو ایکٹیویٹ کر رہا ہوتا ہے۔</w:t>
      </w:r>
    </w:p>
    <w:p>
      <w:r>
        <w:rPr>
          <w:b/>
        </w:rPr>
        <w:t xml:space="preserve">[19:52] </w:t>
      </w:r>
      <w:r>
        <w:t>yaad rakhiye. chahe aap nek kaam karein ya bazaahir ya ghalat kaam karein. nek kaam karne mein bhi shaitan yahi karta hai.</w:t>
      </w:r>
    </w:p>
    <w:p>
      <w:pPr>
        <w:jc w:val="right"/>
      </w:pPr>
      <w:r>
        <w:t>یاد رکھیے۔ چاہے آپ نیک کام کریں یا بظاہر یا غلط کام کریں۔ نیک کام کرنے میں بھی شیطان یہی کرتا ہے۔</w:t>
      </w:r>
    </w:p>
    <w:p>
      <w:r>
        <w:rPr>
          <w:b/>
        </w:rPr>
        <w:t xml:space="preserve">[20:05] </w:t>
      </w:r>
      <w:r>
        <w:t>aap nek kaam karna chahte hain tab bhi shaitan karega, aap activate karega aap ke mind ko.</w:t>
      </w:r>
    </w:p>
    <w:p>
      <w:pPr>
        <w:jc w:val="right"/>
      </w:pPr>
      <w:r>
        <w:t>آپ نیک کام کرنا چاہتے ہیں تب بھی شیطان کرے گا، آپ ایکٹیویٹ کرے گا آپ کے مائنڈ کو۔</w:t>
      </w:r>
    </w:p>
    <w:p>
      <w:r>
        <w:rPr>
          <w:b/>
        </w:rPr>
        <w:t xml:space="preserve">[20:13] </w:t>
      </w:r>
      <w:r>
        <w:t>kyun karega? taake aap ka kaam un manageable limit par pahunch jaye aur aap tension mein pad jayen aur kuch bhi nahi kar sakein. yani agar aap masjid bana rahe hain wahan bhi agar shaitan aap ko sikhaye ki jaldi se yeh kar dalo, jaldi se woh kar dalo.</w:t>
      </w:r>
    </w:p>
    <w:p>
      <w:pPr>
        <w:jc w:val="right"/>
      </w:pPr>
      <w:r>
        <w:t>کیوں کرے گا؟ تاکہ آپ کا کام ان مینیجیبل لیمٹ پہ پہنچ جائے اور آپ ٹینشن میں پڑ جائیں اور کچھ بھی نہیں کر سکیں۔ یعنی اگر آپ مسجد بنا رہے ہیں وہاں بھی اگر شیطان آپ کو سکھائے کہ جلدی سے یہ کر ڈالو، جلدی سے وہ کر ڈالو۔</w:t>
      </w:r>
    </w:p>
    <w:p>
      <w:r>
        <w:rPr>
          <w:b/>
        </w:rPr>
        <w:t xml:space="preserve">[20:31] </w:t>
      </w:r>
      <w:r>
        <w:t>jaldi se paanch story ki building khadi kar do. to ho sakta hai ki is chakkar mein kuch bhi na ho. siwaye is ke ki aap tension mein pad jayen.</w:t>
      </w:r>
    </w:p>
    <w:p>
      <w:pPr>
        <w:jc w:val="right"/>
      </w:pPr>
      <w:r>
        <w:t>جلدی سے پانچ اسٹوری کی بلڈنگ کھڑی کر دو۔ تو ہو سکتا ہے کہ اس چکر میں کچھ بھی نہ ہو۔ سوائے اس کے کہ آپ ٹینشن میں پڑ جائیں۔</w:t>
      </w:r>
    </w:p>
    <w:p>
      <w:r>
        <w:rPr>
          <w:b/>
        </w:rPr>
        <w:t xml:space="preserve">[20:44] </w:t>
      </w:r>
      <w:r>
        <w:t>to "al-sabr min Allah wa al-ajala min al-shaitan" ka matlab yeh hai ki kaam ko manageable limit mein reh kar karo taake tum tension se bache raho.</w:t>
      </w:r>
    </w:p>
    <w:p>
      <w:pPr>
        <w:jc w:val="right"/>
      </w:pPr>
      <w:r>
        <w:t>تو "الصبر من اللہ والعجلة من الشیطان" کا مطلب یہ ہے کہ کام کو مینیجیبل لیمٹ میں رہ کر کرو تاکہ تم ٹینشن سے بچے رہو۔</w:t>
      </w:r>
    </w:p>
    <w:p>
      <w:r>
        <w:rPr>
          <w:b/>
        </w:rPr>
        <w:t xml:space="preserve">[20:58] </w:t>
      </w:r>
      <w:r>
        <w:t>apne kaam ko un manageable limit tak na le jao warna tum tension mein paro ge aur phir kya hoga? tum shaitan ka victim ban jao ge.</w:t>
      </w:r>
    </w:p>
    <w:p>
      <w:pPr>
        <w:jc w:val="right"/>
      </w:pPr>
      <w:r>
        <w:t>اپنے کام کو ان مینیجیبل لیمٹ تک نہ لے جاؤ ورنہ تم ٹینشن میں پڑو گے اور پھر کیا ہوگا؟ تم شیطان کا وکٹم بن جاؤ گے۔</w:t>
      </w:r>
    </w:p>
    <w:p>
      <w:r>
        <w:rPr>
          <w:b/>
        </w:rPr>
        <w:t xml:space="preserve">[21:09] </w:t>
      </w:r>
      <w:r>
        <w:t>yeh kitni badi teaching hai. kitni badi teaching hai. bohat badi teaching hai. to aap ko emotions har ek mein aate hain.</w:t>
      </w:r>
    </w:p>
    <w:p>
      <w:pPr>
        <w:jc w:val="right"/>
      </w:pPr>
      <w:r>
        <w:t>یہ کتنی بڑی ٹیچنگ ہے۔ کتنی بڑی ٹیچنگ ہے۔ بہت بڑی ٹیچنگ ہے۔ تو آپ کو ایموشنز ہر ایک میں آتے ہیں۔</w:t>
      </w:r>
    </w:p>
    <w:p>
      <w:r>
        <w:rPr>
          <w:b/>
        </w:rPr>
        <w:t xml:space="preserve">[21:22] </w:t>
      </w:r>
      <w:r>
        <w:t>har ek ke andar negative thought paida hote hain. har ek ko gussa aata hai. yeh sab har ek ke liye hota hai. hatta ke prophet ko bhi aisa hota hai.</w:t>
      </w:r>
    </w:p>
    <w:p>
      <w:pPr>
        <w:jc w:val="right"/>
      </w:pPr>
      <w:r>
        <w:t>ہر ایک کے اندر نیگیٹیو تھاٹ پیدا ہوتے ہیں۔ ہر ایک کو غصہ آتا ہے۔ یہ سب ہر ایک کے لیے ہوتا ہے۔ حتیٰ کہ پرافٹ کو بھی ایسا ہوتا ہے۔</w:t>
      </w:r>
    </w:p>
    <w:p>
      <w:r>
        <w:rPr>
          <w:b/>
        </w:rPr>
        <w:t xml:space="preserve">[21:34] </w:t>
      </w:r>
      <w:r>
        <w:t>hadith mein aata hai ki "ishtadda ghadabuhu". aap ka ghazab bhadak utha. aap ka gussa bhadak utha. to negative thought har ek ke andar aate hain.</w:t>
      </w:r>
    </w:p>
    <w:p>
      <w:pPr>
        <w:jc w:val="right"/>
      </w:pPr>
      <w:r>
        <w:t>حدیث میں آتا ہے کہ "اشتد غضبہ"۔ آپ کا غضب بھڑک اٹھا۔ آپ کا غصہ بھڑک اٹھا۔ تو نیگیٹیو تھاٹ ہر ایک کے اندر آتے ہیں۔</w:t>
      </w:r>
    </w:p>
    <w:p>
      <w:r>
        <w:rPr>
          <w:b/>
        </w:rPr>
        <w:t xml:space="preserve">[21:43] </w:t>
      </w:r>
      <w:r>
        <w:t>lekin hona kya chahiye? ki aap us ko manage kar sakein. apne emotions ko aap manage karna jaanen. manage kaise kiya jata hai?</w:t>
      </w:r>
    </w:p>
    <w:p>
      <w:pPr>
        <w:jc w:val="right"/>
      </w:pPr>
      <w:r>
        <w:t>لیکن ہونا کیا چاہیے؟ کہ آپ اس کو مینیج کر سکیں۔ اپنے ایموشنز کو آپ مینیج کرنا جانیں۔ مینیج کیسے کیا جاتا ہے؟</w:t>
      </w:r>
    </w:p>
    <w:p>
      <w:r>
        <w:rPr>
          <w:b/>
        </w:rPr>
        <w:t xml:space="preserve">[21:56] </w:t>
      </w:r>
      <w:r>
        <w:t>yani manage karne ka ki technique kya hai? main apna aaj ka qissa batata hoon jo abhi kal ki baat hai. dekhiye main is colony mein aaya bohat pehle 1983 mein.</w:t>
      </w:r>
    </w:p>
    <w:p>
      <w:pPr>
        <w:jc w:val="right"/>
      </w:pPr>
      <w:r>
        <w:t>یعنی مینیج کرنے کا کی ٹیکنیک کیا ہے؟ میں اپنا آج کا قصہ بتاتا ہوں جو ابھی کل کی بات ہے۔ دیکھیے میں اس کالونی میں آیا بہت پہلے 1983 میں۔</w:t>
      </w:r>
    </w:p>
    <w:p>
      <w:r>
        <w:rPr>
          <w:b/>
        </w:rPr>
        <w:t xml:space="preserve">[22:13] </w:t>
      </w:r>
      <w:r>
        <w:t>to wahan bohat peace tha yahan par. bohat kam aisa hota tha ki koi car chale aur woh horn ki aawaz sunne ko mile. bohat peace tha.</w:t>
      </w:r>
    </w:p>
    <w:p>
      <w:pPr>
        <w:jc w:val="right"/>
      </w:pPr>
      <w:r>
        <w:t>تو وہاں بہت پیس تھا یہاں پر۔ بہت کم ایسا ہوتا تھا کہ کوئی کار چلے اور وہ ہارن کی آواز سننے کو ملے۔ بہت پیس تھا۔</w:t>
      </w:r>
    </w:p>
    <w:p>
      <w:r>
        <w:rPr>
          <w:b/>
        </w:rPr>
        <w:t xml:space="preserve">[22:23] </w:t>
      </w:r>
      <w:r>
        <w:t>ab aaj kal yeh haal hai ki har waqt carain daudti hain. har waqt horn bajte hain. aur double horn. peeche hato gaadi tab bhi horn bajega.</w:t>
      </w:r>
    </w:p>
    <w:p>
      <w:pPr>
        <w:jc w:val="right"/>
      </w:pPr>
      <w:r>
        <w:t>اب آج کل یہ حال ہے کہ ہر وقت کاریں دوڑتی ہیں۔ ہر وقت ہارن بجتے ہیں۔ اور ڈبل ہارن۔ پیچھے ہٹے گاڑی تب بھی ہارن بجے گا۔</w:t>
      </w:r>
    </w:p>
    <w:p>
      <w:r>
        <w:rPr>
          <w:b/>
        </w:rPr>
        <w:t xml:space="preserve">[22:32] </w:t>
      </w:r>
      <w:r>
        <w:t>gaadi ke andar woh cassette bajega. gharaaz yeh ki car jo hai woh shor pollution ka tool ban gayi hai aaj kal.</w:t>
      </w:r>
    </w:p>
    <w:p>
      <w:pPr>
        <w:jc w:val="right"/>
      </w:pPr>
      <w:r>
        <w:t>گاڑی کے اندر وہ کیسٹ بجے گا۔ غرض یہ کہ کار جو ہے وہ شور پولیوشن کا ٹول بن گئی ہے آج کل۔</w:t>
      </w:r>
    </w:p>
    <w:p>
      <w:r>
        <w:rPr>
          <w:b/>
        </w:rPr>
        <w:t xml:space="preserve">[22:43] </w:t>
      </w:r>
      <w:r>
        <w:t>car jo hai shor pollution ka tool ban gayi hai. to main bohat disturb rehta tha is se. bohat zyada disturb rehta tha.</w:t>
      </w:r>
    </w:p>
    <w:p>
      <w:pPr>
        <w:jc w:val="right"/>
      </w:pPr>
      <w:r>
        <w:t>کار جو ہے شور پولیوشن کا ٹول بن گئی ہے۔ تو میں بہت ڈسٹرب رہتا تھا اس سے۔ بہت زیادہ ڈسٹرب رہتا تھا۔</w:t>
      </w:r>
    </w:p>
    <w:p>
      <w:r>
        <w:rPr>
          <w:b/>
        </w:rPr>
        <w:t xml:space="preserve">[22:54] </w:t>
      </w:r>
      <w:r>
        <w:t>aur sochta tha ki yahan se bhaag jaaun kahin. main bhaag ke jaaun to kahaan jaaun? phir maine kaise manage kiya? is ko arz karta hoon.</w:t>
      </w:r>
    </w:p>
    <w:p>
      <w:pPr>
        <w:jc w:val="right"/>
      </w:pPr>
      <w:r>
        <w:t>اور سوچتا تھا کہ یہاں سے بھاگ جاؤں کہیں۔ میں بھاگ کے جاؤں تو کہاں جاؤں؟ پھر میں نے کیسے مینیج کیا؟ اس کو عرض کرتا ہوں۔</w:t>
      </w:r>
    </w:p>
    <w:p>
      <w:r>
        <w:rPr>
          <w:b/>
        </w:rPr>
        <w:t xml:space="preserve">[23:06] </w:t>
      </w:r>
      <w:r>
        <w:t>hadith mein aata hai ki jab Rasool Allah sallallahu alaihi wa sallam Prophet of Islam Makkah mein the to aap jaante hain ki Makkah mein log aap ko bohat pareshan karte the.</w:t>
      </w:r>
    </w:p>
    <w:p>
      <w:pPr>
        <w:jc w:val="right"/>
      </w:pPr>
      <w:r>
        <w:t>حدیث میں آتا ہے کہ جب رسول اللہ صلی اللہ علیہ وسلم پرافٹ آف اسلام مکہ میں تھے تو آپ جانتے ہیں کہ مکہ میں لوگ آپ کو بہت پریشان کرتے تھے۔</w:t>
      </w:r>
    </w:p>
    <w:p>
      <w:r>
        <w:rPr>
          <w:b/>
        </w:rPr>
        <w:t xml:space="preserve">[23:20] </w:t>
      </w:r>
      <w:r>
        <w:t>aur yeh pareshani bhi thi aap ko ki wahan ke ladke aa kar shor karte the aap ke ghar ke saamne. khwah makhwah shor. pareshan karne ke liye.</w:t>
      </w:r>
    </w:p>
    <w:p>
      <w:pPr>
        <w:jc w:val="right"/>
      </w:pPr>
      <w:r>
        <w:t>اور یہ پریشانی بھی تھی آپ کو کہ وہاں کے لڑکے آ کر شور کرتے تھے آپ کے گھر کے سامنے۔ خواہ مخواہ شور۔ پریشان کرنے کے لیے۔</w:t>
      </w:r>
    </w:p>
    <w:p>
      <w:r>
        <w:rPr>
          <w:b/>
        </w:rPr>
        <w:t xml:space="preserve">[23:30] </w:t>
      </w:r>
      <w:r>
        <w:t>aur bade log, senior log to mana nahi karte the. kyun ki dekhiye jab samaj mein aisa ho ki aap mutanazia ban jayen to bade log jo hain is mein ghair mutasir ban jate hain.</w:t>
      </w:r>
    </w:p>
    <w:p>
      <w:pPr>
        <w:jc w:val="right"/>
      </w:pPr>
      <w:r>
        <w:t>اور بڑے لوگ، سینئر لوگ تو منع نہیں کرتے تھے۔ کیوں کہ دیکھیے جب سماج میں ایسا ہو کہ آپ متنازعہ بن جائیں تو بڑے لوگ جو ہیں اس میں غیر متاثر بن جاتے ہیں۔</w:t>
      </w:r>
    </w:p>
    <w:p>
      <w:r>
        <w:rPr>
          <w:b/>
        </w:rPr>
        <w:t xml:space="preserve">[23:45] </w:t>
      </w:r>
      <w:r>
        <w:t>aur chhote jo hain ladke woh tamasha karte hain woh. to Makkah mein aap ke ghar ke paas aa kar sab shor karte the.</w:t>
      </w:r>
    </w:p>
    <w:p>
      <w:pPr>
        <w:jc w:val="right"/>
      </w:pPr>
      <w:r>
        <w:t>اور چھوٹے جو ہیں لڑکے وہ تماشہ کرتے ہیں وہ۔ تو مکہ میں آپ کے گھر کے پاس آ کر سب شور کرتے تھے۔</w:t>
      </w:r>
    </w:p>
    <w:p>
      <w:r>
        <w:rPr>
          <w:b/>
        </w:rPr>
        <w:t xml:space="preserve">[23:55] </w:t>
      </w:r>
      <w:r>
        <w:t>Hazrat Khadija jo khatoon thin woh pareshan rehti thin. to hadith mein aata hai ki ek din aisa hua ki farishte aaye aap ke paas.</w:t>
      </w:r>
    </w:p>
    <w:p>
      <w:pPr>
        <w:jc w:val="right"/>
      </w:pPr>
      <w:r>
        <w:t>حضرت خدیجہ جو خاتون تھیں وہ پریشان رہتی تھیں۔ تو حدیث میں آتا ہے کہ ایک دن ایسا ہوا کہ فرشتے آئے آپ کے پاس۔</w:t>
      </w:r>
    </w:p>
    <w:p>
      <w:r>
        <w:rPr>
          <w:b/>
        </w:rPr>
        <w:t xml:space="preserve">[24:07] </w:t>
      </w:r>
      <w:r>
        <w:t>to farishte ko Prophet to dekhte the lekin Khadija nahi dekhti thin. to Rasool Allah ne kaha ki dekho yeh Khuda ka farishta aaya hai.</w:t>
      </w:r>
    </w:p>
    <w:p>
      <w:pPr>
        <w:jc w:val="right"/>
      </w:pPr>
      <w:r>
        <w:t>تو فرشتے کو پرافٹ تو دیکھتے تھے لیکن خدیجہ نہیں دیکھتی تھیں۔ تو رسول اللہ نے کہا کہ دیکھو یہ خدا کا فرشتہ آیا ہے۔</w:t>
      </w:r>
    </w:p>
    <w:p>
      <w:r>
        <w:rPr>
          <w:b/>
        </w:rPr>
        <w:t xml:space="preserve">[24:20] </w:t>
      </w:r>
      <w:r>
        <w:t>woh tum ko salam keh raha hai. yani Khadija jo aap ki biwi thin unhon ne kaha ki yeh farishta aaya hai Khuda ki taraf se aur tum ko salam keh raha hai.</w:t>
      </w:r>
    </w:p>
    <w:p>
      <w:pPr>
        <w:jc w:val="right"/>
      </w:pPr>
      <w:r>
        <w:t>وہ تم کو سلام کہہ رہا ہے۔ یعنی خدیجہ جو آپ کی بیوی تھیں انہوں نے کہا کہ یہ فرشتہ آیا ہے خدا کی طرف سے اور تم کو سلام کہہ رہا ہے۔</w:t>
      </w:r>
    </w:p>
    <w:p>
      <w:r>
        <w:rPr>
          <w:b/>
        </w:rPr>
        <w:t xml:space="preserve">[24:34] </w:t>
      </w:r>
      <w:r>
        <w:t>aur tum ko ek achhi khabar le kar aaya hai Khuda ki taraf se. khushkhabri.</w:t>
      </w:r>
    </w:p>
    <w:p>
      <w:pPr>
        <w:jc w:val="right"/>
      </w:pPr>
      <w:r>
        <w:t>اور تم کو ایک اچھی خبر لے کر آیا ہے خدا کی طرف سے۔ خوشخبری۔</w:t>
      </w:r>
    </w:p>
    <w:p>
      <w:r>
        <w:rPr>
          <w:b/>
        </w:rPr>
        <w:t xml:space="preserve">[24:42] </w:t>
      </w:r>
      <w:r>
        <w:t>woh kya? ke tumhare liye jannat mein khuda ne ek bahut achha ghar banaya hai. aur us ki sifat yeh batayi ke "la sakhab fiha wa la nasab".</w:t>
      </w:r>
    </w:p>
    <w:p>
      <w:pPr>
        <w:jc w:val="right"/>
      </w:pPr>
      <w:r>
        <w:t>وہ کیا؟ کہ تمہارے لیے جنت میں خدا نے ایک بہت اچھا گھر بنایا ہے۔ اور اس کی صفت یہ بتائی کہ "لا سخب فیہ ولا نسب"۔</w:t>
      </w:r>
    </w:p>
    <w:p>
      <w:r>
        <w:rPr>
          <w:b/>
        </w:rPr>
        <w:t xml:space="preserve">[24:57] </w:t>
      </w:r>
      <w:r>
        <w:t>yani khuda ki taraf se yeh aaya ke tumhare liye hum ne jannat mein ghar bana diya hai bahut achha. jis ki sifat yeh hogi ke "la sakhab fiha wa la nasab".</w:t>
      </w:r>
    </w:p>
    <w:p>
      <w:pPr>
        <w:jc w:val="right"/>
      </w:pPr>
      <w:r>
        <w:t>یعنی خدا کی طرف سے یہ آیا کہ تمہارے لیے ہم نے جنت میں گھر بنا دیا ہے بہت اچھا۔ جس کی صفت یہ ہوگی کہ "لا سخب فیہ ولا نسب"۔</w:t>
      </w:r>
    </w:p>
    <w:p>
      <w:r>
        <w:rPr>
          <w:b/>
        </w:rPr>
        <w:t xml:space="preserve">[25:08] </w:t>
      </w:r>
      <w:r>
        <w:t>is mein na shor hoga na takleef hogi. is ko le kar maine socha.</w:t>
      </w:r>
    </w:p>
    <w:p>
      <w:pPr>
        <w:jc w:val="right"/>
      </w:pPr>
      <w:r>
        <w:t>اس میں نہ شور ہوگا نہ تکلیف ہوگی۔ اس کو لے کر میں نے سوچا۔</w:t>
      </w:r>
    </w:p>
    <w:p>
      <w:r>
        <w:rPr>
          <w:b/>
        </w:rPr>
        <w:t xml:space="preserve">[25:18] </w:t>
      </w:r>
      <w:r>
        <w:t>matlab ise sabr karne ke liye kaha gaya hazrat khadija se ke sabr karo. is ke liye ho kar maine socha ke agar kisi khuda ke bande par woh halaat guzre hain, woh suratehaal us par aa jaye jo khadija ko aayi thi.</w:t>
      </w:r>
    </w:p>
    <w:p>
      <w:pPr>
        <w:jc w:val="right"/>
      </w:pPr>
      <w:r>
        <w:t>مطلب اسے صبر کرنے کے لیے کہا گیا حضرت خدیجہ سے کہ صبر کرو۔ اس کے لیے ہو کر میں نے سوچا کہ اگر کسی خدا کے بندے پر وہ حالات گزرے ہیں، وہ صورتحال اس پر آجائے جو خدیجہ کو آئی تھی۔</w:t>
      </w:r>
    </w:p>
    <w:p>
      <w:r>
        <w:rPr>
          <w:b/>
        </w:rPr>
        <w:t xml:space="preserve">[25:36] </w:t>
      </w:r>
      <w:r>
        <w:t>yani shor ke beech mein use rehna pade. aur phir woh sabr kar le. to goya ke woh apne aap ko is ka mustahiq bana raha hai.</w:t>
      </w:r>
    </w:p>
    <w:p>
      <w:pPr>
        <w:jc w:val="right"/>
      </w:pPr>
      <w:r>
        <w:t>یعنی شور کے بیچ میں اسے رہنا پڑے۔ اور پھر وہ صبر کر لے۔ تو گویا کہ وہ اپنے آپ کو اس کا مستحق بنا رہا ہے۔</w:t>
      </w:r>
    </w:p>
    <w:p>
      <w:r>
        <w:rPr>
          <w:b/>
        </w:rPr>
        <w:t xml:space="preserve">[25:49] </w:t>
      </w:r>
      <w:r>
        <w:t>is ka ummeedwar ban raha hai woh. ke dobara khuda ki taraf se us ke haan se paighaam aaye ke aye bande tu sabr kar le is par.</w:t>
      </w:r>
    </w:p>
    <w:p>
      <w:pPr>
        <w:jc w:val="right"/>
      </w:pPr>
      <w:r>
        <w:t>اس کا امیدوار بن رہا ہے وہ۔ کہ دوبارہ خدا کی طرف سے اس کے ہاں سے پیغام آئے کہ اے بندے تو صبر کر لے اس پر۔</w:t>
      </w:r>
    </w:p>
    <w:p>
      <w:r>
        <w:rPr>
          <w:b/>
        </w:rPr>
        <w:t xml:space="preserve">[26:03] </w:t>
      </w:r>
      <w:r>
        <w:t>tere liye hum ne jannat mein ek ghar reserve kar diya hai. jahan "la sakhab fiha wa la nasab". jahan shor nahi hoga, jahan takleef nahi hogi.</w:t>
      </w:r>
    </w:p>
    <w:p>
      <w:pPr>
        <w:jc w:val="right"/>
      </w:pPr>
      <w:r>
        <w:t>تیرے لیے ہم نے جنت میں ایک گھر ریزرو کر دیا ہے۔ جہاں "لا سخب فیہ ولا نسب"۔ جہاں شور نہیں ہوگا، جہاں تکلیف نہیں ہوگی۔</w:t>
      </w:r>
    </w:p>
    <w:p>
      <w:r>
        <w:rPr>
          <w:b/>
        </w:rPr>
        <w:t xml:space="preserve">[26:15] </w:t>
      </w:r>
      <w:r>
        <w:t>to goya ke khadija wale amal ko dohrana. apne aap ko is ka ummeedwar banana hai. ke khuda ki taraf se dobara woh paighaam aaye.</w:t>
      </w:r>
    </w:p>
    <w:p>
      <w:pPr>
        <w:jc w:val="right"/>
      </w:pPr>
      <w:r>
        <w:t>تو گویا کہ خدیجہ والے عمل کو دہرانا۔ اپنے آپ کو اس کا امیدوار بنانا ہے۔ کہ خدا کی طرف سے دوبارہ وہ پیغام آئے۔</w:t>
      </w:r>
    </w:p>
    <w:p>
      <w:r>
        <w:rPr>
          <w:b/>
        </w:rPr>
        <w:t xml:space="preserve">[26:28] </w:t>
      </w:r>
      <w:r>
        <w:t>to mujhe laga ke yeh shor to mere liye barkat hai. yeh shor pollution to mere liye barkat hai. kyun? is liye ke agar main ise sabr kar loon to main mustahiq ban jaunga is achhi khabar ka jo khadija ke liye aayi thi.</w:t>
      </w:r>
    </w:p>
    <w:p>
      <w:pPr>
        <w:jc w:val="right"/>
      </w:pPr>
      <w:r>
        <w:t>تو مجھے لگا کہ یہ شور تو میرے لیے برکت ہے۔ یہ شور پولیوشن تو میرے لیے برکت ہے۔ کیوں؟ اس لیے کہ اگر میں اسے صبر کر لوں تو میں مستحق بن جاؤں گا اس اچھی خبر کا جو خدیجہ کے لیے آئی تھی۔</w:t>
      </w:r>
    </w:p>
    <w:p>
      <w:r>
        <w:rPr>
          <w:b/>
        </w:rPr>
        <w:t xml:space="preserve">[26:46] </w:t>
      </w:r>
      <w:r>
        <w:t>is tarah maine manage kiya apne emotions ko aur maine apne aap ko thanda kar liya.</w:t>
      </w:r>
    </w:p>
    <w:p>
      <w:pPr>
        <w:jc w:val="right"/>
      </w:pPr>
      <w:r>
        <w:t>اس طرح میں نے مینیج کیا اپنے ایموشنز کو اور میں نے اپنے آپ کو ٹھنڈا کر لیا۔</w:t>
      </w:r>
    </w:p>
    <w:p>
      <w:r>
        <w:rPr>
          <w:b/>
        </w:rPr>
        <w:t xml:space="preserve">[27:02] </w:t>
      </w:r>
      <w:r>
        <w:t>to hamara mission yahi hai ke har aadmi apne aap ko banaye. main apne taur par is ko kaha karta hoon zaati taraqqi.</w:t>
      </w:r>
    </w:p>
    <w:p>
      <w:pPr>
        <w:jc w:val="right"/>
      </w:pPr>
      <w:r>
        <w:t>تو ہمارا مشن یہی ہے کہ ہر آدمی اپنے آپ کو بنائے۔ میں اپنے طور پر اس کو کہا کرتا ہوں ذاتی ترقی۔</w:t>
      </w:r>
    </w:p>
    <w:p>
      <w:r>
        <w:rPr>
          <w:b/>
        </w:rPr>
        <w:t xml:space="preserve">[27:15] </w:t>
      </w:r>
      <w:r>
        <w:t>agarche aaj kal ki zaban mein zaati taraqqi ka matlab bola jata hai jismani taraqqi ke maani mein. lekin main khud se maine bahut achha lafz mujhe samajh mein aata hai yeh is liye maine istemal karta hoon ruhani taraqqi ke maani mein.</w:t>
      </w:r>
    </w:p>
    <w:p>
      <w:pPr>
        <w:jc w:val="right"/>
      </w:pPr>
      <w:r>
        <w:t>اگرچہ آج کل کی زبان میں ذاتی ترقی کا مطلب بولا جاتا ہے جسمانی ترقی کے معنی میں۔ لیکن میں خود سے میں نے بہت اچھا لفظ مجھے سمجھ میں آتا ہے یہ اس لیے میں نے استعمال کرتا ہوں روحانی ترقی کے معنی میں۔</w:t>
      </w:r>
    </w:p>
    <w:p>
      <w:r>
        <w:rPr>
          <w:b/>
        </w:rPr>
        <w:t xml:space="preserve">[27:32] </w:t>
      </w:r>
      <w:r>
        <w:t>log lete hain to lete rahein yeh un ka kaam hai. adabi taur par to is ka matlab yeh hai nahi ke jismani. kyun ke logon ne bana liya hai jismani.</w:t>
      </w:r>
    </w:p>
    <w:p>
      <w:pPr>
        <w:jc w:val="right"/>
      </w:pPr>
      <w:r>
        <w:t>لوگ لیتے ہیں تو لیتے رہیں یہ ان کا کام ہے۔ ادبی طور پر تو اس کا مطلب یہ ہے نہیں کہ جسمانی۔ کیوں کہ لوگوں نے بنا لیا ہے جسمانی۔</w:t>
      </w:r>
    </w:p>
    <w:p>
      <w:r>
        <w:rPr>
          <w:b/>
        </w:rPr>
        <w:t xml:space="preserve">[27:45] </w:t>
      </w:r>
      <w:r>
        <w:t>zaati shakhsiyat aap ki body ka naam nahi hai. aap ke andar ki jo shakhsiyat hai us ka naam zaati shakhsiyat hai. yeh body to ek gaadi hai sirf.</w:t>
      </w:r>
    </w:p>
    <w:p>
      <w:pPr>
        <w:jc w:val="right"/>
      </w:pPr>
      <w:r>
        <w:t>ذاتی شخصیت آپ کی باڈی کا نام نہیں ہے۔ آپ کے اندر کی جو شخصیت ہے اس کا نام ذاتی شخصیت ہے۔ یہ باڈی تو ایک گاڑی ہے صرف۔</w:t>
      </w:r>
    </w:p>
    <w:p>
      <w:r>
        <w:rPr>
          <w:b/>
        </w:rPr>
        <w:t xml:space="preserve">[27:55] </w:t>
      </w:r>
      <w:r>
        <w:t>andar ka jo insaan hai us ki gaadi hai aap ki yeh body. to asal zaati shakhsiyat to andar wali hai. is liye main samajhta hoon ke mujhe haq hai is baat ka ke main ruhani taraqqi ke maani mein boloon.</w:t>
      </w:r>
    </w:p>
    <w:p>
      <w:pPr>
        <w:jc w:val="right"/>
      </w:pPr>
      <w:r>
        <w:t>اندر کا جو انسان ہے اس کا گاڑی ہے آپ کی یہ باڈی۔ تو اصل ذاتی شخصیت تو اندر والی ہے۔ اس لیے میں سمجھتا ہوں کہ مجھے حق ہے اس بات کا کہ میں روحانی ترقی کے معنی میں بولوں۔</w:t>
      </w:r>
    </w:p>
    <w:p>
      <w:r>
        <w:rPr>
          <w:b/>
        </w:rPr>
        <w:t xml:space="preserve">[28:10] </w:t>
      </w:r>
      <w:r>
        <w:t>zaati taraqqi. to main kehna yeh chahta tha ke main ek sahib ke haan gaya milne ke liye. un ke haan table par ek moti si kitaab rakhi hui thi angrezi ki.</w:t>
      </w:r>
    </w:p>
    <w:p>
      <w:pPr>
        <w:jc w:val="right"/>
      </w:pPr>
      <w:r>
        <w:t>ذاتی ترقی۔ تو میں کہنا یہ چاہتا تھا کہ میں ایک صاحب کے ہاں گیا ملنے کے لیے۔ ان کے ہاں ٹیبل برگ ایک موٹی سی کتاب رکھی ہوئی تھی انگریزی کی۔</w:t>
      </w:r>
    </w:p>
    <w:p>
      <w:r>
        <w:rPr>
          <w:b/>
        </w:rPr>
        <w:t xml:space="preserve">[28:26] </w:t>
      </w:r>
      <w:r>
        <w:t>yani do hazaar safhaat ki. do hazaar safhaat ki kitaab moti si. is ka unwaan tha zaati taraqqi.</w:t>
      </w:r>
    </w:p>
    <w:p>
      <w:pPr>
        <w:jc w:val="right"/>
      </w:pPr>
      <w:r>
        <w:t>یعنی دو ہزار صفحات کی۔ دو ہزار صفحات کی کتاب موٹی سی۔ اس کا عنوان تھا ذاتی ترقی۔</w:t>
      </w:r>
    </w:p>
    <w:p>
      <w:r>
        <w:rPr>
          <w:b/>
        </w:rPr>
        <w:t xml:space="preserve">[28:39] </w:t>
      </w:r>
      <w:r>
        <w:t>maine khol kar dekha to saara is mein jo tha jismani taraqqi ki baatein thin. itni moti kitaab mein sab jismani taraqqi ki baatein thin. to goya ke hamari lughat se ruhani taraqqi ka lafz hi nikal gaya hai.</w:t>
      </w:r>
    </w:p>
    <w:p>
      <w:pPr>
        <w:jc w:val="right"/>
      </w:pPr>
      <w:r>
        <w:t>میں نے کھول کر دیکھا تو سارا اس میں جو تھا جسمانی ترقی کی باتیں تھیں۔ اتنی موٹی کتاب میں سب جسمانی ترقی کی باتیں تھیں۔ تو گویا کہ ہماری لغت سے روحانی ترقی کا لفظ ہی نکل گیا ہے۔</w:t>
      </w:r>
    </w:p>
    <w:p>
      <w:r>
        <w:rPr>
          <w:b/>
        </w:rPr>
        <w:t xml:space="preserve">[28:55] </w:t>
      </w:r>
      <w:r>
        <w:t>jab bolte hain zaati taraqqi to hamare zehen mein kya hota hai? jismani taraqqi.</w:t>
      </w:r>
    </w:p>
    <w:p>
      <w:pPr>
        <w:jc w:val="right"/>
      </w:pPr>
      <w:r>
        <w:t>جب بولتے ہیں ذاتی ترقی تو ہمارے ذہن میں کیا ہوتا ہے؟ جسمانی ترقی۔</w:t>
      </w:r>
    </w:p>
    <w:p>
      <w:r>
        <w:rPr>
          <w:b/>
        </w:rPr>
        <w:t xml:space="preserve">[29:04] </w:t>
      </w:r>
      <w:r>
        <w:t>main samajhta hoon ke hamein yahan islaah ki zaroorat hai. aur hamein jaanna chahiye ke body display ya jismani jo hamara jo gaadi hai us ko banana sanwarna yeh to bahut chhota kaam hai.</w:t>
      </w:r>
    </w:p>
    <w:p>
      <w:pPr>
        <w:jc w:val="right"/>
      </w:pPr>
      <w:r>
        <w:t>میں سمجھتا ہوں کہ ہمیں یہاں اصلاح کی ضرورت ہے۔ اور ہمیں جاننا چاہیے کہ باڈی ڈسپلے یا جسمانی جو ہمارا جو گاڑی ہے اس کو بنانا سنوارنا یہ تو بہت چھوٹا کام ہے۔</w:t>
      </w:r>
    </w:p>
    <w:p>
      <w:r>
        <w:rPr>
          <w:b/>
        </w:rPr>
        <w:t xml:space="preserve">[29:20] </w:t>
      </w:r>
      <w:r>
        <w:t>asal kaam yeh hai ke aap ke andar ki jo zaati shakhsiyat hai us ko aap taraqqi dein. andar ki zaati shakhsiyat ke liye doosra lafz jo hai woh hai ruhani taraqqi.</w:t>
      </w:r>
    </w:p>
    <w:p>
      <w:pPr>
        <w:jc w:val="right"/>
      </w:pPr>
      <w:r>
        <w:t>اصل کام یہ ہے کہ آپ کے اندر کی جو ذاتی شخصیت ہے اس کو آپ ترقی دیں۔ اندر کی ذاتی شخصیت کے لیے دوسرا لفظ جو ہے وہ ہے روحانی ترقی۔</w:t>
      </w:r>
    </w:p>
    <w:p>
      <w:r>
        <w:rPr>
          <w:b/>
        </w:rPr>
        <w:t xml:space="preserve">[29:31] </w:t>
      </w:r>
      <w:r>
        <w:t>zehni taraqqi. woh sab se bada kaam hai.</w:t>
      </w:r>
    </w:p>
    <w:p>
      <w:pPr>
        <w:jc w:val="right"/>
      </w:pPr>
      <w:r>
        <w:t>ذہنی ترقی۔ وہ سب سے بڑا کام ہے۔</w:t>
      </w:r>
    </w:p>
    <w:p>
      <w:r>
        <w:rPr>
          <w:b/>
        </w:rPr>
        <w:t xml:space="preserve">[29:38] </w:t>
      </w:r>
      <w:r>
        <w:t>ab dekhiye ke main aap ko ek aur misaal doon. ek sahib hamare haan aaye milne ke liye. to un ke liye chai mangai gayi.</w:t>
      </w:r>
    </w:p>
    <w:p>
      <w:pPr>
        <w:jc w:val="right"/>
      </w:pPr>
      <w:r>
        <w:t>اب دیکھیے کہ میں آپ کو ایک اور مثال دوں۔ ایک صاحب ہمارے ہاں آئے ملنے کے لیے۔ تو ان کے لیے چائے منگائی گئی۔</w:t>
      </w:r>
    </w:p>
    <w:p>
      <w:r>
        <w:rPr>
          <w:b/>
        </w:rPr>
        <w:t xml:space="preserve">[29:51] </w:t>
      </w:r>
      <w:r>
        <w:t>to unhon ne kaha ke sahib main chai peeta nahi. doctor ne mana kiya. hum is ko yeh chai mere liye nuqsan deh hai meri sehat ke liye. to maine kaha ke theek hai.</w:t>
      </w:r>
    </w:p>
    <w:p>
      <w:pPr>
        <w:jc w:val="right"/>
      </w:pPr>
      <w:r>
        <w:t>تو انہوں نے کہا کہ صاحب میں چائے پیتا نہیں۔ ڈاکٹر نے منع کیا۔ ہم اس کو یہ چائے میرے لیے نقصان دہ ہے میری صحت کے لیے۔ تو میں نے کہا کہ ٹھیک ہے۔</w:t>
      </w:r>
    </w:p>
    <w:p>
      <w:r>
        <w:rPr>
          <w:b/>
        </w:rPr>
        <w:t xml:space="preserve">[30:02] </w:t>
      </w:r>
      <w:r>
        <w:t>is ke baad kya hua? ke woh</w:t>
      </w:r>
    </w:p>
    <w:p>
      <w:pPr>
        <w:jc w:val="right"/>
      </w:pPr>
      <w:r>
        <w:t>اس کے بعد کیا ہوا؟ کہ وہ</w:t>
      </w:r>
    </w:p>
    <w:p>
      <w:r>
        <w:rPr>
          <w:b/>
        </w:rPr>
        <w:t xml:space="preserve">[30:09] </w:t>
      </w:r>
      <w:r>
        <w:t>wo jo hai baat cheet mein ek sahib ka naam liya aur unhon ne kaha ke wo to hukoomat ke agent hain.</w:t>
      </w:r>
    </w:p>
    <w:p>
      <w:pPr>
        <w:jc w:val="right"/>
      </w:pPr>
      <w:r>
        <w:t>وہ جو ہے بات چیت میں ایک صاحب کا نام لیا اور انہوں نے کہا کہ وہ تو حکومت کے ایجنٹ ہیں۔</w:t>
      </w:r>
    </w:p>
    <w:p>
      <w:r>
        <w:rPr>
          <w:b/>
        </w:rPr>
        <w:t xml:space="preserve">[30:22] </w:t>
      </w:r>
      <w:r>
        <w:t>hukoomat ke agent.</w:t>
      </w:r>
    </w:p>
    <w:p>
      <w:pPr>
        <w:jc w:val="right"/>
      </w:pPr>
      <w:r>
        <w:t>حکومت کے ایجنٹ۔</w:t>
      </w:r>
    </w:p>
    <w:p>
      <w:r>
        <w:rPr>
          <w:b/>
        </w:rPr>
        <w:t xml:space="preserve">[30:30] </w:t>
      </w:r>
      <w:r>
        <w:t>to main ne kaha ke dekhiye</w:t>
      </w:r>
    </w:p>
    <w:p>
      <w:pPr>
        <w:jc w:val="right"/>
      </w:pPr>
      <w:r>
        <w:t>تو میں نے کہا کہ دیکھیے</w:t>
      </w:r>
    </w:p>
    <w:p>
      <w:r>
        <w:rPr>
          <w:b/>
        </w:rPr>
        <w:t xml:space="preserve">[30:35] </w:t>
      </w:r>
      <w:r>
        <w:t>body ki sehat ke liye aap ne chai chhod di.</w:t>
      </w:r>
    </w:p>
    <w:p>
      <w:pPr>
        <w:jc w:val="right"/>
      </w:pPr>
      <w:r>
        <w:t>باڈی کی صحت کے لیے آپ نے چائے چھوڑ دی۔</w:t>
      </w:r>
    </w:p>
    <w:p>
      <w:r>
        <w:rPr>
          <w:b/>
        </w:rPr>
        <w:t xml:space="preserve">[30:50] </w:t>
      </w:r>
      <w:r>
        <w:t>isi tarah aap ko ek aur kaam karna chahiye. main ne kaha ke aap jo keh rahe hain ke wo aadmi jo hai hukoomat ke agent hai. kya aap ke paas koi saboot hai?</w:t>
      </w:r>
    </w:p>
    <w:p>
      <w:pPr>
        <w:jc w:val="right"/>
      </w:pPr>
      <w:r>
        <w:t>اسی طرح آپ کو ایک اور کام کرنا چاہیے۔ میں نے کہا کہ آپ جو کہہ رہے ہیں کہ وہ آدمی جو ہے حکومت کے ایجنٹ ہے۔ کیا آپ کے پاس کوئی ثبوت ہے؟</w:t>
      </w:r>
    </w:p>
    <w:p>
      <w:r>
        <w:rPr>
          <w:b/>
        </w:rPr>
        <w:t xml:space="preserve">[31:05] </w:t>
      </w:r>
      <w:r>
        <w:t>to koi saboot na de sake wo.</w:t>
      </w:r>
    </w:p>
    <w:p>
      <w:pPr>
        <w:jc w:val="right"/>
      </w:pPr>
      <w:r>
        <w:t>تو کوئی ثبوت نہ دے سکے وہ۔</w:t>
      </w:r>
    </w:p>
    <w:p>
      <w:r>
        <w:rPr>
          <w:b/>
        </w:rPr>
        <w:t xml:space="preserve">[31:10] </w:t>
      </w:r>
      <w:r>
        <w:t>koi saboot na de sake wo. to main ne kaha ye to sirf ilzaam hai. main ne kaha ilzaam jaante hain kitni badi burai hai.</w:t>
      </w:r>
    </w:p>
    <w:p>
      <w:pPr>
        <w:jc w:val="right"/>
      </w:pPr>
      <w:r>
        <w:t>کوئی ثبوت نہ دے سکے وہ۔ تو میں نے کہا یہ تو صرف الزام ہے۔ میں نے کہا الزام جانتے ہیں کتنی بڑی برائی ہے۔</w:t>
      </w:r>
    </w:p>
    <w:p>
      <w:r>
        <w:rPr>
          <w:b/>
        </w:rPr>
        <w:t xml:space="preserve">[31:28] </w:t>
      </w:r>
      <w:r>
        <w:t>chai peene se aap ki sehat ko jo harm pahunchega us se arba guna zyada bada nuqsan hai wo jo jhoota kisi ko ilzaam dene hota hai.</w:t>
      </w:r>
    </w:p>
    <w:p>
      <w:pPr>
        <w:jc w:val="right"/>
      </w:pPr>
      <w:r>
        <w:t>چائے پینے سے آپ کی صحت کو جو ہارن پہنچے گا اس سے ارب گنا زیادہ بڑا نقصان ہے وہ جو جھوٹا کسی کو الزام دینے ہوتا ہے۔</w:t>
      </w:r>
    </w:p>
    <w:p>
      <w:r>
        <w:rPr>
          <w:b/>
        </w:rPr>
        <w:t xml:space="preserve">[31:41] </w:t>
      </w:r>
      <w:r>
        <w:t>phir main ne un ko Prophet ki ek hadees sunai. hadees mein aata hai ke agar koi aadmi kisi ke upar ek ilzaam lagaaye</w:t>
      </w:r>
    </w:p>
    <w:p>
      <w:pPr>
        <w:jc w:val="right"/>
      </w:pPr>
      <w:r>
        <w:t>پھر میں نے ان کو پرافٹ کی ایک حدیث سنائی۔ حدیث میں آتا ہے کہ اگر کوئی آدمی کسی کے اوپر ایک الزام لگائے</w:t>
      </w:r>
    </w:p>
    <w:p>
      <w:r>
        <w:rPr>
          <w:b/>
        </w:rPr>
        <w:t xml:space="preserve">[32:00] </w:t>
      </w:r>
      <w:r>
        <w:t>aur us ke paas us ka koi saboot maujood na ho to aakhirat mein wo us ko Khuda jahannam mein khara karega. jahannam mein, jahannam mein.</w:t>
      </w:r>
    </w:p>
    <w:p>
      <w:pPr>
        <w:jc w:val="right"/>
      </w:pPr>
      <w:r>
        <w:t>اور اس کے پاس اس کا کوئی ثبوت موجود نہ ہو تو آخرت میں وہ اس کو خدا جہنم میں کھڑا کرے گا۔ جہنم میں، جہنم میں۔</w:t>
      </w:r>
    </w:p>
    <w:p>
      <w:r>
        <w:rPr>
          <w:b/>
        </w:rPr>
        <w:t xml:space="preserve">[32:14] </w:t>
      </w:r>
      <w:r>
        <w:t>yani aag jahannam mein. wo kahega ke batao wo jo tum ne ilzaam lagaya tha wo jo ilzaam lagaya tha tum ne kya saboot tumhaare paas tha?</w:t>
      </w:r>
    </w:p>
    <w:p>
      <w:pPr>
        <w:jc w:val="right"/>
      </w:pPr>
      <w:r>
        <w:t>یعنی آگ جہنم میں۔ وہ کہے گا کہ بتاؤ وہ جو تم نے الزام لگایا تھا وہ جو الزام لگایا تھا تم نے کیا ثبوت تمہارے پاس تھا؟</w:t>
      </w:r>
    </w:p>
    <w:p>
      <w:r>
        <w:rPr>
          <w:b/>
        </w:rPr>
        <w:t xml:space="preserve">[32:23] </w:t>
      </w:r>
      <w:r>
        <w:t>batao.</w:t>
      </w:r>
    </w:p>
    <w:p>
      <w:pPr>
        <w:jc w:val="right"/>
      </w:pPr>
      <w:r>
        <w:t>بتاؤ۔</w:t>
      </w:r>
    </w:p>
    <w:p>
      <w:r>
        <w:rPr>
          <w:b/>
        </w:rPr>
        <w:t xml:space="preserve">[32:27] </w:t>
      </w:r>
      <w:r>
        <w:t>to Khuda kahega tum ko tab tak kisi aag mein khara rehna hai jab tak ke tum us ka koi saboot na de lo.</w:t>
      </w:r>
    </w:p>
    <w:p>
      <w:pPr>
        <w:jc w:val="right"/>
      </w:pPr>
      <w:r>
        <w:t>تو خدا کہے گا تم کو تب تک کسی آگ میں کھڑا رہنا ہے جب تک کہ تم اس کا کوئی ثبوت نہ دے لو۔</w:t>
      </w:r>
    </w:p>
    <w:p>
      <w:r>
        <w:rPr>
          <w:b/>
        </w:rPr>
        <w:t xml:space="preserve">[32:37] </w:t>
      </w:r>
      <w:r>
        <w:t>dekhiye agar log is baat ko sochein to kya jhoota ilzaam lagaayen kisi ko? lekin cheez kya hai log apni sehat ke liye to hosh mein hain lekin apni roohaniyat ke liye wo hosh mein nahi hain.</w:t>
      </w:r>
    </w:p>
    <w:p>
      <w:pPr>
        <w:jc w:val="right"/>
      </w:pPr>
      <w:r>
        <w:t>دیکھیے اگر لوگ اس بات کو سوچیں تو کیا جھوٹا الزام لگائیں کسی کو؟ لیکن چیز کیا ہے لوگ اپنی صحت کے لیے تو ہوش میں ہیں لیکن اپنی روحانیت کے لیے وہ ہوش میں نہیں ہیں۔</w:t>
      </w:r>
    </w:p>
    <w:p>
      <w:r>
        <w:rPr>
          <w:b/>
        </w:rPr>
        <w:t xml:space="preserve">[32:58] </w:t>
      </w:r>
      <w:r>
        <w:t>sehat mein koi bigaad aaye to us ke liye hosh mein hain wo. har aadmi aaj kal sehat ke baare mein hosh mein bana hua hai.</w:t>
      </w:r>
    </w:p>
    <w:p>
      <w:pPr>
        <w:jc w:val="right"/>
      </w:pPr>
      <w:r>
        <w:t>صحت میں کوئی بگاڑ آئے تو اس کے لیے ہوش میں ہیں وہ۔ ہر آدمی آج کل صحت کے بارے میں ہوش میں بنا ہوا ہے۔</w:t>
      </w:r>
    </w:p>
    <w:p>
      <w:r>
        <w:rPr>
          <w:b/>
        </w:rPr>
        <w:t xml:space="preserve">[33:07] </w:t>
      </w:r>
      <w:r>
        <w:t>us ke liye koi hosh mein nahi ke agar main ek aisi ghalti karoon jo Khuda ke nazdeek ghalti ho.</w:t>
      </w:r>
    </w:p>
    <w:p>
      <w:pPr>
        <w:jc w:val="right"/>
      </w:pPr>
      <w:r>
        <w:t>اس کے لیے کوئی ہوش میں نہیں کہ اگر میں ایک ایسی غلطی کروں جو خدا کے نزدیک غلطی ہو۔</w:t>
      </w:r>
    </w:p>
    <w:p>
      <w:r>
        <w:rPr>
          <w:b/>
        </w:rPr>
        <w:t xml:space="preserve">[33:15] </w:t>
      </w:r>
      <w:r>
        <w:t>jo Khuda ke nazdeek gunah ho. jo Khuda ke nazdeek gunah ho. to kitna bada pnishout mujhe bhugatna padega.</w:t>
      </w:r>
    </w:p>
    <w:p>
      <w:pPr>
        <w:jc w:val="right"/>
      </w:pPr>
      <w:r>
        <w:t>جو خدا کے نزدیک گناہ ہو۔ جو خدا کے نزدیک گناہ ہو۔ تو کتنا بڑا پنشوت مجھے بھگتنا پڑے گا۔</w:t>
      </w:r>
    </w:p>
    <w:p>
      <w:r>
        <w:rPr>
          <w:b/>
        </w:rPr>
        <w:t xml:space="preserve">[33:31] </w:t>
      </w:r>
      <w:r>
        <w:t>to hum chahte hain ke log jitna sehat ke baare mein hosh mein ho rahe hain us se bahut zyada wo</w:t>
      </w:r>
    </w:p>
    <w:p>
      <w:pPr>
        <w:jc w:val="right"/>
      </w:pPr>
      <w:r>
        <w:t>تو ہم چاہتے ہیں کہ لوگ جتنا صحت کے بارے میں ہوش میں ہو رہے ہیں اس سے بہت زیادہ وہ</w:t>
      </w:r>
    </w:p>
    <w:p>
      <w:r>
        <w:rPr>
          <w:b/>
        </w:rPr>
        <w:t xml:space="preserve">[33:42] </w:t>
      </w:r>
      <w:r>
        <w:t>Khuda ke maamle mein Khuda ke baare mein hosh mand ban jaayen. jitna wo apni sehat ke baare mein hosh mand ban rahe hain us se bahut zyada wo Khuda ke baare mein hosh mand ban jaayen.</w:t>
      </w:r>
    </w:p>
    <w:p>
      <w:pPr>
        <w:jc w:val="right"/>
      </w:pPr>
      <w:r>
        <w:t>خدا کے معاملے میں خدا کے بارے میں ہوش مند بن جائیں۔ جتنا وہ اپنی صحت کے بارے میں ہوش مند بن رہے ہیں اس سے بہت زیادہ وہ خدا کے بارے میں ہوش مند بن جائیں۔</w:t>
      </w:r>
    </w:p>
    <w:p>
      <w:r>
        <w:rPr>
          <w:b/>
        </w:rPr>
        <w:t xml:space="preserve">[33:56] </w:t>
      </w:r>
      <w:r>
        <w:t>ye goya humara mission hai.</w:t>
      </w:r>
    </w:p>
    <w:p>
      <w:pPr>
        <w:jc w:val="right"/>
      </w:pPr>
      <w:r>
        <w:t>یہ گویا ہمارا مشن ہے۔</w:t>
      </w:r>
    </w:p>
    <w:p>
      <w:r>
        <w:rPr>
          <w:b/>
        </w:rPr>
        <w:t xml:space="preserve">[34:05] </w:t>
      </w:r>
      <w:r>
        <w:t>isi tarah main aap ko</w:t>
      </w:r>
    </w:p>
    <w:p>
      <w:pPr>
        <w:jc w:val="right"/>
      </w:pPr>
      <w:r>
        <w:t>اسی طرح میں آپ کو</w:t>
      </w:r>
    </w:p>
    <w:p>
      <w:r>
        <w:rPr>
          <w:b/>
        </w:rPr>
        <w:t xml:space="preserve">[34:10] </w:t>
      </w:r>
      <w:r>
        <w:t>isi hisse mein ek aur hadees sunana chahta hoon.</w:t>
      </w:r>
    </w:p>
    <w:p>
      <w:pPr>
        <w:jc w:val="right"/>
      </w:pPr>
      <w:r>
        <w:t>اسی حصے میں ایک اور حدیث سنانا چاہتا ہوں۔</w:t>
      </w:r>
    </w:p>
    <w:p>
      <w:r>
        <w:rPr>
          <w:b/>
        </w:rPr>
        <w:t xml:space="preserve">[34:16] </w:t>
      </w:r>
      <w:r>
        <w:t>Prophet ne kaha 'man sāmita naja'. jo chup raha us ko najaat mil gayi.</w:t>
      </w:r>
    </w:p>
    <w:p>
      <w:pPr>
        <w:jc w:val="right"/>
      </w:pPr>
      <w:r>
        <w:t>پرافٹ نے کہا من سمت نجا۔ جو چپ رہا اس کو نجات مل گئی۔</w:t>
      </w:r>
    </w:p>
    <w:p>
      <w:r>
        <w:rPr>
          <w:b/>
        </w:rPr>
        <w:t xml:space="preserve">[34:26] </w:t>
      </w:r>
      <w:r>
        <w:t>us ne najaat paai. main ne bahut socha ke aakhir chup rahna kya hai? dekhiye koi purasraar mein is ko nahi manta ke cheezon mein purasraar cheezein hoti hain.</w:t>
      </w:r>
    </w:p>
    <w:p>
      <w:pPr>
        <w:jc w:val="right"/>
      </w:pPr>
      <w:r>
        <w:t>اس نے نجات پائی۔ میں نے بہت سوچا کہ آخر چپ رہنا کیا ہے؟ دیکھیے کوئی پراسرار میں اس کو نہیں مانتا کہ چیزوں میں پراسرار چیزیں ہوتی ہیں۔</w:t>
      </w:r>
    </w:p>
    <w:p>
      <w:r>
        <w:rPr>
          <w:b/>
        </w:rPr>
        <w:t xml:space="preserve">[34:41] </w:t>
      </w:r>
      <w:r>
        <w:t>yani chup rahe to purasraar taur par aap ko koi bahut bada faida mil jayega. ke agar aap chup ho jaayen to purasraar taur par aap ko koi bahut bada faida mil jayega.</w:t>
      </w:r>
    </w:p>
    <w:p>
      <w:pPr>
        <w:jc w:val="right"/>
      </w:pPr>
      <w:r>
        <w:t>یعنی چپ رہے تو پراسرار طور پر آپ کو کوئی بہت بڑا فائدہ مل جائے گا۔ کہ اگر آپ چپ ہو جائیں تو پراسرار طور پر آپ کو کوئی بہت بڑا فائدہ مل جائے گا۔</w:t>
      </w:r>
    </w:p>
    <w:p>
      <w:r>
        <w:rPr>
          <w:b/>
        </w:rPr>
        <w:t xml:space="preserve">[34:49] </w:t>
      </w:r>
      <w:r>
        <w:t>main is ko nahin manta.</w:t>
      </w:r>
    </w:p>
    <w:p>
      <w:pPr>
        <w:jc w:val="right"/>
      </w:pPr>
      <w:r>
        <w:t>میں اس کو نہیں مانتا۔</w:t>
      </w:r>
    </w:p>
    <w:p>
      <w:r>
        <w:rPr>
          <w:b/>
        </w:rPr>
        <w:t xml:space="preserve">[34:56] </w:t>
      </w:r>
      <w:r>
        <w:t>dekhiye sochte sochte mujhe samajh mein aaya ki chup rehna darasal introspection hai.</w:t>
      </w:r>
    </w:p>
    <w:p>
      <w:pPr>
        <w:jc w:val="right"/>
      </w:pPr>
      <w:r>
        <w:t>دیکھیے سوچتے سوچتے مجھے سمجھ میں آیا کہ چپ رہنا دراصل انٹراسپیکشن ہے۔</w:t>
      </w:r>
    </w:p>
    <w:p>
      <w:r>
        <w:rPr>
          <w:b/>
        </w:rPr>
        <w:t xml:space="preserve">[35:07] </w:t>
      </w:r>
      <w:r>
        <w:t>ehtisab hai, apna muhasba hai. jo chup raha usne nijaat paayi. yani jisne apna introspection kiya, apna muhasba kiya usne nijaat paayi.</w:t>
      </w:r>
    </w:p>
    <w:p>
      <w:pPr>
        <w:jc w:val="right"/>
      </w:pPr>
      <w:r>
        <w:t>احتساب ہے، اپنا محاسبہ ہے۔ جو چپ رہا اس نے نجات پائی۔ یعنی جس نے اپنا انٹراسپیکشن کیا، اپنا محاسبہ کیا اس نے نجات پائی۔</w:t>
      </w:r>
    </w:p>
    <w:p>
      <w:r>
        <w:rPr>
          <w:b/>
        </w:rPr>
        <w:t xml:space="preserve">[35:22] </w:t>
      </w:r>
      <w:r>
        <w:t>aaj kal mein dekhta hoon logon ko har aadmi bolne ka badshah bana hua hai. chup rehne ka koi badshah nahin. jis ko dekhiye pethkan apni zaban istemal kar raha hai.</w:t>
      </w:r>
    </w:p>
    <w:p>
      <w:pPr>
        <w:jc w:val="right"/>
      </w:pPr>
      <w:r>
        <w:t>آج کل میں دیکھتا ہوں لوگوں کو ہر آدمی بولنے کا بادشاہ بنا ہوا ہے۔ چپ رہنے کا کوئی بادشاہ نہیں۔ جس کو دیکھیے پیتھکان اپنی زبان استعمال کر رہا ہے۔</w:t>
      </w:r>
    </w:p>
    <w:p>
      <w:r>
        <w:rPr>
          <w:b/>
        </w:rPr>
        <w:t xml:space="preserve">[35:39] </w:t>
      </w:r>
      <w:r>
        <w:t>kisi ne kaha tha ki jab mein bol raha hoon mein sun nahin raha. to mein us par itna izafa karta hoon ki jab mein bol raha hoon mein soch nahin raha hoon.</w:t>
      </w:r>
    </w:p>
    <w:p>
      <w:pPr>
        <w:jc w:val="right"/>
      </w:pPr>
      <w:r>
        <w:t>کسی نے کہا تھا کہ جب میں بول رہا ہوں میں سن نہیں رہا۔ تو میں اس پر اتنا اضافہ کرتا ہوں کہ جب میں بول رہا ہوں میں سوچ نہیں رہا ہوں۔</w:t>
      </w:r>
    </w:p>
    <w:p>
      <w:r>
        <w:rPr>
          <w:b/>
        </w:rPr>
        <w:t xml:space="preserve">[35:57] </w:t>
      </w:r>
      <w:r>
        <w:t>jab mein bolta hoon to mein apna muhasba nahin kar raha hoon. jab mein bolta hoon to mein apna introspection nahin kar raha hoon.</w:t>
      </w:r>
    </w:p>
    <w:p>
      <w:pPr>
        <w:jc w:val="right"/>
      </w:pPr>
      <w:r>
        <w:t>جب میں بولتا ہوں تو میں اپنا محاسبہ نہیں کر رہا ہوں۔ جب میں بولتا ہوں تو میں اپنا انٹراسپیکشن نہیں کر رہا ہوں۔</w:t>
      </w:r>
    </w:p>
    <w:p>
      <w:r>
        <w:rPr>
          <w:b/>
        </w:rPr>
        <w:t xml:space="preserve">[36:06] </w:t>
      </w:r>
      <w:r>
        <w:t>yeh hai ilahi zaati shakhsiyat. yeh hai woh zaati taraqqi jo hamara hadaf hai.</w:t>
      </w:r>
    </w:p>
    <w:p>
      <w:pPr>
        <w:jc w:val="right"/>
      </w:pPr>
      <w:r>
        <w:t>یہ ہے الٰہی ذاتی شخصیت۔ یہ ہے وہ ذاتی ترقی جو ہمارا ہدف ہے۔</w:t>
      </w:r>
    </w:p>
    <w:p>
      <w:r>
        <w:rPr>
          <w:b/>
        </w:rPr>
        <w:t xml:space="preserve">[36:18] </w:t>
      </w:r>
      <w:r>
        <w:t>hum aise insaan banana chahte hain jo pehle chup rahein phir bolein. jo bolne se zyada sochein.</w:t>
      </w:r>
    </w:p>
    <w:p>
      <w:pPr>
        <w:jc w:val="right"/>
      </w:pPr>
      <w:r>
        <w:t>ہم ایسے انسان بنانا چاہتے ہیں جو پہلے چپ رہیں پھر بولیں۔ جو بولنے سے زیادہ سوچیں۔</w:t>
      </w:r>
    </w:p>
    <w:p>
      <w:r>
        <w:rPr>
          <w:b/>
        </w:rPr>
        <w:t xml:space="preserve">[36:31] </w:t>
      </w:r>
      <w:r>
        <w:t>bolne se zyada apna introspection karein. bolne se zyada apna muhasba karein.</w:t>
      </w:r>
    </w:p>
    <w:p>
      <w:pPr>
        <w:jc w:val="right"/>
      </w:pPr>
      <w:r>
        <w:t>بولنے سے زیادہ اپنا انٹراسپیکشن کریں۔ بولنے سے زیادہ اپنا محاسبہ کریں۔</w:t>
      </w:r>
    </w:p>
    <w:p>
      <w:r>
        <w:rPr>
          <w:b/>
        </w:rPr>
        <w:t xml:space="preserve">[36:40] </w:t>
      </w:r>
      <w:r>
        <w:t>aise hi log hain jo kisi society ke kisi society ke</w:t>
      </w:r>
    </w:p>
    <w:p>
      <w:pPr>
        <w:jc w:val="right"/>
      </w:pPr>
      <w:r>
        <w:t>ایسے ہی لوگ ہیں جو کسی سوسائٹی کے کسی سوسائٹی کے</w:t>
      </w:r>
    </w:p>
    <w:p>
      <w:r>
        <w:rPr>
          <w:b/>
        </w:rPr>
        <w:t xml:space="preserve">[36:50] </w:t>
      </w:r>
      <w:r>
        <w:t>sehat mand member kahe ja sakte hain. achhi society kaun hai? achhi society woh hai jiske members ke andar</w:t>
      </w:r>
    </w:p>
    <w:p>
      <w:pPr>
        <w:jc w:val="right"/>
      </w:pPr>
      <w:r>
        <w:t>صحت مند ممبر کہے جا سکتے ہیں۔ اچھی سوسائٹی کون ہے؟ اچھی سوسائٹی وہ ہے جس کے ممبرز کے اندر</w:t>
      </w:r>
    </w:p>
    <w:p>
      <w:r>
        <w:rPr>
          <w:b/>
        </w:rPr>
        <w:t xml:space="preserve">[37:05] </w:t>
      </w:r>
      <w:r>
        <w:t>tameeri soch ho.</w:t>
      </w:r>
    </w:p>
    <w:p>
      <w:pPr>
        <w:jc w:val="right"/>
      </w:pPr>
      <w:r>
        <w:t>تعمیری سوچ ہو۔</w:t>
      </w:r>
    </w:p>
    <w:p>
      <w:r>
        <w:rPr>
          <w:b/>
        </w:rPr>
        <w:t xml:space="preserve">[37:13] </w:t>
      </w:r>
      <w:r>
        <w:t>hamara India mein aap dekhiye kisi road par chaliye har jagah aap ko jhagda karte hue milenge do aadmi. ke ek do sawari mein takrao ho gaya ladai ho rahi hai.</w:t>
      </w:r>
    </w:p>
    <w:p>
      <w:pPr>
        <w:jc w:val="right"/>
      </w:pPr>
      <w:r>
        <w:t>ہمارا انڈیا میں آپ دیکھیے کسی روڈ پر چلیے ہر جگہ آپ کو جھگڑا کرتے ہوئے ملیں گے دو آدمی۔ کہ ایک دو سواری میں ٹکراؤ ہو گیا لڑائی ہو رہی ہے۔</w:t>
      </w:r>
    </w:p>
    <w:p>
      <w:r>
        <w:rPr>
          <w:b/>
        </w:rPr>
        <w:t xml:space="preserve">[37:23] </w:t>
      </w:r>
      <w:r>
        <w:t>jhagda ho raha hai. Japan mein kya haal hai? agar do car aa kar aapas mein zara sa touch bhi kar jayein to dono utrein ge.</w:t>
      </w:r>
    </w:p>
    <w:p>
      <w:pPr>
        <w:jc w:val="right"/>
      </w:pPr>
      <w:r>
        <w:t>جھگڑا ہو رہا ہے۔ جاپان میں کیا حال ہے؟ اگر دو کار آ کر آپس میں ذرا سا ٹچ بھی کر جائیں تو دونوں اتریں گے۔</w:t>
      </w:r>
    </w:p>
    <w:p>
      <w:r>
        <w:rPr>
          <w:b/>
        </w:rPr>
        <w:t xml:space="preserve">[37:41] </w:t>
      </w:r>
      <w:r>
        <w:t>Japan ke logon ke baare mein mera khayal hai mera ehsas hai main gaya hoon khud bhi Japan mein ki woh log fitrat par hote hain. fitrat par. hum log fitrat par nahin hain.</w:t>
      </w:r>
    </w:p>
    <w:p>
      <w:pPr>
        <w:jc w:val="right"/>
      </w:pPr>
      <w:r>
        <w:t>جاپان کے لوگوں کے بارے میں میرا خیال ہے میرا احساس ہے میں گیا ہوں خود بھی جاپان میں کہ وہ لوگ فطرت پر ہوتے ہیں۔ فطرت پر۔ ہم لوگ فطرت پر نہیں ہیں۔</w:t>
      </w:r>
    </w:p>
    <w:p>
      <w:r>
        <w:rPr>
          <w:b/>
        </w:rPr>
        <w:t xml:space="preserve">[37:55] </w:t>
      </w:r>
      <w:r>
        <w:t>hum ibadat karte hain aur lekin hum fitrat par nahin hain.</w:t>
      </w:r>
    </w:p>
    <w:p>
      <w:pPr>
        <w:jc w:val="right"/>
      </w:pPr>
      <w:r>
        <w:t>ہم عبادت کرتے ہیں اور لیکن ہم فطرت پر نہیں ہیں۔</w:t>
      </w:r>
    </w:p>
    <w:p>
      <w:r>
        <w:rPr>
          <w:b/>
        </w:rPr>
        <w:t xml:space="preserve">[38:06] </w:t>
      </w:r>
      <w:r>
        <w:t>to dono ke dono utrein ge koi bole ga nahin. dono ek doosre ke samne sar jhuka kar khade ho jayenge.</w:t>
      </w:r>
    </w:p>
    <w:p>
      <w:pPr>
        <w:jc w:val="right"/>
      </w:pPr>
      <w:r>
        <w:t>تو دونوں کے دونوں اتریں گے کوئی بولے گا نہیں۔ دونوں ایک دوسرے کے سامنے سر جھکا کر کھڑے ہو جائیں گے۔</w:t>
      </w:r>
    </w:p>
    <w:p>
      <w:r>
        <w:rPr>
          <w:b/>
        </w:rPr>
        <w:t xml:space="preserve">[38:16] </w:t>
      </w:r>
      <w:r>
        <w:t>yani amali zaban mein ya body zaban mein yeh kahna ki mujhe maaf karo.</w:t>
      </w:r>
    </w:p>
    <w:p>
      <w:pPr>
        <w:jc w:val="right"/>
      </w:pPr>
      <w:r>
        <w:t>یعنی عملی زبان میں یا باڈی زبان میں یہ کہنا کہ مجھے معاف کرو۔</w:t>
      </w:r>
    </w:p>
    <w:p>
      <w:r>
        <w:rPr>
          <w:b/>
        </w:rPr>
        <w:t xml:space="preserve">[38:24] </w:t>
      </w:r>
      <w:r>
        <w:t>maaf kijiye main ghalat tha.</w:t>
      </w:r>
    </w:p>
    <w:p>
      <w:pPr>
        <w:jc w:val="right"/>
      </w:pPr>
      <w:r>
        <w:t>معاف کیجیے میں غلط تھا۔</w:t>
      </w:r>
    </w:p>
    <w:p>
      <w:r>
        <w:rPr>
          <w:b/>
        </w:rPr>
        <w:t xml:space="preserve">[38:29] </w:t>
      </w:r>
      <w:r>
        <w:t>isi tarah thodi der dono khade rahenge iske baad dono chale jayenge. yeh hai society. humne aisi society nahin banai.</w:t>
      </w:r>
    </w:p>
    <w:p>
      <w:pPr>
        <w:jc w:val="right"/>
      </w:pPr>
      <w:r>
        <w:t>اسی طرح تھوڑی دیر دونوں کھڑے رہیں گے اس کے بعد دونوں چلے جائیں گے۔ یہ ہے سوسائٹی۔ ہم نے ایسی سوسائٹی نہیں بنائی۔</w:t>
      </w:r>
    </w:p>
    <w:p>
      <w:r>
        <w:rPr>
          <w:b/>
        </w:rPr>
        <w:t xml:space="preserve">[38:41] </w:t>
      </w:r>
      <w:r>
        <w:t>mujhe afsos hai ki nah India mein society banane ka koi kaam hua nah Muslim World mein kahin bhi aisi society banane ka kaam hua. poori Muslim World mein kya hai?</w:t>
      </w:r>
    </w:p>
    <w:p>
      <w:pPr>
        <w:jc w:val="right"/>
      </w:pPr>
      <w:r>
        <w:t>مجھے افسوس ہے کہ نہ انڈیا میں سوسائٹی بنانے کا کوئی کام ہوا نہ مسلم ورلڈ میں کہیں بھی ایسی سوسائٹی بنانے کا کام ہوا۔ پوری مسلم ورلڈ میں کیا ہے؟</w:t>
      </w:r>
    </w:p>
    <w:p>
      <w:r>
        <w:rPr>
          <w:b/>
        </w:rPr>
        <w:t xml:space="preserve">[38:49] </w:t>
      </w:r>
      <w:r>
        <w:t>siyasi naare hain, siyasi tehrikein hain, siyasi jhagde hain. har jagah hangama khara hua hai. kahin bhi is tarah ke insaan banane ki koshish nahin ki gayi. kisi bhi Muslim mulk mein.</w:t>
      </w:r>
    </w:p>
    <w:p>
      <w:pPr>
        <w:jc w:val="right"/>
      </w:pPr>
      <w:r>
        <w:t>سیاسی نعرے ہیں، سیاسی تحریکیں ہیں، سیاسی جھگڑے ہیں۔ ہر جگہ ہنگامہ کھڑا ہوا ہے۔ کہیں بھی اس طرح کے انسان بنانے کی کوشش نہیں کی گئی۔ کسی بھی مسلم ملک میں۔</w:t>
      </w:r>
    </w:p>
    <w:p>
      <w:r>
        <w:rPr>
          <w:b/>
        </w:rPr>
        <w:t xml:space="preserve">[38:59] </w:t>
      </w:r>
      <w:r>
        <w:t>kisi ek Muslim mulk mein aisa nahin hua.</w:t>
      </w:r>
    </w:p>
    <w:p>
      <w:pPr>
        <w:jc w:val="right"/>
      </w:pPr>
      <w:r>
        <w:t>کسی ایک مسلم ملک میں ایسا نہیں ہوا۔</w:t>
      </w:r>
    </w:p>
    <w:p>
      <w:r>
        <w:rPr>
          <w:b/>
        </w:rPr>
        <w:t xml:space="preserve">[39:05] </w:t>
      </w:r>
      <w:r>
        <w:t>isi liye koi musbat kaam kahin nahin ho raha hai. agar aap ko koi achhi society dekhna chahte hain aap to pehle afraad ko banaiye.</w:t>
      </w:r>
    </w:p>
    <w:p>
      <w:pPr>
        <w:jc w:val="right"/>
      </w:pPr>
      <w:r>
        <w:t>اسی لیے کوئی مثبت کام کہیں نہیں ہو رہا ہے۔ اگر آپ کو کوئی اچھی سوسائٹی دیکھنا چاہتے ہیں آپ تو پہلے افراد کو بنائیے۔</w:t>
      </w:r>
    </w:p>
    <w:p>
      <w:r>
        <w:rPr>
          <w:b/>
        </w:rPr>
        <w:t xml:space="preserve">[39:19] </w:t>
      </w:r>
      <w:r>
        <w:t>agar aap koi bada nateeja dekhna chahte hain social level par to pehle afraad ke level par logon ko theek kijiye. ek baar aisa hua ki Prophet ne apne kuch saathiyon se kaha ki aao mujh se baiat karo.</w:t>
      </w:r>
    </w:p>
    <w:p>
      <w:pPr>
        <w:jc w:val="right"/>
      </w:pPr>
      <w:r>
        <w:t>اگر آپ کوئی بڑا نتیجہ دیکھنا چاہتے ہیں سوشل لیول پر تو پہلے افراد کے لیول پر لوگوں کو ٹھیک کیجیے۔ ایک بار ایسا ہوا کہ پرافٹ نے اپنے کچھ ساتھیوں سے کہا کہ آؤ مجھ سے بیعت کرو۔</w:t>
      </w:r>
    </w:p>
    <w:p>
      <w:r>
        <w:rPr>
          <w:b/>
        </w:rPr>
        <w:t xml:space="preserve">[39:38] </w:t>
      </w:r>
      <w:r>
        <w:t>aap jante hain ke bait is tarah hoti thi pehle zamane mein ab to nahi hoti. bait ka matlab hai pledge. pledge lo.</w:t>
      </w:r>
    </w:p>
    <w:p>
      <w:pPr>
        <w:jc w:val="right"/>
      </w:pPr>
      <w:r>
        <w:t>آپ جانتے ہیں کہ بیعت اس طرح ہوتی تھی پہلے زمانے میں اب تو نہیں ہوتی۔ بیعت کا مطلب ہے پلج۔ پلج لو۔</w:t>
      </w:r>
    </w:p>
    <w:p>
      <w:r>
        <w:rPr>
          <w:b/>
        </w:rPr>
        <w:t xml:space="preserve">[39:51] </w:t>
      </w:r>
      <w:r>
        <w:t>to logon ne kaha hum to bait kar chuke hain.</w:t>
      </w:r>
    </w:p>
    <w:p>
      <w:pPr>
        <w:jc w:val="right"/>
      </w:pPr>
      <w:r>
        <w:t>تو لوگوں نے کہا ہم تو بیعت کر چکے ہیں۔</w:t>
      </w:r>
    </w:p>
    <w:p>
      <w:r>
        <w:rPr>
          <w:b/>
        </w:rPr>
        <w:t xml:space="preserve">[39:56] </w:t>
      </w:r>
      <w:r>
        <w:t>to unhone kaha aap ne kaha ke nahi phir se karo. to aap ne jo unse pledge liya to aap ne kaha ke dekho kabhi kisi se koi cheez mangna nahi.</w:t>
      </w:r>
    </w:p>
    <w:p>
      <w:pPr>
        <w:jc w:val="right"/>
      </w:pPr>
      <w:r>
        <w:t>تو انہوں نے کہا آپ نے کہا کہ نہیں پھر سے کرو۔ تو آپ نے جو ان سے پلج لیا تو آپ نے کہا کہ دیکھو کبھی کسی سے کوئی چیز مانگنا نہیں۔</w:t>
      </w:r>
    </w:p>
    <w:p>
      <w:r>
        <w:rPr>
          <w:b/>
        </w:rPr>
        <w:t xml:space="preserve">[40:10] </w:t>
      </w:r>
      <w:r>
        <w:t>kabhi kisi se koi cheez mangna nahi.</w:t>
      </w:r>
    </w:p>
    <w:p>
      <w:pPr>
        <w:jc w:val="right"/>
      </w:pPr>
      <w:r>
        <w:t>کبھی کسی سے کوئی چیز مانگنا نہیں۔</w:t>
      </w:r>
    </w:p>
    <w:p>
      <w:r>
        <w:rPr>
          <w:b/>
        </w:rPr>
        <w:t xml:space="preserve">[40:17] </w:t>
      </w:r>
      <w:r>
        <w:t>to in logon ka haal yeh hua ke kitabon mein aata hai ke ek aadmi ghore par chala ja raha hai. uska koda hath se chhoot kar gir pada zameen par.</w:t>
      </w:r>
    </w:p>
    <w:p>
      <w:pPr>
        <w:jc w:val="right"/>
      </w:pPr>
      <w:r>
        <w:t>تو ان لوگوں کا حال یہ ہوا کہ کتابوں میں آتا ہے کہ ایک آدمی گھوڑے پر چلا جا رہا ہے۔ اس کا کوڑا ہاتھ سے چھوٹ کر گر پڑا زمین پر۔</w:t>
      </w:r>
    </w:p>
    <w:p>
      <w:r>
        <w:rPr>
          <w:b/>
        </w:rPr>
        <w:t xml:space="preserve">[40:32] </w:t>
      </w:r>
      <w:r>
        <w:t>to wahan par aadmi tha jis se keh sakta tha ke bhai dekho yeh koda gir gaya hai mujhe utha kar de do. magar usne ghore ko roka utra utar kar ghoda utar kar koda uthaya phir dobara chadha uske upar.</w:t>
      </w:r>
    </w:p>
    <w:p>
      <w:pPr>
        <w:jc w:val="right"/>
      </w:pPr>
      <w:r>
        <w:t>تو وہاں پر آدمی تھا جس سے کہہ سکتا تھا کہ بھائی دیکھو یہ کوڑا گر گیا ہے مجھے اٹھا کر دے دو۔ مگر اس نے گھوڑے کو روکا اترا اتر کر گھوڑا اتر کر کوڑا اٹھایا پھر دوبارہ چڑھا اس کے اوپر۔</w:t>
      </w:r>
    </w:p>
    <w:p>
      <w:r>
        <w:rPr>
          <w:b/>
        </w:rPr>
        <w:t xml:space="preserve">[40:50] </w:t>
      </w:r>
      <w:r>
        <w:t>itna bhi nahi kiya usne ke chalne wale aadmi se keh de ke bhai dekho yeh koda hai utha kar de do mujh ko. is par maine bahut gaur kiya ke iska matlab kya tha?</w:t>
      </w:r>
    </w:p>
    <w:p>
      <w:pPr>
        <w:jc w:val="right"/>
      </w:pPr>
      <w:r>
        <w:t>اتنا بھی نہیں کیا اس نے کہ چلنے والے آدمی سے کہہ دے کہ بھائی دیکھو یہ کوڑا ہے اٹھا کر دے دو مجھ کو۔ اس پر میں نے بہت غور کیا کہ اس کا مطلب کیا تھا؟</w:t>
      </w:r>
    </w:p>
    <w:p>
      <w:r>
        <w:rPr>
          <w:b/>
        </w:rPr>
        <w:t xml:space="preserve">[41:01] </w:t>
      </w:r>
      <w:r>
        <w:t>iska matlab kya tha? iska matlab yeh tha ke apna masla doosre ke sar par na dalo.</w:t>
      </w:r>
    </w:p>
    <w:p>
      <w:pPr>
        <w:jc w:val="right"/>
      </w:pPr>
      <w:r>
        <w:t>اس کا مطلب کیا تھا؟ اس کا مطلب یہ تھا کہ اپنا مسئلہ دوسرے کے سر پر نہ ڈالو۔</w:t>
      </w:r>
    </w:p>
    <w:p>
      <w:r>
        <w:rPr>
          <w:b/>
        </w:rPr>
        <w:t xml:space="preserve">[41:13] </w:t>
      </w:r>
      <w:r>
        <w:t>apna masla doosre ke sar par na dalo. yeh bhi ek samajh lijiye ke aap chhote masle aur bade masle mein agar fark karne lagenge to aap kabhi bhi woh taraqqi aap ke andar nahi ho sakti hai.</w:t>
      </w:r>
    </w:p>
    <w:p>
      <w:pPr>
        <w:jc w:val="right"/>
      </w:pPr>
      <w:r>
        <w:t>اپنا مسئلہ دوسرے کے سر پر نہ ڈالو۔ یہ بھی ایک سمجھ لیجیے کہ آپ چھوٹے مسئلے اور بڑے مسئلے میں اگر فرق کرنے لگیں گے تو آپ کبھی بھی وہ ترقی آپ کے اندر نہیں ہو سکتی ہے۔</w:t>
      </w:r>
    </w:p>
    <w:p>
      <w:r>
        <w:rPr>
          <w:b/>
        </w:rPr>
        <w:t xml:space="preserve">[41:28] </w:t>
      </w:r>
      <w:r>
        <w:t>jab aap chhote masle ke bare mein tak mein hoshmand ho jayen ge tab aap bare masle ke bare mein hoshmand banen ge. agar aap yeh agar aap ki soch yeh ho are bhai yeh to kode ki baat hai is mein kya farq parta hai mang lete hain.</w:t>
      </w:r>
    </w:p>
    <w:p>
      <w:pPr>
        <w:jc w:val="right"/>
      </w:pPr>
      <w:r>
        <w:t>جب آپ چھوٹے مسئلے کے بارے میں تک میں ہوش مند ہو جائیں گے تب آپ بڑے مسئلے کے بارے میں ہوش مند بنیں گے۔ اگر آپ یہ اگر آپ کی سوچ یہ ہو ارے بھئی یہ تو کوڑے کی بات ہے اس میں کیا فرق پڑتا ہے مانگ لیتے ہیں۔</w:t>
      </w:r>
    </w:p>
    <w:p>
      <w:r>
        <w:rPr>
          <w:b/>
        </w:rPr>
        <w:t xml:space="preserve">[41:41] </w:t>
      </w:r>
      <w:r>
        <w:t>to bare mamle mein bhi aap aise hi kar dalen ge. yeh ek nafsiyati baat arz kar raha hoon nafsiyati baat. ke kisi mamle mein aap yeh farq na dekhen</w:t>
      </w:r>
    </w:p>
    <w:p>
      <w:pPr>
        <w:jc w:val="right"/>
      </w:pPr>
      <w:r>
        <w:t>تو بڑے معاملے میں بھی آپ ایسے ہی کر ڈالیں گے۔ یہ ایک نفسیاتی بات عرض کر رہا ہوں نفسیاتی بات۔ کہ کسی معاملے میں آپ یہ فرق نہ دیکھیں</w:t>
      </w:r>
    </w:p>
    <w:p>
      <w:r>
        <w:rPr>
          <w:b/>
        </w:rPr>
        <w:t xml:space="preserve">[41:55] </w:t>
      </w:r>
      <w:r>
        <w:t>ke yeh chhota hai yeh bada hai.</w:t>
      </w:r>
    </w:p>
    <w:p>
      <w:pPr>
        <w:jc w:val="right"/>
      </w:pPr>
      <w:r>
        <w:t>کہ یہ چھوٹا ہے یہ بڑا ہے۔</w:t>
      </w:r>
    </w:p>
    <w:p>
      <w:r>
        <w:rPr>
          <w:b/>
        </w:rPr>
        <w:t xml:space="preserve">[42:00] </w:t>
      </w:r>
      <w:r>
        <w:t>jab tak chhoti cheez ke bare mein bhi aap hoshmand na hon tab tak aap badi cheez ke bare mein hoshmand nahi ho sakte. to aap ke is ka matlab yeh tha ke kisi apna masla doosre ke sar par na dalo.</w:t>
      </w:r>
    </w:p>
    <w:p>
      <w:pPr>
        <w:jc w:val="right"/>
      </w:pPr>
      <w:r>
        <w:t>جب تک چھوٹی چیز کے بارے میں بھی آپ ہوش مند نہ ہوں تب تک آپ بڑی چیز کے بارے میں ہوش مند نہیں ہو سکتے۔ تو آپ کے اس کا مطلب یہ تھا کہ کسی اپنا مسئلہ دوسرے کے سر پر نہ ڈالو۔</w:t>
      </w:r>
    </w:p>
    <w:p>
      <w:r>
        <w:rPr>
          <w:b/>
        </w:rPr>
        <w:t xml:space="preserve">[42:13] </w:t>
      </w:r>
      <w:r>
        <w:t>yani society mein bemasla insan ban kar raho. bemasla insan ban kar raho.</w:t>
      </w:r>
    </w:p>
    <w:p>
      <w:pPr>
        <w:jc w:val="right"/>
      </w:pPr>
      <w:r>
        <w:t>یعنی سوسائٹی میں بے مسئلہ انسان بن کر رہو۔ بے مسئلہ انسان بن کر رہو۔</w:t>
      </w:r>
    </w:p>
    <w:p>
      <w:r>
        <w:rPr>
          <w:b/>
        </w:rPr>
        <w:t xml:space="preserve">[42:25] </w:t>
      </w:r>
      <w:r>
        <w:t>is par maine bahut socha to mujhe yaad aaya doosri hadithon se aur quran se parh kar ke ke dunya mein yani society mein do</w:t>
      </w:r>
    </w:p>
    <w:p>
      <w:pPr>
        <w:jc w:val="right"/>
      </w:pPr>
      <w:r>
        <w:t>اس پر میں نے بہت سوچا تو مجھے یاد آیا دوسری حدیثوں سے اور قرآن سے پڑھ کر کے کہ دنیا میں یعنی سوسائٹی میں دو</w:t>
      </w:r>
    </w:p>
    <w:p>
      <w:r>
        <w:rPr>
          <w:b/>
        </w:rPr>
        <w:t xml:space="preserve">[42:41] </w:t>
      </w:r>
      <w:r>
        <w:t>yani do woh hain do mayar hain. pehla aur ooncha to yeh hai ke aap mufeed banen nafe banen.</w:t>
      </w:r>
    </w:p>
    <w:p>
      <w:pPr>
        <w:jc w:val="right"/>
      </w:pPr>
      <w:r>
        <w:t>یعنی دو وہ ہیں دو معیار ہیں۔ پہلا اور اونچا تو یہ ہے کہ آپ مفید بنیں نافع بنیں۔</w:t>
      </w:r>
    </w:p>
    <w:p>
      <w:r>
        <w:rPr>
          <w:b/>
        </w:rPr>
        <w:t xml:space="preserve">[42:53] </w:t>
      </w:r>
      <w:r>
        <w:t>sab se ooncha jo hai woh yeh hai ke aap logon ke liye faida pohnchaney wale banen. deney wale ban kar bane rahen.</w:t>
      </w:r>
    </w:p>
    <w:p>
      <w:pPr>
        <w:jc w:val="right"/>
      </w:pPr>
      <w:r>
        <w:t>سب سے اونچا جو ہے وہ یہ ہے کہ آپ لوگوں کے لیے فائدہ پہنچانے والے بنیں۔ دینے والے بن کر بنے رہیں۔</w:t>
      </w:r>
    </w:p>
    <w:p>
      <w:r>
        <w:rPr>
          <w:b/>
        </w:rPr>
        <w:t xml:space="preserve">[43:04] </w:t>
      </w:r>
      <w:r>
        <w:t>society ke deney wale member ban kar rahen aap. yeh pehla ooncha hai. aur aakhri jo hai sab se necha woh yeh hai ke aap society mein bemasla shakhs ban jayen.</w:t>
      </w:r>
    </w:p>
    <w:p>
      <w:pPr>
        <w:jc w:val="right"/>
      </w:pPr>
      <w:r>
        <w:t>سوسائٹی کے دینے والے ممبر بن کر رہیں آپ۔ یہ پہلا اونچا ہے۔ اور آخری جو ہے سب سے نیچا وہ یہ ہے کہ آپ سوسائٹی میں بے مسئلہ شخص بن جائیں۔</w:t>
      </w:r>
    </w:p>
    <w:p>
      <w:r>
        <w:rPr>
          <w:b/>
        </w:rPr>
        <w:t xml:space="preserve">[43:19] </w:t>
      </w:r>
      <w:r>
        <w:t>is ke baad koi darja nahi. in do ke baad koi darja nahi.</w:t>
      </w:r>
    </w:p>
    <w:p>
      <w:pPr>
        <w:jc w:val="right"/>
      </w:pPr>
      <w:r>
        <w:t>اس کے بعد کوئی درجہ نہیں۔ ان دو کے بعد کوئی درجہ نہیں۔</w:t>
      </w:r>
    </w:p>
    <w:p>
      <w:r>
        <w:rPr>
          <w:b/>
        </w:rPr>
        <w:t xml:space="preserve">[43:27] </w:t>
      </w:r>
      <w:r>
        <w:t>yani ya to aap doosron ko deney wale banen ya kam az kam yeh hai ke aap doosron ke liye koi masla paida na karen. aise insan jab hon ge tab hi koi society ban sakti hai.</w:t>
      </w:r>
    </w:p>
    <w:p>
      <w:pPr>
        <w:jc w:val="right"/>
      </w:pPr>
      <w:r>
        <w:t>یعنی یا تو آپ دوسروں کو دینے والے بنیں یا کم از کم یہ ہے کہ آپ دوسروں کے لیے کوئی مسئلہ پیدا نہ کریں۔ ایسے انسان جب ہوں گے تب ہی کوئی سوسائٹی بن سکتی ہے۔</w:t>
      </w:r>
    </w:p>
    <w:p>
      <w:r>
        <w:rPr>
          <w:b/>
        </w:rPr>
        <w:t xml:space="preserve">[43:47] </w:t>
      </w:r>
      <w:r>
        <w:t>tab hi koi society ban sakti hai. warna nahi.</w:t>
      </w:r>
    </w:p>
    <w:p>
      <w:pPr>
        <w:jc w:val="right"/>
      </w:pPr>
      <w:r>
        <w:t>تب ہی کوئی سوسائٹی بن سکتی ہے۔ ورنہ نہیں۔</w:t>
      </w:r>
    </w:p>
    <w:p>
      <w:r>
        <w:rPr>
          <w:b/>
        </w:rPr>
        <w:t xml:space="preserve">[43:55] </w:t>
      </w:r>
      <w:r>
        <w:t>naare aur jhande hon ge jalse jaloos hon ge media ke hangame hon ge lekin koi sehatmand society nahi hogi wahan par.</w:t>
      </w:r>
    </w:p>
    <w:p>
      <w:pPr>
        <w:jc w:val="right"/>
      </w:pPr>
      <w:r>
        <w:t>نعرے اور جھنڈے ہوں گے جلسے جلوس ہوں گے میڈیا کے ہنگامے ہوں گے لیکن کوئی صحت مند سوسائٹی نہیں ہوگی وہاں پر۔</w:t>
      </w:r>
    </w:p>
    <w:p>
      <w:r>
        <w:rPr>
          <w:b/>
        </w:rPr>
        <w:t xml:space="preserve">[44:06] </w:t>
      </w:r>
      <w:r>
        <w:t>prophet ke paas ek bar ek aadmi aaya us ne kaha mere andar bahut sari buraiyan hain. sab ko ikatthe chhod nahi sakta hoon.</w:t>
      </w:r>
    </w:p>
    <w:p>
      <w:pPr>
        <w:jc w:val="right"/>
      </w:pPr>
      <w:r>
        <w:t>پرافٹ کے پاس ایک بار ایک آدمی آیا اس نے کہا میرے اندر بہت ساری برائیاں ہیں۔ سب کو اکٹھے چھوڑ نہیں سکتا ہوں۔</w:t>
      </w:r>
    </w:p>
    <w:p>
      <w:r>
        <w:rPr>
          <w:b/>
        </w:rPr>
        <w:t xml:space="preserve">[44:16] </w:t>
      </w:r>
      <w:r>
        <w:t>ek ek kar ke chhodon ga to aaj mujhe bataiye aap ke kon si chhodon mein sab se pehle. to aap ne kaha ke jhoot bolna chhod do.</w:t>
      </w:r>
    </w:p>
    <w:p>
      <w:pPr>
        <w:jc w:val="right"/>
      </w:pPr>
      <w:r>
        <w:t>ایک ایک کر کے چھوڑوں گا تو آج مجھے بتائیے آپ کے کون سی چھوڑوں میں سب سے پہلے۔ تو آپ نے کہا کہ جھوٹ بولنا چھوڑ دو۔</w:t>
      </w:r>
    </w:p>
    <w:p>
      <w:r>
        <w:rPr>
          <w:b/>
        </w:rPr>
        <w:t xml:space="preserve">[44:27] </w:t>
      </w:r>
      <w:r>
        <w:t>is ke baad jab woh ghar gaya to us ne dekha ke jhoot har burai se juda hua hai.</w:t>
      </w:r>
    </w:p>
    <w:p>
      <w:pPr>
        <w:jc w:val="right"/>
      </w:pPr>
      <w:r>
        <w:t>اس کے بعد جب وہ گھر گیا تو اس نے دیکھا کہ جھوٹ ہر برائی سے جڑا ہوا ہے۔</w:t>
      </w:r>
    </w:p>
    <w:p>
      <w:r>
        <w:rPr>
          <w:b/>
        </w:rPr>
        <w:t xml:space="preserve">[44:36] </w:t>
      </w:r>
      <w:r>
        <w:t>kyonk aadmi koi aur burai jab karta hai to chhupa kar karta hai. logon se kahe ga ke main aisa nahi kar raha hoon aur karega ghar mein ja kar ke.</w:t>
      </w:r>
    </w:p>
    <w:p>
      <w:pPr>
        <w:jc w:val="right"/>
      </w:pPr>
      <w:r>
        <w:t>کیونکہ آدمی کوئی اور برائی جب کرتا ہے تو چھپا کر کرتا ہے۔ لوگوں سے کہے گا کہ میں ایسا نہیں کر رہا ہوں اور کرے گا گھر میں جا کر کے۔</w:t>
      </w:r>
    </w:p>
    <w:p>
      <w:r>
        <w:rPr>
          <w:b/>
        </w:rPr>
        <w:t xml:space="preserve">[44:50] </w:t>
      </w:r>
      <w:r>
        <w:t>jis shayr ne kaha hai ke cho bakhlwat mikonand akar deegar mikonand. har burai ka parda kya hota hai jhooth bolna.</w:t>
      </w:r>
    </w:p>
    <w:p>
      <w:pPr>
        <w:jc w:val="right"/>
      </w:pPr>
      <w:r>
        <w:t>جس شاعر نے کہا ہے کہ چو بخلوت می کنند اکار دیگر می کنند۔ ہر برائی کا پردہ کیا ہوتا ہے جھوٹ بولنا۔</w:t>
      </w:r>
    </w:p>
    <w:p>
      <w:r>
        <w:rPr>
          <w:b/>
        </w:rPr>
        <w:t xml:space="preserve">[45:01] </w:t>
      </w:r>
      <w:r>
        <w:t>har burai ka parda kya hota hai yani is ko kahte hain cover up policy. jhooth bol kar apni burai par parda dale rehte hain aap.</w:t>
      </w:r>
    </w:p>
    <w:p>
      <w:pPr>
        <w:jc w:val="right"/>
      </w:pPr>
      <w:r>
        <w:t>ہر برائی کا پردہ کیا ہوتا ہے یعنی اس کو کہتے ہیں کور اپ پالیسی۔ جھوٹ بول کر اپنی برائی پر پردہ ڈالے رہتے ہیں آپ۔</w:t>
      </w:r>
    </w:p>
    <w:p>
      <w:r>
        <w:rPr>
          <w:b/>
        </w:rPr>
        <w:t xml:space="preserve">[45:13] </w:t>
      </w:r>
      <w:r>
        <w:t>to us ne kaha ke jhooth chhorte chhorte sab cheez chhorna par gaya is ko. is par maine socha ke aakhir jhooth bolna itni badi burai kyon hai aur sach bolna itni yani jhooth bolna itna galat kyon hai sach bolna itna zyada achha kyon hai.</w:t>
      </w:r>
    </w:p>
    <w:p>
      <w:pPr>
        <w:jc w:val="right"/>
      </w:pPr>
      <w:r>
        <w:t>تو اس نے کہا کہ جھوٹ چھوڑتے چھوڑتے سب چیز چھوڑنا پڑ گیا اس کو۔ اس پر میں نے سوچا کہ آخر جھوٹ بولنا اتنی بڑی برائی کیوں ہے اور سچ بولنا اتنی یعنی جھوٹ بولنا اتنا غلط کیوں ہے سچ بولنا اتنا زیادہ اچھا کیوں ہے۔</w:t>
      </w:r>
    </w:p>
    <w:p>
      <w:r>
        <w:rPr>
          <w:b/>
        </w:rPr>
        <w:t xml:space="preserve">[45:29] </w:t>
      </w:r>
      <w:r>
        <w:t>to meri samajh mein aaya ke jhooth bolne se aap ke andar kamzor shakhsiyat paida hoti hai. aur sach bolne se mazboot shakhsiyat paida hoti hai. bunyadi baat ye hai shakhsiyat ki.</w:t>
      </w:r>
    </w:p>
    <w:p>
      <w:pPr>
        <w:jc w:val="right"/>
      </w:pPr>
      <w:r>
        <w:t>تو میری سمجھ میں آیا کہ جھوٹ بولنے سے آپ کے اندر کمزور شخصیت پیدا ہوتی ہے۔ اور سچ بولنے سے مضبوط شخصیت پیدا ہوتی ہے۔ بنیادی بات یہ ہے شخصیت کی۔</w:t>
      </w:r>
    </w:p>
    <w:p>
      <w:r>
        <w:rPr>
          <w:b/>
        </w:rPr>
        <w:t xml:space="preserve">[45:45] </w:t>
      </w:r>
      <w:r>
        <w:t>jhooth bolne se aap ke andar kamzor shakhsiyat banti hai. aur sach bolne se aap ke andar mazboot shakhsiyat banti hai.</w:t>
      </w:r>
    </w:p>
    <w:p>
      <w:pPr>
        <w:jc w:val="right"/>
      </w:pPr>
      <w:r>
        <w:t>جھوٹ بولنے سے آپ کے اندر کمزور شخصیت بنتی ہے۔ اور سچ بولنے سے آپ کے اندر مضبوط شخصیت بنتی ہے۔</w:t>
      </w:r>
    </w:p>
    <w:p>
      <w:r>
        <w:rPr>
          <w:b/>
        </w:rPr>
        <w:t xml:space="preserve">[45:56] </w:t>
      </w:r>
      <w:r>
        <w:t>is ko to restrict is point mein ek aap ko ek qissa batata hoon. Abbasid period mein ek khalifa ka ek beta tha.</w:t>
      </w:r>
    </w:p>
    <w:p>
      <w:pPr>
        <w:jc w:val="right"/>
      </w:pPr>
      <w:r>
        <w:t>اس کو ٹو ریسٹرکٹ اس پوائنٹ میں ایک آپ کو ایک قصہ بتاتا ہوں۔ عباسیت پیریڈ میں ایک خلیفہ کا ایک بیٹا تھا۔</w:t>
      </w:r>
    </w:p>
    <w:p>
      <w:r>
        <w:rPr>
          <w:b/>
        </w:rPr>
        <w:t xml:space="preserve">[46:09] </w:t>
      </w:r>
      <w:r>
        <w:t>to woh kisi budhiya ke ghar mein gaya aur wahan us ne badtamii ki wahan us ne pareshan kiya budhiya ko. to budhiya khalifa ke paas aayi aur kaha ke aage beta hamare ghar mein ghus gaya aur aap ko pareshan kiya aise aise kiya us ne.</w:t>
      </w:r>
    </w:p>
    <w:p>
      <w:pPr>
        <w:jc w:val="right"/>
      </w:pPr>
      <w:r>
        <w:t>تو وہ کسی بڑھیا کے گھر میں گیا اور وہاں اس نے بدتمیزی کی وہاں اس نے پریشان کیا بڑھیا کو۔ تو بڑھیا خلیفہ کے پاس آئی اور کہا کہ آگے بیٹا ہمارے گھر میں گھس گیا اور آپ کو پریشان کیا ایسے ایسے کیا اس نے۔</w:t>
      </w:r>
    </w:p>
    <w:p>
      <w:r>
        <w:rPr>
          <w:b/>
        </w:rPr>
        <w:t xml:space="preserve">[46:27] </w:t>
      </w:r>
      <w:r>
        <w:t>to budhiya to to khalifa ne apne bete ko bulaya. ek taraf beta khara kiya ek taraf budhiya ko khara kiya. aur budhiya se kaha ke bolo kya tumhari shikayat hai?</w:t>
      </w:r>
    </w:p>
    <w:p>
      <w:pPr>
        <w:jc w:val="right"/>
      </w:pPr>
      <w:r>
        <w:t>تو بڑھیا تو تو خلیفہ نے اپنے بیٹے کو بلایا۔ ایک طرف بیٹا کھڑا کیا ایک طرف بڑھیا کو کھڑا کیا۔ اور بڑھیا سے کہا کہ بولو کیا تمہاری شکایت ہے؟</w:t>
      </w:r>
    </w:p>
    <w:p>
      <w:r>
        <w:rPr>
          <w:b/>
        </w:rPr>
        <w:t xml:space="preserve">[46:40] </w:t>
      </w:r>
      <w:r>
        <w:t>woh boli. aur phir bete se kaha ke tum batao kya tumhare paas is ka is ke bare mein kya kahna hai tum ko. to woh kahne laga kuch.</w:t>
      </w:r>
    </w:p>
    <w:p>
      <w:pPr>
        <w:jc w:val="right"/>
      </w:pPr>
      <w:r>
        <w:t>وہ بولی۔ اور پھر بیٹے سے کہا کہ تم بتاؤ کیا تمہارے پاس اس کا اس کے بارے میں کیا کہنا ہے تم کو۔ تو وہ کہنے لگا کچھ۔</w:t>
      </w:r>
    </w:p>
    <w:p>
      <w:r>
        <w:rPr>
          <w:b/>
        </w:rPr>
        <w:t xml:space="preserve">[46:51] </w:t>
      </w:r>
      <w:r>
        <w:t>ab wahan par aisa hua ke budhiya khoob zor zor se bol rahi thi. aur woh jo beta tha khalifa ka woh dheere dheere bolta tha. to wazir sahib khare hue the wahan par.</w:t>
      </w:r>
    </w:p>
    <w:p>
      <w:pPr>
        <w:jc w:val="right"/>
      </w:pPr>
      <w:r>
        <w:t>اب وہاں پر ایسا ہوا کہ بڑھیا خوب زور زور سے بول رہی تھی۔ اور وہ جو بیٹا تھا خلیفہ کا وہ دھیرے دھیرے بولتا تھا۔ تو وزیر صاحب کھڑے ہوئے تھے وہاں پر۔</w:t>
      </w:r>
    </w:p>
    <w:p>
      <w:r>
        <w:rPr>
          <w:b/>
        </w:rPr>
        <w:t xml:space="preserve">[47:04] </w:t>
      </w:r>
      <w:r>
        <w:t>yani khalifa ke wazir. to unhon ne budhiya se kaha ke dekho ye shahzada hai aise mat bolo. dheere dheere bolo.</w:t>
      </w:r>
    </w:p>
    <w:p>
      <w:pPr>
        <w:jc w:val="right"/>
      </w:pPr>
      <w:r>
        <w:t>یعنی خلیفہ کے وزیر۔ تو انہوں نے بڑھیا سے کہا کہ دیکھو یہ شہزادہ ہے ایسے مت بولو۔ دھیرے دھیرے بولو۔</w:t>
      </w:r>
    </w:p>
    <w:p>
      <w:r>
        <w:rPr>
          <w:b/>
        </w:rPr>
        <w:t xml:space="preserve">[47:13] </w:t>
      </w:r>
      <w:r>
        <w:t>to khalifa ne kaha ke is ko bolne do.</w:t>
      </w:r>
    </w:p>
    <w:p>
      <w:pPr>
        <w:jc w:val="right"/>
      </w:pPr>
      <w:r>
        <w:t>تو خلیفہ نے کہا کہ اس کو بولنے دو۔</w:t>
      </w:r>
    </w:p>
    <w:p>
      <w:r>
        <w:rPr>
          <w:b/>
        </w:rPr>
        <w:t xml:space="preserve">[47:22] </w:t>
      </w:r>
      <w:r>
        <w:t>badi ajeeb baat kahi us ne. ke sach ne budhiya ko bahadur bana diya hai. aur jhooth ne is shahzade ko buzdil bana diya hai.</w:t>
      </w:r>
    </w:p>
    <w:p>
      <w:pPr>
        <w:jc w:val="right"/>
      </w:pPr>
      <w:r>
        <w:t>بڑی عجیب بات کہی اس نے۔ کہ سچ نے بڑھیا کو بہادر بنا دیا ہے۔ اور جھوٹ نے اس شہزادے کو بزدل بنا دیا ہے۔</w:t>
      </w:r>
    </w:p>
    <w:p>
      <w:r>
        <w:rPr>
          <w:b/>
        </w:rPr>
        <w:t xml:space="preserve">[47:36] </w:t>
      </w:r>
      <w:r>
        <w:t>bahut hi ajeeb baat ye hai. khalifa ne kaha ke sach ne budhiya ko bahadur bana diya hai. aur jhooth ne is shahzade ko buzdil bana diya hai.</w:t>
      </w:r>
    </w:p>
    <w:p>
      <w:pPr>
        <w:jc w:val="right"/>
      </w:pPr>
      <w:r>
        <w:t>بہت ہی عجیب بات یہ ہے۔ خلیفہ نے کہا کہ سچ نے بڑھیا کو بہادر بنا دیا ہے۔ اور جھوٹ نے اس شہزادے کو بزدل بنا دیا ہے۔</w:t>
      </w:r>
    </w:p>
    <w:p>
      <w:r>
        <w:rPr>
          <w:b/>
        </w:rPr>
        <w:t xml:space="preserve">[47:50] </w:t>
      </w:r>
      <w:r>
        <w:t>ye hai zindagi ki ek bahut badi haqeeqat. agar aap chahte hain ke aap ke andar</w:t>
      </w:r>
    </w:p>
    <w:p>
      <w:pPr>
        <w:jc w:val="right"/>
      </w:pPr>
      <w:r>
        <w:t>یہ ہے زندگی کی ایک بہت بڑی حقیقت۔ اگر آپ چاہتے ہیں کہ آپ کے اندر</w:t>
      </w:r>
    </w:p>
    <w:p>
      <w:r>
        <w:rPr>
          <w:b/>
        </w:rPr>
        <w:t xml:space="preserve">[47:58] </w:t>
      </w:r>
      <w:r>
        <w:t>mazboot shakhsiyat bane. mazboot shakhsiyat bane. to aap jhooth ko braah-e-raast dono halaaton mein bolna chhod dijiye.</w:t>
      </w:r>
    </w:p>
    <w:p>
      <w:pPr>
        <w:jc w:val="right"/>
      </w:pPr>
      <w:r>
        <w:t>مضبوط شخصیت بنے۔ مضبوط شخصیت بنے۔ تو آپ جھوٹ کو براہِ راست دونوں حالتوں میں بولنا چھوڑ دیجیے۔</w:t>
      </w:r>
    </w:p>
    <w:p>
      <w:r>
        <w:rPr>
          <w:b/>
        </w:rPr>
        <w:t xml:space="preserve">[48:10] </w:t>
      </w:r>
      <w:r>
        <w:t>dekhiye braah-e-raast jhooth to bahut kam log milte hain bolte hain. yani nange jhooth. aise log bahut kam hain jo nange jhooth bolen. ke ye hum baithe hain yahan Nizamuddin mein woh kahte hain ke nahi hum to Nehru Place mein baithe hue hain.</w:t>
      </w:r>
    </w:p>
    <w:p>
      <w:pPr>
        <w:jc w:val="right"/>
      </w:pPr>
      <w:r>
        <w:t>دیکھیے براہِ راست جھوٹ تو بہت کم لوگ ملتے ہیں بولتے ہیں۔ یعنی ننگے جھوٹ۔ ایسے لوگ بہت کم ہیں جو ننگے جھوٹ بولیں۔ کہ یہ ہم بیٹھے ہیں یہاں نظام الدین میں وہ کہتے ہیں کہ نہیں ہم تو نہرو پلیس میں بیٹھے ہوئے ہیں۔</w:t>
      </w:r>
    </w:p>
    <w:p>
      <w:r>
        <w:rPr>
          <w:b/>
        </w:rPr>
        <w:t xml:space="preserve">[48:25] </w:t>
      </w:r>
      <w:r>
        <w:t>aise nange jhooth bahut kam log bolte hain. lekin aisi baat taqreeban sabhi log bolte hain jo braah-e-raast jhooth hoti hai.</w:t>
      </w:r>
    </w:p>
    <w:p>
      <w:pPr>
        <w:jc w:val="right"/>
      </w:pPr>
      <w:r>
        <w:t>ایسے ننگے جھوٹ بہت کم لوگ بولتے ہیں۔ لیکن ایسی بات تقریباً سبھی لوگ بولتے ہیں جو براہِ راست جھوٹ ہوتی ہے۔</w:t>
      </w:r>
    </w:p>
    <w:p>
      <w:r>
        <w:rPr>
          <w:b/>
        </w:rPr>
        <w:t xml:space="preserve">[48:37] </w:t>
      </w:r>
      <w:r>
        <w:t>navey navi fisad log aisa karte hain. lekin yaad rakhiye ke jhooth chahe braah-e-raast ho ya braah-e-raast.</w:t>
      </w:r>
    </w:p>
    <w:p>
      <w:pPr>
        <w:jc w:val="right"/>
      </w:pPr>
      <w:r>
        <w:t>نوے نو فیصد لوگ ایسا کرتے ہیں۔ لیکن یاد رکھیے کہ جھوٹ چاہے براہِ راست ہو یا براہِ راست۔</w:t>
      </w:r>
    </w:p>
    <w:p>
      <w:r>
        <w:rPr>
          <w:b/>
        </w:rPr>
        <w:t xml:space="preserve">[48:45] </w:t>
      </w:r>
      <w:r>
        <w:t>lekin nateeja ek hi niklega. yani kamzor shakhsiyat. is ko yaad rakhiye. ke jhooth chahe braah-e-raast ho ya braah-e-raast.</w:t>
      </w:r>
    </w:p>
    <w:p>
      <w:pPr>
        <w:jc w:val="right"/>
      </w:pPr>
      <w:r>
        <w:t>لیکن نتیجہ ایک ہی نکلے گا۔ یعنی کمزور شخصیت۔ اس کو یاد رکھیے۔ کہ جھوٹ چاہے براہِ راست ہو یا براہِ راست۔</w:t>
      </w:r>
    </w:p>
    <w:p>
      <w:r>
        <w:rPr>
          <w:b/>
        </w:rPr>
        <w:t xml:space="preserve">[49:00] </w:t>
      </w:r>
      <w:r>
        <w:t>nateeja ek rahega. woh kya? kamzor shakhsiyat. isi tareeqe se aap sach bolein agar hamesha.</w:t>
      </w:r>
    </w:p>
    <w:p>
      <w:pPr>
        <w:jc w:val="right"/>
      </w:pPr>
      <w:r>
        <w:t>نتیجہ ایک رہے گا۔ وہ کیا؟ کمزور شخصیت۔ اسی طریقے سے آپ سچ بولیں اگر ہمیشہ۔</w:t>
      </w:r>
    </w:p>
    <w:p>
      <w:r>
        <w:rPr>
          <w:b/>
        </w:rPr>
        <w:t xml:space="preserve">[49:09] </w:t>
      </w:r>
      <w:r>
        <w:t>aap ki zaban se hamesha sach nikle. to aap ke andar ek mazboot shakhsiyat banegi. aur yaad rakhiye duniya mein sab se badi cheez ye hai ke aap ke andar mazboot shakhsiyat ho.</w:t>
      </w:r>
    </w:p>
    <w:p>
      <w:pPr>
        <w:jc w:val="right"/>
      </w:pPr>
      <w:r>
        <w:t>آپ کی زبان سے ہمیشہ سچ نکلے۔ تو آپ کے اندر ایک مضبوط شخصیت بنے گی۔ اور یاد رکھیے دنیا میں سب سے بڑی چیز یہ ہے کہ آپ کے اندر مضبوط شخصیت ہو۔</w:t>
      </w:r>
    </w:p>
    <w:p>
      <w:r>
        <w:rPr>
          <w:b/>
        </w:rPr>
        <w:t xml:space="preserve">[49:23] </w:t>
      </w:r>
      <w:r>
        <w:t>mazboot shakhsiyat. sach bolne wala aadmi dekhne mein ek dubla patla insaan ho sakta hai. lekin andar se woh sher hoga.</w:t>
      </w:r>
    </w:p>
    <w:p>
      <w:pPr>
        <w:jc w:val="right"/>
      </w:pPr>
      <w:r>
        <w:t>مضبوط شخصیت۔ سچ بولنے والا آدمی دیکھنے میں ایک دبلا پتلا انسان ہو سکتا ہے۔ لیکن اندر سے وہ شیر ہوگا۔</w:t>
      </w:r>
    </w:p>
    <w:p>
      <w:r>
        <w:rPr>
          <w:b/>
        </w:rPr>
        <w:t xml:space="preserve">[49:33] </w:t>
      </w:r>
      <w:r>
        <w:t>aur jhooth bolne wala aadmi dekhne mein dev dikhai dega. andar se woh buzdil hoga. andar se woh geedar hoga. to log mein dekhta hoon logon ko ke jismani apne apne jismani taraqqi mein to lage rehte hain woh.</w:t>
      </w:r>
    </w:p>
    <w:p>
      <w:pPr>
        <w:jc w:val="right"/>
      </w:pPr>
      <w:r>
        <w:t>اور جھوٹ بولنے والا آدمی دیکھنے میں دیو دکھائی دے گا۔ اندر سے وہ بزدل ہوگا۔ اندر سے وہ گیدڑ ہوگا۔ تو لوگ میں دیکھتا ہوں لوگوں کو کہ جسمانی اپنے اپنے جسمانی ترقی میں تو لگے رہتے ہیں وہ۔</w:t>
      </w:r>
    </w:p>
    <w:p>
      <w:r>
        <w:rPr>
          <w:b/>
        </w:rPr>
        <w:t xml:space="preserve">[49:49] </w:t>
      </w:r>
      <w:r>
        <w:t>apne jism jo hai yeh jismani jism is ko theek thaak karne mein khoob lage rehte hain. lekin apna jo rohani taraqqi hai is ki unhen fikr nahi hoti.</w:t>
      </w:r>
    </w:p>
    <w:p>
      <w:pPr>
        <w:jc w:val="right"/>
      </w:pPr>
      <w:r>
        <w:t>اپنے جسم جو ہے یہ جسمانی جسم اس کو ٹھیک ٹھاک کرنے میں خوب لگے رہتے ہیں۔ لیکن اپنا جو روحانی ترقی ہے اس کی انہیں فکر نہیں ہوتی۔</w:t>
      </w:r>
    </w:p>
    <w:p>
      <w:r>
        <w:rPr>
          <w:b/>
        </w:rPr>
        <w:t xml:space="preserve">[50:02] </w:t>
      </w:r>
      <w:r>
        <w:t>is ko woh apna fikr nahi banate. halaanke wohi asal insaan hai. asal insaan wohi hai jo andar ka insaan hai.</w:t>
      </w:r>
    </w:p>
    <w:p>
      <w:pPr>
        <w:jc w:val="right"/>
      </w:pPr>
      <w:r>
        <w:t>اس کو وہ اپنا فکر نہیں بناتے۔ حالانکہ وہی اصل انسان ہے۔ اصل انسان وہی ہے جو اندر کا انسان ہے۔</w:t>
      </w:r>
    </w:p>
    <w:p>
      <w:r>
        <w:rPr>
          <w:b/>
        </w:rPr>
        <w:t xml:space="preserve">[50:15] </w:t>
      </w:r>
      <w:r>
        <w:t>Bernard Shah ka ek qaul mujhe bohat pasand hai.</w:t>
      </w:r>
    </w:p>
    <w:p>
      <w:pPr>
        <w:jc w:val="right"/>
      </w:pPr>
      <w:r>
        <w:t>برنارڈ شاہ کا ایک قول مجھے بہت پسند ہے۔</w:t>
      </w:r>
    </w:p>
    <w:p>
      <w:r>
        <w:rPr>
          <w:b/>
        </w:rPr>
        <w:t xml:space="preserve">[50:21] </w:t>
      </w:r>
      <w:r>
        <w:t>woh is par hai ke hamein zindagi mein bahut si cheezon ko bhulana padta hai. agar aap na bhulain to aap ki shakhsiyat ki taraqqi record par hi rahe gi.</w:t>
      </w:r>
    </w:p>
    <w:p>
      <w:pPr>
        <w:jc w:val="right"/>
      </w:pPr>
      <w:r>
        <w:t>وہ اس پر ہے کہ ہمیں زندگی میں بہت سی چیزوں کو بھلانا پڑتا ہے۔ اگر آپ نہ بھلائیں تو آپ کی شخصیت کی ترقی ریکارڈ پر ہی رہے گی۔</w:t>
      </w:r>
    </w:p>
    <w:p>
      <w:r>
        <w:rPr>
          <w:b/>
        </w:rPr>
        <w:t xml:space="preserve">[50:32] </w:t>
      </w:r>
      <w:r>
        <w:t>yani pichhle zamane ke manfi baatein. pichhle zamane ke logon ke bure sulook. pichhle zamane ke mein jo nuqsan mujhe ho gaya.</w:t>
      </w:r>
    </w:p>
    <w:p>
      <w:pPr>
        <w:jc w:val="right"/>
      </w:pPr>
      <w:r>
        <w:t>یعنی پچھلے زمانے کے منفی باتیں۔ پچھلے زمانے کے لوگوں کے برے سلوک۔ پچھلے زمانے کے میں جو نقصان مجھے ہو گیا۔</w:t>
      </w:r>
    </w:p>
    <w:p>
      <w:r>
        <w:rPr>
          <w:b/>
        </w:rPr>
        <w:t xml:space="preserve">[50:42] </w:t>
      </w:r>
      <w:r>
        <w:t>yani jo bhi mazi mein bahut saari bitein aisi huin mere saath. jo main chahta tha ke na hon. lekin woh ho gain. ab is ko hamein bhulana chahiye.</w:t>
      </w:r>
    </w:p>
    <w:p>
      <w:pPr>
        <w:jc w:val="right"/>
      </w:pPr>
      <w:r>
        <w:t>یعنی جو بھی ماضی میں بہت ساری بیتیں ایسی ہوئیں میرے ساتھ۔ جو میں چاہتا تھا کہ نہ ہوں۔ لیکن وہ ہو گئیں۔ اب اس کو ہمیں بھلانا چاہیے۔</w:t>
      </w:r>
    </w:p>
    <w:p>
      <w:r>
        <w:rPr>
          <w:b/>
        </w:rPr>
        <w:t xml:space="preserve">[50:56] </w:t>
      </w:r>
      <w:r>
        <w:t>agar aap na bhulain hum un ko. to kya hoga? ke haal ka bojh to apne upar hai hi sar par mazi ka bojh bhi hamare sar par laada rahe ga.</w:t>
      </w:r>
    </w:p>
    <w:p>
      <w:pPr>
        <w:jc w:val="right"/>
      </w:pPr>
      <w:r>
        <w:t>اگر آپ نہ بھلائیں ہم ان کو۔ تو کیا ہوگا؟ کہ حال کا بوجھ تو اپنے اوپر ہے ہی سر پر ماضی کا بوجھ بھی ہمارے سر پر لادا رہے گا۔</w:t>
      </w:r>
    </w:p>
    <w:p>
      <w:r>
        <w:rPr>
          <w:b/>
        </w:rPr>
        <w:t xml:space="preserve">[51:06] </w:t>
      </w:r>
      <w:r>
        <w:t>ab bataiye kaun si nadani hai? ke haal ke bojh ke saath saath hum mazi ke bojh bhi apne sar par laad rahe hain. yeh to bahut badi bewaqoofi ki baat hai.</w:t>
      </w:r>
    </w:p>
    <w:p>
      <w:pPr>
        <w:jc w:val="right"/>
      </w:pPr>
      <w:r>
        <w:t>اب بتائیے کون سی نادانی ہے؟ کہ حال کے بوجھ کے ساتھ ساتھ ہم ماضی کے بوجھ بھی اپنے سر پر لاد رہے ہیں۔ یہ تو بہت بڑی بیوقوفی کی بات ہے۔</w:t>
      </w:r>
    </w:p>
    <w:p>
      <w:r>
        <w:rPr>
          <w:b/>
        </w:rPr>
        <w:t xml:space="preserve">[51:17] </w:t>
      </w:r>
      <w:r>
        <w:t>to is ne kaha bernard shaw ne kaha</w:t>
      </w:r>
    </w:p>
    <w:p>
      <w:pPr>
        <w:jc w:val="right"/>
      </w:pPr>
      <w:r>
        <w:t>تو اس نے کہا برنارڈ شاہ نے کہا</w:t>
      </w:r>
    </w:p>
    <w:p>
      <w:r>
        <w:rPr>
          <w:b/>
        </w:rPr>
        <w:t xml:space="preserve">[51:21] </w:t>
      </w:r>
      <w:r>
        <w:t>ke aisa kuch is ki alfaaz the ke the most uneducated person</w:t>
      </w:r>
    </w:p>
    <w:p>
      <w:pPr>
        <w:jc w:val="right"/>
      </w:pPr>
      <w:r>
        <w:t>کہ ایسا کچھ اس کی الفاظ تھے کہ the most uneducated person</w:t>
      </w:r>
    </w:p>
    <w:p>
      <w:r>
        <w:rPr>
          <w:b/>
        </w:rPr>
        <w:t xml:space="preserve">[51:30] </w:t>
      </w:r>
      <w:r>
        <w:t>the most uneducated person is one who has nothing to forget</w:t>
      </w:r>
    </w:p>
    <w:p>
      <w:pPr>
        <w:jc w:val="right"/>
      </w:pPr>
      <w:r>
        <w:t>the most uneducated person is one who has nothing to forget</w:t>
      </w:r>
    </w:p>
    <w:p>
      <w:r>
        <w:rPr>
          <w:b/>
        </w:rPr>
        <w:t xml:space="preserve">[51:37] </w:t>
      </w:r>
      <w:r>
        <w:t>sab se ziyada ghair taleem yafta insaan woh hai jis ke paas bhulane ke liye kuch na ho.</w:t>
      </w:r>
    </w:p>
    <w:p>
      <w:pPr>
        <w:jc w:val="right"/>
      </w:pPr>
      <w:r>
        <w:t>سب سے زیادہ غیر تعلیم یافتہ انسان وہ ہے جس کے پاس بھلانے کے لیے کچھ نہ ہو۔</w:t>
      </w:r>
    </w:p>
    <w:p>
      <w:r>
        <w:rPr>
          <w:b/>
        </w:rPr>
        <w:t xml:space="preserve">[51:49] </w:t>
      </w:r>
      <w:r>
        <w:t>kitni badi baat hai yeh. sab se zyada</w:t>
      </w:r>
    </w:p>
    <w:p>
      <w:pPr>
        <w:jc w:val="right"/>
      </w:pPr>
      <w:r>
        <w:t>کتنی بڑی بات ہے یہ۔ سب سے زیادہ</w:t>
      </w:r>
    </w:p>
    <w:p>
      <w:r>
        <w:rPr>
          <w:b/>
        </w:rPr>
        <w:t xml:space="preserve">[51:55] </w:t>
      </w:r>
      <w:r>
        <w:t>ghair taleem yafta insaan woh hai jis ke paas bhulane ke liye kuchh na ho.</w:t>
      </w:r>
    </w:p>
    <w:p>
      <w:pPr>
        <w:jc w:val="right"/>
      </w:pPr>
      <w:r>
        <w:t>غیر تعلیم یافتہ انسان وہ ہے جس کے پاس بھلانے کے لیے کچھ نہ ہو۔</w:t>
      </w:r>
    </w:p>
    <w:p>
      <w:r>
        <w:rPr>
          <w:b/>
        </w:rPr>
        <w:t xml:space="preserve">[52:20] </w:t>
      </w:r>
      <w:r>
        <w:t>main samajhta hoon ke agar hum yeh kahein ke samaj mein rehne ke do tareeqe hain. ek hai ke aap insani dostana ban kar rahein.</w:t>
      </w:r>
    </w:p>
    <w:p>
      <w:pPr>
        <w:jc w:val="right"/>
      </w:pPr>
      <w:r>
        <w:t>میں سمجھتا ہوں کہ اگر ہم یہ کہیں کہ سماج میں رہنے کے دو طریقے ہیں۔ ایک ہے کہ آپ انسانی دوستانہ بن کر رہیں۔</w:t>
      </w:r>
    </w:p>
    <w:p>
      <w:r>
        <w:rPr>
          <w:b/>
        </w:rPr>
        <w:t xml:space="preserve">[52:36] </w:t>
      </w:r>
      <w:r>
        <w:t>aur doosra yeh hai ke aap insani ghair dostana ban kar rahein. yeh do tareeqe hain. shayad teesra koi tareeqa nahi. yani insani dostana rawaiyya aur insani ghair dostana rawaiyya.</w:t>
      </w:r>
    </w:p>
    <w:p>
      <w:pPr>
        <w:jc w:val="right"/>
      </w:pPr>
      <w:r>
        <w:t>اور دوسرا یہ ہے کہ آپ انسانی غیر دوستانہ بن کر رہیں۔ یہ دو طریقے ہیں۔ شاید تیسرا کوئی طریقہ نہیں۔ یعنی انسانی دوستانہ رویہ اور انسانی غیر دوستانہ رویہ۔</w:t>
      </w:r>
    </w:p>
    <w:p>
      <w:r>
        <w:rPr>
          <w:b/>
        </w:rPr>
        <w:t xml:space="preserve">[52:52] </w:t>
      </w:r>
      <w:r>
        <w:t>yeh dono cheezon ka talluq aap ke zehniyat se hai. aap ki soch se hai. aap ki soch agar manfi hogi to aap ghair dostana ban jayenge logon ke liye.</w:t>
      </w:r>
    </w:p>
    <w:p>
      <w:pPr>
        <w:jc w:val="right"/>
      </w:pPr>
      <w:r>
        <w:t>یہ دونوں چیزوں کا تعلق آپ کے ذہنیت سے ہے۔ آپ کی سوچ سے ہے۔ آپ کی سوچ اگر منفی ہوگی تو آپ غیر دوستانہ بن جائیں گے لوگوں کے لیے۔</w:t>
      </w:r>
    </w:p>
    <w:p>
      <w:r>
        <w:rPr>
          <w:b/>
        </w:rPr>
        <w:t xml:space="preserve">[53:06] </w:t>
      </w:r>
      <w:r>
        <w:t>aap ki soch agar musbat hogi to aap logon ke liye dostana ban jayenge.</w:t>
      </w:r>
    </w:p>
    <w:p>
      <w:pPr>
        <w:jc w:val="right"/>
      </w:pPr>
      <w:r>
        <w:t>آپ کی سوچ اگر مثبت ہوگی تو آپ لوگوں کے لیے دوستانہ بن جائیں گے۔</w:t>
      </w:r>
    </w:p>
    <w:p>
      <w:r>
        <w:rPr>
          <w:b/>
        </w:rPr>
        <w:t xml:space="preserve">[53:22] </w:t>
      </w:r>
      <w:r>
        <w:t>yahi ek lafz mein ka khulasa hai. to apne aap ko aisa banaaiye apni soch ko aisa banaaiye. apne jazbaat ko is tarah se dhaal lijiye ke aap samaj mein logon ke liye dostana bane hue hon.</w:t>
      </w:r>
    </w:p>
    <w:p>
      <w:pPr>
        <w:jc w:val="right"/>
      </w:pPr>
      <w:r>
        <w:t>یہی ایک لفظ میں کا خلاصہ ہے۔ تو اپنے آپ کو ایسا بنائیے اپنی سوچ کو ایسا بنائیے۔ اپنے جذبات کو اس طرح سے ڈھال لیجیے کہ آپ سماج میں لوگوں کے لیے دوستانہ بنے ہوئے ہوں۔</w:t>
      </w:r>
    </w:p>
    <w:p>
      <w:r>
        <w:rPr>
          <w:b/>
        </w:rPr>
        <w:t xml:space="preserve">[53:38] </w:t>
      </w:r>
      <w:r>
        <w:t>aisa na ho ke aap logon ke liye ghair dostana ban jayen.</w:t>
      </w:r>
    </w:p>
    <w:p>
      <w:pPr>
        <w:jc w:val="right"/>
      </w:pPr>
      <w:r>
        <w:t>ایسا نہ ہو کہ آپ لوگوں کے لیے غیر دوستانہ بن جائیں۔</w:t>
      </w:r>
    </w:p>
    <w:p>
      <w:r>
        <w:rPr>
          <w:b/>
        </w:rPr>
        <w:t xml:space="preserve">[53:44] </w:t>
      </w:r>
      <w:r>
        <w:t>mujhe ab is silsile mein bahut saare tajurbaat hue hain zindagi mein bahut se tajurbaat hue hain. ek qissa bahut hi anokha hua mere saath Switzerland mein.</w:t>
      </w:r>
    </w:p>
    <w:p>
      <w:pPr>
        <w:jc w:val="right"/>
      </w:pPr>
      <w:r>
        <w:t>مجھے اب اس سلسلے میں بہت سارے تجربات ہوئے ہیں زندگی میں بہت سے تجربات ہوئے ہیں۔ ایک قصہ بہت ہی انوکھا ہوا میرے ساتھ سوئٹزرلینڈ میں۔</w:t>
      </w:r>
    </w:p>
    <w:p>
      <w:r>
        <w:rPr>
          <w:b/>
        </w:rPr>
        <w:t xml:space="preserve">[53:57] </w:t>
      </w:r>
      <w:r>
        <w:t>Switzerland mein ek bayn alaqwami conference thi. wahan par woh chahte the muntazim ke aman par ek dastavez banaya jaye.</w:t>
      </w:r>
    </w:p>
    <w:p>
      <w:pPr>
        <w:jc w:val="right"/>
      </w:pPr>
      <w:r>
        <w:t>سوئٹزرلینڈ میں ایک بین الاقوامی کانفرنس تھی۔ وہاں پر وہ چاہتے تھے منتظم کہ امن پر ایک دستاویز بنایا جائے۔</w:t>
      </w:r>
    </w:p>
    <w:p>
      <w:r>
        <w:rPr>
          <w:b/>
        </w:rPr>
        <w:t xml:space="preserve">[54:11] </w:t>
      </w:r>
      <w:r>
        <w:t>is dastavez ko saari duniya mein mukhtalif zabaanon mein chhapa jaye.</w:t>
      </w:r>
    </w:p>
    <w:p>
      <w:pPr>
        <w:jc w:val="right"/>
      </w:pPr>
      <w:r>
        <w:t>اس دستاویز کو ساری دنیا میں مختلف زبانوں میں چھاپا جائے۔</w:t>
      </w:r>
    </w:p>
    <w:p>
      <w:r>
        <w:rPr>
          <w:b/>
        </w:rPr>
        <w:t xml:space="preserve">[54:18] </w:t>
      </w:r>
      <w:r>
        <w:t>har zaban mein chhapa jaye. bahut muntazim bahut paisa tha is ke paas bahut badi tanzeem thi woh. un ke paas paise ki kami nahi thi.</w:t>
      </w:r>
    </w:p>
    <w:p>
      <w:pPr>
        <w:jc w:val="right"/>
      </w:pPr>
      <w:r>
        <w:t>ہر زبان میں چھاپا جائے۔ بہت منتظم بہت پیسہ تھا اس کے پاس بہت بڑی تنظیم تھی وہ۔ ان کے پاس پیسے کی کمی نہیں تھی۔</w:t>
      </w:r>
    </w:p>
    <w:p>
      <w:r>
        <w:rPr>
          <w:b/>
        </w:rPr>
        <w:t xml:space="preserve">[54:28] </w:t>
      </w:r>
      <w:r>
        <w:t>to unhon ne chaha ke aman par ek dastavez banaya jaye. is dastavez ko saari duniya mein har zaban mein chhaap kar phelaya jaye. to unhon ne kya kya ke professors ke group banaye unhon ne.</w:t>
      </w:r>
    </w:p>
    <w:p>
      <w:pPr>
        <w:jc w:val="right"/>
      </w:pPr>
      <w:r>
        <w:t>تو انہوں نے چاہا کہ امن پر ایک دستاویز بنایا جائے۔ اس دستاویز کو ساری دنیا میں ہر زبان میں چھاپ کر پھیلایا جائے۔ تو انہوں نے کیا کیا کہ پروفیسرز کے گروپ بنائے انہوں نے۔</w:t>
      </w:r>
    </w:p>
    <w:p>
      <w:r>
        <w:rPr>
          <w:b/>
        </w:rPr>
        <w:t xml:space="preserve">[54:40] </w:t>
      </w:r>
      <w:r>
        <w:t>Asiayi professors Europee professors American professors group banaye. aur poora ek din un ko diya.</w:t>
      </w:r>
    </w:p>
    <w:p>
      <w:pPr>
        <w:jc w:val="right"/>
      </w:pPr>
      <w:r>
        <w:t>ایشیائی پروفیسرز یورپی پروفیسرز امریکن پروفیسرز گروپ بنائے۔ اور پورا ایک دن ان کو دیا۔</w:t>
      </w:r>
    </w:p>
    <w:p>
      <w:r>
        <w:rPr>
          <w:b/>
        </w:rPr>
        <w:t xml:space="preserve">[54:50] </w:t>
      </w:r>
      <w:r>
        <w:t>to sab ne din bhar ki koshish se dastavez banaye. aur teen dastavez pesh kiye gaye jo muntazim the un ke samne.</w:t>
      </w:r>
    </w:p>
    <w:p>
      <w:pPr>
        <w:jc w:val="right"/>
      </w:pPr>
      <w:r>
        <w:t>تو سب نے دن بھر کی کوشش سے دستاویز بنائے۔ اور تین دستاویز پیش کیے گئے جو منتظم تھے ان کے سامنے۔</w:t>
      </w:r>
    </w:p>
    <w:p>
      <w:r>
        <w:rPr>
          <w:b/>
        </w:rPr>
        <w:t xml:space="preserve">[55:02] </w:t>
      </w:r>
      <w:r>
        <w:t>to padha unhon ne to is ko kisi ka pasand na aaya un ko teenon mein se koi bhi. yani aisa nahi nazar aaya ke is ko bayn alaqwami satah par phelayen hum.</w:t>
      </w:r>
    </w:p>
    <w:p>
      <w:pPr>
        <w:jc w:val="right"/>
      </w:pPr>
      <w:r>
        <w:t>تو پڑھا انہوں نے تو اس کو کسی کا پسند نہ آیا ان کو تینوں میں سے کوئی بھی۔ یعنی ایسا نہیں نظر آیا کہ اس کو بین الاقوامی سطح پر پھیلائیں ہم۔</w:t>
      </w:r>
    </w:p>
    <w:p>
      <w:r>
        <w:rPr>
          <w:b/>
        </w:rPr>
        <w:t xml:space="preserve">[55:11] </w:t>
      </w:r>
      <w:r>
        <w:t>har zaban mein is ko tarjuma kar ke phelayen. yani itna zyada nahi dikhai pada un ko. to raat ko mere paas aaye woh. Mr. Andre Baiko un ka naam tha.</w:t>
      </w:r>
    </w:p>
    <w:p>
      <w:pPr>
        <w:jc w:val="right"/>
      </w:pPr>
      <w:r>
        <w:t>ہر زبان میں اس کو ترجمہ کر کے پھیلائیں۔ یعنی اتنا زیادہ نہیں دکھائی پڑا ان کو۔ تو رات کو میرے پاس آئے وہ۔ مسٹر آندرے بائیکو ان کا نام تھا۔</w:t>
      </w:r>
    </w:p>
    <w:p>
      <w:r>
        <w:rPr>
          <w:b/>
        </w:rPr>
        <w:t xml:space="preserve">[55:27] </w:t>
      </w:r>
      <w:r>
        <w:t>to unhon ne kaha ke woh Isaai the unhon ne kaha ke main jab main ne dekha yeh teenon aur mujhe pasand nahi aaya to main yahan ke church mein gaya.</w:t>
      </w:r>
    </w:p>
    <w:p>
      <w:pPr>
        <w:jc w:val="right"/>
      </w:pPr>
      <w:r>
        <w:t>تو انہوں نے کہا کہ وہ عیسائی تھے انہوں نے کہا کہ میں جب میں نے دیکھا یہ تینوں اور مجھے پسند نہیں آیا تو میں یہاں کے چرچ میں گیا۔</w:t>
      </w:r>
    </w:p>
    <w:p>
      <w:r>
        <w:rPr>
          <w:b/>
        </w:rPr>
        <w:t xml:space="preserve">[55:39] </w:t>
      </w:r>
      <w:r>
        <w:t>church mein ja kar ke maine dua ki. ke kya karoon. to mere dil mein aaya ke main aap ke paas aaoon. yani un ke kehne ke mutabiq masih ne un se kaha ke jao maula wahiduddin ke paas.</w:t>
      </w:r>
    </w:p>
    <w:p>
      <w:pPr>
        <w:jc w:val="right"/>
      </w:pPr>
      <w:r>
        <w:t>چرچ میں جا کر کے میں نے دعا کی۔ کہ کیا کروں۔ تو میرے دل میں آیا کہ میں آپ کے پاس آؤں۔ یعنی ان کے کہنے کے مطابق مسیح نے ان سے کہا کہ جاؤ مولا وحی الدین کے پاس۔</w:t>
      </w:r>
    </w:p>
    <w:p>
      <w:r>
        <w:rPr>
          <w:b/>
        </w:rPr>
        <w:t xml:space="preserve">[55:54] </w:t>
      </w:r>
      <w:r>
        <w:t>aesa unhone bayan kiya. to raat ke waqt mere paas aaye. bas aap hi kar sakte hain ye kaam. to meri beti doctor farida khanum mere saath theen.</w:t>
      </w:r>
    </w:p>
    <w:p>
      <w:pPr>
        <w:jc w:val="right"/>
      </w:pPr>
      <w:r>
        <w:t>ایسا انہوں نے بیان کیا۔ تو رات کے وقت میرے پاس آئے۔ بس آپ ہی کر سکتے ہیں یہ کام۔ تو میری بیٹی ڈاکٹر فریدہ خانم میرے ساتھ تھیں۔</w:t>
      </w:r>
    </w:p>
    <w:p>
      <w:r>
        <w:rPr>
          <w:b/>
        </w:rPr>
        <w:t xml:space="preserve">[56:07] </w:t>
      </w:r>
      <w:r>
        <w:t>meri angrezi itni achhi nahi hai un ki angrezi bahut achhi hai masha allah. to un ki madad se maine ek dastavez banaya. aur saari raat hum donon jage saari raat dua karte rahe aur likhte rahe dua karte rahe likhte rahe.</w:t>
      </w:r>
    </w:p>
    <w:p>
      <w:pPr>
        <w:jc w:val="right"/>
      </w:pPr>
      <w:r>
        <w:t>میری انگریزی اتنی اچھی نہیں ہے ان کی انگریزی بہت اچھی ہے ماشاءاللہ۔ تو ان کی مدد سے میں نے ایک دستاویز بنایا۔ اور ساری رات ہم دونوں جگے ساری رات دعا کرتے رہے اور لکھتے رہے دعا کرتے رہے لکھتے رہے۔</w:t>
      </w:r>
    </w:p>
    <w:p>
      <w:r>
        <w:rPr>
          <w:b/>
        </w:rPr>
        <w:t xml:space="preserve">[56:22] </w:t>
      </w:r>
      <w:r>
        <w:t>subah ko hamari ladki gayin computer par type kiya. type kar ke unhone subah tak ja kar ke mister andre baiko ko de diya.</w:t>
      </w:r>
    </w:p>
    <w:p>
      <w:pPr>
        <w:jc w:val="right"/>
      </w:pPr>
      <w:r>
        <w:t>صبح کو ہماری لڑکی گئیں کمپیوٹر پر ٹائپ کیا۔ ٹائپ کر کے انہوں نے صبح تک جا کر کے مسٹر آندرے بائیکو کو دے دیا۔</w:t>
      </w:r>
    </w:p>
    <w:p>
      <w:r>
        <w:rPr>
          <w:b/>
        </w:rPr>
        <w:t xml:space="preserve">[56:35] </w:t>
      </w:r>
      <w:r>
        <w:t>un ko bahut pasand aaya bahut achha laga un ko. foran hi is ko unhone qabool kar liya. is ke baad jab aagla session hua subah ko to is ko unhone pesh kiya unhone kaha ke ye dastavez hai humein aap log is ko manzoor kijiye.</w:t>
      </w:r>
    </w:p>
    <w:p>
      <w:pPr>
        <w:jc w:val="right"/>
      </w:pPr>
      <w:r>
        <w:t>ان کو بہت پسند آیا بہت اچھا لگا ان کو۔ فوراً ہی اس کو انہوں نے قبول کر لیا۔ اس کے بعد جب اگلا سیشن ہوا صبح کو تو اس کو انہوں نے پیش کیا انہوں نے کہا کہ یہ دستاویز ہے ہمیں آپ لوگ اس کو منظور کیجیے۔</w:t>
      </w:r>
    </w:p>
    <w:p>
      <w:r>
        <w:rPr>
          <w:b/>
        </w:rPr>
        <w:t xml:space="preserve">[56:51] </w:t>
      </w:r>
      <w:r>
        <w:t>is ko manzoori de dijiye aap log isi ko hum phelaayenge. jitne log the sab ne kaha ke ye shaandaar dastavez hai sab ne ye kaha.</w:t>
      </w:r>
    </w:p>
    <w:p>
      <w:pPr>
        <w:jc w:val="right"/>
      </w:pPr>
      <w:r>
        <w:t>اس کو منظوری دے دیجیے آپ لوگ اسی کو ہم پھیلائیں گے۔ جتنے لوگ تھے سب نے کہا کہ یہ شاندار دستاویز ہے سب نے یہ کہا۔</w:t>
      </w:r>
    </w:p>
    <w:p>
      <w:r>
        <w:rPr>
          <w:b/>
        </w:rPr>
        <w:t xml:space="preserve">[57:01] </w:t>
      </w:r>
      <w:r>
        <w:t>baghair kisi istisna ke.</w:t>
      </w:r>
    </w:p>
    <w:p>
      <w:pPr>
        <w:jc w:val="right"/>
      </w:pPr>
      <w:r>
        <w:t>بغیر کسی استثنا کے۔</w:t>
      </w:r>
    </w:p>
    <w:p>
      <w:r>
        <w:rPr>
          <w:b/>
        </w:rPr>
        <w:t xml:space="preserve">[57:07] </w:t>
      </w:r>
      <w:r>
        <w:t>ye shaandaar dastavez hai koi shak nahi is mein</w:t>
      </w:r>
    </w:p>
    <w:p>
      <w:pPr>
        <w:jc w:val="right"/>
      </w:pPr>
      <w:r>
        <w:t>یہ شاندار دستاویز ہے کوئی شک نہیں اس میں</w:t>
      </w:r>
    </w:p>
    <w:p>
      <w:r>
        <w:rPr>
          <w:b/>
        </w:rPr>
        <w:t xml:space="preserve">[57:10] </w:t>
      </w:r>
      <w:r>
        <w:t>. lekin kisi ne bhi is par dastakhat nahi kiya. kyunki danishwar jo hote hain woh sab gharoor wale hote hain. danishwar ka matlab hai mister gharoor wale.</w:t>
      </w:r>
    </w:p>
    <w:p>
      <w:pPr>
        <w:jc w:val="right"/>
      </w:pPr>
      <w:r>
        <w:t>۔ لیکن کسی نے بھی اس پر دستخط نہیں کیا۔ کیونکہ دانشور جو ہوتے ہیں وہ سب غرور والے ہوتے ہیں۔ دانشور کا مطلب ہے مسٹر غرور والے۔</w:t>
      </w:r>
    </w:p>
    <w:p>
      <w:r>
        <w:rPr>
          <w:b/>
        </w:rPr>
        <w:t xml:space="preserve">[57:24] </w:t>
      </w:r>
      <w:r>
        <w:t>gharoor wala kaun hota hai woh surrender nahi karta kisi ke aage. sab se badi burai jo hai hoti hai danishwaron mein ke woh surrender nahi karte.</w:t>
      </w:r>
    </w:p>
    <w:p>
      <w:pPr>
        <w:jc w:val="right"/>
      </w:pPr>
      <w:r>
        <w:t>غرور والا کون ہوتا ہے وہ سرنڈر نہیں کرتا کسی کے آگے۔ سب سے بڑی برائی جو ہے ہوتی ہے دانشوروں میں کہ وہ سرنڈر نہیں کرتے۔</w:t>
      </w:r>
    </w:p>
    <w:p>
      <w:r>
        <w:rPr>
          <w:b/>
        </w:rPr>
        <w:t xml:space="preserve">[57:32] </w:t>
      </w:r>
      <w:r>
        <w:t>isi liye aaj tak danishwaron ne koi bada kaam nahi kiya. abhi tak mujhe yaad hai wahan ke ek jo sab se bahut hi zabardast ek aadmi aaye the bahut bade professor bahut hi zyada parhe likhe.</w:t>
      </w:r>
    </w:p>
    <w:p>
      <w:pPr>
        <w:jc w:val="right"/>
      </w:pPr>
      <w:r>
        <w:t>اسی لیے آج تک دانشوروں نے کوئی بڑا کام نہیں کیا۔ ابھی تک مجھے یاد ہے وہاں کے ایک جو سب سے بہت ہی زبردست ایک آدمی آئے تھے بہت بڑے پروفیسر بہت ہی زیادہ پڑھے لکھے۔</w:t>
      </w:r>
    </w:p>
    <w:p>
      <w:r>
        <w:rPr>
          <w:b/>
        </w:rPr>
        <w:t xml:space="preserve">[57:45] </w:t>
      </w:r>
      <w:r>
        <w:t>to unhone kaha ke yehi taqreeban aisi alfaz un ki theen ke ye ek shaandaar dastavez hai</w:t>
      </w:r>
    </w:p>
    <w:p>
      <w:pPr>
        <w:jc w:val="right"/>
      </w:pPr>
      <w:r>
        <w:t>تو انہوں نے کہا کہ یہی تقریباً ایسی الفاظ ان کی تھیں کہ یہ ایک شاندار دستاویز ہے</w:t>
      </w:r>
    </w:p>
    <w:p>
      <w:r>
        <w:rPr>
          <w:b/>
        </w:rPr>
        <w:t xml:space="preserve">[57:56] </w:t>
      </w:r>
      <w:r>
        <w:t>koi shak nahi is mein lekin main dastakhat nahi karne wala</w:t>
      </w:r>
    </w:p>
    <w:p>
      <w:pPr>
        <w:jc w:val="right"/>
      </w:pPr>
      <w:r>
        <w:t>کوئی شک نہیں اس میں لیکن میں دستخط نہیں کرنے والا</w:t>
      </w:r>
    </w:p>
    <w:p>
      <w:r>
        <w:rPr>
          <w:b/>
        </w:rPr>
        <w:t xml:space="preserve">[58:02] </w:t>
      </w:r>
      <w:r>
        <w:t>ye bhi kaha unhone sab ke saamne kyun ye ek zehen ki paidaawar hai. ek ijtimai zehen ki paidaawar nahi hai matlab hum ne sab mil kar ke nahi banaya hai is ko ek shakhs ne banaya hai.</w:t>
      </w:r>
    </w:p>
    <w:p>
      <w:pPr>
        <w:jc w:val="right"/>
      </w:pPr>
      <w:r>
        <w:t>یہ بھی کہا انہوں نے سب کے سامنے کیوں یہ ایک ذہن کی پیداوار ہے۔ ایک اجتماعی ذہن کی پیداوار نہیں ہے مطلب ہم نے سب مل کر کے نہیں بنایا ہے اس کو ایک شخص نے بنایا ہے۔</w:t>
      </w:r>
    </w:p>
    <w:p>
      <w:r>
        <w:rPr>
          <w:b/>
        </w:rPr>
        <w:t xml:space="preserve">[58:16] </w:t>
      </w:r>
      <w:r>
        <w:t>yehi koi baat hai. cheez dekho na ke ye dekho ke kitne aadmiyon ne banaya hai.</w:t>
      </w:r>
    </w:p>
    <w:p>
      <w:pPr>
        <w:jc w:val="right"/>
      </w:pPr>
      <w:r>
        <w:t>یہی کوئی بات ہے۔ چیز دیکھو نہ کہ یہ دیکھو کہ کتنے آدمیوں نے بنایا ہے۔</w:t>
      </w:r>
    </w:p>
    <w:p>
      <w:r>
        <w:rPr>
          <w:b/>
        </w:rPr>
        <w:t xml:space="preserve">[58:24] </w:t>
      </w:r>
      <w:r>
        <w:t>cheez dekho ye na dekho ke kitne aadmiyon ne banaya hai. nateeja kya hua ke woh dastavez chhapa to lekin unhone jo un ki jo khwahish thi woh khatam ho gayi.</w:t>
      </w:r>
    </w:p>
    <w:p>
      <w:pPr>
        <w:jc w:val="right"/>
      </w:pPr>
      <w:r>
        <w:t>چیز دیکھو یہ نہ دیکھو کہ کتنے آدمیوں نے بنایا ہے۔ نتیجہ کیا ہوا کہ وہ دستاویز چھپا تو لیکن انہوں نے جو ان کی جو خواہش تھی وہ ختم ہو گئی۔</w:t>
      </w:r>
    </w:p>
    <w:p>
      <w:r>
        <w:rPr>
          <w:b/>
        </w:rPr>
        <w:t xml:space="preserve">[58:35] </w:t>
      </w:r>
      <w:r>
        <w:t>saari duniya mein phelaane wali nahi. ke har zaban mein is ka tarjuma karein saari duniya mein phelaayen is ko inter up karein. un ki apni jo jo report chhapi is report mein to is ko shamil kiya unhone.</w:t>
      </w:r>
    </w:p>
    <w:p>
      <w:pPr>
        <w:jc w:val="right"/>
      </w:pPr>
      <w:r>
        <w:t>ساری دنیا میں پھیلانے والی نہیں۔ کہ ہر زبان میں اس کا ترجمہ کریں ساری دنیا میں پھیلائیں اس کو انٹر اپ کریں۔ ان کی اپنی جو جو رپورٹ چھپی اس رپورٹ میں تو اس کو شامل کیا انہوں نے۔</w:t>
      </w:r>
    </w:p>
    <w:p>
      <w:r>
        <w:rPr>
          <w:b/>
        </w:rPr>
        <w:t xml:space="preserve">[58:49] </w:t>
      </w:r>
      <w:r>
        <w:t>lekin bayn alaqwami satah par jo phelaane ka jo jo jo plan tha woh sab khatam ho gaya. sirf kis liye un ke gharoor ki wajah se.</w:t>
      </w:r>
    </w:p>
    <w:p>
      <w:pPr>
        <w:jc w:val="right"/>
      </w:pPr>
      <w:r>
        <w:t>لیکن بین الاقوامی سطح پر جو پھیلانے کا جو جو جو پلان تھا وہ سب ختم ہو گیا۔ صرف کس لیے ان کے غرور کی وجہ سے۔</w:t>
      </w:r>
    </w:p>
    <w:p>
      <w:r>
        <w:rPr>
          <w:b/>
        </w:rPr>
        <w:t xml:space="preserve">[59:00] </w:t>
      </w:r>
      <w:r>
        <w:t>un ke ana ki wajah se un ke ego ki wajah se. to dekhiye agar aap chahte hain koi bada kaam karna. yaad rakhiye koi ek aadmi bada kaam nahi kar sakta.</w:t>
      </w:r>
    </w:p>
    <w:p>
      <w:pPr>
        <w:jc w:val="right"/>
      </w:pPr>
      <w:r>
        <w:t>ان کے انا کی وجہ سے ان کے ایگو کی وجہ سے۔ تو دیکھیے اگر آپ چاہتے ہیں کوئی بڑا کام کرنا۔ یاد رکھیے کوئی ایک آدمی بڑا کام نہیں کر سکتا۔</w:t>
      </w:r>
    </w:p>
    <w:p>
      <w:r>
        <w:rPr>
          <w:b/>
        </w:rPr>
        <w:t xml:space="preserve">[59:11] </w:t>
      </w:r>
      <w:r>
        <w:t>purana misal hai ke akela chana kya bhaar phore ga. kai aadmi mil kar kai kaam karte hain koi bada. lekin kai aadmi mein kaun.</w:t>
      </w:r>
    </w:p>
    <w:p>
      <w:pPr>
        <w:jc w:val="right"/>
      </w:pPr>
      <w:r>
        <w:t>پرانا مثل ہے کہ اکیلا چنا کیا بھاڑ پھوڑے گا۔ کئی آدمی مل کر کئی کام کرتے ہیں کوئی بڑا۔ لیکن کئی آدمی میں کون۔</w:t>
      </w:r>
    </w:p>
    <w:p>
      <w:r>
        <w:rPr>
          <w:b/>
        </w:rPr>
        <w:t xml:space="preserve">[59:23] </w:t>
      </w:r>
      <w:r>
        <w:t>stupid qism ke log ikattha ho jaayen tab bhi koi bada kaam nahi hoga. zaheen log chahiye intelligent log hon educated log hon. lekin jaisa ke maine arz kiya jo intelligent hoga woh egoist hoga.</w:t>
      </w:r>
    </w:p>
    <w:p>
      <w:pPr>
        <w:jc w:val="right"/>
      </w:pPr>
      <w:r>
        <w:t>اسٹوپڈ قسم کے لوگ اکٹھے ہو جائیں تب بھی کوئی بڑا کام نہیں ہوگا۔ ذہین لوگ چاہئیں انٹیلیجنٹ لوگ ہوں ایجوکیٹڈ لوگ ہوں۔ لیکن جیسا کہ میں نے عرض کیا جو انٹیلیجنٹ ہوگا وہ ایگوئسٹ ہوگا۔</w:t>
      </w:r>
    </w:p>
    <w:p>
      <w:r>
        <w:rPr>
          <w:b/>
        </w:rPr>
        <w:t xml:space="preserve">[59:38] </w:t>
      </w:r>
      <w:r>
        <w:t>to main ye kaha karta hoon ke bada kaam karne ke liye ek hi shart hai. ke jo log ikattha hon woh karne ke liye woh apne ego ko manage kar sakein.</w:t>
      </w:r>
    </w:p>
    <w:p>
      <w:pPr>
        <w:jc w:val="right"/>
      </w:pPr>
      <w:r>
        <w:t>تو میں یہ کہا کرتا ہوں کہ بڑا کام کرنے کے لیے ایک ہی شرط ہے۔ کہ جو لوگ اکٹھا ہوں وہ کرنے کے لیے وہ اپنے ایگو کو مینیج کر سکیں۔</w:t>
      </w:r>
    </w:p>
    <w:p>
      <w:r>
        <w:rPr>
          <w:b/>
        </w:rPr>
        <w:t xml:space="preserve">[59:53] </w:t>
      </w:r>
      <w:r>
        <w:t>main un logon se kehta hoon ke aap ko jaanna hoga art of ego management. agar aise log ikattha ho jaayen das aadmi waise ikattha ho jaayen.</w:t>
      </w:r>
    </w:p>
    <w:p>
      <w:pPr>
        <w:jc w:val="right"/>
      </w:pPr>
      <w:r>
        <w:t>میں ان لوگوں سے کہتا ہوں کہ آپ کو جاننا ہوگا آرٹ آف ایگو مینیجمنٹ۔ اگر ایسے لوگ اکٹھا ہو جائیں دس آدمی ویسے اکٹھا ہو جائیں۔</w:t>
      </w:r>
    </w:p>
    <w:p>
      <w:r>
        <w:rPr>
          <w:b/>
        </w:rPr>
        <w:t xml:space="preserve">[1:00:03] </w:t>
      </w:r>
      <w:r>
        <w:t>das zaheen zehen wale log. to duniya mein ek inqilaab barpa kar sakte hain woh bashartike woh ego management karna jaanein. jis ke baare mein ek bahut hi yani ek misaal aap ke saamne pesh kiya.</w:t>
      </w:r>
    </w:p>
    <w:p>
      <w:pPr>
        <w:jc w:val="right"/>
      </w:pPr>
      <w:r>
        <w:t>دس ذہین ذہن والے لوگ۔ تو دنیا میں ایک انقلاب برپا کر سکتے ہیں وہ بشرطیکہ وہ ایگو مینیجمنٹ کرنا جانیں۔ جس کے بارے میں ایک بہت ہی یعنی ایک مثال آپ کے سامنے پیش کیا۔</w:t>
      </w:r>
    </w:p>
    <w:p>
      <w:r>
        <w:rPr>
          <w:b/>
        </w:rPr>
        <w:t xml:space="preserve">[1:00:18] </w:t>
      </w:r>
      <w:r>
        <w:t>wahan bayn alaqwami zehen ikattha the wahan bade bade zehen. mukhtalif mumalik ke professors. aur un ke saamne ek dastavez laaya gaya.</w:t>
      </w:r>
    </w:p>
    <w:p>
      <w:pPr>
        <w:jc w:val="right"/>
      </w:pPr>
      <w:r>
        <w:t>وہاں بین الاقوامی ذہن اکٹھا تھے وہاں بڑے بڑے ذہن۔ مختلف ممالک کے پروفیسرز۔ اور ان کے سامنے ایک دستاویز لایا گیا۔</w:t>
      </w:r>
    </w:p>
    <w:p>
      <w:r>
        <w:rPr>
          <w:b/>
        </w:rPr>
        <w:t xml:space="preserve">[1:00:29] </w:t>
      </w:r>
      <w:r>
        <w:t>jis ke bare mein khud unhon ne bole wo keh yeh shandar dastavez hai. aman ke mawzu par. yeh kaha unhon ne har ek ne kaha.</w:t>
      </w:r>
    </w:p>
    <w:p>
      <w:pPr>
        <w:jc w:val="right"/>
      </w:pPr>
      <w:r>
        <w:t>جس کے بارے میں خود انہوں نے بولے وہ کہ یہ شاندار دستاویز ہے۔ امن کے موضوع پر۔ یہ کہا انہوں نے ہر ایک نے کہا۔</w:t>
      </w:r>
    </w:p>
    <w:p>
      <w:r>
        <w:rPr>
          <w:b/>
        </w:rPr>
        <w:t xml:space="preserve">[1:00:39] </w:t>
      </w:r>
      <w:r>
        <w:t>lekin unhon ne dastakhat nahin kiya. kyunki sab ke dastakhat se ise duniya mein phelana tha. wo chahte the ke hum yeh kahen ke bayn alaqwami meeting hui is mein itne professor aaye itne aaye itne aaye.</w:t>
      </w:r>
    </w:p>
    <w:p>
      <w:pPr>
        <w:jc w:val="right"/>
      </w:pPr>
      <w:r>
        <w:t>لیکن انہوں نے دستخط نہیں کیا۔ کیونکہ سب کے دستخط سے اسے دنیا میں پھیلانا تھا۔ وہ چاہتے تھے کہ ہم یہ کہیں کہ بین الاقوامی میٹنگ ہوئی اس میں اتنے پروفیسر آئے اتنے آئے اتنے آئے۔</w:t>
      </w:r>
    </w:p>
    <w:p>
      <w:r>
        <w:rPr>
          <w:b/>
        </w:rPr>
        <w:t xml:space="preserve">[1:00:54] </w:t>
      </w:r>
      <w:r>
        <w:t>aur un ke dastakhat se ek dastavez bana kar ke hum duniya mein pesh karein. un ke dastakhat se un ke dastakhton se.</w:t>
      </w:r>
    </w:p>
    <w:p>
      <w:pPr>
        <w:jc w:val="right"/>
      </w:pPr>
      <w:r>
        <w:t>اور ان کے دستخط سے ایک دستاویز بنا کر کے ہم دنیا میں پیش کریں۔ ان کے دستخط سے ان کے دستخطوں سے۔</w:t>
      </w:r>
    </w:p>
    <w:p>
      <w:r>
        <w:rPr>
          <w:b/>
        </w:rPr>
        <w:t xml:space="preserve">[1:01:04] </w:t>
      </w:r>
      <w:r>
        <w:t>itni badi mauqa thi yeh itna bada yeh jahan jis ki taraf se yeh kiya gaya tha us ke paas kai billion dollar the bohat bada idara tha wo.</w:t>
      </w:r>
    </w:p>
    <w:p>
      <w:pPr>
        <w:jc w:val="right"/>
      </w:pPr>
      <w:r>
        <w:t>اتنی بڑی موقع تھی یہ اتنا بڑا یہ جہاں جس کی طرف سے یہ کیا گیا تھا اس کے پاس کئی بلین ڈالر تھے بہت بڑا ادارہ تھا وہ۔</w:t>
      </w:r>
    </w:p>
    <w:p>
      <w:r>
        <w:rPr>
          <w:b/>
        </w:rPr>
        <w:t xml:space="preserve">[1:01:14] </w:t>
      </w:r>
      <w:r>
        <w:t>bohat baray satah par wo phela sakta tha is ko. lekin chunke wo log apne ego ko manage nahin kar sake ek mauqa jo hai ghair dastyab ho kar reh gayi.</w:t>
      </w:r>
    </w:p>
    <w:p>
      <w:pPr>
        <w:jc w:val="right"/>
      </w:pPr>
      <w:r>
        <w:t>بہت بڑے سطح پر وہ پھیلا سکتا تھا اس کو۔ لیکن چونکہ وہ لوگ اپنے ایگو کو مینیج نہیں کر سکے ایک موقع جو ہے غیر دستیاب ہو کر رہ گئی۔</w:t>
      </w:r>
    </w:p>
    <w:p>
      <w:r>
        <w:rPr>
          <w:b/>
        </w:rPr>
        <w:t xml:space="preserve">[1:01:27] </w:t>
      </w:r>
      <w:r>
        <w:t>ek mauqa jo hai dastyab na kar saki.</w:t>
      </w:r>
    </w:p>
    <w:p>
      <w:pPr>
        <w:jc w:val="right"/>
      </w:pPr>
      <w:r>
        <w:t>ایک موقع جو ہے دستیاب نہ کیا سکی۔</w:t>
      </w:r>
    </w:p>
    <w:p>
      <w:r>
        <w:rPr>
          <w:b/>
        </w:rPr>
        <w:t xml:space="preserve">[1:01:33] </w:t>
      </w:r>
      <w:r>
        <w:t>yeh hai tragedy insan ki. hayat umar second caliph jo the second caliph ne kaha ek baar isi baat ko apne apne dhang par.</w:t>
      </w:r>
    </w:p>
    <w:p>
      <w:pPr>
        <w:jc w:val="right"/>
      </w:pPr>
      <w:r>
        <w:t>یہ ہے ٹریجڈی انسان کی۔ حیات عمر سیکنڈ کیلیف جو تھے سیکنڈ کیلیف نے کہا ایک بار اسی بات کو اپنے اپنے ڈھنگ پر۔</w:t>
      </w:r>
    </w:p>
    <w:p>
      <w:r>
        <w:rPr>
          <w:b/>
        </w:rPr>
        <w:t xml:space="preserve">[1:01:49] </w:t>
      </w:r>
      <w:r>
        <w:t>unhon ne kaha ke</w:t>
      </w:r>
    </w:p>
    <w:p>
      <w:pPr>
        <w:jc w:val="right"/>
      </w:pPr>
      <w:r>
        <w:t>انہوں نے کہا کہ</w:t>
      </w:r>
    </w:p>
    <w:p>
      <w:r>
        <w:rPr>
          <w:b/>
        </w:rPr>
        <w:t xml:space="preserve">[1:01:53] </w:t>
      </w:r>
      <w:r>
        <w:t>main khuda ki panah mangta hoon. ke duniya mein ya to aise insan milte hain jin ke paas samajh nahin hai.</w:t>
      </w:r>
    </w:p>
    <w:p>
      <w:pPr>
        <w:jc w:val="right"/>
      </w:pPr>
      <w:r>
        <w:t>میں خدا کی پناہ مانگتا ہوں۔ کہ دنیا میں یا تو ایسے انسان ملتے ہیں جن کے پاس سمجھ نہیں ہے۔</w:t>
      </w:r>
    </w:p>
    <w:p>
      <w:r>
        <w:rPr>
          <w:b/>
        </w:rPr>
        <w:t xml:space="preserve">[1:02:05] </w:t>
      </w:r>
      <w:r>
        <w:t>ya aise insan milte hain jin ke paas samajh hai magar wo ghuroor mein doobe hue hain.</w:t>
      </w:r>
    </w:p>
    <w:p>
      <w:pPr>
        <w:jc w:val="right"/>
      </w:pPr>
      <w:r>
        <w:t>یا ایسے انسان ملتے ہیں جن کے پاس سمجھ ہے مگر وہ غرور میں ڈوبے ہوئے ہیں۔</w:t>
      </w:r>
    </w:p>
    <w:p>
      <w:r>
        <w:rPr>
          <w:b/>
        </w:rPr>
        <w:t xml:space="preserve">[1:02:14] </w:t>
      </w:r>
      <w:r>
        <w:t>yani matlab aise insan jo koi bada kaam nahin kar sakte. aur aise insan jo bada kaam kar sakte hain lekin un ke andar ego ki wajah se wo kuch mil kar kaam karne ke qabil nahin hote.</w:t>
      </w:r>
    </w:p>
    <w:p>
      <w:pPr>
        <w:jc w:val="right"/>
      </w:pPr>
      <w:r>
        <w:t>یعنی مطلب ایسے انسان جو کوئی بڑا کام نہیں کر سکتے۔ اور ایسے انسان جو بڑا کام کر سکتے ہیں لیکن ان کے اندر ایگو کی وجہ سے وہ کچھ مل کر کام کرنے کے قابل نہیں ہوتے۔</w:t>
      </w:r>
    </w:p>
    <w:p>
      <w:r>
        <w:rPr>
          <w:b/>
        </w:rPr>
        <w:t xml:space="preserve">[1:02:28] </w:t>
      </w:r>
      <w:r>
        <w:t>us waqt bhi yeh masla tha aaj bhi yeh masla hai. so aap ko seekhna hoga art of ego management.</w:t>
      </w:r>
    </w:p>
    <w:p>
      <w:pPr>
        <w:jc w:val="right"/>
      </w:pPr>
      <w:r>
        <w:t>اس وقت بھی یہ مسئلہ تھا آج بھی یہ مسئلہ ہے۔ سو آپ کو سیکھنا ہوگا آرٹ آف ایگو مینیجمنٹ۔</w:t>
      </w:r>
    </w:p>
    <w:p>
      <w:r>
        <w:rPr>
          <w:b/>
        </w:rPr>
        <w:t xml:space="preserve">[1:02:37] </w:t>
      </w:r>
      <w:r>
        <w:t>agar aap chahte hain koi bada kaam karna.</w:t>
      </w:r>
    </w:p>
    <w:p>
      <w:pPr>
        <w:jc w:val="right"/>
      </w:pPr>
      <w:r>
        <w:t>اگر آپ چاہتے ہیں کوئی بڑا کام کرنا۔</w:t>
      </w:r>
    </w:p>
    <w:p>
      <w:r>
        <w:rPr>
          <w:b/>
        </w:rPr>
        <w:t xml:space="preserve">[1:02:43] </w:t>
      </w:r>
      <w:r>
        <w:t>mahatma gandhi ka bhi yeh sifat thi main manta hoon. dekhye agar aap ko maloom ho ek baar maulana muhammad ali johar jo musalmanon ke bohat baray leader the us zamane mein unhon ne keh diya ke ek fasiq aur fajir musalman bhi mere nazdeek gandhi se acha hai.</w:t>
      </w:r>
    </w:p>
    <w:p>
      <w:pPr>
        <w:jc w:val="right"/>
      </w:pPr>
      <w:r>
        <w:t>مہاتما گاندھی کا بھی یہ صفت تھی میں مانتا ہوں۔ دیکھیے اگر آپ کو معلوم ہو ایک بار مولانا محمد علی جوہر جو مسلمانوں کے بہت بڑے لیڈر تھے اس زمانے میں انہوں نے کہہ دیا کہ ایک فاسق اور فاجر مسلمان بھی میرے نزدیک گاندھی سے اچھا ہے۔</w:t>
      </w:r>
    </w:p>
    <w:p>
      <w:r>
        <w:rPr>
          <w:b/>
        </w:rPr>
        <w:t xml:space="preserve">[1:03:05] </w:t>
      </w:r>
      <w:r>
        <w:t>puri baat is tarah thi ke unhon ne kaha ke gandhi ko main siyasi leader to manta hoon. lekin jahan tak mazhabi baat hai to mazhabi aitbar se main ek fasiq aur fajir musalman ko bhi gandhi se acha samajhta hoon.</w:t>
      </w:r>
    </w:p>
    <w:p>
      <w:pPr>
        <w:jc w:val="right"/>
      </w:pPr>
      <w:r>
        <w:t>پوری بات اس طرح تھی کہ انہوں نے کہا کہ گاندھی کو میں سیاسی لیڈر تو مانتا ہوں۔ لیکن جہاں تک مذہبی بات ہے تو مذہبی اعتبار سے میں ایک فاسق اور فاجر مسلمان کو بھی گاندھی سے اچھا سمجھتا ہوں۔</w:t>
      </w:r>
    </w:p>
    <w:p>
      <w:r>
        <w:rPr>
          <w:b/>
        </w:rPr>
        <w:t xml:space="preserve">[1:03:20] </w:t>
      </w:r>
      <w:r>
        <w:t>is par bada hangama hua. to wahan par jo session hua congress ka us mein gandhi aur muhammad ali donon maujood the. to bhoola bhai desai kharay ho gaye stage par unhon ne kaha main jalsa nahin hone doon ga.</w:t>
      </w:r>
    </w:p>
    <w:p>
      <w:pPr>
        <w:jc w:val="right"/>
      </w:pPr>
      <w:r>
        <w:t>اس پر بڑا ہنگامہ ہوا۔ تو وہاں پر جو سیشن ہوا کانگریس کا اس میں گاندھی اور محمد علی دونوں موجود تھے۔ تو بھولا بھائی ڈیسائی کھڑے ہو گئے اسٹیج پر انہوں نے کہا میں جلسہ نہیں ہونے دوں گا۔</w:t>
      </w:r>
    </w:p>
    <w:p>
      <w:r>
        <w:rPr>
          <w:b/>
        </w:rPr>
        <w:t xml:space="preserve">[1:03:34] </w:t>
      </w:r>
      <w:r>
        <w:t>pehle muhammad ali mafi mangain kyun aisa kaha unhon ne hamare leader ko. idhar muhammad ali baithe hue the idhar gandhi baithe hue the. ab muhammad ali chup hain.</w:t>
      </w:r>
    </w:p>
    <w:p>
      <w:pPr>
        <w:jc w:val="right"/>
      </w:pPr>
      <w:r>
        <w:t>پہلے محمد علی معافی مانگیں کیوں ایسا کہا انہوں نے ہمارے لیڈر کو۔ ادھر محمد علی بیٹھے ہوئے تھے ادھر گاندھی بیٹھے ہوئے تھے۔ اب محمد علی چپ ہیں۔</w:t>
      </w:r>
    </w:p>
    <w:p>
      <w:r>
        <w:rPr>
          <w:b/>
        </w:rPr>
        <w:t xml:space="preserve">[1:03:44] </w:t>
      </w:r>
      <w:r>
        <w:t>mafi mangne ke liye kharay nahin hue. to ek kuch der ke liye ek suspense raha. phir gandhi uthe apni jagah se.</w:t>
      </w:r>
    </w:p>
    <w:p>
      <w:pPr>
        <w:jc w:val="right"/>
      </w:pPr>
      <w:r>
        <w:t>معافی مانگنے کے لیے کھڑے نہیں ہوئے۔ تو ایک کچھ دیر کے لیے ایک سسپنس رہا۔ پھر گاندھی اٹھے اپنی جگہ سے۔</w:t>
      </w:r>
    </w:p>
    <w:p>
      <w:r>
        <w:rPr>
          <w:b/>
        </w:rPr>
        <w:t xml:space="preserve">[1:03:54] </w:t>
      </w:r>
      <w:r>
        <w:t>wo gaye muhammad ali ke paas. un ke gale mein hath dala aise. aur kaha miyan biwi razi to kya kare ga qazi.</w:t>
      </w:r>
    </w:p>
    <w:p>
      <w:pPr>
        <w:jc w:val="right"/>
      </w:pPr>
      <w:r>
        <w:t>وہ گئے محمد علی کے پاس۔ ان کے گلے میں ہاتھ ڈالا ایسے۔ اور کہا میاں بیوی راضی تو کیا کرے گا قاضی۔</w:t>
      </w:r>
    </w:p>
    <w:p>
      <w:r>
        <w:rPr>
          <w:b/>
        </w:rPr>
        <w:t xml:space="preserve">[1:04:06] </w:t>
      </w:r>
      <w:r>
        <w:t>aur baat khatam ho gayi. yani muhammad ali apne ego ko manage nahin kar sake. gandhi ne apne ego ko manage kiya.</w:t>
      </w:r>
    </w:p>
    <w:p>
      <w:pPr>
        <w:jc w:val="right"/>
      </w:pPr>
      <w:r>
        <w:t>اور بات ختم ہو گئی۔ یعنی محمد علی اپنے ایگو کو مینیج نہیں کر سکے۔ گاندھی نے اپنے ایگو کو مینیج کیا۔</w:t>
      </w:r>
    </w:p>
    <w:p>
      <w:r>
        <w:rPr>
          <w:b/>
        </w:rPr>
        <w:t xml:space="preserve">[1:04:17] </w:t>
      </w:r>
      <w:r>
        <w:t>aur baat khatam ho gayi. muhammad ali uthe hi nahin baar baar kehte rahe bhoola bhai desai. muhammad ali uthe aur mafi mangain kyun keh diya unhon ne gandhi ko aisa.</w:t>
      </w:r>
    </w:p>
    <w:p>
      <w:pPr>
        <w:jc w:val="right"/>
      </w:pPr>
      <w:r>
        <w:t>اور بات ختم ہو گئی۔ محمد علی اٹھے ہی نہیں بار بار کہتے رہے بھولا بھائی ڈیسائی۔ محمد علی اٹھے اور معافی مانگیں کیوں کہہ دیا انہوں نے گاندھی کو ایسا۔</w:t>
      </w:r>
    </w:p>
    <w:p>
      <w:r>
        <w:rPr>
          <w:b/>
        </w:rPr>
        <w:t xml:space="preserve">[1:04:30] </w:t>
      </w:r>
      <w:r>
        <w:t>uthne uth nahin rahe wo. gandhi uthe aur unhon ne ja kar ek yani apna hath uth ke gale mein dala aur kaha ke miyan biwi razi to kya kare ga qazi.</w:t>
      </w:r>
    </w:p>
    <w:p>
      <w:pPr>
        <w:jc w:val="right"/>
      </w:pPr>
      <w:r>
        <w:t>اٹھنے اٹھ نہیں رہے وہ۔ گاندھی اٹھے اور انہوں نے جا کر ایک یعنی اپنا ہاتھ اٹھ کے گلے میں ڈالا اور کہا کہ میاں بیوی راضی تو کیا کرے گا قاضی۔</w:t>
      </w:r>
    </w:p>
    <w:p>
      <w:r>
        <w:rPr>
          <w:b/>
        </w:rPr>
        <w:t xml:space="preserve">[1:04:46] </w:t>
      </w:r>
      <w:r>
        <w:t>to yaad rakhiye koi bada kaam karne ke liye baray zehen chahiye baray zehen. aur bara zehen jo hoga wo hamesha ego us ke andar hoga.</w:t>
      </w:r>
    </w:p>
    <w:p>
      <w:pPr>
        <w:jc w:val="right"/>
      </w:pPr>
      <w:r>
        <w:t>تو یاد رکھیے کوئی بڑا کام کرنے کے لیے بڑے ذہن چاہئیں بڑے ذہن۔ اور بڑا ذہن جو ہوگا وہ ہمیشہ ایگو اس کے اندر ہوگا۔</w:t>
      </w:r>
    </w:p>
    <w:p>
      <w:r>
        <w:rPr>
          <w:b/>
        </w:rPr>
        <w:t xml:space="preserve">[1:04:59] </w:t>
      </w:r>
      <w:r>
        <w:t>to jab kuch baray zehen apne ego ko manage karna seekh lein to wahi wo log hain duniya mein bara inqilab barpa karte hain. bara inqilab late hain.</w:t>
      </w:r>
    </w:p>
    <w:p>
      <w:pPr>
        <w:jc w:val="right"/>
      </w:pPr>
      <w:r>
        <w:t>تو جب کچھ بڑے ذہن اپنے ایگو کو مینیج کرنا سیکھ لیں تو وہی وہ لوگ ہیں دنیا میں بڑا انقلاب برپا کرتے ہیں۔ بڑا انقلاب لاتے ہیں۔</w:t>
      </w:r>
    </w:p>
    <w:p>
      <w:r>
        <w:rPr>
          <w:b/>
        </w:rPr>
        <w:t xml:space="preserve">[1:05:16] </w:t>
      </w:r>
      <w:r>
        <w:t>yeh bohat hi zyada</w:t>
      </w:r>
    </w:p>
    <w:p>
      <w:pPr>
        <w:jc w:val="right"/>
      </w:pPr>
      <w:r>
        <w:t>یہ بہت ہی زیادہ</w:t>
      </w:r>
    </w:p>
    <w:p>
      <w:r>
        <w:rPr>
          <w:b/>
        </w:rPr>
        <w:t xml:space="preserve">[1:05:21] </w:t>
      </w:r>
      <w:r>
        <w:t>sochne ki baat hai.</w:t>
      </w:r>
    </w:p>
    <w:p>
      <w:pPr>
        <w:jc w:val="right"/>
      </w:pPr>
      <w:r>
        <w:t>سوچنے کی بات ہے۔</w:t>
      </w:r>
    </w:p>
    <w:p>
      <w:r>
        <w:rPr>
          <w:b/>
        </w:rPr>
        <w:t xml:space="preserve">[1:05:31] </w:t>
      </w:r>
      <w:r>
        <w:t>yeh sab baaten jo main keh raha hoon woh yeh koi shayari nahi hai. yeh koi</w:t>
      </w:r>
    </w:p>
    <w:p>
      <w:pPr>
        <w:jc w:val="right"/>
      </w:pPr>
      <w:r>
        <w:t>یہ سب باتیں جو میں کہہ رہا ہوں وہ یہ کوئی شاعری نہیں ہے۔ یہ کوئی</w:t>
      </w:r>
    </w:p>
    <w:p>
      <w:r>
        <w:rPr>
          <w:b/>
        </w:rPr>
        <w:t xml:space="preserve">[1:05:40] </w:t>
      </w:r>
      <w:r>
        <w:t>auditory nahi hai. yeh sochne ki baaten hain.</w:t>
      </w:r>
    </w:p>
    <w:p>
      <w:pPr>
        <w:jc w:val="right"/>
      </w:pPr>
      <w:r>
        <w:t>آڈیٹری نہیں ہے۔ یہ سوچنے کی باتیں ہیں۔</w:t>
      </w:r>
    </w:p>
    <w:p>
      <w:r>
        <w:rPr>
          <w:b/>
        </w:rPr>
        <w:t xml:space="preserve">[1:06:01] </w:t>
      </w:r>
      <w:r>
        <w:t>ek cheez jo aadmi ke andar kamzor shakhsiyat paida karti hai woh yeh hai. ke hadith mein aata hai ke kafy bilmar'u kadhiban yahdithu bikulli ma sami'a kisi aadmi ke jhoota hone ke liye yeh baat kafi hai.</w:t>
      </w:r>
    </w:p>
    <w:p>
      <w:pPr>
        <w:jc w:val="right"/>
      </w:pPr>
      <w:r>
        <w:t>ایک چیز جو آدمی کے اندر کمزور شخصیت پیدا کرتی ہے وہ یہ ہے۔ کہ حدیث میں آتا ہے کہ کفى بالمرء کذباً یحدث بکل ما سمع کسی آدمی کے جھوٹا ہونے کے لیے یہ بات کافی ہے۔</w:t>
      </w:r>
    </w:p>
    <w:p>
      <w:r>
        <w:rPr>
          <w:b/>
        </w:rPr>
        <w:t xml:space="preserve">[1:06:19] </w:t>
      </w:r>
      <w:r>
        <w:t>ke woh jo kuch suna hai usi ko maan le.</w:t>
      </w:r>
    </w:p>
    <w:p>
      <w:pPr>
        <w:jc w:val="right"/>
      </w:pPr>
      <w:r>
        <w:t>کہ وہ جو کچھ سنا ہے اسی کو مان لے۔</w:t>
      </w:r>
    </w:p>
    <w:p>
      <w:r>
        <w:rPr>
          <w:b/>
        </w:rPr>
        <w:t xml:space="preserve">[1:06:27] </w:t>
      </w:r>
      <w:r>
        <w:t>jo kuch suna hai usi ko maan le. aise aadmiyon ke andar bahut hi kamzor shakhsiyat banegi. yani khud tajziya na kar sake.</w:t>
      </w:r>
    </w:p>
    <w:p>
      <w:pPr>
        <w:jc w:val="right"/>
      </w:pPr>
      <w:r>
        <w:t>جو کچھ سنا ہے اسی کو مان لے۔ ایسے آدمیوں کے اندر بہت ہی کمزور شخصیت بنے گی۔ یعنی خود تجزیہ نہ کر سکے۔</w:t>
      </w:r>
    </w:p>
    <w:p>
      <w:r>
        <w:rPr>
          <w:b/>
        </w:rPr>
        <w:t xml:space="preserve">[1:06:36] </w:t>
      </w:r>
      <w:r>
        <w:t>khud tajziya na kar sake. khud cheezon ko sort out na kare. bas jo suna woh maan liya usi ko. aisa aadmi hamesha confusion us ki qeemat kya dena parega qeemat?</w:t>
      </w:r>
    </w:p>
    <w:p>
      <w:pPr>
        <w:jc w:val="right"/>
      </w:pPr>
      <w:r>
        <w:t>خود تجزیہ نہ کر سکے۔ خود چیزوں کو سارٹ آؤٹ نہ کرے۔ بس جو سنا وہ مان لیا اسی کو۔ ایسا آدمی ہمیشہ کنفیوژن اس کی قیمت کیا دینا پڑے گا قیمت؟</w:t>
      </w:r>
    </w:p>
    <w:p>
      <w:r>
        <w:rPr>
          <w:b/>
        </w:rPr>
        <w:t xml:space="preserve">[1:06:48] </w:t>
      </w:r>
      <w:r>
        <w:t>ke jo suna usi ko maan liya. aisa aadmi hamesha confusion mein rahe ga. yani safed bhi us ke zehan mein aye ga safed black bhi us ke zehan mein aye ga jo bhi suna usi ko maan liya.</w:t>
      </w:r>
    </w:p>
    <w:p>
      <w:pPr>
        <w:jc w:val="right"/>
      </w:pPr>
      <w:r>
        <w:t>کہ جو سنا اسی کو مان لیا۔ ایسا آدمی ہمیشہ کنفیوژن میں رہے گا۔ یعنی سفید بھی اس کے ذہن میں آئے گا سفید بلیک بھی اس کے ذہن میں آئے گا جو بھی سنا اسی کو مان لیا۔</w:t>
      </w:r>
    </w:p>
    <w:p>
      <w:r>
        <w:rPr>
          <w:b/>
        </w:rPr>
        <w:t xml:space="preserve">[1:07:02] </w:t>
      </w:r>
      <w:r>
        <w:t>cheezon ko dekhen sort out karna parta hai. yani confusion agar aap ko khatam karna hai apne andar se. main main logon ko dekhta hoon ke aksariyat logon ki confusion mein rehti hai aksariyat confusion mein.</w:t>
      </w:r>
    </w:p>
    <w:p>
      <w:pPr>
        <w:jc w:val="right"/>
      </w:pPr>
      <w:r>
        <w:t>چیزوں کو دیکھیں سارٹ آؤٹ کرنا پڑتا ہے۔ یعنی کنفیوژن اگر آپ کو ختم کرنا ہے اپنے اندر سے۔ میں میں لوگوں کو دیکھتا ہوں کہ اکثریت لوگوں کی کنفیوژن میں رہتی ہے اکثریت کنفیوژن میں۔</w:t>
      </w:r>
    </w:p>
    <w:p>
      <w:r>
        <w:rPr>
          <w:b/>
        </w:rPr>
        <w:t xml:space="preserve">[1:07:16] </w:t>
      </w:r>
      <w:r>
        <w:t>kyon? woh sort out nahin karte. jo baatein aati hain un ko sort out karna parta hai. jis tarah se kali aur safed kankariyan pari hon yahan par.</w:t>
      </w:r>
    </w:p>
    <w:p>
      <w:pPr>
        <w:jc w:val="right"/>
      </w:pPr>
      <w:r>
        <w:t>کیوں؟ وہ سارٹ آؤٹ نہیں کرتے۔ جو باتیں آتی ہیں ان کو سارٹ آؤٹ کرنا پڑتا ہے۔ جس طرح سے کالی اور سفید کنکریاں پڑی ہوں یہاں پر۔</w:t>
      </w:r>
    </w:p>
    <w:p>
      <w:r>
        <w:rPr>
          <w:b/>
        </w:rPr>
        <w:t xml:space="preserve">[1:07:28] </w:t>
      </w:r>
      <w:r>
        <w:t>kai rang ki mili jali. to aap chhanṭte hain un ko. kali ko alag karte hain safed ko alag karte hain. to zehan mein yahi karna parta hai. sort out karne ka maamla zehan mein karna parta hai.</w:t>
      </w:r>
    </w:p>
    <w:p>
      <w:pPr>
        <w:jc w:val="right"/>
      </w:pPr>
      <w:r>
        <w:t>کئی رنگ کی ملی جلی۔ تو آپ چھانٹتے ہیں ان کو۔ کالی کو الگ کرتے ہیں سفید کو الگ کرتے ہیں۔ تو ذہن میں یہی کرنا پڑتا ہے۔ سارٹ آؤٹ کرنے کا معاملہ ذہن میں کرنا پڑتا ہے۔</w:t>
      </w:r>
    </w:p>
    <w:p>
      <w:r>
        <w:rPr>
          <w:b/>
        </w:rPr>
        <w:t xml:space="preserve">[1:07:46] </w:t>
      </w:r>
      <w:r>
        <w:t>tab aisa hota hai ke aap</w:t>
      </w:r>
    </w:p>
    <w:p>
      <w:pPr>
        <w:jc w:val="right"/>
      </w:pPr>
      <w:r>
        <w:t>تب ایسا ہوتا ہے کہ آپ</w:t>
      </w:r>
    </w:p>
    <w:p>
      <w:r>
        <w:rPr>
          <w:b/>
        </w:rPr>
        <w:t xml:space="preserve">[1:07:52] </w:t>
      </w:r>
      <w:r>
        <w:t>wo cheez aap ke andar paida ho jis ke andar kehte hain carrier thinking.</w:t>
      </w:r>
    </w:p>
    <w:p>
      <w:pPr>
        <w:jc w:val="right"/>
      </w:pPr>
      <w:r>
        <w:t>وہ چیز آپ کے اندر پیدا ہو جس کے اندر کہتے ہیں کیریئر تھنکنگ۔</w:t>
      </w:r>
    </w:p>
    <w:p>
      <w:r>
        <w:rPr>
          <w:b/>
        </w:rPr>
        <w:t xml:space="preserve">[1:08:01] </w:t>
      </w:r>
      <w:r>
        <w:t>in sab baaton ke liye dekhiye sirf mere jaise kisi insaan ki taqreer kaafi nahin. koi bhi insaan bade se bada auditor ho us ki taqreer se yeh sab baatein nahin aati.</w:t>
      </w:r>
    </w:p>
    <w:p>
      <w:pPr>
        <w:jc w:val="right"/>
      </w:pPr>
      <w:r>
        <w:t>ان سب باتوں کے لیے دیکھیے صرف میرے جیسے کسی انسان کی تقریر کافی نہیں۔ کوئی بھی انسان بڑے سے بڑا آڈیٹر ہو اس کی تقریر سے یہ سب باتیں نہیں آتی۔</w:t>
      </w:r>
    </w:p>
    <w:p>
      <w:r>
        <w:rPr>
          <w:b/>
        </w:rPr>
        <w:t xml:space="preserve">[1:08:15] </w:t>
      </w:r>
      <w:r>
        <w:t>yeh sab baatein aati hain accountability se. accountability to God. meri baat sun kar ke aap chale jayen ghar.</w:t>
      </w:r>
    </w:p>
    <w:p>
      <w:pPr>
        <w:jc w:val="right"/>
      </w:pPr>
      <w:r>
        <w:t>یہ سب باتیں آتی ہیں اکاؤنٹیبلٹی سے۔ اکاؤنٹیبلٹی ٹو گاڈ۔ میری بات سن کر کے آپ چلے جائیں گھر۔</w:t>
      </w:r>
    </w:p>
    <w:p>
      <w:r>
        <w:rPr>
          <w:b/>
        </w:rPr>
        <w:t xml:space="preserve">[1:08:27] </w:t>
      </w:r>
      <w:r>
        <w:t>asal cheez yeh hai ke aap ke andar Khuda se Khuda ka dar ho. dar is ma'ne mein ke aap is baat ko sochein ke marne ke baad mujhe Khuda ke saamne pesh hona hai.</w:t>
      </w:r>
    </w:p>
    <w:p>
      <w:pPr>
        <w:jc w:val="right"/>
      </w:pPr>
      <w:r>
        <w:t>اصل چیز یہ ہے کہ آپ کے اندر خدا سے خدا کا ڈر ہو۔ ڈر اس معنی میں کہ آپ اس بات کو سوچیں کہ مرنے کے بعد مجھے خدا کے سامنے پیش ہونا ہے۔</w:t>
      </w:r>
    </w:p>
    <w:p>
      <w:r>
        <w:rPr>
          <w:b/>
        </w:rPr>
        <w:t xml:space="preserve">[1:08:45] </w:t>
      </w:r>
      <w:r>
        <w:t>mere baap bohat hi nek aadmi thay. to jab koi aisi baat hoti to woh kehte thay Khuda ko munh dikhana hai. bas Khuda ko munh dikhana hai. yeh hai accountability.</w:t>
      </w:r>
    </w:p>
    <w:p>
      <w:pPr>
        <w:jc w:val="right"/>
      </w:pPr>
      <w:r>
        <w:t>میرے باپ بہت ہی نیک آدمی تھے۔ تو جب کوئی ایسی بات ہوتی تو وہ کہتے تھے خدا کو منہ دکھانا ہے۔ بس خدا کو منہ دکھانا ہے۔ یہ ہے اکاؤنٹیبلٹی۔</w:t>
      </w:r>
    </w:p>
    <w:p>
      <w:r>
        <w:rPr>
          <w:b/>
        </w:rPr>
        <w:t xml:space="preserve">[1:08:56] </w:t>
      </w:r>
      <w:r>
        <w:t>jab tak aap ko aap ke zehan mein yeh na basa hua ho. ke marne ke baad mujhe Khuda ke saamne khara hona hai.</w:t>
      </w:r>
    </w:p>
    <w:p>
      <w:pPr>
        <w:jc w:val="right"/>
      </w:pPr>
      <w:r>
        <w:t>جب تک آپ کو آپ کے ذہن میں یہ نہ بسا ہوا ہو۔ کہ مرنے کے بعد مجھے خدا کے سامنے کھڑا ہونا ہے۔</w:t>
      </w:r>
    </w:p>
    <w:p>
      <w:r>
        <w:rPr>
          <w:b/>
        </w:rPr>
        <w:t xml:space="preserve">[1:09:07] </w:t>
      </w:r>
      <w:r>
        <w:t>Khuda ko hisab kitab dena hai. main Khuda ke saamne accountable hoon. jab tak yeh ehsas chhaya hua na ho aap ke andar ho.</w:t>
      </w:r>
    </w:p>
    <w:p>
      <w:pPr>
        <w:jc w:val="right"/>
      </w:pPr>
      <w:r>
        <w:t>خدا کو حساب کتاب دینا ہے۔ میں خدا کے سامنے اکاؤنٹیبل ہوں۔ جب تک یہ احساس چھایا ہوا نہ ہو آپ کے اندر ہو۔</w:t>
      </w:r>
    </w:p>
    <w:p>
      <w:r>
        <w:rPr>
          <w:b/>
        </w:rPr>
        <w:t xml:space="preserve">[1:09:17] </w:t>
      </w:r>
      <w:r>
        <w:t>tab tak yeh mumkin nahin hai. ke aadmi sachai par qaim rahe dunya mein. sachai par qaim rehne ke liye accountability ka jo tasawwur hai woh lazmi hai.</w:t>
      </w:r>
    </w:p>
    <w:p>
      <w:pPr>
        <w:jc w:val="right"/>
      </w:pPr>
      <w:r>
        <w:t>تب تک یہ ممکن نہیں ہے۔ کہ آدمی سچائی پر قائم رہے دنیا میں۔ سچائی پر قائم رہنے کے لیے اکاؤنٹیبلٹی کا جو تصور ہے وہ لازمی ہے۔</w:t>
      </w:r>
    </w:p>
    <w:p>
      <w:r>
        <w:rPr>
          <w:b/>
        </w:rPr>
        <w:t xml:space="preserve">[1:09:30] </w:t>
      </w:r>
      <w:r>
        <w:t>lazmi. kyunke aadmi kya karta hai? bahane dhoond leta hai. jhoote wazahatain dhoond leta hai. jhoota tashreeh mil jata hai us ko.</w:t>
      </w:r>
    </w:p>
    <w:p>
      <w:pPr>
        <w:jc w:val="right"/>
      </w:pPr>
      <w:r>
        <w:t>لازمی۔ کیونکہ آدمی کیا کرتا ہے؟ بہانے ڈھونڈ لیتا ہے۔ جھوٹے وضاحتیں ڈھونڈ لیتا ہے۔ جھوٹا تشریح مل جاتا ہے اس کو۔</w:t>
      </w:r>
    </w:p>
    <w:p>
      <w:r>
        <w:rPr>
          <w:b/>
        </w:rPr>
        <w:t xml:space="preserve">[1:09:42] </w:t>
      </w:r>
      <w:r>
        <w:t>apne aap ko dhoka dene ke liye dunya ko dhoka dene ke liye. lekin Khuda ke saamne koi koi dhoka chalega nahin. is ka zehan yeh kehta hai ke dunya ko main dhoka de sakta hoon.</w:t>
      </w:r>
    </w:p>
    <w:p>
      <w:pPr>
        <w:jc w:val="right"/>
      </w:pPr>
      <w:r>
        <w:t>اپنے آپ کو دھوکہ دینے کے لیے دنیا کو دھوکہ دینے کے لیے۔ لیکن خدا کے سامنے کوئی کوئی دھوکہ چلے گا نہیں۔ اس کا ذہن یہ کہتا ہے کہ دنیا کو میں دھوکہ دے سکتا ہوں۔</w:t>
      </w:r>
    </w:p>
    <w:p>
      <w:r>
        <w:rPr>
          <w:b/>
        </w:rPr>
        <w:t xml:space="preserve">[1:09:57] </w:t>
      </w:r>
      <w:r>
        <w:t>koi jhooti baat keh kar bach sakta hoon. lekin Khuda ke saamne kya hoga? jab wahan peshi hogi to wahan kya hoga? to accountability ka jo tasawwur hai woh aap ko insaaf par qaim rakhta hai.</w:t>
      </w:r>
    </w:p>
    <w:p>
      <w:pPr>
        <w:jc w:val="right"/>
      </w:pPr>
      <w:r>
        <w:t>کوئی جھوٹی بات کہہ کر بچ سکتا ہوں۔ لیکن خدا کے سامنے کیا ہوگا؟ جب وہاں پیشی ہوگی تو وہاں کیا ہوگا؟ تو اکاؤنٹیبلٹی کا جو تصور ہے وہ آپ کو انصاف پر قائم رکھتا ہے۔</w:t>
      </w:r>
    </w:p>
    <w:p>
      <w:r>
        <w:rPr>
          <w:b/>
        </w:rPr>
        <w:t xml:space="preserve">[1:10:12] </w:t>
      </w:r>
      <w:r>
        <w:t>wo sahi shakhs banaye rakhta hai aap ko. wo aap ko kehta hai ke sach bolo. sahi sahi tareeqe ko pakdo.</w:t>
      </w:r>
    </w:p>
    <w:p>
      <w:pPr>
        <w:jc w:val="right"/>
      </w:pPr>
      <w:r>
        <w:t>وہ صحیح شخص بنائے رکھتا ہے آپ کو۔ وہ آپ کو کہتا ہے کہ سچ بولو۔ صحیح صحیح طریقے کو پکڑو۔</w:t>
      </w:r>
    </w:p>
    <w:p>
      <w:r>
        <w:rPr>
          <w:b/>
        </w:rPr>
        <w:t xml:space="preserve">[1:10:24] </w:t>
      </w:r>
      <w:r>
        <w:t>apni zindagi ko theek theek banao. to main samajhta hoon ke hum ko bohat ziyada yeh sochte rehna hai.</w:t>
      </w:r>
    </w:p>
    <w:p>
      <w:pPr>
        <w:jc w:val="right"/>
      </w:pPr>
      <w:r>
        <w:t>اپنی زندگی کو ٹھیک ٹھیک بناؤ۔ تو میں سمجھتا ہوں کہ ہم کو بہت زیادہ یہ سوچتے رہنا ہے۔</w:t>
      </w:r>
    </w:p>
    <w:p>
      <w:r>
        <w:rPr>
          <w:b/>
        </w:rPr>
        <w:t xml:space="preserve">[1:10:37] </w:t>
      </w:r>
      <w:r>
        <w:t>jo hadees mein aata hai ke aksar alzikr hadim allazzat almot. yaani maut ko bahut zyada socho jo tumhare lazzaton ko dha dene wali hai.</w:t>
      </w:r>
    </w:p>
    <w:p>
      <w:pPr>
        <w:jc w:val="right"/>
      </w:pPr>
      <w:r>
        <w:t>جو حدیث میں آتا ہے کہ اکثر الذکر حادم اللذات الموت۔ یعنی موت کو بہت زیادہ سوچو جو تمہارے لذتوں کو ڈھا دینے والی ہے۔</w:t>
      </w:r>
    </w:p>
    <w:p>
      <w:r>
        <w:rPr>
          <w:b/>
        </w:rPr>
        <w:t xml:space="preserve">[1:10:50] </w:t>
      </w:r>
      <w:r>
        <w:t>lazzat dhaane ka matlab sirf lazzat nahi hai. yaani tumhari apni soch ko dha dene wali hai. tumhare apne jo jhoote bahane hain woh sab dha dene wali hai. jo tum khud se banate ho.</w:t>
      </w:r>
    </w:p>
    <w:p>
      <w:pPr>
        <w:jc w:val="right"/>
      </w:pPr>
      <w:r>
        <w:t>لذت ڈھانے کا مطلب صرف لذت نہیں ہے۔ یعنی تمہاری اپنی سوچ کو ڈھا دینے والی ہے۔ تمہارے اپنے جو جھوٹے بہانے ہیں وہ سب ڈھا دینے والی ہے۔ جو تم خود سے بناتے ہو۔</w:t>
      </w:r>
    </w:p>
    <w:p>
      <w:r>
        <w:rPr>
          <w:b/>
        </w:rPr>
        <w:t xml:space="preserve">[1:11:02] </w:t>
      </w:r>
      <w:r>
        <w:t>yaani apna ek ediface. logon ki nazar mein aapko achha dikhane ke liye. woh sab ko dha dene wali hai.</w:t>
      </w:r>
    </w:p>
    <w:p>
      <w:pPr>
        <w:jc w:val="right"/>
      </w:pPr>
      <w:r>
        <w:t>یعنی اپنا ایک ایڈیفس۔ لوگوں کی نظر میں آپ کو اچھا دکھانے کے لیے۔ وہ سب کو ڈھا دینے والی ہے۔</w:t>
      </w:r>
    </w:p>
    <w:p>
      <w:r>
        <w:rPr>
          <w:b/>
        </w:rPr>
        <w:t xml:space="preserve">[1:11:11] </w:t>
      </w:r>
      <w:r>
        <w:t>to ek lafz mein mein kahunga. ke hum sab log khuda ke saamne accountant hain. hum sab log ek din khuda ke saamne kharhe hone wale hain.</w:t>
      </w:r>
    </w:p>
    <w:p>
      <w:pPr>
        <w:jc w:val="right"/>
      </w:pPr>
      <w:r>
        <w:t>تو ایک لفظ میں میں کہوں گا۔ کہ ہم سب لوگ خدا کے سامنے اکاؤنٹیبل ہیں۔ ہم سب لوگ ایک دن خدا کے سامنے کھڑے ہونے والے ہیں۔</w:t>
      </w:r>
    </w:p>
    <w:p>
      <w:r>
        <w:rPr>
          <w:b/>
        </w:rPr>
        <w:t xml:space="preserve">[1:11:23] </w:t>
      </w:r>
      <w:r>
        <w:t>kaamyaab woh insaan hai jo khuda ke saamne kaamyaab thehre. aur naakaam woh insaan hai jo khuda ke saamne naakaam ho jaye.</w:t>
      </w:r>
    </w:p>
    <w:p>
      <w:pPr>
        <w:jc w:val="right"/>
      </w:pPr>
      <w:r>
        <w:t>کامیاب وہ انسان ہے جو خدا کے سامنے کامیاب ٹھہرے۔ اور ناکام وہ انسان ہے جو خدا کے سامنے ناکام ہو جائے۔</w:t>
      </w:r>
    </w:p>
    <w:p>
      <w:r>
        <w:rPr>
          <w:b/>
        </w:rPr>
        <w:t xml:space="preserve">[1:11:35] </w:t>
      </w:r>
      <w:r>
        <w:t>aqoolu qawli haaza wa astaghfirullah li wa lakum ajmaeen.</w:t>
      </w:r>
    </w:p>
    <w:p>
      <w:pPr>
        <w:jc w:val="right"/>
      </w:pPr>
      <w:r>
        <w:t>اقول قولی هذا واستغفراللہ لی ولكم اجمعین۔</w:t>
      </w:r>
    </w:p>
    <w:p>
      <w:r>
        <w:rPr>
          <w:b/>
        </w:rPr>
        <w:t xml:space="preserve">[1:11:49] </w:t>
      </w:r>
      <w:r>
        <w:t>das sawaal hai fram Mohammad Aslam</w:t>
      </w:r>
    </w:p>
    <w:p>
      <w:pPr>
        <w:jc w:val="right"/>
      </w:pPr>
      <w:r>
        <w:t>دس سوال ہے فرام محمد اسلم</w:t>
      </w:r>
    </w:p>
    <w:p>
      <w:r>
        <w:rPr>
          <w:b/>
        </w:rPr>
        <w:t xml:space="preserve">[1:11:51] </w:t>
      </w:r>
      <w:r>
        <w:t>da main focus of preaching during the Makkan period of thirteen years was tauheed, risaalat aur aakhirat. what was the significance of miraj in the history of Islam?</w:t>
      </w:r>
    </w:p>
    <w:p>
      <w:pPr>
        <w:jc w:val="right"/>
      </w:pPr>
      <w:r>
        <w:t>۔ دا مین فوکس آف پریچنگ ڈیورنگ دی میکن پیریڈ آف تھرٹین ایئرز واز توحید، رسالت اینڈ آخرت۔ واٹ واز دا سگنیفیکنس آف معراج ان دی ہسٹری آف اسلام؟</w:t>
      </w:r>
    </w:p>
    <w:p>
      <w:r>
        <w:rPr>
          <w:b/>
        </w:rPr>
        <w:t xml:space="preserve">[1:12:08] </w:t>
      </w:r>
      <w:r>
        <w:t>dikhiye miraaj ka. ye waqya hai. to jitna musalmanon mein barhaya charhaya gaya hai utna history of Islam mein iski ahmiyat nahi hai.</w:t>
      </w:r>
    </w:p>
    <w:p>
      <w:pPr>
        <w:jc w:val="right"/>
      </w:pPr>
      <w:r>
        <w:t>دیکھیے معراج کا۔ یہ واقعہ ہے۔ تو جتنا مسلمانوں میں بڑھایا چڑھایا گیا ہے اتنا ہسٹری آف اسلام میں اس کی اہمیت نہیں ہے۔</w:t>
      </w:r>
    </w:p>
    <w:p>
      <w:r>
        <w:rPr>
          <w:b/>
        </w:rPr>
        <w:t xml:space="preserve">[1:12:21] </w:t>
      </w:r>
      <w:r>
        <w:t>ye jo naat khwani ka silsila chala aur ajeeb o ghareeb tareeqe se yani afzaliat par saara zor chala gaya to ye batane ke liye ke hamaare nabi sab se afzal hain sab se superior hain is mein is ko bahut highlight kiya gaya.</w:t>
      </w:r>
    </w:p>
    <w:p>
      <w:pPr>
        <w:jc w:val="right"/>
      </w:pPr>
      <w:r>
        <w:t>یہ جو نعت خوانی کا سلسلہ چلا اور عجیب و غریب طریقے سے یعنی افضلیت پر سارا زور چلا گیا تو یہ بتانے کے لیے کہ ہمارے نبی سب سے افضل ہیں سب سے سپیریئر ہیں اس میں اس کو بہت ہائی لائٹ کیا گیا۔</w:t>
      </w:r>
    </w:p>
    <w:p>
      <w:r>
        <w:rPr>
          <w:b/>
        </w:rPr>
        <w:t xml:space="preserve">[1:12:35] </w:t>
      </w:r>
      <w:r>
        <w:t>history of Islam mein zyada bada waqya hijrat ka hai. hijrat. logon ne yani aham yani kya cheez aham kya cheez aham nahi hai is ko apne zehen se banaya.</w:t>
      </w:r>
    </w:p>
    <w:p>
      <w:pPr>
        <w:jc w:val="right"/>
      </w:pPr>
      <w:r>
        <w:t>ہسٹری آف اسلام میں زیادہ بڑا واقعہ ہجرت کا ہے۔ ہجرت۔ لوگوں نے یعنی اہم یعنی کیا چیز اہم کیا چیز اہم نہیں ہے اس کو اپنے ذہن سے بنایا۔</w:t>
      </w:r>
    </w:p>
    <w:p>
      <w:r>
        <w:rPr>
          <w:b/>
        </w:rPr>
        <w:t xml:space="preserve">[1:12:54] </w:t>
      </w:r>
      <w:r>
        <w:t>kyunki ye zehan ban gaya baat ko bahut ghalat qism ka zehan ke hamaare nabi sab se afzal hamaare nabi sab se superior hamaare nabi ye hamaare nabi woh ye nihayat hi ghalat zehan tha.</w:t>
      </w:r>
    </w:p>
    <w:p>
      <w:pPr>
        <w:jc w:val="right"/>
      </w:pPr>
      <w:r>
        <w:t>کیونکہ یہ ذہن بن گیا بات کو بہت غلط قسم کا ذہن کہ ہمارے نبی سب سے افضل ہمارے نبی سب سے سپیریئر ہمارے نبی یہ ہمارے نبی وہ یہ نہایت ہی غلط ذہن تھا۔</w:t>
      </w:r>
    </w:p>
    <w:p>
      <w:r>
        <w:rPr>
          <w:b/>
        </w:rPr>
        <w:t xml:space="preserve">[1:13:05] </w:t>
      </w:r>
      <w:r>
        <w:t>to is ki wajah se un cheezon ki itni zyada ahmiyat ho gayi. warna history of Islam mein zyada bade waqyaat doosre hain.</w:t>
      </w:r>
    </w:p>
    <w:p>
      <w:pPr>
        <w:jc w:val="right"/>
      </w:pPr>
      <w:r>
        <w:t>تو اس کی وجہ سے ان چیزوں کی اتنی زیادہ اہمیت ہو گئی۔ ورنہ ہسٹری آف اسلام میں زیادہ بڑے واقعات دوسرے ہیں۔</w:t>
      </w:r>
    </w:p>
    <w:p>
      <w:r>
        <w:rPr>
          <w:b/>
        </w:rPr>
        <w:t xml:space="preserve">[1:13:18] </w:t>
      </w:r>
      <w:r>
        <w:t>das sawaal hai fram Priya. what is conscience and how is this connected to free will in God's creation plan?</w:t>
      </w:r>
    </w:p>
    <w:p>
      <w:pPr>
        <w:jc w:val="right"/>
      </w:pPr>
      <w:r>
        <w:t>دس سوال ہے فرام پریا۔ واٹ از کانشینس اینڈ ہاؤ از دس کنیکٹڈ ٹو فری ول ان گاڈز کریشن پلان؟</w:t>
      </w:r>
    </w:p>
    <w:p>
      <w:r>
        <w:rPr>
          <w:b/>
        </w:rPr>
        <w:t xml:space="preserve">[1:13:30] </w:t>
      </w:r>
      <w:r>
        <w:t>dikhiye ek aadmi ne bahut ek aalim ne ek scholar ne woh sahi taur par likha hai. ke conscience kya hai to unhon ne kaha ke ye God ka representative hai har insaan ke andar.</w:t>
      </w:r>
    </w:p>
    <w:p>
      <w:pPr>
        <w:jc w:val="right"/>
      </w:pPr>
      <w:r>
        <w:t>دیکھیے ایک آدمی نے بہت ایک عالم نے ایک سکالر نے وہ صحیح طور پر لکھا ہے۔ کہ کانشینس کیا ہے تو انہوں نے کہا کہ یہ گاڈ کا ریپریزنٹیٹیو ہے ہر انسان کے اندر۔</w:t>
      </w:r>
    </w:p>
    <w:p>
      <w:r>
        <w:rPr>
          <w:b/>
        </w:rPr>
        <w:t xml:space="preserve">[1:13:47] </w:t>
      </w:r>
      <w:r>
        <w:t>yaani har mauqa par woh yaad dilata hai. aap ka conscience har mauqa par yaad dilata hai ke kya cheez theek hai kya cheez ghalat hai. kya cheez ghalat hai kya cheez durust hai.</w:t>
      </w:r>
    </w:p>
    <w:p>
      <w:pPr>
        <w:jc w:val="right"/>
      </w:pPr>
      <w:r>
        <w:t>یعنی ہر موقع پر وہ یاد دلاتا ہے۔ آپ کا کانشینس ہر موقع پر یاد دلاتا ہے کہ کیا چیز ٹھیک ہے کیا چیز غلط ہے۔ کیا چیز غلط ہے کیا چیز درست ہے۔</w:t>
      </w:r>
    </w:p>
    <w:p>
      <w:r>
        <w:rPr>
          <w:b/>
        </w:rPr>
        <w:t xml:space="preserve">[1:13:59] </w:t>
      </w:r>
      <w:r>
        <w:t>ye yaad dilata hai. jahan tak free will ki baat hai to woh apni jagah par hai. yaani in mein se donon mein se koi bhi ek doosre ko khatam nahi karte.</w:t>
      </w:r>
    </w:p>
    <w:p>
      <w:pPr>
        <w:jc w:val="right"/>
      </w:pPr>
      <w:r>
        <w:t>یہ یاد دلاتا ہے۔ جہاں تک فری ول کی بات ہے تو وہ اپنی جگہ پر ہے۔ یعنی ان میں سے دونوں میں سے کوئی بھی ایک دوسرے کو ختم نہیں کرتے۔</w:t>
      </w:r>
    </w:p>
    <w:p>
      <w:r>
        <w:rPr>
          <w:b/>
        </w:rPr>
        <w:t xml:space="preserve">[1:14:09] </w:t>
      </w:r>
      <w:r>
        <w:t>insaan ko test ke liye azaadi diya gaya hai mutlaq maani mein. mutlaq maani mein. isi ke saath saath khuda ne do intizam kiye hain.</w:t>
      </w:r>
    </w:p>
    <w:p>
      <w:pPr>
        <w:jc w:val="right"/>
      </w:pPr>
      <w:r>
        <w:t>انسان کو ٹیسٹ کے لیے آزادی دیا گیا ہے مطلق معنی میں۔ مطلق معنی میں۔ اسی کے ساتھ ساتھ خدا نے دو انتظام کیے ہیں۔</w:t>
      </w:r>
    </w:p>
    <w:p>
      <w:r>
        <w:rPr>
          <w:b/>
        </w:rPr>
        <w:t xml:space="preserve">[1:14:21] </w:t>
      </w:r>
      <w:r>
        <w:t>yaani rehnumai ke liye. ek to andar conscience hai jo yaad dilata hai insaan ko. doosre nabi jo baahar se batate hain. jo free will azadana taur par kaam karta hai aadmi ke andar.</w:t>
      </w:r>
    </w:p>
    <w:p>
      <w:pPr>
        <w:jc w:val="right"/>
      </w:pPr>
      <w:r>
        <w:t>یعنی رہنمائی کے لیے۔ ایک تو اندر کانشینس ہے جو یاد دلاتا ہے انسان کو۔ دوسرے نبی جو باہر سے بتاتے ہیں۔ جو فری ول آزادانہ طور پر کام کرتا ہے آدمی کے اندر۔</w:t>
      </w:r>
    </w:p>
    <w:p>
      <w:r>
        <w:rPr>
          <w:b/>
        </w:rPr>
        <w:t xml:space="preserve">[1:14:35] </w:t>
      </w:r>
      <w:r>
        <w:t>kuch log ghalat qism ki baatein kar ke logon ko khuwahmakhwah confusion mein daalte hain. jaise ek aadmi jis ne qatal kiya. us ne kaha ke sahib mein to usi mein shart ho gaya tha.</w:t>
      </w:r>
    </w:p>
    <w:p>
      <w:pPr>
        <w:jc w:val="right"/>
      </w:pPr>
      <w:r>
        <w:t>کچھ لوگ غلط قسم کی باتیں کر کے لوگوں کو خوامخواہ کنفیوژن میں ڈالتے ہیں۔ جیسے ایک آدمی جس نے قتل کیا۔ اس نے کہا کہ صاحب میں تو اسی میں شرط ہو گیا تھا۔</w:t>
      </w:r>
    </w:p>
    <w:p>
      <w:r>
        <w:rPr>
          <w:b/>
        </w:rPr>
        <w:t xml:space="preserve">[1:14:47] </w:t>
      </w:r>
      <w:r>
        <w:t>mere baap ne qatal kiya tha mere dada ne qatal kiya tha to main samajh mein samajhne laga ke qatal koi badi achhi cheez hai.</w:t>
      </w:r>
    </w:p>
    <w:p>
      <w:pPr>
        <w:jc w:val="right"/>
      </w:pPr>
      <w:r>
        <w:t>میرے باپ نے قتل کیا تھا میرے دادا نے قتل کیا تھا تو میں سمجھ میں سمجھنے لگا کہ قتل کوئی بڑی اچھی چیز ہے۔</w:t>
      </w:r>
    </w:p>
    <w:p>
      <w:r>
        <w:rPr>
          <w:b/>
        </w:rPr>
        <w:t xml:space="preserve">[1:14:56] </w:t>
      </w:r>
      <w:r>
        <w:t>ye sab dikhiye jhooti baatein hain. ye sab kahne ke liye kaha jaata hai. innama ya qalb qaail ye koi dil ki baat nahi hoti hai.</w:t>
      </w:r>
    </w:p>
    <w:p>
      <w:pPr>
        <w:jc w:val="right"/>
      </w:pPr>
      <w:r>
        <w:t>یہ سب دیکھیے جھوٹی باتیں ہیں۔ یہ سب کہنے کے لیے کہا جاتا ہے۔ انما یہ قلب قائل یہ کوئی دل کی بات نہیں ہوتی ہے۔</w:t>
      </w:r>
    </w:p>
    <w:p>
      <w:r>
        <w:rPr>
          <w:b/>
        </w:rPr>
        <w:t xml:space="preserve">[1:15:05] </w:t>
      </w:r>
      <w:r>
        <w:t>usi Dilli mein ek sahib hain jo cases karte hain. criminal cases karte hain unhon ne kaha ke main pachees saal se case kar raha hoon.</w:t>
      </w:r>
    </w:p>
    <w:p>
      <w:pPr>
        <w:jc w:val="right"/>
      </w:pPr>
      <w:r>
        <w:t>اسی دلی میں ایک صاحب ہیں جو کیسز کرتے ہیں۔ کریمنل کیسز کرتے ہیں انہوں نے کہا کہ میں پچیس سال سے کیس کر رہا ہوں۔</w:t>
      </w:r>
    </w:p>
    <w:p>
      <w:r>
        <w:rPr>
          <w:b/>
        </w:rPr>
        <w:t xml:space="preserve">[1:15:17] </w:t>
      </w:r>
      <w:r>
        <w:t>criminal cases kar raha hoon. aur bahut se log jo jo jinhon ne qatal kiya un ke case maine kiye hain. unhon ne kaha mujh se yahin woh rahte hain Kingsway camp mein ke maine aaj tak kisi qatal karne wale ko nahi paaya jis ke andar ye ehsas na ho ke maine ghalat kaam kiya.</w:t>
      </w:r>
    </w:p>
    <w:p>
      <w:pPr>
        <w:jc w:val="right"/>
      </w:pPr>
      <w:r>
        <w:t>کریمنل کیسز کر رہا ہوں۔ اور بہت سے لوگ جو جو جنہوں نے قتل کیا ان کے کیس میں نے کیے ہیں۔ انہوں نے کہا مجھ سے یہیں وہ رہتے ہیں کنگزوے کیمپ میں کہ میں نے آج تک کسی قتل کرنے والے کو نہیں پایا جس کے اندر یہ احساس نہ ہو کہ میں نے غلط کام کیا۔</w:t>
      </w:r>
    </w:p>
    <w:p>
      <w:r>
        <w:rPr>
          <w:b/>
        </w:rPr>
        <w:t xml:space="preserve">[1:15:39] </w:t>
      </w:r>
      <w:r>
        <w:t>yaani qatal karne ke baad us ke andar ye ehsas raha ke maine ghalat kaam kiya. to agar koi aisa bolt hai ke main to usi mein shart ho gaya tha. aur qatal karne ko maine achha samajh liya tha ye jhooti baat hai woh.</w:t>
      </w:r>
    </w:p>
    <w:p>
      <w:pPr>
        <w:jc w:val="right"/>
      </w:pPr>
      <w:r>
        <w:t>یعنی قتل کرنے کے بعد اس کے اندر یہ احساس رہا کہ میں نے غلط کام کیا۔ تو اگر کوئی ایسا بولتا ہے کہ میں تو اسی میں شرط ہو گیا تھا۔ اور قتل کرنے کو میں نے اچھا سمجھ لیا تھا یہ جھوٹی بات ہے وہ۔</w:t>
      </w:r>
    </w:p>
    <w:p>
      <w:r>
        <w:rPr>
          <w:b/>
        </w:rPr>
        <w:t xml:space="preserve">[1:15:49] </w:t>
      </w:r>
      <w:r>
        <w:t>yeh lips service hai woh. kisi conscience mar nahi sakta. conscience hamesha zinda rehta hai. hamesha woh yaad dilata hai. toh dekhie do alag alag quwatein hain.</w:t>
      </w:r>
    </w:p>
    <w:p>
      <w:pPr>
        <w:jc w:val="right"/>
      </w:pPr>
      <w:r>
        <w:t>یہ لپ سروس ہے وہ۔ کسی کانشینس مر نہیں سکتا۔ کانشینس ہمیشہ زندہ رہتا ہے۔ ہمیشہ وہ یاد دلاتا ہے۔ تو دیکھیے دو الگ الگ قوتیں ہیں۔</w:t>
      </w:r>
    </w:p>
    <w:p>
      <w:r>
        <w:rPr>
          <w:b/>
        </w:rPr>
        <w:t xml:space="preserve">[1:16:00] </w:t>
      </w:r>
      <w:r>
        <w:t>ek toh hai azaadi. freedom. toh mera freedom jo hai apni jagah par hamesha qaim rahega. kyunki mutlaq azaadi mujhe di hai khuda ne.</w:t>
      </w:r>
    </w:p>
    <w:p>
      <w:pPr>
        <w:jc w:val="right"/>
      </w:pPr>
      <w:r>
        <w:t>ایک تو ہے آزادی۔ فریڈم۔ تو میرا فریڈم جو ہے اپنی جگہ پر ہمیشہ قائم رہے گا۔ کیونکہ مطلق آزادی مجھے دی ہے خدا نے۔</w:t>
      </w:r>
    </w:p>
    <w:p>
      <w:r>
        <w:rPr>
          <w:b/>
        </w:rPr>
        <w:t xml:space="preserve">[1:16:09] </w:t>
      </w:r>
      <w:r>
        <w:t>lekin saath saath khuda ne jo intizam kiya hai. ek andar ek bahar. andar se conscience jagata hai. bahar se munafeh batata hai.</w:t>
      </w:r>
    </w:p>
    <w:p>
      <w:pPr>
        <w:jc w:val="right"/>
      </w:pPr>
      <w:r>
        <w:t>لیکن ساتھ ساتھ خدا نے جو انتظام کیا ہے۔ ایک اندر ایک باہر۔ اندر سے کانشینس جگاتا ہے۔ باہر سے منافع بتاتا ہے۔</w:t>
      </w:r>
    </w:p>
    <w:p>
      <w:r>
        <w:rPr>
          <w:b/>
        </w:rPr>
        <w:t xml:space="preserve">[1:16:18] </w:t>
      </w:r>
      <w:r>
        <w:t>isi do ke beech mein insaan hota hai.</w:t>
      </w:r>
    </w:p>
    <w:p>
      <w:pPr>
        <w:jc w:val="right"/>
      </w:pPr>
      <w:r>
        <w:t>اسی دو کے بیچ میں انسان ہوتا ہے۔</w:t>
      </w:r>
    </w:p>
    <w:p>
      <w:r>
        <w:rPr>
          <w:b/>
        </w:rPr>
        <w:t xml:space="preserve">[1:16:23] </w:t>
      </w:r>
      <w:r>
        <w:t>das sawaal hai from naghma. in india and in muslim communities how do we introduce the japanese model so that they accept it?</w:t>
      </w:r>
    </w:p>
    <w:p>
      <w:pPr>
        <w:jc w:val="right"/>
      </w:pPr>
      <w:r>
        <w:t>دس سوال ہے فرام نغمہ۔ ان انڈیا اینڈ ان مسلم کمیونٹیز ہاؤ ڈو وی انٹروڈیوس دی جاپانیز ماڈل سو دیٹ دے ایکسیپٹ اٹ؟</w:t>
      </w:r>
    </w:p>
    <w:p>
      <w:r>
        <w:rPr>
          <w:b/>
        </w:rPr>
        <w:t xml:space="preserve">[1:16:36] </w:t>
      </w:r>
      <w:r>
        <w:t>dekhie chahe india ho ya koi doosra mulk ho. aap agar koi achha model aap ke paas hai toh aap pesh kar sakte hain doosron ke saamne. mein samajhta hoon ke is mein koi harj toh hai nahi.</w:t>
      </w:r>
    </w:p>
    <w:p>
      <w:pPr>
        <w:jc w:val="right"/>
      </w:pPr>
      <w:r>
        <w:t>دیکھیے چاہے انڈیا ہو یا کوئی دوسرا ملک ہو۔ آپ اگر کوئی اچھا ماڈل آپ کے پاس ہے تو آپ پیش کر سکتے ہیں دوسروں کے سامنے۔ میں سمجھتا ہوں کہ اس میں کوئی حرج تو ہے نہیں۔</w:t>
      </w:r>
    </w:p>
    <w:p>
      <w:r>
        <w:rPr>
          <w:b/>
        </w:rPr>
        <w:t xml:space="preserve">[1:16:50] </w:t>
      </w:r>
      <w:r>
        <w:t>is mein koi harj nahi ek baar mein ne japan ki misaal di kuch arab log aaye the mere paas. toh unhon ne kya kaha are bhai woh toh kafir mulk hai is ki aap misaal dete hain.</w:t>
      </w:r>
    </w:p>
    <w:p>
      <w:pPr>
        <w:jc w:val="right"/>
      </w:pPr>
      <w:r>
        <w:t>اس میں کوئی حرج نہیں ایک بار میں نے جاپان کی مثال دی کچھ عرب لوگ آئے تھے میرے پاس۔ تو انہوں نے کیا کہا ارے بھائی وہ تو کافر ملک ہے اس کی آپ مثال دیتے ہیں۔</w:t>
      </w:r>
    </w:p>
    <w:p>
      <w:r>
        <w:rPr>
          <w:b/>
        </w:rPr>
        <w:t xml:space="preserve">[1:17:00] </w:t>
      </w:r>
      <w:r>
        <w:t>yeh sab jhooti baatein hain. mein ne un se kaha ke dekhie islam mein ek hai woh battle of trenches kaha jaata hai is ko.</w:t>
      </w:r>
    </w:p>
    <w:p>
      <w:pPr>
        <w:jc w:val="right"/>
      </w:pPr>
      <w:r>
        <w:t>یہ سب جھوٹی باتیں ہیں۔ میں نے ان سے کہا کہ دیکھیے اسلام میں ایک ہے وہ بیٹل آف ٹرینچز کہا جاتا ہے اس کو۔</w:t>
      </w:r>
    </w:p>
    <w:p>
      <w:r>
        <w:rPr>
          <w:b/>
        </w:rPr>
        <w:t xml:space="preserve">[1:17:10] </w:t>
      </w:r>
      <w:r>
        <w:t>ghazwa khandaq. jismein rasool allah ne ladai nahi ki thi balke trench khod kar ke ladai ko taala tha.</w:t>
      </w:r>
    </w:p>
    <w:p>
      <w:pPr>
        <w:jc w:val="right"/>
      </w:pPr>
      <w:r>
        <w:t>غزوہ خندق۔ جس میں رسول اللہ نے لڑائی نہیں کی تھی بلکہ ٹرینچ کھود کر کے لڑائی کو ٹالا تھا۔</w:t>
      </w:r>
    </w:p>
    <w:p>
      <w:r>
        <w:rPr>
          <w:b/>
        </w:rPr>
        <w:t xml:space="preserve">[1:17:20] </w:t>
      </w:r>
      <w:r>
        <w:t>toh jab wahan par kaafi bada ek fauj aa gayi wahan par madine ke baahar. toh aap ne logon se poochha ke bhai kya karein.</w:t>
      </w:r>
    </w:p>
    <w:p>
      <w:pPr>
        <w:jc w:val="right"/>
      </w:pPr>
      <w:r>
        <w:t>تو جب وہاں پر کافی بڑا ایک فوج آ گئی وہاں پر مدینے کے باہر۔ تو آپ نے لوگوں سے پوچھا کہ بھئی کیا کریں۔</w:t>
      </w:r>
    </w:p>
    <w:p>
      <w:r>
        <w:rPr>
          <w:b/>
        </w:rPr>
        <w:t xml:space="preserve">[1:17:31] </w:t>
      </w:r>
      <w:r>
        <w:t>hum ladai karna chahte nahi. toh salman farsi ek the jo iran se aaye the. unhon ne kaha ke iran ke badshah logon ka tareeqa hai.</w:t>
      </w:r>
    </w:p>
    <w:p>
      <w:pPr>
        <w:jc w:val="right"/>
      </w:pPr>
      <w:r>
        <w:t>ہم لڑائی کرنا چاہتے نہیں۔ تو سلمان فارسی ایک تھے جو ایران سے آئے تھے۔ انہوں نے کہا کہ ایران کے بادشاہ لوگوں کا طریقہ ہے۔</w:t>
      </w:r>
    </w:p>
    <w:p>
      <w:r>
        <w:rPr>
          <w:b/>
        </w:rPr>
        <w:t xml:space="preserve">[1:17:42] </w:t>
      </w:r>
      <w:r>
        <w:t>keh jab woh ladai ko taalna chahte hain toh khandaq khod dete hain. yani trench. aap ne kaha bada achha toh aap ne kaha toh aap ne un ke mashware ko maante hue trench khod di.</w:t>
      </w:r>
    </w:p>
    <w:p>
      <w:pPr>
        <w:jc w:val="right"/>
      </w:pPr>
      <w:r>
        <w:t>کہ جب وہ لڑائی کو ٹالنا چاہتے ہیں تو خندق کھود دیتے ہیں۔ یعنی ٹرینچ۔ آپ نے کہا بڑا اچھا تو آپ نے کہا تو آپ نے ان کے مشورے کو مانتے ہوئے ٹرینچ کھود دی۔</w:t>
      </w:r>
    </w:p>
    <w:p>
      <w:r>
        <w:rPr>
          <w:b/>
        </w:rPr>
        <w:t xml:space="preserve">[1:17:57] </w:t>
      </w:r>
      <w:r>
        <w:t>toh is tarah ki baaton mein yeh nahi dikhaya tha ke woh japan ki misaal hai ke germany ki misaal hai. india ki hai kahan ki hai. woh agar aap ke liye is mein faida hai toh kijie.</w:t>
      </w:r>
    </w:p>
    <w:p>
      <w:pPr>
        <w:jc w:val="right"/>
      </w:pPr>
      <w:r>
        <w:t>تو اس طرح کی باتوں میں یہ نہیں دکھایا تھا کہ وہ جاپان کی مثال ہے کہ جرمنی کی مثال ہے۔ انڈیا کی ہے کہاں کی ہے۔ وہ اگر آپ کے لیے اس میں فائدہ ہے تو کیجیے۔</w:t>
      </w:r>
    </w:p>
    <w:p>
      <w:r>
        <w:rPr>
          <w:b/>
        </w:rPr>
        <w:t xml:space="preserve">[1:18:09] </w:t>
      </w:r>
      <w:r>
        <w:t>ek hai dekhie yaqeen ek hai tareeqa. yaqeen mein aap dekhienge quran o hadees ko. jahan tak tareeqe ki baat hai woh kisi se bhi aap le sakte hain.</w:t>
      </w:r>
    </w:p>
    <w:p>
      <w:pPr>
        <w:jc w:val="right"/>
      </w:pPr>
      <w:r>
        <w:t>ایک ہے دیکھیے یقین ایک ہے طریقہ۔ یقین میں آپ دیکھیں گے قرآن و حدیث کو۔ جہاں تک طریقے کی بات ہے وہ کسی سے بھی آپ لے سکتے ہیں۔</w:t>
      </w:r>
    </w:p>
    <w:p>
      <w:r>
        <w:rPr>
          <w:b/>
        </w:rPr>
        <w:t xml:space="preserve">[1:18:22] </w:t>
      </w:r>
      <w:r>
        <w:t>das sawaal hai from sofia khan. people often consider religion and spirituality to be two different disciplines. please throw some light on the same.</w:t>
      </w:r>
    </w:p>
    <w:p>
      <w:pPr>
        <w:jc w:val="right"/>
      </w:pPr>
      <w:r>
        <w:t>دس سوال ہے فرام صوفیا خان۔ پیپل آفن کنسیڈر ریلیجن اینڈ سپرچویلٹی ٹو بی ٹو ڈفرنٹ ڈسپلنز۔ پلیز تھرو سم لائٹ آن دی سیم۔</w:t>
      </w:r>
    </w:p>
    <w:p>
      <w:r>
        <w:rPr>
          <w:b/>
        </w:rPr>
        <w:t xml:space="preserve">[1:18:35] </w:t>
      </w:r>
      <w:r>
        <w:t>dekhie yeh baat sahi hai ke dono alag alag disciplines hain. yani islam mein kam az kam mein keh sakta hoon. kyun religion islam ke mutabiq woh buniyad rakhta hai mukashifa par.</w:t>
      </w:r>
    </w:p>
    <w:p>
      <w:pPr>
        <w:jc w:val="right"/>
      </w:pPr>
      <w:r>
        <w:t>دیکھیے یہ بات صحیح ہے کہ دونوں الگ الگ ڈسپلن ہیں۔ یعنی اسلام میں کم از کم میں کہہ سکتا ہوں۔ کیوں ریلیجن اسلام کے مطابق وہ بنیاد رکھتا ہے مکاشفہ پر۔</w:t>
      </w:r>
    </w:p>
    <w:p>
      <w:r>
        <w:rPr>
          <w:b/>
        </w:rPr>
        <w:t xml:space="preserve">[1:18:51] </w:t>
      </w:r>
      <w:r>
        <w:t>yani wahi o ilhaam par. toh aur roohaniyat jo hai woh ek azaad discipline hai. lekin mein samajhta hoon ke woh hamare liye ek madadgaar discipline hai.</w:t>
      </w:r>
    </w:p>
    <w:p>
      <w:pPr>
        <w:jc w:val="right"/>
      </w:pPr>
      <w:r>
        <w:t>یعنی وحی و الہام پر۔ تو اور روحانیت جو ہے وہ ایک آزاد ڈسپلن ہے۔ لیکن میں سمجھتا ہوں کہ وہ ہمارے لیے ایک مددگار ڈسپلن ہے۔</w:t>
      </w:r>
    </w:p>
    <w:p>
      <w:r>
        <w:rPr>
          <w:b/>
        </w:rPr>
        <w:t xml:space="preserve">[1:19:06] </w:t>
      </w:r>
      <w:r>
        <w:t>hum agar roohaniyat ko develop karein apne andar. toh hamari madadgaar hai hamare islam ke liye. toh mein yeh maanta hoon ke dono alag alag hain.</w:t>
      </w:r>
    </w:p>
    <w:p>
      <w:pPr>
        <w:jc w:val="right"/>
      </w:pPr>
      <w:r>
        <w:t>ہم اگر روحانیت کو ڈویلپ کریں اپنے اندر۔ تو ہماری مددگار ہے ہمارے اسلام کے لیے۔ تو میں یہ مانتا ہوں کہ دونوں الگ الگ ہیں۔</w:t>
      </w:r>
    </w:p>
    <w:p>
      <w:r>
        <w:rPr>
          <w:b/>
        </w:rPr>
        <w:t xml:space="preserve">[1:19:15] </w:t>
      </w:r>
      <w:r>
        <w:t>lekin yeh bhi maanta hoon ke dono ek doosre ke liye madadgaar hain. albatta doosre jo disciplines hain un mein roohaniyat ko roohaniyat hi ke sab kuch samjhaya jaata hai.</w:t>
      </w:r>
    </w:p>
    <w:p>
      <w:pPr>
        <w:jc w:val="right"/>
      </w:pPr>
      <w:r>
        <w:t>لیکن یہ بھی مانتا ہوں کہ دونوں ایک دوسرے کے لیے مددگار ہیں۔ البتہ دوسرے جو ڈسپلن ہیں ان میں روحانیت کو روحانیت ہی کے سب کچھ سمجھایا جاتا ہے۔</w:t>
      </w:r>
    </w:p>
    <w:p>
      <w:r>
        <w:rPr>
          <w:b/>
        </w:rPr>
        <w:t xml:space="preserve">[1:19:26] </w:t>
      </w:r>
      <w:r>
        <w:t>is se mein ittefaq nahi karta. yani un ka maanna yeh hai ke insaan ke andar ek apne aap hi mein sab kuch maujood hai.</w:t>
      </w:r>
    </w:p>
    <w:p>
      <w:pPr>
        <w:jc w:val="right"/>
      </w:pPr>
      <w:r>
        <w:t>اس سے میں اتفاق نہیں کرتا۔ یعنی ان کا ماننا یہ ہے کہ انسان کے اندر ایک اپنے آپ ہی میں سب کچھ موجود ہے۔</w:t>
      </w:r>
    </w:p>
    <w:p>
      <w:r>
        <w:rPr>
          <w:b/>
        </w:rPr>
        <w:t xml:space="preserve">[1:19:36] </w:t>
      </w:r>
      <w:r>
        <w:t>yani ek zakheera hai insaan. toh andar se nikaalo aur wohi sachchai hai jo andar se mile tum ko. toh jaisa ke rajneesh ki kitaab ek hai ke kundalini andar base.</w:t>
      </w:r>
    </w:p>
    <w:p>
      <w:pPr>
        <w:jc w:val="right"/>
      </w:pPr>
      <w:r>
        <w:t>یعنی ایک ذخیرہ ہے انسان۔ تو اندر سے نکالو اور وہی سچائی ہے جو اندر سے ملے تم کو۔ تو جیسا کہ رجنیش کی کتاب ایک ہے کہ کنڈلنی اندر بسے۔</w:t>
      </w:r>
    </w:p>
    <w:p>
      <w:r>
        <w:rPr>
          <w:b/>
        </w:rPr>
        <w:t xml:space="preserve">[1:19:49] </w:t>
      </w:r>
      <w:r>
        <w:t>toh kundalini kehte hain hiran jo hota hai jismein woh hota hai woh musk. m y s k.</w:t>
      </w:r>
    </w:p>
    <w:p>
      <w:pPr>
        <w:jc w:val="right"/>
      </w:pPr>
      <w:r>
        <w:t>تو کنڈلنی کہتے ہیں ہرن جو ہوتا ہے جس میں وہ ہوتا ہے وہ مسک۔ ایم یو ایس کے۔</w:t>
      </w:r>
    </w:p>
    <w:p>
      <w:r>
        <w:rPr>
          <w:b/>
        </w:rPr>
        <w:t xml:space="preserve">[1:19:59] </w:t>
      </w:r>
      <w:r>
        <w:t>mushk. toh yeh ek kahani hai yeh koi sahi baat toh nahi hai lekin kahani hai ke jab us ke andar jo hai us ko kehte hain nafa.</w:t>
      </w:r>
    </w:p>
    <w:p>
      <w:pPr>
        <w:jc w:val="right"/>
      </w:pPr>
      <w:r>
        <w:t>مشک۔ تو یہ ایک کہانی ہے یہ کوئی صحیح بات تو نہیں ہے لیکن کہانی ہے کہ جب اس کے اندر جو ہے اس کو کہتے ہیں نافہ۔</w:t>
      </w:r>
    </w:p>
    <w:p>
      <w:r>
        <w:rPr>
          <w:b/>
        </w:rPr>
        <w:t xml:space="preserve">[1:20:10] </w:t>
      </w:r>
      <w:r>
        <w:t>jismein woh mushk hota hai. toh jab woh tayyar ho jaata hai aur bilkul yani aakhri marhale pahunch jaata hai toh us ke andar khushbu nikalti hai. bahut tez.</w:t>
      </w:r>
    </w:p>
    <w:p>
      <w:pPr>
        <w:jc w:val="right"/>
      </w:pPr>
      <w:r>
        <w:t>جس میں وہ مشک ہوتا ہے۔ تو جب وہ تیار ہو جاتا ہے اور بالکل یعنی آخری مرحلے پہنچ جاتا ہے تو اس کے اندر خوشبو نکلتی ہے۔ بہت تیز۔</w:t>
      </w:r>
    </w:p>
    <w:p>
      <w:r>
        <w:rPr>
          <w:b/>
        </w:rPr>
        <w:t xml:space="preserve">[1:20:19] </w:t>
      </w:r>
      <w:r>
        <w:t>toh woh hiran jo hai woh deer. woh bhaagta hai idhar idhar samajhta hai ke khushbu baahar se aa rahi hai. halaanki hoti hai us ke andar hi hoti hai.</w:t>
      </w:r>
    </w:p>
    <w:p>
      <w:pPr>
        <w:jc w:val="right"/>
      </w:pPr>
      <w:r>
        <w:t>تو وہ ہرن جو ہے وہ ڈیئر۔ وہ بھاگتا ہے ادھر ادھر سمجھتا ہے کہ خوشبو باہر سے آ رہی ہے۔ حالانکہ ہوتی ہے اس کے اندر ہی ہوتی ہے۔</w:t>
      </w:r>
    </w:p>
    <w:p>
      <w:r>
        <w:rPr>
          <w:b/>
        </w:rPr>
        <w:t xml:space="preserve">[1:20:30] </w:t>
      </w:r>
      <w:r>
        <w:t>to us par likha us ne ke kundalni andar base lekin ye to ye to ek kahani hai. ye koi sainsi haqiqat nahi hai. to main nahi manta ke insan ke andar hi sab kuch bhara hua hai.</w:t>
      </w:r>
    </w:p>
    <w:p>
      <w:pPr>
        <w:jc w:val="right"/>
      </w:pPr>
      <w:r>
        <w:t>تو اس پر لکھا اس نے کہ کنڈلنی اندر بسے لیکن یہ تو یہ تو ایک کہانی ہے۔ یہ کوئی سائنسی حقیقت نہیں ہے۔ تو میں نہیں مانتا کہ انسان کے اندر ہی سب کچھ بھرا ہوا ہے۔</w:t>
      </w:r>
    </w:p>
    <w:p>
      <w:r>
        <w:rPr>
          <w:b/>
        </w:rPr>
        <w:t xml:space="preserve">[1:20:43] </w:t>
      </w:r>
      <w:r>
        <w:t>to lekin kuch log kuch aise discipline hain woh aisa mante hain. to islam mein dono alag alag hain lekin dono ek dusre ke liye madadgar bhi hain saath saath.</w:t>
      </w:r>
    </w:p>
    <w:p>
      <w:pPr>
        <w:jc w:val="right"/>
      </w:pPr>
      <w:r>
        <w:t>تو لیکن کچھ لوگ کچھ ایسے ڈسپلن ہیں وہ ایسا مانتے ہیں۔ تو اسلام میں دونوں الگ الگ ہیں لیکن دونوں ایک دوسرے کے لیے مددگار بھی ہیں ساتھ ساتھ۔</w:t>
      </w:r>
    </w:p>
    <w:p>
      <w:r>
        <w:rPr>
          <w:b/>
        </w:rPr>
        <w:t xml:space="preserve">[1:20:55] </w:t>
      </w:r>
      <w:r>
        <w:t>das sawaal hai farm idris.</w:t>
      </w:r>
    </w:p>
    <w:p>
      <w:pPr>
        <w:jc w:val="right"/>
      </w:pPr>
      <w:r>
        <w:t>دس سوال ہے فرام ادریس۔</w:t>
      </w:r>
    </w:p>
    <w:p>
      <w:r>
        <w:rPr>
          <w:b/>
        </w:rPr>
        <w:t xml:space="preserve">[1:20:58] </w:t>
      </w:r>
      <w:r>
        <w:t>why human mind is capable to ask so many big questions and in capable to answer even a few of them?</w:t>
      </w:r>
    </w:p>
    <w:p>
      <w:pPr>
        <w:jc w:val="right"/>
      </w:pPr>
      <w:r>
        <w:t>وائی ہیومن مائنڈ از کیپیبل ٹو اسک سو مینی بگ کوسچنز اینڈ ان کیپیبل ٹو انسر ایون ا فیو آف دیم؟</w:t>
      </w:r>
    </w:p>
    <w:p>
      <w:r>
        <w:rPr>
          <w:b/>
        </w:rPr>
        <w:t xml:space="preserve">[1:21:15] </w:t>
      </w:r>
      <w:r>
        <w:t>dekhiye aap ek do do qism ke sawaal hote hain. to dono ko aap milaiye nahi. ek hai seen world ek unseen world.</w:t>
      </w:r>
    </w:p>
    <w:p>
      <w:pPr>
        <w:jc w:val="right"/>
      </w:pPr>
      <w:r>
        <w:t>دیکھیے آپ ایک دو دو قسم کے سوال ہوتے ہیں۔ تو دونوں کو آپ ملائیے نہیں۔ ایک ہے سین ورلڈ ایک ان سین ورلڈ۔</w:t>
      </w:r>
    </w:p>
    <w:p>
      <w:r>
        <w:rPr>
          <w:b/>
        </w:rPr>
        <w:t xml:space="preserve">[1:21:26] </w:t>
      </w:r>
      <w:r>
        <w:t>seen world jo hai us ke baare mein jo sawaal hote hain to insan ka zehen capable hai us ka jawab jaanne ke liye. lekin jo unseen world hai us ke baare mein insan sirf sawaal kar sakta hai.</w:t>
      </w:r>
    </w:p>
    <w:p>
      <w:pPr>
        <w:jc w:val="right"/>
      </w:pPr>
      <w:r>
        <w:t>سین ورلڈ جو ہے اس کے بارے میں جو سوال ہوتے ہیں تو انسان کا ذہن کیپیبل ہے اس کا جواب جاننے کے لیے۔ لیکن جو ان سین ورلڈ ہے اس کے بارے میں انسان صرف سوال کر سکتا ہے۔</w:t>
      </w:r>
    </w:p>
    <w:p>
      <w:r>
        <w:rPr>
          <w:b/>
        </w:rPr>
        <w:t xml:space="preserve">[1:21:40] </w:t>
      </w:r>
      <w:r>
        <w:t>jawab jo us ko lena padega nabi se. to main samajhta hoon ke ye aap ne jo kaha woh bilkul general taur par woh sahi nahi hai.</w:t>
      </w:r>
    </w:p>
    <w:p>
      <w:pPr>
        <w:jc w:val="right"/>
      </w:pPr>
      <w:r>
        <w:t>جواب جو اس کو لینا پڑے گا نبی سے۔ تو میں سمجھتا ہوں کہ یہ آپ نے جو کہا وہ بالکل جنرل طور پر وہ صحیح نہیں ہے۔</w:t>
      </w:r>
    </w:p>
    <w:p>
      <w:r>
        <w:rPr>
          <w:b/>
        </w:rPr>
        <w:t xml:space="preserve">[1:21:51] </w:t>
      </w:r>
      <w:r>
        <w:t>ke saare hi sawaal mein insan jawab nahi pa sakta. pa sakta hai lekin seen world ke baare mein.</w:t>
      </w:r>
    </w:p>
    <w:p>
      <w:pPr>
        <w:jc w:val="right"/>
      </w:pPr>
      <w:r>
        <w:t>کہ سارے ہی سوال میں انسان جواب نہیں پا سکتا۔ پا سکتا ہے لیکن سین ورلڈ کے بارے میں۔</w:t>
      </w:r>
    </w:p>
    <w:p>
      <w:r>
        <w:rPr>
          <w:b/>
        </w:rPr>
        <w:t xml:space="preserve">[1:22:00] </w:t>
      </w:r>
      <w:r>
        <w:t>unseen world ke baare mein albatta us ko madad leni padegi. wahi ilham se yani mukashafa se.</w:t>
      </w:r>
    </w:p>
    <w:p>
      <w:pPr>
        <w:jc w:val="right"/>
      </w:pPr>
      <w:r>
        <w:t>ان سین ورلڈ کے بارے میں البتہ اس کو مدد لینی پڑے گی۔ وحی و الہام سے یعنی مکاشفہ سے۔</w:t>
      </w:r>
    </w:p>
    <w:p>
      <w:r>
        <w:rPr>
          <w:b/>
        </w:rPr>
        <w:t xml:space="preserve">[1:22:12] </w:t>
      </w:r>
      <w:r>
        <w:t>das sawaal hai farm naveed.</w:t>
      </w:r>
    </w:p>
    <w:p>
      <w:pPr>
        <w:jc w:val="right"/>
      </w:pPr>
      <w:r>
        <w:t>دس سوال ہے فرام نوید۔</w:t>
      </w:r>
    </w:p>
    <w:p>
      <w:r>
        <w:rPr>
          <w:b/>
        </w:rPr>
        <w:t xml:space="preserve">[1:22:15] </w:t>
      </w:r>
      <w:r>
        <w:t>will there be a reward for being a no problem person and doing community service?</w:t>
      </w:r>
    </w:p>
    <w:p>
      <w:pPr>
        <w:jc w:val="right"/>
      </w:pPr>
      <w:r>
        <w:t>ویل دیر بی ا ریوارڈ فار بینگ ا نو پرابلم پرسن اینڈ ڈوئنگ کمیونٹی سروس؟</w:t>
      </w:r>
    </w:p>
    <w:p>
      <w:r>
        <w:rPr>
          <w:b/>
        </w:rPr>
        <w:t xml:space="preserve">[1:22:24] </w:t>
      </w:r>
      <w:r>
        <w:t>dekhiye aisa aadmi ke society ka ek achha member to zaroor hai. lekin jahan tak jannat ki baat hai. to sirf is wajah se kisi ko jannat nahi milegi.</w:t>
      </w:r>
    </w:p>
    <w:p>
      <w:pPr>
        <w:jc w:val="right"/>
      </w:pPr>
      <w:r>
        <w:t>دیکھیے ایسا آدمی کہ سوسائٹی کا ایک اچھا ممبر تو ضرور ہے۔ لیکن جہاں تک جنت کی بات ہے۔ تو صرف اس وجہ سے کسی کو جنت نہیں ملے گی۔</w:t>
      </w:r>
    </w:p>
    <w:p>
      <w:r>
        <w:rPr>
          <w:b/>
        </w:rPr>
        <w:t xml:space="preserve">[1:22:36] </w:t>
      </w:r>
      <w:r>
        <w:t>duniya mein woh ek achha insan ban kar rahega. log us ko achha samjhenge. society mein us ko log achhi nazar se dekhenge ye sab milega us ko ye baatein.</w:t>
      </w:r>
    </w:p>
    <w:p>
      <w:pPr>
        <w:jc w:val="right"/>
      </w:pPr>
      <w:r>
        <w:t>دنیا میں وہ ایک اچھا انسان بن کر رہے گا۔ لوگ اس کو اچھا سمجھیں گے۔ سوسائٹی میں اس کو لوگ اچھی نظر سے دیکھیں گے یہ سب ملے گا اس کو یہ باتیں۔</w:t>
      </w:r>
    </w:p>
    <w:p>
      <w:r>
        <w:rPr>
          <w:b/>
        </w:rPr>
        <w:t xml:space="preserve">[1:22:47] </w:t>
      </w:r>
      <w:r>
        <w:t>lekin is daur mein jannat us ko mile aisa nahi ho sakta. is liye ke ek hadees hai ke arab mein ek shakhs tha us ka naam tha abdullah bin jadaan.</w:t>
      </w:r>
    </w:p>
    <w:p>
      <w:pPr>
        <w:jc w:val="right"/>
      </w:pPr>
      <w:r>
        <w:t>لیکن اس دور میں جنت اس کو ملے ایسا نہیں ہو سکتا۔ اس لیے کہ ایک حدیث ہے کہ عرب میں ایک شخص تھا اس کا نام تھا عبداللہ بن جدان۔</w:t>
      </w:r>
    </w:p>
    <w:p>
      <w:r>
        <w:rPr>
          <w:b/>
        </w:rPr>
        <w:t xml:space="preserve">[1:23:02] </w:t>
      </w:r>
      <w:r>
        <w:t>to woh bahut achha aadmi tha. bahut hi achha aadmi tha woh. yani kirdar ke aitbaar se aur bahut hi nek tha woh bahut si baatein us ke andar thin.</w:t>
      </w:r>
    </w:p>
    <w:p>
      <w:pPr>
        <w:jc w:val="right"/>
      </w:pPr>
      <w:r>
        <w:t>تو وہ بہت اچھا آدمی تھا۔ بہت ہی اچھا آدمی تھا وہ۔ یعنی کردار کے اعتبار سے اور بہت ہی نیک تھا وہ بہت سی باتیں اس کے اندر تھیں۔</w:t>
      </w:r>
    </w:p>
    <w:p>
      <w:r>
        <w:rPr>
          <w:b/>
        </w:rPr>
        <w:t xml:space="preserve">[1:23:13] </w:t>
      </w:r>
      <w:r>
        <w:t>to hazrat aisha ne poochha rasool allah se ke abdullah bin jadaan ko kya jannat milegi? to aap ne kaha ke nahi.</w:t>
      </w:r>
    </w:p>
    <w:p>
      <w:pPr>
        <w:jc w:val="right"/>
      </w:pPr>
      <w:r>
        <w:t>تو حضرت عائشہ نے پوچھا رسول اللہ سے کہ عبداللہ بن جدان کو کیا جنت ملے گی؟ تو آپ نے کہا کہ نہیں۔</w:t>
      </w:r>
    </w:p>
    <w:p>
      <w:r>
        <w:rPr>
          <w:b/>
        </w:rPr>
        <w:t xml:space="preserve">[1:23:24] </w:t>
      </w:r>
      <w:r>
        <w:t>aur phir aap ne kaha ke us ki zaban se kabhi ye nahi nikla ke aye khuda mere gunaahon ko maaf kar de.</w:t>
      </w:r>
    </w:p>
    <w:p>
      <w:pPr>
        <w:jc w:val="right"/>
      </w:pPr>
      <w:r>
        <w:t>اور پھر آپ نے کہا کہ اس کی زبان سے کبھی یہ نہیں نکلا کہ اے خدا میرے گناہوں کو معاف کر دے۔</w:t>
      </w:r>
    </w:p>
    <w:p>
      <w:r>
        <w:rPr>
          <w:b/>
        </w:rPr>
        <w:t xml:space="preserve">[1:23:40] </w:t>
      </w:r>
      <w:r>
        <w:t>ye aata hai hadees mein. rabbighfirli khatiyata yawm al deen. rabbighfirli khatiyata yawm al deen is ka matlab kya hai?</w:t>
      </w:r>
    </w:p>
    <w:p>
      <w:pPr>
        <w:jc w:val="right"/>
      </w:pPr>
      <w:r>
        <w:t>یہ آتا ہے حدیث میں۔ ربغفرلی خطیۃ یوم الدین۔ ربغفرلی خطیۃ یوم الدین اس کا مطلب کیا ہے؟</w:t>
      </w:r>
    </w:p>
    <w:p>
      <w:r>
        <w:rPr>
          <w:b/>
        </w:rPr>
        <w:t xml:space="preserve">[1:23:52] </w:t>
      </w:r>
      <w:r>
        <w:t>ke khuda ke aage surrender karna. agli cheez ye hai ke khuda ka ehsas.</w:t>
      </w:r>
    </w:p>
    <w:p>
      <w:pPr>
        <w:jc w:val="right"/>
      </w:pPr>
      <w:r>
        <w:t>کہ خدا کے آگے سرنڈر کرنا۔ اگلی چیز یہ ہے کہ خدا کا احساس۔</w:t>
      </w:r>
    </w:p>
    <w:p>
      <w:r>
        <w:rPr>
          <w:b/>
        </w:rPr>
        <w:t xml:space="preserve">[1:24:00] </w:t>
      </w:r>
      <w:r>
        <w:t>khuda ke aage surrender. ye zaroori hai. jo aadmi khudai ko na maane. jis ko jannati ko na maane. to khwahamakhwah kya khuda us ko jannat kyun de dega?</w:t>
      </w:r>
    </w:p>
    <w:p>
      <w:pPr>
        <w:jc w:val="right"/>
      </w:pPr>
      <w:r>
        <w:t>خدا کے آگے سرنڈر۔ یہ ضروری ہے۔ جو آدمی خدائی کو نہ مانے۔ جس کو جنتی کو نہ مانے۔ تو خوامخواہ کیا خدا اس کو جنت کیوں دے دے گا؟</w:t>
      </w:r>
    </w:p>
    <w:p>
      <w:r>
        <w:rPr>
          <w:b/>
        </w:rPr>
        <w:t xml:space="preserve">[1:24:11] </w:t>
      </w:r>
      <w:r>
        <w:t>woh us ko na maanta hai na kabhi maanga us ne. to main samajhta hoon ke duniya ke aitbaar se aisa aadmi bahut achha hai. bahut kamyab bhi rahega woh.</w:t>
      </w:r>
    </w:p>
    <w:p>
      <w:pPr>
        <w:jc w:val="right"/>
      </w:pPr>
      <w:r>
        <w:t>وہ اس کو نہ مانتا ہے نہ کبھی مانگا اس نے۔ تو میں سمجھتا ہوں کہ دنیا کے اعتبار سے ایسا آدمی بہت اچھا ہے۔ بہت کامیاب بھی رہے گا وہ۔</w:t>
      </w:r>
    </w:p>
    <w:p>
      <w:r>
        <w:rPr>
          <w:b/>
        </w:rPr>
        <w:t xml:space="preserve">[1:24:21] </w:t>
      </w:r>
      <w:r>
        <w:t>lekin is daur mein jannat us ko nahi mil sakti. kyunki us ki jo shart hai ke aadmi khuda ko mehsoos kare. woh khuda ke aage surrender kare.</w:t>
      </w:r>
    </w:p>
    <w:p>
      <w:pPr>
        <w:jc w:val="right"/>
      </w:pPr>
      <w:r>
        <w:t>لیکن اس دور میں جنت اس کو نہیں مل سکتی۔ کیونکہ اس کی جو شرط ہے کہ آدمی خدا کو محسوس کرے۔ وہ خدا کے آگے سرنڈر کرے۔</w:t>
      </w:r>
    </w:p>
    <w:p>
      <w:r>
        <w:rPr>
          <w:b/>
        </w:rPr>
        <w:t xml:space="preserve">[1:24:34] </w:t>
      </w:r>
      <w:r>
        <w:t>ye hona chahiye. ye us ne kiya nahi. ye kiya nahi to phir jannat us ke liye nahi hai.</w:t>
      </w:r>
    </w:p>
    <w:p>
      <w:pPr>
        <w:jc w:val="right"/>
      </w:pPr>
      <w:r>
        <w:t>یہ ہونا چاہیے۔ یہ اس نے کیا نہیں۔ یہ کیا نہیں تو پھر جنت اس کے لیے نہیں ہے۔</w:t>
      </w:r>
    </w:p>
    <w:p>
      <w:r>
        <w:rPr>
          <w:b/>
        </w:rPr>
        <w:t xml:space="preserve">[1:24:44] </w:t>
      </w:r>
      <w:r>
        <w:t>das sawaal hai farm raziya. is there an ideology that the gun culture thrives upon?</w:t>
      </w:r>
    </w:p>
    <w:p>
      <w:pPr>
        <w:jc w:val="right"/>
      </w:pPr>
      <w:r>
        <w:t>دس سوال ہے فرام راضیہ۔ از دیر این آئیڈیالوجی دیٹ دی گن کلچر تھریوز اپون؟</w:t>
      </w:r>
    </w:p>
    <w:p>
      <w:r>
        <w:rPr>
          <w:b/>
        </w:rPr>
        <w:t xml:space="preserve">[1:24:51] </w:t>
      </w:r>
      <w:r>
        <w:t>dekhiye gun culture ko as an ideology sab se pehle communism mein pesh kiya gaya tha. is se pehle ye tha nahi.</w:t>
      </w:r>
    </w:p>
    <w:p>
      <w:pPr>
        <w:jc w:val="right"/>
      </w:pPr>
      <w:r>
        <w:t>دیکھیے گن کلچر کو ایز این آئیڈیالوجی سب سے پہلے کمیونزم میں پیش کیا گیا تھا۔ اس سے پہلے یہ تھا نہیں۔</w:t>
      </w:r>
    </w:p>
    <w:p>
      <w:r>
        <w:rPr>
          <w:b/>
        </w:rPr>
        <w:t xml:space="preserve">[1:25:00] </w:t>
      </w:r>
      <w:r>
        <w:t>badshah log yani badshah log apne yani siyasi maqsad ke liye woh chalate thay.</w:t>
      </w:r>
    </w:p>
    <w:p>
      <w:pPr>
        <w:jc w:val="right"/>
      </w:pPr>
      <w:r>
        <w:t>بادشاہ لوگ یعنی بادشاہ لوگ اپنے یعنی سیاسی مقصد کے لیے وہ چلاتے تھے۔</w:t>
      </w:r>
    </w:p>
    <w:p>
      <w:r>
        <w:rPr>
          <w:b/>
        </w:rPr>
        <w:t xml:space="preserve">[1:25:10] </w:t>
      </w:r>
      <w:r>
        <w:t>yani talwar aur yeh sab cheezein chalate thay. aur apna siyasi taqat barhate thay.</w:t>
      </w:r>
    </w:p>
    <w:p>
      <w:pPr>
        <w:jc w:val="right"/>
      </w:pPr>
      <w:r>
        <w:t>یعنی تلوار اور یہ سب چیزیں چلاتے تھے۔ اور اپنا سیاسی طاقت بڑھاتے تھے۔</w:t>
      </w:r>
    </w:p>
    <w:p>
      <w:r>
        <w:rPr>
          <w:b/>
        </w:rPr>
        <w:t xml:space="preserve">[1:25:19] </w:t>
      </w:r>
      <w:r>
        <w:t>lekin aydiyolaji pehli baar agar bani hai to yeh marks ne banai hai. jin logon ne marksizm ko parha hai woh jante hain ke marks ka ek falsafi hai jo kehte hain dayalektikal materalizm.</w:t>
      </w:r>
    </w:p>
    <w:p>
      <w:pPr>
        <w:jc w:val="right"/>
      </w:pPr>
      <w:r>
        <w:t>لیکن آئیڈیالوجی پہلی بار اگر بنی ہے تو یہ مارکس نے بنائی ہے۔ جن لوگوں نے مارکسزم کو پڑھا ہے وہ جانتے ہیں کہ مارکس کا ایک فلسفی ہے جو کہتے ہیں ڈائیلیکٹیکل مٹیریلزم۔</w:t>
      </w:r>
    </w:p>
    <w:p>
      <w:r>
        <w:rPr>
          <w:b/>
        </w:rPr>
        <w:t xml:space="preserve">[1:25:34] </w:t>
      </w:r>
      <w:r>
        <w:t>dayalektikal materalizm. is ka matlab yeh hai ke jidliyati madiyat. yani takrao ka.</w:t>
      </w:r>
    </w:p>
    <w:p>
      <w:pPr>
        <w:jc w:val="right"/>
      </w:pPr>
      <w:r>
        <w:t>ڈائیلیکٹیکل مٹیریلزم۔ اس کا مطلب یہ ہے کہ جدلیاتی مادیت۔ یعنی ٹکراؤ کا۔</w:t>
      </w:r>
    </w:p>
    <w:p>
      <w:r>
        <w:rPr>
          <w:b/>
        </w:rPr>
        <w:t xml:space="preserve">[1:25:43] </w:t>
      </w:r>
      <w:r>
        <w:t>yani fitrat mein ek takrao hai. do cheezein takrati hain. to is zamane mein usne kaha ke is zamane mein jo takrao hoga woh capitalist mein aur aur labour force mein hoga.</w:t>
      </w:r>
    </w:p>
    <w:p>
      <w:pPr>
        <w:jc w:val="right"/>
      </w:pPr>
      <w:r>
        <w:t>یعنی فطرت میں ایک ٹکراؤ ہے۔ دو چیزیں ٹکراتی ہیں۔ تو اس زمانے میں اس نے کہا کہ اس زمانے میں جو ٹکراؤ ہوگا وہ کیپیٹلسٹ میں اور اور لیبر فورس میں ہوگا۔</w:t>
      </w:r>
    </w:p>
    <w:p>
      <w:r>
        <w:rPr>
          <w:b/>
        </w:rPr>
        <w:t xml:space="preserve">[1:25:54] </w:t>
      </w:r>
      <w:r>
        <w:t>to do cheezein takra kar ke phir teesri cheezein work karti hain. is ka is ka kehna yeh tha. baghair takrao ke koi sehat mand cheez nahi samne aa sakti.</w:t>
      </w:r>
    </w:p>
    <w:p>
      <w:pPr>
        <w:jc w:val="right"/>
      </w:pPr>
      <w:r>
        <w:t>تو دو چیزیں ٹکرا کر کے پھر تیسری چیزیں ورک کرتی ہیں۔ اس کا اس کا کہنا یہ تھا۔ بغیر ٹکراؤ کے کوئی صحت مند چیز نہیں سامنے آ سکتی۔</w:t>
      </w:r>
    </w:p>
    <w:p>
      <w:r>
        <w:rPr>
          <w:b/>
        </w:rPr>
        <w:t xml:space="preserve">[1:26:03] </w:t>
      </w:r>
      <w:r>
        <w:t>jis ko kehte hain dayalektikal materalizm. isi liye stalin jo is ka bohot bada follower tha. stalin ne jab abhi communist empire nahi bana tha russ mein.</w:t>
      </w:r>
    </w:p>
    <w:p>
      <w:pPr>
        <w:jc w:val="right"/>
      </w:pPr>
      <w:r>
        <w:t>جس کو کہتے ہیں ڈائیلیکٹیکل مٹیریلزم۔ اسی لیے اسٹالن جو اس کا بہت بڑا فالوور تھا۔ اسٹالن نے جب ابھی کمیونسٹ ایمپائر نہیں بنا تھا روس میں۔</w:t>
      </w:r>
    </w:p>
    <w:p>
      <w:r>
        <w:rPr>
          <w:b/>
        </w:rPr>
        <w:t xml:space="preserve">[1:26:16] </w:t>
      </w:r>
      <w:r>
        <w:t>to apni taqrir mein kaha tha usne ke hamein teen cheezon ki zaroorat hai. pehla hathiyar. doosra hathiyar. teesra hathiyar.</w:t>
      </w:r>
    </w:p>
    <w:p>
      <w:pPr>
        <w:jc w:val="right"/>
      </w:pPr>
      <w:r>
        <w:t>تو اپنی تقریر میں کہا تھا اس نے کہ ہمیں تین چیزوں کی ضرورت ہے۔ پہلا ہتھیار۔ دوسرا ہتھیار۔ تیسرا ہتھیار۔</w:t>
      </w:r>
    </w:p>
    <w:p>
      <w:r>
        <w:rPr>
          <w:b/>
        </w:rPr>
        <w:t xml:space="preserve">[1:26:24] </w:t>
      </w:r>
      <w:r>
        <w:t>aur choutha phir phir aur choutha phir hathiyar. ke hathiyar hi hathiyar chahiye. kyunki unka nazariya yeh tha ke jab tak hum jo dushman hai us ko maar na kar dalen.</w:t>
      </w:r>
    </w:p>
    <w:p>
      <w:pPr>
        <w:jc w:val="right"/>
      </w:pPr>
      <w:r>
        <w:t>اور چوتھا پھر پھر اور چوتھا پھر ہتھیار۔ کہ ہتھیار ہی ہتھیار چاہیے۔ کیونکہ ان کا نظریہ یہ تھا کہ جب تک ہم جو دشمن ہے اس کو مار نہ کر ڈالیں۔</w:t>
      </w:r>
    </w:p>
    <w:p>
      <w:r>
        <w:rPr>
          <w:b/>
        </w:rPr>
        <w:t xml:space="preserve">[1:26:35] </w:t>
      </w:r>
      <w:r>
        <w:t>khatam na kar lein. tab tak hum kamyab nahi ho sakte. isi liye aap jante hain ke jab russi empire ban gaya. communist empire ban gaya jab. to woh kaha karte thay ke ke amreeka jo hai woh sab se bada dushman hai insaniyat ke liye.</w:t>
      </w:r>
    </w:p>
    <w:p>
      <w:pPr>
        <w:jc w:val="right"/>
      </w:pPr>
      <w:r>
        <w:t>ختم نہ کر لیں۔ تب تک ہم کامیاب نہیں ہو سکتے۔ اسی لیے آپ جانتے ہیں کہ جب روسی ایمپائر بن گیا۔ کمیونسٹ ایمپائر بن گیا جب۔ تو وہ کہا کرتے تھے کہ کہ امریکہ جو ہے وہ سب سے بڑا دشمن ہے انسانیت کے لیے۔</w:t>
      </w:r>
    </w:p>
    <w:p>
      <w:r>
        <w:rPr>
          <w:b/>
        </w:rPr>
        <w:t xml:space="preserve">[1:26:49] </w:t>
      </w:r>
      <w:r>
        <w:t>amreeka ko maarna unhon ne apna hadaf bana rakha tha. khrushchev tak yeh policy rahi. khrushchev ke baad yeh policy khatam ho gayi. kyunki laga yeh ke yeh mumkin hi nahi hai.</w:t>
      </w:r>
    </w:p>
    <w:p>
      <w:pPr>
        <w:jc w:val="right"/>
      </w:pPr>
      <w:r>
        <w:t>امریکہ کو مارنا انہوں نے اپنا ہدف بنا رکھا تھا۔ خروشیف تک یہ پالیسی رہی۔ خروشیف کے بعد یہ پالیسی ختم ہو گئی۔ کیونکہ لگا یہ کہ یہ ممکن ہی نہیں ہے۔</w:t>
      </w:r>
    </w:p>
    <w:p>
      <w:r>
        <w:rPr>
          <w:b/>
        </w:rPr>
        <w:t xml:space="preserve">[1:27:01] </w:t>
      </w:r>
      <w:r>
        <w:t>namumkin hai yeh. yani lenin se le kar khrushchev tak yahi policy chali. ke amreeka maro. jo capitalism ka kya woh hai panah gah bana hua hai.</w:t>
      </w:r>
    </w:p>
    <w:p>
      <w:pPr>
        <w:jc w:val="right"/>
      </w:pPr>
      <w:r>
        <w:t>ناممکن ہے یہ۔ یعنی لینن سے لے کر خروشیف تک یہی پالیسی چلی۔ کہ امریکہ مارو۔ جو کیپیٹلزم کا کیا وہ ہے پناہ گاہ بنا ہوا ہے۔</w:t>
      </w:r>
    </w:p>
    <w:p>
      <w:r>
        <w:rPr>
          <w:b/>
        </w:rPr>
        <w:t xml:space="preserve">[1:27:13] </w:t>
      </w:r>
      <w:r>
        <w:t>capitalist system ka. lekin jab unhon ne dekha ke hum kuch kar nahi paaye. to khrushchev ke zamane mein is policy ko badla gaya.</w:t>
      </w:r>
    </w:p>
    <w:p>
      <w:pPr>
        <w:jc w:val="right"/>
      </w:pPr>
      <w:r>
        <w:t>کیپیٹلسٹ سسٹم کا۔ لیکن جب انہوں نے دیکھا کہ ہم کچھ کر نہیں پائے۔ تو خروشیف کے زمانے میں اس پالیسی کو بدلا گیا۔</w:t>
      </w:r>
    </w:p>
    <w:p>
      <w:r>
        <w:rPr>
          <w:b/>
        </w:rPr>
        <w:t xml:space="preserve">[1:27:22] </w:t>
      </w:r>
      <w:r>
        <w:t>ab to is ka koi aap jante hain ke ab to koi is ka wujood hi nahi hai.</w:t>
      </w:r>
    </w:p>
    <w:p>
      <w:pPr>
        <w:jc w:val="right"/>
      </w:pPr>
      <w:r>
        <w:t>اب تو اس کا کوئی آپ جانتے ہیں کہ اب تو کوئی اس کا وجود ہی نہیں ہے۔</w:t>
      </w:r>
    </w:p>
    <w:p>
      <w:r>
        <w:rPr>
          <w:b/>
        </w:rPr>
        <w:t xml:space="preserve">[1:27:30] </w:t>
      </w:r>
      <w:r>
        <w:t>das sawaal hai from adnan. how can one become no problem person in a society?</w:t>
      </w:r>
    </w:p>
    <w:p>
      <w:pPr>
        <w:jc w:val="right"/>
      </w:pPr>
      <w:r>
        <w:t>دس سوال ہے فرام عدنان۔ ہاؤ کین ون بیکم نو پرابلم پرسن ان ا سوسائٹی؟</w:t>
      </w:r>
    </w:p>
    <w:p>
      <w:r>
        <w:rPr>
          <w:b/>
        </w:rPr>
        <w:t xml:space="preserve">[1:27:42] </w:t>
      </w:r>
      <w:r>
        <w:t>bas misr adnan jaisa ban jaye woh.</w:t>
      </w:r>
    </w:p>
    <w:p>
      <w:pPr>
        <w:jc w:val="right"/>
      </w:pPr>
      <w:r>
        <w:t>بس مصر عدنان جیسا بن جائے وہ۔</w:t>
      </w:r>
    </w:p>
    <w:p>
      <w:r>
        <w:rPr>
          <w:b/>
        </w:rPr>
        <w:t xml:space="preserve">[1:27:48] </w:t>
      </w:r>
      <w:r>
        <w:t>misr adnan is ke liye model hain. main samajhta hoon ke behtareen jawab yahi hai. aadmi jo hai woh aise hi ban jaye jaisa ke misr adnan hai.</w:t>
      </w:r>
    </w:p>
    <w:p>
      <w:pPr>
        <w:jc w:val="right"/>
      </w:pPr>
      <w:r>
        <w:t>مصر عدنان اس کے لیے ماڈل ہیں۔ میں سمجھتا ہوں کہ بہترین جواب یہی ہے۔ آدمی جو ہے وہ ایسے ہی بن جائے جیسا کہ مصر عدنان ہے۔</w:t>
      </w:r>
    </w:p>
    <w:p>
      <w:r>
        <w:rPr>
          <w:b/>
        </w:rPr>
        <w:t xml:space="preserve">[1:27:58] </w:t>
      </w:r>
      <w:r>
        <w:t>main samajhta hoon ke misr adnan ek ek ek no problem person hai.</w:t>
      </w:r>
    </w:p>
    <w:p>
      <w:pPr>
        <w:jc w:val="right"/>
      </w:pPr>
      <w:r>
        <w:t>میں سمجھتا ہوں کہ مصر عدنان ایک ایک ایک نو پرابلم پرسن ہے۔</w:t>
      </w:r>
    </w:p>
    <w:p>
      <w:r>
        <w:rPr>
          <w:b/>
        </w:rPr>
        <w:t xml:space="preserve">[1:28:07] </w:t>
      </w:r>
      <w:r>
        <w:t>doosri baat yeh hai ke no problem person ka matlab yeh hai. ke aadmi apni sargarmiyon ko is tarah kare.</w:t>
      </w:r>
    </w:p>
    <w:p>
      <w:pPr>
        <w:jc w:val="right"/>
      </w:pPr>
      <w:r>
        <w:t>دوسری بات یہ ہے کہ نو پرابلم پرسن کا مطلب یہ ہے۔ کہ آدمی اپنی سرگرمیوں کو اس طرح کرے۔</w:t>
      </w:r>
    </w:p>
    <w:p>
      <w:r>
        <w:rPr>
          <w:b/>
        </w:rPr>
        <w:t xml:space="preserve">[1:28:18] </w:t>
      </w:r>
      <w:r>
        <w:t>jis se doosra doosre ke liye koi woh doosre ke liye koi woh doosre ko pareshan pareshani mein na dalne wala ho.</w:t>
      </w:r>
    </w:p>
    <w:p>
      <w:pPr>
        <w:jc w:val="right"/>
      </w:pPr>
      <w:r>
        <w:t>جس سے دوسرا دوسرے کے لیے کوئی وہ دوسرے کے لیے کوئی وہ دوسرے کو پریشان پریشانی میں نہ ڈالنے والا ہو۔</w:t>
      </w:r>
    </w:p>
    <w:p>
      <w:r>
        <w:rPr>
          <w:b/>
        </w:rPr>
        <w:t xml:space="preserve">[1:28:28] </w:t>
      </w:r>
      <w:r>
        <w:t>woh jaise ek bohot achha is par qissa hai. is ko bayan karta hai. ke amreeka jab azaad hua. to azaadi ke baad ek amreekan nikla sadak par.</w:t>
      </w:r>
    </w:p>
    <w:p>
      <w:pPr>
        <w:jc w:val="right"/>
      </w:pPr>
      <w:r>
        <w:t>وہ جیسے ایک بہت اچھا اس پر قصہ ہے۔ اس کو بیان کرتا ہے۔ کہ امریکہ جب آزاد ہوا۔ تو آزادی کے بعد ایک امریکن نکلا سڑک پر۔</w:t>
      </w:r>
    </w:p>
    <w:p>
      <w:r>
        <w:rPr>
          <w:b/>
        </w:rPr>
        <w:t xml:space="preserve">[1:28:40] </w:t>
      </w:r>
      <w:r>
        <w:t>wo apna haath khud hilate hue chal raha tha. to is ka haath kisi ke naak se lag gaya. doosra jo pass by chal raha tha us ke saath.</w:t>
      </w:r>
    </w:p>
    <w:p>
      <w:pPr>
        <w:jc w:val="right"/>
      </w:pPr>
      <w:r>
        <w:t>وہ اپنا ہاتھ خود ہلاتے ہوئے چل رہا تھا۔ تو اس کا ہاتھ کسی کے ناک سے لگ گیا۔ دوسرا جو پاسور بائی چل رہا تھا اس کے ساتھ۔</w:t>
      </w:r>
    </w:p>
    <w:p>
      <w:r>
        <w:rPr>
          <w:b/>
        </w:rPr>
        <w:t xml:space="preserve">[1:28:51] </w:t>
      </w:r>
      <w:r>
        <w:t>to is ka jo haath bohat hila raha tha idhar udhar to is ka haath us ki naak par lag gaya. to us ne kaha ke what is this nonsense. why you hit my nose.</w:t>
      </w:r>
    </w:p>
    <w:p>
      <w:pPr>
        <w:jc w:val="right"/>
      </w:pPr>
      <w:r>
        <w:t>تو اس کا جو ہاتھ بہت ہلا رہا تھا ادھر ادھر تو اس کا ہاتھ اس کی ناک پر لگ گیا۔ تو اس نے کہا کہ واٹ از دس نان سین۔ وائی یو ہٹ مائی نوز۔</w:t>
      </w:r>
    </w:p>
    <w:p>
      <w:r>
        <w:rPr>
          <w:b/>
        </w:rPr>
        <w:t xml:space="preserve">[1:29:01] </w:t>
      </w:r>
      <w:r>
        <w:t>to us ne kaha aaj India aaj America azaad hai. main free hoon jo chahon karoon. to us ne kaha ke your freedom means where my nose begins.</w:t>
      </w:r>
    </w:p>
    <w:p>
      <w:pPr>
        <w:jc w:val="right"/>
      </w:pPr>
      <w:r>
        <w:t>تو اس نے کہا آج انڈیا آج امریکہ آزاد ہے۔ میں فری ہوں جو چاہوں کروں۔ تو اس نے کہا کہ یور فریڈم مینز ویر مائی نوز بگنز۔</w:t>
      </w:r>
    </w:p>
    <w:p>
      <w:r>
        <w:rPr>
          <w:b/>
        </w:rPr>
        <w:t xml:space="preserve">[1:29:13] </w:t>
      </w:r>
      <w:r>
        <w:t>your freedom means where my nose begins. matlab yeh hai ke aadmi azaad hai apni sargarmi ko chalane ke liye lekin jahan doosre ki naak aa jaye.</w:t>
      </w:r>
    </w:p>
    <w:p>
      <w:pPr>
        <w:jc w:val="right"/>
      </w:pPr>
      <w:r>
        <w:t>یور فریڈم مینز ویر مائی نوز بگنز۔ مطلب یہ ہے کہ آدمی آزاد ہے اپنی سرگرمی کو چلانے کے لیے لیکن جہاں دوسرے کی ناک آ جائے۔</w:t>
      </w:r>
    </w:p>
    <w:p>
      <w:r>
        <w:rPr>
          <w:b/>
        </w:rPr>
        <w:t xml:space="preserve">[1:29:22] </w:t>
      </w:r>
      <w:r>
        <w:t>wahan us ki azaadi khatam ho jati hai.</w:t>
      </w:r>
    </w:p>
    <w:p>
      <w:pPr>
        <w:jc w:val="right"/>
      </w:pPr>
      <w:r>
        <w:t>وہاں اس کی آزادی ختم ہو جاتی ہے۔</w:t>
      </w:r>
    </w:p>
    <w:p>
      <w:r>
        <w:rPr>
          <w:b/>
        </w:rPr>
        <w:t xml:space="preserve">[1:29:28] </w:t>
      </w:r>
      <w:r>
        <w:t>das sawaal hai faraam muhammad barook</w:t>
      </w:r>
    </w:p>
    <w:p>
      <w:pPr>
        <w:jc w:val="right"/>
      </w:pPr>
      <w:r>
        <w:t>دس سوال ہے فرام محمد باروک</w:t>
      </w:r>
    </w:p>
    <w:p>
      <w:r>
        <w:rPr>
          <w:b/>
        </w:rPr>
        <w:t xml:space="preserve">[1:29:30] </w:t>
      </w:r>
      <w:r>
        <w:t>. If Islam is the universal religion, why is confusion prevailing about it? Because there are so many people who are getting killed in the name of religion and especially Muslims are involved in it.</w:t>
      </w:r>
    </w:p>
    <w:p>
      <w:pPr>
        <w:jc w:val="right"/>
      </w:pPr>
      <w:r>
        <w:t>۔ اف اسلام از دی یونیورسل ریلیجن وائی کنفیوژن از پریویلنگ اباؤٹ اٹ۔ بیکاز دیر ار سو مینی پیپل ہو آر گیٹنگ کلڈ ان دی نیم اف ریلیجن اینڈ اسپیشلی مسلمز ار انوالوڈ ان اٹ۔</w:t>
      </w:r>
    </w:p>
    <w:p>
      <w:r>
        <w:rPr>
          <w:b/>
        </w:rPr>
        <w:t xml:space="preserve">[1:29:47] </w:t>
      </w:r>
      <w:r>
        <w:t>dekhiye musalman jo kar rahe hain woh islam nahin hai. sab se zaroori cheez hai jaanna keh islam aur musalman dono alag alag hain.</w:t>
      </w:r>
    </w:p>
    <w:p>
      <w:pPr>
        <w:jc w:val="right"/>
      </w:pPr>
      <w:r>
        <w:t>دیکھیے مسلمان جو کر رہے ہیں وہ اسلام نہیں ہے۔ سب سے ضروری چیز ہے جاننا کہ اسلام اور مسلمان دونوں الگ الگ ہیں۔</w:t>
      </w:r>
    </w:p>
    <w:p>
      <w:r>
        <w:rPr>
          <w:b/>
        </w:rPr>
        <w:t xml:space="preserve">[1:29:59] </w:t>
      </w:r>
      <w:r>
        <w:t>yani first of all you have to differentiate between islam and muslims. you have to judge muslims in the light of islamic teachings and not vice versa.</w:t>
      </w:r>
    </w:p>
    <w:p>
      <w:pPr>
        <w:jc w:val="right"/>
      </w:pPr>
      <w:r>
        <w:t>یعنی فرسٹ اف ال یو ہیو ٹو ڈیفرنشیٹ بٹوین اسلام اینڈ مسلمز۔ یو ہیو ٹو جج مسلمز ان دا لائٹ اف اسلامک ٹیچنگز اینڈ ناٹ وائس ورسا۔</w:t>
      </w:r>
    </w:p>
    <w:p>
      <w:r>
        <w:rPr>
          <w:b/>
        </w:rPr>
        <w:t xml:space="preserve">[1:30:09] </w:t>
      </w:r>
      <w:r>
        <w:t>to aaj kal jo musalman kar rahe hain woh to bilashuba sab ka sab un-islamic hai. is liye ke hathiyar ko istemaal karna islam mein sirf established state ka ikhtiyar hai.</w:t>
      </w:r>
    </w:p>
    <w:p>
      <w:pPr>
        <w:jc w:val="right"/>
      </w:pPr>
      <w:r>
        <w:t>تو آج کل جو مسلمان کر رہے ہیں وہ تو بلاشبہ سب کا سب ان اسلامک ہے۔ اس لیے کہ ہتھیار کو استعمال کرنا اسلام میں صرف اسٹیبلش اسٹیٹ کا اختیار ہے۔</w:t>
      </w:r>
    </w:p>
    <w:p>
      <w:r>
        <w:rPr>
          <w:b/>
        </w:rPr>
        <w:t xml:space="preserve">[1:30:24] </w:t>
      </w:r>
      <w:r>
        <w:t>aam insaan ko ikhtiyar hi nahin hai ke woh hathiyar istemaal kare. bilkul kisi bhi haal mein nahin. aam insaan ko sirf yeh hai ke woh peaceful struggle kare.</w:t>
      </w:r>
    </w:p>
    <w:p>
      <w:pPr>
        <w:jc w:val="right"/>
      </w:pPr>
      <w:r>
        <w:t>عام انسان کو اختیار ہی نہیں ہے کہ وہ ہتھیار استعمال کرے۔ بالکل کسی بھی حال میں نہیں۔ عام انسان کو صرف یہ ہے کہ وہ پیس فل اسٹرگل کرے۔</w:t>
      </w:r>
    </w:p>
    <w:p>
      <w:r>
        <w:rPr>
          <w:b/>
        </w:rPr>
        <w:t xml:space="preserve">[1:30:34] </w:t>
      </w:r>
      <w:r>
        <w:t>peaceful tareeqe se logon ko baatein bataaye. bas. jahan peace agar peace se kaam nahin banta hai to woh chup ho jaye.</w:t>
      </w:r>
    </w:p>
    <w:p>
      <w:pPr>
        <w:jc w:val="right"/>
      </w:pPr>
      <w:r>
        <w:t>پیس فل طریقے سے لوگوں کو باتیں بتائے۔ بس۔ جہاں پیس اگر پیس سے کام نہیں بنتا ہے تو وہ چپ ہو جائے۔</w:t>
      </w:r>
    </w:p>
    <w:p>
      <w:r>
        <w:rPr>
          <w:b/>
        </w:rPr>
        <w:t xml:space="preserve">[1:30:43] </w:t>
      </w:r>
      <w:r>
        <w:t>phir sabr kare. peace ke baad sabr hai. peace ke baad hathiyar ka istemaal nahin hai. aaj kal jo aksar log kehte hain ke sahib hum ne peaceful tareeqe se hum ne chaha justice to humein nahin mila to hum kya karein?</w:t>
      </w:r>
    </w:p>
    <w:p>
      <w:pPr>
        <w:jc w:val="right"/>
      </w:pPr>
      <w:r>
        <w:t>پھر صبر کرے۔ پیس کے بعد صبر ہے۔ پیس کے بعد ہتھیار کا استعمال نہیں ہے۔ آج کل جو اکثر لوگ کہتے ہیں کہ صاحب ہم نے پیس فل طریقے سے ہم نے چاہا جسٹس تو ہمیں نہیں ملا تو ہم کیا کریں؟</w:t>
      </w:r>
    </w:p>
    <w:p>
      <w:r>
        <w:rPr>
          <w:b/>
        </w:rPr>
        <w:t xml:space="preserve">[1:30:56] </w:t>
      </w:r>
      <w:r>
        <w:t>kya karein ke chup ho jao. sabr karo. yani peace ke baad jo cheez hai aap ke liye woh hai sabr. woh violent struggle nahin hai.</w:t>
      </w:r>
    </w:p>
    <w:p>
      <w:pPr>
        <w:jc w:val="right"/>
      </w:pPr>
      <w:r>
        <w:t>کیا کریں کہ چپ ہو جاؤ۔ صبر کرو۔ یعنی پیس کے بعد جو چیز ہے آپ کے لیے وہ ہے صبر۔ وہ وائلنٹ اسٹرگل نہیں ہے۔</w:t>
      </w:r>
    </w:p>
    <w:p>
      <w:r>
        <w:rPr>
          <w:b/>
        </w:rPr>
        <w:t xml:space="preserve">[1:31:08] </w:t>
      </w:r>
      <w:r>
        <w:t>islam mein achhi tarah samajh lijiye ke sirf peaceful struggle hai. violent struggle islam mein nahin hai. hathiyar ka istemaal siwaye state ke kisi bhi aur ke liye kisi bhi haal mein jaiz hi nahin hai.</w:t>
      </w:r>
    </w:p>
    <w:p>
      <w:pPr>
        <w:jc w:val="right"/>
      </w:pPr>
      <w:r>
        <w:t>اسلام میں اچھی طرح سمجھ لیجئے کہ صرف پیس فل اسٹرگل ہے۔ وائلنٹ اسٹرگل اسلام میں نہیں ہے۔ ہتھیار کا استعمال سوائے اسٹیٹ کے کسی بھی اور کے لیے کسی بھی حال میں جائز ہی نہیں ہے۔</w:t>
      </w:r>
    </w:p>
    <w:p>
      <w:r>
        <w:rPr>
          <w:b/>
        </w:rPr>
        <w:t xml:space="preserve">[1:31:22] </w:t>
      </w:r>
      <w:r>
        <w:t>bilashuba jo aadmi yani individual ya koi NGO agar hathiyar ko istemaal kare to woh gunaah ka fail karta hai woh.</w:t>
      </w:r>
    </w:p>
    <w:p>
      <w:pPr>
        <w:jc w:val="right"/>
      </w:pPr>
      <w:r>
        <w:t>بلاشبہ جو آدمی یعنی انفرادی یا کوئی این جی او اگر ہتھیار کو استعمال کرے تو وہ گناہ کا فعل کرتا ہے وہ۔</w:t>
      </w:r>
    </w:p>
    <w:p>
      <w:r>
        <w:rPr>
          <w:b/>
        </w:rPr>
        <w:t xml:space="preserve">[1:31:34] </w:t>
      </w:r>
      <w:r>
        <w:t>maulana i remember reading a quote in your book that peace is in contentment and not in abundance.</w:t>
      </w:r>
    </w:p>
    <w:p>
      <w:pPr>
        <w:jc w:val="right"/>
      </w:pPr>
      <w:r>
        <w:t>مولانا ائی ریممبر ریڈنگ ا کوٹ ان یور بک دیٹ پیس از ان کنٹینٹمنٹ اینڈ ناٹ ان ابینڈنس۔</w:t>
      </w:r>
    </w:p>
    <w:p>
      <w:r>
        <w:rPr>
          <w:b/>
        </w:rPr>
        <w:t xml:space="preserve">[1:31:42] </w:t>
      </w:r>
      <w:r>
        <w:t>my question to you is that how does one bring contentment in oneself?</w:t>
      </w:r>
    </w:p>
    <w:p>
      <w:pPr>
        <w:jc w:val="right"/>
      </w:pPr>
      <w:r>
        <w:t>مائی کوسچن ٹو یو از دیٹ ہاؤ ڈز ون برنگ کنٹینٹمنٹ ان ون سیلف؟</w:t>
      </w:r>
    </w:p>
    <w:p>
      <w:r>
        <w:rPr>
          <w:b/>
        </w:rPr>
        <w:t xml:space="preserve">[1:31:53] </w:t>
      </w:r>
      <w:r>
        <w:t>yeh to bahut simple hai mein samajhta hoon. woh yeh hai ke dekhiye ek hai need ek hai greed. log jo hain greed aur need mein farq nahin karna kar paate.</w:t>
      </w:r>
    </w:p>
    <w:p>
      <w:pPr>
        <w:jc w:val="right"/>
      </w:pPr>
      <w:r>
        <w:t>یہ تو بہت سمپل ہے میں سمجھتا ہوں۔ وہ یہ ہے کہ دیکھیں ایک ہے نیڈ ایک ہے گریڈ۔ لوگ جو ہیں گریڈ اور نیڈ میں فرق نہیں کرنا کر پاتے۔</w:t>
      </w:r>
    </w:p>
    <w:p>
      <w:r>
        <w:rPr>
          <w:b/>
        </w:rPr>
        <w:t xml:space="preserve">[1:32:06] </w:t>
      </w:r>
      <w:r>
        <w:t>isi liye woh contentment kho dete hain. har aadmi ke liye need need ki list bahut zyada nahin hoti hai.</w:t>
      </w:r>
    </w:p>
    <w:p>
      <w:pPr>
        <w:jc w:val="right"/>
      </w:pPr>
      <w:r>
        <w:t>اسی لیے وہ کنٹینٹمنٹ کھو دیتے ہیں۔ ہر آدمی کے لیے نیڈ نیڈ کا کی لسٹ بہت زیادہ نہیں ہوتی ہے۔</w:t>
      </w:r>
    </w:p>
    <w:p>
      <w:r>
        <w:rPr>
          <w:b/>
        </w:rPr>
        <w:t xml:space="preserve">[1:32:19] </w:t>
      </w:r>
      <w:r>
        <w:t>need ki list to bahut chhoti hoti hai.</w:t>
      </w:r>
    </w:p>
    <w:p>
      <w:pPr>
        <w:jc w:val="right"/>
      </w:pPr>
      <w:r>
        <w:t>نیڈ کی لسٹ تو بہت چھوٹی ہوتی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