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 from Prophet's Life April 23, 2006 Maulana Wahiduddin Khan</w:t>
      </w:r>
    </w:p>
    <w:p>
      <w:r>
        <w:t>https://www.youtube.com/watch?v=PIe6pirYtyY</w:t>
      </w:r>
    </w:p>
    <w:p>
      <w:r>
        <w:rPr>
          <w:b/>
        </w:rPr>
        <w:t xml:space="preserve">[00:13] </w:t>
      </w:r>
      <w:r>
        <w:t>bismillah rahman rahim, wa salla Allahu ala nabiyyi al-karim.</w:t>
      </w:r>
    </w:p>
    <w:p>
      <w:pPr>
        <w:jc w:val="right"/>
      </w:pPr>
      <w:r>
        <w:t>بسم اللہ الرحمن الرحیم، وصلی اللہ علی النبی الکریم۔</w:t>
      </w:r>
    </w:p>
    <w:p>
      <w:r>
        <w:rPr>
          <w:b/>
        </w:rPr>
        <w:t xml:space="preserve">[00:24] </w:t>
      </w:r>
      <w:r>
        <w:t>is waqt ki jo baat cheet hai, is ka</w:t>
      </w:r>
    </w:p>
    <w:p>
      <w:pPr>
        <w:jc w:val="right"/>
      </w:pPr>
      <w:r>
        <w:t>اس وقت کی جو بات چیت ہے، اس کا</w:t>
      </w:r>
    </w:p>
    <w:p>
      <w:r>
        <w:rPr>
          <w:b/>
        </w:rPr>
        <w:t xml:space="preserve">[00:31] </w:t>
      </w:r>
      <w:r>
        <w:t>central theme yeh hai ke Khuda ne jis creation plan ke mutabiq yeh dunya banai,</w:t>
      </w:r>
    </w:p>
    <w:p>
      <w:pPr>
        <w:jc w:val="right"/>
      </w:pPr>
      <w:r>
        <w:t>سینٹرل تھیم یہ ہے کہ خدا نے جس کریشن پلان کے مطابق یہ دنیا بنائی،</w:t>
      </w:r>
    </w:p>
    <w:p>
      <w:r>
        <w:rPr>
          <w:b/>
        </w:rPr>
        <w:t xml:space="preserve">[00:46] </w:t>
      </w:r>
      <w:r>
        <w:t>us ko batane ke liye ke insaan us ko jaan le, do intezaam kiya.</w:t>
      </w:r>
    </w:p>
    <w:p>
      <w:pPr>
        <w:jc w:val="right"/>
      </w:pPr>
      <w:r>
        <w:t>اس کو بتانے کے لیے کہ انسان اس کو جان لے، دو انتظام کیا۔</w:t>
      </w:r>
    </w:p>
    <w:p>
      <w:r>
        <w:rPr>
          <w:b/>
        </w:rPr>
        <w:t xml:space="preserve">[00:56] </w:t>
      </w:r>
      <w:r>
        <w:t>ek taraf Khuda ne poori universe ko</w:t>
      </w:r>
    </w:p>
    <w:p>
      <w:pPr>
        <w:jc w:val="right"/>
      </w:pPr>
      <w:r>
        <w:t>ایک طرف خدا نے پوری یونیورس کو</w:t>
      </w:r>
    </w:p>
    <w:p>
      <w:r>
        <w:rPr>
          <w:b/>
        </w:rPr>
        <w:t xml:space="preserve">[01:01] </w:t>
      </w:r>
      <w:r>
        <w:t>is ka aik physical model bana diya, jo subah se shaam tak</w:t>
      </w:r>
    </w:p>
    <w:p>
      <w:pPr>
        <w:jc w:val="right"/>
      </w:pPr>
      <w:r>
        <w:t>اس کا ایک فزیکل ماڈل بنا دیا، جو صبح سے شام تک</w:t>
      </w:r>
    </w:p>
    <w:p>
      <w:r>
        <w:rPr>
          <w:b/>
        </w:rPr>
        <w:t xml:space="preserve">[01:12] </w:t>
      </w:r>
      <w:r>
        <w:t>is ka demonstration de raha hai ke khuda kya chahta hai hum se. doosra jo hai, prophet ke zariye khuda ne aik living model rakh diya hamare samne.</w:t>
      </w:r>
    </w:p>
    <w:p>
      <w:pPr>
        <w:jc w:val="right"/>
      </w:pPr>
      <w:r>
        <w:t>اس کا ڈیمونسٹریشن دے رہا ہے کہ خدا کیا چاہتا ہے ہم سے۔ دوسرا جو ہے، پرافٹ کے ذریعے خدا نے ایک لیونگ ماڈل رکھ دیا ہمارے سامنے۔</w:t>
      </w:r>
    </w:p>
    <w:p>
      <w:r>
        <w:rPr>
          <w:b/>
        </w:rPr>
        <w:t xml:space="preserve">[01:31] </w:t>
      </w:r>
      <w:r>
        <w:t>to yeh jo living model jis ko mein keh raha hoon, prophet ki zindagi, is se mein chand aur baatein aap ke samne rakhunga.</w:t>
      </w:r>
    </w:p>
    <w:p>
      <w:pPr>
        <w:jc w:val="right"/>
      </w:pPr>
      <w:r>
        <w:t>تو یہ جو لیونگ ماڈل جس کو میں کہہ رہا ہوں، پرافٹ کی زندگی، اس سے میں چند اور باتیں آپ کے سامنے رکھوں گا۔</w:t>
      </w:r>
    </w:p>
    <w:p>
      <w:r>
        <w:rPr>
          <w:b/>
        </w:rPr>
        <w:t xml:space="preserve">[01:44] </w:t>
      </w:r>
      <w:r>
        <w:t>aik cheez jo mein ne paai hai prophet ki zindagi ko parh kar, woh yeh hai ke reaction ki soch se munh par rehna,</w:t>
      </w:r>
    </w:p>
    <w:p>
      <w:pPr>
        <w:jc w:val="right"/>
      </w:pPr>
      <w:r>
        <w:t>ایک چیز جو میں نے پائی ہے پرافٹ کی زندگی کو پڑھ کر، وہ یہ ہے کہ ری ایکشن کی سوچ سے منہ پر رہنا،</w:t>
      </w:r>
    </w:p>
    <w:p>
      <w:r>
        <w:rPr>
          <w:b/>
        </w:rPr>
        <w:t xml:space="preserve">[01:58] </w:t>
      </w:r>
      <w:r>
        <w:t>kisi bhi situation mein react na karna, balkeh positive thinking par apne ko qaim rakhna.</w:t>
      </w:r>
    </w:p>
    <w:p>
      <w:pPr>
        <w:jc w:val="right"/>
      </w:pPr>
      <w:r>
        <w:t>کسی بھی سچویشن میں ری ایکٹ نہ کرنا، بلکہ پازیٹیو تھنکنگ پر اپنے کو قائم رکھنا۔</w:t>
      </w:r>
    </w:p>
    <w:p>
      <w:r>
        <w:rPr>
          <w:b/>
        </w:rPr>
        <w:t xml:space="preserve">[02:07] </w:t>
      </w:r>
      <w:r>
        <w:t>is ki aik bohat hi extreme misaal mein batata hoon aap ke samne</w:t>
      </w:r>
    </w:p>
    <w:p>
      <w:pPr>
        <w:jc w:val="right"/>
      </w:pPr>
      <w:r>
        <w:t>اس کی ایک بہت ہی ایکسٹریم مثال میں بتاتا ہوں آپ کے سامنے</w:t>
      </w:r>
    </w:p>
    <w:p>
      <w:r>
        <w:rPr>
          <w:b/>
        </w:rPr>
        <w:t xml:space="preserve">[02:14] </w:t>
      </w:r>
      <w:r>
        <w:t>ke prophet paida hue makka mein, aur chaalees saal ki jab aap hue to aap ko khuda ne peghambar banaya.</w:t>
      </w:r>
    </w:p>
    <w:p>
      <w:pPr>
        <w:jc w:val="right"/>
      </w:pPr>
      <w:r>
        <w:t>کہ پرافٹ پیدا ہوئے مکہ میں، اور چالیس سال کی جب آپ ہوئے تو آپ کو خدا نے پیغمبر بنایا۔</w:t>
      </w:r>
    </w:p>
    <w:p>
      <w:r>
        <w:rPr>
          <w:b/>
        </w:rPr>
        <w:t xml:space="preserve">[02:28] </w:t>
      </w:r>
      <w:r>
        <w:t>13 saal tak makka mein aap apna mission chalate rahe, 13 saal tak,</w:t>
      </w:r>
    </w:p>
    <w:p>
      <w:pPr>
        <w:jc w:val="right"/>
      </w:pPr>
      <w:r>
        <w:t>13 سال تک مکہ میں آپ اپنا مشن چلاتے رہے، 13 سال تک،</w:t>
      </w:r>
    </w:p>
    <w:p>
      <w:r>
        <w:rPr>
          <w:b/>
        </w:rPr>
        <w:t xml:space="preserve">[02:38] </w:t>
      </w:r>
      <w:r>
        <w:t>yaani apni peghambarana umar ka aadhe se zyada. lekin makka wale jo the, aap ke bohat zyada mukhalif ho gaye, har qism ki</w:t>
      </w:r>
    </w:p>
    <w:p>
      <w:pPr>
        <w:jc w:val="right"/>
      </w:pPr>
      <w:r>
        <w:t>یعنی اپنی پیغمبرانہ عمر کا آدھے سے زیادہ۔ لیکن مکہ والے جو تھے، آپ کے بہت زیادہ مخالف ہو گئے، ہر قسم کی</w:t>
      </w:r>
    </w:p>
    <w:p>
      <w:r>
        <w:rPr>
          <w:b/>
        </w:rPr>
        <w:t xml:space="preserve">[02:55] </w:t>
      </w:r>
      <w:r>
        <w:t>aap ne aap ke raaste mein har qism ki rukawatein dalin, yahan tak ke aap ko maar daalne ke peechhe pad gaye.</w:t>
      </w:r>
    </w:p>
    <w:p>
      <w:pPr>
        <w:jc w:val="right"/>
      </w:pPr>
      <w:r>
        <w:t>آپ نے آپ کے راستے میں ہر قسم کی رکاوٹیں ڈالیں، یہاں تک کہ آپ کو مار ڈالنے کے پیچھے پڑ گئے۔</w:t>
      </w:r>
    </w:p>
    <w:p>
      <w:r>
        <w:rPr>
          <w:b/>
        </w:rPr>
        <w:t xml:space="preserve">[03:09] </w:t>
      </w:r>
      <w:r>
        <w:t>jab yeh hua to aap ne apne saahibiyon se kaha ke tum bohat hi khamoshi ke saath makka se chale jao aur madine mein ja kar ke settle ho jao, kyunke madine mein us waqt aap ke liye favorable halaat the,</w:t>
      </w:r>
    </w:p>
    <w:p>
      <w:pPr>
        <w:jc w:val="right"/>
      </w:pPr>
      <w:r>
        <w:t>جب یہ ہوا تو آپ نے اپنے ساتھیوں سے کہا کہ تم بہت ہی خاموشی کے ساتھ مکہ سے چلے جاؤ اور مدینے میں جا کر کے سیٹل ہو جاؤ، کیونکہ مدینہ میں اس وقت آپ کے لیے فیوریبل حالات تھے،</w:t>
      </w:r>
    </w:p>
    <w:p>
      <w:r>
        <w:rPr>
          <w:b/>
        </w:rPr>
        <w:t xml:space="preserve">[03:25] </w:t>
      </w:r>
      <w:r>
        <w:t>yaani makka mein halaat us waqt favorable nahi the, lekin madine mein favorable the.</w:t>
      </w:r>
    </w:p>
    <w:p>
      <w:pPr>
        <w:jc w:val="right"/>
      </w:pPr>
      <w:r>
        <w:t>یعنی مکہ میں حالات اس وقت فیوریبل نہیں تھے، لیکن مدینہ میں فیوریبل تھے۔</w:t>
      </w:r>
    </w:p>
    <w:p>
      <w:r>
        <w:rPr>
          <w:b/>
        </w:rPr>
        <w:t xml:space="preserve">[03:35] </w:t>
      </w:r>
      <w:r>
        <w:t>to sab log dheere dheere dheere dheere jaane lage, yahan tak ke khud prophet bhi makka chhod kar madine chale gaye. dekhein, yahan par aik bohat hi anokhi baat hai jis ka mein reference dena chahta hoon aap ko ke jab aap madine pahunche, jahan aap ke bohat se manane wale paida ho chuke the, kyunke kitabon mein aata hai ke jab aap ne yeh faisla kiya ke madine chale jana hai, makka chhod kar,</w:t>
      </w:r>
    </w:p>
    <w:p>
      <w:pPr>
        <w:jc w:val="right"/>
      </w:pPr>
      <w:r>
        <w:t>تو سب لوگ دھیرے دھیرے دھیرے دھیرے جانے لگے، یہاں تک کہ خود پرافٹ بھی مکہ چھوڑ کر مدینہ چلے گئے۔ دیکھیں، یہاں پر ایک بہت ہی انوکھی بات ہے جس کا میں ریفرنس دینا چاہتا ہوں آپ کو کہ جب آپ مدینہ پہنچے، جہاں آپ کے بہت سے ماننے والے پیدا ہو چکے تھے، کیونکہ کتابوں میں آتا ہے کہ جب آپ نے یہ فیصلہ کیا کہ مدینہ چلے جانا ہے، مکہ چھوڑ کر،</w:t>
      </w:r>
    </w:p>
    <w:p>
      <w:r>
        <w:rPr>
          <w:b/>
        </w:rPr>
        <w:t xml:space="preserve">[04:03] </w:t>
      </w:r>
      <w:r>
        <w:t>to aap ne apne do saahibiyon ko bheja wahan ke islam ka message phailayen. un ko muqri kaha jata tha.</w:t>
      </w:r>
    </w:p>
    <w:p>
      <w:pPr>
        <w:jc w:val="right"/>
      </w:pPr>
      <w:r>
        <w:t>تو آپ نے اپنے دو ساتھیوں کو بھیجا وہاں کہ اسلام کا میسج پھیلائیں۔ ان کو مقری کہا جاتا تھا۔</w:t>
      </w:r>
    </w:p>
    <w:p>
      <w:r>
        <w:rPr>
          <w:b/>
        </w:rPr>
        <w:t xml:space="preserve">[04:12] </w:t>
      </w:r>
      <w:r>
        <w:t>muqri, muqri ka matlab hota hai reader. muqri ka matlab hota hai parh kar sunane wala.</w:t>
      </w:r>
    </w:p>
    <w:p>
      <w:pPr>
        <w:jc w:val="right"/>
      </w:pPr>
      <w:r>
        <w:t>مقری، مقری کا مطلب ہوتا ہے ریڈر۔ مقری کا مطلب ہوتا ہے پڑھ کر سنانے والا۔</w:t>
      </w:r>
    </w:p>
    <w:p>
      <w:r>
        <w:rPr>
          <w:b/>
        </w:rPr>
        <w:t xml:space="preserve">[04:21] </w:t>
      </w:r>
      <w:r>
        <w:t>un logon ki preaching kya thi? simply yeh thi ke woh quran ke kuch hisse jo unhein yaad hote the, parh kar sunate the.</w:t>
      </w:r>
    </w:p>
    <w:p>
      <w:pPr>
        <w:jc w:val="right"/>
      </w:pPr>
      <w:r>
        <w:t>ان لوگوں کی پریچنگ کیا تھی؟ سمپلی یہ تھی کہ وہ قرآن کے کچھ حصے جو انہیں یاد ہوتے تھے، پڑھ کر سناتے تھے۔</w:t>
      </w:r>
    </w:p>
    <w:p>
      <w:r>
        <w:rPr>
          <w:b/>
        </w:rPr>
        <w:t xml:space="preserve">[04:31] </w:t>
      </w:r>
      <w:r>
        <w:t>jahan unhon ne dekha ke das paanch aadmi baithe hue hain, koi assembly hai, wahan chale gaye, wahan sunana shuru kar diya. yeh tha un ka daawa work.</w:t>
      </w:r>
    </w:p>
    <w:p>
      <w:pPr>
        <w:jc w:val="right"/>
      </w:pPr>
      <w:r>
        <w:t>جہاں انہوں نے دیکھا کہ دس پانچ آدمی بیٹھے ہوئے ہیں، کوئی اسمبلی ہے، وہاں چلے گئے، وہاں سنانا شروع کر دیا۔ یہ تھا ان کا دعویٰ ورک۔</w:t>
      </w:r>
    </w:p>
    <w:p>
      <w:r>
        <w:rPr>
          <w:b/>
        </w:rPr>
        <w:t xml:space="preserve">[04:45] </w:t>
      </w:r>
      <w:r>
        <w:t>is daawa work se yeh haal hua ke kitabon mein aata hai ke "falam tabqa darun min dur al-ansar illa wadakhala fi al-islam", yaani madine ke ghar ghar mein islam phail gaya.</w:t>
      </w:r>
    </w:p>
    <w:p>
      <w:pPr>
        <w:jc w:val="right"/>
      </w:pPr>
      <w:r>
        <w:t>اس دعویٰ ورک سے یہ حال ہوا کہ کتابوں میں آتا ہے کہ "فلم تبق دارم من دور الانصار الا ودخل فی الاسلام"، یعنی مدینے کے گھر گھر میں اسلام پھیل گیا۔</w:t>
      </w:r>
    </w:p>
    <w:p>
      <w:r>
        <w:rPr>
          <w:b/>
        </w:rPr>
        <w:t xml:space="preserve">[04:59] </w:t>
      </w:r>
      <w:r>
        <w:t>to aap ne wahan par makke se migrate kar ke aap madine gaye. jab aap wahan pahunche hain to aaj kal kya hota hai?</w:t>
      </w:r>
    </w:p>
    <w:p>
      <w:pPr>
        <w:jc w:val="right"/>
      </w:pPr>
      <w:r>
        <w:t>تو آپ نے وہاں پر مکے سے مائیگریٹ کر کے آپ مدینہ گئے۔ جب آپ وہاں پہنچے ہیں تو آج کل کیا ہوتا ہے؟</w:t>
      </w:r>
    </w:p>
    <w:p>
      <w:r>
        <w:rPr>
          <w:b/>
        </w:rPr>
        <w:t xml:space="preserve">[05:12] </w:t>
      </w:r>
      <w:r>
        <w:t>jab koi leader kahin</w:t>
      </w:r>
    </w:p>
    <w:p>
      <w:pPr>
        <w:jc w:val="right"/>
      </w:pPr>
      <w:r>
        <w:t>جب کوئی لیڈر کہیں</w:t>
      </w:r>
    </w:p>
    <w:p>
      <w:r>
        <w:rPr>
          <w:b/>
        </w:rPr>
        <w:t xml:space="preserve">[05:18] </w:t>
      </w:r>
      <w:r>
        <w:t>se is tarah se migrate karta hai ke wahan ke log us ke dushman ban gaye hon, to kya karta hai woh? mein ne kai baar aisa hua hai ke kai aise log dekhe hain jo apne dais se bhag kar kahin gaye hue hain.</w:t>
      </w:r>
    </w:p>
    <w:p>
      <w:pPr>
        <w:jc w:val="right"/>
      </w:pPr>
      <w:r>
        <w:t>سے اس طرح سے مائیگریٹ کرتا ہے کہ وہاں کے لوگ اس کے دشمن بن گئے ہوں، تو کیا کرتا ہے وہ؟ میں نے کئی بار ایسا ہوا ہے کہ کئی ایسے لوگ دیکھے ہیں جو اپنے دیس سے بھاگ کر کہیں گئے ہوئے ہیں۔</w:t>
      </w:r>
    </w:p>
    <w:p>
      <w:r>
        <w:rPr>
          <w:b/>
        </w:rPr>
        <w:t xml:space="preserve">[05:32] </w:t>
      </w:r>
      <w:r>
        <w:t>kai jagah mein ne dekha, bangkok mein aur america mein aur kai jagah, woh har waqt sirf shikayatein bayan karte hain ke mere dais ki government aisi kharab hai, mere dais ka system itna kharab hai,</w:t>
      </w:r>
    </w:p>
    <w:p>
      <w:pPr>
        <w:jc w:val="right"/>
      </w:pPr>
      <w:r>
        <w:t>کئی جگہ میں نے دیکھا، بینکاک میں اور امریکہ میں اور کئی جگہ، وہ ہر وقت صرف شکایتیں بیان کرتے ہیں کہ میرے دیس کی گورنمنٹ ایسی خراب ہے، میرے دیس کا سسٹم اتنا خراب ہے،</w:t>
      </w:r>
    </w:p>
    <w:p>
      <w:r>
        <w:rPr>
          <w:b/>
        </w:rPr>
        <w:t xml:space="preserve">[05:48] </w:t>
      </w:r>
      <w:r>
        <w:t>aur un ke paas mein ne dekha ke koi doosra subject nahi hota hai. subah se shaam tak jo milega, us se apne dais ki jahan ko chhod kar aaye hain, woh us ki burai bayan karna.</w:t>
      </w:r>
    </w:p>
    <w:p>
      <w:pPr>
        <w:jc w:val="right"/>
      </w:pPr>
      <w:r>
        <w:t>اور ان کے پاس میں نے دیکھا کہ کوئی دوسرا سبجیکٹ نہیں ہوتا ہے۔ صبح سے شام تک جو ملے گا، اس سے اپنے دیس کی جہاں کو چھوڑ کر آئے ہیں، وہ اس کی برائی بیان کرنا۔</w:t>
      </w:r>
    </w:p>
    <w:p>
      <w:r>
        <w:rPr>
          <w:b/>
        </w:rPr>
        <w:t xml:space="preserve">[06:02] </w:t>
      </w:r>
      <w:r>
        <w:t>woh samajhte hain ke is tarah se woh bahar walon ka support le sakenge apne liye. support! mein ne bohat aise dekhe hain, maslan kashmir ke jo log wahan ja kar, jo leader log wahan ja kar rehte hain, falasteen ke jo log wahan rehte hain, arkan filipain ke jo log wahan rehte hain bahar,</w:t>
      </w:r>
    </w:p>
    <w:p>
      <w:pPr>
        <w:jc w:val="right"/>
      </w:pPr>
      <w:r>
        <w:t>وہ سمجھتے ہیں کہ اس طرح سے وہ باہر والوں کا سپورٹ لے سکیں گے اپنے لیے۔ سپورٹ! میں نے بہت ایسے دیکھے ہیں، مثلاً کشمیر کے جو لوگ وہاں جا کر، جو لیڈر لوگ وہاں جا کر رہتے ہیں، فلسطین کے جو لوگ وہاں رہتے ہیں، ارکان فلپائن کے جو لوگ وہاں رہتے ہیں باہر،</w:t>
      </w:r>
    </w:p>
    <w:p>
      <w:r>
        <w:rPr>
          <w:b/>
        </w:rPr>
        <w:t xml:space="preserve">[06:22] </w:t>
      </w:r>
      <w:r>
        <w:t>aur isi tarah non muslim ko bhi mein ne dekha hai, woh har waqt aik hi topic rehta hai ke woh apne dais ki government ko burai batana, kyun?</w:t>
      </w:r>
    </w:p>
    <w:p>
      <w:pPr>
        <w:jc w:val="right"/>
      </w:pPr>
      <w:r>
        <w:t>اور اسی طرح نان مسلم کو بھی میں نے دیکھا ہے، وہ ہر وقت ایک ہی ٹاپک رہتا ہے کہ وہ اپنے دیس کی گورنمنٹ کو برائی بتانا، کیوں؟</w:t>
      </w:r>
    </w:p>
    <w:p>
      <w:r>
        <w:rPr>
          <w:b/>
        </w:rPr>
        <w:t xml:space="preserve">[06:31] </w:t>
      </w:r>
      <w:r>
        <w:t>taakeh in ka support mil sake. Rasool Allah S.A.W. wahan gaye to poora jo das saal wahan aap rahe hain, kuch bhi aap ne Makkah walon ke khilaaf kuch bhi nahi bolay aap.</w:t>
      </w:r>
    </w:p>
    <w:p>
      <w:pPr>
        <w:jc w:val="right"/>
      </w:pPr>
      <w:r>
        <w:t>تاکہ ان کا سپورٹ مل سکے۔ رسول اللہ صلی اللہ علیہ وسلم وہاں گئے تو پورا جو دس سال وہاں آپ رہے ہیں، کچھ بھی آپ نے مکہ والوں کے خلاف کچھ بھی نہیں بولے آپ۔</w:t>
      </w:r>
    </w:p>
    <w:p>
      <w:r>
        <w:rPr>
          <w:b/>
        </w:rPr>
        <w:t xml:space="preserve">[06:47] </w:t>
      </w:r>
      <w:r>
        <w:t>aur sab se pehla jo khutba aap ne diya, jo zahir hai ke aadmi ghar ghusse mein bhara hua hota hai, nafrat mein bhara hua hota hai, bohat hi ishtia'al hota hai is ke dil mein.</w:t>
      </w:r>
    </w:p>
    <w:p>
      <w:pPr>
        <w:jc w:val="right"/>
      </w:pPr>
      <w:r>
        <w:t>اور سب سے پہلا جو خطبہ آپ نے دیا، جو ظاہر ہے کہ آدمی گھر غصے میں بھرا ہوا ہوتا ہے، نفرت میں بھرا ہوا ہوتا ہے، بہت ہی اشتعال ہوتا ہے اس کے دل میں۔</w:t>
      </w:r>
    </w:p>
    <w:p>
      <w:r>
        <w:rPr>
          <w:b/>
        </w:rPr>
        <w:t xml:space="preserve">[06:59] </w:t>
      </w:r>
      <w:r>
        <w:t>to magar jab aap pohnchte hain to Seerat Ibn Hisham mein aap dekhenge ke is ka ek chapter hai jis ka woh caption yeh hai: "awwal khutba khutba Rasool Allah S.A.W. fil Madina", yaani Madina pohnch kar Prophet ne jo pehla address kiya wahan ke logon ko, woh hai is mein.</w:t>
      </w:r>
    </w:p>
    <w:p>
      <w:pPr>
        <w:jc w:val="right"/>
      </w:pPr>
      <w:r>
        <w:t>تو مگر جب آپ پہنچتے ہیں تو سیرت ابن ہشام میں آپ دیکھیں گے کہ اس کا ایک چیپٹر ہے جس کا وہ کیپشن یہ ہے: "اولو خطبت خطبہ رسول اللہ صلی اللہ علیہ وسلم فی المدینہ"، یعنی مدینہ پہنچ کر پرافٹ نے جو پہلا ایڈریس کیا وہاں کے لوگوں کو، وہ ہے اس میں۔</w:t>
      </w:r>
    </w:p>
    <w:p>
      <w:r>
        <w:rPr>
          <w:b/>
        </w:rPr>
        <w:t xml:space="preserve">[07:26] </w:t>
      </w:r>
      <w:r>
        <w:t>is ko aap parhiye. Is poore address mein kahin na direct koi reference hai Makkah walon ka aur na indirect, kuch bhi nahi, jaise kuch hua hi nahi.</w:t>
      </w:r>
    </w:p>
    <w:p>
      <w:pPr>
        <w:jc w:val="right"/>
      </w:pPr>
      <w:r>
        <w:t>اس کو آپ پڑھیے۔ اس پورے ایڈریس میں کہیں نہ ڈائریکٹ کوئی ریفرنس ہے مکہ والوں کا اور نہ ان ڈائریکٹ، کچھ بھی نہیں، جیسے کچھ ہوا ہی نہیں۔</w:t>
      </w:r>
    </w:p>
    <w:p>
      <w:r>
        <w:rPr>
          <w:b/>
        </w:rPr>
        <w:t xml:space="preserve">[07:42] </w:t>
      </w:r>
      <w:r>
        <w:t>saare is ka khulasa kya hai? "it-taqu-n-naara walaw bashir-ri tamrah". Ae logon!</w:t>
      </w:r>
    </w:p>
    <w:p>
      <w:pPr>
        <w:jc w:val="right"/>
      </w:pPr>
      <w:r>
        <w:t>سارے اس کا خلاصہ کیا ہے؟ "اتقوا النار ولو بشرقتمر"۔ اے لوگوں!</w:t>
      </w:r>
    </w:p>
    <w:p>
      <w:r>
        <w:rPr>
          <w:b/>
        </w:rPr>
        <w:t xml:space="preserve">[07:50] </w:t>
      </w:r>
      <w:r>
        <w:t>apne aap ko aag se bachao, chahe khajoor ka ek tukra de kar hi kyun na ho. Ab is ke peeche jo psychology hai, is ko aap ghor kijiye ke ek insaan jo 13 saal museebatein utha kar wahan jaata hai, to kehta kya hai?</w:t>
      </w:r>
    </w:p>
    <w:p>
      <w:pPr>
        <w:jc w:val="right"/>
      </w:pPr>
      <w:r>
        <w:t>اپنے آپ کو آگ سے بچاؤ، چاہے کھجور کا ایک ٹکڑا دے کر ہی کیوں نہ ہو۔ اب اس کے پیچھے جو سائیکالوجی ہے، اس کو آپ غور کیجئے کہ ایک انسان جو 13 سال مصیبتیں اٹھا کر وہاں جاتا ہے، تو کہتا کیا ہے؟</w:t>
      </w:r>
    </w:p>
    <w:p>
      <w:r>
        <w:rPr>
          <w:b/>
        </w:rPr>
        <w:t xml:space="preserve">[08:12] </w:t>
      </w:r>
      <w:r>
        <w:t>ke problem mujh ko nahi, tum ko hai problem. Yaani problem ka saamna mujh ko nahi hai, tum ko problem ka saamna hai.</w:t>
      </w:r>
    </w:p>
    <w:p>
      <w:pPr>
        <w:jc w:val="right"/>
      </w:pPr>
      <w:r>
        <w:t>کہ پرابلم مجھ کو نہیں، تم کو ہے پرابلم۔ یعنی پرابلم کا سامنا مجھ کو نہیں ہے، تم کو پرابلم کا سامنا ہے۔</w:t>
      </w:r>
    </w:p>
    <w:p>
      <w:r>
        <w:rPr>
          <w:b/>
        </w:rPr>
        <w:t xml:space="preserve">[08:23] </w:t>
      </w:r>
      <w:r>
        <w:t>yaani jo Makkah mein para mujhe, woh kya hai? Woh to kuch bhi nahi. Abhi tumhein jahal ka saamna hai, aag ka saamna hai, punishment ka saamna hai jo Khuda ki taraf se hogi, agar tum Khuda wali zindagi na apnao.</w:t>
      </w:r>
    </w:p>
    <w:p>
      <w:pPr>
        <w:jc w:val="right"/>
      </w:pPr>
      <w:r>
        <w:t>یعنی جو مکہ میں پڑا مجھے، وہ کیا ہے؟ وہ تو کچھ بھی نہیں۔ ابھی تمہیں جہل کا سامنا ہے، آگ کا سامنا ہے، پنشمنٹ کا سامنا ہے جو خدا کی طرف سے ہوگی، اگر تم خدا والی زندگی نہ اپناؤ۔</w:t>
      </w:r>
    </w:p>
    <w:p>
      <w:r>
        <w:rPr>
          <w:b/>
        </w:rPr>
        <w:t xml:space="preserve">[08:37] </w:t>
      </w:r>
      <w:r>
        <w:t>yaani Khuda ke creation plan ke mutabiq agar tum zindagi na batao to maut ke baad tum ko hell ka saamna karna parega. Aap ghor kijiye is psychology ka jo Prophet ke andar hogi.</w:t>
      </w:r>
    </w:p>
    <w:p>
      <w:pPr>
        <w:jc w:val="right"/>
      </w:pPr>
      <w:r>
        <w:t>یعنی خدا کے کریشن پلان کے مطابق اگر تم زندگی نہ بتاؤ تو موت کے بعد تم کو ہیل کا سامنا کرنا پڑے گا۔ آپ غور کیجئے اس سائیکالوجی کا جو پرافٹ کے اندر ہوگی۔</w:t>
      </w:r>
    </w:p>
    <w:p>
      <w:r>
        <w:rPr>
          <w:b/>
        </w:rPr>
        <w:t xml:space="preserve">[08:51] </w:t>
      </w:r>
      <w:r>
        <w:t>apni apni jo takleefein hain, woh kam hain 13 saal tak. Woh to bhala, woh bhoolay hue thay, jaise ke un ki yaad mein nahi thi.</w:t>
      </w:r>
    </w:p>
    <w:p>
      <w:pPr>
        <w:jc w:val="right"/>
      </w:pPr>
      <w:r>
        <w:t>اپنی اپنی جو تکلیفیں ہیں، وہ کم ہیں 13 سال تک۔ وہ تو بھلا، وہ بھولے ہوئے تھے، جیسے کہ ان کی یاد میں نہیں تھی۔</w:t>
      </w:r>
    </w:p>
    <w:p>
      <w:r>
        <w:rPr>
          <w:b/>
        </w:rPr>
        <w:t xml:space="preserve">[09:00] </w:t>
      </w:r>
      <w:r>
        <w:t>dekhiye, is ka ek bohat hi is mein se maine ek baat aur nikali hai jo modern psychology kya kehti hai ke agar aaj koi baat aap ke saath pesh aaye, maslan koi aap ko gaali de de,</w:t>
      </w:r>
    </w:p>
    <w:p>
      <w:pPr>
        <w:jc w:val="right"/>
      </w:pPr>
      <w:r>
        <w:t>دیکھیں، اس کا ایک بہت ہی اس میں سے میں نے ایک بات اور نکالی ہے جو ماڈرن سائیکالوجی کیا کہتی ہے کہ اگر آج کوئی بات آپ کے ساتھ پیش آئے، مثلاً کوئی آپ کو گالی دے دے،</w:t>
      </w:r>
    </w:p>
    <w:p>
      <w:r>
        <w:rPr>
          <w:b/>
        </w:rPr>
        <w:t xml:space="preserve">[09:14] </w:t>
      </w:r>
      <w:r>
        <w:t>to agar is ka charchaa karte rahein aap, charchaa, tab to woh aap ko yaad rahegi, warna bhool bhaal jayegi, bhool bhaal jayegi.</w:t>
      </w:r>
    </w:p>
    <w:p>
      <w:pPr>
        <w:jc w:val="right"/>
      </w:pPr>
      <w:r>
        <w:t>تو اگر اس کا چرچہ کرتے رہیں آپ، چرچہ، تب تو وہ آپ کو یاد رہے گی، ورنہ بھول بھال جائے گی، بھول بھال جائے گی۔</w:t>
      </w:r>
    </w:p>
    <w:p>
      <w:r>
        <w:rPr>
          <w:b/>
        </w:rPr>
        <w:t xml:space="preserve">[09:27] </w:t>
      </w:r>
      <w:r>
        <w:t>to kya hai ke aap ne apne zehan mein is ka charchaa nahi kiya, jo aap ko beeta 13 saal tak, is ka aap ne charchaa nahi kiya, aap ne mind mein is ko recall nahi kiya, to bhool bhooli bistri kahani ban gayi woh.</w:t>
      </w:r>
    </w:p>
    <w:p>
      <w:pPr>
        <w:jc w:val="right"/>
      </w:pPr>
      <w:r>
        <w:t>تو کیا ہے کہ آپ نے اپنے ذہن میں اس کا چرچہ نہیں کیا، جو آپ کو بیتا 13 سال تک، اس کا آپ نے چرچہ نہیں کیا، آپ نے مائنڈ میں اس کو ریکال نہیں کیا، تو بھول بھولی بستری کہانی بن گئی وہ۔</w:t>
      </w:r>
    </w:p>
    <w:p>
      <w:r>
        <w:rPr>
          <w:b/>
        </w:rPr>
        <w:t xml:space="preserve">[09:40] </w:t>
      </w:r>
      <w:r>
        <w:t>aur jo cheez aap ke living memory mein jo thi, woh kya thi? Khuda ka masla, day of judgement, accountability, hell, paradise.</w:t>
      </w:r>
    </w:p>
    <w:p>
      <w:pPr>
        <w:jc w:val="right"/>
      </w:pPr>
      <w:r>
        <w:t>اور جو چیز آپ کے لیونگ میموری میں جو تھی، وہ کیا تھی؟ خدا کا مسئلہ، ڈے آف ججمنٹ، اکاؤنٹیبلٹی، ہیل، پیراڈائز۔</w:t>
      </w:r>
    </w:p>
    <w:p>
      <w:r>
        <w:rPr>
          <w:b/>
        </w:rPr>
        <w:t xml:space="preserve">[09:52] </w:t>
      </w:r>
      <w:r>
        <w:t>to jo aap ke aap ko jo cheez sab se yaani ziyada important ke saath aap ke mind mein chhayi hui thi, wohi aap bhoolay ja kar ke wahan.</w:t>
      </w:r>
    </w:p>
    <w:p>
      <w:pPr>
        <w:jc w:val="right"/>
      </w:pPr>
      <w:r>
        <w:t>تو جو آپ کے آپ کو جو چیز سب سے یعنی زیادہ امپورٹنٹ کے ساتھ آپ کے مائنڈ میں چھائی ہوئی تھی، وہی آپ بھولے جا کر کے وہاں۔</w:t>
      </w:r>
    </w:p>
    <w:p>
      <w:r>
        <w:rPr>
          <w:b/>
        </w:rPr>
        <w:t xml:space="preserve">[10:03] </w:t>
      </w:r>
      <w:r>
        <w:t>ke ae logon! Apne aap ko hell se bachao. Yeh hai yaani Prophet ka namoona.</w:t>
      </w:r>
    </w:p>
    <w:p>
      <w:pPr>
        <w:jc w:val="right"/>
      </w:pPr>
      <w:r>
        <w:t>کہ اے لوگوں! اپنے آپ کو ہیل سے بچاؤ۔ یہ ہے یعنی پرافٹ کا نمونہ۔</w:t>
      </w:r>
    </w:p>
    <w:p>
      <w:r>
        <w:rPr>
          <w:b/>
        </w:rPr>
        <w:t xml:space="preserve">[10:13] </w:t>
      </w:r>
      <w:r>
        <w:t>Prophet ka namoona aaj kal kya hai ke thori si koi baat hogi, ab har aadmi usi ka charchaa karenge, aap usi ki burai bayan karenge, usi ki shikayat bayan karenge.</w:t>
      </w:r>
    </w:p>
    <w:p>
      <w:pPr>
        <w:jc w:val="right"/>
      </w:pPr>
      <w:r>
        <w:t>پرافٹ کا نمونہ آج کل کیا ہے کہ تھوڑی سی کوئی بات ہوگی، اب ہر آدمی اسی کا چرچہ کریں گے، آپ اسی کی برائی بیان کریں گے، اسی کی شکایت بیان کریں گے۔</w:t>
      </w:r>
    </w:p>
    <w:p>
      <w:r>
        <w:rPr>
          <w:b/>
        </w:rPr>
        <w:t xml:space="preserve">[10:23] </w:t>
      </w:r>
      <w:r>
        <w:t>yeh Rasool Allah ka tareeqa nahi hai.</w:t>
      </w:r>
    </w:p>
    <w:p>
      <w:pPr>
        <w:jc w:val="right"/>
      </w:pPr>
      <w:r>
        <w:t>یہ رسول اللہ کا طریقہ نہیں ہے۔</w:t>
      </w:r>
    </w:p>
    <w:p>
      <w:r>
        <w:rPr>
          <w:b/>
        </w:rPr>
        <w:t xml:space="preserve">[10:27] </w:t>
      </w:r>
      <w:r>
        <w:t>shikayaton mein jeena yeh sarasar shikayaton mein jeena yeh jo jis ko main kehta hoon ke living model Khuda ki taraf se jo model hamein diya gaya hai, woh model yeh hai ke shikayaton mein mat jiyo,</w:t>
      </w:r>
    </w:p>
    <w:p>
      <w:pPr>
        <w:jc w:val="right"/>
      </w:pPr>
      <w:r>
        <w:t>شکایتوں میں جینا یہ سراسر شکایتوں میں جینا یہ جو جس کو میں کہتا ہوں کہ لیونگ ماڈل خدا کی طرف سے جو ماڈل ہمیں دیا گیا ہے، وہ ماڈل یہ ہے کہ شکایتوں میں مت جیو،</w:t>
      </w:r>
    </w:p>
    <w:p>
      <w:r>
        <w:rPr>
          <w:b/>
        </w:rPr>
        <w:t xml:space="preserve">[10:42] </w:t>
      </w:r>
      <w:r>
        <w:t>shikayat mein, ghusse mein, protest mein, is mein jeena chhod do. Yaani positive mind ke saath duniya mein jiyo, negative mind ke saath duniya mein jeena haraam hai tumhare liye.</w:t>
      </w:r>
    </w:p>
    <w:p>
      <w:pPr>
        <w:jc w:val="right"/>
      </w:pPr>
      <w:r>
        <w:t>شکایت میں، غصے میں، پروٹیسٹ میں، اس میں جینا چھوڑ دو۔ یعنی پازیٹیو مائنڈ کے ساتھ دنیا میں جیو، نیگیٹیو مائنڈ کے ساتھ دنیا میں جینا حرام ہے تمہارے لیے۔</w:t>
      </w:r>
    </w:p>
    <w:p>
      <w:r>
        <w:rPr>
          <w:b/>
        </w:rPr>
        <w:t xml:space="preserve">[11:02] </w:t>
      </w:r>
      <w:r>
        <w:t>Quran mein yeh hai ke "wa-n-ha nafs 'an-il-hawa" yaani jannat paradise kis ko milegi? Aap ne jo Quran pesh kiya logon ke saamne, is mein yeh bataya gaya hai ke paradise milne ka raaz kya hai?</w:t>
      </w:r>
    </w:p>
    <w:p>
      <w:pPr>
        <w:jc w:val="right"/>
      </w:pPr>
      <w:r>
        <w:t>قرآن میں یہ ہے کہ "ونہا نفس عن الهوا" یعنی جنت پیراڈائز کس کو ملے گی؟ آپ نے جو قرآن پیش کیا لوگوں کے سامنے، اس میں یہ بتایا گیا ہے کہ پیراڈائز ملنے کا راز کیا ہے؟</w:t>
      </w:r>
    </w:p>
    <w:p>
      <w:r>
        <w:rPr>
          <w:b/>
        </w:rPr>
        <w:t xml:space="preserve">[11:24] </w:t>
      </w:r>
      <w:r>
        <w:t>"wa am-ma man khaafa maqaama rabbihi wa-n-ha nafs 'an-il-hawa". Paradise un logon ke liye hai jo Khuda ke saamne khade hone se daren.</w:t>
      </w:r>
    </w:p>
    <w:p>
      <w:pPr>
        <w:jc w:val="right"/>
      </w:pPr>
      <w:r>
        <w:t>"واما من خاف مقام ربہ ونہا نفس عن الهوا"۔ پیراڈائز ان لوگوں کے لیے ہے جو خدا کے سامنے کھڑے ہونے سے ڈریں۔</w:t>
      </w:r>
    </w:p>
    <w:p>
      <w:r>
        <w:rPr>
          <w:b/>
        </w:rPr>
        <w:t xml:space="preserve">[11:34] </w:t>
      </w:r>
      <w:r>
        <w:t>"wa am-ma man khaafa maqaama rabbihi" ke ek din unhein Khuda ke saamne khada hona hai, ek din unhein Khuda ke saamne jawab dena hai, ek din Khuda ke court ka saamna karna hai.</w:t>
      </w:r>
    </w:p>
    <w:p>
      <w:pPr>
        <w:jc w:val="right"/>
      </w:pPr>
      <w:r>
        <w:t>"واما من خاف مقام ربہ" کہ ایک دن انہیں خدا کے سامنے کھڑا ہونا ہے، ایک دن انہیں خدا کے سامنے جواب دینا ہے، ایک دن خدا کے کورٹ کا سامنا کرنا ہے۔</w:t>
      </w:r>
    </w:p>
    <w:p>
      <w:r>
        <w:rPr>
          <w:b/>
        </w:rPr>
        <w:t xml:space="preserve">[11:48] </w:t>
      </w:r>
      <w:r>
        <w:t>"wa-n-ha nafs 'an-il-hawa" aur apne apne khwahish par control kiya, apni khwahish par, apne negative jazbaat par control kiya.</w:t>
      </w:r>
    </w:p>
    <w:p>
      <w:pPr>
        <w:jc w:val="right"/>
      </w:pPr>
      <w:r>
        <w:t>"ونہا نفس عن الهوا" اور اپنے اپنے خواہش پر کنٹرول کیا، اپنی خواہش پر، اپنے نیگیٹیو جذبات پر کنٹرول کیا۔</w:t>
      </w:r>
    </w:p>
    <w:p>
      <w:r>
        <w:rPr>
          <w:b/>
        </w:rPr>
        <w:t xml:space="preserve">[12:03] </w:t>
      </w:r>
      <w:r>
        <w:t>yaani dekhiye, dil mein hamesha jis duniya mein hum jeete hain to aisi yeh duniya hai ke haan baar baar aisa hota hai ke tarah tarah ke negative thought aap ke andar aate hain, maslan milth hai,</w:t>
      </w:r>
    </w:p>
    <w:p>
      <w:pPr>
        <w:jc w:val="right"/>
      </w:pPr>
      <w:r>
        <w:t>یعنی دیکھیے، دل میں ہمیشہ جس دنیا میں ہم جیتے ہیں تو ایسی یہ دنیا ہے کہ ہاں بار بار ایسا ہوتا ہے کہ طرح طرح کے نیگیٹیو تھاٹ آپ کے اندر آتے ہیں، مثلاً میلث ہے،</w:t>
      </w:r>
    </w:p>
    <w:p>
      <w:r>
        <w:rPr>
          <w:b/>
        </w:rPr>
        <w:t xml:space="preserve">[12:19] </w:t>
      </w:r>
      <w:r>
        <w:t>self-sufficiency hai, organs hai, aur animosity hai. bohat se negative thought jis ko main keh raha hoon, woh aate hain.</w:t>
      </w:r>
    </w:p>
    <w:p>
      <w:pPr>
        <w:jc w:val="right"/>
      </w:pPr>
      <w:r>
        <w:t>سیلفشنس ہے، ارگنز ہے، اور اینیمیٹی ہے۔ بہت سے نیگیٹیو تھاٹ جس کو میں کہہ رہا ہوں، وہ آتے ہیں۔</w:t>
      </w:r>
    </w:p>
    <w:p>
      <w:r>
        <w:rPr>
          <w:b/>
        </w:rPr>
        <w:t xml:space="preserve">[12:33] </w:t>
      </w:r>
      <w:r>
        <w:t>in negative thought ko aap ko manage karna hai, diffuse karna hai usi waqt yeh soch kar ke yeh cheezein meri personality jo hai negative banayengi, aur negative personality wale aadmi ko paradise mein kabhi bhi entry nahi milne wali hai.</w:t>
      </w:r>
    </w:p>
    <w:p>
      <w:pPr>
        <w:jc w:val="right"/>
      </w:pPr>
      <w:r>
        <w:t>ان نیگیٹیو تھاٹ کو آپ کو مینج کرنا ہے، ڈیفیوز کرنا ہے اسی وقت یہ سوچ کر کہ یہ چیزیں میری پرسنیلٹی جو ہے نیگیٹیو بنائیں گی، اور نیگیٹیو پرسنیلٹی والے آدمی کو پیراڈائز میں کبھی بھی انٹری نہیں ملنے والی ہے۔</w:t>
      </w:r>
    </w:p>
    <w:p>
      <w:r>
        <w:rPr>
          <w:b/>
        </w:rPr>
        <w:t xml:space="preserve">[12:52] </w:t>
      </w:r>
      <w:r>
        <w:t>to jab aap ka target paradise hoga to aap ko lagega ke agar main negative thought mein jiyunga to to phir mujhe paradise ka ticket hi nahi milega, phir to mujhe hell mein jana hai,</w:t>
      </w:r>
    </w:p>
    <w:p>
      <w:pPr>
        <w:jc w:val="right"/>
      </w:pPr>
      <w:r>
        <w:t>تو جب آپ کا ٹارگٹ پیراڈائز ہوگا تو آپ کو لگے گا کہ اگر میں نیگیٹیو تھاٹ میں جیوں گا تو تو پھر مجھے پیراڈائز کا ٹکٹ ہی نہیں ملے گا، پھر تو مجھے ہیل میں جانا ہے،</w:t>
      </w:r>
    </w:p>
    <w:p>
      <w:r>
        <w:rPr>
          <w:b/>
        </w:rPr>
        <w:t xml:space="preserve">[13:06] </w:t>
      </w:r>
      <w:r>
        <w:t>kyun ke purified soul jo hai wohi jayegi paradise mein. aur jin logon ne apne apne soul ko, apni personality ko, apni shakhsiyat ko purify nahi kiya, woh un ka thikana jo hai woh hell hai.</w:t>
      </w:r>
    </w:p>
    <w:p>
      <w:pPr>
        <w:jc w:val="right"/>
      </w:pPr>
      <w:r>
        <w:t>کیونکہ پیوریفائیڈ سول جو ہے وہی جائے گی پیراڈائز میں۔ اور جن لوگوں نے اپنے اپنے سول کو، اپنی پرسنیلٹی کو، اپنی شخصیت کو پیوریفائی نہیں کیا، وہ ان کا ٹھکانہ جو ہے وہ ہیل ہے۔</w:t>
      </w:r>
    </w:p>
    <w:p>
      <w:r>
        <w:rPr>
          <w:b/>
        </w:rPr>
        <w:t xml:space="preserve">[13:20] </w:t>
      </w:r>
      <w:r>
        <w:t>yeh baat agar mind mein baith jaye to zindagi badal jaye. ek baat mein aap ko yeh kehna chahunga ke majlis mein Rasool Allah salallahu alaihi wasallam jab baithte the, aap ek company jab baithte the to kya tareeqa tha?</w:t>
      </w:r>
    </w:p>
    <w:p>
      <w:pPr>
        <w:jc w:val="right"/>
      </w:pPr>
      <w:r>
        <w:t>یہ بات اگر مائنڈ میں بیٹھ جائے تو زندگی بدل جائے۔ ایک بات میں آپ کو یہ کہنا چاہوں گا کہ مجلس میں رسول اللہ صلی اللہ علیہ وسلم جب بیٹھتے تھے، آپ ایک کمپیننگ جب بیٹھتے تھے تو کیا طریقہ تھا؟</w:t>
      </w:r>
    </w:p>
    <w:p>
      <w:r>
        <w:rPr>
          <w:b/>
        </w:rPr>
        <w:t xml:space="preserve">[13:39] </w:t>
      </w:r>
      <w:r>
        <w:t>is se compare kijiye apne aap ko, is se apnao, compare kijiye. yeh bohat hi important hai ke jo model Khuda ne rakha duniya mein, prophet ka model,</w:t>
      </w:r>
    </w:p>
    <w:p>
      <w:pPr>
        <w:jc w:val="right"/>
      </w:pPr>
      <w:r>
        <w:t>اس سے کمپیئر کیجئے اپنے آپ کو، اس سے اپناؤ، کمپیئر کیجئے۔ یہ بہت ہی امپورٹنٹ ہے کہ جو ماڈل خدا نے رکھا دنیا میں، پرافٹ کا ماڈل،</w:t>
      </w:r>
    </w:p>
    <w:p>
      <w:r>
        <w:rPr>
          <w:b/>
        </w:rPr>
        <w:t xml:space="preserve">[13:53] </w:t>
      </w:r>
      <w:r>
        <w:t>is model se hamein kya message milta hai? to kitabon mein aata hai ke Rasool Allah jab baithte the apne yani apne companion ke sath to kai baar aisa hota tha ke aap kehte the ke "ashiro alal naas".</w:t>
      </w:r>
    </w:p>
    <w:p>
      <w:pPr>
        <w:jc w:val="right"/>
      </w:pPr>
      <w:r>
        <w:t>اس ماڈل سے ہمیں کیا میسج ملتا ہے؟ تو کتابوں میں آتا ہے کہ رسول اللہ جب بیٹھتے تھے اپنے یعنی اپنے کمپینین کے ساتھ تو کئی بار ایسا ہوتا تھا کہ آپ کہتے تھے کہ "اشیرو علی الناس"۔</w:t>
      </w:r>
    </w:p>
    <w:p>
      <w:r>
        <w:rPr>
          <w:b/>
        </w:rPr>
        <w:t xml:space="preserve">[14:09] </w:t>
      </w:r>
      <w:r>
        <w:t>aey log</w:t>
      </w:r>
    </w:p>
    <w:p>
      <w:pPr>
        <w:jc w:val="right"/>
      </w:pPr>
      <w:r>
        <w:t>اے لوگ</w:t>
      </w:r>
    </w:p>
    <w:p>
      <w:r>
        <w:rPr>
          <w:b/>
        </w:rPr>
        <w:t xml:space="preserve">[14:10] </w:t>
      </w:r>
      <w:r>
        <w:t>on! mujh ko advice do. koi baat hoti thi, koi problem hota tha to aap logon ko ikattha kar ke kehte the ke "ashiro alal naas".</w:t>
      </w:r>
    </w:p>
    <w:p>
      <w:pPr>
        <w:jc w:val="right"/>
      </w:pPr>
      <w:r>
        <w:t>وں! مجھ کو ایڈوائس دو۔ کوئی بات ہوتی تھی، کوئی پرابلم ہوتا تھا تو آپ لوگوں کو اکٹھا کر کے کہتے تھے کہ "اشیرو علی الناس"۔</w:t>
      </w:r>
    </w:p>
    <w:p>
      <w:r>
        <w:rPr>
          <w:b/>
        </w:rPr>
        <w:t xml:space="preserve">[14:21] </w:t>
      </w:r>
      <w:r>
        <w:t>aey logon! mujh ko advice do. to kya hota tha? aaj kal to yeh hai ke jitne log hoti hain, zuban har aadmi bolna shuru kar deta hai, yahan tak ke ek hi ek hi sath kai log bolne lagte hain.</w:t>
      </w:r>
    </w:p>
    <w:p>
      <w:pPr>
        <w:jc w:val="right"/>
      </w:pPr>
      <w:r>
        <w:t>اے لوگوں! مجھ کو ایڈوائس دو۔ تو کیا ہوتا تھا؟ آج کل تو یہ ہے کہ جتنے لوگ ہوتی ہیں، زبان ہر آدمی بولنا شروع کر دیتا ہے، یہاں تک کہ ایک ہی ایک ہی ساتھ کئی لوگ بولنے لگتے ہیں۔</w:t>
      </w:r>
    </w:p>
    <w:p>
      <w:r>
        <w:rPr>
          <w:b/>
        </w:rPr>
        <w:t xml:space="preserve">[14:33] </w:t>
      </w:r>
      <w:r>
        <w:t>yakeen karein, yeh bhi haram hai. yani agar namaz na parhna haram hai to yeh bhi haram hai ke aap galat dhang se bolein. ke ek sawal kiya jaye, aap sab ke sab log bol rahe hain,</w:t>
      </w:r>
    </w:p>
    <w:p>
      <w:pPr>
        <w:jc w:val="right"/>
      </w:pPr>
      <w:r>
        <w:t>یقین کریں، یہ بھی حرام ہے۔ یعنی اگر نماز نہ پڑھنا حرام ہے تو یہ بھی حرام ہے کہ آپ غلط ڈھنگ سے بولیں۔ کہ ایک سوال کیا جائے، آپ سب کے سب لوگ بول رہے ہیں،</w:t>
      </w:r>
    </w:p>
    <w:p>
      <w:r>
        <w:rPr>
          <w:b/>
        </w:rPr>
        <w:t xml:space="preserve">[14:47] </w:t>
      </w:r>
      <w:r>
        <w:t>yeh bhi haram hai. log samajhte hain ke haram sirf yeh hai ke namaz chhod dein hum. yeh bhi haram hai ke aap apni zuban ko galat istemal karein, yeh bhi haram hai.</w:t>
      </w:r>
    </w:p>
    <w:p>
      <w:pPr>
        <w:jc w:val="right"/>
      </w:pPr>
      <w:r>
        <w:t>یہ بھی حرام ہے۔ لوگ سمجھتے ہیں کہ حرام صرف یہی ہے کہ نماز چھوڑ دیں ہم۔ یہ بھی حرام ہے کہ آپ اپنی زبان کو غلط استعمال کریں، یہ بھی حرام ہے۔</w:t>
      </w:r>
    </w:p>
    <w:p>
      <w:r>
        <w:rPr>
          <w:b/>
        </w:rPr>
        <w:t xml:space="preserve">[14:57] </w:t>
      </w:r>
      <w:r>
        <w:t>to wahan kya hota tha ke Rasool Allah kehte the ke "ashiro alal naas". aey logon</w:t>
      </w:r>
    </w:p>
    <w:p>
      <w:pPr>
        <w:jc w:val="right"/>
      </w:pPr>
      <w:r>
        <w:t>تو وہاں کیا ہوتا تھا کہ رسول اللہ کہتے تھے کہ "اشیرو علی الناس"۔ اے لوگوں</w:t>
      </w:r>
    </w:p>
    <w:p>
      <w:r>
        <w:rPr>
          <w:b/>
        </w:rPr>
        <w:t xml:space="preserve">[15:03] </w:t>
      </w:r>
      <w:r>
        <w:t>! mujhe advice do. sab chup, sab ke sab chup. chup kyun hote the? wait karte the ke koi doosra boley.</w:t>
      </w:r>
    </w:p>
    <w:p>
      <w:pPr>
        <w:jc w:val="right"/>
      </w:pPr>
      <w:r>
        <w:t>! مجھے ایڈوائس دو۔ سب چپ، سب کے سب چپ۔ چپ کیوں ہوتے تھے؟ ویٹ کرتے تھے کہ کوئی دوسرا بولے۔</w:t>
      </w:r>
    </w:p>
    <w:p>
      <w:r>
        <w:rPr>
          <w:b/>
        </w:rPr>
        <w:t xml:space="preserve">[15:14] </w:t>
      </w:r>
      <w:r>
        <w:t>is is psychology ko sochiye aap ke aap ne jin logon ko train kiya tha ya jin logon ke dil mein aap ne Allah ka darr dala tha, jo samajhte the ke hum accountable hain Khuda ke aage,</w:t>
      </w:r>
    </w:p>
    <w:p>
      <w:pPr>
        <w:jc w:val="right"/>
      </w:pPr>
      <w:r>
        <w:t>اس اس سائیکالوجی کو سوچیے آپ کہ آپ نے جن لوگوں کو ٹرین کیا تھا یا جن لوگوں کے دل میں آپ نے اللہ کا ڈر ڈالا تھا، جو سمجھتے تھے کہ ہم اکاؤنٹیبل ہیں خدا کے آگے،</w:t>
      </w:r>
    </w:p>
    <w:p>
      <w:r>
        <w:rPr>
          <w:b/>
        </w:rPr>
        <w:t xml:space="preserve">[15:28] </w:t>
      </w:r>
      <w:r>
        <w:t>to har ek chup rehta tha ke koi doosra boley,</w:t>
      </w:r>
    </w:p>
    <w:p>
      <w:pPr>
        <w:jc w:val="right"/>
      </w:pPr>
      <w:r>
        <w:t>تو ہر ایک چپ رہتا تھا کہ کوئی دوسرا بولے،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