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Message of The Quran at IIC | October 31, 2009</w:t>
      </w:r>
    </w:p>
    <w:p>
      <w:r>
        <w:t>https://www.youtube.com/watch?v=bybfuPv1p98</w:t>
      </w:r>
    </w:p>
    <w:p>
      <w:r>
        <w:rPr>
          <w:b/>
        </w:rPr>
        <w:t xml:space="preserve">[00:13] </w:t>
      </w:r>
      <w:r>
        <w:t>Bismillah Rehmane Raheem, wa sallallahu ala Nabi al Kareem. Rab ishrah li sadri, wa yassir li amri, wahul uqdatan min lisani yafqahu qawli. Jaisa ke aap jante hain, aaj ka topic hai "The Message of the Quran". Quran</w:t>
      </w:r>
    </w:p>
    <w:p>
      <w:pPr>
        <w:jc w:val="right"/>
      </w:pPr>
      <w:r>
        <w:t>بسم اللہ الرحمن الرحیم، وصلی اللہ علی النبی الکریم۔ رب اشرح لی صدری، ویسر لی امری، واحل العقدۃ من لسانی یفقہ قولی۔ جیسا کہ آپ جانتے ہیں، آج کا ٹاپک ہے "The Message of the Quran"۔ قرآ</w:t>
      </w:r>
    </w:p>
    <w:p>
      <w:r>
        <w:rPr>
          <w:b/>
        </w:rPr>
        <w:t xml:space="preserve">[00:43] </w:t>
      </w:r>
      <w:r>
        <w:t>ek well-known book hai, woh ek revealed book maani jaati hai.</w:t>
      </w:r>
    </w:p>
    <w:p>
      <w:pPr>
        <w:jc w:val="right"/>
      </w:pPr>
      <w:r>
        <w:t>ن ایک well-known book ہے، وہ ایک revealed book مانی جاتی ہے۔</w:t>
      </w:r>
    </w:p>
    <w:p>
      <w:r>
        <w:rPr>
          <w:b/>
        </w:rPr>
        <w:t xml:space="preserve">[00:53] </w:t>
      </w:r>
      <w:r>
        <w:t>Quran 7th century ke first quarter mein Prophet Muhammad par reveal hua tha.</w:t>
      </w:r>
    </w:p>
    <w:p>
      <w:pPr>
        <w:jc w:val="right"/>
      </w:pPr>
      <w:r>
        <w:t>قرآن 7th century کے first quarter میں Prophet محمد پر reveal ہوا تھا۔</w:t>
      </w:r>
    </w:p>
    <w:p>
      <w:r>
        <w:rPr>
          <w:b/>
        </w:rPr>
        <w:t xml:space="preserve">[01:04] </w:t>
      </w:r>
      <w:r>
        <w:t>yeh Arabic language mein tha, aur aaj bhi usi language mein woh preserve hai.</w:t>
      </w:r>
    </w:p>
    <w:p>
      <w:pPr>
        <w:jc w:val="right"/>
      </w:pPr>
      <w:r>
        <w:t>یہ Arabic language میں تھا، اور آج بھی اسی language میں وہ preserve ہے۔</w:t>
      </w:r>
    </w:p>
    <w:p>
      <w:r>
        <w:rPr>
          <w:b/>
        </w:rPr>
        <w:t xml:space="preserve">[01:14] </w:t>
      </w:r>
      <w:r>
        <w:t>to Quran ki jo specialty hai woh yeh nahi hai ke Quran koi superior book hai, koi holy book hai.</w:t>
      </w:r>
    </w:p>
    <w:p>
      <w:pPr>
        <w:jc w:val="right"/>
      </w:pPr>
      <w:r>
        <w:t>تو قرآن کی جو specialty ہے وہ یہ نہیں ہے کہ قرآن کوئی superior book ہے، کوئی holy book ہے۔</w:t>
      </w:r>
    </w:p>
    <w:p>
      <w:r>
        <w:rPr>
          <w:b/>
        </w:rPr>
        <w:t xml:space="preserve">[01:20] </w:t>
      </w:r>
      <w:r>
        <w:t>aisa nahi hai.</w:t>
      </w:r>
    </w:p>
    <w:p>
      <w:pPr>
        <w:jc w:val="right"/>
      </w:pPr>
      <w:r>
        <w:t>ایسا نہیں ہے۔</w:t>
      </w:r>
    </w:p>
    <w:p>
      <w:r>
        <w:rPr>
          <w:b/>
        </w:rPr>
        <w:t xml:space="preserve">[01:25] </w:t>
      </w:r>
      <w:r>
        <w:t>Quran ki sirf ek hi, Quran ka sirf ek hi distinction hai woh yeh hai ke woh ek</w:t>
      </w:r>
    </w:p>
    <w:p>
      <w:pPr>
        <w:jc w:val="right"/>
      </w:pPr>
      <w:r>
        <w:t>قرآن کی صرف ایک ہی، قرآن کا صرف ایک ہی distinction ہے وہ یہ ہے کہ وہ ایک</w:t>
      </w:r>
    </w:p>
    <w:p>
      <w:r>
        <w:rPr>
          <w:b/>
        </w:rPr>
        <w:t xml:space="preserve">[01:30] </w:t>
      </w:r>
      <w:r>
        <w:t>preserved book hai.</w:t>
      </w:r>
    </w:p>
    <w:p>
      <w:pPr>
        <w:jc w:val="right"/>
      </w:pPr>
      <w:r>
        <w:t>preserved book ہے۔</w:t>
      </w:r>
    </w:p>
    <w:p>
      <w:r>
        <w:rPr>
          <w:b/>
        </w:rPr>
        <w:t xml:space="preserve">[01:36] </w:t>
      </w:r>
      <w:r>
        <w:t>yaani mehfooz kitaab. bas.</w:t>
      </w:r>
    </w:p>
    <w:p>
      <w:pPr>
        <w:jc w:val="right"/>
      </w:pPr>
      <w:r>
        <w:t>یعنی محفوظ کتاب۔ بس۔</w:t>
      </w:r>
    </w:p>
    <w:p>
      <w:r>
        <w:rPr>
          <w:b/>
        </w:rPr>
        <w:t xml:space="preserve">[01:41] </w:t>
      </w:r>
      <w:r>
        <w:t>aur koi distinction nahi hai quran ka.</w:t>
      </w:r>
    </w:p>
    <w:p>
      <w:pPr>
        <w:jc w:val="right"/>
      </w:pPr>
      <w:r>
        <w:t>اور کوئی distinction نہیں ہے قرآن کا۔</w:t>
      </w:r>
    </w:p>
    <w:p>
      <w:r>
        <w:rPr>
          <w:b/>
        </w:rPr>
        <w:t xml:space="preserve">[01:46] </w:t>
      </w:r>
      <w:r>
        <w:t>aaj kal aap media mein sunte honge ke Musalman Quran ki behurmati ke naam par aksar protest karte hain aur street demonstration karte hain. is ka Islam se koi talluq nahi hai. Islam na holy book hai, na Islam Quran mein, Quran mein</w:t>
      </w:r>
    </w:p>
    <w:p>
      <w:pPr>
        <w:jc w:val="right"/>
      </w:pPr>
      <w:r>
        <w:t>آج کل آپ میڈیا میں سنتے ہوں گے کہ مسلمان قرآن کی بے حرمتی کے نام پر اکثر protest کرتے ہیں اور street demonstration کرتے ہیں۔ اس کا اسلام سے کوئی تعلق نہیں ہے۔ اسلام نہ holy book ہے، نہ اسلام قرآن میں، قرآن میں</w:t>
      </w:r>
    </w:p>
    <w:p>
      <w:r>
        <w:rPr>
          <w:b/>
        </w:rPr>
        <w:t xml:space="preserve">[02:16] </w:t>
      </w:r>
      <w:r>
        <w:t>kahin bhi yeh nahi kaha gaya hai ke tum dekho ke koi mere disrespect na kare, koi gustakhi na kare.</w:t>
      </w:r>
    </w:p>
    <w:p>
      <w:pPr>
        <w:jc w:val="right"/>
      </w:pPr>
      <w:r>
        <w:t>کہیں بھی یہ نہیں کہا گیا ہے کہ تم دیکھو کہ کوئی میرے disrespect نہ کرے، کوئی گستاخی نہ کرے۔</w:t>
      </w:r>
    </w:p>
    <w:p>
      <w:r>
        <w:rPr>
          <w:b/>
        </w:rPr>
        <w:t xml:space="preserve">[02:22] </w:t>
      </w:r>
      <w:r>
        <w:t>yeh sab kahin bhi nahi hai.</w:t>
      </w:r>
    </w:p>
    <w:p>
      <w:pPr>
        <w:jc w:val="right"/>
      </w:pPr>
      <w:r>
        <w:t>یہ سب کہیں بھی نہیں ہے۔</w:t>
      </w:r>
    </w:p>
    <w:p>
      <w:r>
        <w:rPr>
          <w:b/>
        </w:rPr>
        <w:t xml:space="preserve">[02:28] </w:t>
      </w:r>
      <w:r>
        <w:t>yeh quran ka literal meaning jo hai woh kya hai? quran ka literal meaning hai "To be read".</w:t>
      </w:r>
    </w:p>
    <w:p>
      <w:pPr>
        <w:jc w:val="right"/>
      </w:pPr>
      <w:r>
        <w:t>یہ قرآن کا literal meaning جو ہے وہ کیا ہے؟ قرآن کا literal meaning ہے "To be read"۔</w:t>
      </w:r>
    </w:p>
    <w:p>
      <w:r>
        <w:rPr>
          <w:b/>
        </w:rPr>
        <w:t xml:space="preserve">[02:35] </w:t>
      </w:r>
      <w:r>
        <w:t>yani woh kitab jo parhi jaye.</w:t>
      </w:r>
    </w:p>
    <w:p>
      <w:pPr>
        <w:jc w:val="right"/>
      </w:pPr>
      <w:r>
        <w:t>یعنی وہ کتاب جو پڑھی جائے۔</w:t>
      </w:r>
    </w:p>
    <w:p>
      <w:r>
        <w:rPr>
          <w:b/>
        </w:rPr>
        <w:t xml:space="preserve">[02:41] </w:t>
      </w:r>
      <w:r>
        <w:t>goya ke yeh study karne ki kitab hai, parhne ki kitab hai.</w:t>
      </w:r>
    </w:p>
    <w:p>
      <w:pPr>
        <w:jc w:val="right"/>
      </w:pPr>
      <w:r>
        <w:t>گویا کہ یہ study کرنے کی کتاب ہے، پڑھنے کی کتاب ہے۔</w:t>
      </w:r>
    </w:p>
    <w:p>
      <w:r>
        <w:rPr>
          <w:b/>
        </w:rPr>
        <w:t xml:space="preserve">[02:47] </w:t>
      </w:r>
      <w:r>
        <w:t>is par sochne ki kitab hai. bas.</w:t>
      </w:r>
    </w:p>
    <w:p>
      <w:pPr>
        <w:jc w:val="right"/>
      </w:pPr>
      <w:r>
        <w:t>اس پر سوچنے کی کتاب ہے۔ بس۔</w:t>
      </w:r>
    </w:p>
    <w:p>
      <w:r>
        <w:rPr>
          <w:b/>
        </w:rPr>
        <w:t xml:space="preserve">[02:51] </w:t>
      </w:r>
      <w:r>
        <w:t>to quran par jo idhar udhar hangame hote hain woh bilkul is tarah islam se, quran se koi</w:t>
      </w:r>
    </w:p>
    <w:p>
      <w:pPr>
        <w:jc w:val="right"/>
      </w:pPr>
      <w:r>
        <w:t>تو قرآن پر جو ادھر اُدھر ہنگامے ہوتے ہیں وہ بالکل اس طرح اسلام سے، قرآن سے کوئی</w:t>
      </w:r>
    </w:p>
    <w:p>
      <w:r>
        <w:rPr>
          <w:b/>
        </w:rPr>
        <w:t xml:space="preserve">[02:55] </w:t>
      </w:r>
      <w:r>
        <w:t>taalluq nahi hai.</w:t>
      </w:r>
    </w:p>
    <w:p>
      <w:pPr>
        <w:jc w:val="right"/>
      </w:pPr>
      <w:r>
        <w:t>تعلق نہیں ہے۔</w:t>
      </w:r>
    </w:p>
    <w:p>
      <w:r>
        <w:rPr>
          <w:b/>
        </w:rPr>
        <w:t xml:space="preserve">[03:00] </w:t>
      </w:r>
      <w:r>
        <w:t>quran simply guide book hai. bas.</w:t>
      </w:r>
    </w:p>
    <w:p>
      <w:pPr>
        <w:jc w:val="right"/>
      </w:pPr>
      <w:r>
        <w:t>قرآن simply guide book ہے۔ بس۔</w:t>
      </w:r>
    </w:p>
    <w:p>
      <w:r>
        <w:rPr>
          <w:b/>
        </w:rPr>
        <w:t xml:space="preserve">[03:04] </w:t>
      </w:r>
      <w:r>
        <w:t>guide book hai.</w:t>
      </w:r>
    </w:p>
    <w:p>
      <w:pPr>
        <w:jc w:val="right"/>
      </w:pPr>
      <w:r>
        <w:t>Guide book ہے۔</w:t>
      </w:r>
    </w:p>
    <w:p>
      <w:r>
        <w:rPr>
          <w:b/>
        </w:rPr>
        <w:t xml:space="preserve">[03:08] </w:t>
      </w:r>
      <w:r>
        <w:t>guide book ka matlab kya hai? guide book ka matlab yeh hai ke jis hasti ne, jis khuda</w:t>
      </w:r>
    </w:p>
    <w:p>
      <w:pPr>
        <w:jc w:val="right"/>
      </w:pPr>
      <w:r>
        <w:t>Guide book کا مطلب کیا ہے؟ Guide book کا مطلب یہ ہے کہ جس ہستی نے، جس خدا</w:t>
      </w:r>
    </w:p>
    <w:p>
      <w:r>
        <w:rPr>
          <w:b/>
        </w:rPr>
        <w:t xml:space="preserve">[03:13] </w:t>
      </w:r>
      <w:r>
        <w:t>ne insan ko aur is</w:t>
      </w:r>
    </w:p>
    <w:p>
      <w:pPr>
        <w:jc w:val="right"/>
      </w:pPr>
      <w:r>
        <w:t>نے انسان کو اور اس</w:t>
      </w:r>
    </w:p>
    <w:p>
      <w:r>
        <w:rPr>
          <w:b/>
        </w:rPr>
        <w:t xml:space="preserve">[03:17] </w:t>
      </w:r>
      <w:r>
        <w:t>duniya ko create kiya us ne quran mein bataya hai ke "What is the creation plan of God?"</w:t>
      </w:r>
    </w:p>
    <w:p>
      <w:pPr>
        <w:jc w:val="right"/>
      </w:pPr>
      <w:r>
        <w:t>دنیا کو create کیا اس نے قرآن میں بتایا ہے کہ "What is the creation plan of God؟"</w:t>
      </w:r>
    </w:p>
    <w:p>
      <w:r>
        <w:rPr>
          <w:b/>
        </w:rPr>
        <w:t xml:space="preserve">[03:24] </w:t>
      </w:r>
      <w:r>
        <w:t>yehi quran ka subject hai.</w:t>
      </w:r>
    </w:p>
    <w:p>
      <w:pPr>
        <w:jc w:val="right"/>
      </w:pPr>
      <w:r>
        <w:t>یہی قرآن کا subject ہے۔</w:t>
      </w:r>
    </w:p>
    <w:p>
      <w:r>
        <w:rPr>
          <w:b/>
        </w:rPr>
        <w:t xml:space="preserve">[03:32] </w:t>
      </w:r>
      <w:r>
        <w:t>yani jo sab se zyada authentic ho sakta hai woh khuda ho sakta hai, creator ho sakta hai.</w:t>
      </w:r>
    </w:p>
    <w:p>
      <w:pPr>
        <w:jc w:val="right"/>
      </w:pPr>
      <w:r>
        <w:t>یعنی جو سب سے زیادہ authentic ہو سکتا ہے وہ خدا ہو سکتا ہے، creator ہو سکتا ہے۔</w:t>
      </w:r>
    </w:p>
    <w:p>
      <w:r>
        <w:rPr>
          <w:b/>
        </w:rPr>
        <w:t xml:space="preserve">[03:39] </w:t>
      </w:r>
      <w:r>
        <w:t>to us ne is kitab mein yeh bataya hai ke creation plan of God kya hai</w:t>
      </w:r>
    </w:p>
    <w:p>
      <w:pPr>
        <w:jc w:val="right"/>
      </w:pPr>
      <w:r>
        <w:t>تو اس نے اس کتاب میں یہ بتایا ہے کہ creation plan of God کیا ہے</w:t>
      </w:r>
    </w:p>
    <w:p>
      <w:r>
        <w:rPr>
          <w:b/>
        </w:rPr>
        <w:t xml:space="preserve">[03:47] </w:t>
      </w:r>
      <w:r>
        <w:t>is duniya ke liye. to jin logon ne bhi Quran ko parha hai, Muslim ne bhi, non-Muslim ne bhi, woh is baat ko mante hain ke Quran ek preserved book hai. is mein koi shakk nahi hai. aap Quran ke content se disagree kar sakte hain. lekin yeh kehne ke liye kisi ke paas baat nahi hai</w:t>
      </w:r>
    </w:p>
    <w:p>
      <w:pPr>
        <w:jc w:val="right"/>
      </w:pPr>
      <w:r>
        <w:t>اس دنیا کے لیے۔ تو جن لوگوں نے بھی قرآن کو پڑھا ہے، مسلم نے بھی، non-Muslim نے بھی، وہ اس بات کو مانتے ہیں کہ قرآن ایک preserved book ہے۔ اس میں کوئی شک نہیں ہے۔ آپ قرآن کے content سے disagree کر سکتے ہیں۔ لیکن یہ کہنے کے لیے کسی کے پاس بات نہیں ہے</w:t>
      </w:r>
    </w:p>
    <w:p>
      <w:r>
        <w:rPr>
          <w:b/>
        </w:rPr>
        <w:t xml:space="preserve">[04:17] </w:t>
      </w:r>
      <w:r>
        <w:t>ke quran wahi nai kitab hai jo 7th century ke first quarter mein Muhammad صلی اللہ علیہ وسلم</w:t>
      </w:r>
    </w:p>
    <w:p>
      <w:pPr>
        <w:jc w:val="right"/>
      </w:pPr>
      <w:r>
        <w:t>کہ قرآن وہی نئی کتاب ہے جو 7th century کے first quarter میں محمد صلی اللہ علیہ وسلم</w:t>
      </w:r>
    </w:p>
    <w:p>
      <w:r>
        <w:rPr>
          <w:b/>
        </w:rPr>
        <w:t xml:space="preserve">[04:21] </w:t>
      </w:r>
      <w:r>
        <w:t>ko utra tha.</w:t>
      </w:r>
    </w:p>
    <w:p>
      <w:pPr>
        <w:jc w:val="right"/>
      </w:pPr>
      <w:r>
        <w:t>کو اترا تھا۔</w:t>
      </w:r>
    </w:p>
    <w:p>
      <w:r>
        <w:rPr>
          <w:b/>
        </w:rPr>
        <w:t xml:space="preserve">[04:26] </w:t>
      </w:r>
      <w:r>
        <w:t>mein ek example dunga.</w:t>
      </w:r>
    </w:p>
    <w:p>
      <w:pPr>
        <w:jc w:val="right"/>
      </w:pPr>
      <w:r>
        <w:t>میں ایک example دوں گا۔</w:t>
      </w:r>
    </w:p>
    <w:p>
      <w:r>
        <w:rPr>
          <w:b/>
        </w:rPr>
        <w:t xml:space="preserve">[04:30] </w:t>
      </w:r>
      <w:r>
        <w:t>doctor nishi khan chitravadiya.</w:t>
      </w:r>
    </w:p>
    <w:p>
      <w:pPr>
        <w:jc w:val="right"/>
      </w:pPr>
      <w:r>
        <w:t>ڈاکٹر نشی خان چٹروادیہ۔</w:t>
      </w:r>
    </w:p>
    <w:p>
      <w:r>
        <w:rPr>
          <w:b/>
        </w:rPr>
        <w:t xml:space="preserve">[04:34] </w:t>
      </w:r>
      <w:r>
        <w:t>woh bohat hi learned aadmi the.</w:t>
      </w:r>
    </w:p>
    <w:p>
      <w:pPr>
        <w:jc w:val="right"/>
      </w:pPr>
      <w:r>
        <w:t>وہ بہت ہی learned آدمی تھے۔</w:t>
      </w:r>
    </w:p>
    <w:p>
      <w:r>
        <w:rPr>
          <w:b/>
        </w:rPr>
        <w:t xml:space="preserve">[04:38] </w:t>
      </w:r>
      <w:r>
        <w:t>bohat si language jante the.</w:t>
      </w:r>
    </w:p>
    <w:p>
      <w:pPr>
        <w:jc w:val="right"/>
      </w:pPr>
      <w:r>
        <w:t>بہت سی language جانتے تھے۔</w:t>
      </w:r>
    </w:p>
    <w:p>
      <w:r>
        <w:rPr>
          <w:b/>
        </w:rPr>
        <w:t xml:space="preserve">[04:43] </w:t>
      </w:r>
      <w:r>
        <w:t>woh mrs naidu, jo Knight Angle of India kahi jati hain, un ki family se un ka taalluq tha.</w:t>
      </w:r>
    </w:p>
    <w:p>
      <w:pPr>
        <w:jc w:val="right"/>
      </w:pPr>
      <w:r>
        <w:t>وہ مسز نائیڈو، جو Knight Angle of India کہی جاتی ہیں، ان کی family سے ان کا تعلق تھا۔</w:t>
      </w:r>
    </w:p>
    <w:p>
      <w:r>
        <w:rPr>
          <w:b/>
        </w:rPr>
        <w:t xml:space="preserve">[04:47] </w:t>
      </w:r>
      <w:r>
        <w:t>to unhon ne bohat si cheezein parhin.</w:t>
      </w:r>
    </w:p>
    <w:p>
      <w:pPr>
        <w:jc w:val="right"/>
      </w:pPr>
      <w:r>
        <w:t>تو انہوں نے بہت سی چیزیں پڑھیں۔</w:t>
      </w:r>
    </w:p>
    <w:p>
      <w:r>
        <w:rPr>
          <w:b/>
        </w:rPr>
        <w:t xml:space="preserve">[04:53] </w:t>
      </w:r>
      <w:r>
        <w:t>bahut si scriptures parhein.</w:t>
      </w:r>
    </w:p>
    <w:p>
      <w:pPr>
        <w:jc w:val="right"/>
      </w:pPr>
      <w:r>
        <w:t>بہت سی scriptures پڑھیں۔</w:t>
      </w:r>
    </w:p>
    <w:p>
      <w:r>
        <w:rPr>
          <w:b/>
        </w:rPr>
        <w:t xml:space="preserve">[04:59] </w:t>
      </w:r>
      <w:r>
        <w:t>Last mein unhon ne likha tha ke "main ne yeh paya ke Quran hi aik aisi book hai</w:t>
      </w:r>
    </w:p>
    <w:p>
      <w:pPr>
        <w:jc w:val="right"/>
      </w:pPr>
      <w:r>
        <w:t>Last میں انہوں نے لکھا تھا کہ "میں نے یہ پایا کہ قرآن ہی ایک ایسی book ہے</w:t>
      </w:r>
    </w:p>
    <w:p>
      <w:r>
        <w:rPr>
          <w:b/>
        </w:rPr>
        <w:t xml:space="preserve">[05:05] </w:t>
      </w:r>
      <w:r>
        <w:t>jo preserved book hai." aap is se agree karein, disagree karein lekin yeh aap manenge ke woh</w:t>
      </w:r>
    </w:p>
    <w:p>
      <w:pPr>
        <w:jc w:val="right"/>
      </w:pPr>
      <w:r>
        <w:t>جو preserved book ہے۔" آپ اس سے agree کریں، disagree کریں لیکن یہ آپ مانیں گے کہ وہ</w:t>
      </w:r>
    </w:p>
    <w:p>
      <w:r>
        <w:rPr>
          <w:b/>
        </w:rPr>
        <w:t xml:space="preserve">[05:11] </w:t>
      </w:r>
      <w:r>
        <w:t>isi language mein aaj bhi isi tarah koi full stop, koi comma, is mein badla nahi hai.</w:t>
      </w:r>
    </w:p>
    <w:p>
      <w:pPr>
        <w:jc w:val="right"/>
      </w:pPr>
      <w:r>
        <w:t>اسی language میں آج بھی اسی طرح کوئی full stop، کوئی کاما، اس میں بدلا نہیں ہے۔</w:t>
      </w:r>
    </w:p>
    <w:p>
      <w:r>
        <w:rPr>
          <w:b/>
        </w:rPr>
        <w:t xml:space="preserve">[05:17] </w:t>
      </w:r>
      <w:r>
        <w:t>to Quran mein, Quran ke baray mein hadith mein aya hai ke "YARFA'U BIHADHA AL-QUR'ANI AQWAAMAN WA YADHUBBIHI YA AKHAREEN".</w:t>
      </w:r>
    </w:p>
    <w:p>
      <w:pPr>
        <w:jc w:val="right"/>
      </w:pPr>
      <w:r>
        <w:t>تو قرآن میں، قرآن کے بارے میں حدیث میں آیا ہے کہ "یَرْفُوْا بِهَذَا الْقُرْآنِ أَقْوَامًا وَيَذُوْبِهِ يَآخِرِينَ"۔</w:t>
      </w:r>
    </w:p>
    <w:p>
      <w:r>
        <w:rPr>
          <w:b/>
        </w:rPr>
        <w:t xml:space="preserve">[05:28] </w:t>
      </w:r>
      <w:r>
        <w:t>yani Quran mein jo bataya gaya hai way of life, isi way of life ko follow karne se</w:t>
      </w:r>
    </w:p>
    <w:p>
      <w:pPr>
        <w:jc w:val="right"/>
      </w:pPr>
      <w:r>
        <w:t>یعنی قرآن میں جو بتایا گیا ہے way of life، اسی way of life کو follow کرنے سے</w:t>
      </w:r>
    </w:p>
    <w:p>
      <w:r>
        <w:rPr>
          <w:b/>
        </w:rPr>
        <w:t xml:space="preserve">[05:38] </w:t>
      </w:r>
      <w:r>
        <w:t>is dunya mein koi aage badhega, koi peechay hatega.</w:t>
      </w:r>
    </w:p>
    <w:p>
      <w:pPr>
        <w:jc w:val="right"/>
      </w:pPr>
      <w:r>
        <w:t>اس دنیا میں کوئی آگے بڑھے گا، کوئی پیچھے ہٹے گا۔</w:t>
      </w:r>
    </w:p>
    <w:p>
      <w:r>
        <w:rPr>
          <w:b/>
        </w:rPr>
        <w:t xml:space="preserve">[05:48] </w:t>
      </w:r>
      <w:r>
        <w:t>is ke siwa koi doosra rasta Quran ke mutabiq nahi hai.</w:t>
      </w:r>
    </w:p>
    <w:p>
      <w:pPr>
        <w:jc w:val="right"/>
      </w:pPr>
      <w:r>
        <w:t>اس کے سوا کوئی دوسرا راستہ قرآن کے مطابق نہیں ہے۔</w:t>
      </w:r>
    </w:p>
    <w:p>
      <w:r>
        <w:rPr>
          <w:b/>
        </w:rPr>
        <w:t xml:space="preserve">[05:54] </w:t>
      </w:r>
      <w:r>
        <w:t>main yahan par apna aik aik personal experience batana chahunga. Personal experience.</w:t>
      </w:r>
    </w:p>
    <w:p>
      <w:pPr>
        <w:jc w:val="right"/>
      </w:pPr>
      <w:r>
        <w:t>میں یہاں پر اپنا ایک ایک personal experience بتانا چاہوں گا۔ Personal experience۔</w:t>
      </w:r>
    </w:p>
    <w:p>
      <w:r>
        <w:rPr>
          <w:b/>
        </w:rPr>
        <w:t xml:space="preserve">[06:01] </w:t>
      </w:r>
      <w:r>
        <w:t>dekhein, main UP mein aik gaon mein paida hua aur main aik seeker ban gaya.</w:t>
      </w:r>
    </w:p>
    <w:p>
      <w:pPr>
        <w:jc w:val="right"/>
      </w:pPr>
      <w:r>
        <w:t>دیکھیں، میں یو پی میں ایک گاؤں میں پیدا ہوا اور میں ایک seeker بن گیا۔</w:t>
      </w:r>
    </w:p>
    <w:p>
      <w:r>
        <w:rPr>
          <w:b/>
        </w:rPr>
        <w:t xml:space="preserve">[06:07] </w:t>
      </w:r>
      <w:r>
        <w:t>agarche main Muslim family mein paida hua.</w:t>
      </w:r>
    </w:p>
    <w:p>
      <w:pPr>
        <w:jc w:val="right"/>
      </w:pPr>
      <w:r>
        <w:t>اگرچہ میں مسلم family میں پیدا ہوا۔</w:t>
      </w:r>
    </w:p>
    <w:p>
      <w:r>
        <w:rPr>
          <w:b/>
        </w:rPr>
        <w:t xml:space="preserve">[06:13] </w:t>
      </w:r>
      <w:r>
        <w:t>aik Muslim seminary mein meri education hui. lekin</w:t>
      </w:r>
    </w:p>
    <w:p>
      <w:pPr>
        <w:jc w:val="right"/>
      </w:pPr>
      <w:r>
        <w:t>ایک مسلم seminary میں میری education ہوئی۔ لیکن</w:t>
      </w:r>
    </w:p>
    <w:p>
      <w:r>
        <w:rPr>
          <w:b/>
        </w:rPr>
        <w:t xml:space="preserve">[06:20] </w:t>
      </w:r>
      <w:r>
        <w:t>is ke baad main ghaliban 1940 mein, 1940 mein ya is ke kuch baad mein seeker ban gaya.</w:t>
      </w:r>
    </w:p>
    <w:p>
      <w:pPr>
        <w:jc w:val="right"/>
      </w:pPr>
      <w:r>
        <w:t>اس کے بعد میں غالباً 1940 میں، 1940 میں یا اس کے کچھ بعد میں seeker بن گیا۔</w:t>
      </w:r>
    </w:p>
    <w:p>
      <w:r>
        <w:rPr>
          <w:b/>
        </w:rPr>
        <w:t xml:space="preserve">[06:26] </w:t>
      </w:r>
      <w:r>
        <w:t>yani seeker ban gaya, diagnostic ban gaya.</w:t>
      </w:r>
    </w:p>
    <w:p>
      <w:pPr>
        <w:jc w:val="right"/>
      </w:pPr>
      <w:r>
        <w:t>یعنی seeker بن گیا، diagnostic بن گیا۔</w:t>
      </w:r>
    </w:p>
    <w:p>
      <w:r>
        <w:rPr>
          <w:b/>
        </w:rPr>
        <w:t xml:space="preserve">[06:33] </w:t>
      </w:r>
      <w:r>
        <w:t>Quran ya mazhab Islam ya koi cheez par mera faith nahi raha.</w:t>
      </w:r>
    </w:p>
    <w:p>
      <w:pPr>
        <w:jc w:val="right"/>
      </w:pPr>
      <w:r>
        <w:t>قرآن یا مذہب اسلام یا کوئی چیز پر میرا faith نہیں رہا۔</w:t>
      </w:r>
    </w:p>
    <w:p>
      <w:r>
        <w:rPr>
          <w:b/>
        </w:rPr>
        <w:t xml:space="preserve">[06:40] </w:t>
      </w:r>
      <w:r>
        <w:t>to main pehli cheez jo, jo jis se mujhe, yani jo strike ki woh main batana chahta hoon, mera experience.</w:t>
      </w:r>
    </w:p>
    <w:p>
      <w:pPr>
        <w:jc w:val="right"/>
      </w:pPr>
      <w:r>
        <w:t>تو میں پہلی چیز جو، جو جس سے مجھے، یعنی جو strike کی وہ میں بتانا چاہتا ہوں، میرا experience۔</w:t>
      </w:r>
    </w:p>
    <w:p>
      <w:r>
        <w:rPr>
          <w:b/>
        </w:rPr>
        <w:t xml:space="preserve">[06:46] </w:t>
      </w:r>
      <w:r>
        <w:t>to us zamane mein main</w:t>
      </w:r>
    </w:p>
    <w:p>
      <w:pPr>
        <w:jc w:val="right"/>
      </w:pPr>
      <w:r>
        <w:t>تو اس زمانے میں میں</w:t>
      </w:r>
    </w:p>
    <w:p>
      <w:r>
        <w:rPr>
          <w:b/>
        </w:rPr>
        <w:t xml:space="preserve">[06:53] </w:t>
      </w:r>
      <w:r>
        <w:t>idhar udhar jata tha. isi mein kahan kahan gaya. Hindu tribal mein, is Christian church mein, Jewish se nigah mein har jagah pe jata tha. aur sab ki books parhta tha. to yeh baat hai yani azadi se kuch pehle ki, 47 se kuch pehle ki. main Banaras mein tha. to asal mein Quran mein aik ayat</w:t>
      </w:r>
    </w:p>
    <w:p>
      <w:pPr>
        <w:jc w:val="right"/>
      </w:pPr>
      <w:r>
        <w:t>ادھر اُدھر جاتا تھا۔ اسی میں کہاں کہاں گیا۔ ہندو ٹریبل میں، اس Christian چرچ میں، جوئیش سے نگاہ میں ہر جگہ پہ جاتا تھا۔ اور سب کی books پڑھتا تھا۔ تو یہ بات ہے یعنی آزادی سے کچھ پہلے کی، 47 سے کچھ پہلے کی۔ میں بنارس میں تھا۔ تو اصل میں قرآن میں ایک آیت</w:t>
      </w:r>
    </w:p>
    <w:p>
      <w:r>
        <w:rPr>
          <w:b/>
        </w:rPr>
        <w:t xml:space="preserve">[07:23] </w:t>
      </w:r>
      <w:r>
        <w:t>hai "feehi zikrukum".</w:t>
      </w:r>
    </w:p>
    <w:p>
      <w:pPr>
        <w:jc w:val="right"/>
      </w:pPr>
      <w:r>
        <w:t>ہے "فیہ ذکرکم"۔</w:t>
      </w:r>
    </w:p>
    <w:p>
      <w:r>
        <w:rPr>
          <w:b/>
        </w:rPr>
        <w:t xml:space="preserve">[07:26] </w:t>
      </w:r>
      <w:r>
        <w:t>mujhe is ki talash thi.</w:t>
      </w:r>
    </w:p>
    <w:p>
      <w:pPr>
        <w:jc w:val="right"/>
      </w:pPr>
      <w:r>
        <w:t>مجھے اس کی تلاش تھی۔</w:t>
      </w:r>
    </w:p>
    <w:p>
      <w:r>
        <w:rPr>
          <w:b/>
        </w:rPr>
        <w:t xml:space="preserve">[07:30] </w:t>
      </w:r>
      <w:r>
        <w:t>"feehi zikrukum" ka matlab hai ke Quran mein tumhara mention hai.</w:t>
      </w:r>
    </w:p>
    <w:p>
      <w:pPr>
        <w:jc w:val="right"/>
      </w:pPr>
      <w:r>
        <w:t>"فیہ ذکرکم" کا مطلب ہے کہ قرآن میں تمہارا mention ہے۔</w:t>
      </w:r>
    </w:p>
    <w:p>
      <w:r>
        <w:rPr>
          <w:b/>
        </w:rPr>
        <w:t xml:space="preserve">[07:34] </w:t>
      </w:r>
      <w:r>
        <w:t>tum apna mention Quran mein pa sakte ho.</w:t>
      </w:r>
    </w:p>
    <w:p>
      <w:pPr>
        <w:jc w:val="right"/>
      </w:pPr>
      <w:r>
        <w:t>تم اپنا mention قرآن میں پا سکتے ہو۔</w:t>
      </w:r>
    </w:p>
    <w:p>
      <w:r>
        <w:rPr>
          <w:b/>
        </w:rPr>
        <w:t xml:space="preserve">[07:38] </w:t>
      </w:r>
      <w:r>
        <w:t>yeh mujhe aik curiosity thi ke Quran mein kya mera mention hai.</w:t>
      </w:r>
    </w:p>
    <w:p>
      <w:pPr>
        <w:jc w:val="right"/>
      </w:pPr>
      <w:r>
        <w:t>یہ مجھے ایک curiosity تھی کہ قرآن میں کیا میرا mention ہے۔</w:t>
      </w:r>
    </w:p>
    <w:p>
      <w:r>
        <w:rPr>
          <w:b/>
        </w:rPr>
        <w:t xml:space="preserve">[07:42] </w:t>
      </w:r>
      <w:r>
        <w:t>mujhe mention kiya gaya Quran mein.</w:t>
      </w:r>
    </w:p>
    <w:p>
      <w:pPr>
        <w:jc w:val="right"/>
      </w:pPr>
      <w:r>
        <w:t>مجھے mention کیا گیا قرآن میں۔</w:t>
      </w:r>
    </w:p>
    <w:p>
      <w:r>
        <w:rPr>
          <w:b/>
        </w:rPr>
        <w:t xml:space="preserve">[07:45] </w:t>
      </w:r>
      <w:r>
        <w:t>to main Banaras mein tha.</w:t>
      </w:r>
    </w:p>
    <w:p>
      <w:pPr>
        <w:jc w:val="right"/>
      </w:pPr>
      <w:r>
        <w:t>تو میں بنارس میں تھا۔</w:t>
      </w:r>
    </w:p>
    <w:p>
      <w:r>
        <w:rPr>
          <w:b/>
        </w:rPr>
        <w:t xml:space="preserve">[07:49] </w:t>
      </w:r>
      <w:r>
        <w:t>aur wohi zamana hai jab ke main</w:t>
      </w:r>
    </w:p>
    <w:p>
      <w:pPr>
        <w:jc w:val="right"/>
      </w:pPr>
      <w:r>
        <w:t>اور وہی زمانہ ہے جب کہ میں</w:t>
      </w:r>
    </w:p>
    <w:p>
      <w:r>
        <w:rPr>
          <w:b/>
        </w:rPr>
        <w:t xml:space="preserve">[07:53] </w:t>
      </w:r>
      <w:r>
        <w:t>seeker ke roop mein tha.</w:t>
      </w:r>
    </w:p>
    <w:p>
      <w:pPr>
        <w:jc w:val="right"/>
      </w:pPr>
      <w:r>
        <w:t>seeker کے روپ میں تھا۔</w:t>
      </w:r>
    </w:p>
    <w:p>
      <w:r>
        <w:rPr>
          <w:b/>
        </w:rPr>
        <w:t xml:space="preserve">[07:57] </w:t>
      </w:r>
      <w:r>
        <w:t>to banaras chauk par mujhe achhi tarah yaad hai abhi tak ke chauk par ek building ke upar</w:t>
      </w:r>
    </w:p>
    <w:p>
      <w:pPr>
        <w:jc w:val="right"/>
      </w:pPr>
      <w:r>
        <w:t>تو بنارس چوک پر مجھے اچھی طرح یاد ہے ابھی تک کہ چوک پر ایک بلڈنگ کے اوپر</w:t>
      </w:r>
    </w:p>
    <w:p>
      <w:r>
        <w:rPr>
          <w:b/>
        </w:rPr>
        <w:t xml:space="preserve">[08:02] </w:t>
      </w:r>
      <w:r>
        <w:t>ek masjid thi.</w:t>
      </w:r>
    </w:p>
    <w:p>
      <w:pPr>
        <w:jc w:val="right"/>
      </w:pPr>
      <w:r>
        <w:t>ایک مسجد تھی۔</w:t>
      </w:r>
    </w:p>
    <w:p>
      <w:r>
        <w:rPr>
          <w:b/>
        </w:rPr>
        <w:t xml:space="preserve">[08:06] </w:t>
      </w:r>
      <w:r>
        <w:t>us masjid mein shaam ka waqt tha.</w:t>
      </w:r>
    </w:p>
    <w:p>
      <w:pPr>
        <w:jc w:val="right"/>
      </w:pPr>
      <w:r>
        <w:t>اس مسجد میں شام کا وقت تھا۔</w:t>
      </w:r>
    </w:p>
    <w:p>
      <w:r>
        <w:rPr>
          <w:b/>
        </w:rPr>
        <w:t xml:space="preserve">[08:11] </w:t>
      </w:r>
      <w:r>
        <w:t>maghrib ki namaz ho rahi thi.</w:t>
      </w:r>
    </w:p>
    <w:p>
      <w:pPr>
        <w:jc w:val="right"/>
      </w:pPr>
      <w:r>
        <w:t>مغرب کی نماز ہو رہی تھی۔</w:t>
      </w:r>
    </w:p>
    <w:p>
      <w:r>
        <w:rPr>
          <w:b/>
        </w:rPr>
        <w:t xml:space="preserve">[08:15] </w:t>
      </w:r>
      <w:r>
        <w:t>to imam ne loudspeaker par namaz padhai.</w:t>
      </w:r>
    </w:p>
    <w:p>
      <w:pPr>
        <w:jc w:val="right"/>
      </w:pPr>
      <w:r>
        <w:t>تو امام نے loudspeaker پر نماز پڑھائی۔</w:t>
      </w:r>
    </w:p>
    <w:p>
      <w:r>
        <w:rPr>
          <w:b/>
        </w:rPr>
        <w:t xml:space="preserve">[08:19] </w:t>
      </w:r>
      <w:r>
        <w:t>is namaz padhane mein is ne</w:t>
      </w:r>
    </w:p>
    <w:p>
      <w:pPr>
        <w:jc w:val="right"/>
      </w:pPr>
      <w:r>
        <w:t>اس نماز پڑھانے میں اس نے</w:t>
      </w:r>
    </w:p>
    <w:p>
      <w:r>
        <w:rPr>
          <w:b/>
        </w:rPr>
        <w:t xml:space="preserve">[08:24] </w:t>
      </w:r>
      <w:r>
        <w:t>Quran ka aik chapter parha. aik chota sa chapter hai Quran mein. woh hai "wad-duha wal-layli idha saja". "ma wadda'a rabbuka wa ma qala". "walal-akhiratu khayrun laka minal-oola". "wa lasawfa yu'tika rabbuka fatarda". "alam yajidka yateeman fa'awa". is ka matlab yeh hai ke Khuda keh raha hai is mein ke dunya ka is tarah se banaya gaya hai, dunya ko h</w:t>
      </w:r>
    </w:p>
    <w:p>
      <w:pPr>
        <w:jc w:val="right"/>
      </w:pPr>
      <w:r>
        <w:t>قرآن کا ایک چیپٹر پڑھا۔ ایک چھوٹا سا چیپٹر ہے قرآن میں۔ وہ ہے "وَالضُّحٰى وَاللَّيلِ ذَا سَجَىٰ"۔ "ما وَالدَّعَاءَ رَبُّكَ وَمَا قَلَا"۔ "وَلَلْآخِرَةِ خَيْرٌ لِكَ ابْنَ لُولَى"۔ "وَالْأَسْوَى فَيُعْطِيكَ رَبُّكَ فَتَرْزَىٰ"۔ "أَلَمْ يَجِدْكَ يَتِيبًا فَآوَى"۔ اس کا مطلب یہ ہے کہ خدا کہہ رہا ہے اس میں کہ دنیا کا اس طرح سے بنایا گیا ہے، دنیا کو ہ</w:t>
      </w:r>
    </w:p>
    <w:p>
      <w:r>
        <w:rPr>
          <w:b/>
        </w:rPr>
        <w:t xml:space="preserve">[08:54] </w:t>
      </w:r>
      <w:r>
        <w:t>ne banaya hai ke raat ke baad din aata hai.</w:t>
      </w:r>
    </w:p>
    <w:p>
      <w:pPr>
        <w:jc w:val="right"/>
      </w:pPr>
      <w:r>
        <w:t>م نے بنایا ہے کہ رات کے بعد دن آتا ہے۔</w:t>
      </w:r>
    </w:p>
    <w:p>
      <w:r>
        <w:rPr>
          <w:b/>
        </w:rPr>
        <w:t xml:space="preserve">[09:00] </w:t>
      </w:r>
      <w:r>
        <w:t>darkness ke baad light aati hai.</w:t>
      </w:r>
    </w:p>
    <w:p>
      <w:pPr>
        <w:jc w:val="right"/>
      </w:pPr>
      <w:r>
        <w:t>Darkness کے بعد light آتی ہے۔</w:t>
      </w:r>
    </w:p>
    <w:p>
      <w:r>
        <w:rPr>
          <w:b/>
        </w:rPr>
        <w:t xml:space="preserve">[09:06] </w:t>
      </w:r>
      <w:r>
        <w:t>yaani is duniya mein to hope wali hope hai ke agar tum dekhte ho ke tumhara rasta band</w:t>
      </w:r>
    </w:p>
    <w:p>
      <w:pPr>
        <w:jc w:val="right"/>
      </w:pPr>
      <w:r>
        <w:t>یعنی اس دنیا میں تو hope والی hope ہے کہ اگر تم دیکھتے ہو کہ تمہارا راستہ بند</w:t>
      </w:r>
    </w:p>
    <w:p>
      <w:r>
        <w:rPr>
          <w:b/>
        </w:rPr>
        <w:t xml:space="preserve">[09:12] </w:t>
      </w:r>
      <w:r>
        <w:t>hai tum ko sachai ka pata nahi hai to yeh darkness mein tum jee rahe ho to tum</w:t>
      </w:r>
    </w:p>
    <w:p>
      <w:pPr>
        <w:jc w:val="right"/>
      </w:pPr>
      <w:r>
        <w:t>ہے تم کو سچائی کا پتہ نہیں ہے تو یہ darkness میں تم جی رہے ہو تو تم</w:t>
      </w:r>
    </w:p>
    <w:p>
      <w:r>
        <w:rPr>
          <w:b/>
        </w:rPr>
        <w:t xml:space="preserve">[09:18] </w:t>
      </w:r>
      <w:r>
        <w:t>ko woh janna chahiye ke har agla din jab suraj nikalta hai to woh batata hai ke darkness yahi final</w:t>
      </w:r>
    </w:p>
    <w:p>
      <w:pPr>
        <w:jc w:val="right"/>
      </w:pPr>
      <w:r>
        <w:t>کو وہ جاننا چاہیے کہ ہر اگلا دن جب سورج نکلتا ہے تو وہ بتاتا ہے کہ darkness یہی final</w:t>
      </w:r>
    </w:p>
    <w:p>
      <w:r>
        <w:rPr>
          <w:b/>
        </w:rPr>
        <w:t xml:space="preserve">[09:24] </w:t>
      </w:r>
      <w:r>
        <w:t>cheez nahi hai.</w:t>
      </w:r>
    </w:p>
    <w:p>
      <w:pPr>
        <w:jc w:val="right"/>
      </w:pPr>
      <w:r>
        <w:t>چیز نہیں ہے۔</w:t>
      </w:r>
    </w:p>
    <w:p>
      <w:r>
        <w:rPr>
          <w:b/>
        </w:rPr>
        <w:t xml:space="preserve">[09:29] </w:t>
      </w:r>
      <w:r>
        <w:t>is ke baad light aayegi.</w:t>
      </w:r>
    </w:p>
    <w:p>
      <w:pPr>
        <w:jc w:val="right"/>
      </w:pPr>
      <w:r>
        <w:t>اس کے بعد light آئے گی۔</w:t>
      </w:r>
    </w:p>
    <w:p>
      <w:r>
        <w:rPr>
          <w:b/>
        </w:rPr>
        <w:t xml:space="preserve">[09:33] </w:t>
      </w:r>
      <w:r>
        <w:t>phir is mein hai ke bahut ek anokhi baat is mein thi.</w:t>
      </w:r>
    </w:p>
    <w:p>
      <w:pPr>
        <w:jc w:val="right"/>
      </w:pPr>
      <w:r>
        <w:t>پھر اس میں ہے کہ بہت ایک انوکھی بات اس میں تھی۔</w:t>
      </w:r>
    </w:p>
    <w:p>
      <w:r>
        <w:rPr>
          <w:b/>
        </w:rPr>
        <w:t xml:space="preserve">[09:38] </w:t>
      </w:r>
      <w:r>
        <w:t>"alam yajidka yateeban fa'awa".</w:t>
      </w:r>
    </w:p>
    <w:p>
      <w:pPr>
        <w:jc w:val="right"/>
      </w:pPr>
      <w:r>
        <w:t>"أَلَمْ يَجِدْكَ يَتِيبًا فَآوَى"۔</w:t>
      </w:r>
    </w:p>
    <w:p>
      <w:r>
        <w:rPr>
          <w:b/>
        </w:rPr>
        <w:t xml:space="preserve">[09:42] </w:t>
      </w:r>
      <w:r>
        <w:t>kya aisa nahi hai ke khuda ne tujh ko orphan paya? Orphan.</w:t>
      </w:r>
    </w:p>
    <w:p>
      <w:pPr>
        <w:jc w:val="right"/>
      </w:pPr>
      <w:r>
        <w:t>کیا ایسا نہیں ہے کہ خدا نے تجھ کو orphan پایا؟ Orphan۔</w:t>
      </w:r>
    </w:p>
    <w:p>
      <w:r>
        <w:rPr>
          <w:b/>
        </w:rPr>
        <w:t xml:space="preserve">[09:46] </w:t>
      </w:r>
      <w:r>
        <w:t>phir to khuda ne tujh ko sab kuch diya.</w:t>
      </w:r>
    </w:p>
    <w:p>
      <w:pPr>
        <w:jc w:val="right"/>
      </w:pPr>
      <w:r>
        <w:t>پھر تو خدا نے تجھ کو سب کچھ دیا۔</w:t>
      </w:r>
    </w:p>
    <w:p>
      <w:r>
        <w:rPr>
          <w:b/>
        </w:rPr>
        <w:t xml:space="preserve">[09:51] </w:t>
      </w:r>
      <w:r>
        <w:t>mere baap ka intaqal ho gaya tha jab mein, jab mein paanch saal ka tha.</w:t>
      </w:r>
    </w:p>
    <w:p>
      <w:pPr>
        <w:jc w:val="right"/>
      </w:pPr>
      <w:r>
        <w:t>میرے باپ کا انتقال ہو گیا تھا جب میں، جب میں پانچ سال کا تھا۔</w:t>
      </w:r>
    </w:p>
    <w:p>
      <w:r>
        <w:rPr>
          <w:b/>
        </w:rPr>
        <w:t xml:space="preserve">[09:55] </w:t>
      </w:r>
      <w:r>
        <w:t>to yeh ek waqea tha ke baap ke death ke baad mujhe family ka support bahut zyada mila.</w:t>
      </w:r>
    </w:p>
    <w:p>
      <w:pPr>
        <w:jc w:val="right"/>
      </w:pPr>
      <w:r>
        <w:t>تو یہ ایک واقعہ تھا کہ باپ کے death کے بعد مجھے family کا support بہت زیادہ ملا۔</w:t>
      </w:r>
    </w:p>
    <w:p>
      <w:r>
        <w:rPr>
          <w:b/>
        </w:rPr>
        <w:t xml:space="preserve">[09:59] </w:t>
      </w:r>
      <w:r>
        <w:t>maine kabhi kamaye nahi.</w:t>
      </w:r>
    </w:p>
    <w:p>
      <w:pPr>
        <w:jc w:val="right"/>
      </w:pPr>
      <w:r>
        <w:t>میں نے کبھی کمائے نہیں۔</w:t>
      </w:r>
    </w:p>
    <w:p>
      <w:r>
        <w:rPr>
          <w:b/>
        </w:rPr>
        <w:t xml:space="preserve">[10:03] </w:t>
      </w:r>
      <w:r>
        <w:t>koi job nahi, koi business nahi.</w:t>
      </w:r>
    </w:p>
    <w:p>
      <w:pPr>
        <w:jc w:val="right"/>
      </w:pPr>
      <w:r>
        <w:t>کوئی job نہیں، کوئی business نہیں۔</w:t>
      </w:r>
    </w:p>
    <w:p>
      <w:r>
        <w:rPr>
          <w:b/>
        </w:rPr>
        <w:t xml:space="preserve">[10:07] </w:t>
      </w:r>
      <w:r>
        <w:t>lekin family ne us waqt se le kar aaj tak mujhe support diya.</w:t>
      </w:r>
    </w:p>
    <w:p>
      <w:pPr>
        <w:jc w:val="right"/>
      </w:pPr>
      <w:r>
        <w:t>لیکن family نے اس وقت سے لے کر آج تک مجھے support دیا۔</w:t>
      </w:r>
    </w:p>
    <w:p>
      <w:r>
        <w:rPr>
          <w:b/>
        </w:rPr>
        <w:t xml:space="preserve">[10:11] </w:t>
      </w:r>
      <w:r>
        <w:t>aur bahut achha support diya.</w:t>
      </w:r>
    </w:p>
    <w:p>
      <w:pPr>
        <w:jc w:val="right"/>
      </w:pPr>
      <w:r>
        <w:t>اور بہت اچھا support دیا۔</w:t>
      </w:r>
    </w:p>
    <w:p>
      <w:r>
        <w:rPr>
          <w:b/>
        </w:rPr>
        <w:t xml:space="preserve">[10:15] </w:t>
      </w:r>
      <w:r>
        <w:t>to yeh jaise lagta tha ke yeh khuda ko pata hai ke mein orphan paida hua aur phir</w:t>
      </w:r>
    </w:p>
    <w:p>
      <w:pPr>
        <w:jc w:val="right"/>
      </w:pPr>
      <w:r>
        <w:t>تو یہ جیسے لگتا تھا کہ یہ خدا کو پتہ ہے کہ میں orphan پیدا ہوا اور پھر</w:t>
      </w:r>
    </w:p>
    <w:p>
      <w:r>
        <w:rPr>
          <w:b/>
        </w:rPr>
        <w:t xml:space="preserve">[10:18] </w:t>
      </w:r>
      <w:r>
        <w:t>mujhe support mili.</w:t>
      </w:r>
    </w:p>
    <w:p>
      <w:pPr>
        <w:jc w:val="right"/>
      </w:pPr>
      <w:r>
        <w:t>مجھے support ملی۔</w:t>
      </w:r>
    </w:p>
    <w:p>
      <w:r>
        <w:rPr>
          <w:b/>
        </w:rPr>
        <w:t xml:space="preserve">[10:22] </w:t>
      </w:r>
      <w:r>
        <w:t>to mujhe bohat anokhi baat yeh lagi.</w:t>
      </w:r>
    </w:p>
    <w:p>
      <w:pPr>
        <w:jc w:val="right"/>
      </w:pPr>
      <w:r>
        <w:t>تو مجھے بہت انوکھی بات یہ لگی۔</w:t>
      </w:r>
    </w:p>
    <w:p>
      <w:r>
        <w:rPr>
          <w:b/>
        </w:rPr>
        <w:t xml:space="preserve">[10:26] </w:t>
      </w:r>
      <w:r>
        <w:t>phir is mein tha ke ke tumhara kal aaj se behtar hoga.</w:t>
      </w:r>
    </w:p>
    <w:p>
      <w:pPr>
        <w:jc w:val="right"/>
      </w:pPr>
      <w:r>
        <w:t>پھر اس میں تھا کہ کہ تمہارا کل آج سے بہتر ہوگا۔</w:t>
      </w:r>
    </w:p>
    <w:p>
      <w:r>
        <w:rPr>
          <w:b/>
        </w:rPr>
        <w:t xml:space="preserve">[10:30] </w:t>
      </w:r>
      <w:r>
        <w:t>yeh bhi isi isi isi mein tha.</w:t>
      </w:r>
    </w:p>
    <w:p>
      <w:pPr>
        <w:jc w:val="right"/>
      </w:pPr>
      <w:r>
        <w:t>یہ بھی اسی اسی اسی میں تھا۔</w:t>
      </w:r>
    </w:p>
    <w:p>
      <w:r>
        <w:rPr>
          <w:b/>
        </w:rPr>
        <w:t xml:space="preserve">[10:35] </w:t>
      </w:r>
      <w:r>
        <w:t>"walsawa fayu'teeka rabbuka fatarzi".</w:t>
      </w:r>
    </w:p>
    <w:p>
      <w:pPr>
        <w:jc w:val="right"/>
      </w:pPr>
      <w:r>
        <w:t>"وَالَسْوَى فَيُعْطِيكَ رَبُّكَ فَتَرْزَىٰ"۔</w:t>
      </w:r>
    </w:p>
    <w:p>
      <w:r>
        <w:rPr>
          <w:b/>
        </w:rPr>
        <w:t xml:space="preserve">[10:39] </w:t>
      </w:r>
      <w:r>
        <w:t>khuda tum ko dega tum raazi ho jaoge is ke upar.</w:t>
      </w:r>
    </w:p>
    <w:p>
      <w:pPr>
        <w:jc w:val="right"/>
      </w:pPr>
      <w:r>
        <w:t>خدا تم کو دے گا تم راضی ہو جاؤ گے اس کے اوپر۔</w:t>
      </w:r>
    </w:p>
    <w:p>
      <w:r>
        <w:rPr>
          <w:b/>
        </w:rPr>
        <w:t xml:space="preserve">[10:44] </w:t>
      </w:r>
      <w:r>
        <w:t>aur phir is mein tha ke "waza kazalnal fadi".</w:t>
      </w:r>
    </w:p>
    <w:p>
      <w:pPr>
        <w:jc w:val="right"/>
      </w:pPr>
      <w:r>
        <w:t>اور پھر اس میں تھا کہ "وَإِذَا كَذَلْنَا الْفَادَىٰ"۔</w:t>
      </w:r>
    </w:p>
    <w:p>
      <w:r>
        <w:rPr>
          <w:b/>
        </w:rPr>
        <w:t xml:space="preserve">[10:48] </w:t>
      </w:r>
      <w:r>
        <w:t>tum agar seeker ho to khuda tum ko raasta bhi dikhayega.</w:t>
      </w:r>
    </w:p>
    <w:p>
      <w:pPr>
        <w:jc w:val="right"/>
      </w:pPr>
      <w:r>
        <w:t>تم اگر seeker ہو تو خدا تم کو راستہ بھی دکھائے گا۔</w:t>
      </w:r>
    </w:p>
    <w:p>
      <w:r>
        <w:rPr>
          <w:b/>
        </w:rPr>
        <w:t xml:space="preserve">[10:53] </w:t>
      </w:r>
      <w:r>
        <w:t>yeh saari baatein sun kar laga ke jaise khuda mujh ko address kar raha hai.</w:t>
      </w:r>
    </w:p>
    <w:p>
      <w:pPr>
        <w:jc w:val="right"/>
      </w:pPr>
      <w:r>
        <w:t>یہ ساری باتیں سن کر لگا کہ جیسے خدا مجھ کو address کر رہا ہے۔</w:t>
      </w:r>
    </w:p>
    <w:p>
      <w:r>
        <w:rPr>
          <w:b/>
        </w:rPr>
        <w:t xml:space="preserve">[10:57] </w:t>
      </w:r>
      <w:r>
        <w:t>khud mujh ko address kar raha hai. aur address karte hue poore universe ko witness bana raha hai ke dekho raat aati hai, phir din aata hai. darkness aati hai, phir light aati hai. bas dunya jo hai hope ki taraf ja rahi hai rozay. aur phir tumhare apne jo zindagi tum ne bitai hai woh is baat ki witness hai. to yahan se mujhe aik naya hope jaagi mere andar.</w:t>
      </w:r>
    </w:p>
    <w:p>
      <w:pPr>
        <w:jc w:val="right"/>
      </w:pPr>
      <w:r>
        <w:t>خود مجھ کو address کر رہا ہے۔ اور address کرتے ہوئے پورے universe کو witness بنا رہا ہے کہ دیکھو رات آتی ہے، پھر دن آتا ہے۔ Darkness آتی ہے، پھر light آتی ہے۔ بس دنیا جو ہے hope کی طرف جا رہی ہے روزے۔ اور پھر تمہارے اپنے جو زندگی تم نے بتائی ہے وہ اس بات کی witness ہے۔ تو یہاں سے مجھے ایک نیا hope جاگی میرے اندر۔</w:t>
      </w:r>
    </w:p>
    <w:p>
      <w:r>
        <w:rPr>
          <w:b/>
        </w:rPr>
        <w:t xml:space="preserve">[11:27] </w:t>
      </w:r>
      <w:r>
        <w:t>quran ko maine padhna shuru kiya.</w:t>
      </w:r>
    </w:p>
    <w:p>
      <w:pPr>
        <w:jc w:val="right"/>
      </w:pPr>
      <w:r>
        <w:t>قرآن کو میں نے پڑھنا شروع کیا۔</w:t>
      </w:r>
    </w:p>
    <w:p>
      <w:r>
        <w:rPr>
          <w:b/>
        </w:rPr>
        <w:t xml:space="preserve">[11:31] </w:t>
      </w:r>
      <w:r>
        <w:t>to kai cheezein jo maine paayin woh main aap ke saamne share karna chahunga.</w:t>
      </w:r>
    </w:p>
    <w:p>
      <w:pPr>
        <w:jc w:val="right"/>
      </w:pPr>
      <w:r>
        <w:t>تو کئی چیزیں جو میں نے پائیں وہ میں آپ کے سامنے share کرنا چاہوں گا۔</w:t>
      </w:r>
    </w:p>
    <w:p>
      <w:r>
        <w:rPr>
          <w:b/>
        </w:rPr>
        <w:t xml:space="preserve">[11:36] </w:t>
      </w:r>
      <w:r>
        <w:t>dekhein, maine bohat pehle se main cheezein padha karta tha.</w:t>
      </w:r>
    </w:p>
    <w:p>
      <w:pPr>
        <w:jc w:val="right"/>
      </w:pPr>
      <w:r>
        <w:t>دیکھیں، میں نے بہت پہلے سے میں چیزیں پڑھا کرتا تھا۔</w:t>
      </w:r>
    </w:p>
    <w:p>
      <w:r>
        <w:rPr>
          <w:b/>
        </w:rPr>
        <w:t xml:space="preserve">[11:40] </w:t>
      </w:r>
      <w:r>
        <w:t>matlab secular literature padha karta tha.</w:t>
      </w:r>
    </w:p>
    <w:p>
      <w:pPr>
        <w:jc w:val="right"/>
      </w:pPr>
      <w:r>
        <w:t>مطلب secular literature پڑھا کرتا تھا۔</w:t>
      </w:r>
    </w:p>
    <w:p>
      <w:r>
        <w:rPr>
          <w:b/>
        </w:rPr>
        <w:t xml:space="preserve">[11:44] </w:t>
      </w:r>
      <w:r>
        <w:t>تو میں نے پڑھی تھیں چیزیں جو جیسے universal declaration of human rights۔</w:t>
      </w:r>
    </w:p>
    <w:p>
      <w:pPr>
        <w:jc w:val="right"/>
      </w:pPr>
      <w:r>
        <w:t>تو میں نے پڑھی تھیں چیزیں جو جیسے universal degression of human rights۔</w:t>
      </w:r>
    </w:p>
    <w:p>
      <w:r>
        <w:rPr>
          <w:b/>
        </w:rPr>
        <w:t xml:space="preserve">[11:49] </w:t>
      </w:r>
      <w:r>
        <w:t>jo nations ka hai jo.</w:t>
      </w:r>
    </w:p>
    <w:p>
      <w:pPr>
        <w:jc w:val="right"/>
      </w:pPr>
      <w:r>
        <w:t>جو nations کا ہے جو۔</w:t>
      </w:r>
    </w:p>
    <w:p>
      <w:r>
        <w:rPr>
          <w:b/>
        </w:rPr>
        <w:t xml:space="preserve">[11:53] </w:t>
      </w:r>
      <w:r>
        <w:t>Universal degression of human rights. تو میں</w:t>
      </w:r>
    </w:p>
    <w:p>
      <w:pPr>
        <w:jc w:val="right"/>
      </w:pPr>
      <w:r>
        <w:t>Universal degression of human rights۔ تو میں</w:t>
      </w:r>
    </w:p>
    <w:p>
      <w:r>
        <w:rPr>
          <w:b/>
        </w:rPr>
        <w:t xml:space="preserve">[11:57] </w:t>
      </w:r>
      <w:r>
        <w:t>ek freedom fighter tha us zamane mein.</w:t>
      </w:r>
    </w:p>
    <w:p>
      <w:pPr>
        <w:jc w:val="right"/>
      </w:pPr>
      <w:r>
        <w:t>ایک freedom fighter تھا اس زمانے میں۔</w:t>
      </w:r>
    </w:p>
    <w:p>
      <w:r>
        <w:rPr>
          <w:b/>
        </w:rPr>
        <w:t xml:space="preserve">[12:01] </w:t>
      </w:r>
      <w:r>
        <w:t>to mujhe yeh cheez bohat attract karti thi.</w:t>
      </w:r>
    </w:p>
    <w:p>
      <w:pPr>
        <w:jc w:val="right"/>
      </w:pPr>
      <w:r>
        <w:t>تو مجھے یہ چیز بہت attract کرتی تھی۔</w:t>
      </w:r>
    </w:p>
    <w:p>
      <w:r>
        <w:rPr>
          <w:b/>
        </w:rPr>
        <w:t xml:space="preserve">[12:05] </w:t>
      </w:r>
      <w:r>
        <w:t>lekin jab quran mein ko maine padha to maloom hua ke quran mein jo declaration hai woh</w:t>
      </w:r>
    </w:p>
    <w:p>
      <w:pPr>
        <w:jc w:val="right"/>
      </w:pPr>
      <w:r>
        <w:t>لیکن جب قرآن میں کو میں نے پڑھا تو معلوم ہوا کہ قرآن میں جو declaration ہے وہ</w:t>
      </w:r>
    </w:p>
    <w:p>
      <w:r>
        <w:rPr>
          <w:b/>
        </w:rPr>
        <w:t xml:space="preserve">[12:09] </w:t>
      </w:r>
      <w:r>
        <w:t>ek aur dhang ka hai.</w:t>
      </w:r>
    </w:p>
    <w:p>
      <w:pPr>
        <w:jc w:val="right"/>
      </w:pPr>
      <w:r>
        <w:t>ایک اور ڈھنگ کا ہے۔</w:t>
      </w:r>
    </w:p>
    <w:p>
      <w:r>
        <w:rPr>
          <w:b/>
        </w:rPr>
        <w:t xml:space="preserve">[12:12] </w:t>
      </w:r>
      <w:r>
        <w:t>yaani universal degression of rights.</w:t>
      </w:r>
    </w:p>
    <w:p>
      <w:pPr>
        <w:jc w:val="right"/>
      </w:pPr>
      <w:r>
        <w:t>یعنی universal degression of rights۔</w:t>
      </w:r>
    </w:p>
    <w:p>
      <w:r>
        <w:rPr>
          <w:b/>
        </w:rPr>
        <w:t xml:space="preserve">[12:16] </w:t>
      </w:r>
      <w:r>
        <w:t>yeh mere liye anokhi ek baat thi ke duniya mein baat ho rahi hai rights ki.</w:t>
      </w:r>
    </w:p>
    <w:p>
      <w:pPr>
        <w:jc w:val="right"/>
      </w:pPr>
      <w:r>
        <w:t>یہ میرے لیے انوکھی ایک بات تھی کہ دنیا میں بات ہو رہی ہے rights کی۔</w:t>
      </w:r>
    </w:p>
    <w:p>
      <w:r>
        <w:rPr>
          <w:b/>
        </w:rPr>
        <w:t xml:space="preserve">[12:20] </w:t>
      </w:r>
      <w:r>
        <w:t>quran baat kar raha hai duty ki.</w:t>
      </w:r>
    </w:p>
    <w:p>
      <w:pPr>
        <w:jc w:val="right"/>
      </w:pPr>
      <w:r>
        <w:t>قرآن بات کر رہا ہے duty کی۔</w:t>
      </w:r>
    </w:p>
    <w:p>
      <w:r>
        <w:rPr>
          <w:b/>
        </w:rPr>
        <w:t xml:space="preserve">[12:24] </w:t>
      </w:r>
      <w:r>
        <w:t>yaani duniya ka jo movement hai jo human rights ko le kar ke duniya bhar mein jo</w:t>
      </w:r>
    </w:p>
    <w:p>
      <w:pPr>
        <w:jc w:val="right"/>
      </w:pPr>
      <w:r>
        <w:t>یعنی دنیا کا جو movement ہے جو human rights کو لے کر کے دنیا بھر میں جو</w:t>
      </w:r>
    </w:p>
    <w:p>
      <w:r>
        <w:rPr>
          <w:b/>
        </w:rPr>
        <w:t xml:space="preserve">[12:27] </w:t>
      </w:r>
      <w:r>
        <w:t>aap jaante hain ke bohat kuch hua to poori duniya jo hai right conscious ban rahi hai.</w:t>
      </w:r>
    </w:p>
    <w:p>
      <w:pPr>
        <w:jc w:val="right"/>
      </w:pPr>
      <w:r>
        <w:t>آپ جانتے ہیں کہ بہت کچھ ہوا تو پوری دنیا جو ہےright conscious بن رہی ہے۔</w:t>
      </w:r>
    </w:p>
    <w:p>
      <w:r>
        <w:rPr>
          <w:b/>
        </w:rPr>
        <w:t xml:space="preserve">[12:33] </w:t>
      </w:r>
      <w:r>
        <w:t>to quran mein maine padha ke yeh yeh against the law of nature hai.</w:t>
      </w:r>
    </w:p>
    <w:p>
      <w:pPr>
        <w:jc w:val="right"/>
      </w:pPr>
      <w:r>
        <w:t>تو قرآن میں میں نے پڑھا کہ یہ یہ against the law of nature ہے۔</w:t>
      </w:r>
    </w:p>
    <w:p>
      <w:r>
        <w:rPr>
          <w:b/>
        </w:rPr>
        <w:t xml:space="preserve">[12:38] </w:t>
      </w:r>
      <w:r>
        <w:t>yeh against the law of nature hai.</w:t>
      </w:r>
    </w:p>
    <w:p>
      <w:pPr>
        <w:jc w:val="right"/>
      </w:pPr>
      <w:r>
        <w:t>یہ against the law of nature ہے۔</w:t>
      </w:r>
    </w:p>
    <w:p>
      <w:r>
        <w:rPr>
          <w:b/>
        </w:rPr>
        <w:t xml:space="preserve">[12:43] </w:t>
      </w:r>
      <w:r>
        <w:t>Law of nature kiya hai? Aap ko duty conscious banna pare ga.</w:t>
      </w:r>
    </w:p>
    <w:p>
      <w:pPr>
        <w:jc w:val="right"/>
      </w:pPr>
      <w:r>
        <w:t>Law of nature کیا ہے؟ آپ کو duty conscious بننا پڑے گا۔</w:t>
      </w:r>
    </w:p>
    <w:p>
      <w:r>
        <w:rPr>
          <w:b/>
        </w:rPr>
        <w:t xml:space="preserve">[12:48] </w:t>
      </w:r>
      <w:r>
        <w:t>Agar aap duty apni poori ki aap ne to right apne aap mile gi aap ko.</w:t>
      </w:r>
    </w:p>
    <w:p>
      <w:pPr>
        <w:jc w:val="right"/>
      </w:pPr>
      <w:r>
        <w:t>اگر آپ duty اپنی پوری کی آپ نے توright اپنے آپ ملے گی آپ کو۔</w:t>
      </w:r>
    </w:p>
    <w:p>
      <w:r>
        <w:rPr>
          <w:b/>
        </w:rPr>
        <w:t xml:space="preserve">[12:53] </w:t>
      </w:r>
      <w:r>
        <w:t>Yeh aik anokha mujhe mila Quran se message.</w:t>
      </w:r>
    </w:p>
    <w:p>
      <w:pPr>
        <w:jc w:val="right"/>
      </w:pPr>
      <w:r>
        <w:t>یہ ایک انوکھا مجھے ملا قرآن سے message۔</w:t>
      </w:r>
    </w:p>
    <w:p>
      <w:r>
        <w:rPr>
          <w:b/>
        </w:rPr>
        <w:t xml:space="preserve">[12:58] </w:t>
      </w:r>
      <w:r>
        <w:t>Kyunke dekhen yeh human rights ka jo concept hai woh we and they par base karta hai.</w:t>
      </w:r>
    </w:p>
    <w:p>
      <w:pPr>
        <w:jc w:val="right"/>
      </w:pPr>
      <w:r>
        <w:t>کیونکہ دیکھیں یہ human rights کا جو concept ہے وہ we and they پر base کرتا ہے۔</w:t>
      </w:r>
    </w:p>
    <w:p>
      <w:r>
        <w:rPr>
          <w:b/>
        </w:rPr>
        <w:t xml:space="preserve">[13:02] </w:t>
      </w:r>
      <w:r>
        <w:t>We and they.</w:t>
      </w:r>
    </w:p>
    <w:p>
      <w:pPr>
        <w:jc w:val="right"/>
      </w:pPr>
      <w:r>
        <w:t>We and they۔</w:t>
      </w:r>
    </w:p>
    <w:p>
      <w:r>
        <w:rPr>
          <w:b/>
        </w:rPr>
        <w:t xml:space="preserve">[13:06] </w:t>
      </w:r>
      <w:r>
        <w:t>Yaani aik hai right cheen ne wala, aik hai right mangne wala.</w:t>
      </w:r>
    </w:p>
    <w:p>
      <w:pPr>
        <w:jc w:val="right"/>
      </w:pPr>
      <w:r>
        <w:t>یعنی ایک ہےright چھیننے والا، ایک ہےright مانگنے والا۔</w:t>
      </w:r>
    </w:p>
    <w:p>
      <w:r>
        <w:rPr>
          <w:b/>
        </w:rPr>
        <w:t xml:space="preserve">[13:10] </w:t>
      </w:r>
      <w:r>
        <w:t>Do ho jatay hain.</w:t>
      </w:r>
    </w:p>
    <w:p>
      <w:pPr>
        <w:jc w:val="right"/>
      </w:pPr>
      <w:r>
        <w:t>دو ہو جاتے ہیں۔</w:t>
      </w:r>
    </w:p>
    <w:p>
      <w:r>
        <w:rPr>
          <w:b/>
        </w:rPr>
        <w:t xml:space="preserve">[13:13] </w:t>
      </w:r>
      <w:r>
        <w:t>We and they, we and they.</w:t>
      </w:r>
    </w:p>
    <w:p>
      <w:pPr>
        <w:jc w:val="right"/>
      </w:pPr>
      <w:r>
        <w:t>We and they, we and they۔</w:t>
      </w:r>
    </w:p>
    <w:p>
      <w:r>
        <w:rPr>
          <w:b/>
        </w:rPr>
        <w:t xml:space="preserve">[13:17] </w:t>
      </w:r>
      <w:r>
        <w:t>Lekin jo duty ka concept hai is mein we, we ka concept ata hai.</w:t>
      </w:r>
    </w:p>
    <w:p>
      <w:pPr>
        <w:jc w:val="right"/>
      </w:pPr>
      <w:r>
        <w:t>لیکن جو duty کا concept ہے اس میں we، we کا concept آتا ہے۔</w:t>
      </w:r>
    </w:p>
    <w:p>
      <w:r>
        <w:rPr>
          <w:b/>
        </w:rPr>
        <w:t xml:space="preserve">[13:21] </w:t>
      </w:r>
      <w:r>
        <w:t>Jaisay mein waisay aap.</w:t>
      </w:r>
    </w:p>
    <w:p>
      <w:pPr>
        <w:jc w:val="right"/>
      </w:pPr>
      <w:r>
        <w:t>جیسے میں ویسے آپ۔</w:t>
      </w:r>
    </w:p>
    <w:p>
      <w:r>
        <w:rPr>
          <w:b/>
        </w:rPr>
        <w:t xml:space="preserve">[13:25] </w:t>
      </w:r>
      <w:r>
        <w:t>Mujhe bhi apni duty poori karna hai, aap ko apni duty poori karna hai.</w:t>
      </w:r>
    </w:p>
    <w:p>
      <w:pPr>
        <w:jc w:val="right"/>
      </w:pPr>
      <w:r>
        <w:t>مجھے بھی اپنی duty پوری کرنا ہے، آپ کو اپنی duty پوری کرنا ہے۔</w:t>
      </w:r>
    </w:p>
    <w:p>
      <w:r>
        <w:rPr>
          <w:b/>
        </w:rPr>
        <w:t xml:space="preserve">[13:29] </w:t>
      </w:r>
      <w:r>
        <w:t>To yeh mujhe is cheez ne bohat attract kiya ke Quran jo hai we and they concept ko nahi manta.</w:t>
      </w:r>
    </w:p>
    <w:p>
      <w:pPr>
        <w:jc w:val="right"/>
      </w:pPr>
      <w:r>
        <w:t>تو یہ مجھے اس چیز نے بہت attract کیا کہ قرآن جو ہے we and they concept کو نہیں مانتا۔</w:t>
      </w:r>
    </w:p>
    <w:p>
      <w:r>
        <w:rPr>
          <w:b/>
        </w:rPr>
        <w:t xml:space="preserve">[13:34] </w:t>
      </w:r>
      <w:r>
        <w:t>We and we ke concept ko manta hai.</w:t>
      </w:r>
    </w:p>
    <w:p>
      <w:pPr>
        <w:jc w:val="right"/>
      </w:pPr>
      <w:r>
        <w:t>We and we کے concept کو مانتا ہے۔</w:t>
      </w:r>
    </w:p>
    <w:p>
      <w:r>
        <w:rPr>
          <w:b/>
        </w:rPr>
        <w:t xml:space="preserve">[13:39] </w:t>
      </w:r>
      <w:r>
        <w:t>Dunya mein log right conscious banen yeh Quran ki scheme nahi hai.</w:t>
      </w:r>
    </w:p>
    <w:p>
      <w:pPr>
        <w:jc w:val="right"/>
      </w:pPr>
      <w:r>
        <w:t>دنیا میں لوگright conscious بنیں یہ قرآن کی scheme نہیں ہے۔</w:t>
      </w:r>
    </w:p>
    <w:p>
      <w:r>
        <w:rPr>
          <w:b/>
        </w:rPr>
        <w:t xml:space="preserve">[13:44] </w:t>
      </w:r>
      <w:r>
        <w:t>Matlab creation plan jo God hai, God ka woh is ke mutabiq nahi hai.</w:t>
      </w:r>
    </w:p>
    <w:p>
      <w:pPr>
        <w:jc w:val="right"/>
      </w:pPr>
      <w:r>
        <w:t>مطلب creation plan جو God ہے، God کا وہ اس کے مطابق نہیں ہے۔</w:t>
      </w:r>
    </w:p>
    <w:p>
      <w:r>
        <w:rPr>
          <w:b/>
        </w:rPr>
        <w:t xml:space="preserve">[13:49] </w:t>
      </w:r>
      <w:r>
        <w:t>Is ke mutabiq kiya hai ke aap duty conscious banen.</w:t>
      </w:r>
    </w:p>
    <w:p>
      <w:pPr>
        <w:jc w:val="right"/>
      </w:pPr>
      <w:r>
        <w:t>اس کے مطابق کیا ہے کہ آپ duty conscious بنیں۔</w:t>
      </w:r>
    </w:p>
    <w:p>
      <w:r>
        <w:rPr>
          <w:b/>
        </w:rPr>
        <w:t xml:space="preserve">[13:54] </w:t>
      </w:r>
      <w:r>
        <w:t>To yeh mujhe bohat ziyada attract kiya is ne. Mein jo</w:t>
      </w:r>
    </w:p>
    <w:p>
      <w:pPr>
        <w:jc w:val="right"/>
      </w:pPr>
      <w:r>
        <w:t>تو یہ مجھے بہت زیادہ attract کیا اس نے۔ میں جو</w:t>
      </w:r>
    </w:p>
    <w:p>
      <w:r>
        <w:rPr>
          <w:b/>
        </w:rPr>
        <w:t xml:space="preserve">[13:59] </w:t>
      </w:r>
      <w:r>
        <w:t>freedom struggle kar raha tha woh bhi right ko le kar tha.</w:t>
      </w:r>
    </w:p>
    <w:p>
      <w:pPr>
        <w:jc w:val="right"/>
      </w:pPr>
      <w:r>
        <w:t>freedom struggle کر رہا تھا وہ بھیright کو لے کر تھا۔</w:t>
      </w:r>
    </w:p>
    <w:p>
      <w:r>
        <w:rPr>
          <w:b/>
        </w:rPr>
        <w:t xml:space="preserve">[14:03] </w:t>
      </w:r>
      <w:r>
        <w:t>Yaani political right ko le kar ke tha.</w:t>
      </w:r>
    </w:p>
    <w:p>
      <w:pPr>
        <w:jc w:val="right"/>
      </w:pPr>
      <w:r>
        <w:t>یعنی politicalright کو لے کر کے تھا۔</w:t>
      </w:r>
    </w:p>
    <w:p>
      <w:r>
        <w:rPr>
          <w:b/>
        </w:rPr>
        <w:t xml:space="preserve">[14:07] </w:t>
      </w:r>
      <w:r>
        <w:t>Political right mein aik taraf mein tha, aik taraf jo ruler thay woh thay.</w:t>
      </w:r>
    </w:p>
    <w:p>
      <w:pPr>
        <w:jc w:val="right"/>
      </w:pPr>
      <w:r>
        <w:t>Politicalright میں ایک طرف میں تھا، ایک طرف جو ruler تھے وہ تھے۔</w:t>
      </w:r>
    </w:p>
    <w:p>
      <w:r>
        <w:rPr>
          <w:b/>
        </w:rPr>
        <w:t xml:space="preserve">[14:11] </w:t>
      </w:r>
      <w:r>
        <w:t>Mein aur ruler.</w:t>
      </w:r>
    </w:p>
    <w:p>
      <w:pPr>
        <w:jc w:val="right"/>
      </w:pPr>
      <w:r>
        <w:t>میں اور ruler۔</w:t>
      </w:r>
    </w:p>
    <w:p>
      <w:r>
        <w:rPr>
          <w:b/>
        </w:rPr>
        <w:t xml:space="preserve">[14:15] </w:t>
      </w:r>
      <w:r>
        <w:t>To is mein hate ati thi, intolerance ata tha aur violence ata tha.</w:t>
      </w:r>
    </w:p>
    <w:p>
      <w:pPr>
        <w:jc w:val="right"/>
      </w:pPr>
      <w:r>
        <w:t>تو اس میں hate آتی تھی، intolerance آتا تھا اور violence آتا تھا۔</w:t>
      </w:r>
    </w:p>
    <w:p>
      <w:r>
        <w:rPr>
          <w:b/>
        </w:rPr>
        <w:t xml:space="preserve">[14:18] </w:t>
      </w:r>
      <w:r>
        <w:t>Yeh sab ata tha.</w:t>
      </w:r>
    </w:p>
    <w:p>
      <w:pPr>
        <w:jc w:val="right"/>
      </w:pPr>
      <w:r>
        <w:t>یہ سب آتا تھا۔</w:t>
      </w:r>
    </w:p>
    <w:p>
      <w:r>
        <w:rPr>
          <w:b/>
        </w:rPr>
        <w:t xml:space="preserve">[14:22] </w:t>
      </w:r>
      <w:r>
        <w:t>Ke mujhe apne right ko lena hai, tum nahi doge tum ko marunga mein.</w:t>
      </w:r>
    </w:p>
    <w:p>
      <w:pPr>
        <w:jc w:val="right"/>
      </w:pPr>
      <w:r>
        <w:t>کہ مجھے اپنےright کو لینا ہے، تم نہیں دو گے تم کو ماروں گا میں۔</w:t>
      </w:r>
    </w:p>
    <w:p>
      <w:r>
        <w:rPr>
          <w:b/>
        </w:rPr>
        <w:t xml:space="preserve">[14:26] </w:t>
      </w:r>
      <w:r>
        <w:t>Lekin duty conscious jo mera mind bana us ke baad yeh bilkul khatam ho gaya.</w:t>
      </w:r>
    </w:p>
    <w:p>
      <w:pPr>
        <w:jc w:val="right"/>
      </w:pPr>
      <w:r>
        <w:t>لیکن duty conscious جو میرا mind بنا اس کے بعد یہ بالکل ختم ہو گیا۔</w:t>
      </w:r>
    </w:p>
    <w:p>
      <w:r>
        <w:rPr>
          <w:b/>
        </w:rPr>
        <w:t xml:space="preserve">[14:30] </w:t>
      </w:r>
      <w:r>
        <w:t>us waqt se aaj tak mere dil mein kisi ke liye hate nahi. main kisi ko oppressor nahi manta. kisi ko main zalim nahi manta. kyun ke mujhe apni duty ko poora karna hai. to yeh cheez bohat ziyada attract kiya mujh ko is ne. phir dekhen Quran ko parh kar ya jo jo related subjects hain un ko parh kar mujhe yeh cheez mili ke main freedom ko bohat ziyada manta hoon. yani freedom ko main ziyada manta hoon</w:t>
      </w:r>
    </w:p>
    <w:p>
      <w:pPr>
        <w:jc w:val="right"/>
      </w:pPr>
      <w:r>
        <w:t>اس وقت سے آج تک میرے دل میں کسی کے لیے hate نہیں۔ میں کسی کو oppressor نہیں مانتا۔ کسی کو میں ظالم نہیں مانتا۔ کیونکہ مجھے اپنی duty کو پورا کرنا ہے۔ تو یہ چیز بہت زیادہ attract کیا مجھ کو اس نے۔ پھر دیکھیں قرآن کو پڑھ کر یا جو جو related subjects ہیں ان کو پڑھ کر مجھے یہ چیز ملی کہ میں freedom کو بہت زیادہ مانتا ہوں۔ یعنی freedom کو میں زیادہ مانتا ہوں</w:t>
      </w:r>
    </w:p>
    <w:p>
      <w:r>
        <w:rPr>
          <w:b/>
        </w:rPr>
        <w:t xml:space="preserve">[15:00] </w:t>
      </w:r>
      <w:r>
        <w:t>keh har cheez ko main yani sacrifice karta hoon, kar sakta hoon.</w:t>
      </w:r>
    </w:p>
    <w:p>
      <w:pPr>
        <w:jc w:val="right"/>
      </w:pPr>
      <w:r>
        <w:t>کہ ہر چیز کو میں یعنی sacrifice کرتا ہوں، کر سکتا ہوں۔</w:t>
      </w:r>
    </w:p>
    <w:p>
      <w:r>
        <w:rPr>
          <w:b/>
        </w:rPr>
        <w:t xml:space="preserve">[15:05] </w:t>
      </w:r>
      <w:r>
        <w:t>kyunkeh freedom ko sacrifice nahin kar sakta.</w:t>
      </w:r>
    </w:p>
    <w:p>
      <w:pPr>
        <w:jc w:val="right"/>
      </w:pPr>
      <w:r>
        <w:t>کیونکہ freedom کو sacrifice نہیں کر سکتا۔</w:t>
      </w:r>
    </w:p>
    <w:p>
      <w:r>
        <w:rPr>
          <w:b/>
        </w:rPr>
        <w:t xml:space="preserve">[15:10] </w:t>
      </w:r>
      <w:r>
        <w:t>yeh mere liye possible nahin hai keh main freedom kisi ko sacrifice karoon.</w:t>
      </w:r>
    </w:p>
    <w:p>
      <w:pPr>
        <w:jc w:val="right"/>
      </w:pPr>
      <w:r>
        <w:t>یہ میرے لیے possible نہیں ہے کہ میں freedom کسی کو sacrifice کروں۔</w:t>
      </w:r>
    </w:p>
    <w:p>
      <w:r>
        <w:rPr>
          <w:b/>
        </w:rPr>
        <w:t xml:space="preserve">[15:15] </w:t>
      </w:r>
      <w:r>
        <w:t>koi doosri cheez ko sacrifice karne ke liye main hamesha tayyar rehta hoon.</w:t>
      </w:r>
    </w:p>
    <w:p>
      <w:pPr>
        <w:jc w:val="right"/>
      </w:pPr>
      <w:r>
        <w:t>کوئی دوسری چیز کو sacrifice کرنے کے لیے میں ہمیشہ تیار رہتا ہوں۔</w:t>
      </w:r>
    </w:p>
    <w:p>
      <w:r>
        <w:rPr>
          <w:b/>
        </w:rPr>
        <w:t xml:space="preserve">[15:20] </w:t>
      </w:r>
      <w:r>
        <w:t>to Quran mein maine paya hai keh Quran jo hai freedom ko yani bohat zyada manta hai.</w:t>
      </w:r>
    </w:p>
    <w:p>
      <w:pPr>
        <w:jc w:val="right"/>
      </w:pPr>
      <w:r>
        <w:t>تو قرآن میں میں نے پایا ہے کہ قرآن جو ہے freedom کو یعنی بہت زیادہ مانتا ہے۔</w:t>
      </w:r>
    </w:p>
    <w:p>
      <w:r>
        <w:rPr>
          <w:b/>
        </w:rPr>
        <w:t xml:space="preserve">[15:26] </w:t>
      </w:r>
      <w:r>
        <w:t>freedom ka best concept jo hai Quran mein</w:t>
      </w:r>
    </w:p>
    <w:p>
      <w:pPr>
        <w:jc w:val="right"/>
      </w:pPr>
      <w:r>
        <w:t>Freedom کا best concept جو ہے قرآن میں</w:t>
      </w:r>
    </w:p>
    <w:p>
      <w:r>
        <w:rPr>
          <w:b/>
        </w:rPr>
        <w:t xml:space="preserve">[15:31] </w:t>
      </w:r>
      <w:r>
        <w:t>woh kya hai? "lakum deenukum waliya deen".</w:t>
      </w:r>
    </w:p>
    <w:p>
      <w:pPr>
        <w:jc w:val="right"/>
      </w:pPr>
      <w:r>
        <w:t>وہ کیا ہے؟ "لَكُمْ دِينُكُمْ وَلِهِ دِينٌ"۔</w:t>
      </w:r>
    </w:p>
    <w:p>
      <w:r>
        <w:rPr>
          <w:b/>
        </w:rPr>
        <w:t xml:space="preserve">[15:35] </w:t>
      </w:r>
      <w:r>
        <w:t>"For you your religion for me mine".</w:t>
      </w:r>
    </w:p>
    <w:p>
      <w:pPr>
        <w:jc w:val="right"/>
      </w:pPr>
      <w:r>
        <w:t>"For you your religion for me mine"۔</w:t>
      </w:r>
    </w:p>
    <w:p>
      <w:r>
        <w:rPr>
          <w:b/>
        </w:rPr>
        <w:t xml:space="preserve">[15:39] </w:t>
      </w:r>
      <w:r>
        <w:t>best concept hai freedom ka.</w:t>
      </w:r>
    </w:p>
    <w:p>
      <w:pPr>
        <w:jc w:val="right"/>
      </w:pPr>
      <w:r>
        <w:t>Best concept ہے freedom کا۔</w:t>
      </w:r>
    </w:p>
    <w:p>
      <w:r>
        <w:rPr>
          <w:b/>
        </w:rPr>
        <w:t xml:space="preserve">[15:44] </w:t>
      </w:r>
      <w:r>
        <w:t>yani aap agar chahein keh sab log aik ho jayein then you cannot establish freedom.</w:t>
      </w:r>
    </w:p>
    <w:p>
      <w:pPr>
        <w:jc w:val="right"/>
      </w:pPr>
      <w:r>
        <w:t>یعنی آپ اگر چاہیں کہ سب لوگ ایک ہو جائیں then you cannot establish freedom۔</w:t>
      </w:r>
    </w:p>
    <w:p>
      <w:r>
        <w:rPr>
          <w:b/>
        </w:rPr>
        <w:t xml:space="preserve">[15:48] </w:t>
      </w:r>
      <w:r>
        <w:t>sab se best formula yeh hai co-existence.</w:t>
      </w:r>
    </w:p>
    <w:p>
      <w:pPr>
        <w:jc w:val="right"/>
      </w:pPr>
      <w:r>
        <w:t>سب سے best فارمولا یہ ہے co-existence۔</w:t>
      </w:r>
    </w:p>
    <w:p>
      <w:r>
        <w:rPr>
          <w:b/>
        </w:rPr>
        <w:t xml:space="preserve">[15:52] </w:t>
      </w:r>
      <w:r>
        <w:t>keh aap apne pe chalein, main apne pe chaloon ga.</w:t>
      </w:r>
    </w:p>
    <w:p>
      <w:pPr>
        <w:jc w:val="right"/>
      </w:pPr>
      <w:r>
        <w:t>کہ آپ اپنے پہ چلیں، میں اپنے پہ چلوں گا۔</w:t>
      </w:r>
    </w:p>
    <w:p>
      <w:r>
        <w:rPr>
          <w:b/>
        </w:rPr>
        <w:t xml:space="preserve">[15:57] </w:t>
      </w:r>
      <w:r>
        <w:t>jahan bhi aap dekhein</w:t>
      </w:r>
    </w:p>
    <w:p>
      <w:pPr>
        <w:jc w:val="right"/>
      </w:pPr>
      <w:r>
        <w:t>جہاں بھی آپ دیکھیں</w:t>
      </w:r>
    </w:p>
    <w:p>
      <w:r>
        <w:rPr>
          <w:b/>
        </w:rPr>
        <w:t xml:space="preserve">[16:01] </w:t>
      </w:r>
      <w:r>
        <w:t>jahan yeh concept hai to wahan par freedom hai.</w:t>
      </w:r>
    </w:p>
    <w:p>
      <w:pPr>
        <w:jc w:val="right"/>
      </w:pPr>
      <w:r>
        <w:t>جہاں یہ concept ہے تو وہاں پر freedom ہے۔</w:t>
      </w:r>
    </w:p>
    <w:p>
      <w:r>
        <w:rPr>
          <w:b/>
        </w:rPr>
        <w:t xml:space="preserve">[16:05] </w:t>
      </w:r>
      <w:r>
        <w:t>wahan peace hai.</w:t>
      </w:r>
    </w:p>
    <w:p>
      <w:pPr>
        <w:jc w:val="right"/>
      </w:pPr>
      <w:r>
        <w:t>وہاں peace ہے۔</w:t>
      </w:r>
    </w:p>
    <w:p>
      <w:r>
        <w:rPr>
          <w:b/>
        </w:rPr>
        <w:t xml:space="preserve">[16:08] </w:t>
      </w:r>
      <w:r>
        <w:t>jahan yeh concept nahin hai wahan na peace hai na freedom hai.</w:t>
      </w:r>
    </w:p>
    <w:p>
      <w:pPr>
        <w:jc w:val="right"/>
      </w:pPr>
      <w:r>
        <w:t>جہاں یہ concept نہیں ہے وہاں نہ peace ہے نہ freedom ہے۔</w:t>
      </w:r>
    </w:p>
    <w:p>
      <w:r>
        <w:rPr>
          <w:b/>
        </w:rPr>
        <w:t xml:space="preserve">[16:12] </w:t>
      </w:r>
      <w:r>
        <w:t>isi liye main India ko bohat pasand karta hoon.</w:t>
      </w:r>
    </w:p>
    <w:p>
      <w:pPr>
        <w:jc w:val="right"/>
      </w:pPr>
      <w:r>
        <w:t>اسی لیے میں انڈیا کو بہت پسند کرتا ہوں۔</w:t>
      </w:r>
    </w:p>
    <w:p>
      <w:r>
        <w:rPr>
          <w:b/>
        </w:rPr>
        <w:t xml:space="preserve">[16:15] </w:t>
      </w:r>
      <w:r>
        <w:t>dunya ke har mulk se zyada.</w:t>
      </w:r>
    </w:p>
    <w:p>
      <w:pPr>
        <w:jc w:val="right"/>
      </w:pPr>
      <w:r>
        <w:t>دنیا کے ہر ملک سے زیادہ۔</w:t>
      </w:r>
    </w:p>
    <w:p>
      <w:r>
        <w:rPr>
          <w:b/>
        </w:rPr>
        <w:t xml:space="preserve">[16:19] </w:t>
      </w:r>
      <w:r>
        <w:t>kyunkeh mujhe jitna yeh freedom India mein mila hua hai kahin bhi mujhe freedom nahin.</w:t>
      </w:r>
    </w:p>
    <w:p>
      <w:pPr>
        <w:jc w:val="right"/>
      </w:pPr>
      <w:r>
        <w:t>کیونکہ مجھے جتنا یہ freedom انڈیا میں ملا ہوا ہے کہیں بھی مجھے freedom نہیں۔</w:t>
      </w:r>
    </w:p>
    <w:p>
      <w:r>
        <w:rPr>
          <w:b/>
        </w:rPr>
        <w:t xml:space="preserve">[16:23] </w:t>
      </w:r>
      <w:r>
        <w:t>muslim countries mein, kisi countries mein, kisi country mein mujhe yeh freedom nahin.</w:t>
      </w:r>
    </w:p>
    <w:p>
      <w:pPr>
        <w:jc w:val="right"/>
      </w:pPr>
      <w:r>
        <w:t>مسلم countries میں، کسی countries میں، کسی country میں مجھے یہ freedom نہیں۔</w:t>
      </w:r>
    </w:p>
    <w:p>
      <w:r>
        <w:rPr>
          <w:b/>
        </w:rPr>
        <w:t xml:space="preserve">[16:26] </w:t>
      </w:r>
      <w:r>
        <w:t>har jagah gaya hoon main, dekha hai maine har jagah.</w:t>
      </w:r>
    </w:p>
    <w:p>
      <w:pPr>
        <w:jc w:val="right"/>
      </w:pPr>
      <w:r>
        <w:t>ہر جگہ گیا ہوں میں، دیکھا ہے میں نے ہر جگہ۔</w:t>
      </w:r>
    </w:p>
    <w:p>
      <w:r>
        <w:rPr>
          <w:b/>
        </w:rPr>
        <w:t xml:space="preserve">[16:30] </w:t>
      </w:r>
      <w:r>
        <w:t>har jagah dekha hai maine.</w:t>
      </w:r>
    </w:p>
    <w:p>
      <w:pPr>
        <w:jc w:val="right"/>
      </w:pPr>
      <w:r>
        <w:t>ہر جگہ دیکھا ہے میں نے۔</w:t>
      </w:r>
    </w:p>
    <w:p>
      <w:r>
        <w:rPr>
          <w:b/>
        </w:rPr>
        <w:t xml:space="preserve">[16:33] </w:t>
      </w:r>
      <w:r>
        <w:t>jaise aik Arab country mein gaya to main government ke is par gaya tha.</w:t>
      </w:r>
    </w:p>
    <w:p>
      <w:pPr>
        <w:jc w:val="right"/>
      </w:pPr>
      <w:r>
        <w:t>جیسے ایک عرب country میں گیا تو میں government کے اس پر گیا تھا۔</w:t>
      </w:r>
    </w:p>
    <w:p>
      <w:r>
        <w:rPr>
          <w:b/>
        </w:rPr>
        <w:t xml:space="preserve">[16:37] </w:t>
      </w:r>
      <w:r>
        <w:t>five star hotel mein thehraya gaya tha mujh ko.</w:t>
      </w:r>
    </w:p>
    <w:p>
      <w:pPr>
        <w:jc w:val="right"/>
      </w:pPr>
      <w:r>
        <w:t>Five star ہوٹل میں ٹھہرایا گیا تھا مجھ کو۔</w:t>
      </w:r>
    </w:p>
    <w:p>
      <w:r>
        <w:rPr>
          <w:b/>
        </w:rPr>
        <w:t xml:space="preserve">[16:41] </w:t>
      </w:r>
      <w:r>
        <w:t>to log mere paas atey they.</w:t>
      </w:r>
    </w:p>
    <w:p>
      <w:pPr>
        <w:jc w:val="right"/>
      </w:pPr>
      <w:r>
        <w:t>تو لوگ میرے پاس آتے تھے۔</w:t>
      </w:r>
    </w:p>
    <w:p>
      <w:r>
        <w:rPr>
          <w:b/>
        </w:rPr>
        <w:t xml:space="preserve">[16:45] </w:t>
      </w:r>
      <w:r>
        <w:t>baat karte the.</w:t>
      </w:r>
    </w:p>
    <w:p>
      <w:pPr>
        <w:jc w:val="right"/>
      </w:pPr>
      <w:r>
        <w:t>بات کرتے تھے۔</w:t>
      </w:r>
    </w:p>
    <w:p>
      <w:r>
        <w:rPr>
          <w:b/>
        </w:rPr>
        <w:t xml:space="preserve">[16:48] </w:t>
      </w:r>
      <w:r>
        <w:t>to baad ko jab mein wapas aaya to maloom hua ke jo log mere paas aate the un</w:t>
      </w:r>
    </w:p>
    <w:p>
      <w:pPr>
        <w:jc w:val="right"/>
      </w:pPr>
      <w:r>
        <w:t>تو بعد کو جب میں واپس آیا تو معلوم ہوا کہ جو لوگ میرے پاس آتے تھے ان</w:t>
      </w:r>
    </w:p>
    <w:p>
      <w:r>
        <w:rPr>
          <w:b/>
        </w:rPr>
        <w:t xml:space="preserve">[16:52] </w:t>
      </w:r>
      <w:r>
        <w:t>mein se kuch logon ki pakar dhakad hui.</w:t>
      </w:r>
    </w:p>
    <w:p>
      <w:pPr>
        <w:jc w:val="right"/>
      </w:pPr>
      <w:r>
        <w:t>میں سے کچھ لوگوں کی پکڑ دھکڑ ہوئی۔</w:t>
      </w:r>
    </w:p>
    <w:p>
      <w:r>
        <w:rPr>
          <w:b/>
        </w:rPr>
        <w:t xml:space="preserve">[16:56] </w:t>
      </w:r>
      <w:r>
        <w:t>kyun? is ko kehte hain arabi mein nizam ul tasannut.</w:t>
      </w:r>
    </w:p>
    <w:p>
      <w:pPr>
        <w:jc w:val="right"/>
      </w:pPr>
      <w:r>
        <w:t>کیوں؟ اس کو کہتے ہیں عربی میں نظام التسنت۔</w:t>
      </w:r>
    </w:p>
    <w:p>
      <w:r>
        <w:rPr>
          <w:b/>
        </w:rPr>
        <w:t xml:space="preserve">[17:00] </w:t>
      </w:r>
      <w:r>
        <w:t>matlab hotel ke kamre mein aise</w:t>
      </w:r>
    </w:p>
    <w:p>
      <w:pPr>
        <w:jc w:val="right"/>
      </w:pPr>
      <w:r>
        <w:t>مطلب ہوٹل کے کمرے میں ایسے</w:t>
      </w:r>
    </w:p>
    <w:p>
      <w:r>
        <w:rPr>
          <w:b/>
        </w:rPr>
        <w:t xml:space="preserve">[17:04] </w:t>
      </w:r>
      <w:r>
        <w:t>lage hue the aise woh ke woh meri awaz sunte the, un ki awaz sunte the.</w:t>
      </w:r>
    </w:p>
    <w:p>
      <w:pPr>
        <w:jc w:val="right"/>
      </w:pPr>
      <w:r>
        <w:t>لگے ہوئے تھے ایسے وہ کہ وہ میری آواز سنتے تھے، ان کی آواز سنتے تھے۔</w:t>
      </w:r>
    </w:p>
    <w:p>
      <w:r>
        <w:rPr>
          <w:b/>
        </w:rPr>
        <w:t xml:space="preserve">[17:07] </w:t>
      </w:r>
      <w:r>
        <w:t>woh record hota tha.</w:t>
      </w:r>
    </w:p>
    <w:p>
      <w:pPr>
        <w:jc w:val="right"/>
      </w:pPr>
      <w:r>
        <w:t>وہ ریکارڈ ہوتا تھا۔</w:t>
      </w:r>
    </w:p>
    <w:p>
      <w:r>
        <w:rPr>
          <w:b/>
        </w:rPr>
        <w:t xml:space="preserve">[17:10] </w:t>
      </w:r>
      <w:r>
        <w:t>yani meri baat cheet record hoti thi.</w:t>
      </w:r>
    </w:p>
    <w:p>
      <w:pPr>
        <w:jc w:val="right"/>
      </w:pPr>
      <w:r>
        <w:t>یعنی میری بات چیت ریکارڈ ہوتی تھی۔</w:t>
      </w:r>
    </w:p>
    <w:p>
      <w:r>
        <w:rPr>
          <w:b/>
        </w:rPr>
        <w:t xml:space="preserve">[17:14] </w:t>
      </w:r>
      <w:r>
        <w:t>is ko suna jata tha replay kar ke.</w:t>
      </w:r>
    </w:p>
    <w:p>
      <w:pPr>
        <w:jc w:val="right"/>
      </w:pPr>
      <w:r>
        <w:t>اس کو سنا جاتا تھا replay کر کے۔</w:t>
      </w:r>
    </w:p>
    <w:p>
      <w:r>
        <w:rPr>
          <w:b/>
        </w:rPr>
        <w:t xml:space="preserve">[17:17] </w:t>
      </w:r>
      <w:r>
        <w:t>aur phir un ki pakar dhakad hui ke tum ne aisi baatein kyun kin? hamein India mein kuch bhi nahin.</w:t>
      </w:r>
    </w:p>
    <w:p>
      <w:pPr>
        <w:jc w:val="right"/>
      </w:pPr>
      <w:r>
        <w:t>اور پھر ان کی پکڑ دھکڑ ہوئی کہ تم نے ایسی باتیں کیوں کیں؟ ہمیں انڈیا میں کچھ بھی نہیں۔</w:t>
      </w:r>
    </w:p>
    <w:p>
      <w:r>
        <w:rPr>
          <w:b/>
        </w:rPr>
        <w:t xml:space="preserve">[17:20] </w:t>
      </w:r>
      <w:r>
        <w:t>koi yahan nizam ul tasannut nahin hai.</w:t>
      </w:r>
    </w:p>
    <w:p>
      <w:pPr>
        <w:jc w:val="right"/>
      </w:pPr>
      <w:r>
        <w:t>کوئی یہاں نظام التسنت نہیں ہے۔</w:t>
      </w:r>
    </w:p>
    <w:p>
      <w:r>
        <w:rPr>
          <w:b/>
        </w:rPr>
        <w:t xml:space="preserve">[17:24] </w:t>
      </w:r>
      <w:r>
        <w:t>to mujhe India dunya mein har jagah se zyada pasand hai.</w:t>
      </w:r>
    </w:p>
    <w:p>
      <w:pPr>
        <w:jc w:val="right"/>
      </w:pPr>
      <w:r>
        <w:t>تو مجھے انڈیا دنیا میں ہر جگہ سے زیادہ پسند ہے۔</w:t>
      </w:r>
    </w:p>
    <w:p>
      <w:r>
        <w:rPr>
          <w:b/>
        </w:rPr>
        <w:t xml:space="preserve">[17:27] </w:t>
      </w:r>
      <w:r>
        <w:t>hata ke America aur aur Germany aur France se bhi zyada pasand hai mujhe.</w:t>
      </w:r>
    </w:p>
    <w:p>
      <w:pPr>
        <w:jc w:val="right"/>
      </w:pPr>
      <w:r>
        <w:t>حتیٰ کہ امریکہ اور اور جرمنی اور فرانس سے بھی زیادہ پسند ہے مجھے۔</w:t>
      </w:r>
    </w:p>
    <w:p>
      <w:r>
        <w:rPr>
          <w:b/>
        </w:rPr>
        <w:t xml:space="preserve">[17:31] </w:t>
      </w:r>
      <w:r>
        <w:t>kyun ke yahan mein jo chahta hoon</w:t>
      </w:r>
    </w:p>
    <w:p>
      <w:pPr>
        <w:jc w:val="right"/>
      </w:pPr>
      <w:r>
        <w:t>کیونکہ یہاں میں جو چاہتا ہوں</w:t>
      </w:r>
    </w:p>
    <w:p>
      <w:r>
        <w:rPr>
          <w:b/>
        </w:rPr>
        <w:t xml:space="preserve">[17:34] </w:t>
      </w:r>
      <w:r>
        <w:t>peace aur freedom aur tolerance yahan par aksar hai.</w:t>
      </w:r>
    </w:p>
    <w:p>
      <w:pPr>
        <w:jc w:val="right"/>
      </w:pPr>
      <w:r>
        <w:t>peace اور freedom اور tolerance یہاں پار اکسلا ہے۔</w:t>
      </w:r>
    </w:p>
    <w:p>
      <w:r>
        <w:rPr>
          <w:b/>
        </w:rPr>
        <w:t xml:space="preserve">[17:39] </w:t>
      </w:r>
      <w:r>
        <w:t>yani India mein mein aksar kaha karta hoon abhi mein gaya tha Qatar wahan bhi mein ne yeh</w:t>
      </w:r>
    </w:p>
    <w:p>
      <w:pPr>
        <w:jc w:val="right"/>
      </w:pPr>
      <w:r>
        <w:t>یعنی انڈیا میں میں اکثر کہا کرتا ہوں ابھی میں گیا تھا قطر وہاں بھی میں نے یہ</w:t>
      </w:r>
    </w:p>
    <w:p>
      <w:r>
        <w:rPr>
          <w:b/>
        </w:rPr>
        <w:t xml:space="preserve">[17:44] </w:t>
      </w:r>
      <w:r>
        <w:t>kaha ke India mein ek anokha mazhab hai jo dunya mein kahin nahin hai.</w:t>
      </w:r>
    </w:p>
    <w:p>
      <w:pPr>
        <w:jc w:val="right"/>
      </w:pPr>
      <w:r>
        <w:t>کہا کہ انڈیا میں ایک انوکھا مذہب ہے جو دنیا میں کہیں نہیں ہے۔</w:t>
      </w:r>
    </w:p>
    <w:p>
      <w:r>
        <w:rPr>
          <w:b/>
        </w:rPr>
        <w:t xml:space="preserve">[17:49] </w:t>
      </w:r>
      <w:r>
        <w:t>woh Hindu mazhab.</w:t>
      </w:r>
    </w:p>
    <w:p>
      <w:pPr>
        <w:jc w:val="right"/>
      </w:pPr>
      <w:r>
        <w:t>وہ ہندو مذہب۔</w:t>
      </w:r>
    </w:p>
    <w:p>
      <w:r>
        <w:rPr>
          <w:b/>
        </w:rPr>
        <w:t xml:space="preserve">[17:54] </w:t>
      </w:r>
      <w:r>
        <w:t>Hindu mazhab ek hi aisa mazhab hai jo yeh kehta hai ke "I am true, you are also true".</w:t>
      </w:r>
    </w:p>
    <w:p>
      <w:pPr>
        <w:jc w:val="right"/>
      </w:pPr>
      <w:r>
        <w:t>ہندو مذہب ایک ہی ایسا مذہب ہے جو یہ کہتا ہے کہ "I am true, you are also true"۔</w:t>
      </w:r>
    </w:p>
    <w:p>
      <w:r>
        <w:rPr>
          <w:b/>
        </w:rPr>
        <w:t xml:space="preserve">[17:59] </w:t>
      </w:r>
      <w:r>
        <w:t>yeh kaisa anokha mazhab hai? koi mazhab aisa dunya mein nahin.</w:t>
      </w:r>
    </w:p>
    <w:p>
      <w:pPr>
        <w:jc w:val="right"/>
      </w:pPr>
      <w:r>
        <w:t>یہ کیسا انوکھا مذہب ہے؟ کوئی مذہب ایسا دنیا میں نہیں۔</w:t>
      </w:r>
    </w:p>
    <w:p>
      <w:r>
        <w:rPr>
          <w:b/>
        </w:rPr>
        <w:t xml:space="preserve">[18:04] </w:t>
      </w:r>
      <w:r>
        <w:t>yani both are true.</w:t>
      </w:r>
    </w:p>
    <w:p>
      <w:pPr>
        <w:jc w:val="right"/>
      </w:pPr>
      <w:r>
        <w:t>یعنی both are true۔</w:t>
      </w:r>
    </w:p>
    <w:p>
      <w:r>
        <w:rPr>
          <w:b/>
        </w:rPr>
        <w:t xml:space="preserve">[18:09] </w:t>
      </w:r>
      <w:r>
        <w:t>to is maani hai ke doosra jo hai mera jo neighbor mujhe kehta hai ke tum apne mazhab</w:t>
      </w:r>
    </w:p>
    <w:p>
      <w:pPr>
        <w:jc w:val="right"/>
      </w:pPr>
      <w:r>
        <w:t>تو اس معنی ہے کہ دوسرا جو ہے میرا جو neighbor مجھے کہتا ہے کہ تم اپنے مذہب</w:t>
      </w:r>
    </w:p>
    <w:p>
      <w:r>
        <w:rPr>
          <w:b/>
        </w:rPr>
        <w:t xml:space="preserve">[18:13] </w:t>
      </w:r>
      <w:r>
        <w:t>ko sacha samjho.</w:t>
      </w:r>
    </w:p>
    <w:p>
      <w:pPr>
        <w:jc w:val="right"/>
      </w:pPr>
      <w:r>
        <w:t>کو سچا سمجھو۔</w:t>
      </w:r>
    </w:p>
    <w:p>
      <w:r>
        <w:rPr>
          <w:b/>
        </w:rPr>
        <w:t xml:space="preserve">[18:18] </w:t>
      </w:r>
      <w:r>
        <w:t>mein apne ko sab sacha samjhun to mein bhi theek hoon, tum bhi theek ho.</w:t>
      </w:r>
    </w:p>
    <w:p>
      <w:pPr>
        <w:jc w:val="right"/>
      </w:pPr>
      <w:r>
        <w:t>میں اپنے کو سب سچا سمجھوں تو میں بھی ٹھیک ہوں، تم بھی ٹھیک ہو۔</w:t>
      </w:r>
    </w:p>
    <w:p>
      <w:r>
        <w:rPr>
          <w:b/>
        </w:rPr>
        <w:t xml:space="preserve">[18:22] </w:t>
      </w:r>
      <w:r>
        <w:t>mein samajhta hoon ke yeh freedom ki yeh aakhri word hai freedom.</w:t>
      </w:r>
    </w:p>
    <w:p>
      <w:pPr>
        <w:jc w:val="right"/>
      </w:pPr>
      <w:r>
        <w:t>میں سمجھتا ہوں کہ یہ freedom کی یہ آخری word ہے freedom۔</w:t>
      </w:r>
    </w:p>
    <w:p>
      <w:r>
        <w:rPr>
          <w:b/>
        </w:rPr>
        <w:t xml:space="preserve">[18:27] </w:t>
      </w:r>
      <w:r>
        <w:t>aakhri word hai.</w:t>
      </w:r>
    </w:p>
    <w:p>
      <w:pPr>
        <w:jc w:val="right"/>
      </w:pPr>
      <w:r>
        <w:t>آخری word ہے۔</w:t>
      </w:r>
    </w:p>
    <w:p>
      <w:r>
        <w:rPr>
          <w:b/>
        </w:rPr>
        <w:t xml:space="preserve">[18:31] </w:t>
      </w:r>
      <w:r>
        <w:t>is ko wahan mahatma gandhi ne kaha hai ke india ka jo concept hai woh hai "manyness of reality".</w:t>
      </w:r>
    </w:p>
    <w:p>
      <w:pPr>
        <w:jc w:val="right"/>
      </w:pPr>
      <w:r>
        <w:t>اس کو وہاں مہاتما گاندھی نے کہا ہے کہ انڈیا کا جو concept ہے وہ ہے "manyness of reality"۔</w:t>
      </w:r>
    </w:p>
    <w:p>
      <w:r>
        <w:rPr>
          <w:b/>
        </w:rPr>
        <w:t xml:space="preserve">[18:36] </w:t>
      </w:r>
      <w:r>
        <w:t>dekhen jitne bhi religion hain yani jo semitic religion woh oneness par base karte hain. Oneness.</w:t>
      </w:r>
    </w:p>
    <w:p>
      <w:pPr>
        <w:jc w:val="right"/>
      </w:pPr>
      <w:r>
        <w:t>دیکھیں جتنے بھی religion ہیں یعنی جو semitic religion وہ oneness پر base کرتے ہیں۔ Oneness۔</w:t>
      </w:r>
    </w:p>
    <w:p>
      <w:r>
        <w:rPr>
          <w:b/>
        </w:rPr>
        <w:t xml:space="preserve">[18:41] </w:t>
      </w:r>
      <w:r>
        <w:t>lekin jo jo yeh hindu mazhab hai woh manyness ko manta hai.</w:t>
      </w:r>
    </w:p>
    <w:p>
      <w:pPr>
        <w:jc w:val="right"/>
      </w:pPr>
      <w:r>
        <w:t>لیکن جو جو یہ ہندو مذہب ہے وہ manyness کو مانتا ہے۔</w:t>
      </w:r>
    </w:p>
    <w:p>
      <w:r>
        <w:rPr>
          <w:b/>
        </w:rPr>
        <w:t xml:space="preserve">[18:46] </w:t>
      </w:r>
      <w:r>
        <w:t>to kaha mahatma gandhi ne kaha ke hindu mazhab jo hai is ko manyness of reality ko manta hai.</w:t>
      </w:r>
    </w:p>
    <w:p>
      <w:pPr>
        <w:jc w:val="right"/>
      </w:pPr>
      <w:r>
        <w:t>تو کہا مہاتما گاندھی نے کہا کہ ہندو مذہب جو ہے اس کو manyness of reality کو مانتا ہے۔</w:t>
      </w:r>
    </w:p>
    <w:p>
      <w:r>
        <w:rPr>
          <w:b/>
        </w:rPr>
        <w:t xml:space="preserve">[18:51] </w:t>
      </w:r>
      <w:r>
        <w:t>swami vikranand bhi aise hi kaha tha.</w:t>
      </w:r>
    </w:p>
    <w:p>
      <w:pPr>
        <w:jc w:val="right"/>
      </w:pPr>
      <w:r>
        <w:t>سوامی وکرنند بھی ایسے ہی کہا تھا۔</w:t>
      </w:r>
    </w:p>
    <w:p>
      <w:r>
        <w:rPr>
          <w:b/>
        </w:rPr>
        <w:t xml:space="preserve">[18:56] </w:t>
      </w:r>
      <w:r>
        <w:t>sabhi log aisa karte hain.</w:t>
      </w:r>
    </w:p>
    <w:p>
      <w:pPr>
        <w:jc w:val="right"/>
      </w:pPr>
      <w:r>
        <w:t>سبھی لوگ ایسا کرتے ہیں۔</w:t>
      </w:r>
    </w:p>
    <w:p>
      <w:r>
        <w:rPr>
          <w:b/>
        </w:rPr>
        <w:t xml:space="preserve">[19:01] </w:t>
      </w:r>
      <w:r>
        <w:t>to main personally jo hai india se</w:t>
      </w:r>
    </w:p>
    <w:p>
      <w:pPr>
        <w:jc w:val="right"/>
      </w:pPr>
      <w:r>
        <w:t>تو میں personally جو ہے انڈیا سے</w:t>
      </w:r>
    </w:p>
    <w:p>
      <w:r>
        <w:rPr>
          <w:b/>
        </w:rPr>
        <w:t xml:space="preserve">[19:06] </w:t>
      </w:r>
      <w:r>
        <w:t>love karta hoon is liye ke india mein mujhe freedom hai. india mein mujhe peace hai. india mein koi mujhe yeh nahin kehne wala hai ke tum aisa kyun karte ho, waisa kyun karte ho. With only condition. woh kya hai? woh hai peace. agar mein peaceful bichhad par rahoon, agar mein violence nahin karta hoon to india mein mujhe koi bhi rok nahin sakta. aik hi condition hai ke india mein agar</w:t>
      </w:r>
    </w:p>
    <w:p>
      <w:pPr>
        <w:jc w:val="right"/>
      </w:pPr>
      <w:r>
        <w:t>love کرتا ہوں اس لیے کہ انڈیا میں مجھے freedom ہے۔ انڈیا میں مجھے peace ہے۔ انڈیا میں کوئی مجھے یہ نہیں کہنے والا ہے کہ تم ایسا کیوں کرتے ہو، ویسا کیوں کرتے ہو۔ With only condition۔ وہ کیا ہے؟ وہ ہے peace۔ اگر میں peaceful بچھڑ پر رہوں، اگر میں violence نہیں کرتا ہوں تو انڈیا میں مجھے کوئی بھی روک نہیں سکتا۔ ایک ہی condition ہے کہ انڈیا میں اگر</w:t>
      </w:r>
    </w:p>
    <w:p>
      <w:r>
        <w:rPr>
          <w:b/>
        </w:rPr>
        <w:t xml:space="preserve">[19:36] </w:t>
      </w:r>
      <w:r>
        <w:t>میں peace کو follow کر رہا ہوں، peaceful path کو follow کر رہا ہوں تو کوئی problem ہی</w:t>
      </w:r>
    </w:p>
    <w:p>
      <w:pPr>
        <w:jc w:val="right"/>
      </w:pPr>
      <w:r>
        <w:t>میں peace کو follow کر رہا ہوں، peaceful بچھڑ کو follow کر رہا ہوں تو کوئی problem ہی</w:t>
      </w:r>
    </w:p>
    <w:p>
      <w:r>
        <w:rPr>
          <w:b/>
        </w:rPr>
        <w:t xml:space="preserve">[19:39] </w:t>
      </w:r>
      <w:r>
        <w:t>nahi mere liye yahan par.</w:t>
      </w:r>
    </w:p>
    <w:p>
      <w:pPr>
        <w:jc w:val="right"/>
      </w:pPr>
      <w:r>
        <w:t>نہیں میرے لیے یہاں پر۔</w:t>
      </w:r>
    </w:p>
    <w:p>
      <w:r>
        <w:rPr>
          <w:b/>
        </w:rPr>
        <w:t xml:space="preserve">[19:43] </w:t>
      </w:r>
      <w:r>
        <w:t>kuch bhi problem nahi.</w:t>
      </w:r>
    </w:p>
    <w:p>
      <w:pPr>
        <w:jc w:val="right"/>
      </w:pPr>
      <w:r>
        <w:t>کچھ بھی problem نہیں۔</w:t>
      </w:r>
    </w:p>
    <w:p>
      <w:r>
        <w:rPr>
          <w:b/>
        </w:rPr>
        <w:t xml:space="preserve">[19:47] </w:t>
      </w:r>
      <w:r>
        <w:t>to peace meri rag rag mein bhara hua hai peace.</w:t>
      </w:r>
    </w:p>
    <w:p>
      <w:pPr>
        <w:jc w:val="right"/>
      </w:pPr>
      <w:r>
        <w:t>تو peace میری رگ رگ میں بھرا ہوا ہے peace۔</w:t>
      </w:r>
    </w:p>
    <w:p>
      <w:r>
        <w:rPr>
          <w:b/>
        </w:rPr>
        <w:t xml:space="preserve">[19:51] </w:t>
      </w:r>
      <w:r>
        <w:t>abhi main yahan translation jo hum ne tayyar kiya aur chhap chuka hai yahan bhi aap ko milega.</w:t>
      </w:r>
    </w:p>
    <w:p>
      <w:pPr>
        <w:jc w:val="right"/>
      </w:pPr>
      <w:r>
        <w:t>ابھی میں یہاں translation جو ہم نے تیار کیا اور چھپ چکا ہے یہاں بھی آپ کو ملے گا۔</w:t>
      </w:r>
    </w:p>
    <w:p>
      <w:r>
        <w:rPr>
          <w:b/>
        </w:rPr>
        <w:t xml:space="preserve">[19:54] </w:t>
      </w:r>
      <w:r>
        <w:t>to woh poora translation jo hai kyunke jo unhon ne jo translation kiya hai logon ne kyunke mind</w:t>
      </w:r>
    </w:p>
    <w:p>
      <w:pPr>
        <w:jc w:val="right"/>
      </w:pPr>
      <w:r>
        <w:t>تو وہ پورا translation جو ہے کیونکہ جو انہوں نے جو translation کیا ہے لوگوں نے کیونکہ mind</w:t>
      </w:r>
    </w:p>
    <w:p>
      <w:r>
        <w:rPr>
          <w:b/>
        </w:rPr>
        <w:t xml:space="preserve">[19:58] </w:t>
      </w:r>
      <w:r>
        <w:t>reflect karta hai is mein.</w:t>
      </w:r>
    </w:p>
    <w:p>
      <w:pPr>
        <w:jc w:val="right"/>
      </w:pPr>
      <w:r>
        <w:t>reflect کرتا ہے اس میں۔</w:t>
      </w:r>
    </w:p>
    <w:p>
      <w:r>
        <w:rPr>
          <w:b/>
        </w:rPr>
        <w:t xml:space="preserve">[20:02] </w:t>
      </w:r>
      <w:r>
        <w:t>kyunke aaj kal musalmanon mein kya hai</w:t>
      </w:r>
    </w:p>
    <w:p>
      <w:pPr>
        <w:jc w:val="right"/>
      </w:pPr>
      <w:r>
        <w:t>کیونکہ آج کل مسلمانوں میں کیا ہے</w:t>
      </w:r>
    </w:p>
    <w:p>
      <w:r>
        <w:rPr>
          <w:b/>
        </w:rPr>
        <w:t xml:space="preserve">[20:06] </w:t>
      </w:r>
      <w:r>
        <w:t>woh sab se bari cheez samajhte hain jihad ko.</w:t>
      </w:r>
    </w:p>
    <w:p>
      <w:pPr>
        <w:jc w:val="right"/>
      </w:pPr>
      <w:r>
        <w:t>وہ سب سے بڑی چیز سمجھتے ہیں جہاد کو۔</w:t>
      </w:r>
    </w:p>
    <w:p>
      <w:r>
        <w:rPr>
          <w:b/>
        </w:rPr>
        <w:t xml:space="preserve">[20:10] </w:t>
      </w:r>
      <w:r>
        <w:t>jihad activism sab se bari cheez hai un ke nazdeek.</w:t>
      </w:r>
    </w:p>
    <w:p>
      <w:pPr>
        <w:jc w:val="right"/>
      </w:pPr>
      <w:r>
        <w:t>جہاد activism سب سے بڑی چیز ہے ان کے نزدیک۔</w:t>
      </w:r>
    </w:p>
    <w:p>
      <w:r>
        <w:rPr>
          <w:b/>
        </w:rPr>
        <w:t xml:space="preserve">[20:14] </w:t>
      </w:r>
      <w:r>
        <w:t>aur yeh is ke liye translation mein bohat gadbad kiya hai logon ne.</w:t>
      </w:r>
    </w:p>
    <w:p>
      <w:pPr>
        <w:jc w:val="right"/>
      </w:pPr>
      <w:r>
        <w:t>اور یہ اس کے لیے translation میں بہت گڑبڑ کیا ہے لوگوں نے۔</w:t>
      </w:r>
    </w:p>
    <w:p>
      <w:r>
        <w:rPr>
          <w:b/>
        </w:rPr>
        <w:t xml:space="preserve">[20:18] </w:t>
      </w:r>
      <w:r>
        <w:t>bohat gadbad kiya hai.</w:t>
      </w:r>
    </w:p>
    <w:p>
      <w:pPr>
        <w:jc w:val="right"/>
      </w:pPr>
      <w:r>
        <w:t>بہت گڑبڑ کیا ہے۔</w:t>
      </w:r>
    </w:p>
    <w:p>
      <w:r>
        <w:rPr>
          <w:b/>
        </w:rPr>
        <w:t xml:space="preserve">[20:21] </w:t>
      </w:r>
      <w:r>
        <w:t>misal ke taur par quran mein aik ayat hai "wajahidhum bihi jihadan kabira".</w:t>
      </w:r>
    </w:p>
    <w:p>
      <w:pPr>
        <w:jc w:val="right"/>
      </w:pPr>
      <w:r>
        <w:t>مثال کے طور پر قرآن میں ایک آیت ہے "وجاہدھم بہ جہاد کبیرہ"۔</w:t>
      </w:r>
    </w:p>
    <w:p>
      <w:r>
        <w:rPr>
          <w:b/>
        </w:rPr>
        <w:t xml:space="preserve">[20:25] </w:t>
      </w:r>
      <w:r>
        <w:t>"Do jihad with the help of the Quran."</w:t>
      </w:r>
    </w:p>
    <w:p>
      <w:pPr>
        <w:jc w:val="right"/>
      </w:pPr>
      <w:r>
        <w:t>"Do جہاد with the help of the قرآن"۔</w:t>
      </w:r>
    </w:p>
    <w:p>
      <w:r>
        <w:rPr>
          <w:b/>
        </w:rPr>
        <w:t xml:space="preserve">[20:29] </w:t>
      </w:r>
      <w:r>
        <w:t>to yahan par kya tarjuma kar diya hai translation ke "fight with the help of the quran".</w:t>
      </w:r>
    </w:p>
    <w:p>
      <w:pPr>
        <w:jc w:val="right"/>
      </w:pPr>
      <w:r>
        <w:t>تو یہاں پر کیا ترجمہ کر دیا ہے translation کہ "fight with the help of the قرآن"۔</w:t>
      </w:r>
    </w:p>
    <w:p>
      <w:r>
        <w:rPr>
          <w:b/>
        </w:rPr>
        <w:t xml:space="preserve">[20:33] </w:t>
      </w:r>
      <w:r>
        <w:t>is mein to fight ki koi word hi nahi hai.</w:t>
      </w:r>
    </w:p>
    <w:p>
      <w:pPr>
        <w:jc w:val="right"/>
      </w:pPr>
      <w:r>
        <w:t>اس میں تو fight کی کوئی word ہی نہیں ہے۔</w:t>
      </w:r>
    </w:p>
    <w:p>
      <w:r>
        <w:rPr>
          <w:b/>
        </w:rPr>
        <w:t xml:space="preserve">[20:37] </w:t>
      </w:r>
      <w:r>
        <w:t>quran aik ideology, ideological kitab hai. is mein aik ideology batai gai hai. is ideology ko phailao. simple baat hai. is ko keh diya gaya "fight with the quran". kaha fight ko kaha quran ko aap sword banayen ge, quran ko bomb banayen ge. kitna galat tha yeh translation. to jo hum ne tarjuma kiya hai mein abhi gaya tha wahan par poland. wahan par aik christian the doctor filippo. doctor filippo ne jo hamara translation hai un ko mila, unhon</w:t>
      </w:r>
    </w:p>
    <w:p>
      <w:pPr>
        <w:jc w:val="right"/>
      </w:pPr>
      <w:r>
        <w:t>قرآن ایک ideology، ideological کتاب ہے۔ اس میں ایک ideology بتائی گئی ہے۔ اس ideology کو پھیلاؤ۔ Simple بات ہے۔ اس کو کہہ دیا گیا "fight with the قرآن"۔ کہا fight کو کہا قرآن کو آپ sword بنائیں گے، قرآن کو بم بنائیں گے۔ کتنا غلط تھا یہ translation۔ تو جو ہم نے ترجمہ کیا ہے میں ابھی گیا تھا وہاں پر پولینڈ۔ وہاں پر ایک Christian تھے ڈاکٹر فلپو۔ ڈاکٹر فلپو نے جو ہمارا translation ہے ان کو ملا، انہوں</w:t>
      </w:r>
    </w:p>
    <w:p>
      <w:r>
        <w:rPr>
          <w:b/>
        </w:rPr>
        <w:t xml:space="preserve">[21:07] </w:t>
      </w:r>
      <w:r>
        <w:t>ne parha to unhon ne kaha ke yeh to peaceful translation hai.</w:t>
      </w:r>
    </w:p>
    <w:p>
      <w:pPr>
        <w:jc w:val="right"/>
      </w:pPr>
      <w:r>
        <w:t>نے پڑھا تو انہوں نے کہا کہ یہ تو peaceful translation ہے۔</w:t>
      </w:r>
    </w:p>
    <w:p>
      <w:r>
        <w:rPr>
          <w:b/>
        </w:rPr>
        <w:t xml:space="preserve">[21:12] </w:t>
      </w:r>
      <w:r>
        <w:t>mujhe yeh baat bohat achhi lagi ke ke unhon ne hamare translation ko yeh title diya.</w:t>
      </w:r>
    </w:p>
    <w:p>
      <w:pPr>
        <w:jc w:val="right"/>
      </w:pPr>
      <w:r>
        <w:t>مجھے یہ بات بہت اچھی لگی کہ کہ انہوں نے ہمارے translation کو یہ ٹائٹل دیا۔</w:t>
      </w:r>
    </w:p>
    <w:p>
      <w:r>
        <w:rPr>
          <w:b/>
        </w:rPr>
        <w:t xml:space="preserve">[21:17] </w:t>
      </w:r>
      <w:r>
        <w:t>"it is a peaceful translation of the quran".</w:t>
      </w:r>
    </w:p>
    <w:p>
      <w:pPr>
        <w:jc w:val="right"/>
      </w:pPr>
      <w:r>
        <w:t>"It is a peaceful translation of the قرآن"۔</w:t>
      </w:r>
    </w:p>
    <w:p>
      <w:r>
        <w:rPr>
          <w:b/>
        </w:rPr>
        <w:t xml:space="preserve">[21:22] </w:t>
      </w:r>
      <w:r>
        <w:t>to mein yahan yeh kahunga ke aik bohat hi important principle Islam ko samajhne ke liye yeh</w:t>
      </w:r>
    </w:p>
    <w:p>
      <w:pPr>
        <w:jc w:val="right"/>
      </w:pPr>
      <w:r>
        <w:t>تو میں یہاں یہ کہوں گا کہ ایک بہت ہی important principle اسلام کو سمجھنے کے لیے یہ</w:t>
      </w:r>
    </w:p>
    <w:p>
      <w:r>
        <w:rPr>
          <w:b/>
        </w:rPr>
        <w:t xml:space="preserve">[21:28] </w:t>
      </w:r>
      <w:r>
        <w:t>hai ke you have to differentiate between Islam aur Muslims.</w:t>
      </w:r>
    </w:p>
    <w:p>
      <w:pPr>
        <w:jc w:val="right"/>
      </w:pPr>
      <w:r>
        <w:t>ہے کہ you have to differentiate between Islam اور مسلمز۔</w:t>
      </w:r>
    </w:p>
    <w:p>
      <w:r>
        <w:rPr>
          <w:b/>
        </w:rPr>
        <w:t xml:space="preserve">[21:33] </w:t>
      </w:r>
      <w:r>
        <w:t>bohat hi important.</w:t>
      </w:r>
    </w:p>
    <w:p>
      <w:pPr>
        <w:jc w:val="right"/>
      </w:pPr>
      <w:r>
        <w:t>بہت ہی important۔</w:t>
      </w:r>
    </w:p>
    <w:p>
      <w:r>
        <w:rPr>
          <w:b/>
        </w:rPr>
        <w:t xml:space="preserve">[21:38] </w:t>
      </w:r>
      <w:r>
        <w:t>Generally kya hota hai ke Muslims ki kuch views aati hain media mein.</w:t>
      </w:r>
    </w:p>
    <w:p>
      <w:pPr>
        <w:jc w:val="right"/>
      </w:pPr>
      <w:r>
        <w:t>Generally کیا ہوتا ہے کہ مسلمز کی کچھ views آتی ہیں میڈیا میں۔</w:t>
      </w:r>
    </w:p>
    <w:p>
      <w:r>
        <w:rPr>
          <w:b/>
        </w:rPr>
        <w:t xml:space="preserve">[21:43] </w:t>
      </w:r>
      <w:r>
        <w:t>is ko le kar kehte hain log ke Islam yeh hai.</w:t>
      </w:r>
    </w:p>
    <w:p>
      <w:pPr>
        <w:jc w:val="right"/>
      </w:pPr>
      <w:r>
        <w:t>اس کو لے کر کہتے ہیں لوگ کہ اسلام یہ ہے۔</w:t>
      </w:r>
    </w:p>
    <w:p>
      <w:r>
        <w:rPr>
          <w:b/>
        </w:rPr>
        <w:t xml:space="preserve">[21:48] </w:t>
      </w:r>
      <w:r>
        <w:t>to mein kehta hoon ke Muslims ki jo practices hain is ko le kar na jaanein ke Islam kya hai.</w:t>
      </w:r>
    </w:p>
    <w:p>
      <w:pPr>
        <w:jc w:val="right"/>
      </w:pPr>
      <w:r>
        <w:t>تو میں کہتا ہوں کہ مسلمز کی جو practices ہیں اس کو لے کر نہ جانیں کہ اسلام کیا ہے۔</w:t>
      </w:r>
    </w:p>
    <w:p>
      <w:r>
        <w:rPr>
          <w:b/>
        </w:rPr>
        <w:t xml:space="preserve">[21:53] </w:t>
      </w:r>
      <w:r>
        <w:t>jaise hamara constitution hai best constitution hai log mante hain.</w:t>
      </w:r>
    </w:p>
    <w:p>
      <w:pPr>
        <w:jc w:val="right"/>
      </w:pPr>
      <w:r>
        <w:t>جیسے ہمارا constitution ہے best constitution ہے لوگ مانتے ہیں۔</w:t>
      </w:r>
    </w:p>
    <w:p>
      <w:r>
        <w:rPr>
          <w:b/>
        </w:rPr>
        <w:t xml:space="preserve">[21:58] </w:t>
      </w:r>
      <w:r>
        <w:t>lekin kya India mein jo corruption hai is ko le kar aap kahenge ke yeh is mein</w:t>
      </w:r>
    </w:p>
    <w:p>
      <w:pPr>
        <w:jc w:val="right"/>
      </w:pPr>
      <w:r>
        <w:t>لیکن کیا انڈیا میں جو corruption ہے اس کو لے کر آپ کہیں گے کہ یہ اس میں</w:t>
      </w:r>
    </w:p>
    <w:p>
      <w:r>
        <w:rPr>
          <w:b/>
        </w:rPr>
        <w:t xml:space="preserve">[22:03] </w:t>
      </w:r>
      <w:r>
        <w:t>section kya gaya hai? Kaise constitution hai hamare? Kya aap yeh kahenge ke</w:t>
      </w:r>
    </w:p>
    <w:p>
      <w:pPr>
        <w:jc w:val="right"/>
      </w:pPr>
      <w:r>
        <w:t>سیکشن کیا گیا ہے؟ کیسے constitution ہے ہمارے؟ کیا آپ یہ کہیں گے کہ</w:t>
      </w:r>
    </w:p>
    <w:p>
      <w:r>
        <w:rPr>
          <w:b/>
        </w:rPr>
        <w:t xml:space="preserve">[22:08] </w:t>
      </w:r>
      <w:r>
        <w:t>India ka jo constitution hai woh section karta hai corruption ko? Woh alag hai, woh alag hai.</w:t>
      </w:r>
    </w:p>
    <w:p>
      <w:pPr>
        <w:jc w:val="right"/>
      </w:pPr>
      <w:r>
        <w:t>انڈیا کا جو constitution ہے وہ سیکشن کرتا ہے corruption کو؟ وہ الگ ہے، وہ الگ ہے۔</w:t>
      </w:r>
    </w:p>
    <w:p>
      <w:r>
        <w:rPr>
          <w:b/>
        </w:rPr>
        <w:t xml:space="preserve">[22:12] </w:t>
      </w:r>
      <w:r>
        <w:t>woh alag hai, woh alag hai.</w:t>
      </w:r>
    </w:p>
    <w:p>
      <w:pPr>
        <w:jc w:val="right"/>
      </w:pPr>
      <w:r>
        <w:t>وہ الگ ہے، وہ الگ ہے۔</w:t>
      </w:r>
    </w:p>
    <w:p>
      <w:r>
        <w:rPr>
          <w:b/>
        </w:rPr>
        <w:t xml:space="preserve">[22:17] </w:t>
      </w:r>
      <w:r>
        <w:t>isi liye mein kehta hoon ke Islam alag hai aur Muslim alag hai.</w:t>
      </w:r>
    </w:p>
    <w:p>
      <w:pPr>
        <w:jc w:val="right"/>
      </w:pPr>
      <w:r>
        <w:t>اسی لیے میں کہتا ہوں کہ اسلام الگ ہے اور مسلم الگ ہے۔</w:t>
      </w:r>
    </w:p>
    <w:p>
      <w:r>
        <w:rPr>
          <w:b/>
        </w:rPr>
        <w:t xml:space="preserve">[22:21] </w:t>
      </w:r>
      <w:r>
        <w:t>You have to differentiate between Islam and Muslims.</w:t>
      </w:r>
    </w:p>
    <w:p>
      <w:pPr>
        <w:jc w:val="right"/>
      </w:pPr>
      <w:r>
        <w:t>You have to differentiate between Islam and Muslims۔</w:t>
      </w:r>
    </w:p>
    <w:p>
      <w:r>
        <w:rPr>
          <w:b/>
        </w:rPr>
        <w:t xml:space="preserve">[22:26] </w:t>
      </w:r>
      <w:r>
        <w:t>You have to judge Muslims in the light of Islamic teachings and not vice versa.</w:t>
      </w:r>
    </w:p>
    <w:p>
      <w:pPr>
        <w:jc w:val="right"/>
      </w:pPr>
      <w:r>
        <w:t>You have to judge Muslims in the light of Islamic teachings and not vice versa۔</w:t>
      </w:r>
    </w:p>
    <w:p>
      <w:r>
        <w:rPr>
          <w:b/>
        </w:rPr>
        <w:t xml:space="preserve">[22:30] </w:t>
      </w:r>
      <w:r>
        <w:t>aik bohat important baat jo mujhe mili Quran mein woh hai mein zyada tar apne reference mein ya</w:t>
      </w:r>
    </w:p>
    <w:p>
      <w:pPr>
        <w:jc w:val="right"/>
      </w:pPr>
      <w:r>
        <w:t>ایک بہت important بات جو مجھے ملی قرآن میں وہ ہے میں زیادہ تر اپنے reference میں یا</w:t>
      </w:r>
    </w:p>
    <w:p>
      <w:r>
        <w:rPr>
          <w:b/>
        </w:rPr>
        <w:t xml:space="preserve">[22:35] </w:t>
      </w:r>
      <w:r>
        <w:t>apne experience ko bayan karna chahunga.</w:t>
      </w:r>
    </w:p>
    <w:p>
      <w:pPr>
        <w:jc w:val="right"/>
      </w:pPr>
      <w:r>
        <w:t>اپنے experience کو بیان کرنا چاہوں گا۔</w:t>
      </w:r>
    </w:p>
    <w:p>
      <w:r>
        <w:rPr>
          <w:b/>
        </w:rPr>
        <w:t xml:space="preserve">[22:40] </w:t>
      </w:r>
      <w:r>
        <w:t>dekhein aaj kal agar aap survey karein to duniya mein 99 percent log tension mein jeete hain.</w:t>
      </w:r>
    </w:p>
    <w:p>
      <w:pPr>
        <w:jc w:val="right"/>
      </w:pPr>
      <w:r>
        <w:t>دیکھیں آج کل اگر آپ survey کریں تو دنیا میں 99 percent لوگ tension میں جیتے ہیں۔</w:t>
      </w:r>
    </w:p>
    <w:p>
      <w:r>
        <w:rPr>
          <w:b/>
        </w:rPr>
        <w:t xml:space="preserve">[22:45] </w:t>
      </w:r>
      <w:r>
        <w:t>chahe India ho, chahe koi aur doosra country ho.</w:t>
      </w:r>
    </w:p>
    <w:p>
      <w:pPr>
        <w:jc w:val="right"/>
      </w:pPr>
      <w:r>
        <w:t>چاہے انڈیا ہو، چاہے کوئی اور دوسرا country ہو۔</w:t>
      </w:r>
    </w:p>
    <w:p>
      <w:r>
        <w:rPr>
          <w:b/>
        </w:rPr>
        <w:t xml:space="preserve">[22:50] </w:t>
      </w:r>
      <w:r>
        <w:t>Tension, tension, tension.</w:t>
      </w:r>
    </w:p>
    <w:p>
      <w:pPr>
        <w:jc w:val="right"/>
      </w:pPr>
      <w:r>
        <w:t>Tension, tension, tension۔</w:t>
      </w:r>
    </w:p>
    <w:p>
      <w:r>
        <w:rPr>
          <w:b/>
        </w:rPr>
        <w:t xml:space="preserve">[22:55] </w:t>
      </w:r>
      <w:r>
        <w:t>Tension sab se bara problem samjha jata hai aaj ki duniya mein.</w:t>
      </w:r>
    </w:p>
    <w:p>
      <w:pPr>
        <w:jc w:val="right"/>
      </w:pPr>
      <w:r>
        <w:t>Tension سب سے بڑا problem سمجھا جاتا ہے آج کی دنیا میں۔</w:t>
      </w:r>
    </w:p>
    <w:p>
      <w:r>
        <w:rPr>
          <w:b/>
        </w:rPr>
        <w:t xml:space="preserve">[23:00] </w:t>
      </w:r>
      <w:r>
        <w:t>aur bohat se log hain jo art of de-stressing ke naam par tension free woh banana chahte hain logon ko.</w:t>
      </w:r>
    </w:p>
    <w:p>
      <w:pPr>
        <w:jc w:val="right"/>
      </w:pPr>
      <w:r>
        <w:t>اور بہت سے لوگ ہیں جو art of de-stressing کے نام پر tension free وہ بنانا چاہتے ہیں لوگوں کو۔</w:t>
      </w:r>
    </w:p>
    <w:p>
      <w:r>
        <w:rPr>
          <w:b/>
        </w:rPr>
        <w:t xml:space="preserve">[23:05] </w:t>
      </w:r>
      <w:r>
        <w:t>mujhe Quran mein jo formula m</w:t>
      </w:r>
    </w:p>
    <w:p>
      <w:pPr>
        <w:jc w:val="right"/>
      </w:pPr>
      <w:r>
        <w:t>مجھے قرآن میں جو فارمولا م</w:t>
      </w:r>
    </w:p>
    <w:p>
      <w:r>
        <w:rPr>
          <w:b/>
        </w:rPr>
        <w:t xml:space="preserve">[23:10] </w:t>
      </w:r>
      <w:r>
        <w:t>la wahi natural formula hai. tension free mind ke sath jeene ka. woh kya hai? quran mein hai ke "لقد خلقنا الإنسان في قَبَطٍ". hum ne paida kiya insan ko difficulties mein. "We created man with difficulties". is ka matlab kya hua? ke difficulty is a part of life. dif</w:t>
      </w:r>
    </w:p>
    <w:p>
      <w:pPr>
        <w:jc w:val="right"/>
      </w:pPr>
      <w:r>
        <w:t>لا وہی natural فارمولا ہے۔ Tension free mind کے ساتھ جینے کا۔ وہ کیا ہے؟ قرآن میں ہے کہ "لقد خلقنا الإنسان في قَبَطٍ"۔ ہم نے پیدا کیا انسان کو difficulties میں۔ "We created man with difficulties"۔ اس کا مطلب کیا ہوا؟ کہ difficulty is a part of life۔ Dif</w:t>
      </w:r>
    </w:p>
    <w:p>
      <w:r>
        <w:rPr>
          <w:b/>
        </w:rPr>
        <w:t xml:space="preserve">[23:40] </w:t>
      </w:r>
      <w:r>
        <w:t>ficulty is a part of creation plan of God.</w:t>
      </w:r>
    </w:p>
    <w:p>
      <w:pPr>
        <w:jc w:val="right"/>
      </w:pPr>
      <w:r>
        <w:t>ficulty is a part of creation plan of God۔</w:t>
      </w:r>
    </w:p>
    <w:p>
      <w:r>
        <w:rPr>
          <w:b/>
        </w:rPr>
        <w:t xml:space="preserve">[23:46] </w:t>
      </w:r>
      <w:r>
        <w:t>acha ab dekhein ke aap poori universe mein logon ne study ki hai.</w:t>
      </w:r>
    </w:p>
    <w:p>
      <w:pPr>
        <w:jc w:val="right"/>
      </w:pPr>
      <w:r>
        <w:t>اچھا اب دیکھیں کہ آپ پوری universe میں لوگوں نے study کی ہے۔</w:t>
      </w:r>
    </w:p>
    <w:p>
      <w:r>
        <w:rPr>
          <w:b/>
        </w:rPr>
        <w:t xml:space="preserve">[23:52] </w:t>
      </w:r>
      <w:r>
        <w:t>poori universe mein kahin bhi koi negative cheez ko point out nahi kar saka koi.</w:t>
      </w:r>
    </w:p>
    <w:p>
      <w:pPr>
        <w:jc w:val="right"/>
      </w:pPr>
      <w:r>
        <w:t>پوری universe میں کہیں بھی کوئی negative چیز کو point out نہیں کر سکا کوئی۔</w:t>
      </w:r>
    </w:p>
    <w:p>
      <w:r>
        <w:rPr>
          <w:b/>
        </w:rPr>
        <w:t xml:space="preserve">[23:58] </w:t>
      </w:r>
      <w:r>
        <w:t>poori poori universe harm is mein bohat zyada yaani meaning hai.</w:t>
      </w:r>
    </w:p>
    <w:p>
      <w:pPr>
        <w:jc w:val="right"/>
      </w:pPr>
      <w:r>
        <w:t>پوری پوری universe harm اس میں بہت زیادہ یعنی meaning ہے۔</w:t>
      </w:r>
    </w:p>
    <w:p>
      <w:r>
        <w:rPr>
          <w:b/>
        </w:rPr>
        <w:t xml:space="preserve">[24:04] </w:t>
      </w:r>
      <w:r>
        <w:t>is bohat ziyada yani poori poori universe solar system se le kar galaxy tak har cheez mein</w:t>
      </w:r>
    </w:p>
    <w:p>
      <w:pPr>
        <w:jc w:val="right"/>
      </w:pPr>
      <w:r>
        <w:t>اس بہت زیادہ یعنی پوری پوری universe solar system سے لے کر galaxy تک ہر چیز میں</w:t>
      </w:r>
    </w:p>
    <w:p>
      <w:r>
        <w:rPr>
          <w:b/>
        </w:rPr>
        <w:t xml:space="preserve">[24:10] </w:t>
      </w:r>
      <w:r>
        <w:t>bohat hi aap meaning payenge.</w:t>
      </w:r>
    </w:p>
    <w:p>
      <w:pPr>
        <w:jc w:val="right"/>
      </w:pPr>
      <w:r>
        <w:t>بہت ہی آپ meaning پائیں گے۔</w:t>
      </w:r>
    </w:p>
    <w:p>
      <w:r>
        <w:rPr>
          <w:b/>
        </w:rPr>
        <w:t xml:space="preserve">[24:14] </w:t>
      </w:r>
      <w:r>
        <w:t>bohat harmony payenge.</w:t>
      </w:r>
    </w:p>
    <w:p>
      <w:pPr>
        <w:jc w:val="right"/>
      </w:pPr>
      <w:r>
        <w:t>بہت harmony پائیں گے۔</w:t>
      </w:r>
    </w:p>
    <w:p>
      <w:r>
        <w:rPr>
          <w:b/>
        </w:rPr>
        <w:t xml:space="preserve">[24:18] </w:t>
      </w:r>
      <w:r>
        <w:t>koi ek bhi ab tak koi aadmi nahi point out kar saka ke kahin koi negative point hai universe mein.</w:t>
      </w:r>
    </w:p>
    <w:p>
      <w:pPr>
        <w:jc w:val="right"/>
      </w:pPr>
      <w:r>
        <w:t>کوئی ایک بھی اب تک کوئی آدمی نہیں point out کر سکا کہ کہیں کوئی negative point ہے universe میں۔</w:t>
      </w:r>
    </w:p>
    <w:p>
      <w:r>
        <w:rPr>
          <w:b/>
        </w:rPr>
        <w:t xml:space="preserve">[24:23] </w:t>
      </w:r>
      <w:r>
        <w:t>to kya Khuda ne jo insaan ko banaya usi ko ek negative point de dega woh? aisa</w:t>
      </w:r>
    </w:p>
    <w:p>
      <w:pPr>
        <w:jc w:val="right"/>
      </w:pPr>
      <w:r>
        <w:t>تو کیا خدا نے جو انسان کو بنایا اسی کو ایک negative point دے دے گا وہ؟ ایسا</w:t>
      </w:r>
    </w:p>
    <w:p>
      <w:r>
        <w:rPr>
          <w:b/>
        </w:rPr>
        <w:t xml:space="preserve">[24:27] </w:t>
      </w:r>
      <w:r>
        <w:t>nahi ho sakta hai.</w:t>
      </w:r>
    </w:p>
    <w:p>
      <w:pPr>
        <w:jc w:val="right"/>
      </w:pPr>
      <w:r>
        <w:t>نہیں ہو سکتا ہے۔</w:t>
      </w:r>
    </w:p>
    <w:p>
      <w:r>
        <w:rPr>
          <w:b/>
        </w:rPr>
        <w:t xml:space="preserve">[24:31] </w:t>
      </w:r>
      <w:r>
        <w:t>to baat kya hai? Difficulties are blessing for us.</w:t>
      </w:r>
    </w:p>
    <w:p>
      <w:pPr>
        <w:jc w:val="right"/>
      </w:pPr>
      <w:r>
        <w:t>تو بات کیا ہے؟ Difficulties are blessing for us۔</w:t>
      </w:r>
    </w:p>
    <w:p>
      <w:r>
        <w:rPr>
          <w:b/>
        </w:rPr>
        <w:t xml:space="preserve">[24:36] </w:t>
      </w:r>
      <w:r>
        <w:t>Blessing for us.</w:t>
      </w:r>
    </w:p>
    <w:p>
      <w:pPr>
        <w:jc w:val="right"/>
      </w:pPr>
      <w:r>
        <w:t>Blessing for us۔</w:t>
      </w:r>
    </w:p>
    <w:p>
      <w:r>
        <w:rPr>
          <w:b/>
        </w:rPr>
        <w:t xml:space="preserve">[24:40] </w:t>
      </w:r>
      <w:r>
        <w:t>Difficulties are booster in our life.</w:t>
      </w:r>
    </w:p>
    <w:p>
      <w:pPr>
        <w:jc w:val="right"/>
      </w:pPr>
      <w:r>
        <w:t>Difficulties are booster in our life۔</w:t>
      </w:r>
    </w:p>
    <w:p>
      <w:r>
        <w:rPr>
          <w:b/>
        </w:rPr>
        <w:t xml:space="preserve">[24:46] </w:t>
      </w:r>
      <w:r>
        <w:t>dekhen aap jante hain ke volleyball mein kya hota hai? Ek wallar hota hai, ek booster hota hai.</w:t>
      </w:r>
    </w:p>
    <w:p>
      <w:pPr>
        <w:jc w:val="right"/>
      </w:pPr>
      <w:r>
        <w:t>دیکھیں آپ جانتے ہیں کہ والی بال میں کیا ہوتا ہے؟ ایک والر ہوتا ہے، ایک booster ہوتا ہے۔</w:t>
      </w:r>
    </w:p>
    <w:p>
      <w:r>
        <w:rPr>
          <w:b/>
        </w:rPr>
        <w:t xml:space="preserve">[24:51] </w:t>
      </w:r>
      <w:r>
        <w:t>to booster ke baghair wallar nahi kar sakta apna kaam.</w:t>
      </w:r>
    </w:p>
    <w:p>
      <w:pPr>
        <w:jc w:val="right"/>
      </w:pPr>
      <w:r>
        <w:t>تو booster کے بغیر والر نہیں کر سکتا اپنا کام۔</w:t>
      </w:r>
    </w:p>
    <w:p>
      <w:r>
        <w:rPr>
          <w:b/>
        </w:rPr>
        <w:t xml:space="preserve">[24:56] </w:t>
      </w:r>
      <w:r>
        <w:t>to that is physical booster.</w:t>
      </w:r>
    </w:p>
    <w:p>
      <w:pPr>
        <w:jc w:val="right"/>
      </w:pPr>
      <w:r>
        <w:t>تو that is physical booster۔</w:t>
      </w:r>
    </w:p>
    <w:p>
      <w:r>
        <w:rPr>
          <w:b/>
        </w:rPr>
        <w:t xml:space="preserve">[25:02] </w:t>
      </w:r>
      <w:r>
        <w:t>wallar mein yani volleyball mein jo booster hota hai woh that is physical booster.</w:t>
      </w:r>
    </w:p>
    <w:p>
      <w:pPr>
        <w:jc w:val="right"/>
      </w:pPr>
      <w:r>
        <w:t>والر میں یعنی والی بال میں جو booster ہوتا ہے وہ that is physical booster۔</w:t>
      </w:r>
    </w:p>
    <w:p>
      <w:r>
        <w:rPr>
          <w:b/>
        </w:rPr>
        <w:t xml:space="preserve">[25:07] </w:t>
      </w:r>
      <w:r>
        <w:t>Difficulties jo zindagi ke hain, jo tension jo hai zindagi mein woh intellectual booster hai. Woh</w:t>
      </w:r>
    </w:p>
    <w:p>
      <w:pPr>
        <w:jc w:val="right"/>
      </w:pPr>
      <w:r>
        <w:t>Difficulties جو زندگی کے ہیں، جو tension جو ہے زندگی میں وہ intellectual booster ہے۔ وہ</w:t>
      </w:r>
    </w:p>
    <w:p>
      <w:r>
        <w:rPr>
          <w:b/>
        </w:rPr>
        <w:t xml:space="preserve">[25:13] </w:t>
      </w:r>
      <w:r>
        <w:t>woh intellectual booster hai.</w:t>
      </w:r>
    </w:p>
    <w:p>
      <w:pPr>
        <w:jc w:val="right"/>
      </w:pPr>
      <w:r>
        <w:t>وہ intellectual booster ہے۔</w:t>
      </w:r>
    </w:p>
    <w:p>
      <w:r>
        <w:rPr>
          <w:b/>
        </w:rPr>
        <w:t xml:space="preserve">[25:16] </w:t>
      </w:r>
      <w:r>
        <w:t>Tension is is an intellectual booster.</w:t>
      </w:r>
    </w:p>
    <w:p>
      <w:pPr>
        <w:jc w:val="right"/>
      </w:pPr>
      <w:r>
        <w:t>Tension is is an intellectual booster۔</w:t>
      </w:r>
    </w:p>
    <w:p>
      <w:r>
        <w:rPr>
          <w:b/>
        </w:rPr>
        <w:t xml:space="preserve">[25:20] </w:t>
      </w:r>
      <w:r>
        <w:t>is ka proof kya hai? Aap in logon ko dekhen jo bohat hi yani aaram mein rehte hain,</w:t>
      </w:r>
    </w:p>
    <w:p>
      <w:pPr>
        <w:jc w:val="right"/>
      </w:pPr>
      <w:r>
        <w:t>اس کا proof کیا ہے؟ آپ ان لوگوں کو دیکھیں جو بہت ہی یعنی آرام میں رہتے ہیں،</w:t>
      </w:r>
    </w:p>
    <w:p>
      <w:r>
        <w:rPr>
          <w:b/>
        </w:rPr>
        <w:t xml:space="preserve">[25:23] </w:t>
      </w:r>
      <w:r>
        <w:t>koi problem nahi.</w:t>
      </w:r>
    </w:p>
    <w:p>
      <w:pPr>
        <w:jc w:val="right"/>
      </w:pPr>
      <w:r>
        <w:t>کوئی problem نہیں۔</w:t>
      </w:r>
    </w:p>
    <w:p>
      <w:r>
        <w:rPr>
          <w:b/>
        </w:rPr>
        <w:t xml:space="preserve">[25:26] </w:t>
      </w:r>
      <w:r>
        <w:t>un ko dekhen bilkul stupid dikhai denge aap ko.</w:t>
      </w:r>
    </w:p>
    <w:p>
      <w:pPr>
        <w:jc w:val="right"/>
      </w:pPr>
      <w:r>
        <w:t>ان کو دیکھیں بالکل stupid دکھائی دیں گے آپ کو۔</w:t>
      </w:r>
    </w:p>
    <w:p>
      <w:r>
        <w:rPr>
          <w:b/>
        </w:rPr>
        <w:t xml:space="preserve">[25:30] </w:t>
      </w:r>
      <w:r>
        <w:t>kisi bhi shakhs ko.</w:t>
      </w:r>
    </w:p>
    <w:p>
      <w:pPr>
        <w:jc w:val="right"/>
      </w:pPr>
      <w:r>
        <w:t>کسی بھی شخص کو۔</w:t>
      </w:r>
    </w:p>
    <w:p>
      <w:r>
        <w:rPr>
          <w:b/>
        </w:rPr>
        <w:t xml:space="preserve">[25:33] </w:t>
      </w:r>
      <w:r>
        <w:t>yahan tak Bill Gates jo dunya ka sab se bara yani richest aadmi hai us ne kaha ke</w:t>
      </w:r>
    </w:p>
    <w:p>
      <w:pPr>
        <w:jc w:val="right"/>
      </w:pPr>
      <w:r>
        <w:t>یہاں تک بل گیٹس جو دنیا کا سب سے بڑا یعنی richest آدمی ہے اس نے کہا کہ</w:t>
      </w:r>
    </w:p>
    <w:p>
      <w:r>
        <w:rPr>
          <w:b/>
        </w:rPr>
        <w:t xml:space="preserve">[25:36] </w:t>
      </w:r>
      <w:r>
        <w:t>mere bachche stupid ho gaye hain.</w:t>
      </w:r>
    </w:p>
    <w:p>
      <w:pPr>
        <w:jc w:val="right"/>
      </w:pPr>
      <w:r>
        <w:t>میرے بچے stupid ہو گئے ہیں۔</w:t>
      </w:r>
    </w:p>
    <w:p>
      <w:r>
        <w:rPr>
          <w:b/>
        </w:rPr>
        <w:t xml:space="preserve">[25:40] </w:t>
      </w:r>
      <w:r>
        <w:t>paise hain un ko stupid bana diya hai.</w:t>
      </w:r>
    </w:p>
    <w:p>
      <w:pPr>
        <w:jc w:val="right"/>
      </w:pPr>
      <w:r>
        <w:t>پیسے ہیں ان کو stupid بنا دیا ہے۔</w:t>
      </w:r>
    </w:p>
    <w:p>
      <w:r>
        <w:rPr>
          <w:b/>
        </w:rPr>
        <w:t xml:space="preserve">[25:43] </w:t>
      </w:r>
      <w:r>
        <w:t>to jo log problem free life jeete hain woh stupid ho jate hain.</w:t>
      </w:r>
    </w:p>
    <w:p>
      <w:pPr>
        <w:jc w:val="right"/>
      </w:pPr>
      <w:r>
        <w:t>تو جو لوگ problem free life جیتے ہیں وہ stupid ہو جاتے ہیں۔</w:t>
      </w:r>
    </w:p>
    <w:p>
      <w:r>
        <w:rPr>
          <w:b/>
        </w:rPr>
        <w:t xml:space="preserve">[25:49] </w:t>
      </w:r>
      <w:r>
        <w:t>kyun? Yeh jo difficulties hain, jo tension hai woh hamare mind ko activate karte hain.</w:t>
      </w:r>
    </w:p>
    <w:p>
      <w:pPr>
        <w:jc w:val="right"/>
      </w:pPr>
      <w:r>
        <w:t>کیوں؟ یہ جو difficulties ہیں، جو tension ہے وہ ہمارے mind کو activate کرتے ہیں۔</w:t>
      </w:r>
    </w:p>
    <w:p>
      <w:r>
        <w:rPr>
          <w:b/>
        </w:rPr>
        <w:t xml:space="preserve">[25:56] </w:t>
      </w:r>
      <w:r>
        <w:t>hamare mind ko activate karte hain.</w:t>
      </w:r>
    </w:p>
    <w:p>
      <w:pPr>
        <w:jc w:val="right"/>
      </w:pPr>
      <w:r>
        <w:t>ہمارے mind کو activate کرتے ہیں۔</w:t>
      </w:r>
    </w:p>
    <w:p>
      <w:r>
        <w:rPr>
          <w:b/>
        </w:rPr>
        <w:t xml:space="preserve">[26:02] </w:t>
      </w:r>
      <w:r>
        <w:t>woh hamare mind ko yani booster ka kaam karte hain, booster ka.</w:t>
      </w:r>
    </w:p>
    <w:p>
      <w:pPr>
        <w:jc w:val="right"/>
      </w:pPr>
      <w:r>
        <w:t>وہ ہمارے mind کو یعنی booster کا کام کرتے ہیں، booster کا۔</w:t>
      </w:r>
    </w:p>
    <w:p>
      <w:r>
        <w:rPr>
          <w:b/>
        </w:rPr>
        <w:t xml:space="preserve">[26:08] </w:t>
      </w:r>
      <w:r>
        <w:t>toh main manta hoon ke tension is an intellectual booster.</w:t>
      </w:r>
    </w:p>
    <w:p>
      <w:pPr>
        <w:jc w:val="right"/>
      </w:pPr>
      <w:r>
        <w:t>تو میں مانتا ہوں کہ tension is an intellectual booster۔</w:t>
      </w:r>
    </w:p>
    <w:p>
      <w:r>
        <w:rPr>
          <w:b/>
        </w:rPr>
        <w:t xml:space="preserve">[26:14] </w:t>
      </w:r>
      <w:r>
        <w:t>isi liye aap dekhen jitne bare bare jo log hain, bare bare writer, bare bare scientist sab difficulties mein. jaise ke milton ko dekhen. milton ki kitab 30 hazar mashhoor hui. har language translation hua is ka. "paradise lost". milton andha ho gaya tha, woh likhi thi yeh kitab. yani milton blind hua tha, blind. tab us ne yeh kitab likhi aur jo masterpiece bani jati hai. masterpiece bani jati hai. hamare desh mein gandhi ko aap</w:t>
      </w:r>
    </w:p>
    <w:p>
      <w:pPr>
        <w:jc w:val="right"/>
      </w:pPr>
      <w:r>
        <w:t>اسی لیے آپ دیکھیں جتنے بڑے بڑے جو لوگ ہیں، بڑے بڑے writer، بڑے بڑے scientist سب difficulties میں۔ جیسے کہ Milton کو دیکھیں۔ Milton کی کتاب 30 ہزار مشہور ہوئی۔ ہر language translation ہوا اس کا۔ "Paradise Lost"۔ Milton اندھا ہو گیا تھا، وہ لکھی تھی یہ کتاب۔ یعنی Milton blind ہوا تھا، blind۔ تب اس نے یہ کتاب لکھی اور جو masterpiece بنی جاتی ہے۔ Masterpiece بنی جاتی ہے۔ ہمارے દેશ میں گاندھی کو آپ</w:t>
      </w:r>
    </w:p>
    <w:p>
      <w:r>
        <w:rPr>
          <w:b/>
        </w:rPr>
        <w:t xml:space="preserve">[26:44] </w:t>
      </w:r>
      <w:r>
        <w:t>jaante hain ke bohat difficulties pesh aayen.</w:t>
      </w:r>
    </w:p>
    <w:p>
      <w:pPr>
        <w:jc w:val="right"/>
      </w:pPr>
      <w:r>
        <w:t>جانتے ہیں کہ بہت difficulties پیش آئیں۔</w:t>
      </w:r>
    </w:p>
    <w:p>
      <w:r>
        <w:rPr>
          <w:b/>
        </w:rPr>
        <w:t xml:space="preserve">[26:49] </w:t>
      </w:r>
      <w:r>
        <w:t>un ko jaade ki raat mein nikaal kar phenk diya gaya station par.</w:t>
      </w:r>
    </w:p>
    <w:p>
      <w:pPr>
        <w:jc w:val="right"/>
      </w:pPr>
      <w:r>
        <w:t>ان کو جاڑے کی رات میں نکال کر پھینک دیا گیا اسٹیشن پر۔</w:t>
      </w:r>
    </w:p>
    <w:p>
      <w:r>
        <w:rPr>
          <w:b/>
        </w:rPr>
        <w:t xml:space="preserve">[26:53] </w:t>
      </w:r>
      <w:r>
        <w:t>aur kya kya museebat hai.</w:t>
      </w:r>
    </w:p>
    <w:p>
      <w:pPr>
        <w:jc w:val="right"/>
      </w:pPr>
      <w:r>
        <w:t>اور کیا کیا مصیبت ہے۔</w:t>
      </w:r>
    </w:p>
    <w:p>
      <w:r>
        <w:rPr>
          <w:b/>
        </w:rPr>
        <w:t xml:space="preserve">[26:57] </w:t>
      </w:r>
      <w:r>
        <w:t>lekin Mahatma Gandhi aap dekhen ke hero ban gaye.</w:t>
      </w:r>
    </w:p>
    <w:p>
      <w:pPr>
        <w:jc w:val="right"/>
      </w:pPr>
      <w:r>
        <w:t>لیکن مہاتما گاندھی آپ دیکھیں کہ ہیرو بن گئے۔</w:t>
      </w:r>
    </w:p>
    <w:p>
      <w:r>
        <w:rPr>
          <w:b/>
        </w:rPr>
        <w:t xml:space="preserve">[27:02] </w:t>
      </w:r>
      <w:r>
        <w:t>toh main kahunga ke jis tarah se physical booster aap ko physical world mein taraqqi ka zariya</w:t>
      </w:r>
    </w:p>
    <w:p>
      <w:pPr>
        <w:jc w:val="right"/>
      </w:pPr>
      <w:r>
        <w:t>تو میں کہوں گا کہ جس طرح سے physical booster آپ کو physical world میں ترقی کا ذریعہ</w:t>
      </w:r>
    </w:p>
    <w:p>
      <w:r>
        <w:rPr>
          <w:b/>
        </w:rPr>
        <w:t xml:space="preserve">[27:06] </w:t>
      </w:r>
      <w:r>
        <w:t>banta hai, isi tarah aap ko intellectual booster ki zaroorat hai.</w:t>
      </w:r>
    </w:p>
    <w:p>
      <w:pPr>
        <w:jc w:val="right"/>
      </w:pPr>
      <w:r>
        <w:t>بنتا ہے، اسی طرح آپ کو intellectual booster کی ضرورت ہے۔</w:t>
      </w:r>
    </w:p>
    <w:p>
      <w:r>
        <w:rPr>
          <w:b/>
        </w:rPr>
        <w:t xml:space="preserve">[27:10] </w:t>
      </w:r>
      <w:r>
        <w:t>aur tension is nothing but intellectual booster.</w:t>
      </w:r>
    </w:p>
    <w:p>
      <w:pPr>
        <w:jc w:val="right"/>
      </w:pPr>
      <w:r>
        <w:t>اور tension is nothing but intellectual booster۔</w:t>
      </w:r>
    </w:p>
    <w:p>
      <w:r>
        <w:rPr>
          <w:b/>
        </w:rPr>
        <w:t xml:space="preserve">[27:15] </w:t>
      </w:r>
      <w:r>
        <w:t>aap ke mind mein yeh mana jata hai science mein ke mind mein aap ka jo brain hai us mein unlimited capacity hai. unlimited capacity. woh kaise khulti hai? woh unfold kaise hoti hai? woh unfold hoti hai jab aap ko shock lagta hai. jab shock lagta hai. shock agar na lage to mind unfold nahin hoga. mind capacity jo hai woh pari rahe gi aisi. jais</w:t>
      </w:r>
    </w:p>
    <w:p>
      <w:pPr>
        <w:jc w:val="right"/>
      </w:pPr>
      <w:r>
        <w:t>آپ کے mind میں یہ مانا جاتا ہے سائنس میں کہ mind میں آپ کا جو brain ہے اس میں unlimited capacity ہے۔ Unlimited capacity۔ وہ کیسے کھلتی ہے؟ وہ unfold کیسے ہوتی ہے؟ وہ unfold ہوتی ہے جب آپ کو shock لگتا ہے۔ جب shock لگتا ہے۔ Shock اگر نہ لگے تو mind unfold نہیں ہوگا۔ Mind capacity جو ہے وہ پڑی رہے گی ایسی۔ جیس</w:t>
      </w:r>
    </w:p>
    <w:p>
      <w:r>
        <w:rPr>
          <w:b/>
        </w:rPr>
        <w:t xml:space="preserve">[27:45] </w:t>
      </w:r>
      <w:r>
        <w:t>a ke kisi bhi kisi bhi family mein aap chale jaiye jahan ke baap ne bohat kama kar</w:t>
      </w:r>
    </w:p>
    <w:p>
      <w:pPr>
        <w:jc w:val="right"/>
      </w:pPr>
      <w:r>
        <w:t>ا کہ کسی بھی کسی بھی family میں آپ چلے جائیے جہاں کے باپ نے بہت کما کر</w:t>
      </w:r>
    </w:p>
    <w:p>
      <w:r>
        <w:rPr>
          <w:b/>
        </w:rPr>
        <w:t xml:space="preserve">[27:49] </w:t>
      </w:r>
      <w:r>
        <w:t>rakh diya ho.</w:t>
      </w:r>
    </w:p>
    <w:p>
      <w:pPr>
        <w:jc w:val="right"/>
      </w:pPr>
      <w:r>
        <w:t>رکھ دیا ہو۔</w:t>
      </w:r>
    </w:p>
    <w:p>
      <w:r>
        <w:rPr>
          <w:b/>
        </w:rPr>
        <w:t xml:space="preserve">[27:52] </w:t>
      </w:r>
      <w:r>
        <w:t>ab beta khaali aish kar raha hai.</w:t>
      </w:r>
    </w:p>
    <w:p>
      <w:pPr>
        <w:jc w:val="right"/>
      </w:pPr>
      <w:r>
        <w:t>اب بیٹا خالی عیش کر رہا ہے۔</w:t>
      </w:r>
    </w:p>
    <w:p>
      <w:r>
        <w:rPr>
          <w:b/>
        </w:rPr>
        <w:t xml:space="preserve">[27:56] </w:t>
      </w:r>
      <w:r>
        <w:t>aap baat kijiye us ko bilkul stupid dikhai dega woh.</w:t>
      </w:r>
    </w:p>
    <w:p>
      <w:pPr>
        <w:jc w:val="right"/>
      </w:pPr>
      <w:r>
        <w:t>آپ بات کیجیے اس کو بالکل stupid دکھائی دے گا وہ۔</w:t>
      </w:r>
    </w:p>
    <w:p>
      <w:r>
        <w:rPr>
          <w:b/>
        </w:rPr>
        <w:t xml:space="preserve">[28:00] </w:t>
      </w:r>
      <w:r>
        <w:t>koi science mein koi karamad nahi dikhayega.</w:t>
      </w:r>
    </w:p>
    <w:p>
      <w:pPr>
        <w:jc w:val="right"/>
      </w:pPr>
      <w:r>
        <w:t>کوئی سائنس میں کوئی کارآمد نہیں دکھائے گا۔</w:t>
      </w:r>
    </w:p>
    <w:p>
      <w:r>
        <w:rPr>
          <w:b/>
        </w:rPr>
        <w:t xml:space="preserve">[28:04] </w:t>
      </w:r>
      <w:r>
        <w:t>hamare haan Raman jo itne bare scientist the aur un ka darbaar naam hai, Nobel prize mila un ko.</w:t>
      </w:r>
    </w:p>
    <w:p>
      <w:pPr>
        <w:jc w:val="right"/>
      </w:pPr>
      <w:r>
        <w:t>ہمارے ہاں رامن جو اتنے بڑے scientist تھے اور ان کا دربار نام ہے، نوبل پرائز ملا ان کو۔</w:t>
      </w:r>
    </w:p>
    <w:p>
      <w:r>
        <w:rPr>
          <w:b/>
        </w:rPr>
        <w:t xml:space="preserve">[28:07] </w:t>
      </w:r>
      <w:r>
        <w:t>woh bohat bari museebat mein the.</w:t>
      </w:r>
    </w:p>
    <w:p>
      <w:pPr>
        <w:jc w:val="right"/>
      </w:pPr>
      <w:r>
        <w:t>وہ بہت بڑی مصیبت میں تھے۔</w:t>
      </w:r>
    </w:p>
    <w:p>
      <w:r>
        <w:rPr>
          <w:b/>
        </w:rPr>
        <w:t xml:space="preserve">[28:11] </w:t>
      </w:r>
      <w:r>
        <w:t>jo jo woh student the un ko ek ek device chahiye thi is research karne ke liye. jo</w:t>
      </w:r>
    </w:p>
    <w:p>
      <w:pPr>
        <w:jc w:val="right"/>
      </w:pPr>
      <w:r>
        <w:t>جو جو وہ student تھے ان کو ایک ایک device چاہیے تھی اس research کرنے کے لیے۔ جو</w:t>
      </w:r>
    </w:p>
    <w:p>
      <w:r>
        <w:rPr>
          <w:b/>
        </w:rPr>
        <w:t xml:space="preserve">[28:15] </w:t>
      </w:r>
      <w:r>
        <w:t>us zamane mein 25,000 mein milti thi. un ke pas paisa nahin tha ke 25,000 mein is device ko khareeden woh. to unhon ne birla ko khat likha. birla. to birla janta nahin tha raman ko. us ne usi waqt 25,000 ka check bhej diya un ko. beshak jo hai nobel prize diya us ne. to behal mein yeh kahoon ga ke tension jo hai woh intellectual booster ka kaam karta</w:t>
      </w:r>
    </w:p>
    <w:p>
      <w:pPr>
        <w:jc w:val="right"/>
      </w:pPr>
      <w:r>
        <w:t>اس زمانے میں 25,000 میں ملتی تھی۔ ان کے پاس پیسہ نہیں تھا کہ 25,000 میں اس device کو خریدیں وہ۔ تو انہوں نے برلہ کو خط لکھا۔ برلہ۔ تو برلہ جانتا نہیں تھا رامن کو۔ اس نے اسی وقت 25,000 کا چیک بھیج دیا ان کو۔ بے شک جو ہے نوبل پرائز دیا اس نے۔ تو بہرحال میں یہ کہوں گا کہ tension جو ہے وہ intellectual booster کا کام کرتا</w:t>
      </w:r>
    </w:p>
    <w:p>
      <w:r>
        <w:rPr>
          <w:b/>
        </w:rPr>
        <w:t xml:space="preserve">[28:45] </w:t>
      </w:r>
      <w:r>
        <w:t>hai hamari life mein.</w:t>
      </w:r>
    </w:p>
    <w:p>
      <w:pPr>
        <w:jc w:val="right"/>
      </w:pPr>
      <w:r>
        <w:t>ہے ہماری life میں۔</w:t>
      </w:r>
    </w:p>
    <w:p>
      <w:r>
        <w:rPr>
          <w:b/>
        </w:rPr>
        <w:t xml:space="preserve">[28:49] </w:t>
      </w:r>
      <w:r>
        <w:t>main khud is ka gawah hoon.</w:t>
      </w:r>
    </w:p>
    <w:p>
      <w:pPr>
        <w:jc w:val="right"/>
      </w:pPr>
      <w:r>
        <w:t>میں خود اس کا گواہ ہوں۔</w:t>
      </w:r>
    </w:p>
    <w:p>
      <w:r>
        <w:rPr>
          <w:b/>
        </w:rPr>
        <w:t xml:space="preserve">[28:52] </w:t>
      </w:r>
      <w:r>
        <w:t>meri zindagi mein tension, tension, tension.</w:t>
      </w:r>
    </w:p>
    <w:p>
      <w:pPr>
        <w:jc w:val="right"/>
      </w:pPr>
      <w:r>
        <w:t>میری زندگی میں tension, tension, tension۔</w:t>
      </w:r>
    </w:p>
    <w:p>
      <w:r>
        <w:rPr>
          <w:b/>
        </w:rPr>
        <w:t xml:space="preserve">[28:56] </w:t>
      </w:r>
      <w:r>
        <w:t>lekin kabhi maine tension ko negative sense mein nahi liya.</w:t>
      </w:r>
    </w:p>
    <w:p>
      <w:pPr>
        <w:jc w:val="right"/>
      </w:pPr>
      <w:r>
        <w:t>لیکن کبھی میں نے tension کو negative sense میں نہیں لیا۔</w:t>
      </w:r>
    </w:p>
    <w:p>
      <w:r>
        <w:rPr>
          <w:b/>
        </w:rPr>
        <w:t xml:space="preserve">[28:59] </w:t>
      </w:r>
      <w:r>
        <w:t>hamesha positive sense mein liya.</w:t>
      </w:r>
    </w:p>
    <w:p>
      <w:pPr>
        <w:jc w:val="right"/>
      </w:pPr>
      <w:r>
        <w:t>ہمیشہ positive sense میں لیا۔</w:t>
      </w:r>
    </w:p>
    <w:p>
      <w:r>
        <w:rPr>
          <w:b/>
        </w:rPr>
        <w:t xml:space="preserve">[29:03] </w:t>
      </w:r>
      <w:r>
        <w:t>toh main yeh kahunga ke Quran mein mujh ko jo formula mila us ko ek lafz mein</w:t>
      </w:r>
    </w:p>
    <w:p>
      <w:pPr>
        <w:jc w:val="right"/>
      </w:pPr>
      <w:r>
        <w:t>تو میں یہ کہوں گا کہ قرآن میں مجھ کو جو فارمولا ملا اس کو ایک لفظ میں</w:t>
      </w:r>
    </w:p>
    <w:p>
      <w:r>
        <w:rPr>
          <w:b/>
        </w:rPr>
        <w:t xml:space="preserve">[29:07] </w:t>
      </w:r>
      <w:r>
        <w:t>keh sakta hoon ke life management.</w:t>
      </w:r>
    </w:p>
    <w:p>
      <w:pPr>
        <w:jc w:val="right"/>
      </w:pPr>
      <w:r>
        <w:t>کہہ سکتا ہوں کہ life management۔</w:t>
      </w:r>
    </w:p>
    <w:p>
      <w:r>
        <w:rPr>
          <w:b/>
        </w:rPr>
        <w:t xml:space="preserve">[29:10] </w:t>
      </w:r>
      <w:r>
        <w:t>Life ko kaise manage kiya jae.</w:t>
      </w:r>
    </w:p>
    <w:p>
      <w:pPr>
        <w:jc w:val="right"/>
      </w:pPr>
      <w:r>
        <w:t>Life کو کیسے manage کیا جائے۔</w:t>
      </w:r>
    </w:p>
    <w:p>
      <w:r>
        <w:rPr>
          <w:b/>
        </w:rPr>
        <w:t xml:space="preserve">[29:14] </w:t>
      </w:r>
      <w:r>
        <w:t>Is ka ek principle tha policy of acceptance.</w:t>
      </w:r>
    </w:p>
    <w:p>
      <w:pPr>
        <w:jc w:val="right"/>
      </w:pPr>
      <w:r>
        <w:t>اس کا ایک principle تھا policy of acceptance۔</w:t>
      </w:r>
    </w:p>
    <w:p>
      <w:r>
        <w:rPr>
          <w:b/>
        </w:rPr>
        <w:t xml:space="preserve">[29:18] </w:t>
      </w:r>
      <w:r>
        <w:t>Policy of acceptance.</w:t>
      </w:r>
    </w:p>
    <w:p>
      <w:pPr>
        <w:jc w:val="right"/>
      </w:pPr>
      <w:r>
        <w:t>Policy of acceptance۔</w:t>
      </w:r>
    </w:p>
    <w:p>
      <w:r>
        <w:rPr>
          <w:b/>
        </w:rPr>
        <w:t xml:space="preserve">[29:22] </w:t>
      </w:r>
      <w:r>
        <w:t>Yani aap society mein hain, aap kisi country mein hain kahin to bohat si cheezain aap ke liye unwanted hain. Unwanted.</w:t>
      </w:r>
    </w:p>
    <w:p>
      <w:pPr>
        <w:jc w:val="right"/>
      </w:pPr>
      <w:r>
        <w:t>یعنی آپ society میں ہیں، آپ کسی country میں ہیں کہیں تو بہت سی چیزیں آپ کے لیے unwanted ہیں۔ Unwanted۔</w:t>
      </w:r>
    </w:p>
    <w:p>
      <w:r>
        <w:rPr>
          <w:b/>
        </w:rPr>
        <w:t xml:space="preserve">[29:26] </w:t>
      </w:r>
      <w:r>
        <w:t>Is ko accept kijiye.</w:t>
      </w:r>
    </w:p>
    <w:p>
      <w:pPr>
        <w:jc w:val="right"/>
      </w:pPr>
      <w:r>
        <w:t>اس کو accept کیجیے۔</w:t>
      </w:r>
    </w:p>
    <w:p>
      <w:r>
        <w:rPr>
          <w:b/>
        </w:rPr>
        <w:t xml:space="preserve">[29:30] </w:t>
      </w:r>
      <w:r>
        <w:t>Is ko lariye mat is se.</w:t>
      </w:r>
    </w:p>
    <w:p>
      <w:pPr>
        <w:jc w:val="right"/>
      </w:pPr>
      <w:r>
        <w:t>اس کو لڑیے مت اس سے۔</w:t>
      </w:r>
    </w:p>
    <w:p>
      <w:r>
        <w:rPr>
          <w:b/>
        </w:rPr>
        <w:t xml:space="preserve">[29:35] </w:t>
      </w:r>
      <w:r>
        <w:t>Kyun? Jab bhi koi yeh yeh Quran mein bataya gaya ke "Innama al-usri yusra" ke jahan problem hai</w:t>
      </w:r>
    </w:p>
    <w:p>
      <w:pPr>
        <w:jc w:val="right"/>
      </w:pPr>
      <w:r>
        <w:t>کیوں؟ جب بھی کوئی یہ یہ قرآن میں بتایا گیا کہ "إنما العسر يسر" کہ جہاں problem ہے</w:t>
      </w:r>
    </w:p>
    <w:p>
      <w:r>
        <w:rPr>
          <w:b/>
        </w:rPr>
        <w:t xml:space="preserve">[29:39] </w:t>
      </w:r>
      <w:r>
        <w:t>wahin opportunity hai.</w:t>
      </w:r>
    </w:p>
    <w:p>
      <w:pPr>
        <w:jc w:val="right"/>
      </w:pPr>
      <w:r>
        <w:t>وہیں opportunity ہے۔</w:t>
      </w:r>
    </w:p>
    <w:p>
      <w:r>
        <w:rPr>
          <w:b/>
        </w:rPr>
        <w:t xml:space="preserve">[29:43] </w:t>
      </w:r>
      <w:r>
        <w:t>Ek ayat Quran mein do bar</w:t>
      </w:r>
    </w:p>
    <w:p>
      <w:pPr>
        <w:jc w:val="right"/>
      </w:pPr>
      <w:r>
        <w:t>ایک آیت قرآن میں دو بار</w:t>
      </w:r>
    </w:p>
    <w:p>
      <w:r>
        <w:rPr>
          <w:b/>
        </w:rPr>
        <w:t xml:space="preserve">[29:48] </w:t>
      </w:r>
      <w:r>
        <w:t>aai hai.</w:t>
      </w:r>
    </w:p>
    <w:p>
      <w:pPr>
        <w:jc w:val="right"/>
      </w:pPr>
      <w:r>
        <w:t>آئی ہے۔</w:t>
      </w:r>
    </w:p>
    <w:p>
      <w:r>
        <w:rPr>
          <w:b/>
        </w:rPr>
        <w:t xml:space="preserve">[29:51] </w:t>
      </w:r>
      <w:r>
        <w:t>"Where there is problem there are opportunities".</w:t>
      </w:r>
    </w:p>
    <w:p>
      <w:pPr>
        <w:jc w:val="right"/>
      </w:pPr>
      <w:r>
        <w:t>"Where there is problem there are opportunities"۔</w:t>
      </w:r>
    </w:p>
    <w:p>
      <w:r>
        <w:rPr>
          <w:b/>
        </w:rPr>
        <w:t xml:space="preserve">[29:55] </w:t>
      </w:r>
      <w:r>
        <w:t>Is ka matlab kya hua? Ignore the problem avail the opportunities.</w:t>
      </w:r>
    </w:p>
    <w:p>
      <w:pPr>
        <w:jc w:val="right"/>
      </w:pPr>
      <w:r>
        <w:t>اس کا مطلب کیا ہوا؟ Ignore the problem avail the opportunities۔</w:t>
      </w:r>
    </w:p>
    <w:p>
      <w:r>
        <w:rPr>
          <w:b/>
        </w:rPr>
        <w:t xml:space="preserve">[29:59] </w:t>
      </w:r>
      <w:r>
        <w:t>Yeh hai management, life management ka formula.</w:t>
      </w:r>
    </w:p>
    <w:p>
      <w:pPr>
        <w:jc w:val="right"/>
      </w:pPr>
      <w:r>
        <w:t>یہ ہے management، life management کا فارمولا۔</w:t>
      </w:r>
    </w:p>
    <w:p>
      <w:r>
        <w:rPr>
          <w:b/>
        </w:rPr>
        <w:t xml:space="preserve">[30:03] </w:t>
      </w:r>
      <w:r>
        <w:t>Ignore the problem avail the opportunities.</w:t>
      </w:r>
    </w:p>
    <w:p>
      <w:pPr>
        <w:jc w:val="right"/>
      </w:pPr>
      <w:r>
        <w:t>Ignore the problem avail the opportunities۔</w:t>
      </w:r>
    </w:p>
    <w:p>
      <w:r>
        <w:rPr>
          <w:b/>
        </w:rPr>
        <w:t xml:space="preserve">[30:07] </w:t>
      </w:r>
      <w:r>
        <w:t>To log kya karte hain? Problems se larnay lagte hain.</w:t>
      </w:r>
    </w:p>
    <w:p>
      <w:pPr>
        <w:jc w:val="right"/>
      </w:pPr>
      <w:r>
        <w:t>تو لوگ کیا کرتے ہیں؟ Problems سے لڑنے لگتے ہیں۔</w:t>
      </w:r>
    </w:p>
    <w:p>
      <w:r>
        <w:rPr>
          <w:b/>
        </w:rPr>
        <w:t xml:space="preserve">[30:11] </w:t>
      </w:r>
      <w:r>
        <w:t>Bhai problems ko larte hain.</w:t>
      </w:r>
    </w:p>
    <w:p>
      <w:pPr>
        <w:jc w:val="right"/>
      </w:pPr>
      <w:r>
        <w:t>بھئی problems کو لڑتے ہیں۔</w:t>
      </w:r>
    </w:p>
    <w:p>
      <w:r>
        <w:rPr>
          <w:b/>
        </w:rPr>
        <w:t xml:space="preserve">[30:14] </w:t>
      </w:r>
      <w:r>
        <w:t>Problem ke sath sath jahan opportunities hain to aap is ko avail kijiye</w:t>
      </w:r>
    </w:p>
    <w:p>
      <w:pPr>
        <w:jc w:val="right"/>
      </w:pPr>
      <w:r>
        <w:t>Problem کے ساتھ ساتھ جہاں opportunities ہیں تو آپ اس کو avail کیجیے</w:t>
      </w:r>
    </w:p>
    <w:p>
      <w:r>
        <w:rPr>
          <w:b/>
        </w:rPr>
        <w:t xml:space="preserve">[30:18] </w:t>
      </w:r>
      <w:r>
        <w:t>aur is ko ignore kar dijiye.</w:t>
      </w:r>
    </w:p>
    <w:p>
      <w:pPr>
        <w:jc w:val="right"/>
      </w:pPr>
      <w:r>
        <w:t>اور اس کو ignore کر دیجیے۔</w:t>
      </w:r>
    </w:p>
    <w:p>
      <w:r>
        <w:rPr>
          <w:b/>
        </w:rPr>
        <w:t xml:space="preserve">[30:23] </w:t>
      </w:r>
      <w:r>
        <w:t>To yeh Quran mein best formula diya gaya hai ke "Ignore the problem avail the opportunities".</w:t>
      </w:r>
    </w:p>
    <w:p>
      <w:pPr>
        <w:jc w:val="right"/>
      </w:pPr>
      <w:r>
        <w:t>تو یہ قرآن میں best فارمولا دیا گیا ہے کہ "Ignore the problem avail the opportunities"۔</w:t>
      </w:r>
    </w:p>
    <w:p>
      <w:r>
        <w:rPr>
          <w:b/>
        </w:rPr>
        <w:t xml:space="preserve">[30:28] </w:t>
      </w:r>
      <w:r>
        <w:t>Aur mein ne zindagi bhar yahi kiya.</w:t>
      </w:r>
    </w:p>
    <w:p>
      <w:pPr>
        <w:jc w:val="right"/>
      </w:pPr>
      <w:r>
        <w:t>اور میں نے زندگی بھر یہی کیا۔</w:t>
      </w:r>
    </w:p>
    <w:p>
      <w:r>
        <w:rPr>
          <w:b/>
        </w:rPr>
        <w:t xml:space="preserve">[30:33] </w:t>
      </w:r>
      <w:r>
        <w:t>Mein kabhi problem se lara nahin.</w:t>
      </w:r>
    </w:p>
    <w:p>
      <w:pPr>
        <w:jc w:val="right"/>
      </w:pPr>
      <w:r>
        <w:t>میں کبھی problem سے لڑا نہیں۔</w:t>
      </w:r>
    </w:p>
    <w:p>
      <w:r>
        <w:rPr>
          <w:b/>
        </w:rPr>
        <w:t xml:space="preserve">[30:38] </w:t>
      </w:r>
      <w:r>
        <w:t>Hamesha mein ne problem ko avoid kiya, avoid kiya, avoid kiya.</w:t>
      </w:r>
    </w:p>
    <w:p>
      <w:pPr>
        <w:jc w:val="right"/>
      </w:pPr>
      <w:r>
        <w:t>ہمیشہ میں نے problem کو avoid کیا، avoid کیا، avoid کیا۔</w:t>
      </w:r>
    </w:p>
    <w:p>
      <w:r>
        <w:rPr>
          <w:b/>
        </w:rPr>
        <w:t xml:space="preserve">[30:43] </w:t>
      </w:r>
      <w:r>
        <w:t>To Quran ka ek yeh bhi hum keh sakte hain Quran ek book of spirituality hai.</w:t>
      </w:r>
    </w:p>
    <w:p>
      <w:pPr>
        <w:jc w:val="right"/>
      </w:pPr>
      <w:r>
        <w:t>تو قرآن کا ایک یہ بھی ہم کہہ سکتے ہیں قرآن ایک book of spirituality ہے۔</w:t>
      </w:r>
    </w:p>
    <w:p>
      <w:r>
        <w:rPr>
          <w:b/>
        </w:rPr>
        <w:t xml:space="preserve">[30:48] </w:t>
      </w:r>
      <w:r>
        <w:t>Book of spirituality.</w:t>
      </w:r>
    </w:p>
    <w:p>
      <w:pPr>
        <w:jc w:val="right"/>
      </w:pPr>
      <w:r>
        <w:t>Book of spirituality۔</w:t>
      </w:r>
    </w:p>
    <w:p>
      <w:r>
        <w:rPr>
          <w:b/>
        </w:rPr>
        <w:t xml:space="preserve">[30:51] </w:t>
      </w:r>
      <w:r>
        <w:t>Lekin spirituality dekhen spirituality ke do concept hain.</w:t>
      </w:r>
    </w:p>
    <w:p>
      <w:pPr>
        <w:jc w:val="right"/>
      </w:pPr>
      <w:r>
        <w:t>لیکن spirituality دیکھیں spirituality کے دو concept ہیں۔</w:t>
      </w:r>
    </w:p>
    <w:p>
      <w:r>
        <w:rPr>
          <w:b/>
        </w:rPr>
        <w:t xml:space="preserve">[30:54] </w:t>
      </w:r>
      <w:r>
        <w:t>ek hai ke aap hermit ban jayen.</w:t>
      </w:r>
    </w:p>
    <w:p>
      <w:pPr>
        <w:jc w:val="right"/>
      </w:pPr>
      <w:r>
        <w:t>ایک ہے کہ آپ hermit بن جائیں۔</w:t>
      </w:r>
    </w:p>
    <w:p>
      <w:r>
        <w:rPr>
          <w:b/>
        </w:rPr>
        <w:t xml:space="preserve">[30:57] </w:t>
      </w:r>
      <w:r>
        <w:t>aap janglon mein chale jayen.</w:t>
      </w:r>
    </w:p>
    <w:p>
      <w:pPr>
        <w:jc w:val="right"/>
      </w:pPr>
      <w:r>
        <w:t>آپ جنگل میں چلے جائیں۔</w:t>
      </w:r>
    </w:p>
    <w:p>
      <w:r>
        <w:rPr>
          <w:b/>
        </w:rPr>
        <w:t xml:space="preserve">[31:00] </w:t>
      </w:r>
      <w:r>
        <w:t>aap kahin seclusion mein chale jayen.</w:t>
      </w:r>
    </w:p>
    <w:p>
      <w:pPr>
        <w:jc w:val="right"/>
      </w:pPr>
      <w:r>
        <w:t>آپ کہیں seclusion میں چلے جائیں۔</w:t>
      </w:r>
    </w:p>
    <w:p>
      <w:r>
        <w:rPr>
          <w:b/>
        </w:rPr>
        <w:t xml:space="preserve">[31:03] </w:t>
      </w:r>
      <w:r>
        <w:t>yeh concept spirituality ka Quran mein nahin hai.</w:t>
      </w:r>
    </w:p>
    <w:p>
      <w:pPr>
        <w:jc w:val="right"/>
      </w:pPr>
      <w:r>
        <w:t>یہ concept spirituality کا قرآن میں نہیں ہے۔</w:t>
      </w:r>
    </w:p>
    <w:p>
      <w:r>
        <w:rPr>
          <w:b/>
        </w:rPr>
        <w:t xml:space="preserve">[31:06] </w:t>
      </w:r>
      <w:r>
        <w:t>Quran mein jo spirituality ka concept hai woh doosra hai.</w:t>
      </w:r>
    </w:p>
    <w:p>
      <w:pPr>
        <w:jc w:val="right"/>
      </w:pPr>
      <w:r>
        <w:t>قرآن میں جو spirituality کا concept ہے وہ دوسرا ہے۔</w:t>
      </w:r>
    </w:p>
    <w:p>
      <w:r>
        <w:rPr>
          <w:b/>
        </w:rPr>
        <w:t xml:space="preserve">[31:09] </w:t>
      </w:r>
      <w:r>
        <w:t>yani Quran ke mutabiq mind is a spiritual animal.</w:t>
      </w:r>
    </w:p>
    <w:p>
      <w:pPr>
        <w:jc w:val="right"/>
      </w:pPr>
      <w:r>
        <w:t>یعنی قرآن کے مطابق mind is a spiritual animal۔</w:t>
      </w:r>
    </w:p>
    <w:p>
      <w:r>
        <w:rPr>
          <w:b/>
        </w:rPr>
        <w:t xml:space="preserve">[31:12] </w:t>
      </w:r>
      <w:r>
        <w:t>yeh sahi hai.</w:t>
      </w:r>
    </w:p>
    <w:p>
      <w:pPr>
        <w:jc w:val="right"/>
      </w:pPr>
      <w:r>
        <w:t>یہ صحیح ہے۔</w:t>
      </w:r>
    </w:p>
    <w:p>
      <w:r>
        <w:rPr>
          <w:b/>
        </w:rPr>
        <w:t xml:space="preserve">[31:15] </w:t>
      </w:r>
      <w:r>
        <w:t>lekin kis sense mein? woh hai</w:t>
      </w:r>
    </w:p>
    <w:p>
      <w:pPr>
        <w:jc w:val="right"/>
      </w:pPr>
      <w:r>
        <w:t>لیکن کس sense میں؟ وہ ہے</w:t>
      </w:r>
    </w:p>
    <w:p>
      <w:r>
        <w:rPr>
          <w:b/>
        </w:rPr>
        <w:t xml:space="preserve">[31:19] </w:t>
      </w:r>
      <w:r>
        <w:t>Quran ki spirituality jo hai woh base karti hai positive thinking par.</w:t>
      </w:r>
    </w:p>
    <w:p>
      <w:pPr>
        <w:jc w:val="right"/>
      </w:pPr>
      <w:r>
        <w:t>قرآن کی spirituality جو ہے وہ base کرتی ہے positive thinking پر۔</w:t>
      </w:r>
    </w:p>
    <w:p>
      <w:r>
        <w:rPr>
          <w:b/>
        </w:rPr>
        <w:t xml:space="preserve">[31:24] </w:t>
      </w:r>
      <w:r>
        <w:t>Positive thinking is the gist of spirituality according to the Islam, according to the Quran.</w:t>
      </w:r>
    </w:p>
    <w:p>
      <w:pPr>
        <w:jc w:val="right"/>
      </w:pPr>
      <w:r>
        <w:t>Positive thinking is the gist of spirituality according to the Islam، according to the قرآن۔</w:t>
      </w:r>
    </w:p>
    <w:p>
      <w:r>
        <w:rPr>
          <w:b/>
        </w:rPr>
        <w:t xml:space="preserve">[31:29] </w:t>
      </w:r>
      <w:r>
        <w:t>toh is sense mein main keh sakta hoon ke ke Quran jo hai hamari spiritual guide hai.</w:t>
      </w:r>
    </w:p>
    <w:p>
      <w:pPr>
        <w:jc w:val="right"/>
      </w:pPr>
      <w:r>
        <w:t>تو اس sense میں میں کہہ سکتا ہوں کہ کہ قرآن جو ہے ہماری spiritual guide ہے۔</w:t>
      </w:r>
    </w:p>
    <w:p>
      <w:r>
        <w:rPr>
          <w:b/>
        </w:rPr>
        <w:t xml:space="preserve">[31:34] </w:t>
      </w:r>
      <w:r>
        <w:t>Spiritual guide hai.</w:t>
      </w:r>
    </w:p>
    <w:p>
      <w:pPr>
        <w:jc w:val="right"/>
      </w:pPr>
      <w:r>
        <w:t>Spiritual guide ہے۔</w:t>
      </w:r>
    </w:p>
    <w:p>
      <w:r>
        <w:rPr>
          <w:b/>
        </w:rPr>
        <w:t xml:space="preserve">[31:39] </w:t>
      </w:r>
      <w:r>
        <w:t>Spiritual guide hai woh.</w:t>
      </w:r>
    </w:p>
    <w:p>
      <w:pPr>
        <w:jc w:val="right"/>
      </w:pPr>
      <w:r>
        <w:t>Spiritual guide ہے وہ۔</w:t>
      </w:r>
    </w:p>
    <w:p>
      <w:r>
        <w:rPr>
          <w:b/>
        </w:rPr>
        <w:t xml:space="preserve">[31:44] </w:t>
      </w:r>
      <w:r>
        <w:t>ke jahan aap ko negative thought aaye toh</w:t>
      </w:r>
    </w:p>
    <w:p>
      <w:pPr>
        <w:jc w:val="right"/>
      </w:pPr>
      <w:r>
        <w:t>کہ جہاں آپ کو negative thought آئے تو</w:t>
      </w:r>
    </w:p>
    <w:p>
      <w:r>
        <w:rPr>
          <w:b/>
        </w:rPr>
        <w:t xml:space="preserve">[31:49] </w:t>
      </w:r>
      <w:r>
        <w:t>تو spirituality erosion شروع ہو جائے گا۔ Erosion. E-R-O-S-I-O-N.</w:t>
      </w:r>
    </w:p>
    <w:p>
      <w:pPr>
        <w:jc w:val="right"/>
      </w:pPr>
      <w:r>
        <w:t>تو spirituality erosion شروع ہو جائے گا۔ Erosion۔ E-R-O-S-I-O-N۔</w:t>
      </w:r>
    </w:p>
    <w:p>
      <w:r>
        <w:rPr>
          <w:b/>
        </w:rPr>
        <w:t xml:space="preserve">[31:54] </w:t>
      </w:r>
      <w:r>
        <w:t>jahan negative thought aaya toh erosion shuru ho jayega.</w:t>
      </w:r>
    </w:p>
    <w:p>
      <w:pPr>
        <w:jc w:val="right"/>
      </w:pPr>
      <w:r>
        <w:t>جہاں negative thought آیا تو erosion شروع ہو جائے گا۔</w:t>
      </w:r>
    </w:p>
    <w:p>
      <w:r>
        <w:rPr>
          <w:b/>
        </w:rPr>
        <w:t xml:space="preserve">[32:00] </w:t>
      </w:r>
      <w:r>
        <w:t>toh Quran is ko khatam karta hai.</w:t>
      </w:r>
    </w:p>
    <w:p>
      <w:pPr>
        <w:jc w:val="right"/>
      </w:pPr>
      <w:r>
        <w:t>تو قرآن اس کو ختم کرتا ہے۔</w:t>
      </w:r>
    </w:p>
    <w:p>
      <w:r>
        <w:rPr>
          <w:b/>
        </w:rPr>
        <w:t xml:space="preserve">[32:05] </w:t>
      </w:r>
      <w:r>
        <w:t>is erosion ko.</w:t>
      </w:r>
    </w:p>
    <w:p>
      <w:pPr>
        <w:jc w:val="right"/>
      </w:pPr>
      <w:r>
        <w:t>اس erosion کو۔</w:t>
      </w:r>
    </w:p>
    <w:p>
      <w:r>
        <w:rPr>
          <w:b/>
        </w:rPr>
        <w:t xml:space="preserve">[32:10] </w:t>
      </w:r>
      <w:r>
        <w:t>main ek bohat hi dilchasp example dena chahunga ke kis tarah Quran khatam karta hai negative thinking ko.</w:t>
      </w:r>
    </w:p>
    <w:p>
      <w:pPr>
        <w:jc w:val="right"/>
      </w:pPr>
      <w:r>
        <w:t>میں ایک بہت ہی دلچسپ example دینا چاہوں گا کہ کس طرح قرآن ختم کرتا ہے negative thinking کو۔</w:t>
      </w:r>
    </w:p>
    <w:p>
      <w:r>
        <w:rPr>
          <w:b/>
        </w:rPr>
        <w:t xml:space="preserve">[32:15] </w:t>
      </w:r>
      <w:r>
        <w:t>abhi dekhein jaldi ki baat hai Kashmir mein ek ladki ne jo teenager thi</w:t>
      </w:r>
    </w:p>
    <w:p>
      <w:pPr>
        <w:jc w:val="right"/>
      </w:pPr>
      <w:r>
        <w:t>ابھی دیکھیں جلدی کی بات ہے کشمیر میں ایک لڑکی نے جو teenager تھی</w:t>
      </w:r>
    </w:p>
    <w:p>
      <w:r>
        <w:rPr>
          <w:b/>
        </w:rPr>
        <w:t xml:space="preserve">[32:20] </w:t>
      </w:r>
      <w:r>
        <w:t>us ne ek Milton ko maar dala.</w:t>
      </w:r>
    </w:p>
    <w:p>
      <w:pPr>
        <w:jc w:val="right"/>
      </w:pPr>
      <w:r>
        <w:t>اس نے ایک Milton کو مار ڈالا۔</w:t>
      </w:r>
    </w:p>
    <w:p>
      <w:r>
        <w:rPr>
          <w:b/>
        </w:rPr>
        <w:t xml:space="preserve">[32:24] </w:t>
      </w:r>
      <w:r>
        <w:t>yeh bohat anokhi baat hai yeh.</w:t>
      </w:r>
    </w:p>
    <w:p>
      <w:pPr>
        <w:jc w:val="right"/>
      </w:pPr>
      <w:r>
        <w:t>یہ بہت انوکھی بات ہے یہ۔</w:t>
      </w:r>
    </w:p>
    <w:p>
      <w:r>
        <w:rPr>
          <w:b/>
        </w:rPr>
        <w:t xml:space="preserve">[32:28] </w:t>
      </w:r>
      <w:r>
        <w:t>main ne is ko bohat hi study ki ke kaise teen teen Milton aaye the us aur jo</w:t>
      </w:r>
    </w:p>
    <w:p>
      <w:pPr>
        <w:jc w:val="right"/>
      </w:pPr>
      <w:r>
        <w:t>میں نے اس کو بہت ہی study کی کہ کیسے تین تین Milton آئے تھے اس اور جو</w:t>
      </w:r>
    </w:p>
    <w:p>
      <w:r>
        <w:rPr>
          <w:b/>
        </w:rPr>
        <w:t xml:space="preserve">[32:33] </w:t>
      </w:r>
      <w:r>
        <w:t>leader tha usi ko maar dala us ne.</w:t>
      </w:r>
    </w:p>
    <w:p>
      <w:pPr>
        <w:jc w:val="right"/>
      </w:pPr>
      <w:r>
        <w:t>leader تھا اسی کو مار ڈالا اس نے۔</w:t>
      </w:r>
    </w:p>
    <w:p>
      <w:r>
        <w:rPr>
          <w:b/>
        </w:rPr>
        <w:t xml:space="preserve">[32:37] </w:t>
      </w:r>
      <w:r>
        <w:t>toh main ne study ki is ki.</w:t>
      </w:r>
    </w:p>
    <w:p>
      <w:pPr>
        <w:jc w:val="right"/>
      </w:pPr>
      <w:r>
        <w:t>تو میں نے study کی اس کی۔</w:t>
      </w:r>
    </w:p>
    <w:p>
      <w:r>
        <w:rPr>
          <w:b/>
        </w:rPr>
        <w:t xml:space="preserve">[32:41] </w:t>
      </w:r>
      <w:r>
        <w:t>toh kya hai? kya mila mujhe? yeh mila mujhe ke Quran mein ek ayat hai ke "Suicide is</w:t>
      </w:r>
    </w:p>
    <w:p>
      <w:pPr>
        <w:jc w:val="right"/>
      </w:pPr>
      <w:r>
        <w:t>تو کیا ہے؟ کیا ملا مجھے؟ یہ ملا مجھے کہ قرآن میں ایک آیت ہے کہ "Suicide is</w:t>
      </w:r>
    </w:p>
    <w:p>
      <w:r>
        <w:rPr>
          <w:b/>
        </w:rPr>
        <w:t xml:space="preserve">[32:46] </w:t>
      </w:r>
      <w:r>
        <w:t>unlawful in Islam"۔ Islam</w:t>
      </w:r>
    </w:p>
    <w:p>
      <w:pPr>
        <w:jc w:val="right"/>
      </w:pPr>
      <w:r>
        <w:t>unlawful in Islam"۔ اسلام</w:t>
      </w:r>
    </w:p>
    <w:p>
      <w:r>
        <w:rPr>
          <w:b/>
        </w:rPr>
        <w:t xml:space="preserve">[32:50] </w:t>
      </w:r>
      <w:r>
        <w:t>mein suicide karna bilkul haram hai. ek dam haram hai. jo suicide karega woh hell mein jayega. is mein koi do raah nahin hai. to maine socha ke jab khuda kehta hai ke suicide karna haram hai to zaroor is ne kuch is ka paband kiya hoga. to kya is ladki mein hum ne is ka jawab paya? woh ladki agar suicide kar leti ladke mar jate hain matlab yeh jaise aaj kal suicide kar rahe hain log. to khuda ne kya kiya ke is ke jo mind jo tha within</w:t>
      </w:r>
    </w:p>
    <w:p>
      <w:pPr>
        <w:jc w:val="right"/>
      </w:pPr>
      <w:r>
        <w:t>میں suicide کرنا بالکل حرام ہے۔ ایک دم حرام ہے۔ جو suicide کرے گا وہ hell میں جائے گا۔ اس میں کوئی دو راہ نہیں ہے۔ تو میں نے سوچا کہ جب خدا کہتا ہے کہ suicide کرنا حرام ہے تو ضرور اس نے کچھ اس کا پابند کیا ہوگا۔ تو کیا اس لڑکی میں ہم نے اس کو اس کا جواب پایا؟ وہ لڑکی اگر suicide کر لیتی لڑکے مر جاتے ہیں مطلب یہ جیسے آج کل suicide کر رہے ہیں لوگ۔ تو خدا نے کیا کیا کہ اس کے جو mind جو تھا within</w:t>
      </w:r>
    </w:p>
    <w:p>
      <w:r>
        <w:rPr>
          <w:b/>
        </w:rPr>
        <w:t xml:space="preserve">[33:20] </w:t>
      </w:r>
      <w:r>
        <w:t>second is ke mind ne ek ek is ko ek ek plan bataya۔ Within second۔ Within second۔</w:t>
      </w:r>
    </w:p>
    <w:p>
      <w:pPr>
        <w:jc w:val="right"/>
      </w:pPr>
      <w:r>
        <w:t>سیکنڈ اس کے mind نے ایک ایک اس کو ایک ایک plan بتایا۔ Within سیکنڈ۔ Within سیکنڈ۔</w:t>
      </w:r>
    </w:p>
    <w:p>
      <w:r>
        <w:rPr>
          <w:b/>
        </w:rPr>
        <w:t xml:space="preserve">[33:24] </w:t>
      </w:r>
      <w:r>
        <w:t>Mind jo hai kaise mind mein unlimited capacity unfold hoti hai shock ke zariye se۔</w:t>
      </w:r>
    </w:p>
    <w:p>
      <w:pPr>
        <w:jc w:val="right"/>
      </w:pPr>
      <w:r>
        <w:t>Mind جو ہے کیسے mind میں unlimited capacity unfold ہوتی ہے shock کے ذریعے سے۔</w:t>
      </w:r>
    </w:p>
    <w:p>
      <w:r>
        <w:rPr>
          <w:b/>
        </w:rPr>
        <w:t xml:space="preserve">[33:27] </w:t>
      </w:r>
      <w:r>
        <w:t>is ne dekha ke mera baap is ko gira diya maar kar ke۔</w:t>
      </w:r>
    </w:p>
    <w:p>
      <w:pPr>
        <w:jc w:val="right"/>
      </w:pPr>
      <w:r>
        <w:t>اس نے دیکھا کہ میرا باپ اس کو گرا دیا مار کر کے۔</w:t>
      </w:r>
    </w:p>
    <w:p>
      <w:r>
        <w:rPr>
          <w:b/>
        </w:rPr>
        <w:t xml:space="preserve">[33:31] </w:t>
      </w:r>
      <w:r>
        <w:t>meri maa is ko gira diya maar kar ke۔</w:t>
      </w:r>
    </w:p>
    <w:p>
      <w:pPr>
        <w:jc w:val="right"/>
      </w:pPr>
      <w:r>
        <w:t>میری ماں اس کو گرا دیا مار کر کے۔</w:t>
      </w:r>
    </w:p>
    <w:p>
      <w:r>
        <w:rPr>
          <w:b/>
        </w:rPr>
        <w:t xml:space="preserve">[33:35] </w:t>
      </w:r>
      <w:r>
        <w:t>That was great shock۔</w:t>
      </w:r>
    </w:p>
    <w:p>
      <w:pPr>
        <w:jc w:val="right"/>
      </w:pPr>
      <w:r>
        <w:t>That was great shock۔</w:t>
      </w:r>
    </w:p>
    <w:p>
      <w:r>
        <w:rPr>
          <w:b/>
        </w:rPr>
        <w:t xml:space="preserve">[33:39] </w:t>
      </w:r>
      <w:r>
        <w:t>This shock unfolded her mind۔</w:t>
      </w:r>
    </w:p>
    <w:p>
      <w:pPr>
        <w:jc w:val="right"/>
      </w:pPr>
      <w:r>
        <w:t>This shock unfolded her mind۔</w:t>
      </w:r>
    </w:p>
    <w:p>
      <w:r>
        <w:rPr>
          <w:b/>
        </w:rPr>
        <w:t xml:space="preserve">[33:42] </w:t>
      </w:r>
      <w:r>
        <w:t>ek teenager ki ladki۔</w:t>
      </w:r>
    </w:p>
    <w:p>
      <w:pPr>
        <w:jc w:val="right"/>
      </w:pPr>
      <w:r>
        <w:t>ایک teenager کی لڑکی۔</w:t>
      </w:r>
    </w:p>
    <w:p>
      <w:r>
        <w:rPr>
          <w:b/>
        </w:rPr>
        <w:t xml:space="preserve">[33:46] </w:t>
      </w:r>
      <w:r>
        <w:t>wo kaise within sec</w:t>
      </w:r>
    </w:p>
    <w:p>
      <w:pPr>
        <w:jc w:val="right"/>
      </w:pPr>
      <w:r>
        <w:t>وہ کیسے within سیکن</w:t>
      </w:r>
    </w:p>
    <w:p>
      <w:r>
        <w:rPr>
          <w:b/>
        </w:rPr>
        <w:t xml:space="preserve">[33:50] </w:t>
      </w:r>
      <w:r>
        <w:t>ڈ اس نے جیسے کہ آپ جانتے ہیں کہ کمپیوٹر میں within seconds million million problems solve کر</w:t>
      </w:r>
    </w:p>
    <w:p>
      <w:pPr>
        <w:jc w:val="right"/>
      </w:pPr>
      <w:r>
        <w:t>ڈ اس نے جیسے کہ آپ جانتے ہیں کہ کمپیوٹر میں within سیکنڈ ملین ملین problems solve کر</w:t>
      </w:r>
    </w:p>
    <w:p>
      <w:r>
        <w:rPr>
          <w:b/>
        </w:rPr>
        <w:t xml:space="preserve">[33:53] </w:t>
      </w:r>
      <w:r>
        <w:t>diye jate hain۔</w:t>
      </w:r>
    </w:p>
    <w:p>
      <w:pPr>
        <w:jc w:val="right"/>
      </w:pPr>
      <w:r>
        <w:t>دیے جاتے ہیں۔</w:t>
      </w:r>
    </w:p>
    <w:p>
      <w:r>
        <w:rPr>
          <w:b/>
        </w:rPr>
        <w:t xml:space="preserve">[33:56] </w:t>
      </w:r>
      <w:r>
        <w:t>yeh mind ka haal hai۔</w:t>
      </w:r>
    </w:p>
    <w:p>
      <w:pPr>
        <w:jc w:val="right"/>
      </w:pPr>
      <w:r>
        <w:t>یہ mind کا حال ہے۔</w:t>
      </w:r>
    </w:p>
    <w:p>
      <w:r>
        <w:rPr>
          <w:b/>
        </w:rPr>
        <w:t xml:space="preserve">[33:59] </w:t>
      </w:r>
      <w:r>
        <w:t>Within seconds usne ek planning ki uske mind ne ke pehle overpower karo usko kulhadi</w:t>
      </w:r>
    </w:p>
    <w:p>
      <w:pPr>
        <w:jc w:val="right"/>
      </w:pPr>
      <w:r>
        <w:t>Within سیکنڈ اس نے ایک planning کی اس کے mind نے کہ پہلے overpower کرو اس کو کلہاڑی</w:t>
      </w:r>
    </w:p>
    <w:p>
      <w:r>
        <w:rPr>
          <w:b/>
        </w:rPr>
        <w:t xml:space="preserve">[34:02] </w:t>
      </w:r>
      <w:r>
        <w:t>ke zariye se۔ X۔ X hi۔</w:t>
      </w:r>
    </w:p>
    <w:p>
      <w:pPr>
        <w:jc w:val="right"/>
      </w:pPr>
      <w:r>
        <w:t>کے ذریعے سے۔ X۔ X ہی۔</w:t>
      </w:r>
    </w:p>
    <w:p>
      <w:r>
        <w:rPr>
          <w:b/>
        </w:rPr>
        <w:t xml:space="preserve">[34:05] </w:t>
      </w:r>
      <w:r>
        <w:t>تو X ke X uske paas koi gun to thi nahin.</w:t>
      </w:r>
    </w:p>
    <w:p>
      <w:pPr>
        <w:jc w:val="right"/>
      </w:pPr>
      <w:r>
        <w:t>تو X کے X اس کے پاس کوئی گن تو تھی نہیں۔</w:t>
      </w:r>
    </w:p>
    <w:p>
      <w:r>
        <w:rPr>
          <w:b/>
        </w:rPr>
        <w:t xml:space="preserve">[34:08] </w:t>
      </w:r>
      <w:r>
        <w:t>kuch tha nahin۔</w:t>
      </w:r>
    </w:p>
    <w:p>
      <w:pPr>
        <w:jc w:val="right"/>
      </w:pPr>
      <w:r>
        <w:t>کچھ تھا نہیں۔</w:t>
      </w:r>
    </w:p>
    <w:p>
      <w:r>
        <w:rPr>
          <w:b/>
        </w:rPr>
        <w:t xml:space="preserve">[34:11] </w:t>
      </w:r>
      <w:r>
        <w:t>ek X thi is ko mara zor se is ne۔</w:t>
      </w:r>
    </w:p>
    <w:p>
      <w:pPr>
        <w:jc w:val="right"/>
      </w:pPr>
      <w:r>
        <w:t>ایک X تھی اس کو مارا زور سے اس نے۔</w:t>
      </w:r>
    </w:p>
    <w:p>
      <w:r>
        <w:rPr>
          <w:b/>
        </w:rPr>
        <w:t xml:space="preserve">[34:14] </w:t>
      </w:r>
      <w:r>
        <w:t>aur is ko sir phat gaya۔</w:t>
      </w:r>
    </w:p>
    <w:p>
      <w:pPr>
        <w:jc w:val="right"/>
      </w:pPr>
      <w:r>
        <w:t>اور اس کو سر پھٹ گیا۔</w:t>
      </w:r>
    </w:p>
    <w:p>
      <w:r>
        <w:rPr>
          <w:b/>
        </w:rPr>
        <w:t xml:space="preserve">[34:17] </w:t>
      </w:r>
      <w:r>
        <w:t>yani zara dekhiye</w:t>
      </w:r>
    </w:p>
    <w:p>
      <w:pPr>
        <w:jc w:val="right"/>
      </w:pPr>
      <w:r>
        <w:t>یعنی ذرا دیکھیے</w:t>
      </w:r>
    </w:p>
    <w:p>
      <w:r>
        <w:rPr>
          <w:b/>
        </w:rPr>
        <w:t xml:space="preserve">[34:20] </w:t>
      </w:r>
      <w:r>
        <w:t>is planning ko jo is mind ne ki۔</w:t>
      </w:r>
    </w:p>
    <w:p>
      <w:pPr>
        <w:jc w:val="right"/>
      </w:pPr>
      <w:r>
        <w:t>اس planning کو جو اس mind نے کی۔</w:t>
      </w:r>
    </w:p>
    <w:p>
      <w:r>
        <w:rPr>
          <w:b/>
        </w:rPr>
        <w:t xml:space="preserve">[34:23] </w:t>
      </w:r>
      <w:r>
        <w:t>is is teenager ladki ke mind ne۔</w:t>
      </w:r>
    </w:p>
    <w:p>
      <w:pPr>
        <w:jc w:val="right"/>
      </w:pPr>
      <w:r>
        <w:t>اس اس teenager لڑکی کے mind نے۔</w:t>
      </w:r>
    </w:p>
    <w:p>
      <w:r>
        <w:rPr>
          <w:b/>
        </w:rPr>
        <w:t xml:space="preserve">[34:25] </w:t>
      </w:r>
      <w:r>
        <w:t>Within seconds, usne planning kiya uske mind ne ke pehle mujhe X ke zariye isko marna chahiye.</w:t>
      </w:r>
    </w:p>
    <w:p>
      <w:pPr>
        <w:jc w:val="right"/>
      </w:pPr>
      <w:r>
        <w:t>Within سیکنڈ اس نے planning کیا اس کے mind نے کہ پہلے مجھے X کے ذریعے اس کو مارنا چاہیے۔</w:t>
      </w:r>
    </w:p>
    <w:p>
      <w:r>
        <w:rPr>
          <w:b/>
        </w:rPr>
        <w:t xml:space="preserve">[34:28] </w:t>
      </w:r>
      <w:r>
        <w:t>is ko overpower karna chahiye۔</w:t>
      </w:r>
    </w:p>
    <w:p>
      <w:pPr>
        <w:jc w:val="right"/>
      </w:pPr>
      <w:r>
        <w:t>اس کو overpower کرنا چاہیے۔</w:t>
      </w:r>
    </w:p>
    <w:p>
      <w:r>
        <w:rPr>
          <w:b/>
        </w:rPr>
        <w:t xml:space="preserve">[34:30] </w:t>
      </w:r>
      <w:r>
        <w:t>aur phir is ke is ke gun ko chheenna chahiye۔</w:t>
      </w:r>
    </w:p>
    <w:p>
      <w:pPr>
        <w:jc w:val="right"/>
      </w:pPr>
      <w:r>
        <w:t>اور پھر اس کے اس کے گن کو چھیننا چاہیے۔</w:t>
      </w:r>
    </w:p>
    <w:p>
      <w:r>
        <w:rPr>
          <w:b/>
        </w:rPr>
        <w:t xml:space="preserve">[34:33] </w:t>
      </w:r>
      <w:r>
        <w:t>kyunke koi expert nahin thi wo۔</w:t>
      </w:r>
    </w:p>
    <w:p>
      <w:pPr>
        <w:jc w:val="right"/>
      </w:pPr>
      <w:r>
        <w:t>کیونکہ کوئی expert نہیں تھی وہ۔</w:t>
      </w:r>
    </w:p>
    <w:p>
      <w:r>
        <w:rPr>
          <w:b/>
        </w:rPr>
        <w:t xml:space="preserve">[34:35] </w:t>
      </w:r>
      <w:r>
        <w:t>koi jaanti nahin thi wo۔</w:t>
      </w:r>
    </w:p>
    <w:p>
      <w:pPr>
        <w:jc w:val="right"/>
      </w:pPr>
      <w:r>
        <w:t>کوئی جانتی نہیں تھی وہ۔</w:t>
      </w:r>
    </w:p>
    <w:p>
      <w:r>
        <w:rPr>
          <w:b/>
        </w:rPr>
        <w:t xml:space="preserve">[34:38] </w:t>
      </w:r>
      <w:r>
        <w:t>kabhi gun wo chhua bhi nahin tha is ne۔</w:t>
      </w:r>
    </w:p>
    <w:p>
      <w:pPr>
        <w:jc w:val="right"/>
      </w:pPr>
      <w:r>
        <w:t>کبھی گن وہ چھوا بھی نہیں تھا اس نے۔</w:t>
      </w:r>
    </w:p>
    <w:p>
      <w:r>
        <w:rPr>
          <w:b/>
        </w:rPr>
        <w:t xml:space="preserve">[34:40] </w:t>
      </w:r>
      <w:r>
        <w:t>TV mein aaya tha aap aap ne dekha hoga۔</w:t>
      </w:r>
    </w:p>
    <w:p>
      <w:pPr>
        <w:jc w:val="right"/>
      </w:pPr>
      <w:r>
        <w:t>ٹی وی میں آیا تھا آپ آپ نے دیکھا ہوگا۔</w:t>
      </w:r>
    </w:p>
    <w:p>
      <w:r>
        <w:rPr>
          <w:b/>
        </w:rPr>
        <w:t xml:space="preserve">[34:43] </w:t>
      </w:r>
      <w:r>
        <w:t>mujhe bataya ke maine kabhi gun chhua bhi nahin tha۔</w:t>
      </w:r>
    </w:p>
    <w:p>
      <w:pPr>
        <w:jc w:val="right"/>
      </w:pPr>
      <w:r>
        <w:t>مجھے بتایا کہ میں نے کبھی گن چھوا بھی نہیں تھا۔</w:t>
      </w:r>
    </w:p>
    <w:p>
      <w:r>
        <w:rPr>
          <w:b/>
        </w:rPr>
        <w:t xml:space="preserve">[34:45] </w:t>
      </w:r>
      <w:r>
        <w:t>to is ka mind unfold ho gaya.</w:t>
      </w:r>
    </w:p>
    <w:p>
      <w:pPr>
        <w:jc w:val="right"/>
      </w:pPr>
      <w:r>
        <w:t>تو اس کا mind unfold ہو گیا۔</w:t>
      </w:r>
    </w:p>
    <w:p>
      <w:r>
        <w:rPr>
          <w:b/>
        </w:rPr>
        <w:t xml:space="preserve">[34:48] </w:t>
      </w:r>
      <w:r>
        <w:t>is ke mind ki jo capacity hai wo unfold ho gayi</w:t>
      </w:r>
    </w:p>
    <w:p>
      <w:pPr>
        <w:jc w:val="right"/>
      </w:pPr>
      <w:r>
        <w:t>اس کے mind کی جو capacity ہے وہ unfold ہو گئی</w:t>
      </w:r>
    </w:p>
    <w:p>
      <w:r>
        <w:rPr>
          <w:b/>
        </w:rPr>
        <w:t xml:space="preserve">[34:50] </w:t>
      </w:r>
      <w:r>
        <w:t>. to is ne bajaye ke suicide kar leti woh is ne x se is ko overpower kiya aur is ke baad is ke is ki gun chheen kar is ko maar dala. jab jab jo leader mar mar gaya to woh to bhag gaye. to maine socha ke khuda ne kyun suicide ko haram kiya hai. kyunke jab khuda ne apne mind aap ke mind mein itni capacity di thi capacity ke teen milton ko ek teenager</w:t>
      </w:r>
    </w:p>
    <w:p>
      <w:pPr>
        <w:jc w:val="right"/>
      </w:pPr>
      <w:r>
        <w:t>۔ تو اس نے بجائے کہ suicide کر لیتی وہ اس نے X سے اس کو overpower کیا اور اس کے بعد اس کے اس کی گن چھین کر اس کو مار ڈالا۔ جب جب جو leader مر مر گیا تو وہ تو بھاگ گئے۔ تو میں نے سوچا کہ خدا نے کیوں suicide کو حرام کیا ہے۔ کیونکہ جب خدا نے اپنے mind آپ کے mind میں اتنی capacity دی تھی capacity کہ تین Milton کو ایک teenager</w:t>
      </w:r>
    </w:p>
    <w:p>
      <w:r>
        <w:rPr>
          <w:b/>
        </w:rPr>
        <w:t xml:space="preserve">[35:20] </w:t>
      </w:r>
      <w:r>
        <w:t>overpower kar sake to phir suicide haram rahe gi.</w:t>
      </w:r>
    </w:p>
    <w:p>
      <w:pPr>
        <w:jc w:val="right"/>
      </w:pPr>
      <w:r>
        <w:t>overpower کر سکے تو پھر suicide حرام رہے گی۔</w:t>
      </w:r>
    </w:p>
    <w:p>
      <w:r>
        <w:rPr>
          <w:b/>
        </w:rPr>
        <w:t xml:space="preserve">[35:24] </w:t>
      </w:r>
      <w:r>
        <w:t>kyun nahi haram hogi.</w:t>
      </w:r>
    </w:p>
    <w:p>
      <w:pPr>
        <w:jc w:val="right"/>
      </w:pPr>
      <w:r>
        <w:t>کیوں نہیں حرام ہوگی۔</w:t>
      </w:r>
    </w:p>
    <w:p>
      <w:r>
        <w:rPr>
          <w:b/>
        </w:rPr>
        <w:t xml:space="preserve">[35:27] </w:t>
      </w:r>
      <w:r>
        <w:t>yani aap ko is ke gun se bari gun mili hui hai. Super gun. Super bomb.</w:t>
      </w:r>
    </w:p>
    <w:p>
      <w:pPr>
        <w:jc w:val="right"/>
      </w:pPr>
      <w:r>
        <w:t>یعنی آپ کو اس کے گن سے بڑی گن ملی ہوئی ہے۔ Super gun۔ Super bomb۔</w:t>
      </w:r>
    </w:p>
    <w:p>
      <w:r>
        <w:rPr>
          <w:b/>
        </w:rPr>
        <w:t xml:space="preserve">[35:30] </w:t>
      </w:r>
      <w:r>
        <w:t>aap ka mind.</w:t>
      </w:r>
    </w:p>
    <w:p>
      <w:pPr>
        <w:jc w:val="right"/>
      </w:pPr>
      <w:r>
        <w:t>آپ کا mind۔</w:t>
      </w:r>
    </w:p>
    <w:p>
      <w:r>
        <w:rPr>
          <w:b/>
        </w:rPr>
        <w:t xml:space="preserve">[35:34] </w:t>
      </w:r>
      <w:r>
        <w:t>aap ka mind jo hai jo planning karta hai wo is wo is ke is sab se oper hai.</w:t>
      </w:r>
    </w:p>
    <w:p>
      <w:pPr>
        <w:jc w:val="right"/>
      </w:pPr>
      <w:r>
        <w:t>آپ کا mind جو ہے جو planning کرتا ہے وہ اس وہ اس کے اس سب سے اوپر ہے۔</w:t>
      </w:r>
    </w:p>
    <w:p>
      <w:r>
        <w:rPr>
          <w:b/>
        </w:rPr>
        <w:t xml:space="preserve">[35:37] </w:t>
      </w:r>
      <w:r>
        <w:t>har gun se oper hai.</w:t>
      </w:r>
    </w:p>
    <w:p>
      <w:pPr>
        <w:jc w:val="right"/>
      </w:pPr>
      <w:r>
        <w:t>ہر گن سے اوپر ہے۔</w:t>
      </w:r>
    </w:p>
    <w:p>
      <w:r>
        <w:rPr>
          <w:b/>
        </w:rPr>
        <w:t xml:space="preserve">[35:40] </w:t>
      </w:r>
      <w:r>
        <w:t>har bomb se oper hai.</w:t>
      </w:r>
    </w:p>
    <w:p>
      <w:pPr>
        <w:jc w:val="right"/>
      </w:pPr>
      <w:r>
        <w:t>ہر bomb سے اوپر ہے۔</w:t>
      </w:r>
    </w:p>
    <w:p>
      <w:r>
        <w:rPr>
          <w:b/>
        </w:rPr>
        <w:t xml:space="preserve">[35:44] </w:t>
      </w:r>
      <w:r>
        <w:t>is se main ne samjha ke kyun khuda ne kaha hai ke ke suicide haram hai.</w:t>
      </w:r>
    </w:p>
    <w:p>
      <w:pPr>
        <w:jc w:val="right"/>
      </w:pPr>
      <w:r>
        <w:t>اس سے میں نے سمجھا کہ کیوں خدا نے کہا ہے کہ کہ suicide حرام ہے۔</w:t>
      </w:r>
    </w:p>
    <w:p>
      <w:r>
        <w:rPr>
          <w:b/>
        </w:rPr>
        <w:t xml:space="preserve">[35:47] </w:t>
      </w:r>
      <w:r>
        <w:t>abhi jo suicide bombing karti hai</w:t>
      </w:r>
    </w:p>
    <w:p>
      <w:pPr>
        <w:jc w:val="right"/>
      </w:pPr>
      <w:r>
        <w:t>ابھی جو suicide bombing کرتی ہے</w:t>
      </w:r>
    </w:p>
    <w:p>
      <w:r>
        <w:rPr>
          <w:b/>
        </w:rPr>
        <w:t xml:space="preserve">[35:50] </w:t>
      </w:r>
      <w:r>
        <w:t>wo to super haram main kahun ga is ko.</w:t>
      </w:r>
    </w:p>
    <w:p>
      <w:pPr>
        <w:jc w:val="right"/>
      </w:pPr>
      <w:r>
        <w:t>وہ تو super حرام میں کہوں گا اس کو۔</w:t>
      </w:r>
    </w:p>
    <w:p>
      <w:r>
        <w:rPr>
          <w:b/>
        </w:rPr>
        <w:t xml:space="preserve">[35:54] </w:t>
      </w:r>
      <w:r>
        <w:t>is liye koi innocent logon ko marte hain.</w:t>
      </w:r>
    </w:p>
    <w:p>
      <w:pPr>
        <w:jc w:val="right"/>
      </w:pPr>
      <w:r>
        <w:t>اس لیے کوئی innocent لوگوں کو مارتے ہیں۔</w:t>
      </w:r>
    </w:p>
    <w:p>
      <w:r>
        <w:rPr>
          <w:b/>
        </w:rPr>
        <w:t xml:space="preserve">[35:58] </w:t>
      </w:r>
      <w:r>
        <w:t>ek ye hai ke aadmi ne apne ko mara.</w:t>
      </w:r>
    </w:p>
    <w:p>
      <w:pPr>
        <w:jc w:val="right"/>
      </w:pPr>
      <w:r>
        <w:t>ایک یہ ہے کہ آدمی نے اپنے کو مارا۔</w:t>
      </w:r>
    </w:p>
    <w:p>
      <w:r>
        <w:rPr>
          <w:b/>
        </w:rPr>
        <w:t xml:space="preserve">[36:02] </w:t>
      </w:r>
      <w:r>
        <w:t>That is suicide.</w:t>
      </w:r>
    </w:p>
    <w:p>
      <w:pPr>
        <w:jc w:val="right"/>
      </w:pPr>
      <w:r>
        <w:t>That is suicide۔</w:t>
      </w:r>
    </w:p>
    <w:p>
      <w:r>
        <w:rPr>
          <w:b/>
        </w:rPr>
        <w:t xml:space="preserve">[36:05] </w:t>
      </w:r>
      <w:r>
        <w:t>apne ko marna bhi haram hai. Unlawful hai.</w:t>
      </w:r>
    </w:p>
    <w:p>
      <w:pPr>
        <w:jc w:val="right"/>
      </w:pPr>
      <w:r>
        <w:t>اپنے کو مارنا بھی حرام ہے۔ Unlawful ہے۔</w:t>
      </w:r>
    </w:p>
    <w:p>
      <w:r>
        <w:rPr>
          <w:b/>
        </w:rPr>
        <w:t xml:space="preserve">[36:09] </w:t>
      </w:r>
      <w:r>
        <w:t>lekin aap apne ko maar kar doosre ko marein.</w:t>
      </w:r>
    </w:p>
    <w:p>
      <w:pPr>
        <w:jc w:val="right"/>
      </w:pPr>
      <w:r>
        <w:t>لیکن آپ اپنے کو مار کر دوسرے کو ماریں۔</w:t>
      </w:r>
    </w:p>
    <w:p>
      <w:r>
        <w:rPr>
          <w:b/>
        </w:rPr>
        <w:t xml:space="preserve">[36:13] </w:t>
      </w:r>
      <w:r>
        <w:t>That is super haram. Super haram.</w:t>
      </w:r>
    </w:p>
    <w:p>
      <w:pPr>
        <w:jc w:val="right"/>
      </w:pPr>
      <w:r>
        <w:t>That is super حرام۔ Super حرام۔</w:t>
      </w:r>
    </w:p>
    <w:p>
      <w:r>
        <w:rPr>
          <w:b/>
        </w:rPr>
        <w:t xml:space="preserve">[36:17] </w:t>
      </w:r>
      <w:r>
        <w:t>yani quran mein hai ke ek insan ko marna aisa hai jaise ke tum ne sare</w:t>
      </w:r>
    </w:p>
    <w:p>
      <w:pPr>
        <w:jc w:val="right"/>
      </w:pPr>
      <w:r>
        <w:t>یعنی قرآن میں ہے کہ ایک انسان کو مارنا ایسا ہے جیسے کہ تم نے سارے</w:t>
      </w:r>
    </w:p>
    <w:p>
      <w:r>
        <w:rPr>
          <w:b/>
        </w:rPr>
        <w:t xml:space="preserve">[36:21] </w:t>
      </w:r>
      <w:r>
        <w:t>hi humanity ko maar dala.</w:t>
      </w:r>
    </w:p>
    <w:p>
      <w:pPr>
        <w:jc w:val="right"/>
      </w:pPr>
      <w:r>
        <w:t>ہی humanity کو مار ڈالا۔</w:t>
      </w:r>
    </w:p>
    <w:p>
      <w:r>
        <w:rPr>
          <w:b/>
        </w:rPr>
        <w:t xml:space="preserve">[36:25] </w:t>
      </w:r>
      <w:r>
        <w:t>sare insano ko maar dala.</w:t>
      </w:r>
    </w:p>
    <w:p>
      <w:pPr>
        <w:jc w:val="right"/>
      </w:pPr>
      <w:r>
        <w:t>سارے انسانوں کو مار ڈالا۔</w:t>
      </w:r>
    </w:p>
    <w:p>
      <w:r>
        <w:rPr>
          <w:b/>
        </w:rPr>
        <w:t xml:space="preserve">[36:30] </w:t>
      </w:r>
      <w:r>
        <w:t>Innocent insan ko.</w:t>
      </w:r>
    </w:p>
    <w:p>
      <w:pPr>
        <w:jc w:val="right"/>
      </w:pPr>
      <w:r>
        <w:t>Innocent انسان کو۔</w:t>
      </w:r>
    </w:p>
    <w:p>
      <w:r>
        <w:rPr>
          <w:b/>
        </w:rPr>
        <w:t xml:space="preserve">[36:34] </w:t>
      </w:r>
      <w:r>
        <w:t>ek insan ko marna sare insano ko maar dalne ke barabar hai.</w:t>
      </w:r>
    </w:p>
    <w:p>
      <w:pPr>
        <w:jc w:val="right"/>
      </w:pPr>
      <w:r>
        <w:t>ایک انسان کو مارنا سارے انسانوں کو مار ڈالنے کے برابر ہے۔</w:t>
      </w:r>
    </w:p>
    <w:p>
      <w:r>
        <w:rPr>
          <w:b/>
        </w:rPr>
        <w:t xml:space="preserve">[36:39] </w:t>
      </w:r>
      <w:r>
        <w:t>to aap suicide bombing jo log karte hain to agar apne ko marte hain to ek haram kaam</w:t>
      </w:r>
    </w:p>
    <w:p>
      <w:pPr>
        <w:jc w:val="right"/>
      </w:pPr>
      <w:r>
        <w:t>تو آپ suicide bombing جو لوگ کرتے ہیں تو اگر اپنے کو مارتے ہیں تو ایک حرام کام</w:t>
      </w:r>
    </w:p>
    <w:p>
      <w:r>
        <w:rPr>
          <w:b/>
        </w:rPr>
        <w:t xml:space="preserve">[36:43] </w:t>
      </w:r>
      <w:r>
        <w:t>karte hain wo.</w:t>
      </w:r>
    </w:p>
    <w:p>
      <w:pPr>
        <w:jc w:val="right"/>
      </w:pPr>
      <w:r>
        <w:t>کرتے ہیں وہ۔</w:t>
      </w:r>
    </w:p>
    <w:p>
      <w:r>
        <w:rPr>
          <w:b/>
        </w:rPr>
        <w:t xml:space="preserve">[36:48] </w:t>
      </w:r>
      <w:r>
        <w:t>to doosron ko maar kar to blin blin haram ka kaam karte hain woh. to</w:t>
      </w:r>
    </w:p>
    <w:p>
      <w:pPr>
        <w:jc w:val="right"/>
      </w:pPr>
      <w:r>
        <w:t>تو دوسروں کو مار کر تو بلین بلین حرام کا کام کرتے ہیں وہ۔ تو</w:t>
      </w:r>
    </w:p>
    <w:p>
      <w:r>
        <w:rPr>
          <w:b/>
        </w:rPr>
        <w:t xml:space="preserve">[36:52] </w:t>
      </w:r>
      <w:r>
        <w:t>ek cheez jo maine paayi quran mein woh yeh hai ke pehli jo wirsa quran ki alhamdulillah rabbil alameen. yaani khuda ka insaan khuda ko acknowledge karta hai. khuda hai main acknowledge karta hoon ke tu rabbil alameen hai. tu creator hai. tu lord of the universe hai. tu sustainer hai. to main to acknowledge karta hoon. pehli wirsa hi quran majeed mein hai. to is par maine socha to main mere saamne baat aayi ke khuda jo hai aap ko har din</w:t>
      </w:r>
    </w:p>
    <w:p>
      <w:pPr>
        <w:jc w:val="right"/>
      </w:pPr>
      <w:r>
        <w:t>ایک چیز جو میں نے پائی قرآن میں وہ یہ ہے کہ پہلی جو ورثہ قرآن کی الحمدللہ رب العالمین۔ یعنی خدا کا انسان خدا کو acknowledge کرتا ہے۔ خدا ہے میں acknowledge کرتا ہوں کہ تو رب العالمین ہے۔ تو creator ہے۔ تو lord of the universe ہے۔ تو sustainer ہے۔ تو میں تو acknowledge کرتا ہوں۔ پہلی ورثہ ہی قرآن مجید میں ہے۔ تو اس پر میں نے سوچا تو میں میرے سامنے بات آئی کہ خدا جو ہے آپ کو ہر دن</w:t>
      </w:r>
    </w:p>
    <w:p>
      <w:r>
        <w:rPr>
          <w:b/>
        </w:rPr>
        <w:t xml:space="preserve">[37:22] </w:t>
      </w:r>
      <w:r>
        <w:t>har har second aap ko basic bhej raha hai. maslan hum yahan baithe hue hain. khuda oxygen supply kar raha hai. hum bahar niklenge to khuda ki light suraj ke zariye aa rahi hai. zameen ki jo gravity hai bahut hi bahut hi zyada yaani bahut hi zyada proportion mein hai woh agar zara sa badh jaye ghat jaye tab bhi hum zameen pe nahin reh payenge. zameen jo hai hamein yaani food ugal rahi hai hamare liye. sam</w:t>
      </w:r>
    </w:p>
    <w:p>
      <w:pPr>
        <w:jc w:val="right"/>
      </w:pPr>
      <w:r>
        <w:t>ہر ہر سیکنڈ آپ کو basic بھیج رہا ہے۔ مثلاً ہم یہاں بیٹھے ہوئے ہیں۔ خدا آکسیجن سپلائی کر رہا ہے۔ ہم باہر نکلیں گے تو خدا کی لائٹ سورج کے ذریعے آ رہی ہے۔ زمین کی جو gravity ہے بہت ہی بہت ہی زیادہ یعنی بہت ہی زیادہ proportion میں ہے وہ اگر ذرا سا بڑھ جائے گھٹ جائے تب بھی ہم زمین پہ نہیں رہ پائیں گے۔ زمین جو ہے ہمیں یعنی food اگل رہی ہے ہمارے لیے۔ سم</w:t>
      </w:r>
    </w:p>
    <w:p>
      <w:r>
        <w:rPr>
          <w:b/>
        </w:rPr>
        <w:t xml:space="preserve">[37:52] </w:t>
      </w:r>
      <w:r>
        <w:t>ndron mein pani hamare liye bhara hua hai.</w:t>
      </w:r>
    </w:p>
    <w:p>
      <w:pPr>
        <w:jc w:val="right"/>
      </w:pPr>
      <w:r>
        <w:t>ندروں میں پانی ہمارے لیے بھرا ہوا ہے۔</w:t>
      </w:r>
    </w:p>
    <w:p>
      <w:r>
        <w:rPr>
          <w:b/>
        </w:rPr>
        <w:t xml:space="preserve">[37:55] </w:t>
      </w:r>
      <w:r>
        <w:t>to is ko hum hum is ka koi koi bill hamare paas Khuda nahi bhejta.</w:t>
      </w:r>
    </w:p>
    <w:p>
      <w:pPr>
        <w:jc w:val="right"/>
      </w:pPr>
      <w:r>
        <w:t>تو اس کو ہم ہم اس کا کوئی کوئی بل ہمارے پاس خدا نہیں بھیجتا۔</w:t>
      </w:r>
    </w:p>
    <w:p>
      <w:r>
        <w:rPr>
          <w:b/>
        </w:rPr>
        <w:t xml:space="preserve">[37:58] </w:t>
      </w:r>
      <w:r>
        <w:t>yeh sari bounties jo hain jo life support system hai is ka koi bill hamare paas nahi aata.</w:t>
      </w:r>
    </w:p>
    <w:p>
      <w:pPr>
        <w:jc w:val="right"/>
      </w:pPr>
      <w:r>
        <w:t>یہ ساری bounties جو ہیں جو life support system ہے اس کا کوئی بل ہمارے پاس نہیں آتا۔</w:t>
      </w:r>
    </w:p>
    <w:p>
      <w:r>
        <w:rPr>
          <w:b/>
        </w:rPr>
        <w:t xml:space="preserve">[38:01] </w:t>
      </w:r>
      <w:r>
        <w:t>to hamare paas kya dene ke liye Khuda ko hai? acknowledge karna.</w:t>
      </w:r>
    </w:p>
    <w:p>
      <w:pPr>
        <w:jc w:val="right"/>
      </w:pPr>
      <w:r>
        <w:t>تو ہمارے پاس کیا دینے کے لیے خدا کو ہے؟ acknowledge کرنا۔</w:t>
      </w:r>
    </w:p>
    <w:p>
      <w:r>
        <w:rPr>
          <w:b/>
        </w:rPr>
        <w:t xml:space="preserve">[38:04] </w:t>
      </w:r>
      <w:r>
        <w:t>Khuda hai main tujh ko acknowledge karta hoon ke tu mujhe itni sari blessing de raha hai.</w:t>
      </w:r>
    </w:p>
    <w:p>
      <w:pPr>
        <w:jc w:val="right"/>
      </w:pPr>
      <w:r>
        <w:t>خدا ہے میں تجھ کو acknowledge کرتا ہوں کہ تو مجھے اتنی ساری blessing دے رہا ہے۔</w:t>
      </w:r>
    </w:p>
    <w:p>
      <w:r>
        <w:rPr>
          <w:b/>
        </w:rPr>
        <w:t xml:space="preserve">[38:07] </w:t>
      </w:r>
      <w:r>
        <w:t>ke mujhe oxygen de raha hai.</w:t>
      </w:r>
    </w:p>
    <w:p>
      <w:pPr>
        <w:jc w:val="right"/>
      </w:pPr>
      <w:r>
        <w:t>کہ مجھے آکسیجن دے رہا ہے۔</w:t>
      </w:r>
    </w:p>
    <w:p>
      <w:r>
        <w:rPr>
          <w:b/>
        </w:rPr>
        <w:t xml:space="preserve">[38:10] </w:t>
      </w:r>
      <w:r>
        <w:t>to mujhe light de raha hai.</w:t>
      </w:r>
    </w:p>
    <w:p>
      <w:pPr>
        <w:jc w:val="right"/>
      </w:pPr>
      <w:r>
        <w:t>تو مجھے لائٹ دے رہا ہے۔</w:t>
      </w:r>
    </w:p>
    <w:p>
      <w:r>
        <w:rPr>
          <w:b/>
        </w:rPr>
        <w:t xml:space="preserve">[38:13] </w:t>
      </w:r>
      <w:r>
        <w:t>to mujhe pani de raha hai.</w:t>
      </w:r>
    </w:p>
    <w:p>
      <w:pPr>
        <w:jc w:val="right"/>
      </w:pPr>
      <w:r>
        <w:t>تو مجھے پانی دے رہا ہے۔</w:t>
      </w:r>
    </w:p>
    <w:p>
      <w:r>
        <w:rPr>
          <w:b/>
        </w:rPr>
        <w:t xml:space="preserve">[38:17] </w:t>
      </w:r>
      <w:r>
        <w:t>to mujhe food paida kar raha hai.</w:t>
      </w:r>
    </w:p>
    <w:p>
      <w:pPr>
        <w:jc w:val="right"/>
      </w:pPr>
      <w:r>
        <w:t>تو مجھے food پیدا کر رہا ہے۔</w:t>
      </w:r>
    </w:p>
    <w:p>
      <w:r>
        <w:rPr>
          <w:b/>
        </w:rPr>
        <w:t xml:space="preserve">[38:20] </w:t>
      </w:r>
      <w:r>
        <w:t>zameen se paida kar raha hai.</w:t>
      </w:r>
    </w:p>
    <w:p>
      <w:pPr>
        <w:jc w:val="right"/>
      </w:pPr>
      <w:r>
        <w:t>زمین سے پیدا کر رہا ہے۔</w:t>
      </w:r>
    </w:p>
    <w:p>
      <w:r>
        <w:rPr>
          <w:b/>
        </w:rPr>
        <w:t xml:space="preserve">[38:23] </w:t>
      </w:r>
      <w:r>
        <w:t>to mujhe yeh body diya hai.</w:t>
      </w:r>
    </w:p>
    <w:p>
      <w:pPr>
        <w:jc w:val="right"/>
      </w:pPr>
      <w:r>
        <w:t>تو مجھے یہ body دیا ہے۔</w:t>
      </w:r>
    </w:p>
    <w:p>
      <w:r>
        <w:rPr>
          <w:b/>
        </w:rPr>
        <w:t xml:space="preserve">[38:26] </w:t>
      </w:r>
      <w:r>
        <w:t>yeh body jo dekhti hai jo saans leti hai jo sunti hai jo chalti hai.</w:t>
      </w:r>
    </w:p>
    <w:p>
      <w:pPr>
        <w:jc w:val="right"/>
      </w:pPr>
      <w:r>
        <w:t>یہ body جو دیکھتی ہے جو سانس لیتی ہے جو سنتی ہے جو چلتی ہے۔</w:t>
      </w:r>
    </w:p>
    <w:p>
      <w:r>
        <w:rPr>
          <w:b/>
        </w:rPr>
        <w:t xml:space="preserve">[38:30] </w:t>
      </w:r>
      <w:r>
        <w:t>to hum is ka koi bill Khuda ke paas se nahi aata.</w:t>
      </w:r>
    </w:p>
    <w:p>
      <w:pPr>
        <w:jc w:val="right"/>
      </w:pPr>
      <w:r>
        <w:t>تو ہم اس کا کوئی بل خدا کے پاس سے نہیں آتا۔</w:t>
      </w:r>
    </w:p>
    <w:p>
      <w:r>
        <w:rPr>
          <w:b/>
        </w:rPr>
        <w:t xml:space="preserve">[38:33] </w:t>
      </w:r>
      <w:r>
        <w:t>bill aaye to hum koi payment bhi nahi kar sakte.</w:t>
      </w:r>
    </w:p>
    <w:p>
      <w:pPr>
        <w:jc w:val="right"/>
      </w:pPr>
      <w:r>
        <w:t>بل آئے تو ہم کوئی payment بھی نہیں کر سکتے۔</w:t>
      </w:r>
    </w:p>
    <w:p>
      <w:r>
        <w:rPr>
          <w:b/>
        </w:rPr>
        <w:t xml:space="preserve">[38:36] </w:t>
      </w:r>
      <w:r>
        <w:t>to kya hai Alhamdulillah Rabb al-Alameen.</w:t>
      </w:r>
    </w:p>
    <w:p>
      <w:pPr>
        <w:jc w:val="right"/>
      </w:pPr>
      <w:r>
        <w:t>تو کیا ہے الحمدللہ رب العالمین۔</w:t>
      </w:r>
    </w:p>
    <w:p>
      <w:r>
        <w:rPr>
          <w:b/>
        </w:rPr>
        <w:t xml:space="preserve">[38:40] </w:t>
      </w:r>
      <w:r>
        <w:t>yani yeh keh padna ke Khuda hai main acknowledge karta hoon.</w:t>
      </w:r>
    </w:p>
    <w:p>
      <w:pPr>
        <w:jc w:val="right"/>
      </w:pPr>
      <w:r>
        <w:t>یعنی یہ کہہ پڑنا کہ خدا ہے میں acknowledge کرتا ہوں۔</w:t>
      </w:r>
    </w:p>
    <w:p>
      <w:r>
        <w:rPr>
          <w:b/>
        </w:rPr>
        <w:t xml:space="preserve">[38:43] </w:t>
      </w:r>
      <w:r>
        <w:t>main tera shukr ada karta hoon ke tune yeh blessing di mujhe.</w:t>
      </w:r>
    </w:p>
    <w:p>
      <w:pPr>
        <w:jc w:val="right"/>
      </w:pPr>
      <w:r>
        <w:t>میں تیرا شکر ادا کرتا ہوں کہ تو نے یہ blessing دی مجھے۔</w:t>
      </w:r>
    </w:p>
    <w:p>
      <w:r>
        <w:rPr>
          <w:b/>
        </w:rPr>
        <w:t xml:space="preserve">[38:47] </w:t>
      </w:r>
      <w:r>
        <w:t>is liye is ki importance hai.</w:t>
      </w:r>
    </w:p>
    <w:p>
      <w:pPr>
        <w:jc w:val="right"/>
      </w:pPr>
      <w:r>
        <w:t>اس لیے اس کی importance ہے۔</w:t>
      </w:r>
    </w:p>
    <w:p>
      <w:r>
        <w:rPr>
          <w:b/>
        </w:rPr>
        <w:t xml:space="preserve">[38:50] </w:t>
      </w:r>
      <w:r>
        <w:t>Alhamdulillah ki importance hai isi liye hai. to</w:t>
      </w:r>
    </w:p>
    <w:p>
      <w:pPr>
        <w:jc w:val="right"/>
      </w:pPr>
      <w:r>
        <w:t>الحمدللہ کی importance ہے اسی لیے ہے۔ تو</w:t>
      </w:r>
    </w:p>
    <w:p>
      <w:r>
        <w:rPr>
          <w:b/>
        </w:rPr>
        <w:t xml:space="preserve">[38:54] </w:t>
      </w:r>
      <w:r>
        <w:t>main jab padhta hoon quran ko to first verse jo hai main samajhta hoon ke yahi gist hai saare quran ka. itni badi aap ko aisa body diya. aisa mind diya. aisi duniya di. life support system diya. to kuch aap ko aap ki taraf se kuch hona chahiye. acknowledge karna chahiye aap ko. ise acknowledge karne ka naam hai alhamd kehna. to ek baat maine</w:t>
      </w:r>
    </w:p>
    <w:p>
      <w:pPr>
        <w:jc w:val="right"/>
      </w:pPr>
      <w:r>
        <w:t>میں جب پڑھتا ہوں قرآن کو تو first verse جو ہے میں سمجھتا ہوں کہ یہی gist ہے سارے قرآن کا۔ اتنی بڑی آپ کو ایسا body دیا۔ ایسا mind دیا۔ ایسی دنیا دی۔ life support system دیا۔ تو کچھ آپ کو آپ کی طرف سے کچھ ہونا چاہیے۔ acknowledge کرنا چاہیے آپ کو۔ اسے acknowledge کرنے کا نام ہے الحمد کہنا۔ تو ایک بات میں نے</w:t>
      </w:r>
    </w:p>
    <w:p>
      <w:r>
        <w:rPr>
          <w:b/>
        </w:rPr>
        <w:t xml:space="preserve">[39:24] </w:t>
      </w:r>
      <w:r>
        <w:t>Quran ko padhne se paai hai ke Quran ka aaj kal aap jante hain ke bohat zyada charcha</w:t>
      </w:r>
    </w:p>
    <w:p>
      <w:pPr>
        <w:jc w:val="right"/>
      </w:pPr>
      <w:r>
        <w:t>قرآن کو پڑھنے سے پائی ہے کہ قرآن کا آج کل آپ جانتے ہیں کہ بہت زیادہ چرچا</w:t>
      </w:r>
    </w:p>
    <w:p>
      <w:r>
        <w:rPr>
          <w:b/>
        </w:rPr>
        <w:t xml:space="preserve">[39:28] </w:t>
      </w:r>
      <w:r>
        <w:t>hai pro change. Pro change.</w:t>
      </w:r>
    </w:p>
    <w:p>
      <w:pPr>
        <w:jc w:val="right"/>
      </w:pPr>
      <w:r>
        <w:t>ہے pro change۔ Pro change۔</w:t>
      </w:r>
    </w:p>
    <w:p>
      <w:r>
        <w:rPr>
          <w:b/>
        </w:rPr>
        <w:t xml:space="preserve">[39:33] </w:t>
      </w:r>
      <w:r>
        <w:t>to main Quran mein mein ne paya hai ke woh pro change is ka concept nahi hai.</w:t>
      </w:r>
    </w:p>
    <w:p>
      <w:pPr>
        <w:jc w:val="right"/>
      </w:pPr>
      <w:r>
        <w:t>تو میں قرآن میں میں نے پایا ہے کہ وہ pro change اس کا concept نہیں ہے۔</w:t>
      </w:r>
    </w:p>
    <w:p>
      <w:r>
        <w:rPr>
          <w:b/>
        </w:rPr>
        <w:t xml:space="preserve">[39:37] </w:t>
      </w:r>
      <w:r>
        <w:t>balkeh is ka hai status quo ko maan lena.</w:t>
      </w:r>
    </w:p>
    <w:p>
      <w:pPr>
        <w:jc w:val="right"/>
      </w:pPr>
      <w:r>
        <w:t>بلکہ اس کا ہے status quo کو مان لینا۔</w:t>
      </w:r>
    </w:p>
    <w:p>
      <w:r>
        <w:rPr>
          <w:b/>
        </w:rPr>
        <w:t xml:space="preserve">[39:41] </w:t>
      </w:r>
      <w:r>
        <w:t>Islam ka jo concept hai woh base karta hai status quo par.</w:t>
      </w:r>
    </w:p>
    <w:p>
      <w:pPr>
        <w:jc w:val="right"/>
      </w:pPr>
      <w:r>
        <w:t>اسلام کا جو concept ہے وہ base کرتا ہے status quo پر۔</w:t>
      </w:r>
    </w:p>
    <w:p>
      <w:r>
        <w:rPr>
          <w:b/>
        </w:rPr>
        <w:t xml:space="preserve">[39:46] </w:t>
      </w:r>
      <w:r>
        <w:t>pro change par nahin.</w:t>
      </w:r>
    </w:p>
    <w:p>
      <w:pPr>
        <w:jc w:val="right"/>
      </w:pPr>
      <w:r>
        <w:t>Pro change پر نہیں۔</w:t>
      </w:r>
    </w:p>
    <w:p>
      <w:r>
        <w:rPr>
          <w:b/>
        </w:rPr>
        <w:t xml:space="preserve">[39:50] </w:t>
      </w:r>
      <w:r>
        <w:t>kyunke dekhiye jab pro change</w:t>
      </w:r>
    </w:p>
    <w:p>
      <w:pPr>
        <w:jc w:val="right"/>
      </w:pPr>
      <w:r>
        <w:t>کیونکہ دیکھیے جب pro change</w:t>
      </w:r>
    </w:p>
    <w:p>
      <w:r>
        <w:rPr>
          <w:b/>
        </w:rPr>
        <w:t xml:space="preserve">[39:54] </w:t>
      </w:r>
      <w:r>
        <w:t>theory آپ لیتے ہیں تو کیا ہوتا ہے؟ وہی we and they آتا ہے۔</w:t>
      </w:r>
    </w:p>
    <w:p>
      <w:pPr>
        <w:jc w:val="right"/>
      </w:pPr>
      <w:r>
        <w:t>theory آپ لیتے ہیں تو کیا ہوتا ہے؟ وہی وی اندھیا آتا ہے۔</w:t>
      </w:r>
    </w:p>
    <w:p>
      <w:r>
        <w:rPr>
          <w:b/>
        </w:rPr>
        <w:t xml:space="preserve">[39:59] </w:t>
      </w:r>
      <w:r>
        <w:t>takrao hota hai.</w:t>
      </w:r>
    </w:p>
    <w:p>
      <w:pPr>
        <w:jc w:val="right"/>
      </w:pPr>
      <w:r>
        <w:t>ٹکراؤ ہوتا ہے۔</w:t>
      </w:r>
    </w:p>
    <w:p>
      <w:r>
        <w:rPr>
          <w:b/>
        </w:rPr>
        <w:t xml:space="preserve">[40:03] </w:t>
      </w:r>
      <w:r>
        <w:t>yaani it starts from resentment.</w:t>
      </w:r>
    </w:p>
    <w:p>
      <w:pPr>
        <w:jc w:val="right"/>
      </w:pPr>
      <w:r>
        <w:t>یعنی it starts from resentment۔</w:t>
      </w:r>
    </w:p>
    <w:p>
      <w:r>
        <w:rPr>
          <w:b/>
        </w:rPr>
        <w:t xml:space="preserve">[40:07] </w:t>
      </w:r>
      <w:r>
        <w:t>Resentment leads to conflict.</w:t>
      </w:r>
    </w:p>
    <w:p>
      <w:pPr>
        <w:jc w:val="right"/>
      </w:pPr>
      <w:r>
        <w:t>Resentment leads to conflict۔</w:t>
      </w:r>
    </w:p>
    <w:p>
      <w:r>
        <w:rPr>
          <w:b/>
        </w:rPr>
        <w:t xml:space="preserve">[40:12] </w:t>
      </w:r>
      <w:r>
        <w:t>Conflict leads to violence.</w:t>
      </w:r>
    </w:p>
    <w:p>
      <w:pPr>
        <w:jc w:val="right"/>
      </w:pPr>
      <w:r>
        <w:t>Conflict leads to violence۔</w:t>
      </w:r>
    </w:p>
    <w:p>
      <w:r>
        <w:rPr>
          <w:b/>
        </w:rPr>
        <w:t xml:space="preserve">[40:16] </w:t>
      </w:r>
      <w:r>
        <w:t>Violence leads to to war.</w:t>
      </w:r>
    </w:p>
    <w:p>
      <w:pPr>
        <w:jc w:val="right"/>
      </w:pPr>
      <w:r>
        <w:t>Violence leads to to war۔</w:t>
      </w:r>
    </w:p>
    <w:p>
      <w:r>
        <w:rPr>
          <w:b/>
        </w:rPr>
        <w:t xml:space="preserve">[40:20] </w:t>
      </w:r>
      <w:r>
        <w:t>ek ke baad ek ke baad chala aata hai.</w:t>
      </w:r>
    </w:p>
    <w:p>
      <w:pPr>
        <w:jc w:val="right"/>
      </w:pPr>
      <w:r>
        <w:t>ایک کے بعد ایک کے بعد چلا آتا ہے۔</w:t>
      </w:r>
    </w:p>
    <w:p>
      <w:r>
        <w:rPr>
          <w:b/>
        </w:rPr>
        <w:t xml:space="preserve">[40:24] </w:t>
      </w:r>
      <w:r>
        <w:t>to main main ne samjha hai ke quran ka jo concept ke pro change concept nahin hai.</w:t>
      </w:r>
    </w:p>
    <w:p>
      <w:pPr>
        <w:jc w:val="right"/>
      </w:pPr>
      <w:r>
        <w:t>تو میں میں نے سمجھا ہے کہ قرآن کا جو concept کہ pro change concept نہیں ہے۔</w:t>
      </w:r>
    </w:p>
    <w:p>
      <w:r>
        <w:rPr>
          <w:b/>
        </w:rPr>
        <w:t xml:space="preserve">[40:29] </w:t>
      </w:r>
      <w:r>
        <w:t>balke quran ka yeh concept hai ke tum jo bhi status quo hai us ko maan lo.</w:t>
      </w:r>
    </w:p>
    <w:p>
      <w:pPr>
        <w:jc w:val="right"/>
      </w:pPr>
      <w:r>
        <w:t>بلکہ قرآن کا یہ concept ہے کہ تم جو بھی status quo ہے اس کو مان لو۔</w:t>
      </w:r>
    </w:p>
    <w:p>
      <w:r>
        <w:rPr>
          <w:b/>
        </w:rPr>
        <w:t xml:space="preserve">[40:33] </w:t>
      </w:r>
      <w:r>
        <w:t>us ka takrao na karo.</w:t>
      </w:r>
    </w:p>
    <w:p>
      <w:pPr>
        <w:jc w:val="right"/>
      </w:pPr>
      <w:r>
        <w:t>اس کا ٹکراؤ نہ کرو۔</w:t>
      </w:r>
    </w:p>
    <w:p>
      <w:r>
        <w:rPr>
          <w:b/>
        </w:rPr>
        <w:t xml:space="preserve">[40:37] </w:t>
      </w:r>
      <w:r>
        <w:t>aur status ke ko hote hue jo tum ko opportunity mil rahi hai.</w:t>
      </w:r>
    </w:p>
    <w:p>
      <w:pPr>
        <w:jc w:val="right"/>
      </w:pPr>
      <w:r>
        <w:t>اور status کے کو ہوتے ہوئے جو تم کو opportunity مل رہی ہے۔</w:t>
      </w:r>
    </w:p>
    <w:p>
      <w:r>
        <w:rPr>
          <w:b/>
        </w:rPr>
        <w:t xml:space="preserve">[40:42] </w:t>
      </w:r>
      <w:r>
        <w:t>to quran ka hai pro opportunity.</w:t>
      </w:r>
    </w:p>
    <w:p>
      <w:pPr>
        <w:jc w:val="right"/>
      </w:pPr>
      <w:r>
        <w:t>تو قرآن کا ہے pro opportunity۔</w:t>
      </w:r>
    </w:p>
    <w:p>
      <w:r>
        <w:rPr>
          <w:b/>
        </w:rPr>
        <w:t xml:space="preserve">[40:46] </w:t>
      </w:r>
      <w:r>
        <w:t>yeh do concept hain pro change pro opportunity.</w:t>
      </w:r>
    </w:p>
    <w:p>
      <w:pPr>
        <w:jc w:val="right"/>
      </w:pPr>
      <w:r>
        <w:t>یہ دو concept ہیں pro change pro opportunity۔</w:t>
      </w:r>
    </w:p>
    <w:p>
      <w:r>
        <w:rPr>
          <w:b/>
        </w:rPr>
        <w:t xml:space="preserve">[40:50] </w:t>
      </w:r>
      <w:r>
        <w:t>yeh bohat bari baat main ne discover ki quran majeed mein ke quran logon ki jo aaj kal</w:t>
      </w:r>
    </w:p>
    <w:p>
      <w:pPr>
        <w:jc w:val="right"/>
      </w:pPr>
      <w:r>
        <w:t>یہ بہت بڑی بات میں نے discover کی قرآن مجید میں کہ قرآن لوگوں کی جو آج کل</w:t>
      </w:r>
    </w:p>
    <w:p>
      <w:r>
        <w:rPr>
          <w:b/>
        </w:rPr>
        <w:t xml:space="preserve">[40:55] </w:t>
      </w:r>
      <w:r>
        <w:t>سوچ ہے pro change Quran is se agree nahin karta.</w:t>
      </w:r>
    </w:p>
    <w:p>
      <w:pPr>
        <w:jc w:val="right"/>
      </w:pPr>
      <w:r>
        <w:t>سوچ ہے pro change قرآن اس سے agree نہیں کرتا۔</w:t>
      </w:r>
    </w:p>
    <w:p>
      <w:r>
        <w:rPr>
          <w:b/>
        </w:rPr>
        <w:t xml:space="preserve">[40:59] </w:t>
      </w:r>
      <w:r>
        <w:t>sahi sahi cheez jo quran ki hai woh pro opportunity hai.</w:t>
      </w:r>
    </w:p>
    <w:p>
      <w:pPr>
        <w:jc w:val="right"/>
      </w:pPr>
      <w:r>
        <w:t>صحیح صحیح چیز جو قرآن کی ہے وہ pro opportunity ہے۔</w:t>
      </w:r>
    </w:p>
    <w:p>
      <w:r>
        <w:rPr>
          <w:b/>
        </w:rPr>
        <w:t xml:space="preserve">[41:02] </w:t>
      </w:r>
      <w:r>
        <w:t>opportunity ko jo dekho opportunity ko discover karo opportunity ko avail karo.</w:t>
      </w:r>
    </w:p>
    <w:p>
      <w:pPr>
        <w:jc w:val="right"/>
      </w:pPr>
      <w:r>
        <w:t>Opportunity کو جو دیکھو opportunity کو discover کرو opportunity کو avail کرو۔</w:t>
      </w:r>
    </w:p>
    <w:p>
      <w:r>
        <w:rPr>
          <w:b/>
        </w:rPr>
        <w:t xml:space="preserve">[41:05] </w:t>
      </w:r>
      <w:r>
        <w:t>koi is mein koi takrao nahin.</w:t>
      </w:r>
    </w:p>
    <w:p>
      <w:pPr>
        <w:jc w:val="right"/>
      </w:pPr>
      <w:r>
        <w:t>کوئی اس میں کوئی ٹکراؤ نہیں۔</w:t>
      </w:r>
    </w:p>
    <w:p>
      <w:r>
        <w:rPr>
          <w:b/>
        </w:rPr>
        <w:t xml:space="preserve">[41:07] </w:t>
      </w:r>
      <w:r>
        <w:t>is mein koi war nahin.</w:t>
      </w:r>
    </w:p>
    <w:p>
      <w:pPr>
        <w:jc w:val="right"/>
      </w:pPr>
      <w:r>
        <w:t>اس میں کوئی وار نہیں۔</w:t>
      </w:r>
    </w:p>
    <w:p>
      <w:r>
        <w:rPr>
          <w:b/>
        </w:rPr>
        <w:t xml:space="preserve">[41:10] </w:t>
      </w:r>
      <w:r>
        <w:t>koi hate nahin.</w:t>
      </w:r>
    </w:p>
    <w:p>
      <w:pPr>
        <w:jc w:val="right"/>
      </w:pPr>
      <w:r>
        <w:t>کوئی hate نہیں۔</w:t>
      </w:r>
    </w:p>
    <w:p>
      <w:r>
        <w:rPr>
          <w:b/>
        </w:rPr>
        <w:t xml:space="preserve">[41:13] </w:t>
      </w:r>
      <w:r>
        <w:t>kisi se koi lena dena nahin.</w:t>
      </w:r>
    </w:p>
    <w:p>
      <w:pPr>
        <w:jc w:val="right"/>
      </w:pPr>
      <w:r>
        <w:t>کسی سے کوئی لینا دینا نہیں۔</w:t>
      </w:r>
    </w:p>
    <w:p>
      <w:r>
        <w:rPr>
          <w:b/>
        </w:rPr>
        <w:t xml:space="preserve">[41:16] </w:t>
      </w:r>
      <w:r>
        <w:t>aap opportunity ko avail ki jaao.</w:t>
      </w:r>
    </w:p>
    <w:p>
      <w:pPr>
        <w:jc w:val="right"/>
      </w:pPr>
      <w:r>
        <w:t>آپ opportunity کو avail کی جاؤ۔</w:t>
      </w:r>
    </w:p>
    <w:p>
      <w:r>
        <w:rPr>
          <w:b/>
        </w:rPr>
        <w:t xml:space="preserve">[41:18] </w:t>
      </w:r>
      <w:r>
        <w:t>karte rahiye kaam.</w:t>
      </w:r>
    </w:p>
    <w:p>
      <w:pPr>
        <w:jc w:val="right"/>
      </w:pPr>
      <w:r>
        <w:t>کرتے رہیے کام۔</w:t>
      </w:r>
    </w:p>
    <w:p>
      <w:r>
        <w:rPr>
          <w:b/>
        </w:rPr>
        <w:t xml:space="preserve">[41:21] </w:t>
      </w:r>
      <w:r>
        <w:t>main khuda ke fazal se yahi kaam karta hoon.</w:t>
      </w:r>
    </w:p>
    <w:p>
      <w:pPr>
        <w:jc w:val="right"/>
      </w:pPr>
      <w:r>
        <w:t>میں خدا کے فضل سے یہی کام کرتا ہوں۔</w:t>
      </w:r>
    </w:p>
    <w:p>
      <w:r>
        <w:rPr>
          <w:b/>
        </w:rPr>
        <w:t xml:space="preserve">[41:24] </w:t>
      </w:r>
      <w:r>
        <w:t>bachpan se mera mizaj hi aisi hai.</w:t>
      </w:r>
    </w:p>
    <w:p>
      <w:pPr>
        <w:jc w:val="right"/>
      </w:pPr>
      <w:r>
        <w:t>بچپن سے میرا مزاج ہی ایسی ہے۔</w:t>
      </w:r>
    </w:p>
    <w:p>
      <w:r>
        <w:rPr>
          <w:b/>
        </w:rPr>
        <w:t xml:space="preserve">[41:27] </w:t>
      </w:r>
      <w:r>
        <w:t>I was born with this concept ke mein pro opportunity mera mizaj hai.</w:t>
      </w:r>
    </w:p>
    <w:p>
      <w:pPr>
        <w:jc w:val="right"/>
      </w:pPr>
      <w:r>
        <w:t>I was born with this concept کہ میں pro opportunity میرا مزاج ہے۔</w:t>
      </w:r>
    </w:p>
    <w:p>
      <w:r>
        <w:rPr>
          <w:b/>
        </w:rPr>
        <w:t xml:space="preserve">[41:29] </w:t>
      </w:r>
      <w:r>
        <w:t>Pro change mera mizaj kabhi bhi nahi raha.</w:t>
      </w:r>
    </w:p>
    <w:p>
      <w:pPr>
        <w:jc w:val="right"/>
      </w:pPr>
      <w:r>
        <w:t>Pro change میرا مزاج کبھی بھی نہیں رہا۔</w:t>
      </w:r>
    </w:p>
    <w:p>
      <w:r>
        <w:rPr>
          <w:b/>
        </w:rPr>
        <w:t xml:space="preserve">[41:34] </w:t>
      </w:r>
      <w:r>
        <w:t>To is tarah se aap bach sakte hain intolerance se. Conflict se. Takrao se. Violence se.</w:t>
      </w:r>
    </w:p>
    <w:p>
      <w:pPr>
        <w:jc w:val="right"/>
      </w:pPr>
      <w:r>
        <w:t>تو اس طرح سے آپ بچ سکتے ہیں intolerance سے۔ Conflict سے۔ ٹکراؤ سے۔ Violence سے۔</w:t>
      </w:r>
    </w:p>
    <w:p>
      <w:r>
        <w:rPr>
          <w:b/>
        </w:rPr>
        <w:t xml:space="preserve">[41:38] </w:t>
      </w:r>
      <w:r>
        <w:t>Yahan tak ke war se.</w:t>
      </w:r>
    </w:p>
    <w:p>
      <w:pPr>
        <w:jc w:val="right"/>
      </w:pPr>
      <w:r>
        <w:t>یہاں تک کہ وار سے۔</w:t>
      </w:r>
    </w:p>
    <w:p>
      <w:r>
        <w:rPr>
          <w:b/>
        </w:rPr>
        <w:t xml:space="preserve">[41:42] </w:t>
      </w:r>
      <w:r>
        <w:t>To is ko maine ek word diya hai positive status quoism.</w:t>
      </w:r>
    </w:p>
    <w:p>
      <w:pPr>
        <w:jc w:val="right"/>
      </w:pPr>
      <w:r>
        <w:t>تو اس کو میں نے ایک word دیا ہے positive status quoism۔</w:t>
      </w:r>
    </w:p>
    <w:p>
      <w:r>
        <w:rPr>
          <w:b/>
        </w:rPr>
        <w:t xml:space="preserve">[41:47] </w:t>
      </w:r>
      <w:r>
        <w:t>Ek hai status quoism.</w:t>
      </w:r>
    </w:p>
    <w:p>
      <w:pPr>
        <w:jc w:val="right"/>
      </w:pPr>
      <w:r>
        <w:t>ایک ہے status quoism۔</w:t>
      </w:r>
    </w:p>
    <w:p>
      <w:r>
        <w:rPr>
          <w:b/>
        </w:rPr>
        <w:t xml:space="preserve">[41:51] </w:t>
      </w:r>
      <w:r>
        <w:t>Ek hai positive status quoism.</w:t>
      </w:r>
    </w:p>
    <w:p>
      <w:pPr>
        <w:jc w:val="right"/>
      </w:pPr>
      <w:r>
        <w:t>ایک ہے positive status quoism۔</w:t>
      </w:r>
    </w:p>
    <w:p>
      <w:r>
        <w:rPr>
          <w:b/>
        </w:rPr>
        <w:t xml:space="preserve">[41:55] </w:t>
      </w:r>
      <w:r>
        <w:t>To yeh maine is ko word diya hai.</w:t>
      </w:r>
    </w:p>
    <w:p>
      <w:pPr>
        <w:jc w:val="right"/>
      </w:pPr>
      <w:r>
        <w:t>تو یہ میں نے اس کو word دیا ہے۔</w:t>
      </w:r>
    </w:p>
    <w:p>
      <w:r>
        <w:rPr>
          <w:b/>
        </w:rPr>
        <w:t xml:space="preserve">[42:00] </w:t>
      </w:r>
      <w:r>
        <w:t>Isi status quoism ko Quran mein sabr kaha gaya hai.</w:t>
      </w:r>
    </w:p>
    <w:p>
      <w:pPr>
        <w:jc w:val="right"/>
      </w:pPr>
      <w:r>
        <w:t>اسی status quoism کو قرآن میں صبر کہا گیا ہے۔</w:t>
      </w:r>
    </w:p>
    <w:p>
      <w:r>
        <w:rPr>
          <w:b/>
        </w:rPr>
        <w:t xml:space="preserve">[42:04] </w:t>
      </w:r>
      <w:r>
        <w:t>Sabr ka matlab kya hai? Yahi matlab hai sabr ka.</w:t>
      </w:r>
    </w:p>
    <w:p>
      <w:pPr>
        <w:jc w:val="right"/>
      </w:pPr>
      <w:r>
        <w:t>صبر کا مطلب کیا ہے؟ یہی مطلب ہے صبر کا۔</w:t>
      </w:r>
    </w:p>
    <w:p>
      <w:r>
        <w:rPr>
          <w:b/>
        </w:rPr>
        <w:t xml:space="preserve">[42:08] </w:t>
      </w:r>
      <w:r>
        <w:t>Sabr ka hi matlab hai.</w:t>
      </w:r>
    </w:p>
    <w:p>
      <w:pPr>
        <w:jc w:val="right"/>
      </w:pPr>
      <w:r>
        <w:t>صبر کا ہی مطلب ہے۔</w:t>
      </w:r>
    </w:p>
    <w:p>
      <w:r>
        <w:rPr>
          <w:b/>
        </w:rPr>
        <w:t xml:space="preserve">[42:13] </w:t>
      </w:r>
      <w:r>
        <w:t>Main ek misaal deta hoon aap ko ke sabr kya hai.</w:t>
      </w:r>
    </w:p>
    <w:p>
      <w:pPr>
        <w:jc w:val="right"/>
      </w:pPr>
      <w:r>
        <w:t>میں ایک مثال دیتا ہوں آپ کو کہ صبر کیا ہے۔</w:t>
      </w:r>
    </w:p>
    <w:p>
      <w:r>
        <w:rPr>
          <w:b/>
        </w:rPr>
        <w:t xml:space="preserve">[42:17] </w:t>
      </w:r>
      <w:r>
        <w:t>Ke sabr aap ko aap ke liye sabr opens the door of opportunity.</w:t>
      </w:r>
    </w:p>
    <w:p>
      <w:pPr>
        <w:jc w:val="right"/>
      </w:pPr>
      <w:r>
        <w:t>کہ صبر آپ کو آپ کے لیے صبر opens the door of opportunity۔</w:t>
      </w:r>
    </w:p>
    <w:p>
      <w:r>
        <w:rPr>
          <w:b/>
        </w:rPr>
        <w:t xml:space="preserve">[42:22] </w:t>
      </w:r>
      <w:r>
        <w:t>Sabr opens the door of all kinds of scopes.</w:t>
      </w:r>
    </w:p>
    <w:p>
      <w:pPr>
        <w:jc w:val="right"/>
      </w:pPr>
      <w:r>
        <w:t>صبر opens the door of all kinds of scopes۔</w:t>
      </w:r>
    </w:p>
    <w:p>
      <w:r>
        <w:rPr>
          <w:b/>
        </w:rPr>
        <w:t xml:space="preserve">[42:26] </w:t>
      </w:r>
      <w:r>
        <w:t>Wo kaise dekhiye? Prophet of Islam jo thay</w:t>
      </w:r>
    </w:p>
    <w:p>
      <w:pPr>
        <w:jc w:val="right"/>
      </w:pPr>
      <w:r>
        <w:t>وہ کیسے دیکھیے؟ Prophet of Islam جو تھے</w:t>
      </w:r>
    </w:p>
    <w:p>
      <w:r>
        <w:rPr>
          <w:b/>
        </w:rPr>
        <w:t xml:space="preserve">[42:31] </w:t>
      </w:r>
      <w:r>
        <w:t>Wo Prophet of tauheed thay.</w:t>
      </w:r>
    </w:p>
    <w:p>
      <w:pPr>
        <w:jc w:val="right"/>
      </w:pPr>
      <w:r>
        <w:t>وہ Prophet of توحید تھے۔</w:t>
      </w:r>
    </w:p>
    <w:p>
      <w:r>
        <w:rPr>
          <w:b/>
        </w:rPr>
        <w:t xml:space="preserve">[42:35] </w:t>
      </w:r>
      <w:r>
        <w:t>Yaani oneness of God un ka concept tha.</w:t>
      </w:r>
    </w:p>
    <w:p>
      <w:pPr>
        <w:jc w:val="right"/>
      </w:pPr>
      <w:r>
        <w:t>یعنی oneness of God ان کا concept تھا۔</w:t>
      </w:r>
    </w:p>
    <w:p>
      <w:r>
        <w:rPr>
          <w:b/>
        </w:rPr>
        <w:t xml:space="preserve">[42:39] </w:t>
      </w:r>
      <w:r>
        <w:t>Oneness of God.</w:t>
      </w:r>
    </w:p>
    <w:p>
      <w:pPr>
        <w:jc w:val="right"/>
      </w:pPr>
      <w:r>
        <w:t>Oneness of God۔</w:t>
      </w:r>
    </w:p>
    <w:p>
      <w:r>
        <w:rPr>
          <w:b/>
        </w:rPr>
        <w:t xml:space="preserve">[42:43] </w:t>
      </w:r>
      <w:r>
        <w:t>To aap paida hue Makkah mein.</w:t>
      </w:r>
    </w:p>
    <w:p>
      <w:pPr>
        <w:jc w:val="right"/>
      </w:pPr>
      <w:r>
        <w:t>تو آپ پیدا ہوئے مکہ میں۔</w:t>
      </w:r>
    </w:p>
    <w:p>
      <w:r>
        <w:rPr>
          <w:b/>
        </w:rPr>
        <w:t xml:space="preserve">[42:48] </w:t>
      </w:r>
      <w:r>
        <w:t>Makkah mein kya tha? Sab log idol worshippers thay.</w:t>
      </w:r>
    </w:p>
    <w:p>
      <w:pPr>
        <w:jc w:val="right"/>
      </w:pPr>
      <w:r>
        <w:t>مکہ میں کیا تھا؟ سب لوگ idol worshippers تھے۔</w:t>
      </w:r>
    </w:p>
    <w:p>
      <w:r>
        <w:rPr>
          <w:b/>
        </w:rPr>
        <w:t xml:space="preserve">[42:52] </w:t>
      </w:r>
      <w:r>
        <w:t>To sab log to khair thay lekin jo Kaaba banaya gaya tha Kaaba Kaaba banaya tha Hazrat Ibrahim</w:t>
      </w:r>
    </w:p>
    <w:p>
      <w:pPr>
        <w:jc w:val="right"/>
      </w:pPr>
      <w:r>
        <w:t>تو سب لوگ تو خیر تھے لیکن جو کعبہ بنایا گیا تھا کعبہ کعبہ بنایا تھا حضرت ابراہیم</w:t>
      </w:r>
    </w:p>
    <w:p>
      <w:r>
        <w:rPr>
          <w:b/>
        </w:rPr>
        <w:t xml:space="preserve">[42:56] </w:t>
      </w:r>
      <w:r>
        <w:t>ne yaani tauheed ke center ke tor par. Ek Khuda</w:t>
      </w:r>
    </w:p>
    <w:p>
      <w:pPr>
        <w:jc w:val="right"/>
      </w:pPr>
      <w:r>
        <w:t>نے یعنی توحید کے center کے طور پر۔ ایک خدا</w:t>
      </w:r>
    </w:p>
    <w:p>
      <w:r>
        <w:rPr>
          <w:b/>
        </w:rPr>
        <w:t xml:space="preserve">[43:01] </w:t>
      </w:r>
      <w:r>
        <w:t>ki ibadat ke liye.</w:t>
      </w:r>
    </w:p>
    <w:p>
      <w:pPr>
        <w:jc w:val="right"/>
      </w:pPr>
      <w:r>
        <w:t>کی عبادت کے لیے۔</w:t>
      </w:r>
    </w:p>
    <w:p>
      <w:r>
        <w:rPr>
          <w:b/>
        </w:rPr>
        <w:t xml:space="preserve">[43:07] </w:t>
      </w:r>
      <w:r>
        <w:t>Kaaba ko banaya tha chaar hazar chaar hazar saal pehle Hazrat Ibrahim ne.</w:t>
      </w:r>
    </w:p>
    <w:p>
      <w:pPr>
        <w:jc w:val="right"/>
      </w:pPr>
      <w:r>
        <w:t>کعبہ کو بنایا تھا چار ہزار چار ہزار سال پہلے حضرت ابراہیم نے۔</w:t>
      </w:r>
    </w:p>
    <w:p>
      <w:r>
        <w:rPr>
          <w:b/>
        </w:rPr>
        <w:t xml:space="preserve">[43:13] </w:t>
      </w:r>
      <w:r>
        <w:t>Is liye ke yahan par ek Khuda ki ibadat ki jaye.</w:t>
      </w:r>
    </w:p>
    <w:p>
      <w:pPr>
        <w:jc w:val="right"/>
      </w:pPr>
      <w:r>
        <w:t>اس لیے کہ یہاں پر ایک خدا کی عبادت کی جائے۔</w:t>
      </w:r>
    </w:p>
    <w:p>
      <w:r>
        <w:rPr>
          <w:b/>
        </w:rPr>
        <w:t xml:space="preserve">[43:19] </w:t>
      </w:r>
      <w:r>
        <w:t>achha baad ko later generation mein kya hua ke logon ne wahan par but lal rakh diye.</w:t>
      </w:r>
    </w:p>
    <w:p>
      <w:pPr>
        <w:jc w:val="right"/>
      </w:pPr>
      <w:r>
        <w:t>اچھا بعد کو later generation میں کیا ہوا کہ لوگوں نے وہاں پر بت لال رکھ دیے۔</w:t>
      </w:r>
    </w:p>
    <w:p>
      <w:r>
        <w:rPr>
          <w:b/>
        </w:rPr>
        <w:t xml:space="preserve">[43:25] </w:t>
      </w:r>
      <w:r>
        <w:t>yani qabeel yani wahan par us waqt 360 but idol thay. yani 360</w:t>
      </w:r>
    </w:p>
    <w:p>
      <w:pPr>
        <w:jc w:val="right"/>
      </w:pPr>
      <w:r>
        <w:t>یعنی قبیل یعنی وہاں پر اس وقت 360 بت idol تھے۔ یعنی 360</w:t>
      </w:r>
    </w:p>
    <w:p>
      <w:r>
        <w:rPr>
          <w:b/>
        </w:rPr>
        <w:t xml:space="preserve">[43:31] </w:t>
      </w:r>
      <w:r>
        <w:t>tribes tribes ke woh woh idol thay. 360 idols.</w:t>
      </w:r>
    </w:p>
    <w:p>
      <w:pPr>
        <w:jc w:val="right"/>
      </w:pPr>
      <w:r>
        <w:t>tribes tribes کے وہ وہ idol تھے۔ 360 idols۔</w:t>
      </w:r>
    </w:p>
    <w:p>
      <w:r>
        <w:rPr>
          <w:b/>
        </w:rPr>
        <w:t xml:space="preserve">[43:36] </w:t>
      </w:r>
      <w:r>
        <w:t>to unhon ne saare tribes ke idols ko la kar ke is mein rakh diya kaba mein.</w:t>
      </w:r>
    </w:p>
    <w:p>
      <w:pPr>
        <w:jc w:val="right"/>
      </w:pPr>
      <w:r>
        <w:t>تو انہوں نے سارے tribes کے idols کو لا کر کے اس میں رکھ دیا کعبہ میں۔</w:t>
      </w:r>
    </w:p>
    <w:p>
      <w:r>
        <w:rPr>
          <w:b/>
        </w:rPr>
        <w:t xml:space="preserve">[43:41] </w:t>
      </w:r>
      <w:r>
        <w:t>yani ek khuda ki ibadat ka jo barkat banaya gaya tha us par 360 but rakh ke bhi.</w:t>
      </w:r>
    </w:p>
    <w:p>
      <w:pPr>
        <w:jc w:val="right"/>
      </w:pPr>
      <w:r>
        <w:t>یعنی ایک خدا کی عبادت کا جو برکت بنایا گیا تھا اس پر 360 بت رکھ کے بھی۔</w:t>
      </w:r>
    </w:p>
    <w:p>
      <w:r>
        <w:rPr>
          <w:b/>
        </w:rPr>
        <w:t xml:space="preserve">[43:46] </w:t>
      </w:r>
      <w:r>
        <w:t>aap dekhiye ke rasool Allah jo wahan paida hue to log fakhr karte hain mahmood but shikan par.</w:t>
      </w:r>
    </w:p>
    <w:p>
      <w:pPr>
        <w:jc w:val="right"/>
      </w:pPr>
      <w:r>
        <w:t>آپ دیکھیے کہ رسول اللہ جو وہاں پیدا ہوئے تو لوگ فخر کرتے ہیں محمود بت شکن پر۔</w:t>
      </w:r>
    </w:p>
    <w:p>
      <w:r>
        <w:rPr>
          <w:b/>
        </w:rPr>
        <w:t xml:space="preserve">[43:51] </w:t>
      </w:r>
      <w:r>
        <w:t>rasool Allah but shikan nahi thay.</w:t>
      </w:r>
    </w:p>
    <w:p>
      <w:pPr>
        <w:jc w:val="right"/>
      </w:pPr>
      <w:r>
        <w:t>رسول اللہ بت شکن نہیں تھے۔</w:t>
      </w:r>
    </w:p>
    <w:p>
      <w:r>
        <w:rPr>
          <w:b/>
        </w:rPr>
        <w:t xml:space="preserve">[43:56] </w:t>
      </w:r>
      <w:r>
        <w:t>yeh jhoota kaam kiya mahmood ne.</w:t>
      </w:r>
    </w:p>
    <w:p>
      <w:pPr>
        <w:jc w:val="right"/>
      </w:pPr>
      <w:r>
        <w:t>یہ جھوٹا کام کیا محمود نے۔</w:t>
      </w:r>
    </w:p>
    <w:p>
      <w:r>
        <w:rPr>
          <w:b/>
        </w:rPr>
        <w:t xml:space="preserve">[44:01] </w:t>
      </w:r>
      <w:r>
        <w:t>log fakhr karte hain ke mahmood but shikan but shikan hi islam mein hai hi nahi.</w:t>
      </w:r>
    </w:p>
    <w:p>
      <w:pPr>
        <w:jc w:val="right"/>
      </w:pPr>
      <w:r>
        <w:t>لوگ فخر کرتے ہیں کہ محمود بت شکن بت شکن ہی اسلام میں ہے ہی نہیں۔</w:t>
      </w:r>
    </w:p>
    <w:p>
      <w:r>
        <w:rPr>
          <w:b/>
        </w:rPr>
        <w:t xml:space="preserve">[44:04] </w:t>
      </w:r>
      <w:r>
        <w:t>but shikan hi jo kiya mahmood ne woh to islam se koi taalluq is ka nahi.</w:t>
      </w:r>
    </w:p>
    <w:p>
      <w:pPr>
        <w:jc w:val="right"/>
      </w:pPr>
      <w:r>
        <w:t>بت شکن ہی جو کیا محمود نے وہ تو اسلام سے کوئی تعلق اس کا نہیں۔</w:t>
      </w:r>
    </w:p>
    <w:p>
      <w:r>
        <w:rPr>
          <w:b/>
        </w:rPr>
        <w:t xml:space="preserve">[44:08] </w:t>
      </w:r>
      <w:r>
        <w:t>woh to loot maar thi woh.</w:t>
      </w:r>
    </w:p>
    <w:p>
      <w:pPr>
        <w:jc w:val="right"/>
      </w:pPr>
      <w:r>
        <w:t>وہ تو لوٹ مار تھی وہ۔</w:t>
      </w:r>
    </w:p>
    <w:p>
      <w:r>
        <w:rPr>
          <w:b/>
        </w:rPr>
        <w:t xml:space="preserve">[44:11] </w:t>
      </w:r>
      <w:r>
        <w:t>rasool Allah ne dekhiye 13 saal tak makka mein rahe.</w:t>
      </w:r>
    </w:p>
    <w:p>
      <w:pPr>
        <w:jc w:val="right"/>
      </w:pPr>
      <w:r>
        <w:t>رسول اللہ نے دیکھیے 13 سال تک مکہ میں رہے۔</w:t>
      </w:r>
    </w:p>
    <w:p>
      <w:r>
        <w:rPr>
          <w:b/>
        </w:rPr>
        <w:t xml:space="preserve">[44:14] </w:t>
      </w:r>
      <w:r>
        <w:t>kabhi aisa nahi hua ke objection bhi nahi kiya unhon ne.</w:t>
      </w:r>
    </w:p>
    <w:p>
      <w:pPr>
        <w:jc w:val="right"/>
      </w:pPr>
      <w:r>
        <w:t>کبھی ایسا نہیں ہوا کہ objection بھی نہیں کیا انہوں نے۔</w:t>
      </w:r>
    </w:p>
    <w:p>
      <w:r>
        <w:rPr>
          <w:b/>
        </w:rPr>
        <w:t xml:space="preserve">[44:18] </w:t>
      </w:r>
      <w:r>
        <w:t>aur todna to bohat door ki baat hai.</w:t>
      </w:r>
    </w:p>
    <w:p>
      <w:pPr>
        <w:jc w:val="right"/>
      </w:pPr>
      <w:r>
        <w:t>اور توڑنا تو بہت دور کی بات ہے۔</w:t>
      </w:r>
    </w:p>
    <w:p>
      <w:r>
        <w:rPr>
          <w:b/>
        </w:rPr>
        <w:t xml:space="preserve">[44:21] </w:t>
      </w:r>
      <w:r>
        <w:t>yani but ko todna kulhaadi le kar ke yeh bhi nahi kiya.</w:t>
      </w:r>
    </w:p>
    <w:p>
      <w:pPr>
        <w:jc w:val="right"/>
      </w:pPr>
      <w:r>
        <w:t>یعنی بت کو توڑنا کلہاڑی لے کر کے یہ بھی نہیں کیا۔</w:t>
      </w:r>
    </w:p>
    <w:p>
      <w:r>
        <w:rPr>
          <w:b/>
        </w:rPr>
        <w:t xml:space="preserve">[44:24] </w:t>
      </w:r>
      <w:r>
        <w:t>yahan tak ke objection bhi nahi kiya logon se ke tum kyun yahan but rakh rakha hai? Hazrat</w:t>
      </w:r>
    </w:p>
    <w:p>
      <w:pPr>
        <w:jc w:val="right"/>
      </w:pPr>
      <w:r>
        <w:t>یہاں تک کہ objection بھی نہیں کیا لوگوں سے کہ تم کیوں یہاں بت رکھ رکھا ہے؟ حضرت</w:t>
      </w:r>
    </w:p>
    <w:p>
      <w:r>
        <w:rPr>
          <w:b/>
        </w:rPr>
        <w:t xml:space="preserve">[44:28] </w:t>
      </w:r>
      <w:r>
        <w:t>ibrahim ne to banaya tha is ke liye. bilkul</w:t>
      </w:r>
    </w:p>
    <w:p>
      <w:pPr>
        <w:jc w:val="right"/>
      </w:pPr>
      <w:r>
        <w:t>ابراہیم نے تو بنایا تھا اس کے لیے۔ بالکل</w:t>
      </w:r>
    </w:p>
    <w:p>
      <w:r>
        <w:rPr>
          <w:b/>
        </w:rPr>
        <w:t xml:space="preserve">[44:31] </w:t>
      </w:r>
      <w:r>
        <w:t>is se ek dam indifferent ho gaye.</w:t>
      </w:r>
    </w:p>
    <w:p>
      <w:pPr>
        <w:jc w:val="right"/>
      </w:pPr>
      <w:r>
        <w:t>اس سے ایک دم indifferent ہو گئے۔</w:t>
      </w:r>
    </w:p>
    <w:p>
      <w:r>
        <w:rPr>
          <w:b/>
        </w:rPr>
        <w:t xml:space="preserve">[44:34] </w:t>
      </w:r>
      <w:r>
        <w:t>indifferent ho gaye.</w:t>
      </w:r>
    </w:p>
    <w:p>
      <w:pPr>
        <w:jc w:val="right"/>
      </w:pPr>
      <w:r>
        <w:t>Indifferent ہو گئے۔</w:t>
      </w:r>
    </w:p>
    <w:p>
      <w:r>
        <w:rPr>
          <w:b/>
        </w:rPr>
        <w:t xml:space="preserve">[44:37] </w:t>
      </w:r>
      <w:r>
        <w:t>is se kya faida hua? isi ko kehta hoon positive status quoism.</w:t>
      </w:r>
    </w:p>
    <w:p>
      <w:pPr>
        <w:jc w:val="right"/>
      </w:pPr>
      <w:r>
        <w:t>اس سے کیا فائدہ ہوا؟ اسی کو کہتا ہوں positive status quoism۔</w:t>
      </w:r>
    </w:p>
    <w:p>
      <w:r>
        <w:rPr>
          <w:b/>
        </w:rPr>
        <w:t xml:space="preserve">[44:41] </w:t>
      </w:r>
      <w:r>
        <w:t>is se faida yeh hua ke un ko peace mil gaya.</w:t>
      </w:r>
    </w:p>
    <w:p>
      <w:pPr>
        <w:jc w:val="right"/>
      </w:pPr>
      <w:r>
        <w:t>اس سے فائدہ یہ ہوا کہ ان کو peace مل گیا۔</w:t>
      </w:r>
    </w:p>
    <w:p>
      <w:r>
        <w:rPr>
          <w:b/>
        </w:rPr>
        <w:t xml:space="preserve">[44:44] </w:t>
      </w:r>
      <w:r>
        <w:t>foran hi peace mil gaya.</w:t>
      </w:r>
    </w:p>
    <w:p>
      <w:pPr>
        <w:jc w:val="right"/>
      </w:pPr>
      <w:r>
        <w:t>فوراً ہی peace مل گیا۔</w:t>
      </w:r>
    </w:p>
    <w:p>
      <w:r>
        <w:rPr>
          <w:b/>
        </w:rPr>
        <w:t xml:space="preserve">[44:47] </w:t>
      </w:r>
      <w:r>
        <w:t>agar woh padte hain isi chakar mein ke button ko todna hai.</w:t>
      </w:r>
    </w:p>
    <w:p>
      <w:pPr>
        <w:jc w:val="right"/>
      </w:pPr>
      <w:r>
        <w:t>اگر وہ پڑتے ہیں اسی چکر میں کہ بتوں کو توڑنا ہے۔</w:t>
      </w:r>
    </w:p>
    <w:p>
      <w:r>
        <w:rPr>
          <w:b/>
        </w:rPr>
        <w:t xml:space="preserve">[44:50] </w:t>
      </w:r>
      <w:r>
        <w:t>button ko nikalna hai.</w:t>
      </w:r>
    </w:p>
    <w:p>
      <w:pPr>
        <w:jc w:val="right"/>
      </w:pPr>
      <w:r>
        <w:t>بتوں کو نکالنا ہے۔</w:t>
      </w:r>
    </w:p>
    <w:p>
      <w:r>
        <w:rPr>
          <w:b/>
        </w:rPr>
        <w:t xml:space="preserve">[44:53] </w:t>
      </w:r>
      <w:r>
        <w:t>kaba mein but na rahen.</w:t>
      </w:r>
    </w:p>
    <w:p>
      <w:pPr>
        <w:jc w:val="right"/>
      </w:pPr>
      <w:r>
        <w:t>کعبہ میں بت نہ رہیں۔</w:t>
      </w:r>
    </w:p>
    <w:p>
      <w:r>
        <w:rPr>
          <w:b/>
        </w:rPr>
        <w:t xml:space="preserve">[44:56] </w:t>
      </w:r>
      <w:r>
        <w:t>yeh hota un ka.</w:t>
      </w:r>
    </w:p>
    <w:p>
      <w:pPr>
        <w:jc w:val="right"/>
      </w:pPr>
      <w:r>
        <w:t>یہ ہوتا ان کا۔</w:t>
      </w:r>
    </w:p>
    <w:p>
      <w:r>
        <w:rPr>
          <w:b/>
        </w:rPr>
        <w:t xml:space="preserve">[44:59] </w:t>
      </w:r>
      <w:r>
        <w:t>to peace kahan milta un ko? peace nahi mil sakta tha un ko.</w:t>
      </w:r>
    </w:p>
    <w:p>
      <w:pPr>
        <w:jc w:val="right"/>
      </w:pPr>
      <w:r>
        <w:t>تو peace کہاں ملتا ان کو؟ peace نہیں مل سکتا تھا ان کو۔</w:t>
      </w:r>
    </w:p>
    <w:p>
      <w:r>
        <w:rPr>
          <w:b/>
        </w:rPr>
        <w:t xml:space="preserve">[45:03] </w:t>
      </w:r>
      <w:r>
        <w:t>conflict intolerance larai violence yeh sab hota hai.</w:t>
      </w:r>
    </w:p>
    <w:p>
      <w:pPr>
        <w:jc w:val="right"/>
      </w:pPr>
      <w:r>
        <w:t>Conflict intolerance لڑائی violence یہ سب ہوتا ہے۔</w:t>
      </w:r>
    </w:p>
    <w:p>
      <w:r>
        <w:rPr>
          <w:b/>
        </w:rPr>
        <w:t xml:space="preserve">[45:07] </w:t>
      </w:r>
      <w:r>
        <w:t>to peace mil gaya.</w:t>
      </w:r>
    </w:p>
    <w:p>
      <w:pPr>
        <w:jc w:val="right"/>
      </w:pPr>
      <w:r>
        <w:t>تو peace مل گیا۔</w:t>
      </w:r>
    </w:p>
    <w:p>
      <w:r>
        <w:rPr>
          <w:b/>
        </w:rPr>
        <w:t xml:space="preserve">[45:11] </w:t>
      </w:r>
      <w:r>
        <w:t>doosri baat yeh hai dekhiye ke kaba mein jab sare tribes ke but thay to kya hota tha?</w:t>
      </w:r>
    </w:p>
    <w:p>
      <w:pPr>
        <w:jc w:val="right"/>
      </w:pPr>
      <w:r>
        <w:t>دوسری بات یہ ہے دیکھیے کہ کعبہ میں جب سارے tribes کے بت تھے تو کیا ہوتا تھا؟</w:t>
      </w:r>
    </w:p>
    <w:p>
      <w:r>
        <w:rPr>
          <w:b/>
        </w:rPr>
        <w:t xml:space="preserve">[45:16] </w:t>
      </w:r>
      <w:r>
        <w:t>un ka darshan karne ke liye woh aya karte thay wahan pe.</w:t>
      </w:r>
    </w:p>
    <w:p>
      <w:pPr>
        <w:jc w:val="right"/>
      </w:pPr>
      <w:r>
        <w:t>ان کا درشن کرنے کے لیے وہ آیا کرتے تھے وہاں پہ۔</w:t>
      </w:r>
    </w:p>
    <w:p>
      <w:r>
        <w:rPr>
          <w:b/>
        </w:rPr>
        <w:t xml:space="preserve">[45:20] </w:t>
      </w:r>
      <w:r>
        <w:t>poore arab se jo kehte hain ziyarat.</w:t>
      </w:r>
    </w:p>
    <w:p>
      <w:pPr>
        <w:jc w:val="right"/>
      </w:pPr>
      <w:r>
        <w:t>پورے عرب سے جو کہتے ہیں زیارت۔</w:t>
      </w:r>
    </w:p>
    <w:p>
      <w:r>
        <w:rPr>
          <w:b/>
        </w:rPr>
        <w:t xml:space="preserve">[45:25] </w:t>
      </w:r>
      <w:r>
        <w:t>poore arab se log atay thay taake apne apne bonton ko ziyarat karein is ko charhawa charhayein aur</w:t>
      </w:r>
    </w:p>
    <w:p>
      <w:pPr>
        <w:jc w:val="right"/>
      </w:pPr>
      <w:r>
        <w:t>پورے عرب سے لوگ آتے تھے تاکہ اپنے اپنے بتوں کو زیارت کریں اس کو چڑھاوا چڑھائیں اور</w:t>
      </w:r>
    </w:p>
    <w:p>
      <w:r>
        <w:rPr>
          <w:b/>
        </w:rPr>
        <w:t xml:space="preserve">[45:29] </w:t>
      </w:r>
      <w:r>
        <w:t>is se aashirwad lein.</w:t>
      </w:r>
    </w:p>
    <w:p>
      <w:pPr>
        <w:jc w:val="right"/>
      </w:pPr>
      <w:r>
        <w:t>اس سے آشیرواد لیں۔</w:t>
      </w:r>
    </w:p>
    <w:p>
      <w:r>
        <w:rPr>
          <w:b/>
        </w:rPr>
        <w:t xml:space="preserve">[45:33] </w:t>
      </w:r>
      <w:r>
        <w:t>to wahan par daily gathering hoti thi.</w:t>
      </w:r>
    </w:p>
    <w:p>
      <w:pPr>
        <w:jc w:val="right"/>
      </w:pPr>
      <w:r>
        <w:t>تو وہاں پر daily gathering ہوتی تھی۔</w:t>
      </w:r>
    </w:p>
    <w:p>
      <w:r>
        <w:rPr>
          <w:b/>
        </w:rPr>
        <w:t xml:space="preserve">[45:37] </w:t>
      </w:r>
      <w:r>
        <w:t>wahan assembly hoti thi daily.</w:t>
      </w:r>
    </w:p>
    <w:p>
      <w:pPr>
        <w:jc w:val="right"/>
      </w:pPr>
      <w:r>
        <w:t>وہاں assembly ہوتی تھی daily۔</w:t>
      </w:r>
    </w:p>
    <w:p>
      <w:r>
        <w:rPr>
          <w:b/>
        </w:rPr>
        <w:t xml:space="preserve">[45:40] </w:t>
      </w:r>
      <w:r>
        <w:t>aap ne jab detach kiya is ko yani is problem ko to aap ko kya hua? aap ko</w:t>
      </w:r>
    </w:p>
    <w:p>
      <w:pPr>
        <w:jc w:val="right"/>
      </w:pPr>
      <w:r>
        <w:t>آپ نے جب detach کیا اس کو یعنی اس problem کو تو آپ کو کیا ہوا؟ آپ کو</w:t>
      </w:r>
    </w:p>
    <w:p>
      <w:r>
        <w:rPr>
          <w:b/>
        </w:rPr>
        <w:t xml:space="preserve">[45:43] </w:t>
      </w:r>
      <w:r>
        <w:t>audience milne laga.</w:t>
      </w:r>
    </w:p>
    <w:p>
      <w:pPr>
        <w:jc w:val="right"/>
      </w:pPr>
      <w:r>
        <w:t>audience ملنے لگا۔</w:t>
      </w:r>
    </w:p>
    <w:p>
      <w:r>
        <w:rPr>
          <w:b/>
        </w:rPr>
        <w:t xml:space="preserve">[45:47] </w:t>
      </w:r>
      <w:r>
        <w:t>audience wahan par aap ja kar apni baat karne lage.</w:t>
      </w:r>
    </w:p>
    <w:p>
      <w:pPr>
        <w:jc w:val="right"/>
      </w:pPr>
      <w:r>
        <w:t>Audience وہاں پر آپ جا کر اپنی بات کرنے لگے۔</w:t>
      </w:r>
    </w:p>
    <w:p>
      <w:r>
        <w:rPr>
          <w:b/>
        </w:rPr>
        <w:t xml:space="preserve">[45:50] </w:t>
      </w:r>
      <w:r>
        <w:t>yani kitna anokha yeh hai concept jo islam mein hai ya quran mein hai.</w:t>
      </w:r>
    </w:p>
    <w:p>
      <w:pPr>
        <w:jc w:val="right"/>
      </w:pPr>
      <w:r>
        <w:t>یعنی کتنا انوکھا یہ ہے concept جو اسلام میں ہے یا قرآن میں ہے۔</w:t>
      </w:r>
    </w:p>
    <w:p>
      <w:r>
        <w:rPr>
          <w:b/>
        </w:rPr>
        <w:t xml:space="preserve">[45:54] </w:t>
      </w:r>
      <w:r>
        <w:t>Avoid the problem, avail the opportunity.</w:t>
      </w:r>
    </w:p>
    <w:p>
      <w:pPr>
        <w:jc w:val="right"/>
      </w:pPr>
      <w:r>
        <w:t>Avoid the problem avail the opportunity۔</w:t>
      </w:r>
    </w:p>
    <w:p>
      <w:r>
        <w:rPr>
          <w:b/>
        </w:rPr>
        <w:t xml:space="preserve">[45:57] </w:t>
      </w:r>
      <w:r>
        <w:t>to yeh to super problem tha ke wahan idol rakhe hue thay itne sare.</w:t>
      </w:r>
    </w:p>
    <w:p>
      <w:pPr>
        <w:jc w:val="right"/>
      </w:pPr>
      <w:r>
        <w:t>تو یہ تو super problem تھا کہ وہاں idol رکھے ہوئے تھے اتنے سارے۔</w:t>
      </w:r>
    </w:p>
    <w:p>
      <w:r>
        <w:rPr>
          <w:b/>
        </w:rPr>
        <w:t xml:space="preserve">[46:00] </w:t>
      </w:r>
      <w:r>
        <w:t>yeh to super problem</w:t>
      </w:r>
    </w:p>
    <w:p>
      <w:pPr>
        <w:jc w:val="right"/>
      </w:pPr>
      <w:r>
        <w:t>یہ تو super problem</w:t>
      </w:r>
    </w:p>
    <w:p>
      <w:r>
        <w:rPr>
          <w:b/>
        </w:rPr>
        <w:t xml:space="preserve">[46:04] </w:t>
      </w:r>
      <w:r>
        <w:t>tha.</w:t>
      </w:r>
    </w:p>
    <w:p>
      <w:pPr>
        <w:jc w:val="right"/>
      </w:pPr>
      <w:r>
        <w:t>تھا۔</w:t>
      </w:r>
    </w:p>
    <w:p>
      <w:r>
        <w:rPr>
          <w:b/>
        </w:rPr>
        <w:t xml:space="preserve">[46:07] </w:t>
      </w:r>
      <w:r>
        <w:t>to super problem ke rasool Allah ne avoid kiya.</w:t>
      </w:r>
    </w:p>
    <w:p>
      <w:pPr>
        <w:jc w:val="right"/>
      </w:pPr>
      <w:r>
        <w:t>تو super problem کے رسول اللہ نے avoid کیا۔</w:t>
      </w:r>
    </w:p>
    <w:p>
      <w:r>
        <w:rPr>
          <w:b/>
        </w:rPr>
        <w:t xml:space="preserve">[46:11] </w:t>
      </w:r>
      <w:r>
        <w:t>to mahmood ne aa kar jo yahan but toda woh rasool Allah ka koi to nahi follow kiya is ne.</w:t>
      </w:r>
    </w:p>
    <w:p>
      <w:pPr>
        <w:jc w:val="right"/>
      </w:pPr>
      <w:r>
        <w:t>تو محمود نے آ کر جو یہاں بت توڑا وہ رسول اللہ کا کوئی تو نہیں follow کیا اس نے۔</w:t>
      </w:r>
    </w:p>
    <w:p>
      <w:r>
        <w:rPr>
          <w:b/>
        </w:rPr>
        <w:t xml:space="preserve">[46:15] </w:t>
      </w:r>
      <w:r>
        <w:t>woh to woh to ek ek ek dakuon ko follow kiya is ne.</w:t>
      </w:r>
    </w:p>
    <w:p>
      <w:pPr>
        <w:jc w:val="right"/>
      </w:pPr>
      <w:r>
        <w:t>وہ تو وہ تو ایک ایک ایک ڈاکوؤں کو follow کیا اس نے۔</w:t>
      </w:r>
    </w:p>
    <w:p>
      <w:r>
        <w:rPr>
          <w:b/>
        </w:rPr>
        <w:t xml:space="preserve">[46:19] </w:t>
      </w:r>
      <w:r>
        <w:t>yeh to dakuon ka kaam tha.</w:t>
      </w:r>
    </w:p>
    <w:p>
      <w:pPr>
        <w:jc w:val="right"/>
      </w:pPr>
      <w:r>
        <w:t>یہ تو ڈاکوؤں کا کام تھا۔</w:t>
      </w:r>
    </w:p>
    <w:p>
      <w:r>
        <w:rPr>
          <w:b/>
        </w:rPr>
        <w:t xml:space="preserve">[46:22] </w:t>
      </w:r>
      <w:r>
        <w:t>islam se koi talluq nahi.</w:t>
      </w:r>
    </w:p>
    <w:p>
      <w:pPr>
        <w:jc w:val="right"/>
      </w:pPr>
      <w:r>
        <w:t>اسلام سے کوئی تعلق نہیں۔</w:t>
      </w:r>
    </w:p>
    <w:p>
      <w:r>
        <w:rPr>
          <w:b/>
        </w:rPr>
        <w:t xml:space="preserve">[46:26] </w:t>
      </w:r>
      <w:r>
        <w:t>rasool Allah se koi talluq nahi is ka.</w:t>
      </w:r>
    </w:p>
    <w:p>
      <w:pPr>
        <w:jc w:val="right"/>
      </w:pPr>
      <w:r>
        <w:t>رسول اللہ سے کوئی تعلق نہیں اس کا۔</w:t>
      </w:r>
    </w:p>
    <w:p>
      <w:r>
        <w:rPr>
          <w:b/>
        </w:rPr>
        <w:t xml:space="preserve">[46:30] </w:t>
      </w:r>
      <w:r>
        <w:t>dekhiye ek ek ek bohat hi important jo</w:t>
      </w:r>
    </w:p>
    <w:p>
      <w:pPr>
        <w:jc w:val="right"/>
      </w:pPr>
      <w:r>
        <w:t>دیکھیے ایک ایک ایک بہت ہی important جو</w:t>
      </w:r>
    </w:p>
    <w:p>
      <w:r>
        <w:rPr>
          <w:b/>
        </w:rPr>
        <w:t xml:space="preserve">[46:34] </w:t>
      </w:r>
      <w:r>
        <w:t>jo islam mein quran mein bataya gaya hai woh hai asal o khair. peace is the best. yani is ka matlab hai ke peace is the super summum bonum. asal o khair means peace is the summum bonum. yani mein hairaan hoon ke is waqt yani seven century ke first quarter mein ek aadmi yeh keh saka ke sab se bada greatest good jo hai woh peace hai. us waqt ko</w:t>
      </w:r>
    </w:p>
    <w:p>
      <w:pPr>
        <w:jc w:val="right"/>
      </w:pPr>
      <w:r>
        <w:t>جو اسلام میں قرآن میں بتایا گیا ہے وہ ہے اصل و خیر۔ Peace is the best۔ یعنی اس کا مطلب ہے کہ peace is the super summum bonum۔ اصل و خیر means peace is the summum bonum۔ یعنی میں حیران ہوں کہ اس وقت یعنی سیون سینچری کے فرسٹ کوارٹر میں ایک آدمی یہ کہہ سکا کہ سب سے بڑا greatest good جو ہے وہ peace ہے۔ اس وقت کو</w:t>
      </w:r>
    </w:p>
    <w:p>
      <w:r>
        <w:rPr>
          <w:b/>
        </w:rPr>
        <w:t xml:space="preserve">[47:04] </w:t>
      </w:r>
      <w:r>
        <w:t>nahi nahi janta tha.</w:t>
      </w:r>
    </w:p>
    <w:p>
      <w:pPr>
        <w:jc w:val="right"/>
      </w:pPr>
      <w:r>
        <w:t>ئی نہیں جانتا تھا۔</w:t>
      </w:r>
    </w:p>
    <w:p>
      <w:r>
        <w:rPr>
          <w:b/>
        </w:rPr>
        <w:t xml:space="preserve">[47:07] </w:t>
      </w:r>
      <w:r>
        <w:t>aap history ko parhein history of thought ko to seven century ke first quarter mein koi yeh nahi</w:t>
      </w:r>
    </w:p>
    <w:p>
      <w:pPr>
        <w:jc w:val="right"/>
      </w:pPr>
      <w:r>
        <w:t>آپ history کو پڑھیں history of thought کو تو سیون سینچری کے فرسٹ کوارٹر میں کوئی یہ نہیں</w:t>
      </w:r>
    </w:p>
    <w:p>
      <w:r>
        <w:rPr>
          <w:b/>
        </w:rPr>
        <w:t xml:space="preserve">[47:10] </w:t>
      </w:r>
      <w:r>
        <w:t>keh saka tha ke peace is the summum bonum.</w:t>
      </w:r>
    </w:p>
    <w:p>
      <w:pPr>
        <w:jc w:val="right"/>
      </w:pPr>
      <w:r>
        <w:t>کہہ سکا تھا کہ peace is the summum bonum۔</w:t>
      </w:r>
    </w:p>
    <w:p>
      <w:r>
        <w:rPr>
          <w:b/>
        </w:rPr>
        <w:t xml:space="preserve">[47:13] </w:t>
      </w:r>
      <w:r>
        <w:t>aaj hum sab jante hain aaj ke peace nahi to progress nahi.</w:t>
      </w:r>
    </w:p>
    <w:p>
      <w:pPr>
        <w:jc w:val="right"/>
      </w:pPr>
      <w:r>
        <w:t>آج ہم سب جانتے ہیں آج کہ peace نہیں تو progress نہیں۔</w:t>
      </w:r>
    </w:p>
    <w:p>
      <w:r>
        <w:rPr>
          <w:b/>
        </w:rPr>
        <w:t xml:space="preserve">[47:16] </w:t>
      </w:r>
      <w:r>
        <w:t>No peace no progress.</w:t>
      </w:r>
    </w:p>
    <w:p>
      <w:pPr>
        <w:jc w:val="right"/>
      </w:pPr>
      <w:r>
        <w:t>No peace no progress۔</w:t>
      </w:r>
    </w:p>
    <w:p>
      <w:r>
        <w:rPr>
          <w:b/>
        </w:rPr>
        <w:t xml:space="preserve">[47:19] </w:t>
      </w:r>
      <w:r>
        <w:t>No peace no development.</w:t>
      </w:r>
    </w:p>
    <w:p>
      <w:pPr>
        <w:jc w:val="right"/>
      </w:pPr>
      <w:r>
        <w:t>No peace no development۔</w:t>
      </w:r>
    </w:p>
    <w:p>
      <w:r>
        <w:rPr>
          <w:b/>
        </w:rPr>
        <w:t xml:space="preserve">[47:22] </w:t>
      </w:r>
      <w:r>
        <w:t>Peace nahi to kuch bhi nahi ho sakta.</w:t>
      </w:r>
    </w:p>
    <w:p>
      <w:pPr>
        <w:jc w:val="right"/>
      </w:pPr>
      <w:r>
        <w:t>Peace نہیں تو کچھ بھی نہیں ہو سکتا۔</w:t>
      </w:r>
    </w:p>
    <w:p>
      <w:r>
        <w:rPr>
          <w:b/>
        </w:rPr>
        <w:t xml:space="preserve">[47:25] </w:t>
      </w:r>
      <w:r>
        <w:t>sab jeopardize ho jata hai ab agar peace ke.</w:t>
      </w:r>
    </w:p>
    <w:p>
      <w:pPr>
        <w:jc w:val="right"/>
      </w:pPr>
      <w:r>
        <w:t>سب jeopardize ہو جاتا ہے اب اگر peace کے۔</w:t>
      </w:r>
    </w:p>
    <w:p>
      <w:r>
        <w:rPr>
          <w:b/>
        </w:rPr>
        <w:t xml:space="preserve">[47:28] </w:t>
      </w:r>
      <w:r>
        <w:t>lekin aaj hum jante hain.</w:t>
      </w:r>
    </w:p>
    <w:p>
      <w:pPr>
        <w:jc w:val="right"/>
      </w:pPr>
      <w:r>
        <w:t>لیکن آج ہم جانتے ہیں۔</w:t>
      </w:r>
    </w:p>
    <w:p>
      <w:r>
        <w:rPr>
          <w:b/>
        </w:rPr>
        <w:t xml:space="preserve">[47:31] </w:t>
      </w:r>
      <w:r>
        <w:t>to is ko dekhiye soofi logon ne bohat hi</w:t>
      </w:r>
    </w:p>
    <w:p>
      <w:pPr>
        <w:jc w:val="right"/>
      </w:pPr>
      <w:r>
        <w:t>تو اس کو دیکھیے صوفی لوگوں نے بہت ہی</w:t>
      </w:r>
    </w:p>
    <w:p>
      <w:r>
        <w:rPr>
          <w:b/>
        </w:rPr>
        <w:t xml:space="preserve">[47:34] </w:t>
      </w:r>
      <w:r>
        <w:t>achha represent kiya islam ko. unhon ne isi se liya to un ka formula tha kya? sulah kul. sulah kul. sulah kul means peace with all. that was the formula of sufi people. peace with all. yeh kitna achha formula hai yeh ke peace ko greatest good samajh lo. peace ko summum bonus samajh lo. to phir sab sare darwaze khul jayenge. koi jhagda nahi. koi takrao nahi</w:t>
      </w:r>
    </w:p>
    <w:p>
      <w:pPr>
        <w:jc w:val="right"/>
      </w:pPr>
      <w:r>
        <w:t>اچھا represent کیا اسلام کو۔ انہوں نے اسی سے لیا تو ان کا فارمولا تھا کیا؟ صلح کل۔ صلح کل۔ صلح کل means peace with all۔ That was the فارمولا of صوفی people۔ Peace with all۔ یہ کتنا اچھا فارمولا ہے یہ کہ peace کو greatest good سمجھ لو۔ Peace کو summum bonus سمجھ لو۔ تو پھر سب سارے دروازے کھل جائیں گے۔ کوئی جھگڑا نہیں۔ کوئی ٹکراؤ نہیں</w:t>
      </w:r>
    </w:p>
    <w:p>
      <w:r>
        <w:rPr>
          <w:b/>
        </w:rPr>
        <w:t xml:space="preserve">[48:04] </w:t>
      </w:r>
      <w:r>
        <w:t>—</w:t>
      </w:r>
    </w:p>
    <w:p>
      <w:pPr>
        <w:jc w:val="right"/>
      </w:pPr>
      <w:r>
        <w:t>۔</w:t>
      </w:r>
    </w:p>
    <w:p>
      <w:r>
        <w:rPr>
          <w:b/>
        </w:rPr>
        <w:t xml:space="preserve">[48:08] </w:t>
      </w:r>
      <w:r>
        <w:t>koi ladai nahi.</w:t>
      </w:r>
    </w:p>
    <w:p>
      <w:pPr>
        <w:jc w:val="right"/>
      </w:pPr>
      <w:r>
        <w:t>کوئی لڑائی نہیں۔</w:t>
      </w:r>
    </w:p>
    <w:p>
      <w:r>
        <w:rPr>
          <w:b/>
        </w:rPr>
        <w:t xml:space="preserve">[48:13] </w:t>
      </w:r>
      <w:r>
        <w:t>isi ko formula ko pakra soofi logon ne.</w:t>
      </w:r>
    </w:p>
    <w:p>
      <w:pPr>
        <w:jc w:val="right"/>
      </w:pPr>
      <w:r>
        <w:t>اسی کو فارمولے کو پکڑا صوفی لوگوں نے۔</w:t>
      </w:r>
    </w:p>
    <w:p>
      <w:r>
        <w:rPr>
          <w:b/>
        </w:rPr>
        <w:t xml:space="preserve">[48:17] </w:t>
      </w:r>
      <w:r>
        <w:t>un ka chunke yani un ka literature jo hai persian mein hai to unhon ne kaha tha ke sulah kul.</w:t>
      </w:r>
    </w:p>
    <w:p>
      <w:pPr>
        <w:jc w:val="right"/>
      </w:pPr>
      <w:r>
        <w:t>ان کا چونکہ یعنی ان کا literature جو ہے پرشین میں ہے تو انہوں نے کہا تھا کہ صلح کل۔</w:t>
      </w:r>
    </w:p>
    <w:p>
      <w:r>
        <w:rPr>
          <w:b/>
        </w:rPr>
        <w:t xml:space="preserve">[48:21] </w:t>
      </w:r>
      <w:r>
        <w:t>That is peace with all.</w:t>
      </w:r>
    </w:p>
    <w:p>
      <w:pPr>
        <w:jc w:val="right"/>
      </w:pPr>
      <w:r>
        <w:t>That is peace with all۔</w:t>
      </w:r>
    </w:p>
    <w:p>
      <w:r>
        <w:rPr>
          <w:b/>
        </w:rPr>
        <w:t xml:space="preserve">[48:25] </w:t>
      </w:r>
      <w:r>
        <w:t>aise hi dekhiye ek ek shakhs aata hai aap ke paas prophet se kehta hai ke o prophet</w:t>
      </w:r>
    </w:p>
    <w:p>
      <w:pPr>
        <w:jc w:val="right"/>
      </w:pPr>
      <w:r>
        <w:t>ایسے ہی دیکھیے ایک ایک شخص آتا ہے آپ کے پاس prophet سے کہتا ہے کہ او prophet</w:t>
      </w:r>
    </w:p>
    <w:p>
      <w:r>
        <w:rPr>
          <w:b/>
        </w:rPr>
        <w:t xml:space="preserve">[48:30] </w:t>
      </w:r>
      <w:r>
        <w:t>give me a master advice by which I be able to manage all the affairs of my life.</w:t>
      </w:r>
    </w:p>
    <w:p>
      <w:pPr>
        <w:jc w:val="right"/>
      </w:pPr>
      <w:r>
        <w:t>give me اے ماسٹر advice by which آئی be able to manage all the affairs of my life۔</w:t>
      </w:r>
    </w:p>
    <w:p>
      <w:r>
        <w:rPr>
          <w:b/>
        </w:rPr>
        <w:t xml:space="preserve">[48:34] </w:t>
      </w:r>
      <w:r>
        <w:t>yani is ka matlab kya hai? woh ek zindagi ka master formula mang raha hai. zindagi ka master formula. aap kya kehte hain? la taghab. la taghab means don't be angry. ghussa na karo. that is super formula. kaisi anokhi baat hai. yani pin point kar ke ek cheez ko bata dena jo poori zindagi ko cover kar raha ho. yeh bahut hi difficult kaam hai. life bahut phaili hui hai. bahut</w:t>
      </w:r>
    </w:p>
    <w:p>
      <w:pPr>
        <w:jc w:val="right"/>
      </w:pPr>
      <w:r>
        <w:t>یعنی اس کا مطلب کیا ہے؟ وہ ایک زندگی کا ماسٹر فارمولا مانگ رہا ہے۔ زندگی کا ماسٹر فارمولا۔ آپ کیا کہتے ہیں؟ لا تغضب۔ لا تغضب means don't be angry۔ غصہ نہ کرو۔ That is super فارمولا۔ کیسی انوکھی بات ہے۔ یعنی pin point کر کے ایک چیز کو بتا دینا جو پوری زندگی کو cover کر رہا ہو۔ یہ بہت ہی difficult کام ہے۔ Life بہت پھیلی ہوئی ہے۔ بہت</w:t>
      </w:r>
    </w:p>
    <w:p>
      <w:r>
        <w:rPr>
          <w:b/>
        </w:rPr>
        <w:t xml:space="preserve">[49:04] </w:t>
      </w:r>
      <w:r>
        <w:t>problem hai.</w:t>
      </w:r>
    </w:p>
    <w:p>
      <w:pPr>
        <w:jc w:val="right"/>
      </w:pPr>
      <w:r>
        <w:t>problem ہے۔</w:t>
      </w:r>
    </w:p>
    <w:p>
      <w:r>
        <w:rPr>
          <w:b/>
        </w:rPr>
        <w:t xml:space="preserve">[49:08] </w:t>
      </w:r>
      <w:r>
        <w:t>Pin point kar ke unhon ne ek aisi cheez batai jo poori life ko cover kar rahi hai.</w:t>
      </w:r>
    </w:p>
    <w:p>
      <w:pPr>
        <w:jc w:val="right"/>
      </w:pPr>
      <w:r>
        <w:t>Pin point کر کے انہوں نے ایک ایسی چیز بتائی جو پوری life کو cover کر رہی ہے۔</w:t>
      </w:r>
    </w:p>
    <w:p>
      <w:r>
        <w:rPr>
          <w:b/>
        </w:rPr>
        <w:t xml:space="preserve">[49:12] </w:t>
      </w:r>
      <w:r>
        <w:t>ghussa mat karo.</w:t>
      </w:r>
    </w:p>
    <w:p>
      <w:pPr>
        <w:jc w:val="right"/>
      </w:pPr>
      <w:r>
        <w:t>غصہ مت کرو۔</w:t>
      </w:r>
    </w:p>
    <w:p>
      <w:r>
        <w:rPr>
          <w:b/>
        </w:rPr>
        <w:t xml:space="preserve">[49:16] </w:t>
      </w:r>
      <w:r>
        <w:t>is ka matlab kya hai? What is anger? Anger kya hai? Dekhiye jab aap samaj mein rehte hain</w:t>
      </w:r>
    </w:p>
    <w:p>
      <w:pPr>
        <w:jc w:val="right"/>
      </w:pPr>
      <w:r>
        <w:t>اس کا مطلب کیا ہے؟ What is anger؟ Anger کیا ہے؟ دیکھیے جب آپ سماج میں رہتے ہیں</w:t>
      </w:r>
    </w:p>
    <w:p>
      <w:r>
        <w:rPr>
          <w:b/>
        </w:rPr>
        <w:t xml:space="preserve">[49:19] </w:t>
      </w:r>
      <w:r>
        <w:t>logon ke beech mein rehte hain to aap ke andar ego hai.</w:t>
      </w:r>
    </w:p>
    <w:p>
      <w:pPr>
        <w:jc w:val="right"/>
      </w:pPr>
      <w:r>
        <w:t>لوگوں کے بیچ میں رہتے ہیں تو آپ کے اندر ego ہے۔</w:t>
      </w:r>
    </w:p>
    <w:p>
      <w:r>
        <w:rPr>
          <w:b/>
        </w:rPr>
        <w:t xml:space="preserve">[49:23] </w:t>
      </w:r>
      <w:r>
        <w:t>agar kisi ne koi baat keh di aur woh kar diya aap ko anger bhadak uthta hai.</w:t>
      </w:r>
    </w:p>
    <w:p>
      <w:pPr>
        <w:jc w:val="right"/>
      </w:pPr>
      <w:r>
        <w:t>اگر کسی نے کوئی بات کہہ دی اور وہ کر دیا آپ کو anger بھڑک اٹھتا ہے۔</w:t>
      </w:r>
    </w:p>
    <w:p>
      <w:r>
        <w:rPr>
          <w:b/>
        </w:rPr>
        <w:t xml:space="preserve">[49:27] </w:t>
      </w:r>
      <w:r>
        <w:t>aap ka ego bhadak uthta hai.</w:t>
      </w:r>
    </w:p>
    <w:p>
      <w:pPr>
        <w:jc w:val="right"/>
      </w:pPr>
      <w:r>
        <w:t>آپ کا ego بھڑک اٹھتا ہے۔</w:t>
      </w:r>
    </w:p>
    <w:p>
      <w:r>
        <w:rPr>
          <w:b/>
        </w:rPr>
        <w:t xml:space="preserve">[49:31] </w:t>
      </w:r>
      <w:r>
        <w:t>That is anger.</w:t>
      </w:r>
    </w:p>
    <w:p>
      <w:pPr>
        <w:jc w:val="right"/>
      </w:pPr>
      <w:r>
        <w:t>That is anger۔</w:t>
      </w:r>
    </w:p>
    <w:p>
      <w:r>
        <w:rPr>
          <w:b/>
        </w:rPr>
        <w:t xml:space="preserve">[49:35] </w:t>
      </w:r>
      <w:r>
        <w:t>that is anger. to samaj mein bar bar aisa hota hai ke aap ka ego bhadakta hai. anger aap ke andar aa jata hai. ghuse mein aa jate hain aap. is ka matlab kya hua? aap kisi bhi insan ko aap woh kijiye read kijiye ghusa aaya to aql chali gayi. an angry man cannot plan a good planning. ek angry</w:t>
      </w:r>
    </w:p>
    <w:p>
      <w:pPr>
        <w:jc w:val="right"/>
      </w:pPr>
      <w:r>
        <w:t>That is anger۔ تو سماج میں بار بار ایسا ہوتا ہے کہ آپ کا ego بھڑکتا ہے۔ Anger آپ کے اندر آ جاتا ہے۔ غصے میں آ جاتے ہیں آپ۔ اس کا مطلب کیا ہوا؟ آپ کسی بھی انسان کو آپ وہ کیجیے read کیجیے غصہ آیا تو عقل چلی گئی۔ An angry man cannot plan a good planning۔ ایک angry</w:t>
      </w:r>
    </w:p>
    <w:p>
      <w:r>
        <w:rPr>
          <w:b/>
        </w:rPr>
        <w:t xml:space="preserve">[50:05] </w:t>
      </w:r>
      <w:r>
        <w:t>aadmi jo hai achhi planning nahi kar sakta. kabhi bhi nahi kar sakta. good planning need yani anger less mind. bilkul aadmi soch sake normal tarike se. aap ke dil mein koi negative thought na ho. tab aap achhi planning kar paate hain. to poori zindagi ko manage karne ke liye sab se achha formula kya hai? apne ko anger se bachao. phir dekhiye is ke liye quraan</w:t>
      </w:r>
    </w:p>
    <w:p>
      <w:pPr>
        <w:jc w:val="right"/>
      </w:pPr>
      <w:r>
        <w:t>آدمی جو ہے اچھی planning نہیں کر سکتا۔ کبھی بھی نہیں کر سکتا۔ Good planning need یعنی anger less mind۔ بالکل آدمی سوچ سکے نارمل طریقے سے۔ آپ کے دل میں کوئی negative thought نہ ہو۔ تب آپ اچھی planning کر پاتے ہیں۔ تو پوری زندگی کو manage کرنے کے لیے سب سے اچھا فارمولا کیا ہے؟ اپنے کو anger سے بچاؤ۔ پھر دیکھیے اس کے لیے قر</w:t>
      </w:r>
    </w:p>
    <w:p>
      <w:r>
        <w:rPr>
          <w:b/>
        </w:rPr>
        <w:t xml:space="preserve">[50:35] </w:t>
      </w:r>
      <w:r>
        <w:t>mein ek itna bada incentive de diya gaya. incentive woh kya hai? ke woh hai ke innam yuwaffa sabiruna ajrahum bi ghairi hisab. kitna bada incentive hai? quran kehta hai ke sabr karne walon ko sab se zyada reward diya jayega. yani greatest reward will be given to people of sabr. yani sabr matlab</w:t>
      </w:r>
    </w:p>
    <w:p>
      <w:pPr>
        <w:jc w:val="right"/>
      </w:pPr>
      <w:r>
        <w:t>آن میں ایک اتنا بڑا incentive دے دیا گیا۔ Incentive وہ کیا ہے؟ کہ وہ ہے کہ انما یوفر صابر ناجر بغیر حساب۔ کتنا بڑا incentive ہے؟ قرآن کہتا ہے کہ صبر کرنے والوں کو سب سے زیادہ reward دیا جائے گا۔ یعنی greatest reward will be given to people of صبر۔ یعنی صبر مطلب</w:t>
      </w:r>
    </w:p>
    <w:p>
      <w:r>
        <w:rPr>
          <w:b/>
        </w:rPr>
        <w:t xml:space="preserve">[51:05] </w:t>
      </w:r>
      <w:r>
        <w:t>patience.</w:t>
      </w:r>
    </w:p>
    <w:p>
      <w:pPr>
        <w:jc w:val="right"/>
      </w:pPr>
      <w:r>
        <w:t>patience۔</w:t>
      </w:r>
    </w:p>
    <w:p>
      <w:r>
        <w:rPr>
          <w:b/>
        </w:rPr>
        <w:t xml:space="preserve">[51:08] </w:t>
      </w:r>
      <w:r>
        <w:t>yani patience jo hai jo patience ke sath jo log rahenge dunya mein unko sab se</w:t>
      </w:r>
    </w:p>
    <w:p>
      <w:pPr>
        <w:jc w:val="right"/>
      </w:pPr>
      <w:r>
        <w:t>یعنی patience جو ہے جو patience کے ساتھ جو لوگ رہیں گے دنیا میں ان کو سب سے</w:t>
      </w:r>
    </w:p>
    <w:p>
      <w:r>
        <w:rPr>
          <w:b/>
        </w:rPr>
        <w:t xml:space="preserve">[51:12] </w:t>
      </w:r>
      <w:r>
        <w:t>zyada reward diya jayega.</w:t>
      </w:r>
    </w:p>
    <w:p>
      <w:pPr>
        <w:jc w:val="right"/>
      </w:pPr>
      <w:r>
        <w:t>زیادہ reward دیا جائے گا۔</w:t>
      </w:r>
    </w:p>
    <w:p>
      <w:r>
        <w:rPr>
          <w:b/>
        </w:rPr>
        <w:t xml:space="preserve">[51:15] </w:t>
      </w:r>
      <w:r>
        <w:t>yani kitna bara incentive hai? ghor kijiye.</w:t>
      </w:r>
    </w:p>
    <w:p>
      <w:pPr>
        <w:jc w:val="right"/>
      </w:pPr>
      <w:r>
        <w:t>یعنی کتنا بڑا incentive ہے؟ غور کیجیے۔</w:t>
      </w:r>
    </w:p>
    <w:p>
      <w:r>
        <w:rPr>
          <w:b/>
        </w:rPr>
        <w:t xml:space="preserve">[51:19] </w:t>
      </w:r>
      <w:r>
        <w:t>yeh jo quran mein ayat hai na namaz ke liye hai na haj ke liye hai na roza</w:t>
      </w:r>
    </w:p>
    <w:p>
      <w:pPr>
        <w:jc w:val="right"/>
      </w:pPr>
      <w:r>
        <w:t>یہ جو قرآن میں آیت ہے نہ نماز کے لیے ہے نہ حج کے لیے ہے نہ روزہ</w:t>
      </w:r>
    </w:p>
    <w:p>
      <w:r>
        <w:rPr>
          <w:b/>
        </w:rPr>
        <w:t xml:space="preserve">[51:22] </w:t>
      </w:r>
      <w:r>
        <w:t>ke liye hai.</w:t>
      </w:r>
    </w:p>
    <w:p>
      <w:pPr>
        <w:jc w:val="right"/>
      </w:pPr>
      <w:r>
        <w:t>کے لیے ہے۔</w:t>
      </w:r>
    </w:p>
    <w:p>
      <w:r>
        <w:rPr>
          <w:b/>
        </w:rPr>
        <w:t xml:space="preserve">[51:25] </w:t>
      </w:r>
      <w:r>
        <w:t>kisi bhi doosre amal ke liye yeh ayat quran mein nahi hai.</w:t>
      </w:r>
    </w:p>
    <w:p>
      <w:pPr>
        <w:jc w:val="right"/>
      </w:pPr>
      <w:r>
        <w:t>کسی بھی دوسرے عمل کے لیے یہ آیت قرآن میں نہیں ہے۔</w:t>
      </w:r>
    </w:p>
    <w:p>
      <w:r>
        <w:rPr>
          <w:b/>
        </w:rPr>
        <w:t xml:space="preserve">[51:29] </w:t>
      </w:r>
      <w:r>
        <w:t>mein abhi gaya tha kahin to wahan logon ne poocha mujh se ke aap sabr sabr bohat karte hain.</w:t>
      </w:r>
    </w:p>
    <w:p>
      <w:pPr>
        <w:jc w:val="right"/>
      </w:pPr>
      <w:r>
        <w:t>میں ابھی گیا تھا کہیں تو وہاں لوگوں نے پوچھا مجھ سے کہ آپ صبر صبر بہت کرتے ہیں۔</w:t>
      </w:r>
    </w:p>
    <w:p>
      <w:r>
        <w:rPr>
          <w:b/>
        </w:rPr>
        <w:t xml:space="preserve">[51:32] </w:t>
      </w:r>
      <w:r>
        <w:t>sabr kab tak? sabr kab tak?</w:t>
      </w:r>
    </w:p>
    <w:p>
      <w:pPr>
        <w:jc w:val="right"/>
      </w:pPr>
      <w:r>
        <w:t>صبر کب تک؟ صبر کب تک؟</w:t>
      </w:r>
    </w:p>
    <w:p>
      <w:r>
        <w:rPr>
          <w:b/>
        </w:rPr>
        <w:t xml:space="preserve">[51:36] </w:t>
      </w:r>
      <w:r>
        <w:t>to main ne kaha ke sabr kab tak? sabr sari zindagi mein. zindagi bhar sabr. to main ne kaha agar koi aap se pooche aap ja rahe hain masjid mein namaz padhne ke liye koi pooche bhai namaz kab tak? to aap kya kahenge? aap kahenge namaz to padhni hi padna hai zindagi bhar. to sabr ek ibadat hai. sabr ek worship hai. to zindagi bhar aap jis tarah se aur ibadaten karte hain sabr bhi karna hai aap ko. kyunke jis jis cheez mein reward ho wahi to ibadat hai. jo sab</w:t>
      </w:r>
    </w:p>
    <w:p>
      <w:pPr>
        <w:jc w:val="right"/>
      </w:pPr>
      <w:r>
        <w:t>تو میں نے کہا کہ صبر کب تک؟ صبر ساری زندگی میں۔ زندگی بھر صبر۔ تو میں نے کہا اگر کوئی آپ سے پوچھے آپ جا رہے ہیں مسجد میں نماز پڑھنے کے لیے کوئی پوچھے بھئی نماز کب تک؟ تو آپ کیا کہیں گے؟ آپ کہیں گے نماز تو پڑھنی ہی پڑنا ہے زندگی بھر۔ تو صبر ایک عبادت ہے۔ صبر ایک worship ہے۔ تو زندگی بھر آپ جس طرح سے اور عبادتیں کرتے ہیں صبر بھی کرنا ہے آپ کو۔ کیونکہ جس جس چیز میں reward ہو وہی تو عبادت ہے۔ جو سب</w:t>
      </w:r>
    </w:p>
    <w:p>
      <w:r>
        <w:rPr>
          <w:b/>
        </w:rPr>
        <w:t xml:space="preserve">[52:06] </w:t>
      </w:r>
      <w:r>
        <w:t>se bara reward hai to sabr ibadat ho gayi woh.</w:t>
      </w:r>
    </w:p>
    <w:p>
      <w:pPr>
        <w:jc w:val="right"/>
      </w:pPr>
      <w:r>
        <w:t>سے بڑا reward ہے تو صبر عبادت ہو گئی وہ۔</w:t>
      </w:r>
    </w:p>
    <w:p>
      <w:r>
        <w:rPr>
          <w:b/>
        </w:rPr>
        <w:t xml:space="preserve">[52:10] </w:t>
      </w:r>
      <w:r>
        <w:t>to dekhiye sabr ko log jo hain aksar log likhte hain is sense mein ke woh woh hai</w:t>
      </w:r>
    </w:p>
    <w:p>
      <w:pPr>
        <w:jc w:val="right"/>
      </w:pPr>
      <w:r>
        <w:t>تو دیکھیے صبر کو لوگ جو ہیں اکثر لوگ لکھتے ہیں اس sense میں کہ وہ وہ ہے</w:t>
      </w:r>
    </w:p>
    <w:p>
      <w:r>
        <w:rPr>
          <w:b/>
        </w:rPr>
        <w:t xml:space="preserve">[52:14] </w:t>
      </w:r>
      <w:r>
        <w:t>yani buzdi hai.</w:t>
      </w:r>
    </w:p>
    <w:p>
      <w:pPr>
        <w:jc w:val="right"/>
      </w:pPr>
      <w:r>
        <w:t>یعنی بزدلی ہے۔</w:t>
      </w:r>
    </w:p>
    <w:p>
      <w:r>
        <w:rPr>
          <w:b/>
        </w:rPr>
        <w:t xml:space="preserve">[52:19] </w:t>
      </w:r>
      <w:r>
        <w:t>yani peeche hatna hai.</w:t>
      </w:r>
    </w:p>
    <w:p>
      <w:pPr>
        <w:jc w:val="right"/>
      </w:pPr>
      <w:r>
        <w:t>یعنی پیچھے ہٹنا ہے۔</w:t>
      </w:r>
    </w:p>
    <w:p>
      <w:r>
        <w:rPr>
          <w:b/>
        </w:rPr>
        <w:t xml:space="preserve">[52:23] </w:t>
      </w:r>
      <w:r>
        <w:t>nahi yeh sabr jo hai woh wisdom hai. Wisdom.</w:t>
      </w:r>
    </w:p>
    <w:p>
      <w:pPr>
        <w:jc w:val="right"/>
      </w:pPr>
      <w:r>
        <w:t>نہیں یہ صبر جو ہے وہ wisdom ہے۔ Wisdom۔</w:t>
      </w:r>
    </w:p>
    <w:p>
      <w:r>
        <w:rPr>
          <w:b/>
        </w:rPr>
        <w:t xml:space="preserve">[52:27] </w:t>
      </w:r>
      <w:r>
        <w:t>sabr wisdom hai.</w:t>
      </w:r>
    </w:p>
    <w:p>
      <w:pPr>
        <w:jc w:val="right"/>
      </w:pPr>
      <w:r>
        <w:t>صبر wisdom ہے۔</w:t>
      </w:r>
    </w:p>
    <w:p>
      <w:r>
        <w:rPr>
          <w:b/>
        </w:rPr>
        <w:t xml:space="preserve">[52:32] </w:t>
      </w:r>
      <w:r>
        <w:t>sabr means patience.</w:t>
      </w:r>
    </w:p>
    <w:p>
      <w:pPr>
        <w:jc w:val="right"/>
      </w:pPr>
      <w:r>
        <w:t>صبر means patience۔</w:t>
      </w:r>
    </w:p>
    <w:p>
      <w:r>
        <w:rPr>
          <w:b/>
        </w:rPr>
        <w:t xml:space="preserve">[52:36] </w:t>
      </w:r>
      <w:r>
        <w:t>Patience is the greatest wisdom.</w:t>
      </w:r>
    </w:p>
    <w:p>
      <w:pPr>
        <w:jc w:val="right"/>
      </w:pPr>
      <w:r>
        <w:t>Patience is the greatest wisdom۔</w:t>
      </w:r>
    </w:p>
    <w:p>
      <w:r>
        <w:rPr>
          <w:b/>
        </w:rPr>
        <w:t xml:space="preserve">[52:40] </w:t>
      </w:r>
      <w:r>
        <w:t>kyun ke aap ek ek dunya mein hain jahan par dekhiye quran mein bataya gaya hai ke khuda ne</w:t>
      </w:r>
    </w:p>
    <w:p>
      <w:pPr>
        <w:jc w:val="right"/>
      </w:pPr>
      <w:r>
        <w:t>کیونکہ آپ ایک ایک دنیا میں ہیں جہاں پر دیکھیے قرآن میں بتایا گیا ہے کہ خدا نے</w:t>
      </w:r>
    </w:p>
    <w:p>
      <w:r>
        <w:rPr>
          <w:b/>
        </w:rPr>
        <w:t xml:space="preserve">[52:44] </w:t>
      </w:r>
      <w:r>
        <w:t>har insan ko freedom diya. Freedom. Freedom.</w:t>
      </w:r>
    </w:p>
    <w:p>
      <w:pPr>
        <w:jc w:val="right"/>
      </w:pPr>
      <w:r>
        <w:t>ہر انسان کو freedom دیا۔ Freedom۔ Freedom۔</w:t>
      </w:r>
    </w:p>
    <w:p>
      <w:r>
        <w:rPr>
          <w:b/>
        </w:rPr>
        <w:t xml:space="preserve">[52:49] </w:t>
      </w:r>
      <w:r>
        <w:t>to freedom bhi diya to aadmi misuse bhi karega apni freedom ka.</w:t>
      </w:r>
    </w:p>
    <w:p>
      <w:pPr>
        <w:jc w:val="right"/>
      </w:pPr>
      <w:r>
        <w:t>تو freedom بھی دیا تو آدمی misuse بھی کرے گا اپنی freedom کا۔</w:t>
      </w:r>
    </w:p>
    <w:p>
      <w:r>
        <w:rPr>
          <w:b/>
        </w:rPr>
        <w:t xml:space="preserve">[52:53] </w:t>
      </w:r>
      <w:r>
        <w:t>Misuse karega to woh aap ke liye nuisance create karega.</w:t>
      </w:r>
    </w:p>
    <w:p>
      <w:pPr>
        <w:jc w:val="right"/>
      </w:pPr>
      <w:r>
        <w:t>Misuse کرے گا تو وہ آپ کے لیے nuisance create کرے گا۔</w:t>
      </w:r>
    </w:p>
    <w:p>
      <w:r>
        <w:rPr>
          <w:b/>
        </w:rPr>
        <w:t xml:space="preserve">[52:57] </w:t>
      </w:r>
      <w:r>
        <w:t>aap nuisance create karega to aap agar ladte jhagadte rahen to kuch nahi kar sakte aap.</w:t>
      </w:r>
    </w:p>
    <w:p>
      <w:pPr>
        <w:jc w:val="right"/>
      </w:pPr>
      <w:r>
        <w:t>آپ nuisance create کرے گا تو آپ اگر لڑتے جھگڑتے رہیں تو کچھ نہیں کر سکتے آپ۔</w:t>
      </w:r>
    </w:p>
    <w:p>
      <w:r>
        <w:rPr>
          <w:b/>
        </w:rPr>
        <w:t xml:space="preserve">[53:02] </w:t>
      </w:r>
      <w:r>
        <w:t>to you have to have you have to be patient. You</w:t>
      </w:r>
    </w:p>
    <w:p>
      <w:pPr>
        <w:jc w:val="right"/>
      </w:pPr>
      <w:r>
        <w:t>تو you have to have you have to be patient۔ You</w:t>
      </w:r>
    </w:p>
    <w:p>
      <w:r>
        <w:rPr>
          <w:b/>
        </w:rPr>
        <w:t xml:space="preserve">[53:06] </w:t>
      </w:r>
      <w:r>
        <w:t>have to be patient.</w:t>
      </w:r>
    </w:p>
    <w:p>
      <w:pPr>
        <w:jc w:val="right"/>
      </w:pPr>
      <w:r>
        <w:t>have to be patient۔</w:t>
      </w:r>
    </w:p>
    <w:p>
      <w:r>
        <w:rPr>
          <w:b/>
        </w:rPr>
        <w:t xml:space="preserve">[53:10] </w:t>
      </w:r>
      <w:r>
        <w:t>The patience patience ke sath rahenge aap tabhi aap aisa kar sakenge ke logon ke beech</w:t>
      </w:r>
    </w:p>
    <w:p>
      <w:pPr>
        <w:jc w:val="right"/>
      </w:pPr>
      <w:r>
        <w:t>The patience patience کے ساتھ رہیں گے آپ تبھی آپ ایسا کر سکیں گے کہ لوگوں کے بیچ</w:t>
      </w:r>
    </w:p>
    <w:p>
      <w:r>
        <w:rPr>
          <w:b/>
        </w:rPr>
        <w:t xml:space="preserve">[53:15] </w:t>
      </w:r>
      <w:r>
        <w:t>mein apni positive planning kar saken.</w:t>
      </w:r>
    </w:p>
    <w:p>
      <w:pPr>
        <w:jc w:val="right"/>
      </w:pPr>
      <w:r>
        <w:t>میں اپنی positive planning کر سکیں۔</w:t>
      </w:r>
    </w:p>
    <w:p>
      <w:r>
        <w:rPr>
          <w:b/>
        </w:rPr>
        <w:t xml:space="preserve">[53:19] </w:t>
      </w:r>
      <w:r>
        <w:t>ab ek baat aur mein kahunga aakhri item woh yeh hai ke dushman.</w:t>
      </w:r>
    </w:p>
    <w:p>
      <w:pPr>
        <w:jc w:val="right"/>
      </w:pPr>
      <w:r>
        <w:t>اب ایک بات اور میں کہوں گا آخری آئٹم وہ یہ ہے کہ دشمن۔</w:t>
      </w:r>
    </w:p>
    <w:p>
      <w:r>
        <w:rPr>
          <w:b/>
        </w:rPr>
        <w:t xml:space="preserve">[53:23] </w:t>
      </w:r>
      <w:r>
        <w:t>aksar log is mein rehte hain ke falan aadmi hamara dushman hai.</w:t>
      </w:r>
    </w:p>
    <w:p>
      <w:pPr>
        <w:jc w:val="right"/>
      </w:pPr>
      <w:r>
        <w:t>اکثر لوگ اس میں رہتے ہیں کہ فلاں آدمی ہمارا دشمن ہے۔</w:t>
      </w:r>
    </w:p>
    <w:p>
      <w:r>
        <w:rPr>
          <w:b/>
        </w:rPr>
        <w:t xml:space="preserve">[53:28] </w:t>
      </w:r>
      <w:r>
        <w:t>wahan hamara enemy hai.</w:t>
      </w:r>
    </w:p>
    <w:p>
      <w:pPr>
        <w:jc w:val="right"/>
      </w:pPr>
      <w:r>
        <w:t>وہاں ہمارا enemy ہے۔</w:t>
      </w:r>
    </w:p>
    <w:p>
      <w:r>
        <w:rPr>
          <w:b/>
        </w:rPr>
        <w:t xml:space="preserve">[53:32] </w:t>
      </w:r>
      <w:r>
        <w:t>to quran mein kya bataya gaya hai ke</w:t>
      </w:r>
    </w:p>
    <w:p>
      <w:pPr>
        <w:jc w:val="right"/>
      </w:pPr>
      <w:r>
        <w:t>تو قرآن میں کیا بتایا گیا ہے کہ</w:t>
      </w:r>
    </w:p>
    <w:p>
      <w:r>
        <w:rPr>
          <w:b/>
        </w:rPr>
        <w:t xml:space="preserve">[53:36] </w:t>
      </w:r>
      <w:r>
        <w:t>there is no enemy. every enemy is your potential friend. yeh quran mein bataya gaya hai ke enemy ke sath tum achha sulook karo to tumhara friend ban jayega. it means it means that your enemy is your potential friend. aur hum ne zindagi bhar is ka tajurba kiya hai. aap bhi kar sakte hain ke apne enemy ke sath achha sulook kijiye aap. main yahan gaya ek martaba meerut ek sahib the. do aadmi se do char band thi us ki. bahut barson se band thi. kaha woh to hamara dushman hai.</w:t>
      </w:r>
    </w:p>
    <w:p>
      <w:pPr>
        <w:jc w:val="right"/>
      </w:pPr>
      <w:r>
        <w:t>there is no enemy۔ Every enemy is your potential friend۔ یہ قرآن میں بتایا گیا ہے کہ enemy کے ساتھ تم اچھا سلوک کرو تو تمہارا friend بن جائے گا۔ It means it means that your enemy is your potential friend۔ اور ہم نے زندگی بھر اس کا تجربہ کیا ہے۔ آپ بھی کر سکتے ہیں کہ اپنے enemy کے ساتھ اچھا سلوک کیجیے آپ۔ میں یہاں گیا ایک مرتبہ میرٹھ ایک صاحب تھے۔ دو آدمی سے دو چار بند تھی اس کی۔ بہت برسوں سے بند تھی۔ کہا وہ تو ہمارا دشمن ہے۔</w:t>
      </w:r>
    </w:p>
    <w:p>
      <w:r>
        <w:rPr>
          <w:b/>
        </w:rPr>
        <w:t xml:space="preserve">[54:06] </w:t>
      </w:r>
      <w:r>
        <w:t>ise ke hum kaise bolenge? to maine ek se kaha ke aap jaiye un ke ghar. bahal kijiye.</w:t>
      </w:r>
    </w:p>
    <w:p>
      <w:pPr>
        <w:jc w:val="right"/>
      </w:pPr>
      <w:r>
        <w:t>اسے کہ ہم کیسے بولیں گے؟ تو میں نے ایک سے کہا کہ آپ جائیے ان کے گھر۔ بحال کیجیے۔</w:t>
      </w:r>
    </w:p>
    <w:p>
      <w:r>
        <w:rPr>
          <w:b/>
        </w:rPr>
        <w:t xml:space="preserve">[54:10] </w:t>
      </w:r>
      <w:r>
        <w:t>aap kahein ke main maafi chahta hoon.</w:t>
      </w:r>
    </w:p>
    <w:p>
      <w:pPr>
        <w:jc w:val="right"/>
      </w:pPr>
      <w:r>
        <w:t>آپ کہیں کہ میں معافی چاہتا ہوں۔</w:t>
      </w:r>
    </w:p>
    <w:p>
      <w:r>
        <w:rPr>
          <w:b/>
        </w:rPr>
        <w:t xml:space="preserve">[54:14] </w:t>
      </w:r>
      <w:r>
        <w:t>aur main chahta hoon ke hum aap ke sath bhai bhai ban kar rahen.</w:t>
      </w:r>
    </w:p>
    <w:p>
      <w:pPr>
        <w:jc w:val="right"/>
      </w:pPr>
      <w:r>
        <w:t>اور میں چاہتا ہوں کہ ہم آپ کے ساتھ بھائی بھائی بن کر رہیں۔</w:t>
      </w:r>
    </w:p>
    <w:p>
      <w:r>
        <w:rPr>
          <w:b/>
        </w:rPr>
        <w:t xml:space="preserve">[54:18] </w:t>
      </w:r>
      <w:r>
        <w:t>to woh gaye to aap dekhein sea change ho gaya is ke andar.</w:t>
      </w:r>
    </w:p>
    <w:p>
      <w:pPr>
        <w:jc w:val="right"/>
      </w:pPr>
      <w:r>
        <w:t>تو وہ گئے تو آپ دیکھیں sea change ہو گیا اس کے اندر۔</w:t>
      </w:r>
    </w:p>
    <w:p>
      <w:r>
        <w:rPr>
          <w:b/>
        </w:rPr>
        <w:t xml:space="preserve">[54:22] </w:t>
      </w:r>
      <w:r>
        <w:t>is ke baad woh bataya unhone abhi haal mein mujhe ke aaj meerath mein sab se bara</w:t>
      </w:r>
    </w:p>
    <w:p>
      <w:pPr>
        <w:jc w:val="right"/>
      </w:pPr>
      <w:r>
        <w:t>اس کے بعد وہ بتایا انہوں نے ابھی حال میں مجھے کہ آج میرٹھ میں سب سے بڑا</w:t>
      </w:r>
    </w:p>
    <w:p>
      <w:r>
        <w:rPr>
          <w:b/>
        </w:rPr>
        <w:t xml:space="preserve">[54:26] </w:t>
      </w:r>
      <w:r>
        <w:t>dost mera wahi hai.</w:t>
      </w:r>
    </w:p>
    <w:p>
      <w:pPr>
        <w:jc w:val="right"/>
      </w:pPr>
      <w:r>
        <w:t>دوست میرا وہی ہے۔</w:t>
      </w:r>
    </w:p>
    <w:p>
      <w:r>
        <w:rPr>
          <w:b/>
        </w:rPr>
        <w:t xml:space="preserve">[54:30] </w:t>
      </w:r>
      <w:r>
        <w:t>doosre maano mein ke dost aur dushman relative term hai.</w:t>
      </w:r>
    </w:p>
    <w:p>
      <w:pPr>
        <w:jc w:val="right"/>
      </w:pPr>
      <w:r>
        <w:t>اس معنی کہ دوست اور دشمن relative term ہے۔</w:t>
      </w:r>
    </w:p>
    <w:p>
      <w:r>
        <w:rPr>
          <w:b/>
        </w:rPr>
        <w:t xml:space="preserve">[54:34] </w:t>
      </w:r>
      <w:r>
        <w:t>jo aaj aap ka dushman hai kal aap ka dost ho sakta hai.</w:t>
      </w:r>
    </w:p>
    <w:p>
      <w:pPr>
        <w:jc w:val="right"/>
      </w:pPr>
      <w:r>
        <w:t>جو آج آپ کا دشمن ہے کل آپ کا دوست ہو سکتا ہے۔</w:t>
      </w:r>
    </w:p>
    <w:p>
      <w:r>
        <w:rPr>
          <w:b/>
        </w:rPr>
        <w:t xml:space="preserve">[54:38] </w:t>
      </w:r>
      <w:r>
        <w:t>to quran mein bataya gaya hai ke dushman ko apna potential friend samjho. us se achha sulook karo to tumhara dost ban jayega. to yeh quran ki kuch quran mein aap jante hain ke six hundred six thousand four hundred verses hain. ek so one hundred fourteen chapters hain. aur six hundred six thousand four hund</w:t>
      </w:r>
    </w:p>
    <w:p>
      <w:pPr>
        <w:jc w:val="right"/>
      </w:pPr>
      <w:r>
        <w:t>تو قرآن میں بتایا گیا ہے کہ دشمن کو اپنا potential friend سمجھو۔ اس سے اچھا سلوک کرو تو تمہارا دوست بن جائے گا۔ تو یہ قرآن کی کچھ قرآن میں آپ جانتے ہیں کہ six hundred six thousand four hundred verses ہیں۔ ایک سو one hundred fourteen chapters ہیں۔ اور six hundred six thousand four hund</w:t>
      </w:r>
    </w:p>
    <w:p>
      <w:r>
        <w:rPr>
          <w:b/>
        </w:rPr>
        <w:t xml:space="preserve">[55:08] </w:t>
      </w:r>
      <w:r>
        <w:t>red verses hain.</w:t>
      </w:r>
    </w:p>
    <w:p>
      <w:pPr>
        <w:jc w:val="right"/>
      </w:pPr>
      <w:r>
        <w:t>red verses ہیں۔</w:t>
      </w:r>
    </w:p>
    <w:p>
      <w:r>
        <w:rPr>
          <w:b/>
        </w:rPr>
        <w:t xml:space="preserve">[55:13] </w:t>
      </w:r>
      <w:r>
        <w:t>to zahir hai ke bohat sari baatein hain.</w:t>
      </w:r>
    </w:p>
    <w:p>
      <w:pPr>
        <w:jc w:val="right"/>
      </w:pPr>
      <w:r>
        <w:t>تو ظاہر ہے کہ بہت ساری باتیں ہیں۔</w:t>
      </w:r>
    </w:p>
    <w:p>
      <w:r>
        <w:rPr>
          <w:b/>
        </w:rPr>
        <w:t xml:space="preserve">[55:17] </w:t>
      </w:r>
      <w:r>
        <w:t>to maine us waqt ek ek brief introduction ke taur par kuch baatein arz ki hain.</w:t>
      </w:r>
    </w:p>
    <w:p>
      <w:pPr>
        <w:jc w:val="right"/>
      </w:pPr>
      <w:r>
        <w:t>تو میں نے اس وقت ایک ایک brief introduction کے طور پر کچھ باتیں عرض کی ہیں۔</w:t>
      </w:r>
    </w:p>
    <w:p>
      <w:r>
        <w:rPr>
          <w:b/>
        </w:rPr>
        <w:t xml:space="preserve">[55:22] </w:t>
      </w:r>
      <w:r>
        <w:t>aur yahan par jo jo translation hum ne chhapa hai quran ka woh yahan par maujood hai.</w:t>
      </w:r>
    </w:p>
    <w:p>
      <w:pPr>
        <w:jc w:val="right"/>
      </w:pPr>
      <w:r>
        <w:t>اور یہاں پر جو جو translation ہم نے چھاپا ہے قرآن کا وہ یہاں پر موجود ہے۔</w:t>
      </w:r>
    </w:p>
    <w:p>
      <w:r>
        <w:rPr>
          <w:b/>
        </w:rPr>
        <w:t xml:space="preserve">[55:27] </w:t>
      </w:r>
      <w:r>
        <w:t>mein kahunga ke aap is ko lein is ko padhein.</w:t>
      </w:r>
    </w:p>
    <w:p>
      <w:pPr>
        <w:jc w:val="right"/>
      </w:pPr>
      <w:r>
        <w:t>میں کہوں گا کہ آپ اس کو لیں اس کو پڑھیں۔</w:t>
      </w:r>
    </w:p>
    <w:p>
      <w:r>
        <w:rPr>
          <w:b/>
        </w:rPr>
        <w:t xml:space="preserve">[55:32] </w:t>
      </w:r>
      <w:r>
        <w:t>aur is ki detail mein is mein aap ko pa jayenge.</w:t>
      </w:r>
    </w:p>
    <w:p>
      <w:pPr>
        <w:jc w:val="right"/>
      </w:pPr>
      <w:r>
        <w:t>اور اس کی detail میں اس میں آپ کو پا جائیں گے۔</w:t>
      </w:r>
    </w:p>
    <w:p>
      <w:r>
        <w:rPr>
          <w:b/>
        </w:rPr>
        <w:t xml:space="preserve">[55:37] </w:t>
      </w:r>
      <w:r>
        <w:t>aqool qawli hadha wastaghfirullaha li walakum ajmaeen.</w:t>
      </w:r>
    </w:p>
    <w:p>
      <w:pPr>
        <w:jc w:val="right"/>
      </w:pPr>
      <w:r>
        <w:t>أقول قولي هذا واستغفرالله لي ولكم أجمعين.</w:t>
      </w:r>
    </w:p>
    <w:p>
      <w:r>
        <w:rPr>
          <w:b/>
        </w:rPr>
        <w:t xml:space="preserve">[55:42] </w:t>
      </w:r>
      <w:r>
        <w:t>This question is from Mr. Rajesh Singh.</w:t>
      </w:r>
    </w:p>
    <w:p>
      <w:pPr>
        <w:jc w:val="right"/>
      </w:pPr>
      <w:r>
        <w:t>This question is from Mr. Rajesh Singh.</w:t>
      </w:r>
    </w:p>
    <w:p>
      <w:r>
        <w:rPr>
          <w:b/>
        </w:rPr>
        <w:t xml:space="preserve">[55:48] </w:t>
      </w:r>
      <w:r>
        <w:t>What is the ultimate duty of human according to the Quran and why?</w:t>
      </w:r>
    </w:p>
    <w:p>
      <w:pPr>
        <w:jc w:val="right"/>
      </w:pPr>
      <w:r>
        <w:t>What is the ultimate duty of human according to the Quran and why?</w:t>
      </w:r>
    </w:p>
    <w:p>
      <w:r>
        <w:rPr>
          <w:b/>
        </w:rPr>
        <w:t xml:space="preserve">[55:54] </w:t>
      </w:r>
      <w:r>
        <w:t>دیکھیے یعنی یہ قرآن میں two point فارformula ہے۔</w:t>
      </w:r>
    </w:p>
    <w:p>
      <w:pPr>
        <w:jc w:val="right"/>
      </w:pPr>
      <w:r>
        <w:t>دیکھیے یعنی یہ قرآن میں two point فارمولا ہے۔</w:t>
      </w:r>
    </w:p>
    <w:p>
      <w:r>
        <w:rPr>
          <w:b/>
        </w:rPr>
        <w:t xml:space="preserve">[56:00] </w:t>
      </w:r>
      <w:r>
        <w:t>ek khuda ko le kar ek insaan ko le kar.</w:t>
      </w:r>
    </w:p>
    <w:p>
      <w:pPr>
        <w:jc w:val="right"/>
      </w:pPr>
      <w:r>
        <w:t>ایک خدا کو لے کر ایک انسان کو لے کر۔</w:t>
      </w:r>
    </w:p>
    <w:p>
      <w:r>
        <w:rPr>
          <w:b/>
        </w:rPr>
        <w:t xml:space="preserve">[56:06] </w:t>
      </w:r>
      <w:r>
        <w:t>khuda ko le kar jo formula hai woh maine bataya aap ko ke khuda ko</w:t>
      </w:r>
    </w:p>
    <w:p>
      <w:pPr>
        <w:jc w:val="right"/>
      </w:pPr>
      <w:r>
        <w:t>خدا کو لے کر جو فارمولا ہے وہ میں نے بتایا آپ کو کہ خدا کو</w:t>
      </w:r>
    </w:p>
    <w:p>
      <w:r>
        <w:rPr>
          <w:b/>
        </w:rPr>
        <w:t xml:space="preserve">[56:12] </w:t>
      </w:r>
      <w:r>
        <w:t>acknowledge karna wahi isi isi ko hum ibadat kehte hain.</w:t>
      </w:r>
    </w:p>
    <w:p>
      <w:pPr>
        <w:jc w:val="right"/>
      </w:pPr>
      <w:r>
        <w:t>acknowledge کرنا وہی اسی اسی کو ہم عبادت کہتے ہیں۔</w:t>
      </w:r>
    </w:p>
    <w:p>
      <w:r>
        <w:rPr>
          <w:b/>
        </w:rPr>
        <w:t xml:space="preserve">[56:16] </w:t>
      </w:r>
      <w:r>
        <w:t>ibadat kya hai? woh hai khuda ko acknowledge karna.</w:t>
      </w:r>
    </w:p>
    <w:p>
      <w:pPr>
        <w:jc w:val="right"/>
      </w:pPr>
      <w:r>
        <w:t>عبادت کیا ہے؟ وہ ہے خدا کو acknowledge کرنا۔</w:t>
      </w:r>
    </w:p>
    <w:p>
      <w:r>
        <w:rPr>
          <w:b/>
        </w:rPr>
        <w:t xml:space="preserve">[56:20] </w:t>
      </w:r>
      <w:r>
        <w:t>khuda ko apna gratitude pesh karna.</w:t>
      </w:r>
    </w:p>
    <w:p>
      <w:pPr>
        <w:jc w:val="right"/>
      </w:pPr>
      <w:r>
        <w:t>خدا کو اپنا gratitude پیش کرنا۔</w:t>
      </w:r>
    </w:p>
    <w:p>
      <w:r>
        <w:rPr>
          <w:b/>
        </w:rPr>
        <w:t xml:space="preserve">[56:25] </w:t>
      </w:r>
      <w:r>
        <w:t>yeh keh sakna ke khuda hai to mera creator hai to mera sustainer hai to lord of the</w:t>
      </w:r>
    </w:p>
    <w:p>
      <w:pPr>
        <w:jc w:val="right"/>
      </w:pPr>
      <w:r>
        <w:t>یہ کہہ سکنا کہ خدا ہے تو میرا creator ہے تو میرا sustainer ہے تو lord of the</w:t>
      </w:r>
    </w:p>
    <w:p>
      <w:r>
        <w:rPr>
          <w:b/>
        </w:rPr>
        <w:t xml:space="preserve">[56:29] </w:t>
      </w:r>
      <w:r>
        <w:t>universe hai dil se yaani lip service ke taur par nahin.</w:t>
      </w:r>
    </w:p>
    <w:p>
      <w:pPr>
        <w:jc w:val="right"/>
      </w:pPr>
      <w:r>
        <w:t>universe ہے دل سے یعنی lip service کے طور پر نہیں۔</w:t>
      </w:r>
    </w:p>
    <w:p>
      <w:r>
        <w:rPr>
          <w:b/>
        </w:rPr>
        <w:t xml:space="preserve">[56:33] </w:t>
      </w:r>
      <w:r>
        <w:t>Lip service jo hai khuda ke liye kya insaan ko bhi koi nahin lega nahin manega</w:t>
      </w:r>
    </w:p>
    <w:p>
      <w:pPr>
        <w:jc w:val="right"/>
      </w:pPr>
      <w:r>
        <w:t>Lip service جو ہے خدا کے لیے کیا انسان کو بھی کوئی نہیں لے گا نہیں مانے گا</w:t>
      </w:r>
    </w:p>
    <w:p>
      <w:r>
        <w:rPr>
          <w:b/>
        </w:rPr>
        <w:t xml:space="preserve">[56:38] </w:t>
      </w:r>
      <w:r>
        <w:t>to dil se sach</w:t>
      </w:r>
    </w:p>
    <w:p>
      <w:pPr>
        <w:jc w:val="right"/>
      </w:pPr>
      <w:r>
        <w:t>تو دل سے سچ</w:t>
      </w:r>
    </w:p>
    <w:p>
      <w:r>
        <w:rPr>
          <w:b/>
        </w:rPr>
        <w:t xml:space="preserve">[56:42] </w:t>
      </w:r>
      <w:r>
        <w:t>much dil se ke aap discover karen.</w:t>
      </w:r>
    </w:p>
    <w:p>
      <w:pPr>
        <w:jc w:val="right"/>
      </w:pPr>
      <w:r>
        <w:t>مچ دل سے کہ آپ discover کریں۔</w:t>
      </w:r>
    </w:p>
    <w:p>
      <w:r>
        <w:rPr>
          <w:b/>
        </w:rPr>
        <w:t xml:space="preserve">[56:47] </w:t>
      </w:r>
      <w:r>
        <w:t>pehla jo hai main samajhta hoon ke pehla kaam hai discovery ke aap study kar ke discover karte</w:t>
      </w:r>
    </w:p>
    <w:p>
      <w:pPr>
        <w:jc w:val="right"/>
      </w:pPr>
      <w:r>
        <w:t>پہلا جو ہے میں سمجھتا ہوں کہ پہلا کام ہے discovery کہ آپ study کر کے discover کرتے</w:t>
      </w:r>
    </w:p>
    <w:p>
      <w:r>
        <w:rPr>
          <w:b/>
        </w:rPr>
        <w:t xml:space="preserve">[56:52] </w:t>
      </w:r>
      <w:r>
        <w:t>hain aur yeh jante hain ke khuda creator hai yeh jante hain ke khuda sustainer hai woh jante</w:t>
      </w:r>
    </w:p>
    <w:p>
      <w:pPr>
        <w:jc w:val="right"/>
      </w:pPr>
      <w:r>
        <w:t>ہیں اور یہ جانتے ہیں کہ خدا creator ہے یہ جانتے ہیں کہ خدا sustainer ہے وہ جانتے</w:t>
      </w:r>
    </w:p>
    <w:p>
      <w:r>
        <w:rPr>
          <w:b/>
        </w:rPr>
        <w:t xml:space="preserve">[56:57] </w:t>
      </w:r>
      <w:r>
        <w:t>hain ke khuda lord of the universe hai yeh discovery jab aap ko hoti hai to aap ke</w:t>
      </w:r>
    </w:p>
    <w:p>
      <w:pPr>
        <w:jc w:val="right"/>
      </w:pPr>
      <w:r>
        <w:t>ہیں کہ خدا lord of the universe ہے یہ discovery جب آپ کو ہوتی ہے تو آپ کے</w:t>
      </w:r>
    </w:p>
    <w:p>
      <w:r>
        <w:rPr>
          <w:b/>
        </w:rPr>
        <w:t xml:space="preserve">[57:02] </w:t>
      </w:r>
      <w:r>
        <w:t>andar khuda ke liye shukr paida hota hai aap acknowledge karne lagte hain aur yeh yeh hai khuda</w:t>
      </w:r>
    </w:p>
    <w:p>
      <w:pPr>
        <w:jc w:val="right"/>
      </w:pPr>
      <w:r>
        <w:t>اندر خدا کے لیے شکر پیدا ہوتا ہے آپ acknowledge کرنے لگتے ہیں اور یہ یہ ہے خدا</w:t>
      </w:r>
    </w:p>
    <w:p>
      <w:r>
        <w:rPr>
          <w:b/>
        </w:rPr>
        <w:t xml:space="preserve">[57:07] </w:t>
      </w:r>
      <w:r>
        <w:t>ke aitbaar se insaan ke aitbaar</w:t>
      </w:r>
    </w:p>
    <w:p>
      <w:pPr>
        <w:jc w:val="right"/>
      </w:pPr>
      <w:r>
        <w:t>کے اعتبار سے انسان کے اعتبار</w:t>
      </w:r>
    </w:p>
    <w:p>
      <w:r>
        <w:rPr>
          <w:b/>
        </w:rPr>
        <w:t xml:space="preserve">[57:12] </w:t>
      </w:r>
      <w:r>
        <w:t>se kya hai quran mein hai ke doosron ke liye giver banna insaan ke liye giver banna taker</w:t>
      </w:r>
    </w:p>
    <w:p>
      <w:pPr>
        <w:jc w:val="right"/>
      </w:pPr>
      <w:r>
        <w:t>سے کیا ہے قرآن میں ہے کہ دوسروں کے لیے giver بننا انسان کے لیے giver بننا taker</w:t>
      </w:r>
    </w:p>
    <w:p>
      <w:r>
        <w:rPr>
          <w:b/>
        </w:rPr>
        <w:t xml:space="preserve">[57:19] </w:t>
      </w:r>
      <w:r>
        <w:t>banna nahin in islam ki scheme quran ki scheme yeh nahin ke aap taker banen logon se complaint</w:t>
      </w:r>
    </w:p>
    <w:p>
      <w:pPr>
        <w:jc w:val="right"/>
      </w:pPr>
      <w:r>
        <w:t>بننا نہیں ان اسلام کی سکیم قرآن کی سکیم یہ نہیں کہ آپ taker بنیں لوگوں سے complaint</w:t>
      </w:r>
    </w:p>
    <w:p>
      <w:r>
        <w:rPr>
          <w:b/>
        </w:rPr>
        <w:t xml:space="preserve">[57:27] </w:t>
      </w:r>
      <w:r>
        <w:t>karen logon se protest karen logon se demand karen yeh islam ki scheme mein nahin hai islam ki</w:t>
      </w:r>
    </w:p>
    <w:p>
      <w:pPr>
        <w:jc w:val="right"/>
      </w:pPr>
      <w:r>
        <w:t>کریں لوگوں سے protest کریں لوگوں سے demand کریں یہ اسلام کی سکیم میں نہیں ہے اسلام کی</w:t>
      </w:r>
    </w:p>
    <w:p>
      <w:r>
        <w:rPr>
          <w:b/>
        </w:rPr>
        <w:t xml:space="preserve">[57:35] </w:t>
      </w:r>
      <w:r>
        <w:t>scheme ya quran ki scheme yeh hai ke aap aap apni society ke liye apni country ke liye giver banen</w:t>
      </w:r>
    </w:p>
    <w:p>
      <w:pPr>
        <w:jc w:val="right"/>
      </w:pPr>
      <w:r>
        <w:t>سکیم یا قرآن کی سکیم یہ ہے کہ آپ آپ اپنی سوسائٹی کے لیے اپنی کنٹری کے لیے giver بنیں</w:t>
      </w:r>
    </w:p>
    <w:p>
      <w:r>
        <w:rPr>
          <w:b/>
        </w:rPr>
        <w:t xml:space="preserve">[57:42] </w:t>
      </w:r>
      <w:r>
        <w:t>dene wale banen to khuda ke liye aap khuda ko acknowledge karne wale banen sachay dil se aur insan ke liye aap giver banen yani giver aur society yeh do cheezen mein ne payeen this question is from mr. chandan mishra aisa mana jata hai ke manish sirsri ash atmat gyan ekant nahin pata hai</w:t>
      </w:r>
    </w:p>
    <w:p>
      <w:pPr>
        <w:jc w:val="right"/>
      </w:pPr>
      <w:r>
        <w:t>دینے والے بنیں تو خدا کے لیے آپ خدا کو acknowledge کرنے والے بنیں سچے دل سے اور انسان کے لیے آپ giver بنیں یعنی giver اور سوسائٹی یہ دو چیزیں میں نے پائیں This question is from Mr. چندن مشرہ ایسا مانا جاتا ہے کہ منش سرشریش آتمت گیان ایکانت نہیں پاتا ہے</w:t>
      </w:r>
    </w:p>
    <w:p>
      <w:r>
        <w:rPr>
          <w:b/>
        </w:rPr>
        <w:t xml:space="preserve">[58:12] </w:t>
      </w:r>
      <w:r>
        <w:t>jabke aap ne kaha recluse hona quran mein achit nahin kaha gaya hai is ke bare mein bataen</w:t>
      </w:r>
    </w:p>
    <w:p>
      <w:pPr>
        <w:jc w:val="right"/>
      </w:pPr>
      <w:r>
        <w:t>جبکہ آپ نے کہا recluse ہونا قرآن میں اچیت نہیں کہا گیا ہے اس کے بارے میں بتائیں</w:t>
      </w:r>
    </w:p>
    <w:p>
      <w:r>
        <w:rPr>
          <w:b/>
        </w:rPr>
        <w:t xml:space="preserve">[58:19] </w:t>
      </w:r>
      <w:r>
        <w:t>nahin to main to nahin kaha aisa main to main ne kaha herbert banda islam mein nahin hai</w:t>
      </w:r>
    </w:p>
    <w:p>
      <w:pPr>
        <w:jc w:val="right"/>
      </w:pPr>
      <w:r>
        <w:t>نہیں تو میں تو نہیں کہا ایسا میں تو میں نے کہا ہربٹ بنڈا اسلام میں نہیں ہے</w:t>
      </w:r>
    </w:p>
    <w:p>
      <w:r>
        <w:rPr>
          <w:b/>
        </w:rPr>
        <w:t xml:space="preserve">[58:26] </w:t>
      </w:r>
      <w:r>
        <w:t>agar aap ko yaad hai mera wahi un ka sawal hai ke in ka kehna hai ke ekant</w:t>
      </w:r>
    </w:p>
    <w:p>
      <w:pPr>
        <w:jc w:val="right"/>
      </w:pPr>
      <w:r>
        <w:t>اگر آپ کو یاد ہے میرا وہی ان کا سوال ہے کہ ان کا کہنا ہے کہ ایکانت</w:t>
      </w:r>
    </w:p>
    <w:p>
      <w:r>
        <w:rPr>
          <w:b/>
        </w:rPr>
        <w:t xml:space="preserve">[58:33] </w:t>
      </w:r>
      <w:r>
        <w:t>mein jaane se hi aatmat gyan milta hai to aap ke hisab se jo herbert hai us ko</w:t>
      </w:r>
    </w:p>
    <w:p>
      <w:pPr>
        <w:jc w:val="right"/>
      </w:pPr>
      <w:r>
        <w:t>میں جانے سے ہی آتمت گیان ملتا ہے تو آپ کے حساب سے جو ہربٹ ہے اس کو</w:t>
      </w:r>
    </w:p>
    <w:p>
      <w:r>
        <w:rPr>
          <w:b/>
        </w:rPr>
        <w:t xml:space="preserve">[58:40] </w:t>
      </w:r>
      <w:r>
        <w:t>nahin mil sakta aatmat gyan to woh thoda conflict hota hai hamara is mein</w:t>
      </w:r>
    </w:p>
    <w:p>
      <w:pPr>
        <w:jc w:val="right"/>
      </w:pPr>
      <w:r>
        <w:t>نہیں مل سکتا آتمت گیان تو وہ تھوڑا conflict ہوتا ہے ہمارا اس میں</w:t>
      </w:r>
    </w:p>
    <w:p>
      <w:r>
        <w:rPr>
          <w:b/>
        </w:rPr>
        <w:t xml:space="preserve">[58:47] </w:t>
      </w:r>
      <w:r>
        <w:t>dekhiye mazhab mein do different concept hain ek woh hai ke sab kuch hamare andar hai isi ko</w:t>
      </w:r>
    </w:p>
    <w:p>
      <w:pPr>
        <w:jc w:val="right"/>
      </w:pPr>
      <w:r>
        <w:t>دیکھیے مذہب میں دو different concept ہیں ایک وہ ہے کہ سب کچھ ہمارے اندر ہے اسی کو</w:t>
      </w:r>
    </w:p>
    <w:p>
      <w:r>
        <w:rPr>
          <w:b/>
        </w:rPr>
        <w:t xml:space="preserve">[58:54] </w:t>
      </w:r>
      <w:r>
        <w:t>control karna hai jaise rajni ki kitab hai kundali andar base kundali andar base to woh ek ek</w:t>
      </w:r>
    </w:p>
    <w:p>
      <w:pPr>
        <w:jc w:val="right"/>
      </w:pPr>
      <w:r>
        <w:t>کنٹرول کرنا ہے جیسے رجنی کی کتاب ہے کنڈلی اندر بسے کنڈلی اندر بسے تو وہ ایک ایک</w:t>
      </w:r>
    </w:p>
    <w:p>
      <w:r>
        <w:rPr>
          <w:b/>
        </w:rPr>
        <w:t xml:space="preserve">[59:02] </w:t>
      </w:r>
      <w:r>
        <w:t>concept yeh hai ke sab kuch hamare dil mein hai hamare andar hai hamara is ko hamein unfold</w:t>
      </w:r>
    </w:p>
    <w:p>
      <w:pPr>
        <w:jc w:val="right"/>
      </w:pPr>
      <w:r>
        <w:t>concept یہ ہے کہ سب کچھ ہمارے دل میں ہے ہمارے اندر ہے ہمارا اس کو ہمیں unfold</w:t>
      </w:r>
    </w:p>
    <w:p>
      <w:r>
        <w:rPr>
          <w:b/>
        </w:rPr>
        <w:t xml:space="preserve">[59:10] </w:t>
      </w:r>
      <w:r>
        <w:t>karna hai yeh hai islam ka yeh concept nahin hai</w:t>
      </w:r>
    </w:p>
    <w:p>
      <w:pPr>
        <w:jc w:val="right"/>
      </w:pPr>
      <w:r>
        <w:t>کرنا ہے یہ ہے اسلام کا یہ concept نہیں ہے</w:t>
      </w:r>
    </w:p>
    <w:p>
      <w:r>
        <w:rPr>
          <w:b/>
        </w:rPr>
        <w:t xml:space="preserve">[59:17] </w:t>
      </w:r>
      <w:r>
        <w:t>islam concept yeh hai ke sab kuch khuda ke koi janta hai aur khuda jo batayega wahi</w:t>
      </w:r>
    </w:p>
    <w:p>
      <w:pPr>
        <w:jc w:val="right"/>
      </w:pPr>
      <w:r>
        <w:t>اسلام concept یہ ہے کہ سب کچھ خدا کے کوئی جانتا ہے اور خدا جو بتائے گا وہی</w:t>
      </w:r>
    </w:p>
    <w:p>
      <w:r>
        <w:rPr>
          <w:b/>
        </w:rPr>
        <w:t xml:space="preserve">[59:23] </w:t>
      </w:r>
      <w:r>
        <w:t>wohi gyan hai to quran jo hai yani islam ke mutabiq sachai ko janne ka jo source hai</w:t>
      </w:r>
    </w:p>
    <w:p>
      <w:pPr>
        <w:jc w:val="right"/>
      </w:pPr>
      <w:r>
        <w:t>وہی گیان ہے تو قرآن جو ہے یعنی اسلام کے مطابق سچائی کو جاننے کا جو source ہے</w:t>
      </w:r>
    </w:p>
    <w:p>
      <w:r>
        <w:rPr>
          <w:b/>
        </w:rPr>
        <w:t xml:space="preserve">[59:29] </w:t>
      </w:r>
      <w:r>
        <w:t>woh quran hai dil nahi hai dil nahi hai is pe maine ek book likhi hai to</w:t>
      </w:r>
    </w:p>
    <w:p>
      <w:pPr>
        <w:jc w:val="right"/>
      </w:pPr>
      <w:r>
        <w:t>وہ قرآن ہے دل نہیں ہے دل نہیں ہے اس پہ میں نے ایک بک لکھی ہے تو</w:t>
      </w:r>
    </w:p>
    <w:p>
      <w:r>
        <w:rPr>
          <w:b/>
        </w:rPr>
        <w:t xml:space="preserve">[59:35] </w:t>
      </w:r>
      <w:r>
        <w:t>balkay ek thought woh hai aap is ko parh sakte hain lekin islam ko jo quran ki jo</w:t>
      </w:r>
    </w:p>
    <w:p>
      <w:pPr>
        <w:jc w:val="right"/>
      </w:pPr>
      <w:r>
        <w:t>بلکہ ایک thought وہ ہے آپ اس کو پڑھ سکتے ہیں لیکن اسلام کو جو قرآن کی جو</w:t>
      </w:r>
    </w:p>
    <w:p>
      <w:r>
        <w:rPr>
          <w:b/>
        </w:rPr>
        <w:t xml:space="preserve">[59:41] </w:t>
      </w:r>
      <w:r>
        <w:t>thinking is par base nahi karti ke</w:t>
      </w:r>
    </w:p>
    <w:p>
      <w:pPr>
        <w:jc w:val="right"/>
      </w:pPr>
      <w:r>
        <w:t>thinking اس پر base نہیں کرتی کہ</w:t>
      </w:r>
    </w:p>
    <w:p>
      <w:r>
        <w:rPr>
          <w:b/>
        </w:rPr>
        <w:t xml:space="preserve">[59:47] </w:t>
      </w:r>
      <w:r>
        <w:t>dil mein sab kuch hai is ko unfold karo jo rajni ki kitab hai ke woh kundli andar</w:t>
      </w:r>
    </w:p>
    <w:p>
      <w:pPr>
        <w:jc w:val="right"/>
      </w:pPr>
      <w:r>
        <w:t>دل میں سب کچھ ہے اس کو unfold کرو جو رجنی کی کتاب ہے کہ وہ کنڈلی اندر</w:t>
      </w:r>
    </w:p>
    <w:p>
      <w:r>
        <w:rPr>
          <w:b/>
        </w:rPr>
        <w:t xml:space="preserve">[59:53] </w:t>
      </w:r>
      <w:r>
        <w:t>base nahi islam mein ek kundli quran mein basti hai yani quran mein jis ne jo creator hai</w:t>
      </w:r>
    </w:p>
    <w:p>
      <w:pPr>
        <w:jc w:val="right"/>
      </w:pPr>
      <w:r>
        <w:t>بسے نہیں اسلام میں ایک کنڈلی قرآن میں بستی ہے یعنی قرآن میں جس نے جو creator ہے</w:t>
      </w:r>
    </w:p>
    <w:p>
      <w:r>
        <w:rPr>
          <w:b/>
        </w:rPr>
        <w:t xml:space="preserve">[59:59] </w:t>
      </w:r>
      <w:r>
        <w:t>us ne aap ko bataya ke is what is the creation plan of god what is good for</w:t>
      </w:r>
    </w:p>
    <w:p>
      <w:pPr>
        <w:jc w:val="right"/>
      </w:pPr>
      <w:r>
        <w:t>اس نے آپ کو بتایا کہ اس what is the creation plan of god what is good for</w:t>
      </w:r>
    </w:p>
    <w:p>
      <w:r>
        <w:rPr>
          <w:b/>
        </w:rPr>
        <w:t xml:space="preserve">[1:00:05] </w:t>
      </w:r>
      <w:r>
        <w:t>you what is bad for you for you to is sense mein quran ko ek guide book hai</w:t>
      </w:r>
    </w:p>
    <w:p>
      <w:pPr>
        <w:jc w:val="right"/>
      </w:pPr>
      <w:r>
        <w:t>you what is bad for you for you تو اس sense میں قرآن کو ایک guide book ہے</w:t>
      </w:r>
    </w:p>
    <w:p>
      <w:r>
        <w:rPr>
          <w:b/>
        </w:rPr>
        <w:t xml:space="preserve">[1:00:12] </w:t>
      </w:r>
      <w:r>
        <w:t>to sab kuch hamein quran se milta hai milne ki baat yeh nahi ke yani woh koi</w:t>
      </w:r>
    </w:p>
    <w:p>
      <w:pPr>
        <w:jc w:val="right"/>
      </w:pPr>
      <w:r>
        <w:t>تو سب کچھ ہمیں قرآن سے ملتا ہے ملنے کی بات یہ نہیں کہ یعنی وہ کوئی</w:t>
      </w:r>
    </w:p>
    <w:p>
      <w:r>
        <w:rPr>
          <w:b/>
        </w:rPr>
        <w:t xml:space="preserve">[1:00:18] </w:t>
      </w:r>
      <w:r>
        <w:t>detail book nahi hai quran basics milte hain quran mein basics aur jo non basics hain un ke</w:t>
      </w:r>
    </w:p>
    <w:p>
      <w:pPr>
        <w:jc w:val="right"/>
      </w:pPr>
      <w:r>
        <w:t>detail book نہیں ہے قرآن basics ملتے ہیں قرآن میں basics اور جو non basics ہیں ان کے</w:t>
      </w:r>
    </w:p>
    <w:p>
      <w:r>
        <w:rPr>
          <w:b/>
        </w:rPr>
        <w:t xml:space="preserve">[1:00:25] </w:t>
      </w:r>
      <w:r>
        <w:t>liye aap soch kar ke soch kar ke jaan sakte hain yeh maine samjhaya this question is</w:t>
      </w:r>
    </w:p>
    <w:p>
      <w:pPr>
        <w:jc w:val="right"/>
      </w:pPr>
      <w:r>
        <w:t>لیے آپ سوچ کر کے سوچ کر کے جان سکتے ہیں یہ میں نے سمجھایا This question is</w:t>
      </w:r>
    </w:p>
    <w:p>
      <w:r>
        <w:rPr>
          <w:b/>
        </w:rPr>
        <w:t xml:space="preserve">[1:00:33] </w:t>
      </w:r>
      <w:r>
        <w:t>from miss usha mahajan quran mein kya kafir word sach much aata hai aur is ka asli matlab</w:t>
      </w:r>
    </w:p>
    <w:p>
      <w:pPr>
        <w:jc w:val="right"/>
      </w:pPr>
      <w:r>
        <w:t>from Miss Usha Mahajan قرآن میں کیا کافر शब्द سچ مچ آتا ہے اور اس کا اصلی مطلب</w:t>
      </w:r>
    </w:p>
    <w:p>
      <w:r>
        <w:rPr>
          <w:b/>
        </w:rPr>
        <w:t xml:space="preserve">[1:00:40] </w:t>
      </w:r>
      <w:r>
        <w:t>kya hai dekhein is mein bohat misunderstanding hai log samajhte hain ke ek muslim</w:t>
      </w:r>
    </w:p>
    <w:p>
      <w:pPr>
        <w:jc w:val="right"/>
      </w:pPr>
      <w:r>
        <w:t>کیا ہے دیکھیں اس میں بہت misunderstanding ہے لوگ سمجھتے ہیں کہ ایک مسلم</w:t>
      </w:r>
    </w:p>
    <w:p>
      <w:r>
        <w:rPr>
          <w:b/>
        </w:rPr>
        <w:t xml:space="preserve">[1:00:48] </w:t>
      </w:r>
      <w:r>
        <w:t>hai ek kafir hai that is wrong yeh equation jo hai ke ek muslim hai ek kafir hai</w:t>
      </w:r>
    </w:p>
    <w:p>
      <w:pPr>
        <w:jc w:val="right"/>
      </w:pPr>
      <w:r>
        <w:t>ہے ایک کافر ہے that is wrong یہ equation جو ہے کہ ایک مسلم ہے ایک کافر ہے</w:t>
      </w:r>
    </w:p>
    <w:p>
      <w:r>
        <w:rPr>
          <w:b/>
        </w:rPr>
        <w:t xml:space="preserve">[1:00:54] </w:t>
      </w:r>
      <w:r>
        <w:t>bilkul galat hai yeh quran mein aisa nahi hai quran mein hai ke sab insan hain aap quran</w:t>
      </w:r>
    </w:p>
    <w:p>
      <w:pPr>
        <w:jc w:val="right"/>
      </w:pPr>
      <w:r>
        <w:t>بالکل غلط ہے یہ قرآن میں ایسا نہیں ہے قرآن میں ہے کہ سب انسان ہیں آپ قرآن</w:t>
      </w:r>
    </w:p>
    <w:p>
      <w:r>
        <w:rPr>
          <w:b/>
        </w:rPr>
        <w:t xml:space="preserve">[1:01:00] </w:t>
      </w:r>
      <w:r>
        <w:t>ko parhiye ga to aap bar bar payein ge ayha insan ayha insan ayha insan ayha naas ayha</w:t>
      </w:r>
    </w:p>
    <w:p>
      <w:pPr>
        <w:jc w:val="right"/>
      </w:pPr>
      <w:r>
        <w:t>کو پڑھیے گا تو آپ بار بار پائیں گے ایہا الانسان ایہا الانسان ایہا الانسان ایہا الناس ایہا</w:t>
      </w:r>
    </w:p>
    <w:p>
      <w:r>
        <w:rPr>
          <w:b/>
        </w:rPr>
        <w:t xml:space="preserve">[1:01:06] </w:t>
      </w:r>
      <w:r>
        <w:t>naas ayha naas insan ka plural hai naas yani ya to quran mein kehta hai ke aey insan</w:t>
      </w:r>
    </w:p>
    <w:p>
      <w:pPr>
        <w:jc w:val="right"/>
      </w:pPr>
      <w:r>
        <w:t>الناس ایہا الناس انسان کا plural ہے ناس یعنی یا تو قرآن میں کہتا ہے کہ اے انسان</w:t>
      </w:r>
    </w:p>
    <w:p>
      <w:r>
        <w:rPr>
          <w:b/>
        </w:rPr>
        <w:t xml:space="preserve">[1:01:12] </w:t>
      </w:r>
      <w:r>
        <w:t>ya kehta hai aey logon to sara quran jo address karta hai insan ko le kar ke to</w:t>
      </w:r>
    </w:p>
    <w:p>
      <w:pPr>
        <w:jc w:val="right"/>
      </w:pPr>
      <w:r>
        <w:t>یا کہتا ہے اے لوگوں تو سارا قرآن جو address کرتا ہے انسان کو لے کر کے تو</w:t>
      </w:r>
    </w:p>
    <w:p>
      <w:r>
        <w:rPr>
          <w:b/>
        </w:rPr>
        <w:t xml:space="preserve">[1:01:18] </w:t>
      </w:r>
      <w:r>
        <w:t>aaj kal jo yeh kuch log mante hain ke yeh dar ul islam hai dar ul kufr hai yeh bilkul</w:t>
      </w:r>
    </w:p>
    <w:p>
      <w:pPr>
        <w:jc w:val="right"/>
      </w:pPr>
      <w:r>
        <w:t>آج کل جو یہ کچھ لوگ مانتے ہیں کہ یہ ادارہ الاسلام ہے ادارہ الکفر ہے یہ بالکل</w:t>
      </w:r>
    </w:p>
    <w:p>
      <w:r>
        <w:rPr>
          <w:b/>
        </w:rPr>
        <w:t xml:space="preserve">[1:01:24] </w:t>
      </w:r>
      <w:r>
        <w:t>galat hai yeh baat ko banaya gaya hai quran mein jo hai woh hai yeh dunya dar ul insan hai</w:t>
      </w:r>
    </w:p>
    <w:p>
      <w:pPr>
        <w:jc w:val="right"/>
      </w:pPr>
      <w:r>
        <w:t>غلط ہے یہ بات کو بنایا گیا ہے قرآن میں جو ہے وہ ہے یہ دنیا دارالانسان ہے</w:t>
      </w:r>
    </w:p>
    <w:p>
      <w:r>
        <w:rPr>
          <w:b/>
        </w:rPr>
        <w:t xml:space="preserve">[1:01:30] </w:t>
      </w:r>
      <w:r>
        <w:t>yani ek aisi dunya jahan ke log rehte hain bas dar ul insan simply dar ul insan to quran ke jo term</w:t>
      </w:r>
    </w:p>
    <w:p>
      <w:pPr>
        <w:jc w:val="right"/>
      </w:pPr>
      <w:r>
        <w:t>یعنی ایک ایسی دنیا جہاں کے لوگ رہتے ہیں بس دارالانسان simply دارالانسان تو قرآن کے جو term</w:t>
      </w:r>
    </w:p>
    <w:p>
      <w:r>
        <w:rPr>
          <w:b/>
        </w:rPr>
        <w:t xml:space="preserve">[1:01:36] </w:t>
      </w:r>
      <w:r>
        <w:t>hai woh dar ul insan hai na ke dar ul kufr aur aur jo bana rakha hai logon ne sar kya kafir</w:t>
      </w:r>
    </w:p>
    <w:p>
      <w:pPr>
        <w:jc w:val="right"/>
      </w:pPr>
      <w:r>
        <w:t>ہے وہ دارالانسان ہے نہ کہ دارالکفر اور اور جو بنا رکھا ہے لوگوں نے سر کیا کافر</w:t>
      </w:r>
    </w:p>
    <w:p>
      <w:r>
        <w:rPr>
          <w:b/>
        </w:rPr>
        <w:t xml:space="preserve">[1:01:42] </w:t>
      </w:r>
      <w:r>
        <w:t>word aata hai quran mein kafir kya</w:t>
      </w:r>
    </w:p>
    <w:p>
      <w:pPr>
        <w:jc w:val="right"/>
      </w:pPr>
      <w:r>
        <w:t>शब्द آتا ہے قرآن میں کافر کیا</w:t>
      </w:r>
    </w:p>
    <w:p>
      <w:r>
        <w:rPr>
          <w:b/>
        </w:rPr>
        <w:t xml:space="preserve">[1:01:48] </w:t>
      </w:r>
      <w:r>
        <w:t>quran mein in ka question hai ke kafir word istemal hua hai haan kafir word istemal hua hai</w:t>
      </w:r>
    </w:p>
    <w:p>
      <w:pPr>
        <w:jc w:val="right"/>
      </w:pPr>
      <w:r>
        <w:t>قرآن میں ان کا question ہے کہ کافر word استعمال ہوا ہے ہاں کافر word استعمال ہوا ہے</w:t>
      </w:r>
    </w:p>
    <w:p>
      <w:r>
        <w:rPr>
          <w:b/>
        </w:rPr>
        <w:t xml:space="preserve">[1:01:54] </w:t>
      </w:r>
      <w:r>
        <w:t>quran mein to kafir word jo hua hai inkar karne ka inkar karne wala one who refuses to</w:t>
      </w:r>
    </w:p>
    <w:p>
      <w:pPr>
        <w:jc w:val="right"/>
      </w:pPr>
      <w:r>
        <w:t>قرآن میں تو کافر word جو ہوا ہے انکار کرنے کا انکار کرنے والا one who refuses تو</w:t>
      </w:r>
    </w:p>
    <w:p>
      <w:r>
        <w:rPr>
          <w:b/>
        </w:rPr>
        <w:t xml:space="preserve">[1:02:01] </w:t>
      </w:r>
      <w:r>
        <w:t>prophet ne jab makka madina mein apna deen phailaya to jo log aap ke against ho gaye aur</w:t>
      </w:r>
    </w:p>
    <w:p>
      <w:pPr>
        <w:jc w:val="right"/>
      </w:pPr>
      <w:r>
        <w:t>prophet نے جب مکہ مدینہ میں اپنا دین پھیلایا تو جو لوگ آپ کے against ہو گئے اور</w:t>
      </w:r>
    </w:p>
    <w:p>
      <w:r>
        <w:rPr>
          <w:b/>
        </w:rPr>
        <w:t xml:space="preserve">[1:02:07] </w:t>
      </w:r>
      <w:r>
        <w:t>aap ki baat ko nahi mana to un ko yani kafir as a nation nahi hai wo kuch</w:t>
      </w:r>
    </w:p>
    <w:p>
      <w:pPr>
        <w:jc w:val="right"/>
      </w:pPr>
      <w:r>
        <w:t>آپ کی بات کو نہیں مانا تو ان کو یعنی کافر as اے نیشن نہیں ہے وہ کچھ</w:t>
      </w:r>
    </w:p>
    <w:p>
      <w:r>
        <w:rPr>
          <w:b/>
        </w:rPr>
        <w:t xml:space="preserve">[1:02:13] </w:t>
      </w:r>
      <w:r>
        <w:t>individual ke bare mein ke unhon ne impose kar diya bas itna hi</w:t>
      </w:r>
    </w:p>
    <w:p>
      <w:pPr>
        <w:jc w:val="right"/>
      </w:pPr>
      <w:r>
        <w:t>individual کے بارے میں کہ انہوں نے impose کر دیا بس اتنا ہی</w:t>
      </w:r>
    </w:p>
    <w:p>
      <w:r>
        <w:rPr>
          <w:b/>
        </w:rPr>
        <w:t xml:space="preserve">[1:02:19] </w:t>
      </w:r>
      <w:r>
        <w:t>aur koi yeh nahi ke koi kafir koi qom hai koi nation hai koi community hai aisa nahi</w:t>
      </w:r>
    </w:p>
    <w:p>
      <w:pPr>
        <w:jc w:val="right"/>
      </w:pPr>
      <w:r>
        <w:t>اور کوئی یہ نہیں کہ کوئی کافر کوئی قوم ہے کوئی نیشن ہے کوئی community ہے ایسا نہیں</w:t>
      </w:r>
    </w:p>
    <w:p>
      <w:r>
        <w:rPr>
          <w:b/>
        </w:rPr>
        <w:t xml:space="preserve">[1:02:24] </w:t>
      </w:r>
      <w:r>
        <w:t>hai bilkul nahi hai aisa nahi hai wo wo individual jo prophet ne 23 saal tak un ko</w:t>
      </w:r>
    </w:p>
    <w:p>
      <w:pPr>
        <w:jc w:val="right"/>
      </w:pPr>
      <w:r>
        <w:t>ہے بالکل نہیں ہے ایسا نہیں ہے وہ وہ individual جو prophet نے 23 سال تک ان کو</w:t>
      </w:r>
    </w:p>
    <w:p>
      <w:r>
        <w:rPr>
          <w:b/>
        </w:rPr>
        <w:t xml:space="preserve">[1:02:29] </w:t>
      </w:r>
      <w:r>
        <w:t>bataya 23 years tak to 23 years tak batane ke baad bhi koi agar refuse karta hai to</w:t>
      </w:r>
    </w:p>
    <w:p>
      <w:pPr>
        <w:jc w:val="right"/>
      </w:pPr>
      <w:r>
        <w:t>بتایا 23 ایئرز تک تو 23 ایئرز تک بتانے کے بعد بھی کوئی اگر refuse کرتا ہے تو</w:t>
      </w:r>
    </w:p>
    <w:p>
      <w:r>
        <w:rPr>
          <w:b/>
        </w:rPr>
        <w:t xml:space="preserve">[1:02:35] </w:t>
      </w:r>
      <w:r>
        <w:t>islam ne quran ne kaha hai wo kafir hai yani munkir hai wo na maan nahi refuse kar</w:t>
      </w:r>
    </w:p>
    <w:p>
      <w:pPr>
        <w:jc w:val="right"/>
      </w:pPr>
      <w:r>
        <w:t>اسلام نے قرآن نے کہا ہے وہ کافر ہے یعنی منکر ہے وہ نہ مان نہیں refuse کر</w:t>
      </w:r>
    </w:p>
    <w:p>
      <w:r>
        <w:rPr>
          <w:b/>
        </w:rPr>
        <w:t xml:space="preserve">[1:02:40] </w:t>
      </w:r>
      <w:r>
        <w:t>diya hai is ne bas is ke baad aur kuch is ka nahi ke wo koi generation hai</w:t>
      </w:r>
    </w:p>
    <w:p>
      <w:pPr>
        <w:jc w:val="right"/>
      </w:pPr>
      <w:r>
        <w:t>دیا ہے اس نے بس اس کے بعد اور کچھ اس کا نہیں کہ وہ کوئی generation ہے</w:t>
      </w:r>
    </w:p>
    <w:p>
      <w:r>
        <w:rPr>
          <w:b/>
        </w:rPr>
        <w:t xml:space="preserve">[1:02:45] </w:t>
      </w:r>
      <w:r>
        <w:t>kafir ki koi generation nahi hai yani 23 saal tak</w:t>
      </w:r>
    </w:p>
    <w:p>
      <w:pPr>
        <w:jc w:val="right"/>
      </w:pPr>
      <w:r>
        <w:t>کافر کی کوئی generation نہیں ہے یعنی 23 سال تک</w:t>
      </w:r>
    </w:p>
    <w:p>
      <w:r>
        <w:rPr>
          <w:b/>
        </w:rPr>
        <w:t xml:space="preserve">[1:02:50] </w:t>
      </w:r>
      <w:r>
        <w:t>prophet ne batate rahe batate rahe batate rahe phir bhi is ne refuse kiya aur nahi mana to</w:t>
      </w:r>
    </w:p>
    <w:p>
      <w:pPr>
        <w:jc w:val="right"/>
      </w:pPr>
      <w:r>
        <w:t>prophet نے بتاتے رہے بتاتے رہے بتاتے رہے پھر بھی اس نے refuse کیا اور نہیں مانا تو</w:t>
      </w:r>
    </w:p>
    <w:p>
      <w:r>
        <w:rPr>
          <w:b/>
        </w:rPr>
        <w:t xml:space="preserve">[1:02:56] </w:t>
      </w:r>
      <w:r>
        <w:t>quran kaha ke ab yeh inhon ne inkar kar diya hai yani kafir ka matlab munkir english mein</w:t>
      </w:r>
    </w:p>
    <w:p>
      <w:pPr>
        <w:jc w:val="right"/>
      </w:pPr>
      <w:r>
        <w:t>قرآن کہا کہ اب یہ انہوں نے انکار کر دیا ہے یعنی کافر کا مطلب منکر انگلش میں</w:t>
      </w:r>
    </w:p>
    <w:p>
      <w:r>
        <w:rPr>
          <w:b/>
        </w:rPr>
        <w:t xml:space="preserve">[1:03:02] </w:t>
      </w:r>
      <w:r>
        <w:t>koi word is ke liye nahi hai yani sahi word jahan tak mein janta hoon english mein koi</w:t>
      </w:r>
    </w:p>
    <w:p>
      <w:pPr>
        <w:jc w:val="right"/>
      </w:pPr>
      <w:r>
        <w:t>کوئی ورڈ اس کے لیے نہیں ہے یعنی صحیح ورڈ جہاں تک میں جانتا ہوں انگلش میں کوئی</w:t>
      </w:r>
    </w:p>
    <w:p>
      <w:r>
        <w:rPr>
          <w:b/>
        </w:rPr>
        <w:t xml:space="preserve">[1:03:08] </w:t>
      </w:r>
      <w:r>
        <w:t>lafz is ka hai nahi hai one who refuses to is liye to mein aik sentence bolta hoon</w:t>
      </w:r>
    </w:p>
    <w:p>
      <w:pPr>
        <w:jc w:val="right"/>
      </w:pPr>
      <w:r>
        <w:t>لفظ اس کا ہے نہیں ہے one who refuses تو اس لیے تو میں ایک sentence بولتا ہوں</w:t>
      </w:r>
    </w:p>
    <w:p>
      <w:r>
        <w:rPr>
          <w:b/>
        </w:rPr>
        <w:t xml:space="preserve">[1:03:14] </w:t>
      </w:r>
      <w:r>
        <w:t>ke one who refuses ji denier denier aik word ban sakta hai kyunke generally yeh aam use mein nahi</w:t>
      </w:r>
    </w:p>
    <w:p>
      <w:pPr>
        <w:jc w:val="right"/>
      </w:pPr>
      <w:r>
        <w:t>کہ one who refuses جی denier denier ایک ورڈ بن سکتا ہے کیونکہ جنرلی یہ عام یوز میں نہیں</w:t>
      </w:r>
    </w:p>
    <w:p>
      <w:r>
        <w:rPr>
          <w:b/>
        </w:rPr>
        <w:t xml:space="preserve">[1:03:20] </w:t>
      </w:r>
      <w:r>
        <w:t>aata hai wo lafz to bill aap yeh keh sakte hain is ka matlab hai one who refuses</w:t>
      </w:r>
    </w:p>
    <w:p>
      <w:pPr>
        <w:jc w:val="right"/>
      </w:pPr>
      <w:r>
        <w:t>آتا ہے وہ لفظ تو بل آپ یہ کہہ سکتے ہیں اس کا مطلب ہے one who refuses</w:t>
      </w:r>
    </w:p>
    <w:p>
      <w:r>
        <w:rPr>
          <w:b/>
        </w:rPr>
        <w:t xml:space="preserve">[1:03:26] </w:t>
      </w:r>
      <w:r>
        <w:t>after after a long period of of of conveying the message of of the quran i think i</w:t>
      </w:r>
    </w:p>
    <w:p>
      <w:pPr>
        <w:jc w:val="right"/>
      </w:pPr>
      <w:r>
        <w:t>افٹر افٹر اے لانگ پیریڈ اف اف اف کنونگ دا مسج اف اف دا قرآن آئی تھنک آئی</w:t>
      </w:r>
    </w:p>
    <w:p>
      <w:r>
        <w:rPr>
          <w:b/>
        </w:rPr>
        <w:t xml:space="preserve">[1:03:33] </w:t>
      </w:r>
      <w:r>
        <w:t>would just request not to make it a discuss dekhen likh kar ke jis jis ko karna hai</w:t>
      </w:r>
    </w:p>
    <w:p>
      <w:pPr>
        <w:jc w:val="right"/>
      </w:pPr>
      <w:r>
        <w:t>وڈ جسٹ ریکویسٹ ناٹ ٹو میک اٹ اے ڈسکس دیکھیں لکھ کر کے جس جس کو کرنا ہے</w:t>
      </w:r>
    </w:p>
    <w:p>
      <w:r>
        <w:rPr>
          <w:b/>
        </w:rPr>
        <w:t xml:space="preserve">[1:03:39] </w:t>
      </w:r>
      <w:r>
        <w:t>likh kar dein likh kar it to it its not in believers its who denies the truth yaar</w:t>
      </w:r>
    </w:p>
    <w:p>
      <w:pPr>
        <w:jc w:val="right"/>
      </w:pPr>
      <w:r>
        <w:t>لکھ کر دیں لکھ کر اٹ ٹو اٹ اٹس ناٹ ان بیلیورز اٹس ہو ڈینیز دا ٹروتھ یار</w:t>
      </w:r>
    </w:p>
    <w:p>
      <w:r>
        <w:rPr>
          <w:b/>
        </w:rPr>
        <w:t xml:space="preserve">[1:03:45] </w:t>
      </w:r>
      <w:r>
        <w:t>thats what maulana said denier thank you next question is from mr rahul</w:t>
      </w:r>
    </w:p>
    <w:p>
      <w:pPr>
        <w:jc w:val="right"/>
      </w:pPr>
      <w:r>
        <w:t>دیٹس واٹ مولانا سے ڈینائر تھینک یو نیکسٹ کوسچن از فرام مسٹر راہل</w:t>
      </w:r>
    </w:p>
    <w:p>
      <w:r>
        <w:rPr>
          <w:b/>
        </w:rPr>
        <w:t xml:space="preserve">[1:03:51] </w:t>
      </w:r>
      <w:r>
        <w:t>it is true that all religious texts are subject to interpretations like yours is a peaceful translation</w:t>
      </w:r>
    </w:p>
    <w:p>
      <w:pPr>
        <w:jc w:val="right"/>
      </w:pPr>
      <w:r>
        <w:t>اٹ از ٹرو دیٹ ال ریلیجیس ٹیکسٹ ار سبجیکٹ ٹو انٹرپریٹیشنز لائک یورز از ا پیس فل ٹرانسلیشن</w:t>
      </w:r>
    </w:p>
    <w:p>
      <w:r>
        <w:rPr>
          <w:b/>
        </w:rPr>
        <w:t xml:space="preserve">[1:03:59] </w:t>
      </w:r>
      <w:r>
        <w:t>my question is who in your view has the responsibility in a society to interpret quran correctly is</w:t>
      </w:r>
    </w:p>
    <w:p>
      <w:pPr>
        <w:jc w:val="right"/>
      </w:pPr>
      <w:r>
        <w:t>مائی کوسچن از ہو ان یور ویو ہیز دا ریسپانسبیلٹی ان ا سوسائٹی ٹو انٹرپریٹ قرآن کریکٹلی از</w:t>
      </w:r>
    </w:p>
    <w:p>
      <w:r>
        <w:rPr>
          <w:b/>
        </w:rPr>
        <w:t xml:space="preserve">[1:04:06] </w:t>
      </w:r>
      <w:r>
        <w:t>it molvis parents or teachers nahi dekhen yeh baat nahi hai koi class nahi hai mein ne apni</w:t>
      </w:r>
    </w:p>
    <w:p>
      <w:pPr>
        <w:jc w:val="right"/>
      </w:pPr>
      <w:r>
        <w:t>اٹ مولویز پیرنٹس اور ٹیچرز نہیں دیکھیں یہ بات نہیں ہے کوئی کلاس نہیں ہے میں نے اپنی</w:t>
      </w:r>
    </w:p>
    <w:p>
      <w:r>
        <w:rPr>
          <w:b/>
        </w:rPr>
        <w:t xml:space="preserve">[1:04:14] </w:t>
      </w:r>
      <w:r>
        <w:t>sari zindagi isi pe lagai hai meri aap parh sakte hain mein ne likha hai is ke bare</w:t>
      </w:r>
    </w:p>
    <w:p>
      <w:pPr>
        <w:jc w:val="right"/>
      </w:pPr>
      <w:r>
        <w:t>ساری زندگی اسی پہ لگائی ہے میری آپ پڑھ سکتے ہیں میں نے لکھا ہے اس کے بارے</w:t>
      </w:r>
    </w:p>
    <w:p>
      <w:r>
        <w:rPr>
          <w:b/>
        </w:rPr>
        <w:t xml:space="preserve">[1:04:21] </w:t>
      </w:r>
      <w:r>
        <w:t>mein ke mein samajhta hoon ke pachaas saal tak mein ne quran ko parha hai yeh mera credential hai kisi ne mujh se poocha ke tumhara credential kya hai mein ne kaha pachaas saal tak mein ne quran hi parha arabic language parhi quran parhta quran aaj bhi aaj bhi yeh parhta rehta hoon mein to mein yeh nahin kehta ke quran jo yeh hamara translation jo hai jaise christian ka hota hai ke woh un ka jo translation hota hai us ko woh authentic version mante hain</w:t>
      </w:r>
    </w:p>
    <w:p>
      <w:pPr>
        <w:jc w:val="right"/>
      </w:pPr>
      <w:r>
        <w:t>میں کہ میں سمجھتا ہوں کہ پچاس سال تک میں نے قرآن کو پڑھا ہے یہ میرا کریڈنشل ہے کسی نے مجھ سے پوچھا کہ تمہارا کریڈنشل کیا ہے میں نے کہا پچاس سال تک میں نے قرآن ہی پڑھا عربک لینگویج پڑھی قرآن پڑھتا قرآن آج بھی آج بھی یہ پڑھتا رہتا ہوں میں تو میں یہ نہیں کہتا کہ قرآن جو یہ ہمارا ٹرانسلیشن جو ہے جیسے کرسچن کا ہوتا ہے کہ وہ ان کا جو ٹرانسلیشن ہوتا ہے اس کو وہ اتھینٹک ورژن مانتے ہیں</w:t>
      </w:r>
    </w:p>
    <w:p>
      <w:r>
        <w:rPr>
          <w:b/>
        </w:rPr>
        <w:t xml:space="preserve">[1:04:51] </w:t>
      </w:r>
      <w:r>
        <w:t>aisa in ka concept hai hum yeh nahi kehte yani arabic version jo hai wahi abhi authentic</w:t>
      </w:r>
    </w:p>
    <w:p>
      <w:pPr>
        <w:jc w:val="right"/>
      </w:pPr>
      <w:r>
        <w:t>ایسا ان کا کانسیپٹ ہے ہم یہ نہیں کہتے یعنی عربک ورژن جو ہے وہی اب بھی اتھینٹک</w:t>
      </w:r>
    </w:p>
    <w:p>
      <w:r>
        <w:rPr>
          <w:b/>
        </w:rPr>
        <w:t xml:space="preserve">[1:04:57] </w:t>
      </w:r>
      <w:r>
        <w:t>hai aap sirf yeh kar sakte hain ke mein ne jis ah jo translate kiya hai aap arabic</w:t>
      </w:r>
    </w:p>
    <w:p>
      <w:pPr>
        <w:jc w:val="right"/>
      </w:pPr>
      <w:r>
        <w:t>ہے آپ صرف یہ کر سکتے ہیں کہ میں نے جس اہ جو ٹرانسلیٹ کیا ہے آپ عربک</w:t>
      </w:r>
    </w:p>
    <w:p>
      <w:r>
        <w:rPr>
          <w:b/>
        </w:rPr>
        <w:t xml:space="preserve">[1:05:03] </w:t>
      </w:r>
      <w:r>
        <w:t>language se ya aur jo jo related jo subject hain is se mila kar ke dekhiye aur aap</w:t>
      </w:r>
    </w:p>
    <w:p>
      <w:pPr>
        <w:jc w:val="right"/>
      </w:pPr>
      <w:r>
        <w:t>لینگویج سے یا اور جو جو ریلیٹڈ جو سبجیکٹ ہیں اس سے ملا کر کے دیکھیے اور آپ</w:t>
      </w:r>
    </w:p>
    <w:p>
      <w:r>
        <w:rPr>
          <w:b/>
        </w:rPr>
        <w:t xml:space="preserve">[1:05:09] </w:t>
      </w:r>
      <w:r>
        <w:t>ghalat ho to aap is ko bataiye mujhe maine yeh translation jo hai bohat se logon ko</w:t>
      </w:r>
    </w:p>
    <w:p>
      <w:pPr>
        <w:jc w:val="right"/>
      </w:pPr>
      <w:r>
        <w:t>غلط ہو تو آپ اس کو بتائیے مجھے میں نے یہ ٹرانسلیشن جو ہے بہت سے لوگوں کو</w:t>
      </w:r>
    </w:p>
    <w:p>
      <w:r>
        <w:rPr>
          <w:b/>
        </w:rPr>
        <w:t xml:space="preserve">[1:05:15] </w:t>
      </w:r>
      <w:r>
        <w:t>parhaya aisa nahi kaha yeh chhap diya bohat se log</w:t>
      </w:r>
    </w:p>
    <w:p>
      <w:pPr>
        <w:jc w:val="right"/>
      </w:pPr>
      <w:r>
        <w:t>پڑھوایا ایسا نہیں کہا یہ چھاپ دیا بہت سے لوگ</w:t>
      </w:r>
    </w:p>
    <w:p>
      <w:r>
        <w:rPr>
          <w:b/>
        </w:rPr>
        <w:t xml:space="preserve">[1:05:21] </w:t>
      </w:r>
      <w:r>
        <w:t>on ko khud parha bohat se logon ko parhaya bohat discussion kiya tab is ko chhapaya to main</w:t>
      </w:r>
    </w:p>
    <w:p>
      <w:pPr>
        <w:jc w:val="right"/>
      </w:pPr>
      <w:r>
        <w:t>وں کو خود پڑھا بہت سے لوگوں کو پڑھوایا بہت ڈسکشن کیا تب اس کو چھاپایا تو میں</w:t>
      </w:r>
    </w:p>
    <w:p>
      <w:r>
        <w:rPr>
          <w:b/>
        </w:rPr>
        <w:t xml:space="preserve">[1:05:27] </w:t>
      </w:r>
      <w:r>
        <w:t>yeh nahi kehta ke woh woh woh hai yani quran ki jagah par hai aisa nahi hai quran</w:t>
      </w:r>
    </w:p>
    <w:p>
      <w:pPr>
        <w:jc w:val="right"/>
      </w:pPr>
      <w:r>
        <w:t>یہ نہیں کہتا کہ وہ وہ وہ ہے یعنی قرآن کی جگہ پر ہے ایسا نہیں ہے قرآن</w:t>
      </w:r>
    </w:p>
    <w:p>
      <w:r>
        <w:rPr>
          <w:b/>
        </w:rPr>
        <w:t xml:space="preserve">[1:05:34] </w:t>
      </w:r>
      <w:r>
        <w:t>ko samajhne ke liye ek ek helper hai woh main samajhta hoon ke right helper kyunke maine</w:t>
      </w:r>
    </w:p>
    <w:p>
      <w:pPr>
        <w:jc w:val="right"/>
      </w:pPr>
      <w:r>
        <w:t>کو سمجھنے کے لیے ایک ایک ہیلپر ہے وہ میں سمجھتا ہوں کہ رائٹ ہیلپر کیونکہ میں نے</w:t>
      </w:r>
    </w:p>
    <w:p>
      <w:r>
        <w:rPr>
          <w:b/>
        </w:rPr>
        <w:t xml:space="preserve">[1:05:40] </w:t>
      </w:r>
      <w:r>
        <w:t>is mein ah kahin bhi is woh jo concept logon ke hain logon ke baais hain baais se</w:t>
      </w:r>
    </w:p>
    <w:p>
      <w:pPr>
        <w:jc w:val="right"/>
      </w:pPr>
      <w:r>
        <w:t>اس میں اہ کہیں بھی اس وہ جو کانسیپٹ لوگوں کے ہیں لوگوں کے باعث ہیں باعث سے</w:t>
      </w:r>
    </w:p>
    <w:p>
      <w:r>
        <w:rPr>
          <w:b/>
        </w:rPr>
        <w:t xml:space="preserve">[1:05:46] </w:t>
      </w:r>
      <w:r>
        <w:t>free ho kar ke maine translation kiya hai</w:t>
      </w:r>
    </w:p>
    <w:p>
      <w:pPr>
        <w:jc w:val="right"/>
      </w:pPr>
      <w:r>
        <w:t>فری ہو کر کے میں نے ٹرانسلیشن کیا ہے</w:t>
      </w:r>
    </w:p>
    <w:p>
      <w:r>
        <w:rPr>
          <w:b/>
        </w:rPr>
        <w:t xml:space="preserve">[1:05:52] </w:t>
      </w:r>
      <w:r>
        <w:t>maulana i i have a question in fact i was talking to a group of people and i</w:t>
      </w:r>
    </w:p>
    <w:p>
      <w:pPr>
        <w:jc w:val="right"/>
      </w:pPr>
      <w:r>
        <w:t>مولانا ائی ائی ہیو ا کوسچن ان فیکٹ ائی واز ٹاکنگ ٹو ا گروپ اف پیپل اینڈ ائی</w:t>
      </w:r>
    </w:p>
    <w:p>
      <w:r>
        <w:rPr>
          <w:b/>
        </w:rPr>
        <w:t xml:space="preserve">[1:05:58] </w:t>
      </w:r>
      <w:r>
        <w:t>was telling them that quran talks about only peace so to that one of them said that you</w:t>
      </w:r>
    </w:p>
    <w:p>
      <w:pPr>
        <w:jc w:val="right"/>
      </w:pPr>
      <w:r>
        <w:t>واز ٹیلنگ دیم دیٹ قرآن ٹاکس اباؤٹ اونلی پیس سو ٹو دیٹ ون اف دیم سیڈ دیٹ یو</w:t>
      </w:r>
    </w:p>
    <w:p>
      <w:r>
        <w:rPr>
          <w:b/>
        </w:rPr>
        <w:t xml:space="preserve">[1:06:04] </w:t>
      </w:r>
      <w:r>
        <w:t>Alright, but you can't deny the fact that there are verses in the Quran which talks about</w:t>
      </w:r>
    </w:p>
    <w:p>
      <w:pPr>
        <w:jc w:val="right"/>
      </w:pPr>
      <w:r>
        <w:t>ار رائٹ بٹ یو کانٹ ڈینائی دا فیکٹ دیٹ دیر ار ورسز ان دا قرآن وچ ٹاکس اباؤٹ</w:t>
      </w:r>
    </w:p>
    <w:p>
      <w:r>
        <w:rPr>
          <w:b/>
        </w:rPr>
        <w:t xml:space="preserve">[1:06:10] </w:t>
      </w:r>
      <w:r>
        <w:t>killing and the words like slang have been used acha theek yeh what would be your ek question</w:t>
      </w:r>
    </w:p>
    <w:p>
      <w:pPr>
        <w:jc w:val="right"/>
      </w:pPr>
      <w:r>
        <w:t>کلنگ اینڈ دا ورڈز لائک سلینگ ہیو بین یوزڈ اچھا ٹھیک یہ واٹ وڈ بی یور ایک کوسچن</w:t>
      </w:r>
    </w:p>
    <w:p>
      <w:r>
        <w:rPr>
          <w:b/>
        </w:rPr>
        <w:t xml:space="preserve">[1:06:16] </w:t>
      </w:r>
      <w:r>
        <w:t>mein batata hoon dekhiye quran mein 6400 verses hain is mein</w:t>
      </w:r>
    </w:p>
    <w:p>
      <w:pPr>
        <w:jc w:val="right"/>
      </w:pPr>
      <w:r>
        <w:t>میں بتاتا ہوں دیکھیے قرآن میں 6400 ورسز ہیں اس میں</w:t>
      </w:r>
    </w:p>
    <w:p>
      <w:r>
        <w:rPr>
          <w:b/>
        </w:rPr>
        <w:t xml:space="preserve">[1:06:22] </w:t>
      </w:r>
      <w:r>
        <w:t>more than 99 percent woh verses hain jo direct ya indirect peace related peace se one percent se bhi kam woh verses hain jis mein qital ki baat hai qital mani jang war yeh sari verses woh hain jo us waqt utri thi jab ke muslim muslim jo hai at war the doosron se at war koi bhi aisi verse nahin thi aap bata sakte hain quran majeed mein ke yun hi utri ho ke qital karo jab museebat woh jo at war the matlab jang jo ho rahi thi jang us waqt bat</w:t>
      </w:r>
    </w:p>
    <w:p>
      <w:pPr>
        <w:jc w:val="right"/>
      </w:pPr>
      <w:r>
        <w:t>مور دین 99 پرسنٹ وہ ورسز ہیں جو ڈائریکٹ یا ان ڈائریکٹ پیس ریلیٹڈ پیس سے ون پرسنٹ سے بھی کم وہ ورسز ہیں جس میں قتال کی بات ہے قتال معنی جنگ وار یہ ساری ورسز وہ ہیں جو اس وقت اتری تھی جب کہ مسلم مسلم جو ہے ایٹ وار تھے دوسروں سے ایٹ وار کوئی بھی ایسی ورس نہیں تھی اپ بتا سکتے ہیں قرآن مجید میں کہ یوں ہی اتری ہو کہ قتال کرو جب مصیبت وہ جو ایٹ وار تھے مطلب جنگ جو ہو رہی تھی جنگ اس وقت بت</w:t>
      </w:r>
    </w:p>
    <w:p>
      <w:r>
        <w:rPr>
          <w:b/>
        </w:rPr>
        <w:t xml:space="preserve">[1:06:52] </w:t>
      </w:r>
      <w:r>
        <w:t>aya gaya ke aisa karo aisa karo aisa karo to jab at war aap hon to har constitution mein rehta hai ke is mein hamein defense karna hai jaise gita mein hai hai arjun aage barho aur jang kar kyunke woh woh woh war ka time tha to arjun ne kaha ke aage barh kar war karo to woh jo verses hain bahut hi one percent se kam woh us waqt ke hain jab ke muslim se jo the 200 se at war the to w</w:t>
      </w:r>
    </w:p>
    <w:p>
      <w:pPr>
        <w:jc w:val="right"/>
      </w:pPr>
      <w:r>
        <w:t>ایا گیا کہ ایسا کرو ایسا کرو ایسا کرو تو جب ایٹ وار اپ ہوں تو ہر کانسٹیٹیوشن میں رہتا ہے کہ اس میں ہمیں ڈیفنس کرنا ہے جیسے گیتا میں ہے ہے ارجن اگے بڑھو اور جنگ کر کیونکہ وہ وہ وہ وار کا ٹائم تھا تو ارجن نے کہا کہ اگے بڑھ کر وار کرو تو وہ جو ورسز ہیں بہت ہی ون پرسنٹ سے کم وہ اس وقت کے ہیں جب کہ مسلم سے جو تھے 200 سے ایٹ وار تھے تو و</w:t>
      </w:r>
    </w:p>
    <w:p>
      <w:r>
        <w:rPr>
          <w:b/>
        </w:rPr>
        <w:t xml:space="preserve">[1:07:22] </w:t>
      </w:r>
      <w:r>
        <w:t>ar ke time mein to aise hi hota hai har jagah war ke time mein jo hota hai sab jagah wahi quran mein bhi bataya gaya hai kyunke aap ko defense karna padega aap defense nahin karenge to kya karenge yani war ka matlab kya hai islam mein yeh bhi samajh lijiye ke jab koi bahar ki country aap par attack karti hai tab war mani jayegi agar attack nahin hota hai to aap kisi aur excuse de kar war nahin kar sakte dos</w:t>
      </w:r>
    </w:p>
    <w:p>
      <w:pPr>
        <w:jc w:val="right"/>
      </w:pPr>
      <w:r>
        <w:t>ار کے ٹائم میں تو ایسے ہی ہوتا ہے ہر جگہ وار کے ٹائم میں جو ہوتا ہے سب جگہ وہی قرآن میں بھی بتایا گیا ہے کیونکہ اپ کو ڈیفنس کرنا پڑے گا اپ ڈیفنس نہیں کریں گے تو کیا کریں گے یعنی وار کا مطلب کیا ہے اسلام میں یہ بھی سمجھ لیجئے کہ جب کوئی باہر کی کنٹری اپ پر اٹیک کرتی ہے تب وار مانی جائے گی اگر اٹیک نہیں ہوتا ہے تو اپ کسی اور ایکسکیوز دے کر وار نہیں کر سکتے دوس</w:t>
      </w:r>
    </w:p>
    <w:p>
      <w:r>
        <w:rPr>
          <w:b/>
        </w:rPr>
        <w:t xml:space="preserve">[1:07:52] </w:t>
      </w:r>
      <w:r>
        <w:t>ri baat yeh hai islam mein war jo hai war is a prerogative of state sirf state hi</w:t>
      </w:r>
    </w:p>
    <w:p>
      <w:pPr>
        <w:jc w:val="right"/>
      </w:pPr>
      <w:r>
        <w:t>ری بات یہ ہے اسلام میں وار جو ہے وار از ا پیراگیٹیو اف سٹیٹ صرف سٹیٹ ہی</w:t>
      </w:r>
    </w:p>
    <w:p>
      <w:r>
        <w:rPr>
          <w:b/>
        </w:rPr>
        <w:t xml:space="preserve">[1:07:59] </w:t>
      </w:r>
      <w:r>
        <w:t>ladh sakti hai doosra koi ladh nahi sakta isi liye dekhiye yeh jitna aaj kal ho raha hai</w:t>
      </w:r>
    </w:p>
    <w:p>
      <w:pPr>
        <w:jc w:val="right"/>
      </w:pPr>
      <w:r>
        <w:t>لڑ سکتی ہے دوسرا کوئی لڑ نہیں سکتا اسی لیے دیکھیے یہ جتنا اج کل ہو رہا ہے</w:t>
      </w:r>
    </w:p>
    <w:p>
      <w:r>
        <w:rPr>
          <w:b/>
        </w:rPr>
        <w:t xml:space="preserve">[1:08:05] </w:t>
      </w:r>
      <w:r>
        <w:t>gorilla war proxy war and this war that war yeh sab haram hai islam mein yeh islam mein</w:t>
      </w:r>
    </w:p>
    <w:p>
      <w:pPr>
        <w:jc w:val="right"/>
      </w:pPr>
      <w:r>
        <w:t>گوریلا وار پروکسی وار اور دس وار دیٹ وار یہ سب حرام ہے اسلام میں یہ اسلام میں</w:t>
      </w:r>
    </w:p>
    <w:p>
      <w:r>
        <w:rPr>
          <w:b/>
        </w:rPr>
        <w:t xml:space="preserve">[1:08:11] </w:t>
      </w:r>
      <w:r>
        <w:t>hai hi nahi islam mein sirf woh war hai jo koi state kare us waqt jab ke is</w:t>
      </w:r>
    </w:p>
    <w:p>
      <w:pPr>
        <w:jc w:val="right"/>
      </w:pPr>
      <w:r>
        <w:t>ہے ہی نہیں اسلام میں صرف وہ وار ہے جو کوئی سٹیٹ کرے اس وقت جب کہ اس</w:t>
      </w:r>
    </w:p>
    <w:p>
      <w:r>
        <w:rPr>
          <w:b/>
        </w:rPr>
        <w:t xml:space="preserve">[1:08:17] </w:t>
      </w:r>
      <w:r>
        <w:t>par attack kiya gaya ho bas</w:t>
      </w:r>
    </w:p>
    <w:p>
      <w:pPr>
        <w:jc w:val="right"/>
      </w:pPr>
      <w:r>
        <w:t>پر اٹیک کیا گیا ہو بس</w:t>
      </w:r>
    </w:p>
    <w:p>
      <w:r>
        <w:rPr>
          <w:b/>
        </w:rPr>
        <w:t xml:space="preserve">[1:08:23] </w:t>
      </w:r>
      <w:r>
        <w:t>aur tab bhi dekhen bohat kadi shart hai islam mein is ko kehte hain muqatil aur ghair muqatil yani competent aur non competent yani jehano war mein bhi aap sirf competent ko maar sakte hain non competent ko aap maar nahi sakte to mein aksar kaha karta hoon ke ab to war jo hai abhalsh ho chuki hai kyunke ab hum jee rahe hain is zamane mein jab ke weapons of mass justice ka zamana hai yeh weapons of mass justice ab ab pasiible nahi hai ke aap bomb marein</w:t>
      </w:r>
    </w:p>
    <w:p>
      <w:pPr>
        <w:jc w:val="right"/>
      </w:pPr>
      <w:r>
        <w:t>اور تب بھی دیکھیں بہت کڑی شرط ہے اسلام میں اس کو کہتے ہیں مقاتل اور غیر مقاتل یعنی کمپیٹنٹ اور نان کمپیٹنٹ یعنی جینون وار میں بھی اپ صرف کمپیٹنٹ کو مار سکتے ہیں نان کمپیٹنٹ کو اپ مار نہیں سکتے تو میں اکثر کہا کرتا ہوں کہ اب تو وار جو ہے ابالش ہو چکی ہے کیونکہ اب ہم جی رہے ہیں اس زمانے میں جب کہ ویپنز اف ماس جسٹس کا زمانہ ہے یہ ویپنز اف ماس جسٹس اب اب پاسیبل نہیں ہے کہ اپ بم ماریں</w:t>
      </w:r>
    </w:p>
    <w:p>
      <w:r>
        <w:rPr>
          <w:b/>
        </w:rPr>
        <w:t xml:space="preserve">[1:08:53] </w:t>
      </w:r>
      <w:r>
        <w:t>to sirf innocent log number hain doosre log mar jayein sab log marein ge ab a p akhe</w:t>
      </w:r>
    </w:p>
    <w:p>
      <w:pPr>
        <w:jc w:val="right"/>
      </w:pPr>
      <w:r>
        <w:t>تو صرف انوسنٹ لوگ نمبر ہیں دوسرے لوگ مر جائیں سب لوگ مریں گے اب اے پی اکھے</w:t>
      </w:r>
    </w:p>
    <w:p>
      <w:r>
        <w:rPr>
          <w:b/>
        </w:rPr>
        <w:t xml:space="preserve">[1:08:58] </w:t>
      </w:r>
      <w:r>
        <w:t>option hai musalmanon ke paas woh sulah ka option hai ab war ka option hi khatam ho gaya</w:t>
      </w:r>
    </w:p>
    <w:p>
      <w:pPr>
        <w:jc w:val="right"/>
      </w:pPr>
      <w:r>
        <w:t>اپشن ہے مسلمانوں کے پاس وہ صلح کا اپشن ہے اب وار کا اپشن ہی ختم ہو گیا</w:t>
      </w:r>
    </w:p>
    <w:p>
      <w:r>
        <w:rPr>
          <w:b/>
        </w:rPr>
        <w:t xml:space="preserve">[1:09:03] </w:t>
      </w:r>
      <w:r>
        <w:t>hai woh kyunke yani jab se yeh hua hai jab se talwar ki ladhai thi tab option tha</w:t>
      </w:r>
    </w:p>
    <w:p>
      <w:pPr>
        <w:jc w:val="right"/>
      </w:pPr>
      <w:r>
        <w:t>ہے وہ کیونکہ یعنی جب سے یہ ہوا ہے جب سے تلوار کی لڑائی تھی تب اپشن تھا</w:t>
      </w:r>
    </w:p>
    <w:p>
      <w:r>
        <w:rPr>
          <w:b/>
        </w:rPr>
        <w:t xml:space="preserve">[1:09:09] </w:t>
      </w:r>
      <w:r>
        <w:t>woh ab woh option nahi hai ab to aap kyunke jab aap bomb maren ge to in innocent</w:t>
      </w:r>
    </w:p>
    <w:p>
      <w:pPr>
        <w:jc w:val="right"/>
      </w:pPr>
      <w:r>
        <w:t>وہ اب وہ اپشن نہیں ہے اب تو اپ کیونکہ جب اپ بم ماریں گے تو ان انوسنٹ</w:t>
      </w:r>
    </w:p>
    <w:p>
      <w:r>
        <w:rPr>
          <w:b/>
        </w:rPr>
        <w:t xml:space="preserve">[1:09:14] </w:t>
      </w:r>
      <w:r>
        <w:t>marein ge woh aap ke liye haram hai ab jo option hai woh sirf ek hi option hai</w:t>
      </w:r>
    </w:p>
    <w:p>
      <w:pPr>
        <w:jc w:val="right"/>
      </w:pPr>
      <w:r>
        <w:t>مریں گے وہ اپ کے لیے حرام ہے اب جو اپشن ہے وہ صرف ایک ہی اپشن ہے</w:t>
      </w:r>
    </w:p>
    <w:p>
      <w:r>
        <w:rPr>
          <w:b/>
        </w:rPr>
        <w:t xml:space="preserve">[1:09:19] </w:t>
      </w:r>
      <w:r>
        <w:t>woh ke sulah peace aur</w:t>
      </w:r>
    </w:p>
    <w:p>
      <w:pPr>
        <w:jc w:val="right"/>
      </w:pPr>
      <w:r>
        <w:t>وہ کہ صلح پیس اور</w:t>
      </w:r>
    </w:p>
    <w:p>
      <w:r>
        <w:rPr>
          <w:b/>
        </w:rPr>
        <w:t xml:space="preserve">[1:09:24] </w:t>
      </w:r>
      <w:r>
        <w:t>negotiation yahi option hai woh option khatam ho gaya this question is from mr fazal ur rehman 1940</w:t>
      </w:r>
    </w:p>
    <w:p>
      <w:pPr>
        <w:jc w:val="right"/>
      </w:pPr>
      <w:r>
        <w:t>نیگوشی ایشن یہی اپشن ہے وہ اپشن ختم ہو گیا دس کوسچن از فرام مسٹر فضل الرحمن 1940</w:t>
      </w:r>
    </w:p>
    <w:p>
      <w:r>
        <w:rPr>
          <w:b/>
        </w:rPr>
        <w:t xml:space="preserve">[1:09:32] </w:t>
      </w:r>
      <w:r>
        <w:t>mein aap nastic ho gaye the jaisa ke aap ne bataya maulana ab aap kya hain aur kaise</w:t>
      </w:r>
    </w:p>
    <w:p>
      <w:pPr>
        <w:jc w:val="right"/>
      </w:pPr>
      <w:r>
        <w:t>میں اپ ناستک ہو گئے تھے جیسا کہ اپ نے بتایا مولانا اب اپ کیا ہیں اور کیسے</w:t>
      </w:r>
    </w:p>
    <w:p>
      <w:r>
        <w:rPr>
          <w:b/>
        </w:rPr>
        <w:t xml:space="preserve">[1:09:39] </w:t>
      </w:r>
      <w:r>
        <w:t>yeh sab kaise hua karpa kar ke phir se is ko bataein mein nastik nahi ho gaya tha</w:t>
      </w:r>
    </w:p>
    <w:p>
      <w:pPr>
        <w:jc w:val="right"/>
      </w:pPr>
      <w:r>
        <w:t>یہ سب کیسے ہوا کرپا کر کے پھر سے اس کو بتائیں میں ناستک نہیں ہو گیا تھا</w:t>
      </w:r>
    </w:p>
    <w:p>
      <w:r>
        <w:rPr>
          <w:b/>
        </w:rPr>
        <w:t xml:space="preserve">[1:09:47] </w:t>
      </w:r>
      <w:r>
        <w:t>mein ne kaha seeker ho gaya tha mein seeker aik seeker mein aur nastik mein farq hai</w:t>
      </w:r>
    </w:p>
    <w:p>
      <w:pPr>
        <w:jc w:val="right"/>
      </w:pPr>
      <w:r>
        <w:t>میں نے کہا سیکر ہو گیا تھا میں سیکر ایک سیکر میں اور ناستک میں فرق ہے</w:t>
      </w:r>
    </w:p>
    <w:p>
      <w:r>
        <w:rPr>
          <w:b/>
        </w:rPr>
        <w:t xml:space="preserve">[1:09:55] </w:t>
      </w:r>
      <w:r>
        <w:t>secular mein ho gaya tha to mein sab kitabein padhi sab mazhabon mein gaya aur phir quran ko padha to mein i rediscovered by i rediscovered quran as by religion aur mein ne ek book likhi hai is pe detail aap padh sakte hain islam rediscovered yeh is ka title hai islam rediscovered to kaise mein ne islam ko phir se rediscover kiya is ki detail aap janna chahein to is kitab ko padh</w:t>
      </w:r>
    </w:p>
    <w:p>
      <w:pPr>
        <w:jc w:val="right"/>
      </w:pPr>
      <w:r>
        <w:t>سیکر میں ہو گیا تھا تو میں سب کتابیں پڑھیں سب مذہبوں میں گیا اور پھر قرآن کو پڑھا تو میں ائی ری ڈسکورڈ بائے ائی ری ڈسکورڈ قرآن ایز بائی ریلیجن اور میں نے ایک بک لکھی ہے اس پہ ڈیٹیل اپ پڑھ سکتے ہیں اسلام ری ڈسکورڈ یہ اس کا ٹائٹل ہے اسلام ری ڈسکورڈ تو کیسے میں نے اسلام کو پھر سے ری ڈسکور کیا اس کی ڈیٹیل اپ جاننا چاہیں تو اس کتاب کو پڑھ</w:t>
      </w:r>
    </w:p>
    <w:p>
      <w:r>
        <w:rPr>
          <w:b/>
        </w:rPr>
        <w:t xml:space="preserve">[1:10:25] </w:t>
      </w:r>
      <w:r>
        <w:t>sakte hain aap das question is from miss sadia molana they name many translations of the quran in</w:t>
      </w:r>
    </w:p>
    <w:p>
      <w:pPr>
        <w:jc w:val="right"/>
      </w:pPr>
      <w:r>
        <w:t>سکتے ہیں اپ دس کوسچن از فرام مس سعدیہ مولانا دے نا مینی ٹرانسلیشنز اف دی قرآن ان</w:t>
      </w:r>
    </w:p>
    <w:p>
      <w:r>
        <w:rPr>
          <w:b/>
        </w:rPr>
        <w:t xml:space="preserve">[1:10:32] </w:t>
      </w:r>
      <w:r>
        <w:t>the english language alone how should we select the right one mein bas yahi kahoon ke hamare padhiye</w:t>
      </w:r>
    </w:p>
    <w:p>
      <w:pPr>
        <w:jc w:val="right"/>
      </w:pPr>
      <w:r>
        <w:t>دا انگلش لینگویج الون ہاؤ شوڈ وی سلیکٹ دا رائٹ ون میں بس یہی کہوں کہ ہمارے پڑھیے</w:t>
      </w:r>
    </w:p>
    <w:p>
      <w:r>
        <w:rPr>
          <w:b/>
        </w:rPr>
        <w:t xml:space="preserve">[1:10:40] </w:t>
      </w:r>
      <w:r>
        <w:t>mera dekhein hamesha se kaha ja raha hai ke agar koi kaam ho chuka ho to mein woh</w:t>
      </w:r>
    </w:p>
    <w:p>
      <w:pPr>
        <w:jc w:val="right"/>
      </w:pPr>
      <w:r>
        <w:t>میرا دیکھیں ہمیشہ سے کہا جا رہا ہے کہ اگر کوئی کام ہو چکا ہو تو میں وہ</w:t>
      </w:r>
    </w:p>
    <w:p>
      <w:r>
        <w:rPr>
          <w:b/>
        </w:rPr>
        <w:t xml:space="preserve">[1:10:48] </w:t>
      </w:r>
      <w:r>
        <w:t>kaam kabhi nahi karta mein aisa kabhi nahi karta</w:t>
      </w:r>
    </w:p>
    <w:p>
      <w:pPr>
        <w:jc w:val="right"/>
      </w:pPr>
      <w:r>
        <w:t>کام کبھی نہیں کرتا میں ایسا کبھی نہیں کرتا</w:t>
      </w:r>
    </w:p>
    <w:p>
      <w:r>
        <w:rPr>
          <w:b/>
        </w:rPr>
        <w:t xml:space="preserve">[1:10:55] </w:t>
      </w:r>
      <w:r>
        <w:t>jo kaam na hua ho woh kaam mein karta hoon dekhein is waqt english ke near about 40</w:t>
      </w:r>
    </w:p>
    <w:p>
      <w:pPr>
        <w:jc w:val="right"/>
      </w:pPr>
      <w:r>
        <w:t>جو کام نہ ہوا ہو وہ کام میں کرتا ہوں دیکھیں اس وقت انگلش کے نیئر اباؤٹ 40</w:t>
      </w:r>
    </w:p>
    <w:p>
      <w:r>
        <w:rPr>
          <w:b/>
        </w:rPr>
        <w:t xml:space="preserve">[1:11:02] </w:t>
      </w:r>
      <w:r>
        <w:t>translations hain english mein 40 five zero abhi aik book chhapi hai saudi arab se is mein in</w:t>
      </w:r>
    </w:p>
    <w:p>
      <w:pPr>
        <w:jc w:val="right"/>
      </w:pPr>
      <w:r>
        <w:t>ٹرانسلیشن ہیں انگلش میں 40 فائیو زیرو ابھی ایک بک چھپی ہے سعودی عرب سے اس میں ان</w:t>
      </w:r>
    </w:p>
    <w:p>
      <w:r>
        <w:rPr>
          <w:b/>
        </w:rPr>
        <w:t xml:space="preserve">[1:11:08] </w:t>
      </w:r>
      <w:r>
        <w:t>sari cheezon ka woh kya gaya hai in sari books ka yani survey kiya gaya hai is mein</w:t>
      </w:r>
    </w:p>
    <w:p>
      <w:pPr>
        <w:jc w:val="right"/>
      </w:pPr>
      <w:r>
        <w:t>ساری چیزوں کا وہ کیا گیا ہے ان ساری بکس کا یعنی سروے کیا گیا ہے اس میں</w:t>
      </w:r>
    </w:p>
    <w:p>
      <w:r>
        <w:rPr>
          <w:b/>
        </w:rPr>
        <w:t xml:space="preserve">[1:11:14] </w:t>
      </w:r>
      <w:r>
        <w:t>writer likhta hai yeh kitaab chhapi hai saudi arab se writer likhta hai ke yeh translation western countries</w:t>
      </w:r>
    </w:p>
    <w:p>
      <w:pPr>
        <w:jc w:val="right"/>
      </w:pPr>
      <w:r>
        <w:t>رائٹر لکھتا ہے یہ کتاب چھپی ہے سعودی عرب سے رائٹر لکھتا ہے کہ یہ ٹرانسلیشن ویسٹرن کنٹریز</w:t>
      </w:r>
    </w:p>
    <w:p>
      <w:r>
        <w:rPr>
          <w:b/>
        </w:rPr>
        <w:t xml:space="preserve">[1:11:20] </w:t>
      </w:r>
      <w:r>
        <w:t>mein popular nahi ho sake</w:t>
      </w:r>
    </w:p>
    <w:p>
      <w:pPr>
        <w:jc w:val="right"/>
      </w:pPr>
      <w:r>
        <w:t>میں پاپولر نہیں ہو سکے</w:t>
      </w:r>
    </w:p>
    <w:p>
      <w:r>
        <w:rPr>
          <w:b/>
        </w:rPr>
        <w:t xml:space="preserve">[1:11:27] </w:t>
      </w:r>
      <w:r>
        <w:t>popular nahi ho sake kyun woh un ki language jo hai us se woh log acquint nahi hain</w:t>
      </w:r>
    </w:p>
    <w:p>
      <w:pPr>
        <w:jc w:val="right"/>
      </w:pPr>
      <w:r>
        <w:t>پاپولر نہیں ہو سکے کیوں وہ ان کی لینگویج جو ہے اس سے وہ لوگ ایکوینٹ نہیں ہیں</w:t>
      </w:r>
    </w:p>
    <w:p>
      <w:r>
        <w:rPr>
          <w:b/>
        </w:rPr>
        <w:t xml:space="preserve">[1:11:32] </w:t>
      </w:r>
      <w:r>
        <w:t>un ki language jo hai us mein ambiguity hai us ki language mein clarity nahi hai is liye</w:t>
      </w:r>
    </w:p>
    <w:p>
      <w:pPr>
        <w:jc w:val="right"/>
      </w:pPr>
      <w:r>
        <w:t>ان کی لینگویج جو ہے اس میں ایمبیگوئٹی ہے اس کی لینگویج میں کلیرٹی نہیں ہے اس لیے</w:t>
      </w:r>
    </w:p>
    <w:p>
      <w:r>
        <w:rPr>
          <w:b/>
        </w:rPr>
        <w:t xml:space="preserve">[1:11:37] </w:t>
      </w:r>
      <w:r>
        <w:t>hum ne aik naya translation kiya aap ko padhiye compare kar ke to aap payein koi bhi page</w:t>
      </w:r>
    </w:p>
    <w:p>
      <w:pPr>
        <w:jc w:val="right"/>
      </w:pPr>
      <w:r>
        <w:t>ہم نے ایک نیا ٹرانسلیشن کیا اپ کو پڑھیے کمپیئر کر کے تو اپ پائیں کوئی بھی پیج</w:t>
      </w:r>
    </w:p>
    <w:p>
      <w:r>
        <w:rPr>
          <w:b/>
        </w:rPr>
        <w:t xml:space="preserve">[1:11:42] </w:t>
      </w:r>
      <w:r>
        <w:t>aap un ka padhiye aur hamara padhiye to aap dekhenge is mein clarity parks na aaye abhi</w:t>
      </w:r>
    </w:p>
    <w:p>
      <w:pPr>
        <w:jc w:val="right"/>
      </w:pPr>
      <w:r>
        <w:t>اپ ان کا پڑھیے اور ہمارا پڑھیے تو اپ دیکھیں گے اس میں کلیرٹی پارکس نہ ائے ابھی</w:t>
      </w:r>
    </w:p>
    <w:p>
      <w:r>
        <w:rPr>
          <w:b/>
        </w:rPr>
        <w:t xml:space="preserve">[1:11:47] </w:t>
      </w:r>
      <w:r>
        <w:t>hamare paas aik aik sahib ka telephone aaya ke unhone aik aik sahib ko diya aik</w:t>
      </w:r>
    </w:p>
    <w:p>
      <w:pPr>
        <w:jc w:val="right"/>
      </w:pPr>
      <w:r>
        <w:t>ہمارے پاس ایک ایک صاحب کا ٹیلی فون ایا کہ انہوں نے ایک ایک صاحب کو دیا ایک</w:t>
      </w:r>
    </w:p>
    <w:p>
      <w:r>
        <w:rPr>
          <w:b/>
        </w:rPr>
        <w:t xml:space="preserve">[1:11:52] </w:t>
      </w:r>
      <w:r>
        <w:t>bade scholar ko</w:t>
      </w:r>
    </w:p>
    <w:p>
      <w:pPr>
        <w:jc w:val="right"/>
      </w:pPr>
      <w:r>
        <w:t>بڑے سکالر کو</w:t>
      </w:r>
    </w:p>
    <w:p>
      <w:r>
        <w:rPr>
          <w:b/>
        </w:rPr>
        <w:t xml:space="preserve">[1:11:57] </w:t>
      </w:r>
      <w:r>
        <w:t>to unhone kaha ke it is like reading a magazine ab tak samajhte hain quran jo hai koi aisi kitab hai jo samajh mein nahi aati abhi hum gaye the bahar ek aadmi ne kaha ke mere pas do quran ke translations hain do mein padhta rehta hoon kyunke samajh mein kuch nahi aata tha ab tak ab jo mein ne aap ko padhaya hai to sab kuch samajh mein aane laga hai to is translation ke ka baat yeh hai ke is mein yeh modern medium mein hai ah aur bohat hi simple</w:t>
      </w:r>
    </w:p>
    <w:p>
      <w:pPr>
        <w:jc w:val="right"/>
      </w:pPr>
      <w:r>
        <w:t>تو انہوں نے کہا کہ اٹ از لائک ریڈنگ ا میگزین اب تک سمجھتے ہیں قرآن جو ہے کوئی ایسی کتاب ہے جو سمجھ میں نہیں اتی ابھی ہم گئے تھے باہر ایک ادمی نے کہا کہ میرے پاس دو قرآن کے ٹرانسلیشن ہیں دو میں پڑھتا رہتا ہوں کیونکہ سمجھ میں کچھ نہیں اتا تھا اب تک اب جو میں نے اپ کو پڑھایا ہے تو سب کچھ سمجھ میں انے لگا ہے تو اس ٹرانسلیشن کے کا بات یہ ہے کہ اس میں یہ ماڈرن میڈیم میں ہے اہ اور بہت ہی سمپل</w:t>
      </w:r>
    </w:p>
    <w:p>
      <w:r>
        <w:rPr>
          <w:b/>
        </w:rPr>
        <w:t xml:space="preserve">[1:12:27] </w:t>
      </w:r>
      <w:r>
        <w:t>language mein hai aur clarity is mein poori ki poori hai kyunke is mein hum yani koi aik</w:t>
      </w:r>
    </w:p>
    <w:p>
      <w:pPr>
        <w:jc w:val="right"/>
      </w:pPr>
      <w:r>
        <w:t>لینگویج میں ہے اور کلیرٹی اس میں پوری کی پوری ہے کیونکہ اس میں ہم یعنی کوئی ایک</w:t>
      </w:r>
    </w:p>
    <w:p>
      <w:r>
        <w:rPr>
          <w:b/>
        </w:rPr>
        <w:t xml:space="preserve">[1:12:35] </w:t>
      </w:r>
      <w:r>
        <w:t>aadmi kaam nahi yaad rakhiye aik poori team ne is pe kaam kiya hai aik poori team hai</w:t>
      </w:r>
    </w:p>
    <w:p>
      <w:pPr>
        <w:jc w:val="right"/>
      </w:pPr>
      <w:r>
        <w:t>ادمی کام نہیں یاد رکھیے ایک پوری ٹیم نے اس پہ کام کیا ہے ایک پوری ٹیم ہے</w:t>
      </w:r>
    </w:p>
    <w:p>
      <w:r>
        <w:rPr>
          <w:b/>
        </w:rPr>
        <w:t xml:space="preserve">[1:12:42] </w:t>
      </w:r>
      <w:r>
        <w:t>aur aap aur aap ko mein bohat hi khushi se bataunga ke is mein mister raj mister</w:t>
      </w:r>
    </w:p>
    <w:p>
      <w:pPr>
        <w:jc w:val="right"/>
      </w:pPr>
      <w:r>
        <w:t>اور اپ اور اپ کو میں بہت ہی خوشی سے بتاؤں گا کہ اس میں مسٹر راج مسٹر</w:t>
      </w:r>
    </w:p>
    <w:p>
      <w:r>
        <w:rPr>
          <w:b/>
        </w:rPr>
        <w:t xml:space="preserve">[1:12:50] </w:t>
      </w:r>
      <w:r>
        <w:t>rajiv kumar aur mister ah brijesh brijesh brijesh pandey jaise log bhi shamil</w:t>
      </w:r>
    </w:p>
    <w:p>
      <w:pPr>
        <w:jc w:val="right"/>
      </w:pPr>
      <w:r>
        <w:t>راجیو کمار اور مسٹر اہ بریجیس بریجیس بریجیس پانڈے جیسے لوگ بھی شامل</w:t>
      </w:r>
    </w:p>
    <w:p>
      <w:r>
        <w:rPr>
          <w:b/>
        </w:rPr>
        <w:t xml:space="preserve">[1:12:57] </w:t>
      </w:r>
      <w:r>
        <w:t>hain jo hum ne quran ki translation chhapa hai woh koi mera ab akele ka yani yani van</w:t>
      </w:r>
    </w:p>
    <w:p>
      <w:pPr>
        <w:jc w:val="right"/>
      </w:pPr>
      <w:r>
        <w:t>ہیں جو ہم نے قرآن کی ٹرانسلیشن چھاپا ہے وہ کوئی میرا اب اکیلے کا یعنی یعنی وین</w:t>
      </w:r>
    </w:p>
    <w:p>
      <w:r>
        <w:rPr>
          <w:b/>
        </w:rPr>
        <w:t xml:space="preserve">[1:13:04] </w:t>
      </w:r>
      <w:r>
        <w:t>man show nahi hai woh aik poori team ne kaam kiya hai yahan kai log baithe hue hain</w:t>
      </w:r>
    </w:p>
    <w:p>
      <w:pPr>
        <w:jc w:val="right"/>
      </w:pPr>
      <w:r>
        <w:t>مین شو نہیں ہے وہ ایک پوری ٹیم نے کام کیا ہے یہاں کئی لوگ بیٹھے ہوئے ہیں</w:t>
      </w:r>
    </w:p>
    <w:p>
      <w:r>
        <w:rPr>
          <w:b/>
        </w:rPr>
        <w:t xml:space="preserve">[1:13:10] </w:t>
      </w:r>
      <w:r>
        <w:t>jo is mein kaam kiya unhone aur un is team mein mister rajiv kumar aur mister brijesh</w:t>
      </w:r>
    </w:p>
    <w:p>
      <w:pPr>
        <w:jc w:val="right"/>
      </w:pPr>
      <w:r>
        <w:t>جو اس میں کام کیا انہوں نے اور ان اس ٹیم میں مسٹر راجیو کمار اور مسٹر بریجیس</w:t>
      </w:r>
    </w:p>
    <w:p>
      <w:r>
        <w:rPr>
          <w:b/>
        </w:rPr>
        <w:t xml:space="preserve">[1:13:16] </w:t>
      </w:r>
      <w:r>
        <w:t>pandey bhi shamil hain sahib samajhte hain ke kitna bada hamara plan raha hoga yeh aur kitne sare</w:t>
      </w:r>
    </w:p>
    <w:p>
      <w:pPr>
        <w:jc w:val="right"/>
      </w:pPr>
      <w:r>
        <w:t>پانڈے بھی شامل ہیں صاحب سمجھتے ہیں کہ کتنا بڑا ہمارا پلان رہا ہوگا یہ اور کتنے سارے</w:t>
      </w:r>
    </w:p>
    <w:p>
      <w:r>
        <w:rPr>
          <w:b/>
        </w:rPr>
        <w:t xml:space="preserve">[1:13:23] </w:t>
      </w:r>
      <w:r>
        <w:t>logon ko hum ne inwalv kiya hai is mein ye aise hi nahi kaam hua hai ye</w:t>
      </w:r>
    </w:p>
    <w:p>
      <w:pPr>
        <w:jc w:val="right"/>
      </w:pPr>
      <w:r>
        <w:t>لوگوں کو ہم نے انوالو کیا ہے اس میں یہ ایسے ہی نہیں کام ہوا ہے یہ</w:t>
      </w:r>
    </w:p>
    <w:p>
      <w:r>
        <w:rPr>
          <w:b/>
        </w:rPr>
        <w:t xml:space="preserve">[1:13:29] </w:t>
      </w:r>
      <w:r>
        <w:t>this question is from ms poonam saxena why is there confusion between interpretation of the quran and the real islam dekhen confusion ki baat nahi hai interpretation hamesha kai hota hai hamara jo constitution hai kya tamam judges ek hi interpretation dete hain is ka kai dete hain koi judge koi kis tarah interpret karta hai koi kis tarah interpret karta hai to jis tarah law ka interpretation kai ho jata hai waise is ka ma</w:t>
      </w:r>
    </w:p>
    <w:p>
      <w:pPr>
        <w:jc w:val="right"/>
      </w:pPr>
      <w:r>
        <w:t>دس کوسچن از فرام مس پونم سکسینا وائی از دیر کنفیوژن بٹوین انٹرپریٹیشن اف دا قرآن اینڈ دا ریئل اسلام دیکھیں کنفیوژن کی بات نہیں ہے انٹرپریشن ہمیشہ کئی ہوتا ہے ہمارا جو کانسٹیٹیوشن ہے کیا تمام ججز ایک ہی انٹرپریشن دیتے ہیں اس کا کئی دیتے ہیں کوئی جج کوئی کس طرح انٹرپریٹ کرتا ہے کوئی کس طرح انٹرپریٹ کرتا ہے تو جس طرح لاء کا انٹرپریشن کئی ہو جاتا ہے ویسے اس کا مع</w:t>
      </w:r>
    </w:p>
    <w:p>
      <w:r>
        <w:rPr>
          <w:b/>
        </w:rPr>
        <w:t xml:space="preserve">[1:13:59] </w:t>
      </w:r>
      <w:r>
        <w:t>amla bhi hai interpretation mein differences hamesha hi rahen ge wo wo to rahen ge rahen ge aap</w:t>
      </w:r>
    </w:p>
    <w:p>
      <w:pPr>
        <w:jc w:val="right"/>
      </w:pPr>
      <w:r>
        <w:t>املہ بھی ہے انٹرپریشن میں ڈیفرنسز ہمیشہ ہی رہیں گے وہ وہ تو رہیں گے رہیں گے اپ</w:t>
      </w:r>
    </w:p>
    <w:p>
      <w:r>
        <w:rPr>
          <w:b/>
        </w:rPr>
        <w:t xml:space="preserve">[1:14:05] </w:t>
      </w:r>
      <w:r>
        <w:t>ko chahiye kya karna ke aap study karen aap compare karen aap is ko samjhen gehrai mein ja</w:t>
      </w:r>
    </w:p>
    <w:p>
      <w:pPr>
        <w:jc w:val="right"/>
      </w:pPr>
      <w:r>
        <w:t>کو چاہیے کیا کرنا کہ اپ اسٹڈی کریں اپ کمپیئر کریں اپ اس کو سمجھیں گہرائی میں جا</w:t>
      </w:r>
    </w:p>
    <w:p>
      <w:r>
        <w:rPr>
          <w:b/>
        </w:rPr>
        <w:t xml:space="preserve">[1:14:11] </w:t>
      </w:r>
      <w:r>
        <w:t>kar ke aur khud khud discover karen maine ye baat ye bhi pai hai quran se ke</w:t>
      </w:r>
    </w:p>
    <w:p>
      <w:pPr>
        <w:jc w:val="right"/>
      </w:pPr>
      <w:r>
        <w:t>کر کے اور خود خود ڈسکور کریں میں نے یہ بات یہ بھی پائی ہے قرآن سے کہ</w:t>
      </w:r>
    </w:p>
    <w:p>
      <w:r>
        <w:rPr>
          <w:b/>
        </w:rPr>
        <w:t xml:space="preserve">[1:14:17] </w:t>
      </w:r>
      <w:r>
        <w:t>is tarah ke quran mein discovery method hai discovery method yani aap jante hain ke school mein ek</w:t>
      </w:r>
    </w:p>
    <w:p>
      <w:pPr>
        <w:jc w:val="right"/>
      </w:pPr>
      <w:r>
        <w:t>اس طرح کہ قرآن میں ڈسکوری میتھڈ ہے ڈسکوری میتھڈ یعنی اپ جانتے ہیں کہ اسکول میں ایک</w:t>
      </w:r>
    </w:p>
    <w:p>
      <w:r>
        <w:rPr>
          <w:b/>
        </w:rPr>
        <w:t xml:space="preserve">[1:14:23] </w:t>
      </w:r>
      <w:r>
        <w:t>tareeqa hota hai jo kehte hain</w:t>
      </w:r>
    </w:p>
    <w:p>
      <w:pPr>
        <w:jc w:val="right"/>
      </w:pPr>
      <w:r>
        <w:t>طریقہ ہوتا ہے جو کہتے ہیں</w:t>
      </w:r>
    </w:p>
    <w:p>
      <w:r>
        <w:rPr>
          <w:b/>
        </w:rPr>
        <w:t xml:space="preserve">[1:14:29] </w:t>
      </w:r>
      <w:r>
        <w:t>discovery method jaise ke suppose oont hai lakdi ka oont banayenge woh kai part kar denge woh leg alag hai tail alag hai aur head alag hai phir bachche se kahein ke is ko jodo jod kar ke banao to banayega to yeh hai discovery method yani different part ko discover kar ke tum ek oont banao ek camel to yahi allah taala ka tareeqa hai khuda ne yeh duniya mein aap ko rakha hai ke aap apne</w:t>
      </w:r>
    </w:p>
    <w:p>
      <w:pPr>
        <w:jc w:val="right"/>
      </w:pPr>
      <w:r>
        <w:t>ڈسکوری میتھڈ جیسے کہ سپوز اونٹ ہے لکڑی کا اونٹ بنائیں گے وہ کئی پارٹ کر دیں گے وہ لیگ الگ ہے ٹیل الگ ہے اور ہیڈ الگ ہے پھر بچے سے کہیں کہ اس کو جوڑو جوڑ کر کے بناؤ تو بنائے گا تو یہ ہے ڈسکوری میتھڈ یعنی ڈفرنٹ پارٹ کو ڈسکور کر کے تم ایک اونٹ بناؤ ایک کیمل تو یہی اللہ تعالی کا طریقہ ہے خدا نے یہ دنیا میں اپ کو رکھا ہے کہ اپ اپنے</w:t>
      </w:r>
    </w:p>
    <w:p>
      <w:r>
        <w:rPr>
          <w:b/>
        </w:rPr>
        <w:t xml:space="preserve">[1:14:59] </w:t>
      </w:r>
      <w:r>
        <w:t>apne mind ko active karen apne mind ko istemal karen aur to discovery verses mein is ko kaha</w:t>
      </w:r>
    </w:p>
    <w:p>
      <w:pPr>
        <w:jc w:val="right"/>
      </w:pPr>
      <w:r>
        <w:t>اپنے مائنڈ کو ایکٹیو کریں اپنے مائنڈ کو استعمال کریں اور تو ڈسکوری برسز میں اس کو کہا</w:t>
      </w:r>
    </w:p>
    <w:p>
      <w:r>
        <w:rPr>
          <w:b/>
        </w:rPr>
        <w:t xml:space="preserve">[1:15:06] </w:t>
      </w:r>
      <w:r>
        <w:t>karta hoon khud discover karen har aadmi ko chahiye ke wo ab khud aadmi har aadmi ko chahiye</w:t>
      </w:r>
    </w:p>
    <w:p>
      <w:pPr>
        <w:jc w:val="right"/>
      </w:pPr>
      <w:r>
        <w:t>کرتا ہوں خود ڈسکور کریں ہر ادمی کو چاہیے کہ وہ اب خود ادمی ہر ادمی کو چاہیے</w:t>
      </w:r>
    </w:p>
    <w:p>
      <w:r>
        <w:rPr>
          <w:b/>
        </w:rPr>
        <w:t xml:space="preserve">[1:15:13] </w:t>
      </w:r>
      <w:r>
        <w:t>ke wo discovery kare maine bhi discovery ki hai islam is my discovery islam meri aisa nahi</w:t>
      </w:r>
    </w:p>
    <w:p>
      <w:pPr>
        <w:jc w:val="right"/>
      </w:pPr>
      <w:r>
        <w:t>کہ وہ ڈسکوری کرے میں نے بھی ڈسکوری کی ہے اسلام از مائی ڈسکوری اسلام میری ایسا نہیں</w:t>
      </w:r>
    </w:p>
    <w:p>
      <w:r>
        <w:rPr>
          <w:b/>
        </w:rPr>
        <w:t xml:space="preserve">[1:15:19] </w:t>
      </w:r>
      <w:r>
        <w:t>ke maine ke kisi ne baap ne bata diya to maan liya ho islam is my discovery</w:t>
      </w:r>
    </w:p>
    <w:p>
      <w:pPr>
        <w:jc w:val="right"/>
      </w:pPr>
      <w:r>
        <w:t>کہ میں نے کہ کسی نے باپ نے بتا دیا تو مان لیا ہو اسلام از مائی ڈسکوری</w:t>
      </w:r>
    </w:p>
    <w:p>
      <w:r>
        <w:rPr>
          <w:b/>
        </w:rPr>
        <w:t xml:space="preserve">[1:15:26] </w:t>
      </w:r>
      <w:r>
        <w:t>quran is my discovery to ye har ek ko karna hai</w:t>
      </w:r>
    </w:p>
    <w:p>
      <w:pPr>
        <w:jc w:val="right"/>
      </w:pPr>
      <w:r>
        <w:t>قرآن از مائی ڈسکوری تو یہ ہر ایک کو کرنا ہے</w:t>
      </w:r>
    </w:p>
    <w:p>
      <w:r>
        <w:rPr>
          <w:b/>
        </w:rPr>
        <w:t xml:space="preserve">[1:15:32] </w:t>
      </w:r>
      <w:r>
        <w:t>next question is from ms anshu how does one reconcile status quo ism sub and injustice haan dekhen yeh bohat inter question hai dekhiye yeh sari duniya mein ek misunderstanding hai log yahi kehte hain hum arab mein jate hain wahan par falasteen wahan pe ladte hain log kehte hain ke yes we want peace bas we want peace with justice magar</w:t>
      </w:r>
    </w:p>
    <w:p>
      <w:pPr>
        <w:jc w:val="right"/>
      </w:pPr>
      <w:r>
        <w:t>نیکسٹ کوسچن از فرام مس انشو ہاؤ ڈز ون ریکنسائل سٹیٹس کوئزم سب اینڈ انجسٹس ہاں دیکھیں یہ بہت انٹرسٹ کوسچن ہے دیکھیے یہ ساری دنیا میں ایک مس انڈرسٹینڈنگ ہے لوگ یہی کہتے ہیں ہم عرب میں جاتے ہیں وہاں پر فلسطین وہاں پہ لڑتے ہیں لوگ کہتے ہیں کہ یس وی وانٹ پیس بس وی وانٹ پیس ود جسٹس مگر</w:t>
      </w:r>
    </w:p>
    <w:p>
      <w:r>
        <w:rPr>
          <w:b/>
        </w:rPr>
        <w:t xml:space="preserve">[1:16:02] </w:t>
      </w:r>
      <w:r>
        <w:t>magar ye unnatural formula hai ye formula unnatural hai kyun khuda ne jo banaya hai dunya</w:t>
      </w:r>
    </w:p>
    <w:p>
      <w:pPr>
        <w:jc w:val="right"/>
      </w:pPr>
      <w:r>
        <w:t>مگر یہ ان نیچرل فارمولا ہے یہ فارمولا ان نیچرل ہے کیوں خدا نے جو بنایا ہے دنیا</w:t>
      </w:r>
    </w:p>
    <w:p>
      <w:r>
        <w:rPr>
          <w:b/>
        </w:rPr>
        <w:t xml:space="preserve">[1:16:10] </w:t>
      </w:r>
      <w:r>
        <w:t>khuda ka jo kisi plan hai is mein us ne justice ko aap ke apne effort ka part</w:t>
      </w:r>
    </w:p>
    <w:p>
      <w:pPr>
        <w:jc w:val="right"/>
      </w:pPr>
      <w:r>
        <w:t>خدا کا جو کسی پلان ہے اس میں اس نے جسٹس کو اپ کے اپنے ایفرٹ کا پارٹ</w:t>
      </w:r>
    </w:p>
    <w:p>
      <w:r>
        <w:rPr>
          <w:b/>
        </w:rPr>
        <w:t xml:space="preserve">[1:16:17] </w:t>
      </w:r>
      <w:r>
        <w:t>banaya hai peace ka part nahi banaya hai ye bohat important baat hai samajhna justice jo hai wo</w:t>
      </w:r>
    </w:p>
    <w:p>
      <w:pPr>
        <w:jc w:val="right"/>
      </w:pPr>
      <w:r>
        <w:t>بنایا ہے پیس کا پارٹ نہیں بنایا ہے یہ بہت امپورٹنٹ بات ہے سمجھنا جسٹس جو ہے وہ</w:t>
      </w:r>
    </w:p>
    <w:p>
      <w:r>
        <w:rPr>
          <w:b/>
        </w:rPr>
        <w:t xml:space="preserve">[1:16:25] </w:t>
      </w:r>
      <w:r>
        <w:t>aap ko apni struggle se milti hai apni effort se milti hai pi</w:t>
      </w:r>
    </w:p>
    <w:p>
      <w:pPr>
        <w:jc w:val="right"/>
      </w:pPr>
      <w:r>
        <w:t>اپ کو اپنی سٹرگل سے ملتی ہے اپنی ایفرٹ سے ملتی ہے پی</w:t>
      </w:r>
    </w:p>
    <w:p>
      <w:r>
        <w:rPr>
          <w:b/>
        </w:rPr>
        <w:t xml:space="preserve">[1:16:33] </w:t>
      </w:r>
      <w:r>
        <w:t>ace ho jao justice bajaye aisa kabhi nahi ho sakta impossible hai to first of all you have to establish peace at any cost peace will open the door of opportunities then you have to avail those opportunities by availing those opportunities you can achieve justice or any other thing to jo yeh yeh jo peace peace with justice ka jo formula hai yeh bilkul unnatural formula hai kabhi bhi peace aap ko jis</w:t>
      </w:r>
    </w:p>
    <w:p>
      <w:pPr>
        <w:jc w:val="right"/>
      </w:pPr>
      <w:r>
        <w:t>س ہو جاؤ جسٹس بجائے ایسا کبھی نہیں ہو سکتا امپاسیبل ہے تو فرسٹ اف ال یو ہیو ٹو اسٹیبلش پیس ایٹ اینی کاسٹ پیس ول اوپن دا ڈور اف اپرچونیٹیز دین یو ہیو ٹو اویل دو اپرچونیٹیز بائی اویلنگ دو اپرچونیٹیز یو کین اچیو جسٹس اور اینی ادر تھنگ تو جو یہ یہ جو پیس پیس ود جسٹس کا جو فارمولا ہے یہ بالکل ان نیچرل فارمولا ہے کبھی بھی پیس اپ کو جس</w:t>
      </w:r>
    </w:p>
    <w:p>
      <w:r>
        <w:rPr>
          <w:b/>
        </w:rPr>
        <w:t xml:space="preserve">[1:17:03] </w:t>
      </w:r>
      <w:r>
        <w:t>ts nahi de sakta hai kyunke justice jo hai aap jaisa karen ge waisa paen ge jitna karen</w:t>
      </w:r>
    </w:p>
    <w:p>
      <w:pPr>
        <w:jc w:val="right"/>
      </w:pPr>
      <w:r>
        <w:t>ٹس نہیں دے سکتا ہے کیونکہ جسٹس جو ہے اپ جیسا کریں گے ویسا پائیں گے جتنا کریں</w:t>
      </w:r>
    </w:p>
    <w:p>
      <w:r>
        <w:rPr>
          <w:b/>
        </w:rPr>
        <w:t xml:space="preserve">[1:17:09] </w:t>
      </w:r>
      <w:r>
        <w:t>ge utna paen ge justice is part of your own struggle your effort to peace aap ko mauqa</w:t>
      </w:r>
    </w:p>
    <w:p>
      <w:pPr>
        <w:jc w:val="right"/>
      </w:pPr>
      <w:r>
        <w:t>گے اتنا پائیں گے جسٹس از پارٹ اف یور اون سٹرگل یور ایفرٹ تو پیس اپ کو موقع</w:t>
      </w:r>
    </w:p>
    <w:p>
      <w:r>
        <w:rPr>
          <w:b/>
        </w:rPr>
        <w:t xml:space="preserve">[1:17:15] </w:t>
      </w:r>
      <w:r>
        <w:t>deti hai effort karne ka peace sirf ek hi cheez deti hai ke sari opportunities khulti hain kaam</w:t>
      </w:r>
    </w:p>
    <w:p>
      <w:pPr>
        <w:jc w:val="right"/>
      </w:pPr>
      <w:r>
        <w:t>دیتی ہے ایفرٹ کرنے کا پیس صرف ایک ہی چیز دیتی ہے کہ ساری اپرچونیٹیز کھلتی ہیں کام</w:t>
      </w:r>
    </w:p>
    <w:p>
      <w:r>
        <w:rPr>
          <w:b/>
        </w:rPr>
        <w:t xml:space="preserve">[1:17:21] </w:t>
      </w:r>
      <w:r>
        <w:t>karne ke mauqe khul jaate hain aur aap normality har taraf aa jati hai to aap effort kar</w:t>
      </w:r>
    </w:p>
    <w:p>
      <w:pPr>
        <w:jc w:val="right"/>
      </w:pPr>
      <w:r>
        <w:t>کرنے کے موقع کھل جاتے ہیں اور اپ نارملٹی ہر طرف ا جاتی ہے تو اپ ایفرٹ کر</w:t>
      </w:r>
    </w:p>
    <w:p>
      <w:r>
        <w:rPr>
          <w:b/>
        </w:rPr>
        <w:t xml:space="preserve">[1:17:27] </w:t>
      </w:r>
      <w:r>
        <w:t>sakte hain struggle kar sakte hain</w:t>
      </w:r>
    </w:p>
    <w:p>
      <w:pPr>
        <w:jc w:val="right"/>
      </w:pPr>
      <w:r>
        <w:t>سکتے ہیں سٹرگل کر سکتے ہیں</w:t>
      </w:r>
    </w:p>
    <w:p>
      <w:r>
        <w:rPr>
          <w:b/>
        </w:rPr>
        <w:t xml:space="preserve">[1:17:33] </w:t>
      </w:r>
      <w:r>
        <w:t>to main ye kaha karta hoon ke ye bilkul galat formula hai peace with justice ka peace jo</w:t>
      </w:r>
    </w:p>
    <w:p>
      <w:pPr>
        <w:jc w:val="right"/>
      </w:pPr>
      <w:r>
        <w:t>تو میں یہ کہا کرتا ہوں کہ یہ بالکل غلط فارمولا ہے پیس ود جسٹس کا پیس جو</w:t>
      </w:r>
    </w:p>
    <w:p>
      <w:r>
        <w:rPr>
          <w:b/>
        </w:rPr>
        <w:t xml:space="preserve">[1:17:40] </w:t>
      </w:r>
      <w:r>
        <w:t>hai dekhen main abhi gaya tha wahan qatar mein isi par meri speech thi wahan par to main</w:t>
      </w:r>
    </w:p>
    <w:p>
      <w:pPr>
        <w:jc w:val="right"/>
      </w:pPr>
      <w:r>
        <w:t>ہے دیکھیں میں ابھی گیا تھا وہاں قطر میں اسی پر میری سپیچ تھی وہاں پر تو میں</w:t>
      </w:r>
    </w:p>
    <w:p>
      <w:r>
        <w:rPr>
          <w:b/>
        </w:rPr>
        <w:t xml:space="preserve">[1:17:48] </w:t>
      </w:r>
      <w:r>
        <w:t>ne kaha ke dekhen log yani ye wo hain scholars generally define peace as absence of war but</w:t>
      </w:r>
    </w:p>
    <w:p>
      <w:pPr>
        <w:jc w:val="right"/>
      </w:pPr>
      <w:r>
        <w:t>نے کہا کہ دیکھیں لوگ یعنی یہ وہ ہیں اسکالرز جنرلی ڈیفائن پیس ایز ایبسنس اف وار بٹ</w:t>
      </w:r>
    </w:p>
    <w:p>
      <w:r>
        <w:rPr>
          <w:b/>
        </w:rPr>
        <w:t xml:space="preserve">[1:17:55] </w:t>
      </w:r>
      <w:r>
        <w:t>it is wrong</w:t>
      </w:r>
    </w:p>
    <w:p>
      <w:pPr>
        <w:jc w:val="right"/>
      </w:pPr>
      <w:r>
        <w:t>اٹ از رونگ</w:t>
      </w:r>
    </w:p>
    <w:p>
      <w:r>
        <w:rPr>
          <w:b/>
        </w:rPr>
        <w:t xml:space="preserve">[1:18:03] </w:t>
      </w:r>
      <w:r>
        <w:t>ye ye to negative definition hai absence of war ka definition negative definition hai peace presence of opportunities</w:t>
      </w:r>
    </w:p>
    <w:p>
      <w:pPr>
        <w:jc w:val="right"/>
      </w:pPr>
      <w:r>
        <w:t>یہ یہ تو نیگیٹیو ڈیفینیشن ہے ایبسنس اف وار کا ڈیفینیشن نیگیٹیو ڈیفینیشن ہے پیس پریزنس اف اپرچونیٹیز</w:t>
      </w:r>
    </w:p>
    <w:p>
      <w:r>
        <w:rPr>
          <w:b/>
        </w:rPr>
        <w:t xml:space="preserve">[1:18:11] </w:t>
      </w:r>
      <w:r>
        <w:t>sehi definition jo hai peace ki presence of opportunities yani jahan peace aye opportunity aa gayi to main</w:t>
      </w:r>
    </w:p>
    <w:p>
      <w:pPr>
        <w:jc w:val="right"/>
      </w:pPr>
      <w:r>
        <w:t>صحیح ڈیفینیشن جو ہے پیس کی پریزنس اف اپرچونیٹیز یعنی جہاں پیس ائی اپرچونیٹی ا گئی تو میں</w:t>
      </w:r>
    </w:p>
    <w:p>
      <w:r>
        <w:rPr>
          <w:b/>
        </w:rPr>
        <w:t xml:space="preserve">[1:18:18] </w:t>
      </w:r>
      <w:r>
        <w:t>ne kaha ke dekhen aap log jo hain wahan arab log thay falastini log thay unhon ne kaha</w:t>
      </w:r>
    </w:p>
    <w:p>
      <w:pPr>
        <w:jc w:val="right"/>
      </w:pPr>
      <w:r>
        <w:t>نے کہا کہ دیکھیں اپ لوگ جو ہیں وہاں عرب لوگ تھے فلسطینی لوگ تھے انہوں نے کہا</w:t>
      </w:r>
    </w:p>
    <w:p>
      <w:r>
        <w:rPr>
          <w:b/>
        </w:rPr>
        <w:t xml:space="preserve">[1:18:26] </w:t>
      </w:r>
      <w:r>
        <w:t>aap log yeh chahte hain ke hamein peace aye to sath ساتھ justice bhi aye tabhi aap manenge</w:t>
      </w:r>
    </w:p>
    <w:p>
      <w:pPr>
        <w:jc w:val="right"/>
      </w:pPr>
      <w:r>
        <w:t>اپ لوگ یہ چاہتے ہیں کہ ہمیں پیس ائے تو ساتھ ساتھ جسٹس بھی ائے تبھی اپ مانیں گے</w:t>
      </w:r>
    </w:p>
    <w:p>
      <w:r>
        <w:rPr>
          <w:b/>
        </w:rPr>
        <w:t xml:space="preserve">[1:18:34] </w:t>
      </w:r>
      <w:r>
        <w:t>ladna band karenge mein ne kaha yeh to unnatural hai yeh to kabhi bhi nahi hoga 60 years se hua nahi hai to you have to establish peace at any cost then well find opportunities by availing those opportunities you can achieve justice this is the natural formula this question is from mr chandan mishra what is the possible solution from quran for problems of terrorism an</w:t>
      </w:r>
    </w:p>
    <w:p>
      <w:pPr>
        <w:jc w:val="right"/>
      </w:pPr>
      <w:r>
        <w:t>لڑنا بند کریں گے میں نے کہا یہ تو ان نیچرل ہے یہ تو کبھی بھی نہیں ہوگا 60 ایئرز سے ہوا نہیں ہے تو یو ہیو ٹو اسٹیبلش پیس ایٹ اینی کاسٹ دین ویل فائنڈ اپرچونیٹیز بائی اویلنگ دو اپرچونیٹیز یو کین اچیو جسٹس دس از دا نیچرل فارمولا دس کوسچن از فرام مسٹر چندن مشرہ واٹ از دا پاسیبل سولیوشن فرام قرآن فار پرابلمز اف ٹیررزم این</w:t>
      </w:r>
    </w:p>
    <w:p>
      <w:r>
        <w:rPr>
          <w:b/>
        </w:rPr>
        <w:t xml:space="preserve">[1:19:04] </w:t>
      </w:r>
      <w:r>
        <w:t>The next question is, is taking violent action against them by the state justified? Dekhiye, yeh jo terrorism hai isko</w:t>
      </w:r>
    </w:p>
    <w:p>
      <w:pPr>
        <w:jc w:val="right"/>
      </w:pPr>
      <w:r>
        <w:t>ڈ نیکسزم ڈز ٹیکنگ وائلنٹ ایکشن اگینسٹ دیم بائی سٹیٹ جسٹیفائیڈ دیکھیں یہ جو ٹیررزم ہے اس کو</w:t>
      </w:r>
    </w:p>
    <w:p>
      <w:r>
        <w:rPr>
          <w:b/>
        </w:rPr>
        <w:t xml:space="preserve">[1:19:11] </w:t>
      </w:r>
      <w:r>
        <w:t>counter kar rahe hain hamare superpower bhi aur doosre log bhi gun se maine is pe</w:t>
      </w:r>
    </w:p>
    <w:p>
      <w:pPr>
        <w:jc w:val="right"/>
      </w:pPr>
      <w:r>
        <w:t>کاؤنٹر کر رہے ہیں ہمارے سپر پاور بھی اور دوسرے لوگ بھی گن سے میں نے اس پہ</w:t>
      </w:r>
    </w:p>
    <w:p>
      <w:r>
        <w:rPr>
          <w:b/>
        </w:rPr>
        <w:t xml:space="preserve">[1:19:19] </w:t>
      </w:r>
      <w:r>
        <w:t>likha hai kafi ke yeh gun versus gun problem hai hi nahi yeh gun versus ideology problem hai</w:t>
      </w:r>
    </w:p>
    <w:p>
      <w:pPr>
        <w:jc w:val="right"/>
      </w:pPr>
      <w:r>
        <w:t>لکھا ہے کافی کہ یہ گن ورسز گن پرابلم ہے ہی نہیں یہ گن ورسز ائیڈیالوجی پرابلم ہے</w:t>
      </w:r>
    </w:p>
    <w:p>
      <w:r>
        <w:rPr>
          <w:b/>
        </w:rPr>
        <w:t xml:space="preserve">[1:19:26] </w:t>
      </w:r>
      <w:r>
        <w:t>jo aadmi suicide bombing karta hai us ke</w:t>
      </w:r>
    </w:p>
    <w:p>
      <w:pPr>
        <w:jc w:val="right"/>
      </w:pPr>
      <w:r>
        <w:t>جو ادمی سوسائیڈ بمبنگ کرتا ہے اس کے</w:t>
      </w:r>
    </w:p>
    <w:p>
      <w:r>
        <w:rPr>
          <w:b/>
        </w:rPr>
        <w:t xml:space="preserve">[1:19:34] </w:t>
      </w:r>
      <w:r>
        <w:t>mind mein ek ideology bhari hui hai maro aur paradise bachao maro aur paradise bachao that is ideology</w:t>
      </w:r>
    </w:p>
    <w:p>
      <w:pPr>
        <w:jc w:val="right"/>
      </w:pPr>
      <w:r>
        <w:t>مائنڈ میں ایک ائیڈیالوجی بھری ہوئی ہے مرو اور پیراڈائز بچاؤ مرو اور پیراڈائز بچاؤ دیٹ از ائیڈیالوجی</w:t>
      </w:r>
    </w:p>
    <w:p>
      <w:r>
        <w:rPr>
          <w:b/>
        </w:rPr>
        <w:t xml:space="preserve">[1:19:40] </w:t>
      </w:r>
      <w:r>
        <w:t>to we have to find some counter ideology wahi main kar raha hoon main wahi kar raha hoon</w:t>
      </w:r>
    </w:p>
    <w:p>
      <w:pPr>
        <w:jc w:val="right"/>
      </w:pPr>
      <w:r>
        <w:t>تو وی ہیو ٹو فائنڈ سم کاؤنٹر ائیڈیالوجی وہی میں کر رہا ہوں میں وہی کر رہا ہوں</w:t>
      </w:r>
    </w:p>
    <w:p>
      <w:r>
        <w:rPr>
          <w:b/>
        </w:rPr>
        <w:t xml:space="preserve">[1:19:46] </w:t>
      </w:r>
      <w:r>
        <w:t>counter ideology main pesh kar raha hoon to jo log is ko chahte hain ke gun se khatm</w:t>
      </w:r>
    </w:p>
    <w:p>
      <w:pPr>
        <w:jc w:val="right"/>
      </w:pPr>
      <w:r>
        <w:t>کاؤنٹر ائیڈیالوجی میں پیش کر رہا ہوں تو جو لوگ اس کو چاہتے ہیں کہ گن سے ختم</w:t>
      </w:r>
    </w:p>
    <w:p>
      <w:r>
        <w:rPr>
          <w:b/>
        </w:rPr>
        <w:t xml:space="preserve">[1:19:53] </w:t>
      </w:r>
      <w:r>
        <w:t>karen woh kabhi khatm nahi kar sakenge na ab tak khatm kar paye hain woh yeh gun</w:t>
      </w:r>
    </w:p>
    <w:p>
      <w:pPr>
        <w:jc w:val="right"/>
      </w:pPr>
      <w:r>
        <w:t>کریں وہ کبھی ختم نہیں کر سکیں گے نہ اب تک ختم کر پائے ہیں وہ یہ گن</w:t>
      </w:r>
    </w:p>
    <w:p>
      <w:r>
        <w:rPr>
          <w:b/>
        </w:rPr>
        <w:t xml:space="preserve">[1:19:59] </w:t>
      </w:r>
      <w:r>
        <w:t>versus gun problem hai hi nahi yeh gun versus ideology problem hai</w:t>
      </w:r>
    </w:p>
    <w:p>
      <w:pPr>
        <w:jc w:val="right"/>
      </w:pPr>
      <w:r>
        <w:t>ورسز گن پرابلم ہے ہی نہیں یہ گن ورسز ائیڈیالوجی پرابلم ہے</w:t>
      </w:r>
    </w:p>
    <w:p>
      <w:r>
        <w:rPr>
          <w:b/>
        </w:rPr>
        <w:t xml:space="preserve">[1:20:05] </w:t>
      </w:r>
      <w:r>
        <w:t>maine american ambassador se bhi yeh baat kahi thi ke aap log gun se chahte hain khatm</w:t>
      </w:r>
    </w:p>
    <w:p>
      <w:pPr>
        <w:jc w:val="right"/>
      </w:pPr>
      <w:r>
        <w:t>میں نے امریکن ایمبیسڈر سے بھی یہ بات کہی تھی کہ اپ لوگ گن سے چاہتے ہیں ختم</w:t>
      </w:r>
    </w:p>
    <w:p>
      <w:r>
        <w:rPr>
          <w:b/>
        </w:rPr>
        <w:t xml:space="preserve">[1:20:10] </w:t>
      </w:r>
      <w:r>
        <w:t>karna hai woh to kabhi khatm nahi hoga phir maine un se yeh bhi kaha ke dekhiye</w:t>
      </w:r>
    </w:p>
    <w:p>
      <w:pPr>
        <w:jc w:val="right"/>
      </w:pPr>
      <w:r>
        <w:t>کرنا ہے وہ تو کبھی ختم نہیں ہوگا پھر میں نے ان سے یہ بھی کہا کہ دیکھیے</w:t>
      </w:r>
    </w:p>
    <w:p>
      <w:r>
        <w:rPr>
          <w:b/>
        </w:rPr>
        <w:t xml:space="preserve">[1:20:15] </w:t>
      </w:r>
      <w:r>
        <w:t>russia ke sath aap ne kya kiya russia ke sath aap ne gun nahi istemal ki ideology istemal</w:t>
      </w:r>
    </w:p>
    <w:p>
      <w:pPr>
        <w:jc w:val="right"/>
      </w:pPr>
      <w:r>
        <w:t>رشیا کے ساتھ اپ نے کیا کیا رشیا کے ساتھ اپ نے گن نہیں استعمال کی ائیڈیالوجی استعمال</w:t>
      </w:r>
    </w:p>
    <w:p>
      <w:r>
        <w:rPr>
          <w:b/>
        </w:rPr>
        <w:t xml:space="preserve">[1:20:20] </w:t>
      </w:r>
      <w:r>
        <w:t>ki sari duniya mein america ne anti communist literature phaila diya har language mein kabhi aisa nahi kaha</w:t>
      </w:r>
    </w:p>
    <w:p>
      <w:pPr>
        <w:jc w:val="right"/>
      </w:pPr>
      <w:r>
        <w:t>کی ساری دنیا میں امریکہ نے اینٹی کمیونسٹ لیٹریچر پھیلا دیا ہر لینگویج میں کبھی ایسا نہیں کہا</w:t>
      </w:r>
    </w:p>
    <w:p>
      <w:r>
        <w:rPr>
          <w:b/>
        </w:rPr>
        <w:t xml:space="preserve">[1:20:25] </w:t>
      </w:r>
      <w:r>
        <w:t>ke america jo hai bomb bard kare russia par ja kar ke that is the right method to</w:t>
      </w:r>
    </w:p>
    <w:p>
      <w:pPr>
        <w:jc w:val="right"/>
      </w:pPr>
      <w:r>
        <w:t>کہ امریکہ جو ہے بب بارڈ کرے رشیا پر جا کر کے دیٹ از دا رائٹ میتھڈ تو</w:t>
      </w:r>
    </w:p>
    <w:p>
      <w:r>
        <w:rPr>
          <w:b/>
        </w:rPr>
        <w:t xml:space="preserve">[1:20:30] </w:t>
      </w:r>
      <w:r>
        <w:t>yahan bhi aap ko</w:t>
      </w:r>
    </w:p>
    <w:p>
      <w:pPr>
        <w:jc w:val="right"/>
      </w:pPr>
      <w:r>
        <w:t>یہاں بھی اپ کو</w:t>
      </w:r>
    </w:p>
    <w:p>
      <w:r>
        <w:rPr>
          <w:b/>
        </w:rPr>
        <w:t xml:space="preserve">[1:20:35] </w:t>
      </w:r>
      <w:r>
        <w:t>jo hai kya karna hai you have to find some counter ideology that is based on peace is</w:t>
      </w:r>
    </w:p>
    <w:p>
      <w:pPr>
        <w:jc w:val="right"/>
      </w:pPr>
      <w:r>
        <w:t>جو ہے کیا کرنا ہے یو ہیو ٹو فائنڈ سم کاؤنٹر ائیڈیالوجی دیٹ از بیسڈ ان پیس از</w:t>
      </w:r>
    </w:p>
    <w:p>
      <w:r>
        <w:rPr>
          <w:b/>
        </w:rPr>
        <w:t xml:space="preserve">[1:20:41] </w:t>
      </w:r>
      <w:r>
        <w:t>based on tolerance aur woh woh main wahi kar raha hoon wahi kaam kar raha hoon main hamari</w:t>
      </w:r>
    </w:p>
    <w:p>
      <w:pPr>
        <w:jc w:val="right"/>
      </w:pPr>
      <w:r>
        <w:t>بیسڈ ان ٹولرنس اور وہ وہ میں وہی کر رہا ہوں وہی کام کر رہا ہوں میں ہماری</w:t>
      </w:r>
    </w:p>
    <w:p>
      <w:r>
        <w:rPr>
          <w:b/>
        </w:rPr>
        <w:t xml:space="preserve">[1:20:47] </w:t>
      </w:r>
      <w:r>
        <w:t>kitabein urdu mein english mein chhapi hui maujood hain aap padh sakte hain is ko in non of</w:t>
      </w:r>
    </w:p>
    <w:p>
      <w:pPr>
        <w:jc w:val="right"/>
      </w:pPr>
      <w:r>
        <w:t>کتابیں اردو میں انگلش میں چھپی ہوئی موجود ہیں اپ پڑھ سکتے ہیں اس کو ان نان اف</w:t>
      </w:r>
    </w:p>
    <w:p>
      <w:r>
        <w:rPr>
          <w:b/>
        </w:rPr>
        <w:t xml:space="preserve">[1:20:53] </w:t>
      </w:r>
      <w:r>
        <w:t>time will end the session now if any of you have queries suggestions or questions i would request</w:t>
      </w:r>
    </w:p>
    <w:p>
      <w:pPr>
        <w:jc w:val="right"/>
      </w:pPr>
      <w:r>
        <w:t>ٹائم ول اینڈ دی سیشن ناو اف اینی اف یو ہیو کوئریز سجیشنز اور کوسچنز ائی وڈ ریکویسٹ</w:t>
      </w:r>
    </w:p>
    <w:p>
      <w:r>
        <w:rPr>
          <w:b/>
        </w:rPr>
        <w:t xml:space="preserve">[1:20:59] </w:t>
      </w:r>
      <w:r>
        <w:t>them to log in to Maulana sahib website which is</w:t>
      </w:r>
    </w:p>
    <w:p>
      <w:pPr>
        <w:jc w:val="right"/>
      </w:pPr>
      <w:r>
        <w:t>دیم ٹو لاگ ان ٹو مولانا صاحب ویب سائٹ وچ از</w:t>
      </w:r>
    </w:p>
    <w:p>
      <w:r>
        <w:rPr>
          <w:b/>
        </w:rPr>
        <w:t xml:space="preserve">[1:21:06] </w:t>
      </w:r>
      <w:r>
        <w:t>www cps global dot org i would also request people to come</w:t>
      </w:r>
    </w:p>
    <w:p>
      <w:pPr>
        <w:jc w:val="right"/>
      </w:pPr>
      <w:r>
        <w:t>ڈبلیو ڈبلیو ڈبلیو سی پی ایس گلوبل ڈاٹ او ار جی ائی وڈ السو ریکویسٹ پیپل ٹو کم</w:t>
      </w:r>
    </w:p>
    <w:p>
      <w:r>
        <w:rPr>
          <w:b/>
        </w:rPr>
        <w:t xml:space="preserve">[1:21:11] </w:t>
      </w:r>
      <w:r>
        <w:t>for the first time today to leave their contact details outside so that we can inform them</w:t>
      </w:r>
    </w:p>
    <w:p>
      <w:pPr>
        <w:jc w:val="right"/>
      </w:pPr>
      <w:r>
        <w:t>فار دا فرسٹ ٹائم ٹوڈے ٹو لیو دیر کانٹیکٹ ڈیٹیلز اؤٹ سائیڈ سو دیٹ وی کین انفارم دیم</w:t>
      </w:r>
    </w:p>
    <w:p>
      <w:r>
        <w:rPr>
          <w:b/>
        </w:rPr>
        <w:t xml:space="preserve">[1:21:16] </w:t>
      </w:r>
      <w:r>
        <w:t>about the next session ek baat main add kar doon ke hum khuda kal se yani jo hamara</w:t>
      </w:r>
    </w:p>
    <w:p>
      <w:pPr>
        <w:jc w:val="right"/>
      </w:pPr>
      <w:r>
        <w:t>اباؤٹ دا نیکسٹ سیشن ایک بات میں ایڈ کر دوں کہ ہم خدا کل سے یعنی جو ہمارا</w:t>
      </w:r>
    </w:p>
    <w:p>
      <w:r>
        <w:rPr>
          <w:b/>
        </w:rPr>
        <w:t xml:space="preserve">[1:21:21] </w:t>
      </w:r>
      <w:r>
        <w:t>tareeqa hai ke ek ideology se counter karna is mein hum itne kamyab ho chuke hain ke kashmir</w:t>
      </w:r>
    </w:p>
    <w:p>
      <w:pPr>
        <w:jc w:val="right"/>
      </w:pPr>
      <w:r>
        <w:t>طریقہ ہے کہ ایک ائیڈیالوجی سے کاؤنٹر کرنا اس میں ہم اتنے کامیاب ہو چکے ہیں کہ کشمیر</w:t>
      </w:r>
    </w:p>
    <w:p>
      <w:r>
        <w:rPr>
          <w:b/>
        </w:rPr>
        <w:t xml:space="preserve">[1:21:26] </w:t>
      </w:r>
      <w:r>
        <w:t>mein jo is waqt abelties nahi hai woh direct hamare mission ki waja se nahi hai koi doosra</w:t>
      </w:r>
    </w:p>
    <w:p>
      <w:pPr>
        <w:jc w:val="right"/>
      </w:pPr>
      <w:r>
        <w:t>میں جو اس وقت ابیلیٹیز نہیں ہے وہ ڈائریکٹ ہمارے مشن کی وجہ سے نہیں ہے کوئی دوسرا</w:t>
      </w:r>
    </w:p>
    <w:p>
      <w:r>
        <w:rPr>
          <w:b/>
        </w:rPr>
        <w:t xml:space="preserve">[1:21:31] </w:t>
      </w:r>
      <w:r>
        <w:t>koi correct nahi hai is ka</w:t>
      </w:r>
    </w:p>
    <w:p>
      <w:pPr>
        <w:jc w:val="right"/>
      </w:pPr>
      <w:r>
        <w:t>کوئی کریکٹ نہیں ہے اس کا</w:t>
      </w:r>
    </w:p>
    <w:p>
      <w:r>
        <w:rPr>
          <w:b/>
        </w:rPr>
        <w:t xml:space="preserve">[1:21:36] </w:t>
      </w:r>
      <w:r>
        <w:t>na army ko hai na kisi ko army ne khatam kar paai thi hamari literature ne khatam kar</w:t>
      </w:r>
    </w:p>
    <w:p>
      <w:pPr>
        <w:jc w:val="right"/>
      </w:pPr>
      <w:r>
        <w:t>نہ ارمی کو ہے نہ کسی کو ارمی نے ختم کر پائی تھی ہماری لیٹریچر نے ختم کر</w:t>
      </w:r>
    </w:p>
    <w:p>
      <w:r>
        <w:rPr>
          <w:b/>
        </w:rPr>
        <w:t xml:space="preserve">[1:21:41] </w:t>
      </w:r>
      <w:r>
        <w:t>diya jo jo wahan aap jayen to wahan woh kehte hain log ke india ki army ne hamein</w:t>
      </w:r>
    </w:p>
    <w:p>
      <w:pPr>
        <w:jc w:val="right"/>
      </w:pPr>
      <w:r>
        <w:t>دیا جو جو وہاں اپ جائیں تو وہاں وہ کہتے ہیں لوگ کہ انڈیا کی ارمی نے ہمیں</w:t>
      </w:r>
    </w:p>
    <w:p>
      <w:r>
        <w:rPr>
          <w:b/>
        </w:rPr>
        <w:t xml:space="preserve">[1:21:46] </w:t>
      </w:r>
      <w:r>
        <w:t>kal nahi kar kal nahi kar saki lekin Maulana Mueed ke pen ne hamein khatam kar diya is</w:t>
      </w:r>
    </w:p>
    <w:p>
      <w:pPr>
        <w:jc w:val="right"/>
      </w:pPr>
      <w:r>
        <w:t>کل نہیں کر کل نہیں کر سکی لیکن مولانا معید کے پین نے ہمیں ختم کر دیا اس</w:t>
      </w:r>
    </w:p>
    <w:p>
      <w:r>
        <w:rPr>
          <w:b/>
        </w:rPr>
        <w:t xml:space="preserve">[1:21:51] </w:t>
      </w:r>
      <w:r>
        <w:t>pen ka hum muqabla nahi kar sakte ghar ghar mein hamari kitabein hain kashmir mein woh military si khatam</w:t>
      </w:r>
    </w:p>
    <w:p>
      <w:pPr>
        <w:jc w:val="right"/>
      </w:pPr>
      <w:r>
        <w:t>پین کا ہم مقابلہ نہیں کر سکتے گھر گھر میں ہماری کتابیں ہیں کشمیر میں وہ ملٹریسی ختم</w:t>
      </w:r>
    </w:p>
    <w:p>
      <w:r>
        <w:rPr>
          <w:b/>
        </w:rPr>
        <w:t xml:space="preserve">[1:21:56] </w:t>
      </w:r>
      <w:r>
        <w:t>ho gayi hai to yeh yeh yeh samajhna ghalati hai ke bomb ke jawab mein bomb maro gun</w:t>
      </w:r>
    </w:p>
    <w:p>
      <w:pPr>
        <w:jc w:val="right"/>
      </w:pPr>
      <w:r>
        <w:t>ہو گئی ہے تو یہ یہ یہ سمجھنا غلطی ہے کہ بم کے جواب میں بم مارو گن</w:t>
      </w:r>
    </w:p>
    <w:p>
      <w:r>
        <w:rPr>
          <w:b/>
        </w:rPr>
        <w:t xml:space="preserve">[1:22:01] </w:t>
      </w:r>
      <w:r>
        <w:t>ke jawab mein gun maro gun maro</w:t>
      </w:r>
    </w:p>
    <w:p>
      <w:pPr>
        <w:jc w:val="right"/>
      </w:pPr>
      <w:r>
        <w:t>کے جواب میں گم مارو گن مارو</w:t>
      </w:r>
    </w:p>
    <w:p>
      <w:r>
        <w:rPr>
          <w:b/>
        </w:rPr>
        <w:t xml:space="preserve">[1:22:06] </w:t>
      </w:r>
      <w:r>
        <w:t>gun versus gun problem hai hi nahi yeh aap ko ek ideology pesh karni padegi aur khuda ke fazal se hum kashmir mein is ideology ka ek successful implement kar sakte hain.</w:t>
      </w:r>
    </w:p>
    <w:p>
      <w:pPr>
        <w:jc w:val="right"/>
      </w:pPr>
      <w:r>
        <w:t>گن ورسز گن پرابلم ہے ہی نہیں یہ اپ کو ایک ائیڈیالوجی پیش کرنی پڑے گی اور خدا کے فضل سے ہم کشمیر میں اس ائیڈیالوجی کا ایک سکسیس فل امپلیمنٹ کر سکتے ہیں.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