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39, Vs 67 (Glory of God) July 29, 2018 Maulana Wahiduddin Khan</w:t>
      </w:r>
    </w:p>
    <w:p>
      <w:r>
        <w:t>https://www.youtube.com/watch?v=xKvuhx08hQ4</w:t>
      </w:r>
    </w:p>
    <w:p>
      <w:r>
        <w:rPr>
          <w:b/>
        </w:rPr>
        <w:t xml:space="preserve">[00:11] </w:t>
      </w:r>
      <w:r>
        <w:t>bismillah rahman rahim, wasalli allah ala nabiyil karim.</w:t>
      </w:r>
    </w:p>
    <w:p>
      <w:pPr>
        <w:jc w:val="right"/>
      </w:pPr>
      <w:r>
        <w:t>بسم اللہ الرحمن الرحیم، وصلی اللہ علی نبی کریم۔</w:t>
      </w:r>
    </w:p>
    <w:p>
      <w:r>
        <w:rPr>
          <w:b/>
        </w:rPr>
        <w:t xml:space="preserve">[00:21]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[00:38] </w:t>
      </w:r>
      <w:r>
        <w:t>29 july 2018.</w:t>
      </w:r>
    </w:p>
    <w:p>
      <w:pPr>
        <w:jc w:val="right"/>
      </w:pPr>
      <w:r>
        <w:t>29 جولائی 2018۔</w:t>
      </w:r>
    </w:p>
    <w:p>
      <w:r>
        <w:rPr>
          <w:b/>
        </w:rPr>
        <w:t xml:space="preserve">[00:49] </w:t>
      </w:r>
      <w:r>
        <w:t>aaj dars e quran ke liye</w:t>
      </w:r>
    </w:p>
    <w:p>
      <w:pPr>
        <w:jc w:val="right"/>
      </w:pPr>
      <w:r>
        <w:t>آج درس قرآن کے لیے</w:t>
      </w:r>
    </w:p>
    <w:p>
      <w:r>
        <w:rPr>
          <w:b/>
        </w:rPr>
        <w:t xml:space="preserve">[00:58] </w:t>
      </w:r>
      <w:r>
        <w:t>mein ne quran ki ek ayat ka intikhab kiya hai, aur isi ke sath ek hadith ka.</w:t>
      </w:r>
    </w:p>
    <w:p>
      <w:pPr>
        <w:jc w:val="right"/>
      </w:pPr>
      <w:r>
        <w:t>میں نے قرآن کی ایک آیت کا انتخاب کیا ہے، اور اسی کے ساتھ ایک حدیث کا۔</w:t>
      </w:r>
    </w:p>
    <w:p>
      <w:r>
        <w:rPr>
          <w:b/>
        </w:rPr>
        <w:t xml:space="preserve">[01:07] </w:t>
      </w:r>
      <w:r>
        <w:t>ek baat quran aur hadith mein aayi hai, aur dono ko mil kar ke is ki tafsir samajh mein aati hai.</w:t>
      </w:r>
    </w:p>
    <w:p>
      <w:pPr>
        <w:jc w:val="right"/>
      </w:pPr>
      <w:r>
        <w:t>ایک بات قرآن اور حدیث میں آئی ہے، اور دونوں کو مل کر کے اس کی تفسیر سمجھ میں آتی ہے۔</w:t>
      </w:r>
    </w:p>
    <w:p>
      <w:r>
        <w:rPr>
          <w:b/>
        </w:rPr>
        <w:t xml:space="preserve">[01:21] </w:t>
      </w:r>
      <w:r>
        <w:t>to pehle aap ayat suniye, is wadi se allah is ki tafsir ke tor par hadith</w:t>
      </w:r>
    </w:p>
    <w:p>
      <w:pPr>
        <w:jc w:val="right"/>
      </w:pPr>
      <w:r>
        <w:t>تو پہلے آپ آیت سنیے، اس وادی سے اللہ اس کی تفسیر کے طور پر حدیث</w:t>
      </w:r>
    </w:p>
    <w:p>
      <w:r>
        <w:rPr>
          <w:b/>
        </w:rPr>
        <w:t xml:space="preserve">[01:32] </w:t>
      </w:r>
      <w:r>
        <w:t>bismillah rahman rahim. wa ma qaddar allaha haqq qadrihi, wal ardu jami'an qabdatuhu yawmal qiyamati was samawatu matwiyyatun bi yaminih.</w:t>
      </w:r>
    </w:p>
    <w:p>
      <w:pPr>
        <w:jc w:val="right"/>
      </w:pPr>
      <w:r>
        <w:t>۔ بسم اللہ الرحمن الرحیم۔ وما قدر اللہ حق قدرہ، والارض جمیعا قبضۃ یوم القیامہ، والسماوات مطویات بیمینہ۔</w:t>
      </w:r>
    </w:p>
    <w:p>
      <w:r>
        <w:rPr>
          <w:b/>
        </w:rPr>
        <w:t xml:space="preserve">[01:44] </w:t>
      </w:r>
      <w:r>
        <w:t>subhanahu wa ta'ala 'amma yushrikun. surah az zumar, surah number 39, verse number 67.</w:t>
      </w:r>
    </w:p>
    <w:p>
      <w:pPr>
        <w:jc w:val="right"/>
      </w:pPr>
      <w:r>
        <w:t>سبحانہ و تعالی عما یشرکون۔ سورہ الزمر، سورہ نمبر 39، ورس نمبر 67۔</w:t>
      </w:r>
    </w:p>
    <w:p>
      <w:r>
        <w:rPr>
          <w:b/>
        </w:rPr>
        <w:t xml:space="preserve">[01:54] </w:t>
      </w:r>
      <w:r>
        <w:t>aur logon ne allah ki qadar na ki jaisa ke is ki qadar karne ka haq hai, aur zameen sari is ki muthi mein hogi qayamat ke din, aur tamam aasman lapete honge is ke dahne hath mein.</w:t>
      </w:r>
    </w:p>
    <w:p>
      <w:pPr>
        <w:jc w:val="right"/>
      </w:pPr>
      <w:r>
        <w:t>اور لوگوں نے اللہ کی قدر نہ کی جیسا کہ اس کی قدر کرنے کا حق ہے، اور زمین ساری اس کی مٹھی میں ہوگی قیامت کے دن، اور تمام آسمان لپٹے ہوں گے اس کے داہنے ہاتھ میں۔</w:t>
      </w:r>
    </w:p>
    <w:p>
      <w:r>
        <w:rPr>
          <w:b/>
        </w:rPr>
        <w:t xml:space="preserve">[02:08] </w:t>
      </w:r>
      <w:r>
        <w:t>wo pak aur bartar hai is shirk se jo yeh log karte hain. no just estimate have they made of god such as due to him, but in the day of resurrection the whole earth will lie within his grasp,</w:t>
      </w:r>
    </w:p>
    <w:p>
      <w:pPr>
        <w:jc w:val="right"/>
      </w:pPr>
      <w:r>
        <w:t>وہ پاک اور برتر ہے اس شرک سے جو یہ لوگ کرتے ہیں۔ نو جسٹ اسٹیمیٹ ہیو دیم میڈ اف گاڈ سچ ایز ڈیو ٹو ہم، بٹ ان دا ڈے اف ریزرکشن دا ہول ارتھ ول لائی ود ان ہز گراس،</w:t>
      </w:r>
    </w:p>
    <w:p>
      <w:r>
        <w:rPr>
          <w:b/>
        </w:rPr>
        <w:t xml:space="preserve">[02:25] </w:t>
      </w:r>
      <w:r>
        <w:t>while heaven will be folded up in his right hand. glory be to him exalted is he of all that they associate with him.</w:t>
      </w:r>
    </w:p>
    <w:p>
      <w:pPr>
        <w:jc w:val="right"/>
      </w:pPr>
      <w:r>
        <w:t>وائل ہیون ول بی فولڈڈ اپ ان ہز رائٹ ہینڈ۔ گلوری بی ٹو ہم ایگزالٹڈ از ہی او اف ال دیٹ دے ایسوسیٹ ود ہم۔</w:t>
      </w:r>
    </w:p>
    <w:p>
      <w:r>
        <w:rPr>
          <w:b/>
        </w:rPr>
        <w:t xml:space="preserve">[02:41] </w:t>
      </w:r>
      <w:r>
        <w:t>dekhiye, quran ki is ayat mein yawm al qayamat ka lafz aaya hai, is se aksar log yeh samajhte hain ke yeh waqea qayamat ke din pesh aayega.</w:t>
      </w:r>
    </w:p>
    <w:p>
      <w:pPr>
        <w:jc w:val="right"/>
      </w:pPr>
      <w:r>
        <w:t>دیکھیے، قرآن کی اس آیت میں یوم القیامہ کا لفظ آیا ہے، اس سے اکثر لوگ یہ سمجھتے ہیں کہ یہ واقعہ قیامت کے دن پیش آئے گا۔</w:t>
      </w:r>
    </w:p>
    <w:p>
      <w:r>
        <w:rPr>
          <w:b/>
        </w:rPr>
        <w:t xml:space="preserve">[02:57] </w:t>
      </w:r>
      <w:r>
        <w:t>lekin is par mein ghor karne ke baad samjhaunga</w:t>
      </w:r>
    </w:p>
    <w:p>
      <w:pPr>
        <w:jc w:val="right"/>
      </w:pPr>
      <w:r>
        <w:t>لیکن اس پر میں غور کرنے کے بعد سمجھاؤں</w:t>
      </w:r>
    </w:p>
    <w:p>
      <w:r>
        <w:rPr>
          <w:b/>
        </w:rPr>
        <w:t xml:space="preserve">[03:05] </w:t>
      </w:r>
      <w:r>
        <w:t>ke dunya hi mein yeh waqea pesh aa raha hai, aur aakhirat mein is ka aakhri izhaar hoga.</w:t>
      </w:r>
    </w:p>
    <w:p>
      <w:pPr>
        <w:jc w:val="right"/>
      </w:pPr>
      <w:r>
        <w:t>کہ دنیا ہی میں یہ واقعہ پیش آ رہا ہے، اور آخرت میں اس کا آخری اظہار ہوگا۔</w:t>
      </w:r>
    </w:p>
    <w:p>
      <w:r>
        <w:rPr>
          <w:b/>
        </w:rPr>
        <w:t xml:space="preserve">[03:16] </w:t>
      </w:r>
      <w:r>
        <w:t>yani dunya hi mein yeh waqea amalan maujood hai ke sari zameen allah ke qabze mein hai,</w:t>
      </w:r>
    </w:p>
    <w:p>
      <w:pPr>
        <w:jc w:val="right"/>
      </w:pPr>
      <w:r>
        <w:t>یعنی دنیا ہی میں یہ واقعہ عملاً موجود ہے کہ ساری زمین اللہ کے قبضے میں ہے،</w:t>
      </w:r>
    </w:p>
    <w:p>
      <w:r>
        <w:rPr>
          <w:b/>
        </w:rPr>
        <w:t xml:space="preserve">[03:30] </w:t>
      </w:r>
      <w:r>
        <w:t>sara aasman allah ke qabze mein hai. lekin is dunya mein aap jante hain ke yeh dunya</w:t>
      </w:r>
    </w:p>
    <w:p>
      <w:pPr>
        <w:jc w:val="right"/>
      </w:pPr>
      <w:r>
        <w:t>سارا آسمان اللہ کے قبضے میں ہے۔ لیکن اس دنیا میں آپ جانتے ہیں کہ یہ دنیا</w:t>
      </w:r>
    </w:p>
    <w:p>
      <w:r>
        <w:rPr>
          <w:b/>
        </w:rPr>
        <w:t xml:space="preserve">[03:46] </w:t>
      </w:r>
      <w:r>
        <w:t>imtihaan ki dunya hai,</w:t>
      </w:r>
    </w:p>
    <w:p>
      <w:pPr>
        <w:jc w:val="right"/>
      </w:pPr>
      <w:r>
        <w:t>امتحان کی دنیا ہے،</w:t>
      </w:r>
    </w:p>
    <w:p>
      <w:r>
        <w:rPr>
          <w:b/>
        </w:rPr>
        <w:t xml:space="preserve">[03:50] </w:t>
      </w:r>
      <w:r>
        <w:t>to yahan cheezein ghayb mein</w:t>
      </w:r>
    </w:p>
    <w:p>
      <w:pPr>
        <w:jc w:val="right"/>
      </w:pPr>
      <w:r>
        <w:t>تو یہاں چیزیں غیب میں</w:t>
      </w:r>
    </w:p>
    <w:p>
      <w:r>
        <w:rPr>
          <w:b/>
        </w:rPr>
        <w:t xml:space="preserve">[03:56] </w:t>
      </w:r>
      <w:r>
        <w:t>ghaib mein hain, lekin aakhirat mein ghaib shahood ban jayega. Jo cheez hum dunya mein bator-e-aqeeda mante thay,</w:t>
      </w:r>
    </w:p>
    <w:p>
      <w:pPr>
        <w:jc w:val="right"/>
      </w:pPr>
      <w:r>
        <w:t>غیب میں ہیں، لیکن آخرت میں غیب شہود بن جائے گا۔ جو چیز ہم دنیا میں بطور عقیدہ مانتے تھے،</w:t>
      </w:r>
    </w:p>
    <w:p>
      <w:r>
        <w:rPr>
          <w:b/>
        </w:rPr>
        <w:t xml:space="preserve">[04:10] </w:t>
      </w:r>
      <w:r>
        <w:t>woh wahan</w:t>
      </w:r>
    </w:p>
    <w:p>
      <w:pPr>
        <w:jc w:val="right"/>
      </w:pPr>
      <w:r>
        <w:t>وہ وہاں</w:t>
      </w:r>
    </w:p>
    <w:p>
      <w:r>
        <w:rPr>
          <w:b/>
        </w:rPr>
        <w:t xml:space="preserve">[04:13] </w:t>
      </w:r>
      <w:r>
        <w:t>waqea ban jayega.</w:t>
      </w:r>
    </w:p>
    <w:p>
      <w:pPr>
        <w:jc w:val="right"/>
      </w:pPr>
      <w:r>
        <w:t>واقعہ بن جائے گا۔</w:t>
      </w:r>
    </w:p>
    <w:p>
      <w:r>
        <w:rPr>
          <w:b/>
        </w:rPr>
        <w:t xml:space="preserve">[04:19] </w:t>
      </w:r>
      <w:r>
        <w:t>Is aayat ko likh kar mein soch raha tha aaj subah toh mujhe woh waqea yaad aaya jo ghaleban 1942 mein paish aaya tha.</w:t>
      </w:r>
    </w:p>
    <w:p>
      <w:pPr>
        <w:jc w:val="right"/>
      </w:pPr>
      <w:r>
        <w:t>اس آیت کو لکھ کر میں سوچ رہا تھا آج صبح تو مجھے وہ واقعہ یاد آیا جو غالباً 1942 میں پیش آیا تھا۔</w:t>
      </w:r>
    </w:p>
    <w:p>
      <w:r>
        <w:rPr>
          <w:b/>
        </w:rPr>
        <w:t xml:space="preserve">[04:36] </w:t>
      </w:r>
      <w:r>
        <w:t>Us waqt mein adab mein tha, aur mein aksar jaya karta tha wahan ki jamia masjid mein.</w:t>
      </w:r>
    </w:p>
    <w:p>
      <w:pPr>
        <w:jc w:val="right"/>
      </w:pPr>
      <w:r>
        <w:t>اس وقت میں ادب میں تھا، اور میں اکثر جایا کرتا تھا وہاں کی جامع مسجد میں۔</w:t>
      </w:r>
    </w:p>
    <w:p>
      <w:r>
        <w:rPr>
          <w:b/>
        </w:rPr>
        <w:t xml:space="preserve">[04:47] </w:t>
      </w:r>
      <w:r>
        <w:t>Toh ek din mein wahan ki Adam ki jamia masjid mein tha</w:t>
      </w:r>
    </w:p>
    <w:p>
      <w:pPr>
        <w:jc w:val="right"/>
      </w:pPr>
      <w:r>
        <w:t>تو ایک دن میں وہاں کی آدم کی جامع مسجد میں تھا</w:t>
      </w:r>
    </w:p>
    <w:p>
      <w:r>
        <w:rPr>
          <w:b/>
        </w:rPr>
        <w:t xml:space="preserve">[04:56] </w:t>
      </w:r>
      <w:r>
        <w:t>akela, us waqt koi mere saath nahi tha.</w:t>
      </w:r>
    </w:p>
    <w:p>
      <w:pPr>
        <w:jc w:val="right"/>
      </w:pPr>
      <w:r>
        <w:t>اکیلا، اس وقت کوئی میرے ساتھ نہیں تھا۔</w:t>
      </w:r>
    </w:p>
    <w:p>
      <w:r>
        <w:rPr>
          <w:b/>
        </w:rPr>
        <w:t xml:space="preserve">[05:07] </w:t>
      </w:r>
      <w:r>
        <w:t>Yeh baat hai 1900 ghaleban 1942 ki. Toh mein masjid ke sahan mein khada tha,</w:t>
      </w:r>
    </w:p>
    <w:p>
      <w:pPr>
        <w:jc w:val="right"/>
      </w:pPr>
      <w:r>
        <w:t>یہ بات ہے 1900 غالباً 1942 کی۔ تو میں مسجد کے صحن میں کھڑا تھا،</w:t>
      </w:r>
    </w:p>
    <w:p>
      <w:r>
        <w:rPr>
          <w:b/>
        </w:rPr>
        <w:t xml:space="preserve">[05:20] </w:t>
      </w:r>
      <w:r>
        <w:t>ek papite ke darakht ke neeche. Papite ka darakht. Toh</w:t>
      </w:r>
    </w:p>
    <w:p>
      <w:pPr>
        <w:jc w:val="right"/>
      </w:pPr>
      <w:r>
        <w:t>ایک پپیتے کے درخت کے نیچے۔ پپیتے کا درخت۔ تو</w:t>
      </w:r>
    </w:p>
    <w:p>
      <w:r>
        <w:rPr>
          <w:b/>
        </w:rPr>
        <w:t xml:space="preserve">[05:34] </w:t>
      </w:r>
      <w:r>
        <w:t>yeh woh zamana hai jab ke mein</w:t>
      </w:r>
    </w:p>
    <w:p>
      <w:pPr>
        <w:jc w:val="right"/>
      </w:pPr>
      <w:r>
        <w:t>یہ وہ زمانہ ہے جب کہ میں</w:t>
      </w:r>
    </w:p>
    <w:p>
      <w:r>
        <w:rPr>
          <w:b/>
        </w:rPr>
        <w:t xml:space="preserve">[05:40] </w:t>
      </w:r>
      <w:r>
        <w:t>abhi haqeeqat ki talash mein sargardan tha.</w:t>
      </w:r>
    </w:p>
    <w:p>
      <w:pPr>
        <w:jc w:val="right"/>
      </w:pPr>
      <w:r>
        <w:t>ابھی حقیقت کی تلاش میں سرگرداں تھا۔</w:t>
      </w:r>
    </w:p>
    <w:p>
      <w:r>
        <w:rPr>
          <w:b/>
        </w:rPr>
        <w:t xml:space="preserve">[05:47] </w:t>
      </w:r>
      <w:r>
        <w:t>Abhi mein ne haqeeqat daryaft nahi ki thi, lekin us ki talash mein tha.</w:t>
      </w:r>
    </w:p>
    <w:p>
      <w:pPr>
        <w:jc w:val="right"/>
      </w:pPr>
      <w:r>
        <w:t>ابھی میں نے حقیقت دریافت نہیں کی تھی، لیکن اس کی تلاش میں تھا۔</w:t>
      </w:r>
    </w:p>
    <w:p>
      <w:r>
        <w:rPr>
          <w:b/>
        </w:rPr>
        <w:t xml:space="preserve">[05:54] </w:t>
      </w:r>
      <w:r>
        <w:t>Toh</w:t>
      </w:r>
    </w:p>
    <w:p>
      <w:pPr>
        <w:jc w:val="right"/>
      </w:pPr>
      <w:r>
        <w:t>تو</w:t>
      </w:r>
    </w:p>
    <w:p>
      <w:r>
        <w:rPr>
          <w:b/>
        </w:rPr>
        <w:t xml:space="preserve">[05:58] </w:t>
      </w:r>
      <w:r>
        <w:t>meri zuban se nikla, mein ro raha tha, ro raha tha, ro raha tha, aur yeh lafz nikle meri zuban se ke Khawand tu kab aayega, mein kab tak tere aane ka intezar karoon.</w:t>
      </w:r>
    </w:p>
    <w:p>
      <w:pPr>
        <w:jc w:val="right"/>
      </w:pPr>
      <w:r>
        <w:t>میری زبان سے نکلا، میں رو رہا تھا، رو رہا تھا، رو رہا تھا، اور یہ لفظ نکلے میری زبان سے کہ خداوند تو کب آئے گا، میں کب تک تیرے آنے کا انتظار کروں۔</w:t>
      </w:r>
    </w:p>
    <w:p>
      <w:r>
        <w:rPr>
          <w:b/>
        </w:rPr>
        <w:t xml:space="preserve">[06:17] </w:t>
      </w:r>
      <w:r>
        <w:t>Aaj mujhe apna woh waqea yaad aaya,</w:t>
      </w:r>
    </w:p>
    <w:p>
      <w:pPr>
        <w:jc w:val="right"/>
      </w:pPr>
      <w:r>
        <w:t>آج مجھے اپنا وہ واقعہ یاد آیا،</w:t>
      </w:r>
    </w:p>
    <w:p>
      <w:r>
        <w:rPr>
          <w:b/>
        </w:rPr>
        <w:t xml:space="preserve">[06:22] </w:t>
      </w:r>
      <w:r>
        <w:t>aur yeh aayat jo abhi parhi gayi.</w:t>
      </w:r>
    </w:p>
    <w:p>
      <w:pPr>
        <w:jc w:val="right"/>
      </w:pPr>
      <w:r>
        <w:t>اور یہ آیت جو ابھی پڑھی گئی۔</w:t>
      </w:r>
    </w:p>
    <w:p>
      <w:r>
        <w:rPr>
          <w:b/>
        </w:rPr>
        <w:t xml:space="preserve">[06:28] </w:t>
      </w:r>
      <w:r>
        <w:t>Toh aaj dobara</w:t>
      </w:r>
    </w:p>
    <w:p>
      <w:pPr>
        <w:jc w:val="right"/>
      </w:pPr>
      <w:r>
        <w:t>تو آج دوبارہ</w:t>
      </w:r>
    </w:p>
    <w:p>
      <w:r>
        <w:rPr>
          <w:b/>
        </w:rPr>
        <w:t xml:space="preserve">[06:33] </w:t>
      </w:r>
      <w:r>
        <w:t>aisa hua ke meri aankhon mein aansu thay, aur meri zuban par yeh alfaz thay</w:t>
      </w:r>
    </w:p>
    <w:p>
      <w:pPr>
        <w:jc w:val="right"/>
      </w:pPr>
      <w:r>
        <w:t>ایسا ہوا کہ میری آنکھوں میں آنسو تھے، اور میری زبان پر یہ الفاظ تھے</w:t>
      </w:r>
    </w:p>
    <w:p>
      <w:r>
        <w:rPr>
          <w:b/>
        </w:rPr>
        <w:t xml:space="preserve">[06:44] </w:t>
      </w:r>
      <w:r>
        <w:t>ke zindagi mere liye us din ka intezar hai.</w:t>
      </w:r>
    </w:p>
    <w:p>
      <w:pPr>
        <w:jc w:val="right"/>
      </w:pPr>
      <w:r>
        <w:t>کہ زندگی میرے لیے اس دن کا انتظار ہے۔</w:t>
      </w:r>
    </w:p>
    <w:p>
      <w:r>
        <w:rPr>
          <w:b/>
        </w:rPr>
        <w:t xml:space="preserve">[06:53] </w:t>
      </w:r>
      <w:r>
        <w:t>Zindagi mere liye us din ka intezar hai jab ke Rab-ul-Alameen</w:t>
      </w:r>
    </w:p>
    <w:p>
      <w:pPr>
        <w:jc w:val="right"/>
      </w:pPr>
      <w:r>
        <w:t>زندگی میرے لیے اس دن کا انتظار ہے جب کہ رب العالمین</w:t>
      </w:r>
    </w:p>
    <w:p>
      <w:r>
        <w:rPr>
          <w:b/>
        </w:rPr>
        <w:t xml:space="preserve">[07:03] </w:t>
      </w:r>
      <w:r>
        <w:t>barah-e-raast taur par insaan ke samne zahir hoga, aur mein</w:t>
      </w:r>
    </w:p>
    <w:p>
      <w:pPr>
        <w:jc w:val="right"/>
      </w:pPr>
      <w:r>
        <w:t>براہ راست طور پر انسان کے سامنے ظاہر ہوگا، اور میں</w:t>
      </w:r>
    </w:p>
    <w:p>
      <w:r>
        <w:rPr>
          <w:b/>
        </w:rPr>
        <w:t xml:space="preserve">[07:13] </w:t>
      </w:r>
      <w:r>
        <w:t>khushi aur hairat ke aansuon ke sath uska istiqbal karunga.</w:t>
      </w:r>
    </w:p>
    <w:p>
      <w:pPr>
        <w:jc w:val="right"/>
      </w:pPr>
      <w:r>
        <w:t>خوشی اور حیرت کے آنسوؤں کے ساتھ اس کا استقبال کروں گا۔</w:t>
      </w:r>
    </w:p>
    <w:p>
      <w:r>
        <w:rPr>
          <w:b/>
        </w:rPr>
        <w:t xml:space="preserve">[07:23] </w:t>
      </w:r>
      <w:r>
        <w:t>Yeh ek ajeeb ehsas tha.</w:t>
      </w:r>
    </w:p>
    <w:p>
      <w:pPr>
        <w:jc w:val="right"/>
      </w:pPr>
      <w:r>
        <w:t>یہ ایک عجیب احساس تھا۔</w:t>
      </w:r>
    </w:p>
    <w:p>
      <w:r>
        <w:rPr>
          <w:b/>
        </w:rPr>
        <w:t xml:space="preserve">[07:28] </w:t>
      </w:r>
      <w:r>
        <w:t>Toh yeh jo aayat hai, ab jo aap parhi gayi aap ke samne, yeh bohat hi anokhi aayat hai. Iska matlab hai ke logon ne Rab-ul-Alameen ka ko underestimate kiya,</w:t>
      </w:r>
    </w:p>
    <w:p>
      <w:pPr>
        <w:jc w:val="right"/>
      </w:pPr>
      <w:r>
        <w:t>تو یہ جو آیت ہے، اب جو آپ پڑھی گئی آپ کے سامنے، یہ بہت ہی انوکھی آیت ہے۔ اس کا مطلب ہے کہ لوگوں نے رب العالمین کا کو انڈر اسٹیمیٹ کیا،</w:t>
      </w:r>
    </w:p>
    <w:p>
      <w:r>
        <w:rPr>
          <w:b/>
        </w:rPr>
        <w:t xml:space="preserve">[07:46] </w:t>
      </w:r>
      <w:r>
        <w:t>woh kya hai, us ki hasti kya hai,</w:t>
      </w:r>
    </w:p>
    <w:p>
      <w:pPr>
        <w:jc w:val="right"/>
      </w:pPr>
      <w:r>
        <w:t>وہ کیا ہے، اس کی ہستی کیا ہے،</w:t>
      </w:r>
    </w:p>
    <w:p>
      <w:r>
        <w:rPr>
          <w:b/>
        </w:rPr>
        <w:t xml:space="preserve">[07:51] </w:t>
      </w:r>
      <w:r>
        <w:t>is ko nahi jana, aur is ko underestimate kiya.</w:t>
      </w:r>
    </w:p>
    <w:p>
      <w:pPr>
        <w:jc w:val="right"/>
      </w:pPr>
      <w:r>
        <w:t>اس کو نہیں جانا، اور اس کو انڈر اسٹیمیٹ کیا۔</w:t>
      </w:r>
    </w:p>
    <w:p>
      <w:r>
        <w:rPr>
          <w:b/>
        </w:rPr>
        <w:t xml:space="preserve">[07:59] </w:t>
      </w:r>
      <w:r>
        <w:t>halankey woh sari kainat ka rab hai, sari kainat ka khaliq hai.</w:t>
      </w:r>
    </w:p>
    <w:p>
      <w:pPr>
        <w:jc w:val="right"/>
      </w:pPr>
      <w:r>
        <w:t>حالانکہ وہ ساری کائنات کا رب ہے، ساری کائنات کا خالق ہے۔</w:t>
      </w:r>
    </w:p>
    <w:p>
      <w:r>
        <w:rPr>
          <w:b/>
        </w:rPr>
        <w:t xml:space="preserve">[08:08] </w:t>
      </w:r>
      <w:r>
        <w:t>zameen o aasman sab is ke muthi mein hain, yaani already hain. aisa nahi ke abhi to nahi hai, qayamat mein zahir ho jayega.</w:t>
      </w:r>
    </w:p>
    <w:p>
      <w:pPr>
        <w:jc w:val="right"/>
      </w:pPr>
      <w:r>
        <w:t>زمین و آسمان سب اس کے مٹھی میں ہیں، یعنی الریڈی ہیں۔ ایسا نہیں کہ ابھی تو نہیں ہے، قیامت میں ظاہر ہو جائے گا۔</w:t>
      </w:r>
    </w:p>
    <w:p>
      <w:r>
        <w:rPr>
          <w:b/>
        </w:rPr>
        <w:t xml:space="preserve">[08:20] </w:t>
      </w:r>
      <w:r>
        <w:t>abhi hai, qayamat mein samne aa jayega. abhi ghayb mein hai, us waqt samne aa jayega.</w:t>
      </w:r>
    </w:p>
    <w:p>
      <w:pPr>
        <w:jc w:val="right"/>
      </w:pPr>
      <w:r>
        <w:t>ابھی ہے، قیامت میں سامنے آ جائے گا۔ ابھی غیب میں ہے، اس وقت سامنے آ جائے گا۔</w:t>
      </w:r>
    </w:p>
    <w:p>
      <w:r>
        <w:rPr>
          <w:b/>
        </w:rPr>
        <w:t xml:space="preserve">[08:34] </w:t>
      </w:r>
      <w:r>
        <w:t>to is ayat ka matlab agarche lafz qayamat is mein hai, to log samajhte hain qayamat ke din aisa hoga. nahi, aaj hi aisa hai.</w:t>
      </w:r>
    </w:p>
    <w:p>
      <w:pPr>
        <w:jc w:val="right"/>
      </w:pPr>
      <w:r>
        <w:t>تو اس آیت کا مطلب اگرچہ لفظ قیامت اس میں ہے، تو لوگ سمجھتے ہیں قیامت کے دن ایسا ہوگا۔ نہیں، آج ہی ایسا ہے۔</w:t>
      </w:r>
    </w:p>
    <w:p>
      <w:r>
        <w:rPr>
          <w:b/>
        </w:rPr>
        <w:t xml:space="preserve">[08:45] </w:t>
      </w:r>
      <w:r>
        <w:t>maine socha ke agar</w:t>
      </w:r>
    </w:p>
    <w:p>
      <w:pPr>
        <w:jc w:val="right"/>
      </w:pPr>
      <w:r>
        <w:t>میں نے سوچا کہ اگر</w:t>
      </w:r>
    </w:p>
    <w:p>
      <w:r>
        <w:rPr>
          <w:b/>
        </w:rPr>
        <w:t xml:space="preserve">[08:53] </w:t>
      </w:r>
      <w:r>
        <w:t>rab ul alameen is zameen ko, is aasman ko sambhale hue na ho, muthi ke maani nahi ke koi jis tarah qalam pakarte hain, pakde hue nahi,</w:t>
      </w:r>
    </w:p>
    <w:p>
      <w:pPr>
        <w:jc w:val="right"/>
      </w:pPr>
      <w:r>
        <w:t>رب العالمین اس زمین کو، اس آسمان کو سنبھالے ہوئے نہ ہو، مٹھی کے معنی نہیں کہ کوئی جس طرح قلم پکڑتے ہیں، پکڑے ہوئے نہیں،</w:t>
      </w:r>
    </w:p>
    <w:p>
      <w:r>
        <w:rPr>
          <w:b/>
        </w:rPr>
        <w:t xml:space="preserve">[09:08] </w:t>
      </w:r>
      <w:r>
        <w:t>woh sambhale hue hain. is ka matlab hai ke woh sambhale hue hain,</w:t>
      </w:r>
    </w:p>
    <w:p>
      <w:pPr>
        <w:jc w:val="right"/>
      </w:pPr>
      <w:r>
        <w:t>وہ سنبھالے ہوئے ہیں۔ اس کا مطلب ہے کہ وہ سنبھالے ہوئے ہیں،</w:t>
      </w:r>
    </w:p>
    <w:p>
      <w:r>
        <w:rPr>
          <w:b/>
        </w:rPr>
        <w:t xml:space="preserve">[09:22] </w:t>
      </w:r>
      <w:r>
        <w:t>is ki muthi mein hone ki woh ek tamseel hai. to Allah rab ul alameen ne is kainat ko</w:t>
      </w:r>
    </w:p>
    <w:p>
      <w:pPr>
        <w:jc w:val="right"/>
      </w:pPr>
      <w:r>
        <w:t>اس کی مٹھی میں ہونے کی وہ ایک تمثیل ہے۔ تو اللہ رب العالمین نے اس کائنات کو</w:t>
      </w:r>
    </w:p>
    <w:p>
      <w:r>
        <w:rPr>
          <w:b/>
        </w:rPr>
        <w:t xml:space="preserve">[09:36] </w:t>
      </w:r>
      <w:r>
        <w:t>paida kiya, aur phir woh is ko musalsal tor par sambhale hue hain. kyunke agar is ko koi sambhalne wala na ho, to apne aap woh qaim nahi ho sakti.</w:t>
      </w:r>
    </w:p>
    <w:p>
      <w:pPr>
        <w:jc w:val="right"/>
      </w:pPr>
      <w:r>
        <w:t>پیدا کیا، اور پھر وہ اس کو مسلسل طور پر سنبھالے ہوئے ہیں۔ کیونکہ اگر اس کو کوئی سنبھالنے والا نہ ہو، تو اپنے آپ وہ قائم نہیں ہو سکتی۔</w:t>
      </w:r>
    </w:p>
    <w:p>
      <w:r>
        <w:rPr>
          <w:b/>
        </w:rPr>
        <w:t xml:space="preserve">[09:54] </w:t>
      </w:r>
      <w:r>
        <w:t>yeh matlab hai is ka.</w:t>
      </w:r>
    </w:p>
    <w:p>
      <w:pPr>
        <w:jc w:val="right"/>
      </w:pPr>
      <w:r>
        <w:t>یہ مطلب ہے اس کا۔</w:t>
      </w:r>
    </w:p>
    <w:p>
      <w:r>
        <w:rPr>
          <w:b/>
        </w:rPr>
        <w:t xml:space="preserve">[09:58] </w:t>
      </w:r>
      <w:r>
        <w:t>to yeh sab baad mein main soch raha tha, aur yeh ayat yaad kar raha tha.</w:t>
      </w:r>
    </w:p>
    <w:p>
      <w:pPr>
        <w:jc w:val="right"/>
      </w:pPr>
      <w:r>
        <w:t>تو یہ سب بعد میں میں سوچ رہا تھا، اور یہ آیت یاد کر رہا تھا۔</w:t>
      </w:r>
    </w:p>
    <w:p>
      <w:r>
        <w:rPr>
          <w:b/>
        </w:rPr>
        <w:t xml:space="preserve">[10:07] </w:t>
      </w:r>
      <w:r>
        <w:t>phir mujhe ek hadith yaad aayi. ek sahabi, kai sahabi riwayat karte hain ke ek din Rasool Allah salallahu alaihi wasallam Madine ki masjid mein mimber par khade hue,</w:t>
      </w:r>
    </w:p>
    <w:p>
      <w:pPr>
        <w:jc w:val="right"/>
      </w:pPr>
      <w:r>
        <w:t>پھر مجھے ایک حدیث یاد آئی۔ ایک صحابی، کئی صحابی روایت کرتے ہیں کہ ایک دن رسول اللہ صلی اللہ علیہ وسلم مدینے کی مسجد میں ممبر پر کھڑے ہوئے،</w:t>
      </w:r>
    </w:p>
    <w:p>
      <w:r>
        <w:rPr>
          <w:b/>
        </w:rPr>
        <w:t xml:space="preserve">[10:32] </w:t>
      </w:r>
      <w:r>
        <w:t>is ayat ko padhi aap ne, aur kuch kuch khutba diya.</w:t>
      </w:r>
    </w:p>
    <w:p>
      <w:pPr>
        <w:jc w:val="right"/>
      </w:pPr>
      <w:r>
        <w:t>اس آیت کو پڑھی آپ نے، اور کچھ کچھ خطبہ دیا۔</w:t>
      </w:r>
    </w:p>
    <w:p>
      <w:r>
        <w:rPr>
          <w:b/>
        </w:rPr>
        <w:t xml:space="preserve">[10:43] </w:t>
      </w:r>
      <w:r>
        <w:t>to yeh ayat aap ke liye itni zyada per heebat thi ke aap per larza taari ho gaya.</w:t>
      </w:r>
    </w:p>
    <w:p>
      <w:pPr>
        <w:jc w:val="right"/>
      </w:pPr>
      <w:r>
        <w:t>تو یہ آیت آپ کے لیے اتنی زیادہ پر ہیبت تھی کہ آپ پر لرزہ طاری ہو گیا۔</w:t>
      </w:r>
    </w:p>
    <w:p>
      <w:r>
        <w:rPr>
          <w:b/>
        </w:rPr>
        <w:t xml:space="preserve">[10:53] </w:t>
      </w:r>
      <w:r>
        <w:t>sahabi kehte hain jo wahan maujood the masjid mein ke aap aisa laga ke jaise aap mimber se ladkhada kar gir padenge.</w:t>
      </w:r>
    </w:p>
    <w:p>
      <w:pPr>
        <w:jc w:val="right"/>
      </w:pPr>
      <w:r>
        <w:t>صحابی کہتے ہیں جو وہاں موجود تھے مسجد میں کہ آپ ایسا لگا کہ جیسے آپ ممبر سے لڑکھڑا کر گر پڑیں گے۔</w:t>
      </w:r>
    </w:p>
    <w:p>
      <w:r>
        <w:rPr>
          <w:b/>
        </w:rPr>
        <w:t xml:space="preserve">[11:07] </w:t>
      </w:r>
      <w:r>
        <w:t>to baharhal yeh jo hadith hai, woh bohat hi zyada</w:t>
      </w:r>
    </w:p>
    <w:p>
      <w:pPr>
        <w:jc w:val="right"/>
      </w:pPr>
      <w:r>
        <w:t>تو بہرحال یہ جو حدیث ہے، وہ بہت ہی زیادہ</w:t>
      </w:r>
    </w:p>
    <w:p>
      <w:r>
        <w:rPr>
          <w:b/>
        </w:rPr>
        <w:t xml:space="preserve">[11:14] </w:t>
      </w:r>
      <w:r>
        <w:t>wazeh hai is ayat ki tafseer ke liye. to aap abhi aap ne suna hai Quran ki ayat ko, ab aap suniye is hadith ko.</w:t>
      </w:r>
    </w:p>
    <w:p>
      <w:pPr>
        <w:jc w:val="right"/>
      </w:pPr>
      <w:r>
        <w:t>واضح ہے اس آیت کی تفسیر کے لیے۔ تو آپ ابھی آپ نے سنا ہے قرآن کی آیت کو، اب آپ سنیے اس حدیث کو۔</w:t>
      </w:r>
    </w:p>
    <w:p>
      <w:r>
        <w:rPr>
          <w:b/>
        </w:rPr>
        <w:t xml:space="preserve">[11:34] </w:t>
      </w:r>
      <w:r>
        <w:t>yeh hadith ki mukhtalif riwayatein hain, jaise aksar hota hai. to kisi aalim ne is ko ijra kiya hai, to aap jo mukhtalif riwayatein is aayi hain, us in sab ko suniye.</w:t>
      </w:r>
    </w:p>
    <w:p>
      <w:pPr>
        <w:jc w:val="right"/>
      </w:pPr>
      <w:r>
        <w:t>یہ حدیث کی مختلف روایتیں ہیں، جیسے اکثر ہوتا ہے۔ تو کسی عالم نے اس کو اجراء کیا ہے، تو آپ جو مختلف روایتیں اس آئی ہیں، اس ان سب کو سنیے۔</w:t>
      </w:r>
    </w:p>
    <w:p>
      <w:r>
        <w:rPr>
          <w:b/>
        </w:rPr>
        <w:t xml:space="preserve">[11:52] </w:t>
      </w:r>
      <w:r>
        <w:t>an Abdullah ibn Umar kayf yahki Rasool Allah salallahu alaihi wasallam qala: "qara Rasool Allah salallahu alaihi wasallam hazihil ayat zata yomin ala alminbar: wa ma qadar Allah haqq qadarih, wal arda jamee'an qabdatu yawm alqiyamah, was samawati mutawiyatun biyameenih.</w:t>
      </w:r>
    </w:p>
    <w:p>
      <w:pPr>
        <w:jc w:val="right"/>
      </w:pPr>
      <w:r>
        <w:t>عن عبداللہ ابن عمر کیف یحکی رسول اللہ صلی اللہ علیہ وسلم قال: "قرا رسول اللہ صلی اللہ علیہ وسلم هذه الآية ذات یوم علی المنبر: وما قدر اللہ حق قدرہ، والارض جمیعا قبضۃ یوم القیامہ، والسماوات مطویات بیمینہ۔</w:t>
      </w:r>
    </w:p>
    <w:p>
      <w:r>
        <w:rPr>
          <w:b/>
        </w:rPr>
        <w:t xml:space="preserve">[12:12] </w:t>
      </w:r>
      <w:r>
        <w:t>subhanahu wa ta'ala amma yushrikun." thumma qala: "yatwi Allah azza wa jall as samawati yawm alqiyamah, thumma yakhzuhunna biyadihil jumna, thumma yatwi al ardin, thumma yakhzuhunna biyadihil ukhra,</w:t>
      </w:r>
    </w:p>
    <w:p>
      <w:pPr>
        <w:jc w:val="right"/>
      </w:pPr>
      <w:r>
        <w:t>سبحانہ و تعالی عما یشرکون۔" ثم قال: "یتوی اللہ عزوجل السماوات یوم القیامہ، ثم یخذہن بیده الجمنا، ثمیتوی الارضین، ثم یخذہن بیده الاخری،</w:t>
      </w:r>
    </w:p>
    <w:p>
      <w:r>
        <w:rPr>
          <w:b/>
        </w:rPr>
        <w:t xml:space="preserve">[12:29] </w:t>
      </w:r>
      <w:r>
        <w:t>wa fi riwayatin bishimalih." thumma yaqul: "innallaha, innal aziz, innal jabbar, innal mutakabbir, innal muta'ali, innal kareem, innal malik, ayna muluk alard, ayna aljabbarun,</w:t>
      </w:r>
    </w:p>
    <w:p>
      <w:pPr>
        <w:jc w:val="right"/>
      </w:pPr>
      <w:r>
        <w:t>وفي روایت بشمالہ۔" ثم یقول: "ان اللہ، ان العزیز، ان الجبار، ان المتکبر، ان المتعالی، ان الکریم، ان الملک، این ملوک الارض، این الجبارون،</w:t>
      </w:r>
    </w:p>
    <w:p>
      <w:r>
        <w:rPr>
          <w:b/>
        </w:rPr>
        <w:t xml:space="preserve">[12:50] </w:t>
      </w:r>
      <w:r>
        <w:t>ayna almutakabbirun." wa Rasool Allah salallahu alaihi wasallam yaqul: "hakadha biyadihi yaqbidu asabi'ah, wa yuharrikuha, yuqbilu biha, wa yudbir." qala: "wa yatamayalu Rasool Allah salallahu alaihi wasallam 'an yameenih wa 'an shimalih,</w:t>
      </w:r>
    </w:p>
    <w:p>
      <w:pPr>
        <w:jc w:val="right"/>
      </w:pPr>
      <w:r>
        <w:t>این المتکبرون۔" ورسول اللہ صلی اللہ علیہ وسلم یقول: "ہکذا بیده یقبض اصابعہ، ویحرکہا، یقبل بہا، ویدبر۔" قال: "ویتمایل رسول اللہ صلی اللہ علیہ وسلم عنیمینہ وعن شمالہ،</w:t>
      </w:r>
    </w:p>
    <w:p>
      <w:r>
        <w:rPr>
          <w:b/>
        </w:rPr>
        <w:t xml:space="preserve">[13:11] </w:t>
      </w:r>
      <w:r>
        <w:t>farajaffa alminbaru bi Rasool Allah salallahu alaihi wasallam, hatta nazartu alminbara yataharraku min asfali shay'in minhu, hatta inni la aqulu asaqitu bi Rasool Allah salallahu alaihi wasallam."</w:t>
      </w:r>
    </w:p>
    <w:p>
      <w:pPr>
        <w:jc w:val="right"/>
      </w:pPr>
      <w:r>
        <w:t>فرجف المنبر برسول اللہ صلی اللہ علیہ وسلم، حتی نظرت المنبر یتحرک من اسفل شی منہ، حتی انی لا اقول اساقط برسول اللہ صلی اللہ علیہ وسلم۔"</w:t>
      </w:r>
    </w:p>
    <w:p>
      <w:r>
        <w:rPr>
          <w:b/>
        </w:rPr>
        <w:t xml:space="preserve">[13:28] </w:t>
      </w:r>
      <w:r>
        <w:t>Abdullah ibn Umar radiallahu anhu bayan karte hain Rasool Allah ki is is waqe ko. woh kehte hain ke Rasool Allah ne ek din mimber par is ayat ki tilawat ki, is ayat ko padha: "wa ma qadar Allah haqq qadarih" ke jaise Allah ki qadar karni chahiye, aur aise logon ne qadar nahi ki.</w:t>
      </w:r>
    </w:p>
    <w:p>
      <w:pPr>
        <w:jc w:val="right"/>
      </w:pPr>
      <w:r>
        <w:t>عبداللہ بن عمر رضی اللہ عنہ بیان کرتے ہیں رسول اللہ کی اس اس واقعے کو۔ وہ کہتے ہیں کہ رسول اللہ نے ایک دن ممبر پر اس آیت کی تلاوت کی، اس آیت کو پڑھا: "وما قدر اللہ حق قدرہ" کہ جیسے اللہ کی قدر کرنی چاہیے، اور ایسے لوگوں نے قدر نہیں کی۔</w:t>
      </w:r>
    </w:p>
    <w:p>
      <w:r>
        <w:rPr>
          <w:b/>
        </w:rPr>
        <w:t xml:space="preserve">[13:48] </w:t>
      </w:r>
      <w:r>
        <w:t>aur zameen tamam us ki muthi mein hogi qayamat ke din, aur aasman lapete hue honge us ke dahne hath mein. woh pak aur buland hai in tamam cheezon se jis ke sath yeh shareek karte hain.</w:t>
      </w:r>
    </w:p>
    <w:p>
      <w:pPr>
        <w:jc w:val="right"/>
      </w:pPr>
      <w:r>
        <w:t>اور زمین تمام اس کی مٹھی میں ہوگی قیامت کے دن، اور آسمان لپٹے ہوئے ہوں گے اس کے داہنے ہاتھ میں۔ وہ پاک اور بلند ہے ان تمام چیزوں سے جس کے ساتھ یہ شریک کرتے ہیں۔</w:t>
      </w:r>
    </w:p>
    <w:p>
      <w:r>
        <w:rPr>
          <w:b/>
        </w:rPr>
        <w:t xml:space="preserve">[14:00] </w:t>
      </w:r>
      <w:r>
        <w:t>phir rasool Allah ne kaha ke qayamat ke din Allah taala aasman ko lapait le ga, phir us ko apne dayen hath mein rakhe ga, phir zameen ko lapete ga, phir us ko doosre hath mein rakhe ga.</w:t>
      </w:r>
    </w:p>
    <w:p>
      <w:pPr>
        <w:jc w:val="right"/>
      </w:pPr>
      <w:r>
        <w:t>پھر رسول اللہ نے کہا کہ قیامت کے دن اللہ تعالی آسمان کو لپیٹ لے گا، پھر اس کو اپنے دائیں ہاتھ میں رکھے گا، پھر زمین کو لپیٹے گا، پھر اس کو دوسرے ہاتھ میں رکھے گا۔</w:t>
      </w:r>
    </w:p>
    <w:p>
      <w:r>
        <w:rPr>
          <w:b/>
        </w:rPr>
        <w:t xml:space="preserve">[14:13] </w:t>
      </w:r>
      <w:r>
        <w:t>ek riwayat ke mutabiq apne bayen hath mein. phir Allah taala kahe ga: "main Allah hoon, main aziz hoon, main jabbar hoon, main mutakabbir hoon, main buland hoon, main kareem hoon, main badshah hoon." kahan hain zameen ke badshah?</w:t>
      </w:r>
    </w:p>
    <w:p>
      <w:pPr>
        <w:jc w:val="right"/>
      </w:pPr>
      <w:r>
        <w:t>ایک روایت کے مطابق اپنے بائیں ہاتھ میں۔ پھر اللہ تعالی کہے گا: "میں اللہ ہوں، میں عزیز ہوں، میں جبار ہوں، میں متکبر ہوں، میں بلند ہوں، میں کریم ہوں، میں بادشاہ ہوں۔" کہاں ہیں زمین کے بادشاہ؟</w:t>
      </w:r>
    </w:p>
    <w:p>
      <w:r>
        <w:rPr>
          <w:b/>
        </w:rPr>
        <w:t xml:space="preserve">[14:33] </w:t>
      </w:r>
      <w:r>
        <w:t>kahan hain zameen mein zabardast jabbar? kahan hain zameen mein takabbir karne wale mutakabbir? aur rasool Allah sal Allah alaih wasallam apne hath ko aag khol rahe the aur band kar rahe the, aur us ko harkat de rahe the, aage peeche kar rahe the,</w:t>
      </w:r>
    </w:p>
    <w:p>
      <w:pPr>
        <w:jc w:val="right"/>
      </w:pPr>
      <w:r>
        <w:t>کہاں ہیں زمین میں زبردست جبار؟ کہاں ہیں زمین میں تکبر کرنے والے متکبر؟ اور رسول اللہ صلی اللہ علیہ وسلم اپنے ہاتھ کو اگ کھول رہے تھے اور بند کر رہے تھے، اور اس کو حرکت دے رہے تھے، آگے پیچھے کر رہے تھے،</w:t>
      </w:r>
    </w:p>
    <w:p>
      <w:r>
        <w:rPr>
          <w:b/>
        </w:rPr>
        <w:t xml:space="preserve">[14:51] </w:t>
      </w:r>
      <w:r>
        <w:t>aur rasool Allah dayen aur bayen mayel ho rahe the. rasool Allah ke sath mimbar bhi halne laga, yahan tak ke maine dekha mimbar ki taraf to neeche se woh hil raha tha.</w:t>
      </w:r>
    </w:p>
    <w:p>
      <w:pPr>
        <w:jc w:val="right"/>
      </w:pPr>
      <w:r>
        <w:t>اور رسول اللہ دائیں اور بائیں مائل ہو رہے تھے۔ رسول اللہ کے ساتھ ممبر بھی ہلنے لگا، یہاں تک کہ میں نے دیکھا ممبر کی طرف تو نیچے سے وہ ہل رہا تھا۔</w:t>
      </w:r>
    </w:p>
    <w:p>
      <w:r>
        <w:rPr>
          <w:b/>
        </w:rPr>
        <w:t xml:space="preserve">[15:05] </w:t>
      </w:r>
      <w:r>
        <w:t>to maine kaha: "yeh zaroor hai ke rasool Allah ke sath woh gir jaye." is hadith ko bukhari, muslim, abu daud, ibn majah, musnad ahmad waghera ke hawale se al jami al sahih lil sunan wal masani mein zikr kiya gaya hai, jild number teen, safha number 13.</w:t>
      </w:r>
    </w:p>
    <w:p>
      <w:pPr>
        <w:jc w:val="right"/>
      </w:pPr>
      <w:r>
        <w:t>تو میں نے کہا: "یہ ضرور ہے کہ رسول اللہ کے ساتھ وہ گر جائے۔" اس حدیث کو بخاری، مسلم، ابو داؤد، ابن ماجہ، مسند احمد وغیرہ کے حوالے سے الجامی الصحیح للسنن والمسانی میں ذکر کیا گیا ہے، جلد نمبر تین، صفحہ نمبر 13۔</w:t>
      </w:r>
    </w:p>
    <w:p>
      <w:r>
        <w:rPr>
          <w:b/>
        </w:rPr>
        <w:t xml:space="preserve">[15:25] </w:t>
      </w:r>
      <w:r>
        <w:t>yeh hadith waqai is qabil hai ke na sirf mimbar hile balkeh sunne wala insan bhi hil jaye.</w:t>
      </w:r>
    </w:p>
    <w:p>
      <w:pPr>
        <w:jc w:val="right"/>
      </w:pPr>
      <w:r>
        <w:t>یہ حدیث واقعی اس قابل ہے کہ نہ صرف ممبر ہلے بلکہ سننے والا انسان بھی ہل جائے۔</w:t>
      </w:r>
    </w:p>
    <w:p>
      <w:r>
        <w:rPr>
          <w:b/>
        </w:rPr>
        <w:t xml:space="preserve">[15:39] </w:t>
      </w:r>
      <w:r>
        <w:t>is hadith ko, is hadith par ghor karte hue yeh samajh aata hai ke</w:t>
      </w:r>
    </w:p>
    <w:p>
      <w:pPr>
        <w:jc w:val="right"/>
      </w:pPr>
      <w:r>
        <w:t>اس حدیث کو، اس حدیث پر غور کرتے ہوئے یہ سمجھ آتا ہے کہ</w:t>
      </w:r>
    </w:p>
    <w:p>
      <w:r>
        <w:rPr>
          <w:b/>
        </w:rPr>
        <w:t xml:space="preserve">[15:51] </w:t>
      </w:r>
      <w:r>
        <w:t>Allah ne is dunya ko paida kiya, poori universe ko, ek ek zarre ko, aur phir woh khud mukammal taur par</w:t>
      </w:r>
    </w:p>
    <w:p>
      <w:pPr>
        <w:jc w:val="right"/>
      </w:pPr>
      <w:r>
        <w:t>اللہ نے اس دنیا کو پیدا کیا، پوری یونیورس کو، ایک ایک ذرے کو، اور پھر وہ خود مکمل طور پر</w:t>
      </w:r>
    </w:p>
    <w:p>
      <w:r>
        <w:rPr>
          <w:b/>
        </w:rPr>
        <w:t xml:space="preserve">[16:08] </w:t>
      </w:r>
      <w:r>
        <w:t>ghayab mein chala gaya, unseen ho gaya.</w:t>
      </w:r>
    </w:p>
    <w:p>
      <w:pPr>
        <w:jc w:val="right"/>
      </w:pPr>
      <w:r>
        <w:t>غیب میں چلا گیا، ان سین ہو گیا۔</w:t>
      </w:r>
    </w:p>
    <w:p>
      <w:r>
        <w:rPr>
          <w:b/>
        </w:rPr>
        <w:t xml:space="preserve">[16:16] </w:t>
      </w:r>
      <w:r>
        <w:t>ab jo is ko apni</w:t>
      </w:r>
    </w:p>
    <w:p>
      <w:pPr>
        <w:jc w:val="right"/>
      </w:pPr>
      <w:r>
        <w:t>اب جو اس کو اپنی</w:t>
      </w:r>
    </w:p>
    <w:p>
      <w:r>
        <w:rPr>
          <w:b/>
        </w:rPr>
        <w:t xml:space="preserve">[16:20] </w:t>
      </w:r>
      <w:r>
        <w:t>aql ko istemal kar ke discover kare,</w:t>
      </w:r>
    </w:p>
    <w:p>
      <w:pPr>
        <w:jc w:val="right"/>
      </w:pPr>
      <w:r>
        <w:t>عقل کو استعمال کر کے ڈسکور کرے،</w:t>
      </w:r>
    </w:p>
    <w:p>
      <w:r>
        <w:rPr>
          <w:b/>
        </w:rPr>
        <w:t xml:space="preserve">[16:26] </w:t>
      </w:r>
      <w:r>
        <w:t>self discovery ke taur par,</w:t>
      </w:r>
    </w:p>
    <w:p>
      <w:pPr>
        <w:jc w:val="right"/>
      </w:pPr>
      <w:r>
        <w:t>سیلف ڈسکوری کے طور پر،</w:t>
      </w:r>
    </w:p>
    <w:p>
      <w:r>
        <w:rPr>
          <w:b/>
        </w:rPr>
        <w:t xml:space="preserve">[16:30] </w:t>
      </w:r>
      <w:r>
        <w:t>to isi ko yeh nemat mile gi ke woh qayamat mein Allah ko dekhe. kisi aur ko dekhna naseeb nahi hoga,</w:t>
      </w:r>
    </w:p>
    <w:p>
      <w:pPr>
        <w:jc w:val="right"/>
      </w:pPr>
      <w:r>
        <w:t>تو اسی کو یہ نعمت ملے گی کہ وہ قیامت میں اللہ کو دیکھے۔ کسی اور کو دیکھنا نصیب نہیں ہوگا،</w:t>
      </w:r>
    </w:p>
    <w:p>
      <w:r>
        <w:rPr>
          <w:b/>
        </w:rPr>
        <w:t xml:space="preserve">[16:42] </w:t>
      </w:r>
      <w:r>
        <w:t>aur phir isi ke liye paradise hogi.</w:t>
      </w:r>
    </w:p>
    <w:p>
      <w:pPr>
        <w:jc w:val="right"/>
      </w:pPr>
      <w:r>
        <w:t>اور پھر اسی کے لیے پیرائز ہوگی۔</w:t>
      </w:r>
    </w:p>
    <w:p>
      <w:r>
        <w:rPr>
          <w:b/>
        </w:rPr>
        <w:t xml:space="preserve">[16:53] </w:t>
      </w:r>
      <w:r>
        <w:t>ek ek shayar the, fani badayuni, woh mere nazdeek ek seeker insan the,</w:t>
      </w:r>
    </w:p>
    <w:p>
      <w:pPr>
        <w:jc w:val="right"/>
      </w:pPr>
      <w:r>
        <w:t>ایک ایک شاعر تھے، فانی بدایونی، وہ میرے نزدیک ایک سیکھر انسان تھے،</w:t>
      </w:r>
    </w:p>
    <w:p>
      <w:r>
        <w:rPr>
          <w:b/>
        </w:rPr>
        <w:t xml:space="preserve">[17:08] </w:t>
      </w:r>
      <w:r>
        <w:t>seeker insan, kyunke shayari talash ki shayari thi. to ek sher unhon ne kaha tha: "mujhe bula ke yahan aap chup gaya koi, woh mehman hoon jise mezban nahi milta." yeh dekhen, badi ajeeb o ghareeb baat hai ke insan paida ho kar dunya mein aata hai,</w:t>
      </w:r>
    </w:p>
    <w:p>
      <w:pPr>
        <w:jc w:val="right"/>
      </w:pPr>
      <w:r>
        <w:t>سیکھر انسان، کیونکہ شاعری تلاش کی شاعری تھی۔ تو ایک شعر انہوں نے کہا تھا: "مجھے بلا کے یہاں آپ چھپ گیا کوئی، وہ مہماں ہوں جسے میزبان نہیں ملتا۔" یہ دیکھیں، بڑی عجیب و غریب بات ہے کہ انسان پیدا ہو کر دنیا میں آتا ہے،</w:t>
      </w:r>
    </w:p>
    <w:p>
      <w:r>
        <w:rPr>
          <w:b/>
        </w:rPr>
        <w:t xml:space="preserve">[17:37] </w:t>
      </w:r>
      <w:r>
        <w:t>yahan us ko milta hai ke yahan par us ke liye maa baap hain,</w:t>
      </w:r>
    </w:p>
    <w:p>
      <w:pPr>
        <w:jc w:val="right"/>
      </w:pPr>
      <w:r>
        <w:t>یہاں اس کو ملتا ہے کہ یہاں پر اس کے لیے ماں باپ ہیں،</w:t>
      </w:r>
    </w:p>
    <w:p>
      <w:r>
        <w:rPr>
          <w:b/>
        </w:rPr>
        <w:t xml:space="preserve">[17:46] </w:t>
      </w:r>
      <w:r>
        <w:t>rishtedar hain, zameen hai, aasman hai, poori ek dunya</w:t>
      </w:r>
    </w:p>
    <w:p>
      <w:pPr>
        <w:jc w:val="right"/>
      </w:pPr>
      <w:r>
        <w:t>رشتہ دار ہیں، زمین ہے، آسمان ہے، پوری ایک دنیا</w:t>
      </w:r>
    </w:p>
    <w:p>
      <w:r>
        <w:rPr>
          <w:b/>
        </w:rPr>
        <w:t xml:space="preserve">[17:55] </w:t>
      </w:r>
      <w:r>
        <w:t>us ke liye maujood hai,</w:t>
      </w:r>
    </w:p>
    <w:p>
      <w:pPr>
        <w:jc w:val="right"/>
      </w:pPr>
      <w:r>
        <w:t>اس کے لیے موجود ہے،</w:t>
      </w:r>
    </w:p>
    <w:p>
      <w:r>
        <w:rPr>
          <w:b/>
        </w:rPr>
        <w:t xml:space="preserve">[17:59] </w:t>
      </w:r>
      <w:r>
        <w:t>ek poori universe. aur kamal hairat ki baat yeh hai ke custom made universe.</w:t>
      </w:r>
    </w:p>
    <w:p>
      <w:pPr>
        <w:jc w:val="right"/>
      </w:pPr>
      <w:r>
        <w:t>ایک پوری یونیورس۔ اور کمال حیرت کی بات یہ ہے کہ کسٹم میڈ یونیورس۔</w:t>
      </w:r>
    </w:p>
    <w:p>
      <w:r>
        <w:rPr>
          <w:b/>
        </w:rPr>
        <w:t xml:space="preserve">[18:11] </w:t>
      </w:r>
      <w:r>
        <w:t>insan to ek choti si makhlooq hai, yeh itni badi kainat, itni badi universe, woh poori ki poori custom made hai.</w:t>
      </w:r>
    </w:p>
    <w:p>
      <w:pPr>
        <w:jc w:val="right"/>
      </w:pPr>
      <w:r>
        <w:t>انسان تو ایک چھوٹی سی مخلوق ہے، یہ اتنی بڑی کائنات، اتنی بڑی یونیورس، وہ پوری کی پوری کسٹم میڈ ہے۔</w:t>
      </w:r>
    </w:p>
    <w:p>
      <w:r>
        <w:rPr>
          <w:b/>
        </w:rPr>
        <w:t xml:space="preserve">[18:23] </w:t>
      </w:r>
      <w:r>
        <w:t>yani jaisa insan chahta tha, jab ke abhi us maa ke pait mein tha, to waisa hi, waisa hi, waisa hi ek bani banai dunya, kainat us ke liye yahan maujood hui, maujood thi.</w:t>
      </w:r>
    </w:p>
    <w:p>
      <w:pPr>
        <w:jc w:val="right"/>
      </w:pPr>
      <w:r>
        <w:t>یعنی جیسا انسان چاہتا تھا، جب کہ ابھی اس ماں کے پیٹ میں تھا، تو ویسا ہی، ویسا ہی، ویسا ہی ایک بنی بنائی دنیا، کائنات اس کے لیے یہاں موجود ہوئی، موجود تھی۔</w:t>
      </w:r>
    </w:p>
    <w:p>
      <w:r>
        <w:rPr>
          <w:b/>
        </w:rPr>
        <w:t xml:space="preserve">[18:42] </w:t>
      </w:r>
      <w:r>
        <w:t>to itni hairat mein, itni hairat ki dunya woh dekhta hai, paida ho kar</w:t>
      </w:r>
    </w:p>
    <w:p>
      <w:pPr>
        <w:jc w:val="right"/>
      </w:pPr>
      <w:r>
        <w:t>تو اتنی حیرت میں، اتنی حیرت کی دنیا وہ دیکھتا ہے، پیدا ہو کر</w:t>
      </w:r>
    </w:p>
    <w:p>
      <w:r>
        <w:rPr>
          <w:b/>
        </w:rPr>
        <w:t xml:space="preserve">[18:56] </w:t>
      </w:r>
      <w:r>
        <w:t>to fitri taur par us ko talash hoti hai ke kaun hai mera khaliq,</w:t>
      </w:r>
    </w:p>
    <w:p>
      <w:pPr>
        <w:jc w:val="right"/>
      </w:pPr>
      <w:r>
        <w:t>تو فطری طور پر اس کو تلاش ہوتی ہے کہ کون ہے میرا خالق،</w:t>
      </w:r>
    </w:p>
    <w:p>
      <w:r>
        <w:rPr>
          <w:b/>
        </w:rPr>
        <w:t xml:space="preserve">[19:04] </w:t>
      </w:r>
      <w:r>
        <w:t>woh kahan hai.</w:t>
      </w:r>
    </w:p>
    <w:p>
      <w:pPr>
        <w:jc w:val="right"/>
      </w:pPr>
      <w:r>
        <w:t>وہ کہاں ہے۔</w:t>
      </w:r>
    </w:p>
    <w:p>
      <w:r>
        <w:rPr>
          <w:b/>
        </w:rPr>
        <w:t xml:space="preserve">[19:10] </w:t>
      </w:r>
      <w:r>
        <w:t>aik aik shair tha, koi hindi, hindi ka, us ne bhi isi tareeqay se kaha tha, jaise fani ne kaha: "yeh kaun chitkaar hai, yeh kaun chitkaar hai?" aik hindi ke shair rahe thay, to us ne kaha ke yeh phool, yeh chashma, yeh nadi, yeh suraj, yeh chand, yeh aasman,</w:t>
      </w:r>
    </w:p>
    <w:p>
      <w:pPr>
        <w:jc w:val="right"/>
      </w:pPr>
      <w:r>
        <w:t>ایک ایک شاعر تھا، کوئی ہندی، ہندی کا، اس نے بھی اسی طریقے سے کہا تھا، جیسے فانی نے کہا: "یہ کون چتکار ہے، یہ کون چتکار ہے؟" ایک ہندی کے شاعر رہے تھے، تو اس نے کہا کہ یہ پھول، یہ چشمہ، یہ ندی، یہ سورج، یہ چاند، یہ آسمان،</w:t>
      </w:r>
    </w:p>
    <w:p>
      <w:r>
        <w:rPr>
          <w:b/>
        </w:rPr>
        <w:t xml:space="preserve">[19:35] </w:t>
      </w:r>
      <w:r>
        <w:t>sab ko ginata hai, phir kehta hai: "yeh kaun chitkaar hai, kaun chitkaar hai?"</w:t>
      </w:r>
    </w:p>
    <w:p>
      <w:pPr>
        <w:jc w:val="right"/>
      </w:pPr>
      <w:r>
        <w:t>سب کو گناتا ہے، پھر کہتا ہے: "یہ کون چتکار ہے، کون چتکار ہے؟"</w:t>
      </w:r>
    </w:p>
    <w:p>
      <w:r>
        <w:rPr>
          <w:b/>
        </w:rPr>
        <w:t xml:space="preserve">[19:44] </w:t>
      </w:r>
      <w:r>
        <w:t>to yahi sochte hue meri zuban par aaj yeh lafz aaya tha, aaj subah ke zindagi insan ke liye aik intezar hai, intezar us waqt ka jab ke</w:t>
      </w:r>
    </w:p>
    <w:p>
      <w:pPr>
        <w:jc w:val="right"/>
      </w:pPr>
      <w:r>
        <w:t>تو یہی سوچتے ہوئے میری زبان پر آج یہ لفظ آیا تھا، آج صبح کہ زندگی انسان کے لیے ایک انتظار ہے، انتظار اس وقت کا جب کہ</w:t>
      </w:r>
    </w:p>
    <w:p>
      <w:r>
        <w:rPr>
          <w:b/>
        </w:rPr>
        <w:t xml:space="preserve">[20:06] </w:t>
      </w:r>
      <w:r>
        <w:t>jab ke insan</w:t>
      </w:r>
    </w:p>
    <w:p>
      <w:pPr>
        <w:jc w:val="right"/>
      </w:pPr>
      <w:r>
        <w:t>جب کہ انسان</w:t>
      </w:r>
    </w:p>
    <w:p>
      <w:r>
        <w:rPr>
          <w:b/>
        </w:rPr>
        <w:t xml:space="preserve">[20:12] </w:t>
      </w:r>
      <w:r>
        <w:t>khushi aur hairat ke is aasman ke sath apne rab ko dekhe.</w:t>
      </w:r>
    </w:p>
    <w:p>
      <w:pPr>
        <w:jc w:val="right"/>
      </w:pPr>
      <w:r>
        <w:t>خوشی اور حیرت کے اس آسمان کے ساتھ اپنے رب کو دیکھے۔</w:t>
      </w:r>
    </w:p>
    <w:p>
      <w:r>
        <w:rPr>
          <w:b/>
        </w:rPr>
        <w:t xml:space="preserve">[20:20] </w:t>
      </w:r>
      <w:r>
        <w:t>yeh hai mera rab, yeh hai mera khaliq, aur aur us ke aage wahdat muqtarib ka waqia pesh aaye, yani jo gir pade, us ke aage se sajde mein.</w:t>
      </w:r>
    </w:p>
    <w:p>
      <w:pPr>
        <w:jc w:val="right"/>
      </w:pPr>
      <w:r>
        <w:t>یہ ہے میرا رب، یہ ہے میرا خالق، اور اور اس کے آگے وحدت مقترب کا واقعہ پیش آئے، یعنی جو گر پڑے، اس کے آگے سے سجدے میں۔</w:t>
      </w:r>
    </w:p>
    <w:p>
      <w:r>
        <w:rPr>
          <w:b/>
        </w:rPr>
        <w:t xml:space="preserve">[20:36] </w:t>
      </w:r>
      <w:r>
        <w:t>asli sajda to abhi baqi hai, abhi jo aap sajda karte hain, aap masjidon mein, woh asli sajda nahi hai.</w:t>
      </w:r>
    </w:p>
    <w:p>
      <w:pPr>
        <w:jc w:val="right"/>
      </w:pPr>
      <w:r>
        <w:t>اصلی سجدہ تو ابھی باقی ہے، ابھی جو آپ سجدہ کرتے ہیں، آپ مسجدوں میں، وہ اصلی سجدہ نہیں ہے۔</w:t>
      </w:r>
    </w:p>
    <w:p>
      <w:r>
        <w:rPr>
          <w:b/>
        </w:rPr>
        <w:t xml:space="preserve">[20:50] </w:t>
      </w:r>
      <w:r>
        <w:t>to woh waqt aaye ga jab ke Allah, Allah rab ul alameen,</w:t>
      </w:r>
    </w:p>
    <w:p>
      <w:pPr>
        <w:jc w:val="right"/>
      </w:pPr>
      <w:r>
        <w:t>تو وہ وقت آئے گا جب کہ اللہ، اللہ رب العالمین،</w:t>
      </w:r>
    </w:p>
    <w:p>
      <w:r>
        <w:rPr>
          <w:b/>
        </w:rPr>
        <w:t xml:space="preserve">[21:00] </w:t>
      </w:r>
      <w:r>
        <w:t>barah-e-rast taur par insan ke samne aa jayega. is waqt insan dekhega ke jis khuda ko woh bhoola hua tha,</w:t>
      </w:r>
    </w:p>
    <w:p>
      <w:pPr>
        <w:jc w:val="right"/>
      </w:pPr>
      <w:r>
        <w:t>براہ راست طور پر انسان کے سامنے آ جائے گا۔ اس وقت انسان دیکھے گا کہ جس خدا کو وہ بھولا ہوا تھا،</w:t>
      </w:r>
    </w:p>
    <w:p>
      <w:r>
        <w:rPr>
          <w:b/>
        </w:rPr>
        <w:t xml:space="preserve">[21:15] </w:t>
      </w:r>
      <w:r>
        <w:t>wahi to uska sab kuch tha.</w:t>
      </w:r>
    </w:p>
    <w:p>
      <w:pPr>
        <w:jc w:val="right"/>
      </w:pPr>
      <w:r>
        <w:t>وہی تو اس کا سب کچھ تھا۔</w:t>
      </w:r>
    </w:p>
    <w:p>
      <w:r>
        <w:rPr>
          <w:b/>
        </w:rPr>
        <w:t xml:space="preserve">[21:19] </w:t>
      </w:r>
      <w:r>
        <w:t>jis khuda ko chhod kar woh doosri cheezon ko yaad karta tha, woh asal nahi tha, asal to Allah rab ul alameen tha.</w:t>
      </w:r>
    </w:p>
    <w:p>
      <w:pPr>
        <w:jc w:val="right"/>
      </w:pPr>
      <w:r>
        <w:t>جس خدا کو چھوڑ کر وہ دوسری چیزوں کو یاد کرتا تھا، وہ اصل نہیں تھا، اصل تو اللہ رب العالمین تھا۔</w:t>
      </w:r>
    </w:p>
    <w:p>
      <w:r>
        <w:rPr>
          <w:b/>
        </w:rPr>
        <w:t xml:space="preserve">[21:33] </w:t>
      </w:r>
      <w:r>
        <w:t>to yeh aik tajruba hai jo apni haqeeqat ke aitbar se ajiz ho raha hai, aur qayamat mein khule taur par hoga,</w:t>
      </w:r>
    </w:p>
    <w:p>
      <w:pPr>
        <w:jc w:val="right"/>
      </w:pPr>
      <w:r>
        <w:t>تو یہ ایک تجربہ ہے جو اپنی حقیقت کے اعتبار سے عاجز ہو رہا ہے، اور قیامت میں کھلے طور پر ہوگا،</w:t>
      </w:r>
    </w:p>
    <w:p>
      <w:r>
        <w:rPr>
          <w:b/>
        </w:rPr>
        <w:t xml:space="preserve">[21:50] </w:t>
      </w:r>
      <w:r>
        <w:t>khule taur par hoga.</w:t>
      </w:r>
    </w:p>
    <w:p>
      <w:pPr>
        <w:jc w:val="right"/>
      </w:pPr>
      <w:r>
        <w:t>کھلے طور پر ہوگا۔</w:t>
      </w:r>
    </w:p>
    <w:p>
      <w:r>
        <w:rPr>
          <w:b/>
        </w:rPr>
        <w:t xml:space="preserve">[22:00] </w:t>
      </w:r>
      <w:r>
        <w:t>lekin yeh bohat hi ajeeb baat hai ke is dunya mein hum sab kuch dekhte hain, sab kuch dekhte hain, lekin isi khuda ko nahi dekhte jo hamara sab kuch hai.</w:t>
      </w:r>
    </w:p>
    <w:p>
      <w:pPr>
        <w:jc w:val="right"/>
      </w:pPr>
      <w:r>
        <w:t>لیکن یہ بہت ہی عجیب بات ہے کہ اس دنیا میں ہم سب کچھ دیکھتے ہیں، سب کچھ دیکھتے ہیں، لیکن اسی خدا کو نہیں دیکھتے جو ہمارا سب کچھ ہے۔</w:t>
      </w:r>
    </w:p>
    <w:p>
      <w:r>
        <w:rPr>
          <w:b/>
        </w:rPr>
        <w:t xml:space="preserve">[22:18] </w:t>
      </w:r>
      <w:r>
        <w:t>bohat ajeeb baat hai jo khuda hamara sab kuch hai, hum ko sab kuch de raha hai,</w:t>
      </w:r>
    </w:p>
    <w:p>
      <w:pPr>
        <w:jc w:val="right"/>
      </w:pPr>
      <w:r>
        <w:t>بہت عجیب بات ہے جو خدا ہمارا سب کچھ ہے، ہم کو سب کچھ دے رہا ہے،</w:t>
      </w:r>
    </w:p>
    <w:p>
      <w:r>
        <w:rPr>
          <w:b/>
        </w:rPr>
        <w:t xml:space="preserve">[22:31] </w:t>
      </w:r>
      <w:r>
        <w:t>isi ke dene se hum sab kuch pa rahe hain. woh mukammal taur par unseen hai, woh dikhai nahi deta.</w:t>
      </w:r>
    </w:p>
    <w:p>
      <w:pPr>
        <w:jc w:val="right"/>
      </w:pPr>
      <w:r>
        <w:t>اسی کے دینے سے ہم سب کچھ پا رہے ہیں۔ وہ مکمل طور پر ان سین ہے، وہ دکھائی نہیں دیتا۔</w:t>
      </w:r>
    </w:p>
    <w:p>
      <w:r>
        <w:rPr>
          <w:b/>
        </w:rPr>
        <w:t xml:space="preserve">[22:47] </w:t>
      </w:r>
      <w:r>
        <w:t>to in ayaton mein aur in hadithon mein is ka aik demonstration hoga.</w:t>
      </w:r>
    </w:p>
    <w:p>
      <w:pPr>
        <w:jc w:val="right"/>
      </w:pPr>
      <w:r>
        <w:t>تو ان آیتوں میں اور ان حدیثوں میں اس کا ایک ڈیمونسٹریشن ہوگا۔</w:t>
      </w:r>
    </w:p>
    <w:p>
      <w:r>
        <w:rPr>
          <w:b/>
        </w:rPr>
        <w:t xml:space="preserve">[22:58] </w:t>
      </w:r>
      <w:r>
        <w:t>yeh jo quran ki ayat padhi gayi aur jo hadith padhi gayi, woh gaya is haqeeqat ka jo qayamat mein zahir hogi,</w:t>
      </w:r>
    </w:p>
    <w:p>
      <w:pPr>
        <w:jc w:val="right"/>
      </w:pPr>
      <w:r>
        <w:t>یہ جو قرآن کی آیت پڑھی گئی اور جو حدیث پڑھی گئی، وہ گیا اس حقیقت کا جو قیامت میں ظاہر ہوگی،</w:t>
      </w:r>
    </w:p>
    <w:p>
      <w:r>
        <w:rPr>
          <w:b/>
        </w:rPr>
        <w:t xml:space="preserve">[23:11] </w:t>
      </w:r>
      <w:r>
        <w:t>is ka peshgi demonstration hai, peshgi demonstration hai.</w:t>
      </w:r>
    </w:p>
    <w:p>
      <w:pPr>
        <w:jc w:val="right"/>
      </w:pPr>
      <w:r>
        <w:t>اس کا پیشگی ڈیمونسٹریشن ہے، پیشگی ڈیمونسٹریشن ہے۔</w:t>
      </w:r>
    </w:p>
    <w:p>
      <w:r>
        <w:rPr>
          <w:b/>
        </w:rPr>
        <w:t xml:space="preserve">[23:21] </w:t>
      </w:r>
      <w:r>
        <w:t>to jo aadmi</w:t>
      </w:r>
    </w:p>
    <w:p>
      <w:pPr>
        <w:jc w:val="right"/>
      </w:pPr>
      <w:r>
        <w:t>تو جو آدمی</w:t>
      </w:r>
    </w:p>
    <w:p>
      <w:r>
        <w:rPr>
          <w:b/>
        </w:rPr>
        <w:t xml:space="preserve">[23:27] </w:t>
      </w:r>
      <w:r>
        <w:t>sochne wala insan ho,</w:t>
      </w:r>
    </w:p>
    <w:p>
      <w:pPr>
        <w:jc w:val="right"/>
      </w:pPr>
      <w:r>
        <w:t>سوچنے والا انسان ہو،</w:t>
      </w:r>
    </w:p>
    <w:p>
      <w:r>
        <w:rPr>
          <w:b/>
        </w:rPr>
        <w:t xml:space="preserve">[23:33] </w:t>
      </w:r>
      <w:r>
        <w:t>jis ne haqeeqat ko daryaft kiya ho,</w:t>
      </w:r>
    </w:p>
    <w:p>
      <w:pPr>
        <w:jc w:val="right"/>
      </w:pPr>
      <w:r>
        <w:t>جس نے حقیقت کو دریافت کیا ہو،</w:t>
      </w:r>
    </w:p>
    <w:p>
      <w:r>
        <w:rPr>
          <w:b/>
        </w:rPr>
        <w:t xml:space="preserve">[23:41] </w:t>
      </w:r>
      <w:r>
        <w:t>us ka kya haal hoga? mere paas alfaz nahi hain ke main is ko bayan karoon,</w:t>
      </w:r>
    </w:p>
    <w:p>
      <w:pPr>
        <w:jc w:val="right"/>
      </w:pPr>
      <w:r>
        <w:t>اس کا کیا حال ہوگا؟ میرے پاس الفاظ نہیں ہیں کہ میں اس کو بیان کروں،</w:t>
      </w:r>
    </w:p>
    <w:p>
      <w:r>
        <w:rPr>
          <w:b/>
        </w:rPr>
        <w:t xml:space="preserve">[23:48] </w:t>
      </w:r>
      <w:r>
        <w:t>kya haal hoga is ka?</w:t>
      </w:r>
    </w:p>
    <w:p>
      <w:pPr>
        <w:jc w:val="right"/>
      </w:pPr>
      <w:r>
        <w:t>کیا حال ہوگا اس کا؟</w:t>
      </w:r>
    </w:p>
    <w:p>
      <w:r>
        <w:rPr>
          <w:b/>
        </w:rPr>
        <w:t xml:space="preserve">[23:58] </w:t>
      </w:r>
      <w:r>
        <w:t>aaj mein soch raha tha ke quran mein ayat hai: "wa laqad karramna bani aadam,</w:t>
      </w:r>
    </w:p>
    <w:p>
      <w:pPr>
        <w:jc w:val="right"/>
      </w:pPr>
      <w:r>
        <w:t>آج میں سوچ رہا تھا کہ قرآن میں آیت ہے: "ولقت کرمنا بنی آدم،</w:t>
      </w:r>
    </w:p>
    <w:p>
      <w:r>
        <w:rPr>
          <w:b/>
        </w:rPr>
        <w:t xml:space="preserve">[24:14] </w:t>
      </w:r>
      <w:r>
        <w:t>laqad khalaqnal insana fi ahsani taqwim". is tarah ki mutadid aayatein hain. to mein soch raha tha ke kaise</w:t>
      </w:r>
    </w:p>
    <w:p>
      <w:pPr>
        <w:jc w:val="right"/>
      </w:pPr>
      <w:r>
        <w:t>لقد خلقنا الانسان فی احسن تقویم"۔ اس طرح کی متعدد آیتیں ہیں۔ تو میں سوچ رہا تھا کہ کیسے</w:t>
      </w:r>
    </w:p>
    <w:p>
      <w:r>
        <w:rPr>
          <w:b/>
        </w:rPr>
        <w:t xml:space="preserve">[24:26] </w:t>
      </w:r>
      <w:r>
        <w:t>kaise khuda ne socha hoga, kaise is ki takhleeq ki hogi,</w:t>
      </w:r>
    </w:p>
    <w:p>
      <w:pPr>
        <w:jc w:val="right"/>
      </w:pPr>
      <w:r>
        <w:t>کیسے خدا نے سوچا ہوگا، کیسے اس کی تخلیق کی ہوگی،</w:t>
      </w:r>
    </w:p>
    <w:p>
      <w:r>
        <w:rPr>
          <w:b/>
        </w:rPr>
        <w:t xml:space="preserve">[24:34] </w:t>
      </w:r>
      <w:r>
        <w:t>kaise itna sara alam banaya hoga, phir insaan ko is mein abad kiya hoga?</w:t>
      </w:r>
    </w:p>
    <w:p>
      <w:pPr>
        <w:jc w:val="right"/>
      </w:pPr>
      <w:r>
        <w:t>کیسے اتنا سارا عالم بنایا ہوگا، پھر انسان کو اس میں آباد کیا ہوگا؟</w:t>
      </w:r>
    </w:p>
    <w:p>
      <w:r>
        <w:rPr>
          <w:b/>
        </w:rPr>
        <w:t xml:space="preserve">[24:55] </w:t>
      </w:r>
      <w:r>
        <w:t>ya aap sochein, agar is tareeqe se to aap ko nazar aayega, aap ko discover hogi, discovery hogi ke shaitan bhi aap ke liye ek nemat hi hai,</w:t>
      </w:r>
    </w:p>
    <w:p>
      <w:pPr>
        <w:jc w:val="right"/>
      </w:pPr>
      <w:r>
        <w:t>یا آپ سوچیں، اگر اس طریقے سے تو آپ کو نظر آئے گا، آپ کو ڈسکور ہوگی، ڈسکوری ہوگی کہ شیطان بھی آپ کے لیے ایک نعمت ہی ہے،</w:t>
      </w:r>
    </w:p>
    <w:p>
      <w:r>
        <w:rPr>
          <w:b/>
        </w:rPr>
        <w:t xml:space="preserve">[25:10] </w:t>
      </w:r>
      <w:r>
        <w:t>blessing hai.</w:t>
      </w:r>
    </w:p>
    <w:p>
      <w:pPr>
        <w:jc w:val="right"/>
      </w:pPr>
      <w:r>
        <w:t>بلیسنگ ہے۔</w:t>
      </w:r>
    </w:p>
    <w:p>
      <w:r>
        <w:rPr>
          <w:b/>
        </w:rPr>
        <w:t xml:space="preserve">[25:14] </w:t>
      </w:r>
      <w:r>
        <w:t>shaitan koi agarche ek ek</w:t>
      </w:r>
    </w:p>
    <w:p>
      <w:pPr>
        <w:jc w:val="right"/>
      </w:pPr>
      <w:r>
        <w:t>شیطان کوئی اگرچہ ایک ایک</w:t>
      </w:r>
    </w:p>
    <w:p>
      <w:r>
        <w:rPr>
          <w:b/>
        </w:rPr>
        <w:t xml:space="preserve">[25:23] </w:t>
      </w:r>
      <w:r>
        <w:t>bazaahir ek evil hai, evil hai, lekin apni haqeeqat ke aitbaar se woh ek sachche insaan ke liye blessing hai.</w:t>
      </w:r>
    </w:p>
    <w:p>
      <w:pPr>
        <w:jc w:val="right"/>
      </w:pPr>
      <w:r>
        <w:t>بظاہر ایک ایول ہے، ایول ہے، لیکن اپنی حقیقت کے اعتبار سے وہ ایک سچے انسان کے لیے بلیسنگ ہے۔</w:t>
      </w:r>
    </w:p>
    <w:p>
      <w:r>
        <w:rPr>
          <w:b/>
        </w:rPr>
        <w:t xml:space="preserve">[25:34] </w:t>
      </w:r>
      <w:r>
        <w:t>kyun? woh aap ki zindagi ko struggle ki zindagi bana deta hai.</w:t>
      </w:r>
    </w:p>
    <w:p>
      <w:pPr>
        <w:jc w:val="right"/>
      </w:pPr>
      <w:r>
        <w:t>کیوں؟ وہ آپ کی زندگی کو اسٹرگل کی زندگی بنا دیتا ہے۔</w:t>
      </w:r>
    </w:p>
    <w:p>
      <w:r>
        <w:rPr>
          <w:b/>
        </w:rPr>
        <w:t xml:space="preserve">[25:46] </w:t>
      </w:r>
      <w:r>
        <w:t>shaitan agar na ho to aap ki zindagi struggle ki zindagi na bane.</w:t>
      </w:r>
    </w:p>
    <w:p>
      <w:pPr>
        <w:jc w:val="right"/>
      </w:pPr>
      <w:r>
        <w:t>شیطان اگر نہ ہو تو آپ کی زندگی اسٹرگل کی زندگی نہ بنے۔</w:t>
      </w:r>
    </w:p>
    <w:p>
      <w:r>
        <w:rPr>
          <w:b/>
        </w:rPr>
        <w:t xml:space="preserve">[25:54] </w:t>
      </w:r>
      <w:r>
        <w:t>aur aap jaante hain ke struggle ki zindagi hi woh zindagi hai jo aap ki development ka zariya hai:</w:t>
      </w:r>
    </w:p>
    <w:p>
      <w:pPr>
        <w:jc w:val="right"/>
      </w:pPr>
      <w:r>
        <w:t>اور آپ جانتے ہیں کہ اسٹرگل کی زندگی ہی وہ زندگی ہے جو آپ کی ڈیولپمنٹ کا ذریعہ ہے:</w:t>
      </w:r>
    </w:p>
    <w:p>
      <w:r>
        <w:rPr>
          <w:b/>
        </w:rPr>
        <w:t xml:space="preserve">[26:10] </w:t>
      </w:r>
      <w:r>
        <w:t>spiritual development, intellectual development, personality development. yeh struggle ke baghair nahi ho sakta.</w:t>
      </w:r>
    </w:p>
    <w:p>
      <w:pPr>
        <w:jc w:val="right"/>
      </w:pPr>
      <w:r>
        <w:t>اسپریچول ڈیولپمنٹ، انٹلیکچول ڈیولپمنٹ، پرسنیلٹی ڈیولپمنٹ۔ یہ اسٹرگل کے بغیر نہیں ہو سکتا۔</w:t>
      </w:r>
    </w:p>
    <w:p>
      <w:r>
        <w:rPr>
          <w:b/>
        </w:rPr>
        <w:t xml:space="preserve">[26:26] </w:t>
      </w:r>
      <w:r>
        <w:t>to shaitan agarche bazaahir ek evil hai, evil, lekin isi ke zariye se, isi ki wajah se duniya mein struggle qaaim hota hai,</w:t>
      </w:r>
    </w:p>
    <w:p>
      <w:pPr>
        <w:jc w:val="right"/>
      </w:pPr>
      <w:r>
        <w:t>تو شیطان اگرچہ بظاہر ایک ایول ہے، ایول، لیکن اسی کے ذریعے سے، اسی کی وجہ سے دنیا میں اسٹرگل قائم ہوتا ہے،</w:t>
      </w:r>
    </w:p>
    <w:p>
      <w:r>
        <w:rPr>
          <w:b/>
        </w:rPr>
        <w:t xml:space="preserve">[26:41] </w:t>
      </w:r>
      <w:r>
        <w:t>jidd o jehad, aur isi wajah se duniya field of struggle ban jaati hai.</w:t>
      </w:r>
    </w:p>
    <w:p>
      <w:pPr>
        <w:jc w:val="right"/>
      </w:pPr>
      <w:r>
        <w:t>جدوجہد، اور اسی وجہ سے دنیا فیلڈ آف اسٹرگل بن جاتی ہے۔</w:t>
      </w:r>
    </w:p>
    <w:p>
      <w:r>
        <w:rPr>
          <w:b/>
        </w:rPr>
        <w:t xml:space="preserve">[26:52] </w:t>
      </w:r>
      <w:r>
        <w:t>aur isi ki wajah se aap ka development hota hai.</w:t>
      </w:r>
    </w:p>
    <w:p>
      <w:pPr>
        <w:jc w:val="right"/>
      </w:pPr>
      <w:r>
        <w:t>اور اسی کی وجہ سے آپ کا ڈیولپمنٹ ہوتا ہے۔</w:t>
      </w:r>
    </w:p>
    <w:p>
      <w:r>
        <w:rPr>
          <w:b/>
        </w:rPr>
        <w:t xml:space="preserve">[27:00] </w:t>
      </w:r>
      <w:r>
        <w:t>aur yeh development saada nahi hai. isi spiritual development ya intellectual development ki wajah se aap apne rab ko discover kar paate hain,</w:t>
      </w:r>
    </w:p>
    <w:p>
      <w:pPr>
        <w:jc w:val="right"/>
      </w:pPr>
      <w:r>
        <w:t>اور یہ ڈیولپمنٹ سادہ نہیں ہے۔ اسی اسپریچول ڈیولپمنٹ یا انٹلیکچول ڈیولپمنٹ کی وجہ سے آپ اپنے رب کو ڈسکور کر پاتے ہیں،</w:t>
      </w:r>
    </w:p>
    <w:p>
      <w:r>
        <w:rPr>
          <w:b/>
        </w:rPr>
        <w:t xml:space="preserve">[27:13] </w:t>
      </w:r>
      <w:r>
        <w:t>nahi to dull pade rahein. dull! agar duniya mein struggle na ho to aap dull pade rahein.</w:t>
      </w:r>
    </w:p>
    <w:p>
      <w:pPr>
        <w:jc w:val="right"/>
      </w:pPr>
      <w:r>
        <w:t>نہیں تو ڈل پڑے رہیں۔ ڈل! اگر دنیا میں اسٹرگل نہ ہو تو آپ ڈل پڑے رہیں۔</w:t>
      </w:r>
    </w:p>
    <w:p>
      <w:r>
        <w:rPr>
          <w:b/>
        </w:rPr>
        <w:t xml:space="preserve">[27:24] </w:t>
      </w:r>
      <w:r>
        <w:t>aap ko shakk ho to duniya mein aise log maujood hain jin ke paas paisa hai aur izzat hai aur sari cheezein hain.</w:t>
      </w:r>
    </w:p>
    <w:p>
      <w:pPr>
        <w:jc w:val="right"/>
      </w:pPr>
      <w:r>
        <w:t>آپ کو شک ہو تو دنیا میں ایسے لوگ موجود ہیں جن کے پاس پیسہ ہے اور عزت ہے اور ساری چیزیں ہیں۔</w:t>
      </w:r>
    </w:p>
    <w:p>
      <w:r>
        <w:rPr>
          <w:b/>
        </w:rPr>
        <w:t xml:space="preserve">[27:36] </w:t>
      </w:r>
      <w:r>
        <w:t>un ko dekhiye, qareeb qareeb se ja kar ek dull life milegi aap ko wahan par.</w:t>
      </w:r>
    </w:p>
    <w:p>
      <w:pPr>
        <w:jc w:val="right"/>
      </w:pPr>
      <w:r>
        <w:t>ان کو دیکھیے، قریب قریب سے جا کر ایک ڈل لائف ملے گی آپ کو وہاں پر۔</w:t>
      </w:r>
    </w:p>
    <w:p>
      <w:r>
        <w:rPr>
          <w:b/>
        </w:rPr>
        <w:t xml:space="preserve">[27:45] </w:t>
      </w:r>
      <w:r>
        <w:t>to shaitan ki wajah se jo struggle paida hoti hai, us ki wajah se aap Rab-ul-alameen ko daryaft karte hain. us ki wajah se aap ke andar zehni ertaqa hota hai.</w:t>
      </w:r>
    </w:p>
    <w:p>
      <w:pPr>
        <w:jc w:val="right"/>
      </w:pPr>
      <w:r>
        <w:t>تو شیطان کی وجہ سے جو اسٹرگل پیدا ہوتی ہے، اس کی وجہ سے آپ رب العالمین کو دریافت کرتے ہیں۔ اس کی وجہ سے آپ کے اندر ذہنی ارتقاء ہوتا ہے۔</w:t>
      </w:r>
    </w:p>
    <w:p>
      <w:r>
        <w:rPr>
          <w:b/>
        </w:rPr>
        <w:t xml:space="preserve">[28:01] </w:t>
      </w:r>
      <w:r>
        <w:t>isi ki wajah se aap ke andar personality development hota hai. isi ki wajah se aap paradise ke liye ek deserving candidate bante hain.</w:t>
      </w:r>
    </w:p>
    <w:p>
      <w:pPr>
        <w:jc w:val="right"/>
      </w:pPr>
      <w:r>
        <w:t>اسی کی وجہ سے آپ کے اندر پرسنیلٹی ڈیولپمنٹ ہوتا ہے۔ اسی کی وجہ سے آپ پیرائز کے کے لیے ایک ڈیزرونگ کینڈیڈیٹ بنتے ہیں۔</w:t>
      </w:r>
    </w:p>
    <w:p>
      <w:r>
        <w:rPr>
          <w:b/>
        </w:rPr>
        <w:t xml:space="preserve">[28:19] </w:t>
      </w:r>
      <w:r>
        <w:t>to kaisa ajeeb hai yeh maamla?</w:t>
      </w:r>
    </w:p>
    <w:p>
      <w:pPr>
        <w:jc w:val="right"/>
      </w:pPr>
      <w:r>
        <w:t>تو کیسا عجیب ہے یہ معاملہ؟</w:t>
      </w:r>
    </w:p>
    <w:p>
      <w:r>
        <w:rPr>
          <w:b/>
        </w:rPr>
        <w:t xml:space="preserve">[28:29] </w:t>
      </w:r>
      <w:r>
        <w:t>to yeh jo ayat hai quran ki aur jo hadees hai, us ko aap padhein to aap ko wahi haal hoga jo madine ke mimbar, mimbar, mimbar ka hota ke mimbar aisa,</w:t>
      </w:r>
    </w:p>
    <w:p>
      <w:pPr>
        <w:jc w:val="right"/>
      </w:pPr>
      <w:r>
        <w:t>تو یہ جو آیت ہے قرآن کی اور جو حدیث ہے، اس کو آپ پڑھیں تو آپ کو وہی حال ہوگا جو مدینے کے ممبر، ممبر، ممبر کا ہوتا کہ ممبر ایسا،</w:t>
      </w:r>
    </w:p>
    <w:p>
      <w:r>
        <w:rPr>
          <w:b/>
        </w:rPr>
        <w:t xml:space="preserve">[28:48] </w:t>
      </w:r>
      <w:r>
        <w:t>mimbar par rasool Allah khade hue to. to yeh ayat padhi to aap thara uthe, sara mahaul yaani mein zalzala aa gaya.</w:t>
      </w:r>
    </w:p>
    <w:p>
      <w:pPr>
        <w:jc w:val="right"/>
      </w:pPr>
      <w:r>
        <w:t>ممبر پر رسول اللہ کھڑے ہوئے تو۔ تو یہ آیت پڑھی تو آپ تھرا اٹھے، سارا ماحول یعنی میں زلزلہ آ گیا۔</w:t>
      </w:r>
    </w:p>
    <w:p>
      <w:r>
        <w:rPr>
          <w:b/>
        </w:rPr>
        <w:t xml:space="preserve">[29:07] </w:t>
      </w:r>
      <w:r>
        <w:t>to yahi aap ka haal hoga agar aap is ko sach much</w:t>
      </w:r>
    </w:p>
    <w:p>
      <w:pPr>
        <w:jc w:val="right"/>
      </w:pPr>
      <w:r>
        <w:t>تو یہی آپ کا حال ہوگا اگر آپ اس کو سچ مچ</w:t>
      </w:r>
    </w:p>
    <w:p>
      <w:r>
        <w:rPr>
          <w:b/>
        </w:rPr>
        <w:t xml:space="preserve">[29:14] </w:t>
      </w:r>
      <w:r>
        <w:t>sehi ehsas ke sath parhein aur is ko samjhein.</w:t>
      </w:r>
    </w:p>
    <w:p>
      <w:pPr>
        <w:jc w:val="right"/>
      </w:pPr>
      <w:r>
        <w:t>صحیح احساس کے ساتھ پڑھیں اور اس کو سمجھیں۔</w:t>
      </w:r>
    </w:p>
    <w:p>
      <w:r>
        <w:rPr>
          <w:b/>
        </w:rPr>
        <w:t xml:space="preserve">[29:29] </w:t>
      </w:r>
      <w:r>
        <w:t>quran ka jo message hai, quran ka jo</w:t>
      </w:r>
    </w:p>
    <w:p>
      <w:pPr>
        <w:jc w:val="right"/>
      </w:pPr>
      <w:r>
        <w:t>قرآن کا جو میسج ہے، قرآن کا جو</w:t>
      </w:r>
    </w:p>
    <w:p>
      <w:r>
        <w:rPr>
          <w:b/>
        </w:rPr>
        <w:t xml:space="preserve">[29:38] </w:t>
      </w:r>
      <w:r>
        <w:t>paigham hai, woh gaya is waqe mein aur is ayat mein is ka demonstration ho raha hai,</w:t>
      </w:r>
    </w:p>
    <w:p>
      <w:pPr>
        <w:jc w:val="right"/>
      </w:pPr>
      <w:r>
        <w:t>پیغام ہے، وہ گیا اس واقعے میں اور اس آیت میں اس کا ڈیمونسٹریشن ہو رہا ہے،</w:t>
      </w:r>
    </w:p>
    <w:p>
      <w:r>
        <w:rPr>
          <w:b/>
        </w:rPr>
        <w:t xml:space="preserve">[29:51] </w:t>
      </w:r>
      <w:r>
        <w:t>demonstration ho raha hai.</w:t>
      </w:r>
    </w:p>
    <w:p>
      <w:pPr>
        <w:jc w:val="right"/>
      </w:pPr>
      <w:r>
        <w:t>ڈیمونسٹریشن ہو رہا ہے۔</w:t>
      </w:r>
    </w:p>
    <w:p>
      <w:r>
        <w:rPr>
          <w:b/>
        </w:rPr>
        <w:t xml:space="preserve">[30:00] </w:t>
      </w:r>
      <w:r>
        <w:t>aur mein samajhta hoon ke jab tak insan par yeh tajruba na guzre,</w:t>
      </w:r>
    </w:p>
    <w:p>
      <w:pPr>
        <w:jc w:val="right"/>
      </w:pPr>
      <w:r>
        <w:t>اور میں سمجھتا ہوں کہ جب تک انسان پر یہ تجربہ نہ گزرے،</w:t>
      </w:r>
    </w:p>
    <w:p>
      <w:r>
        <w:rPr>
          <w:b/>
        </w:rPr>
        <w:t xml:space="preserve">[30:08] </w:t>
      </w:r>
      <w:r>
        <w:t>jab tak insan par yeh tajruba na guzre, woh abhi,</w:t>
      </w:r>
    </w:p>
    <w:p>
      <w:pPr>
        <w:jc w:val="right"/>
      </w:pPr>
      <w:r>
        <w:t>جب تک انسان پر یہ تجربہ نہ گزرے، وہ ابھی،</w:t>
      </w:r>
    </w:p>
    <w:p>
      <w:r>
        <w:rPr>
          <w:b/>
        </w:rPr>
        <w:t xml:space="preserve">[30:16] </w:t>
      </w:r>
      <w:r>
        <w:t>abhi is ne kuch jana nahi. Yani rasool Allah par jo tajruba guzra jab aap mimber par khare hue, woh aik din ka waqe nahi tha.</w:t>
      </w:r>
    </w:p>
    <w:p>
      <w:pPr>
        <w:jc w:val="right"/>
      </w:pPr>
      <w:r>
        <w:t>ابھی اس نے کچھ جانا نہیں۔ یعنی رسول اللہ پر جو تجربہ گزرا جب آپ ممبر پر کھڑے ہوئے، وہ ایک دن کا واقعہ نہیں تھا۔</w:t>
      </w:r>
    </w:p>
    <w:p>
      <w:r>
        <w:rPr>
          <w:b/>
        </w:rPr>
        <w:t xml:space="preserve">[30:34] </w:t>
      </w:r>
      <w:r>
        <w:t>woh insan ko yeh bataya gaya, demonstration diya gaya ke agar tum rab-ul-alameen ko discover karo,</w:t>
      </w:r>
    </w:p>
    <w:p>
      <w:pPr>
        <w:jc w:val="right"/>
      </w:pPr>
      <w:r>
        <w:t>وہ انسان کو یہ بتایا گیا، ڈیمونسٹریشن دیا گیا کہ اگر تم رب العالمین کو ڈسکور کرو،</w:t>
      </w:r>
    </w:p>
    <w:p>
      <w:r>
        <w:rPr>
          <w:b/>
        </w:rPr>
        <w:t xml:space="preserve">[30:50] </w:t>
      </w:r>
      <w:r>
        <w:t>rab-ul-alameen ko, is universe ko, aur is universe mein jo kuch hai, un sab ko agar tum discover karo to tumhara haal yahi hoga ke is sari universe tumhare liye aik mimber ban jaye gi, mimber,</w:t>
      </w:r>
    </w:p>
    <w:p>
      <w:pPr>
        <w:jc w:val="right"/>
      </w:pPr>
      <w:r>
        <w:t>رب العالمین کو، اس یونیورس کو، اور اس یونیورس میں جو کچھ ہے، ان سب کو اگر تم ڈسکور کرو تو تمہارا حال یہی ہوگا کہ اس ساری یونیورس تمہارے لیے ایک ممبر بن جائے گی، ممبر،</w:t>
      </w:r>
    </w:p>
    <w:p>
      <w:r>
        <w:rPr>
          <w:b/>
        </w:rPr>
        <w:t xml:space="preserve">[31:09] </w:t>
      </w:r>
      <w:r>
        <w:t>aur is par khare ho kar tum thara kar ke yeh yeh alfaaz keh rahe hoge apni zaban mein.</w:t>
      </w:r>
    </w:p>
    <w:p>
      <w:pPr>
        <w:jc w:val="right"/>
      </w:pPr>
      <w:r>
        <w:t>اور اس پر کھڑے ہو کر تم تھرا کر کے یہ یہ الفاظ کہہ رہے ہوگے اپنی زبان میں۔</w:t>
      </w:r>
    </w:p>
    <w:p>
      <w:r>
        <w:rPr>
          <w:b/>
        </w:rPr>
        <w:t xml:space="preserve">[31:24] </w:t>
      </w:r>
      <w:r>
        <w:t>to is se maloom hota hai ke Khuda aik zinda Khuda hai, hayyul qayyum.</w:t>
      </w:r>
    </w:p>
    <w:p>
      <w:pPr>
        <w:jc w:val="right"/>
      </w:pPr>
      <w:r>
        <w:t>تو اس سے معلوم ہوتا ہے کہ خدا ایک زندہ خدا ہے، حی القیوم۔</w:t>
      </w:r>
    </w:p>
    <w:p>
      <w:r>
        <w:rPr>
          <w:b/>
        </w:rPr>
        <w:t xml:space="preserve">[31:42] </w:t>
      </w:r>
      <w:r>
        <w:t>yani falasfa bhi Khuda ko mante the lekin falasfa ka Khuda aik tasawwurati Khuda tha,</w:t>
      </w:r>
    </w:p>
    <w:p>
      <w:pPr>
        <w:jc w:val="right"/>
      </w:pPr>
      <w:r>
        <w:t>یعنی فلاسفہ بھی خدا کو مانتے تھے لیکن فلاسفہ کا خدا ایک تصوراتی خدا تھا،</w:t>
      </w:r>
    </w:p>
    <w:p>
      <w:r>
        <w:rPr>
          <w:b/>
        </w:rPr>
        <w:t xml:space="preserve">[31:54] </w:t>
      </w:r>
      <w:r>
        <w:t>tasawwurati Khuda tha.</w:t>
      </w:r>
    </w:p>
    <w:p>
      <w:pPr>
        <w:jc w:val="right"/>
      </w:pPr>
      <w:r>
        <w:t>تصوراتی خدا تھا۔</w:t>
      </w:r>
    </w:p>
    <w:p>
      <w:r>
        <w:rPr>
          <w:b/>
        </w:rPr>
        <w:t xml:space="preserve">[31:59] </w:t>
      </w:r>
      <w:r>
        <w:t>lekin Khuda aik zinda Khuda hai, aik zinda haqeeqat hai.</w:t>
      </w:r>
    </w:p>
    <w:p>
      <w:pPr>
        <w:jc w:val="right"/>
      </w:pPr>
      <w:r>
        <w:t>لیکن خدا ایک زندہ خدا ہے، ایک زندہ حقیقت ہے۔</w:t>
      </w:r>
    </w:p>
    <w:p>
      <w:r>
        <w:rPr>
          <w:b/>
        </w:rPr>
        <w:t xml:space="preserve">[32:12] </w:t>
      </w:r>
      <w:r>
        <w:t>is ki</w:t>
      </w:r>
    </w:p>
    <w:p>
      <w:pPr>
        <w:jc w:val="right"/>
      </w:pPr>
      <w:r>
        <w:t>اس کی</w:t>
      </w:r>
    </w:p>
    <w:p>
      <w:r>
        <w:rPr>
          <w:b/>
        </w:rPr>
        <w:t xml:space="preserve">[32:15] </w:t>
      </w:r>
      <w:r>
        <w:t>behtareen tasweer in alfaaz mein milti hai:</w:t>
      </w:r>
    </w:p>
    <w:p>
      <w:pPr>
        <w:jc w:val="right"/>
      </w:pPr>
      <w:r>
        <w:t>بہترین تصویر ان الفاظ میں ملتی ہے:</w:t>
      </w:r>
    </w:p>
    <w:p>
      <w:r>
        <w:rPr>
          <w:b/>
        </w:rPr>
        <w:t xml:space="preserve">[32:22] </w:t>
      </w:r>
      <w:r>
        <w:t>"la ilaha illa huwa, al-hayyul qayyum, la ta khuzuhu sinatun wa la nawm, lahu ma fis samawati wa ma fil ard, man dhal ladhi yashfa'u 'indahu illa bi idhnih, ya'lamu ma bayna aydihim wa ma khalfahum,</w:t>
      </w:r>
    </w:p>
    <w:p>
      <w:pPr>
        <w:jc w:val="right"/>
      </w:pPr>
      <w:r>
        <w:t>"لا الہ الاھو، الحی القیوم، لا طاقت سنت ولا نام، لہو ما فی السماوات وما فی الارض، منزل الذی یشعو عنده الا بے یعلم ما بینہ وما خلف،</w:t>
      </w:r>
    </w:p>
    <w:p>
      <w:r>
        <w:rPr>
          <w:b/>
        </w:rPr>
        <w:t xml:space="preserve">[32:44] </w:t>
      </w:r>
      <w:r>
        <w:t>wa la yuhituna bi shay'in min 'ilmihi illa ma sha'a, wasi'a kursiyyuhus samawati".</w:t>
      </w:r>
    </w:p>
    <w:p>
      <w:pPr>
        <w:jc w:val="right"/>
      </w:pPr>
      <w:r>
        <w:t>ولا یوتون بشئی علمی الا ماشاء، ورس کرسی السماوات"۔</w:t>
      </w:r>
    </w:p>
    <w:p>
      <w:r>
        <w:rPr>
          <w:b/>
        </w:rPr>
        <w:t xml:space="preserve">[32:54] </w:t>
      </w:r>
      <w:r>
        <w:t>mein taqreeban rozana fajar ki namaz ke baad in alfaaz ko dohrata hoon,</w:t>
      </w:r>
    </w:p>
    <w:p>
      <w:pPr>
        <w:jc w:val="right"/>
      </w:pPr>
      <w:r>
        <w:t>میں تقریباً روزانہ فجر کی نماز کے بعد ان الفاظ کو دہراتا ہوں،</w:t>
      </w:r>
    </w:p>
    <w:p>
      <w:r>
        <w:rPr>
          <w:b/>
        </w:rPr>
        <w:t xml:space="preserve">[33:04] </w:t>
      </w:r>
      <w:r>
        <w:t>taqreeban har subah ko. Mujh ko ajeeb is mein, yani rab-ul-alameen ka aik ajeeb,</w:t>
      </w:r>
    </w:p>
    <w:p>
      <w:pPr>
        <w:jc w:val="right"/>
      </w:pPr>
      <w:r>
        <w:t>تقریباً ہر صبح کو۔ مجھ کو عجیب اس میں، یعنی رب العالمین کا ایک عجیب،</w:t>
      </w:r>
    </w:p>
    <w:p>
      <w:r>
        <w:rPr>
          <w:b/>
        </w:rPr>
        <w:t xml:space="preserve">[33:18] </w:t>
      </w:r>
      <w:r>
        <w:t>bohat hi haibat nak ta'aruf milta hai.</w:t>
      </w:r>
    </w:p>
    <w:p>
      <w:pPr>
        <w:jc w:val="right"/>
      </w:pPr>
      <w:r>
        <w:t>بہت ہی ہیبت ناک تعارف ملتا ہے۔</w:t>
      </w:r>
    </w:p>
    <w:p>
      <w:r>
        <w:rPr>
          <w:b/>
        </w:rPr>
        <w:t xml:space="preserve">[33:32] </w:t>
      </w:r>
      <w:r>
        <w:t>ab mein aik aur baat is mein add karna chahta hoon, woh yeh</w:t>
      </w:r>
    </w:p>
    <w:p>
      <w:pPr>
        <w:jc w:val="right"/>
      </w:pPr>
      <w:r>
        <w:t>اب میں ایک اور بات اس میں ایڈ کرنا چاہتا ہوں، وہ یہ</w:t>
      </w:r>
    </w:p>
    <w:p>
      <w:r>
        <w:rPr>
          <w:b/>
        </w:rPr>
        <w:t xml:space="preserve">[33:41] </w:t>
      </w:r>
      <w:r>
        <w:t>ke aaj in baton ko sochte hue mujh ko aik baat samajh aayi ke woh log jin ko mufakkir kaha jata hai aur jinhone yeh daryaft kiya ke is dunya mein in ka mission</w:t>
      </w:r>
    </w:p>
    <w:p>
      <w:pPr>
        <w:jc w:val="right"/>
      </w:pPr>
      <w:r>
        <w:t>کہ آج ان باتوں کو سوچتے ہوئے مجھے ایک بات سمجھ آئی کہ وہ لوگ جن کو مفکر کہا جاتا ہے اور جنہوں نے یہ دریافت کیا کہ اس دنیا میں ان کا مشن</w:t>
      </w:r>
    </w:p>
    <w:p>
      <w:r>
        <w:rPr>
          <w:b/>
        </w:rPr>
        <w:t xml:space="preserve">[34:02] </w:t>
      </w:r>
      <w:r>
        <w:t>bahesiyat musalman ki yeh hai ke woh hukoomat-e-ilahiya qaim karein.</w:t>
      </w:r>
    </w:p>
    <w:p>
      <w:pPr>
        <w:jc w:val="right"/>
      </w:pPr>
      <w:r>
        <w:t>بحثت مسلمان کی یہ ہے کہ وہ حکومت الہیہ قائم کریں۔</w:t>
      </w:r>
    </w:p>
    <w:p>
      <w:r>
        <w:rPr>
          <w:b/>
        </w:rPr>
        <w:t xml:space="preserve">[34:14] </w:t>
      </w:r>
      <w:r>
        <w:t>aaj mein is par kafi ghore kar raha tha ke hukoomat-e-ilahiya kya cheez hai.</w:t>
      </w:r>
    </w:p>
    <w:p>
      <w:pPr>
        <w:jc w:val="right"/>
      </w:pPr>
      <w:r>
        <w:t>آج میں اس پر کافی غور کر رہا تھا کہ حکومت الہیہ کیا چیز ہے۔</w:t>
      </w:r>
    </w:p>
    <w:p>
      <w:r>
        <w:rPr>
          <w:b/>
        </w:rPr>
        <w:t xml:space="preserve">[34:24] </w:t>
      </w:r>
      <w:r>
        <w:t>hukumat ilahia to aap is ko parhain, aap in ayat al kursi ko parhain to hukumat ilahia to already qaim hai, qaim karna nahi hai.</w:t>
      </w:r>
    </w:p>
    <w:p>
      <w:pPr>
        <w:jc w:val="right"/>
      </w:pPr>
      <w:r>
        <w:t>حکومت الہیہ تو آپ اس کو پڑھیں، آپ ان آیت الکرسی کو پڑھیں تو حکومت الہیہ تو الریڈی قائم ہے، قائم کرنا نہیں ہے۔</w:t>
      </w:r>
    </w:p>
    <w:p>
      <w:r>
        <w:rPr>
          <w:b/>
        </w:rPr>
        <w:t xml:space="preserve">[34:36] </w:t>
      </w:r>
      <w:r>
        <w:t>aisa nahi ke humein qaim karna hai, humein to aqeedah rakhna hai, to imaan lana hai, is se spiritual lesson lena hai.</w:t>
      </w:r>
    </w:p>
    <w:p>
      <w:pPr>
        <w:jc w:val="right"/>
      </w:pPr>
      <w:r>
        <w:t>ایسا نہیں کہ ہمیں قائم کرنا ہے، ہمیں تو عقیدہ رکھنا ہے، تو ایمان لانا ہے، اس سے اسپریچول لیسن لینا ہے۔</w:t>
      </w:r>
    </w:p>
    <w:p>
      <w:r>
        <w:rPr>
          <w:b/>
        </w:rPr>
        <w:t xml:space="preserve">[34:47] </w:t>
      </w:r>
      <w:r>
        <w:t>wo to yahi hai ke "wallazi qablah" yeh atay bhi hain, yeh to qaim hai.</w:t>
      </w:r>
    </w:p>
    <w:p>
      <w:pPr>
        <w:jc w:val="right"/>
      </w:pPr>
      <w:r>
        <w:t>وہ تو یہی ہے کہ "والذی قبلۃ" یہ آتے بھی ہیں، یہ تو قائم ہے۔</w:t>
      </w:r>
    </w:p>
    <w:p>
      <w:r>
        <w:rPr>
          <w:b/>
        </w:rPr>
        <w:t xml:space="preserve">[34:57] </w:t>
      </w:r>
      <w:r>
        <w:t>to meri zuban pe aik lafz aaya ke jo log hukumat ilahia ki baat karte hain, woh</w:t>
      </w:r>
    </w:p>
    <w:p>
      <w:pPr>
        <w:jc w:val="right"/>
      </w:pPr>
      <w:r>
        <w:t>تو میری زبان پہ ایک لفظ آیا کہ جو لوگ حکومت الہیہ کی بات کرتے ہیں، وہ</w:t>
      </w:r>
    </w:p>
    <w:p>
      <w:r>
        <w:rPr>
          <w:b/>
        </w:rPr>
        <w:t xml:space="preserve">[35:11] </w:t>
      </w:r>
      <w:r>
        <w:t>hukumat ilahia ke naam par hukumat insania ki baat karte hain.</w:t>
      </w:r>
    </w:p>
    <w:p>
      <w:pPr>
        <w:jc w:val="right"/>
      </w:pPr>
      <w:r>
        <w:t>حکومت الہیہ کے نام پر حکومت انسانیہ کی بات کرتے ہیں۔</w:t>
      </w:r>
    </w:p>
    <w:p>
      <w:r>
        <w:rPr>
          <w:b/>
        </w:rPr>
        <w:t xml:space="preserve">[35:19] </w:t>
      </w:r>
      <w:r>
        <w:t>yani kaam to karna hai hukumat insani aur naam de rahe hain hukumat ilahia. Kaisi ajeeb baat hai!</w:t>
      </w:r>
    </w:p>
    <w:p>
      <w:pPr>
        <w:jc w:val="right"/>
      </w:pPr>
      <w:r>
        <w:t>یعنی کام تو کرنا ہے حکومت انسانی اور نام دے رہے ہیں حکومت الہیہ۔ کیسی عجیب بات ہے!</w:t>
      </w:r>
    </w:p>
    <w:p>
      <w:r>
        <w:rPr>
          <w:b/>
        </w:rPr>
        <w:t xml:space="preserve">[35:30] </w:t>
      </w:r>
      <w:r>
        <w:t>Allah ki hukumat, Allah ka iqtidaar,</w:t>
      </w:r>
    </w:p>
    <w:p>
      <w:pPr>
        <w:jc w:val="right"/>
      </w:pPr>
      <w:r>
        <w:t>اللہ کی حکومت، اللہ کا اقتدار،</w:t>
      </w:r>
    </w:p>
    <w:p>
      <w:r>
        <w:rPr>
          <w:b/>
        </w:rPr>
        <w:t xml:space="preserve">[35:38] </w:t>
      </w:r>
      <w:r>
        <w:t>Allah ki sovereignty already qaim hai. Is ki, is ki zaroorat Allah ki, is ki zaroorat nahi koi is ko qaim kare.</w:t>
      </w:r>
    </w:p>
    <w:p>
      <w:pPr>
        <w:jc w:val="right"/>
      </w:pPr>
      <w:r>
        <w:t>اللہ کی سورنٹی الریڈی قائم ہے۔ اس کی، اس کی ضرورت اللہ کی، اس کی ضرورت نہیں کوئی اس کو قائم کرے۔</w:t>
      </w:r>
    </w:p>
    <w:p>
      <w:r>
        <w:rPr>
          <w:b/>
        </w:rPr>
        <w:t xml:space="preserve">[35:50] </w:t>
      </w:r>
      <w:r>
        <w:t>is par sochtay hue mujhe aik bohat ajeeb baat mujhe samajh aai ke hamesha se is mamle mein insan confusion mein phansa raha hai hukumat ke mamle mein.</w:t>
      </w:r>
    </w:p>
    <w:p>
      <w:pPr>
        <w:jc w:val="right"/>
      </w:pPr>
      <w:r>
        <w:t>اس پر سوچتے ہوئے مجھے ایک بہت عجیب بات مجھے سمجھ آئی کہ ہمیشہ سے اس معاملے میں انسان کنفیوژن میں پھنسا رہا ہے حکومت کے معاملے میں۔</w:t>
      </w:r>
    </w:p>
    <w:p>
      <w:r>
        <w:rPr>
          <w:b/>
        </w:rPr>
        <w:t xml:space="preserve">[36:04] </w:t>
      </w:r>
      <w:r>
        <w:t>mislan confusion, is confusion ko pehli baar west ne khatam kiya hai,</w:t>
      </w:r>
    </w:p>
    <w:p>
      <w:pPr>
        <w:jc w:val="right"/>
      </w:pPr>
      <w:r>
        <w:t>مثلاً کنفیوژن، اس کنفیوژن کو پہلی بار ویسٹ نے ختم کیا ہے،</w:t>
      </w:r>
    </w:p>
    <w:p>
      <w:r>
        <w:rPr>
          <w:b/>
        </w:rPr>
        <w:t xml:space="preserve">[36:12] </w:t>
      </w:r>
      <w:r>
        <w:t>west ne khatam kiya hai.</w:t>
      </w:r>
    </w:p>
    <w:p>
      <w:pPr>
        <w:jc w:val="right"/>
      </w:pPr>
      <w:r>
        <w:t>ویسٹ نے ختم کیا ہے۔</w:t>
      </w:r>
    </w:p>
    <w:p>
      <w:r>
        <w:rPr>
          <w:b/>
        </w:rPr>
        <w:t xml:space="preserve">[36:16] </w:t>
      </w:r>
      <w:r>
        <w:t>yeh bohat ajeeb baat hai ke jis west ko log samajhte hain ke woh munkir e khuda hai, wohi sab usay, usi ne sab se zyada wazeh andaaz mein khuda ke tasawwur ko bataya insan ko.</w:t>
      </w:r>
    </w:p>
    <w:p>
      <w:pPr>
        <w:jc w:val="right"/>
      </w:pPr>
      <w:r>
        <w:t>یہ بہت عجیب بات ہے کہ جس ویسٹ کو لوگ سمجھتے ہیں کہ وہ منکر خدا ہے، وہی سب اسے، اسی نے سب سے زیادہ واضح انداز میں خدا کے تصور کو بتایا انسان کو۔</w:t>
      </w:r>
    </w:p>
    <w:p>
      <w:r>
        <w:rPr>
          <w:b/>
        </w:rPr>
        <w:t xml:space="preserve">[36:36] </w:t>
      </w:r>
      <w:r>
        <w:t>aap jantay hain ke peghambaron ke zamanay mein jo tareekh chali thi, woh tareekh tauheed hua karti thi.</w:t>
      </w:r>
    </w:p>
    <w:p>
      <w:pPr>
        <w:jc w:val="right"/>
      </w:pPr>
      <w:r>
        <w:t>آپ جانتے ہیں کہ پیغمبروں کے زمانے میں جو تاریخ چلی تھی، وہ تاریخ توحید ہوا کرتی تھی۔</w:t>
      </w:r>
    </w:p>
    <w:p>
      <w:r>
        <w:rPr>
          <w:b/>
        </w:rPr>
        <w:t xml:space="preserve">[36:49] </w:t>
      </w:r>
      <w:r>
        <w:t>tareekh tauheed yani shirk ko khatam karna aur tauheed ko lana.</w:t>
      </w:r>
    </w:p>
    <w:p>
      <w:pPr>
        <w:jc w:val="right"/>
      </w:pPr>
      <w:r>
        <w:t>تاریخ توحید یعنی شرک کو ختم کرنا اور توحید کو لانا۔</w:t>
      </w:r>
    </w:p>
    <w:p>
      <w:r>
        <w:rPr>
          <w:b/>
        </w:rPr>
        <w:t xml:space="preserve">[36:58] </w:t>
      </w:r>
      <w:r>
        <w:t>to shirk ka khatahma hua muslim daur mein, woh is tareeqay se ke quran ko le kar musalman uthay aur unhon ne</w:t>
      </w:r>
    </w:p>
    <w:p>
      <w:pPr>
        <w:jc w:val="right"/>
      </w:pPr>
      <w:r>
        <w:t>تو شرک کا خاتمہ ہوا مسلم دور میں، وہ اس طریقے سے کہ قرآن کو لے کر مسلمان اٹھے اور انہوں نے</w:t>
      </w:r>
    </w:p>
    <w:p>
      <w:r>
        <w:rPr>
          <w:b/>
        </w:rPr>
        <w:t xml:space="preserve">[37:13] </w:t>
      </w:r>
      <w:r>
        <w:t>shirk ke mamle mein</w:t>
      </w:r>
    </w:p>
    <w:p>
      <w:pPr>
        <w:jc w:val="right"/>
      </w:pPr>
      <w:r>
        <w:t>شرک کے معاملے میں</w:t>
      </w:r>
    </w:p>
    <w:p>
      <w:r>
        <w:rPr>
          <w:b/>
        </w:rPr>
        <w:t xml:space="preserve">[37:18] </w:t>
      </w:r>
      <w:r>
        <w:t>aik bohat bara inqilabi waqea kiya.</w:t>
      </w:r>
    </w:p>
    <w:p>
      <w:pPr>
        <w:jc w:val="right"/>
      </w:pPr>
      <w:r>
        <w:t>ایک بہت بڑا انقلابی واقعہ کیا۔</w:t>
      </w:r>
    </w:p>
    <w:p>
      <w:r>
        <w:rPr>
          <w:b/>
        </w:rPr>
        <w:t xml:space="preserve">[37:27] </w:t>
      </w:r>
      <w:r>
        <w:t>yani nature ko, nature ke sath dunya ne</w:t>
      </w:r>
    </w:p>
    <w:p>
      <w:pPr>
        <w:jc w:val="right"/>
      </w:pPr>
      <w:r>
        <w:t>یعنی نیچر کو، نیچر کے ساتھ دنیا نے</w:t>
      </w:r>
    </w:p>
    <w:p>
      <w:r>
        <w:rPr>
          <w:b/>
        </w:rPr>
        <w:t xml:space="preserve">[37:41] </w:t>
      </w:r>
      <w:r>
        <w:t>divinity ko wabasta kar rakha tha. Nature mein divinity ka aqeedah bana rakha tha.</w:t>
      </w:r>
    </w:p>
    <w:p>
      <w:pPr>
        <w:jc w:val="right"/>
      </w:pPr>
      <w:r>
        <w:t>ڈیوینیٹی کو وابستہ کر رکھا تھا۔ نیچر میں ڈیوینیٹی کا عقیدہ بنا رکھا تھا۔</w:t>
      </w:r>
    </w:p>
    <w:p>
      <w:r>
        <w:rPr>
          <w:b/>
        </w:rPr>
        <w:t xml:space="preserve">[37:52] </w:t>
      </w:r>
      <w:r>
        <w:t>muslim daur mein jo kaam hua, woh yeh hua quran ki madad se ke nature ko aur divinity ko dealing kar diya gaya.</w:t>
      </w:r>
    </w:p>
    <w:p>
      <w:pPr>
        <w:jc w:val="right"/>
      </w:pPr>
      <w:r>
        <w:t>مسلم دور میں جو کام ہوا، وہ یہ ہوا قرآن کی مدد سے کہ نیچر کو اور ڈیوینیٹی کو ڈیلنگ کر دیا گیا۔</w:t>
      </w:r>
    </w:p>
    <w:p>
      <w:r>
        <w:rPr>
          <w:b/>
        </w:rPr>
        <w:t xml:space="preserve">[38:05] </w:t>
      </w:r>
      <w:r>
        <w:t>yani abbasi daur mein aur jo daur jis ko hum daur e islam kehte hain, is mein jo waqea hua, woh yeh tha ke nature ko aur divinity ko dealing kar diya, alag kar diya aik doosray se.</w:t>
      </w:r>
    </w:p>
    <w:p>
      <w:pPr>
        <w:jc w:val="right"/>
      </w:pPr>
      <w:r>
        <w:t>یعنی عباسی دور میں اور جو دور جس کو ہم دور اسلام کہتے ہیں، اس میں جو واقعہ ہوا، وہ یہ تھا کہ نیچر کو اور ڈیوینیٹی کو ڈیلنگ کر دیا، الگ کر دیا ایک دوسرے سے۔</w:t>
      </w:r>
    </w:p>
    <w:p>
      <w:r>
        <w:rPr>
          <w:b/>
        </w:rPr>
        <w:t xml:space="preserve">[38:25] </w:t>
      </w:r>
      <w:r>
        <w:t>is tarah tauheed ka daur aaya, is tarah tauheed ka daur aaya. Is ke baad west ne kiya kiya?</w:t>
      </w:r>
    </w:p>
    <w:p>
      <w:pPr>
        <w:jc w:val="right"/>
      </w:pPr>
      <w:r>
        <w:t>اس طرح توحید کا دور آیا، اس طرح توحید کا دور آیا۔ اس کے بعد ویسٹ نے کیا کیا؟</w:t>
      </w:r>
    </w:p>
    <w:p>
      <w:r>
        <w:rPr>
          <w:b/>
        </w:rPr>
        <w:t xml:space="preserve">[38:39] </w:t>
      </w:r>
      <w:r>
        <w:t>west ne agla kaam kiya, bohat hi bara kaam, kyunke phir bhi logon ke samnay wazeh nahi tha ke hukumat ka maqam islam mein kiya hai.</w:t>
      </w:r>
    </w:p>
    <w:p>
      <w:pPr>
        <w:jc w:val="right"/>
      </w:pPr>
      <w:r>
        <w:t>ویسٹ نے اگلا کام کیا، بہت ہی بڑا کام، کیونکہ پھر بھی لوگوں کے سامنے واضح نہیں تھا کہ حکومت کا مقام اسلام میں کیا ہے۔</w:t>
      </w:r>
    </w:p>
    <w:p>
      <w:r>
        <w:rPr>
          <w:b/>
        </w:rPr>
        <w:t xml:space="preserve">[38:51] </w:t>
      </w:r>
      <w:r>
        <w:t>is inqilabi waqay ke bawajood logon pe yeh wazeh nahi tha ke hukumat jis ko hum kehte hain, government jis ko hum kehte hain, woh is ka darja is islam mein kiya hai.</w:t>
      </w:r>
    </w:p>
    <w:p>
      <w:pPr>
        <w:jc w:val="right"/>
      </w:pPr>
      <w:r>
        <w:t>اس انقلابی واقعے کے باوجود لوگوں پہ یہ واضح نہیں تھا کہ حکومت جس کو ہم کہتے ہیں، گورنمنٹ جس کو ہم کہتے ہیں، وہ اس کا درجہ اس اسلام میں کیا ہے۔</w:t>
      </w:r>
    </w:p>
    <w:p>
      <w:r>
        <w:rPr>
          <w:b/>
        </w:rPr>
        <w:t xml:space="preserve">[39:10] </w:t>
      </w:r>
      <w:r>
        <w:t>isi confusion ki wajah se hukumat ilahia nikla aur bari bari tehreekein chali, log jaan lainay ko tayyar ho gaye.</w:t>
      </w:r>
    </w:p>
    <w:p>
      <w:pPr>
        <w:jc w:val="right"/>
      </w:pPr>
      <w:r>
        <w:t>اسی کنفیوژن کی وجہ سے حکومت الہیہ نکلا اور بڑی بڑی تحریکیں چلی، لوگ جان لینے کو تیار ہو گئے۔</w:t>
      </w:r>
    </w:p>
    <w:p>
      <w:r>
        <w:rPr>
          <w:b/>
        </w:rPr>
        <w:t xml:space="preserve">[39:22] </w:t>
      </w:r>
      <w:r>
        <w:t>magar yeh hukoomat elahia darasal</w:t>
      </w:r>
    </w:p>
    <w:p>
      <w:pPr>
        <w:jc w:val="right"/>
      </w:pPr>
      <w:r>
        <w:t>مگر یہ حکومت الہیہ دراصل</w:t>
      </w:r>
    </w:p>
    <w:p>
      <w:r>
        <w:rPr>
          <w:b/>
        </w:rPr>
        <w:t xml:space="preserve">[39:27] </w:t>
      </w:r>
      <w:r>
        <w:t>hukoomat elahia ke naam pe hukoomat insania thi.</w:t>
      </w:r>
    </w:p>
    <w:p>
      <w:pPr>
        <w:jc w:val="right"/>
      </w:pPr>
      <w:r>
        <w:t>حکومت الہیہ کے نام پہ حکومت انسانیہ تھی۔</w:t>
      </w:r>
    </w:p>
    <w:p>
      <w:r>
        <w:rPr>
          <w:b/>
        </w:rPr>
        <w:t xml:space="preserve">[39:34] </w:t>
      </w:r>
      <w:r>
        <w:t>is confusion ko pehli baar west ne khatam kiya. west jis ka numainda America hai, isi liye main America ka bohat bara karname manta hoon.</w:t>
      </w:r>
    </w:p>
    <w:p>
      <w:pPr>
        <w:jc w:val="right"/>
      </w:pPr>
      <w:r>
        <w:t>اس کنفیوژن کو پہلی بار ویسٹ نے ختم کیا۔ ویسٹ جس کا نمائندہ امریکہ ہے، اسی لیے میں امریکہ کا بہت بڑا کارنامہ مانتا ہوں۔</w:t>
      </w:r>
    </w:p>
    <w:p>
      <w:r>
        <w:rPr>
          <w:b/>
        </w:rPr>
        <w:t xml:space="preserve">[39:50] </w:t>
      </w:r>
      <w:r>
        <w:t>America mein aisay political philosopher paida hue thay, aisay political thinker jinhon ne kiya kiya ke government ko aur administration ko dealing kar diya.</w:t>
      </w:r>
    </w:p>
    <w:p>
      <w:pPr>
        <w:jc w:val="right"/>
      </w:pPr>
      <w:r>
        <w:t>امریکہ میں ایسے پولیٹیکل فلاسفر پیدا ہوئے تھے، ایسے پولیٹیکل تھنکر جنہوں نے کیا کیا کہ گورنمنٹ کو اور ایڈمنسٹریشن کو ڈیلنگ کر دیا۔</w:t>
      </w:r>
    </w:p>
    <w:p>
      <w:r>
        <w:rPr>
          <w:b/>
        </w:rPr>
        <w:t xml:space="preserve">[40:07] </w:t>
      </w:r>
      <w:r>
        <w:t>pehlay musalmanon ne nature ko aur divinity ko dealing kiya, alag alag kar diya. phir west ne yeh kiya ke is ne</w:t>
      </w:r>
    </w:p>
    <w:p>
      <w:pPr>
        <w:jc w:val="right"/>
      </w:pPr>
      <w:r>
        <w:t>پہلے مسلمانوں نے نیچر کو اور ڈیوینیٹی کو ڈیلنگ کیا، الگ الگ کر دیا۔ پھر ویسٹ نے یہ کیا کہ اس نے</w:t>
      </w:r>
    </w:p>
    <w:p>
      <w:r>
        <w:rPr>
          <w:b/>
        </w:rPr>
        <w:t xml:space="preserve">[40:25] </w:t>
      </w:r>
      <w:r>
        <w:t>government ko aur administration ko aik doosre se dealing kar diya.</w:t>
      </w:r>
    </w:p>
    <w:p>
      <w:pPr>
        <w:jc w:val="right"/>
      </w:pPr>
      <w:r>
        <w:t>گورنمنٹ کو اور ایڈمنسٹریشن کو ایک دوسرے سے ڈیلنگ کر دیا۔</w:t>
      </w:r>
    </w:p>
    <w:p>
      <w:r>
        <w:rPr>
          <w:b/>
        </w:rPr>
        <w:t xml:space="preserve">[40:33] </w:t>
      </w:r>
      <w:r>
        <w:t>aaj</w:t>
      </w:r>
    </w:p>
    <w:p>
      <w:pPr>
        <w:jc w:val="right"/>
      </w:pPr>
      <w:r>
        <w:t>آج</w:t>
      </w:r>
    </w:p>
    <w:p>
      <w:r>
        <w:rPr>
          <w:b/>
        </w:rPr>
        <w:t xml:space="preserve">[40:36] </w:t>
      </w:r>
      <w:r>
        <w:t>America mein</w:t>
      </w:r>
    </w:p>
    <w:p>
      <w:pPr>
        <w:jc w:val="right"/>
      </w:pPr>
      <w:r>
        <w:t>امریکہ میں</w:t>
      </w:r>
    </w:p>
    <w:p>
      <w:r>
        <w:rPr>
          <w:b/>
        </w:rPr>
        <w:t xml:space="preserve">[40:41] </w:t>
      </w:r>
      <w:r>
        <w:t>hukoomat ka lafz nahi barhata,</w:t>
      </w:r>
    </w:p>
    <w:p>
      <w:pPr>
        <w:jc w:val="right"/>
      </w:pPr>
      <w:r>
        <w:t>حکومت کا لفظ نہیں بڑھاتا،</w:t>
      </w:r>
    </w:p>
    <w:p>
      <w:r>
        <w:rPr>
          <w:b/>
        </w:rPr>
        <w:t xml:space="preserve">[40:47] </w:t>
      </w:r>
      <w:r>
        <w:t>India mein to hum abhi bhi kehte hain government of India, kyunke India mein abhi tak development, international development ka kaam mukammal tor par hua nahi hai.</w:t>
      </w:r>
    </w:p>
    <w:p>
      <w:pPr>
        <w:jc w:val="right"/>
      </w:pPr>
      <w:r>
        <w:t>انڈیا میں تو ہم ابھی بھی کہتے ہیں گورنمنٹ آف انڈیا، کیونکہ انڈیا میں ابھی تک ڈیویلپمنٹ، انٹرنیشنل ڈیویلپمنٹ کا کام مکمل طور پر ہوا نہیں ہے۔</w:t>
      </w:r>
    </w:p>
    <w:p>
      <w:r>
        <w:rPr>
          <w:b/>
        </w:rPr>
        <w:t xml:space="preserve">[41:00] </w:t>
      </w:r>
      <w:r>
        <w:t>abhi bhi India kuch aage hai, kuch peechay hai, kuch rawaiyati dunya mein phansa hua hai, kuch nai dunya mein.</w:t>
      </w:r>
    </w:p>
    <w:p>
      <w:pPr>
        <w:jc w:val="right"/>
      </w:pPr>
      <w:r>
        <w:t>ابھی بھی انڈیا کچھ آگے ہے، کچھ پیچھے ہے، کچھ روایتی دنیا میں پھنسا ہوا ہے، کچھ نئی دنیا میں۔</w:t>
      </w:r>
    </w:p>
    <w:p>
      <w:r>
        <w:rPr>
          <w:b/>
        </w:rPr>
        <w:t xml:space="preserve">[41:11] </w:t>
      </w:r>
      <w:r>
        <w:t>India mein afkar ka, afkar ki tanqeeh abhi bhi nahi hui hai. log phansay hue hain.</w:t>
      </w:r>
    </w:p>
    <w:p>
      <w:pPr>
        <w:jc w:val="right"/>
      </w:pPr>
      <w:r>
        <w:t>انڈیا میں افکار کا، افکار کی تنقیح ابھی بھی نہیں ہوئی ہے۔ لوگ پھنسے ہوئے ہیں۔</w:t>
      </w:r>
    </w:p>
    <w:p>
      <w:r>
        <w:rPr>
          <w:b/>
        </w:rPr>
        <w:t xml:space="preserve">[41:24] </w:t>
      </w:r>
      <w:r>
        <w:t>aik aik shair ne kaha tha ke</w:t>
      </w:r>
    </w:p>
    <w:p>
      <w:pPr>
        <w:jc w:val="right"/>
      </w:pPr>
      <w:r>
        <w:t>ایک ایک شاعر نے کہا تھا کہ</w:t>
      </w:r>
    </w:p>
    <w:p>
      <w:r>
        <w:rPr>
          <w:b/>
        </w:rPr>
        <w:t xml:space="preserve">[41:31] </w:t>
      </w:r>
      <w:r>
        <w:t>aage hai qadam, peechay hai nazar.</w:t>
      </w:r>
    </w:p>
    <w:p>
      <w:pPr>
        <w:jc w:val="right"/>
      </w:pPr>
      <w:r>
        <w:t>آگے ہے قدم، پیچھے ہے نظر۔</w:t>
      </w:r>
    </w:p>
    <w:p>
      <w:r>
        <w:rPr>
          <w:b/>
        </w:rPr>
        <w:t xml:space="preserve">[41:41] </w:t>
      </w:r>
      <w:r>
        <w:t>India ke baray mein aage hai qadam, peechay hai nazar. jana hai kahan, jatay hain kidhar?</w:t>
      </w:r>
    </w:p>
    <w:p>
      <w:pPr>
        <w:jc w:val="right"/>
      </w:pPr>
      <w:r>
        <w:t>انڈیا کے بارے میں آگے ہے قدم، پیچھے ہے نظر۔ جانا ہے کہاں، جاتے ہیں کدھر؟</w:t>
      </w:r>
    </w:p>
    <w:p>
      <w:r>
        <w:rPr>
          <w:b/>
        </w:rPr>
        <w:t xml:space="preserve">[41:51] </w:t>
      </w:r>
      <w:r>
        <w:t>mubham hai yahan khud simt safar, nahron ke zubanen kiya kahiye? main sochta hoon ke sab se ziyada is ki tanqeeh jo hui hai, America mein hui hai.</w:t>
      </w:r>
    </w:p>
    <w:p>
      <w:pPr>
        <w:jc w:val="right"/>
      </w:pPr>
      <w:r>
        <w:t>مبہم ہے یہاں خود سمت سفر، نہروں کے زبانیں کیا کہیے؟ میں سوچتا ہوں کہ سب سے زیادہ اس کی تنقیح جو ہوئی ہے، امریکہ میں ہوئی ہے۔</w:t>
      </w:r>
    </w:p>
    <w:p>
      <w:r>
        <w:rPr>
          <w:b/>
        </w:rPr>
        <w:t xml:space="preserve">[42:03] </w:t>
      </w:r>
      <w:r>
        <w:t>isi liye America mein hukoomat ko US administration kaha jata hai, intazamia, Amrici intazamia.</w:t>
      </w:r>
    </w:p>
    <w:p>
      <w:pPr>
        <w:jc w:val="right"/>
      </w:pPr>
      <w:r>
        <w:t>اسی لیے امریکہ میں حکومت کو یو ایس ایڈمنسٹریشن کہا جاتا ہے، انتظامیہ، امریکی انتظامیہ۔</w:t>
      </w:r>
    </w:p>
    <w:p>
      <w:r>
        <w:rPr>
          <w:b/>
        </w:rPr>
        <w:t xml:space="preserve">[42:16] </w:t>
      </w:r>
      <w:r>
        <w:t>Amrici hukoomat nahi boltay, wahan par yeh hum kehte hain barah sarkar, barah India, Indian government. yeh nahi kehte wahan par, kyunke woh log bohat ziyada un ka zehni irtqa hua hai.</w:t>
      </w:r>
    </w:p>
    <w:p>
      <w:pPr>
        <w:jc w:val="right"/>
      </w:pPr>
      <w:r>
        <w:t>امریکی حکومت نہیں بولتے، وہاں پر یہ ہم کہتے ہیں بارہ سرکار، بارہ انڈیا، انڈین گورنمنٹ۔ یہ نہیں کہتے وہاں پر، کیونکہ وہ لوگ بہت زیادہ ان کا ذہنی ارتقاء ہوا ہے۔</w:t>
      </w:r>
    </w:p>
    <w:p>
      <w:r>
        <w:rPr>
          <w:b/>
        </w:rPr>
        <w:t xml:space="preserve">[42:33] </w:t>
      </w:r>
      <w:r>
        <w:t>is mamlay mein hum bohat bohat peechay hain. yani hum India, America se sirf nuclear bomb, nuclear science mein peechay nahi hain, thinking mein bhi peechay hain.</w:t>
      </w:r>
    </w:p>
    <w:p>
      <w:pPr>
        <w:jc w:val="right"/>
      </w:pPr>
      <w:r>
        <w:t>اس معاملے میں ہم بہت بہت پیچھے ہیں۔ یعنی ہم انڈیا، امریکہ سے صرف نیوکلیئر بم، نیوکلیئر سائنس میں پیچھے نہیں ہیں، تھنکنگ میں بھی پیچھے ہیں۔</w:t>
      </w:r>
    </w:p>
    <w:p>
      <w:r>
        <w:rPr>
          <w:b/>
        </w:rPr>
        <w:t xml:space="preserve">[42:48] </w:t>
      </w:r>
      <w:r>
        <w:t>chunanche aaj jo hukoomat banti hai election ke baad, to us ko kehte hain US intazamia, US administration.</w:t>
      </w:r>
    </w:p>
    <w:p>
      <w:pPr>
        <w:jc w:val="right"/>
      </w:pPr>
      <w:r>
        <w:t>چنانچہ آج جو حکومت بنتی ہے الیکشن کے بعد، تو اس کو کہتے ہیں یو ایس انتظامیہ، یو ایس ایڈمنسٹریشن۔</w:t>
      </w:r>
    </w:p>
    <w:p>
      <w:r>
        <w:rPr>
          <w:b/>
        </w:rPr>
        <w:t xml:space="preserve">[43:03] </w:t>
      </w:r>
      <w:r>
        <w:t>main samajhta hoon ke yeh bohat hi sahi lafz hai, yeh intazamia ya administration ka lafz hai hukoomat ke liye. bohat hi sahi lafz hai.</w:t>
      </w:r>
    </w:p>
    <w:p>
      <w:pPr>
        <w:jc w:val="right"/>
      </w:pPr>
      <w:r>
        <w:t>میں سمجھتا ہوں کہ یہ بہت ہی صحیح لفظ ہے، یہ انتظامیہ یا ایڈمنسٹریشن کا لفظ ہے حکومت کے لیے۔ بہت ہی صحیح لفظ ہے۔</w:t>
      </w:r>
    </w:p>
    <w:p>
      <w:r>
        <w:rPr>
          <w:b/>
        </w:rPr>
        <w:t xml:space="preserve">[43:13] </w:t>
      </w:r>
      <w:r>
        <w:t>hukoomat to Allah rab ul alameen ki hai. yahi Quran mein yahi baat kahi gayi hai</w:t>
      </w:r>
    </w:p>
    <w:p>
      <w:pPr>
        <w:jc w:val="right"/>
      </w:pPr>
      <w:r>
        <w:t>حکومت تو اللہ رب العالمین کی ہے۔ یہی قرآن میں یہی بات کہی گئی ہے</w:t>
      </w:r>
    </w:p>
    <w:p>
      <w:r>
        <w:rPr>
          <w:b/>
        </w:rPr>
        <w:t xml:space="preserve">[43:27] </w:t>
      </w:r>
      <w:r>
        <w:t>ke zameen aur aasman Allah ki muthi mein honge. yani isi ki aik aik aik itqadar aur hukoomat ke tehat honge.</w:t>
      </w:r>
    </w:p>
    <w:p>
      <w:pPr>
        <w:jc w:val="right"/>
      </w:pPr>
      <w:r>
        <w:t>کہ زمین اور آسمان اللہ کی مٹھی میں ہوں گے۔ یعنی اسی کی ایک ایک ایک اقتدار اور حکومت کے تحت ہوں گے۔</w:t>
      </w:r>
    </w:p>
    <w:p>
      <w:r>
        <w:rPr>
          <w:b/>
        </w:rPr>
        <w:t xml:space="preserve">[43:43] </w:t>
      </w:r>
      <w:r>
        <w:t>honge, woh woh to aaj bhi hai, woh khula khula zahir ho jayega. to hukoomat aur itqadar yeh Allah rab ul alameen ka hissa hai, is mein koi uska shareek nahi.</w:t>
      </w:r>
    </w:p>
    <w:p>
      <w:pPr>
        <w:jc w:val="right"/>
      </w:pPr>
      <w:r>
        <w:t>ہوں گے، وہ وہ تو آج بھی ہے، وہ کھلا کھلا ظاہر ہو جائے گا۔ تو حکومت اور اقتدار یہ اللہ رب العالمین کا حصہ ہے، اس میں کوئی اس کا شریک نہیں۔</w:t>
      </w:r>
    </w:p>
    <w:p>
      <w:r>
        <w:rPr>
          <w:b/>
        </w:rPr>
        <w:t xml:space="preserve">[44:00] </w:t>
      </w:r>
      <w:r>
        <w:t>lekin social zaroorat ke tehat hamein yahan aik aik nizam banana parta hai, political system.</w:t>
      </w:r>
    </w:p>
    <w:p>
      <w:pPr>
        <w:jc w:val="right"/>
      </w:pPr>
      <w:r>
        <w:t>لیکن سوشل ضرورت کے تحت ہمیں یہاں ایک ایک نظام بنانا پڑتا ہے، پولیٹیکل سسٹم۔</w:t>
      </w:r>
    </w:p>
    <w:p>
      <w:r>
        <w:rPr>
          <w:b/>
        </w:rPr>
        <w:t xml:space="preserve">[44:10] </w:t>
      </w:r>
      <w:r>
        <w:t>wo haqeeqat mein intezamiya hoti hai, hukumat nahi hoti. to jo log yeh hukumat, jo log yeh is nare ke liye uthe, hukumat ilahia,</w:t>
      </w:r>
    </w:p>
    <w:p>
      <w:pPr>
        <w:jc w:val="right"/>
      </w:pPr>
      <w:r>
        <w:t>وہ حقیقت میں انتظامیہ ہوتی ہے، حکومت نہیں ہوتی۔ تو جو لوگ یہ حکومت، جو لوگ یہ اس نعرے کے لیے اٹھے، حکومت الہیہ،</w:t>
      </w:r>
    </w:p>
    <w:p>
      <w:r>
        <w:rPr>
          <w:b/>
        </w:rPr>
        <w:t xml:space="preserve">[44:26] </w:t>
      </w:r>
      <w:r>
        <w:t>wo haqeeqat mein hukumat ilahia ke naam par hukumat insania qaim kar rahe thay. sahi maano mein amreeka ke woh crane ne samjha is maamle ko ke insaan ki hukumat intezamiya hoti hai,</w:t>
      </w:r>
    </w:p>
    <w:p>
      <w:pPr>
        <w:jc w:val="right"/>
      </w:pPr>
      <w:r>
        <w:t>وہ حقیقت میں حکومت الہیہ کے نام پر حکومت انسانیہ قائم کر رہے تھے۔ صحیح معنوں میں امریکہ کے وہ کرین نے سمجھا اس معاملے کو کہ انسان کی حکومت انتظامیہ ہوتی ہے،</w:t>
      </w:r>
    </w:p>
    <w:p>
      <w:r>
        <w:rPr>
          <w:b/>
        </w:rPr>
        <w:t xml:space="preserve">[44:43] </w:t>
      </w:r>
      <w:r>
        <w:t>wo hukumat nahi hoti. to meri dua hai ke Allah taala hum sab ko sahi soch ki tofeeq de.</w:t>
      </w:r>
    </w:p>
    <w:p>
      <w:pPr>
        <w:jc w:val="right"/>
      </w:pPr>
      <w:r>
        <w:t>وہ حکومت نہیں ہوتی۔ تو میری دعا ہے کہ اللہ تعالی ہم سب کو صحیح سوچ کی توفیق دے۔</w:t>
      </w:r>
    </w:p>
    <w:p>
      <w:r>
        <w:rPr>
          <w:b/>
        </w:rPr>
        <w:t xml:space="preserve">[44:55] </w:t>
      </w:r>
      <w:r>
        <w:t>hum dost ko dushman bana gaye hain aur dushman ko dost. yeh ajeeb o ghareeb halat hai. dost ko dushman bana rakha hai aur dushman ko dost.</w:t>
      </w:r>
    </w:p>
    <w:p>
      <w:pPr>
        <w:jc w:val="right"/>
      </w:pPr>
      <w:r>
        <w:t>ہم دوست کو دشمن بنا گئے ہیں اور دشمن کو دوست۔ یہ عجیب و غریب حالت ہے۔ دوست کو دشمن بنا رکھا ہے اور دشمن کو دوست۔</w:t>
      </w:r>
    </w:p>
    <w:p>
      <w:r>
        <w:rPr>
          <w:b/>
        </w:rPr>
        <w:t xml:space="preserve">[45:10] </w:t>
      </w:r>
      <w:r>
        <w:t>sachai ko jhoot bana rakha, sachai ko jhoot bana rakha aur jhoot ko sachai.</w:t>
      </w:r>
    </w:p>
    <w:p>
      <w:pPr>
        <w:jc w:val="right"/>
      </w:pPr>
      <w:r>
        <w:t>سچائی کو جھوٹ بنا رکھا، سچائی کو جھوٹ بنا رکھا اور جھوٹ کو سچائی۔</w:t>
      </w:r>
    </w:p>
    <w:p>
      <w:r>
        <w:rPr>
          <w:b/>
        </w:rPr>
        <w:t xml:space="preserve">[45:19] </w:t>
      </w:r>
      <w:r>
        <w:t>to Allah taala hum ko tofeeq de ke hum hamara right thinking aaye aur hum Allah Rabb ul Alameen ke pasandeeda bande banen aur aakhirat mein hum Allah</w:t>
      </w:r>
    </w:p>
    <w:p>
      <w:pPr>
        <w:jc w:val="right"/>
      </w:pPr>
      <w:r>
        <w:t>تو اللہ تعالی ہم کو توفیق دے کہ ہم ہمارا رائٹ تھنکنگ آئے اور ہم اللہ رب العالمین کے پسندیدہ بندے بنیں اور آخرت میں ہم اللہ</w:t>
      </w:r>
    </w:p>
    <w:p>
      <w:r>
        <w:rPr>
          <w:b/>
        </w:rPr>
        <w:t xml:space="preserve">[45:42] </w:t>
      </w:r>
      <w:r>
        <w:t>ke inaam ke mustahiq hon. Assalam o Alaikum wa Rahmatullahi.</w:t>
      </w:r>
    </w:p>
    <w:p>
      <w:pPr>
        <w:jc w:val="right"/>
      </w:pPr>
      <w:r>
        <w:t>کے انعام کے مستحق ہوں۔ السلام علیکم ورحمۃ اللہ۔</w:t>
      </w:r>
    </w:p>
    <w:p>
      <w:r>
        <w:rPr>
          <w:b/>
        </w:rPr>
        <w:t xml:space="preserve">[45:57] </w:t>
      </w:r>
      <w:r>
        <w:t>Okay, so we will start with the question answer and comment session. All the viewers are requested to mention their location when they post their questions and comments.</w:t>
      </w:r>
    </w:p>
    <w:p>
      <w:pPr>
        <w:jc w:val="right"/>
      </w:pPr>
      <w:r>
        <w:t>اوکے، سو وی ویل سٹارٹ ود دی کوئسچن انسر اینڈ کمنٹ سیشن۔ ال دی ویوورز ار ریکویسٹڈ ٹو مینشن دے لوکیشن وین دے پوسٹ دیر کوئسچنز اینڈ کمنٹس۔</w:t>
      </w:r>
    </w:p>
    <w:p>
      <w:r>
        <w:rPr>
          <w:b/>
        </w:rPr>
        <w:t xml:space="preserve">[46:08] </w:t>
      </w:r>
      <w:r>
        <w:t>Maulana, sab se pehle comments lena chahenge. Ah, Dhampur se Mehtab Sahab ne likha hai: "Maulana Sahab, your every lecture gives me a lot of wisdom and knowledge and peace of mind.</w:t>
      </w:r>
    </w:p>
    <w:p>
      <w:pPr>
        <w:jc w:val="right"/>
      </w:pPr>
      <w:r>
        <w:t>مولانا، سب سے پہلے کمنٹس لینا چاہیں گے۔ اہ، دھامپور سے مہتاب صاحب نے لکھا ہے: "مولانا صاحب، یور ایوری لیکچر گوز می لاٹ اف وزڈم اینڈ نالج اینڈ پیس اف مائنڈ۔</w:t>
      </w:r>
    </w:p>
    <w:p>
      <w:r>
        <w:rPr>
          <w:b/>
        </w:rPr>
        <w:t xml:space="preserve">[46:22] </w:t>
      </w:r>
      <w:r>
        <w:t>Jazak Allah." Shahid Hussain Sahab ne Srinagar se likha hai: "A mind blowing lesson about God realization.</w:t>
      </w:r>
    </w:p>
    <w:p>
      <w:pPr>
        <w:jc w:val="right"/>
      </w:pPr>
      <w:r>
        <w:t>جزاک اللہ۔" شاہد حسین صاحب نے سری نگر سے لکھا ہے: "ا مائنڈ بلوئنگ لیسن اباؤٹ گاڈ ریلائزیشن۔</w:t>
      </w:r>
    </w:p>
    <w:p>
      <w:r>
        <w:rPr>
          <w:b/>
        </w:rPr>
        <w:t xml:space="preserve">[46:32] </w:t>
      </w:r>
      <w:r>
        <w:t>God bless Maulana Sahab." Miss Shabana Ansari ne Pakistan se likha hai: "Great positive point.</w:t>
      </w:r>
    </w:p>
    <w:p>
      <w:pPr>
        <w:jc w:val="right"/>
      </w:pPr>
      <w:r>
        <w:t>گاڈ بلیس مولانا صاحب۔" مس شبانہ انصاری نے پاکستان سے لکھا ہے: "گریٹ پوزیٹیو پوائنٹ۔</w:t>
      </w:r>
    </w:p>
    <w:p>
      <w:r>
        <w:rPr>
          <w:b/>
        </w:rPr>
        <w:t xml:space="preserve">[46:41] </w:t>
      </w:r>
      <w:r>
        <w:t>Shaitan puts us in stress and struggle and as a result we become intellectually awakened, which develop us and then makes us a realized person.</w:t>
      </w:r>
    </w:p>
    <w:p>
      <w:pPr>
        <w:jc w:val="right"/>
      </w:pPr>
      <w:r>
        <w:t>شیطان پٹس اس ان سٹریس اینڈ سٹرگل اینڈ ایز ا رزلٹ وی بیکم انٹلیکچولی اویکنڈ، وچ ڈیویلپ اس اینڈ دین میکس اس ا ریلائز پرسن۔</w:t>
      </w:r>
    </w:p>
    <w:p>
      <w:r>
        <w:rPr>
          <w:b/>
        </w:rPr>
        <w:t xml:space="preserve">[46:53] </w:t>
      </w:r>
      <w:r>
        <w:t>Jazak Allah Maulana Sahab for such a unique point." Miss Karothleen ne likha hai Srinagar se: "This world is a demonstration of the existence of God, who is invisible at present.</w:t>
      </w:r>
    </w:p>
    <w:p>
      <w:pPr>
        <w:jc w:val="right"/>
      </w:pPr>
      <w:r>
        <w:t>جزاک اللہ مولانا صاحب فار سچ ا یونیک پوائنٹ۔" مس کروتلین نے لکھا ہے سری نگر سے: "دس ورلڈ از ا ڈیمونسٹریشن اف دی ایگزسٹنس اف گاڈ، ہو از انویزیبل ایٹ پریزنٹ۔</w:t>
      </w:r>
    </w:p>
    <w:p>
      <w:r>
        <w:rPr>
          <w:b/>
        </w:rPr>
        <w:t xml:space="preserve">[47:08] </w:t>
      </w:r>
      <w:r>
        <w:t>Only those who contemplate and appreciate the life support system provided by Him can realize the reality of His being.</w:t>
      </w:r>
    </w:p>
    <w:p>
      <w:pPr>
        <w:jc w:val="right"/>
      </w:pPr>
      <w:r>
        <w:t>اونلی دوز ہو کانٹیمپلیٹ اینڈ ایپریشیٹ دا لائف سپورٹ سسٹم پرووائیڈڈ بائے ہم کین ریلائز دا ریلیٹی اف ہز بینگ۔</w:t>
      </w:r>
    </w:p>
    <w:p>
      <w:r>
        <w:rPr>
          <w:b/>
        </w:rPr>
        <w:t xml:space="preserve">[47:17] </w:t>
      </w:r>
      <w:r>
        <w:t>The message is clear and loud. Contemplate, explore the universe, appreciate the complete harmony of nature and you will discover God.</w:t>
      </w:r>
    </w:p>
    <w:p>
      <w:pPr>
        <w:jc w:val="right"/>
      </w:pPr>
      <w:r>
        <w:t>دا میسج از کلیئر اینڈ لاؤڈ۔ کانٹیمپلیٹ، ایکسپلور دا یونیورس، ایپریشیٹ دا کمپلیٹ ہارمونی اف نیچر اینڈ یو ویل ڈسکور گاڈ۔</w:t>
      </w:r>
    </w:p>
    <w:p>
      <w:r>
        <w:rPr>
          <w:b/>
        </w:rPr>
        <w:t xml:space="preserve">[47:28] </w:t>
      </w:r>
      <w:r>
        <w:t>Jazak Allah Maulana for such a simple formula to discover God." Ashiq Kamal Sahab ne likha hai: "May Almighty Allah guide today's negative Muslim thinkers to positivity and Allah's true love." Maulana, ab sawal lete hain.</w:t>
      </w:r>
    </w:p>
    <w:p>
      <w:pPr>
        <w:jc w:val="right"/>
      </w:pPr>
      <w:r>
        <w:t>جزاک اللہ مولانا فار سچ ا سمپل فارمولا ٹو ڈسکور گاڈ۔" عشاق کمال صاحب نے لکھا ہے: "مے المائٹی اللہ گائیڈ ٹوڈے نیگیٹیو مسلم تھنکرز ٹو پوزیٹیوٹی اینڈ اللہ ٹرو لو۔" مولانا، اب سوال لیتے ہیں۔</w:t>
      </w:r>
    </w:p>
    <w:p>
      <w:r>
        <w:rPr>
          <w:b/>
        </w:rPr>
        <w:t xml:space="preserve">[47:47] </w:t>
      </w:r>
      <w:r>
        <w:t>Yeh sawal bheja hai Muhammad Sameer Sahab ne. Unhon ne apni location nahi likhi hai. Unka sawal hai: "If meditation is not the equally important, if meditation is not equally important as contemplation,</w:t>
      </w:r>
    </w:p>
    <w:p>
      <w:pPr>
        <w:jc w:val="right"/>
      </w:pPr>
      <w:r>
        <w:t>یہ سوال بھیجا ہے محمد سمیر صاحب نے۔ انہوں نے اپنی لوکیشن نہیں لکھی ہے۔ ان کا سوال ہے: "اف میڈیٹیشن از ناٹ دا ایکولی امپورٹنٹ، اف میڈیٹیشن از ناٹ ایکولی امپورٹنٹ ایز کانٹیمپلیشن،</w:t>
      </w:r>
    </w:p>
    <w:p>
      <w:r>
        <w:rPr>
          <w:b/>
        </w:rPr>
        <w:t xml:space="preserve">[48:05] </w:t>
      </w:r>
      <w:r>
        <w:t>then why our beloved Rasool Karim meditated, that is, did murakaba in Mount Hira before and after Nabuwat?" Iske bare mein bataein.</w:t>
      </w:r>
    </w:p>
    <w:p>
      <w:pPr>
        <w:jc w:val="right"/>
      </w:pPr>
      <w:r>
        <w:t>دین وائی اور بیلوڈ رسول کریم میڈیٹیٹڈ، دیٹ از ڈیڈ مراقبہ ان ماؤنٹ ہیرا بیفور اینڈ افٹر نبوت؟" اس کے بارے میں بتائیں۔</w:t>
      </w:r>
    </w:p>
    <w:p>
      <w:r>
        <w:rPr>
          <w:b/>
        </w:rPr>
        <w:t xml:space="preserve">[48:18] </w:t>
      </w:r>
      <w:r>
        <w:t>Dekhiye, yeh to yani supposition hai aap ka ke Sultan ne kabhi murakaba nahi kiya.</w:t>
      </w:r>
    </w:p>
    <w:p>
      <w:pPr>
        <w:jc w:val="right"/>
      </w:pPr>
      <w:r>
        <w:t>دیکھیے، یہ تو یعنی سپوزیشن ہے آپ کا کہ سلطان نے کبھی مراقبہ نہیں کیا۔</w:t>
      </w:r>
    </w:p>
    <w:p>
      <w:r>
        <w:rPr>
          <w:b/>
        </w:rPr>
        <w:t xml:space="preserve">[48:29] </w:t>
      </w:r>
      <w:r>
        <w:t>Murakaba ka lafz Hadees mein kahin bhi nahi aaya hai. Hadees mein, Seerat mein sara zakhira mehfooz hai.</w:t>
      </w:r>
    </w:p>
    <w:p>
      <w:pPr>
        <w:jc w:val="right"/>
      </w:pPr>
      <w:r>
        <w:t>مراقبے کا لفظ حدیث میں کہیں بھی نہیں آیا ہے۔ حدیث میں، سیرت میں سارا ذخیرہ محفوظ ہے۔</w:t>
      </w:r>
    </w:p>
    <w:p>
      <w:r>
        <w:rPr>
          <w:b/>
        </w:rPr>
        <w:t xml:space="preserve">[48:39] </w:t>
      </w:r>
      <w:r>
        <w:t>Aap padhiye, na Sahaba ne, na Rasool Allah ne, na Tabeen ne. Misaal ke taur par aap ko main kahunga do kitaab padhne ke liye:</w:t>
      </w:r>
    </w:p>
    <w:p>
      <w:pPr>
        <w:jc w:val="right"/>
      </w:pPr>
      <w:r>
        <w:t>آپ پڑھیے، نہ صحابہ نے، نہ رسول اللہ نے، نہ تابعین نے۔ مثال کے طور پر آپ کو میں کہوں گا دو کتاب پڑھنے کے لیے:</w:t>
      </w:r>
    </w:p>
    <w:p>
      <w:r>
        <w:rPr>
          <w:b/>
        </w:rPr>
        <w:t xml:space="preserve">[48:52] </w:t>
      </w:r>
      <w:r>
        <w:t>Kanz ul Amaal aur Mishkat ul Masabeeh. Aap koi ek Hadees aisi paayein jis mein murakaba ho to mujhe bataiye.</w:t>
      </w:r>
    </w:p>
    <w:p>
      <w:pPr>
        <w:jc w:val="right"/>
      </w:pPr>
      <w:r>
        <w:t>کنز العمال اور مشکات المساوی۔ آپ کوئی ایک حدیث ایسی پائیں جس میں مراقبہ ہو تو مجھے بتائیے۔</w:t>
      </w:r>
    </w:p>
    <w:p>
      <w:r>
        <w:rPr>
          <w:b/>
        </w:rPr>
        <w:t xml:space="preserve">[49:06] </w:t>
      </w:r>
      <w:r>
        <w:t>Rasool Allah ghaur o fikr karte thay, contemplation karte thay. Rasool Allah ne kabhi murakaba nahi kiya. Dekhiye, do lafz alag alag hain, do lafz alag alag hain.</w:t>
      </w:r>
    </w:p>
    <w:p>
      <w:pPr>
        <w:jc w:val="right"/>
      </w:pPr>
      <w:r>
        <w:t>رسول اللہ غور و فکر کرتے تھے، کنٹیمپلیشن کرتے تھے۔ رسول اللہ نے کبھی مراقبہ نہیں کیا۔ دیکھیے، دو لفظ الگ الگ ہیں، دو لفظ الگ الگ ہیں۔</w:t>
      </w:r>
    </w:p>
    <w:p>
      <w:r>
        <w:rPr>
          <w:b/>
        </w:rPr>
        <w:t xml:space="preserve">[49:22] </w:t>
      </w:r>
      <w:r>
        <w:t>Ek hai murakaba, ek hai tadabbur. Murakaba aur tadabbur to murakaba jo hai, woh heart based hota hai.</w:t>
      </w:r>
    </w:p>
    <w:p>
      <w:pPr>
        <w:jc w:val="right"/>
      </w:pPr>
      <w:r>
        <w:t>ایک ہے مراقبہ، ایک ہے تدبر۔ مراقبہ اور تدبر تو مراقبہ جو ہے، وہ ہارٹ بیسڈ ہوتا ہے۔</w:t>
      </w:r>
    </w:p>
    <w:p>
      <w:r>
        <w:rPr>
          <w:b/>
        </w:rPr>
        <w:t xml:space="preserve">[49:34] </w:t>
      </w:r>
      <w:r>
        <w:t>Yaani is mein soch nahi hoti. Abhi bas dhyan, gyan karte hain. Woh soch par mabni nahi hota.</w:t>
      </w:r>
    </w:p>
    <w:p>
      <w:pPr>
        <w:jc w:val="right"/>
      </w:pPr>
      <w:r>
        <w:t>یعنی اس میں سوچ نہیں ہوتی۔ ابھی بس دھیان، گیان کرتے ہیں۔ وہ سوچ پر مبنی نہیں ہوتا۔</w:t>
      </w:r>
    </w:p>
    <w:p>
      <w:r>
        <w:rPr>
          <w:b/>
        </w:rPr>
        <w:t xml:space="preserve">[49:45] </w:t>
      </w:r>
      <w:r>
        <w:t>lekin jo rasool Allah ka jo tareeqa tha, tadabbur, woh soch par mabni hota hai. soch par, yaani mind based.</w:t>
      </w:r>
    </w:p>
    <w:p>
      <w:pPr>
        <w:jc w:val="right"/>
      </w:pPr>
      <w:r>
        <w:t>لیکن جو رسول اللہ کا جو طریقہ تھا، تدبر، وہ سوچ پر مبنی ہوتا ہے۔ سوچ پر، یعنی مائنڈ بیسڈ۔</w:t>
      </w:r>
    </w:p>
    <w:p>
      <w:r>
        <w:rPr>
          <w:b/>
        </w:rPr>
        <w:t xml:space="preserve">[49:57] </w:t>
      </w:r>
      <w:r>
        <w:t>to rasool Allah ka tareeqa mind based tha, yeh heart based nahi tha. to aap galat taur par rasool Allah ko is mein shamil kar rahe hain.</w:t>
      </w:r>
    </w:p>
    <w:p>
      <w:pPr>
        <w:jc w:val="right"/>
      </w:pPr>
      <w:r>
        <w:t>تو رسول اللہ کا طریقہ مائنڈ بیسڈ تھا، یہ ہارٹ بیسڈ نہیں تھا۔ تو آپ غلط طور پر رسول اللہ کو اس میں شامل کر رہے ہیں۔</w:t>
      </w:r>
    </w:p>
    <w:p>
      <w:r>
        <w:rPr>
          <w:b/>
        </w:rPr>
        <w:t xml:space="preserve">[50:10] </w:t>
      </w:r>
      <w:r>
        <w:t>iska rasool Allah se koi talluq nahi hai. is maamle mein hum baar baar likh chuke hain risala mein. isko aap parhiye aur is confusion se bahar aaiye.</w:t>
      </w:r>
    </w:p>
    <w:p>
      <w:pPr>
        <w:jc w:val="right"/>
      </w:pPr>
      <w:r>
        <w:t>اس کا رسول اللہ سے کوئی تعلق نہیں ہے۔ اس معاملے میں ہم بار بار لکھ چکے ہیں رسالہ میں۔ اس کو آپ پڑھیے اور اس کنفیوژن سے باہر آئیے۔</w:t>
      </w:r>
    </w:p>
    <w:p>
      <w:r>
        <w:rPr>
          <w:b/>
        </w:rPr>
        <w:t xml:space="preserve">[50:23] </w:t>
      </w:r>
      <w:r>
        <w:t>yaani</w:t>
      </w:r>
    </w:p>
    <w:p>
      <w:pPr>
        <w:jc w:val="right"/>
      </w:pPr>
      <w:r>
        <w:t>یعنی</w:t>
      </w:r>
    </w:p>
    <w:p>
      <w:r>
        <w:rPr>
          <w:b/>
        </w:rPr>
        <w:t xml:space="preserve">[50:26] </w:t>
      </w:r>
      <w:r>
        <w:t>mind based thinking aur heart based muraqba, dono ke farq ko janiye.</w:t>
      </w:r>
    </w:p>
    <w:p>
      <w:pPr>
        <w:jc w:val="right"/>
      </w:pPr>
      <w:r>
        <w:t>مائنڈ بیسڈ تھنکنگ اور ہارٹ بیسڈ مراقبہ، دونوں کے فرق کو جانیے۔</w:t>
      </w:r>
    </w:p>
    <w:p>
      <w:r>
        <w:rPr>
          <w:b/>
        </w:rPr>
        <w:t xml:space="preserve">[50:39] </w:t>
      </w:r>
      <w:r>
        <w:t>maulana, ek comment parhna chahenge.</w:t>
      </w:r>
    </w:p>
    <w:p>
      <w:pPr>
        <w:jc w:val="right"/>
      </w:pPr>
      <w:r>
        <w:t>مولانا، ایک کمنٹ پڑھنا چاہیں گے۔</w:t>
      </w:r>
    </w:p>
    <w:p>
      <w:r>
        <w:rPr>
          <w:b/>
        </w:rPr>
        <w:t xml:space="preserve">[50:45] </w:t>
      </w:r>
      <w:r>
        <w:t>ah, yeh comment bheja hai mahboob sahib ne mumbai se. unhon ne likha hai: "maulana, today i came to know how certain me be considered as blessing if we realize god in true sense.</w:t>
      </w:r>
    </w:p>
    <w:p>
      <w:pPr>
        <w:jc w:val="right"/>
      </w:pPr>
      <w:r>
        <w:t>اہ، یہ کمنٹ بھیجا ہے محبوب صاحب نے ممبئی سے۔ انہوں نے لکھا ہے: "مولانا، ٹوڈے آئی کیم ٹو نو ہاؤ سیٹن می بی کنسیڈرڈ ایز بلیسنگ اف وی ریلائز گاڈ ان ٹرو سینس۔</w:t>
      </w:r>
    </w:p>
    <w:p>
      <w:r>
        <w:rPr>
          <w:b/>
        </w:rPr>
        <w:t xml:space="preserve">[51:00] </w:t>
      </w:r>
      <w:r>
        <w:t>certain goes us struggle to achieve. jazak Allah maulana for an amazing sunday class." muhammad zakariya sahib ne likha hai: "true and thrilling interpretation of realization of god.</w:t>
      </w:r>
    </w:p>
    <w:p>
      <w:pPr>
        <w:jc w:val="right"/>
      </w:pPr>
      <w:r>
        <w:t>سیٹن گوز اس سٹرگل ٹو اچیو۔ جزاک اللہ مولانا فار این امیزنگ سنڈے کلاس۔" محمد زکریا صاحب نے لکھا ہے: "ٹرو اینڈ تھرلنگ انٹرپریٹیشن اف ریلائزیشن اف گاڈ۔</w:t>
      </w:r>
    </w:p>
    <w:p>
      <w:r>
        <w:rPr>
          <w:b/>
        </w:rPr>
        <w:t xml:space="preserve">[51:15] </w:t>
      </w:r>
      <w:r>
        <w:t>today we came to know that Allah sovereignty already exist and devil's existence is blessing to know the glory of god." ah, maulana muhammad sameer sahib ne ek aur sawal bheja hai.</w:t>
      </w:r>
    </w:p>
    <w:p>
      <w:pPr>
        <w:jc w:val="right"/>
      </w:pPr>
      <w:r>
        <w:t>ٹوڈے وی کیم ٹو نو دیٹ اللہ سورنٹی الریڈی ایگزسٹ اینڈ ڈیولز ایگزسٹنس از بلیسنگ ٹو نو دا گلوری اف گاڈ۔" اہ، مولانا محمد سمیر صاحب نے ایک اور سوال بھیجا ہے۔</w:t>
      </w:r>
    </w:p>
    <w:p>
      <w:r>
        <w:rPr>
          <w:b/>
        </w:rPr>
        <w:t xml:space="preserve">[51:31] </w:t>
      </w:r>
      <w:r>
        <w:t>unhon ne aapse poocha hai ke: "what is qalb and why is it discussed in classical islam so many times?" iske bare mein bataiye.</w:t>
      </w:r>
    </w:p>
    <w:p>
      <w:pPr>
        <w:jc w:val="right"/>
      </w:pPr>
      <w:r>
        <w:t>انہوں نے آپ سے پوچھا ہے کہ: "واٹ از قلب اینڈ وائی از اٹ ڈسکسڈ ان کلاسیکل اسلام سو مینی ٹائمز؟" اس کے بارے میں بتائیں۔</w:t>
      </w:r>
    </w:p>
    <w:p>
      <w:r>
        <w:rPr>
          <w:b/>
        </w:rPr>
        <w:t xml:space="preserve">[51:41] </w:t>
      </w:r>
      <w:r>
        <w:t>dekhiye, quran mein qalb aql ke maene mein hai. jitne bhi alfaaz quran mein aaye hain, woh sab aql ke maene mein hain.</w:t>
      </w:r>
    </w:p>
    <w:p>
      <w:pPr>
        <w:jc w:val="right"/>
      </w:pPr>
      <w:r>
        <w:t>دیکھیں، قرآن میں قلب عقل کے معنی میں ہے۔ جتنے بھی الفاظ قرآن میں آئے ہیں، وہ سب عقل کے معنی میں ہیں۔</w:t>
      </w:r>
    </w:p>
    <w:p>
      <w:r>
        <w:rPr>
          <w:b/>
        </w:rPr>
        <w:t xml:space="preserve">[51:52] </w:t>
      </w:r>
      <w:r>
        <w:t>aur aap ko shakk ho to aap mashhoor lughat hai: lisan al arab. lisan al arab dekhiye, aap ke arabi zabaan mein aql aur qalb mein koi farq nahi hai.</w:t>
      </w:r>
    </w:p>
    <w:p>
      <w:pPr>
        <w:jc w:val="right"/>
      </w:pPr>
      <w:r>
        <w:t>اور آپ کو شک ہو تو آپ مشہور لغت ہے: لسان العرب۔ لسان العرب دیکھیے، آپ کہ عربی زبان میں عقل اور قلب میں کوئی فرق نہیں ہے۔</w:t>
      </w:r>
    </w:p>
    <w:p>
      <w:r>
        <w:rPr>
          <w:b/>
        </w:rPr>
        <w:t xml:space="preserve">[52:06] </w:t>
      </w:r>
      <w:r>
        <w:t>yeh to awam mein ek cheez phail gayi hai, ghaleban sufia ke asar se. sufia ne, yaani</w:t>
      </w:r>
    </w:p>
    <w:p>
      <w:pPr>
        <w:jc w:val="right"/>
      </w:pPr>
      <w:r>
        <w:t>یہ تو عوام میں ایک چیز پھیل گئی ہے، غالباً صوفیاء کے اثر سے۔ صوفیاء نے، یعنی</w:t>
      </w:r>
    </w:p>
    <w:p>
      <w:r>
        <w:rPr>
          <w:b/>
        </w:rPr>
        <w:t xml:space="preserve">[52:20] </w:t>
      </w:r>
      <w:r>
        <w:t>yeh jo gyan, dhyan, gyan ka jo concept hai, uske asar se qalb par mabni ek cheez daryaft ki.</w:t>
      </w:r>
    </w:p>
    <w:p>
      <w:pPr>
        <w:jc w:val="right"/>
      </w:pPr>
      <w:r>
        <w:t>یہ جو گیان، دھیان، گیان کا جو کانسیپٹ ہے، اس کے اثر سے قلب پر مبنی ایک چیز دریافت کی۔</w:t>
      </w:r>
    </w:p>
    <w:p>
      <w:r>
        <w:rPr>
          <w:b/>
        </w:rPr>
        <w:t xml:space="preserve">[52:32] </w:t>
      </w:r>
      <w:r>
        <w:t>to woh lage muraqba karne. baqi iska islam se koi talluq nahi hai. islam mukammal taur par tadabbur ka mazhab hai.</w:t>
      </w:r>
    </w:p>
    <w:p>
      <w:pPr>
        <w:jc w:val="right"/>
      </w:pPr>
      <w:r>
        <w:t>تو وہ لگے مراقبہ کرنے۔ باقی اس کا اسلام سے کوئی تعلق نہیں ہے۔ اسلام مکمل طور پر تدبر کا مذہب ہے۔</w:t>
      </w:r>
    </w:p>
    <w:p>
      <w:r>
        <w:rPr>
          <w:b/>
        </w:rPr>
        <w:t xml:space="preserve">[52:45] </w:t>
      </w:r>
      <w:r>
        <w:t>mukammal taur par tadabbur. tadabbur ayati</w:t>
      </w:r>
    </w:p>
    <w:p>
      <w:pPr>
        <w:jc w:val="right"/>
      </w:pPr>
      <w:r>
        <w:t>مکمل طور پر تدبر۔ تدبر آیاتی</w:t>
      </w:r>
    </w:p>
    <w:p>
      <w:r>
        <w:rPr>
          <w:b/>
        </w:rPr>
        <w:t xml:space="preserve">[52:55] </w:t>
      </w:r>
      <w:r>
        <w:t>to is maamle mein main chahta hoon ke aap log apne confusion se bahar aayen aur isko achhi tarah samjhen.</w:t>
      </w:r>
    </w:p>
    <w:p>
      <w:pPr>
        <w:jc w:val="right"/>
      </w:pPr>
      <w:r>
        <w:t>تو اس معاملے میں میں چاہتا ہوں کہ آپ لوگ اپنے کنفیوژن سے باہر آئیں اور اس کو اچھی طرح سمجھیں۔</w:t>
      </w:r>
    </w:p>
    <w:p>
      <w:r>
        <w:rPr>
          <w:b/>
        </w:rPr>
        <w:t xml:space="preserve">[53:07] </w:t>
      </w:r>
      <w:r>
        <w:t>aur is mein koi point hai? nahi, maulana, hum doosra sawal lete hain. doosra sawal bheja hai Ahmedabad se khursheed siddiqui sahib ne.</w:t>
      </w:r>
    </w:p>
    <w:p>
      <w:pPr>
        <w:jc w:val="right"/>
      </w:pPr>
      <w:r>
        <w:t>اور اس میں کوئی پوائنٹ ہے؟ نہیں، مولانا، ہم دوسرا سوال لیتے ہیں۔ دوسرا سوال بھیجا ہے احمد آباد سے خورشید صدیقی صاحب نے۔</w:t>
      </w:r>
    </w:p>
    <w:p>
      <w:r>
        <w:rPr>
          <w:b/>
        </w:rPr>
        <w:t xml:space="preserve">[53:18] </w:t>
      </w:r>
      <w:r>
        <w:t>unhon ne likha hai: "maulana, how can we become a stronger personality as god prefers stronger personality over weaker one?</w:t>
      </w:r>
    </w:p>
    <w:p>
      <w:pPr>
        <w:jc w:val="right"/>
      </w:pPr>
      <w:r>
        <w:t>انہوں نے لکھا ہے: "مولانا، ہاؤ کین وی بیکم ا سٹرونگر پرسنیلٹی ایز گاڈ پریفرز سٹرونگر پرسنیلٹی اوور ویکر ون؟</w:t>
      </w:r>
    </w:p>
    <w:p>
      <w:r>
        <w:rPr>
          <w:b/>
        </w:rPr>
        <w:t xml:space="preserve">[53:29] </w:t>
      </w:r>
      <w:r>
        <w:t>how can i come into stronger personality category? please advice in this regard."</w:t>
      </w:r>
    </w:p>
    <w:p>
      <w:pPr>
        <w:jc w:val="right"/>
      </w:pPr>
      <w:r>
        <w:t>ہاؤ کین آئی کم انٹو سٹرونگر پرسنیلٹی کیٹگری؟ پلیز ایڈوائس ان دس ریگارڈ۔"</w:t>
      </w:r>
    </w:p>
    <w:p>
      <w:r>
        <w:rPr>
          <w:b/>
        </w:rPr>
        <w:t xml:space="preserve">[53:38] </w:t>
      </w:r>
      <w:r>
        <w:t>yeh ghaleban aap ne is hadees ki roshni mein farmaya hai ke: "al momin al qawi</w:t>
      </w:r>
    </w:p>
    <w:p>
      <w:pPr>
        <w:jc w:val="right"/>
      </w:pPr>
      <w:r>
        <w:t>یہ غالباً آپ نے اس حدیث کی روشنی میں فرمایا ہے کہ: "المومن القوی</w:t>
      </w:r>
    </w:p>
    <w:p>
      <w:r>
        <w:rPr>
          <w:b/>
        </w:rPr>
        <w:t xml:space="preserve">[53:49] </w:t>
      </w:r>
      <w:r>
        <w:t>wa qaarib wa ahabb Allah abdullah wal kul khair." saath saath yeh bhi ke: "wal kul khair."</w:t>
      </w:r>
    </w:p>
    <w:p>
      <w:pPr>
        <w:jc w:val="right"/>
      </w:pPr>
      <w:r>
        <w:t>و قارب و احب اللہ عبداللہ ول کل خیر۔" ساتھ ساتھ یہ بھی کہ: "ولکل خیر۔"</w:t>
      </w:r>
    </w:p>
    <w:p>
      <w:r>
        <w:rPr>
          <w:b/>
        </w:rPr>
        <w:t xml:space="preserve">[54:00] </w:t>
      </w:r>
      <w:r>
        <w:t>to iska matlab kya hai? khair dono ke liye hai. khair dono ke liye. to insaan apne ko,</w:t>
      </w:r>
    </w:p>
    <w:p>
      <w:pPr>
        <w:jc w:val="right"/>
      </w:pPr>
      <w:r>
        <w:t>تو اس کا مطلب کیا ہے؟ خیر دونوں کے لیے ہے۔ خیر دونوں کے لیے۔ تو انسان اپنے کو،</w:t>
      </w:r>
    </w:p>
    <w:p>
      <w:r>
        <w:rPr>
          <w:b/>
        </w:rPr>
        <w:t xml:space="preserve">[54:15] </w:t>
      </w:r>
      <w:r>
        <w:t>yaani is is khairain mein jis khair ka faisla kiya Allah taala ne, uske liye. yaani yahan do khairain ka zikr hua: khair zaeef, khair qawi.</w:t>
      </w:r>
    </w:p>
    <w:p>
      <w:pPr>
        <w:jc w:val="right"/>
      </w:pPr>
      <w:r>
        <w:t>یعنی اس اس خیرین میں جس خیر کا فیصلہ کیا اللہ تعالی نے، اس کے لیے۔ یعنی یہاں دو خیرین کا ذکر ہوا: خیر ضعیف، خیر قوی۔</w:t>
      </w:r>
    </w:p>
    <w:p>
      <w:r>
        <w:rPr>
          <w:b/>
        </w:rPr>
        <w:t xml:space="preserve">[54:32] </w:t>
      </w:r>
      <w:r>
        <w:t>dono ke saath khair juda hua hai. to aap gaur o fikr ke zariye khair, agar aap zaeef samajhte hain apne aap ko, to khair zaeef ka discover kijiye.</w:t>
      </w:r>
    </w:p>
    <w:p>
      <w:pPr>
        <w:jc w:val="right"/>
      </w:pPr>
      <w:r>
        <w:t>دونوں کے ساتھ خیر جڑا ہوا ہے۔ تو آپ غور و فکر کے ذریعے خیر، اگر آپ ضعیف سمجھتے ہیں اپنے آپ کو، تو خیر ضعیف کا ڈسکور کیجئے۔</w:t>
      </w:r>
    </w:p>
    <w:p>
      <w:r>
        <w:rPr>
          <w:b/>
        </w:rPr>
        <w:t xml:space="preserve">[54:48] </w:t>
      </w:r>
      <w:r>
        <w:t>agar aap momin qavi samajhte hain to khair qavi ka discover kijiye. is par maine likha hai risale mein.</w:t>
      </w:r>
    </w:p>
    <w:p>
      <w:pPr>
        <w:jc w:val="right"/>
      </w:pPr>
      <w:r>
        <w:t>اگر آپ مومن قوی سمجھتے ہیں تو خیر قوی کا ڈسکور کیجئے۔ اس پر میں نے لکھا ہے رسالے میں۔</w:t>
      </w:r>
    </w:p>
    <w:p>
      <w:r>
        <w:rPr>
          <w:b/>
        </w:rPr>
        <w:t xml:space="preserve">[54:59] </w:t>
      </w:r>
      <w:r>
        <w:t>to ek hai khair qavi, ek hai khair zaeef. dono mein se ek baharhal aap ke liye hai. agar agar agar aap samajhte hain ke main zaeef hoon to khair zaeef aap ke liye hai.</w:t>
      </w:r>
    </w:p>
    <w:p>
      <w:pPr>
        <w:jc w:val="right"/>
      </w:pPr>
      <w:r>
        <w:t>تو ایک ہے خیر قوی، ایک ہے خیر ضعیف۔ دونوں میں سے ایک بہرحال آپ کے لیے ہے۔ اگر اگر اگر آپ سمجھتے ہیں کہ میں ضعیف ہوں تو خیر ضعیف آپ کے لیے ہے۔</w:t>
      </w:r>
    </w:p>
    <w:p>
      <w:r>
        <w:rPr>
          <w:b/>
        </w:rPr>
        <w:t xml:space="preserve">[55:15] </w:t>
      </w:r>
      <w:r>
        <w:t>yani Allah ki taraf se. aur agar aap samajhte hain ke aap qavi hain to khair qavi aap ke liye hai Allah ki taraf se.</w:t>
      </w:r>
    </w:p>
    <w:p>
      <w:pPr>
        <w:jc w:val="right"/>
      </w:pPr>
      <w:r>
        <w:t>یعنی اللہ کی طرف سے۔ اور اگر آپ سمجھتے ہیں کہ آپ قوی ہیں تو خیر قوی آپ کے لیے ہے اللہ کی طرف سے۔</w:t>
      </w:r>
    </w:p>
    <w:p>
      <w:r>
        <w:rPr>
          <w:b/>
        </w:rPr>
        <w:t xml:space="preserve">[55:23] </w:t>
      </w:r>
      <w:r>
        <w:t>yani Allah dono mein se ek khair zaroor dega, dega, bashart ke aap jo fitrat ka tareeqa hai, us ke mutabiq us ko, us ko talash karen.</w:t>
      </w:r>
    </w:p>
    <w:p>
      <w:pPr>
        <w:jc w:val="right"/>
      </w:pPr>
      <w:r>
        <w:t>یعنی اللہ دونوں میں سے ایک خیر ضرور دے گا، دے گا، بشرط کہ آپ جو فطرت کا طریقہ ہے، اس کے مطابق اس کو، اس کو تلاش کریں۔</w:t>
      </w:r>
    </w:p>
    <w:p>
      <w:r>
        <w:rPr>
          <w:b/>
        </w:rPr>
        <w:t xml:space="preserve">[55:40] </w:t>
      </w:r>
      <w:r>
        <w:t>jahan tak main samajhta hoon ke khair zaeef, yani kam az kam mere liye, main samajhta hoon ke zyada badi baat hai.</w:t>
      </w:r>
    </w:p>
    <w:p>
      <w:pPr>
        <w:jc w:val="right"/>
      </w:pPr>
      <w:r>
        <w:t>جہاں تک میں سمجھتا ہوں کہ خیر ضعیف، یعنی کم از کم میرے لیے، میں سمجھتا ہوں کہ زیادہ بڑی بات ہے۔</w:t>
      </w:r>
    </w:p>
    <w:p>
      <w:r>
        <w:rPr>
          <w:b/>
        </w:rPr>
        <w:t xml:space="preserve">[55:58] </w:t>
      </w:r>
      <w:r>
        <w:t>khair zaeef zyada badi baat hai mere mere samajh se. kyun? is liye ke agar aap ka agar khair zaeef hai to aap us rukh par apni apni fikr chalayenge,</w:t>
      </w:r>
    </w:p>
    <w:p>
      <w:pPr>
        <w:jc w:val="right"/>
      </w:pPr>
      <w:r>
        <w:t>خیر ضعیف زیادہ بڑی بات ہے میرے میرے سمجھ سے۔ کیوں؟ اس لیے کہ اگر آپ کا اگر خیر ضعیف ہے تو آپ اس رخ پر اپنی اپنی فکر چلائیں گے،</w:t>
      </w:r>
    </w:p>
    <w:p>
      <w:r>
        <w:rPr>
          <w:b/>
        </w:rPr>
        <w:t xml:space="preserve">[56:15] </w:t>
      </w:r>
      <w:r>
        <w:t>is rukh par daryaft karne ki koshish karenge. aur khair zaeef ke liye jo muqaddar hai, wo hai, wo muqaddar hai yani</w:t>
      </w:r>
    </w:p>
    <w:p>
      <w:pPr>
        <w:jc w:val="right"/>
      </w:pPr>
      <w:r>
        <w:t>اس رخ پر دریافت کرنے کی کوشش کریں گے۔ اور خیر ضعیف کے لیے جو مقدر ہے، وہ ہے، وہ مقدر ہے یعنی</w:t>
      </w:r>
    </w:p>
    <w:p>
      <w:r>
        <w:rPr>
          <w:b/>
        </w:rPr>
        <w:t xml:space="preserve">[56:32] </w:t>
      </w:r>
      <w:r>
        <w:t>modesty. tawazu. jo aadmi apne ko qavi nahi samajhta, nahi pata, jo apne ko zaeef pata hai,</w:t>
      </w:r>
    </w:p>
    <w:p>
      <w:pPr>
        <w:jc w:val="right"/>
      </w:pPr>
      <w:r>
        <w:t>مودیسٹی۔ تواضع۔ جو آدمی اپنے کو قوی نہیں سمجھتا، نہیں پاتا، جو اپنے کو ضعیف پاتا ہے،</w:t>
      </w:r>
    </w:p>
    <w:p>
      <w:r>
        <w:rPr>
          <w:b/>
        </w:rPr>
        <w:t xml:space="preserve">[56:47] </w:t>
      </w:r>
      <w:r>
        <w:t>to us ke liye ek bohat bada khair muqaddar hai. ab wo hai tawazu ya modesty.</w:t>
      </w:r>
    </w:p>
    <w:p>
      <w:pPr>
        <w:jc w:val="right"/>
      </w:pPr>
      <w:r>
        <w:t>تو اس کے لیے ایک بہت بڑا خیر مقدر ہے۔ اب وہ ہے تواضع یا مودیسٹی۔</w:t>
      </w:r>
    </w:p>
    <w:p>
      <w:r>
        <w:rPr>
          <w:b/>
        </w:rPr>
        <w:t xml:space="preserve">[56:57] </w:t>
      </w:r>
      <w:r>
        <w:t>achha dekhiye, maine is pe likha tha risale mein ke ke zaeef aadmi ko zyada apne is haqeeqat ka daryaft hoti hai ke wo zaeef hai.</w:t>
      </w:r>
    </w:p>
    <w:p>
      <w:pPr>
        <w:jc w:val="right"/>
      </w:pPr>
      <w:r>
        <w:t>اچھا دیکھیے، میں نے اس پہ لکھا تھا رسالے میں کہ کہ ضعیف آدمی کو زیادہ اپنے اس حقیقت کا دریافت ہوتی ہے کہ وہ ضعیف ہے۔</w:t>
      </w:r>
    </w:p>
    <w:p>
      <w:r>
        <w:rPr>
          <w:b/>
        </w:rPr>
        <w:t xml:space="preserve">[57:20] </w:t>
      </w:r>
      <w:r>
        <w:t>to zouq le aati hai kahan? modesty ki taraf. aur modesty bohat hi qeemti cheez hai.</w:t>
      </w:r>
    </w:p>
    <w:p>
      <w:pPr>
        <w:jc w:val="right"/>
      </w:pPr>
      <w:r>
        <w:t>تو ذوق لے آتی ہے کہاں؟ مودیسٹی کی طرف۔ اور مودیسٹی بہت ہی قیمتی چیز ہے۔</w:t>
      </w:r>
    </w:p>
    <w:p>
      <w:r>
        <w:rPr>
          <w:b/>
        </w:rPr>
        <w:t xml:space="preserve">[57:32] </w:t>
      </w:r>
      <w:r>
        <w:t>maine likha tha is ke bare mein ke modesty ek bohat hi anokha tohfa hai insaan ke liye.</w:t>
      </w:r>
    </w:p>
    <w:p>
      <w:pPr>
        <w:jc w:val="right"/>
      </w:pPr>
      <w:r>
        <w:t>میں نے لکھا تھا اس کے بارے میں کہ مودیسٹی ایک بہت ہی انوکھا تحفہ ہے انسان کے لیے۔</w:t>
      </w:r>
    </w:p>
    <w:p>
      <w:r>
        <w:rPr>
          <w:b/>
        </w:rPr>
        <w:t xml:space="preserve">[57:44] </w:t>
      </w:r>
      <w:r>
        <w:t>kyun ke modest modest aadmi ko yeh mauqa milta hai ke wo is kainat mein doosra extend banaye.</w:t>
      </w:r>
    </w:p>
    <w:p>
      <w:pPr>
        <w:jc w:val="right"/>
      </w:pPr>
      <w:r>
        <w:t>کیونکہ مودیسٹ مودیسٹ آدمی کو یہ موقع ملتا ہے کہ وہ اس کائنات میں دوسرا ایکسٹینڈ بنائے۔</w:t>
      </w:r>
    </w:p>
    <w:p>
      <w:r>
        <w:rPr>
          <w:b/>
        </w:rPr>
        <w:t xml:space="preserve">[57:56] </w:t>
      </w:r>
      <w:r>
        <w:t>doosra extend yani</w:t>
      </w:r>
    </w:p>
    <w:p>
      <w:pPr>
        <w:jc w:val="right"/>
      </w:pPr>
      <w:r>
        <w:t>دوسرا ایکسٹینڈ یعنی</w:t>
      </w:r>
    </w:p>
    <w:p>
      <w:r>
        <w:rPr>
          <w:b/>
        </w:rPr>
        <w:t xml:space="preserve">[58:01] </w:t>
      </w:r>
      <w:r>
        <w:t>Allah ya khaliq al powerful hai. al powerful to al powerful ke muqable mein al powerless ka jo extend hai, wo muqaddar hai zaeef ke liye.</w:t>
      </w:r>
    </w:p>
    <w:p>
      <w:pPr>
        <w:jc w:val="right"/>
      </w:pPr>
      <w:r>
        <w:t>اللہ یا خالق ال پاور فل ہے۔ ال پاور فل تو ال پاور فل کے مقابلے میں ال پاور لیس کا جو ایکسٹینڈ ہے، وہ مقدر ہے ضعیف کے لیے۔</w:t>
      </w:r>
    </w:p>
    <w:p>
      <w:r>
        <w:rPr>
          <w:b/>
        </w:rPr>
        <w:t xml:space="preserve">[58:18] </w:t>
      </w:r>
      <w:r>
        <w:t>yeh bohat hi important baat hai ke al power ke wo insaan jo zaeef paida hua hai, aap ke khayal se wo to bohat hi badi yani advantage us ko hasil hai.</w:t>
      </w:r>
    </w:p>
    <w:p>
      <w:pPr>
        <w:jc w:val="right"/>
      </w:pPr>
      <w:r>
        <w:t>یہ بہت ہی امپورٹنٹ بات ہے کہ ال پاور کہ وہ انسان جو ضعیف پیدا ہوا ہے، آپ کے خیال سے وہ تو بہت ہی بڑی یعنی ایڈوانٹیج اس کو حاصل ہے۔</w:t>
      </w:r>
    </w:p>
    <w:p>
      <w:r>
        <w:rPr>
          <w:b/>
        </w:rPr>
        <w:t xml:space="preserve">[58:35] </w:t>
      </w:r>
      <w:r>
        <w:t>kyun ke aisa insaan al powerful God ke muqable mein al powerless insaan ka extend banata hai.</w:t>
      </w:r>
    </w:p>
    <w:p>
      <w:pPr>
        <w:jc w:val="right"/>
      </w:pPr>
      <w:r>
        <w:t>کیونکہ ایسا انسان ال پاور فل گاڈ کے مقابلے میں ال پاور لیس انسان کا ایکسٹینڈ بناتا ہے۔</w:t>
      </w:r>
    </w:p>
    <w:p>
      <w:r>
        <w:rPr>
          <w:b/>
        </w:rPr>
        <w:t xml:space="preserve">[58:48] </w:t>
      </w:r>
      <w:r>
        <w:t>aur jo jo qavi insaan hai, wo wo is ke liye bhi ek ek ek karname muqaddar hai ke jahan pehlwani pehlwani ka mauqa ho, wo pehlwani dikhaye.</w:t>
      </w:r>
    </w:p>
    <w:p>
      <w:pPr>
        <w:jc w:val="right"/>
      </w:pPr>
      <w:r>
        <w:t>اور جو جو قوی انسان ہے، وہ وہ اس کے لیے بھی ایک ایک ایک کارنامہ مقدر ہے کہ جہاں پہلوانی پہلوانی کا موقع ہو، وہ پہلوانی دکھائے۔</w:t>
      </w:r>
    </w:p>
    <w:p>
      <w:r>
        <w:rPr>
          <w:b/>
        </w:rPr>
        <w:t xml:space="preserve">[59:04] </w:t>
      </w:r>
      <w:r>
        <w:t>jahan taqat ke istemaal ka mauqa ho, woh taqat istemaal kare.</w:t>
      </w:r>
    </w:p>
    <w:p>
      <w:pPr>
        <w:jc w:val="right"/>
      </w:pPr>
      <w:r>
        <w:t>جہاں طاقت کے استعمال کا موقع ہو، وہ طاقت استعمال کرے۔</w:t>
      </w:r>
    </w:p>
    <w:p>
      <w:r>
        <w:rPr>
          <w:b/>
        </w:rPr>
        <w:t xml:space="preserve">[59:10] </w:t>
      </w:r>
      <w:r>
        <w:t>lekin mera apna jo soch hai, to mein samajhta hoon ke insaan ke liye yeh ziyada bara</w:t>
      </w:r>
    </w:p>
    <w:p>
      <w:pPr>
        <w:jc w:val="right"/>
      </w:pPr>
      <w:r>
        <w:t>لیکن میرا اپنا جو سوچ ہے، تو میں سمجھتا ہوں کہ انسان کے لیے یہ زیادہ بڑا</w:t>
      </w:r>
    </w:p>
    <w:p>
      <w:r>
        <w:rPr>
          <w:b/>
        </w:rPr>
        <w:t xml:space="preserve">[59:19] </w:t>
      </w:r>
      <w:r>
        <w:t>bari baat hai ke woh all powerful god ke muqable mein all powerless ka doosra extend</w:t>
      </w:r>
    </w:p>
    <w:p>
      <w:pPr>
        <w:jc w:val="right"/>
      </w:pPr>
      <w:r>
        <w:t>بڑی بات ہے کہ وہ ال پاور فل گاڈ کے مقابلے میں ال پاور لیس کا دوسرا ایکسٹینڈ</w:t>
      </w:r>
    </w:p>
    <w:p>
      <w:r>
        <w:rPr>
          <w:b/>
        </w:rPr>
        <w:t xml:space="preserve">[59:28] </w:t>
      </w:r>
      <w:r>
        <w:t>banaye.</w:t>
      </w:r>
    </w:p>
    <w:p>
      <w:pPr>
        <w:jc w:val="right"/>
      </w:pPr>
      <w:r>
        <w:t>بنائے۔</w:t>
      </w:r>
    </w:p>
    <w:p>
      <w:r>
        <w:rPr>
          <w:b/>
        </w:rPr>
        <w:t xml:space="preserve">[59:34] </w:t>
      </w:r>
      <w:r>
        <w:t>Maulana, agla sawal lete hain. Srinagar se Aamir Mori sahib ne bheja hai. unhone aapse poocha hai ke: "Maulana sahib, what is the starting point of true God realization?</w:t>
      </w:r>
    </w:p>
    <w:p>
      <w:pPr>
        <w:jc w:val="right"/>
      </w:pPr>
      <w:r>
        <w:t>مولانا، اگلا سوال لیتے ہیں۔ سری نگر سے عامر موری صاحب نے بھیجا ہے۔ انہوں نے آپ سے پوچھا ہے کہ: "مولانا صاحب، واٹ از دا سٹارٹنگ پوائنٹ اف ٹرو گاڈ ریلائزیشن؟</w:t>
      </w:r>
    </w:p>
    <w:p>
      <w:r>
        <w:rPr>
          <w:b/>
        </w:rPr>
        <w:t xml:space="preserve">[59:48] </w:t>
      </w:r>
      <w:r>
        <w:t>Kindly guide and help us to understand it with some of your personal experiences."</w:t>
      </w:r>
    </w:p>
    <w:p>
      <w:pPr>
        <w:jc w:val="right"/>
      </w:pPr>
      <w:r>
        <w:t>کائنڈلی گائیڈ اینڈ ہیلپ اس ٹو انڈرسٹینڈ اٹ ود سم اف یور پرسنل ایکسپیرینسز۔"</w:t>
      </w:r>
    </w:p>
    <w:p>
      <w:r>
        <w:rPr>
          <w:b/>
        </w:rPr>
        <w:t xml:space="preserve">[59:58] </w:t>
      </w:r>
      <w:r>
        <w:t>mera to yahi hai jo abhi maine kaha ke maine apne aap ko discover kiya ke main ek zaeef insaan ke taur par paida hua hoon, qavi insaan ke taur par nahi.</w:t>
      </w:r>
    </w:p>
    <w:p>
      <w:pPr>
        <w:jc w:val="right"/>
      </w:pPr>
      <w:r>
        <w:t>میرا تو یہی ہے جو ابھی میں نے کہا کہ میں نے اپنے آپ کو ڈسکور کیا کہ میں ایک ضعیف انسان کے طور پر پیدا ہوا ہوں، قوی انسان کے طور پر نہیں۔</w:t>
      </w:r>
    </w:p>
    <w:p>
      <w:r>
        <w:rPr>
          <w:b/>
        </w:rPr>
        <w:t xml:space="preserve">[1:00:14] </w:t>
      </w:r>
      <w:r>
        <w:t>to maine apne zouq zouq ko jab daryaft kiya to mujhe laga ke yeh to bohat badi baat hai ke zouq ko jo daryaft karta hai, wo wo apni modesty ko daryaft karta hai.</w:t>
      </w:r>
    </w:p>
    <w:p>
      <w:pPr>
        <w:jc w:val="right"/>
      </w:pPr>
      <w:r>
        <w:t>تو میں نے اپنے ذوق ذوق کو جب دریافت کیا تو مجھے لگا کہ یہ تو بہت بڑی بات ہے کہ ذوق کو جو دریافت کرتا ہے، وہ وہ اپنی مودیسٹی کو دریافت کرتا ہے۔</w:t>
      </w:r>
    </w:p>
    <w:p>
      <w:r>
        <w:rPr>
          <w:b/>
        </w:rPr>
        <w:t xml:space="preserve">[1:00:29] </w:t>
      </w:r>
      <w:r>
        <w:t>zaeef insaan ke paas modesty ke siwa kuch aur hota hi nahi. kya karega wo modesty ke siwa?</w:t>
      </w:r>
    </w:p>
    <w:p>
      <w:pPr>
        <w:jc w:val="right"/>
      </w:pPr>
      <w:r>
        <w:t>ضعیف انسان کے پاس مودیسٹی کے سوا کچھ اور ہوتا ہی نہیں۔ کیا کرے گا وہ مودیسٹی کے سوا؟</w:t>
      </w:r>
    </w:p>
    <w:p>
      <w:r>
        <w:rPr>
          <w:b/>
        </w:rPr>
        <w:t xml:space="preserve">[1:00:38] </w:t>
      </w:r>
      <w:r>
        <w:t>to mein ne sab se pehle apne zaoq ko daryaft kiya, phir mujhe modesty mili, aur modesty ke</w:t>
      </w:r>
    </w:p>
    <w:p>
      <w:pPr>
        <w:jc w:val="right"/>
      </w:pPr>
      <w:r>
        <w:t>تو میں نے سب سے پہلے اپنے ذوق کو دریافت کیا، پھر مجھے مودیسٹی ملی، اور مودیسٹی کے</w:t>
      </w:r>
    </w:p>
    <w:p>
      <w:r>
        <w:rPr>
          <w:b/>
        </w:rPr>
        <w:t xml:space="preserve">[1:00:48] </w:t>
      </w:r>
      <w:r>
        <w:t>baad mujhe yeh anokhi daryaft hui</w:t>
      </w:r>
    </w:p>
    <w:p>
      <w:pPr>
        <w:jc w:val="right"/>
      </w:pPr>
      <w:r>
        <w:t>بعد مجھے یہ انوکھی دریافت ہوئی</w:t>
      </w:r>
    </w:p>
    <w:p>
      <w:r>
        <w:rPr>
          <w:b/>
        </w:rPr>
        <w:t xml:space="preserve">[1:00:53] </w:t>
      </w:r>
      <w:r>
        <w:t>ke insaan ko to bohat bara moqa diya hai Allah taala ne</w:t>
      </w:r>
    </w:p>
    <w:p>
      <w:pPr>
        <w:jc w:val="right"/>
      </w:pPr>
      <w:r>
        <w:t>کہ انسان کو تو بہت بڑا موقع دیا ہے اللہ تعالی نے</w:t>
      </w:r>
    </w:p>
    <w:p>
      <w:r>
        <w:rPr>
          <w:b/>
        </w:rPr>
        <w:t xml:space="preserve">[1:01:00] </w:t>
      </w:r>
      <w:r>
        <w:t>modesty ke through</w:t>
      </w:r>
    </w:p>
    <w:p>
      <w:pPr>
        <w:jc w:val="right"/>
      </w:pPr>
      <w:r>
        <w:t>مودیسٹی کے تھرو</w:t>
      </w:r>
    </w:p>
    <w:p>
      <w:r>
        <w:rPr>
          <w:b/>
        </w:rPr>
        <w:t xml:space="preserve">[1:01:02] </w:t>
      </w:r>
      <w:r>
        <w:t>ke woh all powerful God ke muqable mein</w:t>
      </w:r>
    </w:p>
    <w:p>
      <w:pPr>
        <w:jc w:val="right"/>
      </w:pPr>
      <w:r>
        <w:t>کہ وہ ال پاور فل گاڈ کے مقابلے میں</w:t>
      </w:r>
    </w:p>
    <w:p>
      <w:r>
        <w:rPr>
          <w:b/>
        </w:rPr>
        <w:t xml:space="preserve">[1:01:08] </w:t>
      </w:r>
      <w:r>
        <w:t>all powerless ka doosra extend banata hai.</w:t>
      </w:r>
    </w:p>
    <w:p>
      <w:pPr>
        <w:jc w:val="right"/>
      </w:pPr>
      <w:r>
        <w:t>ال پاور لیس کا دوسرا ایکسٹینڈ بناتا ہے۔</w:t>
      </w:r>
    </w:p>
    <w:p>
      <w:r>
        <w:rPr>
          <w:b/>
        </w:rPr>
        <w:t xml:space="preserve">[1:01:11] </w:t>
      </w:r>
      <w:r>
        <w:t>yeh to bohat hi bari darja hai. to mera jo process hai, woh yehi hai. maine jo paya hai is haqeeqat ko to is ka process yehi tha ke pehle maine daryaft kiya apne zauq ko, phir maine daryaft kiya ke zauq leads to modesty.</w:t>
      </w:r>
    </w:p>
    <w:p>
      <w:pPr>
        <w:jc w:val="right"/>
      </w:pPr>
      <w:r>
        <w:t>یہ تو بہت ہی بڑی درجہ ہے۔ تو میرا جو پراسیس ہے، وہ یہی ہے۔ میں نے جو پایا ہے اس حقیقت کو تو اس کا پراسیس یہی تھا کہ پہلے میں نے دریافت کیا اپنے ذوق کو، پھر میں نے دریافت کیا کہ ذوق لیڈز ٹو مودیسٹی۔</w:t>
      </w:r>
    </w:p>
    <w:p>
      <w:r>
        <w:rPr>
          <w:b/>
        </w:rPr>
        <w:t xml:space="preserve">[1:01:39] </w:t>
      </w:r>
      <w:r>
        <w:t>aur jab maine modesty ko daryaft kiya, tab maine is baat ko daryaft kiya ke woh insaan jo jis ko Allah ne zaeef paida kiya ho aur modesty ke halaat is ke hon,</w:t>
      </w:r>
    </w:p>
    <w:p>
      <w:pPr>
        <w:jc w:val="right"/>
      </w:pPr>
      <w:r>
        <w:t>اور جب میں نے مودیسٹی کو دریافت کیا، تب میں نے اس بات کو دریافت کیا کہ وہ انسان جو جس کو اللہ نے ضعیف پیدا کیا ہو اور مودیسٹی کے حالات اس کے ہوں،</w:t>
      </w:r>
    </w:p>
    <w:p>
      <w:r>
        <w:rPr>
          <w:b/>
        </w:rPr>
        <w:t xml:space="preserve">[1:01:55] </w:t>
      </w:r>
      <w:r>
        <w:t>is ko to aik bohat bari nemat mili hai ke woh is kainat mein poori kainat mein aik aisa kaam karta hai jo koi nahi kar sakta siwaye insaan ke, zaeef insaan ke.</w:t>
      </w:r>
    </w:p>
    <w:p>
      <w:pPr>
        <w:jc w:val="right"/>
      </w:pPr>
      <w:r>
        <w:t>اس کو تو ایک بہت بڑی نعمت ملی ہے کہ وہ اس کائنات میں پوری کائنات میں ایک ایسا کام کرتا ہے جو کوئی نہیں کر سکتا سوائے انسان کے، ضعیف انسان کے۔</w:t>
      </w:r>
    </w:p>
    <w:p>
      <w:r>
        <w:rPr>
          <w:b/>
        </w:rPr>
        <w:t xml:space="preserve">[1:02:11] </w:t>
      </w:r>
      <w:r>
        <w:t>aur woh hai Allah Rabb-ul-Alameen ke muqable mein,</w:t>
      </w:r>
    </w:p>
    <w:p>
      <w:pPr>
        <w:jc w:val="right"/>
      </w:pPr>
      <w:r>
        <w:t>اور وہ ہے اللہ رب العالمین کے مقابلے میں،</w:t>
      </w:r>
    </w:p>
    <w:p>
      <w:r>
        <w:rPr>
          <w:b/>
        </w:rPr>
        <w:t xml:space="preserve">[1:02:18] </w:t>
      </w:r>
      <w:r>
        <w:t>yani Allah the all powerful ke muqable mein, God the all powerful.</w:t>
      </w:r>
    </w:p>
    <w:p>
      <w:pPr>
        <w:jc w:val="right"/>
      </w:pPr>
      <w:r>
        <w:t>یعنی اللہ ال پاور فل کے مقابلے میں، گاڈ دی ال پاور فل۔</w:t>
      </w:r>
    </w:p>
    <w:p>
      <w:r>
        <w:rPr>
          <w:b/>
        </w:rPr>
        <w:t xml:space="preserve">[1:02:29] </w:t>
      </w:r>
      <w:r>
        <w:t>God the all powerful ke muqable mein mind the all powerless ka doosra extend banata hai. main phir is ko dohraunga ke</w:t>
      </w:r>
    </w:p>
    <w:p>
      <w:pPr>
        <w:jc w:val="right"/>
      </w:pPr>
      <w:r>
        <w:t>گاڈ دی ال پاور فل کے مقابلے میں مائنڈ دی ال پاور لیس کا دوسرا ایکسٹینڈ بناتا ہے۔ میں پھر اس کو دہراؤں گا کہ</w:t>
      </w:r>
    </w:p>
    <w:p>
      <w:r>
        <w:rPr>
          <w:b/>
        </w:rPr>
        <w:t xml:space="preserve">[1:02:43] </w:t>
      </w:r>
      <w:r>
        <w:t>God the all all powerful ke muqable mein insaan the all powerless ka shaoori extend banana yeh is ka maqdar hai.</w:t>
      </w:r>
    </w:p>
    <w:p>
      <w:pPr>
        <w:jc w:val="right"/>
      </w:pPr>
      <w:r>
        <w:t>گاڈ دی ال ال پاور فل کے مقابلے میں انسان دی ال پاور لیس کا شعوری ایکسٹینڈ بنانا یہ اس کا مقدر ہے۔</w:t>
      </w:r>
    </w:p>
    <w:p>
      <w:r>
        <w:rPr>
          <w:b/>
        </w:rPr>
        <w:t xml:space="preserve">[1:02:58] </w:t>
      </w:r>
      <w:r>
        <w:t>is process ko aap ab ikhtiyar karen to aap bhi is mein hissa paayenge.</w:t>
      </w:r>
    </w:p>
    <w:p>
      <w:pPr>
        <w:jc w:val="right"/>
      </w:pPr>
      <w:r>
        <w:t>اس پراسیس کو آپ اب اختیار کریں تو آپ بھی اس میں حصہ پائیں گے۔</w:t>
      </w:r>
    </w:p>
    <w:p>
      <w:r>
        <w:rPr>
          <w:b/>
        </w:rPr>
        <w:t xml:space="preserve">[1:03:07] </w:t>
      </w:r>
      <w:r>
        <w:t>Maulana, kuch comment parhna chahenge sawal lene se pehle. Maulana Iqbal Umri ne Chennai se likha hai: "Maulana, Khuda ki azmat ka ehsas hi bari cheez hai, na na ke koi siyasi mahroomi ka ehsas." Ms Shamaz Ansari ne Merit se likha hai: "What a wonderful thought, Maulana!</w:t>
      </w:r>
    </w:p>
    <w:p>
      <w:pPr>
        <w:jc w:val="right"/>
      </w:pPr>
      <w:r>
        <w:t>مولانا، کچھ کمنٹ پڑھنا چاہیں گے سوال لینے سے پہلے۔ مولانا اقبال عمری نے چنئی سے لکھا ہے: "مولانا، خدا کی عظمت کا احساس ہی بڑی چیز ہے، نہ نہ کہ کوئی سیاسی محرومی کا احساس۔" مس شماز انصاری نے میرٹ سے لکھا ہے: "واٹ ا ونڈرفل تھاٹ، مولانا!</w:t>
      </w:r>
    </w:p>
    <w:p>
      <w:r>
        <w:rPr>
          <w:b/>
        </w:rPr>
        <w:t xml:space="preserve">[1:03:30] </w:t>
      </w:r>
      <w:r>
        <w:t>Satan is also God's blessing for us, because he makes a life full of struggle. That is a source of personality development and spiritual development, which leads us to God realization and makes us deserving candidate for paradise." Jazak Allah, Maulana.</w:t>
      </w:r>
    </w:p>
    <w:p>
      <w:pPr>
        <w:jc w:val="right"/>
      </w:pPr>
      <w:r>
        <w:t>سیٹن از السو گاڈز بلیسنگ فار اس، بیکاز ہی میکس ا لائف فل اف سٹرگل۔ دیٹ از ا سورس اف پرسنیلٹی ڈیویلپمنٹ اینڈ سپرچول ڈیویلپمنٹ، وچ لیڈز اس ٹو گاڈ ریلائزیشن اینڈ میکس اس ڈیزرونگ کینڈیڈیٹ فار پیراڈائز۔" جزاک اللہ، مولانا۔</w:t>
      </w:r>
    </w:p>
    <w:p>
      <w:r>
        <w:rPr>
          <w:b/>
        </w:rPr>
        <w:t xml:space="preserve">[1:03:52] </w:t>
      </w:r>
      <w:r>
        <w:t>Dr. Naghma Siddiqui ne Delhi se likha hai: "Today I have found the interpretation of this Quranic verse the</w:t>
      </w:r>
    </w:p>
    <w:p>
      <w:pPr>
        <w:jc w:val="right"/>
      </w:pPr>
      <w:r>
        <w:t>ڈاکٹر نغمہ صدیقی نے دلی سے لکھا ہے: "ٹوڈے ائی ہیو فاؤنڈ دا انٹرپریٹیشن اف دس قرانک ورس دی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