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Da'i-Mad'u Relationship | Junuary 21, 2008</w:t>
      </w:r>
    </w:p>
    <w:p>
      <w:r>
        <w:t>https://www.youtube.com/watch?v=hLDRkE2Q0eM</w:t>
      </w:r>
    </w:p>
    <w:p>
      <w:r>
        <w:rPr>
          <w:b/>
        </w:rPr>
        <w:t xml:space="preserve">[00:13] </w:t>
      </w:r>
      <w:r>
        <w:t>wa hal ul uqdatu bil lisani yafqahu qawli is waqt jo baat kar raha hai is ka title hai daai madu relationship.</w:t>
      </w:r>
    </w:p>
    <w:p>
      <w:pPr>
        <w:jc w:val="right"/>
      </w:pPr>
      <w:r>
        <w:t>وَهَلُ الْعُقْدَةُ بِاللِّسَانِ يَفْقَهُ قُولِي اس وقت جو بات کر رہا ہے اس کا ٹائٹل ہے داعی مدعو ریلیشن شپ۔</w:t>
      </w:r>
    </w:p>
    <w:p>
      <w:r>
        <w:rPr>
          <w:b/>
        </w:rPr>
        <w:t xml:space="preserve">[00:29] </w:t>
      </w:r>
      <w:r>
        <w:t>daai madu relationship.</w:t>
      </w:r>
    </w:p>
    <w:p>
      <w:pPr>
        <w:jc w:val="right"/>
      </w:pPr>
      <w:r>
        <w:t>داعی مدعو ریلیشن شپ۔</w:t>
      </w:r>
    </w:p>
    <w:p>
      <w:r>
        <w:rPr>
          <w:b/>
        </w:rPr>
        <w:t xml:space="preserve">[00:46] </w:t>
      </w:r>
      <w:r>
        <w:t>dekhiye, daawa work ek aitbaar se social work hai.</w:t>
      </w:r>
    </w:p>
    <w:p>
      <w:pPr>
        <w:jc w:val="right"/>
      </w:pPr>
      <w:r>
        <w:t>دیکھیے، دعویٰ ورک ایک اعتبار سے سوشل ورک ہے۔</w:t>
      </w:r>
    </w:p>
    <w:p>
      <w:r>
        <w:rPr>
          <w:b/>
        </w:rPr>
        <w:t xml:space="preserve">[00:56] </w:t>
      </w:r>
      <w:r>
        <w:t>is liye ke daawa work logon ke beech mein kiya jata hai.</w:t>
      </w:r>
    </w:p>
    <w:p>
      <w:pPr>
        <w:jc w:val="right"/>
      </w:pPr>
      <w:r>
        <w:t>اس لیے کہ دعویٰ ورک لوگوں کے بیچ میں کیا جاتا ہے۔</w:t>
      </w:r>
    </w:p>
    <w:p>
      <w:r>
        <w:rPr>
          <w:b/>
        </w:rPr>
        <w:t xml:space="preserve">[01:06] </w:t>
      </w:r>
      <w:r>
        <w:t>jaise aap worship karen, aap zikr karen, to woh ek individual work rehta hai.</w:t>
      </w:r>
    </w:p>
    <w:p>
      <w:pPr>
        <w:jc w:val="right"/>
      </w:pPr>
      <w:r>
        <w:t>جیسے آپ ورشپ کریں، آپ ذکر کریں، تو وہ ایک انڈیویجول ورک رہتا ہے۔</w:t>
      </w:r>
    </w:p>
    <w:p>
      <w:r>
        <w:rPr>
          <w:b/>
        </w:rPr>
        <w:t xml:space="preserve">[01:16] </w:t>
      </w:r>
      <w:r>
        <w:t>woh akele ka amal hota hai.</w:t>
      </w:r>
    </w:p>
    <w:p>
      <w:pPr>
        <w:jc w:val="right"/>
      </w:pPr>
      <w:r>
        <w:t>وہ اکیلے کا عمل ہوتا ہے۔</w:t>
      </w:r>
    </w:p>
    <w:p>
      <w:r>
        <w:rPr>
          <w:b/>
        </w:rPr>
        <w:t xml:space="preserve">[01:23] </w:t>
      </w:r>
      <w:r>
        <w:t>lekin jab aap daawa work karna chahen to foran aap daai hote hain, koi doosra aadmi madu hota hai.</w:t>
      </w:r>
    </w:p>
    <w:p>
      <w:pPr>
        <w:jc w:val="right"/>
      </w:pPr>
      <w:r>
        <w:t>لیکن جب آپ دعویٰ ورک کرنا چاہیں تو فوراً آپ داعی ہوتے ہیں، کوئی دوسرا آدمی مدعو ہوتا ہے۔</w:t>
      </w:r>
    </w:p>
    <w:p>
      <w:r>
        <w:rPr>
          <w:b/>
        </w:rPr>
        <w:t xml:space="preserve">[01:31] </w:t>
      </w:r>
      <w:r>
        <w:t>ek address ek addresser hota hai, doosra addressee hota hai.</w:t>
      </w:r>
    </w:p>
    <w:p>
      <w:pPr>
        <w:jc w:val="right"/>
      </w:pPr>
      <w:r>
        <w:t>ایک ایڈریس ایک ایڈریسر ہوتا ہے، دوسرا ایڈریسی ہوتا ہے۔</w:t>
      </w:r>
    </w:p>
    <w:p>
      <w:r>
        <w:rPr>
          <w:b/>
        </w:rPr>
        <w:t xml:space="preserve">[01:38] </w:t>
      </w:r>
      <w:r>
        <w:t>is aitbaar se yeh kehna sahi hoga ke daawa work ek qism ka social w</w:t>
      </w:r>
    </w:p>
    <w:p>
      <w:pPr>
        <w:jc w:val="right"/>
      </w:pPr>
      <w:r>
        <w:t>اس اعتبار سے یہ کہنا صحیح ہوگا کہ دعویٰ ورک ایک قسم کا سوشل و</w:t>
      </w:r>
    </w:p>
    <w:p>
      <w:r>
        <w:rPr>
          <w:b/>
        </w:rPr>
        <w:t xml:space="preserve">[01:46] </w:t>
      </w:r>
      <w:r>
        <w:t>ork hai.</w:t>
      </w:r>
    </w:p>
    <w:p>
      <w:pPr>
        <w:jc w:val="right"/>
      </w:pPr>
      <w:r>
        <w:t>رک ہے۔</w:t>
      </w:r>
    </w:p>
    <w:p>
      <w:r>
        <w:rPr>
          <w:b/>
        </w:rPr>
        <w:t xml:space="preserve">[01:51] </w:t>
      </w:r>
      <w:r>
        <w:t>yani samaj mein kiya aata hai, society mein kiya aata hai, logon ke beech mein kiya aata hai.</w:t>
      </w:r>
    </w:p>
    <w:p>
      <w:pPr>
        <w:jc w:val="right"/>
      </w:pPr>
      <w:r>
        <w:t>یعنی سماج میں کیا آتا ہے، سوسائٹی میں کیا آتا ہے، لوگوں کے بیچ میں کیا آتا ہے۔</w:t>
      </w:r>
    </w:p>
    <w:p>
      <w:r>
        <w:rPr>
          <w:b/>
        </w:rPr>
        <w:t xml:space="preserve">[01:56] </w:t>
      </w:r>
      <w:r>
        <w:t>to yeh bilateral relationship par qaim hai.</w:t>
      </w:r>
    </w:p>
    <w:p>
      <w:pPr>
        <w:jc w:val="right"/>
      </w:pPr>
      <w:r>
        <w:t>تو یہ بائی لیٹرل ریلیشن شپ پر قائم ہے۔</w:t>
      </w:r>
    </w:p>
    <w:p>
      <w:r>
        <w:rPr>
          <w:b/>
        </w:rPr>
        <w:t xml:space="preserve">[02:01] </w:t>
      </w:r>
      <w:r>
        <w:t>dekhiye, jitne bhi kaam woh hain jo society mein kiye jate hain, un sab ka ek norm hota hai.</w:t>
      </w:r>
    </w:p>
    <w:p>
      <w:pPr>
        <w:jc w:val="right"/>
      </w:pPr>
      <w:r>
        <w:t>دیکھیے، جتنے بھی کام وہ ہیں جو سوسائٹی میں کیے جاتے ہیں، ان سب کا ایک نارم ہوتا ہے۔</w:t>
      </w:r>
    </w:p>
    <w:p>
      <w:r>
        <w:rPr>
          <w:b/>
        </w:rPr>
        <w:t xml:space="preserve">[02:07] </w:t>
      </w:r>
      <w:r>
        <w:t>ek principle hota hai.</w:t>
      </w:r>
    </w:p>
    <w:p>
      <w:pPr>
        <w:jc w:val="right"/>
      </w:pPr>
      <w:r>
        <w:t>ایک پرنسپل ہوتا ہے۔</w:t>
      </w:r>
    </w:p>
    <w:p>
      <w:r>
        <w:rPr>
          <w:b/>
        </w:rPr>
        <w:t xml:space="preserve">[02:12] </w:t>
      </w:r>
      <w:r>
        <w:t>jis par woh kaam base karta hai.</w:t>
      </w:r>
    </w:p>
    <w:p>
      <w:pPr>
        <w:jc w:val="right"/>
      </w:pPr>
      <w:r>
        <w:t>جس پر وہ کام بیس کرتا ہے۔</w:t>
      </w:r>
    </w:p>
    <w:p>
      <w:r>
        <w:rPr>
          <w:b/>
        </w:rPr>
        <w:t xml:space="preserve">[02:17] </w:t>
      </w:r>
      <w:r>
        <w:t>jaise dekhiye, trader customer relationship.</w:t>
      </w:r>
    </w:p>
    <w:p>
      <w:pPr>
        <w:jc w:val="right"/>
      </w:pPr>
      <w:r>
        <w:t>جیسے دیکھیے، ٹریڈر کسٹمر ریلیشن شپ۔</w:t>
      </w:r>
    </w:p>
    <w:p>
      <w:r>
        <w:rPr>
          <w:b/>
        </w:rPr>
        <w:t xml:space="preserve">[02:25] </w:t>
      </w:r>
      <w:r>
        <w:t>tridar ko koi cheez bechna hai aur customer ko khareedna hai.</w:t>
      </w:r>
    </w:p>
    <w:p>
      <w:pPr>
        <w:jc w:val="right"/>
      </w:pPr>
      <w:r>
        <w:t>ٹریڈر کو کوئی چیز بیچنا ہے اور کسٹمر کو خریدنا ہے۔</w:t>
      </w:r>
    </w:p>
    <w:p>
      <w:r>
        <w:rPr>
          <w:b/>
        </w:rPr>
        <w:t xml:space="preserve">[02:33] </w:t>
      </w:r>
      <w:r>
        <w:t>to yeh tridar customer relationship hai.</w:t>
      </w:r>
    </w:p>
    <w:p>
      <w:pPr>
        <w:jc w:val="right"/>
      </w:pPr>
      <w:r>
        <w:t>تو یہ ٹریڈر کسٹمر ریلیشن شپ ہے۔</w:t>
      </w:r>
    </w:p>
    <w:p>
      <w:r>
        <w:rPr>
          <w:b/>
        </w:rPr>
        <w:t xml:space="preserve">[02:40] </w:t>
      </w:r>
      <w:r>
        <w:t>یہ بیس کرتا ہے کس چیز پر؟ اس کا بہت ہی ویل نون فارمولا ہے کہ customer is always right.</w:t>
      </w:r>
    </w:p>
    <w:p>
      <w:pPr>
        <w:jc w:val="right"/>
      </w:pPr>
      <w:r>
        <w:t>یہ بیس کرتا ہے کس چیز پر؟ اس کا بہت ہی ویل نون فارمولا ہے کہ کسٹمر از آلویز رائٹ۔</w:t>
      </w:r>
    </w:p>
    <w:p>
      <w:r>
        <w:rPr>
          <w:b/>
        </w:rPr>
        <w:t xml:space="preserve">[02:48] </w:t>
      </w:r>
      <w:r>
        <w:t>agar aap customer ke customer ko satisfied na karein to woh aap kahan se chala jayega? Aap</w:t>
      </w:r>
    </w:p>
    <w:p>
      <w:pPr>
        <w:jc w:val="right"/>
      </w:pPr>
      <w:r>
        <w:t>اگر آپ کسٹمر کے کسٹمر کو سیٹسفائیڈ نہ کریں تو وہ آپ کہاں سے چلا جائے گا؟ آپ</w:t>
      </w:r>
    </w:p>
    <w:p>
      <w:r>
        <w:rPr>
          <w:b/>
        </w:rPr>
        <w:t xml:space="preserve">[02:56] </w:t>
      </w:r>
      <w:r>
        <w:t>kisi ko customer banana chahein, yaani kisi ke bare mein aap yeh chahein ke woh aap ke haan</w:t>
      </w:r>
    </w:p>
    <w:p>
      <w:pPr>
        <w:jc w:val="right"/>
      </w:pPr>
      <w:r>
        <w:t>کسی کو کسٹمر بنانا چاہیں، یعنی کسی کے بارے میں آپ یہ چاہیں کہ وہ آپ کے ہاں</w:t>
      </w:r>
    </w:p>
    <w:p>
      <w:r>
        <w:rPr>
          <w:b/>
        </w:rPr>
        <w:t xml:space="preserve">[03:03] </w:t>
      </w:r>
      <w:r>
        <w:t>se apni pasand ka sauda le, to aap apne aur us ke beech mein friendship qaim karni parti hai.</w:t>
      </w:r>
    </w:p>
    <w:p>
      <w:pPr>
        <w:jc w:val="right"/>
      </w:pPr>
      <w:r>
        <w:t>سے اپنی پسند کا سودا لے، تو آپ اپنے اور اس کے بیچ میں فرینڈ شپ قائم کرنی پڑتی ہے۔</w:t>
      </w:r>
    </w:p>
    <w:p>
      <w:r>
        <w:rPr>
          <w:b/>
        </w:rPr>
        <w:t xml:space="preserve">[03:11] </w:t>
      </w:r>
      <w:r>
        <w:t>isi ko kehte hain ke cust</w:t>
      </w:r>
    </w:p>
    <w:p>
      <w:pPr>
        <w:jc w:val="right"/>
      </w:pPr>
      <w:r>
        <w:t>اسی کو کہتے ہیں کہ کسٹ</w:t>
      </w:r>
    </w:p>
    <w:p>
      <w:r>
        <w:rPr>
          <w:b/>
        </w:rPr>
        <w:t xml:space="preserve">[03:18] </w:t>
      </w:r>
      <w:r>
        <w:t>omer is always right. aise hi dekhiye, ilaaj ko lijie. ilaaj jo hai woh doctor patient relationship ka naam hai. yahan bhi dekhiye, agar patient yeh mehsoos kare ke doctor ke dil mein is ke liye sympathy hai, tab to woh is se ilaaj karega. nahi to chala jayega</w:t>
      </w:r>
    </w:p>
    <w:p>
      <w:pPr>
        <w:jc w:val="right"/>
      </w:pPr>
      <w:r>
        <w:t>مر از آلویز رائٹ۔ ایسے ہی دیکھیے، علاج کو لیجیے۔ علاج جو ہے وہ ڈاکٹر پیشنٹ ریلیشن شپ کا نام ہے۔ یہاں بھی دیکھیے، اگر پیشنٹ یہ محسوس کرے کہ ڈاکٹر کے دل میں اس کے لیے سمپیتھی ہے، تب تو وہ اس سے علاج کرے گا۔ نہیں تو چلا جائے</w:t>
      </w:r>
    </w:p>
    <w:p>
      <w:r>
        <w:rPr>
          <w:b/>
        </w:rPr>
        <w:t xml:space="preserve">[03:48] </w:t>
      </w:r>
      <w:r>
        <w:t>ga woh. to doctor patient relationship base karta hai sympathy par. isi tarah se aap dekhiye, teacher student relationship. is mein bhi dekhiye, jab tak student ko teacher ke upar bharosa na ho, tab tak woh kyun aap se</w:t>
      </w:r>
    </w:p>
    <w:p>
      <w:pPr>
        <w:jc w:val="right"/>
      </w:pPr>
      <w:r>
        <w:t>گا وہ۔ تو ڈاکٹر پیشنٹ ریلیشن شپ بیس کرتا ہے سمپیتھی پر۔ اسی طرح سے آپ دیکھیے، ٹیچر اسٹوڈنٹ ریلیشن شپ۔ اس میں بھی دیکھیے، جب تک اسٹوڈنٹ کو ٹیچر کے اوپر بھروسہ نہ ہو، تب تک وہ کیوں آپ سے</w:t>
      </w:r>
    </w:p>
    <w:p>
      <w:r>
        <w:rPr>
          <w:b/>
        </w:rPr>
        <w:t xml:space="preserve">[04:18] </w:t>
      </w:r>
      <w:r>
        <w:t>پڑھے گا؟ تو teacher student teacher student relationship قائم ہوتا ہے بھروسے پر۔</w:t>
      </w:r>
    </w:p>
    <w:p>
      <w:pPr>
        <w:jc w:val="right"/>
      </w:pPr>
      <w:r>
        <w:t>پڑھے گا؟ تو ٹیچر اسٹوڈنٹ ٹیچر اسٹوڈنٹ ریلیشن شپ قائم ہوتا ہے بھروسے پر۔</w:t>
      </w:r>
    </w:p>
    <w:p>
      <w:r>
        <w:rPr>
          <w:b/>
        </w:rPr>
        <w:t xml:space="preserve">[04:29] </w:t>
      </w:r>
      <w:r>
        <w:t>isi tarah se saare mamlaat hote hain.</w:t>
      </w:r>
    </w:p>
    <w:p>
      <w:pPr>
        <w:jc w:val="right"/>
      </w:pPr>
      <w:r>
        <w:t>اسی طرح سے سارے معاملات ہوتے ہیں۔</w:t>
      </w:r>
    </w:p>
    <w:p>
      <w:r>
        <w:rPr>
          <w:b/>
        </w:rPr>
        <w:t xml:space="preserve">[04:39] </w:t>
      </w:r>
      <w:r>
        <w:t>اب دیکھیے، جب ایسا ہوتا ہے کہ یہ relationship کسی وجہ سے ٹوٹ جاتا ہے، damage ہوتا ہے،</w:t>
      </w:r>
    </w:p>
    <w:p>
      <w:pPr>
        <w:jc w:val="right"/>
      </w:pPr>
      <w:r>
        <w:t>اب دیکھیے، جب ایسا ہوتا ہے کہ یہ ریلیشن شپ کسی وجہ سے ٹوٹ جاتا ہے، ڈیمج ہوتا ہے،</w:t>
      </w:r>
    </w:p>
    <w:p>
      <w:r>
        <w:rPr>
          <w:b/>
        </w:rPr>
        <w:t xml:space="preserve">[04:49] </w:t>
      </w:r>
      <w:r>
        <w:t>تو کیا کرتے ہیں؟ پھر image building process چلایا جاتا ہے۔</w:t>
      </w:r>
    </w:p>
    <w:p>
      <w:pPr>
        <w:jc w:val="right"/>
      </w:pPr>
      <w:r>
        <w:t>تو کیا کرتے ہیں؟ پھر امیج بلڈنگ پروسیس چلایا جاتا ہے۔</w:t>
      </w:r>
    </w:p>
    <w:p>
      <w:r>
        <w:rPr>
          <w:b/>
        </w:rPr>
        <w:t xml:space="preserve">[04:55] </w:t>
      </w:r>
      <w:r>
        <w:t>Image building process chalaya jata hai.</w:t>
      </w:r>
    </w:p>
    <w:p>
      <w:pPr>
        <w:jc w:val="right"/>
      </w:pPr>
      <w:r>
        <w:t>امیج بلڈنگ پروسیس چلایا جاتا ہے۔</w:t>
      </w:r>
    </w:p>
    <w:p>
      <w:r>
        <w:rPr>
          <w:b/>
        </w:rPr>
        <w:t xml:space="preserve">[05:02] </w:t>
      </w:r>
      <w:r>
        <w:t>jaise ek leader hai.</w:t>
      </w:r>
    </w:p>
    <w:p>
      <w:pPr>
        <w:jc w:val="right"/>
      </w:pPr>
      <w:r>
        <w:t>جیسے ایک لیڈر ہے۔</w:t>
      </w:r>
    </w:p>
    <w:p>
      <w:r>
        <w:rPr>
          <w:b/>
        </w:rPr>
        <w:t xml:space="preserve">[05:08] </w:t>
      </w:r>
      <w:r>
        <w:t>اس کے جو ووٹرز ہیں، ان کے اندر لیڈر کے بارے میں کچھ misunderstanding ہو جائے۔</w:t>
      </w:r>
    </w:p>
    <w:p>
      <w:pPr>
        <w:jc w:val="right"/>
      </w:pPr>
      <w:r>
        <w:t>اس کے جو ووٹرز ہیں، ان کے اندر لیڈر کے بارے میں کچھ مس انڈرسٹینڈنگ ہو جائے۔</w:t>
      </w:r>
    </w:p>
    <w:p>
      <w:r>
        <w:rPr>
          <w:b/>
        </w:rPr>
        <w:t xml:space="preserve">[05:14] </w:t>
      </w:r>
      <w:r>
        <w:t>voter yeh samjhein ke yeh leader jo hai, yeh hamare</w:t>
      </w:r>
    </w:p>
    <w:p>
      <w:pPr>
        <w:jc w:val="right"/>
      </w:pPr>
      <w:r>
        <w:t>ووٹر یہ سمجھیں کہ یہ لیڈر جو ہے، یہ ہمارے</w:t>
      </w:r>
    </w:p>
    <w:p>
      <w:r>
        <w:rPr>
          <w:b/>
        </w:rPr>
        <w:t xml:space="preserve">[05:20] </w:t>
      </w:r>
      <w:r>
        <w:t>interest ko dekhna nahi dekhta nahi hai.</w:t>
      </w:r>
    </w:p>
    <w:p>
      <w:pPr>
        <w:jc w:val="right"/>
      </w:pPr>
      <w:r>
        <w:t>انٹرسٹ کو دیکھنا نہیں دیکھتا نہیں ہے۔</w:t>
      </w:r>
    </w:p>
    <w:p>
      <w:r>
        <w:rPr>
          <w:b/>
        </w:rPr>
        <w:t xml:space="preserve">[05:25] </w:t>
      </w:r>
      <w:r>
        <w:t>تو یہاں پر گویا کہ image building کا پرابلم آگیا۔</w:t>
      </w:r>
    </w:p>
    <w:p>
      <w:pPr>
        <w:jc w:val="right"/>
      </w:pPr>
      <w:r>
        <w:t>تو یہاں پر گویا کہ امیج بلڈنگ کا پرابلم آگیا۔</w:t>
      </w:r>
    </w:p>
    <w:p>
      <w:r>
        <w:rPr>
          <w:b/>
        </w:rPr>
        <w:t xml:space="preserve">[05:30] </w:t>
      </w:r>
      <w:r>
        <w:t>isko kehte hain damage control.</w:t>
      </w:r>
    </w:p>
    <w:p>
      <w:pPr>
        <w:jc w:val="right"/>
      </w:pPr>
      <w:r>
        <w:t>اس کو کہتے ہیں ڈیمج کنٹرول۔</w:t>
      </w:r>
    </w:p>
    <w:p>
      <w:r>
        <w:rPr>
          <w:b/>
        </w:rPr>
        <w:t xml:space="preserve">[05:35] </w:t>
      </w:r>
      <w:r>
        <w:t>jo damage hua hai, us ko aap ne control karna hai.</w:t>
      </w:r>
    </w:p>
    <w:p>
      <w:pPr>
        <w:jc w:val="right"/>
      </w:pPr>
      <w:r>
        <w:t>جو ڈیمج ہوا ہے، اس کو آپ نے کنٹرول کرنا ہے۔</w:t>
      </w:r>
    </w:p>
    <w:p>
      <w:r>
        <w:rPr>
          <w:b/>
        </w:rPr>
        <w:t xml:space="preserve">[05:40] </w:t>
      </w:r>
      <w:r>
        <w:t>to phir campaign chalai jati hai.</w:t>
      </w:r>
    </w:p>
    <w:p>
      <w:pPr>
        <w:jc w:val="right"/>
      </w:pPr>
      <w:r>
        <w:t>تو پھر کمپین چلائی جاتی ہے۔</w:t>
      </w:r>
    </w:p>
    <w:p>
      <w:r>
        <w:rPr>
          <w:b/>
        </w:rPr>
        <w:t xml:space="preserve">[05:46] </w:t>
      </w:r>
      <w:r>
        <w:t>taake leader aur voter ke beech mein</w:t>
      </w:r>
    </w:p>
    <w:p>
      <w:pPr>
        <w:jc w:val="right"/>
      </w:pPr>
      <w:r>
        <w:t>تاکہ لیڈر اور ووٹر کے بیچ میں</w:t>
      </w:r>
    </w:p>
    <w:p>
      <w:r>
        <w:rPr>
          <w:b/>
        </w:rPr>
        <w:t xml:space="preserve">[05:51] </w:t>
      </w:r>
      <w:r>
        <w:t>جو اچھا سنبھت بنا ہوا تھا، وہ restore ہو سکے۔</w:t>
      </w:r>
    </w:p>
    <w:p>
      <w:pPr>
        <w:jc w:val="right"/>
      </w:pPr>
      <w:r>
        <w:t>جو اچھا سنبھت بنا ہوا تھا، وہ ریسٹور ہو سکے۔</w:t>
      </w:r>
    </w:p>
    <w:p>
      <w:r>
        <w:rPr>
          <w:b/>
        </w:rPr>
        <w:t xml:space="preserve">[05:56] </w:t>
      </w:r>
      <w:r>
        <w:t>woh phir se restore kiya ja sake.</w:t>
      </w:r>
    </w:p>
    <w:p>
      <w:pPr>
        <w:jc w:val="right"/>
      </w:pPr>
      <w:r>
        <w:t>وہ پھر سے ریسٹور کیا جا سکے۔</w:t>
      </w:r>
    </w:p>
    <w:p>
      <w:r>
        <w:rPr>
          <w:b/>
        </w:rPr>
        <w:t xml:space="preserve">[06:01] </w:t>
      </w:r>
      <w:r>
        <w:t>to is ko kehte hain damage control.</w:t>
      </w:r>
    </w:p>
    <w:p>
      <w:pPr>
        <w:jc w:val="right"/>
      </w:pPr>
      <w:r>
        <w:t>تو اس کو کہتے ہیں ڈیمج کنٹرول۔</w:t>
      </w:r>
    </w:p>
    <w:p>
      <w:r>
        <w:rPr>
          <w:b/>
        </w:rPr>
        <w:t xml:space="preserve">[06:06] </w:t>
      </w:r>
      <w:r>
        <w:t>ya image building process.</w:t>
      </w:r>
    </w:p>
    <w:p>
      <w:pPr>
        <w:jc w:val="right"/>
      </w:pPr>
      <w:r>
        <w:t>یا امیج بلڈنگ پروسیس۔</w:t>
      </w:r>
    </w:p>
    <w:p>
      <w:r>
        <w:rPr>
          <w:b/>
        </w:rPr>
        <w:t xml:space="preserve">[06:11] </w:t>
      </w:r>
      <w:r>
        <w:t>dekhiye, yeh jo mamla hai, yeh har social kaam mein hota hai.</w:t>
      </w:r>
    </w:p>
    <w:p>
      <w:pPr>
        <w:jc w:val="right"/>
      </w:pPr>
      <w:r>
        <w:t>دیکھیے، یہ جو معاملہ ہے، یہ ہر سوشل کام میں ہوتا ہے۔</w:t>
      </w:r>
    </w:p>
    <w:p>
      <w:r>
        <w:rPr>
          <w:b/>
        </w:rPr>
        <w:t xml:space="preserve">[06:16] </w:t>
      </w:r>
      <w:r>
        <w:t>jaise aap social work karein, community work karein, to aap chahenge ke log aap ko donation dein. Kyunke agar</w:t>
      </w:r>
    </w:p>
    <w:p>
      <w:pPr>
        <w:jc w:val="right"/>
      </w:pPr>
      <w:r>
        <w:t>جیسے آپ سوشل ورک کریں، کمیونٹی ورک کریں، تو آپ چاہیں گے کہ لوگ آپ کو ڈونیشن دیں۔ کیونکہ اگر</w:t>
      </w:r>
    </w:p>
    <w:p>
      <w:r>
        <w:rPr>
          <w:b/>
        </w:rPr>
        <w:t xml:space="preserve">[06:21] </w:t>
      </w:r>
      <w:r>
        <w:t>donation nahi mile to aap kaam nahi kar sakte.</w:t>
      </w:r>
    </w:p>
    <w:p>
      <w:pPr>
        <w:jc w:val="right"/>
      </w:pPr>
      <w:r>
        <w:t>ڈونیشن نہیں ملے تو آپ کام نہیں کر سکتے۔</w:t>
      </w:r>
    </w:p>
    <w:p>
      <w:r>
        <w:rPr>
          <w:b/>
        </w:rPr>
        <w:t xml:space="preserve">[06:27] </w:t>
      </w:r>
      <w:r>
        <w:t>lekin donation kab denge log? Jab logon ko aap ke upar trust ho.</w:t>
      </w:r>
    </w:p>
    <w:p>
      <w:pPr>
        <w:jc w:val="right"/>
      </w:pPr>
      <w:r>
        <w:t>لیکن ڈونیشن کب دیں گے لوگ؟ جب لوگوں کو آپ کے اوپر ٹرسٹ ہو۔</w:t>
      </w:r>
    </w:p>
    <w:p>
      <w:r>
        <w:rPr>
          <w:b/>
        </w:rPr>
        <w:t xml:space="preserve">[06:33] </w:t>
      </w:r>
      <w:r>
        <w:t>لوگوں کو آپ honest آدمی نظر دکھائی پڑیں۔</w:t>
      </w:r>
    </w:p>
    <w:p>
      <w:pPr>
        <w:jc w:val="right"/>
      </w:pPr>
      <w:r>
        <w:t>لوگوں کو آپ آنیسٹ آدمی نظر دکھائی پڑیں۔</w:t>
      </w:r>
    </w:p>
    <w:p>
      <w:r>
        <w:rPr>
          <w:b/>
        </w:rPr>
        <w:t xml:space="preserve">[06:40] </w:t>
      </w:r>
      <w:r>
        <w:t>آپ کے اندر اگر کچھ dishonesty کی خبریں پھیل جائیں تو کوئی donation نہیں دے گا۔</w:t>
      </w:r>
    </w:p>
    <w:p>
      <w:pPr>
        <w:jc w:val="right"/>
      </w:pPr>
      <w:r>
        <w:t>آپ کے اندر اگر کچھ ڈس آنیسٹی کی خبریں پھیل جائیں تو کوئی ڈونیشن نہیں دے گا۔</w:t>
      </w:r>
    </w:p>
    <w:p>
      <w:r>
        <w:rPr>
          <w:b/>
        </w:rPr>
        <w:t xml:space="preserve">[06:46] </w:t>
      </w:r>
      <w:r>
        <w:t>to aap ko kya karna parta hai? Wahan bhi aap damage control wali policy chalate hain.</w:t>
      </w:r>
    </w:p>
    <w:p>
      <w:pPr>
        <w:jc w:val="right"/>
      </w:pPr>
      <w:r>
        <w:t>تو آپ کو کیا کرنا پڑتا ہے؟ وہاں بھی آپ ڈیمج کنٹرول والی پالیسی چلاتے ہیں۔</w:t>
      </w:r>
    </w:p>
    <w:p>
      <w:r>
        <w:rPr>
          <w:b/>
        </w:rPr>
        <w:t xml:space="preserve">[06:52] </w:t>
      </w:r>
      <w:r>
        <w:t>apne woh log, apne circle ke log, jin ke support par aap social work kar rahe hain ya mili work kar rahe hain, un ko phir se apne aitmad mein lana padta hai. phir se apna trust un ke upar banana padta hai. phir se apni honesty ko establish karna padta hai. to dekhiye, theek yahi mamla daai mad'u ka bhi hai. dekhiye, society mein sach</w:t>
      </w:r>
    </w:p>
    <w:p>
      <w:pPr>
        <w:jc w:val="right"/>
      </w:pPr>
      <w:r>
        <w:t>اپنے وہ لوگ، اپنے سرکل کے لوگ، جن کے سپورٹ پر آپ سوشل ورک کر رہے ہیں یا ملی ورک کر رہے ہیں، ان کو پھر سے اپنے اعتماد میں لانا پڑتا ہے۔ پھر سے اپنا ٹرسٹ ان کے اوپر بنانا پڑتا ہے۔ پھر سے اپنی آنیسٹٹی کو اسٹیبلش کرنا پڑتا ہے۔ تو دیکھیے، ٹھیک یہی معاملہ داعی مدعو کا بھی ہے۔ دیکھیے، سوسائٹی میں سچ</w:t>
      </w:r>
    </w:p>
    <w:p>
      <w:r>
        <w:rPr>
          <w:b/>
        </w:rPr>
        <w:t xml:space="preserve">[07:22] </w:t>
      </w:r>
      <w:r>
        <w:t>vation badalti rehti hai.</w:t>
      </w:r>
    </w:p>
    <w:p>
      <w:pPr>
        <w:jc w:val="right"/>
      </w:pPr>
      <w:r>
        <w:t>ویشن بدلتی رہتی ہے۔</w:t>
      </w:r>
    </w:p>
    <w:p>
      <w:r>
        <w:rPr>
          <w:b/>
        </w:rPr>
        <w:t xml:space="preserve">[07:26] </w:t>
      </w:r>
      <w:r>
        <w:t>hamesha circumstances badalte rehte hain.</w:t>
      </w:r>
    </w:p>
    <w:p>
      <w:pPr>
        <w:jc w:val="right"/>
      </w:pPr>
      <w:r>
        <w:t>ہمیشہ سرکمسٹانسز بدلتے رہتے ہیں۔</w:t>
      </w:r>
    </w:p>
    <w:p>
      <w:r>
        <w:rPr>
          <w:b/>
        </w:rPr>
        <w:t xml:space="preserve">[07:31] </w:t>
      </w:r>
      <w:r>
        <w:t>to hamesha aisa hota hai ke image bigadti hai.</w:t>
      </w:r>
    </w:p>
    <w:p>
      <w:pPr>
        <w:jc w:val="right"/>
      </w:pPr>
      <w:r>
        <w:t>تو ہمیشہ ایسا ہوتا ہے کہ امیج بگڑتی ہے۔</w:t>
      </w:r>
    </w:p>
    <w:p>
      <w:r>
        <w:rPr>
          <w:b/>
        </w:rPr>
        <w:t xml:space="preserve">[07:35] </w:t>
      </w:r>
      <w:r>
        <w:t>taluqat kharab hote hain.</w:t>
      </w:r>
    </w:p>
    <w:p>
      <w:pPr>
        <w:jc w:val="right"/>
      </w:pPr>
      <w:r>
        <w:t>تعلقات خراب ہوتے ہیں۔</w:t>
      </w:r>
    </w:p>
    <w:p>
      <w:r>
        <w:rPr>
          <w:b/>
        </w:rPr>
        <w:t xml:space="preserve">[07:39] </w:t>
      </w:r>
      <w:r>
        <w:t>jo balance tha, woh tootta hai.</w:t>
      </w:r>
    </w:p>
    <w:p>
      <w:pPr>
        <w:jc w:val="right"/>
      </w:pPr>
      <w:r>
        <w:t>جو بیلنس تھا، وہ ٹوٹتا ہے۔</w:t>
      </w:r>
    </w:p>
    <w:p>
      <w:r>
        <w:rPr>
          <w:b/>
        </w:rPr>
        <w:t xml:space="preserve">[07:44] </w:t>
      </w:r>
      <w:r>
        <w:t>jo equation daai madu ke beech mein banaya tha aap ne, woh equation baqi nahi rehta.</w:t>
      </w:r>
    </w:p>
    <w:p>
      <w:pPr>
        <w:jc w:val="right"/>
      </w:pPr>
      <w:r>
        <w:t>جو ایکویشن داعی مدعو کے بیچ میں بنایا تھا آپ نے، وہ ایکویشن باقی نہیں رہتا۔</w:t>
      </w:r>
    </w:p>
    <w:p>
      <w:r>
        <w:rPr>
          <w:b/>
        </w:rPr>
        <w:t xml:space="preserve">[07:48] </w:t>
      </w:r>
      <w:r>
        <w:t>to yahan kya karna parta hai? wahi</w:t>
      </w:r>
    </w:p>
    <w:p>
      <w:pPr>
        <w:jc w:val="right"/>
      </w:pPr>
      <w:r>
        <w:t>تو یہاں کیا کرنا پڑتا ہے؟ وہی</w:t>
      </w:r>
    </w:p>
    <w:p>
      <w:r>
        <w:rPr>
          <w:b/>
        </w:rPr>
        <w:t xml:space="preserve">[07:52] </w:t>
      </w:r>
      <w:r>
        <w:t>karna parta hai jo doosre social affairs mein kiya jata hai. yaani image building process. dekhiye, is zamane mein kya hua? sankron saal se daawa work ho raha tha. bohat hi smoothly. Islam jo hai, spread kar raha tha. aap jante hain ke aaj ek billion se zyada musalman sari duniya mein</w:t>
      </w:r>
    </w:p>
    <w:p>
      <w:pPr>
        <w:jc w:val="right"/>
      </w:pPr>
      <w:r>
        <w:t>کرنا پڑتا ہے جو دوسرے سوشل افیئرز میں کیا جاتا ہے۔ یعنی امیج بلڈنگ پروسیس۔ دیکھیے، اس زمانے میں کیا ہوا؟ سینکڑوں سال سے دعویٰ ورک ہو رہا تھا۔ بہت ہی سموتھلی۔ اسلام جو ہے، اسپریڈ کر رہا تھا۔ آپ جانتے ہیں کہ آج ایک بلین سے زیادہ مسلمان ساری دنیا میں</w:t>
      </w:r>
    </w:p>
    <w:p>
      <w:r>
        <w:rPr>
          <w:b/>
        </w:rPr>
        <w:t xml:space="preserve">[08:22] </w:t>
      </w:r>
      <w:r>
        <w:t>hain.</w:t>
      </w:r>
    </w:p>
    <w:p>
      <w:pPr>
        <w:jc w:val="right"/>
      </w:pPr>
      <w:r>
        <w:t>ہیں۔</w:t>
      </w:r>
    </w:p>
    <w:p>
      <w:r>
        <w:rPr>
          <w:b/>
        </w:rPr>
        <w:t xml:space="preserve">[08:26] </w:t>
      </w:r>
      <w:r>
        <w:t>to daawa process tha, tabhi to yeh hua.</w:t>
      </w:r>
    </w:p>
    <w:p>
      <w:pPr>
        <w:jc w:val="right"/>
      </w:pPr>
      <w:r>
        <w:t>تو دعویٰ پراسیس تھا، تبھی تو یہ ہوا۔</w:t>
      </w:r>
    </w:p>
    <w:p>
      <w:r>
        <w:rPr>
          <w:b/>
        </w:rPr>
        <w:t xml:space="preserve">[08:30] </w:t>
      </w:r>
      <w:r>
        <w:t>daawa process tha, tabhi to arab world bana.</w:t>
      </w:r>
    </w:p>
    <w:p>
      <w:pPr>
        <w:jc w:val="right"/>
      </w:pPr>
      <w:r>
        <w:t>دعویٰ پراسیس تھا، تبھی تو عرب ورلڈ بنا۔</w:t>
      </w:r>
    </w:p>
    <w:p>
      <w:r>
        <w:rPr>
          <w:b/>
        </w:rPr>
        <w:t xml:space="preserve">[08:34] </w:t>
      </w:r>
      <w:r>
        <w:t>muslim countries bane.</w:t>
      </w:r>
    </w:p>
    <w:p>
      <w:pPr>
        <w:jc w:val="right"/>
      </w:pPr>
      <w:r>
        <w:t>مسلم کنٹریز بنے۔</w:t>
      </w:r>
    </w:p>
    <w:p>
      <w:r>
        <w:rPr>
          <w:b/>
        </w:rPr>
        <w:t xml:space="preserve">[08:37] </w:t>
      </w:r>
      <w:r>
        <w:t>lekin pichle do sau saal ke andar kafi changes aaye.</w:t>
      </w:r>
    </w:p>
    <w:p>
      <w:pPr>
        <w:jc w:val="right"/>
      </w:pPr>
      <w:r>
        <w:t>لیکن پچھلے دو سو سال کے اندر کافی چینجز آئے۔</w:t>
      </w:r>
    </w:p>
    <w:p>
      <w:r>
        <w:rPr>
          <w:b/>
        </w:rPr>
        <w:t xml:space="preserve">[08:41] </w:t>
      </w:r>
      <w:r>
        <w:t>kyunki colonial power ubhren.</w:t>
      </w:r>
    </w:p>
    <w:p>
      <w:pPr>
        <w:jc w:val="right"/>
      </w:pPr>
      <w:r>
        <w:t>کیونکہ کلونیل پاور ابھریں۔</w:t>
      </w:r>
    </w:p>
    <w:p>
      <w:r>
        <w:rPr>
          <w:b/>
        </w:rPr>
        <w:t xml:space="preserve">[08:45] </w:t>
      </w:r>
      <w:r>
        <w:t>unhon ne musalmanon ke liye political problem create kiye.</w:t>
      </w:r>
    </w:p>
    <w:p>
      <w:pPr>
        <w:jc w:val="right"/>
      </w:pPr>
      <w:r>
        <w:t>انہوں نے مسلمانوں کے لیے پولیٹیکل پرابلم کریئیٹ کیے۔</w:t>
      </w:r>
    </w:p>
    <w:p>
      <w:r>
        <w:rPr>
          <w:b/>
        </w:rPr>
        <w:t xml:space="preserve">[08:49] </w:t>
      </w:r>
      <w:r>
        <w:t>musalmanon ke land ko unhon ne ak</w:t>
      </w:r>
    </w:p>
    <w:p>
      <w:pPr>
        <w:jc w:val="right"/>
      </w:pPr>
      <w:r>
        <w:t>مسلمانوں کے لینڈ کو انہوں نے اک</w:t>
      </w:r>
    </w:p>
    <w:p>
      <w:r>
        <w:rPr>
          <w:b/>
        </w:rPr>
        <w:t xml:space="preserve">[08:52] </w:t>
      </w:r>
      <w:r>
        <w:t>kupai kar liya.</w:t>
      </w:r>
    </w:p>
    <w:p>
      <w:pPr>
        <w:jc w:val="right"/>
      </w:pPr>
      <w:r>
        <w:t>وپائی کر لیا۔</w:t>
      </w:r>
    </w:p>
    <w:p>
      <w:r>
        <w:rPr>
          <w:b/>
        </w:rPr>
        <w:t xml:space="preserve">[08:56] </w:t>
      </w:r>
      <w:r>
        <w:t>is tarah ke bohat se material problem paida hue.</w:t>
      </w:r>
    </w:p>
    <w:p>
      <w:pPr>
        <w:jc w:val="right"/>
      </w:pPr>
      <w:r>
        <w:t>اس طرح کے بہت سے مٹیریل پرابلم پیدا ہوئے۔</w:t>
      </w:r>
    </w:p>
    <w:p>
      <w:r>
        <w:rPr>
          <w:b/>
        </w:rPr>
        <w:t xml:space="preserve">[09:00] </w:t>
      </w:r>
      <w:r>
        <w:t>muslims aur western logon ke beech mein.</w:t>
      </w:r>
    </w:p>
    <w:p>
      <w:pPr>
        <w:jc w:val="right"/>
      </w:pPr>
      <w:r>
        <w:t>مسلمز اور ویسٹرن لوگوں کے بیچ میں۔</w:t>
      </w:r>
    </w:p>
    <w:p>
      <w:r>
        <w:rPr>
          <w:b/>
        </w:rPr>
        <w:t xml:space="preserve">[09:04] </w:t>
      </w:r>
      <w:r>
        <w:t>is se kya hua ke musalmanon ne foran react kiya.</w:t>
      </w:r>
    </w:p>
    <w:p>
      <w:pPr>
        <w:jc w:val="right"/>
      </w:pPr>
      <w:r>
        <w:t>اس سے کیا ہوا کہ مسلمانوں نے فوراً ری ایکٹ کیا۔</w:t>
      </w:r>
    </w:p>
    <w:p>
      <w:r>
        <w:rPr>
          <w:b/>
        </w:rPr>
        <w:t xml:space="preserve">[09:08] </w:t>
      </w:r>
      <w:r>
        <w:t>react kiya.</w:t>
      </w:r>
    </w:p>
    <w:p>
      <w:pPr>
        <w:jc w:val="right"/>
      </w:pPr>
      <w:r>
        <w:t>ری ایکٹ کیا۔</w:t>
      </w:r>
    </w:p>
    <w:p>
      <w:r>
        <w:rPr>
          <w:b/>
        </w:rPr>
        <w:t xml:space="preserve">[09:12] </w:t>
      </w:r>
      <w:r>
        <w:t>yani woh un ke dushman ban gaye.</w:t>
      </w:r>
    </w:p>
    <w:p>
      <w:pPr>
        <w:jc w:val="right"/>
      </w:pPr>
      <w:r>
        <w:t>یعنی وہ ان کے دشمن بن گئے۔</w:t>
      </w:r>
    </w:p>
    <w:p>
      <w:r>
        <w:rPr>
          <w:b/>
        </w:rPr>
        <w:t xml:space="preserve">[09:15] </w:t>
      </w:r>
      <w:r>
        <w:t>woh un ko dushman ki nazar se dekhne lage.</w:t>
      </w:r>
    </w:p>
    <w:p>
      <w:pPr>
        <w:jc w:val="right"/>
      </w:pPr>
      <w:r>
        <w:t>وہ ان کو دشمن کی نظر سے دیکھنے لگے۔</w:t>
      </w:r>
    </w:p>
    <w:p>
      <w:r>
        <w:rPr>
          <w:b/>
        </w:rPr>
        <w:t xml:space="preserve">[09:19] </w:t>
      </w:r>
      <w:r>
        <w:t>un se rivalry qaim kar li unhon ne.</w:t>
      </w:r>
    </w:p>
    <w:p>
      <w:pPr>
        <w:jc w:val="right"/>
      </w:pPr>
      <w:r>
        <w:t>ان سے رائیولری قائم کر لی انہوں نے۔</w:t>
      </w:r>
    </w:p>
    <w:p>
      <w:r>
        <w:rPr>
          <w:b/>
        </w:rPr>
        <w:t xml:space="preserve">[09:23] </w:t>
      </w:r>
      <w:r>
        <w:t>unhon ne kaha ke America enemy number one of Islam hai.</w:t>
      </w:r>
    </w:p>
    <w:p>
      <w:pPr>
        <w:jc w:val="right"/>
      </w:pPr>
      <w:r>
        <w:t>انہوں نے کہا کہ امریکہ اینمی نمبر ون آف اسلام ہے۔</w:t>
      </w:r>
    </w:p>
    <w:p>
      <w:r>
        <w:rPr>
          <w:b/>
        </w:rPr>
        <w:t xml:space="preserve">[09:28] </w:t>
      </w:r>
      <w:r>
        <w:t>hindu log jo hain, woh extremist hain.</w:t>
      </w:r>
    </w:p>
    <w:p>
      <w:pPr>
        <w:jc w:val="right"/>
      </w:pPr>
      <w:r>
        <w:t>ہندو لوگ جو ہیں، وہ ایکسٹریمسٹ ہیں۔</w:t>
      </w:r>
    </w:p>
    <w:p>
      <w:r>
        <w:rPr>
          <w:b/>
        </w:rPr>
        <w:t xml:space="preserve">[09:33] </w:t>
      </w:r>
      <w:r>
        <w:t>woh hamare khilaf hain.</w:t>
      </w:r>
    </w:p>
    <w:p>
      <w:pPr>
        <w:jc w:val="right"/>
      </w:pPr>
      <w:r>
        <w:t>وہ ہمارے خلاف ہیں۔</w:t>
      </w:r>
    </w:p>
    <w:p>
      <w:r>
        <w:rPr>
          <w:b/>
        </w:rPr>
        <w:t xml:space="preserve">[09:38] </w:t>
      </w:r>
      <w:r>
        <w:t>aise yahudi log, Christian log, European log, sab ke bare mein negative thought aa gaye musalmanon ke andar.</w:t>
      </w:r>
    </w:p>
    <w:p>
      <w:pPr>
        <w:jc w:val="right"/>
      </w:pPr>
      <w:r>
        <w:t>ایسے یہودی لوگ، کرسچن لوگ، یورپین لوگ، سب کے بارے میں نیگیٹیو تھاٹ آگئے مسلمانوں کے اندر۔</w:t>
      </w:r>
    </w:p>
    <w:p>
      <w:r>
        <w:rPr>
          <w:b/>
        </w:rPr>
        <w:t xml:space="preserve">[09:43] </w:t>
      </w:r>
      <w:r>
        <w:t>sab ke bare mein.</w:t>
      </w:r>
    </w:p>
    <w:p>
      <w:pPr>
        <w:jc w:val="right"/>
      </w:pPr>
      <w:r>
        <w:t>سب کے بارے میں۔</w:t>
      </w:r>
    </w:p>
    <w:p>
      <w:r>
        <w:rPr>
          <w:b/>
        </w:rPr>
        <w:t xml:space="preserve">[09:49] </w:t>
      </w:r>
      <w:r>
        <w:t>aaj aap dunya mein agar travel karen, kahin bhi jaayen, aur musalmanon se poochhen,</w:t>
      </w:r>
    </w:p>
    <w:p>
      <w:pPr>
        <w:jc w:val="right"/>
      </w:pPr>
      <w:r>
        <w:t>آج آپ دنیا میں اگر ٹریول کریں، کہیں بھی جائیں، اور مسلمانوں سے پوچھیں،</w:t>
      </w:r>
    </w:p>
    <w:p>
      <w:r>
        <w:rPr>
          <w:b/>
        </w:rPr>
        <w:t xml:space="preserve">[09:54] </w:t>
      </w:r>
      <w:r>
        <w:t>har aadmi negative boli bolega. har aadmi aisi boli bolega jaise ke duniya un ke liye enemy se bhari hui hai. har jagah Islam in danger ki baat sunenge aap. har jagah, har jagah, har jagah. aap travel karne ki zarurat bhi nahi hai. aap musalmanon ke magazine padhen. musalmanon ke meeting ko attend kijiye. musalmanon ke paper ko padhen. musalmanon ki books ko padhen. jo printing press ke zamane mein</w:t>
      </w:r>
    </w:p>
    <w:p>
      <w:pPr>
        <w:jc w:val="right"/>
      </w:pPr>
      <w:r>
        <w:t>ہر آدمی نیگیٹیو بولی بولے گا۔ ہر آدمی ایسی بولی بولے گا جیسے کہ دنیا ان کے لیے اینمی سے بھری ہوئی ہے۔ ہر جگہ اسلام ان ڈینجر کی بات سنیں گے آپ۔ ہر جگہ، ہر جگہ، ہر جگہ۔ آپ ٹریول کرنے کی ضرورت بھی نہیں ہے۔ آپ مسلمانوں کے میگزین پڑھیے۔ مسلمانوں کے میٹنگ کو اٹینڈ کیجیے۔ مسلمانوں کے پیپر کو پڑھیے۔ مسلمانوں کی بکس کو پڑھیے۔ جو پرنٹنگ پریس کے زمانے میں</w:t>
      </w:r>
    </w:p>
    <w:p>
      <w:r>
        <w:rPr>
          <w:b/>
        </w:rPr>
        <w:t xml:space="preserve">[10:24] </w:t>
      </w:r>
      <w:r>
        <w:t>chhipi hain, taqreeban one to all sab ka mamla yahi hai ke is mein depict kiya gaya hai</w:t>
      </w:r>
    </w:p>
    <w:p>
      <w:pPr>
        <w:jc w:val="right"/>
      </w:pPr>
      <w:r>
        <w:t>چھپی ہیں، تقریباً ون ٹو آل سب کا معاملہ یہی ہے کہ اس میں ڈیپکٹ کیا گیا ہے</w:t>
      </w:r>
    </w:p>
    <w:p>
      <w:r>
        <w:rPr>
          <w:b/>
        </w:rPr>
        <w:t xml:space="preserve">[10:28] </w:t>
      </w:r>
      <w:r>
        <w:t>doosri qaumon ko enemy ke taur par.</w:t>
      </w:r>
    </w:p>
    <w:p>
      <w:pPr>
        <w:jc w:val="right"/>
      </w:pPr>
      <w:r>
        <w:t>دوسری قوموں کو اینمی کے طور پر۔</w:t>
      </w:r>
    </w:p>
    <w:p>
      <w:r>
        <w:rPr>
          <w:b/>
        </w:rPr>
        <w:t xml:space="preserve">[10:32] </w:t>
      </w:r>
      <w:r>
        <w:t>apne rival ke taur par.</w:t>
      </w:r>
    </w:p>
    <w:p>
      <w:pPr>
        <w:jc w:val="right"/>
      </w:pPr>
      <w:r>
        <w:t>اپنے رائیول کے طور پر۔</w:t>
      </w:r>
    </w:p>
    <w:p>
      <w:r>
        <w:rPr>
          <w:b/>
        </w:rPr>
        <w:t xml:space="preserve">[10:37] </w:t>
      </w:r>
      <w:r>
        <w:t>user par ke taur par.</w:t>
      </w:r>
    </w:p>
    <w:p>
      <w:pPr>
        <w:jc w:val="right"/>
      </w:pPr>
      <w:r>
        <w:t>یوزر پر کے طور پر۔</w:t>
      </w:r>
    </w:p>
    <w:p>
      <w:r>
        <w:rPr>
          <w:b/>
        </w:rPr>
        <w:t xml:space="preserve">[10:41] </w:t>
      </w:r>
      <w:r>
        <w:t>problem creator ke taur par.</w:t>
      </w:r>
    </w:p>
    <w:p>
      <w:pPr>
        <w:jc w:val="right"/>
      </w:pPr>
      <w:r>
        <w:t>پرابلم کریئیٹر کے طور پر۔</w:t>
      </w:r>
    </w:p>
    <w:p>
      <w:r>
        <w:rPr>
          <w:b/>
        </w:rPr>
        <w:t xml:space="preserve">[10:45] </w:t>
      </w:r>
      <w:r>
        <w:t>ab jab aap aisa karenge to kya hoga? aisa karenge to zahir hai ke hate paida hoga.</w:t>
      </w:r>
    </w:p>
    <w:p>
      <w:pPr>
        <w:jc w:val="right"/>
      </w:pPr>
      <w:r>
        <w:t>اب جب آپ ایسا کریں گے تو کیا ہوگا؟ ایسا کریں گے تو ظاہر ہے کہ ہیٹ پیدا ہوگا۔</w:t>
      </w:r>
    </w:p>
    <w:p>
      <w:r>
        <w:rPr>
          <w:b/>
        </w:rPr>
        <w:t xml:space="preserve">[10:49] </w:t>
      </w:r>
      <w:r>
        <w:t>aur hate ke saath aap daawa work nahin kar sakte</w:t>
      </w:r>
    </w:p>
    <w:p>
      <w:pPr>
        <w:jc w:val="right"/>
      </w:pPr>
      <w:r>
        <w:t>اور ہیٹ کے ساتھ آپ دعویٰ ورک نہیں کر سکت</w:t>
      </w:r>
    </w:p>
    <w:p>
      <w:r>
        <w:rPr>
          <w:b/>
        </w:rPr>
        <w:t xml:space="preserve">[10:54] </w:t>
      </w:r>
      <w:r>
        <w:t>e.</w:t>
      </w:r>
    </w:p>
    <w:p>
      <w:pPr>
        <w:jc w:val="right"/>
      </w:pPr>
      <w:r>
        <w:t>ے۔</w:t>
      </w:r>
    </w:p>
    <w:p>
      <w:r>
        <w:rPr>
          <w:b/>
        </w:rPr>
        <w:t xml:space="preserve">[10:58] </w:t>
      </w:r>
      <w:r>
        <w:t>daai cannot afford hate towards his mad'oo.</w:t>
      </w:r>
    </w:p>
    <w:p>
      <w:pPr>
        <w:jc w:val="right"/>
      </w:pPr>
      <w:r>
        <w:t>داعی کین ناٹ افورڈ ہیٹ ٹورڈز ہز مدعو۔</w:t>
      </w:r>
    </w:p>
    <w:p>
      <w:r>
        <w:rPr>
          <w:b/>
        </w:rPr>
        <w:t xml:space="preserve">[11:02] </w:t>
      </w:r>
      <w:r>
        <w:t>jaise main ek waqia arz karoon.</w:t>
      </w:r>
    </w:p>
    <w:p>
      <w:pPr>
        <w:jc w:val="right"/>
      </w:pPr>
      <w:r>
        <w:t>جیسے میں ایک واقعہ عرض کروں۔</w:t>
      </w:r>
    </w:p>
    <w:p>
      <w:r>
        <w:rPr>
          <w:b/>
        </w:rPr>
        <w:t xml:space="preserve">[11:07] </w:t>
      </w:r>
      <w:r>
        <w:t>purani dilli ka.</w:t>
      </w:r>
    </w:p>
    <w:p>
      <w:pPr>
        <w:jc w:val="right"/>
      </w:pPr>
      <w:r>
        <w:t>پرانی دلی کا۔</w:t>
      </w:r>
    </w:p>
    <w:p>
      <w:r>
        <w:rPr>
          <w:b/>
        </w:rPr>
        <w:t xml:space="preserve">[11:11] </w:t>
      </w:r>
      <w:r>
        <w:t>wahan par muslim area mein ek hindu ne kapde ki dukan kholi.</w:t>
      </w:r>
    </w:p>
    <w:p>
      <w:pPr>
        <w:jc w:val="right"/>
      </w:pPr>
      <w:r>
        <w:t>وہاں پر مسلم ایریا میں ایک ہندو نے کپڑے کی دکان کھولی۔</w:t>
      </w:r>
    </w:p>
    <w:p>
      <w:r>
        <w:rPr>
          <w:b/>
        </w:rPr>
        <w:t xml:space="preserve">[11:15] </w:t>
      </w:r>
      <w:r>
        <w:t>uske customer mostly muslims the.</w:t>
      </w:r>
    </w:p>
    <w:p>
      <w:pPr>
        <w:jc w:val="right"/>
      </w:pPr>
      <w:r>
        <w:t>اس کے کسٹمر موسٹلی مسلمز تھے۔</w:t>
      </w:r>
    </w:p>
    <w:p>
      <w:r>
        <w:rPr>
          <w:b/>
        </w:rPr>
        <w:t xml:space="preserve">[11:19] </w:t>
      </w:r>
      <w:r>
        <w:t>to wahan ek bade miyan uski dukan par aane lage. aur</w:t>
      </w:r>
    </w:p>
    <w:p>
      <w:pPr>
        <w:jc w:val="right"/>
      </w:pPr>
      <w:r>
        <w:t>تو وہاں ایک بڑے میاں اس کی دکان پر آنے لگے۔ اور</w:t>
      </w:r>
    </w:p>
    <w:p>
      <w:r>
        <w:rPr>
          <w:b/>
        </w:rPr>
        <w:t xml:space="preserve">[11:24] </w:t>
      </w:r>
      <w:r>
        <w:t>musalmanon ke bare mein kuch negative baaten batane lage.</w:t>
      </w:r>
    </w:p>
    <w:p>
      <w:pPr>
        <w:jc w:val="right"/>
      </w:pPr>
      <w:r>
        <w:t>مسلمانوں کے بارے میں کچھ نیگیٹیو باتیں بتانے لگے۔</w:t>
      </w:r>
    </w:p>
    <w:p>
      <w:r>
        <w:rPr>
          <w:b/>
        </w:rPr>
        <w:t xml:space="preserve">[11:29] </w:t>
      </w:r>
      <w:r>
        <w:t>yeh aisa hai, woh waisa hai.</w:t>
      </w:r>
    </w:p>
    <w:p>
      <w:pPr>
        <w:jc w:val="right"/>
      </w:pPr>
      <w:r>
        <w:t>یہ ایسا ہے، وہ ویسا ہے۔</w:t>
      </w:r>
    </w:p>
    <w:p>
      <w:r>
        <w:rPr>
          <w:b/>
        </w:rPr>
        <w:t xml:space="preserve">[11:34] </w:t>
      </w:r>
      <w:r>
        <w:t>to do chaar din is aadmi ne suna.</w:t>
      </w:r>
    </w:p>
    <w:p>
      <w:pPr>
        <w:jc w:val="right"/>
      </w:pPr>
      <w:r>
        <w:t>تو دو چار دن اس آدمی نے سنا۔</w:t>
      </w:r>
    </w:p>
    <w:p>
      <w:r>
        <w:rPr>
          <w:b/>
        </w:rPr>
        <w:t xml:space="preserve">[11:39] </w:t>
      </w:r>
      <w:r>
        <w:t>uske baad unke saamne woh haath jod kar khada ho gaya.</w:t>
      </w:r>
    </w:p>
    <w:p>
      <w:pPr>
        <w:jc w:val="right"/>
      </w:pPr>
      <w:r>
        <w:t>اس کے بعد ان کے سامنے وہ ہاتھ جوڑ کر کھڑا ہو گیا۔</w:t>
      </w:r>
    </w:p>
    <w:p>
      <w:r>
        <w:rPr>
          <w:b/>
        </w:rPr>
        <w:t xml:space="preserve">[11:45] </w:t>
      </w:r>
      <w:r>
        <w:t>usne kaha ke miyan sahab.</w:t>
      </w:r>
    </w:p>
    <w:p>
      <w:pPr>
        <w:jc w:val="right"/>
      </w:pPr>
      <w:r>
        <w:t>اس نے کہا کہ میاں صاحب۔</w:t>
      </w:r>
    </w:p>
    <w:p>
      <w:r>
        <w:rPr>
          <w:b/>
        </w:rPr>
        <w:t xml:space="preserve">[11:50] </w:t>
      </w:r>
      <w:r>
        <w:t>aap jin logon ki ninda karte hain, jin logon ki burai batate hain, woh mere customer hain.</w:t>
      </w:r>
    </w:p>
    <w:p>
      <w:pPr>
        <w:jc w:val="right"/>
      </w:pPr>
      <w:r>
        <w:t>آپ جن لوگوں کی نندہ کرتے ہیں، جن لوگوں کی برائی بتاتے ہیں، وہ میرے کسٹمر ہیں۔</w:t>
      </w:r>
    </w:p>
    <w:p>
      <w:r>
        <w:rPr>
          <w:b/>
        </w:rPr>
        <w:t xml:space="preserve">[11:55] </w:t>
      </w:r>
      <w:r>
        <w:t>agar mere dil mein un ke khilaf hate aa jaye, nafrat aa jaye, negative thought aa jaye, to main un se business nahi kar sakta. mera profession business hai. mujhe un se pyar karna hai. un ke liye mujhe sympathetic banna hai. is liye aap se main kahunga, aap aen to chup chap baithhen. aur nahi to aap kashk na karen. yeh hota hai</w:t>
      </w:r>
    </w:p>
    <w:p>
      <w:pPr>
        <w:jc w:val="right"/>
      </w:pPr>
      <w:r>
        <w:t>اگر میرے دل میں ان کے خلاف ہیٹ آجائے، نفرت آجائے، نیگیٹیو تھاٹ آجائے، تو میں ان سے بزنس نہیں کر سکتا۔ میرا پروفیشن بزنس ہے۔ مجھے ان سے پیار کرنا ہے۔ ان کے لیے مجھے سمپیتھیٹک بننا ہے۔ اس لیے آپ سے میں کہوں گا، آپ آئیں تو چپ چاپ بیٹھیں۔ اور نہیں تو آپ کشک نہ کریں۔ یہ ہوتا ہے</w:t>
      </w:r>
    </w:p>
    <w:p>
      <w:r>
        <w:rPr>
          <w:b/>
        </w:rPr>
        <w:t xml:space="preserve">[12:25] </w:t>
      </w:r>
      <w:r>
        <w:t>attitude. to customer to trader aur customer ke beech mein jo bigad raha tha, us ko us ne theek kiya. us ko kehte hain damage control. to musalmanon mein jo bigde, ab qareeb qareeb do sau saal ho rahe hain. lekin main yeh kehne ki jurrat karunga ke is pure do sau</w:t>
      </w:r>
    </w:p>
    <w:p>
      <w:pPr>
        <w:jc w:val="right"/>
      </w:pPr>
      <w:r>
        <w:t>ایٹیٹیوڈ۔ تو کسٹمر تو ٹریڈر اور کسٹمر کے بیچ میں جو بگڑ رہا تھا، اس کو اس نے ٹھیک کیا۔ اس کو کہتے ہیں ڈیمج کنٹرول۔ تو مسلمانوں میں جو بگڑے، اب قریب قریب دو سو سال ہو رہے ہیں۔ لیکن میں یہ کہنے کی جرات کروں گا کہ اس پورے دو سو</w:t>
      </w:r>
    </w:p>
    <w:p>
      <w:r>
        <w:rPr>
          <w:b/>
        </w:rPr>
        <w:t xml:space="preserve">[12:55] </w:t>
      </w:r>
      <w:r>
        <w:t>saal mein mere janne ke mutabiq koi ek bhi muslim leader nahin khada hua jo yeh kahe ke bhaiyon.</w:t>
      </w:r>
    </w:p>
    <w:p>
      <w:pPr>
        <w:jc w:val="right"/>
      </w:pPr>
      <w:r>
        <w:t>سال میں میرے جاننے کے مطابق کوئی ایک بھی مسلم لیڈر نہیں کھڑا ہوا جو یہ کہے کہ بھائیوں۔</w:t>
      </w:r>
    </w:p>
    <w:p>
      <w:r>
        <w:rPr>
          <w:b/>
        </w:rPr>
        <w:t xml:space="preserve">[13:01] </w:t>
      </w:r>
      <w:r>
        <w:t>jin logon ko tum dushman kehte ho, woh to tumhare mad'oo hain.</w:t>
      </w:r>
    </w:p>
    <w:p>
      <w:pPr>
        <w:jc w:val="right"/>
      </w:pPr>
      <w:r>
        <w:t>جن لوگوں کو تم دشمن کہتے ہو، وہ تو تمہارے مدعو ہیں۔</w:t>
      </w:r>
    </w:p>
    <w:p>
      <w:r>
        <w:rPr>
          <w:b/>
        </w:rPr>
        <w:t xml:space="preserve">[13:07] </w:t>
      </w:r>
      <w:r>
        <w:t>aur mad'oo se hate ko hum afford nahin kar sakte.</w:t>
      </w:r>
    </w:p>
    <w:p>
      <w:pPr>
        <w:jc w:val="right"/>
      </w:pPr>
      <w:r>
        <w:t>اور مدعو سے ہیٹ کو ہم افورڈ نہیں کر سکتے۔</w:t>
      </w:r>
    </w:p>
    <w:p>
      <w:r>
        <w:rPr>
          <w:b/>
        </w:rPr>
        <w:t xml:space="preserve">[13:13] </w:t>
      </w:r>
      <w:r>
        <w:t>yaani jis tarah se woh businessman khada ho gaya, us tarah se koi muslim leader khada nahin hua.</w:t>
      </w:r>
    </w:p>
    <w:p>
      <w:pPr>
        <w:jc w:val="right"/>
      </w:pPr>
      <w:r>
        <w:t>یعنی جس طرح سے وہ بزنس مین کھڑا ہو گیا، اس طرح سے کوئی مسلم لیڈر کھڑا نہیں ہوا۔</w:t>
      </w:r>
    </w:p>
    <w:p>
      <w:r>
        <w:rPr>
          <w:b/>
        </w:rPr>
        <w:t xml:space="preserve">[13:19] </w:t>
      </w:r>
      <w:r>
        <w:t>agar khara hua hota</w:t>
      </w:r>
    </w:p>
    <w:p>
      <w:pPr>
        <w:jc w:val="right"/>
      </w:pPr>
      <w:r>
        <w:t>اگر کھڑا ہوا ہوتا</w:t>
      </w:r>
    </w:p>
    <w:p>
      <w:r>
        <w:rPr>
          <w:b/>
        </w:rPr>
        <w:t xml:space="preserve">[13:25] </w:t>
      </w:r>
      <w:r>
        <w:t>koi bara leader to process phir se badalta.</w:t>
      </w:r>
    </w:p>
    <w:p>
      <w:pPr>
        <w:jc w:val="right"/>
      </w:pPr>
      <w:r>
        <w:t>کوئی بڑا لیڈر تو پروسیس پھر سے بدلتا۔</w:t>
      </w:r>
    </w:p>
    <w:p>
      <w:r>
        <w:rPr>
          <w:b/>
        </w:rPr>
        <w:t xml:space="preserve">[13:29] </w:t>
      </w:r>
      <w:r>
        <w:t>history ki reprocessing hoti.</w:t>
      </w:r>
    </w:p>
    <w:p>
      <w:pPr>
        <w:jc w:val="right"/>
      </w:pPr>
      <w:r>
        <w:t>ہسٹری کی ری پروسیسنگ ہوتی۔</w:t>
      </w:r>
    </w:p>
    <w:p>
      <w:r>
        <w:rPr>
          <w:b/>
        </w:rPr>
        <w:t xml:space="preserve">[13:33] </w:t>
      </w:r>
      <w:r>
        <w:t>jaisay ke doosri jagah hum dekhte hain.</w:t>
      </w:r>
    </w:p>
    <w:p>
      <w:pPr>
        <w:jc w:val="right"/>
      </w:pPr>
      <w:r>
        <w:t>جیسے کہ دوسری جگہ ہم دیکھتے ہیں۔</w:t>
      </w:r>
    </w:p>
    <w:p>
      <w:r>
        <w:rPr>
          <w:b/>
        </w:rPr>
        <w:t xml:space="preserve">[13:37] </w:t>
      </w:r>
      <w:r>
        <w:t>to history ki reprocessing na ho saki.</w:t>
      </w:r>
    </w:p>
    <w:p>
      <w:pPr>
        <w:jc w:val="right"/>
      </w:pPr>
      <w:r>
        <w:t>تو ہسٹری کی ری پروسیسنگ نہ ہو سکی۔</w:t>
      </w:r>
    </w:p>
    <w:p>
      <w:r>
        <w:rPr>
          <w:b/>
        </w:rPr>
        <w:t xml:space="preserve">[13:41] </w:t>
      </w:r>
      <w:r>
        <w:t>aur wohi cheez continue rahi.</w:t>
      </w:r>
    </w:p>
    <w:p>
      <w:pPr>
        <w:jc w:val="right"/>
      </w:pPr>
      <w:r>
        <w:t>اور وہی چیز کنٹینیو رہی۔</w:t>
      </w:r>
    </w:p>
    <w:p>
      <w:r>
        <w:rPr>
          <w:b/>
        </w:rPr>
        <w:t xml:space="preserve">[13:44] </w:t>
      </w:r>
      <w:r>
        <w:t>ab sari dunya dekhiye.</w:t>
      </w:r>
    </w:p>
    <w:p>
      <w:pPr>
        <w:jc w:val="right"/>
      </w:pPr>
      <w:r>
        <w:t>اب ساری دنیا دیکھیے۔</w:t>
      </w:r>
    </w:p>
    <w:p>
      <w:r>
        <w:rPr>
          <w:b/>
        </w:rPr>
        <w:t xml:space="preserve">[13:48] </w:t>
      </w:r>
      <w:r>
        <w:t>main musalman hoon.</w:t>
      </w:r>
    </w:p>
    <w:p>
      <w:pPr>
        <w:jc w:val="right"/>
      </w:pPr>
      <w:r>
        <w:t>میں مسلمان ہوں۔</w:t>
      </w:r>
    </w:p>
    <w:p>
      <w:r>
        <w:rPr>
          <w:b/>
        </w:rPr>
        <w:t xml:space="preserve">[13:52] </w:t>
      </w:r>
      <w:r>
        <w:t>aaj musalman sari dunya mein</w:t>
      </w:r>
    </w:p>
    <w:p>
      <w:pPr>
        <w:jc w:val="right"/>
      </w:pPr>
      <w:r>
        <w:t>آج مسلمان ساری دنیا میں</w:t>
      </w:r>
    </w:p>
    <w:p>
      <w:r>
        <w:rPr>
          <w:b/>
        </w:rPr>
        <w:t xml:space="preserve">[13:56] </w:t>
      </w:r>
      <w:r>
        <w:t>phaile hue hain.</w:t>
      </w:r>
    </w:p>
    <w:p>
      <w:pPr>
        <w:jc w:val="right"/>
      </w:pPr>
      <w:r>
        <w:t>پھیلے ہوئے ہیں۔</w:t>
      </w:r>
    </w:p>
    <w:p>
      <w:r>
        <w:rPr>
          <w:b/>
        </w:rPr>
        <w:t xml:space="preserve">[14:00] </w:t>
      </w:r>
      <w:r>
        <w:t>qareeb qareeb yani almostly in every country you can see muslims.</w:t>
      </w:r>
    </w:p>
    <w:p>
      <w:pPr>
        <w:jc w:val="right"/>
      </w:pPr>
      <w:r>
        <w:t>قریب قریب یعنی آل موسٹلی ان ایوری کنٹری یو کین سی مسلمز۔</w:t>
      </w:r>
    </w:p>
    <w:p>
      <w:r>
        <w:rPr>
          <w:b/>
        </w:rPr>
        <w:t xml:space="preserve">[14:03] </w:t>
      </w:r>
      <w:r>
        <w:t>lekin woh jeete hain heat mein.</w:t>
      </w:r>
    </w:p>
    <w:p>
      <w:pPr>
        <w:jc w:val="right"/>
      </w:pPr>
      <w:r>
        <w:t>لیکن وہ جیتے ہیں ہیٹ میں۔</w:t>
      </w:r>
    </w:p>
    <w:p>
      <w:r>
        <w:rPr>
          <w:b/>
        </w:rPr>
        <w:t xml:space="preserve">[14:07] </w:t>
      </w:r>
      <w:r>
        <w:t>abhi main aik sahib se mila jo america mein rehte hain.</w:t>
      </w:r>
    </w:p>
    <w:p>
      <w:pPr>
        <w:jc w:val="right"/>
      </w:pPr>
      <w:r>
        <w:t>ابھی میں ایک صاحب سے ملا جو امریکہ میں رہتے ہیں۔</w:t>
      </w:r>
    </w:p>
    <w:p>
      <w:r>
        <w:rPr>
          <w:b/>
        </w:rPr>
        <w:t xml:space="preserve">[14:11] </w:t>
      </w:r>
      <w:r>
        <w:t>bees saal se.</w:t>
      </w:r>
    </w:p>
    <w:p>
      <w:pPr>
        <w:jc w:val="right"/>
      </w:pPr>
      <w:r>
        <w:t>بیس سال سے۔</w:t>
      </w:r>
    </w:p>
    <w:p>
      <w:r>
        <w:rPr>
          <w:b/>
        </w:rPr>
        <w:t xml:space="preserve">[14:15] </w:t>
      </w:r>
      <w:r>
        <w:t>woh india aaye thay.</w:t>
      </w:r>
    </w:p>
    <w:p>
      <w:pPr>
        <w:jc w:val="right"/>
      </w:pPr>
      <w:r>
        <w:t>وہ انڈیا آئے تھے۔</w:t>
      </w:r>
    </w:p>
    <w:p>
      <w:r>
        <w:rPr>
          <w:b/>
        </w:rPr>
        <w:t xml:space="preserve">[14:18] </w:t>
      </w:r>
      <w:r>
        <w:t>main ne kaha ke aap wahan dawah work karte hain.</w:t>
      </w:r>
    </w:p>
    <w:p>
      <w:pPr>
        <w:jc w:val="right"/>
      </w:pPr>
      <w:r>
        <w:t>میں نے کہا کہ آپ وہاں دعویٰ ورک کرتے ہیں۔</w:t>
      </w:r>
    </w:p>
    <w:p>
      <w:r>
        <w:rPr>
          <w:b/>
        </w:rPr>
        <w:t xml:space="preserve">[14:22] </w:t>
      </w:r>
      <w:r>
        <w:t>to kya kehte hain woh?</w:t>
      </w:r>
    </w:p>
    <w:p>
      <w:pPr>
        <w:jc w:val="right"/>
      </w:pPr>
      <w:r>
        <w:t>تو کیا کہتے ہیں وہ؟</w:t>
      </w:r>
    </w:p>
    <w:p>
      <w:r>
        <w:rPr>
          <w:b/>
        </w:rPr>
        <w:t xml:space="preserve">[14:26] </w:t>
      </w:r>
      <w:r>
        <w:t>yeh to Islam ke dushman hain. in mein daawa work kiya karna hai? hum to musalmanon mein islaah ka kaam kar rahe hain. aap bataiye ke enemy declare kar ke agar aap daawa work ko rok den, yeh to crime hoga, crime. hadith mein aata hai ke tum umma na bano. umma ka matlab hota hai aisa na kaho ke woh galat karte hain to hum bhi galat karenge. woh bura karte hain to hum bhi bura karenge. nahi. daa</w:t>
      </w:r>
    </w:p>
    <w:p>
      <w:pPr>
        <w:jc w:val="right"/>
      </w:pPr>
      <w:r>
        <w:t>یہ تو اسلام کے دشمن ہیں۔ ان میں دعویٰ ورک کیا کرنا ہے؟ ہم تو مسلمانوں میں اصلاح کا کام کر رہے ہیں۔ آپ بتائیے کہ اینمی ڈیکلیئر کر کے اگر آپ دعویٰ ورک کو روک دیں، یہ تو کرائم ہوگا، کرائم۔ حدیث میں آتا ہے کہ تم اما نہ بنو۔ اما کا مطلب ہوتا ہے ایسا نہ کہو کہ وہ غلط کرتے ہیں تو ہم بھی غلط کریں گے۔ وہ برا کرتے ہیں تو ہم بھی برا کریں گے۔ نہیں۔ داع</w:t>
      </w:r>
    </w:p>
    <w:p>
      <w:r>
        <w:rPr>
          <w:b/>
        </w:rPr>
        <w:t xml:space="preserve">[14:56] </w:t>
      </w:r>
      <w:r>
        <w:t>ye ka jo jo tareeqa hai, woh ama banna nahi hai.</w:t>
      </w:r>
    </w:p>
    <w:p>
      <w:pPr>
        <w:jc w:val="right"/>
      </w:pPr>
      <w:r>
        <w:t>ی کا جو جو طریقہ ہے، وہ اما بننا نہیں ہے۔</w:t>
      </w:r>
    </w:p>
    <w:p>
      <w:r>
        <w:rPr>
          <w:b/>
        </w:rPr>
        <w:t xml:space="preserve">[15:00] </w:t>
      </w:r>
      <w:r>
        <w:t>matlab bilateral basis par is ka behaviour nahi banta.</w:t>
      </w:r>
    </w:p>
    <w:p>
      <w:pPr>
        <w:jc w:val="right"/>
      </w:pPr>
      <w:r>
        <w:t>مطلب بائی لیٹرل بیسز پر اس کا بیہیویئر نہیں بنتا۔</w:t>
      </w:r>
    </w:p>
    <w:p>
      <w:r>
        <w:rPr>
          <w:b/>
        </w:rPr>
        <w:t xml:space="preserve">[15:04] </w:t>
      </w:r>
      <w:r>
        <w:t>balkay unilateral basis par banta hai.</w:t>
      </w:r>
    </w:p>
    <w:p>
      <w:pPr>
        <w:jc w:val="right"/>
      </w:pPr>
      <w:r>
        <w:t>بلکہ یونی لیٹرل بیسز پر بنتا ہے۔</w:t>
      </w:r>
    </w:p>
    <w:p>
      <w:r>
        <w:rPr>
          <w:b/>
        </w:rPr>
        <w:t xml:space="preserve">[15:07] </w:t>
      </w:r>
      <w:r>
        <w:t>woh chahe achay hon ya buray.</w:t>
      </w:r>
    </w:p>
    <w:p>
      <w:pPr>
        <w:jc w:val="right"/>
      </w:pPr>
      <w:r>
        <w:t>وہ چاہے اچھے ہوں یا برے۔</w:t>
      </w:r>
    </w:p>
    <w:p>
      <w:r>
        <w:rPr>
          <w:b/>
        </w:rPr>
        <w:t xml:space="preserve">[15:11] </w:t>
      </w:r>
      <w:r>
        <w:t>humein to dawah work karna hai.</w:t>
      </w:r>
    </w:p>
    <w:p>
      <w:pPr>
        <w:jc w:val="right"/>
      </w:pPr>
      <w:r>
        <w:t>ہمیں تو دعویٰ ورک کرنا ہے۔</w:t>
      </w:r>
    </w:p>
    <w:p>
      <w:r>
        <w:rPr>
          <w:b/>
        </w:rPr>
        <w:t xml:space="preserve">[15:15] </w:t>
      </w:r>
      <w:r>
        <w:t>jab dawah work karna hai to humein un ke liye sympathetic banna hai.</w:t>
      </w:r>
    </w:p>
    <w:p>
      <w:pPr>
        <w:jc w:val="right"/>
      </w:pPr>
      <w:r>
        <w:t>جب دعویٰ ورک کرنا ہے تو ہمیں ان کے لیے سمپیتھیٹک بننا ہے۔</w:t>
      </w:r>
    </w:p>
    <w:p>
      <w:r>
        <w:rPr>
          <w:b/>
        </w:rPr>
        <w:t xml:space="preserve">[15:19] </w:t>
      </w:r>
      <w:r>
        <w:t>ani lakum nasoon ameen.</w:t>
      </w:r>
    </w:p>
    <w:p>
      <w:pPr>
        <w:jc w:val="right"/>
      </w:pPr>
      <w:r>
        <w:t>انی لکم ناسون امین۔</w:t>
      </w:r>
    </w:p>
    <w:p>
      <w:r>
        <w:rPr>
          <w:b/>
        </w:rPr>
        <w:t xml:space="preserve">[15:22] </w:t>
      </w:r>
      <w:r>
        <w:t>main tumhara khair khwah hoon. tum</w:t>
      </w:r>
    </w:p>
    <w:p>
      <w:pPr>
        <w:jc w:val="right"/>
      </w:pPr>
      <w:r>
        <w:t>میں تمہارا خیر خواہ ہوں۔ تم</w:t>
      </w:r>
    </w:p>
    <w:p>
      <w:r>
        <w:rPr>
          <w:b/>
        </w:rPr>
        <w:t xml:space="preserve">[15:26] </w:t>
      </w:r>
      <w:r>
        <w:t>hara hamdard hoon.</w:t>
      </w:r>
    </w:p>
    <w:p>
      <w:pPr>
        <w:jc w:val="right"/>
      </w:pPr>
      <w:r>
        <w:t>ہارا ہمدرد ہوں۔</w:t>
      </w:r>
    </w:p>
    <w:p>
      <w:r>
        <w:rPr>
          <w:b/>
        </w:rPr>
        <w:t xml:space="preserve">[15:31] </w:t>
      </w:r>
      <w:r>
        <w:t>mere dil mein tumhare liye compassion hai.</w:t>
      </w:r>
    </w:p>
    <w:p>
      <w:pPr>
        <w:jc w:val="right"/>
      </w:pPr>
      <w:r>
        <w:t>میرے دل میں تمہارے لیے کمپیشن ہے۔</w:t>
      </w:r>
    </w:p>
    <w:p>
      <w:r>
        <w:rPr>
          <w:b/>
        </w:rPr>
        <w:t xml:space="preserve">[15:36] </w:t>
      </w:r>
      <w:r>
        <w:t>to daai aur mad'u ke beech mein jo relationship hota hai, woh bohat hi complicated qism ka hota hai.</w:t>
      </w:r>
    </w:p>
    <w:p>
      <w:pPr>
        <w:jc w:val="right"/>
      </w:pPr>
      <w:r>
        <w:t>تو داعی اور مدعو کے بیچ میں جو ریلیشن شپ ہوتا ہے، وہ بہت ہی کمپلیکیٹڈ قسم کا ہوتا ہے۔</w:t>
      </w:r>
    </w:p>
    <w:p>
      <w:r>
        <w:rPr>
          <w:b/>
        </w:rPr>
        <w:t xml:space="preserve">[15:42] </w:t>
      </w:r>
      <w:r>
        <w:t>isi liye Quran mein hai ke walanasbiranna ma aadhaytumun.</w:t>
      </w:r>
    </w:p>
    <w:p>
      <w:pPr>
        <w:jc w:val="right"/>
      </w:pPr>
      <w:r>
        <w:t>اسی لیے قرآن میں ہے کہ ولنصبرن علی ما آذیتمون۔</w:t>
      </w:r>
    </w:p>
    <w:p>
      <w:r>
        <w:rPr>
          <w:b/>
        </w:rPr>
        <w:t xml:space="preserve">[15:47] </w:t>
      </w:r>
      <w:r>
        <w:t>yaani paighambar kehte hain apne mad'u se ke tum kuch bhi karo, hum to tumhari ziyadatiyon par sabr</w:t>
      </w:r>
    </w:p>
    <w:p>
      <w:pPr>
        <w:jc w:val="right"/>
      </w:pPr>
      <w:r>
        <w:t>یعنی پیغمبر کہتے ہیں اپنے مدعو سے کہ تم کچھ بھی کرو، ہم تو تمہاری زیادتیوں پر صبر</w:t>
      </w:r>
    </w:p>
    <w:p>
      <w:r>
        <w:rPr>
          <w:b/>
        </w:rPr>
        <w:t xml:space="preserve">[15:52] </w:t>
      </w:r>
      <w:r>
        <w:t>hi karenge.</w:t>
      </w:r>
    </w:p>
    <w:p>
      <w:pPr>
        <w:jc w:val="right"/>
      </w:pPr>
      <w:r>
        <w:t>ہی کریں گے۔</w:t>
      </w:r>
    </w:p>
    <w:p>
      <w:r>
        <w:rPr>
          <w:b/>
        </w:rPr>
        <w:t xml:space="preserve">[15:57] </w:t>
      </w:r>
      <w:r>
        <w:t>yaani unilateral tor par sabr kar ke hum tumhare apne aur tumhare beech mein normal relationship</w:t>
      </w:r>
    </w:p>
    <w:p>
      <w:pPr>
        <w:jc w:val="right"/>
      </w:pPr>
      <w:r>
        <w:t>یعنی یونی لیٹرل طور پر صبر کر کے ہم تمہارے اپنے اور تمہارے بیچ میں نارمل ریلیشن شپ</w:t>
      </w:r>
    </w:p>
    <w:p>
      <w:r>
        <w:rPr>
          <w:b/>
        </w:rPr>
        <w:t xml:space="preserve">[16:02] </w:t>
      </w:r>
      <w:r>
        <w:t>banaye rakhenge.</w:t>
      </w:r>
    </w:p>
    <w:p>
      <w:pPr>
        <w:jc w:val="right"/>
      </w:pPr>
      <w:r>
        <w:t>بنائے رکھیں گے۔</w:t>
      </w:r>
    </w:p>
    <w:p>
      <w:r>
        <w:rPr>
          <w:b/>
        </w:rPr>
        <w:t xml:space="preserve">[16:07] </w:t>
      </w:r>
      <w:r>
        <w:t>yeh hai daai ka tareeqa.</w:t>
      </w:r>
    </w:p>
    <w:p>
      <w:pPr>
        <w:jc w:val="right"/>
      </w:pPr>
      <w:r>
        <w:t>یہ ہے داعی کا طریقہ۔</w:t>
      </w:r>
    </w:p>
    <w:p>
      <w:r>
        <w:rPr>
          <w:b/>
        </w:rPr>
        <w:t xml:space="preserve">[16:12] </w:t>
      </w:r>
      <w:r>
        <w:t>ab mein dekhiye aap ko kuch references deta hoon.</w:t>
      </w:r>
    </w:p>
    <w:p>
      <w:pPr>
        <w:jc w:val="right"/>
      </w:pPr>
      <w:r>
        <w:t>اب میں دیکھیے آپ کو کچھ ریفرنسز دیتا ہوں۔</w:t>
      </w:r>
    </w:p>
    <w:p>
      <w:r>
        <w:rPr>
          <w:b/>
        </w:rPr>
        <w:t xml:space="preserve">[16:17] </w:t>
      </w:r>
      <w:r>
        <w:t>references deta hoon early period of Islam ka.</w:t>
      </w:r>
    </w:p>
    <w:p>
      <w:pPr>
        <w:jc w:val="right"/>
      </w:pPr>
      <w:r>
        <w:t>ریفرنسز دیتا ہوں ارلی پیریڈ آف اسلام کا۔</w:t>
      </w:r>
    </w:p>
    <w:p>
      <w:r>
        <w:rPr>
          <w:b/>
        </w:rPr>
        <w:t xml:space="preserve">[16:23] </w:t>
      </w:r>
      <w:r>
        <w:t>yaani seven century ke first quarter ka.</w:t>
      </w:r>
    </w:p>
    <w:p>
      <w:pPr>
        <w:jc w:val="right"/>
      </w:pPr>
      <w:r>
        <w:t>یعنی سیون سینچری کے فرسٹ کوارٹر کا۔</w:t>
      </w:r>
    </w:p>
    <w:p>
      <w:r>
        <w:rPr>
          <w:b/>
        </w:rPr>
        <w:t xml:space="preserve">[16:28] </w:t>
      </w:r>
      <w:r>
        <w:t>dekhiye.</w:t>
      </w:r>
    </w:p>
    <w:p>
      <w:pPr>
        <w:jc w:val="right"/>
      </w:pPr>
      <w:r>
        <w:t>دیکھیے۔</w:t>
      </w:r>
    </w:p>
    <w:p>
      <w:r>
        <w:rPr>
          <w:b/>
        </w:rPr>
        <w:t xml:space="preserve">[16:34] </w:t>
      </w:r>
      <w:r>
        <w:t>Rasool Allah salallaho alaihi wasallam par jab ko jab prophet banaya gaya to pehli wahi aap par</w:t>
      </w:r>
    </w:p>
    <w:p>
      <w:pPr>
        <w:jc w:val="right"/>
      </w:pPr>
      <w:r>
        <w:t>رسول اللہ صلی اللہ علیہ وسلم پر جب کو جب پرافٹ بنایا گیا تو پہلی وحی آپ پر</w:t>
      </w:r>
    </w:p>
    <w:p>
      <w:r>
        <w:rPr>
          <w:b/>
        </w:rPr>
        <w:t xml:space="preserve">[16:40] </w:t>
      </w:r>
      <w:r>
        <w:t>utri thi iqra bismi rabbikal ladhi khalaq.</w:t>
      </w:r>
    </w:p>
    <w:p>
      <w:pPr>
        <w:jc w:val="right"/>
      </w:pPr>
      <w:r>
        <w:t>اتری تھی اقراء بسم ربک الذی خلق۔</w:t>
      </w:r>
    </w:p>
    <w:p>
      <w:r>
        <w:rPr>
          <w:b/>
        </w:rPr>
        <w:t xml:space="preserve">[16:46] </w:t>
      </w:r>
      <w:r>
        <w:t>aur is ke baad doosri jo wahi utri Makka mein, woh thi ya ayyuhal muddathir qum fanthir warabbaka</w:t>
      </w:r>
    </w:p>
    <w:p>
      <w:pPr>
        <w:jc w:val="right"/>
      </w:pPr>
      <w:r>
        <w:t>اور اس کے بعد دوسری جو وحی اتری مکہ میں، وہ تھی یا ایہا المدثر قم فانظر وربک</w:t>
      </w:r>
    </w:p>
    <w:p>
      <w:r>
        <w:rPr>
          <w:b/>
        </w:rPr>
        <w:t xml:space="preserve">[16:53] </w:t>
      </w:r>
      <w:r>
        <w:t>fakabbir wasiyabaka fatathir warruj fahir walatammun tastaksir</w:t>
      </w:r>
    </w:p>
    <w:p>
      <w:pPr>
        <w:jc w:val="right"/>
      </w:pPr>
      <w:r>
        <w:t>فکبر وسیابک فطاہر والرج فہجر ولا تمن تستکسر</w:t>
      </w:r>
    </w:p>
    <w:p>
      <w:r>
        <w:rPr>
          <w:b/>
        </w:rPr>
        <w:t xml:space="preserve">[16:59] </w:t>
      </w:r>
      <w:r>
        <w:t>wa li Rabbika fasbir. yaani daawa work karo aur aur apne Rab ke liye sabr karo. yaani keep patience for the sake of God. keep patience for the sake of daawa. kyunke jab aap daawa work karenge to aap ka daawa work jo hai, woh tauheed par base karta hai. oneness of God par base karta</w:t>
      </w:r>
    </w:p>
    <w:p>
      <w:pPr>
        <w:jc w:val="right"/>
      </w:pPr>
      <w:r>
        <w:t>ولربک فاصبر۔ یعنی دعویٰ ورک کرو اور اور اپنے رب کے لیے صبر کرو۔ یعنی کیپ پیشنس فار دا سیک آف گاڈ۔ کیپ پیشنس فار دا سیک آف دعویٰ۔ کیونکہ جب آپ دعویٰ ورک کریں گے تو آپ کا دعویٰ ورک جو ہے، وہ توحید پر بیس کرتا ہے۔ وننس آف گاڈ پر بیس کرتا</w:t>
      </w:r>
    </w:p>
    <w:p>
      <w:r>
        <w:rPr>
          <w:b/>
        </w:rPr>
        <w:t xml:space="preserve">[17:29] </w:t>
      </w:r>
      <w:r>
        <w:t>hai.</w:t>
      </w:r>
    </w:p>
    <w:p>
      <w:pPr>
        <w:jc w:val="right"/>
      </w:pPr>
      <w:r>
        <w:t>ہے۔</w:t>
      </w:r>
    </w:p>
    <w:p>
      <w:r>
        <w:rPr>
          <w:b/>
        </w:rPr>
        <w:t xml:space="preserve">[17:33] </w:t>
      </w:r>
      <w:r>
        <w:t>wahan par log bohat se Khudaon ko maane hue the.</w:t>
      </w:r>
    </w:p>
    <w:p>
      <w:pPr>
        <w:jc w:val="right"/>
      </w:pPr>
      <w:r>
        <w:t>وہاں پر لوگ بہت سے خداؤں کو مانے ہوئے تھے۔</w:t>
      </w:r>
    </w:p>
    <w:p>
      <w:r>
        <w:rPr>
          <w:b/>
        </w:rPr>
        <w:t xml:space="preserve">[17:36] </w:t>
      </w:r>
      <w:r>
        <w:t>yaani Ka'aba mein teen so saath but rakhe hue the.</w:t>
      </w:r>
    </w:p>
    <w:p>
      <w:pPr>
        <w:jc w:val="right"/>
      </w:pPr>
      <w:r>
        <w:t>یعنی کعبہ میں تین سو ساٹھ بت رکھے ہوئے تھے۔</w:t>
      </w:r>
    </w:p>
    <w:p>
      <w:r>
        <w:rPr>
          <w:b/>
        </w:rPr>
        <w:t xml:space="preserve">[17:40] </w:t>
      </w:r>
      <w:r>
        <w:t>three hundred sixty idols.</w:t>
      </w:r>
    </w:p>
    <w:p>
      <w:pPr>
        <w:jc w:val="right"/>
      </w:pPr>
      <w:r>
        <w:t>تھری ہنڈرڈ سکسٹی آئیڈلز۔</w:t>
      </w:r>
    </w:p>
    <w:p>
      <w:r>
        <w:rPr>
          <w:b/>
        </w:rPr>
        <w:t xml:space="preserve">[17:44] </w:t>
      </w:r>
      <w:r>
        <w:t>to aap kehte the ke tum ek Khuda ko maano.</w:t>
      </w:r>
    </w:p>
    <w:p>
      <w:pPr>
        <w:jc w:val="right"/>
      </w:pPr>
      <w:r>
        <w:t>تو آپ کہتے تھے کہ تم ایک خدا کو مانو۔</w:t>
      </w:r>
    </w:p>
    <w:p>
      <w:r>
        <w:rPr>
          <w:b/>
        </w:rPr>
        <w:t xml:space="preserve">[17:48] </w:t>
      </w:r>
      <w:r>
        <w:t>isi ka parastish karo.</w:t>
      </w:r>
    </w:p>
    <w:p>
      <w:pPr>
        <w:jc w:val="right"/>
      </w:pPr>
      <w:r>
        <w:t>اسی کا پرستش کرو۔</w:t>
      </w:r>
    </w:p>
    <w:p>
      <w:r>
        <w:rPr>
          <w:b/>
        </w:rPr>
        <w:t xml:space="preserve">[17:52] </w:t>
      </w:r>
      <w:r>
        <w:t>isi ko apna soul culture banao.</w:t>
      </w:r>
    </w:p>
    <w:p>
      <w:pPr>
        <w:jc w:val="right"/>
      </w:pPr>
      <w:r>
        <w:t>اسی کو اپنا سول کلچر بناؤ۔</w:t>
      </w:r>
    </w:p>
    <w:p>
      <w:r>
        <w:rPr>
          <w:b/>
        </w:rPr>
        <w:t xml:space="preserve">[17:55] </w:t>
      </w:r>
      <w:r>
        <w:t>جبکہ جو آڈینس تھا، جو مدعو تھا، وہ three hundred sixty idols کو مان رہا تھا۔</w:t>
      </w:r>
    </w:p>
    <w:p>
      <w:pPr>
        <w:jc w:val="right"/>
      </w:pPr>
      <w:r>
        <w:t>جبکہ جو آڈینس تھا، جو مدعو تھا، وہ تھری ہنڈرڈ سکسٹی آئیڈلز کو مان رہا تھا۔</w:t>
      </w:r>
    </w:p>
    <w:p>
      <w:r>
        <w:rPr>
          <w:b/>
        </w:rPr>
        <w:t xml:space="preserve">[17:59] </w:t>
      </w:r>
      <w:r>
        <w:t>three hundred sixty Khudaon ko maane hue tha.</w:t>
      </w:r>
    </w:p>
    <w:p>
      <w:pPr>
        <w:jc w:val="right"/>
      </w:pPr>
      <w:r>
        <w:t>تھری ہنڈرڈ سکسٹی خداؤں کو مانے ہوئے تھا۔</w:t>
      </w:r>
    </w:p>
    <w:p>
      <w:r>
        <w:rPr>
          <w:b/>
        </w:rPr>
        <w:t xml:space="preserve">[18:03] </w:t>
      </w:r>
      <w:r>
        <w:t>تو it was natural کہ وہ ری ایکٹ کریں۔</w:t>
      </w:r>
    </w:p>
    <w:p>
      <w:pPr>
        <w:jc w:val="right"/>
      </w:pPr>
      <w:r>
        <w:t>تو اٹ واز واٹ نیشنل کہ وہ ری ایکٹ کریں۔</w:t>
      </w:r>
    </w:p>
    <w:p>
      <w:r>
        <w:rPr>
          <w:b/>
        </w:rPr>
        <w:t xml:space="preserve">[18:07] </w:t>
      </w:r>
      <w:r>
        <w:t>woh ghussa hoon.</w:t>
      </w:r>
    </w:p>
    <w:p>
      <w:pPr>
        <w:jc w:val="right"/>
      </w:pPr>
      <w:r>
        <w:t>وہ غصہ ہوں۔</w:t>
      </w:r>
    </w:p>
    <w:p>
      <w:r>
        <w:rPr>
          <w:b/>
        </w:rPr>
        <w:t xml:space="preserve">[18:10] </w:t>
      </w:r>
      <w:r>
        <w:t>ijlaal ilah ilah wahida.</w:t>
      </w:r>
    </w:p>
    <w:p>
      <w:pPr>
        <w:jc w:val="right"/>
      </w:pPr>
      <w:r>
        <w:t>اجال الہت الہ واحدہ۔</w:t>
      </w:r>
    </w:p>
    <w:p>
      <w:r>
        <w:rPr>
          <w:b/>
        </w:rPr>
        <w:t xml:space="preserve">[18:14] </w:t>
      </w:r>
      <w:r>
        <w:t>yeh kaisa aadmi hai? kitne saare buton ko hata kar ke ek khuda ki taraf bula raha hai</w:t>
      </w:r>
    </w:p>
    <w:p>
      <w:pPr>
        <w:jc w:val="right"/>
      </w:pPr>
      <w:r>
        <w:t>یہ کیسا آدمی ہے؟ کتنے سارے بتوں کو ہٹا کر کے ایک خدا کی طرف بلا رہا ہے</w:t>
      </w:r>
    </w:p>
    <w:p>
      <w:r>
        <w:rPr>
          <w:b/>
        </w:rPr>
        <w:t xml:space="preserve">[18:18] </w:t>
      </w:r>
      <w:r>
        <w:t>hum ko? aisa to nahi ho sakta.</w:t>
      </w:r>
    </w:p>
    <w:p>
      <w:pPr>
        <w:jc w:val="right"/>
      </w:pPr>
      <w:r>
        <w:t>ہم کو؟ ایسا تو نہیں ہو سکتا۔</w:t>
      </w:r>
    </w:p>
    <w:p>
      <w:r>
        <w:rPr>
          <w:b/>
        </w:rPr>
        <w:t xml:space="preserve">[18:22] </w:t>
      </w:r>
      <w:r>
        <w:t>to isi liye pehle hi keh diya gaya rasool Allah sal Allah alaihi wasallam ke walirabbika fasbir.</w:t>
      </w:r>
    </w:p>
    <w:p>
      <w:pPr>
        <w:jc w:val="right"/>
      </w:pPr>
      <w:r>
        <w:t>تو اسی لیے پہلے ہی کہہ دیا گیا رسول اللہ صلی اللہ علیہ وسلم کہ ولربک فاصبر۔</w:t>
      </w:r>
    </w:p>
    <w:p>
      <w:r>
        <w:rPr>
          <w:b/>
        </w:rPr>
        <w:t xml:space="preserve">[18:25] </w:t>
      </w:r>
      <w:r>
        <w:t>you have t</w:t>
      </w:r>
    </w:p>
    <w:p>
      <w:pPr>
        <w:jc w:val="right"/>
      </w:pPr>
      <w:r>
        <w:t>یو ہیو ٹ</w:t>
      </w:r>
    </w:p>
    <w:p>
      <w:r>
        <w:rPr>
          <w:b/>
        </w:rPr>
        <w:t xml:space="preserve">[18:29] </w:t>
      </w:r>
      <w:r>
        <w:t>wa be patient.</w:t>
      </w:r>
    </w:p>
    <w:p>
      <w:pPr>
        <w:jc w:val="right"/>
      </w:pPr>
      <w:r>
        <w:t>و بی پیشنٹ۔</w:t>
      </w:r>
    </w:p>
    <w:p>
      <w:r>
        <w:rPr>
          <w:b/>
        </w:rPr>
        <w:t xml:space="preserve">[18:34] </w:t>
      </w:r>
      <w:r>
        <w:t>you have to keep patience for the sake of dawah.</w:t>
      </w:r>
    </w:p>
    <w:p>
      <w:pPr>
        <w:jc w:val="right"/>
      </w:pPr>
      <w:r>
        <w:t>یو ہیو ٹو کیپ پیشنس فار دا سیک آف دعویٰ۔</w:t>
      </w:r>
    </w:p>
    <w:p>
      <w:r>
        <w:rPr>
          <w:b/>
        </w:rPr>
        <w:t xml:space="preserve">[18:38] </w:t>
      </w:r>
      <w:r>
        <w:t>for the sake of God.</w:t>
      </w:r>
    </w:p>
    <w:p>
      <w:pPr>
        <w:jc w:val="right"/>
      </w:pPr>
      <w:r>
        <w:t>فار دا سیک آف گاڈ۔</w:t>
      </w:r>
    </w:p>
    <w:p>
      <w:r>
        <w:rPr>
          <w:b/>
        </w:rPr>
        <w:t xml:space="preserve">[18:42] </w:t>
      </w:r>
      <w:r>
        <w:t>yani unilateral bases par kaha gaya aap ko ke aap sabar karen. tolerate karen.</w:t>
      </w:r>
    </w:p>
    <w:p>
      <w:pPr>
        <w:jc w:val="right"/>
      </w:pPr>
      <w:r>
        <w:t>یعنی یونی لیٹرل بیسز پر کہا گیا آپ کو کہ آپ صبر کریں۔ ٹولریٹ کریں۔</w:t>
      </w:r>
    </w:p>
    <w:p>
      <w:r>
        <w:rPr>
          <w:b/>
        </w:rPr>
        <w:t xml:space="preserve">[18:47] </w:t>
      </w:r>
      <w:r>
        <w:t>aur adjust karen.</w:t>
      </w:r>
    </w:p>
    <w:p>
      <w:pPr>
        <w:jc w:val="right"/>
      </w:pPr>
      <w:r>
        <w:t>اور ایڈجسٹ کریں۔</w:t>
      </w:r>
    </w:p>
    <w:p>
      <w:r>
        <w:rPr>
          <w:b/>
        </w:rPr>
        <w:t xml:space="preserve">[18:51] </w:t>
      </w:r>
      <w:r>
        <w:t>yeh hai dawah culture.</w:t>
      </w:r>
    </w:p>
    <w:p>
      <w:pPr>
        <w:jc w:val="right"/>
      </w:pPr>
      <w:r>
        <w:t>یہ ہے دعویٰ کلچر۔</w:t>
      </w:r>
    </w:p>
    <w:p>
      <w:r>
        <w:rPr>
          <w:b/>
        </w:rPr>
        <w:t xml:space="preserve">[18:55] </w:t>
      </w:r>
      <w:r>
        <w:t>dawah culture base karta hai</w:t>
      </w:r>
    </w:p>
    <w:p>
      <w:pPr>
        <w:jc w:val="right"/>
      </w:pPr>
      <w:r>
        <w:t>دعویٰ کلچر بیس کرتا ہے</w:t>
      </w:r>
    </w:p>
    <w:p>
      <w:r>
        <w:rPr>
          <w:b/>
        </w:rPr>
        <w:t xml:space="preserve">[19:00] </w:t>
      </w:r>
      <w:r>
        <w:t>unilateral ethics par.</w:t>
      </w:r>
    </w:p>
    <w:p>
      <w:pPr>
        <w:jc w:val="right"/>
      </w:pPr>
      <w:r>
        <w:t>یونی لیٹرل ایتھکس پر۔</w:t>
      </w:r>
    </w:p>
    <w:p>
      <w:r>
        <w:rPr>
          <w:b/>
        </w:rPr>
        <w:t xml:space="preserve">[19:04] </w:t>
      </w:r>
      <w:r>
        <w:t>by lateral ethics par nahi.</w:t>
      </w:r>
    </w:p>
    <w:p>
      <w:pPr>
        <w:jc w:val="right"/>
      </w:pPr>
      <w:r>
        <w:t>بائی لیٹرل ایتھکس پر نہیں۔</w:t>
      </w:r>
    </w:p>
    <w:p>
      <w:r>
        <w:rPr>
          <w:b/>
        </w:rPr>
        <w:t xml:space="preserve">[19:09] </w:t>
      </w:r>
      <w:r>
        <w:t>ab mein aap ko do ek waqia arz karoon. dekhiye.</w:t>
      </w:r>
    </w:p>
    <w:p>
      <w:pPr>
        <w:jc w:val="right"/>
      </w:pPr>
      <w:r>
        <w:t>اب میں آپ کو دو ایک واقعہ عرض کروں۔ دیکھیے۔</w:t>
      </w:r>
    </w:p>
    <w:p>
      <w:r>
        <w:rPr>
          <w:b/>
        </w:rPr>
        <w:t xml:space="preserve">[19:13] </w:t>
      </w:r>
      <w:r>
        <w:t>rasool Allah jab Makkah mein thay to terah saal tak wahan par aap tauheed ki dawat dete rahe.</w:t>
      </w:r>
    </w:p>
    <w:p>
      <w:pPr>
        <w:jc w:val="right"/>
      </w:pPr>
      <w:r>
        <w:t>رسول اللہ جب مکہ میں تھے تو تیرہ سال تک وہاں پر آپ توحید کی دعوت دیتے رہے۔</w:t>
      </w:r>
    </w:p>
    <w:p>
      <w:r>
        <w:rPr>
          <w:b/>
        </w:rPr>
        <w:t xml:space="preserve">[19:18] </w:t>
      </w:r>
      <w:r>
        <w:t>logon se kehte rahe ke there is no God but one God.</w:t>
      </w:r>
    </w:p>
    <w:p>
      <w:pPr>
        <w:jc w:val="right"/>
      </w:pPr>
      <w:r>
        <w:t>لوگوں سے کہتے رہے کہ دیر از نو گاڈ بٹ ون گاڈ۔</w:t>
      </w:r>
    </w:p>
    <w:p>
      <w:r>
        <w:rPr>
          <w:b/>
        </w:rPr>
        <w:t xml:space="preserve">[19:22] </w:t>
      </w:r>
      <w:r>
        <w:t>to woh bhadakte thay.</w:t>
      </w:r>
    </w:p>
    <w:p>
      <w:pPr>
        <w:jc w:val="right"/>
      </w:pPr>
      <w:r>
        <w:t>تو وہ بھڑکتے تھے۔</w:t>
      </w:r>
    </w:p>
    <w:p>
      <w:r>
        <w:rPr>
          <w:b/>
        </w:rPr>
        <w:t xml:space="preserve">[19:27] </w:t>
      </w:r>
      <w:r>
        <w:t>kyun ke woh to teen so saath buton ko pooj rahe thay.</w:t>
      </w:r>
    </w:p>
    <w:p>
      <w:pPr>
        <w:jc w:val="right"/>
      </w:pPr>
      <w:r>
        <w:t>کیونکہ وہ تو تین سو ساٹھ بتوں کو پوج رہے تھے۔</w:t>
      </w:r>
    </w:p>
    <w:p>
      <w:r>
        <w:rPr>
          <w:b/>
        </w:rPr>
        <w:t xml:space="preserve">[19:31] </w:t>
      </w:r>
      <w:r>
        <w:t>to kya hua? woh chunke woh power mein the, woh wahan ke sardar the. un ko wahan par control hasil tha. to unhon ne mukhalifat shuru ki. Rasool Allah ke jo saathi the, yaani dheere dheere un mein jo zyada saleh log the, woh aap ke sath aane lage. jo apne nature par the, jinka nature bigda nahi tha,</w:t>
      </w:r>
    </w:p>
    <w:p>
      <w:pPr>
        <w:jc w:val="right"/>
      </w:pPr>
      <w:r>
        <w:t>تو کیا ہوا؟ وہ چونکہ وہ پاور میں تھے، وہ وہاں کے سردار تھے۔ ان کو وہاں پر کنٹرول حاصل تھا۔ تو انہوں نے مخالفت شروع کی۔ رسول اللہ کے جو ساتھی تھے، یعنی دھیرے دھیرے ان میں جو زیادہ صالح لوگ تھے، وہ آپ کے ساتھ آنے لگے۔ جو اپنے نیچر پر تھے، جن کا نیچر بگڑا نہیں تھا،</w:t>
      </w:r>
    </w:p>
    <w:p>
      <w:r>
        <w:rPr>
          <w:b/>
        </w:rPr>
        <w:t xml:space="preserve">[20:01] </w:t>
      </w:r>
      <w:r>
        <w:t>woh aap ke sath aanay lagay.</w:t>
      </w:r>
    </w:p>
    <w:p>
      <w:pPr>
        <w:jc w:val="right"/>
      </w:pPr>
      <w:r>
        <w:t>وہ آپ کے ساتھ آنے لگے۔</w:t>
      </w:r>
    </w:p>
    <w:p>
      <w:r>
        <w:rPr>
          <w:b/>
        </w:rPr>
        <w:t xml:space="preserve">[20:06] </w:t>
      </w:r>
      <w:r>
        <w:t>to aap ka ek group banne laga.</w:t>
      </w:r>
    </w:p>
    <w:p>
      <w:pPr>
        <w:jc w:val="right"/>
      </w:pPr>
      <w:r>
        <w:t>تو آپ کا ایک گروپ بننے لگا۔</w:t>
      </w:r>
    </w:p>
    <w:p>
      <w:r>
        <w:rPr>
          <w:b/>
        </w:rPr>
        <w:t xml:space="preserve">[20:11] </w:t>
      </w:r>
      <w:r>
        <w:t>to woh is group ke logon ko jahan paate hain, wahan marte.</w:t>
      </w:r>
    </w:p>
    <w:p>
      <w:pPr>
        <w:jc w:val="right"/>
      </w:pPr>
      <w:r>
        <w:t>تو وہ اس گروپ کے لوگوں کو جہاں پاتے ہیں، وہاں مارتے۔</w:t>
      </w:r>
    </w:p>
    <w:p>
      <w:r>
        <w:rPr>
          <w:b/>
        </w:rPr>
        <w:t xml:space="preserve">[20:16] </w:t>
      </w:r>
      <w:r>
        <w:t>yeh sab karne lagay woh.</w:t>
      </w:r>
    </w:p>
    <w:p>
      <w:pPr>
        <w:jc w:val="right"/>
      </w:pPr>
      <w:r>
        <w:t>یہ سب کرنے لگے وہ۔</w:t>
      </w:r>
    </w:p>
    <w:p>
      <w:r>
        <w:rPr>
          <w:b/>
        </w:rPr>
        <w:t xml:space="preserve">[20:21] </w:t>
      </w:r>
      <w:r>
        <w:t>to phir kya hua? ke aap ke jo sahabi thay, aap ke jo sahabi saathi ban chukay thay,</w:t>
      </w:r>
    </w:p>
    <w:p>
      <w:pPr>
        <w:jc w:val="right"/>
      </w:pPr>
      <w:r>
        <w:t>تو پھر کیا ہوا؟ کہ آپ کے جو صحابی تھے، آپ کے جو صحابی ساتھی بن چکے تھے،</w:t>
      </w:r>
    </w:p>
    <w:p>
      <w:r>
        <w:rPr>
          <w:b/>
        </w:rPr>
        <w:t xml:space="preserve">[20:26] </w:t>
      </w:r>
      <w:r>
        <w:t>نہ صرف مکہ میں بلکہ آس پاس کی جگہوں پر بھی، وہ کچھ hundred بن چکے تھے وہ لوگ</w:t>
      </w:r>
    </w:p>
    <w:p>
      <w:pPr>
        <w:jc w:val="right"/>
      </w:pPr>
      <w:r>
        <w:t>نہ صرف مکہ میں بلکہ آس پاس کی جگہوں پر بھی، وہ کچھ ہنڈرڈ بن چکے تھے وہ لوگ</w:t>
      </w:r>
    </w:p>
    <w:p>
      <w:r>
        <w:rPr>
          <w:b/>
        </w:rPr>
        <w:t xml:space="preserve">[20:31] </w:t>
      </w:r>
      <w:r>
        <w:t>—</w:t>
      </w:r>
    </w:p>
    <w:p>
      <w:pPr>
        <w:jc w:val="right"/>
      </w:pPr>
      <w:r>
        <w:t>۔</w:t>
      </w:r>
    </w:p>
    <w:p>
      <w:r>
        <w:rPr>
          <w:b/>
        </w:rPr>
        <w:t xml:space="preserve">[20:36] </w:t>
      </w:r>
      <w:r>
        <w:t>to unhon ne kaha ke hum jehad karenge.</w:t>
      </w:r>
    </w:p>
    <w:p>
      <w:pPr>
        <w:jc w:val="right"/>
      </w:pPr>
      <w:r>
        <w:t>تو انہوں نے کہا کہ ہم جہاد کریں گے۔</w:t>
      </w:r>
    </w:p>
    <w:p>
      <w:r>
        <w:rPr>
          <w:b/>
        </w:rPr>
        <w:t xml:space="preserve">[20:40] </w:t>
      </w:r>
      <w:r>
        <w:t>hum ladenge.</w:t>
      </w:r>
    </w:p>
    <w:p>
      <w:pPr>
        <w:jc w:val="right"/>
      </w:pPr>
      <w:r>
        <w:t>ہم لڑیں گے۔</w:t>
      </w:r>
    </w:p>
    <w:p>
      <w:r>
        <w:rPr>
          <w:b/>
        </w:rPr>
        <w:t xml:space="preserve">[20:45] </w:t>
      </w:r>
      <w:r>
        <w:t>hum is zulm ko seh nahi sakte.</w:t>
      </w:r>
    </w:p>
    <w:p>
      <w:pPr>
        <w:jc w:val="right"/>
      </w:pPr>
      <w:r>
        <w:t>ہم اس ظلم کو سہ نہیں سکتے۔</w:t>
      </w:r>
    </w:p>
    <w:p>
      <w:r>
        <w:rPr>
          <w:b/>
        </w:rPr>
        <w:t xml:space="preserve">[20:49] </w:t>
      </w:r>
      <w:r>
        <w:t>kyun yeh log hum par zulm karte hain? hum zulm ko tolerate nahi karenge.</w:t>
      </w:r>
    </w:p>
    <w:p>
      <w:pPr>
        <w:jc w:val="right"/>
      </w:pPr>
      <w:r>
        <w:t>کیوں یہ لوگ ہم پر ظلم کرتے ہیں؟ ہم ظلم کو ٹولریٹ نہیں کریں گے۔</w:t>
      </w:r>
    </w:p>
    <w:p>
      <w:r>
        <w:rPr>
          <w:b/>
        </w:rPr>
        <w:t xml:space="preserve">[20:53] </w:t>
      </w:r>
      <w:r>
        <w:t>aap ne kya jawab diya? is bro fani lam umr bil qital. sabar karo.</w:t>
      </w:r>
    </w:p>
    <w:p>
      <w:pPr>
        <w:jc w:val="right"/>
      </w:pPr>
      <w:r>
        <w:t>آپ نے کیا جواب دیا؟ اس برو فانی لم عمر بالقتال۔ صبر کرو۔</w:t>
      </w:r>
    </w:p>
    <w:p>
      <w:r>
        <w:rPr>
          <w:b/>
        </w:rPr>
        <w:t xml:space="preserve">[20:58] </w:t>
      </w:r>
      <w:r>
        <w:t>kyunke mujhe ladne ka Khuda ki taraf se hukum nahi aaya hai.</w:t>
      </w:r>
    </w:p>
    <w:p>
      <w:pPr>
        <w:jc w:val="right"/>
      </w:pPr>
      <w:r>
        <w:t>کیونکہ مجھے لڑنے کا خدا کی طرف سے حکم نہیں آیا ہے۔</w:t>
      </w:r>
    </w:p>
    <w:p>
      <w:r>
        <w:rPr>
          <w:b/>
        </w:rPr>
        <w:t xml:space="preserve">[21:02] </w:t>
      </w:r>
      <w:r>
        <w:t>is bro fani lam umr bil qital.</w:t>
      </w:r>
    </w:p>
    <w:p>
      <w:pPr>
        <w:jc w:val="right"/>
      </w:pPr>
      <w:r>
        <w:t>اس برو فانی لم عمر بالقتال۔</w:t>
      </w:r>
    </w:p>
    <w:p>
      <w:r>
        <w:rPr>
          <w:b/>
        </w:rPr>
        <w:t xml:space="preserve">[21:07] </w:t>
      </w:r>
      <w:r>
        <w:t>phir jab baat zyada badhi aur aap ke saathi thoda pareshan hone lage to aap ne is waqt</w:t>
      </w:r>
    </w:p>
    <w:p>
      <w:pPr>
        <w:jc w:val="right"/>
      </w:pPr>
      <w:r>
        <w:t>پھر جب بات زیادہ بڑھی اور آپ کے ساتھی تھوڑا پریشان ہونے لگے تو آپ نے اس وقت</w:t>
      </w:r>
    </w:p>
    <w:p>
      <w:r>
        <w:rPr>
          <w:b/>
        </w:rPr>
        <w:t xml:space="preserve">[21:12] </w:t>
      </w:r>
      <w:r>
        <w:t>do option tha aap ke liye.</w:t>
      </w:r>
    </w:p>
    <w:p>
      <w:pPr>
        <w:jc w:val="right"/>
      </w:pPr>
      <w:r>
        <w:t>دو آپشن تھا آپ کے لیے۔</w:t>
      </w:r>
    </w:p>
    <w:p>
      <w:r>
        <w:rPr>
          <w:b/>
        </w:rPr>
        <w:t xml:space="preserve">[21:17] </w:t>
      </w:r>
      <w:r>
        <w:t>ya to in logon se ladein ya Makkah hi chhod kar chale jayein wahan se.</w:t>
      </w:r>
    </w:p>
    <w:p>
      <w:pPr>
        <w:jc w:val="right"/>
      </w:pPr>
      <w:r>
        <w:t>یا تو ان لوگوں سے لڑیں یا مکہ ہی چھوڑ کر چلے جائیں وہاں سے۔</w:t>
      </w:r>
    </w:p>
    <w:p>
      <w:r>
        <w:rPr>
          <w:b/>
        </w:rPr>
        <w:t xml:space="preserve">[21:22] </w:t>
      </w:r>
      <w:r>
        <w:t>to dekhiye agar aap in se ladte to daai madu ka relationship jo hai, woh disturb ho jata.</w:t>
      </w:r>
    </w:p>
    <w:p>
      <w:pPr>
        <w:jc w:val="right"/>
      </w:pPr>
      <w:r>
        <w:t>تو دیکھیے اگر آپ ان سے لڑتے تو داعی مدعو کا ریلیشن شپ جو ہے، وہ ڈسٹرب ہو جاتا۔</w:t>
      </w:r>
    </w:p>
    <w:p>
      <w:r>
        <w:rPr>
          <w:b/>
        </w:rPr>
        <w:t xml:space="preserve">[21:27] </w:t>
      </w:r>
      <w:r>
        <w:t>wo equation toot jata.</w:t>
      </w:r>
    </w:p>
    <w:p>
      <w:pPr>
        <w:jc w:val="right"/>
      </w:pPr>
      <w:r>
        <w:t>وہ ایکویشن ٹوٹ جاتا۔</w:t>
      </w:r>
    </w:p>
    <w:p>
      <w:r>
        <w:rPr>
          <w:b/>
        </w:rPr>
        <w:t xml:space="preserve">[21:32] </w:t>
      </w:r>
      <w:r>
        <w:t>ab tak aap ne Makkah ke logon se jo banaya tha relationship, wo base karta tha daai</w:t>
      </w:r>
    </w:p>
    <w:p>
      <w:pPr>
        <w:jc w:val="right"/>
      </w:pPr>
      <w:r>
        <w:t>اب تک آپ نے مکہ کے لوگوں سے جو بنایا تھا ریلیشن شپ، وہ بیس کرتا تھا داعی</w:t>
      </w:r>
    </w:p>
    <w:p>
      <w:r>
        <w:rPr>
          <w:b/>
        </w:rPr>
        <w:t xml:space="preserve">[21:36] </w:t>
      </w:r>
      <w:r>
        <w:t>madu ke principle par.</w:t>
      </w:r>
    </w:p>
    <w:p>
      <w:pPr>
        <w:jc w:val="right"/>
      </w:pPr>
      <w:r>
        <w:t>مدعو کے پرنسپل پر۔</w:t>
      </w:r>
    </w:p>
    <w:p>
      <w:r>
        <w:rPr>
          <w:b/>
        </w:rPr>
        <w:t xml:space="preserve">[21:39] </w:t>
      </w:r>
      <w:r>
        <w:t>ke aap addresser hain, wo addressee hain.</w:t>
      </w:r>
    </w:p>
    <w:p>
      <w:pPr>
        <w:jc w:val="right"/>
      </w:pPr>
      <w:r>
        <w:t>کہ آپ ایڈریسر ہیں، وہ ایڈریسی ہیں۔</w:t>
      </w:r>
    </w:p>
    <w:p>
      <w:r>
        <w:rPr>
          <w:b/>
        </w:rPr>
        <w:t xml:space="preserve">[21:43] </w:t>
      </w:r>
      <w:r>
        <w:t>aap daai hain, wo madu hain.</w:t>
      </w:r>
    </w:p>
    <w:p>
      <w:pPr>
        <w:jc w:val="right"/>
      </w:pPr>
      <w:r>
        <w:t>آپ داعی ہیں، وہ مدعو ہیں۔</w:t>
      </w:r>
    </w:p>
    <w:p>
      <w:r>
        <w:rPr>
          <w:b/>
        </w:rPr>
        <w:t xml:space="preserve">[21:46] </w:t>
      </w:r>
      <w:r>
        <w:t>lekin agar aap ladai chhod dete to kya hota? rivalry ban jati.</w:t>
      </w:r>
    </w:p>
    <w:p>
      <w:pPr>
        <w:jc w:val="right"/>
      </w:pPr>
      <w:r>
        <w:t>لیکن اگر آپ لڑائی چھوڑ دیتے تو کیا ہوتا؟ رائیولری بن جاتی۔</w:t>
      </w:r>
    </w:p>
    <w:p>
      <w:r>
        <w:rPr>
          <w:b/>
        </w:rPr>
        <w:t xml:space="preserve">[21:50] </w:t>
      </w:r>
      <w:r>
        <w:t>phir aap un ke dushman, wo aap ke dushman.</w:t>
      </w:r>
    </w:p>
    <w:p>
      <w:pPr>
        <w:jc w:val="right"/>
      </w:pPr>
      <w:r>
        <w:t>پھر آپ ان کے دشمن، وہ آپ کے دشمن۔</w:t>
      </w:r>
    </w:p>
    <w:p>
      <w:r>
        <w:rPr>
          <w:b/>
        </w:rPr>
        <w:t xml:space="preserve">[21:53] </w:t>
      </w:r>
      <w:r>
        <w:t>wo sara toot jata.</w:t>
      </w:r>
    </w:p>
    <w:p>
      <w:pPr>
        <w:jc w:val="right"/>
      </w:pPr>
      <w:r>
        <w:t>وہ سارا ٹوٹ جاتا۔</w:t>
      </w:r>
    </w:p>
    <w:p>
      <w:r>
        <w:rPr>
          <w:b/>
        </w:rPr>
        <w:t xml:space="preserve">[21:56] </w:t>
      </w:r>
      <w:r>
        <w:t>wo equation baqi na rehta.</w:t>
      </w:r>
    </w:p>
    <w:p>
      <w:pPr>
        <w:jc w:val="right"/>
      </w:pPr>
      <w:r>
        <w:t>وہ ایکویشن باقی نہ رہتا۔</w:t>
      </w:r>
    </w:p>
    <w:p>
      <w:r>
        <w:rPr>
          <w:b/>
        </w:rPr>
        <w:t xml:space="preserve">[22:00] </w:t>
      </w:r>
      <w:r>
        <w:t>to aap ne kya kiya?</w:t>
      </w:r>
    </w:p>
    <w:p>
      <w:pPr>
        <w:jc w:val="right"/>
      </w:pPr>
      <w:r>
        <w:t>تو آپ نے کیا کیا؟</w:t>
      </w:r>
    </w:p>
    <w:p>
      <w:r>
        <w:rPr>
          <w:b/>
        </w:rPr>
        <w:t xml:space="preserve">[22:03] </w:t>
      </w:r>
      <w:r>
        <w:t>aap ne sacrifice kiya unilateral basis par.</w:t>
      </w:r>
    </w:p>
    <w:p>
      <w:pPr>
        <w:jc w:val="right"/>
      </w:pPr>
      <w:r>
        <w:t>آپ نے سیکریفائس کیا یونی لیٹرل بیسز پر۔</w:t>
      </w:r>
    </w:p>
    <w:p>
      <w:r>
        <w:rPr>
          <w:b/>
        </w:rPr>
        <w:t xml:space="preserve">[22:07] </w:t>
      </w:r>
      <w:r>
        <w:t>yaani apne watan ko Makkah aap ka watan tha.</w:t>
      </w:r>
    </w:p>
    <w:p>
      <w:pPr>
        <w:jc w:val="right"/>
      </w:pPr>
      <w:r>
        <w:t>یعنی اپنے وطن کو مکہ آپ کا وطن تھا۔</w:t>
      </w:r>
    </w:p>
    <w:p>
      <w:r>
        <w:rPr>
          <w:b/>
        </w:rPr>
        <w:t xml:space="preserve">[22:10] </w:t>
      </w:r>
      <w:r>
        <w:t>wahin aap paida hue.</w:t>
      </w:r>
    </w:p>
    <w:p>
      <w:pPr>
        <w:jc w:val="right"/>
      </w:pPr>
      <w:r>
        <w:t>وہیں آپ پیدا ہوئے۔</w:t>
      </w:r>
    </w:p>
    <w:p>
      <w:r>
        <w:rPr>
          <w:b/>
        </w:rPr>
        <w:t xml:space="preserve">[22:13] </w:t>
      </w:r>
      <w:r>
        <w:t>wohin aap ke ghar tha.</w:t>
      </w:r>
    </w:p>
    <w:p>
      <w:pPr>
        <w:jc w:val="right"/>
      </w:pPr>
      <w:r>
        <w:t>وہیں آپ کے گھر تھا۔</w:t>
      </w:r>
    </w:p>
    <w:p>
      <w:r>
        <w:rPr>
          <w:b/>
        </w:rPr>
        <w:t xml:space="preserve">[22:17] </w:t>
      </w:r>
      <w:r>
        <w:t>wohin aap ka sab kuch tha.</w:t>
      </w:r>
    </w:p>
    <w:p>
      <w:pPr>
        <w:jc w:val="right"/>
      </w:pPr>
      <w:r>
        <w:t>وہیں آپ کا سب کچھ تھا۔</w:t>
      </w:r>
    </w:p>
    <w:p>
      <w:r>
        <w:rPr>
          <w:b/>
        </w:rPr>
        <w:t xml:space="preserve">[22:20] </w:t>
      </w:r>
      <w:r>
        <w:t>apne watan ko chhod kar ke three hundred mile door madina chale gae.</w:t>
      </w:r>
    </w:p>
    <w:p>
      <w:pPr>
        <w:jc w:val="right"/>
      </w:pPr>
      <w:r>
        <w:t>اپنے وطن کو چھوڑ کر کے تھری ہنڈرڈ مائل دور مدینہ چلے گئے۔</w:t>
      </w:r>
    </w:p>
    <w:p>
      <w:r>
        <w:rPr>
          <w:b/>
        </w:rPr>
        <w:t xml:space="preserve">[22:23] </w:t>
      </w:r>
      <w:r>
        <w:t>kyunke wahan par news mili thi aap ko ke wahan ke log itne hostile nahin hain.</w:t>
      </w:r>
    </w:p>
    <w:p>
      <w:pPr>
        <w:jc w:val="right"/>
      </w:pPr>
      <w:r>
        <w:t>کیونکہ وہاں پر نیوز ملی تھی آپ کو کہ وہاں کے لوگ اتنے ہوسٹائل نہیں ہیں۔</w:t>
      </w:r>
    </w:p>
    <w:p>
      <w:r>
        <w:rPr>
          <w:b/>
        </w:rPr>
        <w:t xml:space="preserve">[22:27] </w:t>
      </w:r>
      <w:r>
        <w:t>itne zyada khilaf nahin hain.</w:t>
      </w:r>
    </w:p>
    <w:p>
      <w:pPr>
        <w:jc w:val="right"/>
      </w:pPr>
      <w:r>
        <w:t>اتنے زیادہ خلاف نہیں ہیں۔</w:t>
      </w:r>
    </w:p>
    <w:p>
      <w:r>
        <w:rPr>
          <w:b/>
        </w:rPr>
        <w:t xml:space="preserve">[22:30] </w:t>
      </w:r>
      <w:r>
        <w:t>yani makkiya makkah ke muqable mein madin</w:t>
      </w:r>
    </w:p>
    <w:p>
      <w:pPr>
        <w:jc w:val="right"/>
      </w:pPr>
      <w:r>
        <w:t>یعنی مکیہ مکہ کے مقابلے میں مدین</w:t>
      </w:r>
    </w:p>
    <w:p>
      <w:r>
        <w:rPr>
          <w:b/>
        </w:rPr>
        <w:t xml:space="preserve">[22:33] </w:t>
      </w:r>
      <w:r>
        <w:t>h ke log jo hain, relatively naram hain.</w:t>
      </w:r>
    </w:p>
    <w:p>
      <w:pPr>
        <w:jc w:val="right"/>
      </w:pPr>
      <w:r>
        <w:t>ہ کے لوگ جو ہیں، ریلیٹیولی نرم ہیں۔</w:t>
      </w:r>
    </w:p>
    <w:p>
      <w:r>
        <w:rPr>
          <w:b/>
        </w:rPr>
        <w:t xml:space="preserve">[22:39] </w:t>
      </w:r>
      <w:r>
        <w:t>to aap ne samjha ke wahan par mujhe mauqa milega ke main daai madu wala taluq qaim</w:t>
      </w:r>
    </w:p>
    <w:p>
      <w:pPr>
        <w:jc w:val="right"/>
      </w:pPr>
      <w:r>
        <w:t>تو آپ نے سمجھا کہ وہاں پر مجھے موقع ملے گا کہ میں داعی مدعو والا تعلق قائم</w:t>
      </w:r>
    </w:p>
    <w:p>
      <w:r>
        <w:rPr>
          <w:b/>
        </w:rPr>
        <w:t xml:space="preserve">[22:44] </w:t>
      </w:r>
      <w:r>
        <w:t>rakhte hue daawati kaam karoon.</w:t>
      </w:r>
    </w:p>
    <w:p>
      <w:pPr>
        <w:jc w:val="right"/>
      </w:pPr>
      <w:r>
        <w:t>رکھتے ہوئے دعوتی کام کروں۔</w:t>
      </w:r>
    </w:p>
    <w:p>
      <w:r>
        <w:rPr>
          <w:b/>
        </w:rPr>
        <w:t xml:space="preserve">[22:49] </w:t>
      </w:r>
      <w:r>
        <w:t>dawa work chalaoon.</w:t>
      </w:r>
    </w:p>
    <w:p>
      <w:pPr>
        <w:jc w:val="right"/>
      </w:pPr>
      <w:r>
        <w:t>دعویٰ ورک چلاؤں۔</w:t>
      </w:r>
    </w:p>
    <w:p>
      <w:r>
        <w:rPr>
          <w:b/>
        </w:rPr>
        <w:t xml:space="preserve">[22:54] </w:t>
      </w:r>
      <w:r>
        <w:t>to chunanche aap aap ke saathi sab makkah chhod kar madina chale gae.</w:t>
      </w:r>
    </w:p>
    <w:p>
      <w:pPr>
        <w:jc w:val="right"/>
      </w:pPr>
      <w:r>
        <w:t>تو چنانچہ آپ آپ کے ساتھی سب مکہ چھوڑ کر مدینہ چلے گئے۔</w:t>
      </w:r>
    </w:p>
    <w:p>
      <w:r>
        <w:rPr>
          <w:b/>
        </w:rPr>
        <w:t xml:space="preserve">[23:00] </w:t>
      </w:r>
      <w:r>
        <w:t>yeh poora ka poora mamla sacrifice ka mamla tha.</w:t>
      </w:r>
    </w:p>
    <w:p>
      <w:pPr>
        <w:jc w:val="right"/>
      </w:pPr>
      <w:r>
        <w:t>یہ پورا کا پورا معاملہ سیکریفائس کا معاملہ تھا۔</w:t>
      </w:r>
    </w:p>
    <w:p>
      <w:r>
        <w:rPr>
          <w:b/>
        </w:rPr>
        <w:t xml:space="preserve">[23:05] </w:t>
      </w:r>
      <w:r>
        <w:t>sab kuch chhod kar gay thay woh. main aap ko sirf aik example doon ga. isi ko aap generalize kar ke samajh lijiye. dekhiye aap ke saahiyon mein aik thay. un ka naam tha Suhaib Roomi. Suhaib Roomi aap ke companion thay. aur woh kuch kaam karte thay makkah mein. to kaam kar ke unhon ne kuch paisa kamaya tha. kuch dinar kamaya tha. un</w:t>
      </w:r>
    </w:p>
    <w:p>
      <w:pPr>
        <w:jc w:val="right"/>
      </w:pPr>
      <w:r>
        <w:t>سب کچھ چھوڑ کر گئے تھے وہ۔ میں آپ کو صرف ایک ایگزامپل دوں گا۔ اسی کو آپ جنرلائز کر کے سمجھ لیجیے۔ دیکھیے آپ کے ساتھیوں میں ایک تھے۔ ان کا نام تھا صہیب رومی۔ صہیب رومی آپ کے کمپینین تھے۔ اور وہ کچھ کام کرتے تھے مکہ میں۔ تو کام کر کے انہوں نے کچھ پیسہ کمایا تھا۔ کچھ دینار کمایا تھا۔ ان</w:t>
      </w:r>
    </w:p>
    <w:p>
      <w:r>
        <w:rPr>
          <w:b/>
        </w:rPr>
        <w:t xml:space="preserve">[23:35] </w:t>
      </w:r>
      <w:r>
        <w:t>ke paas kuch dinar ho gae the.</w:t>
      </w:r>
    </w:p>
    <w:p>
      <w:pPr>
        <w:jc w:val="right"/>
      </w:pPr>
      <w:r>
        <w:t>کے پاس کچھ دینار ہو گئے تھے۔</w:t>
      </w:r>
    </w:p>
    <w:p>
      <w:r>
        <w:rPr>
          <w:b/>
        </w:rPr>
        <w:t xml:space="preserve">[23:39] </w:t>
      </w:r>
      <w:r>
        <w:t>to jab unhon ne makkah se migrate kiya to apne kapde ke andar woh dinar jo unhon ne</w:t>
      </w:r>
    </w:p>
    <w:p>
      <w:pPr>
        <w:jc w:val="right"/>
      </w:pPr>
      <w:r>
        <w:t>تو جب انہوں نے مکہ سے مائیگریٹ کیا تو اپنے کپڑے کے اندر وہ دینار جو انہوں نے</w:t>
      </w:r>
    </w:p>
    <w:p>
      <w:r>
        <w:rPr>
          <w:b/>
        </w:rPr>
        <w:t xml:space="preserve">[23:44] </w:t>
      </w:r>
      <w:r>
        <w:t>kamaye the makkah mein, andar rakha.</w:t>
      </w:r>
    </w:p>
    <w:p>
      <w:pPr>
        <w:jc w:val="right"/>
      </w:pPr>
      <w:r>
        <w:t>کمائے تھے مکہ میں، اندر رکھا۔</w:t>
      </w:r>
    </w:p>
    <w:p>
      <w:r>
        <w:rPr>
          <w:b/>
        </w:rPr>
        <w:t xml:space="preserve">[23:48] </w:t>
      </w:r>
      <w:r>
        <w:t>aur nikle makkah se bahar jaane ke liye.</w:t>
      </w:r>
    </w:p>
    <w:p>
      <w:pPr>
        <w:jc w:val="right"/>
      </w:pPr>
      <w:r>
        <w:t>اور نکلے مکہ سے باہر جانے کے لیے۔</w:t>
      </w:r>
    </w:p>
    <w:p>
      <w:r>
        <w:rPr>
          <w:b/>
        </w:rPr>
        <w:t xml:space="preserve">[23:53] </w:t>
      </w:r>
      <w:r>
        <w:t>ab kya hua? ke makkah ke kuch logon ko pata ho gaya ke Suhaib Roomi makkah chhod kar</w:t>
      </w:r>
    </w:p>
    <w:p>
      <w:pPr>
        <w:jc w:val="right"/>
      </w:pPr>
      <w:r>
        <w:t>اب کیا ہوا؟ کہ مکہ کے کچھ لوگوں کو پتہ ہو گیا کہ صہیب رومی مکہ چھوڑ کر</w:t>
      </w:r>
    </w:p>
    <w:p>
      <w:r>
        <w:rPr>
          <w:b/>
        </w:rPr>
        <w:t xml:space="preserve">[23:57] </w:t>
      </w:r>
      <w:r>
        <w:t>madina ja rahe hain.</w:t>
      </w:r>
    </w:p>
    <w:p>
      <w:pPr>
        <w:jc w:val="right"/>
      </w:pPr>
      <w:r>
        <w:t>مدینہ جا رہے ہیں۔</w:t>
      </w:r>
    </w:p>
    <w:p>
      <w:r>
        <w:rPr>
          <w:b/>
        </w:rPr>
        <w:t xml:space="preserve">[24:02] </w:t>
      </w:r>
      <w:r>
        <w:t>aur yeh bhi pata ho gaya ke yahan jo</w:t>
      </w:r>
    </w:p>
    <w:p>
      <w:pPr>
        <w:jc w:val="right"/>
      </w:pPr>
      <w:r>
        <w:t>اور یہ بھی پتہ ہو گیا کہ یہاں جو</w:t>
      </w:r>
    </w:p>
    <w:p>
      <w:r>
        <w:rPr>
          <w:b/>
        </w:rPr>
        <w:t xml:space="preserve">[24:06] </w:t>
      </w:r>
      <w:r>
        <w:t>dinar kamaya tha woh na, dinar means golden coins.</w:t>
      </w:r>
    </w:p>
    <w:p>
      <w:pPr>
        <w:jc w:val="right"/>
      </w:pPr>
      <w:r>
        <w:t>دینار کمایا تھا وہ نا، دینار مینز گولڈن کوائنز۔</w:t>
      </w:r>
    </w:p>
    <w:p>
      <w:r>
        <w:rPr>
          <w:b/>
        </w:rPr>
        <w:t xml:space="preserve">[24:10] </w:t>
      </w:r>
      <w:r>
        <w:t>sone ka sikka.</w:t>
      </w:r>
    </w:p>
    <w:p>
      <w:pPr>
        <w:jc w:val="right"/>
      </w:pPr>
      <w:r>
        <w:t>سونے کا سکہ۔</w:t>
      </w:r>
    </w:p>
    <w:p>
      <w:r>
        <w:rPr>
          <w:b/>
        </w:rPr>
        <w:t xml:space="preserve">[24:14] </w:t>
      </w:r>
      <w:r>
        <w:t>woh bhi saath le ja rahe hain.</w:t>
      </w:r>
    </w:p>
    <w:p>
      <w:pPr>
        <w:jc w:val="right"/>
      </w:pPr>
      <w:r>
        <w:t>وہ بھی ساتھ لے جا رہے ہیں۔</w:t>
      </w:r>
    </w:p>
    <w:p>
      <w:r>
        <w:rPr>
          <w:b/>
        </w:rPr>
        <w:t xml:space="preserve">[24:17] </w:t>
      </w:r>
      <w:r>
        <w:t>to unhon ne aage badh kar roka un ko.</w:t>
      </w:r>
    </w:p>
    <w:p>
      <w:pPr>
        <w:jc w:val="right"/>
      </w:pPr>
      <w:r>
        <w:t>تو انہوں نے آگے بڑھ کر روکا ان کو۔</w:t>
      </w:r>
    </w:p>
    <w:p>
      <w:r>
        <w:rPr>
          <w:b/>
        </w:rPr>
        <w:t xml:space="preserve">[24:21] </w:t>
      </w:r>
      <w:r>
        <w:t>aur kaha ke hum aap ko madina nahin jaane denge.</w:t>
      </w:r>
    </w:p>
    <w:p>
      <w:pPr>
        <w:jc w:val="right"/>
      </w:pPr>
      <w:r>
        <w:t>اور کہا کہ ہم آپ کو مدینہ نہیں جانے دیں گے۔</w:t>
      </w:r>
    </w:p>
    <w:p>
      <w:r>
        <w:rPr>
          <w:b/>
        </w:rPr>
        <w:t xml:space="preserve">[24:25] </w:t>
      </w:r>
      <w:r>
        <w:t>unhon ne kaha kyun? unhon ne kaha ke aap ne jo paisa kamaya hai makkah mein, woh yahin</w:t>
      </w:r>
    </w:p>
    <w:p>
      <w:pPr>
        <w:jc w:val="right"/>
      </w:pPr>
      <w:r>
        <w:t>انہوں نے کہا کیوں؟ انہوں نے کہا کہ آپ نے جو پیسہ کمایا ہے مکہ میں، وہ یہیں</w:t>
      </w:r>
    </w:p>
    <w:p>
      <w:r>
        <w:rPr>
          <w:b/>
        </w:rPr>
        <w:t xml:space="preserve">[24:29] </w:t>
      </w:r>
      <w:r>
        <w:t>chhodna parega aap ko.</w:t>
      </w:r>
    </w:p>
    <w:p>
      <w:pPr>
        <w:jc w:val="right"/>
      </w:pPr>
      <w:r>
        <w:t>چھوڑنا پڑے گا آپ کو۔</w:t>
      </w:r>
    </w:p>
    <w:p>
      <w:r>
        <w:rPr>
          <w:b/>
        </w:rPr>
        <w:t xml:space="preserve">[24:33] </w:t>
      </w:r>
      <w:r>
        <w:t>aap is paise ko, is dinar ko</w:t>
      </w:r>
    </w:p>
    <w:p>
      <w:pPr>
        <w:jc w:val="right"/>
      </w:pPr>
      <w:r>
        <w:t>آپ اس پیسے کو، اس دینار کو</w:t>
      </w:r>
    </w:p>
    <w:p>
      <w:r>
        <w:rPr>
          <w:b/>
        </w:rPr>
        <w:t xml:space="preserve">[24:36] </w:t>
      </w:r>
      <w:r>
        <w:t>madina nahin le sakte.</w:t>
      </w:r>
    </w:p>
    <w:p>
      <w:pPr>
        <w:jc w:val="right"/>
      </w:pPr>
      <w:r>
        <w:t>مدینہ نہیں لے سکتے۔</w:t>
      </w:r>
    </w:p>
    <w:p>
      <w:r>
        <w:rPr>
          <w:b/>
        </w:rPr>
        <w:t xml:space="preserve">[24:40] </w:t>
      </w:r>
      <w:r>
        <w:t>to suhaib rumi ne kya kaha? ke theek hai.</w:t>
      </w:r>
    </w:p>
    <w:p>
      <w:pPr>
        <w:jc w:val="right"/>
      </w:pPr>
      <w:r>
        <w:t>تو صہیب رومی نے کیا کہا؟ کہ ٹھیک ہے۔</w:t>
      </w:r>
    </w:p>
    <w:p>
      <w:r>
        <w:rPr>
          <w:b/>
        </w:rPr>
        <w:t xml:space="preserve">[24:43] </w:t>
      </w:r>
      <w:r>
        <w:t>agar main yeh dinar tum ko de doon, tab to tum jaane do ge mujh ko? unhon ne</w:t>
      </w:r>
    </w:p>
    <w:p>
      <w:pPr>
        <w:jc w:val="right"/>
      </w:pPr>
      <w:r>
        <w:t>اگر میں یہ دینار تم کو دے دوں، تب تو تم جانے دو گے مجھ کو؟ انہوں نے</w:t>
      </w:r>
    </w:p>
    <w:p>
      <w:r>
        <w:rPr>
          <w:b/>
        </w:rPr>
        <w:t xml:space="preserve">[24:47] </w:t>
      </w:r>
      <w:r>
        <w:t>kaha ke haan.</w:t>
      </w:r>
    </w:p>
    <w:p>
      <w:pPr>
        <w:jc w:val="right"/>
      </w:pPr>
      <w:r>
        <w:t>کہا کہ ہاں۔</w:t>
      </w:r>
    </w:p>
    <w:p>
      <w:r>
        <w:rPr>
          <w:b/>
        </w:rPr>
        <w:t xml:space="preserve">[24:50] </w:t>
      </w:r>
      <w:r>
        <w:t>unhon ne apne andar haath dala.</w:t>
      </w:r>
    </w:p>
    <w:p>
      <w:pPr>
        <w:jc w:val="right"/>
      </w:pPr>
      <w:r>
        <w:t>انہوں نے اپنے اندر ہاتھ ڈالا۔</w:t>
      </w:r>
    </w:p>
    <w:p>
      <w:r>
        <w:rPr>
          <w:b/>
        </w:rPr>
        <w:t xml:space="preserve">[24:53] </w:t>
      </w:r>
      <w:r>
        <w:t>nikala woh woh dinar.</w:t>
      </w:r>
    </w:p>
    <w:p>
      <w:pPr>
        <w:jc w:val="right"/>
      </w:pPr>
      <w:r>
        <w:t>نکالا وہ وہ دینار۔</w:t>
      </w:r>
    </w:p>
    <w:p>
      <w:r>
        <w:rPr>
          <w:b/>
        </w:rPr>
        <w:t xml:space="preserve">[24:57] </w:t>
      </w:r>
      <w:r>
        <w:t>kaha ke lo.</w:t>
      </w:r>
    </w:p>
    <w:p>
      <w:pPr>
        <w:jc w:val="right"/>
      </w:pPr>
      <w:r>
        <w:t>کہا کہ لو۔</w:t>
      </w:r>
    </w:p>
    <w:p>
      <w:r>
        <w:rPr>
          <w:b/>
        </w:rPr>
        <w:t xml:space="preserve">[25:00] </w:t>
      </w:r>
      <w:r>
        <w:t>to unhon ne kaha ke theek hai jao.</w:t>
      </w:r>
    </w:p>
    <w:p>
      <w:pPr>
        <w:jc w:val="right"/>
      </w:pPr>
      <w:r>
        <w:t>تو انہوں نے کہا کہ ٹھیک ہے جاؤ۔</w:t>
      </w:r>
    </w:p>
    <w:p>
      <w:r>
        <w:rPr>
          <w:b/>
        </w:rPr>
        <w:t xml:space="preserve">[25:03] </w:t>
      </w:r>
      <w:r>
        <w:t>is tarah se pahunche woh madina.</w:t>
      </w:r>
    </w:p>
    <w:p>
      <w:pPr>
        <w:jc w:val="right"/>
      </w:pPr>
      <w:r>
        <w:t>اس طرح سے پہنچے وہ مدینہ۔</w:t>
      </w:r>
    </w:p>
    <w:p>
      <w:r>
        <w:rPr>
          <w:b/>
        </w:rPr>
        <w:t xml:space="preserve">[25:07] </w:t>
      </w:r>
      <w:r>
        <w:t>jab madina pahunche to wahan yeh khabar mashhoor hui ke suhaib rumi apna dinar un ko de kar</w:t>
      </w:r>
    </w:p>
    <w:p>
      <w:pPr>
        <w:jc w:val="right"/>
      </w:pPr>
      <w:r>
        <w:t>جب مدینہ پہنچے تو وہاں یہ خبر مشہور ہوئی کہ صہیب رومی اپنا دینار ان کو دے کر</w:t>
      </w:r>
    </w:p>
    <w:p>
      <w:r>
        <w:rPr>
          <w:b/>
        </w:rPr>
        <w:t xml:space="preserve">[25:12] </w:t>
      </w:r>
      <w:r>
        <w:t>ke chale aaye hain.</w:t>
      </w:r>
    </w:p>
    <w:p>
      <w:pPr>
        <w:jc w:val="right"/>
      </w:pPr>
      <w:r>
        <w:t>کے چلے آئے ہیں۔</w:t>
      </w:r>
    </w:p>
    <w:p>
      <w:r>
        <w:rPr>
          <w:b/>
        </w:rPr>
        <w:t xml:space="preserve">[25:17] </w:t>
      </w:r>
      <w:r>
        <w:t>to rasool Allah ne kya kaha? aap ne kaha ke rabbah suhaib, rabbah suhaib.</w:t>
      </w:r>
    </w:p>
    <w:p>
      <w:pPr>
        <w:jc w:val="right"/>
      </w:pPr>
      <w:r>
        <w:t>تو رسول اللہ نے کیا کہا؟ آپ نے کہا کہ ربہ صہیب، ربہ صہیب۔</w:t>
      </w:r>
    </w:p>
    <w:p>
      <w:r>
        <w:rPr>
          <w:b/>
        </w:rPr>
        <w:t xml:space="preserve">[25:22] </w:t>
      </w:r>
      <w:r>
        <w:t>yani suhaib ka business to bada achha raha.</w:t>
      </w:r>
    </w:p>
    <w:p>
      <w:pPr>
        <w:jc w:val="right"/>
      </w:pPr>
      <w:r>
        <w:t>یعنی صہیب کا بزنس تو بڑا اچھا رہا۔</w:t>
      </w:r>
    </w:p>
    <w:p>
      <w:r>
        <w:rPr>
          <w:b/>
        </w:rPr>
        <w:t xml:space="preserve">[25:27] </w:t>
      </w:r>
      <w:r>
        <w:t>suhaib ki tijarat to bohat kamyab rahi.</w:t>
      </w:r>
    </w:p>
    <w:p>
      <w:pPr>
        <w:jc w:val="right"/>
      </w:pPr>
      <w:r>
        <w:t>صہیب کی تجارت تو بہت کامیاب رہی۔</w:t>
      </w:r>
    </w:p>
    <w:p>
      <w:r>
        <w:rPr>
          <w:b/>
        </w:rPr>
        <w:t xml:space="preserve">[25:32] </w:t>
      </w:r>
      <w:r>
        <w:t>yani diya kya? dinar.</w:t>
      </w:r>
    </w:p>
    <w:p>
      <w:pPr>
        <w:jc w:val="right"/>
      </w:pPr>
      <w:r>
        <w:t>یعنی دیا کیا؟ دینار۔</w:t>
      </w:r>
    </w:p>
    <w:p>
      <w:r>
        <w:rPr>
          <w:b/>
        </w:rPr>
        <w:t xml:space="preserve">[25:37] </w:t>
      </w:r>
      <w:r>
        <w:t>aur liya kya? dawah opportunity.</w:t>
      </w:r>
    </w:p>
    <w:p>
      <w:pPr>
        <w:jc w:val="right"/>
      </w:pPr>
      <w:r>
        <w:t>اور لیا کیا؟ دعویٰ اپرچونیٹی۔</w:t>
      </w:r>
    </w:p>
    <w:p>
      <w:r>
        <w:rPr>
          <w:b/>
        </w:rPr>
        <w:t xml:space="preserve">[25:41] </w:t>
      </w:r>
      <w:r>
        <w:t>آپ سوچیے کہ دینار کو دے کر ان کو کیا ملا؟ دینار کو دے کر انہیں da'wah opportunity</w:t>
      </w:r>
    </w:p>
    <w:p>
      <w:pPr>
        <w:jc w:val="right"/>
      </w:pPr>
      <w:r>
        <w:t>آپ سوچیے کہ دینار کو دے کر ان کو کیا ملا؟ دینار کو دے کر انہیں دعویٰ اپرچونیٹی</w:t>
      </w:r>
    </w:p>
    <w:p>
      <w:r>
        <w:rPr>
          <w:b/>
        </w:rPr>
        <w:t xml:space="preserve">[25:45] </w:t>
      </w:r>
      <w:r>
        <w:t>mili ke madina pahunchen, rasool Allah ke sath mil kar kaam karen, islam ko phailayen. yeh mila.</w:t>
      </w:r>
    </w:p>
    <w:p>
      <w:pPr>
        <w:jc w:val="right"/>
      </w:pPr>
      <w:r>
        <w:t>ملی کہ مدینہ پہنچیں، رسول اللہ کے ساتھ مل کر کام کریں، اسلام کو پھیلائیں۔ یہ ملا۔</w:t>
      </w:r>
    </w:p>
    <w:p>
      <w:r>
        <w:rPr>
          <w:b/>
        </w:rPr>
        <w:t xml:space="preserve">[25:48] </w:t>
      </w:r>
      <w:r>
        <w:t>to aap ne farmaya ke rabbah suhaib, rabbah suhaib.</w:t>
      </w:r>
    </w:p>
    <w:p>
      <w:pPr>
        <w:jc w:val="right"/>
      </w:pPr>
      <w:r>
        <w:t>تو آپ نے فرمایا کہ ربہ صہیب، ربہ صہیب۔</w:t>
      </w:r>
    </w:p>
    <w:p>
      <w:r>
        <w:rPr>
          <w:b/>
        </w:rPr>
        <w:t xml:space="preserve">[25:52] </w:t>
      </w:r>
      <w:r>
        <w:t>yani yeh nahin kaha ke tum to bare bazdil ho.</w:t>
      </w:r>
    </w:p>
    <w:p>
      <w:pPr>
        <w:jc w:val="right"/>
      </w:pPr>
      <w:r>
        <w:t>یعنی یہ نہیں کہا کہ تم تو بڑے بزدل ہو۔</w:t>
      </w:r>
    </w:p>
    <w:p>
      <w:r>
        <w:rPr>
          <w:b/>
        </w:rPr>
        <w:t xml:space="preserve">[25:56] </w:t>
      </w:r>
      <w:r>
        <w:t>lad jaate hain un se.</w:t>
      </w:r>
    </w:p>
    <w:p>
      <w:pPr>
        <w:jc w:val="right"/>
      </w:pPr>
      <w:r>
        <w:t>لڑ جاتے ہیں ان سے۔</w:t>
      </w:r>
    </w:p>
    <w:p>
      <w:r>
        <w:rPr>
          <w:b/>
        </w:rPr>
        <w:t xml:space="preserve">[26:00] </w:t>
      </w:r>
      <w:r>
        <w:t>yeh nahin kaha aap ne.</w:t>
      </w:r>
    </w:p>
    <w:p>
      <w:pPr>
        <w:jc w:val="right"/>
      </w:pPr>
      <w:r>
        <w:t>یہ نہیں کہا آپ نے۔</w:t>
      </w:r>
    </w:p>
    <w:p>
      <w:r>
        <w:rPr>
          <w:b/>
        </w:rPr>
        <w:t xml:space="preserve">[26:03] </w:t>
      </w:r>
      <w:r>
        <w:t>tum to bazdil</w:t>
      </w:r>
    </w:p>
    <w:p>
      <w:pPr>
        <w:jc w:val="right"/>
      </w:pPr>
      <w:r>
        <w:t>تم تو بزدل</w:t>
      </w:r>
    </w:p>
    <w:p>
      <w:r>
        <w:rPr>
          <w:b/>
        </w:rPr>
        <w:t xml:space="preserve">[26:07] </w:t>
      </w:r>
      <w:r>
        <w:t>, bazdili ka kaam kiya tum ne.</w:t>
      </w:r>
    </w:p>
    <w:p>
      <w:pPr>
        <w:jc w:val="right"/>
      </w:pPr>
      <w:r>
        <w:t>، بزدلی کا کام کیا تم نے۔</w:t>
      </w:r>
    </w:p>
    <w:p>
      <w:r>
        <w:rPr>
          <w:b/>
        </w:rPr>
        <w:t xml:space="preserve">[26:11] </w:t>
      </w:r>
      <w:r>
        <w:t>laran se lar jatay hain.</w:t>
      </w:r>
    </w:p>
    <w:p>
      <w:pPr>
        <w:jc w:val="right"/>
      </w:pPr>
      <w:r>
        <w:t>لڑ ان سے لڑ جاتے ہیں۔</w:t>
      </w:r>
    </w:p>
    <w:p>
      <w:r>
        <w:rPr>
          <w:b/>
        </w:rPr>
        <w:t xml:space="preserve">[26:14] </w:t>
      </w:r>
      <w:r>
        <w:t>tumhara maal tumhara maal tha.</w:t>
      </w:r>
    </w:p>
    <w:p>
      <w:pPr>
        <w:jc w:val="right"/>
      </w:pPr>
      <w:r>
        <w:t>تمہارا مال تمہارا مال تھا۔</w:t>
      </w:r>
    </w:p>
    <w:p>
      <w:r>
        <w:rPr>
          <w:b/>
        </w:rPr>
        <w:t xml:space="preserve">[26:18] </w:t>
      </w:r>
      <w:r>
        <w:t>tum ko right tha in se laro.</w:t>
      </w:r>
    </w:p>
    <w:p>
      <w:pPr>
        <w:jc w:val="right"/>
      </w:pPr>
      <w:r>
        <w:t>تم کو رائٹ تھا ان سے لڑو۔</w:t>
      </w:r>
    </w:p>
    <w:p>
      <w:r>
        <w:rPr>
          <w:b/>
        </w:rPr>
        <w:t xml:space="preserve">[26:21] </w:t>
      </w:r>
      <w:r>
        <w:t>yeh nahi kaha aap ne.</w:t>
      </w:r>
    </w:p>
    <w:p>
      <w:pPr>
        <w:jc w:val="right"/>
      </w:pPr>
      <w:r>
        <w:t>یہ نہیں کہا آپ نے۔</w:t>
      </w:r>
    </w:p>
    <w:p>
      <w:r>
        <w:rPr>
          <w:b/>
        </w:rPr>
        <w:t xml:space="preserve">[26:25] </w:t>
      </w:r>
      <w:r>
        <w:t>balkay yeh kaha kay rabbay suhaib.</w:t>
      </w:r>
    </w:p>
    <w:p>
      <w:pPr>
        <w:jc w:val="right"/>
      </w:pPr>
      <w:r>
        <w:t>بلکہ یہ کہا کہ ربہ صہیب۔</w:t>
      </w:r>
    </w:p>
    <w:p>
      <w:r>
        <w:rPr>
          <w:b/>
        </w:rPr>
        <w:t xml:space="preserve">[26:28] </w:t>
      </w:r>
      <w:r>
        <w:t>کہ صہیب کی تجارت تو بہت successful رہی۔</w:t>
      </w:r>
    </w:p>
    <w:p>
      <w:pPr>
        <w:jc w:val="right"/>
      </w:pPr>
      <w:r>
        <w:t>کہ صہیب کی تجارت تو بہت سکسیس فل رہی۔</w:t>
      </w:r>
    </w:p>
    <w:p>
      <w:r>
        <w:rPr>
          <w:b/>
        </w:rPr>
        <w:t xml:space="preserve">[26:32] </w:t>
      </w:r>
      <w:r>
        <w:t>keh diya thoray say dainar aur liya kiya? akhirat ka soda.</w:t>
      </w:r>
    </w:p>
    <w:p>
      <w:pPr>
        <w:jc w:val="right"/>
      </w:pPr>
      <w:r>
        <w:t>کہ دیا تھوڑے سے دینار اور لیا کیا؟ آخرت کا سودا۔</w:t>
      </w:r>
    </w:p>
    <w:p>
      <w:r>
        <w:rPr>
          <w:b/>
        </w:rPr>
        <w:t xml:space="preserve">[26:35] </w:t>
      </w:r>
      <w:r>
        <w:t>دعویٰ ورک کا کہ opportunities کو اویل کرنے کا موقع پا لیا انہوں نے یہاں آ کر کے۔</w:t>
      </w:r>
    </w:p>
    <w:p>
      <w:pPr>
        <w:jc w:val="right"/>
      </w:pPr>
      <w:r>
        <w:t>دعویٰ ورک کا کہ اپرچونیٹیز کو اویل کرنے کا موقع پا لیا انہوں نے یہاں آ کر کے۔</w:t>
      </w:r>
    </w:p>
    <w:p>
      <w:r>
        <w:rPr>
          <w:b/>
        </w:rPr>
        <w:t xml:space="preserve">[26:39] </w:t>
      </w:r>
      <w:r>
        <w:t>is tarah say unhon nay makkah ko chora.</w:t>
      </w:r>
    </w:p>
    <w:p>
      <w:pPr>
        <w:jc w:val="right"/>
      </w:pPr>
      <w:r>
        <w:t>اس طرح سے انہوں نے مکہ کو چھوڑا۔</w:t>
      </w:r>
    </w:p>
    <w:p>
      <w:r>
        <w:rPr>
          <w:b/>
        </w:rPr>
        <w:t xml:space="preserve">[26:42] </w:t>
      </w:r>
      <w:r>
        <w:t>yani jo relationship daai madu ke beech mein bigar raha tha wahan par.</w:t>
      </w:r>
    </w:p>
    <w:p>
      <w:pPr>
        <w:jc w:val="right"/>
      </w:pPr>
      <w:r>
        <w:t>یعنی جو ریلیشن شپ داعی مدعو کے بیچ میں بگڑ رہا تھا وہاں پر۔</w:t>
      </w:r>
    </w:p>
    <w:p>
      <w:r>
        <w:rPr>
          <w:b/>
        </w:rPr>
        <w:t xml:space="preserve">[26:46] </w:t>
      </w:r>
      <w:r>
        <w:t>aur woh riwalry ban raha tha.</w:t>
      </w:r>
    </w:p>
    <w:p>
      <w:pPr>
        <w:jc w:val="right"/>
      </w:pPr>
      <w:r>
        <w:t>اور وہ رائیولری بن رہا تھا۔</w:t>
      </w:r>
    </w:p>
    <w:p>
      <w:r>
        <w:rPr>
          <w:b/>
        </w:rPr>
        <w:t xml:space="preserve">[26:49] </w:t>
      </w:r>
      <w:r>
        <w:t>anmity ban raha tha.</w:t>
      </w:r>
    </w:p>
    <w:p>
      <w:pPr>
        <w:jc w:val="right"/>
      </w:pPr>
      <w:r>
        <w:t>انمیٹی بن رہا تھا۔</w:t>
      </w:r>
    </w:p>
    <w:p>
      <w:r>
        <w:rPr>
          <w:b/>
        </w:rPr>
        <w:t xml:space="preserve">[26:52] </w:t>
      </w:r>
      <w:r>
        <w:t>larai bhadai ban raha tha.</w:t>
      </w:r>
    </w:p>
    <w:p>
      <w:pPr>
        <w:jc w:val="right"/>
      </w:pPr>
      <w:r>
        <w:t>لڑائی بھڑائی بن رہا تھا۔</w:t>
      </w:r>
    </w:p>
    <w:p>
      <w:r>
        <w:rPr>
          <w:b/>
        </w:rPr>
        <w:t xml:space="preserve">[26:56] </w:t>
      </w:r>
      <w:r>
        <w:t>is ko avoid kiya aap ne.</w:t>
      </w:r>
    </w:p>
    <w:p>
      <w:pPr>
        <w:jc w:val="right"/>
      </w:pPr>
      <w:r>
        <w:t>اس کو اوائڈ کیا آپ نے۔</w:t>
      </w:r>
    </w:p>
    <w:p>
      <w:r>
        <w:rPr>
          <w:b/>
        </w:rPr>
        <w:t xml:space="preserve">[26:59] </w:t>
      </w:r>
      <w:r>
        <w:t>avoid kar kay madina aa gaye.</w:t>
      </w:r>
    </w:p>
    <w:p>
      <w:pPr>
        <w:jc w:val="right"/>
      </w:pPr>
      <w:r>
        <w:t>اوائڈ کر کے مدینہ آ گئے۔</w:t>
      </w:r>
    </w:p>
    <w:p>
      <w:r>
        <w:rPr>
          <w:b/>
        </w:rPr>
        <w:t xml:space="preserve">[27:02] </w:t>
      </w:r>
      <w:r>
        <w:t>ab yahan par yeh bhi dekhiye aap kay aaj kal log agar aisa chhodna paray un ko apna</w:t>
      </w:r>
    </w:p>
    <w:p>
      <w:pPr>
        <w:jc w:val="right"/>
      </w:pPr>
      <w:r>
        <w:t>اب یہاں پر یہ بھی دیکھیے آپ کہ آج کل لوگ اگر ایسا چھوڑنا پڑے ان کو اپنا</w:t>
      </w:r>
    </w:p>
    <w:p>
      <w:r>
        <w:rPr>
          <w:b/>
        </w:rPr>
        <w:t xml:space="preserve">[27:06] </w:t>
      </w:r>
      <w:r>
        <w:t>وطن تو کیا کرتے ہیں؟ وہ exile govern</w:t>
      </w:r>
    </w:p>
    <w:p>
      <w:pPr>
        <w:jc w:val="right"/>
      </w:pPr>
      <w:r>
        <w:t>وطن تو کیا کرتے ہیں؟ وہ ایگزائل گورن</w:t>
      </w:r>
    </w:p>
    <w:p>
      <w:r>
        <w:rPr>
          <w:b/>
        </w:rPr>
        <w:t xml:space="preserve">[27:09] </w:t>
      </w:r>
      <w:r>
        <w:t>mant banatay hain.</w:t>
      </w:r>
    </w:p>
    <w:p>
      <w:pPr>
        <w:jc w:val="right"/>
      </w:pPr>
      <w:r>
        <w:t>منٹ بناتے ہیں۔</w:t>
      </w:r>
    </w:p>
    <w:p>
      <w:r>
        <w:rPr>
          <w:b/>
        </w:rPr>
        <w:t xml:space="preserve">[27:13] </w:t>
      </w:r>
      <w:r>
        <w:t>باہر جا کر اپنا ایک Protestant group بناتے ہیں۔</w:t>
      </w:r>
    </w:p>
    <w:p>
      <w:pPr>
        <w:jc w:val="right"/>
      </w:pPr>
      <w:r>
        <w:t>باہر جا کر اپنا ایک پروٹیسٹنٹ گروپ بناتے ہیں۔</w:t>
      </w:r>
    </w:p>
    <w:p>
      <w:r>
        <w:rPr>
          <w:b/>
        </w:rPr>
        <w:t xml:space="preserve">[27:17] </w:t>
      </w:r>
      <w:r>
        <w:t>aur subah sham aik hi kaam kartay hain.</w:t>
      </w:r>
    </w:p>
    <w:p>
      <w:pPr>
        <w:jc w:val="right"/>
      </w:pPr>
      <w:r>
        <w:t>اور صبح شام ایک ہی کام کرتے ہیں۔</w:t>
      </w:r>
    </w:p>
    <w:p>
      <w:r>
        <w:rPr>
          <w:b/>
        </w:rPr>
        <w:t xml:space="preserve">[27:21] </w:t>
      </w:r>
      <w:r>
        <w:t>woh kiya hai? protest karna. complaint karna.</w:t>
      </w:r>
    </w:p>
    <w:p>
      <w:pPr>
        <w:jc w:val="right"/>
      </w:pPr>
      <w:r>
        <w:t>وہ کیا ہے؟ پروٹیسٹ کرنا۔ کمپلینٹ کرنا۔</w:t>
      </w:r>
    </w:p>
    <w:p>
      <w:r>
        <w:rPr>
          <w:b/>
        </w:rPr>
        <w:t xml:space="preserve">[27:24] </w:t>
      </w:r>
      <w:r>
        <w:t>un logon ke khilaf bolna.</w:t>
      </w:r>
    </w:p>
    <w:p>
      <w:pPr>
        <w:jc w:val="right"/>
      </w:pPr>
      <w:r>
        <w:t>ان لوگوں کے خلاف بولنا۔</w:t>
      </w:r>
    </w:p>
    <w:p>
      <w:r>
        <w:rPr>
          <w:b/>
        </w:rPr>
        <w:t xml:space="preserve">[27:28] </w:t>
      </w:r>
      <w:r>
        <w:t>sab log yahi kartay hain.</w:t>
      </w:r>
    </w:p>
    <w:p>
      <w:pPr>
        <w:jc w:val="right"/>
      </w:pPr>
      <w:r>
        <w:t>سب لوگ یہی کرتے ہیں۔</w:t>
      </w:r>
    </w:p>
    <w:p>
      <w:r>
        <w:rPr>
          <w:b/>
        </w:rPr>
        <w:t xml:space="preserve">[27:32] </w:t>
      </w:r>
      <w:r>
        <w:t>jahan bhi aap dunya mein dekhen, kisi nay agar compulsively apna watan chhora hai, bahar jana para hai,</w:t>
      </w:r>
    </w:p>
    <w:p>
      <w:pPr>
        <w:jc w:val="right"/>
      </w:pPr>
      <w:r>
        <w:t>جہاں بھی آپ دنیا میں دیکھیں، کسی نے اگر کمپلسولی اپنا وطن چھوڑا ہے، باہر جانا پڑا ہے،</w:t>
      </w:r>
    </w:p>
    <w:p>
      <w:r>
        <w:rPr>
          <w:b/>
        </w:rPr>
        <w:t xml:space="preserve">[27:36] </w:t>
      </w:r>
      <w:r>
        <w:t>to yahi karta hai woh.</w:t>
      </w:r>
    </w:p>
    <w:p>
      <w:pPr>
        <w:jc w:val="right"/>
      </w:pPr>
      <w:r>
        <w:t>تو یہی کرتا ہے وہ۔</w:t>
      </w:r>
    </w:p>
    <w:p>
      <w:r>
        <w:rPr>
          <w:b/>
        </w:rPr>
        <w:t xml:space="preserve">[27:40] </w:t>
      </w:r>
      <w:r>
        <w:t>main aik bar to aik aik desh mein gaya to aik sahib thay jo wahan se bhag kar aay thay, aik dealer. un ko wahan pakar takar ho rahi thi. to jab un se hum log bethay thay, main tha, aik aur aadmi thay. to hamesha apnay country ke logon ki burai bayan karte. baray zalim hain. dekhiye meray watan tha, wahan se mujhe nikalnay par nikalna para. yani compulsively unhon ne mujhe meray watan se nikal diya. yahi aik hi topic tha un ke pa</w:t>
      </w:r>
    </w:p>
    <w:p>
      <w:pPr>
        <w:jc w:val="right"/>
      </w:pPr>
      <w:r>
        <w:t>میں ایک بار تو ایک ایک دیش میں گیا تو ایک صاحب تھے جو وہاں سے بھاگ کر آئے تھے، ایک ڈیلر۔ ان کو وہاں پکڑ تکڑ ہو رہی تھی۔ تو جب ان سے ہم لوگ بیٹھتے تھے، میں تھا، ایک اور آدمی تھے۔ تو ہمیشہ اپنے کنٹری کے لوگوں کی برائی بیان کرتے۔ بڑے ظالم ہیں۔ دیکھیے میرے وطن تھا، وہاں سے مجھے نکلنے پر نکلنا پڑا۔ یعنی کمپلسولی انہوں نے مجھے میرے وطن سے نکال دیا۔ یہی ایک ہی ٹاپک تھا ان کے پ</w:t>
      </w:r>
    </w:p>
    <w:p>
      <w:r>
        <w:rPr>
          <w:b/>
        </w:rPr>
        <w:t xml:space="preserve">[28:10] </w:t>
      </w:r>
      <w:r>
        <w:t>as. aur koi doosra topic nahi tha. lekin Rasool Allah jab aay madinah to aap ya aap ke saahiyon ne kabhi aik bar bhi yeh boli nahi boli. aap kitabon mein dekh lijiye. sari detail kitabon mein aap pa saktay hain. kabhi aisa nahi hua ke aap complaint ki boli bolen. aap protest ki boli bolen. kuch nahi. jo madinah mein jo opportunities mil rahi theen, b</w:t>
      </w:r>
    </w:p>
    <w:p>
      <w:pPr>
        <w:jc w:val="right"/>
      </w:pPr>
      <w:r>
        <w:t>اس۔ اور کوئی دوسرا ٹاپک نہیں تھا۔ لیکن رسول اللہ جب آئے مدینہ تو آپ یا آپ کے ساتھیوں نے کبھی ایک بار بھی یہ بولی نہیں بولی۔ آپ کتابوں میں دیکھ لیجیے۔ ساری ڈیٹیل کتابوں میں آپ پا سکتے ہیں۔ کبھی ایسا نہیں ہوا کہ آپ کمپلینٹ کی بولی بولیں۔ آپ پروٹیسٹ کی بولی بولیں۔ کچھ نہیں۔ جو مدینہ میں جو اپرچونیٹیز مل رہی تھیں، ب</w:t>
      </w:r>
    </w:p>
    <w:p>
      <w:r>
        <w:rPr>
          <w:b/>
        </w:rPr>
        <w:t xml:space="preserve">[28:40] </w:t>
      </w:r>
      <w:r>
        <w:t>as us ko avail karna. usi ko aap ne lay liya. yani dawah opportunities madinah mein theen jo makkah mein nahi theen. to aap subah sham raat din bas in dawah opportunities ko avail karnay mein lag gay. yani agar aap complaint karte, protest karte to woh. that was a kind of distraction. to daai can not afford any kind of</w:t>
      </w:r>
    </w:p>
    <w:p>
      <w:pPr>
        <w:jc w:val="right"/>
      </w:pPr>
      <w:r>
        <w:t>س اس کو اویل کرنا۔ اسی کو آپ نے لے لیا۔ یعنی دعویٰ اپرچونیٹیز مدینے میں تھیں جو مکہ میں نہیں تھیں۔ تو آپ صبح شام رات دن بس ان دعویٰ اپرچونیٹیز کو اویل کرنے میں لگ گئے۔ یعنی اگر آپ کمپلینٹ کرتے، پروٹیسٹ کرتے تو وہ۔ دیٹ واز اے کائنڈ آف ڈسٹریکشن۔ تو داعی کین ناٹ افورڈ اینی کائنڈ آف</w:t>
      </w:r>
    </w:p>
    <w:p>
      <w:r>
        <w:rPr>
          <w:b/>
        </w:rPr>
        <w:t xml:space="preserve">[29:10] </w:t>
      </w:r>
      <w:r>
        <w:t>distraction. daai aik hi cheez par focus karta hai. woh kya hai? dawah work. har qism ki opportunities ko avail kartay huay Khuda ke bandon ko Khuda ka message pohanchatay rehna. ab dekhiye ke phir kya hua? woh log jo makkah mein sardari kar rahay thay, makkah mein leader banay huay thay, to un ko phir aik d</w:t>
      </w:r>
    </w:p>
    <w:p>
      <w:pPr>
        <w:jc w:val="right"/>
      </w:pPr>
      <w:r>
        <w:t>ڈسٹریکشن۔ داعی ایک ہی چیز پر فوکس کرتا ہے۔ وہ کیا ہے؟ دعویٰ ورک۔ ہر قسم کی اپرچونیٹیز کو اویل کرتے ہوئے خدا کے بندوں کو خدا کا میسج پہنچاتے رہنا۔ اب دیکھیے کہ پھر کیا ہوا؟ وہ لوگ جو مکہ میں سرداری کر رہے تھے، مکہ میں لیڈر بنے ہوئے تھے، تو ان کو پھر ایک ڈ</w:t>
      </w:r>
    </w:p>
    <w:p>
      <w:r>
        <w:rPr>
          <w:b/>
        </w:rPr>
        <w:t xml:space="preserve">[29:40] </w:t>
      </w:r>
      <w:r>
        <w:t>danger dikhai pada ke ye to Madine mein apna strong hold bana rahe hain.</w:t>
      </w:r>
    </w:p>
    <w:p>
      <w:pPr>
        <w:jc w:val="right"/>
      </w:pPr>
      <w:r>
        <w:t>ینجر دکھائی پڑا کہ یہ تو مدینے میں اپنا اسٹرانگ ہول بنا رہے ہیں۔</w:t>
      </w:r>
    </w:p>
    <w:p>
      <w:r>
        <w:rPr>
          <w:b/>
        </w:rPr>
        <w:t xml:space="preserve">[29:44] </w:t>
      </w:r>
      <w:r>
        <w:t>hum nay un ko nikal diya tha makkah say aur madina puhanch kar wahan unhon nay apna strong</w:t>
      </w:r>
    </w:p>
    <w:p>
      <w:pPr>
        <w:jc w:val="right"/>
      </w:pPr>
      <w:r>
        <w:t>ہم نے ان کو نکال دیا تھا مکہ سے اور مدینہ پہنچ کر وہاں انہوں نے اپنا اسٹرانگ</w:t>
      </w:r>
    </w:p>
    <w:p>
      <w:r>
        <w:rPr>
          <w:b/>
        </w:rPr>
        <w:t xml:space="preserve">[29:49] </w:t>
      </w:r>
      <w:r>
        <w:t>hool bana liya.</w:t>
      </w:r>
    </w:p>
    <w:p>
      <w:pPr>
        <w:jc w:val="right"/>
      </w:pPr>
      <w:r>
        <w:t>ہول بنا لیا۔</w:t>
      </w:r>
    </w:p>
    <w:p>
      <w:r>
        <w:rPr>
          <w:b/>
        </w:rPr>
        <w:t xml:space="preserve">[29:53] </w:t>
      </w:r>
      <w:r>
        <w:t>yeh to bohat bura ho raha hai.</w:t>
      </w:r>
    </w:p>
    <w:p>
      <w:pPr>
        <w:jc w:val="right"/>
      </w:pPr>
      <w:r>
        <w:t>یہ تو بہت برا ہو رہا ہے۔</w:t>
      </w:r>
    </w:p>
    <w:p>
      <w:r>
        <w:rPr>
          <w:b/>
        </w:rPr>
        <w:t xml:space="preserve">[29:58] </w:t>
      </w:r>
      <w:r>
        <w:t>jab woh bohat ziyada taqatwar ho jayen gay to phir pata nahi kiya karen.</w:t>
      </w:r>
    </w:p>
    <w:p>
      <w:pPr>
        <w:jc w:val="right"/>
      </w:pPr>
      <w:r>
        <w:t>جب وہ بہت زیادہ طاقتور ہو جائیں گے تو پھر پتہ نہیں کیا کریں۔</w:t>
      </w:r>
    </w:p>
    <w:p>
      <w:r>
        <w:rPr>
          <w:b/>
        </w:rPr>
        <w:t xml:space="preserve">[30:02] </w:t>
      </w:r>
      <w:r>
        <w:t>to unhon ne kiya kiya ke ab unhon ne waar chheer diye. waar. qitaal.</w:t>
      </w:r>
    </w:p>
    <w:p>
      <w:pPr>
        <w:jc w:val="right"/>
      </w:pPr>
      <w:r>
        <w:t>تو انہوں نے کیا کیا کہ اب انہوں نے وار چھیڑ دی۔ وار۔ قتال۔</w:t>
      </w:r>
    </w:p>
    <w:p>
      <w:r>
        <w:rPr>
          <w:b/>
        </w:rPr>
        <w:t xml:space="preserve">[30:06] </w:t>
      </w:r>
      <w:r>
        <w:t>unhon ne hamla kiya madine ke oopar.</w:t>
      </w:r>
    </w:p>
    <w:p>
      <w:pPr>
        <w:jc w:val="right"/>
      </w:pPr>
      <w:r>
        <w:t>انہوں نے حملہ کیا مدینہ کے اوپر۔</w:t>
      </w:r>
    </w:p>
    <w:p>
      <w:r>
        <w:rPr>
          <w:b/>
        </w:rPr>
        <w:t xml:space="preserve">[30:11] </w:t>
      </w:r>
      <w:r>
        <w:t>to ek do ladaai hui.</w:t>
      </w:r>
    </w:p>
    <w:p>
      <w:pPr>
        <w:jc w:val="right"/>
      </w:pPr>
      <w:r>
        <w:t>تو ایک دو لڑائی ہوئی۔</w:t>
      </w:r>
    </w:p>
    <w:p>
      <w:r>
        <w:rPr>
          <w:b/>
        </w:rPr>
        <w:t xml:space="preserve">[30:15] </w:t>
      </w:r>
      <w:r>
        <w:t>jaise Badr ki ladaai.</w:t>
      </w:r>
    </w:p>
    <w:p>
      <w:pPr>
        <w:jc w:val="right"/>
      </w:pPr>
      <w:r>
        <w:t>جیسے بدر کی لڑائی۔</w:t>
      </w:r>
    </w:p>
    <w:p>
      <w:r>
        <w:rPr>
          <w:b/>
        </w:rPr>
        <w:t xml:space="preserve">[30:18] </w:t>
      </w:r>
      <w:r>
        <w:t>battle of Badr aur battle of Uhud.</w:t>
      </w:r>
    </w:p>
    <w:p>
      <w:pPr>
        <w:jc w:val="right"/>
      </w:pPr>
      <w:r>
        <w:t>بیٹل آف بدر اور بیٹل آف احد۔</w:t>
      </w:r>
    </w:p>
    <w:p>
      <w:r>
        <w:rPr>
          <w:b/>
        </w:rPr>
        <w:t xml:space="preserve">[30:22] </w:t>
      </w:r>
      <w:r>
        <w:t>lekin bas yeh yeh battle, yeh dono battle kiya theen? ek hi din shuru hui, ek hi din</w:t>
      </w:r>
    </w:p>
    <w:p>
      <w:pPr>
        <w:jc w:val="right"/>
      </w:pPr>
      <w:r>
        <w:t>لیکن بس یہ یہ بیٹل، یہ دونوں بیٹل کیا تھیں؟ ایک ہی دن شروع ہوئی، ایک ہی دن</w:t>
      </w:r>
    </w:p>
    <w:p>
      <w:r>
        <w:rPr>
          <w:b/>
        </w:rPr>
        <w:t xml:space="preserve">[30:26] </w:t>
      </w:r>
      <w:r>
        <w:t>khatm ho gayi.</w:t>
      </w:r>
    </w:p>
    <w:p>
      <w:pPr>
        <w:jc w:val="right"/>
      </w:pPr>
      <w:r>
        <w:t>ختم ہو گئی۔</w:t>
      </w:r>
    </w:p>
    <w:p>
      <w:r>
        <w:rPr>
          <w:b/>
        </w:rPr>
        <w:t xml:space="preserve">[30:30] </w:t>
      </w:r>
      <w:r>
        <w:t>aisa nahi ke woh lambi chali ho.</w:t>
      </w:r>
    </w:p>
    <w:p>
      <w:pPr>
        <w:jc w:val="right"/>
      </w:pPr>
      <w:r>
        <w:t>ایسا نہیں کہ وہ لمبی چلی ہو۔</w:t>
      </w:r>
    </w:p>
    <w:p>
      <w:r>
        <w:rPr>
          <w:b/>
        </w:rPr>
        <w:t xml:space="preserve">[30:34] </w:t>
      </w:r>
      <w:r>
        <w:t>aur is ke baad, yaani do hi ladaai ke baad, kuch skirmishes bhi huin, choti choti.</w:t>
      </w:r>
    </w:p>
    <w:p>
      <w:pPr>
        <w:jc w:val="right"/>
      </w:pPr>
      <w:r>
        <w:t>اور اس کے بعد، یعنی دو ہی لڑائی کے بعد، کچھ اسکرمیشنز بھی ہوئیں، چھوٹی چھوٹی۔</w:t>
      </w:r>
    </w:p>
    <w:p>
      <w:r>
        <w:rPr>
          <w:b/>
        </w:rPr>
        <w:t xml:space="preserve">[30:38] </w:t>
      </w:r>
      <w:r>
        <w:t>full-fledged war to yahi do huin theen.</w:t>
      </w:r>
    </w:p>
    <w:p>
      <w:pPr>
        <w:jc w:val="right"/>
      </w:pPr>
      <w:r>
        <w:t>فل فلیج وار تو یہی دو ہوئی تھیں۔</w:t>
      </w:r>
    </w:p>
    <w:p>
      <w:r>
        <w:rPr>
          <w:b/>
        </w:rPr>
        <w:t xml:space="preserve">[30:42] </w:t>
      </w:r>
      <w:r>
        <w:t>skirmishes bhi kuch huin.</w:t>
      </w:r>
    </w:p>
    <w:p>
      <w:pPr>
        <w:jc w:val="right"/>
      </w:pPr>
      <w:r>
        <w:t>اسکرمیشنز بھی کچھ ہوئیں۔</w:t>
      </w:r>
    </w:p>
    <w:p>
      <w:r>
        <w:rPr>
          <w:b/>
        </w:rPr>
        <w:t xml:space="preserve">[30:46] </w:t>
      </w:r>
      <w:r>
        <w:t>aap ne foran yeh mehsoos kiya ke yeh to equation toot raha hai.</w:t>
      </w:r>
    </w:p>
    <w:p>
      <w:pPr>
        <w:jc w:val="right"/>
      </w:pPr>
      <w:r>
        <w:t>آپ نے فوراً یہ محسوس کیا کہ یہ تو ایکویشن ٹوٹ رہا ہے۔</w:t>
      </w:r>
    </w:p>
    <w:p>
      <w:r>
        <w:rPr>
          <w:b/>
        </w:rPr>
        <w:t xml:space="preserve">[30:50] </w:t>
      </w:r>
      <w:r>
        <w:t>daai mad'u ka ta'alluq jo hai disturb ho raha hai.</w:t>
      </w:r>
    </w:p>
    <w:p>
      <w:pPr>
        <w:jc w:val="right"/>
      </w:pPr>
      <w:r>
        <w:t>داعی مدعو کا تعلق جو ہے ڈسٹرب ہو رہا ہے۔</w:t>
      </w:r>
    </w:p>
    <w:p>
      <w:r>
        <w:rPr>
          <w:b/>
        </w:rPr>
        <w:t xml:space="preserve">[30:53] </w:t>
      </w:r>
      <w:r>
        <w:t>yeh to rivalry ban rahi hai.</w:t>
      </w:r>
    </w:p>
    <w:p>
      <w:pPr>
        <w:jc w:val="right"/>
      </w:pPr>
      <w:r>
        <w:t>یہ تو رائیولری بن رہی ہے۔</w:t>
      </w:r>
    </w:p>
    <w:p>
      <w:r>
        <w:rPr>
          <w:b/>
        </w:rPr>
        <w:t xml:space="preserve">[30:57] </w:t>
      </w:r>
      <w:r>
        <w:t>hum enemy ban rahe hain, woh enemy ban rahe hain hamare.</w:t>
      </w:r>
    </w:p>
    <w:p>
      <w:pPr>
        <w:jc w:val="right"/>
      </w:pPr>
      <w:r>
        <w:t>ہم اینمی بن رہے ہیں، وہ اینمی بن رہے ہیں ہمارے۔</w:t>
      </w:r>
    </w:p>
    <w:p>
      <w:r>
        <w:rPr>
          <w:b/>
        </w:rPr>
        <w:t xml:space="preserve">[31:01] </w:t>
      </w:r>
      <w:r>
        <w:t>is tarah se da'wa work nahi ho sakta hai.</w:t>
      </w:r>
    </w:p>
    <w:p>
      <w:pPr>
        <w:jc w:val="right"/>
      </w:pPr>
      <w:r>
        <w:t>اس طرح سے دعویٰ ورک نہیں ہو سکتا ہے۔</w:t>
      </w:r>
    </w:p>
    <w:p>
      <w:r>
        <w:rPr>
          <w:b/>
        </w:rPr>
        <w:t xml:space="preserve">[31:05] </w:t>
      </w:r>
      <w:r>
        <w:t>to aap ne nihayat hi khamoshi ke saath ek plan banaya.</w:t>
      </w:r>
    </w:p>
    <w:p>
      <w:pPr>
        <w:jc w:val="right"/>
      </w:pPr>
      <w:r>
        <w:t>تو آپ نے نہایت ہی خاموشی کے ساتھ ایک پلان بنایا۔</w:t>
      </w:r>
    </w:p>
    <w:p>
      <w:r>
        <w:rPr>
          <w:b/>
        </w:rPr>
        <w:t xml:space="preserve">[31:09] </w:t>
      </w:r>
      <w:r>
        <w:t>woh plan kiya tha? woh plan tha</w:t>
      </w:r>
    </w:p>
    <w:p>
      <w:pPr>
        <w:jc w:val="right"/>
      </w:pPr>
      <w:r>
        <w:t>وہ پلان کیا تھا؟ وہ پلان تھا</w:t>
      </w:r>
    </w:p>
    <w:p>
      <w:r>
        <w:rPr>
          <w:b/>
        </w:rPr>
        <w:t xml:space="preserve">[31:13] </w:t>
      </w:r>
      <w:r>
        <w:t>peace agreement ka plan.</w:t>
      </w:r>
    </w:p>
    <w:p>
      <w:pPr>
        <w:jc w:val="right"/>
      </w:pPr>
      <w:r>
        <w:t>پیس ایگریمنٹ کا پلان۔</w:t>
      </w:r>
    </w:p>
    <w:p>
      <w:r>
        <w:rPr>
          <w:b/>
        </w:rPr>
        <w:t xml:space="preserve">[31:17] </w:t>
      </w:r>
      <w:r>
        <w:t>peace agreement ka plan.</w:t>
      </w:r>
    </w:p>
    <w:p>
      <w:pPr>
        <w:jc w:val="right"/>
      </w:pPr>
      <w:r>
        <w:t>پیس ایگریمنٹ کا پلان۔</w:t>
      </w:r>
    </w:p>
    <w:p>
      <w:r>
        <w:rPr>
          <w:b/>
        </w:rPr>
        <w:t xml:space="preserve">[31:22] </w:t>
      </w:r>
      <w:r>
        <w:t>jab yeh jo ladaai hui thi, battle of Badr, jo ke Rasool Allah ki taraf se defensive war</w:t>
      </w:r>
    </w:p>
    <w:p>
      <w:pPr>
        <w:jc w:val="right"/>
      </w:pPr>
      <w:r>
        <w:t>جب یہ جو لڑائی ہوئی تھی، بیٹل آف بدر، جو کہ رسول اللہ کی طرف سے ڈیفنسو وار</w:t>
      </w:r>
    </w:p>
    <w:p>
      <w:r>
        <w:rPr>
          <w:b/>
        </w:rPr>
        <w:t xml:space="preserve">[31:26] </w:t>
      </w:r>
      <w:r>
        <w:t>thi, un ki taraf se offensive war thi, to jahan ladaai ho rahi thi, jo battle ground tha,</w:t>
      </w:r>
    </w:p>
    <w:p>
      <w:pPr>
        <w:jc w:val="right"/>
      </w:pPr>
      <w:r>
        <w:t>تھی، ان کی طرف سے افینسو وار تھی، تو جہاں لڑائی ہو رہی تھی، جو بیٹل گراؤنڈ تھا،</w:t>
      </w:r>
    </w:p>
    <w:p>
      <w:r>
        <w:rPr>
          <w:b/>
        </w:rPr>
        <w:t xml:space="preserve">[31:30] </w:t>
      </w:r>
      <w:r>
        <w:t>us ke kinare aap baithe hue thay.</w:t>
      </w:r>
    </w:p>
    <w:p>
      <w:pPr>
        <w:jc w:val="right"/>
      </w:pPr>
      <w:r>
        <w:t>اس کے کنارے آپ بیٹھے ہوئے تھے۔</w:t>
      </w:r>
    </w:p>
    <w:p>
      <w:r>
        <w:rPr>
          <w:b/>
        </w:rPr>
        <w:t xml:space="preserve">[31:35] </w:t>
      </w:r>
      <w:r>
        <w:t>wahan ret thi.</w:t>
      </w:r>
    </w:p>
    <w:p>
      <w:pPr>
        <w:jc w:val="right"/>
      </w:pPr>
      <w:r>
        <w:t>وہاں ریت تھی۔</w:t>
      </w:r>
    </w:p>
    <w:p>
      <w:r>
        <w:rPr>
          <w:b/>
        </w:rPr>
        <w:t xml:space="preserve">[31:39] </w:t>
      </w:r>
      <w:r>
        <w:t>ret par aap kuch lakeerein, kuch line</w:t>
      </w:r>
    </w:p>
    <w:p>
      <w:pPr>
        <w:jc w:val="right"/>
      </w:pPr>
      <w:r>
        <w:t>ریت پر آپ کچھ لکیریں، کچھ لائن</w:t>
      </w:r>
    </w:p>
    <w:p>
      <w:r>
        <w:rPr>
          <w:b/>
        </w:rPr>
        <w:t xml:space="preserve">[31:43] </w:t>
      </w:r>
      <w:r>
        <w:t>bana rahay thay. to aik report hua hai kitabon mein. to aik orientalist kehtay hain ke is ko unhon ne lay liya war ke sense mein. unhon ne kaha ke the leader of Islam was making his next war plan. halankay yeh bilkul galat baat hai, baseless baat hai. sahi baat hai ke the leader of Islam was making</w:t>
      </w:r>
    </w:p>
    <w:p>
      <w:pPr>
        <w:jc w:val="right"/>
      </w:pPr>
      <w:r>
        <w:t>بنا رہے تھے۔ تو ایک رپورٹ ہوا ہے کتابوں میں۔ تو ایک اورینٹلسٹ کہتے ہیں کہ اس کو انہوں نے لے لیا وار کے سینس میں۔ انہوں نے کہا کہ دا لیڈر آف اسلام واز میکنگ ہز نیکسٹ وار پلان۔ حالانکہ یہ بالکل غلط بات ہے، بیس لیس بات ہے۔ صحیح بات ہے کہ دا لیڈر آف اسلام واز میکنگ</w:t>
      </w:r>
    </w:p>
    <w:p>
      <w:r>
        <w:rPr>
          <w:b/>
        </w:rPr>
        <w:t xml:space="preserve">[32:13] </w:t>
      </w:r>
      <w:r>
        <w:t>his next peace plan.</w:t>
      </w:r>
    </w:p>
    <w:p>
      <w:pPr>
        <w:jc w:val="right"/>
      </w:pPr>
      <w:r>
        <w:t>ہز نیکسٹ پیس پلان۔</w:t>
      </w:r>
    </w:p>
    <w:p>
      <w:r>
        <w:rPr>
          <w:b/>
        </w:rPr>
        <w:t xml:space="preserve">[32:17] </w:t>
      </w:r>
      <w:r>
        <w:t>aur history batati hai ke is ke baad hi aap ne negotiation shuru kar di.</w:t>
      </w:r>
    </w:p>
    <w:p>
      <w:pPr>
        <w:jc w:val="right"/>
      </w:pPr>
      <w:r>
        <w:t>اور ہسٹری بتاتی ہے کہ اس کے بعد ہی آپ نے نیگوشی ایشن شروع کر دی۔</w:t>
      </w:r>
    </w:p>
    <w:p>
      <w:r>
        <w:rPr>
          <w:b/>
        </w:rPr>
        <w:t xml:space="preserve">[32:21] </w:t>
      </w:r>
      <w:r>
        <w:t>aap ne message bheja makkah walon ko.</w:t>
      </w:r>
    </w:p>
    <w:p>
      <w:pPr>
        <w:jc w:val="right"/>
      </w:pPr>
      <w:r>
        <w:t>آپ نے میسج بھیجا مکہ والوں کو۔</w:t>
      </w:r>
    </w:p>
    <w:p>
      <w:r>
        <w:rPr>
          <w:b/>
        </w:rPr>
        <w:t xml:space="preserve">[32:25] </w:t>
      </w:r>
      <w:r>
        <w:t>hum tum se peace agreement karna chahte hain.</w:t>
      </w:r>
    </w:p>
    <w:p>
      <w:pPr>
        <w:jc w:val="right"/>
      </w:pPr>
      <w:r>
        <w:t>ہم تم سے پیس ایگریمنٹ کرنا چاہتے ہیں۔</w:t>
      </w:r>
    </w:p>
    <w:p>
      <w:r>
        <w:rPr>
          <w:b/>
        </w:rPr>
        <w:t xml:space="preserve">[32:28] </w:t>
      </w:r>
      <w:r>
        <w:t>to makkah aur madinah ke beech mein ek jagah thi, hudaybiyah.</w:t>
      </w:r>
    </w:p>
    <w:p>
      <w:pPr>
        <w:jc w:val="right"/>
      </w:pPr>
      <w:r>
        <w:t>تو مکہ اور مدینہ کے بیچ میں ایک جگہ تھی، حدیبیہ۔</w:t>
      </w:r>
    </w:p>
    <w:p>
      <w:r>
        <w:rPr>
          <w:b/>
        </w:rPr>
        <w:t xml:space="preserve">[32:32] </w:t>
      </w:r>
      <w:r>
        <w:t>wahan par un ka aadmi aaya, jis ka naam tha Suhail bin Umar.</w:t>
      </w:r>
    </w:p>
    <w:p>
      <w:pPr>
        <w:jc w:val="right"/>
      </w:pPr>
      <w:r>
        <w:t>وہاں پر ان کا آدمی آیا، جس کا نام تھا سہیل بن عمر۔</w:t>
      </w:r>
    </w:p>
    <w:p>
      <w:r>
        <w:rPr>
          <w:b/>
        </w:rPr>
        <w:t xml:space="preserve">[32:36] </w:t>
      </w:r>
      <w:r>
        <w:t>idhar se Rasool Allah aur aap ke saathi gaye.</w:t>
      </w:r>
    </w:p>
    <w:p>
      <w:pPr>
        <w:jc w:val="right"/>
      </w:pPr>
      <w:r>
        <w:t>ادھر سے رسول اللہ اور آپ کے ساتھی گئے۔</w:t>
      </w:r>
    </w:p>
    <w:p>
      <w:r>
        <w:rPr>
          <w:b/>
        </w:rPr>
        <w:t xml:space="preserve">[32:40] </w:t>
      </w:r>
      <w:r>
        <w:t>to wahan par negotiation shuru hui.</w:t>
      </w:r>
    </w:p>
    <w:p>
      <w:pPr>
        <w:jc w:val="right"/>
      </w:pPr>
      <w:r>
        <w:t>تو وہاں پر نیگوشی ایشن شروع ہوئی۔</w:t>
      </w:r>
    </w:p>
    <w:p>
      <w:r>
        <w:rPr>
          <w:b/>
        </w:rPr>
        <w:t xml:space="preserve">[32:44] </w:t>
      </w:r>
      <w:r>
        <w:t>ke how to establish peace.</w:t>
      </w:r>
    </w:p>
    <w:p>
      <w:pPr>
        <w:jc w:val="right"/>
      </w:pPr>
      <w:r>
        <w:t>کہ ہاؤ ٹو اسٹیبلش پیٹ۔</w:t>
      </w:r>
    </w:p>
    <w:p>
      <w:r>
        <w:rPr>
          <w:b/>
        </w:rPr>
        <w:t xml:space="preserve">[32:48] </w:t>
      </w:r>
      <w:r>
        <w:t>How to establish peace between the two parties.</w:t>
      </w:r>
    </w:p>
    <w:p>
      <w:pPr>
        <w:jc w:val="right"/>
      </w:pPr>
      <w:r>
        <w:t>ہاؤ ٹو اسٹیبلش پیٹ، پیس بٹوین دا ٹو پارٹی۔</w:t>
      </w:r>
    </w:p>
    <w:p>
      <w:r>
        <w:rPr>
          <w:b/>
        </w:rPr>
        <w:t xml:space="preserve">[32:53] </w:t>
      </w:r>
      <w:r>
        <w:t>to do haftay tak yeh negotiation chalti rahi.</w:t>
      </w:r>
    </w:p>
    <w:p>
      <w:pPr>
        <w:jc w:val="right"/>
      </w:pPr>
      <w:r>
        <w:t>تو دو ہفتے تک یہ نیگوشی ایشن چلتی رہی۔</w:t>
      </w:r>
    </w:p>
    <w:p>
      <w:r>
        <w:rPr>
          <w:b/>
        </w:rPr>
        <w:t xml:space="preserve">[32:57] </w:t>
      </w:r>
      <w:r>
        <w:t>un logon ka kya manna tha? woh kehte thay ke hamari hi condition par aap ko, hamari saari</w:t>
      </w:r>
    </w:p>
    <w:p>
      <w:pPr>
        <w:jc w:val="right"/>
      </w:pPr>
      <w:r>
        <w:t>ان لوگوں کا کیا ماننا تھا؟ وہ کہتے تھے کہ ہماری ہی کنڈیشن پر آپ کو، ہماری ساری</w:t>
      </w:r>
    </w:p>
    <w:p>
      <w:r>
        <w:rPr>
          <w:b/>
        </w:rPr>
        <w:t xml:space="preserve">[33:02] </w:t>
      </w:r>
      <w:r>
        <w:t>condition ko aap ko manna pare ga.</w:t>
      </w:r>
    </w:p>
    <w:p>
      <w:pPr>
        <w:jc w:val="right"/>
      </w:pPr>
      <w:r>
        <w:t>کنڈیشن کو آپ کو ماننا پڑے گا۔</w:t>
      </w:r>
    </w:p>
    <w:p>
      <w:r>
        <w:rPr>
          <w:b/>
        </w:rPr>
        <w:t xml:space="preserve">[33:06] </w:t>
      </w:r>
      <w:r>
        <w:t>tab hum peace agreement par sign karein ge.</w:t>
      </w:r>
    </w:p>
    <w:p>
      <w:pPr>
        <w:jc w:val="right"/>
      </w:pPr>
      <w:r>
        <w:t>تب ہم پیس ایگریمنٹ پر سائن کریں گے۔</w:t>
      </w:r>
    </w:p>
    <w:p>
      <w:r>
        <w:rPr>
          <w:b/>
        </w:rPr>
        <w:t xml:space="preserve">[33:10] </w:t>
      </w:r>
      <w:r>
        <w:t>hum peace agreement par sign karne ko tayyar hain.</w:t>
      </w:r>
    </w:p>
    <w:p>
      <w:pPr>
        <w:jc w:val="right"/>
      </w:pPr>
      <w:r>
        <w:t>ہم پیس ایگریمنٹ پر سائن کرنے کو تیار ہیں۔</w:t>
      </w:r>
    </w:p>
    <w:p>
      <w:r>
        <w:rPr>
          <w:b/>
        </w:rPr>
        <w:t xml:space="preserve">[33:15] </w:t>
      </w:r>
      <w:r>
        <w:t>yani no war pact ka agreement tha woh, basically.</w:t>
      </w:r>
    </w:p>
    <w:p>
      <w:pPr>
        <w:jc w:val="right"/>
      </w:pPr>
      <w:r>
        <w:t>یعنی نو وار پیکٹ کا ایگریمنٹ تھا وہ، بیسیکلی۔</w:t>
      </w:r>
    </w:p>
    <w:p>
      <w:r>
        <w:rPr>
          <w:b/>
        </w:rPr>
        <w:t xml:space="preserve">[33:19] </w:t>
      </w:r>
      <w:r>
        <w:t>hum tayyar hain.</w:t>
      </w:r>
    </w:p>
    <w:p>
      <w:pPr>
        <w:jc w:val="right"/>
      </w:pPr>
      <w:r>
        <w:t>ہم تیار ہیں۔</w:t>
      </w:r>
    </w:p>
    <w:p>
      <w:r>
        <w:rPr>
          <w:b/>
        </w:rPr>
        <w:t xml:space="preserve">[33:24] </w:t>
      </w:r>
      <w:r>
        <w:t>lekin aap ko saari condition hamari manni pare gi.</w:t>
      </w:r>
    </w:p>
    <w:p>
      <w:pPr>
        <w:jc w:val="right"/>
      </w:pPr>
      <w:r>
        <w:t>لیکن آپ کو ساری کنڈیشن ہماری ماننی پڑے گی۔</w:t>
      </w:r>
    </w:p>
    <w:p>
      <w:r>
        <w:rPr>
          <w:b/>
        </w:rPr>
        <w:t xml:space="preserve">[33:29] </w:t>
      </w:r>
      <w:r>
        <w:t>to Rasool Allah maan gaye.</w:t>
      </w:r>
    </w:p>
    <w:p>
      <w:pPr>
        <w:jc w:val="right"/>
      </w:pPr>
      <w:r>
        <w:t>تو رسول اللہ مان گئے۔</w:t>
      </w:r>
    </w:p>
    <w:p>
      <w:r>
        <w:rPr>
          <w:b/>
        </w:rPr>
        <w:t xml:space="preserve">[33:33] </w:t>
      </w:r>
      <w:r>
        <w:t>ab sahaba jo aap ke saath thay us waqt, jo companion, un ko yeh baat bohat kharab lagi.</w:t>
      </w:r>
    </w:p>
    <w:p>
      <w:pPr>
        <w:jc w:val="right"/>
      </w:pPr>
      <w:r>
        <w:t>اب صحابہ جو آپ کے ساتھ تھے اس وقت، جو کمپینین، ان کو یہ بات بہت خراب لگی۔</w:t>
      </w:r>
    </w:p>
    <w:p>
      <w:r>
        <w:rPr>
          <w:b/>
        </w:rPr>
        <w:t xml:space="preserve">[33:38] </w:t>
      </w:r>
      <w:r>
        <w:t>unhon ne kaha ke yeh to bohat humiliating agreement hai.</w:t>
      </w:r>
    </w:p>
    <w:p>
      <w:pPr>
        <w:jc w:val="right"/>
      </w:pPr>
      <w:r>
        <w:t>انہوں نے کہا کہ یہ تو بہت ہیومیلیٹنگ ایگریمنٹ ہے۔</w:t>
      </w:r>
    </w:p>
    <w:p>
      <w:r>
        <w:rPr>
          <w:b/>
        </w:rPr>
        <w:t xml:space="preserve">[33:42] </w:t>
      </w:r>
      <w:r>
        <w:t>ke hamari koi baat na maani jaye, un ki baat maani jaye.</w:t>
      </w:r>
    </w:p>
    <w:p>
      <w:pPr>
        <w:jc w:val="right"/>
      </w:pPr>
      <w:r>
        <w:t>کہ ہماری کوئی بات نہ مانی جائے، ان کی بات مانی جائے۔</w:t>
      </w:r>
    </w:p>
    <w:p>
      <w:r>
        <w:rPr>
          <w:b/>
        </w:rPr>
        <w:t xml:space="preserve">[33:47] </w:t>
      </w:r>
      <w:r>
        <w:t>to Rasool Allah ne kaha ke nahi, mujhe yahi karna hai.</w:t>
      </w:r>
    </w:p>
    <w:p>
      <w:pPr>
        <w:jc w:val="right"/>
      </w:pPr>
      <w:r>
        <w:t>تو رسول اللہ نے کہا کہ نہیں، مجھے یہی کرنا ہے۔</w:t>
      </w:r>
    </w:p>
    <w:p>
      <w:r>
        <w:rPr>
          <w:b/>
        </w:rPr>
        <w:t xml:space="preserve">[33:51] </w:t>
      </w:r>
      <w:r>
        <w:t>Khuda ne aise hi bataya hai mujh ko.</w:t>
      </w:r>
    </w:p>
    <w:p>
      <w:pPr>
        <w:jc w:val="right"/>
      </w:pPr>
      <w:r>
        <w:t>خدا نے ایسے ہی بتایا ہے مجھ کو۔</w:t>
      </w:r>
    </w:p>
    <w:p>
      <w:r>
        <w:rPr>
          <w:b/>
        </w:rPr>
        <w:t xml:space="preserve">[33:54] </w:t>
      </w:r>
      <w:r>
        <w:t>to aap kitabon mein parh lijiye.</w:t>
      </w:r>
    </w:p>
    <w:p>
      <w:pPr>
        <w:jc w:val="right"/>
      </w:pPr>
      <w:r>
        <w:t>تو آپ کتابوں میں پڑھ لیجیے۔</w:t>
      </w:r>
    </w:p>
    <w:p>
      <w:r>
        <w:rPr>
          <w:b/>
        </w:rPr>
        <w:t xml:space="preserve">[33:58] </w:t>
      </w:r>
      <w:r>
        <w:t>hudaybiyah agreement hua.</w:t>
      </w:r>
    </w:p>
    <w:p>
      <w:pPr>
        <w:jc w:val="right"/>
      </w:pPr>
      <w:r>
        <w:t>حدیبیہ ایگریمنٹ ہوا۔</w:t>
      </w:r>
    </w:p>
    <w:p>
      <w:r>
        <w:rPr>
          <w:b/>
        </w:rPr>
        <w:t xml:space="preserve">[34:02] </w:t>
      </w:r>
      <w:r>
        <w:t>hudaybiyah agreement jo tha woh peace agreement tha.</w:t>
      </w:r>
    </w:p>
    <w:p>
      <w:pPr>
        <w:jc w:val="right"/>
      </w:pPr>
      <w:r>
        <w:t>حدیبیہ ایگریمنٹ جو تھا وہ پیس ایگریمنٹ تھا۔</w:t>
      </w:r>
    </w:p>
    <w:p>
      <w:r>
        <w:rPr>
          <w:b/>
        </w:rPr>
        <w:t xml:space="preserve">[34:06] </w:t>
      </w:r>
      <w:r>
        <w:t>woh no war pact ka agreement tha.</w:t>
      </w:r>
    </w:p>
    <w:p>
      <w:pPr>
        <w:jc w:val="right"/>
      </w:pPr>
      <w:r>
        <w:t>وہ نو وار پیکٹ کا ایگریمنٹ تھا۔</w:t>
      </w:r>
    </w:p>
    <w:p>
      <w:r>
        <w:rPr>
          <w:b/>
        </w:rPr>
        <w:t xml:space="preserve">[34:10] </w:t>
      </w:r>
      <w:r>
        <w:t>lekin is mein jitne bhi provision thay, woh sab doosri party ke favour mein thay.</w:t>
      </w:r>
    </w:p>
    <w:p>
      <w:pPr>
        <w:jc w:val="right"/>
      </w:pPr>
      <w:r>
        <w:t>لیکن اس میں جتنے بھی پروویژن تھے، وہ سب دوسری پارٹی کے فیور میں تھے۔</w:t>
      </w:r>
    </w:p>
    <w:p>
      <w:r>
        <w:rPr>
          <w:b/>
        </w:rPr>
        <w:t xml:space="preserve">[34:13] </w:t>
      </w:r>
      <w:r>
        <w:t>rasool Allah ke favour mein aik bhi nahi tha. to</w:t>
      </w:r>
    </w:p>
    <w:p>
      <w:pPr>
        <w:jc w:val="right"/>
      </w:pPr>
      <w:r>
        <w:t>رسول اللہ کے فیور میں ایک بھی نہیں تھا۔ تو</w:t>
      </w:r>
    </w:p>
    <w:p>
      <w:r>
        <w:rPr>
          <w:b/>
        </w:rPr>
        <w:t xml:space="preserve">[34:17] </w:t>
      </w:r>
      <w:r>
        <w:t>Rasool Allah ko kya cheez milti thi? peace. is se kya nikla? you have to establish peace at any cost. at any cost, at any cost. yeh hai da'wah culture. yani jab da'i mad'u ke beech mein enmity ki situation aa jaye, rivalry aa jaye, larai bhirhai ki situation ban jaye, then you have to establish peace. at any cost. kuch</w:t>
      </w:r>
    </w:p>
    <w:p>
      <w:pPr>
        <w:jc w:val="right"/>
      </w:pPr>
      <w:r>
        <w:t>رسول اللہ کو کیا چیز ملتی تھی؟ پیس۔ اس سے کیا نکلا؟ یو ہیو ٹو اسٹیبلش پیس ایٹ اینی کاسٹ۔ ایٹ اینی کاسٹ، ایٹ اینی کاسٹ۔ یہ ہے دعویٰ کلچر۔ یعنی جب داعی مدعو کے بیچ میں انمیٹیو کی سچویشن آ جائے، رائیولری آ جائے، لڑائی بھڑائی کی سچویشن بن جائے، دین یو ہیو ٹو اسٹیبلش پیس۔ ایٹ اینی کاسٹ۔ کچھ</w:t>
      </w:r>
    </w:p>
    <w:p>
      <w:r>
        <w:rPr>
          <w:b/>
        </w:rPr>
        <w:t xml:space="preserve">[34:47] </w:t>
      </w:r>
      <w:r>
        <w:t>bhi woh condition lagayen, maan lijiyay.</w:t>
      </w:r>
    </w:p>
    <w:p>
      <w:pPr>
        <w:jc w:val="right"/>
      </w:pPr>
      <w:r>
        <w:t>بھی وہ کنڈیشن لگائیں، مان لیجیے۔</w:t>
      </w:r>
    </w:p>
    <w:p>
      <w:r>
        <w:rPr>
          <w:b/>
        </w:rPr>
        <w:t xml:space="preserve">[34:51] </w:t>
      </w:r>
      <w:r>
        <w:t>bas aap ko peace mil jayay.</w:t>
      </w:r>
    </w:p>
    <w:p>
      <w:pPr>
        <w:jc w:val="right"/>
      </w:pPr>
      <w:r>
        <w:t>بس آپ کو پیس مل جائے۔</w:t>
      </w:r>
    </w:p>
    <w:p>
      <w:r>
        <w:rPr>
          <w:b/>
        </w:rPr>
        <w:t xml:space="preserve">[34:56] </w:t>
      </w:r>
      <w:r>
        <w:t>kyun? peace mil gayi to kya hua? dawah work ki opportunity mil gayi.</w:t>
      </w:r>
    </w:p>
    <w:p>
      <w:pPr>
        <w:jc w:val="right"/>
      </w:pPr>
      <w:r>
        <w:t>کیوں؟ پیس مل گئی تو کیا ہوا؟ دعویٰ ورک کی اپرچونیٹی مل گئی۔</w:t>
      </w:r>
    </w:p>
    <w:p>
      <w:r>
        <w:rPr>
          <w:b/>
        </w:rPr>
        <w:t xml:space="preserve">[35:00] </w:t>
      </w:r>
      <w:r>
        <w:t>jo condition lagayega doosri party ka aadmi, is mein kuch material sense mein kuch aap ka nuqsan hoga.</w:t>
      </w:r>
    </w:p>
    <w:p>
      <w:pPr>
        <w:jc w:val="right"/>
      </w:pPr>
      <w:r>
        <w:t>جو کنڈیشن لگائے گا دوسری پارٹی کا آدمی، اس میں کچھ مٹیریل سینس میں کچھ آپ کا نقصان ہوگا۔</w:t>
      </w:r>
    </w:p>
    <w:p>
      <w:r>
        <w:rPr>
          <w:b/>
        </w:rPr>
        <w:t xml:space="preserve">[35:04] </w:t>
      </w:r>
      <w:r>
        <w:t>kuch aap ki ka disrespect hoga.</w:t>
      </w:r>
    </w:p>
    <w:p>
      <w:pPr>
        <w:jc w:val="right"/>
      </w:pPr>
      <w:r>
        <w:t>کچھ آپ کی کا ڈس ریسپیکٹ ہوگا۔</w:t>
      </w:r>
    </w:p>
    <w:p>
      <w:r>
        <w:rPr>
          <w:b/>
        </w:rPr>
        <w:t xml:space="preserve">[35:09] </w:t>
      </w:r>
      <w:r>
        <w:t>yeh sab hoga.</w:t>
      </w:r>
    </w:p>
    <w:p>
      <w:pPr>
        <w:jc w:val="right"/>
      </w:pPr>
      <w:r>
        <w:t>یہ سب ہوگا۔</w:t>
      </w:r>
    </w:p>
    <w:p>
      <w:r>
        <w:rPr>
          <w:b/>
        </w:rPr>
        <w:t xml:space="preserve">[35:13] </w:t>
      </w:r>
      <w:r>
        <w:t>lekin aap ko</w:t>
      </w:r>
    </w:p>
    <w:p>
      <w:pPr>
        <w:jc w:val="right"/>
      </w:pPr>
      <w:r>
        <w:t>لیکن آپ کو</w:t>
      </w:r>
    </w:p>
    <w:p>
      <w:r>
        <w:rPr>
          <w:b/>
        </w:rPr>
        <w:t xml:space="preserve">[35:17] </w:t>
      </w:r>
      <w:r>
        <w:t>is se kya lena dena? aap ko yeh dekhna hai ke kya dawah work ke liye situation ban</w:t>
      </w:r>
    </w:p>
    <w:p>
      <w:pPr>
        <w:jc w:val="right"/>
      </w:pPr>
      <w:r>
        <w:t>اس سے کیا لینا دینا؟ آپ کو یہ دیکھنا ہے کہ کیا دعویٰ ورک کے لیے سچویشن بن</w:t>
      </w:r>
    </w:p>
    <w:p>
      <w:r>
        <w:rPr>
          <w:b/>
        </w:rPr>
        <w:t xml:space="preserve">[35:23] </w:t>
      </w:r>
      <w:r>
        <w:t>rahi hai? condition achi ban rahi hai is ke liye? to theek hai.</w:t>
      </w:r>
    </w:p>
    <w:p>
      <w:pPr>
        <w:jc w:val="right"/>
      </w:pPr>
      <w:r>
        <w:t>رہی ہے؟ کنڈیشن اچھی بن رہی ہے اس کے لیے؟ تو ٹھیک ہے۔</w:t>
      </w:r>
    </w:p>
    <w:p>
      <w:r>
        <w:rPr>
          <w:b/>
        </w:rPr>
        <w:t xml:space="preserve">[35:30] </w:t>
      </w:r>
      <w:r>
        <w:t>aap ki un ki condition ko maan kar ke kya hua? das saal ka no war pact ho gaya.</w:t>
      </w:r>
    </w:p>
    <w:p>
      <w:pPr>
        <w:jc w:val="right"/>
      </w:pPr>
      <w:r>
        <w:t>آپ کی ان کی کنڈیشن کو مان کر کے کیا ہوا؟ دس سال کا نو وار پیکٹ ہو گیا۔</w:t>
      </w:r>
    </w:p>
    <w:p>
      <w:r>
        <w:rPr>
          <w:b/>
        </w:rPr>
        <w:t xml:space="preserve">[35:36] </w:t>
      </w:r>
      <w:r>
        <w:t>das saal ka peace agreement ho gaya.</w:t>
      </w:r>
    </w:p>
    <w:p>
      <w:pPr>
        <w:jc w:val="right"/>
      </w:pPr>
      <w:r>
        <w:t>دس سال کا پیس ایگریمنٹ ہو گیا۔</w:t>
      </w:r>
    </w:p>
    <w:p>
      <w:r>
        <w:rPr>
          <w:b/>
        </w:rPr>
        <w:t xml:space="preserve">[35:42] </w:t>
      </w:r>
      <w:r>
        <w:t>is ke maani kya hue? ke kuch bhi ho, kuch bhi condition doosri ho, lekin</w:t>
      </w:r>
    </w:p>
    <w:p>
      <w:pPr>
        <w:jc w:val="right"/>
      </w:pPr>
      <w:r>
        <w:t>اس کے معنی کیا ہوئے؟ کہ کچھ بھی ہو، کچھ بھی کنڈیشن دوسری ہو، لیکن</w:t>
      </w:r>
    </w:p>
    <w:p>
      <w:r>
        <w:rPr>
          <w:b/>
        </w:rPr>
        <w:t xml:space="preserve">[35:48] </w:t>
      </w:r>
      <w:r>
        <w:t>yeh to phir bhi mila ke peace mil gaya aap ko.</w:t>
      </w:r>
    </w:p>
    <w:p>
      <w:pPr>
        <w:jc w:val="right"/>
      </w:pPr>
      <w:r>
        <w:t>یہ تو پھر بھی ملا کہ پیس مل گیا آپ کو۔</w:t>
      </w:r>
    </w:p>
    <w:p>
      <w:r>
        <w:rPr>
          <w:b/>
        </w:rPr>
        <w:t xml:space="preserve">[35:52] </w:t>
      </w:r>
      <w:r>
        <w:t>aur peace, where there is peace, there is dawah work.</w:t>
      </w:r>
    </w:p>
    <w:p>
      <w:pPr>
        <w:jc w:val="right"/>
      </w:pPr>
      <w:r>
        <w:t>اور پیس، ویر دیر از پیس، دیر از دعویٰ ورک۔</w:t>
      </w:r>
    </w:p>
    <w:p>
      <w:r>
        <w:rPr>
          <w:b/>
        </w:rPr>
        <w:t xml:space="preserve">[35:57] </w:t>
      </w:r>
      <w:r>
        <w:t>peace must hai dawah work ke liye.</w:t>
      </w:r>
    </w:p>
    <w:p>
      <w:pPr>
        <w:jc w:val="right"/>
      </w:pPr>
      <w:r>
        <w:t>پیس مسٹ ہے دعویٰ ورک کے لیے۔</w:t>
      </w:r>
    </w:p>
    <w:p>
      <w:r>
        <w:rPr>
          <w:b/>
        </w:rPr>
        <w:t xml:space="preserve">[36:01] </w:t>
      </w:r>
      <w:r>
        <w:t>to jab peace aa gayi to dawah work shuru ho gaya.</w:t>
      </w:r>
    </w:p>
    <w:p>
      <w:pPr>
        <w:jc w:val="right"/>
      </w:pPr>
      <w:r>
        <w:t>تو جب پیس آ گئی تو دعویٰ ورک شروع ہو گیا۔</w:t>
      </w:r>
    </w:p>
    <w:p>
      <w:r>
        <w:rPr>
          <w:b/>
        </w:rPr>
        <w:t xml:space="preserve">[36:05] </w:t>
      </w:r>
      <w:r>
        <w:t>yani makkah ke log aur madinah ke log is se pehle aapas mein aik doosre ke khilaf sochte thay.</w:t>
      </w:r>
    </w:p>
    <w:p>
      <w:pPr>
        <w:jc w:val="right"/>
      </w:pPr>
      <w:r>
        <w:t>یعنی مکہ کے لوگ اور مدینہ کے لوگ اس سے پہلے آپس میں ایک دوسرے کے خلاف سوچتے تھے۔</w:t>
      </w:r>
    </w:p>
    <w:p>
      <w:r>
        <w:rPr>
          <w:b/>
        </w:rPr>
        <w:t xml:space="preserve">[36:10] </w:t>
      </w:r>
      <w:r>
        <w:t>har waqt talwar tayyar karte thay.</w:t>
      </w:r>
    </w:p>
    <w:p>
      <w:pPr>
        <w:jc w:val="right"/>
      </w:pPr>
      <w:r>
        <w:t>ہر وقت تلوار تیار کرتے تھے۔</w:t>
      </w:r>
    </w:p>
    <w:p>
      <w:r>
        <w:rPr>
          <w:b/>
        </w:rPr>
        <w:t xml:space="preserve">[36:14] </w:t>
      </w:r>
      <w:r>
        <w:t>har waqt jo hai larai bhirayi ke</w:t>
      </w:r>
    </w:p>
    <w:p>
      <w:pPr>
        <w:jc w:val="right"/>
      </w:pPr>
      <w:r>
        <w:t>ہر وقت جو ہے لڑائی بھڑائی کے</w:t>
      </w:r>
    </w:p>
    <w:p>
      <w:r>
        <w:rPr>
          <w:b/>
        </w:rPr>
        <w:t xml:space="preserve">[36:18] </w:t>
      </w:r>
      <w:r>
        <w:t>taiyariyan karte thay.</w:t>
      </w:r>
    </w:p>
    <w:p>
      <w:pPr>
        <w:jc w:val="right"/>
      </w:pPr>
      <w:r>
        <w:t>تیاریاں کرتے تھے۔</w:t>
      </w:r>
    </w:p>
    <w:p>
      <w:r>
        <w:rPr>
          <w:b/>
        </w:rPr>
        <w:t xml:space="preserve">[36:22] </w:t>
      </w:r>
      <w:r>
        <w:t>ab is ki zaroorat nahi rahi.</w:t>
      </w:r>
    </w:p>
    <w:p>
      <w:pPr>
        <w:jc w:val="right"/>
      </w:pPr>
      <w:r>
        <w:t>اب اس کی ضرورت نہیں رہی۔</w:t>
      </w:r>
    </w:p>
    <w:p>
      <w:r>
        <w:rPr>
          <w:b/>
        </w:rPr>
        <w:t xml:space="preserve">[36:26] </w:t>
      </w:r>
      <w:r>
        <w:t>kyunke ab ho gaya ke bhai das saal tak to woh attack karen ge nahin.</w:t>
      </w:r>
    </w:p>
    <w:p>
      <w:pPr>
        <w:jc w:val="right"/>
      </w:pPr>
      <w:r>
        <w:t>کیونکہ اب ہو گیا کہ بھئی دس سال تک تو وہ اٹیک کریں گے نہیں۔</w:t>
      </w:r>
    </w:p>
    <w:p>
      <w:r>
        <w:rPr>
          <w:b/>
        </w:rPr>
        <w:t xml:space="preserve">[36:30] </w:t>
      </w:r>
      <w:r>
        <w:t>das saal tak to larai hone wali hai nahin.</w:t>
      </w:r>
    </w:p>
    <w:p>
      <w:pPr>
        <w:jc w:val="right"/>
      </w:pPr>
      <w:r>
        <w:t>دس سال تک تو لڑائی ہونے والی ہے نہیں۔</w:t>
      </w:r>
    </w:p>
    <w:p>
      <w:r>
        <w:rPr>
          <w:b/>
        </w:rPr>
        <w:t xml:space="preserve">[36:33] </w:t>
      </w:r>
      <w:r>
        <w:t>to ab kya hua? free, yani ab interaction shuru ho gaya.</w:t>
      </w:r>
    </w:p>
    <w:p>
      <w:pPr>
        <w:jc w:val="right"/>
      </w:pPr>
      <w:r>
        <w:t>تو اب کیا ہوا؟ فری، یعنی اب انٹریکشن شروع ہو گیا۔</w:t>
      </w:r>
    </w:p>
    <w:p>
      <w:r>
        <w:rPr>
          <w:b/>
        </w:rPr>
        <w:t xml:space="preserve">[36:37] </w:t>
      </w:r>
      <w:r>
        <w:t>donon ke beech mein.</w:t>
      </w:r>
    </w:p>
    <w:p>
      <w:pPr>
        <w:jc w:val="right"/>
      </w:pPr>
      <w:r>
        <w:t>دونوں کے بیچ میں۔</w:t>
      </w:r>
    </w:p>
    <w:p>
      <w:r>
        <w:rPr>
          <w:b/>
        </w:rPr>
        <w:t xml:space="preserve">[36:41] </w:t>
      </w:r>
      <w:r>
        <w:t>is se pehle interaction ruk gaya tha.</w:t>
      </w:r>
    </w:p>
    <w:p>
      <w:pPr>
        <w:jc w:val="right"/>
      </w:pPr>
      <w:r>
        <w:t>اس سے پہلے انٹریکشن رک گیا تھا۔</w:t>
      </w:r>
    </w:p>
    <w:p>
      <w:r>
        <w:rPr>
          <w:b/>
        </w:rPr>
        <w:t xml:space="preserve">[36:45] </w:t>
      </w:r>
      <w:r>
        <w:t>jo larai bhadai chalne lagi, violence hone laga to heat aai.</w:t>
      </w:r>
    </w:p>
    <w:p>
      <w:pPr>
        <w:jc w:val="right"/>
      </w:pPr>
      <w:r>
        <w:t>جو لڑائی بھڑائی چلنے لگی، وائلنس ہونے لگا تو ہیٹ آئی۔</w:t>
      </w:r>
    </w:p>
    <w:p>
      <w:r>
        <w:rPr>
          <w:b/>
        </w:rPr>
        <w:t xml:space="preserve">[36:49] </w:t>
      </w:r>
      <w:r>
        <w:t>heat aai aur donon taraf se doubts create ho gaye.</w:t>
      </w:r>
    </w:p>
    <w:p>
      <w:pPr>
        <w:jc w:val="right"/>
      </w:pPr>
      <w:r>
        <w:t>ہیٹ آئی اور دونوں طرف سے ڈاؤٹس کریٹ ہو گئے۔</w:t>
      </w:r>
    </w:p>
    <w:p>
      <w:r>
        <w:rPr>
          <w:b/>
        </w:rPr>
        <w:t xml:space="preserve">[36:55] </w:t>
      </w:r>
      <w:r>
        <w:t>na idhar ka aadmi idhar jata tha, na udhar ka aadmi idhar aata tha.</w:t>
      </w:r>
    </w:p>
    <w:p>
      <w:pPr>
        <w:jc w:val="right"/>
      </w:pPr>
      <w:r>
        <w:t>نہ ادھر کا آدمی ادھر جاتا تھا، نہ ادھر کا آدمی ادھر آتا تھا۔</w:t>
      </w:r>
    </w:p>
    <w:p>
      <w:r>
        <w:rPr>
          <w:b/>
        </w:rPr>
        <w:t xml:space="preserve">[37:01] </w:t>
      </w:r>
      <w:r>
        <w:t>lekin jab yeh declare kar diya gaya ke das saal tak donon party ke beech mein koi bhi</w:t>
      </w:r>
    </w:p>
    <w:p>
      <w:pPr>
        <w:jc w:val="right"/>
      </w:pPr>
      <w:r>
        <w:t>لیکن جب یہ ڈیکلیئر کر دیا گیا کہ دس سال تک دونوں پارٹی کے بیچ میں کوئی بھی</w:t>
      </w:r>
    </w:p>
    <w:p>
      <w:r>
        <w:rPr>
          <w:b/>
        </w:rPr>
        <w:t xml:space="preserve">[37:07] </w:t>
      </w:r>
      <w:r>
        <w:t>larai hone wali nahin hai, to khoob aana jana shuru ho gaya.</w:t>
      </w:r>
    </w:p>
    <w:p>
      <w:pPr>
        <w:jc w:val="right"/>
      </w:pPr>
      <w:r>
        <w:t>لڑائی ہونے والی نہیں ہے، تو خوب آنا جانا شروع ہو گیا۔</w:t>
      </w:r>
    </w:p>
    <w:p>
      <w:r>
        <w:rPr>
          <w:b/>
        </w:rPr>
        <w:t xml:space="preserve">[37:13] </w:t>
      </w:r>
      <w:r>
        <w:t>kyunke makkah aur madinah ke beech mein aap jante hain ke friends the, relatives the aur</w:t>
      </w:r>
    </w:p>
    <w:p>
      <w:pPr>
        <w:jc w:val="right"/>
      </w:pPr>
      <w:r>
        <w:t>کیونکہ مکہ اور مدینہ کے بیچ میں آپ جانتے ہیں کہ فرینڈز تھے، ریلیٹوز تھے اور</w:t>
      </w:r>
    </w:p>
    <w:p>
      <w:r>
        <w:rPr>
          <w:b/>
        </w:rPr>
        <w:t xml:space="preserve">[37:19] </w:t>
      </w:r>
      <w:r>
        <w:t>business ke talluqat the aapas mein.</w:t>
      </w:r>
    </w:p>
    <w:p>
      <w:pPr>
        <w:jc w:val="right"/>
      </w:pPr>
      <w:r>
        <w:t>بزنس کے تعلقات تھے آپس میں۔</w:t>
      </w:r>
    </w:p>
    <w:p>
      <w:r>
        <w:rPr>
          <w:b/>
        </w:rPr>
        <w:t xml:space="preserve">[37:23] </w:t>
      </w:r>
      <w:r>
        <w:t>yeh sab tha.</w:t>
      </w:r>
    </w:p>
    <w:p>
      <w:pPr>
        <w:jc w:val="right"/>
      </w:pPr>
      <w:r>
        <w:t>یہ سب تھا۔</w:t>
      </w:r>
    </w:p>
    <w:p>
      <w:r>
        <w:rPr>
          <w:b/>
        </w:rPr>
        <w:t xml:space="preserve">[37:27] </w:t>
      </w:r>
      <w:r>
        <w:t>to peaceful way mein interaction shuru ho gaya.</w:t>
      </w:r>
    </w:p>
    <w:p>
      <w:pPr>
        <w:jc w:val="right"/>
      </w:pPr>
      <w:r>
        <w:t>تو پیس فل وے میں انٹریکشن شروع ہو گیا۔</w:t>
      </w:r>
    </w:p>
    <w:p>
      <w:r>
        <w:rPr>
          <w:b/>
        </w:rPr>
        <w:t xml:space="preserve">[37:31] </w:t>
      </w:r>
      <w:r>
        <w:t>آپ جانتے ہیں کہ انٹریکشن کیا چیز ہے؟ Interaction means the work.</w:t>
      </w:r>
    </w:p>
    <w:p>
      <w:pPr>
        <w:jc w:val="right"/>
      </w:pPr>
      <w:r>
        <w:t>آپ جانتے ہیں کہ انٹریکشن کیا چیز ہے؟ انٹریکشن مینز دعویٰ ورک۔</w:t>
      </w:r>
    </w:p>
    <w:p>
      <w:r>
        <w:rPr>
          <w:b/>
        </w:rPr>
        <w:t xml:space="preserve">[37:34] </w:t>
      </w:r>
      <w:r>
        <w:t>where there is interaction, there is dawah work.</w:t>
      </w:r>
    </w:p>
    <w:p>
      <w:pPr>
        <w:jc w:val="right"/>
      </w:pPr>
      <w:r>
        <w:t>ویر دیر از انٹریکشن، دیر از دعویٰ ورک۔</w:t>
      </w:r>
    </w:p>
    <w:p>
      <w:r>
        <w:rPr>
          <w:b/>
        </w:rPr>
        <w:t xml:space="preserve">[37:38] </w:t>
      </w:r>
      <w:r>
        <w:t>kyunke jab aap kisi se milen ge to baat cheet karen ge.</w:t>
      </w:r>
    </w:p>
    <w:p>
      <w:pPr>
        <w:jc w:val="right"/>
      </w:pPr>
      <w:r>
        <w:t>کیونکہ جب آپ کسی سے ملیں گے تو بات چیت کریں گے۔</w:t>
      </w:r>
    </w:p>
    <w:p>
      <w:r>
        <w:rPr>
          <w:b/>
        </w:rPr>
        <w:t xml:space="preserve">[37:42] </w:t>
      </w:r>
      <w:r>
        <w:t>jab kisi se milen ge to dialogue hoga.</w:t>
      </w:r>
    </w:p>
    <w:p>
      <w:pPr>
        <w:jc w:val="right"/>
      </w:pPr>
      <w:r>
        <w:t>جب کسی سے ملیں گے تو ڈائیلاگ ہوگا۔</w:t>
      </w:r>
    </w:p>
    <w:p>
      <w:r>
        <w:rPr>
          <w:b/>
        </w:rPr>
        <w:t xml:space="preserve">[37:46] </w:t>
      </w:r>
      <w:r>
        <w:t>jab aap kisi se milen ge to discussion hoga. to</w:t>
      </w:r>
    </w:p>
    <w:p>
      <w:pPr>
        <w:jc w:val="right"/>
      </w:pPr>
      <w:r>
        <w:t>جب آپ کسی سے ملیں گے تو ڈسکشن ہوگا۔ تو</w:t>
      </w:r>
    </w:p>
    <w:p>
      <w:r>
        <w:rPr>
          <w:b/>
        </w:rPr>
        <w:t xml:space="preserve">[37:49] </w:t>
      </w:r>
      <w:r>
        <w:t>ab kya hua ke violent struggle to band ho gayi, lekin ideological struggle shuru ho gayi.</w:t>
      </w:r>
    </w:p>
    <w:p>
      <w:pPr>
        <w:jc w:val="right"/>
      </w:pPr>
      <w:r>
        <w:t>اب کیا ہوا کہ وائلنٹ اسٹرگل تو بند ہو گئی، لیکن آئیڈیالوجیکل اسٹرگل شروع ہو گئی۔</w:t>
      </w:r>
    </w:p>
    <w:p>
      <w:r>
        <w:rPr>
          <w:b/>
        </w:rPr>
        <w:t xml:space="preserve">[37:55] </w:t>
      </w:r>
      <w:r>
        <w:t>yani violent struggle to band ho gayi, lekin ideological struggle shuru ho gayi.</w:t>
      </w:r>
    </w:p>
    <w:p>
      <w:pPr>
        <w:jc w:val="right"/>
      </w:pPr>
      <w:r>
        <w:t>یعنی وائلنٹ اسٹرگل تو بند ہو گئی، لیکن آئیڈیالوجیکل اسٹرگل شروع ہو گئی۔</w:t>
      </w:r>
    </w:p>
    <w:p>
      <w:r>
        <w:rPr>
          <w:b/>
        </w:rPr>
        <w:t xml:space="preserve">[38:01] </w:t>
      </w:r>
      <w:r>
        <w:t>yani daawa work shuru ho gaya.</w:t>
      </w:r>
    </w:p>
    <w:p>
      <w:pPr>
        <w:jc w:val="right"/>
      </w:pPr>
      <w:r>
        <w:t>یعنی دعویٰ ورک شروع ہو گیا۔</w:t>
      </w:r>
    </w:p>
    <w:p>
      <w:r>
        <w:rPr>
          <w:b/>
        </w:rPr>
        <w:t xml:space="preserve">[38:08] </w:t>
      </w:r>
      <w:r>
        <w:t>ab kya hua? ke makkah walon ke dil mein tauheed ki baat utarne lagi.</w:t>
      </w:r>
    </w:p>
    <w:p>
      <w:pPr>
        <w:jc w:val="right"/>
      </w:pPr>
      <w:r>
        <w:t>اب کیا ہوا؟ کہ مکہ والوں کے دل میں توحید کی بات اترنے لگی۔</w:t>
      </w:r>
    </w:p>
    <w:p>
      <w:r>
        <w:rPr>
          <w:b/>
        </w:rPr>
        <w:t xml:space="preserve">[38:14] </w:t>
      </w:r>
      <w:r>
        <w:t>kyunke aap dekhiye,</w:t>
      </w:r>
    </w:p>
    <w:p>
      <w:pPr>
        <w:jc w:val="right"/>
      </w:pPr>
      <w:r>
        <w:t>کیونکہ آپ دیکھیے،</w:t>
      </w:r>
    </w:p>
    <w:p>
      <w:r>
        <w:rPr>
          <w:b/>
        </w:rPr>
        <w:t xml:space="preserve">[38:20] </w:t>
      </w:r>
      <w:r>
        <w:t>yeh unnatural baat hai ke teen sau saath buton ko pooja jaye.</w:t>
      </w:r>
    </w:p>
    <w:p>
      <w:pPr>
        <w:jc w:val="right"/>
      </w:pPr>
      <w:r>
        <w:t>یہ ان نیچرل بات ہے کہ تین سو ساٹھ بتوں کو پوجا جائے۔</w:t>
      </w:r>
    </w:p>
    <w:p>
      <w:r>
        <w:rPr>
          <w:b/>
        </w:rPr>
        <w:t xml:space="preserve">[38:22] </w:t>
      </w:r>
      <w:r>
        <w:t>yeh unnatural baat hai.</w:t>
      </w:r>
    </w:p>
    <w:p>
      <w:pPr>
        <w:jc w:val="right"/>
      </w:pPr>
      <w:r>
        <w:t>یہ ان نیچرل بات ہے۔</w:t>
      </w:r>
    </w:p>
    <w:p>
      <w:r>
        <w:rPr>
          <w:b/>
        </w:rPr>
        <w:t xml:space="preserve">[38:25] </w:t>
      </w:r>
      <w:r>
        <w:t>ek Khuda ki worship ki jaye.</w:t>
      </w:r>
    </w:p>
    <w:p>
      <w:pPr>
        <w:jc w:val="right"/>
      </w:pPr>
      <w:r>
        <w:t>ایک خدا کی ورشپ کی جائے۔</w:t>
      </w:r>
    </w:p>
    <w:p>
      <w:r>
        <w:rPr>
          <w:b/>
        </w:rPr>
        <w:t xml:space="preserve">[38:28] </w:t>
      </w:r>
      <w:r>
        <w:t>ek khuda ko apna sole concern banaya jaye.</w:t>
      </w:r>
    </w:p>
    <w:p>
      <w:pPr>
        <w:jc w:val="right"/>
      </w:pPr>
      <w:r>
        <w:t>ایک خدا کو اپنا سول کنسرن بنایا جائے۔</w:t>
      </w:r>
    </w:p>
    <w:p>
      <w:r>
        <w:rPr>
          <w:b/>
        </w:rPr>
        <w:t xml:space="preserve">[38:31] </w:t>
      </w:r>
      <w:r>
        <w:t>yeh natural baat hai.</w:t>
      </w:r>
    </w:p>
    <w:p>
      <w:pPr>
        <w:jc w:val="right"/>
      </w:pPr>
      <w:r>
        <w:t>یہ نیچرل بات ہے۔</w:t>
      </w:r>
    </w:p>
    <w:p>
      <w:r>
        <w:rPr>
          <w:b/>
        </w:rPr>
        <w:t xml:space="preserve">[38:34] </w:t>
      </w:r>
      <w:r>
        <w:t>yeh nature ko appeal karti hai.</w:t>
      </w:r>
    </w:p>
    <w:p>
      <w:pPr>
        <w:jc w:val="right"/>
      </w:pPr>
      <w:r>
        <w:t>یہ نیچر کو اپیل کرتی ہے۔</w:t>
      </w:r>
    </w:p>
    <w:p>
      <w:r>
        <w:rPr>
          <w:b/>
        </w:rPr>
        <w:t xml:space="preserve">[38:37] </w:t>
      </w:r>
      <w:r>
        <w:t>toh ideal worship jo hai un natural baat hai.</w:t>
      </w:r>
    </w:p>
    <w:p>
      <w:pPr>
        <w:jc w:val="right"/>
      </w:pPr>
      <w:r>
        <w:t>تو آئیڈیل ورشپ جو ہے ان نیچرل بات ہے۔</w:t>
      </w:r>
    </w:p>
    <w:p>
      <w:r>
        <w:rPr>
          <w:b/>
        </w:rPr>
        <w:t xml:space="preserve">[38:39] </w:t>
      </w:r>
      <w:r>
        <w:t>woh nature ko appeal nahi karti.</w:t>
      </w:r>
    </w:p>
    <w:p>
      <w:pPr>
        <w:jc w:val="right"/>
      </w:pPr>
      <w:r>
        <w:t>وہ نیچر کو اپیل نہیں کرتی۔</w:t>
      </w:r>
    </w:p>
    <w:p>
      <w:r>
        <w:rPr>
          <w:b/>
        </w:rPr>
        <w:t xml:space="preserve">[38:42] </w:t>
      </w:r>
      <w:r>
        <w:t>toh woh log un natural is mein jee rahe thay.</w:t>
      </w:r>
    </w:p>
    <w:p>
      <w:pPr>
        <w:jc w:val="right"/>
      </w:pPr>
      <w:r>
        <w:t>تو وہ لوگ ان نیچرل اس میں جی رہے تھے۔</w:t>
      </w:r>
    </w:p>
    <w:p>
      <w:r>
        <w:rPr>
          <w:b/>
        </w:rPr>
        <w:t xml:space="preserve">[38:45] </w:t>
      </w:r>
      <w:r>
        <w:t>un natural culture mein.</w:t>
      </w:r>
    </w:p>
    <w:p>
      <w:pPr>
        <w:jc w:val="right"/>
      </w:pPr>
      <w:r>
        <w:t>ان نیچرل کلچر میں۔</w:t>
      </w:r>
    </w:p>
    <w:p>
      <w:r>
        <w:rPr>
          <w:b/>
        </w:rPr>
        <w:t xml:space="preserve">[38:48] </w:t>
      </w:r>
      <w:r>
        <w:t>ab jab un ke samne</w:t>
      </w:r>
    </w:p>
    <w:p>
      <w:pPr>
        <w:jc w:val="right"/>
      </w:pPr>
      <w:r>
        <w:t>اب جب ان کے سامنے</w:t>
      </w:r>
    </w:p>
    <w:p>
      <w:r>
        <w:rPr>
          <w:b/>
        </w:rPr>
        <w:t xml:space="preserve">[38:51] </w:t>
      </w:r>
      <w:r>
        <w:t>, yani during discussion, during a dialogue, during dialogue, tawhid ki baat aane lagi to unko mahsus</w:t>
      </w:r>
    </w:p>
    <w:p>
      <w:pPr>
        <w:jc w:val="right"/>
      </w:pPr>
      <w:r>
        <w:t>، یعنی ڈیورنگ ڈسکشن، ڈیورنگ آئی ڈائیلاگ، ڈیورنگ ڈائیلاگ توحید کی بات آنے لگی تو ان کو محسوس</w:t>
      </w:r>
    </w:p>
    <w:p>
      <w:r>
        <w:rPr>
          <w:b/>
        </w:rPr>
        <w:t xml:space="preserve">[38:56] </w:t>
      </w:r>
      <w:r>
        <w:t>hone laga ke bhai yeh toh zyada achi baat hai.</w:t>
      </w:r>
    </w:p>
    <w:p>
      <w:pPr>
        <w:jc w:val="right"/>
      </w:pPr>
      <w:r>
        <w:t>ہونے لگا کہ بھئی یہ تو زیادہ اچھی بات ہے۔</w:t>
      </w:r>
    </w:p>
    <w:p>
      <w:r>
        <w:rPr>
          <w:b/>
        </w:rPr>
        <w:t xml:space="preserve">[39:01] </w:t>
      </w:r>
      <w:r>
        <w:t>yeh toh zyada achi baat hai.</w:t>
      </w:r>
    </w:p>
    <w:p>
      <w:pPr>
        <w:jc w:val="right"/>
      </w:pPr>
      <w:r>
        <w:t>یہ تو زیادہ اچھی بات ہے۔</w:t>
      </w:r>
    </w:p>
    <w:p>
      <w:r>
        <w:rPr>
          <w:b/>
        </w:rPr>
        <w:t xml:space="preserve">[39:06] </w:t>
      </w:r>
      <w:r>
        <w:t>toh nateeja kya hua? ke Islamization ka process shuru ho gaya.</w:t>
      </w:r>
    </w:p>
    <w:p>
      <w:pPr>
        <w:jc w:val="right"/>
      </w:pPr>
      <w:r>
        <w:t>تو نتیجہ کیا ہوا؟ کہ اسلامائزیشن کا پراسیس شروع ہو گیا۔</w:t>
      </w:r>
    </w:p>
    <w:p>
      <w:r>
        <w:rPr>
          <w:b/>
        </w:rPr>
        <w:t xml:space="preserve">[39:11] </w:t>
      </w:r>
      <w:r>
        <w:t>bohat tezi se log Islam mein, Islam ke fold mein aane lagay.</w:t>
      </w:r>
    </w:p>
    <w:p>
      <w:pPr>
        <w:jc w:val="right"/>
      </w:pPr>
      <w:r>
        <w:t>بہت تیزی سے لوگ اسلام میں، اسلام کے فولڈ میں آنے لگے۔</w:t>
      </w:r>
    </w:p>
    <w:p>
      <w:r>
        <w:rPr>
          <w:b/>
        </w:rPr>
        <w:t xml:space="preserve">[39:16] </w:t>
      </w:r>
      <w:r>
        <w:t>history batati hai ke</w:t>
      </w:r>
    </w:p>
    <w:p>
      <w:pPr>
        <w:jc w:val="right"/>
      </w:pPr>
      <w:r>
        <w:t>ہسٹری بتاتی ہے کہ</w:t>
      </w:r>
    </w:p>
    <w:p>
      <w:r>
        <w:rPr>
          <w:b/>
        </w:rPr>
        <w:t xml:space="preserve">[39:21] </w:t>
      </w:r>
      <w:r>
        <w:t>صرف دو سال کے اندر نمبر اتنا بڑھا کہ کہ جب ایگریمنٹ ہوا تھا، حدیبیہ ایگریمنٹ، تب Prophet</w:t>
      </w:r>
    </w:p>
    <w:p>
      <w:pPr>
        <w:jc w:val="right"/>
      </w:pPr>
      <w:r>
        <w:t>صرف دو سال کے اندر نمبر اتنا بڑھا کہ کہ جب ایگریمنٹ ہوا تھا، حدیبیہ ایگریمنٹ، تب پرافٹ</w:t>
      </w:r>
    </w:p>
    <w:p>
      <w:r>
        <w:rPr>
          <w:b/>
        </w:rPr>
        <w:t xml:space="preserve">[39:28] </w:t>
      </w:r>
      <w:r>
        <w:t>کے ساتھ صرف one thousand four hundred آدمی تھے۔</w:t>
      </w:r>
    </w:p>
    <w:p>
      <w:pPr>
        <w:jc w:val="right"/>
      </w:pPr>
      <w:r>
        <w:t>کے ساتھ صرف ون تھاؤزنڈ فور ہنڈرڈ آدمی تھے۔</w:t>
      </w:r>
    </w:p>
    <w:p>
      <w:r>
        <w:rPr>
          <w:b/>
        </w:rPr>
        <w:t xml:space="preserve">[39:36] </w:t>
      </w:r>
      <w:r>
        <w:t>one thousand four hundred aadmi.</w:t>
      </w:r>
    </w:p>
    <w:p>
      <w:pPr>
        <w:jc w:val="right"/>
      </w:pPr>
      <w:r>
        <w:t>ون تھاؤزنڈ فور ہنڈرڈ آدمی۔</w:t>
      </w:r>
    </w:p>
    <w:p>
      <w:r>
        <w:rPr>
          <w:b/>
        </w:rPr>
        <w:t xml:space="preserve">[39:44] </w:t>
      </w:r>
      <w:r>
        <w:t>lekin do saal ke andar kya hua? ke ten</w:t>
      </w:r>
    </w:p>
    <w:p>
      <w:pPr>
        <w:jc w:val="right"/>
      </w:pPr>
      <w:r>
        <w:t>لیکن دو سال کے اندر کیا ہوا؟ کہ ٹین</w:t>
      </w:r>
    </w:p>
    <w:p>
      <w:r>
        <w:rPr>
          <w:b/>
        </w:rPr>
        <w:t xml:space="preserve">[39:51] </w:t>
      </w:r>
      <w:r>
        <w:t>thousand aadmi aap ke saathi ban gaye.</w:t>
      </w:r>
    </w:p>
    <w:p>
      <w:pPr>
        <w:jc w:val="right"/>
      </w:pPr>
      <w:r>
        <w:t>تھاؤزنڈ آدمی آپ کے ساتھی بن گئے۔</w:t>
      </w:r>
    </w:p>
    <w:p>
      <w:r>
        <w:rPr>
          <w:b/>
        </w:rPr>
        <w:t xml:space="preserve">[39:56] </w:t>
      </w:r>
      <w:r>
        <w:t>das hazar aadmi aap ke saathi ban gaye.</w:t>
      </w:r>
    </w:p>
    <w:p>
      <w:pPr>
        <w:jc w:val="right"/>
      </w:pPr>
      <w:r>
        <w:t>دس ہزار آدمی آپ کے ساتھی بن گئے۔</w:t>
      </w:r>
    </w:p>
    <w:p>
      <w:r>
        <w:rPr>
          <w:b/>
        </w:rPr>
        <w:t xml:space="preserve">[40:01] </w:t>
      </w:r>
      <w:r>
        <w:t>اب دیکھیں کتنا rapid، کتنا rapid اس expansion ہوا۔</w:t>
      </w:r>
    </w:p>
    <w:p>
      <w:pPr>
        <w:jc w:val="right"/>
      </w:pPr>
      <w:r>
        <w:t>اب دیکھیں کتنا ریبڈ، کتنا ریپڈ اس ایکسپینشن ہوا۔</w:t>
      </w:r>
    </w:p>
    <w:p>
      <w:r>
        <w:rPr>
          <w:b/>
        </w:rPr>
        <w:t xml:space="preserve">[40:06] </w:t>
      </w:r>
      <w:r>
        <w:t>toh is mein aap dekh sakte hain misaal mein ke daai madu relationship jo hai woh har</w:t>
      </w:r>
    </w:p>
    <w:p>
      <w:pPr>
        <w:jc w:val="right"/>
      </w:pPr>
      <w:r>
        <w:t>تو اس میں آپ دیکھ سکتے ہیں مثال میں کہ داعی مدعو ریلیشن شپ جو ہے وہ ہر</w:t>
      </w:r>
    </w:p>
    <w:p>
      <w:r>
        <w:rPr>
          <w:b/>
        </w:rPr>
        <w:t xml:space="preserve">[40:11] </w:t>
      </w:r>
      <w:r>
        <w:t>haal mein maintain kiya jayega.</w:t>
      </w:r>
    </w:p>
    <w:p>
      <w:pPr>
        <w:jc w:val="right"/>
      </w:pPr>
      <w:r>
        <w:t>حال میں مینٹین کیا جائے گا۔</w:t>
      </w:r>
    </w:p>
    <w:p>
      <w:r>
        <w:rPr>
          <w:b/>
        </w:rPr>
        <w:t xml:space="preserve">[40:16] </w:t>
      </w:r>
      <w:r>
        <w:t>agar woh baqi hai toh bohat achi baat hai.</w:t>
      </w:r>
    </w:p>
    <w:p>
      <w:pPr>
        <w:jc w:val="right"/>
      </w:pPr>
      <w:r>
        <w:t>اگر وہ باقی ہے تو بہت اچھی بات ہے۔</w:t>
      </w:r>
    </w:p>
    <w:p>
      <w:r>
        <w:rPr>
          <w:b/>
        </w:rPr>
        <w:t xml:space="preserve">[40:21] </w:t>
      </w:r>
      <w:r>
        <w:t>اگر کسی وجہ سے وہ ڈسٹرب ہو گیا ہے تو آپ کو چاہیے کہ at any cost اس</w:t>
      </w:r>
    </w:p>
    <w:p>
      <w:pPr>
        <w:jc w:val="right"/>
      </w:pPr>
      <w:r>
        <w:t>اگر کسی وجہ سے وہ ڈسٹرب ہو گیا ہے تو آپ کو چاہیے کہ ایٹ اینی کاسٹ اس</w:t>
      </w:r>
    </w:p>
    <w:p>
      <w:r>
        <w:rPr>
          <w:b/>
        </w:rPr>
        <w:t xml:space="preserve">[40:26] </w:t>
      </w:r>
      <w:r>
        <w:t>ko phir se reestablish karen.</w:t>
      </w:r>
    </w:p>
    <w:p>
      <w:pPr>
        <w:jc w:val="right"/>
      </w:pPr>
      <w:r>
        <w:t>کو پھر سے ری اسٹیبلش کریں۔</w:t>
      </w:r>
    </w:p>
    <w:p>
      <w:r>
        <w:rPr>
          <w:b/>
        </w:rPr>
        <w:t xml:space="preserve">[40:30] </w:t>
      </w:r>
      <w:r>
        <w:t>phir se restore karen.</w:t>
      </w:r>
    </w:p>
    <w:p>
      <w:pPr>
        <w:jc w:val="right"/>
      </w:pPr>
      <w:r>
        <w:t>پھر سے ریسٹور کریں۔</w:t>
      </w:r>
    </w:p>
    <w:p>
      <w:r>
        <w:rPr>
          <w:b/>
        </w:rPr>
        <w:t xml:space="preserve">[40:34] </w:t>
      </w:r>
      <w:r>
        <w:t>is zamane mein badqismati se yahi nahi hua.</w:t>
      </w:r>
    </w:p>
    <w:p>
      <w:pPr>
        <w:jc w:val="right"/>
      </w:pPr>
      <w:r>
        <w:t>اس زمانے میں بدقسمتی سے یہی نہیں ہوا۔</w:t>
      </w:r>
    </w:p>
    <w:p>
      <w:r>
        <w:rPr>
          <w:b/>
        </w:rPr>
        <w:t xml:space="preserve">[40:38] </w:t>
      </w:r>
      <w:r>
        <w:t>yani jo ek enmity ban gayi, jo ek rivalry ban gayi ke America wale jo hain Islam ke dushman hain.</w:t>
      </w:r>
    </w:p>
    <w:p>
      <w:pPr>
        <w:jc w:val="right"/>
      </w:pPr>
      <w:r>
        <w:t>یعنی جو ایک انمیٹی بن گئی، جو ایک رائیولری بن گئی کہ امریکہ والے جو ہیں اسلام کے دشمن ہیں۔</w:t>
      </w:r>
    </w:p>
    <w:p>
      <w:r>
        <w:rPr>
          <w:b/>
        </w:rPr>
        <w:t xml:space="preserve">[40:43] </w:t>
      </w:r>
      <w:r>
        <w:t>Europe wale jo hain Islam ke dushman hain.</w:t>
      </w:r>
    </w:p>
    <w:p>
      <w:pPr>
        <w:jc w:val="right"/>
      </w:pPr>
      <w:r>
        <w:t>یورپ والے جو ہیں اسلام کے دشمن ہیں۔</w:t>
      </w:r>
    </w:p>
    <w:p>
      <w:r>
        <w:rPr>
          <w:b/>
        </w:rPr>
        <w:t xml:space="preserve">[40:47] </w:t>
      </w:r>
      <w:r>
        <w:t>Yahudi jo hain woh Islam ke dushman hain. Hindu</w:t>
      </w:r>
    </w:p>
    <w:p>
      <w:pPr>
        <w:jc w:val="right"/>
      </w:pPr>
      <w:r>
        <w:t>یہودی جو ہیں وہ اسلام کے دشمن ہیں۔ ہندو</w:t>
      </w:r>
    </w:p>
    <w:p>
      <w:r>
        <w:rPr>
          <w:b/>
        </w:rPr>
        <w:t xml:space="preserve">[40:51] </w:t>
      </w:r>
      <w:r>
        <w:t>jo hain woh bhi, un ko bhi dushmani hai hamare sath. to sari duniya ke bare mein yeh rai ban gayi keh yeh sab Islam ke dushman hain. to ab kya hua keh hum bhi un ke bare mein dushmani wali baatein sochne lage. hamari taraf se bhi wohi hua. jitne article chhape, jitne book chhapin, sab mein yahi baat hai. is ki extreme</w:t>
      </w:r>
    </w:p>
    <w:p>
      <w:pPr>
        <w:jc w:val="right"/>
      </w:pPr>
      <w:r>
        <w:t>جو ہیں وہ بھی، ان کو بھی دشمنی ہے ہمارے ساتھ۔ تو ساری دنیا کے بارے میں یہ رائے بن گئی کہ یہ سب اسلام کے دشمن ہیں۔ تو اب کیا ہوا کہ ہم بھی ان کے بارے میں دشمنی والی باتیں سوچنے لگے۔ ہماری طرف سے بھی وہی ہوا۔ جتنے آرٹیکل چھپے، جتنے بک چھپیں، سب میں یہی بات ہے۔ اس کی ایکسٹری</w:t>
      </w:r>
    </w:p>
    <w:p>
      <w:r>
        <w:rPr>
          <w:b/>
        </w:rPr>
        <w:t xml:space="preserve">[41:21] </w:t>
      </w:r>
      <w:r>
        <w:t>Masla yeh hai ke violent activism shuru ho gaya.</w:t>
      </w:r>
    </w:p>
    <w:p>
      <w:pPr>
        <w:jc w:val="right"/>
      </w:pPr>
      <w:r>
        <w:t>م شکل یہ ہے کہ وائلنٹ ایکٹیوزم شروع ہو گیا۔</w:t>
      </w:r>
    </w:p>
    <w:p>
      <w:r>
        <w:rPr>
          <w:b/>
        </w:rPr>
        <w:t xml:space="preserve">[41:25] </w:t>
      </w:r>
      <w:r>
        <w:t>جس کی extreme شکل یہ ہے کہ لوگوں نے suicide bombing شروع کر دی۔</w:t>
      </w:r>
    </w:p>
    <w:p>
      <w:pPr>
        <w:jc w:val="right"/>
      </w:pPr>
      <w:r>
        <w:t>جس کی ایکسٹریم شکل یہ ہے کہ لوگوں نے سوسائیڈ بمبنگ شروع کر دی۔</w:t>
      </w:r>
    </w:p>
    <w:p>
      <w:r>
        <w:rPr>
          <w:b/>
        </w:rPr>
        <w:t xml:space="preserve">[41:29] </w:t>
      </w:r>
      <w:r>
        <w:t>yani pehle heat aaya.</w:t>
      </w:r>
    </w:p>
    <w:p>
      <w:pPr>
        <w:jc w:val="right"/>
      </w:pPr>
      <w:r>
        <w:t>یعنی پہلے ہیٹ آیا۔</w:t>
      </w:r>
    </w:p>
    <w:p>
      <w:r>
        <w:rPr>
          <w:b/>
        </w:rPr>
        <w:t xml:space="preserve">[41:33] </w:t>
      </w:r>
      <w:r>
        <w:t>اس کے بعد protest اور complaint آیا۔</w:t>
      </w:r>
    </w:p>
    <w:p>
      <w:pPr>
        <w:jc w:val="right"/>
      </w:pPr>
      <w:r>
        <w:t>اس کے بعد پروٹیسٹ اور کمپلینٹ آیا۔</w:t>
      </w:r>
    </w:p>
    <w:p>
      <w:r>
        <w:rPr>
          <w:b/>
        </w:rPr>
        <w:t xml:space="preserve">[41:36] </w:t>
      </w:r>
      <w:r>
        <w:t>is ke baad violent activism aaya.</w:t>
      </w:r>
    </w:p>
    <w:p>
      <w:pPr>
        <w:jc w:val="right"/>
      </w:pPr>
      <w:r>
        <w:t>اس کے بعد وائلنٹ ایکٹیوزم آیا۔</w:t>
      </w:r>
    </w:p>
    <w:p>
      <w:r>
        <w:rPr>
          <w:b/>
        </w:rPr>
        <w:t xml:space="preserve">[41:40] </w:t>
      </w:r>
      <w:r>
        <w:t>aur jab violent activism mein dekha logon ne ke is mein koi faida nahin hai to kya kiya</w:t>
      </w:r>
    </w:p>
    <w:p>
      <w:pPr>
        <w:jc w:val="right"/>
      </w:pPr>
      <w:r>
        <w:t>اور جب وائلنٹ ایکٹیوزم میں دیکھا لوگوں نے کہ اس میں کوئی فائدہ نہیں ہے تو کیا کیا</w:t>
      </w:r>
    </w:p>
    <w:p>
      <w:r>
        <w:rPr>
          <w:b/>
        </w:rPr>
        <w:t xml:space="preserve">[41:44] </w:t>
      </w:r>
      <w:r>
        <w:t>انہوں نے؟ suicide bombing shuru kar di.</w:t>
      </w:r>
    </w:p>
    <w:p>
      <w:pPr>
        <w:jc w:val="right"/>
      </w:pPr>
      <w:r>
        <w:t>انہوں نے؟ سوسائیڈ بمبنگ شروع کر دی۔</w:t>
      </w:r>
    </w:p>
    <w:p>
      <w:r>
        <w:rPr>
          <w:b/>
        </w:rPr>
        <w:t xml:space="preserve">[41:48] </w:t>
      </w:r>
      <w:r>
        <w:t>is tarah se</w:t>
      </w:r>
    </w:p>
    <w:p>
      <w:pPr>
        <w:jc w:val="right"/>
      </w:pPr>
      <w:r>
        <w:t>اس طرح سے</w:t>
      </w:r>
    </w:p>
    <w:p>
      <w:r>
        <w:rPr>
          <w:b/>
        </w:rPr>
        <w:t xml:space="preserve">[41:51] </w:t>
      </w:r>
      <w:r>
        <w:t>Da'i mad'u ka jo relationship hai woh ek dum disturb ho gaya. Toot gaya.</w:t>
      </w:r>
    </w:p>
    <w:p>
      <w:pPr>
        <w:jc w:val="right"/>
      </w:pPr>
      <w:r>
        <w:t>داعی مدعو کا جو ریلیشن شپ ہے وہ ایک دم ڈسٹرب ہو گیا۔ ٹوٹ گیا۔</w:t>
      </w:r>
    </w:p>
    <w:p>
      <w:r>
        <w:rPr>
          <w:b/>
        </w:rPr>
        <w:t xml:space="preserve">[41:56] </w:t>
      </w:r>
      <w:r>
        <w:t>is poori muddat mein bohat hi anokhi baat hai ke koi bara leader utha nahi jo yeh kahe</w:t>
      </w:r>
    </w:p>
    <w:p>
      <w:pPr>
        <w:jc w:val="right"/>
      </w:pPr>
      <w:r>
        <w:t>اس پوری مدت میں بہت ہی انوکھی بات ہے کہ کوئی بڑا لیڈر اٹھا نہیں جو یہ کہے</w:t>
      </w:r>
    </w:p>
    <w:p>
      <w:r>
        <w:rPr>
          <w:b/>
        </w:rPr>
        <w:t xml:space="preserve">[42:00] </w:t>
      </w:r>
      <w:r>
        <w:t>ke yeh sab galat kar rahe ho tum.</w:t>
      </w:r>
    </w:p>
    <w:p>
      <w:pPr>
        <w:jc w:val="right"/>
      </w:pPr>
      <w:r>
        <w:t>کہ یہ سب غلط کر رہے ہو تم۔</w:t>
      </w:r>
    </w:p>
    <w:p>
      <w:r>
        <w:rPr>
          <w:b/>
        </w:rPr>
        <w:t xml:space="preserve">[42:05] </w:t>
      </w:r>
      <w:r>
        <w:t>yeh kaam bilkul galat kar rahe ho.</w:t>
      </w:r>
    </w:p>
    <w:p>
      <w:pPr>
        <w:jc w:val="right"/>
      </w:pPr>
      <w:r>
        <w:t>یہ کام بالکل غلط کر رہے ہو۔</w:t>
      </w:r>
    </w:p>
    <w:p>
      <w:r>
        <w:rPr>
          <w:b/>
        </w:rPr>
        <w:t xml:space="preserve">[42:09] </w:t>
      </w:r>
      <w:r>
        <w:t>hum daai hain, woh madu hain.</w:t>
      </w:r>
    </w:p>
    <w:p>
      <w:pPr>
        <w:jc w:val="right"/>
      </w:pPr>
      <w:r>
        <w:t>ہم داعی ہیں، وہ مدعو ہیں۔</w:t>
      </w:r>
    </w:p>
    <w:p>
      <w:r>
        <w:rPr>
          <w:b/>
        </w:rPr>
        <w:t xml:space="preserve">[42:14] </w:t>
      </w:r>
      <w:r>
        <w:t>tum enemy nahi keh sakte in ko.</w:t>
      </w:r>
    </w:p>
    <w:p>
      <w:pPr>
        <w:jc w:val="right"/>
      </w:pPr>
      <w:r>
        <w:t>تم اینمی نہیں کہہ سکتے ان کو۔</w:t>
      </w:r>
    </w:p>
    <w:p>
      <w:r>
        <w:rPr>
          <w:b/>
        </w:rPr>
        <w:t xml:space="preserve">[42:18] </w:t>
      </w:r>
      <w:r>
        <w:t>ان کو enemy کہنا یہ ہمارے لیے جائز نہیں ہے۔</w:t>
      </w:r>
    </w:p>
    <w:p>
      <w:pPr>
        <w:jc w:val="right"/>
      </w:pPr>
      <w:r>
        <w:t>ان کو اینمی کہنا یہ ہمارے لیے جائز نہیں ہے۔</w:t>
      </w:r>
    </w:p>
    <w:p>
      <w:r>
        <w:rPr>
          <w:b/>
        </w:rPr>
        <w:t xml:space="preserve">[42:23] </w:t>
      </w:r>
      <w:r>
        <w:t>ان کو rival بنانا اپنا یہ ہمارے لیے جائز نہیں ہے۔</w:t>
      </w:r>
    </w:p>
    <w:p>
      <w:pPr>
        <w:jc w:val="right"/>
      </w:pPr>
      <w:r>
        <w:t>ان کو رائیول بنانا اپنا یہ ہمارے لیے جائز نہیں ہے۔</w:t>
      </w:r>
    </w:p>
    <w:p>
      <w:r>
        <w:rPr>
          <w:b/>
        </w:rPr>
        <w:t xml:space="preserve">[42:28] </w:t>
      </w:r>
      <w:r>
        <w:t>ان کو conspirator بتانا یہ ہمارے لیے جائز نہیں ہے۔</w:t>
      </w:r>
    </w:p>
    <w:p>
      <w:pPr>
        <w:jc w:val="right"/>
      </w:pPr>
      <w:r>
        <w:t>ان کو کانسپریٹر بتانا یہ ہمارے لیے جائز نہیں ہے۔</w:t>
      </w:r>
    </w:p>
    <w:p>
      <w:r>
        <w:rPr>
          <w:b/>
        </w:rPr>
        <w:t xml:space="preserve">[42:33] </w:t>
      </w:r>
      <w:r>
        <w:t>hamara in ka jo talluq hai, jo relationship hai woh yeh hai ke hum daai hain, woh madu hain.</w:t>
      </w:r>
    </w:p>
    <w:p>
      <w:pPr>
        <w:jc w:val="right"/>
      </w:pPr>
      <w:r>
        <w:t>ہمارا ان کا جو تعلق ہے، جو ریلیشن شپ ہے وہ یہ ہے کہ ہم داعی ہیں، وہ مدعو ہیں۔</w:t>
      </w:r>
    </w:p>
    <w:p>
      <w:r>
        <w:rPr>
          <w:b/>
        </w:rPr>
        <w:t xml:space="preserve">[42:38] </w:t>
      </w:r>
      <w:r>
        <w:t>to daai madu relationship jo chala raha tha bohat pehle se, woh is zamane mein toot gaya.</w:t>
      </w:r>
    </w:p>
    <w:p>
      <w:pPr>
        <w:jc w:val="right"/>
      </w:pPr>
      <w:r>
        <w:t>تو داعی مدعو ریلیشن شپ جو چلا رہا تھا بہت پہلے سے، وہ اس زمانے میں ٹوٹ گیا۔</w:t>
      </w:r>
    </w:p>
    <w:p>
      <w:r>
        <w:rPr>
          <w:b/>
        </w:rPr>
        <w:t xml:space="preserve">[42:44] </w:t>
      </w:r>
      <w:r>
        <w:t>تو اب کیا کرنا تھا؟ آپ کو restore کرنا تھا۔</w:t>
      </w:r>
    </w:p>
    <w:p>
      <w:pPr>
        <w:jc w:val="right"/>
      </w:pPr>
      <w:r>
        <w:t>تو اب کیا کرنا تھا؟ آپ کو ریسٹور کرنا تھا۔</w:t>
      </w:r>
    </w:p>
    <w:p>
      <w:r>
        <w:rPr>
          <w:b/>
        </w:rPr>
        <w:t xml:space="preserve">[42:49] </w:t>
      </w:r>
      <w:r>
        <w:t>aap ko reestablish karna tha.</w:t>
      </w:r>
    </w:p>
    <w:p>
      <w:pPr>
        <w:jc w:val="right"/>
      </w:pPr>
      <w:r>
        <w:t>آپ کو ری اسٹیبلش کرنا تھا۔</w:t>
      </w:r>
    </w:p>
    <w:p>
      <w:r>
        <w:rPr>
          <w:b/>
        </w:rPr>
        <w:t xml:space="preserve">[42:54] </w:t>
      </w:r>
      <w:r>
        <w:t>yani is ko phir se wapas lana tha is situation ko. magar yeh kaam nahi hua. magar yeh kaam nahi hua. nateeja kya hua keh sari duniya mein Islam se log hate karne lage. abhi bhi kuch log Islam accept kar rahe hain, woh apni nature ki wajah se. keh Islam jo hai woh kya hai? woh religion of nature hai. religion of nature hai. to kuch log</w:t>
      </w:r>
    </w:p>
    <w:p>
      <w:pPr>
        <w:jc w:val="right"/>
      </w:pPr>
      <w:r>
        <w:t>یعنی اس کو پھر سے واپس لانا تھا اس سچویشن کو۔ مگر یہ کام نہیں ہوا۔ مگر یہ کام نہیں ہوا۔ نتیجہ کیا ہوا کہ ساری دنیا میں اسلام سے لوگ ہیٹ کرنے لگے۔ ابھی بھی کچھ لوگ اسلام ایکسیپٹ کر رہے ہیں، وہ اپنی نیچر کی وجہ سے۔ کہ اسلام جو ہے وہ کیا ہے؟ وہ ریلیجن آف نیچر ہے۔ ریلیجن آف نیچر ہے۔ تو کچھ لوگ ای</w:t>
      </w:r>
    </w:p>
    <w:p>
      <w:r>
        <w:rPr>
          <w:b/>
        </w:rPr>
        <w:t xml:space="preserve">[43:24] </w:t>
      </w:r>
      <w:r>
        <w:t>سے ہوتے ہیں جن کی nature جو ہے وہاں پر intact ہوتی ہے۔</w:t>
      </w:r>
    </w:p>
    <w:p>
      <w:pPr>
        <w:jc w:val="right"/>
      </w:pPr>
      <w:r>
        <w:t>سے ہوتے ہیں جن کی نیچر جو ہے وہاں پر انٹیکٹ ہوتی ہے۔</w:t>
      </w:r>
    </w:p>
    <w:p>
      <w:r>
        <w:rPr>
          <w:b/>
        </w:rPr>
        <w:t xml:space="preserve">[43:30] </w:t>
      </w:r>
      <w:r>
        <w:t>to woh dekhte hain ke bhai yeh to mere, mere apne hi nature wali baat is mein hai.</w:t>
      </w:r>
    </w:p>
    <w:p>
      <w:pPr>
        <w:jc w:val="right"/>
      </w:pPr>
      <w:r>
        <w:t>تو وہ دیکھتے ہیں کہ بھئی یہ تو میرے، میرے اپنے ہی نیچر والی بات اس میں ہے۔</w:t>
      </w:r>
    </w:p>
    <w:p>
      <w:r>
        <w:rPr>
          <w:b/>
        </w:rPr>
        <w:t xml:space="preserve">[43:36] </w:t>
      </w:r>
      <w:r>
        <w:t>to is ko apna lete hain.</w:t>
      </w:r>
    </w:p>
    <w:p>
      <w:pPr>
        <w:jc w:val="right"/>
      </w:pPr>
      <w:r>
        <w:t>تو اس کو اپنا لیتے ہیں۔</w:t>
      </w:r>
    </w:p>
    <w:p>
      <w:r>
        <w:rPr>
          <w:b/>
        </w:rPr>
        <w:t xml:space="preserve">[43:43] </w:t>
      </w:r>
      <w:r>
        <w:t>لیکن بہت تھوڑے لوگ، بہت بڑی میجورٹی، overwhelming میجورٹی ابھی بھی ایسی ہے جو اسلام سے دور ہے۔</w:t>
      </w:r>
    </w:p>
    <w:p>
      <w:pPr>
        <w:jc w:val="right"/>
      </w:pPr>
      <w:r>
        <w:t>لیکن بہت تھوڑے لوگ، بہت بڑی میجورٹی، اوور ویلمنگ میجورٹی ابھی بھی ایسی ہے جو اسلام سے دور ہے۔</w:t>
      </w:r>
    </w:p>
    <w:p>
      <w:r>
        <w:rPr>
          <w:b/>
        </w:rPr>
        <w:t xml:space="preserve">[43:49] </w:t>
      </w:r>
      <w:r>
        <w:t>to ek ek aadmi jo duniya mein paida ho kar aaya hai, ek ek aadmi hamara madu hai.</w:t>
      </w:r>
    </w:p>
    <w:p>
      <w:pPr>
        <w:jc w:val="right"/>
      </w:pPr>
      <w:r>
        <w:t>تو ایک ایک آدمی جو دنیا میں پیدا ہو کر آیا ہے، ایک ایک آدمی ہمارا مدعو ہے۔</w:t>
      </w:r>
    </w:p>
    <w:p>
      <w:r>
        <w:rPr>
          <w:b/>
        </w:rPr>
        <w:t xml:space="preserve">[43:55] </w:t>
      </w:r>
      <w:r>
        <w:t>aisa nahi hai ke kuch log agar Islam ke fold mein aa jayen to hamare kaam khatam ho gaye. Nahi.</w:t>
      </w:r>
    </w:p>
    <w:p>
      <w:pPr>
        <w:jc w:val="right"/>
      </w:pPr>
      <w:r>
        <w:t>ایسا نہیں ہے کہ کچھ لوگ اگر اسلام کے فولڈ میں آ جائیں تو ہمارے کام ختم ہو گئے۔ نہیں۔</w:t>
      </w:r>
    </w:p>
    <w:p>
      <w:r>
        <w:rPr>
          <w:b/>
        </w:rPr>
        <w:t xml:space="preserve">[44:02] </w:t>
      </w:r>
      <w:r>
        <w:t>ek ek aadmi, har har country ka aadmi, har area ka aadmi, har aurat, har mard hamara madu hai.</w:t>
      </w:r>
    </w:p>
    <w:p>
      <w:pPr>
        <w:jc w:val="right"/>
      </w:pPr>
      <w:r>
        <w:t>ایک ایک آدمی، ہر ہر کنٹری کا آدمی، ہر ایریا کا آدمی، ہر عورت، ہر مرد ہمارا مدعو ہے۔</w:t>
      </w:r>
    </w:p>
    <w:p>
      <w:r>
        <w:rPr>
          <w:b/>
        </w:rPr>
        <w:t xml:space="preserve">[44:10] </w:t>
      </w:r>
      <w:r>
        <w:t>is liye main yeh kahunga ke hamare liye jo starting point hai woh kya hai? Starting point</w:t>
      </w:r>
    </w:p>
    <w:p>
      <w:pPr>
        <w:jc w:val="right"/>
      </w:pPr>
      <w:r>
        <w:t>اس لیے میں یہ کہوں گا کہ ہمارے لیے جو سٹارٹنگ پوائنٹ ہے وہ کیا ہے؟ سٹارٹنگ پوائنٹ</w:t>
      </w:r>
    </w:p>
    <w:p>
      <w:r>
        <w:rPr>
          <w:b/>
        </w:rPr>
        <w:t xml:space="preserve">[44:17] </w:t>
      </w:r>
      <w:r>
        <w:t>yeh nahi hai ke doosro</w:t>
      </w:r>
    </w:p>
    <w:p>
      <w:pPr>
        <w:jc w:val="right"/>
      </w:pPr>
      <w:r>
        <w:t>یہ نہیں ہے کہ دوسرو</w:t>
      </w:r>
    </w:p>
    <w:p>
      <w:r>
        <w:rPr>
          <w:b/>
        </w:rPr>
        <w:t xml:space="preserve">[44:25] </w:t>
      </w:r>
      <w:r>
        <w:t>n ka bura bhala kahein.</w:t>
      </w:r>
    </w:p>
    <w:p>
      <w:pPr>
        <w:jc w:val="right"/>
      </w:pPr>
      <w:r>
        <w:t>ں کا برا بھلا کہیں۔</w:t>
      </w:r>
    </w:p>
    <w:p>
      <w:r>
        <w:rPr>
          <w:b/>
        </w:rPr>
        <w:t xml:space="preserve">[44:30] </w:t>
      </w:r>
      <w:r>
        <w:t>doosron ko hum declare karein ke yeh oppressor hain. Nahi.</w:t>
      </w:r>
    </w:p>
    <w:p>
      <w:pPr>
        <w:jc w:val="right"/>
      </w:pPr>
      <w:r>
        <w:t>دوسروں کو ہم ڈیکلیئر کریں کہ یہ آپریسر ہیں۔ نہیں۔</w:t>
      </w:r>
    </w:p>
    <w:p>
      <w:r>
        <w:rPr>
          <w:b/>
        </w:rPr>
        <w:t xml:space="preserve">[44:35] </w:t>
      </w:r>
      <w:r>
        <w:t>hum khud apne, apne ko correct karein.</w:t>
      </w:r>
    </w:p>
    <w:p>
      <w:pPr>
        <w:jc w:val="right"/>
      </w:pPr>
      <w:r>
        <w:t>ہم خود اپنے، اپنے کو کریکٹ کریں۔</w:t>
      </w:r>
    </w:p>
    <w:p>
      <w:r>
        <w:rPr>
          <w:b/>
        </w:rPr>
        <w:t xml:space="preserve">[44:40] </w:t>
      </w:r>
      <w:r>
        <w:t>yeh self correction ka process hai yeh. Yaad rakhiye.</w:t>
      </w:r>
    </w:p>
    <w:p>
      <w:pPr>
        <w:jc w:val="right"/>
      </w:pPr>
      <w:r>
        <w:t>یہ سیلف کریکشن کا پراسیس ہے یہ۔ یاد رکھیے۔</w:t>
      </w:r>
    </w:p>
    <w:p>
      <w:r>
        <w:rPr>
          <w:b/>
        </w:rPr>
        <w:t xml:space="preserve">[44:45] </w:t>
      </w:r>
      <w:r>
        <w:t>doosron ko bura batane ka muamla nahi hai yeh.</w:t>
      </w:r>
    </w:p>
    <w:p>
      <w:pPr>
        <w:jc w:val="right"/>
      </w:pPr>
      <w:r>
        <w:t>دوسروں کو برا بتانے کا معاملہ نہیں ہے یہ۔</w:t>
      </w:r>
    </w:p>
    <w:p>
      <w:r>
        <w:rPr>
          <w:b/>
        </w:rPr>
        <w:t xml:space="preserve">[44:50] </w:t>
      </w:r>
      <w:r>
        <w:t>Rasool Allah ne kabhi aisa nahi kaha ke doosron ko bura batayein.</w:t>
      </w:r>
    </w:p>
    <w:p>
      <w:pPr>
        <w:jc w:val="right"/>
      </w:pPr>
      <w:r>
        <w:t>رسول اللہ نے کبھی ایسا نہیں کہا کہ دوسروں کو برا بتائیں۔</w:t>
      </w:r>
    </w:p>
    <w:p>
      <w:r>
        <w:rPr>
          <w:b/>
        </w:rPr>
        <w:t xml:space="preserve">[44:55] </w:t>
      </w:r>
      <w:r>
        <w:t>daai ka jo culture hai woh yeh nahi hai ke doosron ko blame de.</w:t>
      </w:r>
    </w:p>
    <w:p>
      <w:pPr>
        <w:jc w:val="right"/>
      </w:pPr>
      <w:r>
        <w:t>داعی کا جو کلچر ہے وہ یہ نہیں ہے کہ دوسروں کو بلیم دے۔</w:t>
      </w:r>
    </w:p>
    <w:p>
      <w:r>
        <w:rPr>
          <w:b/>
        </w:rPr>
        <w:t xml:space="preserve">[45:00] </w:t>
      </w:r>
      <w:r>
        <w:t>The culture is blame thyself. Introspection karo.</w:t>
      </w:r>
    </w:p>
    <w:p>
      <w:pPr>
        <w:jc w:val="right"/>
      </w:pPr>
      <w:r>
        <w:t>داعی کلچر ہے بلیم دائی سیلف۔ انٹراسپیکشن کرو۔</w:t>
      </w:r>
    </w:p>
    <w:p>
      <w:r>
        <w:rPr>
          <w:b/>
        </w:rPr>
        <w:t xml:space="preserve">[45:05] </w:t>
      </w:r>
      <w:r>
        <w:t>apne aap ko correct karo.</w:t>
      </w:r>
    </w:p>
    <w:p>
      <w:pPr>
        <w:jc w:val="right"/>
      </w:pPr>
      <w:r>
        <w:t>اپنے آپ کو کریکٹ کرو۔</w:t>
      </w:r>
    </w:p>
    <w:p>
      <w:r>
        <w:rPr>
          <w:b/>
        </w:rPr>
        <w:t xml:space="preserve">[45:10] </w:t>
      </w:r>
      <w:r>
        <w:t>یعنی unilateral ethics جو ہے وہ ہے داعی کا کلچر۔</w:t>
      </w:r>
    </w:p>
    <w:p>
      <w:pPr>
        <w:jc w:val="right"/>
      </w:pPr>
      <w:r>
        <w:t>یعنی یونی لیٹرل ایتھکس جو ہے وہ ہے داعی کا کلچر۔</w:t>
      </w:r>
    </w:p>
    <w:p>
      <w:r>
        <w:rPr>
          <w:b/>
        </w:rPr>
        <w:t xml:space="preserve">[45:15] </w:t>
      </w:r>
      <w:r>
        <w:t>bilateral ethics nahi hai.</w:t>
      </w:r>
    </w:p>
    <w:p>
      <w:pPr>
        <w:jc w:val="right"/>
      </w:pPr>
      <w:r>
        <w:t>بائی لیٹرل ایتھکس نہیں ہے۔</w:t>
      </w:r>
    </w:p>
    <w:p>
      <w:r>
        <w:rPr>
          <w:b/>
        </w:rPr>
        <w:t xml:space="preserve">[45:20] </w:t>
      </w:r>
      <w:r>
        <w:t>to aaj kal dekhiye sari dunya mein bohat ziyada likha ja raha hai, bola ja raha hai.</w:t>
      </w:r>
    </w:p>
    <w:p>
      <w:pPr>
        <w:jc w:val="right"/>
      </w:pPr>
      <w:r>
        <w:t>تو آج کل دیکھیے ساری دنیا میں بہت زیادہ لکھا جا رہا ہے، بولا جا رہا ہے۔</w:t>
      </w:r>
    </w:p>
    <w:p>
      <w:r>
        <w:rPr>
          <w:b/>
        </w:rPr>
        <w:t xml:space="preserve">[45:25] </w:t>
      </w:r>
      <w:r>
        <w:t>wo kis par? doosron ko bura kehne par.</w:t>
      </w:r>
    </w:p>
    <w:p>
      <w:pPr>
        <w:jc w:val="right"/>
      </w:pPr>
      <w:r>
        <w:t>وہ کس پر؟ دوسروں کو برا کہنے پر۔</w:t>
      </w:r>
    </w:p>
    <w:p>
      <w:r>
        <w:rPr>
          <w:b/>
        </w:rPr>
        <w:t xml:space="preserve">[45:29] </w:t>
      </w:r>
      <w:r>
        <w:t>ke sahib yeh media hamara dushman hai.</w:t>
      </w:r>
    </w:p>
    <w:p>
      <w:pPr>
        <w:jc w:val="right"/>
      </w:pPr>
      <w:r>
        <w:t>کہ صاحب یہ میڈیا ہمارا دشمن ہے۔</w:t>
      </w:r>
    </w:p>
    <w:p>
      <w:r>
        <w:rPr>
          <w:b/>
        </w:rPr>
        <w:t xml:space="preserve">[45:32] </w:t>
      </w:r>
      <w:r>
        <w:t>falan log hamare dushman hain.</w:t>
      </w:r>
    </w:p>
    <w:p>
      <w:pPr>
        <w:jc w:val="right"/>
      </w:pPr>
      <w:r>
        <w:t>فلاں لوگ ہمارے دشمن ہیں۔</w:t>
      </w:r>
    </w:p>
    <w:p>
      <w:r>
        <w:rPr>
          <w:b/>
        </w:rPr>
        <w:t xml:space="preserve">[45:36] </w:t>
      </w:r>
      <w:r>
        <w:t>falan log hamare khilaf conspiracy kar rahe hain.</w:t>
      </w:r>
    </w:p>
    <w:p>
      <w:pPr>
        <w:jc w:val="right"/>
      </w:pPr>
      <w:r>
        <w:t>فلاں لوگ ہمارے خلاف کانسپریسی کر رہے ہیں۔</w:t>
      </w:r>
    </w:p>
    <w:p>
      <w:r>
        <w:rPr>
          <w:b/>
        </w:rPr>
        <w:t xml:space="preserve">[45:39] </w:t>
      </w:r>
      <w:r>
        <w:t>yani doosre ke buraiyon ko batana.</w:t>
      </w:r>
    </w:p>
    <w:p>
      <w:pPr>
        <w:jc w:val="right"/>
      </w:pPr>
      <w:r>
        <w:t>یعنی دوسرے کے برائیوں کو بتانا۔</w:t>
      </w:r>
    </w:p>
    <w:p>
      <w:r>
        <w:rPr>
          <w:b/>
        </w:rPr>
        <w:t xml:space="preserve">[45:43] </w:t>
      </w:r>
      <w:r>
        <w:t>yeh koi kaam nahi hai.</w:t>
      </w:r>
    </w:p>
    <w:p>
      <w:pPr>
        <w:jc w:val="right"/>
      </w:pPr>
      <w:r>
        <w:t>یہ کوئی کام نہیں ہے۔</w:t>
      </w:r>
    </w:p>
    <w:p>
      <w:r>
        <w:rPr>
          <w:b/>
        </w:rPr>
        <w:t xml:space="preserve">[45:46] </w:t>
      </w:r>
      <w:r>
        <w:t>yeh bilkul koi kaam nahi hai.</w:t>
      </w:r>
    </w:p>
    <w:p>
      <w:pPr>
        <w:jc w:val="right"/>
      </w:pPr>
      <w:r>
        <w:t>یہ بالکل کوئی کام نہیں ہے۔</w:t>
      </w:r>
    </w:p>
    <w:p>
      <w:r>
        <w:rPr>
          <w:b/>
        </w:rPr>
        <w:t xml:space="preserve">[45:50] </w:t>
      </w:r>
      <w:r>
        <w:t>khuda aise kaam ko accept karne wala nahi hai.</w:t>
      </w:r>
    </w:p>
    <w:p>
      <w:pPr>
        <w:jc w:val="right"/>
      </w:pPr>
      <w:r>
        <w:t>خدا ایسے کام کو ایکسیپٹ کرنے والا نہیں ہے۔</w:t>
      </w:r>
    </w:p>
    <w:p>
      <w:r>
        <w:rPr>
          <w:b/>
        </w:rPr>
        <w:t xml:space="preserve">[45:53] </w:t>
      </w:r>
      <w:r>
        <w:t>humein to yeh sochna hai</w:t>
      </w:r>
    </w:p>
    <w:p>
      <w:pPr>
        <w:jc w:val="right"/>
      </w:pPr>
      <w:r>
        <w:t>ہمیں تو یہ سوچنا ہے</w:t>
      </w:r>
    </w:p>
    <w:p>
      <w:r>
        <w:rPr>
          <w:b/>
        </w:rPr>
        <w:t xml:space="preserve">[45:57] </w:t>
      </w:r>
      <w:r>
        <w:t>ke apne ko hum correct karein. jaise mein example deta hoon ke denmark mein ek cartoon chhapa. is cartoon ke bare mein musalmanon ko ehsaas ho gaya ke is mein islam ko defame kiya gaya hai. ab kya hua? saari duniya mein shor macha diya unhone. denmark mein juloos nikalne lage. ek hangama khada ho gaya. nateeja kya hua? islam ki badnami</w:t>
      </w:r>
    </w:p>
    <w:p>
      <w:pPr>
        <w:jc w:val="right"/>
      </w:pPr>
      <w:r>
        <w:t>کہ اپنے کو ہم کریکٹ کریں۔ جیسے میں ایگزامپل دیتا ہوں کہ ڈنمارک میں ایک کارٹون چھپا۔ اس کارٹون کے بارے میں مسلمانوں کو احساس ہو گیا کہ اس میں اسلام کو ڈی فیم کیا گیا ہے۔ اب کیا ہوا؟ ساری دنیا میں شور مچا دیا انہوں نے۔ ڈنمارک میں جلوس نکلنے لگے۔ ایک ہنگامہ کھڑا ہو گیا۔ نتیجہ کیا ہوا؟ اسلام کی بدنامی</w:t>
      </w:r>
    </w:p>
    <w:p>
      <w:r>
        <w:rPr>
          <w:b/>
        </w:rPr>
        <w:t xml:space="preserve">[46:27] </w:t>
      </w:r>
      <w:r>
        <w:t>—</w:t>
      </w:r>
    </w:p>
    <w:p>
      <w:pPr>
        <w:jc w:val="right"/>
      </w:pPr>
      <w:r>
        <w:t>۔</w:t>
      </w:r>
    </w:p>
    <w:p>
      <w:r>
        <w:rPr>
          <w:b/>
        </w:rPr>
        <w:t xml:space="preserve">[46:30] </w:t>
      </w:r>
      <w:r>
        <w:t>sirf Islam ki badnami.</w:t>
      </w:r>
    </w:p>
    <w:p>
      <w:pPr>
        <w:jc w:val="right"/>
      </w:pPr>
      <w:r>
        <w:t>صرف اسلام کی بدنامی۔</w:t>
      </w:r>
    </w:p>
    <w:p>
      <w:r>
        <w:rPr>
          <w:b/>
        </w:rPr>
        <w:t xml:space="preserve">[46:33] </w:t>
      </w:r>
      <w:r>
        <w:t>ke Islam mein tolerance nahi hai.</w:t>
      </w:r>
    </w:p>
    <w:p>
      <w:pPr>
        <w:jc w:val="right"/>
      </w:pPr>
      <w:r>
        <w:t>کہ اسلام میں ٹالرنس نہیں ہے۔</w:t>
      </w:r>
    </w:p>
    <w:p>
      <w:r>
        <w:rPr>
          <w:b/>
        </w:rPr>
        <w:t xml:space="preserve">[46:37] </w:t>
      </w:r>
      <w:r>
        <w:t>Islam mein freedom of expression nahi hai.</w:t>
      </w:r>
    </w:p>
    <w:p>
      <w:pPr>
        <w:jc w:val="right"/>
      </w:pPr>
      <w:r>
        <w:t>اسلام میں فریڈم آف ایکسپریشن نہیں ہے۔</w:t>
      </w:r>
    </w:p>
    <w:p>
      <w:r>
        <w:rPr>
          <w:b/>
        </w:rPr>
        <w:t xml:space="preserve">[46:40] </w:t>
      </w:r>
      <w:r>
        <w:t>Islam mein azadi nahi hai.</w:t>
      </w:r>
    </w:p>
    <w:p>
      <w:pPr>
        <w:jc w:val="right"/>
      </w:pPr>
      <w:r>
        <w:t>اسلام میں آزادی نہیں ہے۔</w:t>
      </w:r>
    </w:p>
    <w:p>
      <w:r>
        <w:rPr>
          <w:b/>
        </w:rPr>
        <w:t xml:space="preserve">[46:44] </w:t>
      </w:r>
      <w:r>
        <w:t>Islam mein wo hai religious persecution hai.</w:t>
      </w:r>
    </w:p>
    <w:p>
      <w:pPr>
        <w:jc w:val="right"/>
      </w:pPr>
      <w:r>
        <w:t>اسلام میں وہ ہے ڈیلجیس پرسیکیوشن ہے۔</w:t>
      </w:r>
    </w:p>
    <w:p>
      <w:r>
        <w:rPr>
          <w:b/>
        </w:rPr>
        <w:t xml:space="preserve">[46:47] </w:t>
      </w:r>
      <w:r>
        <w:t>koi kuch keh de Islam ke khilaf to us ko maro.</w:t>
      </w:r>
    </w:p>
    <w:p>
      <w:pPr>
        <w:jc w:val="right"/>
      </w:pPr>
      <w:r>
        <w:t>کوئی کچھ کہہ دے اسلام کے خلاف تو اس کو مارو۔</w:t>
      </w:r>
    </w:p>
    <w:p>
      <w:r>
        <w:rPr>
          <w:b/>
        </w:rPr>
        <w:t xml:space="preserve">[46:50] </w:t>
      </w:r>
      <w:r>
        <w:t>yeh hai Islam ki teaching.</w:t>
      </w:r>
    </w:p>
    <w:p>
      <w:pPr>
        <w:jc w:val="right"/>
      </w:pPr>
      <w:r>
        <w:t>یہ ہے اسلام کی ٹیچنگ۔</w:t>
      </w:r>
    </w:p>
    <w:p>
      <w:r>
        <w:rPr>
          <w:b/>
        </w:rPr>
        <w:t xml:space="preserve">[46:54] </w:t>
      </w:r>
      <w:r>
        <w:t>ab bataein ke aise mahol mein aap Islam ka kaam karenge?</w:t>
      </w:r>
    </w:p>
    <w:p>
      <w:pPr>
        <w:jc w:val="right"/>
      </w:pPr>
      <w:r>
        <w:t>اب بتائیں کہ ایسے ماحول میں آپ اسلام کا کام کریں گے؟</w:t>
      </w:r>
    </w:p>
    <w:p>
      <w:r>
        <w:rPr>
          <w:b/>
        </w:rPr>
        <w:t xml:space="preserve">[46:57] </w:t>
      </w:r>
      <w:r>
        <w:t>iske mani hain ke jin logon ko aap ko Islam ki baat pahunchani hai, jo aap ke</w:t>
      </w:r>
    </w:p>
    <w:p>
      <w:pPr>
        <w:jc w:val="right"/>
      </w:pPr>
      <w:r>
        <w:t>اس کے معنی ہیں کہ جن لوگوں کو آپ کو اسلام کی بات پہنچانی ہے، جو آپ کے</w:t>
      </w:r>
    </w:p>
    <w:p>
      <w:r>
        <w:rPr>
          <w:b/>
        </w:rPr>
        <w:t xml:space="preserve">[47:03] </w:t>
      </w:r>
      <w:r>
        <w:t>madu hain, un ko aap, un ka, un ke andar aap ne negative thought daal liya.</w:t>
      </w:r>
    </w:p>
    <w:p>
      <w:pPr>
        <w:jc w:val="right"/>
      </w:pPr>
      <w:r>
        <w:t>مدعو ہیں، ان کو آپ، ان کا، ان کے اندر آپ نے نیگیٹیو تھاٹ ڈال لیا۔</w:t>
      </w:r>
    </w:p>
    <w:p>
      <w:r>
        <w:rPr>
          <w:b/>
        </w:rPr>
        <w:t xml:space="preserve">[47:10] </w:t>
      </w:r>
      <w:r>
        <w:t>halankeh un ko aap ko, aap ka farz tha ke aap un ke andar positive thought dalei.</w:t>
      </w:r>
    </w:p>
    <w:p>
      <w:pPr>
        <w:jc w:val="right"/>
      </w:pPr>
      <w:r>
        <w:t>حالانکہ ان کو آپ کو، آپ کا فرض تھا کہ آپ ان کے اندر پازیٹیو تھاٹ ڈالیں۔</w:t>
      </w:r>
    </w:p>
    <w:p>
      <w:r>
        <w:rPr>
          <w:b/>
        </w:rPr>
        <w:t xml:space="preserve">[47:16] </w:t>
      </w:r>
      <w:r>
        <w:t>un ki positivity ko baqi rakhein.</w:t>
      </w:r>
    </w:p>
    <w:p>
      <w:pPr>
        <w:jc w:val="right"/>
      </w:pPr>
      <w:r>
        <w:t>ان کی پازیٹیوٹی کو باقی رکھیں۔</w:t>
      </w:r>
    </w:p>
    <w:p>
      <w:r>
        <w:rPr>
          <w:b/>
        </w:rPr>
        <w:t xml:space="preserve">[47:22] </w:t>
      </w:r>
      <w:r>
        <w:t>ab hamein kya karna hai? hum openly declare karein ke jo musalmanon ne stand liya</w:t>
      </w:r>
    </w:p>
    <w:p>
      <w:pPr>
        <w:jc w:val="right"/>
      </w:pPr>
      <w:r>
        <w:t>اب ہمیں کیا کرنا ہے؟ ہم اوپنلی ڈیکلیئر کریں کہ جو مسلمانوں نے اسٹینڈ لیا</w:t>
      </w:r>
    </w:p>
    <w:p>
      <w:r>
        <w:rPr>
          <w:b/>
        </w:rPr>
        <w:t xml:space="preserve">[47:28] </w:t>
      </w:r>
      <w:r>
        <w:t>denmark mein woh galat tha, woh galat tha, woh galat tha.</w:t>
      </w:r>
    </w:p>
    <w:p>
      <w:pPr>
        <w:jc w:val="right"/>
      </w:pPr>
      <w:r>
        <w:t>ڈنمارک میں وہ غلط تھا، وہ غلط تھا، وہ غلط تھا۔</w:t>
      </w:r>
    </w:p>
    <w:p>
      <w:r>
        <w:rPr>
          <w:b/>
        </w:rPr>
        <w:t xml:space="preserve">[47:32] </w:t>
      </w:r>
      <w:r>
        <w:t>hamein tolerate karna chahiye.</w:t>
      </w:r>
    </w:p>
    <w:p>
      <w:pPr>
        <w:jc w:val="right"/>
      </w:pPr>
      <w:r>
        <w:t>ہمیں ٹالریٹ کرنا چاہیے۔</w:t>
      </w:r>
    </w:p>
    <w:p>
      <w:r>
        <w:rPr>
          <w:b/>
        </w:rPr>
        <w:t xml:space="preserve">[47:36] </w:t>
      </w:r>
      <w:r>
        <w:t>hamein ek openly yeh kehna parega ke jo stand liya musalmanon ne denmark ke cartoon ke khilaf</w:t>
      </w:r>
    </w:p>
    <w:p>
      <w:pPr>
        <w:jc w:val="right"/>
      </w:pPr>
      <w:r>
        <w:t>ہمیں ایک اوپنلی یہ کہنا پڑے گا کہ جو اسٹینڈ لیا مسلمانوں نے ڈنمارک کے کارٹون کے خلاف</w:t>
      </w:r>
    </w:p>
    <w:p>
      <w:r>
        <w:rPr>
          <w:b/>
        </w:rPr>
        <w:t xml:space="preserve">[47:40] </w:t>
      </w:r>
      <w:r>
        <w:t>ya salman rushdie ke khilaf woh galat tha.</w:t>
      </w:r>
    </w:p>
    <w:p>
      <w:pPr>
        <w:jc w:val="right"/>
      </w:pPr>
      <w:r>
        <w:t>یا سلمان رشدی کے خلاف وہ غلط تھا۔</w:t>
      </w:r>
    </w:p>
    <w:p>
      <w:r>
        <w:rPr>
          <w:b/>
        </w:rPr>
        <w:t xml:space="preserve">[47:43] </w:t>
      </w:r>
      <w:r>
        <w:t>hamara kaam kya hai? hum article likh sakte hain.</w:t>
      </w:r>
    </w:p>
    <w:p>
      <w:pPr>
        <w:jc w:val="right"/>
      </w:pPr>
      <w:r>
        <w:t>ہمارا کام کیا ہے؟ ہم آرٹیکل لکھ سکتے ہیں۔</w:t>
      </w:r>
    </w:p>
    <w:p>
      <w:r>
        <w:rPr>
          <w:b/>
        </w:rPr>
        <w:t xml:space="preserve">[47:47] </w:t>
      </w:r>
      <w:r>
        <w:t>hum book chhaap sakte hain. bas.</w:t>
      </w:r>
    </w:p>
    <w:p>
      <w:pPr>
        <w:jc w:val="right"/>
      </w:pPr>
      <w:r>
        <w:t>ہم بک چھاپ سکتے ہیں۔ بس۔</w:t>
      </w:r>
    </w:p>
    <w:p>
      <w:r>
        <w:rPr>
          <w:b/>
        </w:rPr>
        <w:t xml:space="preserve">[47:51] </w:t>
      </w:r>
      <w:r>
        <w:t>hum in logon se mil sakte hain.</w:t>
      </w:r>
    </w:p>
    <w:p>
      <w:pPr>
        <w:jc w:val="right"/>
      </w:pPr>
      <w:r>
        <w:t>ہم ان لوگوں سے مل سکتے ہیں۔</w:t>
      </w:r>
    </w:p>
    <w:p>
      <w:r>
        <w:rPr>
          <w:b/>
        </w:rPr>
        <w:t xml:space="preserve">[47:55] </w:t>
      </w:r>
      <w:r>
        <w:t>un ko samj</w:t>
      </w:r>
    </w:p>
    <w:p>
      <w:pPr>
        <w:jc w:val="right"/>
      </w:pPr>
      <w:r>
        <w:t>ان کو سمج</w:t>
      </w:r>
    </w:p>
    <w:p>
      <w:r>
        <w:rPr>
          <w:b/>
        </w:rPr>
        <w:t xml:space="preserve">[47:58] </w:t>
      </w:r>
      <w:r>
        <w:t>ha sakte hain. bas.</w:t>
      </w:r>
    </w:p>
    <w:p>
      <w:pPr>
        <w:jc w:val="right"/>
      </w:pPr>
      <w:r>
        <w:t>ھا سکتے ہیں۔ بس۔</w:t>
      </w:r>
    </w:p>
    <w:p>
      <w:r>
        <w:rPr>
          <w:b/>
        </w:rPr>
        <w:t xml:space="preserve">[48:02] </w:t>
      </w:r>
      <w:r>
        <w:t>yaani peaceful method ke daire mein aap unhein milein aur un ko un se negotiation karein.</w:t>
      </w:r>
    </w:p>
    <w:p>
      <w:pPr>
        <w:jc w:val="right"/>
      </w:pPr>
      <w:r>
        <w:t>یعنی پیس فل میتھڈ کے دائرے میں آپ انہیں ملیں اور ان کو ان سے نیگوشی ایشن کریں۔</w:t>
      </w:r>
    </w:p>
    <w:p>
      <w:r>
        <w:rPr>
          <w:b/>
        </w:rPr>
        <w:t xml:space="preserve">[48:06] </w:t>
      </w:r>
      <w:r>
        <w:t>yeh aap nahi kar sakte ke demonstrator karein.</w:t>
      </w:r>
    </w:p>
    <w:p>
      <w:pPr>
        <w:jc w:val="right"/>
      </w:pPr>
      <w:r>
        <w:t>یہ آپ نہیں کر سکتے کہ ڈیماسٹر کریں۔</w:t>
      </w:r>
    </w:p>
    <w:p>
      <w:r>
        <w:rPr>
          <w:b/>
        </w:rPr>
        <w:t xml:space="preserve">[48:10] </w:t>
      </w:r>
      <w:r>
        <w:t>sadkon par shor karein. kitabein jalaayein.</w:t>
      </w:r>
    </w:p>
    <w:p>
      <w:pPr>
        <w:jc w:val="right"/>
      </w:pPr>
      <w:r>
        <w:t>سڑکوں پر شور کریں۔ کتابیں جلائیں۔</w:t>
      </w:r>
    </w:p>
    <w:p>
      <w:r>
        <w:rPr>
          <w:b/>
        </w:rPr>
        <w:t xml:space="preserve">[48:14] </w:t>
      </w:r>
      <w:r>
        <w:t>aur fatwa dein ke unhein maar dalo, unhein kaat dalo.</w:t>
      </w:r>
    </w:p>
    <w:p>
      <w:pPr>
        <w:jc w:val="right"/>
      </w:pPr>
      <w:r>
        <w:t>اور فتویٰ دیں کہ انہیں مار ڈالو، انہیں کاٹ ڈالو۔</w:t>
      </w:r>
    </w:p>
    <w:p>
      <w:r>
        <w:rPr>
          <w:b/>
        </w:rPr>
        <w:t xml:space="preserve">[48:18] </w:t>
      </w:r>
      <w:r>
        <w:t>yeh sab bilkul galat hai.</w:t>
      </w:r>
    </w:p>
    <w:p>
      <w:pPr>
        <w:jc w:val="right"/>
      </w:pPr>
      <w:r>
        <w:t>یہ سب بالکل غلط ہے۔</w:t>
      </w:r>
    </w:p>
    <w:p>
      <w:r>
        <w:rPr>
          <w:b/>
        </w:rPr>
        <w:t xml:space="preserve">[48:21] </w:t>
      </w:r>
      <w:r>
        <w:t>islam ke khilaf hai.</w:t>
      </w:r>
    </w:p>
    <w:p>
      <w:pPr>
        <w:jc w:val="right"/>
      </w:pPr>
      <w:r>
        <w:t>اسلام کے خلاف ہے۔</w:t>
      </w:r>
    </w:p>
    <w:p>
      <w:r>
        <w:rPr>
          <w:b/>
        </w:rPr>
        <w:t xml:space="preserve">[48:25] </w:t>
      </w:r>
      <w:r>
        <w:t>yeh islami dawat ko kill karna hai.</w:t>
      </w:r>
    </w:p>
    <w:p>
      <w:pPr>
        <w:jc w:val="right"/>
      </w:pPr>
      <w:r>
        <w:t>یہ اسلامی دعوت کو کل کرنا ہے۔</w:t>
      </w:r>
    </w:p>
    <w:p>
      <w:r>
        <w:rPr>
          <w:b/>
        </w:rPr>
        <w:t xml:space="preserve">[48:29] </w:t>
      </w:r>
      <w:r>
        <w:t>yeh islam ke dawat work ko kill karna hai.</w:t>
      </w:r>
    </w:p>
    <w:p>
      <w:pPr>
        <w:jc w:val="right"/>
      </w:pPr>
      <w:r>
        <w:t>یہ اسلام کے دعویٰ ورک کو کل کرنا ہے۔</w:t>
      </w:r>
    </w:p>
    <w:p>
      <w:r>
        <w:rPr>
          <w:b/>
        </w:rPr>
        <w:t xml:space="preserve">[48:33] </w:t>
      </w:r>
      <w:r>
        <w:t>yeh islam ke dawat work ko kill karna hai.</w:t>
      </w:r>
    </w:p>
    <w:p>
      <w:pPr>
        <w:jc w:val="right"/>
      </w:pPr>
      <w:r>
        <w:t>اسلام کے دعویٰ ورک کو کل کرنا ہے۔</w:t>
      </w:r>
    </w:p>
    <w:p>
      <w:r>
        <w:rPr>
          <w:b/>
        </w:rPr>
        <w:t xml:space="preserve">[48:37] </w:t>
      </w:r>
      <w:r>
        <w:t>mein wahan gaya england.</w:t>
      </w:r>
    </w:p>
    <w:p>
      <w:pPr>
        <w:jc w:val="right"/>
      </w:pPr>
      <w:r>
        <w:t>میں وہاں گیا انگلینڈ۔</w:t>
      </w:r>
    </w:p>
    <w:p>
      <w:r>
        <w:rPr>
          <w:b/>
        </w:rPr>
        <w:t xml:space="preserve">[48:42] </w:t>
      </w:r>
      <w:r>
        <w:t>ek baar to wahan par ireland ke ek sahab milein.</w:t>
      </w:r>
    </w:p>
    <w:p>
      <w:pPr>
        <w:jc w:val="right"/>
      </w:pPr>
      <w:r>
        <w:t>ایک بار تو وہاں پر آئرلینڈ کے ایک صاحب ملے۔</w:t>
      </w:r>
    </w:p>
    <w:p>
      <w:r>
        <w:rPr>
          <w:b/>
        </w:rPr>
        <w:t xml:space="preserve">[48:46] </w:t>
      </w:r>
      <w:r>
        <w:t>to unhone kaha ke ireland mein pehle musalmanon ke bare mein bohat achhi rai hua karti thi.</w:t>
      </w:r>
    </w:p>
    <w:p>
      <w:pPr>
        <w:jc w:val="right"/>
      </w:pPr>
      <w:r>
        <w:t>تو انہوں نے کہا کہ آئرلینڈ میں پہلے مسلمانوں کے بارے میں بہت اچھی رائے ہوا کرتی تھی۔</w:t>
      </w:r>
    </w:p>
    <w:p>
      <w:r>
        <w:rPr>
          <w:b/>
        </w:rPr>
        <w:t xml:space="preserve">[48:50] </w:t>
      </w:r>
      <w:r>
        <w:t>lekin jab salman rushdie ke khilaf fatwa diya logon ne ke maar dalo salman rushdie ko to log,</w:t>
      </w:r>
    </w:p>
    <w:p>
      <w:pPr>
        <w:jc w:val="right"/>
      </w:pPr>
      <w:r>
        <w:t>لیکن جب سلمان رشدی کے خلاف فتویٰ دیا لوگوں نے کہ مار ڈالو سلمان رشدی کو تو لوگ،</w:t>
      </w:r>
    </w:p>
    <w:p>
      <w:r>
        <w:rPr>
          <w:b/>
        </w:rPr>
        <w:t xml:space="preserve">[48:55] </w:t>
      </w:r>
      <w:r>
        <w:t>log dare ke bhai kisi ko bhi fatwa lag sakta hai ke bhai yeh aadmi jo hai islam</w:t>
      </w:r>
    </w:p>
    <w:p>
      <w:pPr>
        <w:jc w:val="right"/>
      </w:pPr>
      <w:r>
        <w:t>لوگ ڈرے کہ بھئی کسی کو بھی فتویٰ لگ سکتا ہے کہ بھئی یہ آدمی جو ہے اسلام</w:t>
      </w:r>
    </w:p>
    <w:p>
      <w:r>
        <w:rPr>
          <w:b/>
        </w:rPr>
        <w:t xml:space="preserve">[48:59] </w:t>
      </w:r>
      <w:r>
        <w:t>ke khilaf bol raha hai, is ko maro, is ko kaato.</w:t>
      </w:r>
    </w:p>
    <w:p>
      <w:pPr>
        <w:jc w:val="right"/>
      </w:pPr>
      <w:r>
        <w:t>کے خلاف بول رہا ہے، اس کو مارو، اس کو کاٹو۔</w:t>
      </w:r>
    </w:p>
    <w:p>
      <w:r>
        <w:rPr>
          <w:b/>
        </w:rPr>
        <w:t xml:space="preserve">[49:04] </w:t>
      </w:r>
      <w:r>
        <w:t>to unhone kaha ke wahan ke wall par pehle likha hota tha "beware of dogs". ab unhone likh diya wahan par "beware of muslims". ab bataein ke aise mahaul mein aap dawah work kar sakte hain? yaad rakhiye dawah work ki price wahi hai jo pehle din khuda ne bata di thi. ولربك فاسبر you have to be patient for the sake of the work. ek</w:t>
      </w:r>
    </w:p>
    <w:p>
      <w:pPr>
        <w:jc w:val="right"/>
      </w:pPr>
      <w:r>
        <w:t>تو انہوں نے کہا کہ وہاں کے وال پر پہلے لکھا ہوتا تھا "بی ویئر آف ڈاگز"۔ اب انہوں نے لکھ دیا وہاں پر "بی ویئر آف مسلمز"۔ اب بتائیں کہ ایسے ماحول میں آپ دعویٰ ورک کر سکتے ہیں؟ یاد رکھیے دعویٰ ورک کی پرائس وہی ہے جو پہلے دن خدا نے بتا دی تھی۔ ولربك فاسبر یو ہیو ٹو بی پیشنٹ فار دا سیک آف دا ورک۔ ایک</w:t>
      </w:r>
    </w:p>
    <w:p>
      <w:r>
        <w:rPr>
          <w:b/>
        </w:rPr>
        <w:t xml:space="preserve">[49:34] </w:t>
      </w:r>
      <w:r>
        <w:t>dam shuru mein makkah mein yeh aayat utri thi.</w:t>
      </w:r>
    </w:p>
    <w:p>
      <w:pPr>
        <w:jc w:val="right"/>
      </w:pPr>
      <w:r>
        <w:t>دم شروع میں مکہ میں یہ آیت اتری تھی۔</w:t>
      </w:r>
    </w:p>
    <w:p>
      <w:r>
        <w:rPr>
          <w:b/>
        </w:rPr>
        <w:t xml:space="preserve">[49:39] </w:t>
      </w:r>
      <w:r>
        <w:t>ولربک فاسبر You have to be patient for the sake of the work.</w:t>
      </w:r>
    </w:p>
    <w:p>
      <w:pPr>
        <w:jc w:val="right"/>
      </w:pPr>
      <w:r>
        <w:t>ولربك فاسبر یو ہیو ٹو بی پیشنٹ فار دا سیک آف دا ورک۔</w:t>
      </w:r>
    </w:p>
    <w:p>
      <w:r>
        <w:rPr>
          <w:b/>
        </w:rPr>
        <w:t xml:space="preserve">[49:44] </w:t>
      </w:r>
      <w:r>
        <w:t>keh daawa work karna hai to sabr karo.</w:t>
      </w:r>
    </w:p>
    <w:p>
      <w:pPr>
        <w:jc w:val="right"/>
      </w:pPr>
      <w:r>
        <w:t>کہ دعویٰ ورک کرنا ہے تو صبر کرو۔</w:t>
      </w:r>
    </w:p>
    <w:p>
      <w:r>
        <w:rPr>
          <w:b/>
        </w:rPr>
        <w:t xml:space="preserve">[49:49] </w:t>
      </w:r>
      <w:r>
        <w:t>daawa work karna hai to tolerance se kaam lo.</w:t>
      </w:r>
    </w:p>
    <w:p>
      <w:pPr>
        <w:jc w:val="right"/>
      </w:pPr>
      <w:r>
        <w:t>دعویٰ ورک کرنا ہے تو ٹالرنس سے کام لو۔</w:t>
      </w:r>
    </w:p>
    <w:p>
      <w:r>
        <w:rPr>
          <w:b/>
        </w:rPr>
        <w:t xml:space="preserve">[49:54] </w:t>
      </w:r>
      <w:r>
        <w:t>daawa work karna hai to ignore karo in sab cheezon ko.</w:t>
      </w:r>
    </w:p>
    <w:p>
      <w:pPr>
        <w:jc w:val="right"/>
      </w:pPr>
      <w:r>
        <w:t>دعویٰ ورک کرنا ہے تو اگنور کرو ان سب چیزوں کو۔</w:t>
      </w:r>
    </w:p>
    <w:p>
      <w:r>
        <w:rPr>
          <w:b/>
        </w:rPr>
        <w:t xml:space="preserve">[49:59] </w:t>
      </w:r>
      <w:r>
        <w:t>chunaanche jab yeh chupa tha denmark mein yeh car</w:t>
      </w:r>
    </w:p>
    <w:p>
      <w:pPr>
        <w:jc w:val="right"/>
      </w:pPr>
      <w:r>
        <w:t>چنانچہ جب یہ چھپا تھا ڈنمارک میں یہ کار</w:t>
      </w:r>
    </w:p>
    <w:p>
      <w:r>
        <w:rPr>
          <w:b/>
        </w:rPr>
        <w:t xml:space="preserve">[50:04] </w:t>
      </w:r>
      <w:r>
        <w:t>toon, is par musalmanon ne shor kiya idhar udhar.</w:t>
      </w:r>
    </w:p>
    <w:p>
      <w:pPr>
        <w:jc w:val="right"/>
      </w:pPr>
      <w:r>
        <w:t>ٹون، اس پر مسلمانوں نے شور کیا ادھر ادھر۔</w:t>
      </w:r>
    </w:p>
    <w:p>
      <w:r>
        <w:rPr>
          <w:b/>
        </w:rPr>
        <w:t xml:space="preserve">[50:08] </w:t>
      </w:r>
      <w:r>
        <w:t>to mera aik article mein ne likha tha jo chupa thay english akhbaron mein.</w:t>
      </w:r>
    </w:p>
    <w:p>
      <w:pPr>
        <w:jc w:val="right"/>
      </w:pPr>
      <w:r>
        <w:t>تو میرا ایک آرٹیکل میں نے لکھا تھا جو چھپا تھے انگلش اخباروں میں۔</w:t>
      </w:r>
    </w:p>
    <w:p>
      <w:r>
        <w:rPr>
          <w:b/>
        </w:rPr>
        <w:t xml:space="preserve">[50:12] </w:t>
      </w:r>
      <w:r>
        <w:t>to is ka caption tha "ignore cartoons".</w:t>
      </w:r>
    </w:p>
    <w:p>
      <w:pPr>
        <w:jc w:val="right"/>
      </w:pPr>
      <w:r>
        <w:t>تو اس کا کیپشن تھا "اگنور کارٹونز"۔</w:t>
      </w:r>
    </w:p>
    <w:p>
      <w:r>
        <w:rPr>
          <w:b/>
        </w:rPr>
        <w:t xml:space="preserve">[50:17] </w:t>
      </w:r>
      <w:r>
        <w:t>"ignore cartoons" yeh hai daai ka culture.</w:t>
      </w:r>
    </w:p>
    <w:p>
      <w:pPr>
        <w:jc w:val="right"/>
      </w:pPr>
      <w:r>
        <w:t>"اگنور کارٹونز" یہ ہے داعی کا کلچر۔</w:t>
      </w:r>
    </w:p>
    <w:p>
      <w:r>
        <w:rPr>
          <w:b/>
        </w:rPr>
        <w:t xml:space="preserve">[50:21] </w:t>
      </w:r>
      <w:r>
        <w:t>in sab baaton ko ignore kijiye.</w:t>
      </w:r>
    </w:p>
    <w:p>
      <w:pPr>
        <w:jc w:val="right"/>
      </w:pPr>
      <w:r>
        <w:t>ان سب باتوں کو اگنور کیجیے۔</w:t>
      </w:r>
    </w:p>
    <w:p>
      <w:r>
        <w:rPr>
          <w:b/>
        </w:rPr>
        <w:t xml:space="preserve">[50:25] </w:t>
      </w:r>
      <w:r>
        <w:t>in sab baaton ko ignore kijiye.</w:t>
      </w:r>
    </w:p>
    <w:p>
      <w:pPr>
        <w:jc w:val="right"/>
      </w:pPr>
      <w:r>
        <w:t>ان سب باتوں کو اگنور کیجیے۔</w:t>
      </w:r>
    </w:p>
    <w:p>
      <w:r>
        <w:rPr>
          <w:b/>
        </w:rPr>
        <w:t xml:space="preserve">[50:29] </w:t>
      </w:r>
      <w:r>
        <w:t>bohat purana masla hai keh k</w:t>
      </w:r>
    </w:p>
    <w:p>
      <w:pPr>
        <w:jc w:val="right"/>
      </w:pPr>
      <w:r>
        <w:t>بہت پرانا مسئلہ ہے کہ ک</w:t>
      </w:r>
    </w:p>
    <w:p>
      <w:r>
        <w:rPr>
          <w:b/>
        </w:rPr>
        <w:t xml:space="preserve">[50:34] </w:t>
      </w:r>
      <w:r>
        <w:t>te bhookte rehte hain, hathi chalta rehta hai.</w:t>
      </w:r>
    </w:p>
    <w:p>
      <w:pPr>
        <w:jc w:val="right"/>
      </w:pPr>
      <w:r>
        <w:t>تے بھوکتے رہتے ہیں، ہاتھی چلتا رہتا ہے۔</w:t>
      </w:r>
    </w:p>
    <w:p>
      <w:r>
        <w:rPr>
          <w:b/>
        </w:rPr>
        <w:t xml:space="preserve">[50:38] </w:t>
      </w:r>
      <w:r>
        <w:t>to aap hathi baniye.</w:t>
      </w:r>
    </w:p>
    <w:p>
      <w:pPr>
        <w:jc w:val="right"/>
      </w:pPr>
      <w:r>
        <w:t>تو آپ ہاتھی بنیے۔</w:t>
      </w:r>
    </w:p>
    <w:p>
      <w:r>
        <w:rPr>
          <w:b/>
        </w:rPr>
        <w:t xml:space="preserve">[50:42] </w:t>
      </w:r>
      <w:r>
        <w:t>aap dog kyun bante hain? daai ko hathi banna parta hai.</w:t>
      </w:r>
    </w:p>
    <w:p>
      <w:pPr>
        <w:jc w:val="right"/>
      </w:pPr>
      <w:r>
        <w:t>آپ ڈاگ کیوں بنتے ہیں؟ داعی کو ہاتھی بننا پڑتا ہے۔</w:t>
      </w:r>
    </w:p>
    <w:p>
      <w:r>
        <w:rPr>
          <w:b/>
        </w:rPr>
        <w:t xml:space="preserve">[50:45] </w:t>
      </w:r>
      <w:r>
        <w:t>daai jo hai dog nahi ban sakta.</w:t>
      </w:r>
    </w:p>
    <w:p>
      <w:pPr>
        <w:jc w:val="right"/>
      </w:pPr>
      <w:r>
        <w:t>داعی جو ہے ڈاگ نہیں بن سکتا۔</w:t>
      </w:r>
    </w:p>
    <w:p>
      <w:r>
        <w:rPr>
          <w:b/>
        </w:rPr>
        <w:t xml:space="preserve">[50:49] </w:t>
      </w:r>
      <w:r>
        <w:t>keh doosre bhooke to woh bhi bhooke.</w:t>
      </w:r>
    </w:p>
    <w:p>
      <w:pPr>
        <w:jc w:val="right"/>
      </w:pPr>
      <w:r>
        <w:t>کہ دوسرے بھوکے تو وہ بھی بھوکے۔</w:t>
      </w:r>
    </w:p>
    <w:p>
      <w:r>
        <w:rPr>
          <w:b/>
        </w:rPr>
        <w:t xml:space="preserve">[50:53] </w:t>
      </w:r>
      <w:r>
        <w:t>doosre virus karein to yeh bhi suicide bombing karne lagein.</w:t>
      </w:r>
    </w:p>
    <w:p>
      <w:pPr>
        <w:jc w:val="right"/>
      </w:pPr>
      <w:r>
        <w:t>دوسرے وائرس کریں تو یہ بھی سوسائیڈ بمبنگ کرنے لگے۔</w:t>
      </w:r>
    </w:p>
    <w:p>
      <w:r>
        <w:rPr>
          <w:b/>
        </w:rPr>
        <w:t xml:space="preserve">[50:57] </w:t>
      </w:r>
      <w:r>
        <w:t>Dai can't afford this kind of behavior.</w:t>
      </w:r>
    </w:p>
    <w:p>
      <w:pPr>
        <w:jc w:val="right"/>
      </w:pPr>
      <w:r>
        <w:t>Dai can't afford this kind of behavior.</w:t>
      </w:r>
    </w:p>
    <w:p>
      <w:r>
        <w:rPr>
          <w:b/>
        </w:rPr>
        <w:t xml:space="preserve">[51:01] </w:t>
      </w:r>
      <w:r>
        <w:t>to mein ne jo likha tha article, is ka yahi caption tha</w:t>
      </w:r>
    </w:p>
    <w:p>
      <w:pPr>
        <w:jc w:val="right"/>
      </w:pPr>
      <w:r>
        <w:t>تو میں نے جو لکھا تھا آرٹیکل، اس کا یہی کیپشن تھا</w:t>
      </w:r>
    </w:p>
    <w:p>
      <w:r>
        <w:rPr>
          <w:b/>
        </w:rPr>
        <w:t xml:space="preserve">[51:05] </w:t>
      </w:r>
      <w:r>
        <w:t>ke "ignore cartoons". ke is tarah ki cheezon ko aap ignore kijiye. avoid kijiye. patience se kaam li jiye. tab bhi, tab kya hoga? daai aur madu ke beech mein normal relationship hona chahiye. to normalization ka process barabar jaari rahe ga. jab bhi aap dekhein ke daai aur madu ke beech</w:t>
      </w:r>
    </w:p>
    <w:p>
      <w:pPr>
        <w:jc w:val="right"/>
      </w:pPr>
      <w:r>
        <w:t>کہ "اگنور کارٹونز"۔ کہ اس طرح کی چیزوں کو آپ اگنور کیجیے۔ اوائڈ کیجیے۔ پیشن سے کام لیجیے۔ تب بھی، تب کیا ہوگا؟ داعی اور مدعو کے بیچ میں نارمل ریلیشن شپ ہونا چاہیے۔ تو نارملائزیشن کا پراسیس برابر جاری رہے گا۔ جب بھی آپ دیکھیں کہ داعی اور مدعو کے بیچ</w:t>
      </w:r>
    </w:p>
    <w:p>
      <w:r>
        <w:rPr>
          <w:b/>
        </w:rPr>
        <w:t xml:space="preserve">[51:35] </w:t>
      </w:r>
      <w:r>
        <w:t>mein talluq bigad raha hai to dobara aap ko karna parega keh normalization ka process chalana parega.</w:t>
      </w:r>
    </w:p>
    <w:p>
      <w:pPr>
        <w:jc w:val="right"/>
      </w:pPr>
      <w:r>
        <w:t>میں تعلق بگڑ رہا ہے تو دوبارہ آپ کو کرنا پڑے گا کہ نارملائزیشن کا پراسیس چلانا پڑے گا۔</w:t>
      </w:r>
    </w:p>
    <w:p>
      <w:r>
        <w:rPr>
          <w:b/>
        </w:rPr>
        <w:t xml:space="preserve">[51:41] </w:t>
      </w:r>
      <w:r>
        <w:t>donon ke beech mein normal talluq. normal talluq.</w:t>
      </w:r>
    </w:p>
    <w:p>
      <w:pPr>
        <w:jc w:val="right"/>
      </w:pPr>
      <w:r>
        <w:t>دونوں کے بیچ میں نارمل تعلق۔ نارمل تعلق۔</w:t>
      </w:r>
    </w:p>
    <w:p>
      <w:r>
        <w:rPr>
          <w:b/>
        </w:rPr>
        <w:t xml:space="preserve">[51:47] </w:t>
      </w:r>
      <w:r>
        <w:t>dekhiye, mein aksar yeh sochta hoon keh log, logon ke paas aik list hai keh unhon ne hamara</w:t>
      </w:r>
    </w:p>
    <w:p>
      <w:pPr>
        <w:jc w:val="right"/>
      </w:pPr>
      <w:r>
        <w:t>دیکھیے، میں اکثر یہ سوچتا ہوں کہ لوگ، لوگوں کے پاس ایک لسٹ ہے کہ انہوں نے ہمارا</w:t>
      </w:r>
    </w:p>
    <w:p>
      <w:r>
        <w:rPr>
          <w:b/>
        </w:rPr>
        <w:t xml:space="preserve">[51:53] </w:t>
      </w:r>
      <w:r>
        <w:t>falan land le liya.</w:t>
      </w:r>
    </w:p>
    <w:p>
      <w:pPr>
        <w:jc w:val="right"/>
      </w:pPr>
      <w:r>
        <w:t>فلاں لینڈ لے لیا۔</w:t>
      </w:r>
    </w:p>
    <w:p>
      <w:r>
        <w:rPr>
          <w:b/>
        </w:rPr>
        <w:t xml:space="preserve">[51:59] </w:t>
      </w:r>
      <w:r>
        <w:t>unhon ne hamari, hamari government khatam kar</w:t>
      </w:r>
    </w:p>
    <w:p>
      <w:pPr>
        <w:jc w:val="right"/>
      </w:pPr>
      <w:r>
        <w:t>انہوں نے ہماری، ہماری گورنمنٹ ختم کر</w:t>
      </w:r>
    </w:p>
    <w:p>
      <w:r>
        <w:rPr>
          <w:b/>
        </w:rPr>
        <w:t xml:space="preserve">[52:05] </w:t>
      </w:r>
      <w:r>
        <w:t>di. unhone hamare ittihad mein qatal kar di. unhone falan jagah itna bombardment kar diya. mein samajhta hoon ke sab kuch bhi nahi. ek hi cheez, ek hi problem hai jis ko hum face kar rahe hain. woh kya? ek hi problem hai. aur koi problem nahi. woh kya hai? daai aur madu ke beech mein normal relationship baqi nahi hai. is ka resul</w:t>
      </w:r>
    </w:p>
    <w:p>
      <w:pPr>
        <w:jc w:val="right"/>
      </w:pPr>
      <w:r>
        <w:t>دی۔ انہوں نے ہمارے اتحاد میں قتل کر دیے۔ انہوں نے فلاں جگہ اتنا بمبارڈمنٹ کر دیا۔ میں سمجھتا ہوں کہ سب کچھ بھی نہیں۔ ایک ہی چیز، ایک ہی پرابلم ہے جس کو ہم فیس کر رہے ہیں۔ وہ کیا؟ ایک ہی پرابلم ہے۔ اور کوئی پرابلم نہیں۔ وہ کیا ہے؟ داعی اور مدعو کے بیچ میں نارمل ریلیشن شپ باقی نہیں ہے۔ اس کا رز</w:t>
      </w:r>
    </w:p>
    <w:p>
      <w:r>
        <w:rPr>
          <w:b/>
        </w:rPr>
        <w:t xml:space="preserve">[52:35] </w:t>
      </w:r>
      <w:r>
        <w:t>lut kya hua? peaceful dialogue khatm ho gaya.</w:t>
      </w:r>
    </w:p>
    <w:p>
      <w:pPr>
        <w:jc w:val="right"/>
      </w:pPr>
      <w:r>
        <w:t>لٹ کیا ہوا؟ پیس فل ڈائیلاگ ختم ہو گیا۔</w:t>
      </w:r>
    </w:p>
    <w:p>
      <w:r>
        <w:rPr>
          <w:b/>
        </w:rPr>
        <w:t xml:space="preserve">[52:38] </w:t>
      </w:r>
      <w:r>
        <w:t>open dialogue khatm ho gaya.</w:t>
      </w:r>
    </w:p>
    <w:p>
      <w:pPr>
        <w:jc w:val="right"/>
      </w:pPr>
      <w:r>
        <w:t>اوپن ڈائیلاگ ختم ہو گیا۔</w:t>
      </w:r>
    </w:p>
    <w:p>
      <w:r>
        <w:rPr>
          <w:b/>
        </w:rPr>
        <w:t xml:space="preserve">[52:42] </w:t>
      </w:r>
      <w:r>
        <w:t>ek hi problem hamara hai.</w:t>
      </w:r>
    </w:p>
    <w:p>
      <w:pPr>
        <w:jc w:val="right"/>
      </w:pPr>
      <w:r>
        <w:t>ایک ہی پرابلم ہمارا ہے۔</w:t>
      </w:r>
    </w:p>
    <w:p>
      <w:r>
        <w:rPr>
          <w:b/>
        </w:rPr>
        <w:t xml:space="preserve">[52:45] </w:t>
      </w:r>
      <w:r>
        <w:t>koi doosra problem nahin.</w:t>
      </w:r>
    </w:p>
    <w:p>
      <w:pPr>
        <w:jc w:val="right"/>
      </w:pPr>
      <w:r>
        <w:t>کوئی دوسرا پرابلم نہیں۔</w:t>
      </w:r>
    </w:p>
    <w:p>
      <w:r>
        <w:rPr>
          <w:b/>
        </w:rPr>
        <w:t xml:space="preserve">[52:48] </w:t>
      </w:r>
      <w:r>
        <w:t>doosre saare problem jo hain woh banawati hain.</w:t>
      </w:r>
    </w:p>
    <w:p>
      <w:pPr>
        <w:jc w:val="right"/>
      </w:pPr>
      <w:r>
        <w:t>دوسرے سارے پرابلم جو ہیں وہ بناوٹی ہیں۔</w:t>
      </w:r>
    </w:p>
    <w:p>
      <w:r>
        <w:rPr>
          <w:b/>
        </w:rPr>
        <w:t xml:space="preserve">[52:52] </w:t>
      </w:r>
      <w:r>
        <w:t>woh artificial hain.</w:t>
      </w:r>
    </w:p>
    <w:p>
      <w:pPr>
        <w:jc w:val="right"/>
      </w:pPr>
      <w:r>
        <w:t>وہ آرٹیفیشل ہیں۔</w:t>
      </w:r>
    </w:p>
    <w:p>
      <w:r>
        <w:rPr>
          <w:b/>
        </w:rPr>
        <w:t xml:space="preserve">[52:55] </w:t>
      </w:r>
      <w:r>
        <w:t>unki koi value nahin.</w:t>
      </w:r>
    </w:p>
    <w:p>
      <w:pPr>
        <w:jc w:val="right"/>
      </w:pPr>
      <w:r>
        <w:t>ان کی کوئی ویلیو نہیں۔</w:t>
      </w:r>
    </w:p>
    <w:p>
      <w:r>
        <w:rPr>
          <w:b/>
        </w:rPr>
        <w:t xml:space="preserve">[52:58] </w:t>
      </w:r>
      <w:r>
        <w:t>sirf ek hi hamara problem hai.</w:t>
      </w:r>
    </w:p>
    <w:p>
      <w:pPr>
        <w:jc w:val="right"/>
      </w:pPr>
      <w:r>
        <w:t>صرف ایک ہی ہمارا پرابلم ہے۔</w:t>
      </w:r>
    </w:p>
    <w:p>
      <w:r>
        <w:rPr>
          <w:b/>
        </w:rPr>
        <w:t xml:space="preserve">[53:02] </w:t>
      </w:r>
      <w:r>
        <w:t>woh yeh ke daai aur madu ke beech mein peaceful dialogue toot jaye.</w:t>
      </w:r>
    </w:p>
    <w:p>
      <w:pPr>
        <w:jc w:val="right"/>
      </w:pPr>
      <w:r>
        <w:t>وہ یہ کہ داعی اور مدعو کے بیچ میں پیس فل ڈائیلاگ ٹوٹ جائے۔</w:t>
      </w:r>
    </w:p>
    <w:p>
      <w:r>
        <w:rPr>
          <w:b/>
        </w:rPr>
        <w:t xml:space="preserve">[53:05] </w:t>
      </w:r>
      <w:r>
        <w:t>bas.</w:t>
      </w:r>
    </w:p>
    <w:p>
      <w:pPr>
        <w:jc w:val="right"/>
      </w:pPr>
      <w:r>
        <w:t>بس۔</w:t>
      </w:r>
    </w:p>
    <w:p>
      <w:r>
        <w:rPr>
          <w:b/>
        </w:rPr>
        <w:t xml:space="preserve">[53:10] </w:t>
      </w:r>
      <w:r>
        <w:t>daai aur madu ke beech mein peaceful dialogue toot jaye.</w:t>
      </w:r>
    </w:p>
    <w:p>
      <w:pPr>
        <w:jc w:val="right"/>
      </w:pPr>
      <w:r>
        <w:t>داعی اور مدعو کے بیچ میں پیس فل ڈائیلاگ ٹوٹ جائے۔</w:t>
      </w:r>
    </w:p>
    <w:p>
      <w:r>
        <w:rPr>
          <w:b/>
        </w:rPr>
        <w:t xml:space="preserve">[53:15] </w:t>
      </w:r>
      <w:r>
        <w:t>sab se bada danger yahi hai.</w:t>
      </w:r>
    </w:p>
    <w:p>
      <w:pPr>
        <w:jc w:val="right"/>
      </w:pPr>
      <w:r>
        <w:t>سب سے بڑا ڈینجر یہی ہے۔</w:t>
      </w:r>
    </w:p>
    <w:p>
      <w:r>
        <w:rPr>
          <w:b/>
        </w:rPr>
        <w:t xml:space="preserve">[53:20] </w:t>
      </w:r>
      <w:r>
        <w:t>sab se bada problem yahi hai.</w:t>
      </w:r>
    </w:p>
    <w:p>
      <w:pPr>
        <w:jc w:val="right"/>
      </w:pPr>
      <w:r>
        <w:t>سب سے بڑا پرابلم یہی ہے۔</w:t>
      </w:r>
    </w:p>
    <w:p>
      <w:r>
        <w:rPr>
          <w:b/>
        </w:rPr>
        <w:t xml:space="preserve">[53:25] </w:t>
      </w:r>
      <w:r>
        <w:t>to jab bhi hum aisa dekhen ke daai aur madu ke beech mein peaceful dialogue ka mahaul</w:t>
      </w:r>
    </w:p>
    <w:p>
      <w:pPr>
        <w:jc w:val="right"/>
      </w:pPr>
      <w:r>
        <w:t>تو جب بھی ہم ایسا دیکھیں کہ داعی اور مدعو کے بیچ میں پیس فل ڈائیلاگ کا ماحول</w:t>
      </w:r>
    </w:p>
    <w:p>
      <w:r>
        <w:rPr>
          <w:b/>
        </w:rPr>
        <w:t xml:space="preserve">[53:30] </w:t>
      </w:r>
      <w:r>
        <w:t>bigad raha hai to hamein koi bhi sacrifice de kar</w:t>
      </w:r>
    </w:p>
    <w:p>
      <w:pPr>
        <w:jc w:val="right"/>
      </w:pPr>
      <w:r>
        <w:t>بگڑ رہا ہے تو ہمیں کوئی بھی سیکریفائس دے کر</w:t>
      </w:r>
    </w:p>
    <w:p>
      <w:r>
        <w:rPr>
          <w:b/>
        </w:rPr>
        <w:t xml:space="preserve">[53:35] </w:t>
      </w:r>
      <w:r>
        <w:t>ke at any cost hamein phir se usko restore karna chahiye.</w:t>
      </w:r>
    </w:p>
    <w:p>
      <w:pPr>
        <w:jc w:val="right"/>
      </w:pPr>
      <w:r>
        <w:t>کے ایٹ اینی کاسٹ ہمیں پھر سے اس کو ریسٹور کرنا چاہیے۔</w:t>
      </w:r>
    </w:p>
    <w:p>
      <w:r>
        <w:rPr>
          <w:b/>
        </w:rPr>
        <w:t xml:space="preserve">[53:41] </w:t>
      </w:r>
      <w:r>
        <w:t>aisi situation lana chahiye.</w:t>
      </w:r>
    </w:p>
    <w:p>
      <w:pPr>
        <w:jc w:val="right"/>
      </w:pPr>
      <w:r>
        <w:t>ایسی سچویشن لانا چاہیے۔</w:t>
      </w:r>
    </w:p>
    <w:p>
      <w:r>
        <w:rPr>
          <w:b/>
        </w:rPr>
        <w:t xml:space="preserve">[53:47] </w:t>
      </w:r>
      <w:r>
        <w:t>aise normal halaat paida karne chahiye ke peaceful dialogue hone lage.</w:t>
      </w:r>
    </w:p>
    <w:p>
      <w:pPr>
        <w:jc w:val="right"/>
      </w:pPr>
      <w:r>
        <w:t>ایسے نارمل حالات پیدا کرنے چاہیے کہ پیس فل ڈائیلاگ ہونے لگے۔</w:t>
      </w:r>
    </w:p>
    <w:p>
      <w:r>
        <w:rPr>
          <w:b/>
        </w:rPr>
        <w:t xml:space="preserve">[53:53] </w:t>
      </w:r>
      <w:r>
        <w:t>peaceful dialogue hone lage.</w:t>
      </w:r>
    </w:p>
    <w:p>
      <w:pPr>
        <w:jc w:val="right"/>
      </w:pPr>
      <w:r>
        <w:t>پیس فل ڈائیلاگ ہونے لگے۔</w:t>
      </w:r>
    </w:p>
    <w:p>
      <w:r>
        <w:rPr>
          <w:b/>
        </w:rPr>
        <w:t xml:space="preserve">[53:59] </w:t>
      </w:r>
      <w:r>
        <w:t>mein ek baar gaya Birmingham.</w:t>
      </w:r>
    </w:p>
    <w:p>
      <w:pPr>
        <w:jc w:val="right"/>
      </w:pPr>
      <w:r>
        <w:t>میں ایک بار گیا برمنگھم۔</w:t>
      </w:r>
    </w:p>
    <w:p>
      <w:r>
        <w:rPr>
          <w:b/>
        </w:rPr>
        <w:t xml:space="preserve">[54:05] </w:t>
      </w:r>
      <w:r>
        <w:t>to bahut pehle ki baat hai.</w:t>
      </w:r>
    </w:p>
    <w:p>
      <w:pPr>
        <w:jc w:val="right"/>
      </w:pPr>
      <w:r>
        <w:t>تو بہت پہلے کی بات ہے۔</w:t>
      </w:r>
    </w:p>
    <w:p>
      <w:r>
        <w:rPr>
          <w:b/>
        </w:rPr>
        <w:t xml:space="preserve">[54:10] </w:t>
      </w:r>
      <w:r>
        <w:t>to wahan par kuch Christian karigar kaam kar rahe the.</w:t>
      </w:r>
    </w:p>
    <w:p>
      <w:pPr>
        <w:jc w:val="right"/>
      </w:pPr>
      <w:r>
        <w:t>تو وہاں پر کچھ کرسچن کاریگر کام کر رہے تھے۔</w:t>
      </w:r>
    </w:p>
    <w:p>
      <w:r>
        <w:rPr>
          <w:b/>
        </w:rPr>
        <w:t xml:space="preserve">[54:15] </w:t>
      </w:r>
      <w:r>
        <w:t>ek jagah mein thehra tha unke ghar par.</w:t>
      </w:r>
    </w:p>
    <w:p>
      <w:pPr>
        <w:jc w:val="right"/>
      </w:pPr>
      <w:r>
        <w:t>ایک جگہ میں ٹھہرا تھا ان کے گھر پر۔</w:t>
      </w:r>
    </w:p>
    <w:p>
      <w:r>
        <w:rPr>
          <w:b/>
        </w:rPr>
        <w:t xml:space="preserve">[54:20] </w:t>
      </w:r>
      <w:r>
        <w:t>kuch naujawan the woh log.</w:t>
      </w:r>
    </w:p>
    <w:p>
      <w:pPr>
        <w:jc w:val="right"/>
      </w:pPr>
      <w:r>
        <w:t>کچھ نوجوان تھے وہ لوگ۔</w:t>
      </w:r>
    </w:p>
    <w:p>
      <w:r>
        <w:rPr>
          <w:b/>
        </w:rPr>
        <w:t xml:space="preserve">[54:25] </w:t>
      </w:r>
      <w:r>
        <w:t>to hamare jo jagah mein thehra tha unhone in Christian naujawano se kaha ke tumhari clergy tum</w:t>
      </w:r>
    </w:p>
    <w:p>
      <w:pPr>
        <w:jc w:val="right"/>
      </w:pPr>
      <w:r>
        <w:t>تو ہمارے جو جگہ میں ٹھہرا تھا انہوں نے ان کرسچن نوجوانوں سے کہا کہ تمہاری کلرجی تم</w:t>
      </w:r>
    </w:p>
    <w:p>
      <w:r>
        <w:rPr>
          <w:b/>
        </w:rPr>
        <w:t xml:space="preserve">[54:30] </w:t>
      </w:r>
      <w:r>
        <w:t>ko bahut bewakoof banati</w:t>
      </w:r>
    </w:p>
    <w:p>
      <w:pPr>
        <w:jc w:val="right"/>
      </w:pPr>
      <w:r>
        <w:t>کو بہت بیوقوف بناتی</w:t>
      </w:r>
    </w:p>
    <w:p>
      <w:r>
        <w:rPr>
          <w:b/>
        </w:rPr>
        <w:t xml:space="preserve">[54:35] </w:t>
      </w:r>
      <w:r>
        <w:t>hai. tumhari clergy tum ko bohat bewakoof banati hai. to unhone kaha ke kaise? to unhone kaha ke dekho tumhari clergy jo hai atonement ka tum ko belief batati hai. yaani gunaah to tum ne kiya. aur Jesus Christ jo hai woh sauli par chadh gaye. Jesus Christ jo hai sauli par chadh gaye. yeh kaise ho sakta hai ke ghalat</w:t>
      </w:r>
    </w:p>
    <w:p>
      <w:pPr>
        <w:jc w:val="right"/>
      </w:pPr>
      <w:r>
        <w:t>ہے۔ تمہاری کلرجی تم کو بہت بیوقوف بناتی ہے۔ تو انہوں نے کہا کہ کیسے؟ تو انہوں نے کہا کہ دیکھو تمہاری کلرجی جو ہے اٹورمنٹ کا تم کو بیلیف بتاتی ہے۔ یعنی گناہ تو تم نے کیا۔ اور جیسس کرائسٹ جو ہے وہ سولی پر چڑھ گئے۔ جیسس کرائسٹ جو ہے سولی پر چڑھ گئے۔ یہ کیسے ہو سکتا ہے کہ غلط</w:t>
      </w:r>
    </w:p>
    <w:p>
      <w:r>
        <w:rPr>
          <w:b/>
        </w:rPr>
        <w:t xml:space="preserve">[55:05] </w:t>
      </w:r>
      <w:r>
        <w:t>ye tumhari ho aur punishment mile jaisa christ ko? aisa kaise ho sakta hai? to in natural.</w:t>
      </w:r>
    </w:p>
    <w:p>
      <w:pPr>
        <w:jc w:val="right"/>
      </w:pPr>
      <w:r>
        <w:t>ی تمہاری ہو اور پنشمنٹ ملے جیسس کرائسٹ کو؟ ایسا کیسے ہو سکتا ہے؟ تو ان نیچرل۔</w:t>
      </w:r>
    </w:p>
    <w:p>
      <w:r>
        <w:rPr>
          <w:b/>
        </w:rPr>
        <w:t xml:space="preserve">[55:10] </w:t>
      </w:r>
      <w:r>
        <w:t>to larkon ne kaha mister khan you are right.</w:t>
      </w:r>
    </w:p>
    <w:p>
      <w:pPr>
        <w:jc w:val="right"/>
      </w:pPr>
      <w:r>
        <w:t>تو لڑکوں نے کہا مسٹر خان یو آر رائٹ۔</w:t>
      </w:r>
    </w:p>
    <w:p>
      <w:r>
        <w:rPr>
          <w:b/>
        </w:rPr>
        <w:t xml:space="preserve">[55:15] </w:t>
      </w:r>
      <w:r>
        <w:t>mister khan you are right.</w:t>
      </w:r>
    </w:p>
    <w:p>
      <w:pPr>
        <w:jc w:val="right"/>
      </w:pPr>
      <w:r>
        <w:t>مسٹر خان یو آر رائٹ۔</w:t>
      </w:r>
    </w:p>
    <w:p>
      <w:r>
        <w:rPr>
          <w:b/>
        </w:rPr>
        <w:t xml:space="preserve">[55:20] </w:t>
      </w:r>
      <w:r>
        <w:t>to maine kaha ke dekhiye yahi cheez asal hai.</w:t>
      </w:r>
    </w:p>
    <w:p>
      <w:pPr>
        <w:jc w:val="right"/>
      </w:pPr>
      <w:r>
        <w:t>تو میں نے کہا کہ دیکھیے یہی چیز اصل ہے۔</w:t>
      </w:r>
    </w:p>
    <w:p>
      <w:r>
        <w:rPr>
          <w:b/>
        </w:rPr>
        <w:t xml:space="preserve">[55:25] </w:t>
      </w:r>
      <w:r>
        <w:t>hamare aur doosron ke beech mein peaceful dialogue continue rahe ye sab se bara kaam hai.</w:t>
      </w:r>
    </w:p>
    <w:p>
      <w:pPr>
        <w:jc w:val="right"/>
      </w:pPr>
      <w:r>
        <w:t>ہمارے اور دوسروں کے بیچ میں پیس فل ڈائیلاگ کنٹینیو رہے یہ سب سے بڑا کام ہے۔</w:t>
      </w:r>
    </w:p>
    <w:p>
      <w:r>
        <w:rPr>
          <w:b/>
        </w:rPr>
        <w:t xml:space="preserve">[55:30] </w:t>
      </w:r>
      <w:r>
        <w:t>At any cost, ہمیں چاہیے کہ ہم اس پراسیس کو بنائے رہیں۔ بنائے رہیں۔ بنائے رہیں۔</w:t>
      </w:r>
    </w:p>
    <w:p>
      <w:pPr>
        <w:jc w:val="right"/>
      </w:pPr>
      <w:r>
        <w:t>ایٹ اینی کاسٹ ہمیں چاہیے کہ ہم اس پراسیس کو بنائے رہیں۔ بنائے رہیں۔ بنائے رہیں۔</w:t>
      </w:r>
    </w:p>
    <w:p>
      <w:r>
        <w:rPr>
          <w:b/>
        </w:rPr>
        <w:t xml:space="preserve">[55:36] </w:t>
      </w:r>
      <w:r>
        <w:t>isi process ko banane ke liye rasool Allah ne kya kiya? makkah se migrate kar ke aap madinah chale gaye.</w:t>
      </w:r>
    </w:p>
    <w:p>
      <w:pPr>
        <w:jc w:val="right"/>
      </w:pPr>
      <w:r>
        <w:t>اسی پراسیس کو بنانے کے لیے رسول اللہ نے کیا کیا؟ مکہ سے مائیگریٹ کر کے آپ مدینہ چلے گئے۔</w:t>
      </w:r>
    </w:p>
    <w:p>
      <w:r>
        <w:rPr>
          <w:b/>
        </w:rPr>
        <w:t xml:space="preserve">[55:40] </w:t>
      </w:r>
      <w:r>
        <w:t>isi process ko jari rakhne ke liye aap ne kya kiya? ke hudaybiyah agreement kar liya.</w:t>
      </w:r>
    </w:p>
    <w:p>
      <w:pPr>
        <w:jc w:val="right"/>
      </w:pPr>
      <w:r>
        <w:t>اسی پراسیس کو جاری رکھنے کے لیے آپ نے کیا کیا؟ کہ حدیبیہ ایگریمنٹ کر لیا۔</w:t>
      </w:r>
    </w:p>
    <w:p>
      <w:r>
        <w:rPr>
          <w:b/>
        </w:rPr>
        <w:t xml:space="preserve">[55:45] </w:t>
      </w:r>
      <w:r>
        <w:t>unilateral bases par.</w:t>
      </w:r>
    </w:p>
    <w:p>
      <w:pPr>
        <w:jc w:val="right"/>
      </w:pPr>
      <w:r>
        <w:t>یونی لیٹرل بیسز پر۔</w:t>
      </w:r>
    </w:p>
    <w:p>
      <w:r>
        <w:rPr>
          <w:b/>
        </w:rPr>
        <w:t xml:space="preserve">[55:49] </w:t>
      </w:r>
      <w:r>
        <w:t>un ki sab condition ko maan kar ke.</w:t>
      </w:r>
    </w:p>
    <w:p>
      <w:pPr>
        <w:jc w:val="right"/>
      </w:pPr>
      <w:r>
        <w:t>ان کی سب کنڈیشن کو مان کر کے۔</w:t>
      </w:r>
    </w:p>
    <w:p>
      <w:r>
        <w:rPr>
          <w:b/>
        </w:rPr>
        <w:t xml:space="preserve">[55:54] </w:t>
      </w:r>
      <w:r>
        <w:t>is taake, taake wo jo pehle ho raha tha peaceful dialogue, open dialogue aur jisme khandAT</w:t>
      </w:r>
    </w:p>
    <w:p>
      <w:pPr>
        <w:jc w:val="right"/>
      </w:pPr>
      <w:r>
        <w:t>اس تاکہ، تاکہ وہ جو پہلے ہو رہا تھا پیس فل ڈائیلاگ، اوپن ڈائیلاگ اور جس میں کھنڈت</w:t>
      </w:r>
    </w:p>
    <w:p>
      <w:r>
        <w:rPr>
          <w:b/>
        </w:rPr>
        <w:t xml:space="preserve">[55:59] </w:t>
      </w:r>
      <w:r>
        <w:t>pad gayi thi wo phir se chalne lage.</w:t>
      </w:r>
    </w:p>
    <w:p>
      <w:pPr>
        <w:jc w:val="right"/>
      </w:pPr>
      <w:r>
        <w:t>پڑ گئی تھی وہ پھر سے چلنے لگے۔</w:t>
      </w:r>
    </w:p>
    <w:p>
      <w:r>
        <w:rPr>
          <w:b/>
        </w:rPr>
        <w:t xml:space="preserve">[56:03] </w:t>
      </w:r>
      <w:r>
        <w:t>phir se jari ho jaye.</w:t>
      </w:r>
    </w:p>
    <w:p>
      <w:pPr>
        <w:jc w:val="right"/>
      </w:pPr>
      <w:r>
        <w:t>پھر سے جاری ہو جائے۔</w:t>
      </w:r>
    </w:p>
    <w:p>
      <w:r>
        <w:rPr>
          <w:b/>
        </w:rPr>
        <w:t xml:space="preserve">[56:08] </w:t>
      </w:r>
      <w:r>
        <w:t>to yaad rakhiye ke open dialogue hi islam ki sab se bari taqat hai.</w:t>
      </w:r>
    </w:p>
    <w:p>
      <w:pPr>
        <w:jc w:val="right"/>
      </w:pPr>
      <w:r>
        <w:t>تو یاد رکھیے کہ اوپن ڈائیلاگ ہی اسلام کی سب سے بڑی طاقت ہے۔</w:t>
      </w:r>
    </w:p>
    <w:p>
      <w:r>
        <w:rPr>
          <w:b/>
        </w:rPr>
        <w:t xml:space="preserve">[56:12] </w:t>
      </w:r>
      <w:r>
        <w:t>na sword hai, na suicide bombing hai, na kuch hai.</w:t>
      </w:r>
    </w:p>
    <w:p>
      <w:pPr>
        <w:jc w:val="right"/>
      </w:pPr>
      <w:r>
        <w:t>نہ سورڈ ہے، نہ سوسائیڈ بمبنگ ہے، نہ کچھ ہے۔</w:t>
      </w:r>
    </w:p>
    <w:p>
      <w:r>
        <w:rPr>
          <w:b/>
        </w:rPr>
        <w:t xml:space="preserve">[56:16] </w:t>
      </w:r>
      <w:r>
        <w:t>quran mein hai ke wa qul lahum fi anfusihim qawlan baligha aisi baat kaho jo un ke dil mein</w:t>
      </w:r>
    </w:p>
    <w:p>
      <w:pPr>
        <w:jc w:val="right"/>
      </w:pPr>
      <w:r>
        <w:t>قرآن میں ہے کہ وَقُلْ لَهُمْ فِي أَنْفَسِهِمْ قَوْلًا بَلِيغًا ایسی بات کہو جو ان کے دل میں</w:t>
      </w:r>
    </w:p>
    <w:p>
      <w:r>
        <w:rPr>
          <w:b/>
        </w:rPr>
        <w:t xml:space="preserve">[56:21] </w:t>
      </w:r>
      <w:r>
        <w:t>utrne wali ho.</w:t>
      </w:r>
    </w:p>
    <w:p>
      <w:pPr>
        <w:jc w:val="right"/>
      </w:pPr>
      <w:r>
        <w:t>اترنے والی ہو۔</w:t>
      </w:r>
    </w:p>
    <w:p>
      <w:r>
        <w:rPr>
          <w:b/>
        </w:rPr>
        <w:t xml:space="preserve">[56:25] </w:t>
      </w:r>
      <w:r>
        <w:t>یعنی جس سے ان کا mind address ہو۔</w:t>
      </w:r>
    </w:p>
    <w:p>
      <w:pPr>
        <w:jc w:val="right"/>
      </w:pPr>
      <w:r>
        <w:t>یعنی جس سے ان کا مائنڈ ایڈریس ہو۔</w:t>
      </w:r>
    </w:p>
    <w:p>
      <w:r>
        <w:rPr>
          <w:b/>
        </w:rPr>
        <w:t xml:space="preserve">[56:29] </w:t>
      </w:r>
      <w:r>
        <w:t>ایسی بات کہو جس سے ان کا mind address ہو۔</w:t>
      </w:r>
    </w:p>
    <w:p>
      <w:pPr>
        <w:jc w:val="right"/>
      </w:pPr>
      <w:r>
        <w:t>ایسی بات کہو جس سے ان کا مائنڈ ایڈریس ہو۔</w:t>
      </w:r>
    </w:p>
    <w:p>
      <w:r>
        <w:rPr>
          <w:b/>
        </w:rPr>
        <w:t xml:space="preserve">[56:33] </w:t>
      </w:r>
      <w:r>
        <w:t>اب بتائیں کہ mind address کب ہوگا؟ کب ہو</w:t>
      </w:r>
    </w:p>
    <w:p>
      <w:pPr>
        <w:jc w:val="right"/>
      </w:pPr>
      <w:r>
        <w:t>اب بتائیں کہ مائنڈ ایڈریس کب ہوگا؟ کب ہو</w:t>
      </w:r>
    </w:p>
    <w:p>
      <w:r>
        <w:rPr>
          <w:b/>
        </w:rPr>
        <w:t xml:space="preserve">[56:38] </w:t>
      </w:r>
      <w:r>
        <w:t>ga? kya aap isi waqt par sword chalayein? gun chalayein? suicide bombing karein? is se nahi un ka mind address ho sakta. is se to aap hate inculcate karein ge un ke andar. un ka mind address hoga kab? jab open dialogue ho. aap un ke samne logic rakhein. reason rakhein. yaani rational ground par aap apni baat un se kahein. jo language un ke liye understandable hai</w:t>
      </w:r>
    </w:p>
    <w:p>
      <w:pPr>
        <w:jc w:val="right"/>
      </w:pPr>
      <w:r>
        <w:t>گا؟ کیا آپ اسی وقت پر سورڈ چلائیں؟ گن چلائیں؟ سوسائیڈ بمبنگ کریں؟ اس سے نہیں ان کا مائنڈ ایڈریس ہو سکتا۔ اس سے تو آپ ہیٹ انکلکیٹ کریں گے ان کے اندر۔ ان کا مائنڈ ایڈریس ہوگا کب؟ جب اوپن ڈائیلاگ ہو۔ آپ ان کے سامنے لاجک رکھیں۔ ریزن رکھیں۔ یعنی ریشنل گراؤنڈ پر آپ اپنی بات ان سے کہیں۔ جو لینگویج ان کے لیے انڈرسٹینڈیبل ہے</w:t>
      </w:r>
    </w:p>
    <w:p>
      <w:r>
        <w:rPr>
          <w:b/>
        </w:rPr>
        <w:t xml:space="preserve">[57:08] </w:t>
      </w:r>
      <w:r>
        <w:t>is language mein aap baat pahunchayein un tak.</w:t>
      </w:r>
    </w:p>
    <w:p>
      <w:pPr>
        <w:jc w:val="right"/>
      </w:pPr>
      <w:r>
        <w:t>اس لینگویج میں آپ بات پہنچائیں ان تک۔</w:t>
      </w:r>
    </w:p>
    <w:p>
      <w:r>
        <w:rPr>
          <w:b/>
        </w:rPr>
        <w:t xml:space="preserve">[57:12] </w:t>
      </w:r>
      <w:r>
        <w:t>isi ko main keh raha hoon open dialogue. open discussion.</w:t>
      </w:r>
    </w:p>
    <w:p>
      <w:pPr>
        <w:jc w:val="right"/>
      </w:pPr>
      <w:r>
        <w:t>اسی کو میں کہہ رہا ہوں اوپن ڈائیلاگ۔ اوپن ڈسکشن۔</w:t>
      </w:r>
    </w:p>
    <w:p>
      <w:r>
        <w:rPr>
          <w:b/>
        </w:rPr>
        <w:t xml:space="preserve">[57:16] </w:t>
      </w:r>
      <w:r>
        <w:t>ye hai sab se bari cheez.</w:t>
      </w:r>
    </w:p>
    <w:p>
      <w:pPr>
        <w:jc w:val="right"/>
      </w:pPr>
      <w:r>
        <w:t>یہ ہے سب سے بڑی چیز۔</w:t>
      </w:r>
    </w:p>
    <w:p>
      <w:r>
        <w:rPr>
          <w:b/>
        </w:rPr>
        <w:t xml:space="preserve">[57:19] </w:t>
      </w:r>
      <w:r>
        <w:t>aur koi cheez ki importance nahi hai.</w:t>
      </w:r>
    </w:p>
    <w:p>
      <w:pPr>
        <w:jc w:val="right"/>
      </w:pPr>
      <w:r>
        <w:t>اور کوئی چیز کی امپورٹنس نہیں ہے۔</w:t>
      </w:r>
    </w:p>
    <w:p>
      <w:r>
        <w:rPr>
          <w:b/>
        </w:rPr>
        <w:t xml:space="preserve">[57:23] </w:t>
      </w:r>
      <w:r>
        <w:t>sab cheez yaad rakhiye secondary hai.</w:t>
      </w:r>
    </w:p>
    <w:p>
      <w:pPr>
        <w:jc w:val="right"/>
      </w:pPr>
      <w:r>
        <w:t>سب چیز یاد رکھیے سیکنڈری ہے۔</w:t>
      </w:r>
    </w:p>
    <w:p>
      <w:r>
        <w:rPr>
          <w:b/>
        </w:rPr>
        <w:t xml:space="preserve">[57:27] </w:t>
      </w:r>
      <w:r>
        <w:t>sab cheez secondary hai.</w:t>
      </w:r>
    </w:p>
    <w:p>
      <w:pPr>
        <w:jc w:val="right"/>
      </w:pPr>
      <w:r>
        <w:t>سب چیز سیکنڈری ہے۔</w:t>
      </w:r>
    </w:p>
    <w:p>
      <w:r>
        <w:rPr>
          <w:b/>
        </w:rPr>
        <w:t xml:space="preserve">[57:31] </w:t>
      </w:r>
      <w:r>
        <w:t>sab cheez secondary hai.</w:t>
      </w:r>
    </w:p>
    <w:p>
      <w:pPr>
        <w:jc w:val="right"/>
      </w:pPr>
      <w:r>
        <w:t>سب چیز سیکنڈری ہے۔</w:t>
      </w:r>
    </w:p>
    <w:p>
      <w:r>
        <w:rPr>
          <w:b/>
        </w:rPr>
        <w:t xml:space="preserve">[57:35] </w:t>
      </w:r>
      <w:r>
        <w:t>میں آپ کو ایک prophet کا ایک واقعہ بتاؤں۔</w:t>
      </w:r>
    </w:p>
    <w:p>
      <w:pPr>
        <w:jc w:val="right"/>
      </w:pPr>
      <w:r>
        <w:t>میں آپ کو ایک پرافٹ کا ایک واقعہ بتاؤں۔</w:t>
      </w:r>
    </w:p>
    <w:p>
      <w:r>
        <w:rPr>
          <w:b/>
        </w:rPr>
        <w:t xml:space="preserve">[57:39] </w:t>
      </w:r>
      <w:r>
        <w:t>ke jab aisa hua tha ke makkah chhod kar prophet chale gaye madinah. to phir is ke baad makkah fateh hua. to jab aap ke saathi aaye makkah to woh chahte the ke jo property chhod kar gaye the woh property phir unhein mile. kyunke in properties ko logon ne qabza kar liya tha. koi oont bandhta tha, koi gaaye bandhta tha. to unhone claim kiya ke yeh saari property hum ko di jaye. rasool Allah ne order kar diya ke foran yeh</w:t>
      </w:r>
    </w:p>
    <w:p>
      <w:pPr>
        <w:jc w:val="right"/>
      </w:pPr>
      <w:r>
        <w:t>کہ جب ایسا ہوا تھا کہ مکہ چھوڑ کر پرافٹ چلے گئے مدینہ۔ تو پھر اس کے بعد مکہ فتح ہوا۔ تو جب آپ کے ساتھی آئے مکہ تو وہ چاہتے تھے کہ جو پراپرٹی چھوڑ کر گئے تھے وہ پراپرٹی پھر انہیں ملے۔ کیونکہ ان پراپرٹیز کو لوگوں نے قبضہ کر لیا تھا۔ کوئی اونٹ باندھتا تھا، کوئی گائے باندھتا تھا۔ تو انہوں نے کلیم کیا کہ یہ ساری پراپرٹی ہم کو دی جائے۔ رسول اللہ نے آرڈر کر دیا کہ فوراً یہ</w:t>
      </w:r>
    </w:p>
    <w:p>
      <w:r>
        <w:rPr>
          <w:b/>
        </w:rPr>
        <w:t xml:space="preserve">[58:09] </w:t>
      </w:r>
      <w:r>
        <w:t>wahan se wapas chalo.</w:t>
      </w:r>
    </w:p>
    <w:p>
      <w:pPr>
        <w:jc w:val="right"/>
      </w:pPr>
      <w:r>
        <w:t>اں سے واپس چلو۔</w:t>
      </w:r>
    </w:p>
    <w:p>
      <w:r>
        <w:rPr>
          <w:b/>
        </w:rPr>
        <w:t xml:space="preserve">[58:13] </w:t>
      </w:r>
      <w:r>
        <w:t>foran chalo madinah.</w:t>
      </w:r>
    </w:p>
    <w:p>
      <w:pPr>
        <w:jc w:val="right"/>
      </w:pPr>
      <w:r>
        <w:t>فوراً چلو مدینہ۔</w:t>
      </w:r>
    </w:p>
    <w:p>
      <w:r>
        <w:rPr>
          <w:b/>
        </w:rPr>
        <w:t xml:space="preserve">[58:17] </w:t>
      </w:r>
      <w:r>
        <w:t>kyun? abhi wahan par process daawa ka chalana tha.</w:t>
      </w:r>
    </w:p>
    <w:p>
      <w:pPr>
        <w:jc w:val="right"/>
      </w:pPr>
      <w:r>
        <w:t>کیوں؟ ابھی وہاں پر پراسیس دعویٰ کا چلانا تھا۔</w:t>
      </w:r>
    </w:p>
    <w:p>
      <w:r>
        <w:rPr>
          <w:b/>
        </w:rPr>
        <w:t xml:space="preserve">[58:22] </w:t>
      </w:r>
      <w:r>
        <w:t>wo to saare log islam ki fall mein nahi aaye thay.</w:t>
      </w:r>
    </w:p>
    <w:p>
      <w:pPr>
        <w:jc w:val="right"/>
      </w:pPr>
      <w:r>
        <w:t>وہ تو سارے لوگ اسلام کی فال میں نہیں آئے تھے۔</w:t>
      </w:r>
    </w:p>
    <w:p>
      <w:r>
        <w:rPr>
          <w:b/>
        </w:rPr>
        <w:t xml:space="preserve">[58:26] </w:t>
      </w:r>
      <w:r>
        <w:t>تو اگر یہ property کا claim کرنے لگتے تو کیا ہوتا؟ پھر تو equation بدل جاتا۔</w:t>
      </w:r>
    </w:p>
    <w:p>
      <w:pPr>
        <w:jc w:val="right"/>
      </w:pPr>
      <w:r>
        <w:t>تو اگر یہ پراپرٹی کا کلیم کرنے لگتے تو کیا ہوتا؟ پھر تو ایکویشن بدل جاتا۔</w:t>
      </w:r>
    </w:p>
    <w:p>
      <w:r>
        <w:rPr>
          <w:b/>
        </w:rPr>
        <w:t xml:space="preserve">[58:30] </w:t>
      </w:r>
      <w:r>
        <w:t>phir to wahan par doosre doosre issues khare ho jatay.</w:t>
      </w:r>
    </w:p>
    <w:p>
      <w:pPr>
        <w:jc w:val="right"/>
      </w:pPr>
      <w:r>
        <w:t>پھر تو وہاں پر دوسرے دوسرے ایشوز کھڑے ہو جاتے۔</w:t>
      </w:r>
    </w:p>
    <w:p>
      <w:r>
        <w:rPr>
          <w:b/>
        </w:rPr>
        <w:t xml:space="preserve">[58:34] </w:t>
      </w:r>
      <w:r>
        <w:t>yani issue hi badal jata. to aap</w:t>
      </w:r>
    </w:p>
    <w:p>
      <w:pPr>
        <w:jc w:val="right"/>
      </w:pPr>
      <w:r>
        <w:t>یعنی ایشو ہی بدل جاتا۔ تو آپ</w:t>
      </w:r>
    </w:p>
    <w:p>
      <w:r>
        <w:rPr>
          <w:b/>
        </w:rPr>
        <w:t xml:space="preserve">[58:39] </w:t>
      </w:r>
      <w:r>
        <w:t>ne chaha ke property un ke paas rehne de. aur un ko kaha ke chalo yahan se. taake daway process smoothli chalta rahe. without any break. yeh thi prophet ki policy. hum aap dekhiye is zamane mein land ke liye jhagray kar rahe hain. land ke liye suicide bombing kar rahe hain. political differences par aap un ko maar rahe hain, gun chala rahe hain. to kya ho raha hai? the</w:t>
      </w:r>
    </w:p>
    <w:p>
      <w:pPr>
        <w:jc w:val="right"/>
      </w:pPr>
      <w:r>
        <w:t>نے چاہا کہ پراپرٹی ان کے پاس رہنے دیا۔ اور ان کو کہا کہ چلو یہاں سے۔ تاکہ دعویٰ پراسیس اسموتھلی چلتا رہے۔ وِد آؤٹ اینی بریک۔ یہ تھی پرافٹ کی پالیسی۔ ہم آپ دیکھیے اس زمانے میں لینڈ کے لیے جھگڑے کر رہے ہیں۔ لینڈ کے لیے سوسائیڈ بمبنگ کر رہے ہیں۔ پولیٹیکل ڈیفرنسز پر آپ ان کو مار رہے ہیں، گن چلا رہے ہیں۔ تو کیا ہو رہا ہے؟ دا</w:t>
      </w:r>
    </w:p>
    <w:p>
      <w:r>
        <w:rPr>
          <w:b/>
        </w:rPr>
        <w:t xml:space="preserve">[59:09] </w:t>
      </w:r>
      <w:r>
        <w:t>first casualty is the work. jab bhi aap suicide bombing karte hain. so the first casualty is the work. is baat ko hamein samajhna parega. aur hamein at any cost hamein dobara peace restore karni paregi. taake smooth tor par the work jari ho jaye. aqool qawli haza wa astaghfirullah li wa lakum ajmaeen.</w:t>
      </w:r>
    </w:p>
    <w:p>
      <w:pPr>
        <w:jc w:val="right"/>
      </w:pPr>
      <w:r>
        <w:t>فرسٹ کیزوئیلٹی از داؤ ورک۔ جب بھی آپ سوسائیڈ بمبنگ کرتے ہیں۔ سو دا فرسٹ کیزوئیلٹی از داؤ ورک۔ اس بات کو ہمیں سمجھنا پڑے گا۔ اور ہمیں ایٹ اینی کاسٹ ہمیں دوبارہ پیس ریسٹور کرنی پڑے گی۔ تاکہ اسموٹھ طور پر داؤ ورک جاری ہو جائے۔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