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Story of Sahaba | January 11, 2008</w:t>
      </w:r>
    </w:p>
    <w:p>
      <w:r>
        <w:t>https://www.youtube.com/watch?v=CtZdUnx9tLU</w:t>
      </w:r>
    </w:p>
    <w:p>
      <w:r>
        <w:rPr>
          <w:b/>
        </w:rPr>
        <w:t xml:space="preserve">[00:14] </w:t>
      </w:r>
      <w:r>
        <w:t>bismillah-hir-rehman-nir-raheem, wa-sallallahu 'ala-n-nabiyyi-l-kareem.</w:t>
      </w:r>
    </w:p>
    <w:p>
      <w:pPr>
        <w:jc w:val="right"/>
      </w:pPr>
      <w:r>
        <w:t>بسم اللہ الرحمن الرحیم، وصلی اللہ علی النبی الکریم۔</w:t>
      </w:r>
    </w:p>
    <w:p>
      <w:r>
        <w:rPr>
          <w:b/>
        </w:rPr>
        <w:t xml:space="preserve">[00:24] </w:t>
      </w:r>
      <w:r>
        <w:t>rab-bish-rah-li sadri, wa-yassir-li amri, wah-lul 'uqdatan min lisani, yafqahu qawli.</w:t>
      </w:r>
    </w:p>
    <w:p>
      <w:pPr>
        <w:jc w:val="right"/>
      </w:pPr>
      <w:r>
        <w:t>رب اشرح لی صدری، ویسر لی امری، واحل العقدۃ من لسانی، یفقہ قولی۔</w:t>
      </w:r>
    </w:p>
    <w:p>
      <w:r>
        <w:rPr>
          <w:b/>
        </w:rPr>
        <w:t xml:space="preserve">[00:34] </w:t>
      </w:r>
      <w:r>
        <w:t>aaj ki baat ka topic hai "</w:t>
      </w:r>
    </w:p>
    <w:p>
      <w:pPr>
        <w:jc w:val="right"/>
      </w:pPr>
      <w:r>
        <w:t>آج کی بات کا ٹاپک ہے "</w:t>
      </w:r>
    </w:p>
    <w:p>
      <w:r>
        <w:rPr>
          <w:b/>
        </w:rPr>
        <w:t xml:space="preserve">[00:45] </w:t>
      </w:r>
      <w:r>
        <w:t>stories of sahaba", yani sahaba ke waqiat.</w:t>
      </w:r>
    </w:p>
    <w:p>
      <w:pPr>
        <w:jc w:val="right"/>
      </w:pPr>
      <w:r>
        <w:t>اسٹوریز آف صحابہ"، یعنی صحابہ کے واقعات۔</w:t>
      </w:r>
    </w:p>
    <w:p>
      <w:r>
        <w:rPr>
          <w:b/>
        </w:rPr>
        <w:t xml:space="preserve">[00:55] </w:t>
      </w:r>
      <w:r>
        <w:t>sahaba ke literal matlab hai saathi.</w:t>
      </w:r>
    </w:p>
    <w:p>
      <w:pPr>
        <w:jc w:val="right"/>
      </w:pPr>
      <w:r>
        <w:t>صحابہ کے لٹرل مطلب ہے ساتھی۔</w:t>
      </w:r>
    </w:p>
    <w:p>
      <w:r>
        <w:rPr>
          <w:b/>
        </w:rPr>
        <w:t xml:space="preserve">[01:05] </w:t>
      </w:r>
      <w:r>
        <w:t>to paighambar-e-islam sallallahu alaihi wasallam ke jo saathi thay, unko sahaba kaha jata hai. paighambar-e-islam</w:t>
      </w:r>
    </w:p>
    <w:p>
      <w:pPr>
        <w:jc w:val="right"/>
      </w:pPr>
      <w:r>
        <w:t>تو پیغمبر اسلام صلی اللہ علیہ وسلم کے جو ساتھی تھے، ان کو صحابہ کہا جاتا ہے۔ پیغمبر اسلام</w:t>
      </w:r>
    </w:p>
    <w:p>
      <w:r>
        <w:rPr>
          <w:b/>
        </w:rPr>
        <w:t xml:space="preserve">[01:15] </w:t>
      </w:r>
      <w:r>
        <w:t>saatveen sadi ke first quarter mein arab mein paida hue, wahan unhon ne kaam kiya.</w:t>
      </w:r>
    </w:p>
    <w:p>
      <w:pPr>
        <w:jc w:val="right"/>
      </w:pPr>
      <w:r>
        <w:t>ساتویں صدی کے فرسٹ کوارٹر میں عرب میں پیدا ہوئے، وہاں انہوں نے کام کیا۔</w:t>
      </w:r>
    </w:p>
    <w:p>
      <w:r>
        <w:rPr>
          <w:b/>
        </w:rPr>
        <w:t xml:space="preserve">[01:25] </w:t>
      </w:r>
      <w:r>
        <w:t>aur aap ke aap ko bohat zyada saathi mile, yani hijjatul wida mein jo log aap ke saath</w:t>
      </w:r>
    </w:p>
    <w:p>
      <w:pPr>
        <w:jc w:val="right"/>
      </w:pPr>
      <w:r>
        <w:t>اور آپ کے آپ کو بہت زیادہ ساتھی ملے، یعنی حجۃ الوداع میں جو لوگ آپ کے ساتھ</w:t>
      </w:r>
    </w:p>
    <w:p>
      <w:r>
        <w:rPr>
          <w:b/>
        </w:rPr>
        <w:t xml:space="preserve">[01:35] </w:t>
      </w:r>
      <w:r>
        <w:t>thay, unki tadad ek lakh chalis hazar batai jati hai.</w:t>
      </w:r>
    </w:p>
    <w:p>
      <w:pPr>
        <w:jc w:val="right"/>
      </w:pPr>
      <w:r>
        <w:t>تھے، ان کی تعداد ایک لاکھ چالیس ہزار بتائی جاتی ہے۔</w:t>
      </w:r>
    </w:p>
    <w:p>
      <w:r>
        <w:rPr>
          <w:b/>
        </w:rPr>
        <w:t xml:space="preserve">[01:45] </w:t>
      </w:r>
      <w:r>
        <w:t>is ke ilawa kuch aur log jo madine mein reh gaye thay, bachay ya aurtain ya boorhay waghera,</w:t>
      </w:r>
    </w:p>
    <w:p>
      <w:pPr>
        <w:jc w:val="right"/>
      </w:pPr>
      <w:r>
        <w:t>اس کے علاوہ کچھ اور لوگ جو مدینے میں رہ گئے تھے، بچے یا عورتیں یا بوڑھے وغیرہ،</w:t>
      </w:r>
    </w:p>
    <w:p>
      <w:r>
        <w:rPr>
          <w:b/>
        </w:rPr>
        <w:t xml:space="preserve">[01:56] </w:t>
      </w:r>
      <w:r>
        <w:t>un ko chhod kar yeh sab ashab-e-rasool kahe jatay hain.</w:t>
      </w:r>
    </w:p>
    <w:p>
      <w:pPr>
        <w:jc w:val="right"/>
      </w:pPr>
      <w:r>
        <w:t>ان کو چھوڑ کر یہ سب اصحاب رسول کہے جاتے ہیں۔</w:t>
      </w:r>
    </w:p>
    <w:p>
      <w:r>
        <w:rPr>
          <w:b/>
        </w:rPr>
        <w:t xml:space="preserve">[02:06] </w:t>
      </w:r>
      <w:r>
        <w:t>to hadith mein aata hai ke rasoolullah ne farmaya ke "ashabi-n-nujoom bi-ayyahim-i-qtadaytum".</w:t>
      </w:r>
    </w:p>
    <w:p>
      <w:pPr>
        <w:jc w:val="right"/>
      </w:pPr>
      <w:r>
        <w:t>تو حدیث میں آتا ہے کہ رسول اللہ نے فرمایا کہ "اصحابی النجوم بائیہم اقتدیتم"۔</w:t>
      </w:r>
    </w:p>
    <w:p>
      <w:r>
        <w:rPr>
          <w:b/>
        </w:rPr>
        <w:t xml:space="preserve">[02:16] </w:t>
      </w:r>
      <w:r>
        <w:t>mere jo ashaab hain, un ki misaal aisi hai jaise sitaray.</w:t>
      </w:r>
    </w:p>
    <w:p>
      <w:pPr>
        <w:jc w:val="right"/>
      </w:pPr>
      <w:r>
        <w:t>میرے جو اصحاب ہیں، ان کی مثال ایسی ہے جیسے ستارے۔</w:t>
      </w:r>
    </w:p>
    <w:p>
      <w:r>
        <w:rPr>
          <w:b/>
        </w:rPr>
        <w:t xml:space="preserve">[02:22] </w:t>
      </w:r>
      <w:r>
        <w:t>un mein se jis ki bhi tum pervi karoge, jis ko bhi follow karoge, tum hidayat</w:t>
      </w:r>
    </w:p>
    <w:p>
      <w:pPr>
        <w:jc w:val="right"/>
      </w:pPr>
      <w:r>
        <w:t>ان میں سے جس کی بھی تم پیروی کرو گے، جس کو بھی فالو کرو گے، تم ہدایت</w:t>
      </w:r>
    </w:p>
    <w:p>
      <w:r>
        <w:rPr>
          <w:b/>
        </w:rPr>
        <w:t xml:space="preserve">[02:28] </w:t>
      </w:r>
      <w:r>
        <w:t>par raho ge.</w:t>
      </w:r>
    </w:p>
    <w:p>
      <w:pPr>
        <w:jc w:val="right"/>
      </w:pPr>
      <w:r>
        <w:t>پر رہو گے۔</w:t>
      </w:r>
    </w:p>
    <w:p>
      <w:r>
        <w:rPr>
          <w:b/>
        </w:rPr>
        <w:t xml:space="preserve">[02:35] </w:t>
      </w:r>
      <w:r>
        <w:t>ashab-e-rasool ke waqiat hadith ki kitabon mein milte hain.</w:t>
      </w:r>
    </w:p>
    <w:p>
      <w:pPr>
        <w:jc w:val="right"/>
      </w:pPr>
      <w:r>
        <w:t>اصحاب رسول کے واقعات حدیث کی کتابوں میں ملتے ہیں۔</w:t>
      </w:r>
    </w:p>
    <w:p>
      <w:r>
        <w:rPr>
          <w:b/>
        </w:rPr>
        <w:t xml:space="preserve">[02:41] </w:t>
      </w:r>
      <w:r>
        <w:t>is ke ilawa un ke baray mein</w:t>
      </w:r>
    </w:p>
    <w:p>
      <w:pPr>
        <w:jc w:val="right"/>
      </w:pPr>
      <w:r>
        <w:t>اس کے علاوہ ان کے بارے میں</w:t>
      </w:r>
    </w:p>
    <w:p>
      <w:r>
        <w:rPr>
          <w:b/>
        </w:rPr>
        <w:t xml:space="preserve">[02:47] </w:t>
      </w:r>
      <w:r>
        <w:t>alag se bhi bohat si kitaben likhi gayi hain, woh har zaban mein milti hain.</w:t>
      </w:r>
    </w:p>
    <w:p>
      <w:pPr>
        <w:jc w:val="right"/>
      </w:pPr>
      <w:r>
        <w:t>الگ سے بھی بہت سی کتابیں لکھی گئی ہیں، وہ ہر زبان میں ملتی ہیں۔</w:t>
      </w:r>
    </w:p>
    <w:p>
      <w:r>
        <w:rPr>
          <w:b/>
        </w:rPr>
        <w:t xml:space="preserve">[02:57] </w:t>
      </w:r>
      <w:r>
        <w:t>yahan mein kuch waqiat bayan karunga jin mein hamare liye sabak hai.</w:t>
      </w:r>
    </w:p>
    <w:p>
      <w:pPr>
        <w:jc w:val="right"/>
      </w:pPr>
      <w:r>
        <w:t>یہاں میں کچھ واقعات بیان کروں گا جن میں ہمارے لیے سبق ہے۔</w:t>
      </w:r>
    </w:p>
    <w:p>
      <w:r>
        <w:rPr>
          <w:b/>
        </w:rPr>
        <w:t xml:space="preserve">[03:07] </w:t>
      </w:r>
      <w:r>
        <w:t>dekhiye, rasoolullah ko 610 isvi mein nabuwwat mili, yani pehli wahi aap ke upar aai</w:t>
      </w:r>
    </w:p>
    <w:p>
      <w:pPr>
        <w:jc w:val="right"/>
      </w:pPr>
      <w:r>
        <w:t>دیکھیے، رسول اللہ کو 610 عیسوی میں نبوت ملی، یعنی پہلی وحی آپ کے اوپر آئی</w:t>
      </w:r>
    </w:p>
    <w:p>
      <w:r>
        <w:rPr>
          <w:b/>
        </w:rPr>
        <w:t xml:space="preserve">[03:17] </w:t>
      </w:r>
      <w:r>
        <w:t>.</w:t>
      </w:r>
    </w:p>
    <w:p>
      <w:pPr>
        <w:jc w:val="right"/>
      </w:pPr>
      <w:r>
        <w:t>۔</w:t>
      </w:r>
    </w:p>
    <w:p>
      <w:r>
        <w:rPr>
          <w:b/>
        </w:rPr>
        <w:t xml:space="preserve">[03:25] </w:t>
      </w:r>
      <w:r>
        <w:t>yeh bara anokha experience tha aap ke liye.</w:t>
      </w:r>
    </w:p>
    <w:p>
      <w:pPr>
        <w:jc w:val="right"/>
      </w:pPr>
      <w:r>
        <w:t>یہ بڑا انوکھا ایکسپیرینس تھا آپ کے لیے۔</w:t>
      </w:r>
    </w:p>
    <w:p>
      <w:r>
        <w:rPr>
          <w:b/>
        </w:rPr>
        <w:t xml:space="preserve">[03:33] </w:t>
      </w:r>
      <w:r>
        <w:t>to aap is waqt thay ghar e hira mein, wahan se laut kar aap aaye apni ahliya khadija ke paas.</w:t>
      </w:r>
    </w:p>
    <w:p>
      <w:pPr>
        <w:jc w:val="right"/>
      </w:pPr>
      <w:r>
        <w:t>تو آپ اس وقت تھے غار حرا میں، وہاں سے لوٹ کر آپ آئے اپنی اہلیہ خدیجہ کے پاس۔</w:t>
      </w:r>
    </w:p>
    <w:p>
      <w:r>
        <w:rPr>
          <w:b/>
        </w:rPr>
        <w:t xml:space="preserve">[03:40] </w:t>
      </w:r>
      <w:r>
        <w:t>to aap un ko le gayeen makkah mein aik sahib ke paas jinka naam tha</w:t>
      </w:r>
    </w:p>
    <w:p>
      <w:pPr>
        <w:jc w:val="right"/>
      </w:pPr>
      <w:r>
        <w:t>تو آپ ان کو لے گئیں مکہ میں ایک صاحب کے پاس جن کا نام تھا</w:t>
      </w:r>
    </w:p>
    <w:p>
      <w:r>
        <w:rPr>
          <w:b/>
        </w:rPr>
        <w:t xml:space="preserve">[03:48] </w:t>
      </w:r>
      <w:r>
        <w:t>warqa bin nofil.</w:t>
      </w:r>
    </w:p>
    <w:p>
      <w:pPr>
        <w:jc w:val="right"/>
      </w:pPr>
      <w:r>
        <w:t>ورقہ بن نوفل۔</w:t>
      </w:r>
    </w:p>
    <w:p>
      <w:r>
        <w:rPr>
          <w:b/>
        </w:rPr>
        <w:t xml:space="preserve">[03:56] </w:t>
      </w:r>
      <w:r>
        <w:t>warqa bin nofil jo thay, woh khadija ke door ke rishtedar bhi thay.</w:t>
      </w:r>
    </w:p>
    <w:p>
      <w:pPr>
        <w:jc w:val="right"/>
      </w:pPr>
      <w:r>
        <w:t>ورقہ بن نوفل جو تھے، وہ خدیجہ کے دور کے رشتہ دار بھی تھے۔</w:t>
      </w:r>
    </w:p>
    <w:p>
      <w:r>
        <w:rPr>
          <w:b/>
        </w:rPr>
        <w:t xml:space="preserve">[04:03] </w:t>
      </w:r>
      <w:r>
        <w:t>woh unhon ne kai mazhabon ko parha tha aur unhon ne isaiyat ko qabool kar liya tha.</w:t>
      </w:r>
    </w:p>
    <w:p>
      <w:pPr>
        <w:jc w:val="right"/>
      </w:pPr>
      <w:r>
        <w:t>وہ انہوں نے کئی مذہبوں کو پڑھا تھا اور انہوں نے عیسائیت کو قبول کر لیا تھا۔</w:t>
      </w:r>
    </w:p>
    <w:p>
      <w:r>
        <w:rPr>
          <w:b/>
        </w:rPr>
        <w:t xml:space="preserve">[04:11] </w:t>
      </w:r>
      <w:r>
        <w:t>lekin thay woh basically seeker haq ke mutalashi.</w:t>
      </w:r>
    </w:p>
    <w:p>
      <w:pPr>
        <w:jc w:val="right"/>
      </w:pPr>
      <w:r>
        <w:t>لیکن تھے وہ بیسیکلی سیکھر حق کے متلاشی۔</w:t>
      </w:r>
    </w:p>
    <w:p>
      <w:r>
        <w:rPr>
          <w:b/>
        </w:rPr>
        <w:t xml:space="preserve">[04:19] </w:t>
      </w:r>
      <w:r>
        <w:t>to jab aap un se mile to un ki umar kafi ho chuki thi, woh nabina bhi ho chuke thay aur bohat boorhay ho chuke thay. to unhon ne aap ki baton ko suna, aap ne is tajrube ko bayan kiya jo ghare hira mein aap ke saath pesh aaya tha. to warqa bin nawfal ne isai aur yahudi literature ko, yani bible ko padha tha. to woh ashna thay ke nabuwat kya</w:t>
      </w:r>
    </w:p>
    <w:p>
      <w:pPr>
        <w:jc w:val="right"/>
      </w:pPr>
      <w:r>
        <w:t>تو جب آپ ان سے ملے تو ان کی عمر کافی ہو چکی تھی، وہ نابینہ بھی ہو چکے تھے اور بہت بوڑھے ہو چکے تھے۔ تو انہوں نے آپ کی باتوں کو سنا، آپ نے اس تجربے کو بیان کیا جو غار حرا میں آپ کے ساتھ پیش آیا تھا۔ تو ورقہ بن نوفل نے عیسائی اور یہودی لٹریچر کو، یعنی بائبل کو پڑھا تھا۔ تو وہ آشنا تھے کہ نبوت کیا</w:t>
      </w:r>
    </w:p>
    <w:p>
      <w:r>
        <w:rPr>
          <w:b/>
        </w:rPr>
        <w:t xml:space="preserve">[04:49] </w:t>
      </w:r>
      <w:r>
        <w:t>cheez hoti hai.</w:t>
      </w:r>
    </w:p>
    <w:p>
      <w:pPr>
        <w:jc w:val="right"/>
      </w:pPr>
      <w:r>
        <w:t>چیز ہوتی ہے۔</w:t>
      </w:r>
    </w:p>
    <w:p>
      <w:r>
        <w:rPr>
          <w:b/>
        </w:rPr>
        <w:t xml:space="preserve">[04:56] </w:t>
      </w:r>
      <w:r>
        <w:t>to unhon ne jab suna aap se aap ke tajrube ko to foran hi unhon ne kaha ke</w:t>
      </w:r>
    </w:p>
    <w:p>
      <w:pPr>
        <w:jc w:val="right"/>
      </w:pPr>
      <w:r>
        <w:t>تو انہوں نے جب سنا آپ سے آپ کے تجربے کو تو فوراً ہی انہوں نے کہا کہ</w:t>
      </w:r>
    </w:p>
    <w:p>
      <w:r>
        <w:rPr>
          <w:b/>
        </w:rPr>
        <w:t xml:space="preserve">[05:02] </w:t>
      </w:r>
      <w:r>
        <w:t>jo aap bata rahe hain, is se andaza hota hai ke aap par wohi farishta aaya tha jo</w:t>
      </w:r>
    </w:p>
    <w:p>
      <w:pPr>
        <w:jc w:val="right"/>
      </w:pPr>
      <w:r>
        <w:t>جو آپ بتا رہے ہیں، اس سے اندازہ ہوتا ہے کہ آپ پر وہی فرشتہ آیا تھا جو</w:t>
      </w:r>
    </w:p>
    <w:p>
      <w:r>
        <w:rPr>
          <w:b/>
        </w:rPr>
        <w:t xml:space="preserve">[05:09] </w:t>
      </w:r>
      <w:r>
        <w:t>is se pehle musa par aaya tha.</w:t>
      </w:r>
    </w:p>
    <w:p>
      <w:pPr>
        <w:jc w:val="right"/>
      </w:pPr>
      <w:r>
        <w:t>اس سے پہلے موسیٰ پر آیا تھا۔</w:t>
      </w:r>
    </w:p>
    <w:p>
      <w:r>
        <w:rPr>
          <w:b/>
        </w:rPr>
        <w:t xml:space="preserve">[05:15] </w:t>
      </w:r>
      <w:r>
        <w:t>chunancha ulama ne, bohat se ulama ne yeh kaha hai ke warqa bin nofil jo hain, wohi pehle sahabi hain.</w:t>
      </w:r>
    </w:p>
    <w:p>
      <w:pPr>
        <w:jc w:val="right"/>
      </w:pPr>
      <w:r>
        <w:t>چنانچہ علماء نے، بہت سے علماء نے یہ کہا ہے کہ ورقہ بن نوفل جو ہیں، وہی پہلے صحابی ہیں۔</w:t>
      </w:r>
    </w:p>
    <w:p>
      <w:r>
        <w:rPr>
          <w:b/>
        </w:rPr>
        <w:t xml:space="preserve">[05:22] </w:t>
      </w:r>
      <w:r>
        <w:t>agarche is waqe ke baad sirf chand mahine ke zinda rahe woh aur unki wafat ho gayi kyunke</w:t>
      </w:r>
    </w:p>
    <w:p>
      <w:pPr>
        <w:jc w:val="right"/>
      </w:pPr>
      <w:r>
        <w:t>اگرچہ اس واقعے کے بعد صرف چند مہینے کے زندہ رہے وہ اور ان کی وفات ہوگئی کیونکہ</w:t>
      </w:r>
    </w:p>
    <w:p>
      <w:r>
        <w:rPr>
          <w:b/>
        </w:rPr>
        <w:t xml:space="preserve">[05:29] </w:t>
      </w:r>
      <w:r>
        <w:t>woh bohat boodhe ho chuke thay, ghaliban 90 saal ke ho chuke thay is waqt.</w:t>
      </w:r>
    </w:p>
    <w:p>
      <w:pPr>
        <w:jc w:val="right"/>
      </w:pPr>
      <w:r>
        <w:t>وہ بہت بوڑھے ہو چکے تھے، غالباً 90 سال کے ہو چکے تھے اس وقت۔</w:t>
      </w:r>
    </w:p>
    <w:p>
      <w:r>
        <w:rPr>
          <w:b/>
        </w:rPr>
        <w:t xml:space="preserve">[05:37] </w:t>
      </w:r>
      <w:r>
        <w:t>to agarche unhon ne rasool ALLAH ki sohbat, yani literal sense mein to sohbat nahi pai, aap ke</w:t>
      </w:r>
    </w:p>
    <w:p>
      <w:pPr>
        <w:jc w:val="right"/>
      </w:pPr>
      <w:r>
        <w:t>تو اگرچہ انہوں نے رسول اللہ کی صحبت، یعنی لٹرل سینس میں تو صحبت نہیں پائی، آپ کے</w:t>
      </w:r>
    </w:p>
    <w:p>
      <w:r>
        <w:rPr>
          <w:b/>
        </w:rPr>
        <w:t xml:space="preserve">[05:44] </w:t>
      </w:r>
      <w:r>
        <w:t>saath baithe uthe nahi woh, lekin aap par tasdeeq karne walon mein sab se pehle woh thay makkah mein. Is wajah</w:t>
      </w:r>
    </w:p>
    <w:p>
      <w:pPr>
        <w:jc w:val="right"/>
      </w:pPr>
      <w:r>
        <w:t>ساتھ بیٹھے اٹھے نہیں وہ، لیکن آپ پر تصدیق کرنے والوں میں سب سے پہلے وہ تھے مکہ میں۔ اس وجہ</w:t>
      </w:r>
    </w:p>
    <w:p>
      <w:r>
        <w:rPr>
          <w:b/>
        </w:rPr>
        <w:t xml:space="preserve">[05:52] </w:t>
      </w:r>
      <w:r>
        <w:t>se yeh kehna sahi hoga ke warqa bin nofil jo thay, woh pehle sahabi hain.</w:t>
      </w:r>
    </w:p>
    <w:p>
      <w:pPr>
        <w:jc w:val="right"/>
      </w:pPr>
      <w:r>
        <w:t>سے یہ کہنا صحیح ہوگا کہ ورقہ بن نوفل جو تھے، وہ پہلے صحابی ہیں۔</w:t>
      </w:r>
    </w:p>
    <w:p>
      <w:r>
        <w:rPr>
          <w:b/>
        </w:rPr>
        <w:t xml:space="preserve">[05:58] </w:t>
      </w:r>
      <w:r>
        <w:t>is ke baad ghaliban doosre jo sahabi kaha jaye jin ko, woh khud khadija theen.</w:t>
      </w:r>
    </w:p>
    <w:p>
      <w:pPr>
        <w:jc w:val="right"/>
      </w:pPr>
      <w:r>
        <w:t>اس کے بعد غالباً دوسرے جو صحابی کہا جائے جن کو، وہ خود خدیجہ تھیں۔</w:t>
      </w:r>
    </w:p>
    <w:p>
      <w:r>
        <w:rPr>
          <w:b/>
        </w:rPr>
        <w:t xml:space="preserve">[06:04] </w:t>
      </w:r>
      <w:r>
        <w:t>khadija jo theen, woh aap ki ahliya theen.</w:t>
      </w:r>
    </w:p>
    <w:p>
      <w:pPr>
        <w:jc w:val="right"/>
      </w:pPr>
      <w:r>
        <w:t>خدیجہ جو تھیں، وہ آپ کی اہلیہ تھیں۔</w:t>
      </w:r>
    </w:p>
    <w:p>
      <w:r>
        <w:rPr>
          <w:b/>
        </w:rPr>
        <w:t xml:space="preserve">[06:10] </w:t>
      </w:r>
      <w:r>
        <w:t>unhon ne aap ko dekha tha is se pehle bhi, aap ke baray mein unki rai bohat achi thi.</w:t>
      </w:r>
    </w:p>
    <w:p>
      <w:pPr>
        <w:jc w:val="right"/>
      </w:pPr>
      <w:r>
        <w:t>انہوں نے آپ کو دیکھا تھا اس سے پہلے بھی، آپ کے بارے میں ان کی رائے بہت اچھی تھی۔</w:t>
      </w:r>
    </w:p>
    <w:p>
      <w:r>
        <w:rPr>
          <w:b/>
        </w:rPr>
        <w:t xml:space="preserve">[06:16] </w:t>
      </w:r>
      <w:r>
        <w:t>aap janti theen woh ke yeh aik aisay insan hain jo kabhi jhoot nahi</w:t>
      </w:r>
    </w:p>
    <w:p>
      <w:pPr>
        <w:jc w:val="right"/>
      </w:pPr>
      <w:r>
        <w:t>آپ جانتی تھیں وہ کہ یہ ایک ایسے انسان ہیں جو کبھی جھوٹ نہیں</w:t>
      </w:r>
    </w:p>
    <w:p>
      <w:r>
        <w:rPr>
          <w:b/>
        </w:rPr>
        <w:t xml:space="preserve">[06:22] </w:t>
      </w:r>
      <w:r>
        <w:t>bolte. to sirf aap ke kehne par unhon ne maan liya ke haan, aap khuda ke rasool hain. to woh bhi gaya sahaba ki fehrist mein shamil ho gayi. phir is ke baad dekhiye to warqa bin nawfal aur khadija ki jo misaal hai, woh batati hai ke agar aadmi ke andar complex na ho, woh kisi mazhab</w:t>
      </w:r>
    </w:p>
    <w:p>
      <w:pPr>
        <w:jc w:val="right"/>
      </w:pPr>
      <w:r>
        <w:t>بولتے۔ تو صرف آپ کے کہنے پر انہوں نے مان لیا کہ ہاں، آپ خدا کے رسول ہیں۔ تو وہ بھی گیا صحابہ کی فہرست میں شامل ہوگئی۔ پھر اس کے بعد دیکھیے تو ورقہ بن نوفل اور خدیجہ کی جو مثال ہے، وہ بتاتی ہے کہ اگر آدمی کے اندر کمپلیکس نہ ہو، وہ کسی مذہ</w:t>
      </w:r>
    </w:p>
    <w:p>
      <w:r>
        <w:rPr>
          <w:b/>
        </w:rPr>
        <w:t xml:space="preserve">[06:52] </w:t>
      </w:r>
      <w:r>
        <w:t>bhi ta'assub ka shikar na ho, woh sachai ko sachai ka seeker ho, aur is ke samne jab</w:t>
      </w:r>
    </w:p>
    <w:p>
      <w:pPr>
        <w:jc w:val="right"/>
      </w:pPr>
      <w:r>
        <w:t>بی تعصب کا شکار نہ ہو، وہ سچائی کو سچائی کا سیکھر ہو، اور اس کے سامنے جب</w:t>
      </w:r>
    </w:p>
    <w:p>
      <w:r>
        <w:rPr>
          <w:b/>
        </w:rPr>
        <w:t xml:space="preserve">[06:59] </w:t>
      </w:r>
      <w:r>
        <w:t>سچائی آئے گی تو اس کو ذرا بھی دیر نہیں لگے گی اس کو recognize کرنے میں۔</w:t>
      </w:r>
    </w:p>
    <w:p>
      <w:pPr>
        <w:jc w:val="right"/>
      </w:pPr>
      <w:r>
        <w:t>سچائی آئے گی تو اس کو ذرا بھی دیر نہیں لگے گی اس کو ریکگنائز کرنے میں۔</w:t>
      </w:r>
    </w:p>
    <w:p>
      <w:r>
        <w:rPr>
          <w:b/>
        </w:rPr>
        <w:t xml:space="preserve">[07:07] </w:t>
      </w:r>
      <w:r>
        <w:t>foran woh pehchan le ga us ko aur us ko maan le ga.</w:t>
      </w:r>
    </w:p>
    <w:p>
      <w:pPr>
        <w:jc w:val="right"/>
      </w:pPr>
      <w:r>
        <w:t>فوراً وہ پہچان لے گا اس کو اور اس کو مان لے گا۔</w:t>
      </w:r>
    </w:p>
    <w:p>
      <w:r>
        <w:rPr>
          <w:b/>
        </w:rPr>
        <w:t xml:space="preserve">[07:14] </w:t>
      </w:r>
      <w:r>
        <w:t>to aadmi ko chahiye ke apne aap ko</w:t>
      </w:r>
    </w:p>
    <w:p>
      <w:pPr>
        <w:jc w:val="right"/>
      </w:pPr>
      <w:r>
        <w:t>تو آدمی کو چاہیے کہ اپنے آپ کو</w:t>
      </w:r>
    </w:p>
    <w:p>
      <w:r>
        <w:rPr>
          <w:b/>
        </w:rPr>
        <w:t xml:space="preserve">[07:22] </w:t>
      </w:r>
      <w:r>
        <w:t>ta'assubat se bachaye.</w:t>
      </w:r>
    </w:p>
    <w:p>
      <w:pPr>
        <w:jc w:val="right"/>
      </w:pPr>
      <w:r>
        <w:t>تعصبات سے بچائے۔</w:t>
      </w:r>
    </w:p>
    <w:p>
      <w:r>
        <w:rPr>
          <w:b/>
        </w:rPr>
        <w:t xml:space="preserve">[07:30] </w:t>
      </w:r>
      <w:r>
        <w:t>taassubaat jo hain, woh aadmi ke upar parda ban kar chha jaate hain aur aadmi ke saamne sachai</w:t>
      </w:r>
    </w:p>
    <w:p>
      <w:pPr>
        <w:jc w:val="right"/>
      </w:pPr>
      <w:r>
        <w:t>تعصبات جو ہیں، وہ آدمی کے اوپر پردہ بن کر چھا جاتے ہیں اور آدمی کے سامنے سچائی</w:t>
      </w:r>
    </w:p>
    <w:p>
      <w:r>
        <w:rPr>
          <w:b/>
        </w:rPr>
        <w:t xml:space="preserve">[07:37] </w:t>
      </w:r>
      <w:r>
        <w:t>aati hai, phir bhi woh us ko maanta nahin.</w:t>
      </w:r>
    </w:p>
    <w:p>
      <w:pPr>
        <w:jc w:val="right"/>
      </w:pPr>
      <w:r>
        <w:t>آتی ہے، پھر بھی وہ اس کو مانتا نہیں۔</w:t>
      </w:r>
    </w:p>
    <w:p>
      <w:r>
        <w:rPr>
          <w:b/>
        </w:rPr>
        <w:t xml:space="preserve">[07:45] </w:t>
      </w:r>
      <w:r>
        <w:t>is ke baad dekhiye, rasool Allah ne yeh kiya ke apne khandan walon ko, yaani banu haashim ko ekattha</w:t>
      </w:r>
    </w:p>
    <w:p>
      <w:pPr>
        <w:jc w:val="right"/>
      </w:pPr>
      <w:r>
        <w:t>اس کے بعد دیکھیے، رسول اللہ نے یہ کیا کہ اپنے خاندان والوں کو، یعنی بنو ہاشم کو اکٹھا</w:t>
      </w:r>
    </w:p>
    <w:p>
      <w:r>
        <w:rPr>
          <w:b/>
        </w:rPr>
        <w:t xml:space="preserve">[07:52] </w:t>
      </w:r>
      <w:r>
        <w:t>kiya, jo taqreeban 30 log thay.</w:t>
      </w:r>
    </w:p>
    <w:p>
      <w:pPr>
        <w:jc w:val="right"/>
      </w:pPr>
      <w:r>
        <w:t>کیا، جو تقریباً 30 لوگ تھے۔</w:t>
      </w:r>
    </w:p>
    <w:p>
      <w:r>
        <w:rPr>
          <w:b/>
        </w:rPr>
        <w:t xml:space="preserve">[07:58] </w:t>
      </w:r>
      <w:r>
        <w:t>sab ko ekattha kar ke unhon ne jab ekattha ho gaye woh log to aap ne un ke</w:t>
      </w:r>
    </w:p>
    <w:p>
      <w:pPr>
        <w:jc w:val="right"/>
      </w:pPr>
      <w:r>
        <w:t>سب کو اکٹھا کر کے انہوں نے جب اکٹھا ہو گئے وہ لوگ تو آپ نے ان کے</w:t>
      </w:r>
    </w:p>
    <w:p>
      <w:r>
        <w:rPr>
          <w:b/>
        </w:rPr>
        <w:t xml:space="preserve">[08:04] </w:t>
      </w:r>
      <w:r>
        <w:t>saamne ek choti si taqreer ki.</w:t>
      </w:r>
    </w:p>
    <w:p>
      <w:pPr>
        <w:jc w:val="right"/>
      </w:pPr>
      <w:r>
        <w:t>سامنے ایک چھوٹی سی تقریر کی۔</w:t>
      </w:r>
    </w:p>
    <w:p>
      <w:r>
        <w:rPr>
          <w:b/>
        </w:rPr>
        <w:t xml:space="preserve">[08:10] </w:t>
      </w:r>
      <w:r>
        <w:t>aap ne farmaaya ke Khuda ne mujhe peghambar banaya hai, mere par wahi aayi hai, mere par farishta</w:t>
      </w:r>
    </w:p>
    <w:p>
      <w:pPr>
        <w:jc w:val="right"/>
      </w:pPr>
      <w:r>
        <w:t>آپ نے فرمایا کہ خدا نے مجھے پیغمبر بنایا ہے، میرے پر وحی آئی ہے، میرے پر فرشتہ</w:t>
      </w:r>
    </w:p>
    <w:p>
      <w:r>
        <w:rPr>
          <w:b/>
        </w:rPr>
        <w:t xml:space="preserve">[08:16] </w:t>
      </w:r>
      <w:r>
        <w:t>aaya hai, to tum log mera saath do, meri baat maano, mere deen ko qabool karo.</w:t>
      </w:r>
    </w:p>
    <w:p>
      <w:pPr>
        <w:jc w:val="right"/>
      </w:pPr>
      <w:r>
        <w:t>آیا ہے، تو تم لوگ میرا ساتھ دو، میری بات مانو، میرے دین کو قبول کرو۔</w:t>
      </w:r>
    </w:p>
    <w:p>
      <w:r>
        <w:rPr>
          <w:b/>
        </w:rPr>
        <w:t xml:space="preserve">[08:22] </w:t>
      </w:r>
      <w:r>
        <w:t>to us waqt jo khandan ke log wahan ekattha thay, is mein se kisi ne bhi aap ka</w:t>
      </w:r>
    </w:p>
    <w:p>
      <w:pPr>
        <w:jc w:val="right"/>
      </w:pPr>
      <w:r>
        <w:t>تو اس وقت جو خاندان کے لوگ وہاں اکٹھا تھے، اس میں سے کسی نے بھی آپ کا</w:t>
      </w:r>
    </w:p>
    <w:p>
      <w:r>
        <w:rPr>
          <w:b/>
        </w:rPr>
        <w:t xml:space="preserve">[08:27] </w:t>
      </w:r>
      <w:r>
        <w:t>saath nahin diya.</w:t>
      </w:r>
    </w:p>
    <w:p>
      <w:pPr>
        <w:jc w:val="right"/>
      </w:pPr>
      <w:r>
        <w:t>ساتھ نہیں دیا۔</w:t>
      </w:r>
    </w:p>
    <w:p>
      <w:r>
        <w:rPr>
          <w:b/>
        </w:rPr>
        <w:t xml:space="preserve">[08:32] </w:t>
      </w:r>
      <w:r>
        <w:t>sab log chup chaap baithe rahe, na to kisi ne mukhalifat ki, na kisi ne saath diya aap ka.</w:t>
      </w:r>
    </w:p>
    <w:p>
      <w:pPr>
        <w:jc w:val="right"/>
      </w:pPr>
      <w:r>
        <w:t>سب لوگ چپ چاپ بیٹھے رہے، نہ تو کسی نے مخالفت کی، نہ کسی نے ساتھ دیا آپ کا۔</w:t>
      </w:r>
    </w:p>
    <w:p>
      <w:r>
        <w:rPr>
          <w:b/>
        </w:rPr>
        <w:t xml:space="preserve">[08:38] </w:t>
      </w:r>
      <w:r>
        <w:t>sirf ek naujawan, jin ki umar shayad us waqt 11 saal thi, woh utha.</w:t>
      </w:r>
    </w:p>
    <w:p>
      <w:pPr>
        <w:jc w:val="right"/>
      </w:pPr>
      <w:r>
        <w:t>صرف ایک نوجوان، جن کی عمر شاید اس وقت 11 سال تھی، وہ اٹھا۔</w:t>
      </w:r>
    </w:p>
    <w:p>
      <w:r>
        <w:rPr>
          <w:b/>
        </w:rPr>
        <w:t xml:space="preserve">[08:43] </w:t>
      </w:r>
      <w:r>
        <w:t>yeh thay Ali ibn Abi Talib.</w:t>
      </w:r>
    </w:p>
    <w:p>
      <w:pPr>
        <w:jc w:val="right"/>
      </w:pPr>
      <w:r>
        <w:t>یہ تھے علی ابن ابی طالب۔</w:t>
      </w:r>
    </w:p>
    <w:p>
      <w:r>
        <w:rPr>
          <w:b/>
        </w:rPr>
        <w:t xml:space="preserve">[08:48] </w:t>
      </w:r>
      <w:r>
        <w:t>to unhon ne kaha ke</w:t>
      </w:r>
    </w:p>
    <w:p>
      <w:pPr>
        <w:jc w:val="right"/>
      </w:pPr>
      <w:r>
        <w:t>تو انہوں نے کہا کہ</w:t>
      </w:r>
    </w:p>
    <w:p>
      <w:r>
        <w:rPr>
          <w:b/>
        </w:rPr>
        <w:t xml:space="preserve">[08:53] </w:t>
      </w:r>
      <w:r>
        <w:t>agarche koi saath nahin de raha aap ka, lekin main saath doonga.</w:t>
      </w:r>
    </w:p>
    <w:p>
      <w:pPr>
        <w:jc w:val="right"/>
      </w:pPr>
      <w:r>
        <w:t>اگرچہ کوئی ساتھ نہیں دے رہا آپ کا، لیکن میں ساتھ دوں گا۔</w:t>
      </w:r>
    </w:p>
    <w:p>
      <w:r>
        <w:rPr>
          <w:b/>
        </w:rPr>
        <w:t xml:space="preserve">[08:58] </w:t>
      </w:r>
      <w:r>
        <w:t>to yeh bohat ajeeb si baat thi ke baray baray log jo senior thay, yaani family ke jo</w:t>
      </w:r>
    </w:p>
    <w:p>
      <w:pPr>
        <w:jc w:val="right"/>
      </w:pPr>
      <w:r>
        <w:t>تو یہ بہت عجیب سی بات تھی کہ بڑے بڑے لوگ جو سینئر تھے، یعنی فیملی کے جو</w:t>
      </w:r>
    </w:p>
    <w:p>
      <w:r>
        <w:rPr>
          <w:b/>
        </w:rPr>
        <w:t xml:space="preserve">[09:03] </w:t>
      </w:r>
      <w:r>
        <w:t>senior member thay, woh to saath nahin de rahe hain, woh to indifferent ho gaye hain.</w:t>
      </w:r>
    </w:p>
    <w:p>
      <w:pPr>
        <w:jc w:val="right"/>
      </w:pPr>
      <w:r>
        <w:t>سینئر ممبر تھے، وہ تو ساتھ نہیں دے رہے ہیں، وہ تو انڈیفرنٹ ہو گئے ہیں۔</w:t>
      </w:r>
    </w:p>
    <w:p>
      <w:r>
        <w:rPr>
          <w:b/>
        </w:rPr>
        <w:t xml:space="preserve">[09:08] </w:t>
      </w:r>
      <w:r>
        <w:t>is mein ek naujawan, jo us ki umar mushkil se 11 saal hai, woh uth kar kehta hai</w:t>
      </w:r>
    </w:p>
    <w:p>
      <w:pPr>
        <w:jc w:val="right"/>
      </w:pPr>
      <w:r>
        <w:t>اس میں ایک نوجوان، جو اس کی عمر مشکل سے 11 سال ہے، وہ اٹھ کر کہتا ہے</w:t>
      </w:r>
    </w:p>
    <w:p>
      <w:r>
        <w:rPr>
          <w:b/>
        </w:rPr>
        <w:t xml:space="preserve">[09:13] </w:t>
      </w:r>
      <w:r>
        <w:t>ke main aap ka saath doonga, haalankeh un ki haalat koi achi haalat nahin thi.</w:t>
      </w:r>
    </w:p>
    <w:p>
      <w:pPr>
        <w:jc w:val="right"/>
      </w:pPr>
      <w:r>
        <w:t>کہ میں آپ کا ساتھ دوں گا، حالانکہ ان کی حالت کوئی اچھی حالت نہیں تھی۔</w:t>
      </w:r>
    </w:p>
    <w:p>
      <w:r>
        <w:rPr>
          <w:b/>
        </w:rPr>
        <w:t xml:space="preserve">[09:18] </w:t>
      </w:r>
      <w:r>
        <w:t>to aap ne kaha</w:t>
      </w:r>
    </w:p>
    <w:p>
      <w:pPr>
        <w:jc w:val="right"/>
      </w:pPr>
      <w:r>
        <w:t>تو آپ نے کہا</w:t>
      </w:r>
    </w:p>
    <w:p>
      <w:r>
        <w:rPr>
          <w:b/>
        </w:rPr>
        <w:t xml:space="preserve">[09:23] </w:t>
      </w:r>
      <w:r>
        <w:t>sunkar ke ke "ant ya Ali, ant ya Ali, tum aey Ali, tum aey Ali".</w:t>
      </w:r>
    </w:p>
    <w:p>
      <w:pPr>
        <w:jc w:val="right"/>
      </w:pPr>
      <w:r>
        <w:t>سن کر کے کہ "انت یا علی، انت یا علی، تم اے علی، تم اے علی"۔</w:t>
      </w:r>
    </w:p>
    <w:p>
      <w:r>
        <w:rPr>
          <w:b/>
        </w:rPr>
        <w:t xml:space="preserve">[09:29] </w:t>
      </w:r>
      <w:r>
        <w:t>yaani baray taajjub ki baat thi ke baray baray log jo hain, un ki samajh mein kuch nahin</w:t>
      </w:r>
    </w:p>
    <w:p>
      <w:pPr>
        <w:jc w:val="right"/>
      </w:pPr>
      <w:r>
        <w:t>یعنی بڑے تعجب کی بات تھی کہ بڑے بڑے لوگ جو ہیں، ان کی سمجھ میں کچھ نہیں</w:t>
      </w:r>
    </w:p>
    <w:p>
      <w:r>
        <w:rPr>
          <w:b/>
        </w:rPr>
        <w:t xml:space="preserve">[09:36] </w:t>
      </w:r>
      <w:r>
        <w:t>aaya, woh saath denay ko tayyar nahin hue.</w:t>
      </w:r>
    </w:p>
    <w:p>
      <w:pPr>
        <w:jc w:val="right"/>
      </w:pPr>
      <w:r>
        <w:t>آیا، وہ ساتھ دینے کو تیار نہیں ہوئے۔</w:t>
      </w:r>
    </w:p>
    <w:p>
      <w:r>
        <w:rPr>
          <w:b/>
        </w:rPr>
        <w:t xml:space="preserve">[09:42] </w:t>
      </w:r>
      <w:r>
        <w:t>aur ek bachcha jo hai, khara ho kar kehta hai ke "main saath doonga".</w:t>
      </w:r>
    </w:p>
    <w:p>
      <w:pPr>
        <w:jc w:val="right"/>
      </w:pPr>
      <w:r>
        <w:t>اور ایک بچہ جو ہے، کھڑا ہو کر کہتا ہے کہ "میں ساتھ دوں گا"۔</w:t>
      </w:r>
    </w:p>
    <w:p>
      <w:r>
        <w:rPr>
          <w:b/>
        </w:rPr>
        <w:t xml:space="preserve">[09:48] </w:t>
      </w:r>
      <w:r>
        <w:t>phir aap jaantay hain ke yahi Ali barhay hue to Islam ki bohat bari khidmatain unhon ne anjaam dein.</w:t>
      </w:r>
    </w:p>
    <w:p>
      <w:pPr>
        <w:jc w:val="right"/>
      </w:pPr>
      <w:r>
        <w:t>پھر آپ جانتے ہیں کہ یہی علی بڑے ہوئے تو اسلام کی بہت بڑی خدمتیں انہوں نے انجام دیں۔</w:t>
      </w:r>
    </w:p>
    <w:p>
      <w:r>
        <w:rPr>
          <w:b/>
        </w:rPr>
        <w:t xml:space="preserve">[09:55] </w:t>
      </w:r>
      <w:r>
        <w:t>woh khalifa bhi bane aur un ke bohat hi hikmat hikmat ke aqwal un ke bohat se hain,</w:t>
      </w:r>
    </w:p>
    <w:p>
      <w:pPr>
        <w:jc w:val="right"/>
      </w:pPr>
      <w:r>
        <w:t>وہ خلیفہ بھی بنے اور ان کے بہت ہی حکمت حکمت کے اقوال ان کے بہت سے ہیں،</w:t>
      </w:r>
    </w:p>
    <w:p>
      <w:r>
        <w:rPr>
          <w:b/>
        </w:rPr>
        <w:t xml:space="preserve">[10:02] </w:t>
      </w:r>
      <w:r>
        <w:t>jo aik kitab hai, is ka naam hai "nahj ul balagha".</w:t>
      </w:r>
    </w:p>
    <w:p>
      <w:pPr>
        <w:jc w:val="right"/>
      </w:pPr>
      <w:r>
        <w:t>جو ایک کتاب ہے، اس کا نام ہے "نہج البلاغہ"۔</w:t>
      </w:r>
    </w:p>
    <w:p>
      <w:r>
        <w:rPr>
          <w:b/>
        </w:rPr>
        <w:t xml:space="preserve">[10:10] </w:t>
      </w:r>
      <w:r>
        <w:t>is mein aap dekh sakte hain, yani wisdom ki baatein is mein bohat ziyada hain.</w:t>
      </w:r>
    </w:p>
    <w:p>
      <w:pPr>
        <w:jc w:val="right"/>
      </w:pPr>
      <w:r>
        <w:t>اس میں آپ دیکھ سکتے ہیں، یعنی وزڈم کی باتیں اس میں بہت زیادہ ہیں۔</w:t>
      </w:r>
    </w:p>
    <w:p>
      <w:r>
        <w:rPr>
          <w:b/>
        </w:rPr>
        <w:t xml:space="preserve">[10:18] </w:t>
      </w:r>
      <w:r>
        <w:t>misalan aik cheez yeh parhein ke un ka qoul ke Hazrat Ali ne farmaya tha ke "qeemat</w:t>
      </w:r>
    </w:p>
    <w:p>
      <w:pPr>
        <w:jc w:val="right"/>
      </w:pPr>
      <w:r>
        <w:t>مثلاً ایک چیز یہ پڑھیں کہ ان کا قول کہ حضرت علی نے فرمایا تھا کہ "قیمۃ</w:t>
      </w:r>
    </w:p>
    <w:p>
      <w:r>
        <w:rPr>
          <w:b/>
        </w:rPr>
        <w:t xml:space="preserve">[10:25] </w:t>
      </w:r>
      <w:r>
        <w:t>ul mar ma yihsin".</w:t>
      </w:r>
    </w:p>
    <w:p>
      <w:pPr>
        <w:jc w:val="right"/>
      </w:pPr>
      <w:r>
        <w:t>المر ما یحسن"۔</w:t>
      </w:r>
    </w:p>
    <w:p>
      <w:r>
        <w:rPr>
          <w:b/>
        </w:rPr>
        <w:t xml:space="preserve">[10:31] </w:t>
      </w:r>
      <w:r>
        <w:t>اس کا مطلب یہ ہے "The value of a person lies in excellence"۔</w:t>
      </w:r>
    </w:p>
    <w:p>
      <w:pPr>
        <w:jc w:val="right"/>
      </w:pPr>
      <w:r>
        <w:t>اس کا مطلب یہ ہے "دا ویلیو آف اے پرسن لائز ان ایکسیلنس"۔</w:t>
      </w:r>
    </w:p>
    <w:p>
      <w:r>
        <w:rPr>
          <w:b/>
        </w:rPr>
        <w:t xml:space="preserve">[10:36] </w:t>
      </w:r>
      <w:r>
        <w:t>yani excellence ke level par aadmi ki hesiyat establish hoti hai, excellence se kam par insaan ki hesiyat</w:t>
      </w:r>
    </w:p>
    <w:p>
      <w:pPr>
        <w:jc w:val="right"/>
      </w:pPr>
      <w:r>
        <w:t>یعنی ایکسیلنس کے لیول پر آدمی کی حیثیت اسٹیبلش ہوتی ہے، ایکسیلنس سے کم پر انسان کی حیثیت</w:t>
      </w:r>
    </w:p>
    <w:p>
      <w:r>
        <w:rPr>
          <w:b/>
        </w:rPr>
        <w:t xml:space="preserve">[10:41] </w:t>
      </w:r>
      <w:r>
        <w:t>establish nahi hoti.</w:t>
      </w:r>
    </w:p>
    <w:p>
      <w:pPr>
        <w:jc w:val="right"/>
      </w:pPr>
      <w:r>
        <w:t>اسٹیبلش نہیں ہوتی۔</w:t>
      </w:r>
    </w:p>
    <w:p>
      <w:r>
        <w:rPr>
          <w:b/>
        </w:rPr>
        <w:t xml:space="preserve">[10:46] </w:t>
      </w:r>
      <w:r>
        <w:t>to agar aadmi chahta hai ke woh koi darja paye society mein, is ka koi maqam ho, to</w:t>
      </w:r>
    </w:p>
    <w:p>
      <w:pPr>
        <w:jc w:val="right"/>
      </w:pPr>
      <w:r>
        <w:t>تو اگر آدمی چاہتا ہے کہ وہ کوئی درجہ پائے سوسائٹی میں، اس کا کوئی مقام ہو، تو</w:t>
      </w:r>
    </w:p>
    <w:p>
      <w:r>
        <w:rPr>
          <w:b/>
        </w:rPr>
        <w:t xml:space="preserve">[10:51] </w:t>
      </w:r>
      <w:r>
        <w:t>isko apne samne excellence, excellence ko yani imtiaz</w:t>
      </w:r>
    </w:p>
    <w:p>
      <w:pPr>
        <w:jc w:val="right"/>
      </w:pPr>
      <w:r>
        <w:t>اس کو اپنے سامنے ایکسیلنس، ایکسیلنس کو یعنی امتیاز</w:t>
      </w:r>
    </w:p>
    <w:p>
      <w:r>
        <w:rPr>
          <w:b/>
        </w:rPr>
        <w:t xml:space="preserve">[10:56] </w:t>
      </w:r>
      <w:r>
        <w:t>ko nishana rakhna chahiye apna.</w:t>
      </w:r>
    </w:p>
    <w:p>
      <w:pPr>
        <w:jc w:val="right"/>
      </w:pPr>
      <w:r>
        <w:t>کو نشانہ رکھنا چاہیے اپنا۔</w:t>
      </w:r>
    </w:p>
    <w:p>
      <w:r>
        <w:rPr>
          <w:b/>
        </w:rPr>
        <w:t xml:space="preserve">[11:02] </w:t>
      </w:r>
      <w:r>
        <w:t>is se kam darje par woh insaan is ko koi bara darja dene ko aur tayyar nahi hoga.</w:t>
      </w:r>
    </w:p>
    <w:p>
      <w:pPr>
        <w:jc w:val="right"/>
      </w:pPr>
      <w:r>
        <w:t>اس سے کم درجے پر وہ انسان اس کو کوئی بڑا درجہ دینے کو اور تیار نہیں ہوگا۔</w:t>
      </w:r>
    </w:p>
    <w:p>
      <w:r>
        <w:rPr>
          <w:b/>
        </w:rPr>
        <w:t xml:space="preserve">[11:08] </w:t>
      </w:r>
      <w:r>
        <w:t>phir dekhiye, aap ne bohat hi khamoshi ke andaaz mein, taqreeban teen saal tak koi ailan ke andaaz</w:t>
      </w:r>
    </w:p>
    <w:p>
      <w:pPr>
        <w:jc w:val="right"/>
      </w:pPr>
      <w:r>
        <w:t>پھر دیکھیے، آپ نے بہت ہی خاموشی کے انداز میں، تقریباً تین سال تک کوئی اعلان کے انداز</w:t>
      </w:r>
    </w:p>
    <w:p>
      <w:r>
        <w:rPr>
          <w:b/>
        </w:rPr>
        <w:t xml:space="preserve">[11:14] </w:t>
      </w:r>
      <w:r>
        <w:t>mein inqama nahi hua makkah mein, balkeh khamoshi ke andaaz mein hua.</w:t>
      </w:r>
    </w:p>
    <w:p>
      <w:pPr>
        <w:jc w:val="right"/>
      </w:pPr>
      <w:r>
        <w:t>میں انعقام نہیں ہوا مکہ میں، بلکہ خاموشی کے انداز میں ہوا۔</w:t>
      </w:r>
    </w:p>
    <w:p>
      <w:r>
        <w:rPr>
          <w:b/>
        </w:rPr>
        <w:t xml:space="preserve">[11:20] </w:t>
      </w:r>
      <w:r>
        <w:t>to aap yeh</w:t>
      </w:r>
    </w:p>
    <w:p>
      <w:pPr>
        <w:jc w:val="right"/>
      </w:pPr>
      <w:r>
        <w:t>تو آپ یہ</w:t>
      </w:r>
    </w:p>
    <w:p>
      <w:r>
        <w:rPr>
          <w:b/>
        </w:rPr>
        <w:t xml:space="preserve">[11:26] </w:t>
      </w:r>
      <w:r>
        <w:t>karte the ke logon se milte the, jo aap ke janne wale the, un se mil kar ke</w:t>
      </w:r>
    </w:p>
    <w:p>
      <w:pPr>
        <w:jc w:val="right"/>
      </w:pPr>
      <w:r>
        <w:t>کرتے تھے کہ لوگوں سے ملتے تھے، جو آپ کے جاننے والے تھے، ان سے مل کر کے</w:t>
      </w:r>
    </w:p>
    <w:p>
      <w:r>
        <w:rPr>
          <w:b/>
        </w:rPr>
        <w:t xml:space="preserve">[11:31] </w:t>
      </w:r>
      <w:r>
        <w:t>batate the ke "mujhe Khuda ne payghambar banaya hai, yeh message aaya hai mere paas, Quran ka yeh</w:t>
      </w:r>
    </w:p>
    <w:p>
      <w:pPr>
        <w:jc w:val="right"/>
      </w:pPr>
      <w:r>
        <w:t>بتاتے تھے کہ "مجھے خدا نے پیغمبر بنایا ہے، یہ میسج آیا ہے میرے پاس، قرآن کا یہ</w:t>
      </w:r>
    </w:p>
    <w:p>
      <w:r>
        <w:rPr>
          <w:b/>
        </w:rPr>
        <w:t xml:space="preserve">[11:36] </w:t>
      </w:r>
      <w:r>
        <w:t>hissa aaya hai".</w:t>
      </w:r>
    </w:p>
    <w:p>
      <w:pPr>
        <w:jc w:val="right"/>
      </w:pPr>
      <w:r>
        <w:t>حصہ آیا ہے"۔</w:t>
      </w:r>
    </w:p>
    <w:p>
      <w:r>
        <w:rPr>
          <w:b/>
        </w:rPr>
        <w:t xml:space="preserve">[11:41] </w:t>
      </w:r>
      <w:r>
        <w:t>jo is ko sunate the, un ko is tarah se batate the tauheed ki baat aur akhirat ki</w:t>
      </w:r>
    </w:p>
    <w:p>
      <w:pPr>
        <w:jc w:val="right"/>
      </w:pPr>
      <w:r>
        <w:t>جو اس کو سناتے تھے، ان کو اس طرح سے بتاتے تھے توحید کی بات اور آخرت کی</w:t>
      </w:r>
    </w:p>
    <w:p>
      <w:r>
        <w:rPr>
          <w:b/>
        </w:rPr>
        <w:t xml:space="preserve">[11:46] </w:t>
      </w:r>
      <w:r>
        <w:t>baat aur wahi ki baat, yeh sab batate the un ko.</w:t>
      </w:r>
    </w:p>
    <w:p>
      <w:pPr>
        <w:jc w:val="right"/>
      </w:pPr>
      <w:r>
        <w:t>بات اور وحی کی بات، یہ سب بتاتے تھے ان کو۔</w:t>
      </w:r>
    </w:p>
    <w:p>
      <w:r>
        <w:rPr>
          <w:b/>
        </w:rPr>
        <w:t xml:space="preserve">[11:51] </w:t>
      </w:r>
      <w:r>
        <w:t>to is zamane mein makkah mein aik sahib the,</w:t>
      </w:r>
    </w:p>
    <w:p>
      <w:pPr>
        <w:jc w:val="right"/>
      </w:pPr>
      <w:r>
        <w:t>تو اس زمانے میں مکہ میں ایک صاحب تھے،</w:t>
      </w:r>
    </w:p>
    <w:p>
      <w:r>
        <w:rPr>
          <w:b/>
        </w:rPr>
        <w:t xml:space="preserve">[11:56] </w:t>
      </w:r>
      <w:r>
        <w:t>Abu Bakr bin Abi Quhafah.</w:t>
      </w:r>
    </w:p>
    <w:p>
      <w:pPr>
        <w:jc w:val="right"/>
      </w:pPr>
      <w:r>
        <w:t>ابوبکر بن ابی قحافہ۔</w:t>
      </w:r>
    </w:p>
    <w:p>
      <w:r>
        <w:rPr>
          <w:b/>
        </w:rPr>
        <w:t xml:space="preserve">[12:01] </w:t>
      </w:r>
      <w:r>
        <w:t>woh aik senior member the wahan ki society ke.</w:t>
      </w:r>
    </w:p>
    <w:p>
      <w:pPr>
        <w:jc w:val="right"/>
      </w:pPr>
      <w:r>
        <w:t>وہ ایک سینئر ممبر تھے وہاں کی سوسائٹی کے۔</w:t>
      </w:r>
    </w:p>
    <w:p>
      <w:r>
        <w:rPr>
          <w:b/>
        </w:rPr>
        <w:t xml:space="preserve">[12:06] </w:t>
      </w:r>
      <w:r>
        <w:t>wahan kapre ki tijarat karte the.</w:t>
      </w:r>
    </w:p>
    <w:p>
      <w:pPr>
        <w:jc w:val="right"/>
      </w:pPr>
      <w:r>
        <w:t>وہاں کپڑے کی تجارت کرتے تھے۔</w:t>
      </w:r>
    </w:p>
    <w:p>
      <w:r>
        <w:rPr>
          <w:b/>
        </w:rPr>
        <w:t xml:space="preserve">[12:11] </w:t>
      </w:r>
      <w:r>
        <w:t>jab aap ne un ke samne pesh kiya to foran unhon ne maan liya.</w:t>
      </w:r>
    </w:p>
    <w:p>
      <w:pPr>
        <w:jc w:val="right"/>
      </w:pPr>
      <w:r>
        <w:t>جب آپ نے ان کے سامنے پیش کیا تو فوراً انہوں نے مان لیا۔</w:t>
      </w:r>
    </w:p>
    <w:p>
      <w:r>
        <w:rPr>
          <w:b/>
        </w:rPr>
        <w:t xml:space="preserve">[12:16] </w:t>
      </w:r>
      <w:r>
        <w:t>Rasool Allah ne khud kaha ke "main ne jab kisi ke samne Islam pesh kiya to aksar logon</w:t>
      </w:r>
    </w:p>
    <w:p>
      <w:pPr>
        <w:jc w:val="right"/>
      </w:pPr>
      <w:r>
        <w:t>رسول اللہ نے خود کہا کہ "میں نے جب کسی کے سامنے اسلام پیش کیا تو اکثر لوگوں</w:t>
      </w:r>
    </w:p>
    <w:p>
      <w:r>
        <w:rPr>
          <w:b/>
        </w:rPr>
        <w:t xml:space="preserve">[12:21] </w:t>
      </w:r>
      <w:r>
        <w:t>ne mukhtalif qism ki baatein keen, sawalaat kiye,</w:t>
      </w:r>
    </w:p>
    <w:p>
      <w:pPr>
        <w:jc w:val="right"/>
      </w:pPr>
      <w:r>
        <w:t>نے مختلف قسم کی باتیں کیں، سوالات کیے،</w:t>
      </w:r>
    </w:p>
    <w:p>
      <w:r>
        <w:rPr>
          <w:b/>
        </w:rPr>
        <w:t xml:space="preserve">[12:26] </w:t>
      </w:r>
      <w:r>
        <w:t>koi shakk zahir kiya, lekin abubakar ne kuch bhi nahi kaha.</w:t>
      </w:r>
    </w:p>
    <w:p>
      <w:pPr>
        <w:jc w:val="right"/>
      </w:pPr>
      <w:r>
        <w:t>کوئی شک ظاہر کیا، لیکن ابوبکر نے کچھ بھی نہیں کہا۔</w:t>
      </w:r>
    </w:p>
    <w:p>
      <w:r>
        <w:rPr>
          <w:b/>
        </w:rPr>
        <w:t xml:space="preserve">[12:32] </w:t>
      </w:r>
      <w:r>
        <w:t>jaise hi maine kaha, waise hi unhone maan liya ke haan, main manta hoon ke aap</w:t>
      </w:r>
    </w:p>
    <w:p>
      <w:pPr>
        <w:jc w:val="right"/>
      </w:pPr>
      <w:r>
        <w:t>جیسے ہی میں نے کہا، ویسے ہی انہوں نے مان لیا کہ ہاں، میں مانتا ہوں کہ آپ</w:t>
      </w:r>
    </w:p>
    <w:p>
      <w:r>
        <w:rPr>
          <w:b/>
        </w:rPr>
        <w:t xml:space="preserve">[12:38] </w:t>
      </w:r>
      <w:r>
        <w:t>khuda ke rasool hain aur main aap ka saath dene ko apne ko pesh karta hoon".</w:t>
      </w:r>
    </w:p>
    <w:p>
      <w:pPr>
        <w:jc w:val="right"/>
      </w:pPr>
      <w:r>
        <w:t>خدا کے رسول ہیں اور میں آپ کا ساتھ دینے کو اپنے کو پیش کرتا ہوں"۔</w:t>
      </w:r>
    </w:p>
    <w:p>
      <w:r>
        <w:rPr>
          <w:b/>
        </w:rPr>
        <w:t xml:space="preserve">[12:44] </w:t>
      </w:r>
      <w:r>
        <w:t>is tarah se makke mein ek ek kar ke log milna shuru hue.</w:t>
      </w:r>
    </w:p>
    <w:p>
      <w:pPr>
        <w:jc w:val="right"/>
      </w:pPr>
      <w:r>
        <w:t>اس طرح سے مکے میں ایک ایک کر کے لوگ ملنا شروع ہوئے۔</w:t>
      </w:r>
    </w:p>
    <w:p>
      <w:r>
        <w:rPr>
          <w:b/>
        </w:rPr>
        <w:t xml:space="preserve">[12:50] </w:t>
      </w:r>
      <w:r>
        <w:t>to wahan ek the, usman bin affan,</w:t>
      </w:r>
    </w:p>
    <w:p>
      <w:pPr>
        <w:jc w:val="right"/>
      </w:pPr>
      <w:r>
        <w:t>تو وہاں ایک تھے، عثمان بن عفان،</w:t>
      </w:r>
    </w:p>
    <w:p>
      <w:r>
        <w:rPr>
          <w:b/>
        </w:rPr>
        <w:t xml:space="preserve">[12:56] </w:t>
      </w:r>
      <w:r>
        <w:t>wo bhi tajir the.</w:t>
      </w:r>
    </w:p>
    <w:p>
      <w:pPr>
        <w:jc w:val="right"/>
      </w:pPr>
      <w:r>
        <w:t>وہ بھی تاجر تھے۔</w:t>
      </w:r>
    </w:p>
    <w:p>
      <w:r>
        <w:rPr>
          <w:b/>
        </w:rPr>
        <w:t xml:space="preserve">[13:01] </w:t>
      </w:r>
      <w:r>
        <w:t>to unko bhi baat pahunchi isi shuru zamane mein, unhone bhi maan liya.</w:t>
      </w:r>
    </w:p>
    <w:p>
      <w:pPr>
        <w:jc w:val="right"/>
      </w:pPr>
      <w:r>
        <w:t>تو ان کو بھی بات پہنچی اسی شروع زمانے میں، انہوں نے بھی مان لیا۔</w:t>
      </w:r>
    </w:p>
    <w:p>
      <w:r>
        <w:rPr>
          <w:b/>
        </w:rPr>
        <w:t xml:space="preserve">[13:06] </w:t>
      </w:r>
      <w:r>
        <w:t>hazrat usman jo the, bohat hi saleh aadmi the, agarche kafi badi jahalat thi unki, lekin bohat</w:t>
      </w:r>
    </w:p>
    <w:p>
      <w:pPr>
        <w:jc w:val="right"/>
      </w:pPr>
      <w:r>
        <w:t>حضرت عثمان جو تھے، بہت ہی صالح آدمی تھے، اگرچہ کافی بڑی جہالت تھی ان کی، لیکن بہت</w:t>
      </w:r>
    </w:p>
    <w:p>
      <w:r>
        <w:rPr>
          <w:b/>
        </w:rPr>
        <w:t xml:space="preserve">[13:11] </w:t>
      </w:r>
      <w:r>
        <w:t>saleh aadmi the, bohat hi naik aadmi the.</w:t>
      </w:r>
    </w:p>
    <w:p>
      <w:pPr>
        <w:jc w:val="right"/>
      </w:pPr>
      <w:r>
        <w:t>صالح آدمی تھے، بہت ہی نیک آدمی تھے۔</w:t>
      </w:r>
    </w:p>
    <w:p>
      <w:r>
        <w:rPr>
          <w:b/>
        </w:rPr>
        <w:t xml:space="preserve">[13:16] </w:t>
      </w:r>
      <w:r>
        <w:t>baad ko wo khalifa bane.</w:t>
      </w:r>
    </w:p>
    <w:p>
      <w:pPr>
        <w:jc w:val="right"/>
      </w:pPr>
      <w:r>
        <w:t>بعد کو وہ خلیفہ بنے۔</w:t>
      </w:r>
    </w:p>
    <w:p>
      <w:r>
        <w:rPr>
          <w:b/>
        </w:rPr>
        <w:t xml:space="preserve">[13:21] </w:t>
      </w:r>
      <w:r>
        <w:t>to unka ek waqia yeh hai ke baad</w:t>
      </w:r>
    </w:p>
    <w:p>
      <w:pPr>
        <w:jc w:val="right"/>
      </w:pPr>
      <w:r>
        <w:t>تو ان کا ایک واقعہ یہ ہے کہ بعد</w:t>
      </w:r>
    </w:p>
    <w:p>
      <w:r>
        <w:rPr>
          <w:b/>
        </w:rPr>
        <w:t xml:space="preserve">[13:26] </w:t>
      </w:r>
      <w:r>
        <w:t>ko jab Madina gaye yeh log to Madina mein bhi unhone tijarat ki aur bohat faida hua un ko. To Madine mein is zamane mein bohat qillat thi cheezon ki. Log ikatthe hijrat ke baad, log bohat se aa gaye the, wahan ki abadi badh gayi thi. To bohat se log jo hain, un ko woh zaroorat mand ho gaye the. To ek baar un ka qafila tijarti aaya bahar se, ghalla waghera le kar ke. Is mein kafi</w:t>
      </w:r>
    </w:p>
    <w:p>
      <w:pPr>
        <w:jc w:val="right"/>
      </w:pPr>
      <w:r>
        <w:t>کو جب مدینہ گئے یہ لوگ تو مدینہ میں بھی انہوں نے تجارت کی اور بہت فائدہ ہوا ان کو۔ تو مدینے میں اس زمانے میں بہت قلت تھی چیزوں کی۔ لوگ اکٹھے ہجرت کے بعد، لوگ بہت سے آ گئے تھے، وہاں کی آبادی بڑھ گئی تھی۔ تو بہت سے لوگ جو ہیں، ان کو وہ ضرورت مند ہو گئے تھے۔ تو ایک بار ان کا قافلہ تجارتی آیا باہر سے، غلہ وغیرہ لے کر کے۔ اس میں کافی</w:t>
      </w:r>
    </w:p>
    <w:p>
      <w:r>
        <w:rPr>
          <w:b/>
        </w:rPr>
        <w:t xml:space="preserve">[13:56] </w:t>
      </w:r>
      <w:r>
        <w:t>oonth the, ghaliban ek hazar oonth the. To un ke Madine ke tajar un ke haan ikattha hue khareedne ke liye. To har ek daam lagata tha ke "main itna doonga, kisi ko itna doonga" . To Hazrat Umar, woh Hazrat Usman ne kaha ke "mujhe tumhare is se bhi zyada mil raha hai, jitna tum dene ko tayyar ho, is se bohat zyada mujh ko mil raha hai" . To sab</w:t>
      </w:r>
    </w:p>
    <w:p>
      <w:pPr>
        <w:jc w:val="right"/>
      </w:pPr>
      <w:r>
        <w:t>اونٹ تھے، غالباً ایک ہزار اونٹ تھے۔ تو ان کے مدینے کے تاجر ان کے ہاں اکٹھا ہوئے خریدنے کے لیے۔ تو ہر ایک دام لگاتا تھا کہ "میں اتنا دوں گا، کسی کو اتنا دوں گا"۔ تو حضرت عمر، وہ حضرت عثمان نے کہا کہ "مجھے تمہارے اس سے بھی زیادہ مل رہا ہے، جتنا تم دینے کو تیار ہو، اس سے بہت زیادہ مجھ کو مل رہا ہے"۔ تو سب</w:t>
      </w:r>
    </w:p>
    <w:p>
      <w:r>
        <w:rPr>
          <w:b/>
        </w:rPr>
        <w:t xml:space="preserve">[14:26] </w:t>
      </w:r>
      <w:r>
        <w:t>ne apni aakhri daam laga di, phir bhi aap kehte rahe ke "mujhe is se bhi zyada mil raha hai".</w:t>
      </w:r>
    </w:p>
    <w:p>
      <w:pPr>
        <w:jc w:val="right"/>
      </w:pPr>
      <w:r>
        <w:t>نے اپنی آخری دام لگا دی، پھر بھی آپ کہتے رہے کہ "مجھے اس سے بھی زیادہ مل رہا ہے"۔</w:t>
      </w:r>
    </w:p>
    <w:p>
      <w:r>
        <w:rPr>
          <w:b/>
        </w:rPr>
        <w:t xml:space="preserve">[14:31] </w:t>
      </w:r>
      <w:r>
        <w:t>to unhone kaha ke "saare madine ke tajir hain, akhatta hain, sab ke sab, hum sab log</w:t>
      </w:r>
    </w:p>
    <w:p>
      <w:pPr>
        <w:jc w:val="right"/>
      </w:pPr>
      <w:r>
        <w:t>تو انہوں نے کہا کہ "سارے مدینے کے تاجر ہیں، اکٹھا ہیں، سب کے سب، ہم سب لوگ</w:t>
      </w:r>
    </w:p>
    <w:p>
      <w:r>
        <w:rPr>
          <w:b/>
        </w:rPr>
        <w:t xml:space="preserve">[14:36] </w:t>
      </w:r>
      <w:r>
        <w:t>daam laga chuke, ab kaun hai jo aap ko itna zyada daam de raha hai hum se zyada".</w:t>
      </w:r>
    </w:p>
    <w:p>
      <w:pPr>
        <w:jc w:val="right"/>
      </w:pPr>
      <w:r>
        <w:t>دام لگا چکے، اب کون ہے جو آپ کو اتنا زیادہ دام دے رہا ہے ہم سے زیادہ"۔</w:t>
      </w:r>
    </w:p>
    <w:p>
      <w:r>
        <w:rPr>
          <w:b/>
        </w:rPr>
        <w:t xml:space="preserve">[14:41] </w:t>
      </w:r>
      <w:r>
        <w:t>to unhone quran ki ayat padhi aur kaha ke "khuda aap mujhe is se zyada ka wada</w:t>
      </w:r>
    </w:p>
    <w:p>
      <w:pPr>
        <w:jc w:val="right"/>
      </w:pPr>
      <w:r>
        <w:t>تو انہوں نے قرآن کی آیت پڑھی اور کہا کہ "خدا آپ مجھے اس سے زیادہ کا وعدہ</w:t>
      </w:r>
    </w:p>
    <w:p>
      <w:r>
        <w:rPr>
          <w:b/>
        </w:rPr>
        <w:t xml:space="preserve">[14:46] </w:t>
      </w:r>
      <w:r>
        <w:t>kar raha hai".</w:t>
      </w:r>
    </w:p>
    <w:p>
      <w:pPr>
        <w:jc w:val="right"/>
      </w:pPr>
      <w:r>
        <w:t>کر رہا ہے"۔</w:t>
      </w:r>
    </w:p>
    <w:p>
      <w:r>
        <w:rPr>
          <w:b/>
        </w:rPr>
        <w:t xml:space="preserve">[14:51] </w:t>
      </w:r>
      <w:r>
        <w:t>to main saare is saare ghale ko, saare saman ko</w:t>
      </w:r>
    </w:p>
    <w:p>
      <w:pPr>
        <w:jc w:val="right"/>
      </w:pPr>
      <w:r>
        <w:t>تو میں سارے اس سارے غلے کو، سارے سامان کو</w:t>
      </w:r>
    </w:p>
    <w:p>
      <w:r>
        <w:rPr>
          <w:b/>
        </w:rPr>
        <w:t xml:space="preserve">[14:57] </w:t>
      </w:r>
      <w:r>
        <w:t>madine ke logon mein, yani wo kar deta hoon bator, yani bator khairat ke.</w:t>
      </w:r>
    </w:p>
    <w:p>
      <w:pPr>
        <w:jc w:val="right"/>
      </w:pPr>
      <w:r>
        <w:t>مدینے کے لوگوں میں، یعنی وہ کر دیتا ہوں بطور، یعنی بطور خیرات کے۔</w:t>
      </w:r>
    </w:p>
    <w:p>
      <w:r>
        <w:rPr>
          <w:b/>
        </w:rPr>
        <w:t xml:space="preserve">[15:02] </w:t>
      </w:r>
      <w:r>
        <w:t>khairat ka matlab yeh hai ke bohat bator sadqa ke, bator donation ke, apni taraf se sab ko</w:t>
      </w:r>
    </w:p>
    <w:p>
      <w:pPr>
        <w:jc w:val="right"/>
      </w:pPr>
      <w:r>
        <w:t>خیرات کا مطلب یہ ہے کہ بہت بطور صدقہ کے، بطور ڈونیشن کے، اپنی طرف سے سب کو</w:t>
      </w:r>
    </w:p>
    <w:p>
      <w:r>
        <w:rPr>
          <w:b/>
        </w:rPr>
        <w:t xml:space="preserve">[15:07] </w:t>
      </w:r>
      <w:r>
        <w:t>infaq ke, sab ko de raha hoon.</w:t>
      </w:r>
    </w:p>
    <w:p>
      <w:pPr>
        <w:jc w:val="right"/>
      </w:pPr>
      <w:r>
        <w:t>انفاق کے، سب کو دے رہا ہوں۔</w:t>
      </w:r>
    </w:p>
    <w:p>
      <w:r>
        <w:rPr>
          <w:b/>
        </w:rPr>
        <w:t xml:space="preserve">[15:12] </w:t>
      </w:r>
      <w:r>
        <w:t>to unhone is ko taqseem karwa diya.</w:t>
      </w:r>
    </w:p>
    <w:p>
      <w:pPr>
        <w:jc w:val="right"/>
      </w:pPr>
      <w:r>
        <w:t>تو انہوں نے اس کو تقسیم کروا دیا۔</w:t>
      </w:r>
    </w:p>
    <w:p>
      <w:r>
        <w:rPr>
          <w:b/>
        </w:rPr>
        <w:t xml:space="preserve">[15:17] </w:t>
      </w:r>
      <w:r>
        <w:t>itne bade dil ke aadmi the wo.</w:t>
      </w:r>
    </w:p>
    <w:p>
      <w:pPr>
        <w:jc w:val="right"/>
      </w:pPr>
      <w:r>
        <w:t>اتنے بڑے دل کے آدمی تھے وہ۔</w:t>
      </w:r>
    </w:p>
    <w:p>
      <w:r>
        <w:rPr>
          <w:b/>
        </w:rPr>
        <w:t xml:space="preserve">[15:22] </w:t>
      </w:r>
      <w:r>
        <w:t>to yeh hazrat usman jo the, yeh bhi mak</w:t>
      </w:r>
    </w:p>
    <w:p>
      <w:pPr>
        <w:jc w:val="right"/>
      </w:pPr>
      <w:r>
        <w:t>تو یہ حضرت عثمان جو تھے، یہ بھی مک</w:t>
      </w:r>
    </w:p>
    <w:p>
      <w:r>
        <w:rPr>
          <w:b/>
        </w:rPr>
        <w:t xml:space="preserve">[15:27] </w:t>
      </w:r>
      <w:r>
        <w:t>e mein, makke mein jo daawti kaam kiya gaya tha, usi zamane mein hasil hue.</w:t>
      </w:r>
    </w:p>
    <w:p>
      <w:pPr>
        <w:jc w:val="right"/>
      </w:pPr>
      <w:r>
        <w:t>ہ میں، مکہ میں جو دعوتی کام کیا گیا تھا، اسی زمانے میں حاصل ہوئے۔</w:t>
      </w:r>
    </w:p>
    <w:p>
      <w:r>
        <w:rPr>
          <w:b/>
        </w:rPr>
        <w:t xml:space="preserve">[15:33] </w:t>
      </w:r>
      <w:r>
        <w:t>phir isi zamane mein dekhiye jin ko ke hum kehte hain hazrat umar farooq, jinho ne islam ki</w:t>
      </w:r>
    </w:p>
    <w:p>
      <w:pPr>
        <w:jc w:val="right"/>
      </w:pPr>
      <w:r>
        <w:t>پھر اسی زمانے میں دیکھیے جن کو کہ ہم کہتے ہیں حضرت عمر فاروق، جنہوں نے اسلام کی</w:t>
      </w:r>
    </w:p>
    <w:p>
      <w:r>
        <w:rPr>
          <w:b/>
        </w:rPr>
        <w:t xml:space="preserve">[15:39] </w:t>
      </w:r>
      <w:r>
        <w:t>tareekh mein bare bare kaam kiye, woh bhi makkah hi mein hasil hue.</w:t>
      </w:r>
    </w:p>
    <w:p>
      <w:pPr>
        <w:jc w:val="right"/>
      </w:pPr>
      <w:r>
        <w:t>تاریخ میں بڑے بڑے کام کیے، وہ بھی مکہ ہی میں حاصل ہوئے۔</w:t>
      </w:r>
    </w:p>
    <w:p>
      <w:r>
        <w:rPr>
          <w:b/>
        </w:rPr>
        <w:t xml:space="preserve">[15:45] </w:t>
      </w:r>
      <w:r>
        <w:t>un ka qissa bohat lamba aaya hai kitabon mein.</w:t>
      </w:r>
    </w:p>
    <w:p>
      <w:pPr>
        <w:jc w:val="right"/>
      </w:pPr>
      <w:r>
        <w:t>ان کا قصہ بہت لمبا آیا ہے کتابوں میں۔</w:t>
      </w:r>
    </w:p>
    <w:p>
      <w:r>
        <w:rPr>
          <w:b/>
        </w:rPr>
        <w:t xml:space="preserve">[15:51] </w:t>
      </w:r>
      <w:r>
        <w:t>to aisa hua ke shuru zamane mein bohat mukhalif thay, yeh bohat ziyada mukhalif aur bare pehalwan qism ke</w:t>
      </w:r>
    </w:p>
    <w:p>
      <w:pPr>
        <w:jc w:val="right"/>
      </w:pPr>
      <w:r>
        <w:t>تو ایسا ہوا کہ شروع زمانے میں بہت مخالف تھے، یہ بہت زیادہ مخالف اور بڑے پہلوان قسم کے</w:t>
      </w:r>
    </w:p>
    <w:p>
      <w:r>
        <w:rPr>
          <w:b/>
        </w:rPr>
        <w:t xml:space="preserve">[15:57] </w:t>
      </w:r>
      <w:r>
        <w:t>aadmi thay, bohat zabardast personality thi un ki.</w:t>
      </w:r>
    </w:p>
    <w:p>
      <w:pPr>
        <w:jc w:val="right"/>
      </w:pPr>
      <w:r>
        <w:t>آدمی تھے، بہت زبردست پرسنیلٹی تھی ان کی۔</w:t>
      </w:r>
    </w:p>
    <w:p>
      <w:r>
        <w:rPr>
          <w:b/>
        </w:rPr>
        <w:t xml:space="preserve">[16:04] </w:t>
      </w:r>
      <w:r>
        <w:t>to islam ki bohat mukhalifat karte thay woh.</w:t>
      </w:r>
    </w:p>
    <w:p>
      <w:pPr>
        <w:jc w:val="right"/>
      </w:pPr>
      <w:r>
        <w:t>تو اسلام کے بہت مخالفت کرتے تھے وہ۔</w:t>
      </w:r>
    </w:p>
    <w:p>
      <w:r>
        <w:rPr>
          <w:b/>
        </w:rPr>
        <w:t xml:space="preserve">[16:12] </w:t>
      </w:r>
      <w:r>
        <w:t>to kaha jata hai ke ek baar woh nikle apne ghar se aur un ke hath mein talwar</w:t>
      </w:r>
    </w:p>
    <w:p>
      <w:pPr>
        <w:jc w:val="right"/>
      </w:pPr>
      <w:r>
        <w:t>تو کہا جاتا ہے کہ ایک بار وہ نکلے اپنے گھر سے اور ان کے ہاتھ میں تلوار</w:t>
      </w:r>
    </w:p>
    <w:p>
      <w:r>
        <w:rPr>
          <w:b/>
        </w:rPr>
        <w:t xml:space="preserve">[16:19] </w:t>
      </w:r>
      <w:r>
        <w:t>thi aur un ka irada tha ke ab jo mile islam ki baat karne wala, use khatam kar dein kyun</w:t>
      </w:r>
    </w:p>
    <w:p>
      <w:pPr>
        <w:jc w:val="right"/>
      </w:pPr>
      <w:r>
        <w:t>تھی اور ان کا ارادہ تھا کہ اب جو ملے اسلام کی بات کرنے والا، اسے ختم کر دیں کیون</w:t>
      </w:r>
    </w:p>
    <w:p>
      <w:r>
        <w:rPr>
          <w:b/>
        </w:rPr>
        <w:t xml:space="preserve">[16:27] </w:t>
      </w:r>
      <w:r>
        <w:t>ke woh bohat zabardast qism ke aadmi thay woh.</w:t>
      </w:r>
    </w:p>
    <w:p>
      <w:pPr>
        <w:jc w:val="right"/>
      </w:pPr>
      <w:r>
        <w:t>کہ وہ بہت زبردست قسم کے آدمی تھے وہ۔</w:t>
      </w:r>
    </w:p>
    <w:p>
      <w:r>
        <w:rPr>
          <w:b/>
        </w:rPr>
        <w:t xml:space="preserve">[16:33] </w:t>
      </w:r>
      <w:r>
        <w:t>to logon ne bataya ke "tum doosron ke liye nikle ho talwar le kar, tumhari apni behan islam</w:t>
      </w:r>
    </w:p>
    <w:p>
      <w:pPr>
        <w:jc w:val="right"/>
      </w:pPr>
      <w:r>
        <w:t>تو لوگوں نے بتایا کہ "تم دوسروں کے لیے نکلے ہو تلوار لے کر، تمہاری اپنی بہن اسلام</w:t>
      </w:r>
    </w:p>
    <w:p>
      <w:r>
        <w:rPr>
          <w:b/>
        </w:rPr>
        <w:t xml:space="preserve">[16:40] </w:t>
      </w:r>
      <w:r>
        <w:t>mein dakhil ho chuki hain" kyun ke behan ka naam.</w:t>
      </w:r>
    </w:p>
    <w:p>
      <w:pPr>
        <w:jc w:val="right"/>
      </w:pPr>
      <w:r>
        <w:t>میں داخل ہو چکی ہیں" کیونکہ بہن کا نام۔</w:t>
      </w:r>
    </w:p>
    <w:p>
      <w:r>
        <w:rPr>
          <w:b/>
        </w:rPr>
        <w:t xml:space="preserve">[16:46] </w:t>
      </w:r>
      <w:r>
        <w:t>to woh jab yeh suna unhone ke un ki apni behan jo hai dakhil ho chuki hain</w:t>
      </w:r>
    </w:p>
    <w:p>
      <w:pPr>
        <w:jc w:val="right"/>
      </w:pPr>
      <w:r>
        <w:t>تو وہ جب یہ سنا انہوں نے کہ ان کی اپنی بہن جو ہے داخل ہو چکی ہیں</w:t>
      </w:r>
    </w:p>
    <w:p>
      <w:r>
        <w:rPr>
          <w:b/>
        </w:rPr>
        <w:t xml:space="preserve">[16:53] </w:t>
      </w:r>
      <w:r>
        <w:t>islam mein, to sab se pehle wahin gaye apni behan ke ghar par. to</w:t>
      </w:r>
    </w:p>
    <w:p>
      <w:pPr>
        <w:jc w:val="right"/>
      </w:pPr>
      <w:r>
        <w:t>اسلام میں، تو سب سے پہلے وہیں گئے اپنی بہن کے گھر پر۔ تو</w:t>
      </w:r>
    </w:p>
    <w:p>
      <w:r>
        <w:rPr>
          <w:b/>
        </w:rPr>
        <w:t xml:space="preserve">[16:59] </w:t>
      </w:r>
      <w:r>
        <w:t>kaha jata hai ke woh quran ke kuch hissay parh kar parh rahi thi, woh thay un ke</w:t>
      </w:r>
    </w:p>
    <w:p>
      <w:pPr>
        <w:jc w:val="right"/>
      </w:pPr>
      <w:r>
        <w:t>کہا جاتا ہے کہ وہ قرآن کے کچھ حصے پڑھ کر پڑھ رہی تھی، وہ تھے ان کے</w:t>
      </w:r>
    </w:p>
    <w:p>
      <w:r>
        <w:rPr>
          <w:b/>
        </w:rPr>
        <w:t xml:space="preserve">[17:05] </w:t>
      </w:r>
      <w:r>
        <w:t>shohar, woh bhi islam qabool kar chuke thay.</w:t>
      </w:r>
    </w:p>
    <w:p>
      <w:pPr>
        <w:jc w:val="right"/>
      </w:pPr>
      <w:r>
        <w:t>شوہر، وہ بھی اسلام قبول کر چکے تھے۔</w:t>
      </w:r>
    </w:p>
    <w:p>
      <w:r>
        <w:rPr>
          <w:b/>
        </w:rPr>
        <w:t xml:space="preserve">[17:11] </w:t>
      </w:r>
      <w:r>
        <w:t>to jab yeh dakhil hue to unhone chupa liya un un awraq ko, un safhat ko.</w:t>
      </w:r>
    </w:p>
    <w:p>
      <w:pPr>
        <w:jc w:val="right"/>
      </w:pPr>
      <w:r>
        <w:t>تو جب یہ داخل ہوئے تو انہوں نے چھپا لیا ان ان اوراق کو، ان صفحات کو۔</w:t>
      </w:r>
    </w:p>
    <w:p>
      <w:r>
        <w:rPr>
          <w:b/>
        </w:rPr>
        <w:t xml:space="preserve">[17:18] </w:t>
      </w:r>
      <w:r>
        <w:t>to unhone poocha ke "tum log kya kar rahe thay?" to woh batati nahi thi, batati nahi</w:t>
      </w:r>
    </w:p>
    <w:p>
      <w:pPr>
        <w:jc w:val="right"/>
      </w:pPr>
      <w:r>
        <w:t>تو انہوں نے پوچھا کہ "تم لوگ کیا کر رہے تھے؟" تو وہ بتاتی نہیں تھی، بتاتی نہیں</w:t>
      </w:r>
    </w:p>
    <w:p>
      <w:r>
        <w:rPr>
          <w:b/>
        </w:rPr>
        <w:t xml:space="preserve">[17:24] </w:t>
      </w:r>
      <w:r>
        <w:t>thi, lekin jab bohat ziyada zor kiya unhone kyun ke hum quran parh rahe thay,</w:t>
      </w:r>
    </w:p>
    <w:p>
      <w:pPr>
        <w:jc w:val="right"/>
      </w:pPr>
      <w:r>
        <w:t>تھی، لیکن جب بہت زیادہ زور کیا انہوں نے کیونکہ ہم قرآن پڑھ رہے تھے،</w:t>
      </w:r>
    </w:p>
    <w:p>
      <w:r>
        <w:rPr>
          <w:b/>
        </w:rPr>
        <w:t xml:space="preserve">[17:30] </w:t>
      </w:r>
      <w:r>
        <w:t>unhone kaha ke "mujhe dikhao woh quran kahan hai?" to unhone dikhaya.</w:t>
      </w:r>
    </w:p>
    <w:p>
      <w:pPr>
        <w:jc w:val="right"/>
      </w:pPr>
      <w:r>
        <w:t>انہوں نے کہا کہ "مجھے دکھاؤ وہ قرآن کہاں ہے؟" تو انہوں نے دکھایا۔</w:t>
      </w:r>
    </w:p>
    <w:p>
      <w:r>
        <w:rPr>
          <w:b/>
        </w:rPr>
        <w:t xml:space="preserve">[17:35] </w:t>
      </w:r>
      <w:r>
        <w:t>to kaha jata hai ke jab parha us ko unhone to un ki aankhon se aansu nikal</w:t>
      </w:r>
    </w:p>
    <w:p>
      <w:pPr>
        <w:jc w:val="right"/>
      </w:pPr>
      <w:r>
        <w:t>تو کہا جاتا ہے کہ جب پڑھا اس کو انہوں نے تو ان کی آنکھوں سے آنسو نکل</w:t>
      </w:r>
    </w:p>
    <w:p>
      <w:r>
        <w:rPr>
          <w:b/>
        </w:rPr>
        <w:t xml:space="preserve">[17:40] </w:t>
      </w:r>
      <w:r>
        <w:t>aaye, yaani quran jab pehli baar parha unhone, tabhi woh un ke dil mein utar gayi woh</w:t>
      </w:r>
    </w:p>
    <w:p>
      <w:pPr>
        <w:jc w:val="right"/>
      </w:pPr>
      <w:r>
        <w:t>آئے، یعنی قرآن جب پہلی بار پڑھا انہوں نے، تبھی وہ ان کے دل میں اتر گئی وہ</w:t>
      </w:r>
    </w:p>
    <w:p>
      <w:r>
        <w:rPr>
          <w:b/>
        </w:rPr>
        <w:t xml:space="preserve">[17:45] </w:t>
      </w:r>
      <w:r>
        <w:t>aayat hai ke "aisa kalam hai quran, aisa kalam hai quran".</w:t>
      </w:r>
    </w:p>
    <w:p>
      <w:pPr>
        <w:jc w:val="right"/>
      </w:pPr>
      <w:r>
        <w:t>آیت ہے کہ "ایسا کلام ہے قرآن، ایسا کلام ہے قرآن"۔</w:t>
      </w:r>
    </w:p>
    <w:p>
      <w:r>
        <w:rPr>
          <w:b/>
        </w:rPr>
        <w:t xml:space="preserve">[17:50] </w:t>
      </w:r>
      <w:r>
        <w:t>to unhone kaha ke "phir to main bhi isi deen mein dakhil hota hoon".</w:t>
      </w:r>
    </w:p>
    <w:p>
      <w:pPr>
        <w:jc w:val="right"/>
      </w:pPr>
      <w:r>
        <w:t>تو انہوں نے کہا کہ "پھر تو میں بھی اسی دین میں داخل ہوتا ہوں"۔</w:t>
      </w:r>
    </w:p>
    <w:p>
      <w:r>
        <w:rPr>
          <w:b/>
        </w:rPr>
        <w:t xml:space="preserve">[17:55] </w:t>
      </w:r>
      <w:r>
        <w:t>to is ke baad unhone nahaya, nahakar ke kapde badle</w:t>
      </w:r>
    </w:p>
    <w:p>
      <w:pPr>
        <w:jc w:val="right"/>
      </w:pPr>
      <w:r>
        <w:t>تو اس کے بعد انہوں نے نہایا، نہا کر کے کپڑے بدلے</w:t>
      </w:r>
    </w:p>
    <w:p>
      <w:r>
        <w:rPr>
          <w:b/>
        </w:rPr>
        <w:t xml:space="preserve">[18:01] </w:t>
      </w:r>
      <w:r>
        <w:t>aur kalma parh liya.</w:t>
      </w:r>
    </w:p>
    <w:p>
      <w:pPr>
        <w:jc w:val="right"/>
      </w:pPr>
      <w:r>
        <w:t>اور کلمہ پڑھ لیا۔</w:t>
      </w:r>
    </w:p>
    <w:p>
      <w:r>
        <w:rPr>
          <w:b/>
        </w:rPr>
        <w:t xml:space="preserve">[18:06] </w:t>
      </w:r>
      <w:r>
        <w:t>phir rasool Allah ke paas aaye.</w:t>
      </w:r>
    </w:p>
    <w:p>
      <w:pPr>
        <w:jc w:val="right"/>
      </w:pPr>
      <w:r>
        <w:t>پھر رسول اللہ کے پاس آئے۔</w:t>
      </w:r>
    </w:p>
    <w:p>
      <w:r>
        <w:rPr>
          <w:b/>
        </w:rPr>
        <w:t xml:space="preserve">[18:11] </w:t>
      </w:r>
      <w:r>
        <w:t>is waqt rasool Allah wahan par ek pahadi ke upar ek ghar tha, dar-e-Arqam, wahan rehte the.</w:t>
      </w:r>
    </w:p>
    <w:p>
      <w:pPr>
        <w:jc w:val="right"/>
      </w:pPr>
      <w:r>
        <w:t>اس وقت رسول اللہ وہاں پر ایک پہاڑی کے اوپر ایک گھر تھا، دار ارقم، وہاں رہتے تھے۔</w:t>
      </w:r>
    </w:p>
    <w:p>
      <w:r>
        <w:rPr>
          <w:b/>
        </w:rPr>
        <w:t xml:space="preserve">[18:16] </w:t>
      </w:r>
      <w:r>
        <w:t>wahan gaye aur wahan par unhon ne apne aap ko rasool Allah ke samne pesh kar diya.</w:t>
      </w:r>
    </w:p>
    <w:p>
      <w:pPr>
        <w:jc w:val="right"/>
      </w:pPr>
      <w:r>
        <w:t>وہاں گئے اور وہاں پر انہوں نے اپنے آپ کو رسول اللہ کے سامنے پیش کر دیا۔</w:t>
      </w:r>
    </w:p>
    <w:p>
      <w:r>
        <w:rPr>
          <w:b/>
        </w:rPr>
        <w:t xml:space="preserve">[18:21] </w:t>
      </w:r>
      <w:r>
        <w:t>to Hazrat Umar ki misaal batati hai ke ek aadmi agar is ke dil mein sachai ho, yaani</w:t>
      </w:r>
    </w:p>
    <w:p>
      <w:pPr>
        <w:jc w:val="right"/>
      </w:pPr>
      <w:r>
        <w:t>تو حضرت عمر کی مثال بتاتی ہے کہ ایک آدمی اگر اس کے دل میں سچائی ہو، یعنی</w:t>
      </w:r>
    </w:p>
    <w:p>
      <w:r>
        <w:rPr>
          <w:b/>
        </w:rPr>
        <w:t xml:space="preserve">[18:26] </w:t>
      </w:r>
      <w:r>
        <w:t>wo munafiq na ho, wo</w:t>
      </w:r>
    </w:p>
    <w:p>
      <w:pPr>
        <w:jc w:val="right"/>
      </w:pPr>
      <w:r>
        <w:t>وہ منافق نہ ہو، وہ</w:t>
      </w:r>
    </w:p>
    <w:p>
      <w:r>
        <w:rPr>
          <w:b/>
        </w:rPr>
        <w:t xml:space="preserve">[18:32] </w:t>
      </w:r>
      <w:r>
        <w:t>dil se wo bura na ho, dil se acha ho, wo to jab is ke samne sachai aaye</w:t>
      </w:r>
    </w:p>
    <w:p>
      <w:pPr>
        <w:jc w:val="right"/>
      </w:pPr>
      <w:r>
        <w:t>دل سے وہ برا نہ ہو، دل سے اچھا ہو، وہ تو جب اس کے سامنے سچائی آئے</w:t>
      </w:r>
    </w:p>
    <w:p>
      <w:r>
        <w:rPr>
          <w:b/>
        </w:rPr>
        <w:t xml:space="preserve">[18:38] </w:t>
      </w:r>
      <w:r>
        <w:t>gi to us ko jaan lega, us ko pehchan lega aur us ko maan lega.</w:t>
      </w:r>
    </w:p>
    <w:p>
      <w:pPr>
        <w:jc w:val="right"/>
      </w:pPr>
      <w:r>
        <w:t>گی تو اس کو جان لے گا، اس کو پہچان لے گا اور اس کو مان لے گا۔</w:t>
      </w:r>
    </w:p>
    <w:p>
      <w:r>
        <w:rPr>
          <w:b/>
        </w:rPr>
        <w:t xml:space="preserve">[18:44] </w:t>
      </w:r>
      <w:r>
        <w:t>wo yaani aise log jo ke andar hi se bohat hi bure hote hain, un ke dil mein</w:t>
      </w:r>
    </w:p>
    <w:p>
      <w:pPr>
        <w:jc w:val="right"/>
      </w:pPr>
      <w:r>
        <w:t>وہ یعنی ایسے لوگ جو کہ اندر ہی سے بہت ہی برے ہوتے ہیں، ان کے دل میں</w:t>
      </w:r>
    </w:p>
    <w:p>
      <w:r>
        <w:rPr>
          <w:b/>
        </w:rPr>
        <w:t xml:space="preserve">[18:50] </w:t>
      </w:r>
      <w:r>
        <w:t>khoot hoti hai, andar se wo munafiq hote hain, to wo to phir bhi nahi maan paate.</w:t>
      </w:r>
    </w:p>
    <w:p>
      <w:pPr>
        <w:jc w:val="right"/>
      </w:pPr>
      <w:r>
        <w:t>کھوٹ ہوتی ہے، اندر سے وہ منافق ہوتے ہیں، تو وہ تو پھر بھی نہیں مان پاتے۔</w:t>
      </w:r>
    </w:p>
    <w:p>
      <w:r>
        <w:rPr>
          <w:b/>
        </w:rPr>
        <w:t xml:space="preserve">[18:56] </w:t>
      </w:r>
      <w:r>
        <w:t>lekin jo log andar se sahi hon, ye jo the</w:t>
      </w:r>
    </w:p>
    <w:p>
      <w:pPr>
        <w:jc w:val="right"/>
      </w:pPr>
      <w:r>
        <w:t>لیکن جو لوگ اندر سے صحیح ہوں، یہ جو تھے</w:t>
      </w:r>
    </w:p>
    <w:p>
      <w:r>
        <w:rPr>
          <w:b/>
        </w:rPr>
        <w:t xml:space="preserve">[19:02] </w:t>
      </w:r>
      <w:r>
        <w:t>Hazrat Umar, wo sach bolte the, wo insaaf pasand aadmi the, wo mazloomon ki himayat karte the, ye sab</w:t>
      </w:r>
    </w:p>
    <w:p>
      <w:pPr>
        <w:jc w:val="right"/>
      </w:pPr>
      <w:r>
        <w:t>حضرت عمر، وہ سچ بولتے تھے، وہ انست آدمی تھے، وہ مظلوموں کی حمایت کرتے تھے، یہ سب</w:t>
      </w:r>
    </w:p>
    <w:p>
      <w:r>
        <w:rPr>
          <w:b/>
        </w:rPr>
        <w:t xml:space="preserve">[19:07] </w:t>
      </w:r>
      <w:r>
        <w:t>values un ke andar thin, sirf Islam ki mukhalifat kar rahe the, bas warna human values jis ko</w:t>
      </w:r>
    </w:p>
    <w:p>
      <w:pPr>
        <w:jc w:val="right"/>
      </w:pPr>
      <w:r>
        <w:t>ویلیوز ان کے اندر تھیں، صرف اسلام کی مخالفت کر رہے تھے، بس ورنہ ہیومن ویلیوز جس کو</w:t>
      </w:r>
    </w:p>
    <w:p>
      <w:r>
        <w:rPr>
          <w:b/>
        </w:rPr>
        <w:t xml:space="preserve">[19:13] </w:t>
      </w:r>
      <w:r>
        <w:t>kaha jata hai, wo thin un ke andar maujood phir bhi.</w:t>
      </w:r>
    </w:p>
    <w:p>
      <w:pPr>
        <w:jc w:val="right"/>
      </w:pPr>
      <w:r>
        <w:t>کہا جاتا ہے، وہ تھیں ان کے اندر موجود پھر بھی۔</w:t>
      </w:r>
    </w:p>
    <w:p>
      <w:r>
        <w:rPr>
          <w:b/>
        </w:rPr>
        <w:t xml:space="preserve">[19:18] </w:t>
      </w:r>
      <w:r>
        <w:t>to is liye un ko tofeeq ho gayi aur unhon ne Islam qubool kar liya.</w:t>
      </w:r>
    </w:p>
    <w:p>
      <w:pPr>
        <w:jc w:val="right"/>
      </w:pPr>
      <w:r>
        <w:t>تو اس لیے ان کو توفیق ہو گئی اور انہوں نے اسلام قبول کر لیا۔</w:t>
      </w:r>
    </w:p>
    <w:p>
      <w:r>
        <w:rPr>
          <w:b/>
        </w:rPr>
        <w:t xml:space="preserve">[19:23] </w:t>
      </w:r>
      <w:r>
        <w:t>is tarah se ek ek kar ke log wahan Islam mein aate chale gaye.</w:t>
      </w:r>
    </w:p>
    <w:p>
      <w:pPr>
        <w:jc w:val="right"/>
      </w:pPr>
      <w:r>
        <w:t>اس طرح سے ایک ایک کر کے لوگ وہاں اسلام میں آتے چلے گئے۔</w:t>
      </w:r>
    </w:p>
    <w:p>
      <w:r>
        <w:rPr>
          <w:b/>
        </w:rPr>
        <w:t xml:space="preserve">[19:29] </w:t>
      </w:r>
      <w:r>
        <w:t>misaal ke taur par dekhiye,</w:t>
      </w:r>
    </w:p>
    <w:p>
      <w:pPr>
        <w:jc w:val="right"/>
      </w:pPr>
      <w:r>
        <w:t>مثال کے طور پر دیکھیے،</w:t>
      </w:r>
    </w:p>
    <w:p>
      <w:r>
        <w:rPr>
          <w:b/>
        </w:rPr>
        <w:t xml:space="preserve">[19:34] </w:t>
      </w:r>
      <w:r>
        <w:t>Makka Makka mein ek saheb the, un ka naam tha Khalid Khalid bin Waleed.</w:t>
      </w:r>
    </w:p>
    <w:p>
      <w:pPr>
        <w:jc w:val="right"/>
      </w:pPr>
      <w:r>
        <w:t>مکہ مکہ میں ایک صاحب تھے، ان کا نام تھا خالد خالد بن الولید۔</w:t>
      </w:r>
    </w:p>
    <w:p>
      <w:r>
        <w:rPr>
          <w:b/>
        </w:rPr>
        <w:t xml:space="preserve">[19:41] </w:t>
      </w:r>
      <w:r>
        <w:t>ye kuch der mein musalman, kuch der ke baad wo Islam mein dakhil hue, yaani hijrat ke baad.</w:t>
      </w:r>
    </w:p>
    <w:p>
      <w:pPr>
        <w:jc w:val="right"/>
      </w:pPr>
      <w:r>
        <w:t>یہ کچھ دیر میں مسلمان، کچھ دیر کے بعد وہ اسلام میں داخل ہوئے، یعنی ہجرت کے بعد۔</w:t>
      </w:r>
    </w:p>
    <w:p>
      <w:r>
        <w:rPr>
          <w:b/>
        </w:rPr>
        <w:t xml:space="preserve">[19:48] </w:t>
      </w:r>
      <w:r>
        <w:t>to kaha jata hai ke jab wo, yaani shuru shuru zamane mein, wo mukhalif the, Uhud ki ladai</w:t>
      </w:r>
    </w:p>
    <w:p>
      <w:pPr>
        <w:jc w:val="right"/>
      </w:pPr>
      <w:r>
        <w:t>تو کہا جاتا ہے کہ جب وہ، یعنی شروع شروع زمانے میں، وہ مخالف تھے، احد کی لڑائی</w:t>
      </w:r>
    </w:p>
    <w:p>
      <w:r>
        <w:rPr>
          <w:b/>
        </w:rPr>
        <w:t xml:space="preserve">[19:55] </w:t>
      </w:r>
      <w:r>
        <w:t>unhon ne ladi thi rasool Allah ke khilaf.</w:t>
      </w:r>
    </w:p>
    <w:p>
      <w:pPr>
        <w:jc w:val="right"/>
      </w:pPr>
      <w:r>
        <w:t>انہوں نے لڑی تھی رسول اللہ کے خلاف۔</w:t>
      </w:r>
    </w:p>
    <w:p>
      <w:r>
        <w:rPr>
          <w:b/>
        </w:rPr>
        <w:t xml:space="preserve">[20:02] </w:t>
      </w:r>
      <w:r>
        <w:t>to hijrat se, hijrat ke baad un ke samne baat aayi</w:t>
      </w:r>
    </w:p>
    <w:p>
      <w:pPr>
        <w:jc w:val="right"/>
      </w:pPr>
      <w:r>
        <w:t>تو ہجرت سے، ہجرت کے بعد ان کے سامنے بات آئی</w:t>
      </w:r>
    </w:p>
    <w:p>
      <w:r>
        <w:rPr>
          <w:b/>
        </w:rPr>
        <w:t xml:space="preserve">[20:09] </w:t>
      </w:r>
      <w:r>
        <w:t>to wo nikle, yaani Fatah Makka se kuch pehle, wo Makka se nikle, ja ke Madine mein jayein,</w:t>
      </w:r>
    </w:p>
    <w:p>
      <w:pPr>
        <w:jc w:val="right"/>
      </w:pPr>
      <w:r>
        <w:t>تو وہ نکلے، یعنی فتح مکہ سے کچھ پہلے، وہ مکہ سے نکلے، جا کے مدینے میں جائیں،</w:t>
      </w:r>
    </w:p>
    <w:p>
      <w:r>
        <w:rPr>
          <w:b/>
        </w:rPr>
        <w:t xml:space="preserve">[20:15] </w:t>
      </w:r>
      <w:r>
        <w:t>rasool Allah se milein aur Islam qubool kar lein.</w:t>
      </w:r>
    </w:p>
    <w:p>
      <w:pPr>
        <w:jc w:val="right"/>
      </w:pPr>
      <w:r>
        <w:t>رسول اللہ سے ملیں اور اسلام قبول کر لیں۔</w:t>
      </w:r>
    </w:p>
    <w:p>
      <w:r>
        <w:rPr>
          <w:b/>
        </w:rPr>
        <w:t xml:space="preserve">[20:21] </w:t>
      </w:r>
      <w:r>
        <w:t>to kaha jata hai ke jab wo nikle yahan se to raste mein un ki mulaqat ek aur</w:t>
      </w:r>
    </w:p>
    <w:p>
      <w:pPr>
        <w:jc w:val="right"/>
      </w:pPr>
      <w:r>
        <w:t>تو کہا جاتا ہے کہ جب وہ نکلے یہاں سے تو راستے میں ان کی ملاقات ایک اور</w:t>
      </w:r>
    </w:p>
    <w:p>
      <w:r>
        <w:rPr>
          <w:b/>
        </w:rPr>
        <w:t xml:space="preserve">[20:27] </w:t>
      </w:r>
      <w:r>
        <w:t>saheb se hui, wo the Amr bin Al-Aas, wo bhi Makka ke the.</w:t>
      </w:r>
    </w:p>
    <w:p>
      <w:pPr>
        <w:jc w:val="right"/>
      </w:pPr>
      <w:r>
        <w:t>صاحب سے ہوئی، وہ تھے ابر بن العاص، وہ بھی مکہ کے تھے۔</w:t>
      </w:r>
    </w:p>
    <w:p>
      <w:r>
        <w:rPr>
          <w:b/>
        </w:rPr>
        <w:t xml:space="preserve">[20:33] </w:t>
      </w:r>
      <w:r>
        <w:t>to unhon ne poocha ke "tum kahan ja rahe ho?" to</w:t>
      </w:r>
    </w:p>
    <w:p>
      <w:pPr>
        <w:jc w:val="right"/>
      </w:pPr>
      <w:r>
        <w:t>تو انہوں نے پوچھا کہ "تم کہاں جا رہے ہو؟" تو</w:t>
      </w:r>
    </w:p>
    <w:p>
      <w:r>
        <w:rPr>
          <w:b/>
        </w:rPr>
        <w:t xml:space="preserve">[20:39] </w:t>
      </w:r>
      <w:r>
        <w:t>unhon ne kaha ke "main ja raha hoon Madina".</w:t>
      </w:r>
    </w:p>
    <w:p>
      <w:pPr>
        <w:jc w:val="right"/>
      </w:pPr>
      <w:r>
        <w:t>انہوں نے کہا کہ "میں جا رہا ہوں مدینہ"۔</w:t>
      </w:r>
    </w:p>
    <w:p>
      <w:r>
        <w:rPr>
          <w:b/>
        </w:rPr>
        <w:t xml:space="preserve">[20:45] </w:t>
      </w:r>
      <w:r>
        <w:t>aur to unhon ne kaha ke "main bhi Madina ja raha hoon".</w:t>
      </w:r>
    </w:p>
    <w:p>
      <w:pPr>
        <w:jc w:val="right"/>
      </w:pPr>
      <w:r>
        <w:t>اور تو انہوں نے کہا کہ "میں بھی مدینہ جا رہا ہوں"۔</w:t>
      </w:r>
    </w:p>
    <w:p>
      <w:r>
        <w:rPr>
          <w:b/>
        </w:rPr>
        <w:t xml:space="preserve">[20:51] </w:t>
      </w:r>
      <w:r>
        <w:t>to Khalid bin Walid aur Abu bin Al-Aas, yeh dono ja rahe thay Makah se Madina, Fatah Makah</w:t>
      </w:r>
    </w:p>
    <w:p>
      <w:pPr>
        <w:jc w:val="right"/>
      </w:pPr>
      <w:r>
        <w:t>تو خالد بن الولید اور ابر بن العاص، یہ دونوں جا رہے تھے مکہ سے مدینہ، فتح مکہ</w:t>
      </w:r>
    </w:p>
    <w:p>
      <w:r>
        <w:rPr>
          <w:b/>
        </w:rPr>
        <w:t xml:space="preserve">[20:57] </w:t>
      </w:r>
      <w:r>
        <w:t>se kuch pehle, isi irade se ke Islam qabool kar lein.</w:t>
      </w:r>
    </w:p>
    <w:p>
      <w:pPr>
        <w:jc w:val="right"/>
      </w:pPr>
      <w:r>
        <w:t>سے کچھ پہلے، اسی ارادے سے کہ اسلام قبول کر لیں۔</w:t>
      </w:r>
    </w:p>
    <w:p>
      <w:r>
        <w:rPr>
          <w:b/>
        </w:rPr>
        <w:t xml:space="preserve">[21:03] </w:t>
      </w:r>
      <w:r>
        <w:t>us waqt baat cheet mein, us waqt jo baat cheet un ko</w:t>
      </w:r>
    </w:p>
    <w:p>
      <w:pPr>
        <w:jc w:val="right"/>
      </w:pPr>
      <w:r>
        <w:t>اس وقت بات چیت میں، اس وقت جو بات چیت ان کو</w:t>
      </w:r>
    </w:p>
    <w:p>
      <w:r>
        <w:rPr>
          <w:b/>
        </w:rPr>
        <w:t xml:space="preserve">[21:09] </w:t>
      </w:r>
      <w:r>
        <w:t>un logon ke darmiyan hui thi, woh kitabon mein aayi hai.</w:t>
      </w:r>
    </w:p>
    <w:p>
      <w:pPr>
        <w:jc w:val="right"/>
      </w:pPr>
      <w:r>
        <w:t>ان لوگوں کے درمیان ہوئی تھی، وہ کتابوں میں آئی ہے۔</w:t>
      </w:r>
    </w:p>
    <w:p>
      <w:r>
        <w:rPr>
          <w:b/>
        </w:rPr>
        <w:t xml:space="preserve">[21:16] </w:t>
      </w:r>
      <w:r>
        <w:t>to is mein se ek jumla yeh hai ke Hazrat Khalid ne kaha Abu Al-Aas se ke "Dakhala</w:t>
      </w:r>
    </w:p>
    <w:p>
      <w:pPr>
        <w:jc w:val="right"/>
      </w:pPr>
      <w:r>
        <w:t>تو اس میں سے ایک جملہ یہ ہے کہ حضرت خالد نے کہا ابو العاص سے کہ "دخلا</w:t>
      </w:r>
    </w:p>
    <w:p>
      <w:r>
        <w:rPr>
          <w:b/>
        </w:rPr>
        <w:t xml:space="preserve">[21:22] </w:t>
      </w:r>
      <w:r>
        <w:t>al-nas fi al-Islam falam yabqa ahadun bihi ta'am".</w:t>
      </w:r>
    </w:p>
    <w:p>
      <w:pPr>
        <w:jc w:val="right"/>
      </w:pPr>
      <w:r>
        <w:t>الناس فی الاسلام فلم یبقہ احد بہ طعام"۔</w:t>
      </w:r>
    </w:p>
    <w:p>
      <w:r>
        <w:rPr>
          <w:b/>
        </w:rPr>
        <w:t xml:space="preserve">[21:28] </w:t>
      </w:r>
      <w:r>
        <w:t>iska matlab yeh hai ke saare hamari society jo thi, Makah ki society, to saare jo achhe</w:t>
      </w:r>
    </w:p>
    <w:p>
      <w:pPr>
        <w:jc w:val="right"/>
      </w:pPr>
      <w:r>
        <w:t>اس کا مطلب یہ ہے کہ سارے ہماری سوسائٹی جو تھی، مکہ کی سوسائٹی، تو سارے جو اچھے</w:t>
      </w:r>
    </w:p>
    <w:p>
      <w:r>
        <w:rPr>
          <w:b/>
        </w:rPr>
        <w:t xml:space="preserve">[21:34] </w:t>
      </w:r>
      <w:r>
        <w:t>log thay, woh to chale gaye,</w:t>
      </w:r>
    </w:p>
    <w:p>
      <w:pPr>
        <w:jc w:val="right"/>
      </w:pPr>
      <w:r>
        <w:t>لوگ تھے، وہ تو چلے گئے،</w:t>
      </w:r>
    </w:p>
    <w:p>
      <w:r>
        <w:rPr>
          <w:b/>
        </w:rPr>
        <w:t xml:space="preserve">[21:40] </w:t>
      </w:r>
      <w:r>
        <w:t>is Islam mein dakhil ho gaye.</w:t>
      </w:r>
    </w:p>
    <w:p>
      <w:pPr>
        <w:jc w:val="right"/>
      </w:pPr>
      <w:r>
        <w:t>اس اسلام میں داخل ہو گئے۔</w:t>
      </w:r>
    </w:p>
    <w:p>
      <w:r>
        <w:rPr>
          <w:b/>
        </w:rPr>
        <w:t xml:space="preserve">[21:46] </w:t>
      </w:r>
      <w:r>
        <w:t>ab wahan to koi aadmi nahi reh gaya.</w:t>
      </w:r>
    </w:p>
    <w:p>
      <w:pPr>
        <w:jc w:val="right"/>
      </w:pPr>
      <w:r>
        <w:t>اب وہاں تو کوئی آدمی نہیں رہ گیا۔</w:t>
      </w:r>
    </w:p>
    <w:p>
      <w:r>
        <w:rPr>
          <w:b/>
        </w:rPr>
        <w:t xml:space="preserve">[21:52] </w:t>
      </w:r>
      <w:r>
        <w:t>to unhon ne istemal kiya lafz "rajul dhu ta'am".</w:t>
      </w:r>
    </w:p>
    <w:p>
      <w:pPr>
        <w:jc w:val="right"/>
      </w:pPr>
      <w:r>
        <w:t>تو انہوں نے استعمال کیا لفظ "رجل ذو طعام"۔</w:t>
      </w:r>
    </w:p>
    <w:p>
      <w:r>
        <w:rPr>
          <w:b/>
        </w:rPr>
        <w:t xml:space="preserve">[21:58] </w:t>
      </w:r>
      <w:r>
        <w:t>کوئی "رجل ذو طعام" نہیں رہا، اس کو انگلش میں کہیں گے "man of taste" یا کوئی "بازوق آدمی"۔</w:t>
      </w:r>
    </w:p>
    <w:p>
      <w:pPr>
        <w:jc w:val="right"/>
      </w:pPr>
      <w:r>
        <w:t>کوئی "رجل ذو طعام" نہیں رہا، اس کو انگلش میں کہیں گے "مین آف ٹیسٹ" یا کوئی "بازوق آدمی"۔</w:t>
      </w:r>
    </w:p>
    <w:p>
      <w:r>
        <w:rPr>
          <w:b/>
        </w:rPr>
        <w:t xml:space="preserve">[22:04] </w:t>
      </w:r>
      <w:r>
        <w:t>تو انہوں نے کہا کہ مکہ میں اب کوئی "man of taste" نہیں رہا، کوئی "بازوق آدمی" نہیں رہا،</w:t>
      </w:r>
    </w:p>
    <w:p>
      <w:pPr>
        <w:jc w:val="right"/>
      </w:pPr>
      <w:r>
        <w:t>تو انہوں نے کہا کہ مکہ میں اب کوئی "مین آف ٹیسٹ" نہیں رہا، کوئی "بازوق آدمی" نہیں رہا،</w:t>
      </w:r>
    </w:p>
    <w:p>
      <w:r>
        <w:rPr>
          <w:b/>
        </w:rPr>
        <w:t xml:space="preserve">[22:10] </w:t>
      </w:r>
      <w:r>
        <w:t>koi jandar aadmi nahi raha.</w:t>
      </w:r>
    </w:p>
    <w:p>
      <w:pPr>
        <w:jc w:val="right"/>
      </w:pPr>
      <w:r>
        <w:t>کوئی جاندار آدمی نہیں رہا۔</w:t>
      </w:r>
    </w:p>
    <w:p>
      <w:r>
        <w:rPr>
          <w:b/>
        </w:rPr>
        <w:t xml:space="preserve">[22:16] </w:t>
      </w:r>
      <w:r>
        <w:t>yeh ek bahut zabardast baat hai, is se andaza hota hai ke is se ek bahut badi baat</w:t>
      </w:r>
    </w:p>
    <w:p>
      <w:pPr>
        <w:jc w:val="right"/>
      </w:pPr>
      <w:r>
        <w:t>یہ ایک بہت زبردست بات ہے، اس سے اندازہ ہوتا ہے کہ اس سے ایک بہت بڑی بات</w:t>
      </w:r>
    </w:p>
    <w:p>
      <w:r>
        <w:rPr>
          <w:b/>
        </w:rPr>
        <w:t xml:space="preserve">[22:21] </w:t>
      </w:r>
      <w:r>
        <w:t>maloom hoti hai.</w:t>
      </w:r>
    </w:p>
    <w:p>
      <w:pPr>
        <w:jc w:val="right"/>
      </w:pPr>
      <w:r>
        <w:t>معلوم ہوتی ہے۔</w:t>
      </w:r>
    </w:p>
    <w:p>
      <w:r>
        <w:rPr>
          <w:b/>
        </w:rPr>
        <w:t xml:space="preserve">[22:26] </w:t>
      </w:r>
      <w:r>
        <w:t>jis waqt unhon ne yeh baat kahi thi, tab tak Makah Fatah nahi hua tha, yaani Makah mein</w:t>
      </w:r>
    </w:p>
    <w:p>
      <w:pPr>
        <w:jc w:val="right"/>
      </w:pPr>
      <w:r>
        <w:t>جس وقت انہوں نے یہ بات کہی تھی، تب تک مکہ فتح نہیں ہوا تھا، یعنی مکہ میں</w:t>
      </w:r>
    </w:p>
    <w:p>
      <w:r>
        <w:rPr>
          <w:b/>
        </w:rPr>
        <w:t xml:space="preserve">[22:31] </w:t>
      </w:r>
      <w:r>
        <w:t>aur Arab mein abhi tak mushrik sardaron ka ghalba tha.</w:t>
      </w:r>
    </w:p>
    <w:p>
      <w:pPr>
        <w:jc w:val="right"/>
      </w:pPr>
      <w:r>
        <w:t>اور عرب میں ابھی تک مشرک سرداروں کا غلبہ تھا۔</w:t>
      </w:r>
    </w:p>
    <w:p>
      <w:r>
        <w:rPr>
          <w:b/>
        </w:rPr>
        <w:t xml:space="preserve">[22:37] </w:t>
      </w:r>
      <w:r>
        <w:t>Makah un ke haath mein tha aur Makah rajdhani thi Arab ki.</w:t>
      </w:r>
    </w:p>
    <w:p>
      <w:pPr>
        <w:jc w:val="right"/>
      </w:pPr>
      <w:r>
        <w:t>مکہ ان کے ہاتھ میں تھا اور مکہ راجدھاری تھی عرب کی۔</w:t>
      </w:r>
    </w:p>
    <w:p>
      <w:r>
        <w:rPr>
          <w:b/>
        </w:rPr>
        <w:t xml:space="preserve">[22:42] </w:t>
      </w:r>
      <w:r>
        <w:t>To dekhiye to amalan abhi tak jo ghalba jis ko kaha jaye, iqtadar jis ko kaha jaye, woh hasil tha inhi logon ko. Aur tab bhi woh keh rahe hain ke jitne "man of taste" the, woh sab udhar chale gaye. Is ka matlab kya hua ke sachai ke paas political power na bhi ho, tab bhi us ke paas ek aisi cheez hoti hai jo political power</w:t>
      </w:r>
    </w:p>
    <w:p>
      <w:pPr>
        <w:jc w:val="right"/>
      </w:pPr>
      <w:r>
        <w:t>تو دیکھیے تو عملاً ابھی تک جو غلبہ جس کو کہا جائے، اقتدار جس کو کہا جائے، وہ حاصل تھا انہی لوگوں کو۔ اور تب بھی وہ کہہ رہے ہیں کہ جتنے "مین آف ٹیسٹ" تھے، وہ سب ادھر چلے گئے۔ اس کا مطلب کیا ہوا کہ سچائی کے پاس پولیٹیکل پاور نہ بھی ہو، تب بھی اس کے پاس ایک ایسی چیز ہوتی ہے جو پولیٹیکل پاور</w:t>
      </w:r>
    </w:p>
    <w:p>
      <w:r>
        <w:rPr>
          <w:b/>
        </w:rPr>
        <w:t xml:space="preserve">[23:12] </w:t>
      </w:r>
      <w:r>
        <w:t>se zyada badi hai, woh dilon ko capture karna, dilon ko capture karna.</w:t>
      </w:r>
    </w:p>
    <w:p>
      <w:pPr>
        <w:jc w:val="right"/>
      </w:pPr>
      <w:r>
        <w:t>سے زیادہ بڑی ہے، وہ دلوں کو کیپچر کرنا، دلوں کو کیپچر کرنا۔</w:t>
      </w:r>
    </w:p>
    <w:p>
      <w:r>
        <w:rPr>
          <w:b/>
        </w:rPr>
        <w:t xml:space="preserve">[23:18] </w:t>
      </w:r>
      <w:r>
        <w:t>ab ghor kijiye un ke is jumle par ke abhi bhi Arab mein aur Makah mein mushrik sardaron</w:t>
      </w:r>
    </w:p>
    <w:p>
      <w:pPr>
        <w:jc w:val="right"/>
      </w:pPr>
      <w:r>
        <w:t>اب غور کیجئے ان کے اس جملے پر کہ ابھی بھی عرب میں اور مکہ میں مشرک سرداروں</w:t>
      </w:r>
    </w:p>
    <w:p>
      <w:r>
        <w:rPr>
          <w:b/>
        </w:rPr>
        <w:t xml:space="preserve">[23:24] </w:t>
      </w:r>
      <w:r>
        <w:t>ka ghalba hai.</w:t>
      </w:r>
    </w:p>
    <w:p>
      <w:pPr>
        <w:jc w:val="right"/>
      </w:pPr>
      <w:r>
        <w:t>کا غلبہ ہے۔</w:t>
      </w:r>
    </w:p>
    <w:p>
      <w:r>
        <w:rPr>
          <w:b/>
        </w:rPr>
        <w:t xml:space="preserve">[23:30] </w:t>
      </w:r>
      <w:r>
        <w:t>inhi mein ka ek aadmi keh raha hai ke apne society ke jitne bhi "men of taste" thay,</w:t>
      </w:r>
    </w:p>
    <w:p>
      <w:pPr>
        <w:jc w:val="right"/>
      </w:pPr>
      <w:r>
        <w:t>انہی میں کا ایک آدمی کہہ رہا ہے کہ اپنے سوسائٹی کے جتنے بھی "مین آف ٹیسٹ" تھے،</w:t>
      </w:r>
    </w:p>
    <w:p>
      <w:r>
        <w:rPr>
          <w:b/>
        </w:rPr>
        <w:t xml:space="preserve">[23:36] </w:t>
      </w:r>
      <w:r>
        <w:t>jo "people of taste" thay, woh sab chale gaye,</w:t>
      </w:r>
    </w:p>
    <w:p>
      <w:pPr>
        <w:jc w:val="right"/>
      </w:pPr>
      <w:r>
        <w:t>جو "پیپل آف ٹیسٹ" تھے، وہ سب چلے گئے،</w:t>
      </w:r>
    </w:p>
    <w:p>
      <w:r>
        <w:rPr>
          <w:b/>
        </w:rPr>
        <w:t xml:space="preserve">[23:42] </w:t>
      </w:r>
      <w:r>
        <w:t>woh islam mein dakhil ho gaye.</w:t>
      </w:r>
    </w:p>
    <w:p>
      <w:pPr>
        <w:jc w:val="right"/>
      </w:pPr>
      <w:r>
        <w:t>وہ اسلام میں داخل ہو گئے۔</w:t>
      </w:r>
    </w:p>
    <w:p>
      <w:r>
        <w:rPr>
          <w:b/>
        </w:rPr>
        <w:t xml:space="preserve">[23:48] </w:t>
      </w:r>
      <w:r>
        <w:t>to is mein yeh sabaq hai ke political power bari cheez nahi hai, ideology jo hai, political power</w:t>
      </w:r>
    </w:p>
    <w:p>
      <w:pPr>
        <w:jc w:val="right"/>
      </w:pPr>
      <w:r>
        <w:t>تو اس میں یہ سبق ہے کہ پولیٹیکل پاور بڑی چیز نہیں ہے، آئیڈیالوجی جو ہے، پولیٹیکل پاور</w:t>
      </w:r>
    </w:p>
    <w:p>
      <w:r>
        <w:rPr>
          <w:b/>
        </w:rPr>
        <w:t xml:space="preserve">[23:54] </w:t>
      </w:r>
      <w:r>
        <w:t>se ziyada bari cheez hai.</w:t>
      </w:r>
    </w:p>
    <w:p>
      <w:pPr>
        <w:jc w:val="right"/>
      </w:pPr>
      <w:r>
        <w:t>سے زیادہ بڑی چیز ہے۔</w:t>
      </w:r>
    </w:p>
    <w:p>
      <w:r>
        <w:rPr>
          <w:b/>
        </w:rPr>
        <w:t xml:space="preserve">[24:00] </w:t>
      </w:r>
      <w:r>
        <w:t>aisi ideology jo sachai par base karti ho, woh political power se ziyada bari cheez hai.</w:t>
      </w:r>
    </w:p>
    <w:p>
      <w:pPr>
        <w:jc w:val="right"/>
      </w:pPr>
      <w:r>
        <w:t>ایسی آئیڈیالوجی جو سچائی پر بیس کرتی ہو، وہ پولیٹیکل پاور سے زیادہ بڑی چیز ہے۔</w:t>
      </w:r>
    </w:p>
    <w:p>
      <w:r>
        <w:rPr>
          <w:b/>
        </w:rPr>
        <w:t xml:space="preserve">[24:06] </w:t>
      </w:r>
      <w:r>
        <w:t>to islam ki ideology jo thi, us ne logon ko capture kar liya aur idhar se</w:t>
      </w:r>
    </w:p>
    <w:p>
      <w:pPr>
        <w:jc w:val="right"/>
      </w:pPr>
      <w:r>
        <w:t>تو اسلام کی آئیڈیالوجی جو تھی، اس نے لوگوں کو کیپچر کر لیا اور ادھر سے</w:t>
      </w:r>
    </w:p>
    <w:p>
      <w:r>
        <w:rPr>
          <w:b/>
        </w:rPr>
        <w:t xml:space="preserve">[24:12] </w:t>
      </w:r>
      <w:r>
        <w:t>nikal ke log idhar aa gaye.</w:t>
      </w:r>
    </w:p>
    <w:p>
      <w:pPr>
        <w:jc w:val="right"/>
      </w:pPr>
      <w:r>
        <w:t>نکل کے لوگ ادھر آ گئے۔</w:t>
      </w:r>
    </w:p>
    <w:p>
      <w:r>
        <w:rPr>
          <w:b/>
        </w:rPr>
        <w:t xml:space="preserve">[24:19] </w:t>
      </w:r>
      <w:r>
        <w:t>yehi khalid thay jo baad ke zamanay mein, yani hazrat umar farooq ke zamanay mein, jo larai hui</w:t>
      </w:r>
    </w:p>
    <w:p>
      <w:pPr>
        <w:jc w:val="right"/>
      </w:pPr>
      <w:r>
        <w:t>یہی خالد تھے جو بعد کے زمانے میں، یعنی حضرت عمر فاروق کے زمانے میں، جو لڑائی ہوئی</w:t>
      </w:r>
    </w:p>
    <w:p>
      <w:r>
        <w:rPr>
          <w:b/>
        </w:rPr>
        <w:t xml:space="preserve">[24:26] </w:t>
      </w:r>
      <w:r>
        <w:t>thi iran mein, to is mein yeh sardar thay wahan par fauj ke.</w:t>
      </w:r>
    </w:p>
    <w:p>
      <w:pPr>
        <w:jc w:val="right"/>
      </w:pPr>
      <w:r>
        <w:t>تھی ایران میں، تو اس میں یہ سردار تھے وہاں پر فوج کے۔</w:t>
      </w:r>
    </w:p>
    <w:p>
      <w:r>
        <w:rPr>
          <w:b/>
        </w:rPr>
        <w:t xml:space="preserve">[24:32] </w:t>
      </w:r>
      <w:r>
        <w:t>to kya hua ke inhi ki sardari mein wahan par jang jeeti gayi thi.</w:t>
      </w:r>
    </w:p>
    <w:p>
      <w:pPr>
        <w:jc w:val="right"/>
      </w:pPr>
      <w:r>
        <w:t>تو کیا ہوا کہ انہی کی سرداری میں وہاں پر جنگ جیتی گئی تھی۔</w:t>
      </w:r>
    </w:p>
    <w:p>
      <w:r>
        <w:rPr>
          <w:b/>
        </w:rPr>
        <w:t xml:space="preserve">[24:39] </w:t>
      </w:r>
      <w:r>
        <w:t>to kya hua ke kisi wajah se jo khalifa thay, umar farooq, unhon ne un ko hata diya,</w:t>
      </w:r>
    </w:p>
    <w:p>
      <w:pPr>
        <w:jc w:val="right"/>
      </w:pPr>
      <w:r>
        <w:t>تو کیا ہوا کہ کسی وجہ سے جو خلیفہ تھے، عمر فاروق، انہوں نے ان کو ہٹا دیا،</w:t>
      </w:r>
    </w:p>
    <w:p>
      <w:r>
        <w:rPr>
          <w:b/>
        </w:rPr>
        <w:t xml:space="preserve">[24:46] </w:t>
      </w:r>
      <w:r>
        <w:t>sardari ke mansab se hata diya, un ko aam soldier bana diya.</w:t>
      </w:r>
    </w:p>
    <w:p>
      <w:pPr>
        <w:jc w:val="right"/>
      </w:pPr>
      <w:r>
        <w:t>سرداری کے منصب سے ہٹا دیا، ان کو عام سولجر بنا دیا۔</w:t>
      </w:r>
    </w:p>
    <w:p>
      <w:r>
        <w:rPr>
          <w:b/>
        </w:rPr>
        <w:t xml:space="preserve">[24:50] </w:t>
      </w:r>
      <w:r>
        <w:t>yani abhi bhi woh thay is mein, lekin ab soldier ban gaye.</w:t>
      </w:r>
    </w:p>
    <w:p>
      <w:pPr>
        <w:jc w:val="right"/>
      </w:pPr>
      <w:r>
        <w:t>یعنی ابھی بھی وہ تھے اس میں، لیکن اب سولجر بن گئے۔</w:t>
      </w:r>
    </w:p>
    <w:p>
      <w:r>
        <w:rPr>
          <w:b/>
        </w:rPr>
        <w:t xml:space="preserve">[24:54] </w:t>
      </w:r>
      <w:r>
        <w:t>woh aik aam, aik aam fauji.</w:t>
      </w:r>
    </w:p>
    <w:p>
      <w:pPr>
        <w:jc w:val="right"/>
      </w:pPr>
      <w:r>
        <w:t>وہ ایک عام، ایک عام فوجی۔</w:t>
      </w:r>
    </w:p>
    <w:p>
      <w:r>
        <w:rPr>
          <w:b/>
        </w:rPr>
        <w:t xml:space="preserve">[24:59] </w:t>
      </w:r>
      <w:r>
        <w:t>is se pehle woh sardar thay, general thay.</w:t>
      </w:r>
    </w:p>
    <w:p>
      <w:pPr>
        <w:jc w:val="right"/>
      </w:pPr>
      <w:r>
        <w:t>اس سے پہلے وہ سردار تھے، جنرل تھے۔</w:t>
      </w:r>
    </w:p>
    <w:p>
      <w:r>
        <w:rPr>
          <w:b/>
        </w:rPr>
        <w:t xml:space="preserve">[25:03] </w:t>
      </w:r>
      <w:r>
        <w:t>to jab aisa hua to fauj mein un ke bohat se wafadar fauji thay, un ke un ko</w:t>
      </w:r>
    </w:p>
    <w:p>
      <w:pPr>
        <w:jc w:val="right"/>
      </w:pPr>
      <w:r>
        <w:t>تو جب ایسا ہوا تو فوج میں ان کے بہت سے وفادار فوجی تھے، ان کے ان کو</w:t>
      </w:r>
    </w:p>
    <w:p>
      <w:r>
        <w:rPr>
          <w:b/>
        </w:rPr>
        <w:t xml:space="preserve">[25:07] </w:t>
      </w:r>
      <w:r>
        <w:t>to un ke khayme ke paas ikhatta hue.</w:t>
      </w:r>
    </w:p>
    <w:p>
      <w:pPr>
        <w:jc w:val="right"/>
      </w:pPr>
      <w:r>
        <w:t>تو ان کے خیمے کے پاس اکٹھا ہوئے۔</w:t>
      </w:r>
    </w:p>
    <w:p>
      <w:r>
        <w:rPr>
          <w:b/>
        </w:rPr>
        <w:t xml:space="preserve">[25:11] </w:t>
      </w:r>
      <w:r>
        <w:t>woh log, unhon</w:t>
      </w:r>
    </w:p>
    <w:p>
      <w:pPr>
        <w:jc w:val="right"/>
      </w:pPr>
      <w:r>
        <w:t>وہ لوگ، انہوں</w:t>
      </w:r>
    </w:p>
    <w:p>
      <w:r>
        <w:rPr>
          <w:b/>
        </w:rPr>
        <w:t xml:space="preserve">[25:16] </w:t>
      </w:r>
      <w:r>
        <w:t>ne kaha ke hum ne suna hai ke aap ko general se hata kar ke, general ke uhde</w:t>
      </w:r>
    </w:p>
    <w:p>
      <w:pPr>
        <w:jc w:val="right"/>
      </w:pPr>
      <w:r>
        <w:t>نے کہا کہ ہم نے سنا ہے کہ آپ کو جنرل سے ہٹا کر کے، جنرل کے عہدے</w:t>
      </w:r>
    </w:p>
    <w:p>
      <w:r>
        <w:rPr>
          <w:b/>
        </w:rPr>
        <w:t xml:space="preserve">[25:22] </w:t>
      </w:r>
      <w:r>
        <w:t>se hata kar ke aam sipahi bana diya gaya hai.</w:t>
      </w:r>
    </w:p>
    <w:p>
      <w:pPr>
        <w:jc w:val="right"/>
      </w:pPr>
      <w:r>
        <w:t>سے ہٹا کر کے عام سپاہی بنا دیا گیا ہے۔</w:t>
      </w:r>
    </w:p>
    <w:p>
      <w:r>
        <w:rPr>
          <w:b/>
        </w:rPr>
        <w:t xml:space="preserve">[25:28] </w:t>
      </w:r>
      <w:r>
        <w:t>yeh hamare liye acceptable nahi hai, hum aap ka saath dete hain, aap is jo yeh hukum aaya</w:t>
      </w:r>
    </w:p>
    <w:p>
      <w:pPr>
        <w:jc w:val="right"/>
      </w:pPr>
      <w:r>
        <w:t>یہ ہمارے لیے ایکسیپٹیبل نہیں ہے، ہم آپ کا ساتھ دیتے ہیں، آپ اس جو یہ حکم آیا</w:t>
      </w:r>
    </w:p>
    <w:p>
      <w:r>
        <w:rPr>
          <w:b/>
        </w:rPr>
        <w:t xml:space="preserve">[25:34] </w:t>
      </w:r>
      <w:r>
        <w:t>hai madine se khalifa ka, is ko na maniye.</w:t>
      </w:r>
    </w:p>
    <w:p>
      <w:pPr>
        <w:jc w:val="right"/>
      </w:pPr>
      <w:r>
        <w:t>ہے مدینے سے خلیفہ کا، اس کو نہ مانیے۔</w:t>
      </w:r>
    </w:p>
    <w:p>
      <w:r>
        <w:rPr>
          <w:b/>
        </w:rPr>
        <w:t xml:space="preserve">[25:40] </w:t>
      </w:r>
      <w:r>
        <w:t>yani aaj kal ki zuban mein kaha jaye jis ko kehte hain "cou", yani baghavat, fauji baghavat,</w:t>
      </w:r>
    </w:p>
    <w:p>
      <w:pPr>
        <w:jc w:val="right"/>
      </w:pPr>
      <w:r>
        <w:t>یعنی آج کل کی زبان میں کہا جائے جس کو کہتے ہیں "کو"، یعنی بغاوت، فوجی بغاوت،</w:t>
      </w:r>
    </w:p>
    <w:p>
      <w:r>
        <w:rPr>
          <w:b/>
        </w:rPr>
        <w:t xml:space="preserve">[25:46] </w:t>
      </w:r>
      <w:r>
        <w:t>"cou" kar dijiye, hum sab aap ka saath den ge.</w:t>
      </w:r>
    </w:p>
    <w:p>
      <w:pPr>
        <w:jc w:val="right"/>
      </w:pPr>
      <w:r>
        <w:t>"کو" کر دیجئے، ہم سب آپ کا ساتھ دیں گے۔</w:t>
      </w:r>
    </w:p>
    <w:p>
      <w:r>
        <w:rPr>
          <w:b/>
        </w:rPr>
        <w:t xml:space="preserve">[25:53] </w:t>
      </w:r>
      <w:r>
        <w:t>lekin aap dekhiye ke khalid jo thay, yeh khud kitne, yani "man of test" jo kaha tha unhon</w:t>
      </w:r>
    </w:p>
    <w:p>
      <w:pPr>
        <w:jc w:val="right"/>
      </w:pPr>
      <w:r>
        <w:t>لیکن آپ دیکھیے کہ خالد جو تھے، یہ خود کتنے، یعنی "مین آف ٹیسٹ" جو کہا تھا انہوں</w:t>
      </w:r>
    </w:p>
    <w:p>
      <w:r>
        <w:rPr>
          <w:b/>
        </w:rPr>
        <w:t xml:space="preserve">[26:01] </w:t>
      </w:r>
      <w:r>
        <w:t>ne, to khud "man of test" thay.</w:t>
      </w:r>
    </w:p>
    <w:p>
      <w:pPr>
        <w:jc w:val="right"/>
      </w:pPr>
      <w:r>
        <w:t>نے، تو خود "مین آف ٹیسٹ" تھے۔</w:t>
      </w:r>
    </w:p>
    <w:p>
      <w:r>
        <w:rPr>
          <w:b/>
        </w:rPr>
        <w:t xml:space="preserve">[26:08] </w:t>
      </w:r>
      <w:r>
        <w:t>yeh is waqt unhon ne kaha ke nahi, "ani la uqatil</w:t>
      </w:r>
    </w:p>
    <w:p>
      <w:pPr>
        <w:jc w:val="right"/>
      </w:pPr>
      <w:r>
        <w:t>یہ اس وقت انہوں نے کہا کہ نہیں، "انی لا اقاتل</w:t>
      </w:r>
    </w:p>
    <w:p>
      <w:r>
        <w:rPr>
          <w:b/>
        </w:rPr>
        <w:t xml:space="preserve">[26:16] </w:t>
      </w:r>
      <w:r>
        <w:t>fi sabil umar walakin uqatil fi sabil rabb umar".</w:t>
      </w:r>
    </w:p>
    <w:p>
      <w:pPr>
        <w:jc w:val="right"/>
      </w:pPr>
      <w:r>
        <w:t>فی سبیل عمر ولكن اقاتل فی سبیل رب عمر"۔</w:t>
      </w:r>
    </w:p>
    <w:p>
      <w:r>
        <w:rPr>
          <w:b/>
        </w:rPr>
        <w:t xml:space="preserve">[26:22] </w:t>
      </w:r>
      <w:r>
        <w:t>yani mein umar ke rastay mein larnay nahi larta, mein umar ke rastay mein nahi larta, mein umar</w:t>
      </w:r>
    </w:p>
    <w:p>
      <w:pPr>
        <w:jc w:val="right"/>
      </w:pPr>
      <w:r>
        <w:t>یعنی میں عمر کے راستے میں لڑنے نہیں لڑتا، میں عمر کے راستے میں نہیں لڑتا، میں عمر</w:t>
      </w:r>
    </w:p>
    <w:p>
      <w:r>
        <w:rPr>
          <w:b/>
        </w:rPr>
        <w:t xml:space="preserve">[26:29] </w:t>
      </w:r>
      <w:r>
        <w:t>ke rabb ke rastay mein larta hoon.</w:t>
      </w:r>
    </w:p>
    <w:p>
      <w:pPr>
        <w:jc w:val="right"/>
      </w:pPr>
      <w:r>
        <w:t>کے رب کے راستے میں لڑتا ہوں۔</w:t>
      </w:r>
    </w:p>
    <w:p>
      <w:r>
        <w:rPr>
          <w:b/>
        </w:rPr>
        <w:t xml:space="preserve">[26:35] </w:t>
      </w:r>
      <w:r>
        <w:t>yeh keh kar unhein kaha ke jao tum log wapas.</w:t>
      </w:r>
    </w:p>
    <w:p>
      <w:pPr>
        <w:jc w:val="right"/>
      </w:pPr>
      <w:r>
        <w:t>یہ کہہ کر انہیں کہا کہ جاؤ تم لوگ واپس۔</w:t>
      </w:r>
    </w:p>
    <w:p>
      <w:r>
        <w:rPr>
          <w:b/>
        </w:rPr>
        <w:t xml:space="preserve">[26:41] </w:t>
      </w:r>
      <w:r>
        <w:t>woh wohi insaan jo pehle bator general ke wahan par</w:t>
      </w:r>
    </w:p>
    <w:p>
      <w:pPr>
        <w:jc w:val="right"/>
      </w:pPr>
      <w:r>
        <w:t>وہ وہی انسان جو پہلے بطور جنرل کے وہاں پر</w:t>
      </w:r>
    </w:p>
    <w:p>
      <w:r>
        <w:rPr>
          <w:b/>
        </w:rPr>
        <w:t xml:space="preserve">[26:48] </w:t>
      </w:r>
      <w:r>
        <w:t>tha, aik aam soldier, aik aam sipahi ke tor par kaam karne laga.</w:t>
      </w:r>
    </w:p>
    <w:p>
      <w:pPr>
        <w:jc w:val="right"/>
      </w:pPr>
      <w:r>
        <w:t>تھا، ایک عام سولجر، ایک عام سپاہی کے طور پر کام کرنے لگا۔</w:t>
      </w:r>
    </w:p>
    <w:p>
      <w:r>
        <w:rPr>
          <w:b/>
        </w:rPr>
        <w:t xml:space="preserve">[26:54] </w:t>
      </w:r>
      <w:r>
        <w:t>kitna ooncha tha in logon ka kirdaar!</w:t>
      </w:r>
    </w:p>
    <w:p>
      <w:pPr>
        <w:jc w:val="right"/>
      </w:pPr>
      <w:r>
        <w:t>کتنا اونچا تھا ان لوگوں کا کردار!</w:t>
      </w:r>
    </w:p>
    <w:p>
      <w:r>
        <w:rPr>
          <w:b/>
        </w:rPr>
        <w:t xml:space="preserve">[27:00] </w:t>
      </w:r>
      <w:r>
        <w:t>yeh oonchai kaise mili? in ko sachai se mili.</w:t>
      </w:r>
    </w:p>
    <w:p>
      <w:pPr>
        <w:jc w:val="right"/>
      </w:pPr>
      <w:r>
        <w:t>یہ اونچائی کیسے ملی؟ ان کو سچائی سے ملی۔</w:t>
      </w:r>
    </w:p>
    <w:p>
      <w:r>
        <w:rPr>
          <w:b/>
        </w:rPr>
        <w:t xml:space="preserve">[27:07] </w:t>
      </w:r>
      <w:r>
        <w:t>is se yeh sabaq milta hai ke sachai jo hai, woh aadmi ko ooncha banati hai, aadmi ke</w:t>
      </w:r>
    </w:p>
    <w:p>
      <w:pPr>
        <w:jc w:val="right"/>
      </w:pPr>
      <w:r>
        <w:t>اس سے یہ سبق ملتا ہے کہ سچائی جو ہے، وہ آدمی کو اونچا بناتی ہے، آدمی کے</w:t>
      </w:r>
    </w:p>
    <w:p>
      <w:r>
        <w:rPr>
          <w:b/>
        </w:rPr>
        <w:t xml:space="preserve">[27:13] </w:t>
      </w:r>
      <w:r>
        <w:t>andar ooncha character paida karti hai, aadmi ke andar oonchi soch bana deti hai.</w:t>
      </w:r>
    </w:p>
    <w:p>
      <w:pPr>
        <w:jc w:val="right"/>
      </w:pPr>
      <w:r>
        <w:t>اندر اونچا کریکٹر پیدا کرتی ہے، آدمی کے اندر اونچی سوچ بنا دیتی ہے۔</w:t>
      </w:r>
    </w:p>
    <w:p>
      <w:r>
        <w:rPr>
          <w:b/>
        </w:rPr>
        <w:t xml:space="preserve">[27:20] </w:t>
      </w:r>
      <w:r>
        <w:t>yani yeh sab cheezein us ko bohat hi, bohat hi, yani kam maloom hoti hain ke aam sipahi</w:t>
      </w:r>
    </w:p>
    <w:p>
      <w:pPr>
        <w:jc w:val="right"/>
      </w:pPr>
      <w:r>
        <w:t>یعنی یہ سب چیزیں اس کو بہت ہی، بہت ہی، یعنی کم معلوم ہوتی ہیں کہ عام سپاہی</w:t>
      </w:r>
    </w:p>
    <w:p>
      <w:r>
        <w:rPr>
          <w:b/>
        </w:rPr>
        <w:t xml:space="preserve">[27:26] </w:t>
      </w:r>
      <w:r>
        <w:t>hai ya general hai.</w:t>
      </w:r>
    </w:p>
    <w:p>
      <w:pPr>
        <w:jc w:val="right"/>
      </w:pPr>
      <w:r>
        <w:t>ہے یا جنرل ہے۔</w:t>
      </w:r>
    </w:p>
    <w:p>
      <w:r>
        <w:rPr>
          <w:b/>
        </w:rPr>
        <w:t xml:space="preserve">[27:32] </w:t>
      </w:r>
      <w:r>
        <w:t>woh sochta hai ke asal baat to woh yeh hai ke mein Khuda ke samnay jab pohunchon to</w:t>
      </w:r>
    </w:p>
    <w:p>
      <w:pPr>
        <w:jc w:val="right"/>
      </w:pPr>
      <w:r>
        <w:t>وہ سوچتا ہے کہ اصل بات تو وہ یہ ہے کہ میں خدا کے سامنے جب پہنچوں تو</w:t>
      </w:r>
    </w:p>
    <w:p>
      <w:r>
        <w:rPr>
          <w:b/>
        </w:rPr>
        <w:t xml:space="preserve">[27:38] </w:t>
      </w:r>
      <w:r>
        <w:t>wahan mujhe reward milay, Khuda ki blessing milay.</w:t>
      </w:r>
    </w:p>
    <w:p>
      <w:pPr>
        <w:jc w:val="right"/>
      </w:pPr>
      <w:r>
        <w:t>وہاں مجھے ریوارڈ ملے، خدا کی بلیسنگ ملے۔</w:t>
      </w:r>
    </w:p>
    <w:p>
      <w:r>
        <w:rPr>
          <w:b/>
        </w:rPr>
        <w:t xml:space="preserve">[27:44] </w:t>
      </w:r>
      <w:r>
        <w:t>us ko dono barabar lagte hain: aam sipahi ki hesiyat se kaam karna ya</w:t>
      </w:r>
    </w:p>
    <w:p>
      <w:pPr>
        <w:jc w:val="right"/>
      </w:pPr>
      <w:r>
        <w:t>اس کو دونوں برابر لگتے ہیں: عام سپاہی کی حیثیت سے کام کرنا یا</w:t>
      </w:r>
    </w:p>
    <w:p>
      <w:r>
        <w:rPr>
          <w:b/>
        </w:rPr>
        <w:t xml:space="preserve">[27:50] </w:t>
      </w:r>
      <w:r>
        <w:t>general aur sardar ki hesiyat se kaam karna.</w:t>
      </w:r>
    </w:p>
    <w:p>
      <w:pPr>
        <w:jc w:val="right"/>
      </w:pPr>
      <w:r>
        <w:t>جنرل اور سردار کی حیثیت سے کام کرنا۔</w:t>
      </w:r>
    </w:p>
    <w:p>
      <w:r>
        <w:rPr>
          <w:b/>
        </w:rPr>
        <w:t xml:space="preserve">[27:55] </w:t>
      </w:r>
      <w:r>
        <w:t>dono barabar dikhai deta hai us ko.</w:t>
      </w:r>
    </w:p>
    <w:p>
      <w:pPr>
        <w:jc w:val="right"/>
      </w:pPr>
      <w:r>
        <w:t>دونوں برابر دکھائی دیتا ہے اس کو۔</w:t>
      </w:r>
    </w:p>
    <w:p>
      <w:r>
        <w:rPr>
          <w:b/>
        </w:rPr>
        <w:t xml:space="preserve">[27:59] </w:t>
      </w:r>
      <w:r>
        <w:t>us ki soch itni buland ho jati hai.</w:t>
      </w:r>
    </w:p>
    <w:p>
      <w:pPr>
        <w:jc w:val="right"/>
      </w:pPr>
      <w:r>
        <w:t>اس کی سوچ اتنی بلند ہو جاتی ہے۔</w:t>
      </w:r>
    </w:p>
    <w:p>
      <w:r>
        <w:rPr>
          <w:b/>
        </w:rPr>
        <w:t xml:space="preserve">[28:03] </w:t>
      </w:r>
      <w:r>
        <w:t>yeh hota hai sachai ka karishma.</w:t>
      </w:r>
    </w:p>
    <w:p>
      <w:pPr>
        <w:jc w:val="right"/>
      </w:pPr>
      <w:r>
        <w:t>یہ ہوتا ہے سچائی کا کرشمہ۔</w:t>
      </w:r>
    </w:p>
    <w:p>
      <w:r>
        <w:rPr>
          <w:b/>
        </w:rPr>
        <w:t xml:space="preserve">[28:07] </w:t>
      </w:r>
      <w:r>
        <w:t>ab dekhiye, kuch aur misalein mein arz karta hoon.</w:t>
      </w:r>
    </w:p>
    <w:p>
      <w:pPr>
        <w:jc w:val="right"/>
      </w:pPr>
      <w:r>
        <w:t>اب دیکھیے، کچھ اور مثالیں میں عرض کرتا ہوں۔</w:t>
      </w:r>
    </w:p>
    <w:p>
      <w:r>
        <w:rPr>
          <w:b/>
        </w:rPr>
        <w:t xml:space="preserve">[28:12] </w:t>
      </w:r>
      <w:r>
        <w:t>misal ke tor par dekhiye, inhi mein se aik theen ayesha, jo Rasool Allah ki ahliya theen.</w:t>
      </w:r>
    </w:p>
    <w:p>
      <w:pPr>
        <w:jc w:val="right"/>
      </w:pPr>
      <w:r>
        <w:t>مثلاً دیکھیے، انہی میں سے ایک تھیں عائشہ، جو رسول اللہ کی اہلیہ تھیں۔</w:t>
      </w:r>
    </w:p>
    <w:p>
      <w:r>
        <w:rPr>
          <w:b/>
        </w:rPr>
        <w:t xml:space="preserve">[28:16] </w:t>
      </w:r>
      <w:r>
        <w:t>unki jab shadi hui Rasool Allah ke sath to unki umar</w:t>
      </w:r>
    </w:p>
    <w:p>
      <w:pPr>
        <w:jc w:val="right"/>
      </w:pPr>
      <w:r>
        <w:t>ان کی جب شادی ہوئی رسول اللہ کے ساتھ تو ان کی عمر</w:t>
      </w:r>
    </w:p>
    <w:p>
      <w:r>
        <w:rPr>
          <w:b/>
        </w:rPr>
        <w:t xml:space="preserve">[28:20] </w:t>
      </w:r>
      <w:r>
        <w:t>kam thi, chunancha Rasool Allah ki wafat ke baad bhi taqreeban pachas saal tak woh zinda raheen.</w:t>
      </w:r>
    </w:p>
    <w:p>
      <w:pPr>
        <w:jc w:val="right"/>
      </w:pPr>
      <w:r>
        <w:t>کم تھی، چنانچہ رسول اللہ کی وفات کے بعد بھی تقریباً پچاس سال تک وہ زندہ رہیں۔</w:t>
      </w:r>
    </w:p>
    <w:p>
      <w:r>
        <w:rPr>
          <w:b/>
        </w:rPr>
        <w:t xml:space="preserve">[28:26] </w:t>
      </w:r>
      <w:r>
        <w:t>ab dekhiye ke auraton ki dilchaspi kis qism hoti hai? khanay mein, kapray mein, zevar mein.</w:t>
      </w:r>
    </w:p>
    <w:p>
      <w:pPr>
        <w:jc w:val="right"/>
      </w:pPr>
      <w:r>
        <w:t>اب دیکھیے کہ عورتوں کی دلچسپی کس قسم ہوتی ہے؟ کھانے میں، کپڑے میں، زیور میں۔</w:t>
      </w:r>
    </w:p>
    <w:p>
      <w:r>
        <w:rPr>
          <w:b/>
        </w:rPr>
        <w:t xml:space="preserve">[28:32] </w:t>
      </w:r>
      <w:r>
        <w:t>is ki wajah se woh zyada seekh nahi pati.</w:t>
      </w:r>
    </w:p>
    <w:p>
      <w:pPr>
        <w:jc w:val="right"/>
      </w:pPr>
      <w:r>
        <w:t>اس کی وجہ سے وہ زیادہ سیکھ نہیں پاتی۔</w:t>
      </w:r>
    </w:p>
    <w:p>
      <w:r>
        <w:rPr>
          <w:b/>
        </w:rPr>
        <w:t xml:space="preserve">[28:38] </w:t>
      </w:r>
      <w:r>
        <w:t>rasool Allah ki sohbat mein hona ek bohat bari nemmat thi ke aap ki sohbat mein reh kar aadmi seekhe.</w:t>
      </w:r>
    </w:p>
    <w:p>
      <w:pPr>
        <w:jc w:val="right"/>
      </w:pPr>
      <w:r>
        <w:t>رسول اللہ کی صحبت میں ہونا ایک بہت بڑی نعمت تھی کہ آپ کی صحبت میں رہ کر آدمی سیکھے۔</w:t>
      </w:r>
    </w:p>
    <w:p>
      <w:r>
        <w:rPr>
          <w:b/>
        </w:rPr>
        <w:t xml:space="preserve">[28:44] </w:t>
      </w:r>
      <w:r>
        <w:t>to agar aisha ki dilchaspi hoti kapre mein</w:t>
      </w:r>
    </w:p>
    <w:p>
      <w:pPr>
        <w:jc w:val="right"/>
      </w:pPr>
      <w:r>
        <w:t>تو اگر عائشہ کی دلچسپی ہوتی کپڑے میں</w:t>
      </w:r>
    </w:p>
    <w:p>
      <w:r>
        <w:rPr>
          <w:b/>
        </w:rPr>
        <w:t xml:space="preserve">[28:50] </w:t>
      </w:r>
      <w:r>
        <w:t>aur zevar mein, dunya ki cheezon mein to woh kuch seekh na pati.</w:t>
      </w:r>
    </w:p>
    <w:p>
      <w:pPr>
        <w:jc w:val="right"/>
      </w:pPr>
      <w:r>
        <w:t>اور زیور میں، دنیا کی چیزوں میں تو وہ کچھ سیکھ نہ پاتی۔</w:t>
      </w:r>
    </w:p>
    <w:p>
      <w:r>
        <w:rPr>
          <w:b/>
        </w:rPr>
        <w:t xml:space="preserve">[28:55] </w:t>
      </w:r>
      <w:r>
        <w:t>un ke andar koi zehni taraqqi na hoti.</w:t>
      </w:r>
    </w:p>
    <w:p>
      <w:pPr>
        <w:jc w:val="right"/>
      </w:pPr>
      <w:r>
        <w:t>ان کے اندر کوئی ذہنی ترقی نہ ہوتی۔</w:t>
      </w:r>
    </w:p>
    <w:p>
      <w:r>
        <w:rPr>
          <w:b/>
        </w:rPr>
        <w:t xml:space="preserve">[29:00] </w:t>
      </w:r>
      <w:r>
        <w:t>lekin unhon ne in sab cheezon ko kuch bhi nahi samjha: kapra kaisa hai, khana kaisa hai, ghar kaisa hai.</w:t>
      </w:r>
    </w:p>
    <w:p>
      <w:pPr>
        <w:jc w:val="right"/>
      </w:pPr>
      <w:r>
        <w:t>لیکن انہوں نے ان سب چیزوں کو کچھ بھی نہیں سمجھا: کپڑا کیسا ہے، کھانا کیسا ہے، گھر کیسا ہے۔</w:t>
      </w:r>
    </w:p>
    <w:p>
      <w:r>
        <w:rPr>
          <w:b/>
        </w:rPr>
        <w:t xml:space="preserve">[29:05] </w:t>
      </w:r>
      <w:r>
        <w:t>is ki unhein kuch bhi dhyan nahi tha.</w:t>
      </w:r>
    </w:p>
    <w:p>
      <w:pPr>
        <w:jc w:val="right"/>
      </w:pPr>
      <w:r>
        <w:t>اس کی انہیں کچھ بھی دھیان نہیں تھا۔</w:t>
      </w:r>
    </w:p>
    <w:p>
      <w:r>
        <w:rPr>
          <w:b/>
        </w:rPr>
        <w:t xml:space="preserve">[29:10] </w:t>
      </w:r>
      <w:r>
        <w:t>to raat din kya karti thi? woh rasool Allah ki sohbat mein seekhti theen un se.</w:t>
      </w:r>
    </w:p>
    <w:p>
      <w:pPr>
        <w:jc w:val="right"/>
      </w:pPr>
      <w:r>
        <w:t>تو رات دن کیا کرتی تھی؟ وہ رسول اللہ کی صحبت میں سیکھتی تھیں ان سے۔</w:t>
      </w:r>
    </w:p>
    <w:p>
      <w:r>
        <w:rPr>
          <w:b/>
        </w:rPr>
        <w:t xml:space="preserve">[29:15] </w:t>
      </w:r>
      <w:r>
        <w:t>yani jab rasool Allah madine mein hotay</w:t>
      </w:r>
    </w:p>
    <w:p>
      <w:pPr>
        <w:jc w:val="right"/>
      </w:pPr>
      <w:r>
        <w:t>یعنی جب رسول اللہ مدینے میں ہوتے</w:t>
      </w:r>
    </w:p>
    <w:p>
      <w:r>
        <w:rPr>
          <w:b/>
        </w:rPr>
        <w:t xml:space="preserve">[29:21] </w:t>
      </w:r>
      <w:r>
        <w:t>thay, tab bhi un se seekhti theen.</w:t>
      </w:r>
    </w:p>
    <w:p>
      <w:pPr>
        <w:jc w:val="right"/>
      </w:pPr>
      <w:r>
        <w:t>تھے، تب بھی ان سے سیکھتی تھیں۔</w:t>
      </w:r>
    </w:p>
    <w:p>
      <w:r>
        <w:rPr>
          <w:b/>
        </w:rPr>
        <w:t xml:space="preserve">[29:27] </w:t>
      </w:r>
      <w:r>
        <w:t>jab safar mein jatay thay aap to safar mein saath dadi theen un ke aur seekhti theen woh.</w:t>
      </w:r>
    </w:p>
    <w:p>
      <w:pPr>
        <w:jc w:val="right"/>
      </w:pPr>
      <w:r>
        <w:t>جب سفر میں جاتے تھے آپ تو سفر میں ساتھ دادی تھیں ان کے اور سیکھتی تھیں وہ۔</w:t>
      </w:r>
    </w:p>
    <w:p>
      <w:r>
        <w:rPr>
          <w:b/>
        </w:rPr>
        <w:t xml:space="preserve">[29:33] </w:t>
      </w:r>
      <w:r>
        <w:t>is ka nateeja kya hua? ke tamam sahaba mein, tamam sahaba aur sahabi'at mein un ka darja bohat</w:t>
      </w:r>
    </w:p>
    <w:p>
      <w:pPr>
        <w:jc w:val="right"/>
      </w:pPr>
      <w:r>
        <w:t>اس کا نتیجہ کیا ہوا؟ کہ تمام صحابہ میں، تمام صحابہ اور صحابیات میں ان کا درجہ بہت</w:t>
      </w:r>
    </w:p>
    <w:p>
      <w:r>
        <w:rPr>
          <w:b/>
        </w:rPr>
        <w:t xml:space="preserve">[29:39] </w:t>
      </w:r>
      <w:r>
        <w:t>ooncha hai, kyunke unhon ne seekh seekh kar ke bohat bari bari baatein bata'een.</w:t>
      </w:r>
    </w:p>
    <w:p>
      <w:pPr>
        <w:jc w:val="right"/>
      </w:pPr>
      <w:r>
        <w:t>اونچا ہے، کیونکہ انہوں نے سیکھ سیکھ کر کے بہت بڑی بڑی باتیں بتائیں۔</w:t>
      </w:r>
    </w:p>
    <w:p>
      <w:r>
        <w:rPr>
          <w:b/>
        </w:rPr>
        <w:t xml:space="preserve">[29:46] </w:t>
      </w:r>
      <w:r>
        <w:t>itni bari bari baatein jo ke aam logon ko maloom nahi.</w:t>
      </w:r>
    </w:p>
    <w:p>
      <w:pPr>
        <w:jc w:val="right"/>
      </w:pPr>
      <w:r>
        <w:t>اتنی بڑی بڑی باتیں جو کہ عام لوگوں کو معلوم نہیں۔</w:t>
      </w:r>
    </w:p>
    <w:p>
      <w:r>
        <w:rPr>
          <w:b/>
        </w:rPr>
        <w:t xml:space="preserve">[29:52] </w:t>
      </w:r>
      <w:r>
        <w:t>yani jis ko kehtay hain hikmat ki baatein, wisdom ki baatein.</w:t>
      </w:r>
    </w:p>
    <w:p>
      <w:pPr>
        <w:jc w:val="right"/>
      </w:pPr>
      <w:r>
        <w:t>یعنی جس کو کہتے ہیں حکمت کی باتیں، وزڈم کی باتیں۔</w:t>
      </w:r>
    </w:p>
    <w:p>
      <w:r>
        <w:rPr>
          <w:b/>
        </w:rPr>
        <w:t xml:space="preserve">[29:57] </w:t>
      </w:r>
      <w:r>
        <w:t>to rasool Allah se unhon ne wisdom ki baatein seekheen aur is ko unhon ne logon ko bataya</w:t>
      </w:r>
    </w:p>
    <w:p>
      <w:pPr>
        <w:jc w:val="right"/>
      </w:pPr>
      <w:r>
        <w:t>تو رسول اللہ سے انہوں نے وزڈم کی باتیں سیکھیں اور اس کو انہوں نے لوگوں کو بتایا</w:t>
      </w:r>
    </w:p>
    <w:p>
      <w:r>
        <w:rPr>
          <w:b/>
        </w:rPr>
        <w:t xml:space="preserve">[30:02] </w:t>
      </w:r>
      <w:r>
        <w:t>aur taqreeban pachas saal tak logon ko batati raheen, batati raheen, batati raheen.</w:t>
      </w:r>
    </w:p>
    <w:p>
      <w:pPr>
        <w:jc w:val="right"/>
      </w:pPr>
      <w:r>
        <w:t>اور تقریباً پچاس سال تک لوگوں کو بتاتی رہیں، بتاتی رہیں، بتاتی رہیں۔</w:t>
      </w:r>
    </w:p>
    <w:p>
      <w:r>
        <w:rPr>
          <w:b/>
        </w:rPr>
        <w:t xml:space="preserve">[30:07] </w:t>
      </w:r>
      <w:r>
        <w:t>aap un ki baaton ko hadith ki kitabon mein parh sakte hain.</w:t>
      </w:r>
    </w:p>
    <w:p>
      <w:pPr>
        <w:jc w:val="right"/>
      </w:pPr>
      <w:r>
        <w:t>آپ ان کی باتوں کو حدیث کی کتابوں میں پڑھ سکتے ہیں۔</w:t>
      </w:r>
    </w:p>
    <w:p>
      <w:r>
        <w:rPr>
          <w:b/>
        </w:rPr>
        <w:t xml:space="preserve">[30:12] </w:t>
      </w:r>
      <w:r>
        <w:t>bohat sari hadiseen hain.</w:t>
      </w:r>
    </w:p>
    <w:p>
      <w:pPr>
        <w:jc w:val="right"/>
      </w:pPr>
      <w:r>
        <w:t>بہت ساری حدیثیں ہیں۔</w:t>
      </w:r>
    </w:p>
    <w:p>
      <w:r>
        <w:rPr>
          <w:b/>
        </w:rPr>
        <w:t xml:space="preserve">[30:17] </w:t>
      </w:r>
      <w:r>
        <w:t>mein misaal ke taur par sirf ek baat arz karta hoon ke kitni</w:t>
      </w:r>
    </w:p>
    <w:p>
      <w:pPr>
        <w:jc w:val="right"/>
      </w:pPr>
      <w:r>
        <w:t>میں مثال کے طور پر صرف ایک بات عرض کرتا ہوں کہ کتنی</w:t>
      </w:r>
    </w:p>
    <w:p>
      <w:r>
        <w:rPr>
          <w:b/>
        </w:rPr>
        <w:t xml:space="preserve">[30:22] </w:t>
      </w:r>
      <w:r>
        <w:t>oonchi baatein seekheen unhon ne rasool Allah se.</w:t>
      </w:r>
    </w:p>
    <w:p>
      <w:pPr>
        <w:jc w:val="right"/>
      </w:pPr>
      <w:r>
        <w:t>اونچی باتیں سیکھیں انہوں نے رسول اللہ سے۔</w:t>
      </w:r>
    </w:p>
    <w:p>
      <w:r>
        <w:rPr>
          <w:b/>
        </w:rPr>
        <w:t xml:space="preserve">[30:29] </w:t>
      </w:r>
      <w:r>
        <w:t>wisdom ki baatein.</w:t>
      </w:r>
    </w:p>
    <w:p>
      <w:pPr>
        <w:jc w:val="right"/>
      </w:pPr>
      <w:r>
        <w:t>وزڈم کی باتیں۔</w:t>
      </w:r>
    </w:p>
    <w:p>
      <w:r>
        <w:rPr>
          <w:b/>
        </w:rPr>
        <w:t xml:space="preserve">[30:35] </w:t>
      </w:r>
      <w:r>
        <w:t>bukhari mein hai ke ma khair rasool Allah sallallahu alaihi wasallam bain amrain ila ikhtar.</w:t>
      </w:r>
    </w:p>
    <w:p>
      <w:pPr>
        <w:jc w:val="right"/>
      </w:pPr>
      <w:r>
        <w:t>بخاری میں ہے کہ ما خیر رسول اللہ صلی اللہ علیہ وسلم بین امرین الاختار۔</w:t>
      </w:r>
    </w:p>
    <w:p>
      <w:r>
        <w:rPr>
          <w:b/>
        </w:rPr>
        <w:t xml:space="preserve">[30:41] </w:t>
      </w:r>
      <w:r>
        <w:t>rasool Allah ko jab bhi do mein se kisi ek ka intikhab karna hota tha to aap hamesha</w:t>
      </w:r>
    </w:p>
    <w:p>
      <w:pPr>
        <w:jc w:val="right"/>
      </w:pPr>
      <w:r>
        <w:t>رسول اللہ کو جب بھی دو میں سے کسی ایک کا انتخاب کرنا ہوتا تھا تو آپ ہمیشہ</w:t>
      </w:r>
    </w:p>
    <w:p>
      <w:r>
        <w:rPr>
          <w:b/>
        </w:rPr>
        <w:t xml:space="preserve">[30:48] </w:t>
      </w:r>
      <w:r>
        <w:t>aisar ka intikhab karte thay,</w:t>
      </w:r>
    </w:p>
    <w:p>
      <w:pPr>
        <w:jc w:val="right"/>
      </w:pPr>
      <w:r>
        <w:t>ایسر کا انتخاب کرتے تھے،</w:t>
      </w:r>
    </w:p>
    <w:p>
      <w:r>
        <w:rPr>
          <w:b/>
        </w:rPr>
        <w:t xml:space="preserve">[30:54] </w:t>
      </w:r>
      <w:r>
        <w:t>yani easy option ka.</w:t>
      </w:r>
    </w:p>
    <w:p>
      <w:pPr>
        <w:jc w:val="right"/>
      </w:pPr>
      <w:r>
        <w:t>یعنی ایزی آپشن کا۔</w:t>
      </w:r>
    </w:p>
    <w:p>
      <w:r>
        <w:rPr>
          <w:b/>
        </w:rPr>
        <w:t xml:space="preserve">[31:00] </w:t>
      </w:r>
      <w:r>
        <w:t>yani jab bhi koi muamla pesh aaya, koi situation paida hui to aap ke samne hamesha insan ke</w:t>
      </w:r>
    </w:p>
    <w:p>
      <w:pPr>
        <w:jc w:val="right"/>
      </w:pPr>
      <w:r>
        <w:t>یعنی جب بھی کوئی معاملہ پیش آیا، کوئی سچوئیشن پیدا ہوئی تو آپ کے سامنے ہمیشہ انسان کے</w:t>
      </w:r>
    </w:p>
    <w:p>
      <w:r>
        <w:rPr>
          <w:b/>
        </w:rPr>
        <w:t xml:space="preserve">[31:06] </w:t>
      </w:r>
      <w:r>
        <w:t>سامنے ہوتا ہے، یعنی different option.</w:t>
      </w:r>
    </w:p>
    <w:p>
      <w:pPr>
        <w:jc w:val="right"/>
      </w:pPr>
      <w:r>
        <w:t>سامنے ہوتا ہے، یعنی ڈفرنٹ آپشن۔</w:t>
      </w:r>
    </w:p>
    <w:p>
      <w:r>
        <w:rPr>
          <w:b/>
        </w:rPr>
        <w:t xml:space="preserve">[31:12] </w:t>
      </w:r>
      <w:r>
        <w:t>ایک آپشن ہے وہ جو easy آپشن ہے، ایک ہے harder آپشن۔</w:t>
      </w:r>
    </w:p>
    <w:p>
      <w:pPr>
        <w:jc w:val="right"/>
      </w:pPr>
      <w:r>
        <w:t>ایک آپشن ہے وہ جو ایزی آپشن ہے، ایک ہے ہارڈر آپشن۔</w:t>
      </w:r>
    </w:p>
    <w:p>
      <w:r>
        <w:rPr>
          <w:b/>
        </w:rPr>
        <w:t xml:space="preserve">[31:18] </w:t>
      </w:r>
      <w:r>
        <w:t>مثال کے طور پر ایک آپشن ہے peaceful method کا، ایک</w:t>
      </w:r>
    </w:p>
    <w:p>
      <w:pPr>
        <w:jc w:val="right"/>
      </w:pPr>
      <w:r>
        <w:t>مثال کے طور پر ایک آپشن ہے پیس فل میتھڈ کا، ایک</w:t>
      </w:r>
    </w:p>
    <w:p>
      <w:r>
        <w:rPr>
          <w:b/>
        </w:rPr>
        <w:t xml:space="preserve">[31:24] </w:t>
      </w:r>
      <w:r>
        <w:t>hai option violent method ka.</w:t>
      </w:r>
    </w:p>
    <w:p>
      <w:pPr>
        <w:jc w:val="right"/>
      </w:pPr>
      <w:r>
        <w:t>ہے آپشن وائلنٹ میتھڈ کا۔</w:t>
      </w:r>
    </w:p>
    <w:p>
      <w:r>
        <w:rPr>
          <w:b/>
        </w:rPr>
        <w:t xml:space="preserve">[31:29] </w:t>
      </w:r>
      <w:r>
        <w:t>تو ظاہر ہے کہ peaceful method کا جو آپشن ہے وہ easy آپشن ہے اور جو جو</w:t>
      </w:r>
    </w:p>
    <w:p>
      <w:pPr>
        <w:jc w:val="right"/>
      </w:pPr>
      <w:r>
        <w:t>تو ظاہر ہے کہ پیس فل میتھڈ کا جو آپشن ہے وہ ایزی آپشن ہے اور جو جو</w:t>
      </w:r>
    </w:p>
    <w:p>
      <w:r>
        <w:rPr>
          <w:b/>
        </w:rPr>
        <w:t xml:space="preserve">[31:33] </w:t>
      </w:r>
      <w:r>
        <w:t>وائلنٹ میتھڈ کا جو آپشن ہے وہ harder آپشن ہے۔</w:t>
      </w:r>
    </w:p>
    <w:p>
      <w:pPr>
        <w:jc w:val="right"/>
      </w:pPr>
      <w:r>
        <w:t>وائلنٹ میتھڈ کا جو آپشن ہے وہ ہارڈر آپشن ہے۔</w:t>
      </w:r>
    </w:p>
    <w:p>
      <w:r>
        <w:rPr>
          <w:b/>
        </w:rPr>
        <w:t xml:space="preserve">[31:37] </w:t>
      </w:r>
      <w:r>
        <w:t>to rasool Allah hamesha easy option lete the, harder option kabhi nahi lete the.</w:t>
      </w:r>
    </w:p>
    <w:p>
      <w:pPr>
        <w:jc w:val="right"/>
      </w:pPr>
      <w:r>
        <w:t>تو رسول اللہ ہمیشہ ایزی آپشن لیتے تھے، ہارڈر آپشن کبھی نہیں لیتے تھے۔</w:t>
      </w:r>
    </w:p>
    <w:p>
      <w:r>
        <w:rPr>
          <w:b/>
        </w:rPr>
        <w:t xml:space="preserve">[31:42] </w:t>
      </w:r>
      <w:r>
        <w:t>aur is par ghor kijiye to rasool Allah ne ye lafz nahi, in alfaaz mein koi hadith maujooda</w:t>
      </w:r>
    </w:p>
    <w:p>
      <w:pPr>
        <w:jc w:val="right"/>
      </w:pPr>
      <w:r>
        <w:t>اور اس پر غور کیجئے تو رسول اللہ نے یہ لفظ نہیں، ان الفاظ میں کوئی حدیث موجودہ</w:t>
      </w:r>
    </w:p>
    <w:p>
      <w:r>
        <w:rPr>
          <w:b/>
        </w:rPr>
        <w:t xml:space="preserve">[31:46] </w:t>
      </w:r>
      <w:r>
        <w:t>zakheere mein nahi milti hai.</w:t>
      </w:r>
    </w:p>
    <w:p>
      <w:pPr>
        <w:jc w:val="right"/>
      </w:pPr>
      <w:r>
        <w:t>ذخیرے میں نہیں ملتی ہے۔</w:t>
      </w:r>
    </w:p>
    <w:p>
      <w:r>
        <w:rPr>
          <w:b/>
        </w:rPr>
        <w:t xml:space="preserve">[31:50] </w:t>
      </w:r>
      <w:r>
        <w:t>hadith ki jo kitabein hain, us mein aap padhein</w:t>
      </w:r>
    </w:p>
    <w:p>
      <w:pPr>
        <w:jc w:val="right"/>
      </w:pPr>
      <w:r>
        <w:t>حدیث کی جو کتابیں ہیں، اس میں آپ پڑھیں</w:t>
      </w:r>
    </w:p>
    <w:p>
      <w:r>
        <w:rPr>
          <w:b/>
        </w:rPr>
        <w:t xml:space="preserve">[31:55] </w:t>
      </w:r>
      <w:r>
        <w:t>to unhi lafzon mein rasool Allah ka qaul kahin aap nahi paayenge.</w:t>
      </w:r>
    </w:p>
    <w:p>
      <w:pPr>
        <w:jc w:val="right"/>
      </w:pPr>
      <w:r>
        <w:t>تو انہی لفظوں میں رسول اللہ کا قول کہیں آپ نہیں پائیں گے۔</w:t>
      </w:r>
    </w:p>
    <w:p>
      <w:r>
        <w:rPr>
          <w:b/>
        </w:rPr>
        <w:t xml:space="preserve">[32:00] </w:t>
      </w:r>
      <w:r>
        <w:t>تو کیسے انہوں نے کہا ایسا؟ اس کا معنی ہے کہ بہت ہی minutely وہ observe کرتی تھی</w:t>
      </w:r>
    </w:p>
    <w:p>
      <w:pPr>
        <w:jc w:val="right"/>
      </w:pPr>
      <w:r>
        <w:t>تو کیسے انہوں نے کہا ایسا؟ اس کا معنی ہے کہ بہت ہی مانوٹلی وہ ابزرو کرتی تھی</w:t>
      </w:r>
    </w:p>
    <w:p>
      <w:r>
        <w:rPr>
          <w:b/>
        </w:rPr>
        <w:t xml:space="preserve">[32:05] </w:t>
      </w:r>
      <w:r>
        <w:t>har cheez ko, rasool Allah ki baaton ko, unke action ko, unke behavior ko, unki</w:t>
      </w:r>
    </w:p>
    <w:p>
      <w:pPr>
        <w:jc w:val="right"/>
      </w:pPr>
      <w:r>
        <w:t>ہر چیز کو، رسول اللہ کی باتوں کو، ان کے ایکشن کو، ان کے بیہیویئر کو، ان کی</w:t>
      </w:r>
    </w:p>
    <w:p>
      <w:r>
        <w:rPr>
          <w:b/>
        </w:rPr>
        <w:t xml:space="preserve">[32:10] </w:t>
      </w:r>
      <w:r>
        <w:t>پالیسی کو بہت ہی زیادہ دھیان کے ساتھ دیکھتی تھیں، بہت minutely observe کرتی تھیں۔</w:t>
      </w:r>
    </w:p>
    <w:p>
      <w:pPr>
        <w:jc w:val="right"/>
      </w:pPr>
      <w:r>
        <w:t>پالیسی کو بہت ہی زیادہ دھیان کے ساتھ دیکھتی تھیں، بہت مانوٹلی ابزرو کرتی تھیں۔</w:t>
      </w:r>
    </w:p>
    <w:p>
      <w:r>
        <w:rPr>
          <w:b/>
        </w:rPr>
        <w:t xml:space="preserve">[32:15] </w:t>
      </w:r>
      <w:r>
        <w:t>تب اس کو extract kar payenge.</w:t>
      </w:r>
    </w:p>
    <w:p>
      <w:pPr>
        <w:jc w:val="right"/>
      </w:pPr>
      <w:r>
        <w:t>تب اس کو ایکسٹریکٹ کر پائیں وہ۔</w:t>
      </w:r>
    </w:p>
    <w:p>
      <w:r>
        <w:rPr>
          <w:b/>
        </w:rPr>
        <w:t xml:space="preserve">[32:20] </w:t>
      </w:r>
      <w:r>
        <w:t>aisa karne ke</w:t>
      </w:r>
    </w:p>
    <w:p>
      <w:pPr>
        <w:jc w:val="right"/>
      </w:pPr>
      <w:r>
        <w:t>ایسا کرنے کے</w:t>
      </w:r>
    </w:p>
    <w:p>
      <w:r>
        <w:rPr>
          <w:b/>
        </w:rPr>
        <w:t xml:space="preserve">[32:25] </w:t>
      </w:r>
      <w:r>
        <w:t>لیے کیا چاہیے؟ یہ چاہیے کہ آدمی اپنے آپ کو distraction سے بچائے۔</w:t>
      </w:r>
    </w:p>
    <w:p>
      <w:pPr>
        <w:jc w:val="right"/>
      </w:pPr>
      <w:r>
        <w:t>لیے کیا چاہیے؟ یہ چاہیے کہ آدمی اپنے آپ کو ڈسٹریکشن سے بچائے۔</w:t>
      </w:r>
    </w:p>
    <w:p>
      <w:r>
        <w:rPr>
          <w:b/>
        </w:rPr>
        <w:t xml:space="preserve">[32:29] </w:t>
      </w:r>
      <w:r>
        <w:t>distraction kya cheez hai? aap khane mein jis pe aap ko usi mein aap mashgool hain, kapde mein</w:t>
      </w:r>
    </w:p>
    <w:p>
      <w:pPr>
        <w:jc w:val="right"/>
      </w:pPr>
      <w:r>
        <w:t>ڈسٹریکشن کیا چیز ہے؟ آپ کھانے میں جس پہ آپ کو اسی میں آپ مشغول ہیں، کپڑے میں</w:t>
      </w:r>
    </w:p>
    <w:p>
      <w:r>
        <w:rPr>
          <w:b/>
        </w:rPr>
        <w:t xml:space="preserve">[32:33] </w:t>
      </w:r>
      <w:r>
        <w:t>hai to us mein mashgool hain, zevar mein hai to us mein mashgool hain, tamashe mein hai to</w:t>
      </w:r>
    </w:p>
    <w:p>
      <w:pPr>
        <w:jc w:val="right"/>
      </w:pPr>
      <w:r>
        <w:t>ہے تو اس میں مشغول ہیں، زیور میں ہے تو اس میں مشغول ہیں، تماشے میں ہے تو</w:t>
      </w:r>
    </w:p>
    <w:p>
      <w:r>
        <w:rPr>
          <w:b/>
        </w:rPr>
        <w:t xml:space="preserve">[32:38] </w:t>
      </w:r>
      <w:r>
        <w:t>us mein mashgool hain.</w:t>
      </w:r>
    </w:p>
    <w:p>
      <w:pPr>
        <w:jc w:val="right"/>
      </w:pPr>
      <w:r>
        <w:t>اس میں مشغول ہیں۔</w:t>
      </w:r>
    </w:p>
    <w:p>
      <w:r>
        <w:rPr>
          <w:b/>
        </w:rPr>
        <w:t xml:space="preserve">[32:42] </w:t>
      </w:r>
      <w:r>
        <w:t>یعنی ہر وقت آدمی کے سامنے different قسم کی چیزیں ہوتی ہیں جو اس کو کھینچتی ہیں اپنی طرف۔</w:t>
      </w:r>
    </w:p>
    <w:p>
      <w:pPr>
        <w:jc w:val="right"/>
      </w:pPr>
      <w:r>
        <w:t>یعنی ہر وقت آدمی کے سامنے ڈفرنٹ قسم کی چیزیں ہوتی ہیں جو اس کو کھینچتی ہیں اپنی طرف۔</w:t>
      </w:r>
    </w:p>
    <w:p>
      <w:r>
        <w:rPr>
          <w:b/>
        </w:rPr>
        <w:t xml:space="preserve">[32:47] </w:t>
      </w:r>
      <w:r>
        <w:t>aadmi idhar chala jata hai.</w:t>
      </w:r>
    </w:p>
    <w:p>
      <w:pPr>
        <w:jc w:val="right"/>
      </w:pPr>
      <w:r>
        <w:t>آدمی ادھر چلا جاتا ہے۔</w:t>
      </w:r>
    </w:p>
    <w:p>
      <w:r>
        <w:rPr>
          <w:b/>
        </w:rPr>
        <w:t xml:space="preserve">[32:51] </w:t>
      </w:r>
      <w:r>
        <w:t>to agar wo aisi hotin</w:t>
      </w:r>
    </w:p>
    <w:p>
      <w:pPr>
        <w:jc w:val="right"/>
      </w:pPr>
      <w:r>
        <w:t>تو اگر وہ ایسی ہوتیں</w:t>
      </w:r>
    </w:p>
    <w:p>
      <w:r>
        <w:rPr>
          <w:b/>
        </w:rPr>
        <w:t xml:space="preserve">[32:56] </w:t>
      </w:r>
      <w:r>
        <w:t>تو رسول اللہ سے اس طرح کی learning نہ کر پاتی وہ۔</w:t>
      </w:r>
    </w:p>
    <w:p>
      <w:pPr>
        <w:jc w:val="right"/>
      </w:pPr>
      <w:r>
        <w:t>تو رسول اللہ سے اس طرح کی لرننگ نہ کر پاتی وہ۔</w:t>
      </w:r>
    </w:p>
    <w:p>
      <w:r>
        <w:rPr>
          <w:b/>
        </w:rPr>
        <w:t xml:space="preserve">[33:02] </w:t>
      </w:r>
      <w:r>
        <w:t>to ye kitni badi sacrifice thi unki, Hazrat Aisha ki, ke har qism ke distraction se unhon</w:t>
      </w:r>
    </w:p>
    <w:p>
      <w:pPr>
        <w:jc w:val="right"/>
      </w:pPr>
      <w:r>
        <w:t>تو یہ کتنی بڑی سیکریفائس تھی ان کی، حضرت عائشہ کی، کہ ہر قسم کے ڈسٹریکشن سے انہوں</w:t>
      </w:r>
    </w:p>
    <w:p>
      <w:r>
        <w:rPr>
          <w:b/>
        </w:rPr>
        <w:t xml:space="preserve">[33:08] </w:t>
      </w:r>
      <w:r>
        <w:t>ne apne aap ko bachaya.</w:t>
      </w:r>
    </w:p>
    <w:p>
      <w:pPr>
        <w:jc w:val="right"/>
      </w:pPr>
      <w:r>
        <w:t>نے اپنے آپ کو بچایا۔</w:t>
      </w:r>
    </w:p>
    <w:p>
      <w:r>
        <w:rPr>
          <w:b/>
        </w:rPr>
        <w:t xml:space="preserve">[33:14] </w:t>
      </w:r>
      <w:r>
        <w:t>میں سمجھتا ہوں کہ سب سے بڑی sacrifice یہی ہوتی ہے کہ جو distraction ہوتی ہے زندگی میں،</w:t>
      </w:r>
    </w:p>
    <w:p>
      <w:pPr>
        <w:jc w:val="right"/>
      </w:pPr>
      <w:r>
        <w:t>میں سمجھتا ہوں کہ سب سے بڑی سیکریفائس یہی ہوتی ہے کہ جو ڈسٹریکشن ہوتی ہے زندگی میں،</w:t>
      </w:r>
    </w:p>
    <w:p>
      <w:r>
        <w:rPr>
          <w:b/>
        </w:rPr>
        <w:t xml:space="preserve">[33:20] </w:t>
      </w:r>
      <w:r>
        <w:t>unse apne aadmiyon ko bachaye taake wo kisi ek cheez pe focus kar saken.</w:t>
      </w:r>
    </w:p>
    <w:p>
      <w:pPr>
        <w:jc w:val="right"/>
      </w:pPr>
      <w:r>
        <w:t>ان سے اپنے آدمیوں کو بچائے تاکہ وہ کسی ایک چیز پہ فوکس کر سکیں۔</w:t>
      </w:r>
    </w:p>
    <w:p>
      <w:r>
        <w:rPr>
          <w:b/>
        </w:rPr>
        <w:t xml:space="preserve">[33:26] </w:t>
      </w:r>
      <w:r>
        <w:t>to unhon ne apne aap ko har qism ke distraction se bachaya. to kya hua ke woh aisa kar saken ke rasool Allah ki baaton ko bohat dhyan se suneen, aap ki policyon ko bohat dhyan se dekhen, aap jo bhi karein us ko bohat hi ghaur se samjhen, samhen. yaani is mein bohat zyada gum ho gayeen woh ke kaise mein learning karoon rasool Allah se. tab yeh keh paeen woh, kyunke inhi alfaaz mein to</w:t>
      </w:r>
    </w:p>
    <w:p>
      <w:pPr>
        <w:jc w:val="right"/>
      </w:pPr>
      <w:r>
        <w:t>تو انہوں نے اپنے آپ کو ہر قسم کے ڈسٹریکشن سے بچایا۔ تو کیا ہوا کہ وہ ایسا کر سکیں کہ رسول اللہ کی باتوں کو بہت دھیان سے سنیں، آپ کی پالیسیوں کو بہت دھیان سے دیکھیں، آپ جو بھی کریں اس کو بہت ہی غور سے سمجھیں، سمجھیں۔ یعنی اس میں بہت زیادہ گم ہو گئیں وہ کہ کیسے میں لرننگ کروں رسول اللہ سے۔ تب یہ کہہ پائیں وہ، کیونکہ انہی لفظوں میں تو</w:t>
      </w:r>
    </w:p>
    <w:p>
      <w:r>
        <w:rPr>
          <w:b/>
        </w:rPr>
        <w:t xml:space="preserve">[33:56] </w:t>
      </w:r>
      <w:r>
        <w:t>koi hadith hai nahi.</w:t>
      </w:r>
    </w:p>
    <w:p>
      <w:pPr>
        <w:jc w:val="right"/>
      </w:pPr>
      <w:r>
        <w:t>کوئی حدیث ہے نہیں۔</w:t>
      </w:r>
    </w:p>
    <w:p>
      <w:r>
        <w:rPr>
          <w:b/>
        </w:rPr>
        <w:t xml:space="preserve">[34:01] </w:t>
      </w:r>
      <w:r>
        <w:t>dekh kar observation ke zariye unhon ne paya ke aisa tha rasool Allah ka tareeqa.</w:t>
      </w:r>
    </w:p>
    <w:p>
      <w:pPr>
        <w:jc w:val="right"/>
      </w:pPr>
      <w:r>
        <w:t>دیکھ کر ابزرویشن کے ذریعے انہوں نے پایا کہ ایسا تھا رسول اللہ کا طریقہ۔</w:t>
      </w:r>
    </w:p>
    <w:p>
      <w:r>
        <w:rPr>
          <w:b/>
        </w:rPr>
        <w:t xml:space="preserve">[34:06] </w:t>
      </w:r>
      <w:r>
        <w:t>aap batayein kitni badi cheez hai zindagi mein, kyunke hamesha aisa hota hai ke aadmi dekhein, us mein</w:t>
      </w:r>
    </w:p>
    <w:p>
      <w:pPr>
        <w:jc w:val="right"/>
      </w:pPr>
      <w:r>
        <w:t>آپ بتائیں کتنی بڑی چیز ہے زندگی میں، کیونکہ ہمیشہ ایسا ہوتا ہے کہ آدمی دیکھیں، اس میں</w:t>
      </w:r>
    </w:p>
    <w:p>
      <w:r>
        <w:rPr>
          <w:b/>
        </w:rPr>
        <w:t xml:space="preserve">[34:11] </w:t>
      </w:r>
      <w:r>
        <w:t>kyun aisa hota hai? jab bhi aap ke samne koi situation create hui, maslan kisi ne aap ko</w:t>
      </w:r>
    </w:p>
    <w:p>
      <w:pPr>
        <w:jc w:val="right"/>
      </w:pPr>
      <w:r>
        <w:t>کیوں ایسا ہوتا ہے؟ جب بھی آپ کے سامنے کوئی سچوئیشن کریٹ ہوئی، مثلاً کسی نے آپ کو</w:t>
      </w:r>
    </w:p>
    <w:p>
      <w:r>
        <w:rPr>
          <w:b/>
        </w:rPr>
        <w:t xml:space="preserve">[34:16] </w:t>
      </w:r>
      <w:r>
        <w:t>غصہ دلا دیا، کسی نے آپ کو provoke کر دیا، کسی نے آپ کو نقصان کر دیا، تو</w:t>
      </w:r>
    </w:p>
    <w:p>
      <w:pPr>
        <w:jc w:val="right"/>
      </w:pPr>
      <w:r>
        <w:t>غصہ دلا دیا، کسی نے آپ کو پرووک کر دیا، کسی نے آپ کو نقصان کر دیا، تو</w:t>
      </w:r>
    </w:p>
    <w:p>
      <w:r>
        <w:rPr>
          <w:b/>
        </w:rPr>
        <w:t xml:space="preserve">[34:21] </w:t>
      </w:r>
      <w:r>
        <w:t>kya hota hai? aap</w:t>
      </w:r>
    </w:p>
    <w:p>
      <w:pPr>
        <w:jc w:val="right"/>
      </w:pPr>
      <w:r>
        <w:t>کیا ہوتا ہے؟ آپ</w:t>
      </w:r>
    </w:p>
    <w:p>
      <w:r>
        <w:rPr>
          <w:b/>
        </w:rPr>
        <w:t xml:space="preserve">[34:26] </w:t>
      </w:r>
      <w:r>
        <w:t>ke jazbaat bhadak uthte hain.</w:t>
      </w:r>
    </w:p>
    <w:p>
      <w:pPr>
        <w:jc w:val="right"/>
      </w:pPr>
      <w:r>
        <w:t>کے جذبات بھڑک اٹھتے ہیں۔</w:t>
      </w:r>
    </w:p>
    <w:p>
      <w:r>
        <w:rPr>
          <w:b/>
        </w:rPr>
        <w:t xml:space="preserve">[34:31] </w:t>
      </w:r>
      <w:r>
        <w:t>jazbaat bhadak uthte hain.</w:t>
      </w:r>
    </w:p>
    <w:p>
      <w:pPr>
        <w:jc w:val="right"/>
      </w:pPr>
      <w:r>
        <w:t>جذبات بھڑک اٹھتے ہیں۔</w:t>
      </w:r>
    </w:p>
    <w:p>
      <w:r>
        <w:rPr>
          <w:b/>
        </w:rPr>
        <w:t xml:space="preserve">[34:36] </w:t>
      </w:r>
      <w:r>
        <w:t>to aadmi aksar kya hota hai ke jazbaat mein woh koi kaam kar baithta hai.</w:t>
      </w:r>
    </w:p>
    <w:p>
      <w:pPr>
        <w:jc w:val="right"/>
      </w:pPr>
      <w:r>
        <w:t>تو آدمی اکثر کیا ہوتا ہے کہ جذبات میں وہ کوئی کام کر بیٹھتا ہے۔</w:t>
      </w:r>
    </w:p>
    <w:p>
      <w:r>
        <w:rPr>
          <w:b/>
        </w:rPr>
        <w:t xml:space="preserve">[34:41] </w:t>
      </w:r>
      <w:r>
        <w:t>is mein kya mila? to is mein kya mila? to jazbaat mein jab karega aadmi to lade phade ga.</w:t>
      </w:r>
    </w:p>
    <w:p>
      <w:pPr>
        <w:jc w:val="right"/>
      </w:pPr>
      <w:r>
        <w:t>اس میں کیا ملا؟ تو اس میں کیا ملا؟ تو جذبات میں جب کرے گا آدمی تو لڑے پھڑے گا۔</w:t>
      </w:r>
    </w:p>
    <w:p>
      <w:r>
        <w:rPr>
          <w:b/>
        </w:rPr>
        <w:t xml:space="preserve">[34:46] </w:t>
      </w:r>
      <w:r>
        <w:t>یعنی گویا harder option لے لے گا وہ۔</w:t>
      </w:r>
    </w:p>
    <w:p>
      <w:pPr>
        <w:jc w:val="right"/>
      </w:pPr>
      <w:r>
        <w:t>یعنی گویا ہارڈر آپشن لے لے گا وہ۔</w:t>
      </w:r>
    </w:p>
    <w:p>
      <w:r>
        <w:rPr>
          <w:b/>
        </w:rPr>
        <w:t xml:space="preserve">[34:51] </w:t>
      </w:r>
      <w:r>
        <w:t>اس لیے کیا ملا کہ جب بھی کوئی situation create ہوتی تھی تو آپ سوچتے تھے،</w:t>
      </w:r>
    </w:p>
    <w:p>
      <w:pPr>
        <w:jc w:val="right"/>
      </w:pPr>
      <w:r>
        <w:t>اس لیے کیا ملا کہ جب بھی کوئی سچوئیشن کریٹ ہوتی تھی تو آپ سوچتے تھے،</w:t>
      </w:r>
    </w:p>
    <w:p>
      <w:r>
        <w:rPr>
          <w:b/>
        </w:rPr>
        <w:t xml:space="preserve">[34:56] </w:t>
      </w:r>
      <w:r>
        <w:t>jazbaat ko thaam kar ke aap ghore karte the ke hamein kya karna chahiye, kya nahi karna chahiye.</w:t>
      </w:r>
    </w:p>
    <w:p>
      <w:pPr>
        <w:jc w:val="right"/>
      </w:pPr>
      <w:r>
        <w:t>جذبات کو تھام کر کے آپ غور کرتے تھے کہ ہمیں کیا کرنا چاہیے، کیا نہیں کرنا چاہیے۔</w:t>
      </w:r>
    </w:p>
    <w:p>
      <w:r>
        <w:rPr>
          <w:b/>
        </w:rPr>
        <w:t xml:space="preserve">[35:02] </w:t>
      </w:r>
      <w:r>
        <w:t>to jazbaat ko hata kar ke aap apna choice lete the.</w:t>
      </w:r>
    </w:p>
    <w:p>
      <w:pPr>
        <w:jc w:val="right"/>
      </w:pPr>
      <w:r>
        <w:t>تو جذبات کو ہٹا کر کے آپ اپنا چوائس لیتے تھے۔</w:t>
      </w:r>
    </w:p>
    <w:p>
      <w:r>
        <w:rPr>
          <w:b/>
        </w:rPr>
        <w:t xml:space="preserve">[35:08] </w:t>
      </w:r>
      <w:r>
        <w:t>to jab bhi aap jazbaat mein aa kar koi koi choice lenge to woh woh harder choice hoga.</w:t>
      </w:r>
    </w:p>
    <w:p>
      <w:pPr>
        <w:jc w:val="right"/>
      </w:pPr>
      <w:r>
        <w:t>تو جب بھی آپ جذبات میں آ کر کوئی کوئی چوائس لیں گے تو وہ وہ ہارڈر چوائس ہوگا۔</w:t>
      </w:r>
    </w:p>
    <w:p>
      <w:r>
        <w:rPr>
          <w:b/>
        </w:rPr>
        <w:t xml:space="preserve">[35:14] </w:t>
      </w:r>
      <w:r>
        <w:t>aur aap jazbaat ko hata kar ke jab koi choice, koi koi choice lenge to woh easy choice hoga.</w:t>
      </w:r>
    </w:p>
    <w:p>
      <w:pPr>
        <w:jc w:val="right"/>
      </w:pPr>
      <w:r>
        <w:t>اور آپ جذبات کو ہٹا کر کے جب کوئی چوائس، کوئی کوئی چوائس لیں گے تو وہ ایزی چوائس ہوگا۔</w:t>
      </w:r>
    </w:p>
    <w:p>
      <w:r>
        <w:rPr>
          <w:b/>
        </w:rPr>
        <w:t xml:space="preserve">[35:20] </w:t>
      </w:r>
      <w:r>
        <w:t>yeh kitni bari baat is ke andar mili, kitni bari baat</w:t>
      </w:r>
    </w:p>
    <w:p>
      <w:pPr>
        <w:jc w:val="right"/>
      </w:pPr>
      <w:r>
        <w:t>یہ کتنی بڑی بات اس کے اندر ملی، کتنی بڑی بات</w:t>
      </w:r>
    </w:p>
    <w:p>
      <w:r>
        <w:rPr>
          <w:b/>
        </w:rPr>
        <w:t xml:space="preserve">[35:26] </w:t>
      </w:r>
      <w:r>
        <w:t>mili aap.</w:t>
      </w:r>
    </w:p>
    <w:p>
      <w:pPr>
        <w:jc w:val="right"/>
      </w:pPr>
      <w:r>
        <w:t>ملی آپ۔</w:t>
      </w:r>
    </w:p>
    <w:p>
      <w:r>
        <w:rPr>
          <w:b/>
        </w:rPr>
        <w:t xml:space="preserve">[35:30] </w:t>
      </w:r>
      <w:r>
        <w:t>kyunke hamesha aadmi ke jazbaat kisi na kisi baat mein bhadak uthte hain.</w:t>
      </w:r>
    </w:p>
    <w:p>
      <w:pPr>
        <w:jc w:val="right"/>
      </w:pPr>
      <w:r>
        <w:t>کیونکہ ہمیشہ آدمی کے جذبات کسی نہ کسی بات میں بھڑک اٹھتے ہیں۔</w:t>
      </w:r>
    </w:p>
    <w:p>
      <w:r>
        <w:rPr>
          <w:b/>
        </w:rPr>
        <w:t xml:space="preserve">[35:34] </w:t>
      </w:r>
      <w:r>
        <w:t>ek taraf aql hoti hai, ek taraf jazbaat hote hain.</w:t>
      </w:r>
    </w:p>
    <w:p>
      <w:pPr>
        <w:jc w:val="right"/>
      </w:pPr>
      <w:r>
        <w:t>ایک طرف عقل ہوتی ہے، ایک طرف جذبات ہوتے ہیں۔</w:t>
      </w:r>
    </w:p>
    <w:p>
      <w:r>
        <w:rPr>
          <w:b/>
        </w:rPr>
        <w:t xml:space="preserve">[35:38] </w:t>
      </w:r>
      <w:r>
        <w:t>agar aql se soch samajh kar ke aap faisla karenge to woh aap yahi karenge ke</w:t>
      </w:r>
    </w:p>
    <w:p>
      <w:pPr>
        <w:jc w:val="right"/>
      </w:pPr>
      <w:r>
        <w:t>اگر عقل سے سوچ سمجھ کر کے آپ فیصلہ کریں گے تو وہ آپ یہی کریں گے کہ</w:t>
      </w:r>
    </w:p>
    <w:p>
      <w:r>
        <w:rPr>
          <w:b/>
        </w:rPr>
        <w:t xml:space="preserve">[35:41] </w:t>
      </w:r>
      <w:r>
        <w:t>aap easy aur option lenge.</w:t>
      </w:r>
    </w:p>
    <w:p>
      <w:pPr>
        <w:jc w:val="right"/>
      </w:pPr>
      <w:r>
        <w:t>آپ ایزی اور آپشن لیں گے۔</w:t>
      </w:r>
    </w:p>
    <w:p>
      <w:r>
        <w:rPr>
          <w:b/>
        </w:rPr>
        <w:t xml:space="preserve">[35:45] </w:t>
      </w:r>
      <w:r>
        <w:t>lekin agar jazbaat ke asar mein aa jayenge aap to aap harder option le lenge, kyunke</w:t>
      </w:r>
    </w:p>
    <w:p>
      <w:pPr>
        <w:jc w:val="right"/>
      </w:pPr>
      <w:r>
        <w:t>لیکن اگر جذبات کے اثر میں آ جائیں گے آپ تو آپ ہارڈر آپشن لے لیں گے، کیونکہ</w:t>
      </w:r>
    </w:p>
    <w:p>
      <w:r>
        <w:rPr>
          <w:b/>
        </w:rPr>
        <w:t xml:space="preserve">[35:49] </w:t>
      </w:r>
      <w:r>
        <w:t>aql is waqt kaam nahi karti.</w:t>
      </w:r>
    </w:p>
    <w:p>
      <w:pPr>
        <w:jc w:val="right"/>
      </w:pPr>
      <w:r>
        <w:t>عقل اس وقت کام نہیں کرتی۔</w:t>
      </w:r>
    </w:p>
    <w:p>
      <w:r>
        <w:rPr>
          <w:b/>
        </w:rPr>
        <w:t xml:space="preserve">[35:53] </w:t>
      </w:r>
      <w:r>
        <w:t>ab itni bari baat inhone seekhi rasool Allah se aur</w:t>
      </w:r>
    </w:p>
    <w:p>
      <w:pPr>
        <w:jc w:val="right"/>
      </w:pPr>
      <w:r>
        <w:t>اب اتنی بڑی بات انہوں نے سیکھی رسول اللہ سے اور</w:t>
      </w:r>
    </w:p>
    <w:p>
      <w:r>
        <w:rPr>
          <w:b/>
        </w:rPr>
        <w:t xml:space="preserve">[35:56] </w:t>
      </w:r>
      <w:r>
        <w:t>seekh kar ummat ko batai.</w:t>
      </w:r>
    </w:p>
    <w:p>
      <w:pPr>
        <w:jc w:val="right"/>
      </w:pPr>
      <w:r>
        <w:t>سیکھ کر امت کو بتائی۔</w:t>
      </w:r>
    </w:p>
    <w:p>
      <w:r>
        <w:rPr>
          <w:b/>
        </w:rPr>
        <w:t xml:space="preserve">[36:04] </w:t>
      </w:r>
      <w:r>
        <w:t>aise hi dekhiye, ek sahabi the, un ka naam tha, un ka naam tha ibn auf, abdulrehman ibn auf.</w:t>
      </w:r>
    </w:p>
    <w:p>
      <w:pPr>
        <w:jc w:val="right"/>
      </w:pPr>
      <w:r>
        <w:t>ایسے ہی دیکھیے، ایک صحابی تھے، ان کا نام تھا، ان کا نام تھا ابن عوف، عبدالرحمن ابن عوف۔</w:t>
      </w:r>
    </w:p>
    <w:p>
      <w:r>
        <w:rPr>
          <w:b/>
        </w:rPr>
        <w:t xml:space="preserve">[36:11] </w:t>
      </w:r>
      <w:r>
        <w:t>yeh bhi makkah mein, inhone bhi makkah mein islam qabool kiya aur aap ke saathi bane.</w:t>
      </w:r>
    </w:p>
    <w:p>
      <w:pPr>
        <w:jc w:val="right"/>
      </w:pPr>
      <w:r>
        <w:t>یہ بھی مکہ میں، انہوں نے بھی مکہ میں اسلام قبول کیا اور آپ کے ساتھی بنے۔</w:t>
      </w:r>
    </w:p>
    <w:p>
      <w:r>
        <w:rPr>
          <w:b/>
        </w:rPr>
        <w:t xml:space="preserve">[36:19] </w:t>
      </w:r>
      <w:r>
        <w:t>to phir hijrat kar ke hi woh</w:t>
      </w:r>
    </w:p>
    <w:p>
      <w:pPr>
        <w:jc w:val="right"/>
      </w:pPr>
      <w:r>
        <w:t>تو پھر ہجرت کر کے ہی وہ</w:t>
      </w:r>
    </w:p>
    <w:p>
      <w:r>
        <w:rPr>
          <w:b/>
        </w:rPr>
        <w:t xml:space="preserve">[36:27] </w:t>
      </w:r>
      <w:r>
        <w:t>madina gaye.</w:t>
      </w:r>
    </w:p>
    <w:p>
      <w:pPr>
        <w:jc w:val="right"/>
      </w:pPr>
      <w:r>
        <w:t>مدینہ گئے۔</w:t>
      </w:r>
    </w:p>
    <w:p>
      <w:r>
        <w:rPr>
          <w:b/>
        </w:rPr>
        <w:t xml:space="preserve">[36:31] </w:t>
      </w:r>
      <w:r>
        <w:t>yeh bhi kuch tijarat ka in ko bohat acha koi saleeqa tha, bohat bari tijarat inhone ki</w:t>
      </w:r>
    </w:p>
    <w:p>
      <w:pPr>
        <w:jc w:val="right"/>
      </w:pPr>
      <w:r>
        <w:t>یہ بھی کچھ تجارت کا ان کو بہت اچھا کوئی سلیقہ تھا، بہت بڑی تجارت انہوں نے کی</w:t>
      </w:r>
    </w:p>
    <w:p>
      <w:r>
        <w:rPr>
          <w:b/>
        </w:rPr>
        <w:t xml:space="preserve">[36:35] </w:t>
      </w:r>
      <w:r>
        <w:t>aur kamyab hue.</w:t>
      </w:r>
    </w:p>
    <w:p>
      <w:pPr>
        <w:jc w:val="right"/>
      </w:pPr>
      <w:r>
        <w:t>اور کامیاب ہوئے۔</w:t>
      </w:r>
    </w:p>
    <w:p>
      <w:r>
        <w:rPr>
          <w:b/>
        </w:rPr>
        <w:t xml:space="preserve">[36:40] </w:t>
      </w:r>
      <w:r>
        <w:t>to abdulrehman ibn auf jo the, un mein aur aur khalid mein dono mein kisi maamle par controversy</w:t>
      </w:r>
    </w:p>
    <w:p>
      <w:pPr>
        <w:jc w:val="right"/>
      </w:pPr>
      <w:r>
        <w:t>تو عبدالرحمن ابن عوف جو تھے، ان میں اور اور خالد میں دونوں میں کسی معاملے پر کنٹروورسی</w:t>
      </w:r>
    </w:p>
    <w:p>
      <w:r>
        <w:rPr>
          <w:b/>
        </w:rPr>
        <w:t xml:space="preserve">[36:44] </w:t>
      </w:r>
      <w:r>
        <w:t>ho gayi, koi naza ho gayi.</w:t>
      </w:r>
    </w:p>
    <w:p>
      <w:pPr>
        <w:jc w:val="right"/>
      </w:pPr>
      <w:r>
        <w:t>ہو گئی، کوئی نزاع ہو گئی۔</w:t>
      </w:r>
    </w:p>
    <w:p>
      <w:r>
        <w:rPr>
          <w:b/>
        </w:rPr>
        <w:t xml:space="preserve">[36:49] </w:t>
      </w:r>
      <w:r>
        <w:t>un ko un se ikhtilaf, un ko un se ikhtilaf.</w:t>
      </w:r>
    </w:p>
    <w:p>
      <w:pPr>
        <w:jc w:val="right"/>
      </w:pPr>
      <w:r>
        <w:t>ان کو ان سے اختلاف، ان کو ان سے اختلاف۔</w:t>
      </w:r>
    </w:p>
    <w:p>
      <w:r>
        <w:rPr>
          <w:b/>
        </w:rPr>
        <w:t xml:space="preserve">[36:53] </w:t>
      </w:r>
      <w:r>
        <w:t>to is waqt ek aadmi aaya abdulrehman oaf ke paas aur</w:t>
      </w:r>
    </w:p>
    <w:p>
      <w:pPr>
        <w:jc w:val="right"/>
      </w:pPr>
      <w:r>
        <w:t>تو اس وقت ایک آدمی آیا عبدالرحمن عوف کے پاس اور</w:t>
      </w:r>
    </w:p>
    <w:p>
      <w:r>
        <w:rPr>
          <w:b/>
        </w:rPr>
        <w:t xml:space="preserve">[36:57] </w:t>
      </w:r>
      <w:r>
        <w:t>wo laga burai bayan karne khalid ki.</w:t>
      </w:r>
    </w:p>
    <w:p>
      <w:pPr>
        <w:jc w:val="right"/>
      </w:pPr>
      <w:r>
        <w:t>وہ لگا برائی بیان کرنے خالد کی۔</w:t>
      </w:r>
    </w:p>
    <w:p>
      <w:r>
        <w:rPr>
          <w:b/>
        </w:rPr>
        <w:t xml:space="preserve">[37:02] </w:t>
      </w:r>
      <w:r>
        <w:t>jaisa ke aam tareeqa hai, aise mauqe par ke tum ko falan aisa kehta hai, tumhare bare mein</w:t>
      </w:r>
    </w:p>
    <w:p>
      <w:pPr>
        <w:jc w:val="right"/>
      </w:pPr>
      <w:r>
        <w:t>جیسا کہ عام طریقہ ہے، ایسے موقع پر کہ تم کو فلاں ایسا کہتا ہے، تمہارے بارے میں</w:t>
      </w:r>
    </w:p>
    <w:p>
      <w:r>
        <w:rPr>
          <w:b/>
        </w:rPr>
        <w:t xml:space="preserve">[37:06] </w:t>
      </w:r>
      <w:r>
        <w:t>falan is tarah sochta hai, tumhare bare mein falan aadmi aisa promote na karta hai, aisi baatein log</w:t>
      </w:r>
    </w:p>
    <w:p>
      <w:pPr>
        <w:jc w:val="right"/>
      </w:pPr>
      <w:r>
        <w:t>فلاں اس طرح سوچتا ہے، تمہارے بارے میں فلاں آدمی ایسا پروموٹ نہ کرتا ہے، ایسی باتیں لوگ</w:t>
      </w:r>
    </w:p>
    <w:p>
      <w:r>
        <w:rPr>
          <w:b/>
        </w:rPr>
        <w:t xml:space="preserve">[37:10] </w:t>
      </w:r>
      <w:r>
        <w:t>kehte rehte hain.</w:t>
      </w:r>
    </w:p>
    <w:p>
      <w:pPr>
        <w:jc w:val="right"/>
      </w:pPr>
      <w:r>
        <w:t>کہتے رہتے ہیں۔</w:t>
      </w:r>
    </w:p>
    <w:p>
      <w:r>
        <w:rPr>
          <w:b/>
        </w:rPr>
        <w:t xml:space="preserve">[37:15] </w:t>
      </w:r>
      <w:r>
        <w:t>to ek aadmi aaya abdulrehman ibn oaf ke paas aur us ne kaha ke khalid jo hain, wo</w:t>
      </w:r>
    </w:p>
    <w:p>
      <w:pPr>
        <w:jc w:val="right"/>
      </w:pPr>
      <w:r>
        <w:t>تو ایک آدمی آیا عبدالرحمن ابن عوف کے پاس اور اس نے کہا کہ خالد جو ہیں، وہ</w:t>
      </w:r>
    </w:p>
    <w:p>
      <w:r>
        <w:rPr>
          <w:b/>
        </w:rPr>
        <w:t xml:space="preserve">[37:19] </w:t>
      </w:r>
      <w:r>
        <w:t>aise aur aise hain, yeh baatein karte hain, wo baatein karte hain.</w:t>
      </w:r>
    </w:p>
    <w:p>
      <w:pPr>
        <w:jc w:val="right"/>
      </w:pPr>
      <w:r>
        <w:t>ایسے اور ایسے ہیں، یہ باتیں کرتے ہیں، وہ باتیں کرتے ہیں۔</w:t>
      </w:r>
    </w:p>
    <w:p>
      <w:r>
        <w:rPr>
          <w:b/>
        </w:rPr>
        <w:t xml:space="preserve">[37:23] </w:t>
      </w:r>
      <w:r>
        <w:t>yaani matlab un ke bare mein</w:t>
      </w:r>
    </w:p>
    <w:p>
      <w:pPr>
        <w:jc w:val="right"/>
      </w:pPr>
      <w:r>
        <w:t>یعنی مطلب ان کے بارے میں</w:t>
      </w:r>
    </w:p>
    <w:p>
      <w:r>
        <w:rPr>
          <w:b/>
        </w:rPr>
        <w:t xml:space="preserve">[37:27] </w:t>
      </w:r>
      <w:r>
        <w:t>koi negative baatein kahein us ne, jis se ke unhein khalid se nafrat ho jaye, khalid ke bare</w:t>
      </w:r>
    </w:p>
    <w:p>
      <w:pPr>
        <w:jc w:val="right"/>
      </w:pPr>
      <w:r>
        <w:t>کوئی نیگیٹیو باتیں کہیں اس نے، جس سے کہ انہیں خالد سے نفرت ہو جائے، خالد کے بارے</w:t>
      </w:r>
    </w:p>
    <w:p>
      <w:r>
        <w:rPr>
          <w:b/>
        </w:rPr>
        <w:t xml:space="preserve">[37:32] </w:t>
      </w:r>
      <w:r>
        <w:t>mein un ki rai buri ho jaye.</w:t>
      </w:r>
    </w:p>
    <w:p>
      <w:pPr>
        <w:jc w:val="right"/>
      </w:pPr>
      <w:r>
        <w:t>میں ان کی رائے بری ہو جائے۔</w:t>
      </w:r>
    </w:p>
    <w:p>
      <w:r>
        <w:rPr>
          <w:b/>
        </w:rPr>
        <w:t xml:space="preserve">[37:38] </w:t>
      </w:r>
      <w:r>
        <w:t>is waqt dekhiye ke unhon ne kya kaha.</w:t>
      </w:r>
    </w:p>
    <w:p>
      <w:pPr>
        <w:jc w:val="right"/>
      </w:pPr>
      <w:r>
        <w:t>اس وقت دیکھیے کہ انہوں نے کیا کہا۔</w:t>
      </w:r>
    </w:p>
    <w:p>
      <w:r>
        <w:rPr>
          <w:b/>
        </w:rPr>
        <w:t xml:space="preserve">[37:43] </w:t>
      </w:r>
      <w:r>
        <w:t>yeh hai sahabi ka andaaz.</w:t>
      </w:r>
    </w:p>
    <w:p>
      <w:pPr>
        <w:jc w:val="right"/>
      </w:pPr>
      <w:r>
        <w:t>یہ ہے صحابی کا انداز۔</w:t>
      </w:r>
    </w:p>
    <w:p>
      <w:r>
        <w:rPr>
          <w:b/>
        </w:rPr>
        <w:t xml:space="preserve">[37:48] </w:t>
      </w:r>
      <w:r>
        <w:t>unhon ne kaha ke ma fain ma bainana lam yabin deenana.</w:t>
      </w:r>
    </w:p>
    <w:p>
      <w:pPr>
        <w:jc w:val="right"/>
      </w:pPr>
      <w:r>
        <w:t>انہوں نے کہا کہ ما فین ما بیننا لم یبن دیننا۔</w:t>
      </w:r>
    </w:p>
    <w:p>
      <w:r>
        <w:rPr>
          <w:b/>
        </w:rPr>
        <w:t xml:space="preserve">[37:53] </w:t>
      </w:r>
      <w:r>
        <w:t>kaha ke door ho, hamare aur khalid ke beech mein jo</w:t>
      </w:r>
    </w:p>
    <w:p>
      <w:pPr>
        <w:jc w:val="right"/>
      </w:pPr>
      <w:r>
        <w:t>کہا کہ دور ہو، ہمارے اور خالد کے بیچ میں جو</w:t>
      </w:r>
    </w:p>
    <w:p>
      <w:r>
        <w:rPr>
          <w:b/>
        </w:rPr>
        <w:t xml:space="preserve">[37:58] </w:t>
      </w:r>
      <w:r>
        <w:t>difference hai, wo yahan tak nahi aayega ke hum ek doosre ke deen par koi, ek doosre</w:t>
      </w:r>
    </w:p>
    <w:p>
      <w:pPr>
        <w:jc w:val="right"/>
      </w:pPr>
      <w:r>
        <w:t>ڈفرنس ہے، وہ یہاں تک نہیں آئے گا کہ ہم ایک دوسرے کے دین پر کوئی، ایک دوسرے</w:t>
      </w:r>
    </w:p>
    <w:p>
      <w:r>
        <w:rPr>
          <w:b/>
        </w:rPr>
        <w:t xml:space="preserve">[38:03] </w:t>
      </w:r>
      <w:r>
        <w:t>ke deen par koi comment karne lagen.</w:t>
      </w:r>
    </w:p>
    <w:p>
      <w:pPr>
        <w:jc w:val="right"/>
      </w:pPr>
      <w:r>
        <w:t>کے دین پر کوئی کمنٹ کرنے لگیں۔</w:t>
      </w:r>
    </w:p>
    <w:p>
      <w:r>
        <w:rPr>
          <w:b/>
        </w:rPr>
        <w:t xml:space="preserve">[38:08] </w:t>
      </w:r>
      <w:r>
        <w:t>matlab yeh kahein ke yeh badiyat hain, yeh islam, in ka islam kamzor hai aur yeh to in</w:t>
      </w:r>
    </w:p>
    <w:p>
      <w:pPr>
        <w:jc w:val="right"/>
      </w:pPr>
      <w:r>
        <w:t>مطلب یہ کہیں کہ یہ بدیت ہیں، یہ اسلام، ان کا اسلام کمزور ہے اور یہ تو ان</w:t>
      </w:r>
    </w:p>
    <w:p>
      <w:r>
        <w:rPr>
          <w:b/>
        </w:rPr>
        <w:t xml:space="preserve">[38:13] </w:t>
      </w:r>
      <w:r>
        <w:t>ka dil ikhlas nahi hai.</w:t>
      </w:r>
    </w:p>
    <w:p>
      <w:pPr>
        <w:jc w:val="right"/>
      </w:pPr>
      <w:r>
        <w:t>کا دل اخلاص نہیں ہے۔</w:t>
      </w:r>
    </w:p>
    <w:p>
      <w:r>
        <w:rPr>
          <w:b/>
        </w:rPr>
        <w:t xml:space="preserve">[38:19] </w:t>
      </w:r>
      <w:r>
        <w:t>yeh sab nahi keh sakte hum.</w:t>
      </w:r>
    </w:p>
    <w:p>
      <w:pPr>
        <w:jc w:val="right"/>
      </w:pPr>
      <w:r>
        <w:t>یہ سب نہیں کہہ سکتے ہم۔</w:t>
      </w:r>
    </w:p>
    <w:p>
      <w:r>
        <w:rPr>
          <w:b/>
        </w:rPr>
        <w:t xml:space="preserve">[38:24] </w:t>
      </w:r>
      <w:r>
        <w:t>yaani hum in ko</w:t>
      </w:r>
    </w:p>
    <w:p>
      <w:pPr>
        <w:jc w:val="right"/>
      </w:pPr>
      <w:r>
        <w:t>یعنی ہم ان کو</w:t>
      </w:r>
    </w:p>
    <w:p>
      <w:r>
        <w:rPr>
          <w:b/>
        </w:rPr>
        <w:t xml:space="preserve">[38:29] </w:t>
      </w:r>
      <w:r>
        <w:t>aisa nahi karenge ke hum se, hum se in se farz karein ke land ka is dispute hai.</w:t>
      </w:r>
    </w:p>
    <w:p>
      <w:pPr>
        <w:jc w:val="right"/>
      </w:pPr>
      <w:r>
        <w:t>ایسا نہیں کریں گے کہ ہم سے، ہم سے ان سے فرض کریں کہ لینڈ کا اس ڈسپیوٹ ہے۔</w:t>
      </w:r>
    </w:p>
    <w:p>
      <w:r>
        <w:rPr>
          <w:b/>
        </w:rPr>
        <w:t xml:space="preserve">[38:34] </w:t>
      </w:r>
      <w:r>
        <w:t>to hum yeh nahi kahenge ke land se bahar aur cheezein jo hain, wahan tak us ko phaila dein.</w:t>
      </w:r>
    </w:p>
    <w:p>
      <w:pPr>
        <w:jc w:val="right"/>
      </w:pPr>
      <w:r>
        <w:t>تو ہم یہ نہیں کہیں گے کہ لینڈ سے باہر اور چیزیں جو ہیں، وہاں تک اس کو پھیلا دیں۔</w:t>
      </w:r>
    </w:p>
    <w:p>
      <w:r>
        <w:rPr>
          <w:b/>
        </w:rPr>
        <w:t xml:space="preserve">[38:39] </w:t>
      </w:r>
      <w:r>
        <w:t>hum kahein ke in ki namaz hi achi nahi hoti, wo to, wo to panj waqt namaz nahi</w:t>
      </w:r>
    </w:p>
    <w:p>
      <w:pPr>
        <w:jc w:val="right"/>
      </w:pPr>
      <w:r>
        <w:t>ہم کہیں کہ ان کی نماز ہی اچھی نہیں ہوتی، وہ تو، وہ تو پنج وقت نماز نہیں</w:t>
      </w:r>
    </w:p>
    <w:p>
      <w:r>
        <w:rPr>
          <w:b/>
        </w:rPr>
        <w:t xml:space="preserve">[38:44] </w:t>
      </w:r>
      <w:r>
        <w:t>parhte theek tareeqe se, in ke andar ikhlas nahi hai, wo to islam mein aa gaye hain kisi</w:t>
      </w:r>
    </w:p>
    <w:p>
      <w:pPr>
        <w:jc w:val="right"/>
      </w:pPr>
      <w:r>
        <w:t>پڑھتے ٹھیک طریقے سے، ان کے اندر اخلاص نہیں ہے، وہ تو اسلام میں آ گئے ہیں کسی</w:t>
      </w:r>
    </w:p>
    <w:p>
      <w:r>
        <w:rPr>
          <w:b/>
        </w:rPr>
        <w:t xml:space="preserve">[38:49] </w:t>
      </w:r>
      <w:r>
        <w:t>personal interest ke liye waghera, jaisa ke tareeqa hai logon ka.</w:t>
      </w:r>
    </w:p>
    <w:p>
      <w:pPr>
        <w:jc w:val="right"/>
      </w:pPr>
      <w:r>
        <w:t>پرسنل انٹرسٹ کے لیے وغیرہ، جیسا کہ طریقہ ہے لوگوں کا۔</w:t>
      </w:r>
    </w:p>
    <w:p>
      <w:r>
        <w:rPr>
          <w:b/>
        </w:rPr>
        <w:t xml:space="preserve">[38:54] </w:t>
      </w:r>
      <w:r>
        <w:t>to unhon ne kaha ke hamare</w:t>
      </w:r>
    </w:p>
    <w:p>
      <w:pPr>
        <w:jc w:val="right"/>
      </w:pPr>
      <w:r>
        <w:t>تو انہوں نے کہا کہ ہمارے</w:t>
      </w:r>
    </w:p>
    <w:p>
      <w:r>
        <w:rPr>
          <w:b/>
        </w:rPr>
        <w:t xml:space="preserve">[38:59] </w:t>
      </w:r>
      <w:r>
        <w:t>aur un ke beech mein jo difference hai, woh hamare deen tak nahi pahunche ga. is difference ki wajah se hum aisa nahi karein ge ke hum un ke deen ko bura samajhne lagen, un ke ikhlas pe shak karne lagen. aisa hum nahi karein ge. yeh hai sahaba ka tareeqa. yeh dekhiye, zindagi mein differences ate hain. yeh it is but natural. jab hum mil jul kar rahein ge,</w:t>
      </w:r>
    </w:p>
    <w:p>
      <w:pPr>
        <w:jc w:val="right"/>
      </w:pPr>
      <w:r>
        <w:t>اور ان کے بیچ میں جو ڈفرنس ہے، وہ ہمارے دین تک نہیں پہنچے گا۔ اس ڈفرنس کی وجہ سے ہم ایسا نہیں کریں گے کہ ہم ان کے دین کو برا سمجھنے لگیں، ان کے اخلاص پہ شک کرنے لگیں۔ ایسا ہم نہیں کریں گے۔ یہ ہے صحابہ کا طریقہ۔ یہ دیکھیں، زندگی میں ڈفرنسز آتے ہیں۔ یہ اٹ از بٹ نیچرل۔ جب ہم مل جل کر رہیں گے،</w:t>
      </w:r>
    </w:p>
    <w:p>
      <w:r>
        <w:rPr>
          <w:b/>
        </w:rPr>
        <w:t xml:space="preserve">[39:29] </w:t>
      </w:r>
      <w:r>
        <w:t>jab samajhi zindagi mein rahen ge to chahe family ho, chahe society ho ya national life, har jagah</w:t>
      </w:r>
    </w:p>
    <w:p>
      <w:pPr>
        <w:jc w:val="right"/>
      </w:pPr>
      <w:r>
        <w:t>جب سماجی زندگی میں رہیں گے تو چاہے فیملی ہو، چاہے سوسائٹی ہو یا نیشنل لائف، ہر جگہ</w:t>
      </w:r>
    </w:p>
    <w:p>
      <w:r>
        <w:rPr>
          <w:b/>
        </w:rPr>
        <w:t xml:space="preserve">[39:36] </w:t>
      </w:r>
      <w:r>
        <w:t>differences aayenge.</w:t>
      </w:r>
    </w:p>
    <w:p>
      <w:pPr>
        <w:jc w:val="right"/>
      </w:pPr>
      <w:r>
        <w:t>ڈفرنسز آئیں گے۔</w:t>
      </w:r>
    </w:p>
    <w:p>
      <w:r>
        <w:rPr>
          <w:b/>
        </w:rPr>
        <w:t xml:space="preserve">[39:42] </w:t>
      </w:r>
      <w:r>
        <w:t>to is se hum, hamein kya karna chahiye? difference ko difference tak hi rakhen.</w:t>
      </w:r>
    </w:p>
    <w:p>
      <w:pPr>
        <w:jc w:val="right"/>
      </w:pPr>
      <w:r>
        <w:t>تو اس سے ہم، ہمیں کیا کرنا چاہیے؟ ڈفرنس کو ڈفرنس تک ہی رکھیں۔</w:t>
      </w:r>
    </w:p>
    <w:p>
      <w:r>
        <w:rPr>
          <w:b/>
        </w:rPr>
        <w:t xml:space="preserve">[39:48] </w:t>
      </w:r>
      <w:r>
        <w:t>difference ko hum difference tak rakhen.</w:t>
      </w:r>
    </w:p>
    <w:p>
      <w:pPr>
        <w:jc w:val="right"/>
      </w:pPr>
      <w:r>
        <w:t>ڈفرنس کو ہم ڈفرنس تک رکھیں۔</w:t>
      </w:r>
    </w:p>
    <w:p>
      <w:r>
        <w:rPr>
          <w:b/>
        </w:rPr>
        <w:t xml:space="preserve">[39:55] </w:t>
      </w:r>
      <w:r>
        <w:t>yani kursi ke bare mein difference hai to us ko table tak na le jayen.</w:t>
      </w:r>
    </w:p>
    <w:p>
      <w:pPr>
        <w:jc w:val="right"/>
      </w:pPr>
      <w:r>
        <w:t>یعنی کرسی کے بارے میں ڈفرنس ہے تو اس کو ٹیبل تک نہ لے جائیں۔</w:t>
      </w:r>
    </w:p>
    <w:p>
      <w:r>
        <w:rPr>
          <w:b/>
        </w:rPr>
        <w:t xml:space="preserve">[40:01] </w:t>
      </w:r>
      <w:r>
        <w:t>land ke bare mein difference hai to kisi aadmi ke ikhlas tak us ko na le jayen.</w:t>
      </w:r>
    </w:p>
    <w:p>
      <w:pPr>
        <w:jc w:val="right"/>
      </w:pPr>
      <w:r>
        <w:t>لینڈ کے بارے میں ڈفرنس ہے تو کسی آدمی کے اخلاص تک اس کو نہ لے جائیں۔</w:t>
      </w:r>
    </w:p>
    <w:p>
      <w:r>
        <w:rPr>
          <w:b/>
        </w:rPr>
        <w:t xml:space="preserve">[40:06] </w:t>
      </w:r>
      <w:r>
        <w:t>difference zahir hai kisi ek ek cheez pe hota hai, sari cheez pe to hota nahin hai.</w:t>
      </w:r>
    </w:p>
    <w:p>
      <w:pPr>
        <w:jc w:val="right"/>
      </w:pPr>
      <w:r>
        <w:t>ڈفرنس ظاہر ہے کسی ایک ایک چیز پہ ہوتا ہے، ساری چیز پہ تو ہوتا نہیں ہے۔</w:t>
      </w:r>
    </w:p>
    <w:p>
      <w:r>
        <w:rPr>
          <w:b/>
        </w:rPr>
        <w:t xml:space="preserve">[40:12] </w:t>
      </w:r>
      <w:r>
        <w:t>kisi ek cheez pe hota hai to jis cheez ke bare mein difference hai, bas wahi tak us</w:t>
      </w:r>
    </w:p>
    <w:p>
      <w:pPr>
        <w:jc w:val="right"/>
      </w:pPr>
      <w:r>
        <w:t>کسی ایک چیز پہ ہوتا ہے تو جس چیز کے بارے میں ڈفرنس ہے، بس وہی تک اس</w:t>
      </w:r>
    </w:p>
    <w:p>
      <w:r>
        <w:rPr>
          <w:b/>
        </w:rPr>
        <w:t xml:space="preserve">[40:17] </w:t>
      </w:r>
      <w:r>
        <w:t>ko seemit rakhen, us se aage badhne na den.</w:t>
      </w:r>
    </w:p>
    <w:p>
      <w:pPr>
        <w:jc w:val="right"/>
      </w:pPr>
      <w:r>
        <w:t>کو سیمٹ رکھیں، اس سے آگے بڑھنے نہ دیں۔</w:t>
      </w:r>
    </w:p>
    <w:p>
      <w:r>
        <w:rPr>
          <w:b/>
        </w:rPr>
        <w:t xml:space="preserve">[40:22] </w:t>
      </w:r>
      <w:r>
        <w:t>aaj kal kya hai ke difference hoga ek baat par aur us ke baad sari zindagi un ki</w:t>
      </w:r>
    </w:p>
    <w:p>
      <w:pPr>
        <w:jc w:val="right"/>
      </w:pPr>
      <w:r>
        <w:t>آج کل کیا ہے کہ ڈفرنس ہوگا ایک بات پر اور اس کے بعد ساری زندگی ان کی</w:t>
      </w:r>
    </w:p>
    <w:p>
      <w:r>
        <w:rPr>
          <w:b/>
        </w:rPr>
        <w:t xml:space="preserve">[40:27] </w:t>
      </w:r>
      <w:r>
        <w:t>kahne gayen to aadmi galat hai.</w:t>
      </w:r>
    </w:p>
    <w:p>
      <w:pPr>
        <w:jc w:val="right"/>
      </w:pPr>
      <w:r>
        <w:t>کہنے گے تو آدمی غلط ہے۔</w:t>
      </w:r>
    </w:p>
    <w:p>
      <w:r>
        <w:rPr>
          <w:b/>
        </w:rPr>
        <w:t xml:space="preserve">[40:32] </w:t>
      </w:r>
      <w:r>
        <w:t>yani ek baat par difference ho kar ke hum us ko kya karenge? sweeping remark denge. sweeping remark.</w:t>
      </w:r>
    </w:p>
    <w:p>
      <w:pPr>
        <w:jc w:val="right"/>
      </w:pPr>
      <w:r>
        <w:t>یعنی ایک بات پر ڈفرنس ہو کر کے ہم اس کو کیا کریں گے؟ سویپنگ ریمارک دیں گے۔ سویپنگ ریمارک۔</w:t>
      </w:r>
    </w:p>
    <w:p>
      <w:r>
        <w:rPr>
          <w:b/>
        </w:rPr>
        <w:t xml:space="preserve">[40:37] </w:t>
      </w:r>
      <w:r>
        <w:t>are ye to aadmi kharab hai, ye to is ka to ikhlas hi nahin hai, ye to dunya</w:t>
      </w:r>
    </w:p>
    <w:p>
      <w:pPr>
        <w:jc w:val="right"/>
      </w:pPr>
      <w:r>
        <w:t>ارے یہ تو آدمی خراب ہے، یہ تو اس کا تو اخلاص ہی نہیں ہے، یہ تو دنیا</w:t>
      </w:r>
    </w:p>
    <w:p>
      <w:r>
        <w:rPr>
          <w:b/>
        </w:rPr>
        <w:t xml:space="preserve">[40:42] </w:t>
      </w:r>
      <w:r>
        <w:t>dar aadmi hai.</w:t>
      </w:r>
    </w:p>
    <w:p>
      <w:pPr>
        <w:jc w:val="right"/>
      </w:pPr>
      <w:r>
        <w:t>دار آدمی ہے۔</w:t>
      </w:r>
    </w:p>
    <w:p>
      <w:r>
        <w:rPr>
          <w:b/>
        </w:rPr>
        <w:t xml:space="preserve">[40:47] </w:t>
      </w:r>
      <w:r>
        <w:t>ye sahaba ka tareeqa nahin.</w:t>
      </w:r>
    </w:p>
    <w:p>
      <w:pPr>
        <w:jc w:val="right"/>
      </w:pPr>
      <w:r>
        <w:t>یہ صحابہ کا طریقہ نہیں۔</w:t>
      </w:r>
    </w:p>
    <w:p>
      <w:r>
        <w:rPr>
          <w:b/>
        </w:rPr>
        <w:t xml:space="preserve">[40:52] </w:t>
      </w:r>
      <w:r>
        <w:t>to sahaba ke bare mein kaha gaya hai ke alqadwatuhum wahi qadwah hain, yani wahi model hain, unhi</w:t>
      </w:r>
    </w:p>
    <w:p>
      <w:pPr>
        <w:jc w:val="right"/>
      </w:pPr>
      <w:r>
        <w:t>تو صحابہ کے بارے میں کہا گیا ہے کہ القدوتہم وہی قدوہ ہیں، یعنی وہی ماڈل ہیں، انہی</w:t>
      </w:r>
    </w:p>
    <w:p>
      <w:r>
        <w:rPr>
          <w:b/>
        </w:rPr>
        <w:t xml:space="preserve">[40:57] </w:t>
      </w:r>
      <w:r>
        <w:t>ke model ko</w:t>
      </w:r>
    </w:p>
    <w:p>
      <w:pPr>
        <w:jc w:val="right"/>
      </w:pPr>
      <w:r>
        <w:t>کے ماڈل کو</w:t>
      </w:r>
    </w:p>
    <w:p>
      <w:r>
        <w:rPr>
          <w:b/>
        </w:rPr>
        <w:t xml:space="preserve">[41:02] </w:t>
      </w:r>
      <w:r>
        <w:t>hamein follow karna hai.</w:t>
      </w:r>
    </w:p>
    <w:p>
      <w:pPr>
        <w:jc w:val="right"/>
      </w:pPr>
      <w:r>
        <w:t>ہمیں فالو کرنا ہے۔</w:t>
      </w:r>
    </w:p>
    <w:p>
      <w:r>
        <w:rPr>
          <w:b/>
        </w:rPr>
        <w:t xml:space="preserve">[41:07] </w:t>
      </w:r>
      <w:r>
        <w:t>to ye agar aap sahaba ki zindagi ko padhen to aap dekhenge ke un ki zindagi mein</w:t>
      </w:r>
    </w:p>
    <w:p>
      <w:pPr>
        <w:jc w:val="right"/>
      </w:pPr>
      <w:r>
        <w:t>تو یہ اگر آپ صحابہ کی زندگیوں کو پڑھیں تو آپ دیکھیں گے کہ ان کی زندگیوں میں</w:t>
      </w:r>
    </w:p>
    <w:p>
      <w:r>
        <w:rPr>
          <w:b/>
        </w:rPr>
        <w:t xml:space="preserve">[41:12] </w:t>
      </w:r>
      <w:r>
        <w:t>har qism ke waqiyat milenge aap ko.</w:t>
      </w:r>
    </w:p>
    <w:p>
      <w:pPr>
        <w:jc w:val="right"/>
      </w:pPr>
      <w:r>
        <w:t>ہر قسم کے واقعات ملیں گے آپ کو۔</w:t>
      </w:r>
    </w:p>
    <w:p>
      <w:r>
        <w:rPr>
          <w:b/>
        </w:rPr>
        <w:t xml:space="preserve">[41:17] </w:t>
      </w:r>
      <w:r>
        <w:t>har qism ke waqiyat, chhote waqiye, bade waqiye, har qism ke waqiyat milenge.</w:t>
      </w:r>
    </w:p>
    <w:p>
      <w:pPr>
        <w:jc w:val="right"/>
      </w:pPr>
      <w:r>
        <w:t>ہر قسم کے واقعات، چھوٹے واقعے، بڑے واقعے، ہر قسم کے واقعات ملیں گے۔</w:t>
      </w:r>
    </w:p>
    <w:p>
      <w:r>
        <w:rPr>
          <w:b/>
        </w:rPr>
        <w:t xml:space="preserve">[41:22] </w:t>
      </w:r>
      <w:r>
        <w:t>kyunke wo insan the, un mein kamzoriyan hoti thin.</w:t>
      </w:r>
    </w:p>
    <w:p>
      <w:pPr>
        <w:jc w:val="right"/>
      </w:pPr>
      <w:r>
        <w:t>کیونکہ وہ انسان تھے، ان میں کمزوریاں ہوتی تھیں۔</w:t>
      </w:r>
    </w:p>
    <w:p>
      <w:r>
        <w:rPr>
          <w:b/>
        </w:rPr>
        <w:t xml:space="preserve">[41:28] </w:t>
      </w:r>
      <w:r>
        <w:t>misalan ek sahabi the, wo saaf rang ke the,</w:t>
      </w:r>
    </w:p>
    <w:p>
      <w:pPr>
        <w:jc w:val="right"/>
      </w:pPr>
      <w:r>
        <w:t>مثلاً ایک صحابی تھے، وہ صاف رنگ کے تھے،</w:t>
      </w:r>
    </w:p>
    <w:p>
      <w:r>
        <w:rPr>
          <w:b/>
        </w:rPr>
        <w:t xml:space="preserve">[41:33] </w:t>
      </w:r>
      <w:r>
        <w:t>dusre sahabi the, wo black color ke the.</w:t>
      </w:r>
    </w:p>
    <w:p>
      <w:pPr>
        <w:jc w:val="right"/>
      </w:pPr>
      <w:r>
        <w:t>دوسرے صحابی تھے، وہ بلیک کلر کے تھے۔</w:t>
      </w:r>
    </w:p>
    <w:p>
      <w:r>
        <w:rPr>
          <w:b/>
        </w:rPr>
        <w:t xml:space="preserve">[41:37] </w:t>
      </w:r>
      <w:r>
        <w:t>woh toh ab insaan toh insaan hai.</w:t>
      </w:r>
    </w:p>
    <w:p>
      <w:pPr>
        <w:jc w:val="right"/>
      </w:pPr>
      <w:r>
        <w:t>وہ تو اب انسان تو انسان ہے۔</w:t>
      </w:r>
    </w:p>
    <w:p>
      <w:r>
        <w:rPr>
          <w:b/>
        </w:rPr>
        <w:t xml:space="preserve">[41:41] </w:t>
      </w:r>
      <w:r>
        <w:t>jo jo white sahabi thay, un ki zabaan se white sahabi jo thay, un se woh black walay</w:t>
      </w:r>
    </w:p>
    <w:p>
      <w:pPr>
        <w:jc w:val="right"/>
      </w:pPr>
      <w:r>
        <w:t>جو جو وائٹ صحابی تھے، ان کی زبان سے وائٹ صحابی جو تھے، ان سے وہ بلیک والے</w:t>
      </w:r>
    </w:p>
    <w:p>
      <w:r>
        <w:rPr>
          <w:b/>
        </w:rPr>
        <w:t xml:space="preserve">[41:46] </w:t>
      </w:r>
      <w:r>
        <w:t>se kuch ikhtilaf hua kisi baray baray mein.</w:t>
      </w:r>
    </w:p>
    <w:p>
      <w:pPr>
        <w:jc w:val="right"/>
      </w:pPr>
      <w:r>
        <w:t>سے کچھ اختلاف ہوا کسی بارے بارے میں۔</w:t>
      </w:r>
    </w:p>
    <w:p>
      <w:r>
        <w:rPr>
          <w:b/>
        </w:rPr>
        <w:t xml:space="preserve">[41:50] </w:t>
      </w:r>
      <w:r>
        <w:t>toh un ki zabaan se nikal gaya, ibn e سودا.</w:t>
      </w:r>
    </w:p>
    <w:p>
      <w:pPr>
        <w:jc w:val="right"/>
      </w:pPr>
      <w:r>
        <w:t>تو ان کی زبان سے نکل گیا،ینسودہ۔</w:t>
      </w:r>
    </w:p>
    <w:p>
      <w:r>
        <w:rPr>
          <w:b/>
        </w:rPr>
        <w:t xml:space="preserve">[41:55] </w:t>
      </w:r>
      <w:r>
        <w:t>jo white thay, un ki zabaan se nikal gaya, ibn e سودا.</w:t>
      </w:r>
    </w:p>
    <w:p>
      <w:pPr>
        <w:jc w:val="right"/>
      </w:pPr>
      <w:r>
        <w:t>جو وائٹ تھے، ان کی زبان سے نکل گیا،ینسودہ۔</w:t>
      </w:r>
    </w:p>
    <w:p>
      <w:r>
        <w:rPr>
          <w:b/>
        </w:rPr>
        <w:t xml:space="preserve">[41:59] </w:t>
      </w:r>
      <w:r>
        <w:t>ae kaali maan ke betay,</w:t>
      </w:r>
    </w:p>
    <w:p>
      <w:pPr>
        <w:jc w:val="right"/>
      </w:pPr>
      <w:r>
        <w:t>اے کالی ماں کے بیٹے،</w:t>
      </w:r>
    </w:p>
    <w:p>
      <w:r>
        <w:rPr>
          <w:b/>
        </w:rPr>
        <w:t xml:space="preserve">[42:03] </w:t>
      </w:r>
      <w:r>
        <w:t>ibn e سودا.</w:t>
      </w:r>
    </w:p>
    <w:p>
      <w:pPr>
        <w:jc w:val="right"/>
      </w:pPr>
      <w:r>
        <w:t>ینسودہ۔</w:t>
      </w:r>
    </w:p>
    <w:p>
      <w:r>
        <w:rPr>
          <w:b/>
        </w:rPr>
        <w:t xml:space="preserve">[42:08] </w:t>
      </w:r>
      <w:r>
        <w:t>ae kaali maan ke betay.</w:t>
      </w:r>
    </w:p>
    <w:p>
      <w:pPr>
        <w:jc w:val="right"/>
      </w:pPr>
      <w:r>
        <w:t>اے کالی ماں کے بیٹے۔</w:t>
      </w:r>
    </w:p>
    <w:p>
      <w:r>
        <w:rPr>
          <w:b/>
        </w:rPr>
        <w:t xml:space="preserve">[42:12] </w:t>
      </w:r>
      <w:r>
        <w:t>ab ghusay mein nikal gaya un ki zabaan se.</w:t>
      </w:r>
    </w:p>
    <w:p>
      <w:pPr>
        <w:jc w:val="right"/>
      </w:pPr>
      <w:r>
        <w:t>اب غصے میں نکل گیا ان کی زبان سے۔</w:t>
      </w:r>
    </w:p>
    <w:p>
      <w:r>
        <w:rPr>
          <w:b/>
        </w:rPr>
        <w:t xml:space="preserve">[42:16] </w:t>
      </w:r>
      <w:r>
        <w:t>toh lekin kya hua? bohat thori dair ke baad unhein mehsoos hua ke mein ne bohat ghalat baat keh di.</w:t>
      </w:r>
    </w:p>
    <w:p>
      <w:pPr>
        <w:jc w:val="right"/>
      </w:pPr>
      <w:r>
        <w:t>تو لیکن کیا ہوا؟ بہت تھوڑی دیر کے بعد انہیں محسوس ہوا کہ میں نے بہت غلط بات کہہ دی۔</w:t>
      </w:r>
    </w:p>
    <w:p>
      <w:r>
        <w:rPr>
          <w:b/>
        </w:rPr>
        <w:t xml:space="preserve">[42:21] </w:t>
      </w:r>
      <w:r>
        <w:t>safaid ko bhi Khuda ne paida kiya hai, kalay ko bhi Khuda ne paida kiya hai.</w:t>
      </w:r>
    </w:p>
    <w:p>
      <w:pPr>
        <w:jc w:val="right"/>
      </w:pPr>
      <w:r>
        <w:t>سفید کو بھی خدا نے پیدا کیا ہے، کالے کو بھی خدا نے پیدا کیا ہے۔</w:t>
      </w:r>
    </w:p>
    <w:p>
      <w:r>
        <w:rPr>
          <w:b/>
        </w:rPr>
        <w:t xml:space="preserve">[42:25] </w:t>
      </w:r>
      <w:r>
        <w:t>toh mujhe aisa kehne ka koi haq nahi hai.</w:t>
      </w:r>
    </w:p>
    <w:p>
      <w:pPr>
        <w:jc w:val="right"/>
      </w:pPr>
      <w:r>
        <w:t>تو مجھے ایسا کہنے کا کوئی حق نہیں ہے۔</w:t>
      </w:r>
    </w:p>
    <w:p>
      <w:r>
        <w:rPr>
          <w:b/>
        </w:rPr>
        <w:t xml:space="preserve">[42:29] </w:t>
      </w:r>
      <w:r>
        <w:t>yeh aaya un ke zehan mein toh foran unhon ne kaha ke mein tum se maafi chahta hoon.</w:t>
      </w:r>
    </w:p>
    <w:p>
      <w:pPr>
        <w:jc w:val="right"/>
      </w:pPr>
      <w:r>
        <w:t>یہ آیا ان کے ذہن میں تو فوراً انہوں نے کہا کہ میں تم سے معافی چاہتا ہوں۔</w:t>
      </w:r>
    </w:p>
    <w:p>
      <w:r>
        <w:rPr>
          <w:b/>
        </w:rPr>
        <w:t xml:space="preserve">[42:34] </w:t>
      </w:r>
      <w:r>
        <w:t>aur maafi unhon ne kaisi mangi? yaani extreme par ja kar ke maafi mangi. extreme par.</w:t>
      </w:r>
    </w:p>
    <w:p>
      <w:pPr>
        <w:jc w:val="right"/>
      </w:pPr>
      <w:r>
        <w:t>اور معافی انہوں نے کیسی مانگی؟ یعنی ایکسٹریم پر جا کر کے معافی مانگی۔ ایکسٹریم پر۔</w:t>
      </w:r>
    </w:p>
    <w:p>
      <w:r>
        <w:rPr>
          <w:b/>
        </w:rPr>
        <w:t xml:space="preserve">[42:40] </w:t>
      </w:r>
      <w:r>
        <w:t>woh zameen par lait gaye aur us se kaha, yaani safaid walay jo thay, woh zameen par lait</w:t>
      </w:r>
    </w:p>
    <w:p>
      <w:pPr>
        <w:jc w:val="right"/>
      </w:pPr>
      <w:r>
        <w:t>وہ زمین پر لیٹ گئے اور اس سے کہا، یعنی سفید والے جو تھے، وہ زمین پر لیٹ</w:t>
      </w:r>
    </w:p>
    <w:p>
      <w:r>
        <w:rPr>
          <w:b/>
        </w:rPr>
        <w:t xml:space="preserve">[42:46] </w:t>
      </w:r>
      <w:r>
        <w:t>gaye aur jo black walay thay, un se kaha ke mere chehray par apna paon rakho.</w:t>
      </w:r>
    </w:p>
    <w:p>
      <w:pPr>
        <w:jc w:val="right"/>
      </w:pPr>
      <w:r>
        <w:t>گئے اور جو بلیک والے تھے، ان سے کہا کہ میرے چہرے پر اپنا پاؤں رکھو۔</w:t>
      </w:r>
    </w:p>
    <w:p>
      <w:r>
        <w:rPr>
          <w:b/>
        </w:rPr>
        <w:t xml:space="preserve">[42:52] </w:t>
      </w:r>
      <w:r>
        <w:t>yaani us ke kalay kalay paon ko apne safaid chehray par rakhwaya taake us ka koi compensate karein.</w:t>
      </w:r>
    </w:p>
    <w:p>
      <w:pPr>
        <w:jc w:val="right"/>
      </w:pPr>
      <w:r>
        <w:t>یعنی اس کے کالے کالے پاؤں کو اپنے سفید چہرے پر رکھوایا تاکہ اس کا کوئی کمپنسیٹ کریں۔</w:t>
      </w:r>
    </w:p>
    <w:p>
      <w:r>
        <w:rPr>
          <w:b/>
        </w:rPr>
        <w:t xml:space="preserve">[42:58] </w:t>
      </w:r>
      <w:r>
        <w:t>us se kya nikla?</w:t>
      </w:r>
    </w:p>
    <w:p>
      <w:pPr>
        <w:jc w:val="right"/>
      </w:pPr>
      <w:r>
        <w:t>اس سے کیا نکلا؟</w:t>
      </w:r>
    </w:p>
    <w:p>
      <w:r>
        <w:rPr>
          <w:b/>
        </w:rPr>
        <w:t xml:space="preserve">[43:04] </w:t>
      </w:r>
      <w:r>
        <w:t>is se yeh nikla ke insaan se ghalti hoti hai, har insaan se ghalti possible hai, lekin ghalti par istimrar nahi hona chahiye. yani ghalti par aadmi ko qaim rehna chahiye. ghalti ho gayi to foran maane aadmi ke mujh se ghalti ho gayi, i was wrong. kahe us ki, us ko repentance aana chahiye us ke baad. to ghalti karna bura nahi hai, bil</w:t>
      </w:r>
    </w:p>
    <w:p>
      <w:pPr>
        <w:jc w:val="right"/>
      </w:pPr>
      <w:r>
        <w:t>اس سے یہ نکلا کہ انسان سے غلطی ہوتی ہے، ہر انسان سے غلطی پاسیبل ہے، لیکن غلطی پر استمرار نہیں ہونا چاہیے۔ یعنی غلطی پر آدمی کو قائم رہنا چاہیے۔ غلطی ہو گئی تو فوراً مانے آدمی کہ مجھ سے غلطی ہو گئی، آئی واز رونگ۔ کہے اس کی، اس کو ریپینٹنس آنا چاہیے اس کے بعد۔ تو غلطی کرنا برا نہیں ہے، بل</w:t>
      </w:r>
    </w:p>
    <w:p>
      <w:r>
        <w:rPr>
          <w:b/>
        </w:rPr>
        <w:t xml:space="preserve">[43:34] </w:t>
      </w:r>
      <w:r>
        <w:t>ke ghalati par jamay rahay, jam jana bura hai.</w:t>
      </w:r>
    </w:p>
    <w:p>
      <w:pPr>
        <w:jc w:val="right"/>
      </w:pPr>
      <w:r>
        <w:t>کہ غلطی پر جم رہے، جم جانا برا ہے۔</w:t>
      </w:r>
    </w:p>
    <w:p>
      <w:r>
        <w:rPr>
          <w:b/>
        </w:rPr>
        <w:t xml:space="preserve">[43:41] </w:t>
      </w:r>
      <w:r>
        <w:t>ghalati ho jaye, yeh buri cheez nahi hai, lekin ghalati baqi rahay, yeh buri cheez hai.</w:t>
      </w:r>
    </w:p>
    <w:p>
      <w:pPr>
        <w:jc w:val="right"/>
      </w:pPr>
      <w:r>
        <w:t>غلطی ہو جائے، یہ بری چیز نہیں ہے، لیکن غلطی باقی رہے، یہ بری چیز ہے۔</w:t>
      </w:r>
    </w:p>
    <w:p>
      <w:r>
        <w:rPr>
          <w:b/>
        </w:rPr>
        <w:t xml:space="preserve">[43:49] </w:t>
      </w:r>
      <w:r>
        <w:t>toh ab dekhein ke kitni zabardast misaal yeh hai ke wohi insaan jo ghusay mein keh baithta hai</w:t>
      </w:r>
    </w:p>
    <w:p>
      <w:pPr>
        <w:jc w:val="right"/>
      </w:pPr>
      <w:r>
        <w:t>تو اب دیکھیں کہ کتنی زبردست مثال یہ ہے کہ وہی انسان جو غصے میں کہہ بیٹھتا ہے</w:t>
      </w:r>
    </w:p>
    <w:p>
      <w:r>
        <w:rPr>
          <w:b/>
        </w:rPr>
        <w:t xml:space="preserve">[43:56] </w:t>
      </w:r>
      <w:r>
        <w:t>ke ibn e سودا, wohi kehta hai ke mujh se ghalati ho gayi hai, tum mujh ko maaf karo.</w:t>
      </w:r>
    </w:p>
    <w:p>
      <w:pPr>
        <w:jc w:val="right"/>
      </w:pPr>
      <w:r>
        <w:t>کہ ابن سودا، وہی کہتا ہے کہ مجھ سے غلطی ہو گئی ہے، تم مجھ کو معاف کرو۔</w:t>
      </w:r>
    </w:p>
    <w:p>
      <w:r>
        <w:rPr>
          <w:b/>
        </w:rPr>
        <w:t xml:space="preserve">[44:04] </w:t>
      </w:r>
      <w:r>
        <w:t>aur maafi ki bhi aisi shakal woh tajweez karte hain jo ke aakhri shakal hai, us se aagay</w:t>
      </w:r>
    </w:p>
    <w:p>
      <w:pPr>
        <w:jc w:val="right"/>
      </w:pPr>
      <w:r>
        <w:t>اور معافی کی بھی ایسی شکل وہ تجویز کرتے ہیں جو کہ آخری شکل ہے، اس سے آگے</w:t>
      </w:r>
    </w:p>
    <w:p>
      <w:r>
        <w:rPr>
          <w:b/>
        </w:rPr>
        <w:t xml:space="preserve">[44:09] </w:t>
      </w:r>
      <w:r>
        <w:t>aur kya ho sakta hai? toh sahaba ki zindagi mein har qism ke waqie milenge aap ko,</w:t>
      </w:r>
    </w:p>
    <w:p>
      <w:pPr>
        <w:jc w:val="right"/>
      </w:pPr>
      <w:r>
        <w:t>اور کیا ہو سکتا ہے؟ تو صحابہ کی زندگیوں میں ہر قسم کے واقعے ملیں گے آپ کو،</w:t>
      </w:r>
    </w:p>
    <w:p>
      <w:r>
        <w:rPr>
          <w:b/>
        </w:rPr>
        <w:t xml:space="preserve">[44:14] </w:t>
      </w:r>
      <w:r>
        <w:t>har qism ke waqie.</w:t>
      </w:r>
    </w:p>
    <w:p>
      <w:pPr>
        <w:jc w:val="right"/>
      </w:pPr>
      <w:r>
        <w:t>ہر قسم کے واقعے۔</w:t>
      </w:r>
    </w:p>
    <w:p>
      <w:r>
        <w:rPr>
          <w:b/>
        </w:rPr>
        <w:t xml:space="preserve">[44:19] </w:t>
      </w:r>
      <w:r>
        <w:t>yeh bari ajeeb baat hai ke wahan ki jo society thi, zahir hai ke aaj kal ki tarah</w:t>
      </w:r>
    </w:p>
    <w:p>
      <w:pPr>
        <w:jc w:val="right"/>
      </w:pPr>
      <w:r>
        <w:t>یہ بڑی عجیب بات ہے کہ وہاں کی جو سوسائٹی تھی، ظاہر ہے کہ آج کل کی طرح</w:t>
      </w:r>
    </w:p>
    <w:p>
      <w:r>
        <w:rPr>
          <w:b/>
        </w:rPr>
        <w:t xml:space="preserve">[44:24] </w:t>
      </w:r>
      <w:r>
        <w:t>se koi Dilli shehar woh nahi tha, woh to ek town tha, bohat hi simple qism ka.</w:t>
      </w:r>
    </w:p>
    <w:p>
      <w:pPr>
        <w:jc w:val="right"/>
      </w:pPr>
      <w:r>
        <w:t>سے کوئی دلی شہر وہ نہیں تھا، وہ تو ایک ٹاؤن تھا، بہت ہی سمپل قسم کا۔</w:t>
      </w:r>
    </w:p>
    <w:p>
      <w:r>
        <w:rPr>
          <w:b/>
        </w:rPr>
        <w:t xml:space="preserve">[44:29] </w:t>
      </w:r>
      <w:r>
        <w:t>lekin itne waqiat, itne waqiat isi mein</w:t>
      </w:r>
    </w:p>
    <w:p>
      <w:pPr>
        <w:jc w:val="right"/>
      </w:pPr>
      <w:r>
        <w:t>لیکن اتنے واقعات، اتنے واقعات اسی میں</w:t>
      </w:r>
    </w:p>
    <w:p>
      <w:r>
        <w:rPr>
          <w:b/>
        </w:rPr>
        <w:t xml:space="preserve">[44:34] </w:t>
      </w:r>
      <w:r>
        <w:t>milte hain ke aisa lagta hai ke sari zindagi cover ho rahi hai, sari zindagi cover ho rahi hai. jaise hazrat umar thay, woh khalifa banaye gaye, woh second khalifa thay. to kya hua? aik baar aik aadmi aaya aur sab log bethe hue thay wahan par,</w:t>
      </w:r>
    </w:p>
    <w:p>
      <w:pPr>
        <w:jc w:val="right"/>
      </w:pPr>
      <w:r>
        <w:t>ملتے ہیں کہ ایسا لگتا ہے کہ ساری زندگی کور ہو رہی ہے، ساری زندگی کور ہو رہی ہے۔ جیسے حضرت عمر تھے، وہ خلیفہ بنائے گئے، وہ سیکنڈ خلیفہ تھے۔ تو کیا ہوا؟ ایک بار ایک آدمی آیا اور سب لوگ بیٹھے ہوئے تھے وہاں پر،</w:t>
      </w:r>
    </w:p>
    <w:p>
      <w:r>
        <w:rPr>
          <w:b/>
        </w:rPr>
        <w:t xml:space="preserve">[45:04] </w:t>
      </w:r>
      <w:r>
        <w:t>aur hazrat umar thay wahan par, to khalifa ke bethe hue thay. ate hi us ne keh diya ke tum bohat hi justice nahi karte ho aur tumhara raj jo hai, justice wala raj nahi hai. koi us tak sakht demand de diya. to hazrat umar ko ghusa aa gaya, woh uthe us ko marne ke liye kyunke woh to apne aap ko halkaan ke aaye hue thay. aap jante hain ke hazrat umar jo thay, koi faida nahi utha rahe</w:t>
      </w:r>
    </w:p>
    <w:p>
      <w:pPr>
        <w:jc w:val="right"/>
      </w:pPr>
      <w:r>
        <w:t>اور حضرت عمر تھے وہاں پر، تو خلیفہ کے بیٹھے ہوئے تھے۔ آتے ہی اس نے کہہ دیا کہ کہ تم بہت ہی جسٹس نہیں کرتے ہو اور تمہارا راج جو ہے، جسٹس والا راج نہیں ہے۔ کوئی اس تک سخت ڈیمانڈ دے دیا۔ تو حضرت عمر کو غصہ آ گیا، وہ اٹھے اس کو مارنے کے لیے کیونکہ وہ تو اپنے آپ کو ہلکان کے آئے ہوئے تھے۔ آپ جانتے ہیں کہ حضرت عمر جو تھے، کوئی فائدہ نہیں اٹھا رہ</w:t>
      </w:r>
    </w:p>
    <w:p>
      <w:r>
        <w:rPr>
          <w:b/>
        </w:rPr>
        <w:t xml:space="preserve">[45:34] </w:t>
      </w:r>
      <w:r>
        <w:t>the.</w:t>
      </w:r>
    </w:p>
    <w:p>
      <w:pPr>
        <w:jc w:val="right"/>
      </w:pPr>
      <w:r>
        <w:t>ے تھے۔</w:t>
      </w:r>
    </w:p>
    <w:p>
      <w:r>
        <w:rPr>
          <w:b/>
        </w:rPr>
        <w:t xml:space="preserve">[45:39] </w:t>
      </w:r>
      <w:r>
        <w:t>bohat hi sacrifice ki zindagi thi, simple life thi.</w:t>
      </w:r>
    </w:p>
    <w:p>
      <w:pPr>
        <w:jc w:val="right"/>
      </w:pPr>
      <w:r>
        <w:t>بہت ہی سیکریفائس کی زندگی تھی، سمپل لائف تھی۔</w:t>
      </w:r>
    </w:p>
    <w:p>
      <w:r>
        <w:rPr>
          <w:b/>
        </w:rPr>
        <w:t xml:space="preserve">[45:44] </w:t>
      </w:r>
      <w:r>
        <w:t>un ki na to koi security thi, na un ka koi bara sa ghar tha, kuch bhi nahi.</w:t>
      </w:r>
    </w:p>
    <w:p>
      <w:pPr>
        <w:jc w:val="right"/>
      </w:pPr>
      <w:r>
        <w:t>ان کی نہ تو کوئی سیکیورٹی تھی، نہ ان کا کوئی بڑا سا گھر تھا، کچھ بھی نہیں۔</w:t>
      </w:r>
    </w:p>
    <w:p>
      <w:r>
        <w:rPr>
          <w:b/>
        </w:rPr>
        <w:t xml:space="preserve">[45:50] </w:t>
      </w:r>
      <w:r>
        <w:t>maamooli zindagi guzarte thay aur sirf apne aap kokhidmat mein lagaye hue thay.</w:t>
      </w:r>
    </w:p>
    <w:p>
      <w:pPr>
        <w:jc w:val="right"/>
      </w:pPr>
      <w:r>
        <w:t>معمولی زندگی گزارتے تھے اور صرف اپنے آپ کو خدمت میں لگائے ہوئے تھے۔</w:t>
      </w:r>
    </w:p>
    <w:p>
      <w:r>
        <w:rPr>
          <w:b/>
        </w:rPr>
        <w:t xml:space="preserve">[45:55] </w:t>
      </w:r>
      <w:r>
        <w:t>ab woh ek badu aadmi tha, woh aaya kisi wajah se aur kehta hai ke aap justice nahi karte hain.</w:t>
      </w:r>
    </w:p>
    <w:p>
      <w:pPr>
        <w:jc w:val="right"/>
      </w:pPr>
      <w:r>
        <w:t>اب وہ ایک بدو آدمی تھا، وہ آیا کسی وجہ سے اور کہتا ہے کہ آپ جسٹس نہیں کرتے ہیں۔</w:t>
      </w:r>
    </w:p>
    <w:p>
      <w:r>
        <w:rPr>
          <w:b/>
        </w:rPr>
        <w:t xml:space="preserve">[46:00] </w:t>
      </w:r>
      <w:r>
        <w:t>is tarah ki aur kuch baatein kahein us ne. to yeh</w:t>
      </w:r>
    </w:p>
    <w:p>
      <w:pPr>
        <w:jc w:val="right"/>
      </w:pPr>
      <w:r>
        <w:t>اس طرح کی اور کچھ باتیں کہیں اس نے۔ تو یہ</w:t>
      </w:r>
    </w:p>
    <w:p>
      <w:r>
        <w:rPr>
          <w:b/>
        </w:rPr>
        <w:t xml:space="preserve">[46:05] </w:t>
      </w:r>
      <w:r>
        <w:t>fitri baat thi ke un ko ghussa aa gaya, uthe ko maarne ke liye.</w:t>
      </w:r>
    </w:p>
    <w:p>
      <w:pPr>
        <w:jc w:val="right"/>
      </w:pPr>
      <w:r>
        <w:t>فطری بات تھی کہ ان کو غصہ آ گیا، اٹھے کو مارنے کے لیے۔</w:t>
      </w:r>
    </w:p>
    <w:p>
      <w:r>
        <w:rPr>
          <w:b/>
        </w:rPr>
        <w:t xml:space="preserve">[46:11] </w:t>
      </w:r>
      <w:r>
        <w:t>isi waqt ek sahabi khare hotay hain jo maujood thay wahan par.</w:t>
      </w:r>
    </w:p>
    <w:p>
      <w:pPr>
        <w:jc w:val="right"/>
      </w:pPr>
      <w:r>
        <w:t>اسی وقت ایک صحابی کھڑے ہوتے ہیں جو موجود تھے وہاں پر۔</w:t>
      </w:r>
    </w:p>
    <w:p>
      <w:r>
        <w:rPr>
          <w:b/>
        </w:rPr>
        <w:t xml:space="preserve">[46:17] </w:t>
      </w:r>
      <w:r>
        <w:t>unhon ne kaha ke aye Ameer-ul-Momineen, Quran mein aaya hai ke wa'arid-ul-jahileen.</w:t>
      </w:r>
    </w:p>
    <w:p>
      <w:pPr>
        <w:jc w:val="right"/>
      </w:pPr>
      <w:r>
        <w:t>انہوں نے کہا کہ اے امیرالمومنین، قرآن میں آیا ہے کہ وعارض الجاہلین۔</w:t>
      </w:r>
    </w:p>
    <w:p>
      <w:r>
        <w:rPr>
          <w:b/>
        </w:rPr>
        <w:t xml:space="preserve">[46:23] </w:t>
      </w:r>
      <w:r>
        <w:t>woh bhi khare hogaye, unhon ne kaha ke aye Ameer-ul-Momineen, aye Khalifa, Quran mein aaya hai ke wa'arid-ul-jahileen.</w:t>
      </w:r>
    </w:p>
    <w:p>
      <w:pPr>
        <w:jc w:val="right"/>
      </w:pPr>
      <w:r>
        <w:t>وہ بھی کھڑے ہوگئے، انہوں نے کہا کہ اے امیرالمومنین، اے خلیفہ، قرآن میں آیا ہے کہ وعارض الجاہلین۔</w:t>
      </w:r>
    </w:p>
    <w:p>
      <w:r>
        <w:rPr>
          <w:b/>
        </w:rPr>
        <w:t xml:space="preserve">[46:29] </w:t>
      </w:r>
      <w:r>
        <w:t>matlab yeh nadan logon se</w:t>
      </w:r>
    </w:p>
    <w:p>
      <w:pPr>
        <w:jc w:val="right"/>
      </w:pPr>
      <w:r>
        <w:t>مطلب یہ نادان لوگوں سے</w:t>
      </w:r>
    </w:p>
    <w:p>
      <w:r>
        <w:rPr>
          <w:b/>
        </w:rPr>
        <w:t xml:space="preserve">[46:35] </w:t>
      </w:r>
      <w:r>
        <w:t>avoid karo, nadan logon se avoid karo, a'iraz karo.</w:t>
      </w:r>
    </w:p>
    <w:p>
      <w:pPr>
        <w:jc w:val="right"/>
      </w:pPr>
      <w:r>
        <w:t>اوائڈ کرو، نادان لوگوں سے اوائڈ کرو، اعراض کرو۔</w:t>
      </w:r>
    </w:p>
    <w:p>
      <w:r>
        <w:rPr>
          <w:b/>
        </w:rPr>
        <w:t xml:space="preserve">[46:41] </w:t>
      </w:r>
      <w:r>
        <w:t>to jaise hi unhon ne yeh ayat padhi Quran majeed ki, waise hi woh ek dam khare hogaye</w:t>
      </w:r>
    </w:p>
    <w:p>
      <w:pPr>
        <w:jc w:val="right"/>
      </w:pPr>
      <w:r>
        <w:t>تو جیسے ہی انہوں نے یہ آیت پڑھی قرآن مجید کی، ویسے ہی وہ ایک دم کھڑے ہوگئے</w:t>
      </w:r>
    </w:p>
    <w:p>
      <w:r>
        <w:rPr>
          <w:b/>
        </w:rPr>
        <w:t xml:space="preserve">[46:46] </w:t>
      </w:r>
      <w:r>
        <w:t>aur peechay ho ke ja ke apni seat pe baith gaye.</w:t>
      </w:r>
    </w:p>
    <w:p>
      <w:pPr>
        <w:jc w:val="right"/>
      </w:pPr>
      <w:r>
        <w:t>اور پیچھے ہو کے جا کے اپنی سیٹ پہ بیٹھ گئے۔</w:t>
      </w:r>
    </w:p>
    <w:p>
      <w:r>
        <w:rPr>
          <w:b/>
        </w:rPr>
        <w:t xml:space="preserve">[46:52] </w:t>
      </w:r>
      <w:r>
        <w:t>to aise bohat se waqiat un ke hain ke jaise ayat padhi gayi, ek dam un ka jaise</w:t>
      </w:r>
    </w:p>
    <w:p>
      <w:pPr>
        <w:jc w:val="right"/>
      </w:pPr>
      <w:r>
        <w:t>تو ایسے بہت سے واقعات ان کے ہیں کہ جیسے آیت پڑھی گئی، ایک دم ان کا جیسے</w:t>
      </w:r>
    </w:p>
    <w:p>
      <w:r>
        <w:rPr>
          <w:b/>
        </w:rPr>
        <w:t xml:space="preserve">[46:57] </w:t>
      </w:r>
      <w:r>
        <w:t>ke balloon se hawa nikal jaye, aisa un ka maamla hua.</w:t>
      </w:r>
    </w:p>
    <w:p>
      <w:pPr>
        <w:jc w:val="right"/>
      </w:pPr>
      <w:r>
        <w:t>کہ بلون سے ہوا نکل جائے، ایسا ان کا معاملہ ہوا۔</w:t>
      </w:r>
    </w:p>
    <w:p>
      <w:r>
        <w:rPr>
          <w:b/>
        </w:rPr>
        <w:t xml:space="preserve">[47:02] </w:t>
      </w:r>
      <w:r>
        <w:t>to un ke baray mein kaha jata tha ke kaana waqifeen bil Kitab Allah,</w:t>
      </w:r>
    </w:p>
    <w:p>
      <w:pPr>
        <w:jc w:val="right"/>
      </w:pPr>
      <w:r>
        <w:t>تو ان کے بارے میں کہا جاتا تھا کہ کان وکافرین کتاب اللہ،</w:t>
      </w:r>
    </w:p>
    <w:p>
      <w:r>
        <w:rPr>
          <w:b/>
        </w:rPr>
        <w:t xml:space="preserve">[47:08] </w:t>
      </w:r>
      <w:r>
        <w:t>kaana waqifeen bil Kitab Allah.</w:t>
      </w:r>
    </w:p>
    <w:p>
      <w:pPr>
        <w:jc w:val="right"/>
      </w:pPr>
      <w:r>
        <w:t>کان وکافرین کتاب اللہ۔</w:t>
      </w:r>
    </w:p>
    <w:p>
      <w:r>
        <w:rPr>
          <w:b/>
        </w:rPr>
        <w:t xml:space="preserve">[47:14] </w:t>
      </w:r>
      <w:r>
        <w:t>yani Quran se jab koi baat un ke samne rakh di jati thi, ek dam ruk jatay thay woh.</w:t>
      </w:r>
    </w:p>
    <w:p>
      <w:pPr>
        <w:jc w:val="right"/>
      </w:pPr>
      <w:r>
        <w:t>یعنی قرآن سے جب کوئی بات ان کے سامنے رکھ دی جاتی تھی، ایک دم رک جاتے تھے وہ۔</w:t>
      </w:r>
    </w:p>
    <w:p>
      <w:r>
        <w:rPr>
          <w:b/>
        </w:rPr>
        <w:t xml:space="preserve">[47:20] </w:t>
      </w:r>
      <w:r>
        <w:t>ek dam un ka action khatam ho jata tha, un ki zuban band ho jati thi.</w:t>
      </w:r>
    </w:p>
    <w:p>
      <w:pPr>
        <w:jc w:val="right"/>
      </w:pPr>
      <w:r>
        <w:t>ایک دم ان کا ایکشن ختم ہو جاتا تھا، ان کی زبان بند ہو جاتی تھی۔</w:t>
      </w:r>
    </w:p>
    <w:p>
      <w:r>
        <w:rPr>
          <w:b/>
        </w:rPr>
        <w:t xml:space="preserve">[47:26] </w:t>
      </w:r>
      <w:r>
        <w:t>woh jaise ek baar woh mimbar par thay aur khutba de rahe thay.</w:t>
      </w:r>
    </w:p>
    <w:p>
      <w:pPr>
        <w:jc w:val="right"/>
      </w:pPr>
      <w:r>
        <w:t>وہ جیسے ایک بار وہ ممبر پر تھے اور خطبہ دے رہے تھے۔</w:t>
      </w:r>
    </w:p>
    <w:p>
      <w:r>
        <w:rPr>
          <w:b/>
        </w:rPr>
        <w:t xml:space="preserve">[47:32] </w:t>
      </w:r>
      <w:r>
        <w:t>is khutbe mein unhon ne ek ek hukum jari kiya ke aisa aisa mein karunga.</w:t>
      </w:r>
    </w:p>
    <w:p>
      <w:pPr>
        <w:jc w:val="right"/>
      </w:pPr>
      <w:r>
        <w:t>اس خطبے میں انہوں نے ایک ایک حکم جاری کیا کہ ایسا ایسا میں کروں گا۔</w:t>
      </w:r>
    </w:p>
    <w:p>
      <w:r>
        <w:rPr>
          <w:b/>
        </w:rPr>
        <w:t xml:space="preserve">[47:38] </w:t>
      </w:r>
      <w:r>
        <w:t>to aik boorhi aurat khari hui ke aap jo yeh keh rahe hain, yeh to quran mein is ke ilawa aaya hai. aik quran ki ayat padh di us ne. yani un ka jo bataya tha, unhon ne jo hukum khalifa ki hesiyat se, us ke khilaf aik baat us ne quran se padh di. yeh alag behas hai ke woh baat sahi thi ke nahi sahi thi, us par mein nahi ja raha hoon. is waqt sirf yeh keh raha</w:t>
      </w:r>
    </w:p>
    <w:p>
      <w:pPr>
        <w:jc w:val="right"/>
      </w:pPr>
      <w:r>
        <w:t>تو ایک بوڑھی عورت کھڑی ہوئی کہ آپ جو یہ کہہ رہے ہیں، یہ تو قرآن میں اس کے علاوہ آیا ہے۔ ایک قرآن کی آیت پڑھ دی اس نے۔ یعنی ان کا جو بتایا تھا، انہوں نے جو حکم خلیفہ کی حیثیت سے، اس کے خلاف ایک بات اس نے قرآن سے پڑھ دی۔ یہ الگ بحث ہے کہ وہ بات صحیح تھی کہ نہیں صحیح تھی، اس پر میں نہیں جا رہا ہوں۔ اس وقت صرف یہ کہہ رہا</w:t>
      </w:r>
    </w:p>
    <w:p>
      <w:r>
        <w:rPr>
          <w:b/>
        </w:rPr>
        <w:t xml:space="preserve">[48:08] </w:t>
      </w:r>
      <w:r>
        <w:t>hoon ke is ne ek ayat quran ki parh di.</w:t>
      </w:r>
    </w:p>
    <w:p>
      <w:pPr>
        <w:jc w:val="right"/>
      </w:pPr>
      <w:r>
        <w:t>ہوں کہ اس نے ایک آیت قرآن کی پڑھ دی۔</w:t>
      </w:r>
    </w:p>
    <w:p>
      <w:r>
        <w:rPr>
          <w:b/>
        </w:rPr>
        <w:t xml:space="preserve">[48:16] </w:t>
      </w:r>
      <w:r>
        <w:t>وہ آیت یہ تھی کہ when I gave them a Dawood qintar bin al-Shia.</w:t>
      </w:r>
    </w:p>
    <w:p>
      <w:pPr>
        <w:jc w:val="right"/>
      </w:pPr>
      <w:r>
        <w:t>وہ آیت یہ تھی کہ وین آتے تم اے داؤد قنطار بن الشیعہ۔</w:t>
      </w:r>
    </w:p>
    <w:p>
      <w:r>
        <w:rPr>
          <w:b/>
        </w:rPr>
        <w:t xml:space="preserve">[48:23] </w:t>
      </w:r>
      <w:r>
        <w:t>to hazrat umar ne is par koi sakrooti nahi ki ke ayat relevant hai ke nahi relevant hai, kuch nahi.</w:t>
      </w:r>
    </w:p>
    <w:p>
      <w:pPr>
        <w:jc w:val="right"/>
      </w:pPr>
      <w:r>
        <w:t>تو حضرت عمر نے اس پر کوئی سکروٹی نہیں کی کہ آیت ریلیونٹ ہے کہ نہیں ریلیونٹ ہے، کچھ نہیں۔</w:t>
      </w:r>
    </w:p>
    <w:p>
      <w:r>
        <w:rPr>
          <w:b/>
        </w:rPr>
        <w:t xml:space="preserve">[48:31] </w:t>
      </w:r>
      <w:r>
        <w:t>bas jaise hi is ne ayat parhi to aap yaka ke utar aaye mimbar se ke kal log</w:t>
      </w:r>
    </w:p>
    <w:p>
      <w:pPr>
        <w:jc w:val="right"/>
      </w:pPr>
      <w:r>
        <w:t>بس جیسے ہی اس نے آیت پڑھی تو آپ یکا کے اتر آئے ممبر سے کہ کل الناس</w:t>
      </w:r>
    </w:p>
    <w:p>
      <w:r>
        <w:rPr>
          <w:b/>
        </w:rPr>
        <w:t xml:space="preserve">[48:38] </w:t>
      </w:r>
      <w:r>
        <w:t>alim min umar hatta al-ajaaiz.</w:t>
      </w:r>
    </w:p>
    <w:p>
      <w:pPr>
        <w:jc w:val="right"/>
      </w:pPr>
      <w:r>
        <w:t>عالم من عمر حتی العجائز۔</w:t>
      </w:r>
    </w:p>
    <w:p>
      <w:r>
        <w:rPr>
          <w:b/>
        </w:rPr>
        <w:t xml:space="preserve">[48:43] </w:t>
      </w:r>
      <w:r>
        <w:t>saare log umar se zyada jante hain, yahan tak ke budhiya bhi.</w:t>
      </w:r>
    </w:p>
    <w:p>
      <w:pPr>
        <w:jc w:val="right"/>
      </w:pPr>
      <w:r>
        <w:t>سارے لوگ عمر سے زیادہ جانتے ہیں، یہاں تک کہ بڑھیا بھی۔</w:t>
      </w:r>
    </w:p>
    <w:p>
      <w:r>
        <w:rPr>
          <w:b/>
        </w:rPr>
        <w:t xml:space="preserve">[48:47] </w:t>
      </w:r>
      <w:r>
        <w:t>to yeh kirdaar hota tha in logon ka ke agar quran ki ek ayat parh di jaye, rasool</w:t>
      </w:r>
    </w:p>
    <w:p>
      <w:pPr>
        <w:jc w:val="right"/>
      </w:pPr>
      <w:r>
        <w:t>تو یہ کردار ہوتا تھا ان لوگوں کا کہ اگر قرآن کی ایک آیت پڑھ دی جائے، رسول</w:t>
      </w:r>
    </w:p>
    <w:p>
      <w:r>
        <w:rPr>
          <w:b/>
        </w:rPr>
        <w:t xml:space="preserve">[48:51] </w:t>
      </w:r>
      <w:r>
        <w:t>allah ka hukum suna diya jaye to bas wahin ruk jate the.</w:t>
      </w:r>
    </w:p>
    <w:p>
      <w:pPr>
        <w:jc w:val="right"/>
      </w:pPr>
      <w:r>
        <w:t>اللہ کا حکم سنا دیا جائے تو بس وہیں رک جاتے تھے۔</w:t>
      </w:r>
    </w:p>
    <w:p>
      <w:r>
        <w:rPr>
          <w:b/>
        </w:rPr>
        <w:t xml:space="preserve">[48:55] </w:t>
      </w:r>
      <w:r>
        <w:t>wo is ke aage barhte nahi the, aage ya ananiyat un ke andar nahi thi, sarkashi un ke</w:t>
      </w:r>
    </w:p>
    <w:p>
      <w:pPr>
        <w:jc w:val="right"/>
      </w:pPr>
      <w:r>
        <w:t>وہ اس کے آگے بڑھتے نہیں تھے، آگے یا انانیت ان کے اندر نہیں تھی، سرکشی ان کے</w:t>
      </w:r>
    </w:p>
    <w:p>
      <w:r>
        <w:rPr>
          <w:b/>
        </w:rPr>
        <w:t xml:space="preserve">[49:00] </w:t>
      </w:r>
      <w:r>
        <w:t>andar nahi thi.</w:t>
      </w:r>
    </w:p>
    <w:p>
      <w:pPr>
        <w:jc w:val="right"/>
      </w:pPr>
      <w:r>
        <w:t>اندر نہیں تھی۔</w:t>
      </w:r>
    </w:p>
    <w:p>
      <w:r>
        <w:rPr>
          <w:b/>
        </w:rPr>
        <w:t xml:space="preserve">[49:04] </w:t>
      </w:r>
      <w:r>
        <w:t>apni baat ko ooncha dikhane ka</w:t>
      </w:r>
    </w:p>
    <w:p>
      <w:pPr>
        <w:jc w:val="right"/>
      </w:pPr>
      <w:r>
        <w:t>اپنی بات کو اونچا دکھانے کا</w:t>
      </w:r>
    </w:p>
    <w:p>
      <w:r>
        <w:rPr>
          <w:b/>
        </w:rPr>
        <w:t xml:space="preserve">[49:08] </w:t>
      </w:r>
      <w:r>
        <w:t>zehan yeh un ke andar nahi tha.</w:t>
      </w:r>
    </w:p>
    <w:p>
      <w:pPr>
        <w:jc w:val="right"/>
      </w:pPr>
      <w:r>
        <w:t>ذہن یہ ان کے اندر نہیں تھا۔</w:t>
      </w:r>
    </w:p>
    <w:p>
      <w:r>
        <w:rPr>
          <w:b/>
        </w:rPr>
        <w:t xml:space="preserve">[49:15] </w:t>
      </w:r>
      <w:r>
        <w:t>aur yeh sifat hai muslim ki.</w:t>
      </w:r>
    </w:p>
    <w:p>
      <w:pPr>
        <w:jc w:val="right"/>
      </w:pPr>
      <w:r>
        <w:t>اور یہ صفت ہے مسلم کی۔</w:t>
      </w:r>
    </w:p>
    <w:p>
      <w:r>
        <w:rPr>
          <w:b/>
        </w:rPr>
        <w:t xml:space="preserve">[49:21] </w:t>
      </w:r>
      <w:r>
        <w:t>to imaan ke mukhtalif agar aap janna chahein ke imaan jab aadmi ke andar aata hai to kya</w:t>
      </w:r>
    </w:p>
    <w:p>
      <w:pPr>
        <w:jc w:val="right"/>
      </w:pPr>
      <w:r>
        <w:t>تو ایمان کے مختلف اگر آپ جاننا چاہیں کہ ایمان جب آدمی کے اندر آتا ہے تو کیا</w:t>
      </w:r>
    </w:p>
    <w:p>
      <w:r>
        <w:rPr>
          <w:b/>
        </w:rPr>
        <w:t xml:space="preserve">[49:27] </w:t>
      </w:r>
      <w:r>
        <w:t>kya sifatain is ke andar paida hoti hain? is ki ghar ki zindagi mein, bahar ki zindagi mein,</w:t>
      </w:r>
    </w:p>
    <w:p>
      <w:pPr>
        <w:jc w:val="right"/>
      </w:pPr>
      <w:r>
        <w:t>کیا صفتیں اس کے اندر پیدا ہوتی ہیں؟ اس کی گھر کی زندگی میں، باہر کی زندگی میں،</w:t>
      </w:r>
    </w:p>
    <w:p>
      <w:r>
        <w:rPr>
          <w:b/>
        </w:rPr>
        <w:t xml:space="preserve">[49:34] </w:t>
      </w:r>
      <w:r>
        <w:t>is ke business mein, is ke talluqaat mein,</w:t>
      </w:r>
    </w:p>
    <w:p>
      <w:pPr>
        <w:jc w:val="right"/>
      </w:pPr>
      <w:r>
        <w:t>اس کے بزنس میں، اس کے تعلقات میں،</w:t>
      </w:r>
    </w:p>
    <w:p>
      <w:r>
        <w:rPr>
          <w:b/>
        </w:rPr>
        <w:t xml:space="preserve">[49:40] </w:t>
      </w:r>
      <w:r>
        <w:t>kis kis tareeqe se wo imaan jo hai, wo reflect karta hai? kis tarah is ka asar saamne</w:t>
      </w:r>
    </w:p>
    <w:p>
      <w:pPr>
        <w:jc w:val="right"/>
      </w:pPr>
      <w:r>
        <w:t>کس کس طریقے سے وہ ایمان جو ہے، وہ ریفلیکٹ کرتا ہے؟ کس طرح اس کا اثر سامنے</w:t>
      </w:r>
    </w:p>
    <w:p>
      <w:r>
        <w:rPr>
          <w:b/>
        </w:rPr>
        <w:t xml:space="preserve">[49:46] </w:t>
      </w:r>
      <w:r>
        <w:t>aata hai? wo sab aap sahaba ki zindagi mein dekh sakte hain.</w:t>
      </w:r>
    </w:p>
    <w:p>
      <w:pPr>
        <w:jc w:val="right"/>
      </w:pPr>
      <w:r>
        <w:t>آتا ہے؟ وہ سب آپ صحابہ کی زندگیوں میں دیکھ سکتے ہیں۔</w:t>
      </w:r>
    </w:p>
    <w:p>
      <w:r>
        <w:rPr>
          <w:b/>
        </w:rPr>
        <w:t xml:space="preserve">[49:52] </w:t>
      </w:r>
      <w:r>
        <w:t>har sahabi aap jante hain ke hadith ki jo kitabein hain, is mein sahaba ke waqiat hain, bohat zyada.</w:t>
      </w:r>
    </w:p>
    <w:p>
      <w:pPr>
        <w:jc w:val="right"/>
      </w:pPr>
      <w:r>
        <w:t>ہر صحابی آپ جانتے ہیں کہ حدیث کی جو کتابیں ہیں، اس میں صحابہ کے واقعات ہیں، بہت زیادہ۔</w:t>
      </w:r>
    </w:p>
    <w:p>
      <w:r>
        <w:rPr>
          <w:b/>
        </w:rPr>
        <w:t xml:space="preserve">[49:58] </w:t>
      </w:r>
      <w:r>
        <w:t>to sahaba ke waqiat ek to hadith ki kitabon mein hain aur sath sath is se le le</w:t>
      </w:r>
    </w:p>
    <w:p>
      <w:pPr>
        <w:jc w:val="right"/>
      </w:pPr>
      <w:r>
        <w:t>تو صحابہ کے واقعات ایک تو حدیث کی کتابوں میں ہیں اور ساتھ ساتھ اس سے لے لے</w:t>
      </w:r>
    </w:p>
    <w:p>
      <w:r>
        <w:rPr>
          <w:b/>
        </w:rPr>
        <w:t xml:space="preserve">[50:04] </w:t>
      </w:r>
      <w:r>
        <w:t>kar ke sahaba ke</w:t>
      </w:r>
    </w:p>
    <w:p>
      <w:pPr>
        <w:jc w:val="right"/>
      </w:pPr>
      <w:r>
        <w:t>کر کے صحابہ کے</w:t>
      </w:r>
    </w:p>
    <w:p>
      <w:r>
        <w:rPr>
          <w:b/>
        </w:rPr>
        <w:t xml:space="preserve">[50:10] </w:t>
      </w:r>
      <w:r>
        <w:t>zindagiyon par alag kitabein bhi likhi gayi hain, bohat sari.</w:t>
      </w:r>
    </w:p>
    <w:p>
      <w:pPr>
        <w:jc w:val="right"/>
      </w:pPr>
      <w:r>
        <w:t>زندگیوں پر الگ کتابیں بھی لکھی گئی ہیں، بہت ساری۔</w:t>
      </w:r>
    </w:p>
    <w:p>
      <w:r>
        <w:rPr>
          <w:b/>
        </w:rPr>
        <w:t xml:space="preserve">[50:15] </w:t>
      </w:r>
      <w:r>
        <w:t>to aap jab padhein ge in ko to aisa lagega jaise ke zindagi ke har mamle mein</w:t>
      </w:r>
    </w:p>
    <w:p>
      <w:pPr>
        <w:jc w:val="right"/>
      </w:pPr>
      <w:r>
        <w:t>تو آپ جب پڑھیں گے ان کو تو ایسا لگے گا جیسے کہ زندگی کے ہر معاملے میں</w:t>
      </w:r>
    </w:p>
    <w:p>
      <w:r>
        <w:rPr>
          <w:b/>
        </w:rPr>
        <w:t xml:space="preserve">[50:19] </w:t>
      </w:r>
      <w:r>
        <w:t>aap ko in se rehnumai mil rahi hai.</w:t>
      </w:r>
    </w:p>
    <w:p>
      <w:pPr>
        <w:jc w:val="right"/>
      </w:pPr>
      <w:r>
        <w:t>آپ کو ان سے رہنمائی مل رہی ہے۔</w:t>
      </w:r>
    </w:p>
    <w:p>
      <w:r>
        <w:rPr>
          <w:b/>
        </w:rPr>
        <w:t xml:space="preserve">[50:24] </w:t>
      </w:r>
      <w:r>
        <w:t>har mamle mein aap ko in se rehnumai mil rahi hai.</w:t>
      </w:r>
    </w:p>
    <w:p>
      <w:pPr>
        <w:jc w:val="right"/>
      </w:pPr>
      <w:r>
        <w:t>ہر معاملے میں آپ کو ان سے رہنمائی مل رہی ہے۔</w:t>
      </w:r>
    </w:p>
    <w:p>
      <w:r>
        <w:rPr>
          <w:b/>
        </w:rPr>
        <w:t xml:space="preserve">[50:29] </w:t>
      </w:r>
      <w:r>
        <w:t>yeh ajeeb baat hai.</w:t>
      </w:r>
    </w:p>
    <w:p>
      <w:pPr>
        <w:jc w:val="right"/>
      </w:pPr>
      <w:r>
        <w:t>یہ عجیب بات ہے۔</w:t>
      </w:r>
    </w:p>
    <w:p>
      <w:r>
        <w:rPr>
          <w:b/>
        </w:rPr>
        <w:t xml:space="preserve">[50:33] </w:t>
      </w:r>
      <w:r>
        <w:t>itni event full life thi in logon ki, itni event full life thi ke taqreeban zindagi ke saare</w:t>
      </w:r>
    </w:p>
    <w:p>
      <w:pPr>
        <w:jc w:val="right"/>
      </w:pPr>
      <w:r>
        <w:t>اتنی ایونٹ فل لائف تھی ان لوگوں کی، اتنی ایونٹ فل لائف تھی کہ تقریباً زندگی کے سارے</w:t>
      </w:r>
    </w:p>
    <w:p>
      <w:r>
        <w:rPr>
          <w:b/>
        </w:rPr>
        <w:t xml:space="preserve">[50:38] </w:t>
      </w:r>
      <w:r>
        <w:t>pehlu is mein jo hai to lagta hai ke cover ho rahe hain.</w:t>
      </w:r>
    </w:p>
    <w:p>
      <w:pPr>
        <w:jc w:val="right"/>
      </w:pPr>
      <w:r>
        <w:t>پہلو اس میں جو ہے تو لگتا ہے کہ کور ہو رہے ہیں۔</w:t>
      </w:r>
    </w:p>
    <w:p>
      <w:r>
        <w:rPr>
          <w:b/>
        </w:rPr>
        <w:t xml:space="preserve">[50:43] </w:t>
      </w:r>
      <w:r>
        <w:t>saare pehlu cover ho rahe hain.</w:t>
      </w:r>
    </w:p>
    <w:p>
      <w:pPr>
        <w:jc w:val="right"/>
      </w:pPr>
      <w:r>
        <w:t>سارے پہلو کور ہو رہے ہیں۔</w:t>
      </w:r>
    </w:p>
    <w:p>
      <w:r>
        <w:rPr>
          <w:b/>
        </w:rPr>
        <w:t xml:space="preserve">[50:49] </w:t>
      </w:r>
      <w:r>
        <w:t>lekin cheez kya hai? aadmi ke andar yeh mizaj ho ke us ko sabak lena hai, us ko</w:t>
      </w:r>
    </w:p>
    <w:p>
      <w:pPr>
        <w:jc w:val="right"/>
      </w:pPr>
      <w:r>
        <w:t>لیکن چیز کیا ہے؟ آدمی کے اندر یہ مزاج ہو کہ اس کو سبق لینا ہے، اس کو</w:t>
      </w:r>
    </w:p>
    <w:p>
      <w:r>
        <w:rPr>
          <w:b/>
        </w:rPr>
        <w:t xml:space="preserve">[50:55] </w:t>
      </w:r>
      <w:r>
        <w:t>lesson lena hai, us ko naseehat lena hai.</w:t>
      </w:r>
    </w:p>
    <w:p>
      <w:pPr>
        <w:jc w:val="right"/>
      </w:pPr>
      <w:r>
        <w:t>لسن لینا ہے، اس کو نصیحت لینا ہے۔</w:t>
      </w:r>
    </w:p>
    <w:p>
      <w:r>
        <w:rPr>
          <w:b/>
        </w:rPr>
        <w:t xml:space="preserve">[51:01] </w:t>
      </w:r>
      <w:r>
        <w:t>jab tak yeh mizaj nahin ho, aadmi parhega aur kuch payega nahin.</w:t>
      </w:r>
    </w:p>
    <w:p>
      <w:pPr>
        <w:jc w:val="right"/>
      </w:pPr>
      <w:r>
        <w:t>جب تک یہ مزاج نہیں ہو، آدمی پڑھے گا اور کچھ پائے گا نہیں۔</w:t>
      </w:r>
    </w:p>
    <w:p>
      <w:r>
        <w:rPr>
          <w:b/>
        </w:rPr>
        <w:t xml:space="preserve">[51:07] </w:t>
      </w:r>
      <w:r>
        <w:t>yani aadmi ke andar agar receptivity nahin hai to koi cheez us ki samajh mein nahin</w:t>
      </w:r>
    </w:p>
    <w:p>
      <w:pPr>
        <w:jc w:val="right"/>
      </w:pPr>
      <w:r>
        <w:t>یعنی آدمی کے اندر اگر ریسیپٹیوٹی نہیں ہے تو کوئی چیز اس کی سمجھ میں نہیں</w:t>
      </w:r>
    </w:p>
    <w:p>
      <w:r>
        <w:rPr>
          <w:b/>
        </w:rPr>
        <w:t xml:space="preserve">[51:13] </w:t>
      </w:r>
      <w:r>
        <w:t>aaegi.</w:t>
      </w:r>
    </w:p>
    <w:p>
      <w:pPr>
        <w:jc w:val="right"/>
      </w:pPr>
      <w:r>
        <w:t>آئے گی۔</w:t>
      </w:r>
    </w:p>
    <w:p>
      <w:r>
        <w:rPr>
          <w:b/>
        </w:rPr>
        <w:t xml:space="preserve">[51:20] </w:t>
      </w:r>
      <w:r>
        <w:t>kuch bhi aap kehte rahiye, kuch bhi aap kehte rahiye, lekin woh us ko pakad nahin payega.</w:t>
      </w:r>
    </w:p>
    <w:p>
      <w:pPr>
        <w:jc w:val="right"/>
      </w:pPr>
      <w:r>
        <w:t>کچھ بھی آپ کہتے رہیے، کچھ بھی آپ کہتے رہیے، لیکن وہ اس کو پکڑ نہیں پائے گا۔</w:t>
      </w:r>
    </w:p>
    <w:p>
      <w:r>
        <w:rPr>
          <w:b/>
        </w:rPr>
        <w:t xml:space="preserve">[51:28] </w:t>
      </w:r>
      <w:r>
        <w:t>to agerche sahaba ki zindagi mein har qism ke namune maujood hain, maslan dekhiye, maine parha kitabon</w:t>
      </w:r>
    </w:p>
    <w:p>
      <w:pPr>
        <w:jc w:val="right"/>
      </w:pPr>
      <w:r>
        <w:t>تو اگرچہ صحابہ کی زندگیوں میں ہر قسم کے نمونے موجود ہیں، مثلاً دیکھیے، میں نے پڑھا کتابوں</w:t>
      </w:r>
    </w:p>
    <w:p>
      <w:r>
        <w:rPr>
          <w:b/>
        </w:rPr>
        <w:t xml:space="preserve">[51:35] </w:t>
      </w:r>
      <w:r>
        <w:t>mein ke jab rasool Allah madine mein the aur log milne aate the aap ke paas to wahan par</w:t>
      </w:r>
    </w:p>
    <w:p>
      <w:pPr>
        <w:jc w:val="right"/>
      </w:pPr>
      <w:r>
        <w:t>میں کہ جب رسول اللہ مدینے میں تھے اور لوگ ملنے آتے تھے آپ کے پاس تو وہاں پر</w:t>
      </w:r>
    </w:p>
    <w:p>
      <w:r>
        <w:rPr>
          <w:b/>
        </w:rPr>
        <w:t xml:space="preserve">[51:43] </w:t>
      </w:r>
      <w:r>
        <w:t>us zamane mein koi koi bohat hi yani cultural aadaab yeh sab nahin the.</w:t>
      </w:r>
    </w:p>
    <w:p>
      <w:pPr>
        <w:jc w:val="right"/>
      </w:pPr>
      <w:r>
        <w:t>اس زمانے میں کوئی کوئی بہت ہی یعنی کلچرل آداب یہ سب نہیں تھے۔</w:t>
      </w:r>
    </w:p>
    <w:p>
      <w:r>
        <w:rPr>
          <w:b/>
        </w:rPr>
        <w:t xml:space="preserve">[51:49] </w:t>
      </w:r>
      <w:r>
        <w:t>wahan par log badu ki tarah zindagi guzarte the to log aa kar zor zor se awaz dete</w:t>
      </w:r>
    </w:p>
    <w:p>
      <w:pPr>
        <w:jc w:val="right"/>
      </w:pPr>
      <w:r>
        <w:t>وہاں پر لوگ بدو کی طرح زندگی گزارتے تھے تو لوگ آ کر زور زور سے آواز دیتے</w:t>
      </w:r>
    </w:p>
    <w:p>
      <w:r>
        <w:rPr>
          <w:b/>
        </w:rPr>
        <w:t xml:space="preserve">[51:55] </w:t>
      </w:r>
      <w:r>
        <w:t>the, "aakhir ya Muhammad, aakhir jalina!</w:t>
      </w:r>
    </w:p>
    <w:p>
      <w:pPr>
        <w:jc w:val="right"/>
      </w:pPr>
      <w:r>
        <w:t>تھے، "اخر یا محمد، اخر جلینا!</w:t>
      </w:r>
    </w:p>
    <w:p>
      <w:r>
        <w:rPr>
          <w:b/>
        </w:rPr>
        <w:t xml:space="preserve">[52:01] </w:t>
      </w:r>
      <w:r>
        <w:t>ae Muhammad, aao hum se, hum ko tum se milna hai!" is tarah ke tareeqe.</w:t>
      </w:r>
    </w:p>
    <w:p>
      <w:pPr>
        <w:jc w:val="right"/>
      </w:pPr>
      <w:r>
        <w:t>اے محمد، آؤ ہم سے، ہم کو تم سے ملنا ہے!" اس طرح کے طریقے۔</w:t>
      </w:r>
    </w:p>
    <w:p>
      <w:r>
        <w:rPr>
          <w:b/>
        </w:rPr>
        <w:t xml:space="preserve">[52:07] </w:t>
      </w:r>
      <w:r>
        <w:t>to is bataya gaya Quran majeed mein ke yeh koi tareeqa nahin milne ka.</w:t>
      </w:r>
    </w:p>
    <w:p>
      <w:pPr>
        <w:jc w:val="right"/>
      </w:pPr>
      <w:r>
        <w:t>تو اس بتایا گیا قرآن مجید میں کہ یہ کوئی طریقہ نہیں ملنے کا۔</w:t>
      </w:r>
    </w:p>
    <w:p>
      <w:r>
        <w:rPr>
          <w:b/>
        </w:rPr>
        <w:t xml:space="preserve">[52:13] </w:t>
      </w:r>
      <w:r>
        <w:t>tum ko milne aaye to aaye ho to shor karne ki kya zaroorat hai? shor karne ki kya</w:t>
      </w:r>
    </w:p>
    <w:p>
      <w:pPr>
        <w:jc w:val="right"/>
      </w:pPr>
      <w:r>
        <w:t>تم کو ملنے آئے تو آئے ہو تو شور کرنے کی کیا ضرورت ہے؟ شور کرنے کی کیا</w:t>
      </w:r>
    </w:p>
    <w:p>
      <w:r>
        <w:rPr>
          <w:b/>
        </w:rPr>
        <w:t xml:space="preserve">[52:19] </w:t>
      </w:r>
      <w:r>
        <w:t>zaroorat hai? aahistagi ke sath bhi tum keh sakte ho woh baat.</w:t>
      </w:r>
    </w:p>
    <w:p>
      <w:pPr>
        <w:jc w:val="right"/>
      </w:pPr>
      <w:r>
        <w:t>ضرورت ہے؟ آہستگی کے ساتھ بھی تم کہہ سکتے ہو وہ بات۔</w:t>
      </w:r>
    </w:p>
    <w:p>
      <w:r>
        <w:rPr>
          <w:b/>
        </w:rPr>
        <w:t xml:space="preserve">[52:25] </w:t>
      </w:r>
      <w:r>
        <w:t>to is mein hai ke un ka haal yeh ho gaya ke jab aate the to dar naakhun</w:t>
      </w:r>
    </w:p>
    <w:p>
      <w:pPr>
        <w:jc w:val="right"/>
      </w:pPr>
      <w:r>
        <w:t>تو اس میں ہے کہ ان کا حال یہ ہو گیا کہ جب آتے تھے تو در ناخن</w:t>
      </w:r>
    </w:p>
    <w:p>
      <w:r>
        <w:rPr>
          <w:b/>
        </w:rPr>
        <w:t xml:space="preserve">[52:31] </w:t>
      </w:r>
      <w:r>
        <w:t>se darwaza khatkhatate the.</w:t>
      </w:r>
    </w:p>
    <w:p>
      <w:pPr>
        <w:jc w:val="right"/>
      </w:pPr>
      <w:r>
        <w:t>سے دروازہ کھٹکھٹاتے تھے۔</w:t>
      </w:r>
    </w:p>
    <w:p>
      <w:r>
        <w:rPr>
          <w:b/>
        </w:rPr>
        <w:t xml:space="preserve">[52:38] </w:t>
      </w:r>
      <w:r>
        <w:t>jab milne aate the to naakhun se darwaza khatkhatate the.</w:t>
      </w:r>
    </w:p>
    <w:p>
      <w:pPr>
        <w:jc w:val="right"/>
      </w:pPr>
      <w:r>
        <w:t>جب ملنے آتے تھے تو ناخن سے دروازہ کھٹکھٹاتے تھے۔</w:t>
      </w:r>
    </w:p>
    <w:p>
      <w:r>
        <w:rPr>
          <w:b/>
        </w:rPr>
        <w:t xml:space="preserve">[52:44] </w:t>
      </w:r>
      <w:r>
        <w:t>ab is se aap andaza karein ke un ke andar receptivity kitni zyada thi.</w:t>
      </w:r>
    </w:p>
    <w:p>
      <w:pPr>
        <w:jc w:val="right"/>
      </w:pPr>
      <w:r>
        <w:t>اب اس سے آپ اندازہ کریں کہ ان کے اندر ریسیپٹیوٹی کتنی زیادہ تھی۔</w:t>
      </w:r>
    </w:p>
    <w:p>
      <w:r>
        <w:rPr>
          <w:b/>
        </w:rPr>
        <w:t xml:space="preserve">[52:52] </w:t>
      </w:r>
      <w:r>
        <w:t>wohi log jo badu jo zindagi jin ki hoti thi, yahan koi culture nahin tha, ladne phirne ka</w:t>
      </w:r>
    </w:p>
    <w:p>
      <w:pPr>
        <w:jc w:val="right"/>
      </w:pPr>
      <w:r>
        <w:t>وہی لوگ جو بدو جو زندگی جن کی ہوتی تھی، یہاں کوئی کلچر نہیں تھا، لڑنے پھرنے کا</w:t>
      </w:r>
    </w:p>
    <w:p>
      <w:r>
        <w:rPr>
          <w:b/>
        </w:rPr>
        <w:t xml:space="preserve">[53:00] </w:t>
      </w:r>
      <w:r>
        <w:t>mahaul tha un ke haan, adab o ehteraam ka mahaul nahin tha.</w:t>
      </w:r>
    </w:p>
    <w:p>
      <w:pPr>
        <w:jc w:val="right"/>
      </w:pPr>
      <w:r>
        <w:t>ماحول تھا ان کے ہاں، ادب و احترام کا ماحول نہیں تھا۔</w:t>
      </w:r>
    </w:p>
    <w:p>
      <w:r>
        <w:rPr>
          <w:b/>
        </w:rPr>
        <w:t xml:space="preserve">[53:08] </w:t>
      </w:r>
      <w:r>
        <w:t>unhi ko jab yeh kaha gaya ke mulaqat ka adab, mulaqat ke aadaab seekho, mulaqat ke aadaab seekho, aur</w:t>
      </w:r>
    </w:p>
    <w:p>
      <w:pPr>
        <w:jc w:val="right"/>
      </w:pPr>
      <w:r>
        <w:t>انہی کو جب یہ کہا گیا کہ ملاقات کا ادب، ملاقات کے آداب سیکھو، ملاقات کے آداب سیکھو، اور</w:t>
      </w:r>
    </w:p>
    <w:p>
      <w:r>
        <w:rPr>
          <w:b/>
        </w:rPr>
        <w:t xml:space="preserve">[53:16] </w:t>
      </w:r>
      <w:r>
        <w:t>to unhi logon ne kiya kiya ke itna zabardasti ke pakra is ko ke nakhun se darwaza khatkhatane lage.</w:t>
      </w:r>
    </w:p>
    <w:p>
      <w:pPr>
        <w:jc w:val="right"/>
      </w:pPr>
      <w:r>
        <w:t>تو انہی لوگوں نے کیا کیا کہ اتنا زبردستی کہ پکڑا اس کو کہ ناخن سے دروازہ کھٹکھٹانے لگے۔</w:t>
      </w:r>
    </w:p>
    <w:p>
      <w:r>
        <w:rPr>
          <w:b/>
        </w:rPr>
        <w:t xml:space="preserve">[53:21] </w:t>
      </w:r>
      <w:r>
        <w:t>aise hi dekhiye ke woh log jab majlis mein baithte the to jaisa ke riwaj hai, har aadmi</w:t>
      </w:r>
    </w:p>
    <w:p>
      <w:pPr>
        <w:jc w:val="right"/>
      </w:pPr>
      <w:r>
        <w:t>ایسے ہی دیکھیے کہ وہ لوگ جب مجلس میں بیٹھتے تھے تو جیسا کہ رواج ہے، ہر آدمی</w:t>
      </w:r>
    </w:p>
    <w:p>
      <w:r>
        <w:rPr>
          <w:b/>
        </w:rPr>
        <w:t xml:space="preserve">[53:26] </w:t>
      </w:r>
      <w:r>
        <w:t>bol raha hai, yahi bol rahe hain, wohi bol rahe hain, wohi bol rahe hain.</w:t>
      </w:r>
    </w:p>
    <w:p>
      <w:pPr>
        <w:jc w:val="right"/>
      </w:pPr>
      <w:r>
        <w:t>بول رہا ہے، یہی بول رہے ہیں، وہی بول رہے ہیں، وہی بول رہے ہیں۔</w:t>
      </w:r>
    </w:p>
    <w:p>
      <w:r>
        <w:rPr>
          <w:b/>
        </w:rPr>
        <w:t xml:space="preserve">[53:31] </w:t>
      </w:r>
      <w:r>
        <w:t>aaj bhi aap dekhiye ke aisa karte hain log.</w:t>
      </w:r>
    </w:p>
    <w:p>
      <w:pPr>
        <w:jc w:val="right"/>
      </w:pPr>
      <w:r>
        <w:t>آج بھی آپ دیکھیے کہ ایسا کرتے ہیں لوگ۔</w:t>
      </w:r>
    </w:p>
    <w:p>
      <w:r>
        <w:rPr>
          <w:b/>
        </w:rPr>
        <w:t xml:space="preserve">[53:36] </w:t>
      </w:r>
      <w:r>
        <w:t>to kaha gaya ke yeh koi tareeqa nahi hai majlis mein baithne ka.</w:t>
      </w:r>
    </w:p>
    <w:p>
      <w:pPr>
        <w:jc w:val="right"/>
      </w:pPr>
      <w:r>
        <w:t>تو کہا گیا کہ یہ کوئی طریقہ نہیں ہے مجلس میں بیٹھنے کا۔</w:t>
      </w:r>
    </w:p>
    <w:p>
      <w:r>
        <w:rPr>
          <w:b/>
        </w:rPr>
        <w:t xml:space="preserve">[53:41] </w:t>
      </w:r>
      <w:r>
        <w:t>ek aadmi bol raha hai to sab log sun rahe hain is ko. jab tak</w:t>
      </w:r>
    </w:p>
    <w:p>
      <w:pPr>
        <w:jc w:val="right"/>
      </w:pPr>
      <w:r>
        <w:t>ایک آدمی بول رہا ہے تو سب لوگ سن رہے ہیں اس کو۔ جب تک</w:t>
      </w:r>
    </w:p>
    <w:p>
      <w:r>
        <w:rPr>
          <w:b/>
        </w:rPr>
        <w:t xml:space="preserve">[53:46] </w:t>
      </w:r>
      <w:r>
        <w:t>kehne lage woh, tab tak sun suno tum log chup chap baith kar ke.</w:t>
      </w:r>
    </w:p>
    <w:p>
      <w:pPr>
        <w:jc w:val="right"/>
      </w:pPr>
      <w:r>
        <w:t>کہنے لگے وہ، تب تک سن سنو تم لوگ چپ چاپ بیٹھ کر کے۔</w:t>
      </w:r>
    </w:p>
    <w:p>
      <w:r>
        <w:rPr>
          <w:b/>
        </w:rPr>
        <w:t xml:space="preserve">[53:50] </w:t>
      </w:r>
      <w:r>
        <w:t>to kitab mein aata hai ke is ke baad log is tarah baithne lage jaise ke un ke</w:t>
      </w:r>
    </w:p>
    <w:p>
      <w:pPr>
        <w:jc w:val="right"/>
      </w:pPr>
      <w:r>
        <w:t>تو کتاب میں آتا ہے کہ اس کے بعد لوگ اس طرح بیٹھنے لگے جیسے کہ ان کے</w:t>
      </w:r>
    </w:p>
    <w:p>
      <w:r>
        <w:rPr>
          <w:b/>
        </w:rPr>
        <w:t xml:space="preserve">[53:55] </w:t>
      </w:r>
      <w:r>
        <w:t>siron par chidiya baithi hui hain.</w:t>
      </w:r>
    </w:p>
    <w:p>
      <w:pPr>
        <w:jc w:val="right"/>
      </w:pPr>
      <w:r>
        <w:t>سروں پر چڑیا بیٹھی ہوئی ہیں۔</w:t>
      </w:r>
    </w:p>
    <w:p>
      <w:r>
        <w:rPr>
          <w:b/>
        </w:rPr>
        <w:t xml:space="preserve">[53:59] </w:t>
      </w:r>
      <w:r>
        <w:t>yani majlis mein is tarah aane lage aur baithne lage jaise ke un ke siron par chidiyaan baithi hui hain.</w:t>
      </w:r>
    </w:p>
    <w:p>
      <w:pPr>
        <w:jc w:val="right"/>
      </w:pPr>
      <w:r>
        <w:t>یعنی مجلس میں اس طرح آنے لگے اور بیٹھنے لگے جیسے کہ ان کے سروں پر چڑیاں بیٹھی ہوئی ہیں۔</w:t>
      </w:r>
    </w:p>
    <w:p>
      <w:r>
        <w:rPr>
          <w:b/>
        </w:rPr>
        <w:t xml:space="preserve">[54:04] </w:t>
      </w:r>
      <w:r>
        <w:t>ek dam khamoshi ke sath.</w:t>
      </w:r>
    </w:p>
    <w:p>
      <w:pPr>
        <w:jc w:val="right"/>
      </w:pPr>
      <w:r>
        <w:t>ایک دم خاموشی کے ساتھ۔</w:t>
      </w:r>
    </w:p>
    <w:p>
      <w:r>
        <w:rPr>
          <w:b/>
        </w:rPr>
        <w:t xml:space="preserve">[54:08] </w:t>
      </w:r>
      <w:r>
        <w:t>yeh tha un ka mizaj ke jab ek baat bata di jaye Quran se, Hadees se to us</w:t>
      </w:r>
    </w:p>
    <w:p>
      <w:pPr>
        <w:jc w:val="right"/>
      </w:pPr>
      <w:r>
        <w:t>یہ تھا ان کا مزاج کہ جب ایک بات بتا دی جائے قرآن سے، حدیث سے تو اس</w:t>
      </w:r>
    </w:p>
    <w:p>
      <w:r>
        <w:rPr>
          <w:b/>
        </w:rPr>
        <w:t xml:space="preserve">[54:13] </w:t>
      </w:r>
      <w:r>
        <w:t>ko foran pakar lena.</w:t>
      </w:r>
    </w:p>
    <w:p>
      <w:pPr>
        <w:jc w:val="right"/>
      </w:pPr>
      <w:r>
        <w:t>کو فوراً پکڑ لینا۔</w:t>
      </w:r>
    </w:p>
    <w:p>
      <w:r>
        <w:rPr>
          <w:b/>
        </w:rPr>
        <w:t xml:space="preserve">[54:17] </w:t>
      </w:r>
      <w:r>
        <w:t>to main samajhta hoon ke sahaba ke haan har qism ke namune maujood hain, lekin basic baat hai receptivity. sab se bari baat yeh hai ke aadmi haq ko sune to foran us ko maan le. haq ko sunne ke baad woh phir sarkashi na kare. aqool qawli hadha wastaghfirullaha li walakum ajmaeen.</w:t>
      </w:r>
    </w:p>
    <w:p>
      <w:pPr>
        <w:jc w:val="right"/>
      </w:pPr>
      <w:r>
        <w:t>تو میں سمجھتا ہوں کہ صحابہ کے ہاں ہر قسم کے نمونے موجود ہیں، لیکن بیسک بات ہے ریسیپٹیوٹی۔ سب سے بڑی بات یہ ہے کہ آدمی حق کو سنے تو فوراً اس کو مان لے۔ حق کو سننے کے بعد وہ پھر سرکشی نہ کرے۔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