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Problem of Misunderstanding January 1, 2008</w:t>
      </w:r>
    </w:p>
    <w:p>
      <w:r>
        <w:t>https://www.youtube.com/watch?v=_dPjEE4bIKE</w:t>
      </w:r>
    </w:p>
    <w:p>
      <w:r>
        <w:rPr>
          <w:b/>
        </w:rPr>
        <w:t xml:space="preserve">[00:13] </w:t>
      </w:r>
      <w:r>
        <w:t>bismillah rahman rahim wa salla Allahu ala nabiyyil kareem rabbishrah li sadri wa yassir li amri wah lul uqdatam mil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[00:37] </w:t>
      </w:r>
      <w:r>
        <w:t>aaj ki jo baat hai is ka title hai "the problem of misunderstanding"</w:t>
      </w:r>
    </w:p>
    <w:p>
      <w:pPr>
        <w:jc w:val="right"/>
      </w:pPr>
      <w:r>
        <w:t>آج کی جو بات ہے اس کا ٹائٹل ہے "دا پرابلم اف مس انڈرسٹینڈنگ"</w:t>
      </w:r>
    </w:p>
    <w:p>
      <w:r>
        <w:rPr>
          <w:b/>
        </w:rPr>
        <w:t xml:space="preserve">[00:53] </w:t>
      </w:r>
      <w:r>
        <w:t>dekhiye Allah taala ne Adam ko pehle insan ke taur par paida kiya</w:t>
      </w:r>
    </w:p>
    <w:p>
      <w:pPr>
        <w:jc w:val="right"/>
      </w:pPr>
      <w:r>
        <w:t>دیکھیے اللہ تعالی نے آدم کو پہلے انسان کے طور پر پیدا کیا</w:t>
      </w:r>
    </w:p>
    <w:p>
      <w:r>
        <w:rPr>
          <w:b/>
        </w:rPr>
        <w:t xml:space="preserve">[01:05] </w:t>
      </w:r>
      <w:r>
        <w:t>Adam aur Hawa ko paida kar ke jannat mein rakha phir isi zamane mein Iblees ka aur aur farishte ka qissa pesh aaya to yeh jo Adam ke saath hua us zamane mein yeh qissa Quran mein kai baar different andaaz se repeat hua hai</w:t>
      </w:r>
    </w:p>
    <w:p>
      <w:pPr>
        <w:jc w:val="right"/>
      </w:pPr>
      <w:r>
        <w:t>آدم اور حوا کو پیدا کر کے جنت میں رکھا پھر اسی زمانے میں ابلیس کا اور اور فرشتے کا قصہ پیش آیا تو یہ جو آدم کے ساتھ ہوا اس زمانے میں یہ قصہ قرآن میں کئی بار ڈفرنٹ انداز سے ریپیٹ ہوا ہے</w:t>
      </w:r>
    </w:p>
    <w:p>
      <w:r>
        <w:rPr>
          <w:b/>
        </w:rPr>
        <w:t xml:space="preserve">[01:34] </w:t>
      </w:r>
      <w:r>
        <w:t>is ko padha jaye to aisa lagta hai ke isi pehle hi qisse mein sari bunyadi baatein sari basic jo aspect hain zindagi ke woh sab isi mein aa gaye hain agar aadmi is ko agar gehrai ke saath soche to isi mein woh apni islaah ka sara samaan pa le ga</w:t>
      </w:r>
    </w:p>
    <w:p>
      <w:pPr>
        <w:jc w:val="right"/>
      </w:pPr>
      <w:r>
        <w:t>اس کو پڑھا جائے تو ایسا لگتا ہے کہ اسی پہلے ہی قصے میں ساری بنیادی باتیں سارے بیسک جو اسپیکٹ ہیں زندگی کے وہ سب اسی میں آگئے ہیں اگر آدمی اس کو اگر گہرائی کے ساتھ سوچے تو اسی میں وہ اپنی اصلاح کا سارا سامان پا لے گا</w:t>
      </w:r>
    </w:p>
    <w:p>
      <w:r>
        <w:rPr>
          <w:b/>
        </w:rPr>
        <w:t xml:space="preserve">[02:04] </w:t>
      </w:r>
      <w:r>
        <w:t>isi mein se ek hai misunderstanding</w:t>
      </w:r>
    </w:p>
    <w:p>
      <w:pPr>
        <w:jc w:val="right"/>
      </w:pPr>
      <w:r>
        <w:t>اسی میں سے ایک ہے مس انڈرسٹینڈنگ</w:t>
      </w:r>
    </w:p>
    <w:p>
      <w:r>
        <w:rPr>
          <w:b/>
        </w:rPr>
        <w:t xml:space="preserve">[02:08] </w:t>
      </w:r>
      <w:r>
        <w:t>isko parh kar andaza hota hai ke misunderstanding jo hai woh do qism ki hoti hai</w:t>
      </w:r>
    </w:p>
    <w:p>
      <w:pPr>
        <w:jc w:val="right"/>
      </w:pPr>
      <w:r>
        <w:t>اس کو پڑھ کر اندازہ ہوتا ہے کہ مس انڈرسٹینڈنگ جو ہے وہ دو قسم کی ہوتی ہے</w:t>
      </w:r>
    </w:p>
    <w:p>
      <w:r>
        <w:rPr>
          <w:b/>
        </w:rPr>
        <w:t xml:space="preserve">[02:16] </w:t>
      </w:r>
      <w:r>
        <w:t>ek to woh jis ke peeche shararat ho</w:t>
      </w:r>
    </w:p>
    <w:p>
      <w:pPr>
        <w:jc w:val="right"/>
      </w:pPr>
      <w:r>
        <w:t>ایک تو وہ جس کے پیچھے شرارت ہو</w:t>
      </w:r>
    </w:p>
    <w:p>
      <w:r>
        <w:rPr>
          <w:b/>
        </w:rPr>
        <w:t xml:space="preserve">[02:20] </w:t>
      </w:r>
      <w:r>
        <w:t>yaani aadmi jaan boojh kar ke ghalat</w:t>
      </w:r>
    </w:p>
    <w:p>
      <w:pPr>
        <w:jc w:val="right"/>
      </w:pPr>
      <w:r>
        <w:t>یعنی آدمی جان بوجھ کر کے غلط</w:t>
      </w:r>
    </w:p>
    <w:p>
      <w:r>
        <w:rPr>
          <w:b/>
        </w:rPr>
        <w:t xml:space="preserve">[02:25] </w:t>
      </w:r>
      <w:r>
        <w:t>andaz se baat ko torh morh kar pesh kare</w:t>
      </w:r>
    </w:p>
    <w:p>
      <w:pPr>
        <w:jc w:val="right"/>
      </w:pPr>
      <w:r>
        <w:t>انداز سے بات کو توڑ موڑ کر پیش کرے</w:t>
      </w:r>
    </w:p>
    <w:p>
      <w:r>
        <w:rPr>
          <w:b/>
        </w:rPr>
        <w:t xml:space="preserve">[02:30] </w:t>
      </w:r>
      <w:r>
        <w:t>ek yeh hai ke sach much aadmi ko ghalat fehmi ho gayi ho</w:t>
      </w:r>
    </w:p>
    <w:p>
      <w:pPr>
        <w:jc w:val="right"/>
      </w:pPr>
      <w:r>
        <w:t>ایک یہ ہے کہ سچ مچ آدمی کو غلط فہمی ہو گئی ہو</w:t>
      </w:r>
    </w:p>
    <w:p>
      <w:r>
        <w:rPr>
          <w:b/>
        </w:rPr>
        <w:t xml:space="preserve">[02:35] </w:t>
      </w:r>
      <w:r>
        <w:t>to mein samajhta hoon ke dono hi qism ki misalein is is ibtedai waqe mein maujood hain</w:t>
      </w:r>
    </w:p>
    <w:p>
      <w:pPr>
        <w:jc w:val="right"/>
      </w:pPr>
      <w:r>
        <w:t>تو میں سمجھتا ہوں کہ دونوں ہی قسم کی مثالیں اس اس ابدائی واقعے میں موجود ہیں</w:t>
      </w:r>
    </w:p>
    <w:p>
      <w:r>
        <w:rPr>
          <w:b/>
        </w:rPr>
        <w:t xml:space="preserve">[02:43] </w:t>
      </w:r>
      <w:r>
        <w:t>misal dekhiye Allah taala ne insaan ko yaani Adam ko paida</w:t>
      </w:r>
    </w:p>
    <w:p>
      <w:pPr>
        <w:jc w:val="right"/>
      </w:pPr>
      <w:r>
        <w:t>مثلا دیکھیے اللہ تعالی نے انسان کو یعنی آدم کو پیدا</w:t>
      </w:r>
    </w:p>
    <w:p>
      <w:r>
        <w:rPr>
          <w:b/>
        </w:rPr>
        <w:t xml:space="preserve">[02:49] </w:t>
      </w:r>
      <w:r>
        <w:t>kiya to kaha ke</w:t>
      </w:r>
    </w:p>
    <w:p>
      <w:pPr>
        <w:jc w:val="right"/>
      </w:pPr>
      <w:r>
        <w:t>کیا تو کہا کہ</w:t>
      </w:r>
    </w:p>
    <w:p>
      <w:r>
        <w:rPr>
          <w:b/>
        </w:rPr>
        <w:t xml:space="preserve">[02:54] </w:t>
      </w:r>
      <w:r>
        <w:t>angel aur aur jinn yaani farishta aur iblis dono</w:t>
      </w:r>
    </w:p>
    <w:p>
      <w:pPr>
        <w:jc w:val="right"/>
      </w:pPr>
      <w:r>
        <w:t>اینجل اور اور جن یعنی فرشتہ اور ابلیس دونوں</w:t>
      </w:r>
    </w:p>
    <w:p>
      <w:r>
        <w:rPr>
          <w:b/>
        </w:rPr>
        <w:t xml:space="preserve">[03:02] </w:t>
      </w:r>
      <w:r>
        <w:t>us ke aage jhukein</w:t>
      </w:r>
    </w:p>
    <w:p>
      <w:pPr>
        <w:jc w:val="right"/>
      </w:pPr>
      <w:r>
        <w:t>اس کے اگے جھکیں</w:t>
      </w:r>
    </w:p>
    <w:p>
      <w:r>
        <w:rPr>
          <w:b/>
        </w:rPr>
        <w:t xml:space="preserve">[03:05] </w:t>
      </w:r>
      <w:r>
        <w:t>to farishte to jhuk gaye</w:t>
      </w:r>
    </w:p>
    <w:p>
      <w:pPr>
        <w:jc w:val="right"/>
      </w:pPr>
      <w:r>
        <w:t>تو فرشتے تو جھک گئے</w:t>
      </w:r>
    </w:p>
    <w:p>
      <w:r>
        <w:rPr>
          <w:b/>
        </w:rPr>
        <w:t xml:space="preserve">[03:07] </w:t>
      </w:r>
      <w:r>
        <w:t>iblis nahi jhuka</w:t>
      </w:r>
    </w:p>
    <w:p>
      <w:pPr>
        <w:jc w:val="right"/>
      </w:pPr>
      <w:r>
        <w:t>ابلیس نہیں جھکا</w:t>
      </w:r>
    </w:p>
    <w:p>
      <w:r>
        <w:rPr>
          <w:b/>
        </w:rPr>
        <w:t xml:space="preserve">[03:11] </w:t>
      </w:r>
      <w:r>
        <w:t>to Khuda ne poocha uska</w:t>
      </w:r>
    </w:p>
    <w:p>
      <w:pPr>
        <w:jc w:val="right"/>
      </w:pPr>
      <w:r>
        <w:t>تو خدا نے پوچھا اس کا</w:t>
      </w:r>
    </w:p>
    <w:p>
      <w:r>
        <w:rPr>
          <w:b/>
        </w:rPr>
        <w:t xml:space="preserve">[03:13] </w:t>
      </w:r>
      <w:r>
        <w:t>koi nahi jhuke tum</w:t>
      </w:r>
    </w:p>
    <w:p>
      <w:pPr>
        <w:jc w:val="right"/>
      </w:pPr>
      <w:r>
        <w:t>کوئی نہیں جھکے تم</w:t>
      </w:r>
    </w:p>
    <w:p>
      <w:r>
        <w:rPr>
          <w:b/>
        </w:rPr>
        <w:t xml:space="preserve">[03:16] </w:t>
      </w:r>
      <w:r>
        <w:t>to us ne kaha kya us waqt</w:t>
      </w:r>
    </w:p>
    <w:p>
      <w:pPr>
        <w:jc w:val="right"/>
      </w:pPr>
      <w:r>
        <w:t>تو اس نے کہا کیا اس وقت</w:t>
      </w:r>
    </w:p>
    <w:p>
      <w:r>
        <w:rPr>
          <w:b/>
        </w:rPr>
        <w:t xml:space="preserve">[03:19] </w:t>
      </w:r>
      <w:r>
        <w:t>ana khairun minh</w:t>
      </w:r>
    </w:p>
    <w:p>
      <w:pPr>
        <w:jc w:val="right"/>
      </w:pPr>
      <w:r>
        <w:t>انا خیر منہ</w:t>
      </w:r>
    </w:p>
    <w:p>
      <w:r>
        <w:rPr>
          <w:b/>
        </w:rPr>
        <w:t xml:space="preserve">[03:23] </w:t>
      </w:r>
      <w:r>
        <w:t>I am better than him</w:t>
      </w:r>
    </w:p>
    <w:p>
      <w:pPr>
        <w:jc w:val="right"/>
      </w:pPr>
      <w:r>
        <w:t>ائی ایم بیٹر دین ہی</w:t>
      </w:r>
    </w:p>
    <w:p>
      <w:r>
        <w:rPr>
          <w:b/>
        </w:rPr>
        <w:t xml:space="preserve">[03:27] </w:t>
      </w:r>
      <w:r>
        <w:t>mein insaan se</w:t>
      </w:r>
    </w:p>
    <w:p>
      <w:pPr>
        <w:jc w:val="right"/>
      </w:pPr>
      <w:r>
        <w:t>میں انسان سے</w:t>
      </w:r>
    </w:p>
    <w:p>
      <w:r>
        <w:rPr>
          <w:b/>
        </w:rPr>
        <w:t xml:space="preserve">[03:29] </w:t>
      </w:r>
      <w:r>
        <w:t>behtar hun insaan se superior hun</w:t>
      </w:r>
    </w:p>
    <w:p>
      <w:pPr>
        <w:jc w:val="right"/>
      </w:pPr>
      <w:r>
        <w:t>بہتر ہوں انسان سے سپیریئر ہوں</w:t>
      </w:r>
    </w:p>
    <w:p>
      <w:r>
        <w:rPr>
          <w:b/>
        </w:rPr>
        <w:t xml:space="preserve">[03:34] </w:t>
      </w:r>
      <w:r>
        <w:t>aur uski logic</w:t>
      </w:r>
    </w:p>
    <w:p>
      <w:pPr>
        <w:jc w:val="right"/>
      </w:pPr>
      <w:r>
        <w:t>اور اس کی لاجک</w:t>
      </w:r>
    </w:p>
    <w:p>
      <w:r>
        <w:rPr>
          <w:b/>
        </w:rPr>
        <w:t xml:space="preserve">[03:35] </w:t>
      </w:r>
      <w:r>
        <w:t>kya nikali is ne</w:t>
      </w:r>
    </w:p>
    <w:p>
      <w:pPr>
        <w:jc w:val="right"/>
      </w:pPr>
      <w:r>
        <w:t>کیا نکالی اس نے</w:t>
      </w:r>
    </w:p>
    <w:p>
      <w:r>
        <w:rPr>
          <w:b/>
        </w:rPr>
        <w:t xml:space="preserve">[03:38] </w:t>
      </w:r>
      <w:r>
        <w:t>khalaqtani min nar wa khalaqt min tin</w:t>
      </w:r>
    </w:p>
    <w:p>
      <w:pPr>
        <w:jc w:val="right"/>
      </w:pPr>
      <w:r>
        <w:t>خلقتنی منار وخلقت من تین</w:t>
      </w:r>
    </w:p>
    <w:p>
      <w:r>
        <w:rPr>
          <w:b/>
        </w:rPr>
        <w:t xml:space="preserve">[03:43] </w:t>
      </w:r>
      <w:r>
        <w:t>tu ne mujh ko paida kiya aag se us ko paida kiya mitti se</w:t>
      </w:r>
    </w:p>
    <w:p>
      <w:pPr>
        <w:jc w:val="right"/>
      </w:pPr>
      <w:r>
        <w:t>تو نے مجھ کو پیدا کیا اگ سے اس کو پیدا کیا مٹی سے</w:t>
      </w:r>
    </w:p>
    <w:p>
      <w:r>
        <w:rPr>
          <w:b/>
        </w:rPr>
        <w:t xml:space="preserve">[03:48] </w:t>
      </w:r>
      <w:r>
        <w:t>ab yeh logic banai is ne</w:t>
      </w:r>
    </w:p>
    <w:p>
      <w:pPr>
        <w:jc w:val="right"/>
      </w:pPr>
      <w:r>
        <w:t>اب یہ لاجک بنائی اس نے</w:t>
      </w:r>
    </w:p>
    <w:p>
      <w:r>
        <w:rPr>
          <w:b/>
        </w:rPr>
        <w:t xml:space="preserve">[03:52] </w:t>
      </w:r>
      <w:r>
        <w:t>apni logic bana kar ke yeh nikala ke aag jo hai woh superior hai mitti jo hai inferior</w:t>
      </w:r>
    </w:p>
    <w:p>
      <w:pPr>
        <w:jc w:val="right"/>
      </w:pPr>
      <w:r>
        <w:t>اپنی لاجک بنا کر کے یہ نکالا کہ اگ جو ہے وہ سپیریئر ہے مٹی جو ہے انفیریئر</w:t>
      </w:r>
    </w:p>
    <w:p>
      <w:r>
        <w:rPr>
          <w:b/>
        </w:rPr>
        <w:t xml:space="preserve">[03:58] </w:t>
      </w:r>
      <w:r>
        <w:t>hai halanke aisa kuch bhi nahi hai</w:t>
      </w:r>
    </w:p>
    <w:p>
      <w:pPr>
        <w:jc w:val="right"/>
      </w:pPr>
      <w:r>
        <w:t>ہے حالانکہ ایسا کچھ بھی نہیں ہے</w:t>
      </w:r>
    </w:p>
    <w:p>
      <w:r>
        <w:rPr>
          <w:b/>
        </w:rPr>
        <w:t xml:space="preserve">[04:03] </w:t>
      </w:r>
      <w:r>
        <w:t>aisa kuch bhi nahi hai</w:t>
      </w:r>
    </w:p>
    <w:p>
      <w:pPr>
        <w:jc w:val="right"/>
      </w:pPr>
      <w:r>
        <w:t>ایسا کچھ بھی نہیں ہے</w:t>
      </w:r>
    </w:p>
    <w:p>
      <w:r>
        <w:rPr>
          <w:b/>
        </w:rPr>
        <w:t xml:space="preserve">[04:05] </w:t>
      </w:r>
      <w:r>
        <w:t>aag bhi khuda ki banai hui hai mitti bhi khuda ki banai hui hai</w:t>
      </w:r>
    </w:p>
    <w:p>
      <w:pPr>
        <w:jc w:val="right"/>
      </w:pPr>
      <w:r>
        <w:t>اگ بھی خدا کی بنائی ہوئی ہے مٹی بھی خدا کی بنائی ہوئی ہے</w:t>
      </w:r>
    </w:p>
    <w:p>
      <w:r>
        <w:rPr>
          <w:b/>
        </w:rPr>
        <w:t xml:space="preserve">[04:10] </w:t>
      </w:r>
      <w:r>
        <w:t>aag agar jalati hai to aap dekhiye mitti se hamein sari cheezein milti hain sabzi phal food ke</w:t>
      </w:r>
    </w:p>
    <w:p>
      <w:pPr>
        <w:jc w:val="right"/>
      </w:pPr>
      <w:r>
        <w:t>اگ اگر جلاتی ہے تو اپ دیکھیے مٹی سے ہمیں ساری چیزیں ملتی ہیں سبزی پھل فوڈ کے</w:t>
      </w:r>
    </w:p>
    <w:p>
      <w:r>
        <w:rPr>
          <w:b/>
        </w:rPr>
        <w:t xml:space="preserve">[04:19] </w:t>
      </w:r>
      <w:r>
        <w:t>sare item sab kuch mitti se milte hain to mitti</w:t>
      </w:r>
    </w:p>
    <w:p>
      <w:pPr>
        <w:jc w:val="right"/>
      </w:pPr>
      <w:r>
        <w:t>سارے ائٹم سب کچھ مٹی سے ملتے ہیں تو مٹی</w:t>
      </w:r>
    </w:p>
    <w:p>
      <w:r>
        <w:rPr>
          <w:b/>
        </w:rPr>
        <w:t xml:space="preserve">[04:24] </w:t>
      </w:r>
      <w:r>
        <w:t>aur aag mein koi is is qism ka difference nahi hai ke ek superior hai doosra inferior hai</w:t>
      </w:r>
    </w:p>
    <w:p>
      <w:pPr>
        <w:jc w:val="right"/>
      </w:pPr>
      <w:r>
        <w:t>اور اگ میں کوئی اس اس قسم کا ڈیفرنس نہیں ہے کہ ایک سپیریئر ہے دوسرا انفیریئر ہے</w:t>
      </w:r>
    </w:p>
    <w:p>
      <w:r>
        <w:rPr>
          <w:b/>
        </w:rPr>
        <w:t xml:space="preserve">[04:31] </w:t>
      </w:r>
      <w:r>
        <w:t>lekin is farq ko is ne is difference ko is ne le liya ek aur mani mein yeh</w:t>
      </w:r>
    </w:p>
    <w:p>
      <w:pPr>
        <w:jc w:val="right"/>
      </w:pPr>
      <w:r>
        <w:t>لیکن اس فرق کو اس نے اس ڈیفرنس کو اس نے لے لیا ایک اور معنی میں یہ</w:t>
      </w:r>
    </w:p>
    <w:p>
      <w:r>
        <w:rPr>
          <w:b/>
        </w:rPr>
        <w:t xml:space="preserve">[04:39] </w:t>
      </w:r>
      <w:r>
        <w:t>thi shararat wali baat yeh bazahir to yeh bhi ek misunderstanding keh sakte hain aap is ko</w:t>
      </w:r>
    </w:p>
    <w:p>
      <w:pPr>
        <w:jc w:val="right"/>
      </w:pPr>
      <w:r>
        <w:t>تھی شرارت والی بات یہ بظاہر تو یہ بھی ایک مس انڈرسٹینڈنگ کہہ سکتے ہیں اپ اس کو</w:t>
      </w:r>
    </w:p>
    <w:p>
      <w:r>
        <w:rPr>
          <w:b/>
        </w:rPr>
        <w:t xml:space="preserve">[04:45] </w:t>
      </w:r>
      <w:r>
        <w:t>lekin is ke peeche shararat thi jaan boojh kar is ne ek ek false point nikala</w:t>
      </w:r>
    </w:p>
    <w:p>
      <w:pPr>
        <w:jc w:val="right"/>
      </w:pPr>
      <w:r>
        <w:t>لیکن اس کے پیچھے شرارت تھی جان بوجھ کر اس نے ایک ایک فالس پوائنٹ نکالا</w:t>
      </w:r>
    </w:p>
    <w:p>
      <w:r>
        <w:rPr>
          <w:b/>
        </w:rPr>
        <w:t xml:space="preserve">[04:55] </w:t>
      </w:r>
      <w:r>
        <w:t>to dekhiye ek misunderstanding woh hoti hai jo shararat kar ke nikali jaye woh to bohat bara</w:t>
      </w:r>
    </w:p>
    <w:p>
      <w:pPr>
        <w:jc w:val="right"/>
      </w:pPr>
      <w:r>
        <w:t>تو دیکھیے ایک مس انڈرسٹینڈنگ وہ ہوتی ہے جو شرارت کر کے نکالی جائے وہ تو بہت بڑا</w:t>
      </w:r>
    </w:p>
    <w:p>
      <w:r>
        <w:rPr>
          <w:b/>
        </w:rPr>
        <w:t xml:space="preserve">[05:03] </w:t>
      </w:r>
      <w:r>
        <w:t>gunah hai bohat hi bara gunah hai</w:t>
      </w:r>
    </w:p>
    <w:p>
      <w:pPr>
        <w:jc w:val="right"/>
      </w:pPr>
      <w:r>
        <w:t>گناہ ہے بہت ہی بڑا گناہ ہے</w:t>
      </w:r>
    </w:p>
    <w:p>
      <w:r>
        <w:rPr>
          <w:b/>
        </w:rPr>
        <w:t xml:space="preserve">[05:07] </w:t>
      </w:r>
      <w:r>
        <w:t>lekin mis</w:t>
      </w:r>
    </w:p>
    <w:p>
      <w:pPr>
        <w:jc w:val="right"/>
      </w:pPr>
      <w:r>
        <w:t>لیکن مس</w:t>
      </w:r>
    </w:p>
    <w:p>
      <w:r>
        <w:rPr>
          <w:b/>
        </w:rPr>
        <w:t xml:space="preserve">[05:09] </w:t>
      </w:r>
      <w:r>
        <w:t>understanding ek woh bhi hoti hai jis mein shararat shamil na ho</w:t>
      </w:r>
    </w:p>
    <w:p>
      <w:pPr>
        <w:jc w:val="right"/>
      </w:pPr>
      <w:r>
        <w:t>انڈرسٹینڈنگ ایک وہ بھی ہوتی ہے جس میں شرارت شامل نہ ہو</w:t>
      </w:r>
    </w:p>
    <w:p>
      <w:r>
        <w:rPr>
          <w:b/>
        </w:rPr>
        <w:t xml:space="preserve">[05:15] </w:t>
      </w:r>
      <w:r>
        <w:t>jaise ke adam aur hawa jo basaye gaye the jannat mein to khuda ne kaha tha ke yeh</w:t>
      </w:r>
    </w:p>
    <w:p>
      <w:pPr>
        <w:jc w:val="right"/>
      </w:pPr>
      <w:r>
        <w:t>جیسے کہ ادم اور حوا جو بسائے گئے تھے جنت میں تو خدا نے کہا تھا کہ یہ</w:t>
      </w:r>
    </w:p>
    <w:p>
      <w:r>
        <w:rPr>
          <w:b/>
        </w:rPr>
        <w:t xml:space="preserve">[05:24] </w:t>
      </w:r>
      <w:r>
        <w:t>ek drakht hai jannat mein</w:t>
      </w:r>
    </w:p>
    <w:p>
      <w:pPr>
        <w:jc w:val="right"/>
      </w:pPr>
      <w:r>
        <w:t>ایک درخت ہے جنت میں</w:t>
      </w:r>
    </w:p>
    <w:p>
      <w:r>
        <w:rPr>
          <w:b/>
        </w:rPr>
        <w:t xml:space="preserve">[05:28] </w:t>
      </w:r>
      <w:r>
        <w:t>tum is ke paas na jana</w:t>
      </w:r>
    </w:p>
    <w:p>
      <w:pPr>
        <w:jc w:val="right"/>
      </w:pPr>
      <w:r>
        <w:t>تم اس کے پاس نہ جانا</w:t>
      </w:r>
    </w:p>
    <w:p>
      <w:r>
        <w:rPr>
          <w:b/>
        </w:rPr>
        <w:t xml:space="preserve">[05:32] </w:t>
      </w:r>
      <w:r>
        <w:t>is drakht ka phal na khana</w:t>
      </w:r>
    </w:p>
    <w:p>
      <w:pPr>
        <w:jc w:val="right"/>
      </w:pPr>
      <w:r>
        <w:t>اس درخت کا پھل نہ کھانا</w:t>
      </w:r>
    </w:p>
    <w:p>
      <w:r>
        <w:rPr>
          <w:b/>
        </w:rPr>
        <w:t xml:space="preserve">[05:35] </w:t>
      </w:r>
      <w:r>
        <w:t>halanke jannat bohat bari thi bohat sari cheezein thi sab khuli hui thi un ke liye</w:t>
      </w:r>
    </w:p>
    <w:p>
      <w:pPr>
        <w:jc w:val="right"/>
      </w:pPr>
      <w:r>
        <w:t>حالانکہ جنت بہت بڑی تھی بہت ساری چیزیں تھیں سب کھلی ہوئی تھیں ان کے لیے</w:t>
      </w:r>
    </w:p>
    <w:p>
      <w:r>
        <w:rPr>
          <w:b/>
        </w:rPr>
        <w:t xml:space="preserve">[05:40] </w:t>
      </w:r>
      <w:r>
        <w:t>ek drakht jo tha woh forbidden tree tha un ke liye</w:t>
      </w:r>
    </w:p>
    <w:p>
      <w:pPr>
        <w:jc w:val="right"/>
      </w:pPr>
      <w:r>
        <w:t>ایک درخت جو تھا وہ فاربیڈن ٹری تھا ان کے لیے</w:t>
      </w:r>
    </w:p>
    <w:p>
      <w:r>
        <w:rPr>
          <w:b/>
        </w:rPr>
        <w:t xml:space="preserve">[05:46] </w:t>
      </w:r>
      <w:r>
        <w:t>to is mana karne ko unhon ne samjha ke yeh koi bohat ziyada gum bheer baat nahi hai aisa</w:t>
      </w:r>
    </w:p>
    <w:p>
      <w:pPr>
        <w:jc w:val="right"/>
      </w:pPr>
      <w:r>
        <w:t>تو اس منع کرنے کو انہوں نے سمجھا کہ یہ کوئی بہت زیادہ گمبھیر بات نہیں ہے ایسا</w:t>
      </w:r>
    </w:p>
    <w:p>
      <w:r>
        <w:rPr>
          <w:b/>
        </w:rPr>
        <w:t xml:space="preserve">[05:53] </w:t>
      </w:r>
      <w:r>
        <w:t>nahi ke sach mach hi hamein is</w:t>
      </w:r>
    </w:p>
    <w:p>
      <w:pPr>
        <w:jc w:val="right"/>
      </w:pPr>
      <w:r>
        <w:t>نہیں کہ سچ مچ ہی ہمیں اس</w:t>
      </w:r>
    </w:p>
    <w:p>
      <w:r>
        <w:rPr>
          <w:b/>
        </w:rPr>
        <w:t xml:space="preserve">[05:54] </w:t>
      </w:r>
      <w:r>
        <w:t>se rok diya gaya ho</w:t>
      </w:r>
    </w:p>
    <w:p>
      <w:pPr>
        <w:jc w:val="right"/>
      </w:pPr>
      <w:r>
        <w:t>سے روک دیا گیا ہو</w:t>
      </w:r>
    </w:p>
    <w:p>
      <w:r>
        <w:rPr>
          <w:b/>
        </w:rPr>
        <w:t xml:space="preserve">[05:57] </w:t>
      </w:r>
      <w:r>
        <w:t>to hum agar phall kha lein is ka tab bhi koi harj nahi hai</w:t>
      </w:r>
    </w:p>
    <w:p>
      <w:pPr>
        <w:jc w:val="right"/>
      </w:pPr>
      <w:r>
        <w:t>تو ہم اگر پھل کھا لیں اس کا تب بھی کوئی حرج نہیں ہے</w:t>
      </w:r>
    </w:p>
    <w:p>
      <w:r>
        <w:rPr>
          <w:b/>
        </w:rPr>
        <w:t xml:space="preserve">[06:03] </w:t>
      </w:r>
      <w:r>
        <w:t>is mein hamein koi faida mil sakta hai to yeh is mein un ki shararat shamil nahi thi</w:t>
      </w:r>
    </w:p>
    <w:p>
      <w:pPr>
        <w:jc w:val="right"/>
      </w:pPr>
      <w:r>
        <w:t>اس میں ہمیں کوئی فائدہ مل سکتا ہے تو یہ اس میں ان کی شرارت شامل نہیں تھی</w:t>
      </w:r>
    </w:p>
    <w:p>
      <w:r>
        <w:rPr>
          <w:b/>
        </w:rPr>
        <w:t xml:space="preserve">[06:09] </w:t>
      </w:r>
      <w:r>
        <w:t>bazaahir agarchay unhon ne bhi khuda ke hukum ke khilaaf kiya lekin mein samajhta hoon is mein shararat</w:t>
      </w:r>
    </w:p>
    <w:p>
      <w:pPr>
        <w:jc w:val="right"/>
      </w:pPr>
      <w:r>
        <w:t>بظاہر اگرچہ انہوں نے بھی خدا کے حکم کے خلاف کیا لیکن میں سمجھتا ہوں اس میں شرارت</w:t>
      </w:r>
    </w:p>
    <w:p>
      <w:r>
        <w:rPr>
          <w:b/>
        </w:rPr>
        <w:t xml:space="preserve">[06:14] </w:t>
      </w:r>
      <w:r>
        <w:t>shamil nahi thi</w:t>
      </w:r>
    </w:p>
    <w:p>
      <w:pPr>
        <w:jc w:val="right"/>
      </w:pPr>
      <w:r>
        <w:t>شامل نہیں تھی</w:t>
      </w:r>
    </w:p>
    <w:p>
      <w:r>
        <w:rPr>
          <w:b/>
        </w:rPr>
        <w:t xml:space="preserve">[06:17] </w:t>
      </w:r>
      <w:r>
        <w:t>to yeh dunya mein baad ko jo naslein adam ki niklein un sab ke liye ek sabak tha</w:t>
      </w:r>
    </w:p>
    <w:p>
      <w:pPr>
        <w:jc w:val="right"/>
      </w:pPr>
      <w:r>
        <w:t>تو یہ دنیا میں بعد کو جو نسلیں ادم کی نکلیں ان سب کے لیے ایک سبق تھا</w:t>
      </w:r>
    </w:p>
    <w:p>
      <w:r>
        <w:rPr>
          <w:b/>
        </w:rPr>
        <w:t xml:space="preserve">[06:24] </w:t>
      </w:r>
      <w:r>
        <w:t>ke tum ko</w:t>
      </w:r>
    </w:p>
    <w:p>
      <w:pPr>
        <w:jc w:val="right"/>
      </w:pPr>
      <w:r>
        <w:t>کہ تم کو</w:t>
      </w:r>
    </w:p>
    <w:p>
      <w:r>
        <w:rPr>
          <w:b/>
        </w:rPr>
        <w:t xml:space="preserve">[06:28] </w:t>
      </w:r>
      <w:r>
        <w:t>tum ko duniya mein is se bachna hai jis ko kehte hain sue zan aur husn zan acha gumaan karna aur bura gumaan karna to insan hamesha do ke beech mein rehta hai sue zan aur husn zan ya to acha gumaan kare ya bura gumaan kare</w:t>
      </w:r>
    </w:p>
    <w:p>
      <w:pPr>
        <w:jc w:val="right"/>
      </w:pPr>
      <w:r>
        <w:t>تم کو دنیا میں اس سے بچنا ہے جس کو کہتے ہیں سوئے زن اور حسن زن اچھا گمان کرنا اور برا گمان کرنا تو انسان ہمیشہ دو کے بیچ میں رہتا ہے سوئے زن اور حسن زن یا تو اچھا گمان کرے یا برا گمان کرے</w:t>
      </w:r>
    </w:p>
    <w:p>
      <w:r>
        <w:rPr>
          <w:b/>
        </w:rPr>
        <w:t xml:space="preserve">[06:55] </w:t>
      </w:r>
      <w:r>
        <w:t>yeh hamesha yeh imtehan rehta hai aadmi ko bhi goya yeh ek test hai jo barabar jaari rehta</w:t>
      </w:r>
    </w:p>
    <w:p>
      <w:pPr>
        <w:jc w:val="right"/>
      </w:pPr>
      <w:r>
        <w:t>یہ ہمیشہ یہ امتحان رہتا ہے ادمی کو بھی گویا یہ ایک ٹیسٹ ہے جو برابر جاری رہتا</w:t>
      </w:r>
    </w:p>
    <w:p>
      <w:r>
        <w:rPr>
          <w:b/>
        </w:rPr>
        <w:t xml:space="preserve">[07:03] </w:t>
      </w:r>
      <w:r>
        <w:t>hai hamesha ke cheezon ko aap jab dekhein to cheezon ko aap jab dekhte hain to</w:t>
      </w:r>
    </w:p>
    <w:p>
      <w:pPr>
        <w:jc w:val="right"/>
      </w:pPr>
      <w:r>
        <w:t>ہے ہمیشہ کہ چیزوں کو اپ جب دیکھیں تو چیزوں کو اپ جب دیکھتے ہیں تو</w:t>
      </w:r>
    </w:p>
    <w:p>
      <w:r>
        <w:rPr>
          <w:b/>
        </w:rPr>
        <w:t xml:space="preserve">[07:11] </w:t>
      </w:r>
      <w:r>
        <w:t>kuch pehlu aap ke samne hote hain kuch pehlu aap ke samne nahi hote hain</w:t>
      </w:r>
    </w:p>
    <w:p>
      <w:pPr>
        <w:jc w:val="right"/>
      </w:pPr>
      <w:r>
        <w:t>کچھ پہلو اپ کے سامنے ہوتے ہیں کچھ پہلو اپ کے سامنے نہیں ہوتے ہیں</w:t>
      </w:r>
    </w:p>
    <w:p>
      <w:r>
        <w:rPr>
          <w:b/>
        </w:rPr>
        <w:t xml:space="preserve">[07:17] </w:t>
      </w:r>
      <w:r>
        <w:t>to aap kya karte hain jo pehlu aap ke samne nahi hain us ko include kiye baghair ek</w:t>
      </w:r>
    </w:p>
    <w:p>
      <w:pPr>
        <w:jc w:val="right"/>
      </w:pPr>
      <w:r>
        <w:t>تو اپ کیا کرتے ہیں جو پہلو اپ کے سامنے نہیں ہیں اس کو انکلوڈ کیے بغیر ایک</w:t>
      </w:r>
    </w:p>
    <w:p>
      <w:r>
        <w:rPr>
          <w:b/>
        </w:rPr>
        <w:t xml:space="preserve">[07:22] </w:t>
      </w:r>
      <w:r>
        <w:t>raaye bana lete hain</w:t>
      </w:r>
    </w:p>
    <w:p>
      <w:pPr>
        <w:jc w:val="right"/>
      </w:pPr>
      <w:r>
        <w:t>رائے بنا لیتے ہیں</w:t>
      </w:r>
    </w:p>
    <w:p>
      <w:r>
        <w:rPr>
          <w:b/>
        </w:rPr>
        <w:t xml:space="preserve">[07:25] </w:t>
      </w:r>
      <w:r>
        <w:t>to agar aap ikhlas se aisa keh rahe hain to mein kahoon ga ke woh</w:t>
      </w:r>
    </w:p>
    <w:p>
      <w:pPr>
        <w:jc w:val="right"/>
      </w:pPr>
      <w:r>
        <w:t>تو اگر اپ اخلاص سے ایسا کہہ رہے ہیں تو میں کہوں گا کہ وہ</w:t>
      </w:r>
    </w:p>
    <w:p>
      <w:r>
        <w:rPr>
          <w:b/>
        </w:rPr>
        <w:t xml:space="preserve">[07:31] </w:t>
      </w:r>
      <w:r>
        <w:t>yani agarchay ghalt fehmi hai lekin woh us ke peechay ikhlas shamil hai</w:t>
      </w:r>
    </w:p>
    <w:p>
      <w:pPr>
        <w:jc w:val="right"/>
      </w:pPr>
      <w:r>
        <w:t>یعنی اگرچہ غلط فہمی ہے لیکن وہ اس کے پیچھے اخلاص شامل ہے</w:t>
      </w:r>
    </w:p>
    <w:p>
      <w:r>
        <w:rPr>
          <w:b/>
        </w:rPr>
        <w:t xml:space="preserve">[07:39] </w:t>
      </w:r>
      <w:r>
        <w:t>aur yeh hai ke aap shararat</w:t>
      </w:r>
    </w:p>
    <w:p>
      <w:pPr>
        <w:jc w:val="right"/>
      </w:pPr>
      <w:r>
        <w:t>اور یہ ہے کہ اپ شرارت</w:t>
      </w:r>
    </w:p>
    <w:p>
      <w:r>
        <w:rPr>
          <w:b/>
        </w:rPr>
        <w:t xml:space="preserve">[07:41] </w:t>
      </w:r>
      <w:r>
        <w:t>ke tehat aisa karein khawam khawa dhoond dhoond dhoond kar nikalein aisi cheezein jis mein aadmi ko aap badnaam kar sakte hon to woh bohat buri cheez hai to insan ka imtehan is mein hai ke woh sue zan se bache aur husn zan par qaim rahe</w:t>
      </w:r>
    </w:p>
    <w:p>
      <w:pPr>
        <w:jc w:val="right"/>
      </w:pPr>
      <w:r>
        <w:t>کے تحت ایسا کریں خوامخواہ ڈھونڈ ڈھونڈ ڈھونڈ کر نکالیں ایسی چیزیں جس میں ادمی کو اپ بدنام کر سکتے ہوں تو وہ بہت بری چیز ہے تو انسان کا امتحان اس میں ہے کہ وہ سوئے زن سے بچے اور حسن زن پر قائم رہے</w:t>
      </w:r>
    </w:p>
    <w:p>
      <w:r>
        <w:rPr>
          <w:b/>
        </w:rPr>
        <w:t xml:space="preserve">[08:04] </w:t>
      </w:r>
      <w:r>
        <w:t>is ki ahmiyat bohat ziyada hai</w:t>
      </w:r>
    </w:p>
    <w:p>
      <w:pPr>
        <w:jc w:val="right"/>
      </w:pPr>
      <w:r>
        <w:t>اس کی اہمیت بہت زیادہ ہے</w:t>
      </w:r>
    </w:p>
    <w:p>
      <w:r>
        <w:rPr>
          <w:b/>
        </w:rPr>
        <w:t xml:space="preserve">[08:17] </w:t>
      </w:r>
      <w:r>
        <w:t>insan ke andar dekhiye</w:t>
      </w:r>
    </w:p>
    <w:p>
      <w:pPr>
        <w:jc w:val="right"/>
      </w:pPr>
      <w:r>
        <w:t>انسان کے اندر دیکھیے</w:t>
      </w:r>
    </w:p>
    <w:p>
      <w:r>
        <w:rPr>
          <w:b/>
        </w:rPr>
        <w:t xml:space="preserve">[08:20] </w:t>
      </w:r>
      <w:r>
        <w:t>ek cheez rakhi gayi hai jis ko hum kehte hain ego ya ana</w:t>
      </w:r>
    </w:p>
    <w:p>
      <w:pPr>
        <w:jc w:val="right"/>
      </w:pPr>
      <w:r>
        <w:t>ایک چیز رکھی گئی ہے جس کو ہم کہتے ہیں ایگو یا انا</w:t>
      </w:r>
    </w:p>
    <w:p>
      <w:r>
        <w:rPr>
          <w:b/>
        </w:rPr>
        <w:t xml:space="preserve">[08:25] </w:t>
      </w:r>
      <w:r>
        <w:t>mein ka ehsas</w:t>
      </w:r>
    </w:p>
    <w:p>
      <w:pPr>
        <w:jc w:val="right"/>
      </w:pPr>
      <w:r>
        <w:t>میں کا احساس</w:t>
      </w:r>
    </w:p>
    <w:p>
      <w:r>
        <w:rPr>
          <w:b/>
        </w:rPr>
        <w:t xml:space="preserve">[08:27] </w:t>
      </w:r>
      <w:r>
        <w:t>har aadmi chahta hai ke apne aap ko</w:t>
      </w:r>
    </w:p>
    <w:p>
      <w:pPr>
        <w:jc w:val="right"/>
      </w:pPr>
      <w:r>
        <w:t>ہر ادمی چاہتا ہے کہ اپنے اپ کو</w:t>
      </w:r>
    </w:p>
    <w:p>
      <w:r>
        <w:rPr>
          <w:b/>
        </w:rPr>
        <w:t xml:space="preserve">[08:31] </w:t>
      </w:r>
      <w:r>
        <w:t>bara banaye apne ko bara banane ka ehsas yeh bohat ziyada insan par chhaya rehta hai</w:t>
      </w:r>
    </w:p>
    <w:p>
      <w:pPr>
        <w:jc w:val="right"/>
      </w:pPr>
      <w:r>
        <w:t>بڑا بنائے اپنے کو بڑا بنانے کا احساس یہ بہت زیادہ انسان پر چھایا رہتا ہے</w:t>
      </w:r>
    </w:p>
    <w:p>
      <w:r>
        <w:rPr>
          <w:b/>
        </w:rPr>
        <w:t xml:space="preserve">[08:39] </w:t>
      </w:r>
      <w:r>
        <w:t>bohat ziyada to kuch log aisay hotay hain jo keh detey hain seedhe seedhe jaisay kisi ne kaha</w:t>
      </w:r>
    </w:p>
    <w:p>
      <w:pPr>
        <w:jc w:val="right"/>
      </w:pPr>
      <w:r>
        <w:t>بہت زیادہ تو کچھ لوگ ایسے ہوتے ہیں جو کہہ دیتے ہیں سیدھے سیدھے جیسے کسی نے کہا</w:t>
      </w:r>
    </w:p>
    <w:p>
      <w:r>
        <w:rPr>
          <w:b/>
        </w:rPr>
        <w:t xml:space="preserve">[08:46] </w:t>
      </w:r>
      <w:r>
        <w:t>ke i suffer from ego</w:t>
      </w:r>
    </w:p>
    <w:p>
      <w:pPr>
        <w:jc w:val="right"/>
      </w:pPr>
      <w:r>
        <w:t>کہ ائی سفر فرام ایگو</w:t>
      </w:r>
    </w:p>
    <w:p>
      <w:r>
        <w:rPr>
          <w:b/>
        </w:rPr>
        <w:t xml:space="preserve">[08:50] </w:t>
      </w:r>
      <w:r>
        <w:t>یا I am suffering from ego سیدھے سے کہہ دیتے ہیں ایسے</w:t>
      </w:r>
    </w:p>
    <w:p>
      <w:pPr>
        <w:jc w:val="right"/>
      </w:pPr>
      <w:r>
        <w:t>یا ائی ایم سفرنگ فرام ایگو سیدھے سے کہہ دیتے ہیں ایسے</w:t>
      </w:r>
    </w:p>
    <w:p>
      <w:r>
        <w:rPr>
          <w:b/>
        </w:rPr>
        <w:t xml:space="preserve">[08:54] </w:t>
      </w:r>
      <w:r>
        <w:t>kuch log is tarah kehte nahi lekin</w:t>
      </w:r>
    </w:p>
    <w:p>
      <w:pPr>
        <w:jc w:val="right"/>
      </w:pPr>
      <w:r>
        <w:t>کچھ لوگ اس طرح کہتے نہیں لیکن</w:t>
      </w:r>
    </w:p>
    <w:p>
      <w:r>
        <w:rPr>
          <w:b/>
        </w:rPr>
        <w:t xml:space="preserve">[08:57] </w:t>
      </w:r>
      <w:r>
        <w:t>in direct way mein yeh dikhate hain ke bas mein mein hi</w:t>
      </w:r>
    </w:p>
    <w:p>
      <w:pPr>
        <w:jc w:val="right"/>
      </w:pPr>
      <w:r>
        <w:t>ان ڈائریکٹ وے میں یہ دکھاتے ہیں کہ بس میں میں ہی</w:t>
      </w:r>
    </w:p>
    <w:p>
      <w:r>
        <w:rPr>
          <w:b/>
        </w:rPr>
        <w:t xml:space="preserve">[09:03] </w:t>
      </w:r>
      <w:r>
        <w:t>mein</w:t>
      </w:r>
    </w:p>
    <w:p>
      <w:pPr>
        <w:jc w:val="right"/>
      </w:pPr>
      <w:r>
        <w:t>میں</w:t>
      </w:r>
    </w:p>
    <w:p>
      <w:r>
        <w:rPr>
          <w:b/>
        </w:rPr>
        <w:t xml:space="preserve">[09:04] </w:t>
      </w:r>
      <w:r>
        <w:t>behtar hoon jaise ke aap dekhiye samaj mein aik aam riwaj hai ke jab kisi ka log zikr</w:t>
      </w:r>
    </w:p>
    <w:p>
      <w:pPr>
        <w:jc w:val="right"/>
      </w:pPr>
      <w:r>
        <w:t>بہتر ہوں جیسے کہ اپ دیکھیے سماج میں ایک عام رواج ہے کہ جب کسی کا لوگ ذکر</w:t>
      </w:r>
    </w:p>
    <w:p>
      <w:r>
        <w:rPr>
          <w:b/>
        </w:rPr>
        <w:t xml:space="preserve">[09:11] </w:t>
      </w:r>
      <w:r>
        <w:t>karenge to hamesha us ke koi negative aspect nikal kar kahenge</w:t>
      </w:r>
    </w:p>
    <w:p>
      <w:pPr>
        <w:jc w:val="right"/>
      </w:pPr>
      <w:r>
        <w:t>کریں گے تو ہمیشہ اس کے کوئی نیگیٹیو اسپیکٹ نکال کر کہیں گے</w:t>
      </w:r>
    </w:p>
    <w:p>
      <w:r>
        <w:rPr>
          <w:b/>
        </w:rPr>
        <w:t xml:space="preserve">[09:16] </w:t>
      </w:r>
      <w:r>
        <w:t>bahut hi kam log aisay hain shayad so mein aik se bhi kam jo doosron ka charcha karen</w:t>
      </w:r>
    </w:p>
    <w:p>
      <w:pPr>
        <w:jc w:val="right"/>
      </w:pPr>
      <w:r>
        <w:t>بہت ہی کم لوگ ایسے ہیں شاید سو میں ایک سے بھی کم جو دوسروں کا چرچہ کریں</w:t>
      </w:r>
    </w:p>
    <w:p>
      <w:r>
        <w:rPr>
          <w:b/>
        </w:rPr>
        <w:t xml:space="preserve">[09:23] </w:t>
      </w:r>
      <w:r>
        <w:t>to us ke positive aspect ko bayan karen hamesha negative aspect ko bayan karenge yeh aam habit</w:t>
      </w:r>
    </w:p>
    <w:p>
      <w:pPr>
        <w:jc w:val="right"/>
      </w:pPr>
      <w:r>
        <w:t>تو اس کے پازیٹیو اسپیکٹ کو بیان کریں ہمیشہ نیگیٹیو اسپیکٹ کو بیان کریں گے یہ عام ہیبٹ</w:t>
      </w:r>
    </w:p>
    <w:p>
      <w:r>
        <w:rPr>
          <w:b/>
        </w:rPr>
        <w:t xml:space="preserve">[09:29] </w:t>
      </w:r>
      <w:r>
        <w:t>bani hui hai</w:t>
      </w:r>
    </w:p>
    <w:p>
      <w:pPr>
        <w:jc w:val="right"/>
      </w:pPr>
      <w:r>
        <w:t>بنی ہوئی ہے</w:t>
      </w:r>
    </w:p>
    <w:p>
      <w:r>
        <w:rPr>
          <w:b/>
        </w:rPr>
        <w:t xml:space="preserve">[09:31] </w:t>
      </w:r>
      <w:r>
        <w:t>aap kahin bhi jaen yahan se le kar aap Europe America tak chale jaen sab log yahi karen</w:t>
      </w:r>
    </w:p>
    <w:p>
      <w:pPr>
        <w:jc w:val="right"/>
      </w:pPr>
      <w:r>
        <w:t>اپ کہیں بھی جائیں یہاں سے لے کر اپ یورپ امریکہ تک چلے جائیے سب لوگ یہی کریں</w:t>
      </w:r>
    </w:p>
    <w:p>
      <w:r>
        <w:rPr>
          <w:b/>
        </w:rPr>
        <w:t xml:space="preserve">[09:37] </w:t>
      </w:r>
      <w:r>
        <w:t>ge ke doosre ka charcha karenge to us ke aik negative aspect ko le kar ke</w:t>
      </w:r>
    </w:p>
    <w:p>
      <w:pPr>
        <w:jc w:val="right"/>
      </w:pPr>
      <w:r>
        <w:t>گے کہ دوسرے کا چرچہ کریں گے تو اس کے ایک نیگیٹیو اسپیکٹ کو لے کر کے</w:t>
      </w:r>
    </w:p>
    <w:p>
      <w:r>
        <w:rPr>
          <w:b/>
        </w:rPr>
        <w:t xml:space="preserve">[09:43] </w:t>
      </w:r>
      <w:r>
        <w:t>mein sochta tha ke akhir insan aisa kyun karta hai</w:t>
      </w:r>
    </w:p>
    <w:p>
      <w:pPr>
        <w:jc w:val="right"/>
      </w:pPr>
      <w:r>
        <w:t>میں سوچتا تھا کہ اخر انسان ایسا کیوں کرتا ہے</w:t>
      </w:r>
    </w:p>
    <w:p>
      <w:r>
        <w:rPr>
          <w:b/>
        </w:rPr>
        <w:t xml:space="preserve">[09:47] </w:t>
      </w:r>
      <w:r>
        <w:t>kyun negative aspect dhoondta hai</w:t>
      </w:r>
    </w:p>
    <w:p>
      <w:pPr>
        <w:jc w:val="right"/>
      </w:pPr>
      <w:r>
        <w:t>کیوں نیگیٹیو اسپیکٹ ڈھونڈتا ہے</w:t>
      </w:r>
    </w:p>
    <w:p>
      <w:r>
        <w:rPr>
          <w:b/>
        </w:rPr>
        <w:t xml:space="preserve">[09:50] </w:t>
      </w:r>
      <w:r>
        <w:t>yani 99 achhe aspect hon tab bhi woh ek aspect agar hai to usi ko le kar le kar woh bayan karega aam yeh riwaj hai</w:t>
      </w:r>
    </w:p>
    <w:p>
      <w:pPr>
        <w:jc w:val="right"/>
      </w:pPr>
      <w:r>
        <w:t>یعنی 99 اچھے اسپیکٹ ہوں تب بھی وہ ایک اسپیکٹ اگر ہے تو اسی کو لے کر لے کر وہ بیان کرے گا عام یہ رواج ہے</w:t>
      </w:r>
    </w:p>
    <w:p>
      <w:r>
        <w:rPr>
          <w:b/>
        </w:rPr>
        <w:t xml:space="preserve">[10:04] </w:t>
      </w:r>
      <w:r>
        <w:t>to meri samajh mein aaya ke yeh bhi darasal egoism hai yani apni superiority ko bayan karne ke liye ek shakal yeh hai ke shaitan ki boli bolein aap ana khairun min mein is se superior hoon mein is se achha hoon</w:t>
      </w:r>
    </w:p>
    <w:p>
      <w:pPr>
        <w:jc w:val="right"/>
      </w:pPr>
      <w:r>
        <w:t>تو میری سمجھ میں ایا کہ یہ بھی دراصل ایگوئزم ہے یعنی اپنی سپیریٹیو کو بیان کرنے کے لیے ایک شکل یہ ہے کہ شیطان کی بولی بولیں اپ انا خیر من میں اس سے سپیریئر ہوں میں اس سے اچھا ہوں</w:t>
      </w:r>
    </w:p>
    <w:p>
      <w:r>
        <w:rPr>
          <w:b/>
        </w:rPr>
        <w:t xml:space="preserve">[10:25] </w:t>
      </w:r>
      <w:r>
        <w:t>to aik shakal yeh hai ke seedhe seedhe aap bolen</w:t>
      </w:r>
    </w:p>
    <w:p>
      <w:pPr>
        <w:jc w:val="right"/>
      </w:pPr>
      <w:r>
        <w:t>تو ایک شکل یہ ہے کہ سیدھے سیدھے اپ بولیں</w:t>
      </w:r>
    </w:p>
    <w:p>
      <w:r>
        <w:rPr>
          <w:b/>
        </w:rPr>
        <w:t xml:space="preserve">[10:28] </w:t>
      </w:r>
      <w:r>
        <w:t>ke mein bara hoon mein acha hoon mein superior hoon to is Satan ne aisa kaha tha</w:t>
      </w:r>
    </w:p>
    <w:p>
      <w:pPr>
        <w:jc w:val="right"/>
      </w:pPr>
      <w:r>
        <w:t>کہ میں بڑا ہوں میں اچھا ہوں میں سپیریئر ہوں تو اس سیٹن نے ایسا کہا تھا</w:t>
      </w:r>
    </w:p>
    <w:p>
      <w:r>
        <w:rPr>
          <w:b/>
        </w:rPr>
        <w:t xml:space="preserve">[10:35] </w:t>
      </w:r>
      <w:r>
        <w:t>doosri shakal jo hai woh</w:t>
      </w:r>
    </w:p>
    <w:p>
      <w:pPr>
        <w:jc w:val="right"/>
      </w:pPr>
      <w:r>
        <w:t>دوسری شکل جو ہے وہ</w:t>
      </w:r>
    </w:p>
    <w:p>
      <w:r>
        <w:rPr>
          <w:b/>
        </w:rPr>
        <w:t xml:space="preserve">[10:38] </w:t>
      </w:r>
      <w:r>
        <w:t>woh in direct way mein kehna</w:t>
      </w:r>
    </w:p>
    <w:p>
      <w:pPr>
        <w:jc w:val="right"/>
      </w:pPr>
      <w:r>
        <w:t>وہ ان ڈائریکٹ وے میں کہنا</w:t>
      </w:r>
    </w:p>
    <w:p>
      <w:r>
        <w:rPr>
          <w:b/>
        </w:rPr>
        <w:t xml:space="preserve">[10:41] </w:t>
      </w:r>
      <w:r>
        <w:t>ke jab aap doosre ki burai bayan karte hain to kya hai in direct way mein aap yeh</w:t>
      </w:r>
    </w:p>
    <w:p>
      <w:pPr>
        <w:jc w:val="right"/>
      </w:pPr>
      <w:r>
        <w:t>کہ جب اپ دوسرے کی برائی بیان کرتے ہیں تو کیا ہے ان ڈائریکٹ وے میں اپ یہ</w:t>
      </w:r>
    </w:p>
    <w:p>
      <w:r>
        <w:rPr>
          <w:b/>
        </w:rPr>
        <w:t xml:space="preserve">[10:47] </w:t>
      </w:r>
      <w:r>
        <w:t>establish kar rahe hote hain ke mein is se acha hoon mein is se superior hoon mein is</w:t>
      </w:r>
    </w:p>
    <w:p>
      <w:pPr>
        <w:jc w:val="right"/>
      </w:pPr>
      <w:r>
        <w:t>اسٹیبلش کر رہے ہوتے ہیں کہ میں اس سے اچھا ہوں میں اس سے سپیریئر ہوں میں اس</w:t>
      </w:r>
    </w:p>
    <w:p>
      <w:r>
        <w:rPr>
          <w:b/>
        </w:rPr>
        <w:t xml:space="preserve">[10:53] </w:t>
      </w:r>
      <w:r>
        <w:t>se better hoon in direct way mein to mein samajhta hoon ke dono mein bahut ziyada farq nahi</w:t>
      </w:r>
    </w:p>
    <w:p>
      <w:pPr>
        <w:jc w:val="right"/>
      </w:pPr>
      <w:r>
        <w:t>سے بیٹر ہوں ان ڈائریکٹ وے میں تو میں سمجھتا ہوں کہ دونوں میں بہت زیادہ فرق نہیں</w:t>
      </w:r>
    </w:p>
    <w:p>
      <w:r>
        <w:rPr>
          <w:b/>
        </w:rPr>
        <w:t xml:space="preserve">[10:59] </w:t>
      </w:r>
      <w:r>
        <w:t>hai khule taur par yeh kehna ke mein superior hoon</w:t>
      </w:r>
    </w:p>
    <w:p>
      <w:pPr>
        <w:jc w:val="right"/>
      </w:pPr>
      <w:r>
        <w:t>ہے کھلے طور پر یہ کہنا کہ میں سپیریئر ہوں</w:t>
      </w:r>
    </w:p>
    <w:p>
      <w:r>
        <w:rPr>
          <w:b/>
        </w:rPr>
        <w:t xml:space="preserve">[11:05] </w:t>
      </w:r>
      <w:r>
        <w:t>yeh agar direct way mein kehna hai to doosre ki buraiyan</w:t>
      </w:r>
    </w:p>
    <w:p>
      <w:pPr>
        <w:jc w:val="right"/>
      </w:pPr>
      <w:r>
        <w:t>یہ اگر ڈائریکٹ وے میں کہنا ہے تو دوسرے کی برائیاں</w:t>
      </w:r>
    </w:p>
    <w:p>
      <w:r>
        <w:rPr>
          <w:b/>
        </w:rPr>
        <w:t xml:space="preserve">[11:10] </w:t>
      </w:r>
      <w:r>
        <w:t>dhoondna doosre ki buraiyan bayan karna yeh in direct way mein kehna hai ke woh kam hai mein</w:t>
      </w:r>
    </w:p>
    <w:p>
      <w:pPr>
        <w:jc w:val="right"/>
      </w:pPr>
      <w:r>
        <w:t>ڈھونڈنا دوسرے کی برائیاں بیان کرنا یہ ان ڈائریکٹ وے میں کہنا ہے کہ وہ کم ہے میں</w:t>
      </w:r>
    </w:p>
    <w:p>
      <w:r>
        <w:rPr>
          <w:b/>
        </w:rPr>
        <w:t xml:space="preserve">[11:18] </w:t>
      </w:r>
      <w:r>
        <w:t>ziyada hoon woh inferior hai mein superior hoon woh bura hai mein acha hoon</w:t>
      </w:r>
    </w:p>
    <w:p>
      <w:pPr>
        <w:jc w:val="right"/>
      </w:pPr>
      <w:r>
        <w:t>زیادہ ہوں وہ انفیریئر ہے میں سپیریئر ہوں وہ برا ہے میں اچھا ہوں</w:t>
      </w:r>
    </w:p>
    <w:p>
      <w:r>
        <w:rPr>
          <w:b/>
        </w:rPr>
        <w:t xml:space="preserve">[11:24] </w:t>
      </w:r>
      <w:r>
        <w:t>mein samajhta hoon ke yeh burai bahut phaili hui hai hamare samaj mein</w:t>
      </w:r>
    </w:p>
    <w:p>
      <w:pPr>
        <w:jc w:val="right"/>
      </w:pPr>
      <w:r>
        <w:t>میں سمجھتا ہوں کہ یہ برائی بہت پھیلی ہوئی ہے ہمارے سماج میں</w:t>
      </w:r>
    </w:p>
    <w:p>
      <w:r>
        <w:rPr>
          <w:b/>
        </w:rPr>
        <w:t xml:space="preserve">[11:29] </w:t>
      </w:r>
      <w:r>
        <w:t>jab bhi kisi se baat kijiye to us ki burai ko nikal kar kahega</w:t>
      </w:r>
    </w:p>
    <w:p>
      <w:pPr>
        <w:jc w:val="right"/>
      </w:pPr>
      <w:r>
        <w:t>جب بھی کسی سے بات کیجئے تو اس کی برائی کو نکال کر کہے گا</w:t>
      </w:r>
    </w:p>
    <w:p>
      <w:r>
        <w:rPr>
          <w:b/>
        </w:rPr>
        <w:t xml:space="preserve">[11:36] </w:t>
      </w:r>
      <w:r>
        <w:t>yeh bahut hi ziyada gunah ki baat hai</w:t>
      </w:r>
    </w:p>
    <w:p>
      <w:pPr>
        <w:jc w:val="right"/>
      </w:pPr>
      <w:r>
        <w:t>یہ بہت ہی زیادہ گناہ کی بات ہے</w:t>
      </w:r>
    </w:p>
    <w:p>
      <w:r>
        <w:rPr>
          <w:b/>
        </w:rPr>
        <w:t xml:space="preserve">[11:40] </w:t>
      </w:r>
      <w:r>
        <w:t>agar sach much koi mukhlis hai to Allah taala ke haan uski maafi ho jaye gi lekin</w:t>
      </w:r>
    </w:p>
    <w:p>
      <w:pPr>
        <w:jc w:val="right"/>
      </w:pPr>
      <w:r>
        <w:t>اگر سچ مچ کوئی مخلص ہے تو اللہ تعالی کے ہاں اس کی معافی ہو جائے گی لیکن</w:t>
      </w:r>
    </w:p>
    <w:p>
      <w:r>
        <w:rPr>
          <w:b/>
        </w:rPr>
        <w:t xml:space="preserve">[11:45] </w:t>
      </w:r>
      <w:r>
        <w:t>yeh behal ek aisi cheez se bachna chahiye</w:t>
      </w:r>
    </w:p>
    <w:p>
      <w:pPr>
        <w:jc w:val="right"/>
      </w:pPr>
      <w:r>
        <w:t>یہ بہرحال ایک ایسی چیز سے بچنا چاہیے</w:t>
      </w:r>
    </w:p>
    <w:p>
      <w:r>
        <w:rPr>
          <w:b/>
        </w:rPr>
        <w:t xml:space="preserve">[11:49] </w:t>
      </w:r>
      <w:r>
        <w:t>quran mein hai</w:t>
      </w:r>
    </w:p>
    <w:p>
      <w:pPr>
        <w:jc w:val="right"/>
      </w:pPr>
      <w:r>
        <w:t>قران میں ہے</w:t>
      </w:r>
    </w:p>
    <w:p>
      <w:r>
        <w:rPr>
          <w:b/>
        </w:rPr>
        <w:t xml:space="preserve">[11:51] </w:t>
      </w:r>
      <w:r>
        <w:t>ke ya ayyuha allazina amanu ajtambo</w:t>
      </w:r>
    </w:p>
    <w:p>
      <w:pPr>
        <w:jc w:val="right"/>
      </w:pPr>
      <w:r>
        <w:t>کہ یا ایہا الذین امنو اجتنبو</w:t>
      </w:r>
    </w:p>
    <w:p>
      <w:r>
        <w:rPr>
          <w:b/>
        </w:rPr>
        <w:t xml:space="preserve">[11:56] </w:t>
      </w:r>
      <w:r>
        <w:t>kathiran minn az-zann inna ba'da az-zanni ithmun aey iman walo</w:t>
      </w:r>
    </w:p>
    <w:p>
      <w:pPr>
        <w:jc w:val="right"/>
      </w:pPr>
      <w:r>
        <w:t>کثیرا من زن ان بعض زن اسم اے ایمان والو</w:t>
      </w:r>
    </w:p>
    <w:p>
      <w:r>
        <w:rPr>
          <w:b/>
        </w:rPr>
        <w:t xml:space="preserve">[12:04] </w:t>
      </w:r>
      <w:r>
        <w:t>ghalat fehmi se bacho</w:t>
      </w:r>
    </w:p>
    <w:p>
      <w:pPr>
        <w:jc w:val="right"/>
      </w:pPr>
      <w:r>
        <w:t>غلط فہمی سے بچو</w:t>
      </w:r>
    </w:p>
    <w:p>
      <w:r>
        <w:rPr>
          <w:b/>
        </w:rPr>
        <w:t xml:space="preserve">[12:07] </w:t>
      </w:r>
      <w:r>
        <w:t>su-e-zan se bacho badgumani se bacho</w:t>
      </w:r>
    </w:p>
    <w:p>
      <w:pPr>
        <w:jc w:val="right"/>
      </w:pPr>
      <w:r>
        <w:t>سوئے زن سے بچو بدگمانی سے بچو</w:t>
      </w:r>
    </w:p>
    <w:p>
      <w:r>
        <w:rPr>
          <w:b/>
        </w:rPr>
        <w:t xml:space="preserve">[12:11] </w:t>
      </w:r>
      <w:r>
        <w:t>kyunke baaz badgumani gunah hoti hai</w:t>
      </w:r>
    </w:p>
    <w:p>
      <w:pPr>
        <w:jc w:val="right"/>
      </w:pPr>
      <w:r>
        <w:t>کیونکہ بعض بدگمانی گناہ ہوتی ہے</w:t>
      </w:r>
    </w:p>
    <w:p>
      <w:r>
        <w:rPr>
          <w:b/>
        </w:rPr>
        <w:t xml:space="preserve">[12:16] </w:t>
      </w:r>
      <w:r>
        <w:t>baaz se murad kon hai jiske peeche intention shamil ho jaye</w:t>
      </w:r>
    </w:p>
    <w:p>
      <w:pPr>
        <w:jc w:val="right"/>
      </w:pPr>
      <w:r>
        <w:t>بعض سے مراد کون ہے جس کے پیچھے انٹینشن شامل ہو جائے</w:t>
      </w:r>
    </w:p>
    <w:p>
      <w:r>
        <w:rPr>
          <w:b/>
        </w:rPr>
        <w:t xml:space="preserve">[12:21] </w:t>
      </w:r>
      <w:r>
        <w:t>yani baaz badgumani jo</w:t>
      </w:r>
    </w:p>
    <w:p>
      <w:pPr>
        <w:jc w:val="right"/>
      </w:pPr>
      <w:r>
        <w:t>یعنی بعض بدگمانی جو</w:t>
      </w:r>
    </w:p>
    <w:p>
      <w:r>
        <w:rPr>
          <w:b/>
        </w:rPr>
        <w:t xml:space="preserve">[12:24] </w:t>
      </w:r>
      <w:r>
        <w:t>jo jis mein intention shamil nahi hoti to woh bhi agarche ghalat hai lekin woh Allah taala is</w:t>
      </w:r>
    </w:p>
    <w:p>
      <w:pPr>
        <w:jc w:val="right"/>
      </w:pPr>
      <w:r>
        <w:t>جو جس میں انٹینشن شامل نہیں ہوتی تو وہ بھی اگرچہ غلط ہے لیکن وہ اللہ تعالی اس</w:t>
      </w:r>
    </w:p>
    <w:p>
      <w:r>
        <w:rPr>
          <w:b/>
        </w:rPr>
        <w:t xml:space="preserve">[12:31] </w:t>
      </w:r>
      <w:r>
        <w:t>ko maaf kar de ga lekin woh badgumani jis mein intention shamil ho jaye ke kisi ko necha</w:t>
      </w:r>
    </w:p>
    <w:p>
      <w:pPr>
        <w:jc w:val="right"/>
      </w:pPr>
      <w:r>
        <w:t>کو معاف کر دے گا لیکن وہ بدگمانی جس میں انٹینشن شامل ہو جائے کہ کسی کو نیچا</w:t>
      </w:r>
    </w:p>
    <w:p>
      <w:r>
        <w:rPr>
          <w:b/>
        </w:rPr>
        <w:t xml:space="preserve">[12:37] </w:t>
      </w:r>
      <w:r>
        <w:t>dikhana yeh maqsood ho aap ka intentionally to woh to bohat hi bara gunah hai woh to qabil</w:t>
      </w:r>
    </w:p>
    <w:p>
      <w:pPr>
        <w:jc w:val="right"/>
      </w:pPr>
      <w:r>
        <w:t>دکھانا یہ مقصود ہو اپ کا انٹینشنلی تو وہ تو بہت ہی بڑا گناہ ہے وہ تو قابل</w:t>
      </w:r>
    </w:p>
    <w:p>
      <w:r>
        <w:rPr>
          <w:b/>
        </w:rPr>
        <w:t xml:space="preserve">[12:44] </w:t>
      </w:r>
      <w:r>
        <w:t>e maafi nahi hai</w:t>
      </w:r>
    </w:p>
    <w:p>
      <w:pPr>
        <w:jc w:val="right"/>
      </w:pPr>
      <w:r>
        <w:t>معافی نہیں ہے</w:t>
      </w:r>
    </w:p>
    <w:p>
      <w:r>
        <w:rPr>
          <w:b/>
        </w:rPr>
        <w:t xml:space="preserve">[12:55] </w:t>
      </w:r>
      <w:r>
        <w:t>is subject par aaj mein soch raha tha</w:t>
      </w:r>
    </w:p>
    <w:p>
      <w:pPr>
        <w:jc w:val="right"/>
      </w:pPr>
      <w:r>
        <w:t>اس سبجیکٹ پر اج میں سوچ رہا تھا</w:t>
      </w:r>
    </w:p>
    <w:p>
      <w:r>
        <w:rPr>
          <w:b/>
        </w:rPr>
        <w:t xml:space="preserve">[12:59] </w:t>
      </w:r>
      <w:r>
        <w:t>to ek baat samajh mein aayi</w:t>
      </w:r>
    </w:p>
    <w:p>
      <w:pPr>
        <w:jc w:val="right"/>
      </w:pPr>
      <w:r>
        <w:t>تو ایک بات سمجھ میں ائی</w:t>
      </w:r>
    </w:p>
    <w:p>
      <w:r>
        <w:rPr>
          <w:b/>
        </w:rPr>
        <w:t xml:space="preserve">[13:04] </w:t>
      </w:r>
      <w:r>
        <w:t>aaj hi Islam ki history mein dekhiye</w:t>
      </w:r>
    </w:p>
    <w:p>
      <w:pPr>
        <w:jc w:val="right"/>
      </w:pPr>
      <w:r>
        <w:t>اج ہی اسلام کی ہسٹری میں دیکھیے</w:t>
      </w:r>
    </w:p>
    <w:p>
      <w:r>
        <w:rPr>
          <w:b/>
        </w:rPr>
        <w:t xml:space="preserve">[13:09] </w:t>
      </w:r>
      <w:r>
        <w:t>ek bohat bara waqia hua shuru zamaney mein</w:t>
      </w:r>
    </w:p>
    <w:p>
      <w:pPr>
        <w:jc w:val="right"/>
      </w:pPr>
      <w:r>
        <w:t>ایک بہت بڑا واقعہ ہوا شروع زمانے میں</w:t>
      </w:r>
    </w:p>
    <w:p>
      <w:r>
        <w:rPr>
          <w:b/>
        </w:rPr>
        <w:t xml:space="preserve">[13:13] </w:t>
      </w:r>
      <w:r>
        <w:t>jo logon ko bohat zyada pareshan kiya rehta hai</w:t>
      </w:r>
    </w:p>
    <w:p>
      <w:pPr>
        <w:jc w:val="right"/>
      </w:pPr>
      <w:r>
        <w:t>جو لوگوں کو بہت زیادہ پریشان کیا رہتا ہے</w:t>
      </w:r>
    </w:p>
    <w:p>
      <w:r>
        <w:rPr>
          <w:b/>
        </w:rPr>
        <w:t xml:space="preserve">[13:17] </w:t>
      </w:r>
      <w:r>
        <w:t>woh kya khilafat rashida ke aakhri zamaney mein rasool Allah ke do sahabi ke darmiyan ladai ho gayi</w:t>
      </w:r>
    </w:p>
    <w:p>
      <w:pPr>
        <w:jc w:val="right"/>
      </w:pPr>
      <w:r>
        <w:t>وہ کیا خلافت راشدہ کے اخری زمانے میں رسول اللہ کے دو صحابی کے درمیان لڑائی ہوگئی</w:t>
      </w:r>
    </w:p>
    <w:p>
      <w:r>
        <w:rPr>
          <w:b/>
        </w:rPr>
        <w:t xml:space="preserve">[13:26] </w:t>
      </w:r>
      <w:r>
        <w:t>yani Ali ibn Abi Talib aur Muawiya ibn Abi Sufyan dono sahabi the dono ba-khatir ladai hui</w:t>
      </w:r>
    </w:p>
    <w:p>
      <w:pPr>
        <w:jc w:val="right"/>
      </w:pPr>
      <w:r>
        <w:t>یعنی علی ابن ابی طالب اور معاویہ ابن ابی سفیان دونوں صحابی تھے دونوں باخاطر لڑائی ہوئی</w:t>
      </w:r>
    </w:p>
    <w:p>
      <w:r>
        <w:rPr>
          <w:b/>
        </w:rPr>
        <w:t xml:space="preserve">[13:37] </w:t>
      </w:r>
      <w:r>
        <w:t>jang hui dono mein</w:t>
      </w:r>
    </w:p>
    <w:p>
      <w:pPr>
        <w:jc w:val="right"/>
      </w:pPr>
      <w:r>
        <w:t>جنگ ہوئی دونوں میں</w:t>
      </w:r>
    </w:p>
    <w:p>
      <w:r>
        <w:rPr>
          <w:b/>
        </w:rPr>
        <w:t xml:space="preserve">[13:39] </w:t>
      </w:r>
      <w:r>
        <w:t>to yeh tareekh ka ek sawal hai</w:t>
      </w:r>
    </w:p>
    <w:p>
      <w:pPr>
        <w:jc w:val="right"/>
      </w:pPr>
      <w:r>
        <w:t>تو یہ تاریخ کا ایک سوال ہے</w:t>
      </w:r>
    </w:p>
    <w:p>
      <w:r>
        <w:rPr>
          <w:b/>
        </w:rPr>
        <w:t xml:space="preserve">[13:44] </w:t>
      </w:r>
      <w:r>
        <w:t>hazaar saal se chouda sau saal se log is par behas karte rahe hain ke</w:t>
      </w:r>
    </w:p>
    <w:p>
      <w:pPr>
        <w:jc w:val="right"/>
      </w:pPr>
      <w:r>
        <w:t>ہزار سال سے چودہ سو سال سے لوگ اس پر بحث کرتے رہے ہیں کہ</w:t>
      </w:r>
    </w:p>
    <w:p>
      <w:r>
        <w:rPr>
          <w:b/>
        </w:rPr>
        <w:t xml:space="preserve">[13:49] </w:t>
      </w:r>
      <w:r>
        <w:t>aisa kyun hua</w:t>
      </w:r>
    </w:p>
    <w:p>
      <w:pPr>
        <w:jc w:val="right"/>
      </w:pPr>
      <w:r>
        <w:t>ایسا کیوں ہوا</w:t>
      </w:r>
    </w:p>
    <w:p>
      <w:r>
        <w:rPr>
          <w:b/>
        </w:rPr>
        <w:t xml:space="preserve">[13:53] </w:t>
      </w:r>
      <w:r>
        <w:t>to meri samajh mein yeh baat aayi ke is mein Allah taala unhein dikhaya ke conditioning kitni ziyada sangin cheez hoti hai conditioning yani mخلص aadmi bhi conditioning ki wajah se ek bhari ghalati kar sakta hai to wahan kya mamla tha</w:t>
      </w:r>
    </w:p>
    <w:p>
      <w:pPr>
        <w:jc w:val="right"/>
      </w:pPr>
      <w:r>
        <w:t>تو میری سمجھ میں یہ بات ائی کہ اس میں اللہ تعالی انہیں دکھایا کہ کنڈیشننگ کتنی زیادہ سنگین چیز ہوتی ہے کنڈیشننگ یعنی مخلص ادمی بھی کنڈیشننگ کی وجہ سے ایک بھاری غلطی کر سکتا ہے تو وہاں کیا معاملہ تھا</w:t>
      </w:r>
    </w:p>
    <w:p>
      <w:r>
        <w:rPr>
          <w:b/>
        </w:rPr>
        <w:t xml:space="preserve">[14:17] </w:t>
      </w:r>
      <w:r>
        <w:t>dono jahan tak mein samajhta hoon wallah o alam bis sawab</w:t>
      </w:r>
    </w:p>
    <w:p>
      <w:pPr>
        <w:jc w:val="right"/>
      </w:pPr>
      <w:r>
        <w:t>دونوں جہاں تک میں سمجھتا ہوں واللہ عالم بالثواب</w:t>
      </w:r>
    </w:p>
    <w:p>
      <w:r>
        <w:rPr>
          <w:b/>
        </w:rPr>
        <w:t xml:space="preserve">[14:21] </w:t>
      </w:r>
      <w:r>
        <w:t>Allah ko zyada maloom hai lekin apni insani samajh se jo mein jaan paya hoon woh yeh hai</w:t>
      </w:r>
    </w:p>
    <w:p>
      <w:pPr>
        <w:jc w:val="right"/>
      </w:pPr>
      <w:r>
        <w:t>اللہ کو زیادہ معلوم ہے لیکن اپنی انسانی سمجھ سے جو میں جان پایا ہوں وہ یہ ہے</w:t>
      </w:r>
    </w:p>
    <w:p>
      <w:r>
        <w:rPr>
          <w:b/>
        </w:rPr>
        <w:t xml:space="preserve">[14:29] </w:t>
      </w:r>
      <w:r>
        <w:t>ke dono ki alag alag conditioning thi</w:t>
      </w:r>
    </w:p>
    <w:p>
      <w:pPr>
        <w:jc w:val="right"/>
      </w:pPr>
      <w:r>
        <w:t>کہ دونوں کی الگ الگ کنڈیشننگ تھی</w:t>
      </w:r>
    </w:p>
    <w:p>
      <w:r>
        <w:rPr>
          <w:b/>
        </w:rPr>
        <w:t xml:space="preserve">[14:34] </w:t>
      </w:r>
      <w:r>
        <w:t>yani Hazrat Muawiya jo the unki conditioning kya thi ke Hazrat Usman ko jo qatal ho gaya</w:t>
      </w:r>
    </w:p>
    <w:p>
      <w:pPr>
        <w:jc w:val="right"/>
      </w:pPr>
      <w:r>
        <w:t>یعنی حضرت معاویہ جو تھے ان کی کنڈیشننگ کیا تھی کہ حضرت عثمان کو جو قتل ہو گیا</w:t>
      </w:r>
    </w:p>
    <w:p>
      <w:r>
        <w:rPr>
          <w:b/>
        </w:rPr>
        <w:t xml:space="preserve">[14:40] </w:t>
      </w:r>
      <w:r>
        <w:t>tha to hazrat usman thay bano umiya kay yani muawiya kay kay qabeelay kay</w:t>
      </w:r>
    </w:p>
    <w:p>
      <w:pPr>
        <w:jc w:val="right"/>
      </w:pPr>
      <w:r>
        <w:t>تھا تو حضرت عثمان تھے بنو امیہ کے یعنی معاویہ کے کے قبیلے کے</w:t>
      </w:r>
    </w:p>
    <w:p>
      <w:r>
        <w:rPr>
          <w:b/>
        </w:rPr>
        <w:t xml:space="preserve">[14:48] </w:t>
      </w:r>
      <w:r>
        <w:t>to arbon mein jo chala aa raha tha sainkaron saal say jo riwaj</w:t>
      </w:r>
    </w:p>
    <w:p>
      <w:pPr>
        <w:jc w:val="right"/>
      </w:pPr>
      <w:r>
        <w:t>تو عربوں میں جو چلا ا رہا تھا سینکڑوں سال سے جو رواج</w:t>
      </w:r>
    </w:p>
    <w:p>
      <w:r>
        <w:rPr>
          <w:b/>
        </w:rPr>
        <w:t xml:space="preserve">[14:54] </w:t>
      </w:r>
      <w:r>
        <w:t>kay agar koi kisi ko qatal kar day to qatil jo hai wo maktul qabeelay ko hawala kiya</w:t>
      </w:r>
    </w:p>
    <w:p>
      <w:pPr>
        <w:jc w:val="right"/>
      </w:pPr>
      <w:r>
        <w:t>کہ اگر کوئی کسی کو قتل کر دے تو قاتل جو ہے وہ مقتول قبیلے کو حوالہ کیا</w:t>
      </w:r>
    </w:p>
    <w:p>
      <w:r>
        <w:rPr>
          <w:b/>
        </w:rPr>
        <w:t xml:space="preserve">[15:01] </w:t>
      </w:r>
      <w:r>
        <w:t>jaye maktul</w:t>
      </w:r>
    </w:p>
    <w:p>
      <w:pPr>
        <w:jc w:val="right"/>
      </w:pPr>
      <w:r>
        <w:t>جائے مقتول</w:t>
      </w:r>
    </w:p>
    <w:p>
      <w:r>
        <w:rPr>
          <w:b/>
        </w:rPr>
        <w:t xml:space="preserve">[15:04] </w:t>
      </w:r>
      <w:r>
        <w:t>qabeelay ko diya jaye wo</w:t>
      </w:r>
    </w:p>
    <w:p>
      <w:pPr>
        <w:jc w:val="right"/>
      </w:pPr>
      <w:r>
        <w:t>قبیلے کو دیا جائے وہ</w:t>
      </w:r>
    </w:p>
    <w:p>
      <w:r>
        <w:rPr>
          <w:b/>
        </w:rPr>
        <w:t xml:space="preserve">[15:07] </w:t>
      </w:r>
      <w:r>
        <w:t>yeh riwaj chala aa raha tha to in ka mutalba tha kay jo maktul hai wo to chala</w:t>
      </w:r>
    </w:p>
    <w:p>
      <w:pPr>
        <w:jc w:val="right"/>
      </w:pPr>
      <w:r>
        <w:t>یہ رواج چلا ا رہا تھا تو ان کا مطالبہ تھا کہ جو مقتول ہے وہ تو چلا</w:t>
      </w:r>
    </w:p>
    <w:p>
      <w:r>
        <w:rPr>
          <w:b/>
        </w:rPr>
        <w:t xml:space="preserve">[15:15] </w:t>
      </w:r>
      <w:r>
        <w:t>gaya dunya say lekin qatil jo zinda hai</w:t>
      </w:r>
    </w:p>
    <w:p>
      <w:pPr>
        <w:jc w:val="right"/>
      </w:pPr>
      <w:r>
        <w:t>گیا دنیا سے لیکن قاتل جو زندہ ہے</w:t>
      </w:r>
    </w:p>
    <w:p>
      <w:r>
        <w:rPr>
          <w:b/>
        </w:rPr>
        <w:t xml:space="preserve">[15:19] </w:t>
      </w:r>
      <w:r>
        <w:t>wo humain hawala kiya jaye</w:t>
      </w:r>
    </w:p>
    <w:p>
      <w:pPr>
        <w:jc w:val="right"/>
      </w:pPr>
      <w:r>
        <w:t>وہ ہمیں حوالے کیا جائے</w:t>
      </w:r>
    </w:p>
    <w:p>
      <w:r>
        <w:rPr>
          <w:b/>
        </w:rPr>
        <w:t xml:space="preserve">[15:22] </w:t>
      </w:r>
      <w:r>
        <w:t>wo hamaray hawala kiya jaye hazrat ali kehtay thay kay abhi hukumat khilafat mustahkam nahi hui establish nahi</w:t>
      </w:r>
    </w:p>
    <w:p>
      <w:pPr>
        <w:jc w:val="right"/>
      </w:pPr>
      <w:r>
        <w:t>وہ ہمارے حوالے کیا جائے حضرت علی کہتے تھے کہ ابھی حکومت خلافت مستحکم نہیں ہوئی اسٹیبلش نہیں</w:t>
      </w:r>
    </w:p>
    <w:p>
      <w:r>
        <w:rPr>
          <w:b/>
        </w:rPr>
        <w:t xml:space="preserve">[15:29] </w:t>
      </w:r>
      <w:r>
        <w:t>hui hai usay establish honay do phir yeh mamla adalati tor par kiya jaye ga lekin apni conditioning</w:t>
      </w:r>
    </w:p>
    <w:p>
      <w:pPr>
        <w:jc w:val="right"/>
      </w:pPr>
      <w:r>
        <w:t>ہوئی ہے اسے اسٹیبل ہونے دو پھر یہ معاملہ عدالتی طور پر کیا جائے گا لیکن اپنی کنڈیشننگ</w:t>
      </w:r>
    </w:p>
    <w:p>
      <w:r>
        <w:rPr>
          <w:b/>
        </w:rPr>
        <w:t xml:space="preserve">[15:37] </w:t>
      </w:r>
      <w:r>
        <w:t>ki waja say muawiya jo thay us ko samajh nahi patay thay wo kehtay thay wo samajhtay thay</w:t>
      </w:r>
    </w:p>
    <w:p>
      <w:pPr>
        <w:jc w:val="right"/>
      </w:pPr>
      <w:r>
        <w:t>کی وجہ سے معاویہ جو تھے اس کو سمجھ نہیں پاتے تھے وہ کہتے تھے وہ سمجھتے تھے</w:t>
      </w:r>
    </w:p>
    <w:p>
      <w:r>
        <w:rPr>
          <w:b/>
        </w:rPr>
        <w:t xml:space="preserve">[15:43] </w:t>
      </w:r>
      <w:r>
        <w:t>kay bas humain milna chahiye yeh to hamara haq hai kay qatil hum ko diya jaye</w:t>
      </w:r>
    </w:p>
    <w:p>
      <w:pPr>
        <w:jc w:val="right"/>
      </w:pPr>
      <w:r>
        <w:t>کہ بس ہمیں ملنا چاہیے یہ تو ہمارا حق ہے کہ قاتل ہم کو دیا جائے</w:t>
      </w:r>
    </w:p>
    <w:p>
      <w:r>
        <w:rPr>
          <w:b/>
        </w:rPr>
        <w:t xml:space="preserve">[15:49] </w:t>
      </w:r>
      <w:r>
        <w:t>hazrat</w:t>
      </w:r>
    </w:p>
    <w:p>
      <w:pPr>
        <w:jc w:val="right"/>
      </w:pPr>
      <w:r>
        <w:t>حضرت</w:t>
      </w:r>
    </w:p>
    <w:p>
      <w:r>
        <w:rPr>
          <w:b/>
        </w:rPr>
        <w:t xml:space="preserve">[15:49] </w:t>
      </w:r>
      <w:r>
        <w:t>ali ka mamla kiya tha hazrat ali ka mamla yeh tha</w:t>
      </w:r>
    </w:p>
    <w:p>
      <w:pPr>
        <w:jc w:val="right"/>
      </w:pPr>
      <w:r>
        <w:t>علی کا معاملہ کیا تھا حضرت علی کا معاملہ یہ تھا</w:t>
      </w:r>
    </w:p>
    <w:p>
      <w:r>
        <w:rPr>
          <w:b/>
        </w:rPr>
        <w:t xml:space="preserve">[15:53] </w:t>
      </w:r>
      <w:r>
        <w:t>kay wo yeh samajhtay thay</w:t>
      </w:r>
    </w:p>
    <w:p>
      <w:pPr>
        <w:jc w:val="right"/>
      </w:pPr>
      <w:r>
        <w:t>کہ وہ یہ سمجھتے تھے</w:t>
      </w:r>
    </w:p>
    <w:p>
      <w:r>
        <w:rPr>
          <w:b/>
        </w:rPr>
        <w:t xml:space="preserve">[15:56] </w:t>
      </w:r>
      <w:r>
        <w:t>kay wo jo chala aa raha tha riwaj kay badshah ka beta badshah sardar ka beta sardar yeh</w:t>
      </w:r>
    </w:p>
    <w:p>
      <w:pPr>
        <w:jc w:val="right"/>
      </w:pPr>
      <w:r>
        <w:t>کہ وہ جو چلا ا رہا تھا رواج کہ بادشاہ کا بیٹا بادشاہ سردار کا بیٹا سردار یہ</w:t>
      </w:r>
    </w:p>
    <w:p>
      <w:r>
        <w:rPr>
          <w:b/>
        </w:rPr>
        <w:t xml:space="preserve">[16:04] </w:t>
      </w:r>
      <w:r>
        <w:t>chala aa raha tha to hazrat ali jo thay wo chuki rasool Allah ki family kay thay aur</w:t>
      </w:r>
    </w:p>
    <w:p>
      <w:pPr>
        <w:jc w:val="right"/>
      </w:pPr>
      <w:r>
        <w:t>چلا ا رہا تھا تو حضرت علی جو تھے وہ چونکہ رسول اللہ کی فیملی کے تھے اور</w:t>
      </w:r>
    </w:p>
    <w:p>
      <w:r>
        <w:rPr>
          <w:b/>
        </w:rPr>
        <w:t xml:space="preserve">[16:11] </w:t>
      </w:r>
      <w:r>
        <w:t>is riwaj kay mutabiq unhain khilafat milni chahiye thi unhain haq tha kay wo khalifa banay</w:t>
      </w:r>
    </w:p>
    <w:p>
      <w:pPr>
        <w:jc w:val="right"/>
      </w:pPr>
      <w:r>
        <w:t>اس رواج کے مطابق انہیں خلافت ملنی چاہیے تھی انہیں حق تھا کہ وہ خلیفہ بنے</w:t>
      </w:r>
    </w:p>
    <w:p>
      <w:r>
        <w:rPr>
          <w:b/>
        </w:rPr>
        <w:t xml:space="preserve">[16:18] </w:t>
      </w:r>
      <w:r>
        <w:t>to aik conditioning mein hazrat ali thay dosri conditioning mein muawiya thay</w:t>
      </w:r>
    </w:p>
    <w:p>
      <w:pPr>
        <w:jc w:val="right"/>
      </w:pPr>
      <w:r>
        <w:t>تو ایک کنڈیشننگ میں حضرت علی تھے دوسری کنڈیشننگ میں معاویہ تھے</w:t>
      </w:r>
    </w:p>
    <w:p>
      <w:r>
        <w:rPr>
          <w:b/>
        </w:rPr>
        <w:t xml:space="preserve">[16:25] </w:t>
      </w:r>
      <w:r>
        <w:t>dono mein larai ho gayi is say mein nay yeh usool nikala hai</w:t>
      </w:r>
    </w:p>
    <w:p>
      <w:pPr>
        <w:jc w:val="right"/>
      </w:pPr>
      <w:r>
        <w:t>دونوں میں لڑائی ہوگئی اس سے میں نے یہ اصول نکالا ہے</w:t>
      </w:r>
    </w:p>
    <w:p>
      <w:r>
        <w:rPr>
          <w:b/>
        </w:rPr>
        <w:t xml:space="preserve">[16:30] </w:t>
      </w:r>
      <w:r>
        <w:t>kay aik insan</w:t>
      </w:r>
    </w:p>
    <w:p>
      <w:pPr>
        <w:jc w:val="right"/>
      </w:pPr>
      <w:r>
        <w:t>کہ ایک انسان</w:t>
      </w:r>
    </w:p>
    <w:p>
      <w:r>
        <w:rPr>
          <w:b/>
        </w:rPr>
        <w:t xml:space="preserve">[16:34] </w:t>
      </w:r>
      <w:r>
        <w:t>aam mani</w:t>
      </w:r>
    </w:p>
    <w:p>
      <w:pPr>
        <w:jc w:val="right"/>
      </w:pPr>
      <w:r>
        <w:t>عام معنی</w:t>
      </w:r>
    </w:p>
    <w:p>
      <w:r>
        <w:rPr>
          <w:b/>
        </w:rPr>
        <w:t xml:space="preserve">[16:34] </w:t>
      </w:r>
      <w:r>
        <w:t>mein agarche mukhlas ho sakta hai apni poori zindagi mukhlas ho sakta hai</w:t>
      </w:r>
    </w:p>
    <w:p>
      <w:pPr>
        <w:jc w:val="right"/>
      </w:pPr>
      <w:r>
        <w:t>میں اگرچہ مخلص ہو سکتا ہے اپنی پوری زندگی مخلص ہو سکتا ہے</w:t>
      </w:r>
    </w:p>
    <w:p>
      <w:r>
        <w:rPr>
          <w:b/>
        </w:rPr>
        <w:t xml:space="preserve">[16:42] </w:t>
      </w:r>
      <w:r>
        <w:t>misal kay tor par muhaddiseen jo hai hazrat muawiya ki riwayat qabool kartay hain kyun kay in ko mukhlas aur aur must</w:t>
      </w:r>
    </w:p>
    <w:p>
      <w:pPr>
        <w:jc w:val="right"/>
      </w:pPr>
      <w:r>
        <w:t>مثلا محدثین جو ہے حضرت معاویہ کی روایت قبول کرتے ہیں کیونکہ ان کو مخلص اور اور انست</w:t>
      </w:r>
    </w:p>
    <w:p>
      <w:r>
        <w:rPr>
          <w:b/>
        </w:rPr>
        <w:t xml:space="preserve">[16:50] </w:t>
      </w:r>
      <w:r>
        <w:t>samajhtay hain wo to ali ki bhi riwayat ko qabool kartay hain muhaddiseen aur muawiya ki riwayat bhi</w:t>
      </w:r>
    </w:p>
    <w:p>
      <w:pPr>
        <w:jc w:val="right"/>
      </w:pPr>
      <w:r>
        <w:t>سمجھتے ہیں وہ تو علی کی بھی روایت کو قبول کرتے ہیں محدثین اور معاویہ کی روایت بھی</w:t>
      </w:r>
    </w:p>
    <w:p>
      <w:r>
        <w:rPr>
          <w:b/>
        </w:rPr>
        <w:t xml:space="preserve">[16:56] </w:t>
      </w:r>
      <w:r>
        <w:t>qubool karte hain muhaddiseen to dono un ke nazdeek anast hain dono mukhlis hain is se yeh usool</w:t>
      </w:r>
    </w:p>
    <w:p>
      <w:pPr>
        <w:jc w:val="right"/>
      </w:pPr>
      <w:r>
        <w:t>قبول کرتے ہیں محدثین تو دونوں ان کے نزدیک انست ہیں دونوں مخلص ہیں اس سے یہ اصول</w:t>
      </w:r>
    </w:p>
    <w:p>
      <w:r>
        <w:rPr>
          <w:b/>
        </w:rPr>
        <w:t xml:space="preserve">[17:03] </w:t>
      </w:r>
      <w:r>
        <w:t>nikalta hai ke ikhlas ke bawajood kisi juzwi mamle mein</w:t>
      </w:r>
    </w:p>
    <w:p>
      <w:pPr>
        <w:jc w:val="right"/>
      </w:pPr>
      <w:r>
        <w:t>نکلتا ہے کہ اخلاص کے باوجود کسی جزئی معاملے میں</w:t>
      </w:r>
    </w:p>
    <w:p>
      <w:r>
        <w:rPr>
          <w:b/>
        </w:rPr>
        <w:t xml:space="preserve">[17:08] </w:t>
      </w:r>
      <w:r>
        <w:t>kisi juzwi mamle mein admi conditioning itni pakhta ho sakti hai ke wahan par woh samajhne mein ghalti</w:t>
      </w:r>
    </w:p>
    <w:p>
      <w:pPr>
        <w:jc w:val="right"/>
      </w:pPr>
      <w:r>
        <w:t>کسی جزئی معاملے میں ادمی کنڈیشننگ اتنی پختہ ہو سکتی ہے کہ وہاں پر وہ سمجھنے میں غلطی</w:t>
      </w:r>
    </w:p>
    <w:p>
      <w:r>
        <w:rPr>
          <w:b/>
        </w:rPr>
        <w:t xml:space="preserve">[17:14] </w:t>
      </w:r>
      <w:r>
        <w:t>kar jaye</w:t>
      </w:r>
    </w:p>
    <w:p>
      <w:pPr>
        <w:jc w:val="right"/>
      </w:pPr>
      <w:r>
        <w:t>کر جائے</w:t>
      </w:r>
    </w:p>
    <w:p>
      <w:r>
        <w:rPr>
          <w:b/>
        </w:rPr>
        <w:t xml:space="preserve">[17:17] </w:t>
      </w:r>
      <w:r>
        <w:t>dekhen dono ke dono mukhlis the apni aam zindagi mein mukhlis the</w:t>
      </w:r>
    </w:p>
    <w:p>
      <w:pPr>
        <w:jc w:val="right"/>
      </w:pPr>
      <w:r>
        <w:t>دیکھیں دونوں کے دونوں مخلص تھے اپنی عام زندگی میں مخلص تھے</w:t>
      </w:r>
    </w:p>
    <w:p>
      <w:r>
        <w:rPr>
          <w:b/>
        </w:rPr>
        <w:t xml:space="preserve">[17:24] </w:t>
      </w:r>
      <w:r>
        <w:t>lekin ek مخصوص mamla</w:t>
      </w:r>
    </w:p>
    <w:p>
      <w:pPr>
        <w:jc w:val="right"/>
      </w:pPr>
      <w:r>
        <w:t>لیکن ایک مخصوص معاملہ</w:t>
      </w:r>
    </w:p>
    <w:p>
      <w:r>
        <w:rPr>
          <w:b/>
        </w:rPr>
        <w:t xml:space="preserve">[17:28] </w:t>
      </w:r>
      <w:r>
        <w:t>hazrat usman ke qatilon ke sath kya mamla kiya jaye</w:t>
      </w:r>
    </w:p>
    <w:p>
      <w:pPr>
        <w:jc w:val="right"/>
      </w:pPr>
      <w:r>
        <w:t>حضرت عثمان کے قاتلوں کے ساتھ کیا معاملہ کیا جائے</w:t>
      </w:r>
    </w:p>
    <w:p>
      <w:r>
        <w:rPr>
          <w:b/>
        </w:rPr>
        <w:t xml:space="preserve">[17:33] </w:t>
      </w:r>
      <w:r>
        <w:t>to ek مخصوص mamle mein dono ki conditioning alag alag thi</w:t>
      </w:r>
    </w:p>
    <w:p>
      <w:pPr>
        <w:jc w:val="right"/>
      </w:pPr>
      <w:r>
        <w:t>تو ایک مخصوص معاملے میں دونوں کی کنڈیشننگ الگ الگ تھی</w:t>
      </w:r>
    </w:p>
    <w:p>
      <w:r>
        <w:rPr>
          <w:b/>
        </w:rPr>
        <w:t xml:space="preserve">[17:39] </w:t>
      </w:r>
      <w:r>
        <w:t>to ek juzwi mamle mein is un ki conditioning ki wajah se woh yeh samajh nahi paate the</w:t>
      </w:r>
    </w:p>
    <w:p>
      <w:pPr>
        <w:jc w:val="right"/>
      </w:pPr>
      <w:r>
        <w:t>تو ایک جزئی معاملے میں اس ان کی کنڈیشننگ کی وجہ سے وہ یہ سمجھ نہیں پاتے تھے</w:t>
      </w:r>
    </w:p>
    <w:p>
      <w:r>
        <w:rPr>
          <w:b/>
        </w:rPr>
        <w:t xml:space="preserve">[17:46] </w:t>
      </w:r>
      <w:r>
        <w:t>is se bahar aa kar soch nahi paate the</w:t>
      </w:r>
    </w:p>
    <w:p>
      <w:pPr>
        <w:jc w:val="right"/>
      </w:pPr>
      <w:r>
        <w:t>اس سے باہر ا کر سوچ نہیں پاتے تھے</w:t>
      </w:r>
    </w:p>
    <w:p>
      <w:r>
        <w:rPr>
          <w:b/>
        </w:rPr>
        <w:t xml:space="preserve">[17:49] </w:t>
      </w:r>
      <w:r>
        <w:t>to main samajhta hoon ke ek usool milta hai hamein</w:t>
      </w:r>
    </w:p>
    <w:p>
      <w:pPr>
        <w:jc w:val="right"/>
      </w:pPr>
      <w:r>
        <w:t>تو میں سمجھتا ہوں کہ ایک اصول ملتا ہے ہمیں</w:t>
      </w:r>
    </w:p>
    <w:p>
      <w:r>
        <w:rPr>
          <w:b/>
        </w:rPr>
        <w:t xml:space="preserve">[17:54] </w:t>
      </w:r>
      <w:r>
        <w:t>ke</w:t>
      </w:r>
    </w:p>
    <w:p>
      <w:pPr>
        <w:jc w:val="right"/>
      </w:pPr>
      <w:r>
        <w:t>کہ</w:t>
      </w:r>
    </w:p>
    <w:p>
      <w:r>
        <w:rPr>
          <w:b/>
        </w:rPr>
        <w:t xml:space="preserve">[17:58] </w:t>
      </w:r>
      <w:r>
        <w:t>is duniya mein aap jante hain ek duniya kya hai afkar ka jangal hai</w:t>
      </w:r>
    </w:p>
    <w:p>
      <w:pPr>
        <w:jc w:val="right"/>
      </w:pPr>
      <w:r>
        <w:t>اس دنیا میں اپ جانتے ہیں ایک دنیا کیا ہے افکار کا جنگل ہے</w:t>
      </w:r>
    </w:p>
    <w:p>
      <w:r>
        <w:rPr>
          <w:b/>
        </w:rPr>
        <w:t xml:space="preserve">[18:03] </w:t>
      </w:r>
      <w:r>
        <w:t>hazaron aur lakhon aur million billion cheezen hamare dimagh mein aate rehti hain har waqt is ko sort</w:t>
      </w:r>
    </w:p>
    <w:p>
      <w:pPr>
        <w:jc w:val="right"/>
      </w:pPr>
      <w:r>
        <w:t>ہزاروں اور لاکھوں اور ملین بلین چیزیں ہمارے دماغ میں اتے رہتی ہیں ہر وقت اس کو سورٹ</w:t>
      </w:r>
    </w:p>
    <w:p>
      <w:r>
        <w:rPr>
          <w:b/>
        </w:rPr>
        <w:t xml:space="preserve">[18:09] </w:t>
      </w:r>
      <w:r>
        <w:t>out karna aur theek conditioning kar ke apne aap ko bilkul</w:t>
      </w:r>
    </w:p>
    <w:p>
      <w:pPr>
        <w:jc w:val="right"/>
      </w:pPr>
      <w:r>
        <w:t>اؤٹ کرنا اور ٹھیک کنڈیشننگ کر کے اپنے اپ کو بالکل</w:t>
      </w:r>
    </w:p>
    <w:p>
      <w:r>
        <w:rPr>
          <w:b/>
        </w:rPr>
        <w:t xml:space="preserve">[18:16] </w:t>
      </w:r>
      <w:r>
        <w:t>wahan le aana jahan aap bilkul objective tor par cheezon ko dekh saken yeh bilashuba</w:t>
      </w:r>
    </w:p>
    <w:p>
      <w:pPr>
        <w:jc w:val="right"/>
      </w:pPr>
      <w:r>
        <w:t>وہاں لے انا جہاں اپ بالکل ابجیکٹو طور پر چیزوں کو دیکھ سکیں یہ بلاشبہ</w:t>
      </w:r>
    </w:p>
    <w:p>
      <w:r>
        <w:rPr>
          <w:b/>
        </w:rPr>
        <w:t xml:space="preserve">[18:23] </w:t>
      </w:r>
      <w:r>
        <w:t>most difficult task hai</w:t>
      </w:r>
    </w:p>
    <w:p>
      <w:pPr>
        <w:jc w:val="right"/>
      </w:pPr>
      <w:r>
        <w:t>موسٹ ڈیفیکلٹ ٹاسک ہے</w:t>
      </w:r>
    </w:p>
    <w:p>
      <w:r>
        <w:rPr>
          <w:b/>
        </w:rPr>
        <w:t xml:space="preserve">[18:27] </w:t>
      </w:r>
      <w:r>
        <w:t>to insan har bar bar ghalti kar sakta hai main bhi kar sakta hoon aap bhi kar sakte</w:t>
      </w:r>
    </w:p>
    <w:p>
      <w:pPr>
        <w:jc w:val="right"/>
      </w:pPr>
      <w:r>
        <w:t>تو انسان ہر بار بار غلطی کر سکتا ہے میں بھی کر سکتا ہوں اپ بھی کر سکتے</w:t>
      </w:r>
    </w:p>
    <w:p>
      <w:r>
        <w:rPr>
          <w:b/>
        </w:rPr>
        <w:t xml:space="preserve">[18:32] </w:t>
      </w:r>
      <w:r>
        <w:t>hain koi bhi shakhs kar sakta hai siwaye peghambar ke</w:t>
      </w:r>
    </w:p>
    <w:p>
      <w:pPr>
        <w:jc w:val="right"/>
      </w:pPr>
      <w:r>
        <w:t>ہیں کوئی بھی شخص کر سکتا ہے سوائے پیغمبر کے</w:t>
      </w:r>
    </w:p>
    <w:p>
      <w:r>
        <w:rPr>
          <w:b/>
        </w:rPr>
        <w:t xml:space="preserve">[18:37] </w:t>
      </w:r>
      <w:r>
        <w:t>to is ka matlab hai ke insan ke mamle mein hamein bohat zyada allowance dena chahiye allowance</w:t>
      </w:r>
    </w:p>
    <w:p>
      <w:pPr>
        <w:jc w:val="right"/>
      </w:pPr>
      <w:r>
        <w:t>تو اس کا مطلب ہے کہ انسان کے معاملے میں ہمیں بہت زیادہ الاوننس دینا چاہیے الاوننس</w:t>
      </w:r>
    </w:p>
    <w:p>
      <w:r>
        <w:rPr>
          <w:b/>
        </w:rPr>
        <w:t xml:space="preserve">[18:43] </w:t>
      </w:r>
      <w:r>
        <w:t>ke</w:t>
      </w:r>
    </w:p>
    <w:p>
      <w:pPr>
        <w:jc w:val="right"/>
      </w:pPr>
      <w:r>
        <w:t>کہ</w:t>
      </w:r>
    </w:p>
    <w:p>
      <w:r>
        <w:rPr>
          <w:b/>
        </w:rPr>
        <w:t xml:space="preserve">[18:44] </w:t>
      </w:r>
      <w:r>
        <w:t>mخلص hote hue aadmi ek bhari ghalati kar sakta hai aap jante hain ke Khuda ke haan sab se bari cheez jo qabool ki jayegi woh ikhlas hai koi bhi shakhs ghalati kar sakta hai lekin agar ikhlas hai to woh Allah taala ke haan qabil maafi hoga</w:t>
      </w:r>
    </w:p>
    <w:p>
      <w:pPr>
        <w:jc w:val="right"/>
      </w:pPr>
      <w:r>
        <w:t>مخلص ہوتے ہوئے ادمی ایک بھاری غلطی کر سکتا ہے اپ جانتے ہیں کہ خدا کے ہاں سب سے بڑی چیز جو قبول کی جائے گی وہ اخلاص ہے کوئی بھی شخص غلطی کر سکتا ہے لیکن اگر اخلاص ہے تو وہ اللہ تعالی کے ہاں قابل معافی ہوگا</w:t>
      </w:r>
    </w:p>
    <w:p>
      <w:r>
        <w:rPr>
          <w:b/>
        </w:rPr>
        <w:t xml:space="preserve">[19:04] </w:t>
      </w:r>
      <w:r>
        <w:t>to yeh ek baat maine yahan par kahi</w:t>
      </w:r>
    </w:p>
    <w:p>
      <w:pPr>
        <w:jc w:val="right"/>
      </w:pPr>
      <w:r>
        <w:t>تو یہ ایک بات میں نے یہاں پر کہی</w:t>
      </w:r>
    </w:p>
    <w:p>
      <w:r>
        <w:rPr>
          <w:b/>
        </w:rPr>
        <w:t xml:space="preserve">[19:08] </w:t>
      </w:r>
      <w:r>
        <w:t>jo asal baat kehni hai woh yeh hai</w:t>
      </w:r>
    </w:p>
    <w:p>
      <w:pPr>
        <w:jc w:val="right"/>
      </w:pPr>
      <w:r>
        <w:t>جو اصل بات کہنی ہے وہ یہ ہے</w:t>
      </w:r>
    </w:p>
    <w:p>
      <w:r>
        <w:rPr>
          <w:b/>
        </w:rPr>
        <w:t xml:space="preserve">[19:12] </w:t>
      </w:r>
      <w:r>
        <w:t>ke ghalat fehmi ki buniyad par rai qaim karna kabhi bhi nahi chahiye</w:t>
      </w:r>
    </w:p>
    <w:p>
      <w:pPr>
        <w:jc w:val="right"/>
      </w:pPr>
      <w:r>
        <w:t>کہ غلط فہمی کی بنیاد پر رائے قائم کرنا کبھی بھی نہیں چاہیے</w:t>
      </w:r>
    </w:p>
    <w:p>
      <w:r>
        <w:rPr>
          <w:b/>
        </w:rPr>
        <w:t xml:space="preserve">[19:18] </w:t>
      </w:r>
      <w:r>
        <w:t>ek ek ek ek arab ka maqola hai ke al nas adaa ma jahlu</w:t>
      </w:r>
    </w:p>
    <w:p>
      <w:pPr>
        <w:jc w:val="right"/>
      </w:pPr>
      <w:r>
        <w:t>ایک ایک ایک ایک عرب کا مقولہ ہے کہ الناس ادا ما جہلو</w:t>
      </w:r>
    </w:p>
    <w:p>
      <w:r>
        <w:rPr>
          <w:b/>
        </w:rPr>
        <w:t xml:space="preserve">[19:26] </w:t>
      </w:r>
      <w:r>
        <w:t>log is cheez ke dushman ban jaate hain jis ko woh na jaante hon</w:t>
      </w:r>
    </w:p>
    <w:p>
      <w:pPr>
        <w:jc w:val="right"/>
      </w:pPr>
      <w:r>
        <w:t>لوگ اس چیز کے دشمن بن جاتے ہیں جس کو وہ نہ جانتے ہوں</w:t>
      </w:r>
    </w:p>
    <w:p>
      <w:r>
        <w:rPr>
          <w:b/>
        </w:rPr>
        <w:t xml:space="preserve">[19:35] </w:t>
      </w:r>
      <w:r>
        <w:t>to hum kisi kisi ke baare mein hamare andar negative thought aa jaata hai kyun is liye ke</w:t>
      </w:r>
    </w:p>
    <w:p>
      <w:pPr>
        <w:jc w:val="right"/>
      </w:pPr>
      <w:r>
        <w:t>تو ہم کسی کسی کے بارے میں ہمارے اندر نیگیٹیو تھاٹ ا جاتا ہے کیوں اس لیے کہ</w:t>
      </w:r>
    </w:p>
    <w:p>
      <w:r>
        <w:rPr>
          <w:b/>
        </w:rPr>
        <w:t xml:space="preserve">[19:42] </w:t>
      </w:r>
      <w:r>
        <w:t>hum poori baat nahin jaante</w:t>
      </w:r>
    </w:p>
    <w:p>
      <w:pPr>
        <w:jc w:val="right"/>
      </w:pPr>
      <w:r>
        <w:t>ہم پوری بات نہیں جانتے</w:t>
      </w:r>
    </w:p>
    <w:p>
      <w:r>
        <w:rPr>
          <w:b/>
        </w:rPr>
        <w:t xml:space="preserve">[19:46] </w:t>
      </w:r>
      <w:r>
        <w:t>poori baat na jaanne ki wajah se hamare andar negative thought aa jaata hai</w:t>
      </w:r>
    </w:p>
    <w:p>
      <w:pPr>
        <w:jc w:val="right"/>
      </w:pPr>
      <w:r>
        <w:t>پوری بات نہ جاننے کی وجہ سے ہمارے اندر نیگیٹیو تھاٹ ا جاتا ہے</w:t>
      </w:r>
    </w:p>
    <w:p>
      <w:r>
        <w:rPr>
          <w:b/>
        </w:rPr>
        <w:t xml:space="preserve">[19:51] </w:t>
      </w:r>
      <w:r>
        <w:t>aam</w:t>
      </w:r>
    </w:p>
    <w:p>
      <w:pPr>
        <w:jc w:val="right"/>
      </w:pPr>
      <w:r>
        <w:t>عام</w:t>
      </w:r>
    </w:p>
    <w:p>
      <w:r>
        <w:rPr>
          <w:b/>
        </w:rPr>
        <w:t xml:space="preserve">[19:51] </w:t>
      </w:r>
      <w:r>
        <w:t>taur par aap dekhiye jab bhi koi shikayat kare kisi ki woh kisi ko burai bataye us ki aap scrutiny kijiye logon ka mizaj yeh bhi hai ke log scrutiny nahi karte</w:t>
      </w:r>
    </w:p>
    <w:p>
      <w:pPr>
        <w:jc w:val="right"/>
      </w:pPr>
      <w:r>
        <w:t>طور پر اپ دیکھیے جب بھی کوئی شکایت کرے کسی کی وہ کسی کو برائی بتائے اس کی اپ اسکرٹنی کیجئے لوگوں کا مزاج یہ بھی ہے کہ لوگ اسکرٹنی نہیں کرتے</w:t>
      </w:r>
    </w:p>
    <w:p>
      <w:r>
        <w:rPr>
          <w:b/>
        </w:rPr>
        <w:t xml:space="preserve">[20:07] </w:t>
      </w:r>
      <w:r>
        <w:t>scrutiny nahin karte suna maan liya suna aur maan liya haalankeh hadith mein aata hai ke</w:t>
      </w:r>
    </w:p>
    <w:p>
      <w:pPr>
        <w:jc w:val="right"/>
      </w:pPr>
      <w:r>
        <w:t>اسکرٹنی نہیں کرتے سنا مان لیا سنا اور مان لیا حالانکہ حدیث میں اتا ہے کہ</w:t>
      </w:r>
    </w:p>
    <w:p>
      <w:r>
        <w:rPr>
          <w:b/>
        </w:rPr>
        <w:t xml:space="preserve">[20:14] </w:t>
      </w:r>
      <w:r>
        <w:t>kafa bil mar'i kazban an yuhadditha bikulli ma sami'a</w:t>
      </w:r>
    </w:p>
    <w:p>
      <w:pPr>
        <w:jc w:val="right"/>
      </w:pPr>
      <w:r>
        <w:t>کف بالمر کذبا یحدث بکل ما سمع</w:t>
      </w:r>
    </w:p>
    <w:p>
      <w:r>
        <w:rPr>
          <w:b/>
        </w:rPr>
        <w:t xml:space="preserve">[20:20] </w:t>
      </w:r>
      <w:r>
        <w:t>insaan ke jhoota hone ke liye yeh baat kaafi hai ke woh jo kuch suna hai usi ko</w:t>
      </w:r>
    </w:p>
    <w:p>
      <w:pPr>
        <w:jc w:val="right"/>
      </w:pPr>
      <w:r>
        <w:t>انسان کے جھوٹا ہونے کے لیے یہ بات کافی ہے کہ وہ جو کچھ سنا ہے اسی کو</w:t>
      </w:r>
    </w:p>
    <w:p>
      <w:r>
        <w:rPr>
          <w:b/>
        </w:rPr>
        <w:t xml:space="preserve">[20:26] </w:t>
      </w:r>
      <w:r>
        <w:t>bayan karne lage is ka matlab hai jab bhi aap koi baat sunein to aap ko tehqeeq karna</w:t>
      </w:r>
    </w:p>
    <w:p>
      <w:pPr>
        <w:jc w:val="right"/>
      </w:pPr>
      <w:r>
        <w:t>بیان کرنے لگے اس کا مطلب ہے جب بھی اپ کوئی بات سنیں تو اپ کو تحقیق کرنا</w:t>
      </w:r>
    </w:p>
    <w:p>
      <w:r>
        <w:rPr>
          <w:b/>
        </w:rPr>
        <w:t xml:space="preserve">[20:32] </w:t>
      </w:r>
      <w:r>
        <w:t>chahiye scrutiny kar ke is ki teh tak pahunchne ki koshish karna chahiye</w:t>
      </w:r>
    </w:p>
    <w:p>
      <w:pPr>
        <w:jc w:val="right"/>
      </w:pPr>
      <w:r>
        <w:t>چاہیے اسکرٹنی کر کے اس کی تہ تک پہنچنے کی کوشش کرنا چاہیے</w:t>
      </w:r>
    </w:p>
    <w:p>
      <w:r>
        <w:rPr>
          <w:b/>
        </w:rPr>
        <w:t xml:space="preserve">[20:38] </w:t>
      </w:r>
      <w:r>
        <w:t>sirf sun kar maan lena</w:t>
      </w:r>
    </w:p>
    <w:p>
      <w:pPr>
        <w:jc w:val="right"/>
      </w:pPr>
      <w:r>
        <w:t>صرف سن کر مان لینا</w:t>
      </w:r>
    </w:p>
    <w:p>
      <w:r>
        <w:rPr>
          <w:b/>
        </w:rPr>
        <w:t xml:space="preserve">[20:40] </w:t>
      </w:r>
      <w:r>
        <w:t>yeh bohat zyada bhaari bhool hai bhaari ghalti hai</w:t>
      </w:r>
    </w:p>
    <w:p>
      <w:pPr>
        <w:jc w:val="right"/>
      </w:pPr>
      <w:r>
        <w:t>یہ بہت زیادہ بھاری بھول ہے بھاری غلطی ہے</w:t>
      </w:r>
    </w:p>
    <w:p>
      <w:r>
        <w:rPr>
          <w:b/>
        </w:rPr>
        <w:t xml:space="preserve">[20:46] </w:t>
      </w:r>
      <w:r>
        <w:t>kyun ke dekhiye jo aadmi bayan kar raha hai</w:t>
      </w:r>
    </w:p>
    <w:p>
      <w:pPr>
        <w:jc w:val="right"/>
      </w:pPr>
      <w:r>
        <w:t>کیونکہ دیکھیے جو ادمی بیان کر رہا ہے</w:t>
      </w:r>
    </w:p>
    <w:p>
      <w:r>
        <w:rPr>
          <w:b/>
        </w:rPr>
        <w:t xml:space="preserve">[20:51] </w:t>
      </w:r>
      <w:r>
        <w:t>aap se to</w:t>
      </w:r>
    </w:p>
    <w:p>
      <w:pPr>
        <w:jc w:val="right"/>
      </w:pPr>
      <w:r>
        <w:t>اپ سے تو</w:t>
      </w:r>
    </w:p>
    <w:p>
      <w:r>
        <w:rPr>
          <w:b/>
        </w:rPr>
        <w:t xml:space="preserve">[20:55] </w:t>
      </w:r>
      <w:r>
        <w:t>more than 99 percent aisa hota hai ke woh aadmi poori baat nahin bayan karta zyada tar adhuri</w:t>
      </w:r>
    </w:p>
    <w:p>
      <w:pPr>
        <w:jc w:val="right"/>
      </w:pPr>
      <w:r>
        <w:t>مور دین 99 پرسنٹ ایسا ہوتا ہے کہ وہ ادمی پوری بات نہیں بیان کرتا زیادہ تر ادھوری</w:t>
      </w:r>
    </w:p>
    <w:p>
      <w:r>
        <w:rPr>
          <w:b/>
        </w:rPr>
        <w:t xml:space="preserve">[21:00] </w:t>
      </w:r>
      <w:r>
        <w:t>baat bayan karta hai</w:t>
      </w:r>
    </w:p>
    <w:p>
      <w:pPr>
        <w:jc w:val="right"/>
      </w:pPr>
      <w:r>
        <w:t>بات بیان کرتا ہے</w:t>
      </w:r>
    </w:p>
    <w:p>
      <w:r>
        <w:rPr>
          <w:b/>
        </w:rPr>
        <w:t xml:space="preserve">[21:03] </w:t>
      </w:r>
      <w:r>
        <w:t>adhuri baat bayan karta hai yaani apne wali baat ko dikhai nahin padti us ki doosre wale ki</w:t>
      </w:r>
    </w:p>
    <w:p>
      <w:pPr>
        <w:jc w:val="right"/>
      </w:pPr>
      <w:r>
        <w:t>ادھوری بات بیان کرتا ہے یعنی اپنے والی بات کو دکھائی نہیں پڑتی اس کی دوسرے والے کی</w:t>
      </w:r>
    </w:p>
    <w:p>
      <w:r>
        <w:rPr>
          <w:b/>
        </w:rPr>
        <w:t xml:space="preserve">[21:10] </w:t>
      </w:r>
      <w:r>
        <w:t>baat woh bayan karne lagta hai ek aam mizaj hai ke insaan jo hai</w:t>
      </w:r>
    </w:p>
    <w:p>
      <w:pPr>
        <w:jc w:val="right"/>
      </w:pPr>
      <w:r>
        <w:t>بات وہ بیان کرنے لگتا ہے ایک عام مزاج ہے کہ انسان جو ہے</w:t>
      </w:r>
    </w:p>
    <w:p>
      <w:r>
        <w:rPr>
          <w:b/>
        </w:rPr>
        <w:t xml:space="preserve">[21:16] </w:t>
      </w:r>
      <w:r>
        <w:t>apni taraf ki ghalti nahin dekh paata doosre ghaltiyon ko to nazar aati hai to one sided picture</w:t>
      </w:r>
    </w:p>
    <w:p>
      <w:pPr>
        <w:jc w:val="right"/>
      </w:pPr>
      <w:r>
        <w:t>اپنی طرف کی غلطی نہیں دیکھ پاتا دوسرے غلطیوں کو تو نظر اتی ہے تو ون سائیڈڈ پکچر</w:t>
      </w:r>
    </w:p>
    <w:p>
      <w:r>
        <w:rPr>
          <w:b/>
        </w:rPr>
        <w:t xml:space="preserve">[21:23] </w:t>
      </w:r>
      <w:r>
        <w:t>us ke mind mein aati hai wahi bayan karta hai doosron se</w:t>
      </w:r>
    </w:p>
    <w:p>
      <w:pPr>
        <w:jc w:val="right"/>
      </w:pPr>
      <w:r>
        <w:t>اس کے مائنڈ میں اتی ہے وہی بیان کرتا ہے دوسروں سے</w:t>
      </w:r>
    </w:p>
    <w:p>
      <w:r>
        <w:rPr>
          <w:b/>
        </w:rPr>
        <w:t xml:space="preserve">[21:28] </w:t>
      </w:r>
      <w:r>
        <w:t>poori baat nahin bayan karta</w:t>
      </w:r>
    </w:p>
    <w:p>
      <w:pPr>
        <w:jc w:val="right"/>
      </w:pPr>
      <w:r>
        <w:t>پوری بات نہیں بیان کرتا</w:t>
      </w:r>
    </w:p>
    <w:p>
      <w:r>
        <w:rPr>
          <w:b/>
        </w:rPr>
        <w:t xml:space="preserve">[21:31] </w:t>
      </w:r>
      <w:r>
        <w:t>mera baar baar ka tajruba hai ke log jo hain</w:t>
      </w:r>
    </w:p>
    <w:p>
      <w:pPr>
        <w:jc w:val="right"/>
      </w:pPr>
      <w:r>
        <w:t>میرا بار بار کا تجربہ ہے کہ لوگ جو ہیں</w:t>
      </w:r>
    </w:p>
    <w:p>
      <w:r>
        <w:rPr>
          <w:b/>
        </w:rPr>
        <w:t xml:space="preserve">[21:34] </w:t>
      </w:r>
      <w:r>
        <w:t>is mein mubtala rehte hain ke ke ek kisi ke maamle mein woh scrutiny nahin karte aur doosre</w:t>
      </w:r>
    </w:p>
    <w:p>
      <w:pPr>
        <w:jc w:val="right"/>
      </w:pPr>
      <w:r>
        <w:t>اس میں مبتلا رہتے ہیں کہ کہ ایک کسی کے معاملے میں وہ اسکرٹنی نہیں کرتے اور دوسرے</w:t>
      </w:r>
    </w:p>
    <w:p>
      <w:r>
        <w:rPr>
          <w:b/>
        </w:rPr>
        <w:t xml:space="preserve">[21:44] </w:t>
      </w:r>
      <w:r>
        <w:t>ke maamle mein karte hain jis se unhein mohabbat hai us se kuch nahin sochenge us ke</w:t>
      </w:r>
    </w:p>
    <w:p>
      <w:pPr>
        <w:jc w:val="right"/>
      </w:pPr>
      <w:r>
        <w:t>کے معاملے میں کرتے ہیں جس سے انہیں محبت ہے اس سے کچھ نہیں سوچیں گے اس کے</w:t>
      </w:r>
    </w:p>
    <w:p>
      <w:r>
        <w:rPr>
          <w:b/>
        </w:rPr>
        <w:t xml:space="preserve">[21:48] </w:t>
      </w:r>
      <w:r>
        <w:t>khilaaf aur jis se mohabbat nahin hai us ke khilaaf hazar baatein sochenge</w:t>
      </w:r>
    </w:p>
    <w:p>
      <w:pPr>
        <w:jc w:val="right"/>
      </w:pPr>
      <w:r>
        <w:t>خلاف اور جس سے محبت نہیں ہے اس کے خلاف ہزار باتیں سوچیں گے</w:t>
      </w:r>
    </w:p>
    <w:p>
      <w:r>
        <w:rPr>
          <w:b/>
        </w:rPr>
        <w:t xml:space="preserve">[21:54] </w:t>
      </w:r>
      <w:r>
        <w:t>mein aik baar aik sahib ke haan baitha tha</w:t>
      </w:r>
    </w:p>
    <w:p>
      <w:pPr>
        <w:jc w:val="right"/>
      </w:pPr>
      <w:r>
        <w:t>میں ایک بار ایک صاحب کے ہاں بیٹھا تھا</w:t>
      </w:r>
    </w:p>
    <w:p>
      <w:r>
        <w:rPr>
          <w:b/>
        </w:rPr>
        <w:t xml:space="preserve">[21:59] </w:t>
      </w:r>
      <w:r>
        <w:t>to woh oopar rehte thay</w:t>
      </w:r>
    </w:p>
    <w:p>
      <w:pPr>
        <w:jc w:val="right"/>
      </w:pPr>
      <w:r>
        <w:t>تو وہ اوپر رہتے تھے</w:t>
      </w:r>
    </w:p>
    <w:p>
      <w:r>
        <w:rPr>
          <w:b/>
        </w:rPr>
        <w:t xml:space="preserve">[22:03] </w:t>
      </w:r>
      <w:r>
        <w:t>to aik larka aaya jo ke parosi ke ghar par chhat par daur raha tha dono ke makan</w:t>
      </w:r>
    </w:p>
    <w:p>
      <w:pPr>
        <w:jc w:val="right"/>
      </w:pPr>
      <w:r>
        <w:t>تو ایک لڑکا ایا جو کہ پڑوسی کے گھر پر چھت پر دوڑ رہا تھا دونوں کے مکان</w:t>
      </w:r>
    </w:p>
    <w:p>
      <w:r>
        <w:rPr>
          <w:b/>
        </w:rPr>
        <w:t xml:space="preserve">[22:09] </w:t>
      </w:r>
      <w:r>
        <w:t>milay hue thay to woh kya hua ke woh patang ura</w:t>
      </w:r>
    </w:p>
    <w:p>
      <w:pPr>
        <w:jc w:val="right"/>
      </w:pPr>
      <w:r>
        <w:t>ملے ہوئے تھے تو وہ کیا ہوا کہ وہ پتنگ اڑا</w:t>
      </w:r>
    </w:p>
    <w:p>
      <w:r>
        <w:rPr>
          <w:b/>
        </w:rPr>
        <w:t xml:space="preserve">[22:13] </w:t>
      </w:r>
      <w:r>
        <w:t>raha tha woh patang</w:t>
      </w:r>
    </w:p>
    <w:p>
      <w:pPr>
        <w:jc w:val="right"/>
      </w:pPr>
      <w:r>
        <w:t>رہا تھا وہ پتنگ</w:t>
      </w:r>
    </w:p>
    <w:p>
      <w:r>
        <w:rPr>
          <w:b/>
        </w:rPr>
        <w:t xml:space="preserve">[22:16] </w:t>
      </w:r>
      <w:r>
        <w:t>chhat par patang ura raha tha woh yeh unhon ne us ko daanta un ko dikhai diya ke</w:t>
      </w:r>
    </w:p>
    <w:p>
      <w:pPr>
        <w:jc w:val="right"/>
      </w:pPr>
      <w:r>
        <w:t>چھت پر پتنگ اڑا رہا تھا وہ یہ انہوں نے اس کو ڈانٹا ان کو دکھائی دیا کہ</w:t>
      </w:r>
    </w:p>
    <w:p>
      <w:r>
        <w:rPr>
          <w:b/>
        </w:rPr>
        <w:t xml:space="preserve">[22:23] </w:t>
      </w:r>
      <w:r>
        <w:t>woh aadmi chhat par patang ura raha hai to daanta us ko</w:t>
      </w:r>
    </w:p>
    <w:p>
      <w:pPr>
        <w:jc w:val="right"/>
      </w:pPr>
      <w:r>
        <w:t>وہ ادمی چھت پر پتنگ اڑا رہا ہے تو ڈانٹا اس کو</w:t>
      </w:r>
    </w:p>
    <w:p>
      <w:r>
        <w:rPr>
          <w:b/>
        </w:rPr>
        <w:t xml:space="preserve">[22:27] </w:t>
      </w:r>
      <w:r>
        <w:t>bohat ziyada daanta kuch dair ke baad un ka apna beta aaya</w:t>
      </w:r>
    </w:p>
    <w:p>
      <w:pPr>
        <w:jc w:val="right"/>
      </w:pPr>
      <w:r>
        <w:t>بہت زیادہ ڈانٹا کچھ دیر کے بعد ان کا اپنا بیٹا ایا</w:t>
      </w:r>
    </w:p>
    <w:p>
      <w:r>
        <w:rPr>
          <w:b/>
        </w:rPr>
        <w:t xml:space="preserve">[22:32] </w:t>
      </w:r>
      <w:r>
        <w:t>aur woh aaya khamoshi se un ke kamre mein gaya wahan par us ne aik patak rakhi thi</w:t>
      </w:r>
    </w:p>
    <w:p>
      <w:pPr>
        <w:jc w:val="right"/>
      </w:pPr>
      <w:r>
        <w:t>اور وہ ایا خاموشی سے ان کے کمرے میں گیا وہاں پر اس نے ایک پتک رکھی تھی</w:t>
      </w:r>
    </w:p>
    <w:p>
      <w:r>
        <w:rPr>
          <w:b/>
        </w:rPr>
        <w:t xml:space="preserve">[22:37] </w:t>
      </w:r>
      <w:r>
        <w:t>woh nikali us ne aur urane laga unhi ke saamne jinhon ne daanta tha unhi ke saamne urane</w:t>
      </w:r>
    </w:p>
    <w:p>
      <w:pPr>
        <w:jc w:val="right"/>
      </w:pPr>
      <w:r>
        <w:t>وہ نکالی اس نے اور اڑانے لگا انہی کے سامنے جنہوں نے ڈانٹا تھا انہی کے سامنے اڑانے</w:t>
      </w:r>
    </w:p>
    <w:p>
      <w:r>
        <w:rPr>
          <w:b/>
        </w:rPr>
        <w:t xml:space="preserve">[22:43] </w:t>
      </w:r>
      <w:r>
        <w:t>laga ab kuch nahi bol rahe</w:t>
      </w:r>
    </w:p>
    <w:p>
      <w:pPr>
        <w:jc w:val="right"/>
      </w:pPr>
      <w:r>
        <w:t>لگا اب کچھ نہیں بول رہے</w:t>
      </w:r>
    </w:p>
    <w:p>
      <w:r>
        <w:rPr>
          <w:b/>
        </w:rPr>
        <w:t xml:space="preserve">[22:46] </w:t>
      </w:r>
      <w:r>
        <w:t>yaani doosre ka larka agar patang gir agar doosre ka beta agar patang urata hai to unhein nazar</w:t>
      </w:r>
    </w:p>
    <w:p>
      <w:pPr>
        <w:jc w:val="right"/>
      </w:pPr>
      <w:r>
        <w:t>یعنی دوسرے کا لڑکا اگر پتنگ گر اگر دوسرے کا بیٹا اگر پتنگ اڑاتا ہے تو انہیں نظر</w:t>
      </w:r>
    </w:p>
    <w:p>
      <w:r>
        <w:rPr>
          <w:b/>
        </w:rPr>
        <w:t xml:space="preserve">[22:51] </w:t>
      </w:r>
      <w:r>
        <w:t>ata hai ghalat kaam kar raha hai apna beta patang ura raha hai to unhein ghalat nahi ghalat</w:t>
      </w:r>
    </w:p>
    <w:p>
      <w:pPr>
        <w:jc w:val="right"/>
      </w:pPr>
      <w:r>
        <w:t>اتا ہے غلط کام کر رہا ہے اپنا بیٹا پتنگ اڑا رہا ہے تو انہیں غلط نہیں غلط</w:t>
      </w:r>
    </w:p>
    <w:p>
      <w:r>
        <w:rPr>
          <w:b/>
        </w:rPr>
        <w:t xml:space="preserve">[22:56] </w:t>
      </w:r>
      <w:r>
        <w:t>nazar nahi aata</w:t>
      </w:r>
    </w:p>
    <w:p>
      <w:pPr>
        <w:jc w:val="right"/>
      </w:pPr>
      <w:r>
        <w:t>نظر نہیں اتا</w:t>
      </w:r>
    </w:p>
    <w:p>
      <w:r>
        <w:rPr>
          <w:b/>
        </w:rPr>
        <w:t xml:space="preserve">[22:58] </w:t>
      </w:r>
      <w:r>
        <w:t>is liye dekhiye</w:t>
      </w:r>
    </w:p>
    <w:p>
      <w:pPr>
        <w:jc w:val="right"/>
      </w:pPr>
      <w:r>
        <w:t>اس لیے دیکھیے</w:t>
      </w:r>
    </w:p>
    <w:p>
      <w:r>
        <w:rPr>
          <w:b/>
        </w:rPr>
        <w:t xml:space="preserve">[23:01] </w:t>
      </w:r>
      <w:r>
        <w:t>jab bhi koi aadmi aap se kisi ki koi negative baat bayan kare to hamesha us ki scrutiny kijiye sun kar na maan lijiye kyunke wo kuch keh raha ho ke nahi keh raha hoga</w:t>
      </w:r>
    </w:p>
    <w:p>
      <w:pPr>
        <w:jc w:val="right"/>
      </w:pPr>
      <w:r>
        <w:t>جب بھی کوئی ادمی اپ سے کسی کی کوئی نیگیٹیو بات بیان کرے تو ہمیشہ اس کی اسکرٹنی کیجئے سن کر نہ مان لیجئے کیونکہ وہ کچھ کہہ رہا ہو کہ نہیں کہہ رہا ہوگا</w:t>
      </w:r>
    </w:p>
    <w:p>
      <w:r>
        <w:rPr>
          <w:b/>
        </w:rPr>
        <w:t xml:space="preserve">[23:18] </w:t>
      </w:r>
      <w:r>
        <w:t>one sided picture woh de raha hoga yeh aam halat hai maslan gharon mein jo jhagde hote hain</w:t>
      </w:r>
    </w:p>
    <w:p>
      <w:pPr>
        <w:jc w:val="right"/>
      </w:pPr>
      <w:r>
        <w:t>ون سائیڈڈ پکچر وہ دے رہا ہوگا یہ عام حالت ہے مثلا گھروں میں جو جھگڑے ہوتے ہیں</w:t>
      </w:r>
    </w:p>
    <w:p>
      <w:r>
        <w:rPr>
          <w:b/>
        </w:rPr>
        <w:t xml:space="preserve">[23:26] </w:t>
      </w:r>
      <w:r>
        <w:t>yeh saas bahu ke jhagde</w:t>
      </w:r>
    </w:p>
    <w:p>
      <w:pPr>
        <w:jc w:val="right"/>
      </w:pPr>
      <w:r>
        <w:t>یہ ساس بہو کے جھگڑے</w:t>
      </w:r>
    </w:p>
    <w:p>
      <w:r>
        <w:rPr>
          <w:b/>
        </w:rPr>
        <w:t xml:space="preserve">[23:28] </w:t>
      </w:r>
      <w:r>
        <w:t>woh kya hai woh yahi hai ke saas jo hai yaani mother in law jo hai woh bahu</w:t>
      </w:r>
    </w:p>
    <w:p>
      <w:pPr>
        <w:jc w:val="right"/>
      </w:pPr>
      <w:r>
        <w:t>وہ کیا ہے وہ یہی ہے کہ ساس جو ہے یعنی مدر ان اللہ جو ہے وہ بہو</w:t>
      </w:r>
    </w:p>
    <w:p>
      <w:r>
        <w:rPr>
          <w:b/>
        </w:rPr>
        <w:t xml:space="preserve">[23:37] </w:t>
      </w:r>
      <w:r>
        <w:t>ki one sided picture pesh karti hai yaani bahu ki khoobiyan nahi dikhaye gi dein gi us ko</w:t>
      </w:r>
    </w:p>
    <w:p>
      <w:pPr>
        <w:jc w:val="right"/>
      </w:pPr>
      <w:r>
        <w:t>کی ون سائیڈڈ پکچر پیش کرتی ہے یعنی بہو کی خوبیاں نہیں دکھائے گی دیں گی اس کو</w:t>
      </w:r>
    </w:p>
    <w:p>
      <w:r>
        <w:rPr>
          <w:b/>
        </w:rPr>
        <w:t xml:space="preserve">[23:43] </w:t>
      </w:r>
      <w:r>
        <w:t>koi aik baat jo us ko pasand aao woh dikhai degi isi ko bayan kare gi</w:t>
      </w:r>
    </w:p>
    <w:p>
      <w:pPr>
        <w:jc w:val="right"/>
      </w:pPr>
      <w:r>
        <w:t>کوئی ایک بات جو اس کو پسند اؤ وہ دکھائی دے گی اسی کو بیان کرے گی</w:t>
      </w:r>
    </w:p>
    <w:p>
      <w:r>
        <w:rPr>
          <w:b/>
        </w:rPr>
        <w:t xml:space="preserve">[23:48] </w:t>
      </w:r>
      <w:r>
        <w:t>aise hi bahu ka haal hai yaani daughter in law ka ke woh saas ki baatein achhi bhi</w:t>
      </w:r>
    </w:p>
    <w:p>
      <w:pPr>
        <w:jc w:val="right"/>
      </w:pPr>
      <w:r>
        <w:t>ایسے ہی بہو کا حال ہے یعنی ڈاٹر ان اللہ کا کہ وہ ساس کی باتیں اچھی بھی</w:t>
      </w:r>
    </w:p>
    <w:p>
      <w:r>
        <w:rPr>
          <w:b/>
        </w:rPr>
        <w:t xml:space="preserve">[23:56] </w:t>
      </w:r>
      <w:r>
        <w:t>hongi kai us ko nahi bayan kare gi woh koi baat jo us ko pasand nahi us</w:t>
      </w:r>
    </w:p>
    <w:p>
      <w:pPr>
        <w:jc w:val="right"/>
      </w:pPr>
      <w:r>
        <w:t>ہوں گی کئی اس کو نہیں بیان کرے گی وہ کوئی بات جو اس کو پسند نہیں اس</w:t>
      </w:r>
    </w:p>
    <w:p>
      <w:r>
        <w:rPr>
          <w:b/>
        </w:rPr>
        <w:t xml:space="preserve">[24:01] </w:t>
      </w:r>
      <w:r>
        <w:t>ko le kar bayan kare gi to saas</w:t>
      </w:r>
    </w:p>
    <w:p>
      <w:pPr>
        <w:jc w:val="right"/>
      </w:pPr>
      <w:r>
        <w:t>کو لے کر بیان کرے گی تو ساس</w:t>
      </w:r>
    </w:p>
    <w:p>
      <w:r>
        <w:rPr>
          <w:b/>
        </w:rPr>
        <w:t xml:space="preserve">[24:04] </w:t>
      </w:r>
      <w:r>
        <w:t>alag half picture pesh kar rahi hai aur bahu alag half picture pesh kar rahi hai is tarah</w:t>
      </w:r>
    </w:p>
    <w:p>
      <w:pPr>
        <w:jc w:val="right"/>
      </w:pPr>
      <w:r>
        <w:t>الگ ہاف پکچر پیش کر رہی ہے اور بہو الگ ہاف پکچر پیش کر رہی ہے اس طرح</w:t>
      </w:r>
    </w:p>
    <w:p>
      <w:r>
        <w:rPr>
          <w:b/>
        </w:rPr>
        <w:t xml:space="preserve">[24:10] </w:t>
      </w:r>
      <w:r>
        <w:t>donon taraf misunderstanding paida ho rahi hai idhar bhi idhar bhi</w:t>
      </w:r>
    </w:p>
    <w:p>
      <w:pPr>
        <w:jc w:val="right"/>
      </w:pPr>
      <w:r>
        <w:t>دونوں طرف مس انڈرسٹینڈنگ پیدا ہو رہی ہے ادھر بھی ادھر بھی</w:t>
      </w:r>
    </w:p>
    <w:p>
      <w:r>
        <w:rPr>
          <w:b/>
        </w:rPr>
        <w:t xml:space="preserve">[24:15] </w:t>
      </w:r>
      <w:r>
        <w:t>yeh aam riwaj hai ke log poori baat nahi kehte adhi baat kehte hain hamesha mera tajurba to</w:t>
      </w:r>
    </w:p>
    <w:p>
      <w:pPr>
        <w:jc w:val="right"/>
      </w:pPr>
      <w:r>
        <w:t>یہ عام رواج ہے کہ لوگ پوری بات نہیں کہتے ادھی بات کہتے ہیں ہمیشہ میرا تجربہ تو</w:t>
      </w:r>
    </w:p>
    <w:p>
      <w:r>
        <w:rPr>
          <w:b/>
        </w:rPr>
        <w:t xml:space="preserve">[24:23] </w:t>
      </w:r>
      <w:r>
        <w:t>yahi hai yani shayad hi koi aadmi aisa mila ho mujhe jo sach much is se pak ho</w:t>
      </w:r>
    </w:p>
    <w:p>
      <w:pPr>
        <w:jc w:val="right"/>
      </w:pPr>
      <w:r>
        <w:t>یہی ہے یعنی شاید ہی کوئی ادمی ایسا ملا ہو مجھے جو سچ مچ اس سے پاک ہو</w:t>
      </w:r>
    </w:p>
    <w:p>
      <w:r>
        <w:rPr>
          <w:b/>
        </w:rPr>
        <w:t xml:space="preserve">[24:30] </w:t>
      </w:r>
      <w:r>
        <w:t>poori baat bataye</w:t>
      </w:r>
    </w:p>
    <w:p>
      <w:pPr>
        <w:jc w:val="right"/>
      </w:pPr>
      <w:r>
        <w:t>پوری بات بتائے</w:t>
      </w:r>
    </w:p>
    <w:p>
      <w:r>
        <w:rPr>
          <w:b/>
        </w:rPr>
        <w:t xml:space="preserve">[24:32] </w:t>
      </w:r>
      <w:r>
        <w:t>poori baat bataye</w:t>
      </w:r>
    </w:p>
    <w:p>
      <w:pPr>
        <w:jc w:val="right"/>
      </w:pPr>
      <w:r>
        <w:t>پوری بات بتائے</w:t>
      </w:r>
    </w:p>
    <w:p>
      <w:r>
        <w:rPr>
          <w:b/>
        </w:rPr>
        <w:t xml:space="preserve">[24:36] </w:t>
      </w:r>
      <w:r>
        <w:t>to agar insaan ki ek kamzori hai to hamein kya karna hai hamein yeh karna hai ke jab</w:t>
      </w:r>
    </w:p>
    <w:p>
      <w:pPr>
        <w:jc w:val="right"/>
      </w:pPr>
      <w:r>
        <w:t>تو اگر انسان کی ایک کمزوری ہے تو ہمیں کیا کرنا ہے ہمیں یہ کرنا ہے کہ جب</w:t>
      </w:r>
    </w:p>
    <w:p>
      <w:r>
        <w:rPr>
          <w:b/>
        </w:rPr>
        <w:t xml:space="preserve">[24:42] </w:t>
      </w:r>
      <w:r>
        <w:t>koi baat bataye to us ki hum scrutiny karein us ko poochein</w:t>
      </w:r>
    </w:p>
    <w:p>
      <w:pPr>
        <w:jc w:val="right"/>
      </w:pPr>
      <w:r>
        <w:t>کوئی بات بتائے تو اس کی ہم اسکرٹنی کریں اس کو پوچھیں</w:t>
      </w:r>
    </w:p>
    <w:p>
      <w:r>
        <w:rPr>
          <w:b/>
        </w:rPr>
        <w:t xml:space="preserve">[24:47] </w:t>
      </w:r>
      <w:r>
        <w:t>jaise ek baar aisa hua ke ek shehar mein communal</w:t>
      </w:r>
    </w:p>
    <w:p>
      <w:pPr>
        <w:jc w:val="right"/>
      </w:pPr>
      <w:r>
        <w:t>جیسے ایک بار ایسا ہوا کہ ایک شہر میں کملہ</w:t>
      </w:r>
    </w:p>
    <w:p>
      <w:r>
        <w:rPr>
          <w:b/>
        </w:rPr>
        <w:t xml:space="preserve">[24:49] </w:t>
      </w:r>
      <w:r>
        <w:t>riot hua hindu musalman mein riot hua</w:t>
      </w:r>
    </w:p>
    <w:p>
      <w:pPr>
        <w:jc w:val="right"/>
      </w:pPr>
      <w:r>
        <w:t>رائٹ ہوا ہندو مسلمان میں رائٹ ہوا</w:t>
      </w:r>
    </w:p>
    <w:p>
      <w:r>
        <w:rPr>
          <w:b/>
        </w:rPr>
        <w:t xml:space="preserve">[24:54] </w:t>
      </w:r>
      <w:r>
        <w:t>kaafi nuksan hua</w:t>
      </w:r>
    </w:p>
    <w:p>
      <w:pPr>
        <w:jc w:val="right"/>
      </w:pPr>
      <w:r>
        <w:t>کافی نقصان ہوا</w:t>
      </w:r>
    </w:p>
    <w:p>
      <w:r>
        <w:rPr>
          <w:b/>
        </w:rPr>
        <w:t xml:space="preserve">[24:56] </w:t>
      </w:r>
      <w:r>
        <w:t>to is ke bare mein paperon mein bohat cheezein chapi</w:t>
      </w:r>
    </w:p>
    <w:p>
      <w:pPr>
        <w:jc w:val="right"/>
      </w:pPr>
      <w:r>
        <w:t>تو اس کے بارے میں پیپروں میں بہت چیزیں چھپیں</w:t>
      </w:r>
    </w:p>
    <w:p>
      <w:r>
        <w:rPr>
          <w:b/>
        </w:rPr>
        <w:t xml:space="preserve">[25:00] </w:t>
      </w:r>
      <w:r>
        <w:t>to maine dekha ke hindu hindi akhbar jo hain hindi akhbar mein musalmanon ke</w:t>
      </w:r>
    </w:p>
    <w:p>
      <w:pPr>
        <w:jc w:val="right"/>
      </w:pPr>
      <w:r>
        <w:t>تو میں نے دیکھا کہ ہندو ہندی اخبار جو ہیں ہندی اخبار میں مسلمانوں کے</w:t>
      </w:r>
    </w:p>
    <w:p>
      <w:r>
        <w:rPr>
          <w:b/>
        </w:rPr>
        <w:t xml:space="preserve">[25:07] </w:t>
      </w:r>
      <w:r>
        <w:t>yani zulm bataya ja raha hai aur urdu akhbar mein hinduo ka zulm bataya ja raha hai to</w:t>
      </w:r>
    </w:p>
    <w:p>
      <w:pPr>
        <w:jc w:val="right"/>
      </w:pPr>
      <w:r>
        <w:t>یعنی ظلم بتایا جا رہا ہے اور اردو اخبار میں ہندوؤں کا ظلم بتایا جا رہا ہے تو</w:t>
      </w:r>
    </w:p>
    <w:p>
      <w:r>
        <w:rPr>
          <w:b/>
        </w:rPr>
        <w:t xml:space="preserve">[25:12] </w:t>
      </w:r>
      <w:r>
        <w:t>main khud gaya wahan par</w:t>
      </w:r>
    </w:p>
    <w:p>
      <w:pPr>
        <w:jc w:val="right"/>
      </w:pPr>
      <w:r>
        <w:t>میں خود گیا وہاں پر</w:t>
      </w:r>
    </w:p>
    <w:p>
      <w:r>
        <w:rPr>
          <w:b/>
        </w:rPr>
        <w:t xml:space="preserve">[25:15] </w:t>
      </w:r>
      <w:r>
        <w:t>is shehar mein main khud gaya</w:t>
      </w:r>
    </w:p>
    <w:p>
      <w:pPr>
        <w:jc w:val="right"/>
      </w:pPr>
      <w:r>
        <w:t>اس شہر میں میں خود گیا</w:t>
      </w:r>
    </w:p>
    <w:p>
      <w:r>
        <w:rPr>
          <w:b/>
        </w:rPr>
        <w:t xml:space="preserve">[25:18] </w:t>
      </w:r>
      <w:r>
        <w:t>to wahan main jab musalmanon se mila</w:t>
      </w:r>
    </w:p>
    <w:p>
      <w:pPr>
        <w:jc w:val="right"/>
      </w:pPr>
      <w:r>
        <w:t>تو وہاں میں جب مسلمانوں سے ملا</w:t>
      </w:r>
    </w:p>
    <w:p>
      <w:r>
        <w:rPr>
          <w:b/>
        </w:rPr>
        <w:t xml:space="preserve">[25:22] </w:t>
      </w:r>
      <w:r>
        <w:t>to musalmanon se main ek sawal karta tha ke fasad kahan se shuru hua</w:t>
      </w:r>
    </w:p>
    <w:p>
      <w:pPr>
        <w:jc w:val="right"/>
      </w:pPr>
      <w:r>
        <w:t>تو مسلمانوں سے میں ایک سوال کرتا تھا کہ فساد کہاں سے شروع ہوا</w:t>
      </w:r>
    </w:p>
    <w:p>
      <w:r>
        <w:rPr>
          <w:b/>
        </w:rPr>
        <w:t xml:space="preserve">[25:28] </w:t>
      </w:r>
      <w:r>
        <w:t>to koi musalman mujhe batata nahi tha is ke bare mein</w:t>
      </w:r>
    </w:p>
    <w:p>
      <w:pPr>
        <w:jc w:val="right"/>
      </w:pPr>
      <w:r>
        <w:t>تو کوئی مسلمان مجھے بتاتا نہیں تھا اس کے بارے میں</w:t>
      </w:r>
    </w:p>
    <w:p>
      <w:r>
        <w:rPr>
          <w:b/>
        </w:rPr>
        <w:t xml:space="preserve">[25:33] </w:t>
      </w:r>
      <w:r>
        <w:t>log kehte thay aap ajeeb o ghareeb sawal kar rahe hain</w:t>
      </w:r>
    </w:p>
    <w:p>
      <w:pPr>
        <w:jc w:val="right"/>
      </w:pPr>
      <w:r>
        <w:t>لوگ کہتے تھے اپ عجیب و غریب سوال کر رہے ہیں</w:t>
      </w:r>
    </w:p>
    <w:p>
      <w:r>
        <w:rPr>
          <w:b/>
        </w:rPr>
        <w:t xml:space="preserve">[25:35] </w:t>
      </w:r>
      <w:r>
        <w:t>yeh to kisi ne poocha nahi kyunke jo aata tha to fasad ho chukne ke baad jo wahan</w:t>
      </w:r>
    </w:p>
    <w:p>
      <w:pPr>
        <w:jc w:val="right"/>
      </w:pPr>
      <w:r>
        <w:t>یہ تو کسی نے پوچھا نہیں کیونکہ جو اتا تھا تو فساد ہو چکنے کے بعد جو وہاں</w:t>
      </w:r>
    </w:p>
    <w:p>
      <w:r>
        <w:rPr>
          <w:b/>
        </w:rPr>
        <w:t xml:space="preserve">[25:42] </w:t>
      </w:r>
      <w:r>
        <w:t>picture thi us ko dekhta tha ke koi ghar jala hua hai koi dukan jali hui hai is</w:t>
      </w:r>
    </w:p>
    <w:p>
      <w:pPr>
        <w:jc w:val="right"/>
      </w:pPr>
      <w:r>
        <w:t>پکچر تھی اس کو دیکھتا تھا کہ کوئی گھر جلا ہوا ہے کوئی دکان جلی ہوئی ہے اس</w:t>
      </w:r>
    </w:p>
    <w:p>
      <w:r>
        <w:rPr>
          <w:b/>
        </w:rPr>
        <w:t xml:space="preserve">[25:48] </w:t>
      </w:r>
      <w:r>
        <w:t>ko poochta tha ke bhai kis ki dukan hai ek kis ka ghar hai</w:t>
      </w:r>
    </w:p>
    <w:p>
      <w:pPr>
        <w:jc w:val="right"/>
      </w:pPr>
      <w:r>
        <w:t>کو پوچھتا تھا کہ بھئی کس کی دکان ہے ایک کس کا گھر ہے</w:t>
      </w:r>
    </w:p>
    <w:p>
      <w:r>
        <w:rPr>
          <w:b/>
        </w:rPr>
        <w:t xml:space="preserve">[25:53] </w:t>
      </w:r>
      <w:r>
        <w:t>to is ke baad communal riot ke do hisse thay ek yeh ke woh kaise shuru hua</w:t>
      </w:r>
    </w:p>
    <w:p>
      <w:pPr>
        <w:jc w:val="right"/>
      </w:pPr>
      <w:r>
        <w:t>تو اس کے بعد کملہ رائٹ کے دو حصے تھے ایک یہ کہ وہ کیسے شروع ہوا</w:t>
      </w:r>
    </w:p>
    <w:p>
      <w:r>
        <w:rPr>
          <w:b/>
        </w:rPr>
        <w:t xml:space="preserve">[25:59] </w:t>
      </w:r>
      <w:r>
        <w:t>doosra yeh ke jab shuru ho chuka to kya kya nuksan hua</w:t>
      </w:r>
    </w:p>
    <w:p>
      <w:pPr>
        <w:jc w:val="right"/>
      </w:pPr>
      <w:r>
        <w:t>دوسرا یہ کہ جب شروع ہو چکا تو کیا کیا نقصان ہوا</w:t>
      </w:r>
    </w:p>
    <w:p>
      <w:r>
        <w:rPr>
          <w:b/>
        </w:rPr>
        <w:t xml:space="preserve">[26:04] </w:t>
      </w:r>
      <w:r>
        <w:t>to baad ke hone wale nuksan ko log dekhte thay isi ke bare mein poochte thay</w:t>
      </w:r>
    </w:p>
    <w:p>
      <w:pPr>
        <w:jc w:val="right"/>
      </w:pPr>
      <w:r>
        <w:t>تو بعد کے ہونے والے نقصان کو لوگ دیکھتے تھے اسی کے بارے میں پوچھتے تھے</w:t>
      </w:r>
    </w:p>
    <w:p>
      <w:r>
        <w:rPr>
          <w:b/>
        </w:rPr>
        <w:t xml:space="preserve">[26:10] </w:t>
      </w:r>
      <w:r>
        <w:t>aur shuru kaise hua is ke bare mein koi poochta hi nahi tha</w:t>
      </w:r>
    </w:p>
    <w:p>
      <w:pPr>
        <w:jc w:val="right"/>
      </w:pPr>
      <w:r>
        <w:t>اور شروع کیسے ہوا اس کے بارے میں کوئی پوچھتا ہی نہیں تھا</w:t>
      </w:r>
    </w:p>
    <w:p>
      <w:r>
        <w:rPr>
          <w:b/>
        </w:rPr>
        <w:t xml:space="preserve">[26:14] </w:t>
      </w:r>
      <w:r>
        <w:t>un logo ko ajeeb lagta tha ke aap aisi baat pooch rahe hain</w:t>
      </w:r>
    </w:p>
    <w:p>
      <w:pPr>
        <w:jc w:val="right"/>
      </w:pPr>
      <w:r>
        <w:t>ان لوگوں کو عجیب لگتا تھا کہ اپ ایسی بات پوچھ رہے ہیں</w:t>
      </w:r>
    </w:p>
    <w:p>
      <w:r>
        <w:rPr>
          <w:b/>
        </w:rPr>
        <w:t xml:space="preserve">[26:21] </w:t>
      </w:r>
      <w:r>
        <w:t>halanke</w:t>
      </w:r>
    </w:p>
    <w:p>
      <w:pPr>
        <w:jc w:val="right"/>
      </w:pPr>
      <w:r>
        <w:t>حالانکہ</w:t>
      </w:r>
    </w:p>
    <w:p>
      <w:r>
        <w:rPr>
          <w:b/>
        </w:rPr>
        <w:t xml:space="preserve">[26:25] </w:t>
      </w:r>
      <w:r>
        <w:t>usool jo hai islam mein ke albadi aslam shuru karne wala jo hai wo zyada zalim hai to</w:t>
      </w:r>
    </w:p>
    <w:p>
      <w:pPr>
        <w:jc w:val="right"/>
      </w:pPr>
      <w:r>
        <w:t>اصول جو ہے اسلام میں کہ البادی اسلم شروع کرنے والا جو ہے وہ زیادہ ظالم ہے تو</w:t>
      </w:r>
    </w:p>
    <w:p>
      <w:r>
        <w:rPr>
          <w:b/>
        </w:rPr>
        <w:t xml:space="preserve">[26:33] </w:t>
      </w:r>
      <w:r>
        <w:t>kisi mamle ko agar janna chahte hain aap uski jad ko yeh pata kijiye ke shuru kis</w:t>
      </w:r>
    </w:p>
    <w:p>
      <w:pPr>
        <w:jc w:val="right"/>
      </w:pPr>
      <w:r>
        <w:t>کسی معاملے کو اگر جاننا چاہتے ہیں اپ اس کی جڑ کو یہ پتہ کیجئے کہ شروع کس</w:t>
      </w:r>
    </w:p>
    <w:p>
      <w:r>
        <w:rPr>
          <w:b/>
        </w:rPr>
        <w:t xml:space="preserve">[26:39] </w:t>
      </w:r>
      <w:r>
        <w:t>ne kiya kyunke shuru karenge aap to kisi ko bharkayenge aap jab pathar marenge aap</w:t>
      </w:r>
    </w:p>
    <w:p>
      <w:pPr>
        <w:jc w:val="right"/>
      </w:pPr>
      <w:r>
        <w:t>نے کیا کیونکہ شروع کریں گے اپ تو کسی کو بھڑکائیں گے اپ جب پتھر ماریں گے اپ</w:t>
      </w:r>
    </w:p>
    <w:p>
      <w:r>
        <w:rPr>
          <w:b/>
        </w:rPr>
        <w:t xml:space="preserve">[26:46] </w:t>
      </w:r>
      <w:r>
        <w:t>kisi ko to isko mauqa denge wo bomb mare aap ko</w:t>
      </w:r>
    </w:p>
    <w:p>
      <w:pPr>
        <w:jc w:val="right"/>
      </w:pPr>
      <w:r>
        <w:t>کسی کو تو اس کو موقع دیں گے وہ بم مارے اپ کو</w:t>
      </w:r>
    </w:p>
    <w:p>
      <w:r>
        <w:rPr>
          <w:b/>
        </w:rPr>
        <w:t xml:space="preserve">[26:51] </w:t>
      </w:r>
      <w:r>
        <w:t>ek aadmi chala ja raha hai to aap ne pathar mara usko to zahir hai ke wo</w:t>
      </w:r>
    </w:p>
    <w:p>
      <w:pPr>
        <w:jc w:val="right"/>
      </w:pPr>
      <w:r>
        <w:t>ایک ادمی چلا جا رہا ہے تو اپ نے پتھر مارا اس کو تو ظاہر ہے کہ وہ</w:t>
      </w:r>
    </w:p>
    <w:p>
      <w:r>
        <w:rPr>
          <w:b/>
        </w:rPr>
        <w:t xml:space="preserve">[26:55] </w:t>
      </w:r>
      <w:r>
        <w:t>bharkega bharkega to wo aap ne pathar mara to wo bomb marega</w:t>
      </w:r>
    </w:p>
    <w:p>
      <w:pPr>
        <w:jc w:val="right"/>
      </w:pPr>
      <w:r>
        <w:t>بھڑکے گا بھڑکے گا تو وہ اپ نے پتھر مارا تو وہ بم مارے گا</w:t>
      </w:r>
    </w:p>
    <w:p>
      <w:r>
        <w:rPr>
          <w:b/>
        </w:rPr>
        <w:t xml:space="preserve">[27:02] </w:t>
      </w:r>
      <w:r>
        <w:t>isi liye dekhiye ek hadith hai ke innal fitnata naimat</w:t>
      </w:r>
    </w:p>
    <w:p>
      <w:pPr>
        <w:jc w:val="right"/>
      </w:pPr>
      <w:r>
        <w:t>اسی لیے دیکھیے ایک حدیث ہے کہ ان الفتنۃ نائمۃ</w:t>
      </w:r>
    </w:p>
    <w:p>
      <w:r>
        <w:rPr>
          <w:b/>
        </w:rPr>
        <w:t xml:space="preserve">[27:08] </w:t>
      </w:r>
      <w:r>
        <w:t>la'anallahu man iqazhahu</w:t>
      </w:r>
    </w:p>
    <w:p>
      <w:pPr>
        <w:jc w:val="right"/>
      </w:pPr>
      <w:r>
        <w:t>لعن اللہ من ایقظہ</w:t>
      </w:r>
    </w:p>
    <w:p>
      <w:r>
        <w:rPr>
          <w:b/>
        </w:rPr>
        <w:t xml:space="preserve">[27:11] </w:t>
      </w:r>
      <w:r>
        <w:t>fitna</w:t>
      </w:r>
    </w:p>
    <w:p>
      <w:pPr>
        <w:jc w:val="right"/>
      </w:pPr>
      <w:r>
        <w:t>فتنہ</w:t>
      </w:r>
    </w:p>
    <w:p>
      <w:r>
        <w:rPr>
          <w:b/>
        </w:rPr>
        <w:t xml:space="preserve">[27:11] </w:t>
      </w:r>
      <w:r>
        <w:t>soya hua hai</w:t>
      </w:r>
    </w:p>
    <w:p>
      <w:pPr>
        <w:jc w:val="right"/>
      </w:pPr>
      <w:r>
        <w:t>سویا ہوا ہے</w:t>
      </w:r>
    </w:p>
    <w:p>
      <w:r>
        <w:rPr>
          <w:b/>
        </w:rPr>
        <w:t xml:space="preserve">[27:14] </w:t>
      </w:r>
      <w:r>
        <w:t>us par la'anat hai jo isko jagaye</w:t>
      </w:r>
    </w:p>
    <w:p>
      <w:pPr>
        <w:jc w:val="right"/>
      </w:pPr>
      <w:r>
        <w:t>اس پر لعنت ہے جو اس کو جگائے</w:t>
      </w:r>
    </w:p>
    <w:p>
      <w:r>
        <w:rPr>
          <w:b/>
        </w:rPr>
        <w:t xml:space="preserve">[27:18] </w:t>
      </w:r>
      <w:r>
        <w:t>innal fitnata naimat</w:t>
      </w:r>
    </w:p>
    <w:p>
      <w:pPr>
        <w:jc w:val="right"/>
      </w:pPr>
      <w:r>
        <w:t>ان الفتنۃ نائمۃ</w:t>
      </w:r>
    </w:p>
    <w:p>
      <w:r>
        <w:rPr>
          <w:b/>
        </w:rPr>
        <w:t xml:space="preserve">[27:21] </w:t>
      </w:r>
      <w:r>
        <w:t>la'anallahu man iqazhahu</w:t>
      </w:r>
    </w:p>
    <w:p>
      <w:pPr>
        <w:jc w:val="right"/>
      </w:pPr>
      <w:r>
        <w:t>لعن اللہ من ایقظہ</w:t>
      </w:r>
    </w:p>
    <w:p>
      <w:r>
        <w:rPr>
          <w:b/>
        </w:rPr>
        <w:t xml:space="preserve">[27:24] </w:t>
      </w:r>
      <w:r>
        <w:t>fitna soya hua hai us par la'anat hai jo isko jagaye iska matlab kya hai fitna</w:t>
      </w:r>
    </w:p>
    <w:p>
      <w:pPr>
        <w:jc w:val="right"/>
      </w:pPr>
      <w:r>
        <w:t>فتنہ سویا ہوا ہے اس پر لعنت ہے جو اس کو جگائے اس کا مطلب کیا ہے فتنہ</w:t>
      </w:r>
    </w:p>
    <w:p>
      <w:r>
        <w:rPr>
          <w:b/>
        </w:rPr>
        <w:t xml:space="preserve">[27:31] </w:t>
      </w:r>
      <w:r>
        <w:t>se murad yahan hai kya hai nafs ammara ego</w:t>
      </w:r>
    </w:p>
    <w:p>
      <w:pPr>
        <w:jc w:val="right"/>
      </w:pPr>
      <w:r>
        <w:t>سے مراد یہاں ہے کیا ہے نفس امارہ ایگو</w:t>
      </w:r>
    </w:p>
    <w:p>
      <w:r>
        <w:rPr>
          <w:b/>
        </w:rPr>
        <w:t xml:space="preserve">[27:36] </w:t>
      </w:r>
      <w:r>
        <w:t>insan ke andar jo ek</w:t>
      </w:r>
    </w:p>
    <w:p>
      <w:pPr>
        <w:jc w:val="right"/>
      </w:pPr>
      <w:r>
        <w:t>انسان کے اندر جو ایک</w:t>
      </w:r>
    </w:p>
    <w:p>
      <w:r>
        <w:rPr>
          <w:b/>
        </w:rPr>
        <w:t xml:space="preserve">[27:39] </w:t>
      </w:r>
      <w:r>
        <w:t>ananait hai wo</w:t>
      </w:r>
    </w:p>
    <w:p>
      <w:pPr>
        <w:jc w:val="right"/>
      </w:pPr>
      <w:r>
        <w:t>انانیت ہے وہ</w:t>
      </w:r>
    </w:p>
    <w:p>
      <w:r>
        <w:rPr>
          <w:b/>
        </w:rPr>
        <w:t xml:space="preserve">[27:42] </w:t>
      </w:r>
      <w:r>
        <w:t>to kisi ke chhupe hue ana ko bharkao mat yani provoke na karo kyunke wo dormant position mein</w:t>
      </w:r>
    </w:p>
    <w:p>
      <w:pPr>
        <w:jc w:val="right"/>
      </w:pPr>
      <w:r>
        <w:t>تو کسی کے چھپے ہوئے انا کو بھڑکاؤ مت یعنی پرووک نہ کرو کیونکہ وہ ڈارمنٹ پوزیشن میں</w:t>
      </w:r>
    </w:p>
    <w:p>
      <w:r>
        <w:rPr>
          <w:b/>
        </w:rPr>
        <w:t xml:space="preserve">[27:50] </w:t>
      </w:r>
      <w:r>
        <w:t>hai wo soya hua hai</w:t>
      </w:r>
    </w:p>
    <w:p>
      <w:pPr>
        <w:jc w:val="right"/>
      </w:pPr>
      <w:r>
        <w:t>ہے وہ سویا ہوا ہے</w:t>
      </w:r>
    </w:p>
    <w:p>
      <w:r>
        <w:rPr>
          <w:b/>
        </w:rPr>
        <w:t xml:space="preserve">[27:53] </w:t>
      </w:r>
      <w:r>
        <w:t>to har aadmi ke andar ego hai har aadmi ke andar organs</w:t>
      </w:r>
    </w:p>
    <w:p>
      <w:pPr>
        <w:jc w:val="right"/>
      </w:pPr>
      <w:r>
        <w:t>تو ہر ادمی کے اندر ایگو ہے ہر ادمی کے اندر ارگنس</w:t>
      </w:r>
    </w:p>
    <w:p>
      <w:r>
        <w:rPr>
          <w:b/>
        </w:rPr>
        <w:t xml:space="preserve">[27:57] </w:t>
      </w:r>
      <w:r>
        <w:t>hai har aadmi ke andar ananait hai lekin</w:t>
      </w:r>
    </w:p>
    <w:p>
      <w:pPr>
        <w:jc w:val="right"/>
      </w:pPr>
      <w:r>
        <w:t>ہے ہر ادمی کے اندر انانیت ہے لیکن</w:t>
      </w:r>
    </w:p>
    <w:p>
      <w:r>
        <w:rPr>
          <w:b/>
        </w:rPr>
        <w:t xml:space="preserve">[28:02] </w:t>
      </w:r>
      <w:r>
        <w:t>wo soi hui halat mein hoti hai nature ne isko sula rakha hai</w:t>
      </w:r>
    </w:p>
    <w:p>
      <w:pPr>
        <w:jc w:val="right"/>
      </w:pPr>
      <w:r>
        <w:t>وہ سوئی ہوئی حالت میں ہوتی ہے نیچر نے اس کو سلا رکھا ہے</w:t>
      </w:r>
    </w:p>
    <w:p>
      <w:r>
        <w:rPr>
          <w:b/>
        </w:rPr>
        <w:t xml:space="preserve">[28:07] </w:t>
      </w:r>
      <w:r>
        <w:t>nature ne isko sula rakha hai</w:t>
      </w:r>
    </w:p>
    <w:p>
      <w:pPr>
        <w:jc w:val="right"/>
      </w:pPr>
      <w:r>
        <w:t>نیچر نے اس کو سلا رکھا ہے</w:t>
      </w:r>
    </w:p>
    <w:p>
      <w:r>
        <w:rPr>
          <w:b/>
        </w:rPr>
        <w:t xml:space="preserve">[28:10] </w:t>
      </w:r>
      <w:r>
        <w:t>ab jab aap isko bharkayenge provoke karenge</w:t>
      </w:r>
    </w:p>
    <w:p>
      <w:pPr>
        <w:jc w:val="right"/>
      </w:pPr>
      <w:r>
        <w:t>اب جب اپ اس کو بھڑکائیں گے پرووک کریں گے</w:t>
      </w:r>
    </w:p>
    <w:p>
      <w:r>
        <w:rPr>
          <w:b/>
        </w:rPr>
        <w:t xml:space="preserve">[28:14] </w:t>
      </w:r>
      <w:r>
        <w:t>to zahir hai ke phir woh</w:t>
      </w:r>
    </w:p>
    <w:p>
      <w:pPr>
        <w:jc w:val="right"/>
      </w:pPr>
      <w:r>
        <w:t>تو ظاہر ہے کہ پھر وہ</w:t>
      </w:r>
    </w:p>
    <w:p>
      <w:r>
        <w:rPr>
          <w:b/>
        </w:rPr>
        <w:t xml:space="preserve">[28:17] </w:t>
      </w:r>
      <w:r>
        <w:t>bohat ziyada sari buraiyan dikhayega apni</w:t>
      </w:r>
    </w:p>
    <w:p>
      <w:pPr>
        <w:jc w:val="right"/>
      </w:pPr>
      <w:r>
        <w:t>بہت زیادہ ساری برائیاں دکھائے گا اپنی</w:t>
      </w:r>
    </w:p>
    <w:p>
      <w:r>
        <w:rPr>
          <w:b/>
        </w:rPr>
        <w:t xml:space="preserve">[28:22] </w:t>
      </w:r>
      <w:r>
        <w:t>to jab soya hua to soya rehne do</w:t>
      </w:r>
    </w:p>
    <w:p>
      <w:pPr>
        <w:jc w:val="right"/>
      </w:pPr>
      <w:r>
        <w:t>تو جب سویا ہوا تو سویا رہنے دو</w:t>
      </w:r>
    </w:p>
    <w:p>
      <w:r>
        <w:rPr>
          <w:b/>
        </w:rPr>
        <w:t xml:space="preserve">[28:26] </w:t>
      </w:r>
      <w:r>
        <w:t>is ko bhadka kar ke kyun</w:t>
      </w:r>
    </w:p>
    <w:p>
      <w:pPr>
        <w:jc w:val="right"/>
      </w:pPr>
      <w:r>
        <w:t>اس کو بھڑکا کر کے کیوں</w:t>
      </w:r>
    </w:p>
    <w:p>
      <w:r>
        <w:rPr>
          <w:b/>
        </w:rPr>
        <w:t xml:space="preserve">[28:29] </w:t>
      </w:r>
      <w:r>
        <w:t>apne ko is se</w:t>
      </w:r>
    </w:p>
    <w:p>
      <w:pPr>
        <w:jc w:val="right"/>
      </w:pPr>
      <w:r>
        <w:t>اپنے کو اس سے</w:t>
      </w:r>
    </w:p>
    <w:p>
      <w:r>
        <w:rPr>
          <w:b/>
        </w:rPr>
        <w:t xml:space="preserve">[28:31] </w:t>
      </w:r>
      <w:r>
        <w:t>marwate ho isi ko kaha jata hai ke ab bell mujhe maar ek bell khada hua hai to</w:t>
      </w:r>
    </w:p>
    <w:p>
      <w:pPr>
        <w:jc w:val="right"/>
      </w:pPr>
      <w:r>
        <w:t>مرواتے ہو اسی کو کہا جاتا ہے کہ اب بیل مجھے مار ایک بیل کھڑا ہوا ہے تو</w:t>
      </w:r>
    </w:p>
    <w:p>
      <w:r>
        <w:rPr>
          <w:b/>
        </w:rPr>
        <w:t xml:space="preserve">[28:38] </w:t>
      </w:r>
      <w:r>
        <w:t>khada hua hai apni apni halat mein khada hua hai woh lekin aap jab kankri marenge is</w:t>
      </w:r>
    </w:p>
    <w:p>
      <w:pPr>
        <w:jc w:val="right"/>
      </w:pPr>
      <w:r>
        <w:t>کھڑا ہوا ہے اپنی اپنی حالت میں کھڑا ہوا ہے وہ لیکن اپ جب کنکری ماریں گے اس</w:t>
      </w:r>
    </w:p>
    <w:p>
      <w:r>
        <w:rPr>
          <w:b/>
        </w:rPr>
        <w:t xml:space="preserve">[28:42] </w:t>
      </w:r>
      <w:r>
        <w:t>ko to</w:t>
      </w:r>
    </w:p>
    <w:p>
      <w:pPr>
        <w:jc w:val="right"/>
      </w:pPr>
      <w:r>
        <w:t>کو تو</w:t>
      </w:r>
    </w:p>
    <w:p>
      <w:r>
        <w:rPr>
          <w:b/>
        </w:rPr>
        <w:t xml:space="preserve">[28:42] </w:t>
      </w:r>
      <w:r>
        <w:t>woh aap ko seeng marega</w:t>
      </w:r>
    </w:p>
    <w:p>
      <w:pPr>
        <w:jc w:val="right"/>
      </w:pPr>
      <w:r>
        <w:t>وہ اپ کو سینگ مارے گا</w:t>
      </w:r>
    </w:p>
    <w:p>
      <w:r>
        <w:rPr>
          <w:b/>
        </w:rPr>
        <w:t xml:space="preserve">[28:46] </w:t>
      </w:r>
      <w:r>
        <w:t>isi ko kaha ke in alfitnatu naimatun la'anallahu man ayqazahu ke fitna soya hua hai is par</w:t>
      </w:r>
    </w:p>
    <w:p>
      <w:pPr>
        <w:jc w:val="right"/>
      </w:pPr>
      <w:r>
        <w:t>اسی کو کہا کہ ان الفتنۃ نائمۃ لعن اللہ من ایقظہ کہ فتنہ سویا ہوا ہے اس پر</w:t>
      </w:r>
    </w:p>
    <w:p>
      <w:r>
        <w:rPr>
          <w:b/>
        </w:rPr>
        <w:t xml:space="preserve">[28:54] </w:t>
      </w:r>
      <w:r>
        <w:t>la'nat hai jo is ko jagaye to log kyun jagate hain</w:t>
      </w:r>
    </w:p>
    <w:p>
      <w:pPr>
        <w:jc w:val="right"/>
      </w:pPr>
      <w:r>
        <w:t>لعنت ہے جو اس کو جگائے تو لوگ کیوں جگاتے ہیں</w:t>
      </w:r>
    </w:p>
    <w:p>
      <w:r>
        <w:rPr>
          <w:b/>
        </w:rPr>
        <w:t xml:space="preserve">[28:59] </w:t>
      </w:r>
      <w:r>
        <w:t>is ki wajah hai ke log hamesha manfi khayalat mein jeete hain negative thought mein jeete hain</w:t>
      </w:r>
    </w:p>
    <w:p>
      <w:pPr>
        <w:jc w:val="right"/>
      </w:pPr>
      <w:r>
        <w:t>اس کی وجہ ہے کہ لوگ ہمیشہ منفی خیالات میں جیتے ہیں نیگیٹیو تھاٹ میں جیتے ہیں</w:t>
      </w:r>
    </w:p>
    <w:p>
      <w:r>
        <w:rPr>
          <w:b/>
        </w:rPr>
        <w:t xml:space="preserve">[29:06] </w:t>
      </w:r>
      <w:r>
        <w:t>pura samaj mein ek doosre ke khilaf badgumanian phaili rehti hain hamesha kyunke hum ek doosre ko burai</w:t>
      </w:r>
    </w:p>
    <w:p>
      <w:pPr>
        <w:jc w:val="right"/>
      </w:pPr>
      <w:r>
        <w:t>پورا سماج میں ایک دوسرے کے خلاف بدگمانیاں پھیلی رہتی ہیں ہمیشہ کیونکہ ہم ایک دوسرے کو برائی</w:t>
      </w:r>
    </w:p>
    <w:p>
      <w:r>
        <w:rPr>
          <w:b/>
        </w:rPr>
        <w:t xml:space="preserve">[29:11] </w:t>
      </w:r>
      <w:r>
        <w:t>bayan karte hain achhai bayan nahin karte</w:t>
      </w:r>
    </w:p>
    <w:p>
      <w:pPr>
        <w:jc w:val="right"/>
      </w:pPr>
      <w:r>
        <w:t>بیان کرتے ہیں اچھائی بیان نہیں کرتے</w:t>
      </w:r>
    </w:p>
    <w:p>
      <w:r>
        <w:rPr>
          <w:b/>
        </w:rPr>
        <w:t xml:space="preserve">[29:16] </w:t>
      </w:r>
      <w:r>
        <w:t>ek aam riwaj hai</w:t>
      </w:r>
    </w:p>
    <w:p>
      <w:pPr>
        <w:jc w:val="right"/>
      </w:pPr>
      <w:r>
        <w:t>ایک عام رواج ہے</w:t>
      </w:r>
    </w:p>
    <w:p>
      <w:r>
        <w:rPr>
          <w:b/>
        </w:rPr>
        <w:t xml:space="preserve">[29:22] </w:t>
      </w:r>
      <w:r>
        <w:t>ke koi milega mujhe agar jo UK se aaya hai is se mein poochunga to</w:t>
      </w:r>
    </w:p>
    <w:p>
      <w:pPr>
        <w:jc w:val="right"/>
      </w:pPr>
      <w:r>
        <w:t>کہ کوئی ملے گا مجھے اگر جو یو کے سے ایا ہے اس سے میں پوچھوں گا تو</w:t>
      </w:r>
    </w:p>
    <w:p>
      <w:r>
        <w:rPr>
          <w:b/>
        </w:rPr>
        <w:t xml:space="preserve">[29:27] </w:t>
      </w:r>
      <w:r>
        <w:t>wahan koi burai nikal ke batayega America se koi aadmi milega poochunga mein is se</w:t>
      </w:r>
    </w:p>
    <w:p>
      <w:pPr>
        <w:jc w:val="right"/>
      </w:pPr>
      <w:r>
        <w:t>وہاں کوئی برائی نکال کے بتائے گا امریکہ سے کوئی ادمی ملے گا پوچھوں گا میں اس سے</w:t>
      </w:r>
    </w:p>
    <w:p>
      <w:r>
        <w:rPr>
          <w:b/>
        </w:rPr>
        <w:t xml:space="preserve">[29:32] </w:t>
      </w:r>
      <w:r>
        <w:t>to wahan ke America se koi bure bayan ke batayega yeh nahin batayega ke wahan mein</w:t>
      </w:r>
    </w:p>
    <w:p>
      <w:pPr>
        <w:jc w:val="right"/>
      </w:pPr>
      <w:r>
        <w:t>تو وہاں کے امریکہ سے کوئی برے بیان کے بتائے گا یہ نہیں بتائے گا کہ وہاں میں</w:t>
      </w:r>
    </w:p>
    <w:p>
      <w:r>
        <w:rPr>
          <w:b/>
        </w:rPr>
        <w:t xml:space="preserve">[29:36] </w:t>
      </w:r>
      <w:r>
        <w:t>ne achha ghar banaya hai wahan mere bachche khoob padh rahe hain wahan mein khoob paisa milta hai</w:t>
      </w:r>
    </w:p>
    <w:p>
      <w:pPr>
        <w:jc w:val="right"/>
      </w:pPr>
      <w:r>
        <w:t>نے اچھا گھر بنایا ہے وہاں میرے بچے خوب پڑھ رہے ہیں وہاں میں خوب پیسہ ملتا ہے</w:t>
      </w:r>
    </w:p>
    <w:p>
      <w:r>
        <w:rPr>
          <w:b/>
        </w:rPr>
        <w:t xml:space="preserve">[29:40] </w:t>
      </w:r>
      <w:r>
        <w:t>mein aram se reh raha hoon achhi gaadi mein wahan achhi sadkon par chalta hoon yeh nahin bataye</w:t>
      </w:r>
    </w:p>
    <w:p>
      <w:pPr>
        <w:jc w:val="right"/>
      </w:pPr>
      <w:r>
        <w:t>میں ارام سے رہ رہا ہوں اچھی گاڑی میں وہاں اچھی سڑکوں پر چلتا ہوں یہ نہیں بتائے</w:t>
      </w:r>
    </w:p>
    <w:p>
      <w:r>
        <w:rPr>
          <w:b/>
        </w:rPr>
        <w:t xml:space="preserve">[29:45] </w:t>
      </w:r>
      <w:r>
        <w:t>ga woh yeh nahin batayega</w:t>
      </w:r>
    </w:p>
    <w:p>
      <w:pPr>
        <w:jc w:val="right"/>
      </w:pPr>
      <w:r>
        <w:t>گا وہ یہ نہیں بتائے گا</w:t>
      </w:r>
    </w:p>
    <w:p>
      <w:r>
        <w:rPr>
          <w:b/>
        </w:rPr>
        <w:t xml:space="preserve">[29:50] </w:t>
      </w:r>
      <w:r>
        <w:t>ek baar to ab mein America mein ek sahab mile mujhe ek jo ek muslim mulk se wahan</w:t>
      </w:r>
    </w:p>
    <w:p>
      <w:pPr>
        <w:jc w:val="right"/>
      </w:pPr>
      <w:r>
        <w:t>ایک بار تو اب میں امریکہ میں ایک صاحب ملے مجھے ایک جو ایک مسلم ملک سے وہاں</w:t>
      </w:r>
    </w:p>
    <w:p>
      <w:r>
        <w:rPr>
          <w:b/>
        </w:rPr>
        <w:t xml:space="preserve">[29:54] </w:t>
      </w:r>
      <w:r>
        <w:t>aaye the daadhi bhi thi un ki</w:t>
      </w:r>
    </w:p>
    <w:p>
      <w:pPr>
        <w:jc w:val="right"/>
      </w:pPr>
      <w:r>
        <w:t>ائے تھے داڑھی بھی تھی ان کی</w:t>
      </w:r>
    </w:p>
    <w:p>
      <w:r>
        <w:rPr>
          <w:b/>
        </w:rPr>
        <w:t xml:space="preserve">[29:57] </w:t>
      </w:r>
      <w:r>
        <w:t>to mein ne un se poocha ke aap apne muslim mulk se yahan America mein kyun aagaye</w:t>
      </w:r>
    </w:p>
    <w:p>
      <w:pPr>
        <w:jc w:val="right"/>
      </w:pPr>
      <w:r>
        <w:t>تو میں نے ان سے پوچھا کہ اپ اپنے مسلم ملک سے یہاں امریکہ میں کیوں اگئے</w:t>
      </w:r>
    </w:p>
    <w:p>
      <w:r>
        <w:rPr>
          <w:b/>
        </w:rPr>
        <w:t xml:space="preserve">[30:03] </w:t>
      </w:r>
      <w:r>
        <w:t>achha woh burai bayan karte the woh America ko dushman bata rahe the musalmanon</w:t>
      </w:r>
    </w:p>
    <w:p>
      <w:pPr>
        <w:jc w:val="right"/>
      </w:pPr>
      <w:r>
        <w:t>اچھا وہ برائی بیان کرتے تھے وہ امریکہ کو دشمن بتا رہے تھے مسلمانوں</w:t>
      </w:r>
    </w:p>
    <w:p>
      <w:r>
        <w:rPr>
          <w:b/>
        </w:rPr>
        <w:t xml:space="preserve">[30:07] </w:t>
      </w:r>
      <w:r>
        <w:t>ka aur Islam ka dushman</w:t>
      </w:r>
    </w:p>
    <w:p>
      <w:pPr>
        <w:jc w:val="right"/>
      </w:pPr>
      <w:r>
        <w:t>کا اور اسلام کا دشمن</w:t>
      </w:r>
    </w:p>
    <w:p>
      <w:r>
        <w:rPr>
          <w:b/>
        </w:rPr>
        <w:t xml:space="preserve">[30:11] </w:t>
      </w:r>
      <w:r>
        <w:t>woh amreeka ko bata rahe thay ke yeh musalmanon ka dushman hai amreeka ka dushman hai to mein</w:t>
      </w:r>
    </w:p>
    <w:p>
      <w:pPr>
        <w:jc w:val="right"/>
      </w:pPr>
      <w:r>
        <w:t>وہ امریکہ کو بتا رہے تھے کہ یہ مسلمانوں کا دشمن ہے امریکہ کا دشمن ہے تو میں</w:t>
      </w:r>
    </w:p>
    <w:p>
      <w:r>
        <w:rPr>
          <w:b/>
        </w:rPr>
        <w:t xml:space="preserve">[30:15] </w:t>
      </w:r>
      <w:r>
        <w:t>ne kaha ke aap phir yahan kyun aa gaye bachon ko le kar ke kyun rehte hain yahan par</w:t>
      </w:r>
    </w:p>
    <w:p>
      <w:pPr>
        <w:jc w:val="right"/>
      </w:pPr>
      <w:r>
        <w:t>نے کہا کہ اپ پھر یہاں کیوں اگئے بچوں کو لے کر کے کیوں رہتے ہیں یہاں پر</w:t>
      </w:r>
    </w:p>
    <w:p>
      <w:r>
        <w:rPr>
          <w:b/>
        </w:rPr>
        <w:t xml:space="preserve">[30:21] </w:t>
      </w:r>
      <w:r>
        <w:t>to kya kehte hain</w:t>
      </w:r>
    </w:p>
    <w:p>
      <w:pPr>
        <w:jc w:val="right"/>
      </w:pPr>
      <w:r>
        <w:t>تو کیا کہتے ہیں</w:t>
      </w:r>
    </w:p>
    <w:p>
      <w:r>
        <w:rPr>
          <w:b/>
        </w:rPr>
        <w:t xml:space="preserve">[30:24] </w:t>
      </w:r>
      <w:r>
        <w:t>ke rozi jis ki jahan likhi rehti hai wahan jaye ga woh</w:t>
      </w:r>
    </w:p>
    <w:p>
      <w:pPr>
        <w:jc w:val="right"/>
      </w:pPr>
      <w:r>
        <w:t>کہ روزی جس کی جہاں لکھی رہتی ہے وہاں جائے گا وہ</w:t>
      </w:r>
    </w:p>
    <w:p>
      <w:r>
        <w:rPr>
          <w:b/>
        </w:rPr>
        <w:t xml:space="preserve">[30:28] </w:t>
      </w:r>
      <w:r>
        <w:t>rozi jis ki jahan rahe gi wahan jaye ga woh</w:t>
      </w:r>
    </w:p>
    <w:p>
      <w:pPr>
        <w:jc w:val="right"/>
      </w:pPr>
      <w:r>
        <w:t>روزی جس کی جہاں رہے گی وہاں جائے گا وہ</w:t>
      </w:r>
    </w:p>
    <w:p>
      <w:r>
        <w:rPr>
          <w:b/>
        </w:rPr>
        <w:t xml:space="preserve">[30:32] </w:t>
      </w:r>
      <w:r>
        <w:t>to mein ne kaha ke rozi kya aap ki dushman mulk mein likhi hui thi aur musalman jo</w:t>
      </w:r>
    </w:p>
    <w:p>
      <w:pPr>
        <w:jc w:val="right"/>
      </w:pPr>
      <w:r>
        <w:t>تو میں نے کہا کہ روزی کیا اپ کی دشمن ملک میں لکھی ہوئی تھی اور مسلمان جو</w:t>
      </w:r>
    </w:p>
    <w:p>
      <w:r>
        <w:rPr>
          <w:b/>
        </w:rPr>
        <w:t xml:space="preserve">[30:36] </w:t>
      </w:r>
      <w:r>
        <w:t>aap ka mulk hai dost mulk wahan likhi nahi thi rozi aap ki yani khuda pe ilzaam nahi</w:t>
      </w:r>
    </w:p>
    <w:p>
      <w:pPr>
        <w:jc w:val="right"/>
      </w:pPr>
      <w:r>
        <w:t>اپ کا ملک ہے دوست ملک وہاں لکھی نہیں تھی روزی اپ کی یعنی خدا پہ الزام نہیں</w:t>
      </w:r>
    </w:p>
    <w:p>
      <w:r>
        <w:rPr>
          <w:b/>
        </w:rPr>
        <w:t xml:space="preserve">[30:42] </w:t>
      </w:r>
      <w:r>
        <w:t>de rahe hain aap</w:t>
      </w:r>
    </w:p>
    <w:p>
      <w:pPr>
        <w:jc w:val="right"/>
      </w:pPr>
      <w:r>
        <w:t>دے رہے ہیں اپ</w:t>
      </w:r>
    </w:p>
    <w:p>
      <w:r>
        <w:rPr>
          <w:b/>
        </w:rPr>
        <w:t xml:space="preserve">[30:44] </w:t>
      </w:r>
      <w:r>
        <w:t>yeh to khuda pe ilzaam hai ke is ne aap ko paida kiya aik muslim mulk mein aur</w:t>
      </w:r>
    </w:p>
    <w:p>
      <w:pPr>
        <w:jc w:val="right"/>
      </w:pPr>
      <w:r>
        <w:t>یہ تو خدا پہ الزام ہے کہ اس نے اپ کو پیدا کیا ایک مسلم ملک میں اور</w:t>
      </w:r>
    </w:p>
    <w:p>
      <w:r>
        <w:rPr>
          <w:b/>
        </w:rPr>
        <w:t xml:space="preserve">[30:50] </w:t>
      </w:r>
      <w:r>
        <w:t>muslim mulk mein is ne rozi nahi rakhi aap ki rozi</w:t>
      </w:r>
    </w:p>
    <w:p>
      <w:pPr>
        <w:jc w:val="right"/>
      </w:pPr>
      <w:r>
        <w:t>مسلم ملک میں اس نے روزی نہیں رکھی اپ کی روزی</w:t>
      </w:r>
    </w:p>
    <w:p>
      <w:r>
        <w:rPr>
          <w:b/>
        </w:rPr>
        <w:t xml:space="preserve">[30:53] </w:t>
      </w:r>
      <w:r>
        <w:t>rakh di aap ki kahan ek dushman mulk mein kaisi ajeeb baat hai</w:t>
      </w:r>
    </w:p>
    <w:p>
      <w:pPr>
        <w:jc w:val="right"/>
      </w:pPr>
      <w:r>
        <w:t>رکھ دی اپ کی کہاں ایک دشمن ملک میں کیسی عجیب بات ہے</w:t>
      </w:r>
    </w:p>
    <w:p>
      <w:r>
        <w:rPr>
          <w:b/>
        </w:rPr>
        <w:t xml:space="preserve">[31:01] </w:t>
      </w:r>
      <w:r>
        <w:t>to cheez kya hai ke log doosron ke bare mein hamesha negative baatein lete hain to dimagh bhara hua hai bhara hua hai bhara hua hai ke bhara hua hai to har mauqe pe wahi niklega ab interest ke liye to compromise kar lete hain</w:t>
      </w:r>
    </w:p>
    <w:p>
      <w:pPr>
        <w:jc w:val="right"/>
      </w:pPr>
      <w:r>
        <w:t>تو چیز کیا ہے کہ لوگ دوسروں کے بارے میں ہمیشہ نیگیٹیو باتیں لیتے ہیں تو دماغ بھرا ہوا ہے بھرا ہوا ہے بھرا ہوا ہے کہ بھرا ہوا ہے تو ہر موقع پہ وہی نکلے گا اب انٹرسٹ کے لیے تو کمپرومائز کر لیتے ہیں</w:t>
      </w:r>
    </w:p>
    <w:p>
      <w:r>
        <w:rPr>
          <w:b/>
        </w:rPr>
        <w:t xml:space="preserve">[31:22] </w:t>
      </w:r>
      <w:r>
        <w:t>kyunke interest mein aik comparsion aa jata hai to jahan interest dikhai de ga wahan compulsorily is se</w:t>
      </w:r>
    </w:p>
    <w:p>
      <w:pPr>
        <w:jc w:val="right"/>
      </w:pPr>
      <w:r>
        <w:t>کیونکہ انٹرسٹ میں ایک کمپرسن ا جاتا ہے تو جہاں انٹرسٹ دکھائی دے گا وہاں کمپلسولی اس سے</w:t>
      </w:r>
    </w:p>
    <w:p>
      <w:r>
        <w:rPr>
          <w:b/>
        </w:rPr>
        <w:t xml:space="preserve">[31:28] </w:t>
      </w:r>
      <w:r>
        <w:t>compromise kar len ge</w:t>
      </w:r>
    </w:p>
    <w:p>
      <w:pPr>
        <w:jc w:val="right"/>
      </w:pPr>
      <w:r>
        <w:t>کمپرومائز کر لیں گے</w:t>
      </w:r>
    </w:p>
    <w:p>
      <w:r>
        <w:rPr>
          <w:b/>
        </w:rPr>
        <w:t xml:space="preserve">[31:30] </w:t>
      </w:r>
      <w:r>
        <w:t>lekin un ki soch jo hai is se alag hoti hai to logon ka haal yahi ho gaya</w:t>
      </w:r>
    </w:p>
    <w:p>
      <w:pPr>
        <w:jc w:val="right"/>
      </w:pPr>
      <w:r>
        <w:t>لیکن ان کی سوچ جو ہے اس سے الگ ہوتی ہے تو لوگوں کا حال یہی ہو گیا</w:t>
      </w:r>
    </w:p>
    <w:p>
      <w:r>
        <w:rPr>
          <w:b/>
        </w:rPr>
        <w:t xml:space="preserve">[31:35] </w:t>
      </w:r>
      <w:r>
        <w:t>hai aaj kal</w:t>
      </w:r>
    </w:p>
    <w:p>
      <w:pPr>
        <w:jc w:val="right"/>
      </w:pPr>
      <w:r>
        <w:t>ہے اج کل</w:t>
      </w:r>
    </w:p>
    <w:p>
      <w:r>
        <w:rPr>
          <w:b/>
        </w:rPr>
        <w:t xml:space="preserve">[31:38] </w:t>
      </w:r>
      <w:r>
        <w:t>ke aik taraf un ki practical life hai aik taraf un ki thinking hai</w:t>
      </w:r>
    </w:p>
    <w:p>
      <w:pPr>
        <w:jc w:val="right"/>
      </w:pPr>
      <w:r>
        <w:t>کہ ایک طرف ان کی پریکٹیکل لائف ہے ایک طرف ان کی تھنکنگ ہے</w:t>
      </w:r>
    </w:p>
    <w:p>
      <w:r>
        <w:rPr>
          <w:b/>
        </w:rPr>
        <w:t xml:space="preserve">[31:44] </w:t>
      </w:r>
      <w:r>
        <w:t>donon mein doori ho gayi hai</w:t>
      </w:r>
    </w:p>
    <w:p>
      <w:pPr>
        <w:jc w:val="right"/>
      </w:pPr>
      <w:r>
        <w:t>دونوں میں دوری ہو گئی ہے</w:t>
      </w:r>
    </w:p>
    <w:p>
      <w:r>
        <w:rPr>
          <w:b/>
        </w:rPr>
        <w:t xml:space="preserve">[31:47] </w:t>
      </w:r>
      <w:r>
        <w:t>yani soch alag hai practical life alag hai</w:t>
      </w:r>
    </w:p>
    <w:p>
      <w:pPr>
        <w:jc w:val="right"/>
      </w:pPr>
      <w:r>
        <w:t>یعنی سوچ الگ ہے پریکٹیکل لائف الگ ہے</w:t>
      </w:r>
    </w:p>
    <w:p>
      <w:r>
        <w:rPr>
          <w:b/>
        </w:rPr>
        <w:t xml:space="preserve">[31:51] </w:t>
      </w:r>
      <w:r>
        <w:t>mein bohat se logon se poochta hoon ke aap burai kar rahe hain</w:t>
      </w:r>
    </w:p>
    <w:p>
      <w:pPr>
        <w:jc w:val="right"/>
      </w:pPr>
      <w:r>
        <w:t>میں بہت سے لوگوں سے پوچھتا ہوں کہ اپ برائی کر رہے ہیں</w:t>
      </w:r>
    </w:p>
    <w:p>
      <w:r>
        <w:rPr>
          <w:b/>
        </w:rPr>
        <w:t xml:space="preserve">[31:57] </w:t>
      </w:r>
      <w:r>
        <w:t>aur isi isi desh mein rehte hain aap jis desh mein aadmi rehta hai usi ki burai bayan</w:t>
      </w:r>
    </w:p>
    <w:p>
      <w:pPr>
        <w:jc w:val="right"/>
      </w:pPr>
      <w:r>
        <w:t>اور اسی اسی دیش میں رہتے ہیں اپ جس دیش میں ادمی رہتا ہے اسی کی برائی بیان</w:t>
      </w:r>
    </w:p>
    <w:p>
      <w:r>
        <w:rPr>
          <w:b/>
        </w:rPr>
        <w:t xml:space="preserve">[32:01] </w:t>
      </w:r>
      <w:r>
        <w:t>karta hai to mein kehta hoon ke aap isi desh ki burai bayan karein isi desh mein reh</w:t>
      </w:r>
    </w:p>
    <w:p>
      <w:pPr>
        <w:jc w:val="right"/>
      </w:pPr>
      <w:r>
        <w:t>کرتا ہے تو میں کہتا ہوں کہ اپ اسی دیش کی برائی بیان کریں اسی دیش میں رہ</w:t>
      </w:r>
    </w:p>
    <w:p>
      <w:r>
        <w:rPr>
          <w:b/>
        </w:rPr>
        <w:t xml:space="preserve">[32:07] </w:t>
      </w:r>
      <w:r>
        <w:t>rahe hain aap chhod dijiye is desh ko</w:t>
      </w:r>
    </w:p>
    <w:p>
      <w:pPr>
        <w:jc w:val="right"/>
      </w:pPr>
      <w:r>
        <w:t>رہے ہیں اپ چھوڑ دیجئے اس دیش کو</w:t>
      </w:r>
    </w:p>
    <w:p>
      <w:r>
        <w:rPr>
          <w:b/>
        </w:rPr>
        <w:t xml:space="preserve">[32:11] </w:t>
      </w:r>
      <w:r>
        <w:t>to yeh bohat bara aik duality hai dualism hai ke practical life jo hai aap ki woh alag</w:t>
      </w:r>
    </w:p>
    <w:p>
      <w:pPr>
        <w:jc w:val="right"/>
      </w:pPr>
      <w:r>
        <w:t>تو یہ بہت بڑا ایک ڈویلٹی ہے ڈویلزم ہے کہ پریکٹیکل لائف جو ہے اپ کی وہ الگ</w:t>
      </w:r>
    </w:p>
    <w:p>
      <w:r>
        <w:rPr>
          <w:b/>
        </w:rPr>
        <w:t xml:space="preserve">[32:19] </w:t>
      </w:r>
      <w:r>
        <w:t>hai aap ki thinking jo hai woh alag hai</w:t>
      </w:r>
    </w:p>
    <w:p>
      <w:pPr>
        <w:jc w:val="right"/>
      </w:pPr>
      <w:r>
        <w:t>ہے اپ کی تھنکنگ جو ہے وہ الگ ہے</w:t>
      </w:r>
    </w:p>
    <w:p>
      <w:r>
        <w:rPr>
          <w:b/>
        </w:rPr>
        <w:t xml:space="preserve">[32:23] </w:t>
      </w:r>
      <w:r>
        <w:t>bohat zaroori hai ke hum is se bahar niklein is ki jar yahi hai ke hum hamesha ghalat</w:t>
      </w:r>
    </w:p>
    <w:p>
      <w:pPr>
        <w:jc w:val="right"/>
      </w:pPr>
      <w:r>
        <w:t>بہت ضروری ہے کہ ہم اس سے باہر نکلیں اس کی جڑ یہی ہے کہ ہم ہمیشہ غلط</w:t>
      </w:r>
    </w:p>
    <w:p>
      <w:r>
        <w:rPr>
          <w:b/>
        </w:rPr>
        <w:t xml:space="preserve">[32:29] </w:t>
      </w:r>
      <w:r>
        <w:t>fehmi mein rehte hain doosron ke baray mein rai banane mein hum sympathetic nahi hote</w:t>
      </w:r>
    </w:p>
    <w:p>
      <w:pPr>
        <w:jc w:val="right"/>
      </w:pPr>
      <w:r>
        <w:t>فہمی میں رہتے ہیں دوسروں کے بارے میں رائے بنانے میں ہم سمپیتھیٹک نہیں ہوتے</w:t>
      </w:r>
    </w:p>
    <w:p>
      <w:r>
        <w:rPr>
          <w:b/>
        </w:rPr>
        <w:t xml:space="preserve">[32:36] </w:t>
      </w:r>
      <w:r>
        <w:t>ghalat fehmi kya hai mis understandig kya hai</w:t>
      </w:r>
    </w:p>
    <w:p>
      <w:pPr>
        <w:jc w:val="right"/>
      </w:pPr>
      <w:r>
        <w:t>غلط فہمی کیا ہے مس انڈرسٹینڈنگ کیا ہے</w:t>
      </w:r>
    </w:p>
    <w:p>
      <w:r>
        <w:rPr>
          <w:b/>
        </w:rPr>
        <w:t xml:space="preserve">[32:41] </w:t>
      </w:r>
      <w:r>
        <w:t>dusron ke bare mein sympathetic</w:t>
      </w:r>
    </w:p>
    <w:p>
      <w:pPr>
        <w:jc w:val="right"/>
      </w:pPr>
      <w:r>
        <w:t>دوسروں کے بارے میں سمپیتھیٹک</w:t>
      </w:r>
    </w:p>
    <w:p>
      <w:r>
        <w:rPr>
          <w:b/>
        </w:rPr>
        <w:t xml:space="preserve">[32:42] </w:t>
      </w:r>
      <w:r>
        <w:t>na hona</w:t>
      </w:r>
    </w:p>
    <w:p>
      <w:pPr>
        <w:jc w:val="right"/>
      </w:pPr>
      <w:r>
        <w:t>نہ ہونا</w:t>
      </w:r>
    </w:p>
    <w:p>
      <w:r>
        <w:rPr>
          <w:b/>
        </w:rPr>
        <w:t xml:space="preserve">[32:46] </w:t>
      </w:r>
      <w:r>
        <w:t>dusron ke bare mein sympathetic na hona</w:t>
      </w:r>
    </w:p>
    <w:p>
      <w:pPr>
        <w:jc w:val="right"/>
      </w:pPr>
      <w:r>
        <w:t>دوسروں کے بارے میں سمپیتھیٹک نہ ہونا</w:t>
      </w:r>
    </w:p>
    <w:p>
      <w:r>
        <w:rPr>
          <w:b/>
        </w:rPr>
        <w:t xml:space="preserve">[32:50] </w:t>
      </w:r>
      <w:r>
        <w:t>jaise ke mein radio sun raha tha ek aurat keh rahi hai ke mera ek bachcha hai mere</w:t>
      </w:r>
    </w:p>
    <w:p>
      <w:pPr>
        <w:jc w:val="right"/>
      </w:pPr>
      <w:r>
        <w:t>جیسے کہ میں ریڈیو سن رہا تھا ایک عورت کہہ رہی ہے کہ میرا ایک بچہ ہے میرے</w:t>
      </w:r>
    </w:p>
    <w:p>
      <w:r>
        <w:rPr>
          <w:b/>
        </w:rPr>
        <w:t xml:space="preserve">[32:57] </w:t>
      </w:r>
      <w:r>
        <w:t>paros mein ek hai is ki ek bachi hai to mein jati hoon aur donon wahan par ek</w:t>
      </w:r>
    </w:p>
    <w:p>
      <w:pPr>
        <w:jc w:val="right"/>
      </w:pPr>
      <w:r>
        <w:t>پڑوس میں ایک ہے اس کی ایک بچی ہے تو میں جاتی ہوں اور دونوں وہاں پر ایک</w:t>
      </w:r>
    </w:p>
    <w:p>
      <w:r>
        <w:rPr>
          <w:b/>
        </w:rPr>
        <w:t xml:space="preserve">[33:03] </w:t>
      </w:r>
      <w:r>
        <w:t>lawn hai wahan par donon khelte hain mera bachcha aur paros ki bachi donon khelte hain to khud</w:t>
      </w:r>
    </w:p>
    <w:p>
      <w:pPr>
        <w:jc w:val="right"/>
      </w:pPr>
      <w:r>
        <w:t>لان ہے وہاں پر دونوں کھیلتے ہیں میرا بچہ اور پڑوس کی بچی دونوں کھیلتے ہیں تو خود</w:t>
      </w:r>
    </w:p>
    <w:p>
      <w:r>
        <w:rPr>
          <w:b/>
        </w:rPr>
        <w:t xml:space="preserve">[33:10] </w:t>
      </w:r>
      <w:r>
        <w:t>hi kehti hai ke</w:t>
      </w:r>
    </w:p>
    <w:p>
      <w:pPr>
        <w:jc w:val="right"/>
      </w:pPr>
      <w:r>
        <w:t>ہی کہتی ہے کہ</w:t>
      </w:r>
    </w:p>
    <w:p>
      <w:r>
        <w:rPr>
          <w:b/>
        </w:rPr>
        <w:t xml:space="preserve">[33:12] </w:t>
      </w:r>
      <w:r>
        <w:t>mere paros ki jo khatoon hain wo mere paas aaeen unhon ne shikayat kiya ke tumhara bachcha meri</w:t>
      </w:r>
    </w:p>
    <w:p>
      <w:pPr>
        <w:jc w:val="right"/>
      </w:pPr>
      <w:r>
        <w:t>میرے پڑوس کی جو خاتون ہیں وہ میرے پاس ائیں انہوں نے شکایت کیا کہ تمہارا بچہ میری</w:t>
      </w:r>
    </w:p>
    <w:p>
      <w:r>
        <w:rPr>
          <w:b/>
        </w:rPr>
        <w:t xml:space="preserve">[33:18] </w:t>
      </w:r>
      <w:r>
        <w:t>ladki ko marta hai</w:t>
      </w:r>
    </w:p>
    <w:p>
      <w:pPr>
        <w:jc w:val="right"/>
      </w:pPr>
      <w:r>
        <w:t>لڑکی کو مارتا ہے</w:t>
      </w:r>
    </w:p>
    <w:p>
      <w:r>
        <w:rPr>
          <w:b/>
        </w:rPr>
        <w:t xml:space="preserve">[33:22] </w:t>
      </w:r>
      <w:r>
        <w:t>jab marta hai aur us ne khud bhi dekha ke wo marte hue hain is ko lekin kya</w:t>
      </w:r>
    </w:p>
    <w:p>
      <w:pPr>
        <w:jc w:val="right"/>
      </w:pPr>
      <w:r>
        <w:t>جب مارتا ہے اور اس نے خود بھی دیکھا کہ وہ مارتے ہوئے ہیں اس کو لیکن کیا</w:t>
      </w:r>
    </w:p>
    <w:p>
      <w:r>
        <w:rPr>
          <w:b/>
        </w:rPr>
        <w:t xml:space="preserve">[33:27] </w:t>
      </w:r>
      <w:r>
        <w:t>kehta hai arey bhai wo bachcha hai yani ye nahi ke bachche ko dante is ko mare ke</w:t>
      </w:r>
    </w:p>
    <w:p>
      <w:pPr>
        <w:jc w:val="right"/>
      </w:pPr>
      <w:r>
        <w:t>کہتا ہے ارے بھئی وہ بچہ ہے یعنی یہ نہیں کہ بچے کو ڈانٹے اس کو مارے کہ</w:t>
      </w:r>
    </w:p>
    <w:p>
      <w:r>
        <w:rPr>
          <w:b/>
        </w:rPr>
        <w:t xml:space="preserve">[33:31] </w:t>
      </w:r>
      <w:r>
        <w:t>tum ne</w:t>
      </w:r>
    </w:p>
    <w:p>
      <w:pPr>
        <w:jc w:val="right"/>
      </w:pPr>
      <w:r>
        <w:t>تم نے</w:t>
      </w:r>
    </w:p>
    <w:p>
      <w:r>
        <w:rPr>
          <w:b/>
        </w:rPr>
        <w:t xml:space="preserve">[33:31] </w:t>
      </w:r>
      <w:r>
        <w:t>tum kyon kyon marte ho is ko is ki hemering kare arey wo to bachcha hai ye keh</w:t>
      </w:r>
    </w:p>
    <w:p>
      <w:pPr>
        <w:jc w:val="right"/>
      </w:pPr>
      <w:r>
        <w:t>تم کیوں کیوں مارتے ہو اس کو اس کی ہیمرنگ کرے ارے وہ تو بچہ ہے یہ کہہ</w:t>
      </w:r>
    </w:p>
    <w:p>
      <w:r>
        <w:rPr>
          <w:b/>
        </w:rPr>
        <w:t xml:space="preserve">[33:38] </w:t>
      </w:r>
      <w:r>
        <w:t>kar ke is ki burai chupa lia is ne aur dusre ko kya kehti hai tumhari ladki sharir</w:t>
      </w:r>
    </w:p>
    <w:p>
      <w:pPr>
        <w:jc w:val="right"/>
      </w:pPr>
      <w:r>
        <w:t>کر کے اس کی برائی چھپا لیا اس نے اور دوسرے کو کیا کہتی ہے تمہاری لڑکی شریر</w:t>
      </w:r>
    </w:p>
    <w:p>
      <w:r>
        <w:rPr>
          <w:b/>
        </w:rPr>
        <w:t xml:space="preserve">[33:45] </w:t>
      </w:r>
      <w:r>
        <w:t>ho gayi wo koi shararat karti hogi apni ladki ko samjhao</w:t>
      </w:r>
    </w:p>
    <w:p>
      <w:pPr>
        <w:jc w:val="right"/>
      </w:pPr>
      <w:r>
        <w:t>ہو گئی وہ کوئی شرارت کرتی ہوگی اپنی لڑکی کو سمجھاؤ</w:t>
      </w:r>
    </w:p>
    <w:p>
      <w:r>
        <w:rPr>
          <w:b/>
        </w:rPr>
        <w:t xml:space="preserve">[33:51] </w:t>
      </w:r>
      <w:r>
        <w:t>apne bachche ko keh rahi hai ke arey bhai wo to bachcha hai chhota bachcha hai aur dusre</w:t>
      </w:r>
    </w:p>
    <w:p>
      <w:pPr>
        <w:jc w:val="right"/>
      </w:pPr>
      <w:r>
        <w:t>اپنے بچے کو کہہ رہی ہے کہ ارے بھئی وہ تو بچہ ہے چھوٹا بچہ ہے اور دوسرے</w:t>
      </w:r>
    </w:p>
    <w:p>
      <w:r>
        <w:rPr>
          <w:b/>
        </w:rPr>
        <w:t xml:space="preserve">[33:55] </w:t>
      </w:r>
      <w:r>
        <w:t>ko keh rahi hai ke tumhari ladki sharir ho gayi wahi koi na koi shararat karti hogi</w:t>
      </w:r>
    </w:p>
    <w:p>
      <w:pPr>
        <w:jc w:val="right"/>
      </w:pPr>
      <w:r>
        <w:t>کو کہہ رہی ہے کہ تمہاری لڑکی شریر ہو گئی وہی کوئی نہ کوئی شرارت کرتی ہوگی</w:t>
      </w:r>
    </w:p>
    <w:p>
      <w:r>
        <w:rPr>
          <w:b/>
        </w:rPr>
        <w:t xml:space="preserve">[34:01] </w:t>
      </w:r>
      <w:r>
        <w:t>ye hai mamla ke sare log dusron ke bare mein negative thought mein jeete hain</w:t>
      </w:r>
    </w:p>
    <w:p>
      <w:pPr>
        <w:jc w:val="right"/>
      </w:pPr>
      <w:r>
        <w:t>یہ ہے معاملہ کہ سارے لوگ دوسروں کے بارے میں نیگیٹیو تھاٹ میں جیتے ہیں</w:t>
      </w:r>
    </w:p>
    <w:p>
      <w:r>
        <w:rPr>
          <w:b/>
        </w:rPr>
        <w:t xml:space="preserve">[34:09] </w:t>
      </w:r>
      <w:r>
        <w:t>yani ek individual bhi ek family bhi ek society bhi ek puri puri nation bhi</w:t>
      </w:r>
    </w:p>
    <w:p>
      <w:pPr>
        <w:jc w:val="right"/>
      </w:pPr>
      <w:r>
        <w:t>یعنی ایک انڈیویجول بھی ایک فیملی بھی ایک سوسائٹی بھی ایک پوری پوری نیشن بھی</w:t>
      </w:r>
    </w:p>
    <w:p>
      <w:r>
        <w:rPr>
          <w:b/>
        </w:rPr>
        <w:t xml:space="preserve">[34:15] </w:t>
      </w:r>
      <w:r>
        <w:t>puri puri nation bhi</w:t>
      </w:r>
    </w:p>
    <w:p>
      <w:pPr>
        <w:jc w:val="right"/>
      </w:pPr>
      <w:r>
        <w:t>پوری پوری نیشن بھی</w:t>
      </w:r>
    </w:p>
    <w:p>
      <w:r>
        <w:rPr>
          <w:b/>
        </w:rPr>
        <w:t xml:space="preserve">[34:19] </w:t>
      </w:r>
      <w:r>
        <w:t>isi ki wajah se hum sympathy doosron ke bare mein sympathy nahi aati hamare andar doosron ke bare mein mohabbat nahi aati hamare andar mein samajhta hoon ke yahi jo hai yani criterion hai insaniyat ka aur sachai ka</w:t>
      </w:r>
    </w:p>
    <w:p>
      <w:pPr>
        <w:jc w:val="right"/>
      </w:pPr>
      <w:r>
        <w:t>اسی کی وجہ سے ہم سمپتھی دوسروں کے بارے میں سمپتھی نہیں اتی ہمارے اندر دوسروں کے بارے میں محبت نہیں اتی ہمارے اندر میں سمجھتا ہوں کہ یہی جو ہے یعنی کرائٹیرین ہے انسانیت کا اور سچائی کا</w:t>
      </w:r>
    </w:p>
    <w:p>
      <w:r>
        <w:rPr>
          <w:b/>
        </w:rPr>
        <w:t xml:space="preserve">[34:45] </w:t>
      </w:r>
      <w:r>
        <w:t>hazrat masih ne bohat sahi kaha tha ke love your enemy apne dushman se mohabbat karo is ka matlab kya hai is ka matlab hai ke insaan ki pehchan yeh hai ke wo jis tarah apne dost se mohabbat karta hai usi tarah apne dushman se bhi mohabbat kare yahi pehchan hai insaan ki</w:t>
      </w:r>
    </w:p>
    <w:p>
      <w:pPr>
        <w:jc w:val="right"/>
      </w:pPr>
      <w:r>
        <w:t>حضرت مسیح نے بہت صحیح کہا تھا کہ لو یور اینمی اپنے دشمن سے محبت کرو اس کا مطلب کیا ہے اس کا مطلب ہے کہ انسان کی پہچان یہ ہے کہ وہ جس طرح اپنے دوست سے محبت کرتا ہے اسی طرح اپنے دشمن سے بھی محبت کرے یہی پہچان ہے انسان کی</w:t>
      </w:r>
    </w:p>
    <w:p>
      <w:r>
        <w:rPr>
          <w:b/>
        </w:rPr>
        <w:t xml:space="preserve">[35:08] </w:t>
      </w:r>
      <w:r>
        <w:t>yehi pehchan hai insan ki</w:t>
      </w:r>
    </w:p>
    <w:p>
      <w:pPr>
        <w:jc w:val="right"/>
      </w:pPr>
      <w:r>
        <w:t>یہی پہچان ہے انسان کی</w:t>
      </w:r>
    </w:p>
    <w:p>
      <w:r>
        <w:rPr>
          <w:b/>
        </w:rPr>
        <w:t xml:space="preserve">[35:11] </w:t>
      </w:r>
      <w:r>
        <w:t>kyon ke dekhiye jis jo ap jis ko aap ne dost bana rakha hai is mein bhi kamiyaan hain</w:t>
      </w:r>
    </w:p>
    <w:p>
      <w:pPr>
        <w:jc w:val="right"/>
      </w:pPr>
      <w:r>
        <w:t>کیونکہ دیکھیے جس جو اپ جس کو اپ نے دوست بنا رکھا ہے اس میں بھی کمیاں ہیں</w:t>
      </w:r>
    </w:p>
    <w:p>
      <w:r>
        <w:rPr>
          <w:b/>
        </w:rPr>
        <w:t xml:space="preserve">[35:17] </w:t>
      </w:r>
      <w:r>
        <w:t>wahan par kya karte hain ap is ki kamiyon ko nazar andaz kar ke is ki khubiyon ko</w:t>
      </w:r>
    </w:p>
    <w:p>
      <w:pPr>
        <w:jc w:val="right"/>
      </w:pPr>
      <w:r>
        <w:t>وہاں پر کیا کرتے ہیں اپ اس کی کمیوں کو نظر انداز کر کے اس کی خوبیوں کو</w:t>
      </w:r>
    </w:p>
    <w:p>
      <w:r>
        <w:rPr>
          <w:b/>
        </w:rPr>
        <w:t xml:space="preserve">[35:21] </w:t>
      </w:r>
      <w:r>
        <w:t>lete hain jis tarah dosti nafsi hai aap ki aur jis ko aap ne dushman kar rakha hai</w:t>
      </w:r>
    </w:p>
    <w:p>
      <w:pPr>
        <w:jc w:val="right"/>
      </w:pPr>
      <w:r>
        <w:t>لیتے ہیں جس طرح دوستی نفسی ہے اپ کی اور جس کو اپ نے دشمن کر رکھا ہے</w:t>
      </w:r>
    </w:p>
    <w:p>
      <w:r>
        <w:rPr>
          <w:b/>
        </w:rPr>
        <w:t xml:space="preserve">[35:27] </w:t>
      </w:r>
      <w:r>
        <w:t>is mein bhi khubiyan hain lekin is ki khubiyon ko aap bhula dete hain</w:t>
      </w:r>
    </w:p>
    <w:p>
      <w:pPr>
        <w:jc w:val="right"/>
      </w:pPr>
      <w:r>
        <w:t>اس میں بھی خوبیاں ہیں لیکن اس کی خوبیوں کو اپ بھلا دیتے ہیں</w:t>
      </w:r>
    </w:p>
    <w:p>
      <w:r>
        <w:rPr>
          <w:b/>
        </w:rPr>
        <w:t xml:space="preserve">[35:32] </w:t>
      </w:r>
      <w:r>
        <w:t>bas is ki kamiyon ko dekhte hain to ek ki kami ko dekh kar ke is ko dushman</w:t>
      </w:r>
    </w:p>
    <w:p>
      <w:pPr>
        <w:jc w:val="right"/>
      </w:pPr>
      <w:r>
        <w:t>بس اس کی کمیوں کو دیکھتے ہیں تو ایک کی کمی کو دیکھ کر کے اس کو دشمن</w:t>
      </w:r>
    </w:p>
    <w:p>
      <w:r>
        <w:rPr>
          <w:b/>
        </w:rPr>
        <w:t xml:space="preserve">[35:36] </w:t>
      </w:r>
      <w:r>
        <w:t>bana liya doosri khoobi dekh kar ke ise dost bana liya halankeh woh bhi insan woh bhi insan</w:t>
      </w:r>
    </w:p>
    <w:p>
      <w:pPr>
        <w:jc w:val="right"/>
      </w:pPr>
      <w:r>
        <w:t>بنا لیا دوسری خوبی دیکھ کر کے اسے دوست بنا لیا حالانکہ وہ بھی انسان وہ بھی انسان</w:t>
      </w:r>
    </w:p>
    <w:p>
      <w:r>
        <w:rPr>
          <w:b/>
        </w:rPr>
        <w:t xml:space="preserve">[35:44] </w:t>
      </w:r>
      <w:r>
        <w:t>woh bhi insan woh bhi insan</w:t>
      </w:r>
    </w:p>
    <w:p>
      <w:pPr>
        <w:jc w:val="right"/>
      </w:pPr>
      <w:r>
        <w:t>وہ بھی انسان وہ بھی انسان</w:t>
      </w:r>
    </w:p>
    <w:p>
      <w:r>
        <w:rPr>
          <w:b/>
        </w:rPr>
        <w:t xml:space="preserve">[35:48] </w:t>
      </w:r>
      <w:r>
        <w:t>jis tarah rasool Allah sal Allah aleh wasalam ke samne se ek bar yahoodi ka janaza guzra aap</w:t>
      </w:r>
    </w:p>
    <w:p>
      <w:pPr>
        <w:jc w:val="right"/>
      </w:pPr>
      <w:r>
        <w:t>جس طرح رسول اللہ صلی اللہ علیہ وسلم کے سامنے سے ایک بار یہودی کا جنازہ گزرا اپ</w:t>
      </w:r>
    </w:p>
    <w:p>
      <w:r>
        <w:rPr>
          <w:b/>
        </w:rPr>
        <w:t xml:space="preserve">[35:52] </w:t>
      </w:r>
      <w:r>
        <w:t>is ki respect mein khare ho gaye to unhon ne kaha ke yeh to yahoodi ka janaza tha</w:t>
      </w:r>
    </w:p>
    <w:p>
      <w:pPr>
        <w:jc w:val="right"/>
      </w:pPr>
      <w:r>
        <w:t>اس کی ریسپیکٹ میں کھڑے ہوگئے تو انہوں نے کہا کہ یہ تو یہودی کا جنازہ تھا</w:t>
      </w:r>
    </w:p>
    <w:p>
      <w:r>
        <w:rPr>
          <w:b/>
        </w:rPr>
        <w:t xml:space="preserve">[35:59] </w:t>
      </w:r>
      <w:r>
        <w:t>is ko respect diya aap ne aap farmaya ke aleh wasalam nafsan</w:t>
      </w:r>
    </w:p>
    <w:p>
      <w:pPr>
        <w:jc w:val="right"/>
      </w:pPr>
      <w:r>
        <w:t>اس کو ریسپیکٹ دیا اپ نے اپ فرمایا کہ علیہ السلام نفسا</w:t>
      </w:r>
    </w:p>
    <w:p>
      <w:r>
        <w:rPr>
          <w:b/>
        </w:rPr>
        <w:t xml:space="preserve">[36:04] </w:t>
      </w:r>
      <w:r>
        <w:t>کیا وہ انسان نہیں تھا Was he not a human being</w:t>
      </w:r>
    </w:p>
    <w:p>
      <w:pPr>
        <w:jc w:val="right"/>
      </w:pPr>
      <w:r>
        <w:t>کیا وہ انسان نہیں تھا واز ہی ناٹ ا ہیومن بینگ</w:t>
      </w:r>
    </w:p>
    <w:p>
      <w:r>
        <w:rPr>
          <w:b/>
        </w:rPr>
        <w:t xml:space="preserve">[36:09] </w:t>
      </w:r>
      <w:r>
        <w:t>to dekhiye ek aspect se woh yahoodi tha doosre aspect se woh insan tha</w:t>
      </w:r>
    </w:p>
    <w:p>
      <w:pPr>
        <w:jc w:val="right"/>
      </w:pPr>
      <w:r>
        <w:t>تو دیکھیے ایک اسپیکٹ سے وہ یہودی تھا دوسرے اسپیکٹ سے وہ انسان تھا</w:t>
      </w:r>
    </w:p>
    <w:p>
      <w:r>
        <w:rPr>
          <w:b/>
        </w:rPr>
        <w:t xml:space="preserve">[36:15] </w:t>
      </w:r>
      <w:r>
        <w:t>to aap ne insan hone ke nate</w:t>
      </w:r>
    </w:p>
    <w:p>
      <w:pPr>
        <w:jc w:val="right"/>
      </w:pPr>
      <w:r>
        <w:t>تو اپ نے انسان ہونے کے ناطے</w:t>
      </w:r>
    </w:p>
    <w:p>
      <w:r>
        <w:rPr>
          <w:b/>
        </w:rPr>
        <w:t xml:space="preserve">[36:19] </w:t>
      </w:r>
      <w:r>
        <w:t>is ko respect diya yahi sahi tareeqa hai</w:t>
      </w:r>
    </w:p>
    <w:p>
      <w:pPr>
        <w:jc w:val="right"/>
      </w:pPr>
      <w:r>
        <w:t>اس کو ریسپیکٹ دیا یہی صحیح طریقہ ہے</w:t>
      </w:r>
    </w:p>
    <w:p>
      <w:r>
        <w:rPr>
          <w:b/>
        </w:rPr>
        <w:t xml:space="preserve">[36:24] </w:t>
      </w:r>
      <w:r>
        <w:t>to agar aap yeh ke andar yeh mizaj ho ke insan ke</w:t>
      </w:r>
    </w:p>
    <w:p>
      <w:pPr>
        <w:jc w:val="right"/>
      </w:pPr>
      <w:r>
        <w:t>تو اگر اپ یہ کے اندر یہ مزاج ہو کہ انسان کے</w:t>
      </w:r>
    </w:p>
    <w:p>
      <w:r>
        <w:rPr>
          <w:b/>
        </w:rPr>
        <w:t xml:space="preserve">[36:30] </w:t>
      </w:r>
      <w:r>
        <w:t>positive aspect ko dekhen to kisi se aap ko nafrat</w:t>
      </w:r>
    </w:p>
    <w:p>
      <w:pPr>
        <w:jc w:val="right"/>
      </w:pPr>
      <w:r>
        <w:t>پازیٹیو اسپیکٹ کو دیکھیں تو کسی سے اپ کو نفرت</w:t>
      </w:r>
    </w:p>
    <w:p>
      <w:r>
        <w:rPr>
          <w:b/>
        </w:rPr>
        <w:t xml:space="preserve">[36:33] </w:t>
      </w:r>
      <w:r>
        <w:t>yeh nahi hogi ke koi aadmi aisa nahi hai is ke andar positive aspect na ho koi bhi aisa nahi jo sirf negative negative ho aisa koi bhi nahi hai</w:t>
      </w:r>
    </w:p>
    <w:p>
      <w:pPr>
        <w:jc w:val="right"/>
      </w:pPr>
      <w:r>
        <w:t>یہ نہیں ہوگی کہ کوئی ادمی ایسا نہیں ہے اس کے اندر پازیٹیو اسپیکٹ نہ ہو کوئی بھی ایسا نہیں جو صرف نیگیٹیو نیگیٹیو ہو ایسا کوئی بھی نہیں ہے</w:t>
      </w:r>
    </w:p>
    <w:p>
      <w:r>
        <w:rPr>
          <w:b/>
        </w:rPr>
        <w:t xml:space="preserve">[36:47] </w:t>
      </w:r>
      <w:r>
        <w:t>jaise mein ek bar ek ek dako se mila</w:t>
      </w:r>
    </w:p>
    <w:p>
      <w:pPr>
        <w:jc w:val="right"/>
      </w:pPr>
      <w:r>
        <w:t>جیسے میں ایک بار ایک ایک ڈاکو سے ملا</w:t>
      </w:r>
    </w:p>
    <w:p>
      <w:r>
        <w:rPr>
          <w:b/>
        </w:rPr>
        <w:t xml:space="preserve">[36:52] </w:t>
      </w:r>
      <w:r>
        <w:t>woh bohat hi zabardast qism ka dako tha</w:t>
      </w:r>
    </w:p>
    <w:p>
      <w:pPr>
        <w:jc w:val="right"/>
      </w:pPr>
      <w:r>
        <w:t>وہ بہت ہی زبردست قسم کا ڈاکو تھا</w:t>
      </w:r>
    </w:p>
    <w:p>
      <w:r>
        <w:rPr>
          <w:b/>
        </w:rPr>
        <w:t xml:space="preserve">[36:56] </w:t>
      </w:r>
      <w:r>
        <w:t>to ittefaq se mulaqat ho gayi to mujhe Allah ke fazal se kisi se bhi nafrat hoti nahi</w:t>
      </w:r>
    </w:p>
    <w:p>
      <w:pPr>
        <w:jc w:val="right"/>
      </w:pPr>
      <w:r>
        <w:t>تو اتفاق سے ملاقات ہو گئی تو مجھے اللہ کے فضل سے کسی سے بھی نفرت ہوتی نہیں</w:t>
      </w:r>
    </w:p>
    <w:p>
      <w:r>
        <w:rPr>
          <w:b/>
        </w:rPr>
        <w:t xml:space="preserve">[37:02] </w:t>
      </w:r>
      <w:r>
        <w:t>to normal tareeqe se mein har waqt se baat karta hoon har ek se to is se mein</w:t>
      </w:r>
    </w:p>
    <w:p>
      <w:pPr>
        <w:jc w:val="right"/>
      </w:pPr>
      <w:r>
        <w:t>تو نارمل طریقے سے میں ہر وقت سے بات کرتا ہوں ہر ایک سے تو اس سے میں</w:t>
      </w:r>
    </w:p>
    <w:p>
      <w:r>
        <w:rPr>
          <w:b/>
        </w:rPr>
        <w:t xml:space="preserve">[37:06] </w:t>
      </w:r>
      <w:r>
        <w:t>ne poocha ke aap apne koi bataiye aap ka jo culture hai is culture ki kuch baatein</w:t>
      </w:r>
    </w:p>
    <w:p>
      <w:pPr>
        <w:jc w:val="right"/>
      </w:pPr>
      <w:r>
        <w:t>نے پوچھا کہ اپ اپنے کوئی بتائیے اپ کا جو کلچر ہے اس کلچر کی کچھ باتیں</w:t>
      </w:r>
    </w:p>
    <w:p>
      <w:r>
        <w:rPr>
          <w:b/>
        </w:rPr>
        <w:t xml:space="preserve">[37:15] </w:t>
      </w:r>
      <w:r>
        <w:t>to us ne kaha ke hamare haan jhoot ko bardasht nahi bardasht kiya jata koi jhoot bolay to</w:t>
      </w:r>
    </w:p>
    <w:p>
      <w:pPr>
        <w:jc w:val="right"/>
      </w:pPr>
      <w:r>
        <w:t>تو اس نے کہا کہ ہمارے ہاں جھوٹ کو برداشت نہیں برداشت کیا جاتا کوئی جھوٹ بولے تو</w:t>
      </w:r>
    </w:p>
    <w:p>
      <w:r>
        <w:rPr>
          <w:b/>
        </w:rPr>
        <w:t xml:space="preserve">[37:21] </w:t>
      </w:r>
      <w:r>
        <w:t>hum is ko goli maar dete hain kyunke hamara jo business hai hamara jo hamara jo kaam hai</w:t>
      </w:r>
    </w:p>
    <w:p>
      <w:pPr>
        <w:jc w:val="right"/>
      </w:pPr>
      <w:r>
        <w:t>ہم اس کو گولی مار دیتے ہیں کیونکہ ہمارا جو بزنس ہے ہمارا جو ہمارا جو کام ہے</w:t>
      </w:r>
    </w:p>
    <w:p>
      <w:r>
        <w:rPr>
          <w:b/>
        </w:rPr>
        <w:t xml:space="preserve">[37:28] </w:t>
      </w:r>
      <w:r>
        <w:t>is kaam mein jhoot nahi chal sakta jhoot chalenge to yeh kaam khatam jhoot bolenge to</w:t>
      </w:r>
    </w:p>
    <w:p>
      <w:pPr>
        <w:jc w:val="right"/>
      </w:pPr>
      <w:r>
        <w:t>اس کام میں جھوٹ نہیں چل سکتا جھوٹ چلیں گے تو یہ کام ختم جھوٹ بولیں گے تو</w:t>
      </w:r>
    </w:p>
    <w:p>
      <w:r>
        <w:rPr>
          <w:b/>
        </w:rPr>
        <w:t xml:space="preserve">[37:33] </w:t>
      </w:r>
      <w:r>
        <w:t>yeh kaam khatam</w:t>
      </w:r>
    </w:p>
    <w:p>
      <w:pPr>
        <w:jc w:val="right"/>
      </w:pPr>
      <w:r>
        <w:t>یہ کام ختم</w:t>
      </w:r>
    </w:p>
    <w:p>
      <w:r>
        <w:rPr>
          <w:b/>
        </w:rPr>
        <w:t xml:space="preserve">[37:35] </w:t>
      </w:r>
      <w:r>
        <w:t>kyunke bohat se log mil kar ke daka</w:t>
      </w:r>
    </w:p>
    <w:p>
      <w:pPr>
        <w:jc w:val="right"/>
      </w:pPr>
      <w:r>
        <w:t>کیونکہ بہت سے لوگ مل کر کے ڈاکہ</w:t>
      </w:r>
    </w:p>
    <w:p>
      <w:r>
        <w:rPr>
          <w:b/>
        </w:rPr>
        <w:t xml:space="preserve">[37:38] </w:t>
      </w:r>
      <w:r>
        <w:t>dalte hain sab ek doosre par trust karna parta hai trust ek poori community hoti hai woh trust karti hai ek doosre par tab woh poori unity ke sath woh kaam kar paate hain to mein ne us ko ek sabak le liya is se ke dekhiye in ke haan bhi ke sachai ke baghair koi kaam nahi ho sakta dunya mein</w:t>
      </w:r>
    </w:p>
    <w:p>
      <w:pPr>
        <w:jc w:val="right"/>
      </w:pPr>
      <w:r>
        <w:t>ڈالتے ہیں سب ایک دوسرے پر ٹرسٹ کرنا پڑتا ہے ٹرسٹ ایک پوری کمیونٹی ہوتی ہے وہ ٹرسٹ کرتی ہے ایک دوسرے پر تب وہ پوری یونٹی کے ساتھ وہ کام کر پاتے ہیں تو میں نے اس کو ایک سبق لے لیا اس سے کہ دیکھیے ان کے ہاں بھی کہ سچائی کے بغیر کوئی کام نہیں ہو سکتا دنیا میں</w:t>
      </w:r>
    </w:p>
    <w:p>
      <w:r>
        <w:rPr>
          <w:b/>
        </w:rPr>
        <w:t xml:space="preserve">[38:02] </w:t>
      </w:r>
      <w:r>
        <w:t>sachai ke baghair koi kaam nahi ho sakta dunya mein</w:t>
      </w:r>
    </w:p>
    <w:p>
      <w:pPr>
        <w:jc w:val="right"/>
      </w:pPr>
      <w:r>
        <w:t>سچائی کے بغیر کوئی کام نہیں ہو سکتا دنیا میں</w:t>
      </w:r>
    </w:p>
    <w:p>
      <w:r>
        <w:rPr>
          <w:b/>
        </w:rPr>
        <w:t xml:space="preserve">[38:07] </w:t>
      </w:r>
      <w:r>
        <w:t>is tarah is ne ek qissa bataya</w:t>
      </w:r>
    </w:p>
    <w:p>
      <w:pPr>
        <w:jc w:val="right"/>
      </w:pPr>
      <w:r>
        <w:t>اس طرح اس نے ایک قصہ بتایا</w:t>
      </w:r>
    </w:p>
    <w:p>
      <w:r>
        <w:rPr>
          <w:b/>
        </w:rPr>
        <w:t xml:space="preserve">[38:10] </w:t>
      </w:r>
      <w:r>
        <w:t>ke ek ghar mein dako log ghase</w:t>
      </w:r>
    </w:p>
    <w:p>
      <w:pPr>
        <w:jc w:val="right"/>
      </w:pPr>
      <w:r>
        <w:t>کہ ایک گھر میں ڈاکو لوگ گھسے</w:t>
      </w:r>
    </w:p>
    <w:p>
      <w:r>
        <w:rPr>
          <w:b/>
        </w:rPr>
        <w:t xml:space="preserve">[38:15] </w:t>
      </w:r>
      <w:r>
        <w:t>pese wala ghar tha koi aur wahan notes sameti unhon ne note sumat kar ke bori mein bhara</w:t>
      </w:r>
    </w:p>
    <w:p>
      <w:pPr>
        <w:jc w:val="right"/>
      </w:pPr>
      <w:r>
        <w:t>پیسے والا گھر تھا کوئی اور وہاں نوٹس سمیٹی انہوں نے نوٹ سمٹ کر کے بوری میں بھرا</w:t>
      </w:r>
    </w:p>
    <w:p>
      <w:r>
        <w:rPr>
          <w:b/>
        </w:rPr>
        <w:t xml:space="preserve">[38:23] </w:t>
      </w:r>
      <w:r>
        <w:t>aur bori bharkar ke woh nikle lekin is se pehle ghar ke malik ne police ko tele</w:t>
      </w:r>
    </w:p>
    <w:p>
      <w:pPr>
        <w:jc w:val="right"/>
      </w:pPr>
      <w:r>
        <w:t>اور بوری بھر کر کے وہ نکلے لیکن اس سے پہلے گھر کے مالک نے پولیس کو ٹیلی</w:t>
      </w:r>
    </w:p>
    <w:p>
      <w:r>
        <w:rPr>
          <w:b/>
        </w:rPr>
        <w:t xml:space="preserve">[38:29] </w:t>
      </w:r>
      <w:r>
        <w:t>phone kar diya tha to jab yeh nikle noton ki bori le kar bahar yeh dako log to</w:t>
      </w:r>
    </w:p>
    <w:p>
      <w:pPr>
        <w:jc w:val="right"/>
      </w:pPr>
      <w:r>
        <w:t>فون کر دیا تھا تو جب یہ نکلے نوٹوں کی بوری لے کر باہر یہ ڈاکو لوگ تو</w:t>
      </w:r>
    </w:p>
    <w:p>
      <w:r>
        <w:rPr>
          <w:b/>
        </w:rPr>
        <w:t xml:space="preserve">[38:38] </w:t>
      </w:r>
      <w:r>
        <w:t>police achuki thi</w:t>
      </w:r>
    </w:p>
    <w:p>
      <w:pPr>
        <w:jc w:val="right"/>
      </w:pPr>
      <w:r>
        <w:t>پولیس ا چکی تھی</w:t>
      </w:r>
    </w:p>
    <w:p>
      <w:r>
        <w:rPr>
          <w:b/>
        </w:rPr>
        <w:t xml:space="preserve">[38:40] </w:t>
      </w:r>
      <w:r>
        <w:t>police achuki thi</w:t>
      </w:r>
    </w:p>
    <w:p>
      <w:pPr>
        <w:jc w:val="right"/>
      </w:pPr>
      <w:r>
        <w:t>پولیس ا چکی تھی</w:t>
      </w:r>
    </w:p>
    <w:p>
      <w:r>
        <w:rPr>
          <w:b/>
        </w:rPr>
        <w:t xml:space="preserve">[38:43] </w:t>
      </w:r>
      <w:r>
        <w:t>ab jante hain kya kya is ne police wale ne woh yeh dako logon ne kiya kiya</w:t>
      </w:r>
    </w:p>
    <w:p>
      <w:pPr>
        <w:jc w:val="right"/>
      </w:pPr>
      <w:r>
        <w:t>اب جانتے ہیں کیا کیا اس نے پولیس والے نے وہ یہ ڈاکو لوگوں نے کیا کیا</w:t>
      </w:r>
    </w:p>
    <w:p>
      <w:r>
        <w:rPr>
          <w:b/>
        </w:rPr>
        <w:t xml:space="preserve">[38:49] </w:t>
      </w:r>
      <w:r>
        <w:t>sare noten bikher dein police walon ke aage</w:t>
      </w:r>
    </w:p>
    <w:p>
      <w:pPr>
        <w:jc w:val="right"/>
      </w:pPr>
      <w:r>
        <w:t>سارے نوٹیں بکھیر دیں پولیس والوں کے اگے</w:t>
      </w:r>
    </w:p>
    <w:p>
      <w:r>
        <w:rPr>
          <w:b/>
        </w:rPr>
        <w:t xml:space="preserve">[38:53] </w:t>
      </w:r>
      <w:r>
        <w:t>yani</w:t>
      </w:r>
    </w:p>
    <w:p>
      <w:pPr>
        <w:jc w:val="right"/>
      </w:pPr>
      <w:r>
        <w:t>یعنی</w:t>
      </w:r>
    </w:p>
    <w:p>
      <w:r>
        <w:rPr>
          <w:b/>
        </w:rPr>
        <w:t xml:space="preserve">[38:53] </w:t>
      </w:r>
      <w:r>
        <w:t>bajaye pathar marne ke in ke pas goli bhi thi pathar bhi tha goli nahi mari unho ne</w:t>
      </w:r>
    </w:p>
    <w:p>
      <w:pPr>
        <w:jc w:val="right"/>
      </w:pPr>
      <w:r>
        <w:t>بجائے پتھر مارنے کے ان کے پاس گولی بھی تھی پتھر بھی تھا گولی نہیں ماری انہوں نے</w:t>
      </w:r>
    </w:p>
    <w:p>
      <w:r>
        <w:rPr>
          <w:b/>
        </w:rPr>
        <w:t xml:space="preserve">[39:00] </w:t>
      </w:r>
      <w:r>
        <w:t>dako logon ke pas ap jante hain ke goli bhi hoti hai</w:t>
      </w:r>
    </w:p>
    <w:p>
      <w:pPr>
        <w:jc w:val="right"/>
      </w:pPr>
      <w:r>
        <w:t>ڈاکو لوگوں کے پاس اپ جانتے ہیں کہ گولی بھی ہوتی ہے</w:t>
      </w:r>
    </w:p>
    <w:p>
      <w:r>
        <w:rPr>
          <w:b/>
        </w:rPr>
        <w:t xml:space="preserve">[39:06] </w:t>
      </w:r>
      <w:r>
        <w:t>to police walon ko goli goli nahi mari unho ne</w:t>
      </w:r>
    </w:p>
    <w:p>
      <w:pPr>
        <w:jc w:val="right"/>
      </w:pPr>
      <w:r>
        <w:t>تو پولیس والوں کو گولی گولی نہیں ماری انہوں نے</w:t>
      </w:r>
    </w:p>
    <w:p>
      <w:r>
        <w:rPr>
          <w:b/>
        </w:rPr>
        <w:t xml:space="preserve">[39:10] </w:t>
      </w:r>
      <w:r>
        <w:t>sare note jo the woh aise uchal kar un ki taraf phenk diye ab kya hua police wale</w:t>
      </w:r>
    </w:p>
    <w:p>
      <w:pPr>
        <w:jc w:val="right"/>
      </w:pPr>
      <w:r>
        <w:t>سارے نوٹ جو تھے وہ ایسے اچھال کر ان کی طرف پھینک دیے اب کیا ہوا پولیس والے</w:t>
      </w:r>
    </w:p>
    <w:p>
      <w:r>
        <w:rPr>
          <w:b/>
        </w:rPr>
        <w:t xml:space="preserve">[39:16] </w:t>
      </w:r>
      <w:r>
        <w:t>isi waqt toot pade</w:t>
      </w:r>
    </w:p>
    <w:p>
      <w:pPr>
        <w:jc w:val="right"/>
      </w:pPr>
      <w:r>
        <w:t>اسی وقت ٹوٹ پڑے</w:t>
      </w:r>
    </w:p>
    <w:p>
      <w:r>
        <w:rPr>
          <w:b/>
        </w:rPr>
        <w:t xml:space="preserve">[39:20] </w:t>
      </w:r>
      <w:r>
        <w:t>noton par toot pade aur yeh tezi se bhag gaye yeh log</w:t>
      </w:r>
    </w:p>
    <w:p>
      <w:pPr>
        <w:jc w:val="right"/>
      </w:pPr>
      <w:r>
        <w:t>نوٹوں پر ٹوٹ پڑے اور یہ تیزی سے بھاگ گئے یہ لوگ</w:t>
      </w:r>
    </w:p>
    <w:p>
      <w:r>
        <w:rPr>
          <w:b/>
        </w:rPr>
        <w:t xml:space="preserve">[39:26] </w:t>
      </w:r>
      <w:r>
        <w:t>yani agar woh police par goli chalate tab na bhag pate woh</w:t>
      </w:r>
    </w:p>
    <w:p>
      <w:pPr>
        <w:jc w:val="right"/>
      </w:pPr>
      <w:r>
        <w:t>یعنی اگر وہ پولیس پر گولی چلاتے تب نہ بھاگ پاتے وہ</w:t>
      </w:r>
    </w:p>
    <w:p>
      <w:r>
        <w:rPr>
          <w:b/>
        </w:rPr>
        <w:t xml:space="preserve">[39:32] </w:t>
      </w:r>
      <w:r>
        <w:t>idhar se bhi goli ati hota hai ek ke badle do ati goli un ki taraf se lekin</w:t>
      </w:r>
    </w:p>
    <w:p>
      <w:pPr>
        <w:jc w:val="right"/>
      </w:pPr>
      <w:r>
        <w:t>ادھر سے بھی گولی اتی ہوتا ہے ایک کے بدلے دو اتی گولی ان کی طرف سے لیکن</w:t>
      </w:r>
    </w:p>
    <w:p>
      <w:r>
        <w:rPr>
          <w:b/>
        </w:rPr>
        <w:t xml:space="preserve">[39:37] </w:t>
      </w:r>
      <w:r>
        <w:t>jab note bikher</w:t>
      </w:r>
    </w:p>
    <w:p>
      <w:pPr>
        <w:jc w:val="right"/>
      </w:pPr>
      <w:r>
        <w:t>جب نوٹ بکھیر</w:t>
      </w:r>
    </w:p>
    <w:p>
      <w:r>
        <w:rPr>
          <w:b/>
        </w:rPr>
        <w:t xml:space="preserve">[39:38] </w:t>
      </w:r>
      <w:r>
        <w:t>diya unhon ne aage to noton ko lene ke liye toot pade sab ke sab police wale aur yeh khamoshi se bhag gaye to jab aap dekhiye is mein bhi ek sabak liya mein ne</w:t>
      </w:r>
    </w:p>
    <w:p>
      <w:pPr>
        <w:jc w:val="right"/>
      </w:pPr>
      <w:r>
        <w:t>دیا انہوں نے اگے تو نوٹوں کو لینے کے لیے ٹوٹ پڑے سب کے سب پولیس والے اور یہ خاموشی سے بھاگ گئے تو جب اپ دیکھیے اس میں بھی ایک سبق لیا میں نے</w:t>
      </w:r>
    </w:p>
    <w:p>
      <w:r>
        <w:rPr>
          <w:b/>
        </w:rPr>
        <w:t xml:space="preserve">[40:00] </w:t>
      </w:r>
      <w:r>
        <w:t>woh sabak yeh tha ke kisi ki mohabbat mein aap maghloob ho jayein maghloob to aap ki aqal kaam nahi karti</w:t>
      </w:r>
    </w:p>
    <w:p>
      <w:pPr>
        <w:jc w:val="right"/>
      </w:pPr>
      <w:r>
        <w:t>وہ سبق یہ تھا کہ کسی کی محبت میں اپ مغلوب ہو جائیں مغلوب تو اپ کی عقل کام نہیں کرتی</w:t>
      </w:r>
    </w:p>
    <w:p>
      <w:r>
        <w:rPr>
          <w:b/>
        </w:rPr>
        <w:t xml:space="preserve">[40:10] </w:t>
      </w:r>
      <w:r>
        <w:t>noton ki mohabbat mein agar woh noton ki mohabbat oopar chha chuki hoti ho un ke mind ko occupy kar li kar chuki hoti to woh faisla na kar paate</w:t>
      </w:r>
    </w:p>
    <w:p>
      <w:pPr>
        <w:jc w:val="right"/>
      </w:pPr>
      <w:r>
        <w:t>نوٹوں کی محبت میں اگر وہ نوٹوں کی محبت اوپر چھا چکی ہوتی ہو ان کے مائنڈ کو اکوپائی کر لی کر چکی ہوتی تو وہ فیصلہ نہ کر پاتے</w:t>
      </w:r>
    </w:p>
    <w:p>
      <w:r>
        <w:rPr>
          <w:b/>
        </w:rPr>
        <w:t xml:space="preserve">[40:25] </w:t>
      </w:r>
      <w:r>
        <w:t>is mein ek usool mujhe mila ek principle mila ek principle</w:t>
      </w:r>
    </w:p>
    <w:p>
      <w:pPr>
        <w:jc w:val="right"/>
      </w:pPr>
      <w:r>
        <w:t>اس میں ایک اصول مجھے ملا ایک پرنسپل ملا ایک پرنسپل</w:t>
      </w:r>
    </w:p>
    <w:p>
      <w:r>
        <w:rPr>
          <w:b/>
        </w:rPr>
        <w:t xml:space="preserve">[40:29] </w:t>
      </w:r>
      <w:r>
        <w:t>کہ اگر aap ke mind par koi cheez chha jaaye</w:t>
      </w:r>
    </w:p>
    <w:p>
      <w:pPr>
        <w:jc w:val="right"/>
      </w:pPr>
      <w:r>
        <w:t>کہ اگر اپ کے مائنڈ پر کوئی چیز چھا جائے</w:t>
      </w:r>
    </w:p>
    <w:p>
      <w:r>
        <w:rPr>
          <w:b/>
        </w:rPr>
        <w:t xml:space="preserve">[40:35] </w:t>
      </w:r>
      <w:r>
        <w:t>بہت زیادہ تو وہ obsession ban jaye woh cheez aapke liye to phir aap</w:t>
      </w:r>
    </w:p>
    <w:p>
      <w:pPr>
        <w:jc w:val="right"/>
      </w:pPr>
      <w:r>
        <w:t>بہت زیادہ تو وہ ابسیشن بن جائے وہ چیز اپ کے لیے تو پھر اپ</w:t>
      </w:r>
    </w:p>
    <w:p>
      <w:r>
        <w:rPr>
          <w:b/>
        </w:rPr>
        <w:t xml:space="preserve">[40:42] </w:t>
      </w:r>
      <w:r>
        <w:t>right decision nahi le pate</w:t>
      </w:r>
    </w:p>
    <w:p>
      <w:pPr>
        <w:jc w:val="right"/>
      </w:pPr>
      <w:r>
        <w:t>رائٹ ڈیسیژن نہیں لے پاتے</w:t>
      </w:r>
    </w:p>
    <w:p>
      <w:r>
        <w:rPr>
          <w:b/>
        </w:rPr>
        <w:t xml:space="preserve">[40:46] </w:t>
      </w:r>
      <w:r>
        <w:t>agar un ke dilon mein noton ki mohabbat chhai hui hoti</w:t>
      </w:r>
    </w:p>
    <w:p>
      <w:pPr>
        <w:jc w:val="right"/>
      </w:pPr>
      <w:r>
        <w:t>اگر ان کے دلوں میں نوٹوں کی محبت چھائی ہوئی ہوتی</w:t>
      </w:r>
    </w:p>
    <w:p>
      <w:r>
        <w:rPr>
          <w:b/>
        </w:rPr>
        <w:t xml:space="preserve">[40:50] </w:t>
      </w:r>
      <w:r>
        <w:t>aur samajhte hain ke bhai note to hamein chhodna nahi hai note note to hamein</w:t>
      </w:r>
    </w:p>
    <w:p>
      <w:pPr>
        <w:jc w:val="right"/>
      </w:pPr>
      <w:r>
        <w:t>اور سمجھتے ہیں کہ بھئی نوٹ تو ہمیں چھوڑنا نہیں ہے نوٹ نوٹ تو ہمیں</w:t>
      </w:r>
    </w:p>
    <w:p>
      <w:r>
        <w:rPr>
          <w:b/>
        </w:rPr>
        <w:t xml:space="preserve">[40:56] </w:t>
      </w:r>
      <w:r>
        <w:t>note to hamein le jana hai to noton ko bachane ke chakkar mein kya hota woh police ki</w:t>
      </w:r>
    </w:p>
    <w:p>
      <w:pPr>
        <w:jc w:val="right"/>
      </w:pPr>
      <w:r>
        <w:t>نوٹ تو ہمیں لے جانا ہے تو نوٹوں کو بچانے کے چکر میں کیا ہوتا وہ پولیس کی</w:t>
      </w:r>
    </w:p>
    <w:p>
      <w:r>
        <w:rPr>
          <w:b/>
        </w:rPr>
        <w:t xml:space="preserve">[41:02] </w:t>
      </w:r>
      <w:r>
        <w:t>goliyon ka nishana ban jate hain</w:t>
      </w:r>
    </w:p>
    <w:p>
      <w:pPr>
        <w:jc w:val="right"/>
      </w:pPr>
      <w:r>
        <w:t>گولیوں کا نشانہ بن جاتے ہیں</w:t>
      </w:r>
    </w:p>
    <w:p>
      <w:r>
        <w:rPr>
          <w:b/>
        </w:rPr>
        <w:t xml:space="preserve">[41:08] </w:t>
      </w:r>
      <w:r>
        <w:t>to is se mein ne yeh sabak liya ke aadmi ko chahiye ke kisi bhi cheez ko apne liye obsession na banaye kisi bhi cheez ki baray mein itna ziyada mohabbat na karne lage ke wahi chha jaye us ke mind par to phir kya hoga woh right decision nahi le payega woh right decision nahi le payega</w:t>
      </w:r>
    </w:p>
    <w:p>
      <w:pPr>
        <w:jc w:val="right"/>
      </w:pPr>
      <w:r>
        <w:t>تو اس سے میں نے یہ سبق لیا کہ ادمی کو چاہیے کہ کسی بھی چیز کو اپنے لیے ابسیشن نہ بنائے کسی بھی چیز کی بارے میں اتنا زیادہ محبت نہ کرنے لگے کہ وہی چھا جائے اس کے مائنڈ پر تو پھر کیا ہوگا وہ رائٹ ڈیسیژن نہیں لے پائے گا وہ رائٹ ڈیسیژن نہیں لے پائے گا</w:t>
      </w:r>
    </w:p>
    <w:p>
      <w:r>
        <w:rPr>
          <w:b/>
        </w:rPr>
        <w:t xml:space="preserve">[41:35] </w:t>
      </w:r>
      <w:r>
        <w:t>تو میں سمجھتا ہوں کہ بہت ہی ضروری ہے انسان کے اندر کہ اپنے اپ کو negative thought</w:t>
      </w:r>
    </w:p>
    <w:p>
      <w:pPr>
        <w:jc w:val="right"/>
      </w:pPr>
      <w:r>
        <w:t>تو میں سمجھتا ہوں کہ بہت ہی ضروری ہے انسان کے اندر کہ اپنے اپ کو نیگیٹیو تھاٹ</w:t>
      </w:r>
    </w:p>
    <w:p>
      <w:r>
        <w:rPr>
          <w:b/>
        </w:rPr>
        <w:t xml:space="preserve">[41:42] </w:t>
      </w:r>
      <w:r>
        <w:t>se bachaye aur</w:t>
      </w:r>
    </w:p>
    <w:p>
      <w:pPr>
        <w:jc w:val="right"/>
      </w:pPr>
      <w:r>
        <w:t>سے بچائے اور</w:t>
      </w:r>
    </w:p>
    <w:p>
      <w:r>
        <w:rPr>
          <w:b/>
        </w:rPr>
        <w:t xml:space="preserve">[41:46] </w:t>
      </w:r>
      <w:r>
        <w:t>jo supreme concern hota hai jo supreme sachai hoti hai is ke siwa kisi aur ko apne mind</w:t>
      </w:r>
    </w:p>
    <w:p>
      <w:pPr>
        <w:jc w:val="right"/>
      </w:pPr>
      <w:r>
        <w:t>جو سپریم کنسرن ہوتا ہے جو سپریم سچائی ہوتی ہے اس کے سوا کسی اور کو اپنے مائنڈ</w:t>
      </w:r>
    </w:p>
    <w:p>
      <w:r>
        <w:rPr>
          <w:b/>
        </w:rPr>
        <w:t xml:space="preserve">[41:54] </w:t>
      </w:r>
      <w:r>
        <w:t>میں اتنا زیادہ جگہ نہ دے کہ وہ اس کے اوپر چھا جائے اس کے لیے obsession بن</w:t>
      </w:r>
    </w:p>
    <w:p>
      <w:pPr>
        <w:jc w:val="right"/>
      </w:pPr>
      <w:r>
        <w:t>میں اتنا زیادہ جگہ نہ دے کہ وہ اس کے اوپر چھا جائے اس کے لیے ابسیشن بن</w:t>
      </w:r>
    </w:p>
    <w:p>
      <w:r>
        <w:rPr>
          <w:b/>
        </w:rPr>
        <w:t xml:space="preserve">[41:59] </w:t>
      </w:r>
      <w:r>
        <w:t>jaye is ke liye</w:t>
      </w:r>
    </w:p>
    <w:p>
      <w:pPr>
        <w:jc w:val="right"/>
      </w:pPr>
      <w:r>
        <w:t>جائے اس کے لیے</w:t>
      </w:r>
    </w:p>
    <w:p>
      <w:r>
        <w:rPr>
          <w:b/>
        </w:rPr>
        <w:t xml:space="preserve">[42:02] </w:t>
      </w:r>
      <w:r>
        <w:t>jaise mein ek misal yaad ati hai mujhe</w:t>
      </w:r>
    </w:p>
    <w:p>
      <w:pPr>
        <w:jc w:val="right"/>
      </w:pPr>
      <w:r>
        <w:t>جیسے میں ایک مثال یاد اتی ہے مجھے</w:t>
      </w:r>
    </w:p>
    <w:p>
      <w:r>
        <w:rPr>
          <w:b/>
        </w:rPr>
        <w:t xml:space="preserve">[42:07] </w:t>
      </w:r>
      <w:r>
        <w:t>jaise aaj kal bahut dekhenge ap logon ko sunenge self respect</w:t>
      </w:r>
    </w:p>
    <w:p>
      <w:pPr>
        <w:jc w:val="right"/>
      </w:pPr>
      <w:r>
        <w:t>جیسے اج کل بہت دیکھیں گے اپ لوگوں کو سنیں گے سیلف ریسپیکٹ</w:t>
      </w:r>
    </w:p>
    <w:p>
      <w:r>
        <w:rPr>
          <w:b/>
        </w:rPr>
        <w:t xml:space="preserve">[42:11] </w:t>
      </w:r>
      <w:r>
        <w:t>self respect yani</w:t>
      </w:r>
    </w:p>
    <w:p>
      <w:pPr>
        <w:jc w:val="right"/>
      </w:pPr>
      <w:r>
        <w:t>سیلف ریسپیکٹ یعنی</w:t>
      </w:r>
    </w:p>
    <w:p>
      <w:r>
        <w:rPr>
          <w:b/>
        </w:rPr>
        <w:t xml:space="preserve">[42:15] </w:t>
      </w:r>
      <w:r>
        <w:t>izzat ka sawal</w:t>
      </w:r>
    </w:p>
    <w:p>
      <w:pPr>
        <w:jc w:val="right"/>
      </w:pPr>
      <w:r>
        <w:t>عزت کا سوال</w:t>
      </w:r>
    </w:p>
    <w:p>
      <w:r>
        <w:rPr>
          <w:b/>
        </w:rPr>
        <w:t xml:space="preserve">[42:17] </w:t>
      </w:r>
      <w:r>
        <w:t>to aksar log samajhte hain ke self respect ya izzat ka sawal jo hai woh</w:t>
      </w:r>
    </w:p>
    <w:p>
      <w:pPr>
        <w:jc w:val="right"/>
      </w:pPr>
      <w:r>
        <w:t>تو اکثر لوگ سمجھتے ہیں کہ سیلف ریسپیکٹ یا عزت کا سوال جو ہے وہ</w:t>
      </w:r>
    </w:p>
    <w:p>
      <w:r>
        <w:rPr>
          <w:b/>
        </w:rPr>
        <w:t xml:space="preserve">[42:20] </w:t>
      </w:r>
      <w:r>
        <w:t>supreme hai apne ko be izzat to nahi kar sakte hum self respect jo hai us ko to hum hamesha yani us ko woh karenge</w:t>
      </w:r>
    </w:p>
    <w:p>
      <w:pPr>
        <w:jc w:val="right"/>
      </w:pPr>
      <w:r>
        <w:t>سپریم ہے اپنے کو بے عزت تو نہیں کر سکتے ہم سیلف ریسپیکٹ جو ہے اس کو تو ہم ہمیشہ یعنی اس کو وہ کریں گے</w:t>
      </w:r>
    </w:p>
    <w:p>
      <w:r>
        <w:rPr>
          <w:b/>
        </w:rPr>
        <w:t xml:space="preserve">[42:33] </w:t>
      </w:r>
      <w:r>
        <w:t>us ko hum sacrifice nahi kar sakte self respect ko lekin yeh soch bohat hi galat hai self respect ke chakkar mein hoga kya ke hum shikar ho jayenge kisi ki conspiracy ka jaise ek waqia yeh hai ke sahaba ke zamane mein nihayat umar ke zamane mein</w:t>
      </w:r>
    </w:p>
    <w:p>
      <w:pPr>
        <w:jc w:val="right"/>
      </w:pPr>
      <w:r>
        <w:t>اس کو ہم سیکریفائس نہیں کر سکتے سیلف ریسپیکٹ کو لیکن یہ سوچ بہت ہی غلط ہے سیلف ریسپیکٹ کے چکر میں ہوگا کیا کہ ہم شکار ہو جائیں گے کسی کی کانسپریسی کا جیسے ایک واقعہ یہ ہے کہ صحابہ کے زمانے میں نہایت عمر کے زمانے میں</w:t>
      </w:r>
    </w:p>
    <w:p>
      <w:r>
        <w:rPr>
          <w:b/>
        </w:rPr>
        <w:t xml:space="preserve">[42:59] </w:t>
      </w:r>
      <w:r>
        <w:t>musalmanon mein aur iran mein us waqt iran mein un ki hukumat thi majlisiyon ki ka role tha wahan par kisri ka role karta tha to dono mein jang hui to is mein muslim jo log the woh</w:t>
      </w:r>
    </w:p>
    <w:p>
      <w:pPr>
        <w:jc w:val="right"/>
      </w:pPr>
      <w:r>
        <w:t>مسلمانوں میں اور ایران میں اس وقت ایران میں ان کی حکومت تھی مجلسیوں کی کا رول تھا وہاں پر کسری کا رول کرتا تھا تو دونوں میں جنگ ہوئی تو اس میں مسلم جو لوگ تھے وہ</w:t>
      </w:r>
    </w:p>
    <w:p>
      <w:r>
        <w:rPr>
          <w:b/>
        </w:rPr>
        <w:t xml:space="preserve">[43:24] </w:t>
      </w:r>
      <w:r>
        <w:t>yani ghalib anay lage</w:t>
      </w:r>
    </w:p>
    <w:p>
      <w:pPr>
        <w:jc w:val="right"/>
      </w:pPr>
      <w:r>
        <w:t>یعنی غالب انے لگے</w:t>
      </w:r>
    </w:p>
    <w:p>
      <w:r>
        <w:rPr>
          <w:b/>
        </w:rPr>
        <w:t xml:space="preserve">[43:29] </w:t>
      </w:r>
      <w:r>
        <w:t>woh defensive position mein aa gaye irani log</w:t>
      </w:r>
    </w:p>
    <w:p>
      <w:pPr>
        <w:jc w:val="right"/>
      </w:pPr>
      <w:r>
        <w:t>وہ ڈیفنسو پوزیشن میں اگئے ایرانی لوگ</w:t>
      </w:r>
    </w:p>
    <w:p>
      <w:r>
        <w:rPr>
          <w:b/>
        </w:rPr>
        <w:t xml:space="preserve">[43:32] </w:t>
      </w:r>
      <w:r>
        <w:t>to unhon ne chaha ke negotiation kar ke baat ko khatam karein yani larai ko khatam karne</w:t>
      </w:r>
    </w:p>
    <w:p>
      <w:pPr>
        <w:jc w:val="right"/>
      </w:pPr>
      <w:r>
        <w:t>تو انہوں نے چاہا کہ نیگوشی ایشن کر کے بات کو ختم کریں یعنی لڑائی کو ختم کرنے</w:t>
      </w:r>
    </w:p>
    <w:p>
      <w:r>
        <w:rPr>
          <w:b/>
        </w:rPr>
        <w:t xml:space="preserve">[43:37] </w:t>
      </w:r>
      <w:r>
        <w:t>ke liye unhon ne chaha ke negotiation kuch de dila kar unhein rokhsat kar diya jaye yahan</w:t>
      </w:r>
    </w:p>
    <w:p>
      <w:pPr>
        <w:jc w:val="right"/>
      </w:pPr>
      <w:r>
        <w:t>کے لیے انہوں نے چاہا کہ نیگوشی ایشن کچھ دے دلا کر انہیں رخصت کر دیا جائے یہاں</w:t>
      </w:r>
    </w:p>
    <w:p>
      <w:r>
        <w:rPr>
          <w:b/>
        </w:rPr>
        <w:t xml:space="preserve">[43:41] </w:t>
      </w:r>
      <w:r>
        <w:t>se wapas chale jayein to unhon ne kaha jo sardar the un ka naam tha sa'ad Hazrat Sa'ad</w:t>
      </w:r>
    </w:p>
    <w:p>
      <w:pPr>
        <w:jc w:val="right"/>
      </w:pPr>
      <w:r>
        <w:t>سے واپس چلے جائیں تو انہوں نے کہا جو سردار تھے ان کا نام تھا سعد حضرت سعد</w:t>
      </w:r>
    </w:p>
    <w:p>
      <w:r>
        <w:rPr>
          <w:b/>
        </w:rPr>
        <w:t xml:space="preserve">[43:49] </w:t>
      </w:r>
      <w:r>
        <w:t>ke hum chahte hain baat cheet karna to aap apna deputation bhejiye apna admi bhejiye yahan se kai</w:t>
      </w:r>
    </w:p>
    <w:p>
      <w:pPr>
        <w:jc w:val="right"/>
      </w:pPr>
      <w:r>
        <w:t>کہ ہم چاہتے ہیں بات چیت کرنا تو اپ اپنا ڈیپوٹیشن بھیجیے اپنا ادمی بھیجیے یہاں سے کئی</w:t>
      </w:r>
    </w:p>
    <w:p>
      <w:r>
        <w:rPr>
          <w:b/>
        </w:rPr>
        <w:t xml:space="preserve">[43:57] </w:t>
      </w:r>
      <w:r>
        <w:t>log gaye to un mein se aik sahib jo sahabi the</w:t>
      </w:r>
    </w:p>
    <w:p>
      <w:pPr>
        <w:jc w:val="right"/>
      </w:pPr>
      <w:r>
        <w:t>لوگ گئے تو ان میں سے ایک صاحب جو صحابی تھے</w:t>
      </w:r>
    </w:p>
    <w:p>
      <w:r>
        <w:rPr>
          <w:b/>
        </w:rPr>
        <w:t xml:space="preserve">[44:04] </w:t>
      </w:r>
      <w:r>
        <w:t>jab wahan pohanche</w:t>
      </w:r>
    </w:p>
    <w:p>
      <w:pPr>
        <w:jc w:val="right"/>
      </w:pPr>
      <w:r>
        <w:t>جب وہاں پہنچے</w:t>
      </w:r>
    </w:p>
    <w:p>
      <w:r>
        <w:rPr>
          <w:b/>
        </w:rPr>
        <w:t xml:space="preserve">[44:06] </w:t>
      </w:r>
      <w:r>
        <w:t>to woh</w:t>
      </w:r>
    </w:p>
    <w:p>
      <w:pPr>
        <w:jc w:val="right"/>
      </w:pPr>
      <w:r>
        <w:t>تو وہ</w:t>
      </w:r>
    </w:p>
    <w:p>
      <w:r>
        <w:rPr>
          <w:b/>
        </w:rPr>
        <w:t xml:space="preserve">[44:09] </w:t>
      </w:r>
      <w:r>
        <w:t>jo us ke jo woh tha jo kisra tha</w:t>
      </w:r>
    </w:p>
    <w:p>
      <w:pPr>
        <w:jc w:val="right"/>
      </w:pPr>
      <w:r>
        <w:t>جو اس کے جو وہ تھا جو کسری تھا</w:t>
      </w:r>
    </w:p>
    <w:p>
      <w:r>
        <w:rPr>
          <w:b/>
        </w:rPr>
        <w:t xml:space="preserve">[44:15] </w:t>
      </w:r>
      <w:r>
        <w:t>us ke aage log jhukte the sajda karte the rukoo karte the woh to</w:t>
      </w:r>
    </w:p>
    <w:p>
      <w:pPr>
        <w:jc w:val="right"/>
      </w:pPr>
      <w:r>
        <w:t>اس کے اگے لوگ جھکتے تھے سجدہ کرتے تھے رکوع کرتے تھے وہ تو</w:t>
      </w:r>
    </w:p>
    <w:p>
      <w:r>
        <w:rPr>
          <w:b/>
        </w:rPr>
        <w:t xml:space="preserve">[44:21] </w:t>
      </w:r>
      <w:r>
        <w:t>kingship ka zamana tha</w:t>
      </w:r>
    </w:p>
    <w:p>
      <w:pPr>
        <w:jc w:val="right"/>
      </w:pPr>
      <w:r>
        <w:t>کنگ شپ کا زمانہ تھا</w:t>
      </w:r>
    </w:p>
    <w:p>
      <w:r>
        <w:rPr>
          <w:b/>
        </w:rPr>
        <w:t xml:space="preserve">[44:25] </w:t>
      </w:r>
      <w:r>
        <w:t>woh emperor tha woh</w:t>
      </w:r>
    </w:p>
    <w:p>
      <w:pPr>
        <w:jc w:val="right"/>
      </w:pPr>
      <w:r>
        <w:t>وہ ایمپرر تھا وہ</w:t>
      </w:r>
    </w:p>
    <w:p>
      <w:r>
        <w:rPr>
          <w:b/>
        </w:rPr>
        <w:t xml:space="preserve">[44:28] </w:t>
      </w:r>
      <w:r>
        <w:t>yeh jhuke nahi kuch bhi nahi aise hi jaise aam admi ki tarah baat karne lage woh</w:t>
      </w:r>
    </w:p>
    <w:p>
      <w:pPr>
        <w:jc w:val="right"/>
      </w:pPr>
      <w:r>
        <w:t>یہ جھکے نہیں کچھ بھی نہیں ایسے ہی جیسے عام ادمی کی طرح بات کرنے لگے وہ</w:t>
      </w:r>
    </w:p>
    <w:p>
      <w:r>
        <w:rPr>
          <w:b/>
        </w:rPr>
        <w:t xml:space="preserve">[44:35] </w:t>
      </w:r>
      <w:r>
        <w:t>yani kuch bhi unhon ne is ko respect nahi diya kuch bhi is ko unhon ne woh badshahi</w:t>
      </w:r>
    </w:p>
    <w:p>
      <w:pPr>
        <w:jc w:val="right"/>
      </w:pPr>
      <w:r>
        <w:t>یعنی کچھ بھی انہوں نے اس کو ریسپیکٹ نہیں دیا کچھ بھی اس کو انہوں نے وہ بادشاہی</w:t>
      </w:r>
    </w:p>
    <w:p>
      <w:r>
        <w:rPr>
          <w:b/>
        </w:rPr>
        <w:t xml:space="preserve">[44:40] </w:t>
      </w:r>
      <w:r>
        <w:t>izzat nahi di aise hi bas khare ho gaye takht ke samne is ke aur aisi baat karne lage</w:t>
      </w:r>
    </w:p>
    <w:p>
      <w:pPr>
        <w:jc w:val="right"/>
      </w:pPr>
      <w:r>
        <w:t>عزت نہیں دی ایسے ہی بس کھڑے ہوگئے تخت کے سامنے اس کے اور ایسی بات کرنے لگے</w:t>
      </w:r>
    </w:p>
    <w:p>
      <w:r>
        <w:rPr>
          <w:b/>
        </w:rPr>
        <w:t xml:space="preserve">[44:46] </w:t>
      </w:r>
      <w:r>
        <w:t>to bohat ghussa aa gaya us ko yeh kaun admi hai jo meri respect nahi karta</w:t>
      </w:r>
    </w:p>
    <w:p>
      <w:pPr>
        <w:jc w:val="right"/>
      </w:pPr>
      <w:r>
        <w:t>تو بہت غصہ اگیا اس کو یہ کون ادمی ہے جو میری ریسپیکٹ نہیں کرتا</w:t>
      </w:r>
    </w:p>
    <w:p>
      <w:r>
        <w:rPr>
          <w:b/>
        </w:rPr>
        <w:t xml:space="preserve">[44:53] </w:t>
      </w:r>
      <w:r>
        <w:t>apni respect karne ko woh samajhte</w:t>
      </w:r>
    </w:p>
    <w:p>
      <w:pPr>
        <w:jc w:val="right"/>
      </w:pPr>
      <w:r>
        <w:t>اپنی ریسپیکٹ کرنے کو وہ سمجھتے</w:t>
      </w:r>
    </w:p>
    <w:p>
      <w:r>
        <w:rPr>
          <w:b/>
        </w:rPr>
        <w:t xml:space="preserve">[44:55] </w:t>
      </w:r>
      <w:r>
        <w:t>the ke woh to karna hi karna hai har ek ko hum king hain hum badshah hain hum</w:t>
      </w:r>
    </w:p>
    <w:p>
      <w:pPr>
        <w:jc w:val="right"/>
      </w:pPr>
      <w:r>
        <w:t>تھے کہ وہ تو کرنا ہی کرنا ہے ہر ایک کو ہم کنگ ہیں ہم بادشاہ ہیں ہم</w:t>
      </w:r>
    </w:p>
    <w:p>
      <w:r>
        <w:rPr>
          <w:b/>
        </w:rPr>
        <w:t xml:space="preserve">[45:00] </w:t>
      </w:r>
      <w:r>
        <w:t>emperor hain to unhon ne koi respect nahi is ko nahi di aur aise hi mamooli admi ke</w:t>
      </w:r>
    </w:p>
    <w:p>
      <w:pPr>
        <w:jc w:val="right"/>
      </w:pPr>
      <w:r>
        <w:t>ایمپرر ہیں تو انہوں نے کوئی ریسپیکٹ نہیں اس کو نہیں دی اور ایسے ہی معمولی ادمی کے</w:t>
      </w:r>
    </w:p>
    <w:p>
      <w:r>
        <w:rPr>
          <w:b/>
        </w:rPr>
        <w:t xml:space="preserve">[45:05] </w:t>
      </w:r>
      <w:r>
        <w:t>jaise hota hai mind of state is tarah baat karne lage is se</w:t>
      </w:r>
    </w:p>
    <w:p>
      <w:pPr>
        <w:jc w:val="right"/>
      </w:pPr>
      <w:r>
        <w:t>جیسے ہوتا ہے مائنڈ اف سٹیٹ اس طرح بات کرنے لگے اس سے</w:t>
      </w:r>
    </w:p>
    <w:p>
      <w:r>
        <w:rPr>
          <w:b/>
        </w:rPr>
        <w:t xml:space="preserve">[45:09] </w:t>
      </w:r>
      <w:r>
        <w:t>to ghussa ho gaya woh</w:t>
      </w:r>
    </w:p>
    <w:p>
      <w:pPr>
        <w:jc w:val="right"/>
      </w:pPr>
      <w:r>
        <w:t>تو غصہ ہو گیا وہ</w:t>
      </w:r>
    </w:p>
    <w:p>
      <w:r>
        <w:rPr>
          <w:b/>
        </w:rPr>
        <w:t xml:space="preserve">[45:13] </w:t>
      </w:r>
      <w:r>
        <w:t>to yeh kuch bhi unhon ne is ki parwah nahi ki is ki baaton ki</w:t>
      </w:r>
    </w:p>
    <w:p>
      <w:pPr>
        <w:jc w:val="right"/>
      </w:pPr>
      <w:r>
        <w:t>تو یہ کچھ بھی انہوں نے اس کی پرواہ نہیں کی اس کی باتوں کی</w:t>
      </w:r>
    </w:p>
    <w:p>
      <w:r>
        <w:rPr>
          <w:b/>
        </w:rPr>
        <w:t xml:space="preserve">[45:17] </w:t>
      </w:r>
      <w:r>
        <w:t>to ghussa ho kar is ne kaha ke mitti lao mitti ka ek tokra lao woh mitti un</w:t>
      </w:r>
    </w:p>
    <w:p>
      <w:pPr>
        <w:jc w:val="right"/>
      </w:pPr>
      <w:r>
        <w:t>تو غصہ ہو کر اس نے کہا کہ مٹی لاؤ مٹی کا ایک ٹوکرا لاؤ وہ مٹی ان</w:t>
      </w:r>
    </w:p>
    <w:p>
      <w:r>
        <w:rPr>
          <w:b/>
        </w:rPr>
        <w:t xml:space="preserve">[45:26] </w:t>
      </w:r>
      <w:r>
        <w:t>ke sir par rakh diya woh kaha ke is ko bhaga do in ko unhon ne kaha jo</w:t>
      </w:r>
    </w:p>
    <w:p>
      <w:pPr>
        <w:jc w:val="right"/>
      </w:pPr>
      <w:r>
        <w:t>کے سر پر رکھ دیا وہ کہا کہ اس کو بھگا دو ان کو انہوں نے کہا جو</w:t>
      </w:r>
    </w:p>
    <w:p>
      <w:r>
        <w:rPr>
          <w:b/>
        </w:rPr>
        <w:t xml:space="preserve">[45:30] </w:t>
      </w:r>
      <w:r>
        <w:t>pelace tha is ki baat ho rahi thi wahan pelace mein nikal do pelace se mitti ka tokra</w:t>
      </w:r>
    </w:p>
    <w:p>
      <w:pPr>
        <w:jc w:val="right"/>
      </w:pPr>
      <w:r>
        <w:t>پیلس تھا اس کی بات ہو رہی تھی وہاں پیلس میں نکال دو پیلس سے مٹی کا ٹوکرا</w:t>
      </w:r>
    </w:p>
    <w:p>
      <w:r>
        <w:rPr>
          <w:b/>
        </w:rPr>
        <w:t xml:space="preserve">[45:36] </w:t>
      </w:r>
      <w:r>
        <w:t>rakh sir par rakh kar ke ab dekhiye ke woh jo sahabi the</w:t>
      </w:r>
    </w:p>
    <w:p>
      <w:pPr>
        <w:jc w:val="right"/>
      </w:pPr>
      <w:r>
        <w:t>رکھ سر پر رکھ کر کے اب دیکھیے کہ وہ جو صحابی تھے</w:t>
      </w:r>
    </w:p>
    <w:p>
      <w:r>
        <w:rPr>
          <w:b/>
        </w:rPr>
        <w:t xml:space="preserve">[45:40] </w:t>
      </w:r>
      <w:r>
        <w:t>woh na ghussa hue na aisa kiya ke mitti ka tokra phenk dein aur lad jayein us se kuch bhi nahi woh liye liye khamosh khushi khushi chale aaye palace ke bahar aur mitti ka tokra liye liye</w:t>
      </w:r>
    </w:p>
    <w:p>
      <w:pPr>
        <w:jc w:val="right"/>
      </w:pPr>
      <w:r>
        <w:t>وہ نہ غصہ ہوئے نہ ایسا کیا کہ مٹی کا ٹوکرا پھینک دیں اور لڑ جائیں اس سے کچھ بھی نہیں وہ لیے لیے خاموش خوشی خوشی چلے ائے پیلس کے باہر اور مٹی کا ٹوکرا لیے لیے</w:t>
      </w:r>
    </w:p>
    <w:p>
      <w:r>
        <w:rPr>
          <w:b/>
        </w:rPr>
        <w:t xml:space="preserve">[46:01] </w:t>
      </w:r>
      <w:r>
        <w:t>apni ghoṛi par sawar hue aur pahunch gaye wahan jahan ke tent laga hua tha jo general the</w:t>
      </w:r>
    </w:p>
    <w:p>
      <w:pPr>
        <w:jc w:val="right"/>
      </w:pPr>
      <w:r>
        <w:t>اپنی گھوڑی پر سوار ہوئے اور پہنچ گئے وہاں جہاں کے ٹینٹ لگا ہوا تھا جو جنرل تھے</w:t>
      </w:r>
    </w:p>
    <w:p>
      <w:r>
        <w:rPr>
          <w:b/>
        </w:rPr>
        <w:t xml:space="preserve">[46:07] </w:t>
      </w:r>
      <w:r>
        <w:t>hazrat saad wahan</w:t>
      </w:r>
    </w:p>
    <w:p>
      <w:pPr>
        <w:jc w:val="right"/>
      </w:pPr>
      <w:r>
        <w:t>حضرت سعد وہاں</w:t>
      </w:r>
    </w:p>
    <w:p>
      <w:r>
        <w:rPr>
          <w:b/>
        </w:rPr>
        <w:t xml:space="preserve">[46:09] </w:t>
      </w:r>
      <w:r>
        <w:t>to is mein dakhil hue un ke tent mein</w:t>
      </w:r>
    </w:p>
    <w:p>
      <w:pPr>
        <w:jc w:val="right"/>
      </w:pPr>
      <w:r>
        <w:t>تو اس میں داخل ہوئے ان کے ٹینٹ میں</w:t>
      </w:r>
    </w:p>
    <w:p>
      <w:r>
        <w:rPr>
          <w:b/>
        </w:rPr>
        <w:t xml:space="preserve">[46:15] </w:t>
      </w:r>
      <w:r>
        <w:t>jo jo ke general the muslim army ke un ke samne tokra rakh diya ke dekho yeh kisri</w:t>
      </w:r>
    </w:p>
    <w:p>
      <w:pPr>
        <w:jc w:val="right"/>
      </w:pPr>
      <w:r>
        <w:t>جو جو کہ جنرل تھے مسلم ارمی کے ان کے سامنے ٹوکرا رکھ دیا کہ دیکھو یہ کسری</w:t>
      </w:r>
    </w:p>
    <w:p>
      <w:r>
        <w:rPr>
          <w:b/>
        </w:rPr>
        <w:t xml:space="preserve">[46:21] </w:t>
      </w:r>
      <w:r>
        <w:t>ne diya yeh mitti ka tokra</w:t>
      </w:r>
    </w:p>
    <w:p>
      <w:pPr>
        <w:jc w:val="right"/>
      </w:pPr>
      <w:r>
        <w:t>نے دیا یہ مٹی کا ٹوکرا</w:t>
      </w:r>
    </w:p>
    <w:p>
      <w:r>
        <w:rPr>
          <w:b/>
        </w:rPr>
        <w:t xml:space="preserve">[46:24] </w:t>
      </w:r>
      <w:r>
        <w:t>to woh bhi ghussa nahi hue yani hazrat saad kehte hain ke kaise tum bewakoof ho ke mitti</w:t>
      </w:r>
    </w:p>
    <w:p>
      <w:pPr>
        <w:jc w:val="right"/>
      </w:pPr>
      <w:r>
        <w:t>تو وہ بھی غصہ نہیں ہوئے یعنی حضرت سعد کہتے ہیں کہ کیسے تم بیوقوف ہو کہ مٹی</w:t>
      </w:r>
    </w:p>
    <w:p>
      <w:r>
        <w:rPr>
          <w:b/>
        </w:rPr>
        <w:t xml:space="preserve">[46:30] </w:t>
      </w:r>
      <w:r>
        <w:t>ka tokra liye chale aa rahe ho wahan se</w:t>
      </w:r>
    </w:p>
    <w:p>
      <w:pPr>
        <w:jc w:val="right"/>
      </w:pPr>
      <w:r>
        <w:t>کا ٹوکرا لیے چلے ا رہے ہو وہاں سے</w:t>
      </w:r>
    </w:p>
    <w:p>
      <w:r>
        <w:rPr>
          <w:b/>
        </w:rPr>
        <w:t xml:space="preserve">[46:34] </w:t>
      </w:r>
      <w:r>
        <w:t>kyun nahi is ke sir phenk diya tum ne is ko kuch nahi</w:t>
      </w:r>
    </w:p>
    <w:p>
      <w:pPr>
        <w:jc w:val="right"/>
      </w:pPr>
      <w:r>
        <w:t>کیوں نہیں اس کے سر پھینک دیا تم نے اس کو کچھ نہیں</w:t>
      </w:r>
    </w:p>
    <w:p>
      <w:r>
        <w:rPr>
          <w:b/>
        </w:rPr>
        <w:t xml:space="preserve">[46:38] </w:t>
      </w:r>
      <w:r>
        <w:t>na yeh dekhiye is ko respect ka sawal banaya hai na unhon ne na unhon ne respect ka</w:t>
      </w:r>
    </w:p>
    <w:p>
      <w:pPr>
        <w:jc w:val="right"/>
      </w:pPr>
      <w:r>
        <w:t>نہ یہ دیکھیے اس کو ریسپیکٹ کا سوال بنایا ہے نہ انہوں نے نہ انہوں نے ریسپیکٹ کا</w:t>
      </w:r>
    </w:p>
    <w:p>
      <w:r>
        <w:rPr>
          <w:b/>
        </w:rPr>
        <w:t xml:space="preserve">[46:44] </w:t>
      </w:r>
      <w:r>
        <w:t>sawal banaya dono ne is</w:t>
      </w:r>
    </w:p>
    <w:p>
      <w:pPr>
        <w:jc w:val="right"/>
      </w:pPr>
      <w:r>
        <w:t>سوال بنایا دونوں نے اس</w:t>
      </w:r>
    </w:p>
    <w:p>
      <w:r>
        <w:rPr>
          <w:b/>
        </w:rPr>
        <w:t xml:space="preserve">[46:46] </w:t>
      </w:r>
      <w:r>
        <w:t>ko normal tareeqe se liya is ka nateeja hua ke woh unbiased way mein soch sake objective way mein rai bana sake apni to kitni bari baat unhon ne nikal li kitni bari baat nikal li jo saad the jo general the unhon ne kaha ab shuru</w:t>
      </w:r>
    </w:p>
    <w:p>
      <w:pPr>
        <w:jc w:val="right"/>
      </w:pPr>
      <w:r>
        <w:t>کو نارمل طریقے سے لیا اس کا کارنتیہ ہوا کہ وہ ان باعث وے میں سوچ سکے ابجیکٹو وے میں رائے بنا سکے اپنی تو کتنی بڑی بات انہوں نے نکال لی کتنی بڑی بات نکال لی جو سات تھے جو جنرل تھے انہوں نے کہا اب شروع</w:t>
      </w:r>
    </w:p>
    <w:p>
      <w:r>
        <w:rPr>
          <w:b/>
        </w:rPr>
        <w:t xml:space="preserve">[47:13] </w:t>
      </w:r>
      <w:r>
        <w:t>it is a good tidings yeh to khushkhabri ki baat hai yani mitti ka tokra liye chale aa rahe hain baja ghussa hone ke kya keh rahe hain ab shuru</w:t>
      </w:r>
    </w:p>
    <w:p>
      <w:pPr>
        <w:jc w:val="right"/>
      </w:pPr>
      <w:r>
        <w:t>اٹ از ا گڈ ٹائیڈنگ یہ تو خوشخبری کی بات ہے یعنی مٹی کا ٹوکرا لیے چلے ا رہے ہیں بجا غصہ ہونے کے کیا کہہ رہے ہیں اب شروع</w:t>
      </w:r>
    </w:p>
    <w:p>
      <w:r>
        <w:rPr>
          <w:b/>
        </w:rPr>
        <w:t xml:space="preserve">[47:26] </w:t>
      </w:r>
      <w:r>
        <w:t>yeh to good tidings ki baat hai khush ho jao to unhon ne kya kaha faqat wallah atana allah aqald mulkahum phir rawi kehte hain ke wa tafaa'al biladen yani rawi kehte hain ke us ko jo mitti thi us se unhon ne yeh afaal liya yeh to apne mulk ki mitti de di unhon ne apna mulk hi utha kar de diya unhon ne</w:t>
      </w:r>
    </w:p>
    <w:p>
      <w:pPr>
        <w:jc w:val="right"/>
      </w:pPr>
      <w:r>
        <w:t>یہ تو گڈ ٹائیڈنگ کی بات ہے خوش ہو جاؤ تو انہوں نے کیا کہا فقط واللہ اتان اللہ اقالد ملکہم پھر راوی کہتے ہیں کہ وتفاعل بلا دیں یعنی راوی کہتے ہیں کہ اس کو جو مٹی تھی اس سے انہوں نے یہ افعال لیا یہ تو اپنے ملک کی مٹی دے دی انہوں نے اپنا ملک ہی اٹھا کر دے دیا انہوں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