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The Book of God January 4, 2008 Maulana Wahiduddin Khan</w:t>
      </w:r>
    </w:p>
    <w:p>
      <w:r>
        <w:t>https://www.youtube.com/watch?v=8geIHuPSE8g</w:t>
      </w:r>
    </w:p>
    <w:p>
      <w:r>
        <w:rPr>
          <w:b/>
        </w:rPr>
        <w:t xml:space="preserve">[00:14] </w:t>
      </w:r>
      <w:r>
        <w:t>bismillah hir rahman nir rahim, wa salla Allahu ala an-nabiyyi al-karim. rab ishrah li sadri, wa yassir li amri, wah lul uqdata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mujhe quran ke bare mein kuch kehna hai.</w:t>
      </w:r>
    </w:p>
    <w:p>
      <w:pPr>
        <w:jc w:val="right"/>
      </w:pPr>
      <w:r>
        <w:t>آج مجھے قرآن کے بارے میں کچھ کہنا ہے۔</w:t>
      </w:r>
    </w:p>
    <w:p>
      <w:r>
        <w:rPr>
          <w:b/>
        </w:rPr>
        <w:t xml:space="preserve">[00:43] </w:t>
      </w:r>
      <w:r>
        <w:t>quran ka lafzi matlab hai parhi jaane wali cheez, parhi jaane wali kitab.</w:t>
      </w:r>
    </w:p>
    <w:p>
      <w:pPr>
        <w:jc w:val="right"/>
      </w:pPr>
      <w:r>
        <w:t>قرآن کا لفظی مطلب ہے پڑھی جانے والی چیز، پڑھی جانے والی کتاب۔</w:t>
      </w:r>
    </w:p>
    <w:p>
      <w:r>
        <w:rPr>
          <w:b/>
        </w:rPr>
        <w:t xml:space="preserve">[00:58] </w:t>
      </w:r>
      <w:r>
        <w:t>dekhiye, yeh saada baat nahi hai. agar aap religion ki history ko dekhen to quran se pehle jo bhi mazhabi kitaben thin,</w:t>
      </w:r>
    </w:p>
    <w:p>
      <w:pPr>
        <w:jc w:val="right"/>
      </w:pPr>
      <w:r>
        <w:t>دیکھیے، یہ سادہ بات نہیں ہے۔ اگر آپ ریلیجن کی ہسٹری کو دیکھیں تو قرآن سے پہلے جو بھی مذہبی کتابیں تھیں،</w:t>
      </w:r>
    </w:p>
    <w:p>
      <w:r>
        <w:rPr>
          <w:b/>
        </w:rPr>
        <w:t xml:space="preserve">[01:15] </w:t>
      </w:r>
      <w:r>
        <w:t>wo sab sun kar jani jati thin.</w:t>
      </w:r>
    </w:p>
    <w:p>
      <w:pPr>
        <w:jc w:val="right"/>
      </w:pPr>
      <w:r>
        <w:t>وہ سب سن کر جانی جاتی تھیں۔</w:t>
      </w:r>
    </w:p>
    <w:p>
      <w:r>
        <w:rPr>
          <w:b/>
        </w:rPr>
        <w:t xml:space="preserve">[01:21] </w:t>
      </w:r>
      <w:r>
        <w:t>sun, sunna yeh zariya tha un ka. quran pehli kitab hai jo parh kar jaane wali kitab bani.</w:t>
      </w:r>
    </w:p>
    <w:p>
      <w:pPr>
        <w:jc w:val="right"/>
      </w:pPr>
      <w:r>
        <w:t>سن، سننا یہ ذریعہ تھا ان کا۔ قرآن پہلی کتاب ہے جو پڑھ کر جانے والی کتاب بنی۔</w:t>
      </w:r>
    </w:p>
    <w:p>
      <w:r>
        <w:rPr>
          <w:b/>
        </w:rPr>
        <w:t xml:space="preserve">[01:32] </w:t>
      </w:r>
      <w:r>
        <w:t>yani jab rasool Allah par, Muhammad sallallahu alaihi wasallam par wahi aati thi, yani quran ka koi hissa utarta tha, to usi waqt aap us ko likhwa dete the.</w:t>
      </w:r>
    </w:p>
    <w:p>
      <w:pPr>
        <w:jc w:val="right"/>
      </w:pPr>
      <w:r>
        <w:t>یعنی جب رسول اللہ پر، محمد صلی اللہ علیہ وسلم پر وحی آتی تھی، یعنی قرآن کا کوئی حصہ اترتا تھا، تو اسی وقت آپ اس کو لکھوا دیتے تھے۔</w:t>
      </w:r>
    </w:p>
    <w:p>
      <w:r>
        <w:rPr>
          <w:b/>
        </w:rPr>
        <w:t xml:space="preserve">[01:45] </w:t>
      </w:r>
      <w:r>
        <w:t>yani aap bolte the aur likhne wale likhte the. is tarah ke taqreeban do darjan aadmi the jin ko kuttab-e-wahi kaha jata hai.</w:t>
      </w:r>
    </w:p>
    <w:p>
      <w:pPr>
        <w:jc w:val="right"/>
      </w:pPr>
      <w:r>
        <w:t>یعنی آپ بولتے تھے اور لکھنے والے لکھتے تھے۔ اس طرح کے تقریباً دو درجن آدمی تھے جن کو کُتّابِ وحی کہا جاتا ہے۔</w:t>
      </w:r>
    </w:p>
    <w:p>
      <w:r>
        <w:rPr>
          <w:b/>
        </w:rPr>
        <w:t xml:space="preserve">[02:00] </w:t>
      </w:r>
      <w:r>
        <w:t>yani wahi ko likhne wale. to har waqt koi na koi in mein se aap ke paas hota tha.</w:t>
      </w:r>
    </w:p>
    <w:p>
      <w:pPr>
        <w:jc w:val="right"/>
      </w:pPr>
      <w:r>
        <w:t>یعنی وحی کو لکھنے والے۔ تو ہر وقت کوئی نہ کوئی ان میں سے آپ کے پاس ہوتا تھا۔</w:t>
      </w:r>
    </w:p>
    <w:p>
      <w:r>
        <w:rPr>
          <w:b/>
        </w:rPr>
        <w:t xml:space="preserve">[02:09] </w:t>
      </w:r>
      <w:r>
        <w:t>khud Hazrat Aisha jo thin, aap ki wife, wo bhi ek katib-e-wahi thin. Hazrat Abu Bakr ek katib-e-wahi the. to is baat ko aap samajh lijiye ke rasool Allah khud agarche ummi the,</w:t>
      </w:r>
    </w:p>
    <w:p>
      <w:pPr>
        <w:jc w:val="right"/>
      </w:pPr>
      <w:r>
        <w:t>خود حضرت عائشہ جو تھیں، آپ کی وائف، وہ بھی ایک کاتبِ وحی تھیں۔ حضرت ابوبکر ایک کاتبِ وحی تھے۔ تو اس بات کو آپ سمجھ لیجیے کہ رسول اللہ خود اگرچہ امی تھے،</w:t>
      </w:r>
    </w:p>
    <w:p>
      <w:r>
        <w:rPr>
          <w:b/>
        </w:rPr>
        <w:t xml:space="preserve">[02:24] </w:t>
      </w:r>
      <w:r>
        <w:t>lekin aap ke sath har waqt koi na koi aisa aadmi rehta tha jo likhna aur parhna janta tha. is wajah se quran ne ek nai tareekh ka aghaz kiya.</w:t>
      </w:r>
    </w:p>
    <w:p>
      <w:pPr>
        <w:jc w:val="right"/>
      </w:pPr>
      <w:r>
        <w:t>لیکن آپ کے ساتھ ہر وقت کوئی نہ کوئی ایسا آدمی رہتا تھا جو لکھنا اور پڑھنا جانتا تھا۔ اس وجہ سے قرآن نے ایک نئی تاریخ کا آغاز کیا۔</w:t>
      </w:r>
    </w:p>
    <w:p>
      <w:r>
        <w:rPr>
          <w:b/>
        </w:rPr>
        <w:t xml:space="preserve">[02:39] </w:t>
      </w:r>
      <w:r>
        <w:t>aishri kitaben agar sunne par mabni hua karti thin, yani sun kar janna, sun kar maloom karna, to quran ek aisi kitab bani jis ko ke parh kar aap samajh saken.</w:t>
      </w:r>
    </w:p>
    <w:p>
      <w:pPr>
        <w:jc w:val="right"/>
      </w:pPr>
      <w:r>
        <w:t>عشری کتابیں اگر سننے پر مبنی ہوا کرتی تھیں، یعنی سن کر جاننا، سن کر معلوم کرنا، تو قرآن ایک ایسی کتاب بنی جس کو کہ پڑھ کر آپ سمجھ سکیں۔</w:t>
      </w:r>
    </w:p>
    <w:p>
      <w:r>
        <w:rPr>
          <w:b/>
        </w:rPr>
        <w:t xml:space="preserve">[02:58] </w:t>
      </w:r>
      <w:r>
        <w:t>is mamle mein aap ka ehtimam itna zyada tha ke safar mein bhi aap qalam aur roshnai sath hoti thi aap ke, aur paper.</w:t>
      </w:r>
    </w:p>
    <w:p>
      <w:pPr>
        <w:jc w:val="right"/>
      </w:pPr>
      <w:r>
        <w:t>اس معاملے میں آپ کا اہتمام اتنا زیادہ تھا کہ سفر میں بھی آپ قلم اور روشنائی ساتھ ہوتی تھی آپ کے، اور پیپر۔</w:t>
      </w:r>
    </w:p>
    <w:p>
      <w:r>
        <w:rPr>
          <w:b/>
        </w:rPr>
        <w:t xml:space="preserve">[03:08] </w:t>
      </w:r>
      <w:r>
        <w:t>jaise misal ke taur par hijrat ka jo safar hua, yani Makka ke 13 saal baad aap Makka se migrate kar ke Madina gae.</w:t>
      </w:r>
    </w:p>
    <w:p>
      <w:pPr>
        <w:jc w:val="right"/>
      </w:pPr>
      <w:r>
        <w:t>جیسے مثال کے طور پر ہجرت کا جو سفر ہوا، یعنی مکہ کے 13 سال بعد آپ مکہ سے مائیگریٹ کر کے مدینہ گئے۔</w:t>
      </w:r>
    </w:p>
    <w:p>
      <w:r>
        <w:rPr>
          <w:b/>
        </w:rPr>
        <w:t xml:space="preserve">[03:21] </w:t>
      </w:r>
      <w:r>
        <w:t>yeh safar ek bohat hi</w:t>
      </w:r>
    </w:p>
    <w:p>
      <w:pPr>
        <w:jc w:val="right"/>
      </w:pPr>
      <w:r>
        <w:t>یہ سفر ایک بہت ہی</w:t>
      </w:r>
    </w:p>
    <w:p>
      <w:r>
        <w:rPr>
          <w:b/>
        </w:rPr>
        <w:t xml:space="preserve">[03:25] </w:t>
      </w:r>
      <w:r>
        <w:t>emergency ki halat mein hua tha. lekin us waqt bhi aap ke paas qalam aur kaghaz maujood tha. chunancha rastay mein ek bar aisa hua ke Hazrat Abu Bakr jo aap ke saathi the,</w:t>
      </w:r>
    </w:p>
    <w:p>
      <w:pPr>
        <w:jc w:val="right"/>
      </w:pPr>
      <w:r>
        <w:t>ایمرجنسی کی حالت میں ہوا تھا۔ لیکن اس وقت بھی آپ کے پاس قلم اور کاغذ موجود تھا۔ چنانچہ راستے میں ایک بار ایسا ہوا کہ حضرت ابوبکر جو آپ کے ساتھی تھے،</w:t>
      </w:r>
    </w:p>
    <w:p>
      <w:r>
        <w:rPr>
          <w:b/>
        </w:rPr>
        <w:t xml:space="preserve">[03:39] </w:t>
      </w:r>
      <w:r>
        <w:t>un se aap ne ek cheez likhwai aur unhon ne qalam kaghaz nikal kar us ko likha. to is se andaza hota hai ke quran ke likhne ka ehtimam pehle din se tha aur hamesha raha.</w:t>
      </w:r>
    </w:p>
    <w:p>
      <w:pPr>
        <w:jc w:val="right"/>
      </w:pPr>
      <w:r>
        <w:t>ان سے آپ نے ایک چیز لکھوائی اور انہوں نے قلم کاغذ نکال کر اس کو لکھا۔ تو اس سے اندازہ ہوتا ہے کہ قرآن کے لکھنے کا اہتمام پہلے دن سے تھا اور ہمیشہ رہا۔</w:t>
      </w:r>
    </w:p>
    <w:p>
      <w:r>
        <w:rPr>
          <w:b/>
        </w:rPr>
        <w:t xml:space="preserve">[03:54] </w:t>
      </w:r>
      <w:r>
        <w:t>ab quran mazhab ki tareekh mein pehli kitab bani jo likhi gai. ab jo doosri kitaben hain, aaj to dekhte hain un ko aap kitabi ki shakal mein, doosri mazhabi kitaben, lekin yeh baad ko likhi gai aur chhapi gai hain.</w:t>
      </w:r>
    </w:p>
    <w:p>
      <w:pPr>
        <w:jc w:val="right"/>
      </w:pPr>
      <w:r>
        <w:t>اب قرآن مذہب کی تاریخ میں پہلی کتاب بنی جو لکھی گئی۔ اب جو دوسری کتابیں ہیں، آج تو دیکھتے ہیں ان کو آپ کتابی کی شکل میں، دوسری مذہبی کتابیں، لیکن یہ بعد کو لکھی گئی اور چھاپی گئی ہیں۔</w:t>
      </w:r>
    </w:p>
    <w:p>
      <w:r>
        <w:rPr>
          <w:b/>
        </w:rPr>
        <w:t xml:space="preserve">[04:11] </w:t>
      </w:r>
      <w:r>
        <w:t>yeh baad ko likhi aur chhapi gai hain. jis waqt wo kitab aai ya pesh ki gai, us waqt wo sunne wali kitab thi. aur quran jo hai, pehle din se hi parhne wali kitab thi.</w:t>
      </w:r>
    </w:p>
    <w:p>
      <w:pPr>
        <w:jc w:val="right"/>
      </w:pPr>
      <w:r>
        <w:t>یہ بعد کو لکھی اور چھاپی گئی ہیں۔ جس وقت وہ کتاب آئی یا پیش کی گئی، اس وقت وہ سننے والی کتاب تھی۔ اور قرآن جو ہے، پہلے دن سے ہی پڑھنے والی کتاب تھی۔</w:t>
      </w:r>
    </w:p>
    <w:p>
      <w:r>
        <w:rPr>
          <w:b/>
        </w:rPr>
        <w:t xml:space="preserve">[04:25] </w:t>
      </w:r>
      <w:r>
        <w:t>is liye is ka naam quran rakha gaya. dekhiye, quran jo hai, is tarah nahi utra ke ek bar poori kitab utar jaye.</w:t>
      </w:r>
    </w:p>
    <w:p>
      <w:pPr>
        <w:jc w:val="right"/>
      </w:pPr>
      <w:r>
        <w:t>اس لیے اس کا نام قرآن رکھا گیا۔ دیکھیے، قرآن جو ہے، اس طرح نہیں اترا کہ ایک بار پوری کتاب اتر جائے۔</w:t>
      </w:r>
    </w:p>
    <w:p>
      <w:r>
        <w:rPr>
          <w:b/>
        </w:rPr>
        <w:t xml:space="preserve">[04:36] </w:t>
      </w:r>
      <w:r>
        <w:t>balke 23 saal ke andar is ko kaha jata hai ke najman najman utra. yani thora thora kar ke, periodical tor par utara gaya.</w:t>
      </w:r>
    </w:p>
    <w:p>
      <w:pPr>
        <w:jc w:val="right"/>
      </w:pPr>
      <w:r>
        <w:t>بلکہ 23 سال کے اندر اس کو کہا جاتا ہے کہ نجماً نجماً اترا۔ یعنی تھوڑا تھوڑا کر کے، پیریڈیکل طور پر اتارا گیا۔</w:t>
      </w:r>
    </w:p>
    <w:p>
      <w:r>
        <w:rPr>
          <w:b/>
        </w:rPr>
        <w:t xml:space="preserve">[04:47] </w:t>
      </w:r>
      <w:r>
        <w:t>yani according to the situation, jaisi soorat-e-haal hoti thi, jaisi zaroorat hoti thi, us ke mutabiq quran ka koi hissa utarta tha.</w:t>
      </w:r>
    </w:p>
    <w:p>
      <w:pPr>
        <w:jc w:val="right"/>
      </w:pPr>
      <w:r>
        <w:t>یعنی اکارڈنگ ٹو دا سچویشن، جیسی صورتحال ہوتی تھی، جیسی ضرورت ہوتی تھی، اس کے مطابق قرآن کا کوئی حصہ اترتا تھا۔</w:t>
      </w:r>
    </w:p>
    <w:p>
      <w:r>
        <w:rPr>
          <w:b/>
        </w:rPr>
        <w:t xml:space="preserve">[04:58] </w:t>
      </w:r>
      <w:r>
        <w:t>to quran ki pehli wahi jo utri, wo 610 isvi mein utri. 610 isvi.</w:t>
      </w:r>
    </w:p>
    <w:p>
      <w:pPr>
        <w:jc w:val="right"/>
      </w:pPr>
      <w:r>
        <w:t>تو قرآن کی پہلی وحی جو اتری، وہ 610 عیسوی میں اتری۔ 610 عیسوی۔</w:t>
      </w:r>
    </w:p>
    <w:p>
      <w:r>
        <w:rPr>
          <w:b/>
        </w:rPr>
        <w:t xml:space="preserve">[05:07] </w:t>
      </w:r>
      <w:r>
        <w:t>us waqt aap ghare hira mein the. iqra bismi rabbika alladhi khalaq. yeh sab se pehle utra. is ke baad utarta raha, utarta raha, yahan tak ke sab se aakhir mein jab aap Madina mein the to yeh ayat utri ke al yawma akmaltu lakum dinakum.</w:t>
      </w:r>
    </w:p>
    <w:p>
      <w:pPr>
        <w:jc w:val="right"/>
      </w:pPr>
      <w:r>
        <w:t>اس وقت آپ غار حرا میں تھے۔ اقراء بسم ربک الذی خلق۔ یہ سب سے پہلے اترا۔ اس کے بعد اترتا رہا، اترتا رہا، یہاں تک کہ سب سے آخر میں جب آپ مدینہ میں تھے تو یہ آیت اتری کہ الیوم اکملتکم دینکم۔</w:t>
      </w:r>
    </w:p>
    <w:p>
      <w:r>
        <w:rPr>
          <w:b/>
        </w:rPr>
        <w:t xml:space="preserve">[05:26] </w:t>
      </w:r>
      <w:r>
        <w:t>yani jo quran aap ke upar utarne wala tha, us ki sari ayaten aur sari soortein utar gain. ab yeh aakhri ayat hai.</w:t>
      </w:r>
    </w:p>
    <w:p>
      <w:pPr>
        <w:jc w:val="right"/>
      </w:pPr>
      <w:r>
        <w:t>یعنی جو قرآن آپ کے اوپر اترنے والا تھا، اس کی ساری آیتیں اور ساری سورتیں اتر گئیں۔ اب یہ آخری آیت ہے۔</w:t>
      </w:r>
    </w:p>
    <w:p>
      <w:r>
        <w:rPr>
          <w:b/>
        </w:rPr>
        <w:t xml:space="preserve">[05:37] </w:t>
      </w:r>
      <w:r>
        <w:t>alyom akmalatkum deenakum jo hai, woh goya ke quran ki aakhri ayat thi. to iqra bismi rabbika allazi khalaq, yeh quran ki pehli ayat hai.</w:t>
      </w:r>
    </w:p>
    <w:p>
      <w:pPr>
        <w:jc w:val="right"/>
      </w:pPr>
      <w:r>
        <w:t>الیوم اکملتکم دینکم جو ہے، وہ گویا کہ قرآن کی آخری آیت تھی۔ تو اقراء بسم ربک الذی خلق، یہ قرآن کی پہلی آیت ہے۔</w:t>
      </w:r>
    </w:p>
    <w:p>
      <w:r>
        <w:rPr>
          <w:b/>
        </w:rPr>
        <w:t xml:space="preserve">[05:47] </w:t>
      </w:r>
      <w:r>
        <w:t>aur alyom akmalatkum deenakum, yeh quran ki aakhri ayat hai. phir yeh quran jo aata tha aap ke paas allah taala ki taraf se, woh woh farishta jibril ke zariye aata tha.</w:t>
      </w:r>
    </w:p>
    <w:p>
      <w:pPr>
        <w:jc w:val="right"/>
      </w:pPr>
      <w:r>
        <w:t>اور الیوم اکملتکم دینکم، یہ قرآن کی آخری آیت ہے۔ پھر یہ قرآن جو آتا تھا آپ کے پاس اللہ تعالیٰ کی طرف سے، وہ وہ فرشتہ جبرائیل کے ذریعے آتا تھا۔</w:t>
      </w:r>
    </w:p>
    <w:p>
      <w:r>
        <w:rPr>
          <w:b/>
        </w:rPr>
        <w:t xml:space="preserve">[06:04] </w:t>
      </w:r>
      <w:r>
        <w:t>to jibril hi ke kehne ke mutabiq aap ne is ko tartib diya. yani jis tareeqe se utra tha, woh tartib aur thi.</w:t>
      </w:r>
    </w:p>
    <w:p>
      <w:pPr>
        <w:jc w:val="right"/>
      </w:pPr>
      <w:r>
        <w:t>تو جبرائیل ہی کے کہنے کے مطابق آپ نے اس کو ترتیب دیا۔ یعنی جس طریقے سے اترا تھا، وہ ترتیب اور تھی۔</w:t>
      </w:r>
    </w:p>
    <w:p>
      <w:r>
        <w:rPr>
          <w:b/>
        </w:rPr>
        <w:t xml:space="preserve">[06:17] </w:t>
      </w:r>
      <w:r>
        <w:t>to ek hai tartib e nuzool, ek hai tartib e tilawat. to utra tha to halaat ke aitbar se, lekin aakhri zamanay mein jibril ne ek tartib qaim kar ke aap ko bataya.</w:t>
      </w:r>
    </w:p>
    <w:p>
      <w:pPr>
        <w:jc w:val="right"/>
      </w:pPr>
      <w:r>
        <w:t>تو ایک ہے ترتیب نزول، ایک ہے ترتیب تلاوت۔ تو اترا تھا تو حالات کے اعتبار سے، لیکن آخری زمانے میں جبرائیل نے ایک ترتیب قائم کر کے آپ کو بتایا۔</w:t>
      </w:r>
    </w:p>
    <w:p>
      <w:r>
        <w:rPr>
          <w:b/>
        </w:rPr>
        <w:t xml:space="preserve">[06:37] </w:t>
      </w:r>
      <w:r>
        <w:t>to kitabon mein aata hai ke aakhri zamanay mein jab aap wafat se kuch pehle, jibril ne do baar poora quran parh kar sunaya.</w:t>
      </w:r>
    </w:p>
    <w:p>
      <w:pPr>
        <w:jc w:val="right"/>
      </w:pPr>
      <w:r>
        <w:t>تو کتابوں میں آتا ہے کہ آخری زمانے میں جب آپ وفات سے کچھ پہلے، جبرائیل نے دو بار پورا قرآن پڑھ کر سنایا۔</w:t>
      </w:r>
    </w:p>
    <w:p>
      <w:r>
        <w:rPr>
          <w:b/>
        </w:rPr>
        <w:t xml:space="preserve">[06:51] </w:t>
      </w:r>
      <w:r>
        <w:t>yani alhamdulillah se le kar ke qul aoozu birabbin naas tak. phir isi tareeqe se rasool allah ne dohraya jibril ke samnay.</w:t>
      </w:r>
    </w:p>
    <w:p>
      <w:pPr>
        <w:jc w:val="right"/>
      </w:pPr>
      <w:r>
        <w:t>یعنی الحمدللہ سے لے کر کے قل اعوذ برب الناس تک۔ پھر اسی طریقے سے رسول اللہ نے دہرایا جبرائیل کے سامنے۔</w:t>
      </w:r>
    </w:p>
    <w:p>
      <w:r>
        <w:rPr>
          <w:b/>
        </w:rPr>
        <w:t xml:space="preserve">[07:00] </w:t>
      </w:r>
      <w:r>
        <w:t>is ko kehte hain kitabon mein arz awwali, arz akhirah. yani arzah ka matlab hota hai presentation.</w:t>
      </w:r>
    </w:p>
    <w:p>
      <w:pPr>
        <w:jc w:val="right"/>
      </w:pPr>
      <w:r>
        <w:t>اس کو کہتے ہیں کتابوں میں عرض اولی، عرض اخیرہ۔ یعنی عرضہ کا مطلب ہوتا ہے پریزنٹیشن۔</w:t>
      </w:r>
    </w:p>
    <w:p>
      <w:r>
        <w:rPr>
          <w:b/>
        </w:rPr>
        <w:t xml:space="preserve">[07:09] </w:t>
      </w:r>
      <w:r>
        <w:t>ke jibril ka pesh karna rasool allah ke samnay aur rasool allah ka pesh karna jibril ke samnay. is tarah se poora poora quran jo hai, aakhri zamanay mein jibril ke kehne ke mutabiq tartib diya gaya.</w:t>
      </w:r>
    </w:p>
    <w:p>
      <w:pPr>
        <w:jc w:val="right"/>
      </w:pPr>
      <w:r>
        <w:t>کہ جبرائیل کا پیش کرنا رسول اللہ کے سامنے اور رسول اللہ کا پیش کرنا جبرائیل کے سامنے۔ اس طرح سے پورا پورا قرآن جو ہے، آخری زمانے میں جبرائیل کے کہنے کے مطابق ترتیب دیا گیا۔</w:t>
      </w:r>
    </w:p>
    <w:p>
      <w:r>
        <w:rPr>
          <w:b/>
        </w:rPr>
        <w:t xml:space="preserve">[07:24] </w:t>
      </w:r>
      <w:r>
        <w:t>aur isi tareeqe se rasool allah ne is ko parh kar sunaya. to is mein koi shakk nahi hai tareekhi aitbar se ke yeh quran wohi quran hai jo rasool allah par utra tha jibril ke zariye aur jis ko aap ne dunya ke samnay pesh kiya.</w:t>
      </w:r>
    </w:p>
    <w:p>
      <w:pPr>
        <w:jc w:val="right"/>
      </w:pPr>
      <w:r>
        <w:t>اور اسی طریقے سے رسول اللہ نے اس کو پڑھ کر سنایا۔ تو اس میں کوئی شک نہیں ہے تاریخی اعتبار سے کہ یہ قرآن وہی قرآن ہے جو رسول اللہ پر اترا تھا جبرائیل کے ذریعے اور جس کو آپ نے دنیا کے سامنے پیش کیا۔</w:t>
      </w:r>
    </w:p>
    <w:p>
      <w:r>
        <w:rPr>
          <w:b/>
        </w:rPr>
        <w:t xml:space="preserve">[07:43] </w:t>
      </w:r>
      <w:r>
        <w:t>is mein koi bhi badlav nahi hai, koi tabdeeli nahi hai, koi na kami hai na koi beshi hai. to yeh kitab mehfooz hai. poore maanon mein preserved book.</w:t>
      </w:r>
    </w:p>
    <w:p>
      <w:pPr>
        <w:jc w:val="right"/>
      </w:pPr>
      <w:r>
        <w:t>اس میں کوئی بھی بدلاؤ نہیں ہے، کوئی تبدیلی نہیں ہے، کوئی نہ کمی ہے نہ کوئی بیشی ہے۔ تو یہ کتاب محفوظ ہے۔ پورے معنوں میں پریزروڈ بک۔</w:t>
      </w:r>
    </w:p>
    <w:p>
      <w:r>
        <w:rPr>
          <w:b/>
        </w:rPr>
        <w:t xml:space="preserve">[07:57] </w:t>
      </w:r>
      <w:r>
        <w:t>is tarah se koi bhi doosri mazhabi kitab aaj mehfooz halat mein maujood nahi hai. to quran ke baray mein kaha jata hai ke yeh ek hi aisi kitab hai jo preserved book ki hesiyat rakhti hai.</w:t>
      </w:r>
    </w:p>
    <w:p>
      <w:pPr>
        <w:jc w:val="right"/>
      </w:pPr>
      <w:r>
        <w:t>اس طرح سے کوئی بھی دوسری مذہبی کتاب آج محفوظ حالت میں موجود نہیں ہے۔ تو قرآن کے بارے میں کہا جاتا ہے کہ یہ ایک ہی ایسی کتاب ہے جو پریزروڈ بک کی حیثیت رکھتی ہے۔</w:t>
      </w:r>
    </w:p>
    <w:p>
      <w:r>
        <w:rPr>
          <w:b/>
        </w:rPr>
        <w:t xml:space="preserve">[08:13] </w:t>
      </w:r>
      <w:r>
        <w:t>quran mein</w:t>
      </w:r>
    </w:p>
    <w:p>
      <w:pPr>
        <w:jc w:val="right"/>
      </w:pPr>
      <w:r>
        <w:t>قرآن میں</w:t>
      </w:r>
    </w:p>
    <w:p>
      <w:r>
        <w:rPr>
          <w:b/>
        </w:rPr>
        <w:t xml:space="preserve">[08:18] </w:t>
      </w:r>
      <w:r>
        <w:t>kul 114 chapters hain. kuch chotay hain, kuch baray hain, kuch medium size ke hain.</w:t>
      </w:r>
    </w:p>
    <w:p>
      <w:pPr>
        <w:jc w:val="right"/>
      </w:pPr>
      <w:r>
        <w:t>کل 114 چیپٹرز ہیں۔ کچھ چھوٹے ہیں، کچھ بڑے ہیں، کچھ میڈیم سائز کے ہیں۔</w:t>
      </w:r>
    </w:p>
    <w:p>
      <w:r>
        <w:rPr>
          <w:b/>
        </w:rPr>
        <w:t xml:space="preserve">[08:28] </w:t>
      </w:r>
      <w:r>
        <w:t>teenon tarah ke chapters hain. pehla chapter jo hai, woh alhamdulillah rabbil alameen hai. aur aakhri chapter jo hai, woh qul aoozu birabbin naas hai.</w:t>
      </w:r>
    </w:p>
    <w:p>
      <w:pPr>
        <w:jc w:val="right"/>
      </w:pPr>
      <w:r>
        <w:t>تینوں طرح کے چیپٹرز ہیں۔ پہلا چیپٹر جو ہے، وہ الحمدللہ رب العالمین ہے۔ اور آخری چیپٹر جو ہے، وہ قل اعوذ برب الناس ہے۔</w:t>
      </w:r>
    </w:p>
    <w:p>
      <w:r>
        <w:rPr>
          <w:b/>
        </w:rPr>
        <w:t xml:space="preserve">[08:39] </w:t>
      </w:r>
      <w:r>
        <w:t>to kul 114 chapter hain.</w:t>
      </w:r>
    </w:p>
    <w:p>
      <w:pPr>
        <w:jc w:val="right"/>
      </w:pPr>
      <w:r>
        <w:t>تو کل 114 چیپٹر ہیں۔</w:t>
      </w:r>
    </w:p>
    <w:p>
      <w:r>
        <w:rPr>
          <w:b/>
        </w:rPr>
        <w:t xml:space="preserve">[08:45] </w:t>
      </w:r>
      <w:r>
        <w:t>har surah ke shuru mein,</w:t>
      </w:r>
    </w:p>
    <w:p>
      <w:pPr>
        <w:jc w:val="right"/>
      </w:pPr>
      <w:r>
        <w:t>ہر سورہ کے شروع میں،</w:t>
      </w:r>
    </w:p>
    <w:p>
      <w:r>
        <w:rPr>
          <w:b/>
        </w:rPr>
        <w:t xml:space="preserve">[08:52] </w:t>
      </w:r>
      <w:r>
        <w:t>har surah ke shuru mein hota hai bismillah hir rahman nir rahim. sirf ek surah mein nahi hai, woh hai surah barat ya surah tauba.</w:t>
      </w:r>
    </w:p>
    <w:p>
      <w:pPr>
        <w:jc w:val="right"/>
      </w:pPr>
      <w:r>
        <w:t>ہر سورہ کے شروع میں ہوتا ہے بسم اللہ الرحمن الرحیم۔ صرف ایک سورہ میں نہیں ہے، وہ ہے سورہ برات یا سورہ توبہ۔</w:t>
      </w:r>
    </w:p>
    <w:p>
      <w:r>
        <w:rPr>
          <w:b/>
        </w:rPr>
        <w:t xml:space="preserve">[09:02] </w:t>
      </w:r>
      <w:r>
        <w:t>lekin ek aur jagah bismillah hir rahman nir rahim aa gaya hai. is tarah se bismillah hir rahman nir rahim ki tadad kul 114 ban jati hai.</w:t>
      </w:r>
    </w:p>
    <w:p>
      <w:pPr>
        <w:jc w:val="right"/>
      </w:pPr>
      <w:r>
        <w:t>لیکن ایک اور جگہ بسم اللہ الرحمن الرحیم آ گیا ہے۔ اس طرح سے بسم الرحمن، بسم اللہ الرحمن الرحیم کی تعداد کل 114 بن جاتی ہے۔</w:t>
      </w:r>
    </w:p>
    <w:p>
      <w:r>
        <w:rPr>
          <w:b/>
        </w:rPr>
        <w:t xml:space="preserve">[09:13] </w:t>
      </w:r>
      <w:r>
        <w:t>yani agarchay suraton ke shuru ke aitbar se 113 suraton mein bismillah hir rahman nir rahim likha hua hai, lekin ginti ke aitbar se ek aur jagah wa innahu min sulayman wa innahu bismi allahi alrrahmani alrrahim.</w:t>
      </w:r>
    </w:p>
    <w:p>
      <w:pPr>
        <w:jc w:val="right"/>
      </w:pPr>
      <w:r>
        <w:t>یعنی اگرچہ سورتوں کے شروع کے اعتبار سے 113 سورتوں میں بسم اللہ الرحمن الرحیم لکھا ہوا ہے، لیکن گنتی کے اعتبار سے ایک اور جگہ وَإِنَّهُ مِنْ سُلَيْمَانَ وَإِنَّهُ بِسْمِ اللَّهِ الرَّحْمٰنِ الرَّحِيمِ۔</w:t>
      </w:r>
    </w:p>
    <w:p>
      <w:r>
        <w:rPr>
          <w:b/>
        </w:rPr>
        <w:t xml:space="preserve">[09:31] </w:t>
      </w:r>
      <w:r>
        <w:t>yeh malika e saba ne kaha tha. is tarah se yeh yeh jo hai bismillah hir rahman nir rahim hai, woh 114 baar poore quran mein repeat hua hai.</w:t>
      </w:r>
    </w:p>
    <w:p>
      <w:pPr>
        <w:jc w:val="right"/>
      </w:pPr>
      <w:r>
        <w:t>یہ ملکہ صبا نے کہا تھا۔ اس طرح سے یہ یہ جو ہے بسم اللہ الرحمن الرحیم ہے، وہ 114 بار پورے قرآن میں ریپیٹ ہوا ہے۔</w:t>
      </w:r>
    </w:p>
    <w:p>
      <w:r>
        <w:rPr>
          <w:b/>
        </w:rPr>
        <w:t xml:space="preserve">[09:45] </w:t>
      </w:r>
      <w:r>
        <w:t>is ka matlab kya hai?</w:t>
      </w:r>
    </w:p>
    <w:p>
      <w:pPr>
        <w:jc w:val="right"/>
      </w:pPr>
      <w:r>
        <w:t>اس کا مطلب کیا ہے؟</w:t>
      </w:r>
    </w:p>
    <w:p>
      <w:r>
        <w:rPr>
          <w:b/>
        </w:rPr>
        <w:t xml:space="preserve">[09:49] </w:t>
      </w:r>
      <w:r>
        <w:t>mein shuru karta hoon allah ke naam se jo bara meherban, nihayat reham wala hai. yeh hai pehli surah ke shuru mein bhi aaya hai aur poore quran mein bhi aaya hai.</w:t>
      </w:r>
    </w:p>
    <w:p>
      <w:pPr>
        <w:jc w:val="right"/>
      </w:pPr>
      <w:r>
        <w:t>میں شروع کرتا ہوں اللہ کے نام سے جو بڑا مہربان، نہایت رحم والا ہے۔ یہ ہے پہلی سورہ کے شروع میں بھی آیا ہے اور پورے قرآن میں بھی آیا ہے۔</w:t>
      </w:r>
    </w:p>
    <w:p>
      <w:r>
        <w:rPr>
          <w:b/>
        </w:rPr>
        <w:t xml:space="preserve">[10:06] </w:t>
      </w:r>
      <w:r>
        <w:t>to jab bhi hum koi kaam shuru karte hain to hum yeh parhte hain is ko. koi bhi kaam, jaise khana khana hai ya aur safar karna hai, koi bhi kaam karna hai, to kaam shuru karne se pehle hum kehte hain bismillah hir rahman nir rahim.</w:t>
      </w:r>
    </w:p>
    <w:p>
      <w:pPr>
        <w:jc w:val="right"/>
      </w:pPr>
      <w:r>
        <w:t>تو جب بھی ہم کوئی کام شروع کرتے ہیں تو ہم یہ پڑھتے ہیں اس کو۔ کوئی بھی کام، جیسے کھانا کھانا ہے یا اور سفر کرنا ہے، کوئی بھی کام کرنا ہے، تو کام شروع کرنے سے پہلے ہم کہتے ہیں بسم اللہ الرحمن الرحیم۔</w:t>
      </w:r>
    </w:p>
    <w:p>
      <w:r>
        <w:rPr>
          <w:b/>
        </w:rPr>
        <w:t xml:space="preserve">[10:23] </w:t>
      </w:r>
      <w:r>
        <w:t>is ka matlab kya hua? is ka matlab yeh hua ke hum yeh apne zehn mein ek yaad latay hain, yaad karte hain ke is dunya jo hai jis mein hum reh rahe hain, yeh ek aisay khuda ki banai hui hai jo rehamt wala hai.</w:t>
      </w:r>
    </w:p>
    <w:p>
      <w:pPr>
        <w:jc w:val="right"/>
      </w:pPr>
      <w:r>
        <w:t>اس کا مطلب کیا ہوا؟ اس کا مطلب یہ ہوا کہ ہم یہ اپنے ذہن میں ایک یاد لاتے ہیں، یاد کرتے ہیں کہ اس دنیا جو ہے جس میں ہم رہ رہے ہیں، یہ ایک ایسے خدا کی بنائی ہوئی ہے جو رحمت والا ہے۔</w:t>
      </w:r>
    </w:p>
    <w:p>
      <w:r>
        <w:rPr>
          <w:b/>
        </w:rPr>
        <w:t xml:space="preserve">[10:40] </w:t>
      </w:r>
      <w:r>
        <w:t>rehamt wala hai, compassion wala hai. yani woh woh khuda hum se indifferent nahi hai. is ko hum se mohabbat hai.</w:t>
      </w:r>
    </w:p>
    <w:p>
      <w:pPr>
        <w:jc w:val="right"/>
      </w:pPr>
      <w:r>
        <w:t>رحمت والا ہے، کمپیشن والا ہے۔ یعنی وہ وہ خدا ہم سے انڈیفرنٹ نہیں ہے۔ اس کو ہم سے محبت ہے۔</w:t>
      </w:r>
    </w:p>
    <w:p>
      <w:r>
        <w:rPr>
          <w:b/>
        </w:rPr>
        <w:t xml:space="preserve">[10:51] </w:t>
      </w:r>
      <w:r>
        <w:t>hum se is ko compeshan ke darjay mein ta'alluq hai. is se yeh yaqeen aata hai ke hum insha'Allah jo kaam kar rahe hain, is mein hamein kamyabi hasil hogi.</w:t>
      </w:r>
    </w:p>
    <w:p>
      <w:pPr>
        <w:jc w:val="right"/>
      </w:pPr>
      <w:r>
        <w:t>ہم سے اس کو کمپیشن کے درجے میں تعلق ہے۔ اس سے یہ یقین آتا ہے کہ ہم انشاءاللہ جو کام کر رہے ہیں، اس میں ہمیں کامیابی حاصل ہوگی۔</w:t>
      </w:r>
    </w:p>
    <w:p>
      <w:r>
        <w:rPr>
          <w:b/>
        </w:rPr>
        <w:t xml:space="preserve">[11:05] </w:t>
      </w:r>
      <w:r>
        <w:t>to jab bhi koi kaam hum shuru karte hain to kehte hain bismillah-hir-rehman-nir-rahim. aur yeh aik bohat bara source of conviction hota hai.</w:t>
      </w:r>
    </w:p>
    <w:p>
      <w:pPr>
        <w:jc w:val="right"/>
      </w:pPr>
      <w:r>
        <w:t>تو جب بھی کوئی کام ہم شروع کرتے ہیں تو کہتے ہیں بسم اللہ الرحمن الرحیم۔ اور یہ ایک بہت بڑا سورس آف کنوکشن ہوتا ہے۔</w:t>
      </w:r>
    </w:p>
    <w:p>
      <w:r>
        <w:rPr>
          <w:b/>
        </w:rPr>
        <w:t xml:space="preserve">[11:16] </w:t>
      </w:r>
      <w:r>
        <w:t>kyunke aap jante hain ke dunya mein koi bhi kaam aap karein to aap khud yeh taqat nahi rakhte ke apne kaam ko pohncha sakein aakhir tak.</w:t>
      </w:r>
    </w:p>
    <w:p>
      <w:pPr>
        <w:jc w:val="right"/>
      </w:pPr>
      <w:r>
        <w:t>کیونکہ آپ جانتے ہیں کہ دنیا میں کوئی بھی کام آپ کریں تو آپ خود یہ طاقت نہیں رکھتے کہ اپنے کام کو پہنچا سکیں آخر تک۔</w:t>
      </w:r>
    </w:p>
    <w:p>
      <w:r>
        <w:rPr>
          <w:b/>
        </w:rPr>
        <w:t xml:space="preserve">[11:27] </w:t>
      </w:r>
      <w:r>
        <w:t>isi liye kaha gaya hai ke as-sayyu minni wal-itmamu min Allah. yaani shuru mein karunga lekin is ka mukammal karne wala Khuda hoga.</w:t>
      </w:r>
    </w:p>
    <w:p>
      <w:pPr>
        <w:jc w:val="right"/>
      </w:pPr>
      <w:r>
        <w:t>اسی لیے کہا گیا ہے کہ السَّيُّ مِنِّي وَالْاِتْمَامُ مِنَ اللَّهِ۔ یعنی شروع میں کروں گا لیکن اس کا مکمل کرنے والا خدا ہوگا۔</w:t>
      </w:r>
    </w:p>
    <w:p>
      <w:r>
        <w:rPr>
          <w:b/>
        </w:rPr>
        <w:t xml:space="preserve">[11:38] </w:t>
      </w:r>
      <w:r>
        <w:t>to woh Khuda jis ke hath mein sab taqatein hain, jo mukammal karne ki qudrat rakhta hai, us ke bare mein yeh tasawwur ke woh rahim hai, woh rehman hai, woh rehmat wala hai,</w:t>
      </w:r>
    </w:p>
    <w:p>
      <w:pPr>
        <w:jc w:val="right"/>
      </w:pPr>
      <w:r>
        <w:t>تو وہ خدا جس کے ہاتھ میں سب طاقتیں ہیں، جو مکمل کرنے کی قدرت رکھتا ہے، اس کے بارے میں یہ تصور کہ وہ رحیم ہے، وہ رحمان ہے، وہ رحمت والا ہے،</w:t>
      </w:r>
    </w:p>
    <w:p>
      <w:r>
        <w:rPr>
          <w:b/>
        </w:rPr>
        <w:t xml:space="preserve">[11:51] </w:t>
      </w:r>
      <w:r>
        <w:t>yeh hum ko aik yaqeen deta hai, aik conviction deta hai. to yeh aik bohat bari baat hai. phir dekhiye, Quran ki jo sab se pehli surah hai, woh hai Al-Fatiha.</w:t>
      </w:r>
    </w:p>
    <w:p>
      <w:pPr>
        <w:jc w:val="right"/>
      </w:pPr>
      <w:r>
        <w:t>یہ ہم کو ایک یقین دیتا ہے، ایک کنوکشن دیتا ہے۔ تو یہ ایک بہت بڑی بات ہے۔ پھر دیکھیے، قرآن کی جو سب سے پہلی سورہ ہے، وہ ہے الفاتحہ۔</w:t>
      </w:r>
    </w:p>
    <w:p>
      <w:r>
        <w:rPr>
          <w:b/>
        </w:rPr>
        <w:t xml:space="preserve">[12:07] </w:t>
      </w:r>
      <w:r>
        <w:t>Ulama yeh kehte hain ke Al-Fatiha mein, Al-Fatiha goya ke Quran ka dibacha hai, preface hai. jis tarah se kitaab mein, insani kitaab mein preface hota hai.</w:t>
      </w:r>
    </w:p>
    <w:p>
      <w:pPr>
        <w:jc w:val="right"/>
      </w:pPr>
      <w:r>
        <w:t>علماء یہ کہتے ہیں کہ الفاتحہ میں، الفاتحہ گویا کہ قرآن کا دیباچہ ہے، پریفیس ہے۔ جس طرح سے کتاب میں، انسانی کتاب میں پریفیس ہوتا ہے۔</w:t>
      </w:r>
    </w:p>
    <w:p>
      <w:r>
        <w:rPr>
          <w:b/>
        </w:rPr>
        <w:t xml:space="preserve">[12:20] </w:t>
      </w:r>
      <w:r>
        <w:t>aur preface mein shuru ki baatein sab keh di jaati hain. woh aik aitbaar se goya khulasa hota hai woh. to surah Al-Fatiha jo hai, poore Quran ka khulasa hai.</w:t>
      </w:r>
    </w:p>
    <w:p>
      <w:pPr>
        <w:jc w:val="right"/>
      </w:pPr>
      <w:r>
        <w:t>اور پریفیس میں شروع کی باتیں سب کہہ دی جاتی ہیں۔ وہ ایک اعتبار سے گویا خلاصہ ہوتا ہے وہ۔ تو سورہ الفاتحہ جو ہے، پورے قرآن کا خلاصہ ہے۔</w:t>
      </w:r>
    </w:p>
    <w:p>
      <w:r>
        <w:rPr>
          <w:b/>
        </w:rPr>
        <w:t xml:space="preserve">[12:33] </w:t>
      </w:r>
      <w:r>
        <w:t>is aitbaar se. ab aap dekhiye ke yeh surah kya hai? alhamdulillah-hir-rabbil-alameen, ar-rehman-nir-rahim, maliki-yawmid-din, iyyaka na'budu wa iyyaka nasta'in, ihdinas-sirat-al-mustaqim, sirat-alladhina an'amta 'alayhim,</w:t>
      </w:r>
    </w:p>
    <w:p>
      <w:pPr>
        <w:jc w:val="right"/>
      </w:pPr>
      <w:r>
        <w:t>اس اعتبار سے۔ اب آپ دیکھیے کہ یہ سورہ کیا ہے؟ الحمدللہ رب العالمین، الرحمن الرحیم، مالک یوم الدین، ایاک نعبد وایاک نستعین، اهدنا الصراط المستقیم، صراط الذین انعمت علیہم،</w:t>
      </w:r>
    </w:p>
    <w:p>
      <w:r>
        <w:rPr>
          <w:b/>
        </w:rPr>
        <w:t xml:space="preserve">[12:53] </w:t>
      </w:r>
      <w:r>
        <w:t>ghayril-maghdubi 'alayhim wa lad-dallin. yeh choti si surah hai. is ka translation yeh hai ke sari tareef Allah ke liye hai jo sare alam ka rab hai.</w:t>
      </w:r>
    </w:p>
    <w:p>
      <w:pPr>
        <w:jc w:val="right"/>
      </w:pPr>
      <w:r>
        <w:t>غیر المغضوب علیہم ولا الضالین۔ یہ چھوٹی سی سورہ ہے۔ اس کا ٹرانسیشن یہ ہے کہ ساری تعریف اللہ کے لیے ہے جو سارے عالم کا رب ہے۔</w:t>
      </w:r>
    </w:p>
    <w:p>
      <w:r>
        <w:rPr>
          <w:b/>
        </w:rPr>
        <w:t xml:space="preserve">[13:12] </w:t>
      </w:r>
      <w:r>
        <w:t>lord of the universe hai. woh rehman hai aur rahim hai. rehmat wala hai aur mercy wala hai.</w:t>
      </w:r>
    </w:p>
    <w:p>
      <w:pPr>
        <w:jc w:val="right"/>
      </w:pPr>
      <w:r>
        <w:t>لارڈ آف دا یونیورس ہے۔ وہ رحمان ہے اور رحیم ہے۔ رحمت والا ہے اور مرسی والا ہے۔</w:t>
      </w:r>
    </w:p>
    <w:p>
      <w:r>
        <w:rPr>
          <w:b/>
        </w:rPr>
        <w:t xml:space="preserve">[13:24] </w:t>
      </w:r>
      <w:r>
        <w:t>woh day of judgment ka malik hai. jo aik faisle ka din aane wala hai, us ka woh malik hai.</w:t>
      </w:r>
    </w:p>
    <w:p>
      <w:pPr>
        <w:jc w:val="right"/>
      </w:pPr>
      <w:r>
        <w:t>وہ ڈے آف ججمنٹ کا مالک ہے۔ جو ایک فیصلے کا دن آنے والا ہے، اس کا وہ مالک ہے۔</w:t>
      </w:r>
    </w:p>
    <w:p>
      <w:r>
        <w:rPr>
          <w:b/>
        </w:rPr>
        <w:t xml:space="preserve">[13:35] </w:t>
      </w:r>
      <w:r>
        <w:t>Ae Khuda!</w:t>
      </w:r>
    </w:p>
    <w:p>
      <w:pPr>
        <w:jc w:val="right"/>
      </w:pPr>
      <w:r>
        <w:t>اے خدا!</w:t>
      </w:r>
    </w:p>
    <w:p>
      <w:r>
        <w:rPr>
          <w:b/>
        </w:rPr>
        <w:t xml:space="preserve">[13:37] </w:t>
      </w:r>
      <w:r>
        <w:t>hum teri hi ibadat karte hain aur tujh hi se madad chahte hain. hum ko rasta dikha, seedha rasta.</w:t>
      </w:r>
    </w:p>
    <w:p>
      <w:pPr>
        <w:jc w:val="right"/>
      </w:pPr>
      <w:r>
        <w:t>ہم تیری ہی عبادت کرتے ہیں اور تجھ ہی سے مدد چاہتے ہیں۔ ہم کو راستہ دکھا، سیدھا راستہ۔</w:t>
      </w:r>
    </w:p>
    <w:p>
      <w:r>
        <w:rPr>
          <w:b/>
        </w:rPr>
        <w:t xml:space="preserve">[13:50] </w:t>
      </w:r>
      <w:r>
        <w:t>woh rasta jo tere in'aam paye hue bandon ka rasta hai. woh rasta nahi jo un ka rasta bana, jo bhatak gaye raste se ya jin par tera ghazab hua.</w:t>
      </w:r>
    </w:p>
    <w:p>
      <w:pPr>
        <w:jc w:val="right"/>
      </w:pPr>
      <w:r>
        <w:t>وہ راستہ جو تیرے انعام پائے ہوئے بندوں کا راستہ ہے۔ وہ راستہ نہیں جو ان کا راستہ بنا، جو بھٹک گئے راستے سے یا جن پر تیرا غضب ہوا۔</w:t>
      </w:r>
    </w:p>
    <w:p>
      <w:r>
        <w:rPr>
          <w:b/>
        </w:rPr>
        <w:t xml:space="preserve">[14:07] </w:t>
      </w:r>
      <w:r>
        <w:t>yeh goya pehli surah hai. yeh dua bhi hai aur is mein sari baat bhi aa jaati hai. is mein hum yeh jante hain, padh kar ke ke Khuda aik zinda Khuda hai.</w:t>
      </w:r>
    </w:p>
    <w:p>
      <w:pPr>
        <w:jc w:val="right"/>
      </w:pPr>
      <w:r>
        <w:t>یہ گویا پہلی سورہ ہے۔ یہ دعا بھی ہے اور اس میں ساری بات بھی آ جاتی ہے۔ اس میں ہم یہ جانتے ہیں، پڑھ کر کے کہ خدا ایک زندہ خدا ہے۔</w:t>
      </w:r>
    </w:p>
    <w:p>
      <w:r>
        <w:rPr>
          <w:b/>
        </w:rPr>
        <w:t xml:space="preserve">[14:22] </w:t>
      </w:r>
      <w:r>
        <w:t>is ka hum se ta'alluq hai. har waqt hamara is se contact hai. hum is se dua karte hain aur is ki taraf se jawab aata hai hamare paas.</w:t>
      </w:r>
    </w:p>
    <w:p>
      <w:pPr>
        <w:jc w:val="right"/>
      </w:pPr>
      <w:r>
        <w:t>اس کا ہم سے تعلق ہے۔ ہر وقت ہمارا اس سے کنٹیکٹ ہے۔ ہم اس سے دعا کرتے ہیں اور اس کی طرف سے جواب آتا ہے ہمارے پاس۔</w:t>
      </w:r>
    </w:p>
    <w:p>
      <w:r>
        <w:rPr>
          <w:b/>
        </w:rPr>
        <w:t xml:space="preserve">[14:36] </w:t>
      </w:r>
      <w:r>
        <w:t>isi ke raste par hamein chalna hai. bhatakne bhatakne wale raste par hamein nahi jana hai. yeh sari baatein is ke andar aa jaati hain. to yeh goya ke jin jazbat ke sath hamein Quran ko padhna chahiye, woh sab is mein aa gaya hai.</w:t>
      </w:r>
    </w:p>
    <w:p>
      <w:pPr>
        <w:jc w:val="right"/>
      </w:pPr>
      <w:r>
        <w:t>اسی کے راستے پر ہمیں چلنا ہے۔ بھٹکنے بھٹکنے والے راستے پر ہمیں نہیں جانا ہے۔ یہ ساری باتیں اس کے اندر آ جاتی ہیں۔ تو یہ گویا کہ جن جذبات کے ساتھ ہمیں قرآن کو پڑھنا چاہیے، وہ سب اس میں آ گیا ہے۔</w:t>
      </w:r>
    </w:p>
    <w:p>
      <w:r>
        <w:rPr>
          <w:b/>
        </w:rPr>
        <w:t xml:space="preserve">[14:57] </w:t>
      </w:r>
      <w:r>
        <w:t>Ulama, ulama yeh kehte hain ke sare Quran mein jo baatein aayi hain, jo mazameen aaye hain, un ko teen head ke andar bayan kiya ja sakta hai.</w:t>
      </w:r>
    </w:p>
    <w:p>
      <w:pPr>
        <w:jc w:val="right"/>
      </w:pPr>
      <w:r>
        <w:t>علماء، علماء یہ کہتے ہیں کہ سارے قرآن میں جو باتیں آئی ہیں، جو مضامین آئے ہیں، ان کو تین ہیڈ کے اندر بیان کیا جا سکتا ہے۔</w:t>
      </w:r>
    </w:p>
    <w:p>
      <w:r>
        <w:rPr>
          <w:b/>
        </w:rPr>
        <w:t xml:space="preserve">[15:13] </w:t>
      </w:r>
      <w:r>
        <w:t>basically teen mazameen hain Quran mein:</w:t>
      </w:r>
    </w:p>
    <w:p>
      <w:pPr>
        <w:jc w:val="right"/>
      </w:pPr>
      <w:r>
        <w:t>بیسکلی تین مضامین ہیں قرآن میں:</w:t>
      </w:r>
    </w:p>
    <w:p>
      <w:r>
        <w:rPr>
          <w:b/>
        </w:rPr>
        <w:t xml:space="preserve">[15:18] </w:t>
      </w:r>
      <w:r>
        <w:t>tauheed, risalat aur aakhirat. yeh teen: tauheed, risalat aur aakhirat. tauheed ka matlab hai oneness of God.</w:t>
      </w:r>
    </w:p>
    <w:p>
      <w:pPr>
        <w:jc w:val="right"/>
      </w:pPr>
      <w:r>
        <w:t>توحید، رسالت اور آخرت۔ یہ تین: توحید، رسالت اور آخرت۔ توحید کا مطلب ہے وننس آف گاڈ۔</w:t>
      </w:r>
    </w:p>
    <w:p>
      <w:r>
        <w:rPr>
          <w:b/>
        </w:rPr>
        <w:t xml:space="preserve">[15:32] </w:t>
      </w:r>
      <w:r>
        <w:t>risalat ka matlab hai paygambar ko manna. aakhirat ka matlab hai world hereafter ko manna.</w:t>
      </w:r>
    </w:p>
    <w:p>
      <w:pPr>
        <w:jc w:val="right"/>
      </w:pPr>
      <w:r>
        <w:t>رسالت کا مطلب ہے پیغمبر کو ماننا۔ آخرت کا مطلب ہے ورلڈ ہیر آفٹر کو ماننا۔</w:t>
      </w:r>
    </w:p>
    <w:p>
      <w:r>
        <w:rPr>
          <w:b/>
        </w:rPr>
        <w:t xml:space="preserve">[15:43] </w:t>
      </w:r>
      <w:r>
        <w:t>to yeh teen baatein jo hain, yeh basic creed hain Islam ka. yahan se Islam ka aaghaz hota hai ke hum Khuda ko daryaft karte hain,</w:t>
      </w:r>
    </w:p>
    <w:p>
      <w:pPr>
        <w:jc w:val="right"/>
      </w:pPr>
      <w:r>
        <w:t>تو یہ تین باتیں جو ہیں، یہ بیسک کریڈ ہیں اسلام کا۔ یہاں سے اسلام کا آغاز ہوتا ہے کہ ہم خدا کو دریافت کرتے ہیں،</w:t>
      </w:r>
    </w:p>
    <w:p>
      <w:r>
        <w:rPr>
          <w:b/>
        </w:rPr>
        <w:t xml:space="preserve">[15:57] </w:t>
      </w:r>
      <w:r>
        <w:t>Khuda ki marifat hasil karte hain aur Khuda par yaqeen laate hain. there is no god but one God. is ko mante hain.</w:t>
      </w:r>
    </w:p>
    <w:p>
      <w:pPr>
        <w:jc w:val="right"/>
      </w:pPr>
      <w:r>
        <w:t>خدا کی معرفت حاصل کرتے ہیں اور خدا پر یقین لاتے ہیں۔ دیر از نو گاڈ بٹ ون گاڈ۔ اس کو مانتے ہیں۔</w:t>
      </w:r>
    </w:p>
    <w:p>
      <w:r>
        <w:rPr>
          <w:b/>
        </w:rPr>
        <w:t xml:space="preserve">[16:09] </w:t>
      </w:r>
      <w:r>
        <w:t>to yeh yahin se Islam ki beginning hoti hai. kyunke aap dekhiye ke koi bhi way of life jo hai, is ki aik ideology hoti hai.</w:t>
      </w:r>
    </w:p>
    <w:p>
      <w:pPr>
        <w:jc w:val="right"/>
      </w:pPr>
      <w:r>
        <w:t>تو یہ یہیں سے اسلام کی بگننگ ہوتی ہے۔ کیونکہ آپ دیکھیے کہ کوئی بھی وے آف لائف جو ہے، اس کی ایک آئیڈیالوجی ہوتی ہے۔</w:t>
      </w:r>
    </w:p>
    <w:p>
      <w:r>
        <w:rPr>
          <w:b/>
        </w:rPr>
        <w:t xml:space="preserve">[16:21] </w:t>
      </w:r>
      <w:r>
        <w:t>ideology ke baghair koi way of life nahi hota hai. to Islam ki jo ideology hai, woh basically tauheed ki ideology hai.</w:t>
      </w:r>
    </w:p>
    <w:p>
      <w:pPr>
        <w:jc w:val="right"/>
      </w:pPr>
      <w:r>
        <w:t>آئیڈیالوجی کے بغیر کوئی وے آف لائف نہیں ہوتا ہے۔ تو اسلام کی جو آئیڈیالوجی ہے، وہ بیسکلی توحید کی آئیڈیالوجی ہے۔</w:t>
      </w:r>
    </w:p>
    <w:p>
      <w:r>
        <w:rPr>
          <w:b/>
        </w:rPr>
        <w:t xml:space="preserve">[16:30] </w:t>
      </w:r>
      <w:r>
        <w:t>jab aap ek Khuda ko mante hain to is ka matlab kya hua hai? ek Khuda ko aap apna supreme concern banate hain. supreme concern.</w:t>
      </w:r>
    </w:p>
    <w:p>
      <w:pPr>
        <w:jc w:val="right"/>
      </w:pPr>
      <w:r>
        <w:t>جب آپ ایک خدا کو مانتے ہیں تو اس کا معنی کیا ہوا ہے؟ ایک خدا کو آپ اپنا سپریم کنسرن بناتے ہیں۔ سپریم کنسرن۔</w:t>
      </w:r>
    </w:p>
    <w:p>
      <w:r>
        <w:rPr>
          <w:b/>
        </w:rPr>
        <w:t xml:space="preserve">[16:43] </w:t>
      </w:r>
      <w:r>
        <w:t>kyun ke wahi Khuda hai jis ne aap ko create kiya hai. wahi aap ka sustainer hai. wahi aap ko woh sab kuch deta hai jo aap ko mil raha hai.</w:t>
      </w:r>
    </w:p>
    <w:p>
      <w:pPr>
        <w:jc w:val="right"/>
      </w:pPr>
      <w:r>
        <w:t>کیونکہ وہی خدا ہے جس نے آپ کو کریٹ کیا ہے۔ وہی آپ کا سسٹینر ہے۔ وہی آپ کو وہ سب کچھ دیتا ہے جو آپ کو مل رہا ہے۔</w:t>
      </w:r>
    </w:p>
    <w:p>
      <w:r>
        <w:rPr>
          <w:b/>
        </w:rPr>
        <w:t xml:space="preserve">[16:55] </w:t>
      </w:r>
      <w:r>
        <w:t>to Khuda se is dhang par taluq qaim hona, yeh sab se bari cheez hai jo</w:t>
      </w:r>
    </w:p>
    <w:p>
      <w:pPr>
        <w:jc w:val="right"/>
      </w:pPr>
      <w:r>
        <w:t>تو خدا سے اس ڈھنگ پر تعلق قائم ہونا، یہ سب سے بڑی چیز ہے جو</w:t>
      </w:r>
    </w:p>
    <w:p>
      <w:r>
        <w:rPr>
          <w:b/>
        </w:rPr>
        <w:t xml:space="preserve">[17:07] </w:t>
      </w:r>
      <w:r>
        <w:t>Quran paida karna chahta hai. aadmi ke andar phir risalat ka aqeedah. risalat ka matlab yeh hai ke hidayat insaan ko chahiye.</w:t>
      </w:r>
    </w:p>
    <w:p>
      <w:pPr>
        <w:jc w:val="right"/>
      </w:pPr>
      <w:r>
        <w:t>قرآن پیدا کرنا چاہتا ہے۔ آدمی کے اندر پھر رسالت کا عقیدہ۔ رسالت کا مطلب یہ ہے کہ ہدایت انسان کو چاہیے۔</w:t>
      </w:r>
    </w:p>
    <w:p>
      <w:r>
        <w:rPr>
          <w:b/>
        </w:rPr>
        <w:t xml:space="preserve">[17:17] </w:t>
      </w:r>
      <w:r>
        <w:t>har insaan ko guidance chahiye. yeh guidance kahan se mile? is guidance ka zariya hai prophet.</w:t>
      </w:r>
    </w:p>
    <w:p>
      <w:pPr>
        <w:jc w:val="right"/>
      </w:pPr>
      <w:r>
        <w:t>ہر انسان کو گائیڈنس چاہیے۔ یہ گائیڈنس کہاں سے ملے؟ اس گائیڈنس کا ذریعہ ہے پرافٹ۔</w:t>
      </w:r>
    </w:p>
    <w:p>
      <w:r>
        <w:rPr>
          <w:b/>
        </w:rPr>
        <w:t xml:space="preserve">[17:27] </w:t>
      </w:r>
      <w:r>
        <w:t>yani Khuda ne insaan ko paida kiya. lekin is ki guidance jo hai, woh saath le kar insaan nahi aata hai. kisi pahad par likha hua nahi hai ke yeh guidance hai tumhari.</w:t>
      </w:r>
    </w:p>
    <w:p>
      <w:pPr>
        <w:jc w:val="right"/>
      </w:pPr>
      <w:r>
        <w:t>یعنی خدا نے انسان کو پیدا کیا۔ لیکن اس کی گائیڈنس جو ہے، وہ ساتھ لے کر انسان نہیں آتا ہے۔ کسی پہاڑ پر لکھا ہوا نہیں ہے کہ یہ گائیڈنس ہے تمہاری۔</w:t>
      </w:r>
    </w:p>
    <w:p>
      <w:r>
        <w:rPr>
          <w:b/>
        </w:rPr>
        <w:t xml:space="preserve">[17:41] </w:t>
      </w:r>
      <w:r>
        <w:t>to guide book insaan le kar nahi aata hai. paighambar Khuda ne bheje isi liye ke woh insaan ko guide book dein.</w:t>
      </w:r>
    </w:p>
    <w:p>
      <w:pPr>
        <w:jc w:val="right"/>
      </w:pPr>
      <w:r>
        <w:t>تو گائیڈ بک انسان لے کر نہیں آتا ہے۔ پیغمبر خدا نے بھیجے اسی لیے کہ وہ انسان کو گائیڈ بک دیں۔</w:t>
      </w:r>
    </w:p>
    <w:p>
      <w:r>
        <w:rPr>
          <w:b/>
        </w:rPr>
        <w:t xml:space="preserve">[17:50] </w:t>
      </w:r>
      <w:r>
        <w:t>insaan ko guidance faraham karein. to paighambar ko manne ka matlab yeh hai ke aap ne is ko mana, is ka itraaf kiya ke mujhe guidance lena hai prophet se.</w:t>
      </w:r>
    </w:p>
    <w:p>
      <w:pPr>
        <w:jc w:val="right"/>
      </w:pPr>
      <w:r>
        <w:t>انسان کو گائیڈنس فراہم کریں۔ تو پیغمبر کو ماننے کا معنی یہ ہے کہ آپ نے اس کو مانا، اس کا اعتراف کیا کہ مجھے گائیڈنس لینا ہے پرافٹ سے۔</w:t>
      </w:r>
    </w:p>
    <w:p>
      <w:r>
        <w:rPr>
          <w:b/>
        </w:rPr>
        <w:t xml:space="preserve">[18:03] </w:t>
      </w:r>
      <w:r>
        <w:t>prophet of Khuda se. jo Khuda ka prophet hai, wahi mera guide hai. yeh hai risalat ka matlab. is mein sari baatein aa gayeen.</w:t>
      </w:r>
    </w:p>
    <w:p>
      <w:pPr>
        <w:jc w:val="right"/>
      </w:pPr>
      <w:r>
        <w:t>پرافٹ آف گاڈ سے۔ جو خدا کا پرافٹ ہے، وہی میرا گائیڈ ہے۔ یہ ہے رسالت کا مطلب۔ اس میں ساری باتیں آ گئیں۔</w:t>
      </w:r>
    </w:p>
    <w:p>
      <w:r>
        <w:rPr>
          <w:b/>
        </w:rPr>
        <w:t xml:space="preserve">[18:14] </w:t>
      </w:r>
      <w:r>
        <w:t>puri zindagi ke bare mein aa gaya ke aap ki zindagi ka naqsha, aap ka jo way of life hoga, woh woh hoga jo paighambar se aap ko mile.</w:t>
      </w:r>
    </w:p>
    <w:p>
      <w:pPr>
        <w:jc w:val="right"/>
      </w:pPr>
      <w:r>
        <w:t>پوری زندگی کے بارے میں آ گیا کہ آپ کی زندگی کا نقشہ، آپ کا جو وے آف لائف ہوگا، وہ وہ ہوگا جو پیغمبر سے آپ کو ملے۔</w:t>
      </w:r>
    </w:p>
    <w:p>
      <w:r>
        <w:rPr>
          <w:b/>
        </w:rPr>
        <w:t xml:space="preserve">[18:25] </w:t>
      </w:r>
      <w:r>
        <w:t>paighambar ko Khuda se guidance aati hai aur paighambar aap ko pahunchata hai. to kaha ke paighambar hamare aur Khuda ke beech mein hai.</w:t>
      </w:r>
    </w:p>
    <w:p>
      <w:pPr>
        <w:jc w:val="right"/>
      </w:pPr>
      <w:r>
        <w:t>پیغمبر کو خدا سے گائیڈنس آتی ہے اور پیغمبر آپ کو پہنچاتا ہے۔ تو کہا کہ پیغمبر ہمارے اور خدا کے بیچ میں ہے۔</w:t>
      </w:r>
    </w:p>
    <w:p>
      <w:r>
        <w:rPr>
          <w:b/>
        </w:rPr>
        <w:t xml:space="preserve">[18:39] </w:t>
      </w:r>
      <w:r>
        <w:t>is ke baad hai akhirat. akhirat ka matlab hai ke hum is duniya mein aaye hain to hum hamesha zinda nahi rahenge.</w:t>
      </w:r>
    </w:p>
    <w:p>
      <w:pPr>
        <w:jc w:val="right"/>
      </w:pPr>
      <w:r>
        <w:t>اس کے بعد ہے آخرت۔ آخرت کا مطلب ہے کہ ہم اس دنیا میں آئے ہیں تو ہم ہمیشہ زندہ نہیں رہیں گے۔</w:t>
      </w:r>
    </w:p>
    <w:p>
      <w:r>
        <w:rPr>
          <w:b/>
        </w:rPr>
        <w:t xml:space="preserve">[18:49] </w:t>
      </w:r>
      <w:r>
        <w:t>hum ko maut aayegi. aap jante hain ke maut jo hai, pachaas, saath, sattar, assi saal mein mar jata hai aadmi. to koi bhi aadmi is duniya mein hamesha zinda nahi rehta hai.</w:t>
      </w:r>
    </w:p>
    <w:p>
      <w:pPr>
        <w:jc w:val="right"/>
      </w:pPr>
      <w:r>
        <w:t>ہمیں موت آئے گی۔ آپ جانتے ہیں کہ موت جو ہے، پچاس، ساٹھ، ستر، اسی سال میں مر جاتا ہے آدمی۔ تو کوئی بھی آدمی اس دنیا میں ہمیشہ زندہ نہیں رہتا ہے۔</w:t>
      </w:r>
    </w:p>
    <w:p>
      <w:r>
        <w:rPr>
          <w:b/>
        </w:rPr>
        <w:t xml:space="preserve">[19:03] </w:t>
      </w:r>
      <w:r>
        <w:t>to maut ke baad bhi ek zindagi hai. world hereafter. wahan par kya hai? wahan par day of judgment hoga.</w:t>
      </w:r>
    </w:p>
    <w:p>
      <w:pPr>
        <w:jc w:val="right"/>
      </w:pPr>
      <w:r>
        <w:t>تو موت کے بعد بھی ایک زندگی ہے۔ ورلڈ ہیر آفٹر۔ وہاں پر کیا ہے؟ وہاں پر ڈے آف ججمنٹ ہوگا۔</w:t>
      </w:r>
    </w:p>
    <w:p>
      <w:r>
        <w:rPr>
          <w:b/>
        </w:rPr>
        <w:t xml:space="preserve">[19:12] </w:t>
      </w:r>
      <w:r>
        <w:t>insaan tamam ikhatta kiye jayenge Khuda ke samne. sab ka hisab kitab hoga. phir kisi ko eternal help milegi aur kisi ko eternal paradise milegi.</w:t>
      </w:r>
    </w:p>
    <w:p>
      <w:pPr>
        <w:jc w:val="right"/>
      </w:pPr>
      <w:r>
        <w:t>انسان تمام اکٹھا کیے جائیں گے خدا کے سامنے۔ سب کا حساب کتاب ہوگا۔ پھر کسی کو ایٹرنل ہیلپ ملے گی اور کسی کو ایٹرنل پیراڈائز ملے گی۔</w:t>
      </w:r>
    </w:p>
    <w:p>
      <w:r>
        <w:rPr>
          <w:b/>
        </w:rPr>
        <w:t xml:space="preserve">[19:25] </w:t>
      </w:r>
      <w:r>
        <w:t>yeh hai akhirat ka aqeedah. to yeh teen basic aqeeday hain jo ke Quran mein bayan hue hain: tauheed, risalat, akhirat.</w:t>
      </w:r>
    </w:p>
    <w:p>
      <w:pPr>
        <w:jc w:val="right"/>
      </w:pPr>
      <w:r>
        <w:t>یہ ہے آخرت کا عقیدہ۔ تو یہ تین بیسک عقیدے ہیں جو کہ قرآن میں بیان ہوئے ہیں: توحید، رسالت، آخرت۔</w:t>
      </w:r>
    </w:p>
    <w:p>
      <w:r>
        <w:rPr>
          <w:b/>
        </w:rPr>
        <w:t xml:space="preserve">[19:37] </w:t>
      </w:r>
      <w:r>
        <w:t>to in aqeedon ki tafseelat hain, in ki details hain, in ke daleel hain. to basically aqeeday to yahi hain, creed to yahi hai.</w:t>
      </w:r>
    </w:p>
    <w:p>
      <w:pPr>
        <w:jc w:val="right"/>
      </w:pPr>
      <w:r>
        <w:t>تو ان عقیدوں کی تفصیلات ہیں، ان کی ڈیٹیلز ہیں، ان کے دلیلیں ہیں۔ تو بیسکلی عقیدے تو یہی ہیں، کریڈ تو یہی ہے۔</w:t>
      </w:r>
    </w:p>
    <w:p>
      <w:r>
        <w:rPr>
          <w:b/>
        </w:rPr>
        <w:t xml:space="preserve">[19:47] </w:t>
      </w:r>
      <w:r>
        <w:t>lekin is ki daleel bayan ki gayi hain, is ki detail bayan ki gayi hai. is tarah se ek poori kitab mein woh phaili hui hai. to yeh hai Quran ka mamla.</w:t>
      </w:r>
    </w:p>
    <w:p>
      <w:pPr>
        <w:jc w:val="right"/>
      </w:pPr>
      <w:r>
        <w:t>لیکن اس کی دلیلیں بیان کی گئی ہیں، اس کی ڈیٹیل بیان کی گئی ہے۔ اس طرح سے ایک پوری کتاب میں وہ پھیلی ہوئی ہے۔ تو یہ ہے قرآن کا معاملہ۔</w:t>
      </w:r>
    </w:p>
    <w:p>
      <w:r>
        <w:rPr>
          <w:b/>
        </w:rPr>
        <w:t xml:space="preserve">[20:03] </w:t>
      </w:r>
      <w:r>
        <w:t>Quran mein dekhiye, jaisa ke maine arz kiya, 114 chapters hain, 114 soortein hain.</w:t>
      </w:r>
    </w:p>
    <w:p>
      <w:pPr>
        <w:jc w:val="right"/>
      </w:pPr>
      <w:r>
        <w:t>قرآن میں دیکھیے، جیسا کہ میں نے عرض کیا، 114 چیپٹرز ہیں، 114 سورتیں ہیں۔</w:t>
      </w:r>
    </w:p>
    <w:p>
      <w:r>
        <w:rPr>
          <w:b/>
        </w:rPr>
        <w:t xml:space="preserve">[20:15] </w:t>
      </w:r>
      <w:r>
        <w:t>aur aayatein jo hain Quran mein, woh taqreeban 6500 se kuch kam hain. 6000 kuch so aap maan sakte hain is ko.</w:t>
      </w:r>
    </w:p>
    <w:p>
      <w:pPr>
        <w:jc w:val="right"/>
      </w:pPr>
      <w:r>
        <w:t>اور آیتیں جو ہیں قرآن میں، وہ تقریباً 6500 سے کچھ کم ہیں۔ 6000 کچھ سو آپ مان سکتے ہیں اس کو۔</w:t>
      </w:r>
    </w:p>
    <w:p>
      <w:r>
        <w:rPr>
          <w:b/>
        </w:rPr>
        <w:t xml:space="preserve">[20:27] </w:t>
      </w:r>
      <w:r>
        <w:t>to aayaton ki tadad to goya taqreeban saade chhe hazar hai. aur is se kuch kam. yani agar yun dekha jaye to relatively Quran ek choti, yani ek ek ek modest kitab hai.</w:t>
      </w:r>
    </w:p>
    <w:p>
      <w:pPr>
        <w:jc w:val="right"/>
      </w:pPr>
      <w:r>
        <w:t>تو آیتوں کی تعداد تو گویا تقریباً ساڑھے چھ ہزار ہے۔ اور اس سے کچھ کم۔ یعنی اگر یوں دیکھا جائے تو ریلیٹولی قرآن ایک چھوٹ، یعنی ایک ایک ایک ماڈسٹ کتاب ہے۔</w:t>
      </w:r>
    </w:p>
    <w:p>
      <w:r>
        <w:rPr>
          <w:b/>
        </w:rPr>
        <w:t xml:space="preserve">[20:42] </w:t>
      </w:r>
      <w:r>
        <w:t>koi bohat bari kitab nahi hai. ab aap Quran ko agar padhein, shuru karein padhna to aap shuru mein aap yeh payenge ke Quran ki jo pehli surah ke baad doosri surah jo aati hai,</w:t>
      </w:r>
    </w:p>
    <w:p>
      <w:pPr>
        <w:jc w:val="right"/>
      </w:pPr>
      <w:r>
        <w:t>کوئی بہت بڑی کتاب نہیں ہے۔ اب آپ قرآن کو اگر پڑھیں، شروع کریں پڑھنا تو آپ شروع میں آپ یہ پائیں گے کہ قرآن کی جو پہلی سورہ کے بعد دوسری سورہ جو آتی ہے،</w:t>
      </w:r>
    </w:p>
    <w:p>
      <w:r>
        <w:rPr>
          <w:b/>
        </w:rPr>
        <w:t xml:space="preserve">[20:58] </w:t>
      </w:r>
      <w:r>
        <w:t>us mein aata hai: zalik al-kitab la raiba feeh lil-muttaqin. yeh al-kitab hai, is mein koi shakk nahi.</w:t>
      </w:r>
    </w:p>
    <w:p>
      <w:pPr>
        <w:jc w:val="right"/>
      </w:pPr>
      <w:r>
        <w:t>اس میں آتا ہے: ذالک الکتاب لاریب فیہد للمتقین۔ یہ الکتاب ہے، اس میں کوئی شک نہیں۔</w:t>
      </w:r>
    </w:p>
    <w:p>
      <w:r>
        <w:rPr>
          <w:b/>
        </w:rPr>
        <w:t xml:space="preserve">[21:10] </w:t>
      </w:r>
      <w:r>
        <w:t>zalik al-kitab la raiba feeh. this is the book, there is no doubt about it. yani pehle hi safhe mein aap yeh is ka introduction padhenge ke yeh Khuda ki kitab hai, Khuda ki taraf se aayi hui hai.</w:t>
      </w:r>
    </w:p>
    <w:p>
      <w:pPr>
        <w:jc w:val="right"/>
      </w:pPr>
      <w:r>
        <w:t>ذالک الکتاب لاریب فیہ۔ دس از دا بک، دیر از نو ڈاؤٹ اباؤٹ اٹ۔ یعنی پہلے ہی صفحے میں آپ یہ اس کا انٹروڈکشن پڑھیں گے کہ یہ خدا کی کتاب ہے، خدا کی طرف سے آئی ہوئی ہے۔</w:t>
      </w:r>
    </w:p>
    <w:p>
      <w:r>
        <w:rPr>
          <w:b/>
        </w:rPr>
        <w:t xml:space="preserve">[21:26] </w:t>
      </w:r>
      <w:r>
        <w:t>aur is ke sach hone mein koi shakk nahin. yeh ek bohat bara, yaani kehna chahiye ke ek statement hai. is ka matlab yeh hai ke is mein na to koi milawat hai,</w:t>
      </w:r>
    </w:p>
    <w:p>
      <w:pPr>
        <w:jc w:val="right"/>
      </w:pPr>
      <w:r>
        <w:t>اور اس کے سچ ہونے میں کوئی شک نہیں۔ یہ ایک بہت بڑا، یعنی کہنا چاہیے کہ ایک سٹیٹمنٹ ہے۔ اس کا مطلب یہ ہے کہ اس میں نہ تو کوئی ملاوٹ ہے،</w:t>
      </w:r>
    </w:p>
    <w:p>
      <w:r>
        <w:rPr>
          <w:b/>
        </w:rPr>
        <w:t xml:space="preserve">[21:41] </w:t>
      </w:r>
      <w:r>
        <w:t>na is ki koi baat aql ke khilaaf hai, na is mein aisi koi cheez hai jo conduct kare doosre haqeeqaton se.</w:t>
      </w:r>
    </w:p>
    <w:p>
      <w:pPr>
        <w:jc w:val="right"/>
      </w:pPr>
      <w:r>
        <w:t>نہ اس کی کوئی بات عقل کے خلاف ہے، نہ اس میں ایسی کوئی چیز ہے جو کنڈکٹ کرے دوسرے حقیقتوں سے۔</w:t>
      </w:r>
    </w:p>
    <w:p>
      <w:r>
        <w:rPr>
          <w:b/>
        </w:rPr>
        <w:t xml:space="preserve">[21:52] </w:t>
      </w:r>
      <w:r>
        <w:t>yeh sab baatein is mein shaamil hain. to chaudah sau saal ho gaye quran ko utre hue aur aaj tak aisi koi baat nahin mili jo quran ke bayanaat ke khilaaf ho.</w:t>
      </w:r>
    </w:p>
    <w:p>
      <w:pPr>
        <w:jc w:val="right"/>
      </w:pPr>
      <w:r>
        <w:t>یہ سب باتیں اس میں شامل ہیں۔ تو چودہ سو سال ہو گئے قرآن کو اترے ہوئے اور آج تک ایسی کوئی بات نہیں ملی جو قرآن کے بیانات کے خلاف ہو۔</w:t>
      </w:r>
    </w:p>
    <w:p>
      <w:r>
        <w:rPr>
          <w:b/>
        </w:rPr>
        <w:t xml:space="preserve">[22:04] </w:t>
      </w:r>
      <w:r>
        <w:t>to yeh hai ke quran Khuda ki kitaab hai, is mein koi shakk nahin. lekin farmaya ke hud lil muttaqeen, hidayat hai woh taqwa walon ke liye.</w:t>
      </w:r>
    </w:p>
    <w:p>
      <w:pPr>
        <w:jc w:val="right"/>
      </w:pPr>
      <w:r>
        <w:t>تو یہ ہے کہ قرآن خدا کی کتاب ہے، اس میں کوئی شک نہیں۔ لیکن فرمایا کہھد للمتقین، ہدایت ہے وہ تقویٰ والوں کے لیے۔</w:t>
      </w:r>
    </w:p>
    <w:p>
      <w:r>
        <w:rPr>
          <w:b/>
        </w:rPr>
        <w:t xml:space="preserve">[22:16] </w:t>
      </w:r>
      <w:r>
        <w:t>taqwa ka matlab kya hai? taqwa darasal naam hai is baat ka ke aap cautious hon, cautious hon. mein ek misaal doon ga ke do sahabi ke darmiyan baat hui.</w:t>
      </w:r>
    </w:p>
    <w:p>
      <w:pPr>
        <w:jc w:val="right"/>
      </w:pPr>
      <w:r>
        <w:t>تقویٰ کا مطلب کیا ہے؟ تقویٰ دراصل نام ہے اس بات کا کہ آپ کاشس ہوں، کاشس ہوں۔ میں ایک مثال دوں گا کہ دو صحابی کے درمیان بات ہوئی۔</w:t>
      </w:r>
    </w:p>
    <w:p>
      <w:r>
        <w:rPr>
          <w:b/>
        </w:rPr>
        <w:t xml:space="preserve">[22:31] </w:t>
      </w:r>
      <w:r>
        <w:t>ek sahabi ne doosre sahabi se poocha ke taqwa kya hai? taqwa kya hai? to unhon ne kaha ke kya aap kabhi aise raaste se guzre hon?</w:t>
      </w:r>
    </w:p>
    <w:p>
      <w:pPr>
        <w:jc w:val="right"/>
      </w:pPr>
      <w:r>
        <w:t>ایک صحابی نے دوسرے صحابی سے پوچھا کہ تقویٰ کیا ہے؟ تقویٰ کیا ہے؟ تو انہوں نے کہا کہ کیا آپ کبھی ایسے راستے سے گزرے ہوں؟</w:t>
      </w:r>
    </w:p>
    <w:p>
      <w:r>
        <w:rPr>
          <w:b/>
        </w:rPr>
        <w:t xml:space="preserve">[22:47] </w:t>
      </w:r>
      <w:r>
        <w:t>kya aap kabhi aise raaste se guzre hain jis ke dono taraf kaantay daar jhaariyan hon? kaantay daar jhaariyan hon?</w:t>
      </w:r>
    </w:p>
    <w:p>
      <w:pPr>
        <w:jc w:val="right"/>
      </w:pPr>
      <w:r>
        <w:t>کیا آپ کبھی ایسے راستے سے گزرے ہیں جس کے دونوں طرف کانٹے دار جھاڑیاں ہوں؟ کانٹے دار جھاڑیاں ہوں؟</w:t>
      </w:r>
    </w:p>
    <w:p>
      <w:r>
        <w:rPr>
          <w:b/>
        </w:rPr>
        <w:t xml:space="preserve">[22:58] </w:t>
      </w:r>
      <w:r>
        <w:t>to unhon ne kaha ke haan. to unhon ne poocha ke phir aap ne kya kiya? to unhon ne kaha ke sambhar to washtat.</w:t>
      </w:r>
    </w:p>
    <w:p>
      <w:pPr>
        <w:jc w:val="right"/>
      </w:pPr>
      <w:r>
        <w:t>تو انہوں نے کہا کہ ہاں۔ تو انہوں نے پوچھا کہ پھر آپ نے کیا کیا؟ تو انہوں نے کہا کہ شمبر تو وشتہت۔</w:t>
      </w:r>
    </w:p>
    <w:p>
      <w:r>
        <w:rPr>
          <w:b/>
        </w:rPr>
        <w:t xml:space="preserve">[23:06] </w:t>
      </w:r>
      <w:r>
        <w:t>yaani mein ne apne kapde samet liye aur bachta hua chala gaya. to unhon ne kaha ke dhalik al-taqwa.</w:t>
      </w:r>
    </w:p>
    <w:p>
      <w:pPr>
        <w:jc w:val="right"/>
      </w:pPr>
      <w:r>
        <w:t>یعنی میں نے اپنے کپڑے سمیٹ لیے اور بچتا ہوا چلا گیا۔ تو انہوں نے کہا کہ ذالک التقویٰ۔</w:t>
      </w:r>
    </w:p>
    <w:p>
      <w:r>
        <w:rPr>
          <w:b/>
        </w:rPr>
        <w:t xml:space="preserve">[23:15] </w:t>
      </w:r>
      <w:r>
        <w:t>yeh hai taqwa. taqwa ke lafzi maani bhi hote hain bachna, parhezgari. goya taqwa ka matlab yeh hua ke is duniya mein hum is tarah rahein ke buraiyon se bachte hue aage badhein.</w:t>
      </w:r>
    </w:p>
    <w:p>
      <w:pPr>
        <w:jc w:val="right"/>
      </w:pPr>
      <w:r>
        <w:t>یہ ہے تقویٰ۔ تقویٰ کے لفظی معنی بھی ہوتے ہیں بچنا، پرہیزگاری۔ گویا تقویٰ کا مطلب یہ ہوا کہ اس دنیا میں ہم اس طرح رہیں کہ برائیوں سے بچتے ہوئے آگے بڑھیں۔</w:t>
      </w:r>
    </w:p>
    <w:p>
      <w:r>
        <w:rPr>
          <w:b/>
        </w:rPr>
        <w:t xml:space="preserve">[23:31] </w:t>
      </w:r>
      <w:r>
        <w:t>kyun ke dekhiye, yeh duniya imtehaan ki duniya hai. yahan angel hai, yahan satan bhi hai. achha bhi hai, bura bhi hai.</w:t>
      </w:r>
    </w:p>
    <w:p>
      <w:pPr>
        <w:jc w:val="right"/>
      </w:pPr>
      <w:r>
        <w:t>کیونکہ دیکھیے، یہ دنیا امتحان کی دنیا ہے۔ یہاں اینجل ہے، یہاں سیٹن بھی ہے۔ اچھا بھی ہے، برا بھی ہے۔</w:t>
      </w:r>
    </w:p>
    <w:p>
      <w:r>
        <w:rPr>
          <w:b/>
        </w:rPr>
        <w:t xml:space="preserve">[23:41] </w:t>
      </w:r>
      <w:r>
        <w:t>yahan phool bhi hain, kaantay bhi hain. kyun ke Khuda ko test lena hai. to is duniya mein zindagi guzaarne ka jo tareeqa hai, woh sirf ek hi hai, woh hai taqwa.</w:t>
      </w:r>
    </w:p>
    <w:p>
      <w:pPr>
        <w:jc w:val="right"/>
      </w:pPr>
      <w:r>
        <w:t>یہاں پھول بھی ہیں، کانٹے بھی ہیں۔ کیونکہ خدا کو ٹیسٹ لینا ہے۔ تو اس دنیا میں زندگی گزارنے کا جو طریقہ ہے، وہ صرف ایک ہی ہے، وہ ہے تقویٰ۔</w:t>
      </w:r>
    </w:p>
    <w:p>
      <w:r>
        <w:rPr>
          <w:b/>
        </w:rPr>
        <w:t xml:space="preserve">[23:52] </w:t>
      </w:r>
      <w:r>
        <w:t>yaani aap bachte hue duniya mein se guzrein. cautious ho kar ke duniya se duniya ka safar karein.</w:t>
      </w:r>
    </w:p>
    <w:p>
      <w:pPr>
        <w:jc w:val="right"/>
      </w:pPr>
      <w:r>
        <w:t>یعنی آپ بچتے ہوئے دنیا میں سے گزریں۔ کاشس ہو کر کے دنیا سے دنیا کا سفر کریں۔</w:t>
      </w:r>
    </w:p>
    <w:p>
      <w:r>
        <w:rPr>
          <w:b/>
        </w:rPr>
        <w:t xml:space="preserve">[24:01] </w:t>
      </w:r>
      <w:r>
        <w:t>to yeh jo farmaya ke hud lil muttaqeen, hidayat hai mutaqqiyon ke liye. is ka matlab yeh hai ke jin ke andar ehtiyat ka zehan ho, jo bachne ka zehan ho,</w:t>
      </w:r>
    </w:p>
    <w:p>
      <w:pPr>
        <w:jc w:val="right"/>
      </w:pPr>
      <w:r>
        <w:t>تو یہ جو فرمایا کہھد للمتقین، ہدایت ہے متقیوں کے لیے۔ اس کا مطلب یہ ہے کہ جن کے اندر احتیاط کا ذہن ہو، جو بچنے کا ذہن ہو،</w:t>
      </w:r>
    </w:p>
    <w:p>
      <w:r>
        <w:rPr>
          <w:b/>
        </w:rPr>
        <w:t xml:space="preserve">[24:17] </w:t>
      </w:r>
      <w:r>
        <w:t>jo naik aur bad mein tameez karne ka zehan ho, jo cautious hon maamlaat mein, wohi is kitaab ki kitaab se hidayat paayenge.</w:t>
      </w:r>
    </w:p>
    <w:p>
      <w:pPr>
        <w:jc w:val="right"/>
      </w:pPr>
      <w:r>
        <w:t>جو نیک اور بد میں تمیز کرنے کا ذہن ہو، جو کاشس ہوں معاملات میں، وہی اس کتاب کی کتاب سے ہدایت پائیں گے۔</w:t>
      </w:r>
    </w:p>
    <w:p>
      <w:r>
        <w:rPr>
          <w:b/>
        </w:rPr>
        <w:t xml:space="preserve">[24:29] </w:t>
      </w:r>
      <w:r>
        <w:t>dekhiye, kisi bhi cheez ki sachai ko jaan ne ke liye zaroori hai ke aap cautious hon. warna aap kuch bhi bol denge.</w:t>
      </w:r>
    </w:p>
    <w:p>
      <w:pPr>
        <w:jc w:val="right"/>
      </w:pPr>
      <w:r>
        <w:t>دیکھیے، کسی بھی چیز کی سچائی کو جاننے کے لیے ضروری ہے کہ آپ کاشس ہوں۔ ورنہ آپ کچھ بھی بول دیں گے۔</w:t>
      </w:r>
    </w:p>
    <w:p>
      <w:r>
        <w:rPr>
          <w:b/>
        </w:rPr>
        <w:t xml:space="preserve">[24:39] </w:t>
      </w:r>
      <w:r>
        <w:t>yaani bolne ke liye insaan ke paas shabdon ki kami nahin hai. sab to hazaron hain, kuch bhi keh dijiye aap.</w:t>
      </w:r>
    </w:p>
    <w:p>
      <w:pPr>
        <w:jc w:val="right"/>
      </w:pPr>
      <w:r>
        <w:t>یعنی بولنے کے لیے انسان کے پاس शब्दوں کی کمی نہیں ہے۔ سب تو ہزاروں ہیں، کچھ بھی کہہ دیجیے آپ۔</w:t>
      </w:r>
    </w:p>
    <w:p>
      <w:r>
        <w:rPr>
          <w:b/>
        </w:rPr>
        <w:t xml:space="preserve">[24:49] </w:t>
      </w:r>
      <w:r>
        <w:t>lekin jab aap cautious hote hain, jab aap muhtat hote hain, jab aap apne ko is se bachana chahte hain ke aap koi stand aisa le lein jo galat ho, tab aap bohat hi guarded alfaaz bolte hain.</w:t>
      </w:r>
    </w:p>
    <w:p>
      <w:pPr>
        <w:jc w:val="right"/>
      </w:pPr>
      <w:r>
        <w:t>لیکن جب آپ کاشس ہوتے ہیں، جب آپ محتاط ہوتے ہیں، جب آپ اپنے کو اس سے بچانا چاہتے ہیں کہ آپ کوئی اسٹینڈ ایسا لے لیں جو غلط ہو، تب آپ بہت ہی گارڈڈ الفاظ بولتے ہیں۔</w:t>
      </w:r>
    </w:p>
    <w:p>
      <w:r>
        <w:rPr>
          <w:b/>
        </w:rPr>
        <w:t xml:space="preserve">[25:05] </w:t>
      </w:r>
      <w:r>
        <w:t>bohat hi soch samajh kar bolte hain. to is ka matlab yeh hai ke wohi log is kitaab se hidayat paayenge jin ke andar taqwa ka mizaj ho.</w:t>
      </w:r>
    </w:p>
    <w:p>
      <w:pPr>
        <w:jc w:val="right"/>
      </w:pPr>
      <w:r>
        <w:t>بہت ہی سوچ سمجھ کر بولتے ہیں۔ تو اس کا مطلب یہ ہے کہ وہی لوگ اس کتاب سے ہدایت پائیں گے جن کے اندر تقویٰ کا مزاج ہو۔</w:t>
      </w:r>
    </w:p>
    <w:p>
      <w:r>
        <w:rPr>
          <w:b/>
        </w:rPr>
        <w:t xml:space="preserve">[25:16] </w:t>
      </w:r>
      <w:r>
        <w:t>jin ke andar ehtiyat ka mizaj ho. jo soch samajh kar zindagi guzaarne ka mizaj ho. wohi is se hidayat paayenge.</w:t>
      </w:r>
    </w:p>
    <w:p>
      <w:pPr>
        <w:jc w:val="right"/>
      </w:pPr>
      <w:r>
        <w:t>جن کے اندر احتیاط کا مزاج ہو۔ جو سوچ سمجھ کر زندگی گزارنے کا مزاج ہو۔ وہی اس سے ہدایت پائیں گے۔</w:t>
      </w:r>
    </w:p>
    <w:p>
      <w:r>
        <w:rPr>
          <w:b/>
        </w:rPr>
        <w:t xml:space="preserve">[25:25] </w:t>
      </w:r>
      <w:r>
        <w:t>unhi ko is se guidance milegi. dekhiye, yeh yeh test ka maamla hai. jab test hai to phir yahi hoga duniya mein.</w:t>
      </w:r>
    </w:p>
    <w:p>
      <w:pPr>
        <w:jc w:val="right"/>
      </w:pPr>
      <w:r>
        <w:t>انہی کو اس سے گائیڈنس ملے گی۔ دیکھیے، یہ یہ ٹیسٹ کا معاملہ ہے۔ جب ٹیسٹ ہے تو پھر یہی ہوگا دنیا میں۔</w:t>
      </w:r>
    </w:p>
    <w:p>
      <w:r>
        <w:rPr>
          <w:b/>
        </w:rPr>
        <w:t xml:space="preserve">[25:40] </w:t>
      </w:r>
      <w:r>
        <w:t>test mein hamesha kai options hote hain. ek option agar ho sirf to phir test nahin rahega. test ka matlab yahi hai ke bohat saare options hain.</w:t>
      </w:r>
    </w:p>
    <w:p>
      <w:pPr>
        <w:jc w:val="right"/>
      </w:pPr>
      <w:r>
        <w:t>ٹیسٹ میں ہمیشہ کئی آپشنز ہوتے ہیں۔ ایک آپشن اگر ہو صرف تو پھر ٹیسٹ نہیں رہے گا۔ ٹیسٹ کا مطلب یہی ہے کہ بہت سارے آپشنز ہیں۔</w:t>
      </w:r>
    </w:p>
    <w:p>
      <w:r>
        <w:rPr>
          <w:b/>
        </w:rPr>
        <w:t xml:space="preserve">[25:51] </w:t>
      </w:r>
      <w:r>
        <w:t>aur phir aap ki imtehaan hai, aap ki aql ka imtehaan hai ke aap sahi option ko chunen. galat option ko chhod dein aur sahi option ko chunen.</w:t>
      </w:r>
    </w:p>
    <w:p>
      <w:pPr>
        <w:jc w:val="right"/>
      </w:pPr>
      <w:r>
        <w:t>اور پھر آپ کی امتحان ہے، آپ کی عقل کا امتحان ہے کہ آپ صحیح آپشن کو چنیں۔ غلط آپشن کو چھوڑ دیں اور صحیح آپشن کو چنیں۔</w:t>
      </w:r>
    </w:p>
    <w:p>
      <w:r>
        <w:rPr>
          <w:b/>
        </w:rPr>
        <w:t xml:space="preserve">[26:03] </w:t>
      </w:r>
      <w:r>
        <w:t>to jin ke andar yeh mizaj ho, matlab sincerity ho, seriousness ho, wohi is kitaab ko dhyan de kar ke samjhenge aur is ko pakdenge.</w:t>
      </w:r>
    </w:p>
    <w:p>
      <w:pPr>
        <w:jc w:val="right"/>
      </w:pPr>
      <w:r>
        <w:t>تو جن کے اندر یہ مزاج ہو، مطلب سنسیرٹی ہو، سیریسنس ہو، وہی اس کتاب کو دھیان دے کر کے سمجھیں گے اور اس کو پکڑیں گے۔</w:t>
      </w:r>
    </w:p>
    <w:p>
      <w:r>
        <w:rPr>
          <w:b/>
        </w:rPr>
        <w:t xml:space="preserve">[26:16] </w:t>
      </w:r>
      <w:r>
        <w:t>dekhiye, quran ko parhne ka ek tareeqa hai, tilawat kehte hain is ko. doosra woh is ko quran mein tadabbur kaha gaya hai. liyadabbar ayati.</w:t>
      </w:r>
    </w:p>
    <w:p>
      <w:pPr>
        <w:jc w:val="right"/>
      </w:pPr>
      <w:r>
        <w:t>دیکھیے، قرآن کو پڑھنے کا ایک طریقہ ہے، تلاوت کہتے ہیں اس کو۔ دوسرا وہ اس کو قرآن میں تدبر کہا گیا ہے۔ لیدبر آیاتی۔</w:t>
      </w:r>
    </w:p>
    <w:p>
      <w:r>
        <w:rPr>
          <w:b/>
        </w:rPr>
        <w:t xml:space="preserve">[26:26] </w:t>
      </w:r>
      <w:r>
        <w:t>to aik hai tilawat, aik hai tadabbur. tilawat ka matlab aam taur par yeh hai ke aap chahe na samajhte hon lekin aap ko agar huroof shanaasi hai to aap us ko parhte chale jayenge.</w:t>
      </w:r>
    </w:p>
    <w:p>
      <w:pPr>
        <w:jc w:val="right"/>
      </w:pPr>
      <w:r>
        <w:t>تو ایک ہے تلاوت، ایک ہے تدبر۔ تلاوت کا مطلب عام طور پر یہ ہے کہ آپ چاہے نہ سمجھتے ہوں لیکن آپ کو اگر حروف شناسی ہے تو آپ اس کو پڑھتے چلے جائیں گے۔</w:t>
      </w:r>
    </w:p>
    <w:p>
      <w:r>
        <w:rPr>
          <w:b/>
        </w:rPr>
        <w:t xml:space="preserve">[26:40] </w:t>
      </w:r>
      <w:r>
        <w:t>to aam taur par yeh hota hai ke log huroof shanaasi kar ke quran ko parhte hain aur us ko tilawat kaha jata hai. to is qism ki tilawat bhi is ki bhi aik ahmiyat hai.</w:t>
      </w:r>
    </w:p>
    <w:p>
      <w:pPr>
        <w:jc w:val="right"/>
      </w:pPr>
      <w:r>
        <w:t>تو عام طور پر یہ ہوتا ہے کہ لوگ حروف شناسی کر کے قرآن کو پڑھتے ہیں اور اس کو تلاوت کہا جاتا ہے۔ تو اس قسم کی تلاوت بھی اس کی بھی ایک اہمیت ہے۔</w:t>
      </w:r>
    </w:p>
    <w:p>
      <w:r>
        <w:rPr>
          <w:b/>
        </w:rPr>
        <w:t xml:space="preserve">[26:53] </w:t>
      </w:r>
      <w:r>
        <w:t>aap ka taalluq bana rehta hai quran se. jab aap quran ko bator tilawat parhte hain, tab bhi aap apna aik taalluq jorte hain us se.</w:t>
      </w:r>
    </w:p>
    <w:p>
      <w:pPr>
        <w:jc w:val="right"/>
      </w:pPr>
      <w:r>
        <w:t>آپ کا تعلق بنا رہتا ہے قرآن سے۔ جب آپ قرآن کو بطور تلاوت پڑھتے ہیں، تب بھی آپ اپنا ایک تعلق جوڑتے ہیں اس سے۔</w:t>
      </w:r>
    </w:p>
    <w:p>
      <w:r>
        <w:rPr>
          <w:b/>
        </w:rPr>
        <w:t xml:space="preserve">[27:03] </w:t>
      </w:r>
      <w:r>
        <w:t>is lihaaz se is ka bhi aik faida hai. lekin zyada bara faida hai tadabbur mein. isi liye quran mein kaha gaya hai ke quran utara gaya hai tadabbur ke liye.</w:t>
      </w:r>
    </w:p>
    <w:p>
      <w:pPr>
        <w:jc w:val="right"/>
      </w:pPr>
      <w:r>
        <w:t>اس لحاظ سے اس کا بھی ایک فائدہ ہے۔ لیکن زیادہ بڑا فائدہ ہے تدبر میں۔ اسی لیے قرآن میں کہا گیا ہے کہ قرآن اتارا گیا ہے تدبر کے لیے۔</w:t>
      </w:r>
    </w:p>
    <w:p>
      <w:r>
        <w:rPr>
          <w:b/>
        </w:rPr>
        <w:t xml:space="preserve">[27:15] </w:t>
      </w:r>
      <w:r>
        <w:t>lidyabbar ayati. tadabbur ka matlab hota hai contemplation, soch bichar karna, ghor karna. to quran ko parhein to ghor karte hue parhein.</w:t>
      </w:r>
    </w:p>
    <w:p>
      <w:pPr>
        <w:jc w:val="right"/>
      </w:pPr>
      <w:r>
        <w:t>لیدبر آیاتی۔ تدبر کا مطلب ہوتا ہے کنٹمپلیشن، سوچ بچار کرنا، غور کرنا۔ تو قرآن کو پڑھیں تو غور کرتے ہوئے پڑھیں۔</w:t>
      </w:r>
    </w:p>
    <w:p>
      <w:r>
        <w:rPr>
          <w:b/>
        </w:rPr>
        <w:t xml:space="preserve">[27:28] </w:t>
      </w:r>
      <w:r>
        <w:t>jab ghor kar ke parhenge tab baatein samajh mein ayengi. jaise pehli ayat ko lijiye ke alhamdolillah rabbil aalameen.</w:t>
      </w:r>
    </w:p>
    <w:p>
      <w:pPr>
        <w:jc w:val="right"/>
      </w:pPr>
      <w:r>
        <w:t>جب غور کر کے پڑھیں گے تب باتیں سمجھ میں آئیں گی۔ جیسے پہلی آیت کو لیجیے کہ الحمدللہ رب العالمین۔</w:t>
      </w:r>
    </w:p>
    <w:p>
      <w:r>
        <w:rPr>
          <w:b/>
        </w:rPr>
        <w:t xml:space="preserve">[27:37] </w:t>
      </w:r>
      <w:r>
        <w:t>saari tareef hai khuda ke liye. ab is par ghor kijiye. to jab aap ghor karenge to aap ko aik baat saamne ayegi ke dunya mein to bohat se problem hote hain.</w:t>
      </w:r>
    </w:p>
    <w:p>
      <w:pPr>
        <w:jc w:val="right"/>
      </w:pPr>
      <w:r>
        <w:t>ساری تعریف ہے خدا کے لیے۔ اب اس پر غور کیجیے۔ تو جب آپ غور کریں گے تو آپ کو ایک بات سامنے آئے گی کہ دنیا میں تو بہت سے پرابلم ہوتے ہیں۔</w:t>
      </w:r>
    </w:p>
    <w:p>
      <w:r>
        <w:rPr>
          <w:b/>
        </w:rPr>
        <w:t xml:space="preserve">[27:52] </w:t>
      </w:r>
      <w:r>
        <w:t>bohat si difficulties hoti hain. bohat se masail hote hain. to kya kiya jaye? kaise khuda ko sab se bara zyada tareef ka darja diya jaye?</w:t>
      </w:r>
    </w:p>
    <w:p>
      <w:pPr>
        <w:jc w:val="right"/>
      </w:pPr>
      <w:r>
        <w:t>بہت سی ڈیفیکلٹیز ہوتی ہیں۔ بہت سے مسائل ہوتے ہیں۔ تو کیا کیا جائے؟ کیسے خدا کو سب سے بڑا زیادہ تعریف کا درجہ دیا جائے؟</w:t>
      </w:r>
    </w:p>
    <w:p>
      <w:r>
        <w:rPr>
          <w:b/>
        </w:rPr>
        <w:t xml:space="preserve">[28:03] </w:t>
      </w:r>
      <w:r>
        <w:t>yahan par aap discover karenge ke despite all those problems, woh chahe saare problem hon, is se oopar uth kar ke aap khuda ko daryaft karein.</w:t>
      </w:r>
    </w:p>
    <w:p>
      <w:pPr>
        <w:jc w:val="right"/>
      </w:pPr>
      <w:r>
        <w:t>یہاں پر آپ ڈسکور کریں گے کہ ڈسپائٹ آل دوز پرابلمز، وہ چاہے سارے پرابلم ہوں، اس سے اوپر اٹھ کر کے آپ خدا کو دریافت کریں۔</w:t>
      </w:r>
    </w:p>
    <w:p>
      <w:r>
        <w:rPr>
          <w:b/>
        </w:rPr>
        <w:t xml:space="preserve">[28:18] </w:t>
      </w:r>
      <w:r>
        <w:t>ab yahan par dekhiye kya hai maamla ke zindagi mein jo suffering hoti hai, is suffering ko aap khuda ke aqeeday se na jorein.</w:t>
      </w:r>
    </w:p>
    <w:p>
      <w:pPr>
        <w:jc w:val="right"/>
      </w:pPr>
      <w:r>
        <w:t>اب یہاں پر دیکھیے کیا ہے معاملہ کہ زندگی میں جو سفرنگ ہوتی ہے، اس سفرنگ کو آپ خدا کے عقیدے سے نہ جوڑیں۔</w:t>
      </w:r>
    </w:p>
    <w:p>
      <w:r>
        <w:rPr>
          <w:b/>
        </w:rPr>
        <w:t xml:space="preserve">[28:30] </w:t>
      </w:r>
      <w:r>
        <w:t>balkeh is ko imtehan se jorein. koi bhi suffering, koi aap koi problem aap jhel kar jhel rahe hain, koi suffering aap ko ho rahi hai, koi difficulty mein aap pade hue hain, is ko aap jodenage jab is se ke yeh to testing ground hai, yahan to hoga yeh sab kuch.</w:t>
      </w:r>
    </w:p>
    <w:p>
      <w:pPr>
        <w:jc w:val="right"/>
      </w:pPr>
      <w:r>
        <w:t>بلکہ اس کو امتحان سے جوڑیں۔ کوئی بھی سفرنگ، کوئی آپ کوئی پرابلم آپ جھیل کر جھیل رہے ہیں، کوئی سفرنگ آپ کو ہو رہی ہے، کوئی ڈیفیکلٹی میں آپ پڑے ہوئے ہیں، اس کو آپ جوڑیں گے جب اس سے کہ یہ تو ٹیسٹنگ گراؤنڈ ہے، یہاں تو ہوگا یہ سب کچھ۔</w:t>
      </w:r>
    </w:p>
    <w:p>
      <w:r>
        <w:rPr>
          <w:b/>
        </w:rPr>
        <w:t xml:space="preserve">[28:49] </w:t>
      </w:r>
      <w:r>
        <w:t>to khuda ki tareef mein kami nahi hoga, koi erosion nahi hoga woh. lekin agar aap ko khuda se joden ke khuda ko is dunya ko aisa banana chahiye tha ke yahan par koi difficulty na hoti, yahan par koi problem na hota, yahan koi suffering na hoti, to aap ko lagega ke quran ke bayan theek nahi lagega aap ko.</w:t>
      </w:r>
    </w:p>
    <w:p>
      <w:pPr>
        <w:jc w:val="right"/>
      </w:pPr>
      <w:r>
        <w:t>تو خدا کی تعریف میں کمی نہیں ہوگا، کوئی اروژن نہیں ہوگا وہ۔ لیکن اگر آپ کو خدا سے جوڑ دیں کہ خدا کو اس دنیا کو ایسا بنانا چاہیے تھا کہ یہاں پر کوئی ڈیفیکلٹی نہ ہوتی، یہاں پر کوئی پرابلم نہ ہوتا، یہاں کوئی سفرنگ نہ ہوتی، تو آپ کو لگے گا کہ قرآن کے بیان ٹھیک نہیں لگے گا آپ کو۔</w:t>
      </w:r>
    </w:p>
    <w:p>
      <w:r>
        <w:rPr>
          <w:b/>
        </w:rPr>
        <w:t xml:space="preserve">[29:09] </w:t>
      </w:r>
      <w:r>
        <w:t>aap samjhenge ke khuda koi qabil tareef khuda nahi hai. to woh tasawwur ban jayega jo ke baaz mazhabon mein hai ke acha khuda aur bura khuda.</w:t>
      </w:r>
    </w:p>
    <w:p>
      <w:pPr>
        <w:jc w:val="right"/>
      </w:pPr>
      <w:r>
        <w:t>آپ سمجھیں کہ خدا کوئی قابل تعریف خدا نہیں ہے۔ تو وہ تصور بن جائے گا جو کہ بعض مذہبوں میں ہے کہ اچھا خدا اور برا خدا۔</w:t>
      </w:r>
    </w:p>
    <w:p>
      <w:r>
        <w:rPr>
          <w:b/>
        </w:rPr>
        <w:t xml:space="preserve">[29:23] </w:t>
      </w:r>
      <w:r>
        <w:t>to asal cheez yeh hai ke aap yeh baatein sochne se maloom hoti hain. jab sochenge aap to aap differentiate karenge. differentiate yeh karenge ke khuda ka criteria yeh nahi hai.</w:t>
      </w:r>
    </w:p>
    <w:p>
      <w:pPr>
        <w:jc w:val="right"/>
      </w:pPr>
      <w:r>
        <w:t>تو اصل چیز یہ ہے کہ آپ یہ باتیں سوچنے سے معلوم ہوتی ہیں۔ جب سوچیں گے آپ تو آپ ڈیفرنشیٹ کریں گے۔ ڈیفرنشیٹ یہ کریں گے کہ خدا کا کرائٹیریا یہ نہیں ہے۔</w:t>
      </w:r>
    </w:p>
    <w:p>
      <w:r>
        <w:rPr>
          <w:b/>
        </w:rPr>
        <w:t xml:space="preserve">[29:38] </w:t>
      </w:r>
      <w:r>
        <w:t>jo museebatein hain, jo difficulties hain, jo problem hain, un ka taalluq hai is se ke yeh dunya testing ground hai. jab testing ground hai to yeh sab rahega yahan par.</w:t>
      </w:r>
    </w:p>
    <w:p>
      <w:pPr>
        <w:jc w:val="right"/>
      </w:pPr>
      <w:r>
        <w:t>جو مصیبتیں ہیں، جو ڈیفیکلٹیز ہیں، جو پرابلم ہیں، ان کا تعلق ہے اس سے کہ یہ دنیا ٹیسٹنگ گراؤنڈ ہے۔ جب ٹیسٹنگ گراؤنڈ ہے تو یہ سب رہے گا یہاں پر۔</w:t>
      </w:r>
    </w:p>
    <w:p>
      <w:r>
        <w:rPr>
          <w:b/>
        </w:rPr>
        <w:t xml:space="preserve">[29:49] </w:t>
      </w:r>
      <w:r>
        <w:t>to to aap is ko yani sachay dil se alhamdolillah keh payenge. sachay dil se alhamdolillah keh payenge ke khudaaya tu qabil tareef hai.</w:t>
      </w:r>
    </w:p>
    <w:p>
      <w:pPr>
        <w:jc w:val="right"/>
      </w:pPr>
      <w:r>
        <w:t>تو تو آپ اس کو یعنی سچے دل سے الحمدللہ کہہ پائیں گے۔ سچے دل سے الحمدللہ کہہ پائیں گے کہ خدایا تو قابل تعریف ہے۔</w:t>
      </w:r>
    </w:p>
    <w:p>
      <w:r>
        <w:rPr>
          <w:b/>
        </w:rPr>
        <w:t xml:space="preserve">[30:00] </w:t>
      </w:r>
      <w:r>
        <w:t>khudaaya tera shukar hai. khudaaya tu bohat bara hai. to dono mein jab confuse karenge to aap sachay dil se nahi nahi keh payenge. is ko alag karenge, is ko alag karenge, tab aap keh payenge.</w:t>
      </w:r>
    </w:p>
    <w:p>
      <w:pPr>
        <w:jc w:val="right"/>
      </w:pPr>
      <w:r>
        <w:t>خدایا تیرا شکر ہے۔ خدایا تو بہت بڑا ہے۔ تو دونوں میں جب کنفیوز کریں گے تو آپ سچے دل سے نہیں نہیں کہہ پائیں گے۔ اس کو الگ کریں گے، اس کو الگ کریں گے، تب آپ کہہ پائیں گے۔</w:t>
      </w:r>
    </w:p>
    <w:p>
      <w:r>
        <w:rPr>
          <w:b/>
        </w:rPr>
        <w:t xml:space="preserve">[30:16] </w:t>
      </w:r>
      <w:r>
        <w:t>isi tarah se dekhiye, hazrat abubakar aik senior sahabi the, rasool allah ke senior saathi the.</w:t>
      </w:r>
    </w:p>
    <w:p>
      <w:pPr>
        <w:jc w:val="right"/>
      </w:pPr>
      <w:r>
        <w:t>اسی طرح سے دیکھیے، حضرت ابوبکر ایک سینئر صحابی تھے، رسول اللہ کے سینئر ساتھی تھے۔</w:t>
      </w:r>
    </w:p>
    <w:p>
      <w:r>
        <w:rPr>
          <w:b/>
        </w:rPr>
        <w:t xml:space="preserve">[30:26] </w:t>
      </w:r>
      <w:r>
        <w:t>to un ke saath aik maamla hua. un ki beti thi aisha. to aik mauqa par logon ne un ke khilaaf kuch propaganda kiya.</w:t>
      </w:r>
    </w:p>
    <w:p>
      <w:pPr>
        <w:jc w:val="right"/>
      </w:pPr>
      <w:r>
        <w:t>تو ان کے ساتھ ایک معاملہ ہوا۔ ان کی بیٹی تھیں عائشہ۔ تو ایک موقع پر لوگوں نے ان کے خلاف کچھ پروپیگنڈا کیا۔</w:t>
      </w:r>
    </w:p>
    <w:p>
      <w:r>
        <w:rPr>
          <w:b/>
        </w:rPr>
        <w:t xml:space="preserve">[30:36] </w:t>
      </w:r>
      <w:r>
        <w:t>jhoota propaganda. is propaganda mein aik saahab shareek ho gaye, un ka naam tha mustah. mustah.</w:t>
      </w:r>
    </w:p>
    <w:p>
      <w:pPr>
        <w:jc w:val="right"/>
      </w:pPr>
      <w:r>
        <w:t>جھوٹا پروپیگنڈا۔ اس پروپیگنڈے میں ایک صاحب شریک ہو گئے، ان کا نام تھا مستہ۔ مستہ۔</w:t>
      </w:r>
    </w:p>
    <w:p>
      <w:r>
        <w:rPr>
          <w:b/>
        </w:rPr>
        <w:t xml:space="preserve">[30:46] </w:t>
      </w:r>
      <w:r>
        <w:t>mustah aik ghareeb aadmi the. hazrat abubakar jo the tajir the. to hazrat abubakar jo the woh un ko kuch raqam bator imdaad dete rehte the har mahina.</w:t>
      </w:r>
    </w:p>
    <w:p>
      <w:pPr>
        <w:jc w:val="right"/>
      </w:pPr>
      <w:r>
        <w:t>مستہ ایک غریب آدمی تھے۔ حضرت ابوبکر جو تھے تاجر تھے۔ تو حضرت ابوبکر جو تھے وہ ان کو کچھ رقم بطور امداد دیتے رہتے تھے ہر مہینہ۔</w:t>
      </w:r>
    </w:p>
    <w:p>
      <w:r>
        <w:rPr>
          <w:b/>
        </w:rPr>
        <w:t xml:space="preserve">[30:58] </w:t>
      </w:r>
      <w:r>
        <w:t>to jab yeh hua ke jhoota propaganda kiya gaya hazrat aisha ke khilaaf aur yeh is mein shareek ho gaye to unhone kaha ke main ab mustah ko koi madad nahi karunga.</w:t>
      </w:r>
    </w:p>
    <w:p>
      <w:pPr>
        <w:jc w:val="right"/>
      </w:pPr>
      <w:r>
        <w:t>تو جب یہ ہوا کہ جھوٹا پروپیگنڈا کیا گیا حضرت عائشہ کے خلاف اور یہ اس میں شریک ہو گئے تو انہوں نے کہا کہ میں اب مستہ کو کوئی مدد نہیں کروں گا۔</w:t>
      </w:r>
    </w:p>
    <w:p>
      <w:r>
        <w:rPr>
          <w:b/>
        </w:rPr>
        <w:t xml:space="preserve">[31:11] </w:t>
      </w:r>
      <w:r>
        <w:t>ab main mustah ko koi madad nahi karunga. to quran mein ayat utri ke ala tuhubboon yaghfirullah lakum.</w:t>
      </w:r>
    </w:p>
    <w:p>
      <w:pPr>
        <w:jc w:val="right"/>
      </w:pPr>
      <w:r>
        <w:t>اب میں مستہ کو کوئی مدد نہیں کروں گا۔ تو قرآن میں آیت اتری کہ الا تحبون یغفر اللہ لکم۔</w:t>
      </w:r>
    </w:p>
    <w:p>
      <w:r>
        <w:rPr>
          <w:b/>
        </w:rPr>
        <w:t xml:space="preserve">[31:23] </w:t>
      </w:r>
      <w:r>
        <w:t>yeh ayat utri ke tum jo madad karte ho insaan ki to us ko alag rakho. is se mat jodo ke tum ko is se shikayat ho gayi to madad band kar do.</w:t>
      </w:r>
    </w:p>
    <w:p>
      <w:pPr>
        <w:jc w:val="right"/>
      </w:pPr>
      <w:r>
        <w:t>یہ آیت اتری کہ تم جو مدد کرتے ہو انسان کی تو اس کو الگ رکھو۔ اس سے مت جوڑو کہ تم کو اس سے شکایت ہو گئی تو مدد بند کر دو۔</w:t>
      </w:r>
    </w:p>
    <w:p>
      <w:r>
        <w:rPr>
          <w:b/>
        </w:rPr>
        <w:t xml:space="preserve">[31:35] </w:t>
      </w:r>
      <w:r>
        <w:t>shikayat alag hai aur madad karna alag hai. to farmaya ke ala tuhubboon yaghfirullah lakum. kya tum ko yeh pasand nahi ke khuda tum ko maaf kar de?</w:t>
      </w:r>
    </w:p>
    <w:p>
      <w:pPr>
        <w:jc w:val="right"/>
      </w:pPr>
      <w:r>
        <w:t>شکایت الگ ہے اور مدد کرنا الگ ہے۔ تو فرمایا کہ الا تحبون یغفر اللہ لکم۔ کیا تم کو یہ پسند نہیں کہ خدا تم کو معاف کر دے؟</w:t>
      </w:r>
    </w:p>
    <w:p>
      <w:r>
        <w:rPr>
          <w:b/>
        </w:rPr>
        <w:t xml:space="preserve">[31:47] </w:t>
      </w:r>
      <w:r>
        <w:t>keh tum se bhi kotahiyan hoti hain. to tum kya nahin chahte ke tumhari kotahiyon ke bawajood Khuda tum ko maaf kar de? har insan ghalati karta hai.</w:t>
      </w:r>
    </w:p>
    <w:p>
      <w:pPr>
        <w:jc w:val="right"/>
      </w:pPr>
      <w:r>
        <w:t>کہ تم سے بھی کوتاہیاں ہوتی ہیں۔ تو تم کیا نہیں چاہتے کہ تمہاری کوتاہیوں کے باوجود خدا تم کو معاف کر دے؟ ہر انسان غلطی کرتا ہے۔</w:t>
      </w:r>
    </w:p>
    <w:p>
      <w:r>
        <w:rPr>
          <w:b/>
        </w:rPr>
        <w:t xml:space="preserve">[31:57] </w:t>
      </w:r>
      <w:r>
        <w:t>yur is human. to agar insan yeh chahta hai ke meri kotahiyon ke bawajood Khuda mujhe maaf kar de. meri ghaltiyon ke bawajood Khuda mujhe maaf kar de.</w:t>
      </w:r>
    </w:p>
    <w:p>
      <w:pPr>
        <w:jc w:val="right"/>
      </w:pPr>
      <w:r>
        <w:t>یور از ہیومن۔ تو اگر انسان یہ چاہتا ہے کہ میری کوتاہیوں کے باوجود خدا مجھے معاف کر دے۔ میری غلطیوں کے باوجود خدا مجھے معاف کر دے۔</w:t>
      </w:r>
    </w:p>
    <w:p>
      <w:r>
        <w:rPr>
          <w:b/>
        </w:rPr>
        <w:t xml:space="preserve">[32:08] </w:t>
      </w:r>
      <w:r>
        <w:t>to yahi tareeqa is ko insanon ke baray mein ikhtiyar karna chahiye. to yeh ayat utri keh ala tuhibboon yaghfir Allah lakum. kya tum pasand nahin karte ke Khuda tum ko maaf kar de?</w:t>
      </w:r>
    </w:p>
    <w:p>
      <w:pPr>
        <w:jc w:val="right"/>
      </w:pPr>
      <w:r>
        <w:t>تو یہی طریقہ اس کو انسانوں کے بارے میں اختیار کرنا چاہیے۔ تو یہ آیت اتری کہ الا تحبون یغفر اللہ لکم۔ کیا تم پسند نہیں کرتے کہ خدا تم کو معاف کر دے؟</w:t>
      </w:r>
    </w:p>
    <w:p>
      <w:r>
        <w:rPr>
          <w:b/>
        </w:rPr>
        <w:t xml:space="preserve">[32:22] </w:t>
      </w:r>
      <w:r>
        <w:t>to jab yeh ayat utri to Hazrat Abu Bakr ne kaha keh bila wallah nuhibbu an yaghfira lana khataayana. intaghfira lana khataayana. unhon ne kaha keh haan Khuda hum chahte hain ke tu hamari ghaltiyon ko maaf kar de.</w:t>
      </w:r>
    </w:p>
    <w:p>
      <w:pPr>
        <w:jc w:val="right"/>
      </w:pPr>
      <w:r>
        <w:t>تو جب یہ آیت اتری تو حضرت ابوبکر نے کہا کہ بلا واللہ نحب ان یغفر لنا خطایان انتغفر لنا خطایان انہوں نے کہا کہ ہاں خدا ہم چاہتے ہیں کہ تو ہماری غلطیوں کو معاف کر دے۔</w:t>
      </w:r>
    </w:p>
    <w:p>
      <w:r>
        <w:rPr>
          <w:b/>
        </w:rPr>
        <w:t xml:space="preserve">[32:44] </w:t>
      </w:r>
      <w:r>
        <w:t>to phir unhon ne misatah ka paisa jari kar diya jo band kar diya tha. band nahin kiya. un ko paisa phir dene lage woh madad ke jo dete the woh.</w:t>
      </w:r>
    </w:p>
    <w:p>
      <w:pPr>
        <w:jc w:val="right"/>
      </w:pPr>
      <w:r>
        <w:t>تو پھر انہوں نے مستہ کا پیسہ جاری کر دیا جو بند کر دیا تھا۔ بند نہیں کیا۔ ان کو پیسہ پھر دینے لگے وہ مدد کے جو دیتے تھے وہ۔</w:t>
      </w:r>
    </w:p>
    <w:p>
      <w:r>
        <w:rPr>
          <w:b/>
        </w:rPr>
        <w:t xml:space="preserve">[32:55] </w:t>
      </w:r>
      <w:r>
        <w:t>yeh hai goya keh jab aap Quran ko tadabbur ke zariye parhenge, ghaur kar ke parhenge to bar bar aap aik response denge is ko.</w:t>
      </w:r>
    </w:p>
    <w:p>
      <w:pPr>
        <w:jc w:val="right"/>
      </w:pPr>
      <w:r>
        <w:t>یہ ہے گویا کہ جب آپ قرآن کو تدبر کے ذریعے پڑھیں گے، غور کر کے پڑھیں گے تو بار بار آپ ایک رسپانس دیں گے اس کو۔</w:t>
      </w:r>
    </w:p>
    <w:p>
      <w:r>
        <w:rPr>
          <w:b/>
        </w:rPr>
        <w:t xml:space="preserve">[33:06] </w:t>
      </w:r>
      <w:r>
        <w:t>aik response denge. is se is response ke dauran aap apne andar Khuda, is apne andar Quran ki taleemat ko inculcate karenge.</w:t>
      </w:r>
    </w:p>
    <w:p>
      <w:pPr>
        <w:jc w:val="right"/>
      </w:pPr>
      <w:r>
        <w:t>ایک رسپانس دیں گے۔ اس سے اس رسپانس کے دوران آپ اپنے اندر خدا، اس اپنے اندر قرآن کی تعلیمات کو انکلکیٹ کریں گے۔</w:t>
      </w:r>
    </w:p>
    <w:p>
      <w:r>
        <w:rPr>
          <w:b/>
        </w:rPr>
        <w:t xml:space="preserve">[33:17] </w:t>
      </w:r>
      <w:r>
        <w:t>jaise maine arz kiya keh jab Alhamdulillah aap kahenge aap ko yaad aayegi apni kuch masail to aap kahenge yeh masail ko main Khuda se nahin jod sakta.</w:t>
      </w:r>
    </w:p>
    <w:p>
      <w:pPr>
        <w:jc w:val="right"/>
      </w:pPr>
      <w:r>
        <w:t>جیسے میں نے عرض کیا کہ جب الحمدللہ آپ کہیں گے آپ کو یاد آئے گی اپنی کچھ مسائل تو آپ کہیں گے یہ مسائل کو میں خدا سے نہیں جوڑ سکتا۔</w:t>
      </w:r>
    </w:p>
    <w:p>
      <w:r>
        <w:rPr>
          <w:b/>
        </w:rPr>
        <w:t xml:space="preserve">[33:29] </w:t>
      </w:r>
      <w:r>
        <w:t>yeh masail to testing ground hai duniya to is liye hain yeh masail. to aap kahenge keh in masail ke bawajood main Khuda ko qabil-e-tareef samajhta hoon.</w:t>
      </w:r>
    </w:p>
    <w:p>
      <w:pPr>
        <w:jc w:val="right"/>
      </w:pPr>
      <w:r>
        <w:t>یہ مسائل تو ٹیسٹنگ گراؤنڈ ہے دنیا تو اس لیے ہیں یہ مسائل۔ تو آپ کہیں گے کہ ان مسائل کے باوجود میں خدا کو قابل تعریف سمجھتا ہوں۔</w:t>
      </w:r>
    </w:p>
    <w:p>
      <w:r>
        <w:rPr>
          <w:b/>
        </w:rPr>
        <w:t xml:space="preserve">[33:40] </w:t>
      </w:r>
      <w:r>
        <w:t>in masail ke bawajood main Khuda ka shukr ada karta hoon. to Khuda ka shukr aap ko masail se uth oopar uth kar dene ka zehan banega aap ka.</w:t>
      </w:r>
    </w:p>
    <w:p>
      <w:pPr>
        <w:jc w:val="right"/>
      </w:pPr>
      <w:r>
        <w:t>ان مسائل کے باوجود میں خدا کا شکر ادا کرتا ہوں۔ تو خدا کا شکر آپ کو مسائل سے اٹھ اوپر اٹھ کر دینے کا ذہن بنے گا آپ کا۔</w:t>
      </w:r>
    </w:p>
    <w:p>
      <w:r>
        <w:rPr>
          <w:b/>
        </w:rPr>
        <w:t xml:space="preserve">[33:50] </w:t>
      </w:r>
      <w:r>
        <w:t>kyunkeh masail mein aap ghare hue hain. har insan problem mein ghira hota hai. agar yeh ho keh jab tak masail khatm nahin honge hum Khuda ka shukr hi ada nahin karenge to phir to aap Khuda ka shukr ada nahin kar payenge.</w:t>
      </w:r>
    </w:p>
    <w:p>
      <w:pPr>
        <w:jc w:val="right"/>
      </w:pPr>
      <w:r>
        <w:t>کیونکہ مسائل میں آپ گھرے ہوئے ہیں۔ ہر انسان پرابلم میں گرا ہوتا ہے۔ اگر یہ ہو کہ جب تک مسائل ختم نہیں ہوں گے ہم خدا کا شکر ہی ادا نہیں کریں گے تو پھر تو آپ خدا کا شکر ادا نہیں کر پائیں گے۔</w:t>
      </w:r>
    </w:p>
    <w:p>
      <w:r>
        <w:rPr>
          <w:b/>
        </w:rPr>
        <w:t xml:space="preserve">[34:06] </w:t>
      </w:r>
      <w:r>
        <w:t>aise hi mar jayenge. to jab Quran parhte hain aap soch kar tadabbur ke sath to isi tarah se aap bar bar aik response dete hain.</w:t>
      </w:r>
    </w:p>
    <w:p>
      <w:pPr>
        <w:jc w:val="right"/>
      </w:pPr>
      <w:r>
        <w:t>ایسے ہی مر جائیں گے۔ تو جب قرآن پڑھتے ہیں آپ سوچ کر تدبر کے ساتھ تو اسی طرح سے آپ بار بار ایک رسپانس دیتے ہیں۔</w:t>
      </w:r>
    </w:p>
    <w:p>
      <w:r>
        <w:rPr>
          <w:b/>
        </w:rPr>
        <w:t xml:space="preserve">[34:19] </w:t>
      </w:r>
      <w:r>
        <w:t>aik response dete hain. yeh faida hai is ka. to tadabbur to tilawat agar aap karen Quran majeed ki tab bhi is ka aik faida hai.</w:t>
      </w:r>
    </w:p>
    <w:p>
      <w:pPr>
        <w:jc w:val="right"/>
      </w:pPr>
      <w:r>
        <w:t>ایک رسپانس دیتے ہیں۔ یہ فائدہ ہے اس کا۔ تو تدبر تو تلاوت اگر آپ کریں قرآن مجید کی تب بھی اس کا ایک فائدہ ہے۔</w:t>
      </w:r>
    </w:p>
    <w:p>
      <w:r>
        <w:rPr>
          <w:b/>
        </w:rPr>
        <w:t xml:space="preserve">[34:31] </w:t>
      </w:r>
      <w:r>
        <w:t>is se aap ka ta'alluq juda rehta hai. lekin jab aap tadabbur ke zariye parhte hain, soch kar ke parhte hain to is ka ta'alluq bohat barh jata hai.</w:t>
      </w:r>
    </w:p>
    <w:p>
      <w:pPr>
        <w:jc w:val="right"/>
      </w:pPr>
      <w:r>
        <w:t>اس سے آپ کا تعلق جڑا رہتا ہے۔ لیکن جب آپ تدبر کے ذریعے پڑھتے ہیں، سوچ کر کے پڑھتے ہیں تو اس کا تعلق بہت بڑھ جاتا ہے۔</w:t>
      </w:r>
    </w:p>
    <w:p>
      <w:r>
        <w:rPr>
          <w:b/>
        </w:rPr>
        <w:t xml:space="preserve">[34:44] </w:t>
      </w:r>
      <w:r>
        <w:t>to insan to har musalman ko rozana Quran ka kuch hissa parhna chahiye. rozana bila nagha.</w:t>
      </w:r>
    </w:p>
    <w:p>
      <w:pPr>
        <w:jc w:val="right"/>
      </w:pPr>
      <w:r>
        <w:t>تو انسان تو ہر مسلمان کو روزانہ قرآن کا کچھ حصہ پڑھنا چاہیے۔ روزانہ بلا ناغہ۔</w:t>
      </w:r>
    </w:p>
    <w:p>
      <w:r>
        <w:rPr>
          <w:b/>
        </w:rPr>
        <w:t xml:space="preserve">[34:53] </w:t>
      </w:r>
      <w:r>
        <w:t>chahe woh aik page parhe. dekhen Quran aik aisi kitab hai jo aam taur par jo kitaben hoti hain is tarah ki kitab nahin hai.</w:t>
      </w:r>
    </w:p>
    <w:p>
      <w:pPr>
        <w:jc w:val="right"/>
      </w:pPr>
      <w:r>
        <w:t>چاہے وہ ایک پیج پڑھے۔ دیکھیں قرآن ایک ایسی کتاب ہے جو عام طور پر جو کتابیں ہوتی ہیں اس طرح کی کتاب نہیں ہے۔</w:t>
      </w:r>
    </w:p>
    <w:p>
      <w:r>
        <w:rPr>
          <w:b/>
        </w:rPr>
        <w:t xml:space="preserve">[35:02] </w:t>
      </w:r>
      <w:r>
        <w:t>yani aik page aap parhen, aik paragraph parhen, yahan tak keh aik verse parhen Quran ki tab bhi aap ko kuch baatein mil jayengi.</w:t>
      </w:r>
    </w:p>
    <w:p>
      <w:pPr>
        <w:jc w:val="right"/>
      </w:pPr>
      <w:r>
        <w:t>یعنی ایک پیج آپ پڑھیں، ایک پیراگراف پڑھیں، یہاں تک کہ ایک ورس پڑھیں قرآن کی تب بھی آپ کو کچھ باتیں مل جائیں گی۔</w:t>
      </w:r>
    </w:p>
    <w:p>
      <w:r>
        <w:rPr>
          <w:b/>
        </w:rPr>
        <w:t xml:space="preserve">[35:13] </w:t>
      </w:r>
      <w:r>
        <w:t>ek verse mein bhi aap ko sab kuch na kuch baaten mil jayengi.</w:t>
      </w:r>
    </w:p>
    <w:p>
      <w:pPr>
        <w:jc w:val="right"/>
      </w:pPr>
      <w:r>
        <w:t>ایک ورس میں بھی آپ کو سب کچھ نہ کچھ باتیں مل جائیں گی۔</w:t>
      </w:r>
    </w:p>
    <w:p>
      <w:r>
        <w:rPr>
          <w:b/>
        </w:rPr>
        <w:t xml:space="preserve">[35:17] </w:t>
      </w:r>
      <w:r>
        <w:t>isi liye ek ek ek ek ek sahib ne ek formula banaya</w:t>
      </w:r>
    </w:p>
    <w:p>
      <w:pPr>
        <w:jc w:val="right"/>
      </w:pPr>
      <w:r>
        <w:t>اسی لیے ایک ایک ایک ایک ایک صاحب نے ایک فارمولا بنایا</w:t>
      </w:r>
    </w:p>
    <w:p>
      <w:r>
        <w:rPr>
          <w:b/>
        </w:rPr>
        <w:t xml:space="preserve">[35:23] </w:t>
      </w:r>
      <w:r>
        <w:t>کہ جسے کہا جاتا ہے کہ one apple a day keeps the doctor away تو انہوں نے اس کو</w:t>
      </w:r>
    </w:p>
    <w:p>
      <w:pPr>
        <w:jc w:val="right"/>
      </w:pPr>
      <w:r>
        <w:t>کہ جسے کہا جاتا ہے کہ ون ایپل ا ڈے کیپس ڈاکٹر اوے تو انہوں نے اس کو</w:t>
      </w:r>
    </w:p>
    <w:p>
      <w:r>
        <w:rPr>
          <w:b/>
        </w:rPr>
        <w:t xml:space="preserve">[35:32] </w:t>
      </w:r>
      <w:r>
        <w:t>لے کر کے ایک فارمولا بنایا کہ one verse a day keeps Satan away.</w:t>
      </w:r>
    </w:p>
    <w:p>
      <w:pPr>
        <w:jc w:val="right"/>
      </w:pPr>
      <w:r>
        <w:t>لے کر کے ایک فارمولا بنایا کہ ون ورس ا ڈے کیپس سیٹن اوے</w:t>
      </w:r>
    </w:p>
    <w:p>
      <w:r>
        <w:rPr>
          <w:b/>
        </w:rPr>
        <w:t xml:space="preserve">[35:39] </w:t>
      </w:r>
      <w:r>
        <w:t>to ek ek ayat mein bhi aap ko baat mil jati hai.</w:t>
      </w:r>
    </w:p>
    <w:p>
      <w:pPr>
        <w:jc w:val="right"/>
      </w:pPr>
      <w:r>
        <w:t>تو ایک ایک آیت میں بھی آپ کو بات مل جاتی ہے۔</w:t>
      </w:r>
    </w:p>
    <w:p>
      <w:r>
        <w:rPr>
          <w:b/>
        </w:rPr>
        <w:t xml:space="preserve">[35:43] </w:t>
      </w:r>
      <w:r>
        <w:t>Quran ki aik ayat, aik chapter, aik paragraph, aik page, kuch bhi aap parhen is mein aap ko kuch baatein aisi mil jayengi jo aap ke liye lesson hon jis mein aap ko kuch learning hoti ho, jis mein aap ko kuch seekh milti ho.</w:t>
      </w:r>
    </w:p>
    <w:p>
      <w:pPr>
        <w:jc w:val="right"/>
      </w:pPr>
      <w:r>
        <w:t>قرآن کی ایک آیت، ایک چیپٹر، ایک پیراگراف، ایک پیج، کچھ بھی آپ پڑھیں اس میں آپ کو کچھ باتیں ایسی مل جائیں گی جو آپ کے لیے لیسن ہوں جس میں آپ کو کچھ لرننگ ہوتی ہو، جس میں آپ کو کچھ سیکھ ملتی ہو۔</w:t>
      </w:r>
    </w:p>
    <w:p>
      <w:r>
        <w:rPr>
          <w:b/>
        </w:rPr>
        <w:t xml:space="preserve">[36:00] </w:t>
      </w:r>
      <w:r>
        <w:t>to sara Quran parh kar ke mile aisa nahin hota. kuch hissa parh kar ke bhi aap ko kaam ki baatein mil jati hain.</w:t>
      </w:r>
    </w:p>
    <w:p>
      <w:pPr>
        <w:jc w:val="right"/>
      </w:pPr>
      <w:r>
        <w:t>تو سارا قرآن پڑھ کر کے ملے ایسا نہیں ہوتا۔ کچھ حصہ پڑھ کر کے بھی آپ کو کام کی باتیں مل جاتی ہیں۔</w:t>
      </w:r>
    </w:p>
    <w:p>
      <w:r>
        <w:rPr>
          <w:b/>
        </w:rPr>
        <w:t xml:space="preserve">[36:13] </w:t>
      </w:r>
      <w:r>
        <w:t>jaise aap ne parha keh in al-salata kanat ala al-mu'mineena kitaban mawqootah keh namaz ahl-e-iman par farz hai waqt waqt par, waqt ke sath is ko parha aap ne.</w:t>
      </w:r>
    </w:p>
    <w:p>
      <w:pPr>
        <w:jc w:val="right"/>
      </w:pPr>
      <w:r>
        <w:t>جیسے آپ نے پڑھا کہ ان الصلاۃ کانت علی المومنین کتاب موقوتہ کہ نماز اہل ایمان پر فرض ہے وقت وقت پر، وقت کے ساتھ اس کو پڑھا آپ نے۔</w:t>
      </w:r>
    </w:p>
    <w:p>
      <w:r>
        <w:rPr>
          <w:b/>
        </w:rPr>
        <w:t xml:space="preserve">[36:31] </w:t>
      </w:r>
      <w:r>
        <w:t>ab is pe aap ne ghaur kiya. jab aap ghaur karenge to aap yeh payenge keh yeh yeh darasal yeh aik bohat bari baat is qadar kahi gayi hai keh aap ko time conscious banana.</w:t>
      </w:r>
    </w:p>
    <w:p>
      <w:pPr>
        <w:jc w:val="right"/>
      </w:pPr>
      <w:r>
        <w:t>اب اس پہ آپ نے غور کیا۔ جب آپ غور کریں گے تو آپ یہ پائیں گے کہ یہ یہ دراصل یہ ایک بہت بڑی بات اس قدر کہی گئی ہے کہ آپ کو ٹائم کانشیس بنانا۔</w:t>
      </w:r>
    </w:p>
    <w:p>
      <w:r>
        <w:rPr>
          <w:b/>
        </w:rPr>
        <w:t xml:space="preserve">[36:46] </w:t>
      </w:r>
      <w:r>
        <w:t>namaz aap jante hain keh panch waqt farz hai 24 ghante ke andar to jaise hi waqt hua to aap alert ho jate hain keh ab namaz ka waqt ho gaya.</w:t>
      </w:r>
    </w:p>
    <w:p>
      <w:pPr>
        <w:jc w:val="right"/>
      </w:pPr>
      <w:r>
        <w:t>نماز آپ جانتے ہیں کہ پانچ وقت فرض ہے 24 گھنٹے کے اندر تو جیسے ہی وقت ہوا تو آپ الرٹ ہو جاتے ہیں کہ اب نماز کا وقت ہو گیا۔</w:t>
      </w:r>
    </w:p>
    <w:p>
      <w:r>
        <w:rPr>
          <w:b/>
        </w:rPr>
        <w:t xml:space="preserve">[36:59] </w:t>
      </w:r>
      <w:r>
        <w:t>din is 24 ghante mein panch bar namaz yaad dilati hai keh waqt ho gaya. yeh sirf namaz ki baat nahin hai.</w:t>
      </w:r>
    </w:p>
    <w:p>
      <w:pPr>
        <w:jc w:val="right"/>
      </w:pPr>
      <w:r>
        <w:t>دن اس 24 گھنٹے میں پانچ بار نماز یاد دلاتی ہے کہ وقت ہو گیا۔ یہ صرف نماز کی بات نہیں ہے۔</w:t>
      </w:r>
    </w:p>
    <w:p>
      <w:r>
        <w:rPr>
          <w:b/>
        </w:rPr>
        <w:t xml:space="preserve">[37:09] </w:t>
      </w:r>
      <w:r>
        <w:t>yeh aap ko time time conscious banane ki baat hai. ab ghaur kijiye keh aisa tareeqa jo panch bar aap ko time conscious banaye,</w:t>
      </w:r>
    </w:p>
    <w:p>
      <w:pPr>
        <w:jc w:val="right"/>
      </w:pPr>
      <w:r>
        <w:t>یہ آپ کو ٹائم ٹائم کانشیس بنانے کی بات ہے۔ اب غور کیجیے کہ ایسا طریقہ جو پانچ بار آپ کو ٹائم کانشیس بنائے،</w:t>
      </w:r>
    </w:p>
    <w:p>
      <w:r>
        <w:rPr>
          <w:b/>
        </w:rPr>
        <w:t xml:space="preserve">[37:25] </w:t>
      </w:r>
      <w:r>
        <w:t>time ke bare mein aap ko zehn ko jagaye to is mani ke to bohat bari cheez hai. yani time management ka bohat bara aap ko seekh mile gi is se.</w:t>
      </w:r>
    </w:p>
    <w:p>
      <w:pPr>
        <w:jc w:val="right"/>
      </w:pPr>
      <w:r>
        <w:t>ٹائم کے بارے میں آپ کو ذہن کو جگائے تو اس معنی کے تو بہت بڑی چیز ہے۔ یعنی ٹائم مینجمنٹ کا بہت بڑا آپ کو سیکھ ملے گی اس سے۔</w:t>
      </w:r>
    </w:p>
    <w:p>
      <w:r>
        <w:rPr>
          <w:b/>
        </w:rPr>
        <w:t xml:space="preserve">[37:39] </w:t>
      </w:r>
      <w:r>
        <w:t>to jab aap ghor karein ge, ghor karein ge, ghor karein ge to yeh faida hoga ke namaz aik aitbar se Khuda ki ibadat hai. doosre aitbar se woh time management ka bhi sabaq hai.</w:t>
      </w:r>
    </w:p>
    <w:p>
      <w:pPr>
        <w:jc w:val="right"/>
      </w:pPr>
      <w:r>
        <w:t>تو جب آپ غور کریں گے، غور کریں گے، غور کریں گے تو یہ فائدہ ہوگا کہ نماز ایک اعتبار سے خدا کی عبادت ہے۔ دوسرے اعتبار سے وہ ٹائم مینجمنٹ کا بھی سبق ہے۔</w:t>
      </w:r>
    </w:p>
    <w:p>
      <w:r>
        <w:rPr>
          <w:b/>
        </w:rPr>
        <w:t xml:space="preserve">[37:53] </w:t>
      </w:r>
      <w:r>
        <w:t>yeh mile ga kaise? tilawat se nahi mile ga yeh. agar aap bila soch samjhe tilawat karein to aap yeh nahi paein ge ke namaz jo hai is ke yeh faiday hain ke aik aitbar se woh ibadat hai aur doosre aitbar se woh time management ka sabaq hai.</w:t>
      </w:r>
    </w:p>
    <w:p>
      <w:pPr>
        <w:jc w:val="right"/>
      </w:pPr>
      <w:r>
        <w:t>یہ ملے گا کیسے؟ تلاوت سے نہیں ملے گا یہ۔ اگر آپ بلا سوچ سمجھے تلاوت کریں تو آپ یہ نہیں پائیں گے کہ نماز جو ہے اس کے یہ فائدے ہیں کہ ایک اعتبار سے وہ عبادت ہے اور دوسرے اعتبار سے وہ ٹائم مینجمنٹ کا سبق ہے۔</w:t>
      </w:r>
    </w:p>
    <w:p>
      <w:r>
        <w:rPr>
          <w:b/>
        </w:rPr>
        <w:t xml:space="preserve">[38:13] </w:t>
      </w:r>
      <w:r>
        <w:t>to is ke baad matlab kya hua ke agar aap Quran ki tilawat karein to kuch faida mile ga aur agar aap tadabbur ke sath parhein to bohat ziyada, bohat ziyada, bohat ziyada faida mile ga.</w:t>
      </w:r>
    </w:p>
    <w:p>
      <w:pPr>
        <w:jc w:val="right"/>
      </w:pPr>
      <w:r>
        <w:t>تو اس کے بعد مطلب کیا ہوا کہ اگر آپ قرآن کی تلاوت کریں تو کچھ فائدہ ملے گا اور اگر آپ تدبر کے ساتھ پڑھیں تو بہت زیادہ، بہت زیادہ، بہت زیادہ فائدہ ملے گا۔</w:t>
      </w:r>
    </w:p>
    <w:p>
      <w:r>
        <w:rPr>
          <w:b/>
        </w:rPr>
        <w:t xml:space="preserve">[38:24] </w:t>
      </w:r>
      <w:r>
        <w:t>yani faida bohat barh jaye ga. million billion time barh jaye ga. yeh hai muamla. yeh zaroori hai ke aadmi rozana kuch hissa Quran ko parhe.</w:t>
      </w:r>
    </w:p>
    <w:p>
      <w:pPr>
        <w:jc w:val="right"/>
      </w:pPr>
      <w:r>
        <w:t>یعنی فائدہ بہت بڑھ جائے گا۔ ملین بلین ٹائم بڑھ جائے گا۔ یہ ہے معاملہ۔ یہ ضروری ہے کہ آدمی روزانہ کچھ حصہ قرآن کو پڑھے۔</w:t>
      </w:r>
    </w:p>
    <w:p>
      <w:r>
        <w:rPr>
          <w:b/>
        </w:rPr>
        <w:t xml:space="preserve">[38:38] </w:t>
      </w:r>
      <w:r>
        <w:t>kuch hissa. is mein aik baat yeh bhi hai ke Quran mein aik ayat hai fihi zikrukum.</w:t>
      </w:r>
    </w:p>
    <w:p>
      <w:pPr>
        <w:jc w:val="right"/>
      </w:pPr>
      <w:r>
        <w:t>کچھ حصہ۔ اس میں ایک بات یہ بھی ہے کہ قرآن میں ایک آیت ہے فیہ ذکرکم۔</w:t>
      </w:r>
    </w:p>
    <w:p>
      <w:r>
        <w:rPr>
          <w:b/>
        </w:rPr>
        <w:t xml:space="preserve">[38:47] </w:t>
      </w:r>
      <w:r>
        <w:t>is mein hai tumhari yaad dehani. is mein hai tumhari baat. to Quran mein aik ajeeb o ghareeb sifat yeh hai ke aap agar Quran ko parhein to koi bhi aap ko problem hai, koi bhi aap ko aap ka koi soch sata rahi hai aap ke mind ko, is ka jawab mil jata hai aap ko is mein.</w:t>
      </w:r>
    </w:p>
    <w:p>
      <w:pPr>
        <w:jc w:val="right"/>
      </w:pPr>
      <w:r>
        <w:t>اس میں ہے تمہاری یاد دہانی۔ اس میں ہے تمہاری بات۔ تو قرآن میں ایک عجیب و غریب صفت یہ ہے کہ آپ اگر قرآن کو پڑھیں تو کوئی بھی آپ کو پرابلم ہے، کوئی بھی آپ کو آپ کا کوئی سوچ ستا رہی ہے آپ کے مائنڈ کو، اس کا جواب مل جاتا ہے آپ کو اس میں۔</w:t>
      </w:r>
    </w:p>
    <w:p>
      <w:r>
        <w:rPr>
          <w:b/>
        </w:rPr>
        <w:t xml:space="preserve">[39:11] </w:t>
      </w:r>
      <w:r>
        <w:t>kabhi bhi aap tajurba kar ke dekh lijiye. mujhe to bar bar aisa hota hai ke Quran ko khola, is mein hamein jawab mil gaya.</w:t>
      </w:r>
    </w:p>
    <w:p>
      <w:pPr>
        <w:jc w:val="right"/>
      </w:pPr>
      <w:r>
        <w:t>کبھی بھی آپ تجربہ کر کے دیکھ لیجئے۔ مجھے تو بار بار ایسا ہوتا ہے کہ قرآن کو کھولا، اس میں ہمیں جواب مل گیا۔</w:t>
      </w:r>
    </w:p>
    <w:p>
      <w:r>
        <w:rPr>
          <w:b/>
        </w:rPr>
        <w:t xml:space="preserve">[39:22] </w:t>
      </w:r>
      <w:r>
        <w:t>to jaise aik bar aisa hua ke maine kuch masail mere zehn mein thay, kuch problem mere zehn mein thay apni zindagi ko le kar ke to maine Quran ko khola.</w:t>
      </w:r>
    </w:p>
    <w:p>
      <w:pPr>
        <w:jc w:val="right"/>
      </w:pPr>
      <w:r>
        <w:t>تو جیسے ایک بار ایسا ہوا کہ میں نے کچھ مسائل میرے ذہن میں تھے، کچھ پرابلم میرے ذہن میں تھے اپنی زندگی کو لے کر کے تو میں نے قرآن کو کھولا۔</w:t>
      </w:r>
    </w:p>
    <w:p>
      <w:r>
        <w:rPr>
          <w:b/>
        </w:rPr>
        <w:t xml:space="preserve">[39:37] </w:t>
      </w:r>
      <w:r>
        <w:t>ab yeh ayat samne aa gayi ke wadhha wa li sajjah ma rabbuka wa ma qala khair</w:t>
      </w:r>
    </w:p>
    <w:p>
      <w:pPr>
        <w:jc w:val="right"/>
      </w:pPr>
      <w:r>
        <w:t>اب یہ آیت سامنے آگئی کہ وضحا ولی سجا ما ربک وما قلا خیر</w:t>
      </w:r>
    </w:p>
    <w:p>
      <w:r>
        <w:rPr>
          <w:b/>
        </w:rPr>
        <w:t xml:space="preserve">[39:58] </w:t>
      </w:r>
      <w:r>
        <w:t>ab dekhiye is mein pehli ayat kya hai</w:t>
      </w:r>
    </w:p>
    <w:p>
      <w:pPr>
        <w:jc w:val="right"/>
      </w:pPr>
      <w:r>
        <w:t>اب دیکھیے اس میں پہلی آیت کیا ہے</w:t>
      </w:r>
    </w:p>
    <w:p>
      <w:r>
        <w:rPr>
          <w:b/>
        </w:rPr>
        <w:t xml:space="preserve">[40:03] </w:t>
      </w:r>
      <w:r>
        <w:t>saja is mein bataya gaya hai ke dekho dunya ka nizam raat aati hai phir din aata hai</w:t>
      </w:r>
    </w:p>
    <w:p>
      <w:pPr>
        <w:jc w:val="right"/>
      </w:pPr>
      <w:r>
        <w:t>سجا اس میں بتایا گیا ہے کہ دیکھو دنیا کا نظام رات آتی ہے پھر دن آتا ہے</w:t>
      </w:r>
    </w:p>
    <w:p>
      <w:r>
        <w:rPr>
          <w:b/>
        </w:rPr>
        <w:t xml:space="preserve">[40:12] </w:t>
      </w:r>
      <w:r>
        <w:t>yeh pehli baat jo is mein dikhai gayi woh yeh hai</w:t>
      </w:r>
    </w:p>
    <w:p>
      <w:pPr>
        <w:jc w:val="right"/>
      </w:pPr>
      <w:r>
        <w:t>یہ پہلی بات جو اس میں دکھائی گئی وہ یہ ہے</w:t>
      </w:r>
    </w:p>
    <w:p>
      <w:r>
        <w:rPr>
          <w:b/>
        </w:rPr>
        <w:t xml:space="preserve">[40:17] </w:t>
      </w:r>
      <w:r>
        <w:t>ke dunya ke</w:t>
      </w:r>
    </w:p>
    <w:p>
      <w:pPr>
        <w:jc w:val="right"/>
      </w:pPr>
      <w:r>
        <w:t>کہ دنیا کے</w:t>
      </w:r>
    </w:p>
    <w:p>
      <w:r>
        <w:rPr>
          <w:b/>
        </w:rPr>
        <w:t xml:space="preserve">[40:21] </w:t>
      </w:r>
      <w:r>
        <w:t>jis tarah dunya chal rahi hai is ko dekho ke dunya mein khuda raat lata aata hai phir</w:t>
      </w:r>
    </w:p>
    <w:p>
      <w:pPr>
        <w:jc w:val="right"/>
      </w:pPr>
      <w:r>
        <w:t>جس طرح دنیا چل رہی ہے اس کو دیکھو کہ دنیا میں خدا رات لاتا آتا ہے پھر</w:t>
      </w:r>
    </w:p>
    <w:p>
      <w:r>
        <w:rPr>
          <w:b/>
        </w:rPr>
        <w:t xml:space="preserve">[40:26] </w:t>
      </w:r>
      <w:r>
        <w:t>صبح آتی ہے پھر دن آتا ہے اس کے معنی کیا ہوئے کہ problem کے بعد solution آئے</w:t>
      </w:r>
    </w:p>
    <w:p>
      <w:pPr>
        <w:jc w:val="right"/>
      </w:pPr>
      <w:r>
        <w:t>صبح آتی ہے پھر دن آتا ہے اس کے معنی کیا ہوئے کہ پرابلم کے بعد سولیوشن آئے</w:t>
      </w:r>
    </w:p>
    <w:p>
      <w:r>
        <w:rPr>
          <w:b/>
        </w:rPr>
        <w:t xml:space="preserve">[40:32] </w:t>
      </w:r>
      <w:r>
        <w:t>ga difficulty ke baad aasani aayegi</w:t>
      </w:r>
    </w:p>
    <w:p>
      <w:pPr>
        <w:jc w:val="right"/>
      </w:pPr>
      <w:r>
        <w:t>گا ڈیفیکلٹی کے بعد آسانی آئے گی</w:t>
      </w:r>
    </w:p>
    <w:p>
      <w:r>
        <w:rPr>
          <w:b/>
        </w:rPr>
        <w:t xml:space="preserve">[40:38] </w:t>
      </w:r>
      <w:r>
        <w:t>masle ke baad is ka hal aayega</w:t>
      </w:r>
    </w:p>
    <w:p>
      <w:pPr>
        <w:jc w:val="right"/>
      </w:pPr>
      <w:r>
        <w:t>مسئلے کے بعد اس کا حل آئے گا</w:t>
      </w:r>
    </w:p>
    <w:p>
      <w:r>
        <w:rPr>
          <w:b/>
        </w:rPr>
        <w:t xml:space="preserve">[40:41] </w:t>
      </w:r>
      <w:r>
        <w:t>ab yeh kitni bari baat hai</w:t>
      </w:r>
    </w:p>
    <w:p>
      <w:pPr>
        <w:jc w:val="right"/>
      </w:pPr>
      <w:r>
        <w:t>اب یہ کتنی بڑی بات ہے</w:t>
      </w:r>
    </w:p>
    <w:p>
      <w:r>
        <w:rPr>
          <w:b/>
        </w:rPr>
        <w:t xml:space="preserve">[40:45] </w:t>
      </w:r>
      <w:r>
        <w:t>ایک ہی سنگل آیت میں آپ کو ایک بہت بڑی روشنی مل گئی یقین مل گیا conviction مل</w:t>
      </w:r>
    </w:p>
    <w:p>
      <w:pPr>
        <w:jc w:val="right"/>
      </w:pPr>
      <w:r>
        <w:t>ایک ہی سنگل آیت میں آپ کو ایک بہت بڑی روشنی مل گئی یقین مل گیا کنوکشن مل</w:t>
      </w:r>
    </w:p>
    <w:p>
      <w:r>
        <w:rPr>
          <w:b/>
        </w:rPr>
        <w:t xml:space="preserve">[40:51] </w:t>
      </w:r>
      <w:r>
        <w:t>گیا کہ آج اگر رات ہے تو رات hamesha nahi rahegi</w:t>
      </w:r>
    </w:p>
    <w:p>
      <w:pPr>
        <w:jc w:val="right"/>
      </w:pPr>
      <w:r>
        <w:t>گیا کہ آج اگر رات ہے تو رات ہمیشہ نہیں رہے گی</w:t>
      </w:r>
    </w:p>
    <w:p>
      <w:r>
        <w:rPr>
          <w:b/>
        </w:rPr>
        <w:t xml:space="preserve">[40:59] </w:t>
      </w:r>
      <w:r>
        <w:t>raat khatm hogi phir din shuru hoga phir subah aayegi</w:t>
      </w:r>
    </w:p>
    <w:p>
      <w:pPr>
        <w:jc w:val="right"/>
      </w:pPr>
      <w:r>
        <w:t>رات ختم ہوگی پھر دن شروع ہوگا پھر صبح آئے گی</w:t>
      </w:r>
    </w:p>
    <w:p>
      <w:r>
        <w:rPr>
          <w:b/>
        </w:rPr>
        <w:t xml:space="preserve">[41:03] </w:t>
      </w:r>
      <w:r>
        <w:t>اس سے آپ کو کیا ہوا کہ conviction ملا کہ خدا کا جو نظام ہے خدا جس طریقے</w:t>
      </w:r>
    </w:p>
    <w:p>
      <w:pPr>
        <w:jc w:val="right"/>
      </w:pPr>
      <w:r>
        <w:t>اس سے آپ کو کیا ہوا کہ کنوکشن ملا کہ خدا کا جو نظام ہے خدا جس طریقے</w:t>
      </w:r>
    </w:p>
    <w:p>
      <w:r>
        <w:rPr>
          <w:b/>
        </w:rPr>
        <w:t xml:space="preserve">[41:10] </w:t>
      </w:r>
      <w:r>
        <w:t>سے جس law of nature جو ہے خدا کا اس میں ہمیشہ رات کے بعد دن آتا ہمیشہ</w:t>
      </w:r>
    </w:p>
    <w:p>
      <w:pPr>
        <w:jc w:val="right"/>
      </w:pPr>
      <w:r>
        <w:t>سے جس لاء اف نیچر جو ہے خدا کا اس میں ہمیشہ رات کے بعد دن آتا ہمیشہ</w:t>
      </w:r>
    </w:p>
    <w:p>
      <w:r>
        <w:rPr>
          <w:b/>
        </w:rPr>
        <w:t xml:space="preserve">[41:17] </w:t>
      </w:r>
      <w:r>
        <w:t>tariki ke baad roshni aati hai</w:t>
      </w:r>
    </w:p>
    <w:p>
      <w:pPr>
        <w:jc w:val="right"/>
      </w:pPr>
      <w:r>
        <w:t>تاریکی کے بعد روشنی آتی ہے</w:t>
      </w:r>
    </w:p>
    <w:p>
      <w:r>
        <w:rPr>
          <w:b/>
        </w:rPr>
        <w:t xml:space="preserve">[41:20] </w:t>
      </w:r>
      <w:r>
        <w:t>yeh mila aap ko</w:t>
      </w:r>
    </w:p>
    <w:p>
      <w:pPr>
        <w:jc w:val="right"/>
      </w:pPr>
      <w:r>
        <w:t>یہ ملا آپ کو</w:t>
      </w:r>
    </w:p>
    <w:p>
      <w:r>
        <w:rPr>
          <w:b/>
        </w:rPr>
        <w:t xml:space="preserve">[41:22] </w:t>
      </w:r>
      <w:r>
        <w:t>to main samajhta hoon ke</w:t>
      </w:r>
    </w:p>
    <w:p>
      <w:pPr>
        <w:jc w:val="right"/>
      </w:pPr>
      <w:r>
        <w:t>تو میں سمجھتا ہوں کہ</w:t>
      </w:r>
    </w:p>
    <w:p>
      <w:r>
        <w:rPr>
          <w:b/>
        </w:rPr>
        <w:t xml:space="preserve">[41:26] </w:t>
      </w:r>
      <w:r>
        <w:t>bohat hi zaroori hai ke hum hum mein se har shakhs quran ko</w:t>
      </w:r>
    </w:p>
    <w:p>
      <w:pPr>
        <w:jc w:val="right"/>
      </w:pPr>
      <w:r>
        <w:t>بہت ہی ضروری ہے کہ ہم ہم میں سے ہر شخص قرآن کو</w:t>
      </w:r>
    </w:p>
    <w:p>
      <w:r>
        <w:rPr>
          <w:b/>
        </w:rPr>
        <w:t xml:space="preserve">[41:31] </w:t>
      </w:r>
      <w:r>
        <w:t>rozana</w:t>
      </w:r>
    </w:p>
    <w:p>
      <w:pPr>
        <w:jc w:val="right"/>
      </w:pPr>
      <w:r>
        <w:t>روزانہ</w:t>
      </w:r>
    </w:p>
    <w:p>
      <w:r>
        <w:rPr>
          <w:b/>
        </w:rPr>
        <w:t xml:space="preserve">[41:32] </w:t>
      </w:r>
      <w:r>
        <w:t>parhe chahe thoda hissa parhe</w:t>
      </w:r>
    </w:p>
    <w:p>
      <w:pPr>
        <w:jc w:val="right"/>
      </w:pPr>
      <w:r>
        <w:t>پڑھے چاہے تھوڑا حصہ پڑھے</w:t>
      </w:r>
    </w:p>
    <w:p>
      <w:r>
        <w:rPr>
          <w:b/>
        </w:rPr>
        <w:t xml:space="preserve">[41:36] </w:t>
      </w:r>
      <w:r>
        <w:t>yeh zaroori nahi ke saara quran aap parh dalen tab aap ko baat milegi thoda sa parhen</w:t>
      </w:r>
    </w:p>
    <w:p>
      <w:pPr>
        <w:jc w:val="right"/>
      </w:pPr>
      <w:r>
        <w:t>یہ ضروری نہیں کہ سارا قرآن آپ پڑھ ڈالیں تب آپ کو بات ملے گی تھوڑا سا پڑھیں</w:t>
      </w:r>
    </w:p>
    <w:p>
      <w:r>
        <w:rPr>
          <w:b/>
        </w:rPr>
        <w:t xml:space="preserve">[41:42] </w:t>
      </w:r>
      <w:r>
        <w:t>ge tab bhi aap ko baat mil sakti hai</w:t>
      </w:r>
    </w:p>
    <w:p>
      <w:pPr>
        <w:jc w:val="right"/>
      </w:pPr>
      <w:r>
        <w:t>گے تب بھی آپ کو بات مل سکتی ہے</w:t>
      </w:r>
    </w:p>
    <w:p>
      <w:r>
        <w:rPr>
          <w:b/>
        </w:rPr>
        <w:t xml:space="preserve">[41:46] </w:t>
      </w:r>
      <w:r>
        <w:t>jaise main ek misaal doon</w:t>
      </w:r>
    </w:p>
    <w:p>
      <w:pPr>
        <w:jc w:val="right"/>
      </w:pPr>
      <w:r>
        <w:t>جیسے میں ایک مثال دوں</w:t>
      </w:r>
    </w:p>
    <w:p>
      <w:r>
        <w:rPr>
          <w:b/>
        </w:rPr>
        <w:t xml:space="preserve">[41:50] </w:t>
      </w:r>
      <w:r>
        <w:t>ek sahab hain jo angrez hain unhon ne islam qubool kiya</w:t>
      </w:r>
    </w:p>
    <w:p>
      <w:pPr>
        <w:jc w:val="right"/>
      </w:pPr>
      <w:r>
        <w:t>ایک صاحب ہیں جو انگریز ہیں انہوں نے اسلام قبول کیا</w:t>
      </w:r>
    </w:p>
    <w:p>
      <w:r>
        <w:rPr>
          <w:b/>
        </w:rPr>
        <w:t xml:space="preserve">[41:55] </w:t>
      </w:r>
      <w:r>
        <w:t>wo pop singer the pehle ab un ka naam hai yusuf islam</w:t>
      </w:r>
    </w:p>
    <w:p>
      <w:pPr>
        <w:jc w:val="right"/>
      </w:pPr>
      <w:r>
        <w:t>وہ پاپ سنگر تھے پہلے اب ان کا نام ہے یوسف اسلام</w:t>
      </w:r>
    </w:p>
    <w:p>
      <w:r>
        <w:rPr>
          <w:b/>
        </w:rPr>
        <w:t xml:space="preserve">[42:02] </w:t>
      </w:r>
      <w:r>
        <w:t>pehle un ka naam tha cat stevens</w:t>
      </w:r>
    </w:p>
    <w:p>
      <w:pPr>
        <w:jc w:val="right"/>
      </w:pPr>
      <w:r>
        <w:t>پہلے ان کا نام تھا کیٹ اٹ سیونز</w:t>
      </w:r>
    </w:p>
    <w:p>
      <w:r>
        <w:rPr>
          <w:b/>
        </w:rPr>
        <w:t xml:space="preserve">[42:06] </w:t>
      </w:r>
      <w:r>
        <w:t>to unhon ne bataya ke</w:t>
      </w:r>
    </w:p>
    <w:p>
      <w:pPr>
        <w:jc w:val="right"/>
      </w:pPr>
      <w:r>
        <w:t>تو انہوں نے بتایا کہ</w:t>
      </w:r>
    </w:p>
    <w:p>
      <w:r>
        <w:rPr>
          <w:b/>
        </w:rPr>
        <w:t xml:space="preserve">[42:09] </w:t>
      </w:r>
      <w:r>
        <w:t>kaise un ko islam mila</w:t>
      </w:r>
    </w:p>
    <w:p>
      <w:pPr>
        <w:jc w:val="right"/>
      </w:pPr>
      <w:r>
        <w:t>کیسے ان کو اسلام ملا</w:t>
      </w:r>
    </w:p>
    <w:p>
      <w:r>
        <w:rPr>
          <w:b/>
        </w:rPr>
        <w:t xml:space="preserve">[42:12] </w:t>
      </w:r>
      <w:r>
        <w:t>wo is tarah mila ke un ke bhai gaye qahira qahira wahan se english translation ek le aaye</w:t>
      </w:r>
    </w:p>
    <w:p>
      <w:pPr>
        <w:jc w:val="right"/>
      </w:pPr>
      <w:r>
        <w:t>وہ اس طرح ملا کہ ان کے بھائی گئے قاہرہ قاہرو وہاں سے انگلش ٹرانسلیشن ایک لے ائے</w:t>
      </w:r>
    </w:p>
    <w:p>
      <w:r>
        <w:rPr>
          <w:b/>
        </w:rPr>
        <w:t xml:space="preserve">[42:22] </w:t>
      </w:r>
      <w:r>
        <w:t>quran majeed ka aur wo unhon ne apne bhai ko diya</w:t>
      </w:r>
    </w:p>
    <w:p>
      <w:pPr>
        <w:jc w:val="right"/>
      </w:pPr>
      <w:r>
        <w:t>قرآن مجید کا اور وہ انہوں نے اپنے بھائی کو دیا</w:t>
      </w:r>
    </w:p>
    <w:p>
      <w:r>
        <w:rPr>
          <w:b/>
        </w:rPr>
        <w:t xml:space="preserve">[42:26] </w:t>
      </w:r>
      <w:r>
        <w:t>bhai ne is ko parha</w:t>
      </w:r>
    </w:p>
    <w:p>
      <w:pPr>
        <w:jc w:val="right"/>
      </w:pPr>
      <w:r>
        <w:t>بھائی نے اس کو پڑھا</w:t>
      </w:r>
    </w:p>
    <w:p>
      <w:r>
        <w:rPr>
          <w:b/>
        </w:rPr>
        <w:t xml:space="preserve">[42:28] </w:t>
      </w:r>
      <w:r>
        <w:t>to bhai is se pehle bhi kai book mazhabi parh chuke the</w:t>
      </w:r>
    </w:p>
    <w:p>
      <w:pPr>
        <w:jc w:val="right"/>
      </w:pPr>
      <w:r>
        <w:t>تو بھائی اس سے پہلے بھی کئی بک مذہبی پڑھ چکے تھے</w:t>
      </w:r>
    </w:p>
    <w:p>
      <w:r>
        <w:rPr>
          <w:b/>
        </w:rPr>
        <w:t xml:space="preserve">[42:34] </w:t>
      </w:r>
      <w:r>
        <w:t>قرآن میں انہوں نے یہ بات پائی کہ قرآن direct address کرتا ہے</w:t>
      </w:r>
    </w:p>
    <w:p>
      <w:pPr>
        <w:jc w:val="right"/>
      </w:pPr>
      <w:r>
        <w:t>قرآن میں انہوں نے یہ بات پائی کہ قرآن ڈائریکٹ ایڈریس کرتا ہے</w:t>
      </w:r>
    </w:p>
    <w:p>
      <w:r>
        <w:rPr>
          <w:b/>
        </w:rPr>
        <w:t xml:space="preserve">[42:40] </w:t>
      </w:r>
      <w:r>
        <w:t>Quran mein paya unhone ke Quran direct address karta hai ayyuhal insaan ayyuhan naas</w:t>
      </w:r>
    </w:p>
    <w:p>
      <w:pPr>
        <w:jc w:val="right"/>
      </w:pPr>
      <w:r>
        <w:t>قرآن میں پایا انہوں نے کہ قرآن ڈائریکٹ ایڈریس کرتا ہے ایہا الانسان ایہا الناس</w:t>
      </w:r>
    </w:p>
    <w:p>
      <w:r>
        <w:rPr>
          <w:b/>
        </w:rPr>
        <w:t xml:space="preserve">[42:48] </w:t>
      </w:r>
      <w:r>
        <w:t>aey logon aey insanon suno yeh Khuda ki kitab hai yeh Khuda hai jo tum ko address kar raha hai yeh andaaz</w:t>
      </w:r>
    </w:p>
    <w:p>
      <w:pPr>
        <w:jc w:val="right"/>
      </w:pPr>
      <w:r>
        <w:t>اے لوگوں اے انسانوں سنو یہ خدا کی کتاب ہے یہ خدا ہے جو تم کو ایڈریس کر رہا ہے یہ انداز</w:t>
      </w:r>
    </w:p>
    <w:p>
      <w:r>
        <w:rPr>
          <w:b/>
        </w:rPr>
        <w:t xml:space="preserve">[43:00] </w:t>
      </w:r>
      <w:r>
        <w:t>to yeh andaaz un ko bohat hi strike kar gaya kyunke is se aur aur kitabein jo parhi theen unhone kisi mein unhone yeh andaaz nahi paya tha to unhone kaha yeh to Khuda mujh ko direct khitab direct mujh ko address kar raha hai</w:t>
      </w:r>
    </w:p>
    <w:p>
      <w:pPr>
        <w:jc w:val="right"/>
      </w:pPr>
      <w:r>
        <w:t>تو یہ انداز ان کو بہت ہی سٹرائیک کر گیا کیونکہ اس سے اور اور کتابیں جو پڑھی تھیں انہوں نے کسی میں انہوں نے یہ انداز نہیں پایا تھا تو انہوں نے کہا یہ تو خدا مجھ کو ڈائریکٹ خطاب ڈائریکٹ مجھ کو ایڈریس کر رہا ہے</w:t>
      </w:r>
    </w:p>
    <w:p>
      <w:r>
        <w:rPr>
          <w:b/>
        </w:rPr>
        <w:t xml:space="preserve">[43:18] </w:t>
      </w:r>
      <w:r>
        <w:t>ya ayyuhal insaan mugharraruka birabbikal kareem jab is tarah ki ayatein parhi unhone to laga ke Khuda direct mujh se khitab kar raha hai Khuda ka talluq mujh se direct tor par hai beech mein koi doosri cheez nahi hai to is tarah ki book unhone is se pehle koi nahi mili thi is se pehle jis mein Khuda direct tor par bande ko address kar raha ho is se bohat ziyada woh un ko asar hua aur woh unhone Islam qabool kar liya</w:t>
      </w:r>
    </w:p>
    <w:p>
      <w:pPr>
        <w:jc w:val="right"/>
      </w:pPr>
      <w:r>
        <w:t>یا ایہا الانسان مغرکک الکریم جب اس طرح کی آیتیں پڑھی انہوں نے تو لگا کہ خدا ڈائریکٹ مجھ سے خطاب کر رہا ہے خدا کا تعلق مجھ سے ڈائریکٹ طور پر ہے بیچ میں کوئی دوسری چیز نہیں ہے تو اس طرح کی بک انہوں نے اس سے پہلے کوئی نہیں ملی تھی اس سے پہلے جس میں خدا ڈائریکٹ طور پر بندے کو ایڈریس کر رہا ہو اس سے بہت زیادہ وہ ان کو اثر ہوا اور وہ انہوں نے اسلام قبول کر لیا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