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Ibadat More Than Rituals December 24, 2007 Maulana Wahiduddin Khan</w:t>
      </w:r>
    </w:p>
    <w:p>
      <w:r>
        <w:t>https://www.youtube.com/watch?v=mlWHX-zaNg8</w:t>
      </w:r>
    </w:p>
    <w:p>
      <w:r>
        <w:rPr>
          <w:b/>
        </w:rPr>
        <w:t xml:space="preserve">[00:14] </w:t>
      </w:r>
      <w:r>
        <w:t>bismillah rahman rahim</w:t>
      </w:r>
    </w:p>
    <w:p>
      <w:pPr>
        <w:jc w:val="right"/>
      </w:pPr>
      <w:r>
        <w:t>بسم اللہ الرحمن الرحیم</w:t>
      </w:r>
    </w:p>
    <w:p>
      <w:r>
        <w:rPr>
          <w:b/>
        </w:rPr>
        <w:t xml:space="preserve">[00:17] </w:t>
      </w:r>
      <w:r>
        <w:t>wasalli allah ala nabiyil karim</w:t>
      </w:r>
    </w:p>
    <w:p>
      <w:pPr>
        <w:jc w:val="right"/>
      </w:pPr>
      <w:r>
        <w:t>وصلی اللہ علی النبی الکریم</w:t>
      </w:r>
    </w:p>
    <w:p>
      <w:r>
        <w:rPr>
          <w:b/>
        </w:rPr>
        <w:t xml:space="preserve">[00:21] </w:t>
      </w:r>
      <w:r>
        <w:t>rab ishrah li sadri</w:t>
      </w:r>
    </w:p>
    <w:p>
      <w:pPr>
        <w:jc w:val="right"/>
      </w:pPr>
      <w:r>
        <w:t>رب اشرح لی صدری</w:t>
      </w:r>
    </w:p>
    <w:p>
      <w:r>
        <w:rPr>
          <w:b/>
        </w:rPr>
        <w:t xml:space="preserve">[00:24] </w:t>
      </w:r>
      <w:r>
        <w:t>wa yassir li amri</w:t>
      </w:r>
    </w:p>
    <w:p>
      <w:pPr>
        <w:jc w:val="right"/>
      </w:pPr>
      <w:r>
        <w:t>ویسر لی امری</w:t>
      </w:r>
    </w:p>
    <w:p>
      <w:r>
        <w:rPr>
          <w:b/>
        </w:rPr>
        <w:t xml:space="preserve">[00:26] </w:t>
      </w:r>
      <w:r>
        <w:t>wahul uqdata min lisani yafqahu qawli aaj ka</w:t>
      </w:r>
    </w:p>
    <w:p>
      <w:pPr>
        <w:jc w:val="right"/>
      </w:pPr>
      <w:r>
        <w:t>واحل العقدۃ من لسانی یفقہ قولی آج کا</w:t>
      </w:r>
    </w:p>
    <w:p>
      <w:r>
        <w:rPr>
          <w:b/>
        </w:rPr>
        <w:t xml:space="preserve">[00:34] </w:t>
      </w:r>
      <w:r>
        <w:t>topic hai ibadat</w:t>
      </w:r>
    </w:p>
    <w:p>
      <w:pPr>
        <w:jc w:val="right"/>
      </w:pPr>
      <w:r>
        <w:t>ٹاپک ہے عبادت</w:t>
      </w:r>
    </w:p>
    <w:p>
      <w:r>
        <w:rPr>
          <w:b/>
        </w:rPr>
        <w:t xml:space="preserve">[00:39] </w:t>
      </w:r>
      <w:r>
        <w:t>more than rituals</w:t>
      </w:r>
    </w:p>
    <w:p>
      <w:pPr>
        <w:jc w:val="right"/>
      </w:pPr>
      <w:r>
        <w:t>مور دین ریچولز</w:t>
      </w:r>
    </w:p>
    <w:p>
      <w:r>
        <w:rPr>
          <w:b/>
        </w:rPr>
        <w:t xml:space="preserve">[00:45] </w:t>
      </w:r>
      <w:r>
        <w:t>dekhiye quran mein yeh aya hai</w:t>
      </w:r>
    </w:p>
    <w:p>
      <w:pPr>
        <w:jc w:val="right"/>
      </w:pPr>
      <w:r>
        <w:t>دیکھیے قرآن میں یہ آیا ہے</w:t>
      </w:r>
    </w:p>
    <w:p>
      <w:r>
        <w:rPr>
          <w:b/>
        </w:rPr>
        <w:t xml:space="preserve">[00:49] </w:t>
      </w:r>
      <w:r>
        <w:t>ke wa ma khalaqtul jinna wal insa illa li ya'budun</w:t>
      </w:r>
    </w:p>
    <w:p>
      <w:pPr>
        <w:jc w:val="right"/>
      </w:pPr>
      <w:r>
        <w:t>کہ وما خلقت الجن والانس الا لیعبدون</w:t>
      </w:r>
    </w:p>
    <w:p>
      <w:r>
        <w:rPr>
          <w:b/>
        </w:rPr>
        <w:t xml:space="preserve">[00:58] </w:t>
      </w:r>
      <w:r>
        <w:t>allah taala ne farmaya</w:t>
      </w:r>
    </w:p>
    <w:p>
      <w:pPr>
        <w:jc w:val="right"/>
      </w:pPr>
      <w:r>
        <w:t>اللہ تعالی نے فرمایا</w:t>
      </w:r>
    </w:p>
    <w:p>
      <w:r>
        <w:rPr>
          <w:b/>
        </w:rPr>
        <w:t xml:space="preserve">[01:00] </w:t>
      </w:r>
      <w:r>
        <w:t>ke maine paida kiya hai</w:t>
      </w:r>
    </w:p>
    <w:p>
      <w:pPr>
        <w:jc w:val="right"/>
      </w:pPr>
      <w:r>
        <w:t>کہ میں نے پیدا کیا ہے</w:t>
      </w:r>
    </w:p>
    <w:p>
      <w:r>
        <w:rPr>
          <w:b/>
        </w:rPr>
        <w:t xml:space="preserve">[01:04] </w:t>
      </w:r>
      <w:r>
        <w:t>jinn aur ins ko</w:t>
      </w:r>
    </w:p>
    <w:p>
      <w:pPr>
        <w:jc w:val="right"/>
      </w:pPr>
      <w:r>
        <w:t>جن اور انس کو</w:t>
      </w:r>
    </w:p>
    <w:p>
      <w:r>
        <w:rPr>
          <w:b/>
        </w:rPr>
        <w:t xml:space="preserve">[01:07] </w:t>
      </w:r>
      <w:r>
        <w:t>sirf is liye ke woh meri ibadat karein</w:t>
      </w:r>
    </w:p>
    <w:p>
      <w:pPr>
        <w:jc w:val="right"/>
      </w:pPr>
      <w:r>
        <w:t>صرف اس لیے کہ وہ میری عبادت کریں</w:t>
      </w:r>
    </w:p>
    <w:p>
      <w:r>
        <w:rPr>
          <w:b/>
        </w:rPr>
        <w:t xml:space="preserve">[01:13] </w:t>
      </w:r>
      <w:r>
        <w:t>goya ke ibadat woh cheez hai jo</w:t>
      </w:r>
    </w:p>
    <w:p>
      <w:pPr>
        <w:jc w:val="right"/>
      </w:pPr>
      <w:r>
        <w:t>گویا کہ عبادت وہ چیز ہے جو</w:t>
      </w:r>
    </w:p>
    <w:p>
      <w:r>
        <w:rPr>
          <w:b/>
        </w:rPr>
        <w:t xml:space="preserve">[01:17] </w:t>
      </w:r>
      <w:r>
        <w:t>creation plan mein</w:t>
      </w:r>
    </w:p>
    <w:p>
      <w:pPr>
        <w:jc w:val="right"/>
      </w:pPr>
      <w:r>
        <w:t>کریشن پلان میں</w:t>
      </w:r>
    </w:p>
    <w:p>
      <w:r>
        <w:rPr>
          <w:b/>
        </w:rPr>
        <w:t xml:space="preserve">[01:20] </w:t>
      </w:r>
      <w:r>
        <w:t>central hesiyat rakhti hai</w:t>
      </w:r>
    </w:p>
    <w:p>
      <w:pPr>
        <w:jc w:val="right"/>
      </w:pPr>
      <w:r>
        <w:t>سینٹرل حیثیت رکھتی ہے</w:t>
      </w:r>
    </w:p>
    <w:p>
      <w:r>
        <w:rPr>
          <w:b/>
        </w:rPr>
        <w:t xml:space="preserve">[01:25] </w:t>
      </w:r>
      <w:r>
        <w:t>wohi hai purpose</w:t>
      </w:r>
    </w:p>
    <w:p>
      <w:pPr>
        <w:jc w:val="right"/>
      </w:pPr>
      <w:r>
        <w:t>وہی ہے پرپس</w:t>
      </w:r>
    </w:p>
    <w:p>
      <w:r>
        <w:rPr>
          <w:b/>
        </w:rPr>
        <w:t xml:space="preserve">[01:28] </w:t>
      </w:r>
      <w:r>
        <w:t>life ka wahi maqsad hai</w:t>
      </w:r>
    </w:p>
    <w:p>
      <w:pPr>
        <w:jc w:val="right"/>
      </w:pPr>
      <w:r>
        <w:t>لائف کا وہی مقصد ہے</w:t>
      </w:r>
    </w:p>
    <w:p>
      <w:r>
        <w:rPr>
          <w:b/>
        </w:rPr>
        <w:t xml:space="preserve">[01:31] </w:t>
      </w:r>
      <w:r>
        <w:t>insan ka to goya ke insan</w:t>
      </w:r>
    </w:p>
    <w:p>
      <w:pPr>
        <w:jc w:val="right"/>
      </w:pPr>
      <w:r>
        <w:t>انسان کا تو گویا کہ انسان</w:t>
      </w:r>
    </w:p>
    <w:p>
      <w:r>
        <w:rPr>
          <w:b/>
        </w:rPr>
        <w:t xml:space="preserve">[01:37] </w:t>
      </w:r>
      <w:r>
        <w:t>ke bare mein janch ka jo criteria hai woh yeh hai ke usne</w:t>
      </w:r>
    </w:p>
    <w:p>
      <w:pPr>
        <w:jc w:val="right"/>
      </w:pPr>
      <w:r>
        <w:t>کے بارے میں جانچ کا جو کرائٹیریا ہے وہ یہ ہے کہ اس نے</w:t>
      </w:r>
    </w:p>
    <w:p>
      <w:r>
        <w:rPr>
          <w:b/>
        </w:rPr>
        <w:t xml:space="preserve">[01:44] </w:t>
      </w:r>
      <w:r>
        <w:t>ibadat wali zindagi guzari</w:t>
      </w:r>
    </w:p>
    <w:p>
      <w:pPr>
        <w:jc w:val="right"/>
      </w:pPr>
      <w:r>
        <w:t>عبادت والی زندگی گزاری</w:t>
      </w:r>
    </w:p>
    <w:p>
      <w:r>
        <w:rPr>
          <w:b/>
        </w:rPr>
        <w:t xml:space="preserve">[01:47] </w:t>
      </w:r>
      <w:r>
        <w:t>ya ibadat wali zindagi usne nahi guzari</w:t>
      </w:r>
    </w:p>
    <w:p>
      <w:pPr>
        <w:jc w:val="right"/>
      </w:pPr>
      <w:r>
        <w:t>یا عبادت والی زندگی اس نے نہیں گزاری</w:t>
      </w:r>
    </w:p>
    <w:p>
      <w:r>
        <w:rPr>
          <w:b/>
        </w:rPr>
        <w:t xml:space="preserve">[01:53] </w:t>
      </w:r>
      <w:r>
        <w:t>is se aap samajh sakte hain ke kitna zyada importance hai ibadat</w:t>
      </w:r>
    </w:p>
    <w:p>
      <w:pPr>
        <w:jc w:val="right"/>
      </w:pPr>
      <w:r>
        <w:t>اس سے آپ سمجھ سکتے ہیں کہ کتنا زیادہ امپورٹنس ہے عبادت</w:t>
      </w:r>
    </w:p>
    <w:p>
      <w:r>
        <w:rPr>
          <w:b/>
        </w:rPr>
        <w:t xml:space="preserve">[02:00] </w:t>
      </w:r>
      <w:r>
        <w:t>islam mein ab sawal yeh hai ke ibadat kya hai</w:t>
      </w:r>
    </w:p>
    <w:p>
      <w:pPr>
        <w:jc w:val="right"/>
      </w:pPr>
      <w:r>
        <w:t>اسلام میں اب سوال یہ ہے کہ عبادت کیا ہے</w:t>
      </w:r>
    </w:p>
    <w:p>
      <w:r>
        <w:rPr>
          <w:b/>
        </w:rPr>
        <w:t xml:space="preserve">[02:07] </w:t>
      </w:r>
      <w:r>
        <w:t>جنرلی لوگ سمجھتے ہیں کہ عبادت کا مطلب ہے set of rituals</w:t>
      </w:r>
    </w:p>
    <w:p>
      <w:pPr>
        <w:jc w:val="right"/>
      </w:pPr>
      <w:r>
        <w:t>جنرلی لوگ سمجھتے ہیں کہ عبادت کا مطلب ہے سیٹ اف ریچولز</w:t>
      </w:r>
    </w:p>
    <w:p>
      <w:r>
        <w:rPr>
          <w:b/>
        </w:rPr>
        <w:t xml:space="preserve">[02:13] </w:t>
      </w:r>
      <w:r>
        <w:t>kuch rituals hain</w:t>
      </w:r>
    </w:p>
    <w:p>
      <w:pPr>
        <w:jc w:val="right"/>
      </w:pPr>
      <w:r>
        <w:t>کچھ ریچولز ہیں</w:t>
      </w:r>
    </w:p>
    <w:p>
      <w:r>
        <w:rPr>
          <w:b/>
        </w:rPr>
        <w:t xml:space="preserve">[02:16] </w:t>
      </w:r>
      <w:r>
        <w:t>un ko agar hum ne poora kar diya to hum ne ibadat kar</w:t>
      </w:r>
    </w:p>
    <w:p>
      <w:pPr>
        <w:jc w:val="right"/>
      </w:pPr>
      <w:r>
        <w:t>ان کو اگر ہم نے پورا کر دیا تو ہم نے عبادت کر</w:t>
      </w:r>
    </w:p>
    <w:p>
      <w:r>
        <w:rPr>
          <w:b/>
        </w:rPr>
        <w:t xml:space="preserve">[02:23] </w:t>
      </w:r>
      <w:r>
        <w:t>li</w:t>
      </w:r>
    </w:p>
    <w:p>
      <w:pPr>
        <w:jc w:val="right"/>
      </w:pPr>
      <w:r>
        <w:t>لی</w:t>
      </w:r>
    </w:p>
    <w:p>
      <w:r>
        <w:rPr>
          <w:b/>
        </w:rPr>
        <w:t xml:space="preserve">[02:26] </w:t>
      </w:r>
      <w:r>
        <w:t>aam taur par isi tarah se samjha jata hai</w:t>
      </w:r>
    </w:p>
    <w:p>
      <w:pPr>
        <w:jc w:val="right"/>
      </w:pPr>
      <w:r>
        <w:t>عام طور پر اسی طرح سے سمجھا جاتا ہے</w:t>
      </w:r>
    </w:p>
    <w:p>
      <w:r>
        <w:rPr>
          <w:b/>
        </w:rPr>
        <w:t xml:space="preserve">[02:31] </w:t>
      </w:r>
      <w:r>
        <w:t>lekin yeh bilkul wrong concept hai that is a reduced form of the religion of Islam</w:t>
      </w:r>
    </w:p>
    <w:p>
      <w:pPr>
        <w:jc w:val="right"/>
      </w:pPr>
      <w:r>
        <w:t>لیکن یہ بالکل رونگ کانسیپٹ ہے دیٹ از اے ریڈیوسڈ فارم اف دی ریلیجن اف اسلام</w:t>
      </w:r>
    </w:p>
    <w:p>
      <w:r>
        <w:rPr>
          <w:b/>
        </w:rPr>
        <w:t xml:space="preserve">[02:47] </w:t>
      </w:r>
      <w:r>
        <w:t>dekhiye aik hadith ke mutabiq Islam mein panch arkan hain Islam ke panch pillars hain</w:t>
      </w:r>
    </w:p>
    <w:p>
      <w:pPr>
        <w:jc w:val="right"/>
      </w:pPr>
      <w:r>
        <w:t>دیکھیے ایک حدیث کے مطابق اسلام میں پانچ ارکان ہیں اسلام کے پانچ پلرز ہیں</w:t>
      </w:r>
    </w:p>
    <w:p>
      <w:r>
        <w:rPr>
          <w:b/>
        </w:rPr>
        <w:t xml:space="preserve">[03:00] </w:t>
      </w:r>
      <w:r>
        <w:t>bukhari aur muslim dono mein yeh riwayat aayi hai ke</w:t>
      </w:r>
    </w:p>
    <w:p>
      <w:pPr>
        <w:jc w:val="right"/>
      </w:pPr>
      <w:r>
        <w:t>بخاری اور مسلم دونوں میں یہ روایت آئی ہے کہ</w:t>
      </w:r>
    </w:p>
    <w:p>
      <w:r>
        <w:rPr>
          <w:b/>
        </w:rPr>
        <w:t xml:space="preserve">[03:05] </w:t>
      </w:r>
      <w:r>
        <w:t>paighambar e islam sallallahu alaihi wasallam ne farmaya</w:t>
      </w:r>
    </w:p>
    <w:p>
      <w:pPr>
        <w:jc w:val="right"/>
      </w:pPr>
      <w:r>
        <w:t>پیغمبر اسلام صلی اللہ علیہ وسلم نے فرمایا</w:t>
      </w:r>
    </w:p>
    <w:p>
      <w:r>
        <w:rPr>
          <w:b/>
        </w:rPr>
        <w:t xml:space="preserve">[03:09] </w:t>
      </w:r>
      <w:r>
        <w:t>buniyal islam ala khams</w:t>
      </w:r>
    </w:p>
    <w:p>
      <w:pPr>
        <w:jc w:val="right"/>
      </w:pPr>
      <w:r>
        <w:t>بنی الاسلام مولا خمس</w:t>
      </w:r>
    </w:p>
    <w:p>
      <w:r>
        <w:rPr>
          <w:b/>
        </w:rPr>
        <w:t xml:space="preserve">[03:12] </w:t>
      </w:r>
      <w:r>
        <w:t>shahadatu an la ilaha illallah wa anna Muhammadan abduhu wa rasuluh</w:t>
      </w:r>
    </w:p>
    <w:p>
      <w:pPr>
        <w:jc w:val="right"/>
      </w:pPr>
      <w:r>
        <w:t>شہادت اللہ الہ الا اللہ وان محمد عبدہ ورسولہ</w:t>
      </w:r>
    </w:p>
    <w:p>
      <w:r>
        <w:rPr>
          <w:b/>
        </w:rPr>
        <w:t xml:space="preserve">[03:18] </w:t>
      </w:r>
      <w:r>
        <w:t>wa iqamas salata wa itaz zakata</w:t>
      </w:r>
    </w:p>
    <w:p>
      <w:pPr>
        <w:jc w:val="right"/>
      </w:pPr>
      <w:r>
        <w:t>و اقام الصلاۃ واطاع الزکاء</w:t>
      </w:r>
    </w:p>
    <w:p>
      <w:r>
        <w:rPr>
          <w:b/>
        </w:rPr>
        <w:t xml:space="preserve">[03:22] </w:t>
      </w:r>
      <w:r>
        <w:t>walhaj wa saum-e-ramzan</w:t>
      </w:r>
    </w:p>
    <w:p>
      <w:pPr>
        <w:jc w:val="right"/>
      </w:pPr>
      <w:r>
        <w:t>والحج وصوم رمضان</w:t>
      </w:r>
    </w:p>
    <w:p>
      <w:r>
        <w:rPr>
          <w:b/>
        </w:rPr>
        <w:t xml:space="preserve">[03:27] </w:t>
      </w:r>
      <w:r>
        <w:t>yeh hadith hai</w:t>
      </w:r>
    </w:p>
    <w:p>
      <w:pPr>
        <w:jc w:val="right"/>
      </w:pPr>
      <w:r>
        <w:t>یہ حدیث ہے</w:t>
      </w:r>
    </w:p>
    <w:p>
      <w:r>
        <w:rPr>
          <w:b/>
        </w:rPr>
        <w:t xml:space="preserve">[03:29] </w:t>
      </w:r>
      <w:r>
        <w:t>yani islam ki</w:t>
      </w:r>
    </w:p>
    <w:p>
      <w:pPr>
        <w:jc w:val="right"/>
      </w:pPr>
      <w:r>
        <w:t>یعنی اسلام کی</w:t>
      </w:r>
    </w:p>
    <w:p>
      <w:r>
        <w:rPr>
          <w:b/>
        </w:rPr>
        <w:t xml:space="preserve">[03:33] </w:t>
      </w:r>
      <w:r>
        <w:t>buniyad paanch cheezon par rakhi gayi hai yani islam ki</w:t>
      </w:r>
    </w:p>
    <w:p>
      <w:pPr>
        <w:jc w:val="right"/>
      </w:pPr>
      <w:r>
        <w:t>بنیاد پانچ چیزوں پر رکھی گئی ہے یعنی اسلام کی</w:t>
      </w:r>
    </w:p>
    <w:p>
      <w:r>
        <w:rPr>
          <w:b/>
        </w:rPr>
        <w:t xml:space="preserve">[03:39] </w:t>
      </w:r>
      <w:r>
        <w:t>building ke paanch pillars hain</w:t>
      </w:r>
    </w:p>
    <w:p>
      <w:pPr>
        <w:jc w:val="right"/>
      </w:pPr>
      <w:r>
        <w:t>بلڈنگ کے پانچ پلرز ہیں</w:t>
      </w:r>
    </w:p>
    <w:p>
      <w:r>
        <w:rPr>
          <w:b/>
        </w:rPr>
        <w:t xml:space="preserve">[03:43] </w:t>
      </w:r>
      <w:r>
        <w:t>woh kya hain woh hai kalma</w:t>
      </w:r>
    </w:p>
    <w:p>
      <w:pPr>
        <w:jc w:val="right"/>
      </w:pPr>
      <w:r>
        <w:t>وہ کیا ہیں وہ ہے کلمہ</w:t>
      </w:r>
    </w:p>
    <w:p>
      <w:r>
        <w:rPr>
          <w:b/>
        </w:rPr>
        <w:t xml:space="preserve">[03:47] </w:t>
      </w:r>
      <w:r>
        <w:t>namaz roza zakat aur haj yeh paanch pillars hain islam ki building ke islam ki imarat ke</w:t>
      </w:r>
    </w:p>
    <w:p>
      <w:pPr>
        <w:jc w:val="right"/>
      </w:pPr>
      <w:r>
        <w:t>نماز روزہ زکوۃ اور حج یہ پانچ پلرز ہیں اسلام کی بلڈنگ کے اسلام کی عمارت کے</w:t>
      </w:r>
    </w:p>
    <w:p>
      <w:r>
        <w:rPr>
          <w:b/>
        </w:rPr>
        <w:t xml:space="preserve">[04:00] </w:t>
      </w:r>
      <w:r>
        <w:t>toh iska matlab kya hai</w:t>
      </w:r>
    </w:p>
    <w:p>
      <w:pPr>
        <w:jc w:val="right"/>
      </w:pPr>
      <w:r>
        <w:t>تو اس کا مطلب کیا ہے</w:t>
      </w:r>
    </w:p>
    <w:p>
      <w:r>
        <w:rPr>
          <w:b/>
        </w:rPr>
        <w:t xml:space="preserve">[04:04] </w:t>
      </w:r>
      <w:r>
        <w:t>Generally, this concept is that these five are some rituals. If we perform the rituals,</w:t>
      </w:r>
    </w:p>
    <w:p>
      <w:pPr>
        <w:jc w:val="right"/>
      </w:pPr>
      <w:r>
        <w:t>جنرلی یہ کانسیپٹ ہے کہ یہ پانچوں جو ہیں کچھ ریچولز ہیں ہم نے اگر ریچولز کو ادا</w:t>
      </w:r>
    </w:p>
    <w:p>
      <w:r>
        <w:rPr>
          <w:b/>
        </w:rPr>
        <w:t xml:space="preserve">[04:11] </w:t>
      </w:r>
      <w:r>
        <w:t>kar liya toh bas</w:t>
      </w:r>
    </w:p>
    <w:p>
      <w:pPr>
        <w:jc w:val="right"/>
      </w:pPr>
      <w:r>
        <w:t>کر لیا تو بس</w:t>
      </w:r>
    </w:p>
    <w:p>
      <w:r>
        <w:rPr>
          <w:b/>
        </w:rPr>
        <w:t xml:space="preserve">[04:14] </w:t>
      </w:r>
      <w:r>
        <w:t>poora ho gaya</w:t>
      </w:r>
    </w:p>
    <w:p>
      <w:pPr>
        <w:jc w:val="right"/>
      </w:pPr>
      <w:r>
        <w:t>پورا ہو گیا</w:t>
      </w:r>
    </w:p>
    <w:p>
      <w:r>
        <w:rPr>
          <w:b/>
        </w:rPr>
        <w:t xml:space="preserve">[04:17] </w:t>
      </w:r>
      <w:r>
        <w:t>jaise log jaate hain haj ke liye bade zauq o shauq se jaate hain khoob dhoop bajaa kar jaate</w:t>
      </w:r>
    </w:p>
    <w:p>
      <w:pPr>
        <w:jc w:val="right"/>
      </w:pPr>
      <w:r>
        <w:t>جیسے لوگ جاتے ہیں حج کے لیے بڑے ذوق شوق سے جاتے ہیں خوب دھوپ بجا کر جاتے</w:t>
      </w:r>
    </w:p>
    <w:p>
      <w:r>
        <w:rPr>
          <w:b/>
        </w:rPr>
        <w:t xml:space="preserve">[04:21] </w:t>
      </w:r>
      <w:r>
        <w:t>hain wapas aaye toh bas</w:t>
      </w:r>
    </w:p>
    <w:p>
      <w:pPr>
        <w:jc w:val="right"/>
      </w:pPr>
      <w:r>
        <w:t>ہیں واپس آئے تو بس</w:t>
      </w:r>
    </w:p>
    <w:p>
      <w:r>
        <w:rPr>
          <w:b/>
        </w:rPr>
        <w:t xml:space="preserve">[04:25] </w:t>
      </w:r>
      <w:r>
        <w:t>jaise ke baat khatam ho gayi goya ke haj ek rituals hai wahan ja kar ke woh rituals kar</w:t>
      </w:r>
    </w:p>
    <w:p>
      <w:pPr>
        <w:jc w:val="right"/>
      </w:pPr>
      <w:r>
        <w:t>جیسے کہ بات ختم ہوگئی گویا کہ حج ایک ریچولز ہے وہاں جا کر کے وہ ریچولز کر</w:t>
      </w:r>
    </w:p>
    <w:p>
      <w:r>
        <w:rPr>
          <w:b/>
        </w:rPr>
        <w:t xml:space="preserve">[04:32] </w:t>
      </w:r>
      <w:r>
        <w:t>liye chand</w:t>
      </w:r>
    </w:p>
    <w:p>
      <w:pPr>
        <w:jc w:val="right"/>
      </w:pPr>
      <w:r>
        <w:t>لیے چند</w:t>
      </w:r>
    </w:p>
    <w:p>
      <w:r>
        <w:rPr>
          <w:b/>
        </w:rPr>
        <w:t xml:space="preserve">[04:33] </w:t>
      </w:r>
      <w:r>
        <w:t>din ke andar zilhijjah ke mahine mein toh haj ada ho gaya halanke haj after haj bhi ek</w:t>
      </w:r>
    </w:p>
    <w:p>
      <w:pPr>
        <w:jc w:val="right"/>
      </w:pPr>
      <w:r>
        <w:t>دن کے اندر ذوالحجہ کے مہینے میں تو حج ادا ہو گیا حالانکہ حج افٹر حج بھی ایک</w:t>
      </w:r>
    </w:p>
    <w:p>
      <w:r>
        <w:rPr>
          <w:b/>
        </w:rPr>
        <w:t xml:space="preserve">[04:40] </w:t>
      </w:r>
      <w:r>
        <w:t>hai haj after haj yani ek haj woh hai jo aap ne makkah ja kar kiya zilhijjah ke</w:t>
      </w:r>
    </w:p>
    <w:p>
      <w:pPr>
        <w:jc w:val="right"/>
      </w:pPr>
      <w:r>
        <w:t>ہے حج افٹر حج یعنی ایک حج وہ ہے جو آپ نے مکہ بجا کر کیا ذوالحجہ کے</w:t>
      </w:r>
    </w:p>
    <w:p>
      <w:r>
        <w:rPr>
          <w:b/>
        </w:rPr>
        <w:t xml:space="preserve">[04:46] </w:t>
      </w:r>
      <w:r>
        <w:t>mahine mein chand dinon mein lekin iske baad life long haj hota hai</w:t>
      </w:r>
    </w:p>
    <w:p>
      <w:pPr>
        <w:jc w:val="right"/>
      </w:pPr>
      <w:r>
        <w:t>مہینے میں چند دنوں میں لیکن اس کے بعد لائف لانگ حج ہوتا ہے</w:t>
      </w:r>
    </w:p>
    <w:p>
      <w:r>
        <w:rPr>
          <w:b/>
        </w:rPr>
        <w:t xml:space="preserve">[04:53] </w:t>
      </w:r>
      <w:r>
        <w:t>toh yeh saare jo arkan-e-khamsa hain paanchon jo</w:t>
      </w:r>
    </w:p>
    <w:p>
      <w:pPr>
        <w:jc w:val="right"/>
      </w:pPr>
      <w:r>
        <w:t>تو یہ سارے جو ارکان خمسہ ہیں پانچوں جو</w:t>
      </w:r>
    </w:p>
    <w:p>
      <w:r>
        <w:rPr>
          <w:b/>
        </w:rPr>
        <w:t xml:space="preserve">[04:58] </w:t>
      </w:r>
      <w:r>
        <w:t>pillars hain sab ko reduce kar ke ritual bana diya gaya hai ye wajah hai aap dekhte hain</w:t>
      </w:r>
    </w:p>
    <w:p>
      <w:pPr>
        <w:jc w:val="right"/>
      </w:pPr>
      <w:r>
        <w:t>پلرز ہیں سب کو ریڈیوس کر کے ریچول بنا دیا گیا ہے یہ وجہ ہے آپ دیکھتے ہیں</w:t>
      </w:r>
    </w:p>
    <w:p>
      <w:r>
        <w:rPr>
          <w:b/>
        </w:rPr>
        <w:t xml:space="preserve">[05:05] </w:t>
      </w:r>
      <w:r>
        <w:t>ke islam ki dhoom har jagah hai masjidon mein madarason mein jalson mein jahan bhi dekhiye islam ki</w:t>
      </w:r>
    </w:p>
    <w:p>
      <w:pPr>
        <w:jc w:val="right"/>
      </w:pPr>
      <w:r>
        <w:t>کہ اسلام کی دھوم ہر جگہ ہے مسجدوں میں مدرسوں میں جلسوں میں جہاں بھی دیکھیے اسلام کی</w:t>
      </w:r>
    </w:p>
    <w:p>
      <w:r>
        <w:rPr>
          <w:b/>
        </w:rPr>
        <w:t xml:space="preserve">[05:11] </w:t>
      </w:r>
      <w:r>
        <w:t>dhoom hai lekin islamic values kahin nahin</w:t>
      </w:r>
    </w:p>
    <w:p>
      <w:pPr>
        <w:jc w:val="right"/>
      </w:pPr>
      <w:r>
        <w:t>دھوم ہے لیکن اسلامک ویلیوز کہیں نہیں</w:t>
      </w:r>
    </w:p>
    <w:p>
      <w:r>
        <w:rPr>
          <w:b/>
        </w:rPr>
        <w:t xml:space="preserve">[05:17] </w:t>
      </w:r>
      <w:r>
        <w:t>islamic life kahin nahin</w:t>
      </w:r>
    </w:p>
    <w:p>
      <w:pPr>
        <w:jc w:val="right"/>
      </w:pPr>
      <w:r>
        <w:t>اسلامک لائف کہیں نہیں</w:t>
      </w:r>
    </w:p>
    <w:p>
      <w:r>
        <w:rPr>
          <w:b/>
        </w:rPr>
        <w:t xml:space="preserve">[05:20] </w:t>
      </w:r>
      <w:r>
        <w:t>islamic</w:t>
      </w:r>
    </w:p>
    <w:p>
      <w:pPr>
        <w:jc w:val="right"/>
      </w:pPr>
      <w:r>
        <w:t>اسلامک</w:t>
      </w:r>
    </w:p>
    <w:p>
      <w:r>
        <w:rPr>
          <w:b/>
        </w:rPr>
        <w:t xml:space="preserve">[05:20] </w:t>
      </w:r>
      <w:r>
        <w:t>culture sahi taur par kahin nahin</w:t>
      </w:r>
    </w:p>
    <w:p>
      <w:pPr>
        <w:jc w:val="right"/>
      </w:pPr>
      <w:r>
        <w:t>کلچر صحیح طور پر کہیں نہیں</w:t>
      </w:r>
    </w:p>
    <w:p>
      <w:r>
        <w:rPr>
          <w:b/>
        </w:rPr>
        <w:t xml:space="preserve">[05:23] </w:t>
      </w:r>
      <w:r>
        <w:t>toh kya hai woh rituals ki dhoom hai woh</w:t>
      </w:r>
    </w:p>
    <w:p>
      <w:pPr>
        <w:jc w:val="right"/>
      </w:pPr>
      <w:r>
        <w:t>تو کیا ہے وہ ریچولز کی دھوم ہے وہ</w:t>
      </w:r>
    </w:p>
    <w:p>
      <w:r>
        <w:rPr>
          <w:b/>
        </w:rPr>
        <w:t xml:space="preserve">[05:27] </w:t>
      </w:r>
      <w:r>
        <w:t>aur rituals ki dhoom se aap samajh sakte hain ke asal islam jo real islam woh toh aanay</w:t>
      </w:r>
    </w:p>
    <w:p>
      <w:pPr>
        <w:jc w:val="right"/>
      </w:pPr>
      <w:r>
        <w:t>اور ریچولز کی دھوم سے آپ سمجھ سکتے ہیں کہ اصل اسلام جو ریئل اسلام وہ تو آنے</w:t>
      </w:r>
    </w:p>
    <w:p>
      <w:r>
        <w:rPr>
          <w:b/>
        </w:rPr>
        <w:t xml:space="preserve">[05:34] </w:t>
      </w:r>
      <w:r>
        <w:t>wala hai nahi</w:t>
      </w:r>
    </w:p>
    <w:p>
      <w:pPr>
        <w:jc w:val="right"/>
      </w:pPr>
      <w:r>
        <w:t>والا ہے نہیں</w:t>
      </w:r>
    </w:p>
    <w:p>
      <w:r>
        <w:rPr>
          <w:b/>
        </w:rPr>
        <w:t xml:space="preserve">[05:36] </w:t>
      </w:r>
      <w:r>
        <w:t>jaise kalma ko lijiye</w:t>
      </w:r>
    </w:p>
    <w:p>
      <w:pPr>
        <w:jc w:val="right"/>
      </w:pPr>
      <w:r>
        <w:t>جیسے کلمہ کو لیجئے</w:t>
      </w:r>
    </w:p>
    <w:p>
      <w:r>
        <w:rPr>
          <w:b/>
        </w:rPr>
        <w:t xml:space="preserve">[05:40] </w:t>
      </w:r>
      <w:r>
        <w:t>لوگ سمجھتے ہیں کلمہ کا مطلب ہے کلمہ گوئی کلمہ کے جو shabda ہیں اس کو پڑھ لینا</w:t>
      </w:r>
    </w:p>
    <w:p>
      <w:pPr>
        <w:jc w:val="right"/>
      </w:pPr>
      <w:r>
        <w:t>لوگ سمجھتے ہیں کلمہ کا مطلب ہے کلمہ گوئی کلمہ کے جو शब्द ہیں اس کو پڑھ لینا</w:t>
      </w:r>
    </w:p>
    <w:p>
      <w:r>
        <w:rPr>
          <w:b/>
        </w:rPr>
        <w:t xml:space="preserve">[05:48] </w:t>
      </w:r>
      <w:r>
        <w:t>hindi mein kahenge achar kar lena yani la ilaha illallah muhammadur rasulullah keh dena munh</w:t>
      </w:r>
    </w:p>
    <w:p>
      <w:pPr>
        <w:jc w:val="right"/>
      </w:pPr>
      <w:r>
        <w:t>ہندی میں کہیں گے اچار کر لینا یعنی لا الہ الا اللہ محمد رسول اللہ کہہ دینا منہ</w:t>
      </w:r>
    </w:p>
    <w:p>
      <w:r>
        <w:rPr>
          <w:b/>
        </w:rPr>
        <w:t xml:space="preserve">[05:54] </w:t>
      </w:r>
      <w:r>
        <w:t>se bas to us ko samajhte hain ke hum ne kalma</w:t>
      </w:r>
    </w:p>
    <w:p>
      <w:pPr>
        <w:jc w:val="right"/>
      </w:pPr>
      <w:r>
        <w:t>سے بس تو اس کو سمجھتے ہیں کہ ہم نے کلمہ</w:t>
      </w:r>
    </w:p>
    <w:p>
      <w:r>
        <w:rPr>
          <w:b/>
        </w:rPr>
        <w:t xml:space="preserve">[06:00] </w:t>
      </w:r>
      <w:r>
        <w:t>mil gaya hum ko</w:t>
      </w:r>
    </w:p>
    <w:p>
      <w:pPr>
        <w:jc w:val="right"/>
      </w:pPr>
      <w:r>
        <w:t>مل گیا ہم کو</w:t>
      </w:r>
    </w:p>
    <w:p>
      <w:r>
        <w:rPr>
          <w:b/>
        </w:rPr>
        <w:t xml:space="preserve">[06:04] </w:t>
      </w:r>
      <w:r>
        <w:t>kal mein masjid mein kal parson masjid mein</w:t>
      </w:r>
    </w:p>
    <w:p>
      <w:pPr>
        <w:jc w:val="right"/>
      </w:pPr>
      <w:r>
        <w:t>کل میں مسجد میں کل پرسوں مسجد میں</w:t>
      </w:r>
    </w:p>
    <w:p>
      <w:r>
        <w:rPr>
          <w:b/>
        </w:rPr>
        <w:t xml:space="preserve">[06:10] </w:t>
      </w:r>
      <w:r>
        <w:t>imam sahab ki taqreer ho rahi thi to main bhi wahan tha</w:t>
      </w:r>
    </w:p>
    <w:p>
      <w:pPr>
        <w:jc w:val="right"/>
      </w:pPr>
      <w:r>
        <w:t>امام صاحب کی تقریر ہو رہی تھی تو میں بھی وہاں تھا</w:t>
      </w:r>
    </w:p>
    <w:p>
      <w:r>
        <w:rPr>
          <w:b/>
        </w:rPr>
        <w:t xml:space="preserve">[06:15] </w:t>
      </w:r>
      <w:r>
        <w:t>to badi dhoom se woh keh rahe the ke hamein</w:t>
      </w:r>
    </w:p>
    <w:p>
      <w:pPr>
        <w:jc w:val="right"/>
      </w:pPr>
      <w:r>
        <w:t>تو بڑی دھوم سے وہ کہہ رہے تھے کہ ہمیں</w:t>
      </w:r>
    </w:p>
    <w:p>
      <w:r>
        <w:rPr>
          <w:b/>
        </w:rPr>
        <w:t xml:space="preserve">[06:18] </w:t>
      </w:r>
      <w:r>
        <w:t>hamein bohat badi hawayein</w:t>
      </w:r>
    </w:p>
    <w:p>
      <w:pPr>
        <w:jc w:val="right"/>
      </w:pPr>
      <w:r>
        <w:t>ہمیں بہت بڑی ہوائیں</w:t>
      </w:r>
    </w:p>
    <w:p>
      <w:r>
        <w:rPr>
          <w:b/>
        </w:rPr>
        <w:t xml:space="preserve">[06:21] </w:t>
      </w:r>
      <w:r>
        <w:t>yani hamein is par naaz hona chahiye khush hona chahiye ke hamein kalma ki dolat mil gayi hai</w:t>
      </w:r>
    </w:p>
    <w:p>
      <w:pPr>
        <w:jc w:val="right"/>
      </w:pPr>
      <w:r>
        <w:t>یعنی ہمیں اس پر ناز ہونا چاہیے خوش ہونا چاہیے کہ ہمیں کلمہ کی دولت مل گئی ہے</w:t>
      </w:r>
    </w:p>
    <w:p>
      <w:r>
        <w:rPr>
          <w:b/>
        </w:rPr>
        <w:t xml:space="preserve">[06:29] </w:t>
      </w:r>
      <w:r>
        <w:t>kalma ki dolat yani hum ne kalma padh liya hai yani kalma padh liya to kalma ki dolat</w:t>
      </w:r>
    </w:p>
    <w:p>
      <w:pPr>
        <w:jc w:val="right"/>
      </w:pPr>
      <w:r>
        <w:t>کلمہ کی دولت یعنی ہم نے کلمہ پڑھ لیا ہے یعنی کلمہ پڑھ لیا تو کلمہ کی دولت</w:t>
      </w:r>
    </w:p>
    <w:p>
      <w:r>
        <w:rPr>
          <w:b/>
        </w:rPr>
        <w:t xml:space="preserve">[06:35] </w:t>
      </w:r>
      <w:r>
        <w:t>mil gayi is par naaz hai hamein yeh bilkul galat tasawwur hai islam ka</w:t>
      </w:r>
    </w:p>
    <w:p>
      <w:pPr>
        <w:jc w:val="right"/>
      </w:pPr>
      <w:r>
        <w:t>مل گئی اس پر ناز ہے ہمیں یہ بالکل غلط تصور ہے اسلام کا</w:t>
      </w:r>
    </w:p>
    <w:p>
      <w:r>
        <w:rPr>
          <w:b/>
        </w:rPr>
        <w:t xml:space="preserve">[06:43] </w:t>
      </w:r>
      <w:r>
        <w:t>to kalma padhna jo hai yeh asal kalma nahi hai kalma ki spirit ana</w:t>
      </w:r>
    </w:p>
    <w:p>
      <w:pPr>
        <w:jc w:val="right"/>
      </w:pPr>
      <w:r>
        <w:t>تو کلمہ پڑھنا جو ہے یہ اصل کلمہ نہیں ہے کلمہ کی اسپرٹ انا</w:t>
      </w:r>
    </w:p>
    <w:p>
      <w:r>
        <w:rPr>
          <w:b/>
        </w:rPr>
        <w:t xml:space="preserve">[06:51] </w:t>
      </w:r>
      <w:r>
        <w:t>woh</w:t>
      </w:r>
    </w:p>
    <w:p>
      <w:pPr>
        <w:jc w:val="right"/>
      </w:pPr>
      <w:r>
        <w:t>وہ</w:t>
      </w:r>
    </w:p>
    <w:p>
      <w:r>
        <w:rPr>
          <w:b/>
        </w:rPr>
        <w:t xml:space="preserve">[06:51] </w:t>
      </w:r>
      <w:r>
        <w:t>hai asli kalma yani aap ne jo sab bole hain is ke andar ek spirit hai is ki</w:t>
      </w:r>
    </w:p>
    <w:p>
      <w:pPr>
        <w:jc w:val="right"/>
      </w:pPr>
      <w:r>
        <w:t>ہے اصلی کلمہ یعنی آپ نے جو سب بولے ہیں اس کے اندر ایک اسپرٹ ہے اس کی</w:t>
      </w:r>
    </w:p>
    <w:p>
      <w:r>
        <w:rPr>
          <w:b/>
        </w:rPr>
        <w:t xml:space="preserve">[06:58] </w:t>
      </w:r>
      <w:r>
        <w:t>ek meaning hai is ki meaning ke aitbar se agar hamari zindagi mein aaya</w:t>
      </w:r>
    </w:p>
    <w:p>
      <w:pPr>
        <w:jc w:val="right"/>
      </w:pPr>
      <w:r>
        <w:t>ایک میننگ ہے اس کی میننگ کے اعتبار سے اگر ہماری زندگی میں آیا</w:t>
      </w:r>
    </w:p>
    <w:p>
      <w:r>
        <w:rPr>
          <w:b/>
        </w:rPr>
        <w:t xml:space="preserve">[07:05] </w:t>
      </w:r>
      <w:r>
        <w:t>kalma tab woh kalma hai warna kalma nahi hai</w:t>
      </w:r>
    </w:p>
    <w:p>
      <w:pPr>
        <w:jc w:val="right"/>
      </w:pPr>
      <w:r>
        <w:t>کلمہ تب وہ کلمہ ہے ورنہ کلمہ نہیں ہے</w:t>
      </w:r>
    </w:p>
    <w:p>
      <w:r>
        <w:rPr>
          <w:b/>
        </w:rPr>
        <w:t xml:space="preserve">[07:09] </w:t>
      </w:r>
      <w:r>
        <w:t>woh sirf recitation hai</w:t>
      </w:r>
    </w:p>
    <w:p>
      <w:pPr>
        <w:jc w:val="right"/>
      </w:pPr>
      <w:r>
        <w:t>وہ صرف ریسیٹیشن ہے</w:t>
      </w:r>
    </w:p>
    <w:p>
      <w:r>
        <w:rPr>
          <w:b/>
        </w:rPr>
        <w:t xml:space="preserve">[07:12] </w:t>
      </w:r>
      <w:r>
        <w:t>aur yeh recitation is nothing</w:t>
      </w:r>
    </w:p>
    <w:p>
      <w:pPr>
        <w:jc w:val="right"/>
      </w:pPr>
      <w:r>
        <w:t>اور یہ ریسیٹیشن از نتھنگ</w:t>
      </w:r>
    </w:p>
    <w:p>
      <w:r>
        <w:rPr>
          <w:b/>
        </w:rPr>
        <w:t xml:space="preserve">[07:15] </w:t>
      </w:r>
      <w:r>
        <w:t>aisi namaz ka hai namaz ko log samajhte hain ke kuch rituals hain masjid mein gaye woh ritual</w:t>
      </w:r>
    </w:p>
    <w:p>
      <w:pPr>
        <w:jc w:val="right"/>
      </w:pPr>
      <w:r>
        <w:t>ایسی نماز کا ہے نماز کو لوگ سمجھتے ہیں کہ کچھ ریچولز ہیں مسجد میں گئے وہ ریچول</w:t>
      </w:r>
    </w:p>
    <w:p>
      <w:r>
        <w:rPr>
          <w:b/>
        </w:rPr>
        <w:t xml:space="preserve">[07:22] </w:t>
      </w:r>
      <w:r>
        <w:t>ada kar liye baat khatam</w:t>
      </w:r>
    </w:p>
    <w:p>
      <w:pPr>
        <w:jc w:val="right"/>
      </w:pPr>
      <w:r>
        <w:t>ادا کر لیے بات ختم</w:t>
      </w:r>
    </w:p>
    <w:p>
      <w:r>
        <w:rPr>
          <w:b/>
        </w:rPr>
        <w:t xml:space="preserve">[07:25] </w:t>
      </w:r>
      <w:r>
        <w:t>halanke yeh bilkul galat hai</w:t>
      </w:r>
    </w:p>
    <w:p>
      <w:pPr>
        <w:jc w:val="right"/>
      </w:pPr>
      <w:r>
        <w:t>حالانکہ یہ بالکل غلط ہے</w:t>
      </w:r>
    </w:p>
    <w:p>
      <w:r>
        <w:rPr>
          <w:b/>
        </w:rPr>
        <w:t xml:space="preserve">[07:29] </w:t>
      </w:r>
      <w:r>
        <w:t>yahan bhi namaz after namaz hai yani aap ne jo padhi namaz us ke</w:t>
      </w:r>
    </w:p>
    <w:p>
      <w:pPr>
        <w:jc w:val="right"/>
      </w:pPr>
      <w:r>
        <w:t>یہاں بھی نماز افٹر نماز ہے یعنی آپ نے جو پڑھی نماز اس کے</w:t>
      </w:r>
    </w:p>
    <w:p>
      <w:r>
        <w:rPr>
          <w:b/>
        </w:rPr>
        <w:t xml:space="preserve">[07:36] </w:t>
      </w:r>
      <w:r>
        <w:t>baad bahar ki duniya mein aaye</w:t>
      </w:r>
    </w:p>
    <w:p>
      <w:pPr>
        <w:jc w:val="right"/>
      </w:pPr>
      <w:r>
        <w:t>بعد باہر کی دنیا میں آئے</w:t>
      </w:r>
    </w:p>
    <w:p>
      <w:r>
        <w:rPr>
          <w:b/>
        </w:rPr>
        <w:t xml:space="preserve">[07:39] </w:t>
      </w:r>
      <w:r>
        <w:t>to woh jo spirit liya hai aap ne wahan namaz padhte hue</w:t>
      </w:r>
    </w:p>
    <w:p>
      <w:pPr>
        <w:jc w:val="right"/>
      </w:pPr>
      <w:r>
        <w:t>تو وہ جو اسپرٹ لیا ہے آپ نے وہاں نماز پڑھتے ہوئے</w:t>
      </w:r>
    </w:p>
    <w:p>
      <w:r>
        <w:rPr>
          <w:b/>
        </w:rPr>
        <w:t xml:space="preserve">[07:44] </w:t>
      </w:r>
      <w:r>
        <w:t>woh is ko bahir ki dunya mein translate hona chahiye</w:t>
      </w:r>
    </w:p>
    <w:p>
      <w:pPr>
        <w:jc w:val="right"/>
      </w:pPr>
      <w:r>
        <w:t>وہ اس کو باہر کی دنیا میں ٹرانسلیٹ ہونا چاہیے</w:t>
      </w:r>
    </w:p>
    <w:p>
      <w:r>
        <w:rPr>
          <w:b/>
        </w:rPr>
        <w:t xml:space="preserve">[07:49] </w:t>
      </w:r>
      <w:r>
        <w:t>jaise namaz mein spirit liya aap ne khuda ki barhai ki spirit apne aap ko jhukane ki spirit</w:t>
      </w:r>
    </w:p>
    <w:p>
      <w:pPr>
        <w:jc w:val="right"/>
      </w:pPr>
      <w:r>
        <w:t>جیسے نماز میں اسپرٹ لیا آپ نے خدا کی بڑائی کی اسپرٹ اپنے آپ کو جھکانے کی اسپرٹ</w:t>
      </w:r>
    </w:p>
    <w:p>
      <w:r>
        <w:rPr>
          <w:b/>
        </w:rPr>
        <w:t xml:space="preserve">[07:56] </w:t>
      </w:r>
      <w:r>
        <w:t>saare logon ke liye dil mein peace ka jazba hone ki spirit toh yeh sirf translate hona chahiye</w:t>
      </w:r>
    </w:p>
    <w:p>
      <w:pPr>
        <w:jc w:val="right"/>
      </w:pPr>
      <w:r>
        <w:t>سارے لوگوں کے لیے دل میں پیس کا جذبہ ہونے کی اسپرٹ تو یہ صرف ٹرانسلیٹ ہونا چاہیے</w:t>
      </w:r>
    </w:p>
    <w:p>
      <w:r>
        <w:rPr>
          <w:b/>
        </w:rPr>
        <w:t xml:space="preserve">[08:01] </w:t>
      </w:r>
      <w:r>
        <w:t>society mein yeh nahi ke masjid mein kar liya woh rukoo sajda aur qayam</w:t>
      </w:r>
    </w:p>
    <w:p>
      <w:pPr>
        <w:jc w:val="right"/>
      </w:pPr>
      <w:r>
        <w:t>سوسائٹی میں یہ نہیں کہ مسجد میں کر لیا وہ رکوع سجدہ اور قیام</w:t>
      </w:r>
    </w:p>
    <w:p>
      <w:r>
        <w:rPr>
          <w:b/>
        </w:rPr>
        <w:t xml:space="preserve">[08:10] </w:t>
      </w:r>
      <w:r>
        <w:t>toh ritual ada ho gaye toh bas namaz bhi ho gayi</w:t>
      </w:r>
    </w:p>
    <w:p>
      <w:pPr>
        <w:jc w:val="right"/>
      </w:pPr>
      <w:r>
        <w:t>تو ریچول ادا ہو گئے تو بس نماز بھی ہو گئی</w:t>
      </w:r>
    </w:p>
    <w:p>
      <w:r>
        <w:rPr>
          <w:b/>
        </w:rPr>
        <w:t xml:space="preserve">[08:14] </w:t>
      </w:r>
      <w:r>
        <w:t>toh aise logon ke liye hadees mein aaya hai ke irji fasalli fa innaka lam tusalali jaao phir se</w:t>
      </w:r>
    </w:p>
    <w:p>
      <w:pPr>
        <w:jc w:val="right"/>
      </w:pPr>
      <w:r>
        <w:t>تو ایسے لوگوں کے لیے حدیث میں آیا ہے کہ ارج فصل فنک لم تصل جاؤ پھر سے</w:t>
      </w:r>
    </w:p>
    <w:p>
      <w:r>
        <w:rPr>
          <w:b/>
        </w:rPr>
        <w:t xml:space="preserve">[08:20] </w:t>
      </w:r>
      <w:r>
        <w:t>namaz padho kyunke tum ne namaz</w:t>
      </w:r>
    </w:p>
    <w:p>
      <w:pPr>
        <w:jc w:val="right"/>
      </w:pPr>
      <w:r>
        <w:t>نماز پڑھو کیونکہ تم نے نماز</w:t>
      </w:r>
    </w:p>
    <w:p>
      <w:r>
        <w:rPr>
          <w:b/>
        </w:rPr>
        <w:t xml:space="preserve">[08:21] </w:t>
      </w:r>
      <w:r>
        <w:t>nahi padhi aise roze ka maamla hai</w:t>
      </w:r>
    </w:p>
    <w:p>
      <w:pPr>
        <w:jc w:val="right"/>
      </w:pPr>
      <w:r>
        <w:t>نہیں پڑھی ایسے روزے کا معاملہ ہے</w:t>
      </w:r>
    </w:p>
    <w:p>
      <w:r>
        <w:rPr>
          <w:b/>
        </w:rPr>
        <w:t xml:space="preserve">[08:28] </w:t>
      </w:r>
      <w:r>
        <w:t>ke roza jo hai</w:t>
      </w:r>
    </w:p>
    <w:p>
      <w:pPr>
        <w:jc w:val="right"/>
      </w:pPr>
      <w:r>
        <w:t>کہ روزہ جو ہے</w:t>
      </w:r>
    </w:p>
    <w:p>
      <w:r>
        <w:rPr>
          <w:b/>
        </w:rPr>
        <w:t xml:space="preserve">[08:30] </w:t>
      </w:r>
      <w:r>
        <w:t>samajhte hain ke bhook pyas reh gaya subah se shaam tak toh bas ho gaya roza</w:t>
      </w:r>
    </w:p>
    <w:p>
      <w:pPr>
        <w:jc w:val="right"/>
      </w:pPr>
      <w:r>
        <w:t>سمجھتے ہیں کہ بھوک پیاس رہ گیا صبح سے شام تک تو بس ہو گیا روزہ</w:t>
      </w:r>
    </w:p>
    <w:p>
      <w:r>
        <w:rPr>
          <w:b/>
        </w:rPr>
        <w:t xml:space="preserve">[08:35] </w:t>
      </w:r>
      <w:r>
        <w:t>aise logon ke liye hadees mein hai ke kam min saayemin laisa min saayemin illaz zamaa wal joo</w:t>
      </w:r>
    </w:p>
    <w:p>
      <w:pPr>
        <w:jc w:val="right"/>
      </w:pPr>
      <w:r>
        <w:t>ایسے لوگوں کے لیے حدیث میں ہے کہ کم من سائے من لیس من سائے الا الزماں والجو</w:t>
      </w:r>
    </w:p>
    <w:p>
      <w:r>
        <w:rPr>
          <w:b/>
        </w:rPr>
        <w:t xml:space="preserve">[08:46] </w:t>
      </w:r>
      <w:r>
        <w:t>aise rozadaaron ke liye sirf kya mila bhook pyas</w:t>
      </w:r>
    </w:p>
    <w:p>
      <w:pPr>
        <w:jc w:val="right"/>
      </w:pPr>
      <w:r>
        <w:t>ایسے روزہ داروں کے لیے صرف کیا ملا بھوک پیاس</w:t>
      </w:r>
    </w:p>
    <w:p>
      <w:r>
        <w:rPr>
          <w:b/>
        </w:rPr>
        <w:t xml:space="preserve">[08:51] </w:t>
      </w:r>
      <w:r>
        <w:t>kyunke roze ka matlab hai</w:t>
      </w:r>
    </w:p>
    <w:p>
      <w:pPr>
        <w:jc w:val="right"/>
      </w:pPr>
      <w:r>
        <w:t>کیونکہ روزہ کا مطلب ہے</w:t>
      </w:r>
    </w:p>
    <w:p>
      <w:r>
        <w:rPr>
          <w:b/>
        </w:rPr>
        <w:t xml:space="preserve">[08:55] </w:t>
      </w:r>
      <w:r>
        <w:t>patience control self discipline</w:t>
      </w:r>
    </w:p>
    <w:p>
      <w:pPr>
        <w:jc w:val="right"/>
      </w:pPr>
      <w:r>
        <w:t>پیشنس کنٹرول سیلف ڈسپلن</w:t>
      </w:r>
    </w:p>
    <w:p>
      <w:r>
        <w:rPr>
          <w:b/>
        </w:rPr>
        <w:t xml:space="preserve">[09:03] </w:t>
      </w:r>
      <w:r>
        <w:t>Isi liye hadith mein aata hai ke huwa shahr-us-sabr. Ramadan ka mahina sabr ka mahina. To goya ke Ramadan ke mahine mein aap ne jo bhookh pyaas bardasht ki, woh translate honi chahiye patience ki surat mein poori zindagi mein.</w:t>
      </w:r>
    </w:p>
    <w:p>
      <w:pPr>
        <w:jc w:val="right"/>
      </w:pPr>
      <w:r>
        <w:t>اسی لیے حدیث میں آتا ہے کہ ہوا شہر الصبر رمضان کا مہینہ صبر کا مہینہ تو گویا کہ رمضان کے مہینے میں آپ نے جو بھوک پیاس برداشت کی وہ ٹرانسلیٹ ہونی چاہیے پیشن کی صورت میں پوری زندگی میں</w:t>
      </w:r>
    </w:p>
    <w:p>
      <w:r>
        <w:rPr>
          <w:b/>
        </w:rPr>
        <w:t xml:space="preserve">[09:21] </w:t>
      </w:r>
      <w:r>
        <w:t>aisi zakat hai zakat ka matlab yeh nahi kuch paisa nikala aap ne kuch ghareeb ko de diya</w:t>
      </w:r>
    </w:p>
    <w:p>
      <w:pPr>
        <w:jc w:val="right"/>
      </w:pPr>
      <w:r>
        <w:t>ایسی زکوۃ ہے زکوۃ کا مطلب یہ نہیں کچھ پیسہ نکالا آپ نے کچھ غریب کو دے دیا</w:t>
      </w:r>
    </w:p>
    <w:p>
      <w:r>
        <w:rPr>
          <w:b/>
        </w:rPr>
        <w:t xml:space="preserve">[09:26] </w:t>
      </w:r>
      <w:r>
        <w:t>baat khatam ho gayi nahi aap ke liye insaanon ke liye sympathy hona chahiye aap ke dil mein insaanon</w:t>
      </w:r>
    </w:p>
    <w:p>
      <w:pPr>
        <w:jc w:val="right"/>
      </w:pPr>
      <w:r>
        <w:t>بات ختم ہوگئی نہیں آپ کے لیے انسانوں کے لیے سمپیتھی ہونا چاہیے آپ کے دل میں انسانوں</w:t>
      </w:r>
    </w:p>
    <w:p>
      <w:r>
        <w:rPr>
          <w:b/>
        </w:rPr>
        <w:t xml:space="preserve">[09:33] </w:t>
      </w:r>
      <w:r>
        <w:t>ke liye compassion aana chahiye</w:t>
      </w:r>
    </w:p>
    <w:p>
      <w:pPr>
        <w:jc w:val="right"/>
      </w:pPr>
      <w:r>
        <w:t>کے لیے کمپیشن آنا چاہیے</w:t>
      </w:r>
    </w:p>
    <w:p>
      <w:r>
        <w:rPr>
          <w:b/>
        </w:rPr>
        <w:t xml:space="preserve">[09:36] </w:t>
      </w:r>
      <w:r>
        <w:t>aap ke dil mein insaanon ke liye ek love aana chahiye tolerance aana chahiye tab woh zakat goya</w:t>
      </w:r>
    </w:p>
    <w:p>
      <w:pPr>
        <w:jc w:val="right"/>
      </w:pPr>
      <w:r>
        <w:t>آپ کے دل میں انسانوں کے لیے ایک لو آنا چاہیے ٹولرنس آنا چاہیے تب وہ زکوۃ گویا</w:t>
      </w:r>
    </w:p>
    <w:p>
      <w:r>
        <w:rPr>
          <w:b/>
        </w:rPr>
        <w:t xml:space="preserve">[09:43] </w:t>
      </w:r>
      <w:r>
        <w:t>translate hui aap ki zindagi mein</w:t>
      </w:r>
    </w:p>
    <w:p>
      <w:pPr>
        <w:jc w:val="right"/>
      </w:pPr>
      <w:r>
        <w:t>ٹرانسلیٹ ہوئی آپ کی زندگی میں</w:t>
      </w:r>
    </w:p>
    <w:p>
      <w:r>
        <w:rPr>
          <w:b/>
        </w:rPr>
        <w:t xml:space="preserve">[09:47] </w:t>
      </w:r>
      <w:r>
        <w:t>toh zakat jab tak aap ki zindagi mein aap ki real life mein aap ki daily activities mein</w:t>
      </w:r>
    </w:p>
    <w:p>
      <w:pPr>
        <w:jc w:val="right"/>
      </w:pPr>
      <w:r>
        <w:t>تو زکوۃ جب تک آپ کی زندگی میں آپ کی ریئل لائف میں آپ کی ڈیلی ایکٹیویٹیز میں</w:t>
      </w:r>
    </w:p>
    <w:p>
      <w:r>
        <w:rPr>
          <w:b/>
        </w:rPr>
        <w:t xml:space="preserve">[09:53] </w:t>
      </w:r>
      <w:r>
        <w:t>translate na ho</w:t>
      </w:r>
    </w:p>
    <w:p>
      <w:pPr>
        <w:jc w:val="right"/>
      </w:pPr>
      <w:r>
        <w:t>ٹرانسلیٹ نہ ہو</w:t>
      </w:r>
    </w:p>
    <w:p>
      <w:r>
        <w:rPr>
          <w:b/>
        </w:rPr>
        <w:t xml:space="preserve">[09:56] </w:t>
      </w:r>
      <w:r>
        <w:t>tab tak woh ritual hai</w:t>
      </w:r>
    </w:p>
    <w:p>
      <w:pPr>
        <w:jc w:val="right"/>
      </w:pPr>
      <w:r>
        <w:t>تب تک وہ ریچولز ہے</w:t>
      </w:r>
    </w:p>
    <w:p>
      <w:r>
        <w:rPr>
          <w:b/>
        </w:rPr>
        <w:t xml:space="preserve">[10:00] </w:t>
      </w:r>
      <w:r>
        <w:t>yeh maamla hajj ka hai yahan bhi hajj after hajj ka maamla hai yaani ek wahan</w:t>
      </w:r>
    </w:p>
    <w:p>
      <w:pPr>
        <w:jc w:val="right"/>
      </w:pPr>
      <w:r>
        <w:t>یہ معاملہ حج کا ہے یہاں بھی حج افٹر حج کا معاملہ ہے یعنی ایک وہاں</w:t>
      </w:r>
    </w:p>
    <w:p>
      <w:r>
        <w:rPr>
          <w:b/>
        </w:rPr>
        <w:t xml:space="preserve">[10:06] </w:t>
      </w:r>
      <w:r>
        <w:t>jo aap ne ada kiya</w:t>
      </w:r>
    </w:p>
    <w:p>
      <w:pPr>
        <w:jc w:val="right"/>
      </w:pPr>
      <w:r>
        <w:t>جو آپ نے ادا کیا</w:t>
      </w:r>
    </w:p>
    <w:p>
      <w:r>
        <w:rPr>
          <w:b/>
        </w:rPr>
        <w:t xml:space="preserve">[10:10] </w:t>
      </w:r>
      <w:r>
        <w:t>kuch munassik kehte hain, munassik-e-haj, kuch rituals. Usko translate hona chahiye aap ki zindagi mein. Agar woh zindagi mein translate hua, tabhi haj hai, warna haj nahin hai. Woh to ek woh hai</w:t>
      </w:r>
    </w:p>
    <w:p>
      <w:pPr>
        <w:jc w:val="right"/>
      </w:pPr>
      <w:r>
        <w:t>کچھ مناسب کہتے ہیں مناسک حج کچھ ریچولز اس کو ٹرانسلیٹ ہونا چاہیے آپ کی زندگی میں اگر وہ زندگی میں ٹرانسلیٹ ہوا تبھی حج ہے ورنہ حج نہیں ہے وہ وہ تو ایک وہ ہے</w:t>
      </w:r>
    </w:p>
    <w:p>
      <w:r>
        <w:rPr>
          <w:b/>
        </w:rPr>
        <w:t xml:space="preserve">[10:28] </w:t>
      </w:r>
      <w:r>
        <w:t>hadith mein aata hai ke ek zamana aayega jab ke badi ek ajeeb hadith hai, bahut hi ajeeb hadith hai. Ek zamana aayega jab ke log haj aur umrah karenge tafreeh ke liye.</w:t>
      </w:r>
    </w:p>
    <w:p>
      <w:pPr>
        <w:jc w:val="right"/>
      </w:pPr>
      <w:r>
        <w:t>حدیث میں آتا ہے کہ ایک زمانہ آئے گا جب کہ بڑی ایک عجیب حدیث ہے بہت ہی عجیب حدیث ہے ایک زمانہ آئے گا جب کہ لوگ حج اور عمرہ کریں گے تفریح کے لیے</w:t>
      </w:r>
    </w:p>
    <w:p>
      <w:r>
        <w:rPr>
          <w:b/>
        </w:rPr>
        <w:t xml:space="preserve">[10:44] </w:t>
      </w:r>
      <w:r>
        <w:t>tafreeh ke liye yaani outing ke liye</w:t>
      </w:r>
    </w:p>
    <w:p>
      <w:pPr>
        <w:jc w:val="right"/>
      </w:pPr>
      <w:r>
        <w:t>تفریح کے لیے یعنی آؤٹنگ کے لیے</w:t>
      </w:r>
    </w:p>
    <w:p>
      <w:r>
        <w:rPr>
          <w:b/>
        </w:rPr>
        <w:t xml:space="preserve">[10:48] </w:t>
      </w:r>
      <w:r>
        <w:t>maine socha ke aakhir aisi hadees ka matlab kya hai</w:t>
      </w:r>
    </w:p>
    <w:p>
      <w:pPr>
        <w:jc w:val="right"/>
      </w:pPr>
      <w:r>
        <w:t>میں نے سوچا کہ آخر ایسی حدیث کا مطلب کیا ہے</w:t>
      </w:r>
    </w:p>
    <w:p>
      <w:r>
        <w:rPr>
          <w:b/>
        </w:rPr>
        <w:t xml:space="preserve">[10:53] </w:t>
      </w:r>
      <w:r>
        <w:t>kyunke qadeem zamanay mein</w:t>
      </w:r>
    </w:p>
    <w:p>
      <w:pPr>
        <w:jc w:val="right"/>
      </w:pPr>
      <w:r>
        <w:t>کیونکہ قدیم زمانے میں</w:t>
      </w:r>
    </w:p>
    <w:p>
      <w:r>
        <w:rPr>
          <w:b/>
        </w:rPr>
        <w:t xml:space="preserve">[10:56] </w:t>
      </w:r>
      <w:r>
        <w:t>jab log jatay thay hajj karne ke liye ya umrah karne ke liye to bari mushkil se safar</w:t>
      </w:r>
    </w:p>
    <w:p>
      <w:pPr>
        <w:jc w:val="right"/>
      </w:pPr>
      <w:r>
        <w:t>جب لوگ جاتے تھے حج کرنے کے لیے یا عمرہ کرنے کے لیے تو بڑی مشکل سے سفر</w:t>
      </w:r>
    </w:p>
    <w:p>
      <w:r>
        <w:rPr>
          <w:b/>
        </w:rPr>
        <w:t xml:space="preserve">[11:01] </w:t>
      </w:r>
      <w:r>
        <w:t>hota tha bohat mushkil se safar hota tha</w:t>
      </w:r>
    </w:p>
    <w:p>
      <w:pPr>
        <w:jc w:val="right"/>
      </w:pPr>
      <w:r>
        <w:t>ہوتا تھا بہت مشکل سے سفر ہوتا تھا</w:t>
      </w:r>
    </w:p>
    <w:p>
      <w:r>
        <w:rPr>
          <w:b/>
        </w:rPr>
        <w:t xml:space="preserve">[11:07] </w:t>
      </w:r>
      <w:r>
        <w:t>mere apne jo</w:t>
      </w:r>
    </w:p>
    <w:p>
      <w:pPr>
        <w:jc w:val="right"/>
      </w:pPr>
      <w:r>
        <w:t>میرے اپنے جو</w:t>
      </w:r>
    </w:p>
    <w:p>
      <w:r>
        <w:rPr>
          <w:b/>
        </w:rPr>
        <w:t xml:space="preserve">[11:10] </w:t>
      </w:r>
      <w:r>
        <w:t>the father in Allah hafiz hamid hasan alvi</w:t>
      </w:r>
    </w:p>
    <w:p>
      <w:pPr>
        <w:jc w:val="right"/>
      </w:pPr>
      <w:r>
        <w:t>تھے فادر ان اللہ حافظ حامد حسن علوی</w:t>
      </w:r>
    </w:p>
    <w:p>
      <w:r>
        <w:rPr>
          <w:b/>
        </w:rPr>
        <w:t xml:space="preserve">[11:16] </w:t>
      </w:r>
      <w:r>
        <w:t>wo hajj karne gaye thay is zamanay mein bohat pehle</w:t>
      </w:r>
    </w:p>
    <w:p>
      <w:pPr>
        <w:jc w:val="right"/>
      </w:pPr>
      <w:r>
        <w:t>وہ حج کرنے گئے تھے اس زمانے میں بہت پہلے</w:t>
      </w:r>
    </w:p>
    <w:p>
      <w:r>
        <w:rPr>
          <w:b/>
        </w:rPr>
        <w:t xml:space="preserve">[11:20] </w:t>
      </w:r>
      <w:r>
        <w:t>yaani british british period mein</w:t>
      </w:r>
    </w:p>
    <w:p>
      <w:pPr>
        <w:jc w:val="right"/>
      </w:pPr>
      <w:r>
        <w:t>یعنی برٹش برٹش پیریڈ میں</w:t>
      </w:r>
    </w:p>
    <w:p>
      <w:r>
        <w:rPr>
          <w:b/>
        </w:rPr>
        <w:t xml:space="preserve">[11:26] </w:t>
      </w:r>
      <w:r>
        <w:t>to jantay hain kya hua unka pani kisi ne</w:t>
      </w:r>
    </w:p>
    <w:p>
      <w:pPr>
        <w:jc w:val="right"/>
      </w:pPr>
      <w:r>
        <w:t>تو جانتے ہیں کیا ہوا ان کا پانی کسی نے</w:t>
      </w:r>
    </w:p>
    <w:p>
      <w:r>
        <w:rPr>
          <w:b/>
        </w:rPr>
        <w:t xml:space="preserve">[11:29] </w:t>
      </w:r>
      <w:r>
        <w:t>chori kar liya</w:t>
      </w:r>
    </w:p>
    <w:p>
      <w:pPr>
        <w:jc w:val="right"/>
      </w:pPr>
      <w:r>
        <w:t>چوری کر لیا</w:t>
      </w:r>
    </w:p>
    <w:p>
      <w:r>
        <w:rPr>
          <w:b/>
        </w:rPr>
        <w:t xml:space="preserve">[11:32] </w:t>
      </w:r>
      <w:r>
        <w:t>is zamanay mein pani aik bohat hi</w:t>
      </w:r>
    </w:p>
    <w:p>
      <w:pPr>
        <w:jc w:val="right"/>
      </w:pPr>
      <w:r>
        <w:t>اس زمانے میں پانی ایک بہت ہی</w:t>
      </w:r>
    </w:p>
    <w:p>
      <w:r>
        <w:rPr>
          <w:b/>
        </w:rPr>
        <w:t xml:space="preserve">[11:35] </w:t>
      </w:r>
      <w:r>
        <w:t>is ki scarcity thi bohat hi mushkil se kahin se pani letay thay bashar ke bhartay thay sath</w:t>
      </w:r>
    </w:p>
    <w:p>
      <w:pPr>
        <w:jc w:val="right"/>
      </w:pPr>
      <w:r>
        <w:t>اس کی اسکرسٹی تھی بہت ہی مشکل سے کہیں سے پانی لیتے تھے بشر کے بھرتے تھے ساتھ</w:t>
      </w:r>
    </w:p>
    <w:p>
      <w:r>
        <w:rPr>
          <w:b/>
        </w:rPr>
        <w:t xml:space="preserve">[11:42] </w:t>
      </w:r>
      <w:r>
        <w:t>sath rakhtay thay is ko to unka pani chori ho gaya</w:t>
      </w:r>
    </w:p>
    <w:p>
      <w:pPr>
        <w:jc w:val="right"/>
      </w:pPr>
      <w:r>
        <w:t>ساتھ رکھتے تھے اس کو تو ان کا پانی چوری ہو گیا</w:t>
      </w:r>
    </w:p>
    <w:p>
      <w:r>
        <w:rPr>
          <w:b/>
        </w:rPr>
        <w:t xml:space="preserve">[11:47] </w:t>
      </w:r>
      <w:r>
        <w:t>aaj wahan pani ko koi chori nahi karega kyunke pani har taraf yaani jahan chahay wohin pani</w:t>
      </w:r>
    </w:p>
    <w:p>
      <w:pPr>
        <w:jc w:val="right"/>
      </w:pPr>
      <w:r>
        <w:t>آج وہاں پانی کو کوئی چوری نہیں کرے گا کیونکہ پانی ہر طرف یعنی جہاں چاہے وہیں پانی</w:t>
      </w:r>
    </w:p>
    <w:p>
      <w:r>
        <w:rPr>
          <w:b/>
        </w:rPr>
        <w:t xml:space="preserve">[11:54] </w:t>
      </w:r>
      <w:r>
        <w:t>maujood hai oont par safar kar ke gaye thay wo</w:t>
      </w:r>
    </w:p>
    <w:p>
      <w:pPr>
        <w:jc w:val="right"/>
      </w:pPr>
      <w:r>
        <w:t>موجود ہے اونٹ پر سفر کر کے گئے تھے وہ</w:t>
      </w:r>
    </w:p>
    <w:p>
      <w:r>
        <w:rPr>
          <w:b/>
        </w:rPr>
        <w:t xml:space="preserve">[12:01] </w:t>
      </w:r>
      <w:r>
        <w:t>pani ke jahaz mein bari mushkil mein safar kiya tha unhon ne ganga ke rastay kolkatta gaye</w:t>
      </w:r>
    </w:p>
    <w:p>
      <w:pPr>
        <w:jc w:val="right"/>
      </w:pPr>
      <w:r>
        <w:t>پانی کے جہاز میں بڑی مشکل میں سفر کیا تھا انہوں نے گنگا کے راستے کلکتے گئے</w:t>
      </w:r>
    </w:p>
    <w:p>
      <w:r>
        <w:rPr>
          <w:b/>
        </w:rPr>
        <w:t xml:space="preserve">[12:08] </w:t>
      </w:r>
      <w:r>
        <w:t>kashti mein phir wahan se kaisay kaisay pohanchay bohat waqt laga</w:t>
      </w:r>
    </w:p>
    <w:p>
      <w:pPr>
        <w:jc w:val="right"/>
      </w:pPr>
      <w:r>
        <w:t>کشتی میں پھر وہاں سے کیسے کیسے پہنچے بہت وقت لگا</w:t>
      </w:r>
    </w:p>
    <w:p>
      <w:r>
        <w:rPr>
          <w:b/>
        </w:rPr>
        <w:t xml:space="preserve">[12:13] </w:t>
      </w:r>
      <w:r>
        <w:t>yehi sab ka haal hota tha</w:t>
      </w:r>
    </w:p>
    <w:p>
      <w:pPr>
        <w:jc w:val="right"/>
      </w:pPr>
      <w:r>
        <w:t>یہی سب کا حال ہوتا تھا</w:t>
      </w:r>
    </w:p>
    <w:p>
      <w:r>
        <w:rPr>
          <w:b/>
        </w:rPr>
        <w:t xml:space="preserve">[12:18] </w:t>
      </w:r>
      <w:r>
        <w:t>to pehlay zamanay mein is hadith ka koi matlab nahi tha ke hajj aur umrah hajj aur umrah</w:t>
      </w:r>
    </w:p>
    <w:p>
      <w:pPr>
        <w:jc w:val="right"/>
      </w:pPr>
      <w:r>
        <w:t>تو پہلے زمانے میں اس حدیث کا کوئی مطلب نہیں تھا کہ حج اور عمرہ حج اور عمرہ</w:t>
      </w:r>
    </w:p>
    <w:p>
      <w:r>
        <w:rPr>
          <w:b/>
        </w:rPr>
        <w:t xml:space="preserve">[12:24] </w:t>
      </w:r>
      <w:r>
        <w:t>kahin ke tafreeh ke liye kyunke hajj aur umrah ka safar to musibat ka safar tha mushaqqat ka</w:t>
      </w:r>
    </w:p>
    <w:p>
      <w:pPr>
        <w:jc w:val="right"/>
      </w:pPr>
      <w:r>
        <w:t>کہیں کہ تفریح کے لیے کیونکہ حج اور عمرہ کا سفر تو مصیبت کا سفر تھا مشقت کا</w:t>
      </w:r>
    </w:p>
    <w:p>
      <w:r>
        <w:rPr>
          <w:b/>
        </w:rPr>
        <w:t xml:space="preserve">[12:30] </w:t>
      </w:r>
      <w:r>
        <w:t>safar tha to is ka matlab kya hai yeh hai modern scientific age ka ke baray mein</w:t>
      </w:r>
    </w:p>
    <w:p>
      <w:pPr>
        <w:jc w:val="right"/>
      </w:pPr>
      <w:r>
        <w:t>سفر تھا تو اس کا مطلب کیا ہے یہ ہے ماڈرن سائنٹیفک ایج کا کے بارے میں</w:t>
      </w:r>
    </w:p>
    <w:p>
      <w:r>
        <w:rPr>
          <w:b/>
        </w:rPr>
        <w:t xml:space="preserve">[12:43] </w:t>
      </w:r>
      <w:r>
        <w:t>ke aaj jantay hain ke aaj sarkain ban gayi hain</w:t>
      </w:r>
    </w:p>
    <w:p>
      <w:pPr>
        <w:jc w:val="right"/>
      </w:pPr>
      <w:r>
        <w:t>کہ آج جانتے ہیں کہ آج سڑکیں بن گئی ہیں</w:t>
      </w:r>
    </w:p>
    <w:p>
      <w:r>
        <w:rPr>
          <w:b/>
        </w:rPr>
        <w:t xml:space="preserve">[12:46] </w:t>
      </w:r>
      <w:r>
        <w:t>car dorr rahay hain</w:t>
      </w:r>
    </w:p>
    <w:p>
      <w:pPr>
        <w:jc w:val="right"/>
      </w:pPr>
      <w:r>
        <w:t>کار دوڑ رہے ہیں</w:t>
      </w:r>
    </w:p>
    <w:p>
      <w:r>
        <w:rPr>
          <w:b/>
        </w:rPr>
        <w:t xml:space="preserve">[12:49] </w:t>
      </w:r>
      <w:r>
        <w:t>hawai jahaz urr rahay hain wahan jaiye to wahan hotel banay huay hain cheezon ki ifraat hai</w:t>
      </w:r>
    </w:p>
    <w:p>
      <w:pPr>
        <w:jc w:val="right"/>
      </w:pPr>
      <w:r>
        <w:t>ہوائی جہاز اڑ رہے ہیں وہاں جائیے تو وہاں ہوٹل بنے ہوئے ہیں چیزوں کی افراط ہے</w:t>
      </w:r>
    </w:p>
    <w:p>
      <w:r>
        <w:rPr>
          <w:b/>
        </w:rPr>
        <w:t xml:space="preserve">[12:57] </w:t>
      </w:r>
      <w:r>
        <w:t>to scientific age ya industrial age aana tha tab ja kar ke is</w:t>
      </w:r>
    </w:p>
    <w:p>
      <w:pPr>
        <w:jc w:val="right"/>
      </w:pPr>
      <w:r>
        <w:t>تو سائنٹیفک ایج یا انڈسٹریل ایج آنا تھا تب جا کر کے اس</w:t>
      </w:r>
    </w:p>
    <w:p>
      <w:r>
        <w:rPr>
          <w:b/>
        </w:rPr>
        <w:t xml:space="preserve">[13:03] </w:t>
      </w:r>
      <w:r>
        <w:t>hadith ka matlab banta tha</w:t>
      </w:r>
    </w:p>
    <w:p>
      <w:pPr>
        <w:jc w:val="right"/>
      </w:pPr>
      <w:r>
        <w:t>حدیث کا مطلب بنتا تھا</w:t>
      </w:r>
    </w:p>
    <w:p>
      <w:r>
        <w:rPr>
          <w:b/>
        </w:rPr>
        <w:t xml:space="preserve">[13:06] </w:t>
      </w:r>
      <w:r>
        <w:t>keh log hajj aur umrah karein ge tafreeh ke liye outing ke liye</w:t>
      </w:r>
    </w:p>
    <w:p>
      <w:pPr>
        <w:jc w:val="right"/>
      </w:pPr>
      <w:r>
        <w:t>کہ لوگ حج اور عمرہ کریں گے تفریح کے لیے آؤٹنگ کے لیے</w:t>
      </w:r>
    </w:p>
    <w:p>
      <w:r>
        <w:rPr>
          <w:b/>
        </w:rPr>
        <w:t xml:space="preserve">[13:11] </w:t>
      </w:r>
      <w:r>
        <w:t>to is mein aik aitbaar se dekhiye aap</w:t>
      </w:r>
    </w:p>
    <w:p>
      <w:pPr>
        <w:jc w:val="right"/>
      </w:pPr>
      <w:r>
        <w:t>تو اس میں ایک اعتبار سے دیکھیے آپ</w:t>
      </w:r>
    </w:p>
    <w:p>
      <w:r>
        <w:rPr>
          <w:b/>
        </w:rPr>
        <w:t xml:space="preserve">[13:15] </w:t>
      </w:r>
      <w:r>
        <w:t>to is baat ki aik evidence hai keh Muhammad Allah ke rasool thay</w:t>
      </w:r>
    </w:p>
    <w:p>
      <w:pPr>
        <w:jc w:val="right"/>
      </w:pPr>
      <w:r>
        <w:t>تو اس بات کی ایک ایویڈنس ہے کہ محمد اللہ کے رسول تھے</w:t>
      </w:r>
    </w:p>
    <w:p>
      <w:r>
        <w:rPr>
          <w:b/>
        </w:rPr>
        <w:t xml:space="preserve">[13:23] </w:t>
      </w:r>
      <w:r>
        <w:t>کیونکہ اس زمانے میں یعنی 7th century کا جو فرسٹ کوارٹر ہے تب کی بات ہے یہ</w:t>
      </w:r>
    </w:p>
    <w:p>
      <w:pPr>
        <w:jc w:val="right"/>
      </w:pPr>
      <w:r>
        <w:t>کیونکہ اس زمانے میں یعنی سیون سینچری کا جو فرسٹ کوارٹر ہے تب کی بات ہے یہ</w:t>
      </w:r>
    </w:p>
    <w:p>
      <w:r>
        <w:rPr>
          <w:b/>
        </w:rPr>
        <w:t xml:space="preserve">[13:30] </w:t>
      </w:r>
      <w:r>
        <w:t>ab se chouda sou saal baad</w:t>
      </w:r>
    </w:p>
    <w:p>
      <w:pPr>
        <w:jc w:val="right"/>
      </w:pPr>
      <w:r>
        <w:t>اب سے چودہ سو سال بعد</w:t>
      </w:r>
    </w:p>
    <w:p>
      <w:r>
        <w:rPr>
          <w:b/>
        </w:rPr>
        <w:t xml:space="preserve">[13:34] </w:t>
      </w:r>
      <w:r>
        <w:t>seven century AD ka first quarter</w:t>
      </w:r>
    </w:p>
    <w:p>
      <w:pPr>
        <w:jc w:val="right"/>
      </w:pPr>
      <w:r>
        <w:t>سیون سینچری اے ڈی کا فرسٹ کوارٹر</w:t>
      </w:r>
    </w:p>
    <w:p>
      <w:r>
        <w:rPr>
          <w:b/>
        </w:rPr>
        <w:t xml:space="preserve">[13:38] </w:t>
      </w:r>
      <w:r>
        <w:t>tab kuch bhi nahi tha woh facilities jo aaj hain woh kuch bhi nahi thi na road tha</w:t>
      </w:r>
    </w:p>
    <w:p>
      <w:pPr>
        <w:jc w:val="right"/>
      </w:pPr>
      <w:r>
        <w:t>تب کچھ بھی نہیں تھا وہ فیسلیٹیز جو آج ہیں وہ کچھ بھی نہیں تھی نہ روڈ تھا</w:t>
      </w:r>
    </w:p>
    <w:p>
      <w:r>
        <w:rPr>
          <w:b/>
        </w:rPr>
        <w:t xml:space="preserve">[13:45] </w:t>
      </w:r>
      <w:r>
        <w:t>na motor car thi na hawai jahaz thay na</w:t>
      </w:r>
    </w:p>
    <w:p>
      <w:pPr>
        <w:jc w:val="right"/>
      </w:pPr>
      <w:r>
        <w:t>نہ موٹر کار تھی نہ ہوائی جہاز تھے نہ</w:t>
      </w:r>
    </w:p>
    <w:p>
      <w:r>
        <w:rPr>
          <w:b/>
        </w:rPr>
        <w:t xml:space="preserve">[13:48] </w:t>
      </w:r>
      <w:r>
        <w:t>five star hotel hua karte thay</w:t>
      </w:r>
    </w:p>
    <w:p>
      <w:pPr>
        <w:jc w:val="right"/>
      </w:pPr>
      <w:r>
        <w:t>فائیو اور سٹار ہوٹل ہوا کرتے تھے</w:t>
      </w:r>
    </w:p>
    <w:p>
      <w:r>
        <w:rPr>
          <w:b/>
        </w:rPr>
        <w:t xml:space="preserve">[13:51] </w:t>
      </w:r>
      <w:r>
        <w:t>na khane peene ki itni afraat thi</w:t>
      </w:r>
    </w:p>
    <w:p>
      <w:pPr>
        <w:jc w:val="right"/>
      </w:pPr>
      <w:r>
        <w:t>نہ کھانے پینے کی اتنی افراط تھی</w:t>
      </w:r>
    </w:p>
    <w:p>
      <w:r>
        <w:rPr>
          <w:b/>
        </w:rPr>
        <w:t xml:space="preserve">[13:55] </w:t>
      </w:r>
      <w:r>
        <w:t>تو اس کا معنی ہے کہ industrial age کے بارے میں یہ حدیث تھی</w:t>
      </w:r>
    </w:p>
    <w:p>
      <w:pPr>
        <w:jc w:val="right"/>
      </w:pPr>
      <w:r>
        <w:t>تو اس کا معنی ہے کہ انڈسٹریل ایج کے بارے میں یہ حدیث تھی</w:t>
      </w:r>
    </w:p>
    <w:p>
      <w:r>
        <w:rPr>
          <w:b/>
        </w:rPr>
        <w:t xml:space="preserve">[14:00] </w:t>
      </w:r>
      <w:r>
        <w:t>to aap ghor kijiye keh seven century ke first quarter mein kaun janta tha</w:t>
      </w:r>
    </w:p>
    <w:p>
      <w:pPr>
        <w:jc w:val="right"/>
      </w:pPr>
      <w:r>
        <w:t>تو آپ غور کیجئے کہ سیون سینچری کے فرسٹ کوارٹر میں کون جانتا تھا</w:t>
      </w:r>
    </w:p>
    <w:p>
      <w:r>
        <w:rPr>
          <w:b/>
        </w:rPr>
        <w:t xml:space="preserve">[14:07] </w:t>
      </w:r>
      <w:r>
        <w:t>keh industrial age aane wala hai</w:t>
      </w:r>
    </w:p>
    <w:p>
      <w:pPr>
        <w:jc w:val="right"/>
      </w:pPr>
      <w:r>
        <w:t>کہ انڈسٹریل ایج آنے والا ہے</w:t>
      </w:r>
    </w:p>
    <w:p>
      <w:r>
        <w:rPr>
          <w:b/>
        </w:rPr>
        <w:t xml:space="preserve">[14:10] </w:t>
      </w:r>
      <w:r>
        <w:t>aur is waqt safar karna ek bahut hi tafreeh ki cheez ban jayegi entertainment ban jayega</w:t>
      </w:r>
    </w:p>
    <w:p>
      <w:pPr>
        <w:jc w:val="right"/>
      </w:pPr>
      <w:r>
        <w:t>اور اس وقت سفر کرنا ایک بہت ہی تفریح کی چیز بن جائے گی انٹرٹینمنٹ بن جائے گا</w:t>
      </w:r>
    </w:p>
    <w:p>
      <w:r>
        <w:rPr>
          <w:b/>
        </w:rPr>
        <w:t xml:space="preserve">[14:16] </w:t>
      </w:r>
      <w:r>
        <w:t>enjoy karega aadmi safar se</w:t>
      </w:r>
    </w:p>
    <w:p>
      <w:pPr>
        <w:jc w:val="right"/>
      </w:pPr>
      <w:r>
        <w:t>انجوائے کرے گا آدمی سفر سے</w:t>
      </w:r>
    </w:p>
    <w:p>
      <w:r>
        <w:rPr>
          <w:b/>
        </w:rPr>
        <w:t xml:space="preserve">[14:20] </w:t>
      </w:r>
      <w:r>
        <w:t>to is mein do baatein hain dekhiye is hadith mein aik taraf to is hadith se yeh nikalta</w:t>
      </w:r>
    </w:p>
    <w:p>
      <w:pPr>
        <w:jc w:val="right"/>
      </w:pPr>
      <w:r>
        <w:t>تو اس میں دو باتیں ہیں دیکھیے اس حدیث میں ایک طرف تو اس حدیث سے یہ نکلتا</w:t>
      </w:r>
    </w:p>
    <w:p>
      <w:r>
        <w:rPr>
          <w:b/>
        </w:rPr>
        <w:t xml:space="preserve">[14:26] </w:t>
      </w:r>
      <w:r>
        <w:t>hai keh Muhammad bin Abdullah bin Abdul Muttalib</w:t>
      </w:r>
    </w:p>
    <w:p>
      <w:pPr>
        <w:jc w:val="right"/>
      </w:pPr>
      <w:r>
        <w:t>ہے کہ محمد بن عبداللہ بن عبدالمطلب</w:t>
      </w:r>
    </w:p>
    <w:p>
      <w:r>
        <w:rPr>
          <w:b/>
        </w:rPr>
        <w:t xml:space="preserve">[14:30] </w:t>
      </w:r>
      <w:r>
        <w:t>waqai maano mein Khuda ke rasool thay kyun sirf</w:t>
      </w:r>
    </w:p>
    <w:p>
      <w:pPr>
        <w:jc w:val="right"/>
      </w:pPr>
      <w:r>
        <w:t>واقعی معنوں میں خدا کے رسول تھے کیوں صرف</w:t>
      </w:r>
    </w:p>
    <w:p>
      <w:r>
        <w:rPr>
          <w:b/>
        </w:rPr>
        <w:t xml:space="preserve">[14:34] </w:t>
      </w:r>
      <w:r>
        <w:t>Khudaye alam ul ghaib hi ko pata tha keh aisa hone wala hai</w:t>
      </w:r>
    </w:p>
    <w:p>
      <w:pPr>
        <w:jc w:val="right"/>
      </w:pPr>
      <w:r>
        <w:t>خدائے عالم الغیب ہی کو پتہ تھا کہ ایسا ہونے والا ہے</w:t>
      </w:r>
    </w:p>
    <w:p>
      <w:r>
        <w:rPr>
          <w:b/>
        </w:rPr>
        <w:t xml:space="preserve">[14:38] </w:t>
      </w:r>
      <w:r>
        <w:t>yaani zameen mein woh cheezein hidden roop mein hain</w:t>
      </w:r>
    </w:p>
    <w:p>
      <w:pPr>
        <w:jc w:val="right"/>
      </w:pPr>
      <w:r>
        <w:t>یعنی زمین میں وہ چیزیں ہڈن روپ میں ہیں</w:t>
      </w:r>
    </w:p>
    <w:p>
      <w:r>
        <w:rPr>
          <w:b/>
        </w:rPr>
        <w:t xml:space="preserve">[14:43] </w:t>
      </w:r>
      <w:r>
        <w:t>جن کو کہ نکال کر کے انسان industrial civilization بنائے گا</w:t>
      </w:r>
    </w:p>
    <w:p>
      <w:pPr>
        <w:jc w:val="right"/>
      </w:pPr>
      <w:r>
        <w:t>جن کو کہ نکال کر کے انسان انڈسٹریل سولائزیشن بنائے گا</w:t>
      </w:r>
    </w:p>
    <w:p>
      <w:r>
        <w:rPr>
          <w:b/>
        </w:rPr>
        <w:t xml:space="preserve">[14:48] </w:t>
      </w:r>
      <w:r>
        <w:t>Khuda ko pata tha keh is zameen ke andar</w:t>
      </w:r>
    </w:p>
    <w:p>
      <w:pPr>
        <w:jc w:val="right"/>
      </w:pPr>
      <w:r>
        <w:t>خدا کو پتہ تھا کہ اس زمین کے اندر</w:t>
      </w:r>
    </w:p>
    <w:p>
      <w:r>
        <w:rPr>
          <w:b/>
        </w:rPr>
        <w:t xml:space="preserve">[14:52] </w:t>
      </w:r>
      <w:r>
        <w:t>is duniya ke andar woh saare saman woh saari cheezein hidden roop mein hain kabhi insaan ko nikale</w:t>
      </w:r>
    </w:p>
    <w:p>
      <w:pPr>
        <w:jc w:val="right"/>
      </w:pPr>
      <w:r>
        <w:t>اس دنیا کے اندر وہ سارے سامان وہ ساری چیزیں ہڈن روپ میں ہیں کبھی انسان کو نکالے</w:t>
      </w:r>
    </w:p>
    <w:p>
      <w:r>
        <w:rPr>
          <w:b/>
        </w:rPr>
        <w:t xml:space="preserve">[15:00] </w:t>
      </w:r>
      <w:r>
        <w:t>گا اور نکال کر کے industrial civilization بنائے گا</w:t>
      </w:r>
    </w:p>
    <w:p>
      <w:pPr>
        <w:jc w:val="right"/>
      </w:pPr>
      <w:r>
        <w:t>گا اور نکال کر کے انڈسٹریل سولائزیشن بنائے گا</w:t>
      </w:r>
    </w:p>
    <w:p>
      <w:r>
        <w:rPr>
          <w:b/>
        </w:rPr>
        <w:t xml:space="preserve">[15:05] </w:t>
      </w:r>
      <w:r>
        <w:t>yeh kisi ko pata nahi tha koi bhi aadmi nahi janta tha is ko</w:t>
      </w:r>
    </w:p>
    <w:p>
      <w:pPr>
        <w:jc w:val="right"/>
      </w:pPr>
      <w:r>
        <w:t>یہ کسی کو پتہ نہیں تھا کوئی بھی آدمی نہیں جانتا تھا اس کو</w:t>
      </w:r>
    </w:p>
    <w:p>
      <w:r>
        <w:rPr>
          <w:b/>
        </w:rPr>
        <w:t xml:space="preserve">[15:10] </w:t>
      </w:r>
      <w:r>
        <w:t>to yeh sirf Khuda ko pata tha aur Khuda ne bataya apne prophet ko aur prophet ne is</w:t>
      </w:r>
    </w:p>
    <w:p>
      <w:pPr>
        <w:jc w:val="right"/>
      </w:pPr>
      <w:r>
        <w:t>تو یہ صرف خدا کو پتہ تھا اور خدا نے بتایا اپنے پرافٹ کو اور پرافٹ نے اس</w:t>
      </w:r>
    </w:p>
    <w:p>
      <w:r>
        <w:rPr>
          <w:b/>
        </w:rPr>
        <w:t xml:space="preserve">[15:15] </w:t>
      </w:r>
      <w:r>
        <w:t>tareeqe se kaha</w:t>
      </w:r>
    </w:p>
    <w:p>
      <w:pPr>
        <w:jc w:val="right"/>
      </w:pPr>
      <w:r>
        <w:t>طریقے سے کہا</w:t>
      </w:r>
    </w:p>
    <w:p>
      <w:r>
        <w:rPr>
          <w:b/>
        </w:rPr>
        <w:t xml:space="preserve">[15:18] </w:t>
      </w:r>
      <w:r>
        <w:t>to aik aitbaar se yeh hadith</w:t>
      </w:r>
    </w:p>
    <w:p>
      <w:pPr>
        <w:jc w:val="right"/>
      </w:pPr>
      <w:r>
        <w:t>تو ایک اعتبار سے یہ حدیث</w:t>
      </w:r>
    </w:p>
    <w:p>
      <w:r>
        <w:rPr>
          <w:b/>
        </w:rPr>
        <w:t xml:space="preserve">[15:19] </w:t>
      </w:r>
      <w:r>
        <w:t>جو ہے اس بات کا پروف ہے ایویڈنس ہے کہ آپ خدا کے prophet تھے اور خدا نے</w:t>
      </w:r>
    </w:p>
    <w:p>
      <w:pPr>
        <w:jc w:val="right"/>
      </w:pPr>
      <w:r>
        <w:t>جو ہے اس بات کا پروف ہے ایویڈنس ہے کہ آپ خدا کے پرافٹ تھے اور خدا نے</w:t>
      </w:r>
    </w:p>
    <w:p>
      <w:r>
        <w:rPr>
          <w:b/>
        </w:rPr>
        <w:t xml:space="preserve">[15:27] </w:t>
      </w:r>
      <w:r>
        <w:t>aap ko bataya to aap ne insaan ko bataya</w:t>
      </w:r>
    </w:p>
    <w:p>
      <w:pPr>
        <w:jc w:val="right"/>
      </w:pPr>
      <w:r>
        <w:t>آپ کو بتایا تو آپ نے انسان کو بتایا</w:t>
      </w:r>
    </w:p>
    <w:p>
      <w:r>
        <w:rPr>
          <w:b/>
        </w:rPr>
        <w:t xml:space="preserve">[15:31] </w:t>
      </w:r>
      <w:r>
        <w:t>aur doosre aitbaar se woh is baat ka</w:t>
      </w:r>
    </w:p>
    <w:p>
      <w:pPr>
        <w:jc w:val="right"/>
      </w:pPr>
      <w:r>
        <w:t>اور دوسرے اعتبار سے وہ اس بات کا</w:t>
      </w:r>
    </w:p>
    <w:p>
      <w:r>
        <w:rPr>
          <w:b/>
        </w:rPr>
        <w:t xml:space="preserve">[15:35] </w:t>
      </w:r>
      <w:r>
        <w:t>ki peshgi khabar thi ke ek zamana aye ga ke musalmanon mein spirit to rahe gi nahin lekin</w:t>
      </w:r>
    </w:p>
    <w:p>
      <w:pPr>
        <w:jc w:val="right"/>
      </w:pPr>
      <w:r>
        <w:t>کی پیشگی خبر تھی کہ ایک زمانہ آئے گا کہ مسلمانوں میں اسپرٹ تو رہے گی نہیں لیکن</w:t>
      </w:r>
    </w:p>
    <w:p>
      <w:r>
        <w:rPr>
          <w:b/>
        </w:rPr>
        <w:t xml:space="preserve">[15:44] </w:t>
      </w:r>
      <w:r>
        <w:t>tafrih ke liye khoob hajj karen ge</w:t>
      </w:r>
    </w:p>
    <w:p>
      <w:pPr>
        <w:jc w:val="right"/>
      </w:pPr>
      <w:r>
        <w:t>تفریح کے لیے خوب حج کریں گے</w:t>
      </w:r>
    </w:p>
    <w:p>
      <w:r>
        <w:rPr>
          <w:b/>
        </w:rPr>
        <w:t xml:space="preserve">[15:47] </w:t>
      </w:r>
      <w:r>
        <w:t>jo spirit hai hajj ki wo baqi nahin rahe gi lekin un ke liye ek ek outing ban</w:t>
      </w:r>
    </w:p>
    <w:p>
      <w:pPr>
        <w:jc w:val="right"/>
      </w:pPr>
      <w:r>
        <w:t>جو اسپرٹ ہے حج کی وہ باقی نہیں رہے گی لیکن ان کے لیے ایک ایک آؤٹنگ بن</w:t>
      </w:r>
    </w:p>
    <w:p>
      <w:r>
        <w:rPr>
          <w:b/>
        </w:rPr>
        <w:t xml:space="preserve">[15:52] </w:t>
      </w:r>
      <w:r>
        <w:t>jaye gi outing kar rahe hain wahan pehle zamane mein jo madine ki jo masjid hai haram wo</w:t>
      </w:r>
    </w:p>
    <w:p>
      <w:pPr>
        <w:jc w:val="right"/>
      </w:pPr>
      <w:r>
        <w:t>جائے گی آؤٹنگ کر رہے ہیں وہاں پہلے زمانے میں جو مدینے کی جو مسجد ہے حرم وہ</w:t>
      </w:r>
    </w:p>
    <w:p>
      <w:r>
        <w:rPr>
          <w:b/>
        </w:rPr>
        <w:t xml:space="preserve">[16:00] </w:t>
      </w:r>
      <w:r>
        <w:t>to ek ek jhonpdi ke roop mein thi wo chhappar tha upar aur</w:t>
      </w:r>
    </w:p>
    <w:p>
      <w:pPr>
        <w:jc w:val="right"/>
      </w:pPr>
      <w:r>
        <w:t>تو ایک ایک جھونپڑی کے روپ میں تھی وہ چھپر تھا اوپر اور</w:t>
      </w:r>
    </w:p>
    <w:p>
      <w:r>
        <w:rPr>
          <w:b/>
        </w:rPr>
        <w:t xml:space="preserve">[16:05] </w:t>
      </w:r>
      <w:r>
        <w:t>neeche jo hai kuch bhi nahin tha farsh par aaj wahan jayen to badshahon ke jo palace hote</w:t>
      </w:r>
    </w:p>
    <w:p>
      <w:pPr>
        <w:jc w:val="right"/>
      </w:pPr>
      <w:r>
        <w:t>نیچے جو ہے کچھ بھی نہیں تھا فرش پر آج وہاں جائیں تو بادشاہوں کے جو پیلس ہوتے</w:t>
      </w:r>
    </w:p>
    <w:p>
      <w:r>
        <w:rPr>
          <w:b/>
        </w:rPr>
        <w:t xml:space="preserve">[16:13] </w:t>
      </w:r>
      <w:r>
        <w:t>hain is se bara shandar bana hua hai mahal aaj ka jo haram hai makkah ka haram aur</w:t>
      </w:r>
    </w:p>
    <w:p>
      <w:pPr>
        <w:jc w:val="right"/>
      </w:pPr>
      <w:r>
        <w:t>ہیں اس سے بڑا شاندار بنا ہوا ہے محل آج کا جو حرم ہے مکے کا حرم اور</w:t>
      </w:r>
    </w:p>
    <w:p>
      <w:r>
        <w:rPr>
          <w:b/>
        </w:rPr>
        <w:t xml:space="preserve">[16:19] </w:t>
      </w:r>
      <w:r>
        <w:t>madine ka haram</w:t>
      </w:r>
    </w:p>
    <w:p>
      <w:pPr>
        <w:jc w:val="right"/>
      </w:pPr>
      <w:r>
        <w:t>مدینے کا حرم</w:t>
      </w:r>
    </w:p>
    <w:p>
      <w:r>
        <w:rPr>
          <w:b/>
        </w:rPr>
        <w:t xml:space="preserve">[16:21] </w:t>
      </w:r>
      <w:r>
        <w:t>badshahon ke palace se bhi ziyada shandar hai full air condition hai har qism ki facilities wahan par</w:t>
      </w:r>
    </w:p>
    <w:p>
      <w:pPr>
        <w:jc w:val="right"/>
      </w:pPr>
      <w:r>
        <w:t>بادشاہوں کے پیلس سے بھی زیادہ شاندار ہے فل ایئر کنڈیشن ہے ہر قسم کی فیسلیٹیز وہاں پر</w:t>
      </w:r>
    </w:p>
    <w:p>
      <w:r>
        <w:rPr>
          <w:b/>
        </w:rPr>
        <w:t xml:space="preserve">[16:27] </w:t>
      </w:r>
      <w:r>
        <w:t>hain to ab jo hai spirit hai nahin lekin entertainment ka shauq hai enjoy karne ka shauq hai</w:t>
      </w:r>
    </w:p>
    <w:p>
      <w:pPr>
        <w:jc w:val="right"/>
      </w:pPr>
      <w:r>
        <w:t>ہیں تو اب جو ہے اسپرٹ ہے نہیں لیکن انٹرٹینمنٹ کا شوق ہے انجوائے کرنے کا شوق ہے</w:t>
      </w:r>
    </w:p>
    <w:p>
      <w:r>
        <w:rPr>
          <w:b/>
        </w:rPr>
        <w:t xml:space="preserve">[16:38] </w:t>
      </w:r>
      <w:r>
        <w:t>outing ka shauq hai paisa logon ke paas khoob hai ja rahe hain wahan par</w:t>
      </w:r>
    </w:p>
    <w:p>
      <w:pPr>
        <w:jc w:val="right"/>
      </w:pPr>
      <w:r>
        <w:t>آؤٹنگ کا شوق ہے پیسہ لوگوں کے پاس خوب ہے جا رہے ہیں وہاں پر</w:t>
      </w:r>
    </w:p>
    <w:p>
      <w:r>
        <w:rPr>
          <w:b/>
        </w:rPr>
        <w:t xml:space="preserve">[16:45] </w:t>
      </w:r>
      <w:r>
        <w:t>to is qism ke hajj ki koi value nahin hai kuch bhi value nahin hai is ki</w:t>
      </w:r>
    </w:p>
    <w:p>
      <w:pPr>
        <w:jc w:val="right"/>
      </w:pPr>
      <w:r>
        <w:t>تو اس قسم کے حج کی کوئی ویلیو نہیں ہے کچھ بھی ویلیو نہیں ہے اس کی</w:t>
      </w:r>
    </w:p>
    <w:p>
      <w:r>
        <w:rPr>
          <w:b/>
        </w:rPr>
        <w:t xml:space="preserve">[16:51] </w:t>
      </w:r>
      <w:r>
        <w:t>to</w:t>
      </w:r>
    </w:p>
    <w:p>
      <w:pPr>
        <w:jc w:val="right"/>
      </w:pPr>
      <w:r>
        <w:t>تو</w:t>
      </w:r>
    </w:p>
    <w:p>
      <w:r>
        <w:rPr>
          <w:b/>
        </w:rPr>
        <w:t xml:space="preserve">[16:51] </w:t>
      </w:r>
      <w:r>
        <w:t>mein yeh keh raha hoon ke</w:t>
      </w:r>
    </w:p>
    <w:p>
      <w:pPr>
        <w:jc w:val="right"/>
      </w:pPr>
      <w:r>
        <w:t>میں یہ کہہ رہا ہوں کہ</w:t>
      </w:r>
    </w:p>
    <w:p>
      <w:r>
        <w:rPr>
          <w:b/>
        </w:rPr>
        <w:t xml:space="preserve">[16:55] </w:t>
      </w:r>
      <w:r>
        <w:t>ke jo ibadat hai bilashuba wahi insan ka asal maqsad hai lekin ibadat rituals ke bare mein nahin</w:t>
      </w:r>
    </w:p>
    <w:p>
      <w:pPr>
        <w:jc w:val="right"/>
      </w:pPr>
      <w:r>
        <w:t>کہ جو عبادت ہے بلاشبہ وہی انسان کا اصل مقصد ہے لیکن عبادت ریچولز کے بارے میں نہیں</w:t>
      </w:r>
    </w:p>
    <w:p>
      <w:r>
        <w:rPr>
          <w:b/>
        </w:rPr>
        <w:t xml:space="preserve">[17:03] </w:t>
      </w:r>
      <w:r>
        <w:t>hai jitni bhi ibadaten hain jitne bhi arkan hain islam ke in sab ka</w:t>
      </w:r>
    </w:p>
    <w:p>
      <w:pPr>
        <w:jc w:val="right"/>
      </w:pPr>
      <w:r>
        <w:t>ہے جتنی بھی عبادتیں ہیں جتنے بھی ارکان ہیں اسلام کے ان سب کا</w:t>
      </w:r>
    </w:p>
    <w:p>
      <w:r>
        <w:rPr>
          <w:b/>
        </w:rPr>
        <w:t xml:space="preserve">[17:12] </w:t>
      </w:r>
      <w:r>
        <w:t>log yeh samajhte hain ke kuch ek ek ek rituals hain kuch ek zahiri form hai is ko</w:t>
      </w:r>
    </w:p>
    <w:p>
      <w:pPr>
        <w:jc w:val="right"/>
      </w:pPr>
      <w:r>
        <w:t>لوگ یہ سمجھتے ہیں کہ کچھ ایک ایک ایک ریچولز ہیں کچھ ایک ظاہری فارم ہے اس کو</w:t>
      </w:r>
    </w:p>
    <w:p>
      <w:r>
        <w:rPr>
          <w:b/>
        </w:rPr>
        <w:t xml:space="preserve">[17:17] </w:t>
      </w:r>
      <w:r>
        <w:t>kar liya to wo ho gayi nahin</w:t>
      </w:r>
    </w:p>
    <w:p>
      <w:pPr>
        <w:jc w:val="right"/>
      </w:pPr>
      <w:r>
        <w:t>کر لیا تو وہ ہو گئی نہیں</w:t>
      </w:r>
    </w:p>
    <w:p>
      <w:r>
        <w:rPr>
          <w:b/>
        </w:rPr>
        <w:t xml:space="preserve">[17:21] </w:t>
      </w:r>
      <w:r>
        <w:t>is ke andar ek spirit hai</w:t>
      </w:r>
    </w:p>
    <w:p>
      <w:pPr>
        <w:jc w:val="right"/>
      </w:pPr>
      <w:r>
        <w:t>اس کے اندر ایک اسپرٹ ہے</w:t>
      </w:r>
    </w:p>
    <w:p>
      <w:r>
        <w:rPr>
          <w:b/>
        </w:rPr>
        <w:t xml:space="preserve">[17:24] </w:t>
      </w:r>
      <w:r>
        <w:t>jaise namaz hai aap kisi masjid ke gate par khare ho jaiye</w:t>
      </w:r>
    </w:p>
    <w:p>
      <w:pPr>
        <w:jc w:val="right"/>
      </w:pPr>
      <w:r>
        <w:t>جیسے نماز ہے آپ کسی مسجد کے گیٹ پر کھڑے ہو جائیے</w:t>
      </w:r>
    </w:p>
    <w:p>
      <w:r>
        <w:rPr>
          <w:b/>
        </w:rPr>
        <w:t xml:space="preserve">[17:29] </w:t>
      </w:r>
      <w:r>
        <w:t>log masjid mein namaz parh ke jab niklen ge to khoob ho ha karte hue niklen ge har</w:t>
      </w:r>
    </w:p>
    <w:p>
      <w:pPr>
        <w:jc w:val="right"/>
      </w:pPr>
      <w:r>
        <w:t>لوگ مسجد میں نماز پڑھ کے جب نکلیں گے تو خوب ہو ہا کرتے ہوئے نکلیں گے ہر</w:t>
      </w:r>
    </w:p>
    <w:p>
      <w:r>
        <w:rPr>
          <w:b/>
        </w:rPr>
        <w:t xml:space="preserve">[17:34] </w:t>
      </w:r>
      <w:r>
        <w:t>aadmi idhar udhar ki baaten kar raha hai</w:t>
      </w:r>
    </w:p>
    <w:p>
      <w:pPr>
        <w:jc w:val="right"/>
      </w:pPr>
      <w:r>
        <w:t>آدمی ادھر ادھر کی باتیں کر رہا ہے</w:t>
      </w:r>
    </w:p>
    <w:p>
      <w:r>
        <w:rPr>
          <w:b/>
        </w:rPr>
        <w:t xml:space="preserve">[17:37] </w:t>
      </w:r>
      <w:r>
        <w:t>koi</w:t>
      </w:r>
    </w:p>
    <w:p>
      <w:pPr>
        <w:jc w:val="right"/>
      </w:pPr>
      <w:r>
        <w:t>کوئی</w:t>
      </w:r>
    </w:p>
    <w:p>
      <w:r>
        <w:rPr>
          <w:b/>
        </w:rPr>
        <w:t xml:space="preserve">[17:37] </w:t>
      </w:r>
      <w:r>
        <w:t>bhi woh baat nahin kar raha jo kar ke wahan par aaya hai. Ek pehchan main bata raha hoon ke ke ritual wali namaz aur haqeeqi namaz mein kitna farq hai.</w:t>
      </w:r>
    </w:p>
    <w:p>
      <w:pPr>
        <w:jc w:val="right"/>
      </w:pPr>
      <w:r>
        <w:t>بھی وہ بات نہیں کر رہا جو کر کے وہاں پر آیا ہے ایک پہچان میں بتا رہا ہوں کہ کہ ریچول والی نماز اور حقیقی نماز میں کتنا فرق ہے</w:t>
      </w:r>
    </w:p>
    <w:p>
      <w:r>
        <w:rPr>
          <w:b/>
        </w:rPr>
        <w:t xml:space="preserve">[17:50] </w:t>
      </w:r>
      <w:r>
        <w:t>sahaba karam jo niklte the rasool Allah sallallahu alaihi wasallam ke jo companions the jo first generation</w:t>
      </w:r>
    </w:p>
    <w:p>
      <w:pPr>
        <w:jc w:val="right"/>
      </w:pPr>
      <w:r>
        <w:t>صحابہ کرام جو نکلتے تھے رسول اللہ صلی اللہ علیہ وسلم کے جو کمپینینز تھے جو فرسٹ جنریشن</w:t>
      </w:r>
    </w:p>
    <w:p>
      <w:r>
        <w:rPr>
          <w:b/>
        </w:rPr>
        <w:t xml:space="preserve">[17:56] </w:t>
      </w:r>
      <w:r>
        <w:t>thi islam ki first generation</w:t>
      </w:r>
    </w:p>
    <w:p>
      <w:pPr>
        <w:jc w:val="right"/>
      </w:pPr>
      <w:r>
        <w:t>تھی اسلام کی فرسٹ جنریشن</w:t>
      </w:r>
    </w:p>
    <w:p>
      <w:r>
        <w:rPr>
          <w:b/>
        </w:rPr>
        <w:t xml:space="preserve">[18:00] </w:t>
      </w:r>
      <w:r>
        <w:t>jin ko islam mila tha discovery se marifat se</w:t>
      </w:r>
    </w:p>
    <w:p>
      <w:pPr>
        <w:jc w:val="right"/>
      </w:pPr>
      <w:r>
        <w:t>جن کو اسلام ملا تھا ڈسکوری سے معرفت سے</w:t>
      </w:r>
    </w:p>
    <w:p>
      <w:r>
        <w:rPr>
          <w:b/>
        </w:rPr>
        <w:t xml:space="preserve">[18:04] </w:t>
      </w:r>
      <w:r>
        <w:t>to kitabon mein aata hai ke jab woh namaz parh kar niklte masjid ke bahar</w:t>
      </w:r>
    </w:p>
    <w:p>
      <w:pPr>
        <w:jc w:val="right"/>
      </w:pPr>
      <w:r>
        <w:t>تو کتابوں میں آتا ہے کہ جب وہ نماز پڑھ کر نکلتے مسجد کے باہر</w:t>
      </w:r>
    </w:p>
    <w:p>
      <w:r>
        <w:rPr>
          <w:b/>
        </w:rPr>
        <w:t xml:space="preserve">[18:11] </w:t>
      </w:r>
      <w:r>
        <w:t>to har aadmi chup rehta tha chup chap nikla chup chap apne ghar mein chala gaya</w:t>
      </w:r>
    </w:p>
    <w:p>
      <w:pPr>
        <w:jc w:val="right"/>
      </w:pPr>
      <w:r>
        <w:t>تو ہر آدمی چپ رہتا تھا چپ چاپ نکلا چپ چاپ اپنے گھر میں چلا گیا</w:t>
      </w:r>
    </w:p>
    <w:p>
      <w:r>
        <w:rPr>
          <w:b/>
        </w:rPr>
        <w:t xml:space="preserve">[18:19] </w:t>
      </w:r>
      <w:r>
        <w:t>masjid se chup chap nikla</w:t>
      </w:r>
    </w:p>
    <w:p>
      <w:pPr>
        <w:jc w:val="right"/>
      </w:pPr>
      <w:r>
        <w:t>مسجد سے چپ چاپ نکلا</w:t>
      </w:r>
    </w:p>
    <w:p>
      <w:r>
        <w:rPr>
          <w:b/>
        </w:rPr>
        <w:t xml:space="preserve">[18:21] </w:t>
      </w:r>
      <w:r>
        <w:t>aur chup chap apne ghar chala gaya</w:t>
      </w:r>
    </w:p>
    <w:p>
      <w:pPr>
        <w:jc w:val="right"/>
      </w:pPr>
      <w:r>
        <w:t>اور چپ چاپ اپنے گھر چلا گیا</w:t>
      </w:r>
    </w:p>
    <w:p>
      <w:r>
        <w:rPr>
          <w:b/>
        </w:rPr>
        <w:t xml:space="preserve">[18:28] </w:t>
      </w:r>
      <w:r>
        <w:t>kyun aisa hota tha</w:t>
      </w:r>
    </w:p>
    <w:p>
      <w:pPr>
        <w:jc w:val="right"/>
      </w:pPr>
      <w:r>
        <w:t>کیوں ایسا ہوتا تھا</w:t>
      </w:r>
    </w:p>
    <w:p>
      <w:r>
        <w:rPr>
          <w:b/>
        </w:rPr>
        <w:t xml:space="preserve">[18:31] </w:t>
      </w:r>
      <w:r>
        <w:t>namaz mein unhon ne jo kuch parha jo kuch kiya usi ko sochte thay woh usi ko sochte</w:t>
      </w:r>
    </w:p>
    <w:p>
      <w:pPr>
        <w:jc w:val="right"/>
      </w:pPr>
      <w:r>
        <w:t>نماز میں انہوں نے جو کچھ پڑھا جو کچھ کیا اسی کو سوچتے تھے وہ اسی کو سوچتے</w:t>
      </w:r>
    </w:p>
    <w:p>
      <w:r>
        <w:rPr>
          <w:b/>
        </w:rPr>
        <w:t xml:space="preserve">[18:35] </w:t>
      </w:r>
      <w:r>
        <w:t>hue nikalte thay</w:t>
      </w:r>
    </w:p>
    <w:p>
      <w:pPr>
        <w:jc w:val="right"/>
      </w:pPr>
      <w:r>
        <w:t>ہوئے نکلتے تھے</w:t>
      </w:r>
    </w:p>
    <w:p>
      <w:r>
        <w:rPr>
          <w:b/>
        </w:rPr>
        <w:t xml:space="preserve">[18:38] </w:t>
      </w:r>
      <w:r>
        <w:t>namaz mein unhon ne kaha ke Allah o Akbar</w:t>
      </w:r>
    </w:p>
    <w:p>
      <w:pPr>
        <w:jc w:val="right"/>
      </w:pPr>
      <w:r>
        <w:t>نماز میں انہوں نے کہا کہ اللہ اکبر</w:t>
      </w:r>
    </w:p>
    <w:p>
      <w:r>
        <w:rPr>
          <w:b/>
        </w:rPr>
        <w:t xml:space="preserve">[18:42] </w:t>
      </w:r>
      <w:r>
        <w:t>khuda bara hai to usi ko sochte hue nikalte thay ke khuda kitna zyada great hai hum is</w:t>
      </w:r>
    </w:p>
    <w:p>
      <w:pPr>
        <w:jc w:val="right"/>
      </w:pPr>
      <w:r>
        <w:t>خدا بڑا ہے تو اسی کو سوچتے ہوئے نکلتے تھے کہ خدا کتنا زیادہ گریٹ ہے ہم اس</w:t>
      </w:r>
    </w:p>
    <w:p>
      <w:r>
        <w:rPr>
          <w:b/>
        </w:rPr>
        <w:t xml:space="preserve">[18:49] </w:t>
      </w:r>
      <w:r>
        <w:t>ke muqable mein kitne kam hain hum helpless hain</w:t>
      </w:r>
    </w:p>
    <w:p>
      <w:pPr>
        <w:jc w:val="right"/>
      </w:pPr>
      <w:r>
        <w:t>کے مقابلے میں کتنے کم ہیں ہم ہیلپ لیس ہیں</w:t>
      </w:r>
    </w:p>
    <w:p>
      <w:r>
        <w:rPr>
          <w:b/>
        </w:rPr>
        <w:t xml:space="preserve">[18:54] </w:t>
      </w:r>
      <w:r>
        <w:t>almighty to khuda hai hum helpless hain is ko sochte hue nikal rahe hain ke khuda hamari</w:t>
      </w:r>
    </w:p>
    <w:p>
      <w:pPr>
        <w:jc w:val="right"/>
      </w:pPr>
      <w:r>
        <w:t>المائٹی تو خدا ہے ہم ہیلپ لیس ہیں اس کو سوچتے ہوئے نکل رہے ہیں کہ خدا ہماری</w:t>
      </w:r>
    </w:p>
    <w:p>
      <w:r>
        <w:rPr>
          <w:b/>
        </w:rPr>
        <w:t xml:space="preserve">[19:00] </w:t>
      </w:r>
      <w:r>
        <w:t>madad karega tabhi hum hamare kaam banenge woh nahi</w:t>
      </w:r>
    </w:p>
    <w:p>
      <w:pPr>
        <w:jc w:val="right"/>
      </w:pPr>
      <w:r>
        <w:t>مدد کرے گا تبھی ہم ہمارے کام بنیں گے وہ نہیں</w:t>
      </w:r>
    </w:p>
    <w:p>
      <w:r>
        <w:rPr>
          <w:b/>
        </w:rPr>
        <w:t xml:space="preserve">[19:05] </w:t>
      </w:r>
      <w:r>
        <w:t>wahan par unhon ne ruku kiya sajda kiya yani modesty ka</w:t>
      </w:r>
    </w:p>
    <w:p>
      <w:pPr>
        <w:jc w:val="right"/>
      </w:pPr>
      <w:r>
        <w:t>وہاں پر انہوں نے رکوع کیا سجدہ کیا یعنی ماڈیسٹی کا</w:t>
      </w:r>
    </w:p>
    <w:p>
      <w:r>
        <w:rPr>
          <w:b/>
        </w:rPr>
        <w:t xml:space="preserve">[19:12] </w:t>
      </w:r>
      <w:r>
        <w:t>muzahira kiya to</w:t>
      </w:r>
    </w:p>
    <w:p>
      <w:pPr>
        <w:jc w:val="right"/>
      </w:pPr>
      <w:r>
        <w:t>مظاہرہ کیا تو</w:t>
      </w:r>
    </w:p>
    <w:p>
      <w:r>
        <w:rPr>
          <w:b/>
        </w:rPr>
        <w:t xml:space="preserve">[19:13] </w:t>
      </w:r>
      <w:r>
        <w:t>to modesty wale khayalat le kar nikal rahe hain</w:t>
      </w:r>
    </w:p>
    <w:p>
      <w:pPr>
        <w:jc w:val="right"/>
      </w:pPr>
      <w:r>
        <w:t>تو ماڈیسٹی والے خیالات لے کر نکل رہے ہیں</w:t>
      </w:r>
    </w:p>
    <w:p>
      <w:r>
        <w:rPr>
          <w:b/>
        </w:rPr>
        <w:t xml:space="preserve">[19:18] </w:t>
      </w:r>
      <w:r>
        <w:t>jab salam phera unhon ne assalam o alaikum wa rehmatullah kaha to sare insanon ke liye unhon ne peace</w:t>
      </w:r>
    </w:p>
    <w:p>
      <w:pPr>
        <w:jc w:val="right"/>
      </w:pPr>
      <w:r>
        <w:t>جب سلام پھیرا انہوں نے السلام علیکم ورحمۃ اللہ کہا تو سارے انسانوں کے لیے انہوں نے پیس</w:t>
      </w:r>
    </w:p>
    <w:p>
      <w:r>
        <w:rPr>
          <w:b/>
        </w:rPr>
        <w:t xml:space="preserve">[19:23] </w:t>
      </w:r>
      <w:r>
        <w:t>ka message diya peace peace be upon you peace be upon you is mein sochte hue nikal rahe</w:t>
      </w:r>
    </w:p>
    <w:p>
      <w:pPr>
        <w:jc w:val="right"/>
      </w:pPr>
      <w:r>
        <w:t>کا میسج دیا پیس پیس بی اپان یو پیس بی اپان یو اس میں سوچتے ہوئے نکل رہے</w:t>
      </w:r>
    </w:p>
    <w:p>
      <w:r>
        <w:rPr>
          <w:b/>
        </w:rPr>
        <w:t xml:space="preserve">[19:28] </w:t>
      </w:r>
      <w:r>
        <w:t>hain to sahaba jo thay masjid se nikalte thay to chup chap nikalte thay kyun</w:t>
      </w:r>
    </w:p>
    <w:p>
      <w:pPr>
        <w:jc w:val="right"/>
      </w:pPr>
      <w:r>
        <w:t>ہیں تو صحابہ جو تھے مسجد سے نکلتے تھے تو چپ چاپ نکلتے تھے کیوں</w:t>
      </w:r>
    </w:p>
    <w:p>
      <w:r>
        <w:rPr>
          <w:b/>
        </w:rPr>
        <w:t xml:space="preserve">[19:37] </w:t>
      </w:r>
      <w:r>
        <w:t>masjid wali spirit ko le kar nikalte thay namaz wali baton ko sochte hue nikalte thay</w:t>
      </w:r>
    </w:p>
    <w:p>
      <w:pPr>
        <w:jc w:val="right"/>
      </w:pPr>
      <w:r>
        <w:t>مسجد والی اسپرٹ کو لے کر نکلتے تھے نماز والی باتوں کو سوچتے ہوئے نکلتے تھے</w:t>
      </w:r>
    </w:p>
    <w:p>
      <w:r>
        <w:rPr>
          <w:b/>
        </w:rPr>
        <w:t xml:space="preserve">[19:43] </w:t>
      </w:r>
      <w:r>
        <w:t>yeh thi sachi namaz aaj kal aap kahin bhi jayen kisi masjid mein khare ho jayen is ke</w:t>
      </w:r>
    </w:p>
    <w:p>
      <w:pPr>
        <w:jc w:val="right"/>
      </w:pPr>
      <w:r>
        <w:t>یہ تھی سچی نماز آج کل آپ کہیں بھی جائیں کسی مسجد میں کھڑے ہو جائیں اس کے</w:t>
      </w:r>
    </w:p>
    <w:p>
      <w:r>
        <w:rPr>
          <w:b/>
        </w:rPr>
        <w:t xml:space="preserve">[19:48] </w:t>
      </w:r>
      <w:r>
        <w:t>gate par jo nikalenge to ho ha karte hue nikalenge idhar ki baaten hain idhar ki</w:t>
      </w:r>
    </w:p>
    <w:p>
      <w:pPr>
        <w:jc w:val="right"/>
      </w:pPr>
      <w:r>
        <w:t>گیٹ پر جو نکلیں گے تو ہو ہا کرتے ہوئے نکلیں گے ادھر کی باتیں ہیں ادھر کی</w:t>
      </w:r>
    </w:p>
    <w:p>
      <w:r>
        <w:rPr>
          <w:b/>
        </w:rPr>
        <w:t xml:space="preserve">[19:52] </w:t>
      </w:r>
      <w:r>
        <w:t>baaten hain is ka matlab hai ke is ko ritual samajhte hain woh</w:t>
      </w:r>
    </w:p>
    <w:p>
      <w:pPr>
        <w:jc w:val="right"/>
      </w:pPr>
      <w:r>
        <w:t>باتیں ہیں اس کا معنی ہے کہ اس کو ریچول سمجھتے ہیں وہ</w:t>
      </w:r>
    </w:p>
    <w:p>
      <w:r>
        <w:rPr>
          <w:b/>
        </w:rPr>
        <w:t xml:space="preserve">[19:57] </w:t>
      </w:r>
      <w:r>
        <w:t>jo namaz parhi woh rituals</w:t>
      </w:r>
    </w:p>
    <w:p>
      <w:pPr>
        <w:jc w:val="right"/>
      </w:pPr>
      <w:r>
        <w:t>جو نماز پڑھی وہ ریچولز</w:t>
      </w:r>
    </w:p>
    <w:p>
      <w:r>
        <w:rPr>
          <w:b/>
        </w:rPr>
        <w:t xml:space="preserve">[19:59] </w:t>
      </w:r>
      <w:r>
        <w:t>hain rituals bhi yani wo ritual ada kiya to ho gaya bas namaz ho gayi ab to idhar udhar ki baaten karo</w:t>
      </w:r>
    </w:p>
    <w:p>
      <w:pPr>
        <w:jc w:val="right"/>
      </w:pPr>
      <w:r>
        <w:t>ہیں ریچولز بھی یعنی وہ ریچول ادا کیا تو ہو گیا بس نماز ہو گئی اب تو ادھر ادھر کی باتیں کرو</w:t>
      </w:r>
    </w:p>
    <w:p>
      <w:r>
        <w:rPr>
          <w:b/>
        </w:rPr>
        <w:t xml:space="preserve">[20:07] </w:t>
      </w:r>
      <w:r>
        <w:t>yani jo jo tha karna wo to hum ne kar liya</w:t>
      </w:r>
    </w:p>
    <w:p>
      <w:pPr>
        <w:jc w:val="right"/>
      </w:pPr>
      <w:r>
        <w:t>یعنی جو جو تھا کرنا وہ تو ہم نے کر لیا</w:t>
      </w:r>
    </w:p>
    <w:p>
      <w:r>
        <w:rPr>
          <w:b/>
        </w:rPr>
        <w:t xml:space="preserve">[20:16] </w:t>
      </w:r>
      <w:r>
        <w:t>to is halat ko dekh kar mujhe ek</w:t>
      </w:r>
    </w:p>
    <w:p>
      <w:pPr>
        <w:jc w:val="right"/>
      </w:pPr>
      <w:r>
        <w:t>تو اس حالت کو دیکھ کر مجھے ایک</w:t>
      </w:r>
    </w:p>
    <w:p>
      <w:r>
        <w:rPr>
          <w:b/>
        </w:rPr>
        <w:t xml:space="preserve">[20:21] </w:t>
      </w:r>
      <w:r>
        <w:t>ek qissa yaad aata hai</w:t>
      </w:r>
    </w:p>
    <w:p>
      <w:pPr>
        <w:jc w:val="right"/>
      </w:pPr>
      <w:r>
        <w:t>ایک قصہ یاد آتا ہے</w:t>
      </w:r>
    </w:p>
    <w:p>
      <w:r>
        <w:rPr>
          <w:b/>
        </w:rPr>
        <w:t xml:space="preserve">[20:23] </w:t>
      </w:r>
      <w:r>
        <w:t>yani rituals ada kar ke jaise kalma jo hai parh liya to kalma ho gaya namaz ke ritual</w:t>
      </w:r>
    </w:p>
    <w:p>
      <w:pPr>
        <w:jc w:val="right"/>
      </w:pPr>
      <w:r>
        <w:t>یعنی ریچولز ادا کر کے جیسے کلمہ جو ہے پڑھ لیا تو کلمہ ہو گیا نماز کے ریچول</w:t>
      </w:r>
    </w:p>
    <w:p>
      <w:r>
        <w:rPr>
          <w:b/>
        </w:rPr>
        <w:t xml:space="preserve">[20:30] </w:t>
      </w:r>
      <w:r>
        <w:t>ada kiye to namaz ho gayi aise hi roza namaz aise hi haj kar liya rituals wahan ke</w:t>
      </w:r>
    </w:p>
    <w:p>
      <w:pPr>
        <w:jc w:val="right"/>
      </w:pPr>
      <w:r>
        <w:t>ادا کیے تو نماز ہو گئی ایسے ہی روزہ نماز ایسے ہی حج کر لیا ریچولز وہاں کے</w:t>
      </w:r>
    </w:p>
    <w:p>
      <w:r>
        <w:rPr>
          <w:b/>
        </w:rPr>
        <w:t xml:space="preserve">[20:34] </w:t>
      </w:r>
      <w:r>
        <w:t>to bas haj ho gaya bas ho gaya bas khatam baat</w:t>
      </w:r>
    </w:p>
    <w:p>
      <w:pPr>
        <w:jc w:val="right"/>
      </w:pPr>
      <w:r>
        <w:t>تو بس حج ہو گیا بس ہو گیا بس ختم بات</w:t>
      </w:r>
    </w:p>
    <w:p>
      <w:r>
        <w:rPr>
          <w:b/>
        </w:rPr>
        <w:t xml:space="preserve">[20:39] </w:t>
      </w:r>
      <w:r>
        <w:t>ab ho ha kar rahe hain</w:t>
      </w:r>
    </w:p>
    <w:p>
      <w:pPr>
        <w:jc w:val="right"/>
      </w:pPr>
      <w:r>
        <w:t>اب ہو ہا کر رہے ہیں</w:t>
      </w:r>
    </w:p>
    <w:p>
      <w:r>
        <w:rPr>
          <w:b/>
        </w:rPr>
        <w:t xml:space="preserve">[20:42] </w:t>
      </w:r>
      <w:r>
        <w:t>to ek qissa mujhe yaad aata hai hamare gaon par ka qissa</w:t>
      </w:r>
    </w:p>
    <w:p>
      <w:pPr>
        <w:jc w:val="right"/>
      </w:pPr>
      <w:r>
        <w:t>تو ایک قصہ مجھے یاد آتا ہے ہمارے گاؤں پر کا قصہ</w:t>
      </w:r>
    </w:p>
    <w:p>
      <w:r>
        <w:rPr>
          <w:b/>
        </w:rPr>
        <w:t xml:space="preserve">[20:48] </w:t>
      </w:r>
      <w:r>
        <w:t>hamara jo gaon hai to us ke paas se railway line guzarti hai jo jati hai shehar ko</w:t>
      </w:r>
    </w:p>
    <w:p>
      <w:pPr>
        <w:jc w:val="right"/>
      </w:pPr>
      <w:r>
        <w:t>ہمارا جو گاؤں ہے تو اس کے پاس سے ریلوے لائن گزرتی ہے جو جاتی ہے شہر کو</w:t>
      </w:r>
    </w:p>
    <w:p>
      <w:r>
        <w:rPr>
          <w:b/>
        </w:rPr>
        <w:t xml:space="preserve">[20:54] </w:t>
      </w:r>
      <w:r>
        <w:t>yani azam garh ek din kya hua ab log rozana dehati log jo hain kachahri jate hain court</w:t>
      </w:r>
    </w:p>
    <w:p>
      <w:pPr>
        <w:jc w:val="right"/>
      </w:pPr>
      <w:r>
        <w:t>یعنی اعظم گڑھ ایک دن کیا ہوا اب لوگ روزانہ دیہاتی لوگ جو ہیں کچہری جاتے ہیں کورٹ</w:t>
      </w:r>
    </w:p>
    <w:p>
      <w:r>
        <w:rPr>
          <w:b/>
        </w:rPr>
        <w:t xml:space="preserve">[21:01] </w:t>
      </w:r>
      <w:r>
        <w:t>isi train se phir lotte hain to subah ki jo train</w:t>
      </w:r>
    </w:p>
    <w:p>
      <w:pPr>
        <w:jc w:val="right"/>
      </w:pPr>
      <w:r>
        <w:t>اسی ٹرین سے پھر لوٹتے ہیں تو صبح کی جو ٹرین</w:t>
      </w:r>
    </w:p>
    <w:p>
      <w:r>
        <w:rPr>
          <w:b/>
        </w:rPr>
        <w:t xml:space="preserve">[21:06] </w:t>
      </w:r>
      <w:r>
        <w:t>hoti hai us mein kafi log hote hain kachahri wale</w:t>
      </w:r>
    </w:p>
    <w:p>
      <w:pPr>
        <w:jc w:val="right"/>
      </w:pPr>
      <w:r>
        <w:t>ہوتی ہے اس میں کافی لوگ ہوتے ہیں کچہری والے</w:t>
      </w:r>
    </w:p>
    <w:p>
      <w:r>
        <w:rPr>
          <w:b/>
        </w:rPr>
        <w:t xml:space="preserve">[21:10] </w:t>
      </w:r>
      <w:r>
        <w:t>aur doosre kaam ke liye</w:t>
      </w:r>
    </w:p>
    <w:p>
      <w:pPr>
        <w:jc w:val="right"/>
      </w:pPr>
      <w:r>
        <w:t>اور دوسرے کام کے لیے</w:t>
      </w:r>
    </w:p>
    <w:p>
      <w:r>
        <w:rPr>
          <w:b/>
        </w:rPr>
        <w:t xml:space="preserve">[21:13] </w:t>
      </w:r>
      <w:r>
        <w:t>to ek din</w:t>
      </w:r>
    </w:p>
    <w:p>
      <w:pPr>
        <w:jc w:val="right"/>
      </w:pPr>
      <w:r>
        <w:t>تو ایک دن</w:t>
      </w:r>
    </w:p>
    <w:p>
      <w:r>
        <w:rPr>
          <w:b/>
        </w:rPr>
        <w:t xml:space="preserve">[21:15] </w:t>
      </w:r>
      <w:r>
        <w:t>ek dibbe mein kuch dehati baithe yani kisan gaon wale</w:t>
      </w:r>
    </w:p>
    <w:p>
      <w:pPr>
        <w:jc w:val="right"/>
      </w:pPr>
      <w:r>
        <w:t>ایک ڈبے میں کچھ دیہاتی بیٹھے یعنی کسان گاؤں والے</w:t>
      </w:r>
    </w:p>
    <w:p>
      <w:r>
        <w:rPr>
          <w:b/>
        </w:rPr>
        <w:t xml:space="preserve">[21:23] </w:t>
      </w:r>
      <w:r>
        <w:t>to aapas mein baatein kar rahe the</w:t>
      </w:r>
    </w:p>
    <w:p>
      <w:pPr>
        <w:jc w:val="right"/>
      </w:pPr>
      <w:r>
        <w:t>تو آپس میں باتیں کر رہے تھے</w:t>
      </w:r>
    </w:p>
    <w:p>
      <w:r>
        <w:rPr>
          <w:b/>
        </w:rPr>
        <w:t xml:space="preserve">[21:26] </w:t>
      </w:r>
      <w:r>
        <w:t>wo ja rahe the koi date thi un ki court mein</w:t>
      </w:r>
    </w:p>
    <w:p>
      <w:pPr>
        <w:jc w:val="right"/>
      </w:pPr>
      <w:r>
        <w:t>وہ جا رہے تھے کوئی ڈیٹ تھی ان کی کورٹ میں</w:t>
      </w:r>
    </w:p>
    <w:p>
      <w:r>
        <w:rPr>
          <w:b/>
        </w:rPr>
        <w:t xml:space="preserve">[21:31] </w:t>
      </w:r>
      <w:r>
        <w:t>jisko kachahri kehte hain wo log ja rahe the ke koi date thi wahan par</w:t>
      </w:r>
    </w:p>
    <w:p>
      <w:pPr>
        <w:jc w:val="right"/>
      </w:pPr>
      <w:r>
        <w:t>جس کو کچہری کہتے ہیں وہ لوگ جا رہے تھے کہ کوئی ڈیٹ تھی وہاں پر</w:t>
      </w:r>
    </w:p>
    <w:p>
      <w:r>
        <w:rPr>
          <w:b/>
        </w:rPr>
        <w:t xml:space="preserve">[21:37] </w:t>
      </w:r>
      <w:r>
        <w:t>to ek dehati kehta hai doosre dehati se</w:t>
      </w:r>
    </w:p>
    <w:p>
      <w:pPr>
        <w:jc w:val="right"/>
      </w:pPr>
      <w:r>
        <w:t>تو ایک دیہاتی کہتا ہے دوسرے دیہاتی سے</w:t>
      </w:r>
    </w:p>
    <w:p>
      <w:r>
        <w:rPr>
          <w:b/>
        </w:rPr>
        <w:t xml:space="preserve">[21:41] </w:t>
      </w:r>
      <w:r>
        <w:t>baat batate hue apna case</w:t>
      </w:r>
    </w:p>
    <w:p>
      <w:pPr>
        <w:jc w:val="right"/>
      </w:pPr>
      <w:r>
        <w:t>بات بتاتے ہوئے اپنا کیس</w:t>
      </w:r>
    </w:p>
    <w:p>
      <w:r>
        <w:rPr>
          <w:b/>
        </w:rPr>
        <w:t xml:space="preserve">[21:44] </w:t>
      </w:r>
      <w:r>
        <w:t>kuch kuch case tha land ka shayad tha case</w:t>
      </w:r>
    </w:p>
    <w:p>
      <w:pPr>
        <w:jc w:val="right"/>
      </w:pPr>
      <w:r>
        <w:t>کچھ کچھ کیس تھا لینڈ کا شاید تھا کیس</w:t>
      </w:r>
    </w:p>
    <w:p>
      <w:r>
        <w:rPr>
          <w:b/>
        </w:rPr>
        <w:t xml:space="preserve">[21:48] </w:t>
      </w:r>
      <w:r>
        <w:t>apni dehati zuban mein us ne kaha apan</w:t>
      </w:r>
    </w:p>
    <w:p>
      <w:pPr>
        <w:jc w:val="right"/>
      </w:pPr>
      <w:r>
        <w:t>اپنی دیہاتی زبان میں اس نے کہا اپن</w:t>
      </w:r>
    </w:p>
    <w:p>
      <w:r>
        <w:rPr>
          <w:b/>
        </w:rPr>
        <w:t xml:space="preserve">[21:51] </w:t>
      </w:r>
      <w:r>
        <w:t>kagaz to pur ho bade hi satisfaction ke sath bahut hi itminan ke sath bahut hi</w:t>
      </w:r>
    </w:p>
    <w:p>
      <w:pPr>
        <w:jc w:val="right"/>
      </w:pPr>
      <w:r>
        <w:t>کاغذ تو پور ہو بڑے ہی سیٹسفیکشن کے ساتھ بہت ہی اطمینان کے ساتھ بہت ہی</w:t>
      </w:r>
    </w:p>
    <w:p>
      <w:r>
        <w:rPr>
          <w:b/>
        </w:rPr>
        <w:t xml:space="preserve">[22:02] </w:t>
      </w:r>
      <w:r>
        <w:t>apan kaghaz to por ho</w:t>
      </w:r>
    </w:p>
    <w:p>
      <w:pPr>
        <w:jc w:val="right"/>
      </w:pPr>
      <w:r>
        <w:t>اپن کاغذ تو پور ہو</w:t>
      </w:r>
    </w:p>
    <w:p>
      <w:r>
        <w:rPr>
          <w:b/>
        </w:rPr>
        <w:t xml:space="preserve">[22:06] </w:t>
      </w:r>
      <w:r>
        <w:t>apan kaghaz to poora ka matlab hai apna paper to complete hai</w:t>
      </w:r>
    </w:p>
    <w:p>
      <w:pPr>
        <w:jc w:val="right"/>
      </w:pPr>
      <w:r>
        <w:t>اپن کاغذ تو پورا کا مطلب ہے اپنا پیپر تو کمپلیٹ ہے</w:t>
      </w:r>
    </w:p>
    <w:p>
      <w:r>
        <w:rPr>
          <w:b/>
        </w:rPr>
        <w:t xml:space="preserve">[22:12] </w:t>
      </w:r>
      <w:r>
        <w:t>apna paper to complete hai yani jo court mein jo paper use pesh karne hain to wakeel ki</w:t>
      </w:r>
    </w:p>
    <w:p>
      <w:pPr>
        <w:jc w:val="right"/>
      </w:pPr>
      <w:r>
        <w:t>اپنا پیپر تو کمپلیٹ ہے یعنی جو کورٹ میں جو پیپر اسے پیش کرنے ہیں تو وکیل کی</w:t>
      </w:r>
    </w:p>
    <w:p>
      <w:r>
        <w:rPr>
          <w:b/>
        </w:rPr>
        <w:t xml:space="preserve">[22:20] </w:t>
      </w:r>
      <w:r>
        <w:t>madad se us ne khoob banwaya sab theek thak kar ke apni file mukammal kar li</w:t>
      </w:r>
    </w:p>
    <w:p>
      <w:pPr>
        <w:jc w:val="right"/>
      </w:pPr>
      <w:r>
        <w:t>مدد سے اس نے خوب بنوایا سب ٹھیک ٹھاک کر کے اپنی فائل مکمل کر لی</w:t>
      </w:r>
    </w:p>
    <w:p>
      <w:r>
        <w:rPr>
          <w:b/>
        </w:rPr>
        <w:t xml:space="preserve">[22:27] </w:t>
      </w:r>
      <w:r>
        <w:t>is se bas nahi ke wo uska case sahi hai ya galat wakeel ne us ko is</w:t>
      </w:r>
    </w:p>
    <w:p>
      <w:pPr>
        <w:jc w:val="right"/>
      </w:pPr>
      <w:r>
        <w:t>اس سے بس نہیں کہ وہ اس کا کیس صحیح ہے یا غلط وکیل نے اس کو اس</w:t>
      </w:r>
    </w:p>
    <w:p>
      <w:r>
        <w:rPr>
          <w:b/>
        </w:rPr>
        <w:t xml:space="preserve">[22:32] </w:t>
      </w:r>
      <w:r>
        <w:t>ke order mein kar diya us ko wo sare paper bana diye us ke ab wo file us</w:t>
      </w:r>
    </w:p>
    <w:p>
      <w:pPr>
        <w:jc w:val="right"/>
      </w:pPr>
      <w:r>
        <w:t>کے ارڈر میں کر دیا اس کو وہ سارے پیپر بنا دیے اس کے اب وہ فائل اس</w:t>
      </w:r>
    </w:p>
    <w:p>
      <w:r>
        <w:rPr>
          <w:b/>
        </w:rPr>
        <w:t xml:space="preserve">[22:37] </w:t>
      </w:r>
      <w:r>
        <w:t>ka tayar ho gaya is file mein woh bilkul lagta hai ke bas justified hai aur woh cheez</w:t>
      </w:r>
    </w:p>
    <w:p>
      <w:pPr>
        <w:jc w:val="right"/>
      </w:pPr>
      <w:r>
        <w:t>کا تیار ہو گیا اس فائل میں وہ بالکل لگتا ہے کہ بس جسٹیفائیڈ ہے اور وہ چیز</w:t>
      </w:r>
    </w:p>
    <w:p>
      <w:r>
        <w:rPr>
          <w:b/>
        </w:rPr>
        <w:t xml:space="preserve">[22:44] </w:t>
      </w:r>
      <w:r>
        <w:t>jo hai woh land jo hai isi ki property hai yani apna</w:t>
      </w:r>
    </w:p>
    <w:p>
      <w:pPr>
        <w:jc w:val="right"/>
      </w:pPr>
      <w:r>
        <w:t>جو ہے وہ لینڈ جو ہے اسی کی پراپرٹی ہے یعنی اپنا</w:t>
      </w:r>
    </w:p>
    <w:p>
      <w:r>
        <w:rPr>
          <w:b/>
        </w:rPr>
        <w:t xml:space="preserve">[22:48] </w:t>
      </w:r>
      <w:r>
        <w:t>case is mein bilkul theek theek</w:t>
      </w:r>
    </w:p>
    <w:p>
      <w:pPr>
        <w:jc w:val="right"/>
      </w:pPr>
      <w:r>
        <w:t>کیس اس میں بالکل ٹھیک ٹھیک</w:t>
      </w:r>
    </w:p>
    <w:p>
      <w:r>
        <w:rPr>
          <w:b/>
        </w:rPr>
        <w:t xml:space="preserve">[22:51] </w:t>
      </w:r>
      <w:r>
        <w:t>dikha diya wakeel ne is ko to is ko bharosa ho gaya ke jeetna to mujh ko hai</w:t>
      </w:r>
    </w:p>
    <w:p>
      <w:pPr>
        <w:jc w:val="right"/>
      </w:pPr>
      <w:r>
        <w:t>دکھا دیا وکیل نے اس کو تو اس کو بھروسہ ہو گیا کہ جیتنا تو مجھ کو ہے</w:t>
      </w:r>
    </w:p>
    <w:p>
      <w:r>
        <w:rPr>
          <w:b/>
        </w:rPr>
        <w:t xml:space="preserve">[22:57] </w:t>
      </w:r>
      <w:r>
        <w:t>dusri party nahi jeet sakti kyunke maine apna paper wakeel ko fees de kar ke poora kar</w:t>
      </w:r>
    </w:p>
    <w:p>
      <w:pPr>
        <w:jc w:val="right"/>
      </w:pPr>
      <w:r>
        <w:t>دوسری پارٹی نہیں جیت سکتی کیونکہ میں نے اپنا پیپر وکیل کو فیس دے کر کے پورا کر</w:t>
      </w:r>
    </w:p>
    <w:p>
      <w:r>
        <w:rPr>
          <w:b/>
        </w:rPr>
        <w:t xml:space="preserve">[23:03] </w:t>
      </w:r>
      <w:r>
        <w:t>liya hai ise kehta hai ke apan kagaz to poora ab is ko koi pareshani nahi hai</w:t>
      </w:r>
    </w:p>
    <w:p>
      <w:pPr>
        <w:jc w:val="right"/>
      </w:pPr>
      <w:r>
        <w:t>لیا ہے اسے کہتا ہے کہ اپن کاغذ تو پور ہو اب اس کو کوئی پریشانی نہیں ہے</w:t>
      </w:r>
    </w:p>
    <w:p>
      <w:r>
        <w:rPr>
          <w:b/>
        </w:rPr>
        <w:t xml:space="preserve">[23:10] </w:t>
      </w:r>
      <w:r>
        <w:t>itminan se ja raha hai court ke ke poore woh judge jo hai mujhe meri mujhe ko</w:t>
      </w:r>
    </w:p>
    <w:p>
      <w:pPr>
        <w:jc w:val="right"/>
      </w:pPr>
      <w:r>
        <w:t>اطمینان سے جا رہا ہے کورٹ کہ کہ پورے وہ جج جو ہے مجھے میری مجھے کو</w:t>
      </w:r>
    </w:p>
    <w:p>
      <w:r>
        <w:rPr>
          <w:b/>
        </w:rPr>
        <w:t xml:space="preserve">[23:19] </w:t>
      </w:r>
      <w:r>
        <w:t>is ka judgment mere favor mein hoga</w:t>
      </w:r>
    </w:p>
    <w:p>
      <w:pPr>
        <w:jc w:val="right"/>
      </w:pPr>
      <w:r>
        <w:t>اس کا ججمنٹ میرے فیور میں ہوگا</w:t>
      </w:r>
    </w:p>
    <w:p>
      <w:r>
        <w:rPr>
          <w:b/>
        </w:rPr>
        <w:t xml:space="preserve">[23:23] </w:t>
      </w:r>
      <w:r>
        <w:t>yahi haal aaj kal logon ka ho raha hai ke apan kagaz to poora yani ritual wala</w:t>
      </w:r>
    </w:p>
    <w:p>
      <w:pPr>
        <w:jc w:val="right"/>
      </w:pPr>
      <w:r>
        <w:t>یہی حال آج کل لوگوں کا ہو رہا ہے کہ اپن کاغذ تو پور ہو یعنی ریچول والا</w:t>
      </w:r>
    </w:p>
    <w:p>
      <w:r>
        <w:rPr>
          <w:b/>
        </w:rPr>
        <w:t xml:space="preserve">[23:29] </w:t>
      </w:r>
      <w:r>
        <w:t>Islam kar ke samajhte hain ke bas hamara paper</w:t>
      </w:r>
    </w:p>
    <w:p>
      <w:pPr>
        <w:jc w:val="right"/>
      </w:pPr>
      <w:r>
        <w:t>اسلام کر کے سمجھتے ہیں کہ بس ہمارا پیپر</w:t>
      </w:r>
    </w:p>
    <w:p>
      <w:r>
        <w:rPr>
          <w:b/>
        </w:rPr>
        <w:t xml:space="preserve">[23:33] </w:t>
      </w:r>
      <w:r>
        <w:t>to pura ho gaya ab paradise likh gayi hamari</w:t>
      </w:r>
    </w:p>
    <w:p>
      <w:pPr>
        <w:jc w:val="right"/>
      </w:pPr>
      <w:r>
        <w:t>تو پورا ہو گیا اب پیراڈائز لکھ گئی ہماری</w:t>
      </w:r>
    </w:p>
    <w:p>
      <w:r>
        <w:rPr>
          <w:b/>
        </w:rPr>
        <w:t xml:space="preserve">[23:38] </w:t>
      </w:r>
      <w:r>
        <w:t>is liye main yeh keh raha hoon ke rituals par bharosa kar ke jo jaan bana hai aaj kal wo bilkul base less hai uska islam se koi taluq nahi</w:t>
      </w:r>
    </w:p>
    <w:p>
      <w:pPr>
        <w:jc w:val="right"/>
      </w:pPr>
      <w:r>
        <w:t>اس لیے میں یہ کہہ رہا ہوں کہ ریچولز پر بھروسہ کر کے جو جان بنا ہے آج کل وہ بالکل بیس لیس ہے اس کا اسلام سے کوئی تعلق نہیں</w:t>
      </w:r>
    </w:p>
    <w:p>
      <w:r>
        <w:rPr>
          <w:b/>
        </w:rPr>
        <w:t xml:space="preserve">[23:51] </w:t>
      </w:r>
      <w:r>
        <w:t>ritual jo hain</w:t>
      </w:r>
    </w:p>
    <w:p>
      <w:pPr>
        <w:jc w:val="right"/>
      </w:pPr>
      <w:r>
        <w:t>ریچول جو ہیں</w:t>
      </w:r>
    </w:p>
    <w:p>
      <w:r>
        <w:rPr>
          <w:b/>
        </w:rPr>
        <w:t xml:space="preserve">[23:55] </w:t>
      </w:r>
      <w:r>
        <w:t>is ke baad ki jo responsibilities hain is ke baad jo is is spirit ko zindagi mein jo translate</w:t>
      </w:r>
    </w:p>
    <w:p>
      <w:pPr>
        <w:jc w:val="right"/>
      </w:pPr>
      <w:r>
        <w:t>اس کے بعد کی جو ریسپانسبیلٹیز ہیں اس کے بعد جو اس اسپرٹ کو زندگی میں جو ٹرانسلیٹ</w:t>
      </w:r>
    </w:p>
    <w:p>
      <w:r>
        <w:rPr>
          <w:b/>
        </w:rPr>
        <w:t xml:space="preserve">[24:01] </w:t>
      </w:r>
      <w:r>
        <w:t>karna hai is par depend karta hai ke aap ka aap ki ibadat hui ya nahi hui</w:t>
      </w:r>
    </w:p>
    <w:p>
      <w:pPr>
        <w:jc w:val="right"/>
      </w:pPr>
      <w:r>
        <w:t>کرنا ہے اس پر ڈیپینڈ کرتا ہے کہ آپ کا آپ کی عبادت ہوئی یا نہیں ہوئی</w:t>
      </w:r>
    </w:p>
    <w:p>
      <w:r>
        <w:rPr>
          <w:b/>
        </w:rPr>
        <w:t xml:space="preserve">[24:09] </w:t>
      </w:r>
      <w:r>
        <w:t>aap ki ibadat hui ya nahi hui</w:t>
      </w:r>
    </w:p>
    <w:p>
      <w:pPr>
        <w:jc w:val="right"/>
      </w:pPr>
      <w:r>
        <w:t>آپ کی عبادت ہوئی یا نہیں ہوئی</w:t>
      </w:r>
    </w:p>
    <w:p>
      <w:r>
        <w:rPr>
          <w:b/>
        </w:rPr>
        <w:t xml:space="preserve">[24:12] </w:t>
      </w:r>
      <w:r>
        <w:t>to yeh samajhna ke yeh rituals kar liya to kagaz paper apna poora ho gaya complete ho gaya</w:t>
      </w:r>
    </w:p>
    <w:p>
      <w:pPr>
        <w:jc w:val="right"/>
      </w:pPr>
      <w:r>
        <w:t>تو یہ سمجھنا کہ یہ ریچولز کر لیا تو کاغذ پیپر اپنا پورا ہو گیا کمپلیٹ ہو گیا</w:t>
      </w:r>
    </w:p>
    <w:p>
      <w:r>
        <w:rPr>
          <w:b/>
        </w:rPr>
        <w:t xml:space="preserve">[24:20] </w:t>
      </w:r>
      <w:r>
        <w:t>yeh bilkul baseless thinking hai yeh koi sahi thinking nahi hai</w:t>
      </w:r>
    </w:p>
    <w:p>
      <w:pPr>
        <w:jc w:val="right"/>
      </w:pPr>
      <w:r>
        <w:t>یہ بالکل بیس لیس تھنکنگ ہے یہ کوئی صحیح تھنکنگ نہیں ہے</w:t>
      </w:r>
    </w:p>
    <w:p>
      <w:r>
        <w:rPr>
          <w:b/>
        </w:rPr>
        <w:t xml:space="preserve">[24:27] </w:t>
      </w:r>
      <w:r>
        <w:t>to is baat ko bahut zyada sochne ki zaroorat hai</w:t>
      </w:r>
    </w:p>
    <w:p>
      <w:pPr>
        <w:jc w:val="right"/>
      </w:pPr>
      <w:r>
        <w:t>تو اس بات کو بہت زیادہ سوچنے کی ضرورت ہے</w:t>
      </w:r>
    </w:p>
    <w:p>
      <w:r>
        <w:rPr>
          <w:b/>
        </w:rPr>
        <w:t xml:space="preserve">[24:32] </w:t>
      </w:r>
      <w:r>
        <w:t>bahut zyada sochne ki zaroorat hai</w:t>
      </w:r>
    </w:p>
    <w:p>
      <w:pPr>
        <w:jc w:val="right"/>
      </w:pPr>
      <w:r>
        <w:t>بہت زیادہ سوچنے کی ضرورت ہے</w:t>
      </w:r>
    </w:p>
    <w:p>
      <w:r>
        <w:rPr>
          <w:b/>
        </w:rPr>
        <w:t xml:space="preserve">[24:35] </w:t>
      </w:r>
      <w:r>
        <w:t>ke ibadat bilashuba</w:t>
      </w:r>
    </w:p>
    <w:p>
      <w:pPr>
        <w:jc w:val="right"/>
      </w:pPr>
      <w:r>
        <w:t>کہ عبادت بلاشبہ</w:t>
      </w:r>
    </w:p>
    <w:p>
      <w:r>
        <w:rPr>
          <w:b/>
        </w:rPr>
        <w:t xml:space="preserve">[24:38] </w:t>
      </w:r>
      <w:r>
        <w:t>Islam ka sab se bada hukum hai sab se badi</w:t>
      </w:r>
    </w:p>
    <w:p>
      <w:pPr>
        <w:jc w:val="right"/>
      </w:pPr>
      <w:r>
        <w:t>اسلام کا سب سے بڑا حکم ہے سب سے بڑی</w:t>
      </w:r>
    </w:p>
    <w:p>
      <w:r>
        <w:rPr>
          <w:b/>
        </w:rPr>
        <w:t xml:space="preserve">[24:43] </w:t>
      </w:r>
      <w:r>
        <w:t>teaching hai Islam ki ibadat Quran mein hai ke ibadat hi ke liye insan ko banaya gaya hai</w:t>
      </w:r>
    </w:p>
    <w:p>
      <w:pPr>
        <w:jc w:val="right"/>
      </w:pPr>
      <w:r>
        <w:t>ٹیچنگ ہے اسلام کی عبادت قران میں ہے کہ عبادت ہی کے لیے انسان کو بنایا گیا ہے</w:t>
      </w:r>
    </w:p>
    <w:p>
      <w:r>
        <w:rPr>
          <w:b/>
        </w:rPr>
        <w:t xml:space="preserve">[24:49] </w:t>
      </w:r>
      <w:r>
        <w:t>lekin ibadat kisi set of ritual ka naam nahi hai</w:t>
      </w:r>
    </w:p>
    <w:p>
      <w:pPr>
        <w:jc w:val="right"/>
      </w:pPr>
      <w:r>
        <w:t>لیکن عبادت کسی سیٹ اف ریچول کا نام نہیں ہے</w:t>
      </w:r>
    </w:p>
    <w:p>
      <w:r>
        <w:rPr>
          <w:b/>
        </w:rPr>
        <w:t xml:space="preserve">[24:54] </w:t>
      </w:r>
      <w:r>
        <w:t>woh ek spirit ka naam hai</w:t>
      </w:r>
    </w:p>
    <w:p>
      <w:pPr>
        <w:jc w:val="right"/>
      </w:pPr>
      <w:r>
        <w:t>وہ ایک اسپرٹ کا نام ہے</w:t>
      </w:r>
    </w:p>
    <w:p>
      <w:r>
        <w:rPr>
          <w:b/>
        </w:rPr>
        <w:t xml:space="preserve">[24:57] </w:t>
      </w:r>
      <w:r>
        <w:t>woh spirit ho to ibadat hai woh spirit na ho to ibadat nahi hai</w:t>
      </w:r>
    </w:p>
    <w:p>
      <w:pPr>
        <w:jc w:val="right"/>
      </w:pPr>
      <w:r>
        <w:t>وہ اسپرٹ ہو تو عبادت ہے وہ اسپرٹ نہ ہو تو عبادت نہیں ہے</w:t>
      </w:r>
    </w:p>
    <w:p>
      <w:r>
        <w:rPr>
          <w:b/>
        </w:rPr>
        <w:t xml:space="preserve">[25:04] </w:t>
      </w:r>
      <w:r>
        <w:t>jaise haj mein jaate hain log</w:t>
      </w:r>
    </w:p>
    <w:p>
      <w:pPr>
        <w:jc w:val="right"/>
      </w:pPr>
      <w:r>
        <w:t>جیسے حج میں جاتے ہیں لوگ</w:t>
      </w:r>
    </w:p>
    <w:p>
      <w:r>
        <w:rPr>
          <w:b/>
        </w:rPr>
        <w:t xml:space="preserve">[25:09] </w:t>
      </w:r>
      <w:r>
        <w:t>to hajj mein kaba ka tawaf kiya is ke mani kya hue ke meri zindagi jo hai God</w:t>
      </w:r>
    </w:p>
    <w:p>
      <w:pPr>
        <w:jc w:val="right"/>
      </w:pPr>
      <w:r>
        <w:t>تو حج میں کعبہ کا طواف کیا اس کے معنی کیا ہوئے کہ میری زندگی جو ہے گاڈ</w:t>
      </w:r>
    </w:p>
    <w:p>
      <w:r>
        <w:rPr>
          <w:b/>
        </w:rPr>
        <w:t xml:space="preserve">[25:15] </w:t>
      </w:r>
      <w:r>
        <w:t>auriented zindagi hogi</w:t>
      </w:r>
    </w:p>
    <w:p>
      <w:pPr>
        <w:jc w:val="right"/>
      </w:pPr>
      <w:r>
        <w:t>اورینٹڈ زندگی ہوگی</w:t>
      </w:r>
    </w:p>
    <w:p>
      <w:r>
        <w:rPr>
          <w:b/>
        </w:rPr>
        <w:t xml:space="preserve">[25:19] </w:t>
      </w:r>
      <w:r>
        <w:t>safa o marwa ke beech mein doure is ka matlab kya hai meri activities jo hain god oriented</w:t>
      </w:r>
    </w:p>
    <w:p>
      <w:pPr>
        <w:jc w:val="right"/>
      </w:pPr>
      <w:r>
        <w:t>صفا و مروہ کے بیچ میں دوڑے اس کا مطلب کیا ہے میری ایکٹیویٹیز جو ہیں گاڈ اورینٹڈ</w:t>
      </w:r>
    </w:p>
    <w:p>
      <w:r>
        <w:rPr>
          <w:b/>
        </w:rPr>
        <w:t xml:space="preserve">[25:25] </w:t>
      </w:r>
      <w:r>
        <w:t>activities hongi</w:t>
      </w:r>
    </w:p>
    <w:p>
      <w:pPr>
        <w:jc w:val="right"/>
      </w:pPr>
      <w:r>
        <w:t>ایکٹیویٹیز ہوں گی</w:t>
      </w:r>
    </w:p>
    <w:p>
      <w:r>
        <w:rPr>
          <w:b/>
        </w:rPr>
        <w:t xml:space="preserve">[25:28] </w:t>
      </w:r>
      <w:r>
        <w:t>phir phir mini mein qurbani kiya is ka matlab kya hai ke main sacrifice ki had tak ja</w:t>
      </w:r>
    </w:p>
    <w:p>
      <w:pPr>
        <w:jc w:val="right"/>
      </w:pPr>
      <w:r>
        <w:t>پھر پھر منی میں قربانی کیا اس کا مطلب کیا ہے کہ میں سیکریفائس کی حد تک جا</w:t>
      </w:r>
    </w:p>
    <w:p>
      <w:r>
        <w:rPr>
          <w:b/>
        </w:rPr>
        <w:t xml:space="preserve">[25:33] </w:t>
      </w:r>
      <w:r>
        <w:t>kar ke khuda ki duty ko poora karun ga</w:t>
      </w:r>
    </w:p>
    <w:p>
      <w:pPr>
        <w:jc w:val="right"/>
      </w:pPr>
      <w:r>
        <w:t>کر کے خدا کی ڈیوٹی کو پورا کروں گا</w:t>
      </w:r>
    </w:p>
    <w:p>
      <w:r>
        <w:rPr>
          <w:b/>
        </w:rPr>
        <w:t xml:space="preserve">[25:39] </w:t>
      </w:r>
      <w:r>
        <w:t>aakhri had tak ja kar ke jahan ke mujhe apne apne aap ko yani apne desire ko kill</w:t>
      </w:r>
    </w:p>
    <w:p>
      <w:pPr>
        <w:jc w:val="right"/>
      </w:pPr>
      <w:r>
        <w:t>اخری حد تک جا کر کے جہاں کہ مجھے اپنے اپنے اپ کو یعنی اپنے ڈیزائر کو کل</w:t>
      </w:r>
    </w:p>
    <w:p>
      <w:r>
        <w:rPr>
          <w:b/>
        </w:rPr>
        <w:t xml:space="preserve">[25:46] </w:t>
      </w:r>
      <w:r>
        <w:t>karna pare apne anger ko kill karna pare apne revenge ko kill karna pare apne andar negative thought</w:t>
      </w:r>
    </w:p>
    <w:p>
      <w:pPr>
        <w:jc w:val="right"/>
      </w:pPr>
      <w:r>
        <w:t>کرنا پڑے اپنے اینگر کو کل کرنا پڑے اپنے ریونج کو کل کرنا پڑے اپنے اندر نیگیٹیو تھاٹ</w:t>
      </w:r>
    </w:p>
    <w:p>
      <w:r>
        <w:rPr>
          <w:b/>
        </w:rPr>
        <w:t xml:space="preserve">[25:53] </w:t>
      </w:r>
      <w:r>
        <w:t>ko kill karna pare</w:t>
      </w:r>
    </w:p>
    <w:p>
      <w:pPr>
        <w:jc w:val="right"/>
      </w:pPr>
      <w:r>
        <w:t>کو کل کرنا پڑے</w:t>
      </w:r>
    </w:p>
    <w:p>
      <w:r>
        <w:rPr>
          <w:b/>
        </w:rPr>
        <w:t xml:space="preserve">[25:56] </w:t>
      </w:r>
      <w:r>
        <w:t>yani</w:t>
      </w:r>
    </w:p>
    <w:p>
      <w:pPr>
        <w:jc w:val="right"/>
      </w:pPr>
      <w:r>
        <w:t>یعنی</w:t>
      </w:r>
    </w:p>
    <w:p>
      <w:r>
        <w:rPr>
          <w:b/>
        </w:rPr>
        <w:t xml:space="preserve">[25:56] </w:t>
      </w:r>
      <w:r>
        <w:t>self killing spirit</w:t>
      </w:r>
    </w:p>
    <w:p>
      <w:pPr>
        <w:jc w:val="right"/>
      </w:pPr>
      <w:r>
        <w:t>سیلف کلنگ اسپرٹ</w:t>
      </w:r>
    </w:p>
    <w:p>
      <w:r>
        <w:rPr>
          <w:b/>
        </w:rPr>
        <w:t xml:space="preserve">[25:58] </w:t>
      </w:r>
      <w:r>
        <w:t>jo aap qurbani dete hain woh darasal self killing spirit ko apne andar paida karna hai</w:t>
      </w:r>
    </w:p>
    <w:p>
      <w:pPr>
        <w:jc w:val="right"/>
      </w:pPr>
      <w:r>
        <w:t>جو اپ قربانی دیتے ہیں وہ دراصل سیلف کلنگ اسپرٹ کو اپنے اندر پیدا کرنا ہے</w:t>
      </w:r>
    </w:p>
    <w:p>
      <w:r>
        <w:rPr>
          <w:b/>
        </w:rPr>
        <w:t xml:space="preserve">[26:05] </w:t>
      </w:r>
      <w:r>
        <w:t>self killing maani suicide bombing nahi</w:t>
      </w:r>
    </w:p>
    <w:p>
      <w:pPr>
        <w:jc w:val="right"/>
      </w:pPr>
      <w:r>
        <w:t>سیلف کلنگ معنی سوسائیڈ بمبنگ نہیں</w:t>
      </w:r>
    </w:p>
    <w:p>
      <w:r>
        <w:rPr>
          <w:b/>
        </w:rPr>
        <w:t xml:space="preserve">[26:09] </w:t>
      </w:r>
      <w:r>
        <w:t>yeh toh ek jhoota kaam hai un Islamic kaam hai</w:t>
      </w:r>
    </w:p>
    <w:p>
      <w:pPr>
        <w:jc w:val="right"/>
      </w:pPr>
      <w:r>
        <w:t>یہ تو ایک جھوٹا کام ہے ان اسلامک کام ہے</w:t>
      </w:r>
    </w:p>
    <w:p>
      <w:r>
        <w:rPr>
          <w:b/>
        </w:rPr>
        <w:t xml:space="preserve">[26:14] </w:t>
      </w:r>
      <w:r>
        <w:t>self killing spirit ka matlab hai</w:t>
      </w:r>
    </w:p>
    <w:p>
      <w:pPr>
        <w:jc w:val="right"/>
      </w:pPr>
      <w:r>
        <w:t>سیلف کلنگ اسپرٹ کا مطلب ہے</w:t>
      </w:r>
    </w:p>
    <w:p>
      <w:r>
        <w:rPr>
          <w:b/>
        </w:rPr>
        <w:t xml:space="preserve">[26:17] </w:t>
      </w:r>
      <w:r>
        <w:t>apne desire ko dabana apne desire ko control karna negative thought ko control karna yeh hai self killing</w:t>
      </w:r>
    </w:p>
    <w:p>
      <w:pPr>
        <w:jc w:val="right"/>
      </w:pPr>
      <w:r>
        <w:t>اپنے ڈیزائر کو دبانا اپنے ڈیزائر کو کنٹرول کرنا نیگیٹیو تھاٹ کو کنٹرول کرنا یہ ہے سیلف کلنگ</w:t>
      </w:r>
    </w:p>
    <w:p>
      <w:r>
        <w:rPr>
          <w:b/>
        </w:rPr>
        <w:t xml:space="preserve">[26:24] </w:t>
      </w:r>
      <w:r>
        <w:t>spirit toh jab aap wahan par qurbani karte hain toh woh darasal self killing spirit ka apne andar</w:t>
      </w:r>
    </w:p>
    <w:p>
      <w:pPr>
        <w:jc w:val="right"/>
      </w:pPr>
      <w:r>
        <w:t>اسپرٹ تو جب اپ وہاں پر قربانی کرتے ہیں تو وہ دراصل سیلف کلنگ اسپرٹ کا اپنے اندر</w:t>
      </w:r>
    </w:p>
    <w:p>
      <w:r>
        <w:rPr>
          <w:b/>
        </w:rPr>
        <w:t xml:space="preserve">[26:31] </w:t>
      </w:r>
      <w:r>
        <w:t>inculcate karte hain</w:t>
      </w:r>
    </w:p>
    <w:p>
      <w:pPr>
        <w:jc w:val="right"/>
      </w:pPr>
      <w:r>
        <w:t>انکلکیٹ کرتے ہیں</w:t>
      </w:r>
    </w:p>
    <w:p>
      <w:r>
        <w:rPr>
          <w:b/>
        </w:rPr>
        <w:t xml:space="preserve">[26:36] </w:t>
      </w:r>
      <w:r>
        <w:t>dekhen main ek hadith sunata hoon</w:t>
      </w:r>
    </w:p>
    <w:p>
      <w:pPr>
        <w:jc w:val="right"/>
      </w:pPr>
      <w:r>
        <w:t>دیکھیں میں ایک حدیث سناتا ہوں</w:t>
      </w:r>
    </w:p>
    <w:p>
      <w:r>
        <w:rPr>
          <w:b/>
        </w:rPr>
        <w:t xml:space="preserve">[26:48] </w:t>
      </w:r>
      <w:r>
        <w:t>is hadith ka agar title dena ho toh dena hoga jihad after jihad</w:t>
      </w:r>
    </w:p>
    <w:p>
      <w:pPr>
        <w:jc w:val="right"/>
      </w:pPr>
      <w:r>
        <w:t>اس حدیث کا اگر ٹائٹل دینا ہو تو دینا ہوگا جہاد افٹر جہاد</w:t>
      </w:r>
    </w:p>
    <w:p>
      <w:r>
        <w:rPr>
          <w:b/>
        </w:rPr>
        <w:t xml:space="preserve">[26:55] </w:t>
      </w:r>
      <w:r>
        <w:t>jihad ke baad jihad</w:t>
      </w:r>
    </w:p>
    <w:p>
      <w:pPr>
        <w:jc w:val="right"/>
      </w:pPr>
      <w:r>
        <w:t>جہاد کے بعد جہاد</w:t>
      </w:r>
    </w:p>
    <w:p>
      <w:r>
        <w:rPr>
          <w:b/>
        </w:rPr>
        <w:t xml:space="preserve">[26:58] </w:t>
      </w:r>
      <w:r>
        <w:t>jihad after jihad rasool Allah salallaho alaihi wasallam ek bar ek ghazwa par gaye is ko kehte</w:t>
      </w:r>
    </w:p>
    <w:p>
      <w:pPr>
        <w:jc w:val="right"/>
      </w:pPr>
      <w:r>
        <w:t>جہاد افٹر جہاد رسول اللہ صلی اللہ علیہ وسلم ایک بار ایک غزوہ پر گئے اس کو کہتے</w:t>
      </w:r>
    </w:p>
    <w:p>
      <w:r>
        <w:rPr>
          <w:b/>
        </w:rPr>
        <w:t xml:space="preserve">[27:06] </w:t>
      </w:r>
      <w:r>
        <w:t>hain ghazwa tabuk</w:t>
      </w:r>
    </w:p>
    <w:p>
      <w:pPr>
        <w:jc w:val="right"/>
      </w:pPr>
      <w:r>
        <w:t>ہیں غزوہ تبوک</w:t>
      </w:r>
    </w:p>
    <w:p>
      <w:r>
        <w:rPr>
          <w:b/>
        </w:rPr>
        <w:t xml:space="preserve">[27:08] </w:t>
      </w:r>
      <w:r>
        <w:t>yeh ghazwa jo hai woh kya cheez hai woh self dism self defence ke liye tha woh</w:t>
      </w:r>
    </w:p>
    <w:p>
      <w:pPr>
        <w:jc w:val="right"/>
      </w:pPr>
      <w:r>
        <w:t>یہ غزوہ جو ہے وہ کیا چیز ہے وہ سیلف ڈسم سیلف ڈسم ڈیفنس کے لیے تھا وہ</w:t>
      </w:r>
    </w:p>
    <w:p>
      <w:r>
        <w:rPr>
          <w:b/>
        </w:rPr>
        <w:t xml:space="preserve">[27:15] </w:t>
      </w:r>
      <w:r>
        <w:t>agarche jang toh chand hi bar hui lekin jab sunte the aap ke koi</w:t>
      </w:r>
    </w:p>
    <w:p>
      <w:pPr>
        <w:jc w:val="right"/>
      </w:pPr>
      <w:r>
        <w:t>اگرچہ باغ لڑائی تو چند ہی بار ہوئی لیکن جب سنتے تھے اپ کہ کوئی</w:t>
      </w:r>
    </w:p>
    <w:p>
      <w:r>
        <w:rPr>
          <w:b/>
        </w:rPr>
        <w:t xml:space="preserve">[27:22] </w:t>
      </w:r>
      <w:r>
        <w:t>advance kar raha hai madine ki taraf toh aap aage badhte the toh kabhi is ki armies hoti</w:t>
      </w:r>
    </w:p>
    <w:p>
      <w:pPr>
        <w:jc w:val="right"/>
      </w:pPr>
      <w:r>
        <w:t>ایڈوانس کر رہا ہے مدینے کی طرف تو اپ اگے بڑھتے تھے تو کبھی اس کی ارمشز ہوتی</w:t>
      </w:r>
    </w:p>
    <w:p>
      <w:r>
        <w:rPr>
          <w:b/>
        </w:rPr>
        <w:t xml:space="preserve">[27:26] </w:t>
      </w:r>
      <w:r>
        <w:t>thin kabhi woh log bhag jate the toh is ko ghazwa kehte hain toh is tarah ka ek</w:t>
      </w:r>
    </w:p>
    <w:p>
      <w:pPr>
        <w:jc w:val="right"/>
      </w:pPr>
      <w:r>
        <w:t>تھیں کبھی وہ لوگ بھاگ جاتے تھے تو اس کو غزوہ کہتے ہیں تو اس طرح کا ایک</w:t>
      </w:r>
    </w:p>
    <w:p>
      <w:r>
        <w:rPr>
          <w:b/>
        </w:rPr>
        <w:t xml:space="preserve">[27:33] </w:t>
      </w:r>
      <w:r>
        <w:t>khabar mili</w:t>
      </w:r>
    </w:p>
    <w:p>
      <w:pPr>
        <w:jc w:val="right"/>
      </w:pPr>
      <w:r>
        <w:t>خبر ملی</w:t>
      </w:r>
    </w:p>
    <w:p>
      <w:r>
        <w:rPr>
          <w:b/>
        </w:rPr>
        <w:t xml:space="preserve">[27:34] </w:t>
      </w:r>
      <w:r>
        <w:t>aap ko keh kuch log wahan ekatha ho rahe hain madina par hamla karne ke liye madina par</w:t>
      </w:r>
    </w:p>
    <w:p>
      <w:pPr>
        <w:jc w:val="right"/>
      </w:pPr>
      <w:r>
        <w:t>اپ کو کہ کچھ لوگ وہاں اکٹھا ہو رہے ہیں مدینہ پر حملہ کرنے کے لیے مدینہ پر</w:t>
      </w:r>
    </w:p>
    <w:p>
      <w:r>
        <w:rPr>
          <w:b/>
        </w:rPr>
        <w:t xml:space="preserve">[27:39] </w:t>
      </w:r>
      <w:r>
        <w:t>attack karne ke liye to madina se nikle aap</w:t>
      </w:r>
    </w:p>
    <w:p>
      <w:pPr>
        <w:jc w:val="right"/>
      </w:pPr>
      <w:r>
        <w:t>اٹیک کرنے کے لیے تو مدینہ سے نکلے اپ</w:t>
      </w:r>
    </w:p>
    <w:p>
      <w:r>
        <w:rPr>
          <w:b/>
        </w:rPr>
        <w:t xml:space="preserve">[27:44] </w:t>
      </w:r>
      <w:r>
        <w:t>apne sathiyon ko le kar</w:t>
      </w:r>
    </w:p>
    <w:p>
      <w:pPr>
        <w:jc w:val="right"/>
      </w:pPr>
      <w:r>
        <w:t>اپنے ساتھیوں کو لے کر</w:t>
      </w:r>
    </w:p>
    <w:p>
      <w:r>
        <w:rPr>
          <w:b/>
        </w:rPr>
        <w:t xml:space="preserve">[27:47] </w:t>
      </w:r>
      <w:r>
        <w:t>tabuk tak gaye</w:t>
      </w:r>
    </w:p>
    <w:p>
      <w:pPr>
        <w:jc w:val="right"/>
      </w:pPr>
      <w:r>
        <w:t>تبوک تک گئے</w:t>
      </w:r>
    </w:p>
    <w:p>
      <w:r>
        <w:rPr>
          <w:b/>
        </w:rPr>
        <w:t xml:space="preserve">[27:50] </w:t>
      </w:r>
      <w:r>
        <w:t>wahan par agarchay koi larai nahi hui woh log peechay hatt gaye</w:t>
      </w:r>
    </w:p>
    <w:p>
      <w:pPr>
        <w:jc w:val="right"/>
      </w:pPr>
      <w:r>
        <w:t>وہاں پر اگرچہ کوئی لڑائی نہیں ہوئی وہ لوگ پیچھے ہٹ گئے</w:t>
      </w:r>
    </w:p>
    <w:p>
      <w:r>
        <w:rPr>
          <w:b/>
        </w:rPr>
        <w:t xml:space="preserve">[27:55] </w:t>
      </w:r>
      <w:r>
        <w:t>lekin behal aik ghazwa kaha jata hai ghazwa tabuk is ko</w:t>
      </w:r>
    </w:p>
    <w:p>
      <w:pPr>
        <w:jc w:val="right"/>
      </w:pPr>
      <w:r>
        <w:t>لیکن بہرحال ایک غزوہ کہا جاتا ہے غزوہ تبوک اس کو</w:t>
      </w:r>
    </w:p>
    <w:p>
      <w:r>
        <w:rPr>
          <w:b/>
        </w:rPr>
        <w:t xml:space="preserve">[28:02] </w:t>
      </w:r>
      <w:r>
        <w:t>to yeh goya aik jihad ka waqia tha phir jab wapas aaye wahan se aap jab madina aap</w:t>
      </w:r>
    </w:p>
    <w:p>
      <w:pPr>
        <w:jc w:val="right"/>
      </w:pPr>
      <w:r>
        <w:t>تو یہ گویا ایک جہاد کا واقعہ تھا پھر جب واپس ائے وہاں سے اپ جب مدینہ اپ</w:t>
      </w:r>
    </w:p>
    <w:p>
      <w:r>
        <w:rPr>
          <w:b/>
        </w:rPr>
        <w:t xml:space="preserve">[28:08] </w:t>
      </w:r>
      <w:r>
        <w:t>pehanchay to aap ne farmaya keh</w:t>
      </w:r>
    </w:p>
    <w:p>
      <w:pPr>
        <w:jc w:val="right"/>
      </w:pPr>
      <w:r>
        <w:t>پہنچے تو اپ نے فرمایا کہ</w:t>
      </w:r>
    </w:p>
    <w:p>
      <w:r>
        <w:rPr>
          <w:b/>
        </w:rPr>
        <w:t xml:space="preserve">[28:13] </w:t>
      </w:r>
      <w:r>
        <w:t>rajana min al jahad al asghar il al jahad al akbar</w:t>
      </w:r>
    </w:p>
    <w:p>
      <w:pPr>
        <w:jc w:val="right"/>
      </w:pPr>
      <w:r>
        <w:t>رجانہ من الجہاد الاصغر ال الجہاد الاکبر</w:t>
      </w:r>
    </w:p>
    <w:p>
      <w:r>
        <w:rPr>
          <w:b/>
        </w:rPr>
        <w:t xml:space="preserve">[28:20] </w:t>
      </w:r>
      <w:r>
        <w:t>hum</w:t>
      </w:r>
    </w:p>
    <w:p>
      <w:pPr>
        <w:jc w:val="right"/>
      </w:pPr>
      <w:r>
        <w:t>ہم</w:t>
      </w:r>
    </w:p>
    <w:p>
      <w:r>
        <w:rPr>
          <w:b/>
        </w:rPr>
        <w:t xml:space="preserve">[28:21] </w:t>
      </w:r>
      <w:r>
        <w:t>chotay jahaz se lot kar baray jahaz ki taraf aaye hain</w:t>
      </w:r>
    </w:p>
    <w:p>
      <w:pPr>
        <w:jc w:val="right"/>
      </w:pPr>
      <w:r>
        <w:t>چھوٹے جہاز سے لوٹ کر بڑے جہاز کی طرف ائے ہیں</w:t>
      </w:r>
    </w:p>
    <w:p>
      <w:r>
        <w:rPr>
          <w:b/>
        </w:rPr>
        <w:t xml:space="preserve">[28:27] </w:t>
      </w:r>
      <w:r>
        <w:t>iska matlab kya tha wahan enemy se fight karna tha yahan apne aap se fight karna hai</w:t>
      </w:r>
    </w:p>
    <w:p>
      <w:pPr>
        <w:jc w:val="right"/>
      </w:pPr>
      <w:r>
        <w:t>اس کا مطلب کیا تھا وہاں انمی سے فائٹ کرنا تھا یہاں اپنے اپ سے فائٹ کرنا ہے</w:t>
      </w:r>
    </w:p>
    <w:p>
      <w:r>
        <w:rPr>
          <w:b/>
        </w:rPr>
        <w:t xml:space="preserve">[28:36] </w:t>
      </w:r>
      <w:r>
        <w:t>yani main enemy se fight karne ke liye hum aagay gaye thay wahan</w:t>
      </w:r>
    </w:p>
    <w:p>
      <w:pPr>
        <w:jc w:val="right"/>
      </w:pPr>
      <w:r>
        <w:t>یعنی میں انمی سے فائٹ کرنے کے لیے ہم اگے گئے تھے وہاں</w:t>
      </w:r>
    </w:p>
    <w:p>
      <w:r>
        <w:rPr>
          <w:b/>
        </w:rPr>
        <w:t xml:space="preserve">[28:42] </w:t>
      </w:r>
      <w:r>
        <w:t>ab lotay hain apne apne shehar mein madine mein apne gharon mein ab self fighting ka daur shuru</w:t>
      </w:r>
    </w:p>
    <w:p>
      <w:pPr>
        <w:jc w:val="right"/>
      </w:pPr>
      <w:r>
        <w:t>اب لوٹے ہیں اپنے اپنے شہر میں مدینے میں اپنے گھروں میں اب سیلف فائٹنگ کا دور شروع</w:t>
      </w:r>
    </w:p>
    <w:p>
      <w:r>
        <w:rPr>
          <w:b/>
        </w:rPr>
        <w:t xml:space="preserve">[28:48] </w:t>
      </w:r>
      <w:r>
        <w:t>ho gaya apne se larna</w:t>
      </w:r>
    </w:p>
    <w:p>
      <w:pPr>
        <w:jc w:val="right"/>
      </w:pPr>
      <w:r>
        <w:t>ہو گیا اپنے سے لڑنا</w:t>
      </w:r>
    </w:p>
    <w:p>
      <w:r>
        <w:rPr>
          <w:b/>
        </w:rPr>
        <w:t xml:space="preserve">[28:53] </w:t>
      </w:r>
      <w:r>
        <w:t>to aap ne farmaya keh rajana min al jahad al asghar al jahad al akbar yani ab jihad after jihad ki baat</w:t>
      </w:r>
    </w:p>
    <w:p>
      <w:pPr>
        <w:jc w:val="right"/>
      </w:pPr>
      <w:r>
        <w:t>تو اپ نے فرمایا کہ رجانہ من الجہاد الاصغر الجہاد الاکبر یعنی اب جہاد افٹر جہاد کی بات</w:t>
      </w:r>
    </w:p>
    <w:p>
      <w:r>
        <w:rPr>
          <w:b/>
        </w:rPr>
        <w:t xml:space="preserve">[29:00] </w:t>
      </w:r>
      <w:r>
        <w:t>samnay agai woh jihad tha doosron ke khilaf ab jihad apne hi se jihad karna hai</w:t>
      </w:r>
    </w:p>
    <w:p>
      <w:pPr>
        <w:jc w:val="right"/>
      </w:pPr>
      <w:r>
        <w:t>سامنے اگئی وہ جہاد تھا دوسروں کے خلاف اب جہاد اپنے ہی سے جہاد کرنا ہے</w:t>
      </w:r>
    </w:p>
    <w:p>
      <w:r>
        <w:rPr>
          <w:b/>
        </w:rPr>
        <w:t xml:space="preserve">[29:09] </w:t>
      </w:r>
      <w:r>
        <w:t>isi</w:t>
      </w:r>
    </w:p>
    <w:p>
      <w:pPr>
        <w:jc w:val="right"/>
      </w:pPr>
      <w:r>
        <w:t>اسی</w:t>
      </w:r>
    </w:p>
    <w:p>
      <w:r>
        <w:rPr>
          <w:b/>
        </w:rPr>
        <w:t xml:space="preserve">[29:09] </w:t>
      </w:r>
      <w:r>
        <w:t>liye hadith mein aata hai keh al mujahid man jahad nafsahu fi ta'at Allah</w:t>
      </w:r>
    </w:p>
    <w:p>
      <w:pPr>
        <w:jc w:val="right"/>
      </w:pPr>
      <w:r>
        <w:t>لیے حدیث میں اتا ہے کہ المجاہد من جاد نفسہ فی طاعت اللہ</w:t>
      </w:r>
    </w:p>
    <w:p>
      <w:r>
        <w:rPr>
          <w:b/>
        </w:rPr>
        <w:t xml:space="preserve">[29:16] </w:t>
      </w:r>
      <w:r>
        <w:t>mujahid woh hai jo Allah ke hukumon ko follow karne ke liye apne aap se laday</w:t>
      </w:r>
    </w:p>
    <w:p>
      <w:pPr>
        <w:jc w:val="right"/>
      </w:pPr>
      <w:r>
        <w:t>مجاہد وہ ہے جو اللہ کے حکموں کو فالو کرنے کے لیے اپنے اپ سے لڑے</w:t>
      </w:r>
    </w:p>
    <w:p>
      <w:r>
        <w:rPr>
          <w:b/>
        </w:rPr>
        <w:t xml:space="preserve">[29:23] </w:t>
      </w:r>
      <w:r>
        <w:t>kyun ke dekhiye hota kya hai hamare andar ego hai hamare andar</w:t>
      </w:r>
    </w:p>
    <w:p>
      <w:pPr>
        <w:jc w:val="right"/>
      </w:pPr>
      <w:r>
        <w:t>کیونکہ دیکھیے ہوتا کیا ہے ہمارے اندر ایگو ہے ہمارے اندر</w:t>
      </w:r>
    </w:p>
    <w:p>
      <w:r>
        <w:rPr>
          <w:b/>
        </w:rPr>
        <w:t xml:space="preserve">[29:31] </w:t>
      </w:r>
      <w:r>
        <w:t>interest ki feeling hai hamare andar revenge ki feeling hai</w:t>
      </w:r>
    </w:p>
    <w:p>
      <w:pPr>
        <w:jc w:val="right"/>
      </w:pPr>
      <w:r>
        <w:t>انٹرسٹ کی فیلنگ ہے ہمارے اندر ریونج کی فیلنگ ہے</w:t>
      </w:r>
    </w:p>
    <w:p>
      <w:r>
        <w:rPr>
          <w:b/>
        </w:rPr>
        <w:t xml:space="preserve">[29:37] </w:t>
      </w:r>
      <w:r>
        <w:t>hum koi provoke karta hai to hum provoke ho jatay hain negative thought aa jatay hain yeh sab</w:t>
      </w:r>
    </w:p>
    <w:p>
      <w:pPr>
        <w:jc w:val="right"/>
      </w:pPr>
      <w:r>
        <w:t>ہم کوئی پرووک کرتا ہے تو ہم پرووک ہو جاتے ہیں نیگیٹیو تھاٹ ا جاتے ہیں یہ سب</w:t>
      </w:r>
    </w:p>
    <w:p>
      <w:r>
        <w:rPr>
          <w:b/>
        </w:rPr>
        <w:t xml:space="preserve">[29:41] </w:t>
      </w:r>
      <w:r>
        <w:t>hamare andar hai by nature</w:t>
      </w:r>
    </w:p>
    <w:p>
      <w:pPr>
        <w:jc w:val="right"/>
      </w:pPr>
      <w:r>
        <w:t>ہمارے اندر ہے بائی نیچر</w:t>
      </w:r>
    </w:p>
    <w:p>
      <w:r>
        <w:rPr>
          <w:b/>
        </w:rPr>
        <w:t xml:space="preserve">[29:46] </w:t>
      </w:r>
      <w:r>
        <w:t>to test kiya hai test yeh hai ke is ko hum control kar ke rahen</w:t>
      </w:r>
    </w:p>
    <w:p>
      <w:pPr>
        <w:jc w:val="right"/>
      </w:pPr>
      <w:r>
        <w:t>تو ٹیسٹ کیا ہے ٹیسٹ یہ ہے کہ اس کو ہم کنٹرول کر کے رہیں</w:t>
      </w:r>
    </w:p>
    <w:p>
      <w:r>
        <w:rPr>
          <w:b/>
        </w:rPr>
        <w:t xml:space="preserve">[29:50] </w:t>
      </w:r>
      <w:r>
        <w:t>test yahi hai is ko hum control kar ke rahen</w:t>
      </w:r>
    </w:p>
    <w:p>
      <w:pPr>
        <w:jc w:val="right"/>
      </w:pPr>
      <w:r>
        <w:t>ٹیسٹ یہی ہے اس کو ہم کنٹرول کر کے رہیں</w:t>
      </w:r>
    </w:p>
    <w:p>
      <w:r>
        <w:rPr>
          <w:b/>
        </w:rPr>
        <w:t xml:space="preserve">[29:58] </w:t>
      </w:r>
      <w:r>
        <w:t>yeh hai goya ke jihad after jihad hajj after hajj ibadat after ibadat</w:t>
      </w:r>
    </w:p>
    <w:p>
      <w:pPr>
        <w:jc w:val="right"/>
      </w:pPr>
      <w:r>
        <w:t>یہ ہے گویا کہ جہاد افٹر جہاد حج افٹر حج عبادت افٹر عبادت</w:t>
      </w:r>
    </w:p>
    <w:p>
      <w:r>
        <w:rPr>
          <w:b/>
        </w:rPr>
        <w:t xml:space="preserve">[30:06] </w:t>
      </w:r>
      <w:r>
        <w:t>ritual ke roop mein aap ne kuch kiya</w:t>
      </w:r>
    </w:p>
    <w:p>
      <w:pPr>
        <w:jc w:val="right"/>
      </w:pPr>
      <w:r>
        <w:t>ریچول کے روپ میں اپ نے کچھ کیا</w:t>
      </w:r>
    </w:p>
    <w:p>
      <w:r>
        <w:rPr>
          <w:b/>
        </w:rPr>
        <w:t xml:space="preserve">[30:10] </w:t>
      </w:r>
      <w:r>
        <w:t>woh thori der ke liye tha ab jo aap zindagi mein lote</w:t>
      </w:r>
    </w:p>
    <w:p>
      <w:pPr>
        <w:jc w:val="right"/>
      </w:pPr>
      <w:r>
        <w:t>وہ تھوڑی دیر کے لیے تھا اب جو اپ زندگی میں لوٹے</w:t>
      </w:r>
    </w:p>
    <w:p>
      <w:r>
        <w:rPr>
          <w:b/>
        </w:rPr>
        <w:t xml:space="preserve">[30:15] </w:t>
      </w:r>
      <w:r>
        <w:t>to woh sare</w:t>
      </w:r>
    </w:p>
    <w:p>
      <w:pPr>
        <w:jc w:val="right"/>
      </w:pPr>
      <w:r>
        <w:t>تو وہ سارے</w:t>
      </w:r>
    </w:p>
    <w:p>
      <w:r>
        <w:rPr>
          <w:b/>
        </w:rPr>
        <w:t xml:space="preserve">[30:17] </w:t>
      </w:r>
      <w:r>
        <w:t>kaam samne aa gaye kabhi koi aap ko provoke karega kabhi aap par koi attack karega kabhi</w:t>
      </w:r>
    </w:p>
    <w:p>
      <w:pPr>
        <w:jc w:val="right"/>
      </w:pPr>
      <w:r>
        <w:t>کام سامنے اگئے کبھی کوئی اپ کو پرووک کرے گا کبھی اپ پر کوئی اٹیک کرے گا کبھی</w:t>
      </w:r>
    </w:p>
    <w:p>
      <w:r>
        <w:rPr>
          <w:b/>
        </w:rPr>
        <w:t xml:space="preserve">[30:24] </w:t>
      </w:r>
      <w:r>
        <w:t>aap ko koi bura bata dega kabhi aap ko koi gaali dega kabhi koi nuqsan pohancha</w:t>
      </w:r>
    </w:p>
    <w:p>
      <w:pPr>
        <w:jc w:val="right"/>
      </w:pPr>
      <w:r>
        <w:t>اپ کو کوئی برا بتا دے گا کبھی اپ کو کوئی گالی دے گا کبھی کوئی نقصان پہنچا</w:t>
      </w:r>
    </w:p>
    <w:p>
      <w:r>
        <w:rPr>
          <w:b/>
        </w:rPr>
        <w:t xml:space="preserve">[30:29] </w:t>
      </w:r>
      <w:r>
        <w:t>dega kabhi aap koi aap ke ego ko touch karega yeh sab baatein pesh aayengi</w:t>
      </w:r>
    </w:p>
    <w:p>
      <w:pPr>
        <w:jc w:val="right"/>
      </w:pPr>
      <w:r>
        <w:t>دے گا کبھی اپ کوئی اپ کے ایگو کو ٹچ کرے گا یہ سب باتیں پیش ائیں گی</w:t>
      </w:r>
    </w:p>
    <w:p>
      <w:r>
        <w:rPr>
          <w:b/>
        </w:rPr>
        <w:t xml:space="preserve">[30:36] </w:t>
      </w:r>
      <w:r>
        <w:t>to kya karna hai wahan yahan par jo hai</w:t>
      </w:r>
    </w:p>
    <w:p>
      <w:pPr>
        <w:jc w:val="right"/>
      </w:pPr>
      <w:r>
        <w:t>تو کیا کرنا ہے وہاں یہاں پر جو ہے</w:t>
      </w:r>
    </w:p>
    <w:p>
      <w:r>
        <w:rPr>
          <w:b/>
        </w:rPr>
        <w:t xml:space="preserve">[30:40] </w:t>
      </w:r>
      <w:r>
        <w:t>aap ko is is spirit ko translate</w:t>
      </w:r>
    </w:p>
    <w:p>
      <w:pPr>
        <w:jc w:val="right"/>
      </w:pPr>
      <w:r>
        <w:t>اپ کو اس اسپرٹ کو ٹرانسلیٹ</w:t>
      </w:r>
    </w:p>
    <w:p>
      <w:r>
        <w:rPr>
          <w:b/>
        </w:rPr>
        <w:t xml:space="preserve">[30:43] </w:t>
      </w:r>
      <w:r>
        <w:t>karna hai apni life mein ke koi provoke kare tab bhi aap provoke na hon ke koi ghussa dilaye tab bhi aap ghussa na hon koi aisi baat kare jis se aap ke andar revenge ki bhavna jaage tab bhi aap revenge ko khatm kar dein apne andar revenge ke jazbe ko</w:t>
      </w:r>
    </w:p>
    <w:p>
      <w:pPr>
        <w:jc w:val="right"/>
      </w:pPr>
      <w:r>
        <w:t>کرنا ہے اپنی لائف میں کہ کوئی پرووک کرے تب بھی اپ پرووک نہ ہوں کہ کوئی غصہ دلائے تب بھی اپ غصہ نہ ہوں کوئی ایسی بات کرے جس سے اپ کے اندر ریونج کی بھاونا جاگے تب بھی اپ ریونج کو ختم کر دیں اپنے اندر ریونج کے جذبہ کو</w:t>
      </w:r>
    </w:p>
    <w:p>
      <w:r>
        <w:rPr>
          <w:b/>
        </w:rPr>
        <w:t xml:space="preserve">[31:09] </w:t>
      </w:r>
      <w:r>
        <w:t>to apne aap ko self discipline mein rakhna apne aap ko self control mein rakhna yeh hai ibadat ke baad ki ibadat ibadat after ibadat ibadat ke waqt aap ne kuch rituals ko pura kiya tha to rituals kya the wo wo yani</w:t>
      </w:r>
    </w:p>
    <w:p>
      <w:pPr>
        <w:jc w:val="right"/>
      </w:pPr>
      <w:r>
        <w:t>تو اپنے اپ کو سیلف ڈسپلن میں رکھنا اپنے اپ کو سیلف کنٹرول میں رکھنا یہ ہے عبادت کے بعد کی عبادت عبادت افٹر عبادت عبادت کے وقت اپ نے کچھ ریچولز کو پورا کیا تھا تو ریچولز کیا تھے وہ وہ یعنی</w:t>
      </w:r>
    </w:p>
    <w:p>
      <w:r>
        <w:rPr>
          <w:b/>
        </w:rPr>
        <w:t xml:space="preserve">[31:34] </w:t>
      </w:r>
      <w:r>
        <w:t>symbolic roop mein the woh</w:t>
      </w:r>
    </w:p>
    <w:p>
      <w:pPr>
        <w:jc w:val="right"/>
      </w:pPr>
      <w:r>
        <w:t>سمبالک روپ میں تھے وہ</w:t>
      </w:r>
    </w:p>
    <w:p>
      <w:r>
        <w:rPr>
          <w:b/>
        </w:rPr>
        <w:t xml:space="preserve">[31:37] </w:t>
      </w:r>
      <w:r>
        <w:t>is ko aap ko translate karna hai apni daily life mein</w:t>
      </w:r>
    </w:p>
    <w:p>
      <w:pPr>
        <w:jc w:val="right"/>
      </w:pPr>
      <w:r>
        <w:t>اس کو اپ کو ٹرانسلیٹ کرنا ہے اپنی ڈیلی لائف میں</w:t>
      </w:r>
    </w:p>
    <w:p>
      <w:r>
        <w:rPr>
          <w:b/>
        </w:rPr>
        <w:t xml:space="preserve">[31:42] </w:t>
      </w:r>
      <w:r>
        <w:t>to jab tak ibadat after ibadat ka aap ke andar</w:t>
      </w:r>
    </w:p>
    <w:p>
      <w:pPr>
        <w:jc w:val="right"/>
      </w:pPr>
      <w:r>
        <w:t>تو جب تک عبادت افٹر عبادت کا اپ کے اندر</w:t>
      </w:r>
    </w:p>
    <w:p>
      <w:r>
        <w:rPr>
          <w:b/>
        </w:rPr>
        <w:t xml:space="preserve">[31:47] </w:t>
      </w:r>
      <w:r>
        <w:t>nahi aata tab tak aap ne ibadat nahi ki</w:t>
      </w:r>
    </w:p>
    <w:p>
      <w:pPr>
        <w:jc w:val="right"/>
      </w:pPr>
      <w:r>
        <w:t>نہیں اتا تب تک اپ نے عبادت نہیں کی</w:t>
      </w:r>
    </w:p>
    <w:p>
      <w:r>
        <w:rPr>
          <w:b/>
        </w:rPr>
        <w:t xml:space="preserve">[31:51] </w:t>
      </w:r>
      <w:r>
        <w:t>to yeh sara mamla yeh yeh mamla har har cheez se juda hua hai yani kalma after kalma</w:t>
      </w:r>
    </w:p>
    <w:p>
      <w:pPr>
        <w:jc w:val="right"/>
      </w:pPr>
      <w:r>
        <w:t>تو یہ سارا معاملہ یہ یہ معاملہ ہر ہر چیز سے جڑا ہوا ہے یعنی کلمہ افٹر کلمہ</w:t>
      </w:r>
    </w:p>
    <w:p>
      <w:r>
        <w:rPr>
          <w:b/>
        </w:rPr>
        <w:t xml:space="preserve">[31:57] </w:t>
      </w:r>
      <w:r>
        <w:t>namaz after namaz roza after roza zakat after zakat hajj after hajj ibadat after ibadat</w:t>
      </w:r>
    </w:p>
    <w:p>
      <w:pPr>
        <w:jc w:val="right"/>
      </w:pPr>
      <w:r>
        <w:t>نماز افٹر نماز روزہ افٹر روزہ زکوۃ افٹر زکوۃ حج افٹر حج عبادت افٹر عبادت</w:t>
      </w:r>
    </w:p>
    <w:p>
      <w:r>
        <w:rPr>
          <w:b/>
        </w:rPr>
        <w:t xml:space="preserve">[32:08] </w:t>
      </w:r>
      <w:r>
        <w:t>yani thore waqt ke liye aap ne</w:t>
      </w:r>
    </w:p>
    <w:p>
      <w:pPr>
        <w:jc w:val="right"/>
      </w:pPr>
      <w:r>
        <w:t>یعنی تھوڑے وقت کے لیے اپ نے</w:t>
      </w:r>
    </w:p>
    <w:p>
      <w:r>
        <w:rPr>
          <w:b/>
        </w:rPr>
        <w:t xml:space="preserve">[32:11] </w:t>
      </w:r>
      <w:r>
        <w:t>rituals ke roop mein kuch ada kiya</w:t>
      </w:r>
    </w:p>
    <w:p>
      <w:pPr>
        <w:jc w:val="right"/>
      </w:pPr>
      <w:r>
        <w:t>ریچولز کے روپ میں کچھ ادا کیا</w:t>
      </w:r>
    </w:p>
    <w:p>
      <w:r>
        <w:rPr>
          <w:b/>
        </w:rPr>
        <w:t xml:space="preserve">[32:15] </w:t>
      </w:r>
      <w:r>
        <w:t>lekin wohin baat khatam nahi hogi wahan full stop nahi lag gaya</w:t>
      </w:r>
    </w:p>
    <w:p>
      <w:pPr>
        <w:jc w:val="right"/>
      </w:pPr>
      <w:r>
        <w:t>لیکن وہیں بات ختم نہیں ہوگی وہاں فل سٹاپ نہیں لگ گیا</w:t>
      </w:r>
    </w:p>
    <w:p>
      <w:r>
        <w:rPr>
          <w:b/>
        </w:rPr>
        <w:t xml:space="preserve">[32:20] </w:t>
      </w:r>
      <w:r>
        <w:t>is</w:t>
      </w:r>
    </w:p>
    <w:p>
      <w:pPr>
        <w:jc w:val="right"/>
      </w:pPr>
      <w:r>
        <w:t>اس</w:t>
      </w:r>
    </w:p>
    <w:p>
      <w:r>
        <w:rPr>
          <w:b/>
        </w:rPr>
        <w:t xml:space="preserve">[32:20] </w:t>
      </w:r>
      <w:r>
        <w:t>ke baad aap ko apni zindagi mein utarna hai is ko isi spirit ko</w:t>
      </w:r>
    </w:p>
    <w:p>
      <w:pPr>
        <w:jc w:val="right"/>
      </w:pPr>
      <w:r>
        <w:t>کے بعد اپ کو اپنی زندگی میں اتارنا ہے اس کو اسی سپرٹ کو</w:t>
      </w:r>
    </w:p>
    <w:p>
      <w:r>
        <w:rPr>
          <w:b/>
        </w:rPr>
        <w:t xml:space="preserve">[32:28] </w:t>
      </w:r>
      <w:r>
        <w:t>isi ko rasool Allah ne farmaya tha ke rajana min al jihad al asghar al jihad al akbar ke ek jihad woh</w:t>
      </w:r>
    </w:p>
    <w:p>
      <w:pPr>
        <w:jc w:val="right"/>
      </w:pPr>
      <w:r>
        <w:t>اسی کو رسول اللہ نے فرمایا تھا کہ رجانہ من الجہاد الاصغر الجہاد الاکبر کہ ایک جہاد وہ</w:t>
      </w:r>
    </w:p>
    <w:p>
      <w:r>
        <w:rPr>
          <w:b/>
        </w:rPr>
        <w:t xml:space="preserve">[32:34] </w:t>
      </w:r>
      <w:r>
        <w:t>tha jis ke liye hum gaye the lekin woh woh toh chand din ke liye tha</w:t>
      </w:r>
    </w:p>
    <w:p>
      <w:pPr>
        <w:jc w:val="right"/>
      </w:pPr>
      <w:r>
        <w:t>تھا جس کے لیے ہم گئے تھے لیکن وہ وہ تو وہ تو چند دن کے لیے تھا</w:t>
      </w:r>
    </w:p>
    <w:p>
      <w:r>
        <w:rPr>
          <w:b/>
        </w:rPr>
        <w:t xml:space="preserve">[32:41] </w:t>
      </w:r>
      <w:r>
        <w:t>ab mustaqil jihad ki taraf hum lote hain har waqt ka jihad</w:t>
      </w:r>
    </w:p>
    <w:p>
      <w:pPr>
        <w:jc w:val="right"/>
      </w:pPr>
      <w:r>
        <w:t>اب مستقل جہاد کی طرف ہم لوٹے ہیں ہر وقت کا جہاد</w:t>
      </w:r>
    </w:p>
    <w:p>
      <w:r>
        <w:rPr>
          <w:b/>
        </w:rPr>
        <w:t xml:space="preserve">[32:46] </w:t>
      </w:r>
      <w:r>
        <w:t>yeh hai sahi maano mein ibadat ki spirit</w:t>
      </w:r>
    </w:p>
    <w:p>
      <w:pPr>
        <w:jc w:val="right"/>
      </w:pPr>
      <w:r>
        <w:t>یہ ہے صحیح معنوں میں عبادت کی اسپرٹ</w:t>
      </w:r>
    </w:p>
    <w:p>
      <w:r>
        <w:rPr>
          <w:b/>
        </w:rPr>
        <w:t xml:space="preserve">[33:06] </w:t>
      </w:r>
      <w:r>
        <w:t>dekhein yeh jo mein keh raha hoon ke ibadat after ibadat yeh kya hai is ke liye ap ko parhna chahiye sahaba ki zindagi ko kyunke hadith mein aata hai ke</w:t>
      </w:r>
    </w:p>
    <w:p>
      <w:pPr>
        <w:jc w:val="right"/>
      </w:pPr>
      <w:r>
        <w:t>دیکھیں یہ جو میں کہہ رہا ہوں کہ عبادت افٹر عبادت یہ کیا ہے اس کے لیے اپ کو پڑھنا چاہیے صحابہ کی زندگی کو کیونکہ حدیث میں اتا ہے کہ</w:t>
      </w:r>
    </w:p>
    <w:p>
      <w:r>
        <w:rPr>
          <w:b/>
        </w:rPr>
        <w:t xml:space="preserve">[33:25] </w:t>
      </w:r>
      <w:r>
        <w:t>as-habi an-najum ba-ham iqtaditum iqtaditum</w:t>
      </w:r>
    </w:p>
    <w:p>
      <w:pPr>
        <w:jc w:val="right"/>
      </w:pPr>
      <w:r>
        <w:t>اصحابی النجوم باہم اقتدیتم اقتدیتم</w:t>
      </w:r>
    </w:p>
    <w:p>
      <w:r>
        <w:rPr>
          <w:b/>
        </w:rPr>
        <w:t xml:space="preserve">[33:32] </w:t>
      </w:r>
      <w:r>
        <w:t>yani Rasool Allah ne farmaya ke mere jo companions hain mere jo sahaba hain woh sitaron ki manind</w:t>
      </w:r>
    </w:p>
    <w:p>
      <w:pPr>
        <w:jc w:val="right"/>
      </w:pPr>
      <w:r>
        <w:t>یعنی رسول اللہ نے فرمایا کہ میرے جو کمپینینز ہیں میرے جو صحابہ ہیں وہ ستاروں کی مانند</w:t>
      </w:r>
    </w:p>
    <w:p>
      <w:r>
        <w:rPr>
          <w:b/>
        </w:rPr>
        <w:t xml:space="preserve">[33:39] </w:t>
      </w:r>
      <w:r>
        <w:t>hain un mein se jis ko bhi tum follow karoge tum hidayat par rahoge tum ko</w:t>
      </w:r>
    </w:p>
    <w:p>
      <w:pPr>
        <w:jc w:val="right"/>
      </w:pPr>
      <w:r>
        <w:t>ہیں ان میں سے جس کو بھی تم فالو کرو گے تم ہدایت پر رہو گے تم کو</w:t>
      </w:r>
    </w:p>
    <w:p>
      <w:r>
        <w:rPr>
          <w:b/>
        </w:rPr>
        <w:t xml:space="preserve">[33:46] </w:t>
      </w:r>
      <w:r>
        <w:t>rasta mil jayega</w:t>
      </w:r>
    </w:p>
    <w:p>
      <w:pPr>
        <w:jc w:val="right"/>
      </w:pPr>
      <w:r>
        <w:t>راستہ مل جائے گا</w:t>
      </w:r>
    </w:p>
    <w:p>
      <w:r>
        <w:rPr>
          <w:b/>
        </w:rPr>
        <w:t xml:space="preserve">[33:49] </w:t>
      </w:r>
      <w:r>
        <w:t>to is maani hai ke sahaba ko model mana gaya hai al-qudwatuhum</w:t>
      </w:r>
    </w:p>
    <w:p>
      <w:pPr>
        <w:jc w:val="right"/>
      </w:pPr>
      <w:r>
        <w:t>تو اس معنی ہے کہ صحابہ کو ماڈل مانا گیا ہے القدوتہم</w:t>
      </w:r>
    </w:p>
    <w:p>
      <w:r>
        <w:rPr>
          <w:b/>
        </w:rPr>
        <w:t xml:space="preserve">[33:55] </w:t>
      </w:r>
      <w:r>
        <w:t>Islam mein sahaba ko model mana gaya hai</w:t>
      </w:r>
    </w:p>
    <w:p>
      <w:pPr>
        <w:jc w:val="right"/>
      </w:pPr>
      <w:r>
        <w:t>اسلام میں صحابہ کو ماڈل مانا گیا ہے</w:t>
      </w:r>
    </w:p>
    <w:p>
      <w:r>
        <w:rPr>
          <w:b/>
        </w:rPr>
        <w:t xml:space="preserve">[34:00] </w:t>
      </w:r>
      <w:r>
        <w:t>kyun ke woh zindagi'on se guzre woh</w:t>
      </w:r>
    </w:p>
    <w:p>
      <w:pPr>
        <w:jc w:val="right"/>
      </w:pPr>
      <w:r>
        <w:t>کیونکہ وہ زندگیوں سے گزرے وہ</w:t>
      </w:r>
    </w:p>
    <w:p>
      <w:r>
        <w:rPr>
          <w:b/>
        </w:rPr>
        <w:t xml:space="preserve">[34:04] </w:t>
      </w:r>
      <w:r>
        <w:t>زندگیوں میں اس spirit کو translate کیا</w:t>
      </w:r>
    </w:p>
    <w:p>
      <w:pPr>
        <w:jc w:val="right"/>
      </w:pPr>
      <w:r>
        <w:t>زندگیوں میں اس اسپرٹ کو ٹرانسلیٹ کیا</w:t>
      </w:r>
    </w:p>
    <w:p>
      <w:r>
        <w:rPr>
          <w:b/>
        </w:rPr>
        <w:t xml:space="preserve">[34:09] </w:t>
      </w:r>
      <w:r>
        <w:t>ab sahaba mein aap jante hain koi</w:t>
      </w:r>
    </w:p>
    <w:p>
      <w:pPr>
        <w:jc w:val="right"/>
      </w:pPr>
      <w:r>
        <w:t>اب صحابہ میں اپ جانتے ہیں کوئی</w:t>
      </w:r>
    </w:p>
    <w:p>
      <w:r>
        <w:rPr>
          <w:b/>
        </w:rPr>
        <w:t xml:space="preserve">[34:11] </w:t>
      </w:r>
      <w:r>
        <w:t>kheti karta tha koi koi job karta tha</w:t>
      </w:r>
    </w:p>
    <w:p>
      <w:pPr>
        <w:jc w:val="right"/>
      </w:pPr>
      <w:r>
        <w:t>کھیتی کرتا تھا کوئی کوئی جاب کرتا تھا</w:t>
      </w:r>
    </w:p>
    <w:p>
      <w:r>
        <w:rPr>
          <w:b/>
        </w:rPr>
        <w:t xml:space="preserve">[34:16] </w:t>
      </w:r>
      <w:r>
        <w:t>koi kuch karta tha koi kuch karta tha to different walk of life mein woh log the to</w:t>
      </w:r>
    </w:p>
    <w:p>
      <w:pPr>
        <w:jc w:val="right"/>
      </w:pPr>
      <w:r>
        <w:t>کوئی کچھ کرتا تھا کوئی کچھ کرتا تھا تو ڈفرنٹ واک اف لائف میں وہ لوگ تھے تو</w:t>
      </w:r>
    </w:p>
    <w:p>
      <w:r>
        <w:rPr>
          <w:b/>
        </w:rPr>
        <w:t xml:space="preserve">[34:24] </w:t>
      </w:r>
      <w:r>
        <w:t>agar aap un ko parhein to har har mauqe ke liye zindagi ke har har har field ke</w:t>
      </w:r>
    </w:p>
    <w:p>
      <w:pPr>
        <w:jc w:val="right"/>
      </w:pPr>
      <w:r>
        <w:t>اگر اپ ان کو پڑھیں تو ہر ہر موقع کے لیے زندگی کے ہر ہر ہر فیلڈ کے</w:t>
      </w:r>
    </w:p>
    <w:p>
      <w:r>
        <w:rPr>
          <w:b/>
        </w:rPr>
        <w:t xml:space="preserve">[34:29] </w:t>
      </w:r>
      <w:r>
        <w:t>liye har work place ke liye aap ko maloom ho jayega yahan par kaise hamein rehna hai</w:t>
      </w:r>
    </w:p>
    <w:p>
      <w:pPr>
        <w:jc w:val="right"/>
      </w:pPr>
      <w:r>
        <w:t>لیے ہر ورک پلیس کے لیے اپ کو معلوم ہو جائے گا یہاں پر کیسے ہمیں رہنا ہے</w:t>
      </w:r>
    </w:p>
    <w:p>
      <w:r>
        <w:rPr>
          <w:b/>
        </w:rPr>
        <w:t xml:space="preserve">[34:36] </w:t>
      </w:r>
      <w:r>
        <w:t>to goya ke sahaba ke jo jo group hai woh ek bohat hi woh hum ko aisa model</w:t>
      </w:r>
    </w:p>
    <w:p>
      <w:pPr>
        <w:jc w:val="right"/>
      </w:pPr>
      <w:r>
        <w:t>تو گویا کہ صحابہ کے جو جو گروپ ہے وہ ایک بہت ہی وہ ہم کو ایسا ماڈل</w:t>
      </w:r>
    </w:p>
    <w:p>
      <w:r>
        <w:rPr>
          <w:b/>
        </w:rPr>
        <w:t xml:space="preserve">[34:43] </w:t>
      </w:r>
      <w:r>
        <w:t>deta hai jo har jagah applicable ho</w:t>
      </w:r>
    </w:p>
    <w:p>
      <w:pPr>
        <w:jc w:val="right"/>
      </w:pPr>
      <w:r>
        <w:t>دیتا ہے جو ہر جگہ ایپلیکیبل ہو</w:t>
      </w:r>
    </w:p>
    <w:p>
      <w:r>
        <w:rPr>
          <w:b/>
        </w:rPr>
        <w:t xml:space="preserve">[34:46] </w:t>
      </w:r>
      <w:r>
        <w:t>ghar mein bhi aap jaan sakte hain ke sahaba kaise rehte the bahir kaise rehte the</w:t>
      </w:r>
    </w:p>
    <w:p>
      <w:pPr>
        <w:jc w:val="right"/>
      </w:pPr>
      <w:r>
        <w:t>گھر میں بھی اپ جان سکتے ہیں کہ صحابہ کیسے رہتے تھے باہر کیسے رہتے تھے</w:t>
      </w:r>
    </w:p>
    <w:p>
      <w:r>
        <w:rPr>
          <w:b/>
        </w:rPr>
        <w:t xml:space="preserve">[34:52] </w:t>
      </w:r>
      <w:r>
        <w:t>yeh study bohat hi zaroori hai</w:t>
      </w:r>
    </w:p>
    <w:p>
      <w:pPr>
        <w:jc w:val="right"/>
      </w:pPr>
      <w:r>
        <w:t>یہ اسٹڈی بہت ہی ضروری ہے</w:t>
      </w:r>
    </w:p>
    <w:p>
      <w:r>
        <w:rPr>
          <w:b/>
        </w:rPr>
        <w:t xml:space="preserve">[34:55] </w:t>
      </w:r>
      <w:r>
        <w:t>is mein bohat si kitabein</w:t>
      </w:r>
    </w:p>
    <w:p>
      <w:pPr>
        <w:jc w:val="right"/>
      </w:pPr>
      <w:r>
        <w:t>اس میں بہت سی کتابیں</w:t>
      </w:r>
    </w:p>
    <w:p>
      <w:r>
        <w:rPr>
          <w:b/>
        </w:rPr>
        <w:t xml:space="preserve">[34:56] </w:t>
      </w:r>
      <w:r>
        <w:t>likhi gayi hain un mein se ek kitab woh hai jis ka naam hai</w:t>
      </w:r>
    </w:p>
    <w:p>
      <w:pPr>
        <w:jc w:val="right"/>
      </w:pPr>
      <w:r>
        <w:t>لکھی گئی ہیں ان میں سے ایک کتاب وہ ہے جس کا نام ہے</w:t>
      </w:r>
    </w:p>
    <w:p>
      <w:r>
        <w:rPr>
          <w:b/>
        </w:rPr>
        <w:t xml:space="preserve">[35:01] </w:t>
      </w:r>
      <w:r>
        <w:t>Hayat us Sahaba bohat si kitabein hain koi bhi kitab mil sakti hai aap ko Hayat us Sahaba arabi mein</w:t>
      </w:r>
    </w:p>
    <w:p>
      <w:pPr>
        <w:jc w:val="right"/>
      </w:pPr>
      <w:r>
        <w:t>حیات الصحابہ بہت سی کتابیں ہیں کوئی بھی کتاب مل سکتی ہے اپ کو حیات الصحابہ عربی میں</w:t>
      </w:r>
    </w:p>
    <w:p>
      <w:r>
        <w:rPr>
          <w:b/>
        </w:rPr>
        <w:t xml:space="preserve">[35:09] </w:t>
      </w:r>
      <w:r>
        <w:t>hai urdu mein hai english mein hai har zaban mein hai to jis aadmi ko yeh</w:t>
      </w:r>
    </w:p>
    <w:p>
      <w:pPr>
        <w:jc w:val="right"/>
      </w:pPr>
      <w:r>
        <w:t>ہے اردو میں ہے انگلش میں ہے ہر زبان میں ہے تو جس ادمی کو یہ</w:t>
      </w:r>
    </w:p>
    <w:p>
      <w:r>
        <w:rPr>
          <w:b/>
        </w:rPr>
        <w:t xml:space="preserve">[35:19] </w:t>
      </w:r>
      <w:r>
        <w:t>concern ho is ka ke mujhe ibadat ko apni zindagi mein translate karna hai yani ibadat after ibadat</w:t>
      </w:r>
    </w:p>
    <w:p>
      <w:pPr>
        <w:jc w:val="right"/>
      </w:pPr>
      <w:r>
        <w:t>کنسرن ہو اس کا کہ مجھے عبادت کو اپنی زندگی میں ٹرانسلیٹ کرنا ہے یعنی عبادت افٹر عبادت</w:t>
      </w:r>
    </w:p>
    <w:p>
      <w:r>
        <w:rPr>
          <w:b/>
        </w:rPr>
        <w:t xml:space="preserve">[35:25] </w:t>
      </w:r>
      <w:r>
        <w:t>mujhe karna hai hajj after hajj mujhe karna hai namaz after namaz karna hai mujhe to jis ko</w:t>
      </w:r>
    </w:p>
    <w:p>
      <w:pPr>
        <w:jc w:val="right"/>
      </w:pPr>
      <w:r>
        <w:t>مجھے کرنا ہے حج افٹر حج مجھے کرنا ہے نماز افٹر نماز کرنا ہے مجھے تو جس کو</w:t>
      </w:r>
    </w:p>
    <w:p>
      <w:r>
        <w:rPr>
          <w:b/>
        </w:rPr>
        <w:t xml:space="preserve">[35:33] </w:t>
      </w:r>
      <w:r>
        <w:t>bhi jis ka bhi yeh concern ho ke mujhe Khuda ke haan jo hazir hona hai us haal</w:t>
      </w:r>
    </w:p>
    <w:p>
      <w:pPr>
        <w:jc w:val="right"/>
      </w:pPr>
      <w:r>
        <w:t>بھی جس کا بھی یہ کنسرن ہو کہ مجھے خدا کے ہاں جو حاضر ہونا ہے اس حال</w:t>
      </w:r>
    </w:p>
    <w:p>
      <w:r>
        <w:rPr>
          <w:b/>
        </w:rPr>
        <w:t xml:space="preserve">[35:41] </w:t>
      </w:r>
      <w:r>
        <w:t>mein hazir hona hai ke maine</w:t>
      </w:r>
    </w:p>
    <w:p>
      <w:pPr>
        <w:jc w:val="right"/>
      </w:pPr>
      <w:r>
        <w:t>میں حاضر ہونا ہے کہ میں نے</w:t>
      </w:r>
    </w:p>
    <w:p>
      <w:r>
        <w:rPr>
          <w:b/>
        </w:rPr>
        <w:t xml:space="preserve">[35:45] </w:t>
      </w:r>
      <w:r>
        <w:t>sehih isprit ke sath zindagi guzari ho dunya mein</w:t>
      </w:r>
    </w:p>
    <w:p>
      <w:pPr>
        <w:jc w:val="right"/>
      </w:pPr>
      <w:r>
        <w:t>صحیح اسپرٹ کے ساتھ زندگی گزاری ہو دنیا میں</w:t>
      </w:r>
    </w:p>
    <w:p>
      <w:r>
        <w:rPr>
          <w:b/>
        </w:rPr>
        <w:t xml:space="preserve">[35:49] </w:t>
      </w:r>
      <w:r>
        <w:t>to is ke liye zaroori hai ke wo sahaba ki life ko parhe</w:t>
      </w:r>
    </w:p>
    <w:p>
      <w:pPr>
        <w:jc w:val="right"/>
      </w:pPr>
      <w:r>
        <w:t>تو اس کے لیے ضروری ہے کہ وہ صحابہ کی لائف کو پڑھے</w:t>
      </w:r>
    </w:p>
    <w:p>
      <w:r>
        <w:rPr>
          <w:b/>
        </w:rPr>
        <w:t xml:space="preserve">[35:54] </w:t>
      </w:r>
      <w:r>
        <w:t>to hayat us sahaba jo hai wo teen volume mein hai</w:t>
      </w:r>
    </w:p>
    <w:p>
      <w:pPr>
        <w:jc w:val="right"/>
      </w:pPr>
      <w:r>
        <w:t>تو حیات الصحابہ جو ہے وہ تین والیوم میں ہے</w:t>
      </w:r>
    </w:p>
    <w:p>
      <w:r>
        <w:rPr>
          <w:b/>
        </w:rPr>
        <w:t xml:space="preserve">[35:58] </w:t>
      </w:r>
      <w:r>
        <w:t>arabi mein urdu mein english mein shayad aur zubanon mein bhi ho</w:t>
      </w:r>
    </w:p>
    <w:p>
      <w:pPr>
        <w:jc w:val="right"/>
      </w:pPr>
      <w:r>
        <w:t>عربی میں اردو میں انگلش میں شاید اور زبانوں میں بھی ہو</w:t>
      </w:r>
    </w:p>
    <w:p>
      <w:r>
        <w:rPr>
          <w:b/>
        </w:rPr>
        <w:t xml:space="preserve">[36:03] </w:t>
      </w:r>
      <w:r>
        <w:t>teen ko to main janta hoon</w:t>
      </w:r>
    </w:p>
    <w:p>
      <w:pPr>
        <w:jc w:val="right"/>
      </w:pPr>
      <w:r>
        <w:t>تین کو تو میں جانتا ہوں</w:t>
      </w:r>
    </w:p>
    <w:p>
      <w:r>
        <w:rPr>
          <w:b/>
        </w:rPr>
        <w:t xml:space="preserve">[36:06] </w:t>
      </w:r>
      <w:r>
        <w:t>to is ko parh kar aadmi janega ke sahaba kaise rehte the</w:t>
      </w:r>
    </w:p>
    <w:p>
      <w:pPr>
        <w:jc w:val="right"/>
      </w:pPr>
      <w:r>
        <w:t>تو اس کو پڑھ کر ادمی جانے گا کہ صحابہ کیسے رہتے تھے</w:t>
      </w:r>
    </w:p>
    <w:p>
      <w:r>
        <w:rPr>
          <w:b/>
        </w:rPr>
        <w:t xml:space="preserve">[36:12] </w:t>
      </w:r>
      <w:r>
        <w:t>kaise rehte the</w:t>
      </w:r>
    </w:p>
    <w:p>
      <w:pPr>
        <w:jc w:val="right"/>
      </w:pPr>
      <w:r>
        <w:t>کیسے رہتے تھے</w:t>
      </w:r>
    </w:p>
    <w:p>
      <w:r>
        <w:rPr>
          <w:b/>
        </w:rPr>
        <w:t xml:space="preserve">[36:18] </w:t>
      </w:r>
      <w:r>
        <w:t>to quran se hum quran ko hum parhein to is mein hum ko ideology milti hai islam ki</w:t>
      </w:r>
    </w:p>
    <w:p>
      <w:pPr>
        <w:jc w:val="right"/>
      </w:pPr>
      <w:r>
        <w:t>تو قران سے ہم قران کو ہم پڑھیں تو اس میں ہم کو ائیڈیالوجی ملتی ہے اسلام کی</w:t>
      </w:r>
    </w:p>
    <w:p>
      <w:r>
        <w:rPr>
          <w:b/>
        </w:rPr>
        <w:t xml:space="preserve">[36:24] </w:t>
      </w:r>
      <w:r>
        <w:t>ideology fundamental principles milte hain</w:t>
      </w:r>
    </w:p>
    <w:p>
      <w:pPr>
        <w:jc w:val="right"/>
      </w:pPr>
      <w:r>
        <w:t>ائیڈیالوجی فنڈامینٹل پرنسپلز ملتے ہیں</w:t>
      </w:r>
    </w:p>
    <w:p>
      <w:r>
        <w:rPr>
          <w:b/>
        </w:rPr>
        <w:t xml:space="preserve">[36:29] </w:t>
      </w:r>
      <w:r>
        <w:t>lekin practical life agar hamein janna hai ke in ideals par in ideals ko le kar ke</w:t>
      </w:r>
    </w:p>
    <w:p>
      <w:pPr>
        <w:jc w:val="right"/>
      </w:pPr>
      <w:r>
        <w:t>لیکن پریکٹیکل لائف اگر ہمیں جاننا ہے کہ ان ائیڈیلز پر ان ائیڈیلز کو لے کر کے</w:t>
      </w:r>
    </w:p>
    <w:p>
      <w:r>
        <w:rPr>
          <w:b/>
        </w:rPr>
        <w:t xml:space="preserve">[36:38] </w:t>
      </w:r>
      <w:r>
        <w:t>practical tor par zindagi kaisi banti hai</w:t>
      </w:r>
    </w:p>
    <w:p>
      <w:pPr>
        <w:jc w:val="right"/>
      </w:pPr>
      <w:r>
        <w:t>پریکٹیکل طور پر زندگی کیسی بنتی ہے</w:t>
      </w:r>
    </w:p>
    <w:p>
      <w:r>
        <w:rPr>
          <w:b/>
        </w:rPr>
        <w:t xml:space="preserve">[36:41] </w:t>
      </w:r>
      <w:r>
        <w:t>is ke liye hamein sahaba ko lena parega</w:t>
      </w:r>
    </w:p>
    <w:p>
      <w:pPr>
        <w:jc w:val="right"/>
      </w:pPr>
      <w:r>
        <w:t>اس کے لیے ہمیں صحابہ کو لینا پڑے گا</w:t>
      </w:r>
    </w:p>
    <w:p>
      <w:r>
        <w:rPr>
          <w:b/>
        </w:rPr>
        <w:t xml:space="preserve">[36:45] </w:t>
      </w:r>
      <w:r>
        <w:t>jaise main ek waqia arz karoon ek sahabi ka rasool Allah ke zamane ka waqia hai yeh</w:t>
      </w:r>
    </w:p>
    <w:p>
      <w:pPr>
        <w:jc w:val="right"/>
      </w:pPr>
      <w:r>
        <w:t>جیسے میں ایک واقعہ عرض کروں ایک صحابی کا رسول اللہ کے زمانے کا واقعہ ہے یہ</w:t>
      </w:r>
    </w:p>
    <w:p>
      <w:r>
        <w:rPr>
          <w:b/>
        </w:rPr>
        <w:t xml:space="preserve">[36:54] </w:t>
      </w:r>
      <w:r>
        <w:t>ek bar aisa hua ke rasool Allah ek safar mein the ek tent lagaya gaya aap ke liye</w:t>
      </w:r>
    </w:p>
    <w:p>
      <w:pPr>
        <w:jc w:val="right"/>
      </w:pPr>
      <w:r>
        <w:t>ایک بار ایسا ہوا کہ رسول اللہ ایک سفر میں تھے ایک ٹینٹ لگایا گیا اپ کے لیے</w:t>
      </w:r>
    </w:p>
    <w:p>
      <w:r>
        <w:rPr>
          <w:b/>
        </w:rPr>
        <w:t xml:space="preserve">[37:00] </w:t>
      </w:r>
      <w:r>
        <w:t>is tent mein aap the khayme mein to log jo hai andar ja rahe the ke aap ke</w:t>
      </w:r>
    </w:p>
    <w:p>
      <w:pPr>
        <w:jc w:val="right"/>
      </w:pPr>
      <w:r>
        <w:t>اس ٹینٹ میں اپ تھے خیمہ میں تو لوگ جو ہے اندر جا رہے تھے کہ اپ کے</w:t>
      </w:r>
    </w:p>
    <w:p>
      <w:r>
        <w:rPr>
          <w:b/>
        </w:rPr>
        <w:t xml:space="preserve">[37:08] </w:t>
      </w:r>
      <w:r>
        <w:t>pas pahunchein aap ki baaton ko sunein to isi mein ek aadmi</w:t>
      </w:r>
    </w:p>
    <w:p>
      <w:pPr>
        <w:jc w:val="right"/>
      </w:pPr>
      <w:r>
        <w:t>پاس پہنچیں اپ کی باتوں کو سنیں تو اسی میں ایک ادمی</w:t>
      </w:r>
    </w:p>
    <w:p>
      <w:r>
        <w:rPr>
          <w:b/>
        </w:rPr>
        <w:t xml:space="preserve">[37:13] </w:t>
      </w:r>
      <w:r>
        <w:t>thoda rush kar ke jaane laga</w:t>
      </w:r>
    </w:p>
    <w:p>
      <w:pPr>
        <w:jc w:val="right"/>
      </w:pPr>
      <w:r>
        <w:t>تھوڑا رش کر کے جانے لگا</w:t>
      </w:r>
    </w:p>
    <w:p>
      <w:r>
        <w:rPr>
          <w:b/>
        </w:rPr>
        <w:t xml:space="preserve">[37:15] </w:t>
      </w:r>
      <w:r>
        <w:t>jaldi karne laga</w:t>
      </w:r>
    </w:p>
    <w:p>
      <w:pPr>
        <w:jc w:val="right"/>
      </w:pPr>
      <w:r>
        <w:t>جلدی کرنے لگا</w:t>
      </w:r>
    </w:p>
    <w:p>
      <w:r>
        <w:rPr>
          <w:b/>
        </w:rPr>
        <w:t xml:space="preserve">[37:18] </w:t>
      </w:r>
      <w:r>
        <w:t>is ki wajah se ek aur aadmi ko dhakka lag gaya to jis ko dhakka laga tha wo</w:t>
      </w:r>
    </w:p>
    <w:p>
      <w:pPr>
        <w:jc w:val="right"/>
      </w:pPr>
      <w:r>
        <w:t>اس کی وجہ سے ایک اور ادمی کو دھکا لگ گیا تو جس کو دھکا لگا تھا وہ</w:t>
      </w:r>
    </w:p>
    <w:p>
      <w:r>
        <w:rPr>
          <w:b/>
        </w:rPr>
        <w:t xml:space="preserve">[37:24] </w:t>
      </w:r>
      <w:r>
        <w:t>ghussa ho gaya</w:t>
      </w:r>
    </w:p>
    <w:p>
      <w:pPr>
        <w:jc w:val="right"/>
      </w:pPr>
      <w:r>
        <w:t>غصہ ہو گیا</w:t>
      </w:r>
    </w:p>
    <w:p>
      <w:r>
        <w:rPr>
          <w:b/>
        </w:rPr>
        <w:t xml:space="preserve">[37:27] </w:t>
      </w:r>
      <w:r>
        <w:t>ghussa ho kar us ne kaha is aadmi se</w:t>
      </w:r>
    </w:p>
    <w:p>
      <w:pPr>
        <w:jc w:val="right"/>
      </w:pPr>
      <w:r>
        <w:t>غصہ ہو کر اس نے کہا اس ادمی سے</w:t>
      </w:r>
    </w:p>
    <w:p>
      <w:r>
        <w:rPr>
          <w:b/>
        </w:rPr>
        <w:t xml:space="preserve">[37:30] </w:t>
      </w:r>
      <w:r>
        <w:t>ya ashr ar-rijal</w:t>
      </w:r>
    </w:p>
    <w:p>
      <w:pPr>
        <w:jc w:val="right"/>
      </w:pPr>
      <w:r>
        <w:t>یا اشر الرجال</w:t>
      </w:r>
    </w:p>
    <w:p>
      <w:r>
        <w:rPr>
          <w:b/>
        </w:rPr>
        <w:t xml:space="preserve">[37:34] </w:t>
      </w:r>
      <w:r>
        <w:t>a logon mein sab se zyada bure aadmi ya ashra al-rijal a logon mein sab se zyada bure aadmi</w:t>
      </w:r>
    </w:p>
    <w:p>
      <w:pPr>
        <w:jc w:val="right"/>
      </w:pPr>
      <w:r>
        <w:t>اے لوگوں میں سب سے زیادہ برے ادمی یا اشر الرجال اے لوگوں میں سب سے زیادہ برے ادمی</w:t>
      </w:r>
    </w:p>
    <w:p>
      <w:r>
        <w:rPr>
          <w:b/>
        </w:rPr>
        <w:t xml:space="preserve">[37:44] </w:t>
      </w:r>
      <w:r>
        <w:t>to wo aadmi jo doosra tha wo ghussa nahi hua</w:t>
      </w:r>
    </w:p>
    <w:p>
      <w:pPr>
        <w:jc w:val="right"/>
      </w:pPr>
      <w:r>
        <w:t>تو وہ ادمی جو دوسرا تھا وہ غصہ نہیں ہوا</w:t>
      </w:r>
    </w:p>
    <w:p>
      <w:r>
        <w:rPr>
          <w:b/>
        </w:rPr>
        <w:t xml:space="preserve">[37:48] </w:t>
      </w:r>
      <w:r>
        <w:t>اس نے explain کیا کہ میں rush کیوں کر رہا ہوں</w:t>
      </w:r>
    </w:p>
    <w:p>
      <w:pPr>
        <w:jc w:val="right"/>
      </w:pPr>
      <w:r>
        <w:t>اس نے ایکسپلین کیا کہ میں رش کیوں کر رہا ہوں</w:t>
      </w:r>
    </w:p>
    <w:p>
      <w:r>
        <w:rPr>
          <w:b/>
        </w:rPr>
        <w:t xml:space="preserve">[37:53] </w:t>
      </w:r>
      <w:r>
        <w:t>explain kar ke kaha usne ke dekhen aap sab log local log hain yahin ke log hain</w:t>
      </w:r>
    </w:p>
    <w:p>
      <w:pPr>
        <w:jc w:val="right"/>
      </w:pPr>
      <w:r>
        <w:t>ایکسپلین کر کے کہا اس نے کہ دیکھیں اپ سب لوگ لوکل لوگ ہیں یہیں کے لوگ ہیں</w:t>
      </w:r>
    </w:p>
    <w:p>
      <w:r>
        <w:rPr>
          <w:b/>
        </w:rPr>
        <w:t xml:space="preserve">[37:59] </w:t>
      </w:r>
      <w:r>
        <w:t>har waqt aap sath rehte hain rasool Allah ke</w:t>
      </w:r>
    </w:p>
    <w:p>
      <w:pPr>
        <w:jc w:val="right"/>
      </w:pPr>
      <w:r>
        <w:t>ہر وقت اپ ساتھ رہتے ہیں رسول اللہ کے</w:t>
      </w:r>
    </w:p>
    <w:p>
      <w:r>
        <w:rPr>
          <w:b/>
        </w:rPr>
        <w:t xml:space="preserve">[38:03] </w:t>
      </w:r>
      <w:r>
        <w:t>main bahar se aaya hoon door door se aaya hoon to wahan kuch logon ne islam qabool kiya</w:t>
      </w:r>
    </w:p>
    <w:p>
      <w:pPr>
        <w:jc w:val="right"/>
      </w:pPr>
      <w:r>
        <w:t>میں باہر سے ایا ہوں دور دور سے ایا ہوں تو وہاں کچھ لوگوں نے اسلام قبول کیا</w:t>
      </w:r>
    </w:p>
    <w:p>
      <w:r>
        <w:rPr>
          <w:b/>
        </w:rPr>
        <w:t xml:space="preserve">[38:10] </w:t>
      </w:r>
      <w:r>
        <w:t>hai</w:t>
      </w:r>
    </w:p>
    <w:p>
      <w:pPr>
        <w:jc w:val="right"/>
      </w:pPr>
      <w:r>
        <w:t>ہے</w:t>
      </w:r>
    </w:p>
    <w:p>
      <w:r>
        <w:rPr>
          <w:b/>
        </w:rPr>
        <w:t xml:space="preserve">[38:14] </w:t>
      </w:r>
      <w:r>
        <w:t>in logon ne mujh ko bheja hai main in sab ki taraf se aya hoon</w:t>
      </w:r>
    </w:p>
    <w:p>
      <w:pPr>
        <w:jc w:val="right"/>
      </w:pPr>
      <w:r>
        <w:t>ان لوگوں نے مجھ کو بھیجا ہے میں ان سب کی طرف سے ایا ہوں</w:t>
      </w:r>
    </w:p>
    <w:p>
      <w:r>
        <w:rPr>
          <w:b/>
        </w:rPr>
        <w:t xml:space="preserve">[38:20] </w:t>
      </w:r>
      <w:r>
        <w:t>ke jao rasool Allah ke pas baitho un ki baaten suno aur sun kar aa ke hamein batao</w:t>
      </w:r>
    </w:p>
    <w:p>
      <w:pPr>
        <w:jc w:val="right"/>
      </w:pPr>
      <w:r>
        <w:t>کہ جاؤ رسول اللہ کے پاس بیٹھو ان کی باتیں سنو اور سن کر ا کے ہمیں بتاؤ</w:t>
      </w:r>
    </w:p>
    <w:p>
      <w:r>
        <w:rPr>
          <w:b/>
        </w:rPr>
        <w:t xml:space="preserve">[38:26] </w:t>
      </w:r>
      <w:r>
        <w:t>ke aap kis tarah ki baaten batate hain kiya naseehaten hoti hain aap ki</w:t>
      </w:r>
    </w:p>
    <w:p>
      <w:pPr>
        <w:jc w:val="right"/>
      </w:pPr>
      <w:r>
        <w:t>کہ اپ کس طرح کی باتیں بتاتے ہیں کیا نصیحتیں ہوتی ہیں اپ کی</w:t>
      </w:r>
    </w:p>
    <w:p>
      <w:r>
        <w:rPr>
          <w:b/>
        </w:rPr>
        <w:t xml:space="preserve">[38:33] </w:t>
      </w:r>
      <w:r>
        <w:t>is liye main jo thoda jaldi kar raha tha ke agar main pas na pohancha</w:t>
      </w:r>
    </w:p>
    <w:p>
      <w:pPr>
        <w:jc w:val="right"/>
      </w:pPr>
      <w:r>
        <w:t>اس لیے میں جو تھوڑا جلدی کر رہا تھا کہ اگر میں پاس نہ پہنچا</w:t>
      </w:r>
    </w:p>
    <w:p>
      <w:r>
        <w:rPr>
          <w:b/>
        </w:rPr>
        <w:t xml:space="preserve">[38:39] </w:t>
      </w:r>
      <w:r>
        <w:t>to phir baat nahin sun paunga kyunke is zamane mein loudspeaker to hota nahin tha aap</w:t>
      </w:r>
    </w:p>
    <w:p>
      <w:pPr>
        <w:jc w:val="right"/>
      </w:pPr>
      <w:r>
        <w:t>تو پھر بات نہیں سن پاؤں گا کیونکہ اس زمانے میں لاؤڈ سپیکر تو ہوتا نہیں تھا اپ</w:t>
      </w:r>
    </w:p>
    <w:p>
      <w:r>
        <w:rPr>
          <w:b/>
        </w:rPr>
        <w:t xml:space="preserve">[38:43] </w:t>
      </w:r>
      <w:r>
        <w:t>jante hain to pas baithne ke shauq mein main thoda jaldi kar raha tha kyunke woh log jab</w:t>
      </w:r>
    </w:p>
    <w:p>
      <w:pPr>
        <w:jc w:val="right"/>
      </w:pPr>
      <w:r>
        <w:t>جانتے ہیں تو پاس بیٹھنے کے شوق میں میں تھوڑا جلدی کر رہا تھا کیونکہ وہ لوگ جب</w:t>
      </w:r>
    </w:p>
    <w:p>
      <w:r>
        <w:rPr>
          <w:b/>
        </w:rPr>
        <w:t xml:space="preserve">[38:51] </w:t>
      </w:r>
      <w:r>
        <w:t>main jaunga to poochhenge kiya suna to main kiya bataunga un ko</w:t>
      </w:r>
    </w:p>
    <w:p>
      <w:pPr>
        <w:jc w:val="right"/>
      </w:pPr>
      <w:r>
        <w:t>میں جاؤں گا تو پوچھیں گے کیا سنا تو میں کیا بتاؤں گا ان کو</w:t>
      </w:r>
    </w:p>
    <w:p>
      <w:r>
        <w:rPr>
          <w:b/>
        </w:rPr>
        <w:t xml:space="preserve">[38:56] </w:t>
      </w:r>
      <w:r>
        <w:t>ab dekhen jab is ne explain kiya</w:t>
      </w:r>
    </w:p>
    <w:p>
      <w:pPr>
        <w:jc w:val="right"/>
      </w:pPr>
      <w:r>
        <w:t>اب دیکھیں جب اس نے ایکسپلین کیا</w:t>
      </w:r>
    </w:p>
    <w:p>
      <w:r>
        <w:rPr>
          <w:b/>
        </w:rPr>
        <w:t xml:space="preserve">[39:01] </w:t>
      </w:r>
      <w:r>
        <w:t>explain kiya toh jante hain kya hua wahi aadmi jo ghussa ho gaya tha aur kaha tha ke ya ashra al-rijal</w:t>
      </w:r>
    </w:p>
    <w:p>
      <w:pPr>
        <w:jc w:val="right"/>
      </w:pPr>
      <w:r>
        <w:t>ایکسپلین کیا تو جانتے ہیں کیا ہوا وہی ادمی جو غصہ ہو گیا تھا اور کہا تھا کہ یا اشر الرجال</w:t>
      </w:r>
    </w:p>
    <w:p>
      <w:r>
        <w:rPr>
          <w:b/>
        </w:rPr>
        <w:t xml:space="preserve">[39:08] </w:t>
      </w:r>
      <w:r>
        <w:t>tum bohat bure aadmi ho wahi aadmi ki boli badal gayi instantly badal gayi us ne kaha wallah lana asharr mink wallah lana asharr mink khuda ke qasam mein hi</w:t>
      </w:r>
    </w:p>
    <w:p>
      <w:pPr>
        <w:jc w:val="right"/>
      </w:pPr>
      <w:r>
        <w:t>تم بہت برے ادمی ہو وہی ادمی کی بولی بدل گئی انسٹنٹلی بدل گئی اس نے کہا واللہ لانا شر منک واللہ لانا شر منک خدا کے قسم میں ہی</w:t>
      </w:r>
    </w:p>
    <w:p>
      <w:r>
        <w:rPr>
          <w:b/>
        </w:rPr>
        <w:t xml:space="preserve">[39:30] </w:t>
      </w:r>
      <w:r>
        <w:t>zyada bura hoon dekhein yeh hai sahaba ka model ke jab tak baat ko jante nahi thay toh ghussa aa gaya un ko</w:t>
      </w:r>
    </w:p>
    <w:p>
      <w:pPr>
        <w:jc w:val="right"/>
      </w:pPr>
      <w:r>
        <w:t>زیادہ برا ہوں دیکھیں یہ ہے صحابہ کا ماڈل کہ جب تک بات کو جانتے نہیں تھے تو غصہ ا گیا ان کو</w:t>
      </w:r>
    </w:p>
    <w:p>
      <w:r>
        <w:rPr>
          <w:b/>
        </w:rPr>
        <w:t xml:space="preserve">[39:44] </w:t>
      </w:r>
      <w:r>
        <w:t>jab unhein asal baat ka pata nahi tha ke woh kyun rush kar ke andar jana chahta hai toh un ko ghussa aa gaya aur bol pade ek un ke munh se nikal gaya bohat hi kada shabd lekin jab is aadmi ne explain kiya toh instantly woh badal gaye bilkul foran accept kar liya unhone ke maine galat kaha tha</w:t>
      </w:r>
    </w:p>
    <w:p>
      <w:pPr>
        <w:jc w:val="right"/>
      </w:pPr>
      <w:r>
        <w:t>جب انہیں اصل بات کا پتہ نہیں تھا کہ وہ کیوں رش کر کے اندر جانا چاہتا ہے تو ان کو غصہ ا گیا اور بول پڑے ایک ان کے منہ سے نکل گیا بہت ہی کڑا शब्द لیکن جب اس ادمی نے ایکسپلین کیا تو انسٹنٹلی وہ بدل گئے بالکل فورا ایکسیپٹ کر لیا انہوں نے کہ میں نے غلط کہا تھا</w:t>
      </w:r>
    </w:p>
    <w:p>
      <w:r>
        <w:rPr>
          <w:b/>
        </w:rPr>
        <w:t xml:space="preserve">[40:13] </w:t>
      </w:r>
      <w:r>
        <w:t>you are right i am wrong</w:t>
      </w:r>
    </w:p>
    <w:p>
      <w:pPr>
        <w:jc w:val="right"/>
      </w:pPr>
      <w:r>
        <w:t>یو ار رائٹ ائی ایم رونگ</w:t>
      </w:r>
    </w:p>
    <w:p>
      <w:r>
        <w:rPr>
          <w:b/>
        </w:rPr>
        <w:t xml:space="preserve">[40:15] </w:t>
      </w:r>
      <w:r>
        <w:t>کیونکہ تم کو حق تھا کہ تم جلدی کر کے اندر جاؤ تم ایک مشن پر آئے ہو</w:t>
      </w:r>
    </w:p>
    <w:p>
      <w:pPr>
        <w:jc w:val="right"/>
      </w:pPr>
      <w:r>
        <w:t>کیونکہ تم کو حق تھا کہ تم جلدی کر کے اندر جاؤ تم ایک مشن پر ائے ہو</w:t>
      </w:r>
    </w:p>
    <w:p>
      <w:r>
        <w:rPr>
          <w:b/>
        </w:rPr>
        <w:t xml:space="preserve">[40:21] </w:t>
      </w:r>
      <w:r>
        <w:t>tumhara mission ka yeh taqaza tha ke tum andar jao qareeb barh kar baaten suno</w:t>
      </w:r>
    </w:p>
    <w:p>
      <w:pPr>
        <w:jc w:val="right"/>
      </w:pPr>
      <w:r>
        <w:t>تمہارا مشن کا یہ تقاضا تھا کہ تم اندر جاؤ قریب بڑھ کر باتیں سنو</w:t>
      </w:r>
    </w:p>
    <w:p>
      <w:r>
        <w:rPr>
          <w:b/>
        </w:rPr>
        <w:t xml:space="preserve">[40:27] </w:t>
      </w:r>
      <w:r>
        <w:t>لیکن مجھے ایسا کرنے کا کوئی right نہیں تھا</w:t>
      </w:r>
    </w:p>
    <w:p>
      <w:pPr>
        <w:jc w:val="right"/>
      </w:pPr>
      <w:r>
        <w:t>لیکن مجھے ایسا کرنے کا کوئی رائٹ نہیں تھا</w:t>
      </w:r>
    </w:p>
    <w:p>
      <w:r>
        <w:rPr>
          <w:b/>
        </w:rPr>
        <w:t xml:space="preserve">[40:32] </w:t>
      </w:r>
      <w:r>
        <w:t>main to subah sham rehta hi hoon yahan par</w:t>
      </w:r>
    </w:p>
    <w:p>
      <w:pPr>
        <w:jc w:val="right"/>
      </w:pPr>
      <w:r>
        <w:t>میں تو صبح شام رہتا ہی ہوں یہاں پر</w:t>
      </w:r>
    </w:p>
    <w:p>
      <w:r>
        <w:rPr>
          <w:b/>
        </w:rPr>
        <w:t xml:space="preserve">[40:35] </w:t>
      </w:r>
      <w:r>
        <w:t>to yeh hai dekhiye spirit</w:t>
      </w:r>
    </w:p>
    <w:p>
      <w:pPr>
        <w:jc w:val="right"/>
      </w:pPr>
      <w:r>
        <w:t>تو یہ ہے دیکھیے اسپرٹ</w:t>
      </w:r>
    </w:p>
    <w:p>
      <w:r>
        <w:rPr>
          <w:b/>
        </w:rPr>
        <w:t xml:space="preserve">[40:38] </w:t>
      </w:r>
      <w:r>
        <w:t>yani apni ghalati ko manane ki spirit is waqea ko aap len to is mein kiya milega</w:t>
      </w:r>
    </w:p>
    <w:p>
      <w:pPr>
        <w:jc w:val="right"/>
      </w:pPr>
      <w:r>
        <w:t>یعنی اپنی غلطی کو ماننے کی اسپرٹ اس واقعہ کو اپ لیں تو اس میں کیا ملے گا</w:t>
      </w:r>
    </w:p>
    <w:p>
      <w:r>
        <w:rPr>
          <w:b/>
        </w:rPr>
        <w:t xml:space="preserve">[40:44] </w:t>
      </w:r>
      <w:r>
        <w:t>aap ko ke yeh milega ke kabhi aadmi</w:t>
      </w:r>
    </w:p>
    <w:p>
      <w:pPr>
        <w:jc w:val="right"/>
      </w:pPr>
      <w:r>
        <w:t>اپ کو کہ یہ ملے گا کہ کبھی ادمی</w:t>
      </w:r>
    </w:p>
    <w:p>
      <w:r>
        <w:rPr>
          <w:b/>
        </w:rPr>
        <w:t xml:space="preserve">[40:50] </w:t>
      </w:r>
      <w:r>
        <w:t>misunderstanding ki wajah se ghusse mein aa sakta hai</w:t>
      </w:r>
    </w:p>
    <w:p>
      <w:pPr>
        <w:jc w:val="right"/>
      </w:pPr>
      <w:r>
        <w:t>مس انڈرسٹینڈنگ کی وجہ سے غصے میں ا سکتا ہے</w:t>
      </w:r>
    </w:p>
    <w:p>
      <w:r>
        <w:rPr>
          <w:b/>
        </w:rPr>
        <w:t xml:space="preserve">[40:55] </w:t>
      </w:r>
      <w:r>
        <w:t>misunderstanding ki wajah se lekin jab baat ko explain</w:t>
      </w:r>
    </w:p>
    <w:p>
      <w:pPr>
        <w:jc w:val="right"/>
      </w:pPr>
      <w:r>
        <w:t>مس انڈرسٹینڈنگ کی وجہ سے لیکن جب بات کو ایکسپلین</w:t>
      </w:r>
    </w:p>
    <w:p>
      <w:r>
        <w:rPr>
          <w:b/>
        </w:rPr>
        <w:t xml:space="preserve">[40:58] </w:t>
      </w:r>
      <w:r>
        <w:t>kya jaye jab baat ko bata diya jaye toh phir within second woh badal le apna aap ko phir der na lagaye phir keh sake ke i was wrong</w:t>
      </w:r>
    </w:p>
    <w:p>
      <w:pPr>
        <w:jc w:val="right"/>
      </w:pPr>
      <w:r>
        <w:t>کیا جائے جب بات کو بتا دیا جائے تو پھر ود ان سیکنڈ وہ بدل لے اپنا اپ کو پھر دیر نہ لگائے پھر کہہ سکے کہ ائی واز رونگ</w:t>
      </w:r>
    </w:p>
    <w:p>
      <w:r>
        <w:rPr>
          <w:b/>
        </w:rPr>
        <w:t xml:space="preserve">[41:10] </w:t>
      </w:r>
      <w:r>
        <w:t>i was wrong i was wrong</w:t>
      </w:r>
    </w:p>
    <w:p>
      <w:pPr>
        <w:jc w:val="right"/>
      </w:pPr>
      <w:r>
        <w:t>ائی واز رونگ ائی واز رونگ</w:t>
      </w:r>
    </w:p>
    <w:p>
      <w:r>
        <w:rPr>
          <w:b/>
        </w:rPr>
        <w:t xml:space="preserve">[41:14] </w:t>
      </w:r>
      <w:r>
        <w:t>main ek martaba gaya galban ahmed abad mein wahan ek factory thi</w:t>
      </w:r>
    </w:p>
    <w:p>
      <w:pPr>
        <w:jc w:val="right"/>
      </w:pPr>
      <w:r>
        <w:t>میں ایک مرتبہ گیا غالبا احمد اباد میں وہاں ایک فیکٹری تھی</w:t>
      </w:r>
    </w:p>
    <w:p>
      <w:r>
        <w:rPr>
          <w:b/>
        </w:rPr>
        <w:t xml:space="preserve">[41:20] </w:t>
      </w:r>
      <w:r>
        <w:t>to is ke jo malik the</w:t>
      </w:r>
    </w:p>
    <w:p>
      <w:pPr>
        <w:jc w:val="right"/>
      </w:pPr>
      <w:r>
        <w:t>تو اس کے جو مالک تھے</w:t>
      </w:r>
    </w:p>
    <w:p>
      <w:r>
        <w:rPr>
          <w:b/>
        </w:rPr>
        <w:t xml:space="preserve">[41:24] </w:t>
      </w:r>
      <w:r>
        <w:t>wo le gaye factory mein mujhe dikhane ke liye yeh bohat pehle ki baat hai ab to aisi</w:t>
      </w:r>
    </w:p>
    <w:p>
      <w:pPr>
        <w:jc w:val="right"/>
      </w:pPr>
      <w:r>
        <w:t>وہ لے گئے فیکٹری میں مجھے دکھانے کے لیے یہ بہت پہلے کی بات ہے اب تو ایسی</w:t>
      </w:r>
    </w:p>
    <w:p>
      <w:r>
        <w:rPr>
          <w:b/>
        </w:rPr>
        <w:t xml:space="preserve">[41:30] </w:t>
      </w:r>
      <w:r>
        <w:t>factoryan har jagah khuli hui hain tab aisi factory</w:t>
      </w:r>
    </w:p>
    <w:p>
      <w:pPr>
        <w:jc w:val="right"/>
      </w:pPr>
      <w:r>
        <w:t>فیکٹریاں ہر جگہ کھلی ہوئی ہیں تب ایسی فیکٹری</w:t>
      </w:r>
    </w:p>
    <w:p>
      <w:r>
        <w:rPr>
          <w:b/>
        </w:rPr>
        <w:t xml:space="preserve">[41:34] </w:t>
      </w:r>
      <w:r>
        <w:t>ka ek ek rare cheez hoti thi</w:t>
      </w:r>
    </w:p>
    <w:p>
      <w:pPr>
        <w:jc w:val="right"/>
      </w:pPr>
      <w:r>
        <w:t>کا ایک ایک ریئر چیز ہوتی تھی</w:t>
      </w:r>
    </w:p>
    <w:p>
      <w:r>
        <w:rPr>
          <w:b/>
        </w:rPr>
        <w:t xml:space="preserve">[41:38] </w:t>
      </w:r>
      <w:r>
        <w:t>to khair main andar gaya to ek hum ek machine ke samne pohanche to aap jante hain ke</w:t>
      </w:r>
    </w:p>
    <w:p>
      <w:pPr>
        <w:jc w:val="right"/>
      </w:pPr>
      <w:r>
        <w:t>تو خیر میں اندر گیا تو ایک ہم ایک مشین کے سامنے پہنچے تو اپ جانتے ہیں کہ</w:t>
      </w:r>
    </w:p>
    <w:p>
      <w:r>
        <w:rPr>
          <w:b/>
        </w:rPr>
        <w:t xml:space="preserve">[41:44] </w:t>
      </w:r>
      <w:r>
        <w:t>machine mein ek flying wheel hota hai bara sa pehya flying wheel jis ko kehte hain wo ghumta</w:t>
      </w:r>
    </w:p>
    <w:p>
      <w:pPr>
        <w:jc w:val="right"/>
      </w:pPr>
      <w:r>
        <w:t>مشین میں ایک فلائنگ ویل ہوتا ہے بڑا سا پہیہ فلائنگ ویل جس کو کہتے ہیں وہ گھومتا</w:t>
      </w:r>
    </w:p>
    <w:p>
      <w:r>
        <w:rPr>
          <w:b/>
        </w:rPr>
        <w:t xml:space="preserve">[41:50] </w:t>
      </w:r>
      <w:r>
        <w:t>hai wo to unhon ne ek switch dabai</w:t>
      </w:r>
    </w:p>
    <w:p>
      <w:pPr>
        <w:jc w:val="right"/>
      </w:pPr>
      <w:r>
        <w:t>ہے وہ تو انہوں نے ایک سوئچ دبائی</w:t>
      </w:r>
    </w:p>
    <w:p>
      <w:r>
        <w:rPr>
          <w:b/>
        </w:rPr>
        <w:t xml:space="preserve">[41:55] </w:t>
      </w:r>
      <w:r>
        <w:t>ek switch dabai to vid in second woh flying wheel jo hai poori speed se chalne laga</w:t>
      </w:r>
    </w:p>
    <w:p>
      <w:pPr>
        <w:jc w:val="right"/>
      </w:pPr>
      <w:r>
        <w:t>ایک سوئچ دبائی تو ود ان سیکنڈ وہ فلائنگ ویل جو ہے پوری سپیڈ سے چلنے لگا</w:t>
      </w:r>
    </w:p>
    <w:p>
      <w:r>
        <w:rPr>
          <w:b/>
        </w:rPr>
        <w:t xml:space="preserve">[42:01] </w:t>
      </w:r>
      <w:r>
        <w:t>vid</w:t>
      </w:r>
    </w:p>
    <w:p>
      <w:pPr>
        <w:jc w:val="right"/>
      </w:pPr>
      <w:r>
        <w:t>ود</w:t>
      </w:r>
    </w:p>
    <w:p>
      <w:r>
        <w:rPr>
          <w:b/>
        </w:rPr>
        <w:t xml:space="preserve">[42:01] </w:t>
      </w:r>
      <w:r>
        <w:t>in second is ke baad unhon ne kaha ke ab dekhiye main</w:t>
      </w:r>
    </w:p>
    <w:p>
      <w:pPr>
        <w:jc w:val="right"/>
      </w:pPr>
      <w:r>
        <w:t>ان سیکنڈ اس کے بعد انہوں نے کہا کہ اب دیکھیے میں</w:t>
      </w:r>
    </w:p>
    <w:p>
      <w:r>
        <w:rPr>
          <w:b/>
        </w:rPr>
        <w:t xml:space="preserve">[42:08] </w:t>
      </w:r>
      <w:r>
        <w:t>doosra speech dabata hoon doosra speech dabaya unhon ne to vid in second is ne direction badal liya</w:t>
      </w:r>
    </w:p>
    <w:p>
      <w:pPr>
        <w:jc w:val="right"/>
      </w:pPr>
      <w:r>
        <w:t>دوسرا اسپیچ دباتا ہوں دوسرا اسپیچ دبایا انہوں نے تو ود ان سیکنڈ اس نے ڈائریکشن بدل لیا</w:t>
      </w:r>
    </w:p>
    <w:p>
      <w:r>
        <w:rPr>
          <w:b/>
        </w:rPr>
        <w:t xml:space="preserve">[42:13] </w:t>
      </w:r>
      <w:r>
        <w:t>idhar se chalne laga yani ab tak chal raha tha yun ab chalne laga yun vid in second</w:t>
      </w:r>
    </w:p>
    <w:p>
      <w:pPr>
        <w:jc w:val="right"/>
      </w:pPr>
      <w:r>
        <w:t>ادھر سے چلنے لگا یعنی اب تک چل رہا تھا یوں اب چلنے لگا یوں ود ان سیکنڈ</w:t>
      </w:r>
    </w:p>
    <w:p>
      <w:r>
        <w:rPr>
          <w:b/>
        </w:rPr>
        <w:t xml:space="preserve">[42:19] </w:t>
      </w:r>
      <w:r>
        <w:t>is ne direction badal liya</w:t>
      </w:r>
    </w:p>
    <w:p>
      <w:pPr>
        <w:jc w:val="right"/>
      </w:pPr>
      <w:r>
        <w:t>اس نے ڈائریکشن بدل لیا</w:t>
      </w:r>
    </w:p>
    <w:p>
      <w:r>
        <w:rPr>
          <w:b/>
        </w:rPr>
        <w:t xml:space="preserve">[42:22] </w:t>
      </w:r>
      <w:r>
        <w:t>to main ne kaha ke yeh hai momin ki yani yahi momin ki sachi tasweer hai</w:t>
      </w:r>
    </w:p>
    <w:p>
      <w:pPr>
        <w:jc w:val="right"/>
      </w:pPr>
      <w:r>
        <w:t>تو میں نے کہا کہ یہ ہے مومن کی یعنی یہی مومن کی سچی تصویر ہے</w:t>
      </w:r>
    </w:p>
    <w:p>
      <w:r>
        <w:rPr>
          <w:b/>
        </w:rPr>
        <w:t xml:space="preserve">[42:30] </w:t>
      </w:r>
      <w:r>
        <w:t>agar mujhe ek lafz mein batana ho ke momin kya hai to main kahunga momin woh hai</w:t>
      </w:r>
    </w:p>
    <w:p>
      <w:pPr>
        <w:jc w:val="right"/>
      </w:pPr>
      <w:r>
        <w:t>اگر مجھے ایک لفظ میں بتانا ہو کہ مومن کیا ہے تو میں کہوں گا مومن وہ ہے</w:t>
      </w:r>
    </w:p>
    <w:p>
      <w:r>
        <w:rPr>
          <w:b/>
        </w:rPr>
        <w:t xml:space="preserve">[42:36] </w:t>
      </w:r>
      <w:r>
        <w:t>jo vid in second apne stand ko change kar sake jab ke baat khul jaye is ke aage</w:t>
      </w:r>
    </w:p>
    <w:p>
      <w:pPr>
        <w:jc w:val="right"/>
      </w:pPr>
      <w:r>
        <w:t>جو ود ان سیکنڈ اپنے اسٹینڈ کو چینج کر سکے جب کہ بات کھل جائے اس کے اگے</w:t>
      </w:r>
    </w:p>
    <w:p>
      <w:r>
        <w:rPr>
          <w:b/>
        </w:rPr>
        <w:t xml:space="preserve">[42:45] </w:t>
      </w:r>
      <w:r>
        <w:t>yeh ek crucial test hai</w:t>
      </w:r>
    </w:p>
    <w:p>
      <w:pPr>
        <w:jc w:val="right"/>
      </w:pPr>
      <w:r>
        <w:t>یہ ایک کروشل ٹیسٹ ہے</w:t>
      </w:r>
    </w:p>
    <w:p>
      <w:r>
        <w:rPr>
          <w:b/>
        </w:rPr>
        <w:t xml:space="preserve">[42:48] </w:t>
      </w:r>
      <w:r>
        <w:t>yeh</w:t>
      </w:r>
    </w:p>
    <w:p>
      <w:pPr>
        <w:jc w:val="right"/>
      </w:pPr>
      <w:r>
        <w:t>یہ</w:t>
      </w:r>
    </w:p>
    <w:p>
      <w:r>
        <w:rPr>
          <w:b/>
        </w:rPr>
        <w:t xml:space="preserve">[42:48] </w:t>
      </w:r>
      <w:r>
        <w:t>crucial test hai</w:t>
      </w:r>
    </w:p>
    <w:p>
      <w:pPr>
        <w:jc w:val="right"/>
      </w:pPr>
      <w:r>
        <w:t>کروشل ٹیسٹ ہے</w:t>
      </w:r>
    </w:p>
    <w:p>
      <w:r>
        <w:rPr>
          <w:b/>
        </w:rPr>
        <w:t xml:space="preserve">[42:52] </w:t>
      </w:r>
      <w:r>
        <w:t>ke within second is is is blighting wheel ne isi second apna direction badal liya aise momin ka mamla hota hai ke within second apne is ko badal leta hai woh</w:t>
      </w:r>
    </w:p>
    <w:p>
      <w:pPr>
        <w:jc w:val="right"/>
      </w:pPr>
      <w:r>
        <w:t>کہ ود ان سیکنڈ اس اس اس بلائنگ ویل نے اسی سیکنڈ اپنا ڈائریکشن بدل لیا ایسے مومن کا معاملہ ہوتا ہے کہ ود ان سیکنڈ اپنے اس کو بدل لیتا ہے وہ</w:t>
      </w:r>
    </w:p>
    <w:p>
      <w:r>
        <w:rPr>
          <w:b/>
        </w:rPr>
        <w:t xml:space="preserve">[43:07] </w:t>
      </w:r>
      <w:r>
        <w:t>hazrat umar farooq ek martaba ek aadmi ne bohat kadi baat kahi un ko ghussa aa gaya uthe marne ke liye us ko marne ke liye uthe toh wahan par ek sahabi dusre thay woh khade ho gaye aur unhone kaha ke a amir al-momin</w:t>
      </w:r>
    </w:p>
    <w:p>
      <w:pPr>
        <w:jc w:val="right"/>
      </w:pPr>
      <w:r>
        <w:t>حضرت عمر فاروق ایک مرتبہ ایک ادمی نے بہت کڑی بات کہی ان کو غصہ ا گیا اٹھے مارنے کے لیے اس کو مارنے کے لیے اٹھے تو وہاں پر ایک صحابی دوسرے تھے وہ کھڑے ہوگئے اور انہوں نے کہا کہ اے امیرالموم</w:t>
      </w:r>
    </w:p>
    <w:p>
      <w:r>
        <w:rPr>
          <w:b/>
        </w:rPr>
        <w:t xml:space="preserve">[43:27] </w:t>
      </w:r>
      <w:r>
        <w:t>is waqt woh khalifa thay woh yani power mein thay woh khuda ne kaha hai quran majeed mein ke warid al-jahilin</w:t>
      </w:r>
    </w:p>
    <w:p>
      <w:pPr>
        <w:jc w:val="right"/>
      </w:pPr>
      <w:r>
        <w:t>نین اس وقت وہ خلیفہ تھے وہ یعنی پاور میں تھے وہ خدا نے کہا ہے قران مجید میں کہ وارد الجاہلین</w:t>
      </w:r>
    </w:p>
    <w:p>
      <w:r>
        <w:rPr>
          <w:b/>
        </w:rPr>
        <w:t xml:space="preserve">[43:37] </w:t>
      </w:r>
      <w:r>
        <w:t>nadano se</w:t>
      </w:r>
    </w:p>
    <w:p>
      <w:pPr>
        <w:jc w:val="right"/>
      </w:pPr>
      <w:r>
        <w:t>نادانوں سے</w:t>
      </w:r>
    </w:p>
    <w:p>
      <w:r>
        <w:rPr>
          <w:b/>
        </w:rPr>
        <w:t xml:space="preserve">[43:41] </w:t>
      </w:r>
      <w:r>
        <w:t>nadano ko maaf kar do nadano ko nadano galtiyon ko ignore karo ward al jahileen araz ke mani hote hain avoid karna ignore karna</w:t>
      </w:r>
    </w:p>
    <w:p>
      <w:pPr>
        <w:jc w:val="right"/>
      </w:pPr>
      <w:r>
        <w:t>نادانوں کو معاف کر دو نادانوں کو نادانوں غلطیوں کو اگنور کرو وارد الجاہلین اعراض کے معنی ہوتے ہیں اوائڈ کرنا اگنور کرنا</w:t>
      </w:r>
    </w:p>
    <w:p>
      <w:r>
        <w:rPr>
          <w:b/>
        </w:rPr>
        <w:t xml:space="preserve">[43:56] </w:t>
      </w:r>
      <w:r>
        <w:t>to jaise hi padha unhon ne ayat vid in second woh khade ho gaye ruk gaye woh daud rahe</w:t>
      </w:r>
    </w:p>
    <w:p>
      <w:pPr>
        <w:jc w:val="right"/>
      </w:pPr>
      <w:r>
        <w:t>تو جیسے ہی پڑھا انہوں نے ایت ود ان سیکنڈ وہ کھڑے ہوگئے رک گئے وہ دوڑ رہے</w:t>
      </w:r>
    </w:p>
    <w:p>
      <w:r>
        <w:rPr>
          <w:b/>
        </w:rPr>
        <w:t xml:space="preserve">[44:02] </w:t>
      </w:r>
      <w:r>
        <w:t>the is aadmi ko maarne ke liye wahin ke wahin khade ho gaye</w:t>
      </w:r>
    </w:p>
    <w:p>
      <w:pPr>
        <w:jc w:val="right"/>
      </w:pPr>
      <w:r>
        <w:t>تھے اس ادمی کو مارنے کے لیے وہیں کے وہیں کھڑے ہوگئے</w:t>
      </w:r>
    </w:p>
    <w:p>
      <w:r>
        <w:rPr>
          <w:b/>
        </w:rPr>
        <w:t xml:space="preserve">[44:07] </w:t>
      </w:r>
      <w:r>
        <w:t>is tarah ke bar bar waqiat hue hain Hazrat Umar ke ke ek ayat padhi gayi aur bilkul</w:t>
      </w:r>
    </w:p>
    <w:p>
      <w:pPr>
        <w:jc w:val="right"/>
      </w:pPr>
      <w:r>
        <w:t>اس طرح کے بار بار واقعات ہوئے ہیں حضرت عمر کے کہ ایک ایت پڑھی گئی اور بالکل</w:t>
      </w:r>
    </w:p>
    <w:p>
      <w:r>
        <w:rPr>
          <w:b/>
        </w:rPr>
        <w:t xml:space="preserve">[44:12] </w:t>
      </w:r>
      <w:r>
        <w:t>wahin ke wahin ruk gaye to un ke baray mein kaha jata hai ke wakan wakafar kitab Allah</w:t>
      </w:r>
    </w:p>
    <w:p>
      <w:pPr>
        <w:jc w:val="right"/>
      </w:pPr>
      <w:r>
        <w:t>وہیں کے وہیں رک گئے تو ان کے بارے میں کہا جاتا ہے کہ وکان وکافر کتاب اللہ</w:t>
      </w:r>
    </w:p>
    <w:p>
      <w:r>
        <w:rPr>
          <w:b/>
        </w:rPr>
        <w:t xml:space="preserve">[44:19] </w:t>
      </w:r>
      <w:r>
        <w:t>yani koi ayat padh diya to usi waqt ruk jate the woh</w:t>
      </w:r>
    </w:p>
    <w:p>
      <w:pPr>
        <w:jc w:val="right"/>
      </w:pPr>
      <w:r>
        <w:t>یعنی کوئی ایت پڑھ دیا تو اسی وقت رک جاتے تھے وہ</w:t>
      </w:r>
    </w:p>
    <w:p>
      <w:r>
        <w:rPr>
          <w:b/>
        </w:rPr>
        <w:t xml:space="preserve">[44:23] </w:t>
      </w:r>
      <w:r>
        <w:t>to aap dekhen ke yahan par ek aadmi ghusse mein marna chahta hai lekin jab aap ayat padh</w:t>
      </w:r>
    </w:p>
    <w:p>
      <w:pPr>
        <w:jc w:val="right"/>
      </w:pPr>
      <w:r>
        <w:t>تو اپ دیکھیں کہ یہاں پر ایک ادمی غصے میں مارنا چاہتا ہے لیکن جب اپ ایت پڑھ</w:t>
      </w:r>
    </w:p>
    <w:p>
      <w:r>
        <w:rPr>
          <w:b/>
        </w:rPr>
        <w:t xml:space="preserve">[44:28] </w:t>
      </w:r>
      <w:r>
        <w:t>den to phir wapas loot jata hai woh</w:t>
      </w:r>
    </w:p>
    <w:p>
      <w:pPr>
        <w:jc w:val="right"/>
      </w:pPr>
      <w:r>
        <w:t>دیں تو پھر واپس لوٹ جاتا ہے وہ</w:t>
      </w:r>
    </w:p>
    <w:p>
      <w:r>
        <w:rPr>
          <w:b/>
        </w:rPr>
        <w:t xml:space="preserve">[44:33] </w:t>
      </w:r>
      <w:r>
        <w:t>yani vid in second apne direction ko badal lena</w:t>
      </w:r>
    </w:p>
    <w:p>
      <w:pPr>
        <w:jc w:val="right"/>
      </w:pPr>
      <w:r>
        <w:t>یعنی ود ان سیکنڈ اپنے ڈائریکشن کو بدل لینا</w:t>
      </w:r>
    </w:p>
    <w:p>
      <w:r>
        <w:rPr>
          <w:b/>
        </w:rPr>
        <w:t xml:space="preserve">[44:39] </w:t>
      </w:r>
      <w:r>
        <w:t>main samajhta hoon ke yeh crucial test hai</w:t>
      </w:r>
    </w:p>
    <w:p>
      <w:pPr>
        <w:jc w:val="right"/>
      </w:pPr>
      <w:r>
        <w:t>میں سمجھتا ہوں کہ یہ کروشل ٹیسٹ ہے</w:t>
      </w:r>
    </w:p>
    <w:p>
      <w:r>
        <w:rPr>
          <w:b/>
        </w:rPr>
        <w:t xml:space="preserve">[44:42] </w:t>
      </w:r>
      <w:r>
        <w:t>agar</w:t>
      </w:r>
    </w:p>
    <w:p>
      <w:pPr>
        <w:jc w:val="right"/>
      </w:pPr>
      <w:r>
        <w:t>اگر</w:t>
      </w:r>
    </w:p>
    <w:p>
      <w:r>
        <w:rPr>
          <w:b/>
        </w:rPr>
        <w:t xml:space="preserve">[44:43] </w:t>
      </w:r>
      <w:r>
        <w:t>ek baat kehna ho ke kya pehchan hai ek sache momin ki khaas pehchan to main yeh kahunga ke yahi pehchan hai ke wa dain second woh apne direction ko change kar sake</w:t>
      </w:r>
    </w:p>
    <w:p>
      <w:pPr>
        <w:jc w:val="right"/>
      </w:pPr>
      <w:r>
        <w:t>ایک بات کہنا ہو کہ کیا پہچان ہے ایک سچے مومن کی خاص پہچان تو میں یہ کہوں گا کہ یہی پہچان ہے کہ ود ان سیکنڈ وہ اپنے ڈائریکشن کو چینج کر سکے</w:t>
      </w:r>
    </w:p>
    <w:p>
      <w:r>
        <w:rPr>
          <w:b/>
        </w:rPr>
        <w:t xml:space="preserve">[44:59] </w:t>
      </w:r>
      <w:r>
        <w:t>dekhiye hadith mein aata hai</w:t>
      </w:r>
    </w:p>
    <w:p>
      <w:pPr>
        <w:jc w:val="right"/>
      </w:pPr>
      <w:r>
        <w:t>دیکھیے حدیث میں اتا ہے</w:t>
      </w:r>
    </w:p>
    <w:p>
      <w:r>
        <w:rPr>
          <w:b/>
        </w:rPr>
        <w:t xml:space="preserve">[45:02] </w:t>
      </w:r>
      <w:r>
        <w:t>ke kull bani adam khattaun wa khair ul khattain at tawwabun</w:t>
      </w:r>
    </w:p>
    <w:p>
      <w:pPr>
        <w:jc w:val="right"/>
      </w:pPr>
      <w:r>
        <w:t>کہ کل بنی ادم خطاون و خیر الخطائین التوابون</w:t>
      </w:r>
    </w:p>
    <w:p>
      <w:r>
        <w:rPr>
          <w:b/>
        </w:rPr>
        <w:t xml:space="preserve">[45:10] </w:t>
      </w:r>
      <w:r>
        <w:t>isi ko kaha jata hai ke to error is human yani insan se ghalti hoti hai</w:t>
      </w:r>
    </w:p>
    <w:p>
      <w:pPr>
        <w:jc w:val="right"/>
      </w:pPr>
      <w:r>
        <w:t>اسی کو کہا جاتا ہے کہ تو ایئر از ہیومن یعنی انسان سے غلطی ہوتی ہے</w:t>
      </w:r>
    </w:p>
    <w:p>
      <w:r>
        <w:rPr>
          <w:b/>
        </w:rPr>
        <w:t xml:space="preserve">[45:17] </w:t>
      </w:r>
      <w:r>
        <w:t>insan ghalti se bach nahi sakta</w:t>
      </w:r>
    </w:p>
    <w:p>
      <w:pPr>
        <w:jc w:val="right"/>
      </w:pPr>
      <w:r>
        <w:t>انسان غلطی سے بچ نہیں سکتا</w:t>
      </w:r>
    </w:p>
    <w:p>
      <w:r>
        <w:rPr>
          <w:b/>
        </w:rPr>
        <w:t xml:space="preserve">[45:21] </w:t>
      </w:r>
      <w:r>
        <w:t>lekin hadith mein hai ke behtareen ghalti karne wala woh hai jo ghalti ke baad laut aaye</w:t>
      </w:r>
    </w:p>
    <w:p>
      <w:pPr>
        <w:jc w:val="right"/>
      </w:pPr>
      <w:r>
        <w:t>لیکن حدیث میں ہے کہ بہترین غلطی کرنے والا وہ ہے جو غلطی کے بعد لوٹ ائے</w:t>
      </w:r>
    </w:p>
    <w:p>
      <w:r>
        <w:rPr>
          <w:b/>
        </w:rPr>
        <w:t xml:space="preserve">[45:31] </w:t>
      </w:r>
      <w:r>
        <w:t>yani keh sake ke i was wrong</w:t>
      </w:r>
    </w:p>
    <w:p>
      <w:pPr>
        <w:jc w:val="right"/>
      </w:pPr>
      <w:r>
        <w:t>یعنی کہہ سکے کہ ائی واز رونگ</w:t>
      </w:r>
    </w:p>
    <w:p>
      <w:r>
        <w:rPr>
          <w:b/>
        </w:rPr>
        <w:t xml:space="preserve">[45:33] </w:t>
      </w:r>
      <w:r>
        <w:t>you are right i was wrong yeh keh sake to asal test yeh nahi ke aap kabhi galti na karen yeh yeh test nahi hai kyunke galti to karenge aap insan hain you are is human to asal test jo hai Khuda ka woh yeh nahi ke aap galti hi na karen asal test yeh hai ke galti karne ke baad jab aap ko pata chale ke aap galat the to wa dain second aap kahein ke haan main galat tha i was wrong i was wrong i w</w:t>
      </w:r>
    </w:p>
    <w:p>
      <w:pPr>
        <w:jc w:val="right"/>
      </w:pPr>
      <w:r>
        <w:t>یو ار رائٹ ائی واز رونگ یہ کہہ سکے تو اصل ٹیسٹ یہ نہیں کہ اپ کبھی غلطی نہ کریں یہ یہ ٹیسٹ نہیں ہے کیونکہ غلطی تو کریں گے اپ انسان ہیں یو ار از ہیومن تو اصل ٹیسٹ جو ہے خدا کا وہ یہ نہیں کہ اپ غلطی ہی نہ کریں اصل ٹیسٹ یہ ہے کہ غلطی کرنے کے بعد جب اپ کو پتہ چلے کہ اپ غلط تھے تو ود ان سیکنڈ اپ کہیں کہ ہاں میں غلط تھا ائی واز رونگ ائی واز رونگ ائی و</w:t>
      </w:r>
    </w:p>
    <w:p>
      <w:r>
        <w:rPr>
          <w:b/>
        </w:rPr>
        <w:t xml:space="preserve">[46:02] </w:t>
      </w:r>
      <w:r>
        <w:t>is wrong. Aur phir is mein ek baat aur mila lijiye.</w:t>
      </w:r>
    </w:p>
    <w:p>
      <w:pPr>
        <w:jc w:val="right"/>
      </w:pPr>
      <w:r>
        <w:t>از رونگ اور پھر اس میں ایک بات اور ملا لیجئے</w:t>
      </w:r>
    </w:p>
    <w:p>
      <w:r>
        <w:rPr>
          <w:b/>
        </w:rPr>
        <w:t xml:space="preserve">[46:08] </w:t>
      </w:r>
      <w:r>
        <w:t>yeh lift service ke taur par nahi hai ke munh se keh diya aap ne dil badal jaye</w:t>
      </w:r>
    </w:p>
    <w:p>
      <w:pPr>
        <w:jc w:val="right"/>
      </w:pPr>
      <w:r>
        <w:t>یہ لفٹ سروس کے طور پر نہیں ہے کہ منہ سے کہہ دیا اپ نے دل بدل جائے</w:t>
      </w:r>
    </w:p>
    <w:p>
      <w:r>
        <w:rPr>
          <w:b/>
        </w:rPr>
        <w:t xml:space="preserve">[46:11] </w:t>
      </w:r>
      <w:r>
        <w:t>aap ka dil</w:t>
      </w:r>
    </w:p>
    <w:p>
      <w:pPr>
        <w:jc w:val="right"/>
      </w:pPr>
      <w:r>
        <w:t>اپ کا دل</w:t>
      </w:r>
    </w:p>
    <w:p>
      <w:r>
        <w:rPr>
          <w:b/>
        </w:rPr>
        <w:t xml:space="preserve">[46:14] </w:t>
      </w:r>
      <w:r>
        <w:t>jab tak dil mein na badlao aaye munh se keh dena kuch bhi nahi hai yani andar revenge</w:t>
      </w:r>
    </w:p>
    <w:p>
      <w:pPr>
        <w:jc w:val="right"/>
      </w:pPr>
      <w:r>
        <w:t>جب تک دل میں نہ بدلاؤ ائے منہ سے کہہ دینا کچھ بھی نہیں ہے یعنی اندر ریونج</w:t>
      </w:r>
    </w:p>
    <w:p>
      <w:r>
        <w:rPr>
          <w:b/>
        </w:rPr>
        <w:t xml:space="preserve">[46:19] </w:t>
      </w:r>
      <w:r>
        <w:t>tha ab woh revenge khatm ho jaye andar negative thought the woh positive thought aa jaye is ki</w:t>
      </w:r>
    </w:p>
    <w:p>
      <w:pPr>
        <w:jc w:val="right"/>
      </w:pPr>
      <w:r>
        <w:t>تھا اب وہ ریونج ختم ہو جائے اندر نیگیٹیو تھاٹ تھے وہ پازیٹیو تھاٹ ا جائے اس کی</w:t>
      </w:r>
    </w:p>
    <w:p>
      <w:r>
        <w:rPr>
          <w:b/>
        </w:rPr>
        <w:t xml:space="preserve">[46:25] </w:t>
      </w:r>
      <w:r>
        <w:t>jagah pe toh asal cheez hai dil se badlao aa jaye dil se</w:t>
      </w:r>
    </w:p>
    <w:p>
      <w:pPr>
        <w:jc w:val="right"/>
      </w:pPr>
      <w:r>
        <w:t>جگہ پہ تو اصل چیز ہے دل سے بدلاؤ ا جائے دل سے</w:t>
      </w:r>
    </w:p>
    <w:p>
      <w:r>
        <w:rPr>
          <w:b/>
        </w:rPr>
        <w:t xml:space="preserve">[46:33] </w:t>
      </w:r>
      <w:r>
        <w:t>jab flying wheel jo direction badla us ne acha upar upar badla andar kuch tha bahar kuch tha nahi apna poora badal diya us ne andar se bahar tak aise hi momin jab badalta hai to bharpoor badal jata hai woh dil se badalta hai jab woh kehta hai ke I was</w:t>
      </w:r>
    </w:p>
    <w:p>
      <w:pPr>
        <w:jc w:val="right"/>
      </w:pPr>
      <w:r>
        <w:t>جب فلائنگ ویل جو ڈائریکشن بدلا اس نے اچھا اوپر اوپر بدلا اندر کچھ تھا باہر کچھ تھا نہیں اپنا پورا بدل دیا اس نے اندر سے باہر تک ایسے ہی مومن جب بدلتا ہے تو بھرپور بدل جاتا ہے وہ دل سے بدلتا ہے جب وہ کہتا ہے کہ ائی واز</w:t>
      </w:r>
    </w:p>
    <w:p>
      <w:r>
        <w:rPr>
          <w:b/>
        </w:rPr>
        <w:t xml:space="preserve">[46:54] </w:t>
      </w:r>
      <w:r>
        <w:t>wrong to dil ki awaz hoti hai jo zuban se nikalti hai to ek hai ibadat ke tareeqe ibadat ke rituals ibadat ke rasam ya manasik to log isi ko ibadat samajh baithe hain</w:t>
      </w:r>
    </w:p>
    <w:p>
      <w:pPr>
        <w:jc w:val="right"/>
      </w:pPr>
      <w:r>
        <w:t>رونگ تو دل کی اواز ہوتی ہے جو زبان سے نکلتی ہے تو ایک ہے عبادت کے طریقے عبادت کے ریچولز عبادت کے مراسم یا مناسک تو لوگ اسی کو عبادت سمجھ بیٹھے ہیں</w:t>
      </w:r>
    </w:p>
    <w:p>
      <w:r>
        <w:rPr>
          <w:b/>
        </w:rPr>
        <w:t xml:space="preserve">[47:14] </w:t>
      </w:r>
      <w:r>
        <w:t>isi liye samajhte hain ke aap ne kaghaz to poora ho ke hum ne to rituals ada kar liye to ab kya karna hai ab to paradise reserve ho gayi</w:t>
      </w:r>
    </w:p>
    <w:p>
      <w:pPr>
        <w:jc w:val="right"/>
      </w:pPr>
      <w:r>
        <w:t>اسی لیے سمجھتے ہیں کہ اپ نے کاغذ تو پورا ہو کہ ہم نے تو ریچولز ادا کر لیے تو اب کیا کرنا ہے اب تو پیراڈائز ریزرو ہو گئی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