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Follow the Straight Path December 25, 2007 Maulana Wahiduddin Khan</w:t>
      </w:r>
    </w:p>
    <w:p>
      <w:r>
        <w:t>https://www.youtube.com/watch?v=OvN2vrn2wZU</w:t>
      </w:r>
    </w:p>
    <w:p>
      <w:r>
        <w:rPr>
          <w:b/>
        </w:rPr>
        <w:t xml:space="preserve">[00:13] </w:t>
      </w:r>
      <w:r>
        <w:t>bismillah hir rahman nir rahim wa salli Allahu ala al nabi al kareem rab ishrah li sadri wa yassir li amri wah al uqdata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aaj ka topic main ne Quran ki ek ayat ko le kar banaya hai</w:t>
      </w:r>
    </w:p>
    <w:p>
      <w:pPr>
        <w:jc w:val="right"/>
      </w:pPr>
      <w:r>
        <w:t>اج کا ٹاپک میں نے قران کی ایک ایت کو لے کر بنایا ہے</w:t>
      </w:r>
    </w:p>
    <w:p>
      <w:r>
        <w:rPr>
          <w:b/>
        </w:rPr>
        <w:t xml:space="preserve">[00:45] </w:t>
      </w:r>
      <w:r>
        <w:t>Allah qasada al sabeel wa minha jaer</w:t>
      </w:r>
    </w:p>
    <w:p>
      <w:pPr>
        <w:jc w:val="right"/>
      </w:pPr>
      <w:r>
        <w:t>اللہ قصد السبیل ومنہا جائر</w:t>
      </w:r>
    </w:p>
    <w:p>
      <w:r>
        <w:rPr>
          <w:b/>
        </w:rPr>
        <w:t xml:space="preserve">[00:50] </w:t>
      </w:r>
      <w:r>
        <w:t>yaani seedha rasta woh hai jo insan se Khuda ki taraf jata hai aur aise raste jo kisi aur taraf jayen woh tedhe raste hain</w:t>
      </w:r>
    </w:p>
    <w:p>
      <w:pPr>
        <w:jc w:val="right"/>
      </w:pPr>
      <w:r>
        <w:t>یعنی سیدھا راستہ وہ ہے جو انسان سے خدا کی طرف جاتا ہے اور ایسے راستے جو کسی اور طرف جائیں وہ ٹیڑھے راستے ہیں</w:t>
      </w:r>
    </w:p>
    <w:p>
      <w:r>
        <w:rPr>
          <w:b/>
        </w:rPr>
        <w:t xml:space="preserve">[01:04] </w:t>
      </w:r>
      <w:r>
        <w:t>yeh hai aaj ka topic to seedha rasta kya hai aur bhatka hua rasta kya hai is ko humein samajhna hai</w:t>
      </w:r>
    </w:p>
    <w:p>
      <w:pPr>
        <w:jc w:val="right"/>
      </w:pPr>
      <w:r>
        <w:t>یہ ہے اج کا ٹاپک تو سیدھا راستہ کیا ہے اور بھٹکا ہوا راستہ کیا ہے اس کو ہمیں سمجھنا ہے</w:t>
      </w:r>
    </w:p>
    <w:p>
      <w:r>
        <w:rPr>
          <w:b/>
        </w:rPr>
        <w:t xml:space="preserve">[01:19] </w:t>
      </w:r>
      <w:r>
        <w:t>to</w:t>
      </w:r>
    </w:p>
    <w:p>
      <w:pPr>
        <w:jc w:val="right"/>
      </w:pPr>
      <w:r>
        <w:t>تو</w:t>
      </w:r>
    </w:p>
    <w:p>
      <w:r>
        <w:rPr>
          <w:b/>
        </w:rPr>
        <w:t xml:space="preserve">[01:22] </w:t>
      </w:r>
      <w:r>
        <w:t>yeh bohat hi zyada zaroori hai is ko samajhna poori tareekh mein aap dekhenge ke insan</w:t>
      </w:r>
    </w:p>
    <w:p>
      <w:pPr>
        <w:jc w:val="right"/>
      </w:pPr>
      <w:r>
        <w:t>یہ بہت ہی زیادہ ضروری ہے اس کو سمجھنا پوری تاریخ میں اپ دیکھیں گے کہ انسان</w:t>
      </w:r>
    </w:p>
    <w:p>
      <w:r>
        <w:rPr>
          <w:b/>
        </w:rPr>
        <w:t xml:space="preserve">[01:35] </w:t>
      </w:r>
      <w:r>
        <w:t>bhatke hue raste par daudta raha yaani deviated raston par daudta raha straight path jo hai is se hat kar ke deviate karta raha woh</w:t>
      </w:r>
    </w:p>
    <w:p>
      <w:pPr>
        <w:jc w:val="right"/>
      </w:pPr>
      <w:r>
        <w:t>بھٹکے ہوئے راستے پر دوڑتا رہا یعنی ڈیویٹڈ راستوں پر دوڑتا رہا اسٹریٹ پاتھ جو ہے اس سے ہٹ کر کے ڈیویٹ کرتا رہا وہ</w:t>
      </w:r>
    </w:p>
    <w:p>
      <w:r>
        <w:rPr>
          <w:b/>
        </w:rPr>
        <w:t xml:space="preserve">[01:55] </w:t>
      </w:r>
      <w:r>
        <w:t>is baat ko samajhna bohat zyada zaroori hai aur is ka diversification</w:t>
      </w:r>
    </w:p>
    <w:p>
      <w:pPr>
        <w:jc w:val="right"/>
      </w:pPr>
      <w:r>
        <w:t>اس بات کو سمجھنا بہت زیادہ ضروری ہے اور اس کا ڈائیورسٹیشن</w:t>
      </w:r>
    </w:p>
    <w:p>
      <w:r>
        <w:rPr>
          <w:b/>
        </w:rPr>
        <w:t xml:space="preserve">[02:01] </w:t>
      </w:r>
      <w:r>
        <w:t>pehlay din hi de diya gaya tha ke kya straight path hai aur kya deviated path hai</w:t>
      </w:r>
    </w:p>
    <w:p>
      <w:pPr>
        <w:jc w:val="right"/>
      </w:pPr>
      <w:r>
        <w:t>پہلے دن ہی دے دیا گیا تھا کہ کیا اسٹریٹ پاتھ ہے اور کیا ڈیویٹڈ پاتھ ہے</w:t>
      </w:r>
    </w:p>
    <w:p>
      <w:r>
        <w:rPr>
          <w:b/>
        </w:rPr>
        <w:t xml:space="preserve">[02:09] </w:t>
      </w:r>
      <w:r>
        <w:t>dekhiye jab khuda ne insan ko banaya</w:t>
      </w:r>
    </w:p>
    <w:p>
      <w:pPr>
        <w:jc w:val="right"/>
      </w:pPr>
      <w:r>
        <w:t>دیکھیے جب خدا نے انسان کو بنایا</w:t>
      </w:r>
    </w:p>
    <w:p>
      <w:r>
        <w:rPr>
          <w:b/>
        </w:rPr>
        <w:t xml:space="preserve">[02:15] </w:t>
      </w:r>
      <w:r>
        <w:t>yani pehla insan jo hai woh adam thay un ko banaya</w:t>
      </w:r>
    </w:p>
    <w:p>
      <w:pPr>
        <w:jc w:val="right"/>
      </w:pPr>
      <w:r>
        <w:t>یعنی پہلا انسان جو ہے وہ ادم تھے ان کو بنایا</w:t>
      </w:r>
    </w:p>
    <w:p>
      <w:r>
        <w:rPr>
          <w:b/>
        </w:rPr>
        <w:t xml:space="preserve">[02:20] </w:t>
      </w:r>
      <w:r>
        <w:t>toh un ko khuda ne banaya tha is aitbar se ke zameen mein un ko charge hasil rahe</w:t>
      </w:r>
    </w:p>
    <w:p>
      <w:pPr>
        <w:jc w:val="right"/>
      </w:pPr>
      <w:r>
        <w:t>تو ان کو خدا نے بنایا تھا اس اعتبار سے کہ زمین میں ان کو چارج حاصل رہے</w:t>
      </w:r>
    </w:p>
    <w:p>
      <w:r>
        <w:rPr>
          <w:b/>
        </w:rPr>
        <w:t xml:space="preserve">[02:27] </w:t>
      </w:r>
      <w:r>
        <w:t>ga zameen ka charge zameen ka charge allah taala ne insan ko de diya yeh na toh political</w:t>
      </w:r>
    </w:p>
    <w:p>
      <w:pPr>
        <w:jc w:val="right"/>
      </w:pPr>
      <w:r>
        <w:t>گا زمین کا چارج زمین کا چارج اللہ تعالی نے انسان کو دے دیا یہ نہ تو پولیٹیکل</w:t>
      </w:r>
    </w:p>
    <w:p>
      <w:r>
        <w:rPr>
          <w:b/>
        </w:rPr>
        <w:t xml:space="preserve">[02:36] </w:t>
      </w:r>
      <w:r>
        <w:t>sense mein tha na bator reward tha</w:t>
      </w:r>
    </w:p>
    <w:p>
      <w:pPr>
        <w:jc w:val="right"/>
      </w:pPr>
      <w:r>
        <w:t>سینس میں تھا نہ بطور ریوارڈ تھا</w:t>
      </w:r>
    </w:p>
    <w:p>
      <w:r>
        <w:rPr>
          <w:b/>
        </w:rPr>
        <w:t xml:space="preserve">[02:41] </w:t>
      </w:r>
      <w:r>
        <w:t>yeh</w:t>
      </w:r>
    </w:p>
    <w:p>
      <w:pPr>
        <w:jc w:val="right"/>
      </w:pPr>
      <w:r>
        <w:t>یہ</w:t>
      </w:r>
    </w:p>
    <w:p>
      <w:r>
        <w:rPr>
          <w:b/>
        </w:rPr>
        <w:t xml:space="preserve">[02:41] </w:t>
      </w:r>
      <w:r>
        <w:t>samajhna ke insan khuda ka vice general tha aur is ka</w:t>
      </w:r>
    </w:p>
    <w:p>
      <w:pPr>
        <w:jc w:val="right"/>
      </w:pPr>
      <w:r>
        <w:t>سمجھنا کہ انسان خدا کا وائس جرنل تھا اور اس کا</w:t>
      </w:r>
    </w:p>
    <w:p>
      <w:r>
        <w:rPr>
          <w:b/>
        </w:rPr>
        <w:t xml:space="preserve">[02:48] </w:t>
      </w:r>
      <w:r>
        <w:t>is ka kaam yeh tha ke zameen par khuda ki hukoomat qaim kare yeh absurd baat hai</w:t>
      </w:r>
    </w:p>
    <w:p>
      <w:pPr>
        <w:jc w:val="right"/>
      </w:pPr>
      <w:r>
        <w:t>اس کا کام یہ تھا کہ زمین پر خدا کی حکومت قائم کرے یہ ایبسرٹ بات ہے</w:t>
      </w:r>
    </w:p>
    <w:p>
      <w:r>
        <w:rPr>
          <w:b/>
        </w:rPr>
        <w:t xml:space="preserve">[02:55] </w:t>
      </w:r>
      <w:r>
        <w:t>zameen par khuda ne insan ko jo charge diya woh political sense mein nahi tha aur na woh</w:t>
      </w:r>
    </w:p>
    <w:p>
      <w:pPr>
        <w:jc w:val="right"/>
      </w:pPr>
      <w:r>
        <w:t>زمین پر خدا نے انسان کو جو چارج دیا وہ پولیٹیکل سینس میں نہیں تھا اور نہ وہ</w:t>
      </w:r>
    </w:p>
    <w:p>
      <w:r>
        <w:rPr>
          <w:b/>
        </w:rPr>
        <w:t xml:space="preserve">[03:03] </w:t>
      </w:r>
      <w:r>
        <w:t>inaam ke taur par tha</w:t>
      </w:r>
    </w:p>
    <w:p>
      <w:pPr>
        <w:jc w:val="right"/>
      </w:pPr>
      <w:r>
        <w:t>انعام کے طور پر تھا</w:t>
      </w:r>
    </w:p>
    <w:p>
      <w:r>
        <w:rPr>
          <w:b/>
        </w:rPr>
        <w:t xml:space="preserve">[03:06] </w:t>
      </w:r>
      <w:r>
        <w:t>woh tha sirf test ke taur par</w:t>
      </w:r>
    </w:p>
    <w:p>
      <w:pPr>
        <w:jc w:val="right"/>
      </w:pPr>
      <w:r>
        <w:t>وہ تھا صرف ٹیسٹ کے طور پر</w:t>
      </w:r>
    </w:p>
    <w:p>
      <w:r>
        <w:rPr>
          <w:b/>
        </w:rPr>
        <w:t xml:space="preserve">[03:10] </w:t>
      </w:r>
      <w:r>
        <w:t>yani insan ko zameen mein poora</w:t>
      </w:r>
    </w:p>
    <w:p>
      <w:pPr>
        <w:jc w:val="right"/>
      </w:pPr>
      <w:r>
        <w:t>یعنی انسان کو زمین میں پورا</w:t>
      </w:r>
    </w:p>
    <w:p>
      <w:r>
        <w:rPr>
          <w:b/>
        </w:rPr>
        <w:t xml:space="preserve">[03:14] </w:t>
      </w:r>
      <w:r>
        <w:t>poori freedom di gayi</w:t>
      </w:r>
    </w:p>
    <w:p>
      <w:pPr>
        <w:jc w:val="right"/>
      </w:pPr>
      <w:r>
        <w:t>پوری فریڈم دی گئی</w:t>
      </w:r>
    </w:p>
    <w:p>
      <w:r>
        <w:rPr>
          <w:b/>
        </w:rPr>
        <w:t xml:space="preserve">[03:17] </w:t>
      </w:r>
      <w:r>
        <w:t>poori azadi jis tarah chahe woh kare</w:t>
      </w:r>
    </w:p>
    <w:p>
      <w:pPr>
        <w:jc w:val="right"/>
      </w:pPr>
      <w:r>
        <w:t>پوری ازادی جس طرح چاہے وہ کرے</w:t>
      </w:r>
    </w:p>
    <w:p>
      <w:r>
        <w:rPr>
          <w:b/>
        </w:rPr>
        <w:t xml:space="preserve">[03:23] </w:t>
      </w:r>
      <w:r>
        <w:t>toh isi freedom ko</w:t>
      </w:r>
    </w:p>
    <w:p>
      <w:pPr>
        <w:jc w:val="right"/>
      </w:pPr>
      <w:r>
        <w:t>تو اسی فریڈم کو</w:t>
      </w:r>
    </w:p>
    <w:p>
      <w:r>
        <w:rPr>
          <w:b/>
        </w:rPr>
        <w:t xml:space="preserve">[03:27] </w:t>
      </w:r>
      <w:r>
        <w:t>quran mein khilafat ke lafz se taabeer kiya gaya hai yani zameen mein insan aik khalifa hai yani</w:t>
      </w:r>
    </w:p>
    <w:p>
      <w:pPr>
        <w:jc w:val="right"/>
      </w:pPr>
      <w:r>
        <w:t>قران میں خلافت کے لفظ سے تعبیر کیا گیا ہے یعنی زمین میں انسان ایک خلیفہ ہے یعنی</w:t>
      </w:r>
    </w:p>
    <w:p>
      <w:r>
        <w:rPr>
          <w:b/>
        </w:rPr>
        <w:t xml:space="preserve">[03:36] </w:t>
      </w:r>
      <w:r>
        <w:t>aazad woh aazad hai ke jo chahe kare</w:t>
      </w:r>
    </w:p>
    <w:p>
      <w:pPr>
        <w:jc w:val="right"/>
      </w:pPr>
      <w:r>
        <w:t>ازاد وہ ازاد ہے کہ جو چاہے کرے</w:t>
      </w:r>
    </w:p>
    <w:p>
      <w:r>
        <w:rPr>
          <w:b/>
        </w:rPr>
        <w:t xml:space="preserve">[03:40] </w:t>
      </w:r>
      <w:r>
        <w:t>tu apni aazadi ko agar misuse karega woh to us ke liye aakhir mein hell hai</w:t>
      </w:r>
    </w:p>
    <w:p>
      <w:pPr>
        <w:jc w:val="right"/>
      </w:pPr>
      <w:r>
        <w:t>تو اپنی ازادی کو اگر مس یوز کرے گا وہ تو اس کے لیے اخر میں ہل ہے</w:t>
      </w:r>
    </w:p>
    <w:p>
      <w:r>
        <w:rPr>
          <w:b/>
        </w:rPr>
        <w:t xml:space="preserve">[03:47] </w:t>
      </w:r>
      <w:r>
        <w:t>apni aazadi ko proper tor par use karega to us ke liye paradise hai</w:t>
      </w:r>
    </w:p>
    <w:p>
      <w:pPr>
        <w:jc w:val="right"/>
      </w:pPr>
      <w:r>
        <w:t>اپنی ازادی کو پراپر طور پر یوز کرے گا تو اس کے لیے پیراڈائز ہے</w:t>
      </w:r>
    </w:p>
    <w:p>
      <w:r>
        <w:rPr>
          <w:b/>
        </w:rPr>
        <w:t xml:space="preserve">[03:54] </w:t>
      </w:r>
      <w:r>
        <w:t>to quran mein jo bataya gaya hai kahani</w:t>
      </w:r>
    </w:p>
    <w:p>
      <w:pPr>
        <w:jc w:val="right"/>
      </w:pPr>
      <w:r>
        <w:t>تو قران میں جو بتایا گیا ہے کہانی</w:t>
      </w:r>
    </w:p>
    <w:p>
      <w:r>
        <w:rPr>
          <w:b/>
        </w:rPr>
        <w:t xml:space="preserve">[03:58] </w:t>
      </w:r>
      <w:r>
        <w:t>is se maloom hota hai ke</w:t>
      </w:r>
    </w:p>
    <w:p>
      <w:pPr>
        <w:jc w:val="right"/>
      </w:pPr>
      <w:r>
        <w:t>اس سے معلوم ہوتا ہے کہ</w:t>
      </w:r>
    </w:p>
    <w:p>
      <w:r>
        <w:rPr>
          <w:b/>
        </w:rPr>
        <w:t xml:space="preserve">[04:01] </w:t>
      </w:r>
      <w:r>
        <w:t>pehlay hi din Allah taala ne bata diya ke kya hoga seedha rasta kya hoga tehra rasta</w:t>
      </w:r>
    </w:p>
    <w:p>
      <w:pPr>
        <w:jc w:val="right"/>
      </w:pPr>
      <w:r>
        <w:t>پہلے ہی دن اللہ تعالی نے بتا دیا کہ کیا ہوگا سیدھا راستہ کیا ہوگا ٹیڑھا راستہ</w:t>
      </w:r>
    </w:p>
    <w:p>
      <w:r>
        <w:rPr>
          <w:b/>
        </w:rPr>
        <w:t xml:space="preserve">[04:09] </w:t>
      </w:r>
      <w:r>
        <w:t>is tareeqay se</w:t>
      </w:r>
    </w:p>
    <w:p>
      <w:pPr>
        <w:jc w:val="right"/>
      </w:pPr>
      <w:r>
        <w:t>اس طریقے سے</w:t>
      </w:r>
    </w:p>
    <w:p>
      <w:r>
        <w:rPr>
          <w:b/>
        </w:rPr>
        <w:t xml:space="preserve">[04:11] </w:t>
      </w:r>
      <w:r>
        <w:t>ke Allah taala ne ko jab banaya insan ko to us waqt do aur makhlooq thay yahan par</w:t>
      </w:r>
    </w:p>
    <w:p>
      <w:pPr>
        <w:jc w:val="right"/>
      </w:pPr>
      <w:r>
        <w:t>کہ اللہ تعالی نے کو جب بنایا انسان کو تو اس وقت دو اور مخلوق تھے یہاں پر</w:t>
      </w:r>
    </w:p>
    <w:p>
      <w:r>
        <w:rPr>
          <w:b/>
        </w:rPr>
        <w:t xml:space="preserve">[04:19] </w:t>
      </w:r>
      <w:r>
        <w:t>angel aur satan satan jo hai woh jinnoun ka sardar tha to khuda ne kaha ke tum sab</w:t>
      </w:r>
    </w:p>
    <w:p>
      <w:pPr>
        <w:jc w:val="right"/>
      </w:pPr>
      <w:r>
        <w:t>اینجل اور سیٹن سیٹن جو ہے وہ جنوں کا سردار تھا تو خدا نے کہا کہ تم سب</w:t>
      </w:r>
    </w:p>
    <w:p>
      <w:r>
        <w:rPr>
          <w:b/>
        </w:rPr>
        <w:t xml:space="preserve">[04:26] </w:t>
      </w:r>
      <w:r>
        <w:t>log jhuk jao insan ke aagay kaha matlab kya hai tum accept karo insan ki is position ko</w:t>
      </w:r>
    </w:p>
    <w:p>
      <w:pPr>
        <w:jc w:val="right"/>
      </w:pPr>
      <w:r>
        <w:t>لوگ جھک جاؤ انسان کے اگے کہا مطلب کیا ہے تم ایکسیپٹ کرو انسان کی اس پوزیشن کو</w:t>
      </w:r>
    </w:p>
    <w:p>
      <w:r>
        <w:rPr>
          <w:b/>
        </w:rPr>
        <w:t xml:space="preserve">[04:35] </w:t>
      </w:r>
      <w:r>
        <w:t>ke zameen is ke charge mein rahegi aur</w:t>
      </w:r>
    </w:p>
    <w:p>
      <w:pPr>
        <w:jc w:val="right"/>
      </w:pPr>
      <w:r>
        <w:t>کہ زمین اس کے چارج میں رہے گی اور</w:t>
      </w:r>
    </w:p>
    <w:p>
      <w:r>
        <w:rPr>
          <w:b/>
        </w:rPr>
        <w:t xml:space="preserve">[04:41] </w:t>
      </w:r>
      <w:r>
        <w:t>us ko mauqa rahega ke jo chahe kare</w:t>
      </w:r>
    </w:p>
    <w:p>
      <w:pPr>
        <w:jc w:val="right"/>
      </w:pPr>
      <w:r>
        <w:t>اس کو موقع رہے گا کہ جو چاہے کرے</w:t>
      </w:r>
    </w:p>
    <w:p>
      <w:r>
        <w:rPr>
          <w:b/>
        </w:rPr>
        <w:t xml:space="preserve">[04:45] </w:t>
      </w:r>
      <w:r>
        <w:t>yani agar woh political power us ko mile tab bhi woh uska test hoga ek ghareeb aadmi</w:t>
      </w:r>
    </w:p>
    <w:p>
      <w:pPr>
        <w:jc w:val="right"/>
      </w:pPr>
      <w:r>
        <w:t>یعنی اگر وہ پولیٹیکل پاور اس کو ملے تب بھی وہ اس کا ٹیسٹ ہوگا ایک غریب ادمی</w:t>
      </w:r>
    </w:p>
    <w:p>
      <w:r>
        <w:rPr>
          <w:b/>
        </w:rPr>
        <w:t xml:space="preserve">[04:51] </w:t>
      </w:r>
      <w:r>
        <w:t>ho tab bhi uska woh test hoga political power</w:t>
      </w:r>
    </w:p>
    <w:p>
      <w:pPr>
        <w:jc w:val="right"/>
      </w:pPr>
      <w:r>
        <w:t>ہو تب بھی اس کا وہ ٹیسٹ ہوگا پولیٹیکل پاور</w:t>
      </w:r>
    </w:p>
    <w:p>
      <w:r>
        <w:rPr>
          <w:b/>
        </w:rPr>
        <w:t xml:space="preserve">[04:54] </w:t>
      </w:r>
      <w:r>
        <w:t>bhi test paper hai aur ghurbat bhi poverty bhi test paper hai to koi us ke rastay mein</w:t>
      </w:r>
    </w:p>
    <w:p>
      <w:pPr>
        <w:jc w:val="right"/>
      </w:pPr>
      <w:r>
        <w:t>بھی ٹیسٹ پیپر ہے اور غربت بھی پاورٹی بھی ٹیسٹ پیپر ہے تو کوئی اس کے راستے میں</w:t>
      </w:r>
    </w:p>
    <w:p>
      <w:r>
        <w:rPr>
          <w:b/>
        </w:rPr>
        <w:t xml:space="preserve">[05:01] </w:t>
      </w:r>
      <w:r>
        <w:t>rukawat nahi daalega is sense mein khuda ne kaha ke tum sab log jhuk jao adam ke</w:t>
      </w:r>
    </w:p>
    <w:p>
      <w:pPr>
        <w:jc w:val="right"/>
      </w:pPr>
      <w:r>
        <w:t>رکاوٹ نہیں ڈالے گا اس سینس میں خدا نے کہا کہ تم سب لوگ جھک جاؤ ادم کے</w:t>
      </w:r>
    </w:p>
    <w:p>
      <w:r>
        <w:rPr>
          <w:b/>
        </w:rPr>
        <w:t xml:space="preserve">[05:07] </w:t>
      </w:r>
      <w:r>
        <w:t>aagay yani pehle insan ke aagay to kya hua</w:t>
      </w:r>
    </w:p>
    <w:p>
      <w:pPr>
        <w:jc w:val="right"/>
      </w:pPr>
      <w:r>
        <w:t>اگے یعنی پہلے انسان کے اگے تو کیا ہوا</w:t>
      </w:r>
    </w:p>
    <w:p>
      <w:r>
        <w:rPr>
          <w:b/>
        </w:rPr>
        <w:t xml:space="preserve">[05:14] </w:t>
      </w:r>
      <w:r>
        <w:t>angel to jhuk gaye</w:t>
      </w:r>
    </w:p>
    <w:p>
      <w:pPr>
        <w:jc w:val="right"/>
      </w:pPr>
      <w:r>
        <w:t>اینجل تو جھک گئے</w:t>
      </w:r>
    </w:p>
    <w:p>
      <w:r>
        <w:rPr>
          <w:b/>
        </w:rPr>
        <w:t xml:space="preserve">[05:16] </w:t>
      </w:r>
      <w:r>
        <w:t>lekin satan ne jhuknay se inkar kiya</w:t>
      </w:r>
    </w:p>
    <w:p>
      <w:pPr>
        <w:jc w:val="right"/>
      </w:pPr>
      <w:r>
        <w:t>لیکن سیٹن نے جھکنے سے انکار کیا</w:t>
      </w:r>
    </w:p>
    <w:p>
      <w:r>
        <w:rPr>
          <w:b/>
        </w:rPr>
        <w:t xml:space="preserve">[05:22] </w:t>
      </w:r>
      <w:r>
        <w:t>satan ne jhuknay se inkar kiya yani yahi tha pehla deviation</w:t>
      </w:r>
    </w:p>
    <w:p>
      <w:pPr>
        <w:jc w:val="right"/>
      </w:pPr>
      <w:r>
        <w:t>سیٹن نے جھکنے سے انکار کیا یعنی یہی تھا پہلا ڈیوی ایشن</w:t>
      </w:r>
    </w:p>
    <w:p>
      <w:r>
        <w:rPr>
          <w:b/>
        </w:rPr>
        <w:t xml:space="preserve">[05:28] </w:t>
      </w:r>
      <w:r>
        <w:t>yeh history ka pehla deviation tha woh deviation kya tha</w:t>
      </w:r>
    </w:p>
    <w:p>
      <w:pPr>
        <w:jc w:val="right"/>
      </w:pPr>
      <w:r>
        <w:t>یہ ہسٹری کا پہلا ڈیوی ایشن تھا وہ ڈیوی ایشن کیا تھا</w:t>
      </w:r>
    </w:p>
    <w:p>
      <w:r>
        <w:rPr>
          <w:b/>
        </w:rPr>
        <w:t xml:space="preserve">[05:34] </w:t>
      </w:r>
      <w:r>
        <w:t>satan ne kaha ke</w:t>
      </w:r>
    </w:p>
    <w:p>
      <w:pPr>
        <w:jc w:val="right"/>
      </w:pPr>
      <w:r>
        <w:t>سیٹن نے کہا کہ</w:t>
      </w:r>
    </w:p>
    <w:p>
      <w:r>
        <w:rPr>
          <w:b/>
        </w:rPr>
        <w:t xml:space="preserve">[05:37] </w:t>
      </w:r>
      <w:r>
        <w:t>ana khair min</w:t>
      </w:r>
    </w:p>
    <w:p>
      <w:pPr>
        <w:jc w:val="right"/>
      </w:pPr>
      <w:r>
        <w:t>انا خیر من</w:t>
      </w:r>
    </w:p>
    <w:p>
      <w:r>
        <w:rPr>
          <w:b/>
        </w:rPr>
        <w:t xml:space="preserve">[05:40] </w:t>
      </w:r>
      <w:r>
        <w:t>ana</w:t>
      </w:r>
    </w:p>
    <w:p>
      <w:pPr>
        <w:jc w:val="right"/>
      </w:pPr>
      <w:r>
        <w:t>انا</w:t>
      </w:r>
    </w:p>
    <w:p>
      <w:r>
        <w:rPr>
          <w:b/>
        </w:rPr>
        <w:t xml:space="preserve">[05:40] </w:t>
      </w:r>
      <w:r>
        <w:t>khair min mein superior hoon insan se</w:t>
      </w:r>
    </w:p>
    <w:p>
      <w:pPr>
        <w:jc w:val="right"/>
      </w:pPr>
      <w:r>
        <w:t>خیر من میں سپیریئر ہوں انسان سے</w:t>
      </w:r>
    </w:p>
    <w:p>
      <w:r>
        <w:rPr>
          <w:b/>
        </w:rPr>
        <w:t xml:space="preserve">[05:45] </w:t>
      </w:r>
      <w:r>
        <w:t>to superiority ke</w:t>
      </w:r>
    </w:p>
    <w:p>
      <w:pPr>
        <w:jc w:val="right"/>
      </w:pPr>
      <w:r>
        <w:t>تو سپیریٹی کے</w:t>
      </w:r>
    </w:p>
    <w:p>
      <w:r>
        <w:rPr>
          <w:b/>
        </w:rPr>
        <w:t xml:space="preserve">[05:49] </w:t>
      </w:r>
      <w:r>
        <w:t>apne ko superior samajhna yeh hai deviation ka rasta</w:t>
      </w:r>
    </w:p>
    <w:p>
      <w:pPr>
        <w:jc w:val="right"/>
      </w:pPr>
      <w:r>
        <w:t>اپنے کو سپیریئر سمجھنا یہ ہے ڈیویٹڈ راستہ</w:t>
      </w:r>
    </w:p>
    <w:p>
      <w:r>
        <w:rPr>
          <w:b/>
        </w:rPr>
        <w:t xml:space="preserve">[05:54] </w:t>
      </w:r>
      <w:r>
        <w:t>jo seedha rasta hai woh hai modesty ka rasta</w:t>
      </w:r>
    </w:p>
    <w:p>
      <w:pPr>
        <w:jc w:val="right"/>
      </w:pPr>
      <w:r>
        <w:t>جو سیدھا راستہ ہے وہ ہے ماڈیسٹی کا راستہ</w:t>
      </w:r>
    </w:p>
    <w:p>
      <w:r>
        <w:rPr>
          <w:b/>
        </w:rPr>
        <w:t xml:space="preserve">[05:58] </w:t>
      </w:r>
      <w:r>
        <w:t>modesty yani aap apne aap ko khuda ke banda samjhein</w:t>
      </w:r>
    </w:p>
    <w:p>
      <w:pPr>
        <w:jc w:val="right"/>
      </w:pPr>
      <w:r>
        <w:t>ماڈیسٹی یعنی اپ اپنے اپ کو خدا کے بندہ سمجھیں</w:t>
      </w:r>
    </w:p>
    <w:p>
      <w:r>
        <w:rPr>
          <w:b/>
        </w:rPr>
        <w:t xml:space="preserve">[06:04] </w:t>
      </w:r>
      <w:r>
        <w:t>aur yeh samjhein ke mujhe wahi karna hai jo khuda ne kaha hai karne ke liye</w:t>
      </w:r>
    </w:p>
    <w:p>
      <w:pPr>
        <w:jc w:val="right"/>
      </w:pPr>
      <w:r>
        <w:t>اور یہ سمجھیں کہ مجھے وہی کرنا ہے جو خدا نے کہا ہے کرنے کے لیے</w:t>
      </w:r>
    </w:p>
    <w:p>
      <w:r>
        <w:rPr>
          <w:b/>
        </w:rPr>
        <w:t xml:space="preserve">[06:09] </w:t>
      </w:r>
      <w:r>
        <w:t>yeh hai modesty modesty ka rasta seedha chala ja raha hai insaan se khuda ki taraf</w:t>
      </w:r>
    </w:p>
    <w:p>
      <w:pPr>
        <w:jc w:val="right"/>
      </w:pPr>
      <w:r>
        <w:t>یہ ہے ماڈیسٹی ماڈیسٹی کا راستہ سیدھا چلا جا رہا ہے انسان سے خدا کی طرف</w:t>
      </w:r>
    </w:p>
    <w:p>
      <w:r>
        <w:rPr>
          <w:b/>
        </w:rPr>
        <w:t xml:space="preserve">[06:16] </w:t>
      </w:r>
      <w:r>
        <w:t>god goya ke modesty</w:t>
      </w:r>
    </w:p>
    <w:p>
      <w:pPr>
        <w:jc w:val="right"/>
      </w:pPr>
      <w:r>
        <w:t>گاڈ گویا کہ ماڈیسٹی</w:t>
      </w:r>
    </w:p>
    <w:p>
      <w:r>
        <w:rPr>
          <w:b/>
        </w:rPr>
        <w:t xml:space="preserve">[06:19] </w:t>
      </w:r>
      <w:r>
        <w:t>god oriented path hai</w:t>
      </w:r>
    </w:p>
    <w:p>
      <w:pPr>
        <w:jc w:val="right"/>
      </w:pPr>
      <w:r>
        <w:t>گاڈ اورینٹڈ پاتھ ہے</w:t>
      </w:r>
    </w:p>
    <w:p>
      <w:r>
        <w:rPr>
          <w:b/>
        </w:rPr>
        <w:t xml:space="preserve">[06:22] </w:t>
      </w:r>
      <w:r>
        <w:t>modesty god oriented journey</w:t>
      </w:r>
    </w:p>
    <w:p>
      <w:pPr>
        <w:jc w:val="right"/>
      </w:pPr>
      <w:r>
        <w:t>ماڈیسٹی گاڈ اورینٹڈ جرنی</w:t>
      </w:r>
    </w:p>
    <w:p>
      <w:r>
        <w:rPr>
          <w:b/>
        </w:rPr>
        <w:t xml:space="preserve">[06:25] </w:t>
      </w:r>
      <w:r>
        <w:t>hai to zindagi koi journey hai agar aap modesty par rahein to is ka matlab hai ke aap ne aap right path par chal rahe hain yani aap ki manzil khuda hai lekin shaitan ne kya kiya is ne kaha ke main superior hoon</w:t>
      </w:r>
    </w:p>
    <w:p>
      <w:pPr>
        <w:jc w:val="right"/>
      </w:pPr>
      <w:r>
        <w:t>ہے تو زندگی کوئی جرنی ہے اگر اپ ماڈیسٹی پر رہیں تو اس کا معنی ہے کہ اپ نے اپ رائٹ پاتھ پر چل رہے ہیں یعنی اپ کی منزل خدا ہے لیکن شیطان نے کیا کیا اس نے کہا کہ میں سپیریئر ہوں</w:t>
      </w:r>
    </w:p>
    <w:p>
      <w:r>
        <w:rPr>
          <w:b/>
        </w:rPr>
        <w:t xml:space="preserve">[06:50] </w:t>
      </w:r>
      <w:r>
        <w:t>khalq minar wa khalaq min teen mushk ko paida kiya gaya hai aag se satan ne kaha aur</w:t>
      </w:r>
    </w:p>
    <w:p>
      <w:pPr>
        <w:jc w:val="right"/>
      </w:pPr>
      <w:r>
        <w:t>خلق منار و خلقت من تین مشک کو پیدا کیا گیا ہے اگ سے سیٹن نے کہا اور</w:t>
      </w:r>
    </w:p>
    <w:p>
      <w:r>
        <w:rPr>
          <w:b/>
        </w:rPr>
        <w:t xml:space="preserve">[06:59] </w:t>
      </w:r>
      <w:r>
        <w:t>adam ko paida kiya gaya hai mitti se ab apne mind se isne yeh nikala ke mitti</w:t>
      </w:r>
    </w:p>
    <w:p>
      <w:pPr>
        <w:jc w:val="right"/>
      </w:pPr>
      <w:r>
        <w:t>ادم کو پیدا کیا گیا ہے مٹی سے اب اپنے مائنڈ سے اس نے یہ نکالا کہ مٹی</w:t>
      </w:r>
    </w:p>
    <w:p>
      <w:r>
        <w:rPr>
          <w:b/>
        </w:rPr>
        <w:t xml:space="preserve">[07:05] </w:t>
      </w:r>
      <w:r>
        <w:t>jo hai inferior hai aag superior hai halanke iski iski koi base nahi koi reason nahi</w:t>
      </w:r>
    </w:p>
    <w:p>
      <w:pPr>
        <w:jc w:val="right"/>
      </w:pPr>
      <w:r>
        <w:t>جو ہے انفیریئر ہے اگ سپیریئر ہے حالانکہ اس کی اس کی کوئی بیس نہیں کوئی ریزن نہیں</w:t>
      </w:r>
    </w:p>
    <w:p>
      <w:r>
        <w:rPr>
          <w:b/>
        </w:rPr>
        <w:t xml:space="preserve">[07:11] </w:t>
      </w:r>
      <w:r>
        <w:t>koi logic nahi dono barabar hain dono khuda ke banaye hue hain jaise mitti waisi aag</w:t>
      </w:r>
    </w:p>
    <w:p>
      <w:pPr>
        <w:jc w:val="right"/>
      </w:pPr>
      <w:r>
        <w:t>کوئی لاجک نہیں دونوں برابر ہیں دونوں خدا کے بنائے ہوئے ہیں جیسے مٹی ویسی اگ</w:t>
      </w:r>
    </w:p>
    <w:p>
      <w:r>
        <w:rPr>
          <w:b/>
        </w:rPr>
        <w:t xml:space="preserve">[07:22] </w:t>
      </w:r>
      <w:r>
        <w:t>apne mind se logic nikalna yeh hai deviation</w:t>
      </w:r>
    </w:p>
    <w:p>
      <w:pPr>
        <w:jc w:val="right"/>
      </w:pPr>
      <w:r>
        <w:t>اپنے مائنڈ سے لاجک نکالنا یہ ہے ڈیوی ایشن</w:t>
      </w:r>
    </w:p>
    <w:p>
      <w:r>
        <w:rPr>
          <w:b/>
        </w:rPr>
        <w:t xml:space="preserve">[07:27] </w:t>
      </w:r>
      <w:r>
        <w:t>apne mind se ek reasoning nikalna yeh hai deviation</w:t>
      </w:r>
    </w:p>
    <w:p>
      <w:pPr>
        <w:jc w:val="right"/>
      </w:pPr>
      <w:r>
        <w:t>اپنے مائنڈ سے ایک ریزننگ نکالنا یہ ہے ڈیوی ایشن</w:t>
      </w:r>
    </w:p>
    <w:p>
      <w:r>
        <w:rPr>
          <w:b/>
        </w:rPr>
        <w:t xml:space="preserve">[07:32] </w:t>
      </w:r>
      <w:r>
        <w:t>to pehla deviation jo hua woh</w:t>
      </w:r>
    </w:p>
    <w:p>
      <w:pPr>
        <w:jc w:val="right"/>
      </w:pPr>
      <w:r>
        <w:t>تو پہلا ڈیوی ایشن جو ہوا وہ</w:t>
      </w:r>
    </w:p>
    <w:p>
      <w:r>
        <w:rPr>
          <w:b/>
        </w:rPr>
        <w:t xml:space="preserve">[07:35] </w:t>
      </w:r>
      <w:r>
        <w:t>satan ne kiya ke apne mind se isne ek logic banayi ke aag jo hai woh superior</w:t>
      </w:r>
    </w:p>
    <w:p>
      <w:pPr>
        <w:jc w:val="right"/>
      </w:pPr>
      <w:r>
        <w:t>سیٹن نے کیا کہ اپنے مائنڈ سے اس نے ایک لاجک بنائی کہ اگ جو ہے وہ سپیریئر</w:t>
      </w:r>
    </w:p>
    <w:p>
      <w:r>
        <w:rPr>
          <w:b/>
        </w:rPr>
        <w:t xml:space="preserve">[07:42] </w:t>
      </w:r>
      <w:r>
        <w:t>hai mitti jo hai inferior hai to isliye main superior hoon yeh false logic hai yeh false</w:t>
      </w:r>
    </w:p>
    <w:p>
      <w:pPr>
        <w:jc w:val="right"/>
      </w:pPr>
      <w:r>
        <w:t>ہے مٹی جو ہے انفیریئر ہے تو اس لیے میں سپیریئر ہوں یہ فالس لاجک ہے یہ فالس</w:t>
      </w:r>
    </w:p>
    <w:p>
      <w:r>
        <w:rPr>
          <w:b/>
        </w:rPr>
        <w:t xml:space="preserve">[07:49] </w:t>
      </w:r>
      <w:r>
        <w:t>reasoning hai kyunke iski koi base nahi</w:t>
      </w:r>
    </w:p>
    <w:p>
      <w:pPr>
        <w:jc w:val="right"/>
      </w:pPr>
      <w:r>
        <w:t>ریزننگ ہے کیونکہ اس کی کوئی بیس نہیں</w:t>
      </w:r>
    </w:p>
    <w:p>
      <w:r>
        <w:rPr>
          <w:b/>
        </w:rPr>
        <w:t xml:space="preserve">[07:54] </w:t>
      </w:r>
      <w:r>
        <w:t>aap ke apne mind ke bahar iski koi base nahi</w:t>
      </w:r>
    </w:p>
    <w:p>
      <w:pPr>
        <w:jc w:val="right"/>
      </w:pPr>
      <w:r>
        <w:t>اپ کے اپنے مائنڈ کے باہر اس کی کوئی بیس نہیں</w:t>
      </w:r>
    </w:p>
    <w:p>
      <w:r>
        <w:rPr>
          <w:b/>
        </w:rPr>
        <w:t xml:space="preserve">[07:59] </w:t>
      </w:r>
      <w:r>
        <w:t>to is tarah se kya hua ke satan jo hai woh chal pada deviated raste par</w:t>
      </w:r>
    </w:p>
    <w:p>
      <w:pPr>
        <w:jc w:val="right"/>
      </w:pPr>
      <w:r>
        <w:t>تو اس طرح سے کیا ہوا کہ سیٹن جو ہے وہ چل پڑا ڈیویٹڈ راستے پر</w:t>
      </w:r>
    </w:p>
    <w:p>
      <w:r>
        <w:rPr>
          <w:b/>
        </w:rPr>
        <w:t xml:space="preserve">[08:06] </w:t>
      </w:r>
      <w:r>
        <w:t>angel chal rahe hain jo straight path hai uske upar chal rahe hain</w:t>
      </w:r>
    </w:p>
    <w:p>
      <w:pPr>
        <w:jc w:val="right"/>
      </w:pPr>
      <w:r>
        <w:t>اینجل چل رہے ہیں جو اسٹریٹ پاتھ ہے اس کے اوپر چل رہے ہیں</w:t>
      </w:r>
    </w:p>
    <w:p>
      <w:r>
        <w:rPr>
          <w:b/>
        </w:rPr>
        <w:t xml:space="preserve">[08:13] </w:t>
      </w:r>
      <w:r>
        <w:t>to yeh jo diversification hua pehle hi din isse kya mila</w:t>
      </w:r>
    </w:p>
    <w:p>
      <w:pPr>
        <w:jc w:val="right"/>
      </w:pPr>
      <w:r>
        <w:t>تو یہ جو ڈائیورسٹیشن ہوا پہلے ہی دن اس سے کیا ملا</w:t>
      </w:r>
    </w:p>
    <w:p>
      <w:r>
        <w:rPr>
          <w:b/>
        </w:rPr>
        <w:t xml:space="preserve">[08:19] </w:t>
      </w:r>
      <w:r>
        <w:t>usse yeh mila</w:t>
      </w:r>
    </w:p>
    <w:p>
      <w:pPr>
        <w:jc w:val="right"/>
      </w:pPr>
      <w:r>
        <w:t>اسے یہ ملا</w:t>
      </w:r>
    </w:p>
    <w:p>
      <w:r>
        <w:rPr>
          <w:b/>
        </w:rPr>
        <w:t xml:space="preserve">[08:22] </w:t>
      </w:r>
      <w:r>
        <w:t>ke</w:t>
      </w:r>
    </w:p>
    <w:p>
      <w:pPr>
        <w:jc w:val="right"/>
      </w:pPr>
      <w:r>
        <w:t>کہ</w:t>
      </w:r>
    </w:p>
    <w:p>
      <w:r>
        <w:rPr>
          <w:b/>
        </w:rPr>
        <w:t xml:space="preserve">[08:22] </w:t>
      </w:r>
      <w:r>
        <w:t>apni apni false logic par chalna yeh deviation hai</w:t>
      </w:r>
    </w:p>
    <w:p>
      <w:pPr>
        <w:jc w:val="right"/>
      </w:pPr>
      <w:r>
        <w:t>اپنی اپنی فالس لاجک پر چلنا یہ ڈیوی ایشن ہے</w:t>
      </w:r>
    </w:p>
    <w:p>
      <w:r>
        <w:rPr>
          <w:b/>
        </w:rPr>
        <w:t xml:space="preserve">[08:33] </w:t>
      </w:r>
      <w:r>
        <w:t>aur jo khuda ki di hui lajic hai us par chalna yeh streta path par chalna hai</w:t>
      </w:r>
    </w:p>
    <w:p>
      <w:pPr>
        <w:jc w:val="right"/>
      </w:pPr>
      <w:r>
        <w:t>اور جو خدا کی دی ہوئی لاجک ہے اس پر چلنا یہ سٹریٹ پاتھ پر چلنا ہے</w:t>
      </w:r>
    </w:p>
    <w:p>
      <w:r>
        <w:rPr>
          <w:b/>
        </w:rPr>
        <w:t xml:space="preserve">[08:41] </w:t>
      </w:r>
      <w:r>
        <w:t>ke quran mein bataya gaya hai ke do hi</w:t>
      </w:r>
    </w:p>
    <w:p>
      <w:pPr>
        <w:jc w:val="right"/>
      </w:pPr>
      <w:r>
        <w:t>کہ قران میں بتایا گیا ہے کہ دو ہی</w:t>
      </w:r>
    </w:p>
    <w:p>
      <w:r>
        <w:rPr>
          <w:b/>
        </w:rPr>
        <w:t xml:space="preserve">[08:44] </w:t>
      </w:r>
      <w:r>
        <w:t>sound base reasoning ki so do hi basic do do hi base hain yani sound reasoning jo</w:t>
      </w:r>
    </w:p>
    <w:p>
      <w:pPr>
        <w:jc w:val="right"/>
      </w:pPr>
      <w:r>
        <w:t>ساؤنڈ بیس ہیں ریزننگ کی سو دو ہی بیسک دو دو ہی بیس ہیں یعنی ساؤنڈ ریزننگ جو</w:t>
      </w:r>
    </w:p>
    <w:p>
      <w:r>
        <w:rPr>
          <w:b/>
        </w:rPr>
        <w:t xml:space="preserve">[08:53] </w:t>
      </w:r>
      <w:r>
        <w:t>hai woh do base hain uski agar do base jahan na ho to woh false reasoning hai</w:t>
      </w:r>
    </w:p>
    <w:p>
      <w:pPr>
        <w:jc w:val="right"/>
      </w:pPr>
      <w:r>
        <w:t>ہے وہ دو بیس ہیں اس کی اگر دو بیس جہاں نہ ہو تو وہ فالس ریزننگ ہے</w:t>
      </w:r>
    </w:p>
    <w:p>
      <w:r>
        <w:rPr>
          <w:b/>
        </w:rPr>
        <w:t xml:space="preserve">[08:59] </w:t>
      </w:r>
      <w:r>
        <w:t>wo wo kya</w:t>
      </w:r>
    </w:p>
    <w:p>
      <w:pPr>
        <w:jc w:val="right"/>
      </w:pPr>
      <w:r>
        <w:t>وہ وہ کیا</w:t>
      </w:r>
    </w:p>
    <w:p>
      <w:r>
        <w:rPr>
          <w:b/>
        </w:rPr>
        <w:t xml:space="preserve">[09:01] </w:t>
      </w:r>
      <w:r>
        <w:t>wo hai revealed knowledge aur experimental knowledge</w:t>
      </w:r>
    </w:p>
    <w:p>
      <w:pPr>
        <w:jc w:val="right"/>
      </w:pPr>
      <w:r>
        <w:t>وہ ہے ریویلڈ نالج اور ایکسپیریمنٹل نالج</w:t>
      </w:r>
    </w:p>
    <w:p>
      <w:r>
        <w:rPr>
          <w:b/>
        </w:rPr>
        <w:t xml:space="preserve">[09:09] </w:t>
      </w:r>
      <w:r>
        <w:t>revealed knowledge aur experimental knowledge jaise aag ko lijiye</w:t>
      </w:r>
    </w:p>
    <w:p>
      <w:pPr>
        <w:jc w:val="right"/>
      </w:pPr>
      <w:r>
        <w:t>ریویلڈ نالج اور ایکسپیریمنٹل نالج جیسے اگ کو لیجئے</w:t>
      </w:r>
    </w:p>
    <w:p>
      <w:r>
        <w:rPr>
          <w:b/>
        </w:rPr>
        <w:t xml:space="preserve">[09:16] </w:t>
      </w:r>
      <w:r>
        <w:t>ap ne aag mein hath dala to hath jal gaya yeh</w:t>
      </w:r>
    </w:p>
    <w:p>
      <w:pPr>
        <w:jc w:val="right"/>
      </w:pPr>
      <w:r>
        <w:t>اپ نے اگ میں ہاتھ ڈالا تو ہاتھ جل گیا یہ</w:t>
      </w:r>
    </w:p>
    <w:p>
      <w:r>
        <w:rPr>
          <w:b/>
        </w:rPr>
        <w:t xml:space="preserve">[09:19] </w:t>
      </w:r>
      <w:r>
        <w:t>ہے experimental knowledge یعنی ایک experiment کر کے اپ نے جانا کہ اگ جلاتی ہے تو اگر اپ</w:t>
      </w:r>
    </w:p>
    <w:p>
      <w:pPr>
        <w:jc w:val="right"/>
      </w:pPr>
      <w:r>
        <w:t>ہے ایکسپیریمنٹل نالج یعنی ایک ایکسپیریمنٹ کر کے اپ نے جانا کہ اگ جلاتی ہے تو اگر اپ</w:t>
      </w:r>
    </w:p>
    <w:p>
      <w:r>
        <w:rPr>
          <w:b/>
        </w:rPr>
        <w:t xml:space="preserve">[09:25] </w:t>
      </w:r>
      <w:r>
        <w:t>یہ سٹیٹمنٹ دیں کہ آگ جلاتی ہے تو یہ یہ ساؤنڈ ریزننگ ہوگی کیونکہ اس پہ ایک ایکسپیریمنٹ</w:t>
      </w:r>
    </w:p>
    <w:p>
      <w:pPr>
        <w:jc w:val="right"/>
      </w:pPr>
      <w:r>
        <w:t>یہ سٹیٹمنٹ دیں کہ اگ جلاتی ہے تو یہ یہ ساؤنڈ ریزننگ ہوگی کیونکہ اس پہ ایک ایکسپیریمنٹ</w:t>
      </w:r>
    </w:p>
    <w:p>
      <w:r>
        <w:rPr>
          <w:b/>
        </w:rPr>
        <w:t xml:space="preserve">[09:33] </w:t>
      </w:r>
      <w:r>
        <w:t>par bes karti hai lekin agar ap yeh kahein ke aag jo hai superior hai aur mitti inferior</w:t>
      </w:r>
    </w:p>
    <w:p>
      <w:pPr>
        <w:jc w:val="right"/>
      </w:pPr>
      <w:r>
        <w:t>پہ بیس کرتی ہے لیکن اگر اپ یہ کہیں کہ اگ جو ہے سپیریئر ہے اور مٹی انفیریئر</w:t>
      </w:r>
    </w:p>
    <w:p>
      <w:r>
        <w:rPr>
          <w:b/>
        </w:rPr>
        <w:t xml:space="preserve">[09:39] </w:t>
      </w:r>
      <w:r>
        <w:t>hai to uski koi lajic nahi</w:t>
      </w:r>
    </w:p>
    <w:p>
      <w:pPr>
        <w:jc w:val="right"/>
      </w:pPr>
      <w:r>
        <w:t>ہے تو اس کی کوئی لاجک نہیں</w:t>
      </w:r>
    </w:p>
    <w:p>
      <w:r>
        <w:rPr>
          <w:b/>
        </w:rPr>
        <w:t xml:space="preserve">[09:41] </w:t>
      </w:r>
      <w:r>
        <w:t>koi lajic nahi hai uski</w:t>
      </w:r>
    </w:p>
    <w:p>
      <w:pPr>
        <w:jc w:val="right"/>
      </w:pPr>
      <w:r>
        <w:t>کوئی لاجک نہیں ہے اس کی</w:t>
      </w:r>
    </w:p>
    <w:p>
      <w:r>
        <w:rPr>
          <w:b/>
        </w:rPr>
        <w:t xml:space="preserve">[09:44] </w:t>
      </w:r>
      <w:r>
        <w:t>to quran mein bataya gaya hai ke do hi sound lajic hain</w:t>
      </w:r>
    </w:p>
    <w:p>
      <w:pPr>
        <w:jc w:val="right"/>
      </w:pPr>
      <w:r>
        <w:t>تو قران میں بتایا گیا ہے کہ دو ہی ساؤنڈ لاجک ہیں</w:t>
      </w:r>
    </w:p>
    <w:p>
      <w:r>
        <w:rPr>
          <w:b/>
        </w:rPr>
        <w:t xml:space="preserve">[09:49] </w:t>
      </w:r>
      <w:r>
        <w:t>ek hai reve</w:t>
      </w:r>
    </w:p>
    <w:p>
      <w:pPr>
        <w:jc w:val="right"/>
      </w:pPr>
      <w:r>
        <w:t>ایک ہے ریویل</w:t>
      </w:r>
    </w:p>
    <w:p>
      <w:r>
        <w:rPr>
          <w:b/>
        </w:rPr>
        <w:t xml:space="preserve">[09:52] </w:t>
      </w:r>
      <w:r>
        <w:t>ek hai revelation par jo bes jiski bes revelation ho doosri wo jiski bes ap ka</w:t>
      </w:r>
    </w:p>
    <w:p>
      <w:pPr>
        <w:jc w:val="right"/>
      </w:pPr>
      <w:r>
        <w:t>ایک ہے ریولیشن پر جو بیس جس کی بیس ریولیشن ہو دوسری وہ جس کے بیس اپ کا</w:t>
      </w:r>
    </w:p>
    <w:p>
      <w:r>
        <w:rPr>
          <w:b/>
        </w:rPr>
        <w:t xml:space="preserve">[10:01] </w:t>
      </w:r>
      <w:r>
        <w:t>apna tajurba ho in do ke siwa teesra koi</w:t>
      </w:r>
    </w:p>
    <w:p>
      <w:pPr>
        <w:jc w:val="right"/>
      </w:pPr>
      <w:r>
        <w:t>اپنا تجربہ ہو ان دو کے سوا تیسرا کوئی</w:t>
      </w:r>
    </w:p>
    <w:p>
      <w:r>
        <w:rPr>
          <w:b/>
        </w:rPr>
        <w:t xml:space="preserve">[10:07] </w:t>
      </w:r>
      <w:r>
        <w:t>bes nahi hai koi buniyad nahi hai koi basis nahi hai argument ki wo false argument mana jayega</w:t>
      </w:r>
    </w:p>
    <w:p>
      <w:pPr>
        <w:jc w:val="right"/>
      </w:pPr>
      <w:r>
        <w:t>بیس نہیں ہے کوئی بنیاد نہیں ہے کوئی بیسس نہیں ہے ارگیومنٹ کی وہ فالس ارگیومنٹ مانا جائے</w:t>
      </w:r>
    </w:p>
    <w:p>
      <w:r>
        <w:rPr>
          <w:b/>
        </w:rPr>
        <w:t xml:space="preserve">[10:13] </w:t>
      </w:r>
      <w:r>
        <w:t>ga to us se pehle din yeh cheez establish ho gayi ke jo log</w:t>
      </w:r>
    </w:p>
    <w:p>
      <w:pPr>
        <w:jc w:val="right"/>
      </w:pPr>
      <w:r>
        <w:t>گا تو اس سے پہلے دن یہ چیز اسٹیبلش ہو گئی کہ جو لوگ</w:t>
      </w:r>
    </w:p>
    <w:p>
      <w:r>
        <w:rPr>
          <w:b/>
        </w:rPr>
        <w:t xml:space="preserve">[10:22] </w:t>
      </w:r>
      <w:r>
        <w:t>chalenge sound lajic par wo streta path par honge aur jo false lajic par chalenge</w:t>
      </w:r>
    </w:p>
    <w:p>
      <w:pPr>
        <w:jc w:val="right"/>
      </w:pPr>
      <w:r>
        <w:t>چلیں گے ساؤنڈ لاجک پر وہ اسٹریٹ پاتھ پر ہوں گے اور جو فالس لاجک پر چلیں گے</w:t>
      </w:r>
    </w:p>
    <w:p>
      <w:r>
        <w:rPr>
          <w:b/>
        </w:rPr>
        <w:t xml:space="preserve">[10:31] </w:t>
      </w:r>
      <w:r>
        <w:t>wo deviated raste par jaane wale kahe jayenge</w:t>
      </w:r>
    </w:p>
    <w:p>
      <w:pPr>
        <w:jc w:val="right"/>
      </w:pPr>
      <w:r>
        <w:t>وہ ڈیویٹڈ راستے پر جانے والے کہے جائیں گے</w:t>
      </w:r>
    </w:p>
    <w:p>
      <w:r>
        <w:rPr>
          <w:b/>
        </w:rPr>
        <w:t xml:space="preserve">[10:37] </w:t>
      </w:r>
      <w:r>
        <w:t>yeh hai main samajhta hoon ke basic baat jis ko insan ko janna chahiye yahi hai ali allah</w:t>
      </w:r>
    </w:p>
    <w:p>
      <w:pPr>
        <w:jc w:val="right"/>
      </w:pPr>
      <w:r>
        <w:t>یہ ہے میں سمجھتا ہوں کہ بیسک بات جس کو انسان کو جاننا چاہیے یہی ہے علی اللہ</w:t>
      </w:r>
    </w:p>
    <w:p>
      <w:r>
        <w:rPr>
          <w:b/>
        </w:rPr>
        <w:t xml:space="preserve">[10:45] </w:t>
      </w:r>
      <w:r>
        <w:t>qasada al-sabeel wa minha jair yani ek hai bilkul seedha rasta ek hai idhar udhar</w:t>
      </w:r>
    </w:p>
    <w:p>
      <w:pPr>
        <w:jc w:val="right"/>
      </w:pPr>
      <w:r>
        <w:t>قصد السبیل ومنہا جائر یعنی ایک ہے بالکل سیدھا راستہ ایک ہے ادھر ادھر</w:t>
      </w:r>
    </w:p>
    <w:p>
      <w:r>
        <w:rPr>
          <w:b/>
        </w:rPr>
        <w:t xml:space="preserve">[10:56] </w:t>
      </w:r>
      <w:r>
        <w:t>idhar udhar bhatka hua rasta to seedha rasta kaun hai woh hai god oriented rasta yani aap chalein is tarike se ke aap sochein ke khuda ne kya hukum diya hai khuda ka creation plan kya hai khuda ne apne paighambaron ke zariye kya guidance di hai</w:t>
      </w:r>
    </w:p>
    <w:p>
      <w:pPr>
        <w:jc w:val="right"/>
      </w:pPr>
      <w:r>
        <w:t>ادھر ادھر بھٹکا ہوا راستہ تو سیدھا راستہ کون ہے وہ ہے گاڈ اورینٹڈ راستہ یعنی اپ چلیں اس طریقے سے کہ اپ سوچیں کہ خدا نے کیا حکم دیا ہے خدا کا کریشن پلان کیا ہے خدا نے اپنے پیغمبروں کے ذریعے کیا گائیڈنس دی ہے</w:t>
      </w:r>
    </w:p>
    <w:p>
      <w:r>
        <w:rPr>
          <w:b/>
        </w:rPr>
        <w:t xml:space="preserve">[11:24] </w:t>
      </w:r>
      <w:r>
        <w:t>yeh soch kar chalte hain to aap seedhe raste par chal rahe hain aur agar aap hatate hain to aap satan ke raste par chale gaye aur phir aap ke liye yeh dunya mein bhi</w:t>
      </w:r>
    </w:p>
    <w:p>
      <w:pPr>
        <w:jc w:val="right"/>
      </w:pPr>
      <w:r>
        <w:t>یہ سوچ کر چلتے ہیں تو اپ سیدھے راستے پر چل رہے ہیں اور اگر اپ ہٹتے ہیں تو اپ سیٹن کے راستے پر چلے گئے اور پھر اپ کے لیے یہ دنیا میں بھی</w:t>
      </w:r>
    </w:p>
    <w:p>
      <w:r>
        <w:rPr>
          <w:b/>
        </w:rPr>
        <w:t xml:space="preserve">[11:40] </w:t>
      </w:r>
      <w:r>
        <w:t>yeh dunya mein bhi aap fail honge aur akhirat mein aap fail honge to main us waqt yeh kehna chahta hoon ke woh kaun si is ka method kya hai samajhne ka is baat ko samjhiye kal mere paas kashmir se ek telephone aaya</w:t>
      </w:r>
    </w:p>
    <w:p>
      <w:pPr>
        <w:jc w:val="right"/>
      </w:pPr>
      <w:r>
        <w:t>یہ دنیا میں بھی اپ فیل ہوں گے اور اخرت میں اپ فیل ہوں گے تو میں اس وقت یہ کہنا چاہتا ہوں کہ وہ کون سی اس کا میتھڈ کیا ہے سمجھنے کا اس بات کو سمجھئے کل میرے پاس کشمیر سے ایک ٹیلی فون ایا</w:t>
      </w:r>
    </w:p>
    <w:p>
      <w:r>
        <w:rPr>
          <w:b/>
        </w:rPr>
        <w:t xml:space="preserve">[12:03] </w:t>
      </w:r>
      <w:r>
        <w:t>ek naujawan bol rahe the unhone ek sawal kiya woh sawal yeh tha ke pichli jo aasmani kitabein hain</w:t>
      </w:r>
    </w:p>
    <w:p>
      <w:pPr>
        <w:jc w:val="right"/>
      </w:pPr>
      <w:r>
        <w:t>ایک نوجوان بول رہے تھے انہوں نے ایک سوال کیا وہ سوال یہ تھا کہ پچھلی جو اسمانی کتابیں ہیں</w:t>
      </w:r>
    </w:p>
    <w:p>
      <w:r>
        <w:rPr>
          <w:b/>
        </w:rPr>
        <w:t xml:space="preserve">[12:17] </w:t>
      </w:r>
      <w:r>
        <w:t>woh muharraf ho gayi hain yani un mein changes aa gaye hain is ka quran mein kahan zikr hai quran mein kahan yeh likha hua hai ke pichli aasmani kitabein jo hain woh invalid ho gayeen kyunke un mein un mein tehreef hui hai tehreef ka matlab hai alteration badlao</w:t>
      </w:r>
    </w:p>
    <w:p>
      <w:pPr>
        <w:jc w:val="right"/>
      </w:pPr>
      <w:r>
        <w:t>وہ محرف ہو گئی ہیں یعنی ان میں چینجز ا گئے ہیں اس کا قران میں کہاں ذکر ہے قران میں کہاں یہ لکھا ہوا ہے کہ پچھلی اسمانی کتابیں جو ہیں وہ ان ویلڈ ہو گئیں کیونکہ ان میں ان میں تحریف ہوئی ہے تحریف کا مطلب ہے الٹریشن بدلاؤ</w:t>
      </w:r>
    </w:p>
    <w:p>
      <w:r>
        <w:rPr>
          <w:b/>
        </w:rPr>
        <w:t xml:space="preserve">[12:46] </w:t>
      </w:r>
      <w:r>
        <w:t>to maine kya kaha</w:t>
      </w:r>
    </w:p>
    <w:p>
      <w:pPr>
        <w:jc w:val="right"/>
      </w:pPr>
      <w:r>
        <w:t>تو میں نے کیا کہا</w:t>
      </w:r>
    </w:p>
    <w:p>
      <w:r>
        <w:rPr>
          <w:b/>
        </w:rPr>
        <w:t xml:space="preserve">[12:49] </w:t>
      </w:r>
      <w:r>
        <w:t>maine kaha ke ap kya karte hain unhone kaha ke main padhta hoon kya padhte hain</w:t>
      </w:r>
    </w:p>
    <w:p>
      <w:pPr>
        <w:jc w:val="right"/>
      </w:pPr>
      <w:r>
        <w:t>میں نے کہا کہ اپ کیا کرتے ہیں انہوں نے کہا کہ میں پڑھتا ہوں کیا پڑھتے ہیں</w:t>
      </w:r>
    </w:p>
    <w:p>
      <w:r>
        <w:rPr>
          <w:b/>
        </w:rPr>
        <w:t xml:space="preserve">[12:55] </w:t>
      </w:r>
      <w:r>
        <w:t>unhone kaha ke barahween mein padhta hoon to maine kaha ek aadmi jo barahween mein padh</w:t>
      </w:r>
    </w:p>
    <w:p>
      <w:pPr>
        <w:jc w:val="right"/>
      </w:pPr>
      <w:r>
        <w:t>انہوں نے کہا کہ بارہویں میں پڑھتا ہوں تو میں نے کہا ایک ادمی جو بارہویں میں پڑھ</w:t>
      </w:r>
    </w:p>
    <w:p>
      <w:r>
        <w:rPr>
          <w:b/>
        </w:rPr>
        <w:t xml:space="preserve">[13:00] </w:t>
      </w:r>
      <w:r>
        <w:t>raha hai ek naujawan iska yeh kaam nahi hai yeh sab baatein hain isko sirf padhna</w:t>
      </w:r>
    </w:p>
    <w:p>
      <w:pPr>
        <w:jc w:val="right"/>
      </w:pPr>
      <w:r>
        <w:t>رہا ہے ایک نوجوان اس کا یہ کام نہیں ہے یہ سب باتیں ہیں اس کو صرف پڑھنا</w:t>
      </w:r>
    </w:p>
    <w:p>
      <w:r>
        <w:rPr>
          <w:b/>
        </w:rPr>
        <w:t xml:space="preserve">[13:06] </w:t>
      </w:r>
      <w:r>
        <w:t>hai isko sirf education mein apne aap ko lagana hai</w:t>
      </w:r>
    </w:p>
    <w:p>
      <w:pPr>
        <w:jc w:val="right"/>
      </w:pPr>
      <w:r>
        <w:t>ہے اس کو صرف ایجوکیشن میں اپنے اپ کو لگانا ہے</w:t>
      </w:r>
    </w:p>
    <w:p>
      <w:r>
        <w:rPr>
          <w:b/>
        </w:rPr>
        <w:t xml:space="preserve">[13:12] </w:t>
      </w:r>
      <w:r>
        <w:t>maine kaha ke dekhiye yeh zamana aisa zamana hai jab ke har taraf competition hai education mein</w:t>
      </w:r>
    </w:p>
    <w:p>
      <w:pPr>
        <w:jc w:val="right"/>
      </w:pPr>
      <w:r>
        <w:t>میں نے کہا کہ دیکھیے یہ زمانہ ایسا زمانہ ہے جب کہ ہر طرف کمپیٹیشن ہے ایجوکیشن میں</w:t>
      </w:r>
    </w:p>
    <w:p>
      <w:r>
        <w:rPr>
          <w:b/>
        </w:rPr>
        <w:t xml:space="preserve">[13:20] </w:t>
      </w:r>
      <w:r>
        <w:t>zabardast competition hai</w:t>
      </w:r>
    </w:p>
    <w:p>
      <w:pPr>
        <w:jc w:val="right"/>
      </w:pPr>
      <w:r>
        <w:t>زبردست کمپیٹیشن ہے</w:t>
      </w:r>
    </w:p>
    <w:p>
      <w:r>
        <w:rPr>
          <w:b/>
        </w:rPr>
        <w:t xml:space="preserve">[13:22] </w:t>
      </w:r>
      <w:r>
        <w:t>aap sari mehnat karenge tab ja kar education mein aap acha number layenge to jab tak</w:t>
      </w:r>
    </w:p>
    <w:p>
      <w:pPr>
        <w:jc w:val="right"/>
      </w:pPr>
      <w:r>
        <w:t>اپ ساری محنت کریں گے تب جا کر ایجوکیشن میں اپ اچھا نمبر لائیں گے تو جب تک</w:t>
      </w:r>
    </w:p>
    <w:p>
      <w:r>
        <w:rPr>
          <w:b/>
        </w:rPr>
        <w:t xml:space="preserve">[13:29] </w:t>
      </w:r>
      <w:r>
        <w:t>aap apni education ko poora</w:t>
      </w:r>
    </w:p>
    <w:p>
      <w:pPr>
        <w:jc w:val="right"/>
      </w:pPr>
      <w:r>
        <w:t>اپ اپنی ایجوکیشن کو پورا</w:t>
      </w:r>
    </w:p>
    <w:p>
      <w:r>
        <w:rPr>
          <w:b/>
        </w:rPr>
        <w:t xml:space="preserve">[13:31] </w:t>
      </w:r>
      <w:r>
        <w:t>na kar len aap sirf ek hi kaam kijiye aur woh hai education</w:t>
      </w:r>
    </w:p>
    <w:p>
      <w:pPr>
        <w:jc w:val="right"/>
      </w:pPr>
      <w:r>
        <w:t>نہ کر لیں اپ صرف ایک ہی کام کیجئے اور وہ ہے ایجوکیشن</w:t>
      </w:r>
    </w:p>
    <w:p>
      <w:r>
        <w:rPr>
          <w:b/>
        </w:rPr>
        <w:t xml:space="preserve">[13:37] </w:t>
      </w:r>
      <w:r>
        <w:t>baqi cheezon mein aap na uljhiye</w:t>
      </w:r>
    </w:p>
    <w:p>
      <w:pPr>
        <w:jc w:val="right"/>
      </w:pPr>
      <w:r>
        <w:t>باقی چیزوں میں اپ نہ الجھیے</w:t>
      </w:r>
    </w:p>
    <w:p>
      <w:r>
        <w:rPr>
          <w:b/>
        </w:rPr>
        <w:t xml:space="preserve">[13:40] </w:t>
      </w:r>
      <w:r>
        <w:t>kyunke abhi aap prepared nahi hain is ke liye hain abhi abhi mein kuch bhi bataunga to</w:t>
      </w:r>
    </w:p>
    <w:p>
      <w:pPr>
        <w:jc w:val="right"/>
      </w:pPr>
      <w:r>
        <w:t>کیونکہ ابھی اپ پریپیرڈ نہیں ہیں اس کے لیے ہیں ابھی ابھی میں کچھ بھی بتاؤں گا تو</w:t>
      </w:r>
    </w:p>
    <w:p>
      <w:r>
        <w:rPr>
          <w:b/>
        </w:rPr>
        <w:t xml:space="preserve">[13:44] </w:t>
      </w:r>
      <w:r>
        <w:t>aap ko samajh mein nahi aayega</w:t>
      </w:r>
    </w:p>
    <w:p>
      <w:pPr>
        <w:jc w:val="right"/>
      </w:pPr>
      <w:r>
        <w:t>اپ کو سمجھ میں نہیں ائے گا</w:t>
      </w:r>
    </w:p>
    <w:p>
      <w:r>
        <w:rPr>
          <w:b/>
        </w:rPr>
        <w:t xml:space="preserve">[13:48] </w:t>
      </w:r>
      <w:r>
        <w:t>to yeh hai deviation yani ek naujawan ko yeh janna chahiye ke mera goal kya hai woh</w:t>
      </w:r>
    </w:p>
    <w:p>
      <w:pPr>
        <w:jc w:val="right"/>
      </w:pPr>
      <w:r>
        <w:t>تو یہ ہے ڈیوی ایشن یعنی ایک نوجوان کو یہ جاننا چاہیے کہ میرا گول کیا ہے وہ</w:t>
      </w:r>
    </w:p>
    <w:p>
      <w:r>
        <w:rPr>
          <w:b/>
        </w:rPr>
        <w:t xml:space="preserve">[13:55] </w:t>
      </w:r>
      <w:r>
        <w:t>goal uska kya hai achi education lena kyunke is zamane mein aap jante hain ke achi education</w:t>
      </w:r>
    </w:p>
    <w:p>
      <w:pPr>
        <w:jc w:val="right"/>
      </w:pPr>
      <w:r>
        <w:t>گول اس کا کیا ہے اچھی ایجوکیشن لینا کیونکہ اس زمانے میں اپ جانتے ہیں کہ اچھی ایجوکیشن</w:t>
      </w:r>
    </w:p>
    <w:p>
      <w:r>
        <w:rPr>
          <w:b/>
        </w:rPr>
        <w:t xml:space="preserve">[14:01] </w:t>
      </w:r>
      <w:r>
        <w:t>ke baghair aadmi ki koi value nahi hai</w:t>
      </w:r>
    </w:p>
    <w:p>
      <w:pPr>
        <w:jc w:val="right"/>
      </w:pPr>
      <w:r>
        <w:t>کے بغیر ادمی کی کوئی ویلیو نہیں ہے</w:t>
      </w:r>
    </w:p>
    <w:p>
      <w:r>
        <w:rPr>
          <w:b/>
        </w:rPr>
        <w:t xml:space="preserve">[14:05] </w:t>
      </w:r>
      <w:r>
        <w:t>ilm pehle bhi bohat important tha</w:t>
      </w:r>
    </w:p>
    <w:p>
      <w:pPr>
        <w:jc w:val="right"/>
      </w:pPr>
      <w:r>
        <w:t>علم پہلے بھی بہت امپورٹنٹ تھا</w:t>
      </w:r>
    </w:p>
    <w:p>
      <w:r>
        <w:rPr>
          <w:b/>
        </w:rPr>
        <w:t xml:space="preserve">[14:08] </w:t>
      </w:r>
      <w:r>
        <w:t>lekin ab jo hai har cheez ka talluq ilm se ho gaya hai</w:t>
      </w:r>
    </w:p>
    <w:p>
      <w:pPr>
        <w:jc w:val="right"/>
      </w:pPr>
      <w:r>
        <w:t>لیکن اب جو ہے ہر چیز کا تعلق علم سے ہو گیا ہے</w:t>
      </w:r>
    </w:p>
    <w:p>
      <w:r>
        <w:rPr>
          <w:b/>
        </w:rPr>
        <w:t xml:space="preserve">[14:13] </w:t>
      </w:r>
      <w:r>
        <w:t>jaise ke light hai is waqt hum</w:t>
      </w:r>
    </w:p>
    <w:p>
      <w:pPr>
        <w:jc w:val="right"/>
      </w:pPr>
      <w:r>
        <w:t>جیسے کہ لائٹ ہے اس وقت ہم</w:t>
      </w:r>
    </w:p>
    <w:p>
      <w:r>
        <w:rPr>
          <w:b/>
        </w:rPr>
        <w:t xml:space="preserve">[14:16] </w:t>
      </w:r>
      <w:r>
        <w:t>jahan baithe hain to light ho rahi hai pehle zamane mein light ke liye ilm ki zaroorat nahi</w:t>
      </w:r>
    </w:p>
    <w:p>
      <w:pPr>
        <w:jc w:val="right"/>
      </w:pPr>
      <w:r>
        <w:t>جہاں بیٹھے ہیں تو لائٹ ہو رہی ہے پہلے زمانے میں لائٹ کے لیے علم کی ضرورت نہیں</w:t>
      </w:r>
    </w:p>
    <w:p>
      <w:r>
        <w:rPr>
          <w:b/>
        </w:rPr>
        <w:t xml:space="preserve">[14:21] </w:t>
      </w:r>
      <w:r>
        <w:t>thi pehle zamane mein kya hota tha ke sarson ke tel ko kole mein dalo is mein tel</w:t>
      </w:r>
    </w:p>
    <w:p>
      <w:pPr>
        <w:jc w:val="right"/>
      </w:pPr>
      <w:r>
        <w:t>تھی پہلے زمانے میں کیا ہوتا تھا کہ سرسوں کے تیل کو کولے میں ڈالو اس میں تیل</w:t>
      </w:r>
    </w:p>
    <w:p>
      <w:r>
        <w:rPr>
          <w:b/>
        </w:rPr>
        <w:t xml:space="preserve">[14:29] </w:t>
      </w:r>
      <w:r>
        <w:t>nikle jo mitti ka diya hota tha us mein dalo aur us mein kapde ka woh banao aur</w:t>
      </w:r>
    </w:p>
    <w:p>
      <w:pPr>
        <w:jc w:val="right"/>
      </w:pPr>
      <w:r>
        <w:t>نکلے جو مٹی کا دیا ہوتا تھا اس میں ڈالو اور اس میں کپڑے کا وہ بناؤ اور</w:t>
      </w:r>
    </w:p>
    <w:p>
      <w:r>
        <w:rPr>
          <w:b/>
        </w:rPr>
        <w:t xml:space="preserve">[14:34] </w:t>
      </w:r>
      <w:r>
        <w:t>jla do is ke liye koi ilm ki zaroorat nahi hai</w:t>
      </w:r>
    </w:p>
    <w:p>
      <w:pPr>
        <w:jc w:val="right"/>
      </w:pPr>
      <w:r>
        <w:t>جلا دو اس کے لیے کوئی علم کی ضرورت نہیں ہے</w:t>
      </w:r>
    </w:p>
    <w:p>
      <w:r>
        <w:rPr>
          <w:b/>
        </w:rPr>
        <w:t xml:space="preserve">[14:38] </w:t>
      </w:r>
      <w:r>
        <w:t>ilm ki zaroorat nahi hai lekin aaj jab aap roshni hasil karte hain to aap ko power house</w:t>
      </w:r>
    </w:p>
    <w:p>
      <w:pPr>
        <w:jc w:val="right"/>
      </w:pPr>
      <w:r>
        <w:t>علم کی ضرورت نہیں ہے لیکن اج جب اپ روشنی حاصل کرتے ہیں تو اپ کو پاور ہاؤس</w:t>
      </w:r>
    </w:p>
    <w:p>
      <w:r>
        <w:rPr>
          <w:b/>
        </w:rPr>
        <w:t xml:space="preserve">[14:43] </w:t>
      </w:r>
      <w:r>
        <w:t>banana padta hai aap ko janna padta hai ke yeh roshni kaise bani hai electricity kaise bani hai</w:t>
      </w:r>
    </w:p>
    <w:p>
      <w:pPr>
        <w:jc w:val="right"/>
      </w:pPr>
      <w:r>
        <w:t>بنانا پڑتا ہے اپ کو جاننا پڑتا ہے کہ یہ روشنی کیسے بنی ہے الیکٹریسٹی کیسے بنی ہے</w:t>
      </w:r>
    </w:p>
    <w:p>
      <w:r>
        <w:rPr>
          <w:b/>
        </w:rPr>
        <w:t xml:space="preserve">[14:51] </w:t>
      </w:r>
      <w:r>
        <w:t>kaha jata hai ke electricity means flow of electron ab aap ko janna padta hai ke flow of</w:t>
      </w:r>
    </w:p>
    <w:p>
      <w:pPr>
        <w:jc w:val="right"/>
      </w:pPr>
      <w:r>
        <w:t>کہا جاتا ہے کہ الیکٹریسٹی مینز فلو اف الیکٹران اب اپ کو جاننا پڑتا ہے کہ فلو اف</w:t>
      </w:r>
    </w:p>
    <w:p>
      <w:r>
        <w:rPr>
          <w:b/>
        </w:rPr>
        <w:t xml:space="preserve">[14:56] </w:t>
      </w:r>
      <w:r>
        <w:t>electron kya cheez hai yeh sari baatein hain</w:t>
      </w:r>
    </w:p>
    <w:p>
      <w:pPr>
        <w:jc w:val="right"/>
      </w:pPr>
      <w:r>
        <w:t>الیکٹران کیا چیز ہے یہ ساری باتیں ہیں</w:t>
      </w:r>
    </w:p>
    <w:p>
      <w:r>
        <w:rPr>
          <w:b/>
        </w:rPr>
        <w:t xml:space="preserve">[15:01] </w:t>
      </w:r>
      <w:r>
        <w:t>yeh</w:t>
      </w:r>
    </w:p>
    <w:p>
      <w:pPr>
        <w:jc w:val="right"/>
      </w:pPr>
      <w:r>
        <w:t>یہ</w:t>
      </w:r>
    </w:p>
    <w:p>
      <w:r>
        <w:rPr>
          <w:b/>
        </w:rPr>
        <w:t xml:space="preserve">[15:01] </w:t>
      </w:r>
      <w:r>
        <w:t>ek bohat bara ilm hai jis ko hum</w:t>
      </w:r>
    </w:p>
    <w:p>
      <w:pPr>
        <w:jc w:val="right"/>
      </w:pPr>
      <w:r>
        <w:t>ایک بہت بڑا علم ہے جس کو ہم</w:t>
      </w:r>
    </w:p>
    <w:p>
      <w:r>
        <w:rPr>
          <w:b/>
        </w:rPr>
        <w:t xml:space="preserve">[15:06] </w:t>
      </w:r>
      <w:r>
        <w:t>jis ke zariye se hum ne jana hai ke aaj roshni jo hum hasil karte hain electricity se</w:t>
      </w:r>
    </w:p>
    <w:p>
      <w:pPr>
        <w:jc w:val="right"/>
      </w:pPr>
      <w:r>
        <w:t>جس کے ذریعے سے ہم نے جانا ہے کہ اج روشنی جو ہم حاصل کرتے ہیں الیکٹریسٹی سے</w:t>
      </w:r>
    </w:p>
    <w:p>
      <w:r>
        <w:rPr>
          <w:b/>
        </w:rPr>
        <w:t xml:space="preserve">[15:12] </w:t>
      </w:r>
      <w:r>
        <w:t>to woh kya cheez hai</w:t>
      </w:r>
    </w:p>
    <w:p>
      <w:pPr>
        <w:jc w:val="right"/>
      </w:pPr>
      <w:r>
        <w:t>تو وہ کیا چیز ہے</w:t>
      </w:r>
    </w:p>
    <w:p>
      <w:r>
        <w:rPr>
          <w:b/>
        </w:rPr>
        <w:t xml:space="preserve">[15:15] </w:t>
      </w:r>
      <w:r>
        <w:t>boht lamba ilm hai boht mudaton parhte hain log tab jante hain</w:t>
      </w:r>
    </w:p>
    <w:p>
      <w:pPr>
        <w:jc w:val="right"/>
      </w:pPr>
      <w:r>
        <w:t>بہت لمبا علم ہے بہت مدتوں پڑھتے ہیں لوگ تب جانتے ہیں</w:t>
      </w:r>
    </w:p>
    <w:p>
      <w:r>
        <w:rPr>
          <w:b/>
        </w:rPr>
        <w:t xml:space="preserve">[15:21] </w:t>
      </w:r>
      <w:r>
        <w:t>to roshni ke liye pehle ilm ki zaroorat nahi thi aj roshni ke liye ilm ki zaroorat hai</w:t>
      </w:r>
    </w:p>
    <w:p>
      <w:pPr>
        <w:jc w:val="right"/>
      </w:pPr>
      <w:r>
        <w:t>تو روشنی کے لیے پہلے علم کی ضرورت نہیں تھی اج روشنی کے لیے علم کی ضرورت ہے</w:t>
      </w:r>
    </w:p>
    <w:p>
      <w:r>
        <w:rPr>
          <w:b/>
        </w:rPr>
        <w:t xml:space="preserve">[15:26] </w:t>
      </w:r>
      <w:r>
        <w:t>aisi sari chezen</w:t>
      </w:r>
    </w:p>
    <w:p>
      <w:pPr>
        <w:jc w:val="right"/>
      </w:pPr>
      <w:r>
        <w:t>ایسی ساری چیزیں</w:t>
      </w:r>
    </w:p>
    <w:p>
      <w:r>
        <w:rPr>
          <w:b/>
        </w:rPr>
        <w:t xml:space="preserve">[15:28] </w:t>
      </w:r>
      <w:r>
        <w:t>sari chezen pehle zamanay mein</w:t>
      </w:r>
    </w:p>
    <w:p>
      <w:pPr>
        <w:jc w:val="right"/>
      </w:pPr>
      <w:r>
        <w:t>ساری چیزیں پہلے زمانے میں</w:t>
      </w:r>
    </w:p>
    <w:p>
      <w:r>
        <w:rPr>
          <w:b/>
        </w:rPr>
        <w:t xml:space="preserve">[15:32] </w:t>
      </w:r>
      <w:r>
        <w:t>log pani peene ke liye nareel ka jo khopra hota hai us ko le liya usay pani le</w:t>
      </w:r>
    </w:p>
    <w:p>
      <w:pPr>
        <w:jc w:val="right"/>
      </w:pPr>
      <w:r>
        <w:t>لوگ پانی پینے کے لیے ناریل کا جو کھوپرا ہوتا ہے اس کو لے لیا اسے پانی لے</w:t>
      </w:r>
    </w:p>
    <w:p>
      <w:r>
        <w:rPr>
          <w:b/>
        </w:rPr>
        <w:t xml:space="preserve">[15:38] </w:t>
      </w:r>
      <w:r>
        <w:t>ke pi liya nahi to hath se pi liya ab glass banana parta hai glass ke liye ilm</w:t>
      </w:r>
    </w:p>
    <w:p>
      <w:pPr>
        <w:jc w:val="right"/>
      </w:pPr>
      <w:r>
        <w:t>کے پی لیا نہیں تو ہاتھ سے پی لیا اب گلاس بنانا پڑتا ہے گلاس کے لیے علم</w:t>
      </w:r>
    </w:p>
    <w:p>
      <w:r>
        <w:rPr>
          <w:b/>
        </w:rPr>
        <w:t xml:space="preserve">[15:43] </w:t>
      </w:r>
      <w:r>
        <w:t>chahiye mein</w:t>
      </w:r>
    </w:p>
    <w:p>
      <w:pPr>
        <w:jc w:val="right"/>
      </w:pPr>
      <w:r>
        <w:t>چاہیے میں</w:t>
      </w:r>
    </w:p>
    <w:p>
      <w:r>
        <w:rPr>
          <w:b/>
        </w:rPr>
        <w:t xml:space="preserve">[15:46] </w:t>
      </w:r>
      <w:r>
        <w:t>ne bachpan mein dekha hai apne hath ke aise hath kar ke pani pi lete thay</w:t>
      </w:r>
    </w:p>
    <w:p>
      <w:pPr>
        <w:jc w:val="right"/>
      </w:pPr>
      <w:r>
        <w:t>نے بچپن میں دیکھا ہے اپنے ہاتھ کہ ایسے ہاتھ کر کے پانی پی لیتے تھے</w:t>
      </w:r>
    </w:p>
    <w:p>
      <w:r>
        <w:rPr>
          <w:b/>
        </w:rPr>
        <w:t xml:space="preserve">[15:52] </w:t>
      </w:r>
      <w:r>
        <w:t>kisi ne daal diya phir pi liya ap ne ab to aisa nahi ho sakta</w:t>
      </w:r>
    </w:p>
    <w:p>
      <w:pPr>
        <w:jc w:val="right"/>
      </w:pPr>
      <w:r>
        <w:t>کسی نے ڈال دیا پھر پی لیا اپ نے اب تو ایسا نہیں ہو سکتا</w:t>
      </w:r>
    </w:p>
    <w:p>
      <w:r>
        <w:rPr>
          <w:b/>
        </w:rPr>
        <w:t xml:space="preserve">[15:57] </w:t>
      </w:r>
      <w:r>
        <w:t>to jitni bhi chezen hain jitni bhi chezen hain sab ka talluq ho gaya hai ilm se learning</w:t>
      </w:r>
    </w:p>
    <w:p>
      <w:pPr>
        <w:jc w:val="right"/>
      </w:pPr>
      <w:r>
        <w:t>تو جتنی بھی چیزیں ہیں جتنی بھی چیزیں ہیں سب کا تعلق ہو گیا ہے علم سے لرننگ</w:t>
      </w:r>
    </w:p>
    <w:p>
      <w:r>
        <w:rPr>
          <w:b/>
        </w:rPr>
        <w:t xml:space="preserve">[16:03] </w:t>
      </w:r>
      <w:r>
        <w:t>se education se to aj woh aadmi jo achi education na le usay koi value nahi hai</w:t>
      </w:r>
    </w:p>
    <w:p>
      <w:pPr>
        <w:jc w:val="right"/>
      </w:pPr>
      <w:r>
        <w:t>سے ایجوکیشن سے تو اج وہ ادمی جو اچھی ایجوکیشن نہ لے اسے کوئی ویلیو نہیں ہے</w:t>
      </w:r>
    </w:p>
    <w:p>
      <w:r>
        <w:rPr>
          <w:b/>
        </w:rPr>
        <w:t xml:space="preserve">[16:14] </w:t>
      </w:r>
      <w:r>
        <w:t>koi value nahi hai to maine un se kaha ke yeh jo age hai ap ka yeh</w:t>
      </w:r>
    </w:p>
    <w:p>
      <w:pPr>
        <w:jc w:val="right"/>
      </w:pPr>
      <w:r>
        <w:t>کوئی ویلیو نہیں ہے تو میں نے ان سے کہا کہ یہ جو ایج ہے اپ کا یہ</w:t>
      </w:r>
    </w:p>
    <w:p>
      <w:r>
        <w:rPr>
          <w:b/>
        </w:rPr>
        <w:t xml:space="preserve">[16:19] </w:t>
      </w:r>
      <w:r>
        <w:t>hai preparatory age tayari ka zamanah</w:t>
      </w:r>
    </w:p>
    <w:p>
      <w:pPr>
        <w:jc w:val="right"/>
      </w:pPr>
      <w:r>
        <w:t>ہے پریپریٹری ایج تیاری کا زمانہ</w:t>
      </w:r>
    </w:p>
    <w:p>
      <w:r>
        <w:rPr>
          <w:b/>
        </w:rPr>
        <w:t xml:space="preserve">[16:25] </w:t>
      </w:r>
      <w:r>
        <w:t>ap sirf parhiye sirf parhiye sirf parhiye</w:t>
      </w:r>
    </w:p>
    <w:p>
      <w:pPr>
        <w:jc w:val="right"/>
      </w:pPr>
      <w:r>
        <w:t>اپ صرف پڑھیے صرف پڑھیے صرف پڑھیے</w:t>
      </w:r>
    </w:p>
    <w:p>
      <w:r>
        <w:rPr>
          <w:b/>
        </w:rPr>
        <w:t xml:space="preserve">[16:31] </w:t>
      </w:r>
      <w:r>
        <w:t>is ke baad jab aap achi education le chuke honge to phir is ke baad yeh sab sochiye ga ab do logon ko pata nahi hai ke straight path kya hai aur bhatka hua rasta kya hai is naujawan ke liye straight path yeh tha ke woh education mein laga rahe aur yeh bhatka hua rasta hai ke woh in cheezon par behas kare logon se ke quran mein yeh baat kahan hai quran mein woh baat kahan hai</w:t>
      </w:r>
    </w:p>
    <w:p>
      <w:pPr>
        <w:jc w:val="right"/>
      </w:pPr>
      <w:r>
        <w:t>اس کے بعد جب اپ اچھی ایجوکیشن لے چکے ہوں گے تو پھر اس کے بعد یہ سب سوچیے گا اب دو لوگوں کو پتہ نہیں ہے کہ اسٹریٹ پاتھ کیا ہے اور بھٹکا ہوا راستہ کیا ہے اس نوجوان کے لیے اسٹریٹ پاتھ یہ تھا کہ وہ ایجوکیشن میں لگا رہے اور یہ بھٹکا ہوا راستہ ہے کہ وہ ان چیزوں پر بحث کرے لوگوں سے کہ قران میں یہ بات کہاں ہے قران میں وہ بات کہاں ہے</w:t>
      </w:r>
    </w:p>
    <w:p>
      <w:r>
        <w:rPr>
          <w:b/>
        </w:rPr>
        <w:t xml:space="preserve">[17:01] </w:t>
      </w:r>
      <w:r>
        <w:t>to jitne log aap dekhiye jo koi bari achievement lete hain to wahi hote hain jo bharkao ke raste par nahi jaate isi tarah se do char din hue mere paas</w:t>
      </w:r>
    </w:p>
    <w:p>
      <w:pPr>
        <w:jc w:val="right"/>
      </w:pPr>
      <w:r>
        <w:t>تو جتنے لوگ اپ دیکھیے جو کوئی بڑی اچیومنٹ لیتے ہیں تو وہی ہوتے ہیں جو بھٹکاؤ کے راستے پر نہیں جاتے اسی طرح سے دو چار دن ہوئے میرے پاس</w:t>
      </w:r>
    </w:p>
    <w:p>
      <w:r>
        <w:rPr>
          <w:b/>
        </w:rPr>
        <w:t xml:space="preserve">[17:20] </w:t>
      </w:r>
      <w:r>
        <w:t>pakistan se ek telephone aya</w:t>
      </w:r>
    </w:p>
    <w:p>
      <w:pPr>
        <w:jc w:val="right"/>
      </w:pPr>
      <w:r>
        <w:t>پاکستان سے ایک ٹیلی فون ایا</w:t>
      </w:r>
    </w:p>
    <w:p>
      <w:r>
        <w:rPr>
          <w:b/>
        </w:rPr>
        <w:t xml:space="preserve">[17:24] </w:t>
      </w:r>
      <w:r>
        <w:t>ek ek sahib jinhon ne bataya ke main engineer hoon</w:t>
      </w:r>
    </w:p>
    <w:p>
      <w:pPr>
        <w:jc w:val="right"/>
      </w:pPr>
      <w:r>
        <w:t>ایک ایک صاحب جنہوں نے بتایا کہ میں انجینئر ہوں</w:t>
      </w:r>
    </w:p>
    <w:p>
      <w:r>
        <w:rPr>
          <w:b/>
        </w:rPr>
        <w:t xml:space="preserve">[17:28] </w:t>
      </w:r>
      <w:r>
        <w:t>main pakistan mein paida hua</w:t>
      </w:r>
    </w:p>
    <w:p>
      <w:pPr>
        <w:jc w:val="right"/>
      </w:pPr>
      <w:r>
        <w:t>میں پاکستان میں پیدا ہوا</w:t>
      </w:r>
    </w:p>
    <w:p>
      <w:r>
        <w:rPr>
          <w:b/>
        </w:rPr>
        <w:t xml:space="preserve">[17:32] </w:t>
      </w:r>
      <w:r>
        <w:t>to wahan ke jo halaat hain pakistan ke ap jante hain ke abhi eid ke din eid ul azha</w:t>
      </w:r>
    </w:p>
    <w:p>
      <w:pPr>
        <w:jc w:val="right"/>
      </w:pPr>
      <w:r>
        <w:t>تو وہاں کے جو حالات ہیں پاکستان کے اپ جانتے ہیں کہ ابھی عید کے دن عید اضحی</w:t>
      </w:r>
    </w:p>
    <w:p>
      <w:r>
        <w:rPr>
          <w:b/>
        </w:rPr>
        <w:t xml:space="preserve">[17:40] </w:t>
      </w:r>
      <w:r>
        <w:t>ke din ain namaz ki halat mein ek aadmi ne suicide bombing ki aur us mein kya hua</w:t>
      </w:r>
    </w:p>
    <w:p>
      <w:pPr>
        <w:jc w:val="right"/>
      </w:pPr>
      <w:r>
        <w:t>کے دن عین نماز کی حالت میں ایک ادمی نے سوسائیڈ بمبنگ کی اور اس میں کیا ہوا</w:t>
      </w:r>
    </w:p>
    <w:p>
      <w:r>
        <w:rPr>
          <w:b/>
        </w:rPr>
        <w:t xml:space="preserve">[17:49] </w:t>
      </w:r>
      <w:r>
        <w:t>ke taqreeban 160 taqreeban 60 hodi mar gaye</w:t>
      </w:r>
    </w:p>
    <w:p>
      <w:pPr>
        <w:jc w:val="right"/>
      </w:pPr>
      <w:r>
        <w:t>کہ تقریبا 160 تقریبا 60 ہادی مر گئے</w:t>
      </w:r>
    </w:p>
    <w:p>
      <w:r>
        <w:rPr>
          <w:b/>
        </w:rPr>
        <w:t xml:space="preserve">[17:53] </w:t>
      </w:r>
      <w:r>
        <w:t>taqreeban 60 hodi mar gaye aur dedh so se ooper zakhmi hui hai bilkul namaz ki halat mein</w:t>
      </w:r>
    </w:p>
    <w:p>
      <w:pPr>
        <w:jc w:val="right"/>
      </w:pPr>
      <w:r>
        <w:t>تقریبا 60 ہادی مر گئے اور ڈیڑھ سو سے اوپر زخمی ہوئی ہے بالکل نماز کی حالت میں</w:t>
      </w:r>
    </w:p>
    <w:p>
      <w:r>
        <w:rPr>
          <w:b/>
        </w:rPr>
        <w:t xml:space="preserve">[18:01] </w:t>
      </w:r>
      <w:r>
        <w:t>is tarah se wahan par rozana waqeat ho rahe hain aur</w:t>
      </w:r>
    </w:p>
    <w:p>
      <w:pPr>
        <w:jc w:val="right"/>
      </w:pPr>
      <w:r>
        <w:t>اس طرح سے وہاں پر روزانہ واقعات ہو رہے ہیں اور</w:t>
      </w:r>
    </w:p>
    <w:p>
      <w:r>
        <w:rPr>
          <w:b/>
        </w:rPr>
        <w:t xml:space="preserve">[18:06] </w:t>
      </w:r>
      <w:r>
        <w:t>pakistan ki koi taraqqi nahi ho saki 60 baras beetne ke baad bhi unhon ne mujh se poocha</w:t>
      </w:r>
    </w:p>
    <w:p>
      <w:pPr>
        <w:jc w:val="right"/>
      </w:pPr>
      <w:r>
        <w:t>پاکستان کی کوئی ترقی نہیں ہو سکی 60 برس بیتنے کے بعد بھی انہوں نے مجھ سے پوچھا</w:t>
      </w:r>
    </w:p>
    <w:p>
      <w:r>
        <w:rPr>
          <w:b/>
        </w:rPr>
        <w:t xml:space="preserve">[18:12] </w:t>
      </w:r>
      <w:r>
        <w:t>ke bataiye hamein kya naseehat karte hain ap kaise taraqqi hasil ki jaye</w:t>
      </w:r>
    </w:p>
    <w:p>
      <w:pPr>
        <w:jc w:val="right"/>
      </w:pPr>
      <w:r>
        <w:t>کہ بتائیے ہمیں کیا نصیحت کرتے ہیں اپ کیسے ترقی حاصل کی جائے</w:t>
      </w:r>
    </w:p>
    <w:p>
      <w:r>
        <w:rPr>
          <w:b/>
        </w:rPr>
        <w:t xml:space="preserve">[18:21] </w:t>
      </w:r>
      <w:r>
        <w:t>to maine kaha ke dekhiye</w:t>
      </w:r>
    </w:p>
    <w:p>
      <w:pPr>
        <w:jc w:val="right"/>
      </w:pPr>
      <w:r>
        <w:t>تو میں نے کہا کہ دیکھیے</w:t>
      </w:r>
    </w:p>
    <w:p>
      <w:r>
        <w:rPr>
          <w:b/>
        </w:rPr>
        <w:t xml:space="preserve">[18:23] </w:t>
      </w:r>
      <w:r>
        <w:t>likh lijye mera formula</w:t>
      </w:r>
    </w:p>
    <w:p>
      <w:pPr>
        <w:jc w:val="right"/>
      </w:pPr>
      <w:r>
        <w:t>لکھ لیجئے میرا فارمولا</w:t>
      </w:r>
    </w:p>
    <w:p>
      <w:r>
        <w:rPr>
          <w:b/>
        </w:rPr>
        <w:t xml:space="preserve">[18:26] </w:t>
      </w:r>
      <w:r>
        <w:t>main ne kaha ke taraqqi ke liye teen cheezon ki zaroorat hai</w:t>
      </w:r>
    </w:p>
    <w:p>
      <w:pPr>
        <w:jc w:val="right"/>
      </w:pPr>
      <w:r>
        <w:t>میں نے کہا کہ ترقی کے لیے تین چیزوں کی ضرورت ہے</w:t>
      </w:r>
    </w:p>
    <w:p>
      <w:r>
        <w:rPr>
          <w:b/>
        </w:rPr>
        <w:t xml:space="preserve">[18:31] </w:t>
      </w:r>
      <w:r>
        <w:t>sabr sabr sabr aur aakhir mein phir sabr</w:t>
      </w:r>
    </w:p>
    <w:p>
      <w:pPr>
        <w:jc w:val="right"/>
      </w:pPr>
      <w:r>
        <w:t>صبر صبر صبر اور اخر میں پھر صبر</w:t>
      </w:r>
    </w:p>
    <w:p>
      <w:r>
        <w:rPr>
          <w:b/>
        </w:rPr>
        <w:t xml:space="preserve">[18:37] </w:t>
      </w:r>
      <w:r>
        <w:t>taraqqi ke liye teen cheezon ki zaroorat hai sabr sabr sabr aur aakhir mein phir sabr</w:t>
      </w:r>
    </w:p>
    <w:p>
      <w:pPr>
        <w:jc w:val="right"/>
      </w:pPr>
      <w:r>
        <w:t>ترقی کے لیے تین چیزوں کی ضرورت ہے صبر صبر صبر اور اخر میں پھر صبر</w:t>
      </w:r>
    </w:p>
    <w:p>
      <w:r>
        <w:rPr>
          <w:b/>
        </w:rPr>
        <w:t xml:space="preserve">[18:45] </w:t>
      </w:r>
      <w:r>
        <w:t>ab yeh bataiye yeh baat jo hai 15 august 1947 ko jab pakistan bana to kisi ne batai</w:t>
      </w:r>
    </w:p>
    <w:p>
      <w:pPr>
        <w:jc w:val="right"/>
      </w:pPr>
      <w:r>
        <w:t>اب یہ بتائیے یہ بات جو ہے 15 اگست 1947 کو جب پاکستان بنا تو کسی نے بتائی</w:t>
      </w:r>
    </w:p>
    <w:p>
      <w:r>
        <w:rPr>
          <w:b/>
        </w:rPr>
        <w:t xml:space="preserve">[18:50] </w:t>
      </w:r>
      <w:r>
        <w:t>nahi yeh baat</w:t>
      </w:r>
    </w:p>
    <w:p>
      <w:pPr>
        <w:jc w:val="right"/>
      </w:pPr>
      <w:r>
        <w:t>نہیں یہ بات</w:t>
      </w:r>
    </w:p>
    <w:p>
      <w:r>
        <w:rPr>
          <w:b/>
        </w:rPr>
        <w:t xml:space="preserve">[18:53] </w:t>
      </w:r>
      <w:r>
        <w:t>natija</w:t>
      </w:r>
    </w:p>
    <w:p>
      <w:pPr>
        <w:jc w:val="right"/>
      </w:pPr>
      <w:r>
        <w:t>نتیجہ</w:t>
      </w:r>
    </w:p>
    <w:p>
      <w:r>
        <w:rPr>
          <w:b/>
        </w:rPr>
        <w:t xml:space="preserve">[18:53] </w:t>
      </w:r>
      <w:r>
        <w:t>kya hua ke ladna shuru kar diya</w:t>
      </w:r>
    </w:p>
    <w:p>
      <w:pPr>
        <w:jc w:val="right"/>
      </w:pPr>
      <w:r>
        <w:t>کیا ہوا کہ لڑنا شروع کر دیا</w:t>
      </w:r>
    </w:p>
    <w:p>
      <w:r>
        <w:rPr>
          <w:b/>
        </w:rPr>
        <w:t xml:space="preserve">[18:57] </w:t>
      </w:r>
      <w:r>
        <w:t>پہلا جو prime minister تھے لاقدر خاوند کو پا ڈالا اور پھر لڑائی بھڑائی چل رہی ہے</w:t>
      </w:r>
    </w:p>
    <w:p>
      <w:pPr>
        <w:jc w:val="right"/>
      </w:pPr>
      <w:r>
        <w:t>پہلا جو پرائم منسٹر تھے لاقدر خاوند کو پا ڈالا اور پھر لڑائی بھڑائی چل رہی ہے</w:t>
      </w:r>
    </w:p>
    <w:p>
      <w:r>
        <w:rPr>
          <w:b/>
        </w:rPr>
        <w:t xml:space="preserve">[19:04] </w:t>
      </w:r>
      <w:r>
        <w:t>to baat kya hai hum jeete hain ek samaj mein insanon ke beech mein har aadmi ka apni</w:t>
      </w:r>
    </w:p>
    <w:p>
      <w:pPr>
        <w:jc w:val="right"/>
      </w:pPr>
      <w:r>
        <w:t>تو بات کیا ہے ہم جیتے ہیں ایک سماج میں انسانوں کے بیچ میں ہر ادمی کا اپنی</w:t>
      </w:r>
    </w:p>
    <w:p>
      <w:r>
        <w:rPr>
          <w:b/>
        </w:rPr>
        <w:t xml:space="preserve">[19:11] </w:t>
      </w:r>
      <w:r>
        <w:t>soch alag alag hai har aadmi ke interest alag alag hain</w:t>
      </w:r>
    </w:p>
    <w:p>
      <w:pPr>
        <w:jc w:val="right"/>
      </w:pPr>
      <w:r>
        <w:t>سوچ الگ الگ ہے ہر ادمی کے انٹرسٹ الگ الگ ہیں</w:t>
      </w:r>
    </w:p>
    <w:p>
      <w:r>
        <w:rPr>
          <w:b/>
        </w:rPr>
        <w:t xml:space="preserve">[19:16] </w:t>
      </w:r>
      <w:r>
        <w:t>har aadmi apne har aadmi ko freedom mila hua hai to apne apne raaste par daud raha hai</w:t>
      </w:r>
    </w:p>
    <w:p>
      <w:pPr>
        <w:jc w:val="right"/>
      </w:pPr>
      <w:r>
        <w:t>ہر ادمی اپنے ہر ادمی کو فریڈم ملا ہوا ہے تو اپنے اپنے راستے پر دوڑ رہا ہے</w:t>
      </w:r>
    </w:p>
    <w:p>
      <w:r>
        <w:rPr>
          <w:b/>
        </w:rPr>
        <w:t xml:space="preserve">[19:22] </w:t>
      </w:r>
      <w:r>
        <w:t>aadmi aap kya karenge iska matlab hai ke har aadmi mister problem hai yaad rakhiye</w:t>
      </w:r>
    </w:p>
    <w:p>
      <w:pPr>
        <w:jc w:val="right"/>
      </w:pPr>
      <w:r>
        <w:t>ادمی اپ کیا کریں گے اس کا مطلب ہے کہ ہر ادمی مسٹر پرابلم ہے یاد رکھیے</w:t>
      </w:r>
    </w:p>
    <w:p>
      <w:r>
        <w:rPr>
          <w:b/>
        </w:rPr>
        <w:t xml:space="preserve">[19:31] </w:t>
      </w:r>
      <w:r>
        <w:t>is duniya mein har aadmi mister problem hai har aurat miss problem hai to aap ko</w:t>
      </w:r>
    </w:p>
    <w:p>
      <w:pPr>
        <w:jc w:val="right"/>
      </w:pPr>
      <w:r>
        <w:t>اس دنیا میں ہر ادمی مسٹر پرابلم ہے ہر عورت مس پرابلم ہے تو اپ کو</w:t>
      </w:r>
    </w:p>
    <w:p>
      <w:r>
        <w:rPr>
          <w:b/>
        </w:rPr>
        <w:t xml:space="preserve">[19:39] </w:t>
      </w:r>
      <w:r>
        <w:t>mister</w:t>
      </w:r>
    </w:p>
    <w:p>
      <w:pPr>
        <w:jc w:val="right"/>
      </w:pPr>
      <w:r>
        <w:t>مسٹر</w:t>
      </w:r>
    </w:p>
    <w:p>
      <w:r>
        <w:rPr>
          <w:b/>
        </w:rPr>
        <w:t xml:space="preserve">[19:40] </w:t>
      </w:r>
      <w:r>
        <w:t>problem miss problem ke beech mein jeena hai</w:t>
      </w:r>
    </w:p>
    <w:p>
      <w:pPr>
        <w:jc w:val="right"/>
      </w:pPr>
      <w:r>
        <w:t>پرابلم مس پرابلم کے بیچ میں جینا ہے</w:t>
      </w:r>
    </w:p>
    <w:p>
      <w:r>
        <w:rPr>
          <w:b/>
        </w:rPr>
        <w:t xml:space="preserve">[19:45] </w:t>
      </w:r>
      <w:r>
        <w:t>aap kya karenge to hamare muslim countries mein yeh formula pakda logon ne ke pehle problem ko eliminate karo us ke baad kuch kaam karo to har jagah log lad rahe hain problem se aur problem nahi hal ka hal kar paye to ab suicide bombing kar rahe hain</w:t>
      </w:r>
    </w:p>
    <w:p>
      <w:pPr>
        <w:jc w:val="right"/>
      </w:pPr>
      <w:r>
        <w:t>اپ کیا کریں گے تو ہمارے مسلم کنٹریز میں یہ فارمولا پکڑا لوگوں نے کہ پہلے پرابلم کو ایلیمینیٹ کرو اس کے بعد کچھ کام کرو تو ہر جگہ لوگ لڑ رہے ہیں پرابلم سے اور پرابلم نہیں حل کا حل کر پائے تو اب سوسائیڈ بمبنگ کر رہے ہیں</w:t>
      </w:r>
    </w:p>
    <w:p>
      <w:r>
        <w:rPr>
          <w:b/>
        </w:rPr>
        <w:t xml:space="preserve">[20:09] </w:t>
      </w:r>
      <w:r>
        <w:t>jab problem nahi solve karwaye to apne hi ko maar rahe hain</w:t>
      </w:r>
    </w:p>
    <w:p>
      <w:pPr>
        <w:jc w:val="right"/>
      </w:pPr>
      <w:r>
        <w:t>جب پرابلم نہیں سالو کروائے تو اپنے ہی کو مار رہے ہیں</w:t>
      </w:r>
    </w:p>
    <w:p>
      <w:r>
        <w:rPr>
          <w:b/>
        </w:rPr>
        <w:t xml:space="preserve">[20:15] </w:t>
      </w:r>
      <w:r>
        <w:t>jaise kisi shayar ne kaha hai ke dekha ke woh milta nahi apne hi ko kho aaye</w:t>
      </w:r>
    </w:p>
    <w:p>
      <w:pPr>
        <w:jc w:val="right"/>
      </w:pPr>
      <w:r>
        <w:t>جیسے کسی شاعر نے کہا ہے کہ دیکھا کہ وہ ملتا نہیں اپنے ہی کو کھو ائے</w:t>
      </w:r>
    </w:p>
    <w:p>
      <w:r>
        <w:rPr>
          <w:b/>
        </w:rPr>
        <w:t xml:space="preserve">[20:23] </w:t>
      </w:r>
      <w:r>
        <w:t>dekha ke woh milta nahi apne hi ko kho aaye</w:t>
      </w:r>
    </w:p>
    <w:p>
      <w:pPr>
        <w:jc w:val="right"/>
      </w:pPr>
      <w:r>
        <w:t>دیکھا کہ وہ ملتا نہیں اپنے ہی کو کھو ائے</w:t>
      </w:r>
    </w:p>
    <w:p>
      <w:r>
        <w:rPr>
          <w:b/>
        </w:rPr>
        <w:t xml:space="preserve">[20:28] </w:t>
      </w:r>
      <w:r>
        <w:t>to august 1947 se</w:t>
      </w:r>
    </w:p>
    <w:p>
      <w:pPr>
        <w:jc w:val="right"/>
      </w:pPr>
      <w:r>
        <w:t>تو اگست 1947 سے</w:t>
      </w:r>
    </w:p>
    <w:p>
      <w:r>
        <w:rPr>
          <w:b/>
        </w:rPr>
        <w:t xml:space="preserve">[20:32] </w:t>
      </w:r>
      <w:r>
        <w:t>ladai bhadai ka raasta ikhtiyar kiya gaya yani problem ko khatm karne ka</w:t>
      </w:r>
    </w:p>
    <w:p>
      <w:pPr>
        <w:jc w:val="right"/>
      </w:pPr>
      <w:r>
        <w:t>لڑائی بھڑائی کا راستہ اختیار کیا گیا یعنی پرابلم کو ختم کرنے کا</w:t>
      </w:r>
    </w:p>
    <w:p>
      <w:r>
        <w:rPr>
          <w:b/>
        </w:rPr>
        <w:t xml:space="preserve">[20:38] </w:t>
      </w:r>
      <w:r>
        <w:t>aur problem jo khatm nahi hue to ab apne hi ko halak kar rahe hain suicide bombing kar</w:t>
      </w:r>
    </w:p>
    <w:p>
      <w:pPr>
        <w:jc w:val="right"/>
      </w:pPr>
      <w:r>
        <w:t>اور پرابلم جو ختم نہیں ہوئے تو اب اپنے ہی کو ہلاک کر رہے ہیں سوسائیڈ بمبنگ کر</w:t>
      </w:r>
    </w:p>
    <w:p>
      <w:r>
        <w:rPr>
          <w:b/>
        </w:rPr>
        <w:t xml:space="preserve">[20:42] </w:t>
      </w:r>
      <w:r>
        <w:t>rahe hain halanke yeh sab haram hai</w:t>
      </w:r>
    </w:p>
    <w:p>
      <w:pPr>
        <w:jc w:val="right"/>
      </w:pPr>
      <w:r>
        <w:t>رہے ہیں حالانکہ یہ سب حرام ہے</w:t>
      </w:r>
    </w:p>
    <w:p>
      <w:r>
        <w:rPr>
          <w:b/>
        </w:rPr>
        <w:t xml:space="preserve">[20:46] </w:t>
      </w:r>
      <w:r>
        <w:t>to isi waqt jo formula dena chahiye tha</w:t>
      </w:r>
    </w:p>
    <w:p>
      <w:pPr>
        <w:jc w:val="right"/>
      </w:pPr>
      <w:r>
        <w:t>تو اسی وقت جو فارمولا دینا چاہیے تھا</w:t>
      </w:r>
    </w:p>
    <w:p>
      <w:r>
        <w:rPr>
          <w:b/>
        </w:rPr>
        <w:t xml:space="preserve">[20:50] </w:t>
      </w:r>
      <w:r>
        <w:t>وہ فارمولا جو دینا چاہیے تھا وہ کیا تھا کہ ignore the problems, avail the opportunities.</w:t>
      </w:r>
    </w:p>
    <w:p>
      <w:pPr>
        <w:jc w:val="right"/>
      </w:pPr>
      <w:r>
        <w:t>وہ فارمولا جو دینا چاہیے تھا وہ کیا تھا کہ اگنور دا پرابلمز اویل دا اپرچونیٹیز</w:t>
      </w:r>
    </w:p>
    <w:p>
      <w:r>
        <w:rPr>
          <w:b/>
        </w:rPr>
        <w:t xml:space="preserve">[21:00] </w:t>
      </w:r>
      <w:r>
        <w:t>yeh</w:t>
      </w:r>
    </w:p>
    <w:p>
      <w:pPr>
        <w:jc w:val="right"/>
      </w:pPr>
      <w:r>
        <w:t>یہ</w:t>
      </w:r>
    </w:p>
    <w:p>
      <w:r>
        <w:rPr>
          <w:b/>
        </w:rPr>
        <w:t xml:space="preserve">[21:00] </w:t>
      </w:r>
      <w:r>
        <w:t>tha formula ke problem</w:t>
      </w:r>
    </w:p>
    <w:p>
      <w:pPr>
        <w:jc w:val="right"/>
      </w:pPr>
      <w:r>
        <w:t>تھا فارمولا کہ پرابلم</w:t>
      </w:r>
    </w:p>
    <w:p>
      <w:r>
        <w:rPr>
          <w:b/>
        </w:rPr>
        <w:t xml:space="preserve">[21:05] </w:t>
      </w:r>
      <w:r>
        <w:t>society mein hain hamesha the aur hamesha rahenge paighambaron ke liye bhi problem the lekin baat kya</w:t>
      </w:r>
    </w:p>
    <w:p>
      <w:pPr>
        <w:jc w:val="right"/>
      </w:pPr>
      <w:r>
        <w:t>سوسائٹی میں ہیں ہمیشہ تھے اور ہمیشہ رہیں گے پیغمبروں کے لیے بھی پرابلم تھے لیکن بات کیا</w:t>
      </w:r>
    </w:p>
    <w:p>
      <w:r>
        <w:rPr>
          <w:b/>
        </w:rPr>
        <w:t xml:space="preserve">[21:12] </w:t>
      </w:r>
      <w:r>
        <w:t>hai in mal usr yusr yani problem ke sath sath opportunities bhi hain</w:t>
      </w:r>
    </w:p>
    <w:p>
      <w:pPr>
        <w:jc w:val="right"/>
      </w:pPr>
      <w:r>
        <w:t>ہے ان مال عسر یسرا یعنی پرابلم کے ساتھ ساتھ اپرچونیٹیز بھی ہیں</w:t>
      </w:r>
    </w:p>
    <w:p>
      <w:r>
        <w:rPr>
          <w:b/>
        </w:rPr>
        <w:t xml:space="preserve">[21:20] </w:t>
      </w:r>
      <w:r>
        <w:t>aisa nahi ke problem ne opportunities ko khatm kar diya ho</w:t>
      </w:r>
    </w:p>
    <w:p>
      <w:pPr>
        <w:jc w:val="right"/>
      </w:pPr>
      <w:r>
        <w:t>ایسا نہیں کہ پرابلم نے اپرچونیٹیز کو ختم کر دیا ہو</w:t>
      </w:r>
    </w:p>
    <w:p>
      <w:r>
        <w:rPr>
          <w:b/>
        </w:rPr>
        <w:t xml:space="preserve">[21:24] </w:t>
      </w:r>
      <w:r>
        <w:t>to aap problem ko ignore kijiye aur opportunities ko avail kijiye</w:t>
      </w:r>
    </w:p>
    <w:p>
      <w:pPr>
        <w:jc w:val="right"/>
      </w:pPr>
      <w:r>
        <w:t>تو اپ پرابلم کو اگنور کیجئے اور اپرچونیٹیز کو اویل کیجئے</w:t>
      </w:r>
    </w:p>
    <w:p>
      <w:r>
        <w:rPr>
          <w:b/>
        </w:rPr>
        <w:t xml:space="preserve">[21:34] </w:t>
      </w:r>
      <w:r>
        <w:t>agar aisa kiya gaya hota to ab tak bahut taraqqi ho chuki hoti hai</w:t>
      </w:r>
    </w:p>
    <w:p>
      <w:pPr>
        <w:jc w:val="right"/>
      </w:pPr>
      <w:r>
        <w:t>اگر ایسا کیا گیا ہوتا تو اب تک بہت ترقی ہو چکی ہوتی ہے</w:t>
      </w:r>
    </w:p>
    <w:p>
      <w:r>
        <w:rPr>
          <w:b/>
        </w:rPr>
        <w:t xml:space="preserve">[21:39] </w:t>
      </w:r>
      <w:r>
        <w:t>bahut taraqqi ho chuki hoti hai lekin opportunities padi hui hain problem se lad rahe hain log aur</w:t>
      </w:r>
    </w:p>
    <w:p>
      <w:pPr>
        <w:jc w:val="right"/>
      </w:pPr>
      <w:r>
        <w:t>بہت ترقی ہو چکی ہوتی ہے لیکن اپرچونیٹیز پڑی ہوئی ہیں پرابلم سے لڑ رہے ہیں لوگ اور</w:t>
      </w:r>
    </w:p>
    <w:p>
      <w:r>
        <w:rPr>
          <w:b/>
        </w:rPr>
        <w:t xml:space="preserve">[21:46] </w:t>
      </w:r>
      <w:r>
        <w:t>taraqqi kuch bhi nahi</w:t>
      </w:r>
    </w:p>
    <w:p>
      <w:pPr>
        <w:jc w:val="right"/>
      </w:pPr>
      <w:r>
        <w:t>ترقی کچھ بھی نہیں</w:t>
      </w:r>
    </w:p>
    <w:p>
      <w:r>
        <w:rPr>
          <w:b/>
        </w:rPr>
        <w:t xml:space="preserve">[21:49] </w:t>
      </w:r>
      <w:r>
        <w:t>ab dekhiye japan jo hai isi zamane mein jab pakistan bana is zamane mein japan second world war</w:t>
      </w:r>
    </w:p>
    <w:p>
      <w:pPr>
        <w:jc w:val="right"/>
      </w:pPr>
      <w:r>
        <w:t>اب دیکھیے جاپان جو ہے اسی زمانے میں جب پاکستان بنا اس زمانے میں جاپان سیکنڈ ورلڈ وار</w:t>
      </w:r>
    </w:p>
    <w:p>
      <w:r>
        <w:rPr>
          <w:b/>
        </w:rPr>
        <w:t xml:space="preserve">[21:56] </w:t>
      </w:r>
      <w:r>
        <w:t>se nikla wahan bahut problem tha super problem</w:t>
      </w:r>
    </w:p>
    <w:p>
      <w:pPr>
        <w:jc w:val="right"/>
      </w:pPr>
      <w:r>
        <w:t>سے نکلا وہاں بہت پرابلم تھا سپر پرابلم</w:t>
      </w:r>
    </w:p>
    <w:p>
      <w:r>
        <w:rPr>
          <w:b/>
        </w:rPr>
        <w:t xml:space="preserve">[22:00] </w:t>
      </w:r>
      <w:r>
        <w:t>ke do do atom bomb gira diye gaye the is ke upar is ki entries ko is ki</w:t>
      </w:r>
    </w:p>
    <w:p>
      <w:pPr>
        <w:jc w:val="right"/>
      </w:pPr>
      <w:r>
        <w:t>کہ دو دو ایٹم بم گرا دیے گئے تھے اس کے اوپر اس کی انٹریز کو اس کی</w:t>
      </w:r>
    </w:p>
    <w:p>
      <w:r>
        <w:rPr>
          <w:b/>
        </w:rPr>
        <w:t xml:space="preserve">[22:04] </w:t>
      </w:r>
      <w:r>
        <w:t>industry ko is ki military power ko destroy kar diya gaya tha</w:t>
      </w:r>
    </w:p>
    <w:p>
      <w:pPr>
        <w:jc w:val="right"/>
      </w:pPr>
      <w:r>
        <w:t>انڈسٹری کو اس کی ملٹری پاور کو ڈسٹرا کر دیا گیا تھا</w:t>
      </w:r>
    </w:p>
    <w:p>
      <w:r>
        <w:rPr>
          <w:b/>
        </w:rPr>
        <w:t xml:space="preserve">[22:09] </w:t>
      </w:r>
      <w:r>
        <w:t>ab in mein revenge tha ke hum ko america se badla lena hai</w:t>
      </w:r>
    </w:p>
    <w:p>
      <w:pPr>
        <w:jc w:val="right"/>
      </w:pPr>
      <w:r>
        <w:t>اب ان میں ریونج تھا کہ ہم کو امریکہ سے بدلہ لینا ہے</w:t>
      </w:r>
    </w:p>
    <w:p>
      <w:r>
        <w:rPr>
          <w:b/>
        </w:rPr>
        <w:t xml:space="preserve">[22:15] </w:t>
      </w:r>
      <w:r>
        <w:t>لیکن وہاں پر لوگوں نے pacify کیا وہاں ایسے intellectual</w:t>
      </w:r>
    </w:p>
    <w:p>
      <w:pPr>
        <w:jc w:val="right"/>
      </w:pPr>
      <w:r>
        <w:t>لیکن وہاں پر لوگوں نے پیسیفائی کیا وہاں ایسے انٹلیکچول</w:t>
      </w:r>
    </w:p>
    <w:p>
      <w:r>
        <w:rPr>
          <w:b/>
        </w:rPr>
        <w:t xml:space="preserve">[22:19] </w:t>
      </w:r>
      <w:r>
        <w:t>اٹھے جو انہوں نے pacify کیا کہ پرابلم سے لڑنے سے کوئی فائدہ نہیں ہوگا تو ان کے</w:t>
      </w:r>
    </w:p>
    <w:p>
      <w:pPr>
        <w:jc w:val="right"/>
      </w:pPr>
      <w:r>
        <w:t>اٹھے جو انہوں نے پیسیفائی کیا کہ پرابلم سے لڑنے سے کوئی فائدہ نہیں ہوگا تو ان کے</w:t>
      </w:r>
    </w:p>
    <w:p>
      <w:r>
        <w:rPr>
          <w:b/>
        </w:rPr>
        <w:t xml:space="preserve">[22:26] </w:t>
      </w:r>
      <w:r>
        <w:t>jazbat ko un ke hosle ko mor diya education ki taraf sare japan mein bas education ki dhoom</w:t>
      </w:r>
    </w:p>
    <w:p>
      <w:pPr>
        <w:jc w:val="right"/>
      </w:pPr>
      <w:r>
        <w:t>جذبات کو ان کے حوصلے کو موڑ دیا ایجوکیشن کی طرف سارے جاپان میں بس ایجوکیشن کی دھوم</w:t>
      </w:r>
    </w:p>
    <w:p>
      <w:r>
        <w:rPr>
          <w:b/>
        </w:rPr>
        <w:t xml:space="preserve">[22:35] </w:t>
      </w:r>
      <w:r>
        <w:t>macha di gayi education education education education</w:t>
      </w:r>
    </w:p>
    <w:p>
      <w:pPr>
        <w:jc w:val="right"/>
      </w:pPr>
      <w:r>
        <w:t>مچا دی گئی ایجوکیشن ایجوکیشن ایجوکیشن ایجوکیشن</w:t>
      </w:r>
    </w:p>
    <w:p>
      <w:r>
        <w:rPr>
          <w:b/>
        </w:rPr>
        <w:t xml:space="preserve">[22:40] </w:t>
      </w:r>
      <w:r>
        <w:t>ab 30 saal tak chalta raha ye yahan tak ke 30 saal ke baad japan mein ek miracle</w:t>
      </w:r>
    </w:p>
    <w:p>
      <w:pPr>
        <w:jc w:val="right"/>
      </w:pPr>
      <w:r>
        <w:t>اب 30 سال تک چلتا رہا یہ یہاں تک کہ 30 سال کے بعد جاپان میں ایک میریکل</w:t>
      </w:r>
    </w:p>
    <w:p>
      <w:r>
        <w:rPr>
          <w:b/>
        </w:rPr>
        <w:t xml:space="preserve">[22:45] </w:t>
      </w:r>
      <w:r>
        <w:t>hua yani ek economic superpower ban gaya japan</w:t>
      </w:r>
    </w:p>
    <w:p>
      <w:pPr>
        <w:jc w:val="right"/>
      </w:pPr>
      <w:r>
        <w:t>ہوا یعنی ایک اکنامک سپر پاور بن گیا جاپان</w:t>
      </w:r>
    </w:p>
    <w:p>
      <w:r>
        <w:rPr>
          <w:b/>
        </w:rPr>
        <w:t xml:space="preserve">[22:51] </w:t>
      </w:r>
      <w:r>
        <w:t>to zindagi ka ye formula ke straight straight path jo hai isi pe chalte raho idhar udhar mat</w:t>
      </w:r>
    </w:p>
    <w:p>
      <w:pPr>
        <w:jc w:val="right"/>
      </w:pPr>
      <w:r>
        <w:t>تو زندگی کا یہ فارمولا کہ اسٹریٹ اسٹریٹ پاتھ جو ہے اسی پہ چلتے رہو ادھر ادھر مت</w:t>
      </w:r>
    </w:p>
    <w:p>
      <w:r>
        <w:rPr>
          <w:b/>
        </w:rPr>
        <w:t xml:space="preserve">[22:57] </w:t>
      </w:r>
      <w:r>
        <w:t>badho ye de diya gaya tha pehle hi lekin insan bar bar idhar udhar bhatakta hai you pee</w:t>
      </w:r>
    </w:p>
    <w:p>
      <w:pPr>
        <w:jc w:val="right"/>
      </w:pPr>
      <w:r>
        <w:t>بڑھو یہ دے دیا گیا تھا پہلے ہی لیکن انسان بار بار ادھر ادھر بھٹکتا ہے یو پی</w:t>
      </w:r>
    </w:p>
    <w:p>
      <w:r>
        <w:rPr>
          <w:b/>
        </w:rPr>
        <w:t xml:space="preserve">[23:04] </w:t>
      </w:r>
      <w:r>
        <w:t>ke ek shahar se mere paas ek sahab ka telephone aaya woh ek madarse ke padhe hue hain</w:t>
      </w:r>
    </w:p>
    <w:p>
      <w:pPr>
        <w:jc w:val="right"/>
      </w:pPr>
      <w:r>
        <w:t>کے ایک شہر سے میرے پاس ایک صاحب کا ٹیلی فون ایا وہ ایک مدرسے کے پڑھے ہوئے ہیں</w:t>
      </w:r>
    </w:p>
    <w:p>
      <w:r>
        <w:rPr>
          <w:b/>
        </w:rPr>
        <w:t xml:space="preserve">[23:13] </w:t>
      </w:r>
      <w:r>
        <w:t>wo phir aaye mujh se milne ke liye</w:t>
      </w:r>
    </w:p>
    <w:p>
      <w:pPr>
        <w:jc w:val="right"/>
      </w:pPr>
      <w:r>
        <w:t>وہ پھر ائے مجھ سے ملنے کے لیے</w:t>
      </w:r>
    </w:p>
    <w:p>
      <w:r>
        <w:rPr>
          <w:b/>
        </w:rPr>
        <w:t xml:space="preserve">[23:16] </w:t>
      </w:r>
      <w:r>
        <w:t>main ne dekha ke wo bahut intelligent aadmi hain aur un ka to speaking power bhi hai</w:t>
      </w:r>
    </w:p>
    <w:p>
      <w:pPr>
        <w:jc w:val="right"/>
      </w:pPr>
      <w:r>
        <w:t>میں نے دیکھا کہ وہ بہت انٹیلیجنٹ ادمی ہیں اور ان کا تو اسپیکنگ پاور بھی ہے</w:t>
      </w:r>
    </w:p>
    <w:p>
      <w:r>
        <w:rPr>
          <w:b/>
        </w:rPr>
        <w:t xml:space="preserve">[23:23] </w:t>
      </w:r>
      <w:r>
        <w:t>lekin unhon ne bataya ke wahan sab mere against mein ho gaye hain</w:t>
      </w:r>
    </w:p>
    <w:p>
      <w:pPr>
        <w:jc w:val="right"/>
      </w:pPr>
      <w:r>
        <w:t>لیکن انہوں نے بتایا کہ وہاں سب میرے اگینسٹ میں ہو گئے ہیں</w:t>
      </w:r>
    </w:p>
    <w:p>
      <w:r>
        <w:rPr>
          <w:b/>
        </w:rPr>
        <w:t xml:space="preserve">[23:29] </w:t>
      </w:r>
      <w:r>
        <w:t>madarse mein bhi meri mukhalifat masjid mein bhi log mere khilaf hain ajeeb masla paida ho gaya hai mera</w:t>
      </w:r>
    </w:p>
    <w:p>
      <w:pPr>
        <w:jc w:val="right"/>
      </w:pPr>
      <w:r>
        <w:t>مدرسے میں بھی میری مخالفت مسجد میں بھی لوگ میرے خلاف ہیں عجیب مسئلہ پیدا ہوگیا ہے میرا</w:t>
      </w:r>
    </w:p>
    <w:p>
      <w:r>
        <w:rPr>
          <w:b/>
        </w:rPr>
        <w:t xml:space="preserve">[23:38] </w:t>
      </w:r>
      <w:r>
        <w:t>to main ne scrutiny ki pata ye chala ke ye bahut zyada logon pe criticize karte hain</w:t>
      </w:r>
    </w:p>
    <w:p>
      <w:pPr>
        <w:jc w:val="right"/>
      </w:pPr>
      <w:r>
        <w:t>تو میں نے اسکرٹنی کی پتہ یہ چلا کہ یہ بہت زیادہ لوگوں پہ کریٹیسائز کرتے ہیں</w:t>
      </w:r>
    </w:p>
    <w:p>
      <w:r>
        <w:rPr>
          <w:b/>
        </w:rPr>
        <w:t xml:space="preserve">[23:45] </w:t>
      </w:r>
      <w:r>
        <w:t>masjid mein wo khateeb the to wahan bhi criticize kar rahe hain madarse mein criticize kar rahe hain</w:t>
      </w:r>
    </w:p>
    <w:p>
      <w:pPr>
        <w:jc w:val="right"/>
      </w:pPr>
      <w:r>
        <w:t>مسجد میں وہ خطیب تھے تو وہاں بھی کریٹیسائز کر رہے ہیں مدرسے میں کریٹیسائز کر رہے ہیں</w:t>
      </w:r>
    </w:p>
    <w:p>
      <w:r>
        <w:rPr>
          <w:b/>
        </w:rPr>
        <w:t xml:space="preserve">[23:51] </w:t>
      </w:r>
      <w:r>
        <w:t>to kya hua wo apne samaj mein unwanted ban gaye</w:t>
      </w:r>
    </w:p>
    <w:p>
      <w:pPr>
        <w:jc w:val="right"/>
      </w:pPr>
      <w:r>
        <w:t>تو کیا ہوا وہ اپنے سماج میں ان وانٹڈ بن گئے</w:t>
      </w:r>
    </w:p>
    <w:p>
      <w:r>
        <w:rPr>
          <w:b/>
        </w:rPr>
        <w:t xml:space="preserve">[23:57] </w:t>
      </w:r>
      <w:r>
        <w:t>unwanted ban gaye</w:t>
      </w:r>
    </w:p>
    <w:p>
      <w:pPr>
        <w:jc w:val="right"/>
      </w:pPr>
      <w:r>
        <w:t>ان وانٹڈ بن گئے</w:t>
      </w:r>
    </w:p>
    <w:p>
      <w:r>
        <w:rPr>
          <w:b/>
        </w:rPr>
        <w:t xml:space="preserve">[24:00] </w:t>
      </w:r>
      <w:r>
        <w:t>jo jo animal sing wala har waqt sing chalaye logon ko to zahir hai ke log marenge</w:t>
      </w:r>
    </w:p>
    <w:p>
      <w:pPr>
        <w:jc w:val="right"/>
      </w:pPr>
      <w:r>
        <w:t>جو جو اینیمل سینگ والا ہر وقت سینگ چلائے لوگوں کو تو ظاہر ہے کہ لوگ ماریں گے</w:t>
      </w:r>
    </w:p>
    <w:p>
      <w:r>
        <w:rPr>
          <w:b/>
        </w:rPr>
        <w:t xml:space="preserve">[24:06] </w:t>
      </w:r>
      <w:r>
        <w:t>is ko is ko koi bhi acha nahi samajh sakta to wo apni crets yani un ka jo</w:t>
      </w:r>
    </w:p>
    <w:p>
      <w:pPr>
        <w:jc w:val="right"/>
      </w:pPr>
      <w:r>
        <w:t>اس کو اس کو کوئی بھی اچھا نہیں سمجھ سکتا تو وہ اپنی کریٹس یعنی ان کا جو</w:t>
      </w:r>
    </w:p>
    <w:p>
      <w:r>
        <w:rPr>
          <w:b/>
        </w:rPr>
        <w:t xml:space="preserve">[24:17] </w:t>
      </w:r>
      <w:r>
        <w:t>un ka jo tareeqa tha un pe criticism un ke oper criticism is se wo apne mahol mein</w:t>
      </w:r>
    </w:p>
    <w:p>
      <w:pPr>
        <w:jc w:val="right"/>
      </w:pPr>
      <w:r>
        <w:t>ان کا جو طریقہ تھا ان پہ کریٹیسزم ان کے اوپر کریٹیسزم اس سے وہ اپنے ماحول میں</w:t>
      </w:r>
    </w:p>
    <w:p>
      <w:r>
        <w:rPr>
          <w:b/>
        </w:rPr>
        <w:t xml:space="preserve">[24:23] </w:t>
      </w:r>
      <w:r>
        <w:t>un wanted un wanted ban gaye</w:t>
      </w:r>
    </w:p>
    <w:p>
      <w:pPr>
        <w:jc w:val="right"/>
      </w:pPr>
      <w:r>
        <w:t>ان وانٹڈ ان وانٹڈ بن گئے</w:t>
      </w:r>
    </w:p>
    <w:p>
      <w:r>
        <w:rPr>
          <w:b/>
        </w:rPr>
        <w:t xml:space="preserve">[24:26] </w:t>
      </w:r>
      <w:r>
        <w:t>main ne un ko bohat samjhaya</w:t>
      </w:r>
    </w:p>
    <w:p>
      <w:pPr>
        <w:jc w:val="right"/>
      </w:pPr>
      <w:r>
        <w:t>میں نے ان کو بہت سمجھایا</w:t>
      </w:r>
    </w:p>
    <w:p>
      <w:r>
        <w:rPr>
          <w:b/>
        </w:rPr>
        <w:t xml:space="preserve">[24:29] </w:t>
      </w:r>
      <w:r>
        <w:t>ke is tarah ap mahol mein jee nahi sakte</w:t>
      </w:r>
    </w:p>
    <w:p>
      <w:pPr>
        <w:jc w:val="right"/>
      </w:pPr>
      <w:r>
        <w:t>کہ اس طرح اپ ماحول میں جی نہیں سکتے</w:t>
      </w:r>
    </w:p>
    <w:p>
      <w:r>
        <w:rPr>
          <w:b/>
        </w:rPr>
        <w:t xml:space="preserve">[24:34] </w:t>
      </w:r>
      <w:r>
        <w:t>aur maqrooz bhi ho gaye thay wo yani itna zyada pareshan hui hai aur un par</w:t>
      </w:r>
    </w:p>
    <w:p>
      <w:pPr>
        <w:jc w:val="right"/>
      </w:pPr>
      <w:r>
        <w:t>اور مقروض بھی ہو گئے تھے وہ یعنی اتنا زیادہ پریشان ہوئی ہے اور ان پر</w:t>
      </w:r>
    </w:p>
    <w:p>
      <w:r>
        <w:rPr>
          <w:b/>
        </w:rPr>
        <w:t xml:space="preserve">[24:41] </w:t>
      </w:r>
      <w:r>
        <w:t>qarza bhi ho gaya loan bhi ho gaya</w:t>
      </w:r>
    </w:p>
    <w:p>
      <w:pPr>
        <w:jc w:val="right"/>
      </w:pPr>
      <w:r>
        <w:t>قرضہ بھی ہو گیا لون بھی ہو گیا</w:t>
      </w:r>
    </w:p>
    <w:p>
      <w:r>
        <w:rPr>
          <w:b/>
        </w:rPr>
        <w:t xml:space="preserve">[24:46] </w:t>
      </w:r>
      <w:r>
        <w:t>to maine kaha ke dekhiye pehli baat yeh hai ke aap criticism ko bilkul apne liye haram samajh lijiye aap ko criticism karna hi nahi hai</w:t>
      </w:r>
    </w:p>
    <w:p>
      <w:pPr>
        <w:jc w:val="right"/>
      </w:pPr>
      <w:r>
        <w:t>تو میں نے کہا کہ دیکھیے پہلی بات یہ ہے کہ اپ کریٹیسزم کو بالکل اپنے لیے حرام سمجھ لیجئے اپ کو کریٹیسزم کرنا ہی نہیں ہے</w:t>
      </w:r>
    </w:p>
    <w:p>
      <w:r>
        <w:rPr>
          <w:b/>
        </w:rPr>
        <w:t xml:space="preserve">[24:58] </w:t>
      </w:r>
      <w:r>
        <w:t>to phir unhon ne kaha ke kaise phir kiya karein hum to un ko main ne apni char</w:t>
      </w:r>
    </w:p>
    <w:p>
      <w:pPr>
        <w:jc w:val="right"/>
      </w:pPr>
      <w:r>
        <w:t>تو پھر انہوں نے کہا کہ کیسے پھر کیا کریں ہم تو ان کو میں نے اپنی چار</w:t>
      </w:r>
    </w:p>
    <w:p>
      <w:r>
        <w:rPr>
          <w:b/>
        </w:rPr>
        <w:t xml:space="preserve">[25:02] </w:t>
      </w:r>
      <w:r>
        <w:t>kitabein jo hain un ko kaha ke is ko lijiye</w:t>
      </w:r>
    </w:p>
    <w:p>
      <w:pPr>
        <w:jc w:val="right"/>
      </w:pPr>
      <w:r>
        <w:t>کتابیں جو ہیں ان کو کہا کہ اس کو لیجئے</w:t>
      </w:r>
    </w:p>
    <w:p>
      <w:r>
        <w:rPr>
          <w:b/>
        </w:rPr>
        <w:t xml:space="preserve">[25:06] </w:t>
      </w:r>
      <w:r>
        <w:t>isi ko parhte rahiye isi ke mutabiq boliye ap wo char kitabein hain raaz hayat tameer hayat rehnumai</w:t>
      </w:r>
    </w:p>
    <w:p>
      <w:pPr>
        <w:jc w:val="right"/>
      </w:pPr>
      <w:r>
        <w:t>اسی کو پڑھتے رہیے اسی کے مطابق بولیے اپ وہ چار کتابیں ہیں راز حیات تعمیر حیات رہنمائی</w:t>
      </w:r>
    </w:p>
    <w:p>
      <w:r>
        <w:rPr>
          <w:b/>
        </w:rPr>
        <w:t xml:space="preserve">[25:14] </w:t>
      </w:r>
      <w:r>
        <w:t>hayat aur kitab zindagi</w:t>
      </w:r>
    </w:p>
    <w:p>
      <w:pPr>
        <w:jc w:val="right"/>
      </w:pPr>
      <w:r>
        <w:t>حیات اور کتاب زندگی</w:t>
      </w:r>
    </w:p>
    <w:p>
      <w:r>
        <w:rPr>
          <w:b/>
        </w:rPr>
        <w:t xml:space="preserve">[25:18] </w:t>
      </w:r>
      <w:r>
        <w:t>raaz hayat tameer hayat rehnumai hayat kitab zindagi yeh char kitabein main ne kaha le kar jaiye ap</w:t>
      </w:r>
    </w:p>
    <w:p>
      <w:pPr>
        <w:jc w:val="right"/>
      </w:pPr>
      <w:r>
        <w:t>راز حیات تعمیر حیات رہنمائی حیات کتاب زندگی یہ چار کتابیں میں نے کہا لے کر جائیے اپ</w:t>
      </w:r>
    </w:p>
    <w:p>
      <w:r>
        <w:rPr>
          <w:b/>
        </w:rPr>
        <w:t xml:space="preserve">[25:24] </w:t>
      </w:r>
      <w:r>
        <w:t>isi ko parhiye aur isi ke mutabiq boliye</w:t>
      </w:r>
    </w:p>
    <w:p>
      <w:pPr>
        <w:jc w:val="right"/>
      </w:pPr>
      <w:r>
        <w:t>اسی کو پڑھیے اور اسی کے مطابق بولیے</w:t>
      </w:r>
    </w:p>
    <w:p>
      <w:r>
        <w:rPr>
          <w:b/>
        </w:rPr>
        <w:t xml:space="preserve">[25:29] </w:t>
      </w:r>
      <w:r>
        <w:t>aur main ne kaha ke aaj to ap ke pas kuch bhi nahi hai</w:t>
      </w:r>
    </w:p>
    <w:p>
      <w:pPr>
        <w:jc w:val="right"/>
      </w:pPr>
      <w:r>
        <w:t>اور میں نے کہا کہ اج تو اپ کے پاس کچھ بھی نہیں ہے</w:t>
      </w:r>
    </w:p>
    <w:p>
      <w:r>
        <w:rPr>
          <w:b/>
        </w:rPr>
        <w:t xml:space="preserve">[25:33] </w:t>
      </w:r>
      <w:r>
        <w:t>lekin is bohat jald aisa hoga ap ke pas mobile ho jaye ga ap ke pas sab cheez</w:t>
      </w:r>
    </w:p>
    <w:p>
      <w:pPr>
        <w:jc w:val="right"/>
      </w:pPr>
      <w:r>
        <w:t>لیکن اس بہت جلد ایسا ہوگا اپ کے پاس موبائل ہو جائے گا اپ کے پاس سب چیز</w:t>
      </w:r>
    </w:p>
    <w:p>
      <w:r>
        <w:rPr>
          <w:b/>
        </w:rPr>
        <w:t xml:space="preserve">[25:38] </w:t>
      </w:r>
      <w:r>
        <w:t>ho jaye gi ap ke pas car ho jaye gi sab cheez ho jaye gi lekin ap isi</w:t>
      </w:r>
    </w:p>
    <w:p>
      <w:pPr>
        <w:jc w:val="right"/>
      </w:pPr>
      <w:r>
        <w:t>ہو جائے گی اپ کے پاس کار ہو جائے گی سب چیز ہو جائے گی لیکن اپ اسی</w:t>
      </w:r>
    </w:p>
    <w:p>
      <w:r>
        <w:rPr>
          <w:b/>
        </w:rPr>
        <w:t xml:space="preserve">[25:42] </w:t>
      </w:r>
      <w:r>
        <w:t>ko kijiye to khair unhon ne pakar li meri baat</w:t>
      </w:r>
    </w:p>
    <w:p>
      <w:pPr>
        <w:jc w:val="right"/>
      </w:pPr>
      <w:r>
        <w:t>کو کیجئے تو خیر انہوں نے پکڑ لی میری بات</w:t>
      </w:r>
    </w:p>
    <w:p>
      <w:r>
        <w:rPr>
          <w:b/>
        </w:rPr>
        <w:t xml:space="preserve">[25:48] </w:t>
      </w:r>
      <w:r>
        <w:t>ab ab un ka telephone aata rehta hai</w:t>
      </w:r>
    </w:p>
    <w:p>
      <w:pPr>
        <w:jc w:val="right"/>
      </w:pPr>
      <w:r>
        <w:t>اب اب ان کا ٹیلی فون اتا رہتا ہے</w:t>
      </w:r>
    </w:p>
    <w:p>
      <w:r>
        <w:rPr>
          <w:b/>
        </w:rPr>
        <w:t xml:space="preserve">[25:52] </w:t>
      </w:r>
      <w:r>
        <w:t>ke waqatan sab kuch un ke pas ho gaya</w:t>
      </w:r>
    </w:p>
    <w:p>
      <w:pPr>
        <w:jc w:val="right"/>
      </w:pPr>
      <w:r>
        <w:t>کہ واقعتا سب کچھ ان کے پاس ہو گیا</w:t>
      </w:r>
    </w:p>
    <w:p>
      <w:r>
        <w:rPr>
          <w:b/>
        </w:rPr>
        <w:t xml:space="preserve">[25:56] </w:t>
      </w:r>
      <w:r>
        <w:t>apna telephone un ke pas ho gaya apni car un ke pas ho gayi aur masjid mein</w:t>
      </w:r>
    </w:p>
    <w:p>
      <w:pPr>
        <w:jc w:val="right"/>
      </w:pPr>
      <w:r>
        <w:t>اپنا ٹیلی فون ان کے پاس ہو گیا اپنی کار ان کے پاس ہو گئی اور مسجد میں</w:t>
      </w:r>
    </w:p>
    <w:p>
      <w:r>
        <w:rPr>
          <w:b/>
        </w:rPr>
        <w:t xml:space="preserve">[26:02] </w:t>
      </w:r>
      <w:r>
        <w:t>un ki taqreer jo hoti hai bohat pasand karte hain log</w:t>
      </w:r>
    </w:p>
    <w:p>
      <w:pPr>
        <w:jc w:val="right"/>
      </w:pPr>
      <w:r>
        <w:t>ان کی تقریر جو ہوتی ہے بہت پسند کرتے ہیں لوگ</w:t>
      </w:r>
    </w:p>
    <w:p>
      <w:r>
        <w:rPr>
          <w:b/>
        </w:rPr>
        <w:t xml:space="preserve">[26:05] </w:t>
      </w:r>
      <w:r>
        <w:t>madrasay mein bohat zyada wo pasand kiye jatay hain wo har jagah kyunke wo intelligent thay wo lekin</w:t>
      </w:r>
    </w:p>
    <w:p>
      <w:pPr>
        <w:jc w:val="right"/>
      </w:pPr>
      <w:r>
        <w:t>مدرسے میں بہت زیادہ وہ پسند کیے جاتے ہیں وہ ہر جگہ کیونکہ وہ انٹیلیجنٹ تھے وہ لیکن</w:t>
      </w:r>
    </w:p>
    <w:p>
      <w:r>
        <w:rPr>
          <w:b/>
        </w:rPr>
        <w:t xml:space="preserve">[26:12] </w:t>
      </w:r>
      <w:r>
        <w:t>apni apne zehanat</w:t>
      </w:r>
    </w:p>
    <w:p>
      <w:pPr>
        <w:jc w:val="right"/>
      </w:pPr>
      <w:r>
        <w:t>اپنی اپنے ذہانت</w:t>
      </w:r>
    </w:p>
    <w:p>
      <w:r>
        <w:rPr>
          <w:b/>
        </w:rPr>
        <w:t xml:space="preserve">[26:14] </w:t>
      </w:r>
      <w:r>
        <w:t>کو اپنی عقل کو استعمال کر رہے تھے criticism میں</w:t>
      </w:r>
    </w:p>
    <w:p>
      <w:pPr>
        <w:jc w:val="right"/>
      </w:pPr>
      <w:r>
        <w:t>کو اپنی عقل کو استعمال کر رہے تھے کریٹیسزم میں</w:t>
      </w:r>
    </w:p>
    <w:p>
      <w:r>
        <w:rPr>
          <w:b/>
        </w:rPr>
        <w:t xml:space="preserve">[26:19] </w:t>
      </w:r>
      <w:r>
        <w:t>ab unhon ne istemal kiya karna shuru kiya yani is ko</w:t>
      </w:r>
    </w:p>
    <w:p>
      <w:pPr>
        <w:jc w:val="right"/>
      </w:pPr>
      <w:r>
        <w:t>اب انہوں نے استعمال کیا کرنا شروع کیا یعنی اس کو</w:t>
      </w:r>
    </w:p>
    <w:p>
      <w:r>
        <w:rPr>
          <w:b/>
        </w:rPr>
        <w:t xml:space="preserve">[26:25] </w:t>
      </w:r>
      <w:r>
        <w:t>constructive way mein to wahi wo wanted ban gaye pehle un wanted thay ab wanted ban gaye to</w:t>
      </w:r>
    </w:p>
    <w:p>
      <w:pPr>
        <w:jc w:val="right"/>
      </w:pPr>
      <w:r>
        <w:t>کنسٹرکٹو وے میں تو وہی وہ وانٹڈ بن گئے پہلے ان وانٹڈ تھے اب وانٹڈ بن گئے تو</w:t>
      </w:r>
    </w:p>
    <w:p>
      <w:r>
        <w:rPr>
          <w:b/>
        </w:rPr>
        <w:t xml:space="preserve">[26:32] </w:t>
      </w:r>
      <w:r>
        <w:t>criticism ka rasta jo tha woh bhatka hua rasta tha</w:t>
      </w:r>
    </w:p>
    <w:p>
      <w:pPr>
        <w:jc w:val="right"/>
      </w:pPr>
      <w:r>
        <w:t>کریٹیسزم کا راستہ جو تھا وہ بھٹکا ہوا راستہ تھا</w:t>
      </w:r>
    </w:p>
    <w:p>
      <w:r>
        <w:rPr>
          <w:b/>
        </w:rPr>
        <w:t xml:space="preserve">[26:36] </w:t>
      </w:r>
      <w:r>
        <w:t>aur constructive rasta jo tha woh state path tha</w:t>
      </w:r>
    </w:p>
    <w:p>
      <w:pPr>
        <w:jc w:val="right"/>
      </w:pPr>
      <w:r>
        <w:t>اور کنسٹرکٹو راستہ جو تھا وہ اسٹیٹ پاتھ تھا</w:t>
      </w:r>
    </w:p>
    <w:p>
      <w:r>
        <w:rPr>
          <w:b/>
        </w:rPr>
        <w:t xml:space="preserve">[26:41] </w:t>
      </w:r>
      <w:r>
        <w:t>yeh dekhiye ke individual aur</w:t>
      </w:r>
    </w:p>
    <w:p>
      <w:pPr>
        <w:jc w:val="right"/>
      </w:pPr>
      <w:r>
        <w:t>یہ دیکھیے کہ انڈیویجول اور</w:t>
      </w:r>
    </w:p>
    <w:p>
      <w:r>
        <w:rPr>
          <w:b/>
        </w:rPr>
        <w:t xml:space="preserve">[26:46] </w:t>
      </w:r>
      <w:r>
        <w:t>poori society aur poori nation ya poori state har jagah yahi tareeqa</w:t>
      </w:r>
    </w:p>
    <w:p>
      <w:pPr>
        <w:jc w:val="right"/>
      </w:pPr>
      <w:r>
        <w:t>پوری سوسائٹی اور پوری نیشن یا پوری اسٹیٹ ہر جگہ یہی طریقہ</w:t>
      </w:r>
    </w:p>
    <w:p>
      <w:r>
        <w:rPr>
          <w:b/>
        </w:rPr>
        <w:t xml:space="preserve">[26:51] </w:t>
      </w:r>
      <w:r>
        <w:t>yeh yahi principle hai isi principle ko har jagah</w:t>
      </w:r>
    </w:p>
    <w:p>
      <w:pPr>
        <w:jc w:val="right"/>
      </w:pPr>
      <w:r>
        <w:t>یہ یہی پرنسپل ہے اسی پرنسپل کو ہر جگہ</w:t>
      </w:r>
    </w:p>
    <w:p>
      <w:r>
        <w:rPr>
          <w:b/>
        </w:rPr>
        <w:t xml:space="preserve">[26:56] </w:t>
      </w:r>
      <w:r>
        <w:t>chalana hai yani state path par chalna hai aur</w:t>
      </w:r>
    </w:p>
    <w:p>
      <w:pPr>
        <w:jc w:val="right"/>
      </w:pPr>
      <w:r>
        <w:t>چلانا ہے یعنی اسٹیٹ پاتھ پر چلنا ہے اور</w:t>
      </w:r>
    </w:p>
    <w:p>
      <w:r>
        <w:rPr>
          <w:b/>
        </w:rPr>
        <w:t xml:space="preserve">[27:01] </w:t>
      </w:r>
      <w:r>
        <w:t>deviated path se apne ko bachana hai unfortunately yeh poori history mein yahi ho raha hai</w:t>
      </w:r>
    </w:p>
    <w:p>
      <w:pPr>
        <w:jc w:val="right"/>
      </w:pPr>
      <w:r>
        <w:t>ڈیویٹڈ پاتھ سے اپنے کو بچانا ہے انفارچونیٹلی یہ پوری ہسٹری میں یہی ہو رہا ہے</w:t>
      </w:r>
    </w:p>
    <w:p>
      <w:r>
        <w:rPr>
          <w:b/>
        </w:rPr>
        <w:t xml:space="preserve">[27:09] </w:t>
      </w:r>
      <w:r>
        <w:t>abhi mein subah parh raha tha plato ka qissa plato aur alexander ka aaj hi subah</w:t>
      </w:r>
    </w:p>
    <w:p>
      <w:pPr>
        <w:jc w:val="right"/>
      </w:pPr>
      <w:r>
        <w:t>ابھی میں صبح پڑھ رہا تھا پلیٹو کا قصہ پلیٹو اور الیگزینڈر کا اج ہی صبح</w:t>
      </w:r>
    </w:p>
    <w:p>
      <w:r>
        <w:rPr>
          <w:b/>
        </w:rPr>
        <w:t xml:space="preserve">[27:18] </w:t>
      </w:r>
      <w:r>
        <w:t>to plato ne jo ke</w:t>
      </w:r>
    </w:p>
    <w:p>
      <w:pPr>
        <w:jc w:val="right"/>
      </w:pPr>
      <w:r>
        <w:t>تو پلیٹو نے جو کہ</w:t>
      </w:r>
    </w:p>
    <w:p>
      <w:r>
        <w:rPr>
          <w:b/>
        </w:rPr>
        <w:t xml:space="preserve">[27:22] </w:t>
      </w:r>
      <w:r>
        <w:t>yunan ka ek philosopher tha yani</w:t>
      </w:r>
    </w:p>
    <w:p>
      <w:pPr>
        <w:jc w:val="right"/>
      </w:pPr>
      <w:r>
        <w:t>یونان کا ایک فلاسفر تھا یعنی</w:t>
      </w:r>
    </w:p>
    <w:p>
      <w:r>
        <w:rPr>
          <w:b/>
        </w:rPr>
        <w:t xml:space="preserve">[27:28] </w:t>
      </w:r>
      <w:r>
        <w:t>fourth century bc ka aadmi tha woh yeh had basirat se char sau saal pehle ka zamana</w:t>
      </w:r>
    </w:p>
    <w:p>
      <w:pPr>
        <w:jc w:val="right"/>
      </w:pPr>
      <w:r>
        <w:t>فورتھ سینچری بی سی کا ادمی تھا وہ یہ حد بصیرت سے چار سو سال پہلے کا زمانہ</w:t>
      </w:r>
    </w:p>
    <w:p>
      <w:r>
        <w:rPr>
          <w:b/>
        </w:rPr>
        <w:t xml:space="preserve">[27:34] </w:t>
      </w:r>
      <w:r>
        <w:t>hai iska</w:t>
      </w:r>
    </w:p>
    <w:p>
      <w:pPr>
        <w:jc w:val="right"/>
      </w:pPr>
      <w:r>
        <w:t>ہے اس کا</w:t>
      </w:r>
    </w:p>
    <w:p>
      <w:r>
        <w:rPr>
          <w:b/>
        </w:rPr>
        <w:t xml:space="preserve">[27:36] </w:t>
      </w:r>
      <w:r>
        <w:t>to bohat bara dimagh tha iska to usne ek ek banaya apna zehn mein ke ideal</w:t>
      </w:r>
    </w:p>
    <w:p>
      <w:pPr>
        <w:jc w:val="right"/>
      </w:pPr>
      <w:r>
        <w:t>تو بہت بڑا دماغ تھا اس کا تو اس نے ایک ایک بنایا اپنا ذہن میں کہ ائیڈیل</w:t>
      </w:r>
    </w:p>
    <w:p>
      <w:r>
        <w:rPr>
          <w:b/>
        </w:rPr>
        <w:t xml:space="preserve">[27:44] </w:t>
      </w:r>
      <w:r>
        <w:t>state to athens</w:t>
      </w:r>
    </w:p>
    <w:p>
      <w:pPr>
        <w:jc w:val="right"/>
      </w:pPr>
      <w:r>
        <w:t>اسٹیٹ تو ایتھنز</w:t>
      </w:r>
    </w:p>
    <w:p>
      <w:r>
        <w:rPr>
          <w:b/>
        </w:rPr>
        <w:t xml:space="preserve">[27:46] </w:t>
      </w:r>
      <w:r>
        <w:t>mein usne ek academy banai</w:t>
      </w:r>
    </w:p>
    <w:p>
      <w:pPr>
        <w:jc w:val="right"/>
      </w:pPr>
      <w:r>
        <w:t>میں اس نے ایک اکیڈمی بنائی</w:t>
      </w:r>
    </w:p>
    <w:p>
      <w:r>
        <w:rPr>
          <w:b/>
        </w:rPr>
        <w:t xml:space="preserve">[27:50] </w:t>
      </w:r>
      <w:r>
        <w:t>athens mein usne ek academy banai aur basically woh royalty ke liye banai yani wahan ke jo</w:t>
      </w:r>
    </w:p>
    <w:p>
      <w:pPr>
        <w:jc w:val="right"/>
      </w:pPr>
      <w:r>
        <w:t>ایتھنز میں اس نے ایک اکیڈمی بنائی اور بیسیکلی وہ رائلٹی کے لیے بنائی یعنی وہاں کے جو</w:t>
      </w:r>
    </w:p>
    <w:p>
      <w:r>
        <w:rPr>
          <w:b/>
        </w:rPr>
        <w:t xml:space="preserve">[27:57] </w:t>
      </w:r>
      <w:r>
        <w:t>badshah tha wahan ka uske jo shehzade thay woh is mein parhte thay</w:t>
      </w:r>
    </w:p>
    <w:p>
      <w:pPr>
        <w:jc w:val="right"/>
      </w:pPr>
      <w:r>
        <w:t>بادشاہ تھا وہاں کا اس کے جو شہزادے تھے وہ اس میں پڑھتے تھے</w:t>
      </w:r>
    </w:p>
    <w:p>
      <w:r>
        <w:rPr>
          <w:b/>
        </w:rPr>
        <w:t xml:space="preserve">[28:04] </w:t>
      </w:r>
      <w:r>
        <w:t>to ek royal academy thi woh alexander uska disciple tha</w:t>
      </w:r>
    </w:p>
    <w:p>
      <w:pPr>
        <w:jc w:val="right"/>
      </w:pPr>
      <w:r>
        <w:t>تو ایک رائل اکیڈمی تھی وہ الیگزینڈر اس کا ڈسائپل تھا</w:t>
      </w:r>
    </w:p>
    <w:p>
      <w:r>
        <w:rPr>
          <w:b/>
        </w:rPr>
        <w:t xml:space="preserve">[28:11] </w:t>
      </w:r>
      <w:r>
        <w:t>aur bohat hi zyada manta tha isko to uska uski soch kya thi</w:t>
      </w:r>
    </w:p>
    <w:p>
      <w:pPr>
        <w:jc w:val="right"/>
      </w:pPr>
      <w:r>
        <w:t>اور بہت ہی زیادہ مانتا تھا اس کو تو اس کا اس کی سوچ کیا تھی</w:t>
      </w:r>
    </w:p>
    <w:p>
      <w:r>
        <w:rPr>
          <w:b/>
        </w:rPr>
        <w:t xml:space="preserve">[28:17] </w:t>
      </w:r>
      <w:r>
        <w:t>ke yunan mein yani peace mein ek achi state banai jaye iske liye tayyar kiya usne</w:t>
      </w:r>
    </w:p>
    <w:p>
      <w:pPr>
        <w:jc w:val="right"/>
      </w:pPr>
      <w:r>
        <w:t>کہ یونان میں یعنی پیس میں ایک اچھی اسٹیٹ بنائی جائے اس کے لیے تیار کیا اس نے</w:t>
      </w:r>
    </w:p>
    <w:p>
      <w:r>
        <w:rPr>
          <w:b/>
        </w:rPr>
        <w:t xml:space="preserve">[28:25] </w:t>
      </w:r>
      <w:r>
        <w:t>alexander ko jo ab alexander the great kaha jata hai</w:t>
      </w:r>
    </w:p>
    <w:p>
      <w:pPr>
        <w:jc w:val="right"/>
      </w:pPr>
      <w:r>
        <w:t>الیگزینڈر کو جو اب الیگزینڈر دا گریٹ کہا جاتا ہے</w:t>
      </w:r>
    </w:p>
    <w:p>
      <w:r>
        <w:rPr>
          <w:b/>
        </w:rPr>
        <w:t xml:space="preserve">[28:30] </w:t>
      </w:r>
      <w:r>
        <w:t>alexander the great ko is</w:t>
      </w:r>
    </w:p>
    <w:p>
      <w:pPr>
        <w:jc w:val="right"/>
      </w:pPr>
      <w:r>
        <w:t>الیگزینڈر دا گریٹ کو اس</w:t>
      </w:r>
    </w:p>
    <w:p>
      <w:r>
        <w:rPr>
          <w:b/>
        </w:rPr>
        <w:t xml:space="preserve">[28:31] </w:t>
      </w:r>
      <w:r>
        <w:t>ne tayyar kiya ke woh</w:t>
      </w:r>
    </w:p>
    <w:p>
      <w:pPr>
        <w:jc w:val="right"/>
      </w:pPr>
      <w:r>
        <w:t>نے تیار کیا کہ وہ</w:t>
      </w:r>
    </w:p>
    <w:p>
      <w:r>
        <w:rPr>
          <w:b/>
        </w:rPr>
        <w:t xml:space="preserve">[28:34] </w:t>
      </w:r>
      <w:r>
        <w:t>ek achi state banaye</w:t>
      </w:r>
    </w:p>
    <w:p>
      <w:pPr>
        <w:jc w:val="right"/>
      </w:pPr>
      <w:r>
        <w:t>ایک اچھی اسٹیٹ بنائے</w:t>
      </w:r>
    </w:p>
    <w:p>
      <w:r>
        <w:rPr>
          <w:b/>
        </w:rPr>
        <w:t xml:space="preserve">[28:37] </w:t>
      </w:r>
      <w:r>
        <w:t>jo doosron ke liye namoona ban bane model bane</w:t>
      </w:r>
    </w:p>
    <w:p>
      <w:pPr>
        <w:jc w:val="right"/>
      </w:pPr>
      <w:r>
        <w:t>جو دوسروں کے لیے نمونہ بن بنے ماڈل بنے</w:t>
      </w:r>
    </w:p>
    <w:p>
      <w:r>
        <w:rPr>
          <w:b/>
        </w:rPr>
        <w:t xml:space="preserve">[28:43] </w:t>
      </w:r>
      <w:r>
        <w:t>to sari koshish ki is ne is ke liye lekin kya hua jab alexander ko throne mila crown</w:t>
      </w:r>
    </w:p>
    <w:p>
      <w:pPr>
        <w:jc w:val="right"/>
      </w:pPr>
      <w:r>
        <w:t>تو ساری کوشش کی اس نے اس کے لیے لیکن کیا ہوا جب الیگزینڈر کو تھرون ملا کراؤن</w:t>
      </w:r>
    </w:p>
    <w:p>
      <w:r>
        <w:rPr>
          <w:b/>
        </w:rPr>
        <w:t xml:space="preserve">[28:51] </w:t>
      </w:r>
      <w:r>
        <w:t>mila us ko apne baap ke marne ke baad to kya hua wahi hua jo lord acton ne</w:t>
      </w:r>
    </w:p>
    <w:p>
      <w:pPr>
        <w:jc w:val="right"/>
      </w:pPr>
      <w:r>
        <w:t>ملا اس کو اپنے باپ کے مرنے کے بعد تو کیا ہوا وہی ہوا جو لارڈ ایکٹر نے</w:t>
      </w:r>
    </w:p>
    <w:p>
      <w:r>
        <w:rPr>
          <w:b/>
        </w:rPr>
        <w:t xml:space="preserve">[28:58] </w:t>
      </w:r>
      <w:r>
        <w:t>kaha hai ke power corrupts and absolutely power corrupts absolutely</w:t>
      </w:r>
    </w:p>
    <w:p>
      <w:pPr>
        <w:jc w:val="right"/>
      </w:pPr>
      <w:r>
        <w:t>کہا ہے کہ پاور کرپس اینڈ ایبسولیوٹ پاور کرپس ایبسولیوٹلی</w:t>
      </w:r>
    </w:p>
    <w:p>
      <w:r>
        <w:rPr>
          <w:b/>
        </w:rPr>
        <w:t xml:space="preserve">[29:04] </w:t>
      </w:r>
      <w:r>
        <w:t>yani ab is ke dimagh mein ek aur baat aa gayi</w:t>
      </w:r>
    </w:p>
    <w:p>
      <w:pPr>
        <w:jc w:val="right"/>
      </w:pPr>
      <w:r>
        <w:t>یعنی اب اس کے دماغ میں ایک اور بات اگئی</w:t>
      </w:r>
    </w:p>
    <w:p>
      <w:r>
        <w:rPr>
          <w:b/>
        </w:rPr>
        <w:t xml:space="preserve">[29:08] </w:t>
      </w:r>
      <w:r>
        <w:t>yani greece mein ek achhi state banane ke bajaye sari dunya mein apna jhanda lehrana sari dunya ko</w:t>
      </w:r>
    </w:p>
    <w:p>
      <w:pPr>
        <w:jc w:val="right"/>
      </w:pPr>
      <w:r>
        <w:t>یعنی گریس میں ایک اچھی اسٹیٹ بنانے کے بجائے سارے دنیا میں اپنا جھنڈا لہرانا سارے دنیا کو</w:t>
      </w:r>
    </w:p>
    <w:p>
      <w:r>
        <w:rPr>
          <w:b/>
        </w:rPr>
        <w:t xml:space="preserve">[29:17] </w:t>
      </w:r>
      <w:r>
        <w:t>capture</w:t>
      </w:r>
    </w:p>
    <w:p>
      <w:pPr>
        <w:jc w:val="right"/>
      </w:pPr>
      <w:r>
        <w:t>کیپچر</w:t>
      </w:r>
    </w:p>
    <w:p>
      <w:r>
        <w:rPr>
          <w:b/>
        </w:rPr>
        <w:t xml:space="preserve">[29:17] </w:t>
      </w:r>
      <w:r>
        <w:t>karna ek sari dunya mein apni apna rule qaim karna ye is ne goal bana liya yani plato</w:t>
      </w:r>
    </w:p>
    <w:p>
      <w:pPr>
        <w:jc w:val="right"/>
      </w:pPr>
      <w:r>
        <w:t>کرنا ایک سارے دنیا میں اپنی اپنا رول قائم کرنا یہ اس نے گول بنا لیا یعنی پلیٹو</w:t>
      </w:r>
    </w:p>
    <w:p>
      <w:r>
        <w:rPr>
          <w:b/>
        </w:rPr>
        <w:t xml:space="preserve">[29:27] </w:t>
      </w:r>
      <w:r>
        <w:t>ne chaha tha ke is ka goal ye ho ke greece mein ek achhi state banana hai ek</w:t>
      </w:r>
    </w:p>
    <w:p>
      <w:pPr>
        <w:jc w:val="right"/>
      </w:pPr>
      <w:r>
        <w:t>نے چاہا تھا کہ اس کا گول یہ ہو کہ گریس میں ایک اچھی اسٹیٹ بنانا ہے ایک</w:t>
      </w:r>
    </w:p>
    <w:p>
      <w:r>
        <w:rPr>
          <w:b/>
        </w:rPr>
        <w:t xml:space="preserve">[29:32] </w:t>
      </w:r>
      <w:r>
        <w:t>model state lekin</w:t>
      </w:r>
    </w:p>
    <w:p>
      <w:pPr>
        <w:jc w:val="right"/>
      </w:pPr>
      <w:r>
        <w:t>ماڈل اسٹیٹ لیکن</w:t>
      </w:r>
    </w:p>
    <w:p>
      <w:r>
        <w:rPr>
          <w:b/>
        </w:rPr>
        <w:t xml:space="preserve">[29:36] </w:t>
      </w:r>
      <w:r>
        <w:t>is ne deviate kiya yani seedha rasta is ka ye tha ke jo is ne seekha tha jo</w:t>
      </w:r>
    </w:p>
    <w:p>
      <w:pPr>
        <w:jc w:val="right"/>
      </w:pPr>
      <w:r>
        <w:t>اس نے ڈیویٹ کیا یعنی سیدھا راستہ اس کا یہ تھا کہ جو اس نے سیکھا تھا جو</w:t>
      </w:r>
    </w:p>
    <w:p>
      <w:r>
        <w:rPr>
          <w:b/>
        </w:rPr>
        <w:t xml:space="preserve">[29:43] </w:t>
      </w:r>
      <w:r>
        <w:t>parha tha jo plato ne is ko tayyar kiya tha is ko wo istemal kare seedhe raste mein</w:t>
      </w:r>
    </w:p>
    <w:p>
      <w:pPr>
        <w:jc w:val="right"/>
      </w:pPr>
      <w:r>
        <w:t>پڑھا تھا جو پلیٹو نے اس کو تیار کیا تھا اس کو وہ استعمال کرے سیدھے راستے میں</w:t>
      </w:r>
    </w:p>
    <w:p>
      <w:r>
        <w:rPr>
          <w:b/>
        </w:rPr>
        <w:t xml:space="preserve">[29:49] </w:t>
      </w:r>
      <w:r>
        <w:t>yani ek achhi state banaye greece mein lekin is ko aa gaya ke bhai sari dunya mein apna rule</w:t>
      </w:r>
    </w:p>
    <w:p>
      <w:pPr>
        <w:jc w:val="right"/>
      </w:pPr>
      <w:r>
        <w:t>یعنی ایک اچھی اسٹیٹ بنائے گریس میں لیکن اس کو اگیا کہ بھئی سارے دنیا میں اپنا رول</w:t>
      </w:r>
    </w:p>
    <w:p>
      <w:r>
        <w:rPr>
          <w:b/>
        </w:rPr>
        <w:t xml:space="preserve">[29:57] </w:t>
      </w:r>
      <w:r>
        <w:t>qaim karna hai</w:t>
      </w:r>
    </w:p>
    <w:p>
      <w:pPr>
        <w:jc w:val="right"/>
      </w:pPr>
      <w:r>
        <w:t>قائم کرنا ہے</w:t>
      </w:r>
    </w:p>
    <w:p>
      <w:r>
        <w:rPr>
          <w:b/>
        </w:rPr>
        <w:t xml:space="preserve">[29:59] </w:t>
      </w:r>
      <w:r>
        <w:t>wo nikal pada younan se aur</w:t>
      </w:r>
    </w:p>
    <w:p>
      <w:pPr>
        <w:jc w:val="right"/>
      </w:pPr>
      <w:r>
        <w:t>وہ نکل پڑا یونان سے اور</w:t>
      </w:r>
    </w:p>
    <w:p>
      <w:r>
        <w:rPr>
          <w:b/>
        </w:rPr>
        <w:t xml:space="preserve">[30:04] </w:t>
      </w:r>
      <w:r>
        <w:t>mulkon mulkon ko fateh karne laga lekin anjam kya hua aap jante hain anjam ye hua</w:t>
      </w:r>
    </w:p>
    <w:p>
      <w:pPr>
        <w:jc w:val="right"/>
      </w:pPr>
      <w:r>
        <w:t>ملکوں ملکوں کو فتح کرنے لگا لیکن انجام کیا ہوا اپ جانتے ہیں انجام یہ ہوا</w:t>
      </w:r>
    </w:p>
    <w:p>
      <w:r>
        <w:rPr>
          <w:b/>
        </w:rPr>
        <w:t xml:space="preserve">[30:11] </w:t>
      </w:r>
      <w:r>
        <w:t>ke wo abhi zyada umar nahi thi us ki kuch is ki us ko kuch victory hui thi</w:t>
      </w:r>
    </w:p>
    <w:p>
      <w:pPr>
        <w:jc w:val="right"/>
      </w:pPr>
      <w:r>
        <w:t>کہ وہ ابھی زیادہ عمر نہیں تھی اس کی کچھ اس کی اس کو کچھ وکٹری ہوئی تھی</w:t>
      </w:r>
    </w:p>
    <w:p>
      <w:r>
        <w:rPr>
          <w:b/>
        </w:rPr>
        <w:t xml:space="preserve">[30:17] </w:t>
      </w:r>
      <w:r>
        <w:t>kuch fateh hui thi kuch kuch fatahat hui thi is ki to is ne ek din kya hua</w:t>
      </w:r>
    </w:p>
    <w:p>
      <w:pPr>
        <w:jc w:val="right"/>
      </w:pPr>
      <w:r>
        <w:t>کچھ فتح ہوئی تھی کچھ کچھ فتوحات ہوئی تھیں اس کی تو اس نے ایک دن کیا ہوا</w:t>
      </w:r>
    </w:p>
    <w:p>
      <w:r>
        <w:rPr>
          <w:b/>
        </w:rPr>
        <w:t xml:space="preserve">[30:23] </w:t>
      </w:r>
      <w:r>
        <w:t>ke sari raat khushi manai khoob sharab pi khoob khaya piya yani overeating kar dali</w:t>
      </w:r>
    </w:p>
    <w:p>
      <w:pPr>
        <w:jc w:val="right"/>
      </w:pPr>
      <w:r>
        <w:t>کہ ساری رات خوشی منائی خوب شراب پی خوب کھایا پیا یعنی اوور ایٹنگ کر ڈالی</w:t>
      </w:r>
    </w:p>
    <w:p>
      <w:r>
        <w:rPr>
          <w:b/>
        </w:rPr>
        <w:t xml:space="preserve">[30:31] </w:t>
      </w:r>
      <w:r>
        <w:t>overeating isi mein wo mar gaya wo</w:t>
      </w:r>
    </w:p>
    <w:p>
      <w:pPr>
        <w:jc w:val="right"/>
      </w:pPr>
      <w:r>
        <w:t>اوور ایٹنگ اسی میں وہ مر گیا وہ</w:t>
      </w:r>
    </w:p>
    <w:p>
      <w:r>
        <w:rPr>
          <w:b/>
        </w:rPr>
        <w:t xml:space="preserve">[30:35] </w:t>
      </w:r>
      <w:r>
        <w:t>phir zinda nahi bacha</w:t>
      </w:r>
    </w:p>
    <w:p>
      <w:pPr>
        <w:jc w:val="right"/>
      </w:pPr>
      <w:r>
        <w:t>پھر زندہ نہیں بچا</w:t>
      </w:r>
    </w:p>
    <w:p>
      <w:r>
        <w:rPr>
          <w:b/>
        </w:rPr>
        <w:t xml:space="preserve">[30:40] </w:t>
      </w:r>
      <w:r>
        <w:t>to agar is ne deviate na kiya hota agar wo sach much plato ke raste par rehta to</w:t>
      </w:r>
    </w:p>
    <w:p>
      <w:pPr>
        <w:jc w:val="right"/>
      </w:pPr>
      <w:r>
        <w:t>تو اگر اس نے ڈیویٹ نہ کیا ہوتا اگر وہ سچ مچ پلیٹو کے راستے پر رہتا تو</w:t>
      </w:r>
    </w:p>
    <w:p>
      <w:r>
        <w:rPr>
          <w:b/>
        </w:rPr>
        <w:t xml:space="preserve">[30:46] </w:t>
      </w:r>
      <w:r>
        <w:t>main samajhta hoon ke wo ho sakta hai ke greece mein ek model state bana leta ho lekin</w:t>
      </w:r>
    </w:p>
    <w:p>
      <w:pPr>
        <w:jc w:val="right"/>
      </w:pPr>
      <w:r>
        <w:t>میں سمجھتا ہوں کہ وہ ہو سکتا ہے کہ گریس میں ایک ماڈل اسٹیٹ بن لیتا ہو لیکن</w:t>
      </w:r>
    </w:p>
    <w:p>
      <w:r>
        <w:rPr>
          <w:b/>
        </w:rPr>
        <w:t xml:space="preserve">[30:51] </w:t>
      </w:r>
      <w:r>
        <w:t>sari dunya ko apne qabze mein lena wo kisi bhi ek insan ke liye manageable formula nahi hai</w:t>
      </w:r>
    </w:p>
    <w:p>
      <w:pPr>
        <w:jc w:val="right"/>
      </w:pPr>
      <w:r>
        <w:t>سارے دنیا کو اپنے قبضے میں لینا وہ کسی بھی ایک انسان کے لیے مینیجیبل فارمولا نہیں ہے</w:t>
      </w:r>
    </w:p>
    <w:p>
      <w:r>
        <w:rPr>
          <w:b/>
        </w:rPr>
        <w:t xml:space="preserve">[31:00] </w:t>
      </w:r>
      <w:r>
        <w:t>koi bhi aadmi itna taqatwar nahi hai ke sari dunya ko manage kar sake wo akele ek jagah</w:t>
      </w:r>
    </w:p>
    <w:p>
      <w:pPr>
        <w:jc w:val="right"/>
      </w:pPr>
      <w:r>
        <w:t>کوئی بھی ادمی اتنا طاقتور نہیں ہے کہ ساری دنیا کو مینج کر سکے وہ اکیلے ایک جگہ</w:t>
      </w:r>
    </w:p>
    <w:p>
      <w:r>
        <w:rPr>
          <w:b/>
        </w:rPr>
        <w:t xml:space="preserve">[31:04] </w:t>
      </w:r>
      <w:r>
        <w:t>baith kar ke jis ne bhi aisa chaha wo apne aap ko tabah kiya is ne alexander the</w:t>
      </w:r>
    </w:p>
    <w:p>
      <w:pPr>
        <w:jc w:val="right"/>
      </w:pPr>
      <w:r>
        <w:t>بیٹھ کر کے جس نے بھی ایسا چاہا وہ اپنے اپ کو تباہ کیا اس نے الیگزینڈر دا</w:t>
      </w:r>
    </w:p>
    <w:p>
      <w:r>
        <w:rPr>
          <w:b/>
        </w:rPr>
        <w:t xml:space="preserve">[31:11] </w:t>
      </w:r>
      <w:r>
        <w:t>great ka bhi yahi anjam hua napolean bonapart ka yeh anjam hua hitler ka yeh anjam hua</w:t>
      </w:r>
    </w:p>
    <w:p>
      <w:pPr>
        <w:jc w:val="right"/>
      </w:pPr>
      <w:r>
        <w:t>گریٹ کا بھی یہی انجام ہوا نپولین بونا پارٹ کا یہ انجام ہوا ہٹلر کا یہ انجام ہوا</w:t>
      </w:r>
    </w:p>
    <w:p>
      <w:r>
        <w:rPr>
          <w:b/>
        </w:rPr>
        <w:t xml:space="preserve">[31:18] </w:t>
      </w:r>
      <w:r>
        <w:t>yeh lon bhi chaha ke sari dunya mein apna role qaim karein yahi communist state ka anjam hua</w:t>
      </w:r>
    </w:p>
    <w:p>
      <w:pPr>
        <w:jc w:val="right"/>
      </w:pPr>
      <w:r>
        <w:t>یہ لون بھی چاہا کہ ساری دنیا میں اپنا رول قائم کریں یہی کمیونسٹ اسٹیٹ کا انجام ہوا</w:t>
      </w:r>
    </w:p>
    <w:p>
      <w:r>
        <w:rPr>
          <w:b/>
        </w:rPr>
        <w:t xml:space="preserve">[31:25] </w:t>
      </w:r>
      <w:r>
        <w:t>stalin ke</w:t>
      </w:r>
    </w:p>
    <w:p>
      <w:pPr>
        <w:jc w:val="right"/>
      </w:pPr>
      <w:r>
        <w:t>اسٹالن کے</w:t>
      </w:r>
    </w:p>
    <w:p>
      <w:r>
        <w:rPr>
          <w:b/>
        </w:rPr>
        <w:t xml:space="preserve">[31:26] </w:t>
      </w:r>
      <w:r>
        <w:t>is mein jo bani thi woh bhi chahte the ke sari dunya mein hum communist ki government banayein</w:t>
      </w:r>
    </w:p>
    <w:p>
      <w:pPr>
        <w:jc w:val="right"/>
      </w:pPr>
      <w:r>
        <w:t>اس میں جو بنی تھی وہ بھی چاہتے تھے کہ ساری دنیا میں ہم کمیونسٹ کی گورنمنٹ بنائیں</w:t>
      </w:r>
    </w:p>
    <w:p>
      <w:r>
        <w:rPr>
          <w:b/>
        </w:rPr>
        <w:t xml:space="preserve">[31:31] </w:t>
      </w:r>
      <w:r>
        <w:t>communist government to yeh insan ke liye manageable nahi hai</w:t>
      </w:r>
    </w:p>
    <w:p>
      <w:pPr>
        <w:jc w:val="right"/>
      </w:pPr>
      <w:r>
        <w:t>کمیونسٹ گورنمنٹ تو یہ انسان کے لیے مینیجیبل نہیں ہے</w:t>
      </w:r>
    </w:p>
    <w:p>
      <w:r>
        <w:rPr>
          <w:b/>
        </w:rPr>
        <w:t xml:space="preserve">[31:37] </w:t>
      </w:r>
      <w:r>
        <w:t>koi bhi insan itna taqatwar nahi hai ke ek jagah baith kar ke sari dunya par rule kare</w:t>
      </w:r>
    </w:p>
    <w:p>
      <w:pPr>
        <w:jc w:val="right"/>
      </w:pPr>
      <w:r>
        <w:t>کوئی بھی انسان اتنا طاقتور نہیں ہے کہ ایک جگہ بیٹھ کر کے ساری دنیا پر رول کرے</w:t>
      </w:r>
    </w:p>
    <w:p>
      <w:r>
        <w:rPr>
          <w:b/>
        </w:rPr>
        <w:t xml:space="preserve">[31:41] </w:t>
      </w:r>
      <w:r>
        <w:t>woh yeh nahi kar sakta aadmi to yeh abhi deviation hai agar aap apne manageable limit pe</w:t>
      </w:r>
    </w:p>
    <w:p>
      <w:pPr>
        <w:jc w:val="right"/>
      </w:pPr>
      <w:r>
        <w:t>وہ یہ نہیں کر سکتا ادمی تو یہ ابھی ڈیوی ایشن ہے اگر اپ اپنے مینیجیبل لمٹ پہ</w:t>
      </w:r>
    </w:p>
    <w:p>
      <w:r>
        <w:rPr>
          <w:b/>
        </w:rPr>
        <w:t xml:space="preserve">[31:49] </w:t>
      </w:r>
      <w:r>
        <w:t>rahein to aap right path par hain</w:t>
      </w:r>
    </w:p>
    <w:p>
      <w:pPr>
        <w:jc w:val="right"/>
      </w:pPr>
      <w:r>
        <w:t>رہیں تو اپ رائٹ پاتھ پر ہیں</w:t>
      </w:r>
    </w:p>
    <w:p>
      <w:r>
        <w:rPr>
          <w:b/>
        </w:rPr>
        <w:t xml:space="preserve">[31:54] </w:t>
      </w:r>
      <w:r>
        <w:t>agar aap apni manageable limit pe rahein to aap right path par hain aur agar aap nikal jayein</w:t>
      </w:r>
    </w:p>
    <w:p>
      <w:pPr>
        <w:jc w:val="right"/>
      </w:pPr>
      <w:r>
        <w:t>اگر اپ اپنی مینیجیبل لمٹ پہ رہیں تو اپ رائٹ پاتھ پر ہیں اور اگر اپ نکل جائیں</w:t>
      </w:r>
    </w:p>
    <w:p>
      <w:r>
        <w:rPr>
          <w:b/>
        </w:rPr>
        <w:t xml:space="preserve">[32:00] </w:t>
      </w:r>
      <w:r>
        <w:t>bahir is se</w:t>
      </w:r>
    </w:p>
    <w:p>
      <w:pPr>
        <w:jc w:val="right"/>
      </w:pPr>
      <w:r>
        <w:t>باہر اس سے</w:t>
      </w:r>
    </w:p>
    <w:p>
      <w:r>
        <w:rPr>
          <w:b/>
        </w:rPr>
        <w:t xml:space="preserve">[32:03] </w:t>
      </w:r>
      <w:r>
        <w:t>is limit pe pahunch jayein jo aap ke liye manageable nahi hai to kya hai phir tabahi hai</w:t>
      </w:r>
    </w:p>
    <w:p>
      <w:pPr>
        <w:jc w:val="right"/>
      </w:pPr>
      <w:r>
        <w:t>اس لمٹ پہ پہنچ جائیں جو اپ کے لیے مینیجیبل نہیں ہے تو کیا ہے پھر تباہی ہے</w:t>
      </w:r>
    </w:p>
    <w:p>
      <w:r>
        <w:rPr>
          <w:b/>
        </w:rPr>
        <w:t xml:space="preserve">[32:07] </w:t>
      </w:r>
      <w:r>
        <w:t>tabahi hai tabahi hai</w:t>
      </w:r>
    </w:p>
    <w:p>
      <w:pPr>
        <w:jc w:val="right"/>
      </w:pPr>
      <w:r>
        <w:t>تباہی ہے تباہی ہے</w:t>
      </w:r>
    </w:p>
    <w:p>
      <w:r>
        <w:rPr>
          <w:b/>
        </w:rPr>
        <w:t xml:space="preserve">[32:09] </w:t>
      </w:r>
      <w:r>
        <w:t>yeh hai soch ka sahi tareeqa</w:t>
      </w:r>
    </w:p>
    <w:p>
      <w:pPr>
        <w:jc w:val="right"/>
      </w:pPr>
      <w:r>
        <w:t>یہ ہے سوچ کا صحیح طریقہ</w:t>
      </w:r>
    </w:p>
    <w:p>
      <w:r>
        <w:rPr>
          <w:b/>
        </w:rPr>
        <w:t xml:space="preserve">[32:14] </w:t>
      </w:r>
      <w:r>
        <w:t>ke aap yeh janiye ke what is possible aur what is impossible kisi ka yeh sing bahut mujhe pasand hai</w:t>
      </w:r>
    </w:p>
    <w:p>
      <w:pPr>
        <w:jc w:val="right"/>
      </w:pPr>
      <w:r>
        <w:t>کہ اپ یہ جانیں کہ واٹ از پاسیبل اور واٹ از امپاسیبل کسی کا یہ سینگ بہت مجھے پسند ہے</w:t>
      </w:r>
    </w:p>
    <w:p>
      <w:r>
        <w:rPr>
          <w:b/>
        </w:rPr>
        <w:t xml:space="preserve">[32:26] </w:t>
      </w:r>
      <w:r>
        <w:t>ke politics is the art of the possible</w:t>
      </w:r>
    </w:p>
    <w:p>
      <w:pPr>
        <w:jc w:val="right"/>
      </w:pPr>
      <w:r>
        <w:t>کہ پولیٹسٹ از دا ارٹ اف دا پاسیبل</w:t>
      </w:r>
    </w:p>
    <w:p>
      <w:r>
        <w:rPr>
          <w:b/>
        </w:rPr>
        <w:t xml:space="preserve">[32:31] </w:t>
      </w:r>
      <w:r>
        <w:t>politics is the art of the possible</w:t>
      </w:r>
    </w:p>
    <w:p>
      <w:pPr>
        <w:jc w:val="right"/>
      </w:pPr>
      <w:r>
        <w:t>پولیٹسٹ از دا ارٹ اف دا پاسیبل</w:t>
      </w:r>
    </w:p>
    <w:p>
      <w:r>
        <w:rPr>
          <w:b/>
        </w:rPr>
        <w:t xml:space="preserve">[32:36] </w:t>
      </w:r>
      <w:r>
        <w:t>yani politician jo hai woh mumkin ka art hai mumkin ka khel hai yani yani jo mumkin hai</w:t>
      </w:r>
    </w:p>
    <w:p>
      <w:pPr>
        <w:jc w:val="right"/>
      </w:pPr>
      <w:r>
        <w:t>یعنی پولیٹسٹ جو ہے وہ ممکن کا ارٹ ہے ممکن کا کھیل ہے یعنی یعنی جو ممکن ہے</w:t>
      </w:r>
    </w:p>
    <w:p>
      <w:r>
        <w:rPr>
          <w:b/>
        </w:rPr>
        <w:t xml:space="preserve">[32:44] </w:t>
      </w:r>
      <w:r>
        <w:t>jo possible hai us ke darye mein agar aap rahein to yahi sachi politics hai use bahir nikal</w:t>
      </w:r>
    </w:p>
    <w:p>
      <w:pPr>
        <w:jc w:val="right"/>
      </w:pPr>
      <w:r>
        <w:t>جو پاسیبل ہے اس کے دائرے میں اگر اپ رہیں تو یہی سچی پولیٹکس ہے اسے باہر نکال</w:t>
      </w:r>
    </w:p>
    <w:p>
      <w:r>
        <w:rPr>
          <w:b/>
        </w:rPr>
        <w:t xml:space="preserve">[32:50] </w:t>
      </w:r>
      <w:r>
        <w:t>jayein to woh sachi politics nahi hai</w:t>
      </w:r>
    </w:p>
    <w:p>
      <w:pPr>
        <w:jc w:val="right"/>
      </w:pPr>
      <w:r>
        <w:t>جائیں تو وہ سچی پولیٹکس نہیں ہے</w:t>
      </w:r>
    </w:p>
    <w:p>
      <w:r>
        <w:rPr>
          <w:b/>
        </w:rPr>
        <w:t xml:space="preserve">[32:54] </w:t>
      </w:r>
      <w:r>
        <w:t>to yeh har jagah yani politics ki baat nahi hai yeh har jagah ki baat hai</w:t>
      </w:r>
    </w:p>
    <w:p>
      <w:pPr>
        <w:jc w:val="right"/>
      </w:pPr>
      <w:r>
        <w:t>تو یہ ہر جگہ یعنی پولیٹکس کی بات نہیں ہے یہ ہر جگہ کی بات ہے</w:t>
      </w:r>
    </w:p>
    <w:p>
      <w:r>
        <w:rPr>
          <w:b/>
        </w:rPr>
        <w:t xml:space="preserve">[32:58] </w:t>
      </w:r>
      <w:r>
        <w:t>aap business karein to wahan bhi ek limit hoti hai woh aap ke liye manageable hoti hai use</w:t>
      </w:r>
    </w:p>
    <w:p>
      <w:pPr>
        <w:jc w:val="right"/>
      </w:pPr>
      <w:r>
        <w:t>اپ بزنس کریں تو وہاں بھی ایک لمٹ ہوتی ہے وہ اپ کے لیے مینیجیبل ہوتی ہے اسے</w:t>
      </w:r>
    </w:p>
    <w:p>
      <w:r>
        <w:rPr>
          <w:b/>
        </w:rPr>
        <w:t xml:space="preserve">[33:03] </w:t>
      </w:r>
      <w:r>
        <w:t>aap bahir chale jayein to aap ka business hi fail ho jaye ga</w:t>
      </w:r>
    </w:p>
    <w:p>
      <w:pPr>
        <w:jc w:val="right"/>
      </w:pPr>
      <w:r>
        <w:t>اپ باہر چلے جائیں تو اپ کا بزنس ہی فیل ہو جائے گا</w:t>
      </w:r>
    </w:p>
    <w:p>
      <w:r>
        <w:rPr>
          <w:b/>
        </w:rPr>
        <w:t xml:space="preserve">[33:08] </w:t>
      </w:r>
      <w:r>
        <w:t>koi bhi institution institution chalayein aap business karein aap political power mil jaye aap ko koi bhi ho</w:t>
      </w:r>
    </w:p>
    <w:p>
      <w:pPr>
        <w:jc w:val="right"/>
      </w:pPr>
      <w:r>
        <w:t>کوئی بھی انسٹیٹیوشن انسٹیٹیوشن چلائیں اپ بزنس کریں اپ پولیٹیکل پاور مل جائے اپ کو کوئی بھی ہو</w:t>
      </w:r>
    </w:p>
    <w:p>
      <w:r>
        <w:rPr>
          <w:b/>
        </w:rPr>
        <w:t xml:space="preserve">[33:14] </w:t>
      </w:r>
      <w:r>
        <w:t>koi bhi ho koi bhi field ho har field mein aap ke liye</w:t>
      </w:r>
    </w:p>
    <w:p>
      <w:pPr>
        <w:jc w:val="right"/>
      </w:pPr>
      <w:r>
        <w:t>کوئی بھی ہو کوئی بھی فیلڈ ہو ہر فیلڈ میں اپ کے لیے</w:t>
      </w:r>
    </w:p>
    <w:p>
      <w:r>
        <w:rPr>
          <w:b/>
        </w:rPr>
        <w:t xml:space="preserve">[33:21] </w:t>
      </w:r>
      <w:r>
        <w:t>koi</w:t>
      </w:r>
    </w:p>
    <w:p>
      <w:pPr>
        <w:jc w:val="right"/>
      </w:pPr>
      <w:r>
        <w:t>کوئی</w:t>
      </w:r>
    </w:p>
    <w:p>
      <w:r>
        <w:rPr>
          <w:b/>
        </w:rPr>
        <w:t xml:space="preserve">[33:21] </w:t>
      </w:r>
      <w:r>
        <w:t>ek manageable limit hai aur ek woh limit hai jo aap marriage nahi kar sakte to you have to see the difference between the two yeh bhi ek bahut badi wisdom hai ke aap difference ko janein</w:t>
      </w:r>
    </w:p>
    <w:p>
      <w:pPr>
        <w:jc w:val="right"/>
      </w:pPr>
      <w:r>
        <w:t>ایک مینیجیبل لمٹ ہے اور ایک وہ لمٹ ہے جو اپ میرج نہیں کر سکتے تو یو ہیو ٹو سی دا ڈیفرنس بٹوین دا ٹو یہ بھی ایک بہت بڑی وزڈم ہے کہ اپ ڈیفرنس کو جانیں</w:t>
      </w:r>
    </w:p>
    <w:p>
      <w:r>
        <w:rPr>
          <w:b/>
        </w:rPr>
        <w:t xml:space="preserve">[33:39] </w:t>
      </w:r>
      <w:r>
        <w:t>yeh bahut badi wisdom hai ke aap difference ko janein do cheezon ke darmiyan farq ko janein</w:t>
      </w:r>
    </w:p>
    <w:p>
      <w:pPr>
        <w:jc w:val="right"/>
      </w:pPr>
      <w:r>
        <w:t>یہ بہت بڑی وزڈم ہے کہ اپ ڈیفرنس کو جانیں دو چیزوں کے درمیان فرق کو جانیں</w:t>
      </w:r>
    </w:p>
    <w:p>
      <w:r>
        <w:rPr>
          <w:b/>
        </w:rPr>
        <w:t xml:space="preserve">[33:49] </w:t>
      </w:r>
      <w:r>
        <w:t>yeh bohat hi bara wisdom mein samajhta hoon mein ke difference ko janna aik cheez aur doosri cheez ke darmiyan farq ko janna</w:t>
      </w:r>
    </w:p>
    <w:p>
      <w:pPr>
        <w:jc w:val="right"/>
      </w:pPr>
      <w:r>
        <w:t>یہ بہت ہی بڑا وزڈم میں سمجھتا ہوں میں کہ ڈیفرنس کو جاننا ایک چیز اور دوسری چیز کے درمیان فرق کو جاننا</w:t>
      </w:r>
    </w:p>
    <w:p>
      <w:r>
        <w:rPr>
          <w:b/>
        </w:rPr>
        <w:t xml:space="preserve">[34:00] </w:t>
      </w:r>
      <w:r>
        <w:t>misla peaceful method kya hai aur violent method kya hai is ke farq ko janiye aap kuch log aisay hotay hain kood padtay hain dard se</w:t>
      </w:r>
    </w:p>
    <w:p>
      <w:pPr>
        <w:jc w:val="right"/>
      </w:pPr>
      <w:r>
        <w:t>مثلا پیس فل میتھڈ کیا ہے اور وائلنٹ میتھڈ کیا ہے اس کے فرق کو جانیے اپ کچھ لوگ ایسے ہوتے ہیں کود پڑتے ہیں درد سے</w:t>
      </w:r>
    </w:p>
    <w:p>
      <w:r>
        <w:rPr>
          <w:b/>
        </w:rPr>
        <w:t xml:space="preserve">[34:14] </w:t>
      </w:r>
      <w:r>
        <w:t>hathiyar le kar ke lekin nateeja kya hota hai tabaah hotay hain</w:t>
      </w:r>
    </w:p>
    <w:p>
      <w:pPr>
        <w:jc w:val="right"/>
      </w:pPr>
      <w:r>
        <w:t>ہتھیار لے کر کے لیکن نتیجہ کیا ہوتا ہے تباہ ہوتے ہیں</w:t>
      </w:r>
    </w:p>
    <w:p>
      <w:r>
        <w:rPr>
          <w:b/>
        </w:rPr>
        <w:t xml:space="preserve">[34:22] </w:t>
      </w:r>
      <w:r>
        <w:t>to ek aisi jagah ek aisa kaam ek aisi field jahan sirf</w:t>
      </w:r>
    </w:p>
    <w:p>
      <w:pPr>
        <w:jc w:val="right"/>
      </w:pPr>
      <w:r>
        <w:t>تو ایک ایسی جگہ ایک ایسا کام ایک ایسی فیلڈ جہاں صرف</w:t>
      </w:r>
    </w:p>
    <w:p>
      <w:r>
        <w:rPr>
          <w:b/>
        </w:rPr>
        <w:t xml:space="preserve">[34:29] </w:t>
      </w:r>
      <w:r>
        <w:t>peaceful tareeqe se aap achieve kar sakte hon wahan aap hathiyar le kar khade ho jayein to</w:t>
      </w:r>
    </w:p>
    <w:p>
      <w:pPr>
        <w:jc w:val="right"/>
      </w:pPr>
      <w:r>
        <w:t>پیس فل طریقے سے اپ اچیو کر سکتے ہوں وہاں اپ ہتھیار لے کر کھڑے ہو جائیں تو</w:t>
      </w:r>
    </w:p>
    <w:p>
      <w:r>
        <w:rPr>
          <w:b/>
        </w:rPr>
        <w:t xml:space="preserve">[34:34] </w:t>
      </w:r>
      <w:r>
        <w:t>kya hoga woh</w:t>
      </w:r>
    </w:p>
    <w:p>
      <w:pPr>
        <w:jc w:val="right"/>
      </w:pPr>
      <w:r>
        <w:t>کیا ہوگا وہ</w:t>
      </w:r>
    </w:p>
    <w:p>
      <w:r>
        <w:rPr>
          <w:b/>
        </w:rPr>
        <w:t xml:space="preserve">[34:38] </w:t>
      </w:r>
      <w:r>
        <w:t>aisa karna ap ke liye counter productive ban jaye ga abhi jab mein yahan aa raha tha to</w:t>
      </w:r>
    </w:p>
    <w:p>
      <w:pPr>
        <w:jc w:val="right"/>
      </w:pPr>
      <w:r>
        <w:t>ایسا کرنا اپ کے لیے کاؤنٹر پروڈکٹو بن جائے گا ابھی جب میں یہاں ا رہا تھا تو</w:t>
      </w:r>
    </w:p>
    <w:p>
      <w:r>
        <w:rPr>
          <w:b/>
        </w:rPr>
        <w:t xml:space="preserve">[34:45] </w:t>
      </w:r>
      <w:r>
        <w:t>ghanti baji maine telephone uthaya to ek sahab ne bataya ke mein falan jagah se bol</w:t>
      </w:r>
    </w:p>
    <w:p>
      <w:pPr>
        <w:jc w:val="right"/>
      </w:pPr>
      <w:r>
        <w:t>گھنٹی بجی میں نے ٹیلی فون اٹھایا تو ایک صاحب نے بتایا کہ میں فلاں جگہ سے بول</w:t>
      </w:r>
    </w:p>
    <w:p>
      <w:r>
        <w:rPr>
          <w:b/>
        </w:rPr>
        <w:t xml:space="preserve">[34:50] </w:t>
      </w:r>
      <w:r>
        <w:t>raha hoon mein ap ka magazine parhta hoon aur mujhe woh kitab chahiye</w:t>
      </w:r>
    </w:p>
    <w:p>
      <w:pPr>
        <w:jc w:val="right"/>
      </w:pPr>
      <w:r>
        <w:t>رہا ہوں میں اپ کا میگزین پڑھتا ہوں اور مجھے وہ کتاب چاہیے</w:t>
      </w:r>
    </w:p>
    <w:p>
      <w:r>
        <w:rPr>
          <w:b/>
        </w:rPr>
        <w:t xml:space="preserve">[34:58] </w:t>
      </w:r>
      <w:r>
        <w:t>mein buhht dhoondh raha hoon mili nahi</w:t>
      </w:r>
    </w:p>
    <w:p>
      <w:pPr>
        <w:jc w:val="right"/>
      </w:pPr>
      <w:r>
        <w:t>میں بدھت ڈھونڈ رہا ہوں ملی نہیں</w:t>
      </w:r>
    </w:p>
    <w:p>
      <w:r>
        <w:rPr>
          <w:b/>
        </w:rPr>
        <w:t xml:space="preserve">[35:02] </w:t>
      </w:r>
      <w:r>
        <w:t>to maine kaha ke woh kitab ek bekar si kitab hai is</w:t>
      </w:r>
    </w:p>
    <w:p>
      <w:pPr>
        <w:jc w:val="right"/>
      </w:pPr>
      <w:r>
        <w:t>تو میں نے کہا کہ وہ کتاب ایک بیکار سی کتاب ہے اس</w:t>
      </w:r>
    </w:p>
    <w:p>
      <w:r>
        <w:rPr>
          <w:b/>
        </w:rPr>
        <w:t xml:space="preserve">[35:07] </w:t>
      </w:r>
      <w:r>
        <w:t>ke liye aap talash kar rahay hain aap ko aik cheez mil gayi parhnay ki is ko parhiye chhay mahinay se aap risala parh rahay hain hamara magazine abhi to aap ko chhay saal parhna hai to log anokhi cheezon ko aik kitab hai woh aik anokhi si kitab aik hai is ke peechay dorr rahay hain woh har aadmi jo hai is ka haal yeh hai ke</w:t>
      </w:r>
    </w:p>
    <w:p>
      <w:pPr>
        <w:jc w:val="right"/>
      </w:pPr>
      <w:r>
        <w:t>کے لیے اپ تلاش کر رہے ہیں اپ کو ایک چیز مل گئی پڑھنے کی اس کو پڑھیے چھ مہینے سے اپ رسالہ پڑھ رہے ہیں ہمارا میگزین ابھی تو اپ کو چھ سال پڑھنا ہے تو لوگ انوکھی چیزوں کو ایک کتاب ہے وہ ایک انوکھی سی کتاب ایک ہے اس کے پیچھے دوڑ رہے ہیں وہ ہر ادمی جو ہے اس کا حال یہ ہے کہ</w:t>
      </w:r>
    </w:p>
    <w:p>
      <w:r>
        <w:rPr>
          <w:b/>
        </w:rPr>
        <w:t xml:space="preserve">[35:35] </w:t>
      </w:r>
      <w:r>
        <w:t>anokhi cheezon ke dorrta hai koi apnay emotions ke peechay dorrta hai sentiment ko le kar dorrta hai</w:t>
      </w:r>
    </w:p>
    <w:p>
      <w:pPr>
        <w:jc w:val="right"/>
      </w:pPr>
      <w:r>
        <w:t>انوکھی چیزوں کے دوڑتا ہے کوئی اپنے ایموشنز کے پیچھے دوڑتا ہے سینٹیمنٹ کو لے کر دوڑتا ہے</w:t>
      </w:r>
    </w:p>
    <w:p>
      <w:r>
        <w:rPr>
          <w:b/>
        </w:rPr>
        <w:t xml:space="preserve">[35:47] </w:t>
      </w:r>
      <w:r>
        <w:t>yeh samajhna ke kon si baat aisi hai jo thos baat hai solid baat hai sound baat hai to kon si baat hai jo emotional baat hai sentimental baat hai is farq ko nahi samajhtay log</w:t>
      </w:r>
    </w:p>
    <w:p>
      <w:pPr>
        <w:jc w:val="right"/>
      </w:pPr>
      <w:r>
        <w:t>یہ سمجھنا کہ کون سی بات ایسی ہے جو ٹھوس بات ہے سولڈ بات ہے ساؤنڈ بات ہے تو کون سی بات ہے جو ایموشنل بات ہے سینٹیمنٹل بات ہے اس فرق کو نہیں سمجھتے لوگ</w:t>
      </w:r>
    </w:p>
    <w:p>
      <w:r>
        <w:rPr>
          <w:b/>
        </w:rPr>
        <w:t xml:space="preserve">[36:01] </w:t>
      </w:r>
      <w:r>
        <w:t>sentiment ke peeche daud padte hain</w:t>
      </w:r>
    </w:p>
    <w:p>
      <w:pPr>
        <w:jc w:val="right"/>
      </w:pPr>
      <w:r>
        <w:t>سینٹیمنٹ کے پیچھے دوڑ پڑتے ہیں</w:t>
      </w:r>
    </w:p>
    <w:p>
      <w:r>
        <w:rPr>
          <w:b/>
        </w:rPr>
        <w:t xml:space="preserve">[36:04] </w:t>
      </w:r>
      <w:r>
        <w:t>halankay unko apni sari koshish lagani chahiye jo</w:t>
      </w:r>
    </w:p>
    <w:p>
      <w:pPr>
        <w:jc w:val="right"/>
      </w:pPr>
      <w:r>
        <w:t>حالانکہ ان کو اپنی ساری کوشش لگانا چاہیے جو</w:t>
      </w:r>
    </w:p>
    <w:p>
      <w:r>
        <w:rPr>
          <w:b/>
        </w:rPr>
        <w:t xml:space="preserve">[36:10] </w:t>
      </w:r>
      <w:r>
        <w:t>jo reality hai us mein lagani chahiye to Quran mein jo baat kahi gayi hai ke wallah qad</w:t>
      </w:r>
    </w:p>
    <w:p>
      <w:pPr>
        <w:jc w:val="right"/>
      </w:pPr>
      <w:r>
        <w:t>جو ریلیٹی ہے اس میں لگانا چاہیے تو قران میں جو بات کہی گئی ہے کہ واللہ قد</w:t>
      </w:r>
    </w:p>
    <w:p>
      <w:r>
        <w:rPr>
          <w:b/>
        </w:rPr>
        <w:t xml:space="preserve">[36:16] </w:t>
      </w:r>
      <w:r>
        <w:t>al-sabir munajair to woh kisi mysterious sense mein nahi hai woh sirf religious sense mein bhi nahi hai</w:t>
      </w:r>
    </w:p>
    <w:p>
      <w:pPr>
        <w:jc w:val="right"/>
      </w:pPr>
      <w:r>
        <w:t>الصبیر مناجائر تو وہ کسی مسٹیریس سینس میں نہیں ہے وہ صرف ریلیجس سینس میں بھی نہیں ہے</w:t>
      </w:r>
    </w:p>
    <w:p>
      <w:r>
        <w:rPr>
          <w:b/>
        </w:rPr>
        <w:t xml:space="preserve">[36:23] </w:t>
      </w:r>
      <w:r>
        <w:t>woh poori zindagi ka</w:t>
      </w:r>
    </w:p>
    <w:p>
      <w:pPr>
        <w:jc w:val="right"/>
      </w:pPr>
      <w:r>
        <w:t>وہ پوری زندگی کا</w:t>
      </w:r>
    </w:p>
    <w:p>
      <w:r>
        <w:rPr>
          <w:b/>
        </w:rPr>
        <w:t xml:space="preserve">[36:26] </w:t>
      </w:r>
      <w:r>
        <w:t>ke baray mein hai</w:t>
      </w:r>
    </w:p>
    <w:p>
      <w:pPr>
        <w:jc w:val="right"/>
      </w:pPr>
      <w:r>
        <w:t>کے بارے میں ہے</w:t>
      </w:r>
    </w:p>
    <w:p>
      <w:r>
        <w:rPr>
          <w:b/>
        </w:rPr>
        <w:t xml:space="preserve">[36:28] </w:t>
      </w:r>
      <w:r>
        <w:t>poori zindagi ke baray mein hai ke ap is dunya mein kuch kaam karna chahte hain</w:t>
      </w:r>
    </w:p>
    <w:p>
      <w:pPr>
        <w:jc w:val="right"/>
      </w:pPr>
      <w:r>
        <w:t>پوری زندگی کے بارے میں ہے کہ اپ اس دنیا میں کچھ کام کرنا چاہتے ہیں</w:t>
      </w:r>
    </w:p>
    <w:p>
      <w:r>
        <w:rPr>
          <w:b/>
        </w:rPr>
        <w:t xml:space="preserve">[36:36] </w:t>
      </w:r>
      <w:r>
        <w:t>to sab se pehle</w:t>
      </w:r>
    </w:p>
    <w:p>
      <w:pPr>
        <w:jc w:val="right"/>
      </w:pPr>
      <w:r>
        <w:t>تو سب سے پہلے</w:t>
      </w:r>
    </w:p>
    <w:p>
      <w:r>
        <w:rPr>
          <w:b/>
        </w:rPr>
        <w:t xml:space="preserve">[36:38] </w:t>
      </w:r>
      <w:r>
        <w:t>ap janiye ke jis ne paida kiya hai woh kaun hai paida karne wala kaun hai</w:t>
      </w:r>
    </w:p>
    <w:p>
      <w:pPr>
        <w:jc w:val="right"/>
      </w:pPr>
      <w:r>
        <w:t>اپ جانیے کہ جس نے پیدا کیا ہے وہ کون ہے پیدا کرنے والا کون ہے</w:t>
      </w:r>
    </w:p>
    <w:p>
      <w:r>
        <w:rPr>
          <w:b/>
        </w:rPr>
        <w:t xml:space="preserve">[36:47] </w:t>
      </w:r>
      <w:r>
        <w:t>kyunke hum ne ap ne to paida nahi kiya hai paida karne wala to koi aur hai</w:t>
      </w:r>
    </w:p>
    <w:p>
      <w:pPr>
        <w:jc w:val="right"/>
      </w:pPr>
      <w:r>
        <w:t>کیونکہ ہم نے اپ نے تو پیدا نہیں کیا ہے پیدا کرنے والا تو کوئی اور ہے</w:t>
      </w:r>
    </w:p>
    <w:p>
      <w:r>
        <w:rPr>
          <w:b/>
        </w:rPr>
        <w:t xml:space="preserve">[36:52] </w:t>
      </w:r>
      <w:r>
        <w:t>is ne kyun paida kiya hai</w:t>
      </w:r>
    </w:p>
    <w:p>
      <w:pPr>
        <w:jc w:val="right"/>
      </w:pPr>
      <w:r>
        <w:t>اس نے کیوں پیدا کیا ہے</w:t>
      </w:r>
    </w:p>
    <w:p>
      <w:r>
        <w:rPr>
          <w:b/>
        </w:rPr>
        <w:t xml:space="preserve">[36:55] </w:t>
      </w:r>
      <w:r>
        <w:t>is ka apna creation plan kya hai is ka apna takhleeqi naqsha kya hai</w:t>
      </w:r>
    </w:p>
    <w:p>
      <w:pPr>
        <w:jc w:val="right"/>
      </w:pPr>
      <w:r>
        <w:t>اس کا اپنا کریشن پلان کیا ہے اس کا اپنا تخلیقی نقشہ کیا ہے</w:t>
      </w:r>
    </w:p>
    <w:p>
      <w:r>
        <w:rPr>
          <w:b/>
        </w:rPr>
        <w:t xml:space="preserve">[37:03] </w:t>
      </w:r>
      <w:r>
        <w:t>ab phir is mein ap sochen ke is mein mera role kya hai mere paas jo</w:t>
      </w:r>
    </w:p>
    <w:p>
      <w:pPr>
        <w:jc w:val="right"/>
      </w:pPr>
      <w:r>
        <w:t>اب پھر اس میں اپ سوچیں کہ اس میں میرا رول کیا ہے میرے پاس جو</w:t>
      </w:r>
    </w:p>
    <w:p>
      <w:r>
        <w:rPr>
          <w:b/>
        </w:rPr>
        <w:t xml:space="preserve">[37:10] </w:t>
      </w:r>
      <w:r>
        <w:t>capacity hai mere paas jo</w:t>
      </w:r>
    </w:p>
    <w:p>
      <w:pPr>
        <w:jc w:val="right"/>
      </w:pPr>
      <w:r>
        <w:t>کیپیسٹی ہے میرے پاس جو</w:t>
      </w:r>
    </w:p>
    <w:p>
      <w:r>
        <w:rPr>
          <w:b/>
        </w:rPr>
        <w:t xml:space="preserve">[37:13] </w:t>
      </w:r>
      <w:r>
        <w:t>resources hain is ke lehaz se mujhe</w:t>
      </w:r>
    </w:p>
    <w:p>
      <w:pPr>
        <w:jc w:val="right"/>
      </w:pPr>
      <w:r>
        <w:t>ریسورسز ہیں اس کے لحاظ سے مجھے</w:t>
      </w:r>
    </w:p>
    <w:p>
      <w:r>
        <w:rPr>
          <w:b/>
        </w:rPr>
        <w:t xml:space="preserve">[37:18] </w:t>
      </w:r>
      <w:r>
        <w:t>is poore naqshay mein kya karna chahiye</w:t>
      </w:r>
    </w:p>
    <w:p>
      <w:pPr>
        <w:jc w:val="right"/>
      </w:pPr>
      <w:r>
        <w:t>اس پورے نقشے میں کیا کرنا چاہیے</w:t>
      </w:r>
    </w:p>
    <w:p>
      <w:r>
        <w:rPr>
          <w:b/>
        </w:rPr>
        <w:t xml:space="preserve">[37:22] </w:t>
      </w:r>
      <w:r>
        <w:t>wohi mujhe karna chahiye jo</w:t>
      </w:r>
    </w:p>
    <w:p>
      <w:pPr>
        <w:jc w:val="right"/>
      </w:pPr>
      <w:r>
        <w:t>وہی مجھے کرنا چاہیے جو</w:t>
      </w:r>
    </w:p>
    <w:p>
      <w:r>
        <w:rPr>
          <w:b/>
        </w:rPr>
        <w:t xml:space="preserve">[37:26] </w:t>
      </w:r>
      <w:r>
        <w:t>jo mere lehaz se theek hai jo mere bas mein hai aksar log yeh nahi samajhte ke</w:t>
      </w:r>
    </w:p>
    <w:p>
      <w:pPr>
        <w:jc w:val="right"/>
      </w:pPr>
      <w:r>
        <w:t>جو میرے لحاظ سے ٹھیک ہے جو میرے بس میں ہے اکثر لوگ یہ نہیں سمجھتے کہ</w:t>
      </w:r>
    </w:p>
    <w:p>
      <w:r>
        <w:rPr>
          <w:b/>
        </w:rPr>
        <w:t xml:space="preserve">[37:33] </w:t>
      </w:r>
      <w:r>
        <w:t>bas</w:t>
      </w:r>
    </w:p>
    <w:p>
      <w:pPr>
        <w:jc w:val="right"/>
      </w:pPr>
      <w:r>
        <w:t>بس</w:t>
      </w:r>
    </w:p>
    <w:p>
      <w:r>
        <w:rPr>
          <w:b/>
        </w:rPr>
        <w:t xml:space="preserve">[37:33] </w:t>
      </w:r>
      <w:r>
        <w:t>mein kya hai aur bas mein kya nahi hai</w:t>
      </w:r>
    </w:p>
    <w:p>
      <w:pPr>
        <w:jc w:val="right"/>
      </w:pPr>
      <w:r>
        <w:t>میں کیا ہے اور بس میں کیا نہیں ہے</w:t>
      </w:r>
    </w:p>
    <w:p>
      <w:r>
        <w:rPr>
          <w:b/>
        </w:rPr>
        <w:t xml:space="preserve">[37:38] </w:t>
      </w:r>
      <w:r>
        <w:t>dorr padtay hain to is dunya mein aap ko kamyabi ke liye</w:t>
      </w:r>
    </w:p>
    <w:p>
      <w:pPr>
        <w:jc w:val="right"/>
      </w:pPr>
      <w:r>
        <w:t>دوڑ پڑتے ہیں تو اس دنیا میں اپ کو کامیابی کے لیے</w:t>
      </w:r>
    </w:p>
    <w:p>
      <w:r>
        <w:rPr>
          <w:b/>
        </w:rPr>
        <w:t xml:space="preserve">[37:48] </w:t>
      </w:r>
      <w:r>
        <w:t>bohat zaroori hai ke aap ke andar realistic approach ho realistic approach</w:t>
      </w:r>
    </w:p>
    <w:p>
      <w:pPr>
        <w:jc w:val="right"/>
      </w:pPr>
      <w:r>
        <w:t>بہت ضروری ہے کہ اپ کے اندر ریلسٹک اپروچ ہو ریلسٹک اپروچ</w:t>
      </w:r>
    </w:p>
    <w:p>
      <w:r>
        <w:rPr>
          <w:b/>
        </w:rPr>
        <w:t xml:space="preserve">[37:58] </w:t>
      </w:r>
      <w:r>
        <w:t>agar aap realistic approach ko kho dein aur mehaz jazbat ke tehat dorrnay lagen phir kamyabi phir aap ki kamyabi hamesha doubt full rahegi hamesha doubt full rahegi kamyabi</w:t>
      </w:r>
    </w:p>
    <w:p>
      <w:pPr>
        <w:jc w:val="right"/>
      </w:pPr>
      <w:r>
        <w:t>اگر اپ ریلسٹک اپروچ کو کھو دیں اور محض جذبات کے تحت دوڑنے لگیں پھر کامیابی پھر اپ کی کامیابی ہمیشہ ڈاؤٹ فل رہے گی ہمیشہ ڈاؤٹ فل رہے گی کامیابی</w:t>
      </w:r>
    </w:p>
    <w:p>
      <w:r>
        <w:rPr>
          <w:b/>
        </w:rPr>
        <w:t xml:space="preserve">[38:22] </w:t>
      </w:r>
      <w:r>
        <w:t>mein ne aik article parha aik shakhs ne likha tha is ne research ki thi un logon par jinhon ne nobel prize liye hain nobel prize nobel prize winner ke baray mein tha woh to is ne likha ke</w:t>
      </w:r>
    </w:p>
    <w:p>
      <w:pPr>
        <w:jc w:val="right"/>
      </w:pPr>
      <w:r>
        <w:t>میں نے ایک ارٹیکل پڑھا ایک شخص نے لکھا تھا اس نے ریسرچ کی تھی ان لوگوں پر جنہوں نے نوبل پرائز لیے ہیں نوبل پرائز نوبیل پرائز ونر کے بارے میں تھا وہ تو اس نے لکھا کہ</w:t>
      </w:r>
    </w:p>
    <w:p>
      <w:r>
        <w:rPr>
          <w:b/>
        </w:rPr>
        <w:t xml:space="preserve">[38:47] </w:t>
      </w:r>
      <w:r>
        <w:t>Nobel prize ek mana jata hai ke jo logon ne Nobel prize liya woh baray dimagh walay thay</w:t>
      </w:r>
    </w:p>
    <w:p>
      <w:pPr>
        <w:jc w:val="right"/>
      </w:pPr>
      <w:r>
        <w:t>نوبیل پرائز ایک مانا جاتا ہے کہ جو لوگوں نے نوبیل پرائز لیا وہ بڑے دماغ والے تھے</w:t>
      </w:r>
    </w:p>
    <w:p>
      <w:r>
        <w:rPr>
          <w:b/>
        </w:rPr>
        <w:t xml:space="preserve">[38:53] </w:t>
      </w:r>
      <w:r>
        <w:t>boht hi parhay likhay log thay to aik aik meyar ban gaya hai to behal is par is</w:t>
      </w:r>
    </w:p>
    <w:p>
      <w:pPr>
        <w:jc w:val="right"/>
      </w:pPr>
      <w:r>
        <w:t>بہت ہی پڑھے لکھے لوگ تھے تو ایک ایک معیار بن گیا ہے تو بہرحال اس پر اس</w:t>
      </w:r>
    </w:p>
    <w:p>
      <w:r>
        <w:rPr>
          <w:b/>
        </w:rPr>
        <w:t xml:space="preserve">[38:59] </w:t>
      </w:r>
      <w:r>
        <w:t>ne research ki to is ne kaha is ne likha tha</w:t>
      </w:r>
    </w:p>
    <w:p>
      <w:pPr>
        <w:jc w:val="right"/>
      </w:pPr>
      <w:r>
        <w:t>نے ریسرچ کی تو اس نے کہا اس نے لکھا تھا</w:t>
      </w:r>
    </w:p>
    <w:p>
      <w:r>
        <w:rPr>
          <w:b/>
        </w:rPr>
        <w:t xml:space="preserve">[39:04] </w:t>
      </w:r>
      <w:r>
        <w:t>ke meri study ke baad mein ne jana</w:t>
      </w:r>
    </w:p>
    <w:p>
      <w:pPr>
        <w:jc w:val="right"/>
      </w:pPr>
      <w:r>
        <w:t>کہ میری اسٹڈی کے بعد میں نے جانا</w:t>
      </w:r>
    </w:p>
    <w:p>
      <w:r>
        <w:rPr>
          <w:b/>
        </w:rPr>
        <w:t xml:space="preserve">[39:09] </w:t>
      </w:r>
      <w:r>
        <w:t>ke in sari logon mein do chezen common theen</w:t>
      </w:r>
    </w:p>
    <w:p>
      <w:pPr>
        <w:jc w:val="right"/>
      </w:pPr>
      <w:r>
        <w:t>کہ ان سارے لوگوں میں دو چیزیں کامن تھیں</w:t>
      </w:r>
    </w:p>
    <w:p>
      <w:r>
        <w:rPr>
          <w:b/>
        </w:rPr>
        <w:t xml:space="preserve">[39:14] </w:t>
      </w:r>
      <w:r>
        <w:t>do chezen common theen</w:t>
      </w:r>
    </w:p>
    <w:p>
      <w:pPr>
        <w:jc w:val="right"/>
      </w:pPr>
      <w:r>
        <w:t>دو چیزیں کامن تھیں</w:t>
      </w:r>
    </w:p>
    <w:p>
      <w:r>
        <w:rPr>
          <w:b/>
        </w:rPr>
        <w:t xml:space="preserve">[39:16] </w:t>
      </w:r>
      <w:r>
        <w:t>wo kiya curiosity curiosity and discontent</w:t>
      </w:r>
    </w:p>
    <w:p>
      <w:pPr>
        <w:jc w:val="right"/>
      </w:pPr>
      <w:r>
        <w:t>وہ کیا کیوریسٹی کیوریسٹی اینڈ ڈسکنٹنٹ</w:t>
      </w:r>
    </w:p>
    <w:p>
      <w:r>
        <w:rPr>
          <w:b/>
        </w:rPr>
        <w:t xml:space="preserve">[39:22] </w:t>
      </w:r>
      <w:r>
        <w:t>yeh common thi curiosity and discontent yani tajassus aur adam itminan</w:t>
      </w:r>
    </w:p>
    <w:p>
      <w:pPr>
        <w:jc w:val="right"/>
      </w:pPr>
      <w:r>
        <w:t>یہ کامن تھی کیوریسٹی اینڈ ڈسکنٹنٹ یعنی تجسس اور عدم اطمینان</w:t>
      </w:r>
    </w:p>
    <w:p>
      <w:r>
        <w:rPr>
          <w:b/>
        </w:rPr>
        <w:t xml:space="preserve">[39:33] </w:t>
      </w:r>
      <w:r>
        <w:t>tajassus aur adam itminan yani hamesha</w:t>
      </w:r>
    </w:p>
    <w:p>
      <w:pPr>
        <w:jc w:val="right"/>
      </w:pPr>
      <w:r>
        <w:t>تجسس اور عدم اطمینان یعنی ہمیشہ</w:t>
      </w:r>
    </w:p>
    <w:p>
      <w:r>
        <w:rPr>
          <w:b/>
        </w:rPr>
        <w:t xml:space="preserve">[39:40] </w:t>
      </w:r>
      <w:r>
        <w:t>aur cheezon ko jananay ki koshish kartay rehna cheezon ke baray mein tehqeeq kartay rehna to curiosity aur discontent yeh do common cheezain theen</w:t>
      </w:r>
    </w:p>
    <w:p>
      <w:pPr>
        <w:jc w:val="right"/>
      </w:pPr>
      <w:r>
        <w:t>اور چیزوں کو جاننے کی کوشش کرتے رہنا چیزوں کے بارے میں تحقیق کرتے رہنا تو کیوریسٹی اور ڈسکنٹنٹ یہ دو کامن چیزیں تھیں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