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Paradise in The Making March 27, 2011</w:t>
      </w:r>
    </w:p>
    <w:p>
      <w:r>
        <w:t>https://youtu.be/Cn5pC7s16sY</w:t>
      </w:r>
    </w:p>
    <w:p>
      <w:r>
        <w:rPr>
          <w:b/>
        </w:rPr>
        <w:t xml:space="preserve">[00:35] </w:t>
      </w:r>
      <w:r>
        <w:t>aaj ka topic hai:</w:t>
      </w:r>
    </w:p>
    <w:p>
      <w:pPr>
        <w:jc w:val="right"/>
      </w:pPr>
      <w:r>
        <w:t>آج کا ٹاپک ہے:</w:t>
      </w:r>
    </w:p>
    <w:p>
      <w:r>
        <w:rPr>
          <w:b/>
        </w:rPr>
        <w:t xml:space="preserve">[00:40] </w:t>
      </w:r>
      <w:r>
        <w:t>"paradise in the making". yani jannat zer-e-taameer.</w:t>
      </w:r>
    </w:p>
    <w:p>
      <w:pPr>
        <w:jc w:val="right"/>
      </w:pPr>
      <w:r>
        <w:t>"Paradise in the Making"۔ یعنی جنت زیرِ تعمیر۔</w:t>
      </w:r>
    </w:p>
    <w:p>
      <w:r>
        <w:rPr>
          <w:b/>
        </w:rPr>
        <w:t xml:space="preserve">[00:49] </w:t>
      </w:r>
      <w:r>
        <w:t>paradise in the making.</w:t>
      </w:r>
    </w:p>
    <w:p>
      <w:pPr>
        <w:jc w:val="right"/>
      </w:pPr>
      <w:r>
        <w:t>Paradise in the Making۔</w:t>
      </w:r>
    </w:p>
    <w:p>
      <w:r>
        <w:rPr>
          <w:b/>
        </w:rPr>
        <w:t xml:space="preserve">[00:54] </w:t>
      </w:r>
      <w:r>
        <w:t>yeh baat mujhe</w:t>
      </w:r>
    </w:p>
    <w:p>
      <w:pPr>
        <w:jc w:val="right"/>
      </w:pPr>
      <w:r>
        <w:t>یہ بات مجھے</w:t>
      </w:r>
    </w:p>
    <w:p>
      <w:r>
        <w:rPr>
          <w:b/>
        </w:rPr>
        <w:t xml:space="preserve">[00:58] </w:t>
      </w:r>
      <w:r>
        <w:t>ek inspiration ke taur par mere zehn mein aayi.</w:t>
      </w:r>
    </w:p>
    <w:p>
      <w:pPr>
        <w:jc w:val="right"/>
      </w:pPr>
      <w:r>
        <w:t>ایک انسپیریشن کے طور پر میرے ذہن میں آئی۔</w:t>
      </w:r>
    </w:p>
    <w:p>
      <w:r>
        <w:rPr>
          <w:b/>
        </w:rPr>
        <w:t xml:space="preserve">[01:04] </w:t>
      </w:r>
      <w:r>
        <w:t>mujhe aisa lagta hai ke is waqt jo duniya mein tod phod hai, muslim mulkon mein bhi aur secular mulkon mein bhi.</w:t>
      </w:r>
    </w:p>
    <w:p>
      <w:pPr>
        <w:jc w:val="right"/>
      </w:pPr>
      <w:r>
        <w:t>مجھے ایسا لگتا ہے کہ اس وقت جو دنیا میں توڑ پھوڑ ہے، مسلم ملکوں میں بھی اور سیکولر ملکوں میں بھی۔</w:t>
      </w:r>
    </w:p>
    <w:p>
      <w:r>
        <w:rPr>
          <w:b/>
        </w:rPr>
        <w:t xml:space="preserve">[01:16] </w:t>
      </w:r>
      <w:r>
        <w:t>jaise idhar libya mein, idhar japan mein. aur har jagah kuch na kuch hai. morals har jagah hai.</w:t>
      </w:r>
    </w:p>
    <w:p>
      <w:pPr>
        <w:jc w:val="right"/>
      </w:pPr>
      <w:r>
        <w:t>جیسے ادھر لیبیا میں، ادھر جاپان میں۔ اور ہر جگہ کچھ نہ کچھ ہے۔ مورالس ہر جگہ ہے۔</w:t>
      </w:r>
    </w:p>
    <w:p>
      <w:r>
        <w:rPr>
          <w:b/>
        </w:rPr>
        <w:t xml:space="preserve">[01:26] </w:t>
      </w:r>
      <w:r>
        <w:t>yeh ek bulldozing process hai.</w:t>
      </w:r>
    </w:p>
    <w:p>
      <w:pPr>
        <w:jc w:val="right"/>
      </w:pPr>
      <w:r>
        <w:t>یہ ایک بلڈوزنگ پراسیس ہے۔</w:t>
      </w:r>
    </w:p>
    <w:p>
      <w:r>
        <w:rPr>
          <w:b/>
        </w:rPr>
        <w:t xml:space="preserve">[01:31] </w:t>
      </w:r>
      <w:r>
        <w:t>yeh saada baat nahin hai.</w:t>
      </w:r>
    </w:p>
    <w:p>
      <w:pPr>
        <w:jc w:val="right"/>
      </w:pPr>
      <w:r>
        <w:t>یہ سادہ بات نہیں ہے۔</w:t>
      </w:r>
    </w:p>
    <w:p>
      <w:r>
        <w:rPr>
          <w:b/>
        </w:rPr>
        <w:t xml:space="preserve">[01:37] </w:t>
      </w:r>
      <w:r>
        <w:t>sab insani jo civilization thi, us ko bulldoze kiya ja raha hai. aur ab ek nayi duniya banne wali hai.</w:t>
      </w:r>
    </w:p>
    <w:p>
      <w:pPr>
        <w:jc w:val="right"/>
      </w:pPr>
      <w:r>
        <w:t>سب انسانی جو سویلائزیشن تھی، اس کو بلڈوز کیا جا رہا ہے۔ اور اب ایک نئی دنیا بننے والی ہے۔</w:t>
      </w:r>
    </w:p>
    <w:p>
      <w:r>
        <w:rPr>
          <w:b/>
        </w:rPr>
        <w:t xml:space="preserve">[01:50] </w:t>
      </w:r>
      <w:r>
        <w:t>ek taraf middle east ke mulkon mein jo ho raha hai, woh is baat ki alamat hai ke musalmanon ne jo duniya banayi, us se khuda raazi nahin hai.</w:t>
      </w:r>
    </w:p>
    <w:p>
      <w:pPr>
        <w:jc w:val="right"/>
      </w:pPr>
      <w:r>
        <w:t>ایک طرف مڈل ایسٹ کے ملکوں میں جو ہو رہا ہے، وہ اس بات کی علامت ہے کہ مسلمانوں نے جو دنیا بنائی، اس سے خدا راضی نہیں ہے۔</w:t>
      </w:r>
    </w:p>
    <w:p>
      <w:r>
        <w:rPr>
          <w:b/>
        </w:rPr>
        <w:t xml:space="preserve">[02:06] </w:t>
      </w:r>
      <w:r>
        <w:t>woh un ke apne qaumi mazhab ke mutabiq thi, khudai mazhab ke mutabiq nahin thi. isi tarah se japan mein jo ho raha hai, woh bhi ek alamat hai ke secular qaumon ne jo duniya banayi, us se bhi khuda raazi nahin hai.</w:t>
      </w:r>
    </w:p>
    <w:p>
      <w:pPr>
        <w:jc w:val="right"/>
      </w:pPr>
      <w:r>
        <w:t>وہ ان کے اپنے قومی مذہب کے مطابق تھی، خدائی مذہب کے مطابق نہیں تھی۔ اسی طرح سے جاپان میں جو ہو رہا ہے، وہ بھی ایک علامت ہے کہ سیکولر قوموں نے جو دنیا بنائی، اس سے بھی خدا راضی نہیں ہے۔</w:t>
      </w:r>
    </w:p>
    <w:p>
      <w:r>
        <w:rPr>
          <w:b/>
        </w:rPr>
        <w:t xml:space="preserve">[02:29] </w:t>
      </w:r>
      <w:r>
        <w:t>is liye ab sab ko bulldoze kiya ja raha hai. aur woh waqt aa gaya hai ke jis ko hum kehte hain qayamat.</w:t>
      </w:r>
    </w:p>
    <w:p>
      <w:pPr>
        <w:jc w:val="right"/>
      </w:pPr>
      <w:r>
        <w:t>اس لیے اب سب کو بلڈوز کیا جا رہا ہے۔ اور وہ وقت آ گیا ہے کہ جس کو ہم کہتے ہیں قیامت۔</w:t>
      </w:r>
    </w:p>
    <w:p>
      <w:r>
        <w:rPr>
          <w:b/>
        </w:rPr>
        <w:t xml:space="preserve">[02:40] </w:t>
      </w:r>
      <w:r>
        <w:t>qayamat kya hai? qayamat ek had-e-fasal hai. qayamat se pehle human civilization thi.</w:t>
      </w:r>
    </w:p>
    <w:p>
      <w:pPr>
        <w:jc w:val="right"/>
      </w:pPr>
      <w:r>
        <w:t>قیامت کیا ہے؟ قیامت ایک حدِ فاصل ہے۔ قیامت سے پہلے ہیومن سویلائزیشن تھی۔</w:t>
      </w:r>
    </w:p>
    <w:p>
      <w:r>
        <w:rPr>
          <w:b/>
        </w:rPr>
        <w:t xml:space="preserve">[02:51] </w:t>
      </w:r>
      <w:r>
        <w:t>qayamat ke baad divine civilization shuru hogi.</w:t>
      </w:r>
    </w:p>
    <w:p>
      <w:pPr>
        <w:jc w:val="right"/>
      </w:pPr>
      <w:r>
        <w:t>قیامت کے بعد ڈیوائن سویلائزیشن شروع ہوگی۔</w:t>
      </w:r>
    </w:p>
    <w:p>
      <w:r>
        <w:rPr>
          <w:b/>
        </w:rPr>
        <w:t xml:space="preserve">[02:57] </w:t>
      </w:r>
      <w:r>
        <w:t>qayamat koi tabahi ki baat nahin hai. nahin. ek history ka end aur doosri history ki beginning.</w:t>
      </w:r>
    </w:p>
    <w:p>
      <w:pPr>
        <w:jc w:val="right"/>
      </w:pPr>
      <w:r>
        <w:t>قیامت کوئی تباہی کی بات نہیں ہے۔ نہیں۔ ایک ہسٹری کا اینڈ اور دوسری ہسٹری کی بگننگ۔</w:t>
      </w:r>
    </w:p>
    <w:p>
      <w:r>
        <w:rPr>
          <w:b/>
        </w:rPr>
        <w:t xml:space="preserve">[03:07] </w:t>
      </w:r>
      <w:r>
        <w:t>jis ka naam hai qayamat.</w:t>
      </w:r>
    </w:p>
    <w:p>
      <w:pPr>
        <w:jc w:val="right"/>
      </w:pPr>
      <w:r>
        <w:t>جس کا نام ہے قیامت۔</w:t>
      </w:r>
    </w:p>
    <w:p>
      <w:r>
        <w:rPr>
          <w:b/>
        </w:rPr>
        <w:t xml:space="preserve">[03:12] </w:t>
      </w:r>
      <w:r>
        <w:t>quran mein dekhiye,</w:t>
      </w:r>
    </w:p>
    <w:p>
      <w:pPr>
        <w:jc w:val="right"/>
      </w:pPr>
      <w:r>
        <w:t>قرآن میں دیکھیے،</w:t>
      </w:r>
    </w:p>
    <w:p>
      <w:r>
        <w:rPr>
          <w:b/>
        </w:rPr>
        <w:t xml:space="preserve">[03:16] </w:t>
      </w:r>
      <w:r>
        <w:t>bohat si aayatein is ki taraf ishara karti hain.</w:t>
      </w:r>
    </w:p>
    <w:p>
      <w:pPr>
        <w:jc w:val="right"/>
      </w:pPr>
      <w:r>
        <w:t>بہت سی آیتیں اس کی طرف اشارہ کرتی ہیں۔</w:t>
      </w:r>
    </w:p>
    <w:p>
      <w:r>
        <w:rPr>
          <w:b/>
        </w:rPr>
        <w:t xml:space="preserve">[03:22] </w:t>
      </w:r>
      <w:r>
        <w:t>aik ayat jo surah ibrahim mein hai, chapter number 14.</w:t>
      </w:r>
    </w:p>
    <w:p>
      <w:pPr>
        <w:jc w:val="right"/>
      </w:pPr>
      <w:r>
        <w:t>ایک آیت جو سورہ ابراہیم میں ہے، چیپٹر نمبر 14۔</w:t>
      </w:r>
    </w:p>
    <w:p>
      <w:r>
        <w:rPr>
          <w:b/>
        </w:rPr>
        <w:t xml:space="preserve">[03:31] </w:t>
      </w:r>
      <w:r>
        <w:t>yom tabdal al-arzu wa ghair al-arz. is ka matlab yeh hai: When the earth shall be changed into another world, another earth.</w:t>
      </w:r>
    </w:p>
    <w:p>
      <w:pPr>
        <w:jc w:val="right"/>
      </w:pPr>
      <w:r>
        <w:t>يوم تبدل الأرض وغير الأرض ۔ اس کا مطلب یہ ہے: When the earth shall be changed into another world, another earth.</w:t>
      </w:r>
    </w:p>
    <w:p>
      <w:r>
        <w:rPr>
          <w:b/>
        </w:rPr>
        <w:t xml:space="preserve">[03:46] </w:t>
      </w:r>
      <w:r>
        <w:t>When the earth shall be changed into another earth.</w:t>
      </w:r>
    </w:p>
    <w:p>
      <w:pPr>
        <w:jc w:val="right"/>
      </w:pPr>
      <w:r>
        <w:t>When the earth shall be changed into another earth.</w:t>
      </w:r>
    </w:p>
    <w:p>
      <w:r>
        <w:rPr>
          <w:b/>
        </w:rPr>
        <w:t xml:space="preserve">[03:53] </w:t>
      </w:r>
      <w:r>
        <w:t>yani yeh jo zameen hai, yeh jo dunya hai, is ko badal kar aik aur dunya banai jaye gi. Surah Taha mein hai ke paharon ko Khuda tod de ga.</w:t>
      </w:r>
    </w:p>
    <w:p>
      <w:pPr>
        <w:jc w:val="right"/>
      </w:pPr>
      <w:r>
        <w:t>یعنی یہ جو زمین ہے، یہ جو دنیا ہے، اس کو بدل کر ایک اور دنیا بنائی جائے گی۔ سورہ طہ میں ہے کہ پہاڑوں کو خدا توڑ دے گا۔</w:t>
      </w:r>
    </w:p>
    <w:p>
      <w:r>
        <w:rPr>
          <w:b/>
        </w:rPr>
        <w:t xml:space="preserve">[04:04] </w:t>
      </w:r>
      <w:r>
        <w:t>wa yadhurruhum qaa'an safsafan. poori zameen jo hai, aik level kar diya jaye ga. yeh Surah Taha mein hai.</w:t>
      </w:r>
    </w:p>
    <w:p>
      <w:pPr>
        <w:jc w:val="right"/>
      </w:pPr>
      <w:r>
        <w:t>ويضرهم قان صفصفا ۔ پوری زمین جو ہے، ایک لیول کر دیا جائے گا۔ یہ سورہ طہ میں ہے۔</w:t>
      </w:r>
    </w:p>
    <w:p>
      <w:r>
        <w:rPr>
          <w:b/>
        </w:rPr>
        <w:t xml:space="preserve">[04:18] </w:t>
      </w:r>
      <w:r>
        <w:t>is tarah ki aur bhi ayat</w:t>
      </w:r>
    </w:p>
    <w:p>
      <w:pPr>
        <w:jc w:val="right"/>
      </w:pPr>
      <w:r>
        <w:t>اس طرح کی اور بھی آیت</w:t>
      </w:r>
    </w:p>
    <w:p>
      <w:r>
        <w:rPr>
          <w:b/>
        </w:rPr>
        <w:t xml:space="preserve">[04:19] </w:t>
      </w:r>
      <w:r>
        <w:t>mein hain. Surah Taha ki ayat batati hai ke yeh jo oonch neech dunya mein hai, chahe paharon ki shakal mein ho ya ya sky scraper ki shakal mein ho, multi-storey building ki shakal mein ho,</w:t>
      </w:r>
    </w:p>
    <w:p>
      <w:pPr>
        <w:jc w:val="right"/>
      </w:pPr>
      <w:r>
        <w:t>یں ہیں۔ سورہ طہ کی آیت بتاتی ہے کہ یہ جو اونچ نیچ دنیا میں ہے، چاہے پہاڑوں کی شکل میں ہو یا یا اسکائی سکریپر کی شکل میں ہو، ملٹی اسٹوری بلڈنگ کی شکل میں ہو،</w:t>
      </w:r>
    </w:p>
    <w:p>
      <w:r>
        <w:rPr>
          <w:b/>
        </w:rPr>
        <w:t xml:space="preserve">[04:33] </w:t>
      </w:r>
      <w:r>
        <w:t>woh sab tod phod kar ke level kar diya jaye ga.</w:t>
      </w:r>
    </w:p>
    <w:p>
      <w:pPr>
        <w:jc w:val="right"/>
      </w:pPr>
      <w:r>
        <w:t>وہ سب توڑ پھوڑ کر کے لیول کر دیا جائے گا۔</w:t>
      </w:r>
    </w:p>
    <w:p>
      <w:r>
        <w:rPr>
          <w:b/>
        </w:rPr>
        <w:t xml:space="preserve">[04:39] </w:t>
      </w:r>
      <w:r>
        <w:t>aur phir doosri ayat jo Surah Ibrahim mein hai ke is zameen ko aik aur zameen bana diya jaye ga.</w:t>
      </w:r>
    </w:p>
    <w:p>
      <w:pPr>
        <w:jc w:val="right"/>
      </w:pPr>
      <w:r>
        <w:t>اور پھر دوسری آیت جو سورہ ابراہیم میں ہے کہ اس زمین کو ایک اور زمین بنا دیا جائے گا۔</w:t>
      </w:r>
    </w:p>
    <w:p>
      <w:r>
        <w:rPr>
          <w:b/>
        </w:rPr>
        <w:t xml:space="preserve">[04:45] </w:t>
      </w:r>
      <w:r>
        <w:t>yani human civilization khatam aur divine civilization yahan par shuru. yeh mein dekh raha hoon.</w:t>
      </w:r>
    </w:p>
    <w:p>
      <w:pPr>
        <w:jc w:val="right"/>
      </w:pPr>
      <w:r>
        <w:t>یعنی ہیومن سویلائزیشن ختم اور ڈیوائن سویلائزیشن یہاں پر شروع۔ یہ میں دیکھ رہا ہوں۔</w:t>
      </w:r>
    </w:p>
    <w:p>
      <w:r>
        <w:rPr>
          <w:b/>
        </w:rPr>
        <w:t xml:space="preserve">[04:58] </w:t>
      </w:r>
      <w:r>
        <w:t>kal mein apne spiritual tree ke neeche baitha hua tha. to aaj kal aap jante hain ke mausam hai phoolon ka.</w:t>
      </w:r>
    </w:p>
    <w:p>
      <w:pPr>
        <w:jc w:val="right"/>
      </w:pPr>
      <w:r>
        <w:t>کل میں اپنے اسپریچول ٹری کے نیچے بیٹھا ہوا تھا۔ تو آج کل آپ جانتے ہیں کہ موسم ہے پھولوں کا۔</w:t>
      </w:r>
    </w:p>
    <w:p>
      <w:r>
        <w:rPr>
          <w:b/>
        </w:rPr>
        <w:t xml:space="preserve">[05:09] </w:t>
      </w:r>
      <w:r>
        <w:t>aap agar jayen janglon mein to tarah tarah ke phool khile hue nazar ayen ge. to hamare spiritual tree mein bhi bohat hi khushnuma phool aaye hue hain.</w:t>
      </w:r>
    </w:p>
    <w:p>
      <w:pPr>
        <w:jc w:val="right"/>
      </w:pPr>
      <w:r>
        <w:t>آپ اگر جائیں جنگلوں میں تو طرح طرح کے پھول کھلے ہوئے نظر آئیں گے۔ تو ہمارے اسپریچول ٹری میں بھی بہت ہی خوشنگ پھول آئے ہوئے ہیں۔</w:t>
      </w:r>
    </w:p>
    <w:p>
      <w:r>
        <w:rPr>
          <w:b/>
        </w:rPr>
        <w:t xml:space="preserve">[05:23] </w:t>
      </w:r>
      <w:r>
        <w:t>to mein ne socha ke yeh jo nature hai, world of nature, wahan par phool khil rahe hain.</w:t>
      </w:r>
    </w:p>
    <w:p>
      <w:pPr>
        <w:jc w:val="right"/>
      </w:pPr>
      <w:r>
        <w:t>تو میں نے سوچا کہ یہ جو نیچر ہے، ورلڈ آف نیچر، وہاں پر پھول کھل رہے ہیں۔</w:t>
      </w:r>
    </w:p>
    <w:p>
      <w:r>
        <w:rPr>
          <w:b/>
        </w:rPr>
        <w:t xml:space="preserve">[05:36] </w:t>
      </w:r>
      <w:r>
        <w:t>phool ka matlab kya hai?</w:t>
      </w:r>
    </w:p>
    <w:p>
      <w:pPr>
        <w:jc w:val="right"/>
      </w:pPr>
      <w:r>
        <w:t>پھول کا مطلب کیا ہے؟</w:t>
      </w:r>
    </w:p>
    <w:p>
      <w:r>
        <w:rPr>
          <w:b/>
        </w:rPr>
        <w:t xml:space="preserve">[05:38] </w:t>
      </w:r>
      <w:r>
        <w:t>wahan jo aik phoolon ki aik alag hi culture hai. is culture mein na shor hai, na nuisance hai, na noise pollution hai,</w:t>
      </w:r>
    </w:p>
    <w:p>
      <w:pPr>
        <w:jc w:val="right"/>
      </w:pPr>
      <w:r>
        <w:t>وہاں جو ایک پھولوں کی ایک الگ ہی کلچر ہے۔ اس کلچر میں نہ شور ہے، نہ نیوسنس ہے، نہ نوائز پولیوشن ہے،</w:t>
      </w:r>
    </w:p>
    <w:p>
      <w:r>
        <w:rPr>
          <w:b/>
        </w:rPr>
        <w:t xml:space="preserve">[05:53] </w:t>
      </w:r>
      <w:r>
        <w:t>na heat hai, na intolerance hai, na war hai. kuch bhi nahin. phool ki aik aur hi dunya hai.</w:t>
      </w:r>
    </w:p>
    <w:p>
      <w:pPr>
        <w:jc w:val="right"/>
      </w:pPr>
      <w:r>
        <w:t>نہ ہیٹ ہے، نہ ان ٹالرنس ہے، نہ وار ہے۔ کچھ بھی نہیں۔ پھول کی ایک اور ہی دنیا ہے۔</w:t>
      </w:r>
    </w:p>
    <w:p>
      <w:r>
        <w:rPr>
          <w:b/>
        </w:rPr>
        <w:t xml:space="preserve">[06:04] </w:t>
      </w:r>
      <w:r>
        <w:t>aik aur hi dunya hai. complex free dunya. to mein soch raha tha ke kya yeh dunya sirf phoolon ke liye muqaddar hai, insaan ke liye nahin?</w:t>
      </w:r>
    </w:p>
    <w:p>
      <w:pPr>
        <w:jc w:val="right"/>
      </w:pPr>
      <w:r>
        <w:t>ایک اور ہی دنیا ہے۔ کمپلیکس فری دنیا۔ تو میں سوچ رہا تھا کہ کیا یہ دنیا صرف پھولوں کے لیے مقدر ہے، انسان کے لیے نہیں؟</w:t>
      </w:r>
    </w:p>
    <w:p>
      <w:r>
        <w:rPr>
          <w:b/>
        </w:rPr>
        <w:t xml:space="preserve">[06:18] </w:t>
      </w:r>
      <w:r>
        <w:t>phoolon ka jo culture hai, woh kya sirf phoolon ke liye muqaddar hai? insaan ke liye nahin? halankeh insaan jo hai, sab se zyada</w:t>
      </w:r>
    </w:p>
    <w:p>
      <w:pPr>
        <w:jc w:val="right"/>
      </w:pPr>
      <w:r>
        <w:t>پھولوں کا جو کلچر ہے، وہ کیا صرف پھولوں کے لیے مقدر ہے؟ انسان کے لیے نہیں؟ حالانکہ انسان جو ہے، سب سے زیادہ</w:t>
      </w:r>
    </w:p>
    <w:p>
      <w:r>
        <w:rPr>
          <w:b/>
        </w:rPr>
        <w:t xml:space="preserve">[06:31] </w:t>
      </w:r>
      <w:r>
        <w:t>afzal makhlooq hai.</w:t>
      </w:r>
    </w:p>
    <w:p>
      <w:pPr>
        <w:jc w:val="right"/>
      </w:pPr>
      <w:r>
        <w:t>افضل مخلوق ہے۔</w:t>
      </w:r>
    </w:p>
    <w:p>
      <w:r>
        <w:rPr>
          <w:b/>
        </w:rPr>
        <w:t xml:space="preserve">[06:36] </w:t>
      </w:r>
      <w:r>
        <w:t>phool se billion trillion time zyada qualities hain aik insaan ke andar. to mere dil ne kaha ke zaroor aisa hona chahiye ke phoolon wala culture insaan ki dunya mein bhi aaye.</w:t>
      </w:r>
    </w:p>
    <w:p>
      <w:pPr>
        <w:jc w:val="right"/>
      </w:pPr>
      <w:r>
        <w:t>پھول سے بلین ٹریلین ٹائم زیادہ کوالٹیز ہیں ایک انسان کے اندر۔ تو میرے دل نے کہا کہ ضرور ایسا ہونا چاہیے کہ پھولوں والا کلچر انسان کی دنیا میں بھی آئے۔</w:t>
      </w:r>
    </w:p>
    <w:p>
      <w:r>
        <w:rPr>
          <w:b/>
        </w:rPr>
        <w:t xml:space="preserve">[06:49] </w:t>
      </w:r>
      <w:r>
        <w:t>jahan khushbu ho, jahan rang ho, jahan mohabbat ho, jahan tolerance ho, jahan peace ho.</w:t>
      </w:r>
    </w:p>
    <w:p>
      <w:pPr>
        <w:jc w:val="right"/>
      </w:pPr>
      <w:r>
        <w:t>جہاں خوشبو ہو، جہاں رنگ ہو، جہاں محبت ہو، جہاں ٹالرنس ہو، جہاں پیس ہو۔</w:t>
      </w:r>
    </w:p>
    <w:p>
      <w:r>
        <w:rPr>
          <w:b/>
        </w:rPr>
        <w:t xml:space="preserve">[06:59] </w:t>
      </w:r>
      <w:r>
        <w:t>jahan koi kisi se hate na karta ho. jahan koi tension na ho.</w:t>
      </w:r>
    </w:p>
    <w:p>
      <w:pPr>
        <w:jc w:val="right"/>
      </w:pPr>
      <w:r>
        <w:t>جہاں کوئی کسی سے ہیٹ نہ کرتا ہو۔ جہاں کوئی ٹینشن نہ ہو۔</w:t>
      </w:r>
    </w:p>
    <w:p>
      <w:r>
        <w:rPr>
          <w:b/>
        </w:rPr>
        <w:t xml:space="preserve">[07:09] </w:t>
      </w:r>
      <w:r>
        <w:t>jahan kisi ke dil mein negative thought na ho. yeh sab aaj hi, all ready aaj hai phoolon ki dunya mein.</w:t>
      </w:r>
    </w:p>
    <w:p>
      <w:pPr>
        <w:jc w:val="right"/>
      </w:pPr>
      <w:r>
        <w:t>جہاں کسی کے دل میں نیگیٹیو تھاٹ نہ ہو۔ یہ سب آج ہی، آل ریڈی آج ہے پھولوں کی دنیا میں۔</w:t>
      </w:r>
    </w:p>
    <w:p>
      <w:r>
        <w:rPr>
          <w:b/>
        </w:rPr>
        <w:t xml:space="preserve">[07:17] </w:t>
      </w:r>
      <w:r>
        <w:t>to Khuda goya demonstration de raha hai: ae insaan, dekh, yahi din tere liye bhi aney wala hai. lekin is farq ke sath ke phoolon ki dunya mein to har phool ko yeh cheez mili hui hai.</w:t>
      </w:r>
    </w:p>
    <w:p>
      <w:pPr>
        <w:jc w:val="right"/>
      </w:pPr>
      <w:r>
        <w:t>تو خدا گویا ڈیمونسٹریشن دے رہا ہے: اے انسان، دیکھ، یہی دن تیرے لیے بھی آنے والا ہے۔ لیکن اس فرق کے ساتھ کہ پھولوں کی دنیا میں تو ہر پھول کو یہ چیز ملی ہوئی ہے۔</w:t>
      </w:r>
    </w:p>
    <w:p>
      <w:r>
        <w:rPr>
          <w:b/>
        </w:rPr>
        <w:t xml:space="preserve">[07:34] </w:t>
      </w:r>
      <w:r>
        <w:t>lekin insanon ki dunya mein jab woh culture banega to wahan chhaat diye jayen ge log. achhe aur bure log chhaat diye jayen ge.</w:t>
      </w:r>
    </w:p>
    <w:p>
      <w:pPr>
        <w:jc w:val="right"/>
      </w:pPr>
      <w:r>
        <w:t>لیکن انسانوں کی دنیا میں جب وہ کلچر بنے گا تو وہاں چھاڑ دیے جائیں گے لوگ۔ اچھے اور برے لوگ چھاڑ دیے جائیں گے۔</w:t>
      </w:r>
    </w:p>
    <w:p>
      <w:r>
        <w:rPr>
          <w:b/>
        </w:rPr>
        <w:t xml:space="preserve">[07:46] </w:t>
      </w:r>
      <w:r>
        <w:t>yani aaj ki dunya mein jinho ne yeh prove kiya apne character se, apne behavior se ke woh phoolon ki tarah reh sakte hain, is aala society mein phoolon ki tarah reh sakte hain,</w:t>
      </w:r>
    </w:p>
    <w:p>
      <w:pPr>
        <w:jc w:val="right"/>
      </w:pPr>
      <w:r>
        <w:t>یعنی آج کی دنیا میں جنہوں نے یہ پروف کیا اپنے کریکٹر سے، اپنے بیہیویئر سے کہ وہ پھولوں کی طرح رہ سکتے ہیں، اس اعلیٰ سوسائٹی میں پھولوں کی طرح رہ سکتے ہیں،</w:t>
      </w:r>
    </w:p>
    <w:p>
      <w:r>
        <w:rPr>
          <w:b/>
        </w:rPr>
        <w:t xml:space="preserve">[08:02] </w:t>
      </w:r>
      <w:r>
        <w:t>wahi wahan basaye jayenge.</w:t>
      </w:r>
    </w:p>
    <w:p>
      <w:pPr>
        <w:jc w:val="right"/>
      </w:pPr>
      <w:r>
        <w:t>وہی وہاں بسائے جائیں گے۔</w:t>
      </w:r>
    </w:p>
    <w:p>
      <w:r>
        <w:rPr>
          <w:b/>
        </w:rPr>
        <w:t xml:space="preserve">[08:08] </w:t>
      </w:r>
      <w:r>
        <w:t>ek hadith mein hai ke Rasool Allah Sal Allah o Alih e Wa Aaleh e Wa Sallam ki jab meraj hui to wahan par aap ki mulaqat nabiyon se hui.</w:t>
      </w:r>
    </w:p>
    <w:p>
      <w:pPr>
        <w:jc w:val="right"/>
      </w:pPr>
      <w:r>
        <w:t>ایک حدیث میں ہے کہ رسول اللہ صلی اللہ علیہ وسلم کی جب معراج ہوئی تو وہاں پر آپ کی ملاقات نبیوں سے ہوئی۔</w:t>
      </w:r>
    </w:p>
    <w:p>
      <w:r>
        <w:rPr>
          <w:b/>
        </w:rPr>
        <w:t xml:space="preserve">[08:16] </w:t>
      </w:r>
      <w:r>
        <w:t>to is mein se Hazrat Ibrahim bhi thay. Hazrat Ibrahim se mulaqat hui.</w:t>
      </w:r>
    </w:p>
    <w:p>
      <w:pPr>
        <w:jc w:val="right"/>
      </w:pPr>
      <w:r>
        <w:t>تو اس میں سے حضرت ابراہیم بھی تھے۔ حضرت ابراہیم سے ملاقات ہوئی۔</w:t>
      </w:r>
    </w:p>
    <w:p>
      <w:r>
        <w:rPr>
          <w:b/>
        </w:rPr>
        <w:t xml:space="preserve">[08:26] </w:t>
      </w:r>
      <w:r>
        <w:t>to Hazrat Ibrahim ne Rasool Allah se kaha ke apni ummat ko meri taraf se ek paigham de do.</w:t>
      </w:r>
    </w:p>
    <w:p>
      <w:pPr>
        <w:jc w:val="right"/>
      </w:pPr>
      <w:r>
        <w:t>تو حضرت ابراہیم نے رسول اللہ سے کہا کہ اپنی امت کو میری طرف سے ایک پیغام دے دو۔</w:t>
      </w:r>
    </w:p>
    <w:p>
      <w:r>
        <w:rPr>
          <w:b/>
        </w:rPr>
        <w:t xml:space="preserve">[08:34] </w:t>
      </w:r>
      <w:r>
        <w:t>apni ummat ko meri taraf se ek paigham de do.</w:t>
      </w:r>
    </w:p>
    <w:p>
      <w:pPr>
        <w:jc w:val="right"/>
      </w:pPr>
      <w:r>
        <w:t>اپنی امت کو میری طرف سے ایک پیغام دے دو۔</w:t>
      </w:r>
    </w:p>
    <w:p>
      <w:r>
        <w:rPr>
          <w:b/>
        </w:rPr>
        <w:t xml:space="preserve">[08:39] </w:t>
      </w:r>
      <w:r>
        <w:t>woh yeh tha ke jannat ek qaiwan hai. qaiwan. qaiwan ka matlab hai ek open place, khuli jagah, chateel maidan.</w:t>
      </w:r>
    </w:p>
    <w:p>
      <w:pPr>
        <w:jc w:val="right"/>
      </w:pPr>
      <w:r>
        <w:t>وہ یہ تھا کہ جنت ایک قیوان ہے۔ قیوان۔ قیوان کا مطلب ہے ایک اوپن پلیس، کھلی جگہ، چٹیل میدان۔</w:t>
      </w:r>
    </w:p>
    <w:p>
      <w:r>
        <w:rPr>
          <w:b/>
        </w:rPr>
        <w:t xml:space="preserve">[08:53] </w:t>
      </w:r>
      <w:r>
        <w:t>aur dunya mein jo darakht borte hain, wahi wahan aa kar lagaye jayenge. har insan ko ek darakht bo raha hai dunya mein.</w:t>
      </w:r>
    </w:p>
    <w:p>
      <w:pPr>
        <w:jc w:val="right"/>
      </w:pPr>
      <w:r>
        <w:t>اور دنیا میں جو درخت بوتے ہیں، وہی وہاں آ کر لگائے جائیں گے۔ ہر انسان کو ایک درخت بو رہا ہے دنیا میں۔</w:t>
      </w:r>
    </w:p>
    <w:p>
      <w:r>
        <w:rPr>
          <w:b/>
        </w:rPr>
        <w:t xml:space="preserve">[09:04] </w:t>
      </w:r>
      <w:r>
        <w:t>wahi wahan laga diye jayenge jannat ke bagh mein.</w:t>
      </w:r>
    </w:p>
    <w:p>
      <w:pPr>
        <w:jc w:val="right"/>
      </w:pPr>
      <w:r>
        <w:t>وہی وہاں لگا دیے جائیں گے جنت کے باغ میں۔</w:t>
      </w:r>
    </w:p>
    <w:p>
      <w:r>
        <w:rPr>
          <w:b/>
        </w:rPr>
        <w:t xml:space="preserve">[09:08] </w:t>
      </w:r>
      <w:r>
        <w:t>to aap dekhiye dunya mein kya hai? koi babool ke darakht laga raha hai. koi jhaar jhanakaar laga raha hai.</w:t>
      </w:r>
    </w:p>
    <w:p>
      <w:pPr>
        <w:jc w:val="right"/>
      </w:pPr>
      <w:r>
        <w:t>تو آپ دیکھیے دنیا میں کیا ہے؟ کوئی بابول کے درخت لگا رہا ہے۔ کوئی جھاڑ جھنکار لگا رہا ہے۔</w:t>
      </w:r>
    </w:p>
    <w:p>
      <w:r>
        <w:rPr>
          <w:b/>
        </w:rPr>
        <w:t xml:space="preserve">[09:18] </w:t>
      </w:r>
      <w:r>
        <w:t>koi karwe phal wale darakht laga raha hai. woh wahan jannat mein jagah nahi payega.</w:t>
      </w:r>
    </w:p>
    <w:p>
      <w:pPr>
        <w:jc w:val="right"/>
      </w:pPr>
      <w:r>
        <w:t>کوئی کڑوے پھل والے درخت لگا رہا ہے۔ وہ وہاں جنت میں جگہ نہیں پائے گا۔</w:t>
      </w:r>
    </w:p>
    <w:p>
      <w:r>
        <w:rPr>
          <w:b/>
        </w:rPr>
        <w:t xml:space="preserve">[09:28] </w:t>
      </w:r>
      <w:r>
        <w:t>aur koi phoolon ke darakht laga raha hai. meethe phal ke darakht laga raha hai. yani character. in terms of character. in terms of thinking.</w:t>
      </w:r>
    </w:p>
    <w:p>
      <w:pPr>
        <w:jc w:val="right"/>
      </w:pPr>
      <w:r>
        <w:t>اور کوئی پھولوں کے درخت لگا رہا ہے۔ میٹھے پھل کے درخت لگا رہا ہے۔ یعنی کریکٹر۔ ان ٹرمز آف کریکٹر۔ ان ٹرمز آف تھنکنگ۔</w:t>
      </w:r>
    </w:p>
    <w:p>
      <w:r>
        <w:rPr>
          <w:b/>
        </w:rPr>
        <w:t xml:space="preserve">[09:38] </w:t>
      </w:r>
      <w:r>
        <w:t>in terms of behavior. in terms of character.</w:t>
      </w:r>
    </w:p>
    <w:p>
      <w:pPr>
        <w:jc w:val="right"/>
      </w:pPr>
      <w:r>
        <w:t>ان ٹرمز آف بیہیویئر۔ ان ٹرمز آف کریکٹر۔</w:t>
      </w:r>
    </w:p>
    <w:p>
      <w:r>
        <w:rPr>
          <w:b/>
        </w:rPr>
        <w:t xml:space="preserve">[09:45] </w:t>
      </w:r>
      <w:r>
        <w:t>to yeh yeh dunya jo hai,</w:t>
      </w:r>
    </w:p>
    <w:p>
      <w:pPr>
        <w:jc w:val="right"/>
      </w:pPr>
      <w:r>
        <w:t>تو یہ یہ دنیا جو ہے،</w:t>
      </w:r>
    </w:p>
    <w:p>
      <w:r>
        <w:rPr>
          <w:b/>
        </w:rPr>
        <w:t xml:space="preserve">[09:50] </w:t>
      </w:r>
      <w:r>
        <w:t>isi ke selection ke liye hai.</w:t>
      </w:r>
    </w:p>
    <w:p>
      <w:pPr>
        <w:jc w:val="right"/>
      </w:pPr>
      <w:r>
        <w:t>اسی کے سلیکشن کے لیے ہے۔</w:t>
      </w:r>
    </w:p>
    <w:p>
      <w:r>
        <w:rPr>
          <w:b/>
        </w:rPr>
        <w:t xml:space="preserve">[09:54] </w:t>
      </w:r>
      <w:r>
        <w:t>phoolon ki dunya mein aisa selection nahi hota. lekin insani ki dunya mein yeh selection hai. to har aadmi koi na koi darakht laga raha hai.</w:t>
      </w:r>
    </w:p>
    <w:p>
      <w:pPr>
        <w:jc w:val="right"/>
      </w:pPr>
      <w:r>
        <w:t>پھولوں کی دنیا میں ایسا سلیکشن نہیں ہوتا۔ لیکن انسانی کی دنیا میں یہ سلیکشن ہے۔ تو ہر آدمی کوئی نہ کوئی درخت لگا رہا ہے۔</w:t>
      </w:r>
    </w:p>
    <w:p>
      <w:r>
        <w:rPr>
          <w:b/>
        </w:rPr>
        <w:t xml:space="preserve">[10:04] </w:t>
      </w:r>
      <w:r>
        <w:t>har aadmi.</w:t>
      </w:r>
    </w:p>
    <w:p>
      <w:pPr>
        <w:jc w:val="right"/>
      </w:pPr>
      <w:r>
        <w:t>ہر آدمی۔</w:t>
      </w:r>
    </w:p>
    <w:p>
      <w:r>
        <w:rPr>
          <w:b/>
        </w:rPr>
        <w:t xml:space="preserve">[10:08] </w:t>
      </w:r>
      <w:r>
        <w:t>ek baar mujhe ek raste mein paidal chalte hue ek jhaari aa gayi raste mein. ab main jhaari mein dakhil ho gaya.</w:t>
      </w:r>
    </w:p>
    <w:p>
      <w:pPr>
        <w:jc w:val="right"/>
      </w:pPr>
      <w:r>
        <w:t>ایک بار مجھے ایک راستے میں پیدل چلتے ہوئے ایک جھاڑی آ گئی راستے میں۔ اب میں جھاڑی میں داخل ہو گیا۔</w:t>
      </w:r>
    </w:p>
    <w:p>
      <w:r>
        <w:rPr>
          <w:b/>
        </w:rPr>
        <w:t xml:space="preserve">[10:18] </w:t>
      </w:r>
      <w:r>
        <w:t>to mere kapdon mein idhar kaante lag rahe hain, idhar kaante lag rahe hain.</w:t>
      </w:r>
    </w:p>
    <w:p>
      <w:pPr>
        <w:jc w:val="right"/>
      </w:pPr>
      <w:r>
        <w:t>تو میرے کپڑوں میں ادھر کانٹے لگ رہے ہیں، ادھر کانٹے لگ رہے ہیں۔</w:t>
      </w:r>
    </w:p>
    <w:p>
      <w:r>
        <w:rPr>
          <w:b/>
        </w:rPr>
        <w:t xml:space="preserve">[10:25] </w:t>
      </w:r>
      <w:r>
        <w:t>aage badhoon tab bhi kaanta, peeche hatun tab bhi kaanta. to ek woh tajruba tha darakhton ka.</w:t>
      </w:r>
    </w:p>
    <w:p>
      <w:pPr>
        <w:jc w:val="right"/>
      </w:pPr>
      <w:r>
        <w:t>آگے بڑھوں تب بھی کانٹا، پیچھے ہٹوں تب بھی کانٹا۔ تو ایک وہ تجربہ تھا درختوں کا۔</w:t>
      </w:r>
    </w:p>
    <w:p>
      <w:r>
        <w:rPr>
          <w:b/>
        </w:rPr>
        <w:t xml:space="preserve">[10:35] </w:t>
      </w:r>
      <w:r>
        <w:t>ek darakhton ki qism woh hai</w:t>
      </w:r>
    </w:p>
    <w:p>
      <w:pPr>
        <w:jc w:val="right"/>
      </w:pPr>
      <w:r>
        <w:t>ایک درختوں کی قسم وہ ہے</w:t>
      </w:r>
    </w:p>
    <w:p>
      <w:r>
        <w:rPr>
          <w:b/>
        </w:rPr>
        <w:t xml:space="preserve">[10:40] </w:t>
      </w:r>
      <w:r>
        <w:t>ke har taraf kaanta hi kaanta. to mujhe yaad aaya ke Kashmir mein ek baar main gaya tha to wahan hamare saathi thay Professor Kareem Ullah</w:t>
      </w:r>
    </w:p>
    <w:p>
      <w:pPr>
        <w:jc w:val="right"/>
      </w:pPr>
      <w:r>
        <w:t>کہ ہر طرف کانٹا ہی کانٹا۔ تو مجھے یاد آیا کہ کشمیر میں ایک بار میں گیا تھا تو وہاں ہمارے ساتھی تھے پروفیسر کریم اللہ</w:t>
      </w:r>
    </w:p>
    <w:p>
      <w:r>
        <w:rPr>
          <w:b/>
        </w:rPr>
        <w:t xml:space="preserve">[10:51] </w:t>
      </w:r>
      <w:r>
        <w:t>Khan. un ke sath main bahar, shehar ke bahar chala gaya. to bahar jahan pollution nahi tha, shor nahi tha, kuch bhi nahi tha.</w:t>
      </w:r>
    </w:p>
    <w:p>
      <w:pPr>
        <w:jc w:val="right"/>
      </w:pPr>
      <w:r>
        <w:t>خان۔ ان کے ساتھ میں باہر، شہر کے باہر چلا گیا۔ تو باہر جہاں پولیوشن نہیں تھا، شور نہیں تھا، کچھ بھی نہیں تھا۔</w:t>
      </w:r>
    </w:p>
    <w:p>
      <w:r>
        <w:rPr>
          <w:b/>
        </w:rPr>
        <w:t xml:space="preserve">[11:01] </w:t>
      </w:r>
      <w:r>
        <w:t>hum log ek jagah baithe hue thay darakhton ke neeche. wahan koi building nahi thi, koi kursi nahi thi. to itna acha lag raha tha ke sarsabz mahol.</w:t>
      </w:r>
    </w:p>
    <w:p>
      <w:pPr>
        <w:jc w:val="right"/>
      </w:pPr>
      <w:r>
        <w:t>ہم لوگ ایک جگہ بیٹھے ہوئے تھے درختوں کے نیچے۔ وہاں کوئی بلڈنگ نہیں تھی، کوئی کرسی نہیں تھی۔ تو اتنا اچھا لگ رہا تھا کہ سرسبز ماحول۔</w:t>
      </w:r>
    </w:p>
    <w:p>
      <w:r>
        <w:rPr>
          <w:b/>
        </w:rPr>
        <w:t xml:space="preserve">[11:17] </w:t>
      </w:r>
      <w:r>
        <w:t>bohat hi khushgawar hawayein,</w:t>
      </w:r>
    </w:p>
    <w:p>
      <w:pPr>
        <w:jc w:val="right"/>
      </w:pPr>
      <w:r>
        <w:t>بہت ہی خوشگوار ہوائیں،</w:t>
      </w:r>
    </w:p>
    <w:p>
      <w:r>
        <w:rPr>
          <w:b/>
        </w:rPr>
        <w:t xml:space="preserve">[11:22] </w:t>
      </w:r>
      <w:r>
        <w:t>khaalis oxygen. har taraf aik pur-sukoon mahaul. to shaam ho gayi to uthne ka jee nahi chahta tha.</w:t>
      </w:r>
    </w:p>
    <w:p>
      <w:pPr>
        <w:jc w:val="right"/>
      </w:pPr>
      <w:r>
        <w:t>خالص آکسیجن۔ ہر طرف ایک پرسکون ماحول۔ تو شام ہو گئی تو اٹھنے کا جی نہیں چاہتا تھا۔</w:t>
      </w:r>
    </w:p>
    <w:p>
      <w:r>
        <w:rPr>
          <w:b/>
        </w:rPr>
        <w:t xml:space="preserve">[11:32] </w:t>
      </w:r>
      <w:r>
        <w:t>jab thoda andhera hone laga tab uthe hum wahan se phir wapas aaye srinagar mein. to aik tajruba woh tha ke is mein dakhil ho gaye to kaanta hi kaanta.</w:t>
      </w:r>
    </w:p>
    <w:p>
      <w:pPr>
        <w:jc w:val="right"/>
      </w:pPr>
      <w:r>
        <w:t>جب تھوڑا اندھیرا ہونے لگا تب اٹھے ہم وہاں سے پھر واپس آئے سری نگر میں۔ تو ایک تجربہ وہ تھا کہ اس میں داخل ہو گئے تو کانٹا ہی کانٹا۔</w:t>
      </w:r>
    </w:p>
    <w:p>
      <w:r>
        <w:rPr>
          <w:b/>
        </w:rPr>
        <w:t xml:space="preserve">[11:44] </w:t>
      </w:r>
      <w:r>
        <w:t>kapre phaadne wale kaante.</w:t>
      </w:r>
    </w:p>
    <w:p>
      <w:pPr>
        <w:jc w:val="right"/>
      </w:pPr>
      <w:r>
        <w:t>کپڑے پھاڑنے والے کانٹے۔</w:t>
      </w:r>
    </w:p>
    <w:p>
      <w:r>
        <w:rPr>
          <w:b/>
        </w:rPr>
        <w:t xml:space="preserve">[11:48] </w:t>
      </w:r>
      <w:r>
        <w:t>aik woh tajruba tha ke wahan baith kar ke uthne ka jee nahi chahta. isi ko aap billion time badha lijiye.</w:t>
      </w:r>
    </w:p>
    <w:p>
      <w:pPr>
        <w:jc w:val="right"/>
      </w:pPr>
      <w:r>
        <w:t>ایک وہ تجربہ تھا کہ وہاں بیٹھ کر کے اٹھنے کا جی نہیں چاہتا۔ اسی کو آپ بلین ٹائم بڑھا لیجیے۔</w:t>
      </w:r>
    </w:p>
    <w:p>
      <w:r>
        <w:rPr>
          <w:b/>
        </w:rPr>
        <w:t xml:space="preserve">[11:58] </w:t>
      </w:r>
      <w:r>
        <w:t>to aik insaan woh hoga jo duniya mein kaante daar darakht ban kar uga.</w:t>
      </w:r>
    </w:p>
    <w:p>
      <w:pPr>
        <w:jc w:val="right"/>
      </w:pPr>
      <w:r>
        <w:t>تو ایک انسان وہ ہوگا جو دنیا میں کانٹے دار درخت بن کر اگا۔</w:t>
      </w:r>
    </w:p>
    <w:p>
      <w:r>
        <w:rPr>
          <w:b/>
        </w:rPr>
        <w:t xml:space="preserve">[12:05] </w:t>
      </w:r>
      <w:r>
        <w:t>is se logon ko kaante mile. is se logon ko talkh maza mila. is se logon ko koi misbat tajruba nahi hua.</w:t>
      </w:r>
    </w:p>
    <w:p>
      <w:pPr>
        <w:jc w:val="right"/>
      </w:pPr>
      <w:r>
        <w:t>اس سے لوگوں کو کانٹے ملے۔ اس سے لوگوں کو تلخ مزہ ملا۔ اس سے لوگوں کو کوئی مثبت تجربہ نہیں ہوا۔</w:t>
      </w:r>
    </w:p>
    <w:p>
      <w:r>
        <w:rPr>
          <w:b/>
        </w:rPr>
        <w:t xml:space="preserve">[12:17] </w:t>
      </w:r>
      <w:r>
        <w:t>to aise darakht kaat diye jayenge.</w:t>
      </w:r>
    </w:p>
    <w:p>
      <w:pPr>
        <w:jc w:val="right"/>
      </w:pPr>
      <w:r>
        <w:t>تو ایسے درخت کاٹ دیے جائیں گے۔</w:t>
      </w:r>
    </w:p>
    <w:p>
      <w:r>
        <w:rPr>
          <w:b/>
        </w:rPr>
        <w:t xml:space="preserve">[12:21] </w:t>
      </w:r>
      <w:r>
        <w:t>in ko jannat mein nahi dobara ugaya jayega. aur doosra darakht woh hai, woh insaan jo duniya mein is tarah raha ke is se logon ko meethe bol mile.</w:t>
      </w:r>
    </w:p>
    <w:p>
      <w:pPr>
        <w:jc w:val="right"/>
      </w:pPr>
      <w:r>
        <w:t>ان کو جنت میں نہیں دوبارہ اگایا جائے گا۔ اور دوسرا درخت وہ ہے، وہ انسان جو دنیا میں اس طرح رہا کہ اس سے لوگوں کو میٹھے بول ملے۔</w:t>
      </w:r>
    </w:p>
    <w:p>
      <w:r>
        <w:rPr>
          <w:b/>
        </w:rPr>
        <w:t xml:space="preserve">[12:41] </w:t>
      </w:r>
      <w:r>
        <w:t>misbat soch mili. mohabbat ka tajruba hua.</w:t>
      </w:r>
    </w:p>
    <w:p>
      <w:pPr>
        <w:jc w:val="right"/>
      </w:pPr>
      <w:r>
        <w:t>مثبت سوچ ملی۔ محبت کا تجربہ ہوا۔</w:t>
      </w:r>
    </w:p>
    <w:p>
      <w:r>
        <w:rPr>
          <w:b/>
        </w:rPr>
        <w:t xml:space="preserve">[12:49] </w:t>
      </w:r>
      <w:r>
        <w:t>is se logon ko tolerance mila. peace ka tajruba hua.</w:t>
      </w:r>
    </w:p>
    <w:p>
      <w:pPr>
        <w:jc w:val="right"/>
      </w:pPr>
      <w:r>
        <w:t>اس سے لوگوں کو ٹالرنس ملا۔ پیس کا تجربہ ہوا۔</w:t>
      </w:r>
    </w:p>
    <w:p>
      <w:r>
        <w:rPr>
          <w:b/>
        </w:rPr>
        <w:t xml:space="preserve">[12:57] </w:t>
      </w:r>
      <w:r>
        <w:t>woh duniya mein kisi ke liye is ne koi masla paida nahi kiya. koi nuqsaan paida nahi kiya. yeh woh darakht hai jo jannat mein ugaya jayega.</w:t>
      </w:r>
    </w:p>
    <w:p>
      <w:pPr>
        <w:jc w:val="right"/>
      </w:pPr>
      <w:r>
        <w:t>وہ دنیا میں کسی کے لیے اس نے کوئی مسئلہ پیدا نہیں کیا۔ کوئی نقصان پیدا نہیں کیا۔ یہ وہ درخت ہے جو جنت میں اگایا جائے گا۔</w:t>
      </w:r>
    </w:p>
    <w:p>
      <w:r>
        <w:rPr>
          <w:b/>
        </w:rPr>
        <w:t xml:space="preserve">[13:09] </w:t>
      </w:r>
      <w:r>
        <w:t>to Hazrat Ibrahim ne yahi kaha tha ke jannat aik qaiwan hai. chateel jagah, khuli jagah wahan. tum apne wajood se wahan aik darakht lagaoge.</w:t>
      </w:r>
    </w:p>
    <w:p>
      <w:pPr>
        <w:jc w:val="right"/>
      </w:pPr>
      <w:r>
        <w:t>تو حضرت ابراہیم نے یہی کہا تھا کہ جنت ایک قیوان ہے۔ چٹیل جگہ، کھلی جگہ وہاں۔ تم اپنے وجود سے وہاں ایک درخت لگاؤ گے۔</w:t>
      </w:r>
    </w:p>
    <w:p>
      <w:r>
        <w:rPr>
          <w:b/>
        </w:rPr>
        <w:t xml:space="preserve">[13:23] </w:t>
      </w:r>
      <w:r>
        <w:t>to woh waqt aa gaya hai.</w:t>
      </w:r>
    </w:p>
    <w:p>
      <w:pPr>
        <w:jc w:val="right"/>
      </w:pPr>
      <w:r>
        <w:t>تو وہ وقت آ گیا ہے۔</w:t>
      </w:r>
    </w:p>
    <w:p>
      <w:r>
        <w:rPr>
          <w:b/>
        </w:rPr>
        <w:t xml:space="preserve">[13:27] </w:t>
      </w:r>
      <w:r>
        <w:t>woh waqt aa gaya hai.</w:t>
      </w:r>
    </w:p>
    <w:p>
      <w:pPr>
        <w:jc w:val="right"/>
      </w:pPr>
      <w:r>
        <w:t>وہ وقت آ گیا ہے۔</w:t>
      </w:r>
    </w:p>
    <w:p>
      <w:r>
        <w:rPr>
          <w:b/>
        </w:rPr>
        <w:t xml:space="preserve">[13:31] </w:t>
      </w:r>
      <w:r>
        <w:t>dekhiye civilization kya hai? jis ko hum kehte hain civilization. woh kya hai? That is unfolding of nature .</w:t>
      </w:r>
    </w:p>
    <w:p>
      <w:pPr>
        <w:jc w:val="right"/>
      </w:pPr>
      <w:r>
        <w:t>دیکھیے سویلائزیشن کیا ہے؟ جس کو ہم کہتے ہیں سویلائزیشن۔ وہ کیا ہے؟ That is unfolding of nature ۔</w:t>
      </w:r>
    </w:p>
    <w:p>
      <w:r>
        <w:rPr>
          <w:b/>
        </w:rPr>
        <w:t xml:space="preserve">[13:42] </w:t>
      </w:r>
      <w:r>
        <w:t>kuch bhi, chahe aik camera ho, chahe aik laptop ho, chahe aik telephone ho, chahe aik car aur hawai jahaz ho. Everything is nothing but unfolding of nature .</w:t>
      </w:r>
    </w:p>
    <w:p>
      <w:pPr>
        <w:jc w:val="right"/>
      </w:pPr>
      <w:r>
        <w:t>کچھ بھی، چاہے ایک کیمرہ ہو، چاہے ایک لیپ ٹاپ ہو، چاہے ایک ٹیلی فون ہو، چاہے ایک کار اور ہوائی جہاز ہو۔ Everything is nothing but unfolding of nature ۔</w:t>
      </w:r>
    </w:p>
    <w:p>
      <w:r>
        <w:rPr>
          <w:b/>
        </w:rPr>
        <w:t xml:space="preserve">[13:56] </w:t>
      </w:r>
      <w:r>
        <w:t>sab kuch nature mein maujood tha. hazaron saal se. to pichla insaan jo hai, woh is ko daryaft nahi kar pata tha.</w:t>
      </w:r>
    </w:p>
    <w:p>
      <w:pPr>
        <w:jc w:val="right"/>
      </w:pPr>
      <w:r>
        <w:t>سب کچھ nature میں موجود تھا۔ ہزاروں سال سے۔ تو پچھلا انسان جو ہے، وہ اس کو دریافت نہیں کر پاتا تھا۔</w:t>
      </w:r>
    </w:p>
    <w:p>
      <w:r>
        <w:rPr>
          <w:b/>
        </w:rPr>
        <w:t xml:space="preserve">[14:09] </w:t>
      </w:r>
      <w:r>
        <w:t>lekin pichle chand so saal ke andar insaan is ko daryaft karne laga.</w:t>
      </w:r>
    </w:p>
    <w:p>
      <w:pPr>
        <w:jc w:val="right"/>
      </w:pPr>
      <w:r>
        <w:t>لیکن پچھلے چند سو سال کے اندر انسان اس کو دریافت کرنے لگا۔</w:t>
      </w:r>
    </w:p>
    <w:p>
      <w:r>
        <w:rPr>
          <w:b/>
        </w:rPr>
        <w:t xml:space="preserve">[14:15] </w:t>
      </w:r>
      <w:r>
        <w:t>yahan tak ke bohat si cheezein daryaft huin. aur phir aik technology bani.</w:t>
      </w:r>
    </w:p>
    <w:p>
      <w:pPr>
        <w:jc w:val="right"/>
      </w:pPr>
      <w:r>
        <w:t>یہاں تک کہ بہت سی چیزیں دریافت ہوئیں۔ اور پھر ایک ٹیکنالوجی بنی۔</w:t>
      </w:r>
    </w:p>
    <w:p>
      <w:r>
        <w:rPr>
          <w:b/>
        </w:rPr>
        <w:t xml:space="preserve">[14:27] </w:t>
      </w:r>
      <w:r>
        <w:t>civilization bani.</w:t>
      </w:r>
    </w:p>
    <w:p>
      <w:pPr>
        <w:jc w:val="right"/>
      </w:pPr>
      <w:r>
        <w:t>سویلائزیشن بنی۔</w:t>
      </w:r>
    </w:p>
    <w:p>
      <w:r>
        <w:rPr>
          <w:b/>
        </w:rPr>
        <w:t xml:space="preserve">[14:32] </w:t>
      </w:r>
      <w:r>
        <w:t>communication ka zamana aaya. aur bohat saare aaram insaan</w:t>
      </w:r>
    </w:p>
    <w:p>
      <w:pPr>
        <w:jc w:val="right"/>
      </w:pPr>
      <w:r>
        <w:t>کمیونیکیشن کا زمانہ آیا۔ اور بہت سارے آرام انسان</w:t>
      </w:r>
    </w:p>
    <w:p>
      <w:r>
        <w:rPr>
          <w:b/>
        </w:rPr>
        <w:t xml:space="preserve">[14:37] </w:t>
      </w:r>
      <w:r>
        <w:t>ko mile. yeh tha human civilization. lekin aap jante hain ke is ki had aa gayi.</w:t>
      </w:r>
    </w:p>
    <w:p>
      <w:pPr>
        <w:jc w:val="right"/>
      </w:pPr>
      <w:r>
        <w:t>کو ملے۔ یہ تھا ہیومن سویلائزیشن۔ لیکن آپ جانتے ہیں کہ اس کی حد آ گئی۔</w:t>
      </w:r>
    </w:p>
    <w:p>
      <w:r>
        <w:rPr>
          <w:b/>
        </w:rPr>
        <w:t xml:space="preserve">[14:47] </w:t>
      </w:r>
      <w:r>
        <w:t>kyun ke insani civilization jo hai, is ka nateeja kya hua? ظهر الفساد فی البر والبحر وقسمت ایدی الناس . yani noise pollution.</w:t>
      </w:r>
    </w:p>
    <w:p>
      <w:pPr>
        <w:jc w:val="right"/>
      </w:pPr>
      <w:r>
        <w:t>کیوں کہ انسانی سویلائزیشن جو ہے، اس کا نتیجہ کیا ہوا؟ ظهر الفساد فی البر والبحر وقسمت ایدی الناس ۔ یعنی نوائز پولیوشن۔</w:t>
      </w:r>
    </w:p>
    <w:p>
      <w:r>
        <w:rPr>
          <w:b/>
        </w:rPr>
        <w:t xml:space="preserve">[14:58] </w:t>
      </w:r>
      <w:r>
        <w:t>har taraf machineon ki gadgadahat. har taraf shor.</w:t>
      </w:r>
    </w:p>
    <w:p>
      <w:pPr>
        <w:jc w:val="right"/>
      </w:pPr>
      <w:r>
        <w:t>ہر طرف مشینوں کی گڑگڑاہٹ۔ ہر طرف شور۔</w:t>
      </w:r>
    </w:p>
    <w:p>
      <w:r>
        <w:rPr>
          <w:b/>
        </w:rPr>
        <w:t xml:space="preserve">[15:02] </w:t>
      </w:r>
      <w:r>
        <w:t>to noise pollution, water pollution, air pollution. aaj kal yeh hai ke duniya mein kahin bhi aap ko taaza oxygen nahi milta.</w:t>
      </w:r>
    </w:p>
    <w:p>
      <w:pPr>
        <w:jc w:val="right"/>
      </w:pPr>
      <w:r>
        <w:t>تو نوائز پولیوشن، واٹر پولیوشن، ایئر پولیوشن۔ آج کل یہ ہے کہ دنیا میں کہیں بھی آپ کو تازہ آکسیجن نہیں ملتا۔</w:t>
      </w:r>
    </w:p>
    <w:p>
      <w:r>
        <w:rPr>
          <w:b/>
        </w:rPr>
        <w:t xml:space="preserve">[15:13] </w:t>
      </w:r>
      <w:r>
        <w:t>jahan bhi jaiye aap, alooda hawa mein aap ko saans lena parta hai. pani ka yahan haal hai ke samandar zameen ke teen hisse mein phaila hua hai.</w:t>
      </w:r>
    </w:p>
    <w:p>
      <w:pPr>
        <w:jc w:val="right"/>
      </w:pPr>
      <w:r>
        <w:t>جہاں بھی جائیے آپ، آلودہ ہوا میں آپ کو سانس لینا پڑتا ہے۔ پانی کا یہاں حال ہے کہ سمندر زمین کے تین حصے میں پھیلا ہوا ہے۔</w:t>
      </w:r>
    </w:p>
    <w:p>
      <w:r>
        <w:rPr>
          <w:b/>
        </w:rPr>
        <w:t xml:space="preserve">[15:26] </w:t>
      </w:r>
      <w:r>
        <w:t>taqreeban aik chothai khushki hai, teen hisse pani. lekin ziyada tar jo pani hai samandar ka, woh alooda ho chuka hai.</w:t>
      </w:r>
    </w:p>
    <w:p>
      <w:pPr>
        <w:jc w:val="right"/>
      </w:pPr>
      <w:r>
        <w:t>تقریباً ایک چوتھائی خشکی ہے، تین حصے پانی۔ لیکن زیادہ تر جو پانی ہے سمندر کا، وہ آلودہ ہو چکا ہے۔</w:t>
      </w:r>
    </w:p>
    <w:p>
      <w:r>
        <w:rPr>
          <w:b/>
        </w:rPr>
        <w:t xml:space="preserve">[15:36] </w:t>
      </w:r>
      <w:r>
        <w:t>kyun ke hamare paas jo technology hai, woh technology jo hai, alooda free technology nahi hai.</w:t>
      </w:r>
    </w:p>
    <w:p>
      <w:pPr>
        <w:jc w:val="right"/>
      </w:pPr>
      <w:r>
        <w:t>کیوں کہ ہمارے پاس جو ٹیکنالوجی ہے، وہ ٹیکنالوجی جو ہے، آلودہ فری ٹیکنالوجی نہیں ہے۔</w:t>
      </w:r>
    </w:p>
    <w:p>
      <w:r>
        <w:rPr>
          <w:b/>
        </w:rPr>
        <w:t xml:space="preserve">[15:46] </w:t>
      </w:r>
      <w:r>
        <w:t>bohat koshish ki. japan yahi koshish kar raha tha ke alooda free technology banaye. lekin woh nakaam raha.</w:t>
      </w:r>
    </w:p>
    <w:p>
      <w:pPr>
        <w:jc w:val="right"/>
      </w:pPr>
      <w:r>
        <w:t>بہت کوشش کی۔ جاپان یہی کوشش کر رہا تھا کہ آلودہ فری ٹیکنالوجی بنائے۔ لیکن وہ ناکام رہا۔</w:t>
      </w:r>
    </w:p>
    <w:p>
      <w:r>
        <w:rPr>
          <w:b/>
        </w:rPr>
        <w:t xml:space="preserve">[15:59] </w:t>
      </w:r>
      <w:r>
        <w:t>woh nakaam raha. zero defect technology banai japan ne. lekin aap dekhiye, is waqt wahan se log bhaag rahe hain.</w:t>
      </w:r>
    </w:p>
    <w:p>
      <w:pPr>
        <w:jc w:val="right"/>
      </w:pPr>
      <w:r>
        <w:t>وہ ناکام رہا۔ زیرو ڈیفیکٹ ٹیکنالوجی بنائی جاپان نے۔ لیکن آپ دیکھیے، اس وقت وہاں سے لوگ بھاگ رہے ہیں۔</w:t>
      </w:r>
    </w:p>
    <w:p>
      <w:r>
        <w:rPr>
          <w:b/>
        </w:rPr>
        <w:t xml:space="preserve">[16:12] </w:t>
      </w:r>
      <w:r>
        <w:t>is waqt bhaag rahe hain log wahan se.</w:t>
      </w:r>
    </w:p>
    <w:p>
      <w:pPr>
        <w:jc w:val="right"/>
      </w:pPr>
      <w:r>
        <w:t>اس وقت بھاگ رہے ہیں لوگ وہاں سے۔</w:t>
      </w:r>
    </w:p>
    <w:p>
      <w:r>
        <w:rPr>
          <w:b/>
        </w:rPr>
        <w:t xml:space="preserve">[16:17] </w:t>
      </w:r>
      <w:r>
        <w:t>to aap dekhiye ke isi waqt jabke insaan ki technology</w:t>
      </w:r>
    </w:p>
    <w:p>
      <w:pPr>
        <w:jc w:val="right"/>
      </w:pPr>
      <w:r>
        <w:t>تو آپ دیکھیے کہ اسی وقت جبکہ انسان کی ٹیکنالوجی</w:t>
      </w:r>
    </w:p>
    <w:p>
      <w:r>
        <w:rPr>
          <w:b/>
        </w:rPr>
        <w:t xml:space="preserve">[16:25] </w:t>
      </w:r>
      <w:r>
        <w:t>masla paida karne wali technology hai, hamari har technology, hamari har industry, hamari har machine masla paida karti hai.</w:t>
      </w:r>
    </w:p>
    <w:p>
      <w:pPr>
        <w:jc w:val="right"/>
      </w:pPr>
      <w:r>
        <w:t>مسئلہ پیدا کرنے والی ٹیکنالوجی ہے، ہماری ہر ٹیکنالوجی، ہماری ہر انڈسٹری، ہماری ہر مشین مسئلہ پیدا کرتی ہے۔</w:t>
      </w:r>
    </w:p>
    <w:p>
      <w:r>
        <w:rPr>
          <w:b/>
        </w:rPr>
        <w:t xml:space="preserve">[16:36] </w:t>
      </w:r>
      <w:r>
        <w:t>misalan carbon emission. carbon emission ki bina par sara mamla bigar gaya hai.</w:t>
      </w:r>
    </w:p>
    <w:p>
      <w:pPr>
        <w:jc w:val="right"/>
      </w:pPr>
      <w:r>
        <w:t>مثلاً کاربن ایمیشن۔ کاربن ایمیشن کی بنا پر سارا معاملہ بگڑ گیا ہے۔</w:t>
      </w:r>
    </w:p>
    <w:p>
      <w:r>
        <w:rPr>
          <w:b/>
        </w:rPr>
        <w:t xml:space="preserve">[16:44] </w:t>
      </w:r>
      <w:r>
        <w:t>lekin isi waqt dekhiye, aik aur yahan par industry hai. woh nature ki industry. aap dekhiye, barish kya aayi, woh bhi to aik industry hai.</w:t>
      </w:r>
    </w:p>
    <w:p>
      <w:pPr>
        <w:jc w:val="right"/>
      </w:pPr>
      <w:r>
        <w:t>لیکن اسی وقت دیکھیے، ایک اور یہاں پر انڈسٹری ہے۔ وہ نیچر کی انڈسٹری۔ آپ دیکھیے، بارش کیا آئی، وہ بھی تو ایک انڈسٹری ہے۔</w:t>
      </w:r>
    </w:p>
    <w:p>
      <w:r>
        <w:rPr>
          <w:b/>
        </w:rPr>
        <w:t xml:space="preserve">[16:56] </w:t>
      </w:r>
      <w:r>
        <w:t>ke samandaron ka pani jo hai, is se bhap uthi. salt neechay reh gaya, taza pani oopar gaya. phir oopar aik bohat hi complex process hai.</w:t>
      </w:r>
    </w:p>
    <w:p>
      <w:pPr>
        <w:jc w:val="right"/>
      </w:pPr>
      <w:r>
        <w:t>کہ سمندروں کا پانی جو ہے، اس سے بھاپ اٹھی۔ سالٹ نیچے رہ گیا، تازہ پانی اوپر گیا۔ پھر اوپر ایک بہت ہی کمپلیکس پروسیس ہے۔</w:t>
      </w:r>
    </w:p>
    <w:p>
      <w:r>
        <w:rPr>
          <w:b/>
        </w:rPr>
        <w:t xml:space="preserve">[17:08] </w:t>
      </w:r>
      <w:r>
        <w:t>is se dobara barish aayi zameen par. zameen par barsi.</w:t>
      </w:r>
    </w:p>
    <w:p>
      <w:pPr>
        <w:jc w:val="right"/>
      </w:pPr>
      <w:r>
        <w:t>اس سے دوبارہ بارش آئی زمین پر۔ زمین پر برسی۔</w:t>
      </w:r>
    </w:p>
    <w:p>
      <w:r>
        <w:rPr>
          <w:b/>
        </w:rPr>
        <w:t xml:space="preserve">[17:14] </w:t>
      </w:r>
      <w:r>
        <w:t>paharon par fawaray ki shakal mein barsi. aur khule maidanon mein mousla dhar barish hui. yeh sab aik zabardast industry hai. lekin is mein koi aloodgi nahi.</w:t>
      </w:r>
    </w:p>
    <w:p>
      <w:pPr>
        <w:jc w:val="right"/>
      </w:pPr>
      <w:r>
        <w:t>پہاڑوں پر فوارے کی شکل میں برسی۔ اور کھلے میدانوں میں موسلا دھار بارش ہوئی۔ یہ سب ایک زبردست انڈسٹری ہے۔ لیکن اس میں کوئی آلودگی نہیں۔</w:t>
      </w:r>
    </w:p>
    <w:p>
      <w:r>
        <w:rPr>
          <w:b/>
        </w:rPr>
        <w:t xml:space="preserve">[17:26] </w:t>
      </w:r>
      <w:r>
        <w:t>yani barish ki industry jab amal karti hai apna to koi shor nahi karti.</w:t>
      </w:r>
    </w:p>
    <w:p>
      <w:pPr>
        <w:jc w:val="right"/>
      </w:pPr>
      <w:r>
        <w:t>یعنی بارش کی انڈسٹری جب عمل کرتی ہے اپنا تو کوئی شور نہیں کرتی۔</w:t>
      </w:r>
    </w:p>
    <w:p>
      <w:r>
        <w:rPr>
          <w:b/>
        </w:rPr>
        <w:t xml:space="preserve">[17:36] </w:t>
      </w:r>
      <w:r>
        <w:t>hawaon ko alooda nahi karti. water pollution nahi aata.</w:t>
      </w:r>
    </w:p>
    <w:p>
      <w:pPr>
        <w:jc w:val="right"/>
      </w:pPr>
      <w:r>
        <w:t>ہواؤں کو آلودہ نہیں کرتی۔ واٹر پولیوشن نہیں آتا۔</w:t>
      </w:r>
    </w:p>
    <w:p>
      <w:r>
        <w:rPr>
          <w:b/>
        </w:rPr>
        <w:t xml:space="preserve">[17:43] </w:t>
      </w:r>
      <w:r>
        <w:t>aise hi dekhiye, hum saans le rahe hain oxygen se. aik bohat pecheeda amal hai jo darakhton par hota hai. bohat jis ko kehte hain photosynthesis.</w:t>
      </w:r>
    </w:p>
    <w:p>
      <w:pPr>
        <w:jc w:val="right"/>
      </w:pPr>
      <w:r>
        <w:t>ایسے ہی دیکھیے، ہم سانس لے رہے ہیں آکسیجن سے۔ ایک بہت پیچیدہ عمل ہے جو درختوں پر ہوتا ہے۔ بہت جس کو کہتے ہیں فوٹو سنتھیسز۔</w:t>
      </w:r>
    </w:p>
    <w:p>
      <w:r>
        <w:rPr>
          <w:b/>
        </w:rPr>
        <w:t xml:space="preserve">[17:56] </w:t>
      </w:r>
      <w:r>
        <w:t>aik bohat pecheeda industry hai. hum saans lene mein kya karte hain? carbon nikalte hain.</w:t>
      </w:r>
    </w:p>
    <w:p>
      <w:pPr>
        <w:jc w:val="right"/>
      </w:pPr>
      <w:r>
        <w:t>ایک بہت پیچیدہ انڈسٹری ہے۔ ہم سانس لینے میں کیا کرتے ہیں؟ کاربن نکالتے ہیں۔</w:t>
      </w:r>
    </w:p>
    <w:p>
      <w:r>
        <w:rPr>
          <w:b/>
        </w:rPr>
        <w:t xml:space="preserve">[18:05] </w:t>
      </w:r>
      <w:r>
        <w:t>humein dobara oxygen chahiye khoon ki safai ke liye.</w:t>
      </w:r>
    </w:p>
    <w:p>
      <w:pPr>
        <w:jc w:val="right"/>
      </w:pPr>
      <w:r>
        <w:t>ہمیں دوبارہ آکسیجن چاہیے خون کی صفائی کے لیے۔</w:t>
      </w:r>
    </w:p>
    <w:p>
      <w:r>
        <w:rPr>
          <w:b/>
        </w:rPr>
        <w:t xml:space="preserve">[18:10] </w:t>
      </w:r>
      <w:r>
        <w:t>ab kitni zabardast industry hai ke hamare carbon ko le leti hai woh. aur oxygen supply karti hai woh. khamoshi. balkay khamoshi ke sath ho raha hai.</w:t>
      </w:r>
    </w:p>
    <w:p>
      <w:pPr>
        <w:jc w:val="right"/>
      </w:pPr>
      <w:r>
        <w:t>اب کتنی زبردست انڈسٹری ہے کہ ہمارے کاربن کو لے لیتی ہے وہ۔ اور آکسیجن سپلائی کرتی ہے وہ۔ خاموشی۔ بلکہ خاموشی کے ساتھ ہو رہا ہے۔</w:t>
      </w:r>
    </w:p>
    <w:p>
      <w:r>
        <w:rPr>
          <w:b/>
        </w:rPr>
        <w:t xml:space="preserve">[18:19] </w:t>
      </w:r>
      <w:r>
        <w:t>koi shor nahi. koi air pollution nahi. koi water pollution nahi. koi masla nahi.</w:t>
      </w:r>
    </w:p>
    <w:p>
      <w:pPr>
        <w:jc w:val="right"/>
      </w:pPr>
      <w:r>
        <w:t>کوئی شور نہیں۔ کوئی ایئر پولیوشن نہیں۔ کوئی واٹر پولیوشن نہیں۔ کوئی مسئلہ نہیں۔</w:t>
      </w:r>
    </w:p>
    <w:p>
      <w:r>
        <w:rPr>
          <w:b/>
        </w:rPr>
        <w:t xml:space="preserve">[18:27] </w:t>
      </w:r>
      <w:r>
        <w:t>to yeh bhi aik demonstration hai. ke insaan ki banai hui industry jo hai, is ne aap ko kuch aaram diye.</w:t>
      </w:r>
    </w:p>
    <w:p>
      <w:pPr>
        <w:jc w:val="right"/>
      </w:pPr>
      <w:r>
        <w:t>تو یہ بھی ایک ڈیمونسٹریشن ہے۔ کہ انسان کی بنائی ہوئی انڈسٹری جو ہے، اس نے آپ کو کچھ آرام دیے۔</w:t>
      </w:r>
    </w:p>
    <w:p>
      <w:r>
        <w:rPr>
          <w:b/>
        </w:rPr>
        <w:t xml:space="preserve">[18:37] </w:t>
      </w:r>
      <w:r>
        <w:t>kuch achi cheezein dein. lekin insaan nakaam ho gaya alooda free technology banane mein.</w:t>
      </w:r>
    </w:p>
    <w:p>
      <w:pPr>
        <w:jc w:val="right"/>
      </w:pPr>
      <w:r>
        <w:t>کچھ اچھی چیزیں دیں۔ لیکن انسان ناکام ہو گیا آلودہ فری ٹیکنالوجی بنانے میں۔</w:t>
      </w:r>
    </w:p>
    <w:p>
      <w:r>
        <w:rPr>
          <w:b/>
        </w:rPr>
        <w:t xml:space="preserve">[18:48] </w:t>
      </w:r>
      <w:r>
        <w:t>aakhri misal hai japan ki.</w:t>
      </w:r>
    </w:p>
    <w:p>
      <w:pPr>
        <w:jc w:val="right"/>
      </w:pPr>
      <w:r>
        <w:t>آخری مثال ہے جاپان کی۔</w:t>
      </w:r>
    </w:p>
    <w:p>
      <w:r>
        <w:rPr>
          <w:b/>
        </w:rPr>
        <w:t xml:space="preserve">[18:51] </w:t>
      </w:r>
      <w:r>
        <w:t>unhon ne elaan kar diya ke hum ne zero defect technology banane mein kamyabi hasil kar li hai. lekin wahin par dekhiye, wahin par kya ho gaya?</w:t>
      </w:r>
    </w:p>
    <w:p>
      <w:pPr>
        <w:jc w:val="right"/>
      </w:pPr>
      <w:r>
        <w:t>انہوں نے اعلان کر دیا کہ ہم نے زیرو ڈیفیکٹ ٹیکنالوجی بنانے میں کامیابی حاصل کر لی ہے۔ لیکن وہیں پر دیکھیے، وہیں پر کیا ہو گیا؟</w:t>
      </w:r>
    </w:p>
    <w:p>
      <w:r>
        <w:rPr>
          <w:b/>
        </w:rPr>
        <w:t xml:space="preserve">[19:01] </w:t>
      </w:r>
      <w:r>
        <w:t>isi japan mein kya ho gaya? to khuda ne bataya ke wahan par bataya jahan par insaan yeh dawa kar raha tha ke hum ne zero defect technology bana li hai.</w:t>
      </w:r>
    </w:p>
    <w:p>
      <w:pPr>
        <w:jc w:val="right"/>
      </w:pPr>
      <w:r>
        <w:t>اسی جاپان میں کیا ہو گیا؟ تو خدا نے بتایا کہ وہاں پر بتایا جہاں پر انسان یہ دعویٰ کر رہا تھا کہ ہم نے زیرو ڈیفیکٹ ٹیکنالوجی بنا لی ہے۔</w:t>
      </w:r>
    </w:p>
    <w:p>
      <w:r>
        <w:rPr>
          <w:b/>
        </w:rPr>
        <w:t xml:space="preserve">[19:12] </w:t>
      </w:r>
      <w:r>
        <w:t>wohin par khuda ne dikhaya ke nahin, kuch nahin hai. to yeh kyun hai?</w:t>
      </w:r>
    </w:p>
    <w:p>
      <w:pPr>
        <w:jc w:val="right"/>
      </w:pPr>
      <w:r>
        <w:t>وہیں پر خدا نے دکھایا کہ نہیں، کچھ نہیں ہے۔ تو یہ کیوں ہے؟</w:t>
      </w:r>
    </w:p>
    <w:p>
      <w:r>
        <w:rPr>
          <w:b/>
        </w:rPr>
        <w:t xml:space="preserve">[19:19] </w:t>
      </w:r>
      <w:r>
        <w:t>yeh jo nature ki jo technology hai, nature ki jo industry hai,</w:t>
      </w:r>
    </w:p>
    <w:p>
      <w:pPr>
        <w:jc w:val="right"/>
      </w:pPr>
      <w:r>
        <w:t>یہ جو نیچر کی جو ٹیکنالوجی ہے، نیچر کی جو انڈسٹری ہے،</w:t>
      </w:r>
    </w:p>
    <w:p>
      <w:r>
        <w:rPr>
          <w:b/>
        </w:rPr>
        <w:t xml:space="preserve">[19:26] </w:t>
      </w:r>
      <w:r>
        <w:t>woh farishte chala rahe hain. jaise kal mein gaya tha yahan par ek jalse mein to maine misaal di gaaye ki.</w:t>
      </w:r>
    </w:p>
    <w:p>
      <w:pPr>
        <w:jc w:val="right"/>
      </w:pPr>
      <w:r>
        <w:t>وہ فرشتے چلا رہے ہیں۔ جیسے کل میں گیا تھا یہاں پر ایک جلسے میں تو میں نے مثال دی گائے کی۔</w:t>
      </w:r>
    </w:p>
    <w:p>
      <w:r>
        <w:rPr>
          <w:b/>
        </w:rPr>
        <w:t xml:space="preserve">[19:36] </w:t>
      </w:r>
      <w:r>
        <w:t>gaon. gaon mein kitni badi industry hai ke woh ghaas khaati hai aur doodh lotati hai. kya yun hi ho jata hai yeh?</w:t>
      </w:r>
    </w:p>
    <w:p>
      <w:pPr>
        <w:jc w:val="right"/>
      </w:pPr>
      <w:r>
        <w:t>گاؤں۔ گاؤں میں کتنی بڑی انڈسٹری ہے کہ وہ گھاس کھاتی ہے اور دودھ لوٹاتی ہے۔ کیا یوں ہی ہو جاتا ہے یہ؟</w:t>
      </w:r>
    </w:p>
    <w:p>
      <w:r>
        <w:rPr>
          <w:b/>
        </w:rPr>
        <w:t xml:space="preserve">[19:45] </w:t>
      </w:r>
      <w:r>
        <w:t>ittifaqi taur par ho jata hai yeh?</w:t>
      </w:r>
    </w:p>
    <w:p>
      <w:pPr>
        <w:jc w:val="right"/>
      </w:pPr>
      <w:r>
        <w:t>اتفاقی طور پر ہو جاتا ہے یہ؟</w:t>
      </w:r>
    </w:p>
    <w:p>
      <w:r>
        <w:rPr>
          <w:b/>
        </w:rPr>
        <w:t xml:space="preserve">[19:49] </w:t>
      </w:r>
      <w:r>
        <w:t>aap ko agar ek aisi factory lagana ho jahan aap ghaas ko tabdeel karen doodh mein to ek ek ek bohat hi bada karobar aap ko karna hoga jis mein shor bhi hoga aur water pollution bhi aayega, air pollution bhi aayega.</w:t>
      </w:r>
    </w:p>
    <w:p>
      <w:pPr>
        <w:jc w:val="right"/>
      </w:pPr>
      <w:r>
        <w:t>آپ کو اگر ایک ایسی فیکٹری لگانا ہو جہاں آپ گھاس کو تبدیل کریں دودھ میں تو ایک ایک ایک بہت ہی بڑا کاروبار آپ کو کرنا ہوگا جس میں شور بھی ہوگا اور واٹر پولیوشن بھی آئے گا، ایئر پولیوشن بھی آئے گا۔</w:t>
      </w:r>
    </w:p>
    <w:p>
      <w:r>
        <w:rPr>
          <w:b/>
        </w:rPr>
        <w:t xml:space="preserve">[20:06] </w:t>
      </w:r>
      <w:r>
        <w:t>tab bhi itni kamyab nahin hogi aap ki industry.</w:t>
      </w:r>
    </w:p>
    <w:p>
      <w:pPr>
        <w:jc w:val="right"/>
      </w:pPr>
      <w:r>
        <w:t>تب بھی اتنی کامیاب نہیں ہوگی آپ کی انڈسٹری۔</w:t>
      </w:r>
    </w:p>
    <w:p>
      <w:r>
        <w:rPr>
          <w:b/>
        </w:rPr>
        <w:t xml:space="preserve">[20:10] </w:t>
      </w:r>
      <w:r>
        <w:t>aur gaaye rozana karti hai baghair kisi shor ke ke us ne ghaas liya aur lotaya aap ko doodh. That is divine industry .</w:t>
      </w:r>
    </w:p>
    <w:p>
      <w:pPr>
        <w:jc w:val="right"/>
      </w:pPr>
      <w:r>
        <w:t>اور گائے روزانہ کرتی ہے بغیر کسی شور کے کہ اس نے گھاس لیا اور لوٹایا آپ کو دودھ۔ That is divine industry ۔</w:t>
      </w:r>
    </w:p>
    <w:p>
      <w:r>
        <w:rPr>
          <w:b/>
        </w:rPr>
        <w:t xml:space="preserve">[20:24] </w:t>
      </w:r>
      <w:r>
        <w:t>to yeh do namune hain dekhiye. yeh do namune hain. ek namuna insani banai hui industry ka.</w:t>
      </w:r>
    </w:p>
    <w:p>
      <w:pPr>
        <w:jc w:val="right"/>
      </w:pPr>
      <w:r>
        <w:t>تو یہ دو نمونے ہیں دیکھیے۔ یہ دو نمونے ہیں۔ ایک نمونہ انسانی بنائی ہوئی انڈسٹری کا۔</w:t>
      </w:r>
    </w:p>
    <w:p>
      <w:r>
        <w:rPr>
          <w:b/>
        </w:rPr>
        <w:t xml:space="preserve">[20:36] </w:t>
      </w:r>
      <w:r>
        <w:t>aur doosra namuna hai industry chalai hui farishton ne. nature ki jo industry hai woh sab kuch jo suraj chamak raha hai woh bhi ek industry hai.</w:t>
      </w:r>
    </w:p>
    <w:p>
      <w:pPr>
        <w:jc w:val="right"/>
      </w:pPr>
      <w:r>
        <w:t>اور دوسرا نمونہ ہے انڈسٹری چلائی ہوئی فرشتوں نے۔ نیچر کی جو انڈسٹری ہے وہ سب کچھ جو سورج چمک رہا ہے وہ بھی ایک انڈسٹری ہے۔</w:t>
      </w:r>
    </w:p>
    <w:p>
      <w:r>
        <w:rPr>
          <w:b/>
        </w:rPr>
        <w:t xml:space="preserve">[20:49] </w:t>
      </w:r>
      <w:r>
        <w:t>atom mein jo electron daud rahe hain woh bhi ek industry hai. oxygen supply ho raha hai woh bhi ek industry hai. barish jo ho rahi hai woh bhi ek industry hai.</w:t>
      </w:r>
    </w:p>
    <w:p>
      <w:pPr>
        <w:jc w:val="right"/>
      </w:pPr>
      <w:r>
        <w:t>ایٹم میں جو الیکٹران دوڑ رہے ہیں وہ بھی ایک انڈسٹری ہے۔ آکسیجن سپلائی ہو رہا ہے وہ بھی ایک انڈسٹری ہے۔ بارش جو ہو رہی ہے وہ بھی ایک انڈسٹری ہے۔</w:t>
      </w:r>
    </w:p>
    <w:p>
      <w:r>
        <w:rPr>
          <w:b/>
        </w:rPr>
        <w:t xml:space="preserve">[20:59] </w:t>
      </w:r>
      <w:r>
        <w:t>zameen jo erta kar rahi hai bohat hi durust raftaar ke sath woh bhi ek industry hai.</w:t>
      </w:r>
    </w:p>
    <w:p>
      <w:pPr>
        <w:jc w:val="right"/>
      </w:pPr>
      <w:r>
        <w:t>زمین جو ارتقا کر رہی ہے بہت ہی درست رفتار کے ساتھ وہ بھی ایک انڈسٹری ہے۔</w:t>
      </w:r>
    </w:p>
    <w:p>
      <w:r>
        <w:rPr>
          <w:b/>
        </w:rPr>
        <w:t xml:space="preserve">[21:06] </w:t>
      </w:r>
      <w:r>
        <w:t>sab kuch industry hai. lekin wahan par koi masla nahin hai. kyun? woh farishte chala rahe hain is ko. hadith mein aata hai ke zameen mein ek ek barish par ya kahin jagah ek foot ke barabar bhi jagah nahin jahan ke ek farishta apna sar zameen par rakhe hue na ho</w:t>
      </w:r>
    </w:p>
    <w:p>
      <w:pPr>
        <w:jc w:val="right"/>
      </w:pPr>
      <w:r>
        <w:t>سب کچھ انڈسٹری ہے۔ لیکن وہاں پر کوئی مسئلہ نہیں ہے۔ کیوں؟ وہ فرشتے چلا رہے ہیں اس کو۔ حدیث میں آتا ہے کہ زمین میں ایک ایک بارش پر یا کہیں جگہ ایک فٹ کے برابر بھی جگہ نہیں جہاں کہ ایک فرشتہ اپنا سر زمین پر رکھے ہوئے نہ ہو</w:t>
      </w:r>
    </w:p>
    <w:p>
      <w:r>
        <w:rPr>
          <w:b/>
        </w:rPr>
        <w:t xml:space="preserve">[21:32] </w:t>
      </w:r>
      <w:r>
        <w:t>. is ka matlab nahin ke sach much hi sab sajde mein hain. nahin. har jagah فعال hain.</w:t>
      </w:r>
    </w:p>
    <w:p>
      <w:pPr>
        <w:jc w:val="right"/>
      </w:pPr>
      <w:r>
        <w:t>۔ اس کا مطلب نہیں کہ سچ مچ ہی سب سجدے میں ہیں۔ نہیں۔ ہر جگہ فعال ہیں۔</w:t>
      </w:r>
    </w:p>
    <w:p>
      <w:r>
        <w:rPr>
          <w:b/>
        </w:rPr>
        <w:t xml:space="preserve">[21:42] </w:t>
      </w:r>
      <w:r>
        <w:t>yeh hadith mein jo baat kahi gayi hai woh matlab yeh samjhiye ke sach much hi sajde mein pade hue hain. barish kehte hain is ko.</w:t>
      </w:r>
    </w:p>
    <w:p>
      <w:pPr>
        <w:jc w:val="right"/>
      </w:pPr>
      <w:r>
        <w:t>یہ حدیث میں جو بات کہی گئی ہے وہ مطلب یہ سمجھیے کہ سچ مچ ہی سجدے میں پڑے ہوئے ہیں۔ بارش کہتے ہیں اس کو۔</w:t>
      </w:r>
    </w:p>
    <w:p>
      <w:r>
        <w:rPr>
          <w:b/>
        </w:rPr>
        <w:t xml:space="preserve">[21:54] </w:t>
      </w:r>
      <w:r>
        <w:t>ek foot aap samajh sakte hain.</w:t>
      </w:r>
    </w:p>
    <w:p>
      <w:pPr>
        <w:jc w:val="right"/>
      </w:pPr>
      <w:r>
        <w:t>ایک فٹ آپ سمجھ سکتے ہیں۔</w:t>
      </w:r>
    </w:p>
    <w:p>
      <w:r>
        <w:rPr>
          <w:b/>
        </w:rPr>
        <w:t xml:space="preserve">[21:56] </w:t>
      </w:r>
      <w:r>
        <w:t>yani ek foot ke barabar bhi koi jagah aisi nahin hai jahan ek farishta apna sar teke hue zameen par na ho</w:t>
      </w:r>
    </w:p>
    <w:p>
      <w:pPr>
        <w:jc w:val="right"/>
      </w:pPr>
      <w:r>
        <w:t>یعنی ایک فٹ کے برابر بھی کوئی جگہ ایسی نہیں ہے جہاں ایک فرشتہ اپنا سر ٹیکے ہوئے زمین پر نہ ہو</w:t>
      </w:r>
    </w:p>
    <w:p>
      <w:r>
        <w:rPr>
          <w:b/>
        </w:rPr>
        <w:t xml:space="preserve">[22:03] </w:t>
      </w:r>
      <w:r>
        <w:t>. to is ka matlab yeh hai ke har jagah فعال hain. charge liye hue hain farishte. zameen ka charge.</w:t>
      </w:r>
    </w:p>
    <w:p>
      <w:pPr>
        <w:jc w:val="right"/>
      </w:pPr>
      <w:r>
        <w:t>۔ تو اس کا مطلب یہ ہے کہ ہر جگہ فعال ہیں۔ چارج لیے ہوئے ہیں فرشتے۔ زمین کا چارج۔</w:t>
      </w:r>
    </w:p>
    <w:p>
      <w:r>
        <w:rPr>
          <w:b/>
        </w:rPr>
        <w:t xml:space="preserve">[22:13] </w:t>
      </w:r>
      <w:r>
        <w:t>darakhton ka charge. barish ka charge. har cheez.</w:t>
      </w:r>
    </w:p>
    <w:p>
      <w:pPr>
        <w:jc w:val="right"/>
      </w:pPr>
      <w:r>
        <w:t>درختوں کا چارج۔ بارش کا چارج۔ ہر چیز۔</w:t>
      </w:r>
    </w:p>
    <w:p>
      <w:r>
        <w:rPr>
          <w:b/>
        </w:rPr>
        <w:t xml:space="preserve">[22:20] </w:t>
      </w:r>
      <w:r>
        <w:t>yani billion billion sar-garmian hain nature ki duniya mein. woh sab kaun kar raha hai? woh sab farishte kar rahe hain.</w:t>
      </w:r>
    </w:p>
    <w:p>
      <w:pPr>
        <w:jc w:val="right"/>
      </w:pPr>
      <w:r>
        <w:t>یعنی بلین بلین سرگرمیاں ہیں نیچر کی دنیا میں۔ وہ سب کون کر رہا ہے؟ وہ سب فرشتے کر رہے ہیں۔</w:t>
      </w:r>
    </w:p>
    <w:p>
      <w:r>
        <w:rPr>
          <w:b/>
        </w:rPr>
        <w:t xml:space="preserve">[22:32] </w:t>
      </w:r>
      <w:r>
        <w:t>to yeh ek demonstration hai ke ek taraf insan ki industries hain jo alawa mein industry par sabit hui hain.</w:t>
      </w:r>
    </w:p>
    <w:p>
      <w:pPr>
        <w:jc w:val="right"/>
      </w:pPr>
      <w:r>
        <w:t>تو یہ ایک ڈیمونسٹریشن ہے کہ ایک طرف انسان کی انڈسٹریز ہیں جو علاوہ میں انڈسٹری پر ثابت ہوئی ہیں۔</w:t>
      </w:r>
    </w:p>
    <w:p>
      <w:r>
        <w:rPr>
          <w:b/>
        </w:rPr>
        <w:t xml:space="preserve">[22:44] </w:t>
      </w:r>
      <w:r>
        <w:t>jo farishton ki industry hai</w:t>
      </w:r>
    </w:p>
    <w:p>
      <w:pPr>
        <w:jc w:val="right"/>
      </w:pPr>
      <w:r>
        <w:t>جو فرشتوں کی انڈسٹری ہے</w:t>
      </w:r>
    </w:p>
    <w:p>
      <w:r>
        <w:rPr>
          <w:b/>
        </w:rPr>
        <w:t xml:space="preserve">[22:47] </w:t>
      </w:r>
      <w:r>
        <w:t>jis mein koi masla nahin. to abhi mile jule hain. yeh duniya mein dono industry ab mili jali hain. qayamat kya hai?</w:t>
      </w:r>
    </w:p>
    <w:p>
      <w:pPr>
        <w:jc w:val="right"/>
      </w:pPr>
      <w:r>
        <w:t>جس میں کوئی مسئلہ نہیں۔ تو ابھی ملے جلے ہیں۔ یہ دنیا میں دونوں انڈسٹری اب ملی جلی ہیں۔ قیامت کیا ہے؟</w:t>
      </w:r>
    </w:p>
    <w:p>
      <w:r>
        <w:rPr>
          <w:b/>
        </w:rPr>
        <w:t xml:space="preserve">[22:56] </w:t>
      </w:r>
      <w:r>
        <w:t>alag kar di gayi. yahi hai yom tabaddul al gharaaz . yani zameen ko badal kar doosri zameen.</w:t>
      </w:r>
    </w:p>
    <w:p>
      <w:pPr>
        <w:jc w:val="right"/>
      </w:pPr>
      <w:r>
        <w:t>الگ کر دی گئی۔ یہی ہے یوم تبدل الغرض ۔ یعنی زمین کو بدل کر دوسری زمین۔</w:t>
      </w:r>
    </w:p>
    <w:p>
      <w:r>
        <w:rPr>
          <w:b/>
        </w:rPr>
        <w:t xml:space="preserve">[23:06] </w:t>
      </w:r>
      <w:r>
        <w:t>yani abhi to duniya mein farishte bhi kaam kar rahe hain, insan bhi kaam kar rahe hain.</w:t>
      </w:r>
    </w:p>
    <w:p>
      <w:pPr>
        <w:jc w:val="right"/>
      </w:pPr>
      <w:r>
        <w:t>یعنی ابھی تو دنیا میں فرشتے بھی کام کر رہے ہیں، انسان بھی کام کر رہے ہیں۔</w:t>
      </w:r>
    </w:p>
    <w:p>
      <w:r>
        <w:rPr>
          <w:b/>
        </w:rPr>
        <w:t xml:space="preserve">[23:12] </w:t>
      </w:r>
      <w:r>
        <w:t>lekin is ke baad sara maamle ka charge insan farishte le len ge.</w:t>
      </w:r>
    </w:p>
    <w:p>
      <w:pPr>
        <w:jc w:val="right"/>
      </w:pPr>
      <w:r>
        <w:t>لیکن اس کے بعد سارا معاملے کا چارج انسان فرشتے لے لیں گے۔</w:t>
      </w:r>
    </w:p>
    <w:p>
      <w:r>
        <w:rPr>
          <w:b/>
        </w:rPr>
        <w:t xml:space="preserve">[23:18] </w:t>
      </w:r>
      <w:r>
        <w:t>abhi 50 feesad charge un ke charge mein hai, farz kijiye. to total charge inhi ka ho jaye ga. to phir woh ek industry banegi, ek divine industry.</w:t>
      </w:r>
    </w:p>
    <w:p>
      <w:pPr>
        <w:jc w:val="right"/>
      </w:pPr>
      <w:r>
        <w:t>ابھی 50 فیصد چارج ان کے چارج میں ہے، فرض کیجیے۔ تو ٹوٹل چارج انہی کا ہو جائے گا۔ تو پھر وہ ایک انڈسٹری بنے گی، ایک دیوائن انڈسٹری۔</w:t>
      </w:r>
    </w:p>
    <w:p>
      <w:r>
        <w:rPr>
          <w:b/>
        </w:rPr>
        <w:t xml:space="preserve">[23:32] </w:t>
      </w:r>
      <w:r>
        <w:t>is mein na koi noise, is mein koi nuqsan hoga, na koi noise pollution hoga, na koi water pollution hoga, na koi air pollution hoga, na koi masla hoga.</w:t>
      </w:r>
    </w:p>
    <w:p>
      <w:pPr>
        <w:jc w:val="right"/>
      </w:pPr>
      <w:r>
        <w:t>اس میں نہ کوئی نوائز، اس میں کوئی نقصان ہوگا، نہ کوئی نوائز پولیوشن ہوگا، نہ کوئی واٹر پولیوشن ہوگا، نہ کوئی ایئر پولیوشن ہوگا، نہ کوئی مسئلہ ہوگا۔</w:t>
      </w:r>
    </w:p>
    <w:p>
      <w:r>
        <w:rPr>
          <w:b/>
        </w:rPr>
        <w:t xml:space="preserve">[23:44] </w:t>
      </w:r>
      <w:r>
        <w:t>lekin is dunya mein jagah kis ko mile gi?</w:t>
      </w:r>
    </w:p>
    <w:p>
      <w:pPr>
        <w:jc w:val="right"/>
      </w:pPr>
      <w:r>
        <w:t>لیکن اس دنیا میں جگہ کس کو ملے گی؟</w:t>
      </w:r>
    </w:p>
    <w:p>
      <w:r>
        <w:rPr>
          <w:b/>
        </w:rPr>
        <w:t xml:space="preserve">[23:47] </w:t>
      </w:r>
      <w:r>
        <w:t>abhi to sare insano ko yahan jagah mili hui hai. kyun ke ek test period tha. test period. wahan log chhaant diye jayen ge.</w:t>
      </w:r>
    </w:p>
    <w:p>
      <w:pPr>
        <w:jc w:val="right"/>
      </w:pPr>
      <w:r>
        <w:t>ابھی تو سارے انسانوں کو یہاں جگہ ملی ہوئی ہے۔ کیوں کہ ایک ٹیسٹ پیریڈ تھا۔ ٹیسٹ پیریڈ۔ وہاں لوگ چھانٹ دیے جائیں گے۔</w:t>
      </w:r>
    </w:p>
    <w:p>
      <w:r>
        <w:rPr>
          <w:b/>
        </w:rPr>
        <w:t xml:space="preserve">[23:57] </w:t>
      </w:r>
      <w:r>
        <w:t>bible mein aata hai ke shareer chhaante jayen ge. matlab bure log jo hain woh chhaant kar alag kiye jayen ge.</w:t>
      </w:r>
    </w:p>
    <w:p>
      <w:pPr>
        <w:jc w:val="right"/>
      </w:pPr>
      <w:r>
        <w:t>بائبل میں آتا ہے کہ شریر چھانٹے جائیں گے۔ مطلب برے لوگ جو ہیں وہ چھانٹ کر الگ کیے جائیں گے۔</w:t>
      </w:r>
    </w:p>
    <w:p>
      <w:r>
        <w:rPr>
          <w:b/>
        </w:rPr>
        <w:t xml:space="preserve">[24:07] </w:t>
      </w:r>
      <w:r>
        <w:t>ab phir woh log jo jinho ne apne kirdaar se, apne rawaiye se saabit kiya ke woh jannat jaisi dunya mein basaye jane ke qabil hain.</w:t>
      </w:r>
    </w:p>
    <w:p>
      <w:pPr>
        <w:jc w:val="right"/>
      </w:pPr>
      <w:r>
        <w:t>اب پھر وہ لوگ جو جنہوں نے اپنے کردار سے، اپنے رویے سے ثابت کیا کہ وہ جنت جیسی دنیا میں بسائے جانے کے قابل ہیں۔</w:t>
      </w:r>
    </w:p>
    <w:p>
      <w:r>
        <w:rPr>
          <w:b/>
        </w:rPr>
        <w:t xml:space="preserve">[24:24] </w:t>
      </w:r>
      <w:r>
        <w:t>matlab jin ke andar musbat shakhsiyat hai. jin ke andar taameeri mizaj hai.</w:t>
      </w:r>
    </w:p>
    <w:p>
      <w:pPr>
        <w:jc w:val="right"/>
      </w:pPr>
      <w:r>
        <w:t>مطلب جن کے اندر مثبت شخصیت ہے۔ جن کے اندر تعمیری مزاج ہے۔</w:t>
      </w:r>
    </w:p>
    <w:p>
      <w:r>
        <w:rPr>
          <w:b/>
        </w:rPr>
        <w:t xml:space="preserve">[24:34] </w:t>
      </w:r>
      <w:r>
        <w:t>jo Khuda khauf log hain. jo khalis log hain.</w:t>
      </w:r>
    </w:p>
    <w:p>
      <w:pPr>
        <w:jc w:val="right"/>
      </w:pPr>
      <w:r>
        <w:t>جو خدا خوف لوگ ہیں۔ جو خالص لوگ ہیں۔</w:t>
      </w:r>
    </w:p>
    <w:p>
      <w:r>
        <w:rPr>
          <w:b/>
        </w:rPr>
        <w:t xml:space="preserve">[24:42] </w:t>
      </w:r>
      <w:r>
        <w:t>jo mohabbat mein jeete hain.</w:t>
      </w:r>
    </w:p>
    <w:p>
      <w:pPr>
        <w:jc w:val="right"/>
      </w:pPr>
      <w:r>
        <w:t>جو محبت میں جیتے ہیں۔</w:t>
      </w:r>
    </w:p>
    <w:p>
      <w:r>
        <w:rPr>
          <w:b/>
        </w:rPr>
        <w:t xml:space="preserve">[24:49] </w:t>
      </w:r>
      <w:r>
        <w:t>jo manfi khayalat se oopar uth kar unho ne ek level pa liya hai zindagi ka. yeh sari khoobiyan jin mein dekha jayega, un ko wahan basaya jayega.</w:t>
      </w:r>
    </w:p>
    <w:p>
      <w:pPr>
        <w:jc w:val="right"/>
      </w:pPr>
      <w:r>
        <w:t>جو منفی خیالات سے اوپر اٹھ کر انہوں نے ایک لیول پا لیا ہے زندگی کا۔ یہ ساری خوبیاں جن میں دیکھا جائے گا، ان کو وہاں بسایا جائے گا۔</w:t>
      </w:r>
    </w:p>
    <w:p>
      <w:r>
        <w:rPr>
          <w:b/>
        </w:rPr>
        <w:t xml:space="preserve">[25:02] </w:t>
      </w:r>
      <w:r>
        <w:t>to is waqt mera jo</w:t>
      </w:r>
    </w:p>
    <w:p>
      <w:pPr>
        <w:jc w:val="right"/>
      </w:pPr>
      <w:r>
        <w:t>تو اس وقت میرا جو</w:t>
      </w:r>
    </w:p>
    <w:p>
      <w:r>
        <w:rPr>
          <w:b/>
        </w:rPr>
        <w:t xml:space="preserve">[25:09] </w:t>
      </w:r>
      <w:r>
        <w:t>meri jo soch hai woh batati hai ke is waqt wahi amal chal raha hai. human civilization ko bulldoze kiya ja raha hai.</w:t>
      </w:r>
    </w:p>
    <w:p>
      <w:pPr>
        <w:jc w:val="right"/>
      </w:pPr>
      <w:r>
        <w:t>میری جو سوچ ہے وہ بتاتی ہے کہ اس وقت وہی عمل چل رہا ہے۔ ہیومن سویلائزیشن کو بلڈوز کیا جا رہا ہے۔</w:t>
      </w:r>
    </w:p>
    <w:p>
      <w:r>
        <w:rPr>
          <w:b/>
        </w:rPr>
        <w:t xml:space="preserve">[25:21] </w:t>
      </w:r>
      <w:r>
        <w:t>aur phir qanoon safai ka maamla aye ga. ke poori dunya jo hai ek level kar di jaye gi. ek chateel maidan bana di jaye gi.</w:t>
      </w:r>
    </w:p>
    <w:p>
      <w:pPr>
        <w:jc w:val="right"/>
      </w:pPr>
      <w:r>
        <w:t>اور پھر قانون صفائی کا معاملہ آئے گا۔ کہ پوری دنیا جو ہے ایک لیول کر دی جائے گی۔ ایک چٹیل میدان بنا دی جائے گی۔</w:t>
      </w:r>
    </w:p>
    <w:p>
      <w:r>
        <w:rPr>
          <w:b/>
        </w:rPr>
        <w:t xml:space="preserve">[25:31] </w:t>
      </w:r>
      <w:r>
        <w:t>sab nishan mita diye jayen ge. koi nishan baqi nahi rahe ga. phir wahan par ek nayi dunya banegi.</w:t>
      </w:r>
    </w:p>
    <w:p>
      <w:pPr>
        <w:jc w:val="right"/>
      </w:pPr>
      <w:r>
        <w:t>سب نشان مٹا دیئے جائیں گے۔ کوئی نشان باقی نہیں رہے گا۔ پھر وہاں پر ایک نئی دنیا بنے گی۔</w:t>
      </w:r>
    </w:p>
    <w:p>
      <w:r>
        <w:rPr>
          <w:b/>
        </w:rPr>
        <w:t xml:space="preserve">[25:42] </w:t>
      </w:r>
      <w:r>
        <w:t>yahan par mein ek baat yeh arz kar doon ke jannat kahan banegi? is mein mufassireen ka ikhtilaf hai, ulama ka.</w:t>
      </w:r>
    </w:p>
    <w:p>
      <w:pPr>
        <w:jc w:val="right"/>
      </w:pPr>
      <w:r>
        <w:t>یہاں پر میں ایک بات یہ عرض کر دوں کہ جنت کہاں بنے گی؟ اس میں مفسرین کا اختلاف ہے، علماء کا۔</w:t>
      </w:r>
    </w:p>
    <w:p>
      <w:r>
        <w:rPr>
          <w:b/>
        </w:rPr>
        <w:t xml:space="preserve">[25:56] </w:t>
      </w:r>
      <w:r>
        <w:t>dekhiye, sahaba mein ek sahab the, un ka naam hai Abdullah Ibn Abbas. woh top ke mufassir maane jate hain.</w:t>
      </w:r>
    </w:p>
    <w:p>
      <w:pPr>
        <w:jc w:val="right"/>
      </w:pPr>
      <w:r>
        <w:t>دیکھیے، صحابہ میں ایک صاحب تھے، ان کا نام ہے عبداللہ ابن عباس۔ وہ ٹاپ کے مفسر مانے جاتے ہیں۔</w:t>
      </w:r>
    </w:p>
    <w:p>
      <w:r>
        <w:rPr>
          <w:b/>
        </w:rPr>
        <w:t xml:space="preserve">[26:07] </w:t>
      </w:r>
      <w:r>
        <w:t>Habr al-Ummah kaha jata hai un ko. to un ki riwayat yeh hai ke jannat isi dunya mein banegi. isi zameen par banegi. yani jannat jo hai woh isi zameen par banegi.</w:t>
      </w:r>
    </w:p>
    <w:p>
      <w:pPr>
        <w:jc w:val="right"/>
      </w:pPr>
      <w:r>
        <w:t>حبر الامہ کہا جاتا ہے ان کو۔ تو ان کی روایت یہ ہے کہ جنت اسی دنیا میں بنے گی۔ اسی زمین پر بنے گی۔ یعنی جنت جو ہے وہ اسی زمین پر بنے گی۔</w:t>
      </w:r>
    </w:p>
    <w:p>
      <w:r>
        <w:rPr>
          <w:b/>
        </w:rPr>
        <w:t xml:space="preserve">[26:21] </w:t>
      </w:r>
      <w:r>
        <w:t>is ko le kar ke ek rai yeh banti hai. lekin doosre ulama jo hain woh samajhte hain ke jannat kahin aur banegi. kisi aur sayare par.</w:t>
      </w:r>
    </w:p>
    <w:p>
      <w:pPr>
        <w:jc w:val="right"/>
      </w:pPr>
      <w:r>
        <w:t>اس کو لے کر کے ایک رائے یہ بنتی ہے۔ لیکن دوسرے علماء جو ہیں وہ سمجھتے ہیں کہ جنت کہیں اور بنے گی۔ کسی اور سیارے پر۔</w:t>
      </w:r>
    </w:p>
    <w:p>
      <w:r>
        <w:rPr>
          <w:b/>
        </w:rPr>
        <w:t xml:space="preserve">[26:30] </w:t>
      </w:r>
      <w:r>
        <w:t>woh sayara doosra hoga. behal ek lafzi behas hai yeh. chahe yeh ho, chahe woh ho. yeh koi yani koi haqeeqi ikhtilaf nahi hai yeh.</w:t>
      </w:r>
    </w:p>
    <w:p>
      <w:pPr>
        <w:jc w:val="right"/>
      </w:pPr>
      <w:r>
        <w:t>وہ سیارہ دوسرا ہوگا۔ بہرحال ایک لفظی بحث ہے یہ۔ چاہے یہ ہو، چاہے وہ ہو۔ یہ کوئی یعنی کوئی حقیقی اختلاف نہیں ہے یہ۔</w:t>
      </w:r>
    </w:p>
    <w:p>
      <w:r>
        <w:rPr>
          <w:b/>
        </w:rPr>
        <w:t xml:space="preserve">[26:42] </w:t>
      </w:r>
      <w:r>
        <w:t>yeh koi haqeeqi ikhtilaf nahi hai. lekin jannat ko qabil-e-fehm banane ke liye hum yeh keh sakte hain.</w:t>
      </w:r>
    </w:p>
    <w:p>
      <w:pPr>
        <w:jc w:val="right"/>
      </w:pPr>
      <w:r>
        <w:t>یہ کوئی حقیقی اختلاف نہیں ہے۔ لیکن جنت کو قابلِ فہم بنانے کے لیے ہم یہ کہہ سکتے ہیں۔</w:t>
      </w:r>
    </w:p>
    <w:p>
      <w:r>
        <w:rPr>
          <w:b/>
        </w:rPr>
        <w:t xml:space="preserve">[26:51] </w:t>
      </w:r>
      <w:r>
        <w:t>lekin ek hai ke jannat kahan banegi? is ki kya surat hogi? yani haqeeqi taur par jannat kya hogi?</w:t>
      </w:r>
    </w:p>
    <w:p>
      <w:pPr>
        <w:jc w:val="right"/>
      </w:pPr>
      <w:r>
        <w:t>لیکن ایک ہے کہ جنت کہاں بنے گی؟ اس کی کیا صورت ہوگی؟ یعنی حقیقی طور پر جنت کیا ہوگی؟</w:t>
      </w:r>
    </w:p>
    <w:p>
      <w:r>
        <w:rPr>
          <w:b/>
        </w:rPr>
        <w:t xml:space="preserve">[27:00] </w:t>
      </w:r>
      <w:r>
        <w:t>ek yeh sawal hai. to hum mein se koi ek aanay ki position mein nahi hai. lekin banane ke liye jannat ko qabil-e-fehm hum keh sakte hain.</w:t>
      </w:r>
    </w:p>
    <w:p>
      <w:pPr>
        <w:jc w:val="right"/>
      </w:pPr>
      <w:r>
        <w:t>ایک یہ سوال ہے۔ تو ہم میں سے کوئی ایک آنے کی پوزیشن میں نہیں ہے۔ لیکن بنانے کے لیے جنت کو قابلِ فہم ہم کہہ سکتے ہیں۔</w:t>
      </w:r>
    </w:p>
    <w:p>
      <w:r>
        <w:rPr>
          <w:b/>
        </w:rPr>
        <w:t xml:space="preserve">[27:13] </w:t>
      </w:r>
      <w:r>
        <w:t>jo mein arz kar raha hoon is ka matlab sirf yahi hai.</w:t>
      </w:r>
    </w:p>
    <w:p>
      <w:pPr>
        <w:jc w:val="right"/>
      </w:pPr>
      <w:r>
        <w:t>جو میں عرض کر رہا ہوں اس کا مطلب صرف یہی ہے۔</w:t>
      </w:r>
    </w:p>
    <w:p>
      <w:r>
        <w:rPr>
          <w:b/>
        </w:rPr>
        <w:t xml:space="preserve">[27:17] </w:t>
      </w:r>
      <w:r>
        <w:t>mein jannat ke tasawwur ko qabil-e-fehm banane ke liye baatein bol raha hoon.</w:t>
      </w:r>
    </w:p>
    <w:p>
      <w:pPr>
        <w:jc w:val="right"/>
      </w:pPr>
      <w:r>
        <w:t>میں جنت کے تصور کو قابلِ فہم بنانے کے لیے باتیں بول رہا ہوں۔</w:t>
      </w:r>
    </w:p>
    <w:p>
      <w:r>
        <w:rPr>
          <w:b/>
        </w:rPr>
        <w:t xml:space="preserve">[27:26] </w:t>
      </w:r>
      <w:r>
        <w:t>keh human industry jo masla industry hai, us ko khatam karna. aur bulldoz kar dena human civilization ko.</w:t>
      </w:r>
    </w:p>
    <w:p>
      <w:pPr>
        <w:jc w:val="right"/>
      </w:pPr>
      <w:r>
        <w:t>کہ ہیومن انڈسٹری جو مسئلہ انڈسٹری ہے، اس کو ختم کرنا۔ اور بلڈوز کر دینا ہیومن سویلائزیشن کو۔</w:t>
      </w:r>
    </w:p>
    <w:p>
      <w:r>
        <w:rPr>
          <w:b/>
        </w:rPr>
        <w:t xml:space="preserve">[27:37] </w:t>
      </w:r>
      <w:r>
        <w:t>aur phir aik nai industry banana jis ka aik namona aaj bhi nature mein maujood hai.</w:t>
      </w:r>
    </w:p>
    <w:p>
      <w:pPr>
        <w:jc w:val="right"/>
      </w:pPr>
      <w:r>
        <w:t>اور پھر ایک نئی انڈسٹری بنانا جس کا ایک نمونہ آج بھی نیچر میں موجود ہے۔</w:t>
      </w:r>
    </w:p>
    <w:p>
      <w:r>
        <w:rPr>
          <w:b/>
        </w:rPr>
        <w:t xml:space="preserve">[27:43] </w:t>
      </w:r>
      <w:r>
        <w:t>yeh sab le kar ke aap sochen to bilkul hi qabil-e-fahm baat hai yeh. koi door ki baat nahi hai.</w:t>
      </w:r>
    </w:p>
    <w:p>
      <w:pPr>
        <w:jc w:val="right"/>
      </w:pPr>
      <w:r>
        <w:t>یہ سب لے کر کے آپ سوچیں تو بالکل ہی قابلِ فہم بات ہے یہ۔ کوئی دور کی بات نہیں ہے۔</w:t>
      </w:r>
    </w:p>
    <w:p>
      <w:r>
        <w:rPr>
          <w:b/>
        </w:rPr>
        <w:t xml:space="preserve">[27:54] </w:t>
      </w:r>
      <w:r>
        <w:t>aik scientist ne yeh baat likhi hai ke agar mahdood dunya mumkin hai to in mahdood dunya bhi mumkin hai.</w:t>
      </w:r>
    </w:p>
    <w:p>
      <w:pPr>
        <w:jc w:val="right"/>
      </w:pPr>
      <w:r>
        <w:t>ایک سائنسدان نے یہ بات لکھی ہے کہ اگر محدود دنیا ممکن ہے تو ان محدود دنیا بھی ممکن ہے۔</w:t>
      </w:r>
    </w:p>
    <w:p>
      <w:r>
        <w:rPr>
          <w:b/>
        </w:rPr>
        <w:t xml:space="preserve">[28:05] </w:t>
      </w:r>
      <w:r>
        <w:t>yeh yeh jo zameen hai is mein hamein aik mahdood jannat mili hai.</w:t>
      </w:r>
    </w:p>
    <w:p>
      <w:pPr>
        <w:jc w:val="right"/>
      </w:pPr>
      <w:r>
        <w:t>یہ یہ جو زمین ہے اس میں ہمیں ایک محدود جنت ملی ہے۔</w:t>
      </w:r>
    </w:p>
    <w:p>
      <w:r>
        <w:rPr>
          <w:b/>
        </w:rPr>
        <w:t xml:space="preserve">[28:12] </w:t>
      </w:r>
      <w:r>
        <w:t>mahdood jannat. to yeh apne aap mein is baat ka saboot hai ke aik in mahdood jannat bhi ho sakti hai.</w:t>
      </w:r>
    </w:p>
    <w:p>
      <w:pPr>
        <w:jc w:val="right"/>
      </w:pPr>
      <w:r>
        <w:t>محدود جنت۔ تو یہ اپنے آپ میں اس بات کا ثبوت ہے کہ ایک ان محدود جنت بھی ہو سکتی ہے۔</w:t>
      </w:r>
    </w:p>
    <w:p>
      <w:r>
        <w:rPr>
          <w:b/>
        </w:rPr>
        <w:t xml:space="preserve">[28:21] </w:t>
      </w:r>
      <w:r>
        <w:t>jo kuch jannat ke baray mein hum mana jata hai woh sab woh saray item yahan par maujood hain. koi item bhi aisa nahi hai jo yahan maujood na ho.</w:t>
      </w:r>
    </w:p>
    <w:p>
      <w:pPr>
        <w:jc w:val="right"/>
      </w:pPr>
      <w:r>
        <w:t>جو کچھ جنت کے بارے میں ہم مانا جاتا ہے وہ سب وہ سارے آئٹم یہاں پر موجود ہیں۔ کوئی آئٹم بھی ایسا نہیں ہے جو یہاں موجود نہ ہو۔</w:t>
      </w:r>
    </w:p>
    <w:p>
      <w:r>
        <w:rPr>
          <w:b/>
        </w:rPr>
        <w:t xml:space="preserve">[28:33] </w:t>
      </w:r>
      <w:r>
        <w:t>lekin woh har item kya hai?</w:t>
      </w:r>
    </w:p>
    <w:p>
      <w:pPr>
        <w:jc w:val="right"/>
      </w:pPr>
      <w:r>
        <w:t>لیکن وہ ہر آئٹم کیا ہے؟</w:t>
      </w:r>
    </w:p>
    <w:p>
      <w:r>
        <w:rPr>
          <w:b/>
        </w:rPr>
        <w:t xml:space="preserve">[28:36] </w:t>
      </w:r>
      <w:r>
        <w:t>kam miyar hai. imperfect hai. kam ideal hai. itna hi to hai. item saray ke saray hain.</w:t>
      </w:r>
    </w:p>
    <w:p>
      <w:pPr>
        <w:jc w:val="right"/>
      </w:pPr>
      <w:r>
        <w:t>کم معیار ہے۔ امپرفیکٹ ہے۔ کم آئیڈیل ہے۔ اتنا ہی تو ہے۔ آئٹم سارے کے سارے ہیں۔</w:t>
      </w:r>
    </w:p>
    <w:p>
      <w:r>
        <w:rPr>
          <w:b/>
        </w:rPr>
        <w:t xml:space="preserve">[28:46] </w:t>
      </w:r>
      <w:r>
        <w:t>lekin imperfect hain.</w:t>
      </w:r>
    </w:p>
    <w:p>
      <w:pPr>
        <w:jc w:val="right"/>
      </w:pPr>
      <w:r>
        <w:t>لیکن امپرفیکٹ ہیں۔</w:t>
      </w:r>
    </w:p>
    <w:p>
      <w:r>
        <w:rPr>
          <w:b/>
        </w:rPr>
        <w:t xml:space="preserve">[28:51] </w:t>
      </w:r>
      <w:r>
        <w:t>to jab imperfect sabit ho jaye to apne aap mein yeh bhi sabit ho jata hai ke perfect bhi mumkin hai.</w:t>
      </w:r>
    </w:p>
    <w:p>
      <w:pPr>
        <w:jc w:val="right"/>
      </w:pPr>
      <w:r>
        <w:t>تو جب امپرفیکٹ ثابت ہو جائے تو اپنے آپ میں یہ بھی ثابت ہو جاتا ہے کہ پرفیکٹ بھی ممکن ہے۔</w:t>
      </w:r>
    </w:p>
    <w:p>
      <w:r>
        <w:rPr>
          <w:b/>
        </w:rPr>
        <w:t xml:space="preserve">[29:04] </w:t>
      </w:r>
      <w:r>
        <w:t>yani imperfect agar sabit ho jaye to woh apne aap mein is baat ka saboot hai ke perfection bhi mumkin hai.</w:t>
      </w:r>
    </w:p>
    <w:p>
      <w:pPr>
        <w:jc w:val="right"/>
      </w:pPr>
      <w:r>
        <w:t>یعنی امپرفیکٹ اگر ثابت ہو جائے تو وہ اپنے آپ میں اس بات کا ثبوت ہے کہ پرفیکشن بھی ممکن ہے۔</w:t>
      </w:r>
    </w:p>
    <w:p>
      <w:r>
        <w:rPr>
          <w:b/>
        </w:rPr>
        <w:t xml:space="preserve">[29:16] </w:t>
      </w:r>
      <w:r>
        <w:t>yani When imperfect world is proved then perfect will also be proved.</w:t>
      </w:r>
    </w:p>
    <w:p>
      <w:pPr>
        <w:jc w:val="right"/>
      </w:pPr>
      <w:r>
        <w:t>یعنی When imperfect world is proved then perfect will also be proved.</w:t>
      </w:r>
    </w:p>
    <w:p>
      <w:r>
        <w:rPr>
          <w:b/>
        </w:rPr>
        <w:t xml:space="preserve">[29:25] </w:t>
      </w:r>
      <w:r>
        <w:t>koi is ke andar koi mantiqi tazad nahi hai.</w:t>
      </w:r>
    </w:p>
    <w:p>
      <w:pPr>
        <w:jc w:val="right"/>
      </w:pPr>
      <w:r>
        <w:t>کوئی اس کے اندر کوئی منطقی تضاد نہیں ہے۔</w:t>
      </w:r>
    </w:p>
    <w:p>
      <w:r>
        <w:rPr>
          <w:b/>
        </w:rPr>
        <w:t xml:space="preserve">[29:33] </w:t>
      </w:r>
      <w:r>
        <w:t>to mein jo kuch keh raha hoon woh isi mani mein aap lein keh I am trying to make jannat qabil-e-fahm for the present mind.</w:t>
      </w:r>
    </w:p>
    <w:p>
      <w:pPr>
        <w:jc w:val="right"/>
      </w:pPr>
      <w:r>
        <w:t>تو میں جو کچھ کہہ رہا ہوں وہ اسی معنی میں آپ لیں کہ I am trying to make جنت قابلِ فہم for the present mind.</w:t>
      </w:r>
    </w:p>
    <w:p>
      <w:r>
        <w:rPr>
          <w:b/>
        </w:rPr>
        <w:t xml:space="preserve">[29:51] </w:t>
      </w:r>
      <w:r>
        <w:t>to in sab baton ko lete hue mein yeh keh raha hoon ke is waqt jo amal chal raha hai woh saada baat nahi hai. yeh rukne wala bhi nahi hai.</w:t>
      </w:r>
    </w:p>
    <w:p>
      <w:pPr>
        <w:jc w:val="right"/>
      </w:pPr>
      <w:r>
        <w:t>تو ان سب باتوں کو لیتے ہوئے میں یہ کہہ رہا ہوں کہ اس وقت جو عمل چل رہا ہے وہ سادہ بات نہیں ہے۔ یہ رکنے والا بھی نہیں ہے۔</w:t>
      </w:r>
    </w:p>
    <w:p>
      <w:r>
        <w:rPr>
          <w:b/>
        </w:rPr>
        <w:t xml:space="preserve">[30:02] </w:t>
      </w:r>
      <w:r>
        <w:t>yeh rukne wala nahi hai. yeh apne anjam ko pohnche ga. yani qanoon safai wala anjam.</w:t>
      </w:r>
    </w:p>
    <w:p>
      <w:pPr>
        <w:jc w:val="right"/>
      </w:pPr>
      <w:r>
        <w:t>یہ رکنے والا نہیں ہے۔ یہ اپنے انجام کو پہنچے گا۔ یعنی قانون صفائی والا انجام۔</w:t>
      </w:r>
    </w:p>
    <w:p>
      <w:r>
        <w:rPr>
          <w:b/>
        </w:rPr>
        <w:t xml:space="preserve">[30:12] </w:t>
      </w:r>
      <w:r>
        <w:t>qanoon safai ka matlab yeh hai ke sara level kar ke chateel maidan bana diya jaye. is se pehle yeh amal rukne wala nahi hai. kyun ke ab insan ne jawaz kho diya hai.</w:t>
      </w:r>
    </w:p>
    <w:p>
      <w:pPr>
        <w:jc w:val="right"/>
      </w:pPr>
      <w:r>
        <w:t>قانون صفائی کا مطلب یہ ہے کہ سارا لیول کر کے چٹیل میدان بنا دیا جائے۔ اس سے پہلے یہ عمل رکنے والا نہیں ہے۔ کیوں کہ اب انسان نے جواز کھو دیا ہے۔</w:t>
      </w:r>
    </w:p>
    <w:p>
      <w:r>
        <w:rPr>
          <w:b/>
        </w:rPr>
        <w:t xml:space="preserve">[30:28] </w:t>
      </w:r>
      <w:r>
        <w:t>insan ko Khuda ne jo kuch diya to Quran mein hai ke LAAIN SHAKARTUM LA AZIZAN LAKUM. itni nematein dein.</w:t>
      </w:r>
    </w:p>
    <w:p>
      <w:pPr>
        <w:jc w:val="right"/>
      </w:pPr>
      <w:r>
        <w:t>انسان کو خدا نے جو کچھ دیا تو قرآن میں ہے کہ لَئِنْ شَكَرْتُمْ لَعَزِيزٍ لَكُمْ ۔ اتنی نعمتیں دیں۔</w:t>
      </w:r>
    </w:p>
    <w:p>
      <w:r>
        <w:rPr>
          <w:b/>
        </w:rPr>
        <w:t xml:space="preserve">[30:38] </w:t>
      </w:r>
      <w:r>
        <w:t>lekin kon shukr karne wala hai? misaal ke tor par dekhiye. aaj kal jis ki dekhiye us ki jeb mein mobile hai.</w:t>
      </w:r>
    </w:p>
    <w:p>
      <w:pPr>
        <w:jc w:val="right"/>
      </w:pPr>
      <w:r>
        <w:t>لیکن کون شکر کرنے والا ہے؟ مثال کے طور پر دیکھیے۔ آج کل جس کی دیکھیے اس کی جیب میں موبائل ہے۔</w:t>
      </w:r>
    </w:p>
    <w:p>
      <w:r>
        <w:rPr>
          <w:b/>
        </w:rPr>
        <w:t xml:space="preserve">[30:49] </w:t>
      </w:r>
      <w:r>
        <w:t>ghareeb ameer ka farq mit gaya. sab ki jeb mobile hai. har waqt aadmi dunya se rabte karne ki position mein hai.</w:t>
      </w:r>
    </w:p>
    <w:p>
      <w:pPr>
        <w:jc w:val="right"/>
      </w:pPr>
      <w:r>
        <w:t>غریب امیر کا فرق مٹ گیا۔ سب کی جیب موبائل ہے۔ ہر وقت آدمی دنیا سے رابطے کرنے کی پوزیشن میں ہے۔</w:t>
      </w:r>
    </w:p>
    <w:p>
      <w:r>
        <w:rPr>
          <w:b/>
        </w:rPr>
        <w:t xml:space="preserve">[30:56] </w:t>
      </w:r>
      <w:r>
        <w:t>lekin mein yeh keh sakta hoon ke maine kam az kam abhi aik insan nahi dekha jo sach much is par shukr se, yani dilchaspi se shukr kar raha ho. is par dilchaspi se shukr.</w:t>
      </w:r>
    </w:p>
    <w:p>
      <w:pPr>
        <w:jc w:val="right"/>
      </w:pPr>
      <w:r>
        <w:t>لیکن میں یہ کہہ سکتا ہوں کہ میں نے کم از کم ابھی ایک انسان نہیں دیکھا جو سچ مچ اس پر شکر سے، یعنی دلچسپی سے شکر کر رہا ہو۔ اس پر دلچسپی سے شکر۔</w:t>
      </w:r>
    </w:p>
    <w:p>
      <w:r>
        <w:rPr>
          <w:b/>
        </w:rPr>
        <w:t xml:space="preserve">[31:07] </w:t>
      </w:r>
      <w:r>
        <w:t>ke aik zamana tha ke sirf badshah log kabootar ke zariye se woh karte thay. aqab bhejte thay yahan se wahan. wohi badshah log kar sakte thay.</w:t>
      </w:r>
    </w:p>
    <w:p>
      <w:pPr>
        <w:jc w:val="right"/>
      </w:pPr>
      <w:r>
        <w:t>کہ ایک زمانہ تھا کہ صرف بادشاہ لوگ کبوتر کے ذریعے سے وہ کرتے تھے۔ عقاب بھیجتے تھے یہاں سے وہاں۔ وہی بادشاہ لوگ کر سکتے تھے۔</w:t>
      </w:r>
    </w:p>
    <w:p>
      <w:r>
        <w:rPr>
          <w:b/>
        </w:rPr>
        <w:t xml:space="preserve">[31:16] </w:t>
      </w:r>
      <w:r>
        <w:t>kyun ke kabootar ko tarbiyat karne ke liye bohat ziyada wasail chahiye thay. sirf tarbiyat yafta kabootar, tarbiyat yafta parinda hi kar sakta tha yeh.</w:t>
      </w:r>
    </w:p>
    <w:p>
      <w:pPr>
        <w:jc w:val="right"/>
      </w:pPr>
      <w:r>
        <w:t>کیوں کہ کبوتر کو تربیت کرنے کے لیے بہت زیادہ وسائل چاہیے تھے۔ صرف تربیت یافتہ کبوتر، تربیت یافتہ پرندہ ہی کر سکتا تھا یہ۔</w:t>
      </w:r>
    </w:p>
    <w:p>
      <w:r>
        <w:rPr>
          <w:b/>
        </w:rPr>
        <w:t xml:space="preserve">[31:26] </w:t>
      </w:r>
      <w:r>
        <w:t>hum aap logon ke paas itna paisa nahi tha ke aik kisi kabootar ko tarbiyat karein. wohi kabootar yahan se aik aik kaghaz le gaya aur pata nahi kab wahan se lokraat aya.</w:t>
      </w:r>
    </w:p>
    <w:p>
      <w:pPr>
        <w:jc w:val="right"/>
      </w:pPr>
      <w:r>
        <w:t>ہم آپ لوگوں کے پاس اتنا پیسہ نہیں تھا کہ ایک کسی کبوتر کو تربیت کریں۔ وہی کبوتر یہاں سے ایک ایک کاغذ لے گیا اور پتہ نہیں کب وہاں سے لوکراٹ آیا۔</w:t>
      </w:r>
    </w:p>
    <w:p>
      <w:r>
        <w:rPr>
          <w:b/>
        </w:rPr>
        <w:t xml:space="preserve">[31:36] </w:t>
      </w:r>
      <w:r>
        <w:t>yani yeh do tarafah rabita nahi hota tha. aaj jo yeh jo aap ke paas, aap ki jeib mein jo mobile hai woh kisi badshah ko, kisi shehanshah ko hasil nahi tha.</w:t>
      </w:r>
    </w:p>
    <w:p>
      <w:pPr>
        <w:jc w:val="right"/>
      </w:pPr>
      <w:r>
        <w:t>یعنی یہ دو طرفہ رابطہ نہیں ہوتا تھا۔ آج جو یہ جو آپ کے پاس، آپ کی جیب میں جو موبائل ہے وہ کسی بادشاہ کو، کسی شہنشاہ کو حاصل نہیں تھا۔</w:t>
      </w:r>
    </w:p>
    <w:p>
      <w:r>
        <w:rPr>
          <w:b/>
        </w:rPr>
        <w:t xml:space="preserve">[31:48] </w:t>
      </w:r>
      <w:r>
        <w:t>poori tareekh mein. lekin kaun yeh shukr karta ho is par?</w:t>
      </w:r>
    </w:p>
    <w:p>
      <w:pPr>
        <w:jc w:val="right"/>
      </w:pPr>
      <w:r>
        <w:t>پوری تاریخ میں۔ لیکن کون یہ شکر کرتا ہو اس پر؟</w:t>
      </w:r>
    </w:p>
    <w:p>
      <w:r>
        <w:rPr>
          <w:b/>
        </w:rPr>
        <w:t xml:space="preserve">[31:54] </w:t>
      </w:r>
      <w:r>
        <w:t>kaun yeh shukr karta ho?</w:t>
      </w:r>
    </w:p>
    <w:p>
      <w:pPr>
        <w:jc w:val="right"/>
      </w:pPr>
      <w:r>
        <w:t>کون یہ شکر کرتا ہو؟</w:t>
      </w:r>
    </w:p>
    <w:p>
      <w:r>
        <w:rPr>
          <w:b/>
        </w:rPr>
        <w:t xml:space="preserve">[31:59] </w:t>
      </w:r>
      <w:r>
        <w:t>hawai jahaz mein jab urta hoon to mein dekhta hoon ke log kaan mein woh daale hue woh geet sun rahe hain.</w:t>
      </w:r>
    </w:p>
    <w:p>
      <w:pPr>
        <w:jc w:val="right"/>
      </w:pPr>
      <w:r>
        <w:t>ہوائی جہاز میں جب اڑتا ہوں تو میں دیکھتا ہوں کہ لوگ کان میں وہ ڈالے ہوئے وہ گیت سن رہے ہیں۔</w:t>
      </w:r>
    </w:p>
    <w:p>
      <w:r>
        <w:rPr>
          <w:b/>
        </w:rPr>
        <w:t xml:space="preserve">[32:09] </w:t>
      </w:r>
      <w:r>
        <w:t>yani hawai jahaz mein baith kar ke yeh nahi sochte ke kisi ajeeb nemat hai ke itni tez raftaar ke sath aap urr rahe hain.</w:t>
      </w:r>
    </w:p>
    <w:p>
      <w:pPr>
        <w:jc w:val="right"/>
      </w:pPr>
      <w:r>
        <w:t>یعنی ہوائی جہاز میں بیٹھ کر کے یہ نہیں سوچتے کہ کسی عجیب نعمت ہے کہ اتنی تیز رفتار کے ساتھ آپ اڑ رہے ہیں۔</w:t>
      </w:r>
    </w:p>
    <w:p>
      <w:r>
        <w:rPr>
          <w:b/>
        </w:rPr>
        <w:t xml:space="preserve">[32:19] </w:t>
      </w:r>
      <w:r>
        <w:t>aap paidal chalen, gaadi se chalen to kahin darya aa jaye ga, kahin jangla aa jaye ga, kahin ghar aa jaye ga, kahin shehar aa jaye ga. lekin hawai jahaz ke liye kuch nahi.</w:t>
      </w:r>
    </w:p>
    <w:p>
      <w:pPr>
        <w:jc w:val="right"/>
      </w:pPr>
      <w:r>
        <w:t>آپ پیدل چلیں، گاڑی سے چلیں تو کہیں دریا آ جائے گا، کہیں جنگل آ جائے گا، کہیں گھر آ جائے گا، کہیں شہر آ جائے گا۔ لیکن ہوائی جہاز کے لیے کچھ نہیں۔</w:t>
      </w:r>
    </w:p>
    <w:p>
      <w:r>
        <w:rPr>
          <w:b/>
        </w:rPr>
        <w:t xml:space="preserve">[32:30] </w:t>
      </w:r>
      <w:r>
        <w:t>har cheez ko oopar ura chala ja raha hai, ura chala ja raha hai, ura chala ja raha hai. yeh kitni ajeeb nemat hai. lekin log kya karte hain? kaan mein woh daal kar ke woh filmi gaane sunte rehte hain.</w:t>
      </w:r>
    </w:p>
    <w:p>
      <w:pPr>
        <w:jc w:val="right"/>
      </w:pPr>
      <w:r>
        <w:t>ہر چیز کو اوپر اڑا چلا جا رہا ہے، اڑا چلا جا رہا ہے، اڑا چلا جا رہا ہے۔ یہ کتنی عجیب نعمت ہے۔ لیکن لوگ کیا کرتے ہیں؟ کان میں وہ ڈال کر کے وہ فلمی گانے سنتے رہتے ہیں۔</w:t>
      </w:r>
    </w:p>
    <w:p>
      <w:r>
        <w:rPr>
          <w:b/>
        </w:rPr>
        <w:t xml:space="preserve">[32:43] </w:t>
      </w:r>
      <w:r>
        <w:t>moseeqi sunte rehte hain. is ka matlab hai ke logon ne jawaz kho diya hai.</w:t>
      </w:r>
    </w:p>
    <w:p>
      <w:pPr>
        <w:jc w:val="right"/>
      </w:pPr>
      <w:r>
        <w:t>موسیقی سنتے رہتے ہیں۔ اس کا مطلب ہے کہ لوگوں نے جواز کھو دیا ہے۔</w:t>
      </w:r>
    </w:p>
    <w:p>
      <w:r>
        <w:rPr>
          <w:b/>
        </w:rPr>
        <w:t xml:space="preserve">[32:51] </w:t>
      </w:r>
      <w:r>
        <w:t>hazaron nematon mein jee rahe hain yeh log. har aadmi, har aadmi, har aadmi. kal mein kisi se keh raha tha ke dekhiye yeh jo glass hai, sheeshe ka glass.</w:t>
      </w:r>
    </w:p>
    <w:p>
      <w:pPr>
        <w:jc w:val="right"/>
      </w:pPr>
      <w:r>
        <w:t>ہزاروں نعمتوں میں جی رہے ہیں یہ لوگ۔ ہر آدمی، ہر آدمی، ہر آدمی۔ کل میں کسی سے کہہ رہا تھا کہ دیکھیے یہ جو گلاس ہے، شیشے کا گلاس۔</w:t>
      </w:r>
    </w:p>
    <w:p>
      <w:r>
        <w:rPr>
          <w:b/>
        </w:rPr>
        <w:t xml:space="preserve">[33:04] </w:t>
      </w:r>
      <w:r>
        <w:t>aaj har aadmi ke paas sheeshe ka glass hota hai. pehle kisi badshah ke paas bhi nahi hota tha. badshah bhi sheeshe ke glass se pani nahi pi sakta tha.</w:t>
      </w:r>
    </w:p>
    <w:p>
      <w:pPr>
        <w:jc w:val="right"/>
      </w:pPr>
      <w:r>
        <w:t>آج ہر آدمی کے پاس شیشے کا گلاس ہوتا ہے۔ پہلے کسی بادشاہ کے پاس بھی نہیں ہوتا تھا۔ بادشاہ بھی شیشے کے گلاس سے پانی نہیں پی سکتا تھا۔</w:t>
      </w:r>
    </w:p>
    <w:p>
      <w:r>
        <w:rPr>
          <w:b/>
        </w:rPr>
        <w:t xml:space="preserve">[33:13] </w:t>
      </w:r>
      <w:r>
        <w:t>kyun ke sheesha bana hi nahi tha. glass ki industry wajood mein nahi aayi thi.</w:t>
      </w:r>
    </w:p>
    <w:p>
      <w:pPr>
        <w:jc w:val="right"/>
      </w:pPr>
      <w:r>
        <w:t>کیوں کہ شیشہ بنا ہی نہیں تھا۔ گلاس کی انڈسٹری وجود میں نہیں آئی تھی۔</w:t>
      </w:r>
    </w:p>
    <w:p>
      <w:r>
        <w:rPr>
          <w:b/>
        </w:rPr>
        <w:t xml:space="preserve">[33:26] </w:t>
      </w:r>
      <w:r>
        <w:t>to aaj jo cheez aap ko mili hui hai woh woh hai jo pehle badshah ko bhi nahi mili hui thi. lekin jis ko dekhen shikayat ki boli bolta hai.</w:t>
      </w:r>
    </w:p>
    <w:p>
      <w:pPr>
        <w:jc w:val="right"/>
      </w:pPr>
      <w:r>
        <w:t>تو آج جو چیز آپ کو ملی ہوئی ہے وہ وہ ہے جو پہلے بادشاہ کو بھی نہیں ملی ہوئی تھی۔ لیکن جس کو دیکھیں شکایت کی بولی بولتا ہے۔</w:t>
      </w:r>
    </w:p>
    <w:p>
      <w:r>
        <w:rPr>
          <w:b/>
        </w:rPr>
        <w:t xml:space="preserve">[33:36] </w:t>
      </w:r>
      <w:r>
        <w:t>har aadmi shikayat ki boli bolta hai. nematon ke hujoom mein shikayat ki boli. jis ko dekhen shikayat ki boli boley ga.</w:t>
      </w:r>
    </w:p>
    <w:p>
      <w:pPr>
        <w:jc w:val="right"/>
      </w:pPr>
      <w:r>
        <w:t>ہر آدمی شکایت کی بولی بولتا ہے۔ نعمتوں کے ہجوم میں شکایت کی بولی۔ جس کو دیکھیں شکایت کی بولی بولے گا۔</w:t>
      </w:r>
    </w:p>
    <w:p>
      <w:r>
        <w:rPr>
          <w:b/>
        </w:rPr>
        <w:t xml:space="preserve">[33:46] </w:t>
      </w:r>
      <w:r>
        <w:t>kam az kam mein nahi paya kisi aadmi ko jo manfi khayalat se khali ho. shikayat se khali ho.</w:t>
      </w:r>
    </w:p>
    <w:p>
      <w:pPr>
        <w:jc w:val="right"/>
      </w:pPr>
      <w:r>
        <w:t>کم از کم میں نہیں پایا کسی آدمی کو جو منفی خیالات سے خالی ہو۔ شکایت سے خالی ہو۔</w:t>
      </w:r>
    </w:p>
    <w:p>
      <w:r>
        <w:rPr>
          <w:b/>
        </w:rPr>
        <w:t xml:space="preserve">[33:56] </w:t>
      </w:r>
      <w:r>
        <w:t>jis ko dekhiye woh shikayat mein jee raha hai.</w:t>
      </w:r>
    </w:p>
    <w:p>
      <w:pPr>
        <w:jc w:val="right"/>
      </w:pPr>
      <w:r>
        <w:t>جس کو دیکھیے وہ شکایت میں جی رہا ہے۔</w:t>
      </w:r>
    </w:p>
    <w:p>
      <w:r>
        <w:rPr>
          <w:b/>
        </w:rPr>
        <w:t xml:space="preserve">[34:03] </w:t>
      </w:r>
      <w:r>
        <w:t>mein to abhi subah mein sun raha tha radio par kisi ki taqreer.</w:t>
      </w:r>
    </w:p>
    <w:p>
      <w:pPr>
        <w:jc w:val="right"/>
      </w:pPr>
      <w:r>
        <w:t>میں تو ابھی صبح میں سن رہا تھا ریڈیو پر کسی کی تقریر۔</w:t>
      </w:r>
    </w:p>
    <w:p>
      <w:r>
        <w:rPr>
          <w:b/>
        </w:rPr>
        <w:t xml:space="preserve">[34:11] </w:t>
      </w:r>
      <w:r>
        <w:t>woh bol raha tha kahin aur mein sun raha tha yahan. ek ajeeb ehsas hua. ke taqreer kaisi ajeeb o ghareeb cheez hai. kaisi ajeeb o ghareeb cheez hai yeh taqreer.</w:t>
      </w:r>
    </w:p>
    <w:p>
      <w:pPr>
        <w:jc w:val="right"/>
      </w:pPr>
      <w:r>
        <w:t>وہ بول رہا تھا کہیں اور میں سن رہا تھا یہاں۔ ایک عجیب احساس ہوا۔ کہ تقریر کیسی عجیب و غریب چیز ہے۔ کیسی عجیب و غریب چیز ہے یہ تقریر۔</w:t>
      </w:r>
    </w:p>
    <w:p>
      <w:r>
        <w:rPr>
          <w:b/>
        </w:rPr>
        <w:t xml:space="preserve">[34:22] </w:t>
      </w:r>
      <w:r>
        <w:t>aap jante hain jab ek lafz bolta hai insan. maslan mein kahoon ghar. to isi ragon ko harkat karna parta hai.</w:t>
      </w:r>
    </w:p>
    <w:p>
      <w:pPr>
        <w:jc w:val="right"/>
      </w:pPr>
      <w:r>
        <w:t>آپ جانتے ہیں جب ایک لفظ بولتا ہے انسان۔ مثلاً میں کہوں گھر۔ تو اسی رگوں کو حرکت کرنا پڑتا ہے۔</w:t>
      </w:r>
    </w:p>
    <w:p>
      <w:r>
        <w:rPr>
          <w:b/>
        </w:rPr>
        <w:t xml:space="preserve">[34:34] </w:t>
      </w:r>
      <w:r>
        <w:t>isi ragen harkat karti hain to hum ek lafz bol paate hain ghar. ab kitna pecheeda hai nizam. ab dimagh jo hai.</w:t>
      </w:r>
    </w:p>
    <w:p>
      <w:pPr>
        <w:jc w:val="right"/>
      </w:pPr>
      <w:r>
        <w:t>اسی رگیں حرکت کرتی ہیں تو ہم ایک لفظ بول پاتے ہیں گھر۔ اب کتنا پیچیدہ ہے نظام۔ اب دماغ جو ہے۔</w:t>
      </w:r>
    </w:p>
    <w:p>
      <w:r>
        <w:rPr>
          <w:b/>
        </w:rPr>
        <w:t xml:space="preserve">[34:44] </w:t>
      </w:r>
      <w:r>
        <w:t>maslan mere dimagh mein paanch zubanon ke alfaaz hain. urdu, arabi, farsi, angrezi aur hindee.</w:t>
      </w:r>
    </w:p>
    <w:p>
      <w:pPr>
        <w:jc w:val="right"/>
      </w:pPr>
      <w:r>
        <w:t>مثلاً میرے دماغ میں پانچ زبانوں کے الفاظ ہیں۔ اردو، عربی، فارسی، انگریزی اور ہندے۔</w:t>
      </w:r>
    </w:p>
    <w:p>
      <w:r>
        <w:rPr>
          <w:b/>
        </w:rPr>
        <w:t xml:space="preserve">[34:53] </w:t>
      </w:r>
      <w:r>
        <w:t>ab jangla hai alfaaz ka dimagh. jangla hai. lekin jab mein bolta hoon to dimagh intehai tez raftaar ke sath in alfaaz chun leta hai jo mujhe bolna hai.</w:t>
      </w:r>
    </w:p>
    <w:p>
      <w:pPr>
        <w:jc w:val="right"/>
      </w:pPr>
      <w:r>
        <w:t>اب جنگل ہے الفاظ کا دماغ۔ جنگل ہے۔ لیکن جب میں بولتا ہوں تو دماغ انتہائی تیز رفتار کے ساتھ ان الفاظ چن لیتا ہے جو مجھے بولنا ہے۔</w:t>
      </w:r>
    </w:p>
    <w:p>
      <w:r>
        <w:rPr>
          <w:b/>
        </w:rPr>
        <w:t xml:space="preserve">[35:08] </w:t>
      </w:r>
      <w:r>
        <w:t>jaise mein agar farz keejiyay kehoon ke is waqt mein cps ke class mein lecture de raha hoon</w:t>
      </w:r>
    </w:p>
    <w:p>
      <w:pPr>
        <w:jc w:val="right"/>
      </w:pPr>
      <w:r>
        <w:t>جیسے میں اگر فرض کیجیے کہوں کہ اس وقت میں سی پی ایس کے کلاس میں لیکچر دے رہا ہوں</w:t>
      </w:r>
    </w:p>
    <w:p>
      <w:r>
        <w:rPr>
          <w:b/>
        </w:rPr>
        <w:t xml:space="preserve">[35:16] </w:t>
      </w:r>
      <w:r>
        <w:t>. to mere dimagh ne hazaron hazar alfaaz mein se chun kar ke in lafzon ko nikala. aur jangla tha alfaaz ka mere dimagh mein.</w:t>
      </w:r>
    </w:p>
    <w:p>
      <w:pPr>
        <w:jc w:val="right"/>
      </w:pPr>
      <w:r>
        <w:t>۔ تو میرے دماغ نے ہزاروں ہزار الفاظ میں سے چن کر کے ان لفظوں کو نکالا۔ اور جنگل تھا الفاظ کا میرے دماغ میں۔</w:t>
      </w:r>
    </w:p>
    <w:p>
      <w:r>
        <w:rPr>
          <w:b/>
        </w:rPr>
        <w:t xml:space="preserve">[35:25] </w:t>
      </w:r>
      <w:r>
        <w:t>hazaron nahi, lakhon nahi, million million jangla alfaaz ka. kaise insan kam az kam ek second mein woh alfaaz chun leta hai dimagh.</w:t>
      </w:r>
    </w:p>
    <w:p>
      <w:pPr>
        <w:jc w:val="right"/>
      </w:pPr>
      <w:r>
        <w:t>ہزاروں نہیں، لاکھوں نہیں، ملین ملین جنگل الفاظ کا۔ کیسے انسان کم از کم ایک سیکنڈ میں وہ الفاظ چن لیتا ہے دماغ۔</w:t>
      </w:r>
    </w:p>
    <w:p>
      <w:r>
        <w:rPr>
          <w:b/>
        </w:rPr>
        <w:t xml:space="preserve">[35:37] </w:t>
      </w:r>
      <w:r>
        <w:t>aur mein bolta hoon.</w:t>
      </w:r>
    </w:p>
    <w:p>
      <w:pPr>
        <w:jc w:val="right"/>
      </w:pPr>
      <w:r>
        <w:t>اور میں بولتا ہوں۔</w:t>
      </w:r>
    </w:p>
    <w:p>
      <w:r>
        <w:rPr>
          <w:b/>
        </w:rPr>
        <w:t xml:space="preserve">[35:40] </w:t>
      </w:r>
      <w:r>
        <w:t>phir dekhiye maine socha ke yeh radio jo hai, yeh technology hai. pehle aadmi saamne ki baat sun sakta tha. ab aaj hai kahin bol raha hai koi aadmi.</w:t>
      </w:r>
    </w:p>
    <w:p>
      <w:pPr>
        <w:jc w:val="right"/>
      </w:pPr>
      <w:r>
        <w:t>پھر دیکھیے میں نے سوچا کہ یہ ریڈیو جو ہے، یہ ٹیکنالوجی ہے۔ پہلے آدمی سامنے کی بات سن سکتا تھا۔ اب آج ہے کہیں بول رہا ہے کوئی آدمی۔</w:t>
      </w:r>
    </w:p>
    <w:p>
      <w:r>
        <w:rPr>
          <w:b/>
        </w:rPr>
        <w:t xml:space="preserve">[35:51] </w:t>
      </w:r>
      <w:r>
        <w:t>is ki boli mein foran yahan sun raha hoon. kaisi ajeeb nemat hai. yeh kaun kaun sochta hai?</w:t>
      </w:r>
    </w:p>
    <w:p>
      <w:pPr>
        <w:jc w:val="right"/>
      </w:pPr>
      <w:r>
        <w:t>اس کی بولی میں فوراً یہاں سن رہا ہوں۔ کیسی عجیب نعمت ہے۔ یہ کون کون سوچتا ہے؟</w:t>
      </w:r>
    </w:p>
    <w:p>
      <w:r>
        <w:rPr>
          <w:b/>
        </w:rPr>
        <w:t xml:space="preserve">[36:01] </w:t>
      </w:r>
      <w:r>
        <w:t>main to aaj tak koi aadmi paya hi nahin jisko in baaton par dilchaspi se shukr aata ho.</w:t>
      </w:r>
    </w:p>
    <w:p>
      <w:pPr>
        <w:jc w:val="right"/>
      </w:pPr>
      <w:r>
        <w:t>میں تو آج تک کوئی آدمی پایا ہی نہیں جس کو ان باتوں پر دلچسپی سے شکر آتا ہو۔</w:t>
      </w:r>
    </w:p>
    <w:p>
      <w:r>
        <w:rPr>
          <w:b/>
        </w:rPr>
        <w:t xml:space="preserve">[36:08] </w:t>
      </w:r>
      <w:r>
        <w:t>to kya aap samajhte hain ke Khuda aise hi chhodega rahega logon ko? Khuda ne nematoun ka sailab baha diya. nematoun ka sailab.</w:t>
      </w:r>
    </w:p>
    <w:p>
      <w:pPr>
        <w:jc w:val="right"/>
      </w:pPr>
      <w:r>
        <w:t>تو کیا آپ سمجھتے ہیں کہ خدا ایسے ہی چھوڑے رہے گا لوگوں کو؟ خدا نے نعمتوں کا سیلاب بہا دیا۔ نعمتوں کا سیلاب۔</w:t>
      </w:r>
    </w:p>
    <w:p>
      <w:r>
        <w:rPr>
          <w:b/>
        </w:rPr>
        <w:t xml:space="preserve">[36:19] </w:t>
      </w:r>
      <w:r>
        <w:t>yani nematoun ka dhamaka hua is zamane mein.</w:t>
      </w:r>
    </w:p>
    <w:p>
      <w:pPr>
        <w:jc w:val="right"/>
      </w:pPr>
      <w:r>
        <w:t>یعنی نعمتوں کا دھماکہ ہوا اس زمانے میں۔</w:t>
      </w:r>
    </w:p>
    <w:p>
      <w:r>
        <w:rPr>
          <w:b/>
        </w:rPr>
        <w:t xml:space="preserve">[36:26] </w:t>
      </w:r>
      <w:r>
        <w:t>yani dhamaka aur barkat ka zamana aaj yeh hai. lekin jis ki zuban par hai dukh o shikayat. manfi khayalat.</w:t>
      </w:r>
    </w:p>
    <w:p>
      <w:pPr>
        <w:jc w:val="right"/>
      </w:pPr>
      <w:r>
        <w:t>یعنی دھماکہ اور برکت کا زمانہ آج یہ ہے۔ لیکن جس کی زبان پر ہے دکھ و شکایت۔ منفی خیالات۔</w:t>
      </w:r>
    </w:p>
    <w:p>
      <w:r>
        <w:rPr>
          <w:b/>
        </w:rPr>
        <w:t xml:space="preserve">[36:36] </w:t>
      </w:r>
      <w:r>
        <w:t>jis ko dekhiye.</w:t>
      </w:r>
    </w:p>
    <w:p>
      <w:pPr>
        <w:jc w:val="right"/>
      </w:pPr>
      <w:r>
        <w:t>جس کو دیکھیے۔</w:t>
      </w:r>
    </w:p>
    <w:p>
      <w:r>
        <w:rPr>
          <w:b/>
        </w:rPr>
        <w:t xml:space="preserve">[36:38] </w:t>
      </w:r>
      <w:r>
        <w:t>to insaan ne jawaz kho diya hai. wa in shakartum la azeezun lakum. yani is do yeh jo duniya mein mila hai. is par shukr karoge to mazeed milega.</w:t>
      </w:r>
    </w:p>
    <w:p>
      <w:pPr>
        <w:jc w:val="right"/>
      </w:pPr>
      <w:r>
        <w:t>تو انسان نے جواز کھو دیا ہے۔ وَإِنْ شَكَرْتُمْ لَعَزِيزٍ لَكُمْ ۔ یعنی اس دو یہ جو دنیا میں ملا ہے۔ اس پر شکر کرو گے تو مزید ملے گا۔</w:t>
      </w:r>
    </w:p>
    <w:p>
      <w:r>
        <w:rPr>
          <w:b/>
        </w:rPr>
        <w:t xml:space="preserve">[36:51] </w:t>
      </w:r>
      <w:r>
        <w:t>nahin shukr karoge to yeh bhi chhin jayega, woh bhi chhin jayega.</w:t>
      </w:r>
    </w:p>
    <w:p>
      <w:pPr>
        <w:jc w:val="right"/>
      </w:pPr>
      <w:r>
        <w:t>نہیں شکر کرو گے تو یہ بھی چھن جائے گا، وہ بھی چھن جائے گا۔</w:t>
      </w:r>
    </w:p>
    <w:p>
      <w:r>
        <w:rPr>
          <w:b/>
        </w:rPr>
        <w:t xml:space="preserve">[36:57] </w:t>
      </w:r>
      <w:r>
        <w:t>to behal main yahi samajh paya hoon ke insaan ne insaan shukr ka radd-e-amal na de saka.</w:t>
      </w:r>
    </w:p>
    <w:p>
      <w:pPr>
        <w:jc w:val="right"/>
      </w:pPr>
      <w:r>
        <w:t>تو بہرحال میں یہی سمجھ پایا ہوں کہ انسان نے انسان شکر کا ردِعمل نہ دے سکا۔</w:t>
      </w:r>
    </w:p>
    <w:p>
      <w:r>
        <w:rPr>
          <w:b/>
        </w:rPr>
        <w:t xml:space="preserve">[37:07] </w:t>
      </w:r>
      <w:r>
        <w:t>Khuda ne insaan par apni nematain undel din. sailab ki manind.</w:t>
      </w:r>
    </w:p>
    <w:p>
      <w:pPr>
        <w:jc w:val="right"/>
      </w:pPr>
      <w:r>
        <w:t>خدا نے انسان پر اپنی نعمتیں انڈیل دیں۔ سیلاب کی مانند۔</w:t>
      </w:r>
    </w:p>
    <w:p>
      <w:r>
        <w:rPr>
          <w:b/>
        </w:rPr>
        <w:t xml:space="preserve">[37:19] </w:t>
      </w:r>
      <w:r>
        <w:t>ab main itni lambi umar ho chuki hai, main sochta hoon ke mere umar ke group ka koi aadmi zinda nahin hai ab. mere umar ke group ke sab log mar chuke hain. to maine woh zamana dekha hai.</w:t>
      </w:r>
    </w:p>
    <w:p>
      <w:pPr>
        <w:jc w:val="right"/>
      </w:pPr>
      <w:r>
        <w:t>اب میں اتنی لمبی عمر ہو چکی ہے، میں سوچتا ہوں کہ میرے عمر کے گروپ کا کوئی آدمی زندہ نہیں ہے اب۔ میرے عمر کے گروپ کے سب لوگ مر چکے ہیں۔ تو میں نے وہ زمانہ دیکھا ہے۔</w:t>
      </w:r>
    </w:p>
    <w:p>
      <w:r>
        <w:rPr>
          <w:b/>
        </w:rPr>
        <w:t xml:space="preserve">[37:34] </w:t>
      </w:r>
      <w:r>
        <w:t>jab misaal ke taur par badi musibat se chulhe mein aag jalai jati thi. lakri se dhuan. aur ek musibat.</w:t>
      </w:r>
    </w:p>
    <w:p>
      <w:pPr>
        <w:jc w:val="right"/>
      </w:pPr>
      <w:r>
        <w:t>جب مثال کے طور پر بڑی مصیبت سے چولہے میں آگ جلائی جاتی تھی۔ لکڑی سے دھواں۔ اور ایک مصیبت۔</w:t>
      </w:r>
    </w:p>
    <w:p>
      <w:r>
        <w:rPr>
          <w:b/>
        </w:rPr>
        <w:t xml:space="preserve">[37:43] </w:t>
      </w:r>
      <w:r>
        <w:t>diya sai nahin hua karti thi is zamane mein. aag jalana badi musibat tha. aaj kya hai? aap ek switch ghumaiye aur aur phir phir gas nikalne lagti hai.</w:t>
      </w:r>
    </w:p>
    <w:p>
      <w:pPr>
        <w:jc w:val="right"/>
      </w:pPr>
      <w:r>
        <w:t>دیا سائی نہیں ہوا کرتی تھی اس زمانے میں۔ آگ جلانا بڑی مصیبت تھا۔ آج کیا ہے؟ آپ ایک سوئچ گھمائیے اور اور پھر پھر گیس نکلنے لگتی ہے۔</w:t>
      </w:r>
    </w:p>
    <w:p>
      <w:r>
        <w:rPr>
          <w:b/>
        </w:rPr>
        <w:t xml:space="preserve">[37:56] </w:t>
      </w:r>
      <w:r>
        <w:t>kaisi ajeeb nemat hai.</w:t>
      </w:r>
    </w:p>
    <w:p>
      <w:pPr>
        <w:jc w:val="right"/>
      </w:pPr>
      <w:r>
        <w:t>کیسی عجیب نعمت ہے۔</w:t>
      </w:r>
    </w:p>
    <w:p>
      <w:r>
        <w:rPr>
          <w:b/>
        </w:rPr>
        <w:t xml:space="preserve">[38:01] </w:t>
      </w:r>
      <w:r>
        <w:t>mere zamane mein mitti ki haandi. mitti ki haandi mein khana pakta tha. bahut se masail is mein thay. ab stainless steel ke bartan hain. kaisi ajeeb nemat hai stainless steel ke bartan.</w:t>
      </w:r>
    </w:p>
    <w:p>
      <w:pPr>
        <w:jc w:val="right"/>
      </w:pPr>
      <w:r>
        <w:t>میرے زمانے میں مٹی کی ہاڈی۔ مٹی کی ہاڈی میں کھانا پکتا تھا۔ بہت سے مسائل اس میں تھے۔ اب اسٹین لیس اسٹیل کے برتن ہیں۔ کیسی عجیب نعمت ہے اسٹین لیس اسٹیل کے برتن۔</w:t>
      </w:r>
    </w:p>
    <w:p>
      <w:r>
        <w:rPr>
          <w:b/>
        </w:rPr>
        <w:t xml:space="preserve">[38:15] </w:t>
      </w:r>
      <w:r>
        <w:t>kaisi ajeeb nemat hai. aise hazaron hazar item. lekin insaan shukr karne ke liye tayyar nahin.</w:t>
      </w:r>
    </w:p>
    <w:p>
      <w:pPr>
        <w:jc w:val="right"/>
      </w:pPr>
      <w:r>
        <w:t>کیسی عجیب نعمت ہے۔ ایسے ہزاروں ہزار آئٹم۔ لیکن انسان شکر کرنے کے لیے تیار نہیں۔</w:t>
      </w:r>
    </w:p>
    <w:p>
      <w:r>
        <w:rPr>
          <w:b/>
        </w:rPr>
        <w:t xml:space="preserve">[38:28] </w:t>
      </w:r>
      <w:r>
        <w:t>bachpan mein main apne gaon se saraibe jaane ke liye poora din laga mujhe. sailab aa gaya tha, nadi mein baad thi. subah ko nikla to shaam ko lauta.</w:t>
      </w:r>
    </w:p>
    <w:p>
      <w:pPr>
        <w:jc w:val="right"/>
      </w:pPr>
      <w:r>
        <w:t>بچپن میں میں اپنے گاؤں سے سرائبے جانے کے لیے پورا دن لگا مجھے۔ سیلاب آ گیا تھا، ندی میں باڑ تھی۔ صبح کو نکلا تو شام کو لوٹا۔</w:t>
      </w:r>
    </w:p>
    <w:p>
      <w:r>
        <w:rPr>
          <w:b/>
        </w:rPr>
        <w:t xml:space="preserve">[38:39] </w:t>
      </w:r>
      <w:r>
        <w:t>yani paidal chalna tha, phir kashti mein baithna tha. phir yeh, phir woh, phir woh. ek musibat. aaj kya hai? wahan hamare haan sadak bani hui hai.</w:t>
      </w:r>
    </w:p>
    <w:p>
      <w:pPr>
        <w:jc w:val="right"/>
      </w:pPr>
      <w:r>
        <w:t>یعنی پیدل چلنا تھا، پھر کشتی میں بیٹھنا تھا۔ پھر یہ، پھر وہ، پھر وہ۔ ایک مصیبت۔ آج کیا ہے؟ وہاں ہمارے ہاں سڑک بنی ہوئی ہے۔</w:t>
      </w:r>
    </w:p>
    <w:p>
      <w:r>
        <w:rPr>
          <w:b/>
        </w:rPr>
        <w:t xml:space="preserve">[38:49] </w:t>
      </w:r>
      <w:r>
        <w:t>car par baithiye, idhar se pahunch jaiye saraibe mein. telephone karna hai, ek second mein aap baat kar lijiye kisi se.</w:t>
      </w:r>
    </w:p>
    <w:p>
      <w:pPr>
        <w:jc w:val="right"/>
      </w:pPr>
      <w:r>
        <w:t>کار پر بیٹھیے، ادھر سے پہنچ جائیے سرائبے میں۔ ٹیل فون کرنا ہے، ایک سیکنڈ میں آپ بات کر لیجیے کسی سے۔</w:t>
      </w:r>
    </w:p>
    <w:p>
      <w:r>
        <w:rPr>
          <w:b/>
        </w:rPr>
        <w:t xml:space="preserve">[38:57] </w:t>
      </w:r>
      <w:r>
        <w:t>lekin koi shukr karne wala nahin. main gaya abhi apne gaon mein. mujhe to koi ek insaan nahin mila jo shukr kare.</w:t>
      </w:r>
    </w:p>
    <w:p>
      <w:pPr>
        <w:jc w:val="right"/>
      </w:pPr>
      <w:r>
        <w:t>لیکن کوئی شکر کرنے والا نہیں۔ میں گیا ابھی اپنے گاؤں میں۔ مجھے تو کوئی ایک انسان نہیں ملا جو شکر کرے۔</w:t>
      </w:r>
    </w:p>
    <w:p>
      <w:r>
        <w:rPr>
          <w:b/>
        </w:rPr>
        <w:t xml:space="preserve">[39:07] </w:t>
      </w:r>
      <w:r>
        <w:t>to Khuda kyun is duniya ko baqi rakhega? to mujhe lagta hai ke Khuda ka faisla ho chuka hai ke insaan ab jawaz kho chuka hai.</w:t>
      </w:r>
    </w:p>
    <w:p>
      <w:pPr>
        <w:jc w:val="right"/>
      </w:pPr>
      <w:r>
        <w:t>تو خدا کیوں اس دنیا کو باقی رکھے گا؟ تو مجھے لگتا ہے کہ خدا کا فیصلہ ہو چکا ہے کہ انسان اب جواز کھو چکا ہے۔</w:t>
      </w:r>
    </w:p>
    <w:p>
      <w:r>
        <w:rPr>
          <w:b/>
        </w:rPr>
        <w:t xml:space="preserve">[39:18] </w:t>
      </w:r>
      <w:r>
        <w:t>ke mazeed rahe is zameen par. ab is zameen ko khatma karna hai.</w:t>
      </w:r>
    </w:p>
    <w:p>
      <w:pPr>
        <w:jc w:val="right"/>
      </w:pPr>
      <w:r>
        <w:t>کہ مزید رہے اس زمین پر۔ اب اس زمین کو خاتمہ کرنا ہے۔</w:t>
      </w:r>
    </w:p>
    <w:p>
      <w:r>
        <w:rPr>
          <w:b/>
        </w:rPr>
        <w:t xml:space="preserve">[39:27] </w:t>
      </w:r>
      <w:r>
        <w:t>zameen ko bulldozer kar dena hai. is ko ek chateel maidan bana dena hai. aur phir ek nayi tehzeeb yahan ubhregi. is tehzeeb mein insanon mein se jo muntakhab log hain, woh wahan par jagah payenge.</w:t>
      </w:r>
    </w:p>
    <w:p>
      <w:pPr>
        <w:jc w:val="right"/>
      </w:pPr>
      <w:r>
        <w:t>زمین کو بلڈوز کر دینا ہے۔ اس کو ایک چٹیل میدان بنا دینا ہے۔ اور پھر ایک نئی تہذیب یہاں ابھرے گی۔ اس تہذیب میں انسانوں میں سے جو منتخب لوگ ہیں، وہ وہاں پر جگہ پائیں گے۔</w:t>
      </w:r>
    </w:p>
    <w:p>
      <w:r>
        <w:rPr>
          <w:b/>
        </w:rPr>
        <w:t xml:space="preserve">[39:42] </w:t>
      </w:r>
      <w:r>
        <w:t>aur farishte wahan par jagah payenge. phir woh ilahi tehzeeb chalegi. unfolding of nature phir ka jo baqi reh gaya, woh wahan chalega.</w:t>
      </w:r>
    </w:p>
    <w:p>
      <w:pPr>
        <w:jc w:val="right"/>
      </w:pPr>
      <w:r>
        <w:t>اور فرشتے وہاں پر جگہ پائیں گے۔ پھر وہ الٰہی تہذیب چلے گی۔ ان فولڈنگ آف نیچر پھر کا جو باقی رہ گیا، وہ وہاں چلے گا۔</w:t>
      </w:r>
    </w:p>
    <w:p>
      <w:r>
        <w:rPr>
          <w:b/>
        </w:rPr>
        <w:t xml:space="preserve">[39:51] </w:t>
      </w:r>
      <w:r>
        <w:t>kyun ke yahan par jo unfolding hui nature ki, woh to bohat kam hai.</w:t>
      </w:r>
    </w:p>
    <w:p>
      <w:pPr>
        <w:jc w:val="right"/>
      </w:pPr>
      <w:r>
        <w:t>کیوں کہ یہاں پر جو ان فولڈنگ ہوئی نیچر کی، وہ تو بہت کم ہے۔</w:t>
      </w:r>
    </w:p>
    <w:p>
      <w:r>
        <w:rPr>
          <w:b/>
        </w:rPr>
        <w:t xml:space="preserve">[39:58] </w:t>
      </w:r>
      <w:r>
        <w:t>ek scientist ne kaha ke we are knowing more and more about less and less. to ab kya jana hai hum ne? kuch bhi nahi jana. to nature mein abhi jo khazane hain, beshumar khazane.</w:t>
      </w:r>
    </w:p>
    <w:p>
      <w:pPr>
        <w:jc w:val="right"/>
      </w:pPr>
      <w:r>
        <w:t>ایک سائنسدان نے کہا کہ we are knowing more and more about less and less ۔ تو اب کیا جانا ہے ہم نے؟ کچھ بھی نہیں جانا۔ تو نیچر میں ابھی جو خزانے ہیں، بے شمار خزانے۔</w:t>
      </w:r>
    </w:p>
    <w:p>
      <w:r>
        <w:rPr>
          <w:b/>
        </w:rPr>
        <w:t xml:space="preserve">[40:12] </w:t>
      </w:r>
      <w:r>
        <w:t>unfold kahan hue? kam az kam ek feesad unfold hua hai. aur phir had aa gayi aloodgi ki wajah se.</w:t>
      </w:r>
    </w:p>
    <w:p>
      <w:pPr>
        <w:jc w:val="right"/>
      </w:pPr>
      <w:r>
        <w:t>ان فولڈ کہاں ہوئے؟ کم از کم ایک فیصد ان فولڈ ہوا ہے۔ اور پھر حد آ گئی آلودگی کی وجہ سے۔</w:t>
      </w:r>
    </w:p>
    <w:p>
      <w:r>
        <w:rPr>
          <w:b/>
        </w:rPr>
        <w:t xml:space="preserve">[40:23] </w:t>
      </w:r>
      <w:r>
        <w:t>aur insan ki nashukri ki wajah se.</w:t>
      </w:r>
    </w:p>
    <w:p>
      <w:pPr>
        <w:jc w:val="right"/>
      </w:pPr>
      <w:r>
        <w:t>اور انسان کی ناشکری کی وجہ سے۔</w:t>
      </w:r>
    </w:p>
    <w:p>
      <w:r>
        <w:rPr>
          <w:b/>
        </w:rPr>
        <w:t xml:space="preserve">[40:26] </w:t>
      </w:r>
      <w:r>
        <w:t>ab jo baqi hai unfolding, woh chalegi akhirat mein. aur phir woh abad tak chalti rahe gi. phir is mein koi anjam nahi hoga.</w:t>
      </w:r>
    </w:p>
    <w:p>
      <w:pPr>
        <w:jc w:val="right"/>
      </w:pPr>
      <w:r>
        <w:t>اب جو باقی ہے ان فولڈنگ، وہ چلے گی آخرت میں۔ اور پھر وہ ابد تک چلتی رہے گی۔ پھر اس میں کوئی انجام نہیں ہوگا۔</w:t>
      </w:r>
    </w:p>
    <w:p>
      <w:r>
        <w:rPr>
          <w:b/>
        </w:rPr>
        <w:t xml:space="preserve">[40:37] </w:t>
      </w:r>
      <w:r>
        <w:t>phir is mein sirf khushiyan hongi. sirf is mein sirf musbatiyat hogi. phir is mein koi hadsa nahi, koi maut nahi. koi masla nahi.</w:t>
      </w:r>
    </w:p>
    <w:p>
      <w:pPr>
        <w:jc w:val="right"/>
      </w:pPr>
      <w:r>
        <w:t>پھر اس میں صرف خوشیاں ہوں گی۔ صرف اس میں صرف مثبتیت ہوگی۔ پھر اس میں کوئی حادثہ نہیں، کوئی موت نہیں۔ کوئی مسئلہ نہیں۔</w:t>
      </w:r>
    </w:p>
    <w:p>
      <w:r>
        <w:rPr>
          <w:b/>
        </w:rPr>
        <w:t xml:space="preserve">[40:48] </w:t>
      </w:r>
      <w:r>
        <w:t>lekin yeh kis ke liye hoga? un muntakhab logon ke liye hoga.</w:t>
      </w:r>
    </w:p>
    <w:p>
      <w:pPr>
        <w:jc w:val="right"/>
      </w:pPr>
      <w:r>
        <w:t>لیکن یہ کس کے لیے ہوگا؟ ان منتخب لوگوں کے لیے ہوگا۔</w:t>
      </w:r>
    </w:p>
    <w:p>
      <w:r>
        <w:rPr>
          <w:b/>
        </w:rPr>
        <w:t xml:space="preserve">[40:53] </w:t>
      </w:r>
      <w:r>
        <w:t>baqi log to jaise mein ne arz kiya bible mein hai ke sharir log kaat kar juda kar diye jayenge. sharir log chhaad diye jayenge.</w:t>
      </w:r>
    </w:p>
    <w:p>
      <w:pPr>
        <w:jc w:val="right"/>
      </w:pPr>
      <w:r>
        <w:t>باقی لوگ تو جیسے میں نے عرض کیا بائبل میں ہے کہ شریر لوگ کاٹ کر جدا کر دیے جائیں گے۔ شریر لوگ چھاڑ دیے جائیں گے۔</w:t>
      </w:r>
    </w:p>
    <w:p>
      <w:r>
        <w:rPr>
          <w:b/>
        </w:rPr>
        <w:t xml:space="preserve">[41:05] </w:t>
      </w:r>
      <w:r>
        <w:t>to yeh waqt jo hai, is waqt sab se zyada waqt hai dua karne ka.</w:t>
      </w:r>
    </w:p>
    <w:p>
      <w:pPr>
        <w:jc w:val="right"/>
      </w:pPr>
      <w:r>
        <w:t>تو یہ وقت جو ہے، اس وقت سب سے زیادہ وقت ہے دعا کرنے کا۔</w:t>
      </w:r>
    </w:p>
    <w:p>
      <w:r>
        <w:rPr>
          <w:b/>
        </w:rPr>
        <w:t xml:space="preserve">[41:12] </w:t>
      </w:r>
      <w:r>
        <w:t>kyun ke ab yeh aakhri waqt hai. ab dobara mauqa milne wala nahi hai.</w:t>
      </w:r>
    </w:p>
    <w:p>
      <w:pPr>
        <w:jc w:val="right"/>
      </w:pPr>
      <w:r>
        <w:t>کیوں کہ اب یہ آخری وقت ہے۔ اب دوبارہ موقع ملنے والا نہیں ہے۔</w:t>
      </w:r>
    </w:p>
    <w:p>
      <w:r>
        <w:rPr>
          <w:b/>
        </w:rPr>
        <w:t xml:space="preserve">[41:20] </w:t>
      </w:r>
      <w:r>
        <w:t>khuda ka faisla zahir ho chuka hai. ab to bas dua karna hai, dua karna hai, dua karna hai.</w:t>
      </w:r>
    </w:p>
    <w:p>
      <w:pPr>
        <w:jc w:val="right"/>
      </w:pPr>
      <w:r>
        <w:t>خدا کا فیصلہ ظاہر ہو چکا ہے۔ اب تو بس دعا کرنا ہے، دعا کرنا ہے، دعا کرنا ہے۔</w:t>
      </w:r>
    </w:p>
    <w:p>
      <w:r>
        <w:rPr>
          <w:b/>
        </w:rPr>
        <w:t xml:space="preserve">[41:31] </w:t>
      </w:r>
      <w:r>
        <w:t>taake Allah taala humein yeh jo bulldozing amal chal raha hai, is ki zad mein hum na ayen. yeh jo amal chal raha hai bulldozer karne ka, is ke amal mein kitne log aa rahe hain?</w:t>
      </w:r>
    </w:p>
    <w:p>
      <w:pPr>
        <w:jc w:val="right"/>
      </w:pPr>
      <w:r>
        <w:t>تاکہ اللہ تعالیٰ ہمیں یہ جو بلڈوزنگ عمل چل رہا ہے، اس کی زد میں ہم نہ آئیں۔ یہ جو عمل چل رہا ہے بلڈوز کرنے کا، اس کے عمل میں کتنے لوگ آ رہے ہیں؟</w:t>
      </w:r>
    </w:p>
    <w:p>
      <w:r>
        <w:rPr>
          <w:b/>
        </w:rPr>
        <w:t xml:space="preserve">[41:45] </w:t>
      </w:r>
      <w:r>
        <w:t>kitne log aa rahe hain?</w:t>
      </w:r>
    </w:p>
    <w:p>
      <w:pPr>
        <w:jc w:val="right"/>
      </w:pPr>
      <w:r>
        <w:t>کتنے لوگ آ رہے ہیں؟</w:t>
      </w:r>
    </w:p>
    <w:p>
      <w:r>
        <w:rPr>
          <w:b/>
        </w:rPr>
        <w:t xml:space="preserve">[41:46] </w:t>
      </w:r>
      <w:r>
        <w:t>ab Japan mein dekhiye ke kya hua ke Japan mein unhon ne earthquake wahan pohanchata tha.</w:t>
      </w:r>
    </w:p>
    <w:p>
      <w:pPr>
        <w:jc w:val="right"/>
      </w:pPr>
      <w:r>
        <w:t>اب جاپان میں دیکھیے کہ کیا ہوا کہ جاپان میں انہوں نے ارتھ کوئیک وہاں پہنچاتا تھا۔</w:t>
      </w:r>
    </w:p>
    <w:p>
      <w:r>
        <w:rPr>
          <w:b/>
        </w:rPr>
        <w:t xml:space="preserve">[41:55] </w:t>
      </w:r>
      <w:r>
        <w:t>to building ke bana liya unhon ne quake proof. ab yeh ek sahib jo wahan chale gaye the Japan, abhi wapas aaye hain to kal mein ne akhbar mein parha un ka.</w:t>
      </w:r>
    </w:p>
    <w:p>
      <w:pPr>
        <w:jc w:val="right"/>
      </w:pPr>
      <w:r>
        <w:t>تو بلی کے بنا لیا انہوں نے کوئیک پروف۔ اب یہ ایک صاحب جو وہاں چلے گئے تھے جاپان، ابھی واپس آئے ہیں تو کل میں نے اخبار میں پڑھا ان کا۔</w:t>
      </w:r>
    </w:p>
    <w:p>
      <w:r>
        <w:rPr>
          <w:b/>
        </w:rPr>
        <w:t xml:space="preserve">[42:08] </w:t>
      </w:r>
      <w:r>
        <w:t>unhon ne kaha ke jab zalzala aaya to building ke aise aise hoti thin. jaise jhoola jhul raha hai. lekin girti nahi thin, tootti nahi thin. kyun ke unhon ne buildingon ka sab banaya tha Japaniyon ne ke zalzala aaye to jhatka seh len woh.</w:t>
      </w:r>
    </w:p>
    <w:p>
      <w:pPr>
        <w:jc w:val="right"/>
      </w:pPr>
      <w:r>
        <w:t>انہوں نے کہا کہ جب زلزلہ آیا تو بلی کے ایسے ایسے ہوتی تھیں۔ جیسے جھولا جھول رہا ہے۔ لیکن گرتی نہیں تھیں، ٹوٹتی نہیں تھیں۔ کیوں کہ انہوں نے بلیوں کا سب بنایا تھا جاپانیوں نے کہ زلزلہ آئے تو جھٹکا سہ لیں وہ۔</w:t>
      </w:r>
    </w:p>
    <w:p>
      <w:r>
        <w:rPr>
          <w:b/>
        </w:rPr>
        <w:t xml:space="preserve">[42:25] </w:t>
      </w:r>
      <w:r>
        <w:t>seh len ka matlab yeh hai ke jab zaleele se zameen hile to bas hil kar ke reh jayen.</w:t>
      </w:r>
    </w:p>
    <w:p>
      <w:pPr>
        <w:jc w:val="right"/>
      </w:pPr>
      <w:r>
        <w:t>سہ لیں کا مطلب یہ ہے کہ جب زلزلے سے زمین ہلے تو بس ہل کر کے رہ جائیں۔</w:t>
      </w:r>
    </w:p>
    <w:p>
      <w:r>
        <w:rPr>
          <w:b/>
        </w:rPr>
        <w:t xml:space="preserve">[42:33] </w:t>
      </w:r>
      <w:r>
        <w:t>lekin kya hua? unhon ne kaha ke zalzale mein hum ko nuksan nahi hua tha. jab tsunami aaya, tsunami. to bees bees meter oonchi mojen uthin aur sab teh nahs kar gaya aur tsunami ki mojon ne.</w:t>
      </w:r>
    </w:p>
    <w:p>
      <w:pPr>
        <w:jc w:val="right"/>
      </w:pPr>
      <w:r>
        <w:t>لیکن کیا ہوا؟ انہوں نے کہا کہ زلزلے میں ہم کو نقصان نہیں ہوا تھا۔ جب سونامی آیا، سونامی۔ تو بیس بیس میٹر اونچی موجیں اٹھیں اور سب تہس نہس کر گیا اور سونامی کی موجوں نے۔</w:t>
      </w:r>
    </w:p>
    <w:p>
      <w:r>
        <w:rPr>
          <w:b/>
        </w:rPr>
        <w:t xml:space="preserve">[42:51] </w:t>
      </w:r>
      <w:r>
        <w:t>to Quran majeed mein hai ke ayna al bafar?</w:t>
      </w:r>
    </w:p>
    <w:p>
      <w:pPr>
        <w:jc w:val="right"/>
      </w:pPr>
      <w:r>
        <w:t>تو قرآن مجید میں ہے کہ أَيْنَ الْبَفَرِ؟</w:t>
      </w:r>
    </w:p>
    <w:p>
      <w:r>
        <w:rPr>
          <w:b/>
        </w:rPr>
        <w:t xml:space="preserve">[42:55] </w:t>
      </w:r>
      <w:r>
        <w:t xml:space="preserve">yaqool ul insaan ayna al mafar. insaan kahe ke kahan kahan bhage? </w:t>
      </w:r>
    </w:p>
    <w:p>
      <w:pPr>
        <w:jc w:val="right"/>
      </w:pPr>
      <w:r>
        <w:t>يَقُولُ الْإِنْسَانُ أَيْنَ الْمَفَرِ ۔ انسان کہے کہ کہاں کہاں بھاگے؟</w:t>
      </w:r>
    </w:p>
    <w:p>
      <w:r>
        <w:rPr>
          <w:b/>
        </w:rPr>
        <w:t xml:space="preserve">[43:03] </w:t>
      </w:r>
      <w:r>
        <w:t>humari koi building, humari bachane wali nahi hai. humari koi technology humari bachane wali nahi hai. humare koi system ko hum ko bachane wala nahi hai.</w:t>
      </w:r>
    </w:p>
    <w:p>
      <w:pPr>
        <w:jc w:val="right"/>
      </w:pPr>
      <w:r>
        <w:t>ہماری کوئی بلڈنگ، ہماری بچانے والی نہیں ہے۔ ہماری کوئی ٹیکنالوجی ہمیں بچانے والی نہیں ہے۔ ہمارے کوئی سسٹم کو ہم کو بچانے والا نہیں ہے۔</w:t>
      </w:r>
    </w:p>
    <w:p>
      <w:r>
        <w:rPr>
          <w:b/>
        </w:rPr>
        <w:t xml:space="preserve">[43:13] </w:t>
      </w:r>
      <w:r>
        <w:t>yaqool ul insaan ayna al mafar. is din insaan kahe ga ke hum bhag kar jayen to kahan jayen? koi jagah nahi hai bhagne ki. to woh waqt aa raha hai.</w:t>
      </w:r>
    </w:p>
    <w:p>
      <w:pPr>
        <w:jc w:val="right"/>
      </w:pPr>
      <w:r>
        <w:t>يَقُولُ الْإِنْسَانُ أَيْنَ الْمَفَرِ ۔ اس دن انسان کہے گا کہ ہم بھاگ کر جائیں تو کہاں جائیں؟ کوئی جگہ نہیں ہے بھاگنے کی۔ تو وہ وقت آ رہا ہے۔</w:t>
      </w:r>
    </w:p>
    <w:p>
      <w:r>
        <w:rPr>
          <w:b/>
        </w:rPr>
        <w:t xml:space="preserve">[43:26] </w:t>
      </w:r>
      <w:r>
        <w:t>to humein is har shakhs ko bedar ho jana hai. humein is har shakhs ko</w:t>
      </w:r>
    </w:p>
    <w:p>
      <w:pPr>
        <w:jc w:val="right"/>
      </w:pPr>
      <w:r>
        <w:t>تو ہمیں اس ہر شخص کو بیدار ہو جانا ہے۔ ہمیں اس ہر شخص کو</w:t>
      </w:r>
    </w:p>
    <w:p>
      <w:r>
        <w:rPr>
          <w:b/>
        </w:rPr>
        <w:t xml:space="preserve">[43:34] </w:t>
      </w:r>
      <w:r>
        <w:t>Allah ki taraf rujoo karna hai. humein is har shakhs ko duaon mein Khuda ko pukarna hai.</w:t>
      </w:r>
    </w:p>
    <w:p>
      <w:pPr>
        <w:jc w:val="right"/>
      </w:pPr>
      <w:r>
        <w:t>اللہ کی طرف رجوع کرنا ہے۔ ہمیں اس ہر شخص کو دعاؤں میں خدا کو پکارنا ہے۔</w:t>
      </w:r>
    </w:p>
    <w:p>
      <w:r>
        <w:rPr>
          <w:b/>
        </w:rPr>
        <w:t xml:space="preserve">[43:45] </w:t>
      </w:r>
      <w:r>
        <w:t>humein is har shakhs ko yaani jo creation plan of God ko phir se phir se samajhna hai.</w:t>
      </w:r>
    </w:p>
    <w:p>
      <w:pPr>
        <w:jc w:val="right"/>
      </w:pPr>
      <w:r>
        <w:t>ہمیں اس ہر شخص کو یعنی جو کریشن پلان آف گاڈ کو پھر سے پھر سے سمجھنا ہے۔</w:t>
      </w:r>
    </w:p>
    <w:p>
      <w:r>
        <w:rPr>
          <w:b/>
        </w:rPr>
        <w:t xml:space="preserve">[43:53] </w:t>
      </w:r>
      <w:r>
        <w:t>jo creation plan of god hai, us ko phir se samjhiye.</w:t>
      </w:r>
    </w:p>
    <w:p>
      <w:pPr>
        <w:jc w:val="right"/>
      </w:pPr>
      <w:r>
        <w:t>جو کریشن پلان آف گاڈ ہے، اس کو پھر سے سمجھئے۔</w:t>
      </w:r>
    </w:p>
    <w:p>
      <w:r>
        <w:rPr>
          <w:b/>
        </w:rPr>
        <w:t xml:space="preserve">[43:59] </w:t>
      </w:r>
      <w:r>
        <w:t>kyun ke ab to mukammal ho gaya sara mamla. Aakhri had aa gayi. Hum ghaflat mein nahi jee sakte. Ghaflat mein nahi jee sakte.</w:t>
      </w:r>
    </w:p>
    <w:p>
      <w:pPr>
        <w:jc w:val="right"/>
      </w:pPr>
      <w:r>
        <w:t>کیوں کہ اب تو مکمل ہو گیا سارا معاملہ۔ آخری حد آ گئی۔ ہم غفلت میں نہیں جی سکتے۔ غفلت میں نہیں جی سکتے۔</w:t>
      </w:r>
    </w:p>
    <w:p>
      <w:r>
        <w:rPr>
          <w:b/>
        </w:rPr>
        <w:t xml:space="preserve">[44:11] </w:t>
      </w:r>
      <w:r>
        <w:t>bohat se nadan log kehte hain ke abhi kahan qayamat? Abhi to dajjal nahi aaya, abhi to mehdi nahi aaya, abhi to masih nahi aaya. Yeh sab yaqeen kijiye ke burai hai.</w:t>
      </w:r>
    </w:p>
    <w:p>
      <w:pPr>
        <w:jc w:val="right"/>
      </w:pPr>
      <w:r>
        <w:t>بہت سے نادان لوگ کہتے ہیں کہ ابھی کہاں قیامت؟ ابھی تو دجال نہیں آیا، ابھی تو مہدی نہیں آیا، ابھی تو مسیح نہیں آیا۔ یہ سب یقین کیجیے کہ برائی ہے۔</w:t>
      </w:r>
    </w:p>
    <w:p>
      <w:r>
        <w:rPr>
          <w:b/>
        </w:rPr>
        <w:t xml:space="preserve">[44:19] </w:t>
      </w:r>
      <w:r>
        <w:t>burai hai.</w:t>
      </w:r>
    </w:p>
    <w:p>
      <w:pPr>
        <w:jc w:val="right"/>
      </w:pPr>
      <w:r>
        <w:t>برائی ہے۔</w:t>
      </w:r>
    </w:p>
    <w:p>
      <w:r>
        <w:rPr>
          <w:b/>
        </w:rPr>
        <w:t xml:space="preserve">[44:22] </w:t>
      </w:r>
      <w:r>
        <w:t>apne zehen mein logon ne ek khayal bana rakha hai ke waise hi aayega to woh dajjal hoga. Waise hi aayega to mehdi hoga. Waise hi aayega to masih hoga. Woh log apne tasawwur ke mutabiq thode aayega woh.</w:t>
      </w:r>
    </w:p>
    <w:p>
      <w:pPr>
        <w:jc w:val="right"/>
      </w:pPr>
      <w:r>
        <w:t>اپنے ذہن میں لوگوں نے ایک خیال بنا رکھا ہے کہ ویسے ہی آئے گا تو وہ دجال ہوگا۔ ویسے ہی آئے گا تو مہدی ہوگا۔ ویسے ہی آئے گا تو مسیح ہوگا۔ وہ لوگ اپنے تصور کے مطابق تھوڑے آئے گا وہ۔</w:t>
      </w:r>
    </w:p>
    <w:p>
      <w:r>
        <w:rPr>
          <w:b/>
        </w:rPr>
        <w:t xml:space="preserve">[44:36] </w:t>
      </w:r>
      <w:r>
        <w:t>logon ke apne zehen mein jo tasawwur hai, us ke mutabiq na dajjal aayega, na mehdi aayega, na masih aayega.</w:t>
      </w:r>
    </w:p>
    <w:p>
      <w:pPr>
        <w:jc w:val="right"/>
      </w:pPr>
      <w:r>
        <w:t>لوگوں کے اپنے ذہن میں جو تصور ہے، اس کے مطابق نہ دجال آئے گا، نہ مہدی آئے گا، نہ مسیح آئے گا۔</w:t>
      </w:r>
    </w:p>
    <w:p>
      <w:r>
        <w:rPr>
          <w:b/>
        </w:rPr>
        <w:t xml:space="preserve">[44:45] </w:t>
      </w:r>
      <w:r>
        <w:t>yaad rakhiye. Main to samajhta hoon ke sab kuch ho chuka hai. Sab kuch ho chuka hai. Aur now we are heading towards the end of history</w:t>
      </w:r>
    </w:p>
    <w:p>
      <w:pPr>
        <w:jc w:val="right"/>
      </w:pPr>
      <w:r>
        <w:t>یاد رکھیے۔ میں تو سمجھتا ہوں کہ سب کچھ ہو چکا ہے۔ سب کچھ ہو چکا ہے۔ اور now we are heading towards the end of history</w:t>
      </w:r>
    </w:p>
    <w:p>
      <w:r>
        <w:rPr>
          <w:b/>
        </w:rPr>
        <w:t xml:space="preserve">[45:01] </w:t>
      </w:r>
      <w:r>
        <w:t>. Lekin yeh is mein bohat zabardast yaani bohat musbat pegham hai. Isi liye maine aaj ka jo unwaan rakha hai Paradise is in the making .</w:t>
      </w:r>
    </w:p>
    <w:p>
      <w:pPr>
        <w:jc w:val="right"/>
      </w:pPr>
      <w:r>
        <w:t>۔ لیکن یہ اس میں بہت زبردست یعنی بہت مثبت پیغام ہے۔ اسی لیے میں نے آج کا جو عنوان رکھا ہے Paradise is in the making ۔</w:t>
      </w:r>
    </w:p>
    <w:p>
      <w:r>
        <w:rPr>
          <w:b/>
        </w:rPr>
        <w:t xml:space="preserve">[45:14] </w:t>
      </w:r>
      <w:r>
        <w:t>maine yeh nahi rakha ke dunya khatam ho rahi hai. Yeh nahi. There is a negative topic . Duniya khatam ho rahi hai, aisi baat nahi hai.</w:t>
      </w:r>
    </w:p>
    <w:p>
      <w:pPr>
        <w:jc w:val="right"/>
      </w:pPr>
      <w:r>
        <w:t>میں نے یہ نہیں رکھا کہ دنیا ختم ہو رہی ہے۔ یہ نہیں۔ There is a negative topic ۔ دنیا ختم ہو رہی ہے، ایسی بات نہیں ہے۔</w:t>
      </w:r>
    </w:p>
    <w:p>
      <w:r>
        <w:rPr>
          <w:b/>
        </w:rPr>
        <w:t xml:space="preserve">[45:24] </w:t>
      </w:r>
      <w:r>
        <w:t>nai dunya banne wali hai, aisi baat hai.</w:t>
      </w:r>
    </w:p>
    <w:p>
      <w:pPr>
        <w:jc w:val="right"/>
      </w:pPr>
      <w:r>
        <w:t>نئی دنیا بننے والی ہے، ایسی بات ہے۔</w:t>
      </w:r>
    </w:p>
    <w:p>
      <w:r>
        <w:rPr>
          <w:b/>
        </w:rPr>
        <w:t xml:space="preserve">[45:29] </w:t>
      </w:r>
      <w:r>
        <w:t>yeh jo kuch ho raha hai, to aap yeh bhi keh sakte hain ke yeh yaani qayamat aa rahi hai, tod phod ja raha hai, sab marne wale hain, log kya hai, kya</w:t>
      </w:r>
    </w:p>
    <w:p>
      <w:pPr>
        <w:jc w:val="right"/>
      </w:pPr>
      <w:r>
        <w:t>یہ جو کچھ ہو رہا ہے، تو آپ یہ بھی کہہ سکتے ہیں کہ یہ یعنی قیامت آ رہی ہے، توڑ پھوڑ جا رہا ہے، سب مرنے والے ہیں، لوگ کیا ہے، کیا</w:t>
      </w:r>
    </w:p>
    <w:p>
      <w:r>
        <w:rPr>
          <w:b/>
        </w:rPr>
        <w:t xml:space="preserve">[45:38] </w:t>
      </w:r>
      <w:r>
        <w:t>hai. Yeh is ka yaani yaani ek pehlu hai. Doosra pehlu kya hai?</w:t>
      </w:r>
    </w:p>
    <w:p>
      <w:pPr>
        <w:jc w:val="right"/>
      </w:pPr>
      <w:r>
        <w:t>ہے۔ یہ اس کا یعنی یعنی ایک پہلو ہے۔ دوسرا پہلو کیا ہے؟</w:t>
      </w:r>
    </w:p>
    <w:p>
      <w:r>
        <w:rPr>
          <w:b/>
        </w:rPr>
        <w:t xml:space="preserve">[45:46] </w:t>
      </w:r>
      <w:r>
        <w:t>ke is tod phod ke baad ek nai dunya banne wali hai.</w:t>
      </w:r>
    </w:p>
    <w:p>
      <w:pPr>
        <w:jc w:val="right"/>
      </w:pPr>
      <w:r>
        <w:t>کہ اس توڑ پھوڑ کے بعد ایک نئی دنیا بننے والی ہے۔</w:t>
      </w:r>
    </w:p>
    <w:p>
      <w:r>
        <w:rPr>
          <w:b/>
        </w:rPr>
        <w:t xml:space="preserve">[45:52] </w:t>
      </w:r>
      <w:r>
        <w:t>yaani jannat ki dunya. Isi liye maine aaj ka jo mozu chuna hai, woh hai Paradise is in the making</w:t>
      </w:r>
    </w:p>
    <w:p>
      <w:pPr>
        <w:jc w:val="right"/>
      </w:pPr>
      <w:r>
        <w:t>یعنی جنت کی دنیا۔ اسی لیے میں نے آج کا جو موضوع چنا ہے، وہ ہے Paradise is in the making</w:t>
      </w:r>
    </w:p>
    <w:p>
      <w:r>
        <w:rPr>
          <w:b/>
        </w:rPr>
        <w:t xml:space="preserve">[46:02] </w:t>
      </w:r>
      <w:r>
        <w:t>. To aakhri waqt aa gaya hai ke hum yaani tauba karein, Khuda ki taraf daudein, apni islaah karein.</w:t>
      </w:r>
    </w:p>
    <w:p>
      <w:pPr>
        <w:jc w:val="right"/>
      </w:pPr>
      <w:r>
        <w:t>۔ تو آخری وقت آ گیا ہے کہ ہم یعنی توبہ کریں، خدا کی طرف دوڑیں، اپنی اصلاح کریں۔</w:t>
      </w:r>
    </w:p>
    <w:p>
      <w:r>
        <w:rPr>
          <w:b/>
        </w:rPr>
        <w:t xml:space="preserve">[46:14] </w:t>
      </w:r>
      <w:r>
        <w:t>apne andar se chun chun kar ke sari yaani manfi cheezein nikalein. Taake hum qabil-e-qubool ho jayein jannat wali dunya ke liye.</w:t>
      </w:r>
    </w:p>
    <w:p>
      <w:pPr>
        <w:jc w:val="right"/>
      </w:pPr>
      <w:r>
        <w:t>اپنے اندر سے چن چن کر کے ساری یعنی منفی چیزیں نکالیں۔ تاکہ ہم قابل قبول ہو جائیں جنت والی دنیا کے لیے۔</w:t>
      </w:r>
    </w:p>
    <w:p>
      <w:r>
        <w:rPr>
          <w:b/>
        </w:rPr>
        <w:t xml:space="preserve">[46:26] </w:t>
      </w:r>
      <w:r>
        <w:t>qabil-e-qubool apne ko banana hai is dunya ke</w:t>
      </w:r>
    </w:p>
    <w:p>
      <w:pPr>
        <w:jc w:val="right"/>
      </w:pPr>
      <w:r>
        <w:t>قابل قبول اپنے کو بنانا ہے اس دنیا کے</w:t>
      </w:r>
    </w:p>
    <w:p>
      <w:r>
        <w:rPr>
          <w:b/>
        </w:rPr>
        <w:t xml:space="preserve">[46:29] </w:t>
      </w:r>
      <w:r>
        <w:t>liye. Kyun ke bohat waqt aa chuka hai. Ab bohat der nahi hai.</w:t>
      </w:r>
    </w:p>
    <w:p>
      <w:pPr>
        <w:jc w:val="right"/>
      </w:pPr>
      <w:r>
        <w:t>لیے۔ کیوں کہ بہت وقت آ چکا ہے۔ اب بہت دیر نہیں ہے۔</w:t>
      </w:r>
    </w:p>
    <w:p>
      <w:r>
        <w:rPr>
          <w:b/>
        </w:rPr>
        <w:t xml:space="preserve">[46:36] </w:t>
      </w:r>
      <w:r>
        <w:t>Quran aap padhein, dekhiye. Sara Quran bhara hua hai inhi baaton se, inhi khabron se. Ek sahab ko hum ne tarjuma diya Quran majeed ka.</w:t>
      </w:r>
    </w:p>
    <w:p>
      <w:pPr>
        <w:jc w:val="right"/>
      </w:pPr>
      <w:r>
        <w:t>قرآن آپ پڑھیں، دیکھیے۔ سارا قرآن بھرا ہوا ہے انہی باتوں سے، انہی خبروں سے۔ ایک صاحب کو ہم نے ترجمہ دیا قرآن مجید کا۔</w:t>
      </w:r>
    </w:p>
    <w:p>
      <w:r>
        <w:rPr>
          <w:b/>
        </w:rPr>
        <w:t xml:space="preserve">[46:47] </w:t>
      </w:r>
      <w:r>
        <w:t>to unhone chand din ke baad lota diya. Unhone kaha bhai maine Quran ko padha.</w:t>
      </w:r>
    </w:p>
    <w:p>
      <w:pPr>
        <w:jc w:val="right"/>
      </w:pPr>
      <w:r>
        <w:t>تو انہوں نے چند دن کے بعد لوٹا دیا۔ انہوں نے کہا بھئی میں نے قرآن کو پڑھا۔</w:t>
      </w:r>
    </w:p>
    <w:p>
      <w:r>
        <w:rPr>
          <w:b/>
        </w:rPr>
        <w:t xml:space="preserve">[46:58] </w:t>
      </w:r>
      <w:r>
        <w:t>to mujhe to bohat dar laga. Is mein to har jagah bas yahi zikr hai. Qayamat aur maut aur jahannum aur pakad aur jawab dehi.</w:t>
      </w:r>
    </w:p>
    <w:p>
      <w:pPr>
        <w:jc w:val="right"/>
      </w:pPr>
      <w:r>
        <w:t>تو مجھے تو بہت ڈر لگا۔ اس میں تو ہر جگہ بس یہی ذکر ہے۔ قیامت اور موت اور جہنم اور پکڑ اور جواب دہی۔</w:t>
      </w:r>
    </w:p>
    <w:p>
      <w:r>
        <w:rPr>
          <w:b/>
        </w:rPr>
        <w:t xml:space="preserve">[47:11] </w:t>
      </w:r>
      <w:r>
        <w:t>to maine kaha ke yeh to aap ne manfi pehlu liya. Musbat pehlu bhi to hai. Woh jannat ka, nijaat ka.</w:t>
      </w:r>
    </w:p>
    <w:p>
      <w:pPr>
        <w:jc w:val="right"/>
      </w:pPr>
      <w:r>
        <w:t>تو میں نے کہا کہ یہ تو آپ نے منفی پہلو لیا۔ مثبت پہلو بھی تو ہے۔ وہ جنت کا، نجات کا۔</w:t>
      </w:r>
    </w:p>
    <w:p>
      <w:r>
        <w:rPr>
          <w:b/>
        </w:rPr>
        <w:t xml:space="preserve">[47:20] </w:t>
      </w:r>
      <w:r>
        <w:t>woh bhi to hai, is ko kyun nahi liya aap ne?</w:t>
      </w:r>
    </w:p>
    <w:p>
      <w:pPr>
        <w:jc w:val="right"/>
      </w:pPr>
      <w:r>
        <w:t>وہ بھی تو ہے، اس کو کیوں نہیں لیا آپ نے؟</w:t>
      </w:r>
    </w:p>
    <w:p>
      <w:r>
        <w:rPr>
          <w:b/>
        </w:rPr>
        <w:t xml:space="preserve">[47:26] </w:t>
      </w:r>
      <w:r>
        <w:t>to Quran mein yaani peshangoi ki zaban mein sab kuch bata diya gaya tha ke aisa hoga, aisa hoga, aisa hoga. Ab woh peshangoi jo hai, waqea ban raha hai.</w:t>
      </w:r>
    </w:p>
    <w:p>
      <w:pPr>
        <w:jc w:val="right"/>
      </w:pPr>
      <w:r>
        <w:t>تو قرآن میں یعنی پیش گوئی کی زبان میں سب کچھ بتا دیا گیا تھا کہ ایسا ہوگا، ایسا ہوگا، ایسا ہوگا۔ اب وہ پیش گوئی جو ہے، واقعہ بن رہا ہے۔</w:t>
      </w:r>
    </w:p>
    <w:p>
      <w:r>
        <w:rPr>
          <w:b/>
        </w:rPr>
        <w:t xml:space="preserve">[47:38] </w:t>
      </w:r>
      <w:r>
        <w:t>ab woh waqea ban raha hai.</w:t>
      </w:r>
    </w:p>
    <w:p>
      <w:pPr>
        <w:jc w:val="right"/>
      </w:pPr>
      <w:r>
        <w:t>اب وہ واقعہ بن رہا ہے۔</w:t>
      </w:r>
    </w:p>
    <w:p>
      <w:r>
        <w:rPr>
          <w:b/>
        </w:rPr>
        <w:t xml:space="preserve">[47:42] </w:t>
      </w:r>
      <w:r>
        <w:t>quran ko aap parhein to yeh quran mein bar bar yeh hai ke zameen, yeh dunya, yeh isi tarah baqi nahin rahe gi.</w:t>
      </w:r>
    </w:p>
    <w:p>
      <w:pPr>
        <w:jc w:val="right"/>
      </w:pPr>
      <w:r>
        <w:t>قرآن کو آپ پڑھیں تو یہ قرآن میں بار بار یہ ہے کہ زمین، یہ دنیا، یہ اسی طرح باقی نہیں رہے گی۔</w:t>
      </w:r>
    </w:p>
    <w:p>
      <w:r>
        <w:rPr>
          <w:b/>
        </w:rPr>
        <w:t xml:space="preserve">[47:51] </w:t>
      </w:r>
      <w:r>
        <w:t>is ka anjam aye ga. toda phoda jaye ga sab kuch.</w:t>
      </w:r>
    </w:p>
    <w:p>
      <w:pPr>
        <w:jc w:val="right"/>
      </w:pPr>
      <w:r>
        <w:t>اس کا انجام آئے گا۔ توڑا پھوڑا جائے گا سب کچھ۔</w:t>
      </w:r>
    </w:p>
    <w:p>
      <w:r>
        <w:rPr>
          <w:b/>
        </w:rPr>
        <w:t xml:space="preserve">[47:55] </w:t>
      </w:r>
      <w:r>
        <w:t>to woh waqt aa gaya. kabhi to ana chahiye tha is ko. aisa to nahin ke woh kabhi waqt na aaye.</w:t>
      </w:r>
    </w:p>
    <w:p>
      <w:pPr>
        <w:jc w:val="right"/>
      </w:pPr>
      <w:r>
        <w:t>تو وہ وقت آ گیا۔ کبھی تو آنا چاہیے تھا اس کو۔ ایسا تو نہیں کہ وہ کبھی وقت نہ آئے۔</w:t>
      </w:r>
    </w:p>
    <w:p>
      <w:r>
        <w:rPr>
          <w:b/>
        </w:rPr>
        <w:t xml:space="preserve">[48:06] </w:t>
      </w:r>
      <w:r>
        <w:t>aisa to kabhi nahin ho sakta ke waqt na aaye. woh to aa kar rahe ga. hadith mein aata hai ke rasool Allah ne farmaya ke bu'ithtu ana wassa'atu qahataan.</w:t>
      </w:r>
    </w:p>
    <w:p>
      <w:pPr>
        <w:jc w:val="right"/>
      </w:pPr>
      <w:r>
        <w:t>ایسا تو کبھی نہیں ہو سکتا کہ وقت نہ آئے۔ وہ تو آ کر رہے گا۔ حدیث میں آتا ہے کہ رسول اللہ نے فرمایا کہ بُعِثْتُ أَنَا وَالسَّاعَةُ قَهَتَانِ ۔</w:t>
      </w:r>
    </w:p>
    <w:p>
      <w:r>
        <w:rPr>
          <w:b/>
        </w:rPr>
        <w:t xml:space="preserve">[48:16] </w:t>
      </w:r>
      <w:r>
        <w:t>yani mujh se qayamat itni door hai jitni doosri ungli.</w:t>
      </w:r>
    </w:p>
    <w:p>
      <w:pPr>
        <w:jc w:val="right"/>
      </w:pPr>
      <w:r>
        <w:t>یعنی مجھ سے قیامت اتنی دور ہے جتنی دوسری انگلی۔</w:t>
      </w:r>
    </w:p>
    <w:p>
      <w:r>
        <w:rPr>
          <w:b/>
        </w:rPr>
        <w:t xml:space="preserve">[48:27] </w:t>
      </w:r>
      <w:r>
        <w:t>yani rasool Allah ke bu'isth ke baad ab ginti shuru ho chuki thi. is ka matlab yeh nahin ke rasool Allah aaye aur agle din qayamat aa jaye gi.</w:t>
      </w:r>
    </w:p>
    <w:p>
      <w:pPr>
        <w:jc w:val="right"/>
      </w:pPr>
      <w:r>
        <w:t>یعنی رسول اللہ کے بعثت کے بعد اب گنتی شروع ہو چکی تھی۔ اس کا مطلب یہ نہیں کہ رسول اللہ آئے اور اگلے دن قیامت آ جائے گی۔</w:t>
      </w:r>
    </w:p>
    <w:p>
      <w:r>
        <w:rPr>
          <w:b/>
        </w:rPr>
        <w:t xml:space="preserve">[48:38] </w:t>
      </w:r>
      <w:r>
        <w:t>nahin, is ka matlab rasool Allah sal Allahu alaihi wasallam had fasal the. ke ginti shuru ho gayi.</w:t>
      </w:r>
    </w:p>
    <w:p>
      <w:pPr>
        <w:jc w:val="right"/>
      </w:pPr>
      <w:r>
        <w:t>نہیں، اس کا مطلب رسول اللہ صلی اللہ علیہ وسلم حد فاصل تھے۔ کہ گنتی شروع ہو گئی۔</w:t>
      </w:r>
    </w:p>
    <w:p>
      <w:r>
        <w:rPr>
          <w:b/>
        </w:rPr>
        <w:t xml:space="preserve">[48:48] </w:t>
      </w:r>
      <w:r>
        <w:t>ab yeh jo hadith hai ke bu'ithtu ana wassa'atu qahataan. ke jaise do ungliyan hain, qareeb qareeb aisi mere baad ab qayamat hai.</w:t>
      </w:r>
    </w:p>
    <w:p>
      <w:pPr>
        <w:jc w:val="right"/>
      </w:pPr>
      <w:r>
        <w:t>اب یہ جو حدیث ہے کہ بُعِثْتُ أَنَا وَالسَّاعَةُ قَهَتَانِ ۔ کہ جیسے دو انگلیاں ہیں، قریب قریب ایسی میرے بعد اب قیامت ہے۔</w:t>
      </w:r>
    </w:p>
    <w:p>
      <w:r>
        <w:rPr>
          <w:b/>
        </w:rPr>
        <w:t xml:space="preserve">[48:58] </w:t>
      </w:r>
      <w:r>
        <w:t>is ka matlab ginti shuru ho gayi.</w:t>
      </w:r>
    </w:p>
    <w:p>
      <w:pPr>
        <w:jc w:val="right"/>
      </w:pPr>
      <w:r>
        <w:t>اس کا مطلب گنتی شروع ہو گئی۔</w:t>
      </w:r>
    </w:p>
    <w:p>
      <w:r>
        <w:rPr>
          <w:b/>
        </w:rPr>
        <w:t xml:space="preserve">[49:04] </w:t>
      </w:r>
      <w:r>
        <w:t>to ab ginti hote hote hote ab ab kahin to aakhir aye ga is ka. to main samajhta hoon ke ginti jo hai, ab apni aakhri ginti tak pahunch chuki hai.</w:t>
      </w:r>
    </w:p>
    <w:p>
      <w:pPr>
        <w:jc w:val="right"/>
      </w:pPr>
      <w:r>
        <w:t>تو اب گنتی ہوتے ہوتے ہوتے اب اب کہیں تو آخر آئے گا اس کا۔ تو میں سمجھتا ہوں کہ گنتی جو ہے، اب اپنی آخری گنتی تک پہنچ چکی ہے۔</w:t>
      </w:r>
    </w:p>
    <w:p>
      <w:r>
        <w:rPr>
          <w:b/>
        </w:rPr>
        <w:t xml:space="preserve">[49:20] </w:t>
      </w:r>
      <w:r>
        <w:t>ab waqt aa gaya hai ke hum sab jaagien.</w:t>
      </w:r>
    </w:p>
    <w:p>
      <w:pPr>
        <w:jc w:val="right"/>
      </w:pPr>
      <w:r>
        <w:t>اب وقت آ گیا ہے کہ ہم سب جاگیں۔</w:t>
      </w:r>
    </w:p>
    <w:p>
      <w:r>
        <w:rPr>
          <w:b/>
        </w:rPr>
        <w:t xml:space="preserve">[49:25] </w:t>
      </w:r>
      <w:r>
        <w:t>apni islaah karein, doosron ko batayein. da'wati kaam ko aur zyada tez kar dein.</w:t>
      </w:r>
    </w:p>
    <w:p>
      <w:pPr>
        <w:jc w:val="right"/>
      </w:pPr>
      <w:r>
        <w:t>اپنی اصلاح کریں، دوسروں کو بتائیں۔ دعوتی کام کو اور زیادہ تیز کر دیں۔</w:t>
      </w:r>
    </w:p>
    <w:p>
      <w:r>
        <w:rPr>
          <w:b/>
        </w:rPr>
        <w:t xml:space="preserve">[49:35] </w:t>
      </w:r>
      <w:r>
        <w:t>aaj kal Dilli mein aap ne khabron mein parha hoga ke musalmanon mein aik dhoom machi hui hai. jalsay jaloos ki. aaj bhi akhbar mein tha, kal bhi akhbar mein tha.</w:t>
      </w:r>
    </w:p>
    <w:p>
      <w:pPr>
        <w:jc w:val="right"/>
      </w:pPr>
      <w:r>
        <w:t>آج کل دلی میں آپ نے خبروں میں پڑھا ہوگا کہ مسلمانوں میں ایک دھوم مچی ہوئی ہے۔ جلسہ جلوس کی۔ آج بھی اخبار میں تھا، کل بھی اخبار میں تھا۔</w:t>
      </w:r>
    </w:p>
    <w:p>
      <w:r>
        <w:rPr>
          <w:b/>
        </w:rPr>
        <w:t xml:space="preserve">[49:46] </w:t>
      </w:r>
      <w:r>
        <w:t>kis baat ke liye? apne fakhr ko batane ke liye. muslim fakhr ko batane ke liye. wahan koi is ka zikr nahin hai ke ae musalmano, tum par zimmedari hai ke ahl-e-alam tak Allah ka paigham pahunchao.</w:t>
      </w:r>
    </w:p>
    <w:p>
      <w:pPr>
        <w:jc w:val="right"/>
      </w:pPr>
      <w:r>
        <w:t>کس بات کے لیے؟ اپنے فخر کو بتانے کے لیے۔ مسلم فخر کو بتانے کے لیے۔ وہاں کوئی اس کا ذکر نہیں ہے کہ اے مسلمانوں، تم پر ذمہ داری ہے کہ اہل عالم تک اللہ کا پیغام پہنچاؤ۔</w:t>
      </w:r>
    </w:p>
    <w:p>
      <w:r>
        <w:rPr>
          <w:b/>
        </w:rPr>
        <w:t xml:space="preserve">[49:57] </w:t>
      </w:r>
      <w:r>
        <w:t>is ka koi zikr hi nahin. da'wat ka koi naam bhi nahin leta.</w:t>
      </w:r>
    </w:p>
    <w:p>
      <w:pPr>
        <w:jc w:val="right"/>
      </w:pPr>
      <w:r>
        <w:t>اس کا کوئی ذکر ہی نہیں۔ دعوت کا کوئی نام بھی نہیں لیتا۔</w:t>
      </w:r>
    </w:p>
    <w:p>
      <w:r>
        <w:rPr>
          <w:b/>
        </w:rPr>
        <w:t xml:space="preserve">[50:07] </w:t>
      </w:r>
      <w:r>
        <w:t>farzandan-e-tauheed ka thatha hai, banta hua samandar. is tarah ki baatein. maine socha ke farzandan-e-tauheed kiya cheez hai? yani aaj kal akhbaron mein, muslim akhbaron mein yeh surkhiyan dikhai pad rahi hain.</w:t>
      </w:r>
    </w:p>
    <w:p>
      <w:pPr>
        <w:jc w:val="right"/>
      </w:pPr>
      <w:r>
        <w:t>فرزندان توحید کا ٹھاٹھا ہے، بانٹا ہوا سمندر۔ اس طرح کی باتیں۔ میں نے سوچا کہ فرزندان توحید کیا چیز ہے؟ یعنی آج کل اخباروں میں، مسلم اخباروں میں یہ سرخیاں دکھائی پڑ رہی ہیں۔</w:t>
      </w:r>
    </w:p>
    <w:p>
      <w:r>
        <w:rPr>
          <w:b/>
        </w:rPr>
        <w:t xml:space="preserve">[50:20] </w:t>
      </w:r>
      <w:r>
        <w:t>musalmanon ki bheed ki bheed lag rahi hai. to farzandan-e-tauheed ka samandar. to farzandan-e-tauheed kiya cheez hai?</w:t>
      </w:r>
    </w:p>
    <w:p>
      <w:pPr>
        <w:jc w:val="right"/>
      </w:pPr>
      <w:r>
        <w:t>مسلمانوں کی بھیڑ کی بھیڑ لگ رہی ہے۔ تو فرزندان توحید کا سمندر۔ تو فرزندان توحید کیا چیز ہے؟</w:t>
      </w:r>
    </w:p>
    <w:p>
      <w:r>
        <w:rPr>
          <w:b/>
        </w:rPr>
        <w:t xml:space="preserve">[50:29] </w:t>
      </w:r>
      <w:r>
        <w:t>yeh to bilkul yahoodi kalma hai, yahoodi. unhone kaha tha abna'a Allah. musalman keh rahe hain farzandan</w:t>
      </w:r>
    </w:p>
    <w:p>
      <w:pPr>
        <w:jc w:val="right"/>
      </w:pPr>
      <w:r>
        <w:t>یہ تو بالکل یہودی کلمہ ہے، یہودی۔ انہوں نے کہا تھا أبناء الله ۔ مسلمان کہہ رہے ہیں فرزندان</w:t>
      </w:r>
    </w:p>
    <w:p>
      <w:r>
        <w:rPr>
          <w:b/>
        </w:rPr>
        <w:t xml:space="preserve">[50:36] </w:t>
      </w:r>
      <w:r>
        <w:t>tauheed. kiya farq hai dono mein? tauheed kiya cheez hai? is ke aap is ke farzand hain, aap tauheed ke aap farzand hain. yani pairwan-e-tauheed ka to koi matlab ho sakta hai.</w:t>
      </w:r>
    </w:p>
    <w:p>
      <w:pPr>
        <w:jc w:val="right"/>
      </w:pPr>
      <w:r>
        <w:t>توحید۔ کیا فرق ہے دونوں میں؟ توحید کیا چیز ہے؟ اس کے آپ اس کے فرزند ہیں، آپ توحید کے آپ فرزند ہیں۔ یعنی پیروان توحید کا تو کوئی مطلب ہو سکتا ہے۔</w:t>
      </w:r>
    </w:p>
    <w:p>
      <w:r>
        <w:rPr>
          <w:b/>
        </w:rPr>
        <w:t xml:space="preserve">[50:48] </w:t>
      </w:r>
      <w:r>
        <w:t>farzandan-e-tauheed ka kiya matlab hai? yeh bilkul abna'a Allah jo kehte the yahoodi. isi ka tarjuma hai. yahoodi kehte the ke nahnu abna'a Allah wa ahibba'uhu.</w:t>
      </w:r>
    </w:p>
    <w:p>
      <w:pPr>
        <w:jc w:val="right"/>
      </w:pPr>
      <w:r>
        <w:t>فرزندان توحید کا کیا مطلب ہے؟ یہ بالکل أبناء الله جو کہتے تھے یہودی۔ اسی کا ترجمہ ہے۔ یہودی کہتے تھے کہ نحن أبناء الله واحباؤه ۔</w:t>
      </w:r>
    </w:p>
    <w:p>
      <w:r>
        <w:rPr>
          <w:b/>
        </w:rPr>
        <w:t xml:space="preserve">[51:02] </w:t>
      </w:r>
      <w:r>
        <w:t>abna'a Allah ke ma'ani yeh the ke hum Khuda ke mahboob hain.</w:t>
      </w:r>
    </w:p>
    <w:p>
      <w:pPr>
        <w:jc w:val="right"/>
      </w:pPr>
      <w:r>
        <w:t>أبناء الله کے معنی یہ تھے کہ ہم خدا کے محبوب ہیں۔</w:t>
      </w:r>
    </w:p>
    <w:p>
      <w:r>
        <w:rPr>
          <w:b/>
        </w:rPr>
        <w:t xml:space="preserve">[51:08] </w:t>
      </w:r>
      <w:r>
        <w:t>to abna'a Allah ka tarjuma musalmanon ne kar rakha hai farzandan-e-tauheed.</w:t>
      </w:r>
    </w:p>
    <w:p>
      <w:pPr>
        <w:jc w:val="right"/>
      </w:pPr>
      <w:r>
        <w:t>تو أبناء الله کا ترجمہ مسلمانوں نے کر رکھا ہے فرزندان توحید۔</w:t>
      </w:r>
    </w:p>
    <w:p>
      <w:r>
        <w:rPr>
          <w:b/>
        </w:rPr>
        <w:t xml:space="preserve">[51:15] </w:t>
      </w:r>
      <w:r>
        <w:t>abhi bhi behosh hain, gum hain. kuch khabar nahin hai un ko ke kiya hone wala hai. apne fakhr mein gum hain. har aadmi apne fakhr mein gum hai.</w:t>
      </w:r>
    </w:p>
    <w:p>
      <w:pPr>
        <w:jc w:val="right"/>
      </w:pPr>
      <w:r>
        <w:t>ابھی بھی بے ہوش ہیں، گم ہیں۔ کچھ خبر نہیں ہے ان کو کہ کیا ہونے والا ہے۔ اپنے فخر میں گم ہیں۔ ہر آدمی اپنے فخر میں گم ہے۔</w:t>
      </w:r>
    </w:p>
    <w:p>
      <w:r>
        <w:rPr>
          <w:b/>
        </w:rPr>
        <w:t xml:space="preserve">[51:29] </w:t>
      </w:r>
      <w:r>
        <w:t>yani aam secular dunya jo hai, secular dunya woh apne yani madi aaram mein gum hai. musalman apne fakhr mein gum hain.</w:t>
      </w:r>
    </w:p>
    <w:p>
      <w:pPr>
        <w:jc w:val="right"/>
      </w:pPr>
      <w:r>
        <w:t>یعنی عام سیکولر دنیا جو ہے، سیکولر دنیا وہ اپنے یعنی مادی آرام میں گم ہے۔ مسلمان اپنے فخر میں گم ہیں۔</w:t>
      </w:r>
    </w:p>
    <w:p>
      <w:r>
        <w:rPr>
          <w:b/>
        </w:rPr>
        <w:t xml:space="preserve">[51:39] </w:t>
      </w:r>
      <w:r>
        <w:t>itna hi farq hai dono mein. yeh secular log jo hain, woh apne aaram aur apni aish o ishrat mein gum hain. aur musalman jo hain, woh apne fakhr mein gum hain.</w:t>
      </w:r>
    </w:p>
    <w:p>
      <w:pPr>
        <w:jc w:val="right"/>
      </w:pPr>
      <w:r>
        <w:t>اتنا ہی فرق ہے دونوں میں۔ یہ سیکولر لوگ جو ہیں، وہ اپنے آرام اور اپنی عیش و عشرت میں گم ہیں۔ اور مسلمان جو ہیں، وہ اپنے فخر میں گم ہیں۔</w:t>
      </w:r>
    </w:p>
    <w:p>
      <w:r>
        <w:rPr>
          <w:b/>
        </w:rPr>
        <w:t xml:space="preserve">[51:50] </w:t>
      </w:r>
      <w:r>
        <w:t>quomi fakhr mein. mein to koi in ko koi farq nahin samajhta. yeh khuda mein koi gum nahin. na yeh, na woh.</w:t>
      </w:r>
    </w:p>
    <w:p>
      <w:pPr>
        <w:jc w:val="right"/>
      </w:pPr>
      <w:r>
        <w:t>قومی فخر میں۔ میں تو کوئی ان کو کوئی فرق نہیں سمجھتا۔ یہ خدا میں کوئی گم نہیں۔ نہ یہ، نہ وہ۔</w:t>
      </w:r>
    </w:p>
    <w:p>
      <w:r>
        <w:rPr>
          <w:b/>
        </w:rPr>
        <w:t xml:space="preserve">[52:00] </w:t>
      </w:r>
      <w:r>
        <w:t>to farzandan-e-tauheed jo hai, bilkul yahoodi kalma hai.</w:t>
      </w:r>
    </w:p>
    <w:p>
      <w:pPr>
        <w:jc w:val="right"/>
      </w:pPr>
      <w:r>
        <w:t>تو فرزندان توحید جو ہے، بالکل یہودی کلمہ ہے۔</w:t>
      </w:r>
    </w:p>
    <w:p>
      <w:r>
        <w:rPr>
          <w:b/>
        </w:rPr>
        <w:t xml:space="preserve">[52:08] </w:t>
      </w:r>
      <w:r>
        <w:t>yeh abna-e-allah ko lafz badal kar ke farzandan-e-tauheed kar diya gaya.</w:t>
      </w:r>
    </w:p>
    <w:p>
      <w:pPr>
        <w:jc w:val="right"/>
      </w:pPr>
      <w:r>
        <w:t>یہ أبناء الله کو لفظ بدل کر کے فرزندان توحید کر دیا گیا۔</w:t>
      </w:r>
    </w:p>
    <w:p>
      <w:r>
        <w:rPr>
          <w:b/>
        </w:rPr>
        <w:t xml:space="preserve">[52:18] </w:t>
      </w:r>
      <w:r>
        <w:t>yeh allah ta'ala ko aazadeen matloob nahin hai.</w:t>
      </w:r>
    </w:p>
    <w:p>
      <w:pPr>
        <w:jc w:val="right"/>
      </w:pPr>
      <w:r>
        <w:t>یہ اللہ تعالیٰ کو آزادین مطلوب نہیں ہے۔</w:t>
      </w:r>
    </w:p>
    <w:p>
      <w:r>
        <w:rPr>
          <w:b/>
        </w:rPr>
        <w:t xml:space="preserve">[52:23] </w:t>
      </w:r>
      <w:r>
        <w:t>aazadeen allah ta'ala ko matloob nahin hai. yaani deen ke naam par dunyaavi hangame yeh hain. yaani secular log dunya ke naam par dunyaavi hangame kiye hue hain.</w:t>
      </w:r>
    </w:p>
    <w:p>
      <w:pPr>
        <w:jc w:val="right"/>
      </w:pPr>
      <w:r>
        <w:t>آزادین اللہ تعالیٰ کو مطلوب نہیں ہے۔ یعنی دین کے نام پر دنیاوی ہنگامے یہ ہیں۔ یعنی سیکولر لوگ دنیا کے نام پر دنیاوی ہنگامے کیے ہوئے ہیں۔</w:t>
      </w:r>
    </w:p>
    <w:p>
      <w:r>
        <w:rPr>
          <w:b/>
        </w:rPr>
        <w:t xml:space="preserve">[52:35] </w:t>
      </w:r>
      <w:r>
        <w:t>itna hi farq hai, dekhiye. secular log jo hain, dunya ke naam par dunyaavi hangame kiye hue hain. aur musalman kya karte hain? deen ke naam par dunyaavi hangame.</w:t>
      </w:r>
    </w:p>
    <w:p>
      <w:pPr>
        <w:jc w:val="right"/>
      </w:pPr>
      <w:r>
        <w:t>اتنا ہی فرق ہے، دیکھیے۔ سیکولر لوگ جو ہیں، دنیا کے نام پر دنیاوی ہنگامے کیے ہوئے ہیں۔ اور مسلمان کیا کرتے ہیں؟ دین کے نام پر دنیاوی ہنگامے۔</w:t>
      </w:r>
    </w:p>
    <w:p>
      <w:r>
        <w:rPr>
          <w:b/>
        </w:rPr>
        <w:t xml:space="preserve">[52:47] </w:t>
      </w:r>
      <w:r>
        <w:t>kya farq hai dono mein? kya farq hai? yaani secular log bhi dunyaavi hangame kiye hue hain.</w:t>
      </w:r>
    </w:p>
    <w:p>
      <w:pPr>
        <w:jc w:val="right"/>
      </w:pPr>
      <w:r>
        <w:t>کیا فرق ہے دونوں میں؟ کیا فرق ہے؟ یعنی سیکولر لوگ بھی دنیاوی ہنگامے کیے ہوئے ہیں۔</w:t>
      </w:r>
    </w:p>
    <w:p>
      <w:r>
        <w:rPr>
          <w:b/>
        </w:rPr>
        <w:t xml:space="preserve">[52:56] </w:t>
      </w:r>
      <w:r>
        <w:t>musalman bhi dunyaavi hangame kiye hue hain. farq yeh hai ke yeh deen ke naam par kar rahe hain, woh dunya ke naam par kar rahe hain. to kam az kam secular log munafiq to nahin hain.</w:t>
      </w:r>
    </w:p>
    <w:p>
      <w:pPr>
        <w:jc w:val="right"/>
      </w:pPr>
      <w:r>
        <w:t>مسلمان بھی دنیاوی ہنگامے کیے ہوئے ہیں۔ فرق یہ ہے کہ یہ دین کے نام پر کر رہے ہیں، وہ دنیا کے نام پر کر رہے ہیں۔ تو کم از کم سیکولر لوگ منافق تو نہیں ہیں۔</w:t>
      </w:r>
    </w:p>
    <w:p>
      <w:r>
        <w:rPr>
          <w:b/>
        </w:rPr>
        <w:t xml:space="preserve">[53:06] </w:t>
      </w:r>
      <w:r>
        <w:t>yeh to sara maamla munafiqat ka maamla hai.</w:t>
      </w:r>
    </w:p>
    <w:p>
      <w:pPr>
        <w:jc w:val="right"/>
      </w:pPr>
      <w:r>
        <w:t>یہ تو سارا معاملہ منافقت کا معاملہ ہے۔</w:t>
      </w:r>
    </w:p>
    <w:p>
      <w:r>
        <w:rPr>
          <w:b/>
        </w:rPr>
        <w:t xml:space="preserve">[53:11] </w:t>
      </w:r>
      <w:r>
        <w:t>to yeh waqt aa gaya hai ke hum aakhri harf par sochein.</w:t>
      </w:r>
    </w:p>
    <w:p>
      <w:pPr>
        <w:jc w:val="right"/>
      </w:pPr>
      <w:r>
        <w:t>تو یہ وقت آ گیا ہے کہ ہم آخری حرف پر سوچیں۔</w:t>
      </w:r>
    </w:p>
    <w:p>
      <w:r>
        <w:rPr>
          <w:b/>
        </w:rPr>
        <w:t xml:space="preserve">[53:19] </w:t>
      </w:r>
      <w:r>
        <w:t>ab fakhr mein jeene ka waqt nahin hai. be-hoshi mein jeene ka waqt nahin hai. osterich jaisa rawaiye ka waqt nahin hai. yaani sutar mulk ki tarah nahin jee sakte aap.</w:t>
      </w:r>
    </w:p>
    <w:p>
      <w:pPr>
        <w:jc w:val="right"/>
      </w:pPr>
      <w:r>
        <w:t>اب فخر میں جینے کا وقت نہیں ہے۔ بے ہوشی میں جینے کا وقت نہیں ہے۔ آسٹرش جیسا رویہ کا وقت نہیں ہے۔ یعنی سوتر ملک کی طرح نہیں جی سکتے آپ۔</w:t>
      </w:r>
    </w:p>
    <w:p>
      <w:r>
        <w:rPr>
          <w:b/>
        </w:rPr>
        <w:t xml:space="preserve">[53:30] </w:t>
      </w:r>
      <w:r>
        <w:t>bilkul qayamat qareeb aa chuki hai.</w:t>
      </w:r>
    </w:p>
    <w:p>
      <w:pPr>
        <w:jc w:val="right"/>
      </w:pPr>
      <w:r>
        <w:t>بالکل قیامت قریب آ چکی ہے۔</w:t>
      </w:r>
    </w:p>
    <w:p>
      <w:r>
        <w:rPr>
          <w:b/>
        </w:rPr>
        <w:t xml:space="preserve">[53:39] </w:t>
      </w:r>
      <w:r>
        <w:t>to aaj ka mein ne mozu jo liya hai, to woh agar mein yeh kehta ke qayamat aa gayi. Doomsday knocking at our door .</w:t>
      </w:r>
    </w:p>
    <w:p>
      <w:pPr>
        <w:jc w:val="right"/>
      </w:pPr>
      <w:r>
        <w:t>تو آج کا میں نے موضوع جو لیا ہے، تو وہ اگر میں یہ کہتا کہ قیامت آ گئی۔ Doomsday knocking at our door ۔</w:t>
      </w:r>
    </w:p>
    <w:p>
      <w:r>
        <w:rPr>
          <w:b/>
        </w:rPr>
        <w:t xml:space="preserve">[53:52] </w:t>
      </w:r>
      <w:r>
        <w:t>to woh manfi pehlu hota. lekin mein ne is ko musbat pehlu liya. Paradise is in the making . kyunke woh sab jo hoga, kis liye hoga?</w:t>
      </w:r>
    </w:p>
    <w:p>
      <w:pPr>
        <w:jc w:val="right"/>
      </w:pPr>
      <w:r>
        <w:t>تو وہ منفی پہلو ہوتا۔ لیکن میں نے اس کو مثبت پہلو لیا۔ Paradise is in the making ۔ کیونکہ وہ سب جو ہوگا، کس لیے ہوگا؟</w:t>
      </w:r>
    </w:p>
    <w:p>
      <w:r>
        <w:rPr>
          <w:b/>
        </w:rPr>
        <w:t xml:space="preserve">[54:02] </w:t>
      </w:r>
      <w:r>
        <w:t>is liye hoga ke jannat ki dunya bane.</w:t>
      </w:r>
    </w:p>
    <w:p>
      <w:pPr>
        <w:jc w:val="right"/>
      </w:pPr>
      <w:r>
        <w:t>اس لیے ہوگا کہ جنت کی دنیا بنے۔</w:t>
      </w:r>
    </w:p>
    <w:p>
      <w:r>
        <w:rPr>
          <w:b/>
        </w:rPr>
        <w:t xml:space="preserve">[54:06] </w:t>
      </w:r>
      <w:r>
        <w:t>insani tehzeeb khatm ho. aur rabbani tehzeeb jo hai, woh ta'ameer ki jaye. to is ka jo ta'ameeri pehlu hai, jo musbat pehlu hai, jo aijabi pehlu hai, us ko mein ne liya hai.</w:t>
      </w:r>
    </w:p>
    <w:p>
      <w:pPr>
        <w:jc w:val="right"/>
      </w:pPr>
      <w:r>
        <w:t>انسانی تہذیب ختم ہو۔ اور ربانی تہذیب جو ہے، وہ تعمیر کی جائے۔ تو اس کا جو تعمیری پہلو ہے، جو مثبت پہلو ہے، جو ایجابی پہلو ہے، اس کو میں نے لیا ہے۔</w:t>
      </w:r>
    </w:p>
    <w:p>
      <w:r>
        <w:rPr>
          <w:b/>
        </w:rPr>
        <w:t xml:space="preserve">[54:21] </w:t>
      </w:r>
      <w:r>
        <w:t>Paradise is in the making . isi liye mein ne is ka mozu rakha.</w:t>
      </w:r>
    </w:p>
    <w:p>
      <w:pPr>
        <w:jc w:val="right"/>
      </w:pPr>
      <w:r>
        <w:t>Paradise is in the making ۔ اسی لیے میں نے اس کا موضوع رکھا۔</w:t>
      </w:r>
    </w:p>
    <w:p>
      <w:r>
        <w:rPr>
          <w:b/>
        </w:rPr>
        <w:t xml:space="preserve">[54:27] </w:t>
      </w:r>
      <w:r>
        <w:t>to mein yahi kahunga ke hum log bohat zyada bedaar ho jayein.</w:t>
      </w:r>
    </w:p>
    <w:p>
      <w:pPr>
        <w:jc w:val="right"/>
      </w:pPr>
      <w:r>
        <w:t>تو میں یہی کہوں گا کہ ہم لوگ بہت زیادہ بیدار ہو جائیں۔</w:t>
      </w:r>
    </w:p>
    <w:p>
      <w:r>
        <w:rPr>
          <w:b/>
        </w:rPr>
        <w:t xml:space="preserve">[54:37] </w:t>
      </w:r>
      <w:r>
        <w:t>apne maamle mein bhi aur doosron tak dawat pahunchane ke maamle mein bhi. dono maamle mein bedaar ho jayein.</w:t>
      </w:r>
    </w:p>
    <w:p>
      <w:pPr>
        <w:jc w:val="right"/>
      </w:pPr>
      <w:r>
        <w:t>اپنے معاملے میں بھی اور دوسروں تک دعوت پہنچانے کے معاملے میں بھی۔ دونوں معاملے میں بیدار ہو جائیں۔</w:t>
      </w:r>
    </w:p>
    <w:p>
      <w:r>
        <w:rPr>
          <w:b/>
        </w:rPr>
        <w:t xml:space="preserve">[54:48] </w:t>
      </w:r>
      <w:r>
        <w:t>ab koi doosra waqt aane wala nahin hai.</w:t>
      </w:r>
    </w:p>
    <w:p>
      <w:pPr>
        <w:jc w:val="right"/>
      </w:pPr>
      <w:r>
        <w:t>اب کوئی دوسرا وقت آنے والا نہیں ہے۔</w:t>
      </w:r>
    </w:p>
    <w:p>
      <w:r>
        <w:rPr>
          <w:b/>
        </w:rPr>
        <w:t xml:space="preserve">[54:55] </w:t>
      </w:r>
      <w:r>
        <w:t>koi doosra waqt aane wala nahin hai.</w:t>
      </w:r>
    </w:p>
    <w:p>
      <w:pPr>
        <w:jc w:val="right"/>
      </w:pPr>
      <w:r>
        <w:t>کوئی دوسرا وقت آنے والا نہیں ہے۔</w:t>
      </w:r>
    </w:p>
    <w:p>
      <w:r>
        <w:rPr>
          <w:b/>
        </w:rPr>
        <w:t xml:space="preserve">[55:04] </w:t>
      </w:r>
      <w:r>
        <w:t>sahaba ka tareeqa yeh tha ke agar koi tez aandhi chalti thi, tez aandhi. to daud kar masjid jaate the. qayamat to nahin aa gayi.</w:t>
      </w:r>
    </w:p>
    <w:p>
      <w:pPr>
        <w:jc w:val="right"/>
      </w:pPr>
      <w:r>
        <w:t>صحابہ کا طریقہ یہ تھا کہ اگر کوئی تیز آندھی چلتی تھی، تیز آندھی۔ تو دوڑ کر مسجد جاتے تھے۔ قیامت تو نہیں آ گئی۔</w:t>
      </w:r>
    </w:p>
    <w:p>
      <w:r>
        <w:rPr>
          <w:b/>
        </w:rPr>
        <w:t xml:space="preserve">[55:16] </w:t>
      </w:r>
      <w:r>
        <w:t>ab zalzale par zalzale aa rahe hain, tab bhi log daud kar jaate nahin, allah ki taraf rujoo hote. aap ghore karein ke toofan aa rahe hain, tsunami aa raha hai, zalzale aa rahe hain.</w:t>
      </w:r>
    </w:p>
    <w:p>
      <w:pPr>
        <w:jc w:val="right"/>
      </w:pPr>
      <w:r>
        <w:t>اب زلزلے پر زلزلے آ رہے ہیں، تب بھی لوگ دوڑ کر جاتے نہیں، اللہ کی طرف رجوع ہوتے۔ آپ غور کریں کہ طوفان آ رہے ہیں، سونامی آ رہا ہے، زلزلے آ رہے ہیں۔</w:t>
      </w:r>
    </w:p>
    <w:p>
      <w:r>
        <w:rPr>
          <w:b/>
        </w:rPr>
        <w:t xml:space="preserve">[55:29] </w:t>
      </w:r>
      <w:r>
        <w:t>yeh bhi zalzala hi hai ke mashriq-e-mushriq mein jo bam barsaye ja rahe hain, jo gun chal rahi hai. ke jo</w:t>
      </w:r>
    </w:p>
    <w:p>
      <w:pPr>
        <w:jc w:val="right"/>
      </w:pPr>
      <w:r>
        <w:t>یہ بھی زلزلہ ہی ہے کہ مشرقِ وسطیٰ میں جو بم برسائے جا رہے ہیں، جو گن چل رہی ہے۔ کہ جو</w:t>
      </w:r>
    </w:p>
    <w:p>
      <w:r>
        <w:rPr>
          <w:b/>
        </w:rPr>
        <w:t xml:space="preserve">[55:43] </w:t>
      </w:r>
      <w:r>
        <w:t>jo war chadi hui hai, woh bhi to woh bhi to zalzala hi hai. tabahi hai. yeh sab kuch ho raha hai aur logon ko kuch bhi hosh nahin.</w:t>
      </w:r>
    </w:p>
    <w:p>
      <w:pPr>
        <w:jc w:val="right"/>
      </w:pPr>
      <w:r>
        <w:t>جو وار چھڑی ہوئی ہے، وہ بھی تو وہ بھی تو زلزلہ ہی ہے۔ تباہی ہے۔ یہ سب کچھ ہو رہا ہے اور لوگوں کو کچھ بھی ہوش نہیں۔</w:t>
      </w:r>
    </w:p>
    <w:p>
      <w:r>
        <w:rPr>
          <w:b/>
        </w:rPr>
        <w:t xml:space="preserve">[55:54] </w:t>
      </w:r>
      <w:r>
        <w:t>to sahaba kiram ka mizaj yeh tha ke aandhi chalti thi to daur kar masjid jate the, kahin qayamat to nahi aa gai. dua karte the, ibadat karte the, Allah ki taraf rujoo hote the.</w:t>
      </w:r>
    </w:p>
    <w:p>
      <w:pPr>
        <w:jc w:val="right"/>
      </w:pPr>
      <w:r>
        <w:t>تو صحابہ کرام کا مزاج یہ تھا کہ آندھی چلتی تھی تو دوڑ کر مسجد جاتے تھے، کہیں قیامت تو نہیں آ گئی۔ دعا کرتے تھے، عبادت کرتے تھے، اللہ کی طرف رجوع ہوتے تھے۔</w:t>
      </w:r>
    </w:p>
    <w:p>
      <w:r>
        <w:rPr>
          <w:b/>
        </w:rPr>
        <w:t xml:space="preserve">[56:05] </w:t>
      </w:r>
      <w:r>
        <w:t>ab is se hazaron guna bade bade waqeat ho rahe hain, lekin kisi ko hosh nahi hai. kyunke aap ne koi samjha hi nahi ke hum abna-e-Allah hain, hum farzandan-e-tauheed hain.</w:t>
      </w:r>
    </w:p>
    <w:p>
      <w:pPr>
        <w:jc w:val="right"/>
      </w:pPr>
      <w:r>
        <w:t>اب اس سے ہزاروں گنا بڑے بڑے واقعات ہو رہے ہیں، لیکن کسی کو ہوش نہیں ہے۔ کیونکہ آپ نے کوئی سمجھا ہی نہیں کہ ہم أبناء الله ہیں، ہم فرزندان توحید ہیں۔</w:t>
      </w:r>
    </w:p>
    <w:p>
      <w:r>
        <w:rPr>
          <w:b/>
        </w:rPr>
        <w:t xml:space="preserve">[56:17] </w:t>
      </w:r>
      <w:r>
        <w:t>bigde ek doosron ke bigde, hamare to bigadne wala hai hi nahi.</w:t>
      </w:r>
    </w:p>
    <w:p>
      <w:pPr>
        <w:jc w:val="right"/>
      </w:pPr>
      <w:r>
        <w:t>بگڑے ایک دوسروں کے بگڑے، ہمارے تو بگڑنے والا ہے ہی نہیں۔</w:t>
      </w:r>
    </w:p>
    <w:p>
      <w:r>
        <w:rPr>
          <w:b/>
        </w:rPr>
        <w:t xml:space="preserve">[56:25] </w:t>
      </w:r>
      <w:r>
        <w:t>magar yeh sab bilkul khush fehmi hai. laysa bi amani kum wa la amani ahl-e-kitab ma ya'malu su'an yujza bihi.</w:t>
      </w:r>
    </w:p>
    <w:p>
      <w:pPr>
        <w:jc w:val="right"/>
      </w:pPr>
      <w:r>
        <w:t>مگر یہ سب بالکل خوش فہمی ہے۔ لَيْسَ بِأَمَانِيَكُمْ وَلَا أَمَانِيَ أَهْلِ الْكِتَابِ مَا يَعْمَلُ سُوًّا يُجْزَى بِهِ ۔</w:t>
      </w:r>
    </w:p>
    <w:p>
      <w:r>
        <w:rPr>
          <w:b/>
        </w:rPr>
        <w:t xml:space="preserve">[56:34] </w:t>
      </w:r>
      <w:r>
        <w:t>hum khush fehmi mein jee nahi sakte. khush fehmi ka ostrich jaisa rawaiyya hai. yaani shutur murgh jaisa rawaiyya.</w:t>
      </w:r>
    </w:p>
    <w:p>
      <w:pPr>
        <w:jc w:val="right"/>
      </w:pPr>
      <w:r>
        <w:t>ہم خوش فہمی میں جی نہیں سکتے۔ خوش فہمی کا آسٹرش جیسا رویہ ہے۔ یعنی سوتر ملک جیسا رویہ۔</w:t>
      </w:r>
    </w:p>
    <w:p>
      <w:r>
        <w:rPr>
          <w:b/>
        </w:rPr>
        <w:t xml:space="preserve">[56:43] </w:t>
      </w:r>
      <w:r>
        <w:t>aap jante hain ke shutur murgh ke bare mein kaha jata hai, yeh mashhoor hai ke sehra mein, jo sehra mein toofan uthte hain, ret ke toofan.</w:t>
      </w:r>
    </w:p>
    <w:p>
      <w:pPr>
        <w:jc w:val="right"/>
      </w:pPr>
      <w:r>
        <w:t>آپ جانتے ہیں کہ سوتر ملک کے بارے میں کہا جاتا ہے، یہ مشہور ہے کہ صحرا میں، جو صحرا میں طوفان اٹھتے ہیں، ریت کے طوفان۔</w:t>
      </w:r>
    </w:p>
    <w:p>
      <w:r>
        <w:rPr>
          <w:b/>
        </w:rPr>
        <w:t xml:space="preserve">[56:55] </w:t>
      </w:r>
      <w:r>
        <w:t>ret ke toofan bohat hi shadeed hote hain. ab shutur murgh dekh raha hai ke toofan aa raha hai. ab woh toofan ki zad mein aa jayega woh.</w:t>
      </w:r>
    </w:p>
    <w:p>
      <w:pPr>
        <w:jc w:val="right"/>
      </w:pPr>
      <w:r>
        <w:t>ریت کے طوفان بہت ہی شدید ہوتے ہیں۔ اب سوتر ملک دیکھ رہا ہے کہ طوفان آ رہا ہے۔ اب وہ طوفان کی زد میں آ جائے گا وہ۔</w:t>
      </w:r>
    </w:p>
    <w:p>
      <w:r>
        <w:rPr>
          <w:b/>
        </w:rPr>
        <w:t xml:space="preserve">[57:06] </w:t>
      </w:r>
      <w:r>
        <w:t>to woh kya karta hai? apna sir jo hai, ret mein daal leta hai.</w:t>
      </w:r>
    </w:p>
    <w:p>
      <w:pPr>
        <w:jc w:val="right"/>
      </w:pPr>
      <w:r>
        <w:t>تو وہ کیا کرتا ہے؟ اپنا سر جو ہے، ریت میں ڈال لیتا ہے۔</w:t>
      </w:r>
    </w:p>
    <w:p>
      <w:r>
        <w:rPr>
          <w:b/>
        </w:rPr>
        <w:t xml:space="preserve">[57:11] </w:t>
      </w:r>
      <w:r>
        <w:t>matlab goya woh dekhne se na dekh sake. to toofan ko aap na dekhen, tab bhi toofan aa kar rahega. aankh band kar len, tab bhi toofan aa kar rahega.</w:t>
      </w:r>
    </w:p>
    <w:p>
      <w:pPr>
        <w:jc w:val="right"/>
      </w:pPr>
      <w:r>
        <w:t>مطلب گویا وہ دیکھنے سے نہ دیکھ سکے۔ تو طوفان کو آپ نہ دیکھیں، تب بھی طوفان آ کر رہے گا۔ آنکھ بند کر لیں، تب بھی طوفان آ کر رہے گا۔</w:t>
      </w:r>
    </w:p>
    <w:p>
      <w:r>
        <w:rPr>
          <w:b/>
        </w:rPr>
        <w:t xml:space="preserve">[57:26] </w:t>
      </w:r>
      <w:r>
        <w:t>to ostrich jaisa rawaiyya jo hai, woh kaam karne wala nahi hai.</w:t>
      </w:r>
    </w:p>
    <w:p>
      <w:pPr>
        <w:jc w:val="right"/>
      </w:pPr>
      <w:r>
        <w:t>تو آسٹرش جیسا رویہ جو ہے، وہ کام کرنے والا نہیں ہے۔</w:t>
      </w:r>
    </w:p>
    <w:p>
      <w:r>
        <w:rPr>
          <w:b/>
        </w:rPr>
        <w:t xml:space="preserve">[57:33] </w:t>
      </w:r>
      <w:r>
        <w:t>kyunke woh to aa kar rahega.</w:t>
      </w:r>
    </w:p>
    <w:p>
      <w:pPr>
        <w:jc w:val="right"/>
      </w:pPr>
      <w:r>
        <w:t>کیونکہ وہ تو آ کر رہے گا۔</w:t>
      </w:r>
    </w:p>
    <w:p>
      <w:r>
        <w:rPr>
          <w:b/>
        </w:rPr>
        <w:t xml:space="preserve">[57:36] </w:t>
      </w:r>
      <w:r>
        <w:t>hamari aankh band karne se aisa nahi ke woh hum uski zad mein na aayen.</w:t>
      </w:r>
    </w:p>
    <w:p>
      <w:pPr>
        <w:jc w:val="right"/>
      </w:pPr>
      <w:r>
        <w:t>ہماری آنکھ بند کرنے سے ایسا نہیں کہ وہ ہم اس کی زد میں نہ آئیں۔</w:t>
      </w:r>
    </w:p>
    <w:p>
      <w:r>
        <w:rPr>
          <w:b/>
        </w:rPr>
        <w:t xml:space="preserve">[57:45] </w:t>
      </w:r>
      <w:r>
        <w:t>main dekhta hoon ke logon ko kuch bhi hosh nahi. kuch bhi hosh nahi. wahi sarmasti, wahi behoshi, wahi sarkashi, wahi ho-ha, woh chal raha hai.</w:t>
      </w:r>
    </w:p>
    <w:p>
      <w:pPr>
        <w:jc w:val="right"/>
      </w:pPr>
      <w:r>
        <w:t>میں دیکھتا ہوں کہ لوگوں کو کچھ بھی ہوش نہیں۔ کچھ بھی ہوش نہیں۔ وہی سرمستی، وہی بے ہوشی، وہی سرکشی، وہی ہوہا، وہ چل رہا ہے۔</w:t>
      </w:r>
    </w:p>
    <w:p>
      <w:r>
        <w:rPr>
          <w:b/>
        </w:rPr>
        <w:t xml:space="preserve">[58:00] </w:t>
      </w:r>
      <w:r>
        <w:t>to hamein is se bahar aana hai.</w:t>
      </w:r>
    </w:p>
    <w:p>
      <w:pPr>
        <w:jc w:val="right"/>
      </w:pPr>
      <w:r>
        <w:t>تو ہمیں اس سے باہر آنا ہے۔</w:t>
      </w:r>
    </w:p>
    <w:p>
      <w:r>
        <w:rPr>
          <w:b/>
        </w:rPr>
        <w:t xml:space="preserve">[58:05] </w:t>
      </w:r>
      <w:r>
        <w:t>hum log jo ke CPS mein ikhatta hue hain, hamein hamari double zimmedari hai. kyunke hamein is baat ka ilm ho chuka hai ke haq kya hai, na-haq kya hai.</w:t>
      </w:r>
    </w:p>
    <w:p>
      <w:pPr>
        <w:jc w:val="right"/>
      </w:pPr>
      <w:r>
        <w:t>ہم لوگ جو کہ سی پی ایس میں اکٹھا ہوئے ہیں، ہمیں ہماری ڈبل ذمہ داری ہے۔ کیونکہ ہمیں اس بات کا علم ہو چکا ہے کہ حق کیا ہے، ناحق کیا ہے۔</w:t>
      </w:r>
    </w:p>
    <w:p>
      <w:r>
        <w:rPr>
          <w:b/>
        </w:rPr>
        <w:t xml:space="preserve">[58:20] </w:t>
      </w:r>
      <w:r>
        <w:t>to hum ko apne aap ko durust karna hai. aur da'wati amal ko tez kar dena hai.</w:t>
      </w:r>
    </w:p>
    <w:p>
      <w:pPr>
        <w:jc w:val="right"/>
      </w:pPr>
      <w:r>
        <w:t>تو ہم کو اپنے آپ کو درست کرنا ہے۔ اور دعوتی عمل کو تیز کر دینا ہے۔</w:t>
      </w:r>
    </w:p>
    <w:p>
      <w:r>
        <w:rPr>
          <w:b/>
        </w:rPr>
        <w:t xml:space="preserve">[58:31] </w:t>
      </w:r>
      <w:r>
        <w:t>apne aap ko durust karna hai. khud-ehtesabi ke zariye se. aur da'wati amal ko tez kar dena hai.</w:t>
      </w:r>
    </w:p>
    <w:p>
      <w:pPr>
        <w:jc w:val="right"/>
      </w:pPr>
      <w:r>
        <w:t>اپنے آپ کو درست کرنا ہے۔ خود احتسابی کے ذریعے سے۔ اور دعوتی عمل کو تیز کر دینا ہے۔</w:t>
      </w:r>
    </w:p>
    <w:p>
      <w:r>
        <w:rPr>
          <w:b/>
        </w:rPr>
        <w:t xml:space="preserve">[58:46] </w:t>
      </w:r>
      <w:r>
        <w:t>is waqt jo kaam kiya jayega, iska sawab bohat zyada hoga. aur dilon ke muqable mein aaj kal jo kaam aap karenge, iska sawab bohat zyada hoga.</w:t>
      </w:r>
    </w:p>
    <w:p>
      <w:pPr>
        <w:jc w:val="right"/>
      </w:pPr>
      <w:r>
        <w:t>اس وقت جو کام کیا جائے گا، اس کا ثواب بہت زیادہ ہوگا۔ اور دلوں کے مقابلے میں آج کل جو کام آپ کریں گے، اس کا ثواب بہت زیادہ ہوگا۔</w:t>
      </w:r>
    </w:p>
    <w:p>
      <w:r>
        <w:rPr>
          <w:b/>
        </w:rPr>
        <w:t xml:space="preserve">[58:56] </w:t>
      </w:r>
      <w:r>
        <w:t>bohat zyada hoga, bohat zyada hoga.</w:t>
      </w:r>
    </w:p>
    <w:p>
      <w:pPr>
        <w:jc w:val="right"/>
      </w:pPr>
      <w:r>
        <w:t>بہت زیادہ ہوگا، بہت زیادہ ہوگا۔</w:t>
      </w:r>
    </w:p>
    <w:p>
      <w:r>
        <w:rPr>
          <w:b/>
        </w:rPr>
        <w:t xml:space="preserve">[58:59] </w:t>
      </w:r>
      <w:r>
        <w:t>to ab zyada sawab lene ka waqt aa gaya hai.</w:t>
      </w:r>
    </w:p>
    <w:p>
      <w:pPr>
        <w:jc w:val="right"/>
      </w:pPr>
      <w:r>
        <w:t>تو اب زیادہ ثواب لینے کا وقت آ گیا ہے۔</w:t>
      </w:r>
    </w:p>
    <w:p>
      <w:r>
        <w:rPr>
          <w:b/>
        </w:rPr>
        <w:t xml:space="preserve">[59:04] </w:t>
      </w:r>
      <w:r>
        <w:t>zyada sawab lene ka waqt aa gaya hai.</w:t>
      </w:r>
    </w:p>
    <w:p>
      <w:pPr>
        <w:jc w:val="right"/>
      </w:pPr>
      <w:r>
        <w:t>زیادہ ثواب لینے کا وقت آ گیا ہے۔</w:t>
      </w:r>
    </w:p>
    <w:p>
      <w:r>
        <w:rPr>
          <w:b/>
        </w:rPr>
        <w:t xml:space="preserve">[59:09] </w:t>
      </w:r>
      <w:r>
        <w:t>yaani aur dilon mein ghaflat bhi, aur dilon ke muqable mein aaj ki ghaflat bhi zyada sangin hai.</w:t>
      </w:r>
    </w:p>
    <w:p>
      <w:pPr>
        <w:jc w:val="right"/>
      </w:pPr>
      <w:r>
        <w:t>یعنی اور دلوں میں غفلت بھی، اور دلوں کے مقابلے میں آج کی غفلت بھی زیادہ سنگین ہے۔</w:t>
      </w:r>
    </w:p>
    <w:p>
      <w:r>
        <w:rPr>
          <w:b/>
        </w:rPr>
        <w:t xml:space="preserve">[59:20] </w:t>
      </w:r>
      <w:r>
        <w:t>to main dua karta hoon ke hum baat ko samjhen. aur zyada se zyada Allah ki taraf rujoo hon. aqoolu qawli hadha wa astaghfirullaha li wa lakum ajma'een</w:t>
      </w:r>
    </w:p>
    <w:p>
      <w:pPr>
        <w:jc w:val="right"/>
      </w:pPr>
      <w:r>
        <w:t>تو میں دعا کرتا ہوں کہ ہم بات کو سمجھیں۔ اور زیادہ سے زیادہ اللہ کی طرف رجوع ہوں۔ أقول قولي هذا وأستغفر الله لي ولكم أجمعين</w:t>
      </w:r>
    </w:p>
    <w:p>
      <w:r>
        <w:rPr>
          <w:b/>
        </w:rPr>
        <w:t xml:space="preserve">[59:48] </w:t>
      </w:r>
      <w:r>
        <w:t>Maulana Shariq Hussain ne Delhi se sawal kiya hai. ek sahab se mulaqat hui, unhone kaha ke sara shukr sirf Allah ke liye hi hai.</w:t>
      </w:r>
    </w:p>
    <w:p>
      <w:pPr>
        <w:jc w:val="right"/>
      </w:pPr>
      <w:r>
        <w:t>مولانا شارق حسین نے دلی سے سوال کیا ہے۔ ایک صاحب سے ملاقات ہوئی، انہوں نے کہا کہ سارا شکر صرف اللہ کے لیے ہی ہے۔</w:t>
      </w:r>
    </w:p>
    <w:p>
      <w:r>
        <w:rPr>
          <w:b/>
        </w:rPr>
        <w:t xml:space="preserve">[59:59] </w:t>
      </w:r>
      <w:r>
        <w:t>jin ahadees mein hai ke bondon ka bhi shukr ada karna hai, to un hadeeson ki tawjeeh yeh ki jayegi ke bondon ki taraf se ehsan ka mamla hone par unke liye sirf dua ki jaye.</w:t>
      </w:r>
    </w:p>
    <w:p>
      <w:pPr>
        <w:jc w:val="right"/>
      </w:pPr>
      <w:r>
        <w:t>جن احادیث میں ہے کہ بندوں کا بھی شکر ادا کرنا ہے، تو ان حدیثوں کی توجیح یہ کی جائے گی کہ بندوں کی طرف سے احسان کا معاملہ ہونے پر ان کے لیے صرف دعا کی جائے۔</w:t>
      </w:r>
    </w:p>
    <w:p>
      <w:r>
        <w:rPr>
          <w:b/>
        </w:rPr>
        <w:t xml:space="preserve">[1:00:14] </w:t>
      </w:r>
      <w:r>
        <w:t>kyunke in ka shukr karna, un ko Khuda ke shukr mein shareek karne ke hum ma'ni ban jaye ga. baraye karam is ko wazeh karen.</w:t>
      </w:r>
    </w:p>
    <w:p>
      <w:pPr>
        <w:jc w:val="right"/>
      </w:pPr>
      <w:r>
        <w:t>کیونکہ ان کا شکر کرنا، ان کو خدا کے شکر میں شریک کرنے کے ہم معنی بن جائے گا۔ برائے کرم اس کو واضح کریں۔</w:t>
      </w:r>
    </w:p>
    <w:p>
      <w:r>
        <w:rPr>
          <w:b/>
        </w:rPr>
        <w:t xml:space="preserve">[1:00:24] </w:t>
      </w:r>
      <w:r>
        <w:t>dekhen, yeh khud sakhta baaten hain. apne dimagh se soch soch kar ke nuqtay nikalna.</w:t>
      </w:r>
    </w:p>
    <w:p>
      <w:pPr>
        <w:jc w:val="right"/>
      </w:pPr>
      <w:r>
        <w:t>دیکھیں، یہ خود ساختہ باتیں ہیں۔ اپنے دماغ سے سوچ سوچ کر کے نقطے نکالنا۔</w:t>
      </w:r>
    </w:p>
    <w:p>
      <w:r>
        <w:rPr>
          <w:b/>
        </w:rPr>
        <w:t xml:space="preserve">[1:00:34] </w:t>
      </w:r>
      <w:r>
        <w:t>sochna chahiye, dekhiye, apne dimagh ke nuqton ko le kar nahin. hadith ke alfaaz ko, Quran ke alfaaz ko le kar sochna chahiye.</w:t>
      </w:r>
    </w:p>
    <w:p>
      <w:pPr>
        <w:jc w:val="right"/>
      </w:pPr>
      <w:r>
        <w:t>سوچنا چاہیے، دیکھیے، اپنے دماغ کے نقطوں کو لے کر نہیں۔ حدیث کے الفاظ کو، قرآن کے الفاظ کو لے کر سوچنا چاہیے۔</w:t>
      </w:r>
    </w:p>
    <w:p>
      <w:r>
        <w:rPr>
          <w:b/>
        </w:rPr>
        <w:t xml:space="preserve">[1:00:44] </w:t>
      </w:r>
      <w:r>
        <w:t>hadith mein hai ke ma lam yashkur un naas lam yashkur ul laah. jo aadmi insaan ka shukr nahin kare ga, woh Khuda ka shukr bhi nahin kare ga.</w:t>
      </w:r>
    </w:p>
    <w:p>
      <w:pPr>
        <w:jc w:val="right"/>
      </w:pPr>
      <w:r>
        <w:t>حدیث میں ہے کہ مَا لَمْ يَشْكُرُ النَّاسُ لَمْ يَشْكُرُ اللَّهُ ۔ جو آدمی انسان کا شکر نہیں کرے گا، وہ خدا کا شکر بھی نہیں کرے گا۔</w:t>
      </w:r>
    </w:p>
    <w:p>
      <w:r>
        <w:rPr>
          <w:b/>
        </w:rPr>
        <w:t xml:space="preserve">[1:00:57] </w:t>
      </w:r>
      <w:r>
        <w:t>is ko base bana kar socheen. log kya karte hain? ke apne mind mein aik aik concept hai, aik aik mind mein aik khayal aa gaya hai, us ko le kar sochne lagte hain.</w:t>
      </w:r>
    </w:p>
    <w:p>
      <w:pPr>
        <w:jc w:val="right"/>
      </w:pPr>
      <w:r>
        <w:t>اس کو بیس بنا کر سوچیے۔ لوگ کیا کرتے ہیں؟ کہ اپنے مائنڈ میں ایک ایک کانسیپٹ ہے، ایک ایک مائنڈ میں ایک خیال آ گیا ہے، اس کو لے کر سوچنے لگتے ہیں۔</w:t>
      </w:r>
    </w:p>
    <w:p>
      <w:r>
        <w:rPr>
          <w:b/>
        </w:rPr>
        <w:t xml:space="preserve">[1:01:09] </w:t>
      </w:r>
      <w:r>
        <w:t>daryae ke Quran hadith mein jo aaya hai, us ko le kar sochna.</w:t>
      </w:r>
    </w:p>
    <w:p>
      <w:pPr>
        <w:jc w:val="right"/>
      </w:pPr>
      <w:r>
        <w:t>دریائے کہ قرآن حدیث میں جو آیا ہے، اس کو لے کر سوچنا۔</w:t>
      </w:r>
    </w:p>
    <w:p>
      <w:r>
        <w:rPr>
          <w:b/>
        </w:rPr>
        <w:t xml:space="preserve">[1:01:13] </w:t>
      </w:r>
      <w:r>
        <w:t>jab is ko aap sochen ge to kahan pohnchen ge aap? Quran mein kai aayat yaad aayen gi aap ko ke Allah ne aik seenay mein do dil nahin banaye.</w:t>
      </w:r>
    </w:p>
    <w:p>
      <w:pPr>
        <w:jc w:val="right"/>
      </w:pPr>
      <w:r>
        <w:t>جب اس کو آپ سوچیں گے تو کہاں پہنچیں گے آپ؟ قرآن میں کئی آیات یاد آئیں گی آپ کو کہ اللہ نے ایک سینے میں دو دل نہیں بنائے۔</w:t>
      </w:r>
    </w:p>
    <w:p>
      <w:r>
        <w:rPr>
          <w:b/>
        </w:rPr>
        <w:t xml:space="preserve">[1:01:25] </w:t>
      </w:r>
      <w:r>
        <w:t>is ka matlab kya hai? ke shukr ka jazba jo hai, rahe ga to mahdood nahin ho ga. woh insaan ke liye shukr ho ga to Khuda ka shukr ho ga.</w:t>
      </w:r>
    </w:p>
    <w:p>
      <w:pPr>
        <w:jc w:val="right"/>
      </w:pPr>
      <w:r>
        <w:t>اس کا مطلب کیا ہے؟ کہ شکر کا جذبہ جو ہے، رہے گا تو محدود نہیں ہوگا۔ وہ انسان کے لیے شکر ہوگا تو خدا کا شکر ہوگا۔</w:t>
      </w:r>
    </w:p>
    <w:p>
      <w:r>
        <w:rPr>
          <w:b/>
        </w:rPr>
        <w:t xml:space="preserve">[1:01:37] </w:t>
      </w:r>
      <w:r>
        <w:t>Khuda ka shukr ho ga to insaan ke liye shukr ho ga. yeh matlab hai is ka.</w:t>
      </w:r>
    </w:p>
    <w:p>
      <w:pPr>
        <w:jc w:val="right"/>
      </w:pPr>
      <w:r>
        <w:t>خدا کا شکر ہوگا تو انسان کے لیے شکر ہوگا۔ یہ مطلب ہے اس کا۔</w:t>
      </w:r>
    </w:p>
    <w:p>
      <w:r>
        <w:rPr>
          <w:b/>
        </w:rPr>
        <w:t xml:space="preserve">[1:01:43] </w:t>
      </w:r>
      <w:r>
        <w:t>to shukr ka matlab hai etiraf, acknowledgment karna. to acknowledgment karne ki spirit agar aap ke andar aa jaye to rukay gi nahin kahin.</w:t>
      </w:r>
    </w:p>
    <w:p>
      <w:pPr>
        <w:jc w:val="right"/>
      </w:pPr>
      <w:r>
        <w:t>تو شکر کا مطلب ہے اعتراف، اکنالش کرنا۔ تو اکنالش کرنے کی سپرٹ اگر آپ کے اندر آ جائے تو رکے گی نہیں کہیں۔</w:t>
      </w:r>
    </w:p>
    <w:p>
      <w:r>
        <w:rPr>
          <w:b/>
        </w:rPr>
        <w:t xml:space="preserve">[1:01:56] </w:t>
      </w:r>
      <w:r>
        <w:t>insaan ke baray mein aaye gi to Khuda tak pohnche gi. Khuda insaan, Khuda ka insaan tak pohnche ga. woh level alag alag ho ga.</w:t>
      </w:r>
    </w:p>
    <w:p>
      <w:pPr>
        <w:jc w:val="right"/>
      </w:pPr>
      <w:r>
        <w:t>انسان کے بارے میں آئے گی تو خدا تک پہنچے گی۔ خدا انسان، خدا کا انسان تک پہنچے گی۔ وہ لیول الگ الگ ہوگا۔</w:t>
      </w:r>
    </w:p>
    <w:p>
      <w:r>
        <w:rPr>
          <w:b/>
        </w:rPr>
        <w:t xml:space="preserve">[1:02:05] </w:t>
      </w:r>
      <w:r>
        <w:t>Khuda ka shukr jo hai, woh fitri hota hai. insaan ka shukr insani satah par hota hai. to satah ka farq hai.</w:t>
      </w:r>
    </w:p>
    <w:p>
      <w:pPr>
        <w:jc w:val="right"/>
      </w:pPr>
      <w:r>
        <w:t>خدا کا شکر جو ہے، وہ فطری ہوتا ہے۔ انسان کا شکر انسانی سطح پر ہوتا ہے۔ تو سطح کا فرق ہے۔</w:t>
      </w:r>
    </w:p>
    <w:p>
      <w:r>
        <w:rPr>
          <w:b/>
        </w:rPr>
        <w:t xml:space="preserve">[1:02:14] </w:t>
      </w:r>
      <w:r>
        <w:t>Khuda ka shukr Khudaai satah par ho ga. insaan ka shukr insani satah par ho ga. to wohi etiraf, wohi acknowledgment ho ga, lekin satah alag alag ho gi.</w:t>
      </w:r>
    </w:p>
    <w:p>
      <w:pPr>
        <w:jc w:val="right"/>
      </w:pPr>
      <w:r>
        <w:t>خدا کا شکر خدائی سطح پر ہوگا۔ انسان کا شکر انسانی سطح پر ہوگا۔ تو وہی اعتراف، وہی اکنالجمنٹ ہوگا، لیکن سطح الگ الگ ہوگی۔</w:t>
      </w:r>
    </w:p>
    <w:p>
      <w:r>
        <w:rPr>
          <w:b/>
        </w:rPr>
        <w:t xml:space="preserve">[1:02:26] </w:t>
      </w:r>
      <w:r>
        <w:t>yeh hai Quran ke alfaaz ko le kar ke sochna, hadith ke alfaaz ko le kar sochna. lekin log kya karte hain? apne dimagh mein ikhtiyar usi ko le kar ke lagte hain.</w:t>
      </w:r>
    </w:p>
    <w:p>
      <w:pPr>
        <w:jc w:val="right"/>
      </w:pPr>
      <w:r>
        <w:t>یہ ہے قرآن کے الفاظ کو لے کر کے سوچنا، حدیث کے الفاظ کو لے کر سوچنا۔ لیکن لوگ کیا کرتے ہیں؟ اپنے دماغ میں اختیار اسی کو لے کر کے لگتے ہیں۔</w:t>
      </w:r>
    </w:p>
    <w:p>
      <w:r>
        <w:rPr>
          <w:b/>
        </w:rPr>
        <w:t xml:space="preserve">[1:02:38] </w:t>
      </w:r>
      <w:r>
        <w:t>shairi to shairi kehta hoon, takbandi kehta hoon. main takbandi</w:t>
      </w:r>
    </w:p>
    <w:p>
      <w:pPr>
        <w:jc w:val="right"/>
      </w:pPr>
      <w:r>
        <w:t>شاعری تو شاعری کہتا ہوں، تکبندی کہتا ہوں۔ میں تکبندی</w:t>
      </w:r>
    </w:p>
    <w:p>
      <w:r>
        <w:rPr>
          <w:b/>
        </w:rPr>
        <w:t xml:space="preserve">[1:02:46] </w:t>
      </w:r>
      <w:r>
        <w:t>to aik hai, shaarana tafseer yani poetic interpretation. aik hai Quranic interpretation. dono mein farq karna chahiye. Mrs. Bushra ne Pakistan se sawal kiya hai.</w:t>
      </w:r>
    </w:p>
    <w:p>
      <w:pPr>
        <w:jc w:val="right"/>
      </w:pPr>
      <w:r>
        <w:t>تو ایک ہے، شارانہ تفسیر یعنی پوئٹک انٹرپریٹیشن۔ ایک ہے قرآنک انٹرپریٹیشن۔ دونوں میں فرق کرنا چاہیے۔ مسز بشریٰ نے پاکستان سے سوال کیا ہے۔</w:t>
      </w:r>
    </w:p>
    <w:p>
      <w:r>
        <w:rPr>
          <w:b/>
        </w:rPr>
        <w:t xml:space="preserve">[1:03:01] </w:t>
      </w:r>
      <w:r>
        <w:t>aaj ke har Musalman ko Rasool Allah ki ummat par hone ka fakhr hai.</w:t>
      </w:r>
    </w:p>
    <w:p>
      <w:pPr>
        <w:jc w:val="right"/>
      </w:pPr>
      <w:r>
        <w:t>آج کے ہر مسلمان کو رسول اللہ کی امت پر ہونے کا فقر ہے۔</w:t>
      </w:r>
    </w:p>
    <w:p>
      <w:r>
        <w:rPr>
          <w:b/>
        </w:rPr>
        <w:t xml:space="preserve">[1:03:07] </w:t>
      </w:r>
      <w:r>
        <w:t>woh apne aap ko jannat ka haqdara samajhte hain, magar doosri taraf woh apni duties ko kyun nahin realize karte? yeh shaitan ka kaisa jaal hai jo insaan ke haq ki discovery ki raah mein rukawat hai?</w:t>
      </w:r>
    </w:p>
    <w:p>
      <w:pPr>
        <w:jc w:val="right"/>
      </w:pPr>
      <w:r>
        <w:t>وہ اپنے آپ کو جنت کا حقدار سمجھتے ہیں، مگر دوسری طرف وہ اپنی ڈیوٹیز کو کیوں نہیں realize کرتے؟ یہ شیطان کا کیسا جال ہے جو انسان کے حق کی discovery کی راہ میں رکاوٹ ہے؟</w:t>
      </w:r>
    </w:p>
    <w:p>
      <w:r>
        <w:rPr>
          <w:b/>
        </w:rPr>
        <w:t xml:space="preserve">[1:03:25] </w:t>
      </w:r>
      <w:r>
        <w:t>fakhr jo hai, wohi rukawat hai. fakhr kabhi bhi aap ko amal karne ke liye nahin kahe ga.</w:t>
      </w:r>
    </w:p>
    <w:p>
      <w:pPr>
        <w:jc w:val="right"/>
      </w:pPr>
      <w:r>
        <w:t>فخر جو ہے، وہی رکاوٹ ہے۔ فخر کبھی بھی آپ کو عمل کرنے کے لیے نہیں کہے گا۔</w:t>
      </w:r>
    </w:p>
    <w:p>
      <w:r>
        <w:rPr>
          <w:b/>
        </w:rPr>
        <w:t xml:space="preserve">[1:03:34] </w:t>
      </w:r>
      <w:r>
        <w:t>jahan fakhr aaya, amal khatam ho gaya.</w:t>
      </w:r>
    </w:p>
    <w:p>
      <w:pPr>
        <w:jc w:val="right"/>
      </w:pPr>
      <w:r>
        <w:t>جہاں فخر آیا، عمل ختم ہو گیا۔</w:t>
      </w:r>
    </w:p>
    <w:p>
      <w:r>
        <w:rPr>
          <w:b/>
        </w:rPr>
        <w:t xml:space="preserve">[1:03:39] </w:t>
      </w:r>
      <w:r>
        <w:t>to dekhiye, main yeh kahoon ga ke Islam par ya deen par fakhr karna, yeh kahan se aata hai? aap ko dekhna chahiye, kya Sahaba fakhr karte thay?</w:t>
      </w:r>
    </w:p>
    <w:p>
      <w:pPr>
        <w:jc w:val="right"/>
      </w:pPr>
      <w:r>
        <w:t>تو دیکھیے، میں یہ کہوں گا کہ اسلام پر یا دین پر فخر کرنا، یہ کہاں سے آتا ہے؟ آپ کو دیکھنا چاہیے، کیا صحابہ فخر کرتے تھے؟</w:t>
      </w:r>
    </w:p>
    <w:p>
      <w:r>
        <w:rPr>
          <w:b/>
        </w:rPr>
        <w:t xml:space="preserve">[1:03:53] </w:t>
      </w:r>
      <w:r>
        <w:t>koi bhi Sahabi ne kabhi yeh kaha ke mujhe fakhr hai ke mujhe Islam mil gaya, main Musalman hoon? aik bhi nahin hai. to yeh bidat hai. yeh kehna ke mujhe fakhr hai ke main Musalman hoon, yeh bidat hai, sartoah bidat hai, gumrahi hai, zillat hai.</w:t>
      </w:r>
    </w:p>
    <w:p>
      <w:pPr>
        <w:jc w:val="right"/>
      </w:pPr>
      <w:r>
        <w:t>کوئی بھی صحابی نے کبھی یہ کہا کہ مجھے فخر ہے کہ مجھے اسلام مل گیا، میں مسلمان ہوں؟ ایک بھی نہیں ہے۔ تو یہ بدعت ہے۔ یہ کہنا کہ مجھے فخر ہے کہ میں مسلمان ہوں، یہ بدعت ہے، سرتوہ بدعت ہے، گمراہی ہے، ذلالت ہے۔</w:t>
      </w:r>
    </w:p>
    <w:p>
      <w:r>
        <w:rPr>
          <w:b/>
        </w:rPr>
        <w:t xml:space="preserve">[1:04:07] </w:t>
      </w:r>
      <w:r>
        <w:t>balkay main kahoon, gunah hai, gunah. to is se amal kahan se nikle ga? sab se pehle fakhr pasandi ko mitaiye, tab amal nikle ga.</w:t>
      </w:r>
    </w:p>
    <w:p>
      <w:pPr>
        <w:jc w:val="right"/>
      </w:pPr>
      <w:r>
        <w:t>بلکہ میں کہوں، گناہ ہے، گناہ۔ تو اس سے عمل کہاں سے نکلے گا؟ سب سے پہلے فخر پسندی کو مٹائیے، تب عمل نکلے گا۔</w:t>
      </w:r>
    </w:p>
    <w:p>
      <w:r>
        <w:rPr>
          <w:b/>
        </w:rPr>
        <w:t xml:space="preserve">[1:04:18] </w:t>
      </w:r>
      <w:r>
        <w:t>fakhr pasandi to qatil hai amal ki, qatil, killer.</w:t>
      </w:r>
    </w:p>
    <w:p>
      <w:pPr>
        <w:jc w:val="right"/>
      </w:pPr>
      <w:r>
        <w:t>فخر پسندی تو قاتل ہے عمل کی، قاتل، killer۔</w:t>
      </w:r>
    </w:p>
    <w:p>
      <w:r>
        <w:rPr>
          <w:b/>
        </w:rPr>
        <w:t xml:space="preserve">[1:04:26] </w:t>
      </w:r>
      <w:r>
        <w:t>ab dekhiye, fakhr jo log karte hain, kis baat par karte hain</w:t>
      </w:r>
    </w:p>
    <w:p>
      <w:pPr>
        <w:jc w:val="right"/>
      </w:pPr>
      <w:r>
        <w:t>اب دیکھیے، فخر جو لوگ کرتے ہیں، کس بات پر کرتے ہیں</w:t>
      </w:r>
    </w:p>
    <w:p>
      <w:r>
        <w:rPr>
          <w:b/>
        </w:rPr>
        <w:t xml:space="preserve">[1:04:29] </w:t>
      </w:r>
      <w:r>
        <w:t>? fakhr karte hain tareekh par. tareekh par yaani political. azmat bana rakhi hai musalmanon ne, woh bhi, woh bhi yaani yaani khud sakhta hai, woh bhi musalmanon ko jis tareekh par fakhr hai, woh tareekh woh bhi un ki apni bani hui hai.</w:t>
      </w:r>
    </w:p>
    <w:p>
      <w:pPr>
        <w:jc w:val="right"/>
      </w:pPr>
      <w:r>
        <w:t>؟ فخر کرتے ہیں تاریخ پر۔ تاریخ پر یعنی political۔ عظمت بنا رکھی ہے مسلمانوں نے، وہ بھی، وہ بھی یعنی یعنی خود ساختہ ہے، وہ بھی مسلمانوں کو جس تاریخ پر فخر ہے، وہ تاریخ وہ بھی ان کی اپنی بنائی ہوئی ہے۔</w:t>
      </w:r>
    </w:p>
    <w:p>
      <w:r>
        <w:rPr>
          <w:b/>
        </w:rPr>
        <w:t xml:space="preserve">[1:04:50] </w:t>
      </w:r>
      <w:r>
        <w:t>real tareekh nahin hai, woh jis par woh fakhr karte hain. to behal, woh fakhr karte hain tareekh par.</w:t>
      </w:r>
    </w:p>
    <w:p>
      <w:pPr>
        <w:jc w:val="right"/>
      </w:pPr>
      <w:r>
        <w:t>real تاریخ نہیں ہے، وہ جس پر وہ فخر کرتے ہیں۔ تو بہرحال، وہ فخر کرتے ہیں تاریخ پر۔</w:t>
      </w:r>
    </w:p>
    <w:p>
      <w:r>
        <w:rPr>
          <w:b/>
        </w:rPr>
        <w:t xml:space="preserve">[1:04:58] </w:t>
      </w:r>
      <w:r>
        <w:t>khuda par, rasool par thori fakhr karte hain.</w:t>
      </w:r>
    </w:p>
    <w:p>
      <w:pPr>
        <w:jc w:val="right"/>
      </w:pPr>
      <w:r>
        <w:t>خدا پر، رسول پر تھوڑی فخر کرتے ہیں۔</w:t>
      </w:r>
    </w:p>
    <w:p>
      <w:r>
        <w:rPr>
          <w:b/>
        </w:rPr>
        <w:t xml:space="preserve">[1:05:03] </w:t>
      </w:r>
      <w:r>
        <w:t>to jab jab tareekh par fakhr karenge to kya hoga? tareekh aap se kahe gi ke amal karo. jab aap khuda ko le kar sochenge, tab amal karne ka jazba paida hoga.</w:t>
      </w:r>
    </w:p>
    <w:p>
      <w:pPr>
        <w:jc w:val="right"/>
      </w:pPr>
      <w:r>
        <w:t>تو جب جب تاریخ پر فخر کریں گے تو کیا ہوگا؟ تاریخ آپ سے کہے گی کہ عمل کرو۔ جب آپ خدا کو لے کر سوچیں گے، تب عمل کرنے کا جذبہ پیدا ہوگا۔</w:t>
      </w:r>
    </w:p>
    <w:p>
      <w:r>
        <w:rPr>
          <w:b/>
        </w:rPr>
        <w:t xml:space="preserve">[1:05:14] </w:t>
      </w:r>
      <w:r>
        <w:t>kyun ke khuda jo hai, woh aap se aap se sawal kare ga. khuda ke samne aap accountable hain.</w:t>
      </w:r>
    </w:p>
    <w:p>
      <w:pPr>
        <w:jc w:val="right"/>
      </w:pPr>
      <w:r>
        <w:t>کیونکہ خدا جو ہے، وہ آپ سے آپ سے سوال کرے گا۔ خدا کے سامنے آپ accountable ہیں۔</w:t>
      </w:r>
    </w:p>
    <w:p>
      <w:r>
        <w:rPr>
          <w:b/>
        </w:rPr>
        <w:t xml:space="preserve">[1:05:22] </w:t>
      </w:r>
      <w:r>
        <w:t>rasool par ko le kar sochenge apne deen ko to rasool ki ko model banayenge. rasool ke ahkam ko sochenge to musalman atke hue hain apni qoumi tareekh par.</w:t>
      </w:r>
    </w:p>
    <w:p>
      <w:pPr>
        <w:jc w:val="right"/>
      </w:pPr>
      <w:r>
        <w:t>رسول پر کو لے کر سوچیں گے اپنے دین کو تو رسول کی کو ماڈل بنائیں گے۔ رسول کے احکام کو سوچیں گے تو مسلمان اٹکے ہوئے ہیں اپنی قومی تاریخ پر۔</w:t>
      </w:r>
    </w:p>
    <w:p>
      <w:r>
        <w:rPr>
          <w:b/>
        </w:rPr>
        <w:t xml:space="preserve">[1:05:34] </w:t>
      </w:r>
      <w:r>
        <w:t>masla yahan hai. musalman atke hue hain apni qoumi tareekh par. woh pohnche hi nahin hain khuda tak, rasool tak pohnche hi nahin hain. woh jis ki shakal yahi hai ke logon ko bataya jaye ke tum jo model hai islam mein, woh sahaba karam hain.</w:t>
      </w:r>
    </w:p>
    <w:p>
      <w:pPr>
        <w:jc w:val="right"/>
      </w:pPr>
      <w:r>
        <w:t>مسئلہ یہاں ہے۔ مسلمان اٹکے ہوئے ہیں اپنی قومی تاریخ پر۔ وہ پہنچے ہی نہیں ہیں خدا تک، رسول تک پہنچے ہی نہیں ہیں۔ وہ جس کی شکل یہی ہے کہ لوگوں کو بتایا جائے کہ تم جو ماڈل ہے اسلام میں، وہ صحابہ کرام ہیں۔</w:t>
      </w:r>
    </w:p>
    <w:p>
      <w:r>
        <w:rPr>
          <w:b/>
        </w:rPr>
        <w:t xml:space="preserve">[1:05:51] </w:t>
      </w:r>
      <w:r>
        <w:t>yeh socho ke tumhara jo deen hai, kya sahaba hain? kahan is ka namuna milta hai? nahin milta to chodo is ko. is ko batil samjho, batil samajh ke is ko door ho jao.</w:t>
      </w:r>
    </w:p>
    <w:p>
      <w:pPr>
        <w:jc w:val="right"/>
      </w:pPr>
      <w:r>
        <w:t>یہ سوچو کہ تمہارا جو دین ہے، کیا صحابہ ہیں؟ کہاں اس کا نمونہ ملتا ہے؟ نہیں ملتا تو چھوڑو اس کو۔ اس کو باطل سمجھو، باطل سمجھ کے اس کو دور ہو جاؤ۔</w:t>
      </w:r>
    </w:p>
    <w:p>
      <w:r>
        <w:rPr>
          <w:b/>
        </w:rPr>
        <w:t xml:space="preserve">[1:06:04] </w:t>
      </w:r>
      <w:r>
        <w:t>to jab tak sahaba ke model se judge ka mizaj nahin aye ga, tab tak musalmanon ki islaah nahin ho sakti hai.</w:t>
      </w:r>
    </w:p>
    <w:p>
      <w:pPr>
        <w:jc w:val="right"/>
      </w:pPr>
      <w:r>
        <w:t>تو جب تک صحابہ کے ماڈل سے judge کا مزاج نہیں آئے گا، تب تک مسلمانوں کی اصلاح نہیں ہو سکتی ہے۔</w:t>
      </w:r>
    </w:p>
    <w:p>
      <w:r>
        <w:rPr>
          <w:b/>
        </w:rPr>
        <w:t xml:space="preserve">[1:06:14] </w:t>
      </w:r>
      <w:r>
        <w:t>Mr. Amir Ben Yousuf ne Pakistan se likha hai. jihadi log Quran ki ayat number 75 surah nisa ke mafhoom ko bohat sunate hain.</w:t>
      </w:r>
    </w:p>
    <w:p>
      <w:pPr>
        <w:jc w:val="right"/>
      </w:pPr>
      <w:r>
        <w:t>Mr. Amir Ben Yousuf نے پاکستان سے لکھا ہے۔ جہادی لوگ قرآن کی آیت نمبر 75 سورہ نساء کے مفہوم کو بہت سناتے ہیں۔</w:t>
      </w:r>
    </w:p>
    <w:p>
      <w:r>
        <w:rPr>
          <w:b/>
        </w:rPr>
        <w:t xml:space="preserve">[1:06:27] </w:t>
      </w:r>
      <w:r>
        <w:t>maulana sahib, is ki wazahat farmayen. yeh yeh is ayat se jo cheez nikalti hai, woh yeh hai ke halat mazloomi mein ho to wahan larne ka hukum hai.</w:t>
      </w:r>
    </w:p>
    <w:p>
      <w:pPr>
        <w:jc w:val="right"/>
      </w:pPr>
      <w:r>
        <w:t>مولانا صاحب، اس کی وضاحت فرمائیں۔ یہ یہ اس آیت سے جو چیز نکلتی ہے، وہ یہ ہے کہ حالت مظلومی میں ہو تو وہاں لڑنے کا حکم ہے۔</w:t>
      </w:r>
    </w:p>
    <w:p>
      <w:r>
        <w:rPr>
          <w:b/>
        </w:rPr>
        <w:t xml:space="preserve">[1:06:38] </w:t>
      </w:r>
      <w:r>
        <w:t>aaj ka musalman halat mazloomi mein kaun hai? aaj bhi kha kar mota ho raha hai. khoob, jis mulk mein jaiye, khoob that se rehte hain log. yaani halat mazloomi mein musalman kahan phanse hue hain?</w:t>
      </w:r>
    </w:p>
    <w:p>
      <w:pPr>
        <w:jc w:val="right"/>
      </w:pPr>
      <w:r>
        <w:t>آج کا مسلمان حالت مظلومی میں کون ہے؟ آج بھی کھا کر موٹا ہو رہا ہے۔ خوب، جس ملک میں جائیے، خوب ٹھاٹ سے رہتے ہیں لوگ۔ یعنی حالت مظلومی میں مسلمان کہاں پھنسے ہوئے ہیں؟</w:t>
      </w:r>
    </w:p>
    <w:p>
      <w:r>
        <w:rPr>
          <w:b/>
        </w:rPr>
        <w:t xml:space="preserve">[1:06:50] </w:t>
      </w:r>
      <w:r>
        <w:t>ab to sarkashi kar ke woh apne ko yaani mubtala kiye hue hain. masail sarkashi.</w:t>
      </w:r>
    </w:p>
    <w:p>
      <w:pPr>
        <w:jc w:val="right"/>
      </w:pPr>
      <w:r>
        <w:t>اب تو سرکشی کر کے وہ اپنے کو یعنی مبتلا کیے ہوئے ہیں۔ مسائل سرکشی۔</w:t>
      </w:r>
    </w:p>
    <w:p>
      <w:r>
        <w:rPr>
          <w:b/>
        </w:rPr>
        <w:t xml:space="preserve">[1:06:58] </w:t>
      </w:r>
      <w:r>
        <w:t>abhi mein jo middle east mein jo protest ho rahe hain, woh TV maine dekha to khoob mote mote log thay. woh to kaun mazloomi mein kaun hai?</w:t>
      </w:r>
    </w:p>
    <w:p>
      <w:pPr>
        <w:jc w:val="right"/>
      </w:pPr>
      <w:r>
        <w:t>ابھی میں جو مڈل ایسٹ میں جو پروٹیسٹ ہو رہے ہیں، وہ ٹی وی میں نے دیکھا تو خوب موٹے موٹے لوگ تھے۔ وہ تو کون مظلومی میں کون ہے؟</w:t>
      </w:r>
    </w:p>
    <w:p>
      <w:r>
        <w:rPr>
          <w:b/>
        </w:rPr>
        <w:t xml:space="preserve">[1:07:07] </w:t>
      </w:r>
      <w:r>
        <w:t>woh</w:t>
      </w:r>
    </w:p>
    <w:p>
      <w:pPr>
        <w:jc w:val="right"/>
      </w:pPr>
      <w:r>
        <w:t>وہ</w:t>
      </w:r>
    </w:p>
    <w:p>
      <w:r>
        <w:rPr>
          <w:b/>
        </w:rPr>
        <w:t xml:space="preserve">[1:07:10] </w:t>
      </w:r>
      <w:r>
        <w:t>hata ke ek yeh bol raha tha baqayda ke mere pas paisa bhi hai, mere pas uhda bhi hai, mere pas ghar bhi hai, mere pas children bhi hain. yaani yeh khud hi koi bol raha hai.</w:t>
      </w:r>
    </w:p>
    <w:p>
      <w:pPr>
        <w:jc w:val="right"/>
      </w:pPr>
      <w:r>
        <w:t>حتیٰ کہ ایک یہ بول رہا تھا باقاعدہ کہ میرے پاس پیسہ بھی ہے، میرے پاس عہدہ بھی ہے، میرے پاس گھر بھی ہے، میرے پاس چلڈرن بھی ہے۔ یعنی یہ خود ہی کوئی بول رہا ہے۔</w:t>
      </w:r>
    </w:p>
    <w:p>
      <w:r>
        <w:rPr>
          <w:b/>
        </w:rPr>
        <w:t xml:space="preserve">[1:07:18] </w:t>
      </w:r>
      <w:r>
        <w:t>woh to halat mazloomi mein kaun hai? is ayat ka taluq hai is is soorat e haal se jab musalman halat mazloomi mein hon.</w:t>
      </w:r>
    </w:p>
    <w:p>
      <w:pPr>
        <w:jc w:val="right"/>
      </w:pPr>
      <w:r>
        <w:t>وہ تو حالت مظلومی میں کون ہے؟ اس آیت کا تعلق ہے اس اس صورتحال سے جب مسلمان حالت مظلومی میں ہوں۔</w:t>
      </w:r>
    </w:p>
    <w:p>
      <w:r>
        <w:rPr>
          <w:b/>
        </w:rPr>
        <w:t xml:space="preserve">[1:07:28] </w:t>
      </w:r>
      <w:r>
        <w:t>aaj kisi dunya ke kisi musalman mein musalman halat mazloomi mein nahin hain. khoob that se rehte hain. sab kuch unhein mila hua hai. sarkashi kar ke problem create kiye hue hain musalman.</w:t>
      </w:r>
    </w:p>
    <w:p>
      <w:pPr>
        <w:jc w:val="right"/>
      </w:pPr>
      <w:r>
        <w:t>آج کسی دنیا کے کسی مسلمان میں مسلمان حالت مظلومی میں نہیں ہیں۔ خوب ٹھاٹ سے رہتے ہیں۔ سب کچھ انہیں ملا ہوا ہے۔ سرکشی کر کے پرابلم کریٹ کیے ہوئے ہیں مسلمان۔</w:t>
      </w:r>
    </w:p>
    <w:p>
      <w:r>
        <w:rPr>
          <w:b/>
        </w:rPr>
        <w:t xml:space="preserve">[1:07:38] </w:t>
      </w:r>
      <w:r>
        <w:t>yeh is liye bilkul batil hai. is is ayat ka hawala dena gunah hai, gunah.</w:t>
      </w:r>
    </w:p>
    <w:p>
      <w:pPr>
        <w:jc w:val="right"/>
      </w:pPr>
      <w:r>
        <w:t>یہ اس لیے بالکل باطل ہے۔ اس اس آیت کا حوالہ دینا گناہ ہے، گناہ۔</w:t>
      </w:r>
    </w:p>
    <w:p>
      <w:r>
        <w:rPr>
          <w:b/>
        </w:rPr>
        <w:t xml:space="preserve">[1:07:48] </w:t>
      </w:r>
      <w:r>
        <w:t>maulana iqbal umri ne tamil nadu se likha hai. marne ke baad muhasba hoga. isi liye har mazhab mein nijat ki mukhtalif shakalain hain.</w:t>
      </w:r>
    </w:p>
    <w:p>
      <w:pPr>
        <w:jc w:val="right"/>
      </w:pPr>
      <w:r>
        <w:t>مولانا اقبال عمری نے تمل ناڈو سے لکھا ہے۔ مرنے کے بعد محاسبہ ہوگا۔ اسی لیے ہر مذہب میں نجات کی مختلف شکلیں ہیں۔</w:t>
      </w:r>
    </w:p>
    <w:p>
      <w:r>
        <w:rPr>
          <w:b/>
        </w:rPr>
        <w:t xml:space="preserve">[1:08:00] </w:t>
      </w:r>
      <w:r>
        <w:t>jaisay kaffara, aavagaman, etc. magar sahi shakal mein nijat ka dawah islam ka hai. hum madu ko kaise samjhayein, us ke bare mein batayen.</w:t>
      </w:r>
    </w:p>
    <w:p>
      <w:pPr>
        <w:jc w:val="right"/>
      </w:pPr>
      <w:r>
        <w:t>جیسے کفارہ، آواگمن، etc۔ مگر صحیح شکل میں نجات کا دعویٰ اسلام کا ہے۔ ہم مدعو کو کیسے سمجھائیں، اس کے بارے میں بتائیں۔</w:t>
      </w:r>
    </w:p>
    <w:p>
      <w:r>
        <w:rPr>
          <w:b/>
        </w:rPr>
        <w:t xml:space="preserve">[1:08:15] </w:t>
      </w:r>
      <w:r>
        <w:t>dekhen, basic baat yeh hai ke authentic source of divine guidance kya hai?</w:t>
      </w:r>
    </w:p>
    <w:p>
      <w:pPr>
        <w:jc w:val="right"/>
      </w:pPr>
      <w:r>
        <w:t>دیکھیں، basic بات یہ ہے کہ authentic source of divine guidance کیا ہے؟</w:t>
      </w:r>
    </w:p>
    <w:p>
      <w:r>
        <w:rPr>
          <w:b/>
        </w:rPr>
        <w:t xml:space="preserve">[1:08:26] </w:t>
      </w:r>
      <w:r>
        <w:t>yaani khuda ki hidayat ko janne ka mustanad zariya kya hai? to ilmi aitbar, ilmi tor par jab bhi koi sochenga, ilmi tor par to siwaye Quran ke koi bhi authentic source nahin paye ga woh.</w:t>
      </w:r>
    </w:p>
    <w:p>
      <w:pPr>
        <w:jc w:val="right"/>
      </w:pPr>
      <w:r>
        <w:t>یعنی خدا کی ہدایت کو جاننے کا مستند ذریعہ کیا ہے؟ تو علمی اعتبار، علمی طور پر جب بھی کوئی سوچے گا، علمی طور پر تو سوائے قرآن کے کوئی بھی authentic source نہیں پائے گا وہ۔</w:t>
      </w:r>
    </w:p>
    <w:p>
      <w:r>
        <w:rPr>
          <w:b/>
        </w:rPr>
        <w:t xml:space="preserve">[1:08:41] </w:t>
      </w:r>
      <w:r>
        <w:t>kyun ke baqi jo kitaben hain, woh ya to mythology hain ya woh distort ho chuka hai, distort ho chuka hai un ke andar.</w:t>
      </w:r>
    </w:p>
    <w:p>
      <w:pPr>
        <w:jc w:val="right"/>
      </w:pPr>
      <w:r>
        <w:t>کیونکہ بقیہ جو کتابیں ہیں، وہ یا تو mythology ہیں یا وہ distort ہو چکا ہے، distort ہو چکا ہے ان کے اندر۔</w:t>
      </w:r>
    </w:p>
    <w:p>
      <w:r>
        <w:rPr>
          <w:b/>
        </w:rPr>
        <w:t xml:space="preserve">[1:08:51] </w:t>
      </w:r>
      <w:r>
        <w:t>un ko koi, un ko koi history nahin hai. to woh authentic source nahin ban sakti hai. yeh scholars ka faisla hai, bare bare scholars ka.</w:t>
      </w:r>
    </w:p>
    <w:p>
      <w:pPr>
        <w:jc w:val="right"/>
      </w:pPr>
      <w:r>
        <w:t>ان کو کوئی، ان کو کوئی history نہیں ہے۔ تو وہ authentic source نہیں بن سکتی ہے۔ یہ scholars کا فیصلہ ہے، بڑے بڑے scholars کا۔</w:t>
      </w:r>
    </w:p>
    <w:p>
      <w:r>
        <w:rPr>
          <w:b/>
        </w:rPr>
        <w:t xml:space="preserve">[1:09:04] </w:t>
      </w:r>
      <w:r>
        <w:t>is pe baqayda kitabein likhi gayi hain. aik aik bol, aik mustaqil fun hai, us ko kehte hain historical criticism.</w:t>
      </w:r>
    </w:p>
    <w:p>
      <w:pPr>
        <w:jc w:val="right"/>
      </w:pPr>
      <w:r>
        <w:t>اس پہ باقاعدہ کتابیں لکھی گئی ہیں۔ ایک ایک بول، ایک مستقل فن ہے، اس کو کہتے ہیں historical criticism۔</w:t>
      </w:r>
    </w:p>
    <w:p>
      <w:r>
        <w:rPr>
          <w:b/>
        </w:rPr>
        <w:t xml:space="preserve">[1:09:10] </w:t>
      </w:r>
      <w:r>
        <w:t>aik mustaqil discipline hai yeh, jis ke do naam hain: higher criticism aur historical criticism. mustaqil discipline hai higher criticism aur historical</w:t>
      </w:r>
    </w:p>
    <w:p>
      <w:pPr>
        <w:jc w:val="right"/>
      </w:pPr>
      <w:r>
        <w:t>ایک مستقل discipline ہے یہ، جس کے دو نام ہیں: higher criticism اور historical criticism۔ مستقل discipline ہے higher criticism اور historical</w:t>
      </w:r>
    </w:p>
    <w:p>
      <w:r>
        <w:rPr>
          <w:b/>
        </w:rPr>
        <w:t xml:space="preserve">[1:09:23] </w:t>
      </w:r>
      <w:r>
        <w:t>criticism. is mein yeh proof ho chuka hai ke siwaye quran ke koi bhi kitab aisi nahi hai jo yani mehfooz.</w:t>
      </w:r>
    </w:p>
    <w:p>
      <w:pPr>
        <w:jc w:val="right"/>
      </w:pPr>
      <w:r>
        <w:t>criticism۔ اس میں یہ پروف ہو چکا ہے کہ سوائے قرآن کے کوئی بھی کتاب ایسی نہیں ہے جو یعنی محفوظ ہو۔</w:t>
      </w:r>
    </w:p>
    <w:p>
      <w:r>
        <w:rPr>
          <w:b/>
        </w:rPr>
        <w:t xml:space="preserve">[1:09:34] </w:t>
      </w:r>
      <w:r>
        <w:t>sab mein milawat hai, sab mein. mislan, koi aisi kitab hai jis ko sirf translate available hai, aur is ka pata hi nahi ke is ka asal kya tha.</w:t>
      </w:r>
    </w:p>
    <w:p>
      <w:pPr>
        <w:jc w:val="right"/>
      </w:pPr>
      <w:r>
        <w:t>سب میں ملاوٹ ہے، سب میں۔ مثلاً، کوئی ایسی کتاب ہے جس کو صرف ٹرانسلیٹ available ہے، اور اس کا پتہ ہی نہیں کہ اس کا اصل کیا تھا۔</w:t>
      </w:r>
    </w:p>
    <w:p>
      <w:r>
        <w:rPr>
          <w:b/>
        </w:rPr>
        <w:t xml:space="preserve">[1:09:45] </w:t>
      </w:r>
      <w:r>
        <w:t>to agar aadmi sincere ho to woh us ko manna parega ke sirf quran hi aik mehfooz kitab hai.</w:t>
      </w:r>
    </w:p>
    <w:p>
      <w:pPr>
        <w:jc w:val="right"/>
      </w:pPr>
      <w:r>
        <w:t>تو اگر آدمی sincere ہو تو وہ اس کو ماننا پڑے گا کہ صرف قرآن ہی ایک محفوظ کتاب ہے۔</w:t>
      </w:r>
    </w:p>
    <w:p>
      <w:r>
        <w:rPr>
          <w:b/>
        </w:rPr>
        <w:t xml:space="preserve">[1:09:53] </w:t>
      </w:r>
      <w:r>
        <w:t>jab yeh maan lega to nijat ka tasawwur jo quran mein diya gaya, woh manna parega us ko. aur woh hai zalik jaza muntaq jo apni apne aap ko, jo apna tazkiya karega, tazkiya us ke liye nijat hai.</w:t>
      </w:r>
    </w:p>
    <w:p>
      <w:pPr>
        <w:jc w:val="right"/>
      </w:pPr>
      <w:r>
        <w:t>جب یہ مان لے گا تو نجات کا تصور جو قرآن میں دیا گیا، وہ ماننا پڑے گا اس کو۔ اور وہ ہے ذالک جزاء منتذک جو اپنی اپنے آپ کو، جو اپنا تزکیہ کرے گا، تزکیہ اس کے لیے نجات ہے۔</w:t>
      </w:r>
    </w:p>
    <w:p>
      <w:r>
        <w:rPr>
          <w:b/>
        </w:rPr>
        <w:t xml:space="preserve">[1:10:09] </w:t>
      </w:r>
      <w:r>
        <w:t>aur koi doosri cheez nijat ka zariya nahi ban sakti.</w:t>
      </w:r>
    </w:p>
    <w:p>
      <w:pPr>
        <w:jc w:val="right"/>
      </w:pPr>
      <w:r>
        <w:t>اور کوئی دوسری چیز نجات کا ذریعہ نہیں بن سکتی۔</w:t>
      </w:r>
    </w:p>
    <w:p>
      <w:r>
        <w:rPr>
          <w:b/>
        </w:rPr>
        <w:t xml:space="preserve">[1:10:13] </w:t>
      </w:r>
      <w:r>
        <w:t>to kitab ki mehfooziyat jab tak aadmi samjhe na samjhe, us waqt tak us ko woh bahasain karega aur baat ka sira nahi milega us ko.</w:t>
      </w:r>
    </w:p>
    <w:p>
      <w:pPr>
        <w:jc w:val="right"/>
      </w:pPr>
      <w:r>
        <w:t>تو کتاب کی محفوظیت جب تک آدمی سمجھے نہ سمجھے، اس وقت تک اس کو وہ بحثیں کرے گا اور بات کا سرا نہیں ملے گا اس کو۔</w:t>
      </w:r>
    </w:p>
    <w:p>
      <w:r>
        <w:rPr>
          <w:b/>
        </w:rPr>
        <w:t xml:space="preserve">[1:10:32] </w:t>
      </w:r>
      <w:r>
        <w:t>Ah, Maulana, there is a comment which has come from Mr. Ramesh Siddiqui from New Delhi.</w:t>
      </w:r>
    </w:p>
    <w:p>
      <w:pPr>
        <w:jc w:val="right"/>
      </w:pPr>
      <w:r>
        <w:t>اہ مولانا دیر از ا کمنٹ وچ از کم فرام مسٹر رامش صدیقی فرام نیو دہلی۔</w:t>
      </w:r>
    </w:p>
    <w:p>
      <w:r>
        <w:rPr>
          <w:b/>
        </w:rPr>
        <w:t xml:space="preserve">[1:10:38] </w:t>
      </w:r>
      <w:r>
        <w:t>he has written: "Yesterday I met Sheikh Abdul Rahman Al Sudais, Imam of Haram. I had, I had a word about the mission of CPS.</w:t>
      </w:r>
    </w:p>
    <w:p>
      <w:pPr>
        <w:jc w:val="right"/>
      </w:pPr>
      <w:r>
        <w:t>ہی از ریٹن: "یسٹرڈے ائی میٹ شیخ عبدالرحمن السدیس امام اف حرم۔ ائی ہیڈ، ائی ہیڈ ا ورڈ اباؤٹ دا مشن اف سی پی ایس۔</w:t>
      </w:r>
    </w:p>
    <w:p>
      <w:r>
        <w:rPr>
          <w:b/>
        </w:rPr>
        <w:t xml:space="preserve">[1:10:49] </w:t>
      </w:r>
      <w:r>
        <w:t>he said to me that he has your Arabic commentary of Quran and the Arabic translation of God Arises which is Islamedia.</w:t>
      </w:r>
    </w:p>
    <w:p>
      <w:pPr>
        <w:jc w:val="right"/>
      </w:pPr>
      <w:r>
        <w:t>ہی سیڈ ٹو می دیٹ ہی ہیز یور عربک کمنٹری اف قرآن اینڈ دی عربک ٹرانسلیشن اف گاڈ ارائزز وچ از الاسلامیدہ۔</w:t>
      </w:r>
    </w:p>
    <w:p>
      <w:r>
        <w:rPr>
          <w:b/>
        </w:rPr>
        <w:t xml:space="preserve">[1:10:59] </w:t>
      </w:r>
      <w:r>
        <w:t>i will move on into the next question." bohat khushi ki baat hai, bohat khushi ki baat</w:t>
      </w:r>
    </w:p>
    <w:p>
      <w:pPr>
        <w:jc w:val="right"/>
      </w:pPr>
      <w:r>
        <w:t>ائی ویل موو ان ٹو دا نیکسٹ کوسچن۔" بہت خوشی کی بات ہے، بہت خوشی کی بات</w:t>
      </w:r>
    </w:p>
    <w:p>
      <w:r>
        <w:rPr>
          <w:b/>
        </w:rPr>
        <w:t xml:space="preserve">[1:11:05] </w:t>
      </w:r>
      <w:r>
        <w:t>hai. Allah taala hamein mazeed rahin khole, hamare liye. agla sawal ah Maulana Fayyaz Umri ka hai, Gulbergah se.</w:t>
      </w:r>
    </w:p>
    <w:p>
      <w:pPr>
        <w:jc w:val="right"/>
      </w:pPr>
      <w:r>
        <w:t>ہے۔ اللہ تعالی ہمیں مزید راہیں کھولے، ہمارے لیے۔ اگلا سوال اہ مولانا فیاض عمری کا ہے، گلبرگہ سے۔</w:t>
      </w:r>
    </w:p>
    <w:p>
      <w:r>
        <w:rPr>
          <w:b/>
        </w:rPr>
        <w:t xml:space="preserve">[1:11:16] </w:t>
      </w:r>
      <w:r>
        <w:t>unhon ne likha hai: "Surah Al Fajr mein aaya hai ke Allah aur malaika saf dar saf aayenge. is ki wazahat karein."</w:t>
      </w:r>
    </w:p>
    <w:p>
      <w:pPr>
        <w:jc w:val="right"/>
      </w:pPr>
      <w:r>
        <w:t>انہوں نے لکھا ہے: "سورۃ الفجر میں آیا ہے کہ اللہ اور ملائکہ صف در صف آئیں گے۔ اس کی وضاحت کریں۔"</w:t>
      </w:r>
    </w:p>
    <w:p>
      <w:r>
        <w:rPr>
          <w:b/>
        </w:rPr>
        <w:t xml:space="preserve">[1:11:28] </w:t>
      </w:r>
      <w:r>
        <w:t>ab zahir hai ke actual taur par kya hoga, yeh to koi janta nahi hai.</w:t>
      </w:r>
    </w:p>
    <w:p>
      <w:pPr>
        <w:jc w:val="right"/>
      </w:pPr>
      <w:r>
        <w:t>اب ظاہر ہے کہ ایکچول طور پر کیا ہوگا، یہ تو کوئی جانتا نہیں ہے۔</w:t>
      </w:r>
    </w:p>
    <w:p>
      <w:r>
        <w:rPr>
          <w:b/>
        </w:rPr>
        <w:t xml:space="preserve">[1:11:34] </w:t>
      </w:r>
      <w:r>
        <w:t>lekin bazahir is ka matlab yahi hai ke abhi hum nazar nahi aate, hum ko hum Allah ko dekhte nahi.</w:t>
      </w:r>
    </w:p>
    <w:p>
      <w:pPr>
        <w:jc w:val="right"/>
      </w:pPr>
      <w:r>
        <w:t>لیکن بظاہر اس کا مطلب یہی ہے کہ ابھی ہم نظر نہیں آتے، ہم کو ہم اللہ کو دیکھتے نہیں۔</w:t>
      </w:r>
    </w:p>
    <w:p>
      <w:r>
        <w:rPr>
          <w:b/>
        </w:rPr>
        <w:t xml:space="preserve">[1:11:43] </w:t>
      </w:r>
      <w:r>
        <w:t>sab kuch ghayb mein hai. to qayamat had-e-fasal hai. qayamat ke baad kuch kuch ghayb mein nahi rahegi, sab kuch khul jayega.</w:t>
      </w:r>
    </w:p>
    <w:p>
      <w:pPr>
        <w:jc w:val="right"/>
      </w:pPr>
      <w:r>
        <w:t>سب کچھ غیب میں ہے۔ تو قیامت حد فاصل ہے۔ قیامت کے بعد کچھ کچھ غیب میں نہیں رہے گی، سب کچھ کھل جائے گا۔</w:t>
      </w:r>
    </w:p>
    <w:p>
      <w:r>
        <w:rPr>
          <w:b/>
        </w:rPr>
        <w:t xml:space="preserve">[1:11:58] </w:t>
      </w:r>
      <w:r>
        <w:t>yeh woh haqiqatein hain jo aaj ghaybi bani hui hain: Allah ka wajood, farishton ka wajood, jahannum ka wajood, jannat ka wajood. yeh aaj jo hai ghaybi haqiqatein bani hui hain, aaj woh hamare liye aqeeday ka darja rakhti hain.</w:t>
      </w:r>
    </w:p>
    <w:p>
      <w:pPr>
        <w:jc w:val="right"/>
      </w:pPr>
      <w:r>
        <w:t>یہ وہ حقیقتیں ہیں جو آج غیبی بنی ہوئی ہیں: اللہ کا وجود، فرشتوں کا وجود، جہنم کا وجود، جنت کا وجود۔ یہ آج جو ہے غیبی حقیقتیں بنی ہوئی ہیں، آج وہ ہمارے لیے عقیدے کا درجہ رکھتی ہیں۔</w:t>
      </w:r>
    </w:p>
    <w:p>
      <w:r>
        <w:rPr>
          <w:b/>
        </w:rPr>
        <w:t xml:space="preserve">[1:12:13] </w:t>
      </w:r>
      <w:r>
        <w:t>lekin qayamat ke baad parda hat jayega, parda hat jayega.</w:t>
      </w:r>
    </w:p>
    <w:p>
      <w:pPr>
        <w:jc w:val="right"/>
      </w:pPr>
      <w:r>
        <w:t>لیکن قیامت کے بعد پردہ ہٹ جائے گا، پردہ ہٹ جائے گا۔</w:t>
      </w:r>
    </w:p>
    <w:p>
      <w:r>
        <w:rPr>
          <w:b/>
        </w:rPr>
        <w:t xml:space="preserve">[1:12:21] </w:t>
      </w:r>
      <w:r>
        <w:t>sab kuch aaina khule taur par dikhai dene lagega.</w:t>
      </w:r>
    </w:p>
    <w:p>
      <w:pPr>
        <w:jc w:val="right"/>
      </w:pPr>
      <w:r>
        <w:t>سب کچھ آئینہ کھلے طور پر دکھائی دینے لگے گا۔</w:t>
      </w:r>
    </w:p>
    <w:p>
      <w:r>
        <w:rPr>
          <w:b/>
        </w:rPr>
        <w:t xml:space="preserve">[1:12:30] </w:t>
      </w:r>
      <w:r>
        <w:t>jaise quran majeed mein hai, yahi baat quran majeed mein in alfaaz mein kahi gayi hai ke fakshaf anka ghitaa wa asraka al hadeed to ghitaa ma'ni parda, yani parda hata diya jayega to sab kuch dikhai dega.</w:t>
      </w:r>
    </w:p>
    <w:p>
      <w:pPr>
        <w:jc w:val="right"/>
      </w:pPr>
      <w:r>
        <w:t>جیسے قرآن مجید میں ہے، یہی بات قرآن مجید میں ان الفاظ میں کہی گئی ہے کہ فکشف عنک غطا واسرک الحدید تو غطا معنی پردہ، یعنی پردہ ہٹا دیا جائے گا تو سب کچھ دکھائی دے گا۔</w:t>
      </w:r>
    </w:p>
    <w:p>
      <w:r>
        <w:rPr>
          <w:b/>
        </w:rPr>
        <w:t xml:space="preserve">[1:12:45] </w:t>
      </w:r>
      <w:r>
        <w:t>to farishte jo hain, jook dar jook aayenge aur Allah taala ka bhi zahoor hoga. lekin fi waqe kya hoga, us ko koi insaan nahi janta</w:t>
      </w:r>
    </w:p>
    <w:p>
      <w:pPr>
        <w:jc w:val="right"/>
      </w:pPr>
      <w:r>
        <w:t>تو فرشتے جو ہیں، جوک در جوک آئیں گے اور اللہ تعالی کا بھی ظہور ہوگا۔ لیکن فی الواقع کیا ہوگا، اس کو کوئی انسان نہیں جانت</w:t>
      </w:r>
    </w:p>
    <w:p>
      <w:r>
        <w:rPr>
          <w:b/>
        </w:rPr>
        <w:t xml:space="preserve">[1:12:58] </w:t>
      </w:r>
      <w:r>
        <w:t>a. hum us ko mujmal taur par samajh sakte hain ke aisa hoga.</w:t>
      </w:r>
    </w:p>
    <w:p>
      <w:pPr>
        <w:jc w:val="right"/>
      </w:pPr>
      <w:r>
        <w:t>ا۔ ہم اس کو مجمل طور پر سمجھ سکتے ہیں کہ ایسا ہوگا۔</w:t>
      </w:r>
    </w:p>
    <w:p>
      <w:r>
        <w:rPr>
          <w:b/>
        </w:rPr>
        <w:t xml:space="preserve">[1:13:04] </w:t>
      </w:r>
      <w:r>
        <w:t>Maulana Asrar Umri ne Tamil Nadu se likha hai. insaan apni mahdoodiyat ko kaise daryaft kare? Maulana us ke bare mein batayein.</w:t>
      </w:r>
    </w:p>
    <w:p>
      <w:pPr>
        <w:jc w:val="right"/>
      </w:pPr>
      <w:r>
        <w:t>مولانا اسرار عمری نے تمل ناڈو سے لکھا ہے۔ انسان اپنی محدودیت کو کیسے دریافت کرے؟ مولانا اس کے بارے میں بتائیں۔</w:t>
      </w:r>
    </w:p>
    <w:p>
      <w:r>
        <w:rPr>
          <w:b/>
        </w:rPr>
        <w:t xml:space="preserve">[1:13:15] </w:t>
      </w:r>
      <w:r>
        <w:t>woh to har lamha mahdoodiyat jaan sakta hai. aadmi abhi dekhiye, aap ka aaj raat ko arth aur tha,</w:t>
      </w:r>
    </w:p>
    <w:p>
      <w:pPr>
        <w:jc w:val="right"/>
      </w:pPr>
      <w:r>
        <w:t>وہ تو ہر لمحہ محدودیت جان سکتا ہے۔ آدمی ابھی دیکھیے، آپ کا آج رات کو ارتھ اور تھا،</w:t>
      </w:r>
    </w:p>
    <w:p>
      <w:r>
        <w:rPr>
          <w:b/>
        </w:rPr>
        <w:t xml:space="preserve">[1:13:27] </w:t>
      </w:r>
      <w:r>
        <w:t>sarhe aath se sarhe nau tak. aaj hi raat ki baat hai, arth aur to arth aur mein kya tha ke light band karna tha. yani ek ghante tak raat light band kar rakhna tha.</w:t>
      </w:r>
    </w:p>
    <w:p>
      <w:pPr>
        <w:jc w:val="right"/>
      </w:pPr>
      <w:r>
        <w:t>ساڑھے آٹھ سے ساڑھے نو تک۔ آج ہی رات کی بات ہے، ارتھ اور تو ارتھ اور میں کیا تھا کہ لائٹ بند کرنا تھا۔ یعنی ایک گھنٹے تک رات لائٹ بند کر رکھنا تھا۔</w:t>
      </w:r>
    </w:p>
    <w:p>
      <w:r>
        <w:rPr>
          <w:b/>
        </w:rPr>
        <w:t xml:space="preserve">[1:13:40] </w:t>
      </w:r>
      <w:r>
        <w:t>to hum ne apne haan sarhe aath se sarhe nau tak light band rakhi. to achaanak kya mehsoos hua ke ab aankh hai, main dekh nahin sakta.</w:t>
      </w:r>
    </w:p>
    <w:p>
      <w:pPr>
        <w:jc w:val="right"/>
      </w:pPr>
      <w:r>
        <w:t>تو ہم نے اپنے ہاں ساڑھے آٹھ سے ساڑھے نو تک لائٹ بند رکھی۔ تو اچانک کیا محسوس ہوا کہ اب آنکھ ہے، میں دیکھ نہیں سکتا۔</w:t>
      </w:r>
    </w:p>
    <w:p>
      <w:r>
        <w:rPr>
          <w:b/>
        </w:rPr>
        <w:t xml:space="preserve">[1:13:51] </w:t>
      </w:r>
      <w:r>
        <w:t>jab tak jal rahi thi to main dekh pata tha.</w:t>
      </w:r>
    </w:p>
    <w:p>
      <w:pPr>
        <w:jc w:val="right"/>
      </w:pPr>
      <w:r>
        <w:t>جب تک جل رہی تھی تو میں دیکھ پاتا تھا۔</w:t>
      </w:r>
    </w:p>
    <w:p>
      <w:r>
        <w:rPr>
          <w:b/>
        </w:rPr>
        <w:t xml:space="preserve">[1:13:56] </w:t>
      </w:r>
      <w:r>
        <w:t>ab jo light nahin hai to main aankh hai, main dekh nahin sakta. yeh to hai tajurba apne mahdoodiyat ka.</w:t>
      </w:r>
    </w:p>
    <w:p>
      <w:pPr>
        <w:jc w:val="right"/>
      </w:pPr>
      <w:r>
        <w:t>اب جو لائٹ نہیں ہے تو میں آنکھ ہے، میں دیکھ نہیں سکتا۔ یہ تو ہے تجربہ اپنے محدودیت کا۔</w:t>
      </w:r>
    </w:p>
    <w:p>
      <w:r>
        <w:rPr>
          <w:b/>
        </w:rPr>
        <w:t xml:space="preserve">[1:14:09] </w:t>
      </w:r>
      <w:r>
        <w:t>yahi to tajurba hai. aap pani peete hain to aap sochiye ke aap pani bana sakte hain. to yeh bhi tajurba mahdoodiyat ka hai ke main yani pani nahin bana sakta.</w:t>
      </w:r>
    </w:p>
    <w:p>
      <w:pPr>
        <w:jc w:val="right"/>
      </w:pPr>
      <w:r>
        <w:t>یہی تو تجربہ ہے۔ آپ پانی پیتے ہیں تو آپ سوچیے کہ آپ پانی بنا سکتے ہیں۔ تو یہ بھی تجربہ محدودیت کا ہے کہ میں یعنی پانی نہیں بنا سکتا۔</w:t>
      </w:r>
    </w:p>
    <w:p>
      <w:r>
        <w:rPr>
          <w:b/>
        </w:rPr>
        <w:t xml:space="preserve">[1:14:22] </w:t>
      </w:r>
      <w:r>
        <w:t>agarche mujhe pani ki zaroorat hai,</w:t>
      </w:r>
    </w:p>
    <w:p>
      <w:pPr>
        <w:jc w:val="right"/>
      </w:pPr>
      <w:r>
        <w:t>اگرچہ مجھے پانی کی ضرورت ہے،</w:t>
      </w:r>
    </w:p>
    <w:p>
      <w:r>
        <w:rPr>
          <w:b/>
        </w:rPr>
        <w:t xml:space="preserve">[1:14:24] </w:t>
      </w:r>
      <w:r>
        <w:t>yani meri meri yahan had aa jati hai ke main khud pani banaun. bol raha hun, main ek lamhe mein mere bolna band ho sakta hai.</w:t>
      </w:r>
    </w:p>
    <w:p>
      <w:pPr>
        <w:jc w:val="right"/>
      </w:pPr>
      <w:r>
        <w:t>یعنی میری میری یہاں حد آ جاتی ہے کہ میں خود پانی بناؤں۔ بول رہا ہوں، میں ایک لمحے میں میرے بولنا بند ہو سکتا ہے۔</w:t>
      </w:r>
    </w:p>
    <w:p>
      <w:r>
        <w:rPr>
          <w:b/>
        </w:rPr>
        <w:t xml:space="preserve">[1:14:36] </w:t>
      </w:r>
      <w:r>
        <w:t>apni zindagi mein main ne aise log dekhe hain ke khoob achhe the, tandrust, un ki bol band ho gayi, bol nahin sakte the. woh aise hi bas dekhte rehte the.</w:t>
      </w:r>
    </w:p>
    <w:p>
      <w:pPr>
        <w:jc w:val="right"/>
      </w:pPr>
      <w:r>
        <w:t>اپنی زندگی میں میں نے ایسے لوگ دیکھے ہیں کہ خوب اچھے تھے، تندرست، ان کی بول بند ہو گئی، بول نہیں سکتے تھے۔ وہ ایسے ہی بس دیکھتے رہتے تھے۔</w:t>
      </w:r>
    </w:p>
    <w:p>
      <w:r>
        <w:rPr>
          <w:b/>
        </w:rPr>
        <w:t xml:space="preserve">[1:14:46] </w:t>
      </w:r>
      <w:r>
        <w:t>aise log the ke memory bohat achhi thi, achaanak chali gayi. ab kuch kisi ko pehchante nahin the. woh</w:t>
      </w:r>
    </w:p>
    <w:p>
      <w:pPr>
        <w:jc w:val="right"/>
      </w:pPr>
      <w:r>
        <w:t>ایسے لوگ تھے کہ میموری بہت اچھی تھی، اچانک چلی گئی۔ اب کچھ کسی کو پہچانتے نہیں تھے۔ وہ</w:t>
      </w:r>
    </w:p>
    <w:p>
      <w:r>
        <w:rPr>
          <w:b/>
        </w:rPr>
        <w:t xml:space="preserve">[1:14:52] </w:t>
      </w:r>
      <w:r>
        <w:t>to lamahdoodiyat ka tajurba hai. to har lamha, har har cheez mein ho sakta hai. sirf yeh hai ke shaoor bedar ho, aap hassas hon.</w:t>
      </w:r>
    </w:p>
    <w:p>
      <w:pPr>
        <w:jc w:val="right"/>
      </w:pPr>
      <w:r>
        <w:t>تو لامحدودیت کا تجربہ ہے۔ تو ہر لمحہ، ہر ہر چیز میں ہو سکتا ہے۔ صرف یہ ہے کہ شعور بیدار ہو، آپ حساس ہوں۔</w:t>
      </w:r>
    </w:p>
    <w:p>
      <w:r>
        <w:rPr>
          <w:b/>
        </w:rPr>
        <w:t xml:space="preserve">[1:15:04] </w:t>
      </w:r>
      <w:r>
        <w:t>har lamha, har lamha. is mein koi kisi yani banawati taur par kisi course ki zaroorat nahin hai.</w:t>
      </w:r>
    </w:p>
    <w:p>
      <w:pPr>
        <w:jc w:val="right"/>
      </w:pPr>
      <w:r>
        <w:t>ہر لمحہ، ہر لمحہ۔ اس میں کوئی کسی یعنی بناوٹی طور پر کسی کورس کی ضرورت نہیں ہے۔</w:t>
      </w:r>
    </w:p>
    <w:p>
      <w:r>
        <w:rPr>
          <w:b/>
        </w:rPr>
        <w:t xml:space="preserve">[1:15:13] </w:t>
      </w:r>
      <w:r>
        <w:t>jo har lamha jo aap ki zindagi hai, is mein har waqt aap ko is ka tajurba hota rehta hai.</w:t>
      </w:r>
    </w:p>
    <w:p>
      <w:pPr>
        <w:jc w:val="right"/>
      </w:pPr>
      <w:r>
        <w:t>جو ہر لمحہ جو آپ کی زندگی ہے، اس میں ہر وقت آپ کو اس کا تجربہ ہوتا رہتا ہے۔</w:t>
      </w:r>
    </w:p>
    <w:p>
      <w:r>
        <w:rPr>
          <w:b/>
        </w:rPr>
        <w:t xml:space="preserve">[1:15:21] </w:t>
      </w:r>
      <w:r>
        <w:t>main to har second mein tajurba karta hun, har minute tajurba karta hun, har lamha tajurba karta hun apni mahdoodiyat ka.</w:t>
      </w:r>
    </w:p>
    <w:p>
      <w:pPr>
        <w:jc w:val="right"/>
      </w:pPr>
      <w:r>
        <w:t>میں تو ہر سیکنڈ میں تجربہ کرتا ہوں، ہر منٹ تجربہ کرتا ہوں، ہر لمحہ تجربہ کرتا ہوں اپنی محدودیت کا۔</w:t>
      </w:r>
    </w:p>
    <w:p>
      <w:r>
        <w:rPr>
          <w:b/>
        </w:rPr>
        <w:t xml:space="preserve">[1:15:32] </w:t>
      </w:r>
      <w:r>
        <w:t>to cheez kya hai? shaoor ki bedari, soch ki bedari, mind ko activate karna.</w:t>
      </w:r>
    </w:p>
    <w:p>
      <w:pPr>
        <w:jc w:val="right"/>
      </w:pPr>
      <w:r>
        <w:t>تو چیز کیا ہے؟ شعور کی بیداری، سوچ کی بیداری، مائنڈ کو ایکٹیویٹ کرنا۔</w:t>
      </w:r>
    </w:p>
    <w:p>
      <w:r>
        <w:rPr>
          <w:b/>
        </w:rPr>
        <w:t xml:space="preserve">[1:15:45] </w:t>
      </w:r>
      <w:r>
        <w:t>bas aur kuch nahin.</w:t>
      </w:r>
    </w:p>
    <w:p>
      <w:pPr>
        <w:jc w:val="right"/>
      </w:pPr>
      <w:r>
        <w:t>بس اور کچھ نہیں۔</w:t>
      </w:r>
    </w:p>
    <w:p>
      <w:r>
        <w:rPr>
          <w:b/>
        </w:rPr>
        <w:t xml:space="preserve">[1:15:47] </w:t>
      </w:r>
      <w:r>
        <w:t>warna sartaapa hum yani yani hum ek ek aisa aisa wajood hain jo sartaapa mahdood wajood hai.</w:t>
      </w:r>
    </w:p>
    <w:p>
      <w:pPr>
        <w:jc w:val="right"/>
      </w:pPr>
      <w:r>
        <w:t>ورنہ سرتاپا ہم یعنی یعنی ہم ایک ایک ایسا ایسا وجود ہیں جو سرتاپا محدود وجود ہے۔</w:t>
      </w:r>
    </w:p>
    <w:p>
      <w:r>
        <w:rPr>
          <w:b/>
        </w:rPr>
        <w:t xml:space="preserve">[1:15:57] </w:t>
      </w:r>
      <w:r>
        <w:t>to har waqt is ke tajurbaat saamne aate rehte hain. agar zinda shaoor ho hamare andar, soch jaagi hui ho to har waqt hamein mehsoos hoga ke dekho, yahan main aaj sabit hua.</w:t>
      </w:r>
    </w:p>
    <w:p>
      <w:pPr>
        <w:jc w:val="right"/>
      </w:pPr>
      <w:r>
        <w:t>تو ہر وقت اس کے تجربات سامنے آتے رہتے ہیں۔ اگر زندہ شعور ہو ہمارے اندر، سوچ جاگی ہوئی ہو تو ہر وقت ہمیں محسوس ہوگا کہ دیکھو، یہاں میں آج ثابت ہوا۔</w:t>
      </w:r>
    </w:p>
    <w:p>
      <w:r>
        <w:rPr>
          <w:b/>
        </w:rPr>
        <w:t xml:space="preserve">[1:16:11] </w:t>
      </w:r>
      <w:r>
        <w:t>dekho, yahan mahdoodiyat aa gayi.</w:t>
      </w:r>
    </w:p>
    <w:p>
      <w:pPr>
        <w:jc w:val="right"/>
      </w:pPr>
      <w:r>
        <w:t>دیکھو، یہاں محدودیت آ گئی۔</w:t>
      </w:r>
    </w:p>
    <w:p>
      <w:r>
        <w:rPr>
          <w:b/>
        </w:rPr>
        <w:t xml:space="preserve">[1:16:19] </w:t>
      </w:r>
      <w:r>
        <w:t>jaise main ek martaba gaya ek kalbar ahmedabad mein, ek factory ek saamne lagai thi. nayi, woh engineer the to woh nayi factory thi, woh le gaye us ko.</w:t>
      </w:r>
    </w:p>
    <w:p>
      <w:pPr>
        <w:jc w:val="right"/>
      </w:pPr>
      <w:r>
        <w:t>جیسے میں ایک مرتبہ گیا ایک کالبر احمد آباد میں، ایک فیکٹری ایک سامنے لگائی تھی۔ نئی، وہ انجینئر تھے تو وہ نئی فیکٹری تھی، وہ لے گئے اس کو۔</w:t>
      </w:r>
    </w:p>
    <w:p>
      <w:r>
        <w:rPr>
          <w:b/>
        </w:rPr>
        <w:t xml:space="preserve">[1:16:33] </w:t>
      </w:r>
      <w:r>
        <w:t>to unhon ne kaha, baat cheet karte hue, mere paas koi manager nahin hai. yani MBA ka jo course hota hai, is course ko kar ke management sikhau.</w:t>
      </w:r>
    </w:p>
    <w:p>
      <w:pPr>
        <w:jc w:val="right"/>
      </w:pPr>
      <w:r>
        <w:t>تو انہوں نے کہا، بات چیت کرتے ہوئے، میرے پاس کوئی منیجر نہیں ہے۔ یعنی ایم بی اے کا جو کورس ہوتا ہے، اس کورس کو کر کے مینجمنٹ سکھاؤ۔</w:t>
      </w:r>
    </w:p>
    <w:p>
      <w:r>
        <w:rPr>
          <w:b/>
        </w:rPr>
        <w:t xml:space="preserve">[1:16:46] </w:t>
      </w:r>
      <w:r>
        <w:t>aisa aadmi mere paas nahin, main engineer hun. in to technology ke aitbaar se main factory ko dekh bhaal kar sakta hun.</w:t>
      </w:r>
    </w:p>
    <w:p>
      <w:pPr>
        <w:jc w:val="right"/>
      </w:pPr>
      <w:r>
        <w:t>ایسا آدمی میرے پاس نہیں، میں انجینئر ہوں۔ ان تو ٹیکنالوجی کے اعتبار سے میں فیکٹری کو دیکھ بھال کر سکتا ہوں۔</w:t>
      </w:r>
    </w:p>
    <w:p>
      <w:r>
        <w:rPr>
          <w:b/>
        </w:rPr>
        <w:t xml:space="preserve">[1:16:57] </w:t>
      </w:r>
      <w:r>
        <w:t>to is ko batate hue unhon ne kaha ke yeh jumla bole the woh ke apni to limit aa jati hai management side par.</w:t>
      </w:r>
    </w:p>
    <w:p>
      <w:pPr>
        <w:jc w:val="right"/>
      </w:pPr>
      <w:r>
        <w:t>تو اس کو بتاتے ہوئے انہوں نے کہا کہ یہ جملہ بولے تھے وہ کہ اپنی تو لمٹ آ جاتی ہے مینجمنٹ سائیڈ پر۔</w:t>
      </w:r>
    </w:p>
    <w:p>
      <w:r>
        <w:rPr>
          <w:b/>
        </w:rPr>
        <w:t xml:space="preserve">[1:17:09] </w:t>
      </w:r>
      <w:r>
        <w:t>apni to limit aa jati hai management side par.</w:t>
      </w:r>
    </w:p>
    <w:p>
      <w:pPr>
        <w:jc w:val="right"/>
      </w:pPr>
      <w:r>
        <w:t>اپنی تو لمٹ آ جاتی ہے مینجمنٹ سائیڈ پر۔</w:t>
      </w:r>
    </w:p>
    <w:p>
      <w:r>
        <w:rPr>
          <w:b/>
        </w:rPr>
        <w:t xml:space="preserve">[1:17:19] </w:t>
      </w:r>
      <w:r>
        <w:t>to yeh yeh insaan ka haal hai</w:t>
      </w:r>
    </w:p>
    <w:p>
      <w:pPr>
        <w:jc w:val="right"/>
      </w:pPr>
      <w:r>
        <w:t>تو یہ یہ انسان کا حال ہے</w:t>
      </w:r>
    </w:p>
    <w:p>
      <w:r>
        <w:rPr>
          <w:b/>
        </w:rPr>
        <w:t xml:space="preserve">[1:17:25] </w:t>
      </w:r>
      <w:r>
        <w:t>ke apni to limit aa jati hai management side par. to apni to limit aa jati hai is par. is par har waqt aap hi abhi to limit aa jati hai bolne ke had par, pani ke is par, har cheez par, aankh dekhne par.</w:t>
      </w:r>
    </w:p>
    <w:p>
      <w:pPr>
        <w:jc w:val="right"/>
      </w:pPr>
      <w:r>
        <w:t>کہ اپنی تو لمٹ آ جاتی ہے مینجمنٹ سائیڈ پر۔ تو اپنی تو لمٹ آ جاتی ہے اس پر۔ اس پر ہر وقت آپ ہی ابھی تو لمٹ آ جاتی ہے بولنے کے حد پر، پانی کے اس پر، ہر چیز پر، آنکھ دیکھنے پر۔</w:t>
      </w:r>
    </w:p>
    <w:p>
      <w:r>
        <w:rPr>
          <w:b/>
        </w:rPr>
        <w:t xml:space="preserve">[1:17:38] </w:t>
      </w:r>
      <w:r>
        <w:t>kyunke kyunke koi bhi cheez aisi nahi jahan aap hum yaani mehdoodiyat ke sh</w:t>
      </w:r>
    </w:p>
    <w:p>
      <w:pPr>
        <w:jc w:val="right"/>
      </w:pPr>
      <w:r>
        <w:t>کیونکہ کیونکہ کوئی بھی چیز ایسی نہیں جہاں آپ ہم یعنی محدودیت کے ش</w:t>
      </w:r>
    </w:p>
    <w:p>
      <w:r>
        <w:rPr>
          <w:b/>
        </w:rPr>
        <w:t xml:space="preserve">[1:17:43] </w:t>
      </w:r>
      <w:r>
        <w:t>kar na hon. Cheez yeh hai ke hum sochte nahi hain, daryaft nahi kar paate. Warna har lamha hamara har tajurba yaad dilata hai hum ko apni limitations ka.</w:t>
      </w:r>
    </w:p>
    <w:p>
      <w:pPr>
        <w:jc w:val="right"/>
      </w:pPr>
      <w:r>
        <w:t>کار نہ ہوں۔ چیز یہ ہے کہ ہم سوچتے نہیں ہیں، دریافت نہیں کر پاتے۔ ورنہ ہر لمحہ ہمارا ہر تجربہ یاد دلاتا ہے ہم کو اپنی لیمیٹیشنز کا۔</w:t>
      </w:r>
    </w:p>
    <w:p>
      <w:r>
        <w:rPr>
          <w:b/>
        </w:rPr>
        <w:t xml:space="preserve">[1:17:57] </w:t>
      </w:r>
      <w:r>
        <w:t>Maulana Inayatullah Umri ne Bengaluru se likha hai. Qayamat, jannat aur jahannum ki mukammal tafseelat sirf Quran mein hain ya aur koi mazhabi kitab mein bhi hain?</w:t>
      </w:r>
    </w:p>
    <w:p>
      <w:pPr>
        <w:jc w:val="right"/>
      </w:pPr>
      <w:r>
        <w:t>مولانا عنایت اللہ عمری نے بینگلورو سے لکھا ہے۔ قیامت، جنت اور جہنم کی مکمل تفصیلات صرف قرآن میں ہیں یا اور کوئی مذہبی کتاب میں بھی ہیں؟</w:t>
      </w:r>
    </w:p>
    <w:p>
      <w:r>
        <w:rPr>
          <w:b/>
        </w:rPr>
        <w:t xml:space="preserve">[1:18:11] </w:t>
      </w:r>
      <w:r>
        <w:t>Is ke bare mein aap batayein.</w:t>
      </w:r>
    </w:p>
    <w:p>
      <w:pPr>
        <w:jc w:val="right"/>
      </w:pPr>
      <w:r>
        <w:t>اس کے بارے میں آپ بتائیں۔</w:t>
      </w:r>
    </w:p>
    <w:p>
      <w:r>
        <w:rPr>
          <w:b/>
        </w:rPr>
        <w:t xml:space="preserve">[1:18:15] </w:t>
      </w:r>
      <w:r>
        <w:t>Main samajhta hoon ke har mazhab mein hai, lekin zahir hai ke authentic tor par to sirf Quran Hadees hi mein hai. Aur jitne mazhab hain, sab mein kahin na kahin tareeqe se woh cheez hai maujood.</w:t>
      </w:r>
    </w:p>
    <w:p>
      <w:pPr>
        <w:jc w:val="right"/>
      </w:pPr>
      <w:r>
        <w:t>میں سمجھتا ہوں کہ ہر مذہب میں ہے، لیکن ظاہر ہے کہ اتھینٹک طور پر تو صرف قرآن حدیث ہی میں ہے۔ اور جتنے مذہب ہیں، سب میں کہیں نہ کہیں طریقے سے وہ چیز ہے موجود۔</w:t>
      </w:r>
    </w:p>
    <w:p>
      <w:r>
        <w:rPr>
          <w:b/>
        </w:rPr>
        <w:t xml:space="preserve">[1:18:31] </w:t>
      </w:r>
      <w:r>
        <w:t>Kahin bohat hi halke andaaz mein hai, kahin taqatwar andaaz mein hai, kahin bigre hue andaaz mein hai. To kisi na kisi aitbaar se is ka tasawwur maujood hai.</w:t>
      </w:r>
    </w:p>
    <w:p>
      <w:pPr>
        <w:jc w:val="right"/>
      </w:pPr>
      <w:r>
        <w:t>کہیں بہت ہی ہلکے انداز میں ہے، کہیں طاقتور انداز میں ہے، کہیں بگڑے ہوئے انداز میں ہے۔ تو کسی نہ کسی اعتبار سے اس کا تصور موجود ہے۔</w:t>
      </w:r>
    </w:p>
    <w:p>
      <w:r>
        <w:rPr>
          <w:b/>
        </w:rPr>
        <w:t xml:space="preserve">[1:18:47] </w:t>
      </w:r>
      <w:r>
        <w:t>Mislan jo mazhab reincarnation ko manta hai, wahan bhi swarg aur narak ka tasawwur maujood hai.</w:t>
      </w:r>
    </w:p>
    <w:p>
      <w:pPr>
        <w:jc w:val="right"/>
      </w:pPr>
      <w:r>
        <w:t>مثلاً جو مذہب انرجن کو مانتا ہے، وہاں بھی سورگہ اور نر کا تصور موجود ہے۔</w:t>
      </w:r>
    </w:p>
    <w:p>
      <w:r>
        <w:rPr>
          <w:b/>
        </w:rPr>
        <w:t xml:space="preserve">[1:18:56] </w:t>
      </w:r>
      <w:r>
        <w:t>Lekin zyada yaqini shakal mein, mustanad shakal mein, authentic shakal mein agar aap ko janna hai to woh Quran mein milega aur Hadees mein milega, kyunke woh mehfooz kitab hai.</w:t>
      </w:r>
    </w:p>
    <w:p>
      <w:pPr>
        <w:jc w:val="right"/>
      </w:pPr>
      <w:r>
        <w:t>لیکن زیادہ یقینی شکل میں، مستند شکل میں، اتھینٹک شکل میں اگر آپ کو جاننا ہے تو وہ قرآن میں ملے گا اور حدیث میں ملے گا، کیونکہ وہ محفوظ کتاب ہے۔</w:t>
      </w:r>
    </w:p>
    <w:p>
      <w:r>
        <w:rPr>
          <w:b/>
        </w:rPr>
        <w:t xml:space="preserve">[1:19:11] </w:t>
      </w:r>
      <w:r>
        <w:t>Maulana Abdul Basit Umri ne Doha, Qatar se likha hai.</w:t>
      </w:r>
    </w:p>
    <w:p>
      <w:pPr>
        <w:jc w:val="right"/>
      </w:pPr>
      <w:r>
        <w:t>مولانا عبدالباسط عمری نے دوحہ، قطر سے لکھا ہے۔</w:t>
      </w:r>
    </w:p>
    <w:p>
      <w:r>
        <w:rPr>
          <w:b/>
        </w:rPr>
        <w:t xml:space="preserve">[1:19:16] </w:t>
      </w:r>
      <w:r>
        <w:t>Maulana, scientific framework aur traditional framework ka matlab kya hai? Is ke bare mein batayein. Main is bare mein hamari kitabein padhi hain, aap se bohat zyada is pe likha gaya hai.</w:t>
      </w:r>
    </w:p>
    <w:p>
      <w:pPr>
        <w:jc w:val="right"/>
      </w:pPr>
      <w:r>
        <w:t>مولانا، سائنٹیفک فریم ورک اور ٹریڈیشنل فریم ورک کا مطلب کیا ہے؟ اس کے بارے میں بتائیں۔ میں اس بارے میں ہماری کتابیں پڑھی ہیں، آپ سے بہت زیادہ اس پہ لکھا گیا ہے۔</w:t>
      </w:r>
    </w:p>
    <w:p>
      <w:r>
        <w:rPr>
          <w:b/>
        </w:rPr>
        <w:t xml:space="preserve">[1:19:31] </w:t>
      </w:r>
      <w:r>
        <w:t>Khulasa yeh hai ke traditional framework yeh tha pehle ke mufradat par hua karta tha, assumption par.</w:t>
      </w:r>
    </w:p>
    <w:p>
      <w:pPr>
        <w:jc w:val="right"/>
      </w:pPr>
      <w:r>
        <w:t>خلاصہ یہ ہے کہ ٹریڈیشنل فریم ورک یہ تھا پہلے کہ مفروضات پر ہوا کرتا تھا، ایسکلیشن پر۔</w:t>
      </w:r>
    </w:p>
    <w:p>
      <w:r>
        <w:rPr>
          <w:b/>
        </w:rPr>
        <w:t xml:space="preserve">[1:19:43] </w:t>
      </w:r>
      <w:r>
        <w:t>Mislan pehle maan liya gaya tha ke yeh pani jo hai, yeh devta ki jatta se niklta hai. Aap log padhte the ke devta koi hai, koi jatta hai us ki, to us se pani nikal ke aa raha hai, nadiyon mein beh raha hai.</w:t>
      </w:r>
    </w:p>
    <w:p>
      <w:pPr>
        <w:jc w:val="right"/>
      </w:pPr>
      <w:r>
        <w:t>مثلاً پہلے مان لیا گیا تھا کہ یہ پانی جو ہے، یہ دیوتا کی جٹا سے نکلتا ہے۔ آپ لوگ پڑھتے تھے کہ دیوتا کوئی ہے، کوئی جٹا ہے اس کی، تو اس سے پانی نکل کے آ رہا ہے، ندیوں میں بہہ رہا ہے۔</w:t>
      </w:r>
    </w:p>
    <w:p>
      <w:r>
        <w:rPr>
          <w:b/>
        </w:rPr>
        <w:t xml:space="preserve">[1:19:56] </w:t>
      </w:r>
      <w:r>
        <w:t>To yeh ek mufrada tha, us se kisi ne tehqeeq nahi ki thi. Ab science ne tehqeeq ki, maloom hua ke is ka kisi devta se taluq nahi hai, is ka ek process hai.</w:t>
      </w:r>
    </w:p>
    <w:p>
      <w:pPr>
        <w:jc w:val="right"/>
      </w:pPr>
      <w:r>
        <w:t>تو یہ ایک مفروضہ تھا، اس سے کسی نے تحقیق نہیں کی تھی۔ اب سائنس نے تحقیق کی، معلوم ہوا کہ اس کا کسی دیوتا سے تعلق نہیں ہے، اس کا ایک پروسیس ہے۔</w:t>
      </w:r>
    </w:p>
    <w:p>
      <w:r>
        <w:rPr>
          <w:b/>
        </w:rPr>
        <w:t xml:space="preserve">[1:20:08] </w:t>
      </w:r>
      <w:r>
        <w:t>To pehle zamane mein mufradat hua karte the,</w:t>
      </w:r>
    </w:p>
    <w:p>
      <w:pPr>
        <w:jc w:val="right"/>
      </w:pPr>
      <w:r>
        <w:t>تو پہلے زمانے میں مفروضات ہوا کرتے تھے،</w:t>
      </w:r>
    </w:p>
    <w:p>
      <w:r>
        <w:rPr>
          <w:b/>
        </w:rPr>
        <w:t xml:space="preserve">[1:20:12] </w:t>
      </w:r>
      <w:r>
        <w:t>In mufradat par bana rakh kar ke log maan lete the.</w:t>
      </w:r>
    </w:p>
    <w:p>
      <w:pPr>
        <w:jc w:val="right"/>
      </w:pPr>
      <w:r>
        <w:t>ان مفروضات پر بنا رکھ کر کے لوگ مان لیتے تھے۔</w:t>
      </w:r>
    </w:p>
    <w:p>
      <w:r>
        <w:rPr>
          <w:b/>
        </w:rPr>
        <w:t xml:space="preserve">[1:20:20] </w:t>
      </w:r>
      <w:r>
        <w:t>Mislan main apne zamane mein dekha hai, main ne bachpan mein ke chechak log chechak ka ilaaj nahi karte the, kyunke samajhte the ke chechak ka ilaaj nahi karna hai. Chechak devta ke waise aati hai, devta ko khush karo, ilaaj karoge to devta ghussa ho jayega aur chechak badh jayegi.</w:t>
      </w:r>
    </w:p>
    <w:p>
      <w:pPr>
        <w:jc w:val="right"/>
      </w:pPr>
      <w:r>
        <w:t>مثلاً میں اپنے زمانے میں دیکھا ہے، میں نے بچپن میں کہ چیچک لوگ چیچک کا علاج نہیں کرتے تھے، کیونکہ سمجھتے تھے کہ چیچک کا علاج نہیں کرنا ہے۔ چیچک دیوتا کے ویسے آتی ہے، دیوتا کو خوش کرو، علاج کرو گے تو دیوتا غصہ ہو جائے گا اور چیچک بڑھ جائے گی۔</w:t>
      </w:r>
    </w:p>
    <w:p>
      <w:r>
        <w:rPr>
          <w:b/>
        </w:rPr>
        <w:t xml:space="preserve">[1:20:37] </w:t>
      </w:r>
      <w:r>
        <w:t>Apne bachpan mein dekha hai main ne,</w:t>
      </w:r>
    </w:p>
    <w:p>
      <w:pPr>
        <w:jc w:val="right"/>
      </w:pPr>
      <w:r>
        <w:t>اپنے بچپن میں دیکھا ہے میں نے،</w:t>
      </w:r>
    </w:p>
    <w:p>
      <w:r>
        <w:rPr>
          <w:b/>
        </w:rPr>
        <w:t xml:space="preserve">[1:20:39] </w:t>
      </w:r>
      <w:r>
        <w:t>To yeh aaj tak chala ja raha hai ke log yaani scrutiny nahi karte, cheezon ki mufradat par rai bana lete hain.</w:t>
      </w:r>
    </w:p>
    <w:p>
      <w:pPr>
        <w:jc w:val="right"/>
      </w:pPr>
      <w:r>
        <w:t>تو یہ آج تک چلا جا رہا ہے کہ لوگ یعنی اسکرٹنی نہیں کرتے، چیزوں کی مفروضات پر رائے بنا لیتے ہیں۔</w:t>
      </w:r>
    </w:p>
    <w:p>
      <w:r>
        <w:rPr>
          <w:b/>
        </w:rPr>
        <w:t xml:space="preserve">[1:20:49] </w:t>
      </w:r>
      <w:r>
        <w:t>Scientific framework yeh hai ke aap haqaiq par rai banayein, proof fact par rai banayein, sabit shuda haqaiq par rai banayein. To</w:t>
      </w:r>
    </w:p>
    <w:p>
      <w:pPr>
        <w:jc w:val="right"/>
      </w:pPr>
      <w:r>
        <w:t>سائنٹیفک فریم ورک یہ ہے کہ آپ حقائق پر رائے بنائیں، پروف فیکٹ پر رائے بنائیں، ثابت شدہ حقائق پر رائے بنائیں۔ تو</w:t>
      </w:r>
    </w:p>
    <w:p>
      <w:r>
        <w:rPr>
          <w:b/>
        </w:rPr>
        <w:t xml:space="preserve">[1:20:59] </w:t>
      </w:r>
      <w:r>
        <w:t>Ek hai, aye yaani ek yaani mazi se chala hua, maa baap, baap dada se suna hua ek mufrada hai, usi par rai banate chale ja rahe hain aap.</w:t>
      </w:r>
    </w:p>
    <w:p>
      <w:pPr>
        <w:jc w:val="right"/>
      </w:pPr>
      <w:r>
        <w:t>ایک ہے، ائے یعنی ایک یعنی ماضی سے چلا ہوا، ماں باپ، باپ دادا سے سنا ہوا ایک مفروضہ ہے، اسی پر رائے بناتے چلے جا رہے ہیں آپ۔</w:t>
      </w:r>
    </w:p>
    <w:p>
      <w:r>
        <w:rPr>
          <w:b/>
        </w:rPr>
        <w:t xml:space="preserve">[1:21:10] </w:t>
      </w:r>
      <w:r>
        <w:t>Aur yeh ke hai ke haqaiq ki chhanbeen karein, jab woh sabit ho jaye to us us par bana rakh kar ke apni rai qaim karein.</w:t>
      </w:r>
    </w:p>
    <w:p>
      <w:pPr>
        <w:jc w:val="right"/>
      </w:pPr>
      <w:r>
        <w:t>اور یہ کہ ہے کہ حقائق کی چھان بین کریں، جب وہ ثابت ہو جائے تو اس اس پر بنا رکھ کر کے اپنی رائے قائم کریں۔</w:t>
      </w:r>
    </w:p>
    <w:p>
      <w:r>
        <w:rPr>
          <w:b/>
        </w:rPr>
        <w:t xml:space="preserve">[1:21:19] </w:t>
      </w:r>
      <w:r>
        <w:t>To khulasa yeh hai ke ek tareeqe mein mufradat par rai qaim kiya kar jati hai, aur doosre tareeqe mein sabit shuda haqaiq par rai qaim ki jati hai.</w:t>
      </w:r>
    </w:p>
    <w:p>
      <w:pPr>
        <w:jc w:val="right"/>
      </w:pPr>
      <w:r>
        <w:t>تو خلاصہ یہ ہے کہ ایک طریقے میں مفروضات پر رائے قائم کیا کر جاتی ہے، اور دوسرے طریقے میں ثابت شدہ حقائق پر رائے قائم کی جاتی ہے۔</w:t>
      </w:r>
    </w:p>
    <w:p>
      <w:r>
        <w:rPr>
          <w:b/>
        </w:rPr>
        <w:t xml:space="preserve">[1:21:32] </w:t>
      </w:r>
      <w:r>
        <w:t>Yeh farq hai dono mein. Maulana ka ek aur sawal hai, unhon ne likha hai: "What is the significance of tasbeeh after namaz?" Haan, dekhiye, is mein bohat sari riwayatein hain.</w:t>
      </w:r>
    </w:p>
    <w:p>
      <w:pPr>
        <w:jc w:val="right"/>
      </w:pPr>
      <w:r>
        <w:t>یہ فرق ہے دونوں میں۔ مولانا کا ایک اور سوال ہے، انہوں نے لکھا ہے: "واٹ از دا سگنیفیکنس اف تسبیح افٹر نماز؟" ہاں، دیکھیے، اس میں بہت ساری روایتیں ہیں۔</w:t>
      </w:r>
    </w:p>
    <w:p>
      <w:r>
        <w:rPr>
          <w:b/>
        </w:rPr>
        <w:t xml:space="preserve">[1:21:47] </w:t>
      </w:r>
      <w:r>
        <w:t>To log samajhte hain ke woh jo mashhoor ek hai, 33 baar, 33 baar, 33 baar, 34 baar, wahi ek riwayat nahi hai. Aur bohat si riwayatein hain, doosre alfaaz hain.</w:t>
      </w:r>
    </w:p>
    <w:p>
      <w:pPr>
        <w:jc w:val="right"/>
      </w:pPr>
      <w:r>
        <w:t>تو لوگ سمجھتے ہیں کہ وہ جو مشہور ایک ہے، 33 بار، 33 بار، 33 بار، 34 بار، وہی ایک روایت نہیں ہے۔ اور بہت سی روایتیں ہیں، دوسرے الفاظ ہیں۔</w:t>
      </w:r>
    </w:p>
    <w:p>
      <w:r>
        <w:rPr>
          <w:b/>
        </w:rPr>
        <w:t xml:space="preserve">[1:22:01] </w:t>
      </w:r>
      <w:r>
        <w:t>To is par ghor karne se samajh mein aata hai ke asal cheez dana shumari nahi hai, kuch alfaaz ko ginna nahi hai. Asal cheez yeh hai ke namaz ke baad kuch der tak aap par namaz kaifiyat taari rahe,</w:t>
      </w:r>
    </w:p>
    <w:p>
      <w:pPr>
        <w:jc w:val="right"/>
      </w:pPr>
      <w:r>
        <w:t>تو اس پر غور کرنے سے سمجھ میں آتا ہے کہ اصل چیز دانہ شماری نہیں ہے، کچھ الفاظ کو گننا نہیں ہے۔ اصل چیز یہ ہے کہ نماز کے بعد کچھ دیر تک آپ پر نماز کیفیت طاری رہے،</w:t>
      </w:r>
    </w:p>
    <w:p>
      <w:r>
        <w:rPr>
          <w:b/>
        </w:rPr>
        <w:t xml:space="preserve">[1:22:17] </w:t>
      </w:r>
      <w:r>
        <w:t>yani Allah ki tasbeeh, Allah ki badai, Allah ki hamd, yeh sab aap sochte rahen baith kar ke. To ek bohat hi yani illustrative waqea hai ke Hazrat Umar Rasool Allah ke zamane ka waqea hai ke Rasool Allah ne namaz padhai,</w:t>
      </w:r>
    </w:p>
    <w:p>
      <w:pPr>
        <w:jc w:val="right"/>
      </w:pPr>
      <w:r>
        <w:t>یعنی اللہ کی تسبیح، اللہ کی بڑائی، اللہ کی حمد، یہ سب آپ سوچتے رہیں بیٹھ کر کے۔ تو ایک بہت ہی یعنی اللسٹریٹیو واقعہ ہے کہ حضرت عمر رسول اللہ کے زمانے کا واقعہ ہے کہ رسول اللہ نے نماز پڑھائی،</w:t>
      </w:r>
    </w:p>
    <w:p>
      <w:r>
        <w:rPr>
          <w:b/>
        </w:rPr>
        <w:t xml:space="preserve">[1:22:36] </w:t>
      </w:r>
      <w:r>
        <w:t>jaise salam phera, aap ne ek aadmi foran khara ho gaya sunnat parhne ke liye.</w:t>
      </w:r>
    </w:p>
    <w:p>
      <w:pPr>
        <w:jc w:val="right"/>
      </w:pPr>
      <w:r>
        <w:t>جیسے سلام پھیرا، آپ نے ایک آدمی فوراً کھڑا ہو گیا سنت پڑھنے کے لیے۔</w:t>
      </w:r>
    </w:p>
    <w:p>
      <w:r>
        <w:rPr>
          <w:b/>
        </w:rPr>
        <w:t xml:space="preserve">[1:22:43] </w:t>
      </w:r>
      <w:r>
        <w:t>to Rasool Allah ne to Hazrat Umar ne us ke us ke kandhe ko aise kar ke aap baitho bithaa diya, us ko aijlas, aijlas baitho.</w:t>
      </w:r>
    </w:p>
    <w:p>
      <w:pPr>
        <w:jc w:val="right"/>
      </w:pPr>
      <w:r>
        <w:t>تو رسول اللہ نے تو حضرت عمر نے اس کے اس کے کندھے کو ایسے کر کے آپ بیٹھو بٹھا دیا، اس کو ایجلس، ایجلس بیٹھو۔</w:t>
      </w:r>
    </w:p>
    <w:p>
      <w:r>
        <w:rPr>
          <w:b/>
        </w:rPr>
        <w:t xml:space="preserve">[1:22:56] </w:t>
      </w:r>
      <w:r>
        <w:t>to unhon ne yeh Rasool Allah ke zamane ka waqea yeh hai ke salam pherne ke baad foran khara ho gaya sunnat parhne ke liye. To Hazrat Umar ne kaha ke aijlas baith.</w:t>
      </w:r>
    </w:p>
    <w:p>
      <w:pPr>
        <w:jc w:val="right"/>
      </w:pPr>
      <w:r>
        <w:t>تو انہوں نے یہ رسول اللہ کے زمانے کا واقعہ یہ ہے کہ سلام پھیرنے کے بعد فوراً کھڑا ہو گیا سنت پڑھنے کے لیے۔ تو حضرت عمر نے کہا کہ ایجلس بیٹھ۔</w:t>
      </w:r>
    </w:p>
    <w:p>
      <w:r>
        <w:rPr>
          <w:b/>
        </w:rPr>
        <w:t xml:space="preserve">[1:23:07] </w:t>
      </w:r>
      <w:r>
        <w:t>to us waqt Hazrat Umar ne farmaya tha ke pichli qaumein is liye halak huin ke un ke do namazon ke beech mein farz nahi hota tha. Ek namaz khatam ki, dhar se doosri namaz shuru kar di.</w:t>
      </w:r>
    </w:p>
    <w:p>
      <w:pPr>
        <w:jc w:val="right"/>
      </w:pPr>
      <w:r>
        <w:t>تو اس وقت حضرت عمر نے فرمایا تھا کہ پچھلی قومیں اس لیے ہلاک ہوئیں کہ ان کے دو نمازوں کے بیچ میں فرض نہیں ہوتا تھا۔ ایک نماز ختم کی، دھڑ سے دوسری نماز شروع کر دی۔</w:t>
      </w:r>
    </w:p>
    <w:p>
      <w:r>
        <w:rPr>
          <w:b/>
        </w:rPr>
        <w:t xml:space="preserve">[1:23:21] </w:t>
      </w:r>
      <w:r>
        <w:t>pichli qaumein is liye halak huin ke un ki do namazon ke beech mein farz nahi hota tha. Yani ek namaz aap ne padhi, us ke baad aap ko sochna chahiye ke hum ne kya padha.</w:t>
      </w:r>
    </w:p>
    <w:p>
      <w:pPr>
        <w:jc w:val="right"/>
      </w:pPr>
      <w:r>
        <w:t>پچھلی قومیں اس لیے ہلاک ہوئیں کہ ان کی دو نمازوں کے بیچ میں فرض نہیں ہوتا تھا۔ یعنی ایک نماز آپ نے پڑھی، اس کے بعد آپ کو سوچنا چاہیے کہ ہم نے کیا پڑھا۔</w:t>
      </w:r>
    </w:p>
    <w:p>
      <w:r>
        <w:rPr>
          <w:b/>
        </w:rPr>
        <w:t xml:space="preserve">[1:23:32] </w:t>
      </w:r>
      <w:r>
        <w:t>hum ne Alhamdulillah padha, hum ne Assalamu Alaikum Wa Rahmatullahi padha, hum ne yeh padha, hum ne woh padha. Is ko sochte rahiyey, Allah ki badai, Allah ki tasbeeh karte rahey.</w:t>
      </w:r>
    </w:p>
    <w:p>
      <w:pPr>
        <w:jc w:val="right"/>
      </w:pPr>
      <w:r>
        <w:t>ہم نے الحمد پڑھا، ہم نے السلام علیکم ورحمۃ اللہ پڑھا، ہم نے یہ پڑھا، ہم نے وہ پڑھا۔ اس کو سوچتے رہیے، اللہ کی بڑائی، اللہ کی تسبیح کرتے رہیے۔</w:t>
      </w:r>
    </w:p>
    <w:p>
      <w:r>
        <w:rPr>
          <w:b/>
        </w:rPr>
        <w:t xml:space="preserve">[1:23:43] </w:t>
      </w:r>
      <w:r>
        <w:t>koi zaroori nahi ke aap in alfaaz ko le ke ginein, is ko in alfaaz ke baghair bhi aap soch sakte hain. To maqsad yeh hai ke namaz ke khatme par woh namaz ki spirit kuch der tak aap par taari rahe.</w:t>
      </w:r>
    </w:p>
    <w:p>
      <w:pPr>
        <w:jc w:val="right"/>
      </w:pPr>
      <w:r>
        <w:t>کوئی ضروری نہیں کہ آپ ان الفاظ کو لے کے گنیں، اس کو ان الفاظ کے بغیر بھی آپ سوچ سکتے ہیں۔ تو مقصد یہ ہے کہ نماز کے خاتمے پر وہ نماز کی سپرٹ کچھ دیر تک آپ پر طاری رہے۔</w:t>
      </w:r>
    </w:p>
    <w:p>
      <w:r>
        <w:rPr>
          <w:b/>
        </w:rPr>
        <w:t xml:space="preserve">[1:24:00] </w:t>
      </w:r>
      <w:r>
        <w:t>to pichli qaum ne kaha tha, unhon ne form ko namaz samajh liya tha. Form pichli qaumon mein jo bigaad aaya, form yani shakal ko namaz samajh liya.</w:t>
      </w:r>
    </w:p>
    <w:p>
      <w:pPr>
        <w:jc w:val="right"/>
      </w:pPr>
      <w:r>
        <w:t>تو پچھلی قوم نے کہا تھا، انہوں نے فرم فارم کو نماز سمجھ لیا تھا۔ فارم پچھلی قوموں میں جو بگاڑ آیا، فارم یعنی شکل کو نماز سمجھ لیا۔</w:t>
      </w:r>
    </w:p>
    <w:p>
      <w:r>
        <w:rPr>
          <w:b/>
        </w:rPr>
        <w:t xml:space="preserve">[1:24:11] </w:t>
      </w:r>
      <w:r>
        <w:t>yeh chaar rakat namaz padhi, dhar se phir doosre do rakat sunnat shuru kar di. Yeh bhi ek form, woh bhi ek form yani spirited salat aap parhein ge, aap rooh se bhari hui salat aap parhein ge.</w:t>
      </w:r>
    </w:p>
    <w:p>
      <w:pPr>
        <w:jc w:val="right"/>
      </w:pPr>
      <w:r>
        <w:t>یہ چار رکعت نماز پڑھی، دھڑ سے پھر دوسرے دو رکعت سنت شروع کر دی۔ یہ بھی ایک فارم، وہ بھی ایک فارم یعنی اسپیریٹڈ صلاۃ آپ پڑھیں گے، آپ روح سے بھری ہوئی صلاۃ آپ پڑھیں گے۔</w:t>
      </w:r>
    </w:p>
    <w:p>
      <w:r>
        <w:rPr>
          <w:b/>
        </w:rPr>
        <w:t xml:space="preserve">[1:24:23] </w:t>
      </w:r>
      <w:r>
        <w:t>to mumkin nahi ke aap jaldi jaldi uthein doosri rakat parhne ke liye. Aap sochen ge, sochen ge, sochen ge.</w:t>
      </w:r>
    </w:p>
    <w:p>
      <w:pPr>
        <w:jc w:val="right"/>
      </w:pPr>
      <w:r>
        <w:t>تو ممکن نہیں کہ آپ جلدی جلدی اٹھیں دوسری رکعت پڑھنے کے لیے۔ آپ سوچیں گے، سوچیں گے، سوچیں گے۔</w:t>
      </w:r>
    </w:p>
    <w:p>
      <w:r>
        <w:rPr>
          <w:b/>
        </w:rPr>
        <w:t xml:space="preserve">[1:24:31] </w:t>
      </w:r>
      <w:r>
        <w:t>jo aap Allah ke aage jhuke hain, Allah ki hamd bayan ki hai, aur log insanon par salamat bhejhi hai waghera waghera, to bas sochte rahen ge, sochte rahen ge, sochte rahen ge.</w:t>
      </w:r>
    </w:p>
    <w:p>
      <w:pPr>
        <w:jc w:val="right"/>
      </w:pPr>
      <w:r>
        <w:t>جو آپ اللہ کے آگے جھکے ہیں، اللہ کی حمد بیان کی ہے، اور لوگ انسانوں پر سلامتی بھیجی ہے وغیرہ وغیرہ، تو بس سوچتے رہیں گے، سوچتے رہیں گے، سوچتے رہیں گے۔</w:t>
      </w:r>
    </w:p>
    <w:p>
      <w:r>
        <w:rPr>
          <w:b/>
        </w:rPr>
        <w:t xml:space="preserve">[1:24:45] </w:t>
      </w:r>
      <w:r>
        <w:t>to yeh is tasbeeh ka ke rooh yeh hai ke ek namaz ke baad doosri namaz dhar se mat shuru kar do,</w:t>
      </w:r>
    </w:p>
    <w:p>
      <w:pPr>
        <w:jc w:val="right"/>
      </w:pPr>
      <w:r>
        <w:t>تو یہ اس تسبیح کا کہ روح یہ ہے کہ ایک نماز کے بعد دوسری نماز دھڑ سے مت شروع کر دو،</w:t>
      </w:r>
    </w:p>
    <w:p>
      <w:r>
        <w:rPr>
          <w:b/>
        </w:rPr>
        <w:t xml:space="preserve">[1:24:52] </w:t>
      </w:r>
      <w:r>
        <w:t>balkey yaad karte raho rooh salat ko jo namaz mein tum ne padha hai, us ko, us ko, us ko tajdeed karte, us ko revive karte raho.</w:t>
      </w:r>
    </w:p>
    <w:p>
      <w:pPr>
        <w:jc w:val="right"/>
      </w:pPr>
      <w:r>
        <w:t>بلکہ یاد کرتے رہو روح صلاۃ کو جو نماز میں تم نے پڑھا ہے، اس کو، اس کو، اس کو تجدید کرتے، اس کو ریوائیو کرتے رہو۔</w:t>
      </w:r>
    </w:p>
    <w:p>
      <w:r>
        <w:rPr>
          <w:b/>
        </w:rPr>
        <w:t xml:space="preserve">[1:25:04] </w:t>
      </w:r>
      <w:r>
        <w:t>aur it is but natural, agar aap rooh se, agar aap namaz parhein ge rooh wali namaz, to kabhi aisa nahi hoga ke dhar se uth kar ke lagayein ke jab aap form wali namaz parhte ho, aisa hota hai.</w:t>
      </w:r>
    </w:p>
    <w:p>
      <w:pPr>
        <w:jc w:val="right"/>
      </w:pPr>
      <w:r>
        <w:t>اور اٹ از بٹ نیچرل، اگر آپ روح سے، اگر آپ نماز پڑھیں گے روح والی نماز، تو کبھی ایسا نہیں ہوگا کہ دھڑ سے اٹھ کر کے لگائیں کہ جب آپ فارم والی نماز پڑھتے ہو، ایسا ہوتا ہے۔</w:t>
      </w:r>
    </w:p>
    <w:p>
      <w:r>
        <w:rPr>
          <w:b/>
        </w:rPr>
        <w:t xml:space="preserve">[1:25:16] </w:t>
      </w:r>
      <w:r>
        <w:t>aur jo namaz ko form samajhte hain, samajhte hain ke chaar rakat yeh ho gaya, do rakat aur parh lo dhar dhar.</w:t>
      </w:r>
    </w:p>
    <w:p>
      <w:pPr>
        <w:jc w:val="right"/>
      </w:pPr>
      <w:r>
        <w:t>اور جو نماز کو فارم سمجھتے ہیں، سمجھتے ہیں کہ چار رکعت یہ ہو گیا، دو رکعت اور پڑھ لو دھڑ دھڑ۔</w:t>
      </w:r>
    </w:p>
    <w:p>
      <w:r>
        <w:rPr>
          <w:b/>
        </w:rPr>
        <w:t xml:space="preserve">[1:25:24] </w:t>
      </w:r>
      <w:r>
        <w:t>to Hazrat Umar ne ka matlab yeh tha ke jab namaz sirf form ka, jab jab form ko namaz samajh lete hain, to yeh hota hai. Aur jab rooh ke saath namaz padhi jaye, to yeh aisa kabhi nahi hoga.</w:t>
      </w:r>
    </w:p>
    <w:p>
      <w:pPr>
        <w:jc w:val="right"/>
      </w:pPr>
      <w:r>
        <w:t>تو حضرت عمر نے کا مطلب یہ تھا کہ جب نماز صرف فارم کا، جب جب فارم کو نماز سمجھ لیتے ہیں، تو یہ ہوتا ہے۔ اور جب روح کے ساتھ نماز پڑھی جائے، تو یہ ایسا کبھی نہیں ہوگا۔</w:t>
      </w:r>
    </w:p>
    <w:p>
      <w:r>
        <w:rPr>
          <w:b/>
        </w:rPr>
        <w:t xml:space="preserve">[1:25:37] </w:t>
      </w:r>
      <w:r>
        <w:t>to baith ke kuch der aap yani Allah ki tasbeeh karein ge, Allah ko yaad karein ge, Allah ki badai aap ke daman be maun ho jayegi. Kuch der baithe rahen ge, aap woh kaifiyat salat kuch der tak aur mazeed taari rahe gi.</w:t>
      </w:r>
    </w:p>
    <w:p>
      <w:pPr>
        <w:jc w:val="right"/>
      </w:pPr>
      <w:r>
        <w:t>تو بیٹھ کے کچھ دیر آپ یعنی اللہ کی تسبیح کریں گے، اللہ کو یاد کریں گے، اللہ کی بڑائی آپ کے دام بے ماں ہو جائے گی۔ کچھ دیر بیٹھے رہیں گے، آپ وہ کیفیت صلاۃ کچھ دیر تک اور مزید طاری رہے گی۔</w:t>
      </w:r>
    </w:p>
    <w:p>
      <w:r>
        <w:rPr>
          <w:b/>
        </w:rPr>
        <w:t xml:space="preserve">[1:25:50] </w:t>
      </w:r>
      <w:r>
        <w:t>yeh matlab hai in riwayaton ka.</w:t>
      </w:r>
    </w:p>
    <w:p>
      <w:pPr>
        <w:jc w:val="right"/>
      </w:pPr>
      <w:r>
        <w:t>یہ مطلب ہے ان روایتوں کا۔</w:t>
      </w:r>
    </w:p>
    <w:p>
      <w:r>
        <w:rPr>
          <w:b/>
        </w:rPr>
        <w:t xml:space="preserve">[1:25:54] </w:t>
      </w:r>
      <w:r>
        <w:t>Maulana Musheer Ahmed ne Tamil Nadu se likha hai: "Saari duniya mein Musalman duniya ki zindagi ke liye ihtijaji hain, akhirat ki nijaat ke liye ihtijaj kyun nahi is ka sabab kya hai?" Is ke baray mein bataein.</w:t>
      </w:r>
    </w:p>
    <w:p>
      <w:pPr>
        <w:jc w:val="right"/>
      </w:pPr>
      <w:r>
        <w:t>مولانا مشیر احمد نے تمل ناڈو سے لکھا ہے: "ساری دنیا میں مسلمان دنیا کی زندگی کے لیے احتجاجی ہیں، آخرت کی نجات کے لیے احتجاج کیوں نہیں اس کا سبب کیا ہے؟" اس کے بارے میں بتائیں۔</w:t>
      </w:r>
    </w:p>
    <w:p>
      <w:r>
        <w:rPr>
          <w:b/>
        </w:rPr>
        <w:t xml:space="preserve">[1:26:12] </w:t>
      </w:r>
      <w:r>
        <w:t>akhirat ke liye ihtijaj nahi kiya jata, akhirat ke liye introspection kiya jata hai. Ihtijaj to siyasat hai, qaumi siyasat hai.</w:t>
      </w:r>
    </w:p>
    <w:p>
      <w:pPr>
        <w:jc w:val="right"/>
      </w:pPr>
      <w:r>
        <w:t>آخرت کے لیے احتجاج نہیں کیا جاتا، آخرت کے لیے انٹراسپیکشن کیا جاتا ہے۔ احتجاج تو سیاست ہے، قومی سیاست ہے۔</w:t>
      </w:r>
    </w:p>
    <w:p>
      <w:r>
        <w:rPr>
          <w:b/>
        </w:rPr>
        <w:t xml:space="preserve">[1:26:21] </w:t>
      </w:r>
      <w:r>
        <w:t>agar akhirat ka ihtijaj hone lage to woh bhi, woh kuch nahi rahe ga, woh bhi, woh bhi siyasat ban jayegi. Woh akhirat ke liye agar protest hone lage, ihtijaj hone lage, demonstration hone lage to woh akhirat nahi hogi.</w:t>
      </w:r>
    </w:p>
    <w:p>
      <w:pPr>
        <w:jc w:val="right"/>
      </w:pPr>
      <w:r>
        <w:t>اگر آخرت کا احتجاج ہونے لگے تو وہ بھی، وہ کچھ نہیں رہے گا، وہ بھی، وہ بھی سیاست بن جائے گی۔ وہ آخرت کے لیے اگر پروٹیسٹ ہونے لگے، احتجاج ہونے لگے، ڈیمونسٹریشن ہونے لگے تو وہ آخرت نہیں ہوگی۔</w:t>
      </w:r>
    </w:p>
    <w:p>
      <w:r>
        <w:rPr>
          <w:b/>
        </w:rPr>
        <w:t xml:space="preserve">[1:26:34] </w:t>
      </w:r>
      <w:r>
        <w:t>woh, woh to ek aur siyasat ho jayegi. Yeh jo Musalman kar rahe hain, woh to qaumi siyasat hai. Musalman apne qaumi mazhab par hain, Islam se koi taalluq nahi un ka.</w:t>
      </w:r>
    </w:p>
    <w:p>
      <w:pPr>
        <w:jc w:val="right"/>
      </w:pPr>
      <w:r>
        <w:t>وہ، وہ تو ایک اور سیاست ہو جائے گی۔ یہ جو مسلمان کر رہے ہیں، وہ تو قومی سیاست ہے۔ مسلمان اپنے قومی مذہب پر ہیں، اسلام سے کوئی تعلق نہیں ان کا۔</w:t>
      </w:r>
    </w:p>
    <w:p>
      <w:r>
        <w:rPr>
          <w:b/>
        </w:rPr>
        <w:t xml:space="preserve">[1:26:46] </w:t>
      </w:r>
      <w:r>
        <w:t>woh qaumi siyasat un ki hai, us ke liye woh protest karte rehte hain, ihtijaj karte rehte hain. Aur akhirat to aap ko chup kar deti hai, aap ko introspection, muhasiba ada karti hai aap ke andar.</w:t>
      </w:r>
    </w:p>
    <w:p>
      <w:pPr>
        <w:jc w:val="right"/>
      </w:pPr>
      <w:r>
        <w:t>وہ قومی سیاست ان کی ہے، اس کے لیے وہ پروٹیسٹ کرتے رہتے ہیں، احتجاج کرتے رہتے ہیں۔ اور آخرت تو آپ کو چپ کر دیتی ہے، آپ کو انٹراسپیکشن، محاسبہ ادا کرتی ہے آپ کے اندر۔</w:t>
      </w:r>
    </w:p>
    <w:p>
      <w:r>
        <w:rPr>
          <w:b/>
        </w:rPr>
        <w:t xml:space="preserve">[1:27:06] </w:t>
      </w:r>
      <w:r>
        <w:t>apne apne aap ko le kar sochte hain, aap apni zimmedari ko le kar sochte hain. Aap to ihtijaj ka lafz jo hai, woh akhirat ke liye sahi nahi hai,</w:t>
      </w:r>
    </w:p>
    <w:p>
      <w:pPr>
        <w:jc w:val="right"/>
      </w:pPr>
      <w:r>
        <w:t>اپنے اپنے آپ کو لے کر سوچتے ہیں، آپ اپنی ذمہ داری کو لے کر سوچتے ہیں۔ آپ تو احتجاج کا لفظ جو ہے، وہ آخرت کے لیے صحیح نہیں ہے،</w:t>
      </w:r>
    </w:p>
    <w:p>
      <w:r>
        <w:rPr>
          <w:b/>
        </w:rPr>
        <w:t xml:space="preserve">[1:27:15] </w:t>
      </w:r>
      <w:r>
        <w:t>woh sirf qaumi shahadat ke liye sahi hai, akhirat ke liye bilkul irrelevant hai. woh Mr. Muhammad Asjad Tasleem ne Dilli se likha hai: "What are the main differences between Sunni and Shia sects?"</w:t>
      </w:r>
    </w:p>
    <w:p>
      <w:pPr>
        <w:jc w:val="right"/>
      </w:pPr>
      <w:r>
        <w:t>وہ صرف قومی شہادت کے لیے صحیح ہے، آخرت کے لیے بالکل ارریلیونٹ ہے۔ وہ مسٹر محمد اسجد تسلیم نے دلی سے لکھا ہے: "واٹ آر دا مین ڈیفرنسز بٹوین سنی اینڈ شیعہ سیکٹس؟</w:t>
      </w:r>
    </w:p>
    <w:p>
      <w:r>
        <w:rPr>
          <w:b/>
        </w:rPr>
        <w:t xml:space="preserve">[1:27:32] </w:t>
      </w:r>
      <w:r>
        <w:t>According to a wide spread notion, people belonging to Shia sect are not considered or treated as Muslims.</w:t>
      </w:r>
    </w:p>
    <w:p>
      <w:pPr>
        <w:jc w:val="right"/>
      </w:pPr>
      <w:r>
        <w:t>اکارڈنگ ٹو ا وائڈ سپریڈ نوشن، پیپل بیلانگنگ ٹو شیعہ سیکٹ آر ناٹ کنسیڈرڈ اور ٹریٹڈ ایز مسلمز۔</w:t>
      </w:r>
    </w:p>
    <w:p>
      <w:r>
        <w:rPr>
          <w:b/>
        </w:rPr>
        <w:t xml:space="preserve">[1:27:41] </w:t>
      </w:r>
      <w:r>
        <w:t>Is it true according to Islamic perspective?</w:t>
      </w:r>
    </w:p>
    <w:p>
      <w:pPr>
        <w:jc w:val="right"/>
      </w:pPr>
      <w:r>
        <w:t>از اٹ ٹرو اکارڈنگ ٹو اسلامک پرسپیکٹو؟</w:t>
      </w:r>
    </w:p>
    <w:p>
      <w:r>
        <w:rPr>
          <w:b/>
        </w:rPr>
        <w:t xml:space="preserve">[1:27:45] </w:t>
      </w:r>
      <w:r>
        <w:t>What is your comment?" Dekhiye, is mein ghalu ki wajah se aisa hua hai. Shia Sunni mein koi itna bara farq nahi tha pehle, ghalu ki wajah se ab aisa ho gaya ke woh unko samajhte hain ke woh ek Muslim nahi hain, woh unko samajhte hain ke Muslim nahi hain.</w:t>
      </w:r>
    </w:p>
    <w:p>
      <w:pPr>
        <w:jc w:val="right"/>
      </w:pPr>
      <w:r>
        <w:t>واٹ از یور کمنٹ؟" دیکھیں، اس میں غلو کی وجہ سے ایسا ہوا ہے۔ شیعہ سنی میں کوئی اتنا بڑا فرق نہیں تھا پہلے، غلو کی وجہ سے اب ایسا ہو گیا کہ وہ ان کو سمجھتے ہیں کہ وہ ایک مسلم نہیں ہیں، وہ ان کو سمجھتے ہیں کہ مسلم نہیں ہیں۔</w:t>
      </w:r>
    </w:p>
    <w:p>
      <w:r>
        <w:rPr>
          <w:b/>
        </w:rPr>
        <w:t xml:space="preserve">[1:28:01] </w:t>
      </w:r>
      <w:r>
        <w:t>Woh aap jaate hain ke ladaiyan ho rahi hain Pakistan mein, to baqayda ladaiyan ho rahi hain. Yeh sab ghalu ki wajah se hota hai.</w:t>
      </w:r>
    </w:p>
    <w:p>
      <w:pPr>
        <w:jc w:val="right"/>
      </w:pPr>
      <w:r>
        <w:t>وہ آپ جاتے ہیں کہ لڑائیاں ہو رہی ہیں پاکستان میں، تو باقاعدہ لڑائیاں ہو رہی ہیں۔ یہ سب غلو کی وجہ سے ہوتا ہے۔</w:t>
      </w:r>
    </w:p>
    <w:p>
      <w:r>
        <w:rPr>
          <w:b/>
        </w:rPr>
        <w:t xml:space="preserve">[1:28:11] </w:t>
      </w:r>
      <w:r>
        <w:t>Basically kuch bhi farq nahi tha, wahi Quran, wahi Hadees, sab kuch tha.</w:t>
      </w:r>
    </w:p>
    <w:p>
      <w:pPr>
        <w:jc w:val="right"/>
      </w:pPr>
      <w:r>
        <w:t>بیسکلی کچھ بھی فرق نہیں تھا، وہی قرآن، وہی حدیث، سب کچھ تھا۔</w:t>
      </w:r>
    </w:p>
    <w:p>
      <w:r>
        <w:rPr>
          <w:b/>
        </w:rPr>
        <w:t xml:space="preserve">[1:28:15] </w:t>
      </w:r>
      <w:r>
        <w:t>Sirf yeh farq tha ke Rasool Allah ke baad khilafat ka haq kaun hai, haqdaraar kaun hai. Bas to Shia jo giroh tha, woh samajhte thay ke khilafat ka haqdaraar Ahl-e-Bait hain,</w:t>
      </w:r>
    </w:p>
    <w:p>
      <w:pPr>
        <w:jc w:val="right"/>
      </w:pPr>
      <w:r>
        <w:t>صرف یہ فرق تھا کہ رسول اللہ کے بعد خلافت کا حق کون ہے، حقدار کون ہے۔ بس تو شیعہ جو گروہ تھا، وہ سمجھتے تھے کہ خلافت کا حقدار اہل بیت ہیں،</w:t>
      </w:r>
    </w:p>
    <w:p>
      <w:r>
        <w:rPr>
          <w:b/>
        </w:rPr>
        <w:t xml:space="preserve">[1:28:30] </w:t>
      </w:r>
      <w:r>
        <w:t>aur Sunni giroh jis ko hum kehte hain, us waqt Sunni ka lafz nahi tha. To woh samajhte hain ke nahi, is tarah se faisla kaisa hoga? Basically yahi farq tha, bas aur kuch nahi.</w:t>
      </w:r>
    </w:p>
    <w:p>
      <w:pPr>
        <w:jc w:val="right"/>
      </w:pPr>
      <w:r>
        <w:t>اور سنی گروہ جس کو ہم کہتے ہیں، اس وقت سنی کا لفظ نہیں تھا۔ تو وہ سمجھتے ہیں کہ نہیں، اس طرح سے فیصلہ کیسا ہوگا؟ بیسکلی یہی فرق تھا، بس اور کچھ نہیں۔</w:t>
      </w:r>
    </w:p>
    <w:p>
      <w:r>
        <w:rPr>
          <w:b/>
        </w:rPr>
        <w:t xml:space="preserve">[1:28:39] </w:t>
      </w:r>
      <w:r>
        <w:t>Ab ghalu karte karte, ghalu karte karte, idhar se bhi ghalu, idhar se dono taraf ghalu hua.</w:t>
      </w:r>
    </w:p>
    <w:p>
      <w:pPr>
        <w:jc w:val="right"/>
      </w:pPr>
      <w:r>
        <w:t>اب غلو کرتے کرتے، غلو کرتے کرتے، ادھر سے بھی غلو، ادھر سے دونوں طرف غلو ہوا۔</w:t>
      </w:r>
    </w:p>
    <w:p>
      <w:r>
        <w:rPr>
          <w:b/>
        </w:rPr>
        <w:t xml:space="preserve">[1:28:45] </w:t>
      </w:r>
      <w:r>
        <w:t>Ab ek poora mazhab ban gaya hai. To haq haqeeqatan kuch bhi farq aaj bhi Quran wahi siyon ka bhi hai, wahi jo Musalmanon ka hai, Sunnion ka.</w:t>
      </w:r>
    </w:p>
    <w:p>
      <w:pPr>
        <w:jc w:val="right"/>
      </w:pPr>
      <w:r>
        <w:t>اب ایک پورا مذہب بن گیا ہے۔ تو حق حقیقتاً کچھ بھی فرق آج بھی قرآن وہی سیوں کا بھی ہے، وہی جو مسلمانوں کا ہے، سنیوں کا۔</w:t>
      </w:r>
    </w:p>
    <w:p>
      <w:r>
        <w:rPr>
          <w:b/>
        </w:rPr>
        <w:t xml:space="preserve">[1:28:55] </w:t>
      </w:r>
      <w:r>
        <w:t>Yeh jo mashhoor hai ke inka Quran doosra hai, galat hai bilkul. Shia ka Shia Quran bhi wahi hai jo Sunnion ka jo Quran hai, koi farq nahi is mein.</w:t>
      </w:r>
    </w:p>
    <w:p>
      <w:pPr>
        <w:jc w:val="right"/>
      </w:pPr>
      <w:r>
        <w:t>یہ جو مشہور ہے کہ ان کا قرآن دوسرا ہے، غلط ہے بالکل۔ شیعہ کا شیعہ قرآن بھی وہی ہے جو سنیوں کا جو قرآن ہے، کوئی فرق نہیں اس میں۔</w:t>
      </w:r>
    </w:p>
    <w:p>
      <w:r>
        <w:rPr>
          <w:b/>
        </w:rPr>
        <w:t xml:space="preserve">[1:29:06] </w:t>
      </w:r>
      <w:r>
        <w:t>To khulasa yahi hai ke moajza Shiaat jo hai, woh ghalu ke nateejay mein bani</w:t>
      </w:r>
    </w:p>
    <w:p>
      <w:pPr>
        <w:jc w:val="right"/>
      </w:pPr>
      <w:r>
        <w:t>تو خلاصہ یہی ہے کہ معجزہ شیعیت جو ہے، وہ غلو کے نتیجے میں بنی</w:t>
      </w:r>
    </w:p>
    <w:p>
      <w:r>
        <w:rPr>
          <w:b/>
        </w:rPr>
        <w:t xml:space="preserve">[1:29:12] </w:t>
      </w:r>
      <w:r>
        <w:t>hai, aur is mein ghalu mein Shion hi ka dakhil nahi hai, Sunnion ka bhi dakhil hai. Unhon ne fatwe diye aur bahtein keen, ek daawa khara kiya Shion ke khilaaf, to unhon ne is ka radd-e-amal bhi hua, un ki taraf se hua.</w:t>
      </w:r>
    </w:p>
    <w:p>
      <w:pPr>
        <w:jc w:val="right"/>
      </w:pPr>
      <w:r>
        <w:t>ہے، اور اس میں غلو میں شیعوں ہی کا دخل نہیں ہے، سنیوں کا بھی دخل ہے۔ انہوں نے فتوے دیے اور بحثیں کیں، ایک دعویٰ کھڑا کیا شیعوں کے خلاف، تو انہوں نے اس کا رد عمل بھی ہوا، ان کی طرف سے ہوا۔</w:t>
      </w:r>
    </w:p>
    <w:p>
      <w:r>
        <w:rPr>
          <w:b/>
        </w:rPr>
        <w:t xml:space="preserve">[1:29:27] </w:t>
      </w:r>
      <w:r>
        <w:t>To dono ke amal aur radd-e-amal se itna zyada doori ho gayi, warna haqeeqatan koi aisi doori nahi thi.</w:t>
      </w:r>
    </w:p>
    <w:p>
      <w:pPr>
        <w:jc w:val="right"/>
      </w:pPr>
      <w:r>
        <w:t>تو دونوں کے عمل اور رد عمل سے اتنا زیادہ دوری ہو گئی، ورنہ حقیقتاً کوئی ایسی دوری نہیں تھی۔</w:t>
      </w:r>
    </w:p>
    <w:p>
      <w:r>
        <w:rPr>
          <w:b/>
        </w:rPr>
        <w:t xml:space="preserve">[1:29:38] </w:t>
      </w:r>
      <w:r>
        <w:t>mister gps bhalwa ne delhi se likha hai:</w:t>
      </w:r>
    </w:p>
    <w:p>
      <w:pPr>
        <w:jc w:val="right"/>
      </w:pPr>
      <w:r>
        <w:t>مسٹر جی پی ایس بھالوا نے دلی سے لکھا ہے:</w:t>
      </w:r>
    </w:p>
    <w:p>
      <w:r>
        <w:rPr>
          <w:b/>
        </w:rPr>
        <w:t xml:space="preserve">[1:29:42] </w:t>
      </w:r>
      <w:r>
        <w:t>"مولانا، after the establishment of paradise, as you have mentioned, will it remain permanent, or the man's tendency</w:t>
      </w:r>
    </w:p>
    <w:p>
      <w:pPr>
        <w:jc w:val="right"/>
      </w:pPr>
      <w:r>
        <w:t>"مولانا، افٹر دی اسٹیبلشمنٹ اف پیراڈائز، ایز یو ہیو مینشنڈ، ول اٹ ریمین پرماننٹ، اور دی مینز ٹینڈنسی</w:t>
      </w:r>
    </w:p>
    <w:p>
      <w:r>
        <w:rPr>
          <w:b/>
        </w:rPr>
        <w:t xml:space="preserve">[1:29:52] </w:t>
      </w:r>
      <w:r>
        <w:t>to unfold nature, will after a considerable time, bring the paradise also to the same stage as</w:t>
      </w:r>
    </w:p>
    <w:p>
      <w:pPr>
        <w:jc w:val="right"/>
      </w:pPr>
      <w:r>
        <w:t>ٹو ان فولڈ نیچر، ول افٹر ا کنسیڈریبل ٹائم، برنگ دی پیراڈائز السو ٹو دا سیم سٹیج ایز</w:t>
      </w:r>
    </w:p>
    <w:p>
      <w:r>
        <w:rPr>
          <w:b/>
        </w:rPr>
        <w:t xml:space="preserve">[1:30:00] </w:t>
      </w:r>
      <w:r>
        <w:t>da world az today?</w:t>
      </w:r>
    </w:p>
    <w:p>
      <w:pPr>
        <w:jc w:val="right"/>
      </w:pPr>
      <w:r>
        <w:t>دا ورلڈ از ٹوڈے؟"</w:t>
      </w:r>
    </w:p>
    <w:p>
      <w:r>
        <w:rPr>
          <w:b/>
        </w:rPr>
        <w:t xml:space="preserve">[1:30:03] </w:t>
      </w:r>
      <w:r>
        <w:t>yeh bohat interesting question hai.</w:t>
      </w:r>
    </w:p>
    <w:p>
      <w:pPr>
        <w:jc w:val="right"/>
      </w:pPr>
      <w:r>
        <w:t>یہ بہت انٹرسٹنگ کوئسچن ہے۔</w:t>
      </w:r>
    </w:p>
    <w:p>
      <w:r>
        <w:rPr>
          <w:b/>
        </w:rPr>
        <w:t xml:space="preserve">[1:30:10] </w:t>
      </w:r>
      <w:r>
        <w:t>Dekhiye, jahan tak mein samjha hoon, woh yeh hai ke teesra koi duniya banni wali nahi hai, yahi do hi duniya hain: ek present world, doosra world hereafter,</w:t>
      </w:r>
    </w:p>
    <w:p>
      <w:pPr>
        <w:jc w:val="right"/>
      </w:pPr>
      <w:r>
        <w:t>دیکھیے، جہاں تک میں سمجھا ہوں، وہ یہ ہے کہ تیسرا کوئی دنیا بننے والی نہیں ہے، یہی دو ہی دنیا ہیں: ایک پریزنٹ ورلڈ، دوسرا ورلڈ ہیر افٹر،</w:t>
      </w:r>
    </w:p>
    <w:p>
      <w:r>
        <w:rPr>
          <w:b/>
        </w:rPr>
        <w:t xml:space="preserve">[1:30:25] </w:t>
      </w:r>
      <w:r>
        <w:t>aur nature unfolding, chuki unlimited to ab jaai nahi gi, kyunke woh itni zyada hai, itni zyada hai ke woh kabhi khatam hi na ho.</w:t>
      </w:r>
    </w:p>
    <w:p>
      <w:pPr>
        <w:jc w:val="right"/>
      </w:pPr>
      <w:r>
        <w:t>اور نیچر کن فولڈنگ، چونکہ ان لمیٹڈ تو اب جائی نہیں گی، کیونکہ وہ اتنی زیادہ ہے، اتنی زیادہ ہے کہ وہ کبھی ختم ہی نہ ہو۔</w:t>
      </w:r>
    </w:p>
    <w:p>
      <w:r>
        <w:rPr>
          <w:b/>
        </w:rPr>
        <w:t xml:space="preserve">[1:30:40] </w:t>
      </w:r>
      <w:r>
        <w:t>Quran mein ek wahi to nematullah la tuhsa, ginti mein nahi aata, woh maani faqat kalimaat Allah.</w:t>
      </w:r>
    </w:p>
    <w:p>
      <w:pPr>
        <w:jc w:val="right"/>
      </w:pPr>
      <w:r>
        <w:t>قرآن میں ایک وہی تو نعمت اللہ لا تحصیح، گنتی میں نہیں آتا، وہ معنی فقط کلمات اللہ۔</w:t>
      </w:r>
    </w:p>
    <w:p>
      <w:r>
        <w:rPr>
          <w:b/>
        </w:rPr>
        <w:t xml:space="preserve">[1:30:48] </w:t>
      </w:r>
      <w:r>
        <w:t>To jo world of nature hai, woh unlimited hai, is mein to kyunke unfolding bhi unlimited tor par jaari rahe gi, to paradise ki koi had nahi hai.</w:t>
      </w:r>
    </w:p>
    <w:p>
      <w:pPr>
        <w:jc w:val="right"/>
      </w:pPr>
      <w:r>
        <w:t>تو جو ورلڈ اف نیچر ہے، وہ ان لمیٹڈ ہے، اس میں تو کیونکہ ان فولڈنگ بھی ان لمیٹڈ طور پر جاری رہے گی، تو پیراڈائز کی کوئی حد نہیں ہے۔</w:t>
      </w:r>
    </w:p>
    <w:p>
      <w:r>
        <w:rPr>
          <w:b/>
        </w:rPr>
        <w:t xml:space="preserve">[1:31:00] </w:t>
      </w:r>
      <w:r>
        <w:t>Paradise jo hai, eternity ka doosra naam hai. Paradise ke sath eternity juri hui hai, bilkul koi teesra world nahi hai.</w:t>
      </w:r>
    </w:p>
    <w:p>
      <w:pPr>
        <w:jc w:val="right"/>
      </w:pPr>
      <w:r>
        <w:t>پیراڈائز جو ہے، ایٹرنیٹی کا دوسرا نام ہے۔ پیراڈائز کے ساتھ ایٹرنیٹی جڑی ہوئی ہے، بالکل کوئی تیسرا ورلڈ نہیں ہے۔</w:t>
      </w:r>
    </w:p>
    <w:p>
      <w:r>
        <w:rPr>
          <w:b/>
        </w:rPr>
        <w:t xml:space="preserve">[1:31:11] </w:t>
      </w:r>
      <w:r>
        <w:t>Dr. Owais Siddiqui ne Nayi Dilli se likha hai: "Please explain how does believing in God help in developing positive thinking?"</w:t>
      </w:r>
    </w:p>
    <w:p>
      <w:pPr>
        <w:jc w:val="right"/>
      </w:pPr>
      <w:r>
        <w:t>ڈاکٹر اویس صدیقی نے نئی دلی سے لکھا ہے: "پلیز ایکسپلین ہاؤ ڈز بیلیونگ ان گاڈ ہیلپ ان ڈیویلپنگ پوزیٹیو تھنکنگ؟"</w:t>
      </w:r>
    </w:p>
    <w:p>
      <w:r>
        <w:rPr>
          <w:b/>
        </w:rPr>
        <w:t xml:space="preserve">[1:31:24] </w:t>
      </w:r>
      <w:r>
        <w:t>Dekhiye, Allah par aqeedah rakhna aisa nahi hai jaise hum is cover par aqeedah rakhte hain. Is se humein hamari personality mein koi shaq nahi lage ga,</w:t>
      </w:r>
    </w:p>
    <w:p>
      <w:pPr>
        <w:jc w:val="right"/>
      </w:pPr>
      <w:r>
        <w:t>دیکھیے، اللہ پر عقیدہ رکھنا ایسا نہیں ہے جیسے ہم اس کور پہ عقیدہ رکھتے ہیں۔ اس سے ہمیں ہماری پرسنیلٹی میں کوئی شک نہیں لگے گا،</w:t>
      </w:r>
    </w:p>
    <w:p>
      <w:r>
        <w:rPr>
          <w:b/>
        </w:rPr>
        <w:t xml:space="preserve">[1:31:38] </w:t>
      </w:r>
      <w:r>
        <w:t>lekin Allah par aqeedah ke maani hain ke aap aise hasti ko maanna jiske samne aap accountable hain, aap jo aap ka hisab lega, jo aap ko jannat mein aur jahannum mein daalne ki taqat rakhta hai.</w:t>
      </w:r>
    </w:p>
    <w:p>
      <w:pPr>
        <w:jc w:val="right"/>
      </w:pPr>
      <w:r>
        <w:t>لیکن اللہ پہ عقیدہ کے معنی ہیں کہ آپ ایسے ہستی کو ماننا جس کے سامنے آپ اکاؤنٹیبل ہیں، آپ جو آپ کا حساب لے گا، جو آپ کو جنت میں اور جہنم میں ڈالنے کی طاقت رکھتا ہے۔</w:t>
      </w:r>
    </w:p>
    <w:p>
      <w:r>
        <w:rPr>
          <w:b/>
        </w:rPr>
        <w:t xml:space="preserve">[1:31:53] </w:t>
      </w:r>
      <w:r>
        <w:t>Yeh cheez to aap ko criticize kar deti hai. Jo aadmi criticize ho jaye, wahi to positive thinker hai.</w:t>
      </w:r>
    </w:p>
    <w:p>
      <w:pPr>
        <w:jc w:val="right"/>
      </w:pPr>
      <w:r>
        <w:t>یہ چیز تو آپ کو کریٹیسائز کر دیتی ہے۔ جو آدمی کریٹیسائز ہو جائے، وہی تو پازیٹیو تھنکر ہے۔</w:t>
      </w:r>
    </w:p>
    <w:p>
      <w:r>
        <w:rPr>
          <w:b/>
        </w:rPr>
        <w:t xml:space="preserve">[1:32:01] </w:t>
      </w:r>
      <w:r>
        <w:t>Positive thinking jo hai, do tareeqay se aati hai: ya to aap bohat zyada aap ke andar scientific thinking ho, bohat aap objective hon, aap bohat zyada, agarche itna objective koi hota nahi,</w:t>
      </w:r>
    </w:p>
    <w:p>
      <w:pPr>
        <w:jc w:val="right"/>
      </w:pPr>
      <w:r>
        <w:t>پازیٹیو تھنکنگ جو ہے، دو طریقے سے آتی ہے: یا تو آپ بہت زیادہ آپ کے اندر سائنٹیفک تھنکنگ ہو، بہت آپ ابجیکٹو ہوں، آپ بہت زیادہ، اگرچہ اتنا ابجیکٹو کوئی ہوتا نہیں،</w:t>
      </w:r>
    </w:p>
    <w:p>
      <w:r>
        <w:rPr>
          <w:b/>
        </w:rPr>
        <w:t xml:space="preserve">[1:32:16] </w:t>
      </w:r>
      <w:r>
        <w:t>poori tarah complex free hoon, to poori tarah complex free hoon, bohat objective hoon, tab aata hai positive thinking.</w:t>
      </w:r>
    </w:p>
    <w:p>
      <w:pPr>
        <w:jc w:val="right"/>
      </w:pPr>
      <w:r>
        <w:t>پوری طرح کمپلیکس فری ہوں، تو پوری طرح کمپلیکس فری ہوں، بہت ابجیکٹو ہوں، تب آتا ہے پازیٹیو تھنکنگ۔</w:t>
      </w:r>
    </w:p>
    <w:p>
      <w:r>
        <w:rPr>
          <w:b/>
        </w:rPr>
        <w:t xml:space="preserve">[1:32:26] </w:t>
      </w:r>
      <w:r>
        <w:t>aur doosra yeh ke Allah ka khauf bohat ziyada</w:t>
      </w:r>
    </w:p>
    <w:p>
      <w:pPr>
        <w:jc w:val="right"/>
      </w:pPr>
      <w:r>
        <w:t>اور دوسرا یہ کہ اللہ کا خوف بہت زیادہ</w:t>
      </w:r>
    </w:p>
    <w:p>
      <w:r>
        <w:rPr>
          <w:b/>
        </w:rPr>
        <w:t xml:space="preserve">[1:32:28] </w:t>
      </w:r>
      <w:r>
        <w:t>ho. koi Allah ka khauf bohat ziyada ho to aap tamam bias nikal jaate hain, subjective thinking khatam ho jaati hai, as it is thinking aati hai.</w:t>
      </w:r>
    </w:p>
    <w:p>
      <w:pPr>
        <w:jc w:val="right"/>
      </w:pPr>
      <w:r>
        <w:t>ہو۔ کوئی اللہ کا خوف بہت زیادہ ہو تو آپ تمام بائس نکل جاتے ہیں، سبجیکٹو تھنکنگ ختم ہو جاتی ہے، آئی ایز اٹ از تھنکنگ آتی ہے۔</w:t>
      </w:r>
    </w:p>
    <w:p>
      <w:r>
        <w:rPr>
          <w:b/>
        </w:rPr>
        <w:t xml:space="preserve">[1:32:39] </w:t>
      </w:r>
      <w:r>
        <w:t>doosri ka naam hai positive thinking.</w:t>
      </w:r>
    </w:p>
    <w:p>
      <w:pPr>
        <w:jc w:val="right"/>
      </w:pPr>
      <w:r>
        <w:t>دوسری کا نام ہے پازیٹیو تھنکنگ۔</w:t>
      </w:r>
    </w:p>
    <w:p>
      <w:r>
        <w:rPr>
          <w:b/>
        </w:rPr>
        <w:t xml:space="preserve">[1:32:44] </w:t>
      </w:r>
      <w:r>
        <w:t>to main samajhta hoon ke objective thinking ya scientific thinking se jo aati hai positivity, uski to ek had hai, lekin Khuda ke khauf se jo aati hai positivity,</w:t>
      </w:r>
    </w:p>
    <w:p>
      <w:pPr>
        <w:jc w:val="right"/>
      </w:pPr>
      <w:r>
        <w:t>تو میں سمجھتا ہوں کہ ابجیکٹو تھنکنگ یا سائنٹیفک تھنکنگ سے جو آتی ہے پازیٹیوٹی، اس کی تو ایک حد ہے، لیکن خدا کے خوف سے جو آتی ہے پازیٹیوٹی،</w:t>
      </w:r>
    </w:p>
    <w:p>
      <w:r>
        <w:rPr>
          <w:b/>
        </w:rPr>
        <w:t xml:space="preserve">[1:32:55] </w:t>
      </w:r>
      <w:r>
        <w:t>Khuda ka aqeedah ke mani Khuda ka khauf se juda hua hai, bilkul is se jo positive thinking aati hai, woh uski koi limit nahi hai.</w:t>
      </w:r>
    </w:p>
    <w:p>
      <w:pPr>
        <w:jc w:val="right"/>
      </w:pPr>
      <w:r>
        <w:t>خدا کا عقیدہ کے معنی خدا کا خوف سے جڑا ہوا ہے، بالکل اس سے جو پازیٹیو تھنکنگ آتی ہے، وہ اس کی کوئی لمٹ نہیں ہے۔</w:t>
      </w:r>
    </w:p>
    <w:p>
      <w:r>
        <w:rPr>
          <w:b/>
        </w:rPr>
        <w:t xml:space="preserve">[1:33:07] </w:t>
      </w:r>
      <w:r>
        <w:t>Doctor Farida Khanam ne Delhi se likha hai: "Why is it that becoming grateful is the most difficult thing? That is why man has failed in this test.</w:t>
      </w:r>
    </w:p>
    <w:p>
      <w:pPr>
        <w:jc w:val="right"/>
      </w:pPr>
      <w:r>
        <w:t>ڈاکٹر فریدہ خانم نے دلی سے لکھا ہے: "وائی از اٹ دیٹ بیکمنگ گریٹ فل از دا موسٹ ڈیفیکلٹ تھنگ؟ دیٹ از وائی مین ہیز فیلڈ ان دس ٹیسٹ۔</w:t>
      </w:r>
    </w:p>
    <w:p>
      <w:r>
        <w:rPr>
          <w:b/>
        </w:rPr>
        <w:t xml:space="preserve">[1:33:20] </w:t>
      </w:r>
      <w:r>
        <w:t>Now it seems to be too late to reform our self</w:t>
      </w:r>
    </w:p>
    <w:p>
      <w:pPr>
        <w:jc w:val="right"/>
      </w:pPr>
      <w:r>
        <w:t>ناؤ اٹ سیمز ٹو بی ٹو لیٹ ٹو ریفارم اور سیل</w:t>
      </w:r>
    </w:p>
    <w:p>
      <w:r>
        <w:rPr>
          <w:b/>
        </w:rPr>
        <w:t xml:space="preserve">[1:33:24] </w:t>
      </w:r>
      <w:r>
        <w:t>s. Please comment."</w:t>
      </w:r>
    </w:p>
    <w:p>
      <w:pPr>
        <w:jc w:val="right"/>
      </w:pPr>
      <w:r>
        <w:t>فس۔ پلیز کمنٹ۔"</w:t>
      </w:r>
    </w:p>
    <w:p>
      <w:r>
        <w:rPr>
          <w:b/>
        </w:rPr>
        <w:t xml:space="preserve">[1:33:30] </w:t>
      </w:r>
      <w:r>
        <w:t>asal mein insaan ke andar dekhiye, ego ki tarah bohat ziyada barha hua hai, bohat ziyada. is se pride aata hai, self respect aata hai, main aata hai, ananiyat.</w:t>
      </w:r>
    </w:p>
    <w:p>
      <w:pPr>
        <w:jc w:val="right"/>
      </w:pPr>
      <w:r>
        <w:t>اصل میں انسان کے اندر دیکھیے، ایگو کی طرح بہت زیادہ بڑھا ہوا ہے، بہت زیادہ۔ اس سے پرائیڈ آتا ہے، سیلف ریسپیکٹ آتا ہے، میں آتا ہے، انانیت۔</w:t>
      </w:r>
    </w:p>
    <w:p>
      <w:r>
        <w:rPr>
          <w:b/>
        </w:rPr>
        <w:t xml:space="preserve">[1:33:44] </w:t>
      </w:r>
      <w:r>
        <w:t>to is ki wajah se kya hai?</w:t>
      </w:r>
    </w:p>
    <w:p>
      <w:pPr>
        <w:jc w:val="right"/>
      </w:pPr>
      <w:r>
        <w:t>تو اس کی وجہ سے کیا ہے؟</w:t>
      </w:r>
    </w:p>
    <w:p>
      <w:r>
        <w:rPr>
          <w:b/>
        </w:rPr>
        <w:t xml:space="preserve">[1:33:48] </w:t>
      </w:r>
      <w:r>
        <w:t>yani acknowledge karne ke mani hain ke ek cheez jo hai, doosre ke khaane mein daalna.</w:t>
      </w:r>
    </w:p>
    <w:p>
      <w:pPr>
        <w:jc w:val="right"/>
      </w:pPr>
      <w:r>
        <w:t>یعنی اکنالج کرنے کے معنی ہیں کہ ایک چیز جو ہے، دوسرے کے خانے میں ڈالنا۔</w:t>
      </w:r>
    </w:p>
    <w:p>
      <w:r>
        <w:rPr>
          <w:b/>
        </w:rPr>
        <w:t xml:space="preserve">[1:33:57] </w:t>
      </w:r>
      <w:r>
        <w:t>jab aap kisi ka iqraar karte hain to is ka matlab yeh hai ke aap ne is ko doosre khaane mein daal diya.</w:t>
      </w:r>
    </w:p>
    <w:p>
      <w:pPr>
        <w:jc w:val="right"/>
      </w:pPr>
      <w:r>
        <w:t>جب آپ کسی کا اعتراف کرتے ہیں تو اس کا مطلب یہ ہے کہ آپ نے اس کو دوسرے خانے میں ڈال دیا۔</w:t>
      </w:r>
    </w:p>
    <w:p>
      <w:r>
        <w:rPr>
          <w:b/>
        </w:rPr>
        <w:t xml:space="preserve">[1:34:09] </w:t>
      </w:r>
      <w:r>
        <w:t>jaise mujhe koi cheez de, koi aadmi ek laptop de, to main jab is ka dhoom se iqraar karunga to mani ke maine is ko doosre khaane mein daal diya.</w:t>
      </w:r>
    </w:p>
    <w:p>
      <w:pPr>
        <w:jc w:val="right"/>
      </w:pPr>
      <w:r>
        <w:t>جیسے مجھے کوئی چیز دے، کوئی آدمی ایک لیپ ٹاپ دے، تو میں جب اس کا دھوم سے اعتراف کروں گا تو معنی کہ میں نے اس کو دوسرے خانے میں ڈال دیا۔</w:t>
      </w:r>
    </w:p>
    <w:p>
      <w:r>
        <w:rPr>
          <w:b/>
        </w:rPr>
        <w:t xml:space="preserve">[1:34:21] </w:t>
      </w:r>
      <w:r>
        <w:t>jo log kya karte hain? pitch up kar lete hain, ghuma phira kar bolte hain.</w:t>
      </w:r>
    </w:p>
    <w:p>
      <w:pPr>
        <w:jc w:val="right"/>
      </w:pPr>
      <w:r>
        <w:t>جو لوگ کیا کرتے ہیں؟ پیچ اپ کر لیتے ہیں، گھما پھرا کر بولتے ہیں۔</w:t>
      </w:r>
    </w:p>
    <w:p>
      <w:r>
        <w:rPr>
          <w:b/>
        </w:rPr>
        <w:t xml:space="preserve">[1:34:24] </w:t>
      </w:r>
      <w:r>
        <w:t>to apne fakhr ko bahar rakhne ke liye, apne so called self respect ko bahar rakhne ke liye, yeh sab kiya jaata hai.</w:t>
      </w:r>
    </w:p>
    <w:p>
      <w:pPr>
        <w:jc w:val="right"/>
      </w:pPr>
      <w:r>
        <w:t>تو اپنے فخر کو باہر رکھنے کے لیے، اپنے سو کالڈ سیلف ریسپیکٹ کو باہر رکھنے کے لیے، یہ سب کیا جاتا ہے۔</w:t>
      </w:r>
    </w:p>
    <w:p>
      <w:r>
        <w:rPr>
          <w:b/>
        </w:rPr>
        <w:t xml:space="preserve">[1:34:34] </w:t>
      </w:r>
      <w:r>
        <w:t>aur Allah ka darr agar sahi maano mein aa jaye to yeh sab khatam ho jaati hain. yeh sab cheezein aadmi criticize ho jaata hai.</w:t>
      </w:r>
    </w:p>
    <w:p>
      <w:pPr>
        <w:jc w:val="right"/>
      </w:pPr>
      <w:r>
        <w:t>اور اللہ کا ڈر اگر صحیح معنوں میں آ جائے تو یہ سب ختم ہو جاتی ہیں۔ یہ سب چیزیں آدمی کریٹیسائز ہو جاتا ہے۔</w:t>
      </w:r>
    </w:p>
    <w:p>
      <w:r>
        <w:rPr>
          <w:b/>
        </w:rPr>
        <w:t xml:space="preserve">[1:34:43] </w:t>
      </w:r>
      <w:r>
        <w:t>yeh yeh jo question hai ji,</w:t>
      </w:r>
    </w:p>
    <w:p>
      <w:pPr>
        <w:jc w:val="right"/>
      </w:pPr>
      <w:r>
        <w:t>یہ یہ جو کوئسچن ہے جی،</w:t>
      </w:r>
    </w:p>
    <w:p>
      <w:r>
        <w:rPr>
          <w:b/>
        </w:rPr>
        <w:t xml:space="preserve">[1:34:47] </w:t>
      </w:r>
      <w:r>
        <w:t>Miss Naghma Siddiqui ne Delhi se likha hai:</w:t>
      </w:r>
    </w:p>
    <w:p>
      <w:pPr>
        <w:jc w:val="right"/>
      </w:pPr>
      <w:r>
        <w:t>مس نغمہ صدیقی نے دلی سے لکھا ہے:</w:t>
      </w:r>
    </w:p>
    <w:p>
      <w:r>
        <w:rPr>
          <w:b/>
        </w:rPr>
        <w:t xml:space="preserve">[1:34:51] </w:t>
      </w:r>
      <w:r>
        <w:t>"Many people are saying these natural calamities as cause and effect result. How can we make them realize the divine hand in these incidents?"</w:t>
      </w:r>
    </w:p>
    <w:p>
      <w:pPr>
        <w:jc w:val="right"/>
      </w:pPr>
      <w:r>
        <w:t>"مینی پیپل آر سینگ دیز نیچرل کلیمٹیز ایز کاز اینڈ ایفیکٹ رزلٹ۔ ہاؤ کین وی میک دیم ریلائز دا ڈیوائن ہینڈ ان دیز انسیڈنٹس؟"</w:t>
      </w:r>
    </w:p>
    <w:p>
      <w:r>
        <w:rPr>
          <w:b/>
        </w:rPr>
        <w:t xml:space="preserve">[1:35:05] </w:t>
      </w:r>
      <w:r>
        <w:t>nahi, dekhiye, scientist to aisa kehte hain nahi. aam log kehte honge, scientist is ko cause and effect nahi batate kyunke yeh har us ko paar kar chuka hai.</w:t>
      </w:r>
    </w:p>
    <w:p>
      <w:pPr>
        <w:jc w:val="right"/>
      </w:pPr>
      <w:r>
        <w:t>نہیں، دیکھیں، سائنٹسٹ تو ایسا کہتے ہیں نہیں۔ عام لوگ کہتے ہوں گے، سائنٹسٹ اس کو کاز اینڈ ایفیکٹ نہیں بتاتے کیونکہ یہ ہر اس کو پار کر چکا ہے۔</w:t>
      </w:r>
    </w:p>
    <w:p>
      <w:r>
        <w:rPr>
          <w:b/>
        </w:rPr>
        <w:t xml:space="preserve">[1:35:16] </w:t>
      </w:r>
      <w:r>
        <w:t>abhi jo aa raha hai, har had ko paar kar chuka hai. yeh</w:t>
      </w:r>
    </w:p>
    <w:p>
      <w:pPr>
        <w:jc w:val="right"/>
      </w:pPr>
      <w:r>
        <w:t>ابھی جو آ رہا ہے، ہر حد کو پار کر چکا ہے۔ یہ</w:t>
      </w:r>
    </w:p>
    <w:p>
      <w:r>
        <w:rPr>
          <w:b/>
        </w:rPr>
        <w:t xml:space="preserve">[1:35:23] </w:t>
      </w:r>
      <w:r>
        <w:t>jo cheez had na paar kare, wahan to aap keh sakte hain aisa, haalanke wahan bhi yani cause and effect jo hai, woh kaafi hai. khud cause and effect kis ne paida kiya?</w:t>
      </w:r>
    </w:p>
    <w:p>
      <w:pPr>
        <w:jc w:val="right"/>
      </w:pPr>
      <w:r>
        <w:t>جو چیز حد نہ پار کرے، وہاں تو آپ کہہ سکتے ہیں ایسا، حالانکہ وہاں بھی یعنی کاز اینڈ ایفیکٹ جو ہے، وہ کافی ہے۔ خود کاز اینڈ ایفیکٹ کس نے پیدا کیا؟</w:t>
      </w:r>
    </w:p>
    <w:p>
      <w:r>
        <w:rPr>
          <w:b/>
        </w:rPr>
        <w:t xml:space="preserve">[1:35:34] </w:t>
      </w:r>
      <w:r>
        <w:t>cause and effect kis ne paida kiya? wahi to koi is ko paida karne wala hai.</w:t>
      </w:r>
    </w:p>
    <w:p>
      <w:pPr>
        <w:jc w:val="right"/>
      </w:pPr>
      <w:r>
        <w:t>کاز اینڈ ایفیکٹ کس نے پیدا کیا؟ وہی تو کوئی اس کو پیدا کرنے والا ہے۔</w:t>
      </w:r>
    </w:p>
    <w:p>
      <w:r>
        <w:rPr>
          <w:b/>
        </w:rPr>
        <w:t xml:space="preserve">[1:35:43] </w:t>
      </w:r>
      <w:r>
        <w:t>zameen ke andar jo lava hai, woh jo active hota hai, to kis ne is ko active kiya? yeh bhi to sawal paida hota hai.</w:t>
      </w:r>
    </w:p>
    <w:p>
      <w:pPr>
        <w:jc w:val="right"/>
      </w:pPr>
      <w:r>
        <w:t>زمین کے اندر جو لاوا ہے، وہ جو ایکٹیو ہوتا ہے، تو کس نے اس کو ایکٹیو کیا؟ یہ بھی تو سوال پیدا ہوتا ہے۔</w:t>
      </w:r>
    </w:p>
    <w:p>
      <w:r>
        <w:rPr>
          <w:b/>
        </w:rPr>
        <w:t xml:space="preserve">[1:35:56] </w:t>
      </w:r>
      <w:r>
        <w:t>ek to yeh sawal, doosra yeh ke ab jo is waqt jo aa raha hai, woh is is normal limit se zyada hai. normal limit jo hua karti thi, us se bohat zyada hai.</w:t>
      </w:r>
    </w:p>
    <w:p>
      <w:pPr>
        <w:jc w:val="right"/>
      </w:pPr>
      <w:r>
        <w:t>ایک تو یہ سوال، دوسرا یہ کہ اب جو اس وقت جو آ رہا ہے، وہ اس اس نارمل لیمٹ سے زیادہ ہے۔ نارمل لیمٹ جو ہوا کرتی تھی، اس سے بہت زیادہ ہے۔</w:t>
      </w:r>
    </w:p>
    <w:p>
      <w:r>
        <w:rPr>
          <w:b/>
        </w:rPr>
        <w:t xml:space="preserve">[1:36:09] </w:t>
      </w:r>
      <w:r>
        <w:t>to yeh to khud science-daan hairaan hain ke aakhir yeh normal limit se zyada kyun aisa ho raha hai? kya maamla hai yeh? to is ki main samajhta hoon ke is ko explain nahi kiya ja sakta jab tak yeh na maane ke is mein divine intervention ka maamla hai.</w:t>
      </w:r>
    </w:p>
    <w:p>
      <w:pPr>
        <w:jc w:val="right"/>
      </w:pPr>
      <w:r>
        <w:t>تو یہ تو خود سائنسدان حیران ہیں کہ آخر یہ نارمل لیمٹ سے زیادہ کیوں ایسا ہو رہا ہے؟ کیا معاملہ ہے یہ؟ تو اس کی میں سمجھتا ہوں کہ اس کو ایکسپلین نہیں کیا جا سکتا جب تک یہ نہ مانے کہ اس میں ڈیوائن انٹرویوشن کا معاملہ ہے۔</w:t>
      </w:r>
    </w:p>
    <w:p>
      <w:r>
        <w:rPr>
          <w:b/>
        </w:rPr>
        <w:t xml:space="preserve">[1:36:22] </w:t>
      </w:r>
      <w:r>
        <w:t>yeh</w:t>
      </w:r>
    </w:p>
    <w:p>
      <w:pPr>
        <w:jc w:val="right"/>
      </w:pPr>
      <w:r>
        <w:t>یہ</w:t>
      </w:r>
    </w:p>
    <w:p>
      <w:r>
        <w:rPr>
          <w:b/>
        </w:rPr>
        <w:t xml:space="preserve">[1:36:25] </w:t>
      </w:r>
      <w:r>
        <w:t>doctor Fareeda Khanam ne Dilli se likha hai: "a number of programs were held in honor of Imam Haram. The Imam as well as other speakers lavish praises of the companions, but they did not tell how we should follow the companions and what role we have to play in the guidance of the companions in present times.</w:t>
      </w:r>
    </w:p>
    <w:p>
      <w:pPr>
        <w:jc w:val="right"/>
      </w:pPr>
      <w:r>
        <w:t>ڈاکٹر فریدہ خانم نے دلی سے لکھا ہے: "ا نمبر اف پروگرامز وار ہیلڈ ان اونر اف امام حرم۔ دی امام ایز ویل ایز ادر سپیکرز لیوش پریزز اف دی کمپینینز، بٹ دے ڈیڈ ناٹ ٹیل ہاؤ وی شوڈ فالو دا کمپینینز اینڈ واٹ رول وی ہیو ٹو پلے ان دی گائیڈنس اف دی کمپینینز ان پریزنٹ ٹائمز۔</w:t>
      </w:r>
    </w:p>
    <w:p>
      <w:r>
        <w:rPr>
          <w:b/>
        </w:rPr>
        <w:t xml:space="preserve">[1:36:50] </w:t>
      </w:r>
      <w:r>
        <w:t>what is your comment on this?"</w:t>
      </w:r>
    </w:p>
    <w:p>
      <w:pPr>
        <w:jc w:val="right"/>
      </w:pPr>
      <w:r>
        <w:t>واٹ از یور کمنٹ ان دس؟"</w:t>
      </w:r>
    </w:p>
    <w:p>
      <w:r>
        <w:rPr>
          <w:b/>
        </w:rPr>
        <w:t xml:space="preserve">[1:36:52] </w:t>
      </w:r>
      <w:r>
        <w:t>pehli baat yeh hai ke companion ne kya? is tarah ke stage khada kiya tha? kabhi is tarah stage to bidat hai. bataiye ke kab Sahaba ne is stage bana kar ke tareefein keen aur Abu Bakr ki Umar ki tareefein mein taqreerein karne lage?</w:t>
      </w:r>
    </w:p>
    <w:p>
      <w:pPr>
        <w:jc w:val="right"/>
      </w:pPr>
      <w:r>
        <w:t>پہلی بات یہ ہے کہ کمپینین نے کیا؟ اس طرح کے اسٹیج کھڑا کیا تھا؟ کبھی اس طرح اسٹیج تو بدعت ہے۔ بتائیے کہ کب صحابہ نے اس اسٹیج بنا کر کے تعریفیں کیں اور ابوبکر کی عمر کی تعریفیں میں تقریریں کرنے لگے؟</w:t>
      </w:r>
    </w:p>
    <w:p>
      <w:r>
        <w:rPr>
          <w:b/>
        </w:rPr>
        <w:t xml:space="preserve">[1:37:09] </w:t>
      </w:r>
      <w:r>
        <w:t>yeh to yeh to khitab bidat hai. yeh yeh khud yeh tareeqa stage banana aur fakhr bayan karna, tareefein karna, bare bare alfaaz bolna, yeh khud apne aap mein bidat hai.</w:t>
      </w:r>
    </w:p>
    <w:p>
      <w:pPr>
        <w:jc w:val="right"/>
      </w:pPr>
      <w:r>
        <w:t>یہ تو یہ تو خطاب بدعت ہے۔ یہ یہ خود یہ طریقہ اسٹیج بنانا اور فخر بیان کرنا، تعریفیں کرنا، بڑے بڑے الفاظ بولنا، یہ خود اپنے آپ میں بدعت ہے۔</w:t>
      </w:r>
    </w:p>
    <w:p>
      <w:r>
        <w:rPr>
          <w:b/>
        </w:rPr>
        <w:t xml:space="preserve">[1:37:20] </w:t>
      </w:r>
      <w:r>
        <w:t>Sahaba ke tareeqa khilaf hai.</w:t>
      </w:r>
    </w:p>
    <w:p>
      <w:pPr>
        <w:jc w:val="right"/>
      </w:pPr>
      <w:r>
        <w:t>صحابہ کے طریقے خلاف ہے۔</w:t>
      </w:r>
    </w:p>
    <w:p>
      <w:r>
        <w:rPr>
          <w:b/>
        </w:rPr>
        <w:t xml:space="preserve">[1:37:23] </w:t>
      </w:r>
      <w:r>
        <w:t>Sahaba ka tareeqa jo hai introspection hai. introspection woh to koi karta nahi. is ko is ko is ko main kaha karta hoon stage activism.</w:t>
      </w:r>
    </w:p>
    <w:p>
      <w:pPr>
        <w:jc w:val="right"/>
      </w:pPr>
      <w:r>
        <w:t>صحابہ کا طریقہ جو ہے انٹراسپیکشن ہے۔ انٹراسپیکشن وہ تو کوئی کرتا نہیں۔ اس کو اس کو اس کو میں کہا کرتا ہوں اسٹیج ایکٹیوزم۔</w:t>
      </w:r>
    </w:p>
    <w:p>
      <w:r>
        <w:rPr>
          <w:b/>
        </w:rPr>
        <w:t xml:space="preserve">[1:37:32] </w:t>
      </w:r>
      <w:r>
        <w:t>aaj kal zamane mein tarah tarah ke activism nikle hain: judicial activism aur media activism aur kya kya activism?</w:t>
      </w:r>
    </w:p>
    <w:p>
      <w:pPr>
        <w:jc w:val="right"/>
      </w:pPr>
      <w:r>
        <w:t>آج کل زمانے میں طرح طرح کے ایکٹیوزم نکلے ہیں: جوڈیشل ایکٹیوزم اور میڈیا ایکٹیوزم اور کیا کیا ایکٹیوزم؟</w:t>
      </w:r>
    </w:p>
    <w:p>
      <w:r>
        <w:rPr>
          <w:b/>
        </w:rPr>
        <w:t xml:space="preserve">[1:37:43] </w:t>
      </w:r>
      <w:r>
        <w:t>bohat saare isi mein se ek yeh hai stage activism. is ka taluq na Islam se hai, na is ka koi</w:t>
      </w:r>
    </w:p>
    <w:p>
      <w:pPr>
        <w:jc w:val="right"/>
      </w:pPr>
      <w:r>
        <w:t>بہت سارے اسی میں سے ایک یہ ہے اسٹیج ایکٹیوزم۔ اس کا تعلق نہ اسلام سے ہے، نہ اس کا کوئی</w:t>
      </w:r>
    </w:p>
    <w:p>
      <w:r>
        <w:rPr>
          <w:b/>
        </w:rPr>
        <w:t xml:space="preserve">[1:37:50] </w:t>
      </w:r>
      <w:r>
        <w:t>faida hai. Millat ki islaah se koi faida is ka nahi hai. ek aadmi bhi is se is ki islaah nahi hogi. yaani ek aadmi bhi aisa nahi hai, aap dhoond ke nikaliye jo is stage activism ke baad yeh kahe ke aaj se maine Sahaba ke model ko apna liya, apni zindagi ko badal liya, maine falan falan ghalti jo mere andar thi, Sahaba ke khilaf, woh theek kar liya.</w:t>
      </w:r>
    </w:p>
    <w:p>
      <w:pPr>
        <w:jc w:val="right"/>
      </w:pPr>
      <w:r>
        <w:t>فائدہ ہے۔ ملت کی اصلاح سے کوئی فائدہ اس کا نہیں ہے۔ ایک آدمی بھی اس سے اس کی اصلاح نہیں ہوگی۔ یعنی ایک آدمی بھی ایسا نہیں ہے، آپ ڈھونڈ کے نکالیے جو اس اسٹیج ایکٹیوزم کے بعد یہ کہے کہ آج سے میں نے صحابہ کے ماڈل کو اپنا لیا، اپنی زندگی کو بدل لیا، میں نے فلاں فلاں غلطی جو میرے اندر تھی، صحابہ کے خلاف، وہ ٹھیک کر لیا۔</w:t>
      </w:r>
    </w:p>
    <w:p>
      <w:r>
        <w:rPr>
          <w:b/>
        </w:rPr>
        <w:t xml:space="preserve">[1:38:11] </w:t>
      </w:r>
      <w:r>
        <w:t>ek aadmi mujhe jhoot ke bataiye, yeh stage activism hai. is ka koi faida na duniya mein hai, na aakhirat mein hai.</w:t>
      </w:r>
    </w:p>
    <w:p>
      <w:pPr>
        <w:jc w:val="right"/>
      </w:pPr>
      <w:r>
        <w:t>ایک آدمی مجھے جھوٹ کے بتائیے، یہ اسٹیج ایکٹیوزم ہے۔ اس کا کوئی فائدہ نہ دنیا میں ہے، نہ آخرت میں ہے۔</w:t>
      </w:r>
    </w:p>
    <w:p>
      <w:r>
        <w:rPr>
          <w:b/>
        </w:rPr>
        <w:t xml:space="preserve">[1:38:19] </w:t>
      </w:r>
      <w:r>
        <w:t>yeh to sirf media mein chand din ka tamasha hai. is ke baad qissa khatam.</w:t>
      </w:r>
    </w:p>
    <w:p>
      <w:pPr>
        <w:jc w:val="right"/>
      </w:pPr>
      <w:r>
        <w:t>یہ تو صرف میڈیا میں چند دن کا تماشہ ہے۔ اس کے بعد قصہ ختم۔</w:t>
      </w:r>
    </w:p>
    <w:p>
      <w:r>
        <w:rPr>
          <w:b/>
        </w:rPr>
        <w:t xml:space="preserve">[1:38:27] </w:t>
      </w:r>
      <w:r>
        <w:t>Miss Saadia Khan ne Dilli se likha hai: "will man play any role in the making, sustaining and developing of the next world?" please comment.</w:t>
      </w:r>
    </w:p>
    <w:p>
      <w:pPr>
        <w:jc w:val="right"/>
      </w:pPr>
      <w:r>
        <w:t>مس سعدیہ خان نے دلی سے لکھا ہے: "ویل مین پلے اینی رول ان دا میکنگ، سسٹیننگ اینڈ ڈیویلپنگ اف دا نیکسٹ ورلڈ؟" پلیز کمنٹ۔</w:t>
      </w:r>
    </w:p>
    <w:p>
      <w:r>
        <w:rPr>
          <w:b/>
        </w:rPr>
        <w:t xml:space="preserve">[1:38:46] </w:t>
      </w:r>
      <w:r>
        <w:t>ab main to yahi samajhta hoon ke woh Allah taala ka maamla hai. koi duniya ko banana Allah taala ka maamla hai. hum to sirf yeh hain ke deserving content ban saken, wahan settle hone ke liye.</w:t>
      </w:r>
    </w:p>
    <w:p>
      <w:pPr>
        <w:jc w:val="right"/>
      </w:pPr>
      <w:r>
        <w:t>اب میں تو یہی سمجھتا ہوں کہ وہ اللہ تعالی کا معاملہ ہے۔ کوئی دنیا کو بنانا اللہ تعالی کا معاملہ ہے۔ ہم تو صرف یہ ہیں کہ ڈیزروونگ کنٹینٹ بن سکیں، وہاں سیٹل ہونے کے لیے۔</w:t>
      </w:r>
    </w:p>
    <w:p>
      <w:r>
        <w:rPr>
          <w:b/>
        </w:rPr>
        <w:t xml:space="preserve">[1:39:01] </w:t>
      </w:r>
      <w:r>
        <w:t>khud is duniya ko banana,</w:t>
      </w:r>
    </w:p>
    <w:p>
      <w:pPr>
        <w:jc w:val="right"/>
      </w:pPr>
      <w:r>
        <w:t>خود اس دنیا کو بنانا،</w:t>
      </w:r>
    </w:p>
    <w:p>
      <w:r>
        <w:rPr>
          <w:b/>
        </w:rPr>
        <w:t xml:space="preserve">[1:39:05] </w:t>
      </w:r>
      <w:r>
        <w:t>wohi unhone kaha: "paradigm in the making". to is duniya ko banana to sar ta pa Allah taala ka maamla hai.</w:t>
      </w:r>
    </w:p>
    <w:p>
      <w:pPr>
        <w:jc w:val="right"/>
      </w:pPr>
      <w:r>
        <w:t>وہی انہوں نے کہا: "پیرائیڈ ان دا میکنگ"۔ تو اس دنیا کو بنانا تو سر تاثر اللہ تعالی کا معاملہ ہے۔</w:t>
      </w:r>
    </w:p>
    <w:p>
      <w:r>
        <w:rPr>
          <w:b/>
        </w:rPr>
        <w:t xml:space="preserve">[1:39:12] </w:t>
      </w:r>
      <w:r>
        <w:t>humein jo karna hai, woh yeh hai ke hum apne ko is ka deserving content bana saken. bas hamare bas mein yahi hai.</w:t>
      </w:r>
    </w:p>
    <w:p>
      <w:pPr>
        <w:jc w:val="right"/>
      </w:pPr>
      <w:r>
        <w:t>ہمیں جو کرنا ہے، وہ یہ ہے کہ ہم اپنے کو اس کا ڈیزروونگ کنٹینٹ بنا سکیں۔ بس ہمارے بس میں یہی 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