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Art of Emotion Management December 26, 2007 Maulana Wahiduddin Khan</w:t>
      </w:r>
    </w:p>
    <w:p>
      <w:r>
        <w:t>https://www.youtube.com/watch?v=Im7m_nZwC7E</w:t>
      </w:r>
    </w:p>
    <w:p>
      <w:r>
        <w:rPr>
          <w:b/>
        </w:rPr>
        <w:t xml:space="preserve">[00:14] </w:t>
      </w:r>
      <w:r>
        <w:t>wasallallahu ala nabiyil karim. rab ishrah li sadri, wa yassir li amri, wahlul uqdatan min lisani,</w:t>
      </w:r>
    </w:p>
    <w:p>
      <w:pPr>
        <w:jc w:val="right"/>
      </w:pPr>
      <w:r>
        <w:t>وصلی اللہ علی النبی الکریم۔ رب اشرح لی صدری، ویسر لی امری، واحل العقدۃ من لسانی،</w:t>
      </w:r>
    </w:p>
    <w:p>
      <w:r>
        <w:rPr>
          <w:b/>
        </w:rPr>
        <w:t xml:space="preserve">[00:27] </w:t>
      </w:r>
      <w:r>
        <w:t>yafqa qawli.</w:t>
      </w:r>
    </w:p>
    <w:p>
      <w:pPr>
        <w:jc w:val="right"/>
      </w:pPr>
      <w:r>
        <w:t>یفقہ قولی۔</w:t>
      </w:r>
    </w:p>
    <w:p>
      <w:r>
        <w:rPr>
          <w:b/>
        </w:rPr>
        <w:t xml:space="preserve">[00:32] </w:t>
      </w:r>
      <w:r>
        <w:t>aaj ki baat ka jo title hai woh hai "the art of emotion management".</w:t>
      </w:r>
    </w:p>
    <w:p>
      <w:pPr>
        <w:jc w:val="right"/>
      </w:pPr>
      <w:r>
        <w:t>آج کی بات کا جو ٹائٹل ہے وہ ہے "دی آرٹ آف ایموشن مینجمنٹ"۔</w:t>
      </w:r>
    </w:p>
    <w:p>
      <w:r>
        <w:rPr>
          <w:b/>
        </w:rPr>
        <w:t xml:space="preserve">[00:47] </w:t>
      </w:r>
      <w:r>
        <w:t>"the art of emotion management".</w:t>
      </w:r>
    </w:p>
    <w:p>
      <w:pPr>
        <w:jc w:val="right"/>
      </w:pPr>
      <w:r>
        <w:t>"دی آرٹ آف ایموشن مینجمنٹ"۔</w:t>
      </w:r>
    </w:p>
    <w:p>
      <w:r>
        <w:rPr>
          <w:b/>
        </w:rPr>
        <w:t xml:space="preserve">[00:53] </w:t>
      </w:r>
      <w:r>
        <w:t>dekhiye, yeh bohat hi ziyada zaroori hai insaan ke liye ke woh apnay jazbat ko, apnay emotions ko manage kare.</w:t>
      </w:r>
    </w:p>
    <w:p>
      <w:pPr>
        <w:jc w:val="right"/>
      </w:pPr>
      <w:r>
        <w:t>دیکھیے، یہ بہت ہی زیادہ ضروری ہے انسان کے لیے کہ وہ اپنے جذبات کو، اپنے ایموشنز کو مینج کرے۔</w:t>
      </w:r>
    </w:p>
    <w:p>
      <w:r>
        <w:rPr>
          <w:b/>
        </w:rPr>
        <w:t xml:space="preserve">[01:07] </w:t>
      </w:r>
      <w:r>
        <w:t>balkay mein yeh kahunga ke insaan ki sari success aur failure dono isi par depend karti hain ke woh apnay emotions ko manage kar pata hai ya nahi kar pata.</w:t>
      </w:r>
    </w:p>
    <w:p>
      <w:pPr>
        <w:jc w:val="right"/>
      </w:pPr>
      <w:r>
        <w:t>بلکہ میں یہ کہوں گا کہ انسان کی ساری سکسیس اور فیلیر دونوں اسی پر ڈیپینڈ کرتی ہیں کہ وہ اپنے ایموشنز کو مینج کر پاتا ہے یا نہیں کر پاتا۔</w:t>
      </w:r>
    </w:p>
    <w:p>
      <w:r>
        <w:rPr>
          <w:b/>
        </w:rPr>
        <w:t xml:space="preserve">[01:26] </w:t>
      </w:r>
      <w:r>
        <w:t>yeh bohat hi ziyada basic baat hai.</w:t>
      </w:r>
    </w:p>
    <w:p>
      <w:pPr>
        <w:jc w:val="right"/>
      </w:pPr>
      <w:r>
        <w:t>یہ بہت ہی زیادہ بیسک بات ہے۔</w:t>
      </w:r>
    </w:p>
    <w:p>
      <w:r>
        <w:rPr>
          <w:b/>
        </w:rPr>
        <w:t xml:space="preserve">[01:32] </w:t>
      </w:r>
      <w:r>
        <w:t>dekhiye, insaan ko in ginat cheezon ki zaroorat hai. is ki koi ginti nahi keh sakti.</w:t>
      </w:r>
    </w:p>
    <w:p>
      <w:pPr>
        <w:jc w:val="right"/>
      </w:pPr>
      <w:r>
        <w:t>دیکھیے، انسان کو ان گنت چیزوں کی ضرورت ہے۔ اس کی کوئی گنتی نہیں کہہ سکتی۔</w:t>
      </w:r>
    </w:p>
    <w:p>
      <w:r>
        <w:rPr>
          <w:b/>
        </w:rPr>
        <w:t xml:space="preserve">[01:43] </w:t>
      </w:r>
      <w:r>
        <w:t>misalan, light chahiye insaan ko, kyun ke insaan light ke baghair dekh nahi sakta. insaan ko gravity chahiye, kyun ke gravity ke baghair woh chal nahi sakta zameen par.</w:t>
      </w:r>
    </w:p>
    <w:p>
      <w:pPr>
        <w:jc w:val="right"/>
      </w:pPr>
      <w:r>
        <w:t>مثلاً، لائٹ چاہیے انسان کو، کیوں کہ انسان لائٹ کے بغیر دیکھ نہیں سکتا۔ انسان کو گریویٹی چاہیے، کیوں کہ گریویٹی کے بغیر وہ چل نہیں سکتا زمین پر۔</w:t>
      </w:r>
    </w:p>
    <w:p>
      <w:r>
        <w:rPr>
          <w:b/>
        </w:rPr>
        <w:t xml:space="preserve">[01:59] </w:t>
      </w:r>
      <w:r>
        <w:t>insaan ko oxygen chahiye, kyun ke oxygen ke baghair woh mar jayega. insaan ko food chahiye, food ke baghair insaan zinda reh nahi sakta.</w:t>
      </w:r>
    </w:p>
    <w:p>
      <w:pPr>
        <w:jc w:val="right"/>
      </w:pPr>
      <w:r>
        <w:t>انسان کو آکسیجن چاہیے، کیوں کہ آکسیجن کے بغیر وہ مر جائے گا۔ انسان کو فوڈ چاہیے، فوڈ کے بغیر انسان زندہ رہ نہیں سکتا۔</w:t>
      </w:r>
    </w:p>
    <w:p>
      <w:r>
        <w:rPr>
          <w:b/>
        </w:rPr>
        <w:t xml:space="preserve">[02:14] </w:t>
      </w:r>
      <w:r>
        <w:t>yeh sab kaun manage kar raha hai? yeh sab nature manage kar rahi hai. insaan ko pani chahiye, pani ko bhi nature manage karti hai.</w:t>
      </w:r>
    </w:p>
    <w:p>
      <w:pPr>
        <w:jc w:val="right"/>
      </w:pPr>
      <w:r>
        <w:t>یہ سب کون مینج کر رہا ہے؟ یہ سب نیچر مینج کر رہی ہے۔ انسان کو پانی چاہیے، پانی کو بھی نیچر مینج کرتی ہے۔</w:t>
      </w:r>
    </w:p>
    <w:p>
      <w:r>
        <w:rPr>
          <w:b/>
        </w:rPr>
        <w:t xml:space="preserve">[02:27] </w:t>
      </w:r>
      <w:r>
        <w:t>toh is duniya mein in ginat qism ke management ho rahe hain: light management, gravity management, oxygen management, water management.</w:t>
      </w:r>
    </w:p>
    <w:p>
      <w:pPr>
        <w:jc w:val="right"/>
      </w:pPr>
      <w:r>
        <w:t>تو اس دنیا میں ان گنت قسم کے مینجمنٹ ہو رہے ہیں: لائٹ مینجمنٹ، گریویٹی مینجمنٹ، آکسیجن مینجمنٹ، واٹر مینجمنٹ۔</w:t>
      </w:r>
    </w:p>
    <w:p>
      <w:r>
        <w:rPr>
          <w:b/>
        </w:rPr>
        <w:t xml:space="preserve">[02:45] </w:t>
      </w:r>
      <w:r>
        <w:t>in ginat qism ke management. tab insaan is duniya mein zinda hai.</w:t>
      </w:r>
    </w:p>
    <w:p>
      <w:pPr>
        <w:jc w:val="right"/>
      </w:pPr>
      <w:r>
        <w:t>ان گنت قسم کے مینجمنٹ۔ تب انسان اس دنیا میں زندہ ہے۔</w:t>
      </w:r>
    </w:p>
    <w:p>
      <w:r>
        <w:rPr>
          <w:b/>
        </w:rPr>
        <w:t xml:space="preserve">[02:54] </w:t>
      </w:r>
      <w:r>
        <w:t>jaise hum khate hain, toh sirf kha kar ke hum is ko is se taqat nahi le paate.</w:t>
      </w:r>
    </w:p>
    <w:p>
      <w:pPr>
        <w:jc w:val="right"/>
      </w:pPr>
      <w:r>
        <w:t>جیسے ہم کھاتے ہیں، تو صرف کھا کر کے ہم اس کو اس سے طاقت نہیں لے پاتے۔</w:t>
      </w:r>
    </w:p>
    <w:p>
      <w:r>
        <w:rPr>
          <w:b/>
        </w:rPr>
        <w:t xml:space="preserve">[03:04] </w:t>
      </w:r>
      <w:r>
        <w:t>is ke liye zaroorat hoti hai bacteria ki. million and billion bacteria hamari body mein dakhil hote hain. woh digestive system ko process karte hain.</w:t>
      </w:r>
    </w:p>
    <w:p>
      <w:pPr>
        <w:jc w:val="right"/>
      </w:pPr>
      <w:r>
        <w:t>اس کے لیے ضرورت ہوتی ہے بیکٹیریا کی۔ ملین اینڈ بلین بیکٹیریا ہماری باڈی میں داخل ہوتے ہیں۔ وہ ڈائجسٹیو سسٹم کو پروسیس کرتے ہیں۔</w:t>
      </w:r>
    </w:p>
    <w:p>
      <w:r>
        <w:rPr>
          <w:b/>
        </w:rPr>
        <w:t xml:space="preserve">[03:19] </w:t>
      </w:r>
      <w:r>
        <w:t>tab hamara khaya hua pani hamari body mein ja kar gosht aur khoon banta hai. hum ko taqat deta hai.</w:t>
      </w:r>
    </w:p>
    <w:p>
      <w:pPr>
        <w:jc w:val="right"/>
      </w:pPr>
      <w:r>
        <w:t>تب ہمارا کھایا ہوا پانی ہماری باڈی میں جا کر گوشت اور خون بنتا ہے۔ ہم کو طاقت دیتا ہے۔</w:t>
      </w:r>
    </w:p>
    <w:p>
      <w:r>
        <w:rPr>
          <w:b/>
        </w:rPr>
        <w:t xml:space="preserve">[03:30] </w:t>
      </w:r>
      <w:r>
        <w:t>toh gharaaz, duniya mein zinda rehne ke liye nature ki taraf se ek super management ho raha hai.</w:t>
      </w:r>
    </w:p>
    <w:p>
      <w:pPr>
        <w:jc w:val="right"/>
      </w:pPr>
      <w:r>
        <w:t>تو غرض، دنیا میں زندہ رہنے کے لیے نیچر کی طرف سے ایک سپر مینجمنٹ ہو رہا ہے۔</w:t>
      </w:r>
    </w:p>
    <w:p>
      <w:r>
        <w:rPr>
          <w:b/>
        </w:rPr>
        <w:t xml:space="preserve">[03:40] </w:t>
      </w:r>
      <w:r>
        <w:t>har subah, shaam, raat, din. yeh hamara koi is mein involvement nahi hai. apne aap ho raha hai.</w:t>
      </w:r>
    </w:p>
    <w:p>
      <w:pPr>
        <w:jc w:val="right"/>
      </w:pPr>
      <w:r>
        <w:t>ہر صبح، شام، رات، دن۔ یہ ہمارا کوئی اس میں انوالومنٹ نہیں ہے۔ اپنے آپ ہو رہا ہے۔</w:t>
      </w:r>
    </w:p>
    <w:p>
      <w:r>
        <w:rPr>
          <w:b/>
        </w:rPr>
        <w:t xml:space="preserve">[03:51] </w:t>
      </w:r>
      <w:r>
        <w:t>main samajhta hoon ke sirf ek hi aisi field hai jahan insaan ko khud se manage karna hai. woh hai emotion management.</w:t>
      </w:r>
    </w:p>
    <w:p>
      <w:pPr>
        <w:jc w:val="right"/>
      </w:pPr>
      <w:r>
        <w:t>میں سمجھتا ہوں کہ صرف ایک ہی ایسی فیلڈ ہے جہاں انسان کو خود سے مینج کرنا ہے۔ وہ ہے ایموشن مینجمنٹ۔</w:t>
      </w:r>
    </w:p>
    <w:p>
      <w:r>
        <w:rPr>
          <w:b/>
        </w:rPr>
        <w:t xml:space="preserve">[04:03] </w:t>
      </w:r>
      <w:r>
        <w:t>yaani more than ninety nine percent areas woh hain jahan nature manage kar rahi hai.</w:t>
      </w:r>
    </w:p>
    <w:p>
      <w:pPr>
        <w:jc w:val="right"/>
      </w:pPr>
      <w:r>
        <w:t>یعنی مور دین نائنٹی نائن پرسنٹ ایریاز وہ ہیں جہاں نیچر مینج کر رہی ہے۔</w:t>
      </w:r>
    </w:p>
    <w:p>
      <w:r>
        <w:rPr>
          <w:b/>
        </w:rPr>
        <w:t xml:space="preserve">[04:12] </w:t>
      </w:r>
      <w:r>
        <w:t>hum ko support deti hai. lekin ek field aisa hai jahan hum ko, jahan ke hum khud test par hain.</w:t>
      </w:r>
    </w:p>
    <w:p>
      <w:pPr>
        <w:jc w:val="right"/>
      </w:pPr>
      <w:r>
        <w:t>ہم کو سپورٹ دیتی ہے۔ لیکن ایک فیلڈ ایسا ہے جہاں ہم کو، جہاں کہ ہم خود ٹیسٹ پر ہیں۔</w:t>
      </w:r>
    </w:p>
    <w:p>
      <w:r>
        <w:rPr>
          <w:b/>
        </w:rPr>
        <w:t xml:space="preserve">[04:24] </w:t>
      </w:r>
      <w:r>
        <w:t>woh hai emotions ka masla. agar aap apne emotions ko manage kar payein toh aap kamyab hain.</w:t>
      </w:r>
    </w:p>
    <w:p>
      <w:pPr>
        <w:jc w:val="right"/>
      </w:pPr>
      <w:r>
        <w:t>وہ ہے ایموشنز کا مسئلہ۔ اگر آپ اپنے ایموشنز کو مینج کر پائیں تو آپ کامیاب ہیں۔</w:t>
      </w:r>
    </w:p>
    <w:p>
      <w:r>
        <w:rPr>
          <w:b/>
        </w:rPr>
        <w:t xml:space="preserve">[04:35] </w:t>
      </w:r>
      <w:r>
        <w:t>manage na kar payein toh aap fail hain.</w:t>
      </w:r>
    </w:p>
    <w:p>
      <w:pPr>
        <w:jc w:val="right"/>
      </w:pPr>
      <w:r>
        <w:t>مینج نہ کر پائیں تو آپ فیل ہیں۔</w:t>
      </w:r>
    </w:p>
    <w:p>
      <w:r>
        <w:rPr>
          <w:b/>
        </w:rPr>
        <w:t xml:space="preserve">[04:43] </w:t>
      </w:r>
      <w:r>
        <w:t>toh yeh woh spot hai jahan aadmi ka apna role hai. har aurat ka, har mard ka.</w:t>
      </w:r>
    </w:p>
    <w:p>
      <w:pPr>
        <w:jc w:val="right"/>
      </w:pPr>
      <w:r>
        <w:t>تو یہ وہ اسپاٹ ہے جہاں آدمی کا اپنا رول ہے۔ ہر عورت کا، ہر مرد کا۔</w:t>
      </w:r>
    </w:p>
    <w:p>
      <w:r>
        <w:rPr>
          <w:b/>
        </w:rPr>
        <w:t xml:space="preserve">[04:55] </w:t>
      </w:r>
      <w:r>
        <w:t>is ko bohat zyada sochna chahiye. bohat zyada. ke sara kaam toh nature kar rahi hai. sara kaam Khuda kar raha hai.</w:t>
      </w:r>
    </w:p>
    <w:p>
      <w:pPr>
        <w:jc w:val="right"/>
      </w:pPr>
      <w:r>
        <w:t>اس کو بہت زیادہ سوچنا چاہیے۔ بہت زیادہ۔ کہ سارا کام تو نیچر کر رہی ہے۔ سارا کام خدا کر رہا ہے۔</w:t>
      </w:r>
    </w:p>
    <w:p>
      <w:r>
        <w:rPr>
          <w:b/>
        </w:rPr>
        <w:t xml:space="preserve">[05:07] </w:t>
      </w:r>
      <w:r>
        <w:t>sara kaam creator kar raha hai.</w:t>
      </w:r>
    </w:p>
    <w:p>
      <w:pPr>
        <w:jc w:val="right"/>
      </w:pPr>
      <w:r>
        <w:t>سارا کام کریٹر کر رہا ہے۔</w:t>
      </w:r>
    </w:p>
    <w:p>
      <w:r>
        <w:rPr>
          <w:b/>
        </w:rPr>
        <w:t xml:space="preserve">[05:11] </w:t>
      </w:r>
      <w:r>
        <w:t>sirf ek bohat hi chota sa area hamare liye chhod diya gaya hai. wahan bhi mumkin tha ke Khuda manage kare.</w:t>
      </w:r>
    </w:p>
    <w:p>
      <w:pPr>
        <w:jc w:val="right"/>
      </w:pPr>
      <w:r>
        <w:t>صرف ایک بہت ہی چھوٹا سا ایریا ہمارے لیے چھوڑ دیا گیا ہے۔ وہاں بھی ممکن تھا کہ خدا مینج کرے۔</w:t>
      </w:r>
    </w:p>
    <w:p>
      <w:r>
        <w:rPr>
          <w:b/>
        </w:rPr>
        <w:t xml:space="preserve">[05:22] </w:t>
      </w:r>
      <w:r>
        <w:t>jaise animals ko dekhiye aap. animals jo hain, un ko emotion management ka problem nahi hai. animals bhi hamari taraf se jaan rakhte hain.</w:t>
      </w:r>
    </w:p>
    <w:p>
      <w:pPr>
        <w:jc w:val="right"/>
      </w:pPr>
      <w:r>
        <w:t>جیسے اینیملز کو دیکھیے آپ۔ اینیملز جو ہیں، ان کو ایموشن مینجمنٹ کا پرابلم نہیں ہے۔ اینیملز بھی ہماری طرف سے جان رکھتے ہیں۔</w:t>
      </w:r>
    </w:p>
    <w:p>
      <w:r>
        <w:rPr>
          <w:b/>
        </w:rPr>
        <w:t xml:space="preserve">[05:36] </w:t>
      </w:r>
      <w:r>
        <w:t>zindagi rakhte hain. lekin woh control ho rahe hain apni instinct se. un ko apne emotion ko manage nahi karna hai.</w:t>
      </w:r>
    </w:p>
    <w:p>
      <w:pPr>
        <w:jc w:val="right"/>
      </w:pPr>
      <w:r>
        <w:t>زندگی رکھتے ہیں۔ لیکن وہ کنٹرول ہو رہے ہیں اپنی انسٹنکٹ سے۔ ان کو اپنے ایموشن کو مینج نہیں کرنا ہے۔</w:t>
      </w:r>
    </w:p>
    <w:p>
      <w:r>
        <w:rPr>
          <w:b/>
        </w:rPr>
        <w:t xml:space="preserve">[05:48] </w:t>
      </w:r>
      <w:r>
        <w:t>jis tarah se dekhiye, material world control ho raha hai law of nature se. isi tarah sare animals control ho rahe hain apni instinct se.</w:t>
      </w:r>
    </w:p>
    <w:p>
      <w:pPr>
        <w:jc w:val="right"/>
      </w:pPr>
      <w:r>
        <w:t>جس طرح سے دیکھیے، مٹیریل ورلڈ کنٹرول ہو رہا ہے لا آف نیچر سے۔ اسی طرح سارے اینیملز کنٹرول ہو رہے ہیں اپنی انسٹنکٹ سے۔</w:t>
      </w:r>
    </w:p>
    <w:p>
      <w:r>
        <w:rPr>
          <w:b/>
        </w:rPr>
        <w:t xml:space="preserve">[06:02] </w:t>
      </w:r>
      <w:r>
        <w:t>yeh sirf insaan hai jis ko self management ka masla darkaar hai. self management. yaani emotion management hum karein toh kya hai?</w:t>
      </w:r>
    </w:p>
    <w:p>
      <w:pPr>
        <w:jc w:val="right"/>
      </w:pPr>
      <w:r>
        <w:t>یہ صرف انسان ہے جس کو سیلف مینجمنٹ کا مسئلہ درکار ہے۔ سیلف مینجمنٹ۔ یعنی ایموشن مینجمنٹ ہم کریں تو کیا ہے؟</w:t>
      </w:r>
    </w:p>
    <w:p>
      <w:r>
        <w:rPr>
          <w:b/>
        </w:rPr>
        <w:t xml:space="preserve">[06:13] </w:t>
      </w:r>
      <w:r>
        <w:t>woh self management hua. baqi sara toh ho raha hai nature ki taraf se. creator ki taraf se. Khuda ki taraf se.</w:t>
      </w:r>
    </w:p>
    <w:p>
      <w:pPr>
        <w:jc w:val="right"/>
      </w:pPr>
      <w:r>
        <w:t>وہ سیلف مینجمنٹ ہوا۔ باقی سارا تو ہو رہا ہے نیچر کی طرف سے۔ کریٹر کی طرف سے۔ خدا کی طرف سے۔</w:t>
      </w:r>
    </w:p>
    <w:p>
      <w:r>
        <w:rPr>
          <w:b/>
        </w:rPr>
        <w:t xml:space="preserve">[06:22] </w:t>
      </w:r>
      <w:r>
        <w:t>ek bohat hi chhota sa daira hai. wahan hamein self management karna hai. woh emotions ka.</w:t>
      </w:r>
    </w:p>
    <w:p>
      <w:pPr>
        <w:jc w:val="right"/>
      </w:pPr>
      <w:r>
        <w:t>ایک بہت ہی چھوٹا سا دائرہ ہے۔ وہاں ہمیں سیلف مینجمنٹ کرنا ہے۔ وہ ایموشنز کا۔</w:t>
      </w:r>
    </w:p>
    <w:p>
      <w:r>
        <w:rPr>
          <w:b/>
        </w:rPr>
        <w:t xml:space="preserve">[06:32] </w:t>
      </w:r>
      <w:r>
        <w:t>is baat ko achhi tarah samajh lena chahiye.</w:t>
      </w:r>
    </w:p>
    <w:p>
      <w:pPr>
        <w:jc w:val="right"/>
      </w:pPr>
      <w:r>
        <w:t>اس بات کو اچھی طرح سمجھ لینا چاہیے۔</w:t>
      </w:r>
    </w:p>
    <w:p>
      <w:r>
        <w:rPr>
          <w:b/>
        </w:rPr>
        <w:t xml:space="preserve">[06:38] </w:t>
      </w:r>
      <w:r>
        <w:t>dekhiye, ek mein misaal deta hoon. prophet of Islam Muhammad bin Abdullah sallallahu alaihi wasallam seven century ke first quarter mein aaye duniya mein.</w:t>
      </w:r>
    </w:p>
    <w:p>
      <w:pPr>
        <w:jc w:val="right"/>
      </w:pPr>
      <w:r>
        <w:t>دیکھیے، ایک میں مثال دیتا ہوں۔ پرافٹ آف اسلام محمد بن عبداللہ صلی اللہ علیہ وسلم سیون سینچری کے فرسٹ کوارٹر میں آئے دنیا میں۔</w:t>
      </w:r>
    </w:p>
    <w:p>
      <w:r>
        <w:rPr>
          <w:b/>
        </w:rPr>
        <w:t xml:space="preserve">[06:55] </w:t>
      </w:r>
      <w:r>
        <w:t>unhone insaan ko guidance di. Khuda ki taraf se. ek aadmi aap ke paas aata hai. woh aap se ek sawal karta hai.</w:t>
      </w:r>
    </w:p>
    <w:p>
      <w:pPr>
        <w:jc w:val="right"/>
      </w:pPr>
      <w:r>
        <w:t>انہوں نے انسان کو گائیڈنس دی۔ خدا کی طرف سے۔ ایک آدمی آپ کے پاس آتا ہے۔ وہ آپ سے ایک سوال کرتا ہے۔</w:t>
      </w:r>
    </w:p>
    <w:p>
      <w:r>
        <w:rPr>
          <w:b/>
        </w:rPr>
        <w:t xml:space="preserve">[07:09] </w:t>
      </w:r>
      <w:r>
        <w:t>kehta hai ke ya Rasool Allah allimni kalimati aish bihan wala tasur alai fa inni ya Khuda ke Rasool</w:t>
      </w:r>
    </w:p>
    <w:p>
      <w:pPr>
        <w:jc w:val="right"/>
      </w:pPr>
      <w:r>
        <w:t>کہتا ہے کہ یا رسول اللہ علمنی کلمات عیش بہن ولا تسر علی فانسا اے خدا کے رسول</w:t>
      </w:r>
    </w:p>
    <w:p>
      <w:r>
        <w:rPr>
          <w:b/>
        </w:rPr>
        <w:t xml:space="preserve">[07:21] </w:t>
      </w:r>
      <w:r>
        <w:t>mujhe ek aisi advice dijiye jis se main apni sari zindagi ko theek kar sakoon.</w:t>
      </w:r>
    </w:p>
    <w:p>
      <w:pPr>
        <w:jc w:val="right"/>
      </w:pPr>
      <w:r>
        <w:t>مجھے ایک ایسی ایڈوائس دیجئے جس سے میں اپنی ساری زندگی کو ٹھیک کر سکوں۔</w:t>
      </w:r>
    </w:p>
    <w:p>
      <w:r>
        <w:rPr>
          <w:b/>
        </w:rPr>
        <w:t xml:space="preserve">[07:30] </w:t>
      </w:r>
      <w:r>
        <w:t>poori zindagi ko. aur woh bohat chhoti si advice ho. bari lambi advice ho gayi to main bhool jaunga.</w:t>
      </w:r>
    </w:p>
    <w:p>
      <w:pPr>
        <w:jc w:val="right"/>
      </w:pPr>
      <w:r>
        <w:t>پوری زندگی کو۔ اور وہ بہت چھوٹی سی ایڈوائس ہو۔ بڑی لمبی ایڈوائس ہو گئی تو میں بھول جاؤں گا۔</w:t>
      </w:r>
    </w:p>
    <w:p>
      <w:r>
        <w:rPr>
          <w:b/>
        </w:rPr>
        <w:t xml:space="preserve">[07:42] </w:t>
      </w:r>
      <w:r>
        <w:t>lambi advice agar aap denge to main bhool jaunga. chhoti si advice ho jo mujhe bhule nahin. aur poori zindagi meri us ke us se manage ho jaye.</w:t>
      </w:r>
    </w:p>
    <w:p>
      <w:pPr>
        <w:jc w:val="right"/>
      </w:pPr>
      <w:r>
        <w:t>لمبی ایڈوائس اگر آپ دیں گے تو میں بھول جاؤں گا۔ چھوٹی سی ایڈوائس ہو جو مجھے بھولے نہیں۔ اور پوری زندگی میری اس کے اس سے مینج ہو جائے۔</w:t>
      </w:r>
    </w:p>
    <w:p>
      <w:r>
        <w:rPr>
          <w:b/>
        </w:rPr>
        <w:t xml:space="preserve">[07:54] </w:t>
      </w:r>
      <w:r>
        <w:t>goya ke us ne aap se manga ek</w:t>
      </w:r>
    </w:p>
    <w:p>
      <w:pPr>
        <w:jc w:val="right"/>
      </w:pPr>
      <w:r>
        <w:t>گویا کہ اس نے آپ سے مانگا ایک</w:t>
      </w:r>
    </w:p>
    <w:p>
      <w:r>
        <w:rPr>
          <w:b/>
        </w:rPr>
        <w:t xml:space="preserve">[08:03] </w:t>
      </w:r>
      <w:r>
        <w:t>ek super formula. super formula manga.</w:t>
      </w:r>
    </w:p>
    <w:p>
      <w:pPr>
        <w:jc w:val="right"/>
      </w:pPr>
      <w:r>
        <w:t>ایک سپر فارمولا۔ سپر فارمولا مانگا۔</w:t>
      </w:r>
    </w:p>
    <w:p>
      <w:r>
        <w:rPr>
          <w:b/>
        </w:rPr>
        <w:t xml:space="preserve">[08:13] </w:t>
      </w:r>
      <w:r>
        <w:t>ya ki formula manga. ab dekhiye ke kitna wisdom hai aap ke jo aap ne kaha is se.</w:t>
      </w:r>
    </w:p>
    <w:p>
      <w:pPr>
        <w:jc w:val="right"/>
      </w:pPr>
      <w:r>
        <w:t>یا کی فارمولا مانگا۔ اب دیکھیے کہ کتنا وزڈم ہے آپ کے جو آپ نے کہا اس سے۔</w:t>
      </w:r>
    </w:p>
    <w:p>
      <w:r>
        <w:rPr>
          <w:b/>
        </w:rPr>
        <w:t xml:space="preserve">[08:23] </w:t>
      </w:r>
      <w:r>
        <w:t>aap ne jo advice di kitni wisdom is mein hai. aap ne kaha ke la taghzab. la taghzab jo hai woh dedh words hain is mein.</w:t>
      </w:r>
    </w:p>
    <w:p>
      <w:pPr>
        <w:jc w:val="right"/>
      </w:pPr>
      <w:r>
        <w:t>آپ نے جو ایڈوائس دی کتنی وزڈم اس میں ہے۔ آپ نے کہا کہ لا تغضب۔ لا تغضب جو ہے وہ ڈیڑھ ورڈز ہیں اس میں۔</w:t>
      </w:r>
    </w:p>
    <w:p>
      <w:r>
        <w:rPr>
          <w:b/>
        </w:rPr>
        <w:t xml:space="preserve">[08:34] </w:t>
      </w:r>
      <w:r>
        <w:t>dedh word. ek do word bhi nahin hain yeh. is ko aap do word nahin keh sakte. dedh word hain. yaani ek aur aadha.</w:t>
      </w:r>
    </w:p>
    <w:p>
      <w:pPr>
        <w:jc w:val="right"/>
      </w:pPr>
      <w:r>
        <w:t>ڈیڑھ ورڈ۔ ایک دو ورڈ بھی نہیں ہیں یہ۔ اس کو آپ دو ورڈ نہیں کہہ سکتے۔ ڈیڑھ ورڈ ہیں۔ یعنی ایک اور آدھا۔</w:t>
      </w:r>
    </w:p>
    <w:p>
      <w:r>
        <w:rPr>
          <w:b/>
        </w:rPr>
        <w:t xml:space="preserve">[08:43] </w:t>
      </w:r>
      <w:r>
        <w:t>la taghzab. is ka translation kya hai? ghussa na karo.</w:t>
      </w:r>
    </w:p>
    <w:p>
      <w:pPr>
        <w:jc w:val="right"/>
      </w:pPr>
      <w:r>
        <w:t>لا تغضب۔ اس کا ٹرانسلیشن کیا ہے؟ غصہ نہ کرو۔</w:t>
      </w:r>
    </w:p>
    <w:p>
      <w:r>
        <w:rPr>
          <w:b/>
        </w:rPr>
        <w:t xml:space="preserve">[08:53] </w:t>
      </w:r>
      <w:r>
        <w:t>don't be angry. bas. ab aap ghaur kijiye kya matlab hai is ka?</w:t>
      </w:r>
    </w:p>
    <w:p>
      <w:pPr>
        <w:jc w:val="right"/>
      </w:pPr>
      <w:r>
        <w:t>ڈونٹ بی اینگری۔ بس۔ اب آپ غور کیجیے کیا مطلب ہے اس کا؟</w:t>
      </w:r>
    </w:p>
    <w:p>
      <w:r>
        <w:rPr>
          <w:b/>
        </w:rPr>
        <w:t xml:space="preserve">[09:01] </w:t>
      </w:r>
      <w:r>
        <w:t>ghussa na karo. ghussa kya hai? emotions ka manifestation hai. super manifestation. insaan ke andar jo emotions hain is mein dekhiye revenge aata hai.</w:t>
      </w:r>
    </w:p>
    <w:p>
      <w:pPr>
        <w:jc w:val="right"/>
      </w:pPr>
      <w:r>
        <w:t>غصہ نہ کرو۔ غصہ کیا ہے؟ ایموشنز کا مینیفیسٹیشن ہے۔ سپر مینیفیسٹیشن۔ انسان کے اندر جو ایموشنز ہیں اس میں دیکھیے ریونج آتا ہے۔</w:t>
      </w:r>
    </w:p>
    <w:p>
      <w:r>
        <w:rPr>
          <w:b/>
        </w:rPr>
        <w:t xml:space="preserve">[09:17] </w:t>
      </w:r>
      <w:r>
        <w:t>nastiness aata hai. aur intolerance aata hai. violence aata hai. bohat sari cheezen. lekin jadd mein dekhiye to kya hai?</w:t>
      </w:r>
    </w:p>
    <w:p>
      <w:pPr>
        <w:jc w:val="right"/>
      </w:pPr>
      <w:r>
        <w:t>نائلیس آتا ہے۔ اور انٹولرنس آتا ہے۔ وائلنس آتا ہے۔ بہت ساری چیزیں۔ لیکن جڑ میں دیکھیے تو کیا ہے؟</w:t>
      </w:r>
    </w:p>
    <w:p>
      <w:r>
        <w:rPr>
          <w:b/>
        </w:rPr>
        <w:t xml:space="preserve">[09:28] </w:t>
      </w:r>
      <w:r>
        <w:t>ghussa hai. jadd mein dekhiye to ghussa hai. yaani ghussa aaya tab baqi cheezen aati hain. to yeh keh kar aap ne is ko ek super formula de diya.</w:t>
      </w:r>
    </w:p>
    <w:p>
      <w:pPr>
        <w:jc w:val="right"/>
      </w:pPr>
      <w:r>
        <w:t>غصہ ہے۔ جڑ میں دیکھیے تو غصہ ہے۔ یعنی غصہ آیا تب باقی چیزیں آتی ہیں۔ تو یہ کہہ کر آپ نے اس کو ایک سپر فارمولا دے دیا۔</w:t>
      </w:r>
    </w:p>
    <w:p>
      <w:r>
        <w:rPr>
          <w:b/>
        </w:rPr>
        <w:t xml:space="preserve">[09:46] </w:t>
      </w:r>
      <w:r>
        <w:t>ke ghusse se apne ko bacha lo to sara mamla theek ho jayega tumhara.</w:t>
      </w:r>
    </w:p>
    <w:p>
      <w:pPr>
        <w:jc w:val="right"/>
      </w:pPr>
      <w:r>
        <w:t>کہ غصے سے اپنے کو بچا لو تو سارا معاملہ ٹھیک ہو جائے گا تمہارا۔</w:t>
      </w:r>
    </w:p>
    <w:p>
      <w:r>
        <w:rPr>
          <w:b/>
        </w:rPr>
        <w:t xml:space="preserve">[09:54] </w:t>
      </w:r>
      <w:r>
        <w:t>is ko agar main sab badal kar kahoon to main kahunga ke law of kahunga ke art of emotion management seekho.</w:t>
      </w:r>
    </w:p>
    <w:p>
      <w:pPr>
        <w:jc w:val="right"/>
      </w:pPr>
      <w:r>
        <w:t>اس کو اگر میں سب بدل کر کہوں تو میں کہوں گا کہ لا آف کہوں گا کہ آرٹ آف ایموشن مینجمنٹ سیکھو۔</w:t>
      </w:r>
    </w:p>
    <w:p>
      <w:r>
        <w:rPr>
          <w:b/>
        </w:rPr>
        <w:t xml:space="preserve">[10:06] </w:t>
      </w:r>
      <w:r>
        <w:t>art of anger management seekho. bas. baqi sab cheez theek hai. kyun ke baat kya hai?</w:t>
      </w:r>
    </w:p>
    <w:p>
      <w:pPr>
        <w:jc w:val="right"/>
      </w:pPr>
      <w:r>
        <w:t>آرٹ آف اینگر مینجمنٹ سیکھو۔ بس۔ باقی سب چیز ٹھیک ہے۔ کیوں کہ بات کیا ہے؟</w:t>
      </w:r>
    </w:p>
    <w:p>
      <w:r>
        <w:rPr>
          <w:b/>
        </w:rPr>
        <w:t xml:space="preserve">[10:17] </w:t>
      </w:r>
      <w:r>
        <w:t>insaan bohat hi sahi nature par paida kiya gaya hai. insaan by nature bohat hi sound mind hai.</w:t>
      </w:r>
    </w:p>
    <w:p>
      <w:pPr>
        <w:jc w:val="right"/>
      </w:pPr>
      <w:r>
        <w:t>انسان بہت ہی صحیح نیچر پر پیدا کیا گیا ہے۔ انسان بائی نیچر بہت ہی ساؤنڈ مائنڈ ہے۔</w:t>
      </w:r>
    </w:p>
    <w:p>
      <w:r>
        <w:rPr>
          <w:b/>
        </w:rPr>
        <w:t xml:space="preserve">[10:26] </w:t>
      </w:r>
      <w:r>
        <w:t>bohat hi theek is ki sab habits hain. har cheez theek thaak hai. jab society mein aata hai aadmi society mein is ko bohat se experiences hote hain.</w:t>
      </w:r>
    </w:p>
    <w:p>
      <w:pPr>
        <w:jc w:val="right"/>
      </w:pPr>
      <w:r>
        <w:t>بہت ہی ٹھیک اس کی سب ہیبٹس ہیں۔ ہر چیز ٹھیک ٹھاک ہے۔ جب سوسائٹی میں آتا ہے آدمی سوسائٹی میں اس کو بہت سے ایکسپیرینس ہوتے ہیں۔</w:t>
      </w:r>
    </w:p>
    <w:p>
      <w:r>
        <w:rPr>
          <w:b/>
        </w:rPr>
        <w:t xml:space="preserve">[10:41] </w:t>
      </w:r>
      <w:r>
        <w:t>aur bohat se sad experiences hote hain. negative experiences hote hain. tab is ke emotions jaagte hain.</w:t>
      </w:r>
    </w:p>
    <w:p>
      <w:pPr>
        <w:jc w:val="right"/>
      </w:pPr>
      <w:r>
        <w:t>اور بہت سے سیڈ ایکسپیرینس ہوتے ہیں۔ نیگیٹیو ایکسپیرینس ہوتے ہیں۔ تب اس کے ایموشنز جاگتے ہیں۔</w:t>
      </w:r>
    </w:p>
    <w:p>
      <w:r>
        <w:rPr>
          <w:b/>
        </w:rPr>
        <w:t xml:space="preserve">[10:51] </w:t>
      </w:r>
      <w:r>
        <w:t>yaani social experience jo hota hai usi se sare jaagte hain. agar aap island mein hon akele hon to koi emotion is tarah ka nahin aayega.</w:t>
      </w:r>
    </w:p>
    <w:p>
      <w:pPr>
        <w:jc w:val="right"/>
      </w:pPr>
      <w:r>
        <w:t>یعنی سوشل ایکسپیرینس جو ہوتا ہے اسی سے سارے جاگتے ہیں۔ اگر آپ آئی لینڈ میں ہوں اکیلے ہوں تو کوئی ایموشن اس طرح کا نہیں آئے گا۔</w:t>
      </w:r>
    </w:p>
    <w:p>
      <w:r>
        <w:rPr>
          <w:b/>
        </w:rPr>
        <w:t xml:space="preserve">[11:05] </w:t>
      </w:r>
      <w:r>
        <w:t>kyun ke koi aadmi nahi hai jo aap ko provoke kare. koi aadmi nahi hai jo aap ko ghussa dilaye. koi aadmi nahi hai jo aap ke jazbat ko bharkaye.</w:t>
      </w:r>
    </w:p>
    <w:p>
      <w:pPr>
        <w:jc w:val="right"/>
      </w:pPr>
      <w:r>
        <w:t>کیوں کہ کوئی آدمی نہیں ہے جو آپ کو پرووک کرے۔ کوئی آدمی نہیں ہے جو آپ کو غصہ دلائے۔ کوئی آدمی نہیں ہے جو آپ کے جذبات کو بھڑکائے۔</w:t>
      </w:r>
    </w:p>
    <w:p>
      <w:r>
        <w:rPr>
          <w:b/>
        </w:rPr>
        <w:t xml:space="preserve">[11:15] </w:t>
      </w:r>
      <w:r>
        <w:t>to wahan to kuch bhi nahi. to Khuda ne aap ko kisi island mein nahi rakha. kisi sunsaan jazeere mein nahi rakha.</w:t>
      </w:r>
    </w:p>
    <w:p>
      <w:pPr>
        <w:jc w:val="right"/>
      </w:pPr>
      <w:r>
        <w:t>تو وہاں تو کچھ بھی نہیں۔ تو خدا نے آپ کو کسی آئی لینڈ میں نہیں رکھا۔ کسی سنسان جزیرے میں نہیں رکھا۔</w:t>
      </w:r>
    </w:p>
    <w:p>
      <w:r>
        <w:rPr>
          <w:b/>
        </w:rPr>
        <w:t xml:space="preserve">[11:25] </w:t>
      </w:r>
      <w:r>
        <w:t>balkeh is mein rakha. kyun? is liye ke aap ko Khuda ko aap ka test lena hai. test lene ke liye abad duniya chahiye.</w:t>
      </w:r>
    </w:p>
    <w:p>
      <w:pPr>
        <w:jc w:val="right"/>
      </w:pPr>
      <w:r>
        <w:t>بلکہ اس میں رکھا۔ کیوں؟ اس لیے کہ آپ کو خدا کو آپ کا ٹیسٹ لینا ہے۔ ٹیسٹ لینے کے لیے آباد دنیا چاہیے۔</w:t>
      </w:r>
    </w:p>
    <w:p>
      <w:r>
        <w:rPr>
          <w:b/>
        </w:rPr>
        <w:t xml:space="preserve">[11:36] </w:t>
      </w:r>
      <w:r>
        <w:t>insanon ko society chahiye. to sara khulasa mein samajh paya hoon ke jar jo hai woh hai jazbat ka bharkna.</w:t>
      </w:r>
    </w:p>
    <w:p>
      <w:pPr>
        <w:jc w:val="right"/>
      </w:pPr>
      <w:r>
        <w:t>انسانوں کو سوسائٹی چاہیے۔ تو سارا خلاصہ میں سمجھ پایا ہوں کہ جڑ جو ہے وہ ہے جذبات کا بھڑکنا۔</w:t>
      </w:r>
    </w:p>
    <w:p>
      <w:r>
        <w:rPr>
          <w:b/>
        </w:rPr>
        <w:t xml:space="preserve">[11:49] </w:t>
      </w:r>
      <w:r>
        <w:t>jazbat ka bharkna. kahin aap jazbat hi ki wajah se arrogant ban jate hain. kahin aap jazbat ki wajah se aap ke andar inteqam aa jata hai.</w:t>
      </w:r>
    </w:p>
    <w:p>
      <w:pPr>
        <w:jc w:val="right"/>
      </w:pPr>
      <w:r>
        <w:t>جذبات کا بھڑکنا۔ کہیں آپ جذبات ہی کی وجہ سے اروگنٹ بن جاتے ہیں۔ کہیں آپ جذبات کی وجہ سے آپ کے اندر انتقام آ جاتا ہے۔</w:t>
      </w:r>
    </w:p>
    <w:p>
      <w:r>
        <w:rPr>
          <w:b/>
        </w:rPr>
        <w:t xml:space="preserve">[12:05] </w:t>
      </w:r>
      <w:r>
        <w:t>revenge aa jata hai. kahin jazbat ki wajah se aap ke andar malice aa jata hai. kina aa jata hai. jazbat ki wajah se kahin aap violent ban jate hain.</w:t>
      </w:r>
    </w:p>
    <w:p>
      <w:pPr>
        <w:jc w:val="right"/>
      </w:pPr>
      <w:r>
        <w:t>ریونج آ جاتا ہے۔ کہیں جذبات کی وجہ سے آپ کے اندر مائلیس آ جاتا ہے۔ کینہ آ جاتا ہے۔ جذبات کی وجہ سے کہیں آپ وائلنٹ بن جاتے ہیں۔</w:t>
      </w:r>
    </w:p>
    <w:p>
      <w:r>
        <w:rPr>
          <w:b/>
        </w:rPr>
        <w:t xml:space="preserve">[12:15] </w:t>
      </w:r>
      <w:r>
        <w:t>tashaddud karne lagte hain. yaani jitne bhi aap dekhiye jo social evils jo kaha jata hai. jitne bhi social evils hain woh kya hain?</w:t>
      </w:r>
    </w:p>
    <w:p>
      <w:pPr>
        <w:jc w:val="right"/>
      </w:pPr>
      <w:r>
        <w:t>تشدد کرنے لگتے ہیں۔ یعنی جتنے بھی آپ دیکھیے جو سوشل ایولز جو کہا جاتا ہے۔ جتنے بھی سوشل ایولز ہیں وہ کیا ہیں؟</w:t>
      </w:r>
    </w:p>
    <w:p>
      <w:r>
        <w:rPr>
          <w:b/>
        </w:rPr>
        <w:t xml:space="preserve">[12:27] </w:t>
      </w:r>
      <w:r>
        <w:t>basically un ki root cause jo hai woh hai emotions. jazbat. to is mani hai ke agar aadmi ke andar yeh samajhdari ho ke woh apne emotions ko manage kar sake to bas sab cheez durust ho jayegi is ki.</w:t>
      </w:r>
    </w:p>
    <w:p>
      <w:pPr>
        <w:jc w:val="right"/>
      </w:pPr>
      <w:r>
        <w:t>بیسکلی ان کی روٹ کاز جو ہے وہ ہے ایموشنز۔ جذبات۔ تو اس معنی ہے کہ اگر آدمی کے اندر یہ سمجھداری ہو کہ وہ اپنے ایموشنز کو مینج کر سکے تو بس سب چیز درست ہو جائے گی اس کی۔</w:t>
      </w:r>
    </w:p>
    <w:p>
      <w:r>
        <w:rPr>
          <w:b/>
        </w:rPr>
        <w:t xml:space="preserve">[12:48] </w:t>
      </w:r>
      <w:r>
        <w:t>isi liye prophet ne ek bohat hi key advice di. ek bohat hi basic advice di.</w:t>
      </w:r>
    </w:p>
    <w:p>
      <w:pPr>
        <w:jc w:val="right"/>
      </w:pPr>
      <w:r>
        <w:t>اسی لیے پرافٹ نے ایک بہت ہی کی ایڈوائس دی۔ ایک بہت ہی بیسک ایڈوائس دی۔</w:t>
      </w:r>
    </w:p>
    <w:p>
      <w:r>
        <w:rPr>
          <w:b/>
        </w:rPr>
        <w:t xml:space="preserve">[12:58] </w:t>
      </w:r>
      <w:r>
        <w:t>aisi advice jo is ki poori zindagi ko cover ki hui hoti hai. yaani la taghzab. yaani you have to learn the art of anger management.</w:t>
      </w:r>
    </w:p>
    <w:p>
      <w:pPr>
        <w:jc w:val="right"/>
      </w:pPr>
      <w:r>
        <w:t>ایسی ایڈوائس جو اس کی پوری زندگی کو کور کی ہوئی ہوتی ہے۔ یعنی لا تغضب۔ یعنی یو ہیو ٹو لرن دا آرٹ آف اینگر مینجمنٹ۔</w:t>
      </w:r>
    </w:p>
    <w:p>
      <w:r>
        <w:rPr>
          <w:b/>
        </w:rPr>
        <w:t xml:space="preserve">[13:10] </w:t>
      </w:r>
      <w:r>
        <w:t>ya you have to learn the art of emotion management.</w:t>
      </w:r>
    </w:p>
    <w:p>
      <w:pPr>
        <w:jc w:val="right"/>
      </w:pPr>
      <w:r>
        <w:t>یا یو ہیو ٹو لرن دا آرٹ آف ایموشن مینجمنٹ۔</w:t>
      </w:r>
    </w:p>
    <w:p>
      <w:r>
        <w:rPr>
          <w:b/>
        </w:rPr>
        <w:t xml:space="preserve">[13:16] </w:t>
      </w:r>
      <w:r>
        <w:t>yeh hai woh cheez jo har aadmi ko sochna hai. har aadmi ko sochna hai.</w:t>
      </w:r>
    </w:p>
    <w:p>
      <w:pPr>
        <w:jc w:val="right"/>
      </w:pPr>
      <w:r>
        <w:t>یہ ہے وہ چیز جو ہر آدمی کو سوچنا ہے۔ ہر آدمی کو سوچنا ہے۔</w:t>
      </w:r>
    </w:p>
    <w:p>
      <w:r>
        <w:rPr>
          <w:b/>
        </w:rPr>
        <w:t xml:space="preserve">[13:25] </w:t>
      </w:r>
      <w:r>
        <w:t>mein aap ko kuch misaal doon.</w:t>
      </w:r>
    </w:p>
    <w:p>
      <w:pPr>
        <w:jc w:val="right"/>
      </w:pPr>
      <w:r>
        <w:t>میں آپ کو کچھ مثال دوں۔</w:t>
      </w:r>
    </w:p>
    <w:p>
      <w:r>
        <w:rPr>
          <w:b/>
        </w:rPr>
        <w:t xml:space="preserve">[13:31] </w:t>
      </w:r>
      <w:r>
        <w:t>mere paas ek telephone aaya ek student ka. aur unhon ne sawal kiya Quran ke bare mein ke falan baat Quran mein kahan likhi hui hai?</w:t>
      </w:r>
    </w:p>
    <w:p>
      <w:pPr>
        <w:jc w:val="right"/>
      </w:pPr>
      <w:r>
        <w:t>میرے پاس ایک ٹیلی فون آیا ایک اسٹوڈنٹ کا۔ اور انہوں نے سوال کیا قرآن کے بارے میں کہ فلاں بات قرآن میں کہاں لکھی ہوئی ہے؟</w:t>
      </w:r>
    </w:p>
    <w:p>
      <w:r>
        <w:rPr>
          <w:b/>
        </w:rPr>
        <w:t xml:space="preserve">[13:49] </w:t>
      </w:r>
      <w:r>
        <w:t>maslan Quran mein kahan likha hua hai ke gaaye ko zabah karo? Quran mein kahan likha hua hai ke pichle mazhab jo hain woh mansookh ho gaye hain?</w:t>
      </w:r>
    </w:p>
    <w:p>
      <w:pPr>
        <w:jc w:val="right"/>
      </w:pPr>
      <w:r>
        <w:t>مثلاً قرآن میں کہاں لکھا ہوا ہے کہ گائے کو ذبح کرو؟ قرآن میں کہاں لکھا ہوا ہے کہ پچھلے مذہب جو ہیں وہ منسوخ ہو گئے ہیں؟</w:t>
      </w:r>
    </w:p>
    <w:p>
      <w:r>
        <w:rPr>
          <w:b/>
        </w:rPr>
        <w:t xml:space="preserve">[13:58] </w:t>
      </w:r>
      <w:r>
        <w:t>is tarah ke sawalat. ab unhon ne sawal kiya yeh is pe takrar karne lage. behas karne lage. chunaanche yeh barahween darje ke talib ilm hain to un ke paas background nahi tha.</w:t>
      </w:r>
    </w:p>
    <w:p>
      <w:pPr>
        <w:jc w:val="right"/>
      </w:pPr>
      <w:r>
        <w:t>اس طرح کے سوالات۔ اب انہوں نے سوال کیا یہ اس پہ تکرار کرنے لگے۔ بحث کرنے لگے۔ چونکہ یہ بارہویں درجے کے طالب علم ہیں تو ان کے پاس بیک گراؤنڈ نہیں تھا۔</w:t>
      </w:r>
    </w:p>
    <w:p>
      <w:r>
        <w:rPr>
          <w:b/>
        </w:rPr>
        <w:t xml:space="preserve">[14:11] </w:t>
      </w:r>
      <w:r>
        <w:t>knowledge nahi thi. to mujhe telephone kiya unhon ne ke is ka jawab kya hai? is ka jawab kya hai? kyun ke school mein parhte hain. school mein har culture ke log hote hain.</w:t>
      </w:r>
    </w:p>
    <w:p>
      <w:pPr>
        <w:jc w:val="right"/>
      </w:pPr>
      <w:r>
        <w:t>نالج نہیں تھی۔ تو مجھے ٹیلی فون کیا انہوں نے کہ اس کا جواب کیا ہے؟ اس کا جواب کیا ہے؟ کیوں کہ اسکول میں پڑھتے ہیں۔ اسکول میں ہر کلچر کے لوگ ہوتے ہیں۔</w:t>
      </w:r>
    </w:p>
    <w:p>
      <w:r>
        <w:rPr>
          <w:b/>
        </w:rPr>
        <w:t xml:space="preserve">[14:24] </w:t>
      </w:r>
      <w:r>
        <w:t>to mein ne kaha ke dekhiye yeh hai derailment. unhon ne un ke kehne se pehle aap ne socha nahi tha ke yeh sab baatein hain.</w:t>
      </w:r>
    </w:p>
    <w:p>
      <w:pPr>
        <w:jc w:val="right"/>
      </w:pPr>
      <w:r>
        <w:t>تو میں نے کہا کہ دیکھیے یہ ہے ڈی ریلمنٹ۔ انہوں نے ان کے کہنے سے پہلے آپ نے سوچا نہیں تھا کہ یہ سب باتیں ہیں۔</w:t>
      </w:r>
    </w:p>
    <w:p>
      <w:r>
        <w:rPr>
          <w:b/>
        </w:rPr>
        <w:t xml:space="preserve">[14:34] </w:t>
      </w:r>
      <w:r>
        <w:t>unhon ne aap ko yeh keh kar ke aap ko bharkaya ke aap ka mazhab jo hai woh acha mazhab nahi hai. aap ka mazhab sacha mazhab nahi hai.</w:t>
      </w:r>
    </w:p>
    <w:p>
      <w:pPr>
        <w:jc w:val="right"/>
      </w:pPr>
      <w:r>
        <w:t>انہوں نے آپ کو یہ کہہ کر کے آپ کو بھڑکایا کہ آپ کا مذہب جو ہے وہ اچھا مذہب نہیں ہے۔ آپ کا مذہب سچا مذہب نہیں ہے۔</w:t>
      </w:r>
    </w:p>
    <w:p>
      <w:r>
        <w:rPr>
          <w:b/>
        </w:rPr>
        <w:t xml:space="preserve">[14:44] </w:t>
      </w:r>
      <w:r>
        <w:t>to ab aap ke andar defense sentiment jaag pare ke mujhe apne mazhab ko sacha sabit karna hai. mujhe apne pride ko establish karna hai. to mein ne kaha aap ko janna chahiye ke yeh aap emotion ke peeche daud rahe hain.</w:t>
      </w:r>
    </w:p>
    <w:p>
      <w:pPr>
        <w:jc w:val="right"/>
      </w:pPr>
      <w:r>
        <w:t>تو اب آپ کے اندر ڈیفنسو سینٹیمنٹ جاگ پڑے کہ مجھے اپنے مذہب کو سچا ثابت کرنا ہے۔ مجھے اپنے پرائیڈ کو اسٹیبلش کرنا ہے۔ تو میں نے کہا آپ کو جاننا چاہیے کہ یہ آپ ایموشن کے پیچھے دوڑ رہے ہیں۔</w:t>
      </w:r>
    </w:p>
    <w:p>
      <w:r>
        <w:rPr>
          <w:b/>
        </w:rPr>
        <w:t xml:space="preserve">[14:59] </w:t>
      </w:r>
      <w:r>
        <w:t>yeh aap ka preparatory period hai. yeh aap ka woh time hai jab ke aap ko sirf education mein apne aap ko devote karna chahiye.</w:t>
      </w:r>
    </w:p>
    <w:p>
      <w:pPr>
        <w:jc w:val="right"/>
      </w:pPr>
      <w:r>
        <w:t>یہ آپ کا پریپریٹری پیریڈ ہے۔ یہ آپ کا وہ ٹائم ہے جب کہ آپ کو صرف ایجوکیشن میں اپنے آپ کو ڈیووٹ کرنا چاہیے۔</w:t>
      </w:r>
    </w:p>
    <w:p>
      <w:r>
        <w:rPr>
          <w:b/>
        </w:rPr>
        <w:t xml:space="preserve">[15:15] </w:t>
      </w:r>
      <w:r>
        <w:t>mein ne kaha ke aap barahween darje mein parhte hain. to aap ko un baaton se kya matlab hai? is se kya matlab aap ko hai?</w:t>
      </w:r>
    </w:p>
    <w:p>
      <w:pPr>
        <w:jc w:val="right"/>
      </w:pPr>
      <w:r>
        <w:t>میں نے کہا کہ آپ بارہویں درجے میں پڑھتے ہیں۔ تو آپ کو ان باتوں سے کیا مطلب ہے؟ اس سے کیا مطلب آپ کو ہے؟</w:t>
      </w:r>
    </w:p>
    <w:p>
      <w:r>
        <w:rPr>
          <w:b/>
        </w:rPr>
        <w:t xml:space="preserve">[15:24] </w:t>
      </w:r>
      <w:r>
        <w:t>is se jo sawal karta hai use kahiye ke jao tum falan molvi sahib ke paas jao tum ko batayenge. falan Maulana sahib ke paas jao tum ko batayenge. ya Islam koi literature parho is mein tum ko mil jayega.</w:t>
      </w:r>
    </w:p>
    <w:p>
      <w:pPr>
        <w:jc w:val="right"/>
      </w:pPr>
      <w:r>
        <w:t>اس سے جو سوال کرتا ہے اسے کہیے کہ جاؤ تم فلاں مولوی صاحب کے پاس جاؤ تم کو بتائیں گے۔ فلاں مولانا صاحب کے پاس جاؤ تم کو بتائیں گے۔ یا اسلام کوئی لٹریچر پڑھو اس میں تم کو مل جائے گا۔</w:t>
      </w:r>
    </w:p>
    <w:p>
      <w:r>
        <w:rPr>
          <w:b/>
        </w:rPr>
        <w:t xml:space="preserve">[15:37] </w:t>
      </w:r>
      <w:r>
        <w:t>mujhe to parhna hai. yeh kehna chahiye aap ko. bajaye is se ke aap ulajh jayen is se aap ko chahiye ke apne parhne mein lage rahen.</w:t>
      </w:r>
    </w:p>
    <w:p>
      <w:pPr>
        <w:jc w:val="right"/>
      </w:pPr>
      <w:r>
        <w:t>مجھے تو پڑھنا ہے۔ یہ کہنا چاہیے آپ کو۔ بجائے اس سے کہ آپ الجھ جائیں اس سے آپ کو چاہیے کہ اپنے پڑھنے میں لگے رہیں۔</w:t>
      </w:r>
    </w:p>
    <w:p>
      <w:r>
        <w:rPr>
          <w:b/>
        </w:rPr>
        <w:t xml:space="preserve">[15:49] </w:t>
      </w:r>
      <w:r>
        <w:t>kyun ke yeh zamana competition ka zamana hai. ache number layenge tab aap aage parhenge nahi to nahi padhenge aage. mein ne kaha ke aap to ek hi single point rakhiye apna excellence.</w:t>
      </w:r>
    </w:p>
    <w:p>
      <w:pPr>
        <w:jc w:val="right"/>
      </w:pPr>
      <w:r>
        <w:t>کیوں کہ یہ زمانہ کمپیٹیشن کا زمانہ ہے۔ اچھے نمبر لائیں گے تب آپ آگے پڑھیں گے نہیں تو نہیں پڑھیں گے آگے۔ میں نے کہا کہ آپ تو ایک ہی سنگل پوائنٹ رکھیے اپنا ایکسیلنس۔</w:t>
      </w:r>
    </w:p>
    <w:p>
      <w:r>
        <w:rPr>
          <w:b/>
        </w:rPr>
        <w:t xml:space="preserve">[16:04] </w:t>
      </w:r>
      <w:r>
        <w:t>excellence. bas imtiaz. ke aap ko education mein imtiyazi darje mein aage badhna hai.</w:t>
      </w:r>
    </w:p>
    <w:p>
      <w:pPr>
        <w:jc w:val="right"/>
      </w:pPr>
      <w:r>
        <w:t>ایکسیلنس۔ بس امتیاز۔ کہ آپ کو ایجوکیشن میں امتیازی درجے میں آگے بڑھنا ہے۔</w:t>
      </w:r>
    </w:p>
    <w:p>
      <w:r>
        <w:rPr>
          <w:b/>
        </w:rPr>
        <w:t xml:space="preserve">[16:13] </w:t>
      </w:r>
      <w:r>
        <w:t>mumtaz talib ilm banna hai. yeh aap rakhiye apne samne ko yeh sab chhodie. ise kahiye ke tum kitabein padho is mein tum ko is ka jawab mil jayega.</w:t>
      </w:r>
    </w:p>
    <w:p>
      <w:pPr>
        <w:jc w:val="right"/>
      </w:pPr>
      <w:r>
        <w:t>ممتاز طالب علم بننا ہے۔ یہ آپ رکھیے اپنے سامنے کو یہ سب چھوڑیے۔ اسے کہیے کہ تم کتابیں پڑھو اس میں تم کو اس کا جواب مل جائے گا۔</w:t>
      </w:r>
    </w:p>
    <w:p>
      <w:r>
        <w:rPr>
          <w:b/>
        </w:rPr>
        <w:t xml:space="preserve">[16:25] </w:t>
      </w:r>
      <w:r>
        <w:t>hamare yahan up mein ek student the kafi mehnat se padha unhon ne woh samajhte the ke main bahut achha number launga.</w:t>
      </w:r>
    </w:p>
    <w:p>
      <w:pPr>
        <w:jc w:val="right"/>
      </w:pPr>
      <w:r>
        <w:t>ہمارے یہاں یو پی میں ایک اسٹوڈنٹ تھے کافی محنت سے پڑھا انہوں نے وہ سمجھتے تھے کہ میں بہت اچھا نمبر لاؤں گا۔</w:t>
      </w:r>
    </w:p>
    <w:p>
      <w:r>
        <w:rPr>
          <w:b/>
        </w:rPr>
        <w:t xml:space="preserve">[16:38] </w:t>
      </w:r>
      <w:r>
        <w:t>kisi wajah se woh do ek number kam ho gaye aur fail ho gaye. ab woh itna disturb hue itna disturb hue ke unhon ne suicide kar liya.</w:t>
      </w:r>
    </w:p>
    <w:p>
      <w:pPr>
        <w:jc w:val="right"/>
      </w:pPr>
      <w:r>
        <w:t>کسی وجہ سے وہ دو ایک نمبر کم ہو گئے اور فیل ہو گئے۔ اب وہ اتنا ڈسٹرب ہوئے اتنا ڈسٹرب ہوئے کہ انہوں نے سوسائیڈ کر لیا۔</w:t>
      </w:r>
    </w:p>
    <w:p>
      <w:r>
        <w:rPr>
          <w:b/>
        </w:rPr>
        <w:t xml:space="preserve">[16:50] </w:t>
      </w:r>
      <w:r>
        <w:t>kisi se poocha bhi nahi kisi se rai bhi nahi li. bas ja kar ke zeher kha liya aur mar gaye. ab yahan par dekhiye emotion ko manage nahi kar paye woh.</w:t>
      </w:r>
    </w:p>
    <w:p>
      <w:pPr>
        <w:jc w:val="right"/>
      </w:pPr>
      <w:r>
        <w:t>کسی سے پوچھا بھی نہیں کسی سے رائے بھی نہیں لی۔ بس جا کر کے زہر کھا لیا اور مر گئے۔ اب یہاں پر دیکھیے ایموشن کو مینج نہیں کر پائے وہ۔</w:t>
      </w:r>
    </w:p>
    <w:p>
      <w:r>
        <w:rPr>
          <w:b/>
        </w:rPr>
        <w:t xml:space="preserve">[17:04] </w:t>
      </w:r>
      <w:r>
        <w:t>jab result aaya un ke hath mein unhon ne dekha ke main to kuch number se reh gaya aur main fail ho gaya.</w:t>
      </w:r>
    </w:p>
    <w:p>
      <w:pPr>
        <w:jc w:val="right"/>
      </w:pPr>
      <w:r>
        <w:t>جب رزلٹ آیا ان کے ہاتھ میں انہوں نے دیکھا کہ میں تو کچھ نمبر سے رہ گیا اور میں فیل ہو گیا۔</w:t>
      </w:r>
    </w:p>
    <w:p>
      <w:r>
        <w:rPr>
          <w:b/>
        </w:rPr>
        <w:t xml:space="preserve">[17:14] </w:t>
      </w:r>
      <w:r>
        <w:t>to bas achaanak un ke andar bahut zabardast qism ka ek mayoosi ka jazba ubhar gaya. frustration mayoosi disappointment.</w:t>
      </w:r>
    </w:p>
    <w:p>
      <w:pPr>
        <w:jc w:val="right"/>
      </w:pPr>
      <w:r>
        <w:t>تو بس اچانک ان کے اندر بہت زبردست قسم کا ایک مایوسی کا جذبہ ابھر گیا۔ فرسٹریشن مایوسی ڈس اپوائنٹمنٹ۔</w:t>
      </w:r>
    </w:p>
    <w:p>
      <w:r>
        <w:rPr>
          <w:b/>
        </w:rPr>
        <w:t xml:space="preserve">[17:25] </w:t>
      </w:r>
      <w:r>
        <w:t>halanke sochte agar ek raat agar woh so jate agle din sochte to kya hota?</w:t>
      </w:r>
    </w:p>
    <w:p>
      <w:pPr>
        <w:jc w:val="right"/>
      </w:pPr>
      <w:r>
        <w:t>حالانکہ سوچتے اگر ایک رات اگر وہ سو جاتے اگلے دن سوچتے تو کیا ہوتا؟</w:t>
      </w:r>
    </w:p>
    <w:p>
      <w:r>
        <w:rPr>
          <w:b/>
        </w:rPr>
        <w:t xml:space="preserve">[17:36] </w:t>
      </w:r>
      <w:r>
        <w:t>ke zindagi mein hamesha first chance hi pehli pehli bar hi aadmi kamyab nahi hota.</w:t>
      </w:r>
    </w:p>
    <w:p>
      <w:pPr>
        <w:jc w:val="right"/>
      </w:pPr>
      <w:r>
        <w:t>کہ زندگی میں ہمیشہ فرسٹ چانس ہی پہلی پہلی بار ہی آدمی کامیاب نہیں ہوتا۔</w:t>
      </w:r>
    </w:p>
    <w:p>
      <w:r>
        <w:rPr>
          <w:b/>
        </w:rPr>
        <w:t xml:space="preserve">[17:46] </w:t>
      </w:r>
      <w:r>
        <w:t>kai bar aisa hota hai ke second chance third chance fourth chance mein ja kar kamyab hota hai. agar first chance mein main fail ho gaya to bhi second chance to baki hai.</w:t>
      </w:r>
    </w:p>
    <w:p>
      <w:pPr>
        <w:jc w:val="right"/>
      </w:pPr>
      <w:r>
        <w:t>کئی بار ایسا ہوتا ہے کہ سیکنڈ چانس تھرڈ چانس فورتھ چانس میں جا کر کامیاب ہوتا ہے۔ اگر فرسٹ چانس میں میں فیل ہو گیا تو بھی سیکنڈ چانس تو باقی ہے۔</w:t>
      </w:r>
    </w:p>
    <w:p>
      <w:r>
        <w:rPr>
          <w:b/>
        </w:rPr>
        <w:t xml:space="preserve">[17:57] </w:t>
      </w:r>
      <w:r>
        <w:t>abraham lincoln america ke jo president the woh to das bar fail hua. bahut se log fail hue. to fail hone ke mani kya hain?</w:t>
      </w:r>
    </w:p>
    <w:p>
      <w:pPr>
        <w:jc w:val="right"/>
      </w:pPr>
      <w:r>
        <w:t>ابراہم لنکن امریکہ کے جو پریزیڈنٹ تھے وہ تو دس بار فیل ہوا۔ بہت سے لوگ فیل ہوئے۔ تو فیل ہونے کے معنی کیا ہیں؟</w:t>
      </w:r>
    </w:p>
    <w:p>
      <w:r>
        <w:rPr>
          <w:b/>
        </w:rPr>
        <w:t xml:space="preserve">[18:07] </w:t>
      </w:r>
      <w:r>
        <w:t>ke pehla chance aap se khoya gaya. fail hone ka matlab yeh nahi ke aap hamesha ke liye khatm ho gaye. fail hone ka yeh matlab nahi hai.</w:t>
      </w:r>
    </w:p>
    <w:p>
      <w:pPr>
        <w:jc w:val="right"/>
      </w:pPr>
      <w:r>
        <w:t>کہ پہلا چانس آپ سے کھویا گیا۔ فیل ہونے کا مطلب یہ نہیں کہ آپ ہمیشہ کے لیے ختم ہو گئے۔ فیل ہونے کا یہ مطلب نہیں ہے۔</w:t>
      </w:r>
    </w:p>
    <w:p>
      <w:r>
        <w:rPr>
          <w:b/>
        </w:rPr>
        <w:t xml:space="preserve">[18:21] </w:t>
      </w:r>
      <w:r>
        <w:t>fail hone ka matlab sirf yeh hai ke pehla chance aap avail nahi kar paye. to theek hai. doosra chance lijiye. aap jate hain railway station par aur pata chalta hai ke train jo thi woh to chhoot gayi woh chali gayi.</w:t>
      </w:r>
    </w:p>
    <w:p>
      <w:pPr>
        <w:jc w:val="right"/>
      </w:pPr>
      <w:r>
        <w:t>فیل ہونے کا مطلب صرف یہ ہے کہ پہلا چانس آپ اویل نہیں کر پائے۔ تو ٹھیک ہے۔ دوسرا چانس لیجیے۔ آپ جاتے ہیں ریلوے اسٹیشن پر اور پتہ چلتا ہے کہ ٹرین جو تھی وہ تو چھوٹ گئی وہ چلی گئی۔</w:t>
      </w:r>
    </w:p>
    <w:p>
      <w:r>
        <w:rPr>
          <w:b/>
        </w:rPr>
        <w:t xml:space="preserve">[18:37] </w:t>
      </w:r>
      <w:r>
        <w:t>to aap kya sochte hain? jaldi se ja kar ke poochte hain window par ke bhai agli train kaun si hai? aap yeh nahi kehte ke wahin par apne ko mar kar khatm kar lein.</w:t>
      </w:r>
    </w:p>
    <w:p>
      <w:pPr>
        <w:jc w:val="right"/>
      </w:pPr>
      <w:r>
        <w:t>تو آپ کیا سوچتے ہیں؟ جلدی سے جا کر کے پوچھتے ہیں ونڈو پر کہ بھئی اگلی ٹرین کون سی ہے؟ آپ یہ نہیں کہتے کہ وہیں پر اپنے کو مار کر ختم کر لیں۔</w:t>
      </w:r>
    </w:p>
    <w:p>
      <w:r>
        <w:rPr>
          <w:b/>
        </w:rPr>
        <w:t xml:space="preserve">[18:50] </w:t>
      </w:r>
      <w:r>
        <w:t>koi bhi musafir aisa nahi karega ke pehli train agar chhoot jaye to khudkushi kar le woh. nahi.</w:t>
      </w:r>
    </w:p>
    <w:p>
      <w:pPr>
        <w:jc w:val="right"/>
      </w:pPr>
      <w:r>
        <w:t>کوئی بھی مسافر ایسا نہیں کرے گا کہ پہلی ٹرین اگر چھوٹ جائے تو خودکشی کر لے وہ۔ نہیں۔</w:t>
      </w:r>
    </w:p>
    <w:p>
      <w:r>
        <w:rPr>
          <w:b/>
        </w:rPr>
        <w:t xml:space="preserve">[18:59] </w:t>
      </w:r>
      <w:r>
        <w:t>woh window pe ja kar poochega ke bhai agli train kaun si hai? doosri train kehte hue ja rahi hai. phir us doosri train ko pakad kar ke woh apni jahan jana hai wahan chala jayega woh.</w:t>
      </w:r>
    </w:p>
    <w:p>
      <w:pPr>
        <w:jc w:val="right"/>
      </w:pPr>
      <w:r>
        <w:t>وہ ونڈو پہ جا کر پوچھے گا کہ بھئی اگلی ٹرین کون سی ہے؟ دوسری ٹرین کہتے ہوئے جا رہی ہے۔ پھر اس دوسری ٹرین کو پکڑ کر کے وہ اپنی جہاں جانا ہے وہاں چلا جائے گا وہ۔</w:t>
      </w:r>
    </w:p>
    <w:p>
      <w:r>
        <w:rPr>
          <w:b/>
        </w:rPr>
        <w:t xml:space="preserve">[19:12] </w:t>
      </w:r>
      <w:r>
        <w:t>isi ka naam zindagi hai. zindagi naam hai is baat ka ke agar aap pehla chance kho dein to jaldi se koshish kijiye ke doosra chance na khoya jaye.</w:t>
      </w:r>
    </w:p>
    <w:p>
      <w:pPr>
        <w:jc w:val="right"/>
      </w:pPr>
      <w:r>
        <w:t>اسی کا نام زندگی ہے۔ زندگی نام ہے اس بات کا کہ اگر آپ پہلا چانس کھو دیں تو جلدی سے کوشش کیجیے کہ دوسرا چانس نہ کھویا جائے۔</w:t>
      </w:r>
    </w:p>
    <w:p>
      <w:r>
        <w:rPr>
          <w:b/>
        </w:rPr>
        <w:t xml:space="preserve">[19:25] </w:t>
      </w:r>
      <w:r>
        <w:t>pehla chance khoya jaye to is ke baad doosre chance par nazar daudaiye. suppose doosra bhi chance kho jaye to third chance ko talash kijiye.</w:t>
      </w:r>
    </w:p>
    <w:p>
      <w:pPr>
        <w:jc w:val="right"/>
      </w:pPr>
      <w:r>
        <w:t>پہلا چانس کھویا جائے تو اس کے بعد دوسرے چانس پر نظر دوڑائیے۔ سپوز دوسرا بھی چانس کھو جائے تو تھرڈ چانس کو تلاش کیجیے۔</w:t>
      </w:r>
    </w:p>
    <w:p>
      <w:r>
        <w:rPr>
          <w:b/>
        </w:rPr>
        <w:t xml:space="preserve">[19:36] </w:t>
      </w:r>
      <w:r>
        <w:t>zindagi bhari hui hai chances se. pehle chance mein baat khatm nahi ho jati. pehle chance mein baat khatm nahi ho jati.</w:t>
      </w:r>
    </w:p>
    <w:p>
      <w:pPr>
        <w:jc w:val="right"/>
      </w:pPr>
      <w:r>
        <w:t>زندگی بھری ہوئی ہے چانسز سے۔ پہلے چانس میں بات ختم نہیں ہو جاتی۔ پہلے چانس میں بات ختم نہیں ہو جاتی۔</w:t>
      </w:r>
    </w:p>
    <w:p>
      <w:r>
        <w:rPr>
          <w:b/>
        </w:rPr>
        <w:t xml:space="preserve">[19:48] </w:t>
      </w:r>
      <w:r>
        <w:t>main bahut se aise logon ko janta hoon jinhon ne ek ek darjan chances khoye. ek bar do bar teen bar char bar aakhir mein kamyab hue. hamare haan jahan main adam garh mein jahan main rehta tha jahan paida hua main wahan par main ek sahib ko janta hoon unhon ne ek business kiya</w:t>
      </w:r>
    </w:p>
    <w:p>
      <w:pPr>
        <w:jc w:val="right"/>
      </w:pPr>
      <w:r>
        <w:t>میں بہت سے ایسے لوگوں کو جانتا ہوں جنہوں نے ایک ایک درجن چانسز کھوئے۔ ایک بار دو بار تین بار چار بار آخر میں کامیاب ہوئے۔ ہمارے ہاں جہاں میں آدم گڑھ میں جہاں میں رہتا تھا جہاں پیدا ہوا میں وہاں پر میں ایک صاحب کو جانتا ہوں انہوں نے ایک بزنس کیا</w:t>
      </w:r>
    </w:p>
    <w:p>
      <w:r>
        <w:rPr>
          <w:b/>
        </w:rPr>
        <w:t xml:space="preserve">[20:12] </w:t>
      </w:r>
      <w:r>
        <w:t>aur wo business jo hai</w:t>
      </w:r>
    </w:p>
    <w:p>
      <w:pPr>
        <w:jc w:val="right"/>
      </w:pPr>
      <w:r>
        <w:t>اور وہ بزنس جو ہے</w:t>
      </w:r>
    </w:p>
    <w:p>
      <w:r>
        <w:rPr>
          <w:b/>
        </w:rPr>
        <w:t xml:space="preserve">[20:15] </w:t>
      </w:r>
      <w:r>
        <w:t>is mein chal nahi paye fail ho gaya in ke oper qarz ho gaya</w:t>
      </w:r>
    </w:p>
    <w:p>
      <w:pPr>
        <w:jc w:val="right"/>
      </w:pPr>
      <w:r>
        <w:t>اس میں چل نہیں پائے فیل ہو گیا ان کے اوپر قرضہ ہو گیا</w:t>
      </w:r>
    </w:p>
    <w:p>
      <w:r>
        <w:rPr>
          <w:b/>
        </w:rPr>
        <w:t xml:space="preserve">[20:22] </w:t>
      </w:r>
      <w:r>
        <w:t>to kiya hua ke unhon ne zehar kha liya mein ne apni aankh se dekha hai is insan</w:t>
      </w:r>
    </w:p>
    <w:p>
      <w:pPr>
        <w:jc w:val="right"/>
      </w:pPr>
      <w:r>
        <w:t>تو کیا ہوا کہ انہوں نے زہر کھا لیا میں نے اپنی آنکھ سے دیکھا ہے اس انسان</w:t>
      </w:r>
    </w:p>
    <w:p>
      <w:r>
        <w:rPr>
          <w:b/>
        </w:rPr>
        <w:t xml:space="preserve">[20:26] </w:t>
      </w:r>
      <w:r>
        <w:t>ko zehar kha kar para hua hai be hoshi mein</w:t>
      </w:r>
    </w:p>
    <w:p>
      <w:pPr>
        <w:jc w:val="right"/>
      </w:pPr>
      <w:r>
        <w:t>کو زہر کھا کر پڑا ہوا ہے بے ہوشی میں</w:t>
      </w:r>
    </w:p>
    <w:p>
      <w:r>
        <w:rPr>
          <w:b/>
        </w:rPr>
        <w:t xml:space="preserve">[20:31] </w:t>
      </w:r>
      <w:r>
        <w:t>lekin kiya hua ke jaldi se logon ne doctor ko bulaya aur doctor ne aa kar ke kisi</w:t>
      </w:r>
    </w:p>
    <w:p>
      <w:pPr>
        <w:jc w:val="right"/>
      </w:pPr>
      <w:r>
        <w:t>لیکن کیا ہوا کہ جلدی سے لوگوں نے ڈاکٹر کو بلایا اور ڈاکٹر نے آ کر کے کسی</w:t>
      </w:r>
    </w:p>
    <w:p>
      <w:r>
        <w:rPr>
          <w:b/>
        </w:rPr>
        <w:t xml:space="preserve">[20:36] </w:t>
      </w:r>
      <w:r>
        <w:t>tareeqay se is ka zehar nikala aur behal is ko bacha liya yani zehar kha kar wo gir</w:t>
      </w:r>
    </w:p>
    <w:p>
      <w:pPr>
        <w:jc w:val="right"/>
      </w:pPr>
      <w:r>
        <w:t>طریقے سے اس کا زہر نکالا اور بہرحال اس کو بچا لیا یعنی زہر کھا کر وہ گر</w:t>
      </w:r>
    </w:p>
    <w:p>
      <w:r>
        <w:rPr>
          <w:b/>
        </w:rPr>
        <w:t xml:space="preserve">[20:42] </w:t>
      </w:r>
      <w:r>
        <w:t>paray thay be hosh ho gaye thay munh se jhag nikal raha tha</w:t>
      </w:r>
    </w:p>
    <w:p>
      <w:pPr>
        <w:jc w:val="right"/>
      </w:pPr>
      <w:r>
        <w:t>پڑے تھے بے ہوش ہو گئے تھے منہ سے جھاگ نکل رہا تھا</w:t>
      </w:r>
    </w:p>
    <w:p>
      <w:r>
        <w:rPr>
          <w:b/>
        </w:rPr>
        <w:t xml:space="preserve">[20:47] </w:t>
      </w:r>
      <w:r>
        <w:t>lekin zehar jo hai boht ziyada color nahi hoga shayad doctor ne un ko bacha liya ab jab</w:t>
      </w:r>
    </w:p>
    <w:p>
      <w:pPr>
        <w:jc w:val="right"/>
      </w:pPr>
      <w:r>
        <w:t>لیکن زہر جو ہے بہت زیادہ کلر نہیں ہوگا شاید ڈاکٹر نے ان کو بچا لیا اب جب</w:t>
      </w:r>
    </w:p>
    <w:p>
      <w:r>
        <w:rPr>
          <w:b/>
        </w:rPr>
        <w:t xml:space="preserve">[20:54] </w:t>
      </w:r>
      <w:r>
        <w:t>wo bach gaye</w:t>
      </w:r>
    </w:p>
    <w:p>
      <w:pPr>
        <w:jc w:val="right"/>
      </w:pPr>
      <w:r>
        <w:t>وہ بچ گئے</w:t>
      </w:r>
    </w:p>
    <w:p>
      <w:r>
        <w:rPr>
          <w:b/>
        </w:rPr>
        <w:t xml:space="preserve">[20:57] </w:t>
      </w:r>
      <w:r>
        <w:t>aik baat aur bhi</w:t>
      </w:r>
    </w:p>
    <w:p>
      <w:pPr>
        <w:jc w:val="right"/>
      </w:pPr>
      <w:r>
        <w:t>ایک بات اور بھی</w:t>
      </w:r>
    </w:p>
    <w:p>
      <w:r>
        <w:rPr>
          <w:b/>
        </w:rPr>
        <w:t xml:space="preserve">[20:58] </w:t>
      </w:r>
      <w:r>
        <w:t>arz karun ke mein ne aik kitab parhi thi in logon ki kahani jinhon ne suicide karne ki</w:t>
      </w:r>
    </w:p>
    <w:p>
      <w:pPr>
        <w:jc w:val="right"/>
      </w:pPr>
      <w:r>
        <w:t>عرض کروں کہ میں نے ایک کتاب پڑھی تھی ان لوگوں کی کہانی جنہوں نے سوسائیڈ کرنے کی</w:t>
      </w:r>
    </w:p>
    <w:p>
      <w:r>
        <w:rPr>
          <w:b/>
        </w:rPr>
        <w:t xml:space="preserve">[21:03] </w:t>
      </w:r>
      <w:r>
        <w:t>koshish ki aur bach gaye</w:t>
      </w:r>
    </w:p>
    <w:p>
      <w:pPr>
        <w:jc w:val="right"/>
      </w:pPr>
      <w:r>
        <w:t>کوشش کی اور بچ گئے</w:t>
      </w:r>
    </w:p>
    <w:p>
      <w:r>
        <w:rPr>
          <w:b/>
        </w:rPr>
        <w:t xml:space="preserve">[21:05] </w:t>
      </w:r>
      <w:r>
        <w:t>aik kitab chhapi hai is mein aisay log bataye gaye hain</w:t>
      </w:r>
    </w:p>
    <w:p>
      <w:pPr>
        <w:jc w:val="right"/>
      </w:pPr>
      <w:r>
        <w:t>ایک کتاب چھپی ہے اس میں ایسے لوگ بتائے گئے ہیں</w:t>
      </w:r>
    </w:p>
    <w:p>
      <w:r>
        <w:rPr>
          <w:b/>
        </w:rPr>
        <w:t xml:space="preserve">[21:10] </w:t>
      </w:r>
      <w:r>
        <w:t>ke jo khudkushi ka koshish kuch kuch kar dala khudkushi ke liye suicide karne ke liye lekin phir</w:t>
      </w:r>
    </w:p>
    <w:p>
      <w:pPr>
        <w:jc w:val="right"/>
      </w:pPr>
      <w:r>
        <w:t>کہ جو خودکشی کا کوشش کچھ کچھ کر ڈالا خودکشی کے لیے سوسائیڈ کرنے کے لیے لیکن پھر</w:t>
      </w:r>
    </w:p>
    <w:p>
      <w:r>
        <w:rPr>
          <w:b/>
        </w:rPr>
        <w:t xml:space="preserve">[21:17] </w:t>
      </w:r>
      <w:r>
        <w:t>bhi kisi waja se bach gaye to is mein bataya tha ke jo log suicide ka attempt karen</w:t>
      </w:r>
    </w:p>
    <w:p>
      <w:pPr>
        <w:jc w:val="right"/>
      </w:pPr>
      <w:r>
        <w:t>بھی کسی وجہ سے بچ گئے تو اس میں بتایا تھا کہ جو لوگ سوسائیڈ کا اٹیمپٹ کریں</w:t>
      </w:r>
    </w:p>
    <w:p>
      <w:r>
        <w:rPr>
          <w:b/>
        </w:rPr>
        <w:t xml:space="preserve">[21:25] </w:t>
      </w:r>
      <w:r>
        <w:t>aur bach jayen to wo boht ziyada zindagi se piyar un ko aa jata hai boht ziyada</w:t>
      </w:r>
    </w:p>
    <w:p>
      <w:pPr>
        <w:jc w:val="right"/>
      </w:pPr>
      <w:r>
        <w:t>اور بچ جائیں تو وہ بہت زیادہ زندگی سے پیار ان کو آ جاتا ہے بہت زیادہ</w:t>
      </w:r>
    </w:p>
    <w:p>
      <w:r>
        <w:rPr>
          <w:b/>
        </w:rPr>
        <w:t xml:space="preserve">[21:32] </w:t>
      </w:r>
      <w:r>
        <w:t>aur boht ziyada active ho jatay hain wo un ka bhi hal yahi hua jin ka mein keh</w:t>
      </w:r>
    </w:p>
    <w:p>
      <w:pPr>
        <w:jc w:val="right"/>
      </w:pPr>
      <w:r>
        <w:t>اور بہت زیادہ ایکٹیو ہو جاتے ہیں وہ ان کا بھی حال یہی ہوا جن کا میں کہہ</w:t>
      </w:r>
    </w:p>
    <w:p>
      <w:r>
        <w:rPr>
          <w:b/>
        </w:rPr>
        <w:t xml:space="preserve">[21:37] </w:t>
      </w:r>
      <w:r>
        <w:t>raha hoon yani pehle to wo</w:t>
      </w:r>
    </w:p>
    <w:p>
      <w:pPr>
        <w:jc w:val="right"/>
      </w:pPr>
      <w:r>
        <w:t>رہا ہوں یعنی پہلے تو وہ</w:t>
      </w:r>
    </w:p>
    <w:p>
      <w:r>
        <w:rPr>
          <w:b/>
        </w:rPr>
        <w:t xml:space="preserve">[21:41] </w:t>
      </w:r>
      <w:r>
        <w:t>itna mayoos hue thay ke unhon</w:t>
      </w:r>
    </w:p>
    <w:p>
      <w:pPr>
        <w:jc w:val="right"/>
      </w:pPr>
      <w:r>
        <w:t>اتنا مایوس ہوئے تھے کہ انہوں</w:t>
      </w:r>
    </w:p>
    <w:p>
      <w:r>
        <w:rPr>
          <w:b/>
        </w:rPr>
        <w:t xml:space="preserve">[21:43] </w:t>
      </w:r>
      <w:r>
        <w:t>ne zeher kha liya ab jo bach gaye woh to zindagi se bahut pyar un ko ho gaya aur itna zyada unhon ne struggle kiya ke bahut zabardast kamyabi hasil ki unhon ne karodpati ban gaye woh is par main ne socha ke aisa kyun hota hai?</w:t>
      </w:r>
    </w:p>
    <w:p>
      <w:pPr>
        <w:jc w:val="right"/>
      </w:pPr>
      <w:r>
        <w:t>نے زہر کھا لیا اب جو بچ گئے وہ تو زندگی سے بہت پیار ان کو ہو گیا اور اتنا زیادہ انہوں نے سٹرگل کیا کہ بہت زبردست کامیابی حاصل کی انہوں نے کروڑ پتی بن گئے وہ اس پر میں نے سوچا کہ ایسا کیوں ہوتا ہے؟</w:t>
      </w:r>
    </w:p>
    <w:p>
      <w:r>
        <w:rPr>
          <w:b/>
        </w:rPr>
        <w:t xml:space="preserve">[22:01] </w:t>
      </w:r>
      <w:r>
        <w:t>dekhiye maut jo hai bah bhiyanak tajurba hai. maut jo hai bahut zyada bhiyanak cheez hai. to woh insan jo khudkushi karta hai jo suicide karta hai to maut ko bahut qareeb tak ja kar dekhta hai woh.</w:t>
      </w:r>
    </w:p>
    <w:p>
      <w:pPr>
        <w:jc w:val="right"/>
      </w:pPr>
      <w:r>
        <w:t>دیکھیے موت جو ہے باہ بھیانک تجربہ ہے۔ موت جو ہے بہت زیادہ بھیانک چیز ہے۔ تو وہ انسان جو خودکشی کرتا ہے جو سوسائیڈ کرتا ہے تو موت کو بہت قریب تک جا کر دیکھتا ہے وہ۔</w:t>
      </w:r>
    </w:p>
    <w:p>
      <w:r>
        <w:rPr>
          <w:b/>
        </w:rPr>
        <w:t xml:space="preserve">[22:19] </w:t>
      </w:r>
      <w:r>
        <w:t>agarche mar nahi jata lekin maut ko dekh leta hai woh. hum aap maut ko dekh nahi rahe hain. hum aap maut ko jaan rahe hain lekin dekh nahi rahe hain.</w:t>
      </w:r>
    </w:p>
    <w:p>
      <w:pPr>
        <w:jc w:val="right"/>
      </w:pPr>
      <w:r>
        <w:t>اگرچہ مر نہیں جاتا لیکن موت کو دیکھ لیتا ہے وہ۔ ہم آپ موت کو دیکھ نہیں رہے ہیں۔ ہم آپ موت کو جان رہے ہیں لیکن دیکھ نہیں رہے ہیں۔</w:t>
      </w:r>
    </w:p>
    <w:p>
      <w:r>
        <w:rPr>
          <w:b/>
        </w:rPr>
        <w:t xml:space="preserve">[22:32] </w:t>
      </w:r>
      <w:r>
        <w:t>ab woh aadmi maut ko ek dam paas ja kar dekh leta hai ek dam. to lagta hai ke maut kitni kitni zyada bhiyonak cheez hai. ab jab maut se bach jata hai woh to zindagi us ko bohat hi bohat zyada bohat hi qeemti lagti hai.</w:t>
      </w:r>
    </w:p>
    <w:p>
      <w:pPr>
        <w:jc w:val="right"/>
      </w:pPr>
      <w:r>
        <w:t>اب وہ آدمی موت کو ایک دم پاس جا کر دیکھ لیتا ہے ایک دم۔ تو لگتا ہے کہ موت کتنی کتنی زیادہ بھیانک چیز ہے۔ اب جب موت سے بچ جاتا ہے وہ تو زندگی اس کو بہت ہی بہت زیادہ بہت ہی قیمتی لگتی ہے۔</w:t>
      </w:r>
    </w:p>
    <w:p>
      <w:r>
        <w:rPr>
          <w:b/>
        </w:rPr>
        <w:t xml:space="preserve">[22:48] </w:t>
      </w:r>
      <w:r>
        <w:t>bohat hi valuable lagti hai.</w:t>
      </w:r>
    </w:p>
    <w:p>
      <w:pPr>
        <w:jc w:val="right"/>
      </w:pPr>
      <w:r>
        <w:t>بہت ہی ویلیو ایبل لگتی ہے۔</w:t>
      </w:r>
    </w:p>
    <w:p>
      <w:r>
        <w:rPr>
          <w:b/>
        </w:rPr>
        <w:t xml:space="preserve">[22:52] </w:t>
      </w:r>
      <w:r>
        <w:t>ab woh zindagi ko yani ab woh zindagi ke baray mein zyada yaqeen zyada hosla zindagi se pyar paida ho jata hai us ko.</w:t>
      </w:r>
    </w:p>
    <w:p>
      <w:pPr>
        <w:jc w:val="right"/>
      </w:pPr>
      <w:r>
        <w:t>اب وہ زندگی کو یعنی اب وہ زندگی کے بارے میں زیادہ یقین زیادہ حوصلہ زندگی سے پیار پیدا ہو جاتا ہے اس کو۔</w:t>
      </w:r>
    </w:p>
    <w:p>
      <w:r>
        <w:rPr>
          <w:b/>
        </w:rPr>
        <w:t xml:space="preserve">[23:04] </w:t>
      </w:r>
      <w:r>
        <w:t>to is kitab mein dikhaya tha ke suicide karne walay agar bach jatay hain to bohat zyada woh kamyab hotay hain. aur maine khud apni aankh se dekha ke is aadmi ka haal ke bohat zyada kamyab hue woh.</w:t>
      </w:r>
    </w:p>
    <w:p>
      <w:pPr>
        <w:jc w:val="right"/>
      </w:pPr>
      <w:r>
        <w:t>تو اس کتاب میں دکھایا تھا کہ سوسائیڈ کرنے والے اگر بچ جاتے ہیں تو بہت زیادہ وہ کامیاب ہوتے ہیں۔ اور میں نے خود اپنی آنکھ سے دیکھا کہ اس آدمی کا حال کہ بہت زیادہ کامیاب ہوئے وہ۔</w:t>
      </w:r>
    </w:p>
    <w:p>
      <w:r>
        <w:rPr>
          <w:b/>
        </w:rPr>
        <w:t xml:space="preserve">[23:18] </w:t>
      </w:r>
      <w:r>
        <w:t>to main samajhta hoon ke yeh log jo hain is tajrubay ke baad woh jaan letay hain ke emotions ko manage karna zaroori hai.</w:t>
      </w:r>
    </w:p>
    <w:p>
      <w:pPr>
        <w:jc w:val="right"/>
      </w:pPr>
      <w:r>
        <w:t>تو میں سمجھتا ہوں کہ یہ لوگ جو ہیں اس تجربے کے بعد وہ جان لیتے ہیں کہ ایموشنز کو مینج کرنا ضروری ہے۔</w:t>
      </w:r>
    </w:p>
    <w:p>
      <w:r>
        <w:rPr>
          <w:b/>
        </w:rPr>
        <w:t xml:space="preserve">[23:30] </w:t>
      </w:r>
      <w:r>
        <w:t>ke maine emotion ko manage nahi kiya to woh maut ke munh mein puhanch gaya. aur kitna bhiyonak tha woh mera jana. yani ke emotions ko manage na karne ki wajah se aadmi suicide karta hai.</w:t>
      </w:r>
    </w:p>
    <w:p>
      <w:pPr>
        <w:jc w:val="right"/>
      </w:pPr>
      <w:r>
        <w:t>کہ میں نے ایموشن کو مینج نہیں کیا تو وہ موت کے منہ میں پہنچ گیا۔ اور کتنا بھیانک تھا وہ میرا جانا۔ یعنی کہ ایموشنز کو مینج نہ کرنے کی وجہ سے آدمی سوسائیڈ کرتا ہے۔</w:t>
      </w:r>
    </w:p>
    <w:p>
      <w:r>
        <w:rPr>
          <w:b/>
        </w:rPr>
        <w:t xml:space="preserve">[23:42] </w:t>
      </w:r>
      <w:r>
        <w:t>suicide kyun karta hai aadmi? kyunke emotions ko manage nahi kar pata. emotions ko manage karne mein fail ho janay ka naam hi hai suicide.</w:t>
      </w:r>
    </w:p>
    <w:p>
      <w:pPr>
        <w:jc w:val="right"/>
      </w:pPr>
      <w:r>
        <w:t>سوسائیڈ کیوں کرتا ہے آدمی؟ کیونکہ ایموشنز کو مینج نہیں کر پاتا۔ ایموشنز کو مینج کرنے میں فیل ہو جانے کا نام ہی ہے سوسائیڈ۔</w:t>
      </w:r>
    </w:p>
    <w:p>
      <w:r>
        <w:rPr>
          <w:b/>
        </w:rPr>
        <w:t xml:space="preserve">[23:55] </w:t>
      </w:r>
      <w:r>
        <w:t>to is ke result ko is ke bhiyonak result ko apni aankh se dekh leta hai woh.</w:t>
      </w:r>
    </w:p>
    <w:p>
      <w:pPr>
        <w:jc w:val="right"/>
      </w:pPr>
      <w:r>
        <w:t>تو اس کے رزلٹ کو اس کے بھیانک رزلٹ کو اپنی آنکھ سے دیکھ لیتا ہے وہ۔</w:t>
      </w:r>
    </w:p>
    <w:p>
      <w:r>
        <w:rPr>
          <w:b/>
        </w:rPr>
        <w:t xml:space="preserve">[24:02] </w:t>
      </w:r>
      <w:r>
        <w:t>woh aadmi jo suicide ke liye attempt kare bach jaye us ne goya ke emotions ko manage na karne ka jo bhiyonak result hai us ko apni aankhon se dekh liya.</w:t>
      </w:r>
    </w:p>
    <w:p>
      <w:pPr>
        <w:jc w:val="right"/>
      </w:pPr>
      <w:r>
        <w:t>وہ آدمی جو سوسائیڈ کے لیے اٹیمپٹ کرے بچ جائے اس نے گویا کہ ایموشنز کو مینج نہ کرنے کا جو بھیانک رزلٹ ہے اس کو اپنی آنکھوں سے دیکھ لیا۔</w:t>
      </w:r>
    </w:p>
    <w:p>
      <w:r>
        <w:rPr>
          <w:b/>
        </w:rPr>
        <w:t xml:space="preserve">[24:19] </w:t>
      </w:r>
      <w:r>
        <w:t>ab woh is is ke baad woh bohat hi zyada cautious hota hai cautious. aur phir zindagi ko avail karne ka is ke andar bohat zabardast hosla paida ho jata hai.</w:t>
      </w:r>
    </w:p>
    <w:p>
      <w:pPr>
        <w:jc w:val="right"/>
      </w:pPr>
      <w:r>
        <w:t>اب وہ اس اس کے بعد وہ بہت ہی زیادہ کاشیس ہوتا ہے کاشیس۔ اور پھر زندگی کو اویل کرنے کا اس کے اندر بہت زبردست حوصلہ پیدا ہو جاتا ہے۔</w:t>
      </w:r>
    </w:p>
    <w:p>
      <w:r>
        <w:rPr>
          <w:b/>
        </w:rPr>
        <w:t xml:space="preserve">[24:33] </w:t>
      </w:r>
      <w:r>
        <w:t>to behal main yeh kahunga ke zindagi mein</w:t>
      </w:r>
    </w:p>
    <w:p>
      <w:pPr>
        <w:jc w:val="right"/>
      </w:pPr>
      <w:r>
        <w:t>تو بہرحال میں یہ کہوں گا کہ زندگی میں</w:t>
      </w:r>
    </w:p>
    <w:p>
      <w:r>
        <w:rPr>
          <w:b/>
        </w:rPr>
        <w:t xml:space="preserve">[24:41] </w:t>
      </w:r>
      <w:r>
        <w:t>sab se zyada important cheez yeh hai kamyabi ke liye ke aap art of emotion management janiye.</w:t>
      </w:r>
    </w:p>
    <w:p>
      <w:pPr>
        <w:jc w:val="right"/>
      </w:pPr>
      <w:r>
        <w:t>سب سے زیادہ امپورٹنٹ چیز یہ ہے کامیابی کے لیے کہ آپ آرٹ آف ایموشن مینجمنٹ جانیں۔</w:t>
      </w:r>
    </w:p>
    <w:p>
      <w:r>
        <w:rPr>
          <w:b/>
        </w:rPr>
        <w:t xml:space="preserve">[24:54] </w:t>
      </w:r>
      <w:r>
        <w:t>main ek sahib ko janta hoon.</w:t>
      </w:r>
    </w:p>
    <w:p>
      <w:pPr>
        <w:jc w:val="right"/>
      </w:pPr>
      <w:r>
        <w:t>میں ایک صاحب کو جانتا ہوں۔</w:t>
      </w:r>
    </w:p>
    <w:p>
      <w:r>
        <w:rPr>
          <w:b/>
        </w:rPr>
        <w:t xml:space="preserve">[24:59] </w:t>
      </w:r>
      <w:r>
        <w:t>woh zila meerut ke ek aadmi thay. main un ke haan gaya un ke ghar par. to unhon ne bataya ke un ka ek dost tha.</w:t>
      </w:r>
    </w:p>
    <w:p>
      <w:pPr>
        <w:jc w:val="right"/>
      </w:pPr>
      <w:r>
        <w:t>وہ ضلع مرٹ کے ایک آدمی تھے۔ میں ان کے ہاں گیا ان کے گھر پر۔ تو انہوں نے بتایا کہ ان کا ایک دوست تھا۔</w:t>
      </w:r>
    </w:p>
    <w:p>
      <w:r>
        <w:rPr>
          <w:b/>
        </w:rPr>
        <w:t xml:space="preserve">[25:08] </w:t>
      </w:r>
      <w:r>
        <w:t>dost ka matlab un ke milnay julnay walon mein ek ek sahib thay. to kisi baat par un ko un ke baray mein misunderstanding ho gayi.</w:t>
      </w:r>
    </w:p>
    <w:p>
      <w:pPr>
        <w:jc w:val="right"/>
      </w:pPr>
      <w:r>
        <w:t>دوست کا مطلب ان کے ملنے جلنے والوں میں ایک ایک صاحب تھے۔ تو کسی بات پر ان کو ان کے بارے میں مس انڈرسٹینڈنگ ہو گئی۔</w:t>
      </w:r>
    </w:p>
    <w:p>
      <w:r>
        <w:rPr>
          <w:b/>
        </w:rPr>
        <w:t xml:space="preserve">[25:19] </w:t>
      </w:r>
      <w:r>
        <w:t>misunderstanding. ab woh ghussa ho gaye. itna ghussa ho gaya ke bol chaal band kar diya unhon ne. bol chaal band kar diya. jab main gaya to bol chaal band thi woh.</w:t>
      </w:r>
    </w:p>
    <w:p>
      <w:pPr>
        <w:jc w:val="right"/>
      </w:pPr>
      <w:r>
        <w:t>مس انڈرسٹینڈنگ۔ اب وہ غصہ ہو گئے۔ اتنا غصہ ہو گیا کہ بول چال بند کر دیا انہوں نے۔ بول چال بند کر دیا۔ جب میں گیا تو بول چال بند تھی وہ۔</w:t>
      </w:r>
    </w:p>
    <w:p>
      <w:r>
        <w:rPr>
          <w:b/>
        </w:rPr>
        <w:t xml:space="preserve">[25:31] </w:t>
      </w:r>
      <w:r>
        <w:t>to maine kaha ke aap ne kabhi poocha un se? jo aap ko misunderstanding hui thi galat fehmi to aap ne kabhi poocha un se?</w:t>
      </w:r>
    </w:p>
    <w:p>
      <w:pPr>
        <w:jc w:val="right"/>
      </w:pPr>
      <w:r>
        <w:t>تو میں نے کہا کہ آپ نے کبھی پوچھا ان سے؟ جو آپ کو مس انڈرسٹینڈنگ ہوئی تھی غلط فہمی تو آپ نے کبھی پوچھا ان سے؟</w:t>
      </w:r>
    </w:p>
    <w:p>
      <w:r>
        <w:rPr>
          <w:b/>
        </w:rPr>
        <w:t xml:space="preserve">[25:41] </w:t>
      </w:r>
      <w:r>
        <w:t>nahi. unhon ne kaha nahi poocha to kya pata hai ke aap sahi tha ya galat tha aap ka samajhna. sahi tha ya galat tha aap ka samajhna.</w:t>
      </w:r>
    </w:p>
    <w:p>
      <w:pPr>
        <w:jc w:val="right"/>
      </w:pPr>
      <w:r>
        <w:t>نہیں۔ انہوں نے کہا نہیں پوچھا تو کیا پتہ ہے کہ آپ صحیح تھا یا غلط تھا آپ کا سمجھنا۔ صحیح تھا یا غلط تھا آپ کا سمجھنا۔</w:t>
      </w:r>
    </w:p>
    <w:p>
      <w:r>
        <w:rPr>
          <w:b/>
        </w:rPr>
        <w:t xml:space="preserve">[25:52] </w:t>
      </w:r>
      <w:r>
        <w:t>to unhon ne is se mil kar ke poocha. agarchay ab do saal beet chukay thay do saal. to us ne bataya to maloom hua ke woh sirf galat fehmi thi.</w:t>
      </w:r>
    </w:p>
    <w:p>
      <w:pPr>
        <w:jc w:val="right"/>
      </w:pPr>
      <w:r>
        <w:t>تو انہوں نے اس سے مل کر کے پوچھا۔ اگرچہ اب دو سال بیت چکے تھے دو سال۔ تو اس نے بتایا تو معلوم ہوا کہ وہ صرف غلط فہمی تھی۔</w:t>
      </w:r>
    </w:p>
    <w:p>
      <w:r>
        <w:rPr>
          <w:b/>
        </w:rPr>
        <w:t xml:space="preserve">[26:04] </w:t>
      </w:r>
      <w:r>
        <w:t>sheer misunderstanding. baat kuch bhi nahi thi. khawamkhwah unhein ek galat fehmi ho gayi khawamkhwah.</w:t>
      </w:r>
    </w:p>
    <w:p>
      <w:pPr>
        <w:jc w:val="right"/>
      </w:pPr>
      <w:r>
        <w:t>شیئر مس انڈرسٹینڈنگ۔ بات کچھ بھی نہیں تھی۔ خوامخواہ انہیں ایک غلط فہمی ہو گئی خوامخواہ۔</w:t>
      </w:r>
    </w:p>
    <w:p>
      <w:r>
        <w:rPr>
          <w:b/>
        </w:rPr>
        <w:t xml:space="preserve">[26:16] </w:t>
      </w:r>
      <w:r>
        <w:t>to is ke baad unhon ne maafi mangi. maine un se kaha ke aap maafi mangiye. unhon ne maafi mangi. aur phir dono mein bohat acha sync bana.</w:t>
      </w:r>
    </w:p>
    <w:p>
      <w:pPr>
        <w:jc w:val="right"/>
      </w:pPr>
      <w:r>
        <w:t>تو اس کے بعد انہوں نے معافی مانگی۔ میں نے ان سے کہا کہ آپ معافی مانگیے۔ انہوں نے معافی مانگی۔ اور پھر دونوں میں بہت اچھا سنت بنا۔</w:t>
      </w:r>
    </w:p>
    <w:p>
      <w:r>
        <w:rPr>
          <w:b/>
        </w:rPr>
        <w:t xml:space="preserve">[26:26] </w:t>
      </w:r>
      <w:r>
        <w:t>yahan tak ke dono ne sath mil kar business kiya. is ke das saal baad phir meri mulaqat hui. to bataya unhon ne ke itna acha partner to aaj tak maine dekha hi nahi tha.</w:t>
      </w:r>
    </w:p>
    <w:p>
      <w:pPr>
        <w:jc w:val="right"/>
      </w:pPr>
      <w:r>
        <w:t>یہاں تک کہ دونوں نے ساتھ مل کر بزنس کیا۔ اس کے دس سال بعد پھر میری ملاقات ہوئی۔ تو بتایا انہوں نے کہ اتنا اچھا پارٹنر تو آج تک میں نے دیکھا ہی نہیں تھا۔</w:t>
      </w:r>
    </w:p>
    <w:p>
      <w:r>
        <w:rPr>
          <w:b/>
        </w:rPr>
        <w:t xml:space="preserve">[26:39] </w:t>
      </w:r>
      <w:r>
        <w:t>hamari partnership bohat achi chal rahi hai. hamara business bohat acha chal raha hai. woh bhi kamyab main bhi kamyab. ab is mein aap dekhiye is waqay mein.</w:t>
      </w:r>
    </w:p>
    <w:p>
      <w:pPr>
        <w:jc w:val="right"/>
      </w:pPr>
      <w:r>
        <w:t>ہماری پارٹنرشپ بہت اچھی چل رہی ہے۔ ہمارا بزنس بہت اچھا چل رہا ہے۔ وہ بھی کامیاب میں بھی کامیاب۔ اب اس میں آپ دیکھیے اس واقعے میں۔</w:t>
      </w:r>
    </w:p>
    <w:p>
      <w:r>
        <w:rPr>
          <w:b/>
        </w:rPr>
        <w:t xml:space="preserve">[26:54] </w:t>
      </w:r>
      <w:r>
        <w:t>ab dono miltay julte thay kisi din aisa hua ke koi baat aisi ho gayi jis se un ka jazba bhark utha. un ke emotions jo hain woh bhark uthay.</w:t>
      </w:r>
    </w:p>
    <w:p>
      <w:pPr>
        <w:jc w:val="right"/>
      </w:pPr>
      <w:r>
        <w:t>اب دونوں ملتے جلتے تھے کسی دن ایسا ہوا کہ کوئی بات ایسی ہو گئی جس سے ان کا جذبہ بھڑک اٹھا۔ ان کے ایموشنز جو ہیں وہ بھڑک اٹھے۔</w:t>
      </w:r>
    </w:p>
    <w:p>
      <w:r>
        <w:rPr>
          <w:b/>
        </w:rPr>
        <w:t xml:space="preserve">[27:04] </w:t>
      </w:r>
      <w:r>
        <w:t>ab ghussa ho gaye. main kabhi tum se nahi bolunga. ek waqt ghar chalay gaye apne. ab main tum se kabhi nahi bolunga.</w:t>
      </w:r>
    </w:p>
    <w:p>
      <w:pPr>
        <w:jc w:val="right"/>
      </w:pPr>
      <w:r>
        <w:t>اب غصہ ہو گئے۔ میں کبھی تم سے نہیں بولوں گا۔ ایک وقت گھر چلے گئے اپنے۔ اب میں تم سے کبھی نہیں بولوں گا۔</w:t>
      </w:r>
    </w:p>
    <w:p>
      <w:r>
        <w:rPr>
          <w:b/>
        </w:rPr>
        <w:t xml:space="preserve">[27:14] </w:t>
      </w:r>
      <w:r>
        <w:t>yeh keh kar apne ghar chale aaye. aur phir isi mein jeete rahe isi mein jeete rahe do saal tak jeete rahe isi mein. ke is aadmi se mujhe bolna nahi hai.</w:t>
      </w:r>
    </w:p>
    <w:p>
      <w:pPr>
        <w:jc w:val="right"/>
      </w:pPr>
      <w:r>
        <w:t>یہ کہہ کر اپنے گھر چلے آئے۔ اور پھر اسی میں جیتے رہے اسی میں جیتے رہے دو سال تک جیتے رہے اسی میں۔ کہ اس آدمی سے مجھے بولنا نہیں ہے۔</w:t>
      </w:r>
    </w:p>
    <w:p>
      <w:r>
        <w:rPr>
          <w:b/>
        </w:rPr>
        <w:t xml:space="preserve">[27:25] </w:t>
      </w:r>
      <w:r>
        <w:t>yeh yeh saada si baat nahi unhon ne pakri ke is baat ki ka pata karo poora ke woh baat hai kya?</w:t>
      </w:r>
    </w:p>
    <w:p>
      <w:pPr>
        <w:jc w:val="right"/>
      </w:pPr>
      <w:r>
        <w:t>یہ یہ سادہ سی بات نہیں انہوں نے پکڑی کہ اس بات کی کا پتہ کرو پورا کہ وہ بات ہے کیا؟</w:t>
      </w:r>
    </w:p>
    <w:p>
      <w:r>
        <w:rPr>
          <w:b/>
        </w:rPr>
        <w:t xml:space="preserve">[27:37] </w:t>
      </w:r>
      <w:r>
        <w:t>kyunke har baat ke kai aspect hote hain. har baat ke kai angle hote hain. har baat ko scurtly kar ke jaanna parta hai. yeh sab kiya hi nahi unhon ne.</w:t>
      </w:r>
    </w:p>
    <w:p>
      <w:pPr>
        <w:jc w:val="right"/>
      </w:pPr>
      <w:r>
        <w:t>کیونکہ ہر بات کے کئی ایسپیکٹ ہوتے ہیں۔ ہر بات کے کئی اینگل ہوتے ہیں۔ ہر بات کو اسکرٹلی کر کے جاننا پڑتا ہے۔ یہ سب کیا ہی نہیں انہوں نے۔</w:t>
      </w:r>
    </w:p>
    <w:p>
      <w:r>
        <w:rPr>
          <w:b/>
        </w:rPr>
        <w:t xml:space="preserve">[27:47] </w:t>
      </w:r>
      <w:r>
        <w:t>bas bhadak kar ke ghar chale aaye. aur isi ghusse mein jeete rahe do saal do saal do saal tak. ab jab unhon ne ja kar ke pata kiya to maloom hua ke that was a share misunderstanding.</w:t>
      </w:r>
    </w:p>
    <w:p>
      <w:pPr>
        <w:jc w:val="right"/>
      </w:pPr>
      <w:r>
        <w:t>بس بھڑک کر کے گھر چلے آئے۔ اور اسی غصے میں جیتے رہے دو سال دو سال دو سال تک۔ اب جب انہوں نے جا کر کے پتہ کیا تو معلوم ہوا کہ دیٹ واز ا شیئر مس انڈرسٹینڈنگ۔</w:t>
      </w:r>
    </w:p>
    <w:p>
      <w:r>
        <w:rPr>
          <w:b/>
        </w:rPr>
        <w:t xml:space="preserve">[28:03] </w:t>
      </w:r>
      <w:r>
        <w:t>ab dono nature par aa gaye yeh bhi nature par woh bhi nature par. emotions ko jab hataya unhon ne. emotions ko jab hata diya unhon ne.</w:t>
      </w:r>
    </w:p>
    <w:p>
      <w:pPr>
        <w:jc w:val="right"/>
      </w:pPr>
      <w:r>
        <w:t>اب دونوں نیچر پر آ گئے یہ بھی نیچر پر وہ بھی نیچر پر۔ ایموشنز کو جب ہٹایا انہوں نے۔ ایموشنز کو جب ہٹا دیا انہوں نے۔</w:t>
      </w:r>
    </w:p>
    <w:p>
      <w:r>
        <w:rPr>
          <w:b/>
        </w:rPr>
        <w:t xml:space="preserve">[28:13] </w:t>
      </w:r>
      <w:r>
        <w:t>to yeh bhi mister nature the woh bhi mister nature tha. yeh is ke liye friend woh is ke liye friend. ab jo aapas mein ta'alluq bana to phir is ke baad business bhi kiya unhon ne.</w:t>
      </w:r>
    </w:p>
    <w:p>
      <w:pPr>
        <w:jc w:val="right"/>
      </w:pPr>
      <w:r>
        <w:t>تو یہ بھی مسٹر نیچر تھے وہ بھی مسٹر نیچر تھا۔ یہ اس کے لیے فرینڈ وہ اس کے لیے فرینڈ۔ اب جو آپس میں تعلق بنا تو پھر اس کے بعد بزنس بھی کیا انہوں نے۔</w:t>
      </w:r>
    </w:p>
    <w:p>
      <w:r>
        <w:rPr>
          <w:b/>
        </w:rPr>
        <w:t xml:space="preserve">[28:27] </w:t>
      </w:r>
      <w:r>
        <w:t>aur bohat achhi partnership chali un ki. aur das saal ke baad jo mujh se mulaqat hui to unhon ne bataya ke hamari business hamara partnership bara acha chal raha hai.</w:t>
      </w:r>
    </w:p>
    <w:p>
      <w:pPr>
        <w:jc w:val="right"/>
      </w:pPr>
      <w:r>
        <w:t>اور بہت اچھی پارٹنرشپ چلی ان کی۔ اور دس سال کے بعد جو مجھ سے ملاقات ہوئی تو انہوں نے بتایا کہ ہماری بزنس ہمارا پارٹنرشپ بڑا اچھا چل رہا ہے۔</w:t>
      </w:r>
    </w:p>
    <w:p>
      <w:r>
        <w:rPr>
          <w:b/>
        </w:rPr>
        <w:t xml:space="preserve">[28:42] </w:t>
      </w:r>
      <w:r>
        <w:t>is mein kya sabaq hai dekhiye? jab bhi aap ke emotions jaagein emotion kisi aur ke bare mein jaagte hain. kisi aur ke bare mein.</w:t>
      </w:r>
    </w:p>
    <w:p>
      <w:pPr>
        <w:jc w:val="right"/>
      </w:pPr>
      <w:r>
        <w:t>اس میں کیا سبق ہے دیکھیے؟ جب بھی آپ کے ایموشنز جاگیں ایموشن کسی اور کے بارے میں جاگتے ہیں۔ کسی اور کے بارے میں۔</w:t>
      </w:r>
    </w:p>
    <w:p>
      <w:r>
        <w:rPr>
          <w:b/>
        </w:rPr>
        <w:t xml:space="preserve">[28:54] </w:t>
      </w:r>
      <w:r>
        <w:t>woh emotions ke liye zaroori hai kisi aur ek aur aadmi ho. akele emotions nahi bhadakte. aap akele hon kisi sunsaan maqam par to aap ke jazbaat nahi bhadkeinge.</w:t>
      </w:r>
    </w:p>
    <w:p>
      <w:pPr>
        <w:jc w:val="right"/>
      </w:pPr>
      <w:r>
        <w:t>وہ ایموشنز کے لیے ضروری ہے کسی اور ایک اور آدمی ہو۔ اکیلے ایموشنز نہیں بھڑکتے۔ آپ اکیلے ہوں کسی سنسان مقام پر تو آپ کے جذبات نہیں بھڑکیں گے۔</w:t>
      </w:r>
    </w:p>
    <w:p>
      <w:r>
        <w:rPr>
          <w:b/>
        </w:rPr>
        <w:t xml:space="preserve">[29:06] </w:t>
      </w:r>
      <w:r>
        <w:t>koi insaan chahiye jis se bhadke aap ke jazbaat. chahe ghussa ho chahe maelth ho chahe inteqaam ho. chahe kuch bhi ho hasad ho.</w:t>
      </w:r>
    </w:p>
    <w:p>
      <w:pPr>
        <w:jc w:val="right"/>
      </w:pPr>
      <w:r>
        <w:t>کوئی انسان چاہیے جس سے بھڑکے آپ کے جذبات۔ چاہے غصہ ہو چاہے میلث ہو چاہے انتقام ہو۔ چاہے کچھ بھی ہو حسد ہو۔</w:t>
      </w:r>
    </w:p>
    <w:p>
      <w:r>
        <w:rPr>
          <w:b/>
        </w:rPr>
        <w:t xml:space="preserve">[29:17] </w:t>
      </w:r>
      <w:r>
        <w:t>woh kisi ke muqable mein paida hota hai. to dekhiye emotion management ka formula kya hai? jab bhi aap ke andar koi is tarah ki cheez bhadke to kya karein aap?</w:t>
      </w:r>
    </w:p>
    <w:p>
      <w:pPr>
        <w:jc w:val="right"/>
      </w:pPr>
      <w:r>
        <w:t>وہ کسی کے مقابلے میں پیدا ہوتا ہے۔ تو دیکھیے ایموشن مینجمنٹ کا فارمولا کیا ہے؟ جب بھی آپ کے اندر کوئی اس طرح کی چیز بھڑکے تو کیا کریں آپ؟</w:t>
      </w:r>
    </w:p>
    <w:p>
      <w:r>
        <w:rPr>
          <w:b/>
        </w:rPr>
        <w:t xml:space="preserve">[29:37] </w:t>
      </w:r>
      <w:r>
        <w:t>aap yeh karein ke apne ko rokk kar apne ko thaam kar sochein. sochein. is cheez ko samajhne ki koshish karein.</w:t>
      </w:r>
    </w:p>
    <w:p>
      <w:pPr>
        <w:jc w:val="right"/>
      </w:pPr>
      <w:r>
        <w:t>آپ یہ کریں کہ اپنے کو روک کر اپنے کو تھام کر سوچیں۔ سوچیں۔ اس چیز کو سمجھنے کی کوشش کریں۔</w:t>
      </w:r>
    </w:p>
    <w:p>
      <w:r>
        <w:rPr>
          <w:b/>
        </w:rPr>
        <w:t xml:space="preserve">[29:48] </w:t>
      </w:r>
      <w:r>
        <w:t>khud na soch paayein to is aadmi se mil kar ke sochein. is aadmi se mil kar ke sochein. is se mil kar na samajh mein aaye to kisi aur se mashwara karein.</w:t>
      </w:r>
    </w:p>
    <w:p>
      <w:pPr>
        <w:jc w:val="right"/>
      </w:pPr>
      <w:r>
        <w:t>خود نہ سوچ پائیں تو اس آدمی سے مل کر کے سوچیں۔ اس آدمی سے مل کر کے سوچیں۔ اس سے مل کر نہ سمجھ میں آئے تو کسی اور سے مشورہ کریں۔</w:t>
      </w:r>
    </w:p>
    <w:p>
      <w:r>
        <w:rPr>
          <w:b/>
        </w:rPr>
        <w:t xml:space="preserve">[29:59] </w:t>
      </w:r>
      <w:r>
        <w:t>yeh sab karein. to phir kya hoga? more than 99 cases mein baat khatam ho jayegi.</w:t>
      </w:r>
    </w:p>
    <w:p>
      <w:pPr>
        <w:jc w:val="right"/>
      </w:pPr>
      <w:r>
        <w:t>یہ سب کریں۔ تو پھر کیا ہوگا؟ مور دین 99 کیسز میں بات ختم ہو جائے گی۔</w:t>
      </w:r>
    </w:p>
    <w:p>
      <w:r>
        <w:rPr>
          <w:b/>
        </w:rPr>
        <w:t xml:space="preserve">[30:09] </w:t>
      </w:r>
      <w:r>
        <w:t>kyunke hamesha kya hota hai is ke ek ek ek ek slang language jo hai slang language mein kaha jata hai ke baat ko batangad banana.</w:t>
      </w:r>
    </w:p>
    <w:p>
      <w:pPr>
        <w:jc w:val="right"/>
      </w:pPr>
      <w:r>
        <w:t>کیونکہ ہمیشہ کیا ہوتا ہے اس کے ایک ایک ایک ایک سلینگ لینگویج جو ہے سلینگ لینگویج میں کہا جاتا ہے کہ بات کو بتنگڑ بنانا۔</w:t>
      </w:r>
    </w:p>
    <w:p>
      <w:r>
        <w:rPr>
          <w:b/>
        </w:rPr>
        <w:t xml:space="preserve">[30:19] </w:t>
      </w:r>
      <w:r>
        <w:t>ek jis ko kehte hain awami zuban ke baat ko batangad banana. mera tajurba hai ke har har baat jo hai batangadi har baat jo hai hoti kuch nahi hai batangad ban jati hai.</w:t>
      </w:r>
    </w:p>
    <w:p>
      <w:pPr>
        <w:jc w:val="right"/>
      </w:pPr>
      <w:r>
        <w:t>ایک جس کو کہتے ہیں عوامی زبان کہ بات کو بتنگڑ بنانا۔ میرا تجربہ ہے کہ ہر ہر بات جو ہے بتنگڑی ہر بات جو ہے ہوتی کچھ نہیں ہے بتنگڑ بن جاتی ہے۔</w:t>
      </w:r>
    </w:p>
    <w:p>
      <w:r>
        <w:rPr>
          <w:b/>
        </w:rPr>
        <w:t xml:space="preserve">[30:32] </w:t>
      </w:r>
      <w:r>
        <w:t>har baat. chahe choti ho ya bari family mein ho ya family ke bahar ho. national life ho mein ho international life ho.</w:t>
      </w:r>
    </w:p>
    <w:p>
      <w:pPr>
        <w:jc w:val="right"/>
      </w:pPr>
      <w:r>
        <w:t>ہر بات۔ چاہے چھوٹی ہو یا بڑی فیملی میں ہو یا فیملی کے باہر ہو۔ نیشنل لائف ہو میں ہو انٹرنیشنل لائف ہو۔</w:t>
      </w:r>
    </w:p>
    <w:p>
      <w:r>
        <w:rPr>
          <w:b/>
        </w:rPr>
        <w:t xml:space="preserve">[30:44] </w:t>
      </w:r>
      <w:r>
        <w:t>aap yaqeen kijiye ke sari baatein yahi hoti hain ke baat ka batangad. yani haqeeqat kuch bhi nahi hoti. badha dete hain.</w:t>
      </w:r>
    </w:p>
    <w:p>
      <w:pPr>
        <w:jc w:val="right"/>
      </w:pPr>
      <w:r>
        <w:t>آپ یقین کیجیے کہ ساری باتیں یہی ہوتی ہیں کہ بات کا بتنگڑ۔ یعنی حقیقت کچھ بھی نہیں ہوتی۔ بڑھا دیتے ہیں۔</w:t>
      </w:r>
    </w:p>
    <w:p>
      <w:r>
        <w:rPr>
          <w:b/>
        </w:rPr>
        <w:t xml:space="preserve">[30:54] </w:t>
      </w:r>
      <w:r>
        <w:t>ab mein is se pehle rehta tha purani dilli mein. wahan par ek jamid building ek hai wahan rehta tha. to wahan par mein ek kamre mein rehta tha.</w:t>
      </w:r>
    </w:p>
    <w:p>
      <w:pPr>
        <w:jc w:val="right"/>
      </w:pPr>
      <w:r>
        <w:t>اب میں اس سے پہلے رہتا تھا پرانی دلی میں۔ وہاں پر ایک جمید بلڈنگ ایک ہے وہاں رہتا تھا۔ تو وہاں پر میں ایک کمرے میں رہتا تھا۔</w:t>
      </w:r>
    </w:p>
    <w:p>
      <w:r>
        <w:rPr>
          <w:b/>
        </w:rPr>
        <w:t xml:space="preserve">[31:06] </w:t>
      </w:r>
      <w:r>
        <w:t>bohat se doosre log wahan par ek daily akhbar nikalta tha to bohat se log kaam karte the wahan par. mera tareeqa yeh tha ke mein namaz ke waqt jab hota tha azan ki awaz wahan aati thi.</w:t>
      </w:r>
    </w:p>
    <w:p>
      <w:pPr>
        <w:jc w:val="right"/>
      </w:pPr>
      <w:r>
        <w:t>بہت سے دوسرے لوگ وہاں پر ایک ڈیلی اخبار نکلتا تھا تو بہت سے لوگ کام کرتے تھے وہاں پر۔ میرا طریقہ یہ تھا کہ میں نماز کے وقت جب ہوتا تھا اذان کی آواز وہاں آتی تھی۔</w:t>
      </w:r>
    </w:p>
    <w:p>
      <w:r>
        <w:rPr>
          <w:b/>
        </w:rPr>
        <w:t xml:space="preserve">[31:20] </w:t>
      </w:r>
      <w:r>
        <w:t>kamre se nikla aur chup chap chala gaya masjid. aur phir chup chap masjid chalaya. na idhar dekhna na udhar dekhna. yani kisi taraf dayen na bayen.</w:t>
      </w:r>
    </w:p>
    <w:p>
      <w:pPr>
        <w:jc w:val="right"/>
      </w:pPr>
      <w:r>
        <w:t>کمرے سے نکلا اور چپ چاپ چلا گیا مسجد۔ اور پھر چپ چاپ مسجد چلایا۔ نہ ادھر دیکھنا نہ ادھر دیکھنا۔ یعنی کسی طرف دائیں نہ بائیں۔</w:t>
      </w:r>
    </w:p>
    <w:p>
      <w:r>
        <w:rPr>
          <w:b/>
        </w:rPr>
        <w:t xml:space="preserve">[31:32] </w:t>
      </w:r>
      <w:r>
        <w:t>chup chap chala gaya chup chap chalaya. to mere bare mein kya mashhoor ho gaya ke yeh to bare maghroor aadmi hain kisi ko salam bhi nahi karte. yeh mashhoor ho gaya.</w:t>
      </w:r>
    </w:p>
    <w:p>
      <w:pPr>
        <w:jc w:val="right"/>
      </w:pPr>
      <w:r>
        <w:t>چپ چاپ چلا گیا چپ چاپ چلایا۔ تو میرے بارے میں کیا مشہور ہو گیا کہ یہ تو بڑے مغرور آدمی ہیں کسی کو سلام بھی نہیں کرتے۔ یہ مشہور ہو گیا۔</w:t>
      </w:r>
    </w:p>
    <w:p>
      <w:r>
        <w:rPr>
          <w:b/>
        </w:rPr>
        <w:t xml:space="preserve">[31:43] </w:t>
      </w:r>
      <w:r>
        <w:t>arrogant aadmi hain kisi ko salam bhi nahi karte. halanke yeh baat yeh nahi thi. baat yeh thi ke mein ne parha tha sahaba karam ke bare mein ke namaz ke liye woh jate the to chup chap jate the masjid.</w:t>
      </w:r>
    </w:p>
    <w:p>
      <w:pPr>
        <w:jc w:val="right"/>
      </w:pPr>
      <w:r>
        <w:t>ارگنٹ آدمی ہیں کسی کو سلام بھی نہیں کرتے۔ حالانکہ یہ بات یہ نہیں تھی۔ بات یہ تھی کہ میں نے پڑھا تھا صحابہ کرام کے بارے میں کہ نماز کے لیے وہ جاتے تھے تو چپ چاپ جاتے تھے مسجد۔</w:t>
      </w:r>
    </w:p>
    <w:p>
      <w:r>
        <w:rPr>
          <w:b/>
        </w:rPr>
        <w:t xml:space="preserve">[31:58] </w:t>
      </w:r>
      <w:r>
        <w:t>phir chup chap masjid se wapas aate the.</w:t>
      </w:r>
    </w:p>
    <w:p>
      <w:pPr>
        <w:jc w:val="right"/>
      </w:pPr>
      <w:r>
        <w:t>پھر چپ چاپ مسجد سے واپس آتے تھے۔</w:t>
      </w:r>
    </w:p>
    <w:p>
      <w:r>
        <w:rPr>
          <w:b/>
        </w:rPr>
        <w:t xml:space="preserve">[32:02] </w:t>
      </w:r>
      <w:r>
        <w:t>idhar udhar bolna idhar udhar assalam o alaikum wa alaikum assalam kai sahib khairiyat to hai ghar wale sab achhe</w:t>
      </w:r>
    </w:p>
    <w:p>
      <w:pPr>
        <w:jc w:val="right"/>
      </w:pPr>
      <w:r>
        <w:t>ادھر ادھر بولنا ادھر ادھر السلام علیکم وعلیکم السلام کئی صاحب خیریت تو ہے گھر والے سب اچھے</w:t>
      </w:r>
    </w:p>
    <w:p>
      <w:r>
        <w:rPr>
          <w:b/>
        </w:rPr>
        <w:t xml:space="preserve">[32:08] </w:t>
      </w:r>
      <w:r>
        <w:t>hain yeh sab nahi karte the woh sahaba karam aaj kal kya hai ke jab aap nikalte hain</w:t>
      </w:r>
    </w:p>
    <w:p>
      <w:pPr>
        <w:jc w:val="right"/>
      </w:pPr>
      <w:r>
        <w:t>ہیں یہ سب نہیں کرتے تھے وہ صحابہ کرام آج کل کیا ہے کہ جب آپ نکلتے ہیں</w:t>
      </w:r>
    </w:p>
    <w:p>
      <w:r>
        <w:rPr>
          <w:b/>
        </w:rPr>
        <w:t xml:space="preserve">[32:13] </w:t>
      </w:r>
      <w:r>
        <w:t>to koi mila assalam o alaikum wa alaikum assalam kai sahib ghar wale achhe hain sab khairiyat hai yeh hai</w:t>
      </w:r>
    </w:p>
    <w:p>
      <w:pPr>
        <w:jc w:val="right"/>
      </w:pPr>
      <w:r>
        <w:t>تو کوئی ملا السلام علیکم وعلیکم السلام کئی صاحب گھر والے اچھے ہیں سب خیریت ہے یہ ہے</w:t>
      </w:r>
    </w:p>
    <w:p>
      <w:r>
        <w:rPr>
          <w:b/>
        </w:rPr>
        <w:t xml:space="preserve">[32:18] </w:t>
      </w:r>
      <w:r>
        <w:t>woh hai business theek chal raha hai to maine padha tha ke sahaba karam jo the aisa</w:t>
      </w:r>
    </w:p>
    <w:p>
      <w:pPr>
        <w:jc w:val="right"/>
      </w:pPr>
      <w:r>
        <w:t>وہ ہے بزنس ٹھیک چل رہا ہے تو میں نے پڑھا تھا کہ صحابہ کرام جو تھے ایسا</w:t>
      </w:r>
    </w:p>
    <w:p>
      <w:r>
        <w:rPr>
          <w:b/>
        </w:rPr>
        <w:t xml:space="preserve">[32:23] </w:t>
      </w:r>
      <w:r>
        <w:t>nahi karte the</w:t>
      </w:r>
    </w:p>
    <w:p>
      <w:pPr>
        <w:jc w:val="right"/>
      </w:pPr>
      <w:r>
        <w:t>نہیں کرتے تھے</w:t>
      </w:r>
    </w:p>
    <w:p>
      <w:r>
        <w:rPr>
          <w:b/>
        </w:rPr>
        <w:t xml:space="preserve">[32:26] </w:t>
      </w:r>
      <w:r>
        <w:t>namaz ke waqt ghar se nikle bilkul chup chap</w:t>
      </w:r>
    </w:p>
    <w:p>
      <w:pPr>
        <w:jc w:val="right"/>
      </w:pPr>
      <w:r>
        <w:t>نماز کے وقت گھر سے نکلے بالکل چپ چاپ</w:t>
      </w:r>
    </w:p>
    <w:p>
      <w:r>
        <w:rPr>
          <w:b/>
        </w:rPr>
        <w:t xml:space="preserve">[32:32] </w:t>
      </w:r>
      <w:r>
        <w:t>chale gaye masjid aur phir namaz padhi phir chup chap wapas aaye ghar ke woh waqt jo tha</w:t>
      </w:r>
    </w:p>
    <w:p>
      <w:pPr>
        <w:jc w:val="right"/>
      </w:pPr>
      <w:r>
        <w:t>چلے گئے مسجد اور پھر نماز پڑھی پھر چپ چاپ واپس آئے گھر کہ وہ وقت جو تھا</w:t>
      </w:r>
    </w:p>
    <w:p>
      <w:r>
        <w:rPr>
          <w:b/>
        </w:rPr>
        <w:t xml:space="preserve">[32:39] </w:t>
      </w:r>
      <w:r>
        <w:t>woh namaz ka waqt hota tha</w:t>
      </w:r>
    </w:p>
    <w:p>
      <w:pPr>
        <w:jc w:val="right"/>
      </w:pPr>
      <w:r>
        <w:t>وہ نماز کا وقت ہوتا تھا</w:t>
      </w:r>
    </w:p>
    <w:p>
      <w:r>
        <w:rPr>
          <w:b/>
        </w:rPr>
        <w:t xml:space="preserve">[32:42] </w:t>
      </w:r>
      <w:r>
        <w:t>distraction bardasht nahi karte</w:t>
      </w:r>
    </w:p>
    <w:p>
      <w:pPr>
        <w:jc w:val="right"/>
      </w:pPr>
      <w:r>
        <w:t>ڈسٹریکشن برداشت نہیں کرتے</w:t>
      </w:r>
    </w:p>
    <w:p>
      <w:r>
        <w:rPr>
          <w:b/>
        </w:rPr>
        <w:t xml:space="preserve">[32:43] </w:t>
      </w:r>
      <w:r>
        <w:t>the woh din bhar hamara doosre kaam karte hain din bhar hum business karte hain job karte hain mulaqatein karte hain sab kuch karte hain woh jo lamha hai woh jo moment hai azan se namaz tak ka us ko woh log ibadat mein guzarte the</w:t>
      </w:r>
    </w:p>
    <w:p>
      <w:pPr>
        <w:jc w:val="right"/>
      </w:pPr>
      <w:r>
        <w:t>تھے وہ دن بھر ہمارا دوسرے کام کرتے ہیں دن بھر ہم بزنس کرتے ہیں جاب کرتے ہیں ملاقاتیں کرتے ہیں سب کچھ کرتے ہیں وہ جو لمحہ ہے وہ جو مومنٹ ہے اذان سے نماز تک کا اس کو وہ لوگ عبادت میں گزارتے تھے</w:t>
      </w:r>
    </w:p>
    <w:p>
      <w:r>
        <w:rPr>
          <w:b/>
        </w:rPr>
        <w:t xml:space="preserve">[33:05] </w:t>
      </w:r>
      <w:r>
        <w:t>koi bhi distraction nahi bardasht karte the woh</w:t>
      </w:r>
    </w:p>
    <w:p>
      <w:pPr>
        <w:jc w:val="right"/>
      </w:pPr>
      <w:r>
        <w:t>کوئی بھی ڈسٹریکشن نہیں برداشت کرتے تھے وہ</w:t>
      </w:r>
    </w:p>
    <w:p>
      <w:r>
        <w:rPr>
          <w:b/>
        </w:rPr>
        <w:t xml:space="preserve">[33:08] </w:t>
      </w:r>
      <w:r>
        <w:t>to namaz sirf wahi nahi ke masjid chale gaye aap ne rukoo sajda kiya to bas namaz ho</w:t>
      </w:r>
    </w:p>
    <w:p>
      <w:pPr>
        <w:jc w:val="right"/>
      </w:pPr>
      <w:r>
        <w:t>تو نماز صرف وہی نہیں کہ مسجد چلے گئے آپ نے رکوع سجدہ کیا تو بس نماز ہو</w:t>
      </w:r>
    </w:p>
    <w:p>
      <w:r>
        <w:rPr>
          <w:b/>
        </w:rPr>
        <w:t xml:space="preserve">[33:12] </w:t>
      </w:r>
      <w:r>
        <w:t>gayi nahi namaz ke liye sochna</w:t>
      </w:r>
    </w:p>
    <w:p>
      <w:pPr>
        <w:jc w:val="right"/>
      </w:pPr>
      <w:r>
        <w:t>گئی نہیں نماز کے لیے سوچنا</w:t>
      </w:r>
    </w:p>
    <w:p>
      <w:r>
        <w:rPr>
          <w:b/>
        </w:rPr>
        <w:t xml:space="preserve">[33:17] </w:t>
      </w:r>
      <w:r>
        <w:t>isi mein shamil hai</w:t>
      </w:r>
    </w:p>
    <w:p>
      <w:pPr>
        <w:jc w:val="right"/>
      </w:pPr>
      <w:r>
        <w:t>اسی میں شامل ہے</w:t>
      </w:r>
    </w:p>
    <w:p>
      <w:r>
        <w:rPr>
          <w:b/>
        </w:rPr>
        <w:t xml:space="preserve">[33:20] </w:t>
      </w:r>
      <w:r>
        <w:t>jab aap ne ghar mein aap ghar mein hain aap ne azan ki awaz suni aap lage sochne</w:t>
      </w:r>
    </w:p>
    <w:p>
      <w:pPr>
        <w:jc w:val="right"/>
      </w:pPr>
      <w:r>
        <w:t>جب آپ نے گھر میں آپ گھر میں ہیں آپ نے اذان کی آواز سنی آپ لگے سوچنے</w:t>
      </w:r>
    </w:p>
    <w:p>
      <w:r>
        <w:rPr>
          <w:b/>
        </w:rPr>
        <w:t xml:space="preserve">[33:27] </w:t>
      </w:r>
      <w:r>
        <w:t>ke bhai namaz padhna hai namaz kya cheez hai</w:t>
      </w:r>
    </w:p>
    <w:p>
      <w:pPr>
        <w:jc w:val="right"/>
      </w:pPr>
      <w:r>
        <w:t>کہ بھئی نماز پڑھنا ہے نماز کیا چیز ہے</w:t>
      </w:r>
    </w:p>
    <w:p>
      <w:r>
        <w:rPr>
          <w:b/>
        </w:rPr>
        <w:t xml:space="preserve">[33:31] </w:t>
      </w:r>
      <w:r>
        <w:t>namaz ki kya haqeeqat hai woh sochne lage aap namaz ki kya importance hai yeh sochte hue ghar</w:t>
      </w:r>
    </w:p>
    <w:p>
      <w:pPr>
        <w:jc w:val="right"/>
      </w:pPr>
      <w:r>
        <w:t>نماز کی کیا حقیقت ہے وہ سوچنے لگے آپ نماز کی کیا امپورٹنس ہے یہ سوچتے ہوئے گھر</w:t>
      </w:r>
    </w:p>
    <w:p>
      <w:r>
        <w:rPr>
          <w:b/>
        </w:rPr>
        <w:t xml:space="preserve">[33:39] </w:t>
      </w:r>
      <w:r>
        <w:t>se nikle aap</w:t>
      </w:r>
    </w:p>
    <w:p>
      <w:pPr>
        <w:jc w:val="right"/>
      </w:pPr>
      <w:r>
        <w:t>سے نکلے آپ</w:t>
      </w:r>
    </w:p>
    <w:p>
      <w:r>
        <w:rPr>
          <w:b/>
        </w:rPr>
        <w:t xml:space="preserve">[33:41] </w:t>
      </w:r>
      <w:r>
        <w:t>yeh soch namaz ke liye sochte hue</w:t>
      </w:r>
    </w:p>
    <w:p>
      <w:pPr>
        <w:jc w:val="right"/>
      </w:pPr>
      <w:r>
        <w:t>یہ سوچ نماز کے لیے سوچتے ہوئے</w:t>
      </w:r>
    </w:p>
    <w:p>
      <w:r>
        <w:rPr>
          <w:b/>
        </w:rPr>
        <w:t xml:space="preserve">[33:44] </w:t>
      </w:r>
      <w:r>
        <w:t>to us waqt aap ko yeh sab distraction maloom hoga ke logon se assalam o alaikum karein logon</w:t>
      </w:r>
    </w:p>
    <w:p>
      <w:pPr>
        <w:jc w:val="right"/>
      </w:pPr>
      <w:r>
        <w:t>تو اس وقت آپ کو یہ سب ڈسٹریکشن معلوم ہوگا کہ لوگوں سے السلام علیکم کریں لوگوں</w:t>
      </w:r>
    </w:p>
    <w:p>
      <w:r>
        <w:rPr>
          <w:b/>
        </w:rPr>
        <w:t xml:space="preserve">[33:50] </w:t>
      </w:r>
      <w:r>
        <w:t>se mulakatein karein un ke ghar ka haal poochein un ke business ka haal poochein aur yeh pooch lena alag se pooch lena woh sahaba jo the apne aap ko us waqt bhi haalat namaz mein samajhte the jab ke woh namaz ke liye ja rahe hon aur jab ke namaz se laut rahe hon woh un ki walking namaz hoti thi</w:t>
      </w:r>
    </w:p>
    <w:p>
      <w:pPr>
        <w:jc w:val="right"/>
      </w:pPr>
      <w:r>
        <w:t>سے ملاقاتیں کریں ان کے گھر کا حال پوچھیں ان کے بزنس کا حال پوچھیں اور یہ پوچھ لینا الگ سے پوچھ لینا وہ صحابہ جو تھے اپنے آپ کو اس وقت بھی حالت نماز میں سمجھتے تھے جب کہ وہ نماز کے لیے جا رہے ہوں اور جب کہ نماز سے لوٹ رہے ہوں وہ ان کی واکنگ نماز ہوتی تھی</w:t>
      </w:r>
    </w:p>
    <w:p>
      <w:r>
        <w:rPr>
          <w:b/>
        </w:rPr>
        <w:t xml:space="preserve">[34:13] </w:t>
      </w:r>
      <w:r>
        <w:t>yani sochne wali namaz jab namaz ke liye masjid ja rahe hain tab sochte hue ja rahe hain</w:t>
      </w:r>
    </w:p>
    <w:p>
      <w:pPr>
        <w:jc w:val="right"/>
      </w:pPr>
      <w:r>
        <w:t>یعنی سوچنے والی نماز جب نماز کے لیے مسجد جا رہے ہیں تب سوچتے ہوئے جا رہے ہیں</w:t>
      </w:r>
    </w:p>
    <w:p>
      <w:r>
        <w:rPr>
          <w:b/>
        </w:rPr>
        <w:t xml:space="preserve">[34:19] </w:t>
      </w:r>
      <w:r>
        <w:t>wapas aa rahe hain to jo namaz mein unhone liya hai jo food jo spiritual food is</w:t>
      </w:r>
    </w:p>
    <w:p>
      <w:pPr>
        <w:jc w:val="right"/>
      </w:pPr>
      <w:r>
        <w:t>واپس آ رہے ہیں تو جو نماز میں انہوں نے لیا ہے جو فوڈ جو سپریچول فوڈ اس</w:t>
      </w:r>
    </w:p>
    <w:p>
      <w:r>
        <w:rPr>
          <w:b/>
        </w:rPr>
        <w:t xml:space="preserve">[34:25] </w:t>
      </w:r>
      <w:r>
        <w:t>ko dimagh mein digest karte hue chale aa rahe hain</w:t>
      </w:r>
    </w:p>
    <w:p>
      <w:pPr>
        <w:jc w:val="right"/>
      </w:pPr>
      <w:r>
        <w:t>کو دماغ میں ڈائجسٹ کرتے ہوئے چلے آ رہے ہیں</w:t>
      </w:r>
    </w:p>
    <w:p>
      <w:r>
        <w:rPr>
          <w:b/>
        </w:rPr>
        <w:t xml:space="preserve">[34:31] </w:t>
      </w:r>
      <w:r>
        <w:t>to jaate hue namaz ke liye sochna wapas aate hue jo food mila hai aap ko spiritual food</w:t>
      </w:r>
    </w:p>
    <w:p>
      <w:pPr>
        <w:jc w:val="right"/>
      </w:pPr>
      <w:r>
        <w:t>تو جاتے ہوئے نماز کے لیے سوچنا واپس آتے ہوئے جو فوڈ ملا ہے آپ کو سپریچول فوڈ</w:t>
      </w:r>
    </w:p>
    <w:p>
      <w:r>
        <w:rPr>
          <w:b/>
        </w:rPr>
        <w:t xml:space="preserve">[34:38] </w:t>
      </w:r>
      <w:r>
        <w:t>us ko digest karte hue ghar wapas aana</w:t>
      </w:r>
    </w:p>
    <w:p>
      <w:pPr>
        <w:jc w:val="right"/>
      </w:pPr>
      <w:r>
        <w:t>اس کو ڈائجسٹ کرتے ہوئے گھر واپس آنا</w:t>
      </w:r>
    </w:p>
    <w:p>
      <w:r>
        <w:rPr>
          <w:b/>
        </w:rPr>
        <w:t xml:space="preserve">[34:41] </w:t>
      </w:r>
      <w:r>
        <w:t>to pura waqt un ka namaz mein hota tha</w:t>
      </w:r>
    </w:p>
    <w:p>
      <w:pPr>
        <w:jc w:val="right"/>
      </w:pPr>
      <w:r>
        <w:t>تو پورا وقت ان کا نماز میں ہوتا تھا</w:t>
      </w:r>
    </w:p>
    <w:p>
      <w:r>
        <w:rPr>
          <w:b/>
        </w:rPr>
        <w:t xml:space="preserve">[34:45] </w:t>
      </w:r>
      <w:r>
        <w:t>to mein aise hi karta tha chup chap sochta hua jata tha chup chap sochta hua wapas aata</w:t>
      </w:r>
    </w:p>
    <w:p>
      <w:pPr>
        <w:jc w:val="right"/>
      </w:pPr>
      <w:r>
        <w:t>تو میں ایسے ہی کرتا تھا چپ چاپ سوچتا ہوا جاتا تھا چپ چاپ سوچتا ہوا واپس آتا</w:t>
      </w:r>
    </w:p>
    <w:p>
      <w:r>
        <w:rPr>
          <w:b/>
        </w:rPr>
        <w:t xml:space="preserve">[34:50] </w:t>
      </w:r>
      <w:r>
        <w:t>tha ab kya kar diya ke sahib yeh to maghroor aadmi hain kisi ko salam bhi nahi karte</w:t>
      </w:r>
    </w:p>
    <w:p>
      <w:pPr>
        <w:jc w:val="right"/>
      </w:pPr>
      <w:r>
        <w:t>تھا اب کیا کر دیا کہ صاحب یہ تو مغرور آدمی ہیں کسی کو سلام بھی نہیں کرتے</w:t>
      </w:r>
    </w:p>
    <w:p>
      <w:r>
        <w:rPr>
          <w:b/>
        </w:rPr>
        <w:t xml:space="preserve">[34:56] </w:t>
      </w:r>
      <w:r>
        <w:t>jaate hain idhar udhar log baithe hue hain kisi ko</w:t>
      </w:r>
    </w:p>
    <w:p>
      <w:pPr>
        <w:jc w:val="right"/>
      </w:pPr>
      <w:r>
        <w:t>جاتے ہیں ادھر ادھر لوگ بیٹھے ہوئے ہیں کسی کو</w:t>
      </w:r>
    </w:p>
    <w:p>
      <w:r>
        <w:rPr>
          <w:b/>
        </w:rPr>
        <w:t xml:space="preserve">[34:58] </w:t>
      </w:r>
      <w:r>
        <w:t>salam nahi kiya aur wahan chale gaye ab yeh kya tha that was a sheer misunderstanding</w:t>
      </w:r>
    </w:p>
    <w:p>
      <w:pPr>
        <w:jc w:val="right"/>
      </w:pPr>
      <w:r>
        <w:t>سلام نہیں کیا اور وہاں چلے گئے اب یہ کیا تھا دیٹ واز ا شیئر مس انڈرسٹینڈنگ</w:t>
      </w:r>
    </w:p>
    <w:p>
      <w:r>
        <w:rPr>
          <w:b/>
        </w:rPr>
        <w:t xml:space="preserve">[35:08] </w:t>
      </w:r>
      <w:r>
        <w:t>yani unhein agar tehqeeq koi mujh se poochne nahi aaya jab mein jameed building chhod di aur nizam</w:t>
      </w:r>
    </w:p>
    <w:p>
      <w:pPr>
        <w:jc w:val="right"/>
      </w:pPr>
      <w:r>
        <w:t>یعنی انہیں اگر تحقیق کوئی مجھ سے پوچھنے نہیں آیا جب میں جمید بلڈنگ چھوڑ دی اور نظام</w:t>
      </w:r>
    </w:p>
    <w:p>
      <w:r>
        <w:rPr>
          <w:b/>
        </w:rPr>
        <w:t xml:space="preserve">[35:14] </w:t>
      </w:r>
      <w:r>
        <w:t>uddin mein aa ke rehne laga tab kisi ne mujhe bataya ke wahan to aap ko log maghroor</w:t>
      </w:r>
    </w:p>
    <w:p>
      <w:pPr>
        <w:jc w:val="right"/>
      </w:pPr>
      <w:r>
        <w:t>الدین میں آ کے رہنے لگا تب کسی نے مجھے بتایا کہ وہاں تو آپ کو لوگ مغرور</w:t>
      </w:r>
    </w:p>
    <w:p>
      <w:r>
        <w:rPr>
          <w:b/>
        </w:rPr>
        <w:t xml:space="preserve">[35:19] </w:t>
      </w:r>
      <w:r>
        <w:t>samajhte the aap ghaur kijiye ke wahan par mein uth saal raha</w:t>
      </w:r>
    </w:p>
    <w:p>
      <w:pPr>
        <w:jc w:val="right"/>
      </w:pPr>
      <w:r>
        <w:t>سمجھتے تھے آپ غور کیجیے کہ وہاں پر میں اٹھ سال رہا</w:t>
      </w:r>
    </w:p>
    <w:p>
      <w:r>
        <w:rPr>
          <w:b/>
        </w:rPr>
        <w:t xml:space="preserve">[35:27] </w:t>
      </w:r>
      <w:r>
        <w:t>koi mujh se poochne nahi aaye kabhi</w:t>
      </w:r>
    </w:p>
    <w:p>
      <w:pPr>
        <w:jc w:val="right"/>
      </w:pPr>
      <w:r>
        <w:t>کوئی مجھ سے پوچھنے نہیں آئے کبھی</w:t>
      </w:r>
    </w:p>
    <w:p>
      <w:r>
        <w:rPr>
          <w:b/>
        </w:rPr>
        <w:t xml:space="preserve">[35:30] </w:t>
      </w:r>
      <w:r>
        <w:t>agar poochne aata to batata mein to woh kehte ke bhai yeh to bada achha hai hum bhi</w:t>
      </w:r>
    </w:p>
    <w:p>
      <w:pPr>
        <w:jc w:val="right"/>
      </w:pPr>
      <w:r>
        <w:t>اگر پوچھنے آتا تو بتاتا میں تو وہ کہتے کہ بھائی یہ تو بڑا اچھا ہے ہم بھی</w:t>
      </w:r>
    </w:p>
    <w:p>
      <w:r>
        <w:rPr>
          <w:b/>
        </w:rPr>
        <w:t xml:space="preserve">[35:35] </w:t>
      </w:r>
      <w:r>
        <w:t>aise hi karenge</w:t>
      </w:r>
    </w:p>
    <w:p>
      <w:pPr>
        <w:jc w:val="right"/>
      </w:pPr>
      <w:r>
        <w:t>ایسے ہی کریں گے</w:t>
      </w:r>
    </w:p>
    <w:p>
      <w:r>
        <w:rPr>
          <w:b/>
        </w:rPr>
        <w:t xml:space="preserve">[35:38] </w:t>
      </w:r>
      <w:r>
        <w:t>yani aath saal mein wahan tha kabhi kisi ne aa ke mujh se poocha nahi ke aap aisa karte hain aap maghroor to nahi hain aap dil mein ek ek khayal bana liya aur parchar bhi karne lage doosron se mujh se to nahi kaha doosron se parchar karne lage ke yeh to bada maghroor aadmi hai apne ko qabil samajhta hai</w:t>
      </w:r>
    </w:p>
    <w:p>
      <w:pPr>
        <w:jc w:val="right"/>
      </w:pPr>
      <w:r>
        <w:t>یعنی اٹھ سال میں وہاں تھا کبھی کسی نے ا کے مجھ سے پوچھا نہیں کہ آپ ایسا کرتے ہیں آپ مغرور تو نہیں ہیں آپ دل میں ایک ایک خیال بنا لیا اور پرچار بھی کرنے لگے دوسروں سے مجھ سے تو نہیں کہا دوسروں سے پرچار کرنے لگے کہ یہ تو بڑا مغرور آدمی ہے اپنے کو قابل سمجھتا ہے</w:t>
      </w:r>
    </w:p>
    <w:p>
      <w:r>
        <w:rPr>
          <w:b/>
        </w:rPr>
        <w:t xml:space="preserve">[36:01] </w:t>
      </w:r>
      <w:r>
        <w:t>ab dekhiye ke agar woh mujh se poochte to kya hota un ki shikayat bhi khatm ho jati aur is mein naseehat milti un ko mere khilaf jo un ka jazba bhadka tha woh bhi na hota sab theek ho jata to emotion management jo hai</w:t>
      </w:r>
    </w:p>
    <w:p>
      <w:pPr>
        <w:jc w:val="right"/>
      </w:pPr>
      <w:r>
        <w:t>اب دیکھیے کہ اگر وہ مجھ سے پوچھتے تو کیا ہوتا ان کی شکایت بھی ختم ہو جاتی اور اس میں نصیحت ملتی ان کو میرے خلاف جو ان کا جذبہ بھڑکا تھا وہ بھی نہ ہوتا سب ٹھیک ہو جاتا تو ایموشن مینجمنٹ جو ہے</w:t>
      </w:r>
    </w:p>
    <w:p>
      <w:r>
        <w:rPr>
          <w:b/>
        </w:rPr>
        <w:t xml:space="preserve">[36:22] </w:t>
      </w:r>
      <w:r>
        <w:t>emotion management ka</w:t>
      </w:r>
    </w:p>
    <w:p>
      <w:pPr>
        <w:jc w:val="right"/>
      </w:pPr>
      <w:r>
        <w:t>ایموشن مینجمنٹ کا</w:t>
      </w:r>
    </w:p>
    <w:p>
      <w:r>
        <w:rPr>
          <w:b/>
        </w:rPr>
        <w:t xml:space="preserve">[36:25] </w:t>
      </w:r>
      <w:r>
        <w:t>ek tareeqa yeh hai ke aap khud sochen</w:t>
      </w:r>
    </w:p>
    <w:p>
      <w:pPr>
        <w:jc w:val="right"/>
      </w:pPr>
      <w:r>
        <w:t>ایک طریقہ یہ ہے کہ آپ خود سوچیں</w:t>
      </w:r>
    </w:p>
    <w:p>
      <w:r>
        <w:rPr>
          <w:b/>
        </w:rPr>
        <w:t xml:space="preserve">[36:30] </w:t>
      </w:r>
      <w:r>
        <w:t>introspection karen sochen ek hai dialogue</w:t>
      </w:r>
    </w:p>
    <w:p>
      <w:pPr>
        <w:jc w:val="right"/>
      </w:pPr>
      <w:r>
        <w:t>انٹروسپیکشن کریں سوچیں ایک ہے ڈائیلاگ</w:t>
      </w:r>
    </w:p>
    <w:p>
      <w:r>
        <w:rPr>
          <w:b/>
        </w:rPr>
        <w:t xml:space="preserve">[36:35] </w:t>
      </w:r>
      <w:r>
        <w:t>introspection aur dialogue</w:t>
      </w:r>
    </w:p>
    <w:p>
      <w:pPr>
        <w:jc w:val="right"/>
      </w:pPr>
      <w:r>
        <w:t>انٹروسپیکشن اور ڈائیلاگ</w:t>
      </w:r>
    </w:p>
    <w:p>
      <w:r>
        <w:rPr>
          <w:b/>
        </w:rPr>
        <w:t xml:space="preserve">[36:40] </w:t>
      </w:r>
      <w:r>
        <w:t>phir apne aap manage ho jayega</w:t>
      </w:r>
    </w:p>
    <w:p>
      <w:pPr>
        <w:jc w:val="right"/>
      </w:pPr>
      <w:r>
        <w:t>پھر اپنے آپ مینج ہو جائے گا</w:t>
      </w:r>
    </w:p>
    <w:p>
      <w:r>
        <w:rPr>
          <w:b/>
        </w:rPr>
        <w:t xml:space="preserve">[36:43] </w:t>
      </w:r>
      <w:r>
        <w:t>apne aap manage ho jayega</w:t>
      </w:r>
    </w:p>
    <w:p>
      <w:pPr>
        <w:jc w:val="right"/>
      </w:pPr>
      <w:r>
        <w:t>اپنے آپ مینج ہو جائے گا</w:t>
      </w:r>
    </w:p>
    <w:p>
      <w:r>
        <w:rPr>
          <w:b/>
        </w:rPr>
        <w:t xml:space="preserve">[36:47] </w:t>
      </w:r>
      <w:r>
        <w:t>khud sochiye lekin is mein objectivity bohat zaroori hai</w:t>
      </w:r>
    </w:p>
    <w:p>
      <w:pPr>
        <w:jc w:val="right"/>
      </w:pPr>
      <w:r>
        <w:t>خود سوچیے لیکن اس میں ابجیکٹیوٹی بہت ضروری ہے</w:t>
      </w:r>
    </w:p>
    <w:p>
      <w:r>
        <w:rPr>
          <w:b/>
        </w:rPr>
        <w:t xml:space="preserve">[36:53] </w:t>
      </w:r>
      <w:r>
        <w:t>objective bohat zaroori hai objectivity</w:t>
      </w:r>
    </w:p>
    <w:p>
      <w:pPr>
        <w:jc w:val="right"/>
      </w:pPr>
      <w:r>
        <w:t>ابجیکٹیو بہت ضروری ہے ابجیکٹیوٹی</w:t>
      </w:r>
    </w:p>
    <w:p>
      <w:r>
        <w:rPr>
          <w:b/>
        </w:rPr>
        <w:t xml:space="preserve">[36:56] </w:t>
      </w:r>
      <w:r>
        <w:t>yani sahih rai par pahunchne ki koshish</w:t>
      </w:r>
    </w:p>
    <w:p>
      <w:pPr>
        <w:jc w:val="right"/>
      </w:pPr>
      <w:r>
        <w:t>یعنی صحیح رائے پر پہنچنے کی کوشش</w:t>
      </w:r>
    </w:p>
    <w:p>
      <w:r>
        <w:rPr>
          <w:b/>
        </w:rPr>
        <w:t xml:space="preserve">[37:02] </w:t>
      </w:r>
      <w:r>
        <w:t>yani jo asal haqeeqat hai wahan tak pahunchne ki koshish agar aap ke andar bias thinking hai aap</w:t>
      </w:r>
    </w:p>
    <w:p>
      <w:pPr>
        <w:jc w:val="right"/>
      </w:pPr>
      <w:r>
        <w:t>یعنی جو اصل حقیقت ہے وہاں تک پہنچنے کی کوشش اگر آپ کے اندر بائس تھنکنگ ہے آپ</w:t>
      </w:r>
    </w:p>
    <w:p>
      <w:r>
        <w:rPr>
          <w:b/>
        </w:rPr>
        <w:t xml:space="preserve">[37:09] </w:t>
      </w:r>
      <w:r>
        <w:t>bias mein jeete hain aap taassub mein jeete hain to sochenge tab bhi wahi bias hi aap</w:t>
      </w:r>
    </w:p>
    <w:p>
      <w:pPr>
        <w:jc w:val="right"/>
      </w:pPr>
      <w:r>
        <w:t>بائس میں جیتے ہیں آپ تعصب میں جیتے ہیں تو سوچیں گے تب بھی وہی بائس ہی آپ</w:t>
      </w:r>
    </w:p>
    <w:p>
      <w:r>
        <w:rPr>
          <w:b/>
        </w:rPr>
        <w:t xml:space="preserve">[37:14] </w:t>
      </w:r>
      <w:r>
        <w:t>ko aage peeche</w:t>
      </w:r>
    </w:p>
    <w:p>
      <w:pPr>
        <w:jc w:val="right"/>
      </w:pPr>
      <w:r>
        <w:t>کو اگے پیچھے</w:t>
      </w:r>
    </w:p>
    <w:p>
      <w:r>
        <w:rPr>
          <w:b/>
        </w:rPr>
        <w:t xml:space="preserve">[37:17] </w:t>
      </w:r>
      <w:r>
        <w:t>aap par asar dalta rahega</w:t>
      </w:r>
    </w:p>
    <w:p>
      <w:pPr>
        <w:jc w:val="right"/>
      </w:pPr>
      <w:r>
        <w:t>آپ پر اثر ڈالتا رہے گا</w:t>
      </w:r>
    </w:p>
    <w:p>
      <w:r>
        <w:rPr>
          <w:b/>
        </w:rPr>
        <w:t xml:space="preserve">[37:20] </w:t>
      </w:r>
      <w:r>
        <w:t>bias se bahar aana padega apne aap ko complex free banana padega</w:t>
      </w:r>
    </w:p>
    <w:p>
      <w:pPr>
        <w:jc w:val="right"/>
      </w:pPr>
      <w:r>
        <w:t>بائس سے باہر آنا پڑے گا اپنے آپ کو کمپلیکس فری بنانا پڑے گا</w:t>
      </w:r>
    </w:p>
    <w:p>
      <w:r>
        <w:rPr>
          <w:b/>
        </w:rPr>
        <w:t xml:space="preserve">[37:27] </w:t>
      </w:r>
      <w:r>
        <w:t>tab aap emotion ko manage kar payenge</w:t>
      </w:r>
    </w:p>
    <w:p>
      <w:pPr>
        <w:jc w:val="right"/>
      </w:pPr>
      <w:r>
        <w:t>تب آپ ایموشن کو مینج کر پائیں گے</w:t>
      </w:r>
    </w:p>
    <w:p>
      <w:r>
        <w:rPr>
          <w:b/>
        </w:rPr>
        <w:t xml:space="preserve">[37:31] </w:t>
      </w:r>
      <w:r>
        <w:t>imotion ko manage karna bohat zaroori hai lekin manage karne ke liye zaroori hai ke aap aap ke</w:t>
      </w:r>
    </w:p>
    <w:p>
      <w:pPr>
        <w:jc w:val="right"/>
      </w:pPr>
      <w:r>
        <w:t>ایموشن کو مینج کرنا بہت ضروری ہے لیکن مینج کرنے کے لیے ضروری ہے کہ آپ آپ کے</w:t>
      </w:r>
    </w:p>
    <w:p>
      <w:r>
        <w:rPr>
          <w:b/>
        </w:rPr>
        <w:t xml:space="preserve">[37:37] </w:t>
      </w:r>
      <w:r>
        <w:t>andar yani bias na ho complex na ho</w:t>
      </w:r>
    </w:p>
    <w:p>
      <w:pPr>
        <w:jc w:val="right"/>
      </w:pPr>
      <w:r>
        <w:t>اندر یعنی بائس نہ ہو کمپلیکس نہ ہو</w:t>
      </w:r>
    </w:p>
    <w:p>
      <w:r>
        <w:rPr>
          <w:b/>
        </w:rPr>
        <w:t xml:space="preserve">[37:45] </w:t>
      </w:r>
      <w:r>
        <w:t>tab ja kar aap sahi sahi dhang par apne</w:t>
      </w:r>
    </w:p>
    <w:p>
      <w:pPr>
        <w:jc w:val="right"/>
      </w:pPr>
      <w:r>
        <w:t>تب جا کر آپ صحیح صحیح ڈھنگ پر اپنے</w:t>
      </w:r>
    </w:p>
    <w:p>
      <w:r>
        <w:rPr>
          <w:b/>
        </w:rPr>
        <w:t xml:space="preserve">[37:48] </w:t>
      </w:r>
      <w:r>
        <w:t>apne emotions ko manage kar payenge</w:t>
      </w:r>
    </w:p>
    <w:p>
      <w:pPr>
        <w:jc w:val="right"/>
      </w:pPr>
      <w:r>
        <w:t>اپنے ایموشنز کو مینج کر پائیں گے</w:t>
      </w:r>
    </w:p>
    <w:p>
      <w:r>
        <w:rPr>
          <w:b/>
        </w:rPr>
        <w:t xml:space="preserve">[38:03] </w:t>
      </w:r>
      <w:r>
        <w:t>ek qissa abhi mujhe yaad aaya ek baar mein gaya kashmir</w:t>
      </w:r>
    </w:p>
    <w:p>
      <w:pPr>
        <w:jc w:val="right"/>
      </w:pPr>
      <w:r>
        <w:t>ایک قصہ ابھی مجھے یاد آیا ایک بار میں گیا کشمیر</w:t>
      </w:r>
    </w:p>
    <w:p>
      <w:r>
        <w:rPr>
          <w:b/>
        </w:rPr>
        <w:t xml:space="preserve">[38:10] </w:t>
      </w:r>
      <w:r>
        <w:t>kashmir mein hamara magazine kafi padhaya jata hai</w:t>
      </w:r>
    </w:p>
    <w:p>
      <w:pPr>
        <w:jc w:val="right"/>
      </w:pPr>
      <w:r>
        <w:t>کشمیر میں ہمارا میگزین کافی پڑھایا جاتا ہے</w:t>
      </w:r>
    </w:p>
    <w:p>
      <w:r>
        <w:rPr>
          <w:b/>
        </w:rPr>
        <w:t xml:space="preserve">[38:14] </w:t>
      </w:r>
      <w:r>
        <w:t>to ek sahab ka ghar tha wo bagh mein ghar tha kafi bagh tha is mein badam ke</w:t>
      </w:r>
    </w:p>
    <w:p>
      <w:pPr>
        <w:jc w:val="right"/>
      </w:pPr>
      <w:r>
        <w:t>تو ایک صاحب کا گھر تھا وہ باغ میں گھر تھا کافی باغ تھا اس میں بادام کے</w:t>
      </w:r>
    </w:p>
    <w:p>
      <w:r>
        <w:rPr>
          <w:b/>
        </w:rPr>
        <w:t xml:space="preserve">[38:20] </w:t>
      </w:r>
      <w:r>
        <w:t>bagh thay aur kai cheezon ke bagh thay to wahan par ghar tha un ka to unhon ne</w:t>
      </w:r>
    </w:p>
    <w:p>
      <w:pPr>
        <w:jc w:val="right"/>
      </w:pPr>
      <w:r>
        <w:t>باغ تھے اور کئی چیزوں کے باغ تھے تو وہاں پر گھر تھا ان کا تو انہوں نے</w:t>
      </w:r>
    </w:p>
    <w:p>
      <w:r>
        <w:rPr>
          <w:b/>
        </w:rPr>
        <w:t xml:space="preserve">[38:26] </w:t>
      </w:r>
      <w:r>
        <w:t>meri dawat ki</w:t>
      </w:r>
    </w:p>
    <w:p>
      <w:pPr>
        <w:jc w:val="right"/>
      </w:pPr>
      <w:r>
        <w:t>میری دعوت کی</w:t>
      </w:r>
    </w:p>
    <w:p>
      <w:r>
        <w:rPr>
          <w:b/>
        </w:rPr>
        <w:t xml:space="preserve">[38:29] </w:t>
      </w:r>
      <w:r>
        <w:t>shaam ka khana jo hai unhon ne rakha apne haan to bara ehtimam kiya khane mein kashmiri log</w:t>
      </w:r>
    </w:p>
    <w:p>
      <w:pPr>
        <w:jc w:val="right"/>
      </w:pPr>
      <w:r>
        <w:t>شام کا کھانا جو ہے انہوں نے رکھا اپنے ہاں تو بڑا اہتمام کیا کھانے میں کشمیری لوگ</w:t>
      </w:r>
    </w:p>
    <w:p>
      <w:r>
        <w:rPr>
          <w:b/>
        </w:rPr>
        <w:t xml:space="preserve">[38:35] </w:t>
      </w:r>
      <w:r>
        <w:t>gosht bohat pasand karte hain unhon ne gosht pakaya to bohat hi achay qism ka gosht yani is</w:t>
      </w:r>
    </w:p>
    <w:p>
      <w:pPr>
        <w:jc w:val="right"/>
      </w:pPr>
      <w:r>
        <w:t>گوشت بہت پسند کرتے ہیں انہوں نے گوشت پکایا تو بہت ہی اچھے قسم کا گوشت یعنی اس</w:t>
      </w:r>
    </w:p>
    <w:p>
      <w:r>
        <w:rPr>
          <w:b/>
        </w:rPr>
        <w:t xml:space="preserve">[38:41] </w:t>
      </w:r>
      <w:r>
        <w:t>mein pure ghee dala zafran dala pata nahi kya kya dala</w:t>
      </w:r>
    </w:p>
    <w:p>
      <w:pPr>
        <w:jc w:val="right"/>
      </w:pPr>
      <w:r>
        <w:t>میں پیور گھی ڈالا زعفران ڈالا پتہ نہیں کیا کیا ڈالا</w:t>
      </w:r>
    </w:p>
    <w:p>
      <w:r>
        <w:rPr>
          <w:b/>
        </w:rPr>
        <w:t xml:space="preserve">[38:48] </w:t>
      </w:r>
      <w:r>
        <w:t>ab wo</w:t>
      </w:r>
    </w:p>
    <w:p>
      <w:pPr>
        <w:jc w:val="right"/>
      </w:pPr>
      <w:r>
        <w:t>اب وہ</w:t>
      </w:r>
    </w:p>
    <w:p>
      <w:r>
        <w:rPr>
          <w:b/>
        </w:rPr>
        <w:t xml:space="preserve">[38:49] </w:t>
      </w:r>
      <w:r>
        <w:t>aaya dastar khwan par bahut hi umda gosht paka hua aur dastar khwan par usi ke saath saath rakha hua tha shahad aur kachha badam woh log kachha badam todte hain to kachhe badam the aur shahad tha saath saath phal ke taur par jaise hota hai aur</w:t>
      </w:r>
    </w:p>
    <w:p>
      <w:pPr>
        <w:jc w:val="right"/>
      </w:pPr>
      <w:r>
        <w:t>آیا دسترخوان پر بہت ہی عمدہ گوشت پکا ہوا اور دسترخوان پر اسی کے ساتھ ساتھ رکھا ہوا تھا شہد اور کچا بادام وہ لوگ کچا بادام توڑتے ہیں تو کچے بادام تھے اور شہد تھا ساتھ ساتھ پھل کے طور پر جیسے ہوتا ہے اور</w:t>
      </w:r>
    </w:p>
    <w:p>
      <w:r>
        <w:rPr>
          <w:b/>
        </w:rPr>
        <w:t xml:space="preserve">[39:13] </w:t>
      </w:r>
      <w:r>
        <w:t>gosht tha aur roti chawal to tha hi sab cheezain</w:t>
      </w:r>
    </w:p>
    <w:p>
      <w:pPr>
        <w:jc w:val="right"/>
      </w:pPr>
      <w:r>
        <w:t>گوشت تھا اور روٹی چاول تو تھا ہی سب چیزیں</w:t>
      </w:r>
    </w:p>
    <w:p>
      <w:r>
        <w:rPr>
          <w:b/>
        </w:rPr>
        <w:t xml:space="preserve">[39:18] </w:t>
      </w:r>
      <w:r>
        <w:t>to mein by nature vegetarian hoon</w:t>
      </w:r>
    </w:p>
    <w:p>
      <w:pPr>
        <w:jc w:val="right"/>
      </w:pPr>
      <w:r>
        <w:t>تو میں بائی نیچر ویجیٹیرین ہوں</w:t>
      </w:r>
    </w:p>
    <w:p>
      <w:r>
        <w:rPr>
          <w:b/>
        </w:rPr>
        <w:t xml:space="preserve">[39:23] </w:t>
      </w:r>
      <w:r>
        <w:t>aur masaleh wasaleh itna zabardast jo hota hai wo to aur bhi mein is se ghabrata hoon</w:t>
      </w:r>
    </w:p>
    <w:p>
      <w:pPr>
        <w:jc w:val="right"/>
      </w:pPr>
      <w:r>
        <w:t>اور مصالحہ وسالہ اتنا زبردست جو ہوتا ہے وہ تو اور بھی میں اس سے گھبراتا ہوں</w:t>
      </w:r>
    </w:p>
    <w:p>
      <w:r>
        <w:rPr>
          <w:b/>
        </w:rPr>
        <w:t xml:space="preserve">[39:29] </w:t>
      </w:r>
      <w:r>
        <w:t>to mujhe vegetarian food pasand hota hai</w:t>
      </w:r>
    </w:p>
    <w:p>
      <w:pPr>
        <w:jc w:val="right"/>
      </w:pPr>
      <w:r>
        <w:t>تو مجھے ویجیٹیرین فوڈ پسند ہوتا ہے</w:t>
      </w:r>
    </w:p>
    <w:p>
      <w:r>
        <w:rPr>
          <w:b/>
        </w:rPr>
        <w:t xml:space="preserve">[39:35] </w:t>
      </w:r>
      <w:r>
        <w:t>gosht waghera mere mizaj mein nahi hai bachpan se nahi hai</w:t>
      </w:r>
    </w:p>
    <w:p>
      <w:pPr>
        <w:jc w:val="right"/>
      </w:pPr>
      <w:r>
        <w:t>گوشت وغیرہ میرے مزاج میں نہیں ہے بچپن سے نہیں ہے</w:t>
      </w:r>
    </w:p>
    <w:p>
      <w:r>
        <w:rPr>
          <w:b/>
        </w:rPr>
        <w:t xml:space="preserve">[39:39] </w:t>
      </w:r>
      <w:r>
        <w:t>to mein ne khaya is ko</w:t>
      </w:r>
    </w:p>
    <w:p>
      <w:pPr>
        <w:jc w:val="right"/>
      </w:pPr>
      <w:r>
        <w:t>تو میں نے کھایا اس کو</w:t>
      </w:r>
    </w:p>
    <w:p>
      <w:r>
        <w:rPr>
          <w:b/>
        </w:rPr>
        <w:t xml:space="preserve">[39:42] </w:t>
      </w:r>
      <w:r>
        <w:t>to mein jab dekha mein ne jab dastar khwan ko dekha to mein ne kaha bhai ye gosht mein</w:t>
      </w:r>
    </w:p>
    <w:p>
      <w:pPr>
        <w:jc w:val="right"/>
      </w:pPr>
      <w:r>
        <w:t>تو میں جب دیکھا میں نے جب دسترخوان کو دیکھا تو میں نے کہا بھئی یہ گوشت میں</w:t>
      </w:r>
    </w:p>
    <w:p>
      <w:r>
        <w:rPr>
          <w:b/>
        </w:rPr>
        <w:t xml:space="preserve">[39:48] </w:t>
      </w:r>
      <w:r>
        <w:t>mere bas mein nahi khana</w:t>
      </w:r>
    </w:p>
    <w:p>
      <w:pPr>
        <w:jc w:val="right"/>
      </w:pPr>
      <w:r>
        <w:t>میرے بس میں نہیں کھانا</w:t>
      </w:r>
    </w:p>
    <w:p>
      <w:r>
        <w:rPr>
          <w:b/>
        </w:rPr>
        <w:t xml:space="preserve">[39:51] </w:t>
      </w:r>
      <w:r>
        <w:t>to kuch aur cheez kuch sabzi dal bhi thi to wo mein ne thora sa liya aur wo</w:t>
      </w:r>
    </w:p>
    <w:p>
      <w:pPr>
        <w:jc w:val="right"/>
      </w:pPr>
      <w:r>
        <w:t>تو کچھ اور چیز کچھ سبزی دال بھی تھی تو وہ میں نے تھوڑا سا لیا اور وہ</w:t>
      </w:r>
    </w:p>
    <w:p>
      <w:r>
        <w:rPr>
          <w:b/>
        </w:rPr>
        <w:t xml:space="preserve">[39:55] </w:t>
      </w:r>
      <w:r>
        <w:t>badam aur shehad</w:t>
      </w:r>
    </w:p>
    <w:p>
      <w:pPr>
        <w:jc w:val="right"/>
      </w:pPr>
      <w:r>
        <w:t>بادام اور شہد</w:t>
      </w:r>
    </w:p>
    <w:p>
      <w:r>
        <w:rPr>
          <w:b/>
        </w:rPr>
        <w:t xml:space="preserve">[39:57] </w:t>
      </w:r>
      <w:r>
        <w:t>khaya to</w:t>
      </w:r>
    </w:p>
    <w:p>
      <w:pPr>
        <w:jc w:val="right"/>
      </w:pPr>
      <w:r>
        <w:t>کھایا تو</w:t>
      </w:r>
    </w:p>
    <w:p>
      <w:r>
        <w:rPr>
          <w:b/>
        </w:rPr>
        <w:t xml:space="preserve">[39:59] </w:t>
      </w:r>
      <w:r>
        <w:t>khane ke waqt unhon ne kaha tha ke ye badam aur shehad jo hai yahan ki khaas cheez</w:t>
      </w:r>
    </w:p>
    <w:p>
      <w:pPr>
        <w:jc w:val="right"/>
      </w:pPr>
      <w:r>
        <w:t>کھانے کے وقت انہوں نے کہا تھا کہ یہ بادام اور شہد جو ہے یہاں کی خاص چیز</w:t>
      </w:r>
    </w:p>
    <w:p>
      <w:r>
        <w:rPr>
          <w:b/>
        </w:rPr>
        <w:t xml:space="preserve">[40:03] </w:t>
      </w:r>
      <w:r>
        <w:t>hai to aap ko jatay jahan jab jayen ge aap yahan se to hum aap ko tohfe mein</w:t>
      </w:r>
    </w:p>
    <w:p>
      <w:pPr>
        <w:jc w:val="right"/>
      </w:pPr>
      <w:r>
        <w:t>ہے تو آپ کو جاتے جہاں جب جائیں گے آپ یہاں سے تو ہم آپ کو تحفے میں</w:t>
      </w:r>
    </w:p>
    <w:p>
      <w:r>
        <w:rPr>
          <w:b/>
        </w:rPr>
        <w:t xml:space="preserve">[40:08] </w:t>
      </w:r>
      <w:r>
        <w:t>denge shehad aur badam aap ko tohfe mein denge</w:t>
      </w:r>
    </w:p>
    <w:p>
      <w:pPr>
        <w:jc w:val="right"/>
      </w:pPr>
      <w:r>
        <w:t>دیں گے شہد اور بادام آپ کو تحفے میں دیں گے</w:t>
      </w:r>
    </w:p>
    <w:p>
      <w:r>
        <w:rPr>
          <w:b/>
        </w:rPr>
        <w:t xml:space="preserve">[40:12] </w:t>
      </w:r>
      <w:r>
        <w:t>toh woh kehte rahe ke yeh yeh gosht batate rahe woh ke is ko khaiye aap yeh khaas</w:t>
      </w:r>
    </w:p>
    <w:p>
      <w:pPr>
        <w:jc w:val="right"/>
      </w:pPr>
      <w:r>
        <w:t>تو وہ کہتے رہے کہ یہ یہ گوشت بتاتے رہے وہ کہ اس کو کھائیے آپ یہ خاص</w:t>
      </w:r>
    </w:p>
    <w:p>
      <w:r>
        <w:rPr>
          <w:b/>
        </w:rPr>
        <w:t xml:space="preserve">[40:18] </w:t>
      </w:r>
      <w:r>
        <w:t>tour par pakwaya hai hum ne yeh toh pure ghee mein aur zafran mein aur is mein is</w:t>
      </w:r>
    </w:p>
    <w:p>
      <w:pPr>
        <w:jc w:val="right"/>
      </w:pPr>
      <w:r>
        <w:t>طور پر پکوایا ہے ہم نے یہ تو پیور گھی میں اور زعفران میں اور اس میں اس</w:t>
      </w:r>
    </w:p>
    <w:p>
      <w:r>
        <w:rPr>
          <w:b/>
        </w:rPr>
        <w:t xml:space="preserve">[40:22] </w:t>
      </w:r>
      <w:r>
        <w:t>mein pata nahi kya kya dala tha bohat hi khush rang tha dekhne mein bohat acha lagta tha</w:t>
      </w:r>
    </w:p>
    <w:p>
      <w:pPr>
        <w:jc w:val="right"/>
      </w:pPr>
      <w:r>
        <w:t>میں پتہ نہیں کیا کیا ڈالا تھا بہت ہی خوش رنگ تھا دیکھنے میں بہت اچھا لگتا تھا</w:t>
      </w:r>
    </w:p>
    <w:p>
      <w:r>
        <w:rPr>
          <w:b/>
        </w:rPr>
        <w:t xml:space="preserve">[40:26] </w:t>
      </w:r>
      <w:r>
        <w:t>woh toh bar bar yahi kehte the woh ke is ko khaiye is ko khaiye aur mein ne</w:t>
      </w:r>
    </w:p>
    <w:p>
      <w:pPr>
        <w:jc w:val="right"/>
      </w:pPr>
      <w:r>
        <w:t>وہ تو بار بار یہی کہتے تھے وہ کہ اس کو کھائیے اس کو کھائیے اور میں نے</w:t>
      </w:r>
    </w:p>
    <w:p>
      <w:r>
        <w:rPr>
          <w:b/>
        </w:rPr>
        <w:t xml:space="preserve">[40:30] </w:t>
      </w:r>
      <w:r>
        <w:t>is ko chakkha bhi nahi bilkul chakkha nahi hai aise hi talta raha talta raha yahan tak ke</w:t>
      </w:r>
    </w:p>
    <w:p>
      <w:pPr>
        <w:jc w:val="right"/>
      </w:pPr>
      <w:r>
        <w:t>اس کو چکھا بھی نہیں بالکل چکھا نہیں ہے ایسے ہی ٹالتا رہا ٹالتا رہا یہاں تک کہ</w:t>
      </w:r>
    </w:p>
    <w:p>
      <w:r>
        <w:rPr>
          <w:b/>
        </w:rPr>
        <w:t xml:space="preserve">[40:36] </w:t>
      </w:r>
      <w:r>
        <w:t>khana khatam ho gaya sahib woh itna ghussa hue mujh se woh buzurg the mujh se zyada umar</w:t>
      </w:r>
    </w:p>
    <w:p>
      <w:pPr>
        <w:jc w:val="right"/>
      </w:pPr>
      <w:r>
        <w:t>کھانا ختم ہو گیا صاحب وہ اتنا غصہ ہوئے مجھ سے وہ بزرگ تھے مجھ سے زیادہ عمر</w:t>
      </w:r>
    </w:p>
    <w:p>
      <w:r>
        <w:rPr>
          <w:b/>
        </w:rPr>
        <w:t xml:space="preserve">[40:42] </w:t>
      </w:r>
      <w:r>
        <w:t>thi un ki kai baras</w:t>
      </w:r>
    </w:p>
    <w:p>
      <w:pPr>
        <w:jc w:val="right"/>
      </w:pPr>
      <w:r>
        <w:t>تھی ان کی کئی برس</w:t>
      </w:r>
    </w:p>
    <w:p>
      <w:r>
        <w:rPr>
          <w:b/>
        </w:rPr>
        <w:t xml:space="preserve">[40:44] </w:t>
      </w:r>
      <w:r>
        <w:t>pehlay ki baat hai itna ghussa hue ke is ke baad unhon ne jab mein aane laga toh</w:t>
      </w:r>
    </w:p>
    <w:p>
      <w:pPr>
        <w:jc w:val="right"/>
      </w:pPr>
      <w:r>
        <w:t>پہلے کی بات ہے اتنا غصہ ہوئے کہ اس کے بعد انہوں نے جب میں آنے لگا تو</w:t>
      </w:r>
    </w:p>
    <w:p>
      <w:r>
        <w:rPr>
          <w:b/>
        </w:rPr>
        <w:t xml:space="preserve">[40:49] </w:t>
      </w:r>
      <w:r>
        <w:t>mujhe na badam diya na na shehad diya unhon ne unhon ne kaha tha ke mein aap ko</w:t>
      </w:r>
    </w:p>
    <w:p>
      <w:pPr>
        <w:jc w:val="right"/>
      </w:pPr>
      <w:r>
        <w:t>مجھے نہ بادام دیا نہ نہ شہد دیا انہوں نے انہوں نے کہا تھا کہ میں آپ کو</w:t>
      </w:r>
    </w:p>
    <w:p>
      <w:r>
        <w:rPr>
          <w:b/>
        </w:rPr>
        <w:t xml:space="preserve">[40:54] </w:t>
      </w:r>
      <w:r>
        <w:t>badam aur shehad ka tohfa doon ga apne sath le jaiyega lekin ghussa itna hua ke kuch</w:t>
      </w:r>
    </w:p>
    <w:p>
      <w:pPr>
        <w:jc w:val="right"/>
      </w:pPr>
      <w:r>
        <w:t>بادام اور شہد کا تحفہ دوں گا اپنے ساتھ لے جائیے گا لیکن غصہ اتنا ہوا کہ کچھ</w:t>
      </w:r>
    </w:p>
    <w:p>
      <w:r>
        <w:rPr>
          <w:b/>
        </w:rPr>
        <w:t xml:space="preserve">[40:59] </w:t>
      </w:r>
      <w:r>
        <w:t>nahi diya unhon ne</w:t>
      </w:r>
    </w:p>
    <w:p>
      <w:pPr>
        <w:jc w:val="right"/>
      </w:pPr>
      <w:r>
        <w:t>نہیں دیا انہوں نے</w:t>
      </w:r>
    </w:p>
    <w:p>
      <w:r>
        <w:rPr>
          <w:b/>
        </w:rPr>
        <w:t xml:space="preserve">[41:02] </w:t>
      </w:r>
      <w:r>
        <w:t>ab dekhiye yeh bhi kya hai emotion management un ka fail hona hai</w:t>
      </w:r>
    </w:p>
    <w:p>
      <w:pPr>
        <w:jc w:val="right"/>
      </w:pPr>
      <w:r>
        <w:t>اب دیکھیے یہ بھی کیا ہے ایموشن مینجمنٹ ان کا فیل ہونا ہے</w:t>
      </w:r>
    </w:p>
    <w:p>
      <w:r>
        <w:rPr>
          <w:b/>
        </w:rPr>
        <w:t xml:space="preserve">[41:07] </w:t>
      </w:r>
      <w:r>
        <w:t>unhein sochna chahiye tha ke a ek aadmi</w:t>
      </w:r>
    </w:p>
    <w:p>
      <w:pPr>
        <w:jc w:val="right"/>
      </w:pPr>
      <w:r>
        <w:t>انہیں سوچنا چاہیے تھا کہ اے ایک ادمی</w:t>
      </w:r>
    </w:p>
    <w:p>
      <w:r>
        <w:rPr>
          <w:b/>
        </w:rPr>
        <w:t xml:space="preserve">[41:11] </w:t>
      </w:r>
      <w:r>
        <w:t>kyun nahi kha raha hai</w:t>
      </w:r>
    </w:p>
    <w:p>
      <w:pPr>
        <w:jc w:val="right"/>
      </w:pPr>
      <w:r>
        <w:t>کیوں نہیں کھا رہا ہے</w:t>
      </w:r>
    </w:p>
    <w:p>
      <w:r>
        <w:rPr>
          <w:b/>
        </w:rPr>
        <w:t xml:space="preserve">[41:14] </w:t>
      </w:r>
      <w:r>
        <w:t>yeh gosht aur qorma jo hai kyun nahi kha raha hai kyun aisa hai ke woh saag aur</w:t>
      </w:r>
    </w:p>
    <w:p>
      <w:pPr>
        <w:jc w:val="right"/>
      </w:pPr>
      <w:r>
        <w:t>یہ گوشت اور قورمہ جو ہے کیوں نہیں کھا رہا ہے کیوں ایسا ہے کہ وہ ساگ اور</w:t>
      </w:r>
    </w:p>
    <w:p>
      <w:r>
        <w:rPr>
          <w:b/>
        </w:rPr>
        <w:t xml:space="preserve">[41:19] </w:t>
      </w:r>
      <w:r>
        <w:t>daal kha raha hai aur badam aur shehad kha raha hai lekin yeh nahi chho raha hai is</w:t>
      </w:r>
    </w:p>
    <w:p>
      <w:pPr>
        <w:jc w:val="right"/>
      </w:pPr>
      <w:r>
        <w:t>دال کھا رہا ہے اور بادام اور شہد کھا رہا ہے لیکن یہ نہیں چھو رہا ہے اس</w:t>
      </w:r>
    </w:p>
    <w:p>
      <w:r>
        <w:rPr>
          <w:b/>
        </w:rPr>
        <w:t xml:space="preserve">[41:22] </w:t>
      </w:r>
      <w:r>
        <w:t>ko poochte woh toh mein batata ke bhai dekhiye mere baap pakke vegetarian</w:t>
      </w:r>
    </w:p>
    <w:p>
      <w:pPr>
        <w:jc w:val="right"/>
      </w:pPr>
      <w:r>
        <w:t>کو پوچھتے وہ تو میں بتاتا کہ بھئی دیکھیے میرے باپ پکے ویجیٹیرین</w:t>
      </w:r>
    </w:p>
    <w:p>
      <w:r>
        <w:rPr>
          <w:b/>
        </w:rPr>
        <w:t xml:space="preserve">[41:30] </w:t>
      </w:r>
      <w:r>
        <w:t>mere baap jo the woh pakke vegetarian the meri behan vegetarian thi</w:t>
      </w:r>
    </w:p>
    <w:p>
      <w:pPr>
        <w:jc w:val="right"/>
      </w:pPr>
      <w:r>
        <w:t>میرے باپ جو تھے وہ پکے ویجیٹیرین تھے میری بہن ویجیٹیرین تھی</w:t>
      </w:r>
    </w:p>
    <w:p>
      <w:r>
        <w:rPr>
          <w:b/>
        </w:rPr>
        <w:t xml:space="preserve">[41:36] </w:t>
      </w:r>
      <w:r>
        <w:t>mere sagay bhai jo hain chote woh bhi vegetarian hain</w:t>
      </w:r>
    </w:p>
    <w:p>
      <w:pPr>
        <w:jc w:val="right"/>
      </w:pPr>
      <w:r>
        <w:t>میرے سگے بھائی جو ہیں چھوٹے وہ بھی ویجیٹیرین ہیں</w:t>
      </w:r>
    </w:p>
    <w:p>
      <w:r>
        <w:rPr>
          <w:b/>
        </w:rPr>
        <w:t xml:space="preserve">[41:41] </w:t>
      </w:r>
      <w:r>
        <w:t>aur mein bhi by birth vegetarian hoon bachpan se meri maan kehti thi ke bachpan mein mere munh</w:t>
      </w:r>
    </w:p>
    <w:p>
      <w:pPr>
        <w:jc w:val="right"/>
      </w:pPr>
      <w:r>
        <w:t>اور میں بھی بائی برتھ ویجیٹیرین ہوں بچپن سے میری ماں کہتی تھی کہ بچپن میں میرے منہ</w:t>
      </w:r>
    </w:p>
    <w:p>
      <w:r>
        <w:rPr>
          <w:b/>
        </w:rPr>
        <w:t xml:space="preserve">[41:49] </w:t>
      </w:r>
      <w:r>
        <w:t>mein agar koi tukra daal diya jata tha gosht ka toh mein nikaal deta tha is ko mein</w:t>
      </w:r>
    </w:p>
    <w:p>
      <w:pPr>
        <w:jc w:val="right"/>
      </w:pPr>
      <w:r>
        <w:t>میں اگر کوئی ٹکڑا ڈال دیا جاتا تھا گوشت کا تو میں نکال دیتا تھا اس کو میں</w:t>
      </w:r>
    </w:p>
    <w:p>
      <w:r>
        <w:rPr>
          <w:b/>
        </w:rPr>
        <w:t xml:space="preserve">[41:54] </w:t>
      </w:r>
      <w:r>
        <w:t>sirf daal aur aur chawal khata tha</w:t>
      </w:r>
    </w:p>
    <w:p>
      <w:pPr>
        <w:jc w:val="right"/>
      </w:pPr>
      <w:r>
        <w:t>صرف دال اور اور چاول کھاتا تھا</w:t>
      </w:r>
    </w:p>
    <w:p>
      <w:r>
        <w:rPr>
          <w:b/>
        </w:rPr>
        <w:t xml:space="preserve">[41:59] </w:t>
      </w:r>
      <w:r>
        <w:t>bachpan mein chote mein toh mein kehta ke bhai ab ab yeh toh Allah taala ka muamla hai</w:t>
      </w:r>
    </w:p>
    <w:p>
      <w:pPr>
        <w:jc w:val="right"/>
      </w:pPr>
      <w:r>
        <w:t>بچپن میں چھوٹے میں تو میں کہتا کہ بھئی اب اب یہ تو اللہ تعالی کا معاملہ ہے</w:t>
      </w:r>
    </w:p>
    <w:p>
      <w:r>
        <w:rPr>
          <w:b/>
        </w:rPr>
        <w:t xml:space="preserve">[42:07] </w:t>
      </w:r>
      <w:r>
        <w:t>kuch logon ko aisa paida karte hain kuch logon ko waisa paida karte hain hamare ek rishtedar</w:t>
      </w:r>
    </w:p>
    <w:p>
      <w:pPr>
        <w:jc w:val="right"/>
      </w:pPr>
      <w:r>
        <w:t>کچھ لوگوں کو ایسا پیدا کرتے ہیں کچھ لوگوں کو ویسا پیدا کرتے ہیں ہمارے ایک رشتہ دار</w:t>
      </w:r>
    </w:p>
    <w:p>
      <w:r>
        <w:rPr>
          <w:b/>
        </w:rPr>
        <w:t xml:space="preserve">[42:12] </w:t>
      </w:r>
      <w:r>
        <w:t>the ek nazeer sahib un ka naam tha mere qareebi</w:t>
      </w:r>
    </w:p>
    <w:p>
      <w:pPr>
        <w:jc w:val="right"/>
      </w:pPr>
      <w:r>
        <w:t>تھے ایک نظیر صاحب ان کا نام تھا میرے قریبی</w:t>
      </w:r>
    </w:p>
    <w:p>
      <w:r>
        <w:rPr>
          <w:b/>
        </w:rPr>
        <w:t xml:space="preserve">[42:15] </w:t>
      </w:r>
      <w:r>
        <w:t>rishtedaar the woh doodh nahi kha sakte the woh doodh khate the toh un ko ulti ho</w:t>
      </w:r>
    </w:p>
    <w:p>
      <w:pPr>
        <w:jc w:val="right"/>
      </w:pPr>
      <w:r>
        <w:t>رشتہ دار تھے وہ دودھ نہیں کھا سکتے تھے وہ دودھ کھاتے تھے تو ان کو الٹی ہو</w:t>
      </w:r>
    </w:p>
    <w:p>
      <w:r>
        <w:rPr>
          <w:b/>
        </w:rPr>
        <w:t xml:space="preserve">[42:20] </w:t>
      </w:r>
      <w:r>
        <w:t>jaati thi woh</w:t>
      </w:r>
    </w:p>
    <w:p>
      <w:pPr>
        <w:jc w:val="right"/>
      </w:pPr>
      <w:r>
        <w:t>جاتی تھی وہ</w:t>
      </w:r>
    </w:p>
    <w:p>
      <w:r>
        <w:rPr>
          <w:b/>
        </w:rPr>
        <w:t xml:space="preserve">[42:22] </w:t>
      </w:r>
      <w:r>
        <w:t>yaani doodh itni achhi cheez hai woh kha nahi sakte the khate the ulti ho jaati thi woh</w:t>
      </w:r>
    </w:p>
    <w:p>
      <w:pPr>
        <w:jc w:val="right"/>
      </w:pPr>
      <w:r>
        <w:t>یعنی دودھ اتنی اچھی چیز ہے وہ کھا نہیں سکتے تھے کھاتے تھے الٹی ہو جاتی تھی وہ</w:t>
      </w:r>
    </w:p>
    <w:p>
      <w:r>
        <w:rPr>
          <w:b/>
        </w:rPr>
        <w:t xml:space="preserve">[42:28] </w:t>
      </w:r>
      <w:r>
        <w:t>toh har aadmi ka apna mizaj alag alag hota hai</w:t>
      </w:r>
    </w:p>
    <w:p>
      <w:pPr>
        <w:jc w:val="right"/>
      </w:pPr>
      <w:r>
        <w:t>تو ہر ادمی کا اپنا مزاج الگ الگ ہوتا ہے</w:t>
      </w:r>
    </w:p>
    <w:p>
      <w:r>
        <w:rPr>
          <w:b/>
        </w:rPr>
        <w:t xml:space="preserve">[42:32] </w:t>
      </w:r>
      <w:r>
        <w:t>toh unhone mujhse baat nahi ki mujhse kuch poocha nahi bas ghussa ho gaya aur</w:t>
      </w:r>
    </w:p>
    <w:p>
      <w:pPr>
        <w:jc w:val="right"/>
      </w:pPr>
      <w:r>
        <w:t>تو انہوں نے مجھ سے بات نہیں کی مجھ سے کچھ پوچھا نہیں بس غصہ ہو گیا اور</w:t>
      </w:r>
    </w:p>
    <w:p>
      <w:r>
        <w:rPr>
          <w:b/>
        </w:rPr>
        <w:t xml:space="preserve">[42:36] </w:t>
      </w:r>
      <w:r>
        <w:t>is ke baad mera khayal hai mera parcha padhna hi band kar diya shayad</w:t>
      </w:r>
    </w:p>
    <w:p>
      <w:pPr>
        <w:jc w:val="right"/>
      </w:pPr>
      <w:r>
        <w:t>اس کے بعد میرا خیال ہے میرا پرچہ پڑھنا ہی بند کر دیا شاید</w:t>
      </w:r>
    </w:p>
    <w:p>
      <w:r>
        <w:rPr>
          <w:b/>
        </w:rPr>
        <w:t xml:space="preserve">[42:42] </w:t>
      </w:r>
      <w:r>
        <w:t>ab yeh kya hai emotion management ka maamla kya yahan par hai ke tehqeeq na karna pata na</w:t>
      </w:r>
    </w:p>
    <w:p>
      <w:pPr>
        <w:jc w:val="right"/>
      </w:pPr>
      <w:r>
        <w:t>اب یہ کیا ہے ایموشن مینجمنٹ کا معاملہ کیا یہاں پر ہے کہ تحقیق نہ کرنا پتہ نہ</w:t>
      </w:r>
    </w:p>
    <w:p>
      <w:r>
        <w:rPr>
          <w:b/>
        </w:rPr>
        <w:t xml:space="preserve">[42:49] </w:t>
      </w:r>
      <w:r>
        <w:t>karna yaani aap ke andar ek ek jazba aaya mere bare mein toh apne ko aap ne samajh</w:t>
      </w:r>
    </w:p>
    <w:p>
      <w:pPr>
        <w:jc w:val="right"/>
      </w:pPr>
      <w:r>
        <w:t>کرنا یعنی اپ کے اندر ایک ایک جذبہ ایا میرے بارے میں تو اپنے کو اپ نے سمجھ</w:t>
      </w:r>
    </w:p>
    <w:p>
      <w:r>
        <w:rPr>
          <w:b/>
        </w:rPr>
        <w:t xml:space="preserve">[42:58] </w:t>
      </w:r>
      <w:r>
        <w:t>liya ke mera jazba theek hai is mein kuch</w:t>
      </w:r>
    </w:p>
    <w:p>
      <w:pPr>
        <w:jc w:val="right"/>
      </w:pPr>
      <w:r>
        <w:t>لیا کہ میرا جذبہ ٹھیک ہے اس میں کچھ</w:t>
      </w:r>
    </w:p>
    <w:p>
      <w:r>
        <w:rPr>
          <w:b/>
        </w:rPr>
        <w:t xml:space="preserve">[43:00] </w:t>
      </w:r>
      <w:r>
        <w:t>mujhe revise nahi karna hai</w:t>
      </w:r>
    </w:p>
    <w:p>
      <w:pPr>
        <w:jc w:val="right"/>
      </w:pPr>
      <w:r>
        <w:t>مجھے ریوائز نہیں کرنا ہے</w:t>
      </w:r>
    </w:p>
    <w:p>
      <w:r>
        <w:rPr>
          <w:b/>
        </w:rPr>
        <w:t xml:space="preserve">[43:03] </w:t>
      </w:r>
      <w:r>
        <w:t>lekin yaad rakhiye ke mera tajurba yeh hai</w:t>
      </w:r>
    </w:p>
    <w:p>
      <w:pPr>
        <w:jc w:val="right"/>
      </w:pPr>
      <w:r>
        <w:t>لیکن یاد رکھیے کہ میرا تجربہ یہ ہے</w:t>
      </w:r>
    </w:p>
    <w:p>
      <w:r>
        <w:rPr>
          <w:b/>
        </w:rPr>
        <w:t xml:space="preserve">[43:07] </w:t>
      </w:r>
      <w:r>
        <w:t>ke emotions jo hote hain woh</w:t>
      </w:r>
    </w:p>
    <w:p>
      <w:pPr>
        <w:jc w:val="right"/>
      </w:pPr>
      <w:r>
        <w:t>کہ ایموشنز جو ہوتے ہیں وہ</w:t>
      </w:r>
    </w:p>
    <w:p>
      <w:r>
        <w:rPr>
          <w:b/>
        </w:rPr>
        <w:t xml:space="preserve">[43:10] </w:t>
      </w:r>
      <w:r>
        <w:t>taqreeban hamesha hi galat hote hain yaani galat matlab kya hai misunderstanding par base karte hain</w:t>
      </w:r>
    </w:p>
    <w:p>
      <w:pPr>
        <w:jc w:val="right"/>
      </w:pPr>
      <w:r>
        <w:t>تقریبا ہمیشہ ہی غلط ہوتے ہیں یعنی غلط مطلب کیا ہے مس انڈرسٹینڈنگ پر بیس کرتے ہیں</w:t>
      </w:r>
    </w:p>
    <w:p>
      <w:r>
        <w:rPr>
          <w:b/>
        </w:rPr>
        <w:t xml:space="preserve">[43:18] </w:t>
      </w:r>
      <w:r>
        <w:t>misunderstanding par aap samajh lete hain ke yeh aadmi jo hai mujhko haqeer samajhta hai ya</w:t>
      </w:r>
    </w:p>
    <w:p>
      <w:pPr>
        <w:jc w:val="right"/>
      </w:pPr>
      <w:r>
        <w:t>مس انڈرسٹینڈنگ پر اپ سمجھ لیتے ہیں کہ یہ ادمی جو ہے مجھ کو حقیر سمجھتا ہے یا</w:t>
      </w:r>
    </w:p>
    <w:p>
      <w:r>
        <w:rPr>
          <w:b/>
        </w:rPr>
        <w:t xml:space="preserve">[43:24] </w:t>
      </w:r>
      <w:r>
        <w:t>aadmi jo hai</w:t>
      </w:r>
    </w:p>
    <w:p>
      <w:pPr>
        <w:jc w:val="right"/>
      </w:pPr>
      <w:r>
        <w:t>ادمی جو ہے</w:t>
      </w:r>
    </w:p>
    <w:p>
      <w:r>
        <w:rPr>
          <w:b/>
        </w:rPr>
        <w:t xml:space="preserve">[43:26] </w:t>
      </w:r>
      <w:r>
        <w:t>mujhse pyar nahi karta ya aadmi jo hai is ko mere interest se koi matlab nahi hai</w:t>
      </w:r>
    </w:p>
    <w:p>
      <w:pPr>
        <w:jc w:val="right"/>
      </w:pPr>
      <w:r>
        <w:t>مجھ سے پیار نہیں کرتا یا ادمی جو ہے اس کو میرے انٹرسٹ سے کوئی مطلب نہیں ہے</w:t>
      </w:r>
    </w:p>
    <w:p>
      <w:r>
        <w:rPr>
          <w:b/>
        </w:rPr>
        <w:t xml:space="preserve">[43:32] </w:t>
      </w:r>
      <w:r>
        <w:t>is aadmi ko mere jazbaat se koi matlab nahi hai</w:t>
      </w:r>
    </w:p>
    <w:p>
      <w:pPr>
        <w:jc w:val="right"/>
      </w:pPr>
      <w:r>
        <w:t>اس ادمی کو میرے جذبات سے کوئی مطلب نہیں ہے</w:t>
      </w:r>
    </w:p>
    <w:p>
      <w:r>
        <w:rPr>
          <w:b/>
        </w:rPr>
        <w:t xml:space="preserve">[43:36] </w:t>
      </w:r>
      <w:r>
        <w:t>ya mere jazbaat ko is ne jo hurt kiya hai is ne is ko kuch meri parwah nahi</w:t>
      </w:r>
    </w:p>
    <w:p>
      <w:pPr>
        <w:jc w:val="right"/>
      </w:pPr>
      <w:r>
        <w:t>یا میرے جذبات کو اس نے جو ہرٹ کیا ہے اس نے اس کو کچھ میری پرواہ نہیں</w:t>
      </w:r>
    </w:p>
    <w:p>
      <w:r>
        <w:rPr>
          <w:b/>
        </w:rPr>
        <w:t xml:space="preserve">[43:41] </w:t>
      </w:r>
      <w:r>
        <w:t>hai yeh sab kya hota hai yeh sab ka sab misunderstanding hota hai</w:t>
      </w:r>
    </w:p>
    <w:p>
      <w:pPr>
        <w:jc w:val="right"/>
      </w:pPr>
      <w:r>
        <w:t>ہے یہ سب کیا ہوتا ہے یہ سب کا سب مس انڈرسٹینڈنگ ہوتا ہے</w:t>
      </w:r>
    </w:p>
    <w:p>
      <w:r>
        <w:rPr>
          <w:b/>
        </w:rPr>
        <w:t xml:space="preserve">[43:47] </w:t>
      </w:r>
      <w:r>
        <w:t>ek</w:t>
      </w:r>
    </w:p>
    <w:p>
      <w:pPr>
        <w:jc w:val="right"/>
      </w:pPr>
      <w:r>
        <w:t>ایک</w:t>
      </w:r>
    </w:p>
    <w:p>
      <w:r>
        <w:rPr>
          <w:b/>
        </w:rPr>
        <w:t xml:space="preserve">[43:48] </w:t>
      </w:r>
      <w:r>
        <w:t>bahut achha example hai angrezi ka ke الناس اعداء ما جہلو</w:t>
      </w:r>
    </w:p>
    <w:p>
      <w:pPr>
        <w:jc w:val="right"/>
      </w:pPr>
      <w:r>
        <w:t>بہت اچھا مثل ہے انگریزی کا کہ الناس ادا ما جہلو</w:t>
      </w:r>
    </w:p>
    <w:p>
      <w:r>
        <w:rPr>
          <w:b/>
        </w:rPr>
        <w:t xml:space="preserve">[43:55] </w:t>
      </w:r>
      <w:r>
        <w:t>log is cheez ke dushman ban jaate hain jis ko woh na jaante hon</w:t>
      </w:r>
    </w:p>
    <w:p>
      <w:pPr>
        <w:jc w:val="right"/>
      </w:pPr>
      <w:r>
        <w:t>لوگ اس چیز کے دشمن بن جاتے ہیں جس کو وہ نہ جانتے ہوں</w:t>
      </w:r>
    </w:p>
    <w:p>
      <w:r>
        <w:rPr>
          <w:b/>
        </w:rPr>
        <w:t xml:space="preserve">[44:03] </w:t>
      </w:r>
      <w:r>
        <w:t>ناس اعداء ما جہلو log is cheez ke dushman ban jaate hain jis ko woh na jaante hon</w:t>
      </w:r>
    </w:p>
    <w:p>
      <w:pPr>
        <w:jc w:val="right"/>
      </w:pPr>
      <w:r>
        <w:t>الناس ادا ما جہلو لوگ اس چیز کے دشمن بن جاتے ہیں جس کو وہ نہ جانتے ہوں</w:t>
      </w:r>
    </w:p>
    <w:p>
      <w:r>
        <w:rPr>
          <w:b/>
        </w:rPr>
        <w:t xml:space="preserve">[44:12] </w:t>
      </w:r>
      <w:r>
        <w:t>toh kya hota hai</w:t>
      </w:r>
    </w:p>
    <w:p>
      <w:pPr>
        <w:jc w:val="right"/>
      </w:pPr>
      <w:r>
        <w:t>تو کیا ہوتا ہے</w:t>
      </w:r>
    </w:p>
    <w:p>
      <w:r>
        <w:rPr>
          <w:b/>
        </w:rPr>
        <w:t xml:space="preserve">[44:14] </w:t>
      </w:r>
      <w:r>
        <w:t>na janne ki waja se un ke jazbat bhark uthe</w:t>
      </w:r>
    </w:p>
    <w:p>
      <w:pPr>
        <w:jc w:val="right"/>
      </w:pPr>
      <w:r>
        <w:t>نہ جاننے کی وجہ سے ان کے جذبات بھڑک اٹھے</w:t>
      </w:r>
    </w:p>
    <w:p>
      <w:r>
        <w:rPr>
          <w:b/>
        </w:rPr>
        <w:t xml:space="preserve">[44:19] </w:t>
      </w:r>
      <w:r>
        <w:t>aur is jazbat hi ko unhon ne sahi samajh liya aur phir dushman ban gaye dushman ban gaye</w:t>
      </w:r>
    </w:p>
    <w:p>
      <w:pPr>
        <w:jc w:val="right"/>
      </w:pPr>
      <w:r>
        <w:t>اور اس جذبات ہی کو انہوں نے صحیح سمجھ لیا اور پھر دشمن بن گئے دشمن بن گئے</w:t>
      </w:r>
    </w:p>
    <w:p>
      <w:r>
        <w:rPr>
          <w:b/>
        </w:rPr>
        <w:t xml:space="preserve">[44:24] </w:t>
      </w:r>
      <w:r>
        <w:t>dushman ban gaye</w:t>
      </w:r>
    </w:p>
    <w:p>
      <w:pPr>
        <w:jc w:val="right"/>
      </w:pPr>
      <w:r>
        <w:t>دشمن بن گئے</w:t>
      </w:r>
    </w:p>
    <w:p>
      <w:r>
        <w:rPr>
          <w:b/>
        </w:rPr>
        <w:t xml:space="preserve">[44:26] </w:t>
      </w:r>
      <w:r>
        <w:t>is ka ek yahan mein ek aur baat arz karna chahunga</w:t>
      </w:r>
    </w:p>
    <w:p>
      <w:pPr>
        <w:jc w:val="right"/>
      </w:pPr>
      <w:r>
        <w:t>اس کا ایک یہاں میں ایک اور بات عرض کرنا چاہوں گا</w:t>
      </w:r>
    </w:p>
    <w:p>
      <w:r>
        <w:rPr>
          <w:b/>
        </w:rPr>
        <w:t xml:space="preserve">[44:33] </w:t>
      </w:r>
      <w:r>
        <w:t>ke jazbat jab bharkein to jaldi se manage kijiye</w:t>
      </w:r>
    </w:p>
    <w:p>
      <w:pPr>
        <w:jc w:val="right"/>
      </w:pPr>
      <w:r>
        <w:t>کہ جذبات جب بھڑکیں تو جلدی سے مینج کیجئے</w:t>
      </w:r>
    </w:p>
    <w:p>
      <w:r>
        <w:rPr>
          <w:b/>
        </w:rPr>
        <w:t xml:space="preserve">[44:39] </w:t>
      </w:r>
      <w:r>
        <w:t>ghusa aaye to jaldi se manage kijiye kyunke baad ko wo isi mein aap conditioned ho jayenge</w:t>
      </w:r>
    </w:p>
    <w:p>
      <w:pPr>
        <w:jc w:val="right"/>
      </w:pPr>
      <w:r>
        <w:t>غصہ ائے تو جلدی سے مینج کیجئے کیونکہ بعد کو وہ اسی میں اپ کنڈیشنڈ ہو جائیں گے</w:t>
      </w:r>
    </w:p>
    <w:p>
      <w:r>
        <w:rPr>
          <w:b/>
        </w:rPr>
        <w:t xml:space="preserve">[44:46] </w:t>
      </w:r>
      <w:r>
        <w:t>isi mein aap conditioned ho jayenge hadith mein aata hai ke agar aap kisi se bol chal</w:t>
      </w:r>
    </w:p>
    <w:p>
      <w:pPr>
        <w:jc w:val="right"/>
      </w:pPr>
      <w:r>
        <w:t>اسی میں اپ کنڈیشنڈ ہو جائیں گے حدیث میں اتا ہے کہ اگر اپ کسی سے بول چال</w:t>
      </w:r>
    </w:p>
    <w:p>
      <w:r>
        <w:rPr>
          <w:b/>
        </w:rPr>
        <w:t xml:space="preserve">[44:52] </w:t>
      </w:r>
      <w:r>
        <w:t>band karein to teen din tak aap ko chhoot hai chauthe din nahi</w:t>
      </w:r>
    </w:p>
    <w:p>
      <w:pPr>
        <w:jc w:val="right"/>
      </w:pPr>
      <w:r>
        <w:t>بند کریں تو تین دن تک اپ کو چھوٹ ہے چوتھے دن نہیں</w:t>
      </w:r>
    </w:p>
    <w:p>
      <w:r>
        <w:rPr>
          <w:b/>
        </w:rPr>
        <w:t xml:space="preserve">[44:58] </w:t>
      </w:r>
      <w:r>
        <w:t>yani ghusa aa gaya aap ko</w:t>
      </w:r>
    </w:p>
    <w:p>
      <w:pPr>
        <w:jc w:val="right"/>
      </w:pPr>
      <w:r>
        <w:t>یعنی غصہ اگیا اپ کو</w:t>
      </w:r>
    </w:p>
    <w:p>
      <w:r>
        <w:rPr>
          <w:b/>
        </w:rPr>
        <w:t xml:space="preserve">[45:00] </w:t>
      </w:r>
      <w:r>
        <w:t>to teen din tak aap ko concession hai</w:t>
      </w:r>
    </w:p>
    <w:p>
      <w:pPr>
        <w:jc w:val="right"/>
      </w:pPr>
      <w:r>
        <w:t>تو تین دن تک اپ کو کنسیشن ہے</w:t>
      </w:r>
    </w:p>
    <w:p>
      <w:r>
        <w:rPr>
          <w:b/>
        </w:rPr>
        <w:t xml:space="preserve">[45:04] </w:t>
      </w:r>
      <w:r>
        <w:t>teen din ke andar aap manage kar lijiye is ko chauthe din aap agar ghusa baqi rakhte hain</w:t>
      </w:r>
    </w:p>
    <w:p>
      <w:pPr>
        <w:jc w:val="right"/>
      </w:pPr>
      <w:r>
        <w:t>تین دن کے اندر اپ مینج کر لیجئے اس کو چوتھے دن اپ اگر غصہ باقی رکھتے ہیں</w:t>
      </w:r>
    </w:p>
    <w:p>
      <w:r>
        <w:rPr>
          <w:b/>
        </w:rPr>
        <w:t xml:space="preserve">[45:10] </w:t>
      </w:r>
      <w:r>
        <w:t>to wo haram ho jayega</w:t>
      </w:r>
    </w:p>
    <w:p>
      <w:pPr>
        <w:jc w:val="right"/>
      </w:pPr>
      <w:r>
        <w:t>تو وہ حرام ہو جائے گا</w:t>
      </w:r>
    </w:p>
    <w:p>
      <w:r>
        <w:rPr>
          <w:b/>
        </w:rPr>
        <w:t xml:space="preserve">[45:13] </w:t>
      </w:r>
      <w:r>
        <w:t>yani shariyat ke mutabiq sirf teen din tak ghusa jaiz hai chauthe chauthe</w:t>
      </w:r>
    </w:p>
    <w:p>
      <w:pPr>
        <w:jc w:val="right"/>
      </w:pPr>
      <w:r>
        <w:t>یعنی شریعت کے مطابق صرف تین دن تک غصہ جائز ہے چوتھے چوتھے</w:t>
      </w:r>
    </w:p>
    <w:p>
      <w:r>
        <w:rPr>
          <w:b/>
        </w:rPr>
        <w:t xml:space="preserve">[45:18] </w:t>
      </w:r>
      <w:r>
        <w:t>din wo haram ho jata hai</w:t>
      </w:r>
    </w:p>
    <w:p>
      <w:pPr>
        <w:jc w:val="right"/>
      </w:pPr>
      <w:r>
        <w:t>دن وہ حرام ہو جاتا ہے</w:t>
      </w:r>
    </w:p>
    <w:p>
      <w:r>
        <w:rPr>
          <w:b/>
        </w:rPr>
        <w:t xml:space="preserve">[45:21] </w:t>
      </w:r>
      <w:r>
        <w:t>is par maine socha ke aisa kyun hota hai</w:t>
      </w:r>
    </w:p>
    <w:p>
      <w:pPr>
        <w:jc w:val="right"/>
      </w:pPr>
      <w:r>
        <w:t>اس پر میں نے سوچا کہ ایسا کیوں ہوتا ہے</w:t>
      </w:r>
    </w:p>
    <w:p>
      <w:r>
        <w:rPr>
          <w:b/>
        </w:rPr>
        <w:t xml:space="preserve">[45:25] </w:t>
      </w:r>
      <w:r>
        <w:t>aisa kyun hota hai is liye conditioning ka jo process hai wo shuru ho gaya jab aap ghusa</w:t>
      </w:r>
    </w:p>
    <w:p>
      <w:pPr>
        <w:jc w:val="right"/>
      </w:pPr>
      <w:r>
        <w:t>ایسا کیوں ہوتا ہے اس لیے کنڈیشننگ کا جو پروسیس ہے وہ شروع ہو گیا جب اپ غصہ</w:t>
      </w:r>
    </w:p>
    <w:p>
      <w:r>
        <w:rPr>
          <w:b/>
        </w:rPr>
        <w:t xml:space="preserve">[45:31] </w:t>
      </w:r>
      <w:r>
        <w:t>ho gaye isi par sochne lage isi se logon ko baatein karne lage isi ke upar dekho ye</w:t>
      </w:r>
    </w:p>
    <w:p>
      <w:pPr>
        <w:jc w:val="right"/>
      </w:pPr>
      <w:r>
        <w:t>ہو گئے اسی پر سوچنے لگے اسی سے لوگوں کو باتیں کرنے لگے اسی کے اوپر دیکھو یہ</w:t>
      </w:r>
    </w:p>
    <w:p>
      <w:r>
        <w:rPr>
          <w:b/>
        </w:rPr>
        <w:t xml:space="preserve">[45:37] </w:t>
      </w:r>
      <w:r>
        <w:t>aisa hai waisa hai is ghuse ka charcha</w:t>
      </w:r>
    </w:p>
    <w:p>
      <w:pPr>
        <w:jc w:val="right"/>
      </w:pPr>
      <w:r>
        <w:t>ایسا ہے ویسا ہے اس غصے کا چرچہ</w:t>
      </w:r>
    </w:p>
    <w:p>
      <w:r>
        <w:rPr>
          <w:b/>
        </w:rPr>
        <w:t xml:space="preserve">[45:41] </w:t>
      </w:r>
      <w:r>
        <w:t>aap ke mind mein aa gaya</w:t>
      </w:r>
    </w:p>
    <w:p>
      <w:pPr>
        <w:jc w:val="right"/>
      </w:pPr>
      <w:r>
        <w:t>اپ کے مائنڈ میں اگیا</w:t>
      </w:r>
    </w:p>
    <w:p>
      <w:r>
        <w:rPr>
          <w:b/>
        </w:rPr>
        <w:t xml:space="preserve">[45:45] </w:t>
      </w:r>
      <w:r>
        <w:t>kabhi soch ki shakal mein kabhi zaban se bolne ki shakal mein</w:t>
      </w:r>
    </w:p>
    <w:p>
      <w:pPr>
        <w:jc w:val="right"/>
      </w:pPr>
      <w:r>
        <w:t>کبھی سوچ کی شکل میں کبھی زبان سے بولنے کی شکل میں</w:t>
      </w:r>
    </w:p>
    <w:p>
      <w:r>
        <w:rPr>
          <w:b/>
        </w:rPr>
        <w:t xml:space="preserve">[45:49] </w:t>
      </w:r>
      <w:r>
        <w:t>to is process ki ko complete hone mein teen din lagte hain</w:t>
      </w:r>
    </w:p>
    <w:p>
      <w:pPr>
        <w:jc w:val="right"/>
      </w:pPr>
      <w:r>
        <w:t>تو اس پروسیس کی کو کمپلیٹ ہونے میں تین دن لگتے ہیں</w:t>
      </w:r>
    </w:p>
    <w:p>
      <w:r>
        <w:rPr>
          <w:b/>
        </w:rPr>
        <w:t xml:space="preserve">[45:56] </w:t>
      </w:r>
      <w:r>
        <w:t>teen din ke andar andar aap ko manage kar lena chahiye kyunke teen din ke andar kya hoga</w:t>
      </w:r>
    </w:p>
    <w:p>
      <w:pPr>
        <w:jc w:val="right"/>
      </w:pPr>
      <w:r>
        <w:t>تین دن کے اندر اندر اپ کو مینج کر لینا چاہیے کیونکہ تین دن کے اندر کیا ہوگا</w:t>
      </w:r>
    </w:p>
    <w:p>
      <w:r>
        <w:rPr>
          <w:b/>
        </w:rPr>
        <w:t xml:space="preserve">[46:02] </w:t>
      </w:r>
      <w:r>
        <w:t>phir aap aap ka wo khayal</w:t>
      </w:r>
    </w:p>
    <w:p>
      <w:pPr>
        <w:jc w:val="right"/>
      </w:pPr>
      <w:r>
        <w:t>پھر اپ اپ کا وہ خیال</w:t>
      </w:r>
    </w:p>
    <w:p>
      <w:r>
        <w:rPr>
          <w:b/>
        </w:rPr>
        <w:t xml:space="preserve">[46:04] </w:t>
      </w:r>
      <w:r>
        <w:t>pakka ho jayega wo ghusa aap ka baith jayega aap ke mind mein</w:t>
      </w:r>
    </w:p>
    <w:p>
      <w:pPr>
        <w:jc w:val="right"/>
      </w:pPr>
      <w:r>
        <w:t>پکا ہو جائے گا وہ غصہ اپ کا بیٹھ جائے گا اپ کے مائنڈ میں</w:t>
      </w:r>
    </w:p>
    <w:p>
      <w:r>
        <w:rPr>
          <w:b/>
        </w:rPr>
        <w:t xml:space="preserve">[46:08] </w:t>
      </w:r>
      <w:r>
        <w:t>to aap ke management ka failure hai ye yani nature ne dekhiye aap ko teen din mauqa diya</w:t>
      </w:r>
    </w:p>
    <w:p>
      <w:pPr>
        <w:jc w:val="right"/>
      </w:pPr>
      <w:r>
        <w:t>تو اپ کے مینجمنٹ کا فیلیر ہے یہ یعنی نیچر نے دیکھیے اپ کو تین دن موقع دیا</w:t>
      </w:r>
    </w:p>
    <w:p>
      <w:r>
        <w:rPr>
          <w:b/>
        </w:rPr>
        <w:t xml:space="preserve">[46:15] </w:t>
      </w:r>
      <w:r>
        <w:t>tha conditiong jo hai foran ke foran nahi hoti</w:t>
      </w:r>
    </w:p>
    <w:p>
      <w:pPr>
        <w:jc w:val="right"/>
      </w:pPr>
      <w:r>
        <w:t>تھا کنڈیشننگ جو ہے فورا کے فورا نہیں ہوتی</w:t>
      </w:r>
    </w:p>
    <w:p>
      <w:r>
        <w:rPr>
          <w:b/>
        </w:rPr>
        <w:t xml:space="preserve">[46:22] </w:t>
      </w:r>
      <w:r>
        <w:t>yeh nature ap ko moqa deti hai ke tum ghussa ajaye nafrat ajaye aur revenge ka jazba bharkay</w:t>
      </w:r>
    </w:p>
    <w:p>
      <w:pPr>
        <w:jc w:val="right"/>
      </w:pPr>
      <w:r>
        <w:t>یہ نیچر اپ کو موقع دیتی ہے کہ تم غصہ اجائے نفرت اجائے اور ریونج کا جذبہ بھڑک</w:t>
      </w:r>
    </w:p>
    <w:p>
      <w:r>
        <w:rPr>
          <w:b/>
        </w:rPr>
        <w:t xml:space="preserve">[46:29] </w:t>
      </w:r>
      <w:r>
        <w:t>uthe kuch bhi aisa negative thought ajaye to nature ap ko time deti hai teen din</w:t>
      </w:r>
    </w:p>
    <w:p>
      <w:pPr>
        <w:jc w:val="right"/>
      </w:pPr>
      <w:r>
        <w:t>اٹھے کچھ بھی ایسا نیگیٹیو تھاٹ اجائے تو نیچر اپ کو ٹائم دیتی ہے تین دن</w:t>
      </w:r>
    </w:p>
    <w:p>
      <w:r>
        <w:rPr>
          <w:b/>
        </w:rPr>
        <w:t xml:space="preserve">[46:38] </w:t>
      </w:r>
      <w:r>
        <w:t>ke teen din tak manage kar lo manage kar lo manage kar lo nahi to kya hoga</w:t>
      </w:r>
    </w:p>
    <w:p>
      <w:pPr>
        <w:jc w:val="right"/>
      </w:pPr>
      <w:r>
        <w:t>کہ تین دن تک مینج کر لو مینج کر لو مینج کر لو نہیں تو کیا ہوگا</w:t>
      </w:r>
    </w:p>
    <w:p>
      <w:r>
        <w:rPr>
          <w:b/>
        </w:rPr>
        <w:t xml:space="preserve">[46:44] </w:t>
      </w:r>
      <w:r>
        <w:t>phir woh pakka ho jayega aur phir ap us ko manage nahi kar payenge bohat mushkil</w:t>
      </w:r>
    </w:p>
    <w:p>
      <w:pPr>
        <w:jc w:val="right"/>
      </w:pPr>
      <w:r>
        <w:t>پھر وہ پکا ہو جائے گا اور پھر اپ اس کو مینج نہیں کر پائیں گے بہت مشکل</w:t>
      </w:r>
    </w:p>
    <w:p>
      <w:r>
        <w:rPr>
          <w:b/>
        </w:rPr>
        <w:t xml:space="preserve">[46:49] </w:t>
      </w:r>
      <w:r>
        <w:t>ho jayega manage karna</w:t>
      </w:r>
    </w:p>
    <w:p>
      <w:pPr>
        <w:jc w:val="right"/>
      </w:pPr>
      <w:r>
        <w:t>ہو جائے گا مینج کرنا</w:t>
      </w:r>
    </w:p>
    <w:p>
      <w:r>
        <w:rPr>
          <w:b/>
        </w:rPr>
        <w:t xml:space="preserve">[46:52] </w:t>
      </w:r>
      <w:r>
        <w:t>isi liye hadith mein ata hai</w:t>
      </w:r>
    </w:p>
    <w:p>
      <w:pPr>
        <w:jc w:val="right"/>
      </w:pPr>
      <w:r>
        <w:t>اسی لیے حدیث میں اتا ہے</w:t>
      </w:r>
    </w:p>
    <w:p>
      <w:r>
        <w:rPr>
          <w:b/>
        </w:rPr>
        <w:t xml:space="preserve">[46:55] </w:t>
      </w:r>
      <w:r>
        <w:t>ke agar ap ki</w:t>
      </w:r>
    </w:p>
    <w:p>
      <w:pPr>
        <w:jc w:val="right"/>
      </w:pPr>
      <w:r>
        <w:t>کہ اگر اپ کی</w:t>
      </w:r>
    </w:p>
    <w:p>
      <w:r>
        <w:rPr>
          <w:b/>
        </w:rPr>
        <w:t xml:space="preserve">[46:59] </w:t>
      </w:r>
      <w:r>
        <w:t>ek do aadmi hain dono aadmi ke beech mein bol chaal band ho gayi kyunke hota hai kya</w:t>
      </w:r>
    </w:p>
    <w:p>
      <w:pPr>
        <w:jc w:val="right"/>
      </w:pPr>
      <w:r>
        <w:t>ایک دو ادمی ہیں دونوں ادمی کے بیچ میں بول چال بند ہو گئی کیونکہ ہوتا ہے کیا</w:t>
      </w:r>
    </w:p>
    <w:p>
      <w:r>
        <w:rPr>
          <w:b/>
        </w:rPr>
        <w:t xml:space="preserve">[47:05] </w:t>
      </w:r>
      <w:r>
        <w:t>ghussa ho jata hai ghussa ho kar ap kehte hain ke main tum se nahi bolunga</w:t>
      </w:r>
    </w:p>
    <w:p>
      <w:pPr>
        <w:jc w:val="right"/>
      </w:pPr>
      <w:r>
        <w:t>غصہ ہو جاتا ہے غصہ ہو کر اپ کہتے ہیں کہ میں تم سے نہیں بولوں گا</w:t>
      </w:r>
    </w:p>
    <w:p>
      <w:r>
        <w:rPr>
          <w:b/>
        </w:rPr>
        <w:t xml:space="preserve">[47:10] </w:t>
      </w:r>
      <w:r>
        <w:t>to bol chaal band kar dete hain ap</w:t>
      </w:r>
    </w:p>
    <w:p>
      <w:pPr>
        <w:jc w:val="right"/>
      </w:pPr>
      <w:r>
        <w:t>تو بول چال بند کر دیتے ہیں اپ</w:t>
      </w:r>
    </w:p>
    <w:p>
      <w:r>
        <w:rPr>
          <w:b/>
        </w:rPr>
        <w:t xml:space="preserve">[47:14] </w:t>
      </w:r>
      <w:r>
        <w:t>to hadith mein ata hai ke dono mein se woh shaks zyada afzal hai jo</w:t>
      </w:r>
    </w:p>
    <w:p>
      <w:pPr>
        <w:jc w:val="right"/>
      </w:pPr>
      <w:r>
        <w:t>تو حدیث میں اتا ہے کہ دونوں میں سے وہ شخص زیادہ افضل ہے جو</w:t>
      </w:r>
    </w:p>
    <w:p>
      <w:r>
        <w:rPr>
          <w:b/>
        </w:rPr>
        <w:t xml:space="preserve">[47:22] </w:t>
      </w:r>
      <w:r>
        <w:t>salam karne pehal kare</w:t>
      </w:r>
    </w:p>
    <w:p>
      <w:pPr>
        <w:jc w:val="right"/>
      </w:pPr>
      <w:r>
        <w:t>سلام کرنے پہل کرے</w:t>
      </w:r>
    </w:p>
    <w:p>
      <w:r>
        <w:rPr>
          <w:b/>
        </w:rPr>
        <w:t xml:space="preserve">[47:24] </w:t>
      </w:r>
      <w:r>
        <w:t>yani main ap ke ghar gaya ghussa ho kar ke loot aya ke main un se bolna nahi</w:t>
      </w:r>
    </w:p>
    <w:p>
      <w:pPr>
        <w:jc w:val="right"/>
      </w:pPr>
      <w:r>
        <w:t>یعنی میں اپ کے گھر گیا غصہ ہو کر کے لوٹ ایا کہ میں ان سے بولنا نہیں</w:t>
      </w:r>
    </w:p>
    <w:p>
      <w:r>
        <w:rPr>
          <w:b/>
        </w:rPr>
        <w:t xml:space="preserve">[47:29] </w:t>
      </w:r>
      <w:r>
        <w:t>hai mujhe to agle din agar main khud ja kar ap se salam karta hoon aur</w:t>
      </w:r>
    </w:p>
    <w:p>
      <w:pPr>
        <w:jc w:val="right"/>
      </w:pPr>
      <w:r>
        <w:t>ہے مجھے تو اگلے دن اگر میں خود جا کر اپ سے سلام کرتا ہوں اور</w:t>
      </w:r>
    </w:p>
    <w:p>
      <w:r>
        <w:rPr>
          <w:b/>
        </w:rPr>
        <w:t xml:space="preserve">[47:34] </w:t>
      </w:r>
      <w:r>
        <w:t>bolta hoon to main ap par</w:t>
      </w:r>
    </w:p>
    <w:p>
      <w:pPr>
        <w:jc w:val="right"/>
      </w:pPr>
      <w:r>
        <w:t>بولتا ہوں تو میں اپ پر</w:t>
      </w:r>
    </w:p>
    <w:p>
      <w:r>
        <w:rPr>
          <w:b/>
        </w:rPr>
        <w:t xml:space="preserve">[47:39] </w:t>
      </w:r>
      <w:r>
        <w:t>afzal ban gaya</w:t>
      </w:r>
    </w:p>
    <w:p>
      <w:pPr>
        <w:jc w:val="right"/>
      </w:pPr>
      <w:r>
        <w:t>افضل بن گیا</w:t>
      </w:r>
    </w:p>
    <w:p>
      <w:r>
        <w:rPr>
          <w:b/>
        </w:rPr>
        <w:t xml:space="preserve">[47:42] </w:t>
      </w:r>
      <w:r>
        <w:t>yani zyada sawab mujhe milega</w:t>
      </w:r>
    </w:p>
    <w:p>
      <w:pPr>
        <w:jc w:val="right"/>
      </w:pPr>
      <w:r>
        <w:t>یعنی زیادہ ثواب مجھے ملے گا</w:t>
      </w:r>
    </w:p>
    <w:p>
      <w:r>
        <w:rPr>
          <w:b/>
        </w:rPr>
        <w:t xml:space="preserve">[47:45] </w:t>
      </w:r>
      <w:r>
        <w:t>to hadith mein ata hai ke agar tum kisi se ghussa ho jao aur bol chaal band kar</w:t>
      </w:r>
    </w:p>
    <w:p>
      <w:pPr>
        <w:jc w:val="right"/>
      </w:pPr>
      <w:r>
        <w:t>تو حدیث میں اتا ہے کہ اگر تم کسی سے غصہ ہو جاؤ اور بول چال بند کر</w:t>
      </w:r>
    </w:p>
    <w:p>
      <w:r>
        <w:rPr>
          <w:b/>
        </w:rPr>
        <w:t xml:space="preserve">[47:50] </w:t>
      </w:r>
      <w:r>
        <w:t>do to to yeh tumhare liye moqa hai ek bara sawab lene ka ke tum pehal karo pehal</w:t>
      </w:r>
    </w:p>
    <w:p>
      <w:pPr>
        <w:jc w:val="right"/>
      </w:pPr>
      <w:r>
        <w:t>دو تو تو یہ تمہارے لیے موقع ہے ایک بڑا ثواب لینے کا کہ تم پہل کرو پہل</w:t>
      </w:r>
    </w:p>
    <w:p>
      <w:r>
        <w:rPr>
          <w:b/>
        </w:rPr>
        <w:t xml:space="preserve">[47:58] </w:t>
      </w:r>
      <w:r>
        <w:t>kar ke jao us ke paas kaho ke mujhe maaf karo</w:t>
      </w:r>
    </w:p>
    <w:p>
      <w:pPr>
        <w:jc w:val="right"/>
      </w:pPr>
      <w:r>
        <w:t>کر کے جاؤ اس کے پاس کہو کہ مجھے معاف کرو</w:t>
      </w:r>
    </w:p>
    <w:p>
      <w:r>
        <w:rPr>
          <w:b/>
        </w:rPr>
        <w:t xml:space="preserve">[48:03] </w:t>
      </w:r>
      <w:r>
        <w:t>mujh se ghalti ho gayi thi main khwamkhwah ghussa ho gaya tha ab main hum hum ap dono</w:t>
      </w:r>
    </w:p>
    <w:p>
      <w:pPr>
        <w:jc w:val="right"/>
      </w:pPr>
      <w:r>
        <w:t>مجھ سے غلطی ہو گئی تھی میں خوامخواہ غصہ ہو گیا تھا اب میں ہم ہم اپ دونوں</w:t>
      </w:r>
    </w:p>
    <w:p>
      <w:r>
        <w:rPr>
          <w:b/>
        </w:rPr>
        <w:t xml:space="preserve">[48:07] </w:t>
      </w:r>
      <w:r>
        <w:t>ek doosre se milap pehle ki tarah kar lete hain to ap ko zyada sawab milega</w:t>
      </w:r>
    </w:p>
    <w:p>
      <w:pPr>
        <w:jc w:val="right"/>
      </w:pPr>
      <w:r>
        <w:t>ایک دوسرے سے میل ملاپ پہلے کی طرح کر لیتے ہیں تو اپ کو زیادہ ثواب ملے گا</w:t>
      </w:r>
    </w:p>
    <w:p>
      <w:r>
        <w:rPr>
          <w:b/>
        </w:rPr>
        <w:t xml:space="preserve">[48:15] </w:t>
      </w:r>
      <w:r>
        <w:t>to yeh bohat bari hikmat ki baat hai ke teen din tak maafi hai chothe din maafi nahi</w:t>
      </w:r>
    </w:p>
    <w:p>
      <w:pPr>
        <w:jc w:val="right"/>
      </w:pPr>
      <w:r>
        <w:t>تو یہ بہت بڑی حکمت کی بات ہے کہ تین دن تک معافی ہے چوتھے دن معافی نہیں</w:t>
      </w:r>
    </w:p>
    <w:p>
      <w:r>
        <w:rPr>
          <w:b/>
        </w:rPr>
        <w:t xml:space="preserve">[48:20] </w:t>
      </w:r>
      <w:r>
        <w:t>hai kyunke excuse khatm ho gaya teen teen din tak aap ko mauka diya khuda ne ke manage kar lein to woh khatm ho jayegi yani conditioning nahi ho payegi to nahi mauka diya hai to aap jao bhookte ho us ko</w:t>
      </w:r>
    </w:p>
    <w:p>
      <w:pPr>
        <w:jc w:val="right"/>
      </w:pPr>
      <w:r>
        <w:t>ہے کیونکہ ایکسکیوز ختم ہو گیا تین تین دن تک اپ کو موقع دیا خدا نے کہ مینج کر لیں تو وہ ختم ہو جائے گی یعنی کنڈیشننگ نہیں ہو پائے گی تو نہیں موقع دیا ہے تو اپ جاؤ بھوکتے ہو اس کو</w:t>
      </w:r>
    </w:p>
    <w:p>
      <w:r>
        <w:rPr>
          <w:b/>
        </w:rPr>
        <w:t xml:space="preserve">[48:39] </w:t>
      </w:r>
      <w:r>
        <w:t>yani kisi aadmi ko ap</w:t>
      </w:r>
    </w:p>
    <w:p>
      <w:pPr>
        <w:jc w:val="right"/>
      </w:pPr>
      <w:r>
        <w:t>یعنی کسی ادمی کو اپ</w:t>
      </w:r>
    </w:p>
    <w:p>
      <w:r>
        <w:rPr>
          <w:b/>
        </w:rPr>
        <w:t xml:space="preserve">[48:43] </w:t>
      </w:r>
      <w:r>
        <w:t>koi ek aadmi jo hai is ko aap woh karen hotel mein bhejen ke jao ek ghareeb aadmi</w:t>
      </w:r>
    </w:p>
    <w:p>
      <w:pPr>
        <w:jc w:val="right"/>
      </w:pPr>
      <w:r>
        <w:t>کوئی ایک ادمی جو ہے اس کو اپ وہ کریں ہوٹل میں بھیجیں کہ جاؤ ایک غریب ادمی</w:t>
      </w:r>
    </w:p>
    <w:p>
      <w:r>
        <w:rPr>
          <w:b/>
        </w:rPr>
        <w:t xml:space="preserve">[48:49] </w:t>
      </w:r>
      <w:r>
        <w:t>ko kahenge ab jao koi hotel mein khao paisa meri taraf se jaa jaega lekin woh</w:t>
      </w:r>
    </w:p>
    <w:p>
      <w:pPr>
        <w:jc w:val="right"/>
      </w:pPr>
      <w:r>
        <w:t>کو کہیں گے اب جاؤ کوئی ہوٹل میں کھاؤ پیسہ میری طرف سے جا جائے گا لیکن وہ</w:t>
      </w:r>
    </w:p>
    <w:p>
      <w:r>
        <w:rPr>
          <w:b/>
        </w:rPr>
        <w:t xml:space="preserve">[48:54] </w:t>
      </w:r>
      <w:r>
        <w:t>aadmi jae to wahan khana nahin khaya pehle din bhi nahin khaya us ne doosre din bhi nahin</w:t>
      </w:r>
    </w:p>
    <w:p>
      <w:pPr>
        <w:jc w:val="right"/>
      </w:pPr>
      <w:r>
        <w:t>ادمی جائے تو وہاں کھانا نہیں کھایا پہلے دن بھی نہیں کھایا اس نے دوسرے دن بھی نہیں</w:t>
      </w:r>
    </w:p>
    <w:p>
      <w:r>
        <w:rPr>
          <w:b/>
        </w:rPr>
        <w:t xml:space="preserve">[48:57] </w:t>
      </w:r>
      <w:r>
        <w:t>khaya teesre din bhi nahin khaya to aap kahenge bhaad mein jao tum ab main kya karoon</w:t>
      </w:r>
    </w:p>
    <w:p>
      <w:pPr>
        <w:jc w:val="right"/>
      </w:pPr>
      <w:r>
        <w:t>کھایا تیسرے دن بھی نہیں کھایا تو اپ کہیں گے بھاڑ میں جاؤ تم اب میں کیا کروں</w:t>
      </w:r>
    </w:p>
    <w:p>
      <w:r>
        <w:rPr>
          <w:b/>
        </w:rPr>
        <w:t xml:space="preserve">[49:01] </w:t>
      </w:r>
      <w:r>
        <w:t>tum yaani jo opportunity di gai thi us ko tum ne avail nahin kiya tab tum jaana tumhara</w:t>
      </w:r>
    </w:p>
    <w:p>
      <w:pPr>
        <w:jc w:val="right"/>
      </w:pPr>
      <w:r>
        <w:t>تم یعنی جو اپرچونیٹی دی گئی تھی اس کو تم نے اویل نہیں کیا تب تم جانا تمہارا</w:t>
      </w:r>
    </w:p>
    <w:p>
      <w:r>
        <w:rPr>
          <w:b/>
        </w:rPr>
        <w:t xml:space="preserve">[49:07] </w:t>
      </w:r>
      <w:r>
        <w:t>kaam jaana hai</w:t>
      </w:r>
    </w:p>
    <w:p>
      <w:pPr>
        <w:jc w:val="right"/>
      </w:pPr>
      <w:r>
        <w:t>کام جانا ہے</w:t>
      </w:r>
    </w:p>
    <w:p>
      <w:r>
        <w:rPr>
          <w:b/>
        </w:rPr>
        <w:t xml:space="preserve">[49:10] </w:t>
      </w:r>
      <w:r>
        <w:t>to teen din nature ne aap ko opportunity di ke ghussa agya aap ko koi bhi negative thought</w:t>
      </w:r>
    </w:p>
    <w:p>
      <w:pPr>
        <w:jc w:val="right"/>
      </w:pPr>
      <w:r>
        <w:t>تو تین دن نیچر نے اپ کو اپرچونیٹی دی کہ غصہ اگیا اپ کو کوئی بھی نیگیٹیو تھاٹ</w:t>
      </w:r>
    </w:p>
    <w:p>
      <w:r>
        <w:rPr>
          <w:b/>
        </w:rPr>
        <w:t xml:space="preserve">[49:17] </w:t>
      </w:r>
      <w:r>
        <w:t>agya aap ko</w:t>
      </w:r>
    </w:p>
    <w:p>
      <w:pPr>
        <w:jc w:val="right"/>
      </w:pPr>
      <w:r>
        <w:t>اگیا اپ کو</w:t>
      </w:r>
    </w:p>
    <w:p>
      <w:r>
        <w:rPr>
          <w:b/>
        </w:rPr>
        <w:t xml:space="preserve">[49:18] </w:t>
      </w:r>
      <w:r>
        <w:t>hain to pehle din ap is mein condition nahi hote yani paka nahi ho jata wo dheere dheere paka hota hai paka hone mein der lagti hai jaise ap cement ka plaster karen to foran paka nahi hota wo us ke mein bhi kuch din lagte hain tab paka hota hai unhe pehle din jo hai cement ke plaster par agar ap kuch wo aisa hota hai ke jaise mitti ka plaster aise kiye to</w:t>
      </w:r>
    </w:p>
    <w:p>
      <w:pPr>
        <w:jc w:val="right"/>
      </w:pPr>
      <w:r>
        <w:t>. ہیں تو پہلے دن اپ اس میں کنڈیشن نہیں ہوتے یعنی پکا نہیں ہو جاتا وہ دھیرے دھیرے پکا ہوتا ہے پکا ہونے میں دیر لگتی ہے جیسے اپ سیمنٹ کا پلاسٹر کریں تو فورا پکا نہیں ہوتا وہ اس کے میں بھی کچھ دن لگتے ہیں تب پکا ہوتا ہے انہیں پہلے دن جو ہے سیمنٹ کے پلاسٹر پر اگر اپ کچھ وہ ایسا ہوتا ہے کہ جیسے مٹی کا پلاسٹر ایسے کیے تو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