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Present Muslim World December 22, 2007 Maulana Wahiduddin Khan</w:t>
      </w:r>
    </w:p>
    <w:p>
      <w:r>
        <w:t>https://www.youtube.com/watch?v=oY45N_JL3Zk</w:t>
      </w:r>
    </w:p>
    <w:p>
      <w:r>
        <w:rPr>
          <w:b/>
        </w:rPr>
        <w:t xml:space="preserve">[00:14] </w:t>
      </w:r>
      <w:r>
        <w:t>aaj ke akhbaron mein front page par ek news hai, wo hai Pakistan ke bare mein.</w:t>
      </w:r>
    </w:p>
    <w:p>
      <w:pPr>
        <w:jc w:val="right"/>
      </w:pPr>
      <w:r>
        <w:t>آج کے اخباروں میں فرنٹ پیج پر ایک نیوز ہے، وہ ہے پاکستان کے بارے میں۔</w:t>
      </w:r>
    </w:p>
    <w:p>
      <w:r>
        <w:rPr>
          <w:b/>
        </w:rPr>
        <w:t xml:space="preserve">[00:28] </w:t>
      </w:r>
      <w:r>
        <w:t>ap sab log jante hain ke</w:t>
      </w:r>
    </w:p>
    <w:p>
      <w:pPr>
        <w:jc w:val="right"/>
      </w:pPr>
      <w:r>
        <w:t>آپ سب لوگ جانتے ہیں کہ</w:t>
      </w:r>
    </w:p>
    <w:p>
      <w:r>
        <w:rPr>
          <w:b/>
        </w:rPr>
        <w:t xml:space="preserve">[00:33] </w:t>
      </w:r>
      <w:r>
        <w:t>Pakistan mein suicide bombing hui. aur theek Eid ul Azha ke din,</w:t>
      </w:r>
    </w:p>
    <w:p>
      <w:pPr>
        <w:jc w:val="right"/>
      </w:pPr>
      <w:r>
        <w:t>پاکستان میں سوسائیڈ بمبنگ ہوئی۔ اور ٹھیک عیدِ اضحیٰ کے دن،</w:t>
      </w:r>
    </w:p>
    <w:p>
      <w:r>
        <w:rPr>
          <w:b/>
        </w:rPr>
        <w:t xml:space="preserve">[00:46] </w:t>
      </w:r>
      <w:r>
        <w:t>wahan Peshawar ke pas ek masjid mein log namaz parh rahe the, ek hazar se zyada. to ek musalman apne body par bomb bandh kar ke namaz mein shamil ho gaya.</w:t>
      </w:r>
    </w:p>
    <w:p>
      <w:pPr>
        <w:jc w:val="right"/>
      </w:pPr>
      <w:r>
        <w:t>وہاں پشاور کے پاس ایک مسجد میں لوگ نماز پڑھ رہے تھے، ایک ہزار سے زیادہ۔ تو ایک مسلمان اپنے باڈی پر بم باندھ کر کے نماز میں شامل ہو گیا۔</w:t>
      </w:r>
    </w:p>
    <w:p>
      <w:r>
        <w:rPr>
          <w:b/>
        </w:rPr>
        <w:t xml:space="preserve">[01:02] </w:t>
      </w:r>
      <w:r>
        <w:t>aur theek us waqt jab ke namaz ho rahi thi, namaz ho rahi thi, to us ne</w:t>
      </w:r>
    </w:p>
    <w:p>
      <w:pPr>
        <w:jc w:val="right"/>
      </w:pPr>
      <w:r>
        <w:t>اور ٹھیک اس وقت جب کہ نماز ہو رہی تھی، نماز ہو رہی تھی، تو اس نے</w:t>
      </w:r>
    </w:p>
    <w:p>
      <w:r>
        <w:rPr>
          <w:b/>
        </w:rPr>
        <w:t xml:space="preserve">[01:13] </w:t>
      </w:r>
      <w:r>
        <w:t>us waqt blast kiya masjid ke andar. aur namaz parhte hue log,</w:t>
      </w:r>
    </w:p>
    <w:p>
      <w:pPr>
        <w:jc w:val="right"/>
      </w:pPr>
      <w:r>
        <w:t>اس وقت بلاسٹ کیا مسجد کے اندر۔ اور نماز پڑھتے ہوئے لوگ،</w:t>
      </w:r>
    </w:p>
    <w:p>
      <w:r>
        <w:rPr>
          <w:b/>
        </w:rPr>
        <w:t xml:space="preserve">[01:23] </w:t>
      </w:r>
      <w:r>
        <w:t>55 admi mar gaye usi waqt masjid ke andar. masjid ke andar 55 admi mar gaye aur so se upar admi zakhmi hue. masjid ke andar suicide bombing, namaz ki halat mein,</w:t>
      </w:r>
    </w:p>
    <w:p>
      <w:pPr>
        <w:jc w:val="right"/>
      </w:pPr>
      <w:r>
        <w:t>55 آدمی مر گئے اسی وقت مسجد کے اندر۔ مسجد کے اندر 55 آدمی مر گئے اور سو سے اوپر آدمی زخمی ہوئے۔ مسجد کے اندر سوسائیڈ بمبنگ، نماز کی حالت میں،</w:t>
      </w:r>
    </w:p>
    <w:p>
      <w:r>
        <w:rPr>
          <w:b/>
        </w:rPr>
        <w:t xml:space="preserve">[01:38] </w:t>
      </w:r>
      <w:r>
        <w:t>aur Eid ke din. yeh khabar hai aaj ke paperon mein. sab log poochte hain ke aakhir yeh baat kya hai?</w:t>
      </w:r>
    </w:p>
    <w:p>
      <w:pPr>
        <w:jc w:val="right"/>
      </w:pPr>
      <w:r>
        <w:t>اور عید کے دن۔ یہ خبر ہے آج کے پیپروں میں۔ سب لوگ پوچھتے ہیں کہ آخر یہ بات کیا ہے؟</w:t>
      </w:r>
    </w:p>
    <w:p>
      <w:r>
        <w:rPr>
          <w:b/>
        </w:rPr>
        <w:t xml:space="preserve">[01:50] </w:t>
      </w:r>
      <w:r>
        <w:t>musalman is tarah ka violence kyun kar rahe hain? yeh koi ek baat nahi hai, jagah jagah aisa ho raha hai. to log samajhte hain ke yahi Islam ki teaching hai.</w:t>
      </w:r>
    </w:p>
    <w:p>
      <w:pPr>
        <w:jc w:val="right"/>
      </w:pPr>
      <w:r>
        <w:t>مسلمان اس طرح کا وائلنس کیوں کر رہے ہیں؟ یہ کوئی ایک بات نہیں ہے، جگہ جگہ ایسا ہو رہا ہے۔ تو لوگ سمجھتے ہیں کہ یہی اسلام کی ٹیچنگ ہے۔</w:t>
      </w:r>
    </w:p>
    <w:p>
      <w:r>
        <w:rPr>
          <w:b/>
        </w:rPr>
        <w:t xml:space="preserve">[02:05] </w:t>
      </w:r>
      <w:r>
        <w:t>yani Islam jo hai ek violent religion hai.</w:t>
      </w:r>
    </w:p>
    <w:p>
      <w:pPr>
        <w:jc w:val="right"/>
      </w:pPr>
      <w:r>
        <w:t>یعنی اسلام جو ہے ایک وائلنٹ ریلیجن ہے۔</w:t>
      </w:r>
    </w:p>
    <w:p>
      <w:r>
        <w:rPr>
          <w:b/>
        </w:rPr>
        <w:t xml:space="preserve">[02:15] </w:t>
      </w:r>
      <w:r>
        <w:t>Islam sikhata hai violence, maro kaato.</w:t>
      </w:r>
    </w:p>
    <w:p>
      <w:pPr>
        <w:jc w:val="right"/>
      </w:pPr>
      <w:r>
        <w:t>اسلام سکھاتا ہے وائلنس، مارو کاٹو۔</w:t>
      </w:r>
    </w:p>
    <w:p>
      <w:r>
        <w:rPr>
          <w:b/>
        </w:rPr>
        <w:t xml:space="preserve">[02:21] </w:t>
      </w:r>
      <w:r>
        <w:t>dekhen yeh baat jo hai, main yeh manta hoon ke aaj ke jo musalman hain, aaj ke, wo violent ho gaye hain.</w:t>
      </w:r>
    </w:p>
    <w:p>
      <w:pPr>
        <w:jc w:val="right"/>
      </w:pPr>
      <w:r>
        <w:t>دیکھیں یہ بات جو ہے، میں یہ مانتا ہوں کہ آج کے جو مسلمان ہیں، آج کے، وہ وائلنٹ ہو گئے ہیں۔</w:t>
      </w:r>
    </w:p>
    <w:p>
      <w:r>
        <w:rPr>
          <w:b/>
        </w:rPr>
        <w:t xml:space="preserve">[02:33] </w:t>
      </w:r>
      <w:r>
        <w:t>yeh main manta hoon. lekin Islam ka jo scriptures hai, us mein kahin bhi violence nahi hai.</w:t>
      </w:r>
    </w:p>
    <w:p>
      <w:pPr>
        <w:jc w:val="right"/>
      </w:pPr>
      <w:r>
        <w:t>یہ میں مانتا ہوں۔ لیکن اسلام کا جو سکرپچرز ہے، اس میں کہیں بھی وائلنس نہیں ہے۔</w:t>
      </w:r>
    </w:p>
    <w:p>
      <w:r>
        <w:rPr>
          <w:b/>
        </w:rPr>
        <w:t xml:space="preserve">[02:42] </w:t>
      </w:r>
      <w:r>
        <w:t>to yeh Islami ki baat nahi hai. ap dekhen Gita mein kahin corruption to nahi hai. lekin jo Hindu society aaj hai, wo sab corrupt ho gayi hai.</w:t>
      </w:r>
    </w:p>
    <w:p>
      <w:pPr>
        <w:jc w:val="right"/>
      </w:pPr>
      <w:r>
        <w:t>تو یہ اسلامی کی بات نہیں ہے۔ آپ دیکھیں گیتا میں کہیں کرپشن تو نہیں ہے۔ لیکن جو ہندو سوسائٹی آج ہے، وہ سب کرپٹ ہو گئی ہے۔</w:t>
      </w:r>
    </w:p>
    <w:p>
      <w:r>
        <w:rPr>
          <w:b/>
        </w:rPr>
        <w:t xml:space="preserve">[02:53] </w:t>
      </w:r>
      <w:r>
        <w:t>Constitution of India mein to violence, Constitution of India mein to corruption nahi hai. lekin hamara jo administration hai, wo sab corrupt ho gaya hai. to you have to differentiate between practice and ideology.</w:t>
      </w:r>
    </w:p>
    <w:p>
      <w:pPr>
        <w:jc w:val="right"/>
      </w:pPr>
      <w:r>
        <w:t>کانسٹیٹیوشن آف انڈیا میں تو وائلنس، کانسٹیٹیوشن آف انڈیا میں تو کرپشن نہیں ہے۔ لیکن ہمارا جو ایڈمنسٹریشن ہے، وہ سب کرپٹ ہو گیا ہے۔ تو یو ہیو ٹو ڈیفرنشییٹ بٹوین پریکٹس اینڈ آئیڈیالوجی۔</w:t>
      </w:r>
    </w:p>
    <w:p>
      <w:r>
        <w:rPr>
          <w:b/>
        </w:rPr>
        <w:t xml:space="preserve">[03:11] </w:t>
      </w:r>
      <w:r>
        <w:t>nahi to agar ap Islam mein aisa karen ke musalmanon ko le kar Islam ko blame dein, to phir yahi baat har jagah apply karni paregi.</w:t>
      </w:r>
    </w:p>
    <w:p>
      <w:pPr>
        <w:jc w:val="right"/>
      </w:pPr>
      <w:r>
        <w:t>نہیں تو اگر آپ اسلام میں ایسا کریں کہ مسلمانوں کو لے کر اسلام کو بلیم دیں، تو پھر یہی بات ہر جگہ اپلائی کرنی پڑے گی۔</w:t>
      </w:r>
    </w:p>
    <w:p>
      <w:r>
        <w:rPr>
          <w:b/>
        </w:rPr>
        <w:t xml:space="preserve">[03:21] </w:t>
      </w:r>
      <w:r>
        <w:t>ke administration ko le kar ke ap Constitution ko blame denge. ap society ko le kar ke Gita ko blame denge. to ap double standard to nahi ho sakte.</w:t>
      </w:r>
    </w:p>
    <w:p>
      <w:pPr>
        <w:jc w:val="right"/>
      </w:pPr>
      <w:r>
        <w:t>کہ ایڈمنسٹریشن کو لے کر کے آپ کانسٹیٹیوشن کو بلیم دیں گے۔ آپ سوسائٹی کو لے کر کے گیتا کو بلیم دیں گے۔ تو آپ ڈبل اسٹینڈرڈ تو نہیں ہو سکتے۔</w:t>
      </w:r>
    </w:p>
    <w:p>
      <w:r>
        <w:rPr>
          <w:b/>
        </w:rPr>
        <w:t xml:space="preserve">[03:33] </w:t>
      </w:r>
      <w:r>
        <w:t>is principle ko agar apply karne lagenge ap, to masla sirf Islam par nahi rahega. wo sab ka ban jayega. kyun ke har jagah jo hai, ideology aur practice dono ek na aaj hai, na is se pehle kabhi thi.</w:t>
      </w:r>
    </w:p>
    <w:p>
      <w:pPr>
        <w:jc w:val="right"/>
      </w:pPr>
      <w:r>
        <w:t>اس پرنسپل کو اگر اپلائی کرنے لگیں گے آپ، تو مسئلہ صرف اسلام پر نہیں رہے گا۔ وہ سب کا بن جائے گا۔ کیوں کہ ہر جگہ جو ہے، آئیڈیالوجی اور پریکٹس دونوں ایک نہ آج ہے، نہ اس سے پہلے کبھی تھی۔</w:t>
      </w:r>
    </w:p>
    <w:p>
      <w:r>
        <w:rPr>
          <w:b/>
        </w:rPr>
        <w:t xml:space="preserve">[03:50] </w:t>
      </w:r>
      <w:r>
        <w:t>ap dekhen ke Aristotle jo tha, us ne badi umeedon aur aarzuon ke sath Alexander ko parhaya jabke wo prince tha.</w:t>
      </w:r>
    </w:p>
    <w:p>
      <w:pPr>
        <w:jc w:val="right"/>
      </w:pPr>
      <w:r>
        <w:t>آپ دیکھیں کہ ارسٹوٹل جو تھا، اس نے بڑی امیدوں اور آرزوؤں کے ساتھ الیگزینڈر کو پڑھایا جبکہ وہ پرنس تھا۔</w:t>
      </w:r>
    </w:p>
    <w:p>
      <w:r>
        <w:rPr>
          <w:b/>
        </w:rPr>
        <w:t xml:space="preserve">[04:00] </w:t>
      </w:r>
      <w:r>
        <w:t>yani prince ka wo teacher tha wo.</w:t>
      </w:r>
    </w:p>
    <w:p>
      <w:pPr>
        <w:jc w:val="right"/>
      </w:pPr>
      <w:r>
        <w:t>یعنی پرنس کا وہ ٹیچر تھا وہ۔</w:t>
      </w:r>
    </w:p>
    <w:p>
      <w:r>
        <w:rPr>
          <w:b/>
        </w:rPr>
        <w:t xml:space="preserve">[04:07] </w:t>
      </w:r>
      <w:r>
        <w:t>to us ki kya umeedain theen ke wo philosopher king banega? philosopher king. lekin bana kya? wo exploiter king ban gaya.</w:t>
      </w:r>
    </w:p>
    <w:p>
      <w:pPr>
        <w:jc w:val="right"/>
      </w:pPr>
      <w:r>
        <w:t>تو اس کی کیا امیدیں تھیں کہ وہ فلاسفر کنگ بنے گا؟ فلاسفر کنگ۔ لیکن بنا کیا؟ وہ ایکسپائٹر کنگ بن گیا۔</w:t>
      </w:r>
    </w:p>
    <w:p>
      <w:r>
        <w:rPr>
          <w:b/>
        </w:rPr>
        <w:t xml:space="preserve">[04:19] </w:t>
      </w:r>
      <w:r>
        <w:t>to jo teaching thi Aristotle ki, us par to nahi chala wo. Aristotle ne Plato. Plato ki jo teaching thi, us par nahi chala wo.</w:t>
      </w:r>
    </w:p>
    <w:p>
      <w:pPr>
        <w:jc w:val="right"/>
      </w:pPr>
      <w:r>
        <w:t>تو جو ٹیچنگ تھی ارسٹوٹل کی، اس پر تو نہیں چلا وہ۔ ارسٹوٹل نے پلیٹو۔ پلیٹو کی جو چیٹنگ تھی، اس پر نہیں چلا وہ۔</w:t>
      </w:r>
    </w:p>
    <w:p>
      <w:r>
        <w:rPr>
          <w:b/>
        </w:rPr>
        <w:t xml:space="preserve">[04:30] </w:t>
      </w:r>
      <w:r>
        <w:t>balke kehna chahiye ke Socrates, Plato aur Aristotle, teen bade bade philosophers ka wo tha mamla.</w:t>
      </w:r>
    </w:p>
    <w:p>
      <w:pPr>
        <w:jc w:val="right"/>
      </w:pPr>
      <w:r>
        <w:t>بلکہ کہنا چاہیے کہ سوکریٹیز، پلیٹو اور ارسٹوٹل، تین بڑے بڑے فلاسفرز کا وہ تھا معاملہ۔</w:t>
      </w:r>
    </w:p>
    <w:p>
      <w:r>
        <w:rPr>
          <w:b/>
        </w:rPr>
        <w:t xml:space="preserve">[04:42] </w:t>
      </w:r>
      <w:r>
        <w:t>keh woh to is ki jo teaching thi, woh aur thi aur jo practice ho gayi, woh aur ho gayi. To agar aap yeh principle apply karen keh musalmanon ke bigaad ko le kar aap Islam par rai banayein, to yehi aap principle har jagah apply kijiye, yehi formula, to sab ko bura kahiye.</w:t>
      </w:r>
    </w:p>
    <w:p>
      <w:pPr>
        <w:jc w:val="right"/>
      </w:pPr>
      <w:r>
        <w:t>کہ وہ تو اس کی جو ٹیچنگ تھی، وہ اور تھی اور جو پریکٹس ہو گئی، وہ اور ہو گئی۔ تو اگر آپ یہ پرنسپل اپلائی کریں کہ مسلمانوں کے بگاڑ کو لے کر آپ اسلام پر رائے بنائیں، تو یہی آپ پرنسپل ہر جگہ اپلائی کیجیے، یہی فارمولا، تو سب کو برا کہیے۔</w:t>
      </w:r>
    </w:p>
    <w:p>
      <w:r>
        <w:rPr>
          <w:b/>
        </w:rPr>
        <w:t xml:space="preserve">[05:05] </w:t>
      </w:r>
      <w:r>
        <w:t>To ek hi logical stand hamare liye hai, woh yeh hai keh hum ideology mein aur practice mein farq karein.</w:t>
      </w:r>
    </w:p>
    <w:p>
      <w:pPr>
        <w:jc w:val="right"/>
      </w:pPr>
      <w:r>
        <w:t>تو ایک ہی لاجیکل اسٹینڈ ہمارے لیے ہے، وہ یہ ہے کہ ہم آئیڈیالوجی میں اور پریکٹس میں فرق کریں۔</w:t>
      </w:r>
    </w:p>
    <w:p>
      <w:r>
        <w:rPr>
          <w:b/>
        </w:rPr>
        <w:t xml:space="preserve">[05:15] </w:t>
      </w:r>
      <w:r>
        <w:t>Ta keh har jagah hum ek rai bana sakein. Yeh nahi keh yahan ek rai aur doosri rai.</w:t>
      </w:r>
    </w:p>
    <w:p>
      <w:pPr>
        <w:jc w:val="right"/>
      </w:pPr>
      <w:r>
        <w:t>تاکہ ہر جگہ ہم ایک رائے بنا سکیں۔ یہ نہیں کہ یہاں ایک رائے اور دوسری رائے۔</w:t>
      </w:r>
    </w:p>
    <w:p>
      <w:r>
        <w:rPr>
          <w:b/>
        </w:rPr>
        <w:t xml:space="preserve">[05:26] </w:t>
      </w:r>
      <w:r>
        <w:t>To dekhiye America mein aap dekhiye keh wahan ka jo woh hai, jo wahan ka sarkari building hai, us par likha hua hai "in God we trust".</w:t>
      </w:r>
    </w:p>
    <w:p>
      <w:pPr>
        <w:jc w:val="right"/>
      </w:pPr>
      <w:r>
        <w:t>تو دیکھیے امریکہ میں آپ دیکھیے کہ وہاں کا جو وہ ہے، جو وہاں کا سرکاری بلڈنگ ہے، اس پر لکھا ہوا ہے "ان گارڈ وی ٹرسٹ"۔</w:t>
      </w:r>
    </w:p>
    <w:p>
      <w:r>
        <w:rPr>
          <w:b/>
        </w:rPr>
        <w:t xml:space="preserve">[05:41] </w:t>
      </w:r>
      <w:r>
        <w:t>Har dollar par likha rehta hai "in God we trust". Lekin kya hai woh? Kya God par trust karte hain woh? Woh apne bomb par trust karte hain?</w:t>
      </w:r>
    </w:p>
    <w:p>
      <w:pPr>
        <w:jc w:val="right"/>
      </w:pPr>
      <w:r>
        <w:t>ہر ڈالر پر لکھا رہتا ہے "ان گارڈ وی ٹرسٹ"۔ لیکن کیا ہے وہ؟ کیا گارڈ پر ٹرسٹ کرتے ہیں وہ؟ وہ اپنے بم پر ٹرسٹ کرتے ہیں؟</w:t>
      </w:r>
    </w:p>
    <w:p>
      <w:r>
        <w:rPr>
          <w:b/>
        </w:rPr>
        <w:t xml:space="preserve">[05:51] </w:t>
      </w:r>
      <w:r>
        <w:t>Apni gun par trust karte hain?</w:t>
      </w:r>
    </w:p>
    <w:p>
      <w:pPr>
        <w:jc w:val="right"/>
      </w:pPr>
      <w:r>
        <w:t>اپنی گن پر ٹرسٹ کرتے ہیں؟</w:t>
      </w:r>
    </w:p>
    <w:p>
      <w:r>
        <w:rPr>
          <w:b/>
        </w:rPr>
        <w:t xml:space="preserve">[05:56] </w:t>
      </w:r>
      <w:r>
        <w:t>Apni fauj par trust karte hain? Practical taur par. To dekhiye yahan bhi likha to kuch aur hai aur practice kuch aur hai.</w:t>
      </w:r>
    </w:p>
    <w:p>
      <w:pPr>
        <w:jc w:val="right"/>
      </w:pPr>
      <w:r>
        <w:t>اپنی فوج پر ٹرسٹ کرتے ہیں؟ پریکٹیکل طور پر۔ تو دیکھیے یہاں بھی لکھا تو کچھ اور ہے اور پریکٹس کچھ اور ہے۔</w:t>
      </w:r>
    </w:p>
    <w:p>
      <w:r>
        <w:rPr>
          <w:b/>
        </w:rPr>
        <w:t xml:space="preserve">[06:05] </w:t>
      </w:r>
      <w:r>
        <w:t>To main yeh kahunga keh ek hi aap ko formula har jagah, aap ko ek aisa formula lena chahiye jo har jagah applicable ho. Har jagah applicable ho.</w:t>
      </w:r>
    </w:p>
    <w:p>
      <w:pPr>
        <w:jc w:val="right"/>
      </w:pPr>
      <w:r>
        <w:t>تو میں یہ کہوں گا کہ ایک ہی آپ کو فارمولا ہر جگہ، آپ کو ایک ایسا فارمولا لینا چاہیے جو ہر جگہ ایپلیکیبل ہو۔ ہر جگہ ایپلیکیبل ہو۔</w:t>
      </w:r>
    </w:p>
    <w:p>
      <w:r>
        <w:rPr>
          <w:b/>
        </w:rPr>
        <w:t xml:space="preserve">[06:16] </w:t>
      </w:r>
      <w:r>
        <w:t>To woh formula kya hai? You have to differentiate between practice and ideology. To yeh jo kuch ho raha hai, is ko aap musalmanon ki taraf daalein.</w:t>
      </w:r>
    </w:p>
    <w:p>
      <w:pPr>
        <w:jc w:val="right"/>
      </w:pPr>
      <w:r>
        <w:t>تو وہ فارمولا کیا ہے؟ یو ہیو ٹو ڈیفرنشییٹ بٹوین پریکٹس اینڈ آئیڈیالوجی۔ تو یہ جو کچھ ہو رہا ہے، اس کو آپ مسلمانوں کی طرف ڈالیں۔</w:t>
      </w:r>
    </w:p>
    <w:p>
      <w:r>
        <w:rPr>
          <w:b/>
        </w:rPr>
        <w:t xml:space="preserve">[06:30] </w:t>
      </w:r>
      <w:r>
        <w:t>To main kahunga musalmanon ke account mein daalein. To main kahunga theek kar rahe hain aap. Lekin is ko aap Islam ke account mein daalenge, to main kahunga aap galat kar rahe hain.</w:t>
      </w:r>
    </w:p>
    <w:p>
      <w:pPr>
        <w:jc w:val="right"/>
      </w:pPr>
      <w:r>
        <w:t>تو میں کہوں گا مسلمانوں کے اکاؤنٹ میں ڈالیں۔ تو میں کہوں گا ٹھیک کر رہے ہیں آپ۔ لیکن اس کو آپ اسلام کے اکاؤنٹ میں ڈالیں گے، تو میں کہوں گا آپ غلط کر رہے ہیں۔</w:t>
      </w:r>
    </w:p>
    <w:p>
      <w:r>
        <w:rPr>
          <w:b/>
        </w:rPr>
        <w:t xml:space="preserve">[06:41] </w:t>
      </w:r>
      <w:r>
        <w:t>Phir apne aap bhi yahi kijiye, har ek ke haan kijiye. To behal dekhiye main ab arz karna chahta hoon keh Islam ki teaching kya hai? Yeh sab jo ho raha hai, yeh bilashuba Islam ke khilaf hai.</w:t>
      </w:r>
    </w:p>
    <w:p>
      <w:pPr>
        <w:jc w:val="right"/>
      </w:pPr>
      <w:r>
        <w:t>پھر اپنے آپ بھی یہی کیجیے، ہر ایک کے ہاں کیجیے۔ تو بہرحال دیکھیے میں اب عرض کرنا چاہتا ہوں کہ اسلام کی ٹیچنگ کیا ہے؟ یہ سب جو ہو رہا ہے، یہ بلاشبہ اسلام کے خلاف ہے۔</w:t>
      </w:r>
    </w:p>
    <w:p>
      <w:r>
        <w:rPr>
          <w:b/>
        </w:rPr>
        <w:t xml:space="preserve">[06:55] </w:t>
      </w:r>
      <w:r>
        <w:t>Islam mein unlawful hai. Main yeh kahunga Islam mein haram hai, haram. Is se kam ka word koi nahi yun kiya ja sakta hai. Agarche main yeh bhi manta hoon keh practical taur par kuch log yeh kahenge keh practical taur par musalmanon ka ek faction is mein involve hai.</w:t>
      </w:r>
    </w:p>
    <w:p>
      <w:pPr>
        <w:jc w:val="right"/>
      </w:pPr>
      <w:r>
        <w:t>اسلام میں ان لافل ہے۔ میں یہ کہوں گا اسلام میں حرام ہے، حرام۔ اس سے کم کا ورڈ کوئی نہیں یوں کیا جا سکتا ہے۔ اگرچہ میں یہ بھی مانتا ہوں کہ پریکٹیکل طور پر کچھ لوگ یہ کہیں گے کہ پریکٹیکل طور پر مسلمانوں کا ایک فیکشن اس میں انوالو ہے۔</w:t>
      </w:r>
    </w:p>
    <w:p>
      <w:r>
        <w:rPr>
          <w:b/>
        </w:rPr>
        <w:t xml:space="preserve">[07:14] </w:t>
      </w:r>
      <w:r>
        <w:t>Saare musalman to nahi. Lekin yeh bhi galat baat hai. Dekhiye Islam ki yeh bhi ek teaching hai keh agar ek burai ho rahi ho aur aap us ko condemn na karein to faint minhum,</w:t>
      </w:r>
    </w:p>
    <w:p>
      <w:pPr>
        <w:jc w:val="right"/>
      </w:pPr>
      <w:r>
        <w:t>سارے مسلمان تو نہیں۔ لیکن یہ بھی غلط بات ہے۔ دیکھیے اسلام کی یہ بھی ایک ٹیچنگ ہے کہ اگر ایک برائی ہو رہی ہو اور آپ اس کو کنڈم نہ کریں تو فانت منہم،</w:t>
      </w:r>
    </w:p>
    <w:p>
      <w:r>
        <w:rPr>
          <w:b/>
        </w:rPr>
        <w:t xml:space="preserve">[07:32] </w:t>
      </w:r>
      <w:r>
        <w:t>Aap bhi unhi mein se hain. Yeh bohat bari teaching hai Islam ki keh ek burai ho rahi hai, aap dekhein, aap jaanein aur aap us ko condemn na karein to faint minhum,</w:t>
      </w:r>
    </w:p>
    <w:p>
      <w:pPr>
        <w:jc w:val="right"/>
      </w:pPr>
      <w:r>
        <w:t>آپ بھی انہی میں سے ہیں۔ یہ بہت بڑی ٹیچنگ ہے اسلام کی۔ کہ ایک برائی ہو رہی ہے، آپ دیکھیں، آپ جانیں اور آپ اس کو کنڈم نہ کریں تو فانت منہم،</w:t>
      </w:r>
    </w:p>
    <w:p>
      <w:r>
        <w:rPr>
          <w:b/>
        </w:rPr>
        <w:t xml:space="preserve">[07:46] </w:t>
      </w:r>
      <w:r>
        <w:t>Aap bhi unhi mein se hain. Yani jo log practically violence kar rahe hain, woh direct taur par is mein woh involve hain.</w:t>
      </w:r>
    </w:p>
    <w:p>
      <w:pPr>
        <w:jc w:val="right"/>
      </w:pPr>
      <w:r>
        <w:t>آپ بھی انہی میں سے ہیں۔ یعنی جو لوگ پریکٹیکلی وائلنس کر رہے ہیں، وہ ڈائریکٹ طور پر اس میں وہ انوالو ہیں۔</w:t>
      </w:r>
    </w:p>
    <w:p>
      <w:r>
        <w:rPr>
          <w:b/>
        </w:rPr>
        <w:t xml:space="preserve">[07:57] </w:t>
      </w:r>
      <w:r>
        <w:t>Aur jo chup hain ya justify kar rahe hain ya twist kar ke bolte hain, bohat se log hain jo thoda sa dikhate hain keh hum is ko hum justify nahi kar rahe.</w:t>
      </w:r>
    </w:p>
    <w:p>
      <w:pPr>
        <w:jc w:val="right"/>
      </w:pPr>
      <w:r>
        <w:t>اور جو چپ ہیں یا جسٹیفائی کر رہے ہیں یا ٹوسٹ کر کے بولتے ہیں، بہت سے لوگ ہیں جو تھوڑا سا دکھاتے ہیں کہ ہم اس کو ہم جسٹیفائی نہیں کر رہے۔</w:t>
      </w:r>
    </w:p>
    <w:p>
      <w:r>
        <w:rPr>
          <w:b/>
        </w:rPr>
        <w:t xml:space="preserve">[08:09] </w:t>
      </w:r>
      <w:r>
        <w:t>Lekin woh twist kar ke bolte hain. Woh bhi Islam mein haram hai. To main samajhta hoon is waqt yeh bari anokhi surat e haal hai keh poore Muslim world mein mujh ko chhod kar koi ek bhi aalim nahi hai, koi bhi ek bhi scholar nahi hai jo khule taur par, openly in baaton ko condemn kare.</w:t>
      </w:r>
    </w:p>
    <w:p>
      <w:pPr>
        <w:jc w:val="right"/>
      </w:pPr>
      <w:r>
        <w:t>لیکن وہ ٹوسٹ کر کے بولتے ہیں۔ وہ بھی اسلام میں حرام ہے۔ تو میں سمجھتا ہوں اس وقت یہ بڑی انوکھی صورتحال ہے کہ پورے مسلم ورلڈ میں مجھ کو چھوڑ کر کوئی ایک بھی عالم نہیں ہے، کوئی بھی ایک بھی سکالر نہیں ہے جو کھلے طور پر، اوپنلی ان باتوں کو کنڈم کرے۔</w:t>
      </w:r>
    </w:p>
    <w:p>
      <w:r>
        <w:rPr>
          <w:b/>
        </w:rPr>
        <w:t xml:space="preserve">[08:31] </w:t>
      </w:r>
      <w:r>
        <w:t>Koi bhi nahi hai. To yeh saare hi musalman jo hain is ghalati mein pade hue hain. Lekin is ka matlab yeh nahi keh aap Islam ko blame dene lagein.</w:t>
      </w:r>
    </w:p>
    <w:p>
      <w:pPr>
        <w:jc w:val="right"/>
      </w:pPr>
      <w:r>
        <w:t>کوئی بھی نہیں ہے۔ تو یہ سارے ہی مسلمان جو ہیں اس غلطی میں پڑے ہوئے ہیں۔ لیکن اس کا مطلب یہ نہیں کہ آپ اسلام کو بلیم دینے لگیں۔</w:t>
      </w:r>
    </w:p>
    <w:p>
      <w:r>
        <w:rPr>
          <w:b/>
        </w:rPr>
        <w:t xml:space="preserve">[08:42] </w:t>
      </w:r>
      <w:r>
        <w:t>Aap ko bata aap ko batana padega keh musalman jo hain deviate kar gaye hain. Musalmanon ka case deviation ka case hai. Woh following ka case nahi hai.</w:t>
      </w:r>
    </w:p>
    <w:p>
      <w:pPr>
        <w:jc w:val="right"/>
      </w:pPr>
      <w:r>
        <w:t>آپ کو بتا آپ کو بتانا پڑے گا کہ مسلمان جو ہیں ڈیویٹ کر گئے ہیں۔ مسلمانوں کا کیس ڈیوی ایشن کا کیس ہے۔ وہ فالونگ کا کیس نہیں ہے۔</w:t>
      </w:r>
    </w:p>
    <w:p>
      <w:r>
        <w:rPr>
          <w:b/>
        </w:rPr>
        <w:t xml:space="preserve">[08:52] </w:t>
      </w:r>
      <w:r>
        <w:t>Aaj ke musalman Islam ko follow nahi kar rahe hain. Woh Islam se deviate kar ke ek aur hi jagah pahunch gaye hain. Ab dekhiye keh is maamle mein Islam ki teaching kya hai?</w:t>
      </w:r>
    </w:p>
    <w:p>
      <w:pPr>
        <w:jc w:val="right"/>
      </w:pPr>
      <w:r>
        <w:t>آج کے مسلمان اسلام کو فالو نہیں کر رہے ہیں۔ وہ اسلام سے ڈیویٹ کر کے ایک اور ہی جگہ پہنچ گئے ہیں۔ اب دیکھیے کہ اس معاملے میں اسلام کی ٹیچنگ کیا ہے؟</w:t>
      </w:r>
    </w:p>
    <w:p>
      <w:r>
        <w:rPr>
          <w:b/>
        </w:rPr>
        <w:t xml:space="preserve">[09:12] </w:t>
      </w:r>
      <w:r>
        <w:t>Islam mein dekhiye ek ayat yeh hai keh "man qatal nafsan bighair nafs wa fasad fakam qatalan nas jamee".</w:t>
      </w:r>
    </w:p>
    <w:p>
      <w:pPr>
        <w:jc w:val="right"/>
      </w:pPr>
      <w:r>
        <w:t>اسلام میں دیکھیے ایک آیت یہ ہے کہ "من قتل نفس بغیر نفس وفساد فکما قتل الناس جمیع"۔</w:t>
      </w:r>
    </w:p>
    <w:p>
      <w:r>
        <w:rPr>
          <w:b/>
        </w:rPr>
        <w:t xml:space="preserve">[09:28] </w:t>
      </w:r>
      <w:r>
        <w:t>Yani jis aadmi ne ek insaan ko qatal kiya to us ne saare insaanon ko qatal kar dala.</w:t>
      </w:r>
    </w:p>
    <w:p>
      <w:pPr>
        <w:jc w:val="right"/>
      </w:pPr>
      <w:r>
        <w:t>یعنی جس آدمی نے ایک انسان کو قتل کیا تو اس نے سارے انسانوں کو قتل کر ڈالا۔</w:t>
      </w:r>
    </w:p>
    <w:p>
      <w:r>
        <w:rPr>
          <w:b/>
        </w:rPr>
        <w:t xml:space="preserve">[09:40] </w:t>
      </w:r>
      <w:r>
        <w:t>Dekhiye yahan par ek cheez hai judicial punishment. Ek case koi ho, woh adalat mein jaaye, adalat faisla kare to adalti faisle ke tehat kisi ko punishment diya jaye.</w:t>
      </w:r>
    </w:p>
    <w:p>
      <w:pPr>
        <w:jc w:val="right"/>
      </w:pPr>
      <w:r>
        <w:t>دیکھیے یہاں پر ایک چیز ہے جوڈیشل پنشمنٹ۔ ایک کیس کوئی ہو، وہ عدالت میں جائے، عدالت فیصلہ کرے تو عدالتی فیصلے کے تحت کسی کو پنشمنٹ دیا جائے۔</w:t>
      </w:r>
    </w:p>
    <w:p>
      <w:r>
        <w:rPr>
          <w:b/>
        </w:rPr>
        <w:t xml:space="preserve">[09:56] </w:t>
      </w:r>
      <w:r>
        <w:t>Chahay capital punishment diya jaye, chahay aur koi punishment. To capital punishment ka right adalat ko hai. Islam mein bhi hai.</w:t>
      </w:r>
    </w:p>
    <w:p>
      <w:pPr>
        <w:jc w:val="right"/>
      </w:pPr>
      <w:r>
        <w:t>چاہے کیپیٹل پنشمنٹ دیا جائے، چاہے اور کوئی پنشمنٹ۔ تو کیپیٹل پنشمنٹ کا رائٹ عدالت کو ہے۔ اسلام میں بھی ہے۔</w:t>
      </w:r>
    </w:p>
    <w:p>
      <w:r>
        <w:rPr>
          <w:b/>
        </w:rPr>
        <w:t xml:space="preserve">[10:05] </w:t>
      </w:r>
      <w:r>
        <w:t>Yahan par is ayat mein jo zikr hai, woh adalti punishment ka nahi hai. Other than adalat ka hai.</w:t>
      </w:r>
    </w:p>
    <w:p>
      <w:pPr>
        <w:jc w:val="right"/>
      </w:pPr>
      <w:r>
        <w:t>یہاں پر اس آیت میں جو ذکر ہے، وہ عدالتی پنشمنٹ کا نہیں ہے۔ ادر دین عدالت کا ہے۔</w:t>
      </w:r>
    </w:p>
    <w:p>
      <w:r>
        <w:rPr>
          <w:b/>
        </w:rPr>
        <w:t xml:space="preserve">[10:15] </w:t>
      </w:r>
      <w:r>
        <w:t>yani adalti procedure, yani judicial procedure ke baghair, judicial judgment ke baghair agar koi aadmi kisi ko maarta hai to woh ek aisa kaam karta hai jis ka use right hi nahi hai.</w:t>
      </w:r>
    </w:p>
    <w:p>
      <w:pPr>
        <w:jc w:val="right"/>
      </w:pPr>
      <w:r>
        <w:t>یعنی عدالتی پروسیجر، یعنی جوڈیشل پروسیجر کے بغیر، جوڈیشل ججمنٹ کے بغیر اگر کوئی آدمی کسی کو مارتا ہے تو وہ ایک ایسا کام کرتا ہے جس کا اسے رائٹ ہی نہیں ہے۔</w:t>
      </w:r>
    </w:p>
    <w:p>
      <w:r>
        <w:rPr>
          <w:b/>
        </w:rPr>
        <w:t xml:space="preserve">[10:31] </w:t>
      </w:r>
      <w:r>
        <w:t>kisi ko yeh right nahi hai ke aap maarein kisi ko. Aap us ko samjha sakte hain. Aap agar us se sehmat nahi hain to us ko bataiye, aap us ko</w:t>
      </w:r>
    </w:p>
    <w:p>
      <w:pPr>
        <w:jc w:val="right"/>
      </w:pPr>
      <w:r>
        <w:t>کسی کو یہ رائٹ نہیں ہے کہ آپ ماریں کسی کو۔ آپ اس کو سمجھا سکتے ہیں۔ آپ اگر اس سے सहمت نہیں ہیں تو اس کو بتائیے، آپ اس کو</w:t>
      </w:r>
    </w:p>
    <w:p>
      <w:r>
        <w:rPr>
          <w:b/>
        </w:rPr>
        <w:t xml:space="preserve">[10:48] </w:t>
      </w:r>
      <w:r>
        <w:t>maar nahi sakte, aap kisi bhi haal mein. Yahan main ek baat arz karoon ke terrorism ki definition Islam mein kya hai? Terrorism.</w:t>
      </w:r>
    </w:p>
    <w:p>
      <w:pPr>
        <w:jc w:val="right"/>
      </w:pPr>
      <w:r>
        <w:t>مار نہیں سکتے، آپ کسی بھی حال میں۔ یہاں میں ایک بات عرض کروں کہ ٹیررزم کی ڈیفینیشن اسلام میں کیا ہے؟ ٹیررزم۔</w:t>
      </w:r>
    </w:p>
    <w:p>
      <w:r>
        <w:rPr>
          <w:b/>
        </w:rPr>
        <w:t xml:space="preserve">[10:59] </w:t>
      </w:r>
      <w:r>
        <w:t>Terrorism ki definition Islam mein bohat hi clear hai. Bohat clear. Woh hai "use of arms by agencies other than state".</w:t>
      </w:r>
    </w:p>
    <w:p>
      <w:pPr>
        <w:jc w:val="right"/>
      </w:pPr>
      <w:r>
        <w:t>ٹیررزم کی ڈیفینیشن اسلام میں بہت ہی کلیئر ہے۔ بہت کلیئر۔ وہ ہے "یوز آف آر بائی ایجنسیز ادر دین اسٹیٹ"۔</w:t>
      </w:r>
    </w:p>
    <w:p>
      <w:r>
        <w:rPr>
          <w:b/>
        </w:rPr>
        <w:t xml:space="preserve">[11:14] </w:t>
      </w:r>
      <w:r>
        <w:t>yani jo state hai, jo establish government hai aur jo judicial system hai, to yeh jo establish government hai, is ke siwa koi aur agar hathiyar ko istemal kare to wahi terrorism hai.</w:t>
      </w:r>
    </w:p>
    <w:p>
      <w:pPr>
        <w:jc w:val="right"/>
      </w:pPr>
      <w:r>
        <w:t>یعنی جو اسٹیٹ ہے، جو اسٹیبلش گورنمنٹ ہے اور جو جوڈیشل سسٹم ہے، تو یہ جو اسٹیبلش گورنمنٹ ہے، اس کے سوا کوئی اور اگر ہتھیار کو استعمال کرے تو وہی ٹیررزم ہے۔</w:t>
      </w:r>
    </w:p>
    <w:p>
      <w:r>
        <w:rPr>
          <w:b/>
        </w:rPr>
        <w:t xml:space="preserve">[11:34] </w:t>
      </w:r>
      <w:r>
        <w:t>"no excuse is permissible what so ever". Koi bhi excuse, koi bhi excuse aisa nahi hai Islam mein jo aap ko hathiyar ko istemal karne ki ijazat de.</w:t>
      </w:r>
    </w:p>
    <w:p>
      <w:pPr>
        <w:jc w:val="right"/>
      </w:pPr>
      <w:r>
        <w:t>"نو ایکسکیوز از پرمسیبل واٹس ایور"۔ کوئی بھی ایکسکیوز، کوئی بھی ایکسکیوز ایسا نہیں ہے اسلام میں جو آپ کو ہتھیار کو استعمال کرنے کی اجازت دے۔</w:t>
      </w:r>
    </w:p>
    <w:p>
      <w:r>
        <w:rPr>
          <w:b/>
        </w:rPr>
        <w:t xml:space="preserve">[11:48] </w:t>
      </w:r>
      <w:r>
        <w:t>Rasool Allah se poocha gaya ke agar hum dekhein ke political corruption dekhein, hum dekhein ke log bari bari buraiyan kar rahe hain to hum kya karein?</w:t>
      </w:r>
    </w:p>
    <w:p>
      <w:pPr>
        <w:jc w:val="right"/>
      </w:pPr>
      <w:r>
        <w:t>رسول اللہ سے پوچھا گیا کہ اگر ہم دیکھیں کہ پولیٹیکل کرپشن دیکھیں، ہم دیکھیں کہ لوگ بڑی بڑی برائیاں کر رہے ہیں تو ہم کیا کریں؟</w:t>
      </w:r>
    </w:p>
    <w:p>
      <w:r>
        <w:rPr>
          <w:b/>
        </w:rPr>
        <w:t xml:space="preserve">[12:02] </w:t>
      </w:r>
      <w:r>
        <w:t>To aap ne kaha ke un ko samjhao.</w:t>
      </w:r>
    </w:p>
    <w:p>
      <w:pPr>
        <w:jc w:val="right"/>
      </w:pPr>
      <w:r>
        <w:t>تو آپ نے کہا کہ ان کو سمجھاؤ۔</w:t>
      </w:r>
    </w:p>
    <w:p>
      <w:r>
        <w:rPr>
          <w:b/>
        </w:rPr>
        <w:t xml:space="preserve">[12:08] </w:t>
      </w:r>
      <w:r>
        <w:t>Aap ne kaha ke kisi bhi haal mein tumhein ijazat nahi hai ke tum talwar istemal karo, violence karo kisi ke khilaf.</w:t>
      </w:r>
    </w:p>
    <w:p>
      <w:pPr>
        <w:jc w:val="right"/>
      </w:pPr>
      <w:r>
        <w:t>آپ نے کہا کہ کسی بھی حال میں تمہیں اجازت نہیں ہے کہ تم تلوار استعمال کرو، وائلنس کرو کسی کے خلاف۔</w:t>
      </w:r>
    </w:p>
    <w:p>
      <w:r>
        <w:rPr>
          <w:b/>
        </w:rPr>
        <w:t xml:space="preserve">[12:17] </w:t>
      </w:r>
      <w:r>
        <w:t>Tum samjhao, log nahi samjhe to sabar karo. Yani yeh hai dawat ya sabar.</w:t>
      </w:r>
    </w:p>
    <w:p>
      <w:pPr>
        <w:jc w:val="right"/>
      </w:pPr>
      <w:r>
        <w:t>تم سمجھاؤ، لوگ نہیں سمجھے تو صبر کرو۔ یعنی یہ ہے دعوت یا صبر۔</w:t>
      </w:r>
    </w:p>
    <w:p>
      <w:r>
        <w:rPr>
          <w:b/>
        </w:rPr>
        <w:t xml:space="preserve">[12:27] </w:t>
      </w:r>
      <w:r>
        <w:t>Tum logon ko peaceful tareeqe se samjhane ki koshish karo. Woh maante hain to bohat acha, nahi maante ho to sabar karo. Tumhein hathiyar uthane ki ijazat kisi bhi haal mein nahi hai.</w:t>
      </w:r>
    </w:p>
    <w:p>
      <w:pPr>
        <w:jc w:val="right"/>
      </w:pPr>
      <w:r>
        <w:t>تم لوگوں کو پیس فل طریقے سے سمجھانے کی کوشش کرو۔ وہ مانتے ہیں تو بہت اچھا، نہیں مانتے ہو تو صبر کرو۔ تمہیں ہتھیار اٹھانے کی اجازت کسی بھی حال میں نہیں ہے۔</w:t>
      </w:r>
    </w:p>
    <w:p>
      <w:r>
        <w:rPr>
          <w:b/>
        </w:rPr>
        <w:t xml:space="preserve">[12:41] </w:t>
      </w:r>
      <w:r>
        <w:t>Yeh kaam establish government ka hai. Woh bhi kab? Jab attack ho. Government, government bhi dekhiye, sirf open attack agar hota hai kisi country ki taraf se, un ki army dakhil ho jati hai to wahan par us ko haq ho jata hai ke woh us ke khilaf as a defense hathiyar uthaye.</w:t>
      </w:r>
    </w:p>
    <w:p>
      <w:pPr>
        <w:jc w:val="right"/>
      </w:pPr>
      <w:r>
        <w:t>یہ کام اسٹیبلش گورنمنٹ کا ہے۔ وہ بھی کب؟ جب اٹیک ہو۔ گورنمنٹ، گورنمنٹ بھی دیکھیے، صرف اوپن اٹیک اگر ہوتا ہے کسی کنٹری کی طرف سے، ان کی آرمی داخل ہو جاتی ہے تو وہاں پر اس کو حق ہو جاتا ہے کہ وہ اس کے خلاف ایز اے ڈیفنس ہتھیار اٹھائے۔</w:t>
      </w:r>
    </w:p>
    <w:p>
      <w:r>
        <w:rPr>
          <w:b/>
        </w:rPr>
        <w:t xml:space="preserve">[13:03] </w:t>
      </w:r>
      <w:r>
        <w:t>Bas. To is baat ko achi tarah samajh lijiye ke "use of arms by agencies other than government is terrorism in Islam".</w:t>
      </w:r>
    </w:p>
    <w:p>
      <w:pPr>
        <w:jc w:val="right"/>
      </w:pPr>
      <w:r>
        <w:t>بس۔ تو اس بات کو اچھی طرح سمجھ لیجیے کہ "یوز آف آر بائی ایجنسیز ادر دین گورنمنٹ از ٹیررزم ان اسلام"۔</w:t>
      </w:r>
    </w:p>
    <w:p>
      <w:r>
        <w:rPr>
          <w:b/>
        </w:rPr>
        <w:t xml:space="preserve">[13:17] </w:t>
      </w:r>
      <w:r>
        <w:t>Yahi Islam mein terrorism ki definition hai. To main yeh keh raha tha ke Quran mein hai ke agar tum ne ek insaan ko mara to tum ne sare insano ko maar dala.</w:t>
      </w:r>
    </w:p>
    <w:p>
      <w:pPr>
        <w:jc w:val="right"/>
      </w:pPr>
      <w:r>
        <w:t>یہی اسلام میں ٹیررزم کی ڈیفینیشن ہے۔ تو میں یہ کہہ رہا تھا کہ قرآن میں ہے کہ اگر تم نے ایک انسان کو مارا تو تم نے سارے انسانوں کو مار ڈالا۔</w:t>
      </w:r>
    </w:p>
    <w:p>
      <w:r>
        <w:rPr>
          <w:b/>
        </w:rPr>
        <w:t xml:space="preserve">[13:31] </w:t>
      </w:r>
      <w:r>
        <w:t>Fakama qatal al-nas jamee. Dekhiye yeh ek aam zindagi ke liye hai. Ek insaan ko maarna sare insano ko maarna hai.</w:t>
      </w:r>
    </w:p>
    <w:p>
      <w:pPr>
        <w:jc w:val="right"/>
      </w:pPr>
      <w:r>
        <w:t>فکما قتل الناس جمیع۔ دیکھیے یہ ایک عام زندگی کے لیے ہے۔ ایک انسان کو مارنا سارے انسانوں کو مارنا ہے۔</w:t>
      </w:r>
    </w:p>
    <w:p>
      <w:r>
        <w:rPr>
          <w:b/>
        </w:rPr>
        <w:t xml:space="preserve">[13:43] </w:t>
      </w:r>
      <w:r>
        <w:t>Kyun? Jo aadmi ek insaan ko maarta hai woh tradition ko todta hai. Woh tradition ko todta hai. Aur tradition aisi cheez hai ke koi bhi samaj hamesha tradition pe chalta hai, law par nahi chalta hai.</w:t>
      </w:r>
    </w:p>
    <w:p>
      <w:pPr>
        <w:jc w:val="right"/>
      </w:pPr>
      <w:r>
        <w:t>کیوں؟ جو آدمی ایک انسان کو مارتا ہے وہ ٹریڈیشن کو توڑتا ہے۔ وہ ٹریڈیشن کو توڑتا ہے۔ اور ٹریڈیشن ایسی چیز ہے کہ کوئی بھی سماج ہمیشہ ٹریڈیشن پہ چلتا ہے، لا پر نہیں چلتا ہے۔</w:t>
      </w:r>
    </w:p>
    <w:p>
      <w:r>
        <w:rPr>
          <w:b/>
        </w:rPr>
        <w:t xml:space="preserve">[14:02] </w:t>
      </w:r>
      <w:r>
        <w:t>Law ka bohat thora role hota hai zindagi mein. Zyada role hota hai tradition ka.</w:t>
      </w:r>
    </w:p>
    <w:p>
      <w:pPr>
        <w:jc w:val="right"/>
      </w:pPr>
      <w:r>
        <w:t>لا کا بہت تھوڑا رول ہوتا ہے زندگی میں۔ زیادہ رول ہوتا ہے ٹریڈیشن کا۔</w:t>
      </w:r>
    </w:p>
    <w:p>
      <w:r>
        <w:rPr>
          <w:b/>
        </w:rPr>
        <w:t xml:space="preserve">[14:13] </w:t>
      </w:r>
      <w:r>
        <w:t>Isi liye kaha gaya hai ulta. Aur tradition kis se banti hai? It requires a lot of history to make a little tradition.</w:t>
      </w:r>
    </w:p>
    <w:p>
      <w:pPr>
        <w:jc w:val="right"/>
      </w:pPr>
      <w:r>
        <w:t>اسی لیے کہا گیا ہے الٹا۔ اور ٹریڈیشن کس سے بنتی ہے؟ اٹ ریکوائرڈز ا لاٹ آف ہسٹری ٹو میک ا لٹل ٹریڈیشن۔</w:t>
      </w:r>
    </w:p>
    <w:p>
      <w:r>
        <w:rPr>
          <w:b/>
        </w:rPr>
        <w:t xml:space="preserve">[14:23] </w:t>
      </w:r>
      <w:r>
        <w:t>Is ko yaad rakhiye ke jaan ka ehtram, maal ka ehtram sirf law ke zor par nahi hota hai. Tradition ke zor par hota hai.</w:t>
      </w:r>
    </w:p>
    <w:p>
      <w:pPr>
        <w:jc w:val="right"/>
      </w:pPr>
      <w:r>
        <w:t>اس کو یاد رکھیے کہ جان کا احترام، مال کا احترام صرف لا کے زور پر نہیں ہوتا ہے۔ ٹریڈیشن کے زور پر ہوتا ہے۔</w:t>
      </w:r>
    </w:p>
    <w:p>
      <w:r>
        <w:rPr>
          <w:b/>
        </w:rPr>
        <w:t xml:space="preserve">[14:34] </w:t>
      </w:r>
      <w:r>
        <w:t>To sankaron saal ke beech mein ek tradition banti hai ke jaan nahi maarna hai. Jaan muhtaram hai har aadmi ki.</w:t>
      </w:r>
    </w:p>
    <w:p>
      <w:pPr>
        <w:jc w:val="right"/>
      </w:pPr>
      <w:r>
        <w:t>تو سینکڑوں سال کے بیچ میں ایک ٹریڈیشن بنتی ہے کہ جان نہیں مارنا ہے۔ جان محترم ہے ہر آدمی کی۔</w:t>
      </w:r>
    </w:p>
    <w:p>
      <w:r>
        <w:rPr>
          <w:b/>
        </w:rPr>
        <w:t xml:space="preserve">[14:47] </w:t>
      </w:r>
      <w:r>
        <w:t>To agar aap ek insaan ko maarein to aap ne kya kiya? Is tradition ko aap ne break kiya jo sankaron saal mein bani thi. Aur itni zabardast mamla yeh hai ke law to aap ek din mein bana sakte hain parliament mein.</w:t>
      </w:r>
    </w:p>
    <w:p>
      <w:pPr>
        <w:jc w:val="right"/>
      </w:pPr>
      <w:r>
        <w:t>تو اگر آپ ایک انسان کو ماریں تو آپ نے کیا کیا؟ اس ٹریڈیشن کو آپ نے بریک کیا جو سینکڑوں سال میں بنی تھی۔ اور اتنی زبردست معاملہ یہ ہے کہ لا تو آپ ایک دن میں بنا سکتے ہیں پارلیمنٹ میں۔</w:t>
      </w:r>
    </w:p>
    <w:p>
      <w:r>
        <w:rPr>
          <w:b/>
        </w:rPr>
        <w:t xml:space="preserve">[15:03] </w:t>
      </w:r>
      <w:r>
        <w:t>Law jo hai aap parliament mein, assembly mein ek din mein bana lijiye. Aur is ka kuch, kuch bhi, kuch bhi hota nahi, is ka asar. Law bante rehte hain, kuch bhi nahi hota.</w:t>
      </w:r>
    </w:p>
    <w:p>
      <w:pPr>
        <w:jc w:val="right"/>
      </w:pPr>
      <w:r>
        <w:t>لا جو ہے آپ پارلیمنٹ میں، اسمبلی میں ایک دن میں بنا لیجیے۔ اور اس کا کچھ، کچھ بھی، کچھ بھی ہوتا نہیں، اس کا اثر۔ لا بنتے رہتے ہیں، کچھ بھی نہیں ہوتا۔</w:t>
      </w:r>
    </w:p>
    <w:p>
      <w:r>
        <w:rPr>
          <w:b/>
        </w:rPr>
        <w:t xml:space="preserve">[15:14] </w:t>
      </w:r>
      <w:r>
        <w:t>Lekin tradition itni zyada powerful cheez hai ke is ke zor par aadmi daba rehta hai.</w:t>
      </w:r>
    </w:p>
    <w:p>
      <w:pPr>
        <w:jc w:val="right"/>
      </w:pPr>
      <w:r>
        <w:t>لیکن ٹریڈیشن اتنی زیادہ پاور فل چیز ہے کہ اس کے زور پر آدمی دبا رہتا ہے۔</w:t>
      </w:r>
    </w:p>
    <w:p>
      <w:r>
        <w:rPr>
          <w:b/>
        </w:rPr>
        <w:t xml:space="preserve">[15:23] </w:t>
      </w:r>
      <w:r>
        <w:t>Lekin tradition banti hai sankaron saal mein. It requires a lot of history to make a little tradition.</w:t>
      </w:r>
    </w:p>
    <w:p>
      <w:pPr>
        <w:jc w:val="right"/>
      </w:pPr>
      <w:r>
        <w:t>لیکن ٹریڈیشن بنتی ہے سینکڑوں سال میں۔ اٹ ریکوائرڈز ا لاٹ آف ہسٹری ٹو میک ا لٹل ٹریڈیشن۔</w:t>
      </w:r>
    </w:p>
    <w:p>
      <w:r>
        <w:rPr>
          <w:b/>
        </w:rPr>
        <w:t xml:space="preserve">[15:36] </w:t>
      </w:r>
      <w:r>
        <w:t>To tradition ko todna bohat hi bura kaam hai.</w:t>
      </w:r>
    </w:p>
    <w:p>
      <w:pPr>
        <w:jc w:val="right"/>
      </w:pPr>
      <w:r>
        <w:t>تو ٹریڈیشن کو توڑنا بہت ہی برا کام ہے۔</w:t>
      </w:r>
    </w:p>
    <w:p>
      <w:r>
        <w:rPr>
          <w:b/>
        </w:rPr>
        <w:t xml:space="preserve">[15:42] </w:t>
      </w:r>
      <w:r>
        <w:t>hamare bachpan mein hum ne dekha hai ke poora samaj mein itna zyada ek tradition chalti thi ke kisi bade ka ehtram karna hai, kisi ko marna nahi hai, kisi doosre ka maal nahi lena hai,</w:t>
      </w:r>
    </w:p>
    <w:p>
      <w:pPr>
        <w:jc w:val="right"/>
      </w:pPr>
      <w:r>
        <w:t>ہمارے بچپن میں ہم نے دیکھا ہے کہ پورا سماج میں اتنا زیادہ ایک ٹریڈیشن چلتی تھی کہ کسی بڑے کا احترام کرنا ہے، کسی کو مارنا نہیں ہے، کسی دوسرے کا مال نہیں لینا ہے،</w:t>
      </w:r>
    </w:p>
    <w:p>
      <w:r>
        <w:rPr>
          <w:b/>
        </w:rPr>
        <w:t xml:space="preserve">[16:00] </w:t>
      </w:r>
      <w:r>
        <w:t>bade ke aage badtameezi nahi karna hai, schoolon mein sirf padhna hai, kuch aur, strike waghera nahi karna hai. Ye sara wahan tha hamare bachpan mein samaj ke dabao se.</w:t>
      </w:r>
    </w:p>
    <w:p>
      <w:pPr>
        <w:jc w:val="right"/>
      </w:pPr>
      <w:r>
        <w:t>بڑے کے آگے بدتمیزی نہیں کرنا ہے، اسکولوں میں صرف پڑھنا ہے، کچھ اور، اسٹرائیک وغیرہ نہیں کرنا ہے۔ یہ سارا وہاں تھا ہمارے بچپن میں سماج کے دباؤ سے۔</w:t>
      </w:r>
    </w:p>
    <w:p>
      <w:r>
        <w:rPr>
          <w:b/>
        </w:rPr>
        <w:t xml:space="preserve">[16:15] </w:t>
      </w:r>
      <w:r>
        <w:t>ab sab toot gaya. Ye toota hai bohat dinon ke baad. To ab agar aap chahein ke phir se aap tradition banayein to phir to sainkdo saal lagenge.</w:t>
      </w:r>
    </w:p>
    <w:p>
      <w:pPr>
        <w:jc w:val="right"/>
      </w:pPr>
      <w:r>
        <w:t>اب سب ٹوٹ گیا۔ یہ ٹوٹا ہے بہت دنوں کے بعد۔ تو اب اگر آپ چاہیں کہ پھر سے آپ ٹریڈیشن بنائیں تو پھر تو سینکڑوں سال لگیں گے۔</w:t>
      </w:r>
    </w:p>
    <w:p>
      <w:r>
        <w:rPr>
          <w:b/>
        </w:rPr>
        <w:t xml:space="preserve">[16:29] </w:t>
      </w:r>
      <w:r>
        <w:t>is wajah se ek cheez jo tradition ke zor par samaj mein qaim ho, us ko aap ko todna nahi hai. Us ko todna nahi hai aap, aap ko.</w:t>
      </w:r>
    </w:p>
    <w:p>
      <w:pPr>
        <w:jc w:val="right"/>
      </w:pPr>
      <w:r>
        <w:t>اس وجہ سے ایک چیز جو ٹریڈیشن کے زور پر سماج میں قائم ہو، اس کو آپ کو توڑنا نہیں ہے۔ اس کو توڑنا نہیں ہے آپ، آپ کو۔</w:t>
      </w:r>
    </w:p>
    <w:p>
      <w:r>
        <w:rPr>
          <w:b/>
        </w:rPr>
        <w:t xml:space="preserve">[16:43] </w:t>
      </w:r>
      <w:r>
        <w:t>to ek taraf ye hai ke agar koi aadmi kisi aadmi ko mare to us ne saare insano ko maar dala. Ye Quran mein ayat hai. Ye to aam, aam insano ke liye hai.</w:t>
      </w:r>
    </w:p>
    <w:p>
      <w:pPr>
        <w:jc w:val="right"/>
      </w:pPr>
      <w:r>
        <w:t>تو ایک طرف یہ ہے کہ اگر کوئی آدمی کسی آدمی کو مارے تو اس نے سارے انسانوں کو مار ڈالا۔ یہ قرآن میں آیت ہے۔ یہ تو عام، عام انسانوں کے لیے ہے۔</w:t>
      </w:r>
    </w:p>
    <w:p>
      <w:r>
        <w:rPr>
          <w:b/>
        </w:rPr>
        <w:t xml:space="preserve">[16:54] </w:t>
      </w:r>
      <w:r>
        <w:t>ab musalmano ke liye lijeeye.</w:t>
      </w:r>
    </w:p>
    <w:p>
      <w:pPr>
        <w:jc w:val="right"/>
      </w:pPr>
      <w:r>
        <w:t>اب مسلمانوں کے لیے لیجیے۔</w:t>
      </w:r>
    </w:p>
    <w:p>
      <w:r>
        <w:rPr>
          <w:b/>
        </w:rPr>
        <w:t xml:space="preserve">[17:00] </w:t>
      </w:r>
      <w:r>
        <w:t>Rasool Allah ne apni death se sirf do mahine pehle ek sermon diya tha</w:t>
      </w:r>
    </w:p>
    <w:p>
      <w:pPr>
        <w:jc w:val="right"/>
      </w:pPr>
      <w:r>
        <w:t>رسول اللہ نے اپنی ڈیتھ سے صرف دو مہینے پہلے ایک سرمن دیا تھا</w:t>
      </w:r>
    </w:p>
    <w:p>
      <w:r>
        <w:rPr>
          <w:b/>
        </w:rPr>
        <w:t xml:space="preserve">[17:09] </w:t>
      </w:r>
      <w:r>
        <w:t>Haj ke mauqe par. Haj ke mauqe par. Jisko kehte hain Khutba Hajjat-ul-Wida.</w:t>
      </w:r>
    </w:p>
    <w:p>
      <w:pPr>
        <w:jc w:val="right"/>
      </w:pPr>
      <w:r>
        <w:t>حج کے موقع پر۔ حج کے موقع پر۔ جس کو کہتے ہیں خطبہ حجۃ الوداع۔</w:t>
      </w:r>
    </w:p>
    <w:p>
      <w:r>
        <w:rPr>
          <w:b/>
        </w:rPr>
        <w:t xml:space="preserve">[17:19] </w:t>
      </w:r>
      <w:r>
        <w:t>Khutba Hajjat-ul-Wida. To us mein aap ne farmaya tha ke "la tarjau ba'di kuffara yadrib ba'dukum riqaba ba'din".</w:t>
      </w:r>
    </w:p>
    <w:p>
      <w:pPr>
        <w:jc w:val="right"/>
      </w:pPr>
      <w:r>
        <w:t>خطبہ حجۃ الوداع۔ تو اس میں آپ نے فرمایا تھا کہ "لا ترجعوا بعدی کفار یضرب بعضکم رقاب بعض"۔</w:t>
      </w:r>
    </w:p>
    <w:p>
      <w:r>
        <w:rPr>
          <w:b/>
        </w:rPr>
        <w:t xml:space="preserve">[17:34] </w:t>
      </w:r>
      <w:r>
        <w:t>"la tarjau ba'di kuffara yadrib ba'dukum riqaba ba'din". Yani aap ne musalmano ko address kiya, musalmano ko is zamane ke. Is waqt wahan ek lakh chalis hazar musalman ekatha the.</w:t>
      </w:r>
    </w:p>
    <w:p>
      <w:pPr>
        <w:jc w:val="right"/>
      </w:pPr>
      <w:r>
        <w:t>"لا ترجعوا بعدی کفار یضرب بعضکم رقاب بعض"۔ یعنی آپ نے مسلمانوں کو ایڈریس کیا، مسلمانوں کو اس زمانے کے۔ اس وقت وہاں ایک لاکھ چالیس ہزار مسلمان اکٹھا تھے۔</w:t>
      </w:r>
    </w:p>
    <w:p>
      <w:r>
        <w:rPr>
          <w:b/>
        </w:rPr>
        <w:t xml:space="preserve">[17:51] </w:t>
      </w:r>
      <w:r>
        <w:t>is waqt ki saari Muslim community, wahi to us waqt ki Muslim community thi. To kaha is waqt ki poori ki poori Muslim community wahan maujood thi.</w:t>
      </w:r>
    </w:p>
    <w:p>
      <w:pPr>
        <w:jc w:val="right"/>
      </w:pPr>
      <w:r>
        <w:t>اس وقت کی ساری مسلم کمیونٹی، وہی تو اس وقت کی مسلم کمیونٹی تھی۔ تو کہا اس وقت کی پوری کی پوری مسلم کمیونٹی وہاں موجود تھی۔</w:t>
      </w:r>
    </w:p>
    <w:p>
      <w:r>
        <w:rPr>
          <w:b/>
        </w:rPr>
        <w:t xml:space="preserve">[18:03] </w:t>
      </w:r>
      <w:r>
        <w:t>us ko address karte hue aap ne kaha ye baat ke "mere baad, mere baad tum log kafir na ho jana".</w:t>
      </w:r>
    </w:p>
    <w:p>
      <w:pPr>
        <w:jc w:val="right"/>
      </w:pPr>
      <w:r>
        <w:t>اس کو ایڈریس کرتے ہوئے آپ نے کہا یہ بات کہ "میرے بعد، میرے بعد تم لوگ کافر نہ ہو جانا"۔</w:t>
      </w:r>
    </w:p>
    <w:p>
      <w:r>
        <w:rPr>
          <w:b/>
        </w:rPr>
        <w:t xml:space="preserve">[18:13] </w:t>
      </w:r>
      <w:r>
        <w:t>is ka dekhiye, literal translation nahi hai. Is ka "mere baad tum log kafir na ho jana" ke tum ek doosre ko qatal karne lago.</w:t>
      </w:r>
    </w:p>
    <w:p>
      <w:pPr>
        <w:jc w:val="right"/>
      </w:pPr>
      <w:r>
        <w:t>اس کا دیکھیں، لٹرل ٹرانسیشن نہیں ہے۔ اس کا "میرے بعد تم لوگ کافر نہ ہو جانا" کہ تم ایک دوسرے کو قتل کرنے لگو۔</w:t>
      </w:r>
    </w:p>
    <w:p>
      <w:r>
        <w:rPr>
          <w:b/>
        </w:rPr>
        <w:t xml:space="preserve">[18:25] </w:t>
      </w:r>
      <w:r>
        <w:t>yani ek musalman doosre musalman ko marne lage. Ab ghor kijiye ke Eid ke din namaz ho rahi hai. Jo Eid ki, Eid al-Adha ki namaz hoti hai ya Haj hi ke us mein hoti hai.</w:t>
      </w:r>
    </w:p>
    <w:p>
      <w:pPr>
        <w:jc w:val="right"/>
      </w:pPr>
      <w:r>
        <w:t>یعنی ایک مسلمان دوسرے مسلمان کو مارنے لگے۔ اب غور کیجیے کہ عید کے دن نماز ہو رہی ہے۔ جو عید کی، عید الاضحی کی نماز ہوتی ہے یا حج ہی کے اس میں ہوتی ہے۔</w:t>
      </w:r>
    </w:p>
    <w:p>
      <w:r>
        <w:rPr>
          <w:b/>
        </w:rPr>
        <w:t xml:space="preserve">[18:37] </w:t>
      </w:r>
      <w:r>
        <w:t>wahan Makkah mein log Haj karte hain to partially hum is ko yahan par ada karte hain. Makkah mein poora Haj hota hai. Makkah mein poora Haj hota hai.</w:t>
      </w:r>
    </w:p>
    <w:p>
      <w:pPr>
        <w:jc w:val="right"/>
      </w:pPr>
      <w:r>
        <w:t>وہاں مکہ میں لوگ حج کرتے ہیں تو پارشلی ہم اس کو یہاں پر ادا کرتے ہیں۔ مکہ میں پورا حج ہوتا ہے۔ مکہ میں پورا حج ہوتا ہے۔</w:t>
      </w:r>
    </w:p>
    <w:p>
      <w:r>
        <w:rPr>
          <w:b/>
        </w:rPr>
        <w:t xml:space="preserve">[18:47] </w:t>
      </w:r>
      <w:r>
        <w:t>ye, ye, ye wahi chota Haj samajh lijeeye is ko ke jo kuch Makkah mein 25 lakh hajiyon ne kiya, usi ko jagah jagah Eid al-Adha ke din masjid mein log karte hain partial sense mein.</w:t>
      </w:r>
    </w:p>
    <w:p>
      <w:pPr>
        <w:jc w:val="right"/>
      </w:pPr>
      <w:r>
        <w:t>یہ، یہ، یہ وہی چھوٹا حج سمجھ لیجیے اس کو کہ جو کچھ مکہ میں 25 لاکھ حاجیوں نے کیا، اسی کو جگہ جگہ عید اضحی کے دن مسجد میں لوگ کرتے ہیں پارشل سینس میں۔</w:t>
      </w:r>
    </w:p>
    <w:p>
      <w:r>
        <w:rPr>
          <w:b/>
        </w:rPr>
        <w:t xml:space="preserve">[19:01] </w:t>
      </w:r>
      <w:r>
        <w:t>ab ghor kijiye ke jis Haj ke mauqe par Rasool Allah ne ye baat kahi thi ke "tum log mere baad kafir na ho jana" ke ek doosre ko qatal karne lago.</w:t>
      </w:r>
    </w:p>
    <w:p>
      <w:pPr>
        <w:jc w:val="right"/>
      </w:pPr>
      <w:r>
        <w:t>اب غور کیجیے کہ جس حج کے موقع پر رسول اللہ نے یہ بات کہی تھی کہ "تم لوگ میرے بعد کافر نہ ہو جانا" کہ ایک دوسرے کو قتل کرنے لگو۔</w:t>
      </w:r>
    </w:p>
    <w:p>
      <w:r>
        <w:rPr>
          <w:b/>
        </w:rPr>
        <w:t xml:space="preserve">[19:13] </w:t>
      </w:r>
      <w:r>
        <w:t>ab wahi kar rahe hain musalman isi din, theek isi din jis din ke Prophet ne kaha tha. Zara ghor kijiye ke ye to, ye to kafir hone ka ho jana hai, munkir ho jana hai, Islam se phir jana hai, Islam se nikal jana hai,</w:t>
      </w:r>
    </w:p>
    <w:p>
      <w:pPr>
        <w:jc w:val="right"/>
      </w:pPr>
      <w:r>
        <w:t>اب وہی کر رہے ہیں مسلمان اسی دن، ٹھیک اسی دن جس دن کے پرافٹ نے کہا تھا۔ ذرا غور کیجیے کہ یہ تو، یہ تو کافر ہونے کا ہو جانا ہے، منکر ہو جانا ہے، اسلام سے پھر جانا ہے، اسلام سے نکل جانا ہے،</w:t>
      </w:r>
    </w:p>
    <w:p>
      <w:r>
        <w:rPr>
          <w:b/>
        </w:rPr>
        <w:t xml:space="preserve">[19:29] </w:t>
      </w:r>
      <w:r>
        <w:t>apne ko jahannami banana hai.</w:t>
      </w:r>
    </w:p>
    <w:p>
      <w:pPr>
        <w:jc w:val="right"/>
      </w:pPr>
      <w:r>
        <w:t>اپنے کو جہنمی بنانا ہے۔</w:t>
      </w:r>
    </w:p>
    <w:p>
      <w:r>
        <w:rPr>
          <w:b/>
        </w:rPr>
        <w:t xml:space="preserve">[19:34] </w:t>
      </w:r>
      <w:r>
        <w:t>aur suicide baad mein bhi to double haram hai. Ek hai kisi ko marna aur apne ko maar kar marna. Ye to double haram ho gaya.</w:t>
      </w:r>
    </w:p>
    <w:p>
      <w:pPr>
        <w:jc w:val="right"/>
      </w:pPr>
      <w:r>
        <w:t>اور سوسائیڈ بعد میں بھی تو ڈبل حرام ہے۔ ایک ہے کسی کو مارنا اور اپنے کو مار کر مارنا۔ یہ تو ڈبل حرام ہو گیا۔</w:t>
      </w:r>
    </w:p>
    <w:p>
      <w:r>
        <w:rPr>
          <w:b/>
        </w:rPr>
        <w:t xml:space="preserve">[19:45] </w:t>
      </w:r>
      <w:r>
        <w:t>kyun ke suicide Islam mein haram hai. Saaf saaf bataya gaya hai ke jo aadmi suicide kar ke mare to hell mein jayega wo.</w:t>
      </w:r>
    </w:p>
    <w:p>
      <w:pPr>
        <w:jc w:val="right"/>
      </w:pPr>
      <w:r>
        <w:t>کیونکہ سوسائیڈ اسلام میں حرام ہے۔ صاف صاف بتایا گیا ہے کہ جو آدمی سوسائیڈ کر کے مرے تو ہیل میں جائے گا وہ۔</w:t>
      </w:r>
    </w:p>
    <w:p>
      <w:r>
        <w:rPr>
          <w:b/>
        </w:rPr>
        <w:t xml:space="preserve">[19:58] </w:t>
      </w:r>
      <w:r>
        <w:t>aap sochiye ke kitni buri kaam hai.</w:t>
      </w:r>
    </w:p>
    <w:p>
      <w:pPr>
        <w:jc w:val="right"/>
      </w:pPr>
      <w:r>
        <w:t>آپ سوچیے کہ کتنی بری کام ہے۔</w:t>
      </w:r>
    </w:p>
    <w:p>
      <w:r>
        <w:rPr>
          <w:b/>
        </w:rPr>
        <w:t xml:space="preserve">[20:06] </w:t>
      </w:r>
      <w:r>
        <w:t>wo aur ye suicide bombing kar rahe hain log. To doosre innocent logon ko marna, zahir hai ke masjid mein jo log namaz padh rahe hain wo innocent hain.</w:t>
      </w:r>
    </w:p>
    <w:p>
      <w:pPr>
        <w:jc w:val="right"/>
      </w:pPr>
      <w:r>
        <w:t>وہ اور یہ سوسائیڈ بمبنگ کر رہے ہیں لوگ۔ تو دوسرے انوسنٹ لوگوں کو مارنا، ظاہر ہے کہ مسجد میں جو لوگ نماز پڑھ رہے ہیں وہ انوسنٹ ہیں۔</w:t>
      </w:r>
    </w:p>
    <w:p>
      <w:r>
        <w:rPr>
          <w:b/>
        </w:rPr>
        <w:t xml:space="preserve">[20:16] </w:t>
      </w:r>
      <w:r>
        <w:t>Islam mein to innocent logon ko ek genuine war bhi nahi maar sakte aap. Dekhiye agar koi country attack kare aur government jo hai us ke khilaf defensive war lade to ek genuine war hui wo.</w:t>
      </w:r>
    </w:p>
    <w:p>
      <w:pPr>
        <w:jc w:val="right"/>
      </w:pPr>
      <w:r>
        <w:t>اسلام میں تو انوسنٹ لوگوں کو ایک جینون وار بھی نہیں مار سکتے آپ۔ دیکھیے اگر کوئی کنٹری اٹیک کرے اور گورنمنٹ جو ہے اس کے خلاف ڈیفنسو وار لڑے تو ایک جینون وار ہوئی وہ۔</w:t>
      </w:r>
    </w:p>
    <w:p>
      <w:r>
        <w:rPr>
          <w:b/>
        </w:rPr>
        <w:t xml:space="preserve">[20:34] </w:t>
      </w:r>
      <w:r>
        <w:t>genuine war. Lekin wahan bhi hai ke aap ko "you have to differentiate between combatant and non-combatant". Tab bhi yani ek genuine war ho rahi hai.</w:t>
      </w:r>
    </w:p>
    <w:p>
      <w:pPr>
        <w:jc w:val="right"/>
      </w:pPr>
      <w:r>
        <w:t>جینون وار۔ لیکن وہاں بھی ہے کہ آپ کو "یو ہیو ٹو ڈیفرنشیٹ بٹوین کمبیٹنٹ اینڈ نان کمبیٹنٹ"۔ تب بھی یعنی ایک جینون وار ہو رہی ہے۔</w:t>
      </w:r>
    </w:p>
    <w:p>
      <w:r>
        <w:rPr>
          <w:b/>
        </w:rPr>
        <w:t xml:space="preserve">[20:45] </w:t>
      </w:r>
      <w:r>
        <w:t>tab bhi aap aisa nahi kar sakte ke non combatant ko marne lagen. nahi kar sakte aap.</w:t>
      </w:r>
    </w:p>
    <w:p>
      <w:pPr>
        <w:jc w:val="right"/>
      </w:pPr>
      <w:r>
        <w:t>تب بھی آپ ایسا نہیں کر سکتے کہ نان کمبیٹنٹ کو مارنے لگیں۔ نہیں کر سکتے آپ۔</w:t>
      </w:r>
    </w:p>
    <w:p>
      <w:r>
        <w:rPr>
          <w:b/>
        </w:rPr>
        <w:t xml:space="preserve">[20:55] </w:t>
      </w:r>
      <w:r>
        <w:t>aap sirf combatant ko mar sakte hain. is ko arabi mein kehte hain muqatil aur ghair muqatil. yeh muqatil ko mar sakte hain, ghair muqatil ko nahi mar sakte.</w:t>
      </w:r>
    </w:p>
    <w:p>
      <w:pPr>
        <w:jc w:val="right"/>
      </w:pPr>
      <w:r>
        <w:t>آپ صرف کمبیٹنٹ کو مار سکتے ہیں۔ اس کو عربی میں کہتے ہیں مقاتل اور غیر مقاتل۔ یہ مقاتل کو مار سکتے ہیں، غیر مقاتل کو نہیں مار سکتے۔</w:t>
      </w:r>
    </w:p>
    <w:p>
      <w:r>
        <w:rPr>
          <w:b/>
        </w:rPr>
        <w:t xml:space="preserve">[21:07] </w:t>
      </w:r>
      <w:r>
        <w:t>combatant ko mar sakte hain, non combatant ko nahi mar sakte.</w:t>
      </w:r>
    </w:p>
    <w:p>
      <w:pPr>
        <w:jc w:val="right"/>
      </w:pPr>
      <w:r>
        <w:t>کمبیٹنٹ کو مار سکتے ہیں، نان کمبیٹنٹ کو نہیں مار سکتے۔</w:t>
      </w:r>
    </w:p>
    <w:p>
      <w:r>
        <w:rPr>
          <w:b/>
        </w:rPr>
        <w:t xml:space="preserve">[21:13] </w:t>
      </w:r>
      <w:r>
        <w:t>yeh haal hai islam ki taleem ka. aur yahan par kya hai? zahir hai ke jo masjid mein namaz parh raha hai woh non combatant hai. jang toh ho nahi rahi wahan, phir bhi woh masoom hai, innocent hai.</w:t>
      </w:r>
    </w:p>
    <w:p>
      <w:pPr>
        <w:jc w:val="right"/>
      </w:pPr>
      <w:r>
        <w:t>یہ حال ہے اسلام کی تعلیم کا۔ اور یہاں پر کیا ہے؟ ظاہر ہے کہ جو مسجد میں نماز پڑھ رہا ہے وہ نان کمبیٹنٹ ہے۔ جنگ تو ہو نہیں رہی وہاں، پھر بھی وہ معصوم ہے، انوسنٹ ہے۔</w:t>
      </w:r>
    </w:p>
    <w:p>
      <w:r>
        <w:rPr>
          <w:b/>
        </w:rPr>
        <w:t xml:space="preserve">[21:26] </w:t>
      </w:r>
      <w:r>
        <w:t>aur suicide bombing kar ke marna toh ek toh marna innocent logon ko yeh khud haram hai. aur suicide bombing karna yeh bhi haram hai.</w:t>
      </w:r>
    </w:p>
    <w:p>
      <w:pPr>
        <w:jc w:val="right"/>
      </w:pPr>
      <w:r>
        <w:t>اور سوسائیڈ بمبنگ کر کے مارنا تو ایک تو مارنا انوسنٹ لوگوں کو یہ خود حرام ہے۔ اور سوسائیڈ بمبنگ کرنا یہ بھی حرام ہے۔</w:t>
      </w:r>
    </w:p>
    <w:p>
      <w:r>
        <w:rPr>
          <w:b/>
        </w:rPr>
        <w:t xml:space="preserve">[21:35] </w:t>
      </w:r>
      <w:r>
        <w:t>toh yeh toh double crime hua, double crime. dekhen sari dunya ke log jo hain goge bane hue hain. koi openly condemn nahi karta.</w:t>
      </w:r>
    </w:p>
    <w:p>
      <w:pPr>
        <w:jc w:val="right"/>
      </w:pPr>
      <w:r>
        <w:t>تو یہ تو ڈبل کرائم ہوا، ڈبل کرائم۔ دیکھیں ساری دنیا کے لوگ جو ہیں گوگے بنے ہوئے ہیں۔ کوئی اوپنلی کنڈم نہیں کرتا۔</w:t>
      </w:r>
    </w:p>
    <w:p>
      <w:r>
        <w:rPr>
          <w:b/>
        </w:rPr>
        <w:t xml:space="preserve">[21:46] </w:t>
      </w:r>
      <w:r>
        <w:t>kitna bara jurm ho raha hai, kitna bara crime ho raha hai yeh.</w:t>
      </w:r>
    </w:p>
    <w:p>
      <w:pPr>
        <w:jc w:val="right"/>
      </w:pPr>
      <w:r>
        <w:t>کتنا بڑا جرم ہو رہا ہے، کتنا بڑا کرائم ہو رہا ہے یہ۔</w:t>
      </w:r>
    </w:p>
    <w:p>
      <w:r>
        <w:rPr>
          <w:b/>
        </w:rPr>
        <w:t xml:space="preserve">[21:55] </w:t>
      </w:r>
      <w:r>
        <w:t>is mein dekhiye ek aur baat sochne ki hai ke pakistan mein aisa kyun ho raha hai?</w:t>
      </w:r>
    </w:p>
    <w:p>
      <w:pPr>
        <w:jc w:val="right"/>
      </w:pPr>
      <w:r>
        <w:t>اس میں دیکھیے ایک اور بات سوچنے کی ہے کہ پاکستان میں ایسا کیوں ہو رہا ہے؟</w:t>
      </w:r>
    </w:p>
    <w:p>
      <w:r>
        <w:rPr>
          <w:b/>
        </w:rPr>
        <w:t xml:space="preserve">[22:03] </w:t>
      </w:r>
      <w:r>
        <w:t>kaha jata hai ke pakistan bana islam ke naam par. top ke muslim mind yeh socha, is zamane mein top ke muslim mind ne yeh socha.</w:t>
      </w:r>
    </w:p>
    <w:p>
      <w:pPr>
        <w:jc w:val="right"/>
      </w:pPr>
      <w:r>
        <w:t>کہا جاتا ہے کہ پاکستان بنا اسلام کے نام پر۔ ٹاپ کے مسلم مائنڈ یہ سوچا، اس زمانے میں ٹاپ کے مسلم مائنڈ نے یہ سوچا۔</w:t>
      </w:r>
    </w:p>
    <w:p>
      <w:r>
        <w:rPr>
          <w:b/>
        </w:rPr>
        <w:t xml:space="preserve">[22:13] </w:t>
      </w:r>
      <w:r>
        <w:t>us waqt ke top ke muslim mind</w:t>
      </w:r>
    </w:p>
    <w:p>
      <w:pPr>
        <w:jc w:val="right"/>
      </w:pPr>
      <w:r>
        <w:t>اس وقت کے ٹاپ کے مسلم مائنڈ</w:t>
      </w:r>
    </w:p>
    <w:p>
      <w:r>
        <w:rPr>
          <w:b/>
        </w:rPr>
        <w:t xml:space="preserve">[22:19] </w:t>
      </w:r>
      <w:r>
        <w:t>woh kya? ek alag muslim land banaya jaye, wahan islami zindagi banai jaye, wahan islami ki state banai jaye. ek alag muslim line, ek alag islamic line.</w:t>
      </w:r>
    </w:p>
    <w:p>
      <w:pPr>
        <w:jc w:val="right"/>
      </w:pPr>
      <w:r>
        <w:t>وہ کیا؟ ایک الگ مسلم لینڈ بنایا جائے، وہاں اسلامی زندگی بنائی جائے، وہاں اسلامی کی سٹیٹ بنائی جائے۔ ایک علیحدہ مسلم لائن، ایک علیحدہ اسلامک لائن۔</w:t>
      </w:r>
    </w:p>
    <w:p>
      <w:r>
        <w:rPr>
          <w:b/>
        </w:rPr>
        <w:t xml:space="preserve">[22:34] </w:t>
      </w:r>
      <w:r>
        <w:t>yeh alag alag se ek land banana yeh apne aap mein unnatural hai, unislamic hai.</w:t>
      </w:r>
    </w:p>
    <w:p>
      <w:pPr>
        <w:jc w:val="right"/>
      </w:pPr>
      <w:r>
        <w:t>یہ الگ الگ سے ایک لینڈ بنانا یہ اپنے آپ میں ان نیچرل ہے، ان اسلامک ہے۔</w:t>
      </w:r>
    </w:p>
    <w:p>
      <w:r>
        <w:rPr>
          <w:b/>
        </w:rPr>
        <w:t xml:space="preserve">[22:45] </w:t>
      </w:r>
      <w:r>
        <w:t>dekhiye yeh, yeh jo, yeh jo, jo partition kiya gaya yeh apne aap hi mein unislamic tha yeh. kyunke islam mein partition hai hi nahi. yeh toh ek ghetto banan hai.</w:t>
      </w:r>
    </w:p>
    <w:p>
      <w:pPr>
        <w:jc w:val="right"/>
      </w:pPr>
      <w:r>
        <w:t>دیکھیے یہ، یہ جو، یہ جو، جو پارٹیشن کیا گیا یہ اپنے آپ ہی میں ان اسلامک تھا یہ۔ کیونکہ اسلام میں پارٹیشن ہے ہی نہیں۔ یہ تو ایک گھیٹو بنانا ہے۔</w:t>
      </w:r>
    </w:p>
    <w:p>
      <w:r>
        <w:rPr>
          <w:b/>
        </w:rPr>
        <w:t xml:space="preserve">[22:58] </w:t>
      </w:r>
      <w:r>
        <w:t>yeh first world war se pehle yahudi jo gaye, jo, jo unka diaspora jo unka hua, diaspora toh diaspora ke zamane mein woh gaye toh different countries mein alag alag unhone ek pocket banaye, wahan rehne lage woh.</w:t>
      </w:r>
    </w:p>
    <w:p>
      <w:pPr>
        <w:jc w:val="right"/>
      </w:pPr>
      <w:r>
        <w:t>یہ فرسٹ ورلڈ وار سے پہلے یہودی جو گئے، جو، جو ان کا ڈائسپورا جو ان کا ہوا، ڈائسپورا تو ڈائسپورا کے زمانے میں وہ گئے تو ڈفرنٹ کنٹریز میں الگ الگ انہوں نے ایک پاکٹ بنائے، وہاں رہنے لگے وہ۔</w:t>
      </w:r>
    </w:p>
    <w:p>
      <w:r>
        <w:rPr>
          <w:b/>
        </w:rPr>
        <w:t xml:space="preserve">[23:16] </w:t>
      </w:r>
      <w:r>
        <w:t>is ko kaha jata tha ghetto. ghetto. ghetto ghaleban ek french word hai.</w:t>
      </w:r>
    </w:p>
    <w:p>
      <w:pPr>
        <w:jc w:val="right"/>
      </w:pPr>
      <w:r>
        <w:t>اس کو کہا جاتا تھا گھیٹو۔ گھیٹو۔ گھیٹو غالباً ایک فرنچ ورڈ ہے۔</w:t>
      </w:r>
    </w:p>
    <w:p>
      <w:r>
        <w:rPr>
          <w:b/>
        </w:rPr>
        <w:t xml:space="preserve">[23:26] </w:t>
      </w:r>
      <w:r>
        <w:t>toh bohat hi ghetto jo hai ek derogatory word ban gaya. kyunke wahan woh log jo rehte the woh bohat hi unclean, wahan sarkein nahi, wahan koi facilities nahi, bohat hi mamooli halat mein jaise jhuggu jhopri hoti hai is tarah samajh lijiye.</w:t>
      </w:r>
    </w:p>
    <w:p>
      <w:pPr>
        <w:jc w:val="right"/>
      </w:pPr>
      <w:r>
        <w:t>تو بہت ہی گھیٹو جو ہے ایک ڈیروگیٹری ورڈ بن گیا۔ کیونکہ وہاں وہ لوگ جو رہتے تھے وہ بہت ہی ان کلین، وہاں سڑکیں نہیں، وہاں کوئی فیسلیٹیز نہیں، بہت ہی معمولی حالت میں جیسے جھگگو جھوپڑی ہوتی ہے اس طرح سمجھ لیجیے۔</w:t>
      </w:r>
    </w:p>
    <w:p>
      <w:r>
        <w:rPr>
          <w:b/>
        </w:rPr>
        <w:t xml:space="preserve">[23:43] </w:t>
      </w:r>
      <w:r>
        <w:t>toh yahudiyon ne ghetto, yahudiyon ne alag banaya apne settlement, apna alag pocket, different, different cities mein, city se bahar.</w:t>
      </w:r>
    </w:p>
    <w:p>
      <w:pPr>
        <w:jc w:val="right"/>
      </w:pPr>
      <w:r>
        <w:t>تو یہودیوں نے گھیٹو، یہودیوں نے الگ بنایا اپنے سیٹلمنٹ، اپنا الگ پاکٹ، ڈفرنٹ، ڈفرنٹ سٹیز میں، سٹی سے باہر۔</w:t>
      </w:r>
    </w:p>
    <w:p>
      <w:r>
        <w:rPr>
          <w:b/>
        </w:rPr>
        <w:t xml:space="preserve">[23:58] </w:t>
      </w:r>
      <w:r>
        <w:t>toh is ko ghetto kaha jata tha. ab yahudi toh is se bahar aa gaye. unhone koi scientific education liya, unhone un ke andar bohat education barhi toh woh samajh gaye ke ghetto banana galat kaam hai.</w:t>
      </w:r>
    </w:p>
    <w:p>
      <w:pPr>
        <w:jc w:val="right"/>
      </w:pPr>
      <w:r>
        <w:t>تو اس کو گھیٹو کہا جاتا تھا۔ اب یہودی تو اس سے باہر آ گئے۔ انہوں نے کوئی سائنٹیفک ایجوکیشن لیا، انہوں نے ان کے اندر بہت ایجوکیشن بڑھی تو وہ سمجھ گئے کہ گھیٹو بنانا غلط کام ہے۔</w:t>
      </w:r>
    </w:p>
    <w:p>
      <w:r>
        <w:rPr>
          <w:b/>
        </w:rPr>
        <w:t xml:space="preserve">[24:12] </w:t>
      </w:r>
      <w:r>
        <w:t>is se bahar aa gaye woh. lekin musalmanon ne ghetto bana, bana rakha hai. dekhiye mein janta hoon ke 47 mein, 47 se pehle toh yeh movement chal rahi thi ke india mein partition karwaya jaye, alag ek country banaya jaye.</w:t>
      </w:r>
    </w:p>
    <w:p>
      <w:pPr>
        <w:jc w:val="right"/>
      </w:pPr>
      <w:r>
        <w:t>اس سے باہر آ گئے وہ۔ لیکن مسلمانوں نے گھیٹو بنا، بنا رکھا ہے۔ دیکھیے میں جانتا ہوں کہ 47 میں، 47 سے پہلے تو یہ موومنٹ چل رہی تھی کہ انڈیا میں پارٹیشن کروایا جائے، الگ ایک کنٹری بنایا جائے۔</w:t>
      </w:r>
    </w:p>
    <w:p>
      <w:r>
        <w:rPr>
          <w:b/>
        </w:rPr>
        <w:t xml:space="preserve">[24:30] </w:t>
      </w:r>
      <w:r>
        <w:t>toh pakistan bana. ab sawal tha ke pakistan banne ke baad bhi isi india mein musalman reh gaye, ab kya kiya jaye? yahan bhi ek bohat bhari ghalti ki gayi.</w:t>
      </w:r>
    </w:p>
    <w:p>
      <w:pPr>
        <w:jc w:val="right"/>
      </w:pPr>
      <w:r>
        <w:t>تو پاکستان بنا۔ اب سوال تھا کہ پاکستان بننے کے بعد بھی اسی انڈیا میں مسلمان رہ گئے، اب کیا کیا جائے؟ یہاں بھی ایک بہت بھاری غلطی کی گئی۔</w:t>
      </w:r>
    </w:p>
    <w:p>
      <w:r>
        <w:rPr>
          <w:b/>
        </w:rPr>
        <w:t xml:space="preserve">[24:42] </w:t>
      </w:r>
      <w:r>
        <w:t>kuch top ke brain ne musalmanon mein movement chalai, mein is ka khud is ka witness hoon ke india mein bhi pocket banao apna alag alag.</w:t>
      </w:r>
    </w:p>
    <w:p>
      <w:pPr>
        <w:jc w:val="right"/>
      </w:pPr>
      <w:r>
        <w:t>کچھ ٹاپ کے برین نے مسلمانوں میں موومنٹ چلائی، میں اس کا خود اس کا وٹنس ہوں کہ انڈیا میں بھی پاکٹ بناؤ اپنا الگ الگ۔</w:t>
      </w:r>
    </w:p>
    <w:p>
      <w:r>
        <w:rPr>
          <w:b/>
        </w:rPr>
        <w:t xml:space="preserve">[24:54] </w:t>
      </w:r>
      <w:r>
        <w:t>isi liye shehron mein aap dekhte hain jagah jagah, delhi mein bhi aap dekhte hain aisa. delhi mein, allahabad mein, kanpur mein jagah jagah yeh movement chalai gayi thi ke shehron mein musalman concentration karen,</w:t>
      </w:r>
    </w:p>
    <w:p>
      <w:pPr>
        <w:jc w:val="right"/>
      </w:pPr>
      <w:r>
        <w:t>اسی لیے شہروں میں آپ دیکھتے ہیں جگہ جگہ، دلی میں بھی آپ دیکھتے ہیں ایسا۔ دلی میں، الہ آباد میں، کانپور میں جگہ جگہ یہ موومنٹ چلائی گئی تھی کہ شہروں میں مسلمان کنسنٹریشن کریں،</w:t>
      </w:r>
    </w:p>
    <w:p>
      <w:r>
        <w:rPr>
          <w:b/>
        </w:rPr>
        <w:t xml:space="preserve">[25:07] </w:t>
      </w:r>
      <w:r>
        <w:t>alag alag pocket bana kar apna mohalla banayein. aap yeh dekhiye aaj toh sab ghetto bane hue hain. delhi mein jahan musalmanon ka concentration hai woh kya hai?</w:t>
      </w:r>
    </w:p>
    <w:p>
      <w:pPr>
        <w:jc w:val="right"/>
      </w:pPr>
      <w:r>
        <w:t>الگ الگ پاکٹ بنا کر اپنا محلہ بنائیں۔ آپ یہ دیکھیے آج تو سب گھیٹو بنے ہوئے ہیں۔ دلی میں جہاں مسلمانوں کا کنسنٹریشن ہے وہ کیا ہے؟</w:t>
      </w:r>
    </w:p>
    <w:p>
      <w:r>
        <w:rPr>
          <w:b/>
        </w:rPr>
        <w:t xml:space="preserve">[25:17] </w:t>
      </w:r>
      <w:r>
        <w:t>woh ghetto hai. kanpur mein jo hai woh ghetto hai. allahabad mein jo hai woh ghetto hai. jagah jagah yeh baat hai. aksar shehron mein.</w:t>
      </w:r>
    </w:p>
    <w:p>
      <w:pPr>
        <w:jc w:val="right"/>
      </w:pPr>
      <w:r>
        <w:t>وہ گھیٹو ہے۔ کانپور میں جو ہے وہ گھیٹو ہے۔ الہ آباد میں جو ہے وہ گھیٹو ہے۔ جگہ جگہ یہ بات ہے۔ اکثر شہروں میں۔</w:t>
      </w:r>
    </w:p>
    <w:p>
      <w:r>
        <w:rPr>
          <w:b/>
        </w:rPr>
        <w:t xml:space="preserve">[25:28] </w:t>
      </w:r>
      <w:r>
        <w:t>yeh kya hai? unnatural hai yeh. yeh aap ghetto bana kar kabhi taraqqi nahi kar sakte. is baat ko jaan liya yahudiyon ne aur ghetto chhod diya unhone.</w:t>
      </w:r>
    </w:p>
    <w:p>
      <w:pPr>
        <w:jc w:val="right"/>
      </w:pPr>
      <w:r>
        <w:t>یہ کیا ہے؟ ان نیچرل ہے یہ۔ یہ آپ گھیٹو بنا کر کبھی ترقی نہیں کر سکتے۔ اس بات کو جان لیا یہودیوں نے اور گھیٹو چھوڑ دیا انہوں نے۔</w:t>
      </w:r>
    </w:p>
    <w:p>
      <w:r>
        <w:rPr>
          <w:b/>
        </w:rPr>
        <w:t xml:space="preserve">[25:39] </w:t>
      </w:r>
      <w:r>
        <w:t>aa gaye main stream mein. aap ko insaan ki main stream mein jeena pare ga. chahe woh competition ho, chahe woh challenge ho.</w:t>
      </w:r>
    </w:p>
    <w:p>
      <w:pPr>
        <w:jc w:val="right"/>
      </w:pPr>
      <w:r>
        <w:t>آ گئے مین اسٹریم میں۔ آپ کو انسان کی مین اسٹریم میں جینا پڑے گا۔ چاہے وہ کمپیٹیشن ہو، چاہے وہ چیلنج ہو۔</w:t>
      </w:r>
    </w:p>
    <w:p>
      <w:r>
        <w:rPr>
          <w:b/>
        </w:rPr>
        <w:t xml:space="preserve">[25:51] </w:t>
      </w:r>
      <w:r>
        <w:t>main stream se bahir agar gaye aap taraqqi ruk jaye gi aap ki. yeh harijan log thay. harijan logon ko compulsory, yani, yani compulsorily unhein alag ghetto banaya gaya un ka.</w:t>
      </w:r>
    </w:p>
    <w:p>
      <w:pPr>
        <w:jc w:val="right"/>
      </w:pPr>
      <w:r>
        <w:t>مین اسٹریم سے باہر اگر گئے آپ ترقی رک جائے گی آپ کی۔ یہ ہریجن لوگ تھے۔ ہریجن لوگوں کو کمپلسری، یعنی، یعنی کمپلسولی انہیں الگ گھیٹو بنایا گیا ان کا۔</w:t>
      </w:r>
    </w:p>
    <w:p>
      <w:r>
        <w:rPr>
          <w:b/>
        </w:rPr>
        <w:t xml:space="preserve">[26:04] </w:t>
      </w:r>
      <w:r>
        <w:t>agar aap jante hon to har jagah harijanon ke alag alag ghetto thay. to woh taraqqi bhi un ki nahi hui. dekhiye aap ko zindagi ki jo main stream hai us mein aana pare ga.</w:t>
      </w:r>
    </w:p>
    <w:p>
      <w:pPr>
        <w:jc w:val="right"/>
      </w:pPr>
      <w:r>
        <w:t>اگر آپ جانتے ہوں تو ہر جگہ ہریجنوں کے الگ الگ گھیٹو تھے۔ تو وہ ترقی بھی ان کی نہیں ہوئی۔ دیکھیے آپ کو زندگی کی جو مین اسٹریم ہے اس میں آنا پڑے گا۔</w:t>
      </w:r>
    </w:p>
    <w:p>
      <w:r>
        <w:rPr>
          <w:b/>
        </w:rPr>
        <w:t xml:space="preserve">[26:18] </w:t>
      </w:r>
      <w:r>
        <w:t>wahan challenge hai to hone dijiye challenge. competition hai to hone dijiye competition. aap girte hain to girne dijiye. compete aur perish. zindagi ka law jo hai woh compete aur perish.</w:t>
      </w:r>
    </w:p>
    <w:p>
      <w:pPr>
        <w:jc w:val="right"/>
      </w:pPr>
      <w:r>
        <w:t>وہاں چیلنج ہے تو ہونے دیجیے چیلنج۔ کمپیٹیشن ہے تو ہونے دیجیے کمپیٹیشن۔ آپ گرتے ہیں تو گرنے دیجیے۔ کمپیٹ اور پیرش۔ زندگی کا لا جو ہے وہ کمپیٹ اور پیرش۔</w:t>
      </w:r>
    </w:p>
    <w:p>
      <w:r>
        <w:rPr>
          <w:b/>
        </w:rPr>
        <w:t xml:space="preserve">[26:31] </w:t>
      </w:r>
      <w:r>
        <w:t>yeh samajh lijiye achhe tareeqe se. ya to aap muqabla kar ke jiyo ya mar jao. compete aur perish. to ghetto banaya jo gaya woh competition se apne ko bachane ke liye, challenge se apne ko bachane ke liye.</w:t>
      </w:r>
    </w:p>
    <w:p>
      <w:pPr>
        <w:jc w:val="right"/>
      </w:pPr>
      <w:r>
        <w:t>یہ سمجھ لیجیے اچھے طریقے سے۔ یا تو آپ مقابلہ کر کے جیو یا مر جاؤ۔ کمپیٹ اور پیرش۔ تو گھیٹو بنایا جو گیا وہ کمپیٹیشن سے اپنے کو بچانے کے لیے، چیلنج سے اپنے کو بچانے کے لیے۔</w:t>
      </w:r>
    </w:p>
    <w:p>
      <w:r>
        <w:rPr>
          <w:b/>
        </w:rPr>
        <w:t xml:space="preserve">[26:45] </w:t>
      </w:r>
      <w:r>
        <w:t>lekin woh to death hai. aise tamam muslim pocket jo hain woh qabristan thay musalmanon ke liye. musalmanon ki jo taraqqi ruk gayi us indian subcontinent mein.</w:t>
      </w:r>
    </w:p>
    <w:p>
      <w:pPr>
        <w:jc w:val="right"/>
      </w:pPr>
      <w:r>
        <w:t>لیکن وہ تو ڈیتھ ہے۔ ایسے تمام مسلم پاکٹ جو ہیں وہ قبرستان تھے مسلمانوں کے لیے۔ مسلمانوں کی جو ترقی رک گئی اس انڈین سب پینڈنٹ میں۔</w:t>
      </w:r>
    </w:p>
    <w:p>
      <w:r>
        <w:rPr>
          <w:b/>
        </w:rPr>
        <w:t xml:space="preserve">[26:57] </w:t>
      </w:r>
      <w:r>
        <w:t>is ki wajah yeh hai ke sab se pehle to sab se bara banaya gaya alag line pakistan ki shakal mein. is ke baad jagah ghetto banaye gaye. yeh nahi sikhaya gaya ke zindagi ke main stream mein tum ko aana pare ga.</w:t>
      </w:r>
    </w:p>
    <w:p>
      <w:pPr>
        <w:jc w:val="right"/>
      </w:pPr>
      <w:r>
        <w:t>اس کی وجہ یہ ہے کہ سب سے پہلے تو سب سے بڑا بنایا گیا الگ لائن پاکستان کی شکل میں۔ اس کے بعد جگہ گھیٹو بنائے گئے۔ یہ نہیں سکھایا گیا کہ زندگی کے مین اسٹریم میں تم کو آنا پڑے گا۔</w:t>
      </w:r>
    </w:p>
    <w:p>
      <w:r>
        <w:rPr>
          <w:b/>
        </w:rPr>
        <w:t xml:space="preserve">[27:10] </w:t>
      </w:r>
      <w:r>
        <w:t>risk hai to hone do risk. challenge hai to hone do challenge. aao is mein.</w:t>
      </w:r>
    </w:p>
    <w:p>
      <w:pPr>
        <w:jc w:val="right"/>
      </w:pPr>
      <w:r>
        <w:t>رسک ہے تو ہونے دو رسک۔ چیلنج ہے تو ہونے دو چیلنج۔ آؤ اس میں۔</w:t>
      </w:r>
    </w:p>
    <w:p>
      <w:r>
        <w:rPr>
          <w:b/>
        </w:rPr>
        <w:t xml:space="preserve">[27:20] </w:t>
      </w:r>
      <w:r>
        <w:t>yeh hai raaz zindagi ka ke compete aur perish. lekin yeh mein, mein samajhta hoon ke sau do sau saal se yeh baat musalmanon ko nahi batai gayi.</w:t>
      </w:r>
    </w:p>
    <w:p>
      <w:pPr>
        <w:jc w:val="right"/>
      </w:pPr>
      <w:r>
        <w:t>یہ ہے راز زندگی کا کہ کمپیٹ اور پیرش۔ لیکن یہ میں، میں سمجھتا ہوں کہ سو دو سو سال سے یہ بات مسلمانوں کو نہیں بتائی گئی۔</w:t>
      </w:r>
    </w:p>
    <w:p>
      <w:r>
        <w:rPr>
          <w:b/>
        </w:rPr>
        <w:t xml:space="preserve">[27:29] </w:t>
      </w:r>
      <w:r>
        <w:t>na aaj batai ja rahi hai. abhi bhi woh isi ghetto mein rehte hain.</w:t>
      </w:r>
    </w:p>
    <w:p>
      <w:pPr>
        <w:jc w:val="right"/>
      </w:pPr>
      <w:r>
        <w:t>نہ آج بتائی جا رہی ہے۔ ابھی بھی وہ اسی گھیٹو میں رہتے ہیں۔</w:t>
      </w:r>
    </w:p>
    <w:p>
      <w:r>
        <w:rPr>
          <w:b/>
        </w:rPr>
        <w:t xml:space="preserve">[27:37] </w:t>
      </w:r>
      <w:r>
        <w:t>yeh ek baat mein yahan arz karunga ke Allah taala ne sare jo, jo zindagi ke, yani jo</w:t>
      </w:r>
    </w:p>
    <w:p>
      <w:pPr>
        <w:jc w:val="right"/>
      </w:pPr>
      <w:r>
        <w:t>یہ ایک بات میں یہاں عرض کروں گا کہ اللہ تعالیٰ نے سارے جو، جو زندگی کے، یعنی جو</w:t>
      </w:r>
    </w:p>
    <w:p>
      <w:r>
        <w:rPr>
          <w:b/>
        </w:rPr>
        <w:t xml:space="preserve">[27:51] </w:t>
      </w:r>
      <w:r>
        <w:t>laws hain, law of life, jo hamein zindagi guzarna chahiye jis tareeqe se to us ko, yani principles of life keh lijiye, us ko uska demonstration de rakha hai Khuda ne is universe mein.</w:t>
      </w:r>
    </w:p>
    <w:p>
      <w:pPr>
        <w:jc w:val="right"/>
      </w:pPr>
      <w:r>
        <w:t>لا ہیں، لا آف لائف، جو ہمیں زندگی گزارنا چاہیے جس طریقے سے تو اس کو، یعنی پرنسپلز آف لائف کہہ لیجیے، اس کو اس کا ڈیمانسٹریشن دے رکھا ہے خدا نے اس یونیورس میں۔</w:t>
      </w:r>
    </w:p>
    <w:p>
      <w:r>
        <w:rPr>
          <w:b/>
        </w:rPr>
        <w:t xml:space="preserve">[28:06] </w:t>
      </w:r>
      <w:r>
        <w:t>woh sab kuch jo hum se chahiye ke hum aise rahein, hamari zindagi aise ho, us ka Khuda ne demonstration de rakha hai universe mein, yani natural world mein.</w:t>
      </w:r>
    </w:p>
    <w:p>
      <w:pPr>
        <w:jc w:val="right"/>
      </w:pPr>
      <w:r>
        <w:t>وہ سب کچھ جو ہم سے چاہیے کہ ہم ایسے رہیں، ہماری زندگی ایسے ہو، اس کا خدا نے ڈیمانسٹریشن دے رکھا ہے یونیورس میں، یعنی نیچرل ورلڈ میں۔</w:t>
      </w:r>
    </w:p>
    <w:p>
      <w:r>
        <w:rPr>
          <w:b/>
        </w:rPr>
        <w:t xml:space="preserve">[28:22] </w:t>
      </w:r>
      <w:r>
        <w:t>woh, woh kya hai? dekhiye ek hota hai river, ek hota hai pond. pond woh hai jahan pani ruka rahe, ruka rahe, ruka rahe.</w:t>
      </w:r>
    </w:p>
    <w:p>
      <w:pPr>
        <w:jc w:val="right"/>
      </w:pPr>
      <w:r>
        <w:t>وہ، وہ کیا ہے؟ دیکھیے ایک ہوتا ہے ریور، ایک ہوتا ہے پونڈ۔ پی او این ڈی پونڈ۔ ایک ہو ریور۔ پونڈ وہ ہے جہاں پانی رکا رہے، رکا رہے، رکا رہے۔</w:t>
      </w:r>
    </w:p>
    <w:p>
      <w:r>
        <w:rPr>
          <w:b/>
        </w:rPr>
        <w:t xml:space="preserve">[28:33] </w:t>
      </w:r>
      <w:r>
        <w:t>to aap jante hain ke is mein kya ho jata hai? is mein pani kharab ho jata hai. pani bilkul wahan ka bilkul bekar ho jata hai. polluted pani ban jata hai woh.</w:t>
      </w:r>
    </w:p>
    <w:p>
      <w:pPr>
        <w:jc w:val="right"/>
      </w:pPr>
      <w:r>
        <w:t>تو آپ جانتے ہیں کہ اس میں کیا ہو جاتا ہے؟ اس میں پانی خراب ہو جاتا ہے۔ پانی بالکل وہاں کا بالکل بیکار ہو جاتا ہے۔ پلوٹڈ پانی بن جاتا ہے وہ۔</w:t>
      </w:r>
    </w:p>
    <w:p>
      <w:r>
        <w:rPr>
          <w:b/>
        </w:rPr>
        <w:t xml:space="preserve">[28:45] </w:t>
      </w:r>
      <w:r>
        <w:t>pond mein jahan pani ruka hua ho, woh pani polluted pani ban jata hai, ganda pani ban jata hai. lekin river, river mein kabhi aisa nahi hota.</w:t>
      </w:r>
    </w:p>
    <w:p>
      <w:pPr>
        <w:jc w:val="right"/>
      </w:pPr>
      <w:r>
        <w:t>پونڈ میں جہاں پانی رکا ہوا ہو، وہ پانی پلوٹڈ پانی بن جاتا ہے، گندا پانی بن جاتا ہے۔ لیکن ریور، ریور میں کبھی ایسا نہیں ہوتا۔</w:t>
      </w:r>
    </w:p>
    <w:p>
      <w:r>
        <w:rPr>
          <w:b/>
        </w:rPr>
        <w:t xml:space="preserve">[28:57] </w:t>
      </w:r>
      <w:r>
        <w:t>kyun? pond jo hai woh pani ka ghetto hai is ke liye. ruka hua pani hai. lekin river mein kya hai?</w:t>
      </w:r>
    </w:p>
    <w:p>
      <w:pPr>
        <w:jc w:val="right"/>
      </w:pPr>
      <w:r>
        <w:t>کیوں؟ پونڈ جو ہے وہ پانی کا گھیٹو ہے اس کے لیے۔ رکا ہوا پانی ہے۔ لیکن ریور میں کیا ہے؟</w:t>
      </w:r>
    </w:p>
    <w:p>
      <w:r>
        <w:rPr>
          <w:b/>
        </w:rPr>
        <w:t xml:space="preserve">[29:06] </w:t>
      </w:r>
      <w:r>
        <w:t>river mein hai ke barabar, yani old water mein new water mil raha hai. aap jante hain ke paharon se chashme aate hain, beh kar ke use pani milta rehta hai river mein.</w:t>
      </w:r>
    </w:p>
    <w:p>
      <w:pPr>
        <w:jc w:val="right"/>
      </w:pPr>
      <w:r>
        <w:t>ریور میں ہے کہ برابر، یعنی اولڈ واٹر میں نیو واٹر مل رہا ہے۔ آپ جانتے ہیں کہ پہاڑوں سے چشمے آتے ہیں، بہہ کر کے اسے پانی ملتا رہتا ہے ریور میں۔</w:t>
      </w:r>
    </w:p>
    <w:p>
      <w:r>
        <w:rPr>
          <w:b/>
        </w:rPr>
        <w:t xml:space="preserve">[29:19] </w:t>
      </w:r>
      <w:r>
        <w:t>to purane pani mein naya pani, purane pani mein naya pani. yeh hota rehta hai. to pond jo hai is mein Khuda ne bataya ke ghetto banao ge to wahi hoga haal jo pond mein tum dekh rahe ho.</w:t>
      </w:r>
    </w:p>
    <w:p>
      <w:pPr>
        <w:jc w:val="right"/>
      </w:pPr>
      <w:r>
        <w:t>تو پرانے پانی میں نیا پانی، پرانے پانی میں نیا پانی۔ یہ ہوتا رہتا ہے۔ تو پونڈ جو ہے اس میں خدا نے بتایا کہ گھیٹو بناؤ گے تو وہی ہوگا حال جو پونڈ میں تم دیکھ رہے ہو۔</w:t>
      </w:r>
    </w:p>
    <w:p>
      <w:r>
        <w:rPr>
          <w:b/>
        </w:rPr>
        <w:t xml:space="preserve">[29:35] </w:t>
      </w:r>
      <w:r>
        <w:t>to tumhein zindagi ki main stream aana chahiye, yani river mein behna chahiye tum ko. risk ko face karna chahiye. risk ko face karna chahiye.</w:t>
      </w:r>
    </w:p>
    <w:p>
      <w:pPr>
        <w:jc w:val="right"/>
      </w:pPr>
      <w:r>
        <w:t>تو تمہیں زندگی کی مین اسٹریم آنا چاہیے، یعنی ریور میں بہنا چاہیے تم کو۔ رسک کو فیس کرنا چاہیے۔ رسک کو فیس کرنا چاہیے۔</w:t>
      </w:r>
    </w:p>
    <w:p>
      <w:r>
        <w:rPr>
          <w:b/>
        </w:rPr>
        <w:t xml:space="preserve">[29:47] </w:t>
      </w:r>
      <w:r>
        <w:t>lekin yeh ulti cheez banai gayi. yeh sirf Pakistan ki baat nahi hai. is zamane mein sari duniya mein yahi musalmanon mein zehan bana. har jagah apna ghetto banane ke liye.</w:t>
      </w:r>
    </w:p>
    <w:p>
      <w:pPr>
        <w:jc w:val="right"/>
      </w:pPr>
      <w:r>
        <w:t>لیکن یہ الٹی چیز بنائی گئی۔ یہ صرف پاکستان کی بات نہیں ہے۔ اس زمانے میں ساری دنیا میں یہی مسلمانوں میں ذہن بنا۔ ہر جگہ اپنا گھیٹو بنانے کے لیے۔</w:t>
      </w:r>
    </w:p>
    <w:p>
      <w:r>
        <w:rPr>
          <w:b/>
        </w:rPr>
        <w:t xml:space="preserve">[29:57] </w:t>
      </w:r>
      <w:r>
        <w:t>Burma mein Arakan, Bosnia mein yahi kaam kiya, kaam kiya gaya. Eritrea mein yahi kaam kiya gaya. Philippines mein yahi kaam kiya gaya.</w:t>
      </w:r>
    </w:p>
    <w:p>
      <w:pPr>
        <w:jc w:val="right"/>
      </w:pPr>
      <w:r>
        <w:t>برما میں اراکان، بوسنیا میں یہی کام کیا، کام کیا گیا۔ ایریٹریا میں یہی کام کیا گیا۔ فلپائن میں یہی کام کیا گیا۔</w:t>
      </w:r>
    </w:p>
    <w:p>
      <w:r>
        <w:rPr>
          <w:b/>
        </w:rPr>
        <w:t xml:space="preserve">[30:06] </w:t>
      </w:r>
      <w:r>
        <w:t>har jagah yahi kaam kiya gaya ke jahan, yahan par China mein ek, ek area hai Hong Kong ka, wahan ke musalmanon ka concession hai, wahan alag chahte hain ke alag banayein apna.</w:t>
      </w:r>
    </w:p>
    <w:p>
      <w:pPr>
        <w:jc w:val="right"/>
      </w:pPr>
      <w:r>
        <w:t>ہر جگہ یہی کام کیا گیا کہ جہاں، یہاں پر چائنہ میں ایک، ایک ایریا ہے سنگ کانگ کا، وہاں کے مسلمانوں کا کنسشن ہے، وہاں الگ چاہتے ہیں کہ الگ بنائیں اپنا۔</w:t>
      </w:r>
    </w:p>
    <w:p>
      <w:r>
        <w:rPr>
          <w:b/>
        </w:rPr>
        <w:t xml:space="preserve">[30:17] </w:t>
      </w:r>
      <w:r>
        <w:t>har country mein jahan musalmanon ka kuch, yani thori bohat un ki tadad hai, wahan chahte hain ke apna alag pocket banayein.</w:t>
      </w:r>
    </w:p>
    <w:p>
      <w:pPr>
        <w:jc w:val="right"/>
      </w:pPr>
      <w:r>
        <w:t>ہر کنٹری میں جہاں مسلمانوں کا کچھ، یعنی تھوڑی بہت ان کی تعداد ہے، وہاں چاہتے ہیں کہ اپنا الگ پاکٹ بنائیں۔</w:t>
      </w:r>
    </w:p>
    <w:p>
      <w:r>
        <w:rPr>
          <w:b/>
        </w:rPr>
        <w:t xml:space="preserve">[30:26] </w:t>
      </w:r>
      <w:r>
        <w:t>woh alag pocket kya hai? woh to ghetto hai. poori duniya mein musalmanon mein yahi mizaj ban raha hai. is ko samajhte hain ke Islamic line, Islamic line nahi hai woh.</w:t>
      </w:r>
    </w:p>
    <w:p>
      <w:pPr>
        <w:jc w:val="right"/>
      </w:pPr>
      <w:r>
        <w:t>وہ الگ پاکٹ کیا ہے؟ وہ تو گھیٹو ہے۔ پوری دنیا میں مسلمانوں میں یہی مزاج بن رہا ہے۔ اس کو سمجھتے ہیں کہ اسلامک لائن، اسلامک لائن نہیں ہے وہ۔</w:t>
      </w:r>
    </w:p>
    <w:p>
      <w:r>
        <w:rPr>
          <w:b/>
        </w:rPr>
        <w:t xml:space="preserve">[30:36] </w:t>
      </w:r>
      <w:r>
        <w:t>woh Islamic ghetto hai woh. jab aik jagah aap ikattha honge to yahi hoga aapas ki ladaai. yeh jo Pakistan mein ladaai ka qissa suna aap ne abhi eid ke din, woh yeh, woh ghetto ka nateeja hai.</w:t>
      </w:r>
    </w:p>
    <w:p>
      <w:pPr>
        <w:jc w:val="right"/>
      </w:pPr>
      <w:r>
        <w:t>وہ اسلامک گھیٹو ہے وہ۔ جب ایک جگہ آپ اکٹھا ہوں گے تو یہی ہوگا آپس کی لڑائی۔ یہ جو پاکستان میں لڑائی کا قصہ سنا آپ نے ابھی عید کے دن، وہ یہ، وہ گھیٹو کا نتیجہ ہے۔</w:t>
      </w:r>
    </w:p>
    <w:p>
      <w:r>
        <w:rPr>
          <w:b/>
        </w:rPr>
        <w:t xml:space="preserve">[30:49] </w:t>
      </w:r>
      <w:r>
        <w:t>yeh Islamic land banane ka nateeja hai. yeh</w:t>
      </w:r>
    </w:p>
    <w:p>
      <w:pPr>
        <w:jc w:val="right"/>
      </w:pPr>
      <w:r>
        <w:t>یہ اسلامک لینڈ بنانے کا نتیجہ ہے۔ یہ</w:t>
      </w:r>
    </w:p>
    <w:p>
      <w:r>
        <w:rPr>
          <w:b/>
        </w:rPr>
        <w:t xml:space="preserve">[30:56] </w:t>
      </w:r>
      <w:r>
        <w:t>to yeh nature ke khilaaf hai. dekhiye Rasool Allah Sal Allah Alayhi Wasallam ne kya kiya? jab</w:t>
      </w:r>
    </w:p>
    <w:p>
      <w:pPr>
        <w:jc w:val="right"/>
      </w:pPr>
      <w:r>
        <w:t>تو یہ نیچر کے خلاف ہے۔ دیکھیے رسول اللہ صلی اللہ علیہ وسلم نے کیا کیا؟ جب</w:t>
      </w:r>
    </w:p>
    <w:p>
      <w:r>
        <w:rPr>
          <w:b/>
        </w:rPr>
        <w:t xml:space="preserve">[31:05] </w:t>
      </w:r>
      <w:r>
        <w:t>Hajjat ul Wida mein jo aap ne taqreer farmayi thi to aap ne kya logon ko message diya? kya message diya logon ko? aap ne kaha ke ke in Allah basni kaftanas fadu anni.</w:t>
      </w:r>
    </w:p>
    <w:p>
      <w:pPr>
        <w:jc w:val="right"/>
      </w:pPr>
      <w:r>
        <w:t>حجۃ الوداع میں جو آپ نے تقریر فرمائی تھی تو آپ نے کیا لوگوں کو میسج دیا؟ کیا میسج دیا لوگوں کو؟ آپ نے کہا کہ کہ ان اللہ باسنی کافتناس فدو عنی۔</w:t>
      </w:r>
    </w:p>
    <w:p>
      <w:r>
        <w:rPr>
          <w:b/>
        </w:rPr>
        <w:t xml:space="preserve">[31:21] </w:t>
      </w:r>
      <w:r>
        <w:t>yani aye logon phail jao dunya mein. yeh Mecca Madina mein ja kar ke rehne lago, yeh Khuda ki scheme nahi hai. phail jao.</w:t>
      </w:r>
    </w:p>
    <w:p>
      <w:pPr>
        <w:jc w:val="right"/>
      </w:pPr>
      <w:r>
        <w:t>یعنی اے لوگوں پھیل جاؤ دنیا میں۔ یہ مکہ مدینہ میں جا کر کے رہنے لگو، یہ خدا کی سکیم نہیں ہے۔ پھیل جاؤ۔</w:t>
      </w:r>
    </w:p>
    <w:p>
      <w:r>
        <w:rPr>
          <w:b/>
        </w:rPr>
        <w:t xml:space="preserve">[31:31] </w:t>
      </w:r>
      <w:r>
        <w:t>chunaanche yeh bohat ajeeb baat hai ke jab aap jaate hain Mecca Madina to aap dekhte hain ke wahan Sahaba ki qabrein bohat kam hain.</w:t>
      </w:r>
    </w:p>
    <w:p>
      <w:pPr>
        <w:jc w:val="right"/>
      </w:pPr>
      <w:r>
        <w:t>چنانچہ یہ بہت عجیب بات ہے کہ جب آپ جاتے ہیں مکہ مدینہ تو آپ دیکھتے ہیں کہ وہاں صحابہ کی قبریں بہت کم ہیں۔</w:t>
      </w:r>
    </w:p>
    <w:p>
      <w:r>
        <w:rPr>
          <w:b/>
        </w:rPr>
        <w:t xml:space="preserve">[31:42] </w:t>
      </w:r>
      <w:r>
        <w:t>kyun? beshtar log chale gaye bahar, un ki qabrein bahar banin, bahar banin. to Rasool Allah ne sab ko bahar bhej diya ke jaao bahar.</w:t>
      </w:r>
    </w:p>
    <w:p>
      <w:pPr>
        <w:jc w:val="right"/>
      </w:pPr>
      <w:r>
        <w:t>کیوں؟ بیشتر لوگ چلے گئے باہر، ان کی قبریں باہر بنیں، باہر بنیں۔ تو رسول اللہ نے سب کو باہر بھیج دیا کہ جاؤ باہر۔</w:t>
      </w:r>
    </w:p>
    <w:p>
      <w:r>
        <w:rPr>
          <w:b/>
        </w:rPr>
        <w:t xml:space="preserve">[31:55] </w:t>
      </w:r>
      <w:r>
        <w:t>ab ghor kijiye ke jo log bahar gaye thay, un ke paas na to degree thi ke jagah se job mil jaye un ko. aaj kal to aap aik degree lete hain, phir America chale aate hain, wahan aap ko job mil jata hai.</w:t>
      </w:r>
    </w:p>
    <w:p>
      <w:pPr>
        <w:jc w:val="right"/>
      </w:pPr>
      <w:r>
        <w:t>اب غور کیجیے کہ جو لوگ باہر گئے تھے، ان کے پاس نہ تو ڈگری تھی کہ جگہ سے جاب مل جائے ان کو۔ آج کل تو آپ ایک ڈگری لیتے ہیں، پھر امریکہ چلے آتے ہیں، وہاں آپ کو جاب مل جاتا ہے۔</w:t>
      </w:r>
    </w:p>
    <w:p>
      <w:r>
        <w:rPr>
          <w:b/>
        </w:rPr>
        <w:t xml:space="preserve">[32:06] </w:t>
      </w:r>
      <w:r>
        <w:t>aik degree liya aap ne, chale gaye aap Britain, wahan job mil gaya aap ko. un ke paas koi degree nahi thi ke wahan idhar se job mil jayega un ko. woh un ka culture alag tha, un ke culture mein, culture mein nahi milte thay woh.</w:t>
      </w:r>
    </w:p>
    <w:p>
      <w:pPr>
        <w:jc w:val="right"/>
      </w:pPr>
      <w:r>
        <w:t>ایک ڈگری لیا آپ نے، چلے گئے آپ برٹن، وہاں جاب مل گیا آپ کو۔ ان کے پاس کوئی ڈگری نہیں تھی کہ وہاں ادھر سے جاب مل جائے گا ان کو۔ وہ ان کا کلچر الگ تھا، ان کے کلچر میں، کلچر میں نہیں ملتے تھے وہ۔</w:t>
      </w:r>
    </w:p>
    <w:p>
      <w:r>
        <w:rPr>
          <w:b/>
        </w:rPr>
        <w:t xml:space="preserve">[32:22] </w:t>
      </w:r>
      <w:r>
        <w:t>religion alag tha. yahan tak ke language bhi alag thi. language se aap contact karte hain kisi se. lekin aap un ki zuban Arabi thi, un ki zuban doosri thi.</w:t>
      </w:r>
    </w:p>
    <w:p>
      <w:pPr>
        <w:jc w:val="right"/>
      </w:pPr>
      <w:r>
        <w:t>ریلیجن الگ تھا۔ یہاں تک کہ لینگویج بھی الگ تھی۔ لینگویج سے آپ کنٹیکٹ کرتے ہیں کسی سے۔ لیکن آپ ان کی زبان عربی تھی، ان کی زبان دوسری تھی۔</w:t>
      </w:r>
    </w:p>
    <w:p>
      <w:r>
        <w:rPr>
          <w:b/>
        </w:rPr>
        <w:t xml:space="preserve">[32:34] </w:t>
      </w:r>
      <w:r>
        <w:t>mislan Coptic Coptic bolte thay, Siryani bolte thay, Arwani bolte thay, Berber bolte thay, Persian bolte thay. un ki zuban alag thi.</w:t>
      </w:r>
    </w:p>
    <w:p>
      <w:pPr>
        <w:jc w:val="right"/>
      </w:pPr>
      <w:r>
        <w:t>مثلاً کاپ کاپٹک بولتے تھے، سریانی بولتے تھے، عروانی بولتے تھے، بربر بولتے تھے، پرشین بولتے تھے۔ ان کی زبان الگ تھی۔</w:t>
      </w:r>
    </w:p>
    <w:p>
      <w:r>
        <w:rPr>
          <w:b/>
        </w:rPr>
        <w:t xml:space="preserve">[32:45] </w:t>
      </w:r>
      <w:r>
        <w:t>yani jo Sahaba Rasool Allah ke saathi thay, un ki zuban thi Arabi language. bhej diya kahan? wahan bhej diya jahan yeh language aur thi.</w:t>
      </w:r>
    </w:p>
    <w:p>
      <w:pPr>
        <w:jc w:val="right"/>
      </w:pPr>
      <w:r>
        <w:t>یعنی جو صحابہ رسول اللہ کے ساتھی تھے، ان کی زبان تھی عربی لینگویج۔ بھیج دیا کہاں؟ وہاں بھیج دیا جہاں یہ لینگویج اور تھی۔</w:t>
      </w:r>
    </w:p>
    <w:p>
      <w:r>
        <w:rPr>
          <w:b/>
        </w:rPr>
        <w:t xml:space="preserve">[32:55] </w:t>
      </w:r>
      <w:r>
        <w:t>kahin Siryani, kahin Ibri, kahin Coptic, kahin Persian, kahin kuch, kahin kuch, kahin Berber.</w:t>
      </w:r>
    </w:p>
    <w:p>
      <w:pPr>
        <w:jc w:val="right"/>
      </w:pPr>
      <w:r>
        <w:t>کہیں سریانی، کہیں عبرانی، کہیں کاپٹک، کہیں پرشین، کہیں کچھ، کہیں کچھ، کہیں بربر۔</w:t>
      </w:r>
    </w:p>
    <w:p>
      <w:r>
        <w:rPr>
          <w:b/>
        </w:rPr>
        <w:t xml:space="preserve">[33:06] </w:t>
      </w:r>
      <w:r>
        <w:t>phir bhi bhej diya aap ne. ab sochiye kitni museebatein padi hongi. parhne ke liye to aap parh lijiyye kitabon mein, lekin jo log gaye thay, bari museebatein pesh aayi hongi un ko.</w:t>
      </w:r>
    </w:p>
    <w:p>
      <w:pPr>
        <w:jc w:val="right"/>
      </w:pPr>
      <w:r>
        <w:t>پھر بھی بھیج دیا آپ نے۔ اب سوچیے کتنی مصیبتیں پڑی ہوں گی۔ پڑھنے کے لیے تو آپ پڑھ لیجیے کتابوں میں، لیکن جو لوگ گئے تھے، بڑی مصیبتیں پیش آئی ہوں گی ان کو۔</w:t>
      </w:r>
    </w:p>
    <w:p>
      <w:r>
        <w:rPr>
          <w:b/>
        </w:rPr>
        <w:t xml:space="preserve">[33:18] </w:t>
      </w:r>
      <w:r>
        <w:t>lekin in darne ke ghar nahi, koi relative nahi, koi friend nahi. kisi se baat karein to kaise karein?</w:t>
      </w:r>
    </w:p>
    <w:p>
      <w:pPr>
        <w:jc w:val="right"/>
      </w:pPr>
      <w:r>
        <w:t>لیکن ان ڈرنے کے گھر نہیں، کوئی ریلیٹو نہیں، کوئی فرینڈ نہیں۔ کسی سے بات کریں تو کیسے کریں؟</w:t>
      </w:r>
    </w:p>
    <w:p>
      <w:r>
        <w:rPr>
          <w:b/>
        </w:rPr>
        <w:t xml:space="preserve">[33:28] </w:t>
      </w:r>
      <w:r>
        <w:t>yani kaisi kaisi museebatein unhon ne uthayi hongi. phir bhi aap ne bhej diya ke jaao. har qism ka risk mol lo. kyunke zindagi ke main stream mein tum ko jana hai.</w:t>
      </w:r>
    </w:p>
    <w:p>
      <w:pPr>
        <w:jc w:val="right"/>
      </w:pPr>
      <w:r>
        <w:t>یعنی کیسی کیسی مصیبتیں انہوں نے اٹھائی ہوں گی۔ پھر بھی آپ نے بھیج دیا کہ جاؤ۔ ہر قسم کا رسک مول لو۔ کیونکہ زندگی کے مین اسٹریم میں تم کو جانا ہے۔</w:t>
      </w:r>
    </w:p>
    <w:p>
      <w:r>
        <w:rPr>
          <w:b/>
        </w:rPr>
        <w:t xml:space="preserve">[33:40] </w:t>
      </w:r>
      <w:r>
        <w:t>yahan par mein aik baat arz karna chahunga. Islam mein jo daawa ka jo concept hai, daawa. Islam ki bohat si teachings hain. aik hi teaching aisi hai jo aap ko main stream mein dhakelti hai.</w:t>
      </w:r>
    </w:p>
    <w:p>
      <w:pPr>
        <w:jc w:val="right"/>
      </w:pPr>
      <w:r>
        <w:t>یہاں پر میں ایک بات عرض کرنا چاہوں گا۔ اسلام میں جو دعویٰ کا جو کانسیپٹ ہے، دعویٰ۔ اسلام کی بہت سی ٹیچنگز ہیں۔ ایک ہی ٹیچنگ ایسی ہے جو آپ کو مین اسٹریم میں دھکیلتی ہے۔</w:t>
      </w:r>
    </w:p>
    <w:p>
      <w:r>
        <w:rPr>
          <w:b/>
        </w:rPr>
        <w:t xml:space="preserve">[33:53] </w:t>
      </w:r>
      <w:r>
        <w:t>woh hai daawa. aap namaz padhenge, masjid mein namaz padh lijiyye, roza. aap ghar mein roza rakh lijiyye. yeh sab kaam jo hain, woh aap yani individual based hain.</w:t>
      </w:r>
    </w:p>
    <w:p>
      <w:pPr>
        <w:jc w:val="right"/>
      </w:pPr>
      <w:r>
        <w:t>وہ ہے دعویٰ۔ آپ نماز پڑھیں گے، مسجد میں نماز پڑھ لیجیے، روزہ۔ آپ گھر میں روزہ رکھ لیجیے۔ یہ سب کام جو ہیں، وہ آپ یعنی انڈیویجول بیسڈ ہیں۔</w:t>
      </w:r>
    </w:p>
    <w:p>
      <w:r>
        <w:rPr>
          <w:b/>
        </w:rPr>
        <w:t xml:space="preserve">[34:07] </w:t>
      </w:r>
      <w:r>
        <w:t>apne aap kar lijiyye. masjid mein, ghar mein, Muslim institution mein kar lijiyye. daawa aik aisa concept hai Islam ka jo aap ko bahar dhakelta hai.</w:t>
      </w:r>
    </w:p>
    <w:p>
      <w:pPr>
        <w:jc w:val="right"/>
      </w:pPr>
      <w:r>
        <w:t>اپنے آپ کر لیجیے۔ مسجد میں، گھر میں، مسلم انسٹیٹیوشن میں کر لیجیے۔ دعویٰ ایک ایسا کانسیپٹ ہے اسلام کا جو آپ کو باہر دھکیلتا ہے۔</w:t>
      </w:r>
    </w:p>
    <w:p>
      <w:r>
        <w:rPr>
          <w:b/>
        </w:rPr>
        <w:t xml:space="preserve">[34:18] </w:t>
      </w:r>
      <w:r>
        <w:t>daawa means interaction. daawa means dialogue. daawa means discussion. logon ke beech mein aap ko dakhil hona padta hai.</w:t>
      </w:r>
    </w:p>
    <w:p>
      <w:pPr>
        <w:jc w:val="right"/>
      </w:pPr>
      <w:r>
        <w:t>دعویٰ مینز انٹریکشن۔ دعویٰ مینز ڈائیلاگ۔ دعویٰ مینز ڈسکشن۔ لوگوں کے بیچ میں آپ کو داخل ہونا پڑتا ہے۔</w:t>
      </w:r>
    </w:p>
    <w:p>
      <w:r>
        <w:rPr>
          <w:b/>
        </w:rPr>
        <w:t xml:space="preserve">[34:30] </w:t>
      </w:r>
      <w:r>
        <w:t>kaisi anokhi baat hai.</w:t>
      </w:r>
    </w:p>
    <w:p>
      <w:pPr>
        <w:jc w:val="right"/>
      </w:pPr>
      <w:r>
        <w:t>کیسی انوکھی بات ہے۔</w:t>
      </w:r>
    </w:p>
    <w:p>
      <w:r>
        <w:rPr>
          <w:b/>
        </w:rPr>
        <w:t xml:space="preserve">[34:32] </w:t>
      </w:r>
      <w:r>
        <w:t>aik hi teaching Islam mein aisi hai jo aap ko le jati hai universality ki taraf. doosron ki taraf le aati hai.</w:t>
      </w:r>
    </w:p>
    <w:p>
      <w:pPr>
        <w:jc w:val="right"/>
      </w:pPr>
      <w:r>
        <w:t>ایک ہی ٹیچنگ اسلام میں ایسی ہے جو آپ کو لے جاتی ہے یونیورسلٹی کی طرف۔ دوسروں کی طرف لے آتی ہے۔</w:t>
      </w:r>
    </w:p>
    <w:p>
      <w:r>
        <w:rPr>
          <w:b/>
        </w:rPr>
        <w:t xml:space="preserve">[34:44] </w:t>
      </w:r>
      <w:r>
        <w:t>yani daawa aap ko aik yani universal interaction ki taraf le aati hai. universal interaction. sab se milo, sab se baat karo, sab ko batao, sab se exchange karo, sab se dialogue karo.</w:t>
      </w:r>
    </w:p>
    <w:p>
      <w:pPr>
        <w:jc w:val="right"/>
      </w:pPr>
      <w:r>
        <w:t>یعنی دعویٰ آپ کو ایک یعنی یونیورسل انٹریکشن کی طرف لے آتی ہے۔ یونیورسل انٹریکشن۔ سب سے ملو، سب سے بات کرو، سب کو بتاؤ، سب سے ایکسچینج کرو، سب سے ڈائیلاگ کرو۔</w:t>
      </w:r>
    </w:p>
    <w:p>
      <w:r>
        <w:rPr>
          <w:b/>
        </w:rPr>
        <w:t xml:space="preserve">[34:59] </w:t>
      </w:r>
      <w:r>
        <w:t>yani kitni revolutionary teaching hai Islam ki.</w:t>
      </w:r>
    </w:p>
    <w:p>
      <w:pPr>
        <w:jc w:val="right"/>
      </w:pPr>
      <w:r>
        <w:t>یعنی کتنی ریونیورسری ٹیچنگ ہے اسلام کی۔</w:t>
      </w:r>
    </w:p>
    <w:p>
      <w:r>
        <w:rPr>
          <w:b/>
        </w:rPr>
        <w:t xml:space="preserve">[35:02] </w:t>
      </w:r>
      <w:r>
        <w:t>daawa. isi ko musalmanon ne khatam kar diya. ab kya jis se bhi baat ki jaye woh kahega are bhai musalmanon hi mein itna bigaad hai, ab hum doosron mein daawa work kahan karne jayenge?</w:t>
      </w:r>
    </w:p>
    <w:p>
      <w:pPr>
        <w:jc w:val="right"/>
      </w:pPr>
      <w:r>
        <w:t>دعویٰ۔ اسی کو مسلمانوں نے ختم کر دیا۔ اب کیا جس سے بھی بات کی جائے وہ کہے گا ارے بھائی مسلمانوں ہی میں اتنا بگاڑ ہے، اب ہم دوسروں میں دعویٰ ورک کہاں کرنے جائیں گے؟</w:t>
      </w:r>
    </w:p>
    <w:p>
      <w:r>
        <w:rPr>
          <w:b/>
        </w:rPr>
        <w:t xml:space="preserve">[35:15] </w:t>
      </w:r>
      <w:r>
        <w:t>ka matlab kya aap ghetto banana chahte hain? is ka matlab ghetto banana chahte hain aap? musalman mein bigaad hai to aap door kijiye in ka, lekin saath saath woh bhi karna hai aap ko.</w:t>
      </w:r>
    </w:p>
    <w:p>
      <w:pPr>
        <w:jc w:val="right"/>
      </w:pPr>
      <w:r>
        <w:t>کا مطلب کیا آپ گھیٹو بنانا چاہتے ہیں؟ اس کا مطلب گھیٹو بنانا چاہتے ہیں آپ؟ مسلمان میں بگاڑ ہے تو آپ دور کیجیے ان کا، لیکن ساتھ ساتھ وہ بھی کرنا ہے آپ کو۔</w:t>
      </w:r>
    </w:p>
    <w:p>
      <w:r>
        <w:rPr>
          <w:b/>
        </w:rPr>
        <w:t xml:space="preserve">[35:29] </w:t>
      </w:r>
      <w:r>
        <w:t>yeh kehne wale log jo hain, yeh main samajhta hoon sincere nahin. ki</w:t>
      </w:r>
    </w:p>
    <w:p>
      <w:pPr>
        <w:jc w:val="right"/>
      </w:pPr>
      <w:r>
        <w:t>یہ کہنے والے لوگ جو ہیں، یہ میں سمجھتا ہوں سینسیئر نہیں۔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