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Chapter 67, Vs 1-2 (Plan of Life) July 22, 2018</w:t>
      </w:r>
    </w:p>
    <w:p>
      <w:r>
        <w:t>https://www.youtube.com/watch?v=hfJ5DVXJvWE</w:t>
      </w:r>
    </w:p>
    <w:p>
      <w:r>
        <w:rPr>
          <w:b/>
        </w:rPr>
        <w:t xml:space="preserve">[00:10] </w:t>
      </w:r>
      <w:r>
        <w:t>bismillah rahman rahim, wa salla Allahu ala nabiyyil karim. rab ishrah li sadri, wa yassir li amri,</w:t>
      </w:r>
    </w:p>
    <w:p>
      <w:pPr>
        <w:jc w:val="right"/>
      </w:pPr>
      <w:r>
        <w:t>بسم اللہ الرحمن الرحیم، وصلی اللہ علی نبی الکریم۔ رب اشرح لی صدری، ویسر لی امری،</w:t>
      </w:r>
    </w:p>
    <w:p>
      <w:r>
        <w:rPr>
          <w:b/>
        </w:rPr>
        <w:t xml:space="preserve">[00:25] </w:t>
      </w:r>
      <w:r>
        <w:t>wah-lul uqdatan min lisani yafqahu qawli. 22 jullai 2018.</w:t>
      </w:r>
    </w:p>
    <w:p>
      <w:pPr>
        <w:jc w:val="right"/>
      </w:pPr>
      <w:r>
        <w:t>واحل العقدۃ من لسانی یفقہ قولی۔ 22 جولائی 2018۔</w:t>
      </w:r>
    </w:p>
    <w:p>
      <w:r>
        <w:rPr>
          <w:b/>
        </w:rPr>
        <w:t xml:space="preserve">[00:40] </w:t>
      </w:r>
      <w:r>
        <w:t>aaj</w:t>
      </w:r>
    </w:p>
    <w:p>
      <w:pPr>
        <w:jc w:val="right"/>
      </w:pPr>
      <w:r>
        <w:t>آج</w:t>
      </w:r>
    </w:p>
    <w:p>
      <w:r>
        <w:rPr>
          <w:b/>
        </w:rPr>
        <w:t xml:space="preserve">[00:45] </w:t>
      </w:r>
      <w:r>
        <w:t>surah al mulk, ji, ka ek hissa padha jayega aur is ki sharah hogi, inshallah</w:t>
      </w:r>
    </w:p>
    <w:p>
      <w:pPr>
        <w:jc w:val="right"/>
      </w:pPr>
      <w:r>
        <w:t>سورہ الملک، جی، کا ایک حصہ پڑھا جائے گا اور اس کی شرح ہوگی، انشاءاللہ</w:t>
      </w:r>
    </w:p>
    <w:p>
      <w:r>
        <w:rPr>
          <w:b/>
        </w:rPr>
        <w:t xml:space="preserve">[00:54] </w:t>
      </w:r>
      <w:r>
        <w:t>. tabarak alladhi biyadihil mulku wa huwa ala kulli shay'in qadir. alladhi khalaqal mawta wal hayata li yablukum ayyukum ayyahsanu amalan. wa huwal azizul ghafur.</w:t>
      </w:r>
    </w:p>
    <w:p>
      <w:pPr>
        <w:jc w:val="right"/>
      </w:pPr>
      <w:r>
        <w:t>۔ تبارک الذی بیدہ الملک وھو علی کل شی قدیر، الذی خلق الموت والحیات لیبلوکم ایم احسن عملا وھو العزیز الغفور۔</w:t>
      </w:r>
    </w:p>
    <w:p>
      <w:r>
        <w:rPr>
          <w:b/>
        </w:rPr>
        <w:t xml:space="preserve">[01:08] </w:t>
      </w:r>
      <w:r>
        <w:t>is ka english tarjuma padhiye.</w:t>
      </w:r>
    </w:p>
    <w:p>
      <w:pPr>
        <w:jc w:val="right"/>
      </w:pPr>
      <w:r>
        <w:t>اس کا انگلش ترجمہ پڑھیے۔</w:t>
      </w:r>
    </w:p>
    <w:p>
      <w:r>
        <w:rPr>
          <w:b/>
        </w:rPr>
        <w:t xml:space="preserve">[01:10] </w:t>
      </w:r>
      <w:r>
        <w:t>surah al mulk, chapter number 67, verse number one to. blessed is he in whose hand is the kingdom, he has power over all things.</w:t>
      </w:r>
    </w:p>
    <w:p>
      <w:pPr>
        <w:jc w:val="right"/>
      </w:pPr>
      <w:r>
        <w:t>سورہ الملک، چیپٹر نمبر 67، ورس نمبر ون ٹو۔ بلیسڈ از ہی ان ہوز ہینڈ از دا کنگڈم، ہی ہیز پاور اوور ال تھنگز۔</w:t>
      </w:r>
    </w:p>
    <w:p>
      <w:r>
        <w:rPr>
          <w:b/>
        </w:rPr>
        <w:t xml:space="preserve">[01:25] </w:t>
      </w:r>
      <w:r>
        <w:t>he created death and life so that he might test you and find out which of you is best in conduct. he is the mighty, the most forgiving giving one.</w:t>
      </w:r>
    </w:p>
    <w:p>
      <w:pPr>
        <w:jc w:val="right"/>
      </w:pPr>
      <w:r>
        <w:t>ہی کریٹڈ ڈیتھ اینڈ لائف سو دیٹ ہی مائٹ ٹیسٹ یو اینڈ فائنڈ آؤٹ وچ اف یو از بیسٹ ان کنڈکٹ۔ ہی از دا مائٹی، دا موسٹ فارونگ گیونگ ون۔</w:t>
      </w:r>
    </w:p>
    <w:p>
      <w:r>
        <w:rPr>
          <w:b/>
        </w:rPr>
        <w:t xml:space="preserve">[01:35] </w:t>
      </w:r>
      <w:r>
        <w:t>bara babarkat hai woh jis ke hath mein badshahi hai aur woh har cheez par qadir hai. jis ne maut aur zindagi ko paida kiya ta ke woh tum ko jaanche ke tum mein se kaun acha kaam karta hai.</w:t>
      </w:r>
    </w:p>
    <w:p>
      <w:pPr>
        <w:jc w:val="right"/>
      </w:pPr>
      <w:r>
        <w:t>بڑا بابرکت ہے وہ جس کے ہاتھ میں بادشاہی ہے اور وہ ہر چیز پر قادر ہے۔ جس نے موت اور زندگی کو پیدا کیا تاکہ وہ تم کو جانچے کہ تم میں سے کون اچھا کام کرتا ہے۔</w:t>
      </w:r>
    </w:p>
    <w:p>
      <w:r>
        <w:rPr>
          <w:b/>
        </w:rPr>
        <w:t xml:space="preserve">[01:49] </w:t>
      </w:r>
      <w:r>
        <w:t>aur woh zabardast hai, bakhshne wala hai.</w:t>
      </w:r>
    </w:p>
    <w:p>
      <w:pPr>
        <w:jc w:val="right"/>
      </w:pPr>
      <w:r>
        <w:t>اور وہ زبردست ہے، بخشنے والا ہے۔</w:t>
      </w:r>
    </w:p>
    <w:p>
      <w:r>
        <w:rPr>
          <w:b/>
        </w:rPr>
        <w:t xml:space="preserve">[01:53] </w:t>
      </w:r>
      <w:r>
        <w:t>dekhiye, pehla lafz sochne ka jis mein hai woh hai mulk.</w:t>
      </w:r>
    </w:p>
    <w:p>
      <w:pPr>
        <w:jc w:val="right"/>
      </w:pPr>
      <w:r>
        <w:t>دیکھیے، پہلا لفظ سوچنے کا جس میں ہے وہ ہے ملک۔</w:t>
      </w:r>
    </w:p>
    <w:p>
      <w:r>
        <w:rPr>
          <w:b/>
        </w:rPr>
        <w:t xml:space="preserve">[02:01] </w:t>
      </w:r>
      <w:r>
        <w:t>yani urdu mein hum kahenge badshahi, english mein kingdom</w:t>
      </w:r>
    </w:p>
    <w:p>
      <w:pPr>
        <w:jc w:val="right"/>
      </w:pPr>
      <w:r>
        <w:t>یعنی اردو میں ہم کہیں گے بادشاہی، انگلش میں کنگ</w:t>
      </w:r>
    </w:p>
    <w:p>
      <w:r>
        <w:rPr>
          <w:b/>
        </w:rPr>
        <w:t xml:space="preserve">[02:08] </w:t>
      </w:r>
      <w:r>
        <w:t>dom. kingdom. dekhiye, yahan par jo yeh lafz hai badshahi, yeh political sense mein nahin hai.</w:t>
      </w:r>
    </w:p>
    <w:p>
      <w:pPr>
        <w:jc w:val="right"/>
      </w:pPr>
      <w:r>
        <w:t>ڈم۔ کنگڈم۔ دیکھیے، یہاں پر جو یہ لفظ ہے بادشاہی، یہ پولیٹیکل سینس میں نہیں ہے۔</w:t>
      </w:r>
    </w:p>
    <w:p>
      <w:r>
        <w:rPr>
          <w:b/>
        </w:rPr>
        <w:t xml:space="preserve">[02:20] </w:t>
      </w:r>
      <w:r>
        <w:t>is ka koi taluq</w:t>
      </w:r>
    </w:p>
    <w:p>
      <w:pPr>
        <w:jc w:val="right"/>
      </w:pPr>
      <w:r>
        <w:t>اس کا کوئی تعلق</w:t>
      </w:r>
    </w:p>
    <w:p>
      <w:r>
        <w:rPr>
          <w:b/>
        </w:rPr>
        <w:t xml:space="preserve">[02:25] </w:t>
      </w:r>
      <w:r>
        <w:t>party se nahin hai. yeh supernatural jo</w:t>
      </w:r>
    </w:p>
    <w:p>
      <w:pPr>
        <w:jc w:val="right"/>
      </w:pPr>
      <w:r>
        <w:t>پارٹی سے نہیں ہے۔ یہ سپر نیچرل جو</w:t>
      </w:r>
    </w:p>
    <w:p>
      <w:r>
        <w:rPr>
          <w:b/>
        </w:rPr>
        <w:t xml:space="preserve">[02:35] </w:t>
      </w:r>
      <w:r>
        <w:t>haisiyat hai Khuda ki, super supernatural sense mein woh hakim hai. is ka zikr hai.</w:t>
      </w:r>
    </w:p>
    <w:p>
      <w:pPr>
        <w:jc w:val="right"/>
      </w:pPr>
      <w:r>
        <w:t>حیثیت ہے خدا کی، سپر سپر نیچرل سینس میں وہ حاکم ہے۔ اس کا ذکر ہے۔</w:t>
      </w:r>
    </w:p>
    <w:p>
      <w:r>
        <w:rPr>
          <w:b/>
        </w:rPr>
        <w:t xml:space="preserve">[02:46] </w:t>
      </w:r>
      <w:r>
        <w:t>yani Khuda is dunya ka creator hai aur woh har aitbar se isi ka iqtidaar hai is dunya par.</w:t>
      </w:r>
    </w:p>
    <w:p>
      <w:pPr>
        <w:jc w:val="right"/>
      </w:pPr>
      <w:r>
        <w:t>یعنی خدا اس دنیا کا کریٹر ہے اور وہ ہر اعتبار سے اسی کا اقتدار ہے اس دنیا پر۔</w:t>
      </w:r>
    </w:p>
    <w:p>
      <w:r>
        <w:rPr>
          <w:b/>
        </w:rPr>
        <w:t xml:space="preserve">[03:05] </w:t>
      </w:r>
      <w:r>
        <w:t>is se agar aap nikale parts to bilkul galat hoga. phir dekhiye,</w:t>
      </w:r>
    </w:p>
    <w:p>
      <w:pPr>
        <w:jc w:val="right"/>
      </w:pPr>
      <w:r>
        <w:t>اس سے اگر آپ نکالیں پارٹس تو بالکل غلط ہوگا۔ پھر دیکھیے،</w:t>
      </w:r>
    </w:p>
    <w:p>
      <w:r>
        <w:rPr>
          <w:b/>
        </w:rPr>
        <w:t xml:space="preserve">[03:16] </w:t>
      </w:r>
      <w:r>
        <w:t>doosri cheez jo sochne ki hai woh yeh hai ke is dunya mein yeh woh ayat padhi thi, english tarjuma</w:t>
      </w:r>
    </w:p>
    <w:p>
      <w:pPr>
        <w:jc w:val="right"/>
      </w:pPr>
      <w:r>
        <w:t>دوسری چیز جو سوچنے کی ہے وہ یہ ہے کہ اس دنیا میں یہ وہ آیت پڑھی تھی، انگلش ترجمہ</w:t>
      </w:r>
    </w:p>
    <w:p>
      <w:r>
        <w:rPr>
          <w:b/>
        </w:rPr>
        <w:t xml:space="preserve">[03:29] </w:t>
      </w:r>
      <w:r>
        <w:t>. he created death and life so that he might test you and find out which of you is best in conduct.</w:t>
      </w:r>
    </w:p>
    <w:p>
      <w:pPr>
        <w:jc w:val="right"/>
      </w:pPr>
      <w:r>
        <w:t>۔ ہی کریٹڈ ڈیتھ اینڈ لائف سو دیٹ ہی مائٹ ٹیسٹ یو اینڈ فائنڈ آؤٹ وچ اف یو از بیسٹ ان کنڈکٹ۔</w:t>
      </w:r>
    </w:p>
    <w:p>
      <w:r>
        <w:rPr>
          <w:b/>
        </w:rPr>
        <w:t xml:space="preserve">[03:38] </w:t>
      </w:r>
      <w:r>
        <w:t>dekhiye, yeh ayat</w:t>
      </w:r>
    </w:p>
    <w:p>
      <w:pPr>
        <w:jc w:val="right"/>
      </w:pPr>
      <w:r>
        <w:t>دیکھیے، یہ آیت</w:t>
      </w:r>
    </w:p>
    <w:p>
      <w:r>
        <w:rPr>
          <w:b/>
        </w:rPr>
        <w:t xml:space="preserve">[03:42] </w:t>
      </w:r>
      <w:r>
        <w:t>batati hai ke creation plan of of creator kya hai. kyun paida kiya?</w:t>
      </w:r>
    </w:p>
    <w:p>
      <w:pPr>
        <w:jc w:val="right"/>
      </w:pPr>
      <w:r>
        <w:t>بتاتی ہے کہ کریشن پلان آف آف کریٹر کیا ہے۔ کیوں پیدا کیا؟</w:t>
      </w:r>
    </w:p>
    <w:p>
      <w:r>
        <w:rPr>
          <w:b/>
        </w:rPr>
        <w:t xml:space="preserve">[03:53] </w:t>
      </w:r>
      <w:r>
        <w:t>yani</w:t>
      </w:r>
    </w:p>
    <w:p>
      <w:pPr>
        <w:jc w:val="right"/>
      </w:pPr>
      <w:r>
        <w:t>یعنی</w:t>
      </w:r>
    </w:p>
    <w:p>
      <w:r>
        <w:rPr>
          <w:b/>
        </w:rPr>
        <w:t xml:space="preserve">[03:57] </w:t>
      </w:r>
      <w:r>
        <w:t>yeh duniya apne aap nahi ban gayi hai balkeh koi is ka paida karne wala hai. kisi ne is ko create kiya hai.</w:t>
      </w:r>
    </w:p>
    <w:p>
      <w:pPr>
        <w:jc w:val="right"/>
      </w:pPr>
      <w:r>
        <w:t>یہ دنیا اپنے آپ نہیں بن گئی ہے بلکہ کوئی اس کا پیدا کرنے والا ہے۔ کسی نے اس کو کریٹ کیا ہے۔</w:t>
      </w:r>
    </w:p>
    <w:p>
      <w:r>
        <w:rPr>
          <w:b/>
        </w:rPr>
        <w:t xml:space="preserve">[04:09] </w:t>
      </w:r>
      <w:r>
        <w:t>to is ka creation plan kya hai? woh hai ek lafz mein keh woh best in conduct ka selection.</w:t>
      </w:r>
    </w:p>
    <w:p>
      <w:pPr>
        <w:jc w:val="right"/>
      </w:pPr>
      <w:r>
        <w:t>تو اس کا کریشن پلان کیا ہے؟ وہ ہے ایک لفظ میں کہ وہ بیسٹ ان کنڈکٹ کا سلیکشن۔</w:t>
      </w:r>
    </w:p>
    <w:p>
      <w:r>
        <w:rPr>
          <w:b/>
        </w:rPr>
        <w:t xml:space="preserve">[04:25] </w:t>
      </w:r>
      <w:r>
        <w:t>yani</w:t>
      </w:r>
    </w:p>
    <w:p>
      <w:pPr>
        <w:jc w:val="right"/>
      </w:pPr>
      <w:r>
        <w:t>یعنی</w:t>
      </w:r>
    </w:p>
    <w:p>
      <w:r>
        <w:rPr>
          <w:b/>
        </w:rPr>
        <w:t xml:space="preserve">[04:31] </w:t>
      </w:r>
      <w:r>
        <w:t>best in logon ka selection jo behtareen conduct wale hon.</w:t>
      </w:r>
    </w:p>
    <w:p>
      <w:pPr>
        <w:jc w:val="right"/>
      </w:pPr>
      <w:r>
        <w:t>بیسٹ ان لوگوں کا سلیکشن جو بہترین کنڈکٹ والے ہوں۔</w:t>
      </w:r>
    </w:p>
    <w:p>
      <w:r>
        <w:rPr>
          <w:b/>
        </w:rPr>
        <w:t xml:space="preserve">[04:42] </w:t>
      </w:r>
      <w:r>
        <w:t>to yeh batata hi, yeh alfaaz batate hain keh yeh</w:t>
      </w:r>
    </w:p>
    <w:p>
      <w:pPr>
        <w:jc w:val="right"/>
      </w:pPr>
      <w:r>
        <w:t>تو یہ بتاتا ہی، یہ الفاظ بتاتے ہیں کہ یہ</w:t>
      </w:r>
    </w:p>
    <w:p>
      <w:r>
        <w:rPr>
          <w:b/>
        </w:rPr>
        <w:t xml:space="preserve">[04:52] </w:t>
      </w:r>
      <w:r>
        <w:t>yeh duniya aakhri nahi hai. yeh duniya aakhri duniya nahi hai. yeh duniya sirf ibtidai ibtidai duniya hai.</w:t>
      </w:r>
    </w:p>
    <w:p>
      <w:pPr>
        <w:jc w:val="right"/>
      </w:pPr>
      <w:r>
        <w:t>یہ دنیا آخری نہیں ہے۔ یہ دنیا آخری دنیا نہیں ہے۔ یہ دنیا صرف ابتدائی ابتدائی دنیا ہے۔</w:t>
      </w:r>
    </w:p>
    <w:p>
      <w:r>
        <w:rPr>
          <w:b/>
        </w:rPr>
        <w:t xml:space="preserve">[05:09] </w:t>
      </w:r>
      <w:r>
        <w:t>is ke baad ek aur duniya aye gi.</w:t>
      </w:r>
    </w:p>
    <w:p>
      <w:pPr>
        <w:jc w:val="right"/>
      </w:pPr>
      <w:r>
        <w:t>اس کے بعد ایک اور دنیا آئے گی۔</w:t>
      </w:r>
    </w:p>
    <w:p>
      <w:r>
        <w:rPr>
          <w:b/>
        </w:rPr>
        <w:t xml:space="preserve">[05:16] </w:t>
      </w:r>
      <w:r>
        <w:t>yani doosre lafzon mein hum yeh keh sakte hain keh</w:t>
      </w:r>
    </w:p>
    <w:p>
      <w:pPr>
        <w:jc w:val="right"/>
      </w:pPr>
      <w:r>
        <w:t>یعنی دوسرے لفظوں میں ہم یہ کہہ سکتے ہیں کہ</w:t>
      </w:r>
    </w:p>
    <w:p>
      <w:r>
        <w:rPr>
          <w:b/>
        </w:rPr>
        <w:t xml:space="preserve">[05:23] </w:t>
      </w:r>
      <w:r>
        <w:t>jis tarah se</w:t>
      </w:r>
    </w:p>
    <w:p>
      <w:pPr>
        <w:jc w:val="right"/>
      </w:pPr>
      <w:r>
        <w:t>جس طرح سے</w:t>
      </w:r>
    </w:p>
    <w:p>
      <w:r>
        <w:rPr>
          <w:b/>
        </w:rPr>
        <w:t xml:space="preserve">[05:26] </w:t>
      </w:r>
      <w:r>
        <w:t>bagh bagh yeh karta hai keh woh ek nursery banata hai, pehle</w:t>
      </w:r>
    </w:p>
    <w:p>
      <w:pPr>
        <w:jc w:val="right"/>
      </w:pPr>
      <w:r>
        <w:t>باغ باغ یہ کرتا ہے کہ وہ ایک نرسری بناتا ہے، پہلے</w:t>
      </w:r>
    </w:p>
    <w:p>
      <w:r>
        <w:rPr>
          <w:b/>
        </w:rPr>
        <w:t xml:space="preserve">[05:35] </w:t>
      </w:r>
      <w:r>
        <w:t>bagh tayyar karne se pehle ek nursery. nursery mein pode tayyar kiye jate hain.</w:t>
      </w:r>
    </w:p>
    <w:p>
      <w:pPr>
        <w:jc w:val="right"/>
      </w:pPr>
      <w:r>
        <w:t>باغ تیار کرنے سے پہلے ایک نرسری۔ نرسری میں پودے تیار کیے جاتے ہیں۔</w:t>
      </w:r>
    </w:p>
    <w:p>
      <w:r>
        <w:rPr>
          <w:b/>
        </w:rPr>
        <w:t xml:space="preserve">[05:46] </w:t>
      </w:r>
      <w:r>
        <w:t>nursery mein pode tayyar kiye jate hain. aap jante hain keh yeh pode jo hote hain, kuch bohat hi acha poda hota hai</w:t>
      </w:r>
    </w:p>
    <w:p>
      <w:pPr>
        <w:jc w:val="right"/>
      </w:pPr>
      <w:r>
        <w:t>نرسری میں پودے تیار کیے جاتے ہیں۔ آپ جانتے ہیں کہ یہ پودے جو ہوتے ہیں، کچھ بہت ہی اچھا پودا ہوتا ہے</w:t>
      </w:r>
    </w:p>
    <w:p>
      <w:r>
        <w:rPr>
          <w:b/>
        </w:rPr>
        <w:t xml:space="preserve">[06:04] </w:t>
      </w:r>
      <w:r>
        <w:t>aur kuch aisa hota hai jis mein kuch bimari lag jati hai. to nursery jo banayi jati hai, yani pre garden,</w:t>
      </w:r>
    </w:p>
    <w:p>
      <w:pPr>
        <w:jc w:val="right"/>
      </w:pPr>
      <w:r>
        <w:t>اور کچھ ایسا ہوتا ہے جس میں کچھ بیماری لگ جاتی ہے۔ تو نرسری جو بنائی جاتی ہے، یعنی پری گارڈن،</w:t>
      </w:r>
    </w:p>
    <w:p>
      <w:r>
        <w:rPr>
          <w:b/>
        </w:rPr>
        <w:t xml:space="preserve">[06:19] </w:t>
      </w:r>
      <w:r>
        <w:t>ek garden hai, ek pre garden hai. to pre garden mein nursery ugayi jati hai taakeh jo healthy pode hon, healthy, un ko chanta jaye.</w:t>
      </w:r>
    </w:p>
    <w:p>
      <w:pPr>
        <w:jc w:val="right"/>
      </w:pPr>
      <w:r>
        <w:t>ایک گارڈن ہے، ایک پری گارڈن ہے۔ تو پری گارڈن میں نرسری اگائی جاتی ہے تاکہ جو ہیلدی پودے ہوں، ہیلدی، ان کو چھانٹا جائے۔</w:t>
      </w:r>
    </w:p>
    <w:p>
      <w:r>
        <w:rPr>
          <w:b/>
        </w:rPr>
        <w:t xml:space="preserve">[06:35] </w:t>
      </w:r>
      <w:r>
        <w:t>healthy podon ko nikal kar ke phir un ko bagh mein lagaya jata hai.</w:t>
      </w:r>
    </w:p>
    <w:p>
      <w:pPr>
        <w:jc w:val="right"/>
      </w:pPr>
      <w:r>
        <w:t>ہیلدی پودوں کو نکال کر کے پھر ان کو باغ میں لگایا جاتا ہے۔</w:t>
      </w:r>
    </w:p>
    <w:p>
      <w:r>
        <w:rPr>
          <w:b/>
        </w:rPr>
        <w:t xml:space="preserve">[06:48] </w:t>
      </w:r>
      <w:r>
        <w:t>to yeh jo duniya hai, yeh duniya, is yeh duniya goya ek nursery, is ki hesiyat nursery ki hai.</w:t>
      </w:r>
    </w:p>
    <w:p>
      <w:pPr>
        <w:jc w:val="right"/>
      </w:pPr>
      <w:r>
        <w:t>تو یہ جو دنیا ہے، یہ دنیا، اس یہ دنیا گویا ایک نرسری، اس کی حیثیت نرسری کی ہے۔</w:t>
      </w:r>
    </w:p>
    <w:p>
      <w:r>
        <w:rPr>
          <w:b/>
        </w:rPr>
        <w:t xml:space="preserve">[06:58] </w:t>
      </w:r>
      <w:r>
        <w:t>aaj jo duniya mein reh rahe hain, is ki hesiyat goya nursery jaisi hai.</w:t>
      </w:r>
    </w:p>
    <w:p>
      <w:pPr>
        <w:jc w:val="right"/>
      </w:pPr>
      <w:r>
        <w:t>آج جو دنیا میں رہ رہے ہیں، اس کی حیثیت گویا نرسری جیسی ہے۔</w:t>
      </w:r>
    </w:p>
    <w:p>
      <w:r>
        <w:rPr>
          <w:b/>
        </w:rPr>
        <w:t xml:space="preserve">[07:09] </w:t>
      </w:r>
      <w:r>
        <w:t>yani yahan insan paida hote hain aur kam o besh so saal duniya mein rehte hain.</w:t>
      </w:r>
    </w:p>
    <w:p>
      <w:pPr>
        <w:jc w:val="right"/>
      </w:pPr>
      <w:r>
        <w:t>یعنی یہاں انسان پیدا ہوتے ہیں اور کم و بیش سو سال دنیا میں رہتے ہیں۔</w:t>
      </w:r>
    </w:p>
    <w:p>
      <w:r>
        <w:rPr>
          <w:b/>
        </w:rPr>
        <w:t xml:space="preserve">[07:21] </w:t>
      </w:r>
      <w:r>
        <w:t>mukhtalif marhal se guzarte hain: bachpan, phir naujawan, phir jawani, phir barhapa.</w:t>
      </w:r>
    </w:p>
    <w:p>
      <w:pPr>
        <w:jc w:val="right"/>
      </w:pPr>
      <w:r>
        <w:t>مختلف مراحل سے گزرتے ہیں: بچپن، پھر نوجوانی، پھر جوانی، پھر بڑھاپا۔</w:t>
      </w:r>
    </w:p>
    <w:p>
      <w:r>
        <w:rPr>
          <w:b/>
        </w:rPr>
        <w:t xml:space="preserve">[07:33] </w:t>
      </w:r>
      <w:r>
        <w:t>to mukhtalif marhal se guzarte hue woh is waqt un par, woh waqt aata hai un ke upar jab unhein maut taari ho jati hai.</w:t>
      </w:r>
    </w:p>
    <w:p>
      <w:pPr>
        <w:jc w:val="right"/>
      </w:pPr>
      <w:r>
        <w:t>تو مختلف مراحل سے گزرتے ہوئے وہ اس وقت ان پر، وہ وقت آتا ہے ان کے اوپر جب انہیں موت طاری ہو جاتی ہے۔</w:t>
      </w:r>
    </w:p>
    <w:p>
      <w:r>
        <w:rPr>
          <w:b/>
        </w:rPr>
        <w:t xml:space="preserve">[07:44] </w:t>
      </w:r>
      <w:r>
        <w:t>maut. to maut goya aisa hi hai jaise nursery se koi poda ukhaad liya jaye.</w:t>
      </w:r>
    </w:p>
    <w:p>
      <w:pPr>
        <w:jc w:val="right"/>
      </w:pPr>
      <w:r>
        <w:t>موت۔ تو موت گویا ایسا ہی ہے جیسے نرسری سے کوئی پودا اکھاڑ لیا جائے۔</w:t>
      </w:r>
    </w:p>
    <w:p>
      <w:r>
        <w:rPr>
          <w:b/>
        </w:rPr>
        <w:t xml:space="preserve">[08:00] </w:t>
      </w:r>
      <w:r>
        <w:t>jo baghban hota hai, gardener, woh achhe hi healthy podon ko nikal leta hai aur doosron ko chhaant deta hai.</w:t>
      </w:r>
    </w:p>
    <w:p>
      <w:pPr>
        <w:jc w:val="right"/>
      </w:pPr>
      <w:r>
        <w:t>جو باغبان ہوتا ہے، گارڈنر، وہ اچھے ہیلدی پودوں کو نکال لیتا ہے اور دوسروں کو چھانٹ دیتا ہے۔</w:t>
      </w:r>
    </w:p>
    <w:p>
      <w:r>
        <w:rPr>
          <w:b/>
        </w:rPr>
        <w:t xml:space="preserve">[08:12] </w:t>
      </w:r>
      <w:r>
        <w:t>to aisa hi yeh hai keh jo barish kar raha hai, jo Khuda is duniya ko barish kar raha hai, woh wash, woh wash kar raha hai.</w:t>
      </w:r>
    </w:p>
    <w:p>
      <w:pPr>
        <w:jc w:val="right"/>
      </w:pPr>
      <w:r>
        <w:t>تو ایسا ہی یہ ہے کہ جو بارش کر رہا ہے، جو خدا اس دنیا کو بارش کر رہا ہے، وہ واش، وہ واش کر رہا ہے۔</w:t>
      </w:r>
    </w:p>
    <w:p>
      <w:r>
        <w:rPr>
          <w:b/>
        </w:rPr>
        <w:t xml:space="preserve">[08:25] </w:t>
      </w:r>
      <w:r>
        <w:t>is ke angels wash kar rahe hain.</w:t>
      </w:r>
    </w:p>
    <w:p>
      <w:pPr>
        <w:jc w:val="right"/>
      </w:pPr>
      <w:r>
        <w:t>اس کے اینجلز واش کر رہے ہیں۔</w:t>
      </w:r>
    </w:p>
    <w:p>
      <w:r>
        <w:rPr>
          <w:b/>
        </w:rPr>
        <w:t xml:space="preserve">[08:32] </w:t>
      </w:r>
      <w:r>
        <w:t>to jo in healthy pode hote hain, in healthy, is ko phenk diya jata hai aur jo healthy pode hain, un ko ukhaad liya jata hai taakeh un ko doosri jo duniya banne wali hai,</w:t>
      </w:r>
    </w:p>
    <w:p>
      <w:pPr>
        <w:jc w:val="right"/>
      </w:pPr>
      <w:r>
        <w:t>تو جو ان ہیلدی پودے ہوتے ہیں، ان ہیلدی، اس کو پھینک دیا جاتا ہے اور جو ہیلدی پودے ہیں، ان کو اکھاڑ لیا جاتا ہے تاکہ ان کو دوسری جو دنیا بننے والی ہے،</w:t>
      </w:r>
    </w:p>
    <w:p>
      <w:r>
        <w:rPr>
          <w:b/>
        </w:rPr>
        <w:t xml:space="preserve">[08:49] </w:t>
      </w:r>
      <w:r>
        <w:t>wahan unhen laga diya jaye. to ye ye jo hai, ye jo creation plan hai, ye ek creator ka creation plan hai.</w:t>
      </w:r>
    </w:p>
    <w:p>
      <w:pPr>
        <w:jc w:val="right"/>
      </w:pPr>
      <w:r>
        <w:t>وہاں انہیں لگا دیا جائے۔ تو یہ یہ جو ہے، یہ جو کریشن پلان ہے، یہ ایک کریٹر کا کریشن پلان ہے۔</w:t>
      </w:r>
    </w:p>
    <w:p>
      <w:r>
        <w:rPr>
          <w:b/>
        </w:rPr>
        <w:t xml:space="preserve">[09:05] </w:t>
      </w:r>
      <w:r>
        <w:t>ye batata hai ke is dunya mein humein kis hesiyat se, kya samajh kar rehna chahiye.</w:t>
      </w:r>
    </w:p>
    <w:p>
      <w:pPr>
        <w:jc w:val="right"/>
      </w:pPr>
      <w:r>
        <w:t>یہ بتاتا ہے کہ اس دنیا میں ہمیں کس حیثیت سے، کیا سمجھ کر رہنا چاہیے۔</w:t>
      </w:r>
    </w:p>
    <w:p>
      <w:r>
        <w:rPr>
          <w:b/>
        </w:rPr>
        <w:t xml:space="preserve">[09:16] </w:t>
      </w:r>
      <w:r>
        <w:t>to ye dunya</w:t>
      </w:r>
    </w:p>
    <w:p>
      <w:pPr>
        <w:jc w:val="right"/>
      </w:pPr>
      <w:r>
        <w:t>تو یہ دنیا</w:t>
      </w:r>
    </w:p>
    <w:p>
      <w:r>
        <w:rPr>
          <w:b/>
        </w:rPr>
        <w:t xml:space="preserve">[09:20] </w:t>
      </w:r>
      <w:r>
        <w:t>humare liye</w:t>
      </w:r>
    </w:p>
    <w:p>
      <w:pPr>
        <w:jc w:val="right"/>
      </w:pPr>
      <w:r>
        <w:t>ہمارے لیے</w:t>
      </w:r>
    </w:p>
    <w:p>
      <w:r>
        <w:rPr>
          <w:b/>
        </w:rPr>
        <w:t xml:space="preserve">[09:26] </w:t>
      </w:r>
      <w:r>
        <w:t>eternal abode nahi hai. ye dunya humare liye eternal abode nahi hai</w:t>
      </w:r>
    </w:p>
    <w:p>
      <w:pPr>
        <w:jc w:val="right"/>
      </w:pPr>
      <w:r>
        <w:t>ایٹرنل ابوٹ نہیں ہے۔ یہ دنیا ہمارے لیے ایٹرنل ابوٹ نہیں ہے</w:t>
      </w:r>
    </w:p>
    <w:p>
      <w:r>
        <w:rPr>
          <w:b/>
        </w:rPr>
        <w:t xml:space="preserve">[09:36] </w:t>
      </w:r>
      <w:r>
        <w:t>balke temporary abode hai.</w:t>
      </w:r>
    </w:p>
    <w:p>
      <w:pPr>
        <w:jc w:val="right"/>
      </w:pPr>
      <w:r>
        <w:t>بلکہ ٹیمپریری ابوٹ ہے۔</w:t>
      </w:r>
    </w:p>
    <w:p>
      <w:r>
        <w:rPr>
          <w:b/>
        </w:rPr>
        <w:t xml:space="preserve">[09:43] </w:t>
      </w:r>
      <w:r>
        <w:t>yahan hum bator nursery ke ugte hain to Khuda ke jo farishte hain, Khuda ke farishte subah sham raat din humein wash karte rahe hain.</w:t>
      </w:r>
    </w:p>
    <w:p>
      <w:pPr>
        <w:jc w:val="right"/>
      </w:pPr>
      <w:r>
        <w:t>یہاں ہم بطور نرسری کے اگتے ہیں تو خدا کے جو فرشتے ہیں، خدا کے فرشتے صبح شام رات دن ہمیں واش کرتے رہے ہیں۔</w:t>
      </w:r>
    </w:p>
    <w:p>
      <w:r>
        <w:rPr>
          <w:b/>
        </w:rPr>
        <w:t xml:space="preserve">[10:01] </w:t>
      </w:r>
      <w:r>
        <w:t>wash</w:t>
      </w:r>
    </w:p>
    <w:p>
      <w:pPr>
        <w:jc w:val="right"/>
      </w:pPr>
      <w:r>
        <w:t>واش</w:t>
      </w:r>
    </w:p>
    <w:p>
      <w:r>
        <w:rPr>
          <w:b/>
        </w:rPr>
        <w:t xml:space="preserve">[10:05] </w:t>
      </w:r>
      <w:r>
        <w:t>ke hum</w:t>
      </w:r>
    </w:p>
    <w:p>
      <w:pPr>
        <w:jc w:val="right"/>
      </w:pPr>
      <w:r>
        <w:t>کہ ہم</w:t>
      </w:r>
    </w:p>
    <w:p>
      <w:r>
        <w:rPr>
          <w:b/>
        </w:rPr>
        <w:t xml:space="preserve">[10:08] </w:t>
      </w:r>
      <w:r>
        <w:t>apne conduct mein kaise hain, humari personality kaisi personality hai. to iska matlab kya hua</w:t>
      </w:r>
    </w:p>
    <w:p>
      <w:pPr>
        <w:jc w:val="right"/>
      </w:pPr>
      <w:r>
        <w:t>اپنے کنڈکٹ میں کیسے ہیں، ہماری پرسنیلٹی کیسی پرسنیلٹی ہے۔ تو اس کا مطلب کیا ہوا</w:t>
      </w:r>
    </w:p>
    <w:p>
      <w:r>
        <w:rPr>
          <w:b/>
        </w:rPr>
        <w:t xml:space="preserve">[10:22] </w:t>
      </w:r>
      <w:r>
        <w:t>ke ye dunya temporary dunya hai</w:t>
      </w:r>
    </w:p>
    <w:p>
      <w:pPr>
        <w:jc w:val="right"/>
      </w:pPr>
      <w:r>
        <w:t>کہ یہ دنیا ٹیمپریری دنیا ہے</w:t>
      </w:r>
    </w:p>
    <w:p>
      <w:r>
        <w:rPr>
          <w:b/>
        </w:rPr>
        <w:t xml:space="preserve">[10:28] </w:t>
      </w:r>
      <w:r>
        <w:t>aur doosri dunya jo banne wali hai, wo iske baad hogi. to goya ke ye kehna chahiye ke yahan general basis par log paida hote hain,</w:t>
      </w:r>
    </w:p>
    <w:p>
      <w:pPr>
        <w:jc w:val="right"/>
      </w:pPr>
      <w:r>
        <w:t>اور دوسری دنیا جو بننے والی ہے، وہ اس کے بعد ہوگی۔ تو گویا کہ یہ کہنا چاہیے کہ یہاں جنرل بیسز پر لوگ پیدا ہوتے ہیں،</w:t>
      </w:r>
    </w:p>
    <w:p>
      <w:r>
        <w:rPr>
          <w:b/>
        </w:rPr>
        <w:t xml:space="preserve">[10:45] </w:t>
      </w:r>
      <w:r>
        <w:t>general basis par, aur agli dunya mein wo selective basis par</w:t>
      </w:r>
    </w:p>
    <w:p>
      <w:pPr>
        <w:jc w:val="right"/>
      </w:pPr>
      <w:r>
        <w:t>جنرل بیسز پر، اور اگلی دنیا میں وہ سیکرٹری بیسز پر</w:t>
      </w:r>
    </w:p>
    <w:p>
      <w:r>
        <w:rPr>
          <w:b/>
        </w:rPr>
        <w:t xml:space="preserve">[10:57] </w:t>
      </w:r>
      <w:r>
        <w:t>abad ho gaye.</w:t>
      </w:r>
    </w:p>
    <w:p>
      <w:pPr>
        <w:jc w:val="right"/>
      </w:pPr>
      <w:r>
        <w:t>آباد ہو گئے۔</w:t>
      </w:r>
    </w:p>
    <w:p>
      <w:r>
        <w:rPr>
          <w:b/>
        </w:rPr>
        <w:t xml:space="preserve">[11:00] </w:t>
      </w:r>
      <w:r>
        <w:t>instruction hoga: "labikum aalaamaluh". is se ye nikalta hai ke muawza dunya mein insan non-selective basis par paida hota hai,</w:t>
      </w:r>
    </w:p>
    <w:p>
      <w:pPr>
        <w:jc w:val="right"/>
      </w:pPr>
      <w:r>
        <w:t>انسٹرکشن ہوگا: "لیبکم علیکم اعمالہ"۔ اس سے یہ نکلتا ہے کہ معاوضہ دنیا میں انسان نان سلیکٹیو بیس پر پیدا ہوتا ہے،</w:t>
      </w:r>
    </w:p>
    <w:p>
      <w:r>
        <w:rPr>
          <w:b/>
        </w:rPr>
        <w:t xml:space="preserve">[11:18] </w:t>
      </w:r>
      <w:r>
        <w:t>general basis par. lekin jo doosri dunya aayegi, wo selected logon ki dunya hogi.</w:t>
      </w:r>
    </w:p>
    <w:p>
      <w:pPr>
        <w:jc w:val="right"/>
      </w:pPr>
      <w:r>
        <w:t>جنرل بیس پر۔ لیکن جو دوسری دنیا آئے گی، وہ سلیکٹڈ لوگوں کی دنیا ہوگی۔</w:t>
      </w:r>
    </w:p>
    <w:p>
      <w:r>
        <w:rPr>
          <w:b/>
        </w:rPr>
        <w:t xml:space="preserve">[11:32] </w:t>
      </w:r>
      <w:r>
        <w:t>selected logon ki dunya hogi.</w:t>
      </w:r>
    </w:p>
    <w:p>
      <w:pPr>
        <w:jc w:val="right"/>
      </w:pPr>
      <w:r>
        <w:t>سلیکٹڈ لوگوں کی دنیا ہوگی۔</w:t>
      </w:r>
    </w:p>
    <w:p>
      <w:r>
        <w:rPr>
          <w:b/>
        </w:rPr>
        <w:t xml:space="preserve">[11:39] </w:t>
      </w:r>
      <w:r>
        <w:t>yani is is dunya mein ye dekha jaye ga ke unka</w:t>
      </w:r>
    </w:p>
    <w:p>
      <w:pPr>
        <w:jc w:val="right"/>
      </w:pPr>
      <w:r>
        <w:t>یعنی اس اس دنیا میں یہ دیکھا جائے گا کہ ان کا</w:t>
      </w:r>
    </w:p>
    <w:p>
      <w:r>
        <w:rPr>
          <w:b/>
        </w:rPr>
        <w:t xml:space="preserve">[11:50] </w:t>
      </w:r>
      <w:r>
        <w:t>bolna, unka chalna, unka sochna, unka behavior, ye standard ke mutabiq hai ya nahi.</w:t>
      </w:r>
    </w:p>
    <w:p>
      <w:pPr>
        <w:jc w:val="right"/>
      </w:pPr>
      <w:r>
        <w:t>بولنا، ان کا چلنا، ان کا سوچنا، ان کا بیہیویئر، یہ اسٹینڈرڈ کے مطابق ہے یا نہیں۔</w:t>
      </w:r>
    </w:p>
    <w:p>
      <w:r>
        <w:rPr>
          <w:b/>
        </w:rPr>
        <w:t xml:space="preserve">[12:05] </w:t>
      </w:r>
      <w:r>
        <w:t>ek standard Allah ne banaya hai. Khaliq ne yahan basne walon ke liye ek standard muqarrar kiya hai.</w:t>
      </w:r>
    </w:p>
    <w:p>
      <w:pPr>
        <w:jc w:val="right"/>
      </w:pPr>
      <w:r>
        <w:t>ایک اسٹینڈرڈ اللہ نے بنایا ہے۔ خالق نے یہاں بسنے والوں کے لیے ایک اسٹینڈرڈ مقرر کیا ہے۔</w:t>
      </w:r>
    </w:p>
    <w:p>
      <w:r>
        <w:rPr>
          <w:b/>
        </w:rPr>
        <w:t xml:space="preserve">[12:17] </w:t>
      </w:r>
      <w:r>
        <w:t>is aitbar se dekha jaye ga ke wo kaun hai jo is standard par poora utra to us ko agli dunya mein basaya jaye ga.</w:t>
      </w:r>
    </w:p>
    <w:p>
      <w:pPr>
        <w:jc w:val="right"/>
      </w:pPr>
      <w:r>
        <w:t>اس اعتبار سے دیکھا جائے گا کہ وہ کون ہے جو اس اسٹینڈرڈ پر پورا اترا تو اس کو اگلی دنیا میں بسایا جائے گا۔</w:t>
      </w:r>
    </w:p>
    <w:p>
      <w:r>
        <w:rPr>
          <w:b/>
        </w:rPr>
        <w:t xml:space="preserve">[12:29] </w:t>
      </w:r>
      <w:r>
        <w:t>jo har aitbar se,</w:t>
      </w:r>
    </w:p>
    <w:p>
      <w:pPr>
        <w:jc w:val="right"/>
      </w:pPr>
      <w:r>
        <w:t>جو ہر اعتبار سے،</w:t>
      </w:r>
    </w:p>
    <w:p>
      <w:r>
        <w:rPr>
          <w:b/>
        </w:rPr>
        <w:t xml:space="preserve">[12:36] </w:t>
      </w:r>
      <w:r>
        <w:t>har aitbar se</w:t>
      </w:r>
    </w:p>
    <w:p>
      <w:pPr>
        <w:jc w:val="right"/>
      </w:pPr>
      <w:r>
        <w:t>ہر اعتبار سے</w:t>
      </w:r>
    </w:p>
    <w:p>
      <w:r>
        <w:rPr>
          <w:b/>
        </w:rPr>
        <w:t xml:space="preserve">[12:42] </w:t>
      </w:r>
      <w:r>
        <w:t>best dunya hogi.</w:t>
      </w:r>
    </w:p>
    <w:p>
      <w:pPr>
        <w:jc w:val="right"/>
      </w:pPr>
      <w:r>
        <w:t>بیسٹ دنیا ہوگی۔</w:t>
      </w:r>
    </w:p>
    <w:p>
      <w:r>
        <w:rPr>
          <w:b/>
        </w:rPr>
        <w:t xml:space="preserve">[12:47] </w:t>
      </w:r>
      <w:r>
        <w:t>ab ye dekhiye ke ye jo</w:t>
      </w:r>
    </w:p>
    <w:p>
      <w:pPr>
        <w:jc w:val="right"/>
      </w:pPr>
      <w:r>
        <w:t>اب یہ دیکھیے کہ یہ جو</w:t>
      </w:r>
    </w:p>
    <w:p>
      <w:r>
        <w:rPr>
          <w:b/>
        </w:rPr>
        <w:t xml:space="preserve">[12:54] </w:t>
      </w:r>
      <w:r>
        <w:t>standard hai, woh kya hai. is se pehle main yeh baat arz ki hai ke quran ka tareeqa aisa hai ke har baat, koi baat ek hi jagah nahi hoti.</w:t>
      </w:r>
    </w:p>
    <w:p>
      <w:pPr>
        <w:jc w:val="right"/>
      </w:pPr>
      <w:r>
        <w:t>اسٹینڈرڈ ہے، وہ کیا ہے۔ اس سے پہلے میں یہ بات عرض کی ہے کہ قرآن کا طریقہ ایسا ہے کہ ہر بات، کوئی بات ایک ہی جگہ نہیں ہوتی۔</w:t>
      </w:r>
    </w:p>
    <w:p>
      <w:r>
        <w:rPr>
          <w:b/>
        </w:rPr>
        <w:t xml:space="preserve">[13:08] </w:t>
      </w:r>
      <w:r>
        <w:t>agar aap sirf aage peeche ki suratein, aage peeche ki ayat par nazar ho aap ki to aap quran ko samajh nahi sakte.</w:t>
      </w:r>
    </w:p>
    <w:p>
      <w:pPr>
        <w:jc w:val="right"/>
      </w:pPr>
      <w:r>
        <w:t>اگر آپ صرف آگے پیچھے کی سورتیں، آگے پیچھے کی آیات پر نظر ہو آپ کی تو آپ قرآن کو سمجھ نہیں سکتے۔</w:t>
      </w:r>
    </w:p>
    <w:p>
      <w:r>
        <w:rPr>
          <w:b/>
        </w:rPr>
        <w:t xml:space="preserve">[13:22] </w:t>
      </w:r>
      <w:r>
        <w:t>kyun ke saari baatein quran mein ek hi jagah hoti hi nahi. quran ka jo style hai, is ka jo</w:t>
      </w:r>
    </w:p>
    <w:p>
      <w:pPr>
        <w:jc w:val="right"/>
      </w:pPr>
      <w:r>
        <w:t>کیونکہ ساری باتیں قرآن میں ایک ہی جگہ ہوتی ہی نہیں۔ قرآن کا جو اسٹائل ہے، اس کا جو</w:t>
      </w:r>
    </w:p>
    <w:p>
      <w:r>
        <w:rPr>
          <w:b/>
        </w:rPr>
        <w:t xml:space="preserve">[13:37] </w:t>
      </w:r>
      <w:r>
        <w:t>jo tasneefi art hai, woh insaan jaisa nahi hai.</w:t>
      </w:r>
    </w:p>
    <w:p>
      <w:pPr>
        <w:jc w:val="right"/>
      </w:pPr>
      <w:r>
        <w:t>جو تصنیفی آرٹ ہے، وہ انسان جیسا نہیں ہے۔</w:t>
      </w:r>
    </w:p>
    <w:p>
      <w:r>
        <w:rPr>
          <w:b/>
        </w:rPr>
        <w:t xml:space="preserve">[13:45] </w:t>
      </w:r>
      <w:r>
        <w:t>misalan aap dekhein quran mein to adam ne ek ghalti ki.</w:t>
      </w:r>
    </w:p>
    <w:p>
      <w:pPr>
        <w:jc w:val="right"/>
      </w:pPr>
      <w:r>
        <w:t>مثلاً آپ دیکھیں قرآن میں تو آدم نے ایک غلطی کی۔</w:t>
      </w:r>
    </w:p>
    <w:p>
      <w:r>
        <w:rPr>
          <w:b/>
        </w:rPr>
        <w:t xml:space="preserve">[13:57] </w:t>
      </w:r>
      <w:r>
        <w:t>is ghalti ke baad woh</w:t>
      </w:r>
    </w:p>
    <w:p>
      <w:pPr>
        <w:jc w:val="right"/>
      </w:pPr>
      <w:r>
        <w:t>اس غلطی کے بعد وہ</w:t>
      </w:r>
    </w:p>
    <w:p>
      <w:r>
        <w:rPr>
          <w:b/>
        </w:rPr>
        <w:t xml:space="preserve">[14:02] </w:t>
      </w:r>
      <w:r>
        <w:t>zameen se maroof kar diye gaye. lekin phir unhon ne</w:t>
      </w:r>
    </w:p>
    <w:p>
      <w:pPr>
        <w:jc w:val="right"/>
      </w:pPr>
      <w:r>
        <w:t>زمین سے معروف کر دیے گئے۔ لیکن پھر انہوں نے</w:t>
      </w:r>
    </w:p>
    <w:p>
      <w:r>
        <w:rPr>
          <w:b/>
        </w:rPr>
        <w:t xml:space="preserve">[14:13] </w:t>
      </w:r>
      <w:r>
        <w:t>maafi mangi, ibadat ki, aur unhon ne dobara zameen di gayi basti ke liye. aur Allah ki tofeeq se unhon ne ek dua ki.</w:t>
      </w:r>
    </w:p>
    <w:p>
      <w:pPr>
        <w:jc w:val="right"/>
      </w:pPr>
      <w:r>
        <w:t>معافی مانگی، عبادت کی، اور انہوں نے دوبارہ زمین دی گئی بستی کے لیے۔ اور اللہ کی توفیق سے انہوں نے ایک دعا کی۔</w:t>
      </w:r>
    </w:p>
    <w:p>
      <w:r>
        <w:rPr>
          <w:b/>
        </w:rPr>
        <w:t xml:space="preserve">[14:30] </w:t>
      </w:r>
      <w:r>
        <w:t>woh dua qabool hui. ab aap mutala kijye to aisi azeem dua jis ki qabooliyat ka ailaan hai quran mein</w:t>
      </w:r>
    </w:p>
    <w:p>
      <w:pPr>
        <w:jc w:val="right"/>
      </w:pPr>
      <w:r>
        <w:t>وہ دعا قبول ہوئی۔ اب آپ مطالعہ کیجئے تو ایسی عظیم دعا جس کی قبولیت کا اعلان ہے قرآن میں</w:t>
      </w:r>
    </w:p>
    <w:p>
      <w:r>
        <w:rPr>
          <w:b/>
        </w:rPr>
        <w:t xml:space="preserve">[14:45] </w:t>
      </w:r>
      <w:r>
        <w:t>to is ka zikr ek jagah hai aur woh dua ke kya thay, woh doosri jagah hai. is se pehle maine yeh baat kahi hai</w:t>
      </w:r>
    </w:p>
    <w:p>
      <w:pPr>
        <w:jc w:val="right"/>
      </w:pPr>
      <w:r>
        <w:t>تو اس کا ذکر ایک جگہ ہے اور وہ دعا کے کیا تھے، وہ دوسری جگہ ہے۔ اس سے پہلے میں نے یہ بات کہی ہے</w:t>
      </w:r>
    </w:p>
    <w:p>
      <w:r>
        <w:rPr>
          <w:b/>
        </w:rPr>
        <w:t xml:space="preserve">[15:00] </w:t>
      </w:r>
      <w:r>
        <w:t>ke dua ke alfaaz wahi nahi hain jahan pe dua ka zikr hai.</w:t>
      </w:r>
    </w:p>
    <w:p>
      <w:pPr>
        <w:jc w:val="right"/>
      </w:pPr>
      <w:r>
        <w:t>کہ دعا کے الفاظ وہی نہیں ہیں جہاں پہ دعا کا ذکر ہے۔</w:t>
      </w:r>
    </w:p>
    <w:p>
      <w:r>
        <w:rPr>
          <w:b/>
        </w:rPr>
        <w:t xml:space="preserve">[15:07] </w:t>
      </w:r>
      <w:r>
        <w:t>is tarah ki bohat si misalein hain jo batati hain ke quran mein kisi muamle ke saare ajza nahi hote.</w:t>
      </w:r>
    </w:p>
    <w:p>
      <w:pPr>
        <w:jc w:val="right"/>
      </w:pPr>
      <w:r>
        <w:t>اس طرح کی بہت سی مثالیں ہیں جو بتاتی ہیں کہ قرآن میں کسی معاملے کے سارے اجزاء نہیں ہوتے۔</w:t>
      </w:r>
    </w:p>
    <w:p>
      <w:r>
        <w:rPr>
          <w:b/>
        </w:rPr>
        <w:t xml:space="preserve">[15:23] </w:t>
      </w:r>
      <w:r>
        <w:t>to quran ki jo, yaani quran ka jo author hai, woh insani style ko follow nahi karta.</w:t>
      </w:r>
    </w:p>
    <w:p>
      <w:pPr>
        <w:jc w:val="right"/>
      </w:pPr>
      <w:r>
        <w:t>تو قرآن کی جو، یعنی قرآن کا جو اتھر ہے، وہ انسانی اسٹائل کو فالو نہیں کرتا۔</w:t>
      </w:r>
    </w:p>
    <w:p>
      <w:r>
        <w:rPr>
          <w:b/>
        </w:rPr>
        <w:t xml:space="preserve">[15:36] </w:t>
      </w:r>
      <w:r>
        <w:t>is lihaaz se main kahunga ke quran book of order nahi hai, book of wisdom hai.</w:t>
      </w:r>
    </w:p>
    <w:p>
      <w:pPr>
        <w:jc w:val="right"/>
      </w:pPr>
      <w:r>
        <w:t>اس لحاظ سے میں کہوں گا کہ قرآن بک آف آرڈر نہیں ہے، بک آف وزڈم ہے۔</w:t>
      </w:r>
    </w:p>
    <w:p>
      <w:r>
        <w:rPr>
          <w:b/>
        </w:rPr>
        <w:t xml:space="preserve">[15:47] </w:t>
      </w:r>
      <w:r>
        <w:t>book of wisdom hai. to quran ke samajhne ke liye yeh ek bohat bada nuqta hai jis ko hamein jaan jaan mein rakhna chahiye.</w:t>
      </w:r>
    </w:p>
    <w:p>
      <w:pPr>
        <w:jc w:val="right"/>
      </w:pPr>
      <w:r>
        <w:t>بک آف وزڈم ہے۔ تو قرآن کے سمجھنے کے لیے یہ ایک بہت بڑا نقطہ ہے جس کو ہمیں جان جان میں رکھنا چاہیے۔</w:t>
      </w:r>
    </w:p>
    <w:p>
      <w:r>
        <w:rPr>
          <w:b/>
        </w:rPr>
        <w:t xml:space="preserve">[16:05] </w:t>
      </w:r>
      <w:r>
        <w:t>to ab yeh is ayat se yeh yeh mila ke is duniya mein jo is duniya ko hamein kis nazar se dekhna chahiye.</w:t>
      </w:r>
    </w:p>
    <w:p>
      <w:pPr>
        <w:jc w:val="right"/>
      </w:pPr>
      <w:r>
        <w:t>تو اب یہ اس آیت سے یہ یہ ملا کہ اس دنیا میں جو اس دنیا کو ہمیں کس نظر سے دیکھنا چاہیے۔</w:t>
      </w:r>
    </w:p>
    <w:p>
      <w:r>
        <w:rPr>
          <w:b/>
        </w:rPr>
        <w:t xml:space="preserve">[16:22] </w:t>
      </w:r>
      <w:r>
        <w:t>is duniya ko hamein kis nazar se dekhna chahiye.</w:t>
      </w:r>
    </w:p>
    <w:p>
      <w:pPr>
        <w:jc w:val="right"/>
      </w:pPr>
      <w:r>
        <w:t>اس دنیا کو ہمیں کس نظر سے دیکھنا چاہیے۔</w:t>
      </w:r>
    </w:p>
    <w:p>
      <w:r>
        <w:rPr>
          <w:b/>
        </w:rPr>
        <w:t xml:space="preserve">[16:28] </w:t>
      </w:r>
      <w:r>
        <w:t>to kisi ne bohat sahi taur par kaha hai: "aldunya madaratu al-akhira". yeh ayat nahi hai, yeh kisi ka qaul hai: "aldunya madaratu al-akhira".</w:t>
      </w:r>
    </w:p>
    <w:p>
      <w:pPr>
        <w:jc w:val="right"/>
      </w:pPr>
      <w:r>
        <w:t>تو کسی نے بہت صحیح طور پر کہا ہے: "الدنیا مضرات الاخرہ"۔ یہ آیت نہیں ہے، یہ کسی کا قول ہے: "الدنیا مضرات الاخرہ"۔</w:t>
      </w:r>
    </w:p>
    <w:p>
      <w:r>
        <w:rPr>
          <w:b/>
        </w:rPr>
        <w:t xml:space="preserve">[16:43] </w:t>
      </w:r>
      <w:r>
        <w:t>yaani duniya akhirat ki kheti ki jagah hai. yaani wahi baat hai ke yeh duniya akhirat ki nursery hai.</w:t>
      </w:r>
    </w:p>
    <w:p>
      <w:pPr>
        <w:jc w:val="right"/>
      </w:pPr>
      <w:r>
        <w:t>یعنی دنیا آخرت کی کھیتی کی جگہ ہے۔ یعنی وہی بات ہے کہ یہ دنیا آخرت کی نرسری ہے۔</w:t>
      </w:r>
    </w:p>
    <w:p>
      <w:r>
        <w:rPr>
          <w:b/>
        </w:rPr>
        <w:t xml:space="preserve">[16:57] </w:t>
      </w:r>
      <w:r>
        <w:t>yeh yeh duniya akhirat ki nursery hai. yaani asal jo jahan log basaye jayenge, woh to ek aur duniya hai</w:t>
      </w:r>
    </w:p>
    <w:p>
      <w:pPr>
        <w:jc w:val="right"/>
      </w:pPr>
      <w:r>
        <w:t>یہ یہ دنیا آخرت کی نرسری ہے۔ یعنی اصل جو جہاں لوگ بسائے جائیں گے، وہ تو ایک اور دنیا ہے</w:t>
      </w:r>
    </w:p>
    <w:p>
      <w:r>
        <w:rPr>
          <w:b/>
        </w:rPr>
        <w:t xml:space="preserve">[17:08] </w:t>
      </w:r>
      <w:r>
        <w:t>jo zyada ideal hogi, zyada kamil hogi, har aitbaar se woh best hogi.</w:t>
      </w:r>
    </w:p>
    <w:p>
      <w:pPr>
        <w:jc w:val="right"/>
      </w:pPr>
      <w:r>
        <w:t>جو زیادہ آئیڈیل ہوگی، زیادہ کامل ہوگی، ہر اعتبار سے وہ بیسٹ ہوگی۔</w:t>
      </w:r>
    </w:p>
    <w:p>
      <w:r>
        <w:rPr>
          <w:b/>
        </w:rPr>
        <w:t xml:space="preserve">[17:21] </w:t>
      </w:r>
      <w:r>
        <w:t>to magar wahan par jo bas logon ko basne ka mauqa milega, woh</w:t>
      </w:r>
    </w:p>
    <w:p>
      <w:pPr>
        <w:jc w:val="right"/>
      </w:pPr>
      <w:r>
        <w:t>تو مگر وہاں پر جو بس لوگوں کو بسنے کا موقع ملے گا، وہ</w:t>
      </w:r>
    </w:p>
    <w:p>
      <w:r>
        <w:rPr>
          <w:b/>
        </w:rPr>
        <w:t xml:space="preserve">[17:31] </w:t>
      </w:r>
      <w:r>
        <w:t>selection basis par, intikhab ki buniyad par. yahan to sab ko uga diya gaya, sab ko</w:t>
      </w:r>
    </w:p>
    <w:p>
      <w:pPr>
        <w:jc w:val="right"/>
      </w:pPr>
      <w:r>
        <w:t>سیکرٹری بیسز پر، انتخاب کی بنیاد پر۔ یہاں تو سب کو اگا دیا گیا، سب کو</w:t>
      </w:r>
    </w:p>
    <w:p>
      <w:r>
        <w:rPr>
          <w:b/>
        </w:rPr>
        <w:t xml:space="preserve">[17:42] </w:t>
      </w:r>
      <w:r>
        <w:t>nursery jo hai, wahan to sab ko uga diya gaya. phir mali chhante ga ke in mein se kaun healthy poda hai.</w:t>
      </w:r>
    </w:p>
    <w:p>
      <w:pPr>
        <w:jc w:val="right"/>
      </w:pPr>
      <w:r>
        <w:t>نرسری جو ہے، وہاں تو سب کو اگا دیا گیا۔ پھر مالی چھانٹے گا کہ ان میں سے کون ہیلدی پودا ہے۔</w:t>
      </w:r>
    </w:p>
    <w:p>
      <w:r>
        <w:rPr>
          <w:b/>
        </w:rPr>
        <w:t xml:space="preserve">[17:53] </w:t>
      </w:r>
      <w:r>
        <w:t>healthy poda. ab dekhiye, standard kya hai is healthy pode ka ko</w:t>
      </w:r>
    </w:p>
    <w:p>
      <w:pPr>
        <w:jc w:val="right"/>
      </w:pPr>
      <w:r>
        <w:t>ہیلدی پودا۔ اب دیکھیے، اسٹینڈرڈ کیا ہے اس ہیلدی پودے کا کو</w:t>
      </w:r>
    </w:p>
    <w:p>
      <w:r>
        <w:rPr>
          <w:b/>
        </w:rPr>
        <w:t xml:space="preserve">[18:08] </w:t>
      </w:r>
      <w:r>
        <w:t>select karne ka? yani kon poda healthy poda mana jayega? is ka quran mein aya hai, is ke alfaaz diye hain ke</w:t>
      </w:r>
    </w:p>
    <w:p>
      <w:pPr>
        <w:jc w:val="right"/>
      </w:pPr>
      <w:r>
        <w:t>سلیکٹ کرنے کا؟ یعنی کون پودا ہیلدی پودا مانا جائے گا؟ اس کا قرآن میں آیا ہے، اس کے الفاظ دیے ہیں کہ</w:t>
      </w:r>
    </w:p>
    <w:p>
      <w:r>
        <w:rPr>
          <w:b/>
        </w:rPr>
        <w:t xml:space="preserve">[18:29] </w:t>
      </w:r>
      <w:r>
        <w:t>"alaeqa" . "alaeqa" se murad hai jannati log, sirf jannati log. "alaeqa ma al nabiyyin wa siddiqin wa shuhadae wa salihin".</w:t>
      </w:r>
    </w:p>
    <w:p>
      <w:pPr>
        <w:jc w:val="right"/>
      </w:pPr>
      <w:r>
        <w:t>"الائقہ"۔ "الائقہ" سے مراد ہے جنتی لوگ، صرف جنتی لوگ۔ "الائقہ مع النبیین وصدیقین وشہدائے وصالحین"۔</w:t>
      </w:r>
    </w:p>
    <w:p>
      <w:r>
        <w:rPr>
          <w:b/>
        </w:rPr>
        <w:t xml:space="preserve">[18:44] </w:t>
      </w:r>
      <w:r>
        <w:t>wa "husn al aeqa rafeeqa" ke jannati log honge sath peghambaron ke, siddiq ke,</w:t>
      </w:r>
    </w:p>
    <w:p>
      <w:pPr>
        <w:jc w:val="right"/>
      </w:pPr>
      <w:r>
        <w:t>و "حسن الائقہ رفیقہ" کہ جنتی لوگ ہوں گے ساتھ پیغمبروں کے، صدیق کے،</w:t>
      </w:r>
    </w:p>
    <w:p>
      <w:r>
        <w:rPr>
          <w:b/>
        </w:rPr>
        <w:t xml:space="preserve">[19:04] </w:t>
      </w:r>
      <w:r>
        <w:t>shuhada ke</w:t>
      </w:r>
    </w:p>
    <w:p>
      <w:pPr>
        <w:jc w:val="right"/>
      </w:pPr>
      <w:r>
        <w:t>شہداء کے</w:t>
      </w:r>
    </w:p>
    <w:p>
      <w:r>
        <w:rPr>
          <w:b/>
        </w:rPr>
        <w:t xml:space="preserve">[19:10] </w:t>
      </w:r>
      <w:r>
        <w:t>aur</w:t>
      </w:r>
    </w:p>
    <w:p>
      <w:pPr>
        <w:jc w:val="right"/>
      </w:pPr>
      <w:r>
        <w:t>اور</w:t>
      </w:r>
    </w:p>
    <w:p>
      <w:r>
        <w:rPr>
          <w:b/>
        </w:rPr>
        <w:t xml:space="preserve">[19:13] </w:t>
      </w:r>
      <w:r>
        <w:t>salihin ke. to un ki mushtarak sifat batai, mushtarak sifat ke woh un ke andar husn husn rifaqat ka</w:t>
      </w:r>
    </w:p>
    <w:p>
      <w:pPr>
        <w:jc w:val="right"/>
      </w:pPr>
      <w:r>
        <w:t>صالحین کے۔ تو ان کی مشترک صفت بتائی، مشترک صفت کہ وہ ان کے اندر حسن حسن رفاقت کا</w:t>
      </w:r>
    </w:p>
    <w:p>
      <w:r>
        <w:rPr>
          <w:b/>
        </w:rPr>
        <w:t xml:space="preserve">[19:28] </w:t>
      </w:r>
      <w:r>
        <w:t>kama kiya ki sifat hogi. "alaeqa bi husn al aeqa rafeeqa".</w:t>
      </w:r>
    </w:p>
    <w:p>
      <w:pPr>
        <w:jc w:val="right"/>
      </w:pPr>
      <w:r>
        <w:t>کما کیا کی صفت ہوگی۔ "الائق بحثن الائقہ رفیقہ"۔</w:t>
      </w:r>
    </w:p>
    <w:p>
      <w:r>
        <w:rPr>
          <w:b/>
        </w:rPr>
        <w:t xml:space="preserve">[19:37] </w:t>
      </w:r>
      <w:r>
        <w:t>yani un mein jo cheez janchi jayegi, jis pode ko healthy poda qarar diya jayega, woh hoga jis ne kehte hain husn rifaqat.</w:t>
      </w:r>
    </w:p>
    <w:p>
      <w:pPr>
        <w:jc w:val="right"/>
      </w:pPr>
      <w:r>
        <w:t>یعنی ان میں جو چیز جانچی جائے گی، جس پودے کو ہیلدی پودا قرار دیا جائے گا، وہ ہوگا جس نے کہتے ہیں حسن رفاقت۔</w:t>
      </w:r>
    </w:p>
    <w:p>
      <w:r>
        <w:rPr>
          <w:b/>
        </w:rPr>
        <w:t xml:space="preserve">[19:49] </w:t>
      </w:r>
      <w:r>
        <w:t>kyun ke woh jo muashra jo hoga, woh ideal muashra hoga.</w:t>
      </w:r>
    </w:p>
    <w:p>
      <w:pPr>
        <w:jc w:val="right"/>
      </w:pPr>
      <w:r>
        <w:t>کیونکہ وہ جو معاشرہ جو ہوگا، وہ آئیڈیل معاشرہ ہوگا۔</w:t>
      </w:r>
    </w:p>
    <w:p>
      <w:r>
        <w:rPr>
          <w:b/>
        </w:rPr>
        <w:t xml:space="preserve">[19:56] </w:t>
      </w:r>
      <w:r>
        <w:t>dusri dunya jis ko hum jannat kehte hain, woh ideal muashra hoga. yani jin logon ke sath woh rahenge,</w:t>
      </w:r>
    </w:p>
    <w:p>
      <w:pPr>
        <w:jc w:val="right"/>
      </w:pPr>
      <w:r>
        <w:t>دوسری دنیا جس کو ہم جنت کہتے ہیں، وہ آئیڈیل معاشرہ ہوگا۔ یعنی جن لوگوں کے ساتھ وہ رہیں گے،</w:t>
      </w:r>
    </w:p>
    <w:p>
      <w:r>
        <w:rPr>
          <w:b/>
        </w:rPr>
        <w:t xml:space="preserve">[20:09] </w:t>
      </w:r>
      <w:r>
        <w:t>to wahan un ka character</w:t>
      </w:r>
    </w:p>
    <w:p>
      <w:pPr>
        <w:jc w:val="right"/>
      </w:pPr>
      <w:r>
        <w:t>تو وہاں ان کا کریکٹر</w:t>
      </w:r>
    </w:p>
    <w:p>
      <w:r>
        <w:rPr>
          <w:b/>
        </w:rPr>
        <w:t xml:space="preserve">[20:15] </w:t>
      </w:r>
      <w:r>
        <w:t>best character hoga. woh</w:t>
      </w:r>
    </w:p>
    <w:p>
      <w:pPr>
        <w:jc w:val="right"/>
      </w:pPr>
      <w:r>
        <w:t>بیسٹ کریکٹر ہوگا۔ وہ</w:t>
      </w:r>
    </w:p>
    <w:p>
      <w:r>
        <w:rPr>
          <w:b/>
        </w:rPr>
        <w:t xml:space="preserve">[20:22] </w:t>
      </w:r>
      <w:r>
        <w:t>predictive, predictive, predictable character, character hoga.</w:t>
      </w:r>
    </w:p>
    <w:p>
      <w:pPr>
        <w:jc w:val="right"/>
      </w:pPr>
      <w:r>
        <w:t>پریڈکٹیو، پریڈکٹیو، پریڈکٹیبل کریکٹر، کریکٹر ہوگا۔</w:t>
      </w:r>
    </w:p>
    <w:p>
      <w:r>
        <w:rPr>
          <w:b/>
        </w:rPr>
        <w:t xml:space="preserve">[20:31] </w:t>
      </w:r>
      <w:r>
        <w:t>har aitbar se woh perfect honge. yani un ke parosiyon ko un se koi shikayat nahi hogi. parosi ke liye un ke dil mein mohabbat hogi, peace hoga.</w:t>
      </w:r>
    </w:p>
    <w:p>
      <w:pPr>
        <w:jc w:val="right"/>
      </w:pPr>
      <w:r>
        <w:t>ہر اعتبار سے وہ پرفیکٹ ہوں گے۔ یعنی ان کے پڑوسیوں کو ان سے کوئی شکایت نہیں ہوگی۔ پڑوسی کے لیے ان کے دل میں محبت ہوگی، پیس ہوگا۔</w:t>
      </w:r>
    </w:p>
    <w:p>
      <w:r>
        <w:rPr>
          <w:b/>
        </w:rPr>
        <w:t xml:space="preserve">[20:50] </w:t>
      </w:r>
      <w:r>
        <w:t>parosiyon ke liye woh rehmat honge.</w:t>
      </w:r>
    </w:p>
    <w:p>
      <w:pPr>
        <w:jc w:val="right"/>
      </w:pPr>
      <w:r>
        <w:t>پڑوسیوں کے لیے وہ رحمت ہوں گے۔</w:t>
      </w:r>
    </w:p>
    <w:p>
      <w:r>
        <w:rPr>
          <w:b/>
        </w:rPr>
        <w:t xml:space="preserve">[20:56] </w:t>
      </w:r>
      <w:r>
        <w:t>to aise log jo paros ki is sifat ke hamil honge, woh "husn al aeqa rafeeqa". woh un ko select kiya jayega aur un se jannat ki dunya banai jayegi.</w:t>
      </w:r>
    </w:p>
    <w:p>
      <w:pPr>
        <w:jc w:val="right"/>
      </w:pPr>
      <w:r>
        <w:t>تو ایسے لوگ جو پڑوس کی اس صفت کے حامل ہوں گے، وہ "حسن الائقہ رفیقہ"۔ وہ ان کو سلیکٹ کیا جائے گا اور ان سے جنت کی دنیا بنائی جائے گی۔</w:t>
      </w:r>
    </w:p>
    <w:p>
      <w:r>
        <w:rPr>
          <w:b/>
        </w:rPr>
        <w:t xml:space="preserve">[21:15] </w:t>
      </w:r>
      <w:r>
        <w:t>yeh</w:t>
      </w:r>
    </w:p>
    <w:p>
      <w:pPr>
        <w:jc w:val="right"/>
      </w:pPr>
      <w:r>
        <w:t>یہ</w:t>
      </w:r>
    </w:p>
    <w:p>
      <w:r>
        <w:rPr>
          <w:b/>
        </w:rPr>
        <w:t xml:space="preserve">[21:19] </w:t>
      </w:r>
      <w:r>
        <w:t>bohat hi zyada</w:t>
      </w:r>
    </w:p>
    <w:p>
      <w:pPr>
        <w:jc w:val="right"/>
      </w:pPr>
      <w:r>
        <w:t>بہت ہی زیادہ</w:t>
      </w:r>
    </w:p>
    <w:p>
      <w:r>
        <w:rPr>
          <w:b/>
        </w:rPr>
        <w:t xml:space="preserve">[21:23] </w:t>
      </w:r>
      <w:r>
        <w:t>anokhi sifat hai.</w:t>
      </w:r>
    </w:p>
    <w:p>
      <w:pPr>
        <w:jc w:val="right"/>
      </w:pPr>
      <w:r>
        <w:t>انوکھی صفت ہے۔</w:t>
      </w:r>
    </w:p>
    <w:p>
      <w:r>
        <w:rPr>
          <w:b/>
        </w:rPr>
        <w:t xml:space="preserve">[21:29] </w:t>
      </w:r>
      <w:r>
        <w:t>is ki aik wazahat milti hai aik aur ayat se.</w:t>
      </w:r>
    </w:p>
    <w:p>
      <w:pPr>
        <w:jc w:val="right"/>
      </w:pPr>
      <w:r>
        <w:t>اس کی ایک وضاحت ملتی ہے ایک اور آیت سے۔</w:t>
      </w:r>
    </w:p>
    <w:p>
      <w:r>
        <w:rPr>
          <w:b/>
        </w:rPr>
        <w:t xml:space="preserve">[21:35] </w:t>
      </w:r>
      <w:r>
        <w:t>aap jante hain ke misr ka jo firon badshah tha,</w:t>
      </w:r>
    </w:p>
    <w:p>
      <w:pPr>
        <w:jc w:val="right"/>
      </w:pPr>
      <w:r>
        <w:t>آپ جانتے ہیں کہ مصر کا جو فرعون بادشاہ تھا،</w:t>
      </w:r>
    </w:p>
    <w:p>
      <w:r>
        <w:rPr>
          <w:b/>
        </w:rPr>
        <w:t xml:space="preserve">[21:43] </w:t>
      </w:r>
      <w:r>
        <w:t>uski biwi hazrat musa par iman layi, jabke khud badshah musa ka mukhalif ban gaya.</w:t>
      </w:r>
    </w:p>
    <w:p>
      <w:pPr>
        <w:jc w:val="right"/>
      </w:pPr>
      <w:r>
        <w:t>اس کی بیوی حضرت موسیٰ پر ایمان لائی، جبکہ خود بادشاہ موسیٰ کا مخالف بن گیا۔</w:t>
      </w:r>
    </w:p>
    <w:p>
      <w:r>
        <w:rPr>
          <w:b/>
        </w:rPr>
        <w:t xml:space="preserve">[21:57] </w:t>
      </w:r>
      <w:r>
        <w:t>to</w:t>
      </w:r>
    </w:p>
    <w:p>
      <w:pPr>
        <w:jc w:val="right"/>
      </w:pPr>
      <w:r>
        <w:t>تو</w:t>
      </w:r>
    </w:p>
    <w:p>
      <w:r>
        <w:rPr>
          <w:b/>
        </w:rPr>
        <w:t xml:space="preserve">[22:00] </w:t>
      </w:r>
      <w:r>
        <w:t>badshah ne kaha ke main tum ko maar dalunga. us waqt us ne dua ki,</w:t>
      </w:r>
    </w:p>
    <w:p>
      <w:pPr>
        <w:jc w:val="right"/>
      </w:pPr>
      <w:r>
        <w:t>بادشاہ نے کہا کہ میں تم کو مار ڈالوں گا۔ اس وقت اس نے دعا کی،</w:t>
      </w:r>
    </w:p>
    <w:p>
      <w:r>
        <w:rPr>
          <w:b/>
        </w:rPr>
        <w:t xml:space="preserve">[22:09] </w:t>
      </w:r>
      <w:r>
        <w:t>is khatoon ne. to us ke alfaaz yeh the ke: "rab ibni li intiqaban fi al jannah".</w:t>
      </w:r>
    </w:p>
    <w:p>
      <w:pPr>
        <w:jc w:val="right"/>
      </w:pPr>
      <w:r>
        <w:t>اس خاتون نے۔ تو اس کے الفاظ یہ تھے کہ: "رب ابن لی انتقاب فی الجنہ"۔</w:t>
      </w:r>
    </w:p>
    <w:p>
      <w:r>
        <w:rPr>
          <w:b/>
        </w:rPr>
        <w:t xml:space="preserve">[22:23] </w:t>
      </w:r>
      <w:r>
        <w:t>a allah, mere liye apne paros mein ek ghar bana de. ek lafz se sab kuch baat aa jati hai.</w:t>
      </w:r>
    </w:p>
    <w:p>
      <w:pPr>
        <w:jc w:val="right"/>
      </w:pPr>
      <w:r>
        <w:t>اے اللہ، میرے لیے اپنے پڑوس میں ایک گھر بنا دے۔ ایک لفظ سے سب کچھ بات آ جاتی ہے۔</w:t>
      </w:r>
    </w:p>
    <w:p>
      <w:r>
        <w:rPr>
          <w:b/>
        </w:rPr>
        <w:t xml:space="preserve">[22:35] </w:t>
      </w:r>
      <w:r>
        <w:t>yani allah ka paros, creator ka paros.</w:t>
      </w:r>
    </w:p>
    <w:p>
      <w:pPr>
        <w:jc w:val="right"/>
      </w:pPr>
      <w:r>
        <w:t>یعنی اللہ کا پڑوس، کریٹر کا پڑوس۔</w:t>
      </w:r>
    </w:p>
    <w:p>
      <w:r>
        <w:rPr>
          <w:b/>
        </w:rPr>
        <w:t xml:space="preserve">[22:42] </w:t>
      </w:r>
      <w:r>
        <w:t>tu</w:t>
      </w:r>
    </w:p>
    <w:p>
      <w:pPr>
        <w:jc w:val="right"/>
      </w:pPr>
      <w:r>
        <w:t>تو</w:t>
      </w:r>
    </w:p>
    <w:p>
      <w:r>
        <w:rPr>
          <w:b/>
        </w:rPr>
        <w:t xml:space="preserve">[22:46] </w:t>
      </w:r>
      <w:r>
        <w:t>dusri baat jo maine padhi aap ko, is mein chaar sifat batai gayi hai. yahan par ek hi sifat batai gayi hai</w:t>
      </w:r>
    </w:p>
    <w:p>
      <w:pPr>
        <w:jc w:val="right"/>
      </w:pPr>
      <w:r>
        <w:t>دوسری بات جو میں نے پڑھی آپ کو، اس میں چار صفت بتائی گئی ہے۔ یہاں پر ایک ہی صفت بتائی گئی ہے</w:t>
      </w:r>
    </w:p>
    <w:p>
      <w:r>
        <w:rPr>
          <w:b/>
        </w:rPr>
        <w:t xml:space="preserve">[23:03] </w:t>
      </w:r>
      <w:r>
        <w:t>ke woh allah ke ke paros banane qabil honge. aap ghor kijiye, jis allah ne yeh duniya banai, itni meaningful, itni beautiful, itni well designed, itni ideal,</w:t>
      </w:r>
    </w:p>
    <w:p>
      <w:pPr>
        <w:jc w:val="right"/>
      </w:pPr>
      <w:r>
        <w:t>کہ وہ اللہ کے کے پڑوس بنانے قابل ہوں گے۔ آپ غور کیجئے، جس اللہ نے یہ دنیا بنائی، اتنی میننگ فل، اتنی بیوٹی فل، اتنی ویل ڈیزائنڈ، اتنی آئیڈیل،</w:t>
      </w:r>
    </w:p>
    <w:p>
      <w:r>
        <w:rPr>
          <w:b/>
        </w:rPr>
        <w:t xml:space="preserve">[23:27] </w:t>
      </w:r>
      <w:r>
        <w:t>har aitbar se complete. to aap ghor kijiye ke jis ne yeh banaya, woh kitna high mizaj ka aadmi hoga, insaan hoga.</w:t>
      </w:r>
    </w:p>
    <w:p>
      <w:pPr>
        <w:jc w:val="right"/>
      </w:pPr>
      <w:r>
        <w:t>ہر اعتبار سے کمپلیٹ۔ تو آپ غور کیجئے کہ جس نے یہ بنایا، وہ کتنا ہائی مزاج کا آدمی ہوگا، انسان ہوگا۔</w:t>
      </w:r>
    </w:p>
    <w:p>
      <w:r>
        <w:rPr>
          <w:b/>
        </w:rPr>
        <w:t xml:space="preserve">[23:42] </w:t>
      </w:r>
      <w:r>
        <w:t>a mein insaan, ghalat kaam aaye hain, hasti hoga,</w:t>
      </w:r>
    </w:p>
    <w:p>
      <w:pPr>
        <w:jc w:val="right"/>
      </w:pPr>
      <w:r>
        <w:t>اے میں انسان، غلط کام آئے ہیں، ہستی ہوگا،</w:t>
      </w:r>
    </w:p>
    <w:p>
      <w:r>
        <w:rPr>
          <w:b/>
        </w:rPr>
        <w:t xml:space="preserve">[23:48] </w:t>
      </w:r>
      <w:r>
        <w:t>hasti hoga. to aisi aala hasti ka ke paros mein rehna kis tarah ki sifat is ke liye chahiye?</w:t>
      </w:r>
    </w:p>
    <w:p>
      <w:pPr>
        <w:jc w:val="right"/>
      </w:pPr>
      <w:r>
        <w:t>ہستی ہوگا۔ تو ایسی اعلیٰ ہستی کا کے پڑوس میں رہنا کس طرح کی صفت اس کے لیے چاہیے؟</w:t>
      </w:r>
    </w:p>
    <w:p>
      <w:r>
        <w:rPr>
          <w:b/>
        </w:rPr>
        <w:t xml:space="preserve">[24:06] </w:t>
      </w:r>
      <w:r>
        <w:t>to yeh sari, yani ek lafz mein kahunga ke husn rifaqat, husn rifaqat.</w:t>
      </w:r>
    </w:p>
    <w:p>
      <w:pPr>
        <w:jc w:val="right"/>
      </w:pPr>
      <w:r>
        <w:t>تو یہ ساری، یعنی ایک لفظ میں کہوں گا کہ حسن رفاقت، حسن رفاقت۔</w:t>
      </w:r>
    </w:p>
    <w:p>
      <w:r>
        <w:rPr>
          <w:b/>
        </w:rPr>
        <w:t xml:space="preserve">[24:18] </w:t>
      </w:r>
      <w:r>
        <w:t>to jannat</w:t>
      </w:r>
    </w:p>
    <w:p>
      <w:pPr>
        <w:jc w:val="right"/>
      </w:pPr>
      <w:r>
        <w:t>تو جنت</w:t>
      </w:r>
    </w:p>
    <w:p>
      <w:r>
        <w:rPr>
          <w:b/>
        </w:rPr>
        <w:t xml:space="preserve">[24:23] </w:t>
      </w:r>
      <w:r>
        <w:t>dekhiye, ek bohat bara is mein nuqta hai: "husn alaiqa rafeeqa". yani woh husn rifaqat, good neighborhead ki sifat in mein hogi.</w:t>
      </w:r>
    </w:p>
    <w:p>
      <w:pPr>
        <w:jc w:val="right"/>
      </w:pPr>
      <w:r>
        <w:t>دیکھیے، ایک بہت بڑا اس میں نقطہ ہے: "حسن الائقہ رفیقہ"۔ یعنی وہ حسن رفاقت، گڈ نیبرہڈ کی صفت ان میں ہوگی۔</w:t>
      </w:r>
    </w:p>
    <w:p>
      <w:r>
        <w:rPr>
          <w:b/>
        </w:rPr>
        <w:t xml:space="preserve">[24:37] </w:t>
      </w:r>
      <w:r>
        <w:t>aam taur par kya samajhte hain log ke aadmi bohat sare hajj kare, bohat sare roze rakhe, bohat sare namazein padhe?</w:t>
      </w:r>
    </w:p>
    <w:p>
      <w:pPr>
        <w:jc w:val="right"/>
      </w:pPr>
      <w:r>
        <w:t>عام طور پر کیا سمجھتے ہیں لوگ کہ آدمی بہت سارے حج کرے، بہت سارے روزے رکھے، بہت سارے نمازیں پڑھے؟</w:t>
      </w:r>
    </w:p>
    <w:p>
      <w:r>
        <w:rPr>
          <w:b/>
        </w:rPr>
        <w:t xml:space="preserve">[24:54] </w:t>
      </w:r>
      <w:r>
        <w:t>yani is ka apna conduct, apna amal namaz ko le kar, roze ko le kar, hajj ko le kar.</w:t>
      </w:r>
    </w:p>
    <w:p>
      <w:pPr>
        <w:jc w:val="right"/>
      </w:pPr>
      <w:r>
        <w:t>یعنی اس کا اپنا کنڈکٹ، اپنا عمل نماز کو لے کر، روزے کو لے کر، حج کو لے کر۔</w:t>
      </w:r>
    </w:p>
    <w:p>
      <w:r>
        <w:rPr>
          <w:b/>
        </w:rPr>
        <w:t xml:space="preserve">[25:04] </w:t>
      </w:r>
      <w:r>
        <w:t>lekin jo quran mein jo bataya gaya hai, woh doosre ko le kar rakha hai. is pe ghor kijiye.</w:t>
      </w:r>
    </w:p>
    <w:p>
      <w:pPr>
        <w:jc w:val="right"/>
      </w:pPr>
      <w:r>
        <w:t>لیکن جو قرآن میں جو بتایا گیا ہے، وہ دوسرے کو لے کر رکھا ہے۔ اس پہ غور کیجئے۔</w:t>
      </w:r>
    </w:p>
    <w:p>
      <w:r>
        <w:rPr>
          <w:b/>
        </w:rPr>
        <w:t xml:space="preserve">[25:14] </w:t>
      </w:r>
      <w:r>
        <w:t>jab aap kahin ke jannat mein jayenge namazi log, to namaz to aap ka apna amal hua.</w:t>
      </w:r>
    </w:p>
    <w:p>
      <w:pPr>
        <w:jc w:val="right"/>
      </w:pPr>
      <w:r>
        <w:t>جب آپ کہیں کہ جنت میں جائیں گے نمازی لوگ، تو نماز تو آپ کا اپنا عمل ہوا۔</w:t>
      </w:r>
    </w:p>
    <w:p>
      <w:r>
        <w:rPr>
          <w:b/>
        </w:rPr>
        <w:t xml:space="preserve">[25:24] </w:t>
      </w:r>
      <w:r>
        <w:t>yeh kaha jaye ke jannat mein jayenge roze rakhne wale, to apna amal hoga. yeh kaha jaye ke jannat mein jayenge hajj karne wale, to aap ka apna amal hoga.</w:t>
      </w:r>
    </w:p>
    <w:p>
      <w:pPr>
        <w:jc w:val="right"/>
      </w:pPr>
      <w:r>
        <w:t>یہ کہا جائے کہ جنت میں جائیں گے روزہ رکھنے والے، تو اپنا عمل ہوگا۔ یہ کہا جائے کہ جنت میں جائیں گے حج کرنے والے، تو آپ کا اپنا عمل ہوگا۔</w:t>
      </w:r>
    </w:p>
    <w:p>
      <w:r>
        <w:rPr>
          <w:b/>
        </w:rPr>
        <w:t xml:space="preserve">[25:37] </w:t>
      </w:r>
      <w:r>
        <w:t>lekin husn rifaqat ka jo lafz istemal kiya gaya, woh aap ka amal doosron ko le kar kahe. yani doosron ke liye woh kaise hain?</w:t>
      </w:r>
    </w:p>
    <w:p>
      <w:pPr>
        <w:jc w:val="right"/>
      </w:pPr>
      <w:r>
        <w:t>لیکن حسن رفاقت کا جو لفظ استعمال کیا گیا، وہ آپ کا عمل دوسروں کو لے کر کہے۔ یعنی دوسروں کے لیے وہ کیسے ہیں؟</w:t>
      </w:r>
    </w:p>
    <w:p>
      <w:r>
        <w:rPr>
          <w:b/>
        </w:rPr>
        <w:t xml:space="preserve">[25:48] </w:t>
      </w:r>
      <w:r>
        <w:t>aap khud kaise hain? yeh nahi bataya. yeh bohat important point hai ke jannat ki jannat mein abad kiye jaane ke liye jo shart rakhi gayi hai,</w:t>
      </w:r>
    </w:p>
    <w:p>
      <w:pPr>
        <w:jc w:val="right"/>
      </w:pPr>
      <w:r>
        <w:t>آپ خود کیسے ہیں؟ یہ نہیں بتایا۔ یہ بہت امپورٹنٹ پوائنٹ ہے کہ جنت کی جنت میں آباد کیے جانے کے لیے جو شرط رکھی گئی ہے،</w:t>
      </w:r>
    </w:p>
    <w:p>
      <w:r>
        <w:rPr>
          <w:b/>
        </w:rPr>
        <w:t xml:space="preserve">[26:04] </w:t>
      </w:r>
      <w:r>
        <w:t>woh yeh nahi ke aap apni zaat mein kaise honge, balkeh apne parosiyon ke aitbar se kaise honge.</w:t>
      </w:r>
    </w:p>
    <w:p>
      <w:pPr>
        <w:jc w:val="right"/>
      </w:pPr>
      <w:r>
        <w:t>وہ یہ نہیں کہ آپ اپنی ذات میں کیسے ہوں گے، بلکہ اپنے پڑوسیوں کے اعتبار سے کیسے ہوں گے۔</w:t>
      </w:r>
    </w:p>
    <w:p>
      <w:r>
        <w:rPr>
          <w:b/>
        </w:rPr>
        <w:t xml:space="preserve">[26:16] </w:t>
      </w:r>
      <w:r>
        <w:t>to isi ko mein kehta hoon ke jannat husn rifaqat ka maqam hai. husn rifaqat yani behtareen parosi, behtareen neighbor, behtareen insaan.</w:t>
      </w:r>
    </w:p>
    <w:p>
      <w:pPr>
        <w:jc w:val="right"/>
      </w:pPr>
      <w:r>
        <w:t>تو اسی کو میں کہتا ہوں کہ جنت حسن رفاقت کا مقام ہے۔ حسن رفاقت یعنی بہترین پڑوسی، بہترین نیبر، بہترین انسان۔</w:t>
      </w:r>
    </w:p>
    <w:p>
      <w:r>
        <w:rPr>
          <w:b/>
        </w:rPr>
        <w:t xml:space="preserve">[26:34] </w:t>
      </w:r>
      <w:r>
        <w:t>aap ghor kijiye ke agar jo log jannat ke umeedwar hain, jo jannat mein jana chahte hain, un par yeh cheez wazeh ho to kya hoga?</w:t>
      </w:r>
    </w:p>
    <w:p>
      <w:pPr>
        <w:jc w:val="right"/>
      </w:pPr>
      <w:r>
        <w:t>آپ غور کیجئے کہ اگر جو لوگ جنت کے امیدوار ہیں، جو جنت میں جانا چاہتے ہیں، ان پر یہ چیز واضح ہو تو کیا ہوگا؟</w:t>
      </w:r>
    </w:p>
    <w:p>
      <w:r>
        <w:rPr>
          <w:b/>
        </w:rPr>
        <w:t xml:space="preserve">[26:47] </w:t>
      </w:r>
      <w:r>
        <w:t>woh duniya ke behtareen insaan ban jayenge. un ka wahid, un ka sole concern yeh hoga ke woh behtareen parosi banen,</w:t>
      </w:r>
    </w:p>
    <w:p>
      <w:pPr>
        <w:jc w:val="right"/>
      </w:pPr>
      <w:r>
        <w:t>وہ دنیا کے بہترین انسان بن جائیں گے۔ ان کا واحد، ان کا سول کنسرن یہ ہوگا کہ وہ بہترین پڑوسی بنیں،</w:t>
      </w:r>
    </w:p>
    <w:p>
      <w:r>
        <w:rPr>
          <w:b/>
        </w:rPr>
        <w:t xml:space="preserve">[27:01] </w:t>
      </w:r>
      <w:r>
        <w:t>behtareen insaan banen,</w:t>
      </w:r>
    </w:p>
    <w:p>
      <w:pPr>
        <w:jc w:val="right"/>
      </w:pPr>
      <w:r>
        <w:t>بہترین انسان بنیں،</w:t>
      </w:r>
    </w:p>
    <w:p>
      <w:r>
        <w:rPr>
          <w:b/>
        </w:rPr>
        <w:t xml:space="preserve">[27:08] </w:t>
      </w:r>
      <w:r>
        <w:t>good conduct wale banen.</w:t>
      </w:r>
    </w:p>
    <w:p>
      <w:pPr>
        <w:jc w:val="right"/>
      </w:pPr>
      <w:r>
        <w:t>گڈ کنڈکٹ والے بنیں۔</w:t>
      </w:r>
    </w:p>
    <w:p>
      <w:r>
        <w:rPr>
          <w:b/>
        </w:rPr>
        <w:t xml:space="preserve">[27:14] </w:t>
      </w:r>
      <w:r>
        <w:t>yeh anokha mamla hai. agar aap yeh kahin ke duniya mein jayenge namaz padhne wale, to yeh zaati sifat hui.</w:t>
      </w:r>
    </w:p>
    <w:p>
      <w:pPr>
        <w:jc w:val="right"/>
      </w:pPr>
      <w:r>
        <w:t>یہ انوکھا معاملہ ہے۔ اگر آپ یہ کہیں کہ دنیا میں جائیں گے نماز پڑھنے والے، تو یہ ذاتی صفت ہوئی۔</w:t>
      </w:r>
    </w:p>
    <w:p>
      <w:r>
        <w:rPr>
          <w:b/>
        </w:rPr>
        <w:t xml:space="preserve">[27:24] </w:t>
      </w:r>
      <w:r>
        <w:t>lekin agar aap yeh kahein ke dunya aap jannat mein jayenge husn rifaqat wale, to is ko parosiyon ka bohat hi zyada apne aap parosiyon ke wada mutabiq banana,</w:t>
      </w:r>
    </w:p>
    <w:p>
      <w:pPr>
        <w:jc w:val="right"/>
      </w:pPr>
      <w:r>
        <w:t>لیکن اگر آپ یہ کہیں کہ دنیا آپ جنت میں جائیں گے حسن رفاقت والے، تو اس کو پڑوسیوں کا بہت ہی زیادہ اپنے آپ پڑوسیوں کے وعدہ مطابق بنانا،</w:t>
      </w:r>
    </w:p>
    <w:p>
      <w:r>
        <w:rPr>
          <w:b/>
        </w:rPr>
        <w:t xml:space="preserve">[27:40] </w:t>
      </w:r>
      <w:r>
        <w:t>apne aap ko muashre mein aisa banana ke doosra aap ke etaraf kare ke yeh hai is qabil ke is ko is ke post mein hum abad houn.</w:t>
      </w:r>
    </w:p>
    <w:p>
      <w:pPr>
        <w:jc w:val="right"/>
      </w:pPr>
      <w:r>
        <w:t>اپنے آپ کو معاشرے میں ایسا بنانا کہ دوسرا آپ کے اعتراف کرے کہ یہ ہے اس قابل کہ اس کو اس کے پوسٹ میں ہم آباد ہوں۔</w:t>
      </w:r>
    </w:p>
    <w:p>
      <w:r>
        <w:rPr>
          <w:b/>
        </w:rPr>
        <w:t xml:space="preserve">[27:57] </w:t>
      </w:r>
      <w:r>
        <w:t>is ko mein apne lafz mein kehta hoon ke predictable character, qabil peshangoie kirdaar.</w:t>
      </w:r>
    </w:p>
    <w:p>
      <w:pPr>
        <w:jc w:val="right"/>
      </w:pPr>
      <w:r>
        <w:t>اس کو میں اپنے لفظ میں کہتا ہوں کہ پریڈکٹیبل کریکٹر، قابل پیشنگوئی کردار۔</w:t>
      </w:r>
    </w:p>
    <w:p>
      <w:r>
        <w:rPr>
          <w:b/>
        </w:rPr>
        <w:t xml:space="preserve">[28:11] </w:t>
      </w:r>
      <w:r>
        <w:t>yani doosre log x paishgi predict kar sakein ke mera parosi kaisa hoga.</w:t>
      </w:r>
    </w:p>
    <w:p>
      <w:pPr>
        <w:jc w:val="right"/>
      </w:pPr>
      <w:r>
        <w:t>یعنی دوسرے لوگ ایکس پیشگی پریڈکٹ کر سکیں کہ میرا پڑوسی کیسا ہوگا۔</w:t>
      </w:r>
    </w:p>
    <w:p>
      <w:r>
        <w:rPr>
          <w:b/>
        </w:rPr>
        <w:t xml:space="preserve">[28:22] </w:t>
      </w:r>
      <w:r>
        <w:t>isi ko is doosri jagah is alfaaz mein kaha gaya ke "wallahido ila dar assalam".</w:t>
      </w:r>
    </w:p>
    <w:p>
      <w:pPr>
        <w:jc w:val="right"/>
      </w:pPr>
      <w:r>
        <w:t>اسی کو اس دوسری جگہ اس الفاظ میں کہا گیا کہ "واللہیدو الی دار السلام"۔</w:t>
      </w:r>
    </w:p>
    <w:p>
      <w:r>
        <w:rPr>
          <w:b/>
        </w:rPr>
        <w:t xml:space="preserve">[28:33] </w:t>
      </w:r>
      <w:r>
        <w:t>yahan dar assalam jannat ke liye aaya hai ke Allah pukarta hai</w:t>
      </w:r>
    </w:p>
    <w:p>
      <w:pPr>
        <w:jc w:val="right"/>
      </w:pPr>
      <w:r>
        <w:t>یہاں دار السلام جنت کے لیے آیا ہے کہ اللہ پکارتا ہے</w:t>
      </w:r>
    </w:p>
    <w:p>
      <w:r>
        <w:rPr>
          <w:b/>
        </w:rPr>
        <w:t xml:space="preserve">[28:41] </w:t>
      </w:r>
      <w:r>
        <w:t>dar assalam ki taraf, salamti ke ghar ki taraf. is ke mani ke jannat ki sifat aala yeh hogi ke woh peaceful</w:t>
      </w:r>
    </w:p>
    <w:p>
      <w:pPr>
        <w:jc w:val="right"/>
      </w:pPr>
      <w:r>
        <w:t>دارالسلام کی طرف، سلامتی کے گھر کی طرف۔ اس کے معنی کہ جنت کی صفت اعلیٰ یہ ہوگی کہ وہ پیس فل</w:t>
      </w:r>
    </w:p>
    <w:p>
      <w:r>
        <w:rPr>
          <w:b/>
        </w:rPr>
        <w:t xml:space="preserve">[28:56] </w:t>
      </w:r>
      <w:r>
        <w:t>dunya hogi. har aadmi peace mein jeeyega, is ki soch peaceful, peaceful hogi, is ka behavior peaceful hoga, is ka poora character peaceful hoga.</w:t>
      </w:r>
    </w:p>
    <w:p>
      <w:pPr>
        <w:jc w:val="right"/>
      </w:pPr>
      <w:r>
        <w:t>دنیا ہوگی۔ ہر آدمی پیس میں جیے گا، اس کی سوچ پیس فل، پیس فل ہوگی، اس کا بیہیویئر پیس فل ہوگا، اس کا پورا کریکٹر پیس فل ہوگا۔</w:t>
      </w:r>
    </w:p>
    <w:p>
      <w:r>
        <w:rPr>
          <w:b/>
        </w:rPr>
        <w:t xml:space="preserve">[29:11] </w:t>
      </w:r>
      <w:r>
        <w:t>aap ghor kijiye ke jannat ke liye Allah ne jo muqarrar kiya hai, woh peace hai.</w:t>
      </w:r>
    </w:p>
    <w:p>
      <w:pPr>
        <w:jc w:val="right"/>
      </w:pPr>
      <w:r>
        <w:t>آپ غور کیجئے کہ جنت کے لیے اللہ نے جو مقرر کیا ہے، وہ پیس ہے۔</w:t>
      </w:r>
    </w:p>
    <w:p>
      <w:r>
        <w:rPr>
          <w:b/>
        </w:rPr>
        <w:t xml:space="preserve">[29:21] </w:t>
      </w:r>
      <w:r>
        <w:t>to agar peace sum o bunam hui, Allah ke nazdeek peace sum o bunam hai.</w:t>
      </w:r>
    </w:p>
    <w:p>
      <w:pPr>
        <w:jc w:val="right"/>
      </w:pPr>
      <w:r>
        <w:t>تو اگر پیس سم و بنم ہوئی، اللہ کے نزدیک پیس سم و بنم ہے۔</w:t>
      </w:r>
    </w:p>
    <w:p>
      <w:r>
        <w:rPr>
          <w:b/>
        </w:rPr>
        <w:t xml:space="preserve">[29:32] </w:t>
      </w:r>
      <w:r>
        <w:t>yehi woh aala sifat hai jo kisi shakhs ko is qabil banayegi ke woh jannat mein basaya jaye.</w:t>
      </w:r>
    </w:p>
    <w:p>
      <w:pPr>
        <w:jc w:val="right"/>
      </w:pPr>
      <w:r>
        <w:t>یہی وہ اعلیٰ صفت ہے جو کسی شخص کو اس قابل بنائے گی کہ وہ جنت میں بسایا جائے۔</w:t>
      </w:r>
    </w:p>
    <w:p>
      <w:r>
        <w:rPr>
          <w:b/>
        </w:rPr>
        <w:t xml:space="preserve">[29:46] </w:t>
      </w:r>
      <w:r>
        <w:t>to in sab baaton ko milakar hum kahein ge ke jannat mein aise log honge jo</w:t>
      </w:r>
    </w:p>
    <w:p>
      <w:pPr>
        <w:jc w:val="right"/>
      </w:pPr>
      <w:r>
        <w:t>تو ان سب باتوں کو ملا کر ہم کہیں گے کہ جنت میں ایسے لوگ ہوں گے جو</w:t>
      </w:r>
    </w:p>
    <w:p>
      <w:r>
        <w:rPr>
          <w:b/>
        </w:rPr>
        <w:t xml:space="preserve">[29:57] </w:t>
      </w:r>
      <w:r>
        <w:t>muashre ke behtareen parosi hon, society ke behtareen parosi hon, jo har aitbaar se peaceful personality ke hamil hon,</w:t>
      </w:r>
    </w:p>
    <w:p>
      <w:pPr>
        <w:jc w:val="right"/>
      </w:pPr>
      <w:r>
        <w:t>معاشرے کے بہترین پڑوسی ہوں، سوسائٹی کے بہترین پڑوسی ہوں، جو ہر اعتبار سے پیس فل پرسنیلٹی کے حامل ہوں،</w:t>
      </w:r>
    </w:p>
    <w:p>
      <w:r>
        <w:rPr>
          <w:b/>
        </w:rPr>
        <w:t xml:space="preserve">[30:14] </w:t>
      </w:r>
      <w:r>
        <w:t>jin ke dil mein doosre insaanon ke liye sirf khair khwahi ho, sirf mohabbat ho aur kuch na ho.</w:t>
      </w:r>
    </w:p>
    <w:p>
      <w:pPr>
        <w:jc w:val="right"/>
      </w:pPr>
      <w:r>
        <w:t>جن کے دل میں دوسرے انسانوں کے لیے صرف خیر خواہی ہو، صرف محبت ہو اور کچھ نہ ہو۔</w:t>
      </w:r>
    </w:p>
    <w:p>
      <w:r>
        <w:rPr>
          <w:b/>
        </w:rPr>
        <w:t xml:space="preserve">[30:25] </w:t>
      </w:r>
      <w:r>
        <w:t>aisi personality wale insaan select kiye jayenge poori history se.</w:t>
      </w:r>
    </w:p>
    <w:p>
      <w:pPr>
        <w:jc w:val="right"/>
      </w:pPr>
      <w:r>
        <w:t>ایسی پرسنیلٹی والے انسان سلیکٹ کیے جائیں گے پوری ہسٹری سے۔</w:t>
      </w:r>
    </w:p>
    <w:p>
      <w:r>
        <w:rPr>
          <w:b/>
        </w:rPr>
        <w:t xml:space="preserve">[30:34] </w:t>
      </w:r>
      <w:r>
        <w:t>yani poori history jo hai, is mein selection ho gayi hai.</w:t>
      </w:r>
    </w:p>
    <w:p>
      <w:pPr>
        <w:jc w:val="right"/>
      </w:pPr>
      <w:r>
        <w:t>یعنی پوری ہسٹری جو ہے، اس میں سلیکشن ہو گئی ہے۔</w:t>
      </w:r>
    </w:p>
    <w:p>
      <w:r>
        <w:rPr>
          <w:b/>
        </w:rPr>
        <w:t xml:space="preserve">[30:43] </w:t>
      </w:r>
      <w:r>
        <w:t>poori history mein jo insaan paida hue, un sab ko Allah rab ul alameen janta hai, farishte jante hain, un ki list ban rahi hai, already ban rahi hai un ki list.</w:t>
      </w:r>
    </w:p>
    <w:p>
      <w:pPr>
        <w:jc w:val="right"/>
      </w:pPr>
      <w:r>
        <w:t>پوری ہسٹری میں جو انسان پیدا ہوئے، ان سب کو اللہ رب العالمین جانتا ہے، فرشتے جانتے ہیں، ان کی لسٹ بن رہی ہے، الریڈی بن رہی ہے ان کی لسٹ۔</w:t>
      </w:r>
    </w:p>
    <w:p>
      <w:r>
        <w:rPr>
          <w:b/>
        </w:rPr>
        <w:t xml:space="preserve">[31:00] </w:t>
      </w:r>
      <w:r>
        <w:t>to woh log jo in in sab is sifat ke hamil hon, is character ke hamil hon,</w:t>
      </w:r>
    </w:p>
    <w:p>
      <w:pPr>
        <w:jc w:val="right"/>
      </w:pPr>
      <w:r>
        <w:t>تو وہ لوگ جو ان ان سب اس صفت کے حامل ہوں، اس کریکٹر کے حامل ہوں،</w:t>
      </w:r>
    </w:p>
    <w:p>
      <w:r>
        <w:rPr>
          <w:b/>
        </w:rPr>
        <w:t xml:space="preserve">[31:11] </w:t>
      </w:r>
      <w:r>
        <w:t>un ka selection hoga jannat ke liye. ab aap ghor kijiye ke</w:t>
      </w:r>
    </w:p>
    <w:p>
      <w:pPr>
        <w:jc w:val="right"/>
      </w:pPr>
      <w:r>
        <w:t>ان کا سلیکشن ہوگا جنت کے لیے۔ اب آپ غور کیجئے کہ</w:t>
      </w:r>
    </w:p>
    <w:p>
      <w:r>
        <w:rPr>
          <w:b/>
        </w:rPr>
        <w:t xml:space="preserve">[31:24] </w:t>
      </w:r>
      <w:r>
        <w:t>aaj kal musalmanon mein jo zehan ban gaya hai, woh</w:t>
      </w:r>
    </w:p>
    <w:p>
      <w:pPr>
        <w:jc w:val="right"/>
      </w:pPr>
      <w:r>
        <w:t>آج کل مسلمانوں میں جو ذہن بن گیا ہے، وہ</w:t>
      </w:r>
    </w:p>
    <w:p>
      <w:r>
        <w:rPr>
          <w:b/>
        </w:rPr>
        <w:t xml:space="preserve">[31:34] </w:t>
      </w:r>
      <w:r>
        <w:t>self oriented zehan hai, society oriented zehan nahi hai. self oriented yani mein buzurg ka daman thaam loon, mein hajj kar loon,</w:t>
      </w:r>
    </w:p>
    <w:p>
      <w:pPr>
        <w:jc w:val="right"/>
      </w:pPr>
      <w:r>
        <w:t>سیلف اورینٹڈ ذہن ہے، سوسائٹی اورینٹڈ ذہن نہیں ہے۔ سیلف اورینٹڈ یعنی میں بزرگ کا دامن تھام لوں، میں حج کر لوں،</w:t>
      </w:r>
    </w:p>
    <w:p>
      <w:r>
        <w:rPr>
          <w:b/>
        </w:rPr>
        <w:t xml:space="preserve">[31:51] </w:t>
      </w:r>
      <w:r>
        <w:t>mein yeh kar loon, mein woh kar loon. self oriented zehan yani self oriented personality.</w:t>
      </w:r>
    </w:p>
    <w:p>
      <w:pPr>
        <w:jc w:val="right"/>
      </w:pPr>
      <w:r>
        <w:t>میں یہ کر لوں، میں وہ کر لوں۔ سیلف اورینٹڈ ذہن یعنی سیلف اورینٹڈ پرسنیلٹی۔</w:t>
      </w:r>
    </w:p>
    <w:p>
      <w:r>
        <w:rPr>
          <w:b/>
        </w:rPr>
        <w:t xml:space="preserve">[32:01] </w:t>
      </w:r>
      <w:r>
        <w:t>isi liye yeh aap dekhiye ke in ke andar yeh mizaj to hota hai ke namazein khoob padhein, hajj khoob karein, lekin apne parosi ke liye mein behtareen parosi banu, yeh zehan nahi hota.</w:t>
      </w:r>
    </w:p>
    <w:p>
      <w:pPr>
        <w:jc w:val="right"/>
      </w:pPr>
      <w:r>
        <w:t>اسی لیے یہ آپ دیکھیے کہ ان کے اندر یہ مزاج تو ہوتا ہے کہ نمازیں خوب پڑھیں، حج خوب کریں، لیکن اپنے پڑوسی کے لیے میں بہترین پڑوسی بنوں، یہ ذہن نہیں ہوتا۔</w:t>
      </w:r>
    </w:p>
    <w:p>
      <w:r>
        <w:rPr>
          <w:b/>
        </w:rPr>
        <w:t xml:space="preserve">[32:20] </w:t>
      </w:r>
      <w:r>
        <w:t>yeh zehan nahi hota. yani family mein yeh zehan family mein hona chahiye ke family ke members ke liye acha, society ke members ke liye acha.</w:t>
      </w:r>
    </w:p>
    <w:p>
      <w:pPr>
        <w:jc w:val="right"/>
      </w:pPr>
      <w:r>
        <w:t>یہ ذہن نہیں ہوتا۔ یعنی فیملی میں یہ ذہن فیملی میں ہونا چاہیے کہ فیملی کے ممبرز کے لیے اچھا، سوسائٹی کے ممبرز کے لیے اچھا۔</w:t>
      </w:r>
    </w:p>
    <w:p>
      <w:r>
        <w:rPr>
          <w:b/>
        </w:rPr>
        <w:t xml:space="preserve">[32:32] </w:t>
      </w:r>
      <w:r>
        <w:t>phir poori jo nation hai, poori jo qaum hai, poora jo mulk hai, chahe kisi ka mazhab kuch bhi ho, har insaan jo kisi mulk mein basa hua hai,</w:t>
      </w:r>
    </w:p>
    <w:p>
      <w:pPr>
        <w:jc w:val="right"/>
      </w:pPr>
      <w:r>
        <w:t>پھر پوری جو نیشن ہے، پوری جو قوم ہے، پورا جو ملک ہے، چاہے کسی کا مذہب کچھ بھی ہو، ہر انسان جو کسی ملک میں بسا ہوا ہے،</w:t>
      </w:r>
    </w:p>
    <w:p>
      <w:r>
        <w:rPr>
          <w:b/>
        </w:rPr>
        <w:t xml:space="preserve">[32:51] </w:t>
      </w:r>
      <w:r>
        <w:t>har insan jo kisi nation ka part hai, un sab ke liye best insan uska selection hoga.</w:t>
      </w:r>
    </w:p>
    <w:p>
      <w:pPr>
        <w:jc w:val="right"/>
      </w:pPr>
      <w:r>
        <w:t>ہر انسان جو کسی نیشن کا پارٹ ہے، ان سب کے لیے بیسٹ انسان اس کا سلیکشن ہوگا۔</w:t>
      </w:r>
    </w:p>
    <w:p>
      <w:r>
        <w:rPr>
          <w:b/>
        </w:rPr>
        <w:t xml:space="preserve">[33:10] </w:t>
      </w:r>
      <w:r>
        <w:t>to is tarah ki aayaten</w:t>
      </w:r>
    </w:p>
    <w:p>
      <w:pPr>
        <w:jc w:val="right"/>
      </w:pPr>
      <w:r>
        <w:t>تو اس طرح کی آیتیں</w:t>
      </w:r>
    </w:p>
    <w:p>
      <w:r>
        <w:rPr>
          <w:b/>
        </w:rPr>
        <w:t xml:space="preserve">[33:15] </w:t>
      </w:r>
      <w:r>
        <w:t>quran mein aur bhi aayi hain, un sab ko le kar study ki jae</w:t>
      </w:r>
    </w:p>
    <w:p>
      <w:pPr>
        <w:jc w:val="right"/>
      </w:pPr>
      <w:r>
        <w:t>قرآن میں اور بھی آئی ہیں، ان سب کو لے کر اسٹڈی کی جائے</w:t>
      </w:r>
    </w:p>
    <w:p>
      <w:r>
        <w:rPr>
          <w:b/>
        </w:rPr>
        <w:t xml:space="preserve">[33:22] </w:t>
      </w:r>
      <w:r>
        <w:t>to un ka khulasa yeh nikalta hai</w:t>
      </w:r>
    </w:p>
    <w:p>
      <w:pPr>
        <w:jc w:val="right"/>
      </w:pPr>
      <w:r>
        <w:t>تو ان کا خلاصہ یہ نکلتا ہے</w:t>
      </w:r>
    </w:p>
    <w:p>
      <w:r>
        <w:rPr>
          <w:b/>
        </w:rPr>
        <w:t xml:space="preserve">[33:27] </w:t>
      </w:r>
      <w:r>
        <w:t>ke ahsan amal</w:t>
      </w:r>
    </w:p>
    <w:p>
      <w:pPr>
        <w:jc w:val="right"/>
      </w:pPr>
      <w:r>
        <w:t>کہ احسن العمل</w:t>
      </w:r>
    </w:p>
    <w:p>
      <w:r>
        <w:rPr>
          <w:b/>
        </w:rPr>
        <w:t xml:space="preserve">[33:31] </w:t>
      </w:r>
      <w:r>
        <w:t>allah ko jo matloob hai, woh ahsan amal</w:t>
      </w:r>
    </w:p>
    <w:p>
      <w:pPr>
        <w:jc w:val="right"/>
      </w:pPr>
      <w:r>
        <w:t>اللہ کو جو مطلوب ہے، وہ احسن العمل</w:t>
      </w:r>
    </w:p>
    <w:p>
      <w:r>
        <w:rPr>
          <w:b/>
        </w:rPr>
        <w:t xml:space="preserve">[33:36] </w:t>
      </w:r>
      <w:r>
        <w:t>people of best conduct,</w:t>
      </w:r>
    </w:p>
    <w:p>
      <w:pPr>
        <w:jc w:val="right"/>
      </w:pPr>
      <w:r>
        <w:t>پیپل آف بیسٹ کنڈکٹ،</w:t>
      </w:r>
    </w:p>
    <w:p>
      <w:r>
        <w:rPr>
          <w:b/>
        </w:rPr>
        <w:t xml:space="preserve">[33:41] </w:t>
      </w:r>
      <w:r>
        <w:t>people of best conduct, ahsan al amal.</w:t>
      </w:r>
    </w:p>
    <w:p>
      <w:pPr>
        <w:jc w:val="right"/>
      </w:pPr>
      <w:r>
        <w:t>پیپل آف بیسٹ کنڈکٹ، احسن العمل۔</w:t>
      </w:r>
    </w:p>
    <w:p>
      <w:r>
        <w:rPr>
          <w:b/>
        </w:rPr>
        <w:t xml:space="preserve">[33:49] </w:t>
      </w:r>
      <w:r>
        <w:t>yeh bohat bari baat hai is ko samajhna ke mein khud apne ko kaha samajhta hoon, is par jannat mein dakhla nahi milega.</w:t>
      </w:r>
    </w:p>
    <w:p>
      <w:pPr>
        <w:jc w:val="right"/>
      </w:pPr>
      <w:r>
        <w:t>یہ بہت بڑی بات ہے اس کو سمجھنا کہ میں خود اپنے کو کہا سمجھتا ہوں، اس پر جنت میں داخلہ نہیں ملے گا۔</w:t>
      </w:r>
    </w:p>
    <w:p>
      <w:r>
        <w:rPr>
          <w:b/>
        </w:rPr>
        <w:t xml:space="preserve">[34:05] </w:t>
      </w:r>
      <w:r>
        <w:t>logon ki nazar mein mein kaisa hoon, mein ke is par jannat mein dakhla milega.</w:t>
      </w:r>
    </w:p>
    <w:p>
      <w:pPr>
        <w:jc w:val="right"/>
      </w:pPr>
      <w:r>
        <w:t>لوگوں کی نظر میں میں کیسا ہوں، میں کہ اس پر جنت میں داخلہ ملے گا۔</w:t>
      </w:r>
    </w:p>
    <w:p>
      <w:r>
        <w:rPr>
          <w:b/>
        </w:rPr>
        <w:t xml:space="preserve">[34:14] </w:t>
      </w:r>
      <w:r>
        <w:t>logon ke liye best person agar mein hoon, tab mujhe milega jannat mein dakhla.</w:t>
      </w:r>
    </w:p>
    <w:p>
      <w:pPr>
        <w:jc w:val="right"/>
      </w:pPr>
      <w:r>
        <w:t>لوگوں کے لیے بیسٹ پرسن اگر میں ہوں، تب مجھے ملے گا جنت میں داخلہ۔</w:t>
      </w:r>
    </w:p>
    <w:p>
      <w:r>
        <w:rPr>
          <w:b/>
        </w:rPr>
        <w:t xml:space="preserve">[34:23] </w:t>
      </w:r>
      <w:r>
        <w:t>unhon ne nahi,</w:t>
      </w:r>
    </w:p>
    <w:p>
      <w:pPr>
        <w:jc w:val="right"/>
      </w:pPr>
      <w:r>
        <w:t>انہوں نے نہیں،</w:t>
      </w:r>
    </w:p>
    <w:p>
      <w:r>
        <w:rPr>
          <w:b/>
        </w:rPr>
        <w:t xml:space="preserve">[34:26] </w:t>
      </w:r>
      <w:r>
        <w:t>yeh hai khalq al maut wal hayat.</w:t>
      </w:r>
    </w:p>
    <w:p>
      <w:pPr>
        <w:jc w:val="right"/>
      </w:pPr>
      <w:r>
        <w:t>یہ ہے خلق الموت والحیات۔</w:t>
      </w:r>
    </w:p>
    <w:p>
      <w:r>
        <w:rPr>
          <w:b/>
        </w:rPr>
        <w:t xml:space="preserve">[34:32] </w:t>
      </w:r>
      <w:r>
        <w:t>layuwakum ayyakum ahsan amala. is mein dekhiye, aap jo jo focus hai, jis par focus woh ahsan al amal par hai. jo focus hai, woh ahsan al amal par hai.</w:t>
      </w:r>
    </w:p>
    <w:p>
      <w:pPr>
        <w:jc w:val="right"/>
      </w:pPr>
      <w:r>
        <w:t>لیولیکم اییکم احسن عملا۔ اس میں دیکھیے، آپ جو جو فوکس ہے، جس پر فوکس وہ احسن العمل پر ہے۔ جو فوکس ہے، وہ احسن العمل پر ہے۔</w:t>
      </w:r>
    </w:p>
    <w:p>
      <w:r>
        <w:rPr>
          <w:b/>
        </w:rPr>
        <w:t xml:space="preserve">[34:47] </w:t>
      </w:r>
      <w:r>
        <w:t>yani best conduct wale log.</w:t>
      </w:r>
    </w:p>
    <w:p>
      <w:pPr>
        <w:jc w:val="right"/>
      </w:pPr>
      <w:r>
        <w:t>یعنی بیسٹ کنڈکٹ والے لوگ۔</w:t>
      </w:r>
    </w:p>
    <w:p>
      <w:r>
        <w:rPr>
          <w:b/>
        </w:rPr>
        <w:t xml:space="preserve">[34:55] </w:t>
      </w:r>
      <w:r>
        <w:t>to yeh yeh zehan agar ho to kya hoga? phir ke aap ne</w:t>
      </w:r>
    </w:p>
    <w:p>
      <w:pPr>
        <w:jc w:val="right"/>
      </w:pPr>
      <w:r>
        <w:t>تو یہ یہ ذہن اگر ہو تو کیا ہوگا؟ پھر کہ آپ نے</w:t>
      </w:r>
    </w:p>
    <w:p>
      <w:r>
        <w:rPr>
          <w:b/>
        </w:rPr>
        <w:t xml:space="preserve">[35:04] </w:t>
      </w:r>
      <w:r>
        <w:t>zyada se zyada study karega, kyunke study se mind ko food milta hai. jab mind ko food milta hai, tab</w:t>
      </w:r>
    </w:p>
    <w:p>
      <w:pPr>
        <w:jc w:val="right"/>
      </w:pPr>
      <w:r>
        <w:t>زیادہ سے زیادہ اسٹڈی کرے گا، کیونکہ اسٹڈی سے مائنڈ کو فوڈ ملتا ہے۔ جب مائنڈ کو فوڈ ملتا ہے، تب</w:t>
      </w:r>
    </w:p>
    <w:p>
      <w:r>
        <w:rPr>
          <w:b/>
        </w:rPr>
        <w:t xml:space="preserve">[35:18] </w:t>
      </w:r>
      <w:r>
        <w:t>phir personality banti hai.</w:t>
      </w:r>
    </w:p>
    <w:p>
      <w:pPr>
        <w:jc w:val="right"/>
      </w:pPr>
      <w:r>
        <w:t>پھر پرسنیلٹی بنتی ہے۔</w:t>
      </w:r>
    </w:p>
    <w:p>
      <w:r>
        <w:rPr>
          <w:b/>
        </w:rPr>
        <w:t xml:space="preserve">[35:28] </w:t>
      </w:r>
      <w:r>
        <w:t>to yeh ek yeh tasawwur</w:t>
      </w:r>
    </w:p>
    <w:p>
      <w:pPr>
        <w:jc w:val="right"/>
      </w:pPr>
      <w:r>
        <w:t>تو یہ ایک یہ تصور</w:t>
      </w:r>
    </w:p>
    <w:p>
      <w:r>
        <w:rPr>
          <w:b/>
        </w:rPr>
        <w:t xml:space="preserve">[35:35] </w:t>
      </w:r>
      <w:r>
        <w:t>ke ahsan al amal ka</w:t>
      </w:r>
    </w:p>
    <w:p>
      <w:pPr>
        <w:jc w:val="right"/>
      </w:pPr>
      <w:r>
        <w:t>کہ احسن العمل کا</w:t>
      </w:r>
    </w:p>
    <w:p>
      <w:r>
        <w:rPr>
          <w:b/>
        </w:rPr>
        <w:t xml:space="preserve">[35:42] </w:t>
      </w:r>
      <w:r>
        <w:t>selection hone wala hai, ahsan al amal ka selection hone wala hai. to aap apne conduct par watch karenge ke mera conduct kaisa hai,</w:t>
      </w:r>
    </w:p>
    <w:p>
      <w:pPr>
        <w:jc w:val="right"/>
      </w:pPr>
      <w:r>
        <w:t>سلیکشن ہونے والا ہے، احسن العمل کا سلیکشن ہونے والا ہے۔ تو آپ اپنے کنڈکٹ پر واچ کریں گے کہ میرا کنڈکٹ کیسا ہے،</w:t>
      </w:r>
    </w:p>
    <w:p>
      <w:r>
        <w:rPr>
          <w:b/>
        </w:rPr>
        <w:t xml:space="preserve">[35:56] </w:t>
      </w:r>
      <w:r>
        <w:t>apni soch par watch karenge ke meri soch kaisi hai, apne character par watch karenge ke mera character kaisa hai.</w:t>
      </w:r>
    </w:p>
    <w:p>
      <w:pPr>
        <w:jc w:val="right"/>
      </w:pPr>
      <w:r>
        <w:t>اپنی سوچ پر واچ کریں گے کہ میری سوچ کیسی ہے، اپنے کریکٹر پر واچ کریں گے کہ میرا کریکٹر کیسا ہے۔</w:t>
      </w:r>
    </w:p>
    <w:p>
      <w:r>
        <w:rPr>
          <w:b/>
        </w:rPr>
        <w:t xml:space="preserve">[36:07] </w:t>
      </w:r>
      <w:r>
        <w:t>yani agar aap ka padosi aap ke bare mein koi shikayat kar de to after nahi ho gaye, aap uska ehsas banayenge ke woh us ne bata diya ke dekho,</w:t>
      </w:r>
    </w:p>
    <w:p>
      <w:pPr>
        <w:jc w:val="right"/>
      </w:pPr>
      <w:r>
        <w:t>یعنی اگر آپ کا پڑوسی آپ کے بارے میں کوئی شکایت کر دے تو افٹر نہیں ہو گئے، آپ اس کا احساس بنائیں گے کہ وہ اس نے بتا دیا کہ دیکھو،</w:t>
      </w:r>
    </w:p>
    <w:p>
      <w:r>
        <w:rPr>
          <w:b/>
        </w:rPr>
        <w:t xml:space="preserve">[36:21] </w:t>
      </w:r>
      <w:r>
        <w:t>yeh apni is ayat ko theek karo.</w:t>
      </w:r>
    </w:p>
    <w:p>
      <w:pPr>
        <w:jc w:val="right"/>
      </w:pPr>
      <w:r>
        <w:t>یہ اپنی اس آیت کو ٹھیک کرو۔</w:t>
      </w:r>
    </w:p>
    <w:p>
      <w:r>
        <w:rPr>
          <w:b/>
        </w:rPr>
        <w:t xml:space="preserve">[36:27] </w:t>
      </w:r>
      <w:r>
        <w:t>misal ke taur par, agar aap</w:t>
      </w:r>
    </w:p>
    <w:p>
      <w:pPr>
        <w:jc w:val="right"/>
      </w:pPr>
      <w:r>
        <w:t>مثال کے طور پر، اگر آپ</w:t>
      </w:r>
    </w:p>
    <w:p>
      <w:r>
        <w:rPr>
          <w:b/>
        </w:rPr>
        <w:t xml:space="preserve">[36:33] </w:t>
      </w:r>
      <w:r>
        <w:t>nations create karte hain, shor karte hain, aap apni society mein shor karne wale insan hain, nations book karne wale insan hain,</w:t>
      </w:r>
    </w:p>
    <w:p>
      <w:pPr>
        <w:jc w:val="right"/>
      </w:pPr>
      <w:r>
        <w:t>نیشنز کریٹ کرتے ہیں، شور کرتے ہیں، آپ اپنی سوسائٹی میں شور کرنے والے انسان ہیں، نیشنز بک کرنے والے انسان ہیں،</w:t>
      </w:r>
    </w:p>
    <w:p>
      <w:r>
        <w:rPr>
          <w:b/>
        </w:rPr>
        <w:t xml:space="preserve">[36:48] </w:t>
      </w:r>
      <w:r>
        <w:t>aur ek padosi aa kar aap ko knock karta hai, knock kar ke kehta hai ke mere bhai, tum itna nations create karte ho apne padosiyon ke liye,</w:t>
      </w:r>
    </w:p>
    <w:p>
      <w:pPr>
        <w:jc w:val="right"/>
      </w:pPr>
      <w:r>
        <w:t>اور ایک پڑوسی آ کر آپ کو ناک کرتا ہے، ناک کر کے کہتا ہے کہ میرے بھائی، تم اتنا نیشنز کریٹ کرتے ہو اپنے پڑوسیوں کے لیے،</w:t>
      </w:r>
    </w:p>
    <w:p>
      <w:r>
        <w:rPr>
          <w:b/>
        </w:rPr>
        <w:t xml:space="preserve">[37:02] </w:t>
      </w:r>
      <w:r>
        <w:t>to achaanak woh bilkul</w:t>
      </w:r>
    </w:p>
    <w:p>
      <w:pPr>
        <w:jc w:val="right"/>
      </w:pPr>
      <w:r>
        <w:t>تو اچانک وہ بالکل</w:t>
      </w:r>
    </w:p>
    <w:p>
      <w:r>
        <w:rPr>
          <w:b/>
        </w:rPr>
        <w:t xml:space="preserve">[37:07] </w:t>
      </w:r>
      <w:r>
        <w:t>yani bohat zyada pakdega is baat ko aur is is knock karne wale padosi ka shukriya ada karega ke tum ne mujhe, tum ne to mujhe jannat ka ticket de diya,</w:t>
      </w:r>
    </w:p>
    <w:p>
      <w:pPr>
        <w:jc w:val="right"/>
      </w:pPr>
      <w:r>
        <w:t>یعنی بہت زیادہ پکڑے گا اس بات کو اور اس اس ناک کرنے والے پڑوسی کا شکریہ ادا کرے گا کہ تم نے مجھے، تم نے تو مجھے جنت کا ٹکٹ دے دیا،</w:t>
      </w:r>
    </w:p>
    <w:p>
      <w:r>
        <w:rPr>
          <w:b/>
        </w:rPr>
        <w:t xml:space="preserve">[37:26] </w:t>
      </w:r>
      <w:r>
        <w:t>tum ne to mujhe jannat ka ticket de diya, mujhe yeh bataya ke mein mere andar yeh adat hai ke mein nations create karta hoon padosi ke liye, jo meri jannat ko dot full kar raha hai.</w:t>
      </w:r>
    </w:p>
    <w:p>
      <w:pPr>
        <w:jc w:val="right"/>
      </w:pPr>
      <w:r>
        <w:t>تم نے تو مجھے جنت کا ٹکٹ دے دیا، مجھے یہ بتایا کہ میں میرے اندر یہ عادت ہے کہ میں نیشنز کریٹ کرتا ہوں پڑوسی کے لیے، جو میری جنت کو ڈاٹ فل کر رہا ہے۔</w:t>
      </w:r>
    </w:p>
    <w:p>
      <w:r>
        <w:rPr>
          <w:b/>
        </w:rPr>
        <w:t xml:space="preserve">[37:41] </w:t>
      </w:r>
      <w:r>
        <w:t>to ab to ne mujhe point out kiya ke tum ke mein apne is habit ko, is adat ko durust karoon taake mein jannat ke liye masterstriction hain.</w:t>
      </w:r>
    </w:p>
    <w:p>
      <w:pPr>
        <w:jc w:val="right"/>
      </w:pPr>
      <w:r>
        <w:t>تو اب تو نے مجھے پوائنٹ آؤٹ کیا کہ تم کہ میں اپنے اس ہیبٹ کو، اس عادت کو درست کروں تاکہ میں جنت کے لیے میسٹرسٹرکشن ہوں۔</w:t>
      </w:r>
    </w:p>
    <w:p>
      <w:r>
        <w:rPr>
          <w:b/>
        </w:rPr>
        <w:t xml:space="preserve">[37:58] </w:t>
      </w:r>
      <w:r>
        <w:t>to aap ghor kijiye ke jo aadmi aap ki ghalati ko bataye,</w:t>
      </w:r>
    </w:p>
    <w:p>
      <w:pPr>
        <w:jc w:val="right"/>
      </w:pPr>
      <w:r>
        <w:t>تو آپ غور کیجئے کہ جو آدمی آپ کی غلطی کو بتائے،</w:t>
      </w:r>
    </w:p>
    <w:p>
      <w:r>
        <w:rPr>
          <w:b/>
        </w:rPr>
        <w:t xml:space="preserve">[38:09] </w:t>
      </w:r>
      <w:r>
        <w:t>jo aadmi apni aap ki ghalati ko bataye, is ka to aap shukr ada karein ge, aap kabhi offend nahi honge, is se ghussa nahi honge, foran ke foran dauren ge apni islaah ke liye,</w:t>
      </w:r>
    </w:p>
    <w:p>
      <w:pPr>
        <w:jc w:val="right"/>
      </w:pPr>
      <w:r>
        <w:t>جو آدمی اپنی آپ کی غلطی کو بتائے، اس کا تو آپ شکر ادا کریں گے، آپ کبھی افنڈ نہیں ہوں گے، اس سے غصہ نہیں ہوں گے، فوراً کے فوراً دوڑیں گے اپنی اصلاح کے لیے،</w:t>
      </w:r>
    </w:p>
    <w:p>
      <w:r>
        <w:rPr>
          <w:b/>
        </w:rPr>
        <w:t xml:space="preserve">[38:26] </w:t>
      </w:r>
      <w:r>
        <w:t>foran ke foran dauren ge apni islaah ke liye. dekhiye, ek riwayat mein aata hai Hazrat Umar ke bare mein, Hazrat Umar kehte hain ke Allah is insaan par reham kare, rehmat kare,</w:t>
      </w:r>
    </w:p>
    <w:p>
      <w:pPr>
        <w:jc w:val="right"/>
      </w:pPr>
      <w:r>
        <w:t>فوراً کے فوراً دوڑیں گے اپنی اصلاح کے لیے۔ دیکھیے، ایک روایت میں آتا ہے حضرت عمر کے بارے میں، حضرت عمر کہتے ہیں کہ اللہ اس انسان پر رحم کرے، رحمت کرے،</w:t>
      </w:r>
    </w:p>
    <w:p>
      <w:r>
        <w:rPr>
          <w:b/>
        </w:rPr>
        <w:t xml:space="preserve">[38:46] </w:t>
      </w:r>
      <w:r>
        <w:t>Allah un insaan par rehmat kare jo mujhe mere aib ka tohfa bheje,</w:t>
      </w:r>
    </w:p>
    <w:p>
      <w:pPr>
        <w:jc w:val="right"/>
      </w:pPr>
      <w:r>
        <w:t>اللہ ان انسان پر رحمت کرے جو مجھے میرے عیب کا تحفہ بھیجے،</w:t>
      </w:r>
    </w:p>
    <w:p>
      <w:r>
        <w:rPr>
          <w:b/>
        </w:rPr>
        <w:t xml:space="preserve">[38:57] </w:t>
      </w:r>
      <w:r>
        <w:t>yaani mera aib mujhe bataye.</w:t>
      </w:r>
    </w:p>
    <w:p>
      <w:pPr>
        <w:jc w:val="right"/>
      </w:pPr>
      <w:r>
        <w:t>یعنی میرا عیب مجھے بتائے۔</w:t>
      </w:r>
    </w:p>
    <w:p>
      <w:r>
        <w:rPr>
          <w:b/>
        </w:rPr>
        <w:t xml:space="preserve">[39:04] </w:t>
      </w:r>
      <w:r>
        <w:t>phir to yeh yeh riwayat. rahimullah imran ahada ila uyubi. Allah reham kare is insaan par jo meri taraf mere aib ka tohfa bheje,</w:t>
      </w:r>
    </w:p>
    <w:p>
      <w:pPr>
        <w:jc w:val="right"/>
      </w:pPr>
      <w:r>
        <w:t>پھر تو یہ یہ روایت۔ رحم اللہ عمران احدا الی عیوبی۔ اللہ رحم کرے اس انسان پر جو میری طرف میرے عیب کا تحفہ بھیجے،</w:t>
      </w:r>
    </w:p>
    <w:p>
      <w:r>
        <w:rPr>
          <w:b/>
        </w:rPr>
        <w:t xml:space="preserve">[39:20] </w:t>
      </w:r>
      <w:r>
        <w:t>aib ka yaani aib ko tohfa bana diya unhone,</w:t>
      </w:r>
    </w:p>
    <w:p>
      <w:pPr>
        <w:jc w:val="right"/>
      </w:pPr>
      <w:r>
        <w:t>عیب کا یعنی عیب کو تحفہ بنا دیا انہوں نے،</w:t>
      </w:r>
    </w:p>
    <w:p>
      <w:r>
        <w:rPr>
          <w:b/>
        </w:rPr>
        <w:t xml:space="preserve">[39:25] </w:t>
      </w:r>
      <w:r>
        <w:t>aib ko tohfa bana diya. maslan woh aadmi aa kar kahe ke aap to nations create karte hain, aap to shor karte hain, mere bachche jab padh rahe hote hain to aap ke haan daud daud se chalne lagta hai,</w:t>
      </w:r>
    </w:p>
    <w:p>
      <w:pPr>
        <w:jc w:val="right"/>
      </w:pPr>
      <w:r>
        <w:t>عیب کو تحفہ بنا دیا۔ مثلاً وہ آدمی آ کر کہے کہ آپ تو نیشنز کریٹ کرتے ہیں، آپ تو شور کرتے ہیں، میرے بچے جب پڑھ رہے ہوتے ہیں تو آپ کے ہاں دوڑ دوڑ سے چلنے لگتا ہے،</w:t>
      </w:r>
    </w:p>
    <w:p>
      <w:r>
        <w:rPr>
          <w:b/>
        </w:rPr>
        <w:t xml:space="preserve">[39:44] </w:t>
      </w:r>
      <w:r>
        <w:t>recorder waghera. to jo aadmi is tarah ka aap ke kahe, aap ko darwaza knock kar ke kahe to Hazrat Umar keh rahe hain ke woh to mujhe, mujhe, mujhko sab se achha tohfa de de raha hai.</w:t>
      </w:r>
    </w:p>
    <w:p>
      <w:pPr>
        <w:jc w:val="right"/>
      </w:pPr>
      <w:r>
        <w:t>ریکارڈر وغیرہ۔ تو جو آدمی اس طرح کا آپ کے کہے، آپ کو دروازہ ناک کر کے کہے تو حضرت عمر کہہ رہے ہیں کہ وہ تو مجھے، مجھے، مجھ کو سب سے اچھا تحفہ دے دے رہا ہے۔</w:t>
      </w:r>
    </w:p>
    <w:p>
      <w:r>
        <w:rPr>
          <w:b/>
        </w:rPr>
        <w:t xml:space="preserve">[40:08] </w:t>
      </w:r>
      <w:r>
        <w:t>to kyun? kyun Hazrat Umar ne kyun aib batane walon ko kaha ke woh to tohfa de raha hai mujhko?</w:t>
      </w:r>
    </w:p>
    <w:p>
      <w:pPr>
        <w:jc w:val="right"/>
      </w:pPr>
      <w:r>
        <w:t>تو کیوں؟ کیوں حضرت عمر نے کیوں عیب بتانے والوں کو کہا کہ وہ تو تحفہ دے رہا ہے مجھ کو؟</w:t>
      </w:r>
    </w:p>
    <w:p>
      <w:r>
        <w:rPr>
          <w:b/>
        </w:rPr>
        <w:t xml:space="preserve">[40:18] </w:t>
      </w:r>
      <w:r>
        <w:t>is liye ke woh to jannat ka ticket de raha hai. yaani meri ek adat mujhe jannat mein dakhil hone se rok deti.</w:t>
      </w:r>
    </w:p>
    <w:p>
      <w:pPr>
        <w:jc w:val="right"/>
      </w:pPr>
      <w:r>
        <w:t>اس لیے کہ وہ تو جنت کا ٹکٹ دے رہا ہے۔ یعنی میری ایک عادت مجھے جنت میں داخل ہونے سے روک دیتی۔</w:t>
      </w:r>
    </w:p>
    <w:p>
      <w:r>
        <w:rPr>
          <w:b/>
        </w:rPr>
        <w:t xml:space="preserve">[40:28] </w:t>
      </w:r>
      <w:r>
        <w:t>farishte kehte ke tum ko jannat mein entry nahi mile gi, tum to shor karte ho, tum to doosron ke liye nations create karte ho, tum jannat ke liye competent aadmi nahi ho,</w:t>
      </w:r>
    </w:p>
    <w:p>
      <w:pPr>
        <w:jc w:val="right"/>
      </w:pPr>
      <w:r>
        <w:t>فرشتے کہتے کہ تم کو جنت میں انٹری نہیں ملے گی، تم تو شور کرتے ہو، تم تو دوسروں کے لیے نیشنز کریٹ کرتے ہو، تم جنت کے لیے کمپیٹنٹ آدمی نہیں ہو،</w:t>
      </w:r>
    </w:p>
    <w:p>
      <w:r>
        <w:rPr>
          <w:b/>
        </w:rPr>
        <w:t xml:space="preserve">[40:41] </w:t>
      </w:r>
      <w:r>
        <w:t>tum deserve nahi karte. yeh kehte aakhirat ke din to aaj hi maine padosi ne bata diya, mere padosi ne aaj hi bata diya ke tumhare saath kya hone wala hai.</w:t>
      </w:r>
    </w:p>
    <w:p>
      <w:pPr>
        <w:jc w:val="right"/>
      </w:pPr>
      <w:r>
        <w:t>تم ڈیزرو نہیں کرتے۔ یہ کہتے آخرت کے دن تو آج ہی میں نے پڑوسی نے بتا دیا، میرے پڑوسی نے آج ہی بتا دیا کہ تمہارے ساتھ کیا ہونے والا ہے۔</w:t>
      </w:r>
    </w:p>
    <w:p>
      <w:r>
        <w:rPr>
          <w:b/>
        </w:rPr>
        <w:t xml:space="preserve">[40:56] </w:t>
      </w:r>
      <w:r>
        <w:t>to goya ke mere padosi ne mujhe jannat ka ticket de diya, paradise ka ticket de diya. to us ne to bada achha tohfa bheja hai mere paas, jannat ke ticket se zyada achha tohfa kaun ho sakta hai?</w:t>
      </w:r>
    </w:p>
    <w:p>
      <w:pPr>
        <w:jc w:val="right"/>
      </w:pPr>
      <w:r>
        <w:t>تو گویا کہ میرے پڑوسی نے مجھے جنت کا ٹکٹ دے دیا، پارائیڈائز کا ٹکٹ دے دیا۔ تو اس نے تو بڑا اچھا تحفہ بھیجا ہے میرے پاس، جنت کے ٹکٹ سے زیادہ اچھا تحفہ کون ہو سکتا ہے؟</w:t>
      </w:r>
    </w:p>
    <w:p>
      <w:r>
        <w:rPr>
          <w:b/>
        </w:rPr>
        <w:t xml:space="preserve">[41:16] </w:t>
      </w:r>
      <w:r>
        <w:t>aap ghor kijiye, paradise ke ticket se achha tohfa kaun ho sakta hai?</w:t>
      </w:r>
    </w:p>
    <w:p>
      <w:pPr>
        <w:jc w:val="right"/>
      </w:pPr>
      <w:r>
        <w:t>آپ غور کیجئے، پارائیڈائز کے ٹکٹ سے اچھا تحفہ کون ہو سکتا ہے؟</w:t>
      </w:r>
    </w:p>
    <w:p>
      <w:r>
        <w:rPr>
          <w:b/>
        </w:rPr>
        <w:t xml:space="preserve">[41:26] </w:t>
      </w:r>
      <w:r>
        <w:t>to yeh insaan is tarah jeene wala ban jaye ga</w:t>
      </w:r>
    </w:p>
    <w:p>
      <w:pPr>
        <w:jc w:val="right"/>
      </w:pPr>
      <w:r>
        <w:t>تو یہ انسان اس طرح جینے والا بن جائے گا</w:t>
      </w:r>
    </w:p>
    <w:p>
      <w:r>
        <w:rPr>
          <w:b/>
        </w:rPr>
        <w:t xml:space="preserve">[41:33] </w:t>
      </w:r>
      <w:r>
        <w:t>jo aadmi yeh samjhe ke yeh duniya jo hai, ahsan al amal insaan ka selection yahan hone wala hai, yaani best insaan ka selection,</w:t>
      </w:r>
    </w:p>
    <w:p>
      <w:pPr>
        <w:jc w:val="right"/>
      </w:pPr>
      <w:r>
        <w:t>جو آدمی یہ سمجھے کہ یہ دنیا جو ہے، احسن العمل انسان کا سلیکشن یہاں ہونے والا ہے، یعنی بیسٹ انسان کا سلیکشن،</w:t>
      </w:r>
    </w:p>
    <w:p>
      <w:r>
        <w:rPr>
          <w:b/>
        </w:rPr>
        <w:t xml:space="preserve">[41:48] </w:t>
      </w:r>
      <w:r>
        <w:t>jiska behtareen character wala, behtareen adat wala insaan ka selection.</w:t>
      </w:r>
    </w:p>
    <w:p>
      <w:pPr>
        <w:jc w:val="right"/>
      </w:pPr>
      <w:r>
        <w:t>جس کا بہترین کریکٹر والا، بہترین عادت والا انسان کا سلیکشن۔</w:t>
      </w:r>
    </w:p>
    <w:p>
      <w:r>
        <w:rPr>
          <w:b/>
        </w:rPr>
        <w:t xml:space="preserve">[41:58] </w:t>
      </w:r>
      <w:r>
        <w:t>aur koi aap ka padosi aap ko bataye ke aap ke andar yeh falan falan ghalat adat hai to aap samjhenge ke mein tohfa laya, yaani jannat ka ticket laya hoon.</w:t>
      </w:r>
    </w:p>
    <w:p>
      <w:pPr>
        <w:jc w:val="right"/>
      </w:pPr>
      <w:r>
        <w:t>اور کوئی آپ کا پڑوسی آپ کو بتائے کہ آپ کے اندر یہ فلاں فلاں غلط عادت ہے تو آپ سمجھیں گے کہ میں تحفہ لایا، یعنی جنت کا ٹکٹ لایا ہوں۔</w:t>
      </w:r>
    </w:p>
    <w:p>
      <w:r>
        <w:rPr>
          <w:b/>
        </w:rPr>
        <w:t xml:space="preserve">[42:15] </w:t>
      </w:r>
      <w:r>
        <w:t>to Hazrat Umar ne is ka shukr ada kiya, is ko is ke liye duaein keen. is se aap andaza kar sakte hain ke sachche momin ka ki soch kya hoti hai,</w:t>
      </w:r>
    </w:p>
    <w:p>
      <w:pPr>
        <w:jc w:val="right"/>
      </w:pPr>
      <w:r>
        <w:t>تو حضرت عمر نے اس کا شکر ادا کیا، اس کو اس کے لیے دعائیں کیں۔ اس سے آپ اندازہ کر سکتے ہیں کہ سچے مومن کا کی سوچ کیا ہوتی ہے،</w:t>
      </w:r>
    </w:p>
    <w:p>
      <w:r>
        <w:rPr>
          <w:b/>
        </w:rPr>
        <w:t xml:space="preserve">[42:30] </w:t>
      </w:r>
      <w:r>
        <w:t>sachche momin ka behavior kya hota hai, sachche momin ka mizaj kya hota hai,</w:t>
      </w:r>
    </w:p>
    <w:p>
      <w:pPr>
        <w:jc w:val="right"/>
      </w:pPr>
      <w:r>
        <w:t>سچے مومن کا بیہیویئر کیا ہوتا ہے، سچے مومن کا مزاج کیا ہوتا ہے،</w:t>
      </w:r>
    </w:p>
    <w:p>
      <w:r>
        <w:rPr>
          <w:b/>
        </w:rPr>
        <w:t xml:space="preserve">[42:41] </w:t>
      </w:r>
      <w:r>
        <w:t>sacha momin cheezon ko kis angle se dekhta hai.</w:t>
      </w:r>
    </w:p>
    <w:p>
      <w:pPr>
        <w:jc w:val="right"/>
      </w:pPr>
      <w:r>
        <w:t>سچا مومن چیزوں کو کس اینگل سے دیکھتا ہے۔</w:t>
      </w:r>
    </w:p>
    <w:p>
      <w:r>
        <w:rPr>
          <w:b/>
        </w:rPr>
        <w:t xml:space="preserve">[42:51] </w:t>
      </w:r>
      <w:r>
        <w:t>to yeh hai,</w:t>
      </w:r>
    </w:p>
    <w:p>
      <w:pPr>
        <w:jc w:val="right"/>
      </w:pPr>
      <w:r>
        <w:t>تو یہ ہے،</w:t>
      </w:r>
    </w:p>
    <w:p>
      <w:r>
        <w:rPr>
          <w:b/>
        </w:rPr>
        <w:t xml:space="preserve">[42:57] </w:t>
      </w:r>
      <w:r>
        <w:t>yeh hai woh baat jo in aayaton par ghor karne se milti hai. lekin phir main kahunga ke yeh sab baatein yeh wisdom ki baatein hain aur is ke liye zaroori hai ke aap Quran ko ek book of wisdom ke taur par dekhen,</w:t>
      </w:r>
    </w:p>
    <w:p>
      <w:pPr>
        <w:jc w:val="right"/>
      </w:pPr>
      <w:r>
        <w:t>یہ ہے وہ بات جو ان آیتوں پر غور کرنے سے ملتی ہے۔ لیکن پھر میں کہوں گا کہ یہ سب باتیں یہ وزڈم کی باتیں ہیں اور اس کے لیے ضروری ہے کہ آپ قرآن کو ایک بک آف وزڈم کے طور پر دیکھیں،</w:t>
      </w:r>
    </w:p>
    <w:p>
      <w:r>
        <w:rPr>
          <w:b/>
        </w:rPr>
        <w:t xml:space="preserve">[43:18] </w:t>
      </w:r>
      <w:r>
        <w:t>book of order ke taur par nahin.</w:t>
      </w:r>
    </w:p>
    <w:p>
      <w:pPr>
        <w:jc w:val="right"/>
      </w:pPr>
      <w:r>
        <w:t>بک آف آرڈر کے طور پر نہیں۔</w:t>
      </w:r>
    </w:p>
    <w:p>
      <w:r>
        <w:rPr>
          <w:b/>
        </w:rPr>
        <w:t xml:space="preserve">[43:22] </w:t>
      </w:r>
      <w:r>
        <w:t>order bhi kahin hoga lekin sab se aham jo cheez hai quran mein wisdom hai aur wisdom ka jo jo concept hai quran mein woh ek hi jagah nahin hoti.</w:t>
      </w:r>
    </w:p>
    <w:p>
      <w:pPr>
        <w:jc w:val="right"/>
      </w:pPr>
      <w:r>
        <w:t>آرڈر بھی کہیں ہوگا لیکن سب سے اہم جو چیز ہے قرآن میں وزڈم ہے اور وزڈم کا جو جو کانسیپٹ ہے قرآن میں وہ ایک ہی جگہ نہیں ہوتی۔</w:t>
      </w:r>
    </w:p>
    <w:p>
      <w:r>
        <w:rPr>
          <w:b/>
        </w:rPr>
        <w:t xml:space="preserve">[43:34] </w:t>
      </w:r>
      <w:r>
        <w:t>saari baat kuch kahin hoti hai, kuch kahin hoti hai. to aap ko poore quran ko le kar sochna hoga, poore quran ko le kar sochna hoga,</w:t>
      </w:r>
    </w:p>
    <w:p>
      <w:pPr>
        <w:jc w:val="right"/>
      </w:pPr>
      <w:r>
        <w:t>ساری بات کچھ کہیں ہوتی ہے، کچھ کہیں ہوتی ہے۔ تو آپ کو پورے قرآن کو لے کر سوچنا ہوگا، پورے قرآن کو لے کر سوچنا ہوگا،</w:t>
      </w:r>
    </w:p>
    <w:p>
      <w:r>
        <w:rPr>
          <w:b/>
        </w:rPr>
        <w:t xml:space="preserve">[43:49] </w:t>
      </w:r>
      <w:r>
        <w:t>majmooi soch paida karni hogi. to aap ko woh wisdom milegi jo poore quran mein bikhri hui hai.</w:t>
      </w:r>
    </w:p>
    <w:p>
      <w:pPr>
        <w:jc w:val="right"/>
      </w:pPr>
      <w:r>
        <w:t>مجموعی سوچ پیدا کرنی ہوگی۔ تو آپ کو وہ وزڈم ملے گی جو پورے قرآن میں بکھری ہوئی ہے۔</w:t>
      </w:r>
    </w:p>
    <w:p>
      <w:r>
        <w:rPr>
          <w:b/>
        </w:rPr>
        <w:t xml:space="preserve">[44:01] </w:t>
      </w:r>
      <w:r>
        <w:t>isi liye main quran ko book of wisdom kehta hoon.</w:t>
      </w:r>
    </w:p>
    <w:p>
      <w:pPr>
        <w:jc w:val="right"/>
      </w:pPr>
      <w:r>
        <w:t>اسی لیے میں قرآن کو بک آف وزڈم کہتا ہوں۔</w:t>
      </w:r>
    </w:p>
    <w:p>
      <w:r>
        <w:rPr>
          <w:b/>
        </w:rPr>
        <w:t xml:space="preserve">[44:09] </w:t>
      </w:r>
      <w:r>
        <w:t>mujhe meri dua hai ke Allah taala mujh ko aur aap ko is book of wisdom se</w:t>
      </w:r>
    </w:p>
    <w:p>
      <w:pPr>
        <w:jc w:val="right"/>
      </w:pPr>
      <w:r>
        <w:t>مجھے میری دعا ہے کہ اللہ تعالی مجھ کو اور آپ کو اس بک آف وزڈم سے</w:t>
      </w:r>
    </w:p>
    <w:p>
      <w:r>
        <w:rPr>
          <w:b/>
        </w:rPr>
        <w:t xml:space="preserve">[44:21] </w:t>
      </w:r>
      <w:r>
        <w:t>seekhne aur us ko follow karne ki tofeeq ata farmaye. assalamu alaikum warahmatullah.</w:t>
      </w:r>
    </w:p>
    <w:p>
      <w:pPr>
        <w:jc w:val="right"/>
      </w:pPr>
      <w:r>
        <w:t>سیکھنے اور اس کو فالو کرنے کی توفیق عطا فرمائے۔ السلام علیکم ورحمۃ اللہ۔</w:t>
      </w:r>
    </w:p>
    <w:p>
      <w:r>
        <w:rPr>
          <w:b/>
        </w:rPr>
        <w:t xml:space="preserve">[44:41] </w:t>
      </w:r>
      <w:r>
        <w:t>okay, we'll start with the question answer and comment session. i will first read out the comments that have come for today's talk.</w:t>
      </w:r>
    </w:p>
    <w:p>
      <w:pPr>
        <w:jc w:val="right"/>
      </w:pPr>
      <w:r>
        <w:t>اوکے، ویل سٹارٹ ود دی کوئسچن انسر اینڈ کمنٹ سیشن۔ ائی ویل فرسٹ ریڈ آؤٹ دا کمنٹس دیٹ ہیو کم فار ٹوڈے ٹاک۔</w:t>
      </w:r>
    </w:p>
    <w:p>
      <w:r>
        <w:rPr>
          <w:b/>
        </w:rPr>
        <w:t xml:space="preserve">[44:52] </w:t>
      </w:r>
      <w:r>
        <w:t>maulana, ek comment bheja hai miss sarah fatima ne bangalore se. un ko yeh ek feedback aaya hai jo vinod kumar ji ne bheja hai.</w:t>
      </w:r>
    </w:p>
    <w:p>
      <w:pPr>
        <w:jc w:val="right"/>
      </w:pPr>
      <w:r>
        <w:t>مولانا، ایک کمنٹ بھیجا ہے مس سارہ فاطمہ نے بینگلور سے۔ ان کو یہ ایک فیڈ بیک آیا ہے جو وینوت کمار جی نے بھیجا ہے۔</w:t>
      </w:r>
    </w:p>
    <w:p>
      <w:r>
        <w:rPr>
          <w:b/>
        </w:rPr>
        <w:t xml:space="preserve">[45:02] </w:t>
      </w:r>
      <w:r>
        <w:t>un ko aur vinod kumar ji ne kuch aise likha hai ke "today evening i received a beautiful copy of the quran translation and commentary.</w:t>
      </w:r>
    </w:p>
    <w:p>
      <w:pPr>
        <w:jc w:val="right"/>
      </w:pPr>
      <w:r>
        <w:t>ان کو اور وینوت کمار جی نے کچھ ایسے لکھا ہے کہ "ٹوڈے ایوننگ ائی ریسیوڈ ا بیوٹی فل کاپی اف دی قرآن ٹرانسلیشن اینڈ کمنٹری۔</w:t>
      </w:r>
    </w:p>
    <w:p>
      <w:r>
        <w:rPr>
          <w:b/>
        </w:rPr>
        <w:t xml:space="preserve">[45:14] </w:t>
      </w:r>
      <w:r>
        <w:t>this is how i expected the quran to be. one needs to just see and feel it. over</w:t>
      </w:r>
    </w:p>
    <w:p>
      <w:pPr>
        <w:jc w:val="right"/>
      </w:pPr>
      <w:r>
        <w:t>دس از ہاؤ ائی ایکسپیکٹڈ دا قرآن ٹو بی۔ ون نیڈز ٹو جسٹ سی اینڈ فیل اٹ۔ اوور</w:t>
      </w:r>
    </w:p>
    <w:p>
      <w:r>
        <w:rPr>
          <w:b/>
        </w:rPr>
        <w:t xml:space="preserve">[45:22] </w:t>
      </w:r>
      <w:r>
        <w:t>well! i started reading immediately from the beginning. i have weekends ahead, so i hope to make quite a bit of progress.</w:t>
      </w:r>
    </w:p>
    <w:p>
      <w:pPr>
        <w:jc w:val="right"/>
      </w:pPr>
      <w:r>
        <w:t>ویلڈ! ائی سٹارٹڈ ریڈنگ امیڈیٹلی فرام دا بگننگ۔ ائی ہیو ویک اینڈز اہیڈ، سو ائی ہوپ ٹو میک کوائٹ ا بٹ اف پروگریس۔</w:t>
      </w:r>
    </w:p>
    <w:p>
      <w:r>
        <w:rPr>
          <w:b/>
        </w:rPr>
        <w:t xml:space="preserve">[45:31] </w:t>
      </w:r>
      <w:r>
        <w:t>i have subscribed for spirit of islam after reading about after life. i am convinced that this magazine is also beneficial.</w:t>
      </w:r>
    </w:p>
    <w:p>
      <w:pPr>
        <w:jc w:val="right"/>
      </w:pPr>
      <w:r>
        <w:t>ائی ہیو سبسکرائب فار سپرٹ اف اسلام افٹر ریڈنگ اباؤٹ افٹر لائف۔ ائی ایم کنونس دیٹ دس میگزین از السو بینیفیشل۔</w:t>
      </w:r>
    </w:p>
    <w:p>
      <w:r>
        <w:rPr>
          <w:b/>
        </w:rPr>
        <w:t xml:space="preserve">[45:42] </w:t>
      </w:r>
      <w:r>
        <w:t>i have interest now to read about prophet muhammad and his teachings. please recommend one authoritative biography.</w:t>
      </w:r>
    </w:p>
    <w:p>
      <w:pPr>
        <w:jc w:val="right"/>
      </w:pPr>
      <w:r>
        <w:t>ائی ہیو انٹرسٹ ناو ٹو ریڈ اباؤٹ پرافٹ محمد اینڈ ہز ٹیچنگز۔ پلیز ریکمنڈ ون اتھوریٹیٹیو بائیوگرافی۔</w:t>
      </w:r>
    </w:p>
    <w:p>
      <w:r>
        <w:rPr>
          <w:b/>
        </w:rPr>
        <w:t xml:space="preserve">[45:51] </w:t>
      </w:r>
      <w:r>
        <w:t>i would be much obliged. i thank you and center for peace and spirituality from the bottom of my heart. i wish to make a small donation so that the quran reaches many more souls.</w:t>
      </w:r>
    </w:p>
    <w:p>
      <w:pPr>
        <w:jc w:val="right"/>
      </w:pPr>
      <w:r>
        <w:t>ائی وڈ بی مچ اوبلائجڈ۔ ائی تھینک یو اینڈ سینٹر فار پیس اینڈ سپرچویلٹی فرام دی باٹم اف مائی ہارٹ۔ ائی وش ٹو میک ا سمال ڈونیشن سو دیٹ دا قرآن ریچز مینی مور سولز۔</w:t>
      </w:r>
    </w:p>
    <w:p>
      <w:r>
        <w:rPr>
          <w:b/>
        </w:rPr>
        <w:t xml:space="preserve">[46:05] </w:t>
      </w:r>
      <w:r>
        <w:t>thank you." Maulana, aur comments padhenge. Maulana Iqbal Umri ne likha hai Chennai se ke "Husn Rifaqat ka jo mani aaj wazeh hua, woh mujhe pehle bilkul wazeh nahin tha.</w:t>
      </w:r>
    </w:p>
    <w:p>
      <w:pPr>
        <w:jc w:val="right"/>
      </w:pPr>
      <w:r>
        <w:t>تھینک یو۔" مولانا، اور کمنٹس پڑھیں گے۔ مولانا اقبال عمری نے لکھا ہے چنئی سے کہ "حسن رفاقت کا جو معنی آج واضح ہوا، وہ مجھے پہلے بالکل واضح نہیں تھا۔</w:t>
      </w:r>
    </w:p>
    <w:p>
      <w:r>
        <w:rPr>
          <w:b/>
        </w:rPr>
        <w:t xml:space="preserve">[46:25] </w:t>
      </w:r>
      <w:r>
        <w:t>jazak Allah." doctor naghma siddiqui ne delhi se likha hai: "maulana, i learn something absolutely new today. the paradise will not be given based on the actions that i perform for myself, like namaz, hajj, etcetera, but it will be given based on my actions with others.</w:t>
      </w:r>
    </w:p>
    <w:p>
      <w:pPr>
        <w:jc w:val="right"/>
      </w:pPr>
      <w:r>
        <w:t>جزاک اللہ۔" ڈاکٹر نغمہ صدیقی نے دلی سے لکھا ہے: "مولانا، ائی لرن سمتھنگ ایبسولیوٹلی نیو ٹوڈے۔ دی پیراڈائز ول ناٹ بی گیون بیسڈ ان دی ایکشنز دیٹ ائی پرفارم فار مائی سیلف، لائک نماز، حج، ایٹسٹرہ، بٹ اٹ ول بی گیون بیسڈ ان مائی ایکشنز ود ادر۔</w:t>
      </w:r>
    </w:p>
    <w:p>
      <w:r>
        <w:rPr>
          <w:b/>
        </w:rPr>
        <w:t xml:space="preserve">[46:48] </w:t>
      </w:r>
      <w:r>
        <w:t>this is very serious. i have to work very hard to come up to this criterion." muhammad irfan rasheedi sahib ne nagpur se likha hai: "husn rifaqat ke mani aap ka conduct doosron ke sath kaisa hai,</w:t>
      </w:r>
    </w:p>
    <w:p>
      <w:pPr>
        <w:jc w:val="right"/>
      </w:pPr>
      <w:r>
        <w:t>دس از ویری سیریس۔ ائی ہیو ٹو ورک ویری ہارڈ ٹو کم اپ ٹو دس کرائٹیرین۔" محمد عرفان رشیدی صاحب نے ناکپور سے لکھا ہے: "حسن رفاقت کے معنی آپ کا کنڈکٹ دوسروں کے ساتھ کیسا ہے،</w:t>
      </w:r>
    </w:p>
    <w:p>
      <w:r>
        <w:rPr>
          <w:b/>
        </w:rPr>
        <w:t xml:space="preserve">[47:06] </w:t>
      </w:r>
      <w:r>
        <w:t>is ki buniyad par husn rifaqat hasil hogi. great explanation, jazak Allah maulana sahib." shabana, miss shabana ansari ne pakistan se likha hai: "namaz ka amli izhaar salamati aur peaceful personality ki soorat mein zahir hoga.</w:t>
      </w:r>
    </w:p>
    <w:p>
      <w:pPr>
        <w:jc w:val="right"/>
      </w:pPr>
      <w:r>
        <w:t>اس کی بنیاد پر حسن رفاقت حاصل ہوگی۔ گریٹ ایکسپلینیشن، جزاک اللہ مولانا صاحب۔" شبانہ، مس شبانہ انصاری نے پاکستان سے لکھا ہے: "نماز کا عملی اظہار سلامتی اور پیس فل پرسنیلٹی کی صورت میں ظاہر ہوگا۔</w:t>
      </w:r>
    </w:p>
    <w:p>
      <w:r>
        <w:rPr>
          <w:b/>
        </w:rPr>
        <w:t xml:space="preserve">[47:28] </w:t>
      </w:r>
      <w:r>
        <w:t>it's only you, maulana sahib, who tells the spirit of ibadah. it is peace for whole world. jazak Allah." azhar rizvi sahib ne karachi, pakistan se likha hai:</w:t>
      </w:r>
    </w:p>
    <w:p>
      <w:pPr>
        <w:jc w:val="right"/>
      </w:pPr>
      <w:r>
        <w:t>اٹس اونلی یو، مولانا صاحب، ہو ٹیلس دا سپرٹ اف عبادت۔ اٹ از پیس فار ہول ورلڈ۔ جزاک اللہ۔" اظہر رضوی صاحب نے کراچی، پاکستان سے لکھا ہے:</w:t>
      </w:r>
    </w:p>
    <w:p>
      <w:r>
        <w:rPr>
          <w:b/>
        </w:rPr>
        <w:t xml:space="preserve">[47:44] </w:t>
      </w:r>
      <w:r>
        <w:t>jazak Allah</w:t>
      </w:r>
    </w:p>
    <w:p>
      <w:pPr>
        <w:jc w:val="right"/>
      </w:pPr>
      <w:r>
        <w:t>"جزاک اللہ</w:t>
      </w:r>
    </w:p>
    <w:p>
      <w:r>
        <w:rPr>
          <w:b/>
        </w:rPr>
        <w:t xml:space="preserve">[47:45] </w:t>
      </w:r>
      <w:r>
        <w:t>! what a beautiful explanation for the true purpose of her earthly life and connecting it with life after.</w:t>
      </w:r>
    </w:p>
    <w:p>
      <w:pPr>
        <w:jc w:val="right"/>
      </w:pPr>
      <w:r>
        <w:t>! واٹ ا بیوٹی فل ایکسپلینیشن فار دا ٹرو پرپس اف ہر ارتھلی لائف اینڈ کنیکٹنگ اٹ ود لائف افٹر۔</w:t>
      </w:r>
    </w:p>
    <w:p>
      <w:r>
        <w:rPr>
          <w:b/>
        </w:rPr>
        <w:t xml:space="preserve">[47:54] </w:t>
      </w:r>
      <w:r>
        <w:t>as rumi once said: 'zindagi aamad baraye bandagi, zindagi be bandagi, sharmindagi, and that also in the day of judgment.' Allah rehmat kare." miss caroline ne srinagar se likha hai: "the eternal world</w:t>
      </w:r>
    </w:p>
    <w:p>
      <w:pPr>
        <w:jc w:val="right"/>
      </w:pPr>
      <w:r>
        <w:t>ایز رومی ونس سیڈ: 'زندگی امد برائے بندگی، زندگی بے بندگی، شرمندگی، اینڈ دیٹ السو ان دا ڈے اف ججمنٹ۔' اللہ رحمت کرے۔" مس کروتلین نے سری نگر سے لکھا ہے: "دی اٹرنل ورلڈ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