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Eid al Adha December 23, 2007 - Maulana Wahiduddin Khan</w:t>
      </w:r>
    </w:p>
    <w:p>
      <w:r>
        <w:t>https://www.youtube.com/watch?v=-I9lDjtq3FY</w:t>
      </w:r>
    </w:p>
    <w:p>
      <w:r>
        <w:rPr>
          <w:b/>
        </w:rPr>
        <w:t xml:space="preserve">[00:13] </w:t>
      </w:r>
      <w:r>
        <w:t>bismillah hir rahman nir rahim, wa salallahu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wahl uqdatan min lisani, yafqahu qawli.</w:t>
      </w:r>
    </w:p>
    <w:p>
      <w:pPr>
        <w:jc w:val="right"/>
      </w:pPr>
      <w:r>
        <w:t>واحل العقدۃ من لسانی، یفقہ قولی۔</w:t>
      </w:r>
    </w:p>
    <w:p>
      <w:r>
        <w:rPr>
          <w:b/>
        </w:rPr>
        <w:t xml:space="preserve">[00:38] </w:t>
      </w:r>
      <w:r>
        <w:t>aaj ka topic hai</w:t>
      </w:r>
    </w:p>
    <w:p>
      <w:pPr>
        <w:jc w:val="right"/>
      </w:pPr>
      <w:r>
        <w:t>آج کا ٹاپک ہے</w:t>
      </w:r>
    </w:p>
    <w:p>
      <w:r>
        <w:rPr>
          <w:b/>
        </w:rPr>
        <w:t xml:space="preserve">[00:43] </w:t>
      </w:r>
      <w:r>
        <w:t>eid adha ki haqeeqat ya eid qurban ki haqeeqat. aap jante hain ke eid adha parson thi,</w:t>
      </w:r>
    </w:p>
    <w:p>
      <w:pPr>
        <w:jc w:val="right"/>
      </w:pPr>
      <w:r>
        <w:t>عید اضحی کی حقیقت یا عید قرباں کی حقیقت۔ آپ جانتے ہیں کہ عید اضحی پرسوں تھی،</w:t>
      </w:r>
    </w:p>
    <w:p>
      <w:r>
        <w:rPr>
          <w:b/>
        </w:rPr>
        <w:t xml:space="preserve">[00:57] </w:t>
      </w:r>
      <w:r>
        <w:t>lekin masla ke aitbar se yeh eid teen din tak rehti hai, yaani aaj is ka aakhri din hai. to aaj bhi eid adha ka din hai.</w:t>
      </w:r>
    </w:p>
    <w:p>
      <w:pPr>
        <w:jc w:val="right"/>
      </w:pPr>
      <w:r>
        <w:t>لیکن مسئلہ کے اعتبار سے یہ عید تین دن تک رہتی ہے، یعنی آج اس کا آخری دن ہے۔ تو آج بھی عید اضحی کا دن ہے۔</w:t>
      </w:r>
    </w:p>
    <w:p>
      <w:r>
        <w:rPr>
          <w:b/>
        </w:rPr>
        <w:t xml:space="preserve">[01:09] </w:t>
      </w:r>
      <w:r>
        <w:t>is nisbat se main aaj is ke bare mein kuch kehna chahunga.</w:t>
      </w:r>
    </w:p>
    <w:p>
      <w:pPr>
        <w:jc w:val="right"/>
      </w:pPr>
      <w:r>
        <w:t>اس نسبت سے میں آج اس کے بارے میں کچھ کہنا چاہوں گا۔</w:t>
      </w:r>
    </w:p>
    <w:p>
      <w:r>
        <w:rPr>
          <w:b/>
        </w:rPr>
        <w:t xml:space="preserve">[01:19] </w:t>
      </w:r>
      <w:r>
        <w:t>dekhen, islam mein</w:t>
      </w:r>
    </w:p>
    <w:p>
      <w:pPr>
        <w:jc w:val="right"/>
      </w:pPr>
      <w:r>
        <w:t>دیکھیں، اسلام میں</w:t>
      </w:r>
    </w:p>
    <w:p>
      <w:r>
        <w:rPr>
          <w:b/>
        </w:rPr>
        <w:t xml:space="preserve">[01:23] </w:t>
      </w:r>
      <w:r>
        <w:t>paanch cheezen pillars ke taur par batai gayi hain jin ko kehte hain arkan khamsa:</w:t>
      </w:r>
    </w:p>
    <w:p>
      <w:pPr>
        <w:jc w:val="right"/>
      </w:pPr>
      <w:r>
        <w:t>پانچ چیزیں پلرز کے طور پر بتائی گئی ہیں جن کو کہتے ہیں ارکان خمسہ:</w:t>
      </w:r>
    </w:p>
    <w:p>
      <w:r>
        <w:rPr>
          <w:b/>
        </w:rPr>
        <w:t xml:space="preserve">[01:35] </w:t>
      </w:r>
      <w:r>
        <w:t>kalma, namaz,</w:t>
      </w:r>
    </w:p>
    <w:p>
      <w:pPr>
        <w:jc w:val="right"/>
      </w:pPr>
      <w:r>
        <w:t>کلمہ، نماز،</w:t>
      </w:r>
    </w:p>
    <w:p>
      <w:r>
        <w:rPr>
          <w:b/>
        </w:rPr>
        <w:t xml:space="preserve">[01:39] </w:t>
      </w:r>
      <w:r>
        <w:t>roza, zakat, aur hajj. in paanchon ki ek spirit hai aur ek is ka form hai.</w:t>
      </w:r>
    </w:p>
    <w:p>
      <w:pPr>
        <w:jc w:val="right"/>
      </w:pPr>
      <w:r>
        <w:t>روزہ، زکوۃ، اور حج۔ ان پانچوں کی ایک اسپرٹ ہے اور ایک اس کا فارم ہے۔</w:t>
      </w:r>
    </w:p>
    <w:p>
      <w:r>
        <w:rPr>
          <w:b/>
        </w:rPr>
        <w:t xml:space="preserve">[01:52] </w:t>
      </w:r>
      <w:r>
        <w:t>kalma ki spirit hai marifat, realization of god. is ka form hai ke hum zaban se kalma ko decide karte hain.</w:t>
      </w:r>
    </w:p>
    <w:p>
      <w:pPr>
        <w:jc w:val="right"/>
      </w:pPr>
      <w:r>
        <w:t>کلمہ کی اسپرٹ ہے معرفت، ریلائزیشن آف گاڈ۔ اس کا فارم ہے کہ ہم زبان سے کلمہ کو ڈیسائیڈ کرتے ہیں۔</w:t>
      </w:r>
    </w:p>
    <w:p>
      <w:r>
        <w:rPr>
          <w:b/>
        </w:rPr>
        <w:t xml:space="preserve">[02:12] </w:t>
      </w:r>
      <w:r>
        <w:t>namaz ki spirit hai surrender. is ka form yeh hai ke hum ruku aur sajda karte hain. roza ki spirit hai sabr, patience.</w:t>
      </w:r>
    </w:p>
    <w:p>
      <w:pPr>
        <w:jc w:val="right"/>
      </w:pPr>
      <w:r>
        <w:t>نماز کی اسپرٹ ہے سرینڈر۔ اس کا فارم یہ ہے کہ ہم رکوع اور سجدہ کرتے ہیں۔ روزہ کی اسپرٹ ہے صبر، پیشنس۔</w:t>
      </w:r>
    </w:p>
    <w:p>
      <w:r>
        <w:rPr>
          <w:b/>
        </w:rPr>
        <w:t xml:space="preserve">[02:26] </w:t>
      </w:r>
      <w:r>
        <w:t>form yeh hai ke hum khana aur peena chhod dete hain. zakat ki spirit hai philanthropy ya compassion ya khair khwahi.</w:t>
      </w:r>
    </w:p>
    <w:p>
      <w:pPr>
        <w:jc w:val="right"/>
      </w:pPr>
      <w:r>
        <w:t>فارم یہ ہے کہ ہم کھانا اور پینا چھوڑ دیتے ہیں۔ زکوۃ کی اسپرٹ ہے فلینترافی یا کمپیشن یا خیر خواہی۔</w:t>
      </w:r>
    </w:p>
    <w:p>
      <w:r>
        <w:rPr>
          <w:b/>
        </w:rPr>
        <w:t xml:space="preserve">[02:42] </w:t>
      </w:r>
      <w:r>
        <w:t>is ki form yeh hai ke hum apne paise ka ek hissa</w:t>
      </w:r>
    </w:p>
    <w:p>
      <w:pPr>
        <w:jc w:val="right"/>
      </w:pPr>
      <w:r>
        <w:t>اس کی فارم یہ ہے کہ ہم اپنے پیسے کا ایک حصہ</w:t>
      </w:r>
    </w:p>
    <w:p>
      <w:r>
        <w:rPr>
          <w:b/>
        </w:rPr>
        <w:t xml:space="preserve">[02:52] </w:t>
      </w:r>
      <w:r>
        <w:t>doosron ko dete hain.</w:t>
      </w:r>
    </w:p>
    <w:p>
      <w:pPr>
        <w:jc w:val="right"/>
      </w:pPr>
      <w:r>
        <w:t>دوسروں کو دیتے ہیں۔</w:t>
      </w:r>
    </w:p>
    <w:p>
      <w:r>
        <w:rPr>
          <w:b/>
        </w:rPr>
        <w:t xml:space="preserve">[02:57] </w:t>
      </w:r>
      <w:r>
        <w:t>isi tarah se hajj hai. hajj ki spirit hai qurbani, sacrifice. is ki shakal yeh hai ke har saal makkah ja kar wahan chand dinon ke andar kuch rituals ada kar diye jate hain aur janwar ki qurbani hoti hai.</w:t>
      </w:r>
    </w:p>
    <w:p>
      <w:pPr>
        <w:jc w:val="right"/>
      </w:pPr>
      <w:r>
        <w:t>اسی طرح سے حج ہے۔ حج کی اسپرٹ ہے قربانی، سیکریفائس۔ اس کی شکل یہ ہے کہ ہر سال مکہ جا کر وہاں چند دنوں کے اندر کچھ ریچولز ادا کر دیے جاتے ہیں اور جانور کی قربانی ہوتی ہے۔</w:t>
      </w:r>
    </w:p>
    <w:p>
      <w:r>
        <w:rPr>
          <w:b/>
        </w:rPr>
        <w:t xml:space="preserve">[03:23] </w:t>
      </w:r>
      <w:r>
        <w:t>to yeh jo eid manate hain hum jagah jagah, yeh darasal hajj hi ka</w:t>
      </w:r>
    </w:p>
    <w:p>
      <w:pPr>
        <w:jc w:val="right"/>
      </w:pPr>
      <w:r>
        <w:t>تو یہ جو عید مناتے ہیں ہم جگہ جگہ، یہ دراصل حج ہی کا</w:t>
      </w:r>
    </w:p>
    <w:p>
      <w:r>
        <w:rPr>
          <w:b/>
        </w:rPr>
        <w:t xml:space="preserve">[03:31] </w:t>
      </w:r>
      <w:r>
        <w:t>hajj hi ki surat hai. yaani ke is ko keh sakte hain ke mini hajj. asli hajj to kya aata hai makkah mein, lekin hum is poore ras, is poore manasik ya rituals ko na ada kar ke is ka kuch hissa har jagah karte hain.</w:t>
      </w:r>
    </w:p>
    <w:p>
      <w:pPr>
        <w:jc w:val="right"/>
      </w:pPr>
      <w:r>
        <w:t>حج ہی کی صورت ہے۔ یعنی کہ اس کو کہہ سکتے ہیں کہ منی حج۔ اصلی حج تو کیا آتا ہے مکہ میں، لیکن ہم اس پورے رس، اس پورے مناسک یا ریچولز کو نہ ادا کر کے اس کا کچھ حصہ ہر جگہ کرتے ہیں۔</w:t>
      </w:r>
    </w:p>
    <w:p>
      <w:r>
        <w:rPr>
          <w:b/>
        </w:rPr>
        <w:t xml:space="preserve">[03:50] </w:t>
      </w:r>
      <w:r>
        <w:t>to makkah ke liye woh hajj hai aur yahan ke liye woh eid adha hai.</w:t>
      </w:r>
    </w:p>
    <w:p>
      <w:pPr>
        <w:jc w:val="right"/>
      </w:pPr>
      <w:r>
        <w:t>تو مکہ کے لیے وہ حج ہے اور یہاں کے لیے وہ عید اضحی ہے۔</w:t>
      </w:r>
    </w:p>
    <w:p>
      <w:r>
        <w:rPr>
          <w:b/>
        </w:rPr>
        <w:t xml:space="preserve">[03:59] </w:t>
      </w:r>
      <w:r>
        <w:t>to eid adha ki khaas jo sifat hai woh hai qurbani.</w:t>
      </w:r>
    </w:p>
    <w:p>
      <w:pPr>
        <w:jc w:val="right"/>
      </w:pPr>
      <w:r>
        <w:t>تو عید اضحی کی خاص جو صفت ہے وہ ہے قربانی۔</w:t>
      </w:r>
    </w:p>
    <w:p>
      <w:r>
        <w:rPr>
          <w:b/>
        </w:rPr>
        <w:t xml:space="preserve">[04:08] </w:t>
      </w:r>
      <w:r>
        <w:t>is ki tareekh chaar hazar saal pehle tak jati hai kyunke rasool Allah se poocha gaya ke yeh qurbani kya hai?</w:t>
      </w:r>
    </w:p>
    <w:p>
      <w:pPr>
        <w:jc w:val="right"/>
      </w:pPr>
      <w:r>
        <w:t>اس کی تاریخ چار ہزار سال پہلے تک جاتی ہے کیونکہ رسول اللہ سے پوچھا گیا کہ یہ قربانی کیا ہے؟</w:t>
      </w:r>
    </w:p>
    <w:p>
      <w:r>
        <w:rPr>
          <w:b/>
        </w:rPr>
        <w:t xml:space="preserve">[04:19] </w:t>
      </w:r>
      <w:r>
        <w:t>to aap ne farmaya ke sunnat abikum Ibrahim. yeh tumhare baap Ibrahim ki sunnat hai, un ka tareeqa hai.</w:t>
      </w:r>
    </w:p>
    <w:p>
      <w:pPr>
        <w:jc w:val="right"/>
      </w:pPr>
      <w:r>
        <w:t>تو آپ نے فرمایا کہ سنت ابیکم ابراہیم۔ یہ تمہارے باپ ابراہیم کی سنت ہے، ان کا طریقہ ہے۔</w:t>
      </w:r>
    </w:p>
    <w:p>
      <w:r>
        <w:rPr>
          <w:b/>
        </w:rPr>
        <w:t xml:space="preserve">[04:32] </w:t>
      </w:r>
      <w:r>
        <w:t>to Hazrat Ibrahim ne kya kiya tha? un ko hukum hua khwab ke zariye ke apne bete ko qurban kar do, yaani Ismail ko.</w:t>
      </w:r>
    </w:p>
    <w:p>
      <w:pPr>
        <w:jc w:val="right"/>
      </w:pPr>
      <w:r>
        <w:t>تو حضرت ابراہیم نے کیا کیا تھا؟ ان کو حکم ہوا خواب کے ذریعے کہ اپنے بیٹے کو قربان کر دو، یعنی اسماعیل کو۔</w:t>
      </w:r>
    </w:p>
    <w:p>
      <w:r>
        <w:rPr>
          <w:b/>
        </w:rPr>
        <w:t xml:space="preserve">[04:46] </w:t>
      </w:r>
      <w:r>
        <w:t>to woh khwab jo tha us mein yahi tha ke aap apne bete ko qurban kar rahe hain. to aap is ko real sense mein samajh kar ke bete ko qurban karne par tayyar ho gaye.</w:t>
      </w:r>
    </w:p>
    <w:p>
      <w:pPr>
        <w:jc w:val="right"/>
      </w:pPr>
      <w:r>
        <w:t>تو وہ خواب جو تھا اس میں یہی تھا کہ آپ اپنے بیٹے کو قربان کر رہے ہیں۔ تو آپ اس کو ریئل سینس میں سمجھ کر کے بیٹے کو قربان کرنے پر تیار ہو گئے۔</w:t>
      </w:r>
    </w:p>
    <w:p>
      <w:r>
        <w:rPr>
          <w:b/>
        </w:rPr>
        <w:t xml:space="preserve">[05:01] </w:t>
      </w:r>
      <w:r>
        <w:t>to phir kya hua ke Allah taala ne kaha ke nahi, bete ko qurban nahi karna hai balkeh ek dambha tum is ki jagah qurban kar do.</w:t>
      </w:r>
    </w:p>
    <w:p>
      <w:pPr>
        <w:jc w:val="right"/>
      </w:pPr>
      <w:r>
        <w:t>تو پھر کیا ہوا کہ اللہ تعالی نے کہا کہ نہیں، بیٹے کو قربان نہیں کرنا ہے بلکہ ایک دنبہ تم اس کی جگہ قربان کر دو۔</w:t>
      </w:r>
    </w:p>
    <w:p>
      <w:r>
        <w:rPr>
          <w:b/>
        </w:rPr>
        <w:t xml:space="preserve">[05:13] </w:t>
      </w:r>
      <w:r>
        <w:t>to chunancha unhon ne ek dambha qurban kiya aur beta jo hai woh bach gaya. to is ko quran mein kaha gaya hai ke wafadaina bi zibhin azeem.</w:t>
      </w:r>
    </w:p>
    <w:p>
      <w:pPr>
        <w:jc w:val="right"/>
      </w:pPr>
      <w:r>
        <w:t>تو چنانچہ انہوں نے ایک دنبہ قربان کیا اور بیٹا جو ہے وہ بچ گیا۔ تو اس کو قرآن میں کہا گیا ہے کہ وفدینا بذبح عظیم۔</w:t>
      </w:r>
    </w:p>
    <w:p>
      <w:r>
        <w:rPr>
          <w:b/>
        </w:rPr>
        <w:t xml:space="preserve">[05:25] </w:t>
      </w:r>
      <w:r>
        <w:t>ek zibah azeem ke badle hum ne un ko le liya. ab dekhen, yahan par zibah azeem jo hai yaani great sacrifice, is ke mani hote hain.</w:t>
      </w:r>
    </w:p>
    <w:p>
      <w:pPr>
        <w:jc w:val="right"/>
      </w:pPr>
      <w:r>
        <w:t>ایک ذبح عظیم کے بدلے ہم نے ان کو لے لیا۔ اب دیکھیں، یہاں پر ذبح عظیم جو ہے یعنی گریٹ سیکریفائس، اس کے معنی ہوتے ہیں۔</w:t>
      </w:r>
    </w:p>
    <w:p>
      <w:r>
        <w:rPr>
          <w:b/>
        </w:rPr>
        <w:t xml:space="preserve">[05:36] </w:t>
      </w:r>
      <w:r>
        <w:t>to is ke maani hain ke koi zubah sagheer bhi hai. ek hai zubah azeem, ek hai zubah sagheer. to great sacrifice kya hai?</w:t>
      </w:r>
    </w:p>
    <w:p>
      <w:pPr>
        <w:jc w:val="right"/>
      </w:pPr>
      <w:r>
        <w:t>تو اس کے معنی ہیں کہ کوئی ذبح صغیر بھی ہے۔ ایک ہے ذبح عظیم، ایک ہے ذبح صغیر۔ تو گریٹ سیکریفائس کیا ہے؟</w:t>
      </w:r>
    </w:p>
    <w:p>
      <w:r>
        <w:rPr>
          <w:b/>
        </w:rPr>
        <w:t xml:space="preserve">[05:47] </w:t>
      </w:r>
      <w:r>
        <w:t>woh hai ke hazrat ismail ko, yaani apne bete ko, unhon ne desert mein ja kar ke basa diya taake wahan par ek team tayyar ho.</w:t>
      </w:r>
    </w:p>
    <w:p>
      <w:pPr>
        <w:jc w:val="right"/>
      </w:pPr>
      <w:r>
        <w:t>وہ ہے کہ حضرت اسماعیل کو، یعنی اپنے بیٹے کو، انہوں نے ڈیزرٹ میں جا کر کے بسا دیا تاکہ وہاں پر ایک ٹیم تیار ہو۔</w:t>
      </w:r>
    </w:p>
    <w:p>
      <w:r>
        <w:rPr>
          <w:b/>
        </w:rPr>
        <w:t xml:space="preserve">[05:59] </w:t>
      </w:r>
      <w:r>
        <w:t>aur zubah sagheer kya thi? woh tha damba. to hazrat ibrahim ka jo tareeqa hai woh yeh tha ke asal cheez jo chahiye thi woh to zubah sagheer nahi thi, zubah kabeer thi.</w:t>
      </w:r>
    </w:p>
    <w:p>
      <w:pPr>
        <w:jc w:val="right"/>
      </w:pPr>
      <w:r>
        <w:t>اور ذبح صغیر کیا تھی؟ وہ تھا دنبہ۔ تو حضرت ابراہیم کا جو طریقہ ہے وہ یہ تھا کہ اصل چیز جو چاہیے تھی وہ تو ذبح صغیر نہیں تھی، ذبح کبیر تھی۔</w:t>
      </w:r>
    </w:p>
    <w:p>
      <w:r>
        <w:rPr>
          <w:b/>
        </w:rPr>
        <w:t xml:space="preserve">[06:15] </w:t>
      </w:r>
      <w:r>
        <w:t>yaani apne aap ko qurbaan karna, apne aap ko dedicate karna, apne aap ko sachai ke liye de dena.</w:t>
      </w:r>
    </w:p>
    <w:p>
      <w:pPr>
        <w:jc w:val="right"/>
      </w:pPr>
      <w:r>
        <w:t>یعنی اپنے آپ کو قربان کرنا، اپنے آپ کو ڈیڈیکیٹ کرنا، اپنے آپ کو سچائی کے لیے دے دینا۔</w:t>
      </w:r>
    </w:p>
    <w:p>
      <w:r>
        <w:rPr>
          <w:b/>
        </w:rPr>
        <w:t xml:space="preserve">[06:25] </w:t>
      </w:r>
      <w:r>
        <w:t>jaisa ke unhon ne apne bete ko de diya. aur fidya tha is ka woh damba. to hajj ke mauqe par ya doosri jagahon par jo eid azhaab ke din hum qurbaani dete hain, woh haqeeqatan zubah sagheer hai, woh zubah azeem nahi hai.</w:t>
      </w:r>
    </w:p>
    <w:p>
      <w:pPr>
        <w:jc w:val="right"/>
      </w:pPr>
      <w:r>
        <w:t>جیسا کہ انہوں نے اپنے بیٹے کو دے دیا۔ اور فدیہ تھا اس کا وہ دنبہ۔ تو حج کے موقع پر یا دوسری جگہوں پر جو عید احزاب کے دن ہم قربانی دیتے ہیں، وہ حقیقتاً ذبح صغیر ہے، وہ ذبح عظیم نہیں ہے۔</w:t>
      </w:r>
    </w:p>
    <w:p>
      <w:r>
        <w:rPr>
          <w:b/>
        </w:rPr>
        <w:t xml:space="preserve">[06:46] </w:t>
      </w:r>
      <w:r>
        <w:t>yaani woh ransom ke taur par hai. woh hum ek jaanwar ki qurbaani de kar ke yeh pledge lete hain, yeh ahad karte hain ke isi tarah hum apne aap ko qurbaan karenge.</w:t>
      </w:r>
    </w:p>
    <w:p>
      <w:pPr>
        <w:jc w:val="right"/>
      </w:pPr>
      <w:r>
        <w:t>یعنی وہ رینسم کے طور پر ہے۔ وہ ہم ایک جانور کی قربانی دے کر کے یہ پلیج لیتے ہیں، یہ عہد کرتے ہیں کہ اسی طرح ہم اپنے آپ کو قربان کریں گے۔</w:t>
      </w:r>
    </w:p>
    <w:p>
      <w:r>
        <w:rPr>
          <w:b/>
        </w:rPr>
        <w:t xml:space="preserve">[07:01] </w:t>
      </w:r>
      <w:r>
        <w:t>qurbaan ke maani yeh nahi ke gardan katana. qurbaan ke maani hain dedicate karna, apne aap ko laga dena khuda ke kaam mein.</w:t>
      </w:r>
    </w:p>
    <w:p>
      <w:pPr>
        <w:jc w:val="right"/>
      </w:pPr>
      <w:r>
        <w:t>قربان کے معنی یہ نہیں کہ گردن کٹانا۔ قربان کے معنی ہیں ڈیڈیکیٹ کرنا، اپنے آپ کو لگا دینا خدا کے کام میں۔</w:t>
      </w:r>
    </w:p>
    <w:p>
      <w:r>
        <w:rPr>
          <w:b/>
        </w:rPr>
        <w:t xml:space="preserve">[07:13] </w:t>
      </w:r>
      <w:r>
        <w:t>khuda ka jo kaam hai us mein apne aap ko poori tarah se laga dena yeh hai qurbaani. kyunke yahi kiya tha hazrat ibrahim ne ke ismail ki jagah par damba jo zubah kiya gaya woh zubah sagheer tha.</w:t>
      </w:r>
    </w:p>
    <w:p>
      <w:pPr>
        <w:jc w:val="right"/>
      </w:pPr>
      <w:r>
        <w:t>خدا کا جو کام ہے اس میں اپنے آپ کو پوری طرح سے لگا دینا یہ ہے قربانی۔ کیونکہ یہی کیا تھا حضرت ابراہیم نے کہ اسماعیل کی جگہ پر دنبہ جو ذبح کیا گیا وہ ذبح صغیر تھا۔</w:t>
      </w:r>
    </w:p>
    <w:p>
      <w:r>
        <w:rPr>
          <w:b/>
        </w:rPr>
        <w:t xml:space="preserve">[07:31] </w:t>
      </w:r>
      <w:r>
        <w:t>aur hazrat ismail jo the, un ko un ki maan haajra ko le kar aap ne basa diya desert mein. aur phir wahan par ek team tayyar hui.</w:t>
      </w:r>
    </w:p>
    <w:p>
      <w:pPr>
        <w:jc w:val="right"/>
      </w:pPr>
      <w:r>
        <w:t>اور حضرت اسماعیل جو تھے، ان کو ان کی ماں ہاجرہ کو لے کر آپ نے بسا دیا ڈیزرٹ میں۔ اور پھر وہاں پر ایک ٹیم تیار ہوئی۔</w:t>
      </w:r>
    </w:p>
    <w:p>
      <w:r>
        <w:rPr>
          <w:b/>
        </w:rPr>
        <w:t xml:space="preserve">[07:42] </w:t>
      </w:r>
      <w:r>
        <w:t>to yeh bohat hi badi qurbaani thi. desert jahan par insani abadi na ho, jahan par pani na ho, jahan par agriculture aur horticulture na ho, kuch bhi na ho siwaye desert the, pahad the,</w:t>
      </w:r>
    </w:p>
    <w:p>
      <w:pPr>
        <w:jc w:val="right"/>
      </w:pPr>
      <w:r>
        <w:t>تو یہ بہت ہی بڑی قربانی تھی۔ ڈیزرٹ جہاں پر انسانی آبادی نہ ہو، جہاں پر پانی نہ ہو، جہاں پر ایگریکلچر اور ہارٹیکلچر نہ ہو، کچھ بھی نہ ہو سوائے ڈیزرٹ تھے، پہاڑ تھے،</w:t>
      </w:r>
    </w:p>
    <w:p>
      <w:r>
        <w:rPr>
          <w:b/>
        </w:rPr>
        <w:t xml:space="preserve">[07:57] </w:t>
      </w:r>
      <w:r>
        <w:t>upar aasman, neeche zameen. to wahan par basana is se badi qurbaani to koi ho nahi sakti ke zinda qurbaani thi.</w:t>
      </w:r>
    </w:p>
    <w:p>
      <w:pPr>
        <w:jc w:val="right"/>
      </w:pPr>
      <w:r>
        <w:t>اوپر آسمان، نیچے زمین۔ تو وہاں پر بسانا اس سے بڑی قربانی تو کوئی ہو نہیں سکتی کہ زندہ قربانی تھی۔</w:t>
      </w:r>
    </w:p>
    <w:p>
      <w:r>
        <w:rPr>
          <w:b/>
        </w:rPr>
        <w:t xml:space="preserve">[08:07] </w:t>
      </w:r>
      <w:r>
        <w:t>yeh kiya unhon ne? to asal cheez jo hai woh yahi spirit hai jo eid eid ke din ya us ke din matloob hai.</w:t>
      </w:r>
    </w:p>
    <w:p>
      <w:pPr>
        <w:jc w:val="right"/>
      </w:pPr>
      <w:r>
        <w:t>یہ کیا انہوں نے؟ تو اصل چیز جو ہے وہ یہی اسپرٹ ہے جو عید عید کے دن یا اس کے دن مطلوب ہے۔</w:t>
      </w:r>
    </w:p>
    <w:p>
      <w:r>
        <w:rPr>
          <w:b/>
        </w:rPr>
        <w:t xml:space="preserve">[08:17] </w:t>
      </w:r>
      <w:r>
        <w:t>main yeh keh sakta hoon ke yeh jo jaanwar jo wahan par qurbaan kiya jata hai, woh haqeeqatan yaani external manifestation of internal spirit keh sakte hain.</w:t>
      </w:r>
    </w:p>
    <w:p>
      <w:pPr>
        <w:jc w:val="right"/>
      </w:pPr>
      <w:r>
        <w:t>میں یہ کہہ سکتا ہوں کہ یہ جو جانور جو وہاں پر قربان کیا جاتا ہے، وہ حقیقتاً یعنی ایکسٹرنل مینیفیسٹیشن آف انٹرنل اسپرٹ کہہ سکتے ہیں۔</w:t>
      </w:r>
    </w:p>
    <w:p>
      <w:r>
        <w:rPr>
          <w:b/>
        </w:rPr>
        <w:t xml:space="preserve">[08:30] </w:t>
      </w:r>
      <w:r>
        <w:t>aap is ko external manifestation of internal spirit yaani andar andar jo aap ke jazbe hai qurbaan karne ka apne aap ko, usi ko manifest kar raha hai woh jaanwar ki qurbaani.</w:t>
      </w:r>
    </w:p>
    <w:p>
      <w:pPr>
        <w:jc w:val="right"/>
      </w:pPr>
      <w:r>
        <w:t>آپ اس کو ایکسٹرنل مینیفیسٹیشن آف انٹرنل اسپرٹ یعنی اندر اندر جو آپ کے جذبہ ہے قربان کرنے کا اپنے آپ کو، اسی کو مینیفیسٹ کر رہا ہے وہ جانور کی قربانی۔</w:t>
      </w:r>
    </w:p>
    <w:p>
      <w:r>
        <w:rPr>
          <w:b/>
        </w:rPr>
        <w:t xml:space="preserve">[08:47] </w:t>
      </w:r>
      <w:r>
        <w:t>to is ka matlab yeh hai ke aap bach nahi gaye, bach nahi gaye balke isi din se aap ki qurbaani shuru hui. apne aap ko dedicate karna.</w:t>
      </w:r>
    </w:p>
    <w:p>
      <w:pPr>
        <w:jc w:val="right"/>
      </w:pPr>
      <w:r>
        <w:t>تو اس کا مطلب یہ ہے کہ آپ بچ نہیں گئے، بچ نہیں گئے بلکہ اسی دن سے آپ کی قربانی شروع ہوئی۔ اپنے آپ کو ڈیڈیکیٹ کرنا۔</w:t>
      </w:r>
    </w:p>
    <w:p>
      <w:r>
        <w:rPr>
          <w:b/>
        </w:rPr>
        <w:t xml:space="preserve">[08:56] </w:t>
      </w:r>
      <w:r>
        <w:t>dedicate karne ke maani kya hain? aadmi ke paas dekhen jo resources hain, jo time hai, jo energy hai, jo maal hai, us ko sirf need ke taur par lena, baqi sab khuda ke raaste mein de dena.</w:t>
      </w:r>
    </w:p>
    <w:p>
      <w:pPr>
        <w:jc w:val="right"/>
      </w:pPr>
      <w:r>
        <w:t>ڈیڈیکیٹ کرنے کے معنی کیا ہیں؟ آدمی کے پاس دیکھیں جو سورسز ہیں، جو ٹائم ہے، جو انرجی ہے، جو مال ہے، اس کو صرف نیڈ کے طور پر لینا، باقی سب خدا کے راستے میں دے دینا۔</w:t>
      </w:r>
    </w:p>
    <w:p>
      <w:r>
        <w:rPr>
          <w:b/>
        </w:rPr>
        <w:t xml:space="preserve">[09:12] </w:t>
      </w:r>
      <w:r>
        <w:t>yeh kiya tha hazrat ibrahim ne? ek kiya tha hazrat ismail ne? yaani qurbaani kya hai?</w:t>
      </w:r>
    </w:p>
    <w:p>
      <w:pPr>
        <w:jc w:val="right"/>
      </w:pPr>
      <w:r>
        <w:t>یہ کیا تھا حضرت ابراہیم نے؟ ایک کیا تھا حضرت اسماعیل نے؟ یعنی قربانی کیا ہے؟</w:t>
      </w:r>
    </w:p>
    <w:p>
      <w:r>
        <w:rPr>
          <w:b/>
        </w:rPr>
        <w:t xml:space="preserve">[09:21] </w:t>
      </w:r>
      <w:r>
        <w:t>jaanwar ki qurbaani to yeh hai ke aap is ko main samajhta hoon ke yeh ek hai token sacrifice, ek hai real sacrifice.</w:t>
      </w:r>
    </w:p>
    <w:p>
      <w:pPr>
        <w:jc w:val="right"/>
      </w:pPr>
      <w:r>
        <w:t>جانور کی قربانی تو یہ ہے کہ آپ اس کو میں سمجھتا ہوں کہ یہ ایک ہے ٹوکن سیکریفائس، ایک ہے ریئل سیکریفائس۔</w:t>
      </w:r>
    </w:p>
    <w:p>
      <w:r>
        <w:rPr>
          <w:b/>
        </w:rPr>
        <w:t xml:space="preserve">[09:31] </w:t>
      </w:r>
      <w:r>
        <w:t>to jaanwar ki qurbaani haqeeqat mein token sacrifice hai. aur apni qurbaani jo hai wohi real sacrifice hai. apni qurbaani kya hai?</w:t>
      </w:r>
    </w:p>
    <w:p>
      <w:pPr>
        <w:jc w:val="right"/>
      </w:pPr>
      <w:r>
        <w:t>تو جانور کی قربانی حقیقت میں ٹوکن سیکریفائس ہے۔ اور اپنی قربانی جو ہے وہی ریئل سیکریفائس ہے۔ اپنی قربانی کیا ہے؟</w:t>
      </w:r>
    </w:p>
    <w:p>
      <w:r>
        <w:rPr>
          <w:b/>
        </w:rPr>
        <w:t xml:space="preserve">[09:41] </w:t>
      </w:r>
      <w:r>
        <w:t>yeh saada baat nahi hai. aap desire ko kill karna parta hai. ab jab tak aap desire ko aap kill na karen, tab tak aap kaise apne aap ko dedicate karenge?</w:t>
      </w:r>
    </w:p>
    <w:p>
      <w:pPr>
        <w:jc w:val="right"/>
      </w:pPr>
      <w:r>
        <w:t>یہ سادہ بات نہیں ہے۔ آپ ڈیزائر کو کل کرنا پڑتا ہے۔ اب جب تک آپ ڈیزائر کو آپ کل نہ کریں، تب تک آپ کیسے اپنے آپ کو ڈیڈیکیٹ کریں گے؟</w:t>
      </w:r>
    </w:p>
    <w:p>
      <w:r>
        <w:rPr>
          <w:b/>
        </w:rPr>
        <w:t xml:space="preserve">[09:54] </w:t>
      </w:r>
      <w:r>
        <w:t>to har har waqt aadmi ke jazbaat andar se ubharte hain. us ka interest hai, us ko pukarta hai apni taraf. family hai, woh apni taraf bulati hai.</w:t>
      </w:r>
    </w:p>
    <w:p>
      <w:pPr>
        <w:jc w:val="right"/>
      </w:pPr>
      <w:r>
        <w:t>تو ہر ہر وقت آدمی کے جذبات اندر سے ابھرتے ہیں۔ اس کا انٹرسٹ ہے، اس کو پکارتا ہے اپنی طرف۔ فیملی ہے، وہ اپنی طرف بلاتی ہے۔</w:t>
      </w:r>
    </w:p>
    <w:p>
      <w:r>
        <w:rPr>
          <w:b/>
        </w:rPr>
        <w:t xml:space="preserve">[10:07] </w:t>
      </w:r>
      <w:r>
        <w:t>aur society bulati hai. to bohat sari cheezen hoti hain jo har aadmi ko aap ghere rehte hain har waqt.</w:t>
      </w:r>
    </w:p>
    <w:p>
      <w:pPr>
        <w:jc w:val="right"/>
      </w:pPr>
      <w:r>
        <w:t>اور سوسائٹی بلاتی ہے۔ تو بہت ساری چیزیں ہوتی ہیں جو ہر آدمی کو آپ گھیرے رہتے ہیں ہر وقت۔</w:t>
      </w:r>
    </w:p>
    <w:p>
      <w:r>
        <w:rPr>
          <w:b/>
        </w:rPr>
        <w:t xml:space="preserve">[10:16] </w:t>
      </w:r>
      <w:r>
        <w:t>inhi ke ghere mein jeeta hai aadmi. to us ka orientation khuda ki taraf nahi ho pata. to apne orientation ko khuda ki taraf karne ke liye us waqt tak aap nahi kar payenge jab ke aap apni killing spirit ke sath na tayyar ho jayen.</w:t>
      </w:r>
    </w:p>
    <w:p>
      <w:pPr>
        <w:jc w:val="right"/>
      </w:pPr>
      <w:r>
        <w:t>انہی کے گھیرے میں جیتا ہے آدمی۔ تو اس کا اورینٹیشن خدا کی طرف نہیں ہو پاتا۔ تو اپنے اورینٹیشن کو خدا کی طرف کرنے کے لیے اس وقت تک آپ نہیں کر پائیں گے جب کہ آپ اپنی کلنگ اسپرٹ کے ساتھ نہ تیار ہو جائیں۔</w:t>
      </w:r>
    </w:p>
    <w:p>
      <w:r>
        <w:rPr>
          <w:b/>
        </w:rPr>
        <w:t xml:space="preserve">[10:34] </w:t>
      </w:r>
      <w:r>
        <w:t>killing spirit kis ke liye? doosre ke liye nahi, apne liye. yaani self killing. self killing ka matlab gardan katana nahi hai.</w:t>
      </w:r>
    </w:p>
    <w:p>
      <w:pPr>
        <w:jc w:val="right"/>
      </w:pPr>
      <w:r>
        <w:t>کلنگ اسپرٹ کس کے لیے؟ دوسرے کے لیے نہیں، اپنے لیے۔ یعنی سیلف کلنگ۔ سیلف کلنگ کا مطلب گردن کٹانا نہیں ہے۔</w:t>
      </w:r>
    </w:p>
    <w:p>
      <w:r>
        <w:rPr>
          <w:b/>
        </w:rPr>
        <w:t xml:space="preserve">[10:43] </w:t>
      </w:r>
      <w:r>
        <w:t>yaani apne desire ko kill karna, apne waam ko kill karna, apni ego ko kill karna, apne arrogance ko kill karna. yeh sari cheezen hain.</w:t>
      </w:r>
    </w:p>
    <w:p>
      <w:pPr>
        <w:jc w:val="right"/>
      </w:pPr>
      <w:r>
        <w:t>یعنی اپنے ڈیزائر کو کل کرنا، اپنے وم کو کل کرنا، اپنی ایگو کو کل کرنا، اپنے اروگنس کو کل کرنا۔ یہ ساری چیزیں ہیں۔</w:t>
      </w:r>
    </w:p>
    <w:p>
      <w:r>
        <w:rPr>
          <w:b/>
        </w:rPr>
        <w:t xml:space="preserve">[10:53] </w:t>
      </w:r>
      <w:r>
        <w:t>har aadmi ke andar yeh sari cheezein hoti hain. aap jante hain ke zara si koi baat hui, ek ego bhark utha. koi baat kisi ne provoke kardi thodi si to aap un tak aap ke andar revenge aa gaya.</w:t>
      </w:r>
    </w:p>
    <w:p>
      <w:pPr>
        <w:jc w:val="right"/>
      </w:pPr>
      <w:r>
        <w:t>ہر آدمی کے اندر یہ ساری چیزیں ہوتی ہیں۔ آپ جانتے ہیں کہ ذرا سی کوئی بات ہوئی، ایک ایگو بھڑک اٹھا۔ کوئی بات کسی نے پرووک کر دی تھوڑی سی تو آپ ان تک آپ کے اندر ریونج آ گیا۔</w:t>
      </w:r>
    </w:p>
    <w:p>
      <w:r>
        <w:rPr>
          <w:b/>
        </w:rPr>
        <w:t xml:space="preserve">[11:09] </w:t>
      </w:r>
      <w:r>
        <w:t>yeh sab kya hai? yahi yahi woh maqam hai jahan aap ko qurbani dena hai. qurbani dena kis baat ke liye? sab se bara kaam jo hai woh dawah work hai.</w:t>
      </w:r>
    </w:p>
    <w:p>
      <w:pPr>
        <w:jc w:val="right"/>
      </w:pPr>
      <w:r>
        <w:t>یہ سب کیا ہے؟ یہی یہی وہ مقام ہے جہاں آپ کو قربانی دینا ہے۔ قربانی دینا کس بات کے لیے؟ سب سے بڑا کام جو ہے وہ دعویٰ ورک ہے۔</w:t>
      </w:r>
    </w:p>
    <w:p>
      <w:r>
        <w:rPr>
          <w:b/>
        </w:rPr>
        <w:t xml:space="preserve">[11:21] </w:t>
      </w:r>
      <w:r>
        <w:t>dawah work. Hazrat Ibrahim sab se bare daai the. is zamane mein jab ke communication nahi tha, sawariyan nahi hoti theen, unhon ne international level par dawah ka work kiya.</w:t>
      </w:r>
    </w:p>
    <w:p>
      <w:pPr>
        <w:jc w:val="right"/>
      </w:pPr>
      <w:r>
        <w:t>دعویٰ ورک۔ حضرت ابراہیم سب سے بڑے داعی تھے۔ اس زمانے میں جب کہ کمیونیکیشن نہیں تھا، سواریاں نہیں ہوتی تھیں، انہوں نے انٹرنیشنل لیول پر دعویٰ کا ورک کیا۔</w:t>
      </w:r>
    </w:p>
    <w:p>
      <w:r>
        <w:rPr>
          <w:b/>
        </w:rPr>
        <w:t xml:space="preserve">[11:32] </w:t>
      </w:r>
      <w:r>
        <w:t>kaisi ajeeb baat hai ke woh Iraq se nikle aur kai mulkon mein gaye. Falasteen mein gaye, Sham mein gaye, Egypt mein gaye, aur Lubnan mein gaye.</w:t>
      </w:r>
    </w:p>
    <w:p>
      <w:pPr>
        <w:jc w:val="right"/>
      </w:pPr>
      <w:r>
        <w:t>کیسی عجیب بات ہے کہ وہ عراق سے نکلے اور کئی ملکوں میں گئے۔ فلسطین میں گئے، شام میں گئے، ایجپٹ میں گئے، اور لبنان میں گئے۔</w:t>
      </w:r>
    </w:p>
    <w:p>
      <w:r>
        <w:rPr>
          <w:b/>
        </w:rPr>
        <w:t xml:space="preserve">[11:44] </w:t>
      </w:r>
      <w:r>
        <w:t>kahan kahan hote hue phir Makka ki jagah pohnche. yaani ek international dawah work kiya is zamane mein unhon ne jab ke communication nahi tha, jab ke circuit nahi hoti thi, jab ke sawariyan nahi hoti theen.</w:t>
      </w:r>
    </w:p>
    <w:p>
      <w:pPr>
        <w:jc w:val="right"/>
      </w:pPr>
      <w:r>
        <w:t>کہاں کہاں ہوتے ہوئے پھر مکہ کی جگہ پہنچے۔ یعنی ایک انٹرنیشنل دعویٰ ورک کیا اس زمانے میں انہوں نے جب کہ کمیونیکیشن نہیں تھا، جب کہ سرکٹ نہیں ہوتی تھی، جب کہ سواریاں نہیں ہوتی تھیں۔</w:t>
      </w:r>
    </w:p>
    <w:p>
      <w:r>
        <w:rPr>
          <w:b/>
        </w:rPr>
        <w:t xml:space="preserve">[11:57] </w:t>
      </w:r>
      <w:r>
        <w:t>yeh kaise unhon ne khaya piya hoga? kaise kahin woh raat bitai hogi? unhon ne kya kiya hoga? yaani yeh yeh cheez hum soch bhi nahi sakte ke kitni bari unhon ne qurbani ki hogi.</w:t>
      </w:r>
    </w:p>
    <w:p>
      <w:pPr>
        <w:jc w:val="right"/>
      </w:pPr>
      <w:r>
        <w:t>یہ کیسے انہوں نے کھایا پیا ہوگا؟ کیسے کہیں وہ رات بتائی ہوگی؟ انہوں نے کیا کیا ہوگا؟ یعنی یہ یہ چیز ہم سوچ بھی نہیں سکتے کہ کتنی بڑی انہوں نے قربانی کی ہوگی۔</w:t>
      </w:r>
    </w:p>
    <w:p>
      <w:r>
        <w:rPr>
          <w:b/>
        </w:rPr>
        <w:t xml:space="preserve">[12:10] </w:t>
      </w:r>
      <w:r>
        <w:t>kitni bari qurbani ki hogi unhon ne ke itne itne sare countries mein ja kar ke unhon ne dawah work kiya unhon ne. to yeh hai qurbani asal ke apne aap ko hundred percent dedicate kar dena.</w:t>
      </w:r>
    </w:p>
    <w:p>
      <w:pPr>
        <w:jc w:val="right"/>
      </w:pPr>
      <w:r>
        <w:t>کتنی بڑی قربانی کی ہوگی انہوں نے کہ اتنے اتنے سارے کنٹریز میں جا کر کے انہوں نے دعویٰ ورک کیا انہوں نے۔ تو یہ ہے قربانی اصل کہ اپنے آپ کو ہنڈرڈ پرسنٹ ڈیڈیکیٹ کر دینا۔</w:t>
      </w:r>
    </w:p>
    <w:p>
      <w:r>
        <w:rPr>
          <w:b/>
        </w:rPr>
        <w:t xml:space="preserve">[12:24] </w:t>
      </w:r>
      <w:r>
        <w:t>duniya mein need ke siwa aur kuch aap ko lena na ho, tab woh hoti hai sacrifice. to yeh jo aap Eid al-Adha ke mauqe par yeh jo janwar zabah kiya jata hai, to yeh apna fidiya hota hai.</w:t>
      </w:r>
    </w:p>
    <w:p>
      <w:pPr>
        <w:jc w:val="right"/>
      </w:pPr>
      <w:r>
        <w:t>دنیا میں نیڈ کے سوا اور کچھ آپ کو لینا نہ ہو، تب وہ ہوتی ہے سیکریفائس۔ تو یہ جو آپ عید قرباں کے موقع پر یہ جو جانور ذبح کیا جاتا ہے، تو یہ اپنا فدیہ ہوتا ہے۔</w:t>
      </w:r>
    </w:p>
    <w:p>
      <w:r>
        <w:rPr>
          <w:b/>
        </w:rPr>
        <w:t xml:space="preserve">[12:42] </w:t>
      </w:r>
      <w:r>
        <w:t>aap yeh keh sakte hain ke yeh ek pledge hota hai. yeh ek pledge hota hai ke main apne aap ko isi tarah se kill karunga. yahan par main yeh kehna chahta hoon ke kai log is par aitraaz karte hain ke janwar kyun Islam mein marna jaiz hai.</w:t>
      </w:r>
    </w:p>
    <w:p>
      <w:pPr>
        <w:jc w:val="right"/>
      </w:pPr>
      <w:r>
        <w:t>آپ یہ کہہ سکتے ہیں کہ یہ ایک پلیج ہوتا ہے۔ یہ ایک پلیج ہوتا ہے کہ میں اپنے آپ کو اسی طریقے سے کل کروں گا۔ یہاں پر میں یہ کہنا چاہتا ہوں کہ کئی لوگ اس پر اعتراض کرتے ہیں کہ جانور کیوں اسلام میں مارنا جائز ہے۔</w:t>
      </w:r>
    </w:p>
    <w:p>
      <w:r>
        <w:rPr>
          <w:b/>
        </w:rPr>
        <w:t xml:space="preserve">[13:02] </w:t>
      </w:r>
      <w:r>
        <w:t>ek sahab se meri baat hui thi, ek scholar se, ke unhon ne kaha ke unhon ne formula bataya ke killing of sensation is sin and vice versa.</w:t>
      </w:r>
    </w:p>
    <w:p>
      <w:pPr>
        <w:jc w:val="right"/>
      </w:pPr>
      <w:r>
        <w:t>ایک صاحب سے میری بات ہوئی تھی، ایک اسکالر سے، کہ انہوں نے کہا کہ انہوں نے فارمولا بتایا کہ کلنگ آف سینسیشن از سن اینڈ وائس ورسا۔</w:t>
      </w:r>
    </w:p>
    <w:p>
      <w:r>
        <w:rPr>
          <w:b/>
        </w:rPr>
        <w:t xml:space="preserve">[13:14] </w:t>
      </w:r>
      <w:r>
        <w:t>killing of sensation is sin and vice versa. yaani yaani hassas zindagi hai, us ko marna yeh yeh gunah hai.</w:t>
      </w:r>
    </w:p>
    <w:p>
      <w:pPr>
        <w:jc w:val="right"/>
      </w:pPr>
      <w:r>
        <w:t>کلنگ آف سینسیشن از سن اینڈ وائس ورسا۔ یعنی یعنی حساس زندگی ہے، اس کو مارنا یہ یہ گناہ ہے۔</w:t>
      </w:r>
    </w:p>
    <w:p>
      <w:r>
        <w:rPr>
          <w:b/>
        </w:rPr>
        <w:t xml:space="preserve">[13:25] </w:t>
      </w:r>
      <w:r>
        <w:t>bachana yeh sab se bari virtue hai. to main ne poocha ke yeh kahan se banaya formula aap ne? to yeh to aap ke apne mind se formula bana hai.</w:t>
      </w:r>
    </w:p>
    <w:p>
      <w:pPr>
        <w:jc w:val="right"/>
      </w:pPr>
      <w:r>
        <w:t>بچانا یہ سب سے بڑی ورچو ہے۔ تو میں نے پوچھا کہ یہ کہاں سے بنایا فارمولا آپ نے؟ تو یہ تو آپ کے اپنے مائنڈ سے فارمولا بنا ہے۔</w:t>
      </w:r>
    </w:p>
    <w:p>
      <w:r>
        <w:rPr>
          <w:b/>
        </w:rPr>
        <w:t xml:space="preserve">[13:37] </w:t>
      </w:r>
      <w:r>
        <w:t>dekhein, main ek bohat important baat apni zindagi mein samajh paya hoon ke beshtar cases mein yeh hota hai ke aadmi ka starting point galat hota hai. starting point galat ho jata hai to phir sari baat hi galat ho jati hai.</w:t>
      </w:r>
    </w:p>
    <w:p>
      <w:pPr>
        <w:jc w:val="right"/>
      </w:pPr>
      <w:r>
        <w:t>دیکھیں، میں ایک بہت امپورٹنٹ بات اپنی زندگی میں سمجھ پایا ہوں کہ بیشتر کیسز میں یہ ہوتا ہے کہ آدمی کا سٹارٹنگ پوائنٹ غلط ہوتا ہے۔ سٹارٹنگ پوائنٹ غلط ہو جاتا ہے تو پھر ساری بات ہی غلط ہو جاتی ہے۔</w:t>
      </w:r>
    </w:p>
    <w:p>
      <w:r>
        <w:rPr>
          <w:b/>
        </w:rPr>
        <w:t xml:space="preserve">[13:55] </w:t>
      </w:r>
      <w:r>
        <w:t>beshtar ka sabhi jitni duniya mein kharabiyan aur buraiyan hain, woh sab ka ek hi sabab hai ke jo thinkers the, jo philosopher the, un ka starting point galat tha.</w:t>
      </w:r>
    </w:p>
    <w:p>
      <w:pPr>
        <w:jc w:val="right"/>
      </w:pPr>
      <w:r>
        <w:t>بیشتر کا سبھی جتنی دنیا میں خرابیاں اور برائیاں ہیں، وہ سب کا ایک ہی سبب ہے کہ جو تھنکرز تھے، جو فلاسفر تھے، ان کا سٹارٹنگ پوائنٹ غلط تھا۔</w:t>
      </w:r>
    </w:p>
    <w:p>
      <w:r>
        <w:rPr>
          <w:b/>
        </w:rPr>
        <w:t xml:space="preserve">[14:08] </w:t>
      </w:r>
      <w:r>
        <w:t>jaise ek misaal main deta hoon aap ko ke tamam philosophers jo the, un ka ek obsession tha ke is ko kaise prove kiya jaye ke main main apne wajood ko kaise prove kiya jaye.</w:t>
      </w:r>
    </w:p>
    <w:p>
      <w:pPr>
        <w:jc w:val="right"/>
      </w:pPr>
      <w:r>
        <w:t>جیسے ایک مثال میں دیتا ہوں آپ کو کہ تمام فلاسفرز جو تھے، ان کا ایک ابسیشن تھا کہ اس کو کیسے پروف کیا جائے کہ میں میں اپنے وجود کو کیسے پروف کیا جائے۔</w:t>
      </w:r>
    </w:p>
    <w:p>
      <w:r>
        <w:rPr>
          <w:b/>
        </w:rPr>
        <w:t xml:space="preserve">[14:23] </w:t>
      </w:r>
      <w:r>
        <w:t>is par bohat discussion tha. to Descartes ne kaha ke "I think therefore I exist." apne wajood ka saboot diya unhon ne ke "I think therefore I exist." main sochta hoon, is liye main mera wajood hai.</w:t>
      </w:r>
    </w:p>
    <w:p>
      <w:pPr>
        <w:jc w:val="right"/>
      </w:pPr>
      <w:r>
        <w:t>اس پر بہت ڈسکشن تھا۔ تو ڈیکارڈ نے کہا کہ "آئی تھنک دیر فور آئی ایگزسٹ۔" اپنے وجود کا ثبوت دیا انہوں نے کہ "آئی تھنک دیر فور آئی ایگزسٹ۔" میں سوچتا ہوں، اس لیے میں میرا وجود ہے۔</w:t>
      </w:r>
    </w:p>
    <w:p>
      <w:r>
        <w:rPr>
          <w:b/>
        </w:rPr>
        <w:t xml:space="preserve">[14:38] </w:t>
      </w:r>
      <w:r>
        <w:t>yeh sahi starting point nahi hai. yeh sahi starting point nahi hai. sahi starting point dekhein, yeh hai "how I came into existence." main kaise wajood mein aaya?</w:t>
      </w:r>
    </w:p>
    <w:p>
      <w:pPr>
        <w:jc w:val="right"/>
      </w:pPr>
      <w:r>
        <w:t>یہ صحیح سٹارٹنگ پوائنٹ نہیں ہے۔ یہ صحیح سٹارٹنگ پوائنٹ نہیں ہے۔ صحیح سٹارٹنگ پوائنٹ دیکھیں، یہ ہے "ہاؤ آئی کیم انٹو ایگزسٹنس۔" میں کیسے وجود میں آیا؟</w:t>
      </w:r>
    </w:p>
    <w:p>
      <w:r>
        <w:rPr>
          <w:b/>
        </w:rPr>
        <w:t xml:space="preserve">[14:54] </w:t>
      </w:r>
      <w:r>
        <w:t>wajood mein aane ke baad ko aap prove kar rahe hain. lekin kaise wajood mein aaya, us ko chhod rahe hain. dekhein, secondary question hai.</w:t>
      </w:r>
    </w:p>
    <w:p>
      <w:pPr>
        <w:jc w:val="right"/>
      </w:pPr>
      <w:r>
        <w:t>وجود میں آنے کے بعد کو آپ پروف کر رہے ہیں۔ لیکن کیسے وجود میں آیا، اس کو چھوڑ رہے ہیں۔ دیکھیں، سیکنڈری کوئسچن ہے۔</w:t>
      </w:r>
    </w:p>
    <w:p>
      <w:r>
        <w:rPr>
          <w:b/>
        </w:rPr>
        <w:t xml:space="preserve">[15:05] </w:t>
      </w:r>
      <w:r>
        <w:t>yeh doosra question hai ke aap yeh kahein ke "I think therefore I exist." pehla question yeh hai "how I came into existence." is ki wajah se kya hota hai farq?</w:t>
      </w:r>
    </w:p>
    <w:p>
      <w:pPr>
        <w:jc w:val="right"/>
      </w:pPr>
      <w:r>
        <w:t>یہ دوسرا کوئسچن ہے کہ آپ یہ کہیں کہ "آئی تھنک دیر فور آئی ایگزسٹ۔" پہلا کوئسچن یہ ہے "ہاؤ آئی کیم انٹو ایگزسٹنس۔" اس کی وجہ سے کیا ہوتا ہے فرق؟</w:t>
      </w:r>
    </w:p>
    <w:p>
      <w:r>
        <w:rPr>
          <w:b/>
        </w:rPr>
        <w:t xml:space="preserve">[15:19] </w:t>
      </w:r>
      <w:r>
        <w:t>bohat bara farq ho jata hai.</w:t>
      </w:r>
    </w:p>
    <w:p>
      <w:pPr>
        <w:jc w:val="right"/>
      </w:pPr>
      <w:r>
        <w:t>بہت بڑا فرق ہو جاتا ہے۔</w:t>
      </w:r>
    </w:p>
    <w:p>
      <w:r>
        <w:rPr>
          <w:b/>
        </w:rPr>
        <w:t xml:space="preserve">[15:24] </w:t>
      </w:r>
      <w:r>
        <w:t>"I think therefore I exist" mein aap self-centered bante hain. aap ka jo wajood hai, wohi usi par aap ka focus rahega.</w:t>
      </w:r>
    </w:p>
    <w:p>
      <w:pPr>
        <w:jc w:val="right"/>
      </w:pPr>
      <w:r>
        <w:t>"آئی تھنک دیر فور آئی ایگزسٹ" میں آپ سیلف سینٹرڈ بنتے ہیں۔ آپ کا جو وجود ہے، وہی اسی پر آپ کا فوکس رہے گا۔</w:t>
      </w:r>
    </w:p>
    <w:p>
      <w:r>
        <w:rPr>
          <w:b/>
        </w:rPr>
        <w:t xml:space="preserve">[15:34] </w:t>
      </w:r>
      <w:r>
        <w:t>main par focus rehta hai. main par. apne aap ko explain kar rahe hain ke main hoon. lekin agar aap ka zehan yeh ho ke main kaise bana?</w:t>
      </w:r>
    </w:p>
    <w:p>
      <w:pPr>
        <w:jc w:val="right"/>
      </w:pPr>
      <w:r>
        <w:t>میں پر فوکس رہتا ہے۔ میں پر۔ اپنے آپ کو ایکسپلین کر رہے ہیں کہ میں ہوں۔ لیکن اگر آپ کا ذہن یہ ہو کہ میں کیسے بنا؟</w:t>
      </w:r>
    </w:p>
    <w:p>
      <w:r>
        <w:rPr>
          <w:b/>
        </w:rPr>
        <w:t xml:space="preserve">[15:45] </w:t>
      </w:r>
      <w:r>
        <w:t>main kaise create kiya gaya? to aap ke andar shukr aayega ke Khuda kaisa ajeeb Khuda hai ke ek insaan banaya us ne. aap sochein ek insaan kitna bara miracle hai.</w:t>
      </w:r>
    </w:p>
    <w:p>
      <w:pPr>
        <w:jc w:val="right"/>
      </w:pPr>
      <w:r>
        <w:t>میں کیسے کریٹ کیا گیا؟ تو آپ کے اندر شکر آئے گا کہ خدا کیسا عجیب خدا ہے کہ ایک انسان بنایا اس نے۔ آپ سوچیں ایک انسان کتنا بڑا میریکل ہے۔</w:t>
      </w:r>
    </w:p>
    <w:p>
      <w:r>
        <w:rPr>
          <w:b/>
        </w:rPr>
        <w:t xml:space="preserve">[15:57] </w:t>
      </w:r>
      <w:r>
        <w:t>ek aisa insaan jo bolta hai. koi hathi nahi bol sakta. koi sher exchange nahi kar sakta. galaxy aur solar system jo hain, woh exchange nahi kar sakte.</w:t>
      </w:r>
    </w:p>
    <w:p>
      <w:pPr>
        <w:jc w:val="right"/>
      </w:pPr>
      <w:r>
        <w:t>ایک ایسا انسان جو بولتا ہے۔ کوئی ہاتھی نہیں بول سکتا۔ کوئی شیر ایکسچینج نہیں کر سکتا۔ گلیکسی اور سولر سسٹم جو ہیں، وہ ایکسچینج نہیں کر سکتے۔</w:t>
      </w:r>
    </w:p>
    <w:p>
      <w:r>
        <w:rPr>
          <w:b/>
        </w:rPr>
        <w:t xml:space="preserve">[16:09] </w:t>
      </w:r>
      <w:r>
        <w:t>ab ghaur kijiye zara. material world, plant world, animal world. kahin bhi aap woh sifat nahi payenge jo insaan ke andar hoti hai.</w:t>
      </w:r>
    </w:p>
    <w:p>
      <w:pPr>
        <w:jc w:val="right"/>
      </w:pPr>
      <w:r>
        <w:t>اب غور کیجئے ذرا۔ مٹیریل ورلڈ، پلانٹ ورلڈ، اینیمل ورلڈ۔ کہیں بھی آپ وہ صفت نہیں پائیں گے جو انسان کے اندر ہوتی ہے۔</w:t>
      </w:r>
    </w:p>
    <w:p>
      <w:r>
        <w:rPr>
          <w:b/>
        </w:rPr>
        <w:t xml:space="preserve">[16:20] </w:t>
      </w:r>
      <w:r>
        <w:t>insaan sochta hai, insaan bolta hai, insaan chalta hai, insaan pakadta hai, insaan plan karta hai, insaan city banata hai, insaan machine banata hai, insaan civilization banata hai.</w:t>
      </w:r>
    </w:p>
    <w:p>
      <w:pPr>
        <w:jc w:val="right"/>
      </w:pPr>
      <w:r>
        <w:t>انسان سوچتا ہے، انسان بولتا ہے، انسان چلتا ہے، انسان پکڑتا ہے، انسان پلان کرتا ہے، انسان سٹی بناتا ہے، انسان مشین بناتا ہے، انسان سیولائزیشن بناتا ہے۔</w:t>
      </w:r>
    </w:p>
    <w:p>
      <w:r>
        <w:rPr>
          <w:b/>
        </w:rPr>
        <w:t xml:space="preserve">[16:33] </w:t>
      </w:r>
      <w:r>
        <w:t>yeh kaun kar sakta hai? aap mujhe bataiye. to pehla sawal yeh hai ke aisa insaan, aisa miraculous insaan bana kaise? to yahan sochna chahiye ke "how i came into existence." ke mere jaisa insaan bana kaise?</w:t>
      </w:r>
    </w:p>
    <w:p>
      <w:pPr>
        <w:jc w:val="right"/>
      </w:pPr>
      <w:r>
        <w:t>یہ کون کر سکتا ہے؟ آپ مجھے بتائیے۔ تو پہلا سوال یہ ہے کہ ایسا انسان، ایسا میریکولس انسان بنا کیسے؟ تو یہاں سوچنا چاہیے کہ "ہاؤ آئی کیم انٹو ایگزسٹنس۔" کہ میرے جیسا انسان بنا کیسے؟</w:t>
      </w:r>
    </w:p>
    <w:p>
      <w:r>
        <w:rPr>
          <w:b/>
        </w:rPr>
        <w:t xml:space="preserve">[16:52] </w:t>
      </w:r>
      <w:r>
        <w:t>ek scientist ne likha hai ke main ek martaba apni kursi par baitha hua tha. meri bachi aayi. to main us se baat karne laga.</w:t>
      </w:r>
    </w:p>
    <w:p>
      <w:pPr>
        <w:jc w:val="right"/>
      </w:pPr>
      <w:r>
        <w:t>ایک سائنٹسٹ نے لکھا ہے کہ میں ایک مرتبہ اپنی کرسی پر بیٹھا ہوا تھا۔ میری بچی آئی۔ تو میں اس سے بات کرنے لگا۔</w:t>
      </w:r>
    </w:p>
    <w:p>
      <w:r>
        <w:rPr>
          <w:b/>
        </w:rPr>
        <w:t xml:space="preserve">[17:02] </w:t>
      </w:r>
      <w:r>
        <w:t>to achaanak mere zehen mein yeh sawal aaya ke kaise woh bolti hai aur kaise main sunta hoon? kaise exchange ho raha hai?</w:t>
      </w:r>
    </w:p>
    <w:p>
      <w:pPr>
        <w:jc w:val="right"/>
      </w:pPr>
      <w:r>
        <w:t>تو اچانک میرے ذہن میں یہ سوال آیا کہ کیسے وہ بولتی ہے اور کیسے میں سنتا ہوں؟ کیسے ایکسچینج ہو رہا ہے؟</w:t>
      </w:r>
    </w:p>
    <w:p>
      <w:r>
        <w:rPr>
          <w:b/>
        </w:rPr>
        <w:t xml:space="preserve">[17:11] </w:t>
      </w:r>
      <w:r>
        <w:t>to kaan ko dekhne laga bachi ki. ke kaisa ajeeb kaan hai yeh? ke maine bola, kaan ne suna. kaan mein convey kiya mind tak.</w:t>
      </w:r>
    </w:p>
    <w:p>
      <w:pPr>
        <w:jc w:val="right"/>
      </w:pPr>
      <w:r>
        <w:t>تو کان کو دیکھنے لگا بچی کی۔ کہ کیسا عجیب کان ہے یہ؟ کہ میں نے بولا، کان نے سنا۔ کان میں کنوے کیا مائنڈ تک۔</w:t>
      </w:r>
    </w:p>
    <w:p>
      <w:r>
        <w:rPr>
          <w:b/>
        </w:rPr>
        <w:t xml:space="preserve">[17:21] </w:t>
      </w:r>
      <w:r>
        <w:t>ab phir wahan se convey ho kar ke baat zubaan par aayi. to yeh bolne aur sunne ka jo yeh system hai. to nikah sochne woh.</w:t>
      </w:r>
    </w:p>
    <w:p>
      <w:pPr>
        <w:jc w:val="right"/>
      </w:pPr>
      <w:r>
        <w:t>اب پھر وہاں سے کنوے ہو کر کے بات زبان پر آئی۔ تو یہ بولنے اور سننے کا جو یہ سسٹم ہے۔ تو نکاح سوچنے وہ۔</w:t>
      </w:r>
    </w:p>
    <w:p>
      <w:r>
        <w:rPr>
          <w:b/>
        </w:rPr>
        <w:t xml:space="preserve">[17:31] </w:t>
      </w:r>
      <w:r>
        <w:t>to apni biography mein likhta hai woh ke jab main soch raha tha to mujhe laga ke main to khuda tak pahunch raha hoon. haalankeh woh khuda ko manta nahi tha woh.</w:t>
      </w:r>
    </w:p>
    <w:p>
      <w:pPr>
        <w:jc w:val="right"/>
      </w:pPr>
      <w:r>
        <w:t>تو اپنی بائیوگرافی میں لکھتا ہے وہ کہ جب میں سوچ رہا تھا تو مجھے لگا کہ میں تو خدا تک پہنچ رہا ہوں۔ حالانکہ وہ خدا کو مانتا نہیں تھا وہ۔</w:t>
      </w:r>
    </w:p>
    <w:p>
      <w:r>
        <w:rPr>
          <w:b/>
        </w:rPr>
        <w:t xml:space="preserve">[17:44] </w:t>
      </w:r>
      <w:r>
        <w:t>yaani creator tak pahunch raha hoon main. kaise kaan bana? kaise zubaan bani? kaise kaan bana? kaise hawa bani?</w:t>
      </w:r>
    </w:p>
    <w:p>
      <w:pPr>
        <w:jc w:val="right"/>
      </w:pPr>
      <w:r>
        <w:t>یعنی کریٹر تک پہنچ رہا ہوں میں۔ کیسے کان بنا؟ کیسے زبان بنی؟ کیسے کان بنا؟ کیسے ہوا بنی؟</w:t>
      </w:r>
    </w:p>
    <w:p>
      <w:r>
        <w:rPr>
          <w:b/>
        </w:rPr>
        <w:t xml:space="preserve">[17:53] </w:t>
      </w:r>
      <w:r>
        <w:t>kaise mind bana? yeh saari cheezein jo kaise bani aakhir? to us ne woh likhta hai ke main mujhe mehsoos hua ke main creator tak pahunch raha hoon.</w:t>
      </w:r>
    </w:p>
    <w:p>
      <w:pPr>
        <w:jc w:val="right"/>
      </w:pPr>
      <w:r>
        <w:t>کیسے مائنڈ بنا؟ یہ ساری چیزیں جو کیسے بنی آخر؟ تو اس نے وہ لکھتا ہے کہ میں مجھے محسوس ہوا کہ میں کریٹر تک پہنچ رہا ہوں۔</w:t>
      </w:r>
    </w:p>
    <w:p>
      <w:r>
        <w:rPr>
          <w:b/>
        </w:rPr>
        <w:t xml:space="preserve">[18:03] </w:t>
      </w:r>
      <w:r>
        <w:t>to jaldi se main ne sochne ko stop kar diya. to dekhiye agar aap sirf yeh soch paayein ke "i think therefore i exist" to aap ke andar self centered ideology banti hai.</w:t>
      </w:r>
    </w:p>
    <w:p>
      <w:pPr>
        <w:jc w:val="right"/>
      </w:pPr>
      <w:r>
        <w:t>تو جلدی سے میں نے سوچنے کو سٹاپ کر دیا۔ تو دیکھیں اگر آپ صرف یہ سوچ پائیں کہ "آئی تھنک دیر فور آئی ایگزسٹ" تو آپ کے اندر سیلف سینٹرڈ آئیڈیالوجی بنتی ہے۔</w:t>
      </w:r>
    </w:p>
    <w:p>
      <w:r>
        <w:rPr>
          <w:b/>
        </w:rPr>
        <w:t xml:space="preserve">[18:18] </w:t>
      </w:r>
      <w:r>
        <w:t>bas main par ruk jaate hain aap. lekin agar aap yeh sochein "how i came into existence" to aap khuda ko discover kar lete hain.</w:t>
      </w:r>
    </w:p>
    <w:p>
      <w:pPr>
        <w:jc w:val="right"/>
      </w:pPr>
      <w:r>
        <w:t>بس میں پر رک جاتے ہیں آپ۔ لیکن اگر آپ یہ سوچیں "ہاؤ آئی کیم انٹو ایگزسٹنس" تو آپ خدا کو ڈسکور کر لیتے ہیں۔</w:t>
      </w:r>
    </w:p>
    <w:p>
      <w:r>
        <w:rPr>
          <w:b/>
        </w:rPr>
        <w:t xml:space="preserve">[18:28] </w:t>
      </w:r>
      <w:r>
        <w:t>phir god oriented thinking banti hai aap ke andar. wahi mamla qurbani ke bare mein hai. yaani yeh kehna ke "killing of sensation is sin and vice versa" yeh kahan se nikala aap ne?</w:t>
      </w:r>
    </w:p>
    <w:p>
      <w:pPr>
        <w:jc w:val="right"/>
      </w:pPr>
      <w:r>
        <w:t>پھر گاڈ اورینٹڈ تھنکنگ بنتی ہے آپ کے اندر۔ وہی معاملہ قربانی کے بارے میں ہے۔ یعنی یہ کہنا کہ "کلنگ آف سینسیشن از سن اینڈ وائس ورسا" یہ کہاں سے نکالا آپ نے؟</w:t>
      </w:r>
    </w:p>
    <w:p>
      <w:r>
        <w:rPr>
          <w:b/>
        </w:rPr>
        <w:t xml:space="preserve">[18:42] </w:t>
      </w:r>
      <w:r>
        <w:t>is se pehle sochna padega ke insaan kaise bana? to main yeh kahunga ke quran ki jo philosophy hai us mein insaani center mein hai.</w:t>
      </w:r>
    </w:p>
    <w:p>
      <w:pPr>
        <w:jc w:val="right"/>
      </w:pPr>
      <w:r>
        <w:t>اس سے پہلے سوچنا پڑے گا کہ انسان کیسے بنا؟ تو میں یہ کہوں گا کہ قرآن کی جو فلاسفی ہے اس میں انسانی سینٹر میں ہے۔</w:t>
      </w:r>
    </w:p>
    <w:p>
      <w:r>
        <w:rPr>
          <w:b/>
        </w:rPr>
        <w:t xml:space="preserve">[18:53] </w:t>
      </w:r>
      <w:r>
        <w:t>yaani khuda ne insaan ko banaya. phir saari cheezein us ke liye banayein.</w:t>
      </w:r>
    </w:p>
    <w:p>
      <w:pPr>
        <w:jc w:val="right"/>
      </w:pPr>
      <w:r>
        <w:t>یعنی خدا نے انسان کو بنایا۔ پھر ساری چیزیں اس کے لیے بنائیں۔</w:t>
      </w:r>
    </w:p>
    <w:p>
      <w:r>
        <w:rPr>
          <w:b/>
        </w:rPr>
        <w:t xml:space="preserve">[19:01] </w:t>
      </w:r>
      <w:r>
        <w:t>yeh bohat hi important point hai. dekhiye yeh bohat hi important point hai. insaan banaya gaya hai. insaan ke liye saari duniya banayi gayi.</w:t>
      </w:r>
    </w:p>
    <w:p>
      <w:pPr>
        <w:jc w:val="right"/>
      </w:pPr>
      <w:r>
        <w:t>یہ بہت ہی امپورٹنٹ پوائنٹ ہے۔ دیکھیں یہ بہت ہی امپورٹنٹ پوائنٹ ہے۔ انسان بنایا گیا ہے۔ انسان کے لیے ساری دنیا بنائی گئی۔</w:t>
      </w:r>
    </w:p>
    <w:p>
      <w:r>
        <w:rPr>
          <w:b/>
        </w:rPr>
        <w:t xml:space="preserve">[19:15] </w:t>
      </w:r>
      <w:r>
        <w:t>yaani yeh itni badi universe kyun bani? taake insaan khuda greatness ko discover kar sake. yeh kisi ka problem nahi hai.</w:t>
      </w:r>
    </w:p>
    <w:p>
      <w:pPr>
        <w:jc w:val="right"/>
      </w:pPr>
      <w:r>
        <w:t>یعنی یہ اتنی بڑی یونیورس کیوں بنی؟ تاکہ انسان خدا گریٹنس کو ڈسکور کر سکے۔ یہ کسی کا پرابلم نہیں ہے۔</w:t>
      </w:r>
    </w:p>
    <w:p>
      <w:r>
        <w:rPr>
          <w:b/>
        </w:rPr>
        <w:t xml:space="preserve">[19:25] </w:t>
      </w:r>
      <w:r>
        <w:t>koi haathi, koi sher khuda greatness ko discover nahi kar sakta. is ke andar yeh faculty hi nahi hai. itni badi universe kyun bani?</w:t>
      </w:r>
    </w:p>
    <w:p>
      <w:pPr>
        <w:jc w:val="right"/>
      </w:pPr>
      <w:r>
        <w:t>کوئی ہاتھی، کوئی شیر خدا گریٹنس کو ڈسکور نہیں کر سکتا۔ اس کے اندر یہ فیکلٹی ہی نہیں ہے۔ اتنی بڑی یونیورس کیوں بنی؟</w:t>
      </w:r>
    </w:p>
    <w:p>
      <w:r>
        <w:rPr>
          <w:b/>
        </w:rPr>
        <w:t xml:space="preserve">[19:37] </w:t>
      </w:r>
      <w:r>
        <w:t>insaan khuda greatness ko discover kar sake. plant kyun bane? animal kyun bane? woh insaan ke liye bane. woh insaan ke liye bane.</w:t>
      </w:r>
    </w:p>
    <w:p>
      <w:pPr>
        <w:jc w:val="right"/>
      </w:pPr>
      <w:r>
        <w:t>انسان خدا گریٹنس کو ڈسکور کر سکے۔ پلانٹ کیوں بنے؟ اینیمل کیوں بنے؟ وہ انسان کے لیے بنے۔ وہ انسان کے لیے بنے۔</w:t>
      </w:r>
    </w:p>
    <w:p>
      <w:r>
        <w:rPr>
          <w:b/>
        </w:rPr>
        <w:t xml:space="preserve">[19:47] </w:t>
      </w:r>
      <w:r>
        <w:t>to yahan se aap start lenge jab ke sab kuch insaan ke liye banaya gaya hai. tab aap sahi upar pahunchenge. yahan se start liya nahi.</w:t>
      </w:r>
    </w:p>
    <w:p>
      <w:pPr>
        <w:jc w:val="right"/>
      </w:pPr>
      <w:r>
        <w:t>تو یہاں سے آپ سٹارٹ لیں گے جب کہ سب کچھ انسان کے لیے بنایا گیا ہے۔ تب آپ صحیح اوپر پہنچیں گے۔ یہاں سے سٹارٹ لیا نہیں۔</w:t>
      </w:r>
    </w:p>
    <w:p>
      <w:r>
        <w:rPr>
          <w:b/>
        </w:rPr>
        <w:t xml:space="preserve">[19:59] </w:t>
      </w:r>
      <w:r>
        <w:t>khud hi khud ek mind mein banaya. aur us ke baad us par ek philosophy bana li. yeh soch sahi soch nahi hai.</w:t>
      </w:r>
    </w:p>
    <w:p>
      <w:pPr>
        <w:jc w:val="right"/>
      </w:pPr>
      <w:r>
        <w:t>خود ہی خود ایک مائنڈ میں بنایا۔ اور اس کے بعد اس پر ایک فلاسفی بنا لی۔ یہ سوچ صحیح سوچ نہیں ہے۔</w:t>
      </w:r>
    </w:p>
    <w:p>
      <w:r>
        <w:rPr>
          <w:b/>
        </w:rPr>
        <w:t xml:space="preserve">[20:11] </w:t>
      </w:r>
      <w:r>
        <w:t>aap ko pehle jaanna padega ke starting point kya hai? from where to begin? yeh jaanna padega aap ko. ab ab aap sochiye.</w:t>
      </w:r>
    </w:p>
    <w:p>
      <w:pPr>
        <w:jc w:val="right"/>
      </w:pPr>
      <w:r>
        <w:t>آپ کو پہلے جاننا پڑے گا کہ سٹارٹنگ پوائنٹ کیا ہے؟ فرام ویئر ٹو بگن؟ یہ جاننا پڑے گا آپ کو۔ اب اب آپ سوچیے۔</w:t>
      </w:r>
    </w:p>
    <w:p>
      <w:r>
        <w:rPr>
          <w:b/>
        </w:rPr>
        <w:t xml:space="preserve">[20:21] </w:t>
      </w:r>
      <w:r>
        <w:t>yeh insaan jo bana hai. is ko khurak chahiye. jo kehte hain balance diet. balance diet mein bohat si cheezein hoti hain.</w:t>
      </w:r>
    </w:p>
    <w:p>
      <w:pPr>
        <w:jc w:val="right"/>
      </w:pPr>
      <w:r>
        <w:t>یہ انسان جو بنا ہے۔ اس کو خوراک چاہیے۔ جو کہتے ہیں بیلنس ڈائٹ۔ بیلنس ڈائٹ میں بہت سی چیزیں ہوتی ہیں۔</w:t>
      </w:r>
    </w:p>
    <w:p>
      <w:r>
        <w:rPr>
          <w:b/>
        </w:rPr>
        <w:t xml:space="preserve">[20:31] </w:t>
      </w:r>
      <w:r>
        <w:t>woh saari cheezein hamein milni chahiye. is ke baghair hum zinda nahi reh sakte. isi mein se sab se badi cheez hai protein.</w:t>
      </w:r>
    </w:p>
    <w:p>
      <w:pPr>
        <w:jc w:val="right"/>
      </w:pPr>
      <w:r>
        <w:t>وہ ساری چیزیں ہمیں ملنی چاہییں۔ اس کے بغیر ہم زندہ نہیں رہ سکتے۔ اسی میں سے سب سے بڑی چیز ہے پروٹین۔</w:t>
      </w:r>
    </w:p>
    <w:p>
      <w:r>
        <w:rPr>
          <w:b/>
        </w:rPr>
        <w:t xml:space="preserve">[20:42] </w:t>
      </w:r>
      <w:r>
        <w:t>protein. protein hi yaani body building jo hamari hoti hai protein ke zariye hoti hai. yeh body nahi ban sakti hamari agar protein na ho.</w:t>
      </w:r>
    </w:p>
    <w:p>
      <w:pPr>
        <w:jc w:val="right"/>
      </w:pPr>
      <w:r>
        <w:t>پروٹین۔ پروٹین ہی یعنی باڈی بلڈنگ جو ہماری ہوتی ہے پروٹین کے ذریعے ہوتی ہے۔ یہ باڈی نہیں بن سکتی ہماری اگر پروٹین نہ ہو۔</w:t>
      </w:r>
    </w:p>
    <w:p>
      <w:r>
        <w:rPr>
          <w:b/>
        </w:rPr>
        <w:t xml:space="preserve">[20:52] </w:t>
      </w:r>
      <w:r>
        <w:t>aap jante hain ke flesh and blood ka majmooa hai insaan. flesh and blood. hum khate hain chahe anaaj khayein, sabzi khayein, phal khayein.</w:t>
      </w:r>
    </w:p>
    <w:p>
      <w:pPr>
        <w:jc w:val="right"/>
      </w:pPr>
      <w:r>
        <w:t>آپ جانتے ہیں کہ فلیش اینڈ بلڈ کا مجموعہ ہے انسان۔ فلیش اینڈ بلڈ۔ ہم کھاتے ہیں چاہے اناج کھائیں، سبزی کھائیں، پھل کھائیں۔</w:t>
      </w:r>
    </w:p>
    <w:p>
      <w:r>
        <w:rPr>
          <w:b/>
        </w:rPr>
        <w:t xml:space="preserve">[21:02] </w:t>
      </w:r>
      <w:r>
        <w:t>aakhir mein ja kar flash and blood banta hai. to hamein flash and blood banana hai. taake hum zinda rahein. to khuda ne yaani mein mein vegetarian hoon.</w:t>
      </w:r>
    </w:p>
    <w:p>
      <w:pPr>
        <w:jc w:val="right"/>
      </w:pPr>
      <w:r>
        <w:t>آخر میں جا کر فلیش اینڈ بلڈ بنتا ہے۔ تو ہمیں فلیش اینڈ بلڈ بنانا ہے۔ تاکہ ہم زندہ رہیں۔ تو خدا نے یعنی میں میں ویجیٹیرین ہوں۔</w:t>
      </w:r>
    </w:p>
    <w:p>
      <w:r>
        <w:rPr>
          <w:b/>
        </w:rPr>
        <w:t xml:space="preserve">[21:16] </w:t>
      </w:r>
      <w:r>
        <w:t>mere baap vegetarian the. meri meri mere bhai vegetarian hain. meri behan vegetarian thi. mein khud vegetarian hoon. lekin mein mein kisi reality ka inkaar nahi kar sakta.</w:t>
      </w:r>
    </w:p>
    <w:p>
      <w:pPr>
        <w:jc w:val="right"/>
      </w:pPr>
      <w:r>
        <w:t>میرے باپ ویجیٹیرین تھے۔ میری میری میرے بھائی ویجیٹیرین ہیں۔ میری بہن ویجیٹیرین تھی۔ میں خود ویجیٹیرین ہوں۔ لیکن میں میں کسی ریلیٹی کا انکار نہیں کر سکتا۔</w:t>
      </w:r>
    </w:p>
    <w:p>
      <w:r>
        <w:rPr>
          <w:b/>
        </w:rPr>
        <w:t xml:space="preserve">[21:28] </w:t>
      </w:r>
      <w:r>
        <w:t>reality ko manna padega. ke insaan ko khuda ne banaya. aur insaan ke liye food banaya. insaan ke liye food kya hai?</w:t>
      </w:r>
    </w:p>
    <w:p>
      <w:pPr>
        <w:jc w:val="right"/>
      </w:pPr>
      <w:r>
        <w:t>ریلیٹی کو ماننا پڑے گا۔ کہ انسان کو خدا نے بنایا۔ اور انسان کے لیے فوڈ بنایا۔ انسان کے لیے فوڈ کیا ہے؟</w:t>
      </w:r>
    </w:p>
    <w:p>
      <w:r>
        <w:rPr>
          <w:b/>
        </w:rPr>
        <w:t xml:space="preserve">[21:37] </w:t>
      </w:r>
      <w:r>
        <w:t>nabatat mein hai. phal mein hai. sabzi mein hai. ghiza mein. aur haiwan bhi insaan ki ghiza ki taraf banaye gaye hain. koi doosra purpose nahi hai haiwan ka. haiwan jo hain insaan ke liye banaye gaye hain.</w:t>
      </w:r>
    </w:p>
    <w:p>
      <w:pPr>
        <w:jc w:val="right"/>
      </w:pPr>
      <w:r>
        <w:t>نباتات میں ہے۔ پھل میں ہے۔ سبزی میں ہے۔ غذا میں۔ اور حیوان بھی انسان کی غذا کی طرف بنائے گئے ہیں۔ کوئی دوسرا پرپس نہیں ہے حیوان کا۔ حیوان جو ہیں انسان کے لیے بنائے گئے ہیں۔</w:t>
      </w:r>
    </w:p>
    <w:p>
      <w:r>
        <w:rPr>
          <w:b/>
        </w:rPr>
        <w:t xml:space="preserve">[21:50] </w:t>
      </w:r>
      <w:r>
        <w:t>in mein woh ehsaas nahi hota jo aap kehte hain click of sensation. to woh sensation hota hi nahi in mein. aap samajhte hain ke jo sensation mere andar hai wahi un ke andar hai.</w:t>
      </w:r>
    </w:p>
    <w:p>
      <w:pPr>
        <w:jc w:val="right"/>
      </w:pPr>
      <w:r>
        <w:t>ان میں وہ احساس نہیں ہوتا جو آپ کہتے ہیں کلک آف سینسیشن۔ تو وہ سینسیشن ہوتا ہی نہیں ان میں۔ آپ سمجھتے ہیں کہ جو سینسیشن میرے اندر ہے وہی ان کے اندر ہے۔</w:t>
      </w:r>
    </w:p>
    <w:p>
      <w:r>
        <w:rPr>
          <w:b/>
        </w:rPr>
        <w:t xml:space="preserve">[22:00] </w:t>
      </w:r>
      <w:r>
        <w:t>to aisa hai hi nahi. thoda sensation dekhein material world mein kuch bhi sensation nahi hai. phir thoda sensation hai plant mein.</w:t>
      </w:r>
    </w:p>
    <w:p>
      <w:pPr>
        <w:jc w:val="right"/>
      </w:pPr>
      <w:r>
        <w:t>تو ایسا ہے ہی نہیں۔ تھوڑا سینسیشن دیکھیں مٹیریل ورلڈ میں کچھ بھی سینسیشن نہیں ہے۔ پھر تھوڑا سینسیشن ہے پلانٹ میں۔</w:t>
      </w:r>
    </w:p>
    <w:p>
      <w:r>
        <w:rPr>
          <w:b/>
        </w:rPr>
        <w:t xml:space="preserve">[22:11] </w:t>
      </w:r>
      <w:r>
        <w:t>phir thoda sa aur hai haiwan mein. animal mein. aur bohat zyada sensation hai insaan mein. apne upar cross kar liya in ko.</w:t>
      </w:r>
    </w:p>
    <w:p>
      <w:pPr>
        <w:jc w:val="right"/>
      </w:pPr>
      <w:r>
        <w:t>پھر تھوڑا سا اور ہے حیوان میں۔ اینیمل میں۔ اور بہت زیادہ سینسیشن ہے انسان میں۔ اپنے اوپر کراس کر لیا ان کو۔</w:t>
      </w:r>
    </w:p>
    <w:p>
      <w:r>
        <w:rPr>
          <w:b/>
        </w:rPr>
        <w:t xml:space="preserve">[22:20] </w:t>
      </w:r>
      <w:r>
        <w:t>halanke aisa hai hi nahi. yahan mein ek baat yaad dilana chahunga ke history jo hai insaan ki woh do zamano mein bati hui hai.</w:t>
      </w:r>
    </w:p>
    <w:p>
      <w:pPr>
        <w:jc w:val="right"/>
      </w:pPr>
      <w:r>
        <w:t>حالانکہ ایسا ہے ہی نہیں۔ یہاں میں ایک بات یاد دلانا چاہوں گا کہ ہسٹری جو ہے انسان کی وہ دو زمانوں میں بٹی ہوئی ہے۔</w:t>
      </w:r>
    </w:p>
    <w:p>
      <w:r>
        <w:rPr>
          <w:b/>
        </w:rPr>
        <w:t xml:space="preserve">[22:33] </w:t>
      </w:r>
      <w:r>
        <w:t>pre scientific age aur post scientific age. pre scientific age jo hai woh hai suppression par base karta tha.</w:t>
      </w:r>
    </w:p>
    <w:p>
      <w:pPr>
        <w:jc w:val="right"/>
      </w:pPr>
      <w:r>
        <w:t>پری سائنٹیفک ایج اور پوسٹ سائنٹیفک ایج۔ پری سائنٹیفک ایج جو ہے وہ ہے۔ سپریسیشن پر بیس کرتا تھا۔</w:t>
      </w:r>
    </w:p>
    <w:p>
      <w:r>
        <w:rPr>
          <w:b/>
        </w:rPr>
        <w:t xml:space="preserve">[22:42] </w:t>
      </w:r>
      <w:r>
        <w:t>suppression. har taraf suppression. phir jab science aayi to sab suppression khatm ho gayi. to jo log yeh kehte hain ke yeh jiyo ko marna hai aur jiyo marna sab se baad sin hai.</w:t>
      </w:r>
    </w:p>
    <w:p>
      <w:pPr>
        <w:jc w:val="right"/>
      </w:pPr>
      <w:r>
        <w:t>سپریسیشن۔ ہر طرف سپریسیشن۔ پھر جب سائنس آئی تو سب سپریسیشن ختم ہو گئی۔ تو جو لوگ یہ کہتے ہیں کہ یہ جیو کو مارنا ہے اور جیو مارنا سب سے بعد سن ہے۔</w:t>
      </w:r>
    </w:p>
    <w:p>
      <w:r>
        <w:rPr>
          <w:b/>
        </w:rPr>
        <w:t xml:space="preserve">[22:57] </w:t>
      </w:r>
      <w:r>
        <w:t>woh boli bol rahe hain pre scientific age ki. yeh pre scientific notions hain. yeh boli bolna.</w:t>
      </w:r>
    </w:p>
    <w:p>
      <w:pPr>
        <w:jc w:val="right"/>
      </w:pPr>
      <w:r>
        <w:t>وہ بولی بول رہے ہیں پری سائنٹیفک ایج کی۔ یہ پری سائنٹیفک نوشنز ہیں۔ یہ بولی بولنا۔</w:t>
      </w:r>
    </w:p>
    <w:p>
      <w:r>
        <w:rPr>
          <w:b/>
        </w:rPr>
        <w:t xml:space="preserve">[23:07] </w:t>
      </w:r>
      <w:r>
        <w:t>kyun? science ne bataya hai ke zindagi to har cheez mein hai. pehle ka insaan yeh samajhta tha ke zindagi sirf animal mein hai.</w:t>
      </w:r>
    </w:p>
    <w:p>
      <w:pPr>
        <w:jc w:val="right"/>
      </w:pPr>
      <w:r>
        <w:t>کیوں؟ سائنس نے بتایا ہے کہ زندگی تو ہر چیز میں ہے۔ پہلے کا انسان یہ سمجھتا تھا کہ زندگی صرف اینیمل میں ہے۔</w:t>
      </w:r>
    </w:p>
    <w:p>
      <w:r>
        <w:rPr>
          <w:b/>
        </w:rPr>
        <w:t xml:space="preserve">[23:17] </w:t>
      </w:r>
      <w:r>
        <w:t>ab to maloom hua ke paani mein zindagi hai. doodh mein zindagi hai. to aap kya karenge? kya bhooke marenge? aap bhooke mar sakte hain.</w:t>
      </w:r>
    </w:p>
    <w:p>
      <w:pPr>
        <w:jc w:val="right"/>
      </w:pPr>
      <w:r>
        <w:t>اب تو معلوم ہوا کہ پانی میں زندگی ہے۔ دودھ میں زندگی ہے۔ تو آپ کیا کریں گے؟ کیا بھوکے مریں گے؟ آپ بھوکے مر سکتے ہیں۔</w:t>
      </w:r>
    </w:p>
    <w:p>
      <w:r>
        <w:rPr>
          <w:b/>
        </w:rPr>
        <w:t xml:space="preserve">[23:28] </w:t>
      </w:r>
      <w:r>
        <w:t>yaani aap jab paani peete hain tab bhi zindagi aap ke andar dakhil hoti hai. doodh peete hain tab bhi zindagi dakhil hoti hai aap ke andar. kuch bhi aap khate hain sabzi ya phal to zindagi dakhil hoti hai.</w:t>
      </w:r>
    </w:p>
    <w:p>
      <w:pPr>
        <w:jc w:val="right"/>
      </w:pPr>
      <w:r>
        <w:t>یعنی آپ جب پانی پیتے ہیں تب بھی زندگی آپ کے اندر داخل ہوتی ہے۔ دودھ پیتے ہیں تب بھی زندگی داخل ہوتی ہے آپ کے اندر۔ کچھ بھی آپ کھاتے ہیں سبزی یا پھل تو زندگی داخل ہوتی ہے۔</w:t>
      </w:r>
    </w:p>
    <w:p>
      <w:r>
        <w:rPr>
          <w:b/>
        </w:rPr>
        <w:t xml:space="preserve">[23:41] </w:t>
      </w:r>
      <w:r>
        <w:t>to aap sensation to kal har har waqt kar rahe hain aap. har waqt aap bacteria ko kill kar rahe hain. science se pehle insaan nahi jaanta tha ke har cheez mein zindagi hai.</w:t>
      </w:r>
    </w:p>
    <w:p>
      <w:pPr>
        <w:jc w:val="right"/>
      </w:pPr>
      <w:r>
        <w:t>تو آپ سینسیشن تو کل ہر ہر وقت کر رہے ہیں آپ۔ ہر وقت آپ بیکٹیریا کو کل کر رہے ہیں۔ سائنس سے پہلے انسان نہیں جانتا تھا کہ ہر چیز میں زندگی ہے۔</w:t>
      </w:r>
    </w:p>
    <w:p>
      <w:r>
        <w:rPr>
          <w:b/>
        </w:rPr>
        <w:t xml:space="preserve">[23:56] </w:t>
      </w:r>
      <w:r>
        <w:t>to yeh philosophy bana. killing of killing of sensation is sin. ab to maloom hua ke woh killing ke baghair to aap zinda hi nahi reh sakte.</w:t>
      </w:r>
    </w:p>
    <w:p>
      <w:pPr>
        <w:jc w:val="right"/>
      </w:pPr>
      <w:r>
        <w:t>تو یہ فلسفہ بنا۔ کلنگ آف کلنگ آف سینسیشن از سن۔ اب تو معلوم ہوا کہ وہ کلنگ کے بغیر تو آپ زندہ ہی نہیں رہ سکتے۔</w:t>
      </w:r>
    </w:p>
    <w:p>
      <w:r>
        <w:rPr>
          <w:b/>
        </w:rPr>
        <w:t xml:space="preserve">[24:06] </w:t>
      </w:r>
      <w:r>
        <w:t>ek sahab jo bohat hi pakke vegetarian the. aur woh mante nahi the ke meat khana chahiye. to ek aadmi ne kaha ke aap pre scientific age mein jee rahe hain.</w:t>
      </w:r>
    </w:p>
    <w:p>
      <w:pPr>
        <w:jc w:val="right"/>
      </w:pPr>
      <w:r>
        <w:t>ایک صاحب جو بہت ہی پکے ویجیٹیرین تھے۔ اور وہ مانتے نہیں تھے کہ میٹ کھانا چاہیے۔ تو ایک آدمی نے کہا کہ آپ پری سائنٹیفک ایج میں جی رہے ہیں۔</w:t>
      </w:r>
    </w:p>
    <w:p>
      <w:r>
        <w:rPr>
          <w:b/>
        </w:rPr>
        <w:t xml:space="preserve">[24:19] </w:t>
      </w:r>
      <w:r>
        <w:t>aap ko pata nahi ke aap microscope ban chuka hai. to woh woh jaante nahi the microscope ka concept. to us ne kya kiya ke us ne un ko dikhaya.</w:t>
      </w:r>
    </w:p>
    <w:p>
      <w:pPr>
        <w:jc w:val="right"/>
      </w:pPr>
      <w:r>
        <w:t>آپ کو پتہ نہیں کہ آپ مائیکروسکوپ بن چکا ہے۔ تو وہ وہ جانتے نہیں تھے مائیکروسکوپ کا کانسیپٹ۔ تو اس نے کیا کیا کہ اس نے ان کو دکھایا۔</w:t>
      </w:r>
    </w:p>
    <w:p>
      <w:r>
        <w:rPr>
          <w:b/>
        </w:rPr>
        <w:t xml:space="preserve">[24:34] </w:t>
      </w:r>
      <w:r>
        <w:t>doodh ka ek woh rakh kar ke microscope ke glass ke neeche rakha aur kaha ke dekhein is ko. woh doodh piya karte the. ab dekha ke microscope se dekha unhone doodh ko to phir zindagiyaan reg rahi thin itni saari.</w:t>
      </w:r>
    </w:p>
    <w:p>
      <w:pPr>
        <w:jc w:val="right"/>
      </w:pPr>
      <w:r>
        <w:t>دودھ کا ایک وہ رکھ کر کے مائیکروسکوپ کے گلاس کے نیچے رکھا اور کہا کہ دیکھیں اس کو۔ وہ دودھ پیا کرتے تھے۔ اب دیکھا کہ مائیکروسکوپ سے دیکھا انہوں نے دودھ کو تو پھر زندگیاں ریگ رہی تھیں اتنی ساری۔</w:t>
      </w:r>
    </w:p>
    <w:p>
      <w:r>
        <w:rPr>
          <w:b/>
        </w:rPr>
        <w:t xml:space="preserve">[24:49] </w:t>
      </w:r>
      <w:r>
        <w:t>un ko woh woh heart fail ho gaya un ka. yeh kehna ke jiyo marna islam mein zindagi ko maarne ke ka jo provision hai woh be rehami hai.</w:t>
      </w:r>
    </w:p>
    <w:p>
      <w:pPr>
        <w:jc w:val="right"/>
      </w:pPr>
      <w:r>
        <w:t>ان کو وہ وہ ہارٹ فیل ہو گیا ان کا۔ یہ کہنا کہ جیو مارنا اسلام میں زندگی کو مارنے کے کا جو پروویژن ہے وہ بے رحمی ہے۔</w:t>
      </w:r>
    </w:p>
    <w:p>
      <w:r>
        <w:rPr>
          <w:b/>
        </w:rPr>
        <w:t xml:space="preserve">[25:04] </w:t>
      </w:r>
      <w:r>
        <w:t>yeh islam ki baat nahi nature ki baat yeh hai. yeh pre scientific boli bolna hai. pre scientific boli bolna hai.</w:t>
      </w:r>
    </w:p>
    <w:p>
      <w:pPr>
        <w:jc w:val="right"/>
      </w:pPr>
      <w:r>
        <w:t>یہ اسلام کی بات نہیں نیچر کی بات یہ ہے۔ یہ پری سائنٹیفک بولی بولنا ہے۔ پری سائنٹیفک بولی بولنا ہے۔</w:t>
      </w:r>
    </w:p>
    <w:p>
      <w:r>
        <w:rPr>
          <w:b/>
        </w:rPr>
        <w:t xml:space="preserve">[25:14] </w:t>
      </w:r>
      <w:r>
        <w:t>kyun ke ab to zindagi ko aap har saans lete hain tab bhi hawa mein hawa mein zindagi hai. paani mein zindagi hai. doodh mein zindagi hai.</w:t>
      </w:r>
    </w:p>
    <w:p>
      <w:pPr>
        <w:jc w:val="right"/>
      </w:pPr>
      <w:r>
        <w:t>کیونکہ اب تو زندگی کو آپ ہر سانس لیتے ہیں تب بھی ہوا میں ہوا میں زندگی ہے۔ پانی میں زندگی ہے۔ دودھ میں زندگی ہے۔</w:t>
      </w:r>
    </w:p>
    <w:p>
      <w:r>
        <w:rPr>
          <w:b/>
        </w:rPr>
        <w:t xml:space="preserve">[25:22] </w:t>
      </w:r>
      <w:r>
        <w:t>sabzi mein zindagi hai. phal mein zindagi hai. to har cheez mein zindagi hai. yeh yeh jo formula bana tha.</w:t>
      </w:r>
    </w:p>
    <w:p>
      <w:pPr>
        <w:jc w:val="right"/>
      </w:pPr>
      <w:r>
        <w:t>سبزی میں زندگی ہے۔ پھل میں زندگی ہے۔ تو ہر چیز میں زندگی ہے۔ یہ یہ جو فارمولا بنا تھا۔</w:t>
      </w:r>
    </w:p>
    <w:p>
      <w:r>
        <w:rPr>
          <w:b/>
        </w:rPr>
        <w:t xml:space="preserve">[25:32] </w:t>
      </w:r>
      <w:r>
        <w:t>yeh formula bana tha pre scientific age mein. ab to khatm ho gaya. yahan mein ek baat yaad dilana chahta hoon ke scientific age jo aaya hai</w:t>
      </w:r>
    </w:p>
    <w:p>
      <w:pPr>
        <w:jc w:val="right"/>
      </w:pPr>
      <w:r>
        <w:t>یہ فارمولا بنا تھا پری سائنٹیفک ایج میں۔ اب تو ختم ہو گیا۔ یہاں میں ایک بات یاد دلانا چاہتا ہوں کہ سائنٹیفک ایج جو آیا ہے</w:t>
      </w:r>
    </w:p>
    <w:p>
      <w:r>
        <w:rPr>
          <w:b/>
        </w:rPr>
        <w:t xml:space="preserve">[25:47] </w:t>
      </w:r>
      <w:r>
        <w:t>woh asal mein corrective age tha. age of correction. is ko samajh lijiye aap. is se pehle sab kuch base karta tha suppression par.</w:t>
      </w:r>
    </w:p>
    <w:p>
      <w:pPr>
        <w:jc w:val="right"/>
      </w:pPr>
      <w:r>
        <w:t>وہ اصل میں کریکٹیو ایج تھا۔ ایج آف کریکشن۔ اس کو سمجھ لیجئے آپ۔ اس سے پہلے سب کچھ بیس کرتا تھا سپریسیشن پر۔</w:t>
      </w:r>
    </w:p>
    <w:p>
      <w:r>
        <w:rPr>
          <w:b/>
        </w:rPr>
        <w:t xml:space="preserve">[26:00] </w:t>
      </w:r>
      <w:r>
        <w:t>supresishn ke tehat logon ne tarah tarah ki rai bana li thi. science aai to telescope aaya. microscope aaya.</w:t>
      </w:r>
    </w:p>
    <w:p>
      <w:pPr>
        <w:jc w:val="right"/>
      </w:pPr>
      <w:r>
        <w:t>سپریسیشن کے تحت لوگوں نے طرح طرح کی رائے بنا لی تھیں۔ سائنس آئی تو ٹیلیسکوپ آیا۔ مائیکروسکوپ آیا۔</w:t>
      </w:r>
    </w:p>
    <w:p>
      <w:r>
        <w:rPr>
          <w:b/>
        </w:rPr>
        <w:t xml:space="preserve">[26:10] </w:t>
      </w:r>
      <w:r>
        <w:t>aur dunya bhar ki chezen aain. to maloom hua ke wo sab chezen jo hain wo wo bilkul base less thi. jaise misaal ke taur par batata hoon aap ko.</w:t>
      </w:r>
    </w:p>
    <w:p>
      <w:pPr>
        <w:jc w:val="right"/>
      </w:pPr>
      <w:r>
        <w:t>اور دنیا بھر کی چیزیں آئیں۔ تو معلوم ہوا کہ وہ سب چیزیں جو ہیں وہ وہ بالکل بیس لیس تھیں۔ جیسے مثال کے طور پر بتاتا ہوں آپ کو۔</w:t>
      </w:r>
    </w:p>
    <w:p>
      <w:r>
        <w:rPr>
          <w:b/>
        </w:rPr>
        <w:t xml:space="preserve">[26:21] </w:t>
      </w:r>
      <w:r>
        <w:t>geo centric theory two thousand years tak insan ke mind par reign karti rahi. ke zameen jo hai center mein hai. aur sun jo hai us ke gird ghoom raha hai.</w:t>
      </w:r>
    </w:p>
    <w:p>
      <w:pPr>
        <w:jc w:val="right"/>
      </w:pPr>
      <w:r>
        <w:t>جیو سینٹرک تھیوری ٹو تھاؤزنڈ ایئرز تک انسان کے مائنڈ پر رین کرتی رہی۔ کہ زمین جو ہے سینٹر میں ہے۔ اور سن جو ہے اس کے گرد گھوم رہا ہے۔</w:t>
      </w:r>
    </w:p>
    <w:p>
      <w:r>
        <w:rPr>
          <w:b/>
        </w:rPr>
        <w:t xml:space="preserve">[26:33] </w:t>
      </w:r>
      <w:r>
        <w:t>itna chhaya hua tha itna chhaya hua tha ke galileo ko jo itna bara scientist tha us ko us ka trial hua.</w:t>
      </w:r>
    </w:p>
    <w:p>
      <w:pPr>
        <w:jc w:val="right"/>
      </w:pPr>
      <w:r>
        <w:t>اتنا چھایا ہوا تھا اتنا چھایا ہوا تھا کہ گلیلیو کو جو اتنا بڑا سائنٹسٹ تھا اس کو اس کا ٹرائل ہوا۔</w:t>
      </w:r>
    </w:p>
    <w:p>
      <w:r>
        <w:rPr>
          <w:b/>
        </w:rPr>
        <w:t xml:space="preserve">[26:43] </w:t>
      </w:r>
      <w:r>
        <w:t>us ka trial hua us ko dissentence diya gaya lekin phir dabao ke tehat us ko house arrest kar diya. aath saal tak wo ghar mein band raha.</w:t>
      </w:r>
    </w:p>
    <w:p>
      <w:pPr>
        <w:jc w:val="right"/>
      </w:pPr>
      <w:r>
        <w:t>اس کا ٹرائل ہوا اس کو ڈس سینٹنس دیا گیا لیکن پھر دباؤ کے تحت اس کو ہاؤس اریسٹ کر دیا۔ آٹھ سال تک وہ گھر میں بند رہا۔</w:t>
      </w:r>
    </w:p>
    <w:p>
      <w:r>
        <w:rPr>
          <w:b/>
        </w:rPr>
        <w:t xml:space="preserve">[26:52] </w:t>
      </w:r>
      <w:r>
        <w:t>wo andha ho gaya andha ho kar mara. bohat hi bara brain tha wo. kyun? wo kehta tha ke zameen jo hai beech mein nahi balkeh zameen jo hai wo satellite hai wo.</w:t>
      </w:r>
    </w:p>
    <w:p>
      <w:pPr>
        <w:jc w:val="right"/>
      </w:pPr>
      <w:r>
        <w:t>وہ اندھا ہو گیا۔ اندھا ہو کر مرا۔ بہت ہی بڑا برین تھا وہ۔ کیوں؟ وہ کہتا تھا کہ زمین جو ہے بیچ میں نہیں بلکہ زمین جو ہے وہ سیٹلائٹ ہے وہ۔</w:t>
      </w:r>
    </w:p>
    <w:p>
      <w:r>
        <w:rPr>
          <w:b/>
        </w:rPr>
        <w:t xml:space="preserve">[27:07] </w:t>
      </w:r>
      <w:r>
        <w:t>zameen ghoom rahi hai suraj ke gird. suraj nahi ghoom raha zameen ke gird. to itna zyada us zamane mein log condition the us se condition ke soch nahi paate the ke zameen satellite na ho.</w:t>
      </w:r>
    </w:p>
    <w:p>
      <w:pPr>
        <w:jc w:val="right"/>
      </w:pPr>
      <w:r>
        <w:t>زمین گھوم رہی ہے سورج کے گرد۔ سورج نہیں گھوم رہا زمین کے گرد۔ تو اتنا زیادہ اس زمانے میں لوگ کنڈیشن تھے اس سے کنڈیشن کہ سوچ نہیں پاتے تھے کہ زمین سیٹلائٹ نہ ہو۔</w:t>
      </w:r>
    </w:p>
    <w:p>
      <w:r>
        <w:rPr>
          <w:b/>
        </w:rPr>
        <w:t xml:space="preserve">[27:20] </w:t>
      </w:r>
      <w:r>
        <w:t>wo samajhte the ke suraj satellite hai. is mein condition ho gaye the wo. to Italy mein Rome mein is par wo hua trial hua inquisition mein aur us ke khilaf wo diya gaya.</w:t>
      </w:r>
    </w:p>
    <w:p>
      <w:pPr>
        <w:jc w:val="right"/>
      </w:pPr>
      <w:r>
        <w:t>وہ سمجھتے تھے کہ سورج سیٹلائٹ ہے۔ اس میں کنڈیشن ہو گئے تھے وہ۔ تو اٹلی میں روم میں اس پر وہ ہوا ٹرائل ہوا انکوزیشن میں اور اس کے خلاف وہ دیا گیا۔</w:t>
      </w:r>
    </w:p>
    <w:p>
      <w:r>
        <w:rPr>
          <w:b/>
        </w:rPr>
        <w:t xml:space="preserve">[27:35] </w:t>
      </w:r>
      <w:r>
        <w:t>to us ne apni jaan bachane ke liye keh diya wahan par court mein ke zameen satellite nahi balkeh suraj satellite hai.</w:t>
      </w:r>
    </w:p>
    <w:p>
      <w:pPr>
        <w:jc w:val="right"/>
      </w:pPr>
      <w:r>
        <w:t>تو اس نے اپنی جان بچانے کے لیے کہہ دیا وہاں پر کورٹ میں کہ زمین سیٹلائٹ نہیں بلکہ سورج سیٹلائٹ ہے۔</w:t>
      </w:r>
    </w:p>
    <w:p>
      <w:r>
        <w:rPr>
          <w:b/>
        </w:rPr>
        <w:t xml:space="preserve">[27:44] </w:t>
      </w:r>
      <w:r>
        <w:t>suraj ghoom raha hai zameen ke gird. lekin jab bahar nikla wo sar jhukaye hue to whisper ke roop mein kaha us ne ab apne friend se ke bhai zameen to ab bhi ghoom rahi hai suraj ke gird.</w:t>
      </w:r>
    </w:p>
    <w:p>
      <w:pPr>
        <w:jc w:val="right"/>
      </w:pPr>
      <w:r>
        <w:t>سورج گھوم رہا ہے زمین کے گرد۔ لیکن جب باہر نکلا وہ سر جھکائے ہوئے تو وسپر کے روپ میں کہا اس نے اب اپنے فرینڈ سے کہ بھئی زمین تو اب بھی گھوم رہی ہے سورج کے گرد۔</w:t>
      </w:r>
    </w:p>
    <w:p>
      <w:r>
        <w:rPr>
          <w:b/>
        </w:rPr>
        <w:t xml:space="preserve">[27:59] </w:t>
      </w:r>
      <w:r>
        <w:t>aap ghor kijiye kitna zabardast supresishn chhaya hua tha is zamane mein. church ko char sau saal lage is ghalti ko manane mein.</w:t>
      </w:r>
    </w:p>
    <w:p>
      <w:pPr>
        <w:jc w:val="right"/>
      </w:pPr>
      <w:r>
        <w:t>آپ غور کیجئے کتنا زبردست سپریسیشن چھایا ہوا تھا اس زمانے میں۔ چرچ کو چار سو سال لگے اس غلطی کو ماننے میں۔</w:t>
      </w:r>
    </w:p>
    <w:p>
      <w:r>
        <w:rPr>
          <w:b/>
        </w:rPr>
        <w:t xml:space="preserve">[28:09] </w:t>
      </w:r>
      <w:r>
        <w:t>aap jante hain ke yani seven century mein yeh qissa hua tha. seven century mein. jab ke us ko trial hua tha.</w:t>
      </w:r>
    </w:p>
    <w:p>
      <w:pPr>
        <w:jc w:val="right"/>
      </w:pPr>
      <w:r>
        <w:t>آپ جانتے ہیں کہ یعنی سیون سینچری میں یہ قصہ ہوا تھا۔ سیون سینچری میں۔ جب کہ اس کو ٹرائل ہوا تھا۔</w:t>
      </w:r>
    </w:p>
    <w:p>
      <w:r>
        <w:rPr>
          <w:b/>
        </w:rPr>
        <w:t xml:space="preserve">[28:18] </w:t>
      </w:r>
      <w:r>
        <w:t>ab twenty century mein church ne kaha ke hum ne ghalti ki thi us waqt. galileo sahi kehta tha ghalti hamari thi. to condition ke conditioning kitni zabardast hoti hai yaad rakhen.</w:t>
      </w:r>
    </w:p>
    <w:p>
      <w:pPr>
        <w:jc w:val="right"/>
      </w:pPr>
      <w:r>
        <w:t>اب ٹونٹی سینچری میں چرچ نے کہا کہ ہم نے غلطی کی تھی اس وقت۔ گلیلیو صحیح کہتا تھا غلطی ہماری تھی۔ تو کنڈیشن کے کنڈیشننگ کتنی زبردست ہوتی ہے یاد رکھیں۔</w:t>
      </w:r>
    </w:p>
    <w:p>
      <w:r>
        <w:rPr>
          <w:b/>
        </w:rPr>
        <w:t xml:space="preserve">[28:29] </w:t>
      </w:r>
      <w:r>
        <w:t>main yeh kehna chahta hoon ke ke supresishn jo hai jab isi ke tehat conditioning ho to aadmi soch nahi pata. itni zabardast conditioning thi church ki ke wo char sau saal lage us ko yeh manane mein ke hum ne ghalti ki thi.</w:t>
      </w:r>
    </w:p>
    <w:p>
      <w:pPr>
        <w:jc w:val="right"/>
      </w:pPr>
      <w:r>
        <w:t>میں یہ کہنا چاہتا ہوں کہ کہ سپریسیشن جو ہے جب اسی کے تحت کنڈیشننگ ہو تو آدمی سوچ نہیں پاتا۔ اتنی زبردست کنڈیشننگ تھی چرچ کی کہ وہ چار سو سال لگے اس کو یہ ماننے میں کہ ہم نے غلطی کی تھی۔</w:t>
      </w:r>
    </w:p>
    <w:p>
      <w:r>
        <w:rPr>
          <w:b/>
        </w:rPr>
        <w:t xml:space="preserve">[28:44] </w:t>
      </w:r>
      <w:r>
        <w:t>galileo sahi tha. wahi haal yahan par hai. yeh sab out of conditioning hai. supresishn jab tha us ke tehat conditioning jo hui to log samajhte hain ke zindagi bhai zindagi to har cheez mein aap kya karenge?</w:t>
      </w:r>
    </w:p>
    <w:p>
      <w:pPr>
        <w:jc w:val="right"/>
      </w:pPr>
      <w:r>
        <w:t>گلیلیو صحیح تھا۔ وہی حال یہاں پر ہے۔ یہ سب آؤٹ آف کنڈیشننگ ہے۔ سپریسیشن جب تھا اس کے تحت کنڈیشننگ جو ہوئی تو لوگ سمجھتے ہیں کہ زندگی بھئی زندگی تو ہر چیز میں آپ کیا کریں گے؟</w:t>
      </w:r>
    </w:p>
    <w:p>
      <w:r>
        <w:rPr>
          <w:b/>
        </w:rPr>
        <w:t xml:space="preserve">[28:59] </w:t>
      </w:r>
      <w:r>
        <w:t>ya to mar jaiye aap. aap pani mat piyein saans mat lein doodh mat lein sabzi mat lein aur phal mat khaien. ke zindagi to har cheez mein hai.</w:t>
      </w:r>
    </w:p>
    <w:p>
      <w:pPr>
        <w:jc w:val="right"/>
      </w:pPr>
      <w:r>
        <w:t>یا تو مر جائیے آپ۔ آپ پانی مت پیجئے سانس مت لیجئے دودھ مت لیجئے سبزی مت لیجئے اور پھل مت کھائیے۔ کہ زندگی تو ہر چیز میں ہے۔</w:t>
      </w:r>
    </w:p>
    <w:p>
      <w:r>
        <w:rPr>
          <w:b/>
        </w:rPr>
        <w:t xml:space="preserve">[29:11] </w:t>
      </w:r>
      <w:r>
        <w:t>ab yeh prove ho gaya hai ke bacteria bhi isi tarah ek zindagi hai jis tarah se doosri zindagiyaan. scientifically yeh prove ho gaya hai.</w:t>
      </w:r>
    </w:p>
    <w:p>
      <w:pPr>
        <w:jc w:val="right"/>
      </w:pPr>
      <w:r>
        <w:t>اب یہ پروف ہو گیا ہے کہ بیکٹیریا بھی اسی طرح ایک زندگی ہے جس طرح سے دوسری زندگیاں۔ سائنٹیفیکلی یہ پروف ہو گیا ہے۔</w:t>
      </w:r>
    </w:p>
    <w:p>
      <w:r>
        <w:rPr>
          <w:b/>
        </w:rPr>
        <w:t xml:space="preserve">[29:22] </w:t>
      </w:r>
      <w:r>
        <w:t>to dekhiye ek baat aur main arz karunga. yeh sab pre scientific notions hain. pre scientific notions hain. is ki koi scientific base nahi hai.</w:t>
      </w:r>
    </w:p>
    <w:p>
      <w:pPr>
        <w:jc w:val="right"/>
      </w:pPr>
      <w:r>
        <w:t>تو دیکھیے ایک بات اور میں عرض کروں گا۔ یہ سب پری سائنٹیفک نوشنز ہیں۔ پری سائنٹیفک نوشنز ہیں۔ اس کی کوئی سائنٹیفک بیس نہیں ہے۔</w:t>
      </w:r>
    </w:p>
    <w:p>
      <w:r>
        <w:rPr>
          <w:b/>
        </w:rPr>
        <w:t xml:space="preserve">[29:35] </w:t>
      </w:r>
      <w:r>
        <w:t>dekhen yeh yeh jo globe hai jis par hum rehte hain. yeh planet jis par hum rehte hain. aap jante hain ke is ka three fourth part jo hai wo samandar hai.</w:t>
      </w:r>
    </w:p>
    <w:p>
      <w:pPr>
        <w:jc w:val="right"/>
      </w:pPr>
      <w:r>
        <w:t>دیکھیں یہ یہ جو گلوب ہے جس پر ہم رہتے ہیں۔ یہ پلینٹ جس پر ہم رہتے ہیں۔ آپ جانتے ہیں کہ اس کا تھری فورتھ پارٹ جو ہے وہ سمندر ہے۔</w:t>
      </w:r>
    </w:p>
    <w:p>
      <w:r>
        <w:rPr>
          <w:b/>
        </w:rPr>
        <w:t xml:space="preserve">[29:46] </w:t>
      </w:r>
      <w:r>
        <w:t>three fourth. sirf one fourth jo hai wo wo land hai.</w:t>
      </w:r>
    </w:p>
    <w:p>
      <w:pPr>
        <w:jc w:val="right"/>
      </w:pPr>
      <w:r>
        <w:t>تھری فورتھ۔ صرف ون فورتھ جو ہے وہ وہ لینڈ ہے۔</w:t>
      </w:r>
    </w:p>
    <w:p>
      <w:r>
        <w:rPr>
          <w:b/>
        </w:rPr>
        <w:t xml:space="preserve">[29:53] </w:t>
      </w:r>
      <w:r>
        <w:t>to aap jante hain is ka matlab kya hai? is ka matlab hai ke agar aap yeh kahein ke sirf agriculture hi agricultural food hi insan ki khurak hai to sab insan bohat se log mar jayenge.</w:t>
      </w:r>
    </w:p>
    <w:p>
      <w:pPr>
        <w:jc w:val="right"/>
      </w:pPr>
      <w:r>
        <w:t>تو آپ جانتے ہیں اس کا مطلب کیا ہے؟ اس کا مطلب ہے کہ اگر آپ یہ کہیں کہ صرف ایگریکلچر ہی ایگریکلچرل فوڈ ہی انسان کی خوراک ہے تو سب انسان بہت سے لوگ مر جائیں گے۔</w:t>
      </w:r>
    </w:p>
    <w:p>
      <w:r>
        <w:rPr>
          <w:b/>
        </w:rPr>
        <w:t xml:space="preserve">[30:05] </w:t>
      </w:r>
      <w:r>
        <w:t>kyunke yeh jo land hamare paas hai itni kam hai yeh. isi land par hamein city banana hai. isi land par hamein gaon banane hain.</w:t>
      </w:r>
    </w:p>
    <w:p>
      <w:pPr>
        <w:jc w:val="right"/>
      </w:pPr>
      <w:r>
        <w:t>کیونکہ یہ جو لینڈ ہمارے پاس ہے اتنی کم ہے یہ۔ اسی لینڈ پر ہمیں سٹی بنانا ہے۔ اسی لینڈ پر ہمیں گاؤں بنانے ہیں۔</w:t>
      </w:r>
    </w:p>
    <w:p>
      <w:r>
        <w:rPr>
          <w:b/>
        </w:rPr>
        <w:t xml:space="preserve">[30:16] </w:t>
      </w:r>
      <w:r>
        <w:t>town banane hain. isi isi isi land par hamein industry lagana hai. land ka bohat bara hissa chala jata hai is mein. thora hissa bachta hai ke hum is par agriculture karein.</w:t>
      </w:r>
    </w:p>
    <w:p>
      <w:pPr>
        <w:jc w:val="right"/>
      </w:pPr>
      <w:r>
        <w:t>ٹاؤن بنانے ہیں۔ اسی اسی اسی لینڈ پر ہمیں انڈسٹری لگانا ہے۔ لینڈ کا بہت بڑا حصہ چلا جاتا ہے اس میں۔ تھوڑا حصہ بچتا ہے کہ ہم اس پر ایگریکلچر کریں۔</w:t>
      </w:r>
    </w:p>
    <w:p>
      <w:r>
        <w:rPr>
          <w:b/>
        </w:rPr>
        <w:t xml:space="preserve">[30:29] </w:t>
      </w:r>
      <w:r>
        <w:t>wo jo hum hasil karte hain agricultural food wo bilkul na qafi hai. insufficient hai poori poore logon ko khilane ke liye. yeh bohat zyada sochne ki baat main arz kar raha hoon.</w:t>
      </w:r>
    </w:p>
    <w:p>
      <w:pPr>
        <w:jc w:val="right"/>
      </w:pPr>
      <w:r>
        <w:t>وہ جو ہم حاصل کرتے ہیں ایگریکلچرل فوڈ وہ بالکل ناکافی ہے۔ انسفیشنٹ ہے پوری پورے لوگوں کو کھلانے کے لیے۔ یہ بہت زیادہ سوچنے کی بات میں عرض کر رہا ہوں۔</w:t>
      </w:r>
    </w:p>
    <w:p>
      <w:r>
        <w:rPr>
          <w:b/>
        </w:rPr>
        <w:t xml:space="preserve">[30:42] </w:t>
      </w:r>
      <w:r>
        <w:t>isi liye Khuda ne kya kiya? dekhiye. itna zyada samundaron ki dunya hai itna zyada is mein is ne Khuda ne machhliyan bhar dein.</w:t>
      </w:r>
    </w:p>
    <w:p>
      <w:pPr>
        <w:jc w:val="right"/>
      </w:pPr>
      <w:r>
        <w:t>اسی لیے خدا نے کیا کیا؟ دیکھیے۔ اتنا زیادہ سمندروں کی دنیا ہے اتنا زیادہ اس میں اس نے خدا نے مچھلیاں بھر دیں۔</w:t>
      </w:r>
    </w:p>
    <w:p>
      <w:r>
        <w:rPr>
          <w:b/>
        </w:rPr>
        <w:t xml:space="preserve">[30:52] </w:t>
      </w:r>
      <w:r>
        <w:t>machhliyan. machhliyan pakro aur khao. fiza mein khuda ne chidiyan rakh dein ke chidiya pakro aur khao.</w:t>
      </w:r>
    </w:p>
    <w:p>
      <w:pPr>
        <w:jc w:val="right"/>
      </w:pPr>
      <w:r>
        <w:t>مچھلیاں۔ مچھلیاں پکڑو اور کھاؤ۔ فضا میں خدا نے چڑیاں رکھ دیں کہ چڑیا پکڑو اور کھاؤ۔</w:t>
      </w:r>
    </w:p>
    <w:p>
      <w:r>
        <w:rPr>
          <w:b/>
        </w:rPr>
        <w:t xml:space="preserve">[31:03] </w:t>
      </w:r>
      <w:r>
        <w:t>jangalon mein animal rakh diye ke animal pakro aur khao. khuda ko pata tha ke yeh jo land hai yeh in ke liye sufficient nahin rahe gi.</w:t>
      </w:r>
    </w:p>
    <w:p>
      <w:pPr>
        <w:jc w:val="right"/>
      </w:pPr>
      <w:r>
        <w:t>جنگلوں میں اینیمل رکھ دیے کہ اینیمل پکڑو اور کھاؤ۔ خدا کو پتہ تھا کہ یہ جو لینڈ ہے یہ ان کے لیے سفیشنٹ نہیں رہے گی۔</w:t>
      </w:r>
    </w:p>
    <w:p>
      <w:r>
        <w:rPr>
          <w:b/>
        </w:rPr>
        <w:t xml:space="preserve">[31:12] </w:t>
      </w:r>
      <w:r>
        <w:t>sirf land ke bas par ab jo seven billion insan rehte hain duniya mein sirf agricultural product par hi jee sakte hain woh.</w:t>
      </w:r>
    </w:p>
    <w:p>
      <w:pPr>
        <w:jc w:val="right"/>
      </w:pPr>
      <w:r>
        <w:t>صرف لینڈ کے بس پر اب جو سیون بلین انسان رہتے ہیں دنیا میں صرف ایگریکلچرل پروڈکٹ پر ہی جی سکتے ہیں وہ۔</w:t>
      </w:r>
    </w:p>
    <w:p>
      <w:r>
        <w:rPr>
          <w:b/>
        </w:rPr>
        <w:t xml:space="preserve">[31:23] </w:t>
      </w:r>
      <w:r>
        <w:t>isi liye more than fifty percent jo hain insan meat khate hain. mein roos gaya tha to roos mein maloom hua ke wahan par ya to gosht tha ya mar jaiye.</w:t>
      </w:r>
    </w:p>
    <w:p>
      <w:pPr>
        <w:jc w:val="right"/>
      </w:pPr>
      <w:r>
        <w:t>اسی لیے مور دین ففٹی پرسنٹ جو ہیں انسان میٹ کھاتے ہیں۔ میں روس گیا تھا تو روس میں معلوم ہوا کہ وہاں پر یا تو گوشت تھا یا مر جائیے۔</w:t>
      </w:r>
    </w:p>
    <w:p>
      <w:r>
        <w:rPr>
          <w:b/>
        </w:rPr>
        <w:t xml:space="preserve">[31:36] </w:t>
      </w:r>
      <w:r>
        <w:t>wahan to kuch aur milte hi nahin. yahan tak mein bhag aya wahan se. mein chuna ke vegetarian hoon. mein gaya tha pandrah din ke liye. aur mein wahan se bhag aya.</w:t>
      </w:r>
    </w:p>
    <w:p>
      <w:pPr>
        <w:jc w:val="right"/>
      </w:pPr>
      <w:r>
        <w:t>وہاں تو کچھ اور ملتے ہی نہیں۔ یہاں تک میں بھاگ آیا وہاں سے۔ میں چونکہ ویجیٹیرین ہوں۔ میں گیا تھا پندرہ دن کے لیے۔ اور میں وہاں سے بھاگ آیا۔</w:t>
      </w:r>
    </w:p>
    <w:p>
      <w:r>
        <w:rPr>
          <w:b/>
        </w:rPr>
        <w:t xml:space="preserve">[31:47] </w:t>
      </w:r>
      <w:r>
        <w:t>ke mein mein nahin reh sakta. kyunke siwaye gosht ke aap kuch kha nahin sakte wahan par. duniya ka bara hissa woh hai jahan aap aik agricultural food par zindagi nahin guzar sakte.</w:t>
      </w:r>
    </w:p>
    <w:p>
      <w:pPr>
        <w:jc w:val="right"/>
      </w:pPr>
      <w:r>
        <w:t>کہ میں میں نہیں رہ سکتا۔ کیونکہ سوائے گوشت کے آپ کچھ کھا نہیں سکتے وہاں پر۔ دنیا کا بڑا حصہ وہ ہے جہاں آپ ایک ایگریکلچرل فوڈ پر زندگی نہیں گزار سکتے۔</w:t>
      </w:r>
    </w:p>
    <w:p>
      <w:r>
        <w:rPr>
          <w:b/>
        </w:rPr>
        <w:t xml:space="preserve">[32:00] </w:t>
      </w:r>
      <w:r>
        <w:t>to yeh to nature ke against mein hai. dekhein nature ke against mein jab bhi aap jayenge to jante hain kya hoga? aap ko double standard banna pare ga.</w:t>
      </w:r>
    </w:p>
    <w:p>
      <w:pPr>
        <w:jc w:val="right"/>
      </w:pPr>
      <w:r>
        <w:t>تو یہ تو نیچر کے اگینسٹ میں ہے۔ دیکھیں نیچر کے اگینسٹ میں جب بھی آپ جائیں گے تو جانتے ہیں کیا ہوگا؟ آپ کو ڈبل اسٹینڈرڈ بننا پڑے گا۔</w:t>
      </w:r>
    </w:p>
    <w:p>
      <w:r>
        <w:rPr>
          <w:b/>
        </w:rPr>
        <w:t xml:space="preserve">[32:09] </w:t>
      </w:r>
      <w:r>
        <w:t>aik baat bhi arz karna chahta hoon mein. nature ke against mein jana kya hai? double standard banna. is ki mein misaal deta hoon.</w:t>
      </w:r>
    </w:p>
    <w:p>
      <w:pPr>
        <w:jc w:val="right"/>
      </w:pPr>
      <w:r>
        <w:t>ایک بات بھی عرض کرنا چاہتا ہوں میں۔ نیچر کے اگینسٹ میں جانا کیا ہے؟ ڈبل اسٹینڈرڈ بننا۔ اس کی میں مثال دیتا ہوں۔</w:t>
      </w:r>
    </w:p>
    <w:p>
      <w:r>
        <w:rPr>
          <w:b/>
        </w:rPr>
        <w:t xml:space="preserve">[32:19] </w:t>
      </w:r>
      <w:r>
        <w:t>india mein log zyada hain woh log jo non us ke vegetarians ki baat karte hain india mein. lekin majority logon ke gosht khati hai isi india mein.</w:t>
      </w:r>
    </w:p>
    <w:p>
      <w:pPr>
        <w:jc w:val="right"/>
      </w:pPr>
      <w:r>
        <w:t>انڈیا میں لوگ زیادہ ہیں وہ لوگ جو نان اس کے ویجیٹیرینز کی بات کرتے ہیں انڈیا میں۔ لیکن میجورٹی لوگوں کے گوشت کھاتی ہے اسی انڈیا میں۔</w:t>
      </w:r>
    </w:p>
    <w:p>
      <w:r>
        <w:rPr>
          <w:b/>
        </w:rPr>
        <w:t xml:space="preserve">[32:32] </w:t>
      </w:r>
      <w:r>
        <w:t>yeh aaj ke akhbar mein dekhein yeh hai aik aik bohat hi well known lady india ki shushpta sen. shushpta sen well known lady.</w:t>
      </w:r>
    </w:p>
    <w:p>
      <w:pPr>
        <w:jc w:val="right"/>
      </w:pPr>
      <w:r>
        <w:t>یہ آج کے اخبار میں دیکھیں یہ ہے ایک ایک بہت ہی ویل نون لیڈی انڈیا کی ششپتا سین۔ ششپتا سین ویل نون لیڈی۔</w:t>
      </w:r>
    </w:p>
    <w:p>
      <w:r>
        <w:rPr>
          <w:b/>
        </w:rPr>
        <w:t xml:space="preserve">[32:43] </w:t>
      </w:r>
      <w:r>
        <w:t>hindu lady. aur is mein aya hai ke un ka jo bohat hi favorite food hai woh chicken biryani hai. yeh aaj ke paper mein hai yeh.</w:t>
      </w:r>
    </w:p>
    <w:p>
      <w:pPr>
        <w:jc w:val="right"/>
      </w:pPr>
      <w:r>
        <w:t>ہندو لیڈی۔ اور اس میں آیا ہے کہ ان کا جو بہت ہی فیوریٹ فوڈ ہے وہ چکن بریانی ہے۔ یہ آج کے پیپر میں ہے یہ۔</w:t>
      </w:r>
    </w:p>
    <w:p>
      <w:r>
        <w:rPr>
          <w:b/>
        </w:rPr>
        <w:t xml:space="preserve">[32:56] </w:t>
      </w:r>
      <w:r>
        <w:t>english paper. chicken biryani un ka favorite food hai. aur jo bohat hi well known lady hain shushpta sen. yeh aik ki baat nahin hai.</w:t>
      </w:r>
    </w:p>
    <w:p>
      <w:pPr>
        <w:jc w:val="right"/>
      </w:pPr>
      <w:r>
        <w:t>انگلش پیپر۔ چکن بریانی ان کا فیوریٹ فوڈ ہے۔ اور جو بہت ہی ویل نون لیڈی ہیں ششپتا سین۔ یہ ایک کی بات نہیں ہے۔</w:t>
      </w:r>
    </w:p>
    <w:p>
      <w:r>
        <w:rPr>
          <w:b/>
        </w:rPr>
        <w:t xml:space="preserve">[33:06] </w:t>
      </w:r>
      <w:r>
        <w:t>aap jo meat shops hain wahan ja ke pata kijiye. hotelon pe ja ke pata kijiye. yani india mein woh log zyada gosht khate hain.</w:t>
      </w:r>
    </w:p>
    <w:p>
      <w:pPr>
        <w:jc w:val="right"/>
      </w:pPr>
      <w:r>
        <w:t>آپ جو میٹ شاپس ہیں وہاں جا کے پتہ کیجئے۔ ہوٹلوں پہ جا کے پتہ کیجئے۔ یعنی انڈیا میں وہ لوگ زیادہ گوشت کھاتے ہیں۔</w:t>
      </w:r>
    </w:p>
    <w:p>
      <w:r>
        <w:rPr>
          <w:b/>
        </w:rPr>
        <w:t xml:space="preserve">[33:18] </w:t>
      </w:r>
      <w:r>
        <w:t>jo musalmanon ke ilawa jo log hain. woh zyada gosht khate hain. bohat zyada khate hain. is ke mani kya hain? stage par bolen ge yeh boli ke killing of station in vice versa aur ghar mein ja kar gosht khayen ge hotel mein ja kar gosht khayen ge yani double standard banna parta hai.</w:t>
      </w:r>
    </w:p>
    <w:p>
      <w:pPr>
        <w:jc w:val="right"/>
      </w:pPr>
      <w:r>
        <w:t>جو مسلمانوں کے علاوہ جو لوگ ہیں۔ وہ زیادہ گوشت کھاتے ہیں۔ بہت زیادہ کھاتے ہیں۔ اس کے معنی کیا ہیں؟ اسٹیج پر بولیں گے یہ بولی کہ کلنگ آف اسٹیشن ان وائس ورسا اور گھر میں جا کر گوشت کھائیں گے ہوٹل میں جا کر گوشت کھائیں گے یعنی ڈبل اسٹینڈرڈ بننا پڑتا ہے۔</w:t>
      </w:r>
    </w:p>
    <w:p>
      <w:r>
        <w:rPr>
          <w:b/>
        </w:rPr>
        <w:t xml:space="preserve">[33:39] </w:t>
      </w:r>
      <w:r>
        <w:t>aap jee nahin sakte hain.</w:t>
      </w:r>
    </w:p>
    <w:p>
      <w:pPr>
        <w:jc w:val="right"/>
      </w:pPr>
      <w:r>
        <w:t>آپ جی نہیں سکتے ہیں۔</w:t>
      </w:r>
    </w:p>
    <w:p>
      <w:r>
        <w:rPr>
          <w:b/>
        </w:rPr>
        <w:t xml:space="preserve">[33:41] </w:t>
      </w:r>
      <w:r>
        <w:t>dekhiye main aap ek example deta hoon aap ko ke september nineteen sixty seven mein</w:t>
      </w:r>
    </w:p>
    <w:p>
      <w:pPr>
        <w:jc w:val="right"/>
      </w:pPr>
      <w:r>
        <w:t>دیکھیے میں آپ ایک ایگزیمپل دیتا ہوں آپ کو کہ ستمبر نائنٹین سکسٹی سیون میں</w:t>
      </w:r>
    </w:p>
    <w:p>
      <w:r>
        <w:rPr>
          <w:b/>
        </w:rPr>
        <w:t xml:space="preserve">[33:49] </w:t>
      </w:r>
      <w:r>
        <w:t>september nineteen sixty seven mein india ke ek bohat hi well known scientist doctor swami nathan bohat bade</w:t>
      </w:r>
    </w:p>
    <w:p>
      <w:pPr>
        <w:jc w:val="right"/>
      </w:pPr>
      <w:r>
        <w:t>ستمبر نائنٹین سکسٹی سیون میں انڈیا کے ایک بہت ہی ویل نون سائنٹسٹ ڈاکٹر سوامی ناتھن بہت بڑے</w:t>
      </w:r>
    </w:p>
    <w:p>
      <w:r>
        <w:rPr>
          <w:b/>
        </w:rPr>
        <w:t xml:space="preserve">[33:58] </w:t>
      </w:r>
      <w:r>
        <w:t>expert hain woh aur bohat bade scientist maane jaate hain to september nineteen september nineteen sixty seven mein</w:t>
      </w:r>
    </w:p>
    <w:p>
      <w:pPr>
        <w:jc w:val="right"/>
      </w:pPr>
      <w:r>
        <w:t>ایکسپرٹ ہیں وہ اور بہت بڑے سائنٹسٹ مانے جاتے ہیں تو ستمبر نائنٹین ستمبر نائنٹین سکسٹی سیون میں</w:t>
      </w:r>
    </w:p>
    <w:p>
      <w:r>
        <w:rPr>
          <w:b/>
        </w:rPr>
        <w:t xml:space="preserve">[34:07] </w:t>
      </w:r>
      <w:r>
        <w:t>un ka ek article nikla main ne do paper mein chhapa padha tha us ko statesman mein</w:t>
      </w:r>
    </w:p>
    <w:p>
      <w:pPr>
        <w:jc w:val="right"/>
      </w:pPr>
      <w:r>
        <w:t>ان کا ایک آرٹیکل نکلا میں نے دو پیپر میں چھپا پڑھا تھا اس کو اسٹیٹس مین میں</w:t>
      </w:r>
    </w:p>
    <w:p>
      <w:r>
        <w:rPr>
          <w:b/>
        </w:rPr>
        <w:t xml:space="preserve">[34:13] </w:t>
      </w:r>
      <w:r>
        <w:t>aur indian express mein aur bhi chhapa tha idhar udhar main ne khud padha tha</w:t>
      </w:r>
    </w:p>
    <w:p>
      <w:pPr>
        <w:jc w:val="right"/>
      </w:pPr>
      <w:r>
        <w:t>اور انڈین ایکسپریس میں اور بھی چھپا تھا ادھر ادھر میں نے خود پڑھا تھا</w:t>
      </w:r>
    </w:p>
    <w:p>
      <w:r>
        <w:rPr>
          <w:b/>
        </w:rPr>
        <w:t xml:space="preserve">[34:20] </w:t>
      </w:r>
      <w:r>
        <w:t>woh statesman mein aur aur indian express mein is mein unhon ne likha tha ke india protein hunger ka shikar hai.</w:t>
      </w:r>
    </w:p>
    <w:p>
      <w:pPr>
        <w:jc w:val="right"/>
      </w:pPr>
      <w:r>
        <w:t>وہ اسٹیٹس مین میں اور اور انڈین ایکسپریس میں اس میں انہوں نے لکھا تھا کہ انڈیا پروٹین ہنگر کا شکار ہے۔</w:t>
      </w:r>
    </w:p>
    <w:p>
      <w:r>
        <w:rPr>
          <w:b/>
        </w:rPr>
        <w:t xml:space="preserve">[34:33] </w:t>
      </w:r>
      <w:r>
        <w:t>protein hunger. to india jo hai bohat bara aik aik aik yani woh hai khatra woh hai intellect in ke lafzon mein intellectual dwarfism.</w:t>
      </w:r>
    </w:p>
    <w:p>
      <w:pPr>
        <w:jc w:val="right"/>
      </w:pPr>
      <w:r>
        <w:t>پروٹین ہنگر۔ تو انڈیا جو ہے بہت بڑا ایک ایک ایک یعنی وہ ہے خطرہ وہ ہے انٹلیکٹ ان کے لفظوں میں انٹلیکچول ڈوارفزم۔</w:t>
      </w:r>
    </w:p>
    <w:p>
      <w:r>
        <w:rPr>
          <w:b/>
        </w:rPr>
        <w:t xml:space="preserve">[34:45] </w:t>
      </w:r>
      <w:r>
        <w:t>intellectual dwarfism. kyunke hum protein le nahin rahe hain. kyunke aap jante hain ke meat jo hai high quality ki protein meat se milti hai.</w:t>
      </w:r>
    </w:p>
    <w:p>
      <w:pPr>
        <w:jc w:val="right"/>
      </w:pPr>
      <w:r>
        <w:t>انٹلیکچول ڈوارفزم۔ کیونکہ ہم پروٹین لے نہیں رہے ہیں۔ کیونکہ آپ جانتے ہیں کہ میٹ جو ہے ہائی کوالٹی کی پروٹین میٹ سے ملتی ہے۔</w:t>
      </w:r>
    </w:p>
    <w:p>
      <w:r>
        <w:rPr>
          <w:b/>
        </w:rPr>
        <w:t xml:space="preserve">[34:57] </w:t>
      </w:r>
      <w:r>
        <w:t>agricultural products mein bhi vitamin woh hota hai protein lekin woh inferior quality ka hota hai woh. yeh cheez prove ho chuki hai yeh baat. yeh prove ho chuka hai ke agricultural food mein agarche protein hota hai lekin woh inferior quality ka hota hai.</w:t>
      </w:r>
    </w:p>
    <w:p>
      <w:pPr>
        <w:jc w:val="right"/>
      </w:pPr>
      <w:r>
        <w:t>ایگریکلچرل پروڈکٹس میں بھی وٹامن وہ ہوتا ہے پروٹین لیکن وہ انفیریئر کوالٹی کا ہوتا ہے وہ۔ یہ چیز پروف ہو چکی ہے یہ بات۔ یہ پروف ہو چکا ہے کہ ایگریکلچرل فوڈ میں اگرچہ پروٹین ہوتا ہے لیکن وہ انفیریئر کوالٹی کا ہوتا ہے۔</w:t>
      </w:r>
    </w:p>
    <w:p>
      <w:r>
        <w:rPr>
          <w:b/>
        </w:rPr>
        <w:t xml:space="preserve">[35:13] </w:t>
      </w:r>
      <w:r>
        <w:t>oonchi quality ka jo protein hai woh meat mein hota hai. yani mein vegetarian hoon lekin is fact ko inkar nahin kar sakta mein warna mujhe double standard banna pare ga.</w:t>
      </w:r>
    </w:p>
    <w:p>
      <w:pPr>
        <w:jc w:val="right"/>
      </w:pPr>
      <w:r>
        <w:t>اونچی کوالٹی کا جو پروٹین ہے وہ میٹ میں ہوتا ہے۔ یعنی میں ویجیٹیرین ہوں لیکن اس فیکٹ کو انکار نہیں کر سکتا میں ورنہ مجھے ڈبل اسٹینڈرڈ بننا پڑے گا۔</w:t>
      </w:r>
    </w:p>
    <w:p>
      <w:r>
        <w:rPr>
          <w:b/>
        </w:rPr>
        <w:t xml:space="preserve">[35:23] </w:t>
      </w:r>
      <w:r>
        <w:t>to aap aik taraf yeh kahenge ke meat meat jo hai woh woh ghair insani baat hai aur khayen ge kyunke agar nahin khayen ge to aap intellectual dwarfism ka shikar banna pare ga aap ko.</w:t>
      </w:r>
    </w:p>
    <w:p>
      <w:pPr>
        <w:jc w:val="right"/>
      </w:pPr>
      <w:r>
        <w:t>تو آپ ایک طرف یہ کہیں گے کہ میٹ میٹ جو ہے وہ وہ غیر انسانی بات ہے اور کھائیں گے کیونکہ اگر نہیں کھائیں گے تو آپ انٹلیکچول ڈوارفزم کا شکار بننا پڑے گا آپ کو۔</w:t>
      </w:r>
    </w:p>
    <w:p>
      <w:r>
        <w:rPr>
          <w:b/>
        </w:rPr>
        <w:t xml:space="preserve">[35:37] </w:t>
      </w:r>
      <w:r>
        <w:t>chunaanche is ke baad doctor swami nathan ke is ke baad kya hua? aik bohat hi silent revolution aya india mein. agar aap agar aap ko pata ho to aik silent revolution yani dhoom se log khane lage meat.</w:t>
      </w:r>
    </w:p>
    <w:p>
      <w:pPr>
        <w:jc w:val="right"/>
      </w:pPr>
      <w:r>
        <w:t>چنانچہ اس کے بعد ڈاکٹر سوامی ناتھن کے اس کے بعد کیا ہوا؟ ایک بہت ہی سائلنٹ ریولوشن آیا انڈیا میں۔ اگر آپ اگر آپ کو پتہ ہو تو ایک سائلنٹ ریولوشن یعنی دھوم سے لوگ کھانے لگے میٹ۔</w:t>
      </w:r>
    </w:p>
    <w:p>
      <w:r>
        <w:rPr>
          <w:b/>
        </w:rPr>
        <w:t xml:space="preserve">[35:52] </w:t>
      </w:r>
      <w:r>
        <w:t>agarche declaration declare nahin kiya unhon ne bol kar ke. munh se nahin bole. lekin dhoom se khane lage. ab agar aap ko shakk ho to aap hotelon pe ja kar dekhein ke kaun log gosht khate hain woh sab se zyada.</w:t>
      </w:r>
    </w:p>
    <w:p>
      <w:pPr>
        <w:jc w:val="right"/>
      </w:pPr>
      <w:r>
        <w:t>اگرچہ ڈیکلریشن ڈیکلیئر نہیں کیا انہوں نے بول کر کے۔ منہ سے نہیں بولے۔ لیکن دھوم سے کھانے لگے۔ اب اگر آپ کو شک ہو تو آپ ہوٹلوں پہ جا کر دیکھیں کہ کون لوگ گوشت کھاتے ہیں وہ سب سے زیادہ۔</w:t>
      </w:r>
    </w:p>
    <w:p>
      <w:r>
        <w:rPr>
          <w:b/>
        </w:rPr>
        <w:t xml:space="preserve">[36:05] </w:t>
      </w:r>
      <w:r>
        <w:t>to yeh aap yaad rakhiye ke agar aap kisi aisi cheez ka inkar karein jo nature based ho jo reality ho jo fact ho jo truth ho to aap stand nahin kar sakenge zindagi mein.</w:t>
      </w:r>
    </w:p>
    <w:p>
      <w:pPr>
        <w:jc w:val="right"/>
      </w:pPr>
      <w:r>
        <w:t>تو یہ آپ یاد رکھیے کہ اگر آپ کسی ایسی چیز کا انکار کریں جو نیچر بیسڈ ہو جو ریلیٹی ہو جو فیکٹ ہو جو ٹروتھ ہو تو آپ اسٹینڈ نہیں کر سکیں گے زندگی میں۔</w:t>
      </w:r>
    </w:p>
    <w:p>
      <w:r>
        <w:rPr>
          <w:b/>
        </w:rPr>
        <w:t xml:space="preserve">[36:19] </w:t>
      </w:r>
      <w:r>
        <w:t>to aap kya karenge? double standard banen ge. yani kahenge yeh baat karenge doosri baat. is wajah se mein yeh keh raha hoon ke is par isi tarah sochna chahiye jis tarah se church ne socha.</w:t>
      </w:r>
    </w:p>
    <w:p>
      <w:pPr>
        <w:jc w:val="right"/>
      </w:pPr>
      <w:r>
        <w:t>تو آپ کیا کریں گے؟ ڈبل اسٹینڈرڈ بنیں گے۔ یعنی کہیں گے یہ بات کریں گے دوسری بات۔ اس وجہ سے میں یہ کہہ رہا ہوں کہ اس پر اسی طرح سوچنا چاہیے جس طرح سے چرچ نے سوچا۔</w:t>
      </w:r>
    </w:p>
    <w:p>
      <w:r>
        <w:rPr>
          <w:b/>
        </w:rPr>
        <w:t xml:space="preserve">[36:32] </w:t>
      </w:r>
      <w:r>
        <w:t>yeh jo theory hai ke main by birth vegetarian tha to woh isi mera test ban gaya woh ek alag baat hai.</w:t>
      </w:r>
    </w:p>
    <w:p>
      <w:pPr>
        <w:jc w:val="right"/>
      </w:pPr>
      <w:r>
        <w:t>یہ جو تھیوری ہے کہ میں بائی برتھ ویجیٹیرین تھا تو وہ اسی میرا ٹیسٹ بن گیا وہ ایک الگ بات ہے۔</w:t>
      </w:r>
    </w:p>
    <w:p>
      <w:r>
        <w:rPr>
          <w:b/>
        </w:rPr>
        <w:t xml:space="preserve">[36:42] </w:t>
      </w:r>
      <w:r>
        <w:t>woh ek alag baat hai. lekin jo philosophy bana li gayi hai is philosophy par ko recondition karna reconsider karna padega.</w:t>
      </w:r>
    </w:p>
    <w:p>
      <w:pPr>
        <w:jc w:val="right"/>
      </w:pPr>
      <w:r>
        <w:t>وہ ایک الگ بات ہے۔ لیکن جو فلاسفی بنا لی گئی ہے اس فلاسفی پر کو ری کنڈیشن کرنا ری کنسیڈر کرنا پڑے گی۔</w:t>
      </w:r>
    </w:p>
    <w:p>
      <w:r>
        <w:rPr>
          <w:b/>
        </w:rPr>
        <w:t xml:space="preserve">[36:52] </w:t>
      </w:r>
      <w:r>
        <w:t>revise karna chahiye. reassess karna chahiye. jis tarah se church ne reassess kiya. ke geo centric theory ko woh samajhte the ke yeh to bilkul pakki baat hai.</w:t>
      </w:r>
    </w:p>
    <w:p>
      <w:pPr>
        <w:jc w:val="right"/>
      </w:pPr>
      <w:r>
        <w:t>ریوائز کرنا چاہیے۔ ری اسس کرنا چاہیے۔ جس طرح سے چرچ نے ری اسس کیا۔ کہ جیو سینٹرک تھیوری کو وہ سمجھتے تھے کہ یہ تو بالکل پکی بات ہے۔</w:t>
      </w:r>
    </w:p>
    <w:p>
      <w:r>
        <w:rPr>
          <w:b/>
        </w:rPr>
        <w:t xml:space="preserve">[37:02] </w:t>
      </w:r>
      <w:r>
        <w:t>zameen jo hai center mein hai suraj ghoomta hai is ke gird. lekin jab proof ho gaya proof ho gaya to unhon ne reconsider kiya.</w:t>
      </w:r>
    </w:p>
    <w:p>
      <w:pPr>
        <w:jc w:val="right"/>
      </w:pPr>
      <w:r>
        <w:t>زمین جو ہے سینٹر میں ہے سورج گھومتا ہے اس کے گرد۔ لیکن جب پروف ہو گیا پروف ہو گیا تو انہوں نے ری کنسیڈر کیا۔</w:t>
      </w:r>
    </w:p>
    <w:p>
      <w:r>
        <w:rPr>
          <w:b/>
        </w:rPr>
        <w:t xml:space="preserve">[37:11] </w:t>
      </w:r>
      <w:r>
        <w:t>yahan tak ke church ne elaan kiya ke hum ne hamari ghalti thi. isi tarah se in logon ko bhi sochna chahiye. yeh elaan karna padega ke yeh pre scientific age ke notions hain.</w:t>
      </w:r>
    </w:p>
    <w:p>
      <w:pPr>
        <w:jc w:val="right"/>
      </w:pPr>
      <w:r>
        <w:t>یہاں تک کہ چرچ نے اعلان کیا کہ ہم نے ہماری غلطی تھی۔ اسی طرح سے ان لوگوں کو بھی سوچنا چاہیے۔ یہ اعلان کرنا پڑے گا کہ یہ پری سائنٹیفک ایج کے نوشنز ہیں۔</w:t>
      </w:r>
    </w:p>
    <w:p>
      <w:r>
        <w:rPr>
          <w:b/>
        </w:rPr>
        <w:t xml:space="preserve">[37:22] </w:t>
      </w:r>
      <w:r>
        <w:t>is ka koi bhi taluq na science se hai na reality se hai. kyunke Khuda ne jo paida kiya hai jo creator hai us ne paida kiya is tarah insan ko ke woh zindagi se zindagi se is ko zindagi milti hai.</w:t>
      </w:r>
    </w:p>
    <w:p>
      <w:pPr>
        <w:jc w:val="right"/>
      </w:pPr>
      <w:r>
        <w:t>اس کا کوئی بھی تعلق نہ سائنس سے ہے نہ ریلیٹی سے ہے۔ کیونکہ خدا نے جو پیدا کیا ہے جو کریٹر ہے اس نے پیدا کیا اس طرح انسان کو کہ وہ زندگی سے زندگی سے اس کو زندگی ملتی ہے۔</w:t>
      </w:r>
    </w:p>
    <w:p>
      <w:r>
        <w:rPr>
          <w:b/>
        </w:rPr>
        <w:t xml:space="preserve">[37:37] </w:t>
      </w:r>
      <w:r>
        <w:t>pani peete hain to zindagi liya hum ne. doodh piye tab bhi hum ne zindagi ko liya. sabzi khate hain tab bhi hum ne zindagi ko andar dakhil kiya. isi mein se yeh isi ka yeh bhi ek form hai.</w:t>
      </w:r>
    </w:p>
    <w:p>
      <w:pPr>
        <w:jc w:val="right"/>
      </w:pPr>
      <w:r>
        <w:t>پانی پیتے ہیں تو زندگی لیا ہم نے۔ دودھ پیے تب بھی ہم نے زندگی کو لیا۔ سبزی کھاتے ہیں تب بھی ہم نے زندگی کو اندر داخل کیا۔ اسی میں سے یہ اسی کا یہ بھی ایک فارم ہے۔</w:t>
      </w:r>
    </w:p>
    <w:p>
      <w:r>
        <w:rPr>
          <w:b/>
        </w:rPr>
        <w:t xml:space="preserve">[37:48] </w:t>
      </w:r>
      <w:r>
        <w:t>aur zameen jo banai Khuda ne creator ne to agricultural product ke liye bohat hi kam hai yeh. itne sare insan hain bataiye.</w:t>
      </w:r>
    </w:p>
    <w:p>
      <w:pPr>
        <w:jc w:val="right"/>
      </w:pPr>
      <w:r>
        <w:t>اور زمین جو بنائی خدا نے کریٹر نے تو ایگریکلچرل پروڈکٹ کے لیے بہت ہی کم ہے یہ۔ اتنے سارے انسان ہیں بتائیے۔</w:t>
      </w:r>
    </w:p>
    <w:p>
      <w:r>
        <w:rPr>
          <w:b/>
        </w:rPr>
        <w:t xml:space="preserve">[38:00] </w:t>
      </w:r>
      <w:r>
        <w:t>seven billion insan jo jee rahe hain duniya mein woh agricultural products par jee rahe hain woh. majority insanon ka agar aap ko pata ho majority insanon ki woh meat khata hai.</w:t>
      </w:r>
    </w:p>
    <w:p>
      <w:pPr>
        <w:jc w:val="right"/>
      </w:pPr>
      <w:r>
        <w:t>سیون بلین انسان جو جی رہے ہیں دنیا میں وہ ایگریکلچرل پروڈکٹس پر جی رہے ہیں وہ۔ میجورٹی انسانوں کا اگر آپ کو پتہ ہو میجورٹی انسانوں کی وہ بیٹ کھاتی ہے۔</w:t>
      </w:r>
    </w:p>
    <w:p>
      <w:r>
        <w:rPr>
          <w:b/>
        </w:rPr>
        <w:t xml:space="preserve">[38:12] </w:t>
      </w:r>
      <w:r>
        <w:t>machhli khata hai. isi liye Khuda ne ek taraf land di kahan yahan par agricultural product nikal saken hum. is ke siwa sath sath kya kiya Khuda ne ke fazaon mein chidiya paida karti hain.</w:t>
      </w:r>
    </w:p>
    <w:p>
      <w:pPr>
        <w:jc w:val="right"/>
      </w:pPr>
      <w:r>
        <w:t>مچھلی کھاتی ہے۔ اسی لیے خدا نے ایک طرف لینڈ دی کہاں یہاں پر ایگریکلچرل پروڈکٹ نکال سکیں ہم۔ اس کے سوا ساتھ ساتھ کیا کیا خدا نے کہ فضاؤں میں چڑیاں پیدا کرتی ہیں۔</w:t>
      </w:r>
    </w:p>
    <w:p>
      <w:r>
        <w:rPr>
          <w:b/>
        </w:rPr>
        <w:t xml:space="preserve">[38:26] </w:t>
      </w:r>
      <w:r>
        <w:t>samundaron mein machhliyan paida karti hain. jangalon mein janwar paida karti hain. taake insan apni poori khurak ko food ko le sake.</w:t>
      </w:r>
    </w:p>
    <w:p>
      <w:pPr>
        <w:jc w:val="right"/>
      </w:pPr>
      <w:r>
        <w:t>سمندروں میں مچھلیاں پیدا کرتی ہیں۔ جنگلوں میں جانور پیدا کرتی ہیں۔ تاکہ انسان اپنی پوری خوراک کو فوڈ کو لے سکے۔</w:t>
      </w:r>
    </w:p>
    <w:p>
      <w:r>
        <w:rPr>
          <w:b/>
        </w:rPr>
        <w:t xml:space="preserve">[38:35] </w:t>
      </w:r>
      <w:r>
        <w:t>warna insan to mar jata. kyunke isi isi zameen par humein rehna bhi tha. isi zameen se humein agriculture bhi chalana tha. aap jante hain ke land ka bohat bara hissa woh hai jis mein ya to industries hain ya cities hain ya village hain town hain sab woh unhon ne agwai kar rakha hai.</w:t>
      </w:r>
    </w:p>
    <w:p>
      <w:pPr>
        <w:jc w:val="right"/>
      </w:pPr>
      <w:r>
        <w:t>ورنہ انسان تو مر جاتا۔ کیونکہ اسی اسی زمین پر ہمیں رہنا بھی تھا۔ اسی زمین سے ہمیں ایگریکلچر بھی چلانا تھا۔ آپ جانتے ہیں کہ لینڈ کا بہت بڑا حصہ وہ ہے جس میں یا تو انڈسٹیاں ہیں یا سٹیز ہیں یا ولیج ہیں ٹاؤن ہیں سب وہ انہوں نے اگوائی کر رکھا ہے۔</w:t>
      </w:r>
    </w:p>
    <w:p>
      <w:r>
        <w:rPr>
          <w:b/>
        </w:rPr>
        <w:t xml:space="preserve">[38:55] </w:t>
      </w:r>
      <w:r>
        <w:t>to to is ke liye yani agriculture ke liye hai horticulture ke liye to bohat kam milti hai zameen hum ko. as compared to to the population.</w:t>
      </w:r>
    </w:p>
    <w:p>
      <w:pPr>
        <w:jc w:val="right"/>
      </w:pPr>
      <w:r>
        <w:t>تو تو اس کے لیے یعنی ایگریکلچر کے لیے ہے ہارٹیکلچر کے لیے تو بہت کم ملتی ہے زمین ہم کو۔ ایز کمپیر ٹو ٹو دا پاپولیشن۔</w:t>
      </w:r>
    </w:p>
    <w:p>
      <w:r>
        <w:rPr>
          <w:b/>
        </w:rPr>
        <w:t xml:space="preserve">[39:07] </w:t>
      </w:r>
      <w:r>
        <w:t>to chunke Khuda ko pata tha yeh baat is baat ka is liye is ne zameen ke sath sath doosre sources paida kar diye. samundaron mein machhliyon ka ek yani ek reservoir hai machhliyon ka.</w:t>
      </w:r>
    </w:p>
    <w:p>
      <w:pPr>
        <w:jc w:val="right"/>
      </w:pPr>
      <w:r>
        <w:t>تو چونکہ خدا کو پتہ تھا یہ بات اس بات کا اس لیے اس نے زمین کے ساتھ ساتھ دوسرے سورسز پیدا کر دیے۔ سمندروں میں مچھلیوں کا ایک یعنی ایک ریزروائر ہے مچھلیوں کا۔</w:t>
      </w:r>
    </w:p>
    <w:p>
      <w:r>
        <w:rPr>
          <w:b/>
        </w:rPr>
        <w:t xml:space="preserve">[39:21] </w:t>
      </w:r>
      <w:r>
        <w:t>machhliyan pakadte hain log khate hain. jangalon mein itne janwar Khuda ne paida kar diye. fazaon mein machhliyan fazaon mein chidiya uda diye Khuda ne.</w:t>
      </w:r>
    </w:p>
    <w:p>
      <w:pPr>
        <w:jc w:val="right"/>
      </w:pPr>
      <w:r>
        <w:t>مچھلیاں پکڑتے ہیں لوگ کھاتے ہیں۔ جنگلوں میں اتنے جانور خدا نے پیدا کر دیے۔ فضاؤں میں مچھلیاں فضاؤں میں چڑیاں اڑا دیے خدا نے۔</w:t>
      </w:r>
    </w:p>
    <w:p>
      <w:r>
        <w:rPr>
          <w:b/>
        </w:rPr>
        <w:t xml:space="preserve">[39:30] </w:t>
      </w:r>
      <w:r>
        <w:t>yeh sab ka insan ke liye food hai. to main jahan tak samajhta hoon Quran ko main ne mutala kiya hai ke insan hi asal cheez hai is kainat mein.</w:t>
      </w:r>
    </w:p>
    <w:p>
      <w:pPr>
        <w:jc w:val="right"/>
      </w:pPr>
      <w:r>
        <w:t>یہ سب کا انسان کے لیے فوڈ ہے۔ تو میں جہاں تک سمجھتا ہوں قران کو میں نے مطالعہ کیا ہے کہ انسان ہی اصل چیز ہے اس کائنات میں۔</w:t>
      </w:r>
    </w:p>
    <w:p>
      <w:r>
        <w:rPr>
          <w:b/>
        </w:rPr>
        <w:t xml:space="preserve">[39:40] </w:t>
      </w:r>
      <w:r>
        <w:t>yeh sari universe banai gayi hai insan ke liye. sakharkum samawat to isi mein se animal bhi insan hi ke liye banaye gaye hain.</w:t>
      </w:r>
    </w:p>
    <w:p>
      <w:pPr>
        <w:jc w:val="right"/>
      </w:pPr>
      <w:r>
        <w:t>یہ ساری یونیورس بنائی گئی ہے انسان کے لیے۔ سخرکم سماوات تو اسی میں سے اینیمل بھی انسان ہی کے لیے بنائے گئے ہیں۔</w:t>
      </w:r>
    </w:p>
    <w:p>
      <w:r>
        <w:rPr>
          <w:b/>
        </w:rPr>
        <w:t xml:space="preserve">[39:52] </w:t>
      </w:r>
      <w:r>
        <w:t>ghora banaya gaya hai ke insan is par sawari kare.</w:t>
      </w:r>
    </w:p>
    <w:p>
      <w:pPr>
        <w:jc w:val="right"/>
      </w:pPr>
      <w:r>
        <w:t>گھوڑا بنایا گیا ہے کہ انسان اس پر سواری کرے۔</w:t>
      </w:r>
    </w:p>
    <w:p>
      <w:r>
        <w:rPr>
          <w:b/>
        </w:rPr>
        <w:t xml:space="preserve">[39:57] </w:t>
      </w:r>
      <w:r>
        <w:t>is tarah se aur bohat janwar banaye gaye transport ke liye. phir ab dheere dheere hum taraqqi karte karte yahan tak pahunche ke hum ne ghoray ki jagah hum ne car bana li.</w:t>
      </w:r>
    </w:p>
    <w:p>
      <w:pPr>
        <w:jc w:val="right"/>
      </w:pPr>
      <w:r>
        <w:t>اس طریقے سے اور بہت جانور بنائے گئے ٹرانسپورٹ کے لیے۔ پھر اب دھیرے دھیرے ہم ترقی کرتے کرتے یہاں تک پہنچے کہ ہم نے گھوڑے کی جگہ ہم نے کار بنا لی۔</w:t>
      </w:r>
    </w:p>
    <w:p>
      <w:r>
        <w:rPr>
          <w:b/>
        </w:rPr>
        <w:t xml:space="preserve">[40:09] </w:t>
      </w:r>
      <w:r>
        <w:t>to sari cheez jo banai gayi hai woh insan ke liye banai gayi hai. taake insan Khuda ko discover kare. taake Khuda ko insan realize kare.</w:t>
      </w:r>
    </w:p>
    <w:p>
      <w:pPr>
        <w:jc w:val="right"/>
      </w:pPr>
      <w:r>
        <w:t>تو ساری چیز جو بنائی گئی ہے وہ انسان کے لیے بنائی گئی ہے۔ تاکہ انسان خدا کو ڈسکور کرے۔ تاکہ خدا کو انسان ریالائز کرے۔</w:t>
      </w:r>
    </w:p>
    <w:p>
      <w:r>
        <w:rPr>
          <w:b/>
        </w:rPr>
        <w:t xml:space="preserve">[40:18] </w:t>
      </w:r>
      <w:r>
        <w:t>taake insan Khuda ka shukar kar sake. aur phir woh Khuda ki agli blessing jo zyada bari blessing hai woh paye yani jannat is ko mile.</w:t>
      </w:r>
    </w:p>
    <w:p>
      <w:pPr>
        <w:jc w:val="right"/>
      </w:pPr>
      <w:r>
        <w:t>تاکہ انسان خدا کا شکر کر سکے۔ اور پھر وہ خدا کی اگلی بلیسنگ جو زیادہ بڑی بلیسنگ ہے وہ پائے یعنی جنت اس کو ملے۔</w:t>
      </w:r>
    </w:p>
    <w:p>
      <w:r>
        <w:rPr>
          <w:b/>
        </w:rPr>
        <w:t xml:space="preserve">[40:30] </w:t>
      </w:r>
      <w:r>
        <w:t>to behal main yeh kahunga ke kisi cheez ko hum is ke sahi perspective mein agar nahi dekhenge to kya hoga ke hum is ko is ka shikar ho jayenge yani jis ka mazhab mein jis ko kehte hain munafiqat aur psychology mein jis ko kehte hain double standard.</w:t>
      </w:r>
    </w:p>
    <w:p>
      <w:pPr>
        <w:jc w:val="right"/>
      </w:pPr>
      <w:r>
        <w:t>تو بہرحال میں یہ کہوں گا کہ کسی چیز کو ہم اس کے صحیح پرسپیکٹو میں اگر نہیں دیکھیں گے تو کیا ہوگا کہ ہم اس کو اس کا شکار ہو جائیں گے یعنی جس کا مذہب میں جس کو کہتے ہیں منافقت اور سائیکالوجی میں جس کو کہتے ہیں ڈبل اسٹینڈرڈ۔</w:t>
      </w:r>
    </w:p>
    <w:p>
      <w:r>
        <w:rPr>
          <w:b/>
        </w:rPr>
        <w:t xml:space="preserve">[40:53] </w:t>
      </w:r>
      <w:r>
        <w:t>is wajah se main yeh kahunga ke bohat zyada zaroorat hai ke hum reconsider karen. church ke andar ek courage thi courage ke is ne elaan kar diya.</w:t>
      </w:r>
    </w:p>
    <w:p>
      <w:pPr>
        <w:jc w:val="right"/>
      </w:pPr>
      <w:r>
        <w:t>اس وجہ سے میں یہ کہوں گا کہ بہت زیادہ ضرورت ہے کہ ہم ری کنسیڈر کریں۔ چرچ کے اندر ایک کرج تھی کرج کہ اس نے اعلان کر دیا۔</w:t>
      </w:r>
    </w:p>
    <w:p>
      <w:r>
        <w:rPr>
          <w:b/>
        </w:rPr>
        <w:t xml:space="preserve">[41:06] </w:t>
      </w:r>
      <w:r>
        <w:t>elaan kar diya galileo ke baray mein. isi tarah se doosron ko bhi elaan karna chahiye. agarche abhi bhi aap jante hain ke duniya ki jo bohat bari woh overwhelming majority jo hai woh meat khata hai.</w:t>
      </w:r>
    </w:p>
    <w:p>
      <w:pPr>
        <w:jc w:val="right"/>
      </w:pPr>
      <w:r>
        <w:t>اعلان کر دیا گلیلیوں کے بارے میں۔ اسی طرح سے دوسروں کو بھی اعلان کرنا چاہیے۔ اگرچہ ابھی بھی آپ جانتے ہیں کہ دنیا کی جو بہت بڑی وہ اوور ویلمنگ میجورٹی جو ہے وہ بیٹ کھاتی ہے۔</w:t>
      </w:r>
    </w:p>
    <w:p>
      <w:r>
        <w:rPr>
          <w:b/>
        </w:rPr>
        <w:t xml:space="preserve">[41:21] </w:t>
      </w:r>
      <w:r>
        <w:t>kahin bhi aap jayen Europe jayen America jayen Russia jayen China jayen kahin bhi jaiye. har jagah log meat khate hain. kyunke meat un ki natural food hai.</w:t>
      </w:r>
    </w:p>
    <w:p>
      <w:pPr>
        <w:jc w:val="right"/>
      </w:pPr>
      <w:r>
        <w:t>کہیں بھی آپ جائیں یورپ جائیں امریکہ جائیں رشیا جائیں چائنہ جائیں کہیں بھی جائیے۔ ہر جگہ لوگ بیٹ کھاتے ہیں۔ کیونکہ میٹ ان کی نیچرل فوڈ ہے۔</w:t>
      </w:r>
    </w:p>
    <w:p>
      <w:r>
        <w:rPr>
          <w:b/>
        </w:rPr>
        <w:t xml:space="preserve">[41:32] </w:t>
      </w:r>
      <w:r>
        <w:t>meethi se aap ko high quality ka protein milta hai. to swami nathan doctor swami nathan ki woh main is zamane mein main aik hamara weekly parcha hua karta tha yaani september nineteen sixty seven mein.</w:t>
      </w:r>
    </w:p>
    <w:p>
      <w:pPr>
        <w:jc w:val="right"/>
      </w:pPr>
      <w:r>
        <w:t>میٹھی سے آپ کو ہائی کوالٹی کا پروٹین ملتا ہے۔ تو سوامی ناتھن ڈاکٹر سوامی ناتھن کی وہ میں اس زمانے میں میں ایک ہمارا ویکلی پرچہ ہوا کرتا تھا یعنی ستمبر نائنٹین سکسٹی سیون میں۔</w:t>
      </w:r>
    </w:p>
    <w:p>
      <w:r>
        <w:rPr>
          <w:b/>
        </w:rPr>
        <w:t xml:space="preserve">[41:51] </w:t>
      </w:r>
      <w:r>
        <w:t>to is mein main un ka poora chhapa tha. is se le kar ke yaani statesman se le kar ke aur indian express se le kar ke.</w:t>
      </w:r>
    </w:p>
    <w:p>
      <w:pPr>
        <w:jc w:val="right"/>
      </w:pPr>
      <w:r>
        <w:t>تو اس میں میں ان کا پورا چھاپا تھا۔ اس سے لے کر کے یعنی اسٹیٹس مین سے لے کر کے اور انڈین ایکسپریس سے لے کر کے۔</w:t>
      </w:r>
    </w:p>
    <w:p>
      <w:r>
        <w:rPr>
          <w:b/>
        </w:rPr>
        <w:t xml:space="preserve">[42:06] </w:t>
      </w:r>
      <w:r>
        <w:t>to yeh aik aik baat aik tehalka macha tha is zamane mein. ke itna bara muamla hum hamein hai ke hum intellectual dwarfism ki taraf ja rahe hain.</w:t>
      </w:r>
    </w:p>
    <w:p>
      <w:pPr>
        <w:jc w:val="right"/>
      </w:pPr>
      <w:r>
        <w:t>تو یہ ایک ایک بات ایک تہلکہ مچا تھا اس زمانے میں۔ کہ اتنا بڑا معاملہ ہم ہمیں ہے کہ ہم انٹلیکچول ڈوارفزم کی طرف جا رہے ہیں۔</w:t>
      </w:r>
    </w:p>
    <w:p>
      <w:r>
        <w:rPr>
          <w:b/>
        </w:rPr>
        <w:t xml:space="preserve">[42:17] </w:t>
      </w:r>
      <w:r>
        <w:t>intellectual dwarfism. to yeh bohat zyada phaili yeh baat. aur main samajhta hoon ke aik aik aik aik aik silent revolution aaya ke logon ne yaani bohat hi zabardast tareeqay par khana shuru kar diya.</w:t>
      </w:r>
    </w:p>
    <w:p>
      <w:pPr>
        <w:jc w:val="right"/>
      </w:pPr>
      <w:r>
        <w:t>انٹلیکچول ڈوارفزم۔ تو یہ بہت زیادہ پھیلی یہ بات۔ اور میں سمجھتا ہوں کہ ایک ایک ایک ایک ایک سائلنٹ ریولوشن آیا کہ لوگوں نے یعنی بہت ہی زبردست طریقے پر کھانا شروع کر دیا۔</w:t>
      </w:r>
    </w:p>
    <w:p>
      <w:r>
        <w:rPr>
          <w:b/>
        </w:rPr>
        <w:t xml:space="preserve">[42:32] </w:t>
      </w:r>
      <w:r>
        <w:t>protein lene ke liye. jo bahar jaate hain woh to khate hi hain. india mein bhi khana shuru kar diya. to ab jo shakal hai yeh sirf kehne ki baatein hain.</w:t>
      </w:r>
    </w:p>
    <w:p>
      <w:pPr>
        <w:jc w:val="right"/>
      </w:pPr>
      <w:r>
        <w:t>پروٹین لینے کے لیے۔ جو باہر جاتے ہیں وہ تو کھاتے ہی ہیں۔ انڈیا میں بھی کھانا شروع کر دیا۔ تو اب جو شکل ہے یہ صرف کہنے کی باتیں ہیں۔</w:t>
      </w:r>
    </w:p>
    <w:p>
      <w:r>
        <w:rPr>
          <w:b/>
        </w:rPr>
        <w:t xml:space="preserve">[42:43] </w:t>
      </w:r>
      <w:r>
        <w:t>karne ki baat nahi hai. bohat baray paimane par woh log meat kha rahe hain jo apne ko vegetarian zahir karte hain. to yeh double standard.</w:t>
      </w:r>
    </w:p>
    <w:p>
      <w:pPr>
        <w:jc w:val="right"/>
      </w:pPr>
      <w:r>
        <w:t>کرنے کی بات نہیں ہے۔ بہت بڑے پیمانے پر وہ لوگ میٹ کھا رہے ہیں جو اپنے کو ویجیٹیرین ظاہر کرتے ہیں۔ تو یہ ڈبل اسٹینڈرڈ۔</w:t>
      </w:r>
    </w:p>
    <w:p>
      <w:r>
        <w:rPr>
          <w:b/>
        </w:rPr>
        <w:t xml:space="preserve">[42:54] </w:t>
      </w:r>
      <w:r>
        <w:t>is baat ko samajh lijiye ke jab bhi aap sachai ko na manenge to kya hoga? aap double standard ban jayenge. yaani munh se to bolenge nahi nahi lekin aap karenge wohi.</w:t>
      </w:r>
    </w:p>
    <w:p>
      <w:pPr>
        <w:jc w:val="right"/>
      </w:pPr>
      <w:r>
        <w:t>اس بات کو سمجھ لیجئے کہ جب بھی آپ سچائی کو نہ مانیں گے تو کیا ہوگا؟ آپ ڈبل اسٹینڈرڈ بن جائیں گے۔ یعنی منہ سے تو بولیں گے نہیں نہیں لیکن آپ کریں گے وہی۔</w:t>
      </w:r>
    </w:p>
    <w:p>
      <w:r>
        <w:rPr>
          <w:b/>
        </w:rPr>
        <w:t xml:space="preserve">[43:06] </w:t>
      </w:r>
      <w:r>
        <w:t>jaise misaal ke tor par sari duniya kehti hai America dushman hai. America sab log America ko bura kehte hain. yaani muslim non muslim sab.</w:t>
      </w:r>
    </w:p>
    <w:p>
      <w:pPr>
        <w:jc w:val="right"/>
      </w:pPr>
      <w:r>
        <w:t>جیسے مثال کے طور پر ساری دنیا کہتی ہے امریکہ اس دشمن ہے۔ امریکہ سب لوگ امریکہ کو برا کہتے ہیں۔ یعنی مسلم نان مسلم سب۔</w:t>
      </w:r>
    </w:p>
    <w:p>
      <w:r>
        <w:rPr>
          <w:b/>
        </w:rPr>
        <w:t xml:space="preserve">[43:18] </w:t>
      </w:r>
      <w:r>
        <w:t>to kya hota? sab ke sab double standard bane hue hain. kyun apne bete ko aur damad ko wahin bhejte hain? apne bete ko apni beti ko apne damad ko pehli chance milte hi America bhej dete hain.</w:t>
      </w:r>
    </w:p>
    <w:p>
      <w:pPr>
        <w:jc w:val="right"/>
      </w:pPr>
      <w:r>
        <w:t>تو کیا ہوتا؟ سب کے سب ڈبل اسٹینڈرڈ بنے ہوئے ہیں۔ کیوں اپنے بیٹے کو اور داماد کو وہیں بھیجتے ہیں؟ اپنے بیٹے کو اپنی بیٹی کو اپنے داماد کو پہلی چانس ملتے ہی امریکہ بھیج دیتے ہیں۔</w:t>
      </w:r>
    </w:p>
    <w:p>
      <w:r>
        <w:rPr>
          <w:b/>
        </w:rPr>
        <w:t xml:space="preserve">[43:33] </w:t>
      </w:r>
      <w:r>
        <w:t>kyun un ka dil janta hai ke wahan development hua hai wahan progress hui hai. to munh se bolna nahi chahte. to do kirdaar ban gaya un ka.</w:t>
      </w:r>
    </w:p>
    <w:p>
      <w:pPr>
        <w:jc w:val="right"/>
      </w:pPr>
      <w:r>
        <w:t>کیوں ان کا دل جانتا ہے کہ وہاں ڈیولپمنٹ ہوا ہے وہاں پروگریس ہوئی ہے۔ تو منہ سے بولنا نہیں چاہتے۔ تو دو کردار بن گیا ان کا۔</w:t>
      </w:r>
    </w:p>
    <w:p>
      <w:r>
        <w:rPr>
          <w:b/>
        </w:rPr>
        <w:t xml:space="preserve">[43:43] </w:t>
      </w:r>
      <w:r>
        <w:t>ke munh se to kahein ke America bara kharab hai. lekin wahin par bhi bhej dein apne bachon ko. to aap kyun aisa karte hain? main Khuda ke fazl se kehta hoon ke America ne bohat taraqqi ki hai.</w:t>
      </w:r>
    </w:p>
    <w:p>
      <w:pPr>
        <w:jc w:val="right"/>
      </w:pPr>
      <w:r>
        <w:t>کہ منہ سے تو کہیں کہ امریکہ بڑا خراب ہے۔ لیکن وہیں پر بھیج دیں اپنے بچوں کو۔ تو آپ کیوں ایسا کرتے ہیں؟ میں خدا کے فضل سے کہتا ہوں کہ امریکہ نے بہت ترقی کی ہے۔</w:t>
      </w:r>
    </w:p>
    <w:p>
      <w:r>
        <w:rPr>
          <w:b/>
        </w:rPr>
        <w:t xml:space="preserve">[43:56] </w:t>
      </w:r>
      <w:r>
        <w:t>duniya ko America ne bohat kuch diya hai. kyunke aap jante hain ke sab se zyada research America mein hoti hai abhi bhi pehle bhi hui. kisi bhi country mein hoti hai research nahi hui yahan tak ke America mein hui hai.</w:t>
      </w:r>
    </w:p>
    <w:p>
      <w:pPr>
        <w:jc w:val="right"/>
      </w:pPr>
      <w:r>
        <w:t>دنیا کو امریکہ نے بہت کچھ دیا ہے۔ کیونکہ آپ جانتے ہیں کہ سب سے زیادہ ریسرچ امریکہ میں ہوتی ہے ابھی بھی پہلے بھی ہوئی۔ کسی بھی کنٹری میں ہوتی ہے ریسرچ نہیں ہوئی یہاں تک کہ امریکہ میں ہوئی ہے۔</w:t>
      </w:r>
    </w:p>
    <w:p>
      <w:r>
        <w:rPr>
          <w:b/>
        </w:rPr>
        <w:t xml:space="preserve">[44:10] </w:t>
      </w:r>
      <w:r>
        <w:t>sari cheezein jo aaj jis ko aap istemal karte hain car hai hawai jahaz hai mobile hai sab is ki research America mein hui hai. to main manta hoon ke America mein yeh bijli yeh sab cheezein.</w:t>
      </w:r>
    </w:p>
    <w:p>
      <w:pPr>
        <w:jc w:val="right"/>
      </w:pPr>
      <w:r>
        <w:t>ساری چیزیں جو آج جس کو آپ استعمال کرتے ہیں کار ہے ہوائی جہاز ہے موبائل ہے سب اس کی ریسرچ امریکہ میں ہوئی ہے۔ تو میں مانتا ہوں کہ امریکہ میں یہ بجلی یہ سب چیزیں۔</w:t>
      </w:r>
    </w:p>
    <w:p>
      <w:r>
        <w:rPr>
          <w:b/>
        </w:rPr>
        <w:t xml:space="preserve">[44:23] </w:t>
      </w:r>
      <w:r>
        <w:t>to main manta hoon ke America mein taraqqi hui America ne duniya ko bohat kuch diya. to agar main apne bache ko bhejoon America to main double standard nahi banunga.</w:t>
      </w:r>
    </w:p>
    <w:p>
      <w:pPr>
        <w:jc w:val="right"/>
      </w:pPr>
      <w:r>
        <w:t>تو میں مانتا ہوں کہ امریکہ میں ترقی ہوئی امریکہ نے دنیا کو بہت کچھ دیا۔ تو اگر میں اپنے بچے کو بھیجوں امریکہ تو میں ڈبل اسٹینڈرڈ نہیں بنوں گا۔</w:t>
      </w:r>
    </w:p>
    <w:p>
      <w:r>
        <w:rPr>
          <w:b/>
        </w:rPr>
        <w:t xml:space="preserve">[44:36] </w:t>
      </w:r>
      <w:r>
        <w:t>main yeh bhi nahi kehta ke America zalim hai. jaise ke bohat se log kehte hain ke America adu al-islam raqam wahid. America is enemy number one of Islam.</w:t>
      </w:r>
    </w:p>
    <w:p>
      <w:pPr>
        <w:jc w:val="right"/>
      </w:pPr>
      <w:r>
        <w:t>میں یہ بھی نہیں کہتا کہ امریکہ ظالم ہے۔ جیسے کہ بہت سے لوگ کہتے ہیں کہ امریکہ عدو الاسلام رقم واحد۔ امریکہ از اینمی نمبر ون اف اسلام۔</w:t>
      </w:r>
    </w:p>
    <w:p>
      <w:r>
        <w:rPr>
          <w:b/>
        </w:rPr>
        <w:t xml:space="preserve">[44:46] </w:t>
      </w:r>
      <w:r>
        <w:t>main yeh bhi nahi kehta. main kehta hoon ke Palestine mein is ki aik policy hai is ko pata hai woh kar raha hai woh. woh Islam dushmani nahi hai woh.</w:t>
      </w:r>
    </w:p>
    <w:p>
      <w:pPr>
        <w:jc w:val="right"/>
      </w:pPr>
      <w:r>
        <w:t>میں یہ بھی نہیں کہتا۔ میں کہتا ہوں کہ فلسطین میں اس کی ایک پالیسی ہے اس کو پتہ ہے وہ کر رہا ہے وہ۔ وہ اسلام دشمنی نہیں ہے وہ۔</w:t>
      </w:r>
    </w:p>
    <w:p>
      <w:r>
        <w:rPr>
          <w:b/>
        </w:rPr>
        <w:t xml:space="preserve">[44:56] </w:t>
      </w:r>
      <w:r>
        <w:t>woh Islam dushmani nahi hai woh aik policy hai. koi bhi karega apni policy apni policy chalayega apne political interest ke mutabiq. to main agar apne bache ko bhejoon America to main Khuda ke fazl se double standard nahi banunga.</w:t>
      </w:r>
    </w:p>
    <w:p>
      <w:pPr>
        <w:jc w:val="right"/>
      </w:pPr>
      <w:r>
        <w:t>وہ اسلام دشمنی نہیں ہے وہ ایک پالیسی ہے۔ کوئی بھی کرے گا اپنی پالیسی اپنی پالیسی چلائے گا اپنے پولیٹیکل انٹرسٹ کے مطابق۔ تو میں اگر اپنے بچے کو بھیجوں امریکہ تو میں خدا کے فضل سے ڈبل اسٹینڈرڈ نہیں بنوں گا۔</w:t>
      </w:r>
    </w:p>
    <w:p>
      <w:r>
        <w:rPr>
          <w:b/>
        </w:rPr>
        <w:t xml:space="preserve">[45:11] </w:t>
      </w:r>
      <w:r>
        <w:t>lekin sare log ban rahe hain double standard. bura kehte hain America ko bhejte hain wahin pe America mein logon ko.</w:t>
      </w:r>
    </w:p>
    <w:p>
      <w:pPr>
        <w:jc w:val="right"/>
      </w:pPr>
      <w:r>
        <w:t>لیکن سارے لوگ بن رہے ہیں ڈبل اسٹینڈرڈ۔ برا کہتے ہیں امریکہ کو بھیجتے ہیں وہیں پہ امریکہ میں لوگوں کو۔</w:t>
      </w:r>
    </w:p>
    <w:p>
      <w:r>
        <w:rPr>
          <w:b/>
        </w:rPr>
        <w:t xml:space="preserve">[45:20] </w:t>
      </w:r>
      <w:r>
        <w:t>to ab kabhi bhi aisa nahi karna chahiye aap ko ke aik sachai ka aap inkar karein. sachai kis cheez ke naam mein dekhiye? sachai kis ke naam mein?</w:t>
      </w:r>
    </w:p>
    <w:p>
      <w:pPr>
        <w:jc w:val="right"/>
      </w:pPr>
      <w:r>
        <w:t>تو اب کبھی بھی ایسا نہیں کرنا چاہیے آپ کو کہ ایک سچائی کا آپ انکار کریں۔ سچائی کس چیز کے نام میں دیکھیے؟ سچائی کس کے نام میں؟</w:t>
      </w:r>
    </w:p>
    <w:p>
      <w:r>
        <w:rPr>
          <w:b/>
        </w:rPr>
        <w:t xml:space="preserve">[45:32] </w:t>
      </w:r>
      <w:r>
        <w:t>pehlay zamane mein imaginary philosophy ko bhi hum sachai samajh lete thay. jaise hum ne imagine kiya ke suraj ghoom raha hai zameen ke gird.</w:t>
      </w:r>
    </w:p>
    <w:p>
      <w:pPr>
        <w:jc w:val="right"/>
      </w:pPr>
      <w:r>
        <w:t>پہلے زمانے میں امیجنری فلاسفی کو بھی ہم سچائی سمجھ لیتے تھے۔ جیسے ہم نے امیجن کیا کہ سورج گھوم رہا ہے زمین کے گرد۔</w:t>
      </w:r>
    </w:p>
    <w:p>
      <w:r>
        <w:rPr>
          <w:b/>
        </w:rPr>
        <w:t xml:space="preserve">[45:45] </w:t>
      </w:r>
      <w:r>
        <w:t>that was an imagination. us ko apna philosophy bana liya. aur geo-centric theory ban gayi. ptolemy aur startle ne us ko maan liya.</w:t>
      </w:r>
    </w:p>
    <w:p>
      <w:pPr>
        <w:jc w:val="right"/>
      </w:pPr>
      <w:r>
        <w:t>دیتھ واز این امیجنیشن۔ اس کو اپنا فلاسفی بنا لیا۔ اور جیو سینٹرک تھیوری بن گئی۔ ٹالمی اور اسٹارٹل نے اس کو مان لیا۔</w:t>
      </w:r>
    </w:p>
    <w:p>
      <w:r>
        <w:rPr>
          <w:b/>
        </w:rPr>
        <w:t xml:space="preserve">[45:58] </w:t>
      </w:r>
      <w:r>
        <w:t>lekin woh kisi cheez base nahi karti thi. to sachai woh hai jo kisi real cheez pe base kare. yaani kisi scientific discovery pe base karti ho woh.</w:t>
      </w:r>
    </w:p>
    <w:p>
      <w:pPr>
        <w:jc w:val="right"/>
      </w:pPr>
      <w:r>
        <w:t>لیکن وہ کسی چیز بیس نہیں کرتی تھی۔ تو سچائی وہ ہے جو کسی ریئل چیز پہ بیس کرے۔ یعنی کسی سائنٹیفک ڈسکوری پہ بیس کرتی ہو وہ۔</w:t>
      </w:r>
    </w:p>
    <w:p>
      <w:r>
        <w:rPr>
          <w:b/>
        </w:rPr>
        <w:t xml:space="preserve">[46:09] </w:t>
      </w:r>
      <w:r>
        <w:t>to woh sachai hai warna sachai nahi hai woh. yaani imaginary philosophy jo hai woh sachai nahi ho sakti hai. to yeh jo nazariya hai yeh jo theory hai yeh aik imaginary philosophy pe base karti hai.</w:t>
      </w:r>
    </w:p>
    <w:p>
      <w:pPr>
        <w:jc w:val="right"/>
      </w:pPr>
      <w:r>
        <w:t>تو وہ سچائی ہے ورنہ سچائی نہیں ہے وہ۔ یعنی امیجنری فلاسفی جو ہے وہ سچائی نہیں ہو سکتی ہے۔ تو یہ جو نظریہ ہے یہ جو تھیوری ہے یہ ایک امیجنری فلاسفی پہ بیس کرتی ہے۔</w:t>
      </w:r>
    </w:p>
    <w:p>
      <w:r>
        <w:rPr>
          <w:b/>
        </w:rPr>
        <w:t xml:space="preserve">[46:26] </w:t>
      </w:r>
      <w:r>
        <w:t>jaise aik yeh maan liya ke sari cheezein jo hain woh woh is ka part hain. yaani aik hi creator aik hi aik hi cheez hai.</w:t>
      </w:r>
    </w:p>
    <w:p>
      <w:pPr>
        <w:jc w:val="right"/>
      </w:pPr>
      <w:r>
        <w:t>جیسے ایک یہ مان لیا کہ ساری چیزیں جو ہیں وہ وہ اس کا پارٹ ہیں۔ یعنی ایک ہی کریٹر ایک ہی ایک ہی چیز ہے۔</w:t>
      </w:r>
    </w:p>
    <w:p>
      <w:r>
        <w:rPr>
          <w:b/>
        </w:rPr>
        <w:t xml:space="preserve">[46:38] </w:t>
      </w:r>
      <w:r>
        <w:t>yaani creator jo hai wohi manifest kar raha hai har cheez mein. to woh creator hi ka woh part hain woh har cheez. insan bhi aur animal bhi sab creator ka part hai.</w:t>
      </w:r>
    </w:p>
    <w:p>
      <w:pPr>
        <w:jc w:val="right"/>
      </w:pPr>
      <w:r>
        <w:t>یعنی کریٹر جو ہے وہی مینیفیسٹ کر رہا ہے ہر چیز میں۔ تو وہ کریٹر ہی کا وہ پارٹ ہیں وہ ہر چیز۔ انسان بھی اور اینیمل بھی سب کریٹر کا پارٹ ہے۔</w:t>
      </w:r>
    </w:p>
    <w:p>
      <w:r>
        <w:rPr>
          <w:b/>
        </w:rPr>
        <w:t xml:space="preserve">[46:48] </w:t>
      </w:r>
      <w:r>
        <w:t>plant bhi creator ka part hai. yeh kya hai? imagination hai yeh. yeh jo theory hai ke ke sab kuch ek hai.</w:t>
      </w:r>
    </w:p>
    <w:p>
      <w:pPr>
        <w:jc w:val="right"/>
      </w:pPr>
      <w:r>
        <w:t>پلانٹ بھی کریٹر کا پارٹ ہے۔ یہ کیا ہے؟ امیجنیشن ہے یہ۔ یہ جو تھیوری ہے کہ کہ سب کچھ ایک ہے۔</w:t>
      </w:r>
    </w:p>
    <w:p>
      <w:r>
        <w:rPr>
          <w:b/>
        </w:rPr>
        <w:t xml:space="preserve">[46:58] </w:t>
      </w:r>
      <w:r>
        <w:t>yeh ek just yeh yeh sirf imagination hai. is ke peeche koi woh nahi hai. koi scientific base nahi hai. toh yeh saare jo notions the yeh pre scientific age mein paida hue.</w:t>
      </w:r>
    </w:p>
    <w:p>
      <w:pPr>
        <w:jc w:val="right"/>
      </w:pPr>
      <w:r>
        <w:t>یہ ایک جسٹ یہ یہ صرف امیجنیشن ہے۔ اس کے پیچھے کوئی وہ نہیں ہے۔ کوئی سائنٹیفک بیس نہیں ہے۔ تو یہ سارے جو نوشنز تھے یہ پری سائنٹیفک ایج میں پیدا ہوئے۔</w:t>
      </w:r>
    </w:p>
    <w:p>
      <w:r>
        <w:rPr>
          <w:b/>
        </w:rPr>
        <w:t xml:space="preserve">[47:13] </w:t>
      </w:r>
      <w:r>
        <w:t>isi ka ek yeh bhi hai ke hum killing of sensation is sin and vice versa. yeh pre scientific age ka ek notion hai.</w:t>
      </w:r>
    </w:p>
    <w:p>
      <w:pPr>
        <w:jc w:val="right"/>
      </w:pPr>
      <w:r>
        <w:t>اسی کا ایک یہ بھی ہے کہ ہم کلنگ اف سینسیشن از سن اینڈ وائس ورسا۔ یہ پری سائنٹیفک ایج کا ایک نوشن ہے۔</w:t>
      </w:r>
    </w:p>
    <w:p>
      <w:r>
        <w:rPr>
          <w:b/>
        </w:rPr>
        <w:t xml:space="preserve">[47:26] </w:t>
      </w:r>
      <w:r>
        <w:t>toh jis tarah se aur cheezein khatam ho gayeen jaise aap dekhiye pehle zamane mein kya tha? astrology thi. astrology woh kya tha?</w:t>
      </w:r>
    </w:p>
    <w:p>
      <w:pPr>
        <w:jc w:val="right"/>
      </w:pPr>
      <w:r>
        <w:t>تو جس طرح سے اور چیزیں ختم ہوگئیں جیسے آپ دیکھیے پہلے زمانے میں کیا تھا؟ اسٹرالوجی تھی۔ اسٹرالوجی وہ کیا تھا؟</w:t>
      </w:r>
    </w:p>
    <w:p>
      <w:r>
        <w:rPr>
          <w:b/>
        </w:rPr>
        <w:t xml:space="preserve">[47:36] </w:t>
      </w:r>
      <w:r>
        <w:t>suppression tha sara ka sara suppression. jab astronomy aayi toh woh khatam ho gayi. astrology jo thi us ko astronomy ne modern modern astronomy ne khatam kar diya.</w:t>
      </w:r>
    </w:p>
    <w:p>
      <w:pPr>
        <w:jc w:val="right"/>
      </w:pPr>
      <w:r>
        <w:t>سپریسیشن تھا سارا کا سارا سپریسیشن۔ جب اسٹرانومی ائی تو وہ ختم ہوگئی۔ اسٹرالوجی جو تھی اس کو اسٹرانومی نے ماڈرن ماڈرن اسٹرانومی نے ختم کر دیا۔</w:t>
      </w:r>
    </w:p>
    <w:p>
      <w:r>
        <w:rPr>
          <w:b/>
        </w:rPr>
        <w:t xml:space="preserve">[47:49] </w:t>
      </w:r>
      <w:r>
        <w:t>kyun ke modern astronomy science pe base karti hai. aur jo astrology thi woh simply woh suppression base karti thi woh. isi tarah alchemy ko lijiye.</w:t>
      </w:r>
    </w:p>
    <w:p>
      <w:pPr>
        <w:jc w:val="right"/>
      </w:pPr>
      <w:r>
        <w:t>کیونکہ ماڈرن اسٹرانومی سائنس پہ بیس کرتی ہے۔ اور جو اسٹرالوجی تھی وہ سمپلی وہ سپریسیشن بیس کرتی تھی وہ۔ اسی طرح الکیمی کو لیجئے۔</w:t>
      </w:r>
    </w:p>
    <w:p>
      <w:r>
        <w:rPr>
          <w:b/>
        </w:rPr>
        <w:t xml:space="preserve">[48:01] </w:t>
      </w:r>
      <w:r>
        <w:t>alchemy kya tha? woh sab suppression tha woh. ab jo modern chemistry ne khatam kar diya us ko. toh geocentric khatam ho gayi.</w:t>
      </w:r>
    </w:p>
    <w:p>
      <w:pPr>
        <w:jc w:val="right"/>
      </w:pPr>
      <w:r>
        <w:t>الکیمی کیا تھا؟ وہ سب سپریسیشن تھا وہ۔ اب جو ماڈرن کیمسٹری نے ختم کر دیا اس کو۔ تو جیو سینٹرک ختم ہوگئی۔</w:t>
      </w:r>
    </w:p>
    <w:p>
      <w:r>
        <w:rPr>
          <w:b/>
        </w:rPr>
        <w:t xml:space="preserve">[48:10] </w:t>
      </w:r>
      <w:r>
        <w:t>geocentric theory khatam ho gayi. alchemy khatam ho gayi. aur yeh astrology khatam ho gayi. ab bohat si cheezein khatam ho gayeen. isi tarah is ko bhi khatam hona hai.</w:t>
      </w:r>
    </w:p>
    <w:p>
      <w:pPr>
        <w:jc w:val="right"/>
      </w:pPr>
      <w:r>
        <w:t>جیو سینٹرک تھیوری ختم ہوگئی۔ الکیمی ختم ہوگئی۔ اور یہ اسٹرالوجی ختم ہوگئی۔ اب بہت سی چیزیں ختم ہوگئیں۔ اسی طرح اس کو بھی ختم ہونا ہے۔</w:t>
      </w:r>
    </w:p>
    <w:p>
      <w:r>
        <w:rPr>
          <w:b/>
        </w:rPr>
        <w:t xml:space="preserve">[48:21] </w:t>
      </w:r>
      <w:r>
        <w:t>yeh sab baaton ko aap ko science ka koi solid proof dena hoga tab woh sachai maani jayegi warna sachai nahi maani jayegi woh.</w:t>
      </w:r>
    </w:p>
    <w:p>
      <w:pPr>
        <w:jc w:val="right"/>
      </w:pPr>
      <w:r>
        <w:t>یہ سب باتوں کو آپ کو سائنس کا کوئی سالڈ پروف دینا ہوگا۔ تب وہ سچائی مانی جائے گی ورنہ سچائی نہیں مانی جائے گی وہ۔</w:t>
      </w:r>
    </w:p>
    <w:p>
      <w:r>
        <w:rPr>
          <w:b/>
        </w:rPr>
        <w:t xml:space="preserve">[48:30] </w:t>
      </w:r>
      <w:r>
        <w:t>ise imagination maana jayega. is baat ko achi tarah samajh lijiye ke history ke do period hain pre scientific aur post scientific.</w:t>
      </w:r>
    </w:p>
    <w:p>
      <w:pPr>
        <w:jc w:val="right"/>
      </w:pPr>
      <w:r>
        <w:t>اسے امیجنیشن مانا جائے گا۔ اس بات کو اچھی طرح سمجھ لیجئے کہ ہسٹری کے دو پیریڈ ہیں پری سائنٹیفک اور پوسٹ سائنٹیفک۔</w:t>
      </w:r>
    </w:p>
    <w:p>
      <w:r>
        <w:rPr>
          <w:b/>
        </w:rPr>
        <w:t xml:space="preserve">[48:40] </w:t>
      </w:r>
      <w:r>
        <w:t>toh scientific age is ko hum kehte hain jab ke insaan ne</w:t>
      </w:r>
    </w:p>
    <w:p>
      <w:pPr>
        <w:jc w:val="right"/>
      </w:pPr>
      <w:r>
        <w:t>تو سائنٹیفک ایج اس کو ہم کہتے ہیں جب کہ انسان نے</w:t>
      </w:r>
    </w:p>
    <w:p>
      <w:r>
        <w:rPr>
          <w:b/>
        </w:rPr>
        <w:t xml:space="preserve">[48:47] </w:t>
      </w:r>
      <w:r>
        <w:t>jaana is baat ko kaise cheezon ko ab daryaft karen.</w:t>
      </w:r>
    </w:p>
    <w:p>
      <w:pPr>
        <w:jc w:val="right"/>
      </w:pPr>
      <w:r>
        <w:t>جانا اس بات کو کیسے چیزوں کو اب دریافت کریں۔</w:t>
      </w:r>
    </w:p>
    <w:p>
      <w:r>
        <w:rPr>
          <w:b/>
        </w:rPr>
        <w:t xml:space="preserve">[48:50] </w:t>
      </w:r>
      <w:r>
        <w:t>jaise telescope nahin thi to hum nahin jaan paate the upar kya hai.</w:t>
      </w:r>
    </w:p>
    <w:p>
      <w:pPr>
        <w:jc w:val="right"/>
      </w:pPr>
      <w:r>
        <w:t>جیسے ٹیلیسکوپ نہیں تھی تو ہم نہیں جان پاتے تھے اوپر کیا ہے۔</w:t>
      </w:r>
    </w:p>
    <w:p>
      <w:r>
        <w:rPr>
          <w:b/>
        </w:rPr>
        <w:t xml:space="preserve">[48:55] </w:t>
      </w:r>
      <w:r>
        <w:t>hamare gaon mein ek ek ek ek aadmi hamare gaon mein hamare gaon se paas paros mein ek</w:t>
      </w:r>
    </w:p>
    <w:p>
      <w:pPr>
        <w:jc w:val="right"/>
      </w:pPr>
      <w:r>
        <w:t>ہمارے گاؤں میں ایک ایک ایک ایک ادمی ہمارے گاؤں میں ہمارے گاؤں سے پاس پڑوس میں ایک</w:t>
      </w:r>
    </w:p>
    <w:p>
      <w:r>
        <w:rPr>
          <w:b/>
        </w:rPr>
        <w:t xml:space="preserve">[49:01] </w:t>
      </w:r>
      <w:r>
        <w:t>gaon tha wahan ek ek sahib rehte the un ko bade baba kehte the bade baba bohat samajhte</w:t>
      </w:r>
    </w:p>
    <w:p>
      <w:pPr>
        <w:jc w:val="right"/>
      </w:pPr>
      <w:r>
        <w:t>گاؤں تھا وہاں ایک ایک صاحب رہتے تھے ان کو بڑے بابا کہتے تھے بڑے بابا بہت سمجھتے</w:t>
      </w:r>
    </w:p>
    <w:p>
      <w:r>
        <w:rPr>
          <w:b/>
        </w:rPr>
        <w:t xml:space="preserve">[49:06] </w:t>
      </w:r>
      <w:r>
        <w:t>the ke bada budhivan aadmi hai bohat hi waazh aadmi hai is ke bada aqal kisi ke paas</w:t>
      </w:r>
    </w:p>
    <w:p>
      <w:pPr>
        <w:jc w:val="right"/>
      </w:pPr>
      <w:r>
        <w:t>تھے کہ بڑا بددیوان ادمی ہے بہت ہی واعظ ادمی ہے اس کے بڑا عقل کسی کے پاس</w:t>
      </w:r>
    </w:p>
    <w:p>
      <w:r>
        <w:rPr>
          <w:b/>
        </w:rPr>
        <w:t xml:space="preserve">[49:11] </w:t>
      </w:r>
      <w:r>
        <w:t>nahi hai to ek ek dehati ne kaha</w:t>
      </w:r>
    </w:p>
    <w:p>
      <w:pPr>
        <w:jc w:val="right"/>
      </w:pPr>
      <w:r>
        <w:t>نہیں ہے تو ایک ایک دیہاتی نے کہا</w:t>
      </w:r>
    </w:p>
    <w:p>
      <w:r>
        <w:rPr>
          <w:b/>
        </w:rPr>
        <w:t xml:space="preserve">[49:16] </w:t>
      </w:r>
      <w:r>
        <w:t>asman ko dekha raat ke waqt sitare ko to usne kaha ke</w:t>
      </w:r>
    </w:p>
    <w:p>
      <w:pPr>
        <w:jc w:val="right"/>
      </w:pPr>
      <w:r>
        <w:t>اسمان کو دیکھا رات کے وقت ستارے کو تو اس نے کہا کہ</w:t>
      </w:r>
    </w:p>
    <w:p>
      <w:r>
        <w:rPr>
          <w:b/>
        </w:rPr>
        <w:t xml:space="preserve">[49:22] </w:t>
      </w:r>
      <w:r>
        <w:t>tari ko to sirf bade baba hi gin sakte hain tari matlab stars</w:t>
      </w:r>
    </w:p>
    <w:p>
      <w:pPr>
        <w:jc w:val="right"/>
      </w:pPr>
      <w:r>
        <w:t>ترئی کو تو صرف بڑے بابا ہی گن سکتے ہیں ترئی مطلب سٹارز</w:t>
      </w:r>
    </w:p>
    <w:p>
      <w:r>
        <w:rPr>
          <w:b/>
        </w:rPr>
        <w:t xml:space="preserve">[49:29] </w:t>
      </w:r>
      <w:r>
        <w:t>yani only bade baba can count the stars</w:t>
      </w:r>
    </w:p>
    <w:p>
      <w:pPr>
        <w:jc w:val="right"/>
      </w:pPr>
      <w:r>
        <w:t>یعنی اونلی بڑی بابا کین کاؤنٹ دی سٹارز</w:t>
      </w:r>
    </w:p>
    <w:p>
      <w:r>
        <w:rPr>
          <w:b/>
        </w:rPr>
        <w:t xml:space="preserve">[49:34] </w:t>
      </w:r>
      <w:r>
        <w:t>wo wo bechara jahal tha dehati</w:t>
      </w:r>
    </w:p>
    <w:p>
      <w:pPr>
        <w:jc w:val="right"/>
      </w:pPr>
      <w:r>
        <w:t>وہ وہ بیچارہ جاہل تھا دیہاتی</w:t>
      </w:r>
    </w:p>
    <w:p>
      <w:r>
        <w:rPr>
          <w:b/>
        </w:rPr>
        <w:t xml:space="preserve">[49:37] </w:t>
      </w:r>
      <w:r>
        <w:t>yeh sacha waqia bata raha hoon aap ko ke tari ko to bade baba hi gin sakte hain</w:t>
      </w:r>
    </w:p>
    <w:p>
      <w:pPr>
        <w:jc w:val="right"/>
      </w:pPr>
      <w:r>
        <w:t>یہ سچا واقعہ بتا رہا ہوں آپ کو کہ ترئی کو تو بڑے بابا ہی گن سکتے ہیں</w:t>
      </w:r>
    </w:p>
    <w:p>
      <w:r>
        <w:rPr>
          <w:b/>
        </w:rPr>
        <w:t xml:space="preserve">[49:43] </w:t>
      </w:r>
      <w:r>
        <w:t>یعنی only بڑے بابا can count the stars. وہ بیچارہ جانتا نہیں تھا کہ stars کو تو telescope</w:t>
      </w:r>
    </w:p>
    <w:p>
      <w:pPr>
        <w:jc w:val="right"/>
      </w:pPr>
      <w:r>
        <w:t>یعنی اونلی بڑے بابا کین کاؤنٹ دا سٹارز وہ بیچارہ جانتا نہیں تھا کہ سٹارز کو تو ٹیلیسکوپ</w:t>
      </w:r>
    </w:p>
    <w:p>
      <w:r>
        <w:rPr>
          <w:b/>
        </w:rPr>
        <w:t xml:space="preserve">[49:50] </w:t>
      </w:r>
      <w:r>
        <w:t>bhi nahi kar sakta itna zyada stars hain</w:t>
      </w:r>
    </w:p>
    <w:p>
      <w:pPr>
        <w:jc w:val="right"/>
      </w:pPr>
      <w:r>
        <w:t>بھی نہیں کر سکتا اتنا زیادہ سٹارز ہیں</w:t>
      </w:r>
    </w:p>
    <w:p>
      <w:r>
        <w:rPr>
          <w:b/>
        </w:rPr>
        <w:t xml:space="preserve">[49:54] </w:t>
      </w:r>
      <w:r>
        <w:t>stars jo hain itne zyada hain itne zyada hain ke aaj bhi nihayat hi powerful telescope bhi</w:t>
      </w:r>
    </w:p>
    <w:p>
      <w:pPr>
        <w:jc w:val="right"/>
      </w:pPr>
      <w:r>
        <w:t>سٹارز جو ہیں اتنے زیادہ ہیں اتنے زیادہ ہیں کہ اج بھی نہایت ہی پاور فل ٹیلیسکوپ بھی</w:t>
      </w:r>
    </w:p>
    <w:p>
      <w:r>
        <w:rPr>
          <w:b/>
        </w:rPr>
        <w:t xml:space="preserve">[50:00] </w:t>
      </w:r>
      <w:r>
        <w:t>nahi jaan sakti hai kitne stars duniya mein hain aur space mein hain</w:t>
      </w:r>
    </w:p>
    <w:p>
      <w:pPr>
        <w:jc w:val="right"/>
      </w:pPr>
      <w:r>
        <w:t>نہیں جان سکتی ہے کتنے سٹارز دنیا میں ہیں اور اسپیس میں ہیں</w:t>
      </w:r>
    </w:p>
    <w:p>
      <w:r>
        <w:rPr>
          <w:b/>
        </w:rPr>
        <w:t xml:space="preserve">[50:05] </w:t>
      </w:r>
      <w:r>
        <w:t>wo samajhta tha ke jo main dekh raha hoon bas itne hi star hain bas bade baba apni</w:t>
      </w:r>
    </w:p>
    <w:p>
      <w:pPr>
        <w:jc w:val="right"/>
      </w:pPr>
      <w:r>
        <w:t>وہ سمجھتا تھا کہ جو میں دیکھ رہا ہوں بس اتنے ہی سٹار ہیں بس بڑے بابا اپنی</w:t>
      </w:r>
    </w:p>
    <w:p>
      <w:r>
        <w:rPr>
          <w:b/>
        </w:rPr>
        <w:t xml:space="preserve">[50:09] </w:t>
      </w:r>
      <w:r>
        <w:t>ankh se dekhenge to gin lenge wo usko yeh hai suppression</w:t>
      </w:r>
    </w:p>
    <w:p>
      <w:pPr>
        <w:jc w:val="right"/>
      </w:pPr>
      <w:r>
        <w:t>انکھ سے دیکھیں گے تو گن لیں گے وہ اس کو یہ ہے سپریسیشن</w:t>
      </w:r>
    </w:p>
    <w:p>
      <w:r>
        <w:rPr>
          <w:b/>
        </w:rPr>
        <w:t xml:space="preserve">[50:16] </w:t>
      </w:r>
      <w:r>
        <w:t>to sare suppression khatam ho yeh bhi khatam hona chahiye</w:t>
      </w:r>
    </w:p>
    <w:p>
      <w:pPr>
        <w:jc w:val="right"/>
      </w:pPr>
      <w:r>
        <w:t>تو سارے سپریسیشن ختم ہو یہ بھی ختم ہونا چاہیے</w:t>
      </w:r>
    </w:p>
    <w:p>
      <w:r>
        <w:rPr>
          <w:b/>
        </w:rPr>
        <w:t xml:space="preserve">[50:20] </w:t>
      </w:r>
      <w:r>
        <w:t>mein</w:t>
      </w:r>
    </w:p>
    <w:p>
      <w:pPr>
        <w:jc w:val="right"/>
      </w:pPr>
      <w:r>
        <w:t>میں</w:t>
      </w:r>
    </w:p>
    <w:p>
      <w:r>
        <w:rPr>
          <w:b/>
        </w:rPr>
        <w:t xml:space="preserve">[50:21] </w:t>
      </w:r>
      <w:r>
        <w:t>kehta hoon ke suppression ka jo zamana tha pre scientific age jo mein jo notions bane the woh sab khatam ho gaye us ko bhi khatam kijiye kyun ke is ki koi scientific base nahi hai</w:t>
      </w:r>
    </w:p>
    <w:p>
      <w:pPr>
        <w:jc w:val="right"/>
      </w:pPr>
      <w:r>
        <w:t>کہتا ہوں کہ سپریسیشن کا جو زمانہ تھا پری سائنٹیفک ایج جو میں جو نوشنز بنے تھے وہ سب ختم ہو گئے اس کو بھی ختم کیجئے کیونکہ اس کی کوئی سائنٹیفک بیس نہیں ہے</w:t>
      </w:r>
    </w:p>
    <w:p>
      <w:r>
        <w:rPr>
          <w:b/>
        </w:rPr>
        <w:t xml:space="preserve">[50:37] </w:t>
      </w:r>
      <w:r>
        <w:t>usko manne ke mani hain ke aap yeh aap aap yeh insan se kahein ke tum mar</w:t>
      </w:r>
    </w:p>
    <w:p>
      <w:pPr>
        <w:jc w:val="right"/>
      </w:pPr>
      <w:r>
        <w:t>اس کو ماننے کے معنی ہیں کہ اپ یہ اپ اپ یہ انسان سے کہیں کہ تم مر</w:t>
      </w:r>
    </w:p>
    <w:p>
      <w:r>
        <w:rPr>
          <w:b/>
        </w:rPr>
        <w:t xml:space="preserve">[50:43] </w:t>
      </w:r>
      <w:r>
        <w:t>jao khud sab suicide kar lo kyunke jaise hum ne arz kiya ke jo line hamare paas hai</w:t>
      </w:r>
    </w:p>
    <w:p>
      <w:pPr>
        <w:jc w:val="right"/>
      </w:pPr>
      <w:r>
        <w:t>جاؤ خود سب سوسائیڈ کر لو کیونکہ جیسے ہم نے عرض کیا کہ جو لائن ہمارے پاس ہے</w:t>
      </w:r>
    </w:p>
    <w:p>
      <w:r>
        <w:rPr>
          <w:b/>
        </w:rPr>
        <w:t xml:space="preserve">[50:50] </w:t>
      </w:r>
      <w:r>
        <w:t>wo line hamare ko hum ko pura food nahi de sakti agricultural food nahi de sakti wo</w:t>
      </w:r>
    </w:p>
    <w:p>
      <w:pPr>
        <w:jc w:val="right"/>
      </w:pPr>
      <w:r>
        <w:t>وہ لائن ہمارے کو ہم کو پورا فوڈ نہیں دے سکتی ایگریکلچرل فوڈ نہیں دے سکتی وہ</w:t>
      </w:r>
    </w:p>
    <w:p>
      <w:r>
        <w:rPr>
          <w:b/>
        </w:rPr>
        <w:t xml:space="preserve">[50:57] </w:t>
      </w:r>
      <w:r>
        <w:t>duniya mein seven billion zyada insan hain</w:t>
      </w:r>
    </w:p>
    <w:p>
      <w:pPr>
        <w:jc w:val="right"/>
      </w:pPr>
      <w:r>
        <w:t>دنیا میں سیون بلین زیادہ انسان ہیں</w:t>
      </w:r>
    </w:p>
    <w:p>
      <w:r>
        <w:rPr>
          <w:b/>
        </w:rPr>
        <w:t xml:space="preserve">[51:00] </w:t>
      </w:r>
      <w:r>
        <w:t>agricultural food par chip yeh nahi sakte hain sab log impossible hai agar wo machhli chhod dein agar</w:t>
      </w:r>
    </w:p>
    <w:p>
      <w:pPr>
        <w:jc w:val="right"/>
      </w:pPr>
      <w:r>
        <w:t>ایگریکلچرل فوڈ پر چپ یہ نہیں سکتے ہیں سب لوگ امپاسیبل ہے اگر وہ مچھلی چھوڑ دیں اگر</w:t>
      </w:r>
    </w:p>
    <w:p>
      <w:r>
        <w:rPr>
          <w:b/>
        </w:rPr>
        <w:t xml:space="preserve">[51:08] </w:t>
      </w:r>
      <w:r>
        <w:t>wo chidiya chhod dein agar wo animal chhod dein agar wo meat chhod dein to zinda nahi reh</w:t>
      </w:r>
    </w:p>
    <w:p>
      <w:pPr>
        <w:jc w:val="right"/>
      </w:pPr>
      <w:r>
        <w:t>وہ چڑیا چھوڑ دیں اگر وہ اینیمل چھوڑ دیں اگر وہ میٹ چھوڑ دیں تو زندہ نہیں رہ</w:t>
      </w:r>
    </w:p>
    <w:p>
      <w:r>
        <w:rPr>
          <w:b/>
        </w:rPr>
        <w:t xml:space="preserve">[51:12] </w:t>
      </w:r>
      <w:r>
        <w:t>sakte wo maine khud iska to iska ek experience ek roos mein kiya is zamane</w:t>
      </w:r>
    </w:p>
    <w:p>
      <w:pPr>
        <w:jc w:val="right"/>
      </w:pPr>
      <w:r>
        <w:t>سکتے وہ میں نے خود اس کا تو اس کا ایک ایکسپیرینس ایک روس میں کیا اس زمانے</w:t>
      </w:r>
    </w:p>
    <w:p>
      <w:r>
        <w:rPr>
          <w:b/>
        </w:rPr>
        <w:t xml:space="preserve">[51:21] </w:t>
      </w:r>
      <w:r>
        <w:t>mein gaya tha roos jab ke</w:t>
      </w:r>
    </w:p>
    <w:p>
      <w:pPr>
        <w:jc w:val="right"/>
      </w:pPr>
      <w:r>
        <w:t>میں گیا تھا روس جب کہ</w:t>
      </w:r>
    </w:p>
    <w:p>
      <w:r>
        <w:rPr>
          <w:b/>
        </w:rPr>
        <w:t xml:space="preserve">[51:22] </w:t>
      </w:r>
      <w:r>
        <w:t>wo super power tha roos</w:t>
      </w:r>
    </w:p>
    <w:p>
      <w:pPr>
        <w:jc w:val="right"/>
      </w:pPr>
      <w:r>
        <w:t>وہ سپر پاور تھا روس</w:t>
      </w:r>
    </w:p>
    <w:p>
      <w:r>
        <w:rPr>
          <w:b/>
        </w:rPr>
        <w:t xml:space="preserve">[51:25] </w:t>
      </w:r>
      <w:r>
        <w:t>yani roos ke tootne se russia jo hai toota nahi tha tab main gaya tha wahan pe</w:t>
      </w:r>
    </w:p>
    <w:p>
      <w:pPr>
        <w:jc w:val="right"/>
      </w:pPr>
      <w:r>
        <w:t>یعنی روس کے ٹوٹنے سے رشیا جو ہے ٹوٹا نہیں تھا تب میں گیا تھا وہاں پہ</w:t>
      </w:r>
    </w:p>
    <w:p>
      <w:r>
        <w:rPr>
          <w:b/>
        </w:rPr>
        <w:t xml:space="preserve">[51:30] </w:t>
      </w:r>
      <w:r>
        <w:t>abhi wo toota nahi tha wo soviet union tha wo</w:t>
      </w:r>
    </w:p>
    <w:p>
      <w:pPr>
        <w:jc w:val="right"/>
      </w:pPr>
      <w:r>
        <w:t>ابھی وہ ٹوٹا نہیں تھا وہ سوویت یونین تھا وہ</w:t>
      </w:r>
    </w:p>
    <w:p>
      <w:r>
        <w:rPr>
          <w:b/>
        </w:rPr>
        <w:t xml:space="preserve">[51:34] </w:t>
      </w:r>
      <w:r>
        <w:t>super power tha wo super power bhi iske paas bhi khilane ke liye qatiloon ke paas tab</w:t>
      </w:r>
    </w:p>
    <w:p>
      <w:pPr>
        <w:jc w:val="right"/>
      </w:pPr>
      <w:r>
        <w:t>سپر پاور تھا وہ سپر پاور بھی اس کے پاس بھی کھلانے کے لیے قاتلوں کے پاس تب</w:t>
      </w:r>
    </w:p>
    <w:p>
      <w:r>
        <w:rPr>
          <w:b/>
        </w:rPr>
        <w:t xml:space="preserve">[51:38] </w:t>
      </w:r>
      <w:r>
        <w:t>meat thi kyunke wahan par agriculture bahut kam hota hai bahut kam hota hai agar meat na khao</w:t>
      </w:r>
    </w:p>
    <w:p>
      <w:pPr>
        <w:jc w:val="right"/>
      </w:pPr>
      <w:r>
        <w:t>میٹ تھی کیونکہ وہاں پر ایگریکلچر بہت کم ہوتا ہے بہت کم ہوتا ہے اگر میٹ نہ کھاؤ</w:t>
      </w:r>
    </w:p>
    <w:p>
      <w:r>
        <w:rPr>
          <w:b/>
        </w:rPr>
        <w:t xml:space="preserve">[51:45] </w:t>
      </w:r>
      <w:r>
        <w:t>tu mar jao</w:t>
      </w:r>
    </w:p>
    <w:p>
      <w:pPr>
        <w:jc w:val="right"/>
      </w:pPr>
      <w:r>
        <w:t>تو مر جاؤ</w:t>
      </w:r>
    </w:p>
    <w:p>
      <w:r>
        <w:rPr>
          <w:b/>
        </w:rPr>
        <w:t xml:space="preserve">[51:46] </w:t>
      </w:r>
      <w:r>
        <w:t>tu mein chunke by birth vegetarian tha ab mujhe khane jata tha wahan gosht zabardasti khata tha ke</w:t>
      </w:r>
    </w:p>
    <w:p>
      <w:pPr>
        <w:jc w:val="right"/>
      </w:pPr>
      <w:r>
        <w:t>تو میں چونکہ بائی برتھ ویجیٹیرین تھا اب مجھے کھانے جاتا تھا وہاں گوشت زبردستی کھاتا تھا کہ</w:t>
      </w:r>
    </w:p>
    <w:p>
      <w:r>
        <w:rPr>
          <w:b/>
        </w:rPr>
        <w:t xml:space="preserve">[51:54] </w:t>
      </w:r>
      <w:r>
        <w:t>ab kya karta kuch</w:t>
      </w:r>
    </w:p>
    <w:p>
      <w:pPr>
        <w:jc w:val="right"/>
      </w:pPr>
      <w:r>
        <w:t>اب کیا کرتا کچھ</w:t>
      </w:r>
    </w:p>
    <w:p>
      <w:r>
        <w:rPr>
          <w:b/>
        </w:rPr>
        <w:t xml:space="preserve">[51:56] </w:t>
      </w:r>
      <w:r>
        <w:t>aakhir bhaga wahan se phir maine use kaha ke mujhe aap nimbu le aaiye is se kuch</w:t>
      </w:r>
    </w:p>
    <w:p>
      <w:pPr>
        <w:jc w:val="right"/>
      </w:pPr>
      <w:r>
        <w:t>اخر بھاگا وہاں سے پھر میں نے اسے کہا کہ مجھے اپ لیموں لے ائیے اس سے کچھ</w:t>
      </w:r>
    </w:p>
    <w:p>
      <w:r>
        <w:rPr>
          <w:b/>
        </w:rPr>
        <w:t xml:space="preserve">[52:02] </w:t>
      </w:r>
      <w:r>
        <w:t>is ko khaoon mein gosht mein nimbu daal kar ke kuch is ko shayad mein kha sakoon</w:t>
      </w:r>
    </w:p>
    <w:p>
      <w:pPr>
        <w:jc w:val="right"/>
      </w:pPr>
      <w:r>
        <w:t>اس کو کھاؤں میں گوشت میں لیموں ڈال کر کے کچھ اس کو شاید میں کھا سکوں</w:t>
      </w:r>
    </w:p>
    <w:p>
      <w:r>
        <w:rPr>
          <w:b/>
        </w:rPr>
        <w:t xml:space="preserve">[52:08] </w:t>
      </w:r>
      <w:r>
        <w:t>tu gaye woh bohat der ke baad dhoond kar ke woh le aaye santra sokha santra unhon ne</w:t>
      </w:r>
    </w:p>
    <w:p>
      <w:pPr>
        <w:jc w:val="right"/>
      </w:pPr>
      <w:r>
        <w:t>تو گئے وہ بہت دیر کے بعد ڈھونڈ کر کے وہ لے ائے سنترا سوکھا سنترا انہوں نے</w:t>
      </w:r>
    </w:p>
    <w:p>
      <w:r>
        <w:rPr>
          <w:b/>
        </w:rPr>
        <w:t xml:space="preserve">[52:14] </w:t>
      </w:r>
      <w:r>
        <w:t>kaha ke yeh cuba se aya hua hai yani woh wahan se aate aate yahan sokh chuka tha</w:t>
      </w:r>
    </w:p>
    <w:p>
      <w:pPr>
        <w:jc w:val="right"/>
      </w:pPr>
      <w:r>
        <w:t>کہا کہ یہ کیوبا سے ایا ہوا ہے یعنی وہ وہاں سے اتے اتے یہاں سوکھ چکا تھا</w:t>
      </w:r>
    </w:p>
    <w:p>
      <w:r>
        <w:rPr>
          <w:b/>
        </w:rPr>
        <w:t xml:space="preserve">[52:18] </w:t>
      </w:r>
      <w:r>
        <w:t>woh is mein koi ras nahi tha woh</w:t>
      </w:r>
    </w:p>
    <w:p>
      <w:pPr>
        <w:jc w:val="right"/>
      </w:pPr>
      <w:r>
        <w:t>وہ اس میں کوئی رس نہیں تھا وہ</w:t>
      </w:r>
    </w:p>
    <w:p>
      <w:r>
        <w:rPr>
          <w:b/>
        </w:rPr>
        <w:t xml:space="preserve">[52:22] </w:t>
      </w:r>
      <w:r>
        <w:t>yani is gosht ko</w:t>
      </w:r>
    </w:p>
    <w:p>
      <w:pPr>
        <w:jc w:val="right"/>
      </w:pPr>
      <w:r>
        <w:t>یعنی اس گوشت کو</w:t>
      </w:r>
    </w:p>
    <w:p>
      <w:r>
        <w:rPr>
          <w:b/>
        </w:rPr>
        <w:t xml:space="preserve">[52:24] </w:t>
      </w:r>
      <w:r>
        <w:t>isi tarah se alag se utarne ke liye maine chaha ke kuch ikatha karoon is ko nimbu</w:t>
      </w:r>
    </w:p>
    <w:p>
      <w:pPr>
        <w:jc w:val="right"/>
      </w:pPr>
      <w:r>
        <w:t>اسی طرح سے الگ سے اتارنے کے لیے میں نے چاہا کہ کچھ اکٹھا کروں اس کو لیموں</w:t>
      </w:r>
    </w:p>
    <w:p>
      <w:r>
        <w:rPr>
          <w:b/>
        </w:rPr>
        <w:t xml:space="preserve">[52:28] </w:t>
      </w:r>
      <w:r>
        <w:t>se tu is ke liye maine nimbu manga un se apne guide se bohat musibat se kahin</w:t>
      </w:r>
    </w:p>
    <w:p>
      <w:pPr>
        <w:jc w:val="right"/>
      </w:pPr>
      <w:r>
        <w:t>سے تو اس کے لیے میں نے لیموں مانگا ان سے اپنے گائیڈ سے بہت مصیبت سے کہیں</w:t>
      </w:r>
    </w:p>
    <w:p>
      <w:r>
        <w:rPr>
          <w:b/>
        </w:rPr>
        <w:t xml:space="preserve">[52:34] </w:t>
      </w:r>
      <w:r>
        <w:t>se santra le aaya woh ke cuba ka santra hai woh sokh chuka tha woh tu kya karein</w:t>
      </w:r>
    </w:p>
    <w:p>
      <w:pPr>
        <w:jc w:val="right"/>
      </w:pPr>
      <w:r>
        <w:t>سے سنترا لے ایا وہ کہ کیوبا کا سنترا ہے وہ سوکھ چکا تھا وہ تو کیا کریں</w:t>
      </w:r>
    </w:p>
    <w:p>
      <w:r>
        <w:rPr>
          <w:b/>
        </w:rPr>
        <w:t xml:space="preserve">[52:40] </w:t>
      </w:r>
      <w:r>
        <w:t>ge aap kahenge aap sare yeh sab log suicide kar lein woh</w:t>
      </w:r>
    </w:p>
    <w:p>
      <w:pPr>
        <w:jc w:val="right"/>
      </w:pPr>
      <w:r>
        <w:t>گے اپ کہیں گے اپ سارے یہ سب لوگ سوسائیڈ کر لیں وہ</w:t>
      </w:r>
    </w:p>
    <w:p>
      <w:r>
        <w:rPr>
          <w:b/>
        </w:rPr>
        <w:t xml:space="preserve">[52:45] </w:t>
      </w:r>
      <w:r>
        <w:t>yeh suicide kar lein yeh sab log</w:t>
      </w:r>
    </w:p>
    <w:p>
      <w:pPr>
        <w:jc w:val="right"/>
      </w:pPr>
      <w:r>
        <w:t>یہ سوسائیڈ کر لیں یہ سب لوگ</w:t>
      </w:r>
    </w:p>
    <w:p>
      <w:r>
        <w:rPr>
          <w:b/>
        </w:rPr>
        <w:t xml:space="preserve">[52:48] </w:t>
      </w:r>
      <w:r>
        <w:t>is ko achi tarah samajh lijiye ke khuda ne jo banaya hai</w:t>
      </w:r>
    </w:p>
    <w:p>
      <w:pPr>
        <w:jc w:val="right"/>
      </w:pPr>
      <w:r>
        <w:t>اس کو اچھی طرح سمجھ لیجئے کہ خدا نے جو بنایا ہے</w:t>
      </w:r>
    </w:p>
    <w:p>
      <w:r>
        <w:rPr>
          <w:b/>
        </w:rPr>
        <w:t xml:space="preserve">[52:52] </w:t>
      </w:r>
      <w:r>
        <w:t>is mein bara hissa</w:t>
      </w:r>
    </w:p>
    <w:p>
      <w:pPr>
        <w:jc w:val="right"/>
      </w:pPr>
      <w:r>
        <w:t>اس میں بڑا حصہ</w:t>
      </w:r>
    </w:p>
    <w:p>
      <w:r>
        <w:rPr>
          <w:b/>
        </w:rPr>
        <w:t xml:space="preserve">[52:54] </w:t>
      </w:r>
      <w:r>
        <w:t>samundaron ka hai chota hissa land ka hai is land mein sirf agriculture nahi hona rehna bhi hai</w:t>
      </w:r>
    </w:p>
    <w:p>
      <w:pPr>
        <w:jc w:val="right"/>
      </w:pPr>
      <w:r>
        <w:t>سمندروں کا ہے چھوٹا حصہ لینڈ کا ہے اس لینڈ میں صرف ایگریکلچر نہیں ہونا رہنا بھی ہے</w:t>
      </w:r>
    </w:p>
    <w:p>
      <w:r>
        <w:rPr>
          <w:b/>
        </w:rPr>
        <w:t xml:space="preserve">[52:59] </w:t>
      </w:r>
      <w:r>
        <w:t>hum ko isi land mein humein industry lagana hai city banana hai village banana hai kya kya kaam</w:t>
      </w:r>
    </w:p>
    <w:p>
      <w:pPr>
        <w:jc w:val="right"/>
      </w:pPr>
      <w:r>
        <w:t>ہم کو اسی لینڈ میں ہمیں انڈسٹری لگانا ہے سٹی بنانا ہے ولیج بنانا ہے کیا کیا کام</w:t>
      </w:r>
    </w:p>
    <w:p>
      <w:r>
        <w:rPr>
          <w:b/>
        </w:rPr>
        <w:t xml:space="preserve">[53:07] </w:t>
      </w:r>
      <w:r>
        <w:t>karne hain phir thora sa land bachta hai jis pe hum agriculture chala sakein apna us ko hum</w:t>
      </w:r>
    </w:p>
    <w:p>
      <w:pPr>
        <w:jc w:val="right"/>
      </w:pPr>
      <w:r>
        <w:t>کرنے ہیں پھر تھوڑا سا لینڈ بچتا ہے جس پہ ہم ایگریکلچر چلا سکیں اپنا اس کو ہم</w:t>
      </w:r>
    </w:p>
    <w:p>
      <w:r>
        <w:rPr>
          <w:b/>
        </w:rPr>
        <w:t xml:space="preserve">[53:12] </w:t>
      </w:r>
      <w:r>
        <w:t>ji nahi sakte is ke upar isi liye jo creation</w:t>
      </w:r>
    </w:p>
    <w:p>
      <w:pPr>
        <w:jc w:val="right"/>
      </w:pPr>
      <w:r>
        <w:t>جی نہیں سکتے اس کے اوپر اسی لیے جو کریشن</w:t>
      </w:r>
    </w:p>
    <w:p>
      <w:r>
        <w:rPr>
          <w:b/>
        </w:rPr>
        <w:t xml:space="preserve">[53:17] </w:t>
      </w:r>
      <w:r>
        <w:t>plan khuda ka hai is mein khuda ne aur khurak</w:t>
      </w:r>
    </w:p>
    <w:p>
      <w:pPr>
        <w:jc w:val="right"/>
      </w:pPr>
      <w:r>
        <w:t>پلان خدا کا ہے اس میں خدا نے اور خوراک</w:t>
      </w:r>
    </w:p>
    <w:p>
      <w:r>
        <w:rPr>
          <w:b/>
        </w:rPr>
        <w:t xml:space="preserve">[53:22] </w:t>
      </w:r>
      <w:r>
        <w:t>bhar di khurak se dosra dosre areas jo the yani samundaron mein khurak hawaon mein khurak jangalon mein</w:t>
      </w:r>
    </w:p>
    <w:p>
      <w:pPr>
        <w:jc w:val="right"/>
      </w:pPr>
      <w:r>
        <w:t>بھر دی خوراک سے دوسرا دوسرے ایریاز جو تھے یعنی سمندروں میں خوراک ہواؤں میں خوراک جنگلوں میں</w:t>
      </w:r>
    </w:p>
    <w:p>
      <w:r>
        <w:rPr>
          <w:b/>
        </w:rPr>
        <w:t xml:space="preserve">[53:28] </w:t>
      </w:r>
      <w:r>
        <w:t>khurak taake aadmi is ko compensate kar sake tu kya aap nature se larenge kaun nature se</w:t>
      </w:r>
    </w:p>
    <w:p>
      <w:pPr>
        <w:jc w:val="right"/>
      </w:pPr>
      <w:r>
        <w:t>خوراک تاکہ ادمی اس کو کمپنسیٹ کر سکے تو کیا اپ نیچر سے لڑیں گے کون نیچر سے</w:t>
      </w:r>
    </w:p>
    <w:p>
      <w:r>
        <w:rPr>
          <w:b/>
        </w:rPr>
        <w:t xml:space="preserve">[53:36] </w:t>
      </w:r>
      <w:r>
        <w:t>lad sakta hai</w:t>
      </w:r>
    </w:p>
    <w:p>
      <w:pPr>
        <w:jc w:val="right"/>
      </w:pPr>
      <w:r>
        <w:t>لڑ سکتا ہے</w:t>
      </w:r>
    </w:p>
    <w:p>
      <w:r>
        <w:rPr>
          <w:b/>
        </w:rPr>
        <w:t xml:space="preserve">[53:38] </w:t>
      </w:r>
      <w:r>
        <w:t>kaun lad sakta hai nature</w:t>
      </w:r>
    </w:p>
    <w:p>
      <w:pPr>
        <w:jc w:val="right"/>
      </w:pPr>
      <w:r>
        <w:t>کون لڑ سکتا ہے نیچر</w:t>
      </w:r>
    </w:p>
    <w:p>
      <w:r>
        <w:rPr>
          <w:b/>
        </w:rPr>
        <w:t xml:space="preserve">[53:39] </w:t>
      </w:r>
      <w:r>
        <w:t>se toh woh baat na kahiye jo science par base na karti ho jo reality par base na karti ho kyun ke phir aap ko double standard banna padega kahenge kuch karenge kuch</w:t>
      </w:r>
    </w:p>
    <w:p>
      <w:pPr>
        <w:jc w:val="right"/>
      </w:pPr>
      <w:r>
        <w:t>سے تو وہ بات نہ کہیے جو سائنس پر بیس نہ کرتی ہو جو ریلیٹی پر بیس نہ کرتی ہو کیونکہ پھر اپ کو ڈبل اسٹینڈرڈ بننا پڑے گا کہیں گے کچھ کریں گے کچھ</w:t>
      </w:r>
    </w:p>
    <w:p>
      <w:r>
        <w:rPr>
          <w:b/>
        </w:rPr>
        <w:t xml:space="preserve">[54:04] </w:t>
      </w:r>
      <w:r>
        <w:t>dekhein yeh jo speed of sacrifice jo hai yeh kisi bhi mission ke liye bohat hi important hai</w:t>
      </w:r>
    </w:p>
    <w:p>
      <w:pPr>
        <w:jc w:val="right"/>
      </w:pPr>
      <w:r>
        <w:t>دیکھیں یہ جو اسپیڈ اف سیکریفائس جو ہے یہ کسی بھی مشن کے لیے بہت ہی امپورٹنٹ ہے</w:t>
      </w:r>
    </w:p>
    <w:p>
      <w:r>
        <w:rPr>
          <w:b/>
        </w:rPr>
        <w:t xml:space="preserve">[54:16] </w:t>
      </w:r>
      <w:r>
        <w:t>kisi mission ke paas agar aisi team mil jaye us ko jo sacrifice ki had tak ja kar ke kaam karne ko tayyar ho tabhi woh mission aage badhta hai baghair sacrifice ke koi mission aage nahi badh sakta agar aap routine ka kaam karein toh kahin mission aage badhega</w:t>
      </w:r>
    </w:p>
    <w:p>
      <w:pPr>
        <w:jc w:val="right"/>
      </w:pPr>
      <w:r>
        <w:t>کسی مشن کے پاس اگر ایسی ٹیم مل جائے اس کو جو سیکریفائس کی حد تک جا کر کے کام کرنے کو تیار ہو تبھی وہ مشن اگے بڑھتا ہے بغیر سیکریفائس کے کوئی مشن اگے نہیں بڑھ سکتا اگر اپ روٹین کا کام کریں تو کہیں مشن اگے بڑھے گا</w:t>
      </w:r>
    </w:p>
    <w:p>
      <w:r>
        <w:rPr>
          <w:b/>
        </w:rPr>
        <w:t xml:space="preserve">[54:38] </w:t>
      </w:r>
      <w:r>
        <w:t>to haj jo hai wo hai wo haj jo hai hazrat hazrat ibrahim ke mission ka demonstration hai</w:t>
      </w:r>
    </w:p>
    <w:p>
      <w:pPr>
        <w:jc w:val="right"/>
      </w:pPr>
      <w:r>
        <w:t>تو حج جو ہے وہ ہے وہ حج جو ہے حضرت حضرت ابراہیم کے مشن کا ڈیمونسٹریشن ہے</w:t>
      </w:r>
    </w:p>
    <w:p>
      <w:r>
        <w:rPr>
          <w:b/>
        </w:rPr>
        <w:t xml:space="preserve">[54:48] </w:t>
      </w:r>
      <w:r>
        <w:t>hazrat ibrahim ka jo mission tha tauheed ka mission dawat ka mission is ka demonstration hai wo to</w:t>
      </w:r>
    </w:p>
    <w:p>
      <w:pPr>
        <w:jc w:val="right"/>
      </w:pPr>
      <w:r>
        <w:t>حضرت ابراہیم کا جو مشن تھا توحید کا مشن دعوت کا مشن اس کا ڈیمونسٹریشن ہے وہ تو</w:t>
      </w:r>
    </w:p>
    <w:p>
      <w:r>
        <w:rPr>
          <w:b/>
        </w:rPr>
        <w:t xml:space="preserve">[54:55] </w:t>
      </w:r>
      <w:r>
        <w:t>wahan ja kar ke jo qurbani ki jati hai wo is is is spirit ko le lete hain log</w:t>
      </w:r>
    </w:p>
    <w:p>
      <w:pPr>
        <w:jc w:val="right"/>
      </w:pPr>
      <w:r>
        <w:t>وہاں جا کر کے جو قربانی کی جاتی ہے وہ اس اس اسپرٹ کو لے لیتے ہیں لوگ</w:t>
      </w:r>
    </w:p>
    <w:p>
      <w:r>
        <w:rPr>
          <w:b/>
        </w:rPr>
        <w:t xml:space="preserve">[55:03] </w:t>
      </w:r>
      <w:r>
        <w:t>spirit of sacrifice</w:t>
      </w:r>
    </w:p>
    <w:p>
      <w:pPr>
        <w:jc w:val="right"/>
      </w:pPr>
      <w:r>
        <w:t>اسپرٹ اف سیکریفائس</w:t>
      </w:r>
    </w:p>
    <w:p>
      <w:r>
        <w:rPr>
          <w:b/>
        </w:rPr>
        <w:t xml:space="preserve">[55:06] </w:t>
      </w:r>
      <w:r>
        <w:t>hum apni team mein bhi wahi chahte hain spirit</w:t>
      </w:r>
    </w:p>
    <w:p>
      <w:pPr>
        <w:jc w:val="right"/>
      </w:pPr>
      <w:r>
        <w:t>ہم اپنی ٹیم میں بھی وہی چاہتے ہیں اسپرٹ</w:t>
      </w:r>
    </w:p>
    <w:p>
      <w:r>
        <w:rPr>
          <w:b/>
        </w:rPr>
        <w:t xml:space="preserve">[55:10] </w:t>
      </w:r>
      <w:r>
        <w:t>اسپرٹ آف سیکریفائس اگر ہمارے اندر نہیں ہوگی تو ہم دعا ورک نہیں کر سکتے</w:t>
      </w:r>
    </w:p>
    <w:p>
      <w:pPr>
        <w:jc w:val="right"/>
      </w:pPr>
      <w:r>
        <w:t>اسپرٹ اف سیکریفائس اگر ہمارے اندر نہیں ہوگی تو ہم دعا ورک نہیں کر سکتے</w:t>
      </w:r>
    </w:p>
    <w:p>
      <w:r>
        <w:rPr>
          <w:b/>
        </w:rPr>
        <w:t xml:space="preserve">[55:16] </w:t>
      </w:r>
      <w:r>
        <w:t>haj ka zamana</w:t>
      </w:r>
    </w:p>
    <w:p>
      <w:pPr>
        <w:jc w:val="right"/>
      </w:pPr>
      <w:r>
        <w:t>حج کا زمانہ</w:t>
      </w:r>
    </w:p>
    <w:p>
      <w:r>
        <w:rPr>
          <w:b/>
        </w:rPr>
        <w:t xml:space="preserve">[55:18] </w:t>
      </w:r>
      <w:r>
        <w:t>hazrat ibrahim ki zindagi ko yaad karne ka zamana hai</w:t>
      </w:r>
    </w:p>
    <w:p>
      <w:pPr>
        <w:jc w:val="right"/>
      </w:pPr>
      <w:r>
        <w:t>حضرت ابراہیم کی زندگی کو یاد کرنے کا زمانہ ہے</w:t>
      </w:r>
    </w:p>
    <w:p>
      <w:r>
        <w:rPr>
          <w:b/>
        </w:rPr>
        <w:t xml:space="preserve">[55:22] </w:t>
      </w:r>
      <w:r>
        <w:t>hazrat ibrahim jo hain sab se bare</w:t>
      </w:r>
    </w:p>
    <w:p>
      <w:pPr>
        <w:jc w:val="right"/>
      </w:pPr>
      <w:r>
        <w:t>حضرت ابراہیم جو ہیں سب سے بڑے</w:t>
      </w:r>
    </w:p>
    <w:p>
      <w:r>
        <w:rPr>
          <w:b/>
        </w:rPr>
        <w:t xml:space="preserve">[55:24] </w:t>
      </w:r>
      <w:r>
        <w:t>daee thay sab se bare daee thay apne zamane ka jo badshah tha nimrood us ke samne ja</w:t>
      </w:r>
    </w:p>
    <w:p>
      <w:pPr>
        <w:jc w:val="right"/>
      </w:pPr>
      <w:r>
        <w:t>داعی تھے سب سے بڑے داعی تھے اپنے زمانے کا جو بادشاہ تھا نمرود اس کے سامنے جا</w:t>
      </w:r>
    </w:p>
    <w:p>
      <w:r>
        <w:rPr>
          <w:b/>
        </w:rPr>
        <w:t xml:space="preserve">[55:31] </w:t>
      </w:r>
      <w:r>
        <w:t>kar dawat di unhon ne</w:t>
      </w:r>
    </w:p>
    <w:p>
      <w:pPr>
        <w:jc w:val="right"/>
      </w:pPr>
      <w:r>
        <w:t>کر دعوت دی انہوں نے</w:t>
      </w:r>
    </w:p>
    <w:p>
      <w:r>
        <w:rPr>
          <w:b/>
        </w:rPr>
        <w:t xml:space="preserve">[55:34] </w:t>
      </w:r>
      <w:r>
        <w:t>aur us waqt ke jo countries thay ap jante hain us waqt jo hai dunya itni phaili hui</w:t>
      </w:r>
    </w:p>
    <w:p>
      <w:pPr>
        <w:jc w:val="right"/>
      </w:pPr>
      <w:r>
        <w:t>اور اس وقت کے جو کنٹریز تھے اپ جانتے ہیں اس وقت جو ہے دنیا اتنی پھیلی ہوئی</w:t>
      </w:r>
    </w:p>
    <w:p>
      <w:r>
        <w:rPr>
          <w:b/>
        </w:rPr>
        <w:t xml:space="preserve">[55:39] </w:t>
      </w:r>
      <w:r>
        <w:t>nahi thi mislan australia mein koi abadi nahi thi america mein koi abadi nahi thi to populated area</w:t>
      </w:r>
    </w:p>
    <w:p>
      <w:pPr>
        <w:jc w:val="right"/>
      </w:pPr>
      <w:r>
        <w:t>نہیں تھی مثلا اسٹریلیا میں کوئی ابادی نہیں تھی امریکہ میں کوئی ابادی نہیں تھی تو پاپولیٹڈ ایریا</w:t>
      </w:r>
    </w:p>
    <w:p>
      <w:r>
        <w:rPr>
          <w:b/>
        </w:rPr>
        <w:t xml:space="preserve">[55:46] </w:t>
      </w:r>
      <w:r>
        <w:t>bohat thora tha is zamane mein</w:t>
      </w:r>
    </w:p>
    <w:p>
      <w:pPr>
        <w:jc w:val="right"/>
      </w:pPr>
      <w:r>
        <w:t>بہت تھوڑا تھا اس زمانے میں</w:t>
      </w:r>
    </w:p>
    <w:p>
      <w:r>
        <w:rPr>
          <w:b/>
        </w:rPr>
        <w:t xml:space="preserve">[55:48] </w:t>
      </w:r>
      <w:r>
        <w:t>to is zamane ka jo area tha is zamane mein unhon ne safar kiya kaise kaise gaye hon</w:t>
      </w:r>
    </w:p>
    <w:p>
      <w:pPr>
        <w:jc w:val="right"/>
      </w:pPr>
      <w:r>
        <w:t>تو اس زمانے کا جو ایریا تھا اس زمانے میں انہوں نے سفر کیا کیسے کیسے گئے ہوں</w:t>
      </w:r>
    </w:p>
    <w:p>
      <w:r>
        <w:rPr>
          <w:b/>
        </w:rPr>
        <w:t xml:space="preserve">[55:54] </w:t>
      </w:r>
      <w:r>
        <w:t>ge aur jagah jagah unhon ne apni baat pohanchai</w:t>
      </w:r>
    </w:p>
    <w:p>
      <w:pPr>
        <w:jc w:val="right"/>
      </w:pPr>
      <w:r>
        <w:t>گے اور جگہ جگہ انہوں نے اپنی بات پہنچائی</w:t>
      </w:r>
    </w:p>
    <w:p>
      <w:r>
        <w:rPr>
          <w:b/>
        </w:rPr>
        <w:t xml:space="preserve">[55:57] </w:t>
      </w:r>
      <w:r>
        <w:t>aakhir mein unhon ne allah taala ke hukum se</w:t>
      </w:r>
    </w:p>
    <w:p>
      <w:pPr>
        <w:jc w:val="right"/>
      </w:pPr>
      <w:r>
        <w:t>اخر میں انہوں نے اللہ تعالی کے حکم سے</w:t>
      </w:r>
    </w:p>
    <w:p>
      <w:r>
        <w:rPr>
          <w:b/>
        </w:rPr>
        <w:t xml:space="preserve">[56:01] </w:t>
      </w:r>
      <w:r>
        <w:t>makkah ke pas jazeera mein apne basaya apne us ko</w:t>
      </w:r>
    </w:p>
    <w:p>
      <w:pPr>
        <w:jc w:val="right"/>
      </w:pPr>
      <w:r>
        <w:t>مکے کے پاس جزیرہ میں اپنے بسایا اپنے اس کو</w:t>
      </w:r>
    </w:p>
    <w:p>
      <w:r>
        <w:rPr>
          <w:b/>
        </w:rPr>
        <w:t xml:space="preserve">[56:06] </w:t>
      </w:r>
      <w:r>
        <w:t>apni apni biwi ko aur apne bete ko ap</w:t>
      </w:r>
    </w:p>
    <w:p>
      <w:pPr>
        <w:jc w:val="right"/>
      </w:pPr>
      <w:r>
        <w:t>اپنی اپنی بیوی کو اور اپنے بیٹے کو اپ</w:t>
      </w:r>
    </w:p>
    <w:p>
      <w:r>
        <w:rPr>
          <w:b/>
        </w:rPr>
        <w:t xml:space="preserve">[56:09] </w:t>
      </w:r>
      <w:r>
        <w:t>ko maloom hai ke jab Iraq se nikle the woh un ke paas sirf do aadmi the biwi aur bhatija aur koi bhi nahi tha</w:t>
      </w:r>
    </w:p>
    <w:p>
      <w:pPr>
        <w:jc w:val="right"/>
      </w:pPr>
      <w:r>
        <w:t>کو معلوم ہے کہ جب عراق سے نکلے تھے وہ ان کے پاس صرف دو ادمی تھے بیوی اور بھتیجہ اور کوئی بھی نہیں تھا</w:t>
      </w:r>
    </w:p>
    <w:p>
      <w:r>
        <w:rPr>
          <w:b/>
        </w:rPr>
        <w:t xml:space="preserve">[56:19] </w:t>
      </w:r>
      <w:r>
        <w:t>iraq se jab nikle hazrat ibrahim to un ke sath sirf do admi thay un ki biwi aur</w:t>
      </w:r>
    </w:p>
    <w:p>
      <w:pPr>
        <w:jc w:val="right"/>
      </w:pPr>
      <w:r>
        <w:t>عراق سے جب نکلے حضرت ابراہیم تو ان کے ساتھ صرف دو ادمی تھے ان کی بیوی اور</w:t>
      </w:r>
    </w:p>
    <w:p>
      <w:r>
        <w:rPr>
          <w:b/>
        </w:rPr>
        <w:t xml:space="preserve">[56:24] </w:t>
      </w:r>
      <w:r>
        <w:t>bhatija is liye ye zaroorat unhon ne mehsoos ki ke ek ek team banana hai kyunke sab sab</w:t>
      </w:r>
    </w:p>
    <w:p>
      <w:pPr>
        <w:jc w:val="right"/>
      </w:pPr>
      <w:r>
        <w:t>بھتیجہ اس لیے یہ ضرورت انہوں نے محسوس کی کہ ایک ایک ٹیم بنانا ہے کیونکہ سب سب</w:t>
      </w:r>
    </w:p>
    <w:p>
      <w:r>
        <w:rPr>
          <w:b/>
        </w:rPr>
        <w:t xml:space="preserve">[56:33] </w:t>
      </w:r>
      <w:r>
        <w:t>log condition ho chuke thay shirk mein condition ho chuke thay un ki baat kisi ki samajh mein</w:t>
      </w:r>
    </w:p>
    <w:p>
      <w:pPr>
        <w:jc w:val="right"/>
      </w:pPr>
      <w:r>
        <w:t>لوگ کنڈیشن ہو چکے تھے شرک میں کنڈیشن ہو چکے تھے ان کی بات کسی کی سمجھ میں</w:t>
      </w:r>
    </w:p>
    <w:p>
      <w:r>
        <w:rPr>
          <w:b/>
        </w:rPr>
        <w:t xml:space="preserve">[56:37] </w:t>
      </w:r>
      <w:r>
        <w:t>nahi ati thi</w:t>
      </w:r>
    </w:p>
    <w:p>
      <w:pPr>
        <w:jc w:val="right"/>
      </w:pPr>
      <w:r>
        <w:t>نہیں اتی تھی</w:t>
      </w:r>
    </w:p>
    <w:p>
      <w:r>
        <w:rPr>
          <w:b/>
        </w:rPr>
        <w:t xml:space="preserve">[56:39] </w:t>
      </w:r>
      <w:r>
        <w:t>to aisi team banana jo conditioning se free ho us ke liye desert mein basaya gaya tha yani</w:t>
      </w:r>
    </w:p>
    <w:p>
      <w:pPr>
        <w:jc w:val="right"/>
      </w:pPr>
      <w:r>
        <w:t>تو ایسی ٹیم بنانا جو کنڈیشننگ سے فری ہو اس کے لیے ڈیزرٹ میں بسایا گیا تھا یعنی</w:t>
      </w:r>
    </w:p>
    <w:p>
      <w:r>
        <w:rPr>
          <w:b/>
        </w:rPr>
        <w:t xml:space="preserve">[56:46] </w:t>
      </w:r>
      <w:r>
        <w:t>iraq mein egypt mein har jagah log condition ho chuke thay shaharoon mein to</w:t>
      </w:r>
    </w:p>
    <w:p>
      <w:pPr>
        <w:jc w:val="right"/>
      </w:pPr>
      <w:r>
        <w:t>عراق میں ایجپٹ میں ہر جگہ لوگ کنڈیشن ہو چکے تھے شہروں میں تو</w:t>
      </w:r>
    </w:p>
    <w:p>
      <w:r>
        <w:rPr>
          <w:b/>
        </w:rPr>
        <w:t xml:space="preserve">[56:53] </w:t>
      </w:r>
      <w:r>
        <w:t>desert mein jo unhon ne basaya logon ko to is ka matlab yeh tha ke ek aisi nasal</w:t>
      </w:r>
    </w:p>
    <w:p>
      <w:pPr>
        <w:jc w:val="right"/>
      </w:pPr>
      <w:r>
        <w:t>ڈیزرٹ میں جو انہوں نے بسایا لوگوں کو تو اس کا مطلب یہ تھا کہ ایک ایسی نسل</w:t>
      </w:r>
    </w:p>
    <w:p>
      <w:r>
        <w:rPr>
          <w:b/>
        </w:rPr>
        <w:t xml:space="preserve">[56:58] </w:t>
      </w:r>
      <w:r>
        <w:t>banai jaye ek aisi generation jo conditioning se bachi hui ho conditioning</w:t>
      </w:r>
    </w:p>
    <w:p>
      <w:pPr>
        <w:jc w:val="right"/>
      </w:pPr>
      <w:r>
        <w:t>بنائی جائے ایک ایسی جنریشن جو کنڈیشننگ سے بچی ہوئی ہو کنڈیشننگ</w:t>
      </w:r>
    </w:p>
    <w:p>
      <w:r>
        <w:rPr>
          <w:b/>
        </w:rPr>
        <w:t xml:space="preserve">[57:04] </w:t>
      </w:r>
      <w:r>
        <w:t>ke sabab asbab nahi the wahan par wahan to desert tha pahad the asman tha zameen thi chand the sitare the suraj tha bas yani wahan par tamaddun nahi tha civilization nahi thi koi culture nahi tha isi mein to conditioning hoti hai</w:t>
      </w:r>
    </w:p>
    <w:p>
      <w:pPr>
        <w:jc w:val="right"/>
      </w:pPr>
      <w:r>
        <w:t>کے سبب اسباب نہیں تھے وہاں پر وہاں تو ڈیزرٹ تھا پہاڑ تھے اسمان تھا زمین تھی چاند تھے ستارے تھے سورج تھا بس یعنی وہاں پر تمدن نہیں تھا سولائزیشن نہیں تھی کوئی کلچر نہیں تھا اسی میں تو کنڈیشننگ ہوتی ہے</w:t>
      </w:r>
    </w:p>
    <w:p>
      <w:r>
        <w:rPr>
          <w:b/>
        </w:rPr>
        <w:t xml:space="preserve">[57:24] </w:t>
      </w:r>
      <w:r>
        <w:t>to conditioning se bacha kar ke ek nasal banai jaye is ke liye unhon ne basaya apne bete</w:t>
      </w:r>
    </w:p>
    <w:p>
      <w:pPr>
        <w:jc w:val="right"/>
      </w:pPr>
      <w:r>
        <w:t>تو کنڈیشننگ سے بچا کر کے ایک نسل بنائی جائے اس کے لیے انہوں نے بسایا اپنے بیٹے</w:t>
      </w:r>
    </w:p>
    <w:p>
      <w:r>
        <w:rPr>
          <w:b/>
        </w:rPr>
        <w:t xml:space="preserve">[57:31] </w:t>
      </w:r>
      <w:r>
        <w:t>ko apni biwi ko makkah ke desert mein</w:t>
      </w:r>
    </w:p>
    <w:p>
      <w:pPr>
        <w:jc w:val="right"/>
      </w:pPr>
      <w:r>
        <w:t>کو اپنی بیوی کو مکہ کے ڈیزرٹ میں</w:t>
      </w:r>
    </w:p>
    <w:p>
      <w:r>
        <w:rPr>
          <w:b/>
        </w:rPr>
        <w:t xml:space="preserve">[57:36] </w:t>
      </w:r>
      <w:r>
        <w:t>to ek bohat bari sacrifice unhon ne ki is sacrifice ko hum yaad karte hain is sacrifice ko</w:t>
      </w:r>
    </w:p>
    <w:p>
      <w:pPr>
        <w:jc w:val="right"/>
      </w:pPr>
      <w:r>
        <w:t>تو ایک بہت بڑی سیکریفائس انہوں نے کی اس سیکریفائس کو ہم یاد کرتے ہیں اس سیکریفائس کو</w:t>
      </w:r>
    </w:p>
    <w:p>
      <w:r>
        <w:rPr>
          <w:b/>
        </w:rPr>
        <w:t xml:space="preserve">[57:42] </w:t>
      </w:r>
      <w:r>
        <w:t>hum rewind karte hain</w:t>
      </w:r>
    </w:p>
    <w:p>
      <w:pPr>
        <w:jc w:val="right"/>
      </w:pPr>
      <w:r>
        <w:t>ہم ریوائنڈ کرتے ہیں</w:t>
      </w:r>
    </w:p>
    <w:p>
      <w:r>
        <w:rPr>
          <w:b/>
        </w:rPr>
        <w:t xml:space="preserve">[57:45] </w:t>
      </w:r>
      <w:r>
        <w:t>to yeh jo din hain hajj ke jis ka aj aj akhri din hai eid al-adha ka akhri</w:t>
      </w:r>
    </w:p>
    <w:p>
      <w:pPr>
        <w:jc w:val="right"/>
      </w:pPr>
      <w:r>
        <w:t>تو یہ جو دن ہیں حج کے جس کا اج اج اخری دن ہے عید الاضحی کا اخری</w:t>
      </w:r>
    </w:p>
    <w:p>
      <w:r>
        <w:rPr>
          <w:b/>
        </w:rPr>
        <w:t xml:space="preserve">[57:52] </w:t>
      </w:r>
      <w:r>
        <w:t>din hai to humein yeh pledge lena chahiye pledge ke hum hazrat ibrahim wali spirit of sacrifice ko</w:t>
      </w:r>
    </w:p>
    <w:p>
      <w:pPr>
        <w:jc w:val="right"/>
      </w:pPr>
      <w:r>
        <w:t>دن ہے تو ہمیں یہ پلیج لینا چاہیے پلیج کہ ہم حضرت ابراہیم والی اسپرٹ اف سیکریفائس کو</w:t>
      </w:r>
    </w:p>
    <w:p>
      <w:r>
        <w:rPr>
          <w:b/>
        </w:rPr>
        <w:t xml:space="preserve">[57:59] </w:t>
      </w:r>
      <w:r>
        <w:t>apne andar zinda karein ge is spirit of sacrifice ko le kar ke hum dua work karein ge</w:t>
      </w:r>
    </w:p>
    <w:p>
      <w:pPr>
        <w:jc w:val="right"/>
      </w:pPr>
      <w:r>
        <w:t>اپنے اندر زندہ کریں گے اس اسپرٹ اف سیکریفائس کو لے کر کے ہم دعا ورک کریں گے</w:t>
      </w:r>
    </w:p>
    <w:p>
      <w:r>
        <w:rPr>
          <w:b/>
        </w:rPr>
        <w:t xml:space="preserve">[58:05] </w:t>
      </w:r>
      <w:r>
        <w:t>is spirit of sacrifice ko le kar ke hum dunya ke samne sachai</w:t>
      </w:r>
    </w:p>
    <w:p>
      <w:pPr>
        <w:jc w:val="right"/>
      </w:pPr>
      <w:r>
        <w:t>اس اسپرٹ اف سیکریفائس کو لے کر کے ہم دنیا کے سامنے سچائی</w:t>
      </w:r>
    </w:p>
    <w:p>
      <w:r>
        <w:rPr>
          <w:b/>
        </w:rPr>
        <w:t xml:space="preserve">[58:09] </w:t>
      </w:r>
      <w:r>
        <w:t>ka paigham pohanchayein ge</w:t>
      </w:r>
    </w:p>
    <w:p>
      <w:pPr>
        <w:jc w:val="right"/>
      </w:pPr>
      <w:r>
        <w:t>کا پیغام پہنچائیں گے</w:t>
      </w:r>
    </w:p>
    <w:p>
      <w:r>
        <w:rPr>
          <w:b/>
        </w:rPr>
        <w:t xml:space="preserve">[58:12] </w:t>
      </w:r>
      <w:r>
        <w:t>yeh hai pledge jo is waqt humein lena chahiye</w:t>
      </w:r>
    </w:p>
    <w:p>
      <w:pPr>
        <w:jc w:val="right"/>
      </w:pPr>
      <w:r>
        <w:t>یہ ہے پلیج جو اس وقت ہمیں لینا چاہیے</w:t>
      </w:r>
    </w:p>
    <w:p>
      <w:r>
        <w:rPr>
          <w:b/>
        </w:rPr>
        <w:t xml:space="preserve">[58:17] </w:t>
      </w:r>
      <w:r>
        <w:t>aur baghair sacrifice ke baghair qurbani ke apne aap ko poori tarah dedicate kiye baghair koi kaam dunya</w:t>
      </w:r>
    </w:p>
    <w:p>
      <w:pPr>
        <w:jc w:val="right"/>
      </w:pPr>
      <w:r>
        <w:t>اور بغیر سیکریفائس کے بغیر قربانی کے اپنے اپ کو پوری طرح ڈیڈیکیٹ کیے بغیر کوئی کام دنیا</w:t>
      </w:r>
    </w:p>
    <w:p>
      <w:r>
        <w:rPr>
          <w:b/>
        </w:rPr>
        <w:t xml:space="preserve">[58:24] </w:t>
      </w:r>
      <w:r>
        <w:t>mein nahi hota</w:t>
      </w:r>
    </w:p>
    <w:p>
      <w:pPr>
        <w:jc w:val="right"/>
      </w:pPr>
      <w:r>
        <w:t>میں نہیں ہوتا</w:t>
      </w:r>
    </w:p>
    <w:p>
      <w:r>
        <w:rPr>
          <w:b/>
        </w:rPr>
        <w:t xml:space="preserve">[58:26] </w:t>
      </w:r>
      <w:r>
        <w:t>to hajj ka zamana ya eid al-adha ka zamana humein yahi rewind karta hai ke sacrifice ki had</w:t>
      </w:r>
    </w:p>
    <w:p>
      <w:pPr>
        <w:jc w:val="right"/>
      </w:pPr>
      <w:r>
        <w:t>تو حج کا زمانہ یا عید الاضحی کا زمانہ ہمیں یہی ریوائنڈ کرتا ہے کہ سیکریفائس کی حد</w:t>
      </w:r>
    </w:p>
    <w:p>
      <w:r>
        <w:rPr>
          <w:b/>
        </w:rPr>
        <w:t xml:space="preserve">[58:33] </w:t>
      </w:r>
      <w:r>
        <w:t>tak ja kar ke humein dua work karna hai isi mein jeena hai isi mein mar jana hai</w:t>
      </w:r>
    </w:p>
    <w:p>
      <w:pPr>
        <w:jc w:val="right"/>
      </w:pPr>
      <w:r>
        <w:t>تک جا کر کے ہمیں دعا ورک کرنا ہے اسی میں جینا ہے اسی میں مر جانا ہے</w:t>
      </w:r>
    </w:p>
    <w:p>
      <w:r>
        <w:rPr>
          <w:b/>
        </w:rPr>
        <w:t xml:space="preserve">[58:39] </w:t>
      </w:r>
      <w:r>
        <w:t>aqool qawli haza wastaghfirullaha li walakum ajmaeen</w:t>
      </w:r>
    </w:p>
    <w:p>
      <w:pPr>
        <w:jc w:val="right"/>
      </w:pPr>
      <w:r>
        <w:t>اقول قولیھذا واستغفراللہ لی ولکم اجمعین</w:t>
      </w:r>
    </w:p>
    <w:p>
      <w:r>
        <w:rPr>
          <w:b/>
        </w:rPr>
        <w:t xml:space="preserve">[58:55] </w:t>
      </w:r>
      <w:r>
        <w:t>مولانا this question is from Irfan Amin Haq. While in a journey to a non-Muslim place, should</w:t>
      </w:r>
    </w:p>
    <w:p>
      <w:pPr>
        <w:jc w:val="right"/>
      </w:pPr>
      <w:r>
        <w:t>مولانا دس کوئسچن از فرام عرفان امین حقک وائل ان ا جرنی ٹو ا نان مسلم پلیس شوڈ</w:t>
      </w:r>
    </w:p>
    <w:p>
      <w:r>
        <w:rPr>
          <w:b/>
        </w:rPr>
        <w:t xml:space="preserve">[59:03] </w:t>
      </w:r>
      <w:r>
        <w:t>We take meat or is it better to avoid? Many people suggest that we can have meat because</w:t>
      </w:r>
    </w:p>
    <w:p>
      <w:pPr>
        <w:jc w:val="right"/>
      </w:pPr>
      <w:r>
        <w:t>وی ٹیک میٹ اور از اٹ بیٹر ٹو اوائڈ مینی پیپل سجیسٹ دیٹ وی کین ہیو میٹ بیکاز</w:t>
      </w:r>
    </w:p>
    <w:p>
      <w:r>
        <w:rPr>
          <w:b/>
        </w:rPr>
        <w:t xml:space="preserve">[59:10] </w:t>
      </w:r>
      <w:r>
        <w:t>Even in non-Muslim majority, the meat is supplied by Muslim brothers and hence is halal. Kindly explain.</w:t>
      </w:r>
    </w:p>
    <w:p>
      <w:pPr>
        <w:jc w:val="right"/>
      </w:pPr>
      <w:r>
        <w:t>ایون ان نان مسلم میجورٹی دا میٹ از سپلائیڈ بائے مسلم برادرز اینڈ ہینس از حلال کائنڈلی ایکسپلین</w:t>
      </w:r>
    </w:p>
    <w:p>
      <w:r>
        <w:rPr>
          <w:b/>
        </w:rPr>
        <w:t xml:space="preserve">[59:19] </w:t>
      </w:r>
      <w:r>
        <w:t>dekhein is muamle mein ulma ke</w:t>
      </w:r>
    </w:p>
    <w:p>
      <w:pPr>
        <w:jc w:val="right"/>
      </w:pPr>
      <w:r>
        <w:t>دیکھیں اس معاملے میں علماء کے</w:t>
      </w:r>
    </w:p>
    <w:p>
      <w:r>
        <w:rPr>
          <w:b/>
        </w:rPr>
        <w:t xml:space="preserve">[59:24] </w:t>
      </w:r>
      <w:r>
        <w:t>kai raaye hain mein to khate hi nahi yeh mera koi problem nahi hai</w:t>
      </w:r>
    </w:p>
    <w:p>
      <w:pPr>
        <w:jc w:val="right"/>
      </w:pPr>
      <w:r>
        <w:t>کئی رائے ہیں میں تو کھاتے ہی نہیں یہ میرا کوئی پرابلم نہیں ہے</w:t>
      </w:r>
    </w:p>
    <w:p>
      <w:r>
        <w:rPr>
          <w:b/>
        </w:rPr>
        <w:t xml:space="preserve">[59:31] </w:t>
      </w:r>
      <w:r>
        <w:t>lekin jo jo log khate hain un ke liye ulma ne yeh kaha hai</w:t>
      </w:r>
    </w:p>
    <w:p>
      <w:pPr>
        <w:jc w:val="right"/>
      </w:pPr>
      <w:r>
        <w:t>لیکن جو جو لوگ کھاتے ہیں ان کے لیے علماء نے یہ کہا ہے</w:t>
      </w:r>
    </w:p>
    <w:p>
      <w:r>
        <w:rPr>
          <w:b/>
        </w:rPr>
        <w:t xml:space="preserve">[59:36] </w:t>
      </w:r>
      <w:r>
        <w:t>ke ek shakal yeh hai ke woh avoid karein</w:t>
      </w:r>
    </w:p>
    <w:p>
      <w:pPr>
        <w:jc w:val="right"/>
      </w:pPr>
      <w:r>
        <w:t>کہ ایک شکل یہ ہے کہ وہ اوائڈ کریں</w:t>
      </w:r>
    </w:p>
    <w:p>
      <w:r>
        <w:rPr>
          <w:b/>
        </w:rPr>
        <w:t xml:space="preserve">[59:42] </w:t>
      </w:r>
      <w:r>
        <w:t>yeh ulma ki raaye bata raha hoon mein kyunke mera yeh problem nahi hai</w:t>
      </w:r>
    </w:p>
    <w:p>
      <w:pPr>
        <w:jc w:val="right"/>
      </w:pPr>
      <w:r>
        <w:t>یہ علماء کی رائے بتا رہا ہوں میں کیونکہ میرا یہ پرابلم نہیں ہے</w:t>
      </w:r>
    </w:p>
    <w:p>
      <w:r>
        <w:rPr>
          <w:b/>
        </w:rPr>
        <w:t xml:space="preserve">[59:48] </w:t>
      </w:r>
      <w:r>
        <w:t>to ulma ki raaye yeh hai ke ek shakal yeh hai ke woh avoid karein</w:t>
      </w:r>
    </w:p>
    <w:p>
      <w:pPr>
        <w:jc w:val="right"/>
      </w:pPr>
      <w:r>
        <w:t>تو علماء کی رائے یہ ہے کہ ایک شکل یہ ہے کہ وہ اوائڈ کریں</w:t>
      </w:r>
    </w:p>
    <w:p>
      <w:r>
        <w:rPr>
          <w:b/>
        </w:rPr>
        <w:t xml:space="preserve">[59:54] </w:t>
      </w:r>
      <w:r>
        <w:t>safar mein doosra yeh hai ke woh kosher ka aap jante hain ke hawai jahazon mein agar aap</w:t>
      </w:r>
    </w:p>
    <w:p>
      <w:pPr>
        <w:jc w:val="right"/>
      </w:pPr>
      <w:r>
        <w:t>سفر میں دوسرا یہ ہے کہ وہ کوشر کا اپ جانتے ہیں کہ ہوائی جہازوں میں اگر اپ</w:t>
      </w:r>
    </w:p>
    <w:p>
      <w:r>
        <w:rPr>
          <w:b/>
        </w:rPr>
        <w:t xml:space="preserve">[1:00:00] </w:t>
      </w:r>
      <w:r>
        <w:t>pehlay se keh dein to woh kosher aap ko provide karte hain kosher jo hai</w:t>
      </w:r>
    </w:p>
    <w:p>
      <w:pPr>
        <w:jc w:val="right"/>
      </w:pPr>
      <w:r>
        <w:t>پہلے سے کہہ دیں تو وہ کوشر اپ کو پرووائیڈ کرتے ہیں کوشر جو ہے</w:t>
      </w:r>
    </w:p>
    <w:p>
      <w:r>
        <w:rPr>
          <w:b/>
        </w:rPr>
        <w:t xml:space="preserve">[1:00:08] </w:t>
      </w:r>
      <w:r>
        <w:t>jo logon ka food hota hai ab un ke haan wahi tareeqa hai halal ka tareeqa hai jis</w:t>
      </w:r>
    </w:p>
    <w:p>
      <w:pPr>
        <w:jc w:val="right"/>
      </w:pPr>
      <w:r>
        <w:t>جو لوگوں کا فوڈ ہوتا ہے اب ان کے ہاں وہی طریقہ ہے حلال کا طریقہ ہے جس</w:t>
      </w:r>
    </w:p>
    <w:p>
      <w:r>
        <w:rPr>
          <w:b/>
        </w:rPr>
        <w:t xml:space="preserve">[1:00:13] </w:t>
      </w:r>
      <w:r>
        <w:t>tarah se musalmanon mein halaal kiya jata hai waise hi jo logon mein bhi halaal kiya jata hai</w:t>
      </w:r>
    </w:p>
    <w:p>
      <w:pPr>
        <w:jc w:val="right"/>
      </w:pPr>
      <w:r>
        <w:t>طرح سے مسلمانوں میں حلال کیا جاتا ہے ویسے ہی جو لوگوں میں بھی حلال کیا جاتا ہے</w:t>
      </w:r>
    </w:p>
    <w:p>
      <w:r>
        <w:rPr>
          <w:b/>
        </w:rPr>
        <w:t xml:space="preserve">[1:00:19] </w:t>
      </w:r>
      <w:r>
        <w:t>to ek hai avoid karna ek hai kosher</w:t>
      </w:r>
    </w:p>
    <w:p>
      <w:pPr>
        <w:jc w:val="right"/>
      </w:pPr>
      <w:r>
        <w:t>تو ایک ہے اوائڈ کرنا ایک ہے کوشر</w:t>
      </w:r>
    </w:p>
    <w:p>
      <w:r>
        <w:rPr>
          <w:b/>
        </w:rPr>
        <w:t xml:space="preserve">[1:00:25] </w:t>
      </w:r>
      <w:r>
        <w:t>pehlay se keh dein to woh aap ko de dein ge</w:t>
      </w:r>
    </w:p>
    <w:p>
      <w:pPr>
        <w:jc w:val="right"/>
      </w:pPr>
      <w:r>
        <w:t>پہلے سے کہہ دیں تو وہ اپ کو دے دیں گے</w:t>
      </w:r>
    </w:p>
    <w:p>
      <w:r>
        <w:rPr>
          <w:b/>
        </w:rPr>
        <w:t xml:space="preserve">[1:00:28] </w:t>
      </w:r>
      <w:r>
        <w:t>teesri rai ek yeh bhi hai ke bismillah rehman rehim parhe kha lo</w:t>
      </w:r>
    </w:p>
    <w:p>
      <w:pPr>
        <w:jc w:val="right"/>
      </w:pPr>
      <w:r>
        <w:t>تیسری رائے ایک یہ بھی ہے کہ بسم اللہ الرحمن الرحیم پڑھے کھا لو</w:t>
      </w:r>
    </w:p>
    <w:p>
      <w:r>
        <w:rPr>
          <w:b/>
        </w:rPr>
        <w:t xml:space="preserve">[1:00:34] </w:t>
      </w:r>
      <w:r>
        <w:t>mein ek martaba ek airport par tha to wahan do aalim thay dono hi aalim thay</w:t>
      </w:r>
    </w:p>
    <w:p>
      <w:pPr>
        <w:jc w:val="right"/>
      </w:pPr>
      <w:r>
        <w:t>میں ایک مرتبہ ایک ایئرپورٹ پر تھا تو وہاں دو عالم تھے دونوں ہی عالم تھے</w:t>
      </w:r>
    </w:p>
    <w:p>
      <w:r>
        <w:rPr>
          <w:b/>
        </w:rPr>
        <w:t xml:space="preserve">[1:00:40] </w:t>
      </w:r>
      <w:r>
        <w:t>to ek aalim ne kaha ke sahib yeh hum nahi khayen ge yeh to jo mez par jo</w:t>
      </w:r>
    </w:p>
    <w:p>
      <w:pPr>
        <w:jc w:val="right"/>
      </w:pPr>
      <w:r>
        <w:t>تو ایک عالم نے کہا کہ صاحب یہ ہم نہیں کھائیں گے یہ تو جو میز پر جو</w:t>
      </w:r>
    </w:p>
    <w:p>
      <w:r>
        <w:rPr>
          <w:b/>
        </w:rPr>
        <w:t xml:space="preserve">[1:00:46] </w:t>
      </w:r>
      <w:r>
        <w:t>aaya to unhon ne kaha ke to gosht hai yeh non muslim country hai hum nahi khayen ge</w:t>
      </w:r>
    </w:p>
    <w:p>
      <w:pPr>
        <w:jc w:val="right"/>
      </w:pPr>
      <w:r>
        <w:t>ایا تو انہوں نے کہا کہ تو گوشت ہے یہ نان مسلم کنٹری ہے ہم نہیں کھائیں گے</w:t>
      </w:r>
    </w:p>
    <w:p>
      <w:r>
        <w:rPr>
          <w:b/>
        </w:rPr>
        <w:t xml:space="preserve">[1:00:53] </w:t>
      </w:r>
      <w:r>
        <w:t>europe ke ek mulk ki baat thi yeh to doosre aalim jo thay yeh behs karte karte jab</w:t>
      </w:r>
    </w:p>
    <w:p>
      <w:pPr>
        <w:jc w:val="right"/>
      </w:pPr>
      <w:r>
        <w:t>یورپ کے ایک ملک کی بات تھی یہ تو دوسرے عالم جو تھے یہ بحث کرتے کرتے جب</w:t>
      </w:r>
    </w:p>
    <w:p>
      <w:r>
        <w:rPr>
          <w:b/>
        </w:rPr>
        <w:t xml:space="preserve">[1:00:59] </w:t>
      </w:r>
      <w:r>
        <w:t>baat khatam nahi hui to unhon ne kaha ke chaliye aap jo jaye ga hum to bismillah</w:t>
      </w:r>
    </w:p>
    <w:p>
      <w:pPr>
        <w:jc w:val="right"/>
      </w:pPr>
      <w:r>
        <w:t>بات ختم نہیں ہوئی تو انہوں نے کہا کہ چلیے اپ جو جائے گا ہم تو بسم اللہ</w:t>
      </w:r>
    </w:p>
    <w:p>
      <w:r>
        <w:rPr>
          <w:b/>
        </w:rPr>
        <w:t xml:space="preserve">[1:01:02] </w:t>
      </w:r>
      <w:r>
        <w:t>bismillah bismillah rehman rehim kar ke khate khate hain to teen hai agar koi yeh kar</w:t>
      </w:r>
    </w:p>
    <w:p>
      <w:pPr>
        <w:jc w:val="right"/>
      </w:pPr>
      <w:r>
        <w:t>بسم اللہ بسم اللہ الرحمن الرحیم کر کے کھاتے کھاتے ہیں تو تین ہے اگر کوئی یہ کر</w:t>
      </w:r>
    </w:p>
    <w:p>
      <w:r>
        <w:rPr>
          <w:b/>
        </w:rPr>
        <w:t xml:space="preserve">[1:01:09] </w:t>
      </w:r>
      <w:r>
        <w:t>sake ke bismillah rehman rehim parh kar kha le woh to</w:t>
      </w:r>
    </w:p>
    <w:p>
      <w:pPr>
        <w:jc w:val="right"/>
      </w:pPr>
      <w:r>
        <w:t>سکے کہ بسم اللہ الرحمن الرحیم پڑھ کر کھا لے وہ تو</w:t>
      </w:r>
    </w:p>
    <w:p>
      <w:r>
        <w:rPr>
          <w:b/>
        </w:rPr>
        <w:t xml:space="preserve">[1:01:14] </w:t>
      </w:r>
      <w:r>
        <w:t>ek maslay ki yeh bhi hai doosra yeh hai ke avoid karna teesra yeh hai ke aap kosher</w:t>
      </w:r>
    </w:p>
    <w:p>
      <w:pPr>
        <w:jc w:val="right"/>
      </w:pPr>
      <w:r>
        <w:t>ایک مسئلے کی یہ بھی ہے دوسرا یہ ہے کہ اوائڈ کرنا تیسرا یہ ہے کہ اپ کوشر</w:t>
      </w:r>
    </w:p>
    <w:p>
      <w:r>
        <w:rPr>
          <w:b/>
        </w:rPr>
        <w:t xml:space="preserve">[1:01:18] </w:t>
      </w:r>
      <w:r>
        <w:t>kahein un ko to yeh hai teen maslay baqi mera to koi problem nahi hai yeh</w:t>
      </w:r>
    </w:p>
    <w:p>
      <w:pPr>
        <w:jc w:val="right"/>
      </w:pPr>
      <w:r>
        <w:t>کہیں ان کو تو یہ ہے تین مسئلے باقی میرا تو کوئی پرابلم نہیں ہے یہ</w:t>
      </w:r>
    </w:p>
    <w:p>
      <w:r>
        <w:rPr>
          <w:b/>
        </w:rPr>
        <w:t xml:space="preserve">[1:01:27] </w:t>
      </w:r>
      <w:r>
        <w:t>This question is from Javed Iqbal. Are the horses meat halal or haram? Kindly clarify.</w:t>
      </w:r>
    </w:p>
    <w:p>
      <w:pPr>
        <w:jc w:val="right"/>
      </w:pPr>
      <w:r>
        <w:t>دس کوئسچن از فرام جاوید اقبال از دی ہارسز میٹ حلال اور حرام کائنڈلی کلیریفائی</w:t>
      </w:r>
    </w:p>
    <w:p>
      <w:r>
        <w:rPr>
          <w:b/>
        </w:rPr>
        <w:t xml:space="preserve">[1:01:36] </w:t>
      </w:r>
      <w:r>
        <w:t>haan ghoore ke mamle mein fuqaha ki do rai hain ek ek rai yeh hai ke halaal nahi</w:t>
      </w:r>
    </w:p>
    <w:p>
      <w:pPr>
        <w:jc w:val="right"/>
      </w:pPr>
      <w:r>
        <w:t>ہاں گھوڑے کے معاملے میں فقہاء کی دو رائے ہیں ایک ایک رائے یہ ہے کہ حلال نہیں</w:t>
      </w:r>
    </w:p>
    <w:p>
      <w:r>
        <w:rPr>
          <w:b/>
        </w:rPr>
        <w:t xml:space="preserve">[1:01:41] </w:t>
      </w:r>
      <w:r>
        <w:t>hai haram hai doosra yeh hai ke woh halaal hai</w:t>
      </w:r>
    </w:p>
    <w:p>
      <w:pPr>
        <w:jc w:val="right"/>
      </w:pPr>
      <w:r>
        <w:t>ہے حرام ہے دوسرا یہ ہے کہ وہ حلال ہے</w:t>
      </w:r>
    </w:p>
    <w:p>
      <w:r>
        <w:rPr>
          <w:b/>
        </w:rPr>
        <w:t xml:space="preserve">[1:01:46] </w:t>
      </w:r>
      <w:r>
        <w:t>yaad rakhein meri rai yeh hai ke yeh</w:t>
      </w:r>
    </w:p>
    <w:p>
      <w:pPr>
        <w:jc w:val="right"/>
      </w:pPr>
      <w:r>
        <w:t>یاد رکھیں میری رائے یہ ہے کہ یہ</w:t>
      </w:r>
    </w:p>
    <w:p>
      <w:r>
        <w:rPr>
          <w:b/>
        </w:rPr>
        <w:t xml:space="preserve">[1:01:49] </w:t>
      </w:r>
      <w:r>
        <w:t>aslan ghoore ka gosht khana jaiz nahi hai lekin agar kisi jagah aisa ho ke koi aur cheez</w:t>
      </w:r>
    </w:p>
    <w:p>
      <w:pPr>
        <w:jc w:val="right"/>
      </w:pPr>
      <w:r>
        <w:t>اصلا گھوڑے کا گوشت کھانا جائز نہیں ہے لیکن اگر کسی جگہ ایسا ہو کہ کوئی اور چیز</w:t>
      </w:r>
    </w:p>
    <w:p>
      <w:r>
        <w:rPr>
          <w:b/>
        </w:rPr>
        <w:t xml:space="preserve">[1:01:54] </w:t>
      </w:r>
      <w:r>
        <w:t>available na ho to wahan aap ghoore ka gosht kha sakte hain warna</w:t>
      </w:r>
    </w:p>
    <w:p>
      <w:pPr>
        <w:jc w:val="right"/>
      </w:pPr>
      <w:r>
        <w:t>اویلیبل نہ ہو تو وہاں اپ گھوڑے کا گوشت کھا سکتے ہیں ورنہ</w:t>
      </w:r>
    </w:p>
    <w:p>
      <w:r>
        <w:rPr>
          <w:b/>
        </w:rPr>
        <w:t xml:space="preserve">[1:01:59] </w:t>
      </w:r>
      <w:r>
        <w:t>woh makrooh ke darje mein hai yani haram mein nahi kahoon ga makrooh</w:t>
      </w:r>
    </w:p>
    <w:p>
      <w:pPr>
        <w:jc w:val="right"/>
      </w:pPr>
      <w:r>
        <w:t>وہ مکروہ کے درجے میں ہے یعنی حرام میں نہیں کہوں گا مکروہ</w:t>
      </w:r>
    </w:p>
    <w:p>
      <w:r>
        <w:rPr>
          <w:b/>
        </w:rPr>
        <w:t xml:space="preserve">[1:02:05] </w:t>
      </w:r>
      <w:r>
        <w:t>to ghoore ka gosht</w:t>
      </w:r>
    </w:p>
    <w:p>
      <w:pPr>
        <w:jc w:val="right"/>
      </w:pPr>
      <w:r>
        <w:t>تو گھوڑے کا گوشت</w:t>
      </w:r>
    </w:p>
    <w:p>
      <w:r>
        <w:rPr>
          <w:b/>
        </w:rPr>
        <w:t xml:space="preserve">[1:02:08] </w:t>
      </w:r>
      <w:r>
        <w:t>makrooh hai yani nahi khana chahiye</w:t>
      </w:r>
    </w:p>
    <w:p>
      <w:pPr>
        <w:jc w:val="right"/>
      </w:pPr>
      <w:r>
        <w:t>مکروہ ہے یعنی نہیں کھانا چاہیے</w:t>
      </w:r>
    </w:p>
    <w:p>
      <w:r>
        <w:rPr>
          <w:b/>
        </w:rPr>
        <w:t xml:space="preserve">[1:02:12] </w:t>
      </w:r>
      <w:r>
        <w:t>is liye ghoora allah taala ne banaya hai khane ke liye nahi woh sawari ke liye hai basically</w:t>
      </w:r>
    </w:p>
    <w:p>
      <w:pPr>
        <w:jc w:val="right"/>
      </w:pPr>
      <w:r>
        <w:t>اس لیے گھوڑا اللہ تعالی نے بنایا ہے کھانے کے لیے نہیں وہ سواری کے لیے ہے بیسیکلی</w:t>
      </w:r>
    </w:p>
    <w:p>
      <w:r>
        <w:rPr>
          <w:b/>
        </w:rPr>
        <w:t xml:space="preserve">[1:02:17] </w:t>
      </w:r>
      <w:r>
        <w:t>yeh bhi samajh lejiye aap machliyon ka koi purpose nahi hai isi ka aap khayen yahi is ka</w:t>
      </w:r>
    </w:p>
    <w:p>
      <w:pPr>
        <w:jc w:val="right"/>
      </w:pPr>
      <w:r>
        <w:t>یہ بھی سمجھ لیجئے اپ مچھلیوں کا کوئی پرپس نہیں ہے اسی کا اپ کھائیں یہی اس کا</w:t>
      </w:r>
    </w:p>
    <w:p>
      <w:r>
        <w:rPr>
          <w:b/>
        </w:rPr>
        <w:t xml:space="preserve">[1:02:23] </w:t>
      </w:r>
      <w:r>
        <w:t>maqsad hai lekin ghoora jo hai yeh to sawari ke liye banaya hai abhi bhi ghoore par sawari</w:t>
      </w:r>
    </w:p>
    <w:p>
      <w:pPr>
        <w:jc w:val="right"/>
      </w:pPr>
      <w:r>
        <w:t>مقصد ہے لیکن گھوڑا جو ہے یہ تو سواری کے لیے بنایا ہے ابھی بھی گھوڑے پر سواری</w:t>
      </w:r>
    </w:p>
    <w:p>
      <w:r>
        <w:rPr>
          <w:b/>
        </w:rPr>
        <w:t xml:space="preserve">[1:02:30] </w:t>
      </w:r>
      <w:r>
        <w:t>ki jati hai abhi bhi to mein sochta hoon ke ghoore ko zabah kar ke khana yeh koi</w:t>
      </w:r>
    </w:p>
    <w:p>
      <w:pPr>
        <w:jc w:val="right"/>
      </w:pPr>
      <w:r>
        <w:t>کی جاتی ہے ابھی بھی تو میں سوچتا ہوں کہ گھوڑے کو ذبح کر کے کھانا یہ کوئی</w:t>
      </w:r>
    </w:p>
    <w:p>
      <w:r>
        <w:rPr>
          <w:b/>
        </w:rPr>
        <w:t xml:space="preserve">[1:02:36] </w:t>
      </w:r>
      <w:r>
        <w:t>acchi baat nahi hai</w:t>
      </w:r>
    </w:p>
    <w:p>
      <w:pPr>
        <w:jc w:val="right"/>
      </w:pPr>
      <w:r>
        <w:t>اچھی بات نہیں ہے</w:t>
      </w:r>
    </w:p>
    <w:p>
      <w:r>
        <w:rPr>
          <w:b/>
        </w:rPr>
        <w:t xml:space="preserve">[1:02:38] </w:t>
      </w:r>
      <w:r>
        <w:t>to hadith fiqah mein aik masla hai ke al-zarurat tubeeh al-mahzurat yaani necessity</w:t>
      </w:r>
    </w:p>
    <w:p>
      <w:pPr>
        <w:jc w:val="right"/>
      </w:pPr>
      <w:r>
        <w:t>تو حدیث فقہ میں ایک مسئلہ ہے کہ الضرورات طبیع المحضورات یعنی نیسیسٹی</w:t>
      </w:r>
    </w:p>
    <w:p>
      <w:r>
        <w:rPr>
          <w:b/>
        </w:rPr>
        <w:t xml:space="preserve">[1:02:44] </w:t>
      </w:r>
      <w:r>
        <w:t>jo hai agar pesh aa jaye to unlawful jo hai wo lawful ho jata hai to is principle ke tehat</w:t>
      </w:r>
    </w:p>
    <w:p>
      <w:pPr>
        <w:jc w:val="right"/>
      </w:pPr>
      <w:r>
        <w:t>جو ہے اگر پیش ا جائے تو ان لافل جو ہے وہ لافل ہو جاتا ہے تو اس پرنسپل کے تحت</w:t>
      </w:r>
    </w:p>
    <w:p>
      <w:r>
        <w:rPr>
          <w:b/>
        </w:rPr>
        <w:t xml:space="preserve">[1:02:57] </w:t>
      </w:r>
      <w:r>
        <w:t>kabhi ghoda jaiz ho sakta hai lekin aam halaat mein woh jaiz nahi samjha jaega</w:t>
      </w:r>
    </w:p>
    <w:p>
      <w:pPr>
        <w:jc w:val="right"/>
      </w:pPr>
      <w:r>
        <w:t>کبھی گھوڑا جائز ہو سکتا ہے لیکن عام حالات میں وہ جائز نہیں سمجھا جائے گا</w:t>
      </w:r>
    </w:p>
    <w:p>
      <w:r>
        <w:rPr>
          <w:b/>
        </w:rPr>
        <w:t xml:space="preserve">[1:03:06] </w:t>
      </w:r>
      <w:r>
        <w:t>das question is from Mustafa</w:t>
      </w:r>
    </w:p>
    <w:p>
      <w:pPr>
        <w:jc w:val="right"/>
      </w:pPr>
      <w:r>
        <w:t>دس کوئسچن از فرام مصطفی</w:t>
      </w:r>
    </w:p>
    <w:p>
      <w:r>
        <w:rPr>
          <w:b/>
        </w:rPr>
        <w:t xml:space="preserve">[1:03:09] </w:t>
      </w:r>
      <w:r>
        <w:t>مولانا اپ by birth vegetarian ہیں پھر بھی اپ کے اندر ہائی کوالٹی پروٹین موجود ہے یہ کیسے</w:t>
      </w:r>
    </w:p>
    <w:p>
      <w:pPr>
        <w:jc w:val="right"/>
      </w:pPr>
      <w:r>
        <w:t>مولانا اپ بائے برتھ ویجیٹیرین ہیں پھر بھی اپ کے اندر ہائی کوالٹی پروٹین موجود ہے یہ کیسے</w:t>
      </w:r>
    </w:p>
    <w:p>
      <w:r>
        <w:rPr>
          <w:b/>
        </w:rPr>
        <w:t xml:space="preserve">[1:03:15] </w:t>
      </w:r>
      <w:r>
        <w:t>hua yeh to creator se poochiye</w:t>
      </w:r>
    </w:p>
    <w:p>
      <w:pPr>
        <w:jc w:val="right"/>
      </w:pPr>
      <w:r>
        <w:t>ہوا یہ تو کریٹر سے پوچھیے</w:t>
      </w:r>
    </w:p>
    <w:p>
      <w:r>
        <w:rPr>
          <w:b/>
        </w:rPr>
        <w:t xml:space="preserve">[1:03:22] </w:t>
      </w:r>
      <w:r>
        <w:t>yeh to aap ko creator bataye ga</w:t>
      </w:r>
    </w:p>
    <w:p>
      <w:pPr>
        <w:jc w:val="right"/>
      </w:pPr>
      <w:r>
        <w:t>یہ تو اپ کو کریٹر بتائے گا</w:t>
      </w:r>
    </w:p>
    <w:p>
      <w:r>
        <w:rPr>
          <w:b/>
        </w:rPr>
        <w:t xml:space="preserve">[1:03:26] </w:t>
      </w:r>
      <w:r>
        <w:t>kyunke mere andar jitni bhi qualities hain woh sab by birth hain sirf yeh hi aik baat nahi hai</w:t>
      </w:r>
    </w:p>
    <w:p>
      <w:pPr>
        <w:jc w:val="right"/>
      </w:pPr>
      <w:r>
        <w:t>کیونکہ میرے اندر جتنی بھی کوالٹیز ہیں وہ سب بائی برتھ ہیں صرف یہی ایک بات نہیں ہے</w:t>
      </w:r>
    </w:p>
    <w:p>
      <w:r>
        <w:rPr>
          <w:b/>
        </w:rPr>
        <w:t xml:space="preserve">[1:03:33] </w:t>
      </w:r>
      <w:r>
        <w:t>yeh hi aik baat nahi hai bas yeh jo patience hai positive thinking hai</w:t>
      </w:r>
    </w:p>
    <w:p>
      <w:pPr>
        <w:jc w:val="right"/>
      </w:pPr>
      <w:r>
        <w:t>یہی ایک بات نہیں ہے بس یہ جو پیشنس ہے پوزیٹیو تھنکنگ ہے</w:t>
      </w:r>
    </w:p>
    <w:p>
      <w:r>
        <w:rPr>
          <w:b/>
        </w:rPr>
        <w:t xml:space="preserve">[1:03:40] </w:t>
      </w:r>
      <w:r>
        <w:t>aur avoidance</w:t>
      </w:r>
    </w:p>
    <w:p>
      <w:pPr>
        <w:jc w:val="right"/>
      </w:pPr>
      <w:r>
        <w:t>اور اوائڈنس</w:t>
      </w:r>
    </w:p>
    <w:p>
      <w:r>
        <w:rPr>
          <w:b/>
        </w:rPr>
        <w:t xml:space="preserve">[1:03:43] </w:t>
      </w:r>
      <w:r>
        <w:t>yeh sab by birth hai mere andar</w:t>
      </w:r>
    </w:p>
    <w:p>
      <w:pPr>
        <w:jc w:val="right"/>
      </w:pPr>
      <w:r>
        <w:t>یہ سب بائی برتھ ہے میرے اندر</w:t>
      </w:r>
    </w:p>
    <w:p>
      <w:r>
        <w:rPr>
          <w:b/>
        </w:rPr>
        <w:t xml:space="preserve">[1:03:46] </w:t>
      </w:r>
      <w:r>
        <w:t>misal ke taur par jis family mein paida hua hamari poori family mein kya tha shairi thi sab</w:t>
      </w:r>
    </w:p>
    <w:p>
      <w:pPr>
        <w:jc w:val="right"/>
      </w:pPr>
      <w:r>
        <w:t>مثال کے طور پر جس فیملی میں پیدا ہوا ہماری پوری فیملی میں کیا تھا شاعری تھی سب</w:t>
      </w:r>
    </w:p>
    <w:p>
      <w:r>
        <w:rPr>
          <w:b/>
        </w:rPr>
        <w:t xml:space="preserve">[1:03:53] </w:t>
      </w:r>
      <w:r>
        <w:t>log shairi karte the</w:t>
      </w:r>
    </w:p>
    <w:p>
      <w:pPr>
        <w:jc w:val="right"/>
      </w:pPr>
      <w:r>
        <w:t>لوگ شاعری کرتے تھے</w:t>
      </w:r>
    </w:p>
    <w:p>
      <w:r>
        <w:rPr>
          <w:b/>
        </w:rPr>
        <w:t xml:space="preserve">[1:03:56] </w:t>
      </w:r>
      <w:r>
        <w:t>yaani shairi culture tha hamari family ka</w:t>
      </w:r>
    </w:p>
    <w:p>
      <w:pPr>
        <w:jc w:val="right"/>
      </w:pPr>
      <w:r>
        <w:t>یعنی شاعری کلچر تھا ہماری فیملی کا</w:t>
      </w:r>
    </w:p>
    <w:p>
      <w:r>
        <w:rPr>
          <w:b/>
        </w:rPr>
        <w:t xml:space="preserve">[1:04:00] </w:t>
      </w:r>
      <w:r>
        <w:t>aur bachpan mein hum log bait baazi kiya karte the</w:t>
      </w:r>
    </w:p>
    <w:p>
      <w:pPr>
        <w:jc w:val="right"/>
      </w:pPr>
      <w:r>
        <w:t>اور بچپن میں ہم لوگ بیعت بازی کیا کرتے تھے</w:t>
      </w:r>
    </w:p>
    <w:p>
      <w:r>
        <w:rPr>
          <w:b/>
        </w:rPr>
        <w:t xml:space="preserve">[1:04:04] </w:t>
      </w:r>
      <w:r>
        <w:t>to shairi culture se nikal ke main scientific mind kaise ban gaya mera</w:t>
      </w:r>
    </w:p>
    <w:p>
      <w:pPr>
        <w:jc w:val="right"/>
      </w:pPr>
      <w:r>
        <w:t>تو شاعری کلچر سے نکل کے میں سائنٹیفک مائنڈ کیسے بن گیا میرا</w:t>
      </w:r>
    </w:p>
    <w:p>
      <w:r>
        <w:rPr>
          <w:b/>
        </w:rPr>
        <w:t xml:space="preserve">[1:04:09] </w:t>
      </w:r>
      <w:r>
        <w:t>bohat anokhi baat hai meri poori family mein kya poori muslim world hi mein koi scientific mind ka</w:t>
      </w:r>
    </w:p>
    <w:p>
      <w:pPr>
        <w:jc w:val="right"/>
      </w:pPr>
      <w:r>
        <w:t>بہت انوکھی بات ہے میری پوری فیملی میں کیا پوری مسلم ورلڈ ہی میں کوئی سائنٹیفک مائنڈ کا</w:t>
      </w:r>
    </w:p>
    <w:p>
      <w:r>
        <w:rPr>
          <w:b/>
        </w:rPr>
        <w:t xml:space="preserve">[1:04:13] </w:t>
      </w:r>
      <w:r>
        <w:t>nahi mujhe dikhai parta jo log angrezi padhte hain woh bhi scientific mind nahi hai un ka main</w:t>
      </w:r>
    </w:p>
    <w:p>
      <w:pPr>
        <w:jc w:val="right"/>
      </w:pPr>
      <w:r>
        <w:t>نہیں مجھے دکھائی پڑتا جو لوگ انگریزی پڑھتے ہیں وہ بھی سائنٹیفک مائنڈ نہیں ہے ان کا میں</w:t>
      </w:r>
    </w:p>
    <w:p>
      <w:r>
        <w:rPr>
          <w:b/>
        </w:rPr>
        <w:t xml:space="preserve">[1:04:19] </w:t>
      </w:r>
      <w:r>
        <w:t>aap ko yeh bohat logon ko maine dekha hai baat ki hai un se angrezi padhe hue</w:t>
      </w:r>
    </w:p>
    <w:p>
      <w:pPr>
        <w:jc w:val="right"/>
      </w:pPr>
      <w:r>
        <w:t>اپ کو یہ بہت لوگوں کو میں نے دیکھا ہے بات کی ہے ان سے انگریزی پڑھے ہوئے</w:t>
      </w:r>
    </w:p>
    <w:p>
      <w:r>
        <w:rPr>
          <w:b/>
        </w:rPr>
        <w:t xml:space="preserve">[1:04:24] </w:t>
      </w:r>
      <w:r>
        <w:t>log bhi scientific thinking un ke andar nahi hoti</w:t>
      </w:r>
    </w:p>
    <w:p>
      <w:pPr>
        <w:jc w:val="right"/>
      </w:pPr>
      <w:r>
        <w:t>لوگ بھی سائنٹیفک تھنکنگ ان کے اندر نہیں ہوتی</w:t>
      </w:r>
    </w:p>
    <w:p>
      <w:r>
        <w:rPr>
          <w:b/>
        </w:rPr>
        <w:t xml:space="preserve">[1:04:27] </w:t>
      </w:r>
      <w:r>
        <w:t>aur main jo</w:t>
      </w:r>
    </w:p>
    <w:p>
      <w:pPr>
        <w:jc w:val="right"/>
      </w:pPr>
      <w:r>
        <w:t>اور میں جو</w:t>
      </w:r>
    </w:p>
    <w:p>
      <w:r>
        <w:rPr>
          <w:b/>
        </w:rPr>
        <w:t xml:space="preserve">[1:04:28] </w:t>
      </w:r>
      <w:r>
        <w:t>madrasay mein parha aik molvi ki taleem hui mere ghar mein shairi ka dhoom dhaam thi bohat ziyada</w:t>
      </w:r>
    </w:p>
    <w:p>
      <w:pPr>
        <w:jc w:val="right"/>
      </w:pPr>
      <w:r>
        <w:t>مدرسے میں پڑھا ایک مولوی کی تعلیم ہوئی میرے گھر میں شاعری کا دھوم دھام تھی بہت زیادہ</w:t>
      </w:r>
    </w:p>
    <w:p>
      <w:r>
        <w:rPr>
          <w:b/>
        </w:rPr>
        <w:t xml:space="preserve">[1:04:35] </w:t>
      </w:r>
      <w:r>
        <w:t>lekin main scientific thinking mere andar aa gayi to main yeh kaha karta hoon ke i am scientist</w:t>
      </w:r>
    </w:p>
    <w:p>
      <w:pPr>
        <w:jc w:val="right"/>
      </w:pPr>
      <w:r>
        <w:t>لیکن میں سائنٹیفک تھنکنگ میرے اندر ا گئی تو میں یہ کہا کرتا ہوں کہ ائی ایم سائنٹسٹ</w:t>
      </w:r>
    </w:p>
    <w:p>
      <w:r>
        <w:rPr>
          <w:b/>
        </w:rPr>
        <w:t xml:space="preserve">[1:04:43] </w:t>
      </w:r>
      <w:r>
        <w:t>i i am scientist by birth</w:t>
      </w:r>
    </w:p>
    <w:p>
      <w:pPr>
        <w:jc w:val="right"/>
      </w:pPr>
      <w:r>
        <w:t>ائی ائی ایم سائنٹسٹ بائی برتھ</w:t>
      </w:r>
    </w:p>
    <w:p>
      <w:r>
        <w:rPr>
          <w:b/>
        </w:rPr>
        <w:t xml:space="preserve">[1:04:46] </w:t>
      </w:r>
      <w:r>
        <w:t>scientific thinking meri jo hai woh by birth hai meri genetic code mein thi yeh</w:t>
      </w:r>
    </w:p>
    <w:p>
      <w:pPr>
        <w:jc w:val="right"/>
      </w:pPr>
      <w:r>
        <w:t>سائنٹیفک تھنکنگ میری جو ہے وہ بائی برتھ ہے میری جینیٹک کوڈ میں تھی یہ</w:t>
      </w:r>
    </w:p>
    <w:p>
      <w:r>
        <w:rPr>
          <w:b/>
        </w:rPr>
        <w:t xml:space="preserve">[1:04:51] </w:t>
      </w:r>
      <w:r>
        <w:t>warna bilkul unusual taur par kaise mere andar scientific think aa gayi</w:t>
      </w:r>
    </w:p>
    <w:p>
      <w:pPr>
        <w:jc w:val="right"/>
      </w:pPr>
      <w:r>
        <w:t>ورنہ بالکل ان یوزل طور پر کیسے میرے اندر سائنٹیفک تھنک ا گئی</w:t>
      </w:r>
    </w:p>
    <w:p>
      <w:r>
        <w:rPr>
          <w:b/>
        </w:rPr>
        <w:t xml:space="preserve">[1:04:57] </w:t>
      </w:r>
      <w:r>
        <w:t>is purey dore mein kisi ek bhi muslim leader ko nahi bata sakte aap jo sahi maano mein</w:t>
      </w:r>
    </w:p>
    <w:p>
      <w:pPr>
        <w:jc w:val="right"/>
      </w:pPr>
      <w:r>
        <w:t>اس پورے دور میں کسی ایک بھی مسلم لیڈر کو نہیں بتا سکتے اپ جو صحیح معنوں میں</w:t>
      </w:r>
    </w:p>
    <w:p>
      <w:r>
        <w:rPr>
          <w:b/>
        </w:rPr>
        <w:t xml:space="preserve">[1:05:01] </w:t>
      </w:r>
      <w:r>
        <w:t>scientific thinking ho</w:t>
      </w:r>
    </w:p>
    <w:p>
      <w:pPr>
        <w:jc w:val="right"/>
      </w:pPr>
      <w:r>
        <w:t>سائنٹیفک تھنکنگ ہو</w:t>
      </w:r>
    </w:p>
    <w:p>
      <w:r>
        <w:rPr>
          <w:b/>
        </w:rPr>
        <w:t xml:space="preserve">[1:05:04] </w:t>
      </w:r>
      <w:r>
        <w:t>aur mere andar aayi to yeh by birth hai dekhiye scientific think kis cheez ka naam hai</w:t>
      </w:r>
    </w:p>
    <w:p>
      <w:pPr>
        <w:jc w:val="right"/>
      </w:pPr>
      <w:r>
        <w:t>اور میرے اندر ائی تو یہ بائی برتھ ہے دیکھیں سائنٹیفک تھنک کس چیز کا نام ہے</w:t>
      </w:r>
    </w:p>
    <w:p>
      <w:r>
        <w:rPr>
          <w:b/>
        </w:rPr>
        <w:t xml:space="preserve">[1:05:10] </w:t>
      </w:r>
      <w:r>
        <w:t>scientific think naam hai objective thinking ka</w:t>
      </w:r>
    </w:p>
    <w:p>
      <w:pPr>
        <w:jc w:val="right"/>
      </w:pPr>
      <w:r>
        <w:t>سائنٹیفک تھنک نام ہے ابجیکٹو تھنکنگ کا</w:t>
      </w:r>
    </w:p>
    <w:p>
      <w:r>
        <w:rPr>
          <w:b/>
        </w:rPr>
        <w:t xml:space="preserve">[1:05:13] </w:t>
      </w:r>
      <w:r>
        <w:t>kisi</w:t>
      </w:r>
    </w:p>
    <w:p>
      <w:pPr>
        <w:jc w:val="right"/>
      </w:pPr>
      <w:r>
        <w:t>کسی</w:t>
      </w:r>
    </w:p>
    <w:p>
      <w:r>
        <w:rPr>
          <w:b/>
        </w:rPr>
        <w:t xml:space="preserve">[1:05:14] </w:t>
      </w:r>
      <w:r>
        <w:t>cheez ko aap maan saken acknowledge kar saken</w:t>
      </w:r>
    </w:p>
    <w:p>
      <w:pPr>
        <w:jc w:val="right"/>
      </w:pPr>
      <w:r>
        <w:t>چیز کو اپ مان سکیں ایکنالج کر سکیں</w:t>
      </w:r>
    </w:p>
    <w:p>
      <w:r>
        <w:rPr>
          <w:b/>
        </w:rPr>
        <w:t xml:space="preserve">[1:05:19] </w:t>
      </w:r>
      <w:r>
        <w:t>kyunke scientific thinking ke maani kya hote hain dekhiye do qism ke sciences hain ek hai jo kehte</w:t>
      </w:r>
    </w:p>
    <w:p>
      <w:pPr>
        <w:jc w:val="right"/>
      </w:pPr>
      <w:r>
        <w:t>کیونکہ سائنٹیفک تھنکنگ کے معنی کیا ہوتے ہیں دیکھیں دو قسم کے سائنسز ہیں ایک ہے جو کہتے</w:t>
      </w:r>
    </w:p>
    <w:p>
      <w:r>
        <w:rPr>
          <w:b/>
        </w:rPr>
        <w:t xml:space="preserve">[1:05:25] </w:t>
      </w:r>
      <w:r>
        <w:t>hain speculative sciences ek hai exact sciences</w:t>
      </w:r>
    </w:p>
    <w:p>
      <w:pPr>
        <w:jc w:val="right"/>
      </w:pPr>
      <w:r>
        <w:t>ہیں اسپیکولیٹری سائنسز ایک ہے ایگزیکٹ سائنسز</w:t>
      </w:r>
    </w:p>
    <w:p>
      <w:r>
        <w:rPr>
          <w:b/>
        </w:rPr>
        <w:t xml:space="preserve">[1:05:30] </w:t>
      </w:r>
      <w:r>
        <w:t>to speculative sciences mein aap kuch bhi rai bana lijiye apni exact sciences mein aisa hota hai ke</w:t>
      </w:r>
    </w:p>
    <w:p>
      <w:pPr>
        <w:jc w:val="right"/>
      </w:pPr>
      <w:r>
        <w:t>تو اسپیکولیٹری سائنسز میں اپ کچھ بھی رائے بنا لیجئے اپنی ایگزیکٹ سائنسز میں ایسا ہوتا ہے کہ</w:t>
      </w:r>
    </w:p>
    <w:p>
      <w:r>
        <w:rPr>
          <w:b/>
        </w:rPr>
        <w:t xml:space="preserve">[1:05:35] </w:t>
      </w:r>
      <w:r>
        <w:t>aap woh mathematics pe base karti hai ke do do char ko aap paanch nahi keh sakte teen</w:t>
      </w:r>
    </w:p>
    <w:p>
      <w:pPr>
        <w:jc w:val="right"/>
      </w:pPr>
      <w:r>
        <w:t>اپ وہ میتھمیٹکس پہ بیس کرتی ہے کہ دو دو چار کو اپ پانچ نہیں کہہ سکتے تین</w:t>
      </w:r>
    </w:p>
    <w:p>
      <w:r>
        <w:rPr>
          <w:b/>
        </w:rPr>
        <w:t xml:space="preserve">[1:05:42] </w:t>
      </w:r>
      <w:r>
        <w:t>bhi nahi keh sakte to exact sciences mein aadmi majboor hota hai ke wahi maane jo ke hai</w:t>
      </w:r>
    </w:p>
    <w:p>
      <w:pPr>
        <w:jc w:val="right"/>
      </w:pPr>
      <w:r>
        <w:t>بھی نہیں کہہ سکتے تو ایگزیکٹ سائنسز میں ادمی مجبور ہوتا ہے کہ وہی مانے جو کہ ہے</w:t>
      </w:r>
    </w:p>
    <w:p>
      <w:r>
        <w:rPr>
          <w:b/>
        </w:rPr>
        <w:t xml:space="preserve">[1:05:48] </w:t>
      </w:r>
      <w:r>
        <w:t>kuch aur maan nahi sakta woh is liye exact sciences se exact thinking aati hai</w:t>
      </w:r>
    </w:p>
    <w:p>
      <w:pPr>
        <w:jc w:val="right"/>
      </w:pPr>
      <w:r>
        <w:t>کچھ اور مان نہیں سکتا وہ اس لیے ایگزیکٹ سائنسز سے ایگزیکٹ تھنکنگ اتی ہے</w:t>
      </w:r>
    </w:p>
    <w:p>
      <w:r>
        <w:rPr>
          <w:b/>
        </w:rPr>
        <w:t xml:space="preserve">[1:05:55] </w:t>
      </w:r>
      <w:r>
        <w:t>scientific think maani exact thinking mein paata paata</w:t>
      </w:r>
    </w:p>
    <w:p>
      <w:pPr>
        <w:jc w:val="right"/>
      </w:pPr>
      <w:r>
        <w:t>سائنٹیفک تھنک معنی ایگزیکٹ تھنکنگ میں پاتا پاتا</w:t>
      </w:r>
    </w:p>
    <w:p>
      <w:r>
        <w:rPr>
          <w:b/>
        </w:rPr>
        <w:t xml:space="preserve">[1:05:59] </w:t>
      </w:r>
      <w:r>
        <w:t>hoon logon ko ke woh exact thinking hai hi nahi logon ki tarah agarche unhone padha hai</w:t>
      </w:r>
    </w:p>
    <w:p>
      <w:pPr>
        <w:jc w:val="right"/>
      </w:pPr>
      <w:r>
        <w:t>ہوں لوگوں کو کہ وہ ایگزیکٹ تھنکنگ ہے ہی نہیں لوگوں کی طرح اگرچہ انہوں نے پڑھا ہے</w:t>
      </w:r>
    </w:p>
    <w:p>
      <w:r>
        <w:rPr>
          <w:b/>
        </w:rPr>
        <w:t xml:space="preserve">[1:06:03] </w:t>
      </w:r>
      <w:r>
        <w:t>angrezi tab bhi</w:t>
      </w:r>
    </w:p>
    <w:p>
      <w:pPr>
        <w:jc w:val="right"/>
      </w:pPr>
      <w:r>
        <w:t>انگریزی تب بھی</w:t>
      </w:r>
    </w:p>
    <w:p>
      <w:r>
        <w:rPr>
          <w:b/>
        </w:rPr>
        <w:t xml:space="preserve">[1:06:05] </w:t>
      </w:r>
      <w:r>
        <w:t>wohi poetic poetic andaaz mein bolte hain wahi yaani jo</w:t>
      </w:r>
    </w:p>
    <w:p>
      <w:pPr>
        <w:jc w:val="right"/>
      </w:pPr>
      <w:r>
        <w:t>وہی پوئٹک پوئٹک انداز میں بولتے ہیں وہی یعنی جو</w:t>
      </w:r>
    </w:p>
    <w:p>
      <w:r>
        <w:rPr>
          <w:b/>
        </w:rPr>
        <w:t xml:space="preserve">[1:06:13] </w:t>
      </w:r>
      <w:r>
        <w:t>adabi andaaz mein bolte hain</w:t>
      </w:r>
    </w:p>
    <w:p>
      <w:pPr>
        <w:jc w:val="right"/>
      </w:pPr>
      <w:r>
        <w:t>ادبی انداز میں بولتے ہیں</w:t>
      </w:r>
    </w:p>
    <w:p>
      <w:r>
        <w:rPr>
          <w:b/>
        </w:rPr>
        <w:t xml:space="preserve">[1:06:16] </w:t>
      </w:r>
      <w:r>
        <w:t>scientific thinking iske andar maanoonga jiske andar exact thinking aayi ho sahi maano mein objective</w:t>
      </w:r>
    </w:p>
    <w:p>
      <w:pPr>
        <w:jc w:val="right"/>
      </w:pPr>
      <w:r>
        <w:t>سائنٹیفک تھنکنگ اس کے اندر مانوں گا جس کے اندر ایگزیکٹ تھنکنگ ائی ہو صحیح معنوں میں ابجیکٹو</w:t>
      </w:r>
    </w:p>
    <w:p>
      <w:r>
        <w:rPr>
          <w:b/>
        </w:rPr>
        <w:t xml:space="preserve">[1:06:21] </w:t>
      </w:r>
      <w:r>
        <w:t>thinking aayi ho woh mere andar by birth hai haalanke maine kisi university mein nahi padha</w:t>
      </w:r>
    </w:p>
    <w:p>
      <w:pPr>
        <w:jc w:val="right"/>
      </w:pPr>
      <w:r>
        <w:t>تھنکنگ ائی ہو وہ میرے اندر بائی برتھ ہے حالانکہ میں نے کسی یونیورسٹی میں نہیں پڑھا</w:t>
      </w:r>
    </w:p>
    <w:p>
      <w:r>
        <w:rPr>
          <w:b/>
        </w:rPr>
        <w:t xml:space="preserve">[1:06:28] </w:t>
      </w:r>
      <w:r>
        <w:t>ke ke reality ko accept karna chahe woh mere favour mein ho ya mere against mein ho</w:t>
      </w:r>
    </w:p>
    <w:p>
      <w:pPr>
        <w:jc w:val="right"/>
      </w:pPr>
      <w:r>
        <w:t>کہ کہ ریلیٹی کو ایکسیپٹ کرنا چاہے وہ میرے فرم ہے یا میرے اگینسٹ میں ہو</w:t>
      </w:r>
    </w:p>
    <w:p>
      <w:r>
        <w:rPr>
          <w:b/>
        </w:rPr>
        <w:t xml:space="preserve">[1:06:35] </w:t>
      </w:r>
      <w:r>
        <w:t>chahe mere mawaafiqat mein ho mere khilaaf ho isko maan lena</w:t>
      </w:r>
    </w:p>
    <w:p>
      <w:pPr>
        <w:jc w:val="right"/>
      </w:pPr>
      <w:r>
        <w:t>چاہے میرے موافقت میں ہو میرے خلاف ہو اس کو مان لینا</w:t>
      </w:r>
    </w:p>
    <w:p>
      <w:r>
        <w:rPr>
          <w:b/>
        </w:rPr>
        <w:t xml:space="preserve">[1:06:39] </w:t>
      </w:r>
      <w:r>
        <w:t>yeh logon mein hai hi nahi</w:t>
      </w:r>
    </w:p>
    <w:p>
      <w:pPr>
        <w:jc w:val="right"/>
      </w:pPr>
      <w:r>
        <w:t>یہ لوگوں میں ہے ہی نہیں</w:t>
      </w:r>
    </w:p>
    <w:p>
      <w:r>
        <w:rPr>
          <w:b/>
        </w:rPr>
        <w:t xml:space="preserve">[1:06:42] </w:t>
      </w:r>
      <w:r>
        <w:t>to is wajah se mujhe jo meri jo</w:t>
      </w:r>
    </w:p>
    <w:p>
      <w:pPr>
        <w:jc w:val="right"/>
      </w:pPr>
      <w:r>
        <w:t>تو اس وجہ سے مجھے جو میری جو</w:t>
      </w:r>
    </w:p>
    <w:p>
      <w:r>
        <w:rPr>
          <w:b/>
        </w:rPr>
        <w:t xml:space="preserve">[1:06:44] </w:t>
      </w:r>
      <w:r>
        <w:t>scientific think aayi na to meri family se aayi na mere</w:t>
      </w:r>
    </w:p>
    <w:p>
      <w:pPr>
        <w:jc w:val="right"/>
      </w:pPr>
      <w:r>
        <w:t>سائنٹیفک تھنک ائی نہ تو میری فیملی سے ائی نہ میرے</w:t>
      </w:r>
    </w:p>
    <w:p>
      <w:r>
        <w:rPr>
          <w:b/>
        </w:rPr>
        <w:t xml:space="preserve">[1:06:49] </w:t>
      </w:r>
      <w:r>
        <w:t>meri society se aayi na madrase se aayi na muslim community se aayi to kahan se aayi woh</w:t>
      </w:r>
    </w:p>
    <w:p>
      <w:pPr>
        <w:jc w:val="right"/>
      </w:pPr>
      <w:r>
        <w:t>میری سوسائٹی سے ائی نہ مدرسے سے ائی نہ مسلم کمیونٹی سے ائی تو کہاں سے ائی وہ</w:t>
      </w:r>
    </w:p>
    <w:p>
      <w:r>
        <w:rPr>
          <w:b/>
        </w:rPr>
        <w:t xml:space="preserve">[1:06:55] </w:t>
      </w:r>
      <w:r>
        <w:t>bhi genetic code mein thi mere</w:t>
      </w:r>
    </w:p>
    <w:p>
      <w:pPr>
        <w:jc w:val="right"/>
      </w:pPr>
      <w:r>
        <w:t>بھی جینیٹک کوڈ میں تھی میرے</w:t>
      </w:r>
    </w:p>
    <w:p>
      <w:r>
        <w:rPr>
          <w:b/>
        </w:rPr>
        <w:t xml:space="preserve">[1:06:59] </w:t>
      </w:r>
      <w:r>
        <w:t>yani is bachcha jab chhota sa tha mein tab batata hoon aap ko ke mein apne ghar ke</w:t>
      </w:r>
    </w:p>
    <w:p>
      <w:pPr>
        <w:jc w:val="right"/>
      </w:pPr>
      <w:r>
        <w:t>یعنی اس بچہ جب چھوٹا سا تھا میں تب بتاتا ہوں اپ کو کہ میں اپنے گھر کے</w:t>
      </w:r>
    </w:p>
    <w:p>
      <w:r>
        <w:rPr>
          <w:b/>
        </w:rPr>
        <w:t xml:space="preserve">[1:07:04] </w:t>
      </w:r>
      <w:r>
        <w:t>samne gaon mein ghar ke samne bahar khada tha</w:t>
      </w:r>
    </w:p>
    <w:p>
      <w:pPr>
        <w:jc w:val="right"/>
      </w:pPr>
      <w:r>
        <w:t>سامنے گاؤں میں گھر کے سامنے باہر کھڑا تھا</w:t>
      </w:r>
    </w:p>
    <w:p>
      <w:r>
        <w:rPr>
          <w:b/>
        </w:rPr>
        <w:t xml:space="preserve">[1:07:09] </w:t>
      </w:r>
      <w:r>
        <w:t>to gaon mein bachche gaali dete hain ek bachcha guzra to woh jo kehte hain takiya kalam to</w:t>
      </w:r>
    </w:p>
    <w:p>
      <w:pPr>
        <w:jc w:val="right"/>
      </w:pPr>
      <w:r>
        <w:t>تو گاؤں میں بچے گالی دیتے ہیں ایک بچہ گزرا تو وہ جو کہتے ہیں تکیہ کلام تو</w:t>
      </w:r>
    </w:p>
    <w:p>
      <w:r>
        <w:rPr>
          <w:b/>
        </w:rPr>
        <w:t xml:space="preserve">[1:07:18] </w:t>
      </w:r>
      <w:r>
        <w:t>woh gaali dete hain is to ek ek bahut hi</w:t>
      </w:r>
    </w:p>
    <w:p>
      <w:pPr>
        <w:jc w:val="right"/>
      </w:pPr>
      <w:r>
        <w:t>وہ گالی دیتے ہیں اس تو ایک ایک بہت ہی</w:t>
      </w:r>
    </w:p>
    <w:p>
      <w:r>
        <w:rPr>
          <w:b/>
        </w:rPr>
        <w:t xml:space="preserve">[1:07:21] </w:t>
      </w:r>
      <w:r>
        <w:t>waisi gaali de kar ke</w:t>
      </w:r>
    </w:p>
    <w:p>
      <w:pPr>
        <w:jc w:val="right"/>
      </w:pPr>
      <w:r>
        <w:t>ویسی گالی دے کر کے</w:t>
      </w:r>
    </w:p>
    <w:p>
      <w:r>
        <w:rPr>
          <w:b/>
        </w:rPr>
        <w:t xml:space="preserve">[1:07:24] </w:t>
      </w:r>
      <w:r>
        <w:t>mujh ko dekh kar ek waisi gaali di mujhe bahut hi buri gaali to mein ne ghussa aaya</w:t>
      </w:r>
    </w:p>
    <w:p>
      <w:pPr>
        <w:jc w:val="right"/>
      </w:pPr>
      <w:r>
        <w:t>مجھ کو دیکھ کر ایک ویسی گالی دی مجھے بہت ہی بری گالی تو میں نے غصہ ایا</w:t>
      </w:r>
    </w:p>
    <w:p>
      <w:r>
        <w:rPr>
          <w:b/>
        </w:rPr>
        <w:t xml:space="preserve">[1:07:29] </w:t>
      </w:r>
      <w:r>
        <w:t>aur kuch bhi nahi</w:t>
      </w:r>
    </w:p>
    <w:p>
      <w:pPr>
        <w:jc w:val="right"/>
      </w:pPr>
      <w:r>
        <w:t>اور کچھ بھی نہیں</w:t>
      </w:r>
    </w:p>
    <w:p>
      <w:r>
        <w:rPr>
          <w:b/>
        </w:rPr>
        <w:t xml:space="preserve">[1:07:30] </w:t>
      </w:r>
      <w:r>
        <w:t>main ne kaha ke tum khud ye keh ke main ghar mein chala gaya koi na ghussa na apni maa se shikayat ki nahi kuch bhi nahi kiya maine tum khud kaha aur ghar mein chala gaya to har cheez mere andar jo hai aap dekhte hain wo by birth hai wo meri genetic code mein khuda ne rakh diya tha main ab aap ko agar janna hai kyun to aap allah taala se puchiye</w:t>
      </w:r>
    </w:p>
    <w:p>
      <w:pPr>
        <w:jc w:val="right"/>
      </w:pPr>
      <w:r>
        <w:t>میں نے کہا کہ تم خود یہ کہہ کے میں گھر میں چلا گیا کوئی نہ غصہ نہ اپنی ماں سے شکایت کی نہیں کچھ بھی نہیں کیا میں نے تم خود کہا اور گھر میں چلا گیا تو ہر چیز میرے اندر جو ہے اپ دیکھتے ہیں وہ بائی برتھ ہے وہ میری جینیٹک کوڈ میں خدا نے رکھ دیا تھا میں اب اپ کو اگر جاننا ہے کیوں تو اپ اللہ تعالی سے پوچھیے</w:t>
      </w:r>
    </w:p>
    <w:p>
      <w:r>
        <w:rPr>
          <w:b/>
        </w:rPr>
        <w:t xml:space="preserve">[1:07:57] </w:t>
      </w:r>
      <w:r>
        <w:t>This question is from Wahdat Wafa. My why Eid is always two days late in India.</w:t>
      </w:r>
    </w:p>
    <w:p>
      <w:pPr>
        <w:jc w:val="right"/>
      </w:pPr>
      <w:r>
        <w:t>دس کوئسچن از فرام وحدت وفو وحدت وفا مائی وائی عید از الویز ٹو ڈیز لیٹ ان انڈیا</w:t>
      </w:r>
    </w:p>
    <w:p>
      <w:r>
        <w:rPr>
          <w:b/>
        </w:rPr>
        <w:t xml:space="preserve">[1:08:07] </w:t>
      </w:r>
      <w:r>
        <w:t>In fact, all Muslims should make Eid on the same day. I have read in the book which</w:t>
      </w:r>
    </w:p>
    <w:p>
      <w:pPr>
        <w:jc w:val="right"/>
      </w:pPr>
      <w:r>
        <w:t>ان فیکٹ ال مسلمز شوڈ میک عید ان دا سیم ڈے ائی ہیو ریڈ ان دا بک وچ</w:t>
      </w:r>
    </w:p>
    <w:p>
      <w:r>
        <w:rPr>
          <w:b/>
        </w:rPr>
        <w:t xml:space="preserve">[1:08:12] </w:t>
      </w:r>
      <w:r>
        <w:t>says that all Muslims are brothers and sisters so they should observe Eid on the same day. If</w:t>
      </w:r>
    </w:p>
    <w:p>
      <w:pPr>
        <w:jc w:val="right"/>
      </w:pPr>
      <w:r>
        <w:t>سیز دیٹ ال مسلمز ار برادرز اینڈ سسٹرز سو دے شوڈ ابزرو عید ان دا سیم ڈے اف</w:t>
      </w:r>
    </w:p>
    <w:p>
      <w:r>
        <w:rPr>
          <w:b/>
        </w:rPr>
        <w:t xml:space="preserve">[1:08:20] </w:t>
      </w:r>
      <w:r>
        <w:t>da moon is sighted dekhen same day kaise ho sakti hai zameen to gol hai</w:t>
      </w:r>
    </w:p>
    <w:p>
      <w:pPr>
        <w:jc w:val="right"/>
      </w:pPr>
      <w:r>
        <w:t>دا مون از سائٹڈ دیکھیں سیم ڈے کیسے ہو سکتی ہے زمین تو گول ہے</w:t>
      </w:r>
    </w:p>
    <w:p>
      <w:r>
        <w:rPr>
          <w:b/>
        </w:rPr>
        <w:t xml:space="preserve">[1:08:26] </w:t>
      </w:r>
      <w:r>
        <w:t>kya aap samajhte hain ke is waqt hamare haan din hai to america mein bhi din hoga hamara</w:t>
      </w:r>
    </w:p>
    <w:p>
      <w:pPr>
        <w:jc w:val="right"/>
      </w:pPr>
      <w:r>
        <w:t>کیا اپ سمجھتے ہیں کہ اس وقت ہمارے ہاں دن ہے تو امریکہ میں بھی دن ہوگا ہمارا</w:t>
      </w:r>
    </w:p>
    <w:p>
      <w:r>
        <w:rPr>
          <w:b/>
        </w:rPr>
        <w:t xml:space="preserve">[1:08:31] </w:t>
      </w:r>
      <w:r>
        <w:t>din hai to america mein raat hai ek din kaise ho sakti hai Maulana he is also given</w:t>
      </w:r>
    </w:p>
    <w:p>
      <w:pPr>
        <w:jc w:val="right"/>
      </w:pPr>
      <w:r>
        <w:t>دن ہے تو امریکہ میں رات ہے ایک دن کیسے ہو سکتی ہے مولانا ہی از السو گیون</w:t>
      </w:r>
    </w:p>
    <w:p>
      <w:r>
        <w:rPr>
          <w:b/>
        </w:rPr>
        <w:t xml:space="preserve">[1:08:35] </w:t>
      </w:r>
      <w:r>
        <w:t>a hadith jo yeh kehta hai ke ek hi din ho to yeh to possible hi nahi hai</w:t>
      </w:r>
    </w:p>
    <w:p>
      <w:pPr>
        <w:jc w:val="right"/>
      </w:pPr>
      <w:r>
        <w:t>ا حدیث جو یہ کہتا ہے کہ ایک ہی دن ہو تو یہ تو پاسیبل ہی نہیں ہے</w:t>
      </w:r>
    </w:p>
    <w:p>
      <w:r>
        <w:rPr>
          <w:b/>
        </w:rPr>
        <w:t xml:space="preserve">[1:08:41] </w:t>
      </w:r>
      <w:r>
        <w:t>kyunke ufuq par</w:t>
      </w:r>
    </w:p>
    <w:p>
      <w:pPr>
        <w:jc w:val="right"/>
      </w:pPr>
      <w:r>
        <w:t>کیونکہ افق پر</w:t>
      </w:r>
    </w:p>
    <w:p>
      <w:r>
        <w:rPr>
          <w:b/>
        </w:rPr>
        <w:t xml:space="preserve">[1:08:42] </w:t>
      </w:r>
      <w:r>
        <w:t>based karta hai ufuq hamesha badalta rehta hai horizon jo hai woh ek nahi ho sakta hai aap</w:t>
      </w:r>
    </w:p>
    <w:p>
      <w:pPr>
        <w:jc w:val="right"/>
      </w:pPr>
      <w:r>
        <w:t>بیس کرتا ہے افق ہمیشہ بدلتا رہتا ہے ہورائزن جو ہے وہ ایک نہیں ہو سکتا ہے اپ</w:t>
      </w:r>
    </w:p>
    <w:p>
      <w:r>
        <w:rPr>
          <w:b/>
        </w:rPr>
        <w:t xml:space="preserve">[1:08:48] </w:t>
      </w:r>
      <w:r>
        <w:t>jante hain ke kya baat hai horizon se agar 8 degree upar ho</w:t>
      </w:r>
    </w:p>
    <w:p>
      <w:pPr>
        <w:jc w:val="right"/>
      </w:pPr>
      <w:r>
        <w:t>جانتے ہیں کہ کیا بات ہے ہورائزن سے اگر اٹھ ڈگری اوپر ہو</w:t>
      </w:r>
    </w:p>
    <w:p>
      <w:r>
        <w:rPr>
          <w:b/>
        </w:rPr>
        <w:t xml:space="preserve">[1:08:56] </w:t>
      </w:r>
      <w:r>
        <w:t>chand tab dikhai dega neeche dikhai dega ab 4 degree agar ho to woh dikhai nahi</w:t>
      </w:r>
    </w:p>
    <w:p>
      <w:pPr>
        <w:jc w:val="right"/>
      </w:pPr>
      <w:r>
        <w:t>چاند تب دکھائی دے گا نیچے دکھائی دے گا اب چار ڈگری اگر ہو تو وہ دکھائی نہیں</w:t>
      </w:r>
    </w:p>
    <w:p>
      <w:r>
        <w:rPr>
          <w:b/>
        </w:rPr>
        <w:t xml:space="preserve">[1:09:00] </w:t>
      </w:r>
      <w:r>
        <w:t>dega woh ke sun light itni tez hoti hai shaam ko ke woh dikhai nahi deta to</w:t>
      </w:r>
    </w:p>
    <w:p>
      <w:pPr>
        <w:jc w:val="right"/>
      </w:pPr>
      <w:r>
        <w:t>دے گا وہ کہ سن لائٹ اتنی تیز ہوتی ہے شام کو کہ وہ دکھائی نہیں دیتا تو</w:t>
      </w:r>
    </w:p>
    <w:p>
      <w:r>
        <w:rPr>
          <w:b/>
        </w:rPr>
        <w:t xml:space="preserve">[1:09:07] </w:t>
      </w:r>
      <w:r>
        <w:t>8 degree pe woh dikhai dega woh to to horizon to alag alag hai ek din kaise</w:t>
      </w:r>
    </w:p>
    <w:p>
      <w:pPr>
        <w:jc w:val="right"/>
      </w:pPr>
      <w:r>
        <w:t>اٹھ ڈگری پہ وہ دکھائی دے گا وہ تو تو ہورائزن تو الگ الگ ہے ایک دن کیسے</w:t>
      </w:r>
    </w:p>
    <w:p>
      <w:r>
        <w:rPr>
          <w:b/>
        </w:rPr>
        <w:t xml:space="preserve">[1:09:11] </w:t>
      </w:r>
      <w:r>
        <w:t>ho sakti hai yeh to possible hi nahi hai to jin countries ka horizon ek ho wahan par</w:t>
      </w:r>
    </w:p>
    <w:p>
      <w:pPr>
        <w:jc w:val="right"/>
      </w:pPr>
      <w:r>
        <w:t>ہو سکتی ہے یہ تو پاسیبل ہی نہیں ہے تو جن کنٹریز کا ہورائزن ایک ہو وہاں پر</w:t>
      </w:r>
    </w:p>
    <w:p>
      <w:r>
        <w:rPr>
          <w:b/>
        </w:rPr>
        <w:t xml:space="preserve">[1:09:17] </w:t>
      </w:r>
      <w:r>
        <w:t>ek din rahegi baqi to badal jayegi woh to yeh koi question nahi hai mere khayal</w:t>
      </w:r>
    </w:p>
    <w:p>
      <w:pPr>
        <w:jc w:val="right"/>
      </w:pPr>
      <w:r>
        <w:t>ایک دن رہے گی باقی تو بدل جائے گی وہ تو یہ کوئی کوئسچن نہیں ہے میرے خیال</w:t>
      </w:r>
    </w:p>
    <w:p>
      <w:r>
        <w:rPr>
          <w:b/>
        </w:rPr>
        <w:t xml:space="preserve">[1:09:22] </w:t>
      </w:r>
      <w:r>
        <w:t>سے یہ مولانا He is mentioned a hadith which says that if three men proved</w:t>
      </w:r>
    </w:p>
    <w:p>
      <w:pPr>
        <w:jc w:val="right"/>
      </w:pPr>
      <w:r>
        <w:t>سے یہ مولانا ہی از مینشنڈ ا حدیث وچ سیز دیٹ اف تھری مین پروفڈ</w:t>
      </w:r>
    </w:p>
    <w:p>
      <w:r>
        <w:rPr>
          <w:b/>
        </w:rPr>
        <w:t xml:space="preserve">[1:09:28] </w:t>
      </w:r>
      <w:r>
        <w:t>that they had seen the moon. So it means that tomorrow is Eid for every Muslim, every Muslim.</w:t>
      </w:r>
    </w:p>
    <w:p>
      <w:pPr>
        <w:jc w:val="right"/>
      </w:pPr>
      <w:r>
        <w:t>دیٹ دے ہیڈ سین دا مون سو اٹ مینز دیٹ ٹومارو از عید فار ایوری مسلم ایوری مسلم</w:t>
      </w:r>
    </w:p>
    <w:p>
      <w:r>
        <w:rPr>
          <w:b/>
        </w:rPr>
        <w:t xml:space="preserve">[1:09:34] </w:t>
      </w:r>
      <w:r>
        <w:t>mani is is locality ke muslim</w:t>
      </w:r>
    </w:p>
    <w:p>
      <w:pPr>
        <w:jc w:val="right"/>
      </w:pPr>
      <w:r>
        <w:t>معنی اس اس لوکیٹری کے مسلم</w:t>
      </w:r>
    </w:p>
    <w:p>
      <w:r>
        <w:rPr>
          <w:b/>
        </w:rPr>
        <w:t xml:space="preserve">[1:09:37] </w:t>
      </w:r>
      <w:r>
        <w:t>sare globe ke muslim thori is ka matlab hai</w:t>
      </w:r>
    </w:p>
    <w:p>
      <w:pPr>
        <w:jc w:val="right"/>
      </w:pPr>
      <w:r>
        <w:t>سارے گلوب کے مسلم تھوڑی اس کا مطلب ہے</w:t>
      </w:r>
    </w:p>
    <w:p>
      <w:r>
        <w:rPr>
          <w:b/>
        </w:rPr>
        <w:t xml:space="preserve">[1:09:40] </w:t>
      </w:r>
      <w:r>
        <w:t>jis locality jis locality mein dekha gaya hai wahan ke muslim</w:t>
      </w:r>
    </w:p>
    <w:p>
      <w:pPr>
        <w:jc w:val="right"/>
      </w:pPr>
      <w:r>
        <w:t>جس لوکیٹری جس لوکیٹری میں دیکھا گیا ہے وہاں کے مسلم</w:t>
      </w:r>
    </w:p>
    <w:p>
      <w:r>
        <w:rPr>
          <w:b/>
        </w:rPr>
        <w:t xml:space="preserve">[1:09:45] </w:t>
      </w:r>
      <w:r>
        <w:t>ek yehi to ho nahi sakta hai to bilkul unscientific baat hai yeh ke sari duniya mein</w:t>
      </w:r>
    </w:p>
    <w:p>
      <w:pPr>
        <w:jc w:val="right"/>
      </w:pPr>
      <w:r>
        <w:t>ایک یہی تو ہو نہیں سکتا ہے تو بالکل ان سائنٹیفک بات ہے یہ کہ ساری دنیا میں</w:t>
      </w:r>
    </w:p>
    <w:p>
      <w:r>
        <w:rPr>
          <w:b/>
        </w:rPr>
        <w:t xml:space="preserve">[1:09:49] </w:t>
      </w:r>
      <w:r>
        <w:t>ek din eid din ek din eid manay to yeh to possible nahi hai</w:t>
      </w:r>
    </w:p>
    <w:p>
      <w:pPr>
        <w:jc w:val="right"/>
      </w:pPr>
      <w:r>
        <w:t>ایک دن عید دن ایک دن عید منے تو یہ تو پاسیبل نہیں ہے</w:t>
      </w:r>
    </w:p>
    <w:p>
      <w:r>
        <w:rPr>
          <w:b/>
        </w:rPr>
        <w:t xml:space="preserve">[1:09:54] </w:t>
      </w:r>
      <w:r>
        <w:t>kyunke zameen gol hai kai raat hota hai kai din hota hai kai subah hoti hai kai shaam</w:t>
      </w:r>
    </w:p>
    <w:p>
      <w:pPr>
        <w:jc w:val="right"/>
      </w:pPr>
      <w:r>
        <w:t>کیونکہ زمین گول ہے کئی رات ہوتا ہے کئی دن ہوتا ہے کئی صبح ہوتی ہے کئی شام</w:t>
      </w:r>
    </w:p>
    <w:p>
      <w:r>
        <w:rPr>
          <w:b/>
        </w:rPr>
        <w:t xml:space="preserve">[1:09:59] </w:t>
      </w:r>
      <w:r>
        <w:t>hoti hai isi ke lihaaz se farq parega</w:t>
      </w:r>
    </w:p>
    <w:p>
      <w:pPr>
        <w:jc w:val="right"/>
      </w:pPr>
      <w:r>
        <w:t>ہوتی ہے اسی کے لحاظ سے فرق پڑے گا</w:t>
      </w:r>
    </w:p>
    <w:p>
      <w:r>
        <w:rPr>
          <w:b/>
        </w:rPr>
        <w:t xml:space="preserve">[1:10:03] </w:t>
      </w:r>
      <w:r>
        <w:t>yeh yeh sawal nahi hai asal sawal doosra hai asal sawal yeh hai ke hum calendar par eid</w:t>
      </w:r>
    </w:p>
    <w:p>
      <w:pPr>
        <w:jc w:val="right"/>
      </w:pPr>
      <w:r>
        <w:t>یہ یہ سوال نہیں ہے اصل سوال دوسرا ہے اصل سوال یہ ہے کہ ہم کیلنڈر پر عید</w:t>
      </w:r>
    </w:p>
    <w:p>
      <w:r>
        <w:rPr>
          <w:b/>
        </w:rPr>
        <w:t xml:space="preserve">[1:10:09] </w:t>
      </w:r>
      <w:r>
        <w:t>karein ya dekh kar ke eid</w:t>
      </w:r>
    </w:p>
    <w:p>
      <w:pPr>
        <w:jc w:val="right"/>
      </w:pPr>
      <w:r>
        <w:t>کریں یا دیکھ کر کے عید</w:t>
      </w:r>
    </w:p>
    <w:p>
      <w:r>
        <w:rPr>
          <w:b/>
        </w:rPr>
        <w:t xml:space="preserve">[1:10:13] </w:t>
      </w:r>
      <w:r>
        <w:t>karein asal sawal yeh hai</w:t>
      </w:r>
    </w:p>
    <w:p>
      <w:pPr>
        <w:jc w:val="right"/>
      </w:pPr>
      <w:r>
        <w:t>کریں اصل سوال یہ ہے</w:t>
      </w:r>
    </w:p>
    <w:p>
      <w:r>
        <w:rPr>
          <w:b/>
        </w:rPr>
        <w:t xml:space="preserve">[1:10:16] </w:t>
      </w:r>
      <w:r>
        <w:t>toh ulama jo hain is zamane mein aam taur par abhi tak unhone maana nahi hai ke</w:t>
      </w:r>
    </w:p>
    <w:p>
      <w:pPr>
        <w:jc w:val="right"/>
      </w:pPr>
      <w:r>
        <w:t>تو علماء جو ہیں اس زمانے میں عام طور پر ابھی تک انہوں نے مانا نہیں ہے کہ</w:t>
      </w:r>
    </w:p>
    <w:p>
      <w:r>
        <w:rPr>
          <w:b/>
        </w:rPr>
        <w:t xml:space="preserve">[1:10:21] </w:t>
      </w:r>
      <w:r>
        <w:t>calendar par hum eid kar sakte hain calendar ka matlab hota hai ke jo astralomy astronomical woh jo</w:t>
      </w:r>
    </w:p>
    <w:p>
      <w:pPr>
        <w:jc w:val="right"/>
      </w:pPr>
      <w:r>
        <w:t>کیلنڈر پر ہم عید کر سکتے ہیں کیلنڈر کا مطلب ہوتا ہے کہ جو اسٹرالومی اسٹرالومیکل وہ جو</w:t>
      </w:r>
    </w:p>
    <w:p>
      <w:r>
        <w:rPr>
          <w:b/>
        </w:rPr>
        <w:t xml:space="preserve">[1:10:29] </w:t>
      </w:r>
      <w:r>
        <w:t>observatory mein jo observation kiya jata hai use almanac banti hai almanac toh is almanac se calendar banta</w:t>
      </w:r>
    </w:p>
    <w:p>
      <w:pPr>
        <w:jc w:val="right"/>
      </w:pPr>
      <w:r>
        <w:t>ابزرویٹری میں جو ابزرویشن کیا جاتا ہے اسے الملک بنتی ہے الملک تو اس الملک سے کیلنڈر بنتا</w:t>
      </w:r>
    </w:p>
    <w:p>
      <w:r>
        <w:rPr>
          <w:b/>
        </w:rPr>
        <w:t xml:space="preserve">[1:10:36] </w:t>
      </w:r>
      <w:r>
        <w:t>hai toh is is par is se le kar ke hum</w:t>
      </w:r>
    </w:p>
    <w:p>
      <w:pPr>
        <w:jc w:val="right"/>
      </w:pPr>
      <w:r>
        <w:t>ہے تو اس اس پر اس سے لے کر کے ہم</w:t>
      </w:r>
    </w:p>
    <w:p>
      <w:r>
        <w:rPr>
          <w:b/>
        </w:rPr>
        <w:t xml:space="preserve">[1:10:43] </w:t>
      </w:r>
      <w:r>
        <w:t>eid bakri manayein ya ke hum jab dekhein tab maanein</w:t>
      </w:r>
    </w:p>
    <w:p>
      <w:pPr>
        <w:jc w:val="right"/>
      </w:pPr>
      <w:r>
        <w:t>عید بکری منائیں یا کہ ہم جب دیکھیں تب مانیں</w:t>
      </w:r>
    </w:p>
    <w:p>
      <w:r>
        <w:rPr>
          <w:b/>
        </w:rPr>
        <w:t xml:space="preserve">[1:10:48] </w:t>
      </w:r>
      <w:r>
        <w:t>toh is bare mein behal ulama abhi tak ulama ki majority jo hai woh nahi maan rahi hai</w:t>
      </w:r>
    </w:p>
    <w:p>
      <w:pPr>
        <w:jc w:val="right"/>
      </w:pPr>
      <w:r>
        <w:t>تو اس بارے میں بہرحال علماء ابھی تک علماء کی میجورٹی جو ہے وہ نہیں مان رہی ہے</w:t>
      </w:r>
    </w:p>
    <w:p>
      <w:r>
        <w:rPr>
          <w:b/>
        </w:rPr>
        <w:t xml:space="preserve">[1:10:54] </w:t>
      </w:r>
      <w:r>
        <w:t>ke calendar se hum aisa karein</w:t>
      </w:r>
    </w:p>
    <w:p>
      <w:pPr>
        <w:jc w:val="right"/>
      </w:pPr>
      <w:r>
        <w:t>کہ کیلنڈر سے ہم ایسا کریں</w:t>
      </w:r>
    </w:p>
    <w:p>
      <w:r>
        <w:rPr>
          <w:b/>
        </w:rPr>
        <w:t xml:space="preserve">[1:10:58] </w:t>
      </w:r>
      <w:r>
        <w:t>aur</w:t>
      </w:r>
    </w:p>
    <w:p>
      <w:pPr>
        <w:jc w:val="right"/>
      </w:pPr>
      <w:r>
        <w:t>اور</w:t>
      </w:r>
    </w:p>
    <w:p>
      <w:r>
        <w:rPr>
          <w:b/>
        </w:rPr>
        <w:t xml:space="preserve">[1:10:59] </w:t>
      </w:r>
      <w:r>
        <w:t>dekh kar hi karna chahiye</w:t>
      </w:r>
    </w:p>
    <w:p>
      <w:pPr>
        <w:jc w:val="right"/>
      </w:pPr>
      <w:r>
        <w:t>دیکھ کر ہی کرنا چاہیے</w:t>
      </w:r>
    </w:p>
    <w:p>
      <w:r>
        <w:rPr>
          <w:b/>
        </w:rPr>
        <w:t xml:space="preserve">[1:11:01] </w:t>
      </w:r>
      <w:r>
        <w:t>zahiri taur par mera khayal yeh hai ke is zamane mein jab ke yani astronomy bohat taraqqi kar</w:t>
      </w:r>
    </w:p>
    <w:p>
      <w:pPr>
        <w:jc w:val="right"/>
      </w:pPr>
      <w:r>
        <w:t>ظاہر طور پر میرا خیال یہ ہے کہ اس زمانے میں جب کہ یعنی اسٹرانومی بہت ترقی کر</w:t>
      </w:r>
    </w:p>
    <w:p>
      <w:r>
        <w:rPr>
          <w:b/>
        </w:rPr>
        <w:t xml:space="preserve">[1:11:07] </w:t>
      </w:r>
      <w:r>
        <w:t>chuki hai ab jo almanac chhapte hain woh almanac bilkul accurate hote hain aaj jo almanac</w:t>
      </w:r>
    </w:p>
    <w:p>
      <w:pPr>
        <w:jc w:val="right"/>
      </w:pPr>
      <w:r>
        <w:t>چکی ہے اب جو عالم ملک چھپتے ہیں وہ عالم ملک بالکل اکوریٹ ہوتے ہیں اج جو عالم</w:t>
      </w:r>
    </w:p>
    <w:p>
      <w:r>
        <w:rPr>
          <w:b/>
        </w:rPr>
        <w:t xml:space="preserve">[1:11:13] </w:t>
      </w:r>
      <w:r>
        <w:t>almanac chhapte hain bohat hi accurate hote hain woh second ka hi farq nahi padta is mein toh</w:t>
      </w:r>
    </w:p>
    <w:p>
      <w:pPr>
        <w:jc w:val="right"/>
      </w:pPr>
      <w:r>
        <w:t>ملک چھپتے ہیں بہت ہی اکوریٹ ہوتے ہیں وہ سیکنڈ کا ہی فرق نہیں پڑتا اس میں تو</w:t>
      </w:r>
    </w:p>
    <w:p>
      <w:r>
        <w:rPr>
          <w:b/>
        </w:rPr>
        <w:t xml:space="preserve">[1:11:16] </w:t>
      </w:r>
      <w:r>
        <w:t>is ko maan lena chahiye humein</w:t>
      </w:r>
    </w:p>
    <w:p>
      <w:pPr>
        <w:jc w:val="right"/>
      </w:pPr>
      <w:r>
        <w:t>اس کو مان لینا چاہیے ہمیں</w:t>
      </w:r>
    </w:p>
    <w:p>
      <w:r>
        <w:rPr>
          <w:b/>
        </w:rPr>
        <w:t xml:space="preserve">[1:11:19] </w:t>
      </w:r>
      <w:r>
        <w:t>lekin yeh meri zaati rai hai ulama ka is par consensus abhi nahi hua hai kyunke hadees mein</w:t>
      </w:r>
    </w:p>
    <w:p>
      <w:pPr>
        <w:jc w:val="right"/>
      </w:pPr>
      <w:r>
        <w:t>لیکن یہ میری ذاتی رائے ہے علماء کا اس پر کنسنسس ابھی نہیں ہوا ہے کیونکہ حدیث میں</w:t>
      </w:r>
    </w:p>
    <w:p>
      <w:r>
        <w:rPr>
          <w:b/>
        </w:rPr>
        <w:t xml:space="preserve">[1:11:26] </w:t>
      </w:r>
      <w:r>
        <w:t>aata hai dekhiye</w:t>
      </w:r>
    </w:p>
    <w:p>
      <w:pPr>
        <w:jc w:val="right"/>
      </w:pPr>
      <w:r>
        <w:t>اتا ہے دیکھیے</w:t>
      </w:r>
    </w:p>
    <w:p>
      <w:r>
        <w:rPr>
          <w:b/>
        </w:rPr>
        <w:t xml:space="preserve">[1:11:28] </w:t>
      </w:r>
      <w:r>
        <w:t>summo rooyati wa farro rooyati</w:t>
      </w:r>
    </w:p>
    <w:p>
      <w:pPr>
        <w:jc w:val="right"/>
      </w:pPr>
      <w:r>
        <w:t>سومو لرویتی وفرو لرویتی</w:t>
      </w:r>
    </w:p>
    <w:p>
      <w:r>
        <w:rPr>
          <w:b/>
        </w:rPr>
        <w:t xml:space="preserve">[1:11:32] </w:t>
      </w:r>
      <w:r>
        <w:t>dekh kar roza rakho aur dekh kar ke eid manao</w:t>
      </w:r>
    </w:p>
    <w:p>
      <w:pPr>
        <w:jc w:val="right"/>
      </w:pPr>
      <w:r>
        <w:t>دیکھ کر روزہ رکھو اور دیکھ کر کے عید مناؤ</w:t>
      </w:r>
    </w:p>
    <w:p>
      <w:r>
        <w:rPr>
          <w:b/>
        </w:rPr>
        <w:t xml:space="preserve">[1:11:37] </w:t>
      </w:r>
      <w:r>
        <w:t>toh is wajah se kehte hain ke dekhna zaroori hai lekin yahan par detail mein nahi jaunga</w:t>
      </w:r>
    </w:p>
    <w:p>
      <w:pPr>
        <w:jc w:val="right"/>
      </w:pPr>
      <w:r>
        <w:t>تو اس وجہ سے کہتے ہیں کہ دیکھنا ضروری ہے لیکن یہاں پر ڈیٹیل میں نہیں جاؤں گا</w:t>
      </w:r>
    </w:p>
    <w:p>
      <w:r>
        <w:rPr>
          <w:b/>
        </w:rPr>
        <w:t xml:space="preserve">[1:11:43] </w:t>
      </w:r>
      <w:r>
        <w:t>lekin doosri bhi</w:t>
      </w:r>
    </w:p>
    <w:p>
      <w:pPr>
        <w:jc w:val="right"/>
      </w:pPr>
      <w:r>
        <w:t>لیکن دوسری بھی</w:t>
      </w:r>
    </w:p>
    <w:p>
      <w:r>
        <w:rPr>
          <w:b/>
        </w:rPr>
        <w:t xml:space="preserve">[1:11:45] </w:t>
      </w:r>
      <w:r>
        <w:t>aisi hadeesein aur aayatein hain jis se sabit hota hai ke dekhna yahan symbolic symbolic sense mein hai</w:t>
      </w:r>
    </w:p>
    <w:p>
      <w:pPr>
        <w:jc w:val="right"/>
      </w:pPr>
      <w:r>
        <w:t>ایسی حدیثیں اور ایتیں ہیں جس سے ثابت ہوتا ہے کہ دیکھنا یہاں سمبلک سمبلک سینس میں ہے</w:t>
      </w:r>
    </w:p>
    <w:p>
      <w:r>
        <w:rPr>
          <w:b/>
        </w:rPr>
        <w:t xml:space="preserve">[1:11:51] </w:t>
      </w:r>
      <w:r>
        <w:t>yani matlab yeh nahi ke aankh se dekhna balkay chand ka ho jana</w:t>
      </w:r>
    </w:p>
    <w:p>
      <w:pPr>
        <w:jc w:val="right"/>
      </w:pPr>
      <w:r>
        <w:t>یعنی مطلب یہ نہیں کہ انکھ سے دیکھنا بلکہ چاند کا ہو جانا</w:t>
      </w:r>
    </w:p>
    <w:p>
      <w:r>
        <w:rPr>
          <w:b/>
        </w:rPr>
        <w:t xml:space="preserve">[1:11:56] </w:t>
      </w:r>
      <w:r>
        <w:t>chand ka ho jana to mein mein ne is pe likha hai detail ke sath is waqt mein</w:t>
      </w:r>
    </w:p>
    <w:p>
      <w:pPr>
        <w:jc w:val="right"/>
      </w:pPr>
      <w:r>
        <w:t>چاند کا ہو جانا تو میں میں نے اس پہ لکھا ہے ڈیٹیل کے ساتھ اس وقت میں</w:t>
      </w:r>
    </w:p>
    <w:p>
      <w:r>
        <w:rPr>
          <w:b/>
        </w:rPr>
        <w:t xml:space="preserve">[1:12:02] </w:t>
      </w:r>
      <w:r>
        <w:t>yeh arz karunga ke is hadith ke bawajood mein yeh kahunga ke calendar ki buniyad par</w:t>
      </w:r>
    </w:p>
    <w:p>
      <w:pPr>
        <w:jc w:val="right"/>
      </w:pPr>
      <w:r>
        <w:t>یہ عرض کروں گا کہ اس حدیث کے باوجود میں یہ کہوں گا کہ کیلنڈر کی بنیاد پر</w:t>
      </w:r>
    </w:p>
    <w:p>
      <w:r>
        <w:rPr>
          <w:b/>
        </w:rPr>
        <w:t xml:space="preserve">[1:12:10] </w:t>
      </w:r>
      <w:r>
        <w:t>eid karna ya roze ka</w:t>
      </w:r>
    </w:p>
    <w:p>
      <w:pPr>
        <w:jc w:val="right"/>
      </w:pPr>
      <w:r>
        <w:t>عید کرنا یا روزے کا</w:t>
      </w:r>
    </w:p>
    <w:p>
      <w:r>
        <w:rPr>
          <w:b/>
        </w:rPr>
        <w:t xml:space="preserve">[1:12:14] </w:t>
      </w:r>
      <w:r>
        <w:t>pehla roza muqarrar karna yeh bilkul jaiz hai aur mein samajhta hoon ke aisa kiya jana chahiye</w:t>
      </w:r>
    </w:p>
    <w:p>
      <w:pPr>
        <w:jc w:val="right"/>
      </w:pPr>
      <w:r>
        <w:t>پہلا روزہ مقرر کرنا یہ بالکل جائز ہے اور میں سمجھتا ہوں کہ ایسا کیا جانا چاہیے</w:t>
      </w:r>
    </w:p>
    <w:p>
      <w:r>
        <w:rPr>
          <w:b/>
        </w:rPr>
        <w:t xml:space="preserve">[1:12:24] </w:t>
      </w:r>
      <w:r>
        <w:t>das question is from Roman</w:t>
      </w:r>
    </w:p>
    <w:p>
      <w:pPr>
        <w:jc w:val="right"/>
      </w:pPr>
      <w:r>
        <w:t>دس کوئسچن از فرام رومان</w:t>
      </w:r>
    </w:p>
    <w:p>
      <w:r>
        <w:rPr>
          <w:b/>
        </w:rPr>
        <w:t xml:space="preserve">[1:12:27] </w:t>
      </w:r>
      <w:r>
        <w:t>Maulana as for my knowledge a large portion of</w:t>
      </w:r>
    </w:p>
    <w:p>
      <w:pPr>
        <w:jc w:val="right"/>
      </w:pPr>
      <w:r>
        <w:t>مولانا ایز فار مائی نالج ا لارج پورشن اف</w:t>
      </w:r>
    </w:p>
    <w:p>
      <w:r>
        <w:rPr>
          <w:b/>
        </w:rPr>
        <w:t xml:space="preserve">[1:12:30] </w:t>
      </w:r>
      <w:r>
        <w:t>the sacrificed animals goes to the poor what if there are not many poor and the sacrificed animals</w:t>
      </w:r>
    </w:p>
    <w:p>
      <w:pPr>
        <w:jc w:val="right"/>
      </w:pPr>
      <w:r>
        <w:t>دی سیکریفائزڈ اینیملز گوز ٹو دا پور واٹ اف دیر ار ناٹ مینی پور اینڈ دا سیکریفائزڈ اینیملز</w:t>
      </w:r>
    </w:p>
    <w:p>
      <w:r>
        <w:rPr>
          <w:b/>
        </w:rPr>
        <w:t xml:space="preserve">[1:12:38] </w:t>
      </w:r>
      <w:r>
        <w:t>are wasted i know of many instances where the sacrificed animals are bred because all of it can</w:t>
      </w:r>
    </w:p>
    <w:p>
      <w:pPr>
        <w:jc w:val="right"/>
      </w:pPr>
      <w:r>
        <w:t>ار ویسٹڈ ائی نو اف مینی انسٹنسز ویئر دی سیکریفائزڈ اینیملز ار بریڈ بیکاز ال اف اٹ کین</w:t>
      </w:r>
    </w:p>
    <w:p>
      <w:r>
        <w:rPr>
          <w:b/>
        </w:rPr>
        <w:t xml:space="preserve">[1:12:45] </w:t>
      </w:r>
      <w:r>
        <w:t>not be consumed what should one do in such cases can an equivalent amount of money be given</w:t>
      </w:r>
    </w:p>
    <w:p>
      <w:pPr>
        <w:jc w:val="right"/>
      </w:pPr>
      <w:r>
        <w:t>ناٹ بی کنزیومڈ واٹ شوڈ ون ڈو ان سچ کیسز کین این ایکویلنٹ اماؤنٹ اف منی بی گیون</w:t>
      </w:r>
    </w:p>
    <w:p>
      <w:r>
        <w:rPr>
          <w:b/>
        </w:rPr>
        <w:t xml:space="preserve">[1:12:53] </w:t>
      </w:r>
      <w:r>
        <w:t>instead of sacrificing animals. Nahi, nahi, yeh ghalat.</w:t>
      </w:r>
    </w:p>
    <w:p>
      <w:pPr>
        <w:jc w:val="right"/>
      </w:pPr>
      <w:r>
        <w:t>انسٹیڈ اف سیکریفائزنگ اینیملز نہیں نہیں یہ غلط</w:t>
      </w:r>
    </w:p>
    <w:p>
      <w:r>
        <w:rPr>
          <w:b/>
        </w:rPr>
        <w:t xml:space="preserve">[1:12:59] </w:t>
      </w:r>
      <w:r>
        <w:t>money is ka badal nahi hai haan pehle aisa tha ke dafan karte the kuch jalate bhi the</w:t>
      </w:r>
    </w:p>
    <w:p>
      <w:pPr>
        <w:jc w:val="right"/>
      </w:pPr>
      <w:r>
        <w:t>منی اس کا بدل نہیں ہے ہاں پہلے ایسا تھا کہ دفن کرتے تھے کچھ جلاتے بھی تھے</w:t>
      </w:r>
    </w:p>
    <w:p>
      <w:r>
        <w:rPr>
          <w:b/>
        </w:rPr>
        <w:t xml:space="preserve">[1:13:06] </w:t>
      </w:r>
      <w:r>
        <w:t>ab aisa nahi hai ab wahan modern machine lagi hui hain aur unko bohat hi process kar</w:t>
      </w:r>
    </w:p>
    <w:p>
      <w:pPr>
        <w:jc w:val="right"/>
      </w:pPr>
      <w:r>
        <w:t>اب ایسا نہیں ہے اب وہاں ماڈرن مشینیں لگی ہوئی ہیں اور ان کو بہت ہی پروسیس کر</w:t>
      </w:r>
    </w:p>
    <w:p>
      <w:r>
        <w:rPr>
          <w:b/>
        </w:rPr>
        <w:t xml:space="preserve">[1:13:12] </w:t>
      </w:r>
      <w:r>
        <w:t>ke unko pack kiya jata hai pack kar ke in</w:t>
      </w:r>
    </w:p>
    <w:p>
      <w:pPr>
        <w:jc w:val="right"/>
      </w:pPr>
      <w:r>
        <w:t>کے ان کو پیک کیا جاتا ہے پیک کر کے ان</w:t>
      </w:r>
    </w:p>
    <w:p>
      <w:r>
        <w:rPr>
          <w:b/>
        </w:rPr>
        <w:t xml:space="preserve">[1:13:15] </w:t>
      </w:r>
      <w:r>
        <w:t>countries mein bheja jata hai jin countries mein logon ko</w:t>
      </w:r>
    </w:p>
    <w:p>
      <w:pPr>
        <w:jc w:val="right"/>
      </w:pPr>
      <w:r>
        <w:t>کنٹریز میں بھیجا جاتا ہے جن کنٹریز میں لوگوں کو</w:t>
      </w:r>
    </w:p>
    <w:p>
      <w:r>
        <w:rPr>
          <w:b/>
        </w:rPr>
        <w:t xml:space="preserve">[1:13:19] </w:t>
      </w:r>
      <w:r>
        <w:t>zarurat hai food ki jaise falasteen ke logon mein zarurat hai africa ke countries jo hain bohat kami</w:t>
      </w:r>
    </w:p>
    <w:p>
      <w:pPr>
        <w:jc w:val="right"/>
      </w:pPr>
      <w:r>
        <w:t>ضرورت ہے فوڈ کی جیسے فلسطین کے لوگوں میں ضرورت ہے افریقہ کے کنٹریز جو ہیں بہت کمی</w:t>
      </w:r>
    </w:p>
    <w:p>
      <w:r>
        <w:rPr>
          <w:b/>
        </w:rPr>
        <w:t xml:space="preserve">[1:13:24] </w:t>
      </w:r>
      <w:r>
        <w:t>hai wahan food ki woh kya hai to ab woh baat nahi yeh pehle pehle ki baat hai</w:t>
      </w:r>
    </w:p>
    <w:p>
      <w:pPr>
        <w:jc w:val="right"/>
      </w:pPr>
      <w:r>
        <w:t>ہے وہاں فوڈ کی وہ کیا ہے تو اب وہ بات نہیں یہ پہلے پہلے کی بات ہے</w:t>
      </w:r>
    </w:p>
    <w:p>
      <w:r>
        <w:rPr>
          <w:b/>
        </w:rPr>
        <w:t xml:space="preserve">[1:13:28] </w:t>
      </w:r>
      <w:r>
        <w:t>yeh to mein yeh kahunga ke</w:t>
      </w:r>
    </w:p>
    <w:p>
      <w:pPr>
        <w:jc w:val="right"/>
      </w:pPr>
      <w:r>
        <w:t>یہ تو میں یہ کہوں گا کہ</w:t>
      </w:r>
    </w:p>
    <w:p>
      <w:r>
        <w:rPr>
          <w:b/>
        </w:rPr>
        <w:t xml:space="preserve">[1:13:33] </w:t>
      </w:r>
      <w:r>
        <w:t>qurbani ke din ek hi din bohat sare jo janwar zabah ke ate hain to back waqt to</w:t>
      </w:r>
    </w:p>
    <w:p>
      <w:pPr>
        <w:jc w:val="right"/>
      </w:pPr>
      <w:r>
        <w:t>قربانی کے دن ایک ہی دن بہت سارے جو جانور ذبح کے اتے ہیں تو بیک وقت تو</w:t>
      </w:r>
    </w:p>
    <w:p>
      <w:r>
        <w:rPr>
          <w:b/>
        </w:rPr>
        <w:t xml:space="preserve">[1:13:36] </w:t>
      </w:r>
      <w:r>
        <w:t>sab log kha nahi sakte hain is ko to is ka best tareeqa ab apnaaya ja chuka hai</w:t>
      </w:r>
    </w:p>
    <w:p>
      <w:pPr>
        <w:jc w:val="right"/>
      </w:pPr>
      <w:r>
        <w:t>سب لوگ کھا نہیں سکتے ہیں اس کو تو اس کا بیسٹ طریقہ اب اپنایا جا چکا ہے</w:t>
      </w:r>
    </w:p>
    <w:p>
      <w:r>
        <w:rPr>
          <w:b/>
        </w:rPr>
        <w:t xml:space="preserve">[1:13:41] </w:t>
      </w:r>
      <w:r>
        <w:t>saudi arab mein ke unhon ne modern tareeqay ko le kar ke wahan par hasti machine lagai hai</w:t>
      </w:r>
    </w:p>
    <w:p>
      <w:pPr>
        <w:jc w:val="right"/>
      </w:pPr>
      <w:r>
        <w:t>سعودی عرب میں کہ انہوں نے ماڈرن طریقے کو لے کر کے وہاں پر ہستی مشین لگائی ہے</w:t>
      </w:r>
    </w:p>
    <w:p>
      <w:r>
        <w:rPr>
          <w:b/>
        </w:rPr>
        <w:t xml:space="preserve">[1:13:47] </w:t>
      </w:r>
      <w:r>
        <w:t>aur bohat hi achay tareeqay se process kar ke woh packet bheja jata hai un mulkon mein jahan</w:t>
      </w:r>
    </w:p>
    <w:p>
      <w:pPr>
        <w:jc w:val="right"/>
      </w:pPr>
      <w:r>
        <w:t>اور بہت ہی اچھے طریقے سے پروسیس کر کے وہ پیکٹ بھیجا جاتا ہے ان ملکوں میں جہاں</w:t>
      </w:r>
    </w:p>
    <w:p>
      <w:r>
        <w:rPr>
          <w:b/>
        </w:rPr>
        <w:t xml:space="preserve">[1:13:53] </w:t>
      </w:r>
      <w:r>
        <w:t>food ki bohat zyada kami hai to bohat acha tareeqa hai yeh baqi yeh galat tareeqa hai ke</w:t>
      </w:r>
    </w:p>
    <w:p>
      <w:pPr>
        <w:jc w:val="right"/>
      </w:pPr>
      <w:r>
        <w:t>فوڈ کی بہت زیادہ کمی ہے تو بہت اچھا طریقہ ہے یہ باقی یہ غلط طریقہ ہے کہ</w:t>
      </w:r>
    </w:p>
    <w:p>
      <w:r>
        <w:rPr>
          <w:b/>
        </w:rPr>
        <w:t xml:space="preserve">[1:13:58] </w:t>
      </w:r>
      <w:r>
        <w:t>woh woh is ka paisa le kar ke aap kahin aur kharch</w:t>
      </w:r>
    </w:p>
    <w:p>
      <w:pPr>
        <w:jc w:val="right"/>
      </w:pPr>
      <w:r>
        <w:t>وہ وہ اس کا پیسہ لے کر کے اپ کہیں اور خرچ</w:t>
      </w:r>
    </w:p>
    <w:p>
      <w:r>
        <w:rPr>
          <w:b/>
        </w:rPr>
        <w:t xml:space="preserve">[1:14:00] </w:t>
      </w:r>
      <w:r>
        <w:t>karen ye bilkul galat hai ye koi masla nahi hai koi bhi aalim is ko nahi manta koi ek bhi aalim aisa nahi hai jo kahe ke haan is ki jagah pe paisa de do ye galat hai bilkul</w:t>
      </w:r>
    </w:p>
    <w:p>
      <w:pPr>
        <w:jc w:val="right"/>
      </w:pPr>
      <w:r>
        <w:t>کریں یہ بالکل غلط ہے یہ کوئی مسئلہ نہیں ہے کوئی بھی عالم اس کو نہیں مانتا کوئی ایک بھی عالم ایسا نہیں ہے جو کہے کہ ہاں اس کی جگہ پہ پیسہ دے دو یہ غلط ہے بالکل</w:t>
      </w:r>
    </w:p>
    <w:p>
      <w:r>
        <w:rPr>
          <w:b/>
        </w:rPr>
        <w:t xml:space="preserve">[1:14:15] </w:t>
      </w:r>
      <w:r>
        <w:t>das question is from syed momin most of the non muslims are confused when they hear that prophet ibrahim was commanded to sacrifice his son but i think it was because of extreme love for god that made ibrahim think that he was commanded to kill his son kindly clear this point</w:t>
      </w:r>
    </w:p>
    <w:p>
      <w:pPr>
        <w:jc w:val="right"/>
      </w:pPr>
      <w:r>
        <w:t>دس کوئسچن از فرام سید مومن موسٹ اف دا نان مسلمز ار کنفیوزڈ وین دے ہیئر دیٹ پرافٹ ابراہیم واز کمانڈڈ ٹو سیکریفائز ہز سن بٹ ائی تھنک اٹ واز بیکاز اف ایکسٹریم لو فار گاڈ دیٹ میڈ ابراہیم تھنک دیٹ ہی واز کمانڈڈ ٹو کل ہز سن کائنڈلی کلیئر دس پوائنٹ</w:t>
      </w:r>
    </w:p>
    <w:p>
      <w:r>
        <w:rPr>
          <w:b/>
        </w:rPr>
        <w:t xml:space="preserve">[1:14:41] </w:t>
      </w:r>
      <w:r>
        <w:t>nahi dekhiye yeh lo ki baat nahi hai yeh planning ki baat hai is ko mein ne abhi</w:t>
      </w:r>
    </w:p>
    <w:p>
      <w:pPr>
        <w:jc w:val="right"/>
      </w:pPr>
      <w:r>
        <w:t>نہیں دیکھیے یہ لو کی بات نہیں ہے یہ پلاننگ کی بات ہے اس کو میں نے ابھی</w:t>
      </w:r>
    </w:p>
    <w:p>
      <w:r>
        <w:rPr>
          <w:b/>
        </w:rPr>
        <w:t xml:space="preserve">[1:14:49] </w:t>
      </w:r>
      <w:r>
        <w:t>kuch is par ishara kiya tha ke yeh khuda ki planning ki baat hai aap history parhiye history</w:t>
      </w:r>
    </w:p>
    <w:p>
      <w:pPr>
        <w:jc w:val="right"/>
      </w:pPr>
      <w:r>
        <w:t>کچھ اس پر اشارہ کیا تھا کہ یہ خدا کی پلاننگ کی بات ہے اپ ہسٹری پڑھیے ہسٹری</w:t>
      </w:r>
    </w:p>
    <w:p>
      <w:r>
        <w:rPr>
          <w:b/>
        </w:rPr>
        <w:t xml:space="preserve">[1:14:55] </w:t>
      </w:r>
      <w:r>
        <w:t>afrelijin to aisa hai ke sari dunya mein suppression ka chha chuka tha suppression kiya cheez hai</w:t>
      </w:r>
    </w:p>
    <w:p>
      <w:pPr>
        <w:jc w:val="right"/>
      </w:pPr>
      <w:r>
        <w:t>اف ریلیجن تو ایسا ہے کہ ساری دنیا میں سپریسیشن کا چھا چکا تھا سپریسیشن کیا چیز ہے</w:t>
      </w:r>
    </w:p>
    <w:p>
      <w:r>
        <w:rPr>
          <w:b/>
        </w:rPr>
        <w:t xml:space="preserve">[1:15:06] </w:t>
      </w:r>
      <w:r>
        <w:t>yeh hai conditioning</w:t>
      </w:r>
    </w:p>
    <w:p>
      <w:pPr>
        <w:jc w:val="right"/>
      </w:pPr>
      <w:r>
        <w:t>یہ ہے کنڈیشننگ</w:t>
      </w:r>
    </w:p>
    <w:p>
      <w:r>
        <w:rPr>
          <w:b/>
        </w:rPr>
        <w:t xml:space="preserve">[1:15:08] </w:t>
      </w:r>
      <w:r>
        <w:t>yani shirk mein log condition hotay thay is zamane mein jo city hotay thay jo culture hota tha</w:t>
      </w:r>
    </w:p>
    <w:p>
      <w:pPr>
        <w:jc w:val="right"/>
      </w:pPr>
      <w:r>
        <w:t>یعنی شرک میں لوگ کنڈیشن ہوتے تھے اس زمانے میں جو سٹی ہوتے تھے جو کلچر ہوتا تھا</w:t>
      </w:r>
    </w:p>
    <w:p>
      <w:r>
        <w:rPr>
          <w:b/>
        </w:rPr>
        <w:t xml:space="preserve">[1:15:14] </w:t>
      </w:r>
      <w:r>
        <w:t>to har jagah</w:t>
      </w:r>
    </w:p>
    <w:p>
      <w:pPr>
        <w:jc w:val="right"/>
      </w:pPr>
      <w:r>
        <w:t>تو ہر جگہ</w:t>
      </w:r>
    </w:p>
    <w:p>
      <w:r>
        <w:rPr>
          <w:b/>
        </w:rPr>
        <w:t xml:space="preserve">[1:15:16] </w:t>
      </w:r>
      <w:r>
        <w:t>woh shirk chhaya hua tha shirk jo tha woh bilkul culture mein rash bas gaya tha to har</w:t>
      </w:r>
    </w:p>
    <w:p>
      <w:pPr>
        <w:jc w:val="right"/>
      </w:pPr>
      <w:r>
        <w:t>وہ شرک چھایا ہوا تھا شرک جو تھا وہ بالکل کلچر میں رش بس گیا تھا تو ہر</w:t>
      </w:r>
    </w:p>
    <w:p>
      <w:r>
        <w:rPr>
          <w:b/>
        </w:rPr>
        <w:t xml:space="preserve">[1:15:23] </w:t>
      </w:r>
      <w:r>
        <w:t>insan jo hai paida hota tha</w:t>
      </w:r>
    </w:p>
    <w:p>
      <w:pPr>
        <w:jc w:val="right"/>
      </w:pPr>
      <w:r>
        <w:t>انسان جو ہے پیدا ہوتا تھا</w:t>
      </w:r>
    </w:p>
    <w:p>
      <w:r>
        <w:rPr>
          <w:b/>
        </w:rPr>
        <w:t xml:space="preserve">[1:15:26] </w:t>
      </w:r>
      <w:r>
        <w:t>yani</w:t>
      </w:r>
    </w:p>
    <w:p>
      <w:pPr>
        <w:jc w:val="right"/>
      </w:pPr>
      <w:r>
        <w:t>یعنی</w:t>
      </w:r>
    </w:p>
    <w:p>
      <w:r>
        <w:rPr>
          <w:b/>
        </w:rPr>
        <w:t xml:space="preserve">[1:15:27] </w:t>
      </w:r>
      <w:r>
        <w:t>isi waqt us ki conditioning hoti thi woh to paighambaron ne jagah jagah daoti kaam kiya lekin kuch</w:t>
      </w:r>
    </w:p>
    <w:p>
      <w:pPr>
        <w:jc w:val="right"/>
      </w:pPr>
      <w:r>
        <w:t>اسی وقت اس کی کنڈیشننگ ہوتی تھی وہ تو پیغمبروں نے جگہ جگہ دعوتی کام کیا لیکن کچھ</w:t>
      </w:r>
    </w:p>
    <w:p>
      <w:r>
        <w:rPr>
          <w:b/>
        </w:rPr>
        <w:t xml:space="preserve">[1:15:33] </w:t>
      </w:r>
      <w:r>
        <w:t>log milay nahi hazrat ibrahim ke sath mein ne arz kiya ke un ki jab woh niklay iraq</w:t>
      </w:r>
    </w:p>
    <w:p>
      <w:pPr>
        <w:jc w:val="right"/>
      </w:pPr>
      <w:r>
        <w:t>لوگ ملے نہیں حضرت ابراہیم کے ساتھ میں نے عرض کیا کہ ان کی جب وہ نکلے عراق</w:t>
      </w:r>
    </w:p>
    <w:p>
      <w:r>
        <w:rPr>
          <w:b/>
        </w:rPr>
        <w:t xml:space="preserve">[1:15:39] </w:t>
      </w:r>
      <w:r>
        <w:t>se arr aik city tha wahan thay woh</w:t>
      </w:r>
    </w:p>
    <w:p>
      <w:pPr>
        <w:jc w:val="right"/>
      </w:pPr>
      <w:r>
        <w:t>سے عر ایک سٹی تھا وہاں تھے وہ</w:t>
      </w:r>
    </w:p>
    <w:p>
      <w:r>
        <w:rPr>
          <w:b/>
        </w:rPr>
        <w:t xml:space="preserve">[1:15:43] </w:t>
      </w:r>
      <w:r>
        <w:t>arr capital tha us waqt iraq ka to un ki biwi thi aur bhatija loot aur koi bhi</w:t>
      </w:r>
    </w:p>
    <w:p>
      <w:pPr>
        <w:jc w:val="right"/>
      </w:pPr>
      <w:r>
        <w:t>عر کیپیٹل تھا اس وقت عراق کا تو ان کی بیوی تھی اور بھتیجہ لوط اور کوئی بھی</w:t>
      </w:r>
    </w:p>
    <w:p>
      <w:r>
        <w:rPr>
          <w:b/>
        </w:rPr>
        <w:t xml:space="preserve">[1:15:49] </w:t>
      </w:r>
      <w:r>
        <w:t>nahi tha kyunke yani</w:t>
      </w:r>
    </w:p>
    <w:p>
      <w:pPr>
        <w:jc w:val="right"/>
      </w:pPr>
      <w:r>
        <w:t>نہیں تھا کیونکہ یعنی</w:t>
      </w:r>
    </w:p>
    <w:p>
      <w:r>
        <w:rPr>
          <w:b/>
        </w:rPr>
        <w:t xml:space="preserve">[1:15:53] </w:t>
      </w:r>
      <w:r>
        <w:t>due to conditioning woh samajh nahi paate thay ke khuda aik hai kyunke woh zamana tha nature worship</w:t>
      </w:r>
    </w:p>
    <w:p>
      <w:pPr>
        <w:jc w:val="right"/>
      </w:pPr>
      <w:r>
        <w:t>ڈیو ٹو کنڈیشننگ وہ سمجھ نہیں پاتے تھے کہ خدا ایک ہے کیونکہ وہ زمانہ تھا نیچر ورشپ</w:t>
      </w:r>
    </w:p>
    <w:p>
      <w:r>
        <w:rPr>
          <w:b/>
        </w:rPr>
        <w:t xml:space="preserve">[1:16:00] </w:t>
      </w:r>
      <w:r>
        <w:t>ka zamana har cheez khuda bani hui thi suraj mein khuda chand mein khuda sitare mein khuda samandar</w:t>
      </w:r>
    </w:p>
    <w:p>
      <w:pPr>
        <w:jc w:val="right"/>
      </w:pPr>
      <w:r>
        <w:t>کا زمانہ ہر چیز خدا بنی ہوئی تھی سورج میں خدا چاند میں خدا ستارے میں خدا سمندر</w:t>
      </w:r>
    </w:p>
    <w:p>
      <w:r>
        <w:rPr>
          <w:b/>
        </w:rPr>
        <w:t xml:space="preserve">[1:16:05] </w:t>
      </w:r>
      <w:r>
        <w:t>mein khuda aur pahar bhi khuda is mein woh condition ho gaye thay to aik khuda concept in</w:t>
      </w:r>
    </w:p>
    <w:p>
      <w:pPr>
        <w:jc w:val="right"/>
      </w:pPr>
      <w:r>
        <w:t>میں خدا اور پہاڑ بھی خدا اس میں وہ کنڈیشن ہو گئے تھے تو ایک خدا کانسیپٹ ان</w:t>
      </w:r>
    </w:p>
    <w:p>
      <w:r>
        <w:rPr>
          <w:b/>
        </w:rPr>
        <w:t xml:space="preserve">[1:16:12] </w:t>
      </w:r>
      <w:r>
        <w:t>ki samajh mein nahi aata tha</w:t>
      </w:r>
    </w:p>
    <w:p>
      <w:pPr>
        <w:jc w:val="right"/>
      </w:pPr>
      <w:r>
        <w:t>کی سمجھ میں نہیں اتا تھا</w:t>
      </w:r>
    </w:p>
    <w:p>
      <w:r>
        <w:rPr>
          <w:b/>
        </w:rPr>
        <w:t xml:space="preserve">[1:16:14] </w:t>
      </w:r>
      <w:r>
        <w:t>to hazrat ibrahim ko jo ke sath khuda ki planning yeh thi ke yeh aik nai generation banai</w:t>
      </w:r>
    </w:p>
    <w:p>
      <w:pPr>
        <w:jc w:val="right"/>
      </w:pPr>
      <w:r>
        <w:t>تو حضرت ابراہیم کو جو کے ساتھ خدا کی پلاننگ یہ تھی کہ یہ ایک نئی جنریشن بنائی</w:t>
      </w:r>
    </w:p>
    <w:p>
      <w:r>
        <w:rPr>
          <w:b/>
        </w:rPr>
        <w:t xml:space="preserve">[1:16:21] </w:t>
      </w:r>
      <w:r>
        <w:t>jaye nai generation</w:t>
      </w:r>
    </w:p>
    <w:p>
      <w:pPr>
        <w:jc w:val="right"/>
      </w:pPr>
      <w:r>
        <w:t>جائے نئی جنریشن</w:t>
      </w:r>
    </w:p>
    <w:p>
      <w:r>
        <w:rPr>
          <w:b/>
        </w:rPr>
        <w:t xml:space="preserve">[1:16:22] </w:t>
      </w:r>
      <w:r>
        <w:t>to khwab mein jo dikhaya gaya woh woh aik woh woh aik symbolic way mein ke unhon ne</w:t>
      </w:r>
    </w:p>
    <w:p>
      <w:pPr>
        <w:jc w:val="right"/>
      </w:pPr>
      <w:r>
        <w:t>تو خواب میں جو دکھایا گیا وہ وہ ایک وہ وہ ایک سمبلک وے میں کہ انہوں نے</w:t>
      </w:r>
    </w:p>
    <w:p>
      <w:r>
        <w:rPr>
          <w:b/>
        </w:rPr>
        <w:t xml:space="preserve">[1:16:31] </w:t>
      </w:r>
      <w:r>
        <w:t>dekha ke mein apne bete ko zabah kar raha hoon</w:t>
      </w:r>
    </w:p>
    <w:p>
      <w:pPr>
        <w:jc w:val="right"/>
      </w:pPr>
      <w:r>
        <w:t>دیکھا کہ میں اپنے بیٹے کو ذبح کر رہا ہوں</w:t>
      </w:r>
    </w:p>
    <w:p>
      <w:r>
        <w:rPr>
          <w:b/>
        </w:rPr>
        <w:t xml:space="preserve">[1:16:34] </w:t>
      </w:r>
      <w:r>
        <w:t>to woh symbolic way mein tha woh zabah karne ke mani thay ke un ko dedicate kar dena</w:t>
      </w:r>
    </w:p>
    <w:p>
      <w:pPr>
        <w:jc w:val="right"/>
      </w:pPr>
      <w:r>
        <w:t>تو وہ سمبلک وے میں تھا وہ ذبح کرنے کے معنی تھے کہ ان کو ڈیڈیکیٹ کر دینا</w:t>
      </w:r>
    </w:p>
    <w:p>
      <w:r>
        <w:rPr>
          <w:b/>
        </w:rPr>
        <w:t xml:space="preserve">[1:16:41] </w:t>
      </w:r>
      <w:r>
        <w:t>ap sochiye ke desert mein ja kar basana</w:t>
      </w:r>
    </w:p>
    <w:p>
      <w:pPr>
        <w:jc w:val="right"/>
      </w:pPr>
      <w:r>
        <w:t>اپ سوچیے کہ ڈیزرٹ میں جا کر بسانا</w:t>
      </w:r>
    </w:p>
    <w:p>
      <w:r>
        <w:rPr>
          <w:b/>
        </w:rPr>
        <w:t xml:space="preserve">[1:16:44] </w:t>
      </w:r>
      <w:r>
        <w:t>to yeh to more than zabah tha yeh</w:t>
      </w:r>
    </w:p>
    <w:p>
      <w:pPr>
        <w:jc w:val="right"/>
      </w:pPr>
      <w:r>
        <w:t>تو یہ تو مور دین ذبح تھا یہ</w:t>
      </w:r>
    </w:p>
    <w:p>
      <w:r>
        <w:rPr>
          <w:b/>
        </w:rPr>
        <w:t xml:space="preserve">[1:16:48] </w:t>
      </w:r>
      <w:r>
        <w:t>to unhon woh unhon ne is ko real sense mein liya real sense mein le kar ke woh</w:t>
      </w:r>
    </w:p>
    <w:p>
      <w:pPr>
        <w:jc w:val="right"/>
      </w:pPr>
      <w:r>
        <w:t>تو انہوں وہ انہوں نے اس کو ریئل سینس میں لیا ریئل سینس میں لے کر کے وہ</w:t>
      </w:r>
    </w:p>
    <w:p>
      <w:r>
        <w:rPr>
          <w:b/>
        </w:rPr>
        <w:t xml:space="preserve">[1:16:53] </w:t>
      </w:r>
      <w:r>
        <w:t>is ko zabah karne ko tayyar ho gaye to foran hi farishtay ke zariye Allah taala</w:t>
      </w:r>
    </w:p>
    <w:p>
      <w:pPr>
        <w:jc w:val="right"/>
      </w:pPr>
      <w:r>
        <w:t>اس کو ذبح کرنے کو تیار ہو گئے تو فورا ہی فرشتے کے ذریعے اللہ تعالی</w:t>
      </w:r>
    </w:p>
    <w:p>
      <w:r>
        <w:rPr>
          <w:b/>
        </w:rPr>
        <w:t xml:space="preserve">[1:16:57] </w:t>
      </w:r>
      <w:r>
        <w:t>ne bataya ke real sense mein nahi</w:t>
      </w:r>
    </w:p>
    <w:p>
      <w:pPr>
        <w:jc w:val="right"/>
      </w:pPr>
      <w:r>
        <w:t>نے بتایا کہ ریئل سینس میں نہیں</w:t>
      </w:r>
    </w:p>
    <w:p>
      <w:r>
        <w:rPr>
          <w:b/>
        </w:rPr>
        <w:t xml:space="preserve">[1:17:01] </w:t>
      </w:r>
      <w:r>
        <w:t>is ka matlab yeh hai ke tumhein apne bete ko</w:t>
      </w:r>
    </w:p>
    <w:p>
      <w:pPr>
        <w:jc w:val="right"/>
      </w:pPr>
      <w:r>
        <w:t>اس کا مطلب یہ ہے کہ تمہیں اپنے بیٹے کو</w:t>
      </w:r>
    </w:p>
    <w:p>
      <w:r>
        <w:rPr>
          <w:b/>
        </w:rPr>
        <w:t xml:space="preserve">[1:17:05] </w:t>
      </w:r>
      <w:r>
        <w:t>is mission ke liye dedicate karna hai aur aisi jagah le aana padega jahan ke pani bhi</w:t>
      </w:r>
    </w:p>
    <w:p>
      <w:pPr>
        <w:jc w:val="right"/>
      </w:pPr>
      <w:r>
        <w:t>اس مشن کے لیے ڈیڈیکیٹ کرنا ہے اور ایسی جگہ لے انا پڑے گا جہاں کہ پانی بھی</w:t>
      </w:r>
    </w:p>
    <w:p>
      <w:r>
        <w:rPr>
          <w:b/>
        </w:rPr>
        <w:t xml:space="preserve">[1:17:10] </w:t>
      </w:r>
      <w:r>
        <w:t>nahi kuch bhi nahi</w:t>
      </w:r>
    </w:p>
    <w:p>
      <w:pPr>
        <w:jc w:val="right"/>
      </w:pPr>
      <w:r>
        <w:t>نہیں کچھ بھی نہیں</w:t>
      </w:r>
    </w:p>
    <w:p>
      <w:r>
        <w:rPr>
          <w:b/>
        </w:rPr>
        <w:t xml:space="preserve">[1:17:13] </w:t>
      </w:r>
      <w:r>
        <w:t>to isi liye ke wahan ke basaya unhon ne yeh lo ka masla nahi tha yeh tha Allah</w:t>
      </w:r>
    </w:p>
    <w:p>
      <w:pPr>
        <w:jc w:val="right"/>
      </w:pPr>
      <w:r>
        <w:t>تو اسی لیے کہ وہاں کے بسایا انہوں نے یہ لو کا مسئلہ نہیں تھا یہ تھا اللہ</w:t>
      </w:r>
    </w:p>
    <w:p>
      <w:r>
        <w:rPr>
          <w:b/>
        </w:rPr>
        <w:t xml:space="preserve">[1:17:19] </w:t>
      </w:r>
      <w:r>
        <w:t>taala ki ek planning thi ke desert mein ek generation banai jaye jo conditioning se pak ho</w:t>
      </w:r>
    </w:p>
    <w:p>
      <w:pPr>
        <w:jc w:val="right"/>
      </w:pPr>
      <w:r>
        <w:t>تعالی کی ایک پلاننگ تھی کہ ڈیزرٹ میں ایک جنریشن بنائی جائے جو کنڈیشننگ سے پاک ہو</w:t>
      </w:r>
    </w:p>
    <w:p>
      <w:r>
        <w:rPr>
          <w:b/>
        </w:rPr>
        <w:t xml:space="preserve">[1:17:28] </w:t>
      </w:r>
      <w:r>
        <w:t>aur ek khuda ke concept ko samajh sake woh ek khuda ke concept samajh nahi pa rahe the</w:t>
      </w:r>
    </w:p>
    <w:p>
      <w:pPr>
        <w:jc w:val="right"/>
      </w:pPr>
      <w:r>
        <w:t>اور ایک خدا کے کانسیپٹ کو سمجھ سکے وہ ایک خدا کے کانسیپٹ سمجھ نہیں پا رہے تھے</w:t>
      </w:r>
    </w:p>
    <w:p>
      <w:r>
        <w:rPr>
          <w:b/>
        </w:rPr>
        <w:t xml:space="preserve">[1:17:34] </w:t>
      </w:r>
      <w:r>
        <w:t>woh due to conditioning</w:t>
      </w:r>
    </w:p>
    <w:p>
      <w:pPr>
        <w:jc w:val="right"/>
      </w:pPr>
      <w:r>
        <w:t>وہ ڈیو ٹو کنڈیشننگ</w:t>
      </w:r>
    </w:p>
    <w:p>
      <w:r>
        <w:rPr>
          <w:b/>
        </w:rPr>
        <w:t xml:space="preserve">[1:17:38] </w:t>
      </w:r>
      <w:r>
        <w:t>chunaanche aap dekhiye ke wahi log the yahi generation thi jis mein</w:t>
      </w:r>
    </w:p>
    <w:p>
      <w:pPr>
        <w:jc w:val="right"/>
      </w:pPr>
      <w:r>
        <w:t>چنانچہ اپ دیکھیے کہ وہی لوگ تھے یہی جنریشن تھی جس میں</w:t>
      </w:r>
    </w:p>
    <w:p>
      <w:r>
        <w:rPr>
          <w:b/>
        </w:rPr>
        <w:t xml:space="preserve">[1:17:42] </w:t>
      </w:r>
      <w:r>
        <w:t>ke rasool Allah paida hue aur phir itne saare log mile aap ko ek poori team bani aap</w:t>
      </w:r>
    </w:p>
    <w:p>
      <w:pPr>
        <w:jc w:val="right"/>
      </w:pPr>
      <w:r>
        <w:t>کہ رسول اللہ پیدا ہوئے اور پھر اتنے سارے لوگ ملے اپ کو ایک پوری ٹیم بنی اپ</w:t>
      </w:r>
    </w:p>
    <w:p>
      <w:r>
        <w:rPr>
          <w:b/>
        </w:rPr>
        <w:t xml:space="preserve">[1:17:47] </w:t>
      </w:r>
      <w:r>
        <w:t>ko aap sochiye ek poori history mein kabhi aisa nahi hua tha ke kisi prophet ko ke team</w:t>
      </w:r>
    </w:p>
    <w:p>
      <w:pPr>
        <w:jc w:val="right"/>
      </w:pPr>
      <w:r>
        <w:t>کو اپ سوچیے ایک پوری ہسٹری میں کبھی ایسا نہیں ہوا تھا کہ کسی پرافٹ کو کہ ٹیم</w:t>
      </w:r>
    </w:p>
    <w:p>
      <w:r>
        <w:rPr>
          <w:b/>
        </w:rPr>
        <w:t xml:space="preserve">[1:17:53] </w:t>
      </w:r>
      <w:r>
        <w:t>mile team kyun yeh koi mischievous baat nahi hai yeh koi fazilat ki baat bhi nahi hai yeh</w:t>
      </w:r>
    </w:p>
    <w:p>
      <w:pPr>
        <w:jc w:val="right"/>
      </w:pPr>
      <w:r>
        <w:t>ملے ٹیم کیوں یہ کوئی مسچیس بات نہیں ہے یہ کوئی فضیلت کی بات بھی نہیں ہے یہ</w:t>
      </w:r>
    </w:p>
    <w:p>
      <w:r>
        <w:rPr>
          <w:b/>
        </w:rPr>
        <w:t xml:space="preserve">[1:18:01] </w:t>
      </w:r>
      <w:r>
        <w:t>dhai hazar saal tak wahan par ek generation banai gayi thi yani Hazrat Ibrahim ke zamane se le</w:t>
      </w:r>
    </w:p>
    <w:p>
      <w:pPr>
        <w:jc w:val="right"/>
      </w:pPr>
      <w:r>
        <w:t>ڈھائی ہزار سال تک وہاں پر ایک جنریشن بنائی گئی تھی یعنی حضرت ابراہیم کے زمانے سے لے</w:t>
      </w:r>
    </w:p>
    <w:p>
      <w:r>
        <w:rPr>
          <w:b/>
        </w:rPr>
        <w:t xml:space="preserve">[1:18:07] </w:t>
      </w:r>
      <w:r>
        <w:t>kar ke Hazrat Rasool Allah tak dhai hazar saal ki doori hai</w:t>
      </w:r>
    </w:p>
    <w:p>
      <w:pPr>
        <w:jc w:val="right"/>
      </w:pPr>
      <w:r>
        <w:t>کر کے حضرت رسول اللہ تک ڈھائی ہزار سال کی دوری ہے</w:t>
      </w:r>
    </w:p>
    <w:p>
      <w:r>
        <w:rPr>
          <w:b/>
        </w:rPr>
        <w:t xml:space="preserve">[1:18:11] </w:t>
      </w:r>
      <w:r>
        <w:t>is dhai hazar saal mein ek generation bani thi generation</w:t>
      </w:r>
    </w:p>
    <w:p>
      <w:pPr>
        <w:jc w:val="right"/>
      </w:pPr>
      <w:r>
        <w:t>اس ڈھائی ہزار سال میں ایک جنریشن بنی تھی جنریشن</w:t>
      </w:r>
    </w:p>
    <w:p>
      <w:r>
        <w:rPr>
          <w:b/>
        </w:rPr>
        <w:t xml:space="preserve">[1:18:15] </w:t>
      </w:r>
      <w:r>
        <w:t>jo badi had tak conditioning se pak thi un ka zara objective thinking hi thi realistic thinking thi</w:t>
      </w:r>
    </w:p>
    <w:p>
      <w:pPr>
        <w:jc w:val="right"/>
      </w:pPr>
      <w:r>
        <w:t>جو بڑی حد تک کنڈیشننگ سے پاک تھی ان کا ذرا ابجیکٹو تھنکنگ ہی تھی ریلسٹک تھنکنگ تھی</w:t>
      </w:r>
    </w:p>
    <w:p>
      <w:r>
        <w:rPr>
          <w:b/>
        </w:rPr>
        <w:t xml:space="preserve">[1:18:22] </w:t>
      </w:r>
      <w:r>
        <w:t>woh bohat hi nature par the woh log</w:t>
      </w:r>
    </w:p>
    <w:p>
      <w:pPr>
        <w:jc w:val="right"/>
      </w:pPr>
      <w:r>
        <w:t>وہ بہت ہی نیچر پر تھے وہ لوگ</w:t>
      </w:r>
    </w:p>
    <w:p>
      <w:r>
        <w:rPr>
          <w:b/>
        </w:rPr>
        <w:t xml:space="preserve">[1:18:25] </w:t>
      </w:r>
      <w:r>
        <w:t>ek qissa mein arz karoon ke</w:t>
      </w:r>
    </w:p>
    <w:p>
      <w:pPr>
        <w:jc w:val="right"/>
      </w:pPr>
      <w:r>
        <w:t>ایک قصہ میں عرض کروں کہ</w:t>
      </w:r>
    </w:p>
    <w:p>
      <w:r>
        <w:rPr>
          <w:b/>
        </w:rPr>
        <w:t xml:space="preserve">[1:18:28] </w:t>
      </w:r>
      <w:r>
        <w:t>rasool Allah madine ki masjid mein baithe hue the ek aadmi aata hai</w:t>
      </w:r>
    </w:p>
    <w:p>
      <w:pPr>
        <w:jc w:val="right"/>
      </w:pPr>
      <w:r>
        <w:t>رسول اللہ مدینے کی مسجد میں بیٹھے ہوئے تھے ایک ادمی اتا ہے</w:t>
      </w:r>
    </w:p>
    <w:p>
      <w:r>
        <w:rPr>
          <w:b/>
        </w:rPr>
        <w:t xml:space="preserve">[1:18:34] </w:t>
      </w:r>
      <w:r>
        <w:t>yani woh desert mein rehta tha woh</w:t>
      </w:r>
    </w:p>
    <w:p>
      <w:pPr>
        <w:jc w:val="right"/>
      </w:pPr>
      <w:r>
        <w:t>یعنی وہ ڈیزرٹ میں رہتا تھا وہ</w:t>
      </w:r>
    </w:p>
    <w:p>
      <w:r>
        <w:rPr>
          <w:b/>
        </w:rPr>
        <w:t xml:space="preserve">[1:18:38] </w:t>
      </w:r>
      <w:r>
        <w:t>woh aata hai oont par baitha hua</w:t>
      </w:r>
    </w:p>
    <w:p>
      <w:pPr>
        <w:jc w:val="right"/>
      </w:pPr>
      <w:r>
        <w:t>وہ اتا ہے اونٹ پر بیٹھا ہوا</w:t>
      </w:r>
    </w:p>
    <w:p>
      <w:r>
        <w:rPr>
          <w:b/>
        </w:rPr>
        <w:t xml:space="preserve">[1:18:41] </w:t>
      </w:r>
      <w:r>
        <w:t>aur woh suna tha us ne ke ek prophet paida hue hain to oont baithe baithe poochta hai</w:t>
      </w:r>
    </w:p>
    <w:p>
      <w:pPr>
        <w:jc w:val="right"/>
      </w:pPr>
      <w:r>
        <w:t>اور وہ سنا تھا اس نے کہ ایک پرافٹ پیدا ہوئے ہیں تو اونٹ بیٹھے بیٹھے پوچھتا ہے</w:t>
      </w:r>
    </w:p>
    <w:p>
      <w:r>
        <w:rPr>
          <w:b/>
        </w:rPr>
        <w:t xml:space="preserve">[1:18:47] </w:t>
      </w:r>
      <w:r>
        <w:t>ke tum mein se kaun hai</w:t>
      </w:r>
    </w:p>
    <w:p>
      <w:pPr>
        <w:jc w:val="right"/>
      </w:pPr>
      <w:r>
        <w:t>کہ تم میں سے کون ہے</w:t>
      </w:r>
    </w:p>
    <w:p>
      <w:r>
        <w:rPr>
          <w:b/>
        </w:rPr>
        <w:t xml:space="preserve">[1:18:51] </w:t>
      </w:r>
      <w:r>
        <w:t>jo apne ko prophet batata hai rasool Allah ne kaha ke main hoon to us ne use baithe</w:t>
      </w:r>
    </w:p>
    <w:p>
      <w:pPr>
        <w:jc w:val="right"/>
      </w:pPr>
      <w:r>
        <w:t>جو اپنے کو پرافٹ بتاتا ہے رسول اللہ نے کہا کہ میں ہوں تو اس نے اسے بیٹھے</w:t>
      </w:r>
    </w:p>
    <w:p>
      <w:r>
        <w:rPr>
          <w:b/>
        </w:rPr>
        <w:t xml:space="preserve">[1:18:56] </w:t>
      </w:r>
      <w:r>
        <w:t>baithe poocha ke main aap ko Khuda ki qasam dilata hoon us Khuda ki jis ko aap mante</w:t>
      </w:r>
    </w:p>
    <w:p>
      <w:pPr>
        <w:jc w:val="right"/>
      </w:pPr>
      <w:r>
        <w:t>بیٹھے پوچھا کہ میں اپ کو خدا کی قسم دلاتا ہوں اس خدا کی جس کو اپ مانتے</w:t>
      </w:r>
    </w:p>
    <w:p>
      <w:r>
        <w:rPr>
          <w:b/>
        </w:rPr>
        <w:t xml:space="preserve">[1:19:02] </w:t>
      </w:r>
      <w:r>
        <w:t>hain is khuda ki jis ko log mante hain kiya sach much ap ko khuda ne prafit banaya</w:t>
      </w:r>
    </w:p>
    <w:p>
      <w:pPr>
        <w:jc w:val="right"/>
      </w:pPr>
      <w:r>
        <w:t>ہیں اس خدا کی جس کو لوگ مانتے ہیں کیا سچ مچ اپ کو خدا نے پرافٹ بنایا</w:t>
      </w:r>
    </w:p>
    <w:p>
      <w:r>
        <w:rPr>
          <w:b/>
        </w:rPr>
        <w:t xml:space="preserve">[1:19:07] </w:t>
      </w:r>
      <w:r>
        <w:t>hai ap kehte hain haan allahmu alnam aur woh man leta hai is ko kyunke</w:t>
      </w:r>
    </w:p>
    <w:p>
      <w:pPr>
        <w:jc w:val="right"/>
      </w:pPr>
      <w:r>
        <w:t>ہے اپ کہتے ہیں ہاں اللہم النام اور وہ مان لیتا ہے اس کو کیونکہ</w:t>
      </w:r>
    </w:p>
    <w:p>
      <w:r>
        <w:rPr>
          <w:b/>
        </w:rPr>
        <w:t xml:space="preserve">[1:19:14] </w:t>
      </w:r>
      <w:r>
        <w:t>wo jante nahi the ke jhoot bhi bola ja sakta hai wo na jhoot bolte the na ye jante the ke jhoot bhi bola ja sakta hai aise log the wo nature par the nature par to rasool allah ke sath jo itne sare log mile sahaba jin ko hum kehte hain wo koi mischievous baat nahi thi wo fazilat ki baat bhi nahi thi wo wo ek planning ka</w:t>
      </w:r>
    </w:p>
    <w:p>
      <w:pPr>
        <w:jc w:val="right"/>
      </w:pPr>
      <w:r>
        <w:t>وہ جانتے نہیں تھے کہ جھوٹ بھی بولا جا سکتا ہے وہ نہ جھوٹ بولتے تھے نہ یہ جانتے تھے کہ جھوٹ بھی بولا جا سکتا ہے ایسے لوگ تھے وہ نیچر پر تھے نیچر پر تو رسول اللہ کے ساتھ جو اتنے سارے لوگ ملے صحابہ جن کو ہم کہتے ہیں وہ کوئی مسچیس بات نہیں تھی وہ فضیلت کی بات بھی نہیں تھی وہ وہ ایک پلاننگ کا</w:t>
      </w:r>
    </w:p>
    <w:p>
      <w:r>
        <w:rPr>
          <w:b/>
        </w:rPr>
        <w:t xml:space="preserve">[1:19:37] </w:t>
      </w:r>
      <w:r>
        <w:t>natija tha wo jo planning ki gayi thi to allah taala ye love ke love ki bina par nahi aisa hua balki allah taala ki planning ki bina par aisa hua ye khuda ki planning thi aur phir rasool allah ko jab team mili to is team ke zariye aap ne itna bada revolution paida kiya ye sari ek planning thi jo kai hazar saal tak phaili hui hai wo</w:t>
      </w:r>
    </w:p>
    <w:p>
      <w:pPr>
        <w:jc w:val="right"/>
      </w:pPr>
      <w:r>
        <w:t>نتیجہ تھا وہ جو پلاننگ کی گئی تھی تو اللہ تعالی یہ لو کے لو کی بنا پر نہیں ایسا ہوا بلکہ اللہ تعالی کی پلاننگ کی بنا پر ایسا ہوا یہ خدا کی پلاننگ تھی اور پھر رسول اللہ کو جب ٹیم ملی تو اس ٹیم کے ذریعے اپ نے اتنا بڑا رولیوشن پیدا کیا یہ ساری ایک پلاننگ تھی جو کئی ہزار سال تک پھیلی ہوئی ہے وہ</w:t>
      </w:r>
    </w:p>
    <w:p>
      <w:r>
        <w:rPr>
          <w:b/>
        </w:rPr>
        <w:t xml:space="preserve">[1:20:02] </w:t>
      </w:r>
      <w:r>
        <w:t>das question is from doctor farida</w:t>
      </w:r>
    </w:p>
    <w:p>
      <w:pPr>
        <w:jc w:val="right"/>
      </w:pPr>
      <w:r>
        <w:t>دس کوئسچن از فرام ڈاکٹر فریدہ</w:t>
      </w:r>
    </w:p>
    <w:p>
      <w:r>
        <w:rPr>
          <w:b/>
        </w:rPr>
        <w:t xml:space="preserve">[1:20:06] </w:t>
      </w:r>
      <w:r>
        <w:t>Why Prophet Ibrahim was appointed to spread divine message all over the inhabited world unlike other prophets</w:t>
      </w:r>
    </w:p>
    <w:p>
      <w:pPr>
        <w:jc w:val="right"/>
      </w:pPr>
      <w:r>
        <w:t>وائی پرافٹ ابراہیم واز اپوائنٹڈ ٹو سپریڈ ڈیوائن میسج ال اوور دی انہیبیٹڈ ورلڈ ان لائک ادر پرافٹس</w:t>
      </w:r>
    </w:p>
    <w:p>
      <w:r>
        <w:rPr>
          <w:b/>
        </w:rPr>
        <w:t xml:space="preserve">[1:20:14] </w:t>
      </w:r>
      <w:r>
        <w:t>who's supposed to spread the message in their in their town</w:t>
      </w:r>
    </w:p>
    <w:p>
      <w:pPr>
        <w:jc w:val="right"/>
      </w:pPr>
      <w:r>
        <w:t>ہو سپوز ٹو سپریڈ دی میسج ان دیر ان دیر ٹاؤن</w:t>
      </w:r>
    </w:p>
    <w:p>
      <w:r>
        <w:rPr>
          <w:b/>
        </w:rPr>
        <w:t xml:space="preserve">[1:20:20] </w:t>
      </w:r>
      <w:r>
        <w:t>nahi yeh galat soch hai ke doosre sare prafit jo the woh yani</w:t>
      </w:r>
    </w:p>
    <w:p>
      <w:pPr>
        <w:jc w:val="right"/>
      </w:pPr>
      <w:r>
        <w:t>نہیں یہ غلط سوچ ہے کہ دوسرے سارے پرافٹ جو تھے وہ یعنی</w:t>
      </w:r>
    </w:p>
    <w:p>
      <w:r>
        <w:rPr>
          <w:b/>
        </w:rPr>
        <w:t xml:space="preserve">[1:20:27] </w:t>
      </w:r>
      <w:r>
        <w:t>apni yani ek shehar ke liye the ya mulk ke liye the aur</w:t>
      </w:r>
    </w:p>
    <w:p>
      <w:pPr>
        <w:jc w:val="right"/>
      </w:pPr>
      <w:r>
        <w:t>اپنی یعنی ایک شہر کے لیے تھے یا ملک کے لیے تھے اور</w:t>
      </w:r>
    </w:p>
    <w:p>
      <w:r>
        <w:rPr>
          <w:b/>
        </w:rPr>
        <w:t xml:space="preserve">[1:20:35] </w:t>
      </w:r>
      <w:r>
        <w:t>sab ke sare prafit jo the woh the yani ek hi yani hesiyat mein la nafriq baina ahad</w:t>
      </w:r>
    </w:p>
    <w:p>
      <w:pPr>
        <w:jc w:val="right"/>
      </w:pPr>
      <w:r>
        <w:t>سب کے سارے پرافٹ جو تھے وہ تھے یعنی ایک ہی یعنی حیثیت میں لا نفرق بین احد</w:t>
      </w:r>
    </w:p>
    <w:p>
      <w:r>
        <w:rPr>
          <w:b/>
        </w:rPr>
        <w:t xml:space="preserve">[1:20:45] </w:t>
      </w:r>
      <w:r>
        <w:t>birrasool is aitbar se koi farq nahi hai kaam</w:t>
      </w:r>
    </w:p>
    <w:p>
      <w:pPr>
        <w:jc w:val="right"/>
      </w:pPr>
      <w:r>
        <w:t>بالرسول اس اعتبار سے کوئی فرق نہیں ہے کام</w:t>
      </w:r>
    </w:p>
    <w:p>
      <w:r>
        <w:rPr>
          <w:b/>
        </w:rPr>
        <w:t xml:space="preserve">[1:20:49] </w:t>
      </w:r>
      <w:r>
        <w:t>karte karte kaam phailta hai to hazrat ibrahim ka jo mamla tha aslan woh urhi ke liye</w:t>
      </w:r>
    </w:p>
    <w:p>
      <w:pPr>
        <w:jc w:val="right"/>
      </w:pPr>
      <w:r>
        <w:t>کرتے کرتے کام پھیلتا ہے تو حضرت ابراہیم کا جو معاملہ تھا اصلا وہ عر ہی کے لیے</w:t>
      </w:r>
    </w:p>
    <w:p>
      <w:r>
        <w:rPr>
          <w:b/>
        </w:rPr>
        <w:t xml:space="preserve">[1:20:54] </w:t>
      </w:r>
      <w:r>
        <w:t>aaye the aslan lekin jab wahan par yeh hua ke koi manane wala nahi hai to allah taala</w:t>
      </w:r>
    </w:p>
    <w:p>
      <w:pPr>
        <w:jc w:val="right"/>
      </w:pPr>
      <w:r>
        <w:t>ائے تھے اصلا لیکن جب وہاں پر یہ ہوا کہ کوئی ماننے والا نہیں ہے تو اللہ تعالی</w:t>
      </w:r>
    </w:p>
    <w:p>
      <w:r>
        <w:rPr>
          <w:b/>
        </w:rPr>
        <w:t xml:space="preserve">[1:21:03] </w:t>
      </w:r>
      <w:r>
        <w:t>ka hukum hua ke ap tum jao makkah to makkah woh urh se safar mein sare saron mein</w:t>
      </w:r>
    </w:p>
    <w:p>
      <w:pPr>
        <w:jc w:val="right"/>
      </w:pPr>
      <w:r>
        <w:t>کا حکم ہوا کہ اپ تم جاؤ مکہ تو مکہ وہ عر سے سفر میں سارے ساروں میں</w:t>
      </w:r>
    </w:p>
    <w:p>
      <w:r>
        <w:rPr>
          <w:b/>
        </w:rPr>
        <w:t xml:space="preserve">[1:21:08] </w:t>
      </w:r>
      <w:r>
        <w:t>gaye woh yani iraq se nikle jo to is zamane ki tarah hawai jahaz ki tarah urh kar</w:t>
      </w:r>
    </w:p>
    <w:p>
      <w:pPr>
        <w:jc w:val="right"/>
      </w:pPr>
      <w:r>
        <w:t>گئے وہ یعنی عراق سے نکلے جو تو اس زمانے کی طرح ہوائی جہاز کی طرح اڑ کر</w:t>
      </w:r>
    </w:p>
    <w:p>
      <w:r>
        <w:rPr>
          <w:b/>
        </w:rPr>
        <w:t xml:space="preserve">[1:21:14] </w:t>
      </w:r>
      <w:r>
        <w:t>nahi ja sakte the woh ke wahan hawai jahaz se urhein aur wahan utar jayein idhar sara safar</w:t>
      </w:r>
    </w:p>
    <w:p>
      <w:pPr>
        <w:jc w:val="right"/>
      </w:pPr>
      <w:r>
        <w:t>نہیں جا سکتے تھے وہ کہ وہاں ہوائی جہاز سے اڑیں اور وہاں اتر جائیں ادھر سارا سفر</w:t>
      </w:r>
    </w:p>
    <w:p>
      <w:r>
        <w:rPr>
          <w:b/>
        </w:rPr>
        <w:t xml:space="preserve">[1:21:19] </w:t>
      </w:r>
      <w:r>
        <w:t>karna pada un ko yahan se wahan tak to woh safar ke dauran unho ne apni daawti kaam</w:t>
      </w:r>
    </w:p>
    <w:p>
      <w:pPr>
        <w:jc w:val="right"/>
      </w:pPr>
      <w:r>
        <w:t>کرنا پڑا ان کو یہاں سے وہاں تک تو وہ سفر کے دوران انہوں نے اپنی دعوتی کام</w:t>
      </w:r>
    </w:p>
    <w:p>
      <w:r>
        <w:rPr>
          <w:b/>
        </w:rPr>
        <w:t xml:space="preserve">[1:21:25] </w:t>
      </w:r>
      <w:r>
        <w:t>karte rahe jaise ap log bhi daawti kaam karte hain safar ke dauran</w:t>
      </w:r>
    </w:p>
    <w:p>
      <w:pPr>
        <w:jc w:val="right"/>
      </w:pPr>
      <w:r>
        <w:t>کرتے رہے جیسے اپ لوگ بھی دعوتی کام کرتے ہیں سفر کے دوران</w:t>
      </w:r>
    </w:p>
    <w:p>
      <w:r>
        <w:rPr>
          <w:b/>
        </w:rPr>
        <w:t xml:space="preserve">[1:21:31] </w:t>
      </w:r>
      <w:r>
        <w:t>to aslan woh bhi urhi ke liye aaye the yani iraq</w:t>
      </w:r>
    </w:p>
    <w:p>
      <w:pPr>
        <w:jc w:val="right"/>
      </w:pPr>
      <w:r>
        <w:t>تو اصلا وہ بھی عر ہی کے لیے ائے تھے یعنی عراق</w:t>
      </w:r>
    </w:p>
    <w:p>
      <w:r>
        <w:rPr>
          <w:b/>
        </w:rPr>
        <w:t xml:space="preserve">[1:21:34] </w:t>
      </w:r>
      <w:r>
        <w:t>ke liye lekin jo planning thi khuda ki us ke baad jo hui ke desert mein ek ek</w:t>
      </w:r>
    </w:p>
    <w:p>
      <w:pPr>
        <w:jc w:val="right"/>
      </w:pPr>
      <w:r>
        <w:t>کے لیے لیکن جو پلاننگ تھی خدا کی اس کے بعد جو ہوئی کہ ڈیزرٹ میں ایک ایک</w:t>
      </w:r>
    </w:p>
    <w:p>
      <w:r>
        <w:rPr>
          <w:b/>
        </w:rPr>
        <w:t xml:space="preserve">[1:21:39] </w:t>
      </w:r>
      <w:r>
        <w:t>نئی جنریشن بنائی جائے جو conditioning سے پاک ہو اس کے تحت یہ سارا سفر ہوا تو میں</w:t>
      </w:r>
    </w:p>
    <w:p>
      <w:pPr>
        <w:jc w:val="right"/>
      </w:pPr>
      <w:r>
        <w:t>نئی جنریشن بنائی جائے جو کنڈیشننگ سے پاک ہو اس کے تحت یہ سارا سفر ہوا تو میں</w:t>
      </w:r>
    </w:p>
    <w:p>
      <w:r>
        <w:rPr>
          <w:b/>
        </w:rPr>
        <w:t xml:space="preserve">[1:21:47] </w:t>
      </w:r>
      <w:r>
        <w:t>yeh manta hoon ke sare paighambar ka ek hi mission tha ek hi hesiyat thi paighambaron mein koi</w:t>
      </w:r>
    </w:p>
    <w:p>
      <w:pPr>
        <w:jc w:val="right"/>
      </w:pPr>
      <w:r>
        <w:t>یہ مانتا ہوں کہ سارے پیغمبر کا ایک ہی مشن تھا ایک ہی حیثیت تھی پیغمبروں میں کوئی</w:t>
      </w:r>
    </w:p>
    <w:p>
      <w:r>
        <w:rPr>
          <w:b/>
        </w:rPr>
        <w:t xml:space="preserve">[1:21:54] </w:t>
      </w:r>
      <w:r>
        <w:t>farq nahi hai ek doosre mein quran mein saaf saaf hai ke la nafriq baina ahad birrasool sare</w:t>
      </w:r>
    </w:p>
    <w:p>
      <w:pPr>
        <w:jc w:val="right"/>
      </w:pPr>
      <w:r>
        <w:t>فرق نہیں ہے ایک دوسرے میں قران میں صاف صاف ہے کہ لا نفرق بین احد بالرسول سارے</w:t>
      </w:r>
    </w:p>
    <w:p>
      <w:r>
        <w:rPr>
          <w:b/>
        </w:rPr>
        <w:t xml:space="preserve">[1:22:00] </w:t>
      </w:r>
      <w:r>
        <w:t>paighambaron ko barabar samajhna yeh hamara aqeedah hai</w:t>
      </w:r>
    </w:p>
    <w:p>
      <w:pPr>
        <w:jc w:val="right"/>
      </w:pPr>
      <w:r>
        <w:t>پیغمبروں کو برابر سمجھنا یہ ہمارا عقیدہ ہے</w:t>
      </w:r>
    </w:p>
    <w:p>
      <w:r>
        <w:rPr>
          <w:b/>
        </w:rPr>
        <w:t xml:space="preserve">[1:22:04] </w:t>
      </w:r>
      <w:r>
        <w:t>to to to mukhtalif qism ke halaat mein paida hue to halaat ke aitbar se farq hua</w:t>
      </w:r>
    </w:p>
    <w:p>
      <w:pPr>
        <w:jc w:val="right"/>
      </w:pPr>
      <w:r>
        <w:t>تو تو تو مختلف قسم کے حالات میں پیدا ہوئے تو حالات کے اعتبار سے فرق ہوا</w:t>
      </w:r>
    </w:p>
    <w:p>
      <w:r>
        <w:rPr>
          <w:b/>
        </w:rPr>
        <w:t xml:space="preserve">[1:22:12] </w:t>
      </w:r>
      <w:r>
        <w:t>yani hazrat yunus ke halaat aur the to wahan ek aur soorathal paida hui hazrat musa ke halaat</w:t>
      </w:r>
    </w:p>
    <w:p>
      <w:pPr>
        <w:jc w:val="right"/>
      </w:pPr>
      <w:r>
        <w:t>یعنی حضرت یونس کے حالات اور تھے تو وہاں ایک اور صورتحال پیدا ہوئی حضرت موسی کے حالات</w:t>
      </w:r>
    </w:p>
    <w:p>
      <w:r>
        <w:rPr>
          <w:b/>
        </w:rPr>
        <w:t xml:space="preserve">[1:22:18] </w:t>
      </w:r>
      <w:r>
        <w:t>ek aur the to ek aur dhang</w:t>
      </w:r>
    </w:p>
    <w:p>
      <w:pPr>
        <w:jc w:val="right"/>
      </w:pPr>
      <w:r>
        <w:t>ایک اور تھے تو ایک اور ڈھنگ</w:t>
      </w:r>
    </w:p>
    <w:p>
      <w:r>
        <w:rPr>
          <w:b/>
        </w:rPr>
        <w:t xml:space="preserve">[1:22:19] </w:t>
      </w:r>
      <w:r>
        <w:t>se un ka</w:t>
      </w:r>
    </w:p>
    <w:p>
      <w:pPr>
        <w:jc w:val="right"/>
      </w:pPr>
      <w:r>
        <w:t>سے ان کا</w:t>
      </w:r>
    </w:p>
    <w:p>
      <w:r>
        <w:rPr>
          <w:b/>
        </w:rPr>
        <w:t xml:space="preserve">[1:22:21] </w:t>
      </w:r>
      <w:r>
        <w:t>yani mission chala to halaat ke aitbar se farq hua hai paighambaron mein lekin jahan tak mission ki</w:t>
      </w:r>
    </w:p>
    <w:p>
      <w:pPr>
        <w:jc w:val="right"/>
      </w:pPr>
      <w:r>
        <w:t>یعنی مشن چلا تو حالات کے اعتبار سے فرق ہوا ہے پیغمبروں میں لیکن جہاں تک مشن کی</w:t>
      </w:r>
    </w:p>
    <w:p>
      <w:r>
        <w:rPr>
          <w:b/>
        </w:rPr>
        <w:t xml:space="preserve">[1:22:27] </w:t>
      </w:r>
      <w:r>
        <w:t>baat hai appointment ki baat hai sab ki hesiyat ek thi us ke aitbar se koi farq nahi</w:t>
      </w:r>
    </w:p>
    <w:p>
      <w:pPr>
        <w:jc w:val="right"/>
      </w:pPr>
      <w:r>
        <w:t>بات ہے اپوائنٹمنٹ کی بات ہے سب کی حیثیت ایک تھی اس کے اعتبار سے کوئی فرق نہیں</w:t>
      </w:r>
    </w:p>
    <w:p>
      <w:r>
        <w:rPr>
          <w:b/>
        </w:rPr>
        <w:t xml:space="preserve">[1:22:32] </w:t>
      </w:r>
      <w:r>
        <w:t>تھا مولانا She has another question: Why scientists fail to discover God in spite of great discoveries they</w:t>
      </w:r>
    </w:p>
    <w:p>
      <w:pPr>
        <w:jc w:val="right"/>
      </w:pPr>
      <w:r>
        <w:t>تھا مولانا شی ہیز انادر کوئسچن وائی سائنٹسٹ فیل ٹو ڈسکور گاڈ ان سپائٹ اف گریٹ ڈسکوریز دے</w:t>
      </w:r>
    </w:p>
    <w:p>
      <w:r>
        <w:rPr>
          <w:b/>
        </w:rPr>
        <w:t xml:space="preserve">[1:22:42] </w:t>
      </w:r>
      <w:r>
        <w:t>have made in the God's universe. These discoveries should have brought them closer to God but this but</w:t>
      </w:r>
    </w:p>
    <w:p>
      <w:pPr>
        <w:jc w:val="right"/>
      </w:pPr>
      <w:r>
        <w:t>ہیو میڈ ان دی گاڈز یونیورس دیز ڈسکوریز شوڈ ہیو براٹ دیم کلوزر ٹو گاڈ بٹ دس بٹ</w:t>
      </w:r>
    </w:p>
    <w:p>
      <w:r>
        <w:rPr>
          <w:b/>
        </w:rPr>
        <w:t xml:space="preserve">[1:22:48] </w:t>
      </w:r>
      <w:r>
        <w:t>das ded nat happen why is this so dekhen jo scientific community hai mein samajhta hoon ke majority</w:t>
      </w:r>
    </w:p>
    <w:p>
      <w:pPr>
        <w:jc w:val="right"/>
      </w:pPr>
      <w:r>
        <w:t>دس ڈیڈ ناٹ ہیپن وائی از دس سو دیکھیں جو سائنٹیفک کمیونٹی ہے میں سمجھتا ہوں کہ میجورٹی</w:t>
      </w:r>
    </w:p>
    <w:p>
      <w:r>
        <w:rPr>
          <w:b/>
        </w:rPr>
        <w:t xml:space="preserve">[1:22:55] </w:t>
      </w:r>
      <w:r>
        <w:t>unki khuda ko manti thi apni private life mein</w:t>
      </w:r>
    </w:p>
    <w:p>
      <w:pPr>
        <w:jc w:val="right"/>
      </w:pPr>
      <w:r>
        <w:t>ان کی خدا کو مانتی تھی اپنی پرائیویٹ لائف میں</w:t>
      </w:r>
    </w:p>
    <w:p>
      <w:r>
        <w:rPr>
          <w:b/>
        </w:rPr>
        <w:t xml:space="preserve">[1:23:00] </w:t>
      </w:r>
      <w:r>
        <w:t>misla newton manta tha einstein manta tha apni private life mein khuda ko</w:t>
      </w:r>
    </w:p>
    <w:p>
      <w:pPr>
        <w:jc w:val="right"/>
      </w:pPr>
      <w:r>
        <w:t>مثلا نیوٹن مانتا تھا ائنسٹین مانتا تھا اپنی پرائیویٹ لائف میں خدا کو</w:t>
      </w:r>
    </w:p>
    <w:p>
      <w:r>
        <w:rPr>
          <w:b/>
        </w:rPr>
        <w:t xml:space="preserve">[1:23:06] </w:t>
      </w:r>
      <w:r>
        <w:t>newton</w:t>
      </w:r>
    </w:p>
    <w:p>
      <w:pPr>
        <w:jc w:val="right"/>
      </w:pPr>
      <w:r>
        <w:t>نیوٹن</w:t>
      </w:r>
    </w:p>
    <w:p>
      <w:r>
        <w:rPr>
          <w:b/>
        </w:rPr>
        <w:t xml:space="preserve">[1:23:07] </w:t>
      </w:r>
      <w:r>
        <w:t>ke bare mein ek qissa hai ke uska ek dost tha us se behas hoti rehti thi</w:t>
      </w:r>
    </w:p>
    <w:p>
      <w:pPr>
        <w:jc w:val="right"/>
      </w:pPr>
      <w:r>
        <w:t>کے بارے میں ایک قصہ ہے کہ اس کا ایک دوست تھا اس سے بحث ہوتی رہتی تھی</w:t>
      </w:r>
    </w:p>
    <w:p>
      <w:r>
        <w:rPr>
          <w:b/>
        </w:rPr>
        <w:t xml:space="preserve">[1:23:10] </w:t>
      </w:r>
      <w:r>
        <w:t>uski woh khuda ko nahi manta tha aur newton manta tha</w:t>
      </w:r>
    </w:p>
    <w:p>
      <w:pPr>
        <w:jc w:val="right"/>
      </w:pPr>
      <w:r>
        <w:t>اس کی وہ خدا کو نہیں مانتا تھا اور نیوٹن مانتا تھا</w:t>
      </w:r>
    </w:p>
    <w:p>
      <w:r>
        <w:rPr>
          <w:b/>
        </w:rPr>
        <w:t xml:space="preserve">[1:23:16] </w:t>
      </w:r>
      <w:r>
        <w:t>ek din newton ne kiya kiya ke solar system ka jo us ne discovery us ko hui thi</w:t>
      </w:r>
    </w:p>
    <w:p>
      <w:pPr>
        <w:jc w:val="right"/>
      </w:pPr>
      <w:r>
        <w:t>ایک دن نیوٹن نے کیا کیا کہ سولر سسٹم کا جو اس نے ڈسکوری اس کو ہوئی تھی</w:t>
      </w:r>
    </w:p>
    <w:p>
      <w:r>
        <w:rPr>
          <w:b/>
        </w:rPr>
        <w:t xml:space="preserve">[1:23:21] </w:t>
      </w:r>
      <w:r>
        <w:t>aisa hai solar system ke suraj hai woh planet hai yeh hai woh hai woh sab us ne</w:t>
      </w:r>
    </w:p>
    <w:p>
      <w:pPr>
        <w:jc w:val="right"/>
      </w:pPr>
      <w:r>
        <w:t>ایسا ہے سولر سسٹم کہ سورج ہے وہ پلینٹ ہے یہ ہے وہ ہے وہ سب اس نے</w:t>
      </w:r>
    </w:p>
    <w:p>
      <w:r>
        <w:rPr>
          <w:b/>
        </w:rPr>
        <w:t xml:space="preserve">[1:23:26] </w:t>
      </w:r>
      <w:r>
        <w:t>ek naqsha banwaya galiban lakri ka ya kisi cheez ka pura ek solar system ka naqsha</w:t>
      </w:r>
    </w:p>
    <w:p>
      <w:pPr>
        <w:jc w:val="right"/>
      </w:pPr>
      <w:r>
        <w:t>ایک نقشہ بنوایا غالبا لکڑی کا یا کسی چیز کا پورا ایک سولر سسٹم کا نقشہ</w:t>
      </w:r>
    </w:p>
    <w:p>
      <w:r>
        <w:rPr>
          <w:b/>
        </w:rPr>
        <w:t xml:space="preserve">[1:23:34] </w:t>
      </w:r>
      <w:r>
        <w:t>aur jab woh dost aya to dikhaya use ke dekho is tarah se solar system hai yeh suraj</w:t>
      </w:r>
    </w:p>
    <w:p>
      <w:pPr>
        <w:jc w:val="right"/>
      </w:pPr>
      <w:r>
        <w:t>اور جب وہ دوست ایا تو دکھایا اسے کہ دیکھو اس طریقے سے سولر سسٹم ہے یہ سورج</w:t>
      </w:r>
    </w:p>
    <w:p>
      <w:r>
        <w:rPr>
          <w:b/>
        </w:rPr>
        <w:t xml:space="preserve">[1:23:38] </w:t>
      </w:r>
      <w:r>
        <w:t>hai is tarah se planet ghoom rahe hain yeh hai woh hai</w:t>
      </w:r>
    </w:p>
    <w:p>
      <w:pPr>
        <w:jc w:val="right"/>
      </w:pPr>
      <w:r>
        <w:t>ہے اس طرح سے پلینٹ گھوم رہے ہیں یہ ہے وہ ہے</w:t>
      </w:r>
    </w:p>
    <w:p>
      <w:r>
        <w:rPr>
          <w:b/>
        </w:rPr>
        <w:t xml:space="preserve">[1:23:43] </w:t>
      </w:r>
      <w:r>
        <w:t>to us ne poocha ke yeh kis ne banaya hai</w:t>
      </w:r>
    </w:p>
    <w:p>
      <w:pPr>
        <w:jc w:val="right"/>
      </w:pPr>
      <w:r>
        <w:t>تو اس نے پوچھا کہ یہ کس نے بنایا ہے</w:t>
      </w:r>
    </w:p>
    <w:p>
      <w:r>
        <w:rPr>
          <w:b/>
        </w:rPr>
        <w:t xml:space="preserve">[1:23:47] </w:t>
      </w:r>
      <w:r>
        <w:t>yeh kis ne banaya hai to us ne kaha ke tu poochta hoon kis ne banaya universe</w:t>
      </w:r>
    </w:p>
    <w:p>
      <w:pPr>
        <w:jc w:val="right"/>
      </w:pPr>
      <w:r>
        <w:t>یہ کس نے بنایا ہے تو اس نے کہا کہ تو پوچھتا ہوں کس نے بنایا یونیورس</w:t>
      </w:r>
    </w:p>
    <w:p>
      <w:r>
        <w:rPr>
          <w:b/>
        </w:rPr>
        <w:t xml:space="preserve">[1:23:52] </w:t>
      </w:r>
      <w:r>
        <w:t>ke bare mein tum nahi poochte khuda kis ne banaya hai wahan to mante nahi ke khuda ne</w:t>
      </w:r>
    </w:p>
    <w:p>
      <w:pPr>
        <w:jc w:val="right"/>
      </w:pPr>
      <w:r>
        <w:t>کے بارے میں تم نہیں پوچھتے خدا کس نے بنایا ہے وہاں تو مانتے نہیں کہ خدا نے</w:t>
      </w:r>
    </w:p>
    <w:p>
      <w:r>
        <w:rPr>
          <w:b/>
        </w:rPr>
        <w:t xml:space="preserve">[1:23:55] </w:t>
      </w:r>
      <w:r>
        <w:t>banaya hoga agar yeh planets ka jo banwaya hai mein ne khaka is ke liye ek ek tum</w:t>
      </w:r>
    </w:p>
    <w:p>
      <w:pPr>
        <w:jc w:val="right"/>
      </w:pPr>
      <w:r>
        <w:t>بنایا ہوگا اگر یہ پلینٹس کا جو بنوایا ہے میں نے خاکہ اس کے لیے ایک ایک تم</w:t>
      </w:r>
    </w:p>
    <w:p>
      <w:r>
        <w:rPr>
          <w:b/>
        </w:rPr>
        <w:t xml:space="preserve">[1:24:05] </w:t>
      </w:r>
      <w:r>
        <w:t>ko zaroori hai janna ke kaun carpenter hai jis ne banaya hai aisa to is ke liye koi</w:t>
      </w:r>
    </w:p>
    <w:p>
      <w:pPr>
        <w:jc w:val="right"/>
      </w:pPr>
      <w:r>
        <w:t>کو ضروری ہے جاننا کہ کون کارپینٹر ہے جس نے بنایا ہے ایسا تو اس کے لیے کوئی</w:t>
      </w:r>
    </w:p>
    <w:p>
      <w:r>
        <w:rPr>
          <w:b/>
        </w:rPr>
        <w:t xml:space="preserve">[1:24:10] </w:t>
      </w:r>
      <w:r>
        <w:t>nahi tum sochte is ko bhi koi khuda chahiye jis ne banaya ho puri universe ko to beharhal</w:t>
      </w:r>
    </w:p>
    <w:p>
      <w:pPr>
        <w:jc w:val="right"/>
      </w:pPr>
      <w:r>
        <w:t>نہیں تم سوچتے اس کو بھی کوئی خدا چاہیے جس نے بنایا ہو پوری یونیورس کو تو بہرحال</w:t>
      </w:r>
    </w:p>
    <w:p>
      <w:r>
        <w:rPr>
          <w:b/>
        </w:rPr>
        <w:t xml:space="preserve">[1:24:15] </w:t>
      </w:r>
      <w:r>
        <w:t>mere janne ke mutabiq</w:t>
      </w:r>
    </w:p>
    <w:p>
      <w:pPr>
        <w:jc w:val="right"/>
      </w:pPr>
      <w:r>
        <w:t>میرے جاننے کے مطابق</w:t>
      </w:r>
    </w:p>
    <w:p>
      <w:r>
        <w:rPr>
          <w:b/>
        </w:rPr>
        <w:t xml:space="preserve">[1:24:18] </w:t>
      </w:r>
      <w:r>
        <w:t>taqreeban majority science scientist jo honge wahi hai atheist scientist to mujhe koi nahi maloom koi ek</w:t>
      </w:r>
    </w:p>
    <w:p>
      <w:pPr>
        <w:jc w:val="right"/>
      </w:pPr>
      <w:r>
        <w:t>تقریبا میجورٹی سائنس سائنٹسٹ جو ہوں گے وہی ہے اتھیسٹ سائنٹسٹ تو مجھے کوئی نہیں معلوم کوئی ایک</w:t>
      </w:r>
    </w:p>
    <w:p>
      <w:r>
        <w:rPr>
          <w:b/>
        </w:rPr>
        <w:t xml:space="preserve">[1:24:25] </w:t>
      </w:r>
      <w:r>
        <w:t>bhi nahi hai atheist jo nikla hai woh philosophers ne nikala hai unhon ne science ko hijack</w:t>
      </w:r>
    </w:p>
    <w:p>
      <w:pPr>
        <w:jc w:val="right"/>
      </w:pPr>
      <w:r>
        <w:t>بھی نہیں ہے اتھیسٹ جو نکلا ہے وہ فلاسفرز نے نکالا ہے انہوں نے سائنس کو ہائی جیک</w:t>
      </w:r>
    </w:p>
    <w:p>
      <w:r>
        <w:rPr>
          <w:b/>
        </w:rPr>
        <w:t xml:space="preserve">[1:24:31] </w:t>
      </w:r>
      <w:r>
        <w:t>kar liya science ko mani hai ke science ke ne yeh discover kiya tha</w:t>
      </w:r>
    </w:p>
    <w:p>
      <w:pPr>
        <w:jc w:val="right"/>
      </w:pPr>
      <w:r>
        <w:t>کر لیا سائنس کو معنی ہے کہ سائنس کے نے یہ ڈسکور کیا تھا</w:t>
      </w:r>
    </w:p>
    <w:p>
      <w:r>
        <w:rPr>
          <w:b/>
        </w:rPr>
        <w:t xml:space="preserve">[1:24:38] </w:t>
      </w:r>
      <w:r>
        <w:t>jis</w:t>
      </w:r>
    </w:p>
    <w:p>
      <w:pPr>
        <w:jc w:val="right"/>
      </w:pPr>
      <w:r>
        <w:t>جس</w:t>
      </w:r>
    </w:p>
    <w:p>
      <w:r>
        <w:rPr>
          <w:b/>
        </w:rPr>
        <w:t xml:space="preserve">[1:24:38] </w:t>
      </w:r>
      <w:r>
        <w:t>ko kehte hain principle of causation har cheez ke peeche ek cause hai jaise ek light jal rahi</w:t>
      </w:r>
    </w:p>
    <w:p>
      <w:pPr>
        <w:jc w:val="right"/>
      </w:pPr>
      <w:r>
        <w:t>کو کہتے ہیں پرنسپل اف کازیشن ہر چیز کے پیچھے ایک کاز ہے جیسے ایک لائٹ جل رہی</w:t>
      </w:r>
    </w:p>
    <w:p>
      <w:r>
        <w:rPr>
          <w:b/>
        </w:rPr>
        <w:t xml:space="preserve">[1:24:44] </w:t>
      </w:r>
      <w:r>
        <w:t>hai to us ke peeche ek cause hai cause ko discover kiya is science walon ne to philosophers</w:t>
      </w:r>
    </w:p>
    <w:p>
      <w:pPr>
        <w:jc w:val="right"/>
      </w:pPr>
      <w:r>
        <w:t>ہے تو اس کے پیچھے ایک کاز ہے کاز کو ڈسکور کیا اس سائنس والوں نے تو فلاسفرز</w:t>
      </w:r>
    </w:p>
    <w:p>
      <w:r>
        <w:rPr>
          <w:b/>
        </w:rPr>
        <w:t xml:space="preserve">[1:24:52] </w:t>
      </w:r>
      <w:r>
        <w:t>ne is ko</w:t>
      </w:r>
    </w:p>
    <w:p>
      <w:pPr>
        <w:jc w:val="right"/>
      </w:pPr>
      <w:r>
        <w:t>نے اس کو</w:t>
      </w:r>
    </w:p>
    <w:p>
      <w:r>
        <w:rPr>
          <w:b/>
        </w:rPr>
        <w:t xml:space="preserve">[1:24:54] </w:t>
      </w:r>
      <w:r>
        <w:t>high jack kar liya aur yeh kaha ke if events are due to natural causes that are not</w:t>
      </w:r>
    </w:p>
    <w:p>
      <w:pPr>
        <w:jc w:val="right"/>
      </w:pPr>
      <w:r>
        <w:t>ہائی جیک کر لیا اور یہ کہا کہ اف ایونٹس ار ڈیو ٹو نیچرل کازز دیٹ ار ناٹ</w:t>
      </w:r>
    </w:p>
    <w:p>
      <w:r>
        <w:rPr>
          <w:b/>
        </w:rPr>
        <w:t xml:space="preserve">[1:24:59] </w:t>
      </w:r>
      <w:r>
        <w:t>due to super natural causes to yeh ek deviation tha yeh yeh science danon ne aisa kaha</w:t>
      </w:r>
    </w:p>
    <w:p>
      <w:pPr>
        <w:jc w:val="right"/>
      </w:pPr>
      <w:r>
        <w:t>ڈیو ٹو سپر نیچرل کازز تو یہ ایک ڈیوی ایشن تھا یہ یہ سائنس دانوں نے ایسا کہا</w:t>
      </w:r>
    </w:p>
    <w:p>
      <w:r>
        <w:rPr>
          <w:b/>
        </w:rPr>
        <w:t xml:space="preserve">[1:25:04] </w:t>
      </w:r>
      <w:r>
        <w:t>tha yeh philosopher ne aisa kaha baqi hai ke scientist jo thay</w:t>
      </w:r>
    </w:p>
    <w:p>
      <w:pPr>
        <w:jc w:val="right"/>
      </w:pPr>
      <w:r>
        <w:t>تھا یہ فلاسفر نے ایسا کہا باقی ہے کہ سائنٹسٹ جو تھے</w:t>
      </w:r>
    </w:p>
    <w:p>
      <w:r>
        <w:rPr>
          <w:b/>
        </w:rPr>
        <w:t xml:space="preserve">[1:25:10] </w:t>
      </w:r>
      <w:r>
        <w:t>yeh aap keh sakte hain ke woh yani private life mein to khuda ko mante thay lekin isi</w:t>
      </w:r>
    </w:p>
    <w:p>
      <w:pPr>
        <w:jc w:val="right"/>
      </w:pPr>
      <w:r>
        <w:t>یہ اپ کہہ سکتے ہیں کہ وہ یعنی پرائیویٹ لائف میں تو خدا کو مانتے تھے لیکن اسی</w:t>
      </w:r>
    </w:p>
    <w:p>
      <w:r>
        <w:rPr>
          <w:b/>
        </w:rPr>
        <w:t xml:space="preserve">[1:25:15] </w:t>
      </w:r>
      <w:r>
        <w:t>ko unhon ne apna mission nahi banaya mission banaya unhon ne scientific discoveries ko</w:t>
      </w:r>
    </w:p>
    <w:p>
      <w:pPr>
        <w:jc w:val="right"/>
      </w:pPr>
      <w:r>
        <w:t>کو انہوں نے اپنا مشن نہیں بنایا مشن بنایا انہوں نے سائنٹیفک ڈسکوریز کو</w:t>
      </w:r>
    </w:p>
    <w:p>
      <w:r>
        <w:rPr>
          <w:b/>
        </w:rPr>
        <w:t xml:space="preserve">[1:25:22] </w:t>
      </w:r>
      <w:r>
        <w:t>to is</w:t>
      </w:r>
    </w:p>
    <w:p>
      <w:pPr>
        <w:jc w:val="right"/>
      </w:pPr>
      <w:r>
        <w:t>تو اس</w:t>
      </w:r>
    </w:p>
    <w:p>
      <w:r>
        <w:rPr>
          <w:b/>
        </w:rPr>
        <w:t xml:space="preserve">[1:25:24] </w:t>
      </w:r>
      <w:r>
        <w:t>ki jo bhi wajah ho lekin main yeh keh sakta hoon ke private life mein taqreeban har scientist</w:t>
      </w:r>
    </w:p>
    <w:p>
      <w:pPr>
        <w:jc w:val="right"/>
      </w:pPr>
      <w:r>
        <w:t>کی جو بھی وجہ ہو لیکن میں یہ کہہ سکتا ہوں کہ پرائیویٹ لائف میں تقریبا ہر سائنٹسٹ</w:t>
      </w:r>
    </w:p>
    <w:p>
      <w:r>
        <w:rPr>
          <w:b/>
        </w:rPr>
        <w:t xml:space="preserve">[1:25:29] </w:t>
      </w:r>
      <w:r>
        <w:t>manta tha khuda ko</w:t>
      </w:r>
    </w:p>
    <w:p>
      <w:pPr>
        <w:jc w:val="right"/>
      </w:pPr>
      <w:r>
        <w:t>مانتا تھا خدا کو</w:t>
      </w:r>
    </w:p>
    <w:p>
      <w:r>
        <w:rPr>
          <w:b/>
        </w:rPr>
        <w:t xml:space="preserve">[1:25:32] </w:t>
      </w:r>
      <w:r>
        <w:t>albata jis tarah se hum aap ne mission banaya hai is tarah unhon ne mission nahi banaya is</w:t>
      </w:r>
    </w:p>
    <w:p>
      <w:pPr>
        <w:jc w:val="right"/>
      </w:pPr>
      <w:r>
        <w:t>البتہ جس طرح سے ہم اپ نے مشن بنایا ہے اس طرح انہوں نے مشن نہیں بنایا اس</w:t>
      </w:r>
    </w:p>
    <w:p>
      <w:r>
        <w:rPr>
          <w:b/>
        </w:rPr>
        <w:t xml:space="preserve">[1:25:37] </w:t>
      </w:r>
      <w:r>
        <w:t>کو مولانا There is another question from her. Science has made countless discoveries by uncovering the potential</w:t>
      </w:r>
    </w:p>
    <w:p>
      <w:pPr>
        <w:jc w:val="right"/>
      </w:pPr>
      <w:r>
        <w:t>کو مولانا دیر از انادر کوئسچن فرام ہر سائنس ہیز میڈ کاؤنٹ لیس ڈسکوریز بائے انکورنگ دا پوٹینشل</w:t>
      </w:r>
    </w:p>
    <w:p>
      <w:r>
        <w:rPr>
          <w:b/>
        </w:rPr>
        <w:t xml:space="preserve">[1:25:47] </w:t>
      </w:r>
      <w:r>
        <w:t>hidden in nature these have resulted in latest technology</w:t>
      </w:r>
    </w:p>
    <w:p>
      <w:pPr>
        <w:jc w:val="right"/>
      </w:pPr>
      <w:r>
        <w:t>ہڈن ان نیچر دیز ہیو رزلٹڈ ان لیٹسٹ ٹیکنالوجی</w:t>
      </w:r>
    </w:p>
    <w:p>
      <w:r>
        <w:rPr>
          <w:b/>
        </w:rPr>
        <w:t xml:space="preserve">[1:25:52] </w:t>
      </w:r>
      <w:r>
        <w:t>we are all benefiting from all these developments in science and technology but man is neither greatful</w:t>
      </w:r>
    </w:p>
    <w:p>
      <w:pPr>
        <w:jc w:val="right"/>
      </w:pPr>
      <w:r>
        <w:t>وی ار ال بینیفٹنگ فرام ال دیز ڈیویلپمنٹس ان سائنس اینڈ ٹیکنالوجی بٹ مین از نیدر گریٹ فل</w:t>
      </w:r>
    </w:p>
    <w:p>
      <w:r>
        <w:rPr>
          <w:b/>
        </w:rPr>
        <w:t xml:space="preserve">[1:26:00] </w:t>
      </w:r>
      <w:r>
        <w:t>to god or to man why is this so</w:t>
      </w:r>
    </w:p>
    <w:p>
      <w:pPr>
        <w:jc w:val="right"/>
      </w:pPr>
      <w:r>
        <w:t>ٹو گاڈ اور ٹو مین وائی از دس سو</w:t>
      </w:r>
    </w:p>
    <w:p>
      <w:r>
        <w:rPr>
          <w:b/>
        </w:rPr>
        <w:t xml:space="preserve">[1:26:04] </w:t>
      </w:r>
      <w:r>
        <w:t>haan yeh to bohat hi bara question hai</w:t>
      </w:r>
    </w:p>
    <w:p>
      <w:pPr>
        <w:jc w:val="right"/>
      </w:pPr>
      <w:r>
        <w:t>ہاں یہ تو بہت ہی بڑا کوئسچن ہے</w:t>
      </w:r>
    </w:p>
    <w:p>
      <w:r>
        <w:rPr>
          <w:b/>
        </w:rPr>
        <w:t xml:space="preserve">[1:26:08] </w:t>
      </w:r>
      <w:r>
        <w:t>aur is ka</w:t>
      </w:r>
    </w:p>
    <w:p>
      <w:pPr>
        <w:jc w:val="right"/>
      </w:pPr>
      <w:r>
        <w:t>اور اس کا</w:t>
      </w:r>
    </w:p>
    <w:p>
      <w:r>
        <w:rPr>
          <w:b/>
        </w:rPr>
        <w:t xml:space="preserve">[1:26:09] </w:t>
      </w:r>
      <w:r>
        <w:t>jawab mere samne yeh aata hai ke har aadmi ke sath do lage hue hain ek satan ek</w:t>
      </w:r>
    </w:p>
    <w:p>
      <w:pPr>
        <w:jc w:val="right"/>
      </w:pPr>
      <w:r>
        <w:t>جواب میرے سامنے یہ اتا ہے کہ ہر ادمی کے ساتھ دو لگے ہوئے ہیں ایک سیٹن ایک</w:t>
      </w:r>
    </w:p>
    <w:p>
      <w:r>
        <w:rPr>
          <w:b/>
        </w:rPr>
        <w:t xml:space="preserve">[1:26:16] </w:t>
      </w:r>
      <w:r>
        <w:t>angel har individual ke sath har raat din</w:t>
      </w:r>
    </w:p>
    <w:p>
      <w:pPr>
        <w:jc w:val="right"/>
      </w:pPr>
      <w:r>
        <w:t>اینجل ہر انڈیویجول کے ساتھ ہر رات دن</w:t>
      </w:r>
    </w:p>
    <w:p>
      <w:r>
        <w:rPr>
          <w:b/>
        </w:rPr>
        <w:t xml:space="preserve">[1:26:23] </w:t>
      </w:r>
      <w:r>
        <w:t>to jab koi cheez samne aati hai to us waqt</w:t>
      </w:r>
    </w:p>
    <w:p>
      <w:pPr>
        <w:jc w:val="right"/>
      </w:pPr>
      <w:r>
        <w:t>تو جب کوئی چیز سامنے اتی ہے تو اس وقت</w:t>
      </w:r>
    </w:p>
    <w:p>
      <w:r>
        <w:rPr>
          <w:b/>
        </w:rPr>
        <w:t xml:space="preserve">[1:26:27] </w:t>
      </w:r>
      <w:r>
        <w:t>kya hota hai ke angel is ke positive aspect ki taraf rehnumai deta hai aur satan is ke</w:t>
      </w:r>
    </w:p>
    <w:p>
      <w:pPr>
        <w:jc w:val="right"/>
      </w:pPr>
      <w:r>
        <w:t>کیا ہوتا ہے کہ اینجل اس کے پازیٹیو اسپیکٹ کی طرف رہنمائی دیتا ہے اور سیٹن اس کے</w:t>
      </w:r>
    </w:p>
    <w:p>
      <w:r>
        <w:rPr>
          <w:b/>
        </w:rPr>
        <w:t xml:space="preserve">[1:26:34] </w:t>
      </w:r>
      <w:r>
        <w:t>negative aspect ki taraf rehnumai deta hai ab yeh insan ki koi weakness hai is ki wajah se</w:t>
      </w:r>
    </w:p>
    <w:p>
      <w:pPr>
        <w:jc w:val="right"/>
      </w:pPr>
      <w:r>
        <w:t>نیگیٹیو اسپیکٹ کی طرف رہنمائی دیتا ہے اب یہ انسان کی کوئی ویکنس ہے اس کی وجہ سے</w:t>
      </w:r>
    </w:p>
    <w:p>
      <w:r>
        <w:rPr>
          <w:b/>
        </w:rPr>
        <w:t xml:space="preserve">[1:26:38] </w:t>
      </w:r>
      <w:r>
        <w:t>woh satan wali baat ko jaldi maan leta hai angel wali baat ko nahi manta</w:t>
      </w:r>
    </w:p>
    <w:p>
      <w:pPr>
        <w:jc w:val="right"/>
      </w:pPr>
      <w:r>
        <w:t>وہ سیٹن والی بات کو جلدی مان لیتا ہے اینجل والی بات کو نہیں مانتا</w:t>
      </w:r>
    </w:p>
    <w:p>
      <w:r>
        <w:rPr>
          <w:b/>
        </w:rPr>
        <w:t xml:space="preserve">[1:26:47] </w:t>
      </w:r>
      <w:r>
        <w:t>to main ye kahunga ke ye sari discoveries jo hain is se sab se bada logon ko aana chahiye tha ke super shukr paida hota hai super shukr</w:t>
      </w:r>
    </w:p>
    <w:p>
      <w:pPr>
        <w:jc w:val="right"/>
      </w:pPr>
      <w:r>
        <w:t>تو میں یہ کہوں گا کہ یہ ساری ڈسکوریز جو ہیں اس سے سب سے بڑا لوگوں کو انا چاہیے تھا کہ سپر شکر پیدا ہوتا ہے سپر شکر</w:t>
      </w:r>
    </w:p>
    <w:p>
      <w:r>
        <w:rPr>
          <w:b/>
        </w:rPr>
        <w:t xml:space="preserve">[1:26:56] </w:t>
      </w:r>
      <w:r>
        <w:t>khuda ne kaisa ajeeb o ghareeb banaya hai abhi main radio mein sun raha tha ek maa badi tareefen kar rahi thi apne bachche ki mera bachcha aisa hai mera bachcha waisa to main yaqeen kijiye ke main rone laga ke kaisi bewakoof hai ye aurat ye kyun nahi kehti khuda ne kaisa okha bachcha paida kar ke mujhe diya hai yani bachche ki to tareef kar rahi hai creator ki nahi creator ki nahi</w:t>
      </w:r>
    </w:p>
    <w:p>
      <w:pPr>
        <w:jc w:val="right"/>
      </w:pPr>
      <w:r>
        <w:t>خدا نے کیسا عجیب و غریب بنایا ہے ابھی میں ریڈیو میں سن رہا تھا ایک ماں بڑی تعریفیں کر رہی تھی اپنے بچے کی میرا بچہ ایسا ہے میرا بچہ ویسا تو میں یقین کیجئے کہ میں رونے لگا کہ کیسی بیوقوف ہے یہ عورت یہ کیوں نہیں کہتی خدا نے کیسا اوکھا بچہ پیدا کر کے مجھے دیا ہے یعنی بچے کی تو تعریف کر رہی ہے کریٹر کی نہیں کریٹر کی نہیں</w:t>
      </w:r>
    </w:p>
    <w:p>
      <w:r>
        <w:rPr>
          <w:b/>
        </w:rPr>
        <w:t xml:space="preserve">[1:27:21] </w:t>
      </w:r>
      <w:r>
        <w:t>use wo us ko yani ek ek yani super shukr aana chahiye kitna bada khuda ki blessing hai ke aisa bachcha mujhe de diya bas bachche mein gum hai aur khuda ko bhooli hui hai to jo log jo yani satan jo hai chahta hai ke wo bachche ko bachche mein gum rahe aur khuda ko yaad na kare to agarche har mauqe par angel maujood rehte hain ko</w:t>
      </w:r>
    </w:p>
    <w:p>
      <w:pPr>
        <w:jc w:val="right"/>
      </w:pPr>
      <w:r>
        <w:t>اسے وہ اس کو یعنی ایک ایک یعنی سپر شکر انا چاہیے کتنا بڑا خدا کی بلیسنگ ہے کہ ایسا بچہ مجھے دے دیا بس بچے میں گم ہے اور خدا کو بھولی ہوئی ہے تو جو لوگ جو یعنی سیٹن جو ہے چاہتا ہے کہ وہ بچے کو بچے میں گم رہے اور خدا کو یاد نہ کرے تو اگرچہ ہر موقع پر اینجل موجود رہتے ہیں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