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Nature as a Role Model December 7, 2007</w:t>
      </w:r>
    </w:p>
    <w:p>
      <w:r>
        <w:t>https://www.youtube.com/watch?v=QJXLYUfhSSc</w:t>
      </w:r>
    </w:p>
    <w:p>
      <w:r>
        <w:rPr>
          <w:b/>
        </w:rPr>
        <w:t xml:space="preserve">[00:14] </w:t>
      </w:r>
      <w:r>
        <w:t>bismillah hir rahman nir rahim, wasallahu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al uqdata min lisani yafqahu qawli.</w:t>
      </w:r>
    </w:p>
    <w:p>
      <w:pPr>
        <w:jc w:val="right"/>
      </w:pPr>
      <w:r>
        <w:t>واحل العقدۃ من لسانی یفقہ قولی۔</w:t>
      </w:r>
    </w:p>
    <w:p>
      <w:r>
        <w:rPr>
          <w:b/>
        </w:rPr>
        <w:t xml:space="preserve">[00:38] </w:t>
      </w:r>
      <w:r>
        <w:t>aaj ka topic hai:</w:t>
      </w:r>
    </w:p>
    <w:p>
      <w:pPr>
        <w:jc w:val="right"/>
      </w:pPr>
      <w:r>
        <w:t>آج کا ٹاپک ہے:</w:t>
      </w:r>
    </w:p>
    <w:p>
      <w:r>
        <w:rPr>
          <w:b/>
        </w:rPr>
        <w:t xml:space="preserve">[00:46] </w:t>
      </w:r>
      <w:r>
        <w:t>nature is a role model for man. dekhen, nature kis ko kehte hain?</w:t>
      </w:r>
    </w:p>
    <w:p>
      <w:pPr>
        <w:jc w:val="right"/>
      </w:pPr>
      <w:r>
        <w:t>نیچر ایز اے رول ماڈل فار مین۔ دیکھیں، نیچر کس کو کہتے ہیں؟</w:t>
      </w:r>
    </w:p>
    <w:p>
      <w:r>
        <w:rPr>
          <w:b/>
        </w:rPr>
        <w:t xml:space="preserve">[00:56] </w:t>
      </w:r>
      <w:r>
        <w:t>nature entire physical world ko nature kaha jata hai.</w:t>
      </w:r>
    </w:p>
    <w:p>
      <w:pPr>
        <w:jc w:val="right"/>
      </w:pPr>
      <w:r>
        <w:t>نیچر انٹائر فزیکل ورلڈ کو نیچر کہا جاتا ہے۔</w:t>
      </w:r>
    </w:p>
    <w:p>
      <w:r>
        <w:rPr>
          <w:b/>
        </w:rPr>
        <w:t xml:space="preserve">[01:06] </w:t>
      </w:r>
      <w:r>
        <w:t>yani physical sense mein jo kuch bhi poori duniya mein hai, poori kainat mein hai, woh sab nature kaha jata hai. to yeh nature insan ke liye ek model ki hesiyat rakhti hai.</w:t>
      </w:r>
    </w:p>
    <w:p>
      <w:pPr>
        <w:jc w:val="right"/>
      </w:pPr>
      <w:r>
        <w:t>یعنی فزیکل سینس میں جو کچھ بھی پوری دنیا میں ہے، پوری کائنات میں ہے، وہ سب نیچر کہا جاتا ہے۔ تو یہ نیچر انسان کے لیے ایک ماڈل کی حیثیت رکھتی ہے۔</w:t>
      </w:r>
    </w:p>
    <w:p>
      <w:r>
        <w:rPr>
          <w:b/>
        </w:rPr>
        <w:t xml:space="preserve">[01:25] </w:t>
      </w:r>
      <w:r>
        <w:t>kyunke dekhiye, jis duniya mein ya jis kainat mein hum rehte hain, woh bhi ek universal society hai.</w:t>
      </w:r>
    </w:p>
    <w:p>
      <w:pPr>
        <w:jc w:val="right"/>
      </w:pPr>
      <w:r>
        <w:t>کیونکہ دیکھیے، جس دنیا میں یا جس کائنات میں ہم رہتے ہیں، وہ بھی ایک یونیورسل سوسائٹی ہے۔</w:t>
      </w:r>
    </w:p>
    <w:p>
      <w:r>
        <w:rPr>
          <w:b/>
        </w:rPr>
        <w:t xml:space="preserve">[01:37] </w:t>
      </w:r>
      <w:r>
        <w:t>poori duniya mein, poori universe mein activities ho rahi hain. bohat hi zabardast activities raat din ho rahi hain.</w:t>
      </w:r>
    </w:p>
    <w:p>
      <w:pPr>
        <w:jc w:val="right"/>
      </w:pPr>
      <w:r>
        <w:t>پوری دنیا میں، پوری یونیورس میں ایکٹیویٹیز ہو رہی ہیں۔ بہت ہی زبردست ایکٹیویٹیز رات دن ہو رہی ہیں۔</w:t>
      </w:r>
    </w:p>
    <w:p>
      <w:r>
        <w:rPr>
          <w:b/>
        </w:rPr>
        <w:t xml:space="preserve">[01:48] </w:t>
      </w:r>
      <w:r>
        <w:t>koi cheez yahan aisi nahin hai jo active na ho. ghaas bhi active hai, galaxy bhi active hai, solar system bhi active hai, mountain aur ocean bhi active hain.</w:t>
      </w:r>
    </w:p>
    <w:p>
      <w:pPr>
        <w:jc w:val="right"/>
      </w:pPr>
      <w:r>
        <w:t>کوئی چیز یہاں ایسی نہیں ہے جو ایکٹیو نہ ہو۔ گھاس بھی ایکٹیو ہے، گلیکسی بھی ایکٹیو ہے، سولر سسٹم بھی ایکٹیو ہے، ماؤنٹین اور اوشن بھی ایکٹیو ہیں۔</w:t>
      </w:r>
    </w:p>
    <w:p>
      <w:r>
        <w:rPr>
          <w:b/>
        </w:rPr>
        <w:t xml:space="preserve">[02:03] </w:t>
      </w:r>
      <w:r>
        <w:t>poora ek industrial activities hai is poore is mein. to is sense mein hum keh sakte hain ke universe bhi ek society hai.</w:t>
      </w:r>
    </w:p>
    <w:p>
      <w:pPr>
        <w:jc w:val="right"/>
      </w:pPr>
      <w:r>
        <w:t>پورا ایک انڈسٹریل ایکٹیویٹیز ہے اس پورے اس میں۔ تو اس سینس میں ہم کہہ سکتے ہیں کہ یونیورس بھی ایک سوسائٹی ہے۔</w:t>
      </w:r>
    </w:p>
    <w:p>
      <w:r>
        <w:rPr>
          <w:b/>
        </w:rPr>
        <w:t xml:space="preserve">[02:13] </w:t>
      </w:r>
      <w:r>
        <w:t>nature jo hai ek universal society hai. society ka matlab bohat si cheezein mil kar ek sath rahen. akele ek aadmi ho to woh society nahin banti wahan.</w:t>
      </w:r>
    </w:p>
    <w:p>
      <w:pPr>
        <w:jc w:val="right"/>
      </w:pPr>
      <w:r>
        <w:t>نیچر جو ہے ایک یونیورسل سوسائٹی ہے۔ سوسائٹی کا مطلب بہت سی چیزیں مل کر ایک ساتھ رہیں۔ اکیلے ایک آدمی ہو تو وہ سوسائٹی نہیں بنتی وہاں۔</w:t>
      </w:r>
    </w:p>
    <w:p>
      <w:r>
        <w:rPr>
          <w:b/>
        </w:rPr>
        <w:t xml:space="preserve">[02:27] </w:t>
      </w:r>
      <w:r>
        <w:t>lekin jab bohat se log mil kar rahen to woh is ko society kaha jata hai. samajh kaha jata hai. to nature bhi ek universal society hai.</w:t>
      </w:r>
    </w:p>
    <w:p>
      <w:pPr>
        <w:jc w:val="right"/>
      </w:pPr>
      <w:r>
        <w:t>لیکن جب بہت سے لوگ مل کر رہیں تو وہ اس کو سوسائٹی کہا جاتا ہے۔ سماج کہا جاتا ہے۔ تو نیچر بھی ایک یونیورسل سوسائٹی ہے۔</w:t>
      </w:r>
    </w:p>
    <w:p>
      <w:r>
        <w:rPr>
          <w:b/>
        </w:rPr>
        <w:t xml:space="preserve">[02:41] </w:t>
      </w:r>
      <w:r>
        <w:t>to jis tarah se nature ki cheezein reh rahi hain, aap dekhen ke kitna un ke andar perfection hai.</w:t>
      </w:r>
    </w:p>
    <w:p>
      <w:pPr>
        <w:jc w:val="right"/>
      </w:pPr>
      <w:r>
        <w:t>تو جس طرح سے نیچر کی چیزیں رہ رہی ہیں، آپ دیکھیں کہ کتنا ان کے اندر پرفیکشن ہے۔</w:t>
      </w:r>
    </w:p>
    <w:p>
      <w:r>
        <w:rPr>
          <w:b/>
        </w:rPr>
        <w:t xml:space="preserve">[02:52] </w:t>
      </w:r>
      <w:r>
        <w:t>kahin koi takrao nahin. kahin koi corruption nahin. kahin is tarah ki complaint nahin jo hum apne samajh mein dekhte hain.</w:t>
      </w:r>
    </w:p>
    <w:p>
      <w:pPr>
        <w:jc w:val="right"/>
      </w:pPr>
      <w:r>
        <w:t>کہیں کوئی ٹکراؤ نہیں۔ کہیں کوئی کرپشن نہیں۔ کہیں اس طرح کی کمپلینٹ نہیں جو ہم اپنے سماج میں دیکھتے ہیں۔</w:t>
      </w:r>
    </w:p>
    <w:p>
      <w:r>
        <w:rPr>
          <w:b/>
        </w:rPr>
        <w:t xml:space="preserve">[03:03] </w:t>
      </w:r>
      <w:r>
        <w:t>to yeh ek model hua yeh. isi model ko humein apni zindagi mein follow karna hai.</w:t>
      </w:r>
    </w:p>
    <w:p>
      <w:pPr>
        <w:jc w:val="right"/>
      </w:pPr>
      <w:r>
        <w:t>تو یہ ایک ماڈل ہوا یہ۔ اسی ماڈل کو ہمیں اپنی زندگی میں فالو کرنا ہے۔</w:t>
      </w:r>
    </w:p>
    <w:p>
      <w:r>
        <w:rPr>
          <w:b/>
        </w:rPr>
        <w:t xml:space="preserve">[03:15] </w:t>
      </w:r>
      <w:r>
        <w:t>dekhiye, jab insan paida hota hai to paida hote hi</w:t>
      </w:r>
    </w:p>
    <w:p>
      <w:pPr>
        <w:jc w:val="right"/>
      </w:pPr>
      <w:r>
        <w:t>دیکھیے، جب انسان پیدا ہوتا ہے تو پیدا ہوتے ہی</w:t>
      </w:r>
    </w:p>
    <w:p>
      <w:r>
        <w:rPr>
          <w:b/>
        </w:rPr>
        <w:t xml:space="preserve">[03:22] </w:t>
      </w:r>
      <w:r>
        <w:t>woh kya pata hai? paida hote hi woh pata hai ke dekhne ke liye yahan par light maujood hai.</w:t>
      </w:r>
    </w:p>
    <w:p>
      <w:pPr>
        <w:jc w:val="right"/>
      </w:pPr>
      <w:r>
        <w:t>وہ کیا پاتا ہے؟ پیدا ہوتے ہی وہ پاتا ہے کہ دیکھنے کے لیے یہاں پر لائٹ موجود ہے۔</w:t>
      </w:r>
    </w:p>
    <w:p>
      <w:r>
        <w:rPr>
          <w:b/>
        </w:rPr>
        <w:t xml:space="preserve">[03:34] </w:t>
      </w:r>
      <w:r>
        <w:t>energy ke liye yahan heat maujood hai. pyas ko bujhane ke liye yahan pani maujood hai. bhook mitane ke liye yahan food maujood hai.</w:t>
      </w:r>
    </w:p>
    <w:p>
      <w:pPr>
        <w:jc w:val="right"/>
      </w:pPr>
      <w:r>
        <w:t>انرجی کے لیے یہاں ہیٹ موجود ہے۔ پیاس کو بجھانے کے لیے یہاں پانی موجود ہے۔ بھوک مٹانے کے لیے یہاں فوڈ موجود ہے۔</w:t>
      </w:r>
    </w:p>
    <w:p>
      <w:r>
        <w:rPr>
          <w:b/>
        </w:rPr>
        <w:t xml:space="preserve">[03:45] </w:t>
      </w:r>
      <w:r>
        <w:t>chalne ke liye yahan par planet earth hai jo bohat hi right proportion mein jiske andar gravity hai. is tarah ki million nahin, million cheezein hain jo insan ko madad karti hain zindagi mein.</w:t>
      </w:r>
    </w:p>
    <w:p>
      <w:pPr>
        <w:jc w:val="right"/>
      </w:pPr>
      <w:r>
        <w:t>چلنے کے لیے یہاں پر پلینٹ ارتھ ہے جو بہت ہی رائٹ پروپورشن میں جس کے اندر گریویٹی ہے۔ اس طرح کی ملین نہیں، ملین چیزیں ہیں جو انسان کو مدد کرتی ہیں زندگی میں۔</w:t>
      </w:r>
    </w:p>
    <w:p>
      <w:r>
        <w:rPr>
          <w:b/>
        </w:rPr>
        <w:t xml:space="preserve">[04:06] </w:t>
      </w:r>
      <w:r>
        <w:t>to is par research ki gayi, is par bohat kaafi study ki gayi. to yeh mana gaya ke yeh sari cheezein insan ko life support system deti hain.</w:t>
      </w:r>
    </w:p>
    <w:p>
      <w:pPr>
        <w:jc w:val="right"/>
      </w:pPr>
      <w:r>
        <w:t>تو اس پر ریسرچ کی گئی، اس پر بہت کافی اسٹڈی کی گئی۔ تو یہ مانا گیا کہ یہ ساری چیزیں انسان کو لائف سپورٹ سسٹم دیتی ہیں۔</w:t>
      </w:r>
    </w:p>
    <w:p>
      <w:r>
        <w:rPr>
          <w:b/>
        </w:rPr>
        <w:t xml:space="preserve">[04:23] </w:t>
      </w:r>
      <w:r>
        <w:t>yeh sari cheezein jo hain nature mein, woh insan ke liye life support system hain. yani is ke baghair hum duniya mein reh nahin sakte.</w:t>
      </w:r>
    </w:p>
    <w:p>
      <w:pPr>
        <w:jc w:val="right"/>
      </w:pPr>
      <w:r>
        <w:t>یہ ساری چیزیں جو ہیں نیچر میں، وہ انسان کے لیے لائف سپورٹ سسٹم ہیں۔ یعنی اس کے بغیر ہم دنیا میں رہ نہیں سکتے۔</w:t>
      </w:r>
    </w:p>
    <w:p>
      <w:r>
        <w:rPr>
          <w:b/>
        </w:rPr>
        <w:t xml:space="preserve">[04:35] </w:t>
      </w:r>
      <w:r>
        <w:t>jaise humein har moment, har second humein oxygen chahiye. aap dekhiye, hum saans lete hain to har waqt kya hota hai?</w:t>
      </w:r>
    </w:p>
    <w:p>
      <w:pPr>
        <w:jc w:val="right"/>
      </w:pPr>
      <w:r>
        <w:t>جیسے ہمیں ہر مومنٹ، ہر سیکنڈ ہمیں آکسیجن چاہیے۔ آپ دیکھیے، ہم سانس لیتے ہیں تو ہر وقت کیا ہوتا ہے؟</w:t>
      </w:r>
    </w:p>
    <w:p>
      <w:r>
        <w:rPr>
          <w:b/>
        </w:rPr>
        <w:t xml:space="preserve">[04:46] </w:t>
      </w:r>
      <w:r>
        <w:t>hum carbon exhale karte hain, oxygen inhale karte hain. to yeh isi liye hota hai ke poora poora jo hamare aas paas jo duniya hai, woh hum ko support de rahi hai.</w:t>
      </w:r>
    </w:p>
    <w:p>
      <w:pPr>
        <w:jc w:val="right"/>
      </w:pPr>
      <w:r>
        <w:t>ہم کاربن ایکس ہیل کرتے ہیں، آکسیجن انہیل کرتے ہیں۔ تو یہ اسی لیے ہوتا ہے کہ پورا پورا جو ہمارے آس پاس جو دنیا ہے، وہ ہم کو سپورٹ دے رہی ہے۔</w:t>
      </w:r>
    </w:p>
    <w:p>
      <w:r>
        <w:rPr>
          <w:b/>
        </w:rPr>
        <w:t xml:space="preserve">[05:01] </w:t>
      </w:r>
      <w:r>
        <w:t>continuously woh oxygen supply kar rahi hai. to yeh hai life support system. to insan ne apni research se yeh to jaan liya ke is duniya mein jo cheezein hain, woh hamare liye life support system hain.</w:t>
      </w:r>
    </w:p>
    <w:p>
      <w:pPr>
        <w:jc w:val="right"/>
      </w:pPr>
      <w:r>
        <w:t>کنٹینیوسلی وہ آکسیجن سپلائی کر رہی ہے۔ تو یہ ہے لائف سپورٹ سسٹم۔ تو انسان نے اپنی ریسرچ سے یہ تو جان لیا کہ اس دنیا میں جو چیزیں ہیں، وہ ہمارے لیے لائف سپورٹ سسٹم ہیں۔</w:t>
      </w:r>
    </w:p>
    <w:p>
      <w:r>
        <w:rPr>
          <w:b/>
        </w:rPr>
        <w:t xml:space="preserve">[05:23] </w:t>
      </w:r>
      <w:r>
        <w:t>lekin ek aur cheez ko insan bohat kam jaan saka. woh yeh ke yeh duniya jo hai, yeh jo nature hai, hamare liye ek model hai social behavior ke liye.</w:t>
      </w:r>
    </w:p>
    <w:p>
      <w:pPr>
        <w:jc w:val="right"/>
      </w:pPr>
      <w:r>
        <w:t>لیکن ایک اور چیز کو انسان بہت کم جان سکا۔ وہ یہ کہ یہ دنیا جو ہے، یہ جو نیچر ہے، ہمارے لیے ایک ماڈل ہے سوشل بیہیویئر کے لیے۔</w:t>
      </w:r>
    </w:p>
    <w:p>
      <w:r>
        <w:rPr>
          <w:b/>
        </w:rPr>
        <w:t xml:space="preserve">[05:40] </w:t>
      </w:r>
      <w:r>
        <w:t>hum jab ek society ban kar rahen, bohat se log mil kar rahen, to kaise rahen? isi ko kehte hain social norm.</w:t>
      </w:r>
    </w:p>
    <w:p>
      <w:pPr>
        <w:jc w:val="right"/>
      </w:pPr>
      <w:r>
        <w:t>ہم جب ایک سوسائٹی بن کر رہیں، بہت سے لوگ مل کر رہیں، تو کیسے رہیں؟ اسی کو کہتے ہیں سوشل نارم۔</w:t>
      </w:r>
    </w:p>
    <w:p>
      <w:r>
        <w:rPr>
          <w:b/>
        </w:rPr>
        <w:t xml:space="preserve">[05:52] </w:t>
      </w:r>
      <w:r>
        <w:t>to hamara social norm kya ho? hamara social behavior kya ho? yeh bhi isi duniya se humein diya ja raha hai. aur bohat hi perfect way mein diya ja raha hai.</w:t>
      </w:r>
    </w:p>
    <w:p>
      <w:pPr>
        <w:jc w:val="right"/>
      </w:pPr>
      <w:r>
        <w:t>تو ہمارا سوشل نارم کیا ہو؟ ہمارا سوشل بیہیویئر کیا ہو؟ یہ بھی اسی دنیا سے ہمیں دیا جا رہا ہے۔ اور بہت ہی پرفیکٹ وے میں دیا جا رہا ہے۔</w:t>
      </w:r>
    </w:p>
    <w:p>
      <w:r>
        <w:rPr>
          <w:b/>
        </w:rPr>
        <w:t xml:space="preserve">[06:07] </w:t>
      </w:r>
      <w:r>
        <w:t>main kuch example doonga jisse yeh baat khulti hai ke main kya kehna chahta hoon.</w:t>
      </w:r>
    </w:p>
    <w:p>
      <w:pPr>
        <w:jc w:val="right"/>
      </w:pPr>
      <w:r>
        <w:t>میں کچھ ایگزامپل دوں گا جس سے یہ بات کھلتی ہے کہ میں کیا کہنا چاہتا ہوں۔</w:t>
      </w:r>
    </w:p>
    <w:p>
      <w:r>
        <w:rPr>
          <w:b/>
        </w:rPr>
        <w:t xml:space="preserve">[06:26] </w:t>
      </w:r>
      <w:r>
        <w:t>abhi kal parson kya hua ke achaanak hamare area mein, yahan jahan mein rehta hoon Nizamuddin West mein, to chidiyan achaanak zor zor se bolne lagen.</w:t>
      </w:r>
    </w:p>
    <w:p>
      <w:pPr>
        <w:jc w:val="right"/>
      </w:pPr>
      <w:r>
        <w:t>ابھی کل پرسوں کیا ہوا کہ اچانک ہمارے ایریا میں، یہاں جہاں میں رہتا ہوں نظام الدین ویسٹ میں، تو چڑیاں اچانک زور زور سے بولنے لگیں۔</w:t>
      </w:r>
    </w:p>
    <w:p>
      <w:r>
        <w:rPr>
          <w:b/>
        </w:rPr>
        <w:t xml:space="preserve">[06:40] </w:t>
      </w:r>
      <w:r>
        <w:t>udti thin, bolti thin, udti thin, bolti thin zor zor se. woh kya tha? woh protest tha. is baat par ek bandar yahan aa gaya tha.</w:t>
      </w:r>
    </w:p>
    <w:p>
      <w:pPr>
        <w:jc w:val="right"/>
      </w:pPr>
      <w:r>
        <w:t>اڑتی تھیں، بولتی تھیں، اڑتی تھیں، بولتی تھیں زور زور سے۔ وہ کیا تھا؟ وہ پروٹیسٹ تھا۔ اس بات پر ایک بندر یہاں آ گیا تھا۔</w:t>
      </w:r>
    </w:p>
    <w:p>
      <w:r>
        <w:rPr>
          <w:b/>
        </w:rPr>
        <w:t xml:space="preserve">[06:50] </w:t>
      </w:r>
      <w:r>
        <w:t>bandar in chidiyon ke liye ek intruder tha. intruder. yaani beja taur par yahan dakhil ho gaya. to ek intruder, ek intruder aa gaya hamari colony mein to sari chidiyan protest kar rahi hain, zor zor se bol rahi hain, ur ur ke idhar ja rahi hain, idhar ja rahi hain.</w:t>
      </w:r>
    </w:p>
    <w:p>
      <w:pPr>
        <w:jc w:val="right"/>
      </w:pPr>
      <w:r>
        <w:t>بندر ان چڑیوں کے لیے ایک انٹروڈر تھا۔ انٹروڈر۔ یعنی بے جا طور پر یہاں داخل ہو گیا۔ تو ایک انٹروڈر، ایک انٹروڈر آ گیا ہماری کالونی میں تو ساری چڑیاں پروٹیسٹ کر رہی ہیں، زور زور سے بول رہی ہیں، اڑ اڑ کے ادھر جا رہی ہیں، ادھر جا رہی ہیں۔</w:t>
      </w:r>
    </w:p>
    <w:p>
      <w:r>
        <w:rPr>
          <w:b/>
        </w:rPr>
        <w:t xml:space="preserve">[07:10] </w:t>
      </w:r>
      <w:r>
        <w:t>to kya hua? yeh bandar bhaag gaya.</w:t>
      </w:r>
    </w:p>
    <w:p>
      <w:pPr>
        <w:jc w:val="right"/>
      </w:pPr>
      <w:r>
        <w:t>تو کیا ہوا؟ یہ بندر بھاگ گیا۔</w:t>
      </w:r>
    </w:p>
    <w:p>
      <w:r>
        <w:rPr>
          <w:b/>
        </w:rPr>
        <w:t xml:space="preserve">[07:17] </w:t>
      </w:r>
      <w:r>
        <w:t>protest ke aage in chidiyon ne kuch nahi kiya. na to chonch maari, na panje maare, na in ko kankariyan maari.</w:t>
      </w:r>
    </w:p>
    <w:p>
      <w:pPr>
        <w:jc w:val="right"/>
      </w:pPr>
      <w:r>
        <w:t>پروٹیسٹ کے آگے ان چڑوں نے کچھ نہیں کیا۔ نہ تو چونچ ماری، نہ پنجے مارے، نہ ان کو کنکریاں ماریں۔</w:t>
      </w:r>
    </w:p>
    <w:p>
      <w:r>
        <w:rPr>
          <w:b/>
        </w:rPr>
        <w:t xml:space="preserve">[07:26] </w:t>
      </w:r>
      <w:r>
        <w:t>kuch nahi. peaceful protest. bas. aur woh bhaag gaya. yeh ek example hai ke agar koi intruder aa jaye, koi</w:t>
      </w:r>
    </w:p>
    <w:p>
      <w:pPr>
        <w:jc w:val="right"/>
      </w:pPr>
      <w:r>
        <w:t>کچھ نہیں۔ پیس فل پروٹیسٹ۔ بس۔ اور وہ بھاگ گیا۔ یہ ایک ایگزامپل ہے کہ اگر کوئی انٹروڈر آ جائے، کوئی</w:t>
      </w:r>
    </w:p>
    <w:p>
      <w:r>
        <w:rPr>
          <w:b/>
        </w:rPr>
        <w:t xml:space="preserve">[07:42] </w:t>
      </w:r>
      <w:r>
        <w:t>intervention galat taur par kar de, koi trespasser ho, to protest hi se woh wapas chala jaye woh.</w:t>
      </w:r>
    </w:p>
    <w:p>
      <w:pPr>
        <w:jc w:val="right"/>
      </w:pPr>
      <w:r>
        <w:t>انٹروین غلط طور پر کر دے، کوئی ٹریس پاسر ہو، تو پروٹیسٹ ہی سے وہ واپس چلا جائے وہ۔</w:t>
      </w:r>
    </w:p>
    <w:p>
      <w:r>
        <w:rPr>
          <w:b/>
        </w:rPr>
        <w:t xml:space="preserve">[07:51] </w:t>
      </w:r>
      <w:r>
        <w:t>protest karte hi woh apna khatam kar de woh. to chidiyon ne protest kiya, is se aage nahi gayi.</w:t>
      </w:r>
    </w:p>
    <w:p>
      <w:pPr>
        <w:jc w:val="right"/>
      </w:pPr>
      <w:r>
        <w:t>پروٹیسٹ کرتے ہی وہ اپنا ختم کر دے وہ۔ تو چڑیوں نے پروٹیسٹ کیا، اس سے آگے نہیں گئیں۔</w:t>
      </w:r>
    </w:p>
    <w:p>
      <w:r>
        <w:rPr>
          <w:b/>
        </w:rPr>
        <w:t xml:space="preserve">[08:01] </w:t>
      </w:r>
      <w:r>
        <w:t>koi aggressive karwai nahi ki. ya jab bandar bhaag gaya to uska peecha bhi nahi kiya.</w:t>
      </w:r>
    </w:p>
    <w:p>
      <w:pPr>
        <w:jc w:val="right"/>
      </w:pPr>
      <w:r>
        <w:t>کوئی ایگریسو کارروائی نہیں کی۔ یا جب بندر بھاگ گیا تو اس کا پیچھا بھی نہیں کیا۔</w:t>
      </w:r>
    </w:p>
    <w:p>
      <w:r>
        <w:rPr>
          <w:b/>
        </w:rPr>
        <w:t xml:space="preserve">[08:09] </w:t>
      </w:r>
      <w:r>
        <w:t>aise hi maine dekha ek martaba TV mein ke natural habitat mein shair kaise rehte hain. to ek baar is mein dikhaya unhone scene ke ek shair bahar se aa gaya, ek tiger.</w:t>
      </w:r>
    </w:p>
    <w:p>
      <w:pPr>
        <w:jc w:val="right"/>
      </w:pPr>
      <w:r>
        <w:t>ایسے ہی میں نے دیکھا ایک مرتبہ ٹی وی میں کہ نیچرل ہیبیٹیٹ میں شیر کیسے رہتے ہیں۔ تو ایک بار اس میں دکھایا انہوں نے سین کہ ایک شیر باہر سے آ گیا، ایک ٹائیگر۔</w:t>
      </w:r>
    </w:p>
    <w:p>
      <w:r>
        <w:rPr>
          <w:b/>
        </w:rPr>
        <w:t xml:space="preserve">[08:26] </w:t>
      </w:r>
      <w:r>
        <w:t>jangalon mein jo tiger rehte hain to har ek ka ek bana rehta hai area. area bata hua hota hai. to ek ek tiger ke area mein doosra tiger aa gaya.</w:t>
      </w:r>
    </w:p>
    <w:p>
      <w:pPr>
        <w:jc w:val="right"/>
      </w:pPr>
      <w:r>
        <w:t>جنگلوں میں جو ٹائیگر رہتے ہیں تو ہر ایک کا ایک بنا رہتا ہے ایریا۔ ایریا بٹا ہوا ہوتا ہے۔ تو ایک ایک ٹائیگر کے ایریا میں دوسرا ٹائیگر آ گیا۔</w:t>
      </w:r>
    </w:p>
    <w:p>
      <w:r>
        <w:rPr>
          <w:b/>
        </w:rPr>
        <w:t xml:space="preserve">[08:38] </w:t>
      </w:r>
      <w:r>
        <w:t>to kya hua?</w:t>
      </w:r>
    </w:p>
    <w:p>
      <w:pPr>
        <w:jc w:val="right"/>
      </w:pPr>
      <w:r>
        <w:t>تو کیا ہوا؟</w:t>
      </w:r>
    </w:p>
    <w:p>
      <w:r>
        <w:rPr>
          <w:b/>
        </w:rPr>
        <w:t xml:space="preserve">[08:43] </w:t>
      </w:r>
      <w:r>
        <w:t>shair jo zor zor se bolne laga, garjne ki awaz mein. yeh protest, woh shair ka protest tha. to is mein dikhaya unhone ke jo bahar ke, bahar se jo shair aa kar ke is area mein aa gaya tha,</w:t>
      </w:r>
    </w:p>
    <w:p>
      <w:pPr>
        <w:jc w:val="right"/>
      </w:pPr>
      <w:r>
        <w:t>شیر جو زور زور سے بولنے لگا، گرجنے کی آواز میں۔ یہ پروٹیسٹ، وہ شیر کا پروٹیسٹ تھا۔ تو اس میں دکھایا انہوں نے کہ جو باہر کے، باہر سے جو شیر آ کر کے اس ایریا میں آ گیا تھا،</w:t>
      </w:r>
    </w:p>
    <w:p>
      <w:r>
        <w:rPr>
          <w:b/>
        </w:rPr>
        <w:t xml:space="preserve">[09:00] </w:t>
      </w:r>
      <w:r>
        <w:t>to woh bhaga. yaani is ke protest par bhagna shuru kiya is ne. to bhagte hue dikhaya unhone, bhagte bhagte bhagte bhagte wahan pahunch gaya jahan uska area khatam hota tha.</w:t>
      </w:r>
    </w:p>
    <w:p>
      <w:pPr>
        <w:jc w:val="right"/>
      </w:pPr>
      <w:r>
        <w:t>تو وہ بھاگا۔ یعنی اس کے پروٹیسٹ پر بھاگنا شروع کیا اس نے۔ تو بھاگتے ہوئے دکھایا انہوں نے، بھاگتے بھاگتے بھاگتے بھاگتے وہاں پہنچ گیا جہاں اس کا ایریا ختم ہوتا تھا۔</w:t>
      </w:r>
    </w:p>
    <w:p>
      <w:r>
        <w:rPr>
          <w:b/>
        </w:rPr>
        <w:t xml:space="preserve">[09:16] </w:t>
      </w:r>
      <w:r>
        <w:t>tab ja kar ke woh shair chup ho gaya. ab yahan pe bhi dekhiye, peaceful protest hi se kaam ban gaya. ab shair ne yeh nahi kaha ke ja kar ke woh attack kare, un ke un ke area mein ja kar ke attack kare.</w:t>
      </w:r>
    </w:p>
    <w:p>
      <w:pPr>
        <w:jc w:val="right"/>
      </w:pPr>
      <w:r>
        <w:t>تب جا کر کے وہ شیر چپ ہو گیا۔ اب یہاں پہ بھی دیکھیے، پیس فل پروٹیسٹ ہی سے کام بن گیا۔ اب شیر نے یہ نہیں کہا کہ جا کر کے وہ اٹیک کرے، ان کے ان کے ایریا میں جا کر کے اٹیک کرے۔</w:t>
      </w:r>
    </w:p>
    <w:p>
      <w:r>
        <w:rPr>
          <w:b/>
        </w:rPr>
        <w:t xml:space="preserve">[09:32] </w:t>
      </w:r>
      <w:r>
        <w:t>insan kya karta hai? insan sirf protest par kafi nahi samajhta protest ko. is se aage badhta hai.</w:t>
      </w:r>
    </w:p>
    <w:p>
      <w:pPr>
        <w:jc w:val="right"/>
      </w:pPr>
      <w:r>
        <w:t>انسان کیا کرتا ہے؟ انسان صرف پروٹیسٹ پر کافی نہیں سمجھتا پروٹیسٹ کو۔ اس سے آگے بڑھتا ہے۔</w:t>
      </w:r>
    </w:p>
    <w:p>
      <w:r>
        <w:rPr>
          <w:b/>
        </w:rPr>
        <w:t xml:space="preserve">[09:43] </w:t>
      </w:r>
      <w:r>
        <w:t>yaani ja kar ke attack karta hai. ja kar ke un ko, un se revenge leta hai. apne border ko paar kar ke ja ke ghus jata hai un ke haan revenge lene ke liye.</w:t>
      </w:r>
    </w:p>
    <w:p>
      <w:pPr>
        <w:jc w:val="right"/>
      </w:pPr>
      <w:r>
        <w:t>یعنی جا کر کے اٹیک کرتا ہے۔ جا کر کے ان کو، ان سے ریونج لیتا ہے۔ اپنے بارڈر کو پار کر کے جا کے گھس جاتا ہے ان کے ہاں ریونج لینے کے لیے۔</w:t>
      </w:r>
    </w:p>
    <w:p>
      <w:r>
        <w:rPr>
          <w:b/>
        </w:rPr>
        <w:t xml:space="preserve">[09:58] </w:t>
      </w:r>
      <w:r>
        <w:t>aaj kal aap ek naya term aap ne suna hoga, extra extra border</w:t>
      </w:r>
    </w:p>
    <w:p>
      <w:pPr>
        <w:jc w:val="right"/>
      </w:pPr>
      <w:r>
        <w:t>آج کل آپ ایک نیا ٹرم آپ نے سنا ہوگا، ایکسٹرا ایکسٹرا بارڈر</w:t>
      </w:r>
    </w:p>
    <w:p>
      <w:r>
        <w:rPr>
          <w:b/>
        </w:rPr>
        <w:t xml:space="preserve">[10:09] </w:t>
      </w:r>
      <w:r>
        <w:t>military capability. extra border military capability. yaani fauji karwai jo hai sarhad se bahar bahar karna.</w:t>
      </w:r>
    </w:p>
    <w:p>
      <w:pPr>
        <w:jc w:val="right"/>
      </w:pPr>
      <w:r>
        <w:t>ملٹری کیپیبلٹی۔ ایکسٹرا بارڈر ملٹری کیپیبلٹی۔ یعنی فوجی کارروائی جو ہے سرحد سے باہر باہر کرنا۔</w:t>
      </w:r>
    </w:p>
    <w:p>
      <w:r>
        <w:rPr>
          <w:b/>
        </w:rPr>
        <w:t xml:space="preserve">[10:22] </w:t>
      </w:r>
      <w:r>
        <w:t>pehlay yeh hota tha ke agar koi government ko fauji karwai karni hai to us ki army jo hai border ko cross kar ke wahan pahunchti thi.</w:t>
      </w:r>
    </w:p>
    <w:p>
      <w:pPr>
        <w:jc w:val="right"/>
      </w:pPr>
      <w:r>
        <w:t>پہلے یہ ہوتا تھا کہ اگر کوئی گورنمنٹ کو فوجی کارروائی کرنی ہے تو اس کی آرمی جو ہے بارڈر کو کراس کر کے وہاں پہنچتی تھی۔</w:t>
      </w:r>
    </w:p>
    <w:p>
      <w:r>
        <w:rPr>
          <w:b/>
        </w:rPr>
        <w:t xml:space="preserve">[10:35] </w:t>
      </w:r>
      <w:r>
        <w:t>border ko cross kiye baghair woh doosre country mein attack nahi kar sakti thi. ab kya hai? ab naye naye hathiyar bane hain, missiles bane hain.</w:t>
      </w:r>
    </w:p>
    <w:p>
      <w:pPr>
        <w:jc w:val="right"/>
      </w:pPr>
      <w:r>
        <w:t>بارڈر کو کراس کیے بغیر وہ دوسرے کنٹری میں اٹیک نہیں کر سکتی تھی۔ اب کیا ہے؟ اب نئے نئے ہتھیار بنے ہیں، میزائلز بنے ہیں۔</w:t>
      </w:r>
    </w:p>
    <w:p>
      <w:r>
        <w:rPr>
          <w:b/>
        </w:rPr>
        <w:t xml:space="preserve">[10:48] </w:t>
      </w:r>
      <w:r>
        <w:t>apne hi desh mein reh kar ke aap missile mariye, ja kar doosre desh mein girega. to is ko kehte hain extra border military capability.</w:t>
      </w:r>
    </w:p>
    <w:p>
      <w:pPr>
        <w:jc w:val="right"/>
      </w:pPr>
      <w:r>
        <w:t>اپنے ہی دیش میں رہ کر کے آپ میزائل ماریے، جا کر دوسرے دیش میں گرے گا۔ تو اس کو کہتے ہیں ایکسٹرا بارڈر ملٹری کیپیبلٹی۔</w:t>
      </w:r>
    </w:p>
    <w:p>
      <w:r>
        <w:rPr>
          <w:b/>
        </w:rPr>
        <w:t xml:space="preserve">[11:03] </w:t>
      </w:r>
      <w:r>
        <w:t>ab dekhiye, insan ne yeh kar dala. animal world mein aap yeh nahi payenge ke woh is tarah ki karwai karen. to yeh main samajhta hoon ke universal culture se hatna hai.</w:t>
      </w:r>
    </w:p>
    <w:p>
      <w:pPr>
        <w:jc w:val="right"/>
      </w:pPr>
      <w:r>
        <w:t>اب دیکھیے، انسان نے یہ کر ڈالا۔ اینیمل ورلڈ میں آپ یہ نہیں پائیں گے کہ وہ اس طرح کی کارروائی کریں۔ تو یہ میں سمجھتا ہوں کہ یونیورسل کلچر سے ہٹنا ہے۔</w:t>
      </w:r>
    </w:p>
    <w:p>
      <w:r>
        <w:rPr>
          <w:b/>
        </w:rPr>
        <w:t xml:space="preserve">[11:19] </w:t>
      </w:r>
      <w:r>
        <w:t>universal culture se bahar jana hai.</w:t>
      </w:r>
    </w:p>
    <w:p>
      <w:pPr>
        <w:jc w:val="right"/>
      </w:pPr>
      <w:r>
        <w:t>یونیورسل کلچر سے باہر جانا ہے۔</w:t>
      </w:r>
    </w:p>
    <w:p>
      <w:r>
        <w:rPr>
          <w:b/>
        </w:rPr>
        <w:t xml:space="preserve">[11:27] </w:t>
      </w:r>
      <w:r>
        <w:t>isi liye hamari duniya mein peace nahi hai jabke universe mein peace hai. sare universe mein peace hai.</w:t>
      </w:r>
    </w:p>
    <w:p>
      <w:pPr>
        <w:jc w:val="right"/>
      </w:pPr>
      <w:r>
        <w:t>اسی لیے ہماری دنیا میں پیس نہیں ہے جبکہ یونیورس میں پیس ہے۔ سارے یونیورس میں پیس ہے۔</w:t>
      </w:r>
    </w:p>
    <w:p>
      <w:r>
        <w:rPr>
          <w:b/>
        </w:rPr>
        <w:t xml:space="preserve">[11:37] </w:t>
      </w:r>
      <w:r>
        <w:t>pes agar nahin kahan to sirf hamari insan ki dunya mein nahin. ke jo role model yahan par creator ne rakha tha, us ko hum follow nahin karte.</w:t>
      </w:r>
    </w:p>
    <w:p>
      <w:pPr>
        <w:jc w:val="right"/>
      </w:pPr>
      <w:r>
        <w:t>پیس اگر نہیں کہاں تو صرف ہماری انسان کی دنیا میں نہیں۔ کہ جو رول ماڈل یہاں پر کریٹر نے رکھا تھا، اس کو ہم فالو نہیں کرتے۔</w:t>
      </w:r>
    </w:p>
    <w:p>
      <w:r>
        <w:rPr>
          <w:b/>
        </w:rPr>
        <w:t xml:space="preserve">[11:52] </w:t>
      </w:r>
      <w:r>
        <w:t>is se hum hat jaate hain, hat jaate hain, hat jaate hain.</w:t>
      </w:r>
    </w:p>
    <w:p>
      <w:pPr>
        <w:jc w:val="right"/>
      </w:pPr>
      <w:r>
        <w:t>اس سے ہم ہٹ جاتے ہیں، ہٹ جاتے ہیں، ہٹ جاتے ہیں۔</w:t>
      </w:r>
    </w:p>
    <w:p>
      <w:r>
        <w:rPr>
          <w:b/>
        </w:rPr>
        <w:t xml:space="preserve">[11:58] </w:t>
      </w:r>
      <w:r>
        <w:t>ek ek ek ek saying aap ne suni hogi ke fools rush in where angels fear to tread. fools rush in where angels fear to tread.</w:t>
      </w:r>
    </w:p>
    <w:p>
      <w:pPr>
        <w:jc w:val="right"/>
      </w:pPr>
      <w:r>
        <w:t>ایک ایک ایک ایک سینگ آپ نے سنی ہوگی کہ فولز رش ان ویر اینجلز فیئر ٹو ٹریڈ۔ فولز رش ان ویر اینجلز فیئر ٹو ٹریڈ۔</w:t>
      </w:r>
    </w:p>
    <w:p>
      <w:r>
        <w:rPr>
          <w:b/>
        </w:rPr>
        <w:t xml:space="preserve">[12:12] </w:t>
      </w:r>
      <w:r>
        <w:t>lekin yeh insan ke liye hai. animal world mein kabhi aisa nahin hota. jaise ab main example doon aap ko hathi ka.</w:t>
      </w:r>
    </w:p>
    <w:p>
      <w:pPr>
        <w:jc w:val="right"/>
      </w:pPr>
      <w:r>
        <w:t>لیکن یہ انسان کے لیے ہے۔ اینیمل ورلڈ میں کبھی ایسا نہیں ہوتا۔ جیسے اب میں ایگزامپل دوں آپ کو ہاتھی کا۔</w:t>
      </w:r>
    </w:p>
    <w:p>
      <w:r>
        <w:rPr>
          <w:b/>
        </w:rPr>
        <w:t xml:space="preserve">[12:21] </w:t>
      </w:r>
      <w:r>
        <w:t>hathi jante hain ke bohat bara animal hai. is ka body bohat bara hota hai. to kya hota hai ke agar hathi kisi jagah pani mein is ko ghusna hai,</w:t>
      </w:r>
    </w:p>
    <w:p>
      <w:pPr>
        <w:jc w:val="right"/>
      </w:pPr>
      <w:r>
        <w:t>ہاتھی جانتے ہیں کہ بہت بڑا اینیمل ہے۔ اس کا باڈی بہت بڑا ہوتا ہے۔ تو کیا ہوتا ہے کہ اگر ہاتھی کسی جگہ پانی میں اس کو گھسنا ہے،</w:t>
      </w:r>
    </w:p>
    <w:p>
      <w:r>
        <w:rPr>
          <w:b/>
        </w:rPr>
        <w:t xml:space="preserve">[12:37] </w:t>
      </w:r>
      <w:r>
        <w:t>ek river hai, is mein ghus kar is par jana hai, to is tarah kabhi nahin chalega hathi jis tarah se woh land par chalta hai, khushki par chalta hai.</w:t>
      </w:r>
    </w:p>
    <w:p>
      <w:pPr>
        <w:jc w:val="right"/>
      </w:pPr>
      <w:r>
        <w:t>ایک ریور ہے، اس میں گھس کر اس پار جانا ہے، تو اس طرح کبھی نہیں چلے گا ہاتھی جس طرح سے وہ لینڈ پر چلتا ہے، خشکی پر چلتا ہے۔</w:t>
      </w:r>
    </w:p>
    <w:p>
      <w:r>
        <w:rPr>
          <w:b/>
        </w:rPr>
        <w:t xml:space="preserve">[12:47] </w:t>
      </w:r>
      <w:r>
        <w:t>woh ek ek paon rakhega, bohat hi sambhal sambhal kar ke. paon rakhega aur andaza karega ke yahan par naram zameen hai ke kadi zameen hai.</w:t>
      </w:r>
    </w:p>
    <w:p>
      <w:pPr>
        <w:jc w:val="right"/>
      </w:pPr>
      <w:r>
        <w:t>وہ ایک ایک پاؤں رکھے گا، بہت ہی سنبھال سنبھال کر کے۔ پاؤں رکھے گا اور اندازہ کرے گا کہ یہاں پر نرم زمین ہے کہ کڑی زمین ہے۔</w:t>
      </w:r>
    </w:p>
    <w:p>
      <w:r>
        <w:rPr>
          <w:b/>
        </w:rPr>
        <w:t xml:space="preserve">[12:59] </w:t>
      </w:r>
      <w:r>
        <w:t>kadi zameen hai to aage badhega. naram zameen hai to ruk jayega. kyun? woh janta hai ke naram zameen mein agar is ka paon pad gaya to dhans jayega.</w:t>
      </w:r>
    </w:p>
    <w:p>
      <w:pPr>
        <w:jc w:val="right"/>
      </w:pPr>
      <w:r>
        <w:t>کڑی زمین ہے تو آگے بڑھے گا۔ نرم زمین ہے تو رک جائے گا۔ کیوں؟ وہ جانتا ہے کہ نرم زمین میں اگر اس کا پاؤں پڑ گیا تو دھنس جائے گا۔</w:t>
      </w:r>
    </w:p>
    <w:p>
      <w:r>
        <w:rPr>
          <w:b/>
        </w:rPr>
        <w:t xml:space="preserve">[13:11] </w:t>
      </w:r>
      <w:r>
        <w:t>itna bhari body is ki hai to woh dhans jayega. dhans jayega to daldal mein phans jayega. to kabhi bhi pani mein yeh hathi jo hai, elephant, isi tarah nahin chalta jis tarah woh land par chalta hai.</w:t>
      </w:r>
    </w:p>
    <w:p>
      <w:pPr>
        <w:jc w:val="right"/>
      </w:pPr>
      <w:r>
        <w:t>اتنا بھاری باڈی اس کی ہے تو وہ دھنس جائے گا۔ دھنس جائے گا تو دلدل میں پھنس جائے گا۔ تو کبھی بھی پانی میں یہ ہاتھی جو ہے، ایلیفنٹ، اسی طرح نہیں چلتا جس طرح وہ لینڈ پر چلتا ہے۔</w:t>
      </w:r>
    </w:p>
    <w:p>
      <w:r>
        <w:rPr>
          <w:b/>
        </w:rPr>
        <w:t xml:space="preserve">[13:26] </w:t>
      </w:r>
      <w:r>
        <w:t>bohat hi sambhal kar paon rakhta hai apna. to yeh jo kaha jata hai ke fools rush in where angels fear to tread, yeh animal culture ke khilaf hai.</w:t>
      </w:r>
    </w:p>
    <w:p>
      <w:pPr>
        <w:jc w:val="right"/>
      </w:pPr>
      <w:r>
        <w:t>بہت ہی سنبھال کر پاؤں رکھتا ہے اپنا۔ تو یہ جو کہا جاتا ہے کہ فولز رش ان ویر اینجلز فیئر ٹو ٹریڈ، یہ اینیمل کلچر کے خلاف ہے۔</w:t>
      </w:r>
    </w:p>
    <w:p>
      <w:r>
        <w:rPr>
          <w:b/>
        </w:rPr>
        <w:t xml:space="preserve">[13:37] </w:t>
      </w:r>
      <w:r>
        <w:t>yeh insan karta hai sirf. kahin bhi ghus padta hai woh. animal aisa nahin karte.</w:t>
      </w:r>
    </w:p>
    <w:p>
      <w:pPr>
        <w:jc w:val="right"/>
      </w:pPr>
      <w:r>
        <w:t>یہ انسان کرتا ہے صرف۔ کہیں بھی گھس پڑتا ہے وہ۔ اینیمل ایسا نہیں کرتے۔</w:t>
      </w:r>
    </w:p>
    <w:p>
      <w:r>
        <w:rPr>
          <w:b/>
        </w:rPr>
        <w:t xml:space="preserve">[13:48] </w:t>
      </w:r>
      <w:r>
        <w:t>main samajhta hoon ke saare hi human behavior ke liye model hai is universe mein. jaise aap dekhiye, stars ko dekhiye, planets ko dekhiye.</w:t>
      </w:r>
    </w:p>
    <w:p>
      <w:pPr>
        <w:jc w:val="right"/>
      </w:pPr>
      <w:r>
        <w:t>میں سمجھتا ہوں کہ سارے ہی ہیومن بیہیویئر کے لیے ماڈل ہے اس یونیورس میں۔ جیسے آپ دیکھیے، اسٹارز کو دیکھیے، پلینٹس کو دیکھیے۔</w:t>
      </w:r>
    </w:p>
    <w:p>
      <w:r>
        <w:rPr>
          <w:b/>
        </w:rPr>
        <w:t xml:space="preserve">[14:01] </w:t>
      </w:r>
      <w:r>
        <w:t>saare stars aur saare planets jo hain woh move kar rahe hain. koi bhi stationary nahin hai, ruka hua nahin hai. move kar rahe hain, move kar rahe hain, move kar rahe hain.</w:t>
      </w:r>
    </w:p>
    <w:p>
      <w:pPr>
        <w:jc w:val="right"/>
      </w:pPr>
      <w:r>
        <w:t>سارے اسٹارز اور سارے پلینٹس جو ہیں وہ موو کر رہے ہیں۔ کوئی بھی اسٹیشنری نہیں ہے، رکا ہوا نہیں ہے۔ موو کر رہے ہیں، موو کر رہے ہیں، موو کر رہے ہیں۔</w:t>
      </w:r>
    </w:p>
    <w:p>
      <w:r>
        <w:rPr>
          <w:b/>
        </w:rPr>
        <w:t xml:space="preserve">[14:11] </w:t>
      </w:r>
      <w:r>
        <w:t>lekin numerous hain, koi ginti nahin hai in ki, stars ki aur planet ki. to yeh numerous bodies move kar rahe hain lekin har ek move karta hai apne orbit mein.</w:t>
      </w:r>
    </w:p>
    <w:p>
      <w:pPr>
        <w:jc w:val="right"/>
      </w:pPr>
      <w:r>
        <w:t>لیکن نیومرس ہیں، کوئی گنتی نہیں ہے ان کی، اسٹارز کی اور پلینٹ کی۔ تو یہ نیومرس باڈیز موو کر رہے ہیں لیکن ہر ایک موو کرتا ہے اپنے آربٹ میں۔</w:t>
      </w:r>
    </w:p>
    <w:p>
      <w:r>
        <w:rPr>
          <w:b/>
        </w:rPr>
        <w:t xml:space="preserve">[14:29] </w:t>
      </w:r>
      <w:r>
        <w:t>kabhi bhi koi body apne orbit se bahar nahin jati. isi liye itna bara universe mein itna bara movement jari hai ke countless stars har waqt move kar rahe hain.</w:t>
      </w:r>
    </w:p>
    <w:p>
      <w:pPr>
        <w:jc w:val="right"/>
      </w:pPr>
      <w:r>
        <w:t>کبھی بھی کوئی باڈی اپنے آربٹ سے باہر نہیں جاتی۔ اسی لیے اتنا بڑا یونیورس میں اتنا بڑا موومنٹ جاری ہے کہ کاؤنٹ لیس اسٹارز ہر وقت موو کر رہے ہیں۔</w:t>
      </w:r>
    </w:p>
    <w:p>
      <w:r>
        <w:rPr>
          <w:b/>
        </w:rPr>
        <w:t xml:space="preserve">[14:45] </w:t>
      </w:r>
      <w:r>
        <w:t>lekin takrao nahin hota. hamare dekhiye, hamare cities mein car ek car doosri car se takra jati hai.</w:t>
      </w:r>
    </w:p>
    <w:p>
      <w:pPr>
        <w:jc w:val="right"/>
      </w:pPr>
      <w:r>
        <w:t>لیکن ٹکراؤ نہیں ہوتا۔ ہمارے دیکھیے، ہمارے سٹیز میں کار ایک کار دوسری کار سے ٹکرا جاتی ہے۔</w:t>
      </w:r>
    </w:p>
    <w:p>
      <w:r>
        <w:rPr>
          <w:b/>
        </w:rPr>
        <w:t xml:space="preserve">[14:56] </w:t>
      </w:r>
      <w:r>
        <w:t>trainen hain, ek train doosri train se takra jati hai. ek scooter hai, doosre scooter se takra jata hai woh. lekin is qism ke accident kabhi bhi universe mein nahin hote.</w:t>
      </w:r>
    </w:p>
    <w:p>
      <w:pPr>
        <w:jc w:val="right"/>
      </w:pPr>
      <w:r>
        <w:t>ٹرینیں ہیں، ایک ٹرین دوسری ٹرین سے ٹکرا جاتی ہے۔ ایک اسکوٹر ہے، دوسرے اسکوٹر سے ٹکرا جاتا ہے وہ۔ لیکن اس قسم کے ایکسیڈنٹ کبھی بھی یونیورس میں نہیں ہوتے۔</w:t>
      </w:r>
    </w:p>
    <w:p>
      <w:r>
        <w:rPr>
          <w:b/>
        </w:rPr>
        <w:t xml:space="preserve">[15:09] </w:t>
      </w:r>
      <w:r>
        <w:t>to kya hai? simple formula kya hai? ke har ek apne hi orbit ko follow karta hai. doosre ke orbit ko nahin janta.</w:t>
      </w:r>
    </w:p>
    <w:p>
      <w:pPr>
        <w:jc w:val="right"/>
      </w:pPr>
      <w:r>
        <w:t>تو کیا ہے؟ سمپل فارمولا کیا ہے؟ کہ ہر ایک اپنے ہی آربٹ کو فالو کرتا ہے۔ دوسرے کے آربٹ کو نہیں جانتا۔</w:t>
      </w:r>
    </w:p>
    <w:p>
      <w:r>
        <w:rPr>
          <w:b/>
        </w:rPr>
        <w:t xml:space="preserve">[15:19] </w:t>
      </w:r>
      <w:r>
        <w:t>nahin jata. insan kya karta hai? apni lane ko chhod kar doosre ki lane mein jata hai. woh isi se takrao hota hai.</w:t>
      </w:r>
    </w:p>
    <w:p>
      <w:pPr>
        <w:jc w:val="right"/>
      </w:pPr>
      <w:r>
        <w:t>نہیں جاتا۔ انسان کیا کرتا ہے؟ اپنی لین کو چھوڑ کر دوسرے کی لین میں جاتا ہے۔ وہ اسی سے ٹکراؤ ہوتا ہے۔</w:t>
      </w:r>
    </w:p>
    <w:p>
      <w:r>
        <w:rPr>
          <w:b/>
        </w:rPr>
        <w:t xml:space="preserve">[15:28] </w:t>
      </w:r>
      <w:r>
        <w:t>apni lane ko chhod kar doosre ki lane mein jata hai. isi se accident hote hain. to poore universe mein yeh dikhaya ja raha hai ke apni lane ko follow karo.</w:t>
      </w:r>
    </w:p>
    <w:p>
      <w:pPr>
        <w:jc w:val="right"/>
      </w:pPr>
      <w:r>
        <w:t>اپنی لین کو چھوڑ کر دوسرے کی لین میں جاتا ہے۔ اسی سے ایکسیڈنٹ ہوتے ہیں۔ تو پورے یونیورس میں یہ دکھایا جا رہا ہے کہ اپنی لین کو فالو کرو۔</w:t>
      </w:r>
    </w:p>
    <w:p>
      <w:r>
        <w:rPr>
          <w:b/>
        </w:rPr>
        <w:t xml:space="preserve">[15:39] </w:t>
      </w:r>
      <w:r>
        <w:t>apne orbit par raho. is se bahar na jao. to takrao nahin hoga. is model ko agar hum apne cities mein apna lein, insan agar is model par chalne lage to road accident sab khatam ho jayen.</w:t>
      </w:r>
    </w:p>
    <w:p>
      <w:pPr>
        <w:jc w:val="right"/>
      </w:pPr>
      <w:r>
        <w:t>اپنے آربٹ پر رہو۔ اس سے باہر نہ جاؤ۔ تو ٹکراؤ نہیں ہوگا۔ اس ماڈل کو اگر ہم اپنے سٹیز میں اپنا لیں، انسان اگر اس ماڈل پر چلنے لگے تو روڈ ایکسیڈنٹ سب ختم ہو جائیں۔</w:t>
      </w:r>
    </w:p>
    <w:p>
      <w:r>
        <w:rPr>
          <w:b/>
        </w:rPr>
        <w:t xml:space="preserve">[15:55] </w:t>
      </w:r>
      <w:r>
        <w:t>road accident khatam ho jayen.</w:t>
      </w:r>
    </w:p>
    <w:p>
      <w:pPr>
        <w:jc w:val="right"/>
      </w:pPr>
      <w:r>
        <w:t>روڈ ایکسیڈنٹ ختم ہو جائیں۔</w:t>
      </w:r>
    </w:p>
    <w:p>
      <w:r>
        <w:rPr>
          <w:b/>
        </w:rPr>
        <w:t xml:space="preserve">[16:06] </w:t>
      </w:r>
      <w:r>
        <w:t>main jab</w:t>
      </w:r>
    </w:p>
    <w:p>
      <w:pPr>
        <w:jc w:val="right"/>
      </w:pPr>
      <w:r>
        <w:t>میں جب</w:t>
      </w:r>
    </w:p>
    <w:p>
      <w:r>
        <w:rPr>
          <w:b/>
        </w:rPr>
        <w:t xml:space="preserve">[16:10] </w:t>
      </w:r>
      <w:r>
        <w:t>jab gaon mein tha UP mein to wahan par hum ek kitab padhte the bachpan mein. urdu ki reader thi woh.</w:t>
      </w:r>
    </w:p>
    <w:p>
      <w:pPr>
        <w:jc w:val="right"/>
      </w:pPr>
      <w:r>
        <w:t>جب گاؤں میں تھا یو پی میں تو وہاں پر ہم ایک کتاب پڑھتے تھے بچپن میں۔ اردو کی ریڈر تھی وہ۔</w:t>
      </w:r>
    </w:p>
    <w:p>
      <w:r>
        <w:rPr>
          <w:b/>
        </w:rPr>
        <w:t xml:space="preserve">[16:21] </w:t>
      </w:r>
      <w:r>
        <w:t>is mein aisi bohat si baaten thin. maslan cheunti ke baray mein ek ek poem thi.</w:t>
      </w:r>
    </w:p>
    <w:p>
      <w:pPr>
        <w:jc w:val="right"/>
      </w:pPr>
      <w:r>
        <w:t>اس میں ایسی بہت سی باتیں تھیں۔ مثلاً چیونٹی کے بارے میں ایک ایک پوئم تھی۔</w:t>
      </w:r>
    </w:p>
    <w:p>
      <w:r>
        <w:rPr>
          <w:b/>
        </w:rPr>
        <w:t xml:space="preserve">[16:30] </w:t>
      </w:r>
      <w:r>
        <w:t>cheunti. to "ari choti cheunti tujhe aakhri hai". to us ki ek line thi "jo garmi ke rutt mein na karti kamai to jaare ke mausam mein marti benai".</w:t>
      </w:r>
    </w:p>
    <w:p>
      <w:pPr>
        <w:jc w:val="right"/>
      </w:pPr>
      <w:r>
        <w:t>چیونٹی۔ تو "اری چھوٹی چیونٹی تجھے آخری ہے"۔ تو اس کی ایک لائن تھی "جو گرمی کے رت میں نہ کرتی کمائی تو جاڑے کے موسم میں مرتی بینائی"۔</w:t>
      </w:r>
    </w:p>
    <w:p>
      <w:r>
        <w:rPr>
          <w:b/>
        </w:rPr>
        <w:t xml:space="preserve">[16:50] </w:t>
      </w:r>
      <w:r>
        <w:t>ab yeh is ki nature mein hai. cheunti ki. ke garmi ka jo zamana hota hai to woh is apna jo food is ka jo hai jo yeh chawal hain is tarah ki cheezein utha utha ke le aati hai apne bill mein store karti hai.</w:t>
      </w:r>
    </w:p>
    <w:p>
      <w:pPr>
        <w:jc w:val="right"/>
      </w:pPr>
      <w:r>
        <w:t>اب یہ اس کی نیچر میں ہے۔ چیونٹی کی۔ کہ گرمی کا جو زمانہ ہوتا ہے تو وہ اس اپنا جو فوڈ اس کا جو ہے جو یہ چاول ہیں اس طرح کی چیزیں اٹھا اٹھا کے لے آتی ہے اپنے بل میں اسٹور کرتی ہے۔</w:t>
      </w:r>
    </w:p>
    <w:p>
      <w:r>
        <w:rPr>
          <w:b/>
        </w:rPr>
        <w:t xml:space="preserve">[17:10] </w:t>
      </w:r>
      <w:r>
        <w:t>kyun? cheuntiyon ko pata hai ke jab jaare ka mausam aaye ga to bahar movement is ki nahi ho paye gi. jaare ke zamane mein is ke apne bill mein rehna pare ga.</w:t>
      </w:r>
    </w:p>
    <w:p>
      <w:pPr>
        <w:jc w:val="right"/>
      </w:pPr>
      <w:r>
        <w:t>کیوں؟ چیونٹیوں کو پتہ ہے کہ جب جاڑے کا موسم آئے گا تو باہر موومنٹ اس کی نہیں ہو پائے گی۔ جاڑے کے زمانے میں اس کے اپنے بل میں رہنا پڑے گا۔</w:t>
      </w:r>
    </w:p>
    <w:p>
      <w:r>
        <w:rPr>
          <w:b/>
        </w:rPr>
        <w:t xml:space="preserve">[17:22] </w:t>
      </w:r>
      <w:r>
        <w:t>bahar ka movement khatam ho jaye ga. to woh garmi ke mausam mein food ka store banati hai apna taake jaare ke mausam mein woh kaam aata rahe.</w:t>
      </w:r>
    </w:p>
    <w:p>
      <w:pPr>
        <w:jc w:val="right"/>
      </w:pPr>
      <w:r>
        <w:t>باہر کا موومنٹ ختم ہو جائے گا۔ تو وہ گرمی کے موسم میں فوڈ کا اسٹور بناتی ہے اپنا تاکہ جاڑے کے موسم میں وہ کام آتا رہے۔</w:t>
      </w:r>
    </w:p>
    <w:p>
      <w:r>
        <w:rPr>
          <w:b/>
        </w:rPr>
        <w:t xml:space="preserve">[17:36] </w:t>
      </w:r>
      <w:r>
        <w:t>ab dekhiye kitni bari hikmat hai cheunti mein. hum ko sikha rahi hai ke future ke liye yaani future oriented planning karo. yeh cheunti jo hai hum ko future oriented planning ki seekh de rahi hai.</w:t>
      </w:r>
    </w:p>
    <w:p>
      <w:pPr>
        <w:jc w:val="right"/>
      </w:pPr>
      <w:r>
        <w:t>اب دیکھیے کتنی بڑی حکمت ہے چیونٹی میں۔ ہم کو سکھا رہی ہے کہ فیوچر کے لیے یعنی فیوچر اورینٹڈ پلاننگ کرو۔ یہ چیونٹی جو ہے ہم کو فیوچر اورینٹڈ پلاننگ کی سیکھ دے رہی ہے۔</w:t>
      </w:r>
    </w:p>
    <w:p>
      <w:r>
        <w:rPr>
          <w:b/>
        </w:rPr>
        <w:t xml:space="preserve">[17:51] </w:t>
      </w:r>
      <w:r>
        <w:t>seekh. isi ko unhon ne kaha ke jo garmi ke rutt mein na karti kamai to jaare ke mausam mein marti benai.</w:t>
      </w:r>
    </w:p>
    <w:p>
      <w:pPr>
        <w:jc w:val="right"/>
      </w:pPr>
      <w:r>
        <w:t>سیکھ۔ اسی کو انہوں نے کہا کہ جو گرمی کے رت میں نہ کرتی کمائی تو جاڑے کے موسم میں مرتی بینائی۔</w:t>
      </w:r>
    </w:p>
    <w:p>
      <w:r>
        <w:rPr>
          <w:b/>
        </w:rPr>
        <w:t xml:space="preserve">[18:03] </w:t>
      </w:r>
      <w:r>
        <w:t>aisi is mein ek nazm thi gaaye par. gaaye rab ki hamd o sana kar bhai jis ne aisi gaaye banai.</w:t>
      </w:r>
    </w:p>
    <w:p>
      <w:pPr>
        <w:jc w:val="right"/>
      </w:pPr>
      <w:r>
        <w:t>ایسی اس میں ایک نظم تھی گائے پر۔ گائے رب کی حمد و ثناء کر بھائی جس نے ایسی گائے بنائی۔</w:t>
      </w:r>
    </w:p>
    <w:p>
      <w:r>
        <w:rPr>
          <w:b/>
        </w:rPr>
        <w:t xml:space="preserve">[18:13] </w:t>
      </w:r>
      <w:r>
        <w:t>to bari dilchasp nazm thi. is ki ek line yeh thi ke "kal jo ghaas cheri thi ban mein doodh bani woh gaaye ke than mein".</w:t>
      </w:r>
    </w:p>
    <w:p>
      <w:pPr>
        <w:jc w:val="right"/>
      </w:pPr>
      <w:r>
        <w:t>تو بڑی دلچسپ نظم تھی۔ اس کی ایک لائن یہ تھی کہ "کل جو گھاس چری تھی بن میں دودھ بنی وہ گائے کے تھن میں"۔</w:t>
      </w:r>
    </w:p>
    <w:p>
      <w:r>
        <w:rPr>
          <w:b/>
        </w:rPr>
        <w:t xml:space="preserve">[18:25] </w:t>
      </w:r>
      <w:r>
        <w:t>ab dekhiye gaaye jo hai ek woh bhi ek model. model kis baat ka? model is baat ka ke positive behaviour ka model.</w:t>
      </w:r>
    </w:p>
    <w:p>
      <w:pPr>
        <w:jc w:val="right"/>
      </w:pPr>
      <w:r>
        <w:t>اب دیکھیے گائے جو ہے ایک وہ بھی ایک ماڈل۔ ماڈل کس بات کا؟ ماڈل اس بات کا کہ پازیٹیو بیہیویئر کا ماڈل۔</w:t>
      </w:r>
    </w:p>
    <w:p>
      <w:r>
        <w:rPr>
          <w:b/>
        </w:rPr>
        <w:t xml:space="preserve">[18:39] </w:t>
      </w:r>
      <w:r>
        <w:t>ke gaaye ko aap ne ghaas khilai. lekin aap ko kya is ne diya? doodh diya. kal jo ghaas cheri thi ban mein doodh bani woh gaaye ke than mein.</w:t>
      </w:r>
    </w:p>
    <w:p>
      <w:pPr>
        <w:jc w:val="right"/>
      </w:pPr>
      <w:r>
        <w:t>کہ گائے کو آپ نے گھاس کھلائی۔ لیکن آپ کو کیا اس نے دیا؟ دودھ دیا۔ کل جو گھاس چری تھی بن میں دودھ بنی وہ گائے کے تھن میں۔</w:t>
      </w:r>
    </w:p>
    <w:p>
      <w:r>
        <w:rPr>
          <w:b/>
        </w:rPr>
        <w:t xml:space="preserve">[18:53] </w:t>
      </w:r>
      <w:r>
        <w:t>is mani mein ke aap ko har haal mein positive behaviour apnana chahiye. doosra gaali de de. doosra aap ko koi nuqsan pohancha de.</w:t>
      </w:r>
    </w:p>
    <w:p>
      <w:pPr>
        <w:jc w:val="right"/>
      </w:pPr>
      <w:r>
        <w:t>اس معنی میں کہ آپ کو ہر حال میں پازیٹیو بیہیویئر اپنانا چاہیے۔ دوسرا گالی دے دے۔ دوسرا آپ کو کوئی نقصان پہنچا دے۔</w:t>
      </w:r>
    </w:p>
    <w:p>
      <w:r>
        <w:rPr>
          <w:b/>
        </w:rPr>
        <w:t xml:space="preserve">[19:04] </w:t>
      </w:r>
      <w:r>
        <w:t>doosra aap ko sata de. doosra aap ko koi kankri maar de. tab bhi aap ki taraf se us ko kya mile? forgiveness.</w:t>
      </w:r>
    </w:p>
    <w:p>
      <w:pPr>
        <w:jc w:val="right"/>
      </w:pPr>
      <w:r>
        <w:t>دوسرا آپ کو ستا دے۔ دوسرا آپ کو کوئی کنکری مار دے۔ تب بھی آپ کی طرف سے اس کو کیا ملے؟ فارگیونس۔</w:t>
      </w:r>
    </w:p>
    <w:p>
      <w:r>
        <w:rPr>
          <w:b/>
        </w:rPr>
        <w:t xml:space="preserve">[19:13] </w:t>
      </w:r>
      <w:r>
        <w:t>dua. compassion. friendly behaviour. yaani negative action ka positive response.</w:t>
      </w:r>
    </w:p>
    <w:p>
      <w:pPr>
        <w:jc w:val="right"/>
      </w:pPr>
      <w:r>
        <w:t>دعا۔ کمپیشن۔ فرینڈلی بیہیویئر۔ یعنی نیگیٹیو ایکشن کا پازیٹیو رسپانس۔</w:t>
      </w:r>
    </w:p>
    <w:p>
      <w:r>
        <w:rPr>
          <w:b/>
        </w:rPr>
        <w:t xml:space="preserve">[19:25] </w:t>
      </w:r>
      <w:r>
        <w:t>negative action ka positive response. yeh model rakh diya hai is duniya mein nature ne.</w:t>
      </w:r>
    </w:p>
    <w:p>
      <w:pPr>
        <w:jc w:val="right"/>
      </w:pPr>
      <w:r>
        <w:t>نیگیٹیو ایکشن کا پازیٹیو رسپانس۔ یہ ماڈل رکھ دیا ہے اس دنیا میں نیچر نے۔</w:t>
      </w:r>
    </w:p>
    <w:p>
      <w:r>
        <w:rPr>
          <w:b/>
        </w:rPr>
        <w:t xml:space="preserve">[19:35] </w:t>
      </w:r>
      <w:r>
        <w:t>yeh hamein apnana hai. ab bataiye ke agar samaj mein log is model ko pakad lein ke negative action ka bhi hamein positive response dena hai to samaj mein kitni shanti aa jaye?</w:t>
      </w:r>
    </w:p>
    <w:p>
      <w:pPr>
        <w:jc w:val="right"/>
      </w:pPr>
      <w:r>
        <w:t>یہ ہمیں اپنانا ہے۔ اب بتائیے کہ اگر سماج میں لوگ اس ماڈل کو پکڑ لیں کہ نیگیٹیو ایکشن کا بھی ہمیں پازیٹیو رسپانس دینا ہے تو سماج میں کتنی شانتی آ جائے؟</w:t>
      </w:r>
    </w:p>
    <w:p>
      <w:r>
        <w:rPr>
          <w:b/>
        </w:rPr>
        <w:t xml:space="preserve">[19:48] </w:t>
      </w:r>
      <w:r>
        <w:t>kitna peace aa jaye? kitna zyada log sukhi ho jayein? to is model ko hum ne chhod rakha hai.</w:t>
      </w:r>
    </w:p>
    <w:p>
      <w:pPr>
        <w:jc w:val="right"/>
      </w:pPr>
      <w:r>
        <w:t>کتنا پیس آ جائے؟ کتنا زیادہ لوگ سکھی ہو جائیں؟ تو اس ماڈل کو ہم نے چھوڑ رکھا ہے۔</w:t>
      </w:r>
    </w:p>
    <w:p>
      <w:r>
        <w:rPr>
          <w:b/>
        </w:rPr>
        <w:t xml:space="preserve">[19:57] </w:t>
      </w:r>
      <w:r>
        <w:t>hamara model kya hai? hamara model yeh hai ke ent ka jawab pathar.</w:t>
      </w:r>
    </w:p>
    <w:p>
      <w:pPr>
        <w:jc w:val="right"/>
      </w:pPr>
      <w:r>
        <w:t>ہمارا ماڈل کیا ہے؟ ہمارا ماڈل یہ ہے کہ اینٹ کا جواب پتھر۔</w:t>
      </w:r>
    </w:p>
    <w:p>
      <w:r>
        <w:rPr>
          <w:b/>
        </w:rPr>
        <w:t xml:space="preserve">[20:06] </w:t>
      </w:r>
      <w:r>
        <w:t>ab zara ghor kijiye ke gaaye ka model to yeh hai ke ghaas khilaye koi tab bhi tum usay doodh do. insaan ne kya bana rakha hai?</w:t>
      </w:r>
    </w:p>
    <w:p>
      <w:pPr>
        <w:jc w:val="right"/>
      </w:pPr>
      <w:r>
        <w:t>اب ذرا غور کیجیے کہ گائے کا ماڈل تو یہ ہے کہ گھاس کھلائے کوئی تب بھی تم اسے دودھ دو۔ انسان نے کیا بنا رکھا ہے؟</w:t>
      </w:r>
    </w:p>
    <w:p>
      <w:r>
        <w:rPr>
          <w:b/>
        </w:rPr>
        <w:t xml:space="preserve">[20:14] </w:t>
      </w:r>
      <w:r>
        <w:t>ent ka jawab pathar. isi liye samaj mein itna zyada gadbad ho rahi hai. aise hi dekhiye gulab ke peir ko dekhiye aap.</w:t>
      </w:r>
    </w:p>
    <w:p>
      <w:pPr>
        <w:jc w:val="right"/>
      </w:pPr>
      <w:r>
        <w:t>اینٹ کا جواب پتھر۔ اسی لیے سماج میں اتنا زیادہ گڑبڑ ہو رہی ہے۔ ایسے ہی دیکھیے گلاب کے پیڑ کو دیکھیے آپ۔</w:t>
      </w:r>
    </w:p>
    <w:p>
      <w:r>
        <w:rPr>
          <w:b/>
        </w:rPr>
        <w:t xml:space="preserve">[20:26] </w:t>
      </w:r>
      <w:r>
        <w:t>gulab jo hai aap us ke har branch par aap dekhein ke us mein kaante hain, thorn hain.</w:t>
      </w:r>
    </w:p>
    <w:p>
      <w:pPr>
        <w:jc w:val="right"/>
      </w:pPr>
      <w:r>
        <w:t>گلاب جو ہے آپ اس کے ہر برانچ پر آپ دیکھیں کہ اس میں کانٹے ہیں، تھارڈ ہیں۔</w:t>
      </w:r>
    </w:p>
    <w:p>
      <w:r>
        <w:rPr>
          <w:b/>
        </w:rPr>
        <w:t xml:space="preserve">[20:36] </w:t>
      </w:r>
      <w:r>
        <w:t>aur sath sath wahan flower bhi hai. yaani har thorn mein kaante hain usi ke sath sath wahan flower bhi hai. ab yeh bhi kya hai?</w:t>
      </w:r>
    </w:p>
    <w:p>
      <w:pPr>
        <w:jc w:val="right"/>
      </w:pPr>
      <w:r>
        <w:t>اور ساتھ ساتھ وہاں فلاور بھی ہے۔ یعنی ہر تھارڈ میں کانٹے ہیں اسی کے ساتھ ساتھ وہاں فلاور بھی ہے۔ اب یہ بھی کیا ہے؟</w:t>
      </w:r>
    </w:p>
    <w:p>
      <w:r>
        <w:rPr>
          <w:b/>
        </w:rPr>
        <w:t xml:space="preserve">[20:46] </w:t>
      </w:r>
      <w:r>
        <w:t>ek model hai. is model yeh hai ke kaanton ke sath phool ban kar raho. kaanton ke sath phool ban kar raho.</w:t>
      </w:r>
    </w:p>
    <w:p>
      <w:pPr>
        <w:jc w:val="right"/>
      </w:pPr>
      <w:r>
        <w:t>ایک ماڈل ہے۔ اس ماڈل یہ ہے کہ کانٹوں کے ساتھ پھول بن کر رہو۔ کانٹوں کے ساتھ پھول بن کر رہو۔</w:t>
      </w:r>
    </w:p>
    <w:p>
      <w:r>
        <w:rPr>
          <w:b/>
        </w:rPr>
        <w:t xml:space="preserve">[20:58] </w:t>
      </w:r>
      <w:r>
        <w:t>yaani doosre log agar negative mind ho doosron ka, doosre agar kuch burai karein tum se to kya karo tum?</w:t>
      </w:r>
    </w:p>
    <w:p>
      <w:pPr>
        <w:jc w:val="right"/>
      </w:pPr>
      <w:r>
        <w:t>یعنی دوسرے لوگ اگر نیگیٹیو مائنڈ ہو دوسروں کا، دوسرے اگر کچھ برائی کریں تم سے تو کیا کرو تم؟</w:t>
      </w:r>
    </w:p>
    <w:p>
      <w:r>
        <w:rPr>
          <w:b/>
        </w:rPr>
        <w:t xml:space="preserve">[21:14] </w:t>
      </w:r>
      <w:r>
        <w:t>tum unilaterally apne aap ko flower bana lo. unilaterally. lekin kaanton ke darmiyan phool ban kar raho.</w:t>
      </w:r>
    </w:p>
    <w:p>
      <w:pPr>
        <w:jc w:val="right"/>
      </w:pPr>
      <w:r>
        <w:t>تم یونی لیٹرلی اپنے آپ کو فلاور بنا لو۔ یونی لیٹرلی۔ لیکن کانٹوں کے درمیان پھول بن کر رہو۔</w:t>
      </w:r>
    </w:p>
    <w:p>
      <w:r>
        <w:rPr>
          <w:b/>
        </w:rPr>
        <w:t xml:space="preserve">[21:23] </w:t>
      </w:r>
      <w:r>
        <w:t>jis mein khushbu hoti hai, jis mein color hota hai, jis ko dekh kar aankh ko acha lagta hai. ab yeh kitna ajeeb model hai. kaisa ajeeb model hai yeh?</w:t>
      </w:r>
    </w:p>
    <w:p>
      <w:pPr>
        <w:jc w:val="right"/>
      </w:pPr>
      <w:r>
        <w:t>جس میں خوشبو ہوتی ہے، جس میں کلر ہوتا ہے، جس کو دیکھ کر آنکھ کو اچھا لگتا ہے۔ اب یہ کتنا عجیب ماڈل ہے۔ کیسا عجیب ماڈل ہے یہ؟</w:t>
      </w:r>
    </w:p>
    <w:p>
      <w:r>
        <w:rPr>
          <w:b/>
        </w:rPr>
        <w:t xml:space="preserve">[21:35] </w:t>
      </w:r>
      <w:r>
        <w:t>keh kaantay ke darmiyan tum ko rehna paray tab bhi tum phool ban jao. Isi tarah se poori yeh dunya jo hai aas paas ki hamari ajeeb dunya hai.</w:t>
      </w:r>
    </w:p>
    <w:p>
      <w:pPr>
        <w:jc w:val="right"/>
      </w:pPr>
      <w:r>
        <w:t>کہ کانٹے کے درمیان تم کو رہنا پڑے تب بھی تم پھول بن جاؤ۔ اسی طرح سے پوری یہ دنیا جو ہے آس پاس کی ہماری عجیب دنیا ہے۔</w:t>
      </w:r>
    </w:p>
    <w:p>
      <w:r>
        <w:rPr>
          <w:b/>
        </w:rPr>
        <w:t xml:space="preserve">[21:47] </w:t>
      </w:r>
      <w:r>
        <w:t>Ajeeb dunya hai. Quran mein sachay insaan ko ki misaal di gayi hai drakht se.</w:t>
      </w:r>
    </w:p>
    <w:p>
      <w:pPr>
        <w:jc w:val="right"/>
      </w:pPr>
      <w:r>
        <w:t>عجیب دنیا ہے۔ قرآن میں سچے انسان کو کی مثال دی گئی ہے درخت سے۔</w:t>
      </w:r>
    </w:p>
    <w:p>
      <w:r>
        <w:rPr>
          <w:b/>
        </w:rPr>
        <w:t xml:space="preserve">[21:57] </w:t>
      </w:r>
      <w:r>
        <w:t>Taree se, drakht. Ke sachay insaan aisa hota hai jaisay ke drakht. Ab drakht mein kya sifat hai? Ajeeb ajeeb sifatain drakht mein hain.</w:t>
      </w:r>
    </w:p>
    <w:p>
      <w:pPr>
        <w:jc w:val="right"/>
      </w:pPr>
      <w:r>
        <w:t>ٹری سے، درخت۔ کہ سچا انسان ایسا ہوتا ہے جیسے کہ درخت۔ اب درخت میں کیا صفت ہے؟ عجیب عجیب صفتیں درخت میں ہیں۔</w:t>
      </w:r>
    </w:p>
    <w:p>
      <w:r>
        <w:rPr>
          <w:b/>
        </w:rPr>
        <w:t xml:space="preserve">[22:07] </w:t>
      </w:r>
      <w:r>
        <w:t>Ab dekhiye drakht aap ko sirf deta hai, leta kuch bhi nahi. Woh hamare is is universe ka giver member hai.</w:t>
      </w:r>
    </w:p>
    <w:p>
      <w:pPr>
        <w:jc w:val="right"/>
      </w:pPr>
      <w:r>
        <w:t>اب دیکھیے درخت آپ کو صرف دیتا ہے، لیتا کچھ بھی نہیں۔ وہ ہمارے اس اس یونیورس کا گیور ممبر ہے۔</w:t>
      </w:r>
    </w:p>
    <w:p>
      <w:r>
        <w:rPr>
          <w:b/>
        </w:rPr>
        <w:t xml:space="preserve">[22:20] </w:t>
      </w:r>
      <w:r>
        <w:t>Taker member nahi hai. Hum ko dekhiye continuously woh hum ko supply karta hai oxygen.</w:t>
      </w:r>
    </w:p>
    <w:p>
      <w:pPr>
        <w:jc w:val="right"/>
      </w:pPr>
      <w:r>
        <w:t>ٹیکر ممبر نہیں ہے۔ ہم کو دیکھیے کنٹینیوسلی وہ ہم کو سپلائی کرتا ہے آکسیجن۔</w:t>
      </w:r>
    </w:p>
    <w:p>
      <w:r>
        <w:rPr>
          <w:b/>
        </w:rPr>
        <w:t xml:space="preserve">[22:31] </w:t>
      </w:r>
      <w:r>
        <w:t>Oxygen. Lekin hum se hamare paas is ka koi bill nahi aata kabhi. Drakht hum ko lakri deta hai.</w:t>
      </w:r>
    </w:p>
    <w:p>
      <w:pPr>
        <w:jc w:val="right"/>
      </w:pPr>
      <w:r>
        <w:t>آکسیجن۔ لیکن ہم سے ہمارے پاس اس کا کوئی بل نہیں آتا کبھی۔ درخت ہم کو لکڑی دیتا ہے۔</w:t>
      </w:r>
    </w:p>
    <w:p>
      <w:r>
        <w:rPr>
          <w:b/>
        </w:rPr>
        <w:t xml:space="preserve">[22:41] </w:t>
      </w:r>
      <w:r>
        <w:t>Hum ko is ki patiyan dekhnay ki kitni achi lagti hain. Is mein flower atay hain, is mein fruit atay hain. Kitni sari cheezain hain.</w:t>
      </w:r>
    </w:p>
    <w:p>
      <w:pPr>
        <w:jc w:val="right"/>
      </w:pPr>
      <w:r>
        <w:t>ہم کو اس کی پتیاں دیکھنے کی کتنی اچھی لگتی ہیں۔ اس میں فلاور آتے ہیں، اس میں فروٹ آتے ہیں۔ کتنی ساری چیزیں ہیں۔</w:t>
      </w:r>
    </w:p>
    <w:p>
      <w:r>
        <w:rPr>
          <w:b/>
        </w:rPr>
        <w:t xml:space="preserve">[22:53] </w:t>
      </w:r>
      <w:r>
        <w:t>Lekin yeh sab deta hai unilieterally. Drakht ki taraf se aap ke paas koi bill nahi aata kabhi. Kuch nahi.</w:t>
      </w:r>
    </w:p>
    <w:p>
      <w:pPr>
        <w:jc w:val="right"/>
      </w:pPr>
      <w:r>
        <w:t>لیکن یہ سب دیتا ہے یونی لیٹرلی۔ درخت کی طرف سے آپ کے پاس کوئی بل نہیں آتا کبھی۔ کچھ نہیں۔</w:t>
      </w:r>
    </w:p>
    <w:p>
      <w:r>
        <w:rPr>
          <w:b/>
        </w:rPr>
        <w:t xml:space="preserve">[23:03] </w:t>
      </w:r>
      <w:r>
        <w:t>Is ka culture giver culture hai. Taker culture nahi hai. Ab bataiye ke agar yeh model log le lain samaj mein to kaisa anokha samaj ban jaye insaan ka?</w:t>
      </w:r>
    </w:p>
    <w:p>
      <w:pPr>
        <w:jc w:val="right"/>
      </w:pPr>
      <w:r>
        <w:t>اس کا کلچر گیور کلچر ہے۔ ٹیکر کلچر نہیں ہے۔ اب بتائیے کہ اگر یہ ماڈل لوگ لے لیں سماج میں تو کیسا انوکھا سماج بن جائے انسان کا؟</w:t>
      </w:r>
    </w:p>
    <w:p>
      <w:r>
        <w:rPr>
          <w:b/>
        </w:rPr>
        <w:t xml:space="preserve">[23:17] </w:t>
      </w:r>
      <w:r>
        <w:t>Ulta kar rakha hai logon ne. Log jo hain woh lena chahte hain, lena chahte hain, lena chahte hain. Dena unhein nahi hai.</w:t>
      </w:r>
    </w:p>
    <w:p>
      <w:pPr>
        <w:jc w:val="right"/>
      </w:pPr>
      <w:r>
        <w:t>الٹا کر رکھا ہے لوگوں نے۔ لوگ جو ہیں وہ لینا چاہتے ہیں، لینا چاہتے ہیں، لینا چاہتے ہیں۔ دینا انہیں نہیں ہے۔</w:t>
      </w:r>
    </w:p>
    <w:p>
      <w:r>
        <w:rPr>
          <w:b/>
        </w:rPr>
        <w:t xml:space="preserve">[23:26] </w:t>
      </w:r>
      <w:r>
        <w:t>Isi liye aap dekhiye aaj ke zamanay mein har jagah right ki dhoom hai. Right, yeh right, woh right, yeh right, woh right. Har jagah right hi right ki baatein ho rahi hain.</w:t>
      </w:r>
    </w:p>
    <w:p>
      <w:pPr>
        <w:jc w:val="right"/>
      </w:pPr>
      <w:r>
        <w:t>اسی لیے آپ دیکھیے آج کے زمانے میں ہر جگہ رائٹ کی دھوم ہے۔ رائٹ، یہ رائٹ، وہ رائٹ، یہ رائٹ، وہ رائٹ۔ ہر جگہ رائٹ ہی رائٹ کی باتیں ہو رہی ہیں۔</w:t>
      </w:r>
    </w:p>
    <w:p>
      <w:r>
        <w:rPr>
          <w:b/>
        </w:rPr>
        <w:t xml:space="preserve">[23:36] </w:t>
      </w:r>
      <w:r>
        <w:t>Duty koi baat hi nahi karta. Koi duty ki baat nahi karta.</w:t>
      </w:r>
    </w:p>
    <w:p>
      <w:pPr>
        <w:jc w:val="right"/>
      </w:pPr>
      <w:r>
        <w:t>ڈیوٹی کوئی بات ہی نہیں کرتا۔ کوئی ڈیوٹی کی بات نہیں کرتا۔</w:t>
      </w:r>
    </w:p>
    <w:p>
      <w:r>
        <w:rPr>
          <w:b/>
        </w:rPr>
        <w:t xml:space="preserve">[23:45] </w:t>
      </w:r>
      <w:r>
        <w:t>United Nations ne bhi jo nineteen forty eight mein jo declaration jari kiya tha woh kya tha? Woh bhi right par base karta tha. Universal declaration of human rights.</w:t>
      </w:r>
    </w:p>
    <w:p>
      <w:pPr>
        <w:jc w:val="right"/>
      </w:pPr>
      <w:r>
        <w:t>United Nations نے بھی جو نائنٹین فورٹی ایٹ میں جو جو ڈیکلیریشن جاری کیا تھا وہ کیا تھا؟ وہ بھی رائٹ پر بیس کرتا تھا۔ یونیورسل ڈیکلیریشن آف ہیومن رائٹس۔</w:t>
      </w:r>
    </w:p>
    <w:p>
      <w:r>
        <w:rPr>
          <w:b/>
        </w:rPr>
        <w:t xml:space="preserve">[23:58] </w:t>
      </w:r>
      <w:r>
        <w:t>Duty ki koi baat hi nahi karta. Halankay dekhiye is is dunya mein, is is universe mein saaray jo is ke jo cheezain hain sab duty based hain.</w:t>
      </w:r>
    </w:p>
    <w:p>
      <w:pPr>
        <w:jc w:val="right"/>
      </w:pPr>
      <w:r>
        <w:t>ڈیوٹی کی کوئی بات ہی نہیں کرتا۔ حالانکہ دیکھیے اس اس دنیا میں، اس اس یونیورس میں سارے جو اس کے جو چیزیں ہیں سب ڈیوٹی بیسڈ ہیں۔</w:t>
      </w:r>
    </w:p>
    <w:p>
      <w:r>
        <w:rPr>
          <w:b/>
        </w:rPr>
        <w:t xml:space="preserve">[24:10] </w:t>
      </w:r>
      <w:r>
        <w:t>Apni duty mein lagi hui hain. Koi right in ka nahi hai. Stars ka koi right nahi hai. Planets ka koi right nahi hai. Ocean aur mountain ka koi right nahi hai.</w:t>
      </w:r>
    </w:p>
    <w:p>
      <w:pPr>
        <w:jc w:val="right"/>
      </w:pPr>
      <w:r>
        <w:t>اپنی ڈیوٹی میں لگی ہوئی ہیں۔ کوئی رائٹ ان کا نہیں ہے۔ اسٹارز کا کوئی رائٹ نہیں ہے۔ پلینٹس کا کوئی رائٹ نہیں ہے۔ اوشن اور ماؤنٹین کا کوئی رائٹ نہیں ہے۔</w:t>
      </w:r>
    </w:p>
    <w:p>
      <w:r>
        <w:rPr>
          <w:b/>
        </w:rPr>
        <w:t xml:space="preserve">[24:21] </w:t>
      </w:r>
      <w:r>
        <w:t>Drakht ka koi right nahi hai. Sab duty par chal rahe hain. Yani universe mein duty culture hai. Aur insaan ne kya chala rakha hai?</w:t>
      </w:r>
    </w:p>
    <w:p>
      <w:pPr>
        <w:jc w:val="right"/>
      </w:pPr>
      <w:r>
        <w:t>درخت کا کوئی رائٹ نہیں ہے۔ سب ڈیوٹی پر چل رہے ہیں۔ یعنی یونیورس میں ڈیوٹی کلچر ہے۔ اور انسان نے کیا چلا رکھا ہے؟</w:t>
      </w:r>
    </w:p>
    <w:p>
      <w:r>
        <w:rPr>
          <w:b/>
        </w:rPr>
        <w:t xml:space="preserve">[24:30] </w:t>
      </w:r>
      <w:r>
        <w:t>Right culture chala rakha hai. Isi liye insaan ki dunya mein har taraf violence hai aur aur har taraf intolerance hai.</w:t>
      </w:r>
    </w:p>
    <w:p>
      <w:pPr>
        <w:jc w:val="right"/>
      </w:pPr>
      <w:r>
        <w:t>رائٹ کلچر چلا رکھا ہے۔ اسی لیے انسان کی دنیا میں ہر طرف وائلنس ہے اور اور ہر طرف انٹولرنس ہے۔</w:t>
      </w:r>
    </w:p>
    <w:p>
      <w:r>
        <w:rPr>
          <w:b/>
        </w:rPr>
        <w:t xml:space="preserve">[24:44] </w:t>
      </w:r>
      <w:r>
        <w:t>Har taraf corruption hai.</w:t>
      </w:r>
    </w:p>
    <w:p>
      <w:pPr>
        <w:jc w:val="right"/>
      </w:pPr>
      <w:r>
        <w:t>ہر طرف کرپشن ہے۔</w:t>
      </w:r>
    </w:p>
    <w:p>
      <w:r>
        <w:rPr>
          <w:b/>
        </w:rPr>
        <w:t xml:space="preserve">[24:49] </w:t>
      </w:r>
      <w:r>
        <w:t>Kaisi anokhi baat hai yeh dekhiye.</w:t>
      </w:r>
    </w:p>
    <w:p>
      <w:pPr>
        <w:jc w:val="right"/>
      </w:pPr>
      <w:r>
        <w:t>کیسی انوکھی بات ہے یہ دیکھیے۔</w:t>
      </w:r>
    </w:p>
    <w:p>
      <w:r>
        <w:rPr>
          <w:b/>
        </w:rPr>
        <w:t xml:space="preserve">[24:55] </w:t>
      </w:r>
      <w:r>
        <w:t>Ke universe ka jo culture hai woh giver culture hai. Yahi insaan ko bhi lena tha. Jis tarah universe se hum life support system le rahe hain aisay hi hamein universe se moral conduct bhi lena hai.</w:t>
      </w:r>
    </w:p>
    <w:p>
      <w:pPr>
        <w:jc w:val="right"/>
      </w:pPr>
      <w:r>
        <w:t>کہ یونیورس کا جو کلچر ہے وہ گیور کلچر ہے۔ یہی انسان کو بھی لینا تھا۔ جس طرح یونیورس سے ہم لائف سپورٹ سسٹم لے رہے ہیں ایسے ہی ہمیں یونیورس سے مورل کنڈکٹ بھی لینا ہے۔</w:t>
      </w:r>
    </w:p>
    <w:p>
      <w:r>
        <w:rPr>
          <w:b/>
        </w:rPr>
        <w:t xml:space="preserve">[25:11] </w:t>
      </w:r>
      <w:r>
        <w:t>Lekin yahan par insaan ne ulta kar diya. Yahan par is ne taker culture chala diya. Humein do, humein do, humein do.</w:t>
      </w:r>
    </w:p>
    <w:p>
      <w:pPr>
        <w:jc w:val="right"/>
      </w:pPr>
      <w:r>
        <w:t>لیکن یہاں پر انسان نے الٹا کر دیا۔ یہاں پر اس نے ٹیکر کلچر چلا دیا۔ ہمیں دو، ہمیں دو، ہمیں دو۔</w:t>
      </w:r>
    </w:p>
    <w:p>
      <w:r>
        <w:rPr>
          <w:b/>
        </w:rPr>
        <w:t xml:space="preserve">[25:22] </w:t>
      </w:r>
      <w:r>
        <w:t>Toh yeh kitni bari baat hai is ko agar soche aadmi ke universe jo hai yeh jo nature hai nature hamein sirf life support system nahi de rahi hai.</w:t>
      </w:r>
    </w:p>
    <w:p>
      <w:pPr>
        <w:jc w:val="right"/>
      </w:pPr>
      <w:r>
        <w:t>تو یہ کتنی بڑی بات ہے اس کو اگر سوچے آدمی کہ یونیورس جو ہے یہ جو نیچر ہے نیچر ہمیں صرف لائف سپورٹ سسٹم نہیں دے رہی ہے۔</w:t>
      </w:r>
    </w:p>
    <w:p>
      <w:r>
        <w:rPr>
          <w:b/>
        </w:rPr>
        <w:t xml:space="preserve">[25:33] </w:t>
      </w:r>
      <w:r>
        <w:t>Saath saath hamein woh social conduct de rahi hai, social norm de rahi hai, social behavior de rahi hai. Hum doosron ke sath kaise rahen yeh bhi bata rahi hai hum ko.</w:t>
      </w:r>
    </w:p>
    <w:p>
      <w:pPr>
        <w:jc w:val="right"/>
      </w:pPr>
      <w:r>
        <w:t>ساتھ ساتھ ہمیں وہ سوشل کنڈکٹ دے رہی ہے، سوشل نارم دے رہی ہے، سوشل بیہیویئر دے رہی ہے۔ ہم دوسروں کے ساتھ کیسے رہیں یہ بھی بتا رہی ہے ہم کو۔</w:t>
      </w:r>
    </w:p>
    <w:p>
      <w:r>
        <w:rPr>
          <w:b/>
        </w:rPr>
        <w:t xml:space="preserve">[25:44] </w:t>
      </w:r>
      <w:r>
        <w:t>Hamari woh moral teacher bhi hai woh. Agar is tarah insaan soche to kitna bara revolution aa jaye aa jaye insaan ki zindagi mein.</w:t>
      </w:r>
    </w:p>
    <w:p>
      <w:pPr>
        <w:jc w:val="right"/>
      </w:pPr>
      <w:r>
        <w:t>ہماری وہ مورل ٹیچر بھی ہے وہ۔ اگر اس طرح انسان سوچے تو کتنا بڑا ریولوشن آ جائے آ جائے انسان کی زندگی میں۔</w:t>
      </w:r>
    </w:p>
    <w:p>
      <w:r>
        <w:rPr>
          <w:b/>
        </w:rPr>
        <w:t xml:space="preserve">[25:55] </w:t>
      </w:r>
      <w:r>
        <w:t>Aisay hi dekhiye drakht ke baray mein Quran mein aya hai ke "asluhu sabitu fi as-samaa"'. Ke drakht ko dekho is ki branches to oopar yani fiza mein chali gayi hain.</w:t>
      </w:r>
    </w:p>
    <w:p>
      <w:pPr>
        <w:jc w:val="right"/>
      </w:pPr>
      <w:r>
        <w:t>ایسے ہی دیکھیے درخت کے بارے میں قرآن میں آیا ہے کہ "اسلحہ ثابت فروہ فی السماء"۔ کہ درخت کو دیکھو اس کی برانچز تو اوپر یعنی فضا میں چلی گئی ہیں۔</w:t>
      </w:r>
    </w:p>
    <w:p>
      <w:r>
        <w:rPr>
          <w:b/>
        </w:rPr>
        <w:t xml:space="preserve">[26:11] </w:t>
      </w:r>
      <w:r>
        <w:t>aur is ki jarrein zameen mein gari hui hain. kaha jata hai ke darakht jitna oopar hota hai utna neeche hota hai.</w:t>
      </w:r>
    </w:p>
    <w:p>
      <w:pPr>
        <w:jc w:val="right"/>
      </w:pPr>
      <w:r>
        <w:t>اور اس کی جڑیں زمین میں گڑی ہوئی ہیں۔ کہا جاتا ہے کہ درخت جتنا اوپر ہوتا ہے اتنا نیچے ہوتا ہے۔</w:t>
      </w:r>
    </w:p>
    <w:p>
      <w:r>
        <w:rPr>
          <w:b/>
        </w:rPr>
        <w:t xml:space="preserve">[26:23] </w:t>
      </w:r>
      <w:r>
        <w:t>is mein kya lesson hai? bohat bara lesson hai, bohat hi bara lesson. is ka matlab hai growth ke sath sath consolidation par bhi dhyan rakho.</w:t>
      </w:r>
    </w:p>
    <w:p>
      <w:pPr>
        <w:jc w:val="right"/>
      </w:pPr>
      <w:r>
        <w:t>اس میں کیا لیسن ہے؟ بہت بڑا لیسن ہے، بہت ہی بڑا لیسن۔ اس کا مطلب ہے گروتھ کے ساتھ ساتھ کنسولیڈیشن پر بھی دھیان رکھو۔</w:t>
      </w:r>
    </w:p>
    <w:p>
      <w:r>
        <w:rPr>
          <w:b/>
        </w:rPr>
        <w:t xml:space="preserve">[26:34] </w:t>
      </w:r>
      <w:r>
        <w:t>yani ek side growth, growth, growth. yani oopar ka hissa jo hai woh growth ko bata raha hai. darakht ka jo oopar ka hissa hai is ka stem, is ki branches, is ki leaves sari cheezein jo hain woh growth hain.</w:t>
      </w:r>
    </w:p>
    <w:p>
      <w:pPr>
        <w:jc w:val="right"/>
      </w:pPr>
      <w:r>
        <w:t>یعنی ایک سائیڈ گروتھ، گروتھ، گروتھ۔ یعنی اوپر کا حصہ جو ہے وہ گروتھ کو بتا رہا ہے۔ درخت کا جو اوپر کا حصہ ہے اس کا اسٹیم، اس کی برانچز، اس کی لیوز ساری چیزیں جو ہیں وہ گروتھ ہیں۔</w:t>
      </w:r>
    </w:p>
    <w:p>
      <w:r>
        <w:rPr>
          <w:b/>
        </w:rPr>
        <w:t xml:space="preserve">[26:52] </w:t>
      </w:r>
      <w:r>
        <w:t>to ek taraf darakht mein aap growth ka scene dekhte hain. aur sath sath wahein par aap consolidation bhi dekhte hain ke zameen mein garha hua hai woh.</w:t>
      </w:r>
    </w:p>
    <w:p>
      <w:pPr>
        <w:jc w:val="right"/>
      </w:pPr>
      <w:r>
        <w:t>تو ایک طرف درخت میں آپ گروتھ کا سین دیکھتے ہیں۔ اور ساتھ ساتھ وہیں پر آپ کنسولیڈیشن بھی دیکھتے ہیں کہ زمین میں گڑھا ہوا ہے وہ۔</w:t>
      </w:r>
    </w:p>
    <w:p>
      <w:r>
        <w:rPr>
          <w:b/>
        </w:rPr>
        <w:t xml:space="preserve">[27:03] </w:t>
      </w:r>
      <w:r>
        <w:t>hawa chalti hai lekin woh gir nahi sakta woh apni jagah par khara hua hai. to insan ki bhi planning jo hai saal ki activity isi tarah honi chahiye.</w:t>
      </w:r>
    </w:p>
    <w:p>
      <w:pPr>
        <w:jc w:val="right"/>
      </w:pPr>
      <w:r>
        <w:t>ہوا چلتی ہے لیکن وہ گر نہیں سکتا وہ اپنی جگہ پر کھڑا ہوا ہے۔ تو انسان کی بھی پلاننگ جو ہے سال کی ایکٹیویٹی اسی طرح ہونی چاہیے۔</w:t>
      </w:r>
    </w:p>
    <w:p>
      <w:r>
        <w:rPr>
          <w:b/>
        </w:rPr>
        <w:t xml:space="preserve">[27:15] </w:t>
      </w:r>
      <w:r>
        <w:t>growth ke sath sath consolidation. dono sath sath. yeh two point formula hai. growth aur consolidation.</w:t>
      </w:r>
    </w:p>
    <w:p>
      <w:pPr>
        <w:jc w:val="right"/>
      </w:pPr>
      <w:r>
        <w:t>گروتھ کے ساتھ ساتھ کنسولیڈیشن۔ دونوں ساتھ ساتھ۔ یہ ٹو پوائنٹ فارمولا ہے۔ گروتھ اور کنسولیڈیشن۔</w:t>
      </w:r>
    </w:p>
    <w:p>
      <w:r>
        <w:rPr>
          <w:b/>
        </w:rPr>
        <w:t xml:space="preserve">[27:28] </w:t>
      </w:r>
      <w:r>
        <w:t>agar aap sirf growth hi growth ko dekhein aur apne andar dabaao na paida karein to woh taraqqi waqti taraqqi hogi.</w:t>
      </w:r>
    </w:p>
    <w:p>
      <w:pPr>
        <w:jc w:val="right"/>
      </w:pPr>
      <w:r>
        <w:t>اگر آپ صرف گروتھ ہی گروتھ کو دیکھیں اور اپنے اندر دباؤ نہ پیدا کریں تو وہ ترقی وقتی ترقی ہوگی۔</w:t>
      </w:r>
    </w:p>
    <w:p>
      <w:r>
        <w:rPr>
          <w:b/>
        </w:rPr>
        <w:t xml:space="preserve">[27:40] </w:t>
      </w:r>
      <w:r>
        <w:t>waqti taraqqi hogi. mein ne ek qissa parha ke ek ek baap gaya ek school mein to us ko principal se us ne kaha ke aap log itna lamba course parhate hain aur bachon ko bees bees saal lag jate hain parhne mein.</w:t>
      </w:r>
    </w:p>
    <w:p>
      <w:pPr>
        <w:jc w:val="right"/>
      </w:pPr>
      <w:r>
        <w:t>وقتی ترقی ہوگی۔ میں نے ایک قصہ پڑھا کہ ایک ایک باپ گیا ایک اسکول میں تو اس کو پرنسپل سے اس نے کہا کہ آپ لوگ اتنا لمبا کورس پڑھاتے ہیں اور بچوں کو بیس بیس سال لگ جاتے ہیں پڑھنے میں۔</w:t>
      </w:r>
    </w:p>
    <w:p>
      <w:r>
        <w:rPr>
          <w:b/>
        </w:rPr>
        <w:t xml:space="preserve">[28:06] </w:t>
      </w:r>
      <w:r>
        <w:t>aisa course aa jaye ke jaldi se aadmi educated ho jaye.</w:t>
      </w:r>
    </w:p>
    <w:p>
      <w:pPr>
        <w:jc w:val="right"/>
      </w:pPr>
      <w:r>
        <w:t>ایسا کورس آ جائے کہ جلدی سے آدمی ایجوکیٹڈ ہو جائے۔</w:t>
      </w:r>
    </w:p>
    <w:p>
      <w:r>
        <w:rPr>
          <w:b/>
        </w:rPr>
        <w:t xml:space="preserve">[28:14] </w:t>
      </w:r>
      <w:r>
        <w:t>to principal ne kaha ke dekhiye nature ne is ka answer de rakha hai.</w:t>
      </w:r>
    </w:p>
    <w:p>
      <w:pPr>
        <w:jc w:val="right"/>
      </w:pPr>
      <w:r>
        <w:t>تو پرنسپل نے کہا کہ دیکھیے نیچر نے اس کا آنسر دے رکھا ہے۔</w:t>
      </w:r>
    </w:p>
    <w:p>
      <w:r>
        <w:rPr>
          <w:b/>
        </w:rPr>
        <w:t xml:space="preserve">[28:24] </w:t>
      </w:r>
      <w:r>
        <w:t>woh kaise? nature ne do tarah ki cheezein dikhai hain aap ko. ek hai bail jo zameen mein phailti hai.</w:t>
      </w:r>
    </w:p>
    <w:p>
      <w:pPr>
        <w:jc w:val="right"/>
      </w:pPr>
      <w:r>
        <w:t>وہ کیسے؟ نیچر نے دو طرح کی چیزیں دکھائی ہیں آپ کو۔ ایک ہے بیل جو زمین میں پھیلتی ہے۔</w:t>
      </w:r>
    </w:p>
    <w:p>
      <w:r>
        <w:rPr>
          <w:b/>
        </w:rPr>
        <w:t xml:space="preserve">[28:35] </w:t>
      </w:r>
      <w:r>
        <w:t>aur ek hai peed jaise oak. oak ka peed OA K. oak ka peed jis ko urdu mein kehte hain shah baloot. angrezi mein kehte hain oak.</w:t>
      </w:r>
    </w:p>
    <w:p>
      <w:pPr>
        <w:jc w:val="right"/>
      </w:pPr>
      <w:r>
        <w:t>اور ایک ہے پیڑ جیسے اوک۔ اوک کا پیڑ او اے کے۔ اوک کا پیڑ جس کو اردو میں کہتے ہیں شاہ بلوت۔ انگریزی میں کہتے ہیں اوک۔</w:t>
      </w:r>
    </w:p>
    <w:p>
      <w:r>
        <w:rPr>
          <w:b/>
        </w:rPr>
        <w:t xml:space="preserve">[28:46] </w:t>
      </w:r>
      <w:r>
        <w:t>OA K. oak ka darakht. to oak ka darakht mature hone mein so saal lag jate hain.</w:t>
      </w:r>
    </w:p>
    <w:p>
      <w:pPr>
        <w:jc w:val="right"/>
      </w:pPr>
      <w:r>
        <w:t>او اے کے۔ اوک کا درخت۔ تو اوک کا درخت میچور ہونے میں سو سال لگ جاتے ہیں۔</w:t>
      </w:r>
    </w:p>
    <w:p>
      <w:r>
        <w:rPr>
          <w:b/>
        </w:rPr>
        <w:t xml:space="preserve">[28:55] </w:t>
      </w:r>
      <w:r>
        <w:t>so saal. aur yeh jo bail hai zameen mein jo phailti hai. kankri ki bail, kankri ki bail, kaddu ki bail. is ki umar bohat se bohat chhay mah hoti hai.</w:t>
      </w:r>
    </w:p>
    <w:p>
      <w:pPr>
        <w:jc w:val="right"/>
      </w:pPr>
      <w:r>
        <w:t>سو سال۔ اور یہ جو بیل ہے زمین میں جو پھیلتی ہے۔ ککڑی کی بیل، ککڑی کی بیل، کدو کی بیل۔ اس کی عمر بہت سے بہت چھ ماہ ہوتی ہے۔</w:t>
      </w:r>
    </w:p>
    <w:p>
      <w:r>
        <w:rPr>
          <w:b/>
        </w:rPr>
        <w:t xml:space="preserve">[29:07] </w:t>
      </w:r>
      <w:r>
        <w:t>chhay mah mein poori tayyar ho gayi. aur phir is ke baad khatam bhi ho gayi. chhay mah ke baad mar gayi. lekin oak jo hai woh so saal tak khara rehta hai.</w:t>
      </w:r>
    </w:p>
    <w:p>
      <w:pPr>
        <w:jc w:val="right"/>
      </w:pPr>
      <w:r>
        <w:t>چھ ماہ میں پوری تیار ہو گئی۔ اور پھر اس کے بعد ختم بھی ہو گئی۔ چھ ماہ کے بعد مر گئی۔ لیکن اوک جو ہے وہ سو سال تک کھڑا رہتا ہے۔</w:t>
      </w:r>
    </w:p>
    <w:p>
      <w:r>
        <w:rPr>
          <w:b/>
        </w:rPr>
        <w:t xml:space="preserve">[29:17] </w:t>
      </w:r>
      <w:r>
        <w:t>sukron, senkron saal tak khara rehta hai. to oak banne mein time lagta hai. aur kankri ke bail mein kuch time nahi lagta.</w:t>
      </w:r>
    </w:p>
    <w:p>
      <w:pPr>
        <w:jc w:val="right"/>
      </w:pPr>
      <w:r>
        <w:t>سوکڑوں، سینکڑوں سال تک کھڑا رہتا ہے۔ تو اوک بننے میں ٹائم لگتا ہے۔ اور ککڑی کے بیل میں کچھ ٹائم نہیں لگتا۔</w:t>
      </w:r>
    </w:p>
    <w:p>
      <w:r>
        <w:rPr>
          <w:b/>
        </w:rPr>
        <w:t xml:space="preserve">[29:26] </w:t>
      </w:r>
      <w:r>
        <w:t>lekin is ki age kitni hai? is ki age kitni hai? to us ne kaha principal ne ke aap apne bachay ko agar kankri ke bail jaisi education chahte hain to hum bhi aap ko chhay mah parha kar aap bhej denge aap ke ghar par.</w:t>
      </w:r>
    </w:p>
    <w:p>
      <w:pPr>
        <w:jc w:val="right"/>
      </w:pPr>
      <w:r>
        <w:t>لیکن اس کی ایج کتنی ہے؟ اس کی ایج کتنی ہے؟ تو اس نے کہا پرنسپل نے کہ آپ اپنے بچے کو اگر ککڑی کے بیل جیسی ایجوکیشن چاہتے ہیں تو ہم بھی آپ کو چھ ماہ پڑھا کر آپ بھیج دیں گے آپ کے گھر پر۔</w:t>
      </w:r>
    </w:p>
    <w:p>
      <w:r>
        <w:rPr>
          <w:b/>
        </w:rPr>
        <w:t xml:space="preserve">[29:42] </w:t>
      </w:r>
      <w:r>
        <w:t>lekin aap chahte hain ke is ki achi education ho, woh sach much woh learned insan bane to is mein to time lage ga. yahan bhi dekhiye nature jo hai aap ko bata rahi hai ke kaise aap kya karein.</w:t>
      </w:r>
    </w:p>
    <w:p>
      <w:pPr>
        <w:jc w:val="right"/>
      </w:pPr>
      <w:r>
        <w:t>لیکن آپ چاہتے ہیں کہ اس کی اچھی ایجوکیشن ہو، وہ سچ مچ وہ لرنڈ انسان بنے تو اس میں تو ٹائم لگے گا۔ یہاں بھی دیکھیے نیچر جو ہے آپ کو بتا رہی ہے کہ کیسے آپ کیا کریں۔</w:t>
      </w:r>
    </w:p>
    <w:p>
      <w:r>
        <w:rPr>
          <w:b/>
        </w:rPr>
        <w:t xml:space="preserve">[30:03] </w:t>
      </w:r>
      <w:r>
        <w:t>mein samajhta hoon ke mein sochne laga is par to laga ke mujhe ab har cheez ka model hai nature mein. har cheez ka model hai.</w:t>
      </w:r>
    </w:p>
    <w:p>
      <w:pPr>
        <w:jc w:val="right"/>
      </w:pPr>
      <w:r>
        <w:t>میں سمجھتا ہوں کہ میں سوچنے لگا اس پر تو لگا کہ مجھے اب ہر چیز کا ماڈل ہے نیچر میں۔ ہر چیز کا ماڈل ہے۔</w:t>
      </w:r>
    </w:p>
    <w:p>
      <w:r>
        <w:rPr>
          <w:b/>
        </w:rPr>
        <w:t xml:space="preserve">[30:14] </w:t>
      </w:r>
      <w:r>
        <w:t>yahan tak ke dekhiye jis tarah se insan ke andar sexual activities hoti hain, animal ke haan bhi sexual activities hoti hain.</w:t>
      </w:r>
    </w:p>
    <w:p>
      <w:pPr>
        <w:jc w:val="right"/>
      </w:pPr>
      <w:r>
        <w:t>یہاں تک کہ دیکھیے جس طرح سے انسان کے اندر سیکشول ایکٹیویٹیز ہوتی ہیں، اینیمل کے ہاں بھی سیکشول ایکٹیویٹیز ہوتی ہیں۔</w:t>
      </w:r>
    </w:p>
    <w:p>
      <w:r>
        <w:rPr>
          <w:b/>
        </w:rPr>
        <w:t xml:space="preserve">[30:24] </w:t>
      </w:r>
      <w:r>
        <w:t>lekin animal ke haan sexual anarchy nahi hai. isi liye wahan ethics compries nahi hote. sexual diseases animal mein nahi hain.</w:t>
      </w:r>
    </w:p>
    <w:p>
      <w:pPr>
        <w:jc w:val="right"/>
      </w:pPr>
      <w:r>
        <w:t>لیکن اینیمل کے ہاں سیکشول انارکی نہیں ہے۔ اسی لیے وہاں ایتھ کمپریز نہیں ہوتے۔ سیکشول ڈیزیزز اینیمل میں نہیں ہیں۔</w:t>
      </w:r>
    </w:p>
    <w:p>
      <w:r>
        <w:rPr>
          <w:b/>
        </w:rPr>
        <w:t xml:space="preserve">[30:35] </w:t>
      </w:r>
      <w:r>
        <w:t>wahan koi ethics compries nahi. aur insano mein dekhiye aap sexual diseases dunya bhar ki hain. ethics ka bimari itni barhi hui hai ke is ka koi koi is ka cure hi nahi.</w:t>
      </w:r>
    </w:p>
    <w:p>
      <w:pPr>
        <w:jc w:val="right"/>
      </w:pPr>
      <w:r>
        <w:t>وہاں کوئی ایتھ کمپریز نہیں۔ اور انسانوں میں دیکھیے آپ سیکشول ڈیزیزز دنیا بھر کی ہیں۔ ایتھس کا بیماری اتنی بڑھی ہوئی ہے کہ اس کا کوئی کوئی اس کا کیور ہی نہیں۔</w:t>
      </w:r>
    </w:p>
    <w:p>
      <w:r>
        <w:rPr>
          <w:b/>
        </w:rPr>
        <w:t xml:space="preserve">[30:47] </w:t>
      </w:r>
      <w:r>
        <w:t>koi cure hi nahi. yahan bhi nature hum ko model de rahi hai. sari animal world mein sexual activities hoti hain lekin apni limit mein hoti hain.</w:t>
      </w:r>
    </w:p>
    <w:p>
      <w:pPr>
        <w:jc w:val="right"/>
      </w:pPr>
      <w:r>
        <w:t>کوئی کیور ہی نہیں۔ یہاں بھی نیچر ہم کو ماڈل دے رہی ہے۔ ساری اینیمل ورلڈ میں سیکشول ایکٹیویٹیز ہوتی ہیں لیکن اپنی لمٹ میں ہوتی ہیں۔</w:t>
      </w:r>
    </w:p>
    <w:p>
      <w:r>
        <w:rPr>
          <w:b/>
        </w:rPr>
        <w:t xml:space="preserve">[31:02] </w:t>
      </w:r>
      <w:r>
        <w:t>anarchy nahi hai wahan par. aur insan jo hai sexual anarchy mein par jata hai isi liye yeh sari bimariyan ho rahi hain. yahan bhi ek hamein mil raha hai model.</w:t>
      </w:r>
    </w:p>
    <w:p>
      <w:pPr>
        <w:jc w:val="right"/>
      </w:pPr>
      <w:r>
        <w:t>انارکی نہیں ہے وہاں پر۔ اور انسان جو ہے سیکشول انارکی میں پڑ جاتا ہے اسی لیے یہ ساری بیماریاں ہو رہی ہیں۔ یہاں بھی ایک ہمیں مل رہا ہے ماڈل۔</w:t>
      </w:r>
    </w:p>
    <w:p>
      <w:r>
        <w:rPr>
          <w:b/>
        </w:rPr>
        <w:t xml:space="preserve">[31:16] </w:t>
      </w:r>
      <w:r>
        <w:t>mein samajhta hoon ke koi bhi mamla nahi jahan aap ko model na mila ho. jaise food hai, hum bhi food lete hain, animal bhi food lete hain.</w:t>
      </w:r>
    </w:p>
    <w:p>
      <w:pPr>
        <w:jc w:val="right"/>
      </w:pPr>
      <w:r>
        <w:t>میں سمجھتا ہوں کہ کوئی بھی معاملہ نہیں جہاں آپ کو ماڈل نہ ملا ہو۔ جیسے فوڈ ہے، ہم بھی فوڈ لیتے ہیں، اینیمل بھی فوڈ لیتے ہیں۔</w:t>
      </w:r>
    </w:p>
    <w:p>
      <w:r>
        <w:rPr>
          <w:b/>
        </w:rPr>
        <w:t xml:space="preserve">[31:27] </w:t>
      </w:r>
      <w:r>
        <w:t>lekin animal hamesha hum kabhi overeating nahi karta. yaad rakhiye. animal kabhi overeating nahi karta.</w:t>
      </w:r>
    </w:p>
    <w:p>
      <w:pPr>
        <w:jc w:val="right"/>
      </w:pPr>
      <w:r>
        <w:t>لیکن اینیمل ہمیشہ ہم کبھی اوور ایٹنگ نہیں کرتا۔ یاد رکھیے۔ اینیمل کبھی اوور ایٹنگ نہیں کرتا۔</w:t>
      </w:r>
    </w:p>
    <w:p>
      <w:r>
        <w:rPr>
          <w:b/>
        </w:rPr>
        <w:t xml:space="preserve">[31:37] </w:t>
      </w:r>
      <w:r>
        <w:t>insan overeating karta hai. overeating kar kar ke beemar banta rehta hai.</w:t>
      </w:r>
    </w:p>
    <w:p>
      <w:pPr>
        <w:jc w:val="right"/>
      </w:pPr>
      <w:r>
        <w:t>انسان اوور ایٹنگ کرتا ہے۔ اوور ایٹنگ کر کر کے بیمار بنتا رہتا ہے۔</w:t>
      </w:r>
    </w:p>
    <w:p>
      <w:r>
        <w:rPr>
          <w:b/>
        </w:rPr>
        <w:t xml:space="preserve">[31:45] </w:t>
      </w:r>
      <w:r>
        <w:t>animal masale wale khane nahi banata. woh natural ghiza jo hai wahi kha leta hai. toh isko kitni is se energy milti hai.</w:t>
      </w:r>
    </w:p>
    <w:p>
      <w:pPr>
        <w:jc w:val="right"/>
      </w:pPr>
      <w:r>
        <w:t>اینیمل مصالحے والے کھانے نہیں بناتا۔ وہ نیچرل غذا جو ہے وہی کھا لیتا ہے۔ تو اس کو کتنی اس سے انرجی ملتی ہے۔</w:t>
      </w:r>
    </w:p>
    <w:p>
      <w:r>
        <w:rPr>
          <w:b/>
        </w:rPr>
        <w:t xml:space="preserve">[31:56] </w:t>
      </w:r>
      <w:r>
        <w:t>hum kya karte hain ke nature ko masale daal kar ke is ko pakate hain aur is ko kharab karte hain aur phir bimariyan late hain. toh food ke maamle mein bhi animal world jo hai hamare liye namuna hai.</w:t>
      </w:r>
    </w:p>
    <w:p>
      <w:pPr>
        <w:jc w:val="right"/>
      </w:pPr>
      <w:r>
        <w:t>ہم کیا کرتے ہیں کہ نیچر کو مصالحہ ڈال کر کے اس کو پکاتے ہیں اور اس کو خراب کرتے ہیں اور پھر بیماریاں لاتے ہیں۔ تو فوڈ کے معاملے میں بھی اینیمل ورلڈ جو ہے ہمارے لیے نمونہ ہے۔</w:t>
      </w:r>
    </w:p>
    <w:p>
      <w:r>
        <w:rPr>
          <w:b/>
        </w:rPr>
        <w:t xml:space="preserve">[32:11] </w:t>
      </w:r>
      <w:r>
        <w:t>ke cheezon ko natural halat mein khao. is ko bigad kar na khao. aur overeating na karo.</w:t>
      </w:r>
    </w:p>
    <w:p>
      <w:pPr>
        <w:jc w:val="right"/>
      </w:pPr>
      <w:r>
        <w:t>کہ چیزوں کو نیچرل حالت میں کھاؤ۔ اس کو بگاڑ کر نہ کھاؤ۔ اور اوور ایٹنگ نہ کرو۔</w:t>
      </w:r>
    </w:p>
    <w:p>
      <w:r>
        <w:rPr>
          <w:b/>
        </w:rPr>
        <w:t xml:space="preserve">[32:23] </w:t>
      </w:r>
      <w:r>
        <w:t>main ne ek martaba parha ke kabhi agar ghalti se koi sher zyada gosht kha le, zyada khoon pee le, yani matlab overeating kar le aur is ka pait jo hai woh kharab ho jaye toh kya karta hai?</w:t>
      </w:r>
    </w:p>
    <w:p>
      <w:pPr>
        <w:jc w:val="right"/>
      </w:pPr>
      <w:r>
        <w:t>میں نے ایک مرتبہ پڑھا کہ کبھی اگر غلطی سے کوئی شیر زیادہ گوشت کھا لے، زیادہ خون پی لے، یعنی مطلب اوور ایٹنگ کر لے اور اس کا پیٹ جو ہے وہ خراب ہو جائے تو کیا کرتا ہے؟</w:t>
      </w:r>
    </w:p>
    <w:p>
      <w:r>
        <w:rPr>
          <w:b/>
        </w:rPr>
        <w:t xml:space="preserve">[32:42] </w:t>
      </w:r>
      <w:r>
        <w:t>woh woh aage khata hi nahi kuch, faqa kar deta hai. yani faqa se afaqa. khana chhod deta hai ek do waqt aur is ke baad woh theek ho jata hai.</w:t>
      </w:r>
    </w:p>
    <w:p>
      <w:pPr>
        <w:jc w:val="right"/>
      </w:pPr>
      <w:r>
        <w:t>وہ وہ آگے کھاتا ہی نہیں کچھ، فاقہ کر دیتا ہے۔ یعنی فاقہ سے افاقہ۔ کھانا چھوڑ دیتا ہے ایک دو وقت اور اس کے بعد وہ ٹھیک ہو جاتا ہے۔</w:t>
      </w:r>
    </w:p>
    <w:p>
      <w:r>
        <w:rPr>
          <w:b/>
        </w:rPr>
        <w:t xml:space="preserve">[32:54] </w:t>
      </w:r>
      <w:r>
        <w:t>aur phir ghaas charta hai woh. kyun ke ghaas jo hai is mein medicinal value hoti hai. is tarah se natural ilaaj kar leta hai agar by chance kabhi aisa ho jaye toh.</w:t>
      </w:r>
    </w:p>
    <w:p>
      <w:pPr>
        <w:jc w:val="right"/>
      </w:pPr>
      <w:r>
        <w:t>اور پھر گھاس چرتا ہے وہ۔ کیوں کہ گھاس جو ہے اس میں میڈیسنل ویلیو ہوتی ہے۔ اس طرح سے نیچرل علاج کر لیتا ہے اگر بائی چانس کبھی ایسا ہو جائے تو۔</w:t>
      </w:r>
    </w:p>
    <w:p>
      <w:r>
        <w:rPr>
          <w:b/>
        </w:rPr>
        <w:t xml:space="preserve">[33:06] </w:t>
      </w:r>
      <w:r>
        <w:t>warna animal overeating karte hi nahi. is liye woh beemar bhi nahi hote woh. main samajhta hoon ke jis aspects mein aap dekhen animal ki zindagi ko toh aap ko in mein har aspect se namuna milega.</w:t>
      </w:r>
    </w:p>
    <w:p>
      <w:pPr>
        <w:jc w:val="right"/>
      </w:pPr>
      <w:r>
        <w:t>ورنہ اینیمل اوور ایٹنگ کرتے ہی نہیں۔ اس لیے وہ بیمار بھی نہیں ہوتے وہ۔ میں سمجھتا ہوں کہ جس آسپیکٹس میں آپ دیکھیں اینیمل کی زندگی کو تو آپ کو ان میں ہر آسپیکٹ سے نمونہ ملے گا۔</w:t>
      </w:r>
    </w:p>
    <w:p>
      <w:r>
        <w:rPr>
          <w:b/>
        </w:rPr>
        <w:t xml:space="preserve">[33:26] </w:t>
      </w:r>
      <w:r>
        <w:t>har aspect se namuna milega.</w:t>
      </w:r>
    </w:p>
    <w:p>
      <w:pPr>
        <w:jc w:val="right"/>
      </w:pPr>
      <w:r>
        <w:t>ہر آسپیکٹ سے نمونہ ملے گا۔</w:t>
      </w:r>
    </w:p>
    <w:p>
      <w:r>
        <w:rPr>
          <w:b/>
        </w:rPr>
        <w:t xml:space="preserve">[33:31] </w:t>
      </w:r>
      <w:r>
        <w:t>main ne arz kiya ke sher ka main ek martaba dekha tiger ka TV mein. toh ek ghalt baat mashhoor hai ke sher jo hai</w:t>
      </w:r>
    </w:p>
    <w:p>
      <w:pPr>
        <w:jc w:val="right"/>
      </w:pPr>
      <w:r>
        <w:t>میں نے عرض کیا کہ شیر کا میں ایک مرتبہ دیکھا ٹائیگر کا ٹی وی میں۔ تو ایک غلط بات مشہور ہے کہ شیر جو ہے</w:t>
      </w:r>
    </w:p>
    <w:p>
      <w:r>
        <w:rPr>
          <w:b/>
        </w:rPr>
        <w:t xml:space="preserve">[33:45] </w:t>
      </w:r>
      <w:r>
        <w:t>woh hai yani khoonkhar janwar hai. maar kaat wala janwar hai. ek ek general ne kaha tha ke</w:t>
      </w:r>
    </w:p>
    <w:p>
      <w:pPr>
        <w:jc w:val="right"/>
      </w:pPr>
      <w:r>
        <w:t>وہ ہے یعنی خونخوار جانور ہے۔ مار کاٹ والا جانور ہے۔ ایک ایک جنرل نے کہا تھا کہ</w:t>
      </w:r>
    </w:p>
    <w:p>
      <w:r>
        <w:rPr>
          <w:b/>
        </w:rPr>
        <w:t xml:space="preserve">[33:58] </w:t>
      </w:r>
      <w:r>
        <w:t>sher ki ek din ki zindagi geedar ki hazar saal se behtar hai. sher ki ek din ki zindagi geedar ki hazar saal ki zindagi se behtar hai.</w:t>
      </w:r>
    </w:p>
    <w:p>
      <w:pPr>
        <w:jc w:val="right"/>
      </w:pPr>
      <w:r>
        <w:t>شیر کی ایک دن کی زندگی گیدڑ کی ہزار سال سے بہتر ہے۔ شیر کی ایک دن کی زندگی گیدڑ کی ہزار سال کی زندگی سے بہتر ہے۔</w:t>
      </w:r>
    </w:p>
    <w:p>
      <w:r>
        <w:rPr>
          <w:b/>
        </w:rPr>
        <w:t xml:space="preserve">[34:09] </w:t>
      </w:r>
      <w:r>
        <w:t>yeh bilkul is same hi baseless hai. kyun ke geedar jo hai kyun ke kyun ke tiger jo hai woh ladne wale animal nahi hai woh.</w:t>
      </w:r>
    </w:p>
    <w:p>
      <w:pPr>
        <w:jc w:val="right"/>
      </w:pPr>
      <w:r>
        <w:t>یہ بالکل اس سیم ہی بیسلیس ہے۔ کیوں کہ گیدڑ جو ہے کیونکہ کیونکہ ٹائیگر جو ہے وہ لڑنے والے اینیمل نہیں ہے وہ۔</w:t>
      </w:r>
    </w:p>
    <w:p>
      <w:r>
        <w:rPr>
          <w:b/>
        </w:rPr>
        <w:t xml:space="preserve">[34:21] </w:t>
      </w:r>
      <w:r>
        <w:t>yani woh general lad kar ke mar gaya. woh kaha ke main sher wala tareeqa ikhtiyar karunga. main main main peeche nahi hatunga. mujhe ladna hai.</w:t>
      </w:r>
    </w:p>
    <w:p>
      <w:pPr>
        <w:jc w:val="right"/>
      </w:pPr>
      <w:r>
        <w:t>یعنی وہ جنرل لڑ کر کے مر گیا۔ وہ کہا کہ میں شیر والا طریقہ اختیار کروں گا۔ میں میں میں پیچھے نہیں ہٹوں گا۔ مجھے لڑنا ہے۔</w:t>
      </w:r>
    </w:p>
    <w:p>
      <w:r>
        <w:rPr>
          <w:b/>
        </w:rPr>
        <w:t xml:space="preserve">[34:32] </w:t>
      </w:r>
      <w:r>
        <w:t>woh lad ke mar gaya. aur sher kaha lekin woh ladta hi nahi. yani ajeeb baat hai ke agar aap sher ki study karen toh sher ek anokha animal hai jo ladta hi nahi.</w:t>
      </w:r>
    </w:p>
    <w:p>
      <w:pPr>
        <w:jc w:val="right"/>
      </w:pPr>
      <w:r>
        <w:t>وہ لڑ کے مر گیا۔ اور شیر کہا لیکن وہ لڑتا ہی نہیں۔ یعنی عجیب بات ہے کہ اگر آپ شیر کی اسٹڈی کریں تو شیر ایک انوکھا اینیمل ہے جو لڑتا ہی نہیں۔</w:t>
      </w:r>
    </w:p>
    <w:p>
      <w:r>
        <w:rPr>
          <w:b/>
        </w:rPr>
        <w:t xml:space="preserve">[34:45] </w:t>
      </w:r>
      <w:r>
        <w:t>sher ka culture hai avoidance, avoidance, avoidance. ladna nahi hai. toh jo general yeh keh kar ke lad gaya ke mujhe sher ki tarah rehna hai toh yeh is ne sher ka naam ghalt liya is ne.</w:t>
      </w:r>
    </w:p>
    <w:p>
      <w:pPr>
        <w:jc w:val="right"/>
      </w:pPr>
      <w:r>
        <w:t>شیر کا کلچر ہے اوائڈنس، اوائڈنس، اوائڈنس۔ لڑنا نہیں ہے۔ تو جو جنرل یہ کہہ کر کے لڑ گیا کہ مجھے شیر کی طرح رہنا ہے تو یہ اس نے شیر کا نام غلط لیا اس نے۔</w:t>
      </w:r>
    </w:p>
    <w:p>
      <w:r>
        <w:rPr>
          <w:b/>
        </w:rPr>
        <w:t xml:space="preserve">[35:00] </w:t>
      </w:r>
      <w:r>
        <w:t>kyun ke sher ka yeh tareeqa hi nahi hai. jaise ke main ne dekha is mein TV mein jo yani real habitat mein dikhaya tha unhone kaise kaise sher rehte hain.</w:t>
      </w:r>
    </w:p>
    <w:p>
      <w:pPr>
        <w:jc w:val="right"/>
      </w:pPr>
      <w:r>
        <w:t>کیوں کہ شیر کا یہ طریقہ ہی نہیں ہے۔ جیسے کہ میں نے دیکھا اس میں ٹی وی میں جو یعنی ریئل ہیبیٹیٹ میں دکھایا تھا انہوں نے کیسے کیسے شیر رہتے ہیں۔</w:t>
      </w:r>
    </w:p>
    <w:p>
      <w:r>
        <w:rPr>
          <w:b/>
        </w:rPr>
        <w:t xml:space="preserve">[35:14] </w:t>
      </w:r>
      <w:r>
        <w:t>toh main ne dekha idhar se sher ja raha hai. idhar se hathi aa raha hai. toh hathi aur sher dono ko bara takkar ka muqabla hota hai agar lad jaye toh.</w:t>
      </w:r>
    </w:p>
    <w:p>
      <w:pPr>
        <w:jc w:val="right"/>
      </w:pPr>
      <w:r>
        <w:t>تو میں نے دیکھا ادھر سے شیر جا رہا ہے۔ ادھر سے ہاتھی آ رہا ہے۔ تو ہاتھی اور شیر دونوں کو بڑا ٹکر کا مقابلہ ہوتا ہے اگر لڑ جائیں تو۔</w:t>
      </w:r>
    </w:p>
    <w:p>
      <w:r>
        <w:rPr>
          <w:b/>
        </w:rPr>
        <w:t xml:space="preserve">[35:24] </w:t>
      </w:r>
      <w:r>
        <w:t>toh woh bhi woh woh bhi bohat hi taqat wala hai, woh bhi taqat wala hai. toh main ne dekha ke sher jo hai woh usay avoid kiya.</w:t>
      </w:r>
    </w:p>
    <w:p>
      <w:pPr>
        <w:jc w:val="right"/>
      </w:pPr>
      <w:r>
        <w:t>تو وہ بھی وہ وہ بھی بہت ہی طاقت والا ہے، وہ بھی طاقت والا ہے۔ تو میں نے دیکھا کہ شیر جو ہے وہ اسے اوائڈ کیا۔</w:t>
      </w:r>
    </w:p>
    <w:p>
      <w:r>
        <w:rPr>
          <w:b/>
        </w:rPr>
        <w:t xml:space="preserve">[35:35] </w:t>
      </w:r>
      <w:r>
        <w:t>idhar se ghoom ke idhar chala gaya. seedha nahi gaya. yani woh woh hathi jo hai woh seedhe aa raha tha.</w:t>
      </w:r>
    </w:p>
    <w:p>
      <w:pPr>
        <w:jc w:val="right"/>
      </w:pPr>
      <w:r>
        <w:t>ادھر سے گھوم کے ادھر چلا گیا۔ سیدھا نہیں گیا۔ یعنی وہ وہ ہاتھی جو ہے وہ سیدھے آ رہا تھا۔</w:t>
      </w:r>
    </w:p>
    <w:p>
      <w:r>
        <w:rPr>
          <w:b/>
        </w:rPr>
        <w:t xml:space="preserve">[35:45] </w:t>
      </w:r>
      <w:r>
        <w:t>woh zor zor se bol raha tha shayad woh. kabhi bhi hathi jo hain woh pagal ho jate hain. toh changhar te hain, zor se bolte hain. toh seedhe aa raha tha sher ki taraf.</w:t>
      </w:r>
    </w:p>
    <w:p>
      <w:pPr>
        <w:jc w:val="right"/>
      </w:pPr>
      <w:r>
        <w:t>وہ زور زور سے بول رہا تھا شاید وہ۔ کبھی بھی ہاتھی جو ہیں وہ پاگل ہو جاتے ہیں۔ تو چنگھاڑتے ہیں، زور سے بولتے ہیں۔ تو سیدھے آ رہا تھا شیر کی طرف۔</w:t>
      </w:r>
    </w:p>
    <w:p>
      <w:r>
        <w:rPr>
          <w:b/>
        </w:rPr>
        <w:t xml:space="preserve">[35:54] </w:t>
      </w:r>
      <w:r>
        <w:t>toh sher bhi seedhe ja raha tha, ja sakta tha. lekin woh is ne avoid kiya. woh ghoom gaya, ghoom ke idhar se nikal gaya. yani sher ne avoid kiya ladai ko.</w:t>
      </w:r>
    </w:p>
    <w:p>
      <w:pPr>
        <w:jc w:val="right"/>
      </w:pPr>
      <w:r>
        <w:t>تو شیر بھی سیدھے جا رہا تھا، جا جا سکتا تھا۔ لیکن وہ اس نے اوائڈ کیا۔ وہ گھوم گیا، گھوم کے ادھر سے نکل گیا۔ یعنی شیر نے اوائڈ کیا لڑائی کو۔</w:t>
      </w:r>
    </w:p>
    <w:p>
      <w:r>
        <w:rPr>
          <w:b/>
        </w:rPr>
        <w:t xml:space="preserve">[36:08] </w:t>
      </w:r>
      <w:r>
        <w:t>aise hi main ne dekha idhar se kuch sher ja rahe hain, idhar se kuch sher aa rahe hain. wahan bhi main ne kaha ke woh us seedhe nahi gaye woh log. woh idhar se chala gaya, idhar se chala gaya.</w:t>
      </w:r>
    </w:p>
    <w:p>
      <w:pPr>
        <w:jc w:val="right"/>
      </w:pPr>
      <w:r>
        <w:t>ایسے ہی میں نے دیکھا ادھر سے کچھ شیر جا رہے ہیں، ادھر سے کچھ شیر آ رہے ہیں۔ وہاں بھی میں نے کہا کہ وہ اس سیدھے نہیں گئے وہ لوگ۔ وہ ادھر سے چلا گیا، ادھر سے چلا گیا۔</w:t>
      </w:r>
    </w:p>
    <w:p>
      <w:r>
        <w:rPr>
          <w:b/>
        </w:rPr>
        <w:t xml:space="preserve">[36:18] </w:t>
      </w:r>
      <w:r>
        <w:t>toh sher ka culture avoid, avoid, avoid karna hai. ladna nahi hai. aur log kahein ke sher ke naam par ladte hain. apne bachon ka naam sher rakhte hain.</w:t>
      </w:r>
    </w:p>
    <w:p>
      <w:pPr>
        <w:jc w:val="right"/>
      </w:pPr>
      <w:r>
        <w:t>تو شیر کا کلچر اوائڈ، اوائڈ، اوائڈ کرنا ہے۔ لڑنا نہیں ہے۔ اور لوگ کہیں کہ شیر کے نام پر لڑتے ہیں۔ اپنے بچوں کا نام شیر رکھتے ہیں۔</w:t>
      </w:r>
    </w:p>
    <w:p>
      <w:r>
        <w:rPr>
          <w:b/>
        </w:rPr>
        <w:t xml:space="preserve">[36:29] </w:t>
      </w:r>
      <w:r>
        <w:t>ladne wala insan. badh kar waar karne wala insan. halankey shair to ladta hi nahin. ek kitaab mein maine parha ke shair jo hai yeh karta hai ke jab bohat bhook lagti hai.</w:t>
      </w:r>
    </w:p>
    <w:p>
      <w:pPr>
        <w:jc w:val="right"/>
      </w:pPr>
      <w:r>
        <w:t>لڑنے والا انسان۔ بڑھ کر وار کرنے والا انسان۔ حالانکہ شیر تو لڑتا ہی نہیں۔ ایک کتاب میں میں نے پڑھا کہ شیر جو ہے یہ کرتا ہے کہ جب بہت بھوک لگتی ہے۔</w:t>
      </w:r>
    </w:p>
    <w:p>
      <w:r>
        <w:rPr>
          <w:b/>
        </w:rPr>
        <w:t xml:space="preserve">[36:46] </w:t>
      </w:r>
      <w:r>
        <w:t>shair ziyada tar bush mein rehta hai, bush mein, jhaadi mein.</w:t>
      </w:r>
    </w:p>
    <w:p>
      <w:pPr>
        <w:jc w:val="right"/>
      </w:pPr>
      <w:r>
        <w:t>شیر زیادہ تر بشد میں رہتا ہے، بش میں، جھاڑی میں۔</w:t>
      </w:r>
    </w:p>
    <w:p>
      <w:r>
        <w:rPr>
          <w:b/>
        </w:rPr>
        <w:t xml:space="preserve">[36:52] </w:t>
      </w:r>
      <w:r>
        <w:t>aksar to woh soya soya rehta hai. jab us ko bohat bhook lagti hai to niklega aur ek animal ko pakdega woh. ek hiran ko, ek deer ko, ek goat ko.</w:t>
      </w:r>
    </w:p>
    <w:p>
      <w:pPr>
        <w:jc w:val="right"/>
      </w:pPr>
      <w:r>
        <w:t>اکثر تو وہ سویا سویا رہتا ہے۔ جب اس کو بہت بھوک لگتی ہے تو نکلے گا اور ایک اینیمل کو پکڑے گا وہ۔ ایک ہرن کو، ایک ڈیئر کو، ایک گوٹ کو۔</w:t>
      </w:r>
    </w:p>
    <w:p>
      <w:r>
        <w:rPr>
          <w:b/>
        </w:rPr>
        <w:t xml:space="preserve">[37:03] </w:t>
      </w:r>
      <w:r>
        <w:t>bas. is ko pakad kar le jayega aur khayega, kha kar paani piyega aur so jayega. yeh nahin ke saare bohat saare animal ko maare woh.</w:t>
      </w:r>
    </w:p>
    <w:p>
      <w:pPr>
        <w:jc w:val="right"/>
      </w:pPr>
      <w:r>
        <w:t>بس۔ اس کو پکڑ کر لے جائے گا اور کھائے گا، کھا کر پانی پیئے گا اور سو جائے گا۔ یہ نہیں کہ سارے بہت سارے اینیمل کو مارے وہ۔</w:t>
      </w:r>
    </w:p>
    <w:p>
      <w:r>
        <w:rPr>
          <w:b/>
        </w:rPr>
        <w:t xml:space="preserve">[37:13] </w:t>
      </w:r>
      <w:r>
        <w:t>aisa nahin karta woh. nature ne is ka food rakha hai gosht mein, khoon mein. to zahir hai ke woh isi mein isi se apna food leta hai woh.</w:t>
      </w:r>
    </w:p>
    <w:p>
      <w:pPr>
        <w:jc w:val="right"/>
      </w:pPr>
      <w:r>
        <w:t>ایسا نہیں کرتا وہ۔ نیچر نے اس کا فوڈ رکھا ہے گوشت میں، خون میں۔ تو ظاہر ہے کہ وہ اسی میں اسی سے اپنا فوڈ لیتا ہے وہ۔</w:t>
      </w:r>
    </w:p>
    <w:p>
      <w:r>
        <w:rPr>
          <w:b/>
        </w:rPr>
        <w:t xml:space="preserve">[37:24] </w:t>
      </w:r>
      <w:r>
        <w:t>lekin kabhi bhi animal ko ek ek animal is ko chahiye to do animal nahin maarta woh. aisa nahin karta woh.</w:t>
      </w:r>
    </w:p>
    <w:p>
      <w:pPr>
        <w:jc w:val="right"/>
      </w:pPr>
      <w:r>
        <w:t>لیکن کبھی بھی اینیمل کو ایک ایک اینیمل اس کو چاہیے تو دو اینیمل نہیں مارتا وہ۔ ایسا نہیں کرتا وہ۔</w:t>
      </w:r>
    </w:p>
    <w:p>
      <w:r>
        <w:rPr>
          <w:b/>
        </w:rPr>
        <w:t xml:space="preserve">[37:35] </w:t>
      </w:r>
      <w:r>
        <w:t>aur jab kha liya us ne to bas is ka ho gaya. khaya, paani piya. shair is ke baad foran paani peeta hai.</w:t>
      </w:r>
    </w:p>
    <w:p>
      <w:pPr>
        <w:jc w:val="right"/>
      </w:pPr>
      <w:r>
        <w:t>اور جب کھا لیا اس نے تو بس اس کا ہو گیا۔ کھایا، پانی پیا۔ شیر اس کے بعد فوراً پانی پیتا ہے۔</w:t>
      </w:r>
    </w:p>
    <w:p>
      <w:r>
        <w:rPr>
          <w:b/>
        </w:rPr>
        <w:t xml:space="preserve">[37:48] </w:t>
      </w:r>
      <w:r>
        <w:t>jitna is ko nature ne jitna zaroorat hai according to the nature itna hi woh leta hai. is ke baad kuch nahin.</w:t>
      </w:r>
    </w:p>
    <w:p>
      <w:pPr>
        <w:jc w:val="right"/>
      </w:pPr>
      <w:r>
        <w:t>جتنا اس کو نیچر نے جتنا ضرورت ہے اکارڈنگ ٹو دا نیچر اتنا ہی وہ لیتا ہے۔ اس کے بعد کچھ نہیں۔</w:t>
      </w:r>
    </w:p>
    <w:p>
      <w:r>
        <w:rPr>
          <w:b/>
        </w:rPr>
        <w:t xml:space="preserve">[38:00] </w:t>
      </w:r>
      <w:r>
        <w:t>is tarah se ek manzar maine dekha ke shair ke baray mein ke shair ne ek animal pakda koi goat jaisa koi tha woh khane ke liye.</w:t>
      </w:r>
    </w:p>
    <w:p>
      <w:pPr>
        <w:jc w:val="right"/>
      </w:pPr>
      <w:r>
        <w:t>اس طرح سے ایک منظر میں نے دیکھا کہ شیر کے بارے میں کہ شیر نے ایک اینیمل پکڑا کوئی گوٹ جیسا کوئی تھا وہ کھانے کے لیے۔</w:t>
      </w:r>
    </w:p>
    <w:p>
      <w:r>
        <w:rPr>
          <w:b/>
        </w:rPr>
        <w:t xml:space="preserve">[38:10] </w:t>
      </w:r>
      <w:r>
        <w:t>to pakad kar laya woh. ek jagah rakhta hai woh. wahan ek paani ka pond hai. to wahan rakh kar kisi kaam se woh chala gaya doosri taraf.</w:t>
      </w:r>
    </w:p>
    <w:p>
      <w:pPr>
        <w:jc w:val="right"/>
      </w:pPr>
      <w:r>
        <w:t>تو پکڑ کر لایا وہ۔ ایک جگہ رکھتا ہے وہ۔ وہاں ایک پانی کا پونڈ ہے۔ تو وہاں رکھ کر کسی کام سے وہ چلا گیا دوسری طرف۔</w:t>
      </w:r>
    </w:p>
    <w:p>
      <w:r>
        <w:rPr>
          <w:b/>
        </w:rPr>
        <w:t xml:space="preserve">[38:22] </w:t>
      </w:r>
      <w:r>
        <w:t>itni der mein is pond mein woh thay. woh jo is ko kehte hain magarmachh jis ko kehte hain. to magarmachh jo hotay hain crocodile to un ki is tarah chalte hain paani mein ke munh oopar rehta hai, body neeche zameen ke neeche hoti hai.</w:t>
      </w:r>
    </w:p>
    <w:p>
      <w:pPr>
        <w:jc w:val="right"/>
      </w:pPr>
      <w:r>
        <w:t>اتنی دیر میں اس پونڈ میں وہ تھے۔ وہ جو اس کو کہتے ہیں مگرمچھ جس کو کہتے ہیں۔ تو مگرمچھ جو ہوتے ہیں کروکوڈائل تو ان کی اس طرح چلتے ہیں پانی میں کہ منہ اوپر رہتا ہے، باڈی نیچے زمین کے نیچے ہوتی ہے۔</w:t>
      </w:r>
    </w:p>
    <w:p>
      <w:r>
        <w:rPr>
          <w:b/>
        </w:rPr>
        <w:t xml:space="preserve">[38:42] </w:t>
      </w:r>
      <w:r>
        <w:t>woh paani ke neeche hota hai. to crocodile aata hai is tareeqay se aur woh is animal ko jo shair rakh gaya tha us ko munh mein dabata hai.</w:t>
      </w:r>
    </w:p>
    <w:p>
      <w:pPr>
        <w:jc w:val="right"/>
      </w:pPr>
      <w:r>
        <w:t>وہ پانی کے نیچے ہوتا ہے۔ تو کروکوڈائل آتا ہے اس طریقے سے اور وہ اس اینیمل کو جو شیر رکھ گیا تھا اس کو منہ میں دباتا ہے۔</w:t>
      </w:r>
    </w:p>
    <w:p>
      <w:r>
        <w:rPr>
          <w:b/>
        </w:rPr>
        <w:t xml:space="preserve">[38:52] </w:t>
      </w:r>
      <w:r>
        <w:t>munh mein daba ke pees pees jaane lagta hai. itnay mein shair aa jata hai. ab shair dekh raha hai ke mera shikar ek crocodile le kar bhaga ja raha hai.</w:t>
      </w:r>
    </w:p>
    <w:p>
      <w:pPr>
        <w:jc w:val="right"/>
      </w:pPr>
      <w:r>
        <w:t>منہ میں دبا کے پیس پیس جانے لگتا ہے۔ اتنے میں شیر آ جاتا ہے۔ اب شیر دیکھ رہا ہے کہ میرا شکار ایک کروکوڈائل لے کر بھاگا جا رہا ہے۔</w:t>
      </w:r>
    </w:p>
    <w:p>
      <w:r>
        <w:rPr>
          <w:b/>
        </w:rPr>
        <w:t xml:space="preserve">[39:06] </w:t>
      </w:r>
      <w:r>
        <w:t>lekin woh shair aise khada dekh raha hai. na woh giraya, na garja, na jhapta, na chheen'nay ki koshish ki, kuch nahin.</w:t>
      </w:r>
    </w:p>
    <w:p>
      <w:pPr>
        <w:jc w:val="right"/>
      </w:pPr>
      <w:r>
        <w:t>لیکن وہ شیر ایسے کھڑا دیکھ رہا ہے۔ نہ وہ گرایا، نہ گرجا، نہ جھپٹا، نہ چھیننے کی کوشش کی، کچھ نہیں۔</w:t>
      </w:r>
    </w:p>
    <w:p>
      <w:r>
        <w:rPr>
          <w:b/>
        </w:rPr>
        <w:t xml:space="preserve">[39:14] </w:t>
      </w:r>
      <w:r>
        <w:t>aise hi dekh raha hai. yeh hai shair ka behaviour. is ko koi parwah hi nahin ki is ne ke tum mera shikar agar chori kar rahe ho to le jao chori kar ke.</w:t>
      </w:r>
    </w:p>
    <w:p>
      <w:pPr>
        <w:jc w:val="right"/>
      </w:pPr>
      <w:r>
        <w:t>ایسے ہی دیکھ رہا ہے۔ یہ ہے شیر کا بیہیویئر۔ اس کو کوئی پرواہ ہی نہیں کی اس نے کہ تم میرا شکار اگر چوری کر رہے ہو تو لے جاؤ چوری کر کے۔</w:t>
      </w:r>
    </w:p>
    <w:p>
      <w:r>
        <w:rPr>
          <w:b/>
        </w:rPr>
        <w:t xml:space="preserve">[39:25] </w:t>
      </w:r>
      <w:r>
        <w:t>mein doosra kar loonga. kitna ajeeb hai yeh yeh yeh jo nature hai. to nature ke baray mein logon ne yeh to jaana ke nature hum ko life support system provide kar rahi hai.</w:t>
      </w:r>
    </w:p>
    <w:p>
      <w:pPr>
        <w:jc w:val="right"/>
      </w:pPr>
      <w:r>
        <w:t>میں دوسرا کر لوں گا۔ کتنا عجیب ہے یہ یہ یہ جو نیچر ہے۔ تو نیچر کے بارے میں لوگوں نے یہ تو جانا کہ نیچر ہم کو لائف سپورٹ سسٹم پرووائیڈ کر رہی ہے۔</w:t>
      </w:r>
    </w:p>
    <w:p>
      <w:r>
        <w:rPr>
          <w:b/>
        </w:rPr>
        <w:t xml:space="preserve">[39:43] </w:t>
      </w:r>
      <w:r>
        <w:t>lekin nature ke baray mein yeh nahin jaana ke life hum ko life hum ko ek model bhi de rahi hai, model.</w:t>
      </w:r>
    </w:p>
    <w:p>
      <w:pPr>
        <w:jc w:val="right"/>
      </w:pPr>
      <w:r>
        <w:t>لیکن نیچر کے بارے میں یہ نہیں جانا کہ لائف ہم کو لائف ہم کو ایک ماڈل بھی دے رہی ہے، ماڈل۔</w:t>
      </w:r>
    </w:p>
    <w:p>
      <w:r>
        <w:rPr>
          <w:b/>
        </w:rPr>
        <w:t xml:space="preserve">[39:54] </w:t>
      </w:r>
      <w:r>
        <w:t>social model. kaise hum behave karein, kaise hum rahein is ka model. jis aspects pe aap sochenge har aspect ka wahan par namoona maujood hoga aap ko.</w:t>
      </w:r>
    </w:p>
    <w:p>
      <w:pPr>
        <w:jc w:val="right"/>
      </w:pPr>
      <w:r>
        <w:t>سوشل ماڈل۔ کیسے ہم بیہیو کریں، کیسے ہم رہیں اس کا ماڈل۔ جس آسپیکٹس پہ آپ سوچیں گے ہر آسپیکٹ کا وہاں پر نمونہ موجود ہوگا آپ کو۔</w:t>
      </w:r>
    </w:p>
    <w:p>
      <w:r>
        <w:rPr>
          <w:b/>
        </w:rPr>
        <w:t xml:space="preserve">[40:11] </w:t>
      </w:r>
      <w:r>
        <w:t>har aspect ka namoona maujood hoga.</w:t>
      </w:r>
    </w:p>
    <w:p>
      <w:pPr>
        <w:jc w:val="right"/>
      </w:pPr>
      <w:r>
        <w:t>ہر آسپیکٹ کا نمونہ موجود ہوگا۔</w:t>
      </w:r>
    </w:p>
    <w:p>
      <w:r>
        <w:rPr>
          <w:b/>
        </w:rPr>
        <w:t xml:space="preserve">[40:17] </w:t>
      </w:r>
      <w:r>
        <w:t>to yeh ek goya ke ek silent teacher hai hamare liye. yeh jo nature hai woh hamare liye ek silent teacher hai.</w:t>
      </w:r>
    </w:p>
    <w:p>
      <w:pPr>
        <w:jc w:val="right"/>
      </w:pPr>
      <w:r>
        <w:t>تو یہ ایک گویا کہ ایک سائلنٹ ٹیچر ہے ہمارے لیے۔ یہ جو نیچر ہے وہ ہمارے لیے ایک سائلنٹ ٹیچر ہے۔</w:t>
      </w:r>
    </w:p>
    <w:p>
      <w:r>
        <w:rPr>
          <w:b/>
        </w:rPr>
        <w:t xml:space="preserve">[40:29] </w:t>
      </w:r>
      <w:r>
        <w:t>yani hum ko bata raha hai baatein lekin chala kar nahin. chala kar nahin.</w:t>
      </w:r>
    </w:p>
    <w:p>
      <w:pPr>
        <w:jc w:val="right"/>
      </w:pPr>
      <w:r>
        <w:t>یعنی ہم کو بتا رہا ہے باتیں لیکن چلا کر نہیں۔ چلا کر نہیں۔</w:t>
      </w:r>
    </w:p>
    <w:p>
      <w:r>
        <w:rPr>
          <w:b/>
        </w:rPr>
        <w:t xml:space="preserve">[40:40] </w:t>
      </w:r>
      <w:r>
        <w:t>khamoshi ke saath. khamoshi ke saath hum ko bata raha hai. to yeh silent teacher hai nature hamare liye.</w:t>
      </w:r>
    </w:p>
    <w:p>
      <w:pPr>
        <w:jc w:val="right"/>
      </w:pPr>
      <w:r>
        <w:t>خاموشی کے ساتھ۔ خاموشی کے ساتھ ہم کو بتا رہا ہے۔ تو یہ سائلنٹ ٹیچر ہے نیچر ہمارے لیے۔</w:t>
      </w:r>
    </w:p>
    <w:p>
      <w:r>
        <w:rPr>
          <w:b/>
        </w:rPr>
        <w:t xml:space="preserve">[40:53] </w:t>
      </w:r>
      <w:r>
        <w:t>main samajhta hoon ke jis tarah se insan life support system ko istemal kar ke zindagi leta hai, physical strength leta hai, duniya mein jeenay ki taaqat haasil karta hai.</w:t>
      </w:r>
    </w:p>
    <w:p>
      <w:pPr>
        <w:jc w:val="right"/>
      </w:pPr>
      <w:r>
        <w:t>میں سمجھتا ہوں کہ جس طرح سے انسان لائف سپورٹ سسٹم کو استعمال کر کے زندگی لیتا ہے، فزیکل اسٹرینتھ لیتا ہے، دنیا میں جینے کی طاقت حاصل کرتا ہے۔</w:t>
      </w:r>
    </w:p>
    <w:p>
      <w:r>
        <w:rPr>
          <w:b/>
        </w:rPr>
        <w:t xml:space="preserve">[41:06] </w:t>
      </w:r>
      <w:r>
        <w:t>isi tarah se agar insan nature ki study is tarah kare ke kis tarah se woh hum ko zindagi ke tareeqay bata raha hai to ek zindagi mein ek ek dam ek revolution aa jaye, revolution.</w:t>
      </w:r>
    </w:p>
    <w:p>
      <w:pPr>
        <w:jc w:val="right"/>
      </w:pPr>
      <w:r>
        <w:t>اسی طرح سے اگر انسان نیچر کی اسٹڈی اس طرح کرے کہ کس طرح سے وہ ہم کو زندگی کے طریقے بتا رہا ہے تو ایک زندگی میں ایک ایک دم ایک ریولوشن آ جائے، ریولوشن۔</w:t>
      </w:r>
    </w:p>
    <w:p>
      <w:r>
        <w:rPr>
          <w:b/>
        </w:rPr>
        <w:t xml:space="preserve">[41:26] </w:t>
      </w:r>
      <w:r>
        <w:t>hamari zindagi ek dam badal jaye.</w:t>
      </w:r>
    </w:p>
    <w:p>
      <w:pPr>
        <w:jc w:val="right"/>
      </w:pPr>
      <w:r>
        <w:t>ہماری زندگی ایک دم بدل جائے۔</w:t>
      </w:r>
    </w:p>
    <w:p>
      <w:r>
        <w:rPr>
          <w:b/>
        </w:rPr>
        <w:t xml:space="preserve">[41:32] </w:t>
      </w:r>
      <w:r>
        <w:t>yahan tak ke maine parha hai ke yeh jo chote chote keere hote hain jo zameen mein rengte hain un ka bhi ek bohat bara kaam hai.</w:t>
      </w:r>
    </w:p>
    <w:p>
      <w:pPr>
        <w:jc w:val="right"/>
      </w:pPr>
      <w:r>
        <w:t>یہاں تک کہ میں نے پڑھا ہے کہ یہ جو چھوٹے چھوٹے کیڑے ہوتے ہیں جو زمین میں رینگتے ہیں ان کا بھی ایک بہت بڑا کام ہے۔</w:t>
      </w:r>
    </w:p>
    <w:p>
      <w:r>
        <w:rPr>
          <w:b/>
        </w:rPr>
        <w:t xml:space="preserve">[41:43] </w:t>
      </w:r>
      <w:r>
        <w:t>woh kya hai? zameen mein jab bhi koi gandagi aati hai jaise ek jaise ek bail ne, ek gaaye ne kuch woh daal diya gandagi to foran woh ikhatta hote hain.</w:t>
      </w:r>
    </w:p>
    <w:p>
      <w:pPr>
        <w:jc w:val="right"/>
      </w:pPr>
      <w:r>
        <w:t>وہ کیا ہے؟ زمین میں جب بھی کوئی گندگی آتی ہے جیسے ایک جیسے ایک بیل نے، ایک گائے نے کچھ وہ ڈال دیا گندگی تو فوراً وہ اکٹھا ہوتے ہیں۔</w:t>
      </w:r>
    </w:p>
    <w:p>
      <w:r>
        <w:rPr>
          <w:b/>
        </w:rPr>
        <w:t xml:space="preserve">[41:58] </w:t>
      </w:r>
      <w:r>
        <w:t>ek to bacteria ikhatta hote hain. doosre jo animal jo keere rengte hain to woh bhi ikhatta hote hain. to bacteria ka kaam kya hai ya in keeron ka kaam kya hai?</w:t>
      </w:r>
    </w:p>
    <w:p>
      <w:pPr>
        <w:jc w:val="right"/>
      </w:pPr>
      <w:r>
        <w:t>ایک تو بیکٹیریا اکٹھا ہوتے ہیں۔ دوسرے جو اینیمل جو کیڑے رینگتے ہیں تو وہ بھی اکٹھا ہوتے ہیں۔ تو بیکٹیریا کا کام کیا ہے یا ان کیڑوں کا کام کیا ہے؟</w:t>
      </w:r>
    </w:p>
    <w:p>
      <w:r>
        <w:rPr>
          <w:b/>
        </w:rPr>
        <w:t xml:space="preserve">[42:09] </w:t>
      </w:r>
      <w:r>
        <w:t>woh is ko decompose karte hain. decompose karte hain. aur is ko gases ko release kar dete hain.</w:t>
      </w:r>
    </w:p>
    <w:p>
      <w:pPr>
        <w:jc w:val="right"/>
      </w:pPr>
      <w:r>
        <w:t>وہ اس کو ڈی کمپوز کرتے ہیں۔ ڈی کمپوز کرتے ہیں۔ اور اس کو گیسز کو ریلیز کر دیتے ہیں۔</w:t>
      </w:r>
    </w:p>
    <w:p>
      <w:r>
        <w:rPr>
          <w:b/>
        </w:rPr>
        <w:t xml:space="preserve">[42:18] </w:t>
      </w:r>
      <w:r>
        <w:t>to sari badbu khatam ho jati hai. aap dekhen ke animal jab dung karte hain idhar udhar kahin to is mein bohat jald aap dekhen ke is mein koi badbu nahin.</w:t>
      </w:r>
    </w:p>
    <w:p>
      <w:pPr>
        <w:jc w:val="right"/>
      </w:pPr>
      <w:r>
        <w:t>تو ساری بدبو ختم ہو جاتی ہے۔ آپ دیکھیں کہ اینیمل جب ڈنگ کرتے ہیں ادھر ادھر کہیں تو اس میں بہت جلد آپ دیکھیں کہ اس میں کوئی بدبو نہیں۔</w:t>
      </w:r>
    </w:p>
    <w:p>
      <w:r>
        <w:rPr>
          <w:b/>
        </w:rPr>
        <w:t xml:space="preserve">[42:30] </w:t>
      </w:r>
      <w:r>
        <w:t>kyun? badbu is liye nahin hoti hai ke is mein foran wahan par aise keere aa jate hain, bacteria aa jate hain jo is ko decompose karte hain.</w:t>
      </w:r>
    </w:p>
    <w:p>
      <w:pPr>
        <w:jc w:val="right"/>
      </w:pPr>
      <w:r>
        <w:t>کیوں؟ بدبو اس لیے نہیں ہوتی ہے کہ اس میں فوراً وہاں پر ایسے کیڑے آ جاتے ہیں، بیکٹیریا آ جاتے ہیں جو اس کو ڈی کمپوز کرتے ہیں۔</w:t>
      </w:r>
    </w:p>
    <w:p>
      <w:r>
        <w:rPr>
          <w:b/>
        </w:rPr>
        <w:t xml:space="preserve">[42:39] </w:t>
      </w:r>
      <w:r>
        <w:t>is ki gases ko release karne lagte hain. is ke is se kya model mila? ke agar koi insan ghalti kar de to tum is ghalti ko phailao nahin.</w:t>
      </w:r>
    </w:p>
    <w:p>
      <w:pPr>
        <w:jc w:val="right"/>
      </w:pPr>
      <w:r>
        <w:t>اس کی گیسز کو ریلیز کرنے لگتے ہیں۔ اس کے اس سے کیا ماڈل ملا؟ کہ اگر کوئی انسان غلطی کر دے تو تم اس غلطی کو پھیلاؤ نہیں۔</w:t>
      </w:r>
    </w:p>
    <w:p>
      <w:r>
        <w:rPr>
          <w:b/>
        </w:rPr>
        <w:t xml:space="preserve">[42:51] </w:t>
      </w:r>
      <w:r>
        <w:t>is ko khatam karo. aaj kal kya hai ke agar koi sun le kisi ki burai to khoob phailate hain is ko. dekho falan aisa hai, dekho falan waisa hai.</w:t>
      </w:r>
    </w:p>
    <w:p>
      <w:pPr>
        <w:jc w:val="right"/>
      </w:pPr>
      <w:r>
        <w:t>اس کو ختم کرو۔ آج کل کیا ہے کہ اگر کوئی سن لے کسی کی برائی تو خوب پھیلاتے ہیں اس کو۔ دیکھو فلاں ایسا ہے، دیکھو فلاں ویسا ہے۔</w:t>
      </w:r>
    </w:p>
    <w:p>
      <w:r>
        <w:rPr>
          <w:b/>
        </w:rPr>
        <w:t xml:space="preserve">[43:04] </w:t>
      </w:r>
      <w:r>
        <w:t>yani animal hai, animal ka tareeqa kya hai? ke burai ko na phailana, burai ko khatam karna. aur insan kya karta hai?</w:t>
      </w:r>
    </w:p>
    <w:p>
      <w:pPr>
        <w:jc w:val="right"/>
      </w:pPr>
      <w:r>
        <w:t>یعنی اینیمل ہے، اینیمل کا طریقہ کیا ہے؟ کہ برائی کو نہ پھیلانا، برائی کو ختم کرنا۔ اور انسان کیا کرتا ہے؟</w:t>
      </w:r>
    </w:p>
    <w:p>
      <w:r>
        <w:rPr>
          <w:b/>
        </w:rPr>
        <w:t xml:space="preserve">[43:14] </w:t>
      </w:r>
      <w:r>
        <w:t>burai ko phailata hai.</w:t>
      </w:r>
    </w:p>
    <w:p>
      <w:pPr>
        <w:jc w:val="right"/>
      </w:pPr>
      <w:r>
        <w:t>برائی کو پھیلاتا ہے۔</w:t>
      </w:r>
    </w:p>
    <w:p>
      <w:r>
        <w:rPr>
          <w:b/>
        </w:rPr>
        <w:t xml:space="preserve">[43:18] </w:t>
      </w:r>
      <w:r>
        <w:t>yani ek animal ne ek dung kiya, ek badbudar cheez daal di rastay par to jaldi se wahan par sare bacteria ikhatta ho jate hain.</w:t>
      </w:r>
    </w:p>
    <w:p>
      <w:pPr>
        <w:jc w:val="right"/>
      </w:pPr>
      <w:r>
        <w:t>یعنی ایک اینیمل نے ایک ڈنگ کیا، ایک بدبودار چیز ڈال دی راستے پر تو جلدی سے وہاں پر سارے بیکٹیریا اکٹھا ہو جاتے ہیں۔</w:t>
      </w:r>
    </w:p>
    <w:p>
      <w:r>
        <w:rPr>
          <w:b/>
        </w:rPr>
        <w:t xml:space="preserve">[43:29] </w:t>
      </w:r>
      <w:r>
        <w:t>taake is ki badbu ko khatam karen. kaisi ajeeb baat hai yeh. ke animal ka behavior yeh hai ke nature ka behavior yeh hai ke burai ko wahin ka wahin khatam kar do.</w:t>
      </w:r>
    </w:p>
    <w:p>
      <w:pPr>
        <w:jc w:val="right"/>
      </w:pPr>
      <w:r>
        <w:t>تاکہ اس کی بدبو کو ختم کریں۔ کیسی عجیب بات ہے یہ۔ کہ اینیمل کا بیہیویئر یہ ہے کہ نیچر کا بیہیویئر یہ ہے کہ برائی کو وہیں کا وہیں ختم کر دو۔</w:t>
      </w:r>
    </w:p>
    <w:p>
      <w:r>
        <w:rPr>
          <w:b/>
        </w:rPr>
        <w:t xml:space="preserve">[43:47] </w:t>
      </w:r>
      <w:r>
        <w:t>wahin ka wahin khatam kar do. aur insan kya karta hai? is ko phailata hai, is ko hawa deta hai, is ko chhapta hai.</w:t>
      </w:r>
    </w:p>
    <w:p>
      <w:pPr>
        <w:jc w:val="right"/>
      </w:pPr>
      <w:r>
        <w:t>وہیں کا وہیں ختم کر دو۔ اور انسان کیا کرتا ہے؟ اس کو پھیلاتا ہے، اس کو ہوا دیتا ہے، اس کو چھاپتا ہے۔</w:t>
      </w:r>
    </w:p>
    <w:p>
      <w:r>
        <w:rPr>
          <w:b/>
        </w:rPr>
        <w:t xml:space="preserve">[43:56] </w:t>
      </w:r>
      <w:r>
        <w:t>chhap chhap kar ke idhar se udhar tak bikherta hai. poore samaj ko nafrat mein bhar deta hai. poore samaj mein negativity bhar deta hai.</w:t>
      </w:r>
    </w:p>
    <w:p>
      <w:pPr>
        <w:jc w:val="right"/>
      </w:pPr>
      <w:r>
        <w:t>چھاپ چھاپ کر کے ادھر سے ادھر تک بکھیرتا ہے۔ پورے سماج کو نفرت میں بھر دیتا ہے۔ پورے سماج میں نیگیٹیوٹی بھر دیتا ہے۔</w:t>
      </w:r>
    </w:p>
    <w:p>
      <w:r>
        <w:rPr>
          <w:b/>
        </w:rPr>
        <w:t xml:space="preserve">[44:09] </w:t>
      </w:r>
      <w:r>
        <w:t>yani agar yeh jo bacteria jo khuli aankh se dikhai bhi nahin dete isi ko agar aadmi namoone bana le sirf.</w:t>
      </w:r>
    </w:p>
    <w:p>
      <w:pPr>
        <w:jc w:val="right"/>
      </w:pPr>
      <w:r>
        <w:t>یعنی اگر یہ جو بیکٹیریا جو کھلی آنکھ سے دکھائی بھی نہیں دیتے اسی کو اگر آدمی نمونے بنا لے صرف۔</w:t>
      </w:r>
    </w:p>
    <w:p>
      <w:r>
        <w:rPr>
          <w:b/>
        </w:rPr>
        <w:t xml:space="preserve">[44:21] </w:t>
      </w:r>
      <w:r>
        <w:t>aur yeh soch le insan ke jahan kahin burai hogi to humein is burai ko wahin ka wahin khatam karna hai. is ko phailana nahin hai.</w:t>
      </w:r>
    </w:p>
    <w:p>
      <w:pPr>
        <w:jc w:val="right"/>
      </w:pPr>
      <w:r>
        <w:t>اور یہ سوچ لے انسان کہ جہاں کہیں برائی ہوگی تو ہمیں اس برائی کو وہیں کا وہیں ختم کرنا ہے۔ اس کو پھیلانا نہیں ہے۔</w:t>
      </w:r>
    </w:p>
    <w:p>
      <w:r>
        <w:rPr>
          <w:b/>
        </w:rPr>
        <w:t xml:space="preserve">[44:31] </w:t>
      </w:r>
      <w:r>
        <w:t>nishat fahisha nahin karna hai. to aap dunya mein dekhen kitna zyada sukoon, kitna aman, kitna chain aa jaye. kitna zyada dunya jo hai doosre dhang ki ho jaye.</w:t>
      </w:r>
    </w:p>
    <w:p>
      <w:pPr>
        <w:jc w:val="right"/>
      </w:pPr>
      <w:r>
        <w:t>نشاط فاحشہ نہیں کرنا ہے۔ تو آپ دنیا میں دیکھیں کتنا زیادہ سکون، کتنا امن، کتنا چین آ جائے۔ کتنا زیادہ دنیا جو ہے دوسرے ڈھنگ کی ہو جائے۔</w:t>
      </w:r>
    </w:p>
    <w:p>
      <w:r>
        <w:rPr>
          <w:b/>
        </w:rPr>
        <w:t xml:space="preserve">[44:45] </w:t>
      </w:r>
      <w:r>
        <w:t>ek ajeeb yeh dekhen contradiction hai ke ek taraf jo human society hai ek taraf universal society hai yani material world.</w:t>
      </w:r>
    </w:p>
    <w:p>
      <w:pPr>
        <w:jc w:val="right"/>
      </w:pPr>
      <w:r>
        <w:t>ایک عجیب یہ دیکھیں کنٹراڈکشن ہے کہ ایک طرف جو ہیومن سوسائٹی ہے ایک طرف یونیورسل سوسائٹی ہے یعنی مٹیریل ورلڈ۔</w:t>
      </w:r>
    </w:p>
    <w:p>
      <w:r>
        <w:rPr>
          <w:b/>
        </w:rPr>
        <w:t xml:space="preserve">[44:57] </w:t>
      </w:r>
      <w:r>
        <w:t>to material world mein aap dekhen ke peace hai. wahan par tolerance hai, wahan par koi jhagda nahin. yani perfection hi perfection hai wahan par.</w:t>
      </w:r>
    </w:p>
    <w:p>
      <w:pPr>
        <w:jc w:val="right"/>
      </w:pPr>
      <w:r>
        <w:t>تو مٹیریل ورلڈ میں آپ دیکھیں کہ پیس ہے۔ وہاں پر ٹالرنس ہے، وہاں پر کوئی جھگڑا نہیں۔ یعنی پرفیکشن ہی پرفیکشن ہے وہاں پر۔</w:t>
      </w:r>
    </w:p>
    <w:p>
      <w:r>
        <w:rPr>
          <w:b/>
        </w:rPr>
        <w:t xml:space="preserve">[45:09] </w:t>
      </w:r>
      <w:r>
        <w:t>sare jo buraiyan hain woh sab insani dunya mein hain. kisi ne, ek philosopher ne kaha tha ke is dunya mein har cheez haseen hai.</w:t>
      </w:r>
    </w:p>
    <w:p>
      <w:pPr>
        <w:jc w:val="right"/>
      </w:pPr>
      <w:r>
        <w:t>سارے جو برائیاں ہیں وہ سب انسانی دنیا میں ہیں۔ کسی نے، ایک فلاسفر نے کہا تھا کہ اس دنیا میں ہر چیز حسین ہے۔</w:t>
      </w:r>
    </w:p>
    <w:p>
      <w:r>
        <w:rPr>
          <w:b/>
        </w:rPr>
        <w:t xml:space="preserve">[45:23] </w:t>
      </w:r>
      <w:r>
        <w:t>is dunya mein har cheez beautiful hai. except man. sirf insan hai jo beautiful nahin. to is ka matlab yeh nahin tha ke un beautiful apni banawat ke aitbar se nahin hai woh.</w:t>
      </w:r>
    </w:p>
    <w:p>
      <w:pPr>
        <w:jc w:val="right"/>
      </w:pPr>
      <w:r>
        <w:t>اس دنیا میں ہر چیز بیوٹی فل ہے۔ ایکسیپٹ مین۔ صرف انسان ہے جو بیوٹی فل نہیں۔ تو اس کا مطلب یہ نہیں تھا کہ ان بیوٹی فل اپنی بناوٹ کے اعتبار سے نہیں ہے وہ۔</w:t>
      </w:r>
    </w:p>
    <w:p>
      <w:r>
        <w:rPr>
          <w:b/>
        </w:rPr>
        <w:t xml:space="preserve">[45:36] </w:t>
      </w:r>
      <w:r>
        <w:t>yeh matlab nahin tha woh. balkeh balkeh social behavior ke aitbar se nahin hai. jab aadmi rehta hai ek ikatthe society mein to wahan kya karta hai?</w:t>
      </w:r>
    </w:p>
    <w:p>
      <w:pPr>
        <w:jc w:val="right"/>
      </w:pPr>
      <w:r>
        <w:t>یہ مطلب نہیں تھا وہ۔ بلکہ بلکہ سوشل بیہیویئر کے اعتبار سے نہیں ہے۔ جب آدمی رہتا ہے ایک اکٹھے سوسائٹی میں تو وہاں کیا کرتا ہے؟</w:t>
      </w:r>
    </w:p>
    <w:p>
      <w:r>
        <w:rPr>
          <w:b/>
        </w:rPr>
        <w:t xml:space="preserve">[45:49] </w:t>
      </w:r>
      <w:r>
        <w:t>ke woh corruption phailata hai, woh intolerance phailata hai, woh ladai ladta hai, woh khoon bahata hai, woh dishonesty karta hai, doosre ka maal chheenta hai, doosre ko be-aabru karta hai,</w:t>
      </w:r>
    </w:p>
    <w:p>
      <w:pPr>
        <w:jc w:val="right"/>
      </w:pPr>
      <w:r>
        <w:t>کہ وہ کرپشن پھیلاتا ہے، وہ ان ٹالرنس پھیلاتا ہے، وہ لڑائی لڑتا ہے، وہ خون بہاتا ہے، وہ ڈس ہانسٹی کرتا ہے، دوسرے کا مال چھینتا ہے، دوسرے کو بے آبرو کرتا ہے،</w:t>
      </w:r>
    </w:p>
    <w:p>
      <w:r>
        <w:rPr>
          <w:b/>
        </w:rPr>
        <w:t xml:space="preserve">[46:03] </w:t>
      </w:r>
      <w:r>
        <w:t>doosre ko be-izzati karta hai. waghera waghera. to aap dekhen ke ek contradiction hai.</w:t>
      </w:r>
    </w:p>
    <w:p>
      <w:pPr>
        <w:jc w:val="right"/>
      </w:pPr>
      <w:r>
        <w:t>دوسرے کو بے عزت کرتا ہے۔ وغیرہ وغیرہ۔ تو آپ دیکھیں کہ ایک کنٹراڈکشن ہے۔</w:t>
      </w:r>
    </w:p>
    <w:p>
      <w:r>
        <w:rPr>
          <w:b/>
        </w:rPr>
        <w:t xml:space="preserve">[46:13] </w:t>
      </w:r>
      <w:r>
        <w:t>ek taraf nature hai. is mein har taraf</w:t>
      </w:r>
    </w:p>
    <w:p>
      <w:pPr>
        <w:jc w:val="right"/>
      </w:pPr>
      <w:r>
        <w:t>ایک طرف نیچر ہے۔ اس میں ہر طرف</w:t>
      </w:r>
    </w:p>
    <w:p>
      <w:r>
        <w:rPr>
          <w:b/>
        </w:rPr>
        <w:t xml:space="preserve">[46:21] </w:t>
      </w:r>
      <w:r>
        <w:t>paisa hai, perfection hai. har cheez waise hi hai jaisa ke use hona chahiye. aur insani duniya mein kya hai? iska ulta hai.</w:t>
      </w:r>
    </w:p>
    <w:p>
      <w:pPr>
        <w:jc w:val="right"/>
      </w:pPr>
      <w:r>
        <w:t>پیس ہے، پرفیکشن ہے۔ ہر چیز ویسے ہی ہے جیسا کہ اسے ہونا چاہیے۔ اور انسانی دنیا میں کیا ہے؟ اس کا الٹا ہے۔</w:t>
      </w:r>
    </w:p>
    <w:p>
      <w:r>
        <w:rPr>
          <w:b/>
        </w:rPr>
        <w:t xml:space="preserve">[46:33] </w:t>
      </w:r>
      <w:r>
        <w:t>yeh hai contradiction. is contradiction ko khatam karna. jo reformer hue hain, jo prophet aaye unka maqsad yahi tha ke is contradiction ko khatam karo.</w:t>
      </w:r>
    </w:p>
    <w:p>
      <w:pPr>
        <w:jc w:val="right"/>
      </w:pPr>
      <w:r>
        <w:t>یہ ہے کنٹراڈکشن۔ اس کنٹراڈکشن کو ختم کرنا۔ جو ریفارمر ہوئے ہیں، جو پرافٹ آئے ان کا مقصد یہی تھا کہ اس کنٹراڈکشن کو ختم کرو۔</w:t>
      </w:r>
    </w:p>
    <w:p>
      <w:r>
        <w:rPr>
          <w:b/>
        </w:rPr>
        <w:t xml:space="preserve">[46:48] </w:t>
      </w:r>
      <w:r>
        <w:t>tum bhi waise hi raho jaise ke dust of the universe reh rahi hai. wahi culture tum bhi pakro. wahi wahi behaviour tumhara bhi ho.</w:t>
      </w:r>
    </w:p>
    <w:p>
      <w:pPr>
        <w:jc w:val="right"/>
      </w:pPr>
      <w:r>
        <w:t>تم بھی ویسے ہی رہو جیسے کہ ڈسٹ آف دا یونیورس رہ رہی ہے۔ وہی کلچر تم بھی پکڑو۔ وہی وہی بیہیویئر تمہارا بھی ہو۔</w:t>
      </w:r>
    </w:p>
    <w:p>
      <w:r>
        <w:rPr>
          <w:b/>
        </w:rPr>
        <w:t xml:space="preserve">[47:07] </w:t>
      </w:r>
      <w:r>
        <w:t>ek martaba mein gaya wahan par Kashmir to kuch logon ke sath mein gaya wahan par bahar, shehar ke bahar.</w:t>
      </w:r>
    </w:p>
    <w:p>
      <w:pPr>
        <w:jc w:val="right"/>
      </w:pPr>
      <w:r>
        <w:t>ایک مرتبہ میں گیا وہاں پر کشمیر تو کچھ لوگوں کے ساتھ میں گیا وہاں پر باہر، شہر کے باہر۔</w:t>
      </w:r>
    </w:p>
    <w:p>
      <w:r>
        <w:rPr>
          <w:b/>
        </w:rPr>
        <w:t xml:space="preserve">[47:17] </w:t>
      </w:r>
      <w:r>
        <w:t>to wahan pahad the. pahad ke upar se chashme beh beh kar aa rahe the. to har taraf chashme beh rahe the. bohat hi beautiful scene tha.</w:t>
      </w:r>
    </w:p>
    <w:p>
      <w:pPr>
        <w:jc w:val="right"/>
      </w:pPr>
      <w:r>
        <w:t>تو وہاں پہاڑ تھے۔ پہاڑ کے اوپر سے چشمے بہہ بہہ کر آ رہے تھے۔ تو ہر طرف چشمے بہہ رہے تھے۔ بہت ہی بیوٹی فل سین تھا۔</w:t>
      </w:r>
    </w:p>
    <w:p>
      <w:r>
        <w:rPr>
          <w:b/>
        </w:rPr>
        <w:t xml:space="preserve">[47:29] </w:t>
      </w:r>
      <w:r>
        <w:t>to ek jagah mein logon ke sath baith gaya. wahan par kya tha? ke pani ki stream aa rahi hai aur rastay mein jagah jagah pathar milte hain.</w:t>
      </w:r>
    </w:p>
    <w:p>
      <w:pPr>
        <w:jc w:val="right"/>
      </w:pPr>
      <w:r>
        <w:t>تو ایک جگہ میں لوگوں کے ساتھ بیٹھ گیا۔ وہاں پر کیا تھا؟ کہ پانی کی اسٹریم آ رہی ہے اور راستے میں جگہ جگہ پتھر ملتے ہیں۔</w:t>
      </w:r>
    </w:p>
    <w:p>
      <w:r>
        <w:rPr>
          <w:b/>
        </w:rPr>
        <w:t xml:space="preserve">[47:40] </w:t>
      </w:r>
      <w:r>
        <w:t>koi chhote, koi bare. to pani jo hai, pani ka dhara us se takrata nahi hai. aisa nahi karta ke pehle use hataway rastay se.</w:t>
      </w:r>
    </w:p>
    <w:p>
      <w:pPr>
        <w:jc w:val="right"/>
      </w:pPr>
      <w:r>
        <w:t>کوئی چھوٹے، کوئی بڑے۔ تو پانی جو ہے، پانی کا دھارا اس سے ٹکراتا نہیں ہے۔ ایسا نہیں کرتا کہ پہلے اس کو ہٹاوے راستے سے۔</w:t>
      </w:r>
    </w:p>
    <w:p>
      <w:r>
        <w:rPr>
          <w:b/>
        </w:rPr>
        <w:t xml:space="preserve">[47:50] </w:t>
      </w:r>
      <w:r>
        <w:t>hataway aur uske baad woh aage jaye. aisa nahi karta pani. pani wahan pohnchte hi apna rasta dayen se ya bayen se bana leta hai.</w:t>
      </w:r>
    </w:p>
    <w:p>
      <w:pPr>
        <w:jc w:val="right"/>
      </w:pPr>
      <w:r>
        <w:t>ہٹاوے اور اس کے بعد وہ آگے جائے۔ ایسا نہیں کرتا پانی۔ پانی وہاں پہنچتے ہی اپنا راستہ دائیں سے یا بائیں سے بنا لیتا ہے۔</w:t>
      </w:r>
    </w:p>
    <w:p>
      <w:r>
        <w:rPr>
          <w:b/>
        </w:rPr>
        <w:t xml:space="preserve">[48:02] </w:t>
      </w:r>
      <w:r>
        <w:t>nimbad jata hai woh. yani bajaye us pathar se takrane ke woh pathar ke idhar se nikal jata hai ya udhar se nikal jata hai.</w:t>
      </w:r>
    </w:p>
    <w:p>
      <w:pPr>
        <w:jc w:val="right"/>
      </w:pPr>
      <w:r>
        <w:t>نمبڑ جاتا ہے وہ۔ یعنی بجائے اس پتھر سے ٹکرانے کے وہ پتھر کے ادھر سے نکل جاتا ہے یا ادھر سے نکل جاتا ہے۔</w:t>
      </w:r>
    </w:p>
    <w:p>
      <w:r>
        <w:rPr>
          <w:b/>
        </w:rPr>
        <w:t xml:space="preserve">[48:11] </w:t>
      </w:r>
      <w:r>
        <w:t>aur phir apna rasta apni manzil ki taraf chalta rehta hai. to maine logon se kaha ke dekhiye kitna bara lesson hai jo nature ne yahan par aap ko dikha rakha hai.</w:t>
      </w:r>
    </w:p>
    <w:p>
      <w:pPr>
        <w:jc w:val="right"/>
      </w:pPr>
      <w:r>
        <w:t>اور پھر اپنا راستہ اپنی منزل کی طرف چلتا رہتا ہے۔ تو میں نے لوگوں سے کہا کہ دیکھیے کتنا بڑا لیسن ہے جو نیچر نے یہاں پر آپ کو دکھا رکھا ہے۔</w:t>
      </w:r>
    </w:p>
    <w:p>
      <w:r>
        <w:rPr>
          <w:b/>
        </w:rPr>
        <w:t xml:space="preserve">[48:25] </w:t>
      </w:r>
      <w:r>
        <w:t>woh lesson kya hai? ke problem se na takrao. balkay opportunity ko avail karo.</w:t>
      </w:r>
    </w:p>
    <w:p>
      <w:pPr>
        <w:jc w:val="right"/>
      </w:pPr>
      <w:r>
        <w:t>وہ لیسن کیا ہے؟ کہ پرابلم سے نہ ٹکراؤ۔ بلکہ اپرچونیٹی کو اویل کرو۔</w:t>
      </w:r>
    </w:p>
    <w:p>
      <w:r>
        <w:rPr>
          <w:b/>
        </w:rPr>
        <w:t xml:space="preserve">[48:35] </w:t>
      </w:r>
      <w:r>
        <w:t>yani avoid the problem and avail the opportunities. jis tarah se yeh chashma pathar se nahi takrata. pathar ko avoid karte hue apna safar jari rakhta hai.</w:t>
      </w:r>
    </w:p>
    <w:p>
      <w:pPr>
        <w:jc w:val="right"/>
      </w:pPr>
      <w:r>
        <w:t>یعنی اوائڈ دا پرابلم اینڈ اویل دا اپرچونیٹیز۔ جس طرح سے یہ چشمہ پتھر سے نہیں ٹکراتا۔ پتھر کو اوائڈ کرتے ہوئے اپنا سفر جاری رکھتا ہے۔</w:t>
      </w:r>
    </w:p>
    <w:p>
      <w:r>
        <w:rPr>
          <w:b/>
        </w:rPr>
        <w:t xml:space="preserve">[48:50] </w:t>
      </w:r>
      <w:r>
        <w:t>to maine logon se kaha ke dekhiye insan ladta hai. insan kisi ko obstacle bata kar ke yeh hamare rastay mein rukawat hai ya hamare rastay mein obstacle hai.</w:t>
      </w:r>
    </w:p>
    <w:p>
      <w:pPr>
        <w:jc w:val="right"/>
      </w:pPr>
      <w:r>
        <w:t>تو میں نے لوگوں سے کہا کہ دیکھیں انسان لڑتا ہے۔ انسان کسی کو آبسٹیکل بتا کر کہ یہ ہمارے راستے میں رکاوٹ ہے یا ہمارے راستے میں آبسٹیکل ہے۔</w:t>
      </w:r>
    </w:p>
    <w:p>
      <w:r>
        <w:rPr>
          <w:b/>
        </w:rPr>
        <w:t xml:space="preserve">[49:01] </w:t>
      </w:r>
      <w:r>
        <w:t>use hamein hatana hai. use hamein hatana hai. jab tak yeh nahi hatayega, jab tak yeh nahi hatayega tab tak hamari taraqqi ruki rahe gi.</w:t>
      </w:r>
    </w:p>
    <w:p>
      <w:pPr>
        <w:jc w:val="right"/>
      </w:pPr>
      <w:r>
        <w:t>اسے ہمیں ہٹانا ہے۔ اس کو ہمیں ہٹانا ہے۔ جب تک یہ نہیں ہٹائے گا، جب تک یہ نہیں ہٹے گا تب تک ہماری ترقی رکی رہے گ</w:t>
      </w:r>
    </w:p>
    <w:p>
      <w:r>
        <w:rPr>
          <w:b/>
        </w:rPr>
        <w:t xml:space="preserve">[49:09] </w:t>
      </w:r>
      <w:r>
        <w:t>yeh. kaisa kitna bara tazad hai. ek taraf nature mein obstacle aata hai rastay mein to nature avoid kar ke aage barh jati hai.</w:t>
      </w:r>
    </w:p>
    <w:p>
      <w:pPr>
        <w:jc w:val="right"/>
      </w:pPr>
      <w:r>
        <w:t>ی۔ کیسا کتنا بڑا تضاد ہے۔ ایک طرف نیچر میں آبسٹیکل آتا ہے راستے میں تو نیچر اوائڈ کر کے آگے بڑھ جاتی ہے۔</w:t>
      </w:r>
    </w:p>
    <w:p>
      <w:r>
        <w:rPr>
          <w:b/>
        </w:rPr>
        <w:t xml:space="preserve">[49:24] </w:t>
      </w:r>
      <w:r>
        <w:t>dosri taraf insan ka hal yeh hai ke jab koi obstacle aata hai, koi problem aata hai to usi se ladta hai woh. usi se ladta hai woh.</w:t>
      </w:r>
    </w:p>
    <w:p>
      <w:pPr>
        <w:jc w:val="right"/>
      </w:pPr>
      <w:r>
        <w:t>دوسری طرف انسان کا حال یہ ہے کہ جب کوئی آبسٹیکل آتا ہے، کوئی پرابلم آتا ہے تو اسی سے لڑتا ہے وہ۔ اسی سے لڑتا ہے وہ۔</w:t>
      </w:r>
    </w:p>
    <w:p>
      <w:r>
        <w:rPr>
          <w:b/>
        </w:rPr>
        <w:t xml:space="preserve">[49:33] </w:t>
      </w:r>
      <w:r>
        <w:t>woh kehta hai ke pehle mujhe is problem ko khatam karna hai. tab meri taraqqi</w:t>
      </w:r>
    </w:p>
    <w:p>
      <w:pPr>
        <w:jc w:val="right"/>
      </w:pPr>
      <w:r>
        <w:t>وہ کہتا ہے کہ پہلے مجھے اس پرابلم کو ختم کرنا ہے۔ تب میری ترقی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