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in Daily Life | December 18, 2007</w:t>
      </w:r>
    </w:p>
    <w:p>
      <w:r>
        <w:t>https://www.youtube.com/watch?v=wLp27oWti4c</w:t>
      </w:r>
    </w:p>
    <w:p>
      <w:r>
        <w:rPr>
          <w:b/>
        </w:rPr>
        <w:t xml:space="preserve">[00:13] </w:t>
      </w:r>
      <w:r>
        <w:t>Bismillah Rehman-e-Rahim, wa Salla Allahu ala Nabiyyil Kareem.</w:t>
      </w:r>
    </w:p>
    <w:p>
      <w:pPr>
        <w:jc w:val="right"/>
      </w:pPr>
      <w:r>
        <w:t>بسم اللہ الرحمن الرحیم، وصلی اللہ علی النبی الکریم۔</w:t>
      </w:r>
    </w:p>
    <w:p>
      <w:r>
        <w:rPr>
          <w:b/>
        </w:rPr>
        <w:t xml:space="preserve">[00:23] </w:t>
      </w:r>
      <w:r>
        <w:t>Rabishrah li sadri, wa yassir li amri, wah-l-uqdatan min lisani, yafqahu qawli.</w:t>
      </w:r>
    </w:p>
    <w:p>
      <w:pPr>
        <w:jc w:val="right"/>
      </w:pPr>
      <w:r>
        <w:t>رب اشرح لی صدری، ویسر لی امری، واحل العقدۃ من لسانی، یفقہ قولی۔</w:t>
      </w:r>
    </w:p>
    <w:p>
      <w:r>
        <w:rPr>
          <w:b/>
        </w:rPr>
        <w:t xml:space="preserve">[00:33] </w:t>
      </w:r>
      <w:r>
        <w:t>aaj ki baat cheet ka title hai: "Islam in</w:t>
      </w:r>
    </w:p>
    <w:p>
      <w:pPr>
        <w:jc w:val="right"/>
      </w:pPr>
      <w:r>
        <w:t>آج کی بات چیت کا ٹائٹل ہے: "اسلام ان</w:t>
      </w:r>
    </w:p>
    <w:p>
      <w:r>
        <w:rPr>
          <w:b/>
        </w:rPr>
        <w:t xml:space="preserve">[00:43] </w:t>
      </w:r>
      <w:r>
        <w:t>Daily Life".</w:t>
      </w:r>
    </w:p>
    <w:p>
      <w:pPr>
        <w:jc w:val="right"/>
      </w:pPr>
      <w:r>
        <w:t>ڈیلی لائف"۔</w:t>
      </w:r>
    </w:p>
    <w:p>
      <w:r>
        <w:rPr>
          <w:b/>
        </w:rPr>
        <w:t xml:space="preserve">[00:51] </w:t>
      </w:r>
      <w:r>
        <w:t>Islam in Daily Life.</w:t>
      </w:r>
    </w:p>
    <w:p>
      <w:pPr>
        <w:jc w:val="right"/>
      </w:pPr>
      <w:r>
        <w:t>اسلام ان ڈیلی لائف۔</w:t>
      </w:r>
    </w:p>
    <w:p>
      <w:r>
        <w:rPr>
          <w:b/>
        </w:rPr>
        <w:t xml:space="preserve">[00:59] </w:t>
      </w:r>
      <w:r>
        <w:t>is title ke peeche ek history hai, is ka ek background hai.</w:t>
      </w:r>
    </w:p>
    <w:p>
      <w:pPr>
        <w:jc w:val="right"/>
      </w:pPr>
      <w:r>
        <w:t>اس ٹائٹل کے پیچھے ایک ہسٹری ہے، اس کا ایک بیک گراؤنڈ ہے۔</w:t>
      </w:r>
    </w:p>
    <w:p>
      <w:r>
        <w:rPr>
          <w:b/>
        </w:rPr>
        <w:t xml:space="preserve">[01:07] </w:t>
      </w:r>
      <w:r>
        <w:t>dekhiye, December 6, 1992 mein</w:t>
      </w:r>
    </w:p>
    <w:p>
      <w:pPr>
        <w:jc w:val="right"/>
      </w:pPr>
      <w:r>
        <w:t>دیکھیے، دسمبر 6، 1992 میں</w:t>
      </w:r>
    </w:p>
    <w:p>
      <w:r>
        <w:rPr>
          <w:b/>
        </w:rPr>
        <w:t xml:space="preserve">[01:15] </w:t>
      </w:r>
      <w:r>
        <w:t>Oojdiya ki Babri Masjid ko demolish kar diya gaya.</w:t>
      </w:r>
    </w:p>
    <w:p>
      <w:pPr>
        <w:jc w:val="right"/>
      </w:pPr>
      <w:r>
        <w:t>، اوجدیہ کی بابری مسجد کو ڈیمالش کر دیا گیا۔</w:t>
      </w:r>
    </w:p>
    <w:p>
      <w:r>
        <w:rPr>
          <w:b/>
        </w:rPr>
        <w:t xml:space="preserve">[01:23] </w:t>
      </w:r>
      <w:r>
        <w:t>is ke baad Musalmanon mein bohat zabardast reaction hua.</w:t>
      </w:r>
    </w:p>
    <w:p>
      <w:pPr>
        <w:jc w:val="right"/>
      </w:pPr>
      <w:r>
        <w:t>اس کے بعد مسلمانوں میں بہت زبردست ری ایکشن ہوا۔</w:t>
      </w:r>
    </w:p>
    <w:p>
      <w:r>
        <w:rPr>
          <w:b/>
        </w:rPr>
        <w:t xml:space="preserve">[01:31] </w:t>
      </w:r>
      <w:r>
        <w:t>jagah jagah communal rights hue, khaas tor par Bombay mein aur Maharashtra mein.</w:t>
      </w:r>
    </w:p>
    <w:p>
      <w:pPr>
        <w:jc w:val="right"/>
      </w:pPr>
      <w:r>
        <w:t>جگہ جگہ کمرل رائٹس ہوئے، خاص طور پر بمبئی میں اور مہاراشٹر میں۔</w:t>
      </w:r>
    </w:p>
    <w:p>
      <w:r>
        <w:rPr>
          <w:b/>
        </w:rPr>
        <w:t xml:space="preserve">[01:38] </w:t>
      </w:r>
      <w:r>
        <w:t>to is zamane mein</w:t>
      </w:r>
    </w:p>
    <w:p>
      <w:pPr>
        <w:jc w:val="right"/>
      </w:pPr>
      <w:r>
        <w:t>تو اس زمانے میں</w:t>
      </w:r>
    </w:p>
    <w:p>
      <w:r>
        <w:rPr>
          <w:b/>
        </w:rPr>
        <w:t xml:space="preserve">[01:46] </w:t>
      </w:r>
      <w:r>
        <w:t>mein ne kai koshishen keen.</w:t>
      </w:r>
    </w:p>
    <w:p>
      <w:pPr>
        <w:jc w:val="right"/>
      </w:pPr>
      <w:r>
        <w:t>میں نے کئی کوششیں کیں۔</w:t>
      </w:r>
    </w:p>
    <w:p>
      <w:r>
        <w:rPr>
          <w:b/>
        </w:rPr>
        <w:t xml:space="preserve">[01:54] </w:t>
      </w:r>
      <w:r>
        <w:t>is mein se yeh kya tha ke hum ne ek shanti yatra nikala. shanti yatra.</w:t>
      </w:r>
    </w:p>
    <w:p>
      <w:pPr>
        <w:jc w:val="right"/>
      </w:pPr>
      <w:r>
        <w:t>اس میں سے یہ کیا تھا کہ ہم نے ایک شانتی یاترا نکالا۔ شانتی یاترا۔</w:t>
      </w:r>
    </w:p>
    <w:p>
      <w:r>
        <w:rPr>
          <w:b/>
        </w:rPr>
        <w:t xml:space="preserve">[02:01] </w:t>
      </w:r>
      <w:r>
        <w:t>is mein acharya shishir kumar hamare sath the, aur swami shahzadan hamare sath the, aur kai log.</w:t>
      </w:r>
    </w:p>
    <w:p>
      <w:pPr>
        <w:jc w:val="right"/>
      </w:pPr>
      <w:r>
        <w:t>اس میں اچاریہ ششیر کمار ہمارے ساتھ تھے، اور سوامی شہزادن ہمارے ساتھ تھے، اور کئی لوگ۔</w:t>
      </w:r>
    </w:p>
    <w:p>
      <w:r>
        <w:rPr>
          <w:b/>
        </w:rPr>
        <w:t xml:space="preserve">[02:09] </w:t>
      </w:r>
      <w:r>
        <w:t>to hum logon ne yeh shanti yatra nik</w:t>
      </w:r>
    </w:p>
    <w:p>
      <w:pPr>
        <w:jc w:val="right"/>
      </w:pPr>
      <w:r>
        <w:t>تو ہم لوگوں نے یہ شانتی یاترا نک</w:t>
      </w:r>
    </w:p>
    <w:p>
      <w:r>
        <w:rPr>
          <w:b/>
        </w:rPr>
        <w:t xml:space="preserve">[02:16] </w:t>
      </w:r>
      <w:r>
        <w:t>ala bombay aur poona se, aur hum gaye phir nagpur tak.</w:t>
      </w:r>
    </w:p>
    <w:p>
      <w:pPr>
        <w:jc w:val="right"/>
      </w:pPr>
      <w:r>
        <w:t>الی بمبئی اور پونا سے، اور ہم گئے پھر ناگپور تک۔</w:t>
      </w:r>
    </w:p>
    <w:p>
      <w:r>
        <w:rPr>
          <w:b/>
        </w:rPr>
        <w:t xml:space="preserve">[02:24] </w:t>
      </w:r>
      <w:r>
        <w:t>do haftay se zyada yeh shanti yatra chali.</w:t>
      </w:r>
    </w:p>
    <w:p>
      <w:pPr>
        <w:jc w:val="right"/>
      </w:pPr>
      <w:r>
        <w:t>دو ہفتے سے زیادہ یہ شانتی یاترا چلی۔</w:t>
      </w:r>
    </w:p>
    <w:p>
      <w:r>
        <w:rPr>
          <w:b/>
        </w:rPr>
        <w:t xml:space="preserve">[02:32] </w:t>
      </w:r>
      <w:r>
        <w:t>is mein hum ne thirty jaghon par, thirty jaghon ko cover kiya.</w:t>
      </w:r>
    </w:p>
    <w:p>
      <w:pPr>
        <w:jc w:val="right"/>
      </w:pPr>
      <w:r>
        <w:t>اس میں ہم نے تھرٹی جگہوں پر، تھرٹی جگہوں کو کور کیا۔</w:t>
      </w:r>
    </w:p>
    <w:p>
      <w:r>
        <w:rPr>
          <w:b/>
        </w:rPr>
        <w:t xml:space="preserve">[02:40] </w:t>
      </w:r>
      <w:r>
        <w:t>is mein jain community ne bohat bara</w:t>
      </w:r>
    </w:p>
    <w:p>
      <w:pPr>
        <w:jc w:val="right"/>
      </w:pPr>
      <w:r>
        <w:t>اس میں جین کمیونٹی نے بہت بڑا</w:t>
      </w:r>
    </w:p>
    <w:p>
      <w:r>
        <w:rPr>
          <w:b/>
        </w:rPr>
        <w:t xml:space="preserve">[02:48] </w:t>
      </w:r>
      <w:r>
        <w:t>support diya tha.</w:t>
      </w:r>
    </w:p>
    <w:p>
      <w:pPr>
        <w:jc w:val="right"/>
      </w:pPr>
      <w:r>
        <w:t>سپورٹ دیا تھا۔</w:t>
      </w:r>
    </w:p>
    <w:p>
      <w:r>
        <w:rPr>
          <w:b/>
        </w:rPr>
        <w:t xml:space="preserve">[02:54] </w:t>
      </w:r>
      <w:r>
        <w:t>har jagah unhi ne organize kiya meeting ko aur jalsay ko.</w:t>
      </w:r>
    </w:p>
    <w:p>
      <w:pPr>
        <w:jc w:val="right"/>
      </w:pPr>
      <w:r>
        <w:t>ہر جگہ انہی نے ارگنائز کیا میٹنگ کو اور جلسے کو۔</w:t>
      </w:r>
    </w:p>
    <w:p>
      <w:r>
        <w:rPr>
          <w:b/>
        </w:rPr>
        <w:t xml:space="preserve">[02:59] </w:t>
      </w:r>
      <w:r>
        <w:t>mein samajhta hoon ke bohat hi achhay tareeqay se organize kiya tha unhon ne.</w:t>
      </w:r>
    </w:p>
    <w:p>
      <w:pPr>
        <w:jc w:val="right"/>
      </w:pPr>
      <w:r>
        <w:t>میں سمجھتا ہوں کہ بہت ہی اچھے طریقے سے ارگنائز کیا تھا انہوں نے۔</w:t>
      </w:r>
    </w:p>
    <w:p>
      <w:r>
        <w:rPr>
          <w:b/>
        </w:rPr>
        <w:t xml:space="preserve">[03:04] </w:t>
      </w:r>
      <w:r>
        <w:t>isi liye shanti yatra bohat kamyab rahi.</w:t>
      </w:r>
    </w:p>
    <w:p>
      <w:pPr>
        <w:jc w:val="right"/>
      </w:pPr>
      <w:r>
        <w:t>اسی لیے شانتی یاترا بہت کامیاب رہی۔</w:t>
      </w:r>
    </w:p>
    <w:p>
      <w:r>
        <w:rPr>
          <w:b/>
        </w:rPr>
        <w:t xml:space="preserve">[03:09] </w:t>
      </w:r>
      <w:r>
        <w:t>to aur bohat zabardast farq par gaya is ke baad.</w:t>
      </w:r>
    </w:p>
    <w:p>
      <w:pPr>
        <w:jc w:val="right"/>
      </w:pPr>
      <w:r>
        <w:t>تو اور بہت زبردست فرق پڑ گیا اس کے بعد۔</w:t>
      </w:r>
    </w:p>
    <w:p>
      <w:r>
        <w:rPr>
          <w:b/>
        </w:rPr>
        <w:t xml:space="preserve">[03:15] </w:t>
      </w:r>
      <w:r>
        <w:t>jaise hum ek jagah pohanchay isi</w:t>
      </w:r>
    </w:p>
    <w:p>
      <w:pPr>
        <w:jc w:val="right"/>
      </w:pPr>
      <w:r>
        <w:t>جیسے ہم ایک جگہ پہنچے اسی</w:t>
      </w:r>
    </w:p>
    <w:p>
      <w:r>
        <w:rPr>
          <w:b/>
        </w:rPr>
        <w:t xml:space="preserve">[03:20] </w:t>
      </w:r>
      <w:r>
        <w:t>yatra ke zamanay mein, to wahan par right hua tha, ghar jalaye gaye the, aur abhi tak dhuan</w:t>
      </w:r>
    </w:p>
    <w:p>
      <w:pPr>
        <w:jc w:val="right"/>
      </w:pPr>
      <w:r>
        <w:t>یاترا کے زمانے میں، تو وہاں پر رائٹ ہوا تھا، گھر جلائے گئے تھے، اور ابھی تک دھواں</w:t>
      </w:r>
    </w:p>
    <w:p>
      <w:r>
        <w:rPr>
          <w:b/>
        </w:rPr>
        <w:t xml:space="preserve">[03:26] </w:t>
      </w:r>
      <w:r>
        <w:t>nikal raha tha gharon se.</w:t>
      </w:r>
    </w:p>
    <w:p>
      <w:pPr>
        <w:jc w:val="right"/>
      </w:pPr>
      <w:r>
        <w:t>نکل رہا تھا گھروں سے۔</w:t>
      </w:r>
    </w:p>
    <w:p>
      <w:r>
        <w:rPr>
          <w:b/>
        </w:rPr>
        <w:t xml:space="preserve">[03:32] </w:t>
      </w:r>
      <w:r>
        <w:t>mujhe yaad hai ke mein ek tooti hui deewar par khara ho kar ke wahan mein ne address kiya tha.</w:t>
      </w:r>
    </w:p>
    <w:p>
      <w:pPr>
        <w:jc w:val="right"/>
      </w:pPr>
      <w:r>
        <w:t>مجھے یاد ہے کہ میں ایک ٹوٹی ہوئی دیوار پر کھڑا ہو کر کے وہاں میں نے ایڈریس کیا تھا۔</w:t>
      </w:r>
    </w:p>
    <w:p>
      <w:r>
        <w:rPr>
          <w:b/>
        </w:rPr>
        <w:t xml:space="preserve">[03:38] </w:t>
      </w:r>
      <w:r>
        <w:t>hazaron hazar log wahan akatha ho gaye the.</w:t>
      </w:r>
    </w:p>
    <w:p>
      <w:pPr>
        <w:jc w:val="right"/>
      </w:pPr>
      <w:r>
        <w:t>ہزاروں ہزار لوگ وہاں اکٹھا ہو گئے تھے۔</w:t>
      </w:r>
    </w:p>
    <w:p>
      <w:r>
        <w:rPr>
          <w:b/>
        </w:rPr>
        <w:t xml:space="preserve">[03:44] </w:t>
      </w:r>
      <w:r>
        <w:t>to us waqt</w:t>
      </w:r>
    </w:p>
    <w:p>
      <w:pPr>
        <w:jc w:val="right"/>
      </w:pPr>
      <w:r>
        <w:t>تو اس وقت</w:t>
      </w:r>
    </w:p>
    <w:p>
      <w:r>
        <w:rPr>
          <w:b/>
        </w:rPr>
        <w:t xml:space="preserve">[03:51] </w:t>
      </w:r>
      <w:r>
        <w:t>mere aas pas woh jalay hue ghar aur dukanein theen jahan se dhuan nikal raha tha.</w:t>
      </w:r>
    </w:p>
    <w:p>
      <w:pPr>
        <w:jc w:val="right"/>
      </w:pPr>
      <w:r>
        <w:t>میرے آس پاس وہ جلے ہوئے گھر اور دکانیں تھیں جہاں سے دھواں نکل رہا تھا۔</w:t>
      </w:r>
    </w:p>
    <w:p>
      <w:r>
        <w:rPr>
          <w:b/>
        </w:rPr>
        <w:t xml:space="preserve">[04:01] </w:t>
      </w:r>
      <w:r>
        <w:t>to khara ho kar ke mein ne kaha ke hum yahan kis liye aaye hain? hum yahan is</w:t>
      </w:r>
    </w:p>
    <w:p>
      <w:pPr>
        <w:jc w:val="right"/>
      </w:pPr>
      <w:r>
        <w:t>تو کھڑے ہو کر کے میں نے کہا کہ ہم یہاں کس لئے آئے ہیں؟ ہم یہاں اس</w:t>
      </w:r>
    </w:p>
    <w:p>
      <w:r>
        <w:rPr>
          <w:b/>
        </w:rPr>
        <w:t xml:space="preserve">[04:11] </w:t>
      </w:r>
      <w:r>
        <w:t>liye aaye hain ke government ke fire brigade jis aag ko bujha na sakay,</w:t>
      </w:r>
    </w:p>
    <w:p>
      <w:pPr>
        <w:jc w:val="right"/>
      </w:pPr>
      <w:r>
        <w:t>لئے آئے ہیں کہ گورنمنٹ کے فائر بریگیڈ جس آگ کو بجھا نہ سکے،</w:t>
      </w:r>
    </w:p>
    <w:p>
      <w:r>
        <w:rPr>
          <w:b/>
        </w:rPr>
        <w:t xml:space="preserve">[04:21] </w:t>
      </w:r>
      <w:r>
        <w:t>is ko hum apni, is ko hum apne aansuon se bujha dein. mein yeh keh raha tha aur ro raha tha. aur majma bhi ro pada. aur waqia yeh hai ke is ke baad kamral right ki aag bujh gayi poore area mein. to is zamane mein mere khayal se tees se zyada meri speeches</w:t>
      </w:r>
    </w:p>
    <w:p>
      <w:pPr>
        <w:jc w:val="right"/>
      </w:pPr>
      <w:r>
        <w:t>اس کو ہم اپنی، اس کو ہم اپنے آنسوؤں سے بجھا دیں۔ میں یہ کہہ رہا تھا اور رو رہا تھا۔ اور مجمع بھی رو پڑا۔ اور واقعہ یہ ہے کہ اس کے بعد کمرل رائٹ کی آگ بجھ گئی پورے ایریا میں۔ تو اس زمانے میں میرے خیال سے تیس سے زیادہ میری سپیچز</w:t>
      </w:r>
    </w:p>
    <w:p>
      <w:r>
        <w:rPr>
          <w:b/>
        </w:rPr>
        <w:t xml:space="preserve">[04:51] </w:t>
      </w:r>
      <w:r>
        <w:t>hui theen. to mein aksar speeches mein secular andaaz mein bolta tha. jo misalein mein leta tha woh maslan Japan ki aur China ki is tarah ki misalein. lekin jab hum log baithte thay breakfast mein ya lunch ya dinner mein, to wahan par mein aksar kuch Islam ke stories bayan karta tha. Islam ke stories</w:t>
      </w:r>
    </w:p>
    <w:p>
      <w:pPr>
        <w:jc w:val="right"/>
      </w:pPr>
      <w:r>
        <w:t>ہوئی تھیں۔ تو میں اکثر اسپیچز میں سیکولر انداز میں بولتا تھا۔ جو مثالیں میں لیتا تھا وہ مثلاً جاپان کی اور چائنہ کی اس طرح کی مثالیں۔ لیکن جب ہم لوگ بیٹھتے تھے بریک فاسٹ میں یا لنچ یا ڈنر میں، تو وہاں پر میں اکثر کچھ اسلام کے سٹوریز بیان کرتا تھا۔ اسلام کے سٹوری</w:t>
      </w:r>
    </w:p>
    <w:p>
      <w:r>
        <w:rPr>
          <w:b/>
        </w:rPr>
        <w:t xml:space="preserve">[05:21] </w:t>
      </w:r>
      <w:r>
        <w:t>z. jaise mein ne ek din bayan kiya yeh baat ke Usman, Hazrat Usman jo thay woh third Khalifa thay Islam ke. to un ke khadim thay, un ke bare mein batate hain ke kan yaghtasil kullu yawm marratan aw marratayn. ke khalif</w:t>
      </w:r>
    </w:p>
    <w:p>
      <w:pPr>
        <w:jc w:val="right"/>
      </w:pPr>
      <w:r>
        <w:t>ز۔ جیسے میں نے ایک دن بیان کیا یہ بات کہ عثمان، حضرت عثمان جو تھے وہ تھرڈ خلیفہ تھے اسلام کے۔ تو ان کے خادم تھے، ان کے بارے میں بتاتے ہیں کہ کان یغتصل کل یوم مرۃ او مرتین۔ کہ خلیف</w:t>
      </w:r>
    </w:p>
    <w:p>
      <w:r>
        <w:rPr>
          <w:b/>
        </w:rPr>
        <w:t xml:space="preserve">[05:51] </w:t>
      </w:r>
      <w:r>
        <w:t>ha usman jo the woh rozana ek bar ya do bar nahate the.</w:t>
      </w:r>
    </w:p>
    <w:p>
      <w:pPr>
        <w:jc w:val="right"/>
      </w:pPr>
      <w:r>
        <w:t>ہ عثمان جو تھے وہ روزانہ ایک بار یا دو بار نہاتے تھے۔</w:t>
      </w:r>
    </w:p>
    <w:p>
      <w:r>
        <w:rPr>
          <w:b/>
        </w:rPr>
        <w:t xml:space="preserve">[05:58] </w:t>
      </w:r>
      <w:r>
        <w:t>to is tarah ki baatein bohat un ko achhi lagti theen un logon ko.</w:t>
      </w:r>
    </w:p>
    <w:p>
      <w:pPr>
        <w:jc w:val="right"/>
      </w:pPr>
      <w:r>
        <w:t>تو اس طرح کی باتیں بہت ان کو اچھی لگتی تھیں ان لوگوں کو۔</w:t>
      </w:r>
    </w:p>
    <w:p>
      <w:r>
        <w:rPr>
          <w:b/>
        </w:rPr>
        <w:t xml:space="preserve">[06:04] </w:t>
      </w:r>
      <w:r>
        <w:t>to swami shahzadan ne kaha ke Maulana sahib aap jalsay mein baatein jo karte hain secular andaaz ki,</w:t>
      </w:r>
    </w:p>
    <w:p>
      <w:pPr>
        <w:jc w:val="right"/>
      </w:pPr>
      <w:r>
        <w:t>تو سوامی شہزادن نے کہا کہ مولانا صاحب آپ جلسے میں باتیں جو کرتے ہیں سیکولر انداز کی،</w:t>
      </w:r>
    </w:p>
    <w:p>
      <w:r>
        <w:rPr>
          <w:b/>
        </w:rPr>
        <w:t xml:space="preserve">[06:10] </w:t>
      </w:r>
      <w:r>
        <w:t>wahan bhi aap yahi sab baatein kahiye.</w:t>
      </w:r>
    </w:p>
    <w:p>
      <w:pPr>
        <w:jc w:val="right"/>
      </w:pPr>
      <w:r>
        <w:t>وہاں بھی آپ یہی سب باتیں کہیے۔</w:t>
      </w:r>
    </w:p>
    <w:p>
      <w:r>
        <w:rPr>
          <w:b/>
        </w:rPr>
        <w:t xml:space="preserve">[06:17] </w:t>
      </w:r>
      <w:r>
        <w:t>islam ki baaten.</w:t>
      </w:r>
    </w:p>
    <w:p>
      <w:pPr>
        <w:jc w:val="right"/>
      </w:pPr>
      <w:r>
        <w:t>اسلام کی باتیں۔</w:t>
      </w:r>
    </w:p>
    <w:p>
      <w:r>
        <w:rPr>
          <w:b/>
        </w:rPr>
        <w:t xml:space="preserve">[06:23] </w:t>
      </w:r>
      <w:r>
        <w:t>jalson mein bhi aap islam wali baaten bataiye.</w:t>
      </w:r>
    </w:p>
    <w:p>
      <w:pPr>
        <w:jc w:val="right"/>
      </w:pPr>
      <w:r>
        <w:t>جلسوں میں بھی آپ اسلام والی باتیں بتائیے۔</w:t>
      </w:r>
    </w:p>
    <w:p>
      <w:r>
        <w:rPr>
          <w:b/>
        </w:rPr>
        <w:t xml:space="preserve">[06:28] </w:t>
      </w:r>
      <w:r>
        <w:t>phir jab yeh shanti yatra khatm hui, aur phir main jalson mein kehne laga islam wali baaten, to</w:t>
      </w:r>
    </w:p>
    <w:p>
      <w:pPr>
        <w:jc w:val="right"/>
      </w:pPr>
      <w:r>
        <w:t>پھر جب یہ شانتی یاترا ختم ہوئی، اور پھر میں جلسوں میں کہنے لگا اسلام والی باتیں، تو</w:t>
      </w:r>
    </w:p>
    <w:p>
      <w:r>
        <w:rPr>
          <w:b/>
        </w:rPr>
        <w:t xml:space="preserve">[06:33] </w:t>
      </w:r>
      <w:r>
        <w:t>log bohat zyada shauq se sunte the.</w:t>
      </w:r>
    </w:p>
    <w:p>
      <w:pPr>
        <w:jc w:val="right"/>
      </w:pPr>
      <w:r>
        <w:t>لوگ بہت زیادہ شوق سے سنتے تھے۔</w:t>
      </w:r>
    </w:p>
    <w:p>
      <w:r>
        <w:rPr>
          <w:b/>
        </w:rPr>
        <w:t xml:space="preserve">[06:38] </w:t>
      </w:r>
      <w:r>
        <w:t>jab shanti yatra khatm hui to swami shahzadan jo rishikesh mein rehte hain, unka bohat bada</w:t>
      </w:r>
    </w:p>
    <w:p>
      <w:pPr>
        <w:jc w:val="right"/>
      </w:pPr>
      <w:r>
        <w:t>جب شانتی یاترا ختم ہوئی تو سوامی شہزادن جو رشی کیش میں رہتے ہیں، ان کا بہت بڑا</w:t>
      </w:r>
    </w:p>
    <w:p>
      <w:r>
        <w:rPr>
          <w:b/>
        </w:rPr>
        <w:t xml:space="preserve">[06:43] </w:t>
      </w:r>
      <w:r>
        <w:t>aashram hai wahan par.</w:t>
      </w:r>
    </w:p>
    <w:p>
      <w:pPr>
        <w:jc w:val="right"/>
      </w:pPr>
      <w:r>
        <w:t>آشرم ہے وہاں پر۔</w:t>
      </w:r>
    </w:p>
    <w:p>
      <w:r>
        <w:rPr>
          <w:b/>
        </w:rPr>
        <w:t xml:space="preserve">[06:48] </w:t>
      </w:r>
      <w:r>
        <w:t>aur sari duniya mein un</w:t>
      </w:r>
    </w:p>
    <w:p>
      <w:pPr>
        <w:jc w:val="right"/>
      </w:pPr>
      <w:r>
        <w:t>اور ساری دنیا میں ان</w:t>
      </w:r>
    </w:p>
    <w:p>
      <w:r>
        <w:rPr>
          <w:b/>
        </w:rPr>
        <w:t xml:space="preserve">[06:53] </w:t>
      </w:r>
      <w:r>
        <w:t>ke branches hain.</w:t>
      </w:r>
    </w:p>
    <w:p>
      <w:pPr>
        <w:jc w:val="right"/>
      </w:pPr>
      <w:r>
        <w:t>کے برانچز ہیں۔</w:t>
      </w:r>
    </w:p>
    <w:p>
      <w:r>
        <w:rPr>
          <w:b/>
        </w:rPr>
        <w:t xml:space="preserve">[06:58] </w:t>
      </w:r>
      <w:r>
        <w:t>to unhon ne kaha ke aap ek book likhiye three hundred pages ki.</w:t>
      </w:r>
    </w:p>
    <w:p>
      <w:pPr>
        <w:jc w:val="right"/>
      </w:pPr>
      <w:r>
        <w:t>تو انہوں نے کہا کہ آپ ایک بک لکھیے تھری ہنڈرڈ پیجز کی۔</w:t>
      </w:r>
    </w:p>
    <w:p>
      <w:r>
        <w:rPr>
          <w:b/>
        </w:rPr>
        <w:t xml:space="preserve">[07:03] </w:t>
      </w:r>
      <w:r>
        <w:t>iska title yeh hoga: "islam in daily life".</w:t>
      </w:r>
    </w:p>
    <w:p>
      <w:pPr>
        <w:jc w:val="right"/>
      </w:pPr>
      <w:r>
        <w:t>اس کا ٹائٹل یہ ہوگا: "اسلام ان ڈیلی لائف"۔</w:t>
      </w:r>
    </w:p>
    <w:p>
      <w:r>
        <w:rPr>
          <w:b/>
        </w:rPr>
        <w:t xml:space="preserve">[07:08] </w:t>
      </w:r>
      <w:r>
        <w:t>yeh title inhi ka socha hua hai.</w:t>
      </w:r>
    </w:p>
    <w:p>
      <w:pPr>
        <w:jc w:val="right"/>
      </w:pPr>
      <w:r>
        <w:t>یہ ٹائٹل انہی کا سوچا ہوا ہے۔</w:t>
      </w:r>
    </w:p>
    <w:p>
      <w:r>
        <w:rPr>
          <w:b/>
        </w:rPr>
        <w:t xml:space="preserve">[07:13] </w:t>
      </w:r>
      <w:r>
        <w:t>aap "islam in daily life" par ek book likh kar dijiye three hundred pages ki.</w:t>
      </w:r>
    </w:p>
    <w:p>
      <w:pPr>
        <w:jc w:val="right"/>
      </w:pPr>
      <w:r>
        <w:t>آپ "اسلام ان ڈیلی لائف" پر ایک بک لکھ کر دیجیے تھری ہنڈرڈ پیجز کی۔</w:t>
      </w:r>
    </w:p>
    <w:p>
      <w:r>
        <w:rPr>
          <w:b/>
        </w:rPr>
        <w:t xml:space="preserve">[07:18] </w:t>
      </w:r>
      <w:r>
        <w:t>isko hum</w:t>
      </w:r>
    </w:p>
    <w:p>
      <w:pPr>
        <w:jc w:val="right"/>
      </w:pPr>
      <w:r>
        <w:t>اس کو ہم</w:t>
      </w:r>
    </w:p>
    <w:p>
      <w:r>
        <w:rPr>
          <w:b/>
        </w:rPr>
        <w:t xml:space="preserve">[07:24] </w:t>
      </w:r>
      <w:r>
        <w:t>ten languages mein chhapen ge. un ka infrastructure bohat bara hai. unhon ne kaha ke hum das zubanon mein chhap kar is ko saari duniya mein phailayen ge. magar unfortunately mein aisi kitaab likh kar un ko na de saka. agarche abhi tak un ka yeh, un ke yeh jo shabd hain mujhe haunt karte rehte hain ke maine aisi kitaab likh kar unhein nahi di. behraal</w:t>
      </w:r>
    </w:p>
    <w:p>
      <w:pPr>
        <w:jc w:val="right"/>
      </w:pPr>
      <w:r>
        <w:t>ٹین لینگویجز میں چھاپیں گے۔ ان کا انسپائرسٹرکچر بہت بڑا ہے۔ انہوں نے کہا کہ ہم دس زبانوں میں چھاپ کر اس کو ساری دنیا میں پھیلائیں گے۔ مگر انفارچونیٹلی میں ایسی کتاب لکھ کر ان کو نہ دے سکا۔ اگرچہ ابھی تک ان کا یہ، ان کے یہ جو शब्द ہیں مجھے ہانٹ کرتے رہتے ہیں کہ میں نے ایسی کتاب لکھ کر انہیں نہیں دی۔ بہرحال</w:t>
      </w:r>
    </w:p>
    <w:p>
      <w:r>
        <w:rPr>
          <w:b/>
        </w:rPr>
        <w:t xml:space="preserve">[07:54] </w:t>
      </w:r>
      <w:r>
        <w:t>aaj mein chahta hoon ke isi topic par kuch baat kahoon.</w:t>
      </w:r>
    </w:p>
    <w:p>
      <w:pPr>
        <w:jc w:val="right"/>
      </w:pPr>
      <w:r>
        <w:t>آج میں چاہتا ہوں کہ اسی ٹاپک پر کچھ بات کہوں۔</w:t>
      </w:r>
    </w:p>
    <w:p>
      <w:r>
        <w:rPr>
          <w:b/>
        </w:rPr>
        <w:t xml:space="preserve">[07:59] </w:t>
      </w:r>
      <w:r>
        <w:t>dekhiye pehli baat yeh hai ke islam rituals ka mazhab nahi hai.</w:t>
      </w:r>
    </w:p>
    <w:p>
      <w:pPr>
        <w:jc w:val="right"/>
      </w:pPr>
      <w:r>
        <w:t>دیکھیے پہلی بات یہ ہے کہ اسلام ریچولز کا مذہب نہیں ہے۔</w:t>
      </w:r>
    </w:p>
    <w:p>
      <w:r>
        <w:rPr>
          <w:b/>
        </w:rPr>
        <w:t xml:space="preserve">[08:04] </w:t>
      </w:r>
      <w:r>
        <w:t>islam ek ideology ka mazhab hai.</w:t>
      </w:r>
    </w:p>
    <w:p>
      <w:pPr>
        <w:jc w:val="right"/>
      </w:pPr>
      <w:r>
        <w:t>اسلام ایک آئیڈیالوجی کا مذہب ہے۔</w:t>
      </w:r>
    </w:p>
    <w:p>
      <w:r>
        <w:rPr>
          <w:b/>
        </w:rPr>
        <w:t xml:space="preserve">[08:09] </w:t>
      </w:r>
      <w:r>
        <w:t>ek spirit, ek spirit hai, ek divine spirit.</w:t>
      </w:r>
    </w:p>
    <w:p>
      <w:pPr>
        <w:jc w:val="right"/>
      </w:pPr>
      <w:r>
        <w:t>ایک اسپرٹ، ایک اسپرٹ ہے، ایک ڈیوائن اسپرٹ۔</w:t>
      </w:r>
    </w:p>
    <w:p>
      <w:r>
        <w:rPr>
          <w:b/>
        </w:rPr>
        <w:t xml:space="preserve">[08:14] </w:t>
      </w:r>
      <w:r>
        <w:t>isko inculcate karna aadmi ke andar.</w:t>
      </w:r>
    </w:p>
    <w:p>
      <w:pPr>
        <w:jc w:val="right"/>
      </w:pPr>
      <w:r>
        <w:t>اس کو انکلکیٹ کرنا آدمی کے اندر۔</w:t>
      </w:r>
    </w:p>
    <w:p>
      <w:r>
        <w:rPr>
          <w:b/>
        </w:rPr>
        <w:t xml:space="preserve">[08:19] </w:t>
      </w:r>
      <w:r>
        <w:t>yeh hai islam ka</w:t>
      </w:r>
    </w:p>
    <w:p>
      <w:pPr>
        <w:jc w:val="right"/>
      </w:pPr>
      <w:r>
        <w:t>یہ ہے اسلام کا</w:t>
      </w:r>
    </w:p>
    <w:p>
      <w:r>
        <w:rPr>
          <w:b/>
        </w:rPr>
        <w:t xml:space="preserve">[08:24] </w:t>
      </w:r>
      <w:r>
        <w:t>asal target.</w:t>
      </w:r>
    </w:p>
    <w:p>
      <w:pPr>
        <w:jc w:val="right"/>
      </w:pPr>
      <w:r>
        <w:t>اصل ٹارگٹ۔</w:t>
      </w:r>
    </w:p>
    <w:p>
      <w:r>
        <w:rPr>
          <w:b/>
        </w:rPr>
        <w:t xml:space="preserve">[08:29] </w:t>
      </w:r>
      <w:r>
        <w:t>to daily life ke liye islam ne koi manual nahi diya hai.</w:t>
      </w:r>
    </w:p>
    <w:p>
      <w:pPr>
        <w:jc w:val="right"/>
      </w:pPr>
      <w:r>
        <w:t>تو ڈیلی لائف کے لیے اسلام نے کوئی مینول نہیں دیا ہے۔</w:t>
      </w:r>
    </w:p>
    <w:p>
      <w:r>
        <w:rPr>
          <w:b/>
        </w:rPr>
        <w:t xml:space="preserve">[08:35] </w:t>
      </w:r>
      <w:r>
        <w:t>koi routine nahi diya hai.</w:t>
      </w:r>
    </w:p>
    <w:p>
      <w:pPr>
        <w:jc w:val="right"/>
      </w:pPr>
      <w:r>
        <w:t>کوئی روٹین نہیں دیا ہے۔</w:t>
      </w:r>
    </w:p>
    <w:p>
      <w:r>
        <w:rPr>
          <w:b/>
        </w:rPr>
        <w:t xml:space="preserve">[08:40] </w:t>
      </w:r>
      <w:r>
        <w:t>aisi koi baat islam mein nahi hai.</w:t>
      </w:r>
    </w:p>
    <w:p>
      <w:pPr>
        <w:jc w:val="right"/>
      </w:pPr>
      <w:r>
        <w:t>ایسی کوئی بات اسلام میں نہیں ہے۔</w:t>
      </w:r>
    </w:p>
    <w:p>
      <w:r>
        <w:rPr>
          <w:b/>
        </w:rPr>
        <w:t xml:space="preserve">[08:45] </w:t>
      </w:r>
      <w:r>
        <w:t>aap quran ko padhein to is mein koi bhi aap manual type ki cheez nahi paayenge.</w:t>
      </w:r>
    </w:p>
    <w:p>
      <w:pPr>
        <w:jc w:val="right"/>
      </w:pPr>
      <w:r>
        <w:t>آپ قرآن کو پڑھیں تو اس میں کوئی بھی آپ مینول ٹائپ کی چیز نہیں پائیں گے۔</w:t>
      </w:r>
    </w:p>
    <w:p>
      <w:r>
        <w:rPr>
          <w:b/>
        </w:rPr>
        <w:t xml:space="preserve">[08:50] </w:t>
      </w:r>
      <w:r>
        <w:t>koi routine type ki cheez nahi paayenge.</w:t>
      </w:r>
    </w:p>
    <w:p>
      <w:pPr>
        <w:jc w:val="right"/>
      </w:pPr>
      <w:r>
        <w:t>کوئی روٹین ٹائپ کی چیز نہیں پائیں گے۔</w:t>
      </w:r>
    </w:p>
    <w:p>
      <w:r>
        <w:rPr>
          <w:b/>
        </w:rPr>
        <w:t xml:space="preserve">[08:55] </w:t>
      </w:r>
      <w:r>
        <w:t>koi set of rituals is mein nahi bayan kiya gaya hoga.</w:t>
      </w:r>
    </w:p>
    <w:p>
      <w:pPr>
        <w:jc w:val="right"/>
      </w:pPr>
      <w:r>
        <w:t>کوئی سیٹ آف ریچول اس میں نہیں بیان کیا گیا ہوگا۔</w:t>
      </w:r>
    </w:p>
    <w:p>
      <w:r>
        <w:rPr>
          <w:b/>
        </w:rPr>
        <w:t xml:space="preserve">[09:01] </w:t>
      </w:r>
      <w:r>
        <w:t>saari baat chalti hai kis par? ideology par. spirit par. principle par.</w:t>
      </w:r>
    </w:p>
    <w:p>
      <w:pPr>
        <w:jc w:val="right"/>
      </w:pPr>
      <w:r>
        <w:t>ساری بات چلتی ہے کس پر؟ آئیڈیالوجی پر۔ اسپرٹ پر۔ پرنسپل پر۔</w:t>
      </w:r>
    </w:p>
    <w:p>
      <w:r>
        <w:rPr>
          <w:b/>
        </w:rPr>
        <w:t xml:space="preserve">[09:07] </w:t>
      </w:r>
      <w:r>
        <w:t>to islam ka jo target hai wo yeh hai ke insaan ke andar, aik aik individual ke andar</w:t>
      </w:r>
    </w:p>
    <w:p>
      <w:pPr>
        <w:jc w:val="right"/>
      </w:pPr>
      <w:r>
        <w:t>تو اسلام کا جو ٹارگٹ ہے وہ یہ ہے کہ انسان کے اندر، ایک ایک انڈیویجول کے اندر</w:t>
      </w:r>
    </w:p>
    <w:p>
      <w:r>
        <w:rPr>
          <w:b/>
        </w:rPr>
        <w:t xml:space="preserve">[09:14] </w:t>
      </w:r>
      <w:r>
        <w:t>aik spirit jagah diya jaye.</w:t>
      </w:r>
    </w:p>
    <w:p>
      <w:pPr>
        <w:jc w:val="right"/>
      </w:pPr>
      <w:r>
        <w:t>ایک اسپرٹ جگہ دیا جائے۔</w:t>
      </w:r>
    </w:p>
    <w:p>
      <w:r>
        <w:rPr>
          <w:b/>
        </w:rPr>
        <w:t xml:space="preserve">[09:20] </w:t>
      </w:r>
      <w:r>
        <w:t>aap keh sakte hain ke intellectual awakening.</w:t>
      </w:r>
    </w:p>
    <w:p>
      <w:pPr>
        <w:jc w:val="right"/>
      </w:pPr>
      <w:r>
        <w:t>آپ کہہ سکتے ہیں کہ انٹلیکچول اویکننگ۔</w:t>
      </w:r>
    </w:p>
    <w:p>
      <w:r>
        <w:rPr>
          <w:b/>
        </w:rPr>
        <w:t xml:space="preserve">[09:26] </w:t>
      </w:r>
      <w:r>
        <w:t>ya spiritual awakening.</w:t>
      </w:r>
    </w:p>
    <w:p>
      <w:pPr>
        <w:jc w:val="right"/>
      </w:pPr>
      <w:r>
        <w:t>یا اسپریچول اویکننگ۔</w:t>
      </w:r>
    </w:p>
    <w:p>
      <w:r>
        <w:rPr>
          <w:b/>
        </w:rPr>
        <w:t xml:space="preserve">[09:30] </w:t>
      </w:r>
      <w:r>
        <w:t>yeh islam ka target hai.</w:t>
      </w:r>
    </w:p>
    <w:p>
      <w:pPr>
        <w:jc w:val="right"/>
      </w:pPr>
      <w:r>
        <w:t>یہ اسلام کا ٹارگٹ ہے۔</w:t>
      </w:r>
    </w:p>
    <w:p>
      <w:r>
        <w:rPr>
          <w:b/>
        </w:rPr>
        <w:t xml:space="preserve">[09:34] </w:t>
      </w:r>
      <w:r>
        <w:t>taake aadmi isi spirit ki roshni mein duniya mein har kaam kare.</w:t>
      </w:r>
    </w:p>
    <w:p>
      <w:pPr>
        <w:jc w:val="right"/>
      </w:pPr>
      <w:r>
        <w:t>تاکہ آدمی اسی اسپرٹ کی روشنی میں دنیا میں ہر کام کرے۔</w:t>
      </w:r>
    </w:p>
    <w:p>
      <w:r>
        <w:rPr>
          <w:b/>
        </w:rPr>
        <w:t xml:space="preserve">[09:39] </w:t>
      </w:r>
      <w:r>
        <w:t>koi prescribed dhancha nahi islam mein bataya gaya hai.</w:t>
      </w:r>
    </w:p>
    <w:p>
      <w:pPr>
        <w:jc w:val="right"/>
      </w:pPr>
      <w:r>
        <w:t>کوئی پریسکرائب ڈھانچہ نہیں اسلام میں بتایا گیا ہے۔</w:t>
      </w:r>
    </w:p>
    <w:p>
      <w:r>
        <w:rPr>
          <w:b/>
        </w:rPr>
        <w:t xml:space="preserve">[09:43] </w:t>
      </w:r>
      <w:r>
        <w:t>balke spirit bharna, spirit bharna.</w:t>
      </w:r>
    </w:p>
    <w:p>
      <w:pPr>
        <w:jc w:val="right"/>
      </w:pPr>
      <w:r>
        <w:t>بلکہ اسپرٹ بھرنا، اسپرٹ بھرنا۔</w:t>
      </w:r>
    </w:p>
    <w:p>
      <w:r>
        <w:rPr>
          <w:b/>
        </w:rPr>
        <w:t xml:space="preserve">[09:47] </w:t>
      </w:r>
      <w:r>
        <w:t>yeh hai islam ka maqsad.</w:t>
      </w:r>
    </w:p>
    <w:p>
      <w:pPr>
        <w:jc w:val="right"/>
      </w:pPr>
      <w:r>
        <w:t>یہ ہے اسلام کا مقصد۔</w:t>
      </w:r>
    </w:p>
    <w:p>
      <w:r>
        <w:rPr>
          <w:b/>
        </w:rPr>
        <w:t xml:space="preserve">[09:52] </w:t>
      </w:r>
      <w:r>
        <w:t>to dekhiye insaan jo hai koi is</w:t>
      </w:r>
    </w:p>
    <w:p>
      <w:pPr>
        <w:jc w:val="right"/>
      </w:pPr>
      <w:r>
        <w:t>تو دیکھیے انسان جو ہے کوئی اس</w:t>
      </w:r>
    </w:p>
    <w:p>
      <w:r>
        <w:rPr>
          <w:b/>
        </w:rPr>
        <w:t xml:space="preserve">[09:56] </w:t>
      </w:r>
      <w:r>
        <w:t>techo to hai nahi.</w:t>
      </w:r>
    </w:p>
    <w:p>
      <w:pPr>
        <w:jc w:val="right"/>
      </w:pPr>
      <w:r>
        <w:t>ٹیچو تو ہے نہیں۔</w:t>
      </w:r>
    </w:p>
    <w:p>
      <w:r>
        <w:rPr>
          <w:b/>
        </w:rPr>
        <w:t xml:space="preserve">[10:01] </w:t>
      </w:r>
      <w:r>
        <w:t>insaan ke andar feeling hai, insaan ke paas mind hai.</w:t>
      </w:r>
    </w:p>
    <w:p>
      <w:pPr>
        <w:jc w:val="right"/>
      </w:pPr>
      <w:r>
        <w:t>انسان کے اندر فیلنگ ہے، انسان کے پاس مائنڈ ہے۔</w:t>
      </w:r>
    </w:p>
    <w:p>
      <w:r>
        <w:rPr>
          <w:b/>
        </w:rPr>
        <w:t xml:space="preserve">[10:06] </w:t>
      </w:r>
      <w:r>
        <w:t>to agar koi spirit bohat hi strong tareeqe se is ke andar bhar jaye to kya hoga? poori</w:t>
      </w:r>
    </w:p>
    <w:p>
      <w:pPr>
        <w:jc w:val="right"/>
      </w:pPr>
      <w:r>
        <w:t>تو اگر کوئی اسپرٹ بہت ہی سٹرانگ طریقے سے اس کے اندر بھر جائے تو کیا ہوگا؟ پوری</w:t>
      </w:r>
    </w:p>
    <w:p>
      <w:r>
        <w:rPr>
          <w:b/>
        </w:rPr>
        <w:t xml:space="preserve">[10:11] </w:t>
      </w:r>
      <w:r>
        <w:t>zindagi isi color mein rang jaye gi.</w:t>
      </w:r>
    </w:p>
    <w:p>
      <w:pPr>
        <w:jc w:val="right"/>
      </w:pPr>
      <w:r>
        <w:t>زندگی اسی کلر میں رنگ جائے گی۔</w:t>
      </w:r>
    </w:p>
    <w:p>
      <w:r>
        <w:rPr>
          <w:b/>
        </w:rPr>
        <w:t xml:space="preserve">[10:16] </w:t>
      </w:r>
      <w:r>
        <w:t>sabqat Allah kaha gaya Quran majeed mein is ko.</w:t>
      </w:r>
    </w:p>
    <w:p>
      <w:pPr>
        <w:jc w:val="right"/>
      </w:pPr>
      <w:r>
        <w:t>سبقت اللہ کہا گیا قرآن مجید میں اس کو۔</w:t>
      </w:r>
    </w:p>
    <w:p>
      <w:r>
        <w:rPr>
          <w:b/>
        </w:rPr>
        <w:t xml:space="preserve">[10:21] </w:t>
      </w:r>
      <w:r>
        <w:t>to aadmi kya hoga?</w:t>
      </w:r>
    </w:p>
    <w:p>
      <w:pPr>
        <w:jc w:val="right"/>
      </w:pPr>
      <w:r>
        <w:t>تو آدمی کیا ہوگا؟</w:t>
      </w:r>
    </w:p>
    <w:p>
      <w:r>
        <w:rPr>
          <w:b/>
        </w:rPr>
        <w:t xml:space="preserve">[10:26] </w:t>
      </w:r>
      <w:r>
        <w:t>aadmi ka haal? ke isi spirit mein jiye ga, isi spirit ke saath soye ga, isi spirit ke</w:t>
      </w:r>
    </w:p>
    <w:p>
      <w:pPr>
        <w:jc w:val="right"/>
      </w:pPr>
      <w:r>
        <w:t>آدمی کا حال؟ کہ اسی اسپرٹ میں جیئے گا، اسی اسپرٹ کے ساتھ سوئے گا، اسی اسپرٹ کے</w:t>
      </w:r>
    </w:p>
    <w:p>
      <w:r>
        <w:rPr>
          <w:b/>
        </w:rPr>
        <w:t xml:space="preserve">[10:31] </w:t>
      </w:r>
      <w:r>
        <w:t>saath jage ga.</w:t>
      </w:r>
    </w:p>
    <w:p>
      <w:pPr>
        <w:jc w:val="right"/>
      </w:pPr>
      <w:r>
        <w:t>ساتھ جاگے گا۔</w:t>
      </w:r>
    </w:p>
    <w:p>
      <w:r>
        <w:rPr>
          <w:b/>
        </w:rPr>
        <w:t xml:space="preserve">[10:35] </w:t>
      </w:r>
      <w:r>
        <w:t>isi spirit ke saath chale ga, isi spirit ke saath baithe ga.</w:t>
      </w:r>
    </w:p>
    <w:p>
      <w:pPr>
        <w:jc w:val="right"/>
      </w:pPr>
      <w:r>
        <w:t>اسی اسپرٹ کے ساتھ چلے گا، اسی اسپرٹ کے ساتھ بیٹھے گا۔</w:t>
      </w:r>
    </w:p>
    <w:p>
      <w:r>
        <w:rPr>
          <w:b/>
        </w:rPr>
        <w:t xml:space="preserve">[10:39] </w:t>
      </w:r>
      <w:r>
        <w:t>yeh haal ho jaye ga insaan ka.</w:t>
      </w:r>
    </w:p>
    <w:p>
      <w:pPr>
        <w:jc w:val="right"/>
      </w:pPr>
      <w:r>
        <w:t>یہ حال ہو جائے گا انسان کا۔</w:t>
      </w:r>
    </w:p>
    <w:p>
      <w:r>
        <w:rPr>
          <w:b/>
        </w:rPr>
        <w:t xml:space="preserve">[10:43] </w:t>
      </w:r>
      <w:r>
        <w:t>to islam in daily life ka matlab yeh nahi hai ke koi prescribed cheez hai.</w:t>
      </w:r>
    </w:p>
    <w:p>
      <w:pPr>
        <w:jc w:val="right"/>
      </w:pPr>
      <w:r>
        <w:t>تو اسلام ان ڈیلی لائف کا مطلب یہ نہیں ہے کہ کوئی پریسکرائب چیز ہے۔</w:t>
      </w:r>
    </w:p>
    <w:p>
      <w:r>
        <w:rPr>
          <w:b/>
        </w:rPr>
        <w:t xml:space="preserve">[10:48] </w:t>
      </w:r>
      <w:r>
        <w:t>koi set of rituals hai.</w:t>
      </w:r>
    </w:p>
    <w:p>
      <w:pPr>
        <w:jc w:val="right"/>
      </w:pPr>
      <w:r>
        <w:t>کوئی سیٹ آف ریچولز ہے۔</w:t>
      </w:r>
    </w:p>
    <w:p>
      <w:r>
        <w:rPr>
          <w:b/>
        </w:rPr>
        <w:t xml:space="preserve">[10:52] </w:t>
      </w:r>
      <w:r>
        <w:t>koi routine hai. koi manual</w:t>
      </w:r>
    </w:p>
    <w:p>
      <w:pPr>
        <w:jc w:val="right"/>
      </w:pPr>
      <w:r>
        <w:t>کوئی روٹین ہے۔ کوئی مینول</w:t>
      </w:r>
    </w:p>
    <w:p>
      <w:r>
        <w:rPr>
          <w:b/>
        </w:rPr>
        <w:t xml:space="preserve">[10:56] </w:t>
      </w:r>
      <w:r>
        <w:t>type ki cheez hai. nahi.</w:t>
      </w:r>
    </w:p>
    <w:p>
      <w:pPr>
        <w:jc w:val="right"/>
      </w:pPr>
      <w:r>
        <w:t>ٹائپ کی چیز ہے۔ نہیں۔</w:t>
      </w:r>
    </w:p>
    <w:p>
      <w:r>
        <w:rPr>
          <w:b/>
        </w:rPr>
        <w:t xml:space="preserve">[11:02] </w:t>
      </w:r>
      <w:r>
        <w:t>balkay aik spirit hai jo bhar di jati hai phir isi ke tehat aadmi kaam karta hai.</w:t>
      </w:r>
    </w:p>
    <w:p>
      <w:pPr>
        <w:jc w:val="right"/>
      </w:pPr>
      <w:r>
        <w:t>بلکہ ایک اسپرٹ ہے جو بھر دی جاتی ہے پھر اسی کے تحت آدمی کام کرتا ہے۔</w:t>
      </w:r>
    </w:p>
    <w:p>
      <w:r>
        <w:rPr>
          <w:b/>
        </w:rPr>
        <w:t xml:space="preserve">[11:07] </w:t>
      </w:r>
      <w:r>
        <w:t>ab dekhiye ke main apnay experience ki roshni mein, hadithon ki roshni mein, quran ki roshni mein kuch</w:t>
      </w:r>
    </w:p>
    <w:p>
      <w:pPr>
        <w:jc w:val="right"/>
      </w:pPr>
      <w:r>
        <w:t>اب دیکھیے کہ میں اپنے ایکسپیرئینس کی روشنی میں، حدیثوں کی روشنی میں، قرآن کی روشنی میں کچھ</w:t>
      </w:r>
    </w:p>
    <w:p>
      <w:r>
        <w:rPr>
          <w:b/>
        </w:rPr>
        <w:t xml:space="preserve">[11:12] </w:t>
      </w:r>
      <w:r>
        <w:t>baatein arz karta hoon.</w:t>
      </w:r>
    </w:p>
    <w:p>
      <w:pPr>
        <w:jc w:val="right"/>
      </w:pPr>
      <w:r>
        <w:t>باتیں عرض کرتا ہوں۔</w:t>
      </w:r>
    </w:p>
    <w:p>
      <w:r>
        <w:rPr>
          <w:b/>
        </w:rPr>
        <w:t xml:space="preserve">[11:18] </w:t>
      </w:r>
      <w:r>
        <w:t>ke kaise aik momin ka, aik sachay believer ka kya haal hota hai, kis tarah is ke raat</w:t>
      </w:r>
    </w:p>
    <w:p>
      <w:pPr>
        <w:jc w:val="right"/>
      </w:pPr>
      <w:r>
        <w:t>کہ کیسے ایک مومن کا، ایک سچے بیلیور کا کیا حال ہوتا ہے، کس طرح اس کے رات</w:t>
      </w:r>
    </w:p>
    <w:p>
      <w:r>
        <w:rPr>
          <w:b/>
        </w:rPr>
        <w:t xml:space="preserve">[11:23] </w:t>
      </w:r>
      <w:r>
        <w:t>din guzarte hain.</w:t>
      </w:r>
    </w:p>
    <w:p>
      <w:pPr>
        <w:jc w:val="right"/>
      </w:pPr>
      <w:r>
        <w:t>دن گزرتے ہیں۔</w:t>
      </w:r>
    </w:p>
    <w:p>
      <w:r>
        <w:rPr>
          <w:b/>
        </w:rPr>
        <w:t xml:space="preserve">[11:28] </w:t>
      </w:r>
      <w:r>
        <w:t>dekhiye aap ko har aik ke oopar raat aati hai.</w:t>
      </w:r>
    </w:p>
    <w:p>
      <w:pPr>
        <w:jc w:val="right"/>
      </w:pPr>
      <w:r>
        <w:t>دیکھیے آپ کو ہر ایک کے اوپر رات آتی ہے۔</w:t>
      </w:r>
    </w:p>
    <w:p>
      <w:r>
        <w:rPr>
          <w:b/>
        </w:rPr>
        <w:t xml:space="preserve">[11:34] </w:t>
      </w:r>
      <w:r>
        <w:t>raat ko aadmi sota hai.</w:t>
      </w:r>
    </w:p>
    <w:p>
      <w:pPr>
        <w:jc w:val="right"/>
      </w:pPr>
      <w:r>
        <w:t>رات کو آدمی سوتا ہے۔</w:t>
      </w:r>
    </w:p>
    <w:p>
      <w:r>
        <w:rPr>
          <w:b/>
        </w:rPr>
        <w:t xml:space="preserve">[11:39] </w:t>
      </w:r>
      <w:r>
        <w:t>aur subah ko phir fresh ho kar uthta hai.</w:t>
      </w:r>
    </w:p>
    <w:p>
      <w:pPr>
        <w:jc w:val="right"/>
      </w:pPr>
      <w:r>
        <w:t>اور صبح کو پھر فریش ہو کر اٹھتا ہے۔</w:t>
      </w:r>
    </w:p>
    <w:p>
      <w:r>
        <w:rPr>
          <w:b/>
        </w:rPr>
        <w:t xml:space="preserve">[11:45] </w:t>
      </w:r>
      <w:r>
        <w:t>aaj tak scientific studies se yeh pata nahi chala ke insaan par neend kyun utari hoti hai.</w:t>
      </w:r>
    </w:p>
    <w:p>
      <w:pPr>
        <w:jc w:val="right"/>
      </w:pPr>
      <w:r>
        <w:t>آج تک سائنٹیفک اسٹڈیز سے یہ پتہ نہیں چلا کہ انسان پر نیند کیوں اتاری ہوتی ہے۔</w:t>
      </w:r>
    </w:p>
    <w:p>
      <w:r>
        <w:rPr>
          <w:b/>
        </w:rPr>
        <w:t xml:space="preserve">[11:50] </w:t>
      </w:r>
      <w:r>
        <w:t>kyun insaan sota hai.</w:t>
      </w:r>
    </w:p>
    <w:p>
      <w:pPr>
        <w:jc w:val="right"/>
      </w:pPr>
      <w:r>
        <w:t>کیوں انسان سو جاتا ہے۔</w:t>
      </w:r>
    </w:p>
    <w:p>
      <w:r>
        <w:rPr>
          <w:b/>
        </w:rPr>
        <w:t xml:space="preserve">[11:56] </w:t>
      </w:r>
      <w:r>
        <w:t>yeh khuda ki aik blessing hai.</w:t>
      </w:r>
    </w:p>
    <w:p>
      <w:pPr>
        <w:jc w:val="right"/>
      </w:pPr>
      <w:r>
        <w:t>یہ خدا کی ایک بلیسنگ ہے۔</w:t>
      </w:r>
    </w:p>
    <w:p>
      <w:r>
        <w:rPr>
          <w:b/>
        </w:rPr>
        <w:t xml:space="preserve">[12:01] </w:t>
      </w:r>
      <w:r>
        <w:t>koi is ka explanation nahi hai.</w:t>
      </w:r>
    </w:p>
    <w:p>
      <w:pPr>
        <w:jc w:val="right"/>
      </w:pPr>
      <w:r>
        <w:t>کوئی اس کا ایکسپلینیشن نہیں ہے۔</w:t>
      </w:r>
    </w:p>
    <w:p>
      <w:r>
        <w:rPr>
          <w:b/>
        </w:rPr>
        <w:t xml:space="preserve">[12:05] </w:t>
      </w:r>
      <w:r>
        <w:t>ke neend kyun aati hai.</w:t>
      </w:r>
    </w:p>
    <w:p>
      <w:pPr>
        <w:jc w:val="right"/>
      </w:pPr>
      <w:r>
        <w:t>کہ نیند کیوں آتی ہے۔</w:t>
      </w:r>
    </w:p>
    <w:p>
      <w:r>
        <w:rPr>
          <w:b/>
        </w:rPr>
        <w:t xml:space="preserve">[12:09] </w:t>
      </w:r>
      <w:r>
        <w:t>to raat aayi.</w:t>
      </w:r>
    </w:p>
    <w:p>
      <w:pPr>
        <w:jc w:val="right"/>
      </w:pPr>
      <w:r>
        <w:t>تو رات آئی۔</w:t>
      </w:r>
    </w:p>
    <w:p>
      <w:r>
        <w:rPr>
          <w:b/>
        </w:rPr>
        <w:t xml:space="preserve">[12:13] </w:t>
      </w:r>
      <w:r>
        <w:t>aap so gaye.</w:t>
      </w:r>
    </w:p>
    <w:p>
      <w:pPr>
        <w:jc w:val="right"/>
      </w:pPr>
      <w:r>
        <w:t>آپ سو گئے۔</w:t>
      </w:r>
    </w:p>
    <w:p>
      <w:r>
        <w:rPr>
          <w:b/>
        </w:rPr>
        <w:t xml:space="preserve">[12:17] </w:t>
      </w:r>
      <w:r>
        <w:t>sone ke baad jab subah ko uthe aap to aap fresh thay.</w:t>
      </w:r>
    </w:p>
    <w:p>
      <w:pPr>
        <w:jc w:val="right"/>
      </w:pPr>
      <w:r>
        <w:t>سونے کے بعد جب صبح کو اٹھے آپ تو آپ فریش تھے۔</w:t>
      </w:r>
    </w:p>
    <w:p>
      <w:r>
        <w:rPr>
          <w:b/>
        </w:rPr>
        <w:t xml:space="preserve">[12:21] </w:t>
      </w:r>
      <w:r>
        <w:t>to pehla jo kaam aap ko karna hai woh kya? woh khuda ka shukar.</w:t>
      </w:r>
    </w:p>
    <w:p>
      <w:pPr>
        <w:jc w:val="right"/>
      </w:pPr>
      <w:r>
        <w:t>تو پہلا جو کام آپ کو کرنا ہے وہ کیا؟ وہ خدا کا شکر۔</w:t>
      </w:r>
    </w:p>
    <w:p>
      <w:r>
        <w:rPr>
          <w:b/>
        </w:rPr>
        <w:t xml:space="preserve">[12:25] </w:t>
      </w:r>
      <w:r>
        <w:t>khuda ko shukar ka matlab hai khuda ko acknowledge karna.</w:t>
      </w:r>
    </w:p>
    <w:p>
      <w:pPr>
        <w:jc w:val="right"/>
      </w:pPr>
      <w:r>
        <w:t>خدا کو شکر کا مطلب ہے خدا کو اکنالش کرنا۔</w:t>
      </w:r>
    </w:p>
    <w:p>
      <w:r>
        <w:rPr>
          <w:b/>
        </w:rPr>
        <w:t xml:space="preserve">[12:29] </w:t>
      </w:r>
      <w:r>
        <w:t>shukar ka matlab hai acknowledge karna.</w:t>
      </w:r>
    </w:p>
    <w:p>
      <w:pPr>
        <w:jc w:val="right"/>
      </w:pPr>
      <w:r>
        <w:t>شکر کا مطلب ہے اکنالش کرنا۔</w:t>
      </w:r>
    </w:p>
    <w:p>
      <w:r>
        <w:rPr>
          <w:b/>
        </w:rPr>
        <w:t xml:space="preserve">[12:32] </w:t>
      </w:r>
      <w:r>
        <w:t>ke khudaya tera kitna bara ehsaan hai ke main din ko thaka hua tha.</w:t>
      </w:r>
    </w:p>
    <w:p>
      <w:pPr>
        <w:jc w:val="right"/>
      </w:pPr>
      <w:r>
        <w:t>کہ خدایا تیرا کتنا بڑا احسان ہے کہ میں دن کو تھکا ہوا تھا۔</w:t>
      </w:r>
    </w:p>
    <w:p>
      <w:r>
        <w:rPr>
          <w:b/>
        </w:rPr>
        <w:t xml:space="preserve">[12:38] </w:t>
      </w:r>
      <w:r>
        <w:t>to ne mere oopar raat ko neend taari kar di.</w:t>
      </w:r>
    </w:p>
    <w:p>
      <w:pPr>
        <w:jc w:val="right"/>
      </w:pPr>
      <w:r>
        <w:t>تو نے میرے اوپر رات کو نیند طاری کر دی۔</w:t>
      </w:r>
    </w:p>
    <w:p>
      <w:r>
        <w:rPr>
          <w:b/>
        </w:rPr>
        <w:t xml:space="preserve">[12:44] </w:t>
      </w:r>
      <w:r>
        <w:t>main khoob soya.</w:t>
      </w:r>
    </w:p>
    <w:p>
      <w:pPr>
        <w:jc w:val="right"/>
      </w:pPr>
      <w:r>
        <w:t>میں خوب سویا۔</w:t>
      </w:r>
    </w:p>
    <w:p>
      <w:r>
        <w:rPr>
          <w:b/>
        </w:rPr>
        <w:t xml:space="preserve">[12:51] </w:t>
      </w:r>
      <w:r>
        <w:t>aur sone ke baad ab main fresh utha hoon kaam karne ke liye.</w:t>
      </w:r>
    </w:p>
    <w:p>
      <w:pPr>
        <w:jc w:val="right"/>
      </w:pPr>
      <w:r>
        <w:t>اور سونے کے بعد اب میں فریش اٹھا ہوں کام کرنے کے لیے۔</w:t>
      </w:r>
    </w:p>
    <w:p>
      <w:r>
        <w:rPr>
          <w:b/>
        </w:rPr>
        <w:t xml:space="preserve">[12:57] </w:t>
      </w:r>
      <w:r>
        <w:t>to subah ko jab uthte hain aap to pehla islami kaam kya hai? is par khuda ka shukar karna. is par</w:t>
      </w:r>
    </w:p>
    <w:p>
      <w:pPr>
        <w:jc w:val="right"/>
      </w:pPr>
      <w:r>
        <w:t>تو صبح کو جب اٹھتے ہیں آپ تو پہلا اسلامی کام کیا ہے؟ اس پر خدا کا شکر کرنا۔ اس پر</w:t>
      </w:r>
    </w:p>
    <w:p>
      <w:r>
        <w:rPr>
          <w:b/>
        </w:rPr>
        <w:t xml:space="preserve">[13:03] </w:t>
      </w:r>
      <w:r>
        <w:t>Khuda ki blessing ko acknowledge karna. ke us ne aap ko sone ka mauqa diya. is ke baad aap wuzu karte hain. aur namaz padhte hain. wuzu kya hai? wuzu ke baad hadith mein aata hai ke Rasool Allah yeh dua padhte thay ke Allahumma jallilni min al-taw</w:t>
      </w:r>
    </w:p>
    <w:p>
      <w:pPr>
        <w:jc w:val="right"/>
      </w:pPr>
      <w:r>
        <w:t>خدا کی بلیسنگ کو اکنالش کرنا۔ کہ اس نے آپ کو سونے کا موقع دیا۔ اس کے بعد آپ وضو کرتے ہیں۔ اور نماز پڑھتے ہیں۔ وضو کیا ہے؟ وضو کے بعد حدیث میں آتا ہے کہ رسول اللہ یہ دعا پڑھتے تھے کہ اللہم جل من الت</w:t>
      </w:r>
    </w:p>
    <w:p>
      <w:r>
        <w:rPr>
          <w:b/>
        </w:rPr>
        <w:t xml:space="preserve">[13:33] </w:t>
      </w:r>
      <w:r>
        <w:t>wa bain wa jal min al muthahireen.</w:t>
      </w:r>
    </w:p>
    <w:p>
      <w:pPr>
        <w:jc w:val="right"/>
      </w:pPr>
      <w:r>
        <w:t>وابین وجل من المطہرین۔</w:t>
      </w:r>
    </w:p>
    <w:p>
      <w:r>
        <w:rPr>
          <w:b/>
        </w:rPr>
        <w:t xml:space="preserve">[13:37] </w:t>
      </w:r>
      <w:r>
        <w:t>khudaya tu mujhe poori fawaid logon mein se bana de.</w:t>
      </w:r>
    </w:p>
    <w:p>
      <w:pPr>
        <w:jc w:val="right"/>
      </w:pPr>
      <w:r>
        <w:t>خدایا تو مجھے پوری فوائد لوگوں میں سے بنا دے۔</w:t>
      </w:r>
    </w:p>
    <w:p>
      <w:r>
        <w:rPr>
          <w:b/>
        </w:rPr>
        <w:t xml:space="preserve">[13:42] </w:t>
      </w:r>
      <w:r>
        <w:t>tu wuzu mein aap ne haath dhoya.</w:t>
      </w:r>
    </w:p>
    <w:p>
      <w:pPr>
        <w:jc w:val="right"/>
      </w:pPr>
      <w:r>
        <w:t>تو وضو میں آپ نے ہاتھ دھویا۔</w:t>
      </w:r>
    </w:p>
    <w:p>
      <w:r>
        <w:rPr>
          <w:b/>
        </w:rPr>
        <w:t xml:space="preserve">[13:47] </w:t>
      </w:r>
      <w:r>
        <w:t>apne face ko dhoya.</w:t>
      </w:r>
    </w:p>
    <w:p>
      <w:pPr>
        <w:jc w:val="right"/>
      </w:pPr>
      <w:r>
        <w:t>اپنے فیس کو دھویا۔</w:t>
      </w:r>
    </w:p>
    <w:p>
      <w:r>
        <w:rPr>
          <w:b/>
        </w:rPr>
        <w:t xml:space="preserve">[13:51] </w:t>
      </w:r>
      <w:r>
        <w:t>paon ko dhoya.</w:t>
      </w:r>
    </w:p>
    <w:p>
      <w:pPr>
        <w:jc w:val="right"/>
      </w:pPr>
      <w:r>
        <w:t>پاؤں کو دھویا۔</w:t>
      </w:r>
    </w:p>
    <w:p>
      <w:r>
        <w:rPr>
          <w:b/>
        </w:rPr>
        <w:t xml:space="preserve">[13:56] </w:t>
      </w:r>
      <w:r>
        <w:t>dhoya aap ne pani se.</w:t>
      </w:r>
    </w:p>
    <w:p>
      <w:pPr>
        <w:jc w:val="right"/>
      </w:pPr>
      <w:r>
        <w:t>دھویا آپ نے پانی سے۔</w:t>
      </w:r>
    </w:p>
    <w:p>
      <w:r>
        <w:rPr>
          <w:b/>
        </w:rPr>
        <w:t xml:space="preserve">[14:01] </w:t>
      </w:r>
      <w:r>
        <w:t>lekin woh hai kya? woh symbol hai internal purification ka.</w:t>
      </w:r>
    </w:p>
    <w:p>
      <w:pPr>
        <w:jc w:val="right"/>
      </w:pPr>
      <w:r>
        <w:t>لیکن وہ ہے کیا؟ وہ سمبل ہے انٹرنل پیوریفیکیشن کا۔</w:t>
      </w:r>
    </w:p>
    <w:p>
      <w:r>
        <w:rPr>
          <w:b/>
        </w:rPr>
        <w:t xml:space="preserve">[14:05] </w:t>
      </w:r>
      <w:r>
        <w:t>bahar se aap ne dhoya apne body ke kuch hisson ko pani se. lekin feeling kya aana chahiye aap ke andar? woh is Rasool Allah ki is dua mein milti hai. ke Khudaaya jis tarah se maine apne body ko pani se paak kiya hai isi tarah tu mere dil ko, mere dimagh ko, mere soul ko, mere andar ki jo personality hai us ko purify</w:t>
      </w:r>
    </w:p>
    <w:p>
      <w:pPr>
        <w:jc w:val="right"/>
      </w:pPr>
      <w:r>
        <w:t>باہر سے آپ نے دھویا اپنے باڈی کے کچھ حصوں کو پانی سے۔ لیکن فیلنگ کیا آنا چاہیے آپ کے اندر؟ وہ اس رسول اللہ کی اس دعا میں ملتی ہے۔ کہ خدایا جس طرح سے میں نے اپنے باڈی کو پانی سے پاک کیا ہے اسی طرح تو میرے دل کو، میرے دماغ کو، میرے سول کو، میرے اندر کی جو پرسنیلٹی ہے اس کو پیوریفائی</w:t>
      </w:r>
    </w:p>
    <w:p>
      <w:r>
        <w:rPr>
          <w:b/>
        </w:rPr>
        <w:t xml:space="preserve">[14:35] </w:t>
      </w:r>
      <w:r>
        <w:t>kar de.</w:t>
      </w:r>
    </w:p>
    <w:p>
      <w:pPr>
        <w:jc w:val="right"/>
      </w:pPr>
      <w:r>
        <w:t>کر دے۔</w:t>
      </w:r>
    </w:p>
    <w:p>
      <w:r>
        <w:rPr>
          <w:b/>
        </w:rPr>
        <w:t xml:space="preserve">[14:40] </w:t>
      </w:r>
      <w:r>
        <w:t>kitna bara yeh, kitni bari yeh baat hai.</w:t>
      </w:r>
    </w:p>
    <w:p>
      <w:pPr>
        <w:jc w:val="right"/>
      </w:pPr>
      <w:r>
        <w:t>کتنا بڑا یہ، کتنی بڑی یہ بات ہے۔</w:t>
      </w:r>
    </w:p>
    <w:p>
      <w:r>
        <w:rPr>
          <w:b/>
        </w:rPr>
        <w:t xml:space="preserve">[14:46] </w:t>
      </w:r>
      <w:r>
        <w:t>ke yahin se aap din shuru kar rahe hain apna.</w:t>
      </w:r>
    </w:p>
    <w:p>
      <w:pPr>
        <w:jc w:val="right"/>
      </w:pPr>
      <w:r>
        <w:t>کہ یہیں سے آپ دن شروع کر رہے ہیں اپنا۔</w:t>
      </w:r>
    </w:p>
    <w:p>
      <w:r>
        <w:rPr>
          <w:b/>
        </w:rPr>
        <w:t xml:space="preserve">[14:51] </w:t>
      </w:r>
      <w:r>
        <w:t>apne aap ko ek purified soul ke taur par.</w:t>
      </w:r>
    </w:p>
    <w:p>
      <w:pPr>
        <w:jc w:val="right"/>
      </w:pPr>
      <w:r>
        <w:t>اپنے آپ کو ایک پیوریفائیڈ سول کے طور پر۔</w:t>
      </w:r>
    </w:p>
    <w:p>
      <w:r>
        <w:rPr>
          <w:b/>
        </w:rPr>
        <w:t xml:space="preserve">[14:56] </w:t>
      </w:r>
      <w:r>
        <w:t>ek purified soul ban kar aap duniya mein dakhil ho rahe hain.</w:t>
      </w:r>
    </w:p>
    <w:p>
      <w:pPr>
        <w:jc w:val="right"/>
      </w:pPr>
      <w:r>
        <w:t>ایک پیوریفائیڈ سول بن کر آپ دنیا میں داخل ہو رہے ہیں۔</w:t>
      </w:r>
    </w:p>
    <w:p>
      <w:r>
        <w:rPr>
          <w:b/>
        </w:rPr>
        <w:t xml:space="preserve">[15:01] </w:t>
      </w:r>
      <w:r>
        <w:t>phir aap namaz parhte hain.</w:t>
      </w:r>
    </w:p>
    <w:p>
      <w:pPr>
        <w:jc w:val="right"/>
      </w:pPr>
      <w:r>
        <w:t>پھر آپ نماز پڑھتے ہیں۔</w:t>
      </w:r>
    </w:p>
    <w:p>
      <w:r>
        <w:rPr>
          <w:b/>
        </w:rPr>
        <w:t xml:space="preserve">[15:06] </w:t>
      </w:r>
      <w:r>
        <w:t>Fajr ki namaz jo sun rise se pehle padhi jati hai. to namaz ek poori complete ibadat hai. is ke bohat se aspects hain. mein sirf do baat arz karoon ga. ke namaz ka jo, namaz ki jo beginning hai woh hoti hai kahan se? Allahu Akbar. aap Allahu Akbar keh</w:t>
      </w:r>
    </w:p>
    <w:p>
      <w:pPr>
        <w:jc w:val="right"/>
      </w:pPr>
      <w:r>
        <w:t>فجر کی نماز جو سن رائز سے پہلے پڑھی جاتی ہے۔ تو نماز ایک پوری کمپلیٹ عبادت ہے۔ اس کے بہت سے آسپیکٹ ہیں۔ میں صرف دو بات عرض کروں گا۔ کہ نماز کا جو، نماز کی جو بگننگ ہے وہ ہوتی ہے کہاں سے؟ اللہ اکبر۔ آپ اللہ اکبر کہ</w:t>
      </w:r>
    </w:p>
    <w:p>
      <w:r>
        <w:rPr>
          <w:b/>
        </w:rPr>
        <w:t xml:space="preserve">[15:36] </w:t>
      </w:r>
      <w:r>
        <w:t>h kar ke haath bandhte hain.</w:t>
      </w:r>
    </w:p>
    <w:p>
      <w:pPr>
        <w:jc w:val="right"/>
      </w:pPr>
      <w:r>
        <w:t>ہ کر کے ہاتھ باندھتے ہیں۔</w:t>
      </w:r>
    </w:p>
    <w:p>
      <w:r>
        <w:rPr>
          <w:b/>
        </w:rPr>
        <w:t xml:space="preserve">[15:41] </w:t>
      </w:r>
      <w:r>
        <w:t>yahan se beginning hui.</w:t>
      </w:r>
    </w:p>
    <w:p>
      <w:pPr>
        <w:jc w:val="right"/>
      </w:pPr>
      <w:r>
        <w:t>یہاں سے بگننگ ہوئی۔</w:t>
      </w:r>
    </w:p>
    <w:p>
      <w:r>
        <w:rPr>
          <w:b/>
        </w:rPr>
        <w:t xml:space="preserve">[15:45] </w:t>
      </w:r>
      <w:r>
        <w:t>yani aap ne Khuda ki barhai ko acknowledge kiya.</w:t>
      </w:r>
    </w:p>
    <w:p>
      <w:pPr>
        <w:jc w:val="right"/>
      </w:pPr>
      <w:r>
        <w:t>یعنی آپ نے خدا کی بڑائی کو اکنالش کیا۔</w:t>
      </w:r>
    </w:p>
    <w:p>
      <w:r>
        <w:rPr>
          <w:b/>
        </w:rPr>
        <w:t xml:space="preserve">[15:50] </w:t>
      </w:r>
      <w:r>
        <w:t>Allah Akbar means God is Great.</w:t>
      </w:r>
    </w:p>
    <w:p>
      <w:pPr>
        <w:jc w:val="right"/>
      </w:pPr>
      <w:r>
        <w:t>اللہ اکبر مینز گاڈ از گریٹ۔</w:t>
      </w:r>
    </w:p>
    <w:p>
      <w:r>
        <w:rPr>
          <w:b/>
        </w:rPr>
        <w:t xml:space="preserve">[15:54] </w:t>
      </w:r>
      <w:r>
        <w:t>tu kaha din ka jo aap ne shuru kiya din ko to kahan se? apne creator ko, ke</w:t>
      </w:r>
    </w:p>
    <w:p>
      <w:pPr>
        <w:jc w:val="right"/>
      </w:pPr>
      <w:r>
        <w:t>تو کہا دن کا جو آپ نے شروع کیا دن کو تو کہاں سے؟ اپنے کریٹر کو، کی</w:t>
      </w:r>
    </w:p>
    <w:p>
      <w:r>
        <w:rPr>
          <w:b/>
        </w:rPr>
        <w:t xml:space="preserve">[15:58] </w:t>
      </w:r>
      <w:r>
        <w:t>barhai ko acknowledge kar ke.</w:t>
      </w:r>
    </w:p>
    <w:p>
      <w:pPr>
        <w:jc w:val="right"/>
      </w:pPr>
      <w:r>
        <w:t>بڑائی کو اکنالش کر کے۔</w:t>
      </w:r>
    </w:p>
    <w:p>
      <w:r>
        <w:rPr>
          <w:b/>
        </w:rPr>
        <w:t xml:space="preserve">[16:03] </w:t>
      </w:r>
      <w:r>
        <w:t>woh, woh hasti hai jis ne aap ko paida kiya.</w:t>
      </w:r>
    </w:p>
    <w:p>
      <w:pPr>
        <w:jc w:val="right"/>
      </w:pPr>
      <w:r>
        <w:t>وہ، وہ ہستی ہے جس نے آپ کو پیدا کیا۔</w:t>
      </w:r>
    </w:p>
    <w:p>
      <w:r>
        <w:rPr>
          <w:b/>
        </w:rPr>
        <w:t xml:space="preserve">[16:07] </w:t>
      </w:r>
      <w:r>
        <w:t>jo aap ka creator hai, jo aap ka sustainer hai.</w:t>
      </w:r>
    </w:p>
    <w:p>
      <w:pPr>
        <w:jc w:val="right"/>
      </w:pPr>
      <w:r>
        <w:t>جو آپ کا کریٹر ہے، جو آپ کا سسٹینر ہے۔</w:t>
      </w:r>
    </w:p>
    <w:p>
      <w:r>
        <w:rPr>
          <w:b/>
        </w:rPr>
        <w:t xml:space="preserve">[16:11] </w:t>
      </w:r>
      <w:r>
        <w:t>jo har cheez aap ko deta hai.</w:t>
      </w:r>
    </w:p>
    <w:p>
      <w:pPr>
        <w:jc w:val="right"/>
      </w:pPr>
      <w:r>
        <w:t>جو ہر چیز آپ کو دیتا ہے۔</w:t>
      </w:r>
    </w:p>
    <w:p>
      <w:r>
        <w:rPr>
          <w:b/>
        </w:rPr>
        <w:t xml:space="preserve">[16:16] </w:t>
      </w:r>
      <w:r>
        <w:t>tu aap ne kaha ke Allah Akbar.</w:t>
      </w:r>
    </w:p>
    <w:p>
      <w:pPr>
        <w:jc w:val="right"/>
      </w:pPr>
      <w:r>
        <w:t>تو آپ نے کہا کہ اللہ اکبر۔</w:t>
      </w:r>
    </w:p>
    <w:p>
      <w:r>
        <w:rPr>
          <w:b/>
        </w:rPr>
        <w:t xml:space="preserve">[16:20] </w:t>
      </w:r>
      <w:r>
        <w:t>God is Great.</w:t>
      </w:r>
    </w:p>
    <w:p>
      <w:pPr>
        <w:jc w:val="right"/>
      </w:pPr>
      <w:r>
        <w:t>گاڈ از گریٹ۔</w:t>
      </w:r>
    </w:p>
    <w:p>
      <w:r>
        <w:rPr>
          <w:b/>
        </w:rPr>
        <w:t xml:space="preserve">[16:25] </w:t>
      </w:r>
      <w:r>
        <w:t>lekin is mein ek aur cheez implicit hai.</w:t>
      </w:r>
    </w:p>
    <w:p>
      <w:pPr>
        <w:jc w:val="right"/>
      </w:pPr>
      <w:r>
        <w:t>لیکن اس میں ایک اور چیز ایمپلیسٹ ہے۔</w:t>
      </w:r>
    </w:p>
    <w:p>
      <w:r>
        <w:rPr>
          <w:b/>
        </w:rPr>
        <w:t xml:space="preserve">[16:29] </w:t>
      </w:r>
      <w:r>
        <w:t>woh kya? god is great and i am not great.</w:t>
      </w:r>
    </w:p>
    <w:p>
      <w:pPr>
        <w:jc w:val="right"/>
      </w:pPr>
      <w:r>
        <w:t>وہ کیا؟ گاڈ از گریٹ اینڈ آئی ایم ناٹ گریٹ۔</w:t>
      </w:r>
    </w:p>
    <w:p>
      <w:r>
        <w:rPr>
          <w:b/>
        </w:rPr>
        <w:t xml:space="preserve">[16:33] </w:t>
      </w:r>
      <w:r>
        <w:t>khuda ko bara kehna apne aap mein us ke andar yeh</w:t>
      </w:r>
    </w:p>
    <w:p>
      <w:pPr>
        <w:jc w:val="right"/>
      </w:pPr>
      <w:r>
        <w:t>خدا کو بڑا کہنا اپنے آپ میں اس کے اندر یہ</w:t>
      </w:r>
    </w:p>
    <w:p>
      <w:r>
        <w:rPr>
          <w:b/>
        </w:rPr>
        <w:t xml:space="preserve">[16:38] </w:t>
      </w:r>
      <w:r>
        <w:t>meaning shamil hai ke i am not great.</w:t>
      </w:r>
    </w:p>
    <w:p>
      <w:pPr>
        <w:jc w:val="right"/>
      </w:pPr>
      <w:r>
        <w:t>میننگ شامل ہے کہ آئی ایم ناٹ گریٹ۔</w:t>
      </w:r>
    </w:p>
    <w:p>
      <w:r>
        <w:rPr>
          <w:b/>
        </w:rPr>
        <w:t xml:space="preserve">[16:43] </w:t>
      </w:r>
      <w:r>
        <w:t>toh yeh kya hua? yeh hai modesty ka lesson. modesty.</w:t>
      </w:r>
    </w:p>
    <w:p>
      <w:pPr>
        <w:jc w:val="right"/>
      </w:pPr>
      <w:r>
        <w:t>تو یہ کیا ہوا؟ یہ ہے ماڈیسٹی کا لیسن۔ ماڈیسٹی۔</w:t>
      </w:r>
    </w:p>
    <w:p>
      <w:r>
        <w:rPr>
          <w:b/>
        </w:rPr>
        <w:t xml:space="preserve">[16:48] </w:t>
      </w:r>
      <w:r>
        <w:t>kyun ke namaz aap ko modesty ka, ka, ka dose deti hai.</w:t>
      </w:r>
    </w:p>
    <w:p>
      <w:pPr>
        <w:jc w:val="right"/>
      </w:pPr>
      <w:r>
        <w:t>کیونکہ نماز آپ کو ماڈیسٹی کا، کا، کا ڈوز دیتی ہے۔</w:t>
      </w:r>
    </w:p>
    <w:p>
      <w:r>
        <w:rPr>
          <w:b/>
        </w:rPr>
        <w:t xml:space="preserve">[16:53] </w:t>
      </w:r>
      <w:r>
        <w:t>isi liye aap ruku mein jhukte hain, sajda mein zameen par sar rakhte hain.</w:t>
      </w:r>
    </w:p>
    <w:p>
      <w:pPr>
        <w:jc w:val="right"/>
      </w:pPr>
      <w:r>
        <w:t>اسی لیے آپ رکوع میں جھکتے ہیں، سجدہ میں زمین پر سر رکھتے ہیں۔</w:t>
      </w:r>
    </w:p>
    <w:p>
      <w:r>
        <w:rPr>
          <w:b/>
        </w:rPr>
        <w:t xml:space="preserve">[16:59] </w:t>
      </w:r>
      <w:r>
        <w:t>yeh sab kya hai? modesty.</w:t>
      </w:r>
    </w:p>
    <w:p>
      <w:pPr>
        <w:jc w:val="right"/>
      </w:pPr>
      <w:r>
        <w:t>یہ سب کیا ہے؟ ماڈیسٹی۔</w:t>
      </w:r>
    </w:p>
    <w:p>
      <w:r>
        <w:rPr>
          <w:b/>
        </w:rPr>
        <w:t xml:space="preserve">[17:04] </w:t>
      </w:r>
      <w:r>
        <w:t>toh namaz ka ek, namaz ek spirit aap ko inculcate karti hai.</w:t>
      </w:r>
    </w:p>
    <w:p>
      <w:pPr>
        <w:jc w:val="right"/>
      </w:pPr>
      <w:r>
        <w:t>تو نماز کا ایک، نماز ایک اسپرٹ آپ کو انکلکیٹ کرتی ہے۔</w:t>
      </w:r>
    </w:p>
    <w:p>
      <w:r>
        <w:rPr>
          <w:b/>
        </w:rPr>
        <w:t xml:space="preserve">[17:09] </w:t>
      </w:r>
      <w:r>
        <w:t>woh spirit ka do sab se bara, do sab se bare aspect hain is spirit ke.</w:t>
      </w:r>
    </w:p>
    <w:p>
      <w:pPr>
        <w:jc w:val="right"/>
      </w:pPr>
      <w:r>
        <w:t>وہ اسپرٹ کا دو سب سے بڑا، دو سب سے بڑے آسپیکٹ ہیں اس اسپرٹ کے۔</w:t>
      </w:r>
    </w:p>
    <w:p>
      <w:r>
        <w:rPr>
          <w:b/>
        </w:rPr>
        <w:t xml:space="preserve">[17:15] </w:t>
      </w:r>
      <w:r>
        <w:t>pehla aspect kya hai? modesty.</w:t>
      </w:r>
    </w:p>
    <w:p>
      <w:pPr>
        <w:jc w:val="right"/>
      </w:pPr>
      <w:r>
        <w:t>پہلا آسپیکٹ کیا ہے؟ ماڈیسٹی۔</w:t>
      </w:r>
    </w:p>
    <w:p>
      <w:r>
        <w:rPr>
          <w:b/>
        </w:rPr>
        <w:t xml:space="preserve">[17:21] </w:t>
      </w:r>
      <w:r>
        <w:t>jo Allah Akbar se aap ko milti hai.</w:t>
      </w:r>
    </w:p>
    <w:p>
      <w:pPr>
        <w:jc w:val="right"/>
      </w:pPr>
      <w:r>
        <w:t>جو اللہ اکبر سے آپ کو ملتی ہے۔</w:t>
      </w:r>
    </w:p>
    <w:p>
      <w:r>
        <w:rPr>
          <w:b/>
        </w:rPr>
        <w:t xml:space="preserve">[17:27] </w:t>
      </w:r>
      <w:r>
        <w:t>god is great and i am not great.</w:t>
      </w:r>
    </w:p>
    <w:p>
      <w:pPr>
        <w:jc w:val="right"/>
      </w:pPr>
      <w:r>
        <w:t>گاڈ از گریٹ اینڈ آئی ایم ناٹ گریٹ۔</w:t>
      </w:r>
    </w:p>
    <w:p>
      <w:r>
        <w:rPr>
          <w:b/>
        </w:rPr>
        <w:t xml:space="preserve">[17:33] </w:t>
      </w:r>
      <w:r>
        <w:t>toh namaz ka, namaz se jo spirit aap ke andar laayi gayi us ka ek aspect kya hua?</w:t>
      </w:r>
    </w:p>
    <w:p>
      <w:pPr>
        <w:jc w:val="right"/>
      </w:pPr>
      <w:r>
        <w:t>تو نماز کا، نماز سے جو اسپرٹ آپ کے اندر لائی گئی اس کا ایک آسپیکٹ کیا ہوا؟</w:t>
      </w:r>
    </w:p>
    <w:p>
      <w:r>
        <w:rPr>
          <w:b/>
        </w:rPr>
        <w:t xml:space="preserve">[17:39] </w:t>
      </w:r>
      <w:r>
        <w:t>modesty.</w:t>
      </w:r>
    </w:p>
    <w:p>
      <w:pPr>
        <w:jc w:val="right"/>
      </w:pPr>
      <w:r>
        <w:t>ماڈیسٹی۔</w:t>
      </w:r>
    </w:p>
    <w:p>
      <w:r>
        <w:rPr>
          <w:b/>
        </w:rPr>
        <w:t xml:space="preserve">[17:44] </w:t>
      </w:r>
      <w:r>
        <w:t>ab modesty is the greatest virtue.</w:t>
      </w:r>
    </w:p>
    <w:p>
      <w:pPr>
        <w:jc w:val="right"/>
      </w:pPr>
      <w:r>
        <w:t>اب ماڈیسٹی از دا گریٹسٹ ورچو۔</w:t>
      </w:r>
    </w:p>
    <w:p>
      <w:r>
        <w:rPr>
          <w:b/>
        </w:rPr>
        <w:t xml:space="preserve">[17:49] </w:t>
      </w:r>
      <w:r>
        <w:t>modesty se bari koi virtue nahin.</w:t>
      </w:r>
    </w:p>
    <w:p>
      <w:pPr>
        <w:jc w:val="right"/>
      </w:pPr>
      <w:r>
        <w:t>ماڈیسٹی سے بڑی کوئی ورچو نہیں۔</w:t>
      </w:r>
    </w:p>
    <w:p>
      <w:r>
        <w:rPr>
          <w:b/>
        </w:rPr>
        <w:t xml:space="preserve">[17:55] </w:t>
      </w:r>
      <w:r>
        <w:t>saari jo virtues hain, saare jo values hain, saare jo achhi cheezein hain woh sab modesty se judi hui hain.</w:t>
      </w:r>
    </w:p>
    <w:p>
      <w:pPr>
        <w:jc w:val="right"/>
      </w:pPr>
      <w:r>
        <w:t>ساری جو ورچوز ہیں، سارے جو ویلوز ہیں، سارے جو اچھی چیزیں ہیں وہ سب ماڈیسٹی سے جڑی ہوئی ہیں۔</w:t>
      </w:r>
    </w:p>
    <w:p>
      <w:r>
        <w:rPr>
          <w:b/>
        </w:rPr>
        <w:t xml:space="preserve">[18:00] </w:t>
      </w:r>
      <w:r>
        <w:t>aakhir mein aap khatam karte hain namaz yeh keh kar assalamualaikum warahmatullah.</w:t>
      </w:r>
    </w:p>
    <w:p>
      <w:pPr>
        <w:jc w:val="right"/>
      </w:pPr>
      <w:r>
        <w:t>آخر میں آپ ختم کرتے ہیں نماز یہ کہہ کر السلام علیکم ورحمۃ اللہ۔</w:t>
      </w:r>
    </w:p>
    <w:p>
      <w:r>
        <w:rPr>
          <w:b/>
        </w:rPr>
        <w:t xml:space="preserve">[18:05] </w:t>
      </w:r>
      <w:r>
        <w:t>assalamualaikum warahmatullah.</w:t>
      </w:r>
    </w:p>
    <w:p>
      <w:pPr>
        <w:jc w:val="right"/>
      </w:pPr>
      <w:r>
        <w:t>السلام علیکم ورحمۃ اللہ۔</w:t>
      </w:r>
    </w:p>
    <w:p>
      <w:r>
        <w:rPr>
          <w:b/>
        </w:rPr>
        <w:t xml:space="preserve">[18:10] </w:t>
      </w:r>
      <w:r>
        <w:t>yeh keh kar aap dayen aur bayen apna chehra pherte hain. is ka matlab kya hua? sare globe par jo log base hue hain, sari humanity jo basi hui hai sab ko address kar rahe hain aap. sab ko address kar rahe hain. aye logon! aye insanon! aye mere bhaiyon aur behnon! tum par salamat ho, tum par peace ho. Assalamu</w:t>
      </w:r>
    </w:p>
    <w:p>
      <w:pPr>
        <w:jc w:val="right"/>
      </w:pPr>
      <w:r>
        <w:t>یہ کہہ کر آپ دائیں اور بائیں اپنا چہرہ پھیرتے ہیں۔ اس کا مطلب کیا ہوا؟ سارے گلوب پر جو لوگ بسے ہوئے ہیں، ساری ہیومینٹی جو بسی ہوئی ہے سب کو ایڈریس کر رہے ہیں آپ۔ سب کو ایڈریس کر رہے ہیں۔ اے لوگوں! اے انسانوں! اے میرے بھائیوں اور بہنوں! تم پر سلامتی ہو، تم پر پیس ہو۔ السلام</w:t>
      </w:r>
    </w:p>
    <w:p>
      <w:r>
        <w:rPr>
          <w:b/>
        </w:rPr>
        <w:t xml:space="preserve">[18:40] </w:t>
      </w:r>
      <w:r>
        <w:t>alaikum ka matlab hai peace be upon you.</w:t>
      </w:r>
    </w:p>
    <w:p>
      <w:pPr>
        <w:jc w:val="right"/>
      </w:pPr>
      <w:r>
        <w:t>علیکم کا مطلب ہے پیس بی اپان یو۔</w:t>
      </w:r>
    </w:p>
    <w:p>
      <w:r>
        <w:rPr>
          <w:b/>
        </w:rPr>
        <w:t xml:space="preserve">[18:45] </w:t>
      </w:r>
      <w:r>
        <w:t>peace be upon you.</w:t>
      </w:r>
    </w:p>
    <w:p>
      <w:pPr>
        <w:jc w:val="right"/>
      </w:pPr>
      <w:r>
        <w:t>پیس بی اپان یو۔</w:t>
      </w:r>
    </w:p>
    <w:p>
      <w:r>
        <w:rPr>
          <w:b/>
        </w:rPr>
        <w:t xml:space="preserve">[18:50] </w:t>
      </w:r>
      <w:r>
        <w:t>yeh hai kya cheez? yaani god ke aitbaar se yeh tha ke aap us ki greatness ka aitraf</w:t>
      </w:r>
    </w:p>
    <w:p>
      <w:pPr>
        <w:jc w:val="right"/>
      </w:pPr>
      <w:r>
        <w:t>یہ ہے کیا چیز؟ یعنی گاڈ کے اعتبار سے یہ تھا کہ آپ اس کی گریٹنس کا اعتراف</w:t>
      </w:r>
    </w:p>
    <w:p>
      <w:r>
        <w:rPr>
          <w:b/>
        </w:rPr>
        <w:t xml:space="preserve">[18:55] </w:t>
      </w:r>
      <w:r>
        <w:t>karein, us ko acknowledge karein.</w:t>
      </w:r>
    </w:p>
    <w:p>
      <w:pPr>
        <w:jc w:val="right"/>
      </w:pPr>
      <w:r>
        <w:t>کریں، اس کو اکنالش کریں۔</w:t>
      </w:r>
    </w:p>
    <w:p>
      <w:r>
        <w:rPr>
          <w:b/>
        </w:rPr>
        <w:t xml:space="preserve">[19:00] </w:t>
      </w:r>
      <w:r>
        <w:t>insaan ke aitbaar se kya hai? ke aap society ke andar peaceful tareeqe se rahen.</w:t>
      </w:r>
    </w:p>
    <w:p>
      <w:pPr>
        <w:jc w:val="right"/>
      </w:pPr>
      <w:r>
        <w:t>انسان کے اعتبار سے کیا ہے؟ کہ آپ سوسائٹی کے اندر پیس فل طریقے سے رہیں۔</w:t>
      </w:r>
    </w:p>
    <w:p>
      <w:r>
        <w:rPr>
          <w:b/>
        </w:rPr>
        <w:t xml:space="preserve">[19:05] </w:t>
      </w:r>
      <w:r>
        <w:t>sab ke liye aap ke dil mein peace ho.</w:t>
      </w:r>
    </w:p>
    <w:p>
      <w:pPr>
        <w:jc w:val="right"/>
      </w:pPr>
      <w:r>
        <w:t>سب کے لیے آپ کے دل میں پیس ہو۔</w:t>
      </w:r>
    </w:p>
    <w:p>
      <w:r>
        <w:rPr>
          <w:b/>
        </w:rPr>
        <w:t xml:space="preserve">[19:10] </w:t>
      </w:r>
      <w:r>
        <w:t>peace ke maani kya hain? society mein hamesha kuch na kuch aisa hoga jo aap ko acha nahi lagega.</w:t>
      </w:r>
    </w:p>
    <w:p>
      <w:pPr>
        <w:jc w:val="right"/>
      </w:pPr>
      <w:r>
        <w:t>پیس کے معنی کیا ہیں؟ سوسائٹی میں ہمیشہ کچھ نہ کچھ ایسا ہوگا جو آپ کو اچھا نہیں لگے گا۔</w:t>
      </w:r>
    </w:p>
    <w:p>
      <w:r>
        <w:rPr>
          <w:b/>
        </w:rPr>
        <w:t xml:space="preserve">[19:16] </w:t>
      </w:r>
      <w:r>
        <w:t>har ek ko azaadi hai.</w:t>
      </w:r>
    </w:p>
    <w:p>
      <w:pPr>
        <w:jc w:val="right"/>
      </w:pPr>
      <w:r>
        <w:t>ہر ایک کو آزادی ہے۔</w:t>
      </w:r>
    </w:p>
    <w:p>
      <w:r>
        <w:rPr>
          <w:b/>
        </w:rPr>
        <w:t xml:space="preserve">[19:21] </w:t>
      </w:r>
      <w:r>
        <w:t>har ek apni azaadi ko kabhi proper use karega, kabhi misuse karega.</w:t>
      </w:r>
    </w:p>
    <w:p>
      <w:pPr>
        <w:jc w:val="right"/>
      </w:pPr>
      <w:r>
        <w:t>ہر ایک اپنی آزادی کو کبھی پراپر یوز کرے گا، کبھی مس یوز کرے گا۔</w:t>
      </w:r>
    </w:p>
    <w:p>
      <w:r>
        <w:rPr>
          <w:b/>
        </w:rPr>
        <w:t xml:space="preserve">[19:26] </w:t>
      </w:r>
      <w:r>
        <w:t>kabhi apne interest mein chalega.</w:t>
      </w:r>
    </w:p>
    <w:p>
      <w:pPr>
        <w:jc w:val="right"/>
      </w:pPr>
      <w:r>
        <w:t>کبھی اپنے انٹرسٹ میں چلے گا۔</w:t>
      </w:r>
    </w:p>
    <w:p>
      <w:r>
        <w:rPr>
          <w:b/>
        </w:rPr>
        <w:t xml:space="preserve">[19:31] </w:t>
      </w:r>
      <w:r>
        <w:t>kabhi kuch karega.</w:t>
      </w:r>
    </w:p>
    <w:p>
      <w:pPr>
        <w:jc w:val="right"/>
      </w:pPr>
      <w:r>
        <w:t>کبھی کچھ کرے گا۔</w:t>
      </w:r>
    </w:p>
    <w:p>
      <w:r>
        <w:rPr>
          <w:b/>
        </w:rPr>
        <w:t xml:space="preserve">[19:37] </w:t>
      </w:r>
      <w:r>
        <w:t>to yeh impossible hai ke society mein sab kuch bilkul smooth tareeqe se ho.</w:t>
      </w:r>
    </w:p>
    <w:p>
      <w:pPr>
        <w:jc w:val="right"/>
      </w:pPr>
      <w:r>
        <w:t>تو یہ امپاسیبل ہے کہ سوسائٹی میں سب کچھ بالکل سموتھ طریقے سے ہو۔</w:t>
      </w:r>
    </w:p>
    <w:p>
      <w:r>
        <w:rPr>
          <w:b/>
        </w:rPr>
        <w:t xml:space="preserve">[19:42] </w:t>
      </w:r>
      <w:r>
        <w:t>bar bar aap ko saamna karna padega in unpleasant situation ka.</w:t>
      </w:r>
    </w:p>
    <w:p>
      <w:pPr>
        <w:jc w:val="right"/>
      </w:pPr>
      <w:r>
        <w:t>بار بار آپ کو سامنا کرنا پڑے گا ان پریزنٹ سچویشن کا۔</w:t>
      </w:r>
    </w:p>
    <w:p>
      <w:r>
        <w:rPr>
          <w:b/>
        </w:rPr>
        <w:t xml:space="preserve">[19:46] </w:t>
      </w:r>
      <w:r>
        <w:t>it is but natural.</w:t>
      </w:r>
    </w:p>
    <w:p>
      <w:pPr>
        <w:jc w:val="right"/>
      </w:pPr>
      <w:r>
        <w:t>اٹ از بٹ نیچرل۔</w:t>
      </w:r>
    </w:p>
    <w:p>
      <w:r>
        <w:rPr>
          <w:b/>
        </w:rPr>
        <w:t xml:space="preserve">[19:50] </w:t>
      </w:r>
      <w:r>
        <w:t>to is ka maani kya hua hai? jab aap kehte hain ke peace be upon you.</w:t>
      </w:r>
    </w:p>
    <w:p>
      <w:pPr>
        <w:jc w:val="right"/>
      </w:pPr>
      <w:r>
        <w:t>تو اس کا معنی کیا ہوا ہے؟ جب آپ کہتے ہیں کہ پیس بی اپان یو۔</w:t>
      </w:r>
    </w:p>
    <w:p>
      <w:r>
        <w:rPr>
          <w:b/>
        </w:rPr>
        <w:t xml:space="preserve">[19:54] </w:t>
      </w:r>
      <w:r>
        <w:t>یہ ایک unilateral، ایک unilateral بات ہے یہ۔</w:t>
      </w:r>
    </w:p>
    <w:p>
      <w:pPr>
        <w:jc w:val="right"/>
      </w:pPr>
      <w:r>
        <w:t>یہ ایک یونیلیٹرل، ایک یونیلیٹرل بات ہے یہ۔</w:t>
      </w:r>
    </w:p>
    <w:p>
      <w:r>
        <w:rPr>
          <w:b/>
        </w:rPr>
        <w:t xml:space="preserve">[19:59] </w:t>
      </w:r>
      <w:r>
        <w:t>ke tum chahe jo bhi karo mere dil mein tumhare liye peace hi peace rahegi.</w:t>
      </w:r>
    </w:p>
    <w:p>
      <w:pPr>
        <w:jc w:val="right"/>
      </w:pPr>
      <w:r>
        <w:t>کہ تم چاہے جو بھی کرو میرے دل میں تمہارے لیے پیس ہی پیس رہے گی۔</w:t>
      </w:r>
    </w:p>
    <w:p>
      <w:r>
        <w:rPr>
          <w:b/>
        </w:rPr>
        <w:t xml:space="preserve">[20:03] </w:t>
      </w:r>
      <w:r>
        <w:t>love hi love rahegi.</w:t>
      </w:r>
    </w:p>
    <w:p>
      <w:pPr>
        <w:jc w:val="right"/>
      </w:pPr>
      <w:r>
        <w:t>لو ہی لو رہے گی۔</w:t>
      </w:r>
    </w:p>
    <w:p>
      <w:r>
        <w:rPr>
          <w:b/>
        </w:rPr>
        <w:t xml:space="preserve">[20:07] </w:t>
      </w:r>
      <w:r>
        <w:t>tolerance hi tolerance rahegi.</w:t>
      </w:r>
    </w:p>
    <w:p>
      <w:pPr>
        <w:jc w:val="right"/>
      </w:pPr>
      <w:r>
        <w:t>ٹالرنس ہی ٹالرنس رہے گا۔</w:t>
      </w:r>
    </w:p>
    <w:p>
      <w:r>
        <w:rPr>
          <w:b/>
        </w:rPr>
        <w:t xml:space="preserve">[20:11] </w:t>
      </w:r>
      <w:r>
        <w:t>yeh matlab hai is ka.</w:t>
      </w:r>
    </w:p>
    <w:p>
      <w:pPr>
        <w:jc w:val="right"/>
      </w:pPr>
      <w:r>
        <w:t>یہ مطلب ہے اس کا۔</w:t>
      </w:r>
    </w:p>
    <w:p>
      <w:r>
        <w:rPr>
          <w:b/>
        </w:rPr>
        <w:t xml:space="preserve">[20:16] </w:t>
      </w:r>
      <w:r>
        <w:t>yeh matlab hai is ka.</w:t>
      </w:r>
    </w:p>
    <w:p>
      <w:pPr>
        <w:jc w:val="right"/>
      </w:pPr>
      <w:r>
        <w:t>یہ مطلب ہے اس کا۔</w:t>
      </w:r>
    </w:p>
    <w:p>
      <w:r>
        <w:rPr>
          <w:b/>
        </w:rPr>
        <w:t xml:space="preserve">[20:22] </w:t>
      </w:r>
      <w:r>
        <w:t>to ek taraf aap Khuda ki greatness ko le kar ke aaye.</w:t>
      </w:r>
    </w:p>
    <w:p>
      <w:pPr>
        <w:jc w:val="right"/>
      </w:pPr>
      <w:r>
        <w:t>تو ایک طرف آپ خدا کی گریٹنس کو لے کر کے آئے۔</w:t>
      </w:r>
    </w:p>
    <w:p>
      <w:r>
        <w:rPr>
          <w:b/>
        </w:rPr>
        <w:t xml:space="preserve">[20:28] </w:t>
      </w:r>
      <w:r>
        <w:t>aur doosri taraf insaanon ke bare mein peace ka jazba le kar ke dakhil hue aap society mein.</w:t>
      </w:r>
    </w:p>
    <w:p>
      <w:pPr>
        <w:jc w:val="right"/>
      </w:pPr>
      <w:r>
        <w:t>اور دوسری طرف انسانوں کے بارے میں پیس کا جذبہ لے کر کے داخل ہوئے آپ سوسائٹی میں۔</w:t>
      </w:r>
    </w:p>
    <w:p>
      <w:r>
        <w:rPr>
          <w:b/>
        </w:rPr>
        <w:t xml:space="preserve">[20:34] </w:t>
      </w:r>
      <w:r>
        <w:t>ab dekhiye subah ko aadmi kya karta hai? aam taur par Musalmanon mein yeh riwaj hai ke woh</w:t>
      </w:r>
    </w:p>
    <w:p>
      <w:pPr>
        <w:jc w:val="right"/>
      </w:pPr>
      <w:r>
        <w:t>اب دیکھیے صبح کو آدمی کیا کرتا ہے؟ عام طور پر مسلمانوں میں یہ رواج ہے کہ وہ</w:t>
      </w:r>
    </w:p>
    <w:p>
      <w:r>
        <w:rPr>
          <w:b/>
        </w:rPr>
        <w:t xml:space="preserve">[20:41] </w:t>
      </w:r>
      <w:r>
        <w:t>Quran ko padhte hain.</w:t>
      </w:r>
    </w:p>
    <w:p>
      <w:pPr>
        <w:jc w:val="right"/>
      </w:pPr>
      <w:r>
        <w:t>قرآن کو پڑھتے ہیں۔</w:t>
      </w:r>
    </w:p>
    <w:p>
      <w:r>
        <w:rPr>
          <w:b/>
        </w:rPr>
        <w:t xml:space="preserve">[20:47] </w:t>
      </w:r>
      <w:r>
        <w:t>to subah ko aap ne Quran padha.</w:t>
      </w:r>
    </w:p>
    <w:p>
      <w:pPr>
        <w:jc w:val="right"/>
      </w:pPr>
      <w:r>
        <w:t>تو صبح کو آپ نے قرآن پڑھا۔</w:t>
      </w:r>
    </w:p>
    <w:p>
      <w:r>
        <w:rPr>
          <w:b/>
        </w:rPr>
        <w:t xml:space="preserve">[20:52] </w:t>
      </w:r>
      <w:r>
        <w:t>Quran mein ek khaas baat hai ke koi bhi page is ka aap padhein to is mein aap</w:t>
      </w:r>
    </w:p>
    <w:p>
      <w:pPr>
        <w:jc w:val="right"/>
      </w:pPr>
      <w:r>
        <w:t>قرآن میں ایک خاص بات ہے کہ کوئی بھی پیج اس کا آپ پڑھیں تو اس میں آپ</w:t>
      </w:r>
    </w:p>
    <w:p>
      <w:r>
        <w:rPr>
          <w:b/>
        </w:rPr>
        <w:t xml:space="preserve">[20:57] </w:t>
      </w:r>
      <w:r>
        <w:t>ko koi baat mil jayegi.</w:t>
      </w:r>
    </w:p>
    <w:p>
      <w:pPr>
        <w:jc w:val="right"/>
      </w:pPr>
      <w:r>
        <w:t>کو کوئی بات مل جائے گی۔</w:t>
      </w:r>
    </w:p>
    <w:p>
      <w:r>
        <w:rPr>
          <w:b/>
        </w:rPr>
        <w:t xml:space="preserve">[21:02] </w:t>
      </w:r>
      <w:r>
        <w:t>to koi lamba, bahut saare pages padhne ki zaroorat nahi hai.</w:t>
      </w:r>
    </w:p>
    <w:p>
      <w:pPr>
        <w:jc w:val="right"/>
      </w:pPr>
      <w:r>
        <w:t>تو کوئی لمبا، بہت سارے پیجز پڑھنے کی ضرورت نہیں ہے۔</w:t>
      </w:r>
    </w:p>
    <w:p>
      <w:r>
        <w:rPr>
          <w:b/>
        </w:rPr>
        <w:t xml:space="preserve">[21:07] </w:t>
      </w:r>
      <w:r>
        <w:t>thoda sa padhiye samajh kar ke, sochte hue, gaur karte hue.</w:t>
      </w:r>
    </w:p>
    <w:p>
      <w:pPr>
        <w:jc w:val="right"/>
      </w:pPr>
      <w:r>
        <w:t>تھوڑا سا پڑھیے سمجھ کر کے، سوچتے ہوئے، غور کرتے ہوئے۔</w:t>
      </w:r>
    </w:p>
    <w:p>
      <w:r>
        <w:rPr>
          <w:b/>
        </w:rPr>
        <w:t xml:space="preserve">[21:12] </w:t>
      </w:r>
      <w:r>
        <w:t>jisko kaha jata hai tadabbur ke sath. to aap</w:t>
      </w:r>
    </w:p>
    <w:p>
      <w:pPr>
        <w:jc w:val="right"/>
      </w:pPr>
      <w:r>
        <w:t>جس کو کہا جاتا ہے تدبر کے ساتھ۔ تو آپ</w:t>
      </w:r>
    </w:p>
    <w:p>
      <w:r>
        <w:rPr>
          <w:b/>
        </w:rPr>
        <w:t xml:space="preserve">[21:17] </w:t>
      </w:r>
      <w:r>
        <w:t>ko is mein kuch na kuch ghiza mil jayegi, kuch na kuch spiritual food mil jayega.</w:t>
      </w:r>
    </w:p>
    <w:p>
      <w:pPr>
        <w:jc w:val="right"/>
      </w:pPr>
      <w:r>
        <w:t>کو اس میں کچھ نہ کچھ غذا مل جائے گی، کچھ نہ کچھ اسپیریچول فوڈ مل جائے گا۔</w:t>
      </w:r>
    </w:p>
    <w:p>
      <w:r>
        <w:rPr>
          <w:b/>
        </w:rPr>
        <w:t xml:space="preserve">[21:21] </w:t>
      </w:r>
      <w:r>
        <w:t>kuchh na kuchh guidance mil jayegi.</w:t>
      </w:r>
    </w:p>
    <w:p>
      <w:pPr>
        <w:jc w:val="right"/>
      </w:pPr>
      <w:r>
        <w:t>کچھ نہ کچھ گائیڈنس مل جائے گی۔</w:t>
      </w:r>
    </w:p>
    <w:p>
      <w:r>
        <w:rPr>
          <w:b/>
        </w:rPr>
        <w:t xml:space="preserve">[21:25] </w:t>
      </w:r>
      <w:r>
        <w:t>to daily routine mein yeh hona chahiye ke har din aadmi quran ka kuchh hissa padhe.</w:t>
      </w:r>
    </w:p>
    <w:p>
      <w:pPr>
        <w:jc w:val="right"/>
      </w:pPr>
      <w:r>
        <w:t>تو ڈیلی روٹین میں یہ ہونا چاہیے کہ ہر دن آدمی قرآن کا کچھ حصہ پڑھے۔</w:t>
      </w:r>
    </w:p>
    <w:p>
      <w:r>
        <w:rPr>
          <w:b/>
        </w:rPr>
        <w:t xml:space="preserve">[21:29] </w:t>
      </w:r>
      <w:r>
        <w:t>chahe ek hi page padhe.</w:t>
      </w:r>
    </w:p>
    <w:p>
      <w:pPr>
        <w:jc w:val="right"/>
      </w:pPr>
      <w:r>
        <w:t>چاہے ایک ہی پیج پڑھے۔</w:t>
      </w:r>
    </w:p>
    <w:p>
      <w:r>
        <w:rPr>
          <w:b/>
        </w:rPr>
        <w:t xml:space="preserve">[21:33] </w:t>
      </w:r>
      <w:r>
        <w:t>to yeh anokha style hai quran ka.</w:t>
      </w:r>
    </w:p>
    <w:p>
      <w:pPr>
        <w:jc w:val="right"/>
      </w:pPr>
      <w:r>
        <w:t>تو یہ انوکھا اسٹائل ہے قرآن کا۔</w:t>
      </w:r>
    </w:p>
    <w:p>
      <w:r>
        <w:rPr>
          <w:b/>
        </w:rPr>
        <w:t xml:space="preserve">[21:37] </w:t>
      </w:r>
      <w:r>
        <w:t>jaise scholars ki book hoti hain to aap a se z tak padhenge tab kuchh milega aap ko.</w:t>
      </w:r>
    </w:p>
    <w:p>
      <w:pPr>
        <w:jc w:val="right"/>
      </w:pPr>
      <w:r>
        <w:t>جیسے سکالرز کی بک ہوتی ہیں تو آپ اے سے زیڈ تک پڑھیں گے تب کچھ ملے گا آپ کو۔</w:t>
      </w:r>
    </w:p>
    <w:p>
      <w:r>
        <w:rPr>
          <w:b/>
        </w:rPr>
        <w:t xml:space="preserve">[21:41] </w:t>
      </w:r>
      <w:r>
        <w:t>a se z tak padhna padta hai.</w:t>
      </w:r>
    </w:p>
    <w:p>
      <w:pPr>
        <w:jc w:val="right"/>
      </w:pPr>
      <w:r>
        <w:t>اے سے زیڈ تک پڑھنا پڑتا ہے۔</w:t>
      </w:r>
    </w:p>
    <w:p>
      <w:r>
        <w:rPr>
          <w:b/>
        </w:rPr>
        <w:t xml:space="preserve">[21:45] </w:t>
      </w:r>
      <w:r>
        <w:t>yahan kya hai? yahan woh style nahin hai.</w:t>
      </w:r>
    </w:p>
    <w:p>
      <w:pPr>
        <w:jc w:val="right"/>
      </w:pPr>
      <w:r>
        <w:t>یہاں کیا ہے؟ یہاں وہ اسٹائل نہیں ہے۔</w:t>
      </w:r>
    </w:p>
    <w:p>
      <w:r>
        <w:rPr>
          <w:b/>
        </w:rPr>
        <w:t xml:space="preserve">[21:49] </w:t>
      </w:r>
      <w:r>
        <w:t>jo page padhiye usi mein wisdom mil jayegi.</w:t>
      </w:r>
    </w:p>
    <w:p>
      <w:pPr>
        <w:jc w:val="right"/>
      </w:pPr>
      <w:r>
        <w:t>جو پیج پڑھیے اسی میں وزڈم مل جائے گی۔</w:t>
      </w:r>
    </w:p>
    <w:p>
      <w:r>
        <w:rPr>
          <w:b/>
        </w:rPr>
        <w:t xml:space="preserve">[21:55] </w:t>
      </w:r>
      <w:r>
        <w:t>jo page padhiye, jo jo page padhiye usi mein aap ko spiritual food mil jayegi.</w:t>
      </w:r>
    </w:p>
    <w:p>
      <w:pPr>
        <w:jc w:val="right"/>
      </w:pPr>
      <w:r>
        <w:t>جو پیج پڑھیے، جو جو پیج پڑھیے اسی میں آپ کو اسپیریچول فوڈ مل جائے گا۔</w:t>
      </w:r>
    </w:p>
    <w:p>
      <w:r>
        <w:rPr>
          <w:b/>
        </w:rPr>
        <w:t xml:space="preserve">[22:01] </w:t>
      </w:r>
      <w:r>
        <w:t>to subah ka pehla kaam yeh hona chahiye ek momin ke liye ke quran ka koi na koi</w:t>
      </w:r>
    </w:p>
    <w:p>
      <w:pPr>
        <w:jc w:val="right"/>
      </w:pPr>
      <w:r>
        <w:t>تو صبح کا پہلا کام یہ ہونا چاہیے ایک مومن کے لیے کہ قرآن کا کوئی نہ کوئی</w:t>
      </w:r>
    </w:p>
    <w:p>
      <w:r>
        <w:rPr>
          <w:b/>
        </w:rPr>
        <w:t xml:space="preserve">[22:07] </w:t>
      </w:r>
      <w:r>
        <w:t>hissa us ko padhe phir padh kar aage badhe.</w:t>
      </w:r>
    </w:p>
    <w:p>
      <w:pPr>
        <w:jc w:val="right"/>
      </w:pPr>
      <w:r>
        <w:t>حصہ اس کو پڑھے پھر پڑھ کر آگے بڑھے۔</w:t>
      </w:r>
    </w:p>
    <w:p>
      <w:r>
        <w:rPr>
          <w:b/>
        </w:rPr>
        <w:t xml:space="preserve">[22:13] </w:t>
      </w:r>
      <w:r>
        <w:t>ek sahab ne</w:t>
      </w:r>
    </w:p>
    <w:p>
      <w:pPr>
        <w:jc w:val="right"/>
      </w:pPr>
      <w:r>
        <w:t>ایک صاحب نے</w:t>
      </w:r>
    </w:p>
    <w:p>
      <w:r>
        <w:rPr>
          <w:b/>
        </w:rPr>
        <w:t xml:space="preserve">[22:19] </w:t>
      </w:r>
      <w:r>
        <w:t>ek formula banaya.</w:t>
      </w:r>
    </w:p>
    <w:p>
      <w:pPr>
        <w:jc w:val="right"/>
      </w:pPr>
      <w:r>
        <w:t>ایک فارمولا بنایا۔</w:t>
      </w:r>
    </w:p>
    <w:p>
      <w:r>
        <w:rPr>
          <w:b/>
        </w:rPr>
        <w:t xml:space="preserve">[22:25] </w:t>
      </w:r>
      <w:r>
        <w:t>main samajhta hoon ke woh sahi formula hai.</w:t>
      </w:r>
    </w:p>
    <w:p>
      <w:pPr>
        <w:jc w:val="right"/>
      </w:pPr>
      <w:r>
        <w:t>میں سمجھتا ہوں کہ وہ صحیح فارمولا ہے۔</w:t>
      </w:r>
    </w:p>
    <w:p>
      <w:r>
        <w:rPr>
          <w:b/>
        </w:rPr>
        <w:t xml:space="preserve">[22:31] </w:t>
      </w:r>
      <w:r>
        <w:t>woh ek mashhoor hai aap jante hain ke health ke liye.</w:t>
      </w:r>
    </w:p>
    <w:p>
      <w:pPr>
        <w:jc w:val="right"/>
      </w:pPr>
      <w:r>
        <w:t>وہ ایک مشہور ہے آپ جانتے ہیں کہ ہیلتھ کے لیے۔</w:t>
      </w:r>
    </w:p>
    <w:p>
      <w:r>
        <w:rPr>
          <w:b/>
        </w:rPr>
        <w:t xml:space="preserve">[22:37] </w:t>
      </w:r>
      <w:r>
        <w:t>ke one apple a day keeps doctor away.</w:t>
      </w:r>
    </w:p>
    <w:p>
      <w:pPr>
        <w:jc w:val="right"/>
      </w:pPr>
      <w:r>
        <w:t>کہ ون ایپل ا ڈے کیپس ڈاکٹر اوے۔</w:t>
      </w:r>
    </w:p>
    <w:p>
      <w:r>
        <w:rPr>
          <w:b/>
        </w:rPr>
        <w:t xml:space="preserve">[22:43] </w:t>
      </w:r>
      <w:r>
        <w:t>is par unhon ne yeh formula banaya ke one verse a day keep</w:t>
      </w:r>
    </w:p>
    <w:p>
      <w:pPr>
        <w:jc w:val="right"/>
      </w:pPr>
      <w:r>
        <w:t>اس پر انہوں نے یہ فارمولا بنایا کہ ون ورس ا ڈے کیپ</w:t>
      </w:r>
    </w:p>
    <w:p>
      <w:r>
        <w:rPr>
          <w:b/>
        </w:rPr>
        <w:t xml:space="preserve">[22:49] </w:t>
      </w:r>
      <w:r>
        <w:t>s Satan away. one verse a day keeps Satan away. toh Quran ka ek verse, ek page, ek paragraph subah ko jab padhta hai ek momin toh din bhar ke liye woh spiritual food us mein pa leta hai. ab is ke baad dekhiye ke aap breakfast lete hain. toh Islami tareeqa yeh hai ke aap Bismillah hir Rahman nir Rahim</w:t>
      </w:r>
    </w:p>
    <w:p>
      <w:pPr>
        <w:jc w:val="right"/>
      </w:pPr>
      <w:r>
        <w:t>س سیٹن اوے۔ ون ورس ا ڈے کیپس سیٹن اوے۔ تو قرآن کا ایک ورس، ایک پیج، ایک پیراگراف صبح کو جب پڑھتا ہے ایک مومن تو دن بھر کے لیے وہ اسپیریچول فوڈ اس میں پا لیتا ہے۔ اب اس کے بعد دیکھیے کہ آپ بریک فاسٹ لیتے ہیں۔ تو اسلامی طریقہ یہ ہے کہ آپ بسم اللہ الرحمن الرحیم</w:t>
      </w:r>
    </w:p>
    <w:p>
      <w:r>
        <w:rPr>
          <w:b/>
        </w:rPr>
        <w:t xml:space="preserve">[23:19] </w:t>
      </w:r>
      <w:r>
        <w:t>keh kar ke shuru karen.</w:t>
      </w:r>
    </w:p>
    <w:p>
      <w:pPr>
        <w:jc w:val="right"/>
      </w:pPr>
      <w:r>
        <w:t>کہہ کر کے شروع کریں۔</w:t>
      </w:r>
    </w:p>
    <w:p>
      <w:r>
        <w:rPr>
          <w:b/>
        </w:rPr>
        <w:t xml:space="preserve">[23:27] </w:t>
      </w:r>
      <w:r>
        <w:t>ab aap ne jab bismillah-ir-rehman-ir-rahim kaha is mein dekhiye kitni badi spirit mili aap ko.</w:t>
      </w:r>
    </w:p>
    <w:p>
      <w:pPr>
        <w:jc w:val="right"/>
      </w:pPr>
      <w:r>
        <w:t>اب آپ نے جب بسم اللہ الرحمن الرحیم کہا اس میں دیکھیے کتنی بڑی اسپرٹ ملی آپ کو۔</w:t>
      </w:r>
    </w:p>
    <w:p>
      <w:r>
        <w:rPr>
          <w:b/>
        </w:rPr>
        <w:t xml:space="preserve">[23:34] </w:t>
      </w:r>
      <w:r>
        <w:t>is ka matlab hai in the name of god most merciful, most compassionate.</w:t>
      </w:r>
    </w:p>
    <w:p>
      <w:pPr>
        <w:jc w:val="right"/>
      </w:pPr>
      <w:r>
        <w:t>اس کا مطلب ہے ان دا نیم آف گاڈ موسٹ مرسی فل، موسٹ کمپیشنیٹ۔</w:t>
      </w:r>
    </w:p>
    <w:p>
      <w:r>
        <w:rPr>
          <w:b/>
        </w:rPr>
        <w:t xml:space="preserve">[23:42] </w:t>
      </w:r>
      <w:r>
        <w:t>ab dekhiye is mein aap ko kya mila? ke yeh jo aap khana le rahe hain yeh khuda ke compassionate</w:t>
      </w:r>
    </w:p>
    <w:p>
      <w:pPr>
        <w:jc w:val="right"/>
      </w:pPr>
      <w:r>
        <w:t>اب دیکھیے اس میں آپ کو کیا ملا؟ کہ یہ جو آپ کھانا لے رہے ہیں یہ خدا کے کمپیشنیٹ</w:t>
      </w:r>
    </w:p>
    <w:p>
      <w:r>
        <w:rPr>
          <w:b/>
        </w:rPr>
        <w:t xml:space="preserve">[23:49] </w:t>
      </w:r>
      <w:r>
        <w:t>hone ka ek manifestation hai.</w:t>
      </w:r>
    </w:p>
    <w:p>
      <w:pPr>
        <w:jc w:val="right"/>
      </w:pPr>
      <w:r>
        <w:t>ہونے کا ایک مینیفیسٹیشن ہے۔</w:t>
      </w:r>
    </w:p>
    <w:p>
      <w:r>
        <w:rPr>
          <w:b/>
        </w:rPr>
        <w:t xml:space="preserve">[23:55] </w:t>
      </w:r>
      <w:r>
        <w:t>khuda meherban hai.</w:t>
      </w:r>
    </w:p>
    <w:p>
      <w:pPr>
        <w:jc w:val="right"/>
      </w:pPr>
      <w:r>
        <w:t>خدا مہربان ہے۔</w:t>
      </w:r>
    </w:p>
    <w:p>
      <w:r>
        <w:rPr>
          <w:b/>
        </w:rPr>
        <w:t xml:space="preserve">[24:01] </w:t>
      </w:r>
      <w:r>
        <w:t>khuda hamare bare mein bahut hi zyada reham dil hai.</w:t>
      </w:r>
    </w:p>
    <w:p>
      <w:pPr>
        <w:jc w:val="right"/>
      </w:pPr>
      <w:r>
        <w:t>خدا ہمارے بارے میں بہت ہی زیادہ رحم دل ہے۔</w:t>
      </w:r>
    </w:p>
    <w:p>
      <w:r>
        <w:rPr>
          <w:b/>
        </w:rPr>
        <w:t xml:space="preserve">[24:07] </w:t>
      </w:r>
      <w:r>
        <w:t>is wajah se is ne hamein yeh sari cheezein de din.</w:t>
      </w:r>
    </w:p>
    <w:p>
      <w:pPr>
        <w:jc w:val="right"/>
      </w:pPr>
      <w:r>
        <w:t>اس وجہ سے اس نے ہمیں یہ ساری چیزیں دے دیں۔</w:t>
      </w:r>
    </w:p>
    <w:p>
      <w:r>
        <w:rPr>
          <w:b/>
        </w:rPr>
        <w:t xml:space="preserve">[24:13] </w:t>
      </w:r>
      <w:r>
        <w:t>to kitni bari cheez hai ke jab aap aik aik roti lete hain to pura</w:t>
      </w:r>
    </w:p>
    <w:p>
      <w:pPr>
        <w:jc w:val="right"/>
      </w:pPr>
      <w:r>
        <w:t>تو کتنی بڑی چیز ہے کہ جب آپ ایک ایک روٹی لیتے ہیں تو پورا</w:t>
      </w:r>
    </w:p>
    <w:p>
      <w:r>
        <w:rPr>
          <w:b/>
        </w:rPr>
        <w:t xml:space="preserve">[24:19] </w:t>
      </w:r>
      <w:r>
        <w:t>aap ke dimagh mein ghoom jata hai ke roti kaise bani? kaise bani roti? yeh dunya aik waqt</w:t>
      </w:r>
    </w:p>
    <w:p>
      <w:pPr>
        <w:jc w:val="right"/>
      </w:pPr>
      <w:r>
        <w:t>آپ کے دماغ میں گھوم جاتا ہے کہ روٹی کیسے بنی؟ کیسے بنی روٹی؟ یہ دنیا ایک وقت</w:t>
      </w:r>
    </w:p>
    <w:p>
      <w:r>
        <w:rPr>
          <w:b/>
        </w:rPr>
        <w:t xml:space="preserve">[24:23] </w:t>
      </w:r>
      <w:r>
        <w:t>tha ke aag ka gola thi.</w:t>
      </w:r>
    </w:p>
    <w:p>
      <w:pPr>
        <w:jc w:val="right"/>
      </w:pPr>
      <w:r>
        <w:t>تھا کہ آگ کا گولا تھی۔</w:t>
      </w:r>
    </w:p>
    <w:p>
      <w:r>
        <w:rPr>
          <w:b/>
        </w:rPr>
        <w:t xml:space="preserve">[24:26] </w:t>
      </w:r>
      <w:r>
        <w:t>phir woh thandi hui.</w:t>
      </w:r>
    </w:p>
    <w:p>
      <w:pPr>
        <w:jc w:val="right"/>
      </w:pPr>
      <w:r>
        <w:t>پھر وہ ٹھنڈی ہوئی۔</w:t>
      </w:r>
    </w:p>
    <w:p>
      <w:r>
        <w:rPr>
          <w:b/>
        </w:rPr>
        <w:t xml:space="preserve">[24:29] </w:t>
      </w:r>
      <w:r>
        <w:t>phir is par pani barsa.</w:t>
      </w:r>
    </w:p>
    <w:p>
      <w:pPr>
        <w:jc w:val="right"/>
      </w:pPr>
      <w:r>
        <w:t>پھر اس پر پانی برسا۔</w:t>
      </w:r>
    </w:p>
    <w:p>
      <w:r>
        <w:rPr>
          <w:b/>
        </w:rPr>
        <w:t xml:space="preserve">[24:33] </w:t>
      </w:r>
      <w:r>
        <w:t>bohat dinon tak pani barta raha.</w:t>
      </w:r>
    </w:p>
    <w:p>
      <w:pPr>
        <w:jc w:val="right"/>
      </w:pPr>
      <w:r>
        <w:t>بہت دنوں تک پانی برستا رہا۔</w:t>
      </w:r>
    </w:p>
    <w:p>
      <w:r>
        <w:rPr>
          <w:b/>
        </w:rPr>
        <w:t xml:space="preserve">[24:36] </w:t>
      </w:r>
      <w:r>
        <w:t>phir yahan nabatat huien.</w:t>
      </w:r>
    </w:p>
    <w:p>
      <w:pPr>
        <w:jc w:val="right"/>
      </w:pPr>
      <w:r>
        <w:t>پھر یہاں نباتات ہوئیں۔</w:t>
      </w:r>
    </w:p>
    <w:p>
      <w:r>
        <w:rPr>
          <w:b/>
        </w:rPr>
        <w:t xml:space="preserve">[24:40] </w:t>
      </w:r>
      <w:r>
        <w:t>phir nabatat ke baad sari cheezen ho gaein.</w:t>
      </w:r>
    </w:p>
    <w:p>
      <w:pPr>
        <w:jc w:val="right"/>
      </w:pPr>
      <w:r>
        <w:t>پھر نباتات کے بعد ساری چیزیں ہو گئیں۔</w:t>
      </w:r>
    </w:p>
    <w:p>
      <w:r>
        <w:rPr>
          <w:b/>
        </w:rPr>
        <w:t xml:space="preserve">[24:43] </w:t>
      </w:r>
      <w:r>
        <w:t>gehoon, chawal, yeh woh cheezen paida huien.</w:t>
      </w:r>
    </w:p>
    <w:p>
      <w:pPr>
        <w:jc w:val="right"/>
      </w:pPr>
      <w:r>
        <w:t>گیہوں، چاول، یہ وہ چیزیں پیدا ہوئیں۔</w:t>
      </w:r>
    </w:p>
    <w:p>
      <w:r>
        <w:rPr>
          <w:b/>
        </w:rPr>
        <w:t xml:space="preserve">[24:46] </w:t>
      </w:r>
      <w:r>
        <w:t>phir insan ne</w:t>
      </w:r>
    </w:p>
    <w:p>
      <w:pPr>
        <w:jc w:val="right"/>
      </w:pPr>
      <w:r>
        <w:t>پھر انسان نے</w:t>
      </w:r>
    </w:p>
    <w:p>
      <w:r>
        <w:rPr>
          <w:b/>
        </w:rPr>
        <w:t xml:space="preserve">[24:50] </w:t>
      </w:r>
      <w:r>
        <w:t>cultivation seekha. hote hote lakhon saal mein aisa hua ke hamare samne yeh dastar khwan hai. ke is par roti hai, salan hai, chawal hai, doodh hai, shakar hai, chai hai jis ko hum breakfast ke taur par le rahe hain. toh Khuda ki ek blessing jo lakhon saal ke darmiyan phaili hui hai woh hamare dil mein aati hai. ek nadan</w:t>
      </w:r>
    </w:p>
    <w:p>
      <w:pPr>
        <w:jc w:val="right"/>
      </w:pPr>
      <w:r>
        <w:t>کلٹیویشن سیکھا۔ ہوتے ہوتے لاکھوں سال میں ایسا ہوا کہ ہمارے سامنے یہ دسترخوان ہے۔ کہ اس پر روٹی ہے، سالن ہے، چاول ہے، دودھ ہے، شکر ہے، چائے ہے جس کو ہم بریک فاسٹ کے طور پر لے رہے ہیں۔ تو خدا کی ایک بلیسنگ جو لاکھوں سال کے درمیان پھیلی ہوئی ہے وہ ہمارے دل میں آتی ہے۔ ایک ناد</w:t>
      </w:r>
    </w:p>
    <w:p>
      <w:r>
        <w:rPr>
          <w:b/>
        </w:rPr>
        <w:t xml:space="preserve">[25:20] </w:t>
      </w:r>
      <w:r>
        <w:t>in insan samjhega ke main ne bazaar se khareeda hai to mil gaya mujhe saman.</w:t>
      </w:r>
    </w:p>
    <w:p>
      <w:pPr>
        <w:jc w:val="right"/>
      </w:pPr>
      <w:r>
        <w:t>ان انسان سمجھے گا کہ میں نے بازار سے خریدا ہے تو مل گیا مجھے سامان۔</w:t>
      </w:r>
    </w:p>
    <w:p>
      <w:r>
        <w:rPr>
          <w:b/>
        </w:rPr>
        <w:t xml:space="preserve">[25:25] </w:t>
      </w:r>
      <w:r>
        <w:t>yeh bewakoofi ka kaam hai.</w:t>
      </w:r>
    </w:p>
    <w:p>
      <w:pPr>
        <w:jc w:val="right"/>
      </w:pPr>
      <w:r>
        <w:t>یہ بیوقوفی کا کام ہے۔</w:t>
      </w:r>
    </w:p>
    <w:p>
      <w:r>
        <w:rPr>
          <w:b/>
        </w:rPr>
        <w:t xml:space="preserve">[25:30] </w:t>
      </w:r>
      <w:r>
        <w:t>kyunke jo cheez aap kha rahe hain koi koi bhi amount, billion, trillion amount bhi kafi nahi hai</w:t>
      </w:r>
    </w:p>
    <w:p>
      <w:pPr>
        <w:jc w:val="right"/>
      </w:pPr>
      <w:r>
        <w:t>کیونکہ جو چیز آپ کھا رہے ہیں کوئی کوئی بھی اماؤنٹ، بلین، ٹریل اماؤنٹ بھی کافی نہیں ہے</w:t>
      </w:r>
    </w:p>
    <w:p>
      <w:r>
        <w:rPr>
          <w:b/>
        </w:rPr>
        <w:t xml:space="preserve">[25:35] </w:t>
      </w:r>
      <w:r>
        <w:t>is ko pani ke liye.</w:t>
      </w:r>
    </w:p>
    <w:p>
      <w:pPr>
        <w:jc w:val="right"/>
      </w:pPr>
      <w:r>
        <w:t>اس کو پانی کے لیے۔</w:t>
      </w:r>
    </w:p>
    <w:p>
      <w:r>
        <w:rPr>
          <w:b/>
        </w:rPr>
        <w:t xml:space="preserve">[25:41] </w:t>
      </w:r>
      <w:r>
        <w:t>kyunke jab tak nature mein woh maujood na ho aap kahan se layenge? market mein jo cheez</w:t>
      </w:r>
    </w:p>
    <w:p>
      <w:pPr>
        <w:jc w:val="right"/>
      </w:pPr>
      <w:r>
        <w:t>کیونکہ جب تک نیچر میں وہ موجود نہ ہو آپ کہاں سے لائیں گے؟ مارکیٹ میں جو چیز</w:t>
      </w:r>
    </w:p>
    <w:p>
      <w:r>
        <w:rPr>
          <w:b/>
        </w:rPr>
        <w:t xml:space="preserve">[25:46] </w:t>
      </w:r>
      <w:r>
        <w:t>aai hai woh kya</w:t>
      </w:r>
    </w:p>
    <w:p>
      <w:pPr>
        <w:jc w:val="right"/>
      </w:pPr>
      <w:r>
        <w:t>آئی ہے وہ کیا</w:t>
      </w:r>
    </w:p>
    <w:p>
      <w:r>
        <w:rPr>
          <w:b/>
        </w:rPr>
        <w:t xml:space="preserve">[25:51] </w:t>
      </w:r>
      <w:r>
        <w:t>khud se ghar se bana liya hai is ne? nature, lakhon saal tak nature kaam karti rahi.</w:t>
      </w:r>
    </w:p>
    <w:p>
      <w:pPr>
        <w:jc w:val="right"/>
      </w:pPr>
      <w:r>
        <w:t>خود سے گھر سے بنا لیا ہے اس نے؟ نیچر، لاکھوں سال تک نیچر کام کرتی رہی۔</w:t>
      </w:r>
    </w:p>
    <w:p>
      <w:r>
        <w:rPr>
          <w:b/>
        </w:rPr>
        <w:t xml:space="preserve">[25:57] </w:t>
      </w:r>
      <w:r>
        <w:t>abhi bhi musalsal kaam kar rahi hai.</w:t>
      </w:r>
    </w:p>
    <w:p>
      <w:pPr>
        <w:jc w:val="right"/>
      </w:pPr>
      <w:r>
        <w:t>ابھی بھی مسلسل کام کر رہی ہے۔</w:t>
      </w:r>
    </w:p>
    <w:p>
      <w:r>
        <w:rPr>
          <w:b/>
        </w:rPr>
        <w:t xml:space="preserve">[26:03] </w:t>
      </w:r>
      <w:r>
        <w:t>khuda ki factory musalsal chal rahi hai.</w:t>
      </w:r>
    </w:p>
    <w:p>
      <w:pPr>
        <w:jc w:val="right"/>
      </w:pPr>
      <w:r>
        <w:t>خدا کی فیکٹری مسلسل چل رہی ہے۔</w:t>
      </w:r>
    </w:p>
    <w:p>
      <w:r>
        <w:rPr>
          <w:b/>
        </w:rPr>
        <w:t xml:space="preserve">[26:10] </w:t>
      </w:r>
      <w:r>
        <w:t>tab ja kar ke yeh hota hai ke yeh galla banta hai ya sabzi banti hai ya phal banta hai.</w:t>
      </w:r>
    </w:p>
    <w:p>
      <w:pPr>
        <w:jc w:val="right"/>
      </w:pPr>
      <w:r>
        <w:t>تب جا کر کے یہ ہوتا ہے کہ یہ گلہ بنتا ہے یا سبزی بنتی ہے یا پھل بنتا ہے۔</w:t>
      </w:r>
    </w:p>
    <w:p>
      <w:r>
        <w:rPr>
          <w:b/>
        </w:rPr>
        <w:t xml:space="preserve">[26:16] </w:t>
      </w:r>
      <w:r>
        <w:t>nature ki factory band ho jaye to kya hoga? aaj hi ke paper mein hai aaj</w:t>
      </w:r>
    </w:p>
    <w:p>
      <w:pPr>
        <w:jc w:val="right"/>
      </w:pPr>
      <w:r>
        <w:t>نیچر کی فیکٹری بند ہو جائے تو کیا ہوگا؟ آج ہی کے پیپر میں ہے آج</w:t>
      </w:r>
    </w:p>
    <w:p>
      <w:r>
        <w:rPr>
          <w:b/>
        </w:rPr>
        <w:t xml:space="preserve">[26:22] </w:t>
      </w:r>
      <w:r>
        <w:t>ke bees saal ke andar aisa hoga ke pani ki bahut scarcity ho jayegi. pani bahut kam ho jayega. chunancha kaha ja raha hai ke agli war jo hogi woh pani par hogi. kahin pani hoga toh wahan lad kar log ja kar lena chahenge. toh pani na ho toh kya ho? sab kuch khatam? pani kahan se aata hai? hamare aap ke ghar se toh aata nahin. pani ka ek bahut bara system hai. ek universal factory</w:t>
      </w:r>
    </w:p>
    <w:p>
      <w:pPr>
        <w:jc w:val="right"/>
      </w:pPr>
      <w:r>
        <w:t>کہ بیس سال کے اندر ایسا ہوگا کہ پانی کی بہت اسکیسیٹی ہو جائے گی۔ پانی بہت کم ہو جائے گا۔ چنانچہ کہا جا رہا ہے کہ اگلی وار جو ہوگی وہ پانی پر ہوگی۔ کہیں پانی ہوگا تو وہاں لڑ کر لوگ جا کر لینا چاہیں گے۔ تو پانی نہ ہو تو کیا ہو؟ سب کچھ ختم؟ پانی کہاں سے آتا ہے؟ ہمارے آپ کے گھر سے تو آتا نہیں۔ پانی کا ایک بہت بڑا سسٹم ہے۔ ایک یونیورسل فیکٹری</w:t>
      </w:r>
    </w:p>
    <w:p>
      <w:r>
        <w:rPr>
          <w:b/>
        </w:rPr>
        <w:t xml:space="preserve">[26:52] </w:t>
      </w:r>
      <w:r>
        <w:t>hai jo pani hum ko la kar deti hai.</w:t>
      </w:r>
    </w:p>
    <w:p>
      <w:pPr>
        <w:jc w:val="right"/>
      </w:pPr>
      <w:r>
        <w:t>ہے جو پانی ہم کو لا کر دیتی ہے۔</w:t>
      </w:r>
    </w:p>
    <w:p>
      <w:r>
        <w:rPr>
          <w:b/>
        </w:rPr>
        <w:t xml:space="preserve">[26:57] </w:t>
      </w:r>
      <w:r>
        <w:t>to jo kuch bhi hum khana le rahe hain woh khuda ki bohat hi bari blessing hai.</w:t>
      </w:r>
    </w:p>
    <w:p>
      <w:pPr>
        <w:jc w:val="right"/>
      </w:pPr>
      <w:r>
        <w:t>تو جو کچھ بھی ہم کھانا لے رہے ہیں وہ خدا کی بہت ہی بڑی بلیسنگ ہے۔</w:t>
      </w:r>
    </w:p>
    <w:p>
      <w:r>
        <w:rPr>
          <w:b/>
        </w:rPr>
        <w:t xml:space="preserve">[27:02] </w:t>
      </w:r>
      <w:r>
        <w:t>to yeh jab hum kehte hain bismillah rahman rahim to yeh sara hamare mind mein ghoom jata hai.</w:t>
      </w:r>
    </w:p>
    <w:p>
      <w:pPr>
        <w:jc w:val="right"/>
      </w:pPr>
      <w:r>
        <w:t>تو یہ جب ہم کہتے ہیں بسم اللہ الرحمن الرحیم تو یہ سارا ہمارے مائنڈ میں گھوم جاتا ہے۔</w:t>
      </w:r>
    </w:p>
    <w:p>
      <w:r>
        <w:rPr>
          <w:b/>
        </w:rPr>
        <w:t xml:space="preserve">[27:07] </w:t>
      </w:r>
      <w:r>
        <w:t>phir aik thrill paida hota hai, thrill.</w:t>
      </w:r>
    </w:p>
    <w:p>
      <w:pPr>
        <w:jc w:val="right"/>
      </w:pPr>
      <w:r>
        <w:t>پھر ایک تھرل پیدا ہوتا ہے، تھرل۔</w:t>
      </w:r>
    </w:p>
    <w:p>
      <w:r>
        <w:rPr>
          <w:b/>
        </w:rPr>
        <w:t xml:space="preserve">[27:12] </w:t>
      </w:r>
      <w:r>
        <w:t>keh khuda kitna rahim hai, kitna meharban hai.</w:t>
      </w:r>
    </w:p>
    <w:p>
      <w:pPr>
        <w:jc w:val="right"/>
      </w:pPr>
      <w:r>
        <w:t>کہ خدا کتنا رحیم ہے، کتنا مہربان ہے۔</w:t>
      </w:r>
    </w:p>
    <w:p>
      <w:r>
        <w:rPr>
          <w:b/>
        </w:rPr>
        <w:t xml:space="preserve">[27:17] </w:t>
      </w:r>
      <w:r>
        <w:t>keh hamare liye sab cheez</w:t>
      </w:r>
    </w:p>
    <w:p>
      <w:pPr>
        <w:jc w:val="right"/>
      </w:pPr>
      <w:r>
        <w:t>کہ ہمارے لیے سب چیز</w:t>
      </w:r>
    </w:p>
    <w:p>
      <w:r>
        <w:rPr>
          <w:b/>
        </w:rPr>
        <w:t xml:space="preserve">[27:22] </w:t>
      </w:r>
      <w:r>
        <w:t>us ne paida kar di. is se paida hota hai kya? shukr ka jazba. ab aap tayyar ho kar ke niklte hain apne kaam ke liye. kisi ko apne job par jana hai, kisi ko apne business mein jana hai. har ek jata hai is mein. toh wahan par aap ko</w:t>
      </w:r>
    </w:p>
    <w:p>
      <w:pPr>
        <w:jc w:val="right"/>
      </w:pPr>
      <w:r>
        <w:t>اس نے پیدا کر دی۔ اس سے پیدا ہوتا ہے کیا؟ شکر کا جذبہ۔ اب آپ تیار ہو کر کے نکلتے ہیں اپنے کام کے لیے۔ کسی کو اپنے جاب پر جانا ہے، کسی کو اپنے بزنس میں جانا ہے۔ ہر ایک جاتا ہے اس میں۔ تو وہاں پر آپ کو</w:t>
      </w:r>
    </w:p>
    <w:p>
      <w:r>
        <w:rPr>
          <w:b/>
        </w:rPr>
        <w:t xml:space="preserve">[27:52] </w:t>
      </w:r>
      <w:r>
        <w:t>kya karna hai? Quran ki Surah Jumu'ah mein is ka jawab milta hai. Quran ki jo Surah Jumu'ah hai, Al-Jumu'ah. us mein hai ke Ya ayyuhal ladheena amanu idha nudiya lis salati min yawmil Jumu'ati fas'aw ila dhikrillahi wa dharib fil ard. phir hai ke</w:t>
      </w:r>
    </w:p>
    <w:p>
      <w:pPr>
        <w:jc w:val="right"/>
      </w:pPr>
      <w:r>
        <w:t>کیا کرنا ہے؟ قرآن کی سورۃ جمعہ میں اس کا جواب ملتا ہے۔ قرآن کی جو سورۃ جمعہ ہے، الجمعہ۔ اس میں ہے کہ یا ایہا الذین آمنوا اذا نودی علی الصلاۃ من یوم الجمعہ فسعوا الی ذکر اللہ وضرب البیت۔ پھر ہے کہ</w:t>
      </w:r>
    </w:p>
    <w:p>
      <w:r>
        <w:rPr>
          <w:b/>
        </w:rPr>
        <w:t xml:space="preserve">[28:22] </w:t>
      </w:r>
      <w:r>
        <w:t>wa idha qudiya salatu fantashiru fil ardi wadhkurullah kathiran la'allakum tuflihun. Quran ki yeh chapter jo hai Surah Jumu'ah is mein bataya gaya hai ke Jumu'ah ke bare mein. ke aye iman walo! Jumu'ah ki jab azan ho aap jante hain ke Jumu'ah ki azan hoti hai din ko barah baje ke baad. misal ke taur par aaj kal Delhi mein sare barah</w:t>
      </w:r>
    </w:p>
    <w:p>
      <w:pPr>
        <w:jc w:val="right"/>
      </w:pPr>
      <w:r>
        <w:t>واذا قضیۃ الصلاۃ فانتشروا فی اللہ واذکروا اللہ کثیرا لعلكم تفلحون۔ قرآن کی یہ چیپٹر جو ہے سورۃ الجمعہ اس میں بتایا گیا ہے کہ جمعہ کے بارے میں۔ کہ اے ایمان والو! جمعہ کی جب اذان ہو آپ جانتے ہیں کہ جمعہ کی اذان ہوتی ہے دن کو بارہ بجے کے بعد۔ مثلاً آج کل دلی میں سارے بارہ بج</w:t>
      </w:r>
    </w:p>
    <w:p>
      <w:r>
        <w:rPr>
          <w:b/>
        </w:rPr>
        <w:t xml:space="preserve">[28:52] </w:t>
      </w:r>
      <w:r>
        <w:t>baje azan hoti hai. ab subah se aap apne business mein hain aur phir azan hui. toh farmaya ke jab Jumu'ah ki namaz ke liye pukara jaye toh apna business chhod do aur masjid mein aa jao namaz padhne ke liye. aur jab namaz poori kar kar lo toh phir dobara laut jao apne business mein, apne job mein,</w:t>
      </w:r>
    </w:p>
    <w:p>
      <w:pPr>
        <w:jc w:val="right"/>
      </w:pPr>
      <w:r>
        <w:t>ے اذان ہوتی ہے۔ اب صبح سے آپ اپنے بزنس میں ہیں اور پھر اذان ہوئی۔ تو فرمایا کہ جب جمعہ کی نماز کے لیے پکارا جائے تو اپنا بزنس چھوڑ دو اور مسجد میں آ جاؤ نماز پڑھنے کے لیے۔ اور جب نماز پوری کر کر لو تو پھر دوبارہ لوٹ جاؤ اپنے بزنس میں، اپنے جاب میں،</w:t>
      </w:r>
    </w:p>
    <w:p>
      <w:r>
        <w:rPr>
          <w:b/>
        </w:rPr>
        <w:t xml:space="preserve">[29:22] </w:t>
      </w:r>
      <w:r>
        <w:t>apne kaam mein.</w:t>
      </w:r>
    </w:p>
    <w:p>
      <w:pPr>
        <w:jc w:val="right"/>
      </w:pPr>
      <w:r>
        <w:t>اپنے کام میں۔</w:t>
      </w:r>
    </w:p>
    <w:p>
      <w:r>
        <w:rPr>
          <w:b/>
        </w:rPr>
        <w:t xml:space="preserve">[29:27] </w:t>
      </w:r>
      <w:r>
        <w:t>yahan par aap dekhiye keh business se pehle bhi yani namaz se pehle bhi business hai.</w:t>
      </w:r>
    </w:p>
    <w:p>
      <w:pPr>
        <w:jc w:val="right"/>
      </w:pPr>
      <w:r>
        <w:t>یہاں پر آپ دیکھیے کہ بزنس سے پہلے بھی یعنی نماز سے پہلے بھی بزنس ہے۔</w:t>
      </w:r>
    </w:p>
    <w:p>
      <w:r>
        <w:rPr>
          <w:b/>
        </w:rPr>
        <w:t xml:space="preserve">[29:32] </w:t>
      </w:r>
      <w:r>
        <w:t>namaz ke baad bhi business hai.</w:t>
      </w:r>
    </w:p>
    <w:p>
      <w:pPr>
        <w:jc w:val="right"/>
      </w:pPr>
      <w:r>
        <w:t>نماز کے بعد بھی بزنس ہے۔</w:t>
      </w:r>
    </w:p>
    <w:p>
      <w:r>
        <w:rPr>
          <w:b/>
        </w:rPr>
        <w:t xml:space="preserve">[29:37] </w:t>
      </w:r>
      <w:r>
        <w:t>kuch nadan log baaz muslim countries mein yeh maang kar rahe hain keh Sunday ke bajaye Juma ko</w:t>
      </w:r>
    </w:p>
    <w:p>
      <w:pPr>
        <w:jc w:val="right"/>
      </w:pPr>
      <w:r>
        <w:t>کچھ نادان لوگ بعض مسلم کنٹریز میں یہ مانگ کر رہے ہیں کہ سنڈے کے بجائے جمعہ کو</w:t>
      </w:r>
    </w:p>
    <w:p>
      <w:r>
        <w:rPr>
          <w:b/>
        </w:rPr>
        <w:t xml:space="preserve">[29:42] </w:t>
      </w:r>
      <w:r>
        <w:t>chutti ki jaye.</w:t>
      </w:r>
    </w:p>
    <w:p>
      <w:pPr>
        <w:jc w:val="right"/>
      </w:pPr>
      <w:r>
        <w:t>چھٹی کی جائے۔</w:t>
      </w:r>
    </w:p>
    <w:p>
      <w:r>
        <w:rPr>
          <w:b/>
        </w:rPr>
        <w:t xml:space="preserve">[29:48] </w:t>
      </w:r>
      <w:r>
        <w:t>kyunkeh aksar duniya mein Sunday ko chutti ka riwaj hai.</w:t>
      </w:r>
    </w:p>
    <w:p>
      <w:pPr>
        <w:jc w:val="right"/>
      </w:pPr>
      <w:r>
        <w:t>کیونکہ اکثر دنیا میں سنڈے کو چھٹی کا رواج ہے۔</w:t>
      </w:r>
    </w:p>
    <w:p>
      <w:r>
        <w:rPr>
          <w:b/>
        </w:rPr>
        <w:t xml:space="preserve">[29:53] </w:t>
      </w:r>
      <w:r>
        <w:t>isko Islam samajhte hain woh.</w:t>
      </w:r>
    </w:p>
    <w:p>
      <w:pPr>
        <w:jc w:val="right"/>
      </w:pPr>
      <w:r>
        <w:t>اس کو اسلام سمجھتے ہیں وہ۔</w:t>
      </w:r>
    </w:p>
    <w:p>
      <w:r>
        <w:rPr>
          <w:b/>
        </w:rPr>
        <w:t xml:space="preserve">[29:57] </w:t>
      </w:r>
      <w:r>
        <w:t>keh Sunday ke bajaye Juma ko chutti ki jaye toh yeh isko Islam samajhte hain.</w:t>
      </w:r>
    </w:p>
    <w:p>
      <w:pPr>
        <w:jc w:val="right"/>
      </w:pPr>
      <w:r>
        <w:t>کہ سنڈے کے بجائے جمعہ کو چھٹی کی جائے تو یہ اس کو اسلام سمجھتے ہیں۔</w:t>
      </w:r>
    </w:p>
    <w:p>
      <w:r>
        <w:rPr>
          <w:b/>
        </w:rPr>
        <w:t xml:space="preserve">[30:01] </w:t>
      </w:r>
      <w:r>
        <w:t>yeh toh bohat hi zyada nadani ki baat hai.</w:t>
      </w:r>
    </w:p>
    <w:p>
      <w:pPr>
        <w:jc w:val="right"/>
      </w:pPr>
      <w:r>
        <w:t>یہ تو بہت ہی زیادہ نادانی کی بات ہے۔</w:t>
      </w:r>
    </w:p>
    <w:p>
      <w:r>
        <w:rPr>
          <w:b/>
        </w:rPr>
        <w:t xml:space="preserve">[30:05] </w:t>
      </w:r>
      <w:r>
        <w:t>aap is mein dekhiye Surah Juma mein keh Juma ki is mein jo bataya gaya hai woh yeh</w:t>
      </w:r>
    </w:p>
    <w:p>
      <w:pPr>
        <w:jc w:val="right"/>
      </w:pPr>
      <w:r>
        <w:t>آپ اس میں دیکھیے سورۃ جمعہ میں کہ جمعہ کی اس میں جو بتایا گیا ہے وہ یہ</w:t>
      </w:r>
    </w:p>
    <w:p>
      <w:r>
        <w:rPr>
          <w:b/>
        </w:rPr>
        <w:t xml:space="preserve">[30:10] </w:t>
      </w:r>
      <w:r>
        <w:t>hai keh jab azan ho tab karobar ko chhoro.</w:t>
      </w:r>
    </w:p>
    <w:p>
      <w:pPr>
        <w:jc w:val="right"/>
      </w:pPr>
      <w:r>
        <w:t>ہے کہ جب اذان ہو تب کاروبار کو چھوڑو۔</w:t>
      </w:r>
    </w:p>
    <w:p>
      <w:r>
        <w:rPr>
          <w:b/>
        </w:rPr>
        <w:t xml:space="preserve">[30:14] </w:t>
      </w:r>
      <w:r>
        <w:t>aur namaz parh lo toh phir karobar mein laut aao.</w:t>
      </w:r>
    </w:p>
    <w:p>
      <w:pPr>
        <w:jc w:val="right"/>
      </w:pPr>
      <w:r>
        <w:t>اور نماز پڑھ لو تو پھر کاروبار میں لوٹ آؤ۔</w:t>
      </w:r>
    </w:p>
    <w:p>
      <w:r>
        <w:rPr>
          <w:b/>
        </w:rPr>
        <w:t xml:space="preserve">[30:18] </w:t>
      </w:r>
      <w:r>
        <w:t>toh chutti kahan hai? beech mein kuch der ke liye aap ko mas</w:t>
      </w:r>
    </w:p>
    <w:p>
      <w:pPr>
        <w:jc w:val="right"/>
      </w:pPr>
      <w:r>
        <w:t>تو چھٹی کہاں ہے؟ بیچ میں کچھ دیر کے لیے آپ کو مس</w:t>
      </w:r>
    </w:p>
    <w:p>
      <w:r>
        <w:rPr>
          <w:b/>
        </w:rPr>
        <w:t xml:space="preserve">[30:23] </w:t>
      </w:r>
      <w:r>
        <w:t>jid jana hai jise aap aur kamon ke liye jate hain.</w:t>
      </w:r>
    </w:p>
    <w:p>
      <w:pPr>
        <w:jc w:val="right"/>
      </w:pPr>
      <w:r>
        <w:t>جد جانا ہے جسے آپ اور کاموں کے لیے جاتے ہیں۔</w:t>
      </w:r>
    </w:p>
    <w:p>
      <w:r>
        <w:rPr>
          <w:b/>
        </w:rPr>
        <w:t xml:space="preserve">[30:27] </w:t>
      </w:r>
      <w:r>
        <w:t>toh yeh bilkul Islam se koi talluq nahi hai yeh jo maang hoti hai muslim countries mein keh</w:t>
      </w:r>
    </w:p>
    <w:p>
      <w:pPr>
        <w:jc w:val="right"/>
      </w:pPr>
      <w:r>
        <w:t>تو یہ بالکل اسلام سے کوئی تعلق نہیں ہے یہ جو مانگ ہوتی ہے مسلم کنٹریز میں کہ</w:t>
      </w:r>
    </w:p>
    <w:p>
      <w:r>
        <w:rPr>
          <w:b/>
        </w:rPr>
        <w:t xml:space="preserve">[30:31] </w:t>
      </w:r>
      <w:r>
        <w:t>chutti itwar ko na ho, Juma ko ho.</w:t>
      </w:r>
    </w:p>
    <w:p>
      <w:pPr>
        <w:jc w:val="right"/>
      </w:pPr>
      <w:r>
        <w:t>چھٹی اتوار کو نہ ہو، جمعہ کو ہو۔</w:t>
      </w:r>
    </w:p>
    <w:p>
      <w:r>
        <w:rPr>
          <w:b/>
        </w:rPr>
        <w:t xml:space="preserve">[30:36] </w:t>
      </w:r>
      <w:r>
        <w:t>iska Islam se koi talluq nahi hai.</w:t>
      </w:r>
    </w:p>
    <w:p>
      <w:pPr>
        <w:jc w:val="right"/>
      </w:pPr>
      <w:r>
        <w:t>اس کا اسلام سے کوئی تعلق نہیں ہے۔</w:t>
      </w:r>
    </w:p>
    <w:p>
      <w:r>
        <w:rPr>
          <w:b/>
        </w:rPr>
        <w:t xml:space="preserve">[30:40] </w:t>
      </w:r>
      <w:r>
        <w:t>Islam mein Juma ko chutti nahi hai.</w:t>
      </w:r>
    </w:p>
    <w:p>
      <w:pPr>
        <w:jc w:val="right"/>
      </w:pPr>
      <w:r>
        <w:t>اسلام میں جمعہ کو چھٹی نہیں ہے۔</w:t>
      </w:r>
    </w:p>
    <w:p>
      <w:r>
        <w:rPr>
          <w:b/>
        </w:rPr>
        <w:t xml:space="preserve">[30:45] </w:t>
      </w:r>
      <w:r>
        <w:t>asal baat jo hai is mein samajhne ki woh chutti ki baat nahi hai.</w:t>
      </w:r>
    </w:p>
    <w:p>
      <w:pPr>
        <w:jc w:val="right"/>
      </w:pPr>
      <w:r>
        <w:t>اصل بات جو ہے اس میں سمجھنے کی وہ چھٹی کی بات نہیں ہے۔</w:t>
      </w:r>
    </w:p>
    <w:p>
      <w:r>
        <w:rPr>
          <w:b/>
        </w:rPr>
        <w:t xml:space="preserve">[30:49] </w:t>
      </w:r>
      <w:r>
        <w:t>doosri baat woh yeh hai keh yeh verse keh rahi hai keh</w:t>
      </w:r>
    </w:p>
    <w:p>
      <w:pPr>
        <w:jc w:val="right"/>
      </w:pPr>
      <w:r>
        <w:t>دوسری بات وہ یہ ہے کہ یہ ورس کہہ رہی ہے کہ</w:t>
      </w:r>
    </w:p>
    <w:p>
      <w:r>
        <w:rPr>
          <w:b/>
        </w:rPr>
        <w:t xml:space="preserve">[30:53] </w:t>
      </w:r>
      <w:r>
        <w:t>azan ke se pehle bhi tumhein Khuda ka zikr karte rehna hai.</w:t>
      </w:r>
    </w:p>
    <w:p>
      <w:pPr>
        <w:jc w:val="right"/>
      </w:pPr>
      <w:r>
        <w:t>اذان کے سے پہلے بھی تمہیں خدا کا ذکر کرتے رہنا ہے۔</w:t>
      </w:r>
    </w:p>
    <w:p>
      <w:r>
        <w:rPr>
          <w:b/>
        </w:rPr>
        <w:t xml:space="preserve">[30:58] </w:t>
      </w:r>
      <w:r>
        <w:t>azan ke baad bhi tumhein Khuda ka zikr karte rehna hai.</w:t>
      </w:r>
    </w:p>
    <w:p>
      <w:pPr>
        <w:jc w:val="right"/>
      </w:pPr>
      <w:r>
        <w:t>اذان کے بعد بھی تمہیں خدا کا ذکر کرتے رہنا ہے۔</w:t>
      </w:r>
    </w:p>
    <w:p>
      <w:r>
        <w:rPr>
          <w:b/>
        </w:rPr>
        <w:t xml:space="preserve">[31:02] </w:t>
      </w:r>
      <w:r>
        <w:t>zikr kaseer, fazkurullaha kaseera.</w:t>
      </w:r>
    </w:p>
    <w:p>
      <w:pPr>
        <w:jc w:val="right"/>
      </w:pPr>
      <w:r>
        <w:t>ذکر کثیر، فذکروا اللہ کثیرا۔</w:t>
      </w:r>
    </w:p>
    <w:p>
      <w:r>
        <w:rPr>
          <w:b/>
        </w:rPr>
        <w:t xml:space="preserve">[31:06] </w:t>
      </w:r>
      <w:r>
        <w:t>yani juma ki namaz ke pehle bhi zikr kaseer hai aur juma ki namaz ke baad bhi zikr kaseer hai.</w:t>
      </w:r>
    </w:p>
    <w:p>
      <w:pPr>
        <w:jc w:val="right"/>
      </w:pPr>
      <w:r>
        <w:t>یعنی جمعہ کی نماز کے پہلے بھی ذکر کثیر ہے اور جمعہ کی نماز کے بعد بھی ذکر کثیر ہے۔</w:t>
      </w:r>
    </w:p>
    <w:p>
      <w:r>
        <w:rPr>
          <w:b/>
        </w:rPr>
        <w:t xml:space="preserve">[31:11] </w:t>
      </w:r>
      <w:r>
        <w:t>yani din bhar zikr kaseer hai.</w:t>
      </w:r>
    </w:p>
    <w:p>
      <w:pPr>
        <w:jc w:val="right"/>
      </w:pPr>
      <w:r>
        <w:t>یعنی دن بھر ذکر کثیر ہے۔</w:t>
      </w:r>
    </w:p>
    <w:p>
      <w:r>
        <w:rPr>
          <w:b/>
        </w:rPr>
        <w:t xml:space="preserve">[31:15] </w:t>
      </w:r>
      <w:r>
        <w:t>is ko sochne ki baat hai.</w:t>
      </w:r>
    </w:p>
    <w:p>
      <w:pPr>
        <w:jc w:val="right"/>
      </w:pPr>
      <w:r>
        <w:t>اس کو سوچنے کی بات ہے۔</w:t>
      </w:r>
    </w:p>
    <w:p>
      <w:r>
        <w:rPr>
          <w:b/>
        </w:rPr>
        <w:t xml:space="preserve">[31:19] </w:t>
      </w:r>
      <w:r>
        <w:t>zikr kaseer kya hai? bohat ziyada</w:t>
      </w:r>
    </w:p>
    <w:p>
      <w:pPr>
        <w:jc w:val="right"/>
      </w:pPr>
      <w:r>
        <w:t>ذکر کثیر کیا ہے؟ بہت زیادہ</w:t>
      </w:r>
    </w:p>
    <w:p>
      <w:r>
        <w:rPr>
          <w:b/>
        </w:rPr>
        <w:t xml:space="preserve">[31:24] </w:t>
      </w:r>
      <w:r>
        <w:t>khuda ko yaad karna.</w:t>
      </w:r>
    </w:p>
    <w:p>
      <w:pPr>
        <w:jc w:val="right"/>
      </w:pPr>
      <w:r>
        <w:t>خدا کو یاد کرنا۔</w:t>
      </w:r>
    </w:p>
    <w:p>
      <w:r>
        <w:rPr>
          <w:b/>
        </w:rPr>
        <w:t xml:space="preserve">[31:28] </w:t>
      </w:r>
      <w:r>
        <w:t>bohat ziyada khuda ko remember karna, yaad karna.</w:t>
      </w:r>
    </w:p>
    <w:p>
      <w:pPr>
        <w:jc w:val="right"/>
      </w:pPr>
      <w:r>
        <w:t>بہت زیادہ خدا کو ریممبر کرنا، یاد کرنا۔</w:t>
      </w:r>
    </w:p>
    <w:p>
      <w:r>
        <w:rPr>
          <w:b/>
        </w:rPr>
        <w:t xml:space="preserve">[31:32] </w:t>
      </w:r>
      <w:r>
        <w:t>ab dekhiye yaad karne ka matlab kya hai? zikr ka matlab kya hai? is ka matlab yeh nahi</w:t>
      </w:r>
    </w:p>
    <w:p>
      <w:pPr>
        <w:jc w:val="right"/>
      </w:pPr>
      <w:r>
        <w:t>اب دیکھیے یاد کرنے کا مطلب کیا ہے؟ ذکر کا مطلب کیا ہے؟ اس کا مطلب یہ نہیں</w:t>
      </w:r>
    </w:p>
    <w:p>
      <w:r>
        <w:rPr>
          <w:b/>
        </w:rPr>
        <w:t xml:space="preserve">[31:37] </w:t>
      </w:r>
      <w:r>
        <w:t>ke aap ek tasbeeh li hui ho aur us ke daane ginn rahe ho.</w:t>
      </w:r>
    </w:p>
    <w:p>
      <w:pPr>
        <w:jc w:val="right"/>
      </w:pPr>
      <w:r>
        <w:t>کہ آپ ایک تسبیح لی ہوئی ہو اور اس کے دانے گن رہے ہوں۔</w:t>
      </w:r>
    </w:p>
    <w:p>
      <w:r>
        <w:rPr>
          <w:b/>
        </w:rPr>
        <w:t xml:space="preserve">[31:41] </w:t>
      </w:r>
      <w:r>
        <w:t>yeh is ka is ko underestimate karna hai.</w:t>
      </w:r>
    </w:p>
    <w:p>
      <w:pPr>
        <w:jc w:val="right"/>
      </w:pPr>
      <w:r>
        <w:t>یہ اس کا اس کو انڈر ایسٹیمیٹ کرنا ہے۔</w:t>
      </w:r>
    </w:p>
    <w:p>
      <w:r>
        <w:rPr>
          <w:b/>
        </w:rPr>
        <w:t xml:space="preserve">[31:46] </w:t>
      </w:r>
      <w:r>
        <w:t>yeh zikr ka ek reduced form hai.</w:t>
      </w:r>
    </w:p>
    <w:p>
      <w:pPr>
        <w:jc w:val="right"/>
      </w:pPr>
      <w:r>
        <w:t>یہ ذکر کا ایک ریڈیوسڈ فارم ہے۔</w:t>
      </w:r>
    </w:p>
    <w:p>
      <w:r>
        <w:rPr>
          <w:b/>
        </w:rPr>
        <w:t xml:space="preserve">[31:50] </w:t>
      </w:r>
      <w:r>
        <w:t>zikr ka matlab na to tasbeeh hai</w:t>
      </w:r>
    </w:p>
    <w:p>
      <w:pPr>
        <w:jc w:val="right"/>
      </w:pPr>
      <w:r>
        <w:t>ذکر کا مطلب نہ تو تسبیح ہے</w:t>
      </w:r>
    </w:p>
    <w:p>
      <w:r>
        <w:rPr>
          <w:b/>
        </w:rPr>
        <w:t xml:space="preserve">[31:55] </w:t>
      </w:r>
      <w:r>
        <w:t>na kuch ratte hue lafzon ko zuban se bolte rehna hai.</w:t>
      </w:r>
    </w:p>
    <w:p>
      <w:pPr>
        <w:jc w:val="right"/>
      </w:pPr>
      <w:r>
        <w:t>نہ کچھ رٹے ہوئے لفظوں کو زبان سے بولتے رہنا ہے۔</w:t>
      </w:r>
    </w:p>
    <w:p>
      <w:r>
        <w:rPr>
          <w:b/>
        </w:rPr>
        <w:t xml:space="preserve">[32:00] </w:t>
      </w:r>
      <w:r>
        <w:t>rat lein aap is ko bolte rahein, bolte rahein to yeh zikr nahi hai yeh.</w:t>
      </w:r>
    </w:p>
    <w:p>
      <w:pPr>
        <w:jc w:val="right"/>
      </w:pPr>
      <w:r>
        <w:t>رٹ لیں آپ اس کو بولتے رہیں، بولتے رہیں تو یہ ذکر نہیں ہے یہ۔</w:t>
      </w:r>
    </w:p>
    <w:p>
      <w:r>
        <w:rPr>
          <w:b/>
        </w:rPr>
        <w:t xml:space="preserve">[32:05] </w:t>
      </w:r>
      <w:r>
        <w:t>zikr kya hai? yaad karna.</w:t>
      </w:r>
    </w:p>
    <w:p>
      <w:pPr>
        <w:jc w:val="right"/>
      </w:pPr>
      <w:r>
        <w:t>ذکر کیا ہے؟ یاد کرنا۔</w:t>
      </w:r>
    </w:p>
    <w:p>
      <w:r>
        <w:rPr>
          <w:b/>
        </w:rPr>
        <w:t xml:space="preserve">[32:10] </w:t>
      </w:r>
      <w:r>
        <w:t>yaad karna kya hai? dekhiye aap jab din guzarte hain subah se sham tak to aap ko sankaron</w:t>
      </w:r>
    </w:p>
    <w:p>
      <w:pPr>
        <w:jc w:val="right"/>
      </w:pPr>
      <w:r>
        <w:t>یاد کرنا کیا ہے؟ دیکھیے آپ جب دن گزارتے ہیں صبح سے شام تک تو آپ کو سینکڑوں</w:t>
      </w:r>
    </w:p>
    <w:p>
      <w:r>
        <w:rPr>
          <w:b/>
        </w:rPr>
        <w:t xml:space="preserve">[32:15] </w:t>
      </w:r>
      <w:r>
        <w:t>qism ke experience hote hain.</w:t>
      </w:r>
    </w:p>
    <w:p>
      <w:pPr>
        <w:jc w:val="right"/>
      </w:pPr>
      <w:r>
        <w:t>قسم کے ایکسپیرینس ہوتے ہیں۔</w:t>
      </w:r>
    </w:p>
    <w:p>
      <w:r>
        <w:rPr>
          <w:b/>
        </w:rPr>
        <w:t xml:space="preserve">[32:20] </w:t>
      </w:r>
      <w:r>
        <w:t>sankaron qism ke</w:t>
      </w:r>
    </w:p>
    <w:p>
      <w:pPr>
        <w:jc w:val="right"/>
      </w:pPr>
      <w:r>
        <w:t>سینکڑوں قسم کے</w:t>
      </w:r>
    </w:p>
    <w:p>
      <w:r>
        <w:rPr>
          <w:b/>
        </w:rPr>
        <w:t xml:space="preserve">[32:25] </w:t>
      </w:r>
      <w:r>
        <w:t>experience.</w:t>
      </w:r>
    </w:p>
    <w:p>
      <w:pPr>
        <w:jc w:val="right"/>
      </w:pPr>
      <w:r>
        <w:t>ایکسپیرینس۔</w:t>
      </w:r>
    </w:p>
    <w:p>
      <w:r>
        <w:rPr>
          <w:b/>
        </w:rPr>
        <w:t xml:space="preserve">[32:29] </w:t>
      </w:r>
      <w:r>
        <w:t>ہر وقت ایک experience، ہر وقت ایک experience۔</w:t>
      </w:r>
    </w:p>
    <w:p>
      <w:pPr>
        <w:jc w:val="right"/>
      </w:pPr>
      <w:r>
        <w:t>ہر وقت ایک ایکسپیرینس، ہر وقت ایک ایکسپیرینس۔</w:t>
      </w:r>
    </w:p>
    <w:p>
      <w:r>
        <w:rPr>
          <w:b/>
        </w:rPr>
        <w:t xml:space="preserve">[32:32] </w:t>
      </w:r>
      <w:r>
        <w:t>is experience mein khuda ko yaad karna.</w:t>
      </w:r>
    </w:p>
    <w:p>
      <w:pPr>
        <w:jc w:val="right"/>
      </w:pPr>
      <w:r>
        <w:t>اس ایکسپیرینس میں خدا کو یاد کرنا۔</w:t>
      </w:r>
    </w:p>
    <w:p>
      <w:r>
        <w:rPr>
          <w:b/>
        </w:rPr>
        <w:t xml:space="preserve">[32:36] </w:t>
      </w:r>
      <w:r>
        <w:t>yeh hai zikr.</w:t>
      </w:r>
    </w:p>
    <w:p>
      <w:pPr>
        <w:jc w:val="right"/>
      </w:pPr>
      <w:r>
        <w:t>یہ ہے ذکر۔</w:t>
      </w:r>
    </w:p>
    <w:p>
      <w:r>
        <w:rPr>
          <w:b/>
        </w:rPr>
        <w:t xml:space="preserve">[32:40] </w:t>
      </w:r>
      <w:r>
        <w:t>jaise farz ki jiye ke aap apne apne business center mein baithe hue hain, apne shop mein baithe hue hain.</w:t>
      </w:r>
    </w:p>
    <w:p>
      <w:pPr>
        <w:jc w:val="right"/>
      </w:pPr>
      <w:r>
        <w:t>جیسے فرض کیجیے کہ آپ اپنے اپنے بزنس سینٹر میں بیٹھے ہوئے ہیں، اپنے شاپ میں بیٹھے ہوئے ہیں۔</w:t>
      </w:r>
    </w:p>
    <w:p>
      <w:r>
        <w:rPr>
          <w:b/>
        </w:rPr>
        <w:t xml:space="preserve">[32:44] </w:t>
      </w:r>
      <w:r>
        <w:t>ek gaaahak aata hai.</w:t>
      </w:r>
    </w:p>
    <w:p>
      <w:pPr>
        <w:jc w:val="right"/>
      </w:pPr>
      <w:r>
        <w:t>ایک گاہک آتا ہے۔</w:t>
      </w:r>
    </w:p>
    <w:p>
      <w:r>
        <w:rPr>
          <w:b/>
        </w:rPr>
        <w:t xml:space="preserve">[32:48] </w:t>
      </w:r>
      <w:r>
        <w:t>wo gaaahak aap ko kuch ulti baat keh deta hai.</w:t>
      </w:r>
    </w:p>
    <w:p>
      <w:pPr>
        <w:jc w:val="right"/>
      </w:pPr>
      <w:r>
        <w:t>وہ گاہک آپ کو کچھ الٹی بات کہہ دیتا ہے۔</w:t>
      </w:r>
    </w:p>
    <w:p>
      <w:r>
        <w:rPr>
          <w:b/>
        </w:rPr>
        <w:t xml:space="preserve">[32:52] </w:t>
      </w:r>
      <w:r>
        <w:t>aksar aisa hota hai ke gaaahak jo hai</w:t>
      </w:r>
    </w:p>
    <w:p>
      <w:pPr>
        <w:jc w:val="right"/>
      </w:pPr>
      <w:r>
        <w:t>اکثر ایسا ہوتا ہے کہ گاہک جو ہے</w:t>
      </w:r>
    </w:p>
    <w:p>
      <w:r>
        <w:rPr>
          <w:b/>
        </w:rPr>
        <w:t xml:space="preserve">[32:55] </w:t>
      </w:r>
      <w:r>
        <w:t>aisi baat keh deta hai jis se ke shopkeeper ko ghussa aa jata hai.</w:t>
      </w:r>
    </w:p>
    <w:p>
      <w:pPr>
        <w:jc w:val="right"/>
      </w:pPr>
      <w:r>
        <w:t>ایسی بات کہہ دیتا ہے جس سے کہ شاپ کیپر کو غصہ آ جاتا ہے۔</w:t>
      </w:r>
    </w:p>
    <w:p>
      <w:r>
        <w:rPr>
          <w:b/>
        </w:rPr>
        <w:t xml:space="preserve">[33:02] </w:t>
      </w:r>
      <w:r>
        <w:t>yeh waqt aa gaya khuda ko yaad karne ka.</w:t>
      </w:r>
    </w:p>
    <w:p>
      <w:pPr>
        <w:jc w:val="right"/>
      </w:pPr>
      <w:r>
        <w:t>یہ وقت آ گیا خدا کو یاد کرنے کا۔</w:t>
      </w:r>
    </w:p>
    <w:p>
      <w:r>
        <w:rPr>
          <w:b/>
        </w:rPr>
        <w:t xml:space="preserve">[33:08] </w:t>
      </w:r>
      <w:r>
        <w:t>yeh waqt aa gaya khuda ko yaad karne ka.</w:t>
      </w:r>
    </w:p>
    <w:p>
      <w:pPr>
        <w:jc w:val="right"/>
      </w:pPr>
      <w:r>
        <w:t>یہ وقت آ گیا خدا کو یاد کرنے کا۔</w:t>
      </w:r>
    </w:p>
    <w:p>
      <w:r>
        <w:rPr>
          <w:b/>
        </w:rPr>
        <w:t xml:space="preserve">[33:14] </w:t>
      </w:r>
      <w:r>
        <w:t>kaise? quran mein hai ke walkazibeen al ghayz w Laffeen an nas.</w:t>
      </w:r>
    </w:p>
    <w:p>
      <w:pPr>
        <w:jc w:val="right"/>
      </w:pPr>
      <w:r>
        <w:t>کیسے؟ قرآن میں ہے کہ والکاذبین الغیض ولافین عن الناس۔</w:t>
      </w:r>
    </w:p>
    <w:p>
      <w:r>
        <w:rPr>
          <w:b/>
        </w:rPr>
        <w:t xml:space="preserve">[33:21] </w:t>
      </w:r>
      <w:r>
        <w:t>yani apne ghusse ko pee jaane wale aur logon ko maaf karne wale.</w:t>
      </w:r>
    </w:p>
    <w:p>
      <w:pPr>
        <w:jc w:val="right"/>
      </w:pPr>
      <w:r>
        <w:t>یعنی اپنے غصے کو پی جانے والے اور لوگوں کو معاف کرنے والے۔</w:t>
      </w:r>
    </w:p>
    <w:p>
      <w:r>
        <w:rPr>
          <w:b/>
        </w:rPr>
        <w:t xml:space="preserve">[33:27] </w:t>
      </w:r>
      <w:r>
        <w:t>yeh hai zikr.</w:t>
      </w:r>
    </w:p>
    <w:p>
      <w:pPr>
        <w:jc w:val="right"/>
      </w:pPr>
      <w:r>
        <w:t>یہ ہے ذکر۔</w:t>
      </w:r>
    </w:p>
    <w:p>
      <w:r>
        <w:rPr>
          <w:b/>
        </w:rPr>
        <w:t xml:space="preserve">[33:32] </w:t>
      </w:r>
      <w:r>
        <w:t>is waqt aap ko yaad aaye quran ki yeh aayat.</w:t>
      </w:r>
    </w:p>
    <w:p>
      <w:pPr>
        <w:jc w:val="right"/>
      </w:pPr>
      <w:r>
        <w:t>اس وقت آپ کو یاد آئے قرآن کی یہ آیت۔</w:t>
      </w:r>
    </w:p>
    <w:p>
      <w:r>
        <w:rPr>
          <w:b/>
        </w:rPr>
        <w:t xml:space="preserve">[33:37] </w:t>
      </w:r>
      <w:r>
        <w:t>aap yeh kahein ke yeh jo waqt hai yeh ghussa karne ka waqt nahi hai.</w:t>
      </w:r>
    </w:p>
    <w:p>
      <w:pPr>
        <w:jc w:val="right"/>
      </w:pPr>
      <w:r>
        <w:t>آپ یہ کہیں کہ یہ جو وقت ہے یہ غصہ کرنے کا وقت نہیں ہے۔</w:t>
      </w:r>
    </w:p>
    <w:p>
      <w:r>
        <w:rPr>
          <w:b/>
        </w:rPr>
        <w:t xml:space="preserve">[33:42] </w:t>
      </w:r>
      <w:r>
        <w:t>ghusse ko control karne ka waqt hai.</w:t>
      </w:r>
    </w:p>
    <w:p>
      <w:pPr>
        <w:jc w:val="right"/>
      </w:pPr>
      <w:r>
        <w:t>غصے کو کنٹرول کرنے کا وقت ہے۔</w:t>
      </w:r>
    </w:p>
    <w:p>
      <w:r>
        <w:rPr>
          <w:b/>
        </w:rPr>
        <w:t xml:space="preserve">[33:47] </w:t>
      </w:r>
      <w:r>
        <w:t>kyun khuda ne aise hukum diya hai? ghusse ko control karo, logon ko maaf karo.</w:t>
      </w:r>
    </w:p>
    <w:p>
      <w:pPr>
        <w:jc w:val="right"/>
      </w:pPr>
      <w:r>
        <w:t>کیوں خدا نے ایسے حکم دیا ہے؟ غصے کو کنٹرول کرو، لوگوں کو معاف کرو۔</w:t>
      </w:r>
    </w:p>
    <w:p>
      <w:r>
        <w:rPr>
          <w:b/>
        </w:rPr>
        <w:t xml:space="preserve">[33:52] </w:t>
      </w:r>
      <w:r>
        <w:t>is se kya hua? is se yeh hua ke aap ke andar</w:t>
      </w:r>
    </w:p>
    <w:p>
      <w:pPr>
        <w:jc w:val="right"/>
      </w:pPr>
      <w:r>
        <w:t>اس سے کیا ہوا؟ اس سے یہ ہوا کہ آپ کے اندر</w:t>
      </w:r>
    </w:p>
    <w:p>
      <w:r>
        <w:rPr>
          <w:b/>
        </w:rPr>
        <w:t xml:space="preserve">[33:57] </w:t>
      </w:r>
      <w:r>
        <w:t>ek nayi personality emerge ki.</w:t>
      </w:r>
    </w:p>
    <w:p>
      <w:pPr>
        <w:jc w:val="right"/>
      </w:pPr>
      <w:r>
        <w:t>ایک نئی پرسنالٹی ایمرج کی۔</w:t>
      </w:r>
    </w:p>
    <w:p>
      <w:r>
        <w:rPr>
          <w:b/>
        </w:rPr>
        <w:t xml:space="preserve">[34:02] </w:t>
      </w:r>
      <w:r>
        <w:t>ایک نئی personality کا emergence ہوا۔</w:t>
      </w:r>
    </w:p>
    <w:p>
      <w:pPr>
        <w:jc w:val="right"/>
      </w:pPr>
      <w:r>
        <w:t>ایک نئی پرسنالٹی کا ایمرجنس ہوا۔</w:t>
      </w:r>
    </w:p>
    <w:p>
      <w:r>
        <w:rPr>
          <w:b/>
        </w:rPr>
        <w:t xml:space="preserve">[34:07] </w:t>
      </w:r>
      <w:r>
        <w:t>woh kya? positive personality.</w:t>
      </w:r>
    </w:p>
    <w:p>
      <w:pPr>
        <w:jc w:val="right"/>
      </w:pPr>
      <w:r>
        <w:t>وہ کیا؟ پازیٹیو پرسنالٹی۔</w:t>
      </w:r>
    </w:p>
    <w:p>
      <w:r>
        <w:rPr>
          <w:b/>
        </w:rPr>
        <w:t xml:space="preserve">[34:12] </w:t>
      </w:r>
      <w:r>
        <w:t>Positive personality kya hai? Positive personality yeh hai negative situation mein bhi positive response dena.</w:t>
      </w:r>
    </w:p>
    <w:p>
      <w:pPr>
        <w:jc w:val="right"/>
      </w:pPr>
      <w:r>
        <w:t>پازیٹیو پرسنالٹی کیا ہے؟ پازیٹیو پرسنالٹی یہ ہے نیگیٹیو سچویشن میں بھی پازیٹیو رسپانس دینا۔</w:t>
      </w:r>
    </w:p>
    <w:p>
      <w:r>
        <w:rPr>
          <w:b/>
        </w:rPr>
        <w:t xml:space="preserve">[34:17] </w:t>
      </w:r>
      <w:r>
        <w:t>yeh hai positive personality.</w:t>
      </w:r>
    </w:p>
    <w:p>
      <w:pPr>
        <w:jc w:val="right"/>
      </w:pPr>
      <w:r>
        <w:t>یہ ہے پازیٹیو پرسنالٹی۔</w:t>
      </w:r>
    </w:p>
    <w:p>
      <w:r>
        <w:rPr>
          <w:b/>
        </w:rPr>
        <w:t xml:space="preserve">[34:23] </w:t>
      </w:r>
      <w:r>
        <w:t>yani manfi halaat mein rehte hue musbat andaaz mein sochna.</w:t>
      </w:r>
    </w:p>
    <w:p>
      <w:pPr>
        <w:jc w:val="right"/>
      </w:pPr>
      <w:r>
        <w:t>یعنی منفی حالات میں رہتے ہوئے مثبت انداز میں سوچنا۔</w:t>
      </w:r>
    </w:p>
    <w:p>
      <w:r>
        <w:rPr>
          <w:b/>
        </w:rPr>
        <w:t xml:space="preserve">[34:28] </w:t>
      </w:r>
      <w:r>
        <w:t>اب یہ ایک آپ کو ایک ایک ڈوز ملی، ایک spiritual dose.</w:t>
      </w:r>
    </w:p>
    <w:p>
      <w:pPr>
        <w:jc w:val="right"/>
      </w:pPr>
      <w:r>
        <w:t>اب یہ ایک آپ کو ایک ایک ڈوز ملی، ایک اسپیریچول ڈوز۔</w:t>
      </w:r>
    </w:p>
    <w:p>
      <w:r>
        <w:rPr>
          <w:b/>
        </w:rPr>
        <w:t xml:space="preserve">[34:33] </w:t>
      </w:r>
      <w:r>
        <w:t>ek grahak jis ne aap ko bazahir provoke kiya tha.</w:t>
      </w:r>
    </w:p>
    <w:p>
      <w:pPr>
        <w:jc w:val="right"/>
      </w:pPr>
      <w:r>
        <w:t>ایک گاہک جس نے آپ کو بظاہر پرووک کیا تھا۔</w:t>
      </w:r>
    </w:p>
    <w:p>
      <w:r>
        <w:rPr>
          <w:b/>
        </w:rPr>
        <w:t xml:space="preserve">[34:38] </w:t>
      </w:r>
      <w:r>
        <w:t>us ke sath agar aap yeh is tarah khuda ko yaad karte hue aisa karein to kya hoga?</w:t>
      </w:r>
    </w:p>
    <w:p>
      <w:pPr>
        <w:jc w:val="right"/>
      </w:pPr>
      <w:r>
        <w:t>اس کے ساتھ اگر آپ یہ اس طرح خدا کو یاد کرتے ہوئے ایسا کریں تو کیا ہوگا؟</w:t>
      </w:r>
    </w:p>
    <w:p>
      <w:r>
        <w:rPr>
          <w:b/>
        </w:rPr>
        <w:t xml:space="preserve">[34:43] </w:t>
      </w:r>
      <w:r>
        <w:t>اس کے ذریعے سے آپ کو ایک spiritual dose مل جائے گی۔</w:t>
      </w:r>
    </w:p>
    <w:p>
      <w:pPr>
        <w:jc w:val="right"/>
      </w:pPr>
      <w:r>
        <w:t>اس کے ذریعے سے آپ کو ایک اسپیریچول ڈوز مل جائے گی۔</w:t>
      </w:r>
    </w:p>
    <w:p>
      <w:r>
        <w:rPr>
          <w:b/>
        </w:rPr>
        <w:t xml:space="preserve">[34:48] </w:t>
      </w:r>
      <w:r>
        <w:t>yehi to hai spiritual personality.</w:t>
      </w:r>
    </w:p>
    <w:p>
      <w:pPr>
        <w:jc w:val="right"/>
      </w:pPr>
      <w:r>
        <w:t>یہی تو ہے اسپیریچول پرسنالٹی۔</w:t>
      </w:r>
    </w:p>
    <w:p>
      <w:r>
        <w:rPr>
          <w:b/>
        </w:rPr>
        <w:t xml:space="preserve">[34:53] </w:t>
      </w:r>
      <w:r>
        <w:t>ke doosre log kuch bhi karein aap</w:t>
      </w:r>
    </w:p>
    <w:p>
      <w:pPr>
        <w:jc w:val="right"/>
      </w:pPr>
      <w:r>
        <w:t>کہ دوسرے لوگ کچھ بھی کریں آپ</w:t>
      </w:r>
    </w:p>
    <w:p>
      <w:r>
        <w:rPr>
          <w:b/>
        </w:rPr>
        <w:t xml:space="preserve">[34:58] </w:t>
      </w:r>
      <w:r>
        <w:t>react na karte hue zindagi guzarein.</w:t>
      </w:r>
    </w:p>
    <w:p>
      <w:pPr>
        <w:jc w:val="right"/>
      </w:pPr>
      <w:r>
        <w:t>ری ایکٹ نہ کرتے ہوئے زندگی گزاریں۔</w:t>
      </w:r>
    </w:p>
    <w:p>
      <w:r>
        <w:rPr>
          <w:b/>
        </w:rPr>
        <w:t xml:space="preserve">[35:01] </w:t>
      </w:r>
      <w:r>
        <w:t>aap ki apni ek ek life ho, apni ek soch ho.</w:t>
      </w:r>
    </w:p>
    <w:p>
      <w:pPr>
        <w:jc w:val="right"/>
      </w:pPr>
      <w:r>
        <w:t>آپ کی اپنی ایک ایک لائف ہو، اپنی ایک سوچ ہو۔</w:t>
      </w:r>
    </w:p>
    <w:p>
      <w:r>
        <w:rPr>
          <w:b/>
        </w:rPr>
        <w:t xml:space="preserve">[35:04] </w:t>
      </w:r>
      <w:r>
        <w:t>apna socha samjha ek aap ka ek behavior ho.</w:t>
      </w:r>
    </w:p>
    <w:p>
      <w:pPr>
        <w:jc w:val="right"/>
      </w:pPr>
      <w:r>
        <w:t>اپنا سوچا سمجھا ایک آپ کا ایک بیہیویئر ہو۔</w:t>
      </w:r>
    </w:p>
    <w:p>
      <w:r>
        <w:rPr>
          <w:b/>
        </w:rPr>
        <w:t xml:space="preserve">[35:08] </w:t>
      </w:r>
      <w:r>
        <w:t>yani principle behavior.</w:t>
      </w:r>
    </w:p>
    <w:p>
      <w:pPr>
        <w:jc w:val="right"/>
      </w:pPr>
      <w:r>
        <w:t>یعنی پرنسپل بیہیویئر۔</w:t>
      </w:r>
    </w:p>
    <w:p>
      <w:r>
        <w:rPr>
          <w:b/>
        </w:rPr>
        <w:t xml:space="preserve">[35:11] </w:t>
      </w:r>
      <w:r>
        <w:t>principle par jeena aata hai aap ko.</w:t>
      </w:r>
    </w:p>
    <w:p>
      <w:pPr>
        <w:jc w:val="right"/>
      </w:pPr>
      <w:r>
        <w:t>پرنسپل پر جینا آتا ہے آپ کو۔</w:t>
      </w:r>
    </w:p>
    <w:p>
      <w:r>
        <w:rPr>
          <w:b/>
        </w:rPr>
        <w:t xml:space="preserve">[35:14] </w:t>
      </w:r>
      <w:r>
        <w:t>to yeh hai zikr.</w:t>
      </w:r>
    </w:p>
    <w:p>
      <w:pPr>
        <w:jc w:val="right"/>
      </w:pPr>
      <w:r>
        <w:t>تو یہ ہے ذکر۔</w:t>
      </w:r>
    </w:p>
    <w:p>
      <w:r>
        <w:rPr>
          <w:b/>
        </w:rPr>
        <w:t xml:space="preserve">[35:18] </w:t>
      </w:r>
      <w:r>
        <w:t>ke aap ko yeh tajurba hua, yeh experience hua.</w:t>
      </w:r>
    </w:p>
    <w:p>
      <w:pPr>
        <w:jc w:val="right"/>
      </w:pPr>
      <w:r>
        <w:t>کہ آپ کو یہ تجربہ ہوا، یہ ایکسپیرینس ہوا۔</w:t>
      </w:r>
    </w:p>
    <w:p>
      <w:r>
        <w:rPr>
          <w:b/>
        </w:rPr>
        <w:t xml:space="preserve">[35:21] </w:t>
      </w:r>
      <w:r>
        <w:t>is waqt aap ne apne ko is tarah control kiya, apne ko sambhala.</w:t>
      </w:r>
    </w:p>
    <w:p>
      <w:pPr>
        <w:jc w:val="right"/>
      </w:pPr>
      <w:r>
        <w:t>اس وقت آپ نے اپنے کو اس طرح کنٹرول کیا، اپنے کو سنبھالا۔</w:t>
      </w:r>
    </w:p>
    <w:p>
      <w:r>
        <w:rPr>
          <w:b/>
        </w:rPr>
        <w:t xml:space="preserve">[35:24] </w:t>
      </w:r>
      <w:r>
        <w:t>khuda ko yaad</w:t>
      </w:r>
    </w:p>
    <w:p>
      <w:pPr>
        <w:jc w:val="right"/>
      </w:pPr>
      <w:r>
        <w:t>خدا کو یاد</w:t>
      </w:r>
    </w:p>
    <w:p>
      <w:r>
        <w:rPr>
          <w:b/>
        </w:rPr>
        <w:t xml:space="preserve">[35:28] </w:t>
      </w:r>
      <w:r>
        <w:t>karte hue.</w:t>
      </w:r>
    </w:p>
    <w:p>
      <w:pPr>
        <w:jc w:val="right"/>
      </w:pPr>
      <w:r>
        <w:t>کرتے ہوئے۔</w:t>
      </w:r>
    </w:p>
    <w:p>
      <w:r>
        <w:rPr>
          <w:b/>
        </w:rPr>
        <w:t xml:space="preserve">[35:32] </w:t>
      </w:r>
      <w:r>
        <w:t>yeh hai woh cheez jis ko quran mein kaha gaya hai zikr e kaseer. zikr e kaseer.</w:t>
      </w:r>
    </w:p>
    <w:p>
      <w:pPr>
        <w:jc w:val="right"/>
      </w:pPr>
      <w:r>
        <w:t>یہ ہے وہ چیز جس کو قرآن میں کہا گیا ہے ذکر کثیر۔ ذکر کثیر۔</w:t>
      </w:r>
    </w:p>
    <w:p>
      <w:r>
        <w:rPr>
          <w:b/>
        </w:rPr>
        <w:t xml:space="preserve">[35:37] </w:t>
      </w:r>
      <w:r>
        <w:t>isi tarah se aap ne ek plan kiya tha.</w:t>
      </w:r>
    </w:p>
    <w:p>
      <w:pPr>
        <w:jc w:val="right"/>
      </w:pPr>
      <w:r>
        <w:t>اسی طرح سے آپ نے ایک پلان کیا تھا۔</w:t>
      </w:r>
    </w:p>
    <w:p>
      <w:r>
        <w:rPr>
          <w:b/>
        </w:rPr>
        <w:t xml:space="preserve">[35:41] </w:t>
      </w:r>
      <w:r>
        <w:t>ek planning ki thi aap ne.</w:t>
      </w:r>
    </w:p>
    <w:p>
      <w:pPr>
        <w:jc w:val="right"/>
      </w:pPr>
      <w:r>
        <w:t>ایک پلاننگ کی تھی آپ نے۔</w:t>
      </w:r>
    </w:p>
    <w:p>
      <w:r>
        <w:rPr>
          <w:b/>
        </w:rPr>
        <w:t xml:space="preserve">[35:45] </w:t>
      </w:r>
      <w:r>
        <w:t>woh planning jo hai woh poori nahi hui.</w:t>
      </w:r>
    </w:p>
    <w:p>
      <w:pPr>
        <w:jc w:val="right"/>
      </w:pPr>
      <w:r>
        <w:t>وہ پلاننگ جو ہے وہ پوری نہیں ہوئی۔</w:t>
      </w:r>
    </w:p>
    <w:p>
      <w:r>
        <w:rPr>
          <w:b/>
        </w:rPr>
        <w:t xml:space="preserve">[35:50] </w:t>
      </w:r>
      <w:r>
        <w:t>woh planning jo hai woh misfire kar gayi.</w:t>
      </w:r>
    </w:p>
    <w:p>
      <w:pPr>
        <w:jc w:val="right"/>
      </w:pPr>
      <w:r>
        <w:t>وہ پلاننگ جو ہے وہ مس فائر کر گئی۔</w:t>
      </w:r>
    </w:p>
    <w:p>
      <w:r>
        <w:rPr>
          <w:b/>
        </w:rPr>
        <w:t xml:space="preserve">[35:54] </w:t>
      </w:r>
      <w:r>
        <w:t>to hazrat ali jo ek companion the</w:t>
      </w:r>
    </w:p>
    <w:p>
      <w:pPr>
        <w:jc w:val="right"/>
      </w:pPr>
      <w:r>
        <w:t>تو حضرت علی جو ایک کمپینین تھے</w:t>
      </w:r>
    </w:p>
    <w:p>
      <w:r>
        <w:rPr>
          <w:b/>
        </w:rPr>
        <w:t xml:space="preserve">[35:58] </w:t>
      </w:r>
      <w:r>
        <w:t>un ke sath aisa pesh aaya to unhon ne kya kaha? unhon ne kaha ke urrif turribi bifusqil azā'im.</w:t>
      </w:r>
    </w:p>
    <w:p>
      <w:pPr>
        <w:jc w:val="right"/>
      </w:pPr>
      <w:r>
        <w:t>ان کے ساتھ ایسا پیش آیا تو انہوں نے کیا کہا؟ انہوں نے کہا کہ عرف تربی بفسق العظائم۔</w:t>
      </w:r>
    </w:p>
    <w:p>
      <w:r>
        <w:rPr>
          <w:b/>
        </w:rPr>
        <w:t xml:space="preserve">[36:03] </w:t>
      </w:r>
      <w:r>
        <w:t>urrif turribi bifusqil azā'im.</w:t>
      </w:r>
    </w:p>
    <w:p>
      <w:pPr>
        <w:jc w:val="right"/>
      </w:pPr>
      <w:r>
        <w:t>عرف تربی بفسق العظائم۔</w:t>
      </w:r>
    </w:p>
    <w:p>
      <w:r>
        <w:rPr>
          <w:b/>
        </w:rPr>
        <w:t xml:space="preserve">[36:08] </w:t>
      </w:r>
      <w:r>
        <w:t>yani maine khuda ko pehchana apni planning ke tootne se.</w:t>
      </w:r>
    </w:p>
    <w:p>
      <w:pPr>
        <w:jc w:val="right"/>
      </w:pPr>
      <w:r>
        <w:t>یعنی میں نے خدا کو پہچانا اپنی پلاننگ کے ٹوٹنے سے۔</w:t>
      </w:r>
    </w:p>
    <w:p>
      <w:r>
        <w:rPr>
          <w:b/>
        </w:rPr>
        <w:t xml:space="preserve">[36:13] </w:t>
      </w:r>
      <w:r>
        <w:t>yani maine ek planning ki.</w:t>
      </w:r>
    </w:p>
    <w:p>
      <w:pPr>
        <w:jc w:val="right"/>
      </w:pPr>
      <w:r>
        <w:t>یعنی میں نے ایک پلاننگ کی۔</w:t>
      </w:r>
    </w:p>
    <w:p>
      <w:r>
        <w:rPr>
          <w:b/>
        </w:rPr>
        <w:t xml:space="preserve">[36:18] </w:t>
      </w:r>
      <w:r>
        <w:t>is planning ko main successful na bana saka.</w:t>
      </w:r>
    </w:p>
    <w:p>
      <w:pPr>
        <w:jc w:val="right"/>
      </w:pPr>
      <w:r>
        <w:t>اس پلاننگ کو میں سکسیس فل نہ بنا سکا۔</w:t>
      </w:r>
    </w:p>
    <w:p>
      <w:r>
        <w:rPr>
          <w:b/>
        </w:rPr>
        <w:t xml:space="preserve">[36:23] </w:t>
      </w:r>
      <w:r>
        <w:t>to maine yaad kiya khuda</w:t>
      </w:r>
    </w:p>
    <w:p>
      <w:pPr>
        <w:jc w:val="right"/>
      </w:pPr>
      <w:r>
        <w:t>تو میں نے یاد کیا خدا</w:t>
      </w:r>
    </w:p>
    <w:p>
      <w:r>
        <w:rPr>
          <w:b/>
        </w:rPr>
        <w:t xml:space="preserve">[36:28] </w:t>
      </w:r>
      <w:r>
        <w:t>ko.</w:t>
      </w:r>
    </w:p>
    <w:p>
      <w:pPr>
        <w:jc w:val="right"/>
      </w:pPr>
      <w:r>
        <w:t>کو۔</w:t>
      </w:r>
    </w:p>
    <w:p>
      <w:r>
        <w:rPr>
          <w:b/>
        </w:rPr>
        <w:t xml:space="preserve">[36:33] </w:t>
      </w:r>
      <w:r>
        <w:t>woh kaise? ke yeh poori universe bhi to ek planning hai.</w:t>
      </w:r>
    </w:p>
    <w:p>
      <w:pPr>
        <w:jc w:val="right"/>
      </w:pPr>
      <w:r>
        <w:t>وہ کیسے؟ کہ یہ پوری یونیورس بھی تو ایک پلاننگ ہے۔</w:t>
      </w:r>
    </w:p>
    <w:p>
      <w:r>
        <w:rPr>
          <w:b/>
        </w:rPr>
        <w:t xml:space="preserve">[36:38] </w:t>
      </w:r>
      <w:r>
        <w:t>yeh poora jo universe hai woh sab bohat bara ek planning ke sath ek kaam ho raha hai yahan.</w:t>
      </w:r>
    </w:p>
    <w:p>
      <w:pPr>
        <w:jc w:val="right"/>
      </w:pPr>
      <w:r>
        <w:t>یہ پورا جو یونیورس ہے وہ سب بہت بڑا ایک پلاننگ کے ساتھ ایک کام ہو رہا ہے یہاں۔</w:t>
      </w:r>
    </w:p>
    <w:p>
      <w:r>
        <w:rPr>
          <w:b/>
        </w:rPr>
        <w:t xml:space="preserve">[36:42] </w:t>
      </w:r>
      <w:r>
        <w:t>planning ke sath.</w:t>
      </w:r>
    </w:p>
    <w:p>
      <w:pPr>
        <w:jc w:val="right"/>
      </w:pPr>
      <w:r>
        <w:t>پلاننگ کے ساتھ۔</w:t>
      </w:r>
    </w:p>
    <w:p>
      <w:r>
        <w:rPr>
          <w:b/>
        </w:rPr>
        <w:t xml:space="preserve">[36:47] </w:t>
      </w:r>
      <w:r>
        <w:t>ek universal planning hai.</w:t>
      </w:r>
    </w:p>
    <w:p>
      <w:pPr>
        <w:jc w:val="right"/>
      </w:pPr>
      <w:r>
        <w:t>ایک یونیورسل پلاننگ ہے۔</w:t>
      </w:r>
    </w:p>
    <w:p>
      <w:r>
        <w:rPr>
          <w:b/>
        </w:rPr>
        <w:t xml:space="preserve">[36:51] </w:t>
      </w:r>
      <w:r>
        <w:t>lekin aap dekhiye yeh zero defect planning hai yeh.</w:t>
      </w:r>
    </w:p>
    <w:p>
      <w:pPr>
        <w:jc w:val="right"/>
      </w:pPr>
      <w:r>
        <w:t>لیکن آپ دیکھیے یہ زیرو ڈیفیکٹ پلاننگ ہے یہ۔</w:t>
      </w:r>
    </w:p>
    <w:p>
      <w:r>
        <w:rPr>
          <w:b/>
        </w:rPr>
        <w:t xml:space="preserve">[36:56] </w:t>
      </w:r>
      <w:r>
        <w:t>itni bari factory chal rahi hai.</w:t>
      </w:r>
    </w:p>
    <w:p>
      <w:pPr>
        <w:jc w:val="right"/>
      </w:pPr>
      <w:r>
        <w:t>اتنی بڑی فیکٹری چل رہی ہے۔</w:t>
      </w:r>
    </w:p>
    <w:p>
      <w:r>
        <w:rPr>
          <w:b/>
        </w:rPr>
        <w:t xml:space="preserve">[37:00] </w:t>
      </w:r>
      <w:r>
        <w:t>woh aap ko light de rahi hai, aap ko oxygen de rahi hai. aap ko food de rahi hai, aap ko pani de rahi hai. million billion cheezein de rahi hai aap ko. ek factory hai, ek industry hai, ek planning hai. lekin wahan par zero defect ka mamla hai. koi defect nahi. bohat hi perfectly woh chali chali ja rahi hai, chali chali ja rahi hai. to Hazrat Ali kehte hain ke maine kh</w:t>
      </w:r>
    </w:p>
    <w:p>
      <w:pPr>
        <w:jc w:val="right"/>
      </w:pPr>
      <w:r>
        <w:t>وہ آپ کو لائٹ دے رہی ہے، آپ کو آکسیجن دے رہی ہے۔ آپ کو فوڈ دے رہی ہے، آپ کو پانی دے رہی ہے۔ ملین بلین چیزیں دے رہی ہے آپ کو۔ ایک فیکٹری ہے، ایک انڈسٹری ہے، ایک پلاننگ ہے۔ لیکن وہاں پر زیرو ڈیفیکٹ کا معاملہ ہے۔ کوئی ڈیفیکٹ نہیں۔ بہت ہی پرفیکٹلی وہ چلی چلی جا رہی ہے، چلی چلی جا رہی ہے۔ تو حضرت علی کہتے ہیں کہ میں نے خ</w:t>
      </w:r>
    </w:p>
    <w:p>
      <w:r>
        <w:rPr>
          <w:b/>
        </w:rPr>
        <w:t xml:space="preserve">[37:30] </w:t>
      </w:r>
      <w:r>
        <w:t>da ko pehchana is waqt jab ke meri planning toot gayi.</w:t>
      </w:r>
    </w:p>
    <w:p>
      <w:pPr>
        <w:jc w:val="right"/>
      </w:pPr>
      <w:r>
        <w:t>دا کو پہچانا اس وقت جب کہ میری پلاننگ ٹوٹ گئی۔</w:t>
      </w:r>
    </w:p>
    <w:p>
      <w:r>
        <w:rPr>
          <w:b/>
        </w:rPr>
        <w:t xml:space="preserve">[37:36] </w:t>
      </w:r>
      <w:r>
        <w:t>ke ek main hoon ke ek choti si planning maine ki aur us ko main poora nahi kar saka.</w:t>
      </w:r>
    </w:p>
    <w:p>
      <w:pPr>
        <w:jc w:val="right"/>
      </w:pPr>
      <w:r>
        <w:t>کہ ایک میں ہوں کہ ایک چھوٹی سی پلاننگ میں نے کی اور اس کو میں پورا نہیں کر سکا۔</w:t>
      </w:r>
    </w:p>
    <w:p>
      <w:r>
        <w:rPr>
          <w:b/>
        </w:rPr>
        <w:t xml:space="preserve">[37:42] </w:t>
      </w:r>
      <w:r>
        <w:t>yeh khuda hai ke koi universal industry chala raha hai aur us mein koi defect nahi.</w:t>
      </w:r>
    </w:p>
    <w:p>
      <w:pPr>
        <w:jc w:val="right"/>
      </w:pPr>
      <w:r>
        <w:t>یہ خدا ہے کہ کوئی یونیورسل انڈسٹری چلا رہا ہے اور اس میں کوئی ڈیفیکٹ نہیں۔</w:t>
      </w:r>
    </w:p>
    <w:p>
      <w:r>
        <w:rPr>
          <w:b/>
        </w:rPr>
        <w:t xml:space="preserve">[37:48] </w:t>
      </w:r>
      <w:r>
        <w:t>tu is tarah se maine khuda ko pehchana.</w:t>
      </w:r>
    </w:p>
    <w:p>
      <w:pPr>
        <w:jc w:val="right"/>
      </w:pPr>
      <w:r>
        <w:t>تو اس طرح سے میں نے خدا کو پہچانا۔</w:t>
      </w:r>
    </w:p>
    <w:p>
      <w:r>
        <w:rPr>
          <w:b/>
        </w:rPr>
        <w:t xml:space="preserve">[37:54] </w:t>
      </w:r>
      <w:r>
        <w:t>aur phir khuda ko pehchanne ke maani kya hain? ke khuda ke</w:t>
      </w:r>
    </w:p>
    <w:p>
      <w:pPr>
        <w:jc w:val="right"/>
      </w:pPr>
      <w:r>
        <w:t>اور پھر خدا کو پہچاننے کے معنی کیا ہیں؟ کہ خدا کے</w:t>
      </w:r>
    </w:p>
    <w:p>
      <w:r>
        <w:rPr>
          <w:b/>
        </w:rPr>
        <w:t xml:space="preserve">[38:00] </w:t>
      </w:r>
      <w:r>
        <w:t>liye aap bilkul surrender kar dein. jab tak aap khuda ko is tarah discover na karein aap surrender nahi kar painge. surrender nahi kar painge aap. jab tak khuda ki greatness aap ke mind mein nahi aaye gi. surrender kaise karein ge aap? koi aadmi kisi cheenti aa gayi to surrender nahi karta. koi aisa insan aap ko nahi milega</w:t>
      </w:r>
    </w:p>
    <w:p>
      <w:pPr>
        <w:jc w:val="right"/>
      </w:pPr>
      <w:r>
        <w:t>لیے آپ بالکل سرنڈر کر دیں۔ جب تک آپ خدا کو اس طرح ڈسکور نہ کریں آپ سرنڈر نہیں کر پائیں گے۔ سرنڈر نہیں کر پائیں گے آپ۔ جب تک خدا کی گریٹ لیس آپ کے مائنڈ میں نہیں آئے گی۔ سرنڈر کیسے کریں گے آپ؟ کوئی آدمی کسی چیونٹی آ گئی تو سرنڈر نہیں کرتا۔ کوئی ایسا انسان آپ کو نہیں ملے گا</w:t>
      </w:r>
    </w:p>
    <w:p>
      <w:r>
        <w:rPr>
          <w:b/>
        </w:rPr>
        <w:t xml:space="preserve">[38:30] </w:t>
      </w:r>
      <w:r>
        <w:t>jo jo cheenti aa gayi surrender kar de.</w:t>
      </w:r>
    </w:p>
    <w:p>
      <w:pPr>
        <w:jc w:val="right"/>
      </w:pPr>
      <w:r>
        <w:t>جو جو چیونٹی آ گئی سرنڈر کر دے۔</w:t>
      </w:r>
    </w:p>
    <w:p>
      <w:r>
        <w:rPr>
          <w:b/>
        </w:rPr>
        <w:t xml:space="preserve">[38:35] </w:t>
      </w:r>
      <w:r>
        <w:t>surrender karne ke liye aap ko ek bahut badi taqat ka ki discovery honi chahiye.</w:t>
      </w:r>
    </w:p>
    <w:p>
      <w:pPr>
        <w:jc w:val="right"/>
      </w:pPr>
      <w:r>
        <w:t>سرنڈر کرنے کے لیے آپ کو ایک بہت بڑی طاقت کا کی ڈسکوری ہونی چاہیے۔</w:t>
      </w:r>
    </w:p>
    <w:p>
      <w:r>
        <w:rPr>
          <w:b/>
        </w:rPr>
        <w:t xml:space="preserve">[38:41] </w:t>
      </w:r>
      <w:r>
        <w:t>tab aap surrender karenge.</w:t>
      </w:r>
    </w:p>
    <w:p>
      <w:pPr>
        <w:jc w:val="right"/>
      </w:pPr>
      <w:r>
        <w:t>تب آپ سرنڈر کریں گے۔</w:t>
      </w:r>
    </w:p>
    <w:p>
      <w:r>
        <w:rPr>
          <w:b/>
        </w:rPr>
        <w:t xml:space="preserve">[38:46] </w:t>
      </w:r>
      <w:r>
        <w:t>tu is ke maani kya hue? ke aap ka ek planning aap ki toot gayi, nahi poori hui</w:t>
      </w:r>
    </w:p>
    <w:p>
      <w:pPr>
        <w:jc w:val="right"/>
      </w:pPr>
      <w:r>
        <w:t>تو اس کے معنی کیا ہوئے؟ کہ آپ کا ایک پلاننگ آپ کی ٹوٹ گئی، نہیں پوری ہوئی</w:t>
      </w:r>
    </w:p>
    <w:p>
      <w:r>
        <w:rPr>
          <w:b/>
        </w:rPr>
        <w:t xml:space="preserve">[38:51] </w:t>
      </w:r>
      <w:r>
        <w:t>tu is mein aap ke liye mauqa hai is baat ka ke aap khuda ko yaad karein is</w:t>
      </w:r>
    </w:p>
    <w:p>
      <w:pPr>
        <w:jc w:val="right"/>
      </w:pPr>
      <w:r>
        <w:t>تو اس میں آپ کے لیے موقع ہے اس بات کا کہ آپ خدا کو یاد کریں اس</w:t>
      </w:r>
    </w:p>
    <w:p>
      <w:r>
        <w:rPr>
          <w:b/>
        </w:rPr>
        <w:t xml:space="preserve">[38:56] </w:t>
      </w:r>
      <w:r>
        <w:t>tarah se ke woh aap ke liye khuda ki discovery ban jaaye.</w:t>
      </w:r>
    </w:p>
    <w:p>
      <w:pPr>
        <w:jc w:val="right"/>
      </w:pPr>
      <w:r>
        <w:t>طرح سے کہ وہ آپ کے لیے خدا کی ڈسکوری بن جائے۔</w:t>
      </w:r>
    </w:p>
    <w:p>
      <w:r>
        <w:rPr>
          <w:b/>
        </w:rPr>
        <w:t xml:space="preserve">[39:02] </w:t>
      </w:r>
      <w:r>
        <w:t>yeh hai zikr-e-kasir.</w:t>
      </w:r>
    </w:p>
    <w:p>
      <w:pPr>
        <w:jc w:val="right"/>
      </w:pPr>
      <w:r>
        <w:t>یہ ہے ذکر کثیر۔</w:t>
      </w:r>
    </w:p>
    <w:p>
      <w:r>
        <w:rPr>
          <w:b/>
        </w:rPr>
        <w:t xml:space="preserve">[39:07] </w:t>
      </w:r>
      <w:r>
        <w:t>yeh cheez, yeh zikr-e-kasir jo hai woh tasbeeh ke daane ginne se nahi hoti.</w:t>
      </w:r>
    </w:p>
    <w:p>
      <w:pPr>
        <w:jc w:val="right"/>
      </w:pPr>
      <w:r>
        <w:t>یہ چیز، یہ ذکر کثیر جو ہے وہ تسبیح کے دانے گننے سے نہیں ہوتی۔</w:t>
      </w:r>
    </w:p>
    <w:p>
      <w:r>
        <w:rPr>
          <w:b/>
        </w:rPr>
        <w:t xml:space="preserve">[39:13] </w:t>
      </w:r>
      <w:r>
        <w:t>woh toh soch se hoti hai.</w:t>
      </w:r>
    </w:p>
    <w:p>
      <w:pPr>
        <w:jc w:val="right"/>
      </w:pPr>
      <w:r>
        <w:t>وہ تو سوچ سے ہوتی ہے۔</w:t>
      </w:r>
    </w:p>
    <w:p>
      <w:r>
        <w:rPr>
          <w:b/>
        </w:rPr>
        <w:t xml:space="preserve">[39:19] </w:t>
      </w:r>
      <w:r>
        <w:t>woh contemplation se hoti hai.</w:t>
      </w:r>
    </w:p>
    <w:p>
      <w:pPr>
        <w:jc w:val="right"/>
      </w:pPr>
      <w:r>
        <w:t>وہ کنٹمپلیشن سے ہوتی ہے۔</w:t>
      </w:r>
    </w:p>
    <w:p>
      <w:r>
        <w:rPr>
          <w:b/>
        </w:rPr>
        <w:t xml:space="preserve">[39:25] </w:t>
      </w:r>
      <w:r>
        <w:t>woh cheezon ko zyada gehrai ke saath, deep mein jaa kar ke janne se hoti hai.</w:t>
      </w:r>
    </w:p>
    <w:p>
      <w:pPr>
        <w:jc w:val="right"/>
      </w:pPr>
      <w:r>
        <w:t>وہ چیزوں کو زیادہ گہرائی کے ساتھ، ڈیپ میں جا کر کے جاننے سے ہوتی ہے۔</w:t>
      </w:r>
    </w:p>
    <w:p>
      <w:r>
        <w:rPr>
          <w:b/>
        </w:rPr>
        <w:t xml:space="preserve">[39:31] </w:t>
      </w:r>
      <w:r>
        <w:t>aise hi dekhiye aap</w:t>
      </w:r>
    </w:p>
    <w:p>
      <w:pPr>
        <w:jc w:val="right"/>
      </w:pPr>
      <w:r>
        <w:t>ایسے ہی دیکھیے آپ</w:t>
      </w:r>
    </w:p>
    <w:p>
      <w:r>
        <w:rPr>
          <w:b/>
        </w:rPr>
        <w:t xml:space="preserve">[39:36] </w:t>
      </w:r>
      <w:r>
        <w:t>hadees mein aata hai ke wallah la yuman wallah la yuman wallah la yuman alladhi la yaman jaar</w:t>
      </w:r>
    </w:p>
    <w:p>
      <w:pPr>
        <w:jc w:val="right"/>
      </w:pPr>
      <w:r>
        <w:t>حدیث میں آتا ہے کہ واللہ لا یومن واللہ لا یومن واللہ لا یومن الذی لا یامن جار</w:t>
      </w:r>
    </w:p>
    <w:p>
      <w:r>
        <w:rPr>
          <w:b/>
        </w:rPr>
        <w:t xml:space="preserve">[39:42] </w:t>
      </w:r>
      <w:r>
        <w:t>buwa yaani momin woh hai jo doosron ke liye problem create na kare.</w:t>
      </w:r>
    </w:p>
    <w:p>
      <w:pPr>
        <w:jc w:val="right"/>
      </w:pPr>
      <w:r>
        <w:t>بوا یعنی مومن وہ ہے جو دوسروں کے لیے پرابلم کریٹ نہ کرے۔</w:t>
      </w:r>
    </w:p>
    <w:p>
      <w:r>
        <w:rPr>
          <w:b/>
        </w:rPr>
        <w:t xml:space="preserve">[39:49] </w:t>
      </w:r>
      <w:r>
        <w:t>momin woh hai jo doosron ke liye problem create na kare.</w:t>
      </w:r>
    </w:p>
    <w:p>
      <w:pPr>
        <w:jc w:val="right"/>
      </w:pPr>
      <w:r>
        <w:t>مومن وہ ہے جو دوسروں کے لیے پرابلم کریٹ نہ کرے۔</w:t>
      </w:r>
    </w:p>
    <w:p>
      <w:r>
        <w:rPr>
          <w:b/>
        </w:rPr>
        <w:t xml:space="preserve">[39:55] </w:t>
      </w:r>
      <w:r>
        <w:t>ab aap dekhiye rasta chal rahe hain.</w:t>
      </w:r>
    </w:p>
    <w:p>
      <w:pPr>
        <w:jc w:val="right"/>
      </w:pPr>
      <w:r>
        <w:t>اب آپ دیکھیے راستہ چل رہے ہیں۔</w:t>
      </w:r>
    </w:p>
    <w:p>
      <w:r>
        <w:rPr>
          <w:b/>
        </w:rPr>
        <w:t xml:space="preserve">[40:01] </w:t>
      </w:r>
      <w:r>
        <w:t>aap kahin kisi railway station par hain, aap kisi airport par hain,</w:t>
      </w:r>
    </w:p>
    <w:p>
      <w:pPr>
        <w:jc w:val="right"/>
      </w:pPr>
      <w:r>
        <w:t>آپ کہیں کسی ریلوے اسٹیشن پر ہیں، آپ کسی ایئرپورٹ پر ہیں،</w:t>
      </w:r>
    </w:p>
    <w:p>
      <w:r>
        <w:rPr>
          <w:b/>
        </w:rPr>
        <w:t xml:space="preserve">[40:07] </w:t>
      </w:r>
      <w:r>
        <w:t>kahin bhi hain.</w:t>
      </w:r>
    </w:p>
    <w:p>
      <w:pPr>
        <w:jc w:val="right"/>
      </w:pPr>
      <w:r>
        <w:t>کہیں بھی ہیں۔</w:t>
      </w:r>
    </w:p>
    <w:p>
      <w:r>
        <w:rPr>
          <w:b/>
        </w:rPr>
        <w:t xml:space="preserve">[40:11] </w:t>
      </w:r>
      <w:r>
        <w:t>har jagah yeh mauqa hota hai ke aap koi aisa kaam karein jo is ke liye problem create karne lage.</w:t>
      </w:r>
    </w:p>
    <w:p>
      <w:pPr>
        <w:jc w:val="right"/>
      </w:pPr>
      <w:r>
        <w:t>ہر جگہ یہ موقع ہوتا ہے کہ آپ کوئی ایسا کام کریں جو اس کے لیے پرابلم کریٹ کرنے لگے۔</w:t>
      </w:r>
    </w:p>
    <w:p>
      <w:r>
        <w:rPr>
          <w:b/>
        </w:rPr>
        <w:t xml:space="preserve">[40:15] </w:t>
      </w:r>
      <w:r>
        <w:t>jaise mobile hai, zor se bol rahe hain, doosre aadmi ko pareshani ho rahi hai.</w:t>
      </w:r>
    </w:p>
    <w:p>
      <w:pPr>
        <w:jc w:val="right"/>
      </w:pPr>
      <w:r>
        <w:t>جیسے موبائل ہے، زور سے بول رہے ہیں، دوسرے آدمی کو پریشانی ہو رہی ہے۔</w:t>
      </w:r>
    </w:p>
    <w:p>
      <w:r>
        <w:rPr>
          <w:b/>
        </w:rPr>
        <w:t xml:space="preserve">[40:20] </w:t>
      </w:r>
      <w:r>
        <w:t>aap TV ya radio zor se bula rahe hain, baja rahe hain, aap ke padosi ko pareshani</w:t>
      </w:r>
    </w:p>
    <w:p>
      <w:pPr>
        <w:jc w:val="right"/>
      </w:pPr>
      <w:r>
        <w:t>آپ ٹی وی یا ریڈیو زور سے بلا رہے ہیں، بجا رہے ہیں، آپ کے پڑوسی کو پریشانی</w:t>
      </w:r>
    </w:p>
    <w:p>
      <w:r>
        <w:rPr>
          <w:b/>
        </w:rPr>
        <w:t xml:space="preserve">[40:24] </w:t>
      </w:r>
      <w:r>
        <w:t>ho rahi hai.</w:t>
      </w:r>
    </w:p>
    <w:p>
      <w:pPr>
        <w:jc w:val="right"/>
      </w:pPr>
      <w:r>
        <w:t>ہو رہی ہے۔</w:t>
      </w:r>
    </w:p>
    <w:p>
      <w:r>
        <w:rPr>
          <w:b/>
        </w:rPr>
        <w:t xml:space="preserve">[40:29] </w:t>
      </w:r>
      <w:r>
        <w:t>is ka disturbance ho raha hai.</w:t>
      </w:r>
    </w:p>
    <w:p>
      <w:pPr>
        <w:jc w:val="right"/>
      </w:pPr>
      <w:r>
        <w:t>اس کا ڈسٹربنس ہو رہا ہے۔</w:t>
      </w:r>
    </w:p>
    <w:p>
      <w:r>
        <w:rPr>
          <w:b/>
        </w:rPr>
        <w:t xml:space="preserve">[40:33] </w:t>
      </w:r>
      <w:r>
        <w:t>yani har lamha, har mauqa par</w:t>
      </w:r>
    </w:p>
    <w:p>
      <w:pPr>
        <w:jc w:val="right"/>
      </w:pPr>
      <w:r>
        <w:t>یعنی ہر لمحہ، ہر موقع پر</w:t>
      </w:r>
    </w:p>
    <w:p>
      <w:r>
        <w:rPr>
          <w:b/>
        </w:rPr>
        <w:t xml:space="preserve">[40:37] </w:t>
      </w:r>
      <w:r>
        <w:t>aap ek aisa kaam kar sakte hain jis se doosre ko pareshani ho, doosre ke liye woh problem ban jaye.</w:t>
      </w:r>
    </w:p>
    <w:p>
      <w:pPr>
        <w:jc w:val="right"/>
      </w:pPr>
      <w:r>
        <w:t>آپ ایک ایسا کام کر سکتے ہیں جس سے دوسرے کو پریشانی ہو، دوسرے کے لیے وہ پرابلم بن جائے۔</w:t>
      </w:r>
    </w:p>
    <w:p>
      <w:r>
        <w:rPr>
          <w:b/>
        </w:rPr>
        <w:t xml:space="preserve">[40:43] </w:t>
      </w:r>
      <w:r>
        <w:t>to wahan apne ko sochein aap.</w:t>
      </w:r>
    </w:p>
    <w:p>
      <w:pPr>
        <w:jc w:val="right"/>
      </w:pPr>
      <w:r>
        <w:t>تو وہاں اپنے کو سوچیں آپ۔</w:t>
      </w:r>
    </w:p>
    <w:p>
      <w:r>
        <w:rPr>
          <w:b/>
        </w:rPr>
        <w:t xml:space="preserve">[40:48] </w:t>
      </w:r>
      <w:r>
        <w:t>khuda ne kaha hai, khuda ke rasool ne kaha hai ke woh aadmi momin hi nahi hai.</w:t>
      </w:r>
    </w:p>
    <w:p>
      <w:pPr>
        <w:jc w:val="right"/>
      </w:pPr>
      <w:r>
        <w:t>خدا نے کہا ہے، خدا کے رسول نے کہا ہے کہ وہ آدمی مومن ہی نہیں ہے۔</w:t>
      </w:r>
    </w:p>
    <w:p>
      <w:r>
        <w:rPr>
          <w:b/>
        </w:rPr>
        <w:t xml:space="preserve">[40:53] </w:t>
      </w:r>
      <w:r>
        <w:t>he is not a true believer who creates problems for others.</w:t>
      </w:r>
    </w:p>
    <w:p>
      <w:pPr>
        <w:jc w:val="right"/>
      </w:pPr>
      <w:r>
        <w:t>ہی از ناٹ ا ٹرو بیلیور ہو کریٹس پرابلمز فار ادرز۔</w:t>
      </w:r>
    </w:p>
    <w:p>
      <w:r>
        <w:rPr>
          <w:b/>
        </w:rPr>
        <w:t xml:space="preserve">[40:58] </w:t>
      </w:r>
      <w:r>
        <w:t>aap apne ko rok lein is se.</w:t>
      </w:r>
    </w:p>
    <w:p>
      <w:pPr>
        <w:jc w:val="right"/>
      </w:pPr>
      <w:r>
        <w:t>آپ اپنے کو روک لیں اس سے۔</w:t>
      </w:r>
    </w:p>
    <w:p>
      <w:r>
        <w:rPr>
          <w:b/>
        </w:rPr>
        <w:t xml:space="preserve">[41:03] </w:t>
      </w:r>
      <w:r>
        <w:t>aap apne ko rok lein is se.</w:t>
      </w:r>
    </w:p>
    <w:p>
      <w:pPr>
        <w:jc w:val="right"/>
      </w:pPr>
      <w:r>
        <w:t>آپ اپنے کو روک لیں اس سے۔</w:t>
      </w:r>
    </w:p>
    <w:p>
      <w:r>
        <w:rPr>
          <w:b/>
        </w:rPr>
        <w:t xml:space="preserve">[41:08] </w:t>
      </w:r>
      <w:r>
        <w:t>dekhiye main ek waqia arz karoon.</w:t>
      </w:r>
    </w:p>
    <w:p>
      <w:pPr>
        <w:jc w:val="right"/>
      </w:pPr>
      <w:r>
        <w:t>دیکھیے میں ایک واقعہ عرض کروں۔</w:t>
      </w:r>
    </w:p>
    <w:p>
      <w:r>
        <w:rPr>
          <w:b/>
        </w:rPr>
        <w:t xml:space="preserve">[41:14] </w:t>
      </w:r>
      <w:r>
        <w:t>rasool Allah salallaho alaihi wasallam jab madine mein the to log aap se milne ke liye aate the.</w:t>
      </w:r>
    </w:p>
    <w:p>
      <w:pPr>
        <w:jc w:val="right"/>
      </w:pPr>
      <w:r>
        <w:t>رسول اللہ صلی اللہ علیہ وسلم جب مدینہ میں تھے تو لوگ آپ سے ملنے کے لیے آتے تھے۔</w:t>
      </w:r>
    </w:p>
    <w:p>
      <w:r>
        <w:rPr>
          <w:b/>
        </w:rPr>
        <w:t xml:space="preserve">[41:20] </w:t>
      </w:r>
      <w:r>
        <w:t>yeh kaun log the? yeh tribe, us zamane mein tribal age tha woh.</w:t>
      </w:r>
    </w:p>
    <w:p>
      <w:pPr>
        <w:jc w:val="right"/>
      </w:pPr>
      <w:r>
        <w:t>یہ کون لوگ تھے؟ یہ ٹرائب، اس زمانے میں ٹرائبل ایج تھا وہ۔</w:t>
      </w:r>
    </w:p>
    <w:p>
      <w:r>
        <w:rPr>
          <w:b/>
        </w:rPr>
        <w:t xml:space="preserve">[41:26] </w:t>
      </w:r>
      <w:r>
        <w:t>baddo log hote the, un ke koi un ka koi aaj kal ki tarah se koi culture nahi tha.</w:t>
      </w:r>
    </w:p>
    <w:p>
      <w:pPr>
        <w:jc w:val="right"/>
      </w:pPr>
      <w:r>
        <w:t>بدو لوگ ہوتے تھے، ان کے کوئی ان کا کوئی آج کل کی طرح سے کوئی کلچر نہیں تھا۔</w:t>
      </w:r>
    </w:p>
    <w:p>
      <w:r>
        <w:rPr>
          <w:b/>
        </w:rPr>
        <w:t xml:space="preserve">[41:32] </w:t>
      </w:r>
      <w:r>
        <w:t>ab milne ke liye aaye to zor se awaz dete the bahar. ya</w:t>
      </w:r>
    </w:p>
    <w:p>
      <w:pPr>
        <w:jc w:val="right"/>
      </w:pPr>
      <w:r>
        <w:t>اب ملنے کے لیے آئے تو زور سے آواز دیتے تھے باہر۔ یا</w:t>
      </w:r>
    </w:p>
    <w:p>
      <w:r>
        <w:rPr>
          <w:b/>
        </w:rPr>
        <w:t xml:space="preserve">[41:39] </w:t>
      </w:r>
      <w:r>
        <w:t>Muhammad ukhruj alayna!</w:t>
      </w:r>
    </w:p>
    <w:p>
      <w:pPr>
        <w:jc w:val="right"/>
      </w:pPr>
      <w:r>
        <w:t>محمد اخرج علینا!</w:t>
      </w:r>
    </w:p>
    <w:p>
      <w:r>
        <w:rPr>
          <w:b/>
        </w:rPr>
        <w:t xml:space="preserve">[41:42] </w:t>
      </w:r>
      <w:r>
        <w:t>ae Muhammad aao, hum ko tum se milna hai.</w:t>
      </w:r>
    </w:p>
    <w:p>
      <w:pPr>
        <w:jc w:val="right"/>
      </w:pPr>
      <w:r>
        <w:t>اے محمد آؤ، ہم کو تم سے ملنا ہے۔</w:t>
      </w:r>
    </w:p>
    <w:p>
      <w:r>
        <w:rPr>
          <w:b/>
        </w:rPr>
        <w:t xml:space="preserve">[41:46] </w:t>
      </w:r>
      <w:r>
        <w:t>zor se awaz dete the.</w:t>
      </w:r>
    </w:p>
    <w:p>
      <w:pPr>
        <w:jc w:val="right"/>
      </w:pPr>
      <w:r>
        <w:t>زور سے آواز دیتے تھے۔</w:t>
      </w:r>
    </w:p>
    <w:p>
      <w:r>
        <w:rPr>
          <w:b/>
        </w:rPr>
        <w:t xml:space="preserve">[41:50] </w:t>
      </w:r>
      <w:r>
        <w:t>to quran mein is se unhein roka gaya.</w:t>
      </w:r>
    </w:p>
    <w:p>
      <w:pPr>
        <w:jc w:val="right"/>
      </w:pPr>
      <w:r>
        <w:t>تو قرآن میں اس سے انہیں روکا گیا۔</w:t>
      </w:r>
    </w:p>
    <w:p>
      <w:r>
        <w:rPr>
          <w:b/>
        </w:rPr>
        <w:t xml:space="preserve">[41:54] </w:t>
      </w:r>
      <w:r>
        <w:t>kaha gaya ke yeh to gadha hai, woh cheekhta hai zor zor se.</w:t>
      </w:r>
    </w:p>
    <w:p>
      <w:pPr>
        <w:jc w:val="right"/>
      </w:pPr>
      <w:r>
        <w:t>کہا گیا کہ یہ تو گدھا ہے، وہ چیختا ہے زور زور سے۔</w:t>
      </w:r>
    </w:p>
    <w:p>
      <w:r>
        <w:rPr>
          <w:b/>
        </w:rPr>
        <w:t xml:space="preserve">[41:57] </w:t>
      </w:r>
      <w:r>
        <w:t>insan ko zor se bolna insan ke liye nahi hai.</w:t>
      </w:r>
    </w:p>
    <w:p>
      <w:pPr>
        <w:jc w:val="right"/>
      </w:pPr>
      <w:r>
        <w:t>انسان کو زور سے بولنا انسان کے لیے نہیں ہے۔</w:t>
      </w:r>
    </w:p>
    <w:p>
      <w:r>
        <w:rPr>
          <w:b/>
        </w:rPr>
        <w:t xml:space="preserve">[42:01] </w:t>
      </w:r>
      <w:r>
        <w:t>gadhe ka kaam hai ke zor zor se cheekhe.</w:t>
      </w:r>
    </w:p>
    <w:p>
      <w:pPr>
        <w:jc w:val="right"/>
      </w:pPr>
      <w:r>
        <w:t>گدھے کا کام ہے کہ زور زور سے چیخے۔</w:t>
      </w:r>
    </w:p>
    <w:p>
      <w:r>
        <w:rPr>
          <w:b/>
        </w:rPr>
        <w:t xml:space="preserve">[42:05] </w:t>
      </w:r>
      <w:r>
        <w:t>in ankr aswat aswat al humair. z</w:t>
      </w:r>
    </w:p>
    <w:p>
      <w:pPr>
        <w:jc w:val="right"/>
      </w:pPr>
      <w:r>
        <w:t>ان انکر اصوات الاصوات الحمیر۔ ز</w:t>
      </w:r>
    </w:p>
    <w:p>
      <w:r>
        <w:rPr>
          <w:b/>
        </w:rPr>
        <w:t xml:space="preserve">[42:09] </w:t>
      </w:r>
      <w:r>
        <w:t>aur zor se bolna gadhe ka kaam hai.</w:t>
      </w:r>
    </w:p>
    <w:p>
      <w:pPr>
        <w:jc w:val="right"/>
      </w:pPr>
      <w:r>
        <w:t>ور زور سے بولنا گدھے کا کام ہے۔</w:t>
      </w:r>
    </w:p>
    <w:p>
      <w:r>
        <w:rPr>
          <w:b/>
        </w:rPr>
        <w:t xml:space="preserve">[42:13] </w:t>
      </w:r>
      <w:r>
        <w:t>insan ka kaam nahi hai.</w:t>
      </w:r>
    </w:p>
    <w:p>
      <w:pPr>
        <w:jc w:val="right"/>
      </w:pPr>
      <w:r>
        <w:t>انسان کا کام نہیں ہے۔</w:t>
      </w:r>
    </w:p>
    <w:p>
      <w:r>
        <w:rPr>
          <w:b/>
        </w:rPr>
        <w:t xml:space="preserve">[42:17] </w:t>
      </w:r>
      <w:r>
        <w:t>to is ke baad kya hua? woh log jab milne aate the aap ke paas to door par</w:t>
      </w:r>
    </w:p>
    <w:p>
      <w:pPr>
        <w:jc w:val="right"/>
      </w:pPr>
      <w:r>
        <w:t>تو اس کے بعد کیا ہوا؟ وہ لوگ جب ملنے آتے تھے آپ کے پاس تو ڈور پر</w:t>
      </w:r>
    </w:p>
    <w:p>
      <w:r>
        <w:rPr>
          <w:b/>
        </w:rPr>
        <w:t xml:space="preserve">[42:22] </w:t>
      </w:r>
      <w:r>
        <w:t>aa kar ke dekhiye nail se, nakhoon se aise karte the woh.</w:t>
      </w:r>
    </w:p>
    <w:p>
      <w:pPr>
        <w:jc w:val="right"/>
      </w:pPr>
      <w:r>
        <w:t>آ کر کے دیکھیے نیل سے، ناخن سے ایسے کرتے تھے وہ۔</w:t>
      </w:r>
    </w:p>
    <w:p>
      <w:r>
        <w:rPr>
          <w:b/>
        </w:rPr>
        <w:t xml:space="preserve">[42:26] </w:t>
      </w:r>
      <w:r>
        <w:t>yani aap ka darwaza khatkhatate the nakhoon se.</w:t>
      </w:r>
    </w:p>
    <w:p>
      <w:pPr>
        <w:jc w:val="right"/>
      </w:pPr>
      <w:r>
        <w:t>یعنی آپ کا دروازہ کھٹکھٹاتے تھے ناخن سے۔</w:t>
      </w:r>
    </w:p>
    <w:p>
      <w:r>
        <w:rPr>
          <w:b/>
        </w:rPr>
        <w:t xml:space="preserve">[42:30] </w:t>
      </w:r>
      <w:r>
        <w:t>yeh hai zikr.</w:t>
      </w:r>
    </w:p>
    <w:p>
      <w:pPr>
        <w:jc w:val="right"/>
      </w:pPr>
      <w:r>
        <w:t>یہ ہے ذکر۔</w:t>
      </w:r>
    </w:p>
    <w:p>
      <w:r>
        <w:rPr>
          <w:b/>
        </w:rPr>
        <w:t xml:space="preserve">[42:35] </w:t>
      </w:r>
      <w:r>
        <w:t>ke aap ko aadat thi zor zor se bolne ki.</w:t>
      </w:r>
    </w:p>
    <w:p>
      <w:pPr>
        <w:jc w:val="right"/>
      </w:pPr>
      <w:r>
        <w:t>کہ آپ کو عادت تھی زور زور سے بولنے کی۔</w:t>
      </w:r>
    </w:p>
    <w:p>
      <w:r>
        <w:rPr>
          <w:b/>
        </w:rPr>
        <w:t xml:space="preserve">[42:39] </w:t>
      </w:r>
      <w:r>
        <w:t>waise hi aap bolte thay.</w:t>
      </w:r>
    </w:p>
    <w:p>
      <w:pPr>
        <w:jc w:val="right"/>
      </w:pPr>
      <w:r>
        <w:t>ویسے ہی آپ بولتے تھے۔</w:t>
      </w:r>
    </w:p>
    <w:p>
      <w:r>
        <w:rPr>
          <w:b/>
        </w:rPr>
        <w:t xml:space="preserve">[42:44] </w:t>
      </w:r>
      <w:r>
        <w:t>lekin jab khuda ki taraf se yeh baat aayi ke zor zor se bolna to gadhe ka kaam hai.</w:t>
      </w:r>
    </w:p>
    <w:p>
      <w:pPr>
        <w:jc w:val="right"/>
      </w:pPr>
      <w:r>
        <w:t>لیکن جب خدا کی طرف سے یہ بات آئی کہ زور زور سے بولنا تو گدھے کا کام ہے۔</w:t>
      </w:r>
    </w:p>
    <w:p>
      <w:r>
        <w:rPr>
          <w:b/>
        </w:rPr>
        <w:t xml:space="preserve">[42:49] </w:t>
      </w:r>
      <w:r>
        <w:t>tum koi zor zor se bolte ho.</w:t>
      </w:r>
    </w:p>
    <w:p>
      <w:pPr>
        <w:jc w:val="right"/>
      </w:pPr>
      <w:r>
        <w:t>تم کوئی زور زور سے بولتے ہو۔</w:t>
      </w:r>
    </w:p>
    <w:p>
      <w:r>
        <w:rPr>
          <w:b/>
        </w:rPr>
        <w:t xml:space="preserve">[42:54] </w:t>
      </w:r>
      <w:r>
        <w:t>to wohi insaan ne apne ko badal liya.</w:t>
      </w:r>
    </w:p>
    <w:p>
      <w:pPr>
        <w:jc w:val="right"/>
      </w:pPr>
      <w:r>
        <w:t>تو وہی انسان نے اپنے کو بدل لیا۔</w:t>
      </w:r>
    </w:p>
    <w:p>
      <w:r>
        <w:rPr>
          <w:b/>
        </w:rPr>
        <w:t xml:space="preserve">[42:58] </w:t>
      </w:r>
      <w:r>
        <w:t>apne ko revise kiya.</w:t>
      </w:r>
    </w:p>
    <w:p>
      <w:pPr>
        <w:jc w:val="right"/>
      </w:pPr>
      <w:r>
        <w:t>اپنے کو ریوائز کیا۔</w:t>
      </w:r>
    </w:p>
    <w:p>
      <w:r>
        <w:rPr>
          <w:b/>
        </w:rPr>
        <w:t xml:space="preserve">[43:03] </w:t>
      </w:r>
      <w:r>
        <w:t>aur phir aisa ban gaya ke woh cheekhne chalane wale log is tarah se karne lage ke nakhun</w:t>
      </w:r>
    </w:p>
    <w:p>
      <w:pPr>
        <w:jc w:val="right"/>
      </w:pPr>
      <w:r>
        <w:t>اور پھر ایسا بن گیا کہ وہ چیخنے چلانے والے لوگ اس طرح سے کرنے لگے کہ ناخن</w:t>
      </w:r>
    </w:p>
    <w:p>
      <w:r>
        <w:rPr>
          <w:b/>
        </w:rPr>
        <w:t xml:space="preserve">[43:08] </w:t>
      </w:r>
      <w:r>
        <w:t>se darwaza khatkhatane lage.</w:t>
      </w:r>
    </w:p>
    <w:p>
      <w:pPr>
        <w:jc w:val="right"/>
      </w:pPr>
      <w:r>
        <w:t>سے دروازہ کھٹکھٹانے لگے۔</w:t>
      </w:r>
    </w:p>
    <w:p>
      <w:r>
        <w:rPr>
          <w:b/>
        </w:rPr>
        <w:t xml:space="preserve">[43:13] </w:t>
      </w:r>
      <w:r>
        <w:t>yeh hai zikr.</w:t>
      </w:r>
    </w:p>
    <w:p>
      <w:pPr>
        <w:jc w:val="right"/>
      </w:pPr>
      <w:r>
        <w:t>یہ ہے ذکر۔</w:t>
      </w:r>
    </w:p>
    <w:p>
      <w:r>
        <w:rPr>
          <w:b/>
        </w:rPr>
        <w:t xml:space="preserve">[43:17] </w:t>
      </w:r>
      <w:r>
        <w:t>zikr ka matlab hai ke har moment mein, har mauqe par aap khuda ko yaad karte rahen.</w:t>
      </w:r>
    </w:p>
    <w:p>
      <w:pPr>
        <w:jc w:val="right"/>
      </w:pPr>
      <w:r>
        <w:t>ذکر کا مطلب ہے کہ ہر مومنٹ میں، ہر موقع پر آپ خدا کو یاد کرتے رہیں۔</w:t>
      </w:r>
    </w:p>
    <w:p>
      <w:r>
        <w:rPr>
          <w:b/>
        </w:rPr>
        <w:t xml:space="preserve">[43:22] </w:t>
      </w:r>
      <w:r>
        <w:t>khuda ko yaad kar kar ke apna correction karte rahen.</w:t>
      </w:r>
    </w:p>
    <w:p>
      <w:pPr>
        <w:jc w:val="right"/>
      </w:pPr>
      <w:r>
        <w:t>خدا کو یاد کر کر کے اپنا کریکشن کرتے رہیں۔</w:t>
      </w:r>
    </w:p>
    <w:p>
      <w:r>
        <w:rPr>
          <w:b/>
        </w:rPr>
        <w:t xml:space="preserve">[43:27] </w:t>
      </w:r>
      <w:r>
        <w:t>apni soch ko, apni intention ko, apni behavior ko badalte rahen.</w:t>
      </w:r>
    </w:p>
    <w:p>
      <w:pPr>
        <w:jc w:val="right"/>
      </w:pPr>
      <w:r>
        <w:t>اپنی سوچ کو، اپنی انٹینشن کو، اپنی بیہیویئر کو بدلتے رہیں۔</w:t>
      </w:r>
    </w:p>
    <w:p>
      <w:r>
        <w:rPr>
          <w:b/>
        </w:rPr>
        <w:t xml:space="preserve">[43:31] </w:t>
      </w:r>
      <w:r>
        <w:t>remolding کرتے رہیں اپنی personality کی۔</w:t>
      </w:r>
    </w:p>
    <w:p>
      <w:pPr>
        <w:jc w:val="right"/>
      </w:pPr>
      <w:r>
        <w:t>ری مولڈنگ کرتے رہیں اپنی پرسنالٹی کی۔</w:t>
      </w:r>
    </w:p>
    <w:p>
      <w:r>
        <w:rPr>
          <w:b/>
        </w:rPr>
        <w:t xml:space="preserve">[43:36] </w:t>
      </w:r>
      <w:r>
        <w:t>yeh hai zikr karna.</w:t>
      </w:r>
    </w:p>
    <w:p>
      <w:pPr>
        <w:jc w:val="right"/>
      </w:pPr>
      <w:r>
        <w:t>یہ ہے ذکر کرنا۔</w:t>
      </w:r>
    </w:p>
    <w:p>
      <w:r>
        <w:rPr>
          <w:b/>
        </w:rPr>
        <w:t xml:space="preserve">[43:41] </w:t>
      </w:r>
      <w:r>
        <w:t>zikr ka matlab yeh nahi ke aap tasbeeh le kar ginte rahen, ginte rahen, ginte rahen.</w:t>
      </w:r>
    </w:p>
    <w:p>
      <w:pPr>
        <w:jc w:val="right"/>
      </w:pPr>
      <w:r>
        <w:t>ذکر کا مطلب یہ نہیں کہ آپ تسبیح لے کر گنتے رہیں، گنتے رہیں، گنتے رہیں۔</w:t>
      </w:r>
    </w:p>
    <w:p>
      <w:r>
        <w:rPr>
          <w:b/>
        </w:rPr>
        <w:t xml:space="preserve">[43:45] </w:t>
      </w:r>
      <w:r>
        <w:t>zikr haath ki ungliyon se nahi hota hai.</w:t>
      </w:r>
    </w:p>
    <w:p>
      <w:pPr>
        <w:jc w:val="right"/>
      </w:pPr>
      <w:r>
        <w:t>ذکر ہاتھ کی انگلیوں سے نہیں ہوتا ہے۔</w:t>
      </w:r>
    </w:p>
    <w:p>
      <w:r>
        <w:rPr>
          <w:b/>
        </w:rPr>
        <w:t xml:space="preserve">[43:48] </w:t>
      </w:r>
      <w:r>
        <w:t>zikr mind se hota hai.</w:t>
      </w:r>
    </w:p>
    <w:p>
      <w:pPr>
        <w:jc w:val="right"/>
      </w:pPr>
      <w:r>
        <w:t>ذکر مائنڈ سے ہوتا ہے۔</w:t>
      </w:r>
    </w:p>
    <w:p>
      <w:r>
        <w:rPr>
          <w:b/>
        </w:rPr>
        <w:t xml:space="preserve">[43:51] </w:t>
      </w:r>
      <w:r>
        <w:t>that is reduced form of zikr.</w:t>
      </w:r>
    </w:p>
    <w:p>
      <w:pPr>
        <w:jc w:val="right"/>
      </w:pPr>
      <w:r>
        <w:t>دیٹ از ریڈیوسڈ فارم آف ذکر۔</w:t>
      </w:r>
    </w:p>
    <w:p>
      <w:r>
        <w:rPr>
          <w:b/>
        </w:rPr>
        <w:t xml:space="preserve">[43:54] </w:t>
      </w:r>
      <w:r>
        <w:t>matlab ungli jo hai woh chale to yeh zikr hua.</w:t>
      </w:r>
    </w:p>
    <w:p>
      <w:pPr>
        <w:jc w:val="right"/>
      </w:pPr>
      <w:r>
        <w:t>مطلب انگلی جو ہے وہ چلے تو یہ ذکر ہوا۔</w:t>
      </w:r>
    </w:p>
    <w:p>
      <w:r>
        <w:rPr>
          <w:b/>
        </w:rPr>
        <w:t xml:space="preserve">[43:57] </w:t>
      </w:r>
      <w:r>
        <w:t>sab se bari jo cheez aap ke paas hai woh mind hai.</w:t>
      </w:r>
    </w:p>
    <w:p>
      <w:pPr>
        <w:jc w:val="right"/>
      </w:pPr>
      <w:r>
        <w:t>سب سے بڑی جو چیز آپ کے پاس ہے وہ مائنڈ ہے۔</w:t>
      </w:r>
    </w:p>
    <w:p>
      <w:r>
        <w:rPr>
          <w:b/>
        </w:rPr>
        <w:t xml:space="preserve">[44:00] </w:t>
      </w:r>
      <w:r>
        <w:t>aur mind jo hai woh stop hai.</w:t>
      </w:r>
    </w:p>
    <w:p>
      <w:pPr>
        <w:jc w:val="right"/>
      </w:pPr>
      <w:r>
        <w:t>اور مائنڈ جو ہے وہ اسٹاپ ہے۔</w:t>
      </w:r>
    </w:p>
    <w:p>
      <w:r>
        <w:rPr>
          <w:b/>
        </w:rPr>
        <w:t xml:space="preserve">[44:03] </w:t>
      </w:r>
      <w:r>
        <w:t>aur ungli chal rahi hai.</w:t>
      </w:r>
    </w:p>
    <w:p>
      <w:pPr>
        <w:jc w:val="right"/>
      </w:pPr>
      <w:r>
        <w:t>اور انگلی چل رہی ہے۔</w:t>
      </w:r>
    </w:p>
    <w:p>
      <w:r>
        <w:rPr>
          <w:b/>
        </w:rPr>
        <w:t xml:space="preserve">[44:06] </w:t>
      </w:r>
      <w:r>
        <w:t>that is reduced form of zikr.</w:t>
      </w:r>
    </w:p>
    <w:p>
      <w:pPr>
        <w:jc w:val="right"/>
      </w:pPr>
      <w:r>
        <w:t>دیٹ از ریڈیوسڈ فارم آف ذکر۔</w:t>
      </w:r>
    </w:p>
    <w:p>
      <w:r>
        <w:rPr>
          <w:b/>
        </w:rPr>
        <w:t xml:space="preserve">[44:09] </w:t>
      </w:r>
      <w:r>
        <w:t>aap ke paas jo sab se bari cheez hai woh mind hai.</w:t>
      </w:r>
    </w:p>
    <w:p>
      <w:pPr>
        <w:jc w:val="right"/>
      </w:pPr>
      <w:r>
        <w:t>آپ کے پاس جو سب سے بڑی چیز ہے وہ مائنڈ ہے۔</w:t>
      </w:r>
    </w:p>
    <w:p>
      <w:r>
        <w:rPr>
          <w:b/>
        </w:rPr>
        <w:t xml:space="preserve">[44:12] </w:t>
      </w:r>
      <w:r>
        <w:t>to mind ke</w:t>
      </w:r>
    </w:p>
    <w:p>
      <w:pPr>
        <w:jc w:val="right"/>
      </w:pPr>
      <w:r>
        <w:t>تو مائنڈ کے</w:t>
      </w:r>
    </w:p>
    <w:p>
      <w:r>
        <w:rPr>
          <w:b/>
        </w:rPr>
        <w:t xml:space="preserve">[44:15] </w:t>
      </w:r>
      <w:r>
        <w:t>level par zikr hona chahiye.</w:t>
      </w:r>
    </w:p>
    <w:p>
      <w:pPr>
        <w:jc w:val="right"/>
      </w:pPr>
      <w:r>
        <w:t>لیول پر ذکر ہونا چاہیے۔</w:t>
      </w:r>
    </w:p>
    <w:p>
      <w:r>
        <w:rPr>
          <w:b/>
        </w:rPr>
        <w:t xml:space="preserve">[44:19] </w:t>
      </w:r>
      <w:r>
        <w:t>nah ke ungli ke level par.</w:t>
      </w:r>
    </w:p>
    <w:p>
      <w:pPr>
        <w:jc w:val="right"/>
      </w:pPr>
      <w:r>
        <w:t>نہ کہ انگلی کے لیول پر۔</w:t>
      </w:r>
    </w:p>
    <w:p>
      <w:r>
        <w:rPr>
          <w:b/>
        </w:rPr>
        <w:t xml:space="preserve">[44:23] </w:t>
      </w:r>
      <w:r>
        <w:t>to mind ke level par kya hai? woh hai contemplation.</w:t>
      </w:r>
    </w:p>
    <w:p>
      <w:pPr>
        <w:jc w:val="right"/>
      </w:pPr>
      <w:r>
        <w:t>تو مائنڈ کے لیول پر کیا ہے؟ وہ ہے کنٹمپلیشن۔</w:t>
      </w:r>
    </w:p>
    <w:p>
      <w:r>
        <w:rPr>
          <w:b/>
        </w:rPr>
        <w:t xml:space="preserve">[44:27] </w:t>
      </w:r>
      <w:r>
        <w:t>woh hai sochna, tadabbur karna.</w:t>
      </w:r>
    </w:p>
    <w:p>
      <w:pPr>
        <w:jc w:val="right"/>
      </w:pPr>
      <w:r>
        <w:t>وہ ہے سوچنا، تدبر کرنا۔</w:t>
      </w:r>
    </w:p>
    <w:p>
      <w:r>
        <w:rPr>
          <w:b/>
        </w:rPr>
        <w:t xml:space="preserve">[44:30] </w:t>
      </w:r>
      <w:r>
        <w:t>is se aap ki personality banti hai.</w:t>
      </w:r>
    </w:p>
    <w:p>
      <w:pPr>
        <w:jc w:val="right"/>
      </w:pPr>
      <w:r>
        <w:t>اس سے آپ کی پرسنالٹی بنتی ہے۔</w:t>
      </w:r>
    </w:p>
    <w:p>
      <w:r>
        <w:rPr>
          <w:b/>
        </w:rPr>
        <w:t xml:space="preserve">[44:34] </w:t>
      </w:r>
      <w:r>
        <w:t>is ki aap soch banti hai.</w:t>
      </w:r>
    </w:p>
    <w:p>
      <w:pPr>
        <w:jc w:val="right"/>
      </w:pPr>
      <w:r>
        <w:t>اس کی آپ سوچ بنتی ہے۔</w:t>
      </w:r>
    </w:p>
    <w:p>
      <w:r>
        <w:rPr>
          <w:b/>
        </w:rPr>
        <w:t xml:space="preserve">[44:38] </w:t>
      </w:r>
      <w:r>
        <w:t>is se aap ke andar ek emergence aata hai.</w:t>
      </w:r>
    </w:p>
    <w:p>
      <w:pPr>
        <w:jc w:val="right"/>
      </w:pPr>
      <w:r>
        <w:t>اس سے آپ کے اندر ایک ایمرجنس آتا ہے۔</w:t>
      </w:r>
    </w:p>
    <w:p>
      <w:r>
        <w:rPr>
          <w:b/>
        </w:rPr>
        <w:t xml:space="preserve">[44:42] </w:t>
      </w:r>
      <w:r>
        <w:t>to har waqt jo situation create ho us situation mein aap kh</w:t>
      </w:r>
    </w:p>
    <w:p>
      <w:pPr>
        <w:jc w:val="right"/>
      </w:pPr>
      <w:r>
        <w:t>تو ہر وقت جو سچویشن کریٹ ہو اس سچویشن میں آپ خ</w:t>
      </w:r>
    </w:p>
    <w:p>
      <w:r>
        <w:rPr>
          <w:b/>
        </w:rPr>
        <w:t xml:space="preserve">[44:45] </w:t>
      </w:r>
      <w:r>
        <w:t>uda ko yaad karte rahen. yeh hai zikr. yeh hai zikr. hazrat umar ko pyaas lagi. un ko pani laya gaya. ek glass pani piya unhone. jante hain unhone kya kaha? ab woh bhi dekhiye us ko zikr banaya unhone. zikr ek conversion hai. yaani pani peene ko convert kiya unhone</w:t>
      </w:r>
    </w:p>
    <w:p>
      <w:pPr>
        <w:jc w:val="right"/>
      </w:pPr>
      <w:r>
        <w:t>دا کو یاد کرتے رہیں۔ یہ ہے ذکر۔ یہ ہے ذکر۔ حضرت عمر کو پیاس لگی۔ ان کو پانی لایا گیا۔ ایک گلاس پانی پیا انہوں نے۔ جانتے ہیں انہوں نے کیا کہا؟ اب وہ بھی دیکھیے اس کو ذکر بنایا انہوں نے۔ ذکر ایک کنورژن ہے۔ یعنی پانی پینے کو کنورٹ کیا انہوں</w:t>
      </w:r>
    </w:p>
    <w:p>
      <w:r>
        <w:rPr>
          <w:b/>
        </w:rPr>
        <w:t xml:space="preserve">[45:15] </w:t>
      </w:r>
      <w:r>
        <w:t>ek ek khuda ki yaad mein. to zikr basically ek conversion ka naam hai. art of conversion. zikr means to learn the art of conversion. woh kaise? un ko pani laya gaya, unhone pani ko piya. to unhone kaha ke tum ek glass pani pite ho. tumhari body mein pani jata</w:t>
      </w:r>
    </w:p>
    <w:p>
      <w:pPr>
        <w:jc w:val="right"/>
      </w:pPr>
      <w:r>
        <w:t>نے ایک ایک خدا کی یاد میں۔ تو ذکر بیسیکلی ایک کنورژن کا نام ہے۔ آرٹ آف کنورژن۔ ذکر مینز ٹو لرن دی آرٹ آف کنورژن۔ وہ کیسے؟ ان کو پانی لایا گیا، انہوں نے پانی کو پیا۔ تو انہوں نے کہا کہ تم ایک گلاس پانی پیتے ہو۔ تمہاری باڈی میں پانی جاتا</w:t>
      </w:r>
    </w:p>
    <w:p>
      <w:r>
        <w:rPr>
          <w:b/>
        </w:rPr>
        <w:t xml:space="preserve">[45:45] </w:t>
      </w:r>
      <w:r>
        <w:t>hai. aur phir woh digest ho jata hai. is par bhi shukr karna hai. kyun ke agar digest na ho to kya ho? tum ne pani piya, pani andar gaya aur digest ho kar tumhari body ka part ban gaya woh. is par bhi shukr karna hai. dekhiye main ne ek insaan ko dekha hai. adham garh mein</w:t>
      </w:r>
    </w:p>
    <w:p>
      <w:pPr>
        <w:jc w:val="right"/>
      </w:pPr>
      <w:r>
        <w:t>ہے۔ اور پھر وہ ڈائجسٹ ہو جاتا ہے۔ اس پر بھی شکر کرنا ہے۔ کیوں کہ اگر ڈائجسٹ نہ ہو تو کیا ہو؟ تم نے پانی پیا، پانی اندر گیا اور ڈائجسٹ ہو کر تمہاری باڈی کا پارٹ بن گیا وہ۔ اس پر بھی شکر کرنا ہے۔ دیکھیے میں نے ایک انسان کو دیکھا ہے۔ آدم گڑھ میں</w:t>
      </w:r>
    </w:p>
    <w:p>
      <w:r>
        <w:rPr>
          <w:b/>
        </w:rPr>
        <w:t xml:space="preserve">[46:15] </w:t>
      </w:r>
      <w:r>
        <w:t>adam garh ke town billare ganj mein.</w:t>
      </w:r>
    </w:p>
    <w:p>
      <w:pPr>
        <w:jc w:val="right"/>
      </w:pPr>
      <w:r>
        <w:t>، آدم گڑھ کے ٹاؤن بلیرے گنج میں۔</w:t>
      </w:r>
    </w:p>
    <w:p>
      <w:r>
        <w:rPr>
          <w:b/>
        </w:rPr>
        <w:t xml:space="preserve">[46:19] </w:t>
      </w:r>
      <w:r>
        <w:t>wahan par ek doctor ayub sahab the, un ke paas mein gaya.</w:t>
      </w:r>
    </w:p>
    <w:p>
      <w:pPr>
        <w:jc w:val="right"/>
      </w:pPr>
      <w:r>
        <w:t>وہاں پر ایک ڈاکٹر ایوب صاحب تھے، ان کے پاس میں گیا۔</w:t>
      </w:r>
    </w:p>
    <w:p>
      <w:r>
        <w:rPr>
          <w:b/>
        </w:rPr>
        <w:t xml:space="preserve">[46:23] </w:t>
      </w:r>
      <w:r>
        <w:t>ek aadmi wahan aaya hua tha, ek patient.</w:t>
      </w:r>
    </w:p>
    <w:p>
      <w:pPr>
        <w:jc w:val="right"/>
      </w:pPr>
      <w:r>
        <w:t>ایک آدمی وہاں آیا ہوا تھا، ایک پیشنٹ۔</w:t>
      </w:r>
    </w:p>
    <w:p>
      <w:r>
        <w:rPr>
          <w:b/>
        </w:rPr>
        <w:t xml:space="preserve">[46:27] </w:t>
      </w:r>
      <w:r>
        <w:t>us ka jab us ka jo body tha sookha hua tha bilkul, sookha hua.</w:t>
      </w:r>
    </w:p>
    <w:p>
      <w:pPr>
        <w:jc w:val="right"/>
      </w:pPr>
      <w:r>
        <w:t>اس کا جب اس کا جو باڈی تھا سوکھا ہوا تھا بالکل، سوکھا ہوا۔</w:t>
      </w:r>
    </w:p>
    <w:p>
      <w:r>
        <w:rPr>
          <w:b/>
        </w:rPr>
        <w:t xml:space="preserve">[46:30] </w:t>
      </w:r>
      <w:r>
        <w:t>jaise jo kehte hain bhosa, husk.</w:t>
      </w:r>
    </w:p>
    <w:p>
      <w:pPr>
        <w:jc w:val="right"/>
      </w:pPr>
      <w:r>
        <w:t>جیسے جو کہتے ہیں بھوسہ، حسک۔</w:t>
      </w:r>
    </w:p>
    <w:p>
      <w:r>
        <w:rPr>
          <w:b/>
        </w:rPr>
        <w:t xml:space="preserve">[46:34] </w:t>
      </w:r>
      <w:r>
        <w:t>husk.</w:t>
      </w:r>
    </w:p>
    <w:p>
      <w:pPr>
        <w:jc w:val="right"/>
      </w:pPr>
      <w:r>
        <w:t>ایچ یو ایس کے حسک۔</w:t>
      </w:r>
    </w:p>
    <w:p>
      <w:r>
        <w:rPr>
          <w:b/>
        </w:rPr>
        <w:t xml:space="preserve">[46:38] </w:t>
      </w:r>
      <w:r>
        <w:t>sab bhosa lag raha tha.</w:t>
      </w:r>
    </w:p>
    <w:p>
      <w:pPr>
        <w:jc w:val="right"/>
      </w:pPr>
      <w:r>
        <w:t>سب بھوسہ لگ رہا تھا۔</w:t>
      </w:r>
    </w:p>
    <w:p>
      <w:r>
        <w:rPr>
          <w:b/>
        </w:rPr>
        <w:t xml:space="preserve">[46:42] </w:t>
      </w:r>
      <w:r>
        <w:t>to maine poocha ke is ka kya mamla hai?</w:t>
      </w:r>
    </w:p>
    <w:p>
      <w:pPr>
        <w:jc w:val="right"/>
      </w:pPr>
      <w:r>
        <w:t>تو میں نے پوچھا کہ اس کا کیا معاملہ ہے؟</w:t>
      </w:r>
    </w:p>
    <w:p>
      <w:r>
        <w:rPr>
          <w:b/>
        </w:rPr>
        <w:t xml:space="preserve">[46:46] </w:t>
      </w:r>
      <w:r>
        <w:t>yeh meri aankh ko dekha waqea bata raha hoon aap ko.</w:t>
      </w:r>
    </w:p>
    <w:p>
      <w:pPr>
        <w:jc w:val="right"/>
      </w:pPr>
      <w:r>
        <w:t>یہ میری آنکھ کو دیکھا واقعہ بتا رہا ہوں آپ کو۔</w:t>
      </w:r>
    </w:p>
    <w:p>
      <w:r>
        <w:rPr>
          <w:b/>
        </w:rPr>
        <w:t xml:space="preserve">[46:51] </w:t>
      </w:r>
      <w:r>
        <w:t>unhon ne kaha ke is ke is ka jo system hai is system mein koi aisa defect hai</w:t>
      </w:r>
    </w:p>
    <w:p>
      <w:pPr>
        <w:jc w:val="right"/>
      </w:pPr>
      <w:r>
        <w:t>انہوں نے کہا کہ اس کے اس کا جو سسٹم ہے اس سسٹم میں کوئی ایسا ڈیفیکٹ ہے</w:t>
      </w:r>
    </w:p>
    <w:p>
      <w:r>
        <w:rPr>
          <w:b/>
        </w:rPr>
        <w:t xml:space="preserve">[46:56] </w:t>
      </w:r>
      <w:r>
        <w:t>ke yeh pani nahi pee sakta.</w:t>
      </w:r>
    </w:p>
    <w:p>
      <w:pPr>
        <w:jc w:val="right"/>
      </w:pPr>
      <w:r>
        <w:t>کہ یہ پانی نہیں پی سکتا۔</w:t>
      </w:r>
    </w:p>
    <w:p>
      <w:r>
        <w:rPr>
          <w:b/>
        </w:rPr>
        <w:t xml:space="preserve">[47:01] </w:t>
      </w:r>
      <w:r>
        <w:t>bachpan mein aisa nahi tha.</w:t>
      </w:r>
    </w:p>
    <w:p>
      <w:pPr>
        <w:jc w:val="right"/>
      </w:pPr>
      <w:r>
        <w:t>بچپن میں ایسا نہیں تھا۔</w:t>
      </w:r>
    </w:p>
    <w:p>
      <w:r>
        <w:rPr>
          <w:b/>
        </w:rPr>
        <w:t xml:space="preserve">[47:06] </w:t>
      </w:r>
      <w:r>
        <w:t>baad ko ho gaya ke koi defect aa gaya aisa ke pani pee nahi sakta woh.</w:t>
      </w:r>
    </w:p>
    <w:p>
      <w:pPr>
        <w:jc w:val="right"/>
      </w:pPr>
      <w:r>
        <w:t>بعد کو ہو گیا کہ کوئی ڈیفیکٹ آ گیا ایسا کہ پانی پی نہیں سکتا وہ۔</w:t>
      </w:r>
    </w:p>
    <w:p>
      <w:r>
        <w:rPr>
          <w:b/>
        </w:rPr>
        <w:t xml:space="preserve">[47:11] </w:t>
      </w:r>
      <w:r>
        <w:t>to jo pani nahi pee sakta tha woh bla pani ke woh zindagi guzar raha tha woh. to kya</w:t>
      </w:r>
    </w:p>
    <w:p>
      <w:pPr>
        <w:jc w:val="right"/>
      </w:pPr>
      <w:r>
        <w:t>تو جو پانی نہیں پی سکتا تھا وہ بلا پانی کے وہ زندگی گزار رہا تھا وہ۔ تو کیا</w:t>
      </w:r>
    </w:p>
    <w:p>
      <w:r>
        <w:rPr>
          <w:b/>
        </w:rPr>
        <w:t xml:space="preserve">[47:16] </w:t>
      </w:r>
      <w:r>
        <w:t>hua ke body is ka sookh gaya, bhusi ki tarah ho gaya. ajeeb!</w:t>
      </w:r>
    </w:p>
    <w:p>
      <w:pPr>
        <w:jc w:val="right"/>
      </w:pPr>
      <w:r>
        <w:t>ہوا کہ باڈی اس کا سوکھ گیا، بھوسی کی طرح ہو گیا۔ عجیب!</w:t>
      </w:r>
    </w:p>
    <w:p>
      <w:r>
        <w:rPr>
          <w:b/>
        </w:rPr>
        <w:t xml:space="preserve">[47:20] </w:t>
      </w:r>
      <w:r>
        <w:t>dekhne mein ajeeb haal tha is ka.</w:t>
      </w:r>
    </w:p>
    <w:p>
      <w:pPr>
        <w:jc w:val="right"/>
      </w:pPr>
      <w:r>
        <w:t>دیکھنے میں عجیب حال تھا اس کا۔</w:t>
      </w:r>
    </w:p>
    <w:p>
      <w:r>
        <w:rPr>
          <w:b/>
        </w:rPr>
        <w:t xml:space="preserve">[47:24] </w:t>
      </w:r>
      <w:r>
        <w:t>to aap sochiye ke Hazrat Umar ne kitni sahi baat kahi.</w:t>
      </w:r>
    </w:p>
    <w:p>
      <w:pPr>
        <w:jc w:val="right"/>
      </w:pPr>
      <w:r>
        <w:t>تو آپ سوچیے کہ حضرت عمر نے کتنی صحیح بات کہی۔</w:t>
      </w:r>
    </w:p>
    <w:p>
      <w:r>
        <w:rPr>
          <w:b/>
        </w:rPr>
        <w:t xml:space="preserve">[47:29] </w:t>
      </w:r>
      <w:r>
        <w:t>keh tum aik glass pani piyo to tumhari body mein woh jaye aur phir woh digest ho jaye.</w:t>
      </w:r>
    </w:p>
    <w:p>
      <w:pPr>
        <w:jc w:val="right"/>
      </w:pPr>
      <w:r>
        <w:t>کہ تم ایک گلاس پانی پیو تو تمہاری باڈی میں وہ جائے اور پھر وہ ڈائجسٹ ہو جائے۔</w:t>
      </w:r>
    </w:p>
    <w:p>
      <w:r>
        <w:rPr>
          <w:b/>
        </w:rPr>
        <w:t xml:space="preserve">[47:33] </w:t>
      </w:r>
      <w:r>
        <w:t>kyun keh pani ka function aap jante hain bohat ziyada hai body mein.</w:t>
      </w:r>
    </w:p>
    <w:p>
      <w:pPr>
        <w:jc w:val="right"/>
      </w:pPr>
      <w:r>
        <w:t>کیوں کہ پانی کا فنکشن آپ جانتے ہیں بہت زیادہ ہے باڈی میں۔</w:t>
      </w:r>
    </w:p>
    <w:p>
      <w:r>
        <w:rPr>
          <w:b/>
        </w:rPr>
        <w:t xml:space="preserve">[47:37] </w:t>
      </w:r>
      <w:r>
        <w:t>bohat ziyada body pani ka function hai.</w:t>
      </w:r>
    </w:p>
    <w:p>
      <w:pPr>
        <w:jc w:val="right"/>
      </w:pPr>
      <w:r>
        <w:t>بہت زیادہ باڈی پانی کا فنکشن ہے۔</w:t>
      </w:r>
    </w:p>
    <w:p>
      <w:r>
        <w:rPr>
          <w:b/>
        </w:rPr>
        <w:t xml:space="preserve">[47:41] </w:t>
      </w:r>
      <w:r>
        <w:t>pani ka sara agar aap pani na piyen to</w:t>
      </w:r>
    </w:p>
    <w:p>
      <w:pPr>
        <w:jc w:val="right"/>
      </w:pPr>
      <w:r>
        <w:t>پانی کا سارا اگر آپ پانی نہ پیئیں تو</w:t>
      </w:r>
    </w:p>
    <w:p>
      <w:r>
        <w:rPr>
          <w:b/>
        </w:rPr>
        <w:t xml:space="preserve">[47:46] </w:t>
      </w:r>
      <w:r>
        <w:t>body ka sara function hi band ho jata hai.</w:t>
      </w:r>
    </w:p>
    <w:p>
      <w:pPr>
        <w:jc w:val="right"/>
      </w:pPr>
      <w:r>
        <w:t>باڈی کا سارا فنکشن ہی بند ہو جاتا ہے۔</w:t>
      </w:r>
    </w:p>
    <w:p>
      <w:r>
        <w:rPr>
          <w:b/>
        </w:rPr>
        <w:t xml:space="preserve">[47:50] </w:t>
      </w:r>
      <w:r>
        <w:t>tarah tarah ki bimariyan paida hoti hain.</w:t>
      </w:r>
    </w:p>
    <w:p>
      <w:pPr>
        <w:jc w:val="right"/>
      </w:pPr>
      <w:r>
        <w:t>طرح طرح کی بیماریاں پیدا ہوتی ہیں۔</w:t>
      </w:r>
    </w:p>
    <w:p>
      <w:r>
        <w:rPr>
          <w:b/>
        </w:rPr>
        <w:t xml:space="preserve">[47:54] </w:t>
      </w:r>
      <w:r>
        <w:t>tarah tarah ki bimariyan paida hoti hain.</w:t>
      </w:r>
    </w:p>
    <w:p>
      <w:pPr>
        <w:jc w:val="right"/>
      </w:pPr>
      <w:r>
        <w:t>طرح طرح کی بیماریاں پیدا ہوتی ہیں۔</w:t>
      </w:r>
    </w:p>
    <w:p>
      <w:r>
        <w:rPr>
          <w:b/>
        </w:rPr>
        <w:t xml:space="preserve">[47:59] </w:t>
      </w:r>
      <w:r>
        <w:t>to pani gaya aap ke andar aur woh digest hua.</w:t>
      </w:r>
    </w:p>
    <w:p>
      <w:pPr>
        <w:jc w:val="right"/>
      </w:pPr>
      <w:r>
        <w:t>تو پانی گیا آپ کے اندر اور وہ ڈائجسٹ ہوا۔</w:t>
      </w:r>
    </w:p>
    <w:p>
      <w:r>
        <w:rPr>
          <w:b/>
        </w:rPr>
        <w:t xml:space="preserve">[48:03] </w:t>
      </w:r>
      <w:r>
        <w:t>yani digest system jo hai us ne accept kiya us ko.</w:t>
      </w:r>
    </w:p>
    <w:p>
      <w:pPr>
        <w:jc w:val="right"/>
      </w:pPr>
      <w:r>
        <w:t>یعنی ڈائجسٹو سسٹم جو ہے اس نے ایکسیپٹ کیا اس کو۔</w:t>
      </w:r>
    </w:p>
    <w:p>
      <w:r>
        <w:rPr>
          <w:b/>
        </w:rPr>
        <w:t xml:space="preserve">[48:07] </w:t>
      </w:r>
      <w:r>
        <w:t>aur phir body ke andar jo jo jo jo function hote hain wahan wahan is wahan woh woh istemal hua.</w:t>
      </w:r>
    </w:p>
    <w:p>
      <w:pPr>
        <w:jc w:val="right"/>
      </w:pPr>
      <w:r>
        <w:t>اور پھر باڈی کے اندر جو جو جو جو فنکشن ہوتے ہیں وہاں وہاں اس وہاں وہ وہ استعمال ہوا۔</w:t>
      </w:r>
    </w:p>
    <w:p>
      <w:r>
        <w:rPr>
          <w:b/>
        </w:rPr>
        <w:t xml:space="preserve">[48:12] </w:t>
      </w:r>
      <w:r>
        <w:t>is par bhi tum shukr</w:t>
      </w:r>
    </w:p>
    <w:p>
      <w:pPr>
        <w:jc w:val="right"/>
      </w:pPr>
      <w:r>
        <w:t>اس پر بھی تم شکر</w:t>
      </w:r>
    </w:p>
    <w:p>
      <w:r>
        <w:rPr>
          <w:b/>
        </w:rPr>
        <w:t xml:space="preserve">[48:16] </w:t>
      </w:r>
      <w:r>
        <w:t>karo to kar nahi sakte. kyun ke dekhiye main ne jo is insaan ko jo dekha tha bohat achhe doctor the woh barson se ilaaj kar rahe the woh. kuch bhi faida nahi. koi medicine is par kaam nahi kar rahi thi. woh bechara bilkul bilkul lagta tha ke insaan nahi hai, yeh kuch aur hai. is mani yeh hai ke jo system hai, automatic system jo khuda ne banaya hai. woh system agar fail kar ja</w:t>
      </w:r>
    </w:p>
    <w:p>
      <w:pPr>
        <w:jc w:val="right"/>
      </w:pPr>
      <w:r>
        <w:t>کرو تو کر نہیں سکتے۔ کیوں کہ دیکھیے میں نے جو اس انسان کو جو دیکھا تھا بہت اچھے ڈاکٹر تھے وہ برسوں سے علاج کر رہے تھے وہ۔ کچھ بھی فائدہ نہیں۔ کوئی میڈیسن اس پر کام نہیں کر رہی تھی۔ وہ بیچارہ بالکل بالکل لگتا تھا کہ انسان نہیں ہے، یہ کچھ اور ہے۔ اس معنی یہ ہے کہ جو سسٹم ہے، آٹومیٹک سسٹم جو خدا نے بنایا ہے۔ وہ سسٹم اگر فیل کر ج</w:t>
      </w:r>
    </w:p>
    <w:p>
      <w:r>
        <w:rPr>
          <w:b/>
        </w:rPr>
        <w:t xml:space="preserve">[48:46] </w:t>
      </w:r>
      <w:r>
        <w:t>aaye to aap insan hi na rahenge, kuch aur ho jayenge.</w:t>
      </w:r>
    </w:p>
    <w:p>
      <w:pPr>
        <w:jc w:val="right"/>
      </w:pPr>
      <w:r>
        <w:t>ائے تو آپ انسان ہی نہ رہیں گے، کچھ اور ہو جائیں گے۔</w:t>
      </w:r>
    </w:p>
    <w:p>
      <w:r>
        <w:rPr>
          <w:b/>
        </w:rPr>
        <w:t xml:space="preserve">[48:50] </w:t>
      </w:r>
      <w:r>
        <w:t>to aap ne jab piyas lagi aur pani piya, bhook lagi aur aap ne khana khaya to woh</w:t>
      </w:r>
    </w:p>
    <w:p>
      <w:pPr>
        <w:jc w:val="right"/>
      </w:pPr>
      <w:r>
        <w:t>تو آپ نے جب پیاس لگی اور پانی پیا، بھوک لگی اور آپ نے کھانا کھایا تو وہ</w:t>
      </w:r>
    </w:p>
    <w:p>
      <w:r>
        <w:rPr>
          <w:b/>
        </w:rPr>
        <w:t xml:space="preserve">[48:55] </w:t>
      </w:r>
      <w:r>
        <w:t>zikr ka waqt aa gaya.</w:t>
      </w:r>
    </w:p>
    <w:p>
      <w:pPr>
        <w:jc w:val="right"/>
      </w:pPr>
      <w:r>
        <w:t>ذکر کا وقت آ گیا۔</w:t>
      </w:r>
    </w:p>
    <w:p>
      <w:r>
        <w:rPr>
          <w:b/>
        </w:rPr>
        <w:t xml:space="preserve">[48:59] </w:t>
      </w:r>
      <w:r>
        <w:t>zikr ka waqt aa gaya. Khudaya!</w:t>
      </w:r>
    </w:p>
    <w:p>
      <w:pPr>
        <w:jc w:val="right"/>
      </w:pPr>
      <w:r>
        <w:t>ذکر کا وقت آ گیا۔ خدایا!</w:t>
      </w:r>
    </w:p>
    <w:p>
      <w:r>
        <w:rPr>
          <w:b/>
        </w:rPr>
        <w:t xml:space="preserve">[49:03] </w:t>
      </w:r>
      <w:r>
        <w:t>to ne kaisa ajeeb system banaya hai.</w:t>
      </w:r>
    </w:p>
    <w:p>
      <w:pPr>
        <w:jc w:val="right"/>
      </w:pPr>
      <w:r>
        <w:t>تو نے کیسا عجیب سسٹم بنایا ہے۔</w:t>
      </w:r>
    </w:p>
    <w:p>
      <w:r>
        <w:rPr>
          <w:b/>
        </w:rPr>
        <w:t xml:space="preserve">[49:08] </w:t>
      </w:r>
      <w:r>
        <w:t>mein khud nahi bana sakta tha.</w:t>
      </w:r>
    </w:p>
    <w:p>
      <w:pPr>
        <w:jc w:val="right"/>
      </w:pPr>
      <w:r>
        <w:t>میں خود نہیں بنا سکتا تھا۔</w:t>
      </w:r>
    </w:p>
    <w:p>
      <w:r>
        <w:rPr>
          <w:b/>
        </w:rPr>
        <w:t xml:space="preserve">[49:12] </w:t>
      </w:r>
      <w:r>
        <w:t>aur agar bigad jaye to mein is ki islaah bhi nahi kar sakta.</w:t>
      </w:r>
    </w:p>
    <w:p>
      <w:pPr>
        <w:jc w:val="right"/>
      </w:pPr>
      <w:r>
        <w:t>اور اگر بگڑ جائے تو میں اس کی اصلاح بھی نہیں کر سکتا۔</w:t>
      </w:r>
    </w:p>
    <w:p>
      <w:r>
        <w:rPr>
          <w:b/>
        </w:rPr>
        <w:t xml:space="preserve">[49:17] </w:t>
      </w:r>
      <w:r>
        <w:t>yeh hai zikr. zikr ka matlab hai ke rozana subah se shaam tak jo aap par situation guzarti hai, jo moment aate hain. un sab mein mauqe mauqe se khuda ko yaad karte rahen aap. khuda ko aap yaad karte rahen. aaj subah main soch raha tha ke jo nail hai, nakhoon. aaj subah ki baat. main ne socha</w:t>
      </w:r>
    </w:p>
    <w:p>
      <w:pPr>
        <w:jc w:val="right"/>
      </w:pPr>
      <w:r>
        <w:t>یہ ہے ذکر۔ ذکر کا مطلب ہے کہ روزانہ صبح سے شام تک جو آپ پر سچویشن گزرتی ہے، جو مومنٹ آتے ہیں۔ ان سب میں موقع موقع سے خدا کو یاد کرتے رہیں آپ۔ خدا کو آپ یاد کرتے رہیں۔ آج صبح میں سوچ رہا تھا کہ جو نیل ہے، ناخن۔ آج صبح کی بات۔ میں نے سوچا</w:t>
      </w:r>
    </w:p>
    <w:p>
      <w:r>
        <w:rPr>
          <w:b/>
        </w:rPr>
        <w:t xml:space="preserve">[49:47] </w:t>
      </w:r>
      <w:r>
        <w:t>kaisi ajeeb baat hai ke yahan par nakhun hain ungliyon ke oopar.</w:t>
      </w:r>
    </w:p>
    <w:p>
      <w:pPr>
        <w:jc w:val="right"/>
      </w:pPr>
      <w:r>
        <w:t>کیسی عجیب بات ہے کہ یہاں پر ناخن ہیں انگلیوں کے اوپر۔</w:t>
      </w:r>
    </w:p>
    <w:p>
      <w:r>
        <w:rPr>
          <w:b/>
        </w:rPr>
        <w:t xml:space="preserve">[49:50] </w:t>
      </w:r>
      <w:r>
        <w:t>agar ungliyon par nakhun na ho, yeh nail na ho, jaise neeche hai waise oopar bhi rahe.</w:t>
      </w:r>
    </w:p>
    <w:p>
      <w:pPr>
        <w:jc w:val="right"/>
      </w:pPr>
      <w:r>
        <w:t>اگر انگلیوں پر ناخن نہ ہو، یہ نیل نہ ہو، جیسے نیچے ہے ویسے اوپر بھی رہے۔</w:t>
      </w:r>
    </w:p>
    <w:p>
      <w:r>
        <w:rPr>
          <w:b/>
        </w:rPr>
        <w:t xml:space="preserve">[49:54] </w:t>
      </w:r>
      <w:r>
        <w:t>aap sochiye ke yeh hamari finger hai.</w:t>
      </w:r>
    </w:p>
    <w:p>
      <w:pPr>
        <w:jc w:val="right"/>
      </w:pPr>
      <w:r>
        <w:t>آپ سوچیے کہ یہ ہماری فنگر ہے۔</w:t>
      </w:r>
    </w:p>
    <w:p>
      <w:r>
        <w:rPr>
          <w:b/>
        </w:rPr>
        <w:t xml:space="preserve">[49:58] </w:t>
      </w:r>
      <w:r>
        <w:t>idhar to naram hai, idhar kadda hai.</w:t>
      </w:r>
    </w:p>
    <w:p>
      <w:pPr>
        <w:jc w:val="right"/>
      </w:pPr>
      <w:r>
        <w:t>ادھر تو نرم ہے، ادھر کڑا ہے۔</w:t>
      </w:r>
    </w:p>
    <w:p>
      <w:r>
        <w:rPr>
          <w:b/>
        </w:rPr>
        <w:t xml:space="preserve">[50:02] </w:t>
      </w:r>
      <w:r>
        <w:t>to jaise idhar naram hai usay oopar bhi naram hota.</w:t>
      </w:r>
    </w:p>
    <w:p>
      <w:pPr>
        <w:jc w:val="right"/>
      </w:pPr>
      <w:r>
        <w:t>تو جیسے ادھر نرم ہے اسے اوپر بھی نرم ہوتا۔</w:t>
      </w:r>
    </w:p>
    <w:p>
      <w:r>
        <w:rPr>
          <w:b/>
        </w:rPr>
        <w:t xml:space="preserve">[50:05] </w:t>
      </w:r>
      <w:r>
        <w:t>to aap kuch kaam na kar sakte the.</w:t>
      </w:r>
    </w:p>
    <w:p>
      <w:pPr>
        <w:jc w:val="right"/>
      </w:pPr>
      <w:r>
        <w:t>تو آپ کچھ کام نہ کر سکتے تھے۔</w:t>
      </w:r>
    </w:p>
    <w:p>
      <w:r>
        <w:rPr>
          <w:b/>
        </w:rPr>
        <w:t xml:space="preserve">[50:09] </w:t>
      </w:r>
      <w:r>
        <w:t>koi kaam aap ke karna aap ke bas mein na rehta.</w:t>
      </w:r>
    </w:p>
    <w:p>
      <w:pPr>
        <w:jc w:val="right"/>
      </w:pPr>
      <w:r>
        <w:t>کوئی کام آپ کے کرنا آپ کے بس میں نہ رہتا۔</w:t>
      </w:r>
    </w:p>
    <w:p>
      <w:r>
        <w:rPr>
          <w:b/>
        </w:rPr>
        <w:t xml:space="preserve">[50:13] </w:t>
      </w:r>
      <w:r>
        <w:t>kehti hai a</w:t>
      </w:r>
    </w:p>
    <w:p>
      <w:pPr>
        <w:jc w:val="right"/>
      </w:pPr>
      <w:r>
        <w:t>کہتی ہے ع</w:t>
      </w:r>
    </w:p>
    <w:p>
      <w:r>
        <w:rPr>
          <w:b/>
        </w:rPr>
        <w:t xml:space="preserve">[50:17] </w:t>
      </w:r>
      <w:r>
        <w:t>ajeeb baat hai ke idhar naram hai aur idhar kda hai.</w:t>
      </w:r>
    </w:p>
    <w:p>
      <w:pPr>
        <w:jc w:val="right"/>
      </w:pPr>
      <w:r>
        <w:t>جیب بات ہے کہ ادھر نرم ہے اور ادھر کڑا ہے۔</w:t>
      </w:r>
    </w:p>
    <w:p>
      <w:r>
        <w:rPr>
          <w:b/>
        </w:rPr>
        <w:t xml:space="preserve">[50:22] </w:t>
      </w:r>
      <w:r>
        <w:t>aap nahi kar sakte aisa.</w:t>
      </w:r>
    </w:p>
    <w:p>
      <w:pPr>
        <w:jc w:val="right"/>
      </w:pPr>
      <w:r>
        <w:t>آپ نہیں کر سکتے ایسا۔</w:t>
      </w:r>
    </w:p>
    <w:p>
      <w:r>
        <w:rPr>
          <w:b/>
        </w:rPr>
        <w:t xml:space="preserve">[50:27] </w:t>
      </w:r>
      <w:r>
        <w:t>agar aap ki ungliyon mein dono taraf narmi naram ho to koi medicine aisi nahi hai jo idhar</w:t>
      </w:r>
    </w:p>
    <w:p>
      <w:pPr>
        <w:jc w:val="right"/>
      </w:pPr>
      <w:r>
        <w:t>اگر آپ کی انگلیوں میں دونوں طرف نرمی نرم ہو تو کوئی میڈیسن ایسی نہیں ہے جو ادھر</w:t>
      </w:r>
    </w:p>
    <w:p>
      <w:r>
        <w:rPr>
          <w:b/>
        </w:rPr>
        <w:t xml:space="preserve">[50:32] </w:t>
      </w:r>
      <w:r>
        <w:t>jo hai nakhun nikal de.</w:t>
      </w:r>
    </w:p>
    <w:p>
      <w:pPr>
        <w:jc w:val="right"/>
      </w:pPr>
      <w:r>
        <w:t>جو ہے ناخن نکال دے۔</w:t>
      </w:r>
    </w:p>
    <w:p>
      <w:r>
        <w:rPr>
          <w:b/>
        </w:rPr>
        <w:t xml:space="preserve">[50:37] </w:t>
      </w:r>
      <w:r>
        <w:t>phir main ne socha ke is sir mein jo baal hote hain, baal kitni bari beauty hain insan ki.</w:t>
      </w:r>
    </w:p>
    <w:p>
      <w:pPr>
        <w:jc w:val="right"/>
      </w:pPr>
      <w:r>
        <w:t>پھر میں نے سوچا کہ اس سر میں جو بال ہوتے ہیں، بال کتنی بڑی بیوٹی ہیں انسان کی۔</w:t>
      </w:r>
    </w:p>
    <w:p>
      <w:r>
        <w:rPr>
          <w:b/>
        </w:rPr>
        <w:t xml:space="preserve">[50:42] </w:t>
      </w:r>
      <w:r>
        <w:t>agar baal na hon to insan</w:t>
      </w:r>
    </w:p>
    <w:p>
      <w:pPr>
        <w:jc w:val="right"/>
      </w:pPr>
      <w:r>
        <w:t>اگر بال نہ ہوں تو انسان</w:t>
      </w:r>
    </w:p>
    <w:p>
      <w:r>
        <w:rPr>
          <w:b/>
        </w:rPr>
        <w:t xml:space="preserve">[50:47] </w:t>
      </w:r>
      <w:r>
        <w:t>kitna kharab lage ga.</w:t>
      </w:r>
    </w:p>
    <w:p>
      <w:pPr>
        <w:jc w:val="right"/>
      </w:pPr>
      <w:r>
        <w:t>کتنا خراب لگے گا۔</w:t>
      </w:r>
    </w:p>
    <w:p>
      <w:r>
        <w:rPr>
          <w:b/>
        </w:rPr>
        <w:t xml:space="preserve">[50:51] </w:t>
      </w:r>
      <w:r>
        <w:t>abhi main aik article parh raha tha.</w:t>
      </w:r>
    </w:p>
    <w:p>
      <w:pPr>
        <w:jc w:val="right"/>
      </w:pPr>
      <w:r>
        <w:t>ابھی میں ایک آرٹیکل پڑھ رہا تھا۔</w:t>
      </w:r>
    </w:p>
    <w:p>
      <w:r>
        <w:rPr>
          <w:b/>
        </w:rPr>
        <w:t xml:space="preserve">[50:55] </w:t>
      </w:r>
      <w:r>
        <w:t>is par genetic code par.</w:t>
      </w:r>
    </w:p>
    <w:p>
      <w:pPr>
        <w:jc w:val="right"/>
      </w:pPr>
      <w:r>
        <w:t>اس پر جینیٹک کوڈ پر۔</w:t>
      </w:r>
    </w:p>
    <w:p>
      <w:r>
        <w:rPr>
          <w:b/>
        </w:rPr>
        <w:t xml:space="preserve">[50:59] </w:t>
      </w:r>
      <w:r>
        <w:t>genetic code par.</w:t>
      </w:r>
    </w:p>
    <w:p>
      <w:pPr>
        <w:jc w:val="right"/>
      </w:pPr>
      <w:r>
        <w:t>جینیٹک کوڈ پر۔</w:t>
      </w:r>
    </w:p>
    <w:p>
      <w:r>
        <w:rPr>
          <w:b/>
        </w:rPr>
        <w:t xml:space="preserve">[51:02] </w:t>
      </w:r>
      <w:r>
        <w:t>to is mein bataya tha ke genetic code mein aik aik cheez likhi hui hoti hai.</w:t>
      </w:r>
    </w:p>
    <w:p>
      <w:pPr>
        <w:jc w:val="right"/>
      </w:pPr>
      <w:r>
        <w:t>تو اس میں بتایا تھا کہ جینیٹک کوڈ میں ایک ایک چیز لکھی ہوئی ہوتی ہے۔</w:t>
      </w:r>
    </w:p>
    <w:p>
      <w:r>
        <w:rPr>
          <w:b/>
        </w:rPr>
        <w:t xml:space="preserve">[51:06] </w:t>
      </w:r>
      <w:r>
        <w:t>jaisay yeh bhi likha hua hota hai ke aap ki naak yahan ho gi.</w:t>
      </w:r>
    </w:p>
    <w:p>
      <w:pPr>
        <w:jc w:val="right"/>
      </w:pPr>
      <w:r>
        <w:t>جیسے یہ بھی لکھا ہوا ہوتا ہے کہ آپ کی ناک یہاں ہوگی۔</w:t>
      </w:r>
    </w:p>
    <w:p>
      <w:r>
        <w:rPr>
          <w:b/>
        </w:rPr>
        <w:t xml:space="preserve">[51:10] </w:t>
      </w:r>
      <w:r>
        <w:t>agar is ne kaha ke agar kuch is mein arrangement mein farq par jaye to aap ki naak</w:t>
      </w:r>
    </w:p>
    <w:p>
      <w:pPr>
        <w:jc w:val="right"/>
      </w:pPr>
      <w:r>
        <w:t>اگر اس نے کہا کہ اگر کچھ اس میں ارینجمنٹ میں فرق پڑ جائے تو آپ کی ناک</w:t>
      </w:r>
    </w:p>
    <w:p>
      <w:r>
        <w:rPr>
          <w:b/>
        </w:rPr>
        <w:t xml:space="preserve">[51:14] </w:t>
      </w:r>
      <w:r>
        <w:t>yahan ho sakti hai.</w:t>
      </w:r>
    </w:p>
    <w:p>
      <w:pPr>
        <w:jc w:val="right"/>
      </w:pPr>
      <w:r>
        <w:t>یہاں ہو سکتی ہے۔</w:t>
      </w:r>
    </w:p>
    <w:p>
      <w:r>
        <w:rPr>
          <w:b/>
        </w:rPr>
        <w:t xml:space="preserve">[51:18] </w:t>
      </w:r>
      <w:r>
        <w:t>aap ka haath yahan latak sakta hai. yaani sara mamla hi bigad jayega. aap ki aankh jo hai woh yahan paon mein ho sakti hai. agar genetic code ke andar jo arrangement hai by nature us mein farq pad jaye. sab kuch set hai bilkul, set. yahan aankh hogi, yahan naak hogi, yahan daant niklega, yahan ungli hogi. yeh sab set hai. to us ne likha tha ke agar is arrangement mein farq pad jaye to aap ki aankh ho</w:t>
      </w:r>
    </w:p>
    <w:p>
      <w:pPr>
        <w:jc w:val="right"/>
      </w:pPr>
      <w:r>
        <w:t>آپ کا ہاتھ یہاں لٹک سکتا ہے۔ یعنی سارا معاملہ ہی بگڑ جائے گا۔ آپ کی آنکھ جو ہے وہ یہاں پاؤں میں ہو سکتی ہے۔ اگر جینیٹک کوڈ کے اندر جو ارینجمنٹ ہے بائی نیچر اس میں فرق پڑ جائے۔ سب کچھ سیٹ ہے بالکل، سیٹ۔ یہاں آنکھ ہوگی، یہاں ناک ہوگی، یہاں دانت نکلے گا، یہاں انگلی ہوگی۔ یہ سب سیٹ ہے۔ تو اس نے لکھا تھا کہ اگر اس ارینجمنٹ میں فرق پڑ جائے تو آپ کی آنکھ ہو</w:t>
      </w:r>
    </w:p>
    <w:p>
      <w:r>
        <w:rPr>
          <w:b/>
        </w:rPr>
        <w:t xml:space="preserve">[51:48] </w:t>
      </w:r>
      <w:r>
        <w:t>sakta hai ke aap ke paon par yahan nikal aaye.</w:t>
      </w:r>
    </w:p>
    <w:p>
      <w:pPr>
        <w:jc w:val="right"/>
      </w:pPr>
      <w:r>
        <w:t>سکتا ہے کہ آپ کے پاؤں پر یہاں نکل آئے۔</w:t>
      </w:r>
    </w:p>
    <w:p>
      <w:r>
        <w:rPr>
          <w:b/>
        </w:rPr>
        <w:t xml:space="preserve">[51:52] </w:t>
      </w:r>
      <w:r>
        <w:t>yahan aankh na ho.</w:t>
      </w:r>
    </w:p>
    <w:p>
      <w:pPr>
        <w:jc w:val="right"/>
      </w:pPr>
      <w:r>
        <w:t>یہاں آنکھ نہ ہو۔</w:t>
      </w:r>
    </w:p>
    <w:p>
      <w:r>
        <w:rPr>
          <w:b/>
        </w:rPr>
        <w:t xml:space="preserve">[51:55] </w:t>
      </w:r>
      <w:r>
        <w:t>aap sochiye zara is baat ko.</w:t>
      </w:r>
    </w:p>
    <w:p>
      <w:pPr>
        <w:jc w:val="right"/>
      </w:pPr>
      <w:r>
        <w:t>آپ سوچیے ذرا اس بات کو۔</w:t>
      </w:r>
    </w:p>
    <w:p>
      <w:r>
        <w:rPr>
          <w:b/>
        </w:rPr>
        <w:t xml:space="preserve">[51:59] </w:t>
      </w:r>
      <w:r>
        <w:t>ke khuda ne kis tarah se banaya insan ko.</w:t>
      </w:r>
    </w:p>
    <w:p>
      <w:pPr>
        <w:jc w:val="right"/>
      </w:pPr>
      <w:r>
        <w:t>کہ خدا نے کس طرح سے بنایا انسان کو۔</w:t>
      </w:r>
    </w:p>
    <w:p>
      <w:r>
        <w:rPr>
          <w:b/>
        </w:rPr>
        <w:t xml:space="preserve">[52:03] </w:t>
      </w:r>
      <w:r>
        <w:t>kis se banaya? ajeeb baat hai.</w:t>
      </w:r>
    </w:p>
    <w:p>
      <w:pPr>
        <w:jc w:val="right"/>
      </w:pPr>
      <w:r>
        <w:t>کس سے بنایا؟ عجیب بات ہے۔</w:t>
      </w:r>
    </w:p>
    <w:p>
      <w:r>
        <w:rPr>
          <w:b/>
        </w:rPr>
        <w:t xml:space="preserve">[52:07] </w:t>
      </w:r>
      <w:r>
        <w:t>isi ko quran mein kaha hai rakkabaka.</w:t>
      </w:r>
    </w:p>
    <w:p>
      <w:pPr>
        <w:jc w:val="right"/>
      </w:pPr>
      <w:r>
        <w:t>اسی کو قرآن میں کہا ہے رَکَّبَكَ۔</w:t>
      </w:r>
    </w:p>
    <w:p>
      <w:r>
        <w:rPr>
          <w:b/>
        </w:rPr>
        <w:t xml:space="preserve">[52:11] </w:t>
      </w:r>
      <w:r>
        <w:t>rakkabaka mani hai mere samajh mein isi ko parh kar aaya hua.</w:t>
      </w:r>
    </w:p>
    <w:p>
      <w:pPr>
        <w:jc w:val="right"/>
      </w:pPr>
      <w:r>
        <w:t>رَکَّبَكَ معنی ہے میرے سمجھ میں اسی کو پڑھ کر آیا ہوا۔</w:t>
      </w:r>
    </w:p>
    <w:p>
      <w:r>
        <w:rPr>
          <w:b/>
        </w:rPr>
        <w:t xml:space="preserve">[52:14] </w:t>
      </w:r>
      <w:r>
        <w:t>rakkabaka mani hote hain well</w:t>
      </w:r>
    </w:p>
    <w:p>
      <w:pPr>
        <w:jc w:val="right"/>
      </w:pPr>
      <w:r>
        <w:t>رَکَّبَكَ معنی ہوتے ہیں ویل</w:t>
      </w:r>
    </w:p>
    <w:p>
      <w:r>
        <w:rPr>
          <w:b/>
        </w:rPr>
        <w:t xml:space="preserve">[52:18] </w:t>
      </w:r>
      <w:r>
        <w:t>arranged. well arranged.</w:t>
      </w:r>
    </w:p>
    <w:p>
      <w:pPr>
        <w:jc w:val="right"/>
      </w:pPr>
      <w:r>
        <w:t>ارینجڈ۔ ویل ارینجڈ۔</w:t>
      </w:r>
    </w:p>
    <w:p>
      <w:r>
        <w:rPr>
          <w:b/>
        </w:rPr>
        <w:t xml:space="preserve">[52:23] </w:t>
      </w:r>
      <w:r>
        <w:t>yani sab cheez ko bohat hi achi tarah se arrange kiya khuda ne.</w:t>
      </w:r>
    </w:p>
    <w:p>
      <w:pPr>
        <w:jc w:val="right"/>
      </w:pPr>
      <w:r>
        <w:t>یعنی سب چیز کو بہت ہی اچھی طرح سے ارینج کیا خدا نے۔</w:t>
      </w:r>
    </w:p>
    <w:p>
      <w:r>
        <w:rPr>
          <w:b/>
        </w:rPr>
        <w:t xml:space="preserve">[52:28] </w:t>
      </w:r>
      <w:r>
        <w:t>to well arranged genetic codes. rakkabaka.</w:t>
      </w:r>
    </w:p>
    <w:p>
      <w:pPr>
        <w:jc w:val="right"/>
      </w:pPr>
      <w:r>
        <w:t>تو ویل ارینجڈ جینیٹک کوڈز۔ رَکَّبَكَ۔</w:t>
      </w:r>
    </w:p>
    <w:p>
      <w:r>
        <w:rPr>
          <w:b/>
        </w:rPr>
        <w:t xml:space="preserve">[52:33] </w:t>
      </w:r>
      <w:r>
        <w:t>kisi ajeeb baat hai aap sochiye.</w:t>
      </w:r>
    </w:p>
    <w:p>
      <w:pPr>
        <w:jc w:val="right"/>
      </w:pPr>
      <w:r>
        <w:t>کیسی عجیب بات ہے آپ سوچیے۔</w:t>
      </w:r>
    </w:p>
    <w:p>
      <w:r>
        <w:rPr>
          <w:b/>
        </w:rPr>
        <w:t xml:space="preserve">[52:38] </w:t>
      </w:r>
      <w:r>
        <w:t>hamare andar jo genetic codes hain woh bohat hi well arranged hain.</w:t>
      </w:r>
    </w:p>
    <w:p>
      <w:pPr>
        <w:jc w:val="right"/>
      </w:pPr>
      <w:r>
        <w:t>ہمارے اندر جو جینیٹک کوڈز ہیں وہ بہت ہی ویل ارینجڈ ہیں۔</w:t>
      </w:r>
    </w:p>
    <w:p>
      <w:r>
        <w:rPr>
          <w:b/>
        </w:rPr>
        <w:t xml:space="preserve">[52:42] </w:t>
      </w:r>
      <w:r>
        <w:t>is mein har cheez, har cheez, har cheez.</w:t>
      </w:r>
    </w:p>
    <w:p>
      <w:pPr>
        <w:jc w:val="right"/>
      </w:pPr>
      <w:r>
        <w:t>اس میں ہر چیز، ہر چیز، ہر چیز۔</w:t>
      </w:r>
    </w:p>
    <w:p>
      <w:r>
        <w:rPr>
          <w:b/>
        </w:rPr>
        <w:t xml:space="preserve">[52:47] </w:t>
      </w:r>
      <w:r>
        <w:t>warna aankh kahin ho, kaan kahin ho, haath kahin latak raha hai.</w:t>
      </w:r>
    </w:p>
    <w:p>
      <w:pPr>
        <w:jc w:val="right"/>
      </w:pPr>
      <w:r>
        <w:t>ورنہ آنکھ کہیں ہو، کان کہیں ہو، ہاتھ کہیں لٹک رہا ہے۔</w:t>
      </w:r>
    </w:p>
    <w:p>
      <w:r>
        <w:rPr>
          <w:b/>
        </w:rPr>
        <w:t xml:space="preserve">[52:52] </w:t>
      </w:r>
      <w:r>
        <w:t>paon chota sa hai, haath bara sa hai.</w:t>
      </w:r>
    </w:p>
    <w:p>
      <w:pPr>
        <w:jc w:val="right"/>
      </w:pPr>
      <w:r>
        <w:t>پاؤں چھوٹا سا ہے، ہاتھ بڑا سا ہے۔</w:t>
      </w:r>
    </w:p>
    <w:p>
      <w:r>
        <w:rPr>
          <w:b/>
        </w:rPr>
        <w:t xml:space="preserve">[52:56] </w:t>
      </w:r>
      <w:r>
        <w:t>kuch bhi ho sakta hai.</w:t>
      </w:r>
    </w:p>
    <w:p>
      <w:pPr>
        <w:jc w:val="right"/>
      </w:pPr>
      <w:r>
        <w:t>کچھ بھی ہو سکتا ہے۔</w:t>
      </w:r>
    </w:p>
    <w:p>
      <w:r>
        <w:rPr>
          <w:b/>
        </w:rPr>
        <w:t xml:space="preserve">[52:59] </w:t>
      </w:r>
      <w:r>
        <w:t>baal sir par nahi hai, kahin idhar nikla hua hai baal.</w:t>
      </w:r>
    </w:p>
    <w:p>
      <w:pPr>
        <w:jc w:val="right"/>
      </w:pPr>
      <w:r>
        <w:t>بال سر پر نہیں ہے، کہیں ادھر نکلا ہوا ہے بال۔</w:t>
      </w:r>
    </w:p>
    <w:p>
      <w:r>
        <w:rPr>
          <w:b/>
        </w:rPr>
        <w:t xml:space="preserve">[53:03] </w:t>
      </w:r>
      <w:r>
        <w:t>to genetic codes mein har cheez bohat hi well arranged hai.</w:t>
      </w:r>
    </w:p>
    <w:p>
      <w:pPr>
        <w:jc w:val="right"/>
      </w:pPr>
      <w:r>
        <w:t>تو جینیٹک کوڈز میں ہر چیز بہت ہی ویل ارینجڈ ہے۔</w:t>
      </w:r>
    </w:p>
    <w:p>
      <w:r>
        <w:rPr>
          <w:b/>
        </w:rPr>
        <w:t xml:space="preserve">[53:06] </w:t>
      </w:r>
      <w:r>
        <w:t>yeh is ne bataya tha is mein.</w:t>
      </w:r>
    </w:p>
    <w:p>
      <w:pPr>
        <w:jc w:val="right"/>
      </w:pPr>
      <w:r>
        <w:t>یہ اس نے بتایا تھا اس میں۔</w:t>
      </w:r>
    </w:p>
    <w:p>
      <w:r>
        <w:rPr>
          <w:b/>
        </w:rPr>
        <w:t xml:space="preserve">[53:09] </w:t>
      </w:r>
      <w:r>
        <w:t>ek ek cheez is mein maujood hai.</w:t>
      </w:r>
    </w:p>
    <w:p>
      <w:pPr>
        <w:jc w:val="right"/>
      </w:pPr>
      <w:r>
        <w:t>ایک ایک چیز اس میں موجود ہے۔</w:t>
      </w:r>
    </w:p>
    <w:p>
      <w:r>
        <w:rPr>
          <w:b/>
        </w:rPr>
        <w:t xml:space="preserve">[53:13] </w:t>
      </w:r>
      <w:r>
        <w:t>yahan tak ke agar aap ke paas yahan par koi ek ek dhabba par jaye farz kijiye to</w:t>
      </w:r>
    </w:p>
    <w:p>
      <w:pPr>
        <w:jc w:val="right"/>
      </w:pPr>
      <w:r>
        <w:t>یہاں تک کہ اگر آپ کے پاس یہاں پر کوئی ایک ایک دھبہ پڑ جائے فرض کیجیے تو</w:t>
      </w:r>
    </w:p>
    <w:p>
      <w:r>
        <w:rPr>
          <w:b/>
        </w:rPr>
        <w:t xml:space="preserve">[53:16] </w:t>
      </w:r>
      <w:r>
        <w:t>woh bhi wahin wahan par maujood ho ga.</w:t>
      </w:r>
    </w:p>
    <w:p>
      <w:pPr>
        <w:jc w:val="right"/>
      </w:pPr>
      <w:r>
        <w:t>وہ بھی وہیں وہاں پر موجود ہو گا۔</w:t>
      </w:r>
    </w:p>
    <w:p>
      <w:r>
        <w:rPr>
          <w:b/>
        </w:rPr>
        <w:t xml:space="preserve">[53:20] </w:t>
      </w:r>
      <w:r>
        <w:t>to yeh quran mein bataya gaya hai rakkabaka.</w:t>
      </w:r>
    </w:p>
    <w:p>
      <w:pPr>
        <w:jc w:val="right"/>
      </w:pPr>
      <w:r>
        <w:t>تو یہ قرآن میں بتایا گیا ہے رَکَّبَكَ۔</w:t>
      </w:r>
    </w:p>
    <w:p>
      <w:r>
        <w:rPr>
          <w:b/>
        </w:rPr>
        <w:t xml:space="preserve">[53:23] </w:t>
      </w:r>
      <w:r>
        <w:t>ke khuda ne tumhari body mein har cheez ko bohat hi well arranged shakal mein rakha. at random tor par nahi rakha. to yeh hai zikr kaseer. ek saans bhari mulaqat hui ek sufi sahib se. to unhone kaha ke quran mein aaya hai ke khuda ko bohat zyada yaad karo. wa-zkurullaha zikran kaseera. to woh poochne lage ke is ka nisaab kya hai? nisaab ke maani</w:t>
      </w:r>
    </w:p>
    <w:p>
      <w:pPr>
        <w:jc w:val="right"/>
      </w:pPr>
      <w:r>
        <w:t>کہ خدا نے تمہاری باڈی میں ہر چیز کو بہت ہی ویل ارینجڈ شکل میں رکھا۔ ایٹ رینڈم طور پر نہیں رکھا۔ تو یہ ہے ذکر کثیر۔ ایک سانس بھری ملاقات ہوئی ایک صوفی صاحب سے۔ تو انہوں نے کہا کہ قرآن میں آیا ہے کہ خدا کو بہت زیادہ یاد کرو۔ وَاذْكُرُوا اللَّهَ ذِكْرًا كَثِيرًا۔ تو وہ پوچھنے لگے کہ اس کا نصاب کیا ہے؟ نصاب کے مع</w:t>
      </w:r>
    </w:p>
    <w:p>
      <w:r>
        <w:rPr>
          <w:b/>
        </w:rPr>
        <w:t xml:space="preserve">[53:53] </w:t>
      </w:r>
      <w:r>
        <w:t>ne hain ke kitni baar? bohat ziyada yaad ke maani kya hain? hazar baar, das hazar baar, lakh</w:t>
      </w:r>
    </w:p>
    <w:p>
      <w:pPr>
        <w:jc w:val="right"/>
      </w:pPr>
      <w:r>
        <w:t>نی ہیں کہ کتنی بار؟ بہت زیادہ یاد کے معنی کیا ہیں؟ ہزار بار، دس ہزار بار، لاکھ</w:t>
      </w:r>
    </w:p>
    <w:p>
      <w:r>
        <w:rPr>
          <w:b/>
        </w:rPr>
        <w:t xml:space="preserve">[53:59] </w:t>
      </w:r>
      <w:r>
        <w:t>baar, crore baar? to woh is ko ginti ke term mein lene lagay.</w:t>
      </w:r>
    </w:p>
    <w:p>
      <w:pPr>
        <w:jc w:val="right"/>
      </w:pPr>
      <w:r>
        <w:t>بار، کروڑ بار؟ تو وہ اس کو گنتی کے ٹرم میں لینے لگے۔</w:t>
      </w:r>
    </w:p>
    <w:p>
      <w:r>
        <w:rPr>
          <w:b/>
        </w:rPr>
        <w:t xml:space="preserve">[54:04] </w:t>
      </w:r>
      <w:r>
        <w:t>in term of numbers.</w:t>
      </w:r>
    </w:p>
    <w:p>
      <w:pPr>
        <w:jc w:val="right"/>
      </w:pPr>
      <w:r>
        <w:t>ان ٹرم آف نمبرز۔</w:t>
      </w:r>
    </w:p>
    <w:p>
      <w:r>
        <w:rPr>
          <w:b/>
        </w:rPr>
        <w:t xml:space="preserve">[54:09] </w:t>
      </w:r>
      <w:r>
        <w:t>woh samajhte thay ke koi ginti hogi.</w:t>
      </w:r>
    </w:p>
    <w:p>
      <w:pPr>
        <w:jc w:val="right"/>
      </w:pPr>
      <w:r>
        <w:t>وہ سمجھتے تھے کہ کوئی گنتی ہوگی۔</w:t>
      </w:r>
    </w:p>
    <w:p>
      <w:r>
        <w:rPr>
          <w:b/>
        </w:rPr>
        <w:t xml:space="preserve">[54:14] </w:t>
      </w:r>
      <w:r>
        <w:t>itni baar agar hum Allah Allah Allah Allah Allah Allah kahein to woh zikr e kaseer ban gaya, ban gaya.</w:t>
      </w:r>
    </w:p>
    <w:p>
      <w:pPr>
        <w:jc w:val="right"/>
      </w:pPr>
      <w:r>
        <w:t>اتنی بار اگر ہم اللہ اللہ اللہ اللہ اللہ اللہ کہیں تو وہ ذکر کثیر بن گیا، بن گیا۔</w:t>
      </w:r>
    </w:p>
    <w:p>
      <w:r>
        <w:rPr>
          <w:b/>
        </w:rPr>
        <w:t xml:space="preserve">[54:20] </w:t>
      </w:r>
      <w:r>
        <w:t>main ne kaha astaghfirullah yeh is ka matlab nahi hai.</w:t>
      </w:r>
    </w:p>
    <w:p>
      <w:pPr>
        <w:jc w:val="right"/>
      </w:pPr>
      <w:r>
        <w:t>میں نے کہا استغفراللہ یہ اس کا مطلب نہیں ہے۔</w:t>
      </w:r>
    </w:p>
    <w:p>
      <w:r>
        <w:rPr>
          <w:b/>
        </w:rPr>
        <w:t xml:space="preserve">[54:25] </w:t>
      </w:r>
      <w:r>
        <w:t>yeh in term of aspect hai yeh baat.</w:t>
      </w:r>
    </w:p>
    <w:p>
      <w:pPr>
        <w:jc w:val="right"/>
      </w:pPr>
      <w:r>
        <w:t>یہ ان ٹرم آف اسپیٹ ہے یہ بات۔</w:t>
      </w:r>
    </w:p>
    <w:p>
      <w:r>
        <w:rPr>
          <w:b/>
        </w:rPr>
        <w:t xml:space="preserve">[54:29] </w:t>
      </w:r>
      <w:r>
        <w:t>in term of numbers nahi hai.</w:t>
      </w:r>
    </w:p>
    <w:p>
      <w:pPr>
        <w:jc w:val="right"/>
      </w:pPr>
      <w:r>
        <w:t>ان ٹرم آف نمبرز نہیں ہے۔</w:t>
      </w:r>
    </w:p>
    <w:p>
      <w:r>
        <w:rPr>
          <w:b/>
        </w:rPr>
        <w:t xml:space="preserve">[54:32] </w:t>
      </w:r>
      <w:r>
        <w:t>jo zikr e kaseer hai bohat ziyada Khuda ko yaad karna yeh in term of number nahi hai.</w:t>
      </w:r>
    </w:p>
    <w:p>
      <w:pPr>
        <w:jc w:val="right"/>
      </w:pPr>
      <w:r>
        <w:t>جو ذکر کثیر ہے بہت زیادہ خدا کو یاد کرنا یہ ان ٹرم آف نمبر نہیں ہے۔</w:t>
      </w:r>
    </w:p>
    <w:p>
      <w:r>
        <w:rPr>
          <w:b/>
        </w:rPr>
        <w:t xml:space="preserve">[54:36] </w:t>
      </w:r>
      <w:r>
        <w:t>in term of aspect hai yeh.</w:t>
      </w:r>
    </w:p>
    <w:p>
      <w:pPr>
        <w:jc w:val="right"/>
      </w:pPr>
      <w:r>
        <w:t>ان ٹرم آف اسپیٹ ہے یہ۔</w:t>
      </w:r>
    </w:p>
    <w:p>
      <w:r>
        <w:rPr>
          <w:b/>
        </w:rPr>
        <w:t xml:space="preserve">[54:40] </w:t>
      </w:r>
      <w:r>
        <w:t>matlab kya hua? wohi har mauqa par wohi Khuda yaad aaye.</w:t>
      </w:r>
    </w:p>
    <w:p>
      <w:pPr>
        <w:jc w:val="right"/>
      </w:pPr>
      <w:r>
        <w:t>مطلب کیا ہوا؟ وہی ہر موقع پر وہی خدا یاد آئے۔</w:t>
      </w:r>
    </w:p>
    <w:p>
      <w:r>
        <w:rPr>
          <w:b/>
        </w:rPr>
        <w:t xml:space="preserve">[54:44] </w:t>
      </w:r>
      <w:r>
        <w:t>har mauqa par.</w:t>
      </w:r>
    </w:p>
    <w:p>
      <w:pPr>
        <w:jc w:val="right"/>
      </w:pPr>
      <w:r>
        <w:t>ہر موقع پر۔</w:t>
      </w:r>
    </w:p>
    <w:p>
      <w:r>
        <w:rPr>
          <w:b/>
        </w:rPr>
        <w:t xml:space="preserve">[54:47] </w:t>
      </w:r>
      <w:r>
        <w:t>isi ko yaad aaye.</w:t>
      </w:r>
    </w:p>
    <w:p>
      <w:pPr>
        <w:jc w:val="right"/>
      </w:pPr>
      <w:r>
        <w:t>اسی کو یاد آئے۔</w:t>
      </w:r>
    </w:p>
    <w:p>
      <w:r>
        <w:rPr>
          <w:b/>
        </w:rPr>
        <w:t xml:space="preserve">[54:51] </w:t>
      </w:r>
      <w:r>
        <w:t>yani har waqea aap ke liye</w:t>
      </w:r>
    </w:p>
    <w:p>
      <w:pPr>
        <w:jc w:val="right"/>
      </w:pPr>
      <w:r>
        <w:t>یعنی ہر واقعہ آپ کے لیے</w:t>
      </w:r>
    </w:p>
    <w:p>
      <w:r>
        <w:rPr>
          <w:b/>
        </w:rPr>
        <w:t xml:space="preserve">[54:55] </w:t>
      </w:r>
      <w:r>
        <w:t>reminder ban jaye Khuda ki blessing ka.</w:t>
      </w:r>
    </w:p>
    <w:p>
      <w:pPr>
        <w:jc w:val="right"/>
      </w:pPr>
      <w:r>
        <w:t>ریمائنڈر بن جائے خدا کی بلیسنگ کا۔</w:t>
      </w:r>
    </w:p>
    <w:p>
      <w:r>
        <w:rPr>
          <w:b/>
        </w:rPr>
        <w:t xml:space="preserve">[55:01] </w:t>
      </w:r>
      <w:r>
        <w:t>har experience, har event jis mein aap subah shaam guzar rahe hain woh reminder ban jaye aap ke</w:t>
      </w:r>
    </w:p>
    <w:p>
      <w:pPr>
        <w:jc w:val="right"/>
      </w:pPr>
      <w:r>
        <w:t>ہر ایکسپیرینس، ہر ایونٹ جس میں آپ صبح شام گزر رہے ہیں وہ ریمائنڈر بن جائے آپ کے</w:t>
      </w:r>
    </w:p>
    <w:p>
      <w:r>
        <w:rPr>
          <w:b/>
        </w:rPr>
        <w:t xml:space="preserve">[55:07] </w:t>
      </w:r>
      <w:r>
        <w:t>liye Khuda ki blessing ka.</w:t>
      </w:r>
    </w:p>
    <w:p>
      <w:pPr>
        <w:jc w:val="right"/>
      </w:pPr>
      <w:r>
        <w:t>لیے خدا کی بلیسنگ کا۔</w:t>
      </w:r>
    </w:p>
    <w:p>
      <w:r>
        <w:rPr>
          <w:b/>
        </w:rPr>
        <w:t xml:space="preserve">[55:13] </w:t>
      </w:r>
      <w:r>
        <w:t>yeh hai zikr-e-kaseer.</w:t>
      </w:r>
    </w:p>
    <w:p>
      <w:pPr>
        <w:jc w:val="right"/>
      </w:pPr>
      <w:r>
        <w:t>یہ ہے ذکر کثیر۔</w:t>
      </w:r>
    </w:p>
    <w:p>
      <w:r>
        <w:rPr>
          <w:b/>
        </w:rPr>
        <w:t xml:space="preserve">[55:19] </w:t>
      </w:r>
      <w:r>
        <w:t>to jo maine arz kiya ke Islam in daily life iska matlab yeh nahi ke hum koi routine</w:t>
      </w:r>
    </w:p>
    <w:p>
      <w:pPr>
        <w:jc w:val="right"/>
      </w:pPr>
      <w:r>
        <w:t>تو جو میں نے عرض کیا کہ اسلام ان ڈیلی لائف اس کا مطلب یہ نہیں کہ ہم کوئی روٹ</w:t>
      </w:r>
    </w:p>
    <w:p>
      <w:r>
        <w:rPr>
          <w:b/>
        </w:rPr>
        <w:t xml:space="preserve">[55:25] </w:t>
      </w:r>
      <w:r>
        <w:t>hamare paas hai.</w:t>
      </w:r>
    </w:p>
    <w:p>
      <w:pPr>
        <w:jc w:val="right"/>
      </w:pPr>
      <w:r>
        <w:t>ین ہمارے پاس ہے۔</w:t>
      </w:r>
    </w:p>
    <w:p>
      <w:r>
        <w:rPr>
          <w:b/>
        </w:rPr>
        <w:t xml:space="preserve">[55:29] </w:t>
      </w:r>
      <w:r>
        <w:t>ke ek baje do baje tak itna, do baje se char baje tak itna, char se paanch baje tak itna.</w:t>
      </w:r>
    </w:p>
    <w:p>
      <w:pPr>
        <w:jc w:val="right"/>
      </w:pPr>
      <w:r>
        <w:t>کہ ایک بجے دو بجے تک اتنا، دو بجے سے چار بجے تک اتنا، چار سے پانچ بجے تک اتنا۔</w:t>
      </w:r>
    </w:p>
    <w:p>
      <w:r>
        <w:rPr>
          <w:b/>
        </w:rPr>
        <w:t xml:space="preserve">[55:32] </w:t>
      </w:r>
      <w:r>
        <w:t>aisa kuch bhi nahi hai.</w:t>
      </w:r>
    </w:p>
    <w:p>
      <w:pPr>
        <w:jc w:val="right"/>
      </w:pPr>
      <w:r>
        <w:t>ایسا کچھ بھی نہیں ہے۔</w:t>
      </w:r>
    </w:p>
    <w:p>
      <w:r>
        <w:rPr>
          <w:b/>
        </w:rPr>
        <w:t xml:space="preserve">[55:36] </w:t>
      </w:r>
      <w:r>
        <w:t>asal cheez yeh hai ke woh spirit jaag padi ho.</w:t>
      </w:r>
    </w:p>
    <w:p>
      <w:pPr>
        <w:jc w:val="right"/>
      </w:pPr>
      <w:r>
        <w:t>اصل چیز یہ ہے کہ وہ اسپیٹ جاگ پڑی ہو۔</w:t>
      </w:r>
    </w:p>
    <w:p>
      <w:r>
        <w:rPr>
          <w:b/>
        </w:rPr>
        <w:t xml:space="preserve">[55:40] </w:t>
      </w:r>
      <w:r>
        <w:t>is spirit ko le kar ke aap duniya mein jee rahe hon.</w:t>
      </w:r>
    </w:p>
    <w:p>
      <w:pPr>
        <w:jc w:val="right"/>
      </w:pPr>
      <w:r>
        <w:t>اس اسپیٹ کو لے کر کے آپ دنیا میں جی رہے ہوں۔</w:t>
      </w:r>
    </w:p>
    <w:p>
      <w:r>
        <w:rPr>
          <w:b/>
        </w:rPr>
        <w:t xml:space="preserve">[55:44] </w:t>
      </w:r>
      <w:r>
        <w:t>jaise ek misaal mein arz karoon.</w:t>
      </w:r>
    </w:p>
    <w:p>
      <w:pPr>
        <w:jc w:val="right"/>
      </w:pPr>
      <w:r>
        <w:t>جیسے ایک مثال میں عرض کروں۔</w:t>
      </w:r>
    </w:p>
    <w:p>
      <w:r>
        <w:rPr>
          <w:b/>
        </w:rPr>
        <w:t xml:space="preserve">[55:47] </w:t>
      </w:r>
      <w:r>
        <w:t>kal maine padha ek cheez Lord Curzon ke bare mein.</w:t>
      </w:r>
    </w:p>
    <w:p>
      <w:pPr>
        <w:jc w:val="right"/>
      </w:pPr>
      <w:r>
        <w:t>کل میں نے پڑھا ایک چیز لارڈ کرزن کے بارے میں۔</w:t>
      </w:r>
    </w:p>
    <w:p>
      <w:r>
        <w:rPr>
          <w:b/>
        </w:rPr>
        <w:t xml:space="preserve">[55:51] </w:t>
      </w:r>
      <w:r>
        <w:t>Lord Curzon bohat</w:t>
      </w:r>
    </w:p>
    <w:p>
      <w:pPr>
        <w:jc w:val="right"/>
      </w:pPr>
      <w:r>
        <w:t>لارڈ کرزن بہت</w:t>
      </w:r>
    </w:p>
    <w:p>
      <w:r>
        <w:rPr>
          <w:b/>
        </w:rPr>
        <w:t xml:space="preserve">[55:55] </w:t>
      </w:r>
      <w:r>
        <w:t>hi bara statesman tha Britain ka.</w:t>
      </w:r>
    </w:p>
    <w:p>
      <w:pPr>
        <w:jc w:val="right"/>
      </w:pPr>
      <w:r>
        <w:t>ہی بڑا اسٹیٹس مین تھا برٹن کا۔</w:t>
      </w:r>
    </w:p>
    <w:p>
      <w:r>
        <w:rPr>
          <w:b/>
        </w:rPr>
        <w:t xml:space="preserve">[56:01] </w:t>
      </w:r>
      <w:r>
        <w:t>woh yani first world war se pehle India ka viceroy tha woh Lord Curzon.</w:t>
      </w:r>
    </w:p>
    <w:p>
      <w:pPr>
        <w:jc w:val="right"/>
      </w:pPr>
      <w:r>
        <w:t>وہ یعنی فرسٹ ورلڈ وار سے پہلے انڈیا کا وائسرائے تھا وہ لارڈ کرزن۔</w:t>
      </w:r>
    </w:p>
    <w:p>
      <w:r>
        <w:rPr>
          <w:b/>
        </w:rPr>
        <w:t xml:space="preserve">[56:07] </w:t>
      </w:r>
      <w:r>
        <w:t>woh bohat hi brilliant aadmi tha bohat brilliant.</w:t>
      </w:r>
    </w:p>
    <w:p>
      <w:pPr>
        <w:jc w:val="right"/>
      </w:pPr>
      <w:r>
        <w:t>وہ بہت ہی بریلینٹ آدمی تھا۔ بہت بریلینٹ۔</w:t>
      </w:r>
    </w:p>
    <w:p>
      <w:r>
        <w:rPr>
          <w:b/>
        </w:rPr>
        <w:t xml:space="preserve">[56:13] </w:t>
      </w:r>
      <w:r>
        <w:t>bohat hi learned bhi tha woh.</w:t>
      </w:r>
    </w:p>
    <w:p>
      <w:pPr>
        <w:jc w:val="right"/>
      </w:pPr>
      <w:r>
        <w:t>بہت ہی لرنڈن بھی تھا وہ۔</w:t>
      </w:r>
    </w:p>
    <w:p>
      <w:r>
        <w:rPr>
          <w:b/>
        </w:rPr>
        <w:t xml:space="preserve">[56:20] </w:t>
      </w:r>
      <w:r>
        <w:t>تو اس کے ایک بائیوگرافیٹر نے لکھا ہے کہ he had no equal</w:t>
      </w:r>
    </w:p>
    <w:p>
      <w:pPr>
        <w:jc w:val="right"/>
      </w:pPr>
      <w:r>
        <w:t>تو اس کے ایک بائیوگرافیٹر نے لکھا ہے کہ ہی ہیڈ نو ایکول</w:t>
      </w:r>
    </w:p>
    <w:p>
      <w:r>
        <w:rPr>
          <w:b/>
        </w:rPr>
        <w:t xml:space="preserve">[56:26] </w:t>
      </w:r>
      <w:r>
        <w:t>.</w:t>
      </w:r>
    </w:p>
    <w:p>
      <w:pPr>
        <w:jc w:val="right"/>
      </w:pPr>
      <w:r>
        <w:t>۔</w:t>
      </w:r>
    </w:p>
    <w:p>
      <w:r>
        <w:rPr>
          <w:b/>
        </w:rPr>
        <w:t xml:space="preserve">[56:29] </w:t>
      </w:r>
      <w:r>
        <w:t>Lord Curzon ke bare mein.</w:t>
      </w:r>
    </w:p>
    <w:p>
      <w:pPr>
        <w:jc w:val="right"/>
      </w:pPr>
      <w:r>
        <w:t>لارڈ کرزن کے بارے میں۔</w:t>
      </w:r>
    </w:p>
    <w:p>
      <w:r>
        <w:rPr>
          <w:b/>
        </w:rPr>
        <w:t xml:space="preserve">[56:32] </w:t>
      </w:r>
      <w:r>
        <w:t>he had no equal.</w:t>
      </w:r>
    </w:p>
    <w:p>
      <w:pPr>
        <w:jc w:val="right"/>
      </w:pPr>
      <w:r>
        <w:t>ہی ہیڈ نو ایکول۔</w:t>
      </w:r>
    </w:p>
    <w:p>
      <w:r>
        <w:rPr>
          <w:b/>
        </w:rPr>
        <w:t xml:space="preserve">[56:36] </w:t>
      </w:r>
      <w:r>
        <w:t>iska koi barabar ka nahi tha.</w:t>
      </w:r>
    </w:p>
    <w:p>
      <w:pPr>
        <w:jc w:val="right"/>
      </w:pPr>
      <w:r>
        <w:t>اس کا کوئی برابر کا نہیں تھا۔</w:t>
      </w:r>
    </w:p>
    <w:p>
      <w:r>
        <w:rPr>
          <w:b/>
        </w:rPr>
        <w:t xml:space="preserve">[56:39] </w:t>
      </w:r>
      <w:r>
        <w:t>is ke contemporaries mein iska koi barabar ka nahi tha koi.</w:t>
      </w:r>
    </w:p>
    <w:p>
      <w:pPr>
        <w:jc w:val="right"/>
      </w:pPr>
      <w:r>
        <w:t>اس کے کنٹمپریریز میں اس کا کوئی برابر کا نہیں تھا کوئی۔</w:t>
      </w:r>
    </w:p>
    <w:p>
      <w:r>
        <w:rPr>
          <w:b/>
        </w:rPr>
        <w:t xml:space="preserve">[56:42] </w:t>
      </w:r>
      <w:r>
        <w:t>he he head no equal.</w:t>
      </w:r>
    </w:p>
    <w:p>
      <w:pPr>
        <w:jc w:val="right"/>
      </w:pPr>
      <w:r>
        <w:t>ہی ہیڈ نو ایکول۔</w:t>
      </w:r>
    </w:p>
    <w:p>
      <w:r>
        <w:rPr>
          <w:b/>
        </w:rPr>
        <w:t xml:space="preserve">[56:46] </w:t>
      </w:r>
      <w:r>
        <w:t>تو جانتے ہیں کیا ہوا؟ Lord Curzon ایک بہت ہی arrogant آدمی بن گیا۔ arrogant آدمی۔</w:t>
      </w:r>
    </w:p>
    <w:p>
      <w:pPr>
        <w:jc w:val="right"/>
      </w:pPr>
      <w:r>
        <w:t>تو جانتے ہیں کیا ہوا؟ لارڈ کرزن ایک بہت ہی آرگونٹ آدمی بن گیا۔ آرگونٹ آدمی۔</w:t>
      </w:r>
    </w:p>
    <w:p>
      <w:r>
        <w:rPr>
          <w:b/>
        </w:rPr>
        <w:t xml:space="preserve">[56:49] </w:t>
      </w:r>
      <w:r>
        <w:t>وہ سمجھتا تھا کہ میں بہت brilliant ہوں، میں بہت ہی learned آدمی ہوں۔</w:t>
      </w:r>
    </w:p>
    <w:p>
      <w:pPr>
        <w:jc w:val="right"/>
      </w:pPr>
      <w:r>
        <w:t>وہ سمجھتا تھا کہ میں بہت بریلینٹ ہوں، میں بہت ہی لرنڈن آدمی ہوں۔</w:t>
      </w:r>
    </w:p>
    <w:p>
      <w:r>
        <w:rPr>
          <w:b/>
        </w:rPr>
        <w:t xml:space="preserve">[56:53] </w:t>
      </w:r>
      <w:r>
        <w:t>to jab viceroy ki is ka term khatam hua aur</w:t>
      </w:r>
    </w:p>
    <w:p>
      <w:pPr>
        <w:jc w:val="right"/>
      </w:pPr>
      <w:r>
        <w:t>تو جب وائسرائے کی اس کا ٹرم ختم ہوا اور</w:t>
      </w:r>
    </w:p>
    <w:p>
      <w:r>
        <w:rPr>
          <w:b/>
        </w:rPr>
        <w:t xml:space="preserve">[56:56] </w:t>
      </w:r>
      <w:r>
        <w:t>england wapas gaya woh samajhta tha ke mujhe britain ka prime minister hona chahiye.</w:t>
      </w:r>
    </w:p>
    <w:p>
      <w:pPr>
        <w:jc w:val="right"/>
      </w:pPr>
      <w:r>
        <w:t>انگلینڈ واپس گیا وہ سمجھتا تھا کہ مجھے برٹن کا پرائم منسٹر ہونا چاہیے۔</w:t>
      </w:r>
    </w:p>
    <w:p>
      <w:r>
        <w:rPr>
          <w:b/>
        </w:rPr>
        <w:t xml:space="preserve">[57:00] </w:t>
      </w:r>
      <w:r>
        <w:t>ke britain mein mujh se bara koi brilliant aadmi nahi hai.</w:t>
      </w:r>
    </w:p>
    <w:p>
      <w:pPr>
        <w:jc w:val="right"/>
      </w:pPr>
      <w:r>
        <w:t>کہ برٹن میں مجھ سے بڑا کوئی بریلینٹ آدمی نہیں ہے۔</w:t>
      </w:r>
    </w:p>
    <w:p>
      <w:r>
        <w:rPr>
          <w:b/>
        </w:rPr>
        <w:t xml:space="preserve">[57:05] </w:t>
      </w:r>
      <w:r>
        <w:t>aur prime minister mujh ko banna chahiye.</w:t>
      </w:r>
    </w:p>
    <w:p>
      <w:pPr>
        <w:jc w:val="right"/>
      </w:pPr>
      <w:r>
        <w:t>اور پرائم منسٹر مجھ کو بننا چاہیے۔</w:t>
      </w:r>
    </w:p>
    <w:p>
      <w:r>
        <w:rPr>
          <w:b/>
        </w:rPr>
        <w:t xml:space="preserve">[57:09] </w:t>
      </w:r>
      <w:r>
        <w:t>lekin wahan par jo log thay unhon ne is ko nahi banaya.</w:t>
      </w:r>
    </w:p>
    <w:p>
      <w:pPr>
        <w:jc w:val="right"/>
      </w:pPr>
      <w:r>
        <w:t>لیکن وہاں پر جو لوگ تھے انہوں نے اس کو نہیں بنایا۔</w:t>
      </w:r>
    </w:p>
    <w:p>
      <w:r>
        <w:rPr>
          <w:b/>
        </w:rPr>
        <w:t xml:space="preserve">[57:13] </w:t>
      </w:r>
      <w:r>
        <w:t>prime minister nahi ban saka yeh.</w:t>
      </w:r>
    </w:p>
    <w:p>
      <w:pPr>
        <w:jc w:val="right"/>
      </w:pPr>
      <w:r>
        <w:t>پرائم منسٹر نہیں بن سکا یہ۔</w:t>
      </w:r>
    </w:p>
    <w:p>
      <w:r>
        <w:rPr>
          <w:b/>
        </w:rPr>
        <w:t xml:space="preserve">[57:18] </w:t>
      </w:r>
      <w:r>
        <w:t>to woh frustration mein mara.</w:t>
      </w:r>
    </w:p>
    <w:p>
      <w:pPr>
        <w:jc w:val="right"/>
      </w:pPr>
      <w:r>
        <w:t>تو وہ فرسٹریشن میں مرا۔</w:t>
      </w:r>
    </w:p>
    <w:p>
      <w:r>
        <w:rPr>
          <w:b/>
        </w:rPr>
        <w:t xml:space="preserve">[57:22] </w:t>
      </w:r>
      <w:r>
        <w:t>despair mein mara.</w:t>
      </w:r>
    </w:p>
    <w:p>
      <w:pPr>
        <w:jc w:val="right"/>
      </w:pPr>
      <w:r>
        <w:t>ڈسپیئر میں مرا۔</w:t>
      </w:r>
    </w:p>
    <w:p>
      <w:r>
        <w:rPr>
          <w:b/>
        </w:rPr>
        <w:t xml:space="preserve">[57:26] </w:t>
      </w:r>
      <w:r>
        <w:t>aap us ki us ko padhiye us ki biography ko. to aap dekhen ke itna bara brilliant aadmi. us ke paas paisa tha, us ke paas fame thi, us ke paas property thi. us ke paas sab kuch tha. lekin mara woh bilkul frustration mein, despair mein. ab dekhiye yahan par kya hai? us ke andar zikr wali cheez nahi thi. sochne wali baat nahi thi. divine think</w:t>
      </w:r>
    </w:p>
    <w:p>
      <w:pPr>
        <w:jc w:val="right"/>
      </w:pPr>
      <w:r>
        <w:t>آپ اس کی اس کو پڑھیے اس کی بائیوگرافی کو۔ تو آپ دیکھیں کہ اتنا بڑا بریلینٹ آدمی۔ اس کے پاس پیسہ تھا، اس کے پاس فیم تھی، اس کے پاس پراپرٹی تھی۔ اس کے پاس سب کچھ تھا۔ لیکن مرا وہ بالکل فرسٹریشن میں، ڈسپیئر میں۔ اب دیکھیے یہاں پر کیا ہے؟ اس کے اندر ذکر والی چیز نہیں تھی۔ سوچنے والی بات نہیں تھی۔ ڈیوائن تھنک</w:t>
      </w:r>
    </w:p>
    <w:p>
      <w:r>
        <w:rPr>
          <w:b/>
        </w:rPr>
        <w:t xml:space="preserve">[57:56] </w:t>
      </w:r>
      <w:r>
        <w:t>ning nahi thi is ke andar.</w:t>
      </w:r>
    </w:p>
    <w:p>
      <w:pPr>
        <w:jc w:val="right"/>
      </w:pPr>
      <w:r>
        <w:t>نگ نہیں تھی اس کے اندر۔</w:t>
      </w:r>
    </w:p>
    <w:p>
      <w:r>
        <w:rPr>
          <w:b/>
        </w:rPr>
        <w:t xml:space="preserve">[58:01] </w:t>
      </w:r>
      <w:r>
        <w:t>zikr means divine thinking.</w:t>
      </w:r>
    </w:p>
    <w:p>
      <w:pPr>
        <w:jc w:val="right"/>
      </w:pPr>
      <w:r>
        <w:t>ذکر مینز ڈیوائن تھنکنگ۔</w:t>
      </w:r>
    </w:p>
    <w:p>
      <w:r>
        <w:rPr>
          <w:b/>
        </w:rPr>
        <w:t xml:space="preserve">[58:05] </w:t>
      </w:r>
      <w:r>
        <w:t>har cheez ko khuda se relate kar ke sochna.</w:t>
      </w:r>
    </w:p>
    <w:p>
      <w:pPr>
        <w:jc w:val="right"/>
      </w:pPr>
      <w:r>
        <w:t>ہر چیز کو خدا سے ریلیٹ کر کے سوچنا۔</w:t>
      </w:r>
    </w:p>
    <w:p>
      <w:r>
        <w:rPr>
          <w:b/>
        </w:rPr>
        <w:t xml:space="preserve">[58:09] </w:t>
      </w:r>
      <w:r>
        <w:t>zikr ka matlab hai har cheez ko khuda se relate kar ke sochna.</w:t>
      </w:r>
    </w:p>
    <w:p>
      <w:pPr>
        <w:jc w:val="right"/>
      </w:pPr>
      <w:r>
        <w:t>ذکر کا مطلب ہے ہر چیز کو خدا سے ریلیٹ کر کے سوچنا۔</w:t>
      </w:r>
    </w:p>
    <w:p>
      <w:r>
        <w:rPr>
          <w:b/>
        </w:rPr>
        <w:t xml:space="preserve">[58:13] </w:t>
      </w:r>
      <w:r>
        <w:t>ab woh kya karta tha? apne ko insaan se relate karta tha.</w:t>
      </w:r>
    </w:p>
    <w:p>
      <w:pPr>
        <w:jc w:val="right"/>
      </w:pPr>
      <w:r>
        <w:t>اب وہ کیا کرتا تھا؟ اپنے کو انسان سے ریلیٹ کرتا تھا۔</w:t>
      </w:r>
    </w:p>
    <w:p>
      <w:r>
        <w:rPr>
          <w:b/>
        </w:rPr>
        <w:t xml:space="preserve">[58:18] </w:t>
      </w:r>
      <w:r>
        <w:t>to doosre insaan lagta tha ke woh is se kam parhe likhe hain, is se kam intelligent hain.</w:t>
      </w:r>
    </w:p>
    <w:p>
      <w:pPr>
        <w:jc w:val="right"/>
      </w:pPr>
      <w:r>
        <w:t>تو دوسرے انسان لگتا تھا کہ وہ اس سے کم پڑھے لکھے ہیں، اس سے کم انٹیلیجنٹ ہیں۔</w:t>
      </w:r>
    </w:p>
    <w:p>
      <w:r>
        <w:rPr>
          <w:b/>
        </w:rPr>
        <w:t xml:space="preserve">[58:22] </w:t>
      </w:r>
      <w:r>
        <w:t>to samajhta tha ke mein zyada hoon, woh kam hain. is se</w:t>
      </w:r>
    </w:p>
    <w:p>
      <w:pPr>
        <w:jc w:val="right"/>
      </w:pPr>
      <w:r>
        <w:t>تو سمجھتا تھا کہ میں زیادہ ہوں، وہ کم ہیں۔ اس سے</w:t>
      </w:r>
    </w:p>
    <w:p>
      <w:r>
        <w:rPr>
          <w:b/>
        </w:rPr>
        <w:t xml:space="preserve">[58:26] </w:t>
      </w:r>
      <w:r>
        <w:t>وہ اس کے اندر کبر آ گیا، arrogance آ گیا۔</w:t>
      </w:r>
    </w:p>
    <w:p>
      <w:pPr>
        <w:jc w:val="right"/>
      </w:pPr>
      <w:r>
        <w:t>وہ اس کے اندر کبر آ گیا، آرگوننس آ گیا۔</w:t>
      </w:r>
    </w:p>
    <w:p>
      <w:r>
        <w:rPr>
          <w:b/>
        </w:rPr>
        <w:t xml:space="preserve">[58:31] </w:t>
      </w:r>
      <w:r>
        <w:t>agar woh apne aap ko khuda se relate kar ke sochta to kya hota? ke khuda ke muqable</w:t>
      </w:r>
    </w:p>
    <w:p>
      <w:pPr>
        <w:jc w:val="right"/>
      </w:pPr>
      <w:r>
        <w:t>اگر وہ اپنے آپ کو خدا سے ریلیٹ کر کے سوچتا تو کیا ہوتا؟ کہ خدا کے مقابلے</w:t>
      </w:r>
    </w:p>
    <w:p>
      <w:r>
        <w:rPr>
          <w:b/>
        </w:rPr>
        <w:t xml:space="preserve">[58:35] </w:t>
      </w:r>
      <w:r>
        <w:t>mein mein kuch bhi nahi hoon.</w:t>
      </w:r>
    </w:p>
    <w:p>
      <w:pPr>
        <w:jc w:val="right"/>
      </w:pPr>
      <w:r>
        <w:t>میں میں کچھ بھی نہیں ہوں۔</w:t>
      </w:r>
    </w:p>
    <w:p>
      <w:r>
        <w:rPr>
          <w:b/>
        </w:rPr>
        <w:t xml:space="preserve">[58:39] </w:t>
      </w:r>
      <w:r>
        <w:t>god is great and i am nothing.</w:t>
      </w:r>
    </w:p>
    <w:p>
      <w:pPr>
        <w:jc w:val="right"/>
      </w:pPr>
      <w:r>
        <w:t>گاڈ از گریٹ اینڈ آئی ایم نتھنگ۔</w:t>
      </w:r>
    </w:p>
    <w:p>
      <w:r>
        <w:rPr>
          <w:b/>
        </w:rPr>
        <w:t xml:space="preserve">[58:44] </w:t>
      </w:r>
      <w:r>
        <w:t>to is ke andar modesty aati.</w:t>
      </w:r>
    </w:p>
    <w:p>
      <w:pPr>
        <w:jc w:val="right"/>
      </w:pPr>
      <w:r>
        <w:t>تو اس کے اندر ماڈیسٹی آتی۔</w:t>
      </w:r>
    </w:p>
    <w:p>
      <w:r>
        <w:rPr>
          <w:b/>
        </w:rPr>
        <w:t xml:space="preserve">[58:48] </w:t>
      </w:r>
      <w:r>
        <w:t>ab dekhiye ke wahi aadmi jo sacha zikr na hone ki wajah se arrogant ban gaya aur frustration mein mara.</w:t>
      </w:r>
    </w:p>
    <w:p>
      <w:pPr>
        <w:jc w:val="right"/>
      </w:pPr>
      <w:r>
        <w:t>اب دیکھیے کہ وہی آدمی جو سچا ذکر نہ ہونے کی وجہ سے آرگونٹ بن گیا اور فرسٹریشن میں مرا۔</w:t>
      </w:r>
    </w:p>
    <w:p>
      <w:r>
        <w:rPr>
          <w:b/>
        </w:rPr>
        <w:t xml:space="preserve">[58:52] </w:t>
      </w:r>
      <w:r>
        <w:t>wahi aadmi jo hai agar agar woh sachi soch hoti hai is ke andar, khuda ko yaad kar</w:t>
      </w:r>
    </w:p>
    <w:p>
      <w:pPr>
        <w:jc w:val="right"/>
      </w:pPr>
      <w:r>
        <w:t>وہی آدمی جو ہے اگر اگر وہ سچی سوچ ہوتی ہے اس کے اندر، خدا کو یاد کر</w:t>
      </w:r>
    </w:p>
    <w:p>
      <w:r>
        <w:rPr>
          <w:b/>
        </w:rPr>
        <w:t xml:space="preserve">[58:56] </w:t>
      </w:r>
      <w:r>
        <w:t>ta woh. to samajhta hai ke khuda bara hai, main to chota hoon. to us ke andar modesty aati hai. aur modesty is the greatest virtue. aur modesty is the source of all kind of goodness. yeh hai zikr e kaseer. aqool qouli haza wastaghfirullaha li walakum ajmaeen.</w:t>
      </w:r>
    </w:p>
    <w:p>
      <w:pPr>
        <w:jc w:val="right"/>
      </w:pPr>
      <w:r>
        <w:t>تا وہ۔ تو سمجھتا ہے کہ خدا بڑا ہے، میں تو چھوٹا ہوں۔ تو اس کے اندر ماڈیسٹی آتی ہے۔ اور ماڈیسٹی از دا گریٹسٹ ورچو۔ اور ماڈیسٹی از دا سورس آف آل کائنڈ آف گڈنس۔ یہ ہے ذکر کثیر۔ اقول قولیھذا واستغفراللہ لی ولکم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