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ABC of Life | December 3, 2007</w:t>
      </w:r>
    </w:p>
    <w:p>
      <w:r>
        <w:t>https://www.youtube.com/watch?v=SNkPFmNjhjY</w:t>
      </w:r>
    </w:p>
    <w:p>
      <w:r>
        <w:rPr>
          <w:b/>
        </w:rPr>
        <w:t xml:space="preserve">[00:13] </w:t>
      </w:r>
      <w:r>
        <w:t>bismillah rahman rahim, wasallallahu ala nabiyyil karim.</w:t>
      </w:r>
    </w:p>
    <w:p>
      <w:pPr>
        <w:jc w:val="right"/>
      </w:pPr>
      <w:r>
        <w:t>بسم اللہ الرحمن الرحیم، وصلی اللہ علی النبی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aaj mein insaan ke bare mein kuch kahunga.</w:t>
      </w:r>
    </w:p>
    <w:p>
      <w:pPr>
        <w:jc w:val="right"/>
      </w:pPr>
      <w:r>
        <w:t>آج میں انسان کے بارے میں کچھ کہوں گا۔</w:t>
      </w:r>
    </w:p>
    <w:p>
      <w:r>
        <w:rPr>
          <w:b/>
        </w:rPr>
        <w:t xml:space="preserve">[00:45] </w:t>
      </w:r>
      <w:r>
        <w:t>insan ki definition mein kai insan ki definition kai dhang se di jati hai.</w:t>
      </w:r>
    </w:p>
    <w:p>
      <w:pPr>
        <w:jc w:val="right"/>
      </w:pPr>
      <w:r>
        <w:t>انسان کی ڈیفینیشن میں کئی انسان کی ڈیفینیشن کئی ڈھنگ سے دی جاتی ہے۔</w:t>
      </w:r>
    </w:p>
    <w:p>
      <w:r>
        <w:rPr>
          <w:b/>
        </w:rPr>
        <w:t xml:space="preserve">[00:53] </w:t>
      </w:r>
      <w:r>
        <w:t>مثلاً کوئی کہتا ہے کہ "Man is a social animal"۔</w:t>
      </w:r>
    </w:p>
    <w:p>
      <w:pPr>
        <w:jc w:val="right"/>
      </w:pPr>
      <w:r>
        <w:t>مثلاً کوئی کہتا ہے کہ "مین از ا سوشل اینیمل"۔</w:t>
      </w:r>
    </w:p>
    <w:p>
      <w:r>
        <w:rPr>
          <w:b/>
        </w:rPr>
        <w:t xml:space="preserve">[01:00] </w:t>
      </w:r>
      <w:r>
        <w:t>کوئی کہتا ہے کہ "man is a thinking animal"۔</w:t>
      </w:r>
    </w:p>
    <w:p>
      <w:pPr>
        <w:jc w:val="right"/>
      </w:pPr>
      <w:r>
        <w:t>کوئی کہتا ہے کہ "مین از ا تھنکنگ اینیمل"۔</w:t>
      </w:r>
    </w:p>
    <w:p>
      <w:r>
        <w:rPr>
          <w:b/>
        </w:rPr>
        <w:t xml:space="preserve">[01:08] </w:t>
      </w:r>
      <w:r>
        <w:t>isi tarah aur bhi kai definition di gai hain.</w:t>
      </w:r>
    </w:p>
    <w:p>
      <w:pPr>
        <w:jc w:val="right"/>
      </w:pPr>
      <w:r>
        <w:t>اسی طرح اور بھی کئی ڈیفینیشن دی گئی ہیں۔</w:t>
      </w:r>
    </w:p>
    <w:p>
      <w:r>
        <w:rPr>
          <w:b/>
        </w:rPr>
        <w:t xml:space="preserve">[01:16] </w:t>
      </w:r>
      <w:r>
        <w:t>to partially yeh sab definition sahi hain. lekin is waqt mein jo baat karna chahta hoon is ke lehaz se mere nazdeek right definition yeh hogi ke yeh kaha jaye ke "man is an explanation seeking animal". insaan ek tojeeh talab makhlooq</w:t>
      </w:r>
    </w:p>
    <w:p>
      <w:pPr>
        <w:jc w:val="right"/>
      </w:pPr>
      <w:r>
        <w:t>تو پارشلی یہ سب ڈیفینیشن صحیح ہیں۔ لیکن اس وقت میں جو بات کرنا چاہتا ہوں اس کے لحاظ سے میرے نزدیک رائٹ ڈیفینیشن یہ ہوگی کہ یہ کہا جائے کہ "مین از این ایکسپلینیشن سیکنگ اینیمل"۔ انسان ایک توجیح طلب مخل</w:t>
      </w:r>
    </w:p>
    <w:p>
      <w:r>
        <w:rPr>
          <w:b/>
        </w:rPr>
        <w:t xml:space="preserve">[01:46] </w:t>
      </w:r>
      <w:r>
        <w:t>waq hai.</w:t>
      </w:r>
    </w:p>
    <w:p>
      <w:pPr>
        <w:jc w:val="right"/>
      </w:pPr>
      <w:r>
        <w:t>وق ہے۔</w:t>
      </w:r>
    </w:p>
    <w:p>
      <w:r>
        <w:rPr>
          <w:b/>
        </w:rPr>
        <w:t xml:space="preserve">[01:52] </w:t>
      </w:r>
      <w:r>
        <w:t>yani har waqe ki insan ek tawjeeh, explanation chahta hai.</w:t>
      </w:r>
    </w:p>
    <w:p>
      <w:pPr>
        <w:jc w:val="right"/>
      </w:pPr>
      <w:r>
        <w:t>یعنی ہر واقعے کی انسان ایک توجیح، ایکسپلینیشن چاہتا ہے۔</w:t>
      </w:r>
    </w:p>
    <w:p>
      <w:r>
        <w:rPr>
          <w:b/>
        </w:rPr>
        <w:t xml:space="preserve">[01:58] </w:t>
      </w:r>
      <w:r>
        <w:t>jab tak aadmi is ko explain na kar le, wo baat us ki samajh mein nahi aati.</w:t>
      </w:r>
    </w:p>
    <w:p>
      <w:pPr>
        <w:jc w:val="right"/>
      </w:pPr>
      <w:r>
        <w:t>جب تک آدمی اس کو ایکسپلین نہ کر لے، وہ بات اس کی سمجھ میں نہیں آتی۔</w:t>
      </w:r>
    </w:p>
    <w:p>
      <w:r>
        <w:rPr>
          <w:b/>
        </w:rPr>
        <w:t xml:space="preserve">[02:04] </w:t>
      </w:r>
      <w:r>
        <w:t>ek atpatapan baqi rehta hai.</w:t>
      </w:r>
    </w:p>
    <w:p>
      <w:pPr>
        <w:jc w:val="right"/>
      </w:pPr>
      <w:r>
        <w:t>ایک اٹپٹاپن باقی رہتا ہے۔</w:t>
      </w:r>
    </w:p>
    <w:p>
      <w:r>
        <w:rPr>
          <w:b/>
        </w:rPr>
        <w:t xml:space="preserve">[02:10] </w:t>
      </w:r>
      <w:r>
        <w:t>تو اس لیے میں کہوں گا کہ "Man is an explanation-seeking animal."</w:t>
      </w:r>
    </w:p>
    <w:p>
      <w:pPr>
        <w:jc w:val="right"/>
      </w:pPr>
      <w:r>
        <w:t>تو اس لیے میں کہوں گا کہ "مین از این ایکسپلینیشن سیکنگ اینیمل"۔</w:t>
      </w:r>
    </w:p>
    <w:p>
      <w:r>
        <w:rPr>
          <w:b/>
        </w:rPr>
        <w:t xml:space="preserve">[02:16] </w:t>
      </w:r>
      <w:r>
        <w:t>lekin yeh baat samajh lena chahiye ke explain karna bohat hi mushkil kaam hai. bohat hi mushkil kaam hai. bohat sare aspect hote hain. un sare aspect ko samajhna padta hai ke wrong angle kya hai dekhne ka cheezon ko, right angle kya hai dekhne ka cheezon ko. phir different informations mein sort</w:t>
      </w:r>
    </w:p>
    <w:p>
      <w:pPr>
        <w:jc w:val="right"/>
      </w:pPr>
      <w:r>
        <w:t>لیکن یہ بات سمجھ لینا چاہیے کہ ایکسپلین کرنا بہت ہی مشکل کام ہے۔ بہت ہی مشکل کام ہے۔ بہت سارے اسپیکٹ ہوتے ہیں۔ ان سارے اسپیکٹ کو سمجھنا پڑتا ہے کہ رانگ اینگل کیا ہے دیکھنے کا چیزوں کو، رائٹ اینگل کیا ہے دیکھنے کا چیزوں کو۔ پھر ڈفرنٹ انفارمیشنز میں سارٹ</w:t>
      </w:r>
    </w:p>
    <w:p>
      <w:r>
        <w:rPr>
          <w:b/>
        </w:rPr>
        <w:t xml:space="preserve">[02:46] </w:t>
      </w:r>
      <w:r>
        <w:t>out karna parta hai.</w:t>
      </w:r>
    </w:p>
    <w:p>
      <w:pPr>
        <w:jc w:val="right"/>
      </w:pPr>
      <w:r>
        <w:t>آؤٹ کرنا پڑتا ہے۔</w:t>
      </w:r>
    </w:p>
    <w:p>
      <w:r>
        <w:rPr>
          <w:b/>
        </w:rPr>
        <w:t xml:space="preserve">[02:51] </w:t>
      </w:r>
      <w:r>
        <w:t>aur basics aur non-basics mein farq karna parta hai.</w:t>
      </w:r>
    </w:p>
    <w:p>
      <w:pPr>
        <w:jc w:val="right"/>
      </w:pPr>
      <w:r>
        <w:t>اور بیسکس اور نان بیسکس میں فرق کرنا پڑتا ہے۔</w:t>
      </w:r>
    </w:p>
    <w:p>
      <w:r>
        <w:rPr>
          <w:b/>
        </w:rPr>
        <w:t xml:space="preserve">[02:56] </w:t>
      </w:r>
      <w:r>
        <w:t>gharz hai ke bohat sari baatein hoti hain.</w:t>
      </w:r>
    </w:p>
    <w:p>
      <w:pPr>
        <w:jc w:val="right"/>
      </w:pPr>
      <w:r>
        <w:t>غرض ہے کہ بہت ساری باتیں ہوتی ہیں۔</w:t>
      </w:r>
    </w:p>
    <w:p>
      <w:r>
        <w:rPr>
          <w:b/>
        </w:rPr>
        <w:t xml:space="preserve">[03:01] </w:t>
      </w:r>
      <w:r>
        <w:t>ab mein ek misaal doon ga ke Iran mein zartasht ek philosopher thay.</w:t>
      </w:r>
    </w:p>
    <w:p>
      <w:pPr>
        <w:jc w:val="right"/>
      </w:pPr>
      <w:r>
        <w:t>اب میں ایک مثال دوں گا کہ ایران میں زرتشت ایک فلاسفر تھے۔</w:t>
      </w:r>
    </w:p>
    <w:p>
      <w:r>
        <w:rPr>
          <w:b/>
        </w:rPr>
        <w:t xml:space="preserve">[03:06] </w:t>
      </w:r>
      <w:r>
        <w:t>kuch log in ko prophet kehte hain.</w:t>
      </w:r>
    </w:p>
    <w:p>
      <w:pPr>
        <w:jc w:val="right"/>
      </w:pPr>
      <w:r>
        <w:t>کچھ لوگ ان کو پرافٹ کہتے ہیں۔</w:t>
      </w:r>
    </w:p>
    <w:p>
      <w:r>
        <w:rPr>
          <w:b/>
        </w:rPr>
        <w:t xml:space="preserve">[03:11] </w:t>
      </w:r>
      <w:r>
        <w:t>lekin jo historical account hai</w:t>
      </w:r>
    </w:p>
    <w:p>
      <w:pPr>
        <w:jc w:val="right"/>
      </w:pPr>
      <w:r>
        <w:t>لیکن جو ہسٹاریکل اکاؤنٹ ہے</w:t>
      </w:r>
    </w:p>
    <w:p>
      <w:r>
        <w:rPr>
          <w:b/>
        </w:rPr>
        <w:t xml:space="preserve">[03:16] </w:t>
      </w:r>
      <w:r>
        <w:t>is se to maloom hota hai ke wo ek philosopher thay.</w:t>
      </w:r>
    </w:p>
    <w:p>
      <w:pPr>
        <w:jc w:val="right"/>
      </w:pPr>
      <w:r>
        <w:t>اس سے تو معلوم ہوتا ہے کہ وہ ایک فلاسفر تھے۔</w:t>
      </w:r>
    </w:p>
    <w:p>
      <w:r>
        <w:rPr>
          <w:b/>
        </w:rPr>
        <w:t xml:space="preserve">[03:22] </w:t>
      </w:r>
      <w:r>
        <w:t>to unhon ne yeh concept banaya ke dunya do taqaton ka ke takrao ka maidan hai.</w:t>
      </w:r>
    </w:p>
    <w:p>
      <w:pPr>
        <w:jc w:val="right"/>
      </w:pPr>
      <w:r>
        <w:t>تو انہوں نے یہ کانسیپٹ بنایا کہ دنیا دو طاقتوں کا کے ٹکراؤ کا میدان ہے۔</w:t>
      </w:r>
    </w:p>
    <w:p>
      <w:r>
        <w:rPr>
          <w:b/>
        </w:rPr>
        <w:t xml:space="preserve">[03:29] </w:t>
      </w:r>
      <w:r>
        <w:t>aur yeh dono taqatein do Khuda hain.</w:t>
      </w:r>
    </w:p>
    <w:p>
      <w:pPr>
        <w:jc w:val="right"/>
      </w:pPr>
      <w:r>
        <w:t>اور یہ دونوں طاقتیں دو خدا ہیں۔</w:t>
      </w:r>
    </w:p>
    <w:p>
      <w:r>
        <w:rPr>
          <w:b/>
        </w:rPr>
        <w:t xml:space="preserve">[03:35] </w:t>
      </w:r>
      <w:r>
        <w:t>ek ko unhon ne kaha ke "Ahurmazd", ek ko unhon ne kaha ke "Ahriman".</w:t>
      </w:r>
    </w:p>
    <w:p>
      <w:pPr>
        <w:jc w:val="right"/>
      </w:pPr>
      <w:r>
        <w:t>ایک کو انہوں نے کہا کہ "اہرمن"، ایک کو انہوں نے کہا کہ "یزدا"۔</w:t>
      </w:r>
    </w:p>
    <w:p>
      <w:r>
        <w:rPr>
          <w:b/>
        </w:rPr>
        <w:t xml:space="preserve">[03:41] </w:t>
      </w:r>
      <w:r>
        <w:t>to do Khuda hain.</w:t>
      </w:r>
    </w:p>
    <w:p>
      <w:pPr>
        <w:jc w:val="right"/>
      </w:pPr>
      <w:r>
        <w:t>تو دو خدا ہیں۔</w:t>
      </w:r>
    </w:p>
    <w:p>
      <w:r>
        <w:rPr>
          <w:b/>
        </w:rPr>
        <w:t xml:space="preserve">[03:48] </w:t>
      </w:r>
      <w:r>
        <w:t>yeh do khuda aapas mein ek doosre par, ek doosre ko oper overpower karne ke liye aapas mein takrate rehte hain. ek hai is mein buraai ka khuda, ek hai achhai ka khuda. to un ke un ke is concept ko is tarah bayan kiya jata hai ke "the world is a perpetual</w:t>
      </w:r>
    </w:p>
    <w:p>
      <w:pPr>
        <w:jc w:val="right"/>
      </w:pPr>
      <w:r>
        <w:t>یہ دو خدا آپس میں ایک دوسرے پر، ایک دوسرے کو اوپر اوور پاور کرنے کے لیے آپس میں ٹکراتے رہتے ہیں۔ ایک ہے اس میں بدی کا خدا، ایک ہے اچھائی کا خدا۔ تو ان کے ان کے اس کانسیپٹ کو اس طرح بیان کیا جاتا ہے کہ "دا ورلڈ از ا پرپچول بیک"۔ "</w:t>
      </w:r>
    </w:p>
    <w:p>
      <w:r>
        <w:rPr>
          <w:b/>
        </w:rPr>
        <w:t xml:space="preserve">[04:18] </w:t>
      </w:r>
      <w:r>
        <w:t>"The world is a perpetual battleground between good and evil forces."</w:t>
      </w:r>
    </w:p>
    <w:p>
      <w:pPr>
        <w:jc w:val="right"/>
      </w:pPr>
      <w:r>
        <w:t>دا ورلڈ از ا پرپچول بیٹل گراؤنڈ بٹوین گڈ اینڈ ایول فورسز"۔</w:t>
      </w:r>
    </w:p>
    <w:p>
      <w:r>
        <w:rPr>
          <w:b/>
        </w:rPr>
        <w:t xml:space="preserve">[04:23] </w:t>
      </w:r>
      <w:r>
        <w:t>yeh unhon ne samjha.</w:t>
      </w:r>
    </w:p>
    <w:p>
      <w:pPr>
        <w:jc w:val="right"/>
      </w:pPr>
      <w:r>
        <w:t>یہ انہوں نے سمجھا۔</w:t>
      </w:r>
    </w:p>
    <w:p>
      <w:r>
        <w:rPr>
          <w:b/>
        </w:rPr>
        <w:t xml:space="preserve">[04:28] </w:t>
      </w:r>
      <w:r>
        <w:t>lekin mein samajhta hoon ke yeh baat is lihaaz se sahi hai ke dunya do qism ki taqaton</w:t>
      </w:r>
    </w:p>
    <w:p>
      <w:pPr>
        <w:jc w:val="right"/>
      </w:pPr>
      <w:r>
        <w:t>لیکن میں سمجھتا ہوں کہ یہ بات اس لحاظ سے صحیح ہے کہ دنیا دو قسم کی طاقتوں</w:t>
      </w:r>
    </w:p>
    <w:p>
      <w:r>
        <w:rPr>
          <w:b/>
        </w:rPr>
        <w:t xml:space="preserve">[04:34] </w:t>
      </w:r>
      <w:r>
        <w:t>ki amaj gah hai.</w:t>
      </w:r>
    </w:p>
    <w:p>
      <w:pPr>
        <w:jc w:val="right"/>
      </w:pPr>
      <w:r>
        <w:t>کی اماج گاہ ہے۔</w:t>
      </w:r>
    </w:p>
    <w:p>
      <w:r>
        <w:rPr>
          <w:b/>
        </w:rPr>
        <w:t xml:space="preserve">[04:39] </w:t>
      </w:r>
      <w:r>
        <w:t>lekin yeh do taqatein Khuda nahi hain.</w:t>
      </w:r>
    </w:p>
    <w:p>
      <w:pPr>
        <w:jc w:val="right"/>
      </w:pPr>
      <w:r>
        <w:t>لیکن یہ دو طاقتیں خدا نہیں ہیں۔</w:t>
      </w:r>
    </w:p>
    <w:p>
      <w:r>
        <w:rPr>
          <w:b/>
        </w:rPr>
        <w:t xml:space="preserve">[04:44] </w:t>
      </w:r>
      <w:r>
        <w:t>aisa nahi ke do Khuda hain, do Khuda aapas mein takra rahe hain.</w:t>
      </w:r>
    </w:p>
    <w:p>
      <w:pPr>
        <w:jc w:val="right"/>
      </w:pPr>
      <w:r>
        <w:t>ایسا نہیں کہ دو خدا ہیں، دو خدا آپس میں ٹکرا رہے ہیں۔</w:t>
      </w:r>
    </w:p>
    <w:p>
      <w:r>
        <w:rPr>
          <w:b/>
        </w:rPr>
        <w:t xml:space="preserve">[04:49] </w:t>
      </w:r>
      <w:r>
        <w:t>yeh dono taqatein Khuda ke ilawa hain.</w:t>
      </w:r>
    </w:p>
    <w:p>
      <w:pPr>
        <w:jc w:val="right"/>
      </w:pPr>
      <w:r>
        <w:t>یہ دونوں طاقتیں خدا کے علاوہ ہیں۔</w:t>
      </w:r>
    </w:p>
    <w:p>
      <w:r>
        <w:rPr>
          <w:b/>
        </w:rPr>
        <w:t xml:space="preserve">[04:57] </w:t>
      </w:r>
      <w:r>
        <w:t>yani do makhlooq ki taqatein hain, na ke do khaliq ki taqatein.</w:t>
      </w:r>
    </w:p>
    <w:p>
      <w:pPr>
        <w:jc w:val="right"/>
      </w:pPr>
      <w:r>
        <w:t>یعنی دو مخلوق کی طاقتیں ہیں، نہ کہ دو خالق کی طاقتیں۔</w:t>
      </w:r>
    </w:p>
    <w:p>
      <w:r>
        <w:rPr>
          <w:b/>
        </w:rPr>
        <w:t xml:space="preserve">[05:05] </w:t>
      </w:r>
      <w:r>
        <w:t>to dekhiye, jab insan ne, jab jab Khuda ne insan ko paida kiya, isi waqt yeh baat samne aa gayi.</w:t>
      </w:r>
    </w:p>
    <w:p>
      <w:pPr>
        <w:jc w:val="right"/>
      </w:pPr>
      <w:r>
        <w:t>تو دیکھیے، جب انسان نے، جب جب خدا نے انسان کو پیدا کیا، اسی وقت یہ بات سامنے آ گئی۔</w:t>
      </w:r>
    </w:p>
    <w:p>
      <w:r>
        <w:rPr>
          <w:b/>
        </w:rPr>
        <w:t xml:space="preserve">[05:12] </w:t>
      </w:r>
      <w:r>
        <w:t>qurani account ke mutabiq khuda ne jab insan ko paida</w:t>
      </w:r>
    </w:p>
    <w:p>
      <w:pPr>
        <w:jc w:val="right"/>
      </w:pPr>
      <w:r>
        <w:t>قرآنی اکاؤنٹ کے مطابق خدا نے جب انسان کو پیدا</w:t>
      </w:r>
    </w:p>
    <w:p>
      <w:r>
        <w:rPr>
          <w:b/>
        </w:rPr>
        <w:t xml:space="preserve">[05:20] </w:t>
      </w:r>
      <w:r>
        <w:t>kia to us waqt do aur makhlooq yahan par maujood theen.</w:t>
      </w:r>
    </w:p>
    <w:p>
      <w:pPr>
        <w:jc w:val="right"/>
      </w:pPr>
      <w:r>
        <w:t>کیا تو اس وقت دو اور مخلوق یہاں پر موجود تھیں۔</w:t>
      </w:r>
    </w:p>
    <w:p>
      <w:r>
        <w:rPr>
          <w:b/>
        </w:rPr>
        <w:t xml:space="preserve">[05:25] </w:t>
      </w:r>
      <w:r>
        <w:t>ek thay angel aur doosre thay jinn.</w:t>
      </w:r>
    </w:p>
    <w:p>
      <w:pPr>
        <w:jc w:val="right"/>
      </w:pPr>
      <w:r>
        <w:t>ایک تھے اینجل اور دوسرے تھے جن۔</w:t>
      </w:r>
    </w:p>
    <w:p>
      <w:r>
        <w:rPr>
          <w:b/>
        </w:rPr>
        <w:t xml:space="preserve">[05:30] </w:t>
      </w:r>
      <w:r>
        <w:t>jinn hi ke head ko hum satan kehte hain.</w:t>
      </w:r>
    </w:p>
    <w:p>
      <w:pPr>
        <w:jc w:val="right"/>
      </w:pPr>
      <w:r>
        <w:t>جن ہی کے ہیڈ کو ہم سیٹن کہتے ہیں۔</w:t>
      </w:r>
    </w:p>
    <w:p>
      <w:r>
        <w:rPr>
          <w:b/>
        </w:rPr>
        <w:t xml:space="preserve">[05:35] </w:t>
      </w:r>
      <w:r>
        <w:t>satan bhi jinn mein se tha.</w:t>
      </w:r>
    </w:p>
    <w:p>
      <w:pPr>
        <w:jc w:val="right"/>
      </w:pPr>
      <w:r>
        <w:t>سیٹن بھی جن میں سے تھا۔</w:t>
      </w:r>
    </w:p>
    <w:p>
      <w:r>
        <w:rPr>
          <w:b/>
        </w:rPr>
        <w:t xml:space="preserve">[05:40] </w:t>
      </w:r>
      <w:r>
        <w:t>quran mein hai ke "wa kana minal jinni".</w:t>
      </w:r>
    </w:p>
    <w:p>
      <w:pPr>
        <w:jc w:val="right"/>
      </w:pPr>
      <w:r>
        <w:t>قرآن میں ہے کہ "وَكَانَ مِنَ الْجِنِّ"۔</w:t>
      </w:r>
    </w:p>
    <w:p>
      <w:r>
        <w:rPr>
          <w:b/>
        </w:rPr>
        <w:t xml:space="preserve">[05:45] </w:t>
      </w:r>
      <w:r>
        <w:t>to khuda ne jab insan ko banaya to insan ke charge mein yeh duniya de di us ne. "ani ja'il</w:t>
      </w:r>
    </w:p>
    <w:p>
      <w:pPr>
        <w:jc w:val="right"/>
      </w:pPr>
      <w:r>
        <w:t>تو خدا نے جب انسان کو بنایا تو انسان کے چارج میں یہ دنیا دے دی اس نے۔ "انی جائل</w:t>
      </w:r>
    </w:p>
    <w:p>
      <w:r>
        <w:rPr>
          <w:b/>
        </w:rPr>
        <w:t xml:space="preserve">[05:50] </w:t>
      </w:r>
      <w:r>
        <w:t>fil arzi khaleefa" ka matlab yeh hai ke yeh zameen jo hai woh insaan ke charge mein rahe gi doomsday tak, qayamat tak. aur yeh charge mein rahe gi is liye nahi ke woh uska malik hai, us ko right uska hasil hai, aisa nahi. balkeh insaan ko banaya gaya tha test ke liye. to as a test rahe gi yeh ke insaan yahan par theek kaam karta hai</w:t>
      </w:r>
    </w:p>
    <w:p>
      <w:pPr>
        <w:jc w:val="right"/>
      </w:pPr>
      <w:r>
        <w:t>فی الارض خلیفہ" کا مطلب یہ ہے کہ یہ زمین جو ہے وہ انسان کے چارج میں رہے گی ڈومز ڈے تک، قیامت تک۔ اور یہ چارج میں رہے گی اس لیے نہیں کہ وہ اس کا مالک ہے، اس کو رائٹ اس کا حاصل ہے، ایسا نہیں۔ بلکہ انسان کو بنایا گیا تھا ٹیسٹ کے لیے۔ تو ایز ا ٹیسٹ رہے گی یہ کہ انسان یہاں پر ٹھیک کام کرتا ہے</w:t>
      </w:r>
    </w:p>
    <w:p>
      <w:r>
        <w:rPr>
          <w:b/>
        </w:rPr>
        <w:t xml:space="preserve">[06:20] </w:t>
      </w:r>
      <w:r>
        <w:t>ya ghalat kaam karta hai.</w:t>
      </w:r>
    </w:p>
    <w:p>
      <w:pPr>
        <w:jc w:val="right"/>
      </w:pPr>
      <w:r>
        <w:t>یا غلط کام کرتا ہے۔</w:t>
      </w:r>
    </w:p>
    <w:p>
      <w:r>
        <w:rPr>
          <w:b/>
        </w:rPr>
        <w:t xml:space="preserve">[06:27] </w:t>
      </w:r>
      <w:r>
        <w:t>jaise ke hazrat daud ne farmaya tha ke "ashkuro am akfar" ke khuda ne mujhe saltanat di hai</w:t>
      </w:r>
    </w:p>
    <w:p>
      <w:pPr>
        <w:jc w:val="right"/>
      </w:pPr>
      <w:r>
        <w:t>جیسے کہ حضرت داؤد نے فرمایا تھا کہ "اشکرو ام اکفر" کہ خدا نے مجھے سلطنت دی ہے</w:t>
      </w:r>
    </w:p>
    <w:p>
      <w:r>
        <w:rPr>
          <w:b/>
        </w:rPr>
        <w:t xml:space="preserve">[06:35] </w:t>
      </w:r>
      <w:r>
        <w:t>yeh dekhne ke liye ke main shukr kar ke rehta hoon ya main sarkashi kar ke rehta hoon.</w:t>
      </w:r>
    </w:p>
    <w:p>
      <w:pPr>
        <w:jc w:val="right"/>
      </w:pPr>
      <w:r>
        <w:t>یہ دیکھنے کے لیے کہ میں شکر کر کے رہتا ہوں یا میں سرکشی کر کے رہتا ہوں۔</w:t>
      </w:r>
    </w:p>
    <w:p>
      <w:r>
        <w:rPr>
          <w:b/>
        </w:rPr>
        <w:t xml:space="preserve">[06:42] </w:t>
      </w:r>
      <w:r>
        <w:t>to duniya ko khuda ne, yani insan ko jab test ke liye paida kiya to koi test, koi</w:t>
      </w:r>
    </w:p>
    <w:p>
      <w:pPr>
        <w:jc w:val="right"/>
      </w:pPr>
      <w:r>
        <w:t>تو دنیا کو خدا نے، یعنی انسان کو جب ٹیسٹ کے لیے پیدا کیا تو کوئی ٹیسٹ، کوئی</w:t>
      </w:r>
    </w:p>
    <w:p>
      <w:r>
        <w:rPr>
          <w:b/>
        </w:rPr>
        <w:t xml:space="preserve">[06:50] </w:t>
      </w:r>
      <w:r>
        <w:t>testing ground hona chahiye.</w:t>
      </w:r>
    </w:p>
    <w:p>
      <w:pPr>
        <w:jc w:val="right"/>
      </w:pPr>
      <w:r>
        <w:t>ٹیسٹنگ گراؤنڈ ہونا چاہیے۔</w:t>
      </w:r>
    </w:p>
    <w:p>
      <w:r>
        <w:rPr>
          <w:b/>
        </w:rPr>
        <w:t xml:space="preserve">[06:55] </w:t>
      </w:r>
      <w:r>
        <w:t>aap kahan test lenge? vacuum mein to aap test nahin le sakte.</w:t>
      </w:r>
    </w:p>
    <w:p>
      <w:pPr>
        <w:jc w:val="right"/>
      </w:pPr>
      <w:r>
        <w:t>آپ کہاں ٹیسٹ لیں گے؟ ویکوم میں تو آپ ٹیسٹ نہیں لے سکتے۔</w:t>
      </w:r>
    </w:p>
    <w:p>
      <w:r>
        <w:rPr>
          <w:b/>
        </w:rPr>
        <w:t xml:space="preserve">[07:01] </w:t>
      </w:r>
      <w:r>
        <w:t>test liya jata hai to vacuum mein nahin aap test le sakte.</w:t>
      </w:r>
    </w:p>
    <w:p>
      <w:pPr>
        <w:jc w:val="right"/>
      </w:pPr>
      <w:r>
        <w:t>ٹیسٹ لیا جاتا ہے تو ویکوم میں نہیں آپ ٹیسٹ لے سکتے۔</w:t>
      </w:r>
    </w:p>
    <w:p>
      <w:r>
        <w:rPr>
          <w:b/>
        </w:rPr>
        <w:t xml:space="preserve">[07:06] </w:t>
      </w:r>
      <w:r>
        <w:t>is ke liye kuch infrastructure chahiye, koi field chahiye, koi duniya chahiye.</w:t>
      </w:r>
    </w:p>
    <w:p>
      <w:pPr>
        <w:jc w:val="right"/>
      </w:pPr>
      <w:r>
        <w:t>اس کے لیے کچھ انفراسٹرکچر چاہیے، کوئی فیلڈ چاہیے، کوئی دنیا چاہیے۔</w:t>
      </w:r>
    </w:p>
    <w:p>
      <w:r>
        <w:rPr>
          <w:b/>
        </w:rPr>
        <w:t xml:space="preserve">[07:11] </w:t>
      </w:r>
      <w:r>
        <w:t>to yeh duniya jo hai yahan par khuda ne insan ko rakha aur yeh insan ke liye testing</w:t>
      </w:r>
    </w:p>
    <w:p>
      <w:pPr>
        <w:jc w:val="right"/>
      </w:pPr>
      <w:r>
        <w:t>تو یہ دنیا جو ہے یہاں پر خدا نے انسان کو رکھا اور یہ انسان کے لیے ٹیسٹنگ</w:t>
      </w:r>
    </w:p>
    <w:p>
      <w:r>
        <w:rPr>
          <w:b/>
        </w:rPr>
        <w:t xml:space="preserve">[07:17] </w:t>
      </w:r>
      <w:r>
        <w:t>ground bana diya hai is ko.</w:t>
      </w:r>
    </w:p>
    <w:p>
      <w:pPr>
        <w:jc w:val="right"/>
      </w:pPr>
      <w:r>
        <w:t>گراؤنڈ بنا دیا ہے اس کو۔</w:t>
      </w:r>
    </w:p>
    <w:p>
      <w:r>
        <w:rPr>
          <w:b/>
        </w:rPr>
        <w:t xml:space="preserve">[07:22] </w:t>
      </w:r>
      <w:r>
        <w:t>to yahan ki har cheez jo hai woh test paper hai. har cheez, chahe aap ke andar jo faculties hain ke dekhna, sunna, sochna, chalna, pakadna, yeh jo aap ke andar faculties hain, yeh bhi test hi ke liye hain. aap ke bahar jo cheezein hain jin ko aap samajh lete hain ghalati se ke main is ka malik hoon, to malik koi nahi hai.</w:t>
      </w:r>
    </w:p>
    <w:p>
      <w:pPr>
        <w:jc w:val="right"/>
      </w:pPr>
      <w:r>
        <w:t>تو یہاں کی ہر چیز جو ہے وہ ٹیسٹ پیپر ہے۔ ہر چیز، چاہے آپ کے اندر جو فیکلٹیز ہیں کہ دیکھنا، سننا، سوچنا، چلنا، پکڑنا، یہ جو آپ کے اندر فیکلٹیز ہیں، یہ بھی ٹیسٹ ہی کے لیے ہیں۔ آپ کے باہر جو چیزیں ہیں جن کو آپ سمجھ لیتے ہیں غلطی سے کہ میں اس کا مالک ہوں، تو مالک کوئی نہیں ہے۔</w:t>
      </w:r>
    </w:p>
    <w:p>
      <w:r>
        <w:rPr>
          <w:b/>
        </w:rPr>
        <w:t xml:space="preserve">[07:52] </w:t>
      </w:r>
      <w:r>
        <w:t>ghar ho ya car ho, property ho, aulad ho, bank balance ho, koi bhi cheez ho, koi bhi</w:t>
      </w:r>
    </w:p>
    <w:p>
      <w:pPr>
        <w:jc w:val="right"/>
      </w:pPr>
      <w:r>
        <w:t>گھر ہو یا کار ہو، پراپرٹی ہو، اولاد ہو، بینک بیلنس ہو، کوئی بھی چیز ہو، کوئی بھی</w:t>
      </w:r>
    </w:p>
    <w:p>
      <w:r>
        <w:rPr>
          <w:b/>
        </w:rPr>
        <w:t xml:space="preserve">[07:57] </w:t>
      </w:r>
      <w:r>
        <w:t>cheez ho, insan is ka malik nahin hai.</w:t>
      </w:r>
    </w:p>
    <w:p>
      <w:pPr>
        <w:jc w:val="right"/>
      </w:pPr>
      <w:r>
        <w:t>چیز ہو، انسان اس کا مالک نہیں ہے۔</w:t>
      </w:r>
    </w:p>
    <w:p>
      <w:r>
        <w:rPr>
          <w:b/>
        </w:rPr>
        <w:t xml:space="preserve">[08:02] </w:t>
      </w:r>
      <w:r>
        <w:t>har cheez jo di gayi hai insan ko woh test paper ke taur par hai.</w:t>
      </w:r>
    </w:p>
    <w:p>
      <w:pPr>
        <w:jc w:val="right"/>
      </w:pPr>
      <w:r>
        <w:t>ہر چیز جو دی گئی ہے انسان کو وہ ٹیسٹ پیپر کے طور پر ہے۔</w:t>
      </w:r>
    </w:p>
    <w:p>
      <w:r>
        <w:rPr>
          <w:b/>
        </w:rPr>
        <w:t xml:space="preserve">[08:07] </w:t>
      </w:r>
      <w:r>
        <w:t>inma amwalukum wa awladukum fitnah.</w:t>
      </w:r>
    </w:p>
    <w:p>
      <w:pPr>
        <w:jc w:val="right"/>
      </w:pPr>
      <w:r>
        <w:t>انما اموالکم واولادکم فتنہ۔</w:t>
      </w:r>
    </w:p>
    <w:p>
      <w:r>
        <w:rPr>
          <w:b/>
        </w:rPr>
        <w:t xml:space="preserve">[08:12] </w:t>
      </w:r>
      <w:r>
        <w:t>fitnah ke ma'ni hain test.</w:t>
      </w:r>
    </w:p>
    <w:p>
      <w:pPr>
        <w:jc w:val="right"/>
      </w:pPr>
      <w:r>
        <w:t>فتنہ کے معنی ہیں ٹیسٹ۔</w:t>
      </w:r>
    </w:p>
    <w:p>
      <w:r>
        <w:rPr>
          <w:b/>
        </w:rPr>
        <w:t xml:space="preserve">[08:17] </w:t>
      </w:r>
      <w:r>
        <w:t>yani duniya mein jo tum ko maal milta hai, aulad</w:t>
      </w:r>
    </w:p>
    <w:p>
      <w:pPr>
        <w:jc w:val="right"/>
      </w:pPr>
      <w:r>
        <w:t>یعنی دنیا میں جو تم کو مال ملتا ہے، اولاد</w:t>
      </w:r>
    </w:p>
    <w:p>
      <w:r>
        <w:rPr>
          <w:b/>
        </w:rPr>
        <w:t xml:space="preserve">[08:22] </w:t>
      </w:r>
      <w:r>
        <w:t>milti hai, woh sab kis liye hai? test ke liye.</w:t>
      </w:r>
    </w:p>
    <w:p>
      <w:pPr>
        <w:jc w:val="right"/>
      </w:pPr>
      <w:r>
        <w:t>ملتی ہے، وہ سب کس لیے ہے؟ ٹیسٹ کے لیے۔</w:t>
      </w:r>
    </w:p>
    <w:p>
      <w:r>
        <w:rPr>
          <w:b/>
        </w:rPr>
        <w:t xml:space="preserve">[08:26] </w:t>
      </w:r>
      <w:r>
        <w:t>so everything is a test paper.</w:t>
      </w:r>
    </w:p>
    <w:p>
      <w:pPr>
        <w:jc w:val="right"/>
      </w:pPr>
      <w:r>
        <w:t>سو ایوری تھنگ از ا ٹیسٹ پیپر۔</w:t>
      </w:r>
    </w:p>
    <w:p>
      <w:r>
        <w:rPr>
          <w:b/>
        </w:rPr>
        <w:t xml:space="preserve">[08:29] </w:t>
      </w:r>
      <w:r>
        <w:t>sab kuch test paper hai.</w:t>
      </w:r>
    </w:p>
    <w:p>
      <w:pPr>
        <w:jc w:val="right"/>
      </w:pPr>
      <w:r>
        <w:t>سب کچھ ٹیسٹ پیپر ہے۔</w:t>
      </w:r>
    </w:p>
    <w:p>
      <w:r>
        <w:rPr>
          <w:b/>
        </w:rPr>
        <w:t xml:space="preserve">[08:33] </w:t>
      </w:r>
      <w:r>
        <w:t>kuch bhi bator right nahi hai.</w:t>
      </w:r>
    </w:p>
    <w:p>
      <w:pPr>
        <w:jc w:val="right"/>
      </w:pPr>
      <w:r>
        <w:t>کچھ بھی بطور رائٹ نہیں ہے۔</w:t>
      </w:r>
    </w:p>
    <w:p>
      <w:r>
        <w:rPr>
          <w:b/>
        </w:rPr>
        <w:t xml:space="preserve">[08:37] </w:t>
      </w:r>
      <w:r>
        <w:t>to ye hai.</w:t>
      </w:r>
    </w:p>
    <w:p>
      <w:pPr>
        <w:jc w:val="right"/>
      </w:pPr>
      <w:r>
        <w:t>تو یہ ہے۔</w:t>
      </w:r>
    </w:p>
    <w:p>
      <w:r>
        <w:rPr>
          <w:b/>
        </w:rPr>
        <w:t xml:space="preserve">[08:41] </w:t>
      </w:r>
      <w:r>
        <w:t>is liye isi ko kaha gaya hai ke zameen ko insan ko khuda ne zameen par khaleefa banaya.</w:t>
      </w:r>
    </w:p>
    <w:p>
      <w:pPr>
        <w:jc w:val="right"/>
      </w:pPr>
      <w:r>
        <w:t>اس لیے اسی کو کہا گیا ہے کہ زمین کو انسان کو خدا نے زمین پر خلیفہ بنایا۔</w:t>
      </w:r>
    </w:p>
    <w:p>
      <w:r>
        <w:rPr>
          <w:b/>
        </w:rPr>
        <w:t xml:space="preserve">[08:44] </w:t>
      </w:r>
      <w:r>
        <w:t>yani ye zameen is ke charge mein de di gayi taake yahan par is ka test ho.</w:t>
      </w:r>
    </w:p>
    <w:p>
      <w:pPr>
        <w:jc w:val="right"/>
      </w:pPr>
      <w:r>
        <w:t>یعنی یہ زمین اس کے چارج میں دے دی گئی تاکہ یہاں پر اس کا ٹیسٹ ہو۔</w:t>
      </w:r>
    </w:p>
    <w:p>
      <w:r>
        <w:rPr>
          <w:b/>
        </w:rPr>
        <w:t xml:space="preserve">[08:48] </w:t>
      </w:r>
      <w:r>
        <w:t>to jab khuda</w:t>
      </w:r>
    </w:p>
    <w:p>
      <w:pPr>
        <w:jc w:val="right"/>
      </w:pPr>
      <w:r>
        <w:t>تو جب خدا</w:t>
      </w:r>
    </w:p>
    <w:p>
      <w:r>
        <w:rPr>
          <w:b/>
        </w:rPr>
        <w:t xml:space="preserve">[08:52] </w:t>
      </w:r>
      <w:r>
        <w:t>ne banaya insan ko to us waqt angel the aur jinn the jinn ka leader tha Satan. to us ne kaha ke tum dono insan ke aage jhuk jao. jhukne ke ma'ne yeh hain ke insan is zameen par jo kuch karna chahega to main us ko karne dena hoga, tumhein rukawat nahi dalna hoga. kyunke agar rukawat dalein aap to is test kaise ho sakta hai? to insan ke aag</w:t>
      </w:r>
    </w:p>
    <w:p>
      <w:pPr>
        <w:jc w:val="right"/>
      </w:pPr>
      <w:r>
        <w:t>نے بنایا انسان کو تو اس وقت اینجل تھے اور جن تھے جن کا لیڈر تھا سیٹن۔ تو اس نے کہا کہ تم دونوں انسان کے آگے جھک جاؤ۔ جھکنے کے معنی یہ ہیں کہ انسان اس زمین پر جو کچھ کرنا چاہے گا تو میں اس کو کرنے دینا ہوگا، تمہیں رکاوٹ نہیں ڈالنا ہوگا۔ کیونکہ اگر رکاوٹ ڈالیں آپ تو اس ٹیسٹ کیسے ہو سکتا ہے؟ تو انسان کے آگ</w:t>
      </w:r>
    </w:p>
    <w:p>
      <w:r>
        <w:rPr>
          <w:b/>
        </w:rPr>
        <w:t xml:space="preserve">[09:22] </w:t>
      </w:r>
      <w:r>
        <w:t>e jinn aur angel ka jhukna, it was that as a token. as a token woh jhuke. ya'ni tum ko hum rukawat nahi dalenge. tum ko yeh poora khula maidan rahega ke chahe sarkashi karo, chahe Khuda ke liye surrender kar ke raho.</w:t>
      </w:r>
    </w:p>
    <w:p>
      <w:pPr>
        <w:jc w:val="right"/>
      </w:pPr>
      <w:r>
        <w:t>ے جن اور اینجل کا جھکنا، اٹ واز دیٹ ایز ا ٹوکن۔ ایز ا ٹوکن وہ جھکے۔ یعنی تم کو ہم رکاوٹ نہیں ڈالیں گے۔ تم کو یہ پورا کھلا میدان رہے گا کہ چاہے سرکشی کرو، چاہے خدا کے لیے سرینڈر کر کے رہو۔</w:t>
      </w:r>
    </w:p>
    <w:p>
      <w:r>
        <w:rPr>
          <w:b/>
        </w:rPr>
        <w:t xml:space="preserve">[09:52] </w:t>
      </w:r>
      <w:r>
        <w:t>mister surrender ban ke raho, tab bhi rehne ka haq hai, rahega.</w:t>
      </w:r>
    </w:p>
    <w:p>
      <w:pPr>
        <w:jc w:val="right"/>
      </w:pPr>
      <w:r>
        <w:t>مسٹر سرینڈر بن کے رہو، تب بھی رہنے کا حق ہے، رہے گا۔</w:t>
      </w:r>
    </w:p>
    <w:p>
      <w:r>
        <w:rPr>
          <w:b/>
        </w:rPr>
        <w:t xml:space="preserve">[09:57] </w:t>
      </w:r>
      <w:r>
        <w:t>mister no surrender bane ho, tab bhi rahega.</w:t>
      </w:r>
    </w:p>
    <w:p>
      <w:pPr>
        <w:jc w:val="right"/>
      </w:pPr>
      <w:r>
        <w:t>مسٹر نو سرینڈر بنے ہو، تب بھی رہے گا۔</w:t>
      </w:r>
    </w:p>
    <w:p>
      <w:r>
        <w:rPr>
          <w:b/>
        </w:rPr>
        <w:t xml:space="preserve">[10:02] </w:t>
      </w:r>
      <w:r>
        <w:t>kab tak? qayamat tak.</w:t>
      </w:r>
    </w:p>
    <w:p>
      <w:pPr>
        <w:jc w:val="right"/>
      </w:pPr>
      <w:r>
        <w:t>کب تک؟ قیامت تک۔</w:t>
      </w:r>
    </w:p>
    <w:p>
      <w:r>
        <w:rPr>
          <w:b/>
        </w:rPr>
        <w:t xml:space="preserve">[10:07] </w:t>
      </w:r>
      <w:r>
        <w:t>ek individual ke liye maut tak aur poori humanity ke liye qayamat tak, doomsday tak.</w:t>
      </w:r>
    </w:p>
    <w:p>
      <w:pPr>
        <w:jc w:val="right"/>
      </w:pPr>
      <w:r>
        <w:t>ایک انڈیویجول کے لیے موت تک اور پوری ہیومینٹی کے لیے قیامت تک، ڈومز ڈے تک۔</w:t>
      </w:r>
    </w:p>
    <w:p>
      <w:r>
        <w:rPr>
          <w:b/>
        </w:rPr>
        <w:t xml:space="preserve">[10:13] </w:t>
      </w:r>
      <w:r>
        <w:t>to is waqt jo hai angel ne, angel jhuk gaye, satan nahi jhuka.</w:t>
      </w:r>
    </w:p>
    <w:p>
      <w:pPr>
        <w:jc w:val="right"/>
      </w:pPr>
      <w:r>
        <w:t>تو اس وقت جو ہے اینجل نے، اینجل جھک گئے، سیٹن نہیں جھکا۔</w:t>
      </w:r>
    </w:p>
    <w:p>
      <w:r>
        <w:rPr>
          <w:b/>
        </w:rPr>
        <w:t xml:space="preserve">[10:18] </w:t>
      </w:r>
      <w:r>
        <w:t>phir is ke baad khuda ne kaha ke tum dunya mein</w:t>
      </w:r>
    </w:p>
    <w:p>
      <w:pPr>
        <w:jc w:val="right"/>
      </w:pPr>
      <w:r>
        <w:t>پھر اس کے بعد خدا نے کہا کہ تم دنیا میں</w:t>
      </w:r>
    </w:p>
    <w:p>
      <w:r>
        <w:rPr>
          <w:b/>
        </w:rPr>
        <w:t xml:space="preserve">[10:23] </w:t>
      </w:r>
      <w:r>
        <w:t>insan ko khuda ne dunya mein bhej diya yahan rehne ke liye.</w:t>
      </w:r>
    </w:p>
    <w:p>
      <w:pPr>
        <w:jc w:val="right"/>
      </w:pPr>
      <w:r>
        <w:t>انسان کو خدا نے دنیا میں بھیج دیا یہاں رہنے کے لیے۔</w:t>
      </w:r>
    </w:p>
    <w:p>
      <w:r>
        <w:rPr>
          <w:b/>
        </w:rPr>
        <w:t xml:space="preserve">[10:30] </w:t>
      </w:r>
      <w:r>
        <w:t>aur yahan par is ko do taqaton ke beech mein rehna padta hai.</w:t>
      </w:r>
    </w:p>
    <w:p>
      <w:pPr>
        <w:jc w:val="right"/>
      </w:pPr>
      <w:r>
        <w:t>اور یہاں پر اس کو دو طاقتوں کے بیچ میں رہنا پڑتا ہے۔</w:t>
      </w:r>
    </w:p>
    <w:p>
      <w:r>
        <w:rPr>
          <w:b/>
        </w:rPr>
        <w:t xml:space="preserve">[10:38] </w:t>
      </w:r>
      <w:r>
        <w:t>ek taraf angel hain, doosri taraf satan hain.</w:t>
      </w:r>
    </w:p>
    <w:p>
      <w:pPr>
        <w:jc w:val="right"/>
      </w:pPr>
      <w:r>
        <w:t>ایک طرف اینجل ہیں، دوسری طرف سیٹن ہیں۔</w:t>
      </w:r>
    </w:p>
    <w:p>
      <w:r>
        <w:rPr>
          <w:b/>
        </w:rPr>
        <w:t xml:space="preserve">[10:46] </w:t>
      </w:r>
      <w:r>
        <w:t>angel jo hain wo wo achhai aur neki ke wo hain, yani source hain.</w:t>
      </w:r>
    </w:p>
    <w:p>
      <w:pPr>
        <w:jc w:val="right"/>
      </w:pPr>
      <w:r>
        <w:t>اینجل جو ہیں وہ وہ اچھائی اور نیکی کے وہ ہیں، یعنی سورس ہیں۔</w:t>
      </w:r>
    </w:p>
    <w:p>
      <w:r>
        <w:rPr>
          <w:b/>
        </w:rPr>
        <w:t xml:space="preserve">[10:53] </w:t>
      </w:r>
      <w:r>
        <w:t>aur satan jo hai wo badi ka source hai.</w:t>
      </w:r>
    </w:p>
    <w:p>
      <w:pPr>
        <w:jc w:val="right"/>
      </w:pPr>
      <w:r>
        <w:t>اور سیٹن جو ہے وہ بدی کا سورس ہے۔</w:t>
      </w:r>
    </w:p>
    <w:p>
      <w:r>
        <w:rPr>
          <w:b/>
        </w:rPr>
        <w:t xml:space="preserve">[10:58] </w:t>
      </w:r>
      <w:r>
        <w:t>to asal cheez jo zarthusht ne samjhi ke khuda do khuda takra rahe hain, aisa nahi hai.</w:t>
      </w:r>
    </w:p>
    <w:p>
      <w:pPr>
        <w:jc w:val="right"/>
      </w:pPr>
      <w:r>
        <w:t>تو اصل چیز جو زرتشت نے سمجھی کہ خدا دو خدا ٹکرا رہے ہیں، ایسا نہیں ہے۔</w:t>
      </w:r>
    </w:p>
    <w:p>
      <w:r>
        <w:rPr>
          <w:b/>
        </w:rPr>
        <w:t xml:space="preserve">[11:02] </w:t>
      </w:r>
      <w:r>
        <w:t>ye angel aur satan hain, do alag alag taqatein hain.</w:t>
      </w:r>
    </w:p>
    <w:p>
      <w:pPr>
        <w:jc w:val="right"/>
      </w:pPr>
      <w:r>
        <w:t>یہ اینجل اور سیٹن ہیں، دو الگ الگ طاقتیں ہیں۔</w:t>
      </w:r>
    </w:p>
    <w:p>
      <w:r>
        <w:rPr>
          <w:b/>
        </w:rPr>
        <w:t xml:space="preserve">[11:06] </w:t>
      </w:r>
      <w:r>
        <w:t>un ke beech mein insan hai.</w:t>
      </w:r>
    </w:p>
    <w:p>
      <w:pPr>
        <w:jc w:val="right"/>
      </w:pPr>
      <w:r>
        <w:t>ان کے بیچ میں انسان ہے۔</w:t>
      </w:r>
    </w:p>
    <w:p>
      <w:r>
        <w:rPr>
          <w:b/>
        </w:rPr>
        <w:t xml:space="preserve">[11:11] </w:t>
      </w:r>
      <w:r>
        <w:t>ye hai is masla.</w:t>
      </w:r>
    </w:p>
    <w:p>
      <w:pPr>
        <w:jc w:val="right"/>
      </w:pPr>
      <w:r>
        <w:t>یہ ہے اس مسئلہ۔</w:t>
      </w:r>
    </w:p>
    <w:p>
      <w:r>
        <w:rPr>
          <w:b/>
        </w:rPr>
        <w:t xml:space="preserve">[11:15] </w:t>
      </w:r>
      <w:r>
        <w:t>to dekhiye, khuda ne insan ko banaya to is ke andar do different faculties rakhi.</w:t>
      </w:r>
    </w:p>
    <w:p>
      <w:pPr>
        <w:jc w:val="right"/>
      </w:pPr>
      <w:r>
        <w:t>تو دیکھیے، خدا نے انسان کو بنایا تو اس کے اندر دو ڈفرنٹ فیکلٹیز رکھی۔</w:t>
      </w:r>
    </w:p>
    <w:p>
      <w:r>
        <w:rPr>
          <w:b/>
        </w:rPr>
        <w:t xml:space="preserve">[11:19] </w:t>
      </w:r>
      <w:r>
        <w:t>ek ko quran mein kaha gaya hai nafs amarah, doosr</w:t>
      </w:r>
    </w:p>
    <w:p>
      <w:pPr>
        <w:jc w:val="right"/>
      </w:pPr>
      <w:r>
        <w:t>ایک کو قرآن میں کہا گیا ہے نفس امارہ، دوسر</w:t>
      </w:r>
    </w:p>
    <w:p>
      <w:r>
        <w:rPr>
          <w:b/>
        </w:rPr>
        <w:t xml:space="preserve">[11:23] </w:t>
      </w:r>
      <w:r>
        <w:t>e ko kaha gaya hai nafs lawwama. in other words is ka matlab hai ego aur conscience. nafs lawwama ka matlab hai conscience, nafs ammara ka matlab hai ego. to insan is dunya mein in do faculties ke sath reh raha hai. ek taraf ego, doosri taraf conscience. to dekhiye, ego jo hai woh hai entry point Satan</w:t>
      </w:r>
    </w:p>
    <w:p>
      <w:pPr>
        <w:jc w:val="right"/>
      </w:pPr>
      <w:r>
        <w:t>ے کو کہا گیا ہے نفس لوامہ۔ ان ادر ورڈز اس کا مطلب ہے ایگو اور کانشینس۔ نفس لوامہ کا مطلب ہے کانشینس، نفس امارہ کا مطلب ہے ایگو۔ تو انسان اس دنیا میں ان دو فیکلٹیز کے ساتھ رہ رہا ہے۔ ایک طرف ایگو، دوسری طرف کانشینس۔ تو دیکھیے، ایگو جو ہے وہ ہے انٹری پوائنٹ سیٹ</w:t>
      </w:r>
    </w:p>
    <w:p>
      <w:r>
        <w:rPr>
          <w:b/>
        </w:rPr>
        <w:t xml:space="preserve">[11:53] </w:t>
      </w:r>
      <w:r>
        <w:t>ka aur conscience jo hai woh hai entry point angels ka. yeh hai insan ka ma'mala ke agar insan is dunya mein ego ke, ego ke influence mein aa gaya to samjhiye ke us ne apne andar Satan ko dakhil kar diya. jaise hi aap ka to ego bhadakta hai to aap ka woh entry point jahan se Shaitan</w:t>
      </w:r>
    </w:p>
    <w:p>
      <w:pPr>
        <w:jc w:val="right"/>
      </w:pPr>
      <w:r>
        <w:t>ن کا اور کانشینس جو ہے وہ ہے انٹری پوائنٹ اینجلز کا۔ یہ ہے انسان کا معاملہ کہ اگر انسان اس دنیا میں ایگو کا، ایگو کے انفلوئنس میں آ گیا تو سمجھیے کہ اس نے اپنے اندر سیٹن کو داخل کر دیا۔ جیسے ہی آپ کا تو ایگو بھڑکتا ہے تو آپ کا وہ انٹری پوائنٹ جہاں سے شیطان</w:t>
      </w:r>
    </w:p>
    <w:p>
      <w:r>
        <w:rPr>
          <w:b/>
        </w:rPr>
        <w:t xml:space="preserve">[12:23] </w:t>
      </w:r>
      <w:r>
        <w:t>aa sakta hai, woh khul gaya. woh window khul gaya. ego ka bhadakna Satan ko entry point dena hai. isi tarah se agar aap ke andar modesty aaye, conscience jaage aap ka to aap ne angel ko entry point de diya. to conscience ke raste se aap ke andar angel aa jate hain, ego ke raste se aap ke andar Satan aa jata hai. yeh hai asal cheez jis ko ke Zarathustra ne yeh</w:t>
      </w:r>
    </w:p>
    <w:p>
      <w:pPr>
        <w:jc w:val="right"/>
      </w:pPr>
      <w:r>
        <w:t>آ سکتا ہے، وہ کھل گیا۔ وہ ونڈو کھل گیا۔ ایگو کا بھڑکنا سیٹن کو انٹری پوائنٹ دینا ہے۔ اسی طریقے سے اگر آپ کے اندر مودیسٹی آئے، کانشینس جاگے آپ کا تو آپ نے اینجل کو انٹری پوائنٹ دے دیا۔ تو کانشینس کے راستے سے آپ کے اندر اینجل آ جاتے ہیں، ایگو کے راستے سے آپ کے اندر سیٹن آ جاتا ہے۔ یہ ہے اصل چیز جس کو کہ زرتشت نے یہ</w:t>
      </w:r>
    </w:p>
    <w:p>
      <w:r>
        <w:rPr>
          <w:b/>
        </w:rPr>
        <w:t xml:space="preserve">[12:53] </w:t>
      </w:r>
      <w:r>
        <w:t>کہہ دیا کہ "the world is a perpetual battleground between good and evil forces"۔</w:t>
      </w:r>
    </w:p>
    <w:p>
      <w:pPr>
        <w:jc w:val="right"/>
      </w:pPr>
      <w:r>
        <w:t>کہہ دیا کہ "دا ورلڈ از ا پرپچول بیٹل گراؤنڈ بٹوین گڈ اینڈ ایول فورسز"۔</w:t>
      </w:r>
    </w:p>
    <w:p>
      <w:r>
        <w:rPr>
          <w:b/>
        </w:rPr>
        <w:t xml:space="preserve">[12:58] </w:t>
      </w:r>
      <w:r>
        <w:t>asal baat wo nahi hai.</w:t>
      </w:r>
    </w:p>
    <w:p>
      <w:pPr>
        <w:jc w:val="right"/>
      </w:pPr>
      <w:r>
        <w:t>اصل بات وہ نہیں ہے۔</w:t>
      </w:r>
    </w:p>
    <w:p>
      <w:r>
        <w:rPr>
          <w:b/>
        </w:rPr>
        <w:t xml:space="preserve">[13:02] </w:t>
      </w:r>
      <w:r>
        <w:t>asal baat ye hai ke haan, do do makhlooq hain.</w:t>
      </w:r>
    </w:p>
    <w:p>
      <w:pPr>
        <w:jc w:val="right"/>
      </w:pPr>
      <w:r>
        <w:t>اصل بات یہ ہے کہ ہاں، دو دو مخلوق ہیں۔</w:t>
      </w:r>
    </w:p>
    <w:p>
      <w:r>
        <w:rPr>
          <w:b/>
        </w:rPr>
        <w:t xml:space="preserve">[13:07] </w:t>
      </w:r>
      <w:r>
        <w:t>angel bhi makhlooq hai, satan bhi makhlooq hai.</w:t>
      </w:r>
    </w:p>
    <w:p>
      <w:pPr>
        <w:jc w:val="right"/>
      </w:pPr>
      <w:r>
        <w:t>اینجل بھی مخلوق ہے، سیٹن بھی مخلوق ہے۔</w:t>
      </w:r>
    </w:p>
    <w:p>
      <w:r>
        <w:rPr>
          <w:b/>
        </w:rPr>
        <w:t xml:space="preserve">[13:11] </w:t>
      </w:r>
      <w:r>
        <w:t>to satan chahta hai ke insaan ko behkaye, angel chahte hain ke insaan ko sachay rastay par layein.</w:t>
      </w:r>
    </w:p>
    <w:p>
      <w:pPr>
        <w:jc w:val="right"/>
      </w:pPr>
      <w:r>
        <w:t>تو سیٹن چاہتا ہے کہ انسان کو بہکائے، اینجل چاہتے ہیں کہ انسان کو سچے راستے پر لائیں۔</w:t>
      </w:r>
    </w:p>
    <w:p>
      <w:r>
        <w:rPr>
          <w:b/>
        </w:rPr>
        <w:t xml:space="preserve">[13:15] </w:t>
      </w:r>
      <w:r>
        <w:t>yeh hai maamla.</w:t>
      </w:r>
    </w:p>
    <w:p>
      <w:pPr>
        <w:jc w:val="right"/>
      </w:pPr>
      <w:r>
        <w:t>یہ ہے معاملہ۔</w:t>
      </w:r>
    </w:p>
    <w:p>
      <w:r>
        <w:rPr>
          <w:b/>
        </w:rPr>
        <w:t xml:space="preserve">[13:20] </w:t>
      </w:r>
      <w:r>
        <w:t>ab dekhiye ke is ko mein aik misaal se arz karunga ke is ka matlab kya hai. yani</w:t>
      </w:r>
    </w:p>
    <w:p>
      <w:pPr>
        <w:jc w:val="right"/>
      </w:pPr>
      <w:r>
        <w:t>اب دیکھیے کہ اس کو میں ایک مثال سے عرض کروں گا کہ اس کا مطلب کیا ہے۔ یعنی</w:t>
      </w:r>
    </w:p>
    <w:p>
      <w:r>
        <w:rPr>
          <w:b/>
        </w:rPr>
        <w:t xml:space="preserve">[13:24] </w:t>
      </w:r>
      <w:r>
        <w:t>ego kya hai, consciousness kya hai.</w:t>
      </w:r>
    </w:p>
    <w:p>
      <w:pPr>
        <w:jc w:val="right"/>
      </w:pPr>
      <w:r>
        <w:t>ایگو کیا ہے، کانشینس کیا ہے۔</w:t>
      </w:r>
    </w:p>
    <w:p>
      <w:r>
        <w:rPr>
          <w:b/>
        </w:rPr>
        <w:t xml:space="preserve">[13:32] </w:t>
      </w:r>
      <w:r>
        <w:t>rasool Allah ke zamanay mein, prophet alehالسلام ke zamanay mein aik baar madine mein aisa hua ke</w:t>
      </w:r>
    </w:p>
    <w:p>
      <w:pPr>
        <w:jc w:val="right"/>
      </w:pPr>
      <w:r>
        <w:t>رسول اللہ کے زمانے میں، پرافٹ علیہ السلام کے زمانے میں ایک بار مدینے میں ایسا ہوا کہ</w:t>
      </w:r>
    </w:p>
    <w:p>
      <w:r>
        <w:rPr>
          <w:b/>
        </w:rPr>
        <w:t xml:space="preserve">[13:39] </w:t>
      </w:r>
      <w:r>
        <w:t>aap ke aik companion thay jin ko hum sahabi kehte hain.</w:t>
      </w:r>
    </w:p>
    <w:p>
      <w:pPr>
        <w:jc w:val="right"/>
      </w:pPr>
      <w:r>
        <w:t>آپ کے ایک کمپینین تھے جن کو ہم صحابی کہتے ہیں۔</w:t>
      </w:r>
    </w:p>
    <w:p>
      <w:r>
        <w:rPr>
          <w:b/>
        </w:rPr>
        <w:t xml:space="preserve">[13:47] </w:t>
      </w:r>
      <w:r>
        <w:t>aik aadmi in ko bohat ziyada bura kehne laga,</w:t>
      </w:r>
    </w:p>
    <w:p>
      <w:pPr>
        <w:jc w:val="right"/>
      </w:pPr>
      <w:r>
        <w:t>ایک آدمی ان کو بہت زیادہ برا کہنے لگا،</w:t>
      </w:r>
    </w:p>
    <w:p>
      <w:r>
        <w:rPr>
          <w:b/>
        </w:rPr>
        <w:t xml:space="preserve">[13:54] </w:t>
      </w:r>
      <w:r>
        <w:t>ya'ni provoke karne laga, tarah tarah ki baatein keh kar ke. to pehle to Abu Bakr Siddiq jo hain woh chup chap sunte rahe, chup chap sunte rahe. jab us ne bohat zyada kaha to woh woh bhi bhadak gaye, woh bhi lage kuch jawab dene, matlab unhone react kiya. to jab react kiya unhone to wahan Rasool Allah the, woh wahan se chale gaye. to baad ko Abu Bakr</w:t>
      </w:r>
    </w:p>
    <w:p>
      <w:pPr>
        <w:jc w:val="right"/>
      </w:pPr>
      <w:r>
        <w:t>یعنی پرووک کرنے لگا، طرح طرح کی باتیں کہہ کر کے۔ تو پہلے تو ابوبکر صدیق جو ہیں وہ چپ چاپ سنتے رہے، چپ چاپ سنتے رہے۔ جب اس نے بہت زیادہ کہا تو وہ وہ بھی بھڑک گئے، وہ بھی لگے کچھ جواب دینے، مطلب انہوں نے ری ایکٹ کیا۔ تو جب ری ایکٹ کیا انہوں نے تو وہاں رسول اللہ تھے، وہ وہاں سے چلے گئے۔ تو بعد کو ابوبکر</w:t>
      </w:r>
    </w:p>
    <w:p>
      <w:r>
        <w:rPr>
          <w:b/>
        </w:rPr>
        <w:t xml:space="preserve">[14:24] </w:t>
      </w:r>
      <w:r>
        <w:t>Siddiq ne un se poocha ke jab tak woh aadmi mujh ko keh raha tha bura bhala, tab tak to aap wahan khade hue the. ab main jab kuch bola to aap wahan se chale gaye. to aap ne kaha ke jab tum chup the aur woh bol raha tha to wahan par ek angel tha jo tumhari taraf se jawab de raha tha. ke tum chup the, bol raha tha woh to tumhari</w:t>
      </w:r>
    </w:p>
    <w:p>
      <w:pPr>
        <w:jc w:val="right"/>
      </w:pPr>
      <w:r>
        <w:t>صدیق نے ان سے پوچھا کہ جب تک وہ آدمی مجھ کو کہہ رہا تھا برا بھلا، تب تک تو آپ وہاں کھڑے ہوئے تھے۔ اب میں جب کچھ بولا تو آپ وہاں سے چلے گئے۔ تو آپ نے کہا کہ جب تم چپ تھے اور وہ بول رہا تھا تو وہاں پر ایک اینجل تھا جو تمہاری طرف سے جواب دے رہا تھا۔ کہ تم چپ تھے، بول رہا تھا وہ تو تمہاری</w:t>
      </w:r>
    </w:p>
    <w:p>
      <w:r>
        <w:rPr>
          <w:b/>
        </w:rPr>
        <w:t xml:space="preserve">[14:54] </w:t>
      </w:r>
      <w:r>
        <w:t>taraf se jawab de raha tha angel.</w:t>
      </w:r>
    </w:p>
    <w:p>
      <w:pPr>
        <w:jc w:val="right"/>
      </w:pPr>
      <w:r>
        <w:t>طرف سے جواب دے رہا تھا اینجل۔</w:t>
      </w:r>
    </w:p>
    <w:p>
      <w:r>
        <w:rPr>
          <w:b/>
        </w:rPr>
        <w:t xml:space="preserve">[14:59] </w:t>
      </w:r>
      <w:r>
        <w:t>aur jab tum bolne lage to tab satan aa gaya wahan par.</w:t>
      </w:r>
    </w:p>
    <w:p>
      <w:pPr>
        <w:jc w:val="right"/>
      </w:pPr>
      <w:r>
        <w:t>اور جب تم بولنے لگے تو تب سیٹن آ گیا وہاں پر۔</w:t>
      </w:r>
    </w:p>
    <w:p>
      <w:r>
        <w:rPr>
          <w:b/>
        </w:rPr>
        <w:t xml:space="preserve">[15:04] </w:t>
      </w:r>
      <w:r>
        <w:t>jab satan aa gaya to phir mera rehne ka wahan koi matlab nahi tha, mein wahan se hat gaya.</w:t>
      </w:r>
    </w:p>
    <w:p>
      <w:pPr>
        <w:jc w:val="right"/>
      </w:pPr>
      <w:r>
        <w:t>جب سیٹن آ گیا تو پھر میرا رہنے کا وہاں کوئی مطلب نہیں تھا، میں وہاں سے ہٹ گیا۔</w:t>
      </w:r>
    </w:p>
    <w:p>
      <w:r>
        <w:rPr>
          <w:b/>
        </w:rPr>
        <w:t xml:space="preserve">[15:09] </w:t>
      </w:r>
      <w:r>
        <w:t>dekhein, yeh kya matlab? yeh koi mysterious baat nahi hai, yeh koi mysterious baat nahi hai.</w:t>
      </w:r>
    </w:p>
    <w:p>
      <w:pPr>
        <w:jc w:val="right"/>
      </w:pPr>
      <w:r>
        <w:t>دیکھیں، یہ کیا مطلب؟ یہ کوئی مسٹیریس بات نہیں ہے، یہ کوئی مسٹیریس بات نہیں ہے۔</w:t>
      </w:r>
    </w:p>
    <w:p>
      <w:r>
        <w:rPr>
          <w:b/>
        </w:rPr>
        <w:t xml:space="preserve">[15:14] </w:t>
      </w:r>
      <w:r>
        <w:t>jab abubakar siddiq chup thay aur angel bol raha tha to is ka matlab kya hai? is ka</w:t>
      </w:r>
    </w:p>
    <w:p>
      <w:pPr>
        <w:jc w:val="right"/>
      </w:pPr>
      <w:r>
        <w:t>جب ابوبکر صدیق چپ تھے اور اینجل بول رہا تھا تو اس کا مطلب کیا ہے؟ اس کا</w:t>
      </w:r>
    </w:p>
    <w:p>
      <w:r>
        <w:rPr>
          <w:b/>
        </w:rPr>
        <w:t xml:space="preserve">[15:19] </w:t>
      </w:r>
      <w:r>
        <w:t>matlab yeh hai ke</w:t>
      </w:r>
    </w:p>
    <w:p>
      <w:pPr>
        <w:jc w:val="right"/>
      </w:pPr>
      <w:r>
        <w:t>مطلب یہ ہے کہ</w:t>
      </w:r>
    </w:p>
    <w:p>
      <w:r>
        <w:rPr>
          <w:b/>
        </w:rPr>
        <w:t xml:space="preserve">[15:25] </w:t>
      </w:r>
      <w:r>
        <w:t>angel is aadmi ke, woh jo aadmi bol raha tha, us aadmi ke conscience ko activate kar raha</w:t>
      </w:r>
    </w:p>
    <w:p>
      <w:pPr>
        <w:jc w:val="right"/>
      </w:pPr>
      <w:r>
        <w:t>اینجل اس آدمی کے، وہ جو آدمی بول رہا تھا، اس آدمی کے کانشینس کو ایکٹیویٹ کر رہا</w:t>
      </w:r>
    </w:p>
    <w:p>
      <w:r>
        <w:rPr>
          <w:b/>
        </w:rPr>
        <w:t xml:space="preserve">[15:31] </w:t>
      </w:r>
      <w:r>
        <w:t>tha ke dekho, tum kitna galat kaam kar rahe ho.</w:t>
      </w:r>
    </w:p>
    <w:p>
      <w:pPr>
        <w:jc w:val="right"/>
      </w:pPr>
      <w:r>
        <w:t>تھا کہ دیکھو، تم کتنا غلط کام کر رہے ہو۔</w:t>
      </w:r>
    </w:p>
    <w:p>
      <w:r>
        <w:rPr>
          <w:b/>
        </w:rPr>
        <w:t xml:space="preserve">[15:37] </w:t>
      </w:r>
      <w:r>
        <w:t>yani woh angel aik taraf abubakar siddiq ki dignity ko highlight kar raha tha ke dekho, aik</w:t>
      </w:r>
    </w:p>
    <w:p>
      <w:pPr>
        <w:jc w:val="right"/>
      </w:pPr>
      <w:r>
        <w:t>یعنی وہ اینجل ایک طرف ابوبکر صدیق کی ڈگنٹی کو ہائی لائٹ کر رہا تھا کہ دیکھو، ایک</w:t>
      </w:r>
    </w:p>
    <w:p>
      <w:r>
        <w:rPr>
          <w:b/>
        </w:rPr>
        <w:t xml:space="preserve">[15:43] </w:t>
      </w:r>
      <w:r>
        <w:t>taraf yeh aadmi hai jo kuch bol nahi raha, koi react nahi kar raha hai, aur tum</w:t>
      </w:r>
    </w:p>
    <w:p>
      <w:pPr>
        <w:jc w:val="right"/>
      </w:pPr>
      <w:r>
        <w:t>طرف یہ آدمی ہے جو کچھ بول نہیں رہا، کوئی ری ایکٹ نہیں کر رہا ہے، اور تم</w:t>
      </w:r>
    </w:p>
    <w:p>
      <w:r>
        <w:rPr>
          <w:b/>
        </w:rPr>
        <w:t xml:space="preserve">[15:50] </w:t>
      </w:r>
      <w:r>
        <w:t>ho kitne, yani</w:t>
      </w:r>
    </w:p>
    <w:p>
      <w:pPr>
        <w:jc w:val="right"/>
      </w:pPr>
      <w:r>
        <w:t>ہو کتنے، یعنی</w:t>
      </w:r>
    </w:p>
    <w:p>
      <w:r>
        <w:rPr>
          <w:b/>
        </w:rPr>
        <w:t xml:space="preserve">[15:56] </w:t>
      </w:r>
      <w:r>
        <w:t>galat aadmi ke us ko bura bhala keh rahe ho. to angel ko us waqt mauqa tha ke ek taraf Abu Bakr Siddiq ko dignify kare aur doosri taraf us aadmi ka past hona dikhaye us ko. to andar se is ka, is ka jo conscience tha, woh us ko bura bhala keh raha tha through angel. jab tak Abu Bakr Siddiq nahi us ko keh rahe the kuch, to</w:t>
      </w:r>
    </w:p>
    <w:p>
      <w:pPr>
        <w:jc w:val="right"/>
      </w:pPr>
      <w:r>
        <w:t>غلط آدمی کہ اس کو برا بھلا کہہ رہے ہو۔ تو اینجل کو اس وقت موقع تھا کہ ایک طرف ابوبکر صدیق کو ڈگنیفائی کرے اور دوسری طرف اس آدمی کا پست ہونا دکھائے اس کو۔ تو اندر سے اس کا، اس کا جو کانشینس تھا، وہ اس کو برا بھلا کہہ رہا تھا تھرو اینجل۔ جب تک ابوبکر صدیق نہیں اس کو کہہ رہے تھے کچھ، تو</w:t>
      </w:r>
    </w:p>
    <w:p>
      <w:r>
        <w:rPr>
          <w:b/>
        </w:rPr>
        <w:t xml:space="preserve">[16:26] </w:t>
      </w:r>
      <w:r>
        <w:t>is ka apna consciousness keh raha tha is se ke tum kitna galat aadmi ho, aik aise aadmi</w:t>
      </w:r>
    </w:p>
    <w:p>
      <w:pPr>
        <w:jc w:val="right"/>
      </w:pPr>
      <w:r>
        <w:t>اس کا اپنا کانشینس کہہ رہا تھا اس سے کہ تم کتنا غلط آدمی ہو، ایک ایسے آدمی</w:t>
      </w:r>
    </w:p>
    <w:p>
      <w:r>
        <w:rPr>
          <w:b/>
        </w:rPr>
        <w:t xml:space="preserve">[16:31] </w:t>
      </w:r>
      <w:r>
        <w:t>ko bura bhala keh rahe ho jo chup chap hai, innocent hai.</w:t>
      </w:r>
    </w:p>
    <w:p>
      <w:pPr>
        <w:jc w:val="right"/>
      </w:pPr>
      <w:r>
        <w:t>کو برا بھلا کہہ رہے ہو جو چپ چاپ ہے، انوسنٹ ہے۔</w:t>
      </w:r>
    </w:p>
    <w:p>
      <w:r>
        <w:rPr>
          <w:b/>
        </w:rPr>
        <w:t xml:space="preserve">[16:36] </w:t>
      </w:r>
      <w:r>
        <w:t>to angel activate karte hain ya satan activate karta hai aadmi ko.</w:t>
      </w:r>
    </w:p>
    <w:p>
      <w:pPr>
        <w:jc w:val="right"/>
      </w:pPr>
      <w:r>
        <w:t>تو اینجل ایکٹیویٹ کرتے ہیں یا سیٹن ایکٹیویٹ کرتا ہے آدمی کو۔</w:t>
      </w:r>
    </w:p>
    <w:p>
      <w:r>
        <w:rPr>
          <w:b/>
        </w:rPr>
        <w:t xml:space="preserve">[16:41] </w:t>
      </w:r>
      <w:r>
        <w:t>to jab tak abubakar siddiq khud chup thay, to angel jo hai is aadmi ke consciousness ke through</w:t>
      </w:r>
    </w:p>
    <w:p>
      <w:pPr>
        <w:jc w:val="right"/>
      </w:pPr>
      <w:r>
        <w:t>تو جب تک ابوبکر صدیق خود چپ تھے، تو اینجل جو ہے اس آدمی کے کانشینس کے تھرو</w:t>
      </w:r>
    </w:p>
    <w:p>
      <w:r>
        <w:rPr>
          <w:b/>
        </w:rPr>
        <w:t xml:space="preserve">[16:46] </w:t>
      </w:r>
      <w:r>
        <w:t>is ko keh raha tha ke tum bohat galat aadmi ho.</w:t>
      </w:r>
    </w:p>
    <w:p>
      <w:pPr>
        <w:jc w:val="right"/>
      </w:pPr>
      <w:r>
        <w:t>اس کو کہہ رہا تھا کہ تم بہت غلط آدمی ہو۔</w:t>
      </w:r>
    </w:p>
    <w:p>
      <w:r>
        <w:rPr>
          <w:b/>
        </w:rPr>
        <w:t xml:space="preserve">[16:51] </w:t>
      </w:r>
      <w:r>
        <w:t>lekin jab aap lage bolne to phir</w:t>
      </w:r>
    </w:p>
    <w:p>
      <w:pPr>
        <w:jc w:val="right"/>
      </w:pPr>
      <w:r>
        <w:t>لیکن جب آپ لگے بولنے تو پھر</w:t>
      </w:r>
    </w:p>
    <w:p>
      <w:r>
        <w:rPr>
          <w:b/>
        </w:rPr>
        <w:t xml:space="preserve">[16:56] </w:t>
      </w:r>
      <w:r>
        <w:t>satan ki bari aa gayi, satan ka window khul gaya, satan ko entry point mil gaya.</w:t>
      </w:r>
    </w:p>
    <w:p>
      <w:pPr>
        <w:jc w:val="right"/>
      </w:pPr>
      <w:r>
        <w:t>سیٹن کی باری آ گئی، سیٹن کا ونڈو کھل گیا، سیٹن کو انٹری پوائنٹ مل گیا۔</w:t>
      </w:r>
    </w:p>
    <w:p>
      <w:r>
        <w:rPr>
          <w:b/>
        </w:rPr>
        <w:t xml:space="preserve">[17:02] </w:t>
      </w:r>
      <w:r>
        <w:t>phir angel ka kaam wahan par ruk gaya.</w:t>
      </w:r>
    </w:p>
    <w:p>
      <w:pPr>
        <w:jc w:val="right"/>
      </w:pPr>
      <w:r>
        <w:t>پھر اینجل کا کام وہاں پر رک گیا۔</w:t>
      </w:r>
    </w:p>
    <w:p>
      <w:r>
        <w:rPr>
          <w:b/>
        </w:rPr>
        <w:t xml:space="preserve">[17:09] </w:t>
      </w:r>
      <w:r>
        <w:t>yeh matlab hai.</w:t>
      </w:r>
    </w:p>
    <w:p>
      <w:pPr>
        <w:jc w:val="right"/>
      </w:pPr>
      <w:r>
        <w:t>یہ مطلب ہے۔</w:t>
      </w:r>
    </w:p>
    <w:p>
      <w:r>
        <w:rPr>
          <w:b/>
        </w:rPr>
        <w:t xml:space="preserve">[17:15] </w:t>
      </w:r>
      <w:r>
        <w:t>to dekhiye, jab bhi koi controversy aati hai, do aadmi mein koi takrao hota hai, kisi bhi qism</w:t>
      </w:r>
    </w:p>
    <w:p>
      <w:pPr>
        <w:jc w:val="right"/>
      </w:pPr>
      <w:r>
        <w:t>تو دیکھیے، جب بھی کوئی کنٹروورسی آتی ہے، دو آدمی میں کوئی ٹکراؤ ہوتا ہے، کسی بھی قسم</w:t>
      </w:r>
    </w:p>
    <w:p>
      <w:r>
        <w:rPr>
          <w:b/>
        </w:rPr>
        <w:t xml:space="preserve">[17:21] </w:t>
      </w:r>
      <w:r>
        <w:t>ka koi do aadmi mein koi, yaani larai hoti hai, to</w:t>
      </w:r>
    </w:p>
    <w:p>
      <w:pPr>
        <w:jc w:val="right"/>
      </w:pPr>
      <w:r>
        <w:t>کا کوئی دو آدمی میں کوئی، یعنی لڑائی ہوتی ہے، تو</w:t>
      </w:r>
    </w:p>
    <w:p>
      <w:r>
        <w:rPr>
          <w:b/>
        </w:rPr>
        <w:t xml:space="preserve">[17:27] </w:t>
      </w:r>
      <w:r>
        <w:t>wahan par ego aur consciousness ko mauqa hota hai.</w:t>
      </w:r>
    </w:p>
    <w:p>
      <w:pPr>
        <w:jc w:val="right"/>
      </w:pPr>
      <w:r>
        <w:t>وہاں پر ایگو اور کانشینس کو موقع ہوتا ہے۔</w:t>
      </w:r>
    </w:p>
    <w:p>
      <w:r>
        <w:rPr>
          <w:b/>
        </w:rPr>
        <w:t xml:space="preserve">[17:34] </w:t>
      </w:r>
      <w:r>
        <w:t>agar aap negative attitude ikhtiyar karein to iska matlab yeh hai ke aap ka ego jaag pada hai.</w:t>
      </w:r>
    </w:p>
    <w:p>
      <w:pPr>
        <w:jc w:val="right"/>
      </w:pPr>
      <w:r>
        <w:t>اگر آپ نیگیٹیو ایٹیٹیوڈ اختیار کریں تو اس کا مطلب یہ ہے کہ آپ کا ایگو جاگ پڑا ہے۔</w:t>
      </w:r>
    </w:p>
    <w:p>
      <w:r>
        <w:rPr>
          <w:b/>
        </w:rPr>
        <w:t xml:space="preserve">[17:41] </w:t>
      </w:r>
      <w:r>
        <w:t>ab agar aap positive attitude ikhtiyar karein to iska matlab yeh hai ke aap ka consciousness jaaga hua hai.</w:t>
      </w:r>
    </w:p>
    <w:p>
      <w:pPr>
        <w:jc w:val="right"/>
      </w:pPr>
      <w:r>
        <w:t>اب اگر آپ پازیٹیو ایٹیٹیوڈ اختیار کریں تو اس کا مطلب یہ ہے کہ آپ کا کانشینس جاگا ہوا ہے۔</w:t>
      </w:r>
    </w:p>
    <w:p>
      <w:r>
        <w:rPr>
          <w:b/>
        </w:rPr>
        <w:t xml:space="preserve">[17:48] </w:t>
      </w:r>
      <w:r>
        <w:t>to consciousness ko jagate hain angel, ego ko jagata hai satan.</w:t>
      </w:r>
    </w:p>
    <w:p>
      <w:pPr>
        <w:jc w:val="right"/>
      </w:pPr>
      <w:r>
        <w:t>تو کانشینس کو جگاتے ہیں اینجل، ایگو کو جگاتا ہے سیٹن۔</w:t>
      </w:r>
    </w:p>
    <w:p>
      <w:r>
        <w:rPr>
          <w:b/>
        </w:rPr>
        <w:t xml:space="preserve">[17:55] </w:t>
      </w:r>
      <w:r>
        <w:t>yeh hai do taqaton ka duniya mein takrana jo koi mysterious cheez nahi hai.</w:t>
      </w:r>
    </w:p>
    <w:p>
      <w:pPr>
        <w:jc w:val="right"/>
      </w:pPr>
      <w:r>
        <w:t>یہ ہے دو طاقتوں کا دنیا میں ٹکرانا جو کوئی مسٹیریس چیز نہیں ہے۔</w:t>
      </w:r>
    </w:p>
    <w:p>
      <w:r>
        <w:rPr>
          <w:b/>
        </w:rPr>
        <w:t xml:space="preserve">[18:02] </w:t>
      </w:r>
      <w:r>
        <w:t>is waqeye ko maine apni aankh se bhi dekha hai kai baar, kai baar ke kis tarah</w:t>
      </w:r>
    </w:p>
    <w:p>
      <w:pPr>
        <w:jc w:val="right"/>
      </w:pPr>
      <w:r>
        <w:t>اس واقعے کو میں نے اپنی آنکھ سے بھی دیکھا ہے کئی بار، کئی بار کہ کس طرح</w:t>
      </w:r>
    </w:p>
    <w:p>
      <w:r>
        <w:rPr>
          <w:b/>
        </w:rPr>
        <w:t xml:space="preserve">[18:08] </w:t>
      </w:r>
      <w:r>
        <w:t>se consciousness kaam karta hai, kis tarah se ego kaam karta hai.</w:t>
      </w:r>
    </w:p>
    <w:p>
      <w:pPr>
        <w:jc w:val="right"/>
      </w:pPr>
      <w:r>
        <w:t>سے کانشینس کام کرتا ہے، کس طرح سے ایگو کام کرتا ہے۔</w:t>
      </w:r>
    </w:p>
    <w:p>
      <w:r>
        <w:rPr>
          <w:b/>
        </w:rPr>
        <w:t xml:space="preserve">[18:15] </w:t>
      </w:r>
      <w:r>
        <w:t>donon waqeye ko maine apni aankh se dekha hai.</w:t>
      </w:r>
    </w:p>
    <w:p>
      <w:pPr>
        <w:jc w:val="right"/>
      </w:pPr>
      <w:r>
        <w:t>دونوں واقعے کو میں نے اپنی آنکھ سے دیکھا ہے۔</w:t>
      </w:r>
    </w:p>
    <w:p>
      <w:r>
        <w:rPr>
          <w:b/>
        </w:rPr>
        <w:t xml:space="preserve">[18:21] </w:t>
      </w:r>
      <w:r>
        <w:t>misalan ek baar maine dekha ke road par ek aadmi woh motorcycle chala raha tha aur</w:t>
      </w:r>
    </w:p>
    <w:p>
      <w:pPr>
        <w:jc w:val="right"/>
      </w:pPr>
      <w:r>
        <w:t>مثلاً ایک بار میں نے دیکھا کہ روڈ پر ایک آدمی وہ موٹر سائیکل چلا رہا تھا اور</w:t>
      </w:r>
    </w:p>
    <w:p>
      <w:r>
        <w:rPr>
          <w:b/>
        </w:rPr>
        <w:t xml:space="preserve">[18:27] </w:t>
      </w:r>
      <w:r>
        <w:t>ek aadmi wahan chal raha tha to woh thori takkar ho gayi.</w:t>
      </w:r>
    </w:p>
    <w:p>
      <w:pPr>
        <w:jc w:val="right"/>
      </w:pPr>
      <w:r>
        <w:t>ایک آدمی وہاں چل رہا تھا تو وہ تھوڑی ٹکر ہو گئی۔</w:t>
      </w:r>
    </w:p>
    <w:p>
      <w:r>
        <w:rPr>
          <w:b/>
        </w:rPr>
        <w:t xml:space="preserve">[18:33] </w:t>
      </w:r>
      <w:r>
        <w:t>ab jo aadmi chal raha tha to woh ghussa ho gaya.</w:t>
      </w:r>
    </w:p>
    <w:p>
      <w:pPr>
        <w:jc w:val="right"/>
      </w:pPr>
      <w:r>
        <w:t>اب جو آدمی چل رہا تھا تو وہ غصہ ہو گیا۔</w:t>
      </w:r>
    </w:p>
    <w:p>
      <w:r>
        <w:rPr>
          <w:b/>
        </w:rPr>
        <w:t xml:space="preserve">[18:41] </w:t>
      </w:r>
      <w:r>
        <w:t>maine dekha ke pehle motorcycle pe jo aadmi baitha tha, uske andar thori si repentance</w:t>
      </w:r>
    </w:p>
    <w:p>
      <w:pPr>
        <w:jc w:val="right"/>
      </w:pPr>
      <w:r>
        <w:t>میں نے دیکھا کہ پہلے موٹر سائیکل پہ جو آدمی بیٹھا تھا، اس کے اندر تھوڑی سی ریپینٹنس</w:t>
      </w:r>
    </w:p>
    <w:p>
      <w:r>
        <w:rPr>
          <w:b/>
        </w:rPr>
        <w:t xml:space="preserve">[18:48] </w:t>
      </w:r>
      <w:r>
        <w:t>tha, repentance tha, sharmindagi thi ke dekho, maine is aadmi ko takra diya.</w:t>
      </w:r>
    </w:p>
    <w:p>
      <w:pPr>
        <w:jc w:val="right"/>
      </w:pPr>
      <w:r>
        <w:t>تھا، ریپینٹنس تھا، شرمندگی تھی کہ دیکھو، میں نے اس آدمی کو ٹکرا دیا۔</w:t>
      </w:r>
    </w:p>
    <w:p>
      <w:r>
        <w:rPr>
          <w:b/>
        </w:rPr>
        <w:t xml:space="preserve">[18:56] </w:t>
      </w:r>
      <w:r>
        <w:t>to pehle to aaya uske andar repentance, usne dekha ke ghalti meri hai,</w:t>
      </w:r>
    </w:p>
    <w:p>
      <w:pPr>
        <w:jc w:val="right"/>
      </w:pPr>
      <w:r>
        <w:t>تو پہلے تو آیا اس کے اندر ریپینٹنس، اس نے دیکھا کہ غلطی میری ہے،</w:t>
      </w:r>
    </w:p>
    <w:p>
      <w:r>
        <w:rPr>
          <w:b/>
        </w:rPr>
        <w:t xml:space="preserve">[19:03] </w:t>
      </w:r>
      <w:r>
        <w:t>woh aadmi chal raha tha aur maine takra kar usko gira diya.</w:t>
      </w:r>
    </w:p>
    <w:p>
      <w:pPr>
        <w:jc w:val="right"/>
      </w:pPr>
      <w:r>
        <w:t>وہ آدمی چل رہا تھا اور میں نے ٹکرا کر اس کو گرا دیا۔</w:t>
      </w:r>
    </w:p>
    <w:p>
      <w:r>
        <w:rPr>
          <w:b/>
        </w:rPr>
        <w:t xml:space="preserve">[19:08] </w:t>
      </w:r>
      <w:r>
        <w:t>to us waqt uska consciousness jaag pada tha.</w:t>
      </w:r>
    </w:p>
    <w:p>
      <w:pPr>
        <w:jc w:val="right"/>
      </w:pPr>
      <w:r>
        <w:t>تو اس وقت اس کا کانشینس جاگ پڑا تھا۔</w:t>
      </w:r>
    </w:p>
    <w:p>
      <w:r>
        <w:rPr>
          <w:b/>
        </w:rPr>
        <w:t xml:space="preserve">[19:12] </w:t>
      </w:r>
      <w:r>
        <w:t>pehlay is motorcycle walay ka consciousness jaag pada tha.</w:t>
      </w:r>
    </w:p>
    <w:p>
      <w:pPr>
        <w:jc w:val="right"/>
      </w:pPr>
      <w:r>
        <w:t>پہلے اس موٹر سائیکل والے کا کانشینس جاگ پڑا تھا۔</w:t>
      </w:r>
    </w:p>
    <w:p>
      <w:r>
        <w:rPr>
          <w:b/>
        </w:rPr>
        <w:t xml:space="preserve">[19:17] </w:t>
      </w:r>
      <w:r>
        <w:t>uske baad kya hua ke maine dekha ke woh aadmi jo hai, doosra woh laga bolne,</w:t>
      </w:r>
    </w:p>
    <w:p>
      <w:pPr>
        <w:jc w:val="right"/>
      </w:pPr>
      <w:r>
        <w:t>اس کے بعد کیا ہوا کہ میں نے دیکھا کہ وہ آدمی جو ہے، دوسرا وہ لگا بولنے،</w:t>
      </w:r>
    </w:p>
    <w:p>
      <w:r>
        <w:rPr>
          <w:b/>
        </w:rPr>
        <w:t xml:space="preserve">[19:22] </w:t>
      </w:r>
      <w:r>
        <w:t>usko bura bhala kehne, gaali dene.</w:t>
      </w:r>
    </w:p>
    <w:p>
      <w:pPr>
        <w:jc w:val="right"/>
      </w:pPr>
      <w:r>
        <w:t>اس کو برا بھلا کہنے، گالی دینے۔</w:t>
      </w:r>
    </w:p>
    <w:p>
      <w:r>
        <w:rPr>
          <w:b/>
        </w:rPr>
        <w:t xml:space="preserve">[19:26] </w:t>
      </w:r>
      <w:r>
        <w:t>achanak uska rude mood badal gaya.</w:t>
      </w:r>
    </w:p>
    <w:p>
      <w:pPr>
        <w:jc w:val="right"/>
      </w:pPr>
      <w:r>
        <w:t>اچانک اس کا روٹ موڈ بدل گیا۔</w:t>
      </w:r>
    </w:p>
    <w:p>
      <w:r>
        <w:rPr>
          <w:b/>
        </w:rPr>
        <w:t xml:space="preserve">[19:31] </w:t>
      </w:r>
      <w:r>
        <w:t>ab woh bhi laga bolne, woh bhi laga ghussa karne.</w:t>
      </w:r>
    </w:p>
    <w:p>
      <w:pPr>
        <w:jc w:val="right"/>
      </w:pPr>
      <w:r>
        <w:t>اب وہ بھی لگا بولنے، وہ بھی لگا غصہ کرنے۔</w:t>
      </w:r>
    </w:p>
    <w:p>
      <w:r>
        <w:rPr>
          <w:b/>
        </w:rPr>
        <w:t xml:space="preserve">[19:35] </w:t>
      </w:r>
      <w:r>
        <w:t>to pehle to us ko main angel activate kar raha tha motorcycle wale ko. ab jab us ne us ko bhadkaya, ab us ko angel ka mauqa, angel ka kaam ruk gaya wahan par. ab Satan wahan ghus pada aur us ke ego ko khoob bhadkaya, bhadka yahan tak ke dono lad gaye. is ke baad kya hua ke agar woh aadmi jo road par chal raha tha, woh chup rah</w:t>
      </w:r>
    </w:p>
    <w:p>
      <w:pPr>
        <w:jc w:val="right"/>
      </w:pPr>
      <w:r>
        <w:t>تو پہلے تو اس کو میں اینجل ایکٹیویٹ کر رہا تھا موٹر سائیکل والے کو۔ اب جب اس نے اس کو بھڑکایا، اب اس کو اینجل کا موقع، اینجل کا کام رک گیا وہاں پر۔ اب سیٹن وہاں گھس پڑا اور اس کے ایگو کو خوب بھڑکایا، بھڑکا یہاں تک کہ دونوں لڑ گئے۔ اس کے بعد کیا ہوا کہ اگر وہ آدمی جو روڈ پر چل رہا تھا، وہ چپ رہ</w:t>
      </w:r>
    </w:p>
    <w:p>
      <w:r>
        <w:rPr>
          <w:b/>
        </w:rPr>
        <w:t xml:space="preserve">[20:05] </w:t>
      </w:r>
      <w:r>
        <w:t>ta to cycle wala is se maafii mangta kyunke is ka repentance jaag raha tha, is ka dil</w:t>
      </w:r>
    </w:p>
    <w:p>
      <w:pPr>
        <w:jc w:val="right"/>
      </w:pPr>
      <w:r>
        <w:t>تا تو سائیکل والا اس سے معافی مانگتا کیونکہ اس کا ریپینٹنس جاگ رہا تھا، اس کا دل</w:t>
      </w:r>
    </w:p>
    <w:p>
      <w:r>
        <w:rPr>
          <w:b/>
        </w:rPr>
        <w:t xml:space="preserve">[20:10] </w:t>
      </w:r>
      <w:r>
        <w:t>keh raha tha ke maine bura kaam kiya hai aur angel is ko andar se activate kar</w:t>
      </w:r>
    </w:p>
    <w:p>
      <w:pPr>
        <w:jc w:val="right"/>
      </w:pPr>
      <w:r>
        <w:t>کہہ رہا تھا کہ میں نے برا کام کیا ہے اور اینجل اس کو اندر سے ایکٹیویٹ کر</w:t>
      </w:r>
    </w:p>
    <w:p>
      <w:r>
        <w:rPr>
          <w:b/>
        </w:rPr>
        <w:t xml:space="preserve">[20:15] </w:t>
      </w:r>
      <w:r>
        <w:t>rahe the is ke consciousness ko.</w:t>
      </w:r>
    </w:p>
    <w:p>
      <w:pPr>
        <w:jc w:val="right"/>
      </w:pPr>
      <w:r>
        <w:t>رہے تھے اس کے کانشینس کو۔</w:t>
      </w:r>
    </w:p>
    <w:p>
      <w:r>
        <w:rPr>
          <w:b/>
        </w:rPr>
        <w:t xml:space="preserve">[20:20] </w:t>
      </w:r>
      <w:r>
        <w:t>to dono taaqaten jo hain, ammara aur lawwama, ego aur consciousness, har aadmi ke andar hain, har aadmi</w:t>
      </w:r>
    </w:p>
    <w:p>
      <w:pPr>
        <w:jc w:val="right"/>
      </w:pPr>
      <w:r>
        <w:t>تو دونوں طاقتیں جو ہیں، امارہ اور لوامہ، ایگو اور کانشینس، ہر آدمی کے اندر ہیں، ہر آدمی</w:t>
      </w:r>
    </w:p>
    <w:p>
      <w:r>
        <w:rPr>
          <w:b/>
        </w:rPr>
        <w:t xml:space="preserve">[20:25] </w:t>
      </w:r>
      <w:r>
        <w:t>ke andar hain.</w:t>
      </w:r>
    </w:p>
    <w:p>
      <w:pPr>
        <w:jc w:val="right"/>
      </w:pPr>
      <w:r>
        <w:t>کے اندر ہیں۔</w:t>
      </w:r>
    </w:p>
    <w:p>
      <w:r>
        <w:rPr>
          <w:b/>
        </w:rPr>
        <w:t xml:space="preserve">[20:30] </w:t>
      </w:r>
      <w:r>
        <w:t>yeh aap ke apne upar hai ke dono mein se kis ko aap</w:t>
      </w:r>
    </w:p>
    <w:p>
      <w:pPr>
        <w:jc w:val="right"/>
      </w:pPr>
      <w:r>
        <w:t>یہ آپ کے اپنے اوپر ہے کہ دونوں میں سے کس کو آپ</w:t>
      </w:r>
    </w:p>
    <w:p>
      <w:r>
        <w:rPr>
          <w:b/>
        </w:rPr>
        <w:t xml:space="preserve">[20:35] </w:t>
      </w:r>
      <w:r>
        <w:t>apna hissedaar banate hain.</w:t>
      </w:r>
    </w:p>
    <w:p>
      <w:pPr>
        <w:jc w:val="right"/>
      </w:pPr>
      <w:r>
        <w:t>اپنا حصہ دار بناتے ہیں۔</w:t>
      </w:r>
    </w:p>
    <w:p>
      <w:r>
        <w:rPr>
          <w:b/>
        </w:rPr>
        <w:t xml:space="preserve">[20:41] </w:t>
      </w:r>
      <w:r>
        <w:t>agar aap kisi ke ego ko bharkayen to aap ke hisse mein ego aayega, is ka ghussa</w:t>
      </w:r>
    </w:p>
    <w:p>
      <w:pPr>
        <w:jc w:val="right"/>
      </w:pPr>
      <w:r>
        <w:t>اگر آپ کسی کے ایگو کو بھڑکائیں تو آپ کے حصے میں ایگو آئے گا، اس کا غصہ</w:t>
      </w:r>
    </w:p>
    <w:p>
      <w:r>
        <w:rPr>
          <w:b/>
        </w:rPr>
        <w:t xml:space="preserve">[20:46] </w:t>
      </w:r>
      <w:r>
        <w:t>aayega, is ka revenge aayega.</w:t>
      </w:r>
    </w:p>
    <w:p>
      <w:pPr>
        <w:jc w:val="right"/>
      </w:pPr>
      <w:r>
        <w:t>آئے گا، اس کا ریونج آئے گا۔</w:t>
      </w:r>
    </w:p>
    <w:p>
      <w:r>
        <w:rPr>
          <w:b/>
        </w:rPr>
        <w:t xml:space="preserve">[20:51] </w:t>
      </w:r>
      <w:r>
        <w:t>aur agar kisi aap is ke aadmi ko consciousness ko activate karen to is ki taraf se aap</w:t>
      </w:r>
    </w:p>
    <w:p>
      <w:pPr>
        <w:jc w:val="right"/>
      </w:pPr>
      <w:r>
        <w:t>اور اگر کسی آپ اس کے آدمی کو کانشینس کو ایکٹیویٹ کریں تو اس کی طرف سے آپ</w:t>
      </w:r>
    </w:p>
    <w:p>
      <w:r>
        <w:rPr>
          <w:b/>
        </w:rPr>
        <w:t xml:space="preserve">[20:56] </w:t>
      </w:r>
      <w:r>
        <w:t>ko lo milega aur is ki taraf se aap ko hamdardi milegi.</w:t>
      </w:r>
    </w:p>
    <w:p>
      <w:pPr>
        <w:jc w:val="right"/>
      </w:pPr>
      <w:r>
        <w:t>کو لو ملے گا اور اس کی طرف سے آپ کو ہمدردی ملے گی۔</w:t>
      </w:r>
    </w:p>
    <w:p>
      <w:r>
        <w:rPr>
          <w:b/>
        </w:rPr>
        <w:t xml:space="preserve">[21:01] </w:t>
      </w:r>
      <w:r>
        <w:t>kisi bhi waqt aap tajurba kar ke dekh lijiye, kisi bhi insaan ke bare mein,</w:t>
      </w:r>
    </w:p>
    <w:p>
      <w:pPr>
        <w:jc w:val="right"/>
      </w:pPr>
      <w:r>
        <w:t>کسی بھی وقت آپ تجربہ کر کے دیکھ لیجئے، کسی بھی انسان کے بارے میں،</w:t>
      </w:r>
    </w:p>
    <w:p>
      <w:r>
        <w:rPr>
          <w:b/>
        </w:rPr>
        <w:t xml:space="preserve">[21:06] </w:t>
      </w:r>
      <w:r>
        <w:t>ghar ke andar bhi ho sakta hai, family mein bhi, family ke bahar bhi. to aap ke apne ikhtiyar mein hai ke aap doosre ko kaisa banayein, dost banayein ke dushman banayein. doosre ko dost banayein to dost bana sakte hain. doosre ko agar aap us ke dost banana chahte hain to us ke consciousness ko activate kijiye. aur agar aap ne us ke ego ko activate kiya to wahi aap ko d</w:t>
      </w:r>
    </w:p>
    <w:p>
      <w:pPr>
        <w:jc w:val="right"/>
      </w:pPr>
      <w:r>
        <w:t>گھر کے اندر بھی ہو سکتا ہے، فیملی میں بھی، فیملی کے باہر بھی۔ تو آپ کے اپنے اختیار میں ہے کہ آپ دوسرے کو کیسا بنائیں، دوست بنائیں کہ دشمن بنائیں۔ دوسرے کو دوست بنائیں تو دوست بنا سکتے ہیں۔ دوسرے کو اگر آپ اس کے دوست بنانا چاہتے ہیں تو اس کے کانشینس کو ایکٹیویٹ کیجئے۔ اور اگر آپ نے اس کے ایگو کو ایکٹیویٹ کیا تو وہی آپ کو د</w:t>
      </w:r>
    </w:p>
    <w:p>
      <w:r>
        <w:rPr>
          <w:b/>
        </w:rPr>
        <w:t xml:space="preserve">[21:36] </w:t>
      </w:r>
      <w:r>
        <w:t>shaman ban jayega.</w:t>
      </w:r>
    </w:p>
    <w:p>
      <w:pPr>
        <w:jc w:val="right"/>
      </w:pPr>
      <w:r>
        <w:t>شمن بن جائے گا۔</w:t>
      </w:r>
    </w:p>
    <w:p>
      <w:r>
        <w:rPr>
          <w:b/>
        </w:rPr>
        <w:t xml:space="preserve">[21:40] </w:t>
      </w:r>
      <w:r>
        <w:t>aap ka to dost banana bhi aap ke hath mein hai, dushman banana bhi aap ke hath mein hai.</w:t>
      </w:r>
    </w:p>
    <w:p>
      <w:pPr>
        <w:jc w:val="right"/>
      </w:pPr>
      <w:r>
        <w:t>آپ کا تو دوست بنانا بھی آپ کے ہاتھ میں ہے، دشمن بنانا بھی آپ کے ہاتھ میں ہے۔</w:t>
      </w:r>
    </w:p>
    <w:p>
      <w:r>
        <w:rPr>
          <w:b/>
        </w:rPr>
        <w:t xml:space="preserve">[21:45] </w:t>
      </w:r>
      <w:r>
        <w:t>to is aadmi ne jo is road par chal raha tha, is ne ghair zaroori taur par is</w:t>
      </w:r>
    </w:p>
    <w:p>
      <w:pPr>
        <w:jc w:val="right"/>
      </w:pPr>
      <w:r>
        <w:t>تو اس آدمی نے جو اس روڈ پر چل رہا تھا، اس نے غیر ضروری طور پر اس</w:t>
      </w:r>
    </w:p>
    <w:p>
      <w:r>
        <w:rPr>
          <w:b/>
        </w:rPr>
        <w:t xml:space="preserve">[21:49] </w:t>
      </w:r>
      <w:r>
        <w:t>ko apna dushman bana liya.</w:t>
      </w:r>
    </w:p>
    <w:p>
      <w:pPr>
        <w:jc w:val="right"/>
      </w:pPr>
      <w:r>
        <w:t>کو اپنا دشمن بنا لیا۔</w:t>
      </w:r>
    </w:p>
    <w:p>
      <w:r>
        <w:rPr>
          <w:b/>
        </w:rPr>
        <w:t xml:space="preserve">[21:53] </w:t>
      </w:r>
      <w:r>
        <w:t>jab is ko gaali dene laga aur zor zor se bolne laga, "yeh kar doonga, woh kar</w:t>
      </w:r>
    </w:p>
    <w:p>
      <w:pPr>
        <w:jc w:val="right"/>
      </w:pPr>
      <w:r>
        <w:t>جب اس کو گالی دینے لگا اور زور زور سے بولنے لگا، "یہ کر دوں گا، وہ کر</w:t>
      </w:r>
    </w:p>
    <w:p>
      <w:r>
        <w:rPr>
          <w:b/>
        </w:rPr>
        <w:t xml:space="preserve">[21:58] </w:t>
      </w:r>
      <w:r>
        <w:t>doonga" to is ka ghussa bhark utha, bhark utha.</w:t>
      </w:r>
    </w:p>
    <w:p>
      <w:pPr>
        <w:jc w:val="right"/>
      </w:pPr>
      <w:r>
        <w:t>دوں گا" تو اس کا غصہ بھڑک اٹھا، بھڑک اٹھا۔</w:t>
      </w:r>
    </w:p>
    <w:p>
      <w:r>
        <w:rPr>
          <w:b/>
        </w:rPr>
        <w:t xml:space="preserve">[22:02] </w:t>
      </w:r>
      <w:r>
        <w:t>to is ne abhi</w:t>
      </w:r>
    </w:p>
    <w:p>
      <w:pPr>
        <w:jc w:val="right"/>
      </w:pPr>
      <w:r>
        <w:t>تو اس نے ابھی</w:t>
      </w:r>
    </w:p>
    <w:p>
      <w:r>
        <w:rPr>
          <w:b/>
        </w:rPr>
        <w:t xml:space="preserve">[22:06] </w:t>
      </w:r>
      <w:r>
        <w:t>woh bhi, is ne jo karna tha, kiya is ne jo is ki bas mein tha, woh kiya is ne.</w:t>
      </w:r>
    </w:p>
    <w:p>
      <w:pPr>
        <w:jc w:val="right"/>
      </w:pPr>
      <w:r>
        <w:t>وہ بھی، اس نے جو کرنا تھا، کیا اس نے جو اس کی بس میں تھا، وہ کیا اس نے۔</w:t>
      </w:r>
    </w:p>
    <w:p>
      <w:r>
        <w:rPr>
          <w:b/>
        </w:rPr>
        <w:t xml:space="preserve">[22:12] </w:t>
      </w:r>
      <w:r>
        <w:t>to Khuda ne har insaan ke andar do faculty rakhi hai, ego ki aur consciousness ki.</w:t>
      </w:r>
    </w:p>
    <w:p>
      <w:pPr>
        <w:jc w:val="right"/>
      </w:pPr>
      <w:r>
        <w:t>تو خدا نے ہر انسان کے اندر دو فیکلٹی رکھی ہے، ایگو کی اور کانشینس کی۔</w:t>
      </w:r>
    </w:p>
    <w:p>
      <w:r>
        <w:rPr>
          <w:b/>
        </w:rPr>
        <w:t xml:space="preserve">[22:18] </w:t>
      </w:r>
      <w:r>
        <w:t>har aadmi ke andar, chahe woh chhota ho ya bada, black ho ya white, aurat ho ya mard,</w:t>
      </w:r>
    </w:p>
    <w:p>
      <w:pPr>
        <w:jc w:val="right"/>
      </w:pPr>
      <w:r>
        <w:t>ہر آدمی کے اندر، چاہے وہ چھوٹا ہو یا بڑا، بلیک ہو یا وائٹ، عورت ہو یا مرد،</w:t>
      </w:r>
    </w:p>
    <w:p>
      <w:r>
        <w:rPr>
          <w:b/>
        </w:rPr>
        <w:t xml:space="preserve">[22:24] </w:t>
      </w:r>
      <w:r>
        <w:t>yahan tak ke bachchon mein bhi hai.</w:t>
      </w:r>
    </w:p>
    <w:p>
      <w:pPr>
        <w:jc w:val="right"/>
      </w:pPr>
      <w:r>
        <w:t>یہاں تک کہ بچوں میں بھی ہے۔</w:t>
      </w:r>
    </w:p>
    <w:p>
      <w:r>
        <w:rPr>
          <w:b/>
        </w:rPr>
        <w:t xml:space="preserve">[22:30] </w:t>
      </w:r>
      <w:r>
        <w:t>to at the time of controversy, aap ke liye yeh mauqa hota hai ke dono mein</w:t>
      </w:r>
    </w:p>
    <w:p>
      <w:pPr>
        <w:jc w:val="right"/>
      </w:pPr>
      <w:r>
        <w:t>تو ایٹ دا ٹائم آف کنٹروورسی، آپ کے لیے یہ موقع ہوتا ہے کہ دونوں میں</w:t>
      </w:r>
    </w:p>
    <w:p>
      <w:r>
        <w:rPr>
          <w:b/>
        </w:rPr>
        <w:t xml:space="preserve">[22:36] </w:t>
      </w:r>
      <w:r>
        <w:t>se kis ko activate karen, aap nafs ammara ko ya nafs lawwama ko, ego ko ya consciousness ko.</w:t>
      </w:r>
    </w:p>
    <w:p>
      <w:pPr>
        <w:jc w:val="right"/>
      </w:pPr>
      <w:r>
        <w:t>سے کس کو ایکٹیویٹ کریں، آپ نفس امارہ کو یا نفس لوامہ کو، ایگو کو یا کانشینس کو۔</w:t>
      </w:r>
    </w:p>
    <w:p>
      <w:r>
        <w:rPr>
          <w:b/>
        </w:rPr>
        <w:t xml:space="preserve">[22:42] </w:t>
      </w:r>
      <w:r>
        <w:t>to aap jis ko activate karen ge, wohi aap ke hisse mein aaye ga.</w:t>
      </w:r>
    </w:p>
    <w:p>
      <w:pPr>
        <w:jc w:val="right"/>
      </w:pPr>
      <w:r>
        <w:t>تو آپ جس کو ایکٹیویٹ کریں گے، وہی آپ کے حصے میں آئے گا۔</w:t>
      </w:r>
    </w:p>
    <w:p>
      <w:r>
        <w:rPr>
          <w:b/>
        </w:rPr>
        <w:t xml:space="preserve">[22:48] </w:t>
      </w:r>
      <w:r>
        <w:t>dekhiye, main aap ko ek aur misaal deta hoon jo mere apne experience ki hai.</w:t>
      </w:r>
    </w:p>
    <w:p>
      <w:pPr>
        <w:jc w:val="right"/>
      </w:pPr>
      <w:r>
        <w:t>دیکھیے، میں آپ کو ایک اور مثال دیتا ہوں جو میرے اپنے ایکسپیرینس کی ہے۔</w:t>
      </w:r>
    </w:p>
    <w:p>
      <w:r>
        <w:rPr>
          <w:b/>
        </w:rPr>
        <w:t xml:space="preserve">[22:54] </w:t>
      </w:r>
      <w:r>
        <w:t>adam garh mera watan hai, wahan par main rehta tha.</w:t>
      </w:r>
    </w:p>
    <w:p>
      <w:pPr>
        <w:jc w:val="right"/>
      </w:pPr>
      <w:r>
        <w:t>آدم گڑھ میرا وطن ہے، وہاں پر میں رہتا تھا۔</w:t>
      </w:r>
    </w:p>
    <w:p>
      <w:r>
        <w:rPr>
          <w:b/>
        </w:rPr>
        <w:t xml:space="preserve">[23:00] </w:t>
      </w:r>
      <w:r>
        <w:t>pehle up mein adam ga</w:t>
      </w:r>
    </w:p>
    <w:p>
      <w:pPr>
        <w:jc w:val="right"/>
      </w:pPr>
      <w:r>
        <w:t>پہلے یو پی میں آدم گ</w:t>
      </w:r>
    </w:p>
    <w:p>
      <w:r>
        <w:rPr>
          <w:b/>
        </w:rPr>
        <w:t xml:space="preserve">[23:06] </w:t>
      </w:r>
      <w:r>
        <w:t>rh shehar hai, wahan par rehta tha main.</w:t>
      </w:r>
    </w:p>
    <w:p>
      <w:pPr>
        <w:jc w:val="right"/>
      </w:pPr>
      <w:r>
        <w:t>ڑھ شہر ہے، وہاں پر رہتا تھا میں۔</w:t>
      </w:r>
    </w:p>
    <w:p>
      <w:r>
        <w:rPr>
          <w:b/>
        </w:rPr>
        <w:t xml:space="preserve">[23:13] </w:t>
      </w:r>
      <w:r>
        <w:t>pehle jo mere bare bhai the, wahan par unhon ne ek ghar khareeda.</w:t>
      </w:r>
    </w:p>
    <w:p>
      <w:pPr>
        <w:jc w:val="right"/>
      </w:pPr>
      <w:r>
        <w:t>پہلے جو میرے بڑے بھائی تھے، وہاں پر انہوں نے ایک گھر خریدا۔</w:t>
      </w:r>
    </w:p>
    <w:p>
      <w:r>
        <w:rPr>
          <w:b/>
        </w:rPr>
        <w:t xml:space="preserve">[23:19] </w:t>
      </w:r>
      <w:r>
        <w:t>woh ghar jo tha, unhon ne jo khareeda to is ghar se mila hua ek hindu contractor ghar</w:t>
      </w:r>
    </w:p>
    <w:p>
      <w:pPr>
        <w:jc w:val="right"/>
      </w:pPr>
      <w:r>
        <w:t>وہ گھر جو تھا، انہوں نے جو خریدا تو اس گھر سے ملا ہوا ایک ہندو کنٹریکٹر گھر</w:t>
      </w:r>
    </w:p>
    <w:p>
      <w:r>
        <w:rPr>
          <w:b/>
        </w:rPr>
        <w:t xml:space="preserve">[23:25] </w:t>
      </w:r>
      <w:r>
        <w:t>tha, ek hindu jo contract ka kaam karte the, un ka ghar tha.</w:t>
      </w:r>
    </w:p>
    <w:p>
      <w:pPr>
        <w:jc w:val="right"/>
      </w:pPr>
      <w:r>
        <w:t>تھا، ایک ہندو جو کنٹریکٹ کا کام کرتے تھے، ان کا گھر تھا۔</w:t>
      </w:r>
    </w:p>
    <w:p>
      <w:r>
        <w:rPr>
          <w:b/>
        </w:rPr>
        <w:t xml:space="preserve">[23:32] </w:t>
      </w:r>
      <w:r>
        <w:t>aur dono ke beech mein ek land thi, khaali, dono ghar ke, dono ghar ke beech mein.</w:t>
      </w:r>
    </w:p>
    <w:p>
      <w:pPr>
        <w:jc w:val="right"/>
      </w:pPr>
      <w:r>
        <w:t>اور دونوں کے بیچ میں ایک لینڈ تھی، خالی، دونوں گھر کے، دونوں گھر کے بیچ میں۔</w:t>
      </w:r>
    </w:p>
    <w:p>
      <w:r>
        <w:rPr>
          <w:b/>
        </w:rPr>
        <w:t xml:space="preserve">[23:38] </w:t>
      </w:r>
      <w:r>
        <w:t>to hamare bhai yeh samajhte thay ke yeh land meri hai, yaani woh covered nahi thi, khuli thi, lekin hamare bhai ke ghar se mili hui thi. to unhone is ko kiya kiya ke wahan par unhone boundary wall banane lage, woh yaani ghar mein milane lage. to woh jo Hindu contractor thay, un ko aitraaz hua, unhone kaha ke yeh zameen meri hai. to hamare bhai ne kaha ke nahi, yeh zameen meri hai, jin se main</w:t>
      </w:r>
    </w:p>
    <w:p>
      <w:pPr>
        <w:jc w:val="right"/>
      </w:pPr>
      <w:r>
        <w:t>تو ہمارے بھائی یہ سمجھتے تھے کہ یہ لینڈ میری ہے، یعنی وہ کورڈ نہیں تھی، کھلی تھی، لیکن ہمارے بھائی کے گھر سے ملی ہوئی تھی۔ تو انہوں نے اس کو کیا کیا کہ وہاں پر انہوں نے باؤنڈری وال بنانے لگے، وہ یعنی گھر میں ملانے لگے۔ تو وہ جو ہندو کنٹریکٹر تھے، ان کو اعتراض ہوا، انہوں نے کہا کہ یہ زمین میری ہے۔ تو ہمارے بھائی نے کہا کہ نہیں، یہ زمین میری ہے، جن سے میں</w:t>
      </w:r>
    </w:p>
    <w:p>
      <w:r>
        <w:rPr>
          <w:b/>
        </w:rPr>
        <w:t xml:space="preserve">[24:08] </w:t>
      </w:r>
      <w:r>
        <w:t>ne khareeda hai, un se yeh baat cheet ho chuki hai.</w:t>
      </w:r>
    </w:p>
    <w:p>
      <w:pPr>
        <w:jc w:val="right"/>
      </w:pPr>
      <w:r>
        <w:t>نے خریدا ہے، ان سے یہ بات چیت ہو چکی ہے۔</w:t>
      </w:r>
    </w:p>
    <w:p>
      <w:r>
        <w:rPr>
          <w:b/>
        </w:rPr>
        <w:t xml:space="preserve">[24:12] </w:t>
      </w:r>
      <w:r>
        <w:t>to khair, is ke baad is ne kiya kiya ke hamare adam garh shehar mein un logon ke</w:t>
      </w:r>
    </w:p>
    <w:p>
      <w:pPr>
        <w:jc w:val="right"/>
      </w:pPr>
      <w:r>
        <w:t>تو خیر، اس کے بعد اس نے کیا کیا کہ ہمارے آدم گڑھ شہر میں ان لوگوں کے</w:t>
      </w:r>
    </w:p>
    <w:p>
      <w:r>
        <w:rPr>
          <w:b/>
        </w:rPr>
        <w:t xml:space="preserve">[24:17] </w:t>
      </w:r>
      <w:r>
        <w:t>paas gaya jo extremist hindu the, extremist hinduo ke paas gaya, un ko bharkaya ke ek musalman yahan</w:t>
      </w:r>
    </w:p>
    <w:p>
      <w:pPr>
        <w:jc w:val="right"/>
      </w:pPr>
      <w:r>
        <w:t>پاس گیا جو ایکسٹریمسٹ ہندو تھے، ایکسٹریمسٹ ہندوؤں کے پاس گیا، ان کو بھڑکایا کہ ایک مسلمان یہاں</w:t>
      </w:r>
    </w:p>
    <w:p>
      <w:r>
        <w:rPr>
          <w:b/>
        </w:rPr>
        <w:t xml:space="preserve">[24:21] </w:t>
      </w:r>
      <w:r>
        <w:t>par hai, is ne paisa kama liya hai aur yahan par pakistan banana chahta hai aur meri zameen</w:t>
      </w:r>
    </w:p>
    <w:p>
      <w:pPr>
        <w:jc w:val="right"/>
      </w:pPr>
      <w:r>
        <w:t>پر ہے، اس نے پیسہ کما لیا ہے اور یہاں پر پاکستان بنانا چاہتا ہے اور میری زمین</w:t>
      </w:r>
    </w:p>
    <w:p>
      <w:r>
        <w:rPr>
          <w:b/>
        </w:rPr>
        <w:t xml:space="preserve">[24:25] </w:t>
      </w:r>
      <w:r>
        <w:t>par hadap kar raha hai waghera waghera.</w:t>
      </w:r>
    </w:p>
    <w:p>
      <w:pPr>
        <w:jc w:val="right"/>
      </w:pPr>
      <w:r>
        <w:t>پر ہڑپ کر رہا ہے وغیرہ وغیرہ۔</w:t>
      </w:r>
    </w:p>
    <w:p>
      <w:r>
        <w:rPr>
          <w:b/>
        </w:rPr>
        <w:t xml:space="preserve">[24:30] </w:t>
      </w:r>
      <w:r>
        <w:t>to shehar ke extremist jo element the hinduo ke, un ko bharkaa kar ke ek din kiya hua</w:t>
      </w:r>
    </w:p>
    <w:p>
      <w:pPr>
        <w:jc w:val="right"/>
      </w:pPr>
      <w:r>
        <w:t>تو شہر کے ایکسٹریمسٹ جو ایلیمنٹ تھے ہندوؤں کے، ان کو بھڑکا کر کے ایک دن کیا ہوا</w:t>
      </w:r>
    </w:p>
    <w:p>
      <w:r>
        <w:rPr>
          <w:b/>
        </w:rPr>
        <w:t xml:space="preserve">[24:34] </w:t>
      </w:r>
      <w:r>
        <w:t>ke un ka ek</w:t>
      </w:r>
    </w:p>
    <w:p>
      <w:pPr>
        <w:jc w:val="right"/>
      </w:pPr>
      <w:r>
        <w:t>کہ ان کا ایک</w:t>
      </w:r>
    </w:p>
    <w:p>
      <w:r>
        <w:rPr>
          <w:b/>
        </w:rPr>
        <w:t xml:space="preserve">[24:39] </w:t>
      </w:r>
      <w:r>
        <w:t>ek mob yahan par aa jaye, aa gaya.</w:t>
      </w:r>
    </w:p>
    <w:p>
      <w:pPr>
        <w:jc w:val="right"/>
      </w:pPr>
      <w:r>
        <w:t>ایک موب یہاں پر آ جائے، آ گیا۔</w:t>
      </w:r>
    </w:p>
    <w:p>
      <w:r>
        <w:rPr>
          <w:b/>
        </w:rPr>
        <w:t xml:space="preserve">[24:43] </w:t>
      </w:r>
      <w:r>
        <w:t>hamare hamare bhai jo ghar tha, us ghar ke saamne jo road thi, us road par ek ek</w:t>
      </w:r>
    </w:p>
    <w:p>
      <w:pPr>
        <w:jc w:val="right"/>
      </w:pPr>
      <w:r>
        <w:t>ہمارے ہمارے بھائی جو گھر تھا، اس گھر کے سامنے جو روڈ تھی، اس روڈ پر ایک ایک</w:t>
      </w:r>
    </w:p>
    <w:p>
      <w:r>
        <w:rPr>
          <w:b/>
        </w:rPr>
        <w:t xml:space="preserve">[24:47] </w:t>
      </w:r>
      <w:r>
        <w:t>bheed akhatta ho gayi.</w:t>
      </w:r>
    </w:p>
    <w:p>
      <w:pPr>
        <w:jc w:val="right"/>
      </w:pPr>
      <w:r>
        <w:t>بھیڑ اکٹھا ہو گئی۔</w:t>
      </w:r>
    </w:p>
    <w:p>
      <w:r>
        <w:rPr>
          <w:b/>
        </w:rPr>
        <w:t xml:space="preserve">[24:51] </w:t>
      </w:r>
      <w:r>
        <w:t>ab wahan par nare lagne lage, yaani wohi situation jo aakhir mein kmler right ban jaate hain.</w:t>
      </w:r>
    </w:p>
    <w:p>
      <w:pPr>
        <w:jc w:val="right"/>
      </w:pPr>
      <w:r>
        <w:t>اب وہاں پر نعرے لگنے لگے، یعنی وہی سچویشن جو آخر میں کملر رائٹ بن جاتے ہیں۔</w:t>
      </w:r>
    </w:p>
    <w:p>
      <w:r>
        <w:rPr>
          <w:b/>
        </w:rPr>
        <w:t xml:space="preserve">[24:56] </w:t>
      </w:r>
      <w:r>
        <w:t>poora kmler right banne ka wahan saman maujood tha.</w:t>
      </w:r>
    </w:p>
    <w:p>
      <w:pPr>
        <w:jc w:val="right"/>
      </w:pPr>
      <w:r>
        <w:t>پورا کملر رائٹ بننے کا وہاں سامان موجود تھا۔</w:t>
      </w:r>
    </w:p>
    <w:p>
      <w:r>
        <w:rPr>
          <w:b/>
        </w:rPr>
        <w:t xml:space="preserve">[25:00] </w:t>
      </w:r>
      <w:r>
        <w:t>ab aap dekhiye, hamare bhai ke liye wahan par do choice tha.</w:t>
      </w:r>
    </w:p>
    <w:p>
      <w:pPr>
        <w:jc w:val="right"/>
      </w:pPr>
      <w:r>
        <w:t>اب آپ دیکھیے، ہمارے بھائی کے لیے وہاں پر دو چوائس تھا۔</w:t>
      </w:r>
    </w:p>
    <w:p>
      <w:r>
        <w:rPr>
          <w:b/>
        </w:rPr>
        <w:t xml:space="preserve">[25:04] </w:t>
      </w:r>
      <w:r>
        <w:t>ek choice tha ke un ke paas do gun th</w:t>
      </w:r>
    </w:p>
    <w:p>
      <w:pPr>
        <w:jc w:val="right"/>
      </w:pPr>
      <w:r>
        <w:t>ایک چوائس تھا کہ ان کے پاس دو گن تھ</w:t>
      </w:r>
    </w:p>
    <w:p>
      <w:r>
        <w:rPr>
          <w:b/>
        </w:rPr>
        <w:t xml:space="preserve">[25:09] </w:t>
      </w:r>
      <w:r>
        <w:t>in, do gun thin license ke saath.</w:t>
      </w:r>
    </w:p>
    <w:p>
      <w:pPr>
        <w:jc w:val="right"/>
      </w:pPr>
      <w:r>
        <w:t>یں، دو گن تھیں لائسنس کے ساتھ۔</w:t>
      </w:r>
    </w:p>
    <w:p>
      <w:r>
        <w:rPr>
          <w:b/>
        </w:rPr>
        <w:t xml:space="preserve">[25:13] </w:t>
      </w:r>
      <w:r>
        <w:t>ek shakal yeh thi ke woh apne ghar ke upar charh jaate aur wahan se fire karte, yaani</w:t>
      </w:r>
    </w:p>
    <w:p>
      <w:pPr>
        <w:jc w:val="right"/>
      </w:pPr>
      <w:r>
        <w:t>ایک شکل یہ تھی کہ وہ اپنے گھر کے اوپر چڑھ جاتے اور وہاں سے فائر کرتے، یعنی</w:t>
      </w:r>
    </w:p>
    <w:p>
      <w:r>
        <w:rPr>
          <w:b/>
        </w:rPr>
        <w:t xml:space="preserve">[25:17] </w:t>
      </w:r>
      <w:r>
        <w:t>ghar ke upar agar charh jaate, is ki balcony se woh fire kar sakte the, wahan par jo</w:t>
      </w:r>
    </w:p>
    <w:p>
      <w:pPr>
        <w:jc w:val="right"/>
      </w:pPr>
      <w:r>
        <w:t>گھر کے اوپر اگر چڑھ جاتے، اس کی بالکنی سے وہ فائر کر سکتے تھے، وہاں پر جو</w:t>
      </w:r>
    </w:p>
    <w:p>
      <w:r>
        <w:rPr>
          <w:b/>
        </w:rPr>
        <w:t xml:space="preserve">[25:21] </w:t>
      </w:r>
      <w:r>
        <w:t>mob khara hua hai road par.</w:t>
      </w:r>
    </w:p>
    <w:p>
      <w:pPr>
        <w:jc w:val="right"/>
      </w:pPr>
      <w:r>
        <w:t>ماب کھڑا ہوا ہے روڈ پر۔</w:t>
      </w:r>
    </w:p>
    <w:p>
      <w:r>
        <w:rPr>
          <w:b/>
        </w:rPr>
        <w:t xml:space="preserve">[25:26] </w:t>
      </w:r>
      <w:r>
        <w:t>to ek shakal yeh thi ke woh gun se jawab dene ki koshish karte ke hum disperse karna</w:t>
      </w:r>
    </w:p>
    <w:p>
      <w:pPr>
        <w:jc w:val="right"/>
      </w:pPr>
      <w:r>
        <w:t>تو ایک شکل یہ تھی کہ وہ گن سے جواب دینے کی کوشش کرتے کہ ہم ڈسپرس کرنا</w:t>
      </w:r>
    </w:p>
    <w:p>
      <w:r>
        <w:rPr>
          <w:b/>
        </w:rPr>
        <w:t xml:space="preserve">[25:30] </w:t>
      </w:r>
      <w:r>
        <w:t>hai, bhagana hai in ko, yeh log to jalaen phoonken ge.</w:t>
      </w:r>
    </w:p>
    <w:p>
      <w:pPr>
        <w:jc w:val="right"/>
      </w:pPr>
      <w:r>
        <w:t>ہے، بھگانا ہے ان کو، یہ لوگ تو جلائیں پھونکیں گے۔</w:t>
      </w:r>
    </w:p>
    <w:p>
      <w:r>
        <w:rPr>
          <w:b/>
        </w:rPr>
        <w:t xml:space="preserve">[25:34] </w:t>
      </w:r>
      <w:r>
        <w:t>ab to defence</w:t>
      </w:r>
    </w:p>
    <w:p>
      <w:pPr>
        <w:jc w:val="right"/>
      </w:pPr>
      <w:r>
        <w:t>اب تو ڈیفنس</w:t>
      </w:r>
    </w:p>
    <w:p>
      <w:r>
        <w:rPr>
          <w:b/>
        </w:rPr>
        <w:t xml:space="preserve">[25:39] </w:t>
      </w:r>
      <w:r>
        <w:t>ka waqt aa gaya hai, hamein kuch karna chahiye.</w:t>
      </w:r>
    </w:p>
    <w:p>
      <w:pPr>
        <w:jc w:val="right"/>
      </w:pPr>
      <w:r>
        <w:t>کا وقت آ گیا ہے، ہمیں کچھ کرنا چاہیے۔</w:t>
      </w:r>
    </w:p>
    <w:p>
      <w:r>
        <w:rPr>
          <w:b/>
        </w:rPr>
        <w:t xml:space="preserve">[25:44] </w:t>
      </w:r>
      <w:r>
        <w:t>yeh soch aati hai in ke andar.</w:t>
      </w:r>
    </w:p>
    <w:p>
      <w:pPr>
        <w:jc w:val="right"/>
      </w:pPr>
      <w:r>
        <w:t>یہ سوچ آتی ہے ان کے اندر۔</w:t>
      </w:r>
    </w:p>
    <w:p>
      <w:r>
        <w:rPr>
          <w:b/>
        </w:rPr>
        <w:t xml:space="preserve">[25:49] </w:t>
      </w:r>
      <w:r>
        <w:t>jaante hain kya hota? is ke baad cumler right hota hai, mahalla jalaya tha, shehar jalaya tha, bohat</w:t>
      </w:r>
    </w:p>
    <w:p>
      <w:pPr>
        <w:jc w:val="right"/>
      </w:pPr>
      <w:r>
        <w:t>جانتے ہیں کیا ہوتا؟ اس کے بعد کملر رائٹ ہوتا ہے، محلہ جلایا تھا، شہر جلایا تھا، بہت</w:t>
      </w:r>
    </w:p>
    <w:p>
      <w:r>
        <w:rPr>
          <w:b/>
        </w:rPr>
        <w:t xml:space="preserve">[25:54] </w:t>
      </w:r>
      <w:r>
        <w:t>se musalman is mein maare kaate jaate hain, jaisa ke hota hai.</w:t>
      </w:r>
    </w:p>
    <w:p>
      <w:pPr>
        <w:jc w:val="right"/>
      </w:pPr>
      <w:r>
        <w:t>سے مسلمان اس میں مارے کاٹے جاتے ہیں، جیسا کہ ہوتا ہے۔</w:t>
      </w:r>
    </w:p>
    <w:p>
      <w:r>
        <w:rPr>
          <w:b/>
        </w:rPr>
        <w:t xml:space="preserve">[25:59] </w:t>
      </w:r>
      <w:r>
        <w:t>cumler rights jo hue hain India mein bar bar, to cumler rights kis shakal poori bani hui thi?</w:t>
      </w:r>
    </w:p>
    <w:p>
      <w:pPr>
        <w:jc w:val="right"/>
      </w:pPr>
      <w:r>
        <w:t>کملر رائٹس جو ہوئے ہیں انڈیا میں بار بار، تو کملر رائٹس کس شکل پوری بنی ہوئی تھی؟</w:t>
      </w:r>
    </w:p>
    <w:p>
      <w:r>
        <w:rPr>
          <w:b/>
        </w:rPr>
        <w:t xml:space="preserve">[26:04] </w:t>
      </w:r>
      <w:r>
        <w:t>agar woh apna gun istemal kar ke un ko aur bharka dete, lekin unhon ne aisa nahi kiya,</w:t>
      </w:r>
    </w:p>
    <w:p>
      <w:pPr>
        <w:jc w:val="right"/>
      </w:pPr>
      <w:r>
        <w:t>اگر وہ اپنا گن استعمال کر کے ان کو اور بھڑکا دیتے، لیکن انہوں نے ایسا نہیں کیا،</w:t>
      </w:r>
    </w:p>
    <w:p>
      <w:r>
        <w:rPr>
          <w:b/>
        </w:rPr>
        <w:t xml:space="preserve">[26:09] </w:t>
      </w:r>
      <w:r>
        <w:t>gun le kar nahi nikle.</w:t>
      </w:r>
    </w:p>
    <w:p>
      <w:pPr>
        <w:jc w:val="right"/>
      </w:pPr>
      <w:r>
        <w:t>گن لے کر نہیں نکلے۔</w:t>
      </w:r>
    </w:p>
    <w:p>
      <w:r>
        <w:rPr>
          <w:b/>
        </w:rPr>
        <w:t xml:space="preserve">[26:13] </w:t>
      </w:r>
      <w:r>
        <w:t>woh is kamre, is ghar mein neeche un ka office tha, is mein woh maujood the.</w:t>
      </w:r>
    </w:p>
    <w:p>
      <w:pPr>
        <w:jc w:val="right"/>
      </w:pPr>
      <w:r>
        <w:t>وہ اس کمرے، اس گھر میں نیچے ان کا آفس تھا، اس میں وہ موجود تھے۔</w:t>
      </w:r>
    </w:p>
    <w:p>
      <w:r>
        <w:rPr>
          <w:b/>
        </w:rPr>
        <w:t xml:space="preserve">[26:18] </w:t>
      </w:r>
      <w:r>
        <w:t>to office se akele nikle, kisi ko saath bhi nahi liya unhon ne.</w:t>
      </w:r>
    </w:p>
    <w:p>
      <w:pPr>
        <w:jc w:val="right"/>
      </w:pPr>
      <w:r>
        <w:t>تو آفس سے اکیلے نکلے، کسی کو ساتھ بھی نہیں لیا انہوں نے۔</w:t>
      </w:r>
    </w:p>
    <w:p>
      <w:r>
        <w:rPr>
          <w:b/>
        </w:rPr>
        <w:t xml:space="preserve">[26:22] </w:t>
      </w:r>
      <w:r>
        <w:t>wahan aur bhi kai log the un ke office ke, akele nikle baghair kisi hathiyar, koi danda bhi</w:t>
      </w:r>
    </w:p>
    <w:p>
      <w:pPr>
        <w:jc w:val="right"/>
      </w:pPr>
      <w:r>
        <w:t>وہاں اور بھی کئی لوگ تھے ان کے آفس کے، اکیلے نکلے بغیر کسی ہتھیار، کوئی ڈنڈا بھی</w:t>
      </w:r>
    </w:p>
    <w:p>
      <w:r>
        <w:rPr>
          <w:b/>
        </w:rPr>
        <w:t xml:space="preserve">[26:27] </w:t>
      </w:r>
      <w:r>
        <w:t>haath mein nahi.</w:t>
      </w:r>
    </w:p>
    <w:p>
      <w:pPr>
        <w:jc w:val="right"/>
      </w:pPr>
      <w:r>
        <w:t>ہاتھ میں نہیں۔</w:t>
      </w:r>
    </w:p>
    <w:p>
      <w:r>
        <w:rPr>
          <w:b/>
        </w:rPr>
        <w:t xml:space="preserve">[26:31] </w:t>
      </w:r>
      <w:r>
        <w:t>road par aaye, unhon ne kya kiya? unhon ne sab se pehla sawal yeh kiya ke aap logon</w:t>
      </w:r>
    </w:p>
    <w:p>
      <w:pPr>
        <w:jc w:val="right"/>
      </w:pPr>
      <w:r>
        <w:t>روڈ پر آئے، انہوں نے کیا کیا؟ انہوں نے سب سے پہلا سوال یہ کیا کہ آپ لوگوں</w:t>
      </w:r>
    </w:p>
    <w:p>
      <w:r>
        <w:rPr>
          <w:b/>
        </w:rPr>
        <w:t xml:space="preserve">[26:36] </w:t>
      </w:r>
      <w:r>
        <w:t>ka leader kaun hai? kyunke dekhiye, yeh bhi yaad rakhiye</w:t>
      </w:r>
    </w:p>
    <w:p>
      <w:pPr>
        <w:jc w:val="right"/>
      </w:pPr>
      <w:r>
        <w:t>کا لیڈر کون ہے؟ کیونکہ دیکھیے، یہ بھی یاد رکھیے</w:t>
      </w:r>
    </w:p>
    <w:p>
      <w:r>
        <w:rPr>
          <w:b/>
        </w:rPr>
        <w:t xml:space="preserve">[26:40] </w:t>
      </w:r>
      <w:r>
        <w:t>ke mob se baat nahi kar sakte aap.</w:t>
      </w:r>
    </w:p>
    <w:p>
      <w:pPr>
        <w:jc w:val="right"/>
      </w:pPr>
      <w:r>
        <w:t>کہ ماب سے بات نہیں کر سکتے آپ۔</w:t>
      </w:r>
    </w:p>
    <w:p>
      <w:r>
        <w:rPr>
          <w:b/>
        </w:rPr>
        <w:t xml:space="preserve">[26:44] </w:t>
      </w:r>
      <w:r>
        <w:t>ek mob khara hua hai, crowd khara hua hai, us se kaise baat karen ge aap? to aap</w:t>
      </w:r>
    </w:p>
    <w:p>
      <w:pPr>
        <w:jc w:val="right"/>
      </w:pPr>
      <w:r>
        <w:t>ایک ماب کھڑا ہوا ہے، کراؤڈ کھڑا ہوا ہے، اس سے کیسے بات کریں گے آپ؟ تو آپ</w:t>
      </w:r>
    </w:p>
    <w:p>
      <w:r>
        <w:rPr>
          <w:b/>
        </w:rPr>
        <w:t xml:space="preserve">[26:48] </w:t>
      </w:r>
      <w:r>
        <w:t>ko chahiye ke us ke koi jo represent kar raha hai, us mob ko, us ko, us ko,</w:t>
      </w:r>
    </w:p>
    <w:p>
      <w:pPr>
        <w:jc w:val="right"/>
      </w:pPr>
      <w:r>
        <w:t>کو چاہیے کہ اس کے کوئی جو ریپریزنٹ کر رہا ہے، اس ماب کو، اس کو، اس کو،</w:t>
      </w:r>
    </w:p>
    <w:p>
      <w:r>
        <w:rPr>
          <w:b/>
        </w:rPr>
        <w:t xml:space="preserve">[26:51] </w:t>
      </w:r>
      <w:r>
        <w:t>us se baat karen.</w:t>
      </w:r>
    </w:p>
    <w:p>
      <w:pPr>
        <w:jc w:val="right"/>
      </w:pPr>
      <w:r>
        <w:t>اس سے بات کریں۔</w:t>
      </w:r>
    </w:p>
    <w:p>
      <w:r>
        <w:rPr>
          <w:b/>
        </w:rPr>
        <w:t xml:space="preserve">[26:55] </w:t>
      </w:r>
      <w:r>
        <w:t>yeh hai wisdom.</w:t>
      </w:r>
    </w:p>
    <w:p>
      <w:pPr>
        <w:jc w:val="right"/>
      </w:pPr>
      <w:r>
        <w:t>یہ ہے وزڈم۔</w:t>
      </w:r>
    </w:p>
    <w:p>
      <w:r>
        <w:rPr>
          <w:b/>
        </w:rPr>
        <w:t xml:space="preserve">[26:59] </w:t>
      </w:r>
      <w:r>
        <w:t>to unhon ne kaha ke aap ke aap ka leader kaun hai? to ek sahib the, un ka</w:t>
      </w:r>
    </w:p>
    <w:p>
      <w:pPr>
        <w:jc w:val="right"/>
      </w:pPr>
      <w:r>
        <w:t>تو انہوں نے کہا کہ آپ کے آپ کا لیڈر کون ہے؟ تو ایک صاحب تھے، ان کا</w:t>
      </w:r>
    </w:p>
    <w:p>
      <w:r>
        <w:rPr>
          <w:b/>
        </w:rPr>
        <w:t xml:space="preserve">[27:03] </w:t>
      </w:r>
      <w:r>
        <w:t>naam tha Mr. Sound, woh shayari bhi karte the aur wahan ke local leader the.</w:t>
      </w:r>
    </w:p>
    <w:p>
      <w:pPr>
        <w:jc w:val="right"/>
      </w:pPr>
      <w:r>
        <w:t>نام تھا مسٹر سونڈ، وہ شاعری بھی کرتے تھے اور وہاں کے لوکل لیڈر تھے۔</w:t>
      </w:r>
    </w:p>
    <w:p>
      <w:r>
        <w:rPr>
          <w:b/>
        </w:rPr>
        <w:t xml:space="preserve">[27:06] </w:t>
      </w:r>
      <w:r>
        <w:t>woh toh un ka naam tha</w:t>
      </w:r>
    </w:p>
    <w:p>
      <w:pPr>
        <w:jc w:val="right"/>
      </w:pPr>
      <w:r>
        <w:t>وہ تو ان کا نام تھا</w:t>
      </w:r>
    </w:p>
    <w:p>
      <w:r>
        <w:rPr>
          <w:b/>
        </w:rPr>
        <w:t xml:space="preserve">[27:10] </w:t>
      </w:r>
      <w:r>
        <w:t>Mr. Sond. woh samne aaye ke bataiye kya kehna hai aap ko? ab dekhiye, doosri aqalmandi unhone yeh ki ke wahan par baat nahi ki. wahan par jahan woh apne crowd ke sath khade hue hain, wahan normal tareeqe se aap baat nahi kar sakte. to Mr. Sond se unhone kaha ke aaiye, aap kamre mein aaiyega, abhi hum log baat kar lete hain. aur crowd ko kaha ke aap log thehriye, road par rahiye, aap log. to akele un ko kamre mein le gaye.</w:t>
      </w:r>
    </w:p>
    <w:p>
      <w:pPr>
        <w:jc w:val="right"/>
      </w:pPr>
      <w:r>
        <w:t>مسٹر سونڈ۔ وہ سامنے آئے کہ بتائیے کیا کہنا ہے آپ کو؟ اب دیکھیں، دوسری عقلمندی انہوں نے یہ کی کہ وہاں پر بات نہیں کی۔ وہاں پر جہاں وہ اپنے کراؤڈ کے ساتھ کھڑے ہوئے ہیں، وہاں نارمل طریقے سے آپ بات نہیں کر سکتے۔ تو مسٹر سونڈ سے انہوں نے کہا کہ آئیے، آپ کمرے میں آجائیے، ابھی ہم لوگ بات کر لیتے ہیں۔ اور کراؤڈ کو کہا کہ آپ لوگ ٹھہریے، روڈ پر رہیے، آپ لوگ۔ تو اکیلے ان کو کمرے میں لے گئے۔</w:t>
      </w:r>
    </w:p>
    <w:p>
      <w:r>
        <w:rPr>
          <w:b/>
        </w:rPr>
        <w:t xml:space="preserve">[27:40] </w:t>
      </w:r>
      <w:r>
        <w:t>poore mob se baat nahi kar sakte aap. aur mob ke andar jab leader khada ho, tab bhi baat nahi kar sakte aap. kyunke ego activate hota rahega. to unhone kiya kiya ke un ko le gaye apne kamre mein, wahan bithaya, bithaya, kursi par bithaya. khade aadmi ko aap bitha dein, tab bhi woh pacify ho jayega thoda sa. yaani hamare bhai ne aakhri had tak koshish ki ke un ka ego na bhadkne paye, balkeh con</w:t>
      </w:r>
    </w:p>
    <w:p>
      <w:pPr>
        <w:jc w:val="right"/>
      </w:pPr>
      <w:r>
        <w:t>پورے ماب سے بات نہیں کر سکتے آپ۔ اور ماب کے اندر جب لیڈر کھڑا ہو، تب بھی بات نہیں کر سکتے آپ۔ کیونکہ ایگو ایکٹیویٹ ہوتا رہے گا۔ تو انہوں نے کیا کیا کہ ان کو لے گئے اپنے کمرے میں، وہاں بٹھایا، بٹھایا، کرسی پر بٹھایا۔ کھڑے آدمی کو آپ بٹھا دیں، تب بھی وہ پیسیفائی ہو جائے گا تھوڑا سا۔ یعنی ہمارے بھائی نے آخری حد تک کوشش کی کہ ان کا ایگو نہ بھڑکنے پائے، بلکہ کان</w:t>
      </w:r>
    </w:p>
    <w:p>
      <w:r>
        <w:rPr>
          <w:b/>
        </w:rPr>
        <w:t xml:space="preserve">[28:10] </w:t>
      </w:r>
      <w:r>
        <w:t>shins jo hai, woh activate ho.</w:t>
      </w:r>
    </w:p>
    <w:p>
      <w:pPr>
        <w:jc w:val="right"/>
      </w:pPr>
      <w:r>
        <w:t>شینس جو ہے، وہ ایکٹیویٹ ہو۔</w:t>
      </w:r>
    </w:p>
    <w:p>
      <w:r>
        <w:rPr>
          <w:b/>
        </w:rPr>
        <w:t xml:space="preserve">[28:14] </w:t>
      </w:r>
      <w:r>
        <w:t>toh wahan bithaya unhon ne.</w:t>
      </w:r>
    </w:p>
    <w:p>
      <w:pPr>
        <w:jc w:val="right"/>
      </w:pPr>
      <w:r>
        <w:t>تو وہاں بٹھایا انہوں نے۔</w:t>
      </w:r>
    </w:p>
    <w:p>
      <w:r>
        <w:rPr>
          <w:b/>
        </w:rPr>
        <w:t xml:space="preserve">[28:19] </w:t>
      </w:r>
      <w:r>
        <w:t>is ke baad kaha ke mister sond, bataiye kya baat hai? toh unhon ne kaha ke aap hamare</w:t>
      </w:r>
    </w:p>
    <w:p>
      <w:pPr>
        <w:jc w:val="right"/>
      </w:pPr>
      <w:r>
        <w:t>اس کے بعد کہا کہ مسٹر سونڈ، بتائیے کیا بات ہے؟ تو انہوں نے کہا کہ آپ ہمارے</w:t>
      </w:r>
    </w:p>
    <w:p>
      <w:r>
        <w:rPr>
          <w:b/>
        </w:rPr>
        <w:t xml:space="preserve">[28:23] </w:t>
      </w:r>
      <w:r>
        <w:t>hindu bhai ka aap ki zameen par qabza kar rakha hai, aap ne.</w:t>
      </w:r>
    </w:p>
    <w:p>
      <w:pPr>
        <w:jc w:val="right"/>
      </w:pPr>
      <w:r>
        <w:t>ہندو بھائی کا آپ کی زمین پر قبضہ کر رکھا ہے، آپ نے۔</w:t>
      </w:r>
    </w:p>
    <w:p>
      <w:r>
        <w:rPr>
          <w:b/>
        </w:rPr>
        <w:t xml:space="preserve">[28:27] </w:t>
      </w:r>
      <w:r>
        <w:t>kaise aap ki himmat pari ke aap qabza kar lein us ko? toh hamare bhai bharke nahin.</w:t>
      </w:r>
    </w:p>
    <w:p>
      <w:pPr>
        <w:jc w:val="right"/>
      </w:pPr>
      <w:r>
        <w:t>کیسے آپ کی ہمت پڑی کہ آپ قبضہ کر لیں اس کو؟ تو ہمارے بھائی بھڑکے نہیں۔</w:t>
      </w:r>
    </w:p>
    <w:p>
      <w:r>
        <w:rPr>
          <w:b/>
        </w:rPr>
        <w:t xml:space="preserve">[28:32] </w:t>
      </w:r>
      <w:r>
        <w:t>bhadakte toh phir un ka ego jaag parta.</w:t>
      </w:r>
    </w:p>
    <w:p>
      <w:pPr>
        <w:jc w:val="right"/>
      </w:pPr>
      <w:r>
        <w:t>بھڑکتے تو پھر ان کا ایگو جاگ پڑتا۔</w:t>
      </w:r>
    </w:p>
    <w:p>
      <w:r>
        <w:rPr>
          <w:b/>
        </w:rPr>
        <w:t xml:space="preserve">[28:36] </w:t>
      </w:r>
      <w:r>
        <w:t>aakhri had tak koshish un ki yeh thi ke un ka consciousness jo hai, wahi</w:t>
      </w:r>
    </w:p>
    <w:p>
      <w:pPr>
        <w:jc w:val="right"/>
      </w:pPr>
      <w:r>
        <w:t>آخری حد تک کوشش ان کی یہ تھی کہ ان کا کانشینس جو ہے، وہی</w:t>
      </w:r>
    </w:p>
    <w:p>
      <w:r>
        <w:rPr>
          <w:b/>
        </w:rPr>
        <w:t xml:space="preserve">[28:40] </w:t>
      </w:r>
      <w:r>
        <w:t>address ho, ego na bhadke.</w:t>
      </w:r>
    </w:p>
    <w:p>
      <w:pPr>
        <w:jc w:val="right"/>
      </w:pPr>
      <w:r>
        <w:t>ایڈریس ہو، ایگو نہ بھڑکے۔</w:t>
      </w:r>
    </w:p>
    <w:p>
      <w:r>
        <w:rPr>
          <w:b/>
        </w:rPr>
        <w:t xml:space="preserve">[28:45] </w:t>
      </w:r>
      <w:r>
        <w:t>toh hamare bhai ne kaha ke dekhiye, mister sond, baat bohat simple hai.</w:t>
      </w:r>
    </w:p>
    <w:p>
      <w:pPr>
        <w:jc w:val="right"/>
      </w:pPr>
      <w:r>
        <w:t>تو ہمارے بھائی نے کہا کہ دیکھیے، مسٹر سونڈ، بات بہت سمپل ہے۔</w:t>
      </w:r>
    </w:p>
    <w:p>
      <w:r>
        <w:rPr>
          <w:b/>
        </w:rPr>
        <w:t xml:space="preserve">[28:50] </w:t>
      </w:r>
      <w:r>
        <w:t>dekhiye, koi bhi ghar ya property hoti hai paper par.</w:t>
      </w:r>
    </w:p>
    <w:p>
      <w:pPr>
        <w:jc w:val="right"/>
      </w:pPr>
      <w:r>
        <w:t>دیکھیے، کوئی بھی گھر یا پراپرٹی ہوتی ہے پیپر پر۔</w:t>
      </w:r>
    </w:p>
    <w:p>
      <w:r>
        <w:rPr>
          <w:b/>
        </w:rPr>
        <w:t xml:space="preserve">[28:55] </w:t>
      </w:r>
      <w:r>
        <w:t>yahan mein baitha hua baat bol raha hoon, yeh bhi ek paper par kahin kisi naqshe mein is</w:t>
      </w:r>
    </w:p>
    <w:p>
      <w:pPr>
        <w:jc w:val="right"/>
      </w:pPr>
      <w:r>
        <w:t>یہاں میں بیٹھا ہوا بات بول رہا ہوں، یہ بھی ایک پیپر پر کہیں کسی نقشے میں اس</w:t>
      </w:r>
    </w:p>
    <w:p>
      <w:r>
        <w:rPr>
          <w:b/>
        </w:rPr>
        <w:t xml:space="preserve">[29:00] </w:t>
      </w:r>
      <w:r>
        <w:t>ko locate kiya gaya hoga, is ka number hoga.</w:t>
      </w:r>
    </w:p>
    <w:p>
      <w:pPr>
        <w:jc w:val="right"/>
      </w:pPr>
      <w:r>
        <w:t>کو لوکیٹ کیا گیا ہوگا، اس کا نمبر ہوگا۔</w:t>
      </w:r>
    </w:p>
    <w:p>
      <w:r>
        <w:rPr>
          <w:b/>
        </w:rPr>
        <w:t xml:space="preserve">[29:05] </w:t>
      </w:r>
      <w:r>
        <w:t>toh ek un ka ghar jo hai ya property jo hai, paper par hoti hai.</w:t>
      </w:r>
    </w:p>
    <w:p>
      <w:pPr>
        <w:jc w:val="right"/>
      </w:pPr>
      <w:r>
        <w:t>تو ایک ان کا گھر جو ہے یا پراپرٹی جو ہے، پیپر پر ہوتی ہے۔</w:t>
      </w:r>
    </w:p>
    <w:p>
      <w:r>
        <w:rPr>
          <w:b/>
        </w:rPr>
        <w:t xml:space="preserve">[29:10] </w:t>
      </w:r>
      <w:r>
        <w:t>toh aap ke jo hindu contractor hain, un ke paas bhi paper honge.</w:t>
      </w:r>
    </w:p>
    <w:p>
      <w:pPr>
        <w:jc w:val="right"/>
      </w:pPr>
      <w:r>
        <w:t>تو آپ کے جو ہندو کنٹریکٹر ہیں، ان کے پاس بھی پیپر ہوں گے۔</w:t>
      </w:r>
    </w:p>
    <w:p>
      <w:r>
        <w:rPr>
          <w:b/>
        </w:rPr>
        <w:t xml:space="preserve">[29:16] </w:t>
      </w:r>
      <w:r>
        <w:t>aap un ke paper le lijiye.</w:t>
      </w:r>
    </w:p>
    <w:p>
      <w:pPr>
        <w:jc w:val="right"/>
      </w:pPr>
      <w:r>
        <w:t>آپ ان کے پیپر لے لیجئے۔</w:t>
      </w:r>
    </w:p>
    <w:p>
      <w:r>
        <w:rPr>
          <w:b/>
        </w:rPr>
        <w:t xml:space="preserve">[29:21] </w:t>
      </w:r>
      <w:r>
        <w:t>aur mere paas jo paper hain, woh mein aap ko de deta hoon.</w:t>
      </w:r>
    </w:p>
    <w:p>
      <w:pPr>
        <w:jc w:val="right"/>
      </w:pPr>
      <w:r>
        <w:t>اور میرے پاس جو پیپر ہیں، وہ میں آپ کو دے دیتا ہوں۔</w:t>
      </w:r>
    </w:p>
    <w:p>
      <w:r>
        <w:rPr>
          <w:b/>
        </w:rPr>
        <w:t xml:space="preserve">[29:26] </w:t>
      </w:r>
      <w:r>
        <w:t>donon paper le kar ke aap aaram se ghar chale jaiye.</w:t>
      </w:r>
    </w:p>
    <w:p>
      <w:pPr>
        <w:jc w:val="right"/>
      </w:pPr>
      <w:r>
        <w:t>دونوں پیپر لے کر کے آپ آرام سے گھر چلے جائیے۔</w:t>
      </w:r>
    </w:p>
    <w:p>
      <w:r>
        <w:rPr>
          <w:b/>
        </w:rPr>
        <w:t xml:space="preserve">[29:31] </w:t>
      </w:r>
      <w:r>
        <w:t>donon ko dekhiye.</w:t>
      </w:r>
    </w:p>
    <w:p>
      <w:pPr>
        <w:jc w:val="right"/>
      </w:pPr>
      <w:r>
        <w:t>دونوں کو دیکھیے۔</w:t>
      </w:r>
    </w:p>
    <w:p>
      <w:r>
        <w:rPr>
          <w:b/>
        </w:rPr>
        <w:t xml:space="preserve">[29:36] </w:t>
      </w:r>
      <w:r>
        <w:t>is ke baad aap jo faisla kar dein ge, jo aap ka judgment hoga,</w:t>
      </w:r>
    </w:p>
    <w:p>
      <w:pPr>
        <w:jc w:val="right"/>
      </w:pPr>
      <w:r>
        <w:t>اس کے بعد آپ جو فیصلہ کر دیں گے، جو آپ کا ججمنٹ ہوگا،</w:t>
      </w:r>
    </w:p>
    <w:p>
      <w:r>
        <w:rPr>
          <w:b/>
        </w:rPr>
        <w:t xml:space="preserve">[29:41] </w:t>
      </w:r>
      <w:r>
        <w:t>main in advance yeh kehta hoon aap se ke main is ko maan loonga, without any further controversy. to Mr. Sond bohat khush ho gaye ke unhone hamein bhi judge bana diya. to bahar nikle woh, hamare bhai ke paper le kar ke. kaha ke crowd se unhone kaha ke dekho bhai, Khan sahib to hamein hi ko unhone judge bana diya, apna pa</w:t>
      </w:r>
    </w:p>
    <w:p>
      <w:pPr>
        <w:jc w:val="right"/>
      </w:pPr>
      <w:r>
        <w:t>میں ان ایڈوانس یہ کہتا ہوں آپ سے کہ میں اس کو مان لوں گا، ودا آؤٹ اینی فردر کنٹروورسی۔ تو مسٹر سونڈ بہت خوش ہو گئے کہ انہوں نے ہمیں بھی جج بنا دیا۔ تو باہر نکلے وہ، ہمارے بھائی کے پیپر لے کر کے۔ کہا کہ کراؤڈ سے انہوں نے کہا کہ دیکھو بھائی، خان صاحب تو ہمیں ہی کو انہوں نے جج بنا دیا، اپنا پی</w:t>
      </w:r>
    </w:p>
    <w:p>
      <w:r>
        <w:rPr>
          <w:b/>
        </w:rPr>
        <w:t xml:space="preserve">[30:11] </w:t>
      </w:r>
      <w:r>
        <w:t>par unhon ne de diya hai, ab humein un se paper le lena hai.</w:t>
      </w:r>
    </w:p>
    <w:p>
      <w:pPr>
        <w:jc w:val="right"/>
      </w:pPr>
      <w:r>
        <w:t>پر انہوں نے دے دیا ہے، اب ہمیں ان سے پیپر لے لینا ہے۔</w:t>
      </w:r>
    </w:p>
    <w:p>
      <w:r>
        <w:rPr>
          <w:b/>
        </w:rPr>
        <w:t xml:space="preserve">[30:16] </w:t>
      </w:r>
      <w:r>
        <w:t>aur hum woh kehte hain ke jo aap judgment de dein, usi ko hum maan lein ge.</w:t>
      </w:r>
    </w:p>
    <w:p>
      <w:pPr>
        <w:jc w:val="right"/>
      </w:pPr>
      <w:r>
        <w:t>اور ہم وہ کہتے ہیں کہ جو آپ ججمنٹ دے دیں، اسی کو ہم مان لیں گے۔</w:t>
      </w:r>
    </w:p>
    <w:p>
      <w:r>
        <w:rPr>
          <w:b/>
        </w:rPr>
        <w:t xml:space="preserve">[30:21] </w:t>
      </w:r>
      <w:r>
        <w:t>toh crowd bhi pacify ho gaya, woh bhi pacify ho gaye, ab chale gaye.</w:t>
      </w:r>
    </w:p>
    <w:p>
      <w:pPr>
        <w:jc w:val="right"/>
      </w:pPr>
      <w:r>
        <w:t>تو کراؤڈ بھی پیسیفائی ہو گیا، وہ بھی پیسیفائی ہو گئے، اب چلے گئے۔</w:t>
      </w:r>
    </w:p>
    <w:p>
      <w:r>
        <w:rPr>
          <w:b/>
        </w:rPr>
        <w:t xml:space="preserve">[30:26] </w:t>
      </w:r>
      <w:r>
        <w:t>ab do chaar din unhon ne donon paper ko dekha.</w:t>
      </w:r>
    </w:p>
    <w:p>
      <w:pPr>
        <w:jc w:val="right"/>
      </w:pPr>
      <w:r>
        <w:t>اب دو چار دن انہوں نے دونوں پیپر کو دیکھا۔</w:t>
      </w:r>
    </w:p>
    <w:p>
      <w:r>
        <w:rPr>
          <w:b/>
        </w:rPr>
        <w:t xml:space="preserve">[30:31] </w:t>
      </w:r>
      <w:r>
        <w:t>aur dekhne ke baad kya hua? unhon ne paya ke is mein hamare bhai ki koi ghalti nahin</w:t>
      </w:r>
    </w:p>
    <w:p>
      <w:pPr>
        <w:jc w:val="right"/>
      </w:pPr>
      <w:r>
        <w:t>اور دیکھنے کے بعد کیا ہوا؟ انہوں نے پایا کہ اس میں ہمارے بھائی کی کوئی غلطی نہیں</w:t>
      </w:r>
    </w:p>
    <w:p>
      <w:r>
        <w:rPr>
          <w:b/>
        </w:rPr>
        <w:t xml:space="preserve">[30:36] </w:t>
      </w:r>
      <w:r>
        <w:t>hai, ghalti unhi ki hai.</w:t>
      </w:r>
    </w:p>
    <w:p>
      <w:pPr>
        <w:jc w:val="right"/>
      </w:pPr>
      <w:r>
        <w:t>ہے، غلطی انہی کی ہے۔</w:t>
      </w:r>
    </w:p>
    <w:p>
      <w:r>
        <w:rPr>
          <w:b/>
        </w:rPr>
        <w:t xml:space="preserve">[30:41] </w:t>
      </w:r>
      <w:r>
        <w:t>وہ خوامخواہ کلیم کر رہے ہیں ایک ایسی چیز کا جو according to the paper ان کی نہیں ہے۔</w:t>
      </w:r>
    </w:p>
    <w:p>
      <w:pPr>
        <w:jc w:val="right"/>
      </w:pPr>
      <w:r>
        <w:t>وہ خوامخواہ کلیم کر رہے ہیں ایک ایسی چیز کا جو اکارڈنگ ٹو دا پیپر ان کی نہیں ہے۔</w:t>
      </w:r>
    </w:p>
    <w:p>
      <w:r>
        <w:rPr>
          <w:b/>
        </w:rPr>
        <w:t xml:space="preserve">[30:47] </w:t>
      </w:r>
      <w:r>
        <w:t>to Mr. Sound ne hundred percent is zameen ke bare mein faisla de diya ke yeh zameen Mr.</w:t>
      </w:r>
    </w:p>
    <w:p>
      <w:pPr>
        <w:jc w:val="right"/>
      </w:pPr>
      <w:r>
        <w:t>تو مسٹر سونڈ نے ہنڈرڈ پرسنٹ اس زمین کے بارے میں فیصلہ دے دیا کہ یہ زمین مسٹر</w:t>
      </w:r>
    </w:p>
    <w:p>
      <w:r>
        <w:rPr>
          <w:b/>
        </w:rPr>
        <w:t xml:space="preserve">[30:53] </w:t>
      </w:r>
      <w:r>
        <w:t>Khan ki hai. Hundred percent.</w:t>
      </w:r>
    </w:p>
    <w:p>
      <w:pPr>
        <w:jc w:val="right"/>
      </w:pPr>
      <w:r>
        <w:t>خان کی ہے۔ ہنڈرڈ پرسنٹ۔</w:t>
      </w:r>
    </w:p>
    <w:p>
      <w:r>
        <w:rPr>
          <w:b/>
        </w:rPr>
        <w:t xml:space="preserve">[30:59] </w:t>
      </w:r>
      <w:r>
        <w:t>Abhi bhi koi ja kar dekh sakta hai ke nine badar ka road par jo ghar hai, us</w:t>
      </w:r>
    </w:p>
    <w:p>
      <w:pPr>
        <w:jc w:val="right"/>
      </w:pPr>
      <w:r>
        <w:t>ابھی بھی کوئی جا کر دیکھ سکتا ہے کہ نائن بدر کا روڈ پر جو گھر ہے، اس</w:t>
      </w:r>
    </w:p>
    <w:p>
      <w:r>
        <w:rPr>
          <w:b/>
        </w:rPr>
        <w:t xml:space="preserve">[31:05] </w:t>
      </w:r>
      <w:r>
        <w:t>ke peechay aik bari si zameen jo hai, us par boundary kar ke banai hui hai, wahan par kuch</w:t>
      </w:r>
    </w:p>
    <w:p>
      <w:pPr>
        <w:jc w:val="right"/>
      </w:pPr>
      <w:r>
        <w:t>کے پیچھے ایک بڑی سی زمین جو ہے، اس پر باؤنڈری کر کے بنائی ہوئی ہے، وہاں پر کچھ</w:t>
      </w:r>
    </w:p>
    <w:p>
      <w:r>
        <w:rPr>
          <w:b/>
        </w:rPr>
        <w:t xml:space="preserve">[31:12] </w:t>
      </w:r>
      <w:r>
        <w:t>phool pata lagaya hua hai, aise hi khuli hai woh.</w:t>
      </w:r>
    </w:p>
    <w:p>
      <w:pPr>
        <w:jc w:val="right"/>
      </w:pPr>
      <w:r>
        <w:t>پھول پتہ لگایا ہوا ہے، ایسے ہی کھلی ہے وہ۔</w:t>
      </w:r>
    </w:p>
    <w:p>
      <w:r>
        <w:rPr>
          <w:b/>
        </w:rPr>
        <w:t xml:space="preserve">[31:17] </w:t>
      </w:r>
      <w:r>
        <w:t>Abhi bhi ja kar koi dekh sakta hai.</w:t>
      </w:r>
    </w:p>
    <w:p>
      <w:pPr>
        <w:jc w:val="right"/>
      </w:pPr>
      <w:r>
        <w:t>ابھی بھی جا کر کوئی دیکھ سکتا ہے۔</w:t>
      </w:r>
    </w:p>
    <w:p>
      <w:r>
        <w:rPr>
          <w:b/>
        </w:rPr>
        <w:t xml:space="preserve">[31:22] </w:t>
      </w:r>
      <w:r>
        <w:t>Aur woh Mr. Sound ke faisle se hamare bhai ko mili thi.</w:t>
      </w:r>
    </w:p>
    <w:p>
      <w:pPr>
        <w:jc w:val="right"/>
      </w:pPr>
      <w:r>
        <w:t>اور وہ مسٹر سونڈ کے فیصلے سے ہمارے بھائی کو ملی تھی۔</w:t>
      </w:r>
    </w:p>
    <w:p>
      <w:r>
        <w:rPr>
          <w:b/>
        </w:rPr>
        <w:t xml:space="preserve">[31:27] </w:t>
      </w:r>
      <w:r>
        <w:t>Yeh hai dekhiye, is mein kya sabak hai? Agar hamare bhai gun chalate to woh crowd ka ego</w:t>
      </w:r>
    </w:p>
    <w:p>
      <w:pPr>
        <w:jc w:val="right"/>
      </w:pPr>
      <w:r>
        <w:t>یہ ہے دیکھیے، اس میں کیا سبق ہے؟ اگر ہمارے بھائی گن چلاتے تو وہ کراؤڈ کا ایگو</w:t>
      </w:r>
    </w:p>
    <w:p>
      <w:r>
        <w:rPr>
          <w:b/>
        </w:rPr>
        <w:t xml:space="preserve">[31:32] </w:t>
      </w:r>
      <w:r>
        <w:t>jaag parta, jo kehte hain Hindi mein ahankar.</w:t>
      </w:r>
    </w:p>
    <w:p>
      <w:pPr>
        <w:jc w:val="right"/>
      </w:pPr>
      <w:r>
        <w:t>جاگ پڑتا، جو کہتے ہیں ہندی میں اہنکار۔</w:t>
      </w:r>
    </w:p>
    <w:p>
      <w:r>
        <w:rPr>
          <w:b/>
        </w:rPr>
        <w:t xml:space="preserve">[31:37] </w:t>
      </w:r>
      <w:r>
        <w:t>Yaani gun chalate ya gun</w:t>
      </w:r>
    </w:p>
    <w:p>
      <w:pPr>
        <w:jc w:val="right"/>
      </w:pPr>
      <w:r>
        <w:t>یعنی گن چلاتے یا گ</w:t>
      </w:r>
    </w:p>
    <w:p>
      <w:r>
        <w:rPr>
          <w:b/>
        </w:rPr>
        <w:t xml:space="preserve">[31:42] </w:t>
      </w:r>
      <w:r>
        <w:t>na chalate, ja ja kar bura bhala kehte, shor machate, gaali dete, tab bhi unka ahankar</w:t>
      </w:r>
    </w:p>
    <w:p>
      <w:pPr>
        <w:jc w:val="right"/>
      </w:pPr>
      <w:r>
        <w:t>ن نہ چلاتے، جا جا کر برا بھلا کہتے، شور مچاتے، گالی دیتے، تب بھی ان کا اہنکار</w:t>
      </w:r>
    </w:p>
    <w:p>
      <w:r>
        <w:rPr>
          <w:b/>
        </w:rPr>
        <w:t xml:space="preserve">[31:46] </w:t>
      </w:r>
      <w:r>
        <w:t>jaagta, unka ego jaagta.</w:t>
      </w:r>
    </w:p>
    <w:p>
      <w:pPr>
        <w:jc w:val="right"/>
      </w:pPr>
      <w:r>
        <w:t>جاگتا، ان کا ایگو جاگتا۔</w:t>
      </w:r>
    </w:p>
    <w:p>
      <w:r>
        <w:rPr>
          <w:b/>
        </w:rPr>
        <w:t xml:space="preserve">[31:50] </w:t>
      </w:r>
      <w:r>
        <w:t>Lekin unhon ne aisa nahi kiya.</w:t>
      </w:r>
    </w:p>
    <w:p>
      <w:pPr>
        <w:jc w:val="right"/>
      </w:pPr>
      <w:r>
        <w:t>لیکن انہوں نے ایسا نہیں کیا۔</w:t>
      </w:r>
    </w:p>
    <w:p>
      <w:r>
        <w:rPr>
          <w:b/>
        </w:rPr>
        <w:t xml:space="preserve">[31:55] </w:t>
      </w:r>
      <w:r>
        <w:t>Bohat hi beautiful tareeqe se unhon ne unke samne yeh rakh diya ke aap faisla kar</w:t>
      </w:r>
    </w:p>
    <w:p>
      <w:pPr>
        <w:jc w:val="right"/>
      </w:pPr>
      <w:r>
        <w:t>بہت ہی بیوٹی فل طریقے سے انہوں نے ان کے سامنے یہ رکھ دیا کہ آپ فیصلہ کر</w:t>
      </w:r>
    </w:p>
    <w:p>
      <w:r>
        <w:rPr>
          <w:b/>
        </w:rPr>
        <w:t xml:space="preserve">[31:59] </w:t>
      </w:r>
      <w:r>
        <w:t>dijiye, paper dekh kar ke.</w:t>
      </w:r>
    </w:p>
    <w:p>
      <w:pPr>
        <w:jc w:val="right"/>
      </w:pPr>
      <w:r>
        <w:t>دیجئے، پیپر دیکھ کر کے۔</w:t>
      </w:r>
    </w:p>
    <w:p>
      <w:r>
        <w:rPr>
          <w:b/>
        </w:rPr>
        <w:t xml:space="preserve">[32:03] </w:t>
      </w:r>
      <w:r>
        <w:t>اب hundred percent ان کا conscience جاگ پڑا۔</w:t>
      </w:r>
    </w:p>
    <w:p>
      <w:pPr>
        <w:jc w:val="right"/>
      </w:pPr>
      <w:r>
        <w:t>اب ہنڈرڈ پرسنٹ ان کا کانشینس جاگ پڑا۔</w:t>
      </w:r>
    </w:p>
    <w:p>
      <w:r>
        <w:rPr>
          <w:b/>
        </w:rPr>
        <w:t xml:space="preserve">[32:08] </w:t>
      </w:r>
      <w:r>
        <w:t>Aur yaad rakhiye, jab bhi aap kisi ke consciousness ko jagayenge to</w:t>
      </w:r>
    </w:p>
    <w:p>
      <w:pPr>
        <w:jc w:val="right"/>
      </w:pPr>
      <w:r>
        <w:t>اور یاد رکھیے، جب بھی آپ کسی کے کانشینس کو جگائیں گے تو</w:t>
      </w:r>
    </w:p>
    <w:p>
      <w:r>
        <w:rPr>
          <w:b/>
        </w:rPr>
        <w:t xml:space="preserve">[32:12] </w:t>
      </w:r>
      <w:r>
        <w:t>faisla aap ke haq mein hoga.</w:t>
      </w:r>
    </w:p>
    <w:p>
      <w:pPr>
        <w:jc w:val="right"/>
      </w:pPr>
      <w:r>
        <w:t>فیصلہ آپ کے حق میں ہوگا۔</w:t>
      </w:r>
    </w:p>
    <w:p>
      <w:r>
        <w:rPr>
          <w:b/>
        </w:rPr>
        <w:t xml:space="preserve">[32:17] </w:t>
      </w:r>
      <w:r>
        <w:t>Aur agar aap kisi ego ko jagayenge to faisla aap ke khilaf chala jayega.</w:t>
      </w:r>
    </w:p>
    <w:p>
      <w:pPr>
        <w:jc w:val="right"/>
      </w:pPr>
      <w:r>
        <w:t>اور اگر آپ کسی ایگو کو جگائیں گے تو فیصلہ آپ کے خلاف چلا جائے گا۔</w:t>
      </w:r>
    </w:p>
    <w:p>
      <w:r>
        <w:rPr>
          <w:b/>
        </w:rPr>
        <w:t xml:space="preserve">[32:22] </w:t>
      </w:r>
      <w:r>
        <w:t>Yahi duniya mein ho raha hai.</w:t>
      </w:r>
    </w:p>
    <w:p>
      <w:pPr>
        <w:jc w:val="right"/>
      </w:pPr>
      <w:r>
        <w:t>یہی دنیا میں ہو رہا ہے۔</w:t>
      </w:r>
    </w:p>
    <w:p>
      <w:r>
        <w:rPr>
          <w:b/>
        </w:rPr>
        <w:t xml:space="preserve">[32:28] </w:t>
      </w:r>
      <w:r>
        <w:t>Chahay ghar ka mamla ho ya mohalle aur colony ka mamla ho, ab poore nation ka mamla, balkay</w:t>
      </w:r>
    </w:p>
    <w:p>
      <w:pPr>
        <w:jc w:val="right"/>
      </w:pPr>
      <w:r>
        <w:t>چاہے گھر کا معاملہ ہو یا محلے اور کالونی کا معاملہ ہو، اب پورے نیشن کا معاملہ، بلکہ</w:t>
      </w:r>
    </w:p>
    <w:p>
      <w:r>
        <w:rPr>
          <w:b/>
        </w:rPr>
        <w:t xml:space="preserve">[32:33] </w:t>
      </w:r>
      <w:r>
        <w:t>international jo duniya hai, kahin bhi yahi yahi chal raha hai.</w:t>
      </w:r>
    </w:p>
    <w:p>
      <w:pPr>
        <w:jc w:val="right"/>
      </w:pPr>
      <w:r>
        <w:t>انٹرنیشنل جو دنیا ہے، کہیں بھی یہی یہی چل رہا ہے۔</w:t>
      </w:r>
    </w:p>
    <w:p>
      <w:r>
        <w:rPr>
          <w:b/>
        </w:rPr>
        <w:t xml:space="preserve">[32:38] </w:t>
      </w:r>
      <w:r>
        <w:t>Jab bhi koi aadmi aqalmandi se kaam leta hai</w:t>
      </w:r>
    </w:p>
    <w:p>
      <w:pPr>
        <w:jc w:val="right"/>
      </w:pPr>
      <w:r>
        <w:t>جب بھی کوئی آدمی عقلمندی سے کام لیتا ہے</w:t>
      </w:r>
    </w:p>
    <w:p>
      <w:r>
        <w:rPr>
          <w:b/>
        </w:rPr>
        <w:t xml:space="preserve">[32:43] </w:t>
      </w:r>
      <w:r>
        <w:t>aur consciousness ko activate karta hai to kya hota hai? Judgement us ke favor mein aata hai.</w:t>
      </w:r>
    </w:p>
    <w:p>
      <w:pPr>
        <w:jc w:val="right"/>
      </w:pPr>
      <w:r>
        <w:t>اور کانشینس کو ایکٹیویٹ کرتا ہے تو کیا ہوتا ہے؟ ججمنٹ اس کے فیور میں آتا ہے۔</w:t>
      </w:r>
    </w:p>
    <w:p>
      <w:r>
        <w:rPr>
          <w:b/>
        </w:rPr>
        <w:t xml:space="preserve">[32:50] </w:t>
      </w:r>
      <w:r>
        <w:t>Aur jab bhi aadmi yeh karta hai ke us ke ego ko bharkata hai to judgement us ke</w:t>
      </w:r>
    </w:p>
    <w:p>
      <w:pPr>
        <w:jc w:val="right"/>
      </w:pPr>
      <w:r>
        <w:t>اور جب بھی آدمی یہ کرتا ہے کہ اس کے ایگو کو بھڑکاتا ہے تو ججمنٹ اس کے</w:t>
      </w:r>
    </w:p>
    <w:p>
      <w:r>
        <w:rPr>
          <w:b/>
        </w:rPr>
        <w:t xml:space="preserve">[32:56] </w:t>
      </w:r>
      <w:r>
        <w:t>khilaf chala jata hai.</w:t>
      </w:r>
    </w:p>
    <w:p>
      <w:pPr>
        <w:jc w:val="right"/>
      </w:pPr>
      <w:r>
        <w:t>خلاف چلا جاتا ہے۔</w:t>
      </w:r>
    </w:p>
    <w:p>
      <w:r>
        <w:rPr>
          <w:b/>
        </w:rPr>
        <w:t xml:space="preserve">[33:02] </w:t>
      </w:r>
      <w:r>
        <w:t>to yeh hai sara mamla.</w:t>
      </w:r>
    </w:p>
    <w:p>
      <w:pPr>
        <w:jc w:val="right"/>
      </w:pPr>
      <w:r>
        <w:t>تو یہ ہے سارا معاملہ۔</w:t>
      </w:r>
    </w:p>
    <w:p>
      <w:r>
        <w:rPr>
          <w:b/>
        </w:rPr>
        <w:t xml:space="preserve">[33:09] </w:t>
      </w:r>
      <w:r>
        <w:t>is mamle mein dekhiye, aap ko khuda ki duniya mein rehna hai,</w:t>
      </w:r>
    </w:p>
    <w:p>
      <w:pPr>
        <w:jc w:val="right"/>
      </w:pPr>
      <w:r>
        <w:t>اس معاملے میں دیکھیے، آپ کو خدا کی دنیا میں رہنا ہے،</w:t>
      </w:r>
    </w:p>
    <w:p>
      <w:r>
        <w:rPr>
          <w:b/>
        </w:rPr>
        <w:t xml:space="preserve">[33:15] </w:t>
      </w:r>
      <w:r>
        <w:t>society mein rehna hai. aap ko jaanna chahiye ke insaan ke baare mein Khuda ki apni creation kya hai? Khuda ne jo jo jo creation to Khuda ka hai, Khuda ne create kiya hai. to Khuda ka apna jo creation hai, woh kya hai? woh yahi hai ke hamare koi koi choice nahi hai. aisa nahi ke hum ne apni choice se ego rakh liya aur idhar consciousness rakh liya. aisa to k</w:t>
      </w:r>
    </w:p>
    <w:p>
      <w:pPr>
        <w:jc w:val="right"/>
      </w:pPr>
      <w:r>
        <w:t>سوسائٹی میں رہنا ہے۔ آپ کو جاننا چاہیے کہ انسان کے بارے میں خدا کی اپنی تخلیق کیا ہے؟ خدا نے جو جو جو کریشن تو خدا کا ہے، خدا نے کریٹ کیا ہے۔ تو خدا کا اپنا جو کریشن ہے، وہ کیا ہے؟ وہ یہی ہے کہ ہمارے کوئی کوئی چوائس نہیں ہے۔ ایسا نہیں کہ ہم نے اپنی چوائس سے ایگو رکھ لیا اور ادھر کانشینس رکھ لیا۔ ایسا تو ک</w:t>
      </w:r>
    </w:p>
    <w:p>
      <w:r>
        <w:rPr>
          <w:b/>
        </w:rPr>
        <w:t xml:space="preserve">[33:45] </w:t>
      </w:r>
      <w:r>
        <w:t>chha bhi nahin hai.</w:t>
      </w:r>
    </w:p>
    <w:p>
      <w:pPr>
        <w:jc w:val="right"/>
      </w:pPr>
      <w:r>
        <w:t>چھ بھی نہیں ہے۔</w:t>
      </w:r>
    </w:p>
    <w:p>
      <w:r>
        <w:rPr>
          <w:b/>
        </w:rPr>
        <w:t xml:space="preserve">[33:51] </w:t>
      </w:r>
      <w:r>
        <w:t>hum ne apni choice se na to ego rakha apne andar, na apni choice se apne andar consciousness rakha.</w:t>
      </w:r>
    </w:p>
    <w:p>
      <w:pPr>
        <w:jc w:val="right"/>
      </w:pPr>
      <w:r>
        <w:t>ہم نے اپنی چوائس سے نہ تو ایگو رکھا اپنے اندر، نہ اپنی چوائس سے اپنے اندر کانشینس رکھا۔</w:t>
      </w:r>
    </w:p>
    <w:p>
      <w:r>
        <w:rPr>
          <w:b/>
        </w:rPr>
        <w:t xml:space="preserve">[33:57] </w:t>
      </w:r>
      <w:r>
        <w:t>yeh dono cheezein khuda ki taraf se hain.</w:t>
      </w:r>
    </w:p>
    <w:p>
      <w:pPr>
        <w:jc w:val="right"/>
      </w:pPr>
      <w:r>
        <w:t>یہ دونوں چیزیں خدا کی طرف سے ہیں۔</w:t>
      </w:r>
    </w:p>
    <w:p>
      <w:r>
        <w:rPr>
          <w:b/>
        </w:rPr>
        <w:t xml:space="preserve">[34:03] </w:t>
      </w:r>
      <w:r>
        <w:t>to khuda ke naqshe ko samajh kar duniya mein zindagi guzarein aap to hamesha aap kamyab rahenge.</w:t>
      </w:r>
    </w:p>
    <w:p>
      <w:pPr>
        <w:jc w:val="right"/>
      </w:pPr>
      <w:r>
        <w:t>تو خدا کے نقشے کو سمجھ کر دنیا میں زندگی گزاریں آپ تو ہمیشہ آپ کامیاب رہیں گے۔</w:t>
      </w:r>
    </w:p>
    <w:p>
      <w:r>
        <w:rPr>
          <w:b/>
        </w:rPr>
        <w:t xml:space="preserve">[34:09] </w:t>
      </w:r>
      <w:r>
        <w:t>is mein doosri baat yeh samajhni kya hai? dekhiye ke aisa nahin ke ego jo</w:t>
      </w:r>
    </w:p>
    <w:p>
      <w:pPr>
        <w:jc w:val="right"/>
      </w:pPr>
      <w:r>
        <w:t>اس میں دوسری بات یہ سمجھنی کیا ہے؟ دیکھیے کہ ایسا نہیں کہ ایگو جو</w:t>
      </w:r>
    </w:p>
    <w:p>
      <w:r>
        <w:rPr>
          <w:b/>
        </w:rPr>
        <w:t xml:space="preserve">[34:15] </w:t>
      </w:r>
      <w:r>
        <w:t>hai, woh koi absolute sense mein koi burai hai, evil hai.</w:t>
      </w:r>
    </w:p>
    <w:p>
      <w:pPr>
        <w:jc w:val="right"/>
      </w:pPr>
      <w:r>
        <w:t>ہے، وہ کوئی ایبسولیوٹ سینس میں کوئی برائی ہے، ایول ہے۔</w:t>
      </w:r>
    </w:p>
    <w:p>
      <w:r>
        <w:rPr>
          <w:b/>
        </w:rPr>
        <w:t xml:space="preserve">[34:19] </w:t>
      </w:r>
      <w:r>
        <w:t>jaise durtush ne samajh liya ke do forces hain, good and evil.</w:t>
      </w:r>
    </w:p>
    <w:p>
      <w:pPr>
        <w:jc w:val="right"/>
      </w:pPr>
      <w:r>
        <w:t>جیسے درتوش نے سمجھ لیا کہ دو فورسز ہیں، گڈ اینڈ ایول۔</w:t>
      </w:r>
    </w:p>
    <w:p>
      <w:r>
        <w:rPr>
          <w:b/>
        </w:rPr>
        <w:t xml:space="preserve">[34:23] </w:t>
      </w:r>
      <w:r>
        <w:t>do forces hain, good and evil.</w:t>
      </w:r>
    </w:p>
    <w:p>
      <w:pPr>
        <w:jc w:val="right"/>
      </w:pPr>
      <w:r>
        <w:t>دو فورسز ہیں، گڈ اینڈ ایول۔</w:t>
      </w:r>
    </w:p>
    <w:p>
      <w:r>
        <w:rPr>
          <w:b/>
        </w:rPr>
        <w:t xml:space="preserve">[34:26] </w:t>
      </w:r>
      <w:r>
        <w:t>aur perpetually woh dono lad rahe hain aapas mein.</w:t>
      </w:r>
    </w:p>
    <w:p>
      <w:pPr>
        <w:jc w:val="right"/>
      </w:pPr>
      <w:r>
        <w:t>اور پرپچولی وہ دونوں لڑ رہے ہیں آپس میں۔</w:t>
      </w:r>
    </w:p>
    <w:p>
      <w:r>
        <w:rPr>
          <w:b/>
        </w:rPr>
        <w:t xml:space="preserve">[34:30] </w:t>
      </w:r>
      <w:r>
        <w:t>aisa nahin hai.</w:t>
      </w:r>
    </w:p>
    <w:p>
      <w:pPr>
        <w:jc w:val="right"/>
      </w:pPr>
      <w:r>
        <w:t>ایسا نہیں ہے۔</w:t>
      </w:r>
    </w:p>
    <w:p>
      <w:r>
        <w:rPr>
          <w:b/>
        </w:rPr>
        <w:t xml:space="preserve">[34:34] </w:t>
      </w:r>
      <w:r>
        <w:t>aisa nahin ke consciousness jo hai, woh hundred percent good hai aur ego jo hai, woh hundred percent evil hai.</w:t>
      </w:r>
    </w:p>
    <w:p>
      <w:pPr>
        <w:jc w:val="right"/>
      </w:pPr>
      <w:r>
        <w:t>ایسا نہیں کہ کانشینس جو ہے، وہ ہنڈرڈ پرسنٹ گڈ ہے اور ایگو جو ہے، وہ ہنڈرڈ پرسنٹ ایول ہے۔</w:t>
      </w:r>
    </w:p>
    <w:p>
      <w:r>
        <w:rPr>
          <w:b/>
        </w:rPr>
        <w:t xml:space="preserve">[34:38] </w:t>
      </w:r>
      <w:r>
        <w:t>aisa nahin hai.</w:t>
      </w:r>
    </w:p>
    <w:p>
      <w:pPr>
        <w:jc w:val="right"/>
      </w:pPr>
      <w:r>
        <w:t>ایسا نہیں ہے۔</w:t>
      </w:r>
    </w:p>
    <w:p>
      <w:r>
        <w:rPr>
          <w:b/>
        </w:rPr>
        <w:t xml:space="preserve">[34:42] </w:t>
      </w:r>
      <w:r>
        <w:t>dekhiye, yaad rakhiye,</w:t>
      </w:r>
    </w:p>
    <w:p>
      <w:pPr>
        <w:jc w:val="right"/>
      </w:pPr>
      <w:r>
        <w:t>دیکھیے، یاد رکھیے،</w:t>
      </w:r>
    </w:p>
    <w:p>
      <w:r>
        <w:rPr>
          <w:b/>
        </w:rPr>
        <w:t xml:space="preserve">[34:46] </w:t>
      </w:r>
      <w:r>
        <w:t>har cheez ka positive aspect hota hai aur negative aspect hota hai, har cheez ka.</w:t>
      </w:r>
    </w:p>
    <w:p>
      <w:pPr>
        <w:jc w:val="right"/>
      </w:pPr>
      <w:r>
        <w:t>ہر چیز کا پازیٹیو ایسپیکٹ ہوتا ہے اور نیگیٹیو ایسپیکٹ ہوتا ہے، ہر چیز کا۔</w:t>
      </w:r>
    </w:p>
    <w:p>
      <w:r>
        <w:rPr>
          <w:b/>
        </w:rPr>
        <w:t xml:space="preserve">[34:51] </w:t>
      </w:r>
      <w:r>
        <w:t>ab ego ko lijiye aap.</w:t>
      </w:r>
    </w:p>
    <w:p>
      <w:pPr>
        <w:jc w:val="right"/>
      </w:pPr>
      <w:r>
        <w:t>اب ایگو کو لیجئے آپ۔</w:t>
      </w:r>
    </w:p>
    <w:p>
      <w:r>
        <w:rPr>
          <w:b/>
        </w:rPr>
        <w:t xml:space="preserve">[34:56] </w:t>
      </w:r>
      <w:r>
        <w:t>ego ka ek positive aspect bhi hai aur ek negative aspect hai.</w:t>
      </w:r>
    </w:p>
    <w:p>
      <w:pPr>
        <w:jc w:val="right"/>
      </w:pPr>
      <w:r>
        <w:t>ایگو کا ایک پازیٹیو ایسپیکٹ بھی ہے اور ایک نیگیٹیو ایسپیکٹ ہے۔</w:t>
      </w:r>
    </w:p>
    <w:p>
      <w:r>
        <w:rPr>
          <w:b/>
        </w:rPr>
        <w:t xml:space="preserve">[35:01] </w:t>
      </w:r>
      <w:r>
        <w:t>positive aspect yeh hai ke ego hi se to aap assert karte hain duniya mein.</w:t>
      </w:r>
    </w:p>
    <w:p>
      <w:pPr>
        <w:jc w:val="right"/>
      </w:pPr>
      <w:r>
        <w:t>پازیٹیو ایسپیکٹ یہ ہے کہ ایگو ہی سے تو آپ ایسٹرٹ کرتے ہیں دنیا میں۔</w:t>
      </w:r>
    </w:p>
    <w:p>
      <w:r>
        <w:rPr>
          <w:b/>
        </w:rPr>
        <w:t xml:space="preserve">[35:06] </w:t>
      </w:r>
      <w:r>
        <w:t>ego na karein to ego na ho aap ka to assert nahin kar sakte.</w:t>
      </w:r>
    </w:p>
    <w:p>
      <w:pPr>
        <w:jc w:val="right"/>
      </w:pPr>
      <w:r>
        <w:t>ایگو نہ کریں تو ایگو نہ ہو آپ کا تو ایسٹرٹ نہیں کر سکتے۔</w:t>
      </w:r>
    </w:p>
    <w:p>
      <w:r>
        <w:rPr>
          <w:b/>
        </w:rPr>
        <w:t xml:space="preserve">[35:11] </w:t>
      </w:r>
      <w:r>
        <w:t>main Switzerland gaya, wahan par ek ek ek p</w:t>
      </w:r>
    </w:p>
    <w:p>
      <w:pPr>
        <w:jc w:val="right"/>
      </w:pPr>
      <w:r>
        <w:t>میں سویٹزرلینڈ گیا، وہاں پر ایک ایک ایک پی</w:t>
      </w:r>
    </w:p>
    <w:p>
      <w:r>
        <w:rPr>
          <w:b/>
        </w:rPr>
        <w:t xml:space="preserve">[35:16] </w:t>
      </w:r>
      <w:r>
        <w:t>layer tha, mister baikov, un ki mrs theen.</w:t>
      </w:r>
    </w:p>
    <w:p>
      <w:pPr>
        <w:jc w:val="right"/>
      </w:pPr>
      <w:r>
        <w:t>ئر تھا، مسٹر بائیکوف، ان کی مسز تھیں۔</w:t>
      </w:r>
    </w:p>
    <w:p>
      <w:r>
        <w:rPr>
          <w:b/>
        </w:rPr>
        <w:t xml:space="preserve">[35:21] </w:t>
      </w:r>
      <w:r>
        <w:t>to un ki mrs ne kaha, kuch complaint kiya apne husband ke bare mein.</w:t>
      </w:r>
    </w:p>
    <w:p>
      <w:pPr>
        <w:jc w:val="right"/>
      </w:pPr>
      <w:r>
        <w:t>تو ان کی مسز نے کہا، کچھ کمپلینٹ کیا اپنے ہسبینڈ کے بارے میں۔</w:t>
      </w:r>
    </w:p>
    <w:p>
      <w:r>
        <w:rPr>
          <w:b/>
        </w:rPr>
        <w:t xml:space="preserve">[35:26] </w:t>
      </w:r>
      <w:r>
        <w:t>aur kuch separation ki baat ki unhone.</w:t>
      </w:r>
    </w:p>
    <w:p>
      <w:pPr>
        <w:jc w:val="right"/>
      </w:pPr>
      <w:r>
        <w:t>اور کچھ سیپریشن کی بات کی انہوں نے۔</w:t>
      </w:r>
    </w:p>
    <w:p>
      <w:r>
        <w:rPr>
          <w:b/>
        </w:rPr>
        <w:t xml:space="preserve">[35:31] </w:t>
      </w:r>
      <w:r>
        <w:t>to mein ne kaha ke kyun aap separation chahti hain? kya baat hai? to unhon ne kaha ke</w:t>
      </w:r>
    </w:p>
    <w:p>
      <w:pPr>
        <w:jc w:val="right"/>
      </w:pPr>
      <w:r>
        <w:t>تو میں نے کہا کہ کیوں آپ سیپریشن چاہتی ہیں؟ کیا بات ہے؟ تو انہوں نے کہا کہ</w:t>
      </w:r>
    </w:p>
    <w:p>
      <w:r>
        <w:rPr>
          <w:b/>
        </w:rPr>
        <w:t xml:space="preserve">[35:36] </w:t>
      </w:r>
      <w:r>
        <w:t>hamare husband jo hain, woh bohat stubborn hain.</w:t>
      </w:r>
    </w:p>
    <w:p>
      <w:pPr>
        <w:jc w:val="right"/>
      </w:pPr>
      <w:r>
        <w:t>ہمارے ہسبینڈ جو ہیں، وہ بہت اسٹبرن ہیں۔</w:t>
      </w:r>
    </w:p>
    <w:p>
      <w:r>
        <w:rPr>
          <w:b/>
        </w:rPr>
        <w:t xml:space="preserve">[35:41] </w:t>
      </w:r>
      <w:r>
        <w:t>stubborn ka word use kiya</w:t>
      </w:r>
    </w:p>
    <w:p>
      <w:pPr>
        <w:jc w:val="right"/>
      </w:pPr>
      <w:r>
        <w:t>اسٹبرن کا ورڈ یوز کیا</w:t>
      </w:r>
    </w:p>
    <w:p>
      <w:r>
        <w:rPr>
          <w:b/>
        </w:rPr>
        <w:t xml:space="preserve">[35:46] </w:t>
      </w:r>
      <w:r>
        <w:t>unhon ne.</w:t>
      </w:r>
    </w:p>
    <w:p>
      <w:pPr>
        <w:jc w:val="right"/>
      </w:pPr>
      <w:r>
        <w:t>انہوں نے۔</w:t>
      </w:r>
    </w:p>
    <w:p>
      <w:r>
        <w:rPr>
          <w:b/>
        </w:rPr>
        <w:t xml:space="preserve">[35:50] </w:t>
      </w:r>
      <w:r>
        <w:t>to mein ne kaha, aap yeh to ek sahi baat ko aap galat lafz de rahi hain.</w:t>
      </w:r>
    </w:p>
    <w:p>
      <w:pPr>
        <w:jc w:val="right"/>
      </w:pPr>
      <w:r>
        <w:t>تو میں نے کہا، آپ یہ تو ایک صحیح بات کو آپ غلط لفظ دے رہی ہیں۔</w:t>
      </w:r>
    </w:p>
    <w:p>
      <w:r>
        <w:rPr>
          <w:b/>
        </w:rPr>
        <w:t xml:space="preserve">[35:55] </w:t>
      </w:r>
      <w:r>
        <w:t>ek sahi baat ko ek galat word de rahi hain.</w:t>
      </w:r>
    </w:p>
    <w:p>
      <w:pPr>
        <w:jc w:val="right"/>
      </w:pPr>
      <w:r>
        <w:t>ایک صحیح بات کو ایک غلط ورڈ دے رہی ہیں۔</w:t>
      </w:r>
    </w:p>
    <w:p>
      <w:r>
        <w:rPr>
          <w:b/>
        </w:rPr>
        <w:t xml:space="preserve">[35:59] </w:t>
      </w:r>
      <w:r>
        <w:t>aap stubborn kyun kehti hain? stubborn mat kahiye aap.</w:t>
      </w:r>
    </w:p>
    <w:p>
      <w:pPr>
        <w:jc w:val="right"/>
      </w:pPr>
      <w:r>
        <w:t>آپ اسٹبرن کیوں کہتی ہیں؟ اسٹبرن مت کہیے آپ۔</w:t>
      </w:r>
    </w:p>
    <w:p>
      <w:r>
        <w:rPr>
          <w:b/>
        </w:rPr>
        <w:t xml:space="preserve">[36:03] </w:t>
      </w:r>
      <w:r>
        <w:t>aap yeh kahein ke mere husband mein determination hai.</w:t>
      </w:r>
    </w:p>
    <w:p>
      <w:pPr>
        <w:jc w:val="right"/>
      </w:pPr>
      <w:r>
        <w:t>آپ یہ کہیں کہ میرے ہسبینڈ میں ڈیٹرمینیشن ہے۔</w:t>
      </w:r>
    </w:p>
    <w:p>
      <w:r>
        <w:rPr>
          <w:b/>
        </w:rPr>
        <w:t xml:space="preserve">[36:07] </w:t>
      </w:r>
      <w:r>
        <w:t>determination ek positive word hai, stubborn ek negative word hai.</w:t>
      </w:r>
    </w:p>
    <w:p>
      <w:pPr>
        <w:jc w:val="right"/>
      </w:pPr>
      <w:r>
        <w:t>ڈیٹرمینیشن ایک پازیٹیو ورڈ ہے، اسٹبرن ایک نیگیٹیو ورڈ ہے۔</w:t>
      </w:r>
    </w:p>
    <w:p>
      <w:r>
        <w:rPr>
          <w:b/>
        </w:rPr>
        <w:t xml:space="preserve">[36:12] </w:t>
      </w:r>
      <w:r>
        <w:t>to mein ne kaha, agar bohat bara b</w:t>
      </w:r>
    </w:p>
    <w:p>
      <w:pPr>
        <w:jc w:val="right"/>
      </w:pPr>
      <w:r>
        <w:t>تو میں نے کہا، اگر بہت بڑا ب</w:t>
      </w:r>
    </w:p>
    <w:p>
      <w:r>
        <w:rPr>
          <w:b/>
        </w:rPr>
        <w:t xml:space="preserve">[36:16] </w:t>
      </w:r>
      <w:r>
        <w:t>usiness karte the, woh bohat bara business karte the, to mein ne kaha, agar un ke andar yeh</w:t>
      </w:r>
    </w:p>
    <w:p>
      <w:pPr>
        <w:jc w:val="right"/>
      </w:pPr>
      <w:r>
        <w:t>زنس کرتے تھے، وہ بہت بڑا بزنس کرتے تھے، تو میں نے کہا، اگر ان کے اندر یہ</w:t>
      </w:r>
    </w:p>
    <w:p>
      <w:r>
        <w:rPr>
          <w:b/>
        </w:rPr>
        <w:t xml:space="preserve">[36:20] </w:t>
      </w:r>
      <w:r>
        <w:t>determination na ho to kya itna bara business kar sakte hain woh? itna bara business kaise karenge</w:t>
      </w:r>
    </w:p>
    <w:p>
      <w:pPr>
        <w:jc w:val="right"/>
      </w:pPr>
      <w:r>
        <w:t>ڈیٹرمینیشن نہ ہو تو کیا اتنا بڑا بزنس کر سکتے ہیں وہ؟ اتنا بڑا بزنس کیسے کریں گے</w:t>
      </w:r>
    </w:p>
    <w:p>
      <w:r>
        <w:rPr>
          <w:b/>
        </w:rPr>
        <w:t xml:space="preserve">[36:25] </w:t>
      </w:r>
      <w:r>
        <w:t>woh? determination na ho to.</w:t>
      </w:r>
    </w:p>
    <w:p>
      <w:pPr>
        <w:jc w:val="right"/>
      </w:pPr>
      <w:r>
        <w:t>وہ؟ ڈیٹرمینیشن نہ ہو تو۔</w:t>
      </w:r>
    </w:p>
    <w:p>
      <w:r>
        <w:rPr>
          <w:b/>
        </w:rPr>
        <w:t xml:space="preserve">[36:29] </w:t>
      </w:r>
      <w:r>
        <w:t>to aap determination ko ek bura naam de rahi hain ke stubborn hain woh.</w:t>
      </w:r>
    </w:p>
    <w:p>
      <w:pPr>
        <w:jc w:val="right"/>
      </w:pPr>
      <w:r>
        <w:t>تو آپ ڈیٹرمینیشن کو ایک برا نام دے رہی ہیں کہ اسٹبرن ہیں وہ۔</w:t>
      </w:r>
    </w:p>
    <w:p>
      <w:r>
        <w:rPr>
          <w:b/>
        </w:rPr>
        <w:t xml:space="preserve">[36:34] </w:t>
      </w:r>
      <w:r>
        <w:t>stubborn nahi hain woh.</w:t>
      </w:r>
    </w:p>
    <w:p>
      <w:pPr>
        <w:jc w:val="right"/>
      </w:pPr>
      <w:r>
        <w:t>اسٹبرن نہیں ہیں وہ۔</w:t>
      </w:r>
    </w:p>
    <w:p>
      <w:r>
        <w:rPr>
          <w:b/>
        </w:rPr>
        <w:t xml:space="preserve">[36:38] </w:t>
      </w:r>
      <w:r>
        <w:t>un ke andar determination hai, isi liye itne bare bare kaam woh kar rahe hain.</w:t>
      </w:r>
    </w:p>
    <w:p>
      <w:pPr>
        <w:jc w:val="right"/>
      </w:pPr>
      <w:r>
        <w:t>ان کے اندر ڈیٹرمینیشن ہے، اسی لیے اتنے بڑے بڑے کام وہ کر رہے ہیں۔</w:t>
      </w:r>
    </w:p>
    <w:p>
      <w:r>
        <w:rPr>
          <w:b/>
        </w:rPr>
        <w:t xml:space="preserve">[36:43] </w:t>
      </w:r>
      <w:r>
        <w:t>to dekhiye, har cheez ka ek negative aspect hai, positive aspect hai.</w:t>
      </w:r>
    </w:p>
    <w:p>
      <w:pPr>
        <w:jc w:val="right"/>
      </w:pPr>
      <w:r>
        <w:t>تو دیکھیے، ہر چیز کا ایک نیگیٹیو ایسپیکٹ ہے، پازیٹیو ایسپیکٹ ہے۔</w:t>
      </w:r>
    </w:p>
    <w:p>
      <w:r>
        <w:rPr>
          <w:b/>
        </w:rPr>
        <w:t xml:space="preserve">[36:47] </w:t>
      </w:r>
      <w:r>
        <w:t>is is cheez ko, jo hai, is ke andar, Mr. Bykov ke andar, is ko aap positive naam dein to aap kahenge ke determination. negative negative naam dein to aap kahenge ke stubborn hai woh. isi tarah se ego ka maamla hai. to ego jo hai, is ka positive aspect yeh hai ke isi ki wajah se aap ke andar yeh aata hai ke aap azm, jis ko kehte hain aap, azm, determination, assert karna. kyun ke duniya ek jang, challenge</w:t>
      </w:r>
    </w:p>
    <w:p>
      <w:pPr>
        <w:jc w:val="right"/>
      </w:pPr>
      <w:r>
        <w:t>اس اس چیز کو جو ہے، اس کے اندر، مسٹر بائیکوف کے اندر، اس کو آپ پازیٹیو نام دیں تو آپ کہیں گے کہ ڈیٹرمینیشن۔ نیگیٹیو نیگیٹیو نام دیں تو آپ کہیں گے کہ اسٹبرن ہے وہ۔ اسی طرح سے ایگو کا معاملہ ہے۔ تو ایگو جو ہے، اس کا پازیٹیو ایسپیکٹ یہ ہے کہ اسی کی وجہ سے آپ کے اندر یہ آتا ہے کہ آپ عزم، جس کو کہتے ہیں آپ، عزم، ڈیٹرمینیشن، ایسٹرٹ کرنا۔ کیونکہ دنیا ایک جنگ، چیل</w:t>
      </w:r>
    </w:p>
    <w:p>
      <w:r>
        <w:rPr>
          <w:b/>
        </w:rPr>
        <w:t xml:space="preserve">[37:17] </w:t>
      </w:r>
      <w:r>
        <w:t>najz, duniya mein challenges hain.</w:t>
      </w:r>
    </w:p>
    <w:p>
      <w:pPr>
        <w:jc w:val="right"/>
      </w:pPr>
      <w:r>
        <w:t>نجز، دنیا میں چیلنجز ہیں۔</w:t>
      </w:r>
    </w:p>
    <w:p>
      <w:r>
        <w:rPr>
          <w:b/>
        </w:rPr>
        <w:t xml:space="preserve">[37:21] </w:t>
      </w:r>
      <w:r>
        <w:t>duniya mein har waqt naye naye problems hain.</w:t>
      </w:r>
    </w:p>
    <w:p>
      <w:pPr>
        <w:jc w:val="right"/>
      </w:pPr>
      <w:r>
        <w:t>دنیا میں ہر وقت نئے نئے پرابلم ہیں۔</w:t>
      </w:r>
    </w:p>
    <w:p>
      <w:r>
        <w:rPr>
          <w:b/>
        </w:rPr>
        <w:t xml:space="preserve">[37:26] </w:t>
      </w:r>
      <w:r>
        <w:t>to insaan ko dekhiye, problem ke beech mein jeena parta hai.</w:t>
      </w:r>
    </w:p>
    <w:p>
      <w:pPr>
        <w:jc w:val="right"/>
      </w:pPr>
      <w:r>
        <w:t>تو انسان کو دیکھیے، پرابلم کے بیچ میں جینا پڑتا ہے۔</w:t>
      </w:r>
    </w:p>
    <w:p>
      <w:r>
        <w:rPr>
          <w:b/>
        </w:rPr>
        <w:t xml:space="preserve">[37:30] </w:t>
      </w:r>
      <w:r>
        <w:t>challenges ka samna kar ke jeena parta hai.</w:t>
      </w:r>
    </w:p>
    <w:p>
      <w:pPr>
        <w:jc w:val="right"/>
      </w:pPr>
      <w:r>
        <w:t>چیلنجز کا سامنا کر کے جینا پڑتا ہے۔</w:t>
      </w:r>
    </w:p>
    <w:p>
      <w:r>
        <w:rPr>
          <w:b/>
        </w:rPr>
        <w:t xml:space="preserve">[37:34] </w:t>
      </w:r>
      <w:r>
        <w:t>to agar aadmi ke andar yeh na ho, ego na ho to challenge ka muqabla nahi kar sakta woh.</w:t>
      </w:r>
    </w:p>
    <w:p>
      <w:pPr>
        <w:jc w:val="right"/>
      </w:pPr>
      <w:r>
        <w:t>تو اگر آدمی کے اندر یہ نہ ہو، ایگو نہ ہو تو چیلنج کا مقابلہ نہیں کر سکتا وہ۔</w:t>
      </w:r>
    </w:p>
    <w:p>
      <w:r>
        <w:rPr>
          <w:b/>
        </w:rPr>
        <w:t xml:space="preserve">[37:39] </w:t>
      </w:r>
      <w:r>
        <w:t>challenge ka samna nahi kar sakta woh.</w:t>
      </w:r>
    </w:p>
    <w:p>
      <w:pPr>
        <w:jc w:val="right"/>
      </w:pPr>
      <w:r>
        <w:t>چیلنج کا سامنا نہیں کر سکتا وہ۔</w:t>
      </w:r>
    </w:p>
    <w:p>
      <w:r>
        <w:rPr>
          <w:b/>
        </w:rPr>
        <w:t xml:space="preserve">[37:43] </w:t>
      </w:r>
      <w:r>
        <w:t>to Khuda ne ego diya hai insaan ko kis liye? ke</w:t>
      </w:r>
    </w:p>
    <w:p>
      <w:pPr>
        <w:jc w:val="right"/>
      </w:pPr>
      <w:r>
        <w:t>تو خدا نے ایگو دیا ہے انسان کو کس لیے؟ کہ</w:t>
      </w:r>
    </w:p>
    <w:p>
      <w:r>
        <w:rPr>
          <w:b/>
        </w:rPr>
        <w:t xml:space="preserve">[37:47] </w:t>
      </w:r>
      <w:r>
        <w:t>is duniya mein woh challenge ka samna kar sake.</w:t>
      </w:r>
    </w:p>
    <w:p>
      <w:pPr>
        <w:jc w:val="right"/>
      </w:pPr>
      <w:r>
        <w:t>اس دنیا میں وہ چیلنج کا سامنا کر سکے۔</w:t>
      </w:r>
    </w:p>
    <w:p>
      <w:r>
        <w:rPr>
          <w:b/>
        </w:rPr>
        <w:t xml:space="preserve">[37:52] </w:t>
      </w:r>
      <w:r>
        <w:t>is dunya mein woh problem ko solve karne ki himmat dikha sake.</w:t>
      </w:r>
    </w:p>
    <w:p>
      <w:pPr>
        <w:jc w:val="right"/>
      </w:pPr>
      <w:r>
        <w:t>اس دنیا میں وہ پرابلم کو سالو کرنے کی ہمت دکھا سکے۔</w:t>
      </w:r>
    </w:p>
    <w:p>
      <w:r>
        <w:rPr>
          <w:b/>
        </w:rPr>
        <w:t xml:space="preserve">[37:57] </w:t>
      </w:r>
      <w:r>
        <w:t>to source of courage hai woh.</w:t>
      </w:r>
    </w:p>
    <w:p>
      <w:pPr>
        <w:jc w:val="right"/>
      </w:pPr>
      <w:r>
        <w:t>تو سورس آف کریج ہے وہ۔</w:t>
      </w:r>
    </w:p>
    <w:p>
      <w:r>
        <w:rPr>
          <w:b/>
        </w:rPr>
        <w:t xml:space="preserve">[38:03] </w:t>
      </w:r>
      <w:r>
        <w:t>lekin jab aap is ko aisa karein, jab is ko ghusse mein convert kar dein to ghussa aur</w:t>
      </w:r>
    </w:p>
    <w:p>
      <w:pPr>
        <w:jc w:val="right"/>
      </w:pPr>
      <w:r>
        <w:t>لیکن جب آپ اس کو ایسا کریں، جب اس کو غصہ میں کنورٹ کر دیں تو غصہ اور</w:t>
      </w:r>
    </w:p>
    <w:p>
      <w:r>
        <w:rPr>
          <w:b/>
        </w:rPr>
        <w:t xml:space="preserve">[38:08] </w:t>
      </w:r>
      <w:r>
        <w:t>Revenge and malice, these are its negative aspects.</w:t>
      </w:r>
    </w:p>
    <w:p>
      <w:pPr>
        <w:jc w:val="right"/>
      </w:pPr>
      <w:r>
        <w:t>ریونج اور میلث، یہ اس کے نیگیٹیو ایسپیکٹ ہیں۔</w:t>
      </w:r>
    </w:p>
    <w:p>
      <w:r>
        <w:rPr>
          <w:b/>
        </w:rPr>
        <w:t xml:space="preserve">[38:13] </w:t>
      </w:r>
      <w:r>
        <w:t>yaani ego jab negative ban jata hai to woh kya ho jata hai? Woh ho jata hai ghussa. Aur</w:t>
      </w:r>
    </w:p>
    <w:p>
      <w:pPr>
        <w:jc w:val="right"/>
      </w:pPr>
      <w:r>
        <w:t>یعنی ایگو جب نیگیٹیو بن جاتا ہے تو وہ کیا ہو جاتا ہے؟ وہ ہو جاتا ہے غصہ۔ اور</w:t>
      </w:r>
    </w:p>
    <w:p>
      <w:r>
        <w:rPr>
          <w:b/>
        </w:rPr>
        <w:t xml:space="preserve">[38:18] </w:t>
      </w:r>
      <w:r>
        <w:t>hate کرنا دوسرے کو، دوسرے کو مٹا ڈالوں گا میں اس کو، میں اس کو revenge لوں گا،</w:t>
      </w:r>
    </w:p>
    <w:p>
      <w:pPr>
        <w:jc w:val="right"/>
      </w:pPr>
      <w:r>
        <w:t>ہیٹ کرنا دوسرے کو، دوسرے کو مٹا ڈالوں گا میں اس کو، میں اس کو ریونج لوں گا،</w:t>
      </w:r>
    </w:p>
    <w:p>
      <w:r>
        <w:rPr>
          <w:b/>
        </w:rPr>
        <w:t xml:space="preserve">[38:22] </w:t>
      </w:r>
      <w:r>
        <w:t>mein is ko lesson sikhaunga.</w:t>
      </w:r>
    </w:p>
    <w:p>
      <w:pPr>
        <w:jc w:val="right"/>
      </w:pPr>
      <w:r>
        <w:t>میں اس کو لیسن سکھاؤں گا۔</w:t>
      </w:r>
    </w:p>
    <w:p>
      <w:r>
        <w:rPr>
          <w:b/>
        </w:rPr>
        <w:t xml:space="preserve">[38:26] </w:t>
      </w:r>
      <w:r>
        <w:t>yeh is ka negative aspect hai.</w:t>
      </w:r>
    </w:p>
    <w:p>
      <w:pPr>
        <w:jc w:val="right"/>
      </w:pPr>
      <w:r>
        <w:t>یہ اس کا نیگیٹیو ایسپیکٹ ہے۔</w:t>
      </w:r>
    </w:p>
    <w:p>
      <w:r>
        <w:rPr>
          <w:b/>
        </w:rPr>
        <w:t xml:space="preserve">[38:31] </w:t>
      </w:r>
      <w:r>
        <w:t>to dekhiye, dono ko yeh sochna hai.</w:t>
      </w:r>
    </w:p>
    <w:p>
      <w:pPr>
        <w:jc w:val="right"/>
      </w:pPr>
      <w:r>
        <w:t>تو دیکھیے، دونوں کو یہ سوچنا ہے۔</w:t>
      </w:r>
    </w:p>
    <w:p>
      <w:r>
        <w:rPr>
          <w:b/>
        </w:rPr>
        <w:t xml:space="preserve">[38:35] </w:t>
      </w:r>
      <w:r>
        <w:t>yaani woh aadmi jiske andar ego, consciousness hai, us ko bhi sochna hai ke Khuda ne mujhe</w:t>
      </w:r>
    </w:p>
    <w:p>
      <w:pPr>
        <w:jc w:val="right"/>
      </w:pPr>
      <w:r>
        <w:t>یعنی وہ آدمی جس کے اندر ایگو، کانشینس ہے، اس کو بھی سوچنا ہے کہ خدا نے مجھے</w:t>
      </w:r>
    </w:p>
    <w:p>
      <w:r>
        <w:rPr>
          <w:b/>
        </w:rPr>
        <w:t xml:space="preserve">[38:40] </w:t>
      </w:r>
      <w:r>
        <w:t>yeh diya hai, jo yahan bhi mera test ho raha hai.</w:t>
      </w:r>
    </w:p>
    <w:p>
      <w:pPr>
        <w:jc w:val="right"/>
      </w:pPr>
      <w:r>
        <w:t>یہ دیا ہے، جو یہاں بھی میرا ٹیسٹ ہو رہا ہے۔</w:t>
      </w:r>
    </w:p>
    <w:p>
      <w:r>
        <w:rPr>
          <w:b/>
        </w:rPr>
        <w:t xml:space="preserve">[38:44] </w:t>
      </w:r>
      <w:r>
        <w:t>yahan bhi mera test ho raha hai ke main apne ego ko, jo Khuda ne diya hai, us ko positive</w:t>
      </w:r>
    </w:p>
    <w:p>
      <w:pPr>
        <w:jc w:val="right"/>
      </w:pPr>
      <w:r>
        <w:t>یہاں بھی میرا ٹیسٹ ہو رہا ہے کہ میں اپنے ایگو کو، جو خدا نے دیا ہے، اس کو پازیٹیو</w:t>
      </w:r>
    </w:p>
    <w:p>
      <w:r>
        <w:rPr>
          <w:b/>
        </w:rPr>
        <w:t xml:space="preserve">[38:48] </w:t>
      </w:r>
      <w:r>
        <w:t>side hi mein is ko use karoon.</w:t>
      </w:r>
    </w:p>
    <w:p>
      <w:pPr>
        <w:jc w:val="right"/>
      </w:pPr>
      <w:r>
        <w:t>سائیڈ ہی میں اس کو یوز کروں۔</w:t>
      </w:r>
    </w:p>
    <w:p>
      <w:r>
        <w:rPr>
          <w:b/>
        </w:rPr>
        <w:t xml:space="preserve">[38:52] </w:t>
      </w:r>
      <w:r>
        <w:t>negative side mein na le jaaun is ko.</w:t>
      </w:r>
    </w:p>
    <w:p>
      <w:pPr>
        <w:jc w:val="right"/>
      </w:pPr>
      <w:r>
        <w:t>نیگیٹیو سائیڈ میں نہ لے جاؤں اس کو۔</w:t>
      </w:r>
    </w:p>
    <w:p>
      <w:r>
        <w:rPr>
          <w:b/>
        </w:rPr>
        <w:t xml:space="preserve">[38:56] </w:t>
      </w:r>
      <w:r>
        <w:t>yeh mera test hai.</w:t>
      </w:r>
    </w:p>
    <w:p>
      <w:pPr>
        <w:jc w:val="right"/>
      </w:pPr>
      <w:r>
        <w:t>یہ میرا ٹیسٹ ہے۔</w:t>
      </w:r>
    </w:p>
    <w:p>
      <w:r>
        <w:rPr>
          <w:b/>
        </w:rPr>
        <w:t xml:space="preserve">[39:00] </w:t>
      </w:r>
      <w:r>
        <w:t>aur doosra aadmi jo hai, jo other party hai, us ko yeh sochna hai ke main is ke</w:t>
      </w:r>
    </w:p>
    <w:p>
      <w:pPr>
        <w:jc w:val="right"/>
      </w:pPr>
      <w:r>
        <w:t>اور دوسرا آدمی جو ہے، جو ادر پارٹی ہے، اس کو یہ سوچنا ہے کہ میں اس کے</w:t>
      </w:r>
    </w:p>
    <w:p>
      <w:r>
        <w:rPr>
          <w:b/>
        </w:rPr>
        <w:t xml:space="preserve">[39:03] </w:t>
      </w:r>
      <w:r>
        <w:t>ego ko na bharkaoon.</w:t>
      </w:r>
    </w:p>
    <w:p>
      <w:pPr>
        <w:jc w:val="right"/>
      </w:pPr>
      <w:r>
        <w:t>ایگو کو نہ بھڑکاؤں۔</w:t>
      </w:r>
    </w:p>
    <w:p>
      <w:r>
        <w:rPr>
          <w:b/>
        </w:rPr>
        <w:t xml:space="preserve">[39:07] </w:t>
      </w:r>
      <w:r>
        <w:t>bharkaya maine is ke ego ko to mere liye problem ban jayega woh aadmi.</w:t>
      </w:r>
    </w:p>
    <w:p>
      <w:pPr>
        <w:jc w:val="right"/>
      </w:pPr>
      <w:r>
        <w:t>بھڑکایا میں نے اس کے ایگو کو تو میرے لیے پرابلم بن جائے گا وہ آدمی۔</w:t>
      </w:r>
    </w:p>
    <w:p>
      <w:r>
        <w:rPr>
          <w:b/>
        </w:rPr>
        <w:t xml:space="preserve">[39:11] </w:t>
      </w:r>
      <w:r>
        <w:t>to dono ko sochna hai ke jo faculty mere andar di hai Khuda ne, jo faculty, to us</w:t>
      </w:r>
    </w:p>
    <w:p>
      <w:pPr>
        <w:jc w:val="right"/>
      </w:pPr>
      <w:r>
        <w:t>تو دونوں کو سوچنا ہے کہ جو فیکلٹی میرے اندر دی ہے خدا نے، جو فیکلٹی، تو اس</w:t>
      </w:r>
    </w:p>
    <w:p>
      <w:r>
        <w:rPr>
          <w:b/>
        </w:rPr>
        <w:t xml:space="preserve">[39:15] </w:t>
      </w:r>
      <w:r>
        <w:t>ka main agar positive use karta hoon to</w:t>
      </w:r>
    </w:p>
    <w:p>
      <w:pPr>
        <w:jc w:val="right"/>
      </w:pPr>
      <w:r>
        <w:t>کا میں اگر پازیٹیو یوز کرتا ہوں تو</w:t>
      </w:r>
    </w:p>
    <w:p>
      <w:r>
        <w:rPr>
          <w:b/>
        </w:rPr>
        <w:t xml:space="preserve">[39:18] </w:t>
      </w:r>
      <w:r>
        <w:t>Khuda ke haan mujhe reward milega.</w:t>
      </w:r>
    </w:p>
    <w:p>
      <w:pPr>
        <w:jc w:val="right"/>
      </w:pPr>
      <w:r>
        <w:t>خدا کے ہاں مجھے ریوارڈ ملے گا۔</w:t>
      </w:r>
    </w:p>
    <w:p>
      <w:r>
        <w:rPr>
          <w:b/>
        </w:rPr>
        <w:t xml:space="preserve">[39:23] </w:t>
      </w:r>
      <w:r>
        <w:t>aur negative use karta hoon to mujhe pakda jayega Khuda ke haan.</w:t>
      </w:r>
    </w:p>
    <w:p>
      <w:pPr>
        <w:jc w:val="right"/>
      </w:pPr>
      <w:r>
        <w:t>اور نیگیٹیو یوز کرتا ہوں تو مجھے پکڑا جائے گا خدا کے ہاں۔</w:t>
      </w:r>
    </w:p>
    <w:p>
      <w:r>
        <w:rPr>
          <w:b/>
        </w:rPr>
        <w:t xml:space="preserve">[39:28] </w:t>
      </w:r>
      <w:r>
        <w:t>aur doosra aadmi soche is baat ko ke maine agar activate kiya is ke consciousness ko to</w:t>
      </w:r>
    </w:p>
    <w:p>
      <w:pPr>
        <w:jc w:val="right"/>
      </w:pPr>
      <w:r>
        <w:t>اور دوسرا آدمی سوچے اس بات کو کہ میں نے اگر ایکٹیویٹ کیا اس کے کانشینس کو تو</w:t>
      </w:r>
    </w:p>
    <w:p>
      <w:r>
        <w:rPr>
          <w:b/>
        </w:rPr>
        <w:t xml:space="preserve">[39:34] </w:t>
      </w:r>
      <w:r>
        <w:t>mere liye woh blessing ban jayega wahi aadmi.</w:t>
      </w:r>
    </w:p>
    <w:p>
      <w:pPr>
        <w:jc w:val="right"/>
      </w:pPr>
      <w:r>
        <w:t>میرے لیے وہ بلیسنگ بن جائے گا وہی آدمی۔</w:t>
      </w:r>
    </w:p>
    <w:p>
      <w:r>
        <w:rPr>
          <w:b/>
        </w:rPr>
        <w:t xml:space="preserve">[39:39] </w:t>
      </w:r>
      <w:r>
        <w:t>agar maine is ke ego ko activate kiya to wahi aadmi mere liye museebat ban jayega woh.</w:t>
      </w:r>
    </w:p>
    <w:p>
      <w:pPr>
        <w:jc w:val="right"/>
      </w:pPr>
      <w:r>
        <w:t>اگر میں نے اس کے ایگو کو ایکٹیویٹ کیا تو وہی آدمی میرے لیے مصیبت بن جائے گا وہ۔</w:t>
      </w:r>
    </w:p>
    <w:p>
      <w:r>
        <w:rPr>
          <w:b/>
        </w:rPr>
        <w:t xml:space="preserve">[39:44] </w:t>
      </w:r>
      <w:r>
        <w:t>to zindagi naam hai soch samajh kar planning ke sath dunya mein rehne ka.</w:t>
      </w:r>
    </w:p>
    <w:p>
      <w:pPr>
        <w:jc w:val="right"/>
      </w:pPr>
      <w:r>
        <w:t>تو زندگی نام ہے سوچ سمجھ کر پلاننگ کے ساتھ دنیا میں رہنے کا۔</w:t>
      </w:r>
    </w:p>
    <w:p>
      <w:r>
        <w:rPr>
          <w:b/>
        </w:rPr>
        <w:t xml:space="preserve">[39:49] </w:t>
      </w:r>
      <w:r>
        <w:t>jab bhi aap aisa karenge ke soch samajh kar na rahein, planning kar ke na rahein, to</w:t>
      </w:r>
    </w:p>
    <w:p>
      <w:pPr>
        <w:jc w:val="right"/>
      </w:pPr>
      <w:r>
        <w:t>جب بھی آپ ایسا کریں گے کہ سوچ سمجھ کر نہ رہیں، پلاننگ کر کے نہ رہیں، تو</w:t>
      </w:r>
    </w:p>
    <w:p>
      <w:r>
        <w:rPr>
          <w:b/>
        </w:rPr>
        <w:t xml:space="preserve">[39:54] </w:t>
      </w:r>
      <w:r>
        <w:t>aap museebaton mein padenge.</w:t>
      </w:r>
    </w:p>
    <w:p>
      <w:pPr>
        <w:jc w:val="right"/>
      </w:pPr>
      <w:r>
        <w:t>آپ مصیبتوں میں پڑیں گے۔</w:t>
      </w:r>
    </w:p>
    <w:p>
      <w:r>
        <w:rPr>
          <w:b/>
        </w:rPr>
        <w:t xml:space="preserve">[39:59] </w:t>
      </w:r>
      <w:r>
        <w:t>dekhiye, khuda ne is duniya mein is liye nahin banaya hai insaan ko ke woh yahan fail ho</w:t>
      </w:r>
    </w:p>
    <w:p>
      <w:pPr>
        <w:jc w:val="right"/>
      </w:pPr>
      <w:r>
        <w:t>دیکھیے، خدا نے اس دنیا میں اس لیے نہیں بنایا ہے انسان کو کہ وہ یہاں فیل ہو</w:t>
      </w:r>
    </w:p>
    <w:p>
      <w:r>
        <w:rPr>
          <w:b/>
        </w:rPr>
        <w:t xml:space="preserve">[40:04] </w:t>
      </w:r>
      <w:r>
        <w:t>jaaye, woh successfull na rahe.</w:t>
      </w:r>
    </w:p>
    <w:p>
      <w:pPr>
        <w:jc w:val="right"/>
      </w:pPr>
      <w:r>
        <w:t>جائے، وہ سکسیس فل نہ رہے۔</w:t>
      </w:r>
    </w:p>
    <w:p>
      <w:r>
        <w:rPr>
          <w:b/>
        </w:rPr>
        <w:t xml:space="preserve">[40:09] </w:t>
      </w:r>
      <w:r>
        <w:t>success hi ke liye paida kiya khuda ne insaan ko.</w:t>
      </w:r>
    </w:p>
    <w:p>
      <w:pPr>
        <w:jc w:val="right"/>
      </w:pPr>
      <w:r>
        <w:t>سکسیس ہی کے لیے پیدا کیا خدا نے انسان کو۔</w:t>
      </w:r>
    </w:p>
    <w:p>
      <w:r>
        <w:rPr>
          <w:b/>
        </w:rPr>
        <w:t xml:space="preserve">[40:14] </w:t>
      </w:r>
      <w:r>
        <w:t>lekin khuda ke</w:t>
      </w:r>
    </w:p>
    <w:p>
      <w:pPr>
        <w:jc w:val="right"/>
      </w:pPr>
      <w:r>
        <w:t>لیکن خدا کے</w:t>
      </w:r>
    </w:p>
    <w:p>
      <w:r>
        <w:rPr>
          <w:b/>
        </w:rPr>
        <w:t xml:space="preserve">[40:19] </w:t>
      </w:r>
      <w:r>
        <w:t>creation plan ko jaan kar hi aap success haasil kar sakenge.</w:t>
      </w:r>
    </w:p>
    <w:p>
      <w:pPr>
        <w:jc w:val="right"/>
      </w:pPr>
      <w:r>
        <w:t>کریشن پلان کو جان کر ہی آپ سکسیس حاصل کر سکیں گے۔</w:t>
      </w:r>
    </w:p>
    <w:p>
      <w:r>
        <w:rPr>
          <w:b/>
        </w:rPr>
        <w:t xml:space="preserve">[40:23] </w:t>
      </w:r>
      <w:r>
        <w:t>us ke jaane ke baghair nahin.</w:t>
      </w:r>
    </w:p>
    <w:p>
      <w:pPr>
        <w:jc w:val="right"/>
      </w:pPr>
      <w:r>
        <w:t>اس کے جانے کے بغیر نہیں۔</w:t>
      </w:r>
    </w:p>
    <w:p>
      <w:r>
        <w:rPr>
          <w:b/>
        </w:rPr>
        <w:t xml:space="preserve">[40:26] </w:t>
      </w:r>
      <w:r>
        <w:t>misalan ek aadmi business karta hai.</w:t>
      </w:r>
    </w:p>
    <w:p>
      <w:pPr>
        <w:jc w:val="right"/>
      </w:pPr>
      <w:r>
        <w:t>مثلاً ایک آدمی بزنس کرتا ہے۔</w:t>
      </w:r>
    </w:p>
    <w:p>
      <w:r>
        <w:rPr>
          <w:b/>
        </w:rPr>
        <w:t xml:space="preserve">[40:30] </w:t>
      </w:r>
      <w:r>
        <w:t>main ne kai business walon se kaha yeh baat jo tension mein the.</w:t>
      </w:r>
    </w:p>
    <w:p>
      <w:pPr>
        <w:jc w:val="right"/>
      </w:pPr>
      <w:r>
        <w:t>میں نے کئی بزنس والوں سے کہا یہ بات جو ٹینشن میں تھے۔</w:t>
      </w:r>
    </w:p>
    <w:p>
      <w:r>
        <w:rPr>
          <w:b/>
        </w:rPr>
        <w:t xml:space="preserve">[40:34] </w:t>
      </w:r>
      <w:r>
        <w:t>raat din tension mein.</w:t>
      </w:r>
    </w:p>
    <w:p>
      <w:pPr>
        <w:jc w:val="right"/>
      </w:pPr>
      <w:r>
        <w:t>رات دن ٹینشن میں۔</w:t>
      </w:r>
    </w:p>
    <w:p>
      <w:r>
        <w:rPr>
          <w:b/>
        </w:rPr>
        <w:t xml:space="preserve">[40:38] </w:t>
      </w:r>
      <w:r>
        <w:t>main ne kaha ke aap tension mein kyun hain? is ko samjhiye.</w:t>
      </w:r>
    </w:p>
    <w:p>
      <w:pPr>
        <w:jc w:val="right"/>
      </w:pPr>
      <w:r>
        <w:t>میں نے کہا کہ آپ ٹینشن میں کیوں ہیں؟ اس کو سمجھیے۔</w:t>
      </w:r>
    </w:p>
    <w:p>
      <w:r>
        <w:rPr>
          <w:b/>
        </w:rPr>
        <w:t xml:space="preserve">[40:41] </w:t>
      </w:r>
      <w:r>
        <w:t>aap ne apni business ko manageable limit mein nahin rakha.</w:t>
      </w:r>
    </w:p>
    <w:p>
      <w:pPr>
        <w:jc w:val="right"/>
      </w:pPr>
      <w:r>
        <w:t>آپ نے اپنی بزنس کو مینیجیبل لمٹ میں نہیں رکھا۔</w:t>
      </w:r>
    </w:p>
    <w:p>
      <w:r>
        <w:rPr>
          <w:b/>
        </w:rPr>
        <w:t xml:space="preserve">[40:45] </w:t>
      </w:r>
      <w:r>
        <w:t>insaan, dekhiye, insaan ke</w:t>
      </w:r>
    </w:p>
    <w:p>
      <w:pPr>
        <w:jc w:val="right"/>
      </w:pPr>
      <w:r>
        <w:t>انسان، دیکھیے، انسان کے</w:t>
      </w:r>
    </w:p>
    <w:p>
      <w:r>
        <w:rPr>
          <w:b/>
        </w:rPr>
        <w:t xml:space="preserve">[40:49] </w:t>
      </w:r>
      <w:r>
        <w:t>ek limitations hain.</w:t>
      </w:r>
    </w:p>
    <w:p>
      <w:pPr>
        <w:jc w:val="right"/>
      </w:pPr>
      <w:r>
        <w:t>ایک لیمیٹیشنز ہیں۔</w:t>
      </w:r>
    </w:p>
    <w:p>
      <w:r>
        <w:rPr>
          <w:b/>
        </w:rPr>
        <w:t xml:space="preserve">[40:53] </w:t>
      </w:r>
      <w:r>
        <w:t>insaan khuda nahin hai.</w:t>
      </w:r>
    </w:p>
    <w:p>
      <w:pPr>
        <w:jc w:val="right"/>
      </w:pPr>
      <w:r>
        <w:t>انسان خدا نہیں ہے۔</w:t>
      </w:r>
    </w:p>
    <w:p>
      <w:r>
        <w:rPr>
          <w:b/>
        </w:rPr>
        <w:t xml:space="preserve">[40:58] </w:t>
      </w:r>
      <w:r>
        <w:t>limitations hain is ki.</w:t>
      </w:r>
    </w:p>
    <w:p>
      <w:pPr>
        <w:jc w:val="right"/>
      </w:pPr>
      <w:r>
        <w:t>لیمیٹیشنز ہیں اس کی۔</w:t>
      </w:r>
    </w:p>
    <w:p>
      <w:r>
        <w:rPr>
          <w:b/>
        </w:rPr>
        <w:t xml:space="preserve">[41:02] </w:t>
      </w:r>
      <w:r>
        <w:t>jab bhi aap apni limit ko cross kar jaayenge to isi ka naam hoga tension.</w:t>
      </w:r>
    </w:p>
    <w:p>
      <w:pPr>
        <w:jc w:val="right"/>
      </w:pPr>
      <w:r>
        <w:t>جب بھی آپ اپنی لمٹ کو کراس کر جائیں گے تو اسی کا نام ہوگا ٹینشن۔</w:t>
      </w:r>
    </w:p>
    <w:p>
      <w:r>
        <w:rPr>
          <w:b/>
        </w:rPr>
        <w:t xml:space="preserve">[41:07] </w:t>
      </w:r>
      <w:r>
        <w:t>to kai logon ko main ne yeh baat kahi ke aap ka tension ki source kya hai? ke</w:t>
      </w:r>
    </w:p>
    <w:p>
      <w:pPr>
        <w:jc w:val="right"/>
      </w:pPr>
      <w:r>
        <w:t>تو کئی لوگوں کو میں نے یہ بات کہی کہ آپ کا ٹینشن کی سورس کیا ہے؟ کہ</w:t>
      </w:r>
    </w:p>
    <w:p>
      <w:r>
        <w:rPr>
          <w:b/>
        </w:rPr>
        <w:t xml:space="preserve">[41:11] </w:t>
      </w:r>
      <w:r>
        <w:t>aap ne apne business ko itna badhaya ke woh manageable limit mein na raha.</w:t>
      </w:r>
    </w:p>
    <w:p>
      <w:pPr>
        <w:jc w:val="right"/>
      </w:pPr>
      <w:r>
        <w:t>آپ نے اپنے بزنس کو اتنا بڑھایا کہ وہ مینیجیبل لمٹ میں نہ رہا۔</w:t>
      </w:r>
    </w:p>
    <w:p>
      <w:r>
        <w:rPr>
          <w:b/>
        </w:rPr>
        <w:t xml:space="preserve">[41:15] </w:t>
      </w:r>
      <w:r>
        <w:t>koi bhi bade se bada aadmi bhi is ko afford nahin kar sakta.</w:t>
      </w:r>
    </w:p>
    <w:p>
      <w:pPr>
        <w:jc w:val="right"/>
      </w:pPr>
      <w:r>
        <w:t>کوئی بھی بڑے سے بڑا آدمی بھی اس کو افورڈ نہیں کر سکتا۔</w:t>
      </w:r>
    </w:p>
    <w:p>
      <w:r>
        <w:rPr>
          <w:b/>
        </w:rPr>
        <w:t xml:space="preserve">[41:20] </w:t>
      </w:r>
      <w:r>
        <w:t>jaise Alexander the Great jo tha, us ne chaha ke saari duniya ko fateh kare to apne manageable</w:t>
      </w:r>
    </w:p>
    <w:p>
      <w:pPr>
        <w:jc w:val="right"/>
      </w:pPr>
      <w:r>
        <w:t>جیسے الیگزینڈر دا گریٹ جو تھا، اس نے چاہا کہ ساری دنیا کو فتح کرے تو اپنے مینیجیبل</w:t>
      </w:r>
    </w:p>
    <w:p>
      <w:r>
        <w:rPr>
          <w:b/>
        </w:rPr>
        <w:t xml:space="preserve">[41:24] </w:t>
      </w:r>
      <w:r>
        <w:t>limit se bahar chala gaya.</w:t>
      </w:r>
    </w:p>
    <w:p>
      <w:pPr>
        <w:jc w:val="right"/>
      </w:pPr>
      <w:r>
        <w:t>لمٹ سے باہر چلا گیا۔</w:t>
      </w:r>
    </w:p>
    <w:p>
      <w:r>
        <w:rPr>
          <w:b/>
        </w:rPr>
        <w:t xml:space="preserve">[41:28] </w:t>
      </w:r>
      <w:r>
        <w:t>kya hua? ke woh Iraq pahunch kar mar gaya.</w:t>
      </w:r>
    </w:p>
    <w:p>
      <w:pPr>
        <w:jc w:val="right"/>
      </w:pPr>
      <w:r>
        <w:t>کیا ہوا؟ کہ وہ عراق پہنچ کر مر گیا۔</w:t>
      </w:r>
    </w:p>
    <w:p>
      <w:r>
        <w:rPr>
          <w:b/>
        </w:rPr>
        <w:t xml:space="preserve">[41:33] </w:t>
      </w:r>
      <w:r>
        <w:t>Hitler bhi chahta tha duniya par rule karna, saari saari Europe par rule karna.</w:t>
      </w:r>
    </w:p>
    <w:p>
      <w:pPr>
        <w:jc w:val="right"/>
      </w:pPr>
      <w:r>
        <w:t>ہٹلر بھی چاہتا تھا دنیا پر رول کرنا، ساری ساری یورپ پر رول کرنا۔</w:t>
      </w:r>
    </w:p>
    <w:p>
      <w:r>
        <w:rPr>
          <w:b/>
        </w:rPr>
        <w:t xml:space="preserve">[41:37] </w:t>
      </w:r>
      <w:r>
        <w:t>woh bhi manageable limit se bahar chala gaya.</w:t>
      </w:r>
    </w:p>
    <w:p>
      <w:pPr>
        <w:jc w:val="right"/>
      </w:pPr>
      <w:r>
        <w:t>وہ بھی مینیجیبل لمٹ سے باہر چلا گیا۔</w:t>
      </w:r>
    </w:p>
    <w:p>
      <w:r>
        <w:rPr>
          <w:b/>
        </w:rPr>
        <w:t xml:space="preserve">[41:41] </w:t>
      </w:r>
      <w:r>
        <w:t>to is ko bunkar mein khudkushi karni pari.</w:t>
      </w:r>
    </w:p>
    <w:p>
      <w:pPr>
        <w:jc w:val="right"/>
      </w:pPr>
      <w:r>
        <w:t>تو اس کو بنکر میں خودکشی کرنی پڑی۔</w:t>
      </w:r>
    </w:p>
    <w:p>
      <w:r>
        <w:rPr>
          <w:b/>
        </w:rPr>
        <w:t xml:space="preserve">[41:46] </w:t>
      </w:r>
      <w:r>
        <w:t>yani second world war ke douran bunkar mein is ne suicide kar liya apne aap ko. kyun ke</w:t>
      </w:r>
    </w:p>
    <w:p>
      <w:pPr>
        <w:jc w:val="right"/>
      </w:pPr>
      <w:r>
        <w:t>یعنی سیکنڈ ورلڈ وار کے دوران بنکر میں اس نے سوسائیڈ کر لیا اپنے آپ کو۔ کیونکہ</w:t>
      </w:r>
    </w:p>
    <w:p>
      <w:r>
        <w:rPr>
          <w:b/>
        </w:rPr>
        <w:t xml:space="preserve">[41:50] </w:t>
      </w:r>
      <w:r>
        <w:t>ek aisa german empire banana chahta tha jo is jo is ko woh manage karne ki taqat is</w:t>
      </w:r>
    </w:p>
    <w:p>
      <w:pPr>
        <w:jc w:val="right"/>
      </w:pPr>
      <w:r>
        <w:t>ایک ایسا جرمن ایمپائر بنانا چاہتا تھا جو اس جو اس کو وہ مینج کرنے کی طاقت اس</w:t>
      </w:r>
    </w:p>
    <w:p>
      <w:r>
        <w:rPr>
          <w:b/>
        </w:rPr>
        <w:t xml:space="preserve">[41:56] </w:t>
      </w:r>
      <w:r>
        <w:t>ke andar nahi thi.</w:t>
      </w:r>
    </w:p>
    <w:p>
      <w:pPr>
        <w:jc w:val="right"/>
      </w:pPr>
      <w:r>
        <w:t>کے اندر نہیں تھی۔</w:t>
      </w:r>
    </w:p>
    <w:p>
      <w:r>
        <w:rPr>
          <w:b/>
        </w:rPr>
        <w:t xml:space="preserve">[42:02] </w:t>
      </w:r>
      <w:r>
        <w:t>to chahe koi individual ho, chahe koi state ho, chahe koi group ho, is ko janna chahiye.</w:t>
      </w:r>
    </w:p>
    <w:p>
      <w:pPr>
        <w:jc w:val="right"/>
      </w:pPr>
      <w:r>
        <w:t>تو چاہے کوئی انڈیویجول ہو، چاہے کوئی اسٹیٹ ہو، چاہے کوئی گروپ ہو، اس کو جاننا چاہیے۔</w:t>
      </w:r>
    </w:p>
    <w:p>
      <w:r>
        <w:rPr>
          <w:b/>
        </w:rPr>
        <w:t xml:space="preserve">[42:08] </w:t>
      </w:r>
      <w:r>
        <w:t>to bohat se logon ko aap milenge ke woh tension mein jee rahe hain.</w:t>
      </w:r>
    </w:p>
    <w:p>
      <w:pPr>
        <w:jc w:val="right"/>
      </w:pPr>
      <w:r>
        <w:t>تو بہت سے لوگوں کو آپ ملیں گے کہ وہ ٹینشن میں جی رہے ہیں۔</w:t>
      </w:r>
    </w:p>
    <w:p>
      <w:r>
        <w:rPr>
          <w:b/>
        </w:rPr>
        <w:t xml:space="preserve">[42:14] </w:t>
      </w:r>
      <w:r>
        <w:t>aaj kal bohat si industry, ek nai industry khuli hui hai, de de stressing industry. art</w:t>
      </w:r>
    </w:p>
    <w:p>
      <w:pPr>
        <w:jc w:val="right"/>
      </w:pPr>
      <w:r>
        <w:t>آج کل بہت سی انڈسٹری، ایک نئی انڈسٹری کھلی ہوئی ہے، ڈی ڈی اسٹریسنگ انڈسٹری۔ آرٹ</w:t>
      </w:r>
    </w:p>
    <w:p>
      <w:r>
        <w:rPr>
          <w:b/>
        </w:rPr>
        <w:t xml:space="preserve">[42:20] </w:t>
      </w:r>
      <w:r>
        <w:t>of de stressing ki industry khuli hui hai.</w:t>
      </w:r>
    </w:p>
    <w:p>
      <w:pPr>
        <w:jc w:val="right"/>
      </w:pPr>
      <w:r>
        <w:t>آف ڈی اسٹریسنگ کی انڈسٹری کھلی ہوئی ہے۔</w:t>
      </w:r>
    </w:p>
    <w:p>
      <w:r>
        <w:rPr>
          <w:b/>
        </w:rPr>
        <w:t xml:space="preserve">[42:25] </w:t>
      </w:r>
      <w:r>
        <w:t>yeh sab industry kya hai? bilkul kuch bhi nahi. nothing.</w:t>
      </w:r>
    </w:p>
    <w:p>
      <w:pPr>
        <w:jc w:val="right"/>
      </w:pPr>
      <w:r>
        <w:t>یہ سب انڈسٹری کیا ہے؟ بالکل کچھ بھی نہیں۔ نتھنگ۔</w:t>
      </w:r>
    </w:p>
    <w:p>
      <w:r>
        <w:rPr>
          <w:b/>
        </w:rPr>
        <w:t xml:space="preserve">[42:30] </w:t>
      </w:r>
      <w:r>
        <w:t>asal cheez yeh hai ke aap ko khud apne seenay ke andar industry kholna hai.</w:t>
      </w:r>
    </w:p>
    <w:p>
      <w:pPr>
        <w:jc w:val="right"/>
      </w:pPr>
      <w:r>
        <w:t>اصل چیز یہ ہے کہ آپ کو خود اپنے سینے کے اندر انڈسٹری کھولنا ہے۔</w:t>
      </w:r>
    </w:p>
    <w:p>
      <w:r>
        <w:rPr>
          <w:b/>
        </w:rPr>
        <w:t xml:space="preserve">[42:35] </w:t>
      </w:r>
      <w:r>
        <w:t>koi industry bahar nahi khul sakti hai jo aap ko help kare.</w:t>
      </w:r>
    </w:p>
    <w:p>
      <w:pPr>
        <w:jc w:val="right"/>
      </w:pPr>
      <w:r>
        <w:t>کوئی انڈسٹری باہر نہیں کھل سکتی ہے جو آپ کو ہیلپ کرے۔</w:t>
      </w:r>
    </w:p>
    <w:p>
      <w:r>
        <w:rPr>
          <w:b/>
        </w:rPr>
        <w:t xml:space="preserve">[42:40] </w:t>
      </w:r>
      <w:r>
        <w:t>woh kya hai? manageable limit pe rahiyey.</w:t>
      </w:r>
    </w:p>
    <w:p>
      <w:pPr>
        <w:jc w:val="right"/>
      </w:pPr>
      <w:r>
        <w:t>وہ کیا ہے؟ مینیجیبل لمٹ پہ رہیے۔</w:t>
      </w:r>
    </w:p>
    <w:p>
      <w:r>
        <w:rPr>
          <w:b/>
        </w:rPr>
        <w:t xml:space="preserve">[42:46] </w:t>
      </w:r>
      <w:r>
        <w:t>dekhiye, islam mein</w:t>
      </w:r>
    </w:p>
    <w:p>
      <w:pPr>
        <w:jc w:val="right"/>
      </w:pPr>
      <w:r>
        <w:t>دیکھیے، اسلام میں</w:t>
      </w:r>
    </w:p>
    <w:p>
      <w:r>
        <w:rPr>
          <w:b/>
        </w:rPr>
        <w:t xml:space="preserve">[42:51] </w:t>
      </w:r>
      <w:r>
        <w:t>jo teaching hai, Islam ke jo principle Islam mein diye gaye hain, us mein se ek hai qanaat. qanaat ka matlab hai contentment. qanaat ka matlab hai contentment. qanaat kya hai? bazahir qanaat ek religious word hai. lekin qanaat ka matlab yahi hai ke apni manageable limit pe raho. qanaat ka matlab hai apni manageable limit pe raho</w:t>
      </w:r>
    </w:p>
    <w:p>
      <w:pPr>
        <w:jc w:val="right"/>
      </w:pPr>
      <w:r>
        <w:t>جو ٹیچنگ ہے، اسلام کے جو پرنسپل اسلام میں دیے گئے ہیں، اس میں سے ایک ہے قناعت۔ قناعت کا مطلب ہے کنٹینٹمنٹ۔ قناعت کا مطلب ہے کنٹینٹمنٹ۔ قناعت کیا ہے؟ بظاہر قناعت ایک مذہبی ورڈ ہے۔ لیکن قناعت کا مطلب یہی ہے کہ اپنی مینیجیبل لمٹ پہ رہو۔ قناعت کا مطلب ہے اپنی مینیجیبل لمٹ پہ رہو</w:t>
      </w:r>
    </w:p>
    <w:p>
      <w:r>
        <w:rPr>
          <w:b/>
        </w:rPr>
        <w:t xml:space="preserve">[43:21] </w:t>
      </w:r>
      <w:r>
        <w:t>—</w:t>
      </w:r>
    </w:p>
    <w:p>
      <w:pPr>
        <w:jc w:val="right"/>
      </w:pPr>
      <w:r>
        <w:t>۔</w:t>
      </w:r>
    </w:p>
    <w:p>
      <w:r>
        <w:rPr>
          <w:b/>
        </w:rPr>
        <w:t xml:space="preserve">[43:25] </w:t>
      </w:r>
      <w:r>
        <w:t>hamesha koi bhi aadmi ho, is ki ek manageable limit hoti hai.</w:t>
      </w:r>
    </w:p>
    <w:p>
      <w:pPr>
        <w:jc w:val="right"/>
      </w:pPr>
      <w:r>
        <w:t>ہمیشہ کوئی بھی آدمی ہو، اس کی ایک مینیجیبل لمٹ ہوتی ہے۔</w:t>
      </w:r>
    </w:p>
    <w:p>
      <w:r>
        <w:rPr>
          <w:b/>
        </w:rPr>
        <w:t xml:space="preserve">[43:29] </w:t>
      </w:r>
      <w:r>
        <w:t>ek woh hoti hai jahan woh manage nahi kar sakta.</w:t>
      </w:r>
    </w:p>
    <w:p>
      <w:pPr>
        <w:jc w:val="right"/>
      </w:pPr>
      <w:r>
        <w:t>ایک وہ ہوتی ہے جہاں وہ مینج نہیں کر سکتا۔</w:t>
      </w:r>
    </w:p>
    <w:p>
      <w:r>
        <w:rPr>
          <w:b/>
        </w:rPr>
        <w:t xml:space="preserve">[43:34] </w:t>
      </w:r>
      <w:r>
        <w:t>to itna kar le aadmi ke qanaat ka usool ikhtiyar kare.</w:t>
      </w:r>
    </w:p>
    <w:p>
      <w:pPr>
        <w:jc w:val="right"/>
      </w:pPr>
      <w:r>
        <w:t>تو اتنا کر لے آدمی کہ قناعت کا اصول اختیار کرے۔</w:t>
      </w:r>
    </w:p>
    <w:p>
      <w:r>
        <w:rPr>
          <w:b/>
        </w:rPr>
        <w:t xml:space="preserve">[43:38] </w:t>
      </w:r>
      <w:r>
        <w:t>yani wahin tak apne aap ko rakhe jahan woh manage kar sakta hai.</w:t>
      </w:r>
    </w:p>
    <w:p>
      <w:pPr>
        <w:jc w:val="right"/>
      </w:pPr>
      <w:r>
        <w:t>یعنی وہیں تک اپنے آپ کو رکھے جہاں وہ مینج کر سکتا ہے۔</w:t>
      </w:r>
    </w:p>
    <w:p>
      <w:r>
        <w:rPr>
          <w:b/>
        </w:rPr>
        <w:t xml:space="preserve">[43:42] </w:t>
      </w:r>
      <w:r>
        <w:t>jahan tak manage nahi kar sakta to woh samjhe ke woh mere liye nahi hai woh cheez.</w:t>
      </w:r>
    </w:p>
    <w:p>
      <w:pPr>
        <w:jc w:val="right"/>
      </w:pPr>
      <w:r>
        <w:t>جہاں تک مینج نہیں کر سکتا تو وہ سمجھے کہ وہ میرے لیے نہیں ہے وہ چیز۔</w:t>
      </w:r>
    </w:p>
    <w:p>
      <w:r>
        <w:rPr>
          <w:b/>
        </w:rPr>
        <w:t xml:space="preserve">[43:46] </w:t>
      </w:r>
      <w:r>
        <w:t>aksar logon ke andar kya hota hai</w:t>
      </w:r>
    </w:p>
    <w:p>
      <w:pPr>
        <w:jc w:val="right"/>
      </w:pPr>
      <w:r>
        <w:t>اکثر لوگوں کے اندر کیا ہوتا ہے</w:t>
      </w:r>
    </w:p>
    <w:p>
      <w:r>
        <w:rPr>
          <w:b/>
        </w:rPr>
        <w:t xml:space="preserve">[43:51] </w:t>
      </w:r>
      <w:r>
        <w:t>? haris hoti hai.</w:t>
      </w:r>
    </w:p>
    <w:p>
      <w:pPr>
        <w:jc w:val="right"/>
      </w:pPr>
      <w:r>
        <w:t>؟ حرص ہوتی ہے۔</w:t>
      </w:r>
    </w:p>
    <w:p>
      <w:r>
        <w:rPr>
          <w:b/>
        </w:rPr>
        <w:t xml:space="preserve">[43:55] </w:t>
      </w:r>
      <w:r>
        <w:t>aur aur aur aur.</w:t>
      </w:r>
    </w:p>
    <w:p>
      <w:pPr>
        <w:jc w:val="right"/>
      </w:pPr>
      <w:r>
        <w:t>اور اور اور اور۔</w:t>
      </w:r>
    </w:p>
    <w:p>
      <w:r>
        <w:rPr>
          <w:b/>
        </w:rPr>
        <w:t xml:space="preserve">[43:59] </w:t>
      </w:r>
      <w:r>
        <w:t>quran mein hai ke alhaakum alhaakum al takathur hatta al maqabir.</w:t>
      </w:r>
    </w:p>
    <w:p>
      <w:pPr>
        <w:jc w:val="right"/>
      </w:pPr>
      <w:r>
        <w:t>قرآن میں ہے کہ الحق الحق متکاسر حتیٰ المقابر۔</w:t>
      </w:r>
    </w:p>
    <w:p>
      <w:r>
        <w:rPr>
          <w:b/>
        </w:rPr>
        <w:t xml:space="preserve">[44:04] </w:t>
      </w:r>
      <w:r>
        <w:t>yani aur aur aur ke is mein pade rahe tum yahan tak ke mar gaye.</w:t>
      </w:r>
    </w:p>
    <w:p>
      <w:pPr>
        <w:jc w:val="right"/>
      </w:pPr>
      <w:r>
        <w:t>یعنی اور اور اور کے اس میں پڑے رہے تم یہاں تک کہ مر گئے۔</w:t>
      </w:r>
    </w:p>
    <w:p>
      <w:r>
        <w:rPr>
          <w:b/>
        </w:rPr>
        <w:t xml:space="preserve">[44:08] </w:t>
      </w:r>
      <w:r>
        <w:t>koi bhi aadmi jo hai, jis ko bhi aap dekhiye, artist mein ho ya business mein ho, sab</w:t>
      </w:r>
    </w:p>
    <w:p>
      <w:pPr>
        <w:jc w:val="right"/>
      </w:pPr>
      <w:r>
        <w:t>کوئی بھی آدمی جو ہے، جس کو بھی آپ دیکھیے، آرٹسٹ میں ہو یا بزنس میں ہو، سب</w:t>
      </w:r>
    </w:p>
    <w:p>
      <w:r>
        <w:rPr>
          <w:b/>
        </w:rPr>
        <w:t xml:space="preserve">[44:12] </w:t>
      </w:r>
      <w:r>
        <w:t>ka yahi haal hai.</w:t>
      </w:r>
    </w:p>
    <w:p>
      <w:pPr>
        <w:jc w:val="right"/>
      </w:pPr>
      <w:r>
        <w:t>کا یہی حال ہے۔</w:t>
      </w:r>
    </w:p>
    <w:p>
      <w:r>
        <w:rPr>
          <w:b/>
        </w:rPr>
        <w:t xml:space="preserve">[44:17] </w:t>
      </w:r>
      <w:r>
        <w:t>artist mein koi aadmi agar is mein worker tha kisi party mein to ab chahta hai</w:t>
      </w:r>
    </w:p>
    <w:p>
      <w:pPr>
        <w:jc w:val="right"/>
      </w:pPr>
      <w:r>
        <w:t>آرٹسٹ میں کوئی آدمی اگر اس میں ورکر تھا کسی پارٹی میں تو اب چاہتا ہے</w:t>
      </w:r>
    </w:p>
    <w:p>
      <w:r>
        <w:rPr>
          <w:b/>
        </w:rPr>
        <w:t xml:space="preserve">[44:21] </w:t>
      </w:r>
      <w:r>
        <w:t>ke mein assembly ka member banun.</w:t>
      </w:r>
    </w:p>
    <w:p>
      <w:pPr>
        <w:jc w:val="right"/>
      </w:pPr>
      <w:r>
        <w:t>کہ میں اسمبلی کا ممبر بنوں۔</w:t>
      </w:r>
    </w:p>
    <w:p>
      <w:r>
        <w:rPr>
          <w:b/>
        </w:rPr>
        <w:t xml:space="preserve">[44:24] </w:t>
      </w:r>
      <w:r>
        <w:t>member ban gaya to chahta hai ke mein mein minister banun.</w:t>
      </w:r>
    </w:p>
    <w:p>
      <w:pPr>
        <w:jc w:val="right"/>
      </w:pPr>
      <w:r>
        <w:t>ممبر بن گیا تو چاہتا ہے کہ میں میں منسٹر بنوں۔</w:t>
      </w:r>
    </w:p>
    <w:p>
      <w:r>
        <w:rPr>
          <w:b/>
        </w:rPr>
        <w:t xml:space="preserve">[44:28] </w:t>
      </w:r>
      <w:r>
        <w:t>minister ban gaya to chahta hai ke mein prime minister banun.</w:t>
      </w:r>
    </w:p>
    <w:p>
      <w:pPr>
        <w:jc w:val="right"/>
      </w:pPr>
      <w:r>
        <w:t>منسٹر بن گیا تو چاہتا ہے کہ میں پرائم منسٹر بنوں۔</w:t>
      </w:r>
    </w:p>
    <w:p>
      <w:r>
        <w:rPr>
          <w:b/>
        </w:rPr>
        <w:t xml:space="preserve">[44:31] </w:t>
      </w:r>
      <w:r>
        <w:t>prime minister ban gaya to mein chahta hai ke mein world leader banun.</w:t>
      </w:r>
    </w:p>
    <w:p>
      <w:pPr>
        <w:jc w:val="right"/>
      </w:pPr>
      <w:r>
        <w:t>پرائم منسٹر بن گیا تو میں چاہتا ہے کہ میں ورلڈ لیڈر بنوں۔</w:t>
      </w:r>
    </w:p>
    <w:p>
      <w:r>
        <w:rPr>
          <w:b/>
        </w:rPr>
        <w:t xml:space="preserve">[44:34] </w:t>
      </w:r>
      <w:r>
        <w:t>yani kahin is ki hiras khatm nahi hoti.</w:t>
      </w:r>
    </w:p>
    <w:p>
      <w:pPr>
        <w:jc w:val="right"/>
      </w:pPr>
      <w:r>
        <w:t>یعنی کہیں اس کی حرص ختم نہیں ہوتی۔</w:t>
      </w:r>
    </w:p>
    <w:p>
      <w:r>
        <w:rPr>
          <w:b/>
        </w:rPr>
        <w:t xml:space="preserve">[44:38] </w:t>
      </w:r>
      <w:r>
        <w:t>isi liye har jisko bhi dekhen tension mein.</w:t>
      </w:r>
    </w:p>
    <w:p>
      <w:pPr>
        <w:jc w:val="right"/>
      </w:pPr>
      <w:r>
        <w:t>اسی لیے ہر جس کو بھی دیکھیں ٹینشن میں۔</w:t>
      </w:r>
    </w:p>
    <w:p>
      <w:r>
        <w:rPr>
          <w:b/>
        </w:rPr>
        <w:t xml:space="preserve">[44:41] </w:t>
      </w:r>
      <w:r>
        <w:t>saare log jo hain, bade log, sab woh sleeping pill kha kar sote hain.</w:t>
      </w:r>
    </w:p>
    <w:p>
      <w:pPr>
        <w:jc w:val="right"/>
      </w:pPr>
      <w:r>
        <w:t>سارے لوگ جو ہیں، بڑے لوگ، سب وہ سلیپنگ پل کھا کر سوتے ہیں۔</w:t>
      </w:r>
    </w:p>
    <w:p>
      <w:r>
        <w:rPr>
          <w:b/>
        </w:rPr>
        <w:t xml:space="preserve">[44:44] </w:t>
      </w:r>
      <w:r>
        <w:t>un ko neend nahi aati.</w:t>
      </w:r>
    </w:p>
    <w:p>
      <w:pPr>
        <w:jc w:val="right"/>
      </w:pPr>
      <w:r>
        <w:t>ان کو نیند نہیں آتی۔</w:t>
      </w:r>
    </w:p>
    <w:p>
      <w:r>
        <w:rPr>
          <w:b/>
        </w:rPr>
        <w:t xml:space="preserve">[44:48] </w:t>
      </w:r>
      <w:r>
        <w:t>kyun? in manageable limit mein apne ko phansa rakha hai</w:t>
      </w:r>
    </w:p>
    <w:p>
      <w:pPr>
        <w:jc w:val="right"/>
      </w:pPr>
      <w:r>
        <w:t>کیوں؟ ان مینیجیبل لمٹ میں اپنے کو پھنسا رکھا ہے</w:t>
      </w:r>
    </w:p>
    <w:p>
      <w:r>
        <w:rPr>
          <w:b/>
        </w:rPr>
        <w:t xml:space="preserve">[44:51] </w:t>
      </w:r>
      <w:r>
        <w:t>unhone. business mein ho tab bhi, artist mein ho tab bhi, kahin bhi jahan bhi dekhiye, har jagah. to aksar logon ko kehta hoon ke bohat hi simple formula hai de-stressing ka. art of de-stressing jo hai, woh bilkul simple formula hai. woh hai qanaat. qanaat ka matlab hai apne aap ko manageable limit mein rakhna. bilkul simple formula hai.</w:t>
      </w:r>
    </w:p>
    <w:p>
      <w:pPr>
        <w:jc w:val="right"/>
      </w:pPr>
      <w:r>
        <w:t>انہوں نے۔ بزنس میں ہو تب بھی، آرٹسٹ میں ہو تب بھی، کہیں بھی جہاں بھی دیکھیے، ہر جگہ۔ تو اکثر لوگوں کو کہتا ہوں کہ بہت ہی سمپل فارمولا ہے ڈی اسٹریسنگ کا۔ آرٹ آف ڈی اسٹریسنگ جو ہے، وہ بالکل سمپل فارمولا ہے۔ وہ ہے قناعت۔ قناعت کا مطلب ہے اپنے آپ کو مینیجیبل لمٹ میں رکھنا۔ بالکل سمپل فارمولا ہے۔</w:t>
      </w:r>
    </w:p>
    <w:p>
      <w:r>
        <w:rPr>
          <w:b/>
        </w:rPr>
        <w:t xml:space="preserve">[45:21] </w:t>
      </w:r>
      <w:r>
        <w:t>to agar aap law of nature ko follow karen, agar aap law of nature ko follow karen to</w:t>
      </w:r>
    </w:p>
    <w:p>
      <w:pPr>
        <w:jc w:val="right"/>
      </w:pPr>
      <w:r>
        <w:t>تو اگر آپ لاء آف نیچر کو فالو کریں، اگر آپ لاء آف نیچر کو فالو کریں تو</w:t>
      </w:r>
    </w:p>
    <w:p>
      <w:r>
        <w:rPr>
          <w:b/>
        </w:rPr>
        <w:t xml:space="preserve">[45:26] </w:t>
      </w:r>
      <w:r>
        <w:t>zindagi mein bohat aasani se aap problem ko solve kar sakte hain.</w:t>
      </w:r>
    </w:p>
    <w:p>
      <w:pPr>
        <w:jc w:val="right"/>
      </w:pPr>
      <w:r>
        <w:t>زندگی میں بہت آسانی سے آپ پرابلم کو سالو کر سکتے ہیں۔</w:t>
      </w:r>
    </w:p>
    <w:p>
      <w:r>
        <w:rPr>
          <w:b/>
        </w:rPr>
        <w:t xml:space="preserve">[45:31] </w:t>
      </w:r>
      <w:r>
        <w:t>dekhiye, ek baat yaad rakhiye.</w:t>
      </w:r>
    </w:p>
    <w:p>
      <w:pPr>
        <w:jc w:val="right"/>
      </w:pPr>
      <w:r>
        <w:t>دیکھیے، ایک بات یاد رکھیے۔</w:t>
      </w:r>
    </w:p>
    <w:p>
      <w:r>
        <w:rPr>
          <w:b/>
        </w:rPr>
        <w:t xml:space="preserve">[45:36] </w:t>
      </w:r>
      <w:r>
        <w:t>you can not remove the problems.</w:t>
      </w:r>
    </w:p>
    <w:p>
      <w:pPr>
        <w:jc w:val="right"/>
      </w:pPr>
      <w:r>
        <w:t>یو کین ناٹ ریموو دا پرابلمز۔</w:t>
      </w:r>
    </w:p>
    <w:p>
      <w:r>
        <w:rPr>
          <w:b/>
        </w:rPr>
        <w:t xml:space="preserve">[45:42] </w:t>
      </w:r>
      <w:r>
        <w:t>problems are part of life.</w:t>
      </w:r>
    </w:p>
    <w:p>
      <w:pPr>
        <w:jc w:val="right"/>
      </w:pPr>
      <w:r>
        <w:t>پرابلمز آر پارٹ آف لائف۔</w:t>
      </w:r>
    </w:p>
    <w:p>
      <w:r>
        <w:rPr>
          <w:b/>
        </w:rPr>
        <w:t xml:space="preserve">[45:47] </w:t>
      </w:r>
      <w:r>
        <w:t>problems are part of of the nature.</w:t>
      </w:r>
    </w:p>
    <w:p>
      <w:pPr>
        <w:jc w:val="right"/>
      </w:pPr>
      <w:r>
        <w:t>پرابلمز آر پارٹ آف آف دی نیچر۔</w:t>
      </w:r>
    </w:p>
    <w:p>
      <w:r>
        <w:rPr>
          <w:b/>
        </w:rPr>
        <w:t xml:space="preserve">[45:52] </w:t>
      </w:r>
      <w:r>
        <w:t>so you can not abolish problems.</w:t>
      </w:r>
    </w:p>
    <w:p>
      <w:pPr>
        <w:jc w:val="right"/>
      </w:pPr>
      <w:r>
        <w:t>سو یو کین ناٹ ابالش پرابلمز۔</w:t>
      </w:r>
    </w:p>
    <w:p>
      <w:r>
        <w:rPr>
          <w:b/>
        </w:rPr>
        <w:t xml:space="preserve">[45:56] </w:t>
      </w:r>
      <w:r>
        <w:t>you can not remove problems.</w:t>
      </w:r>
    </w:p>
    <w:p>
      <w:pPr>
        <w:jc w:val="right"/>
      </w:pPr>
      <w:r>
        <w:t>یو کین ناٹ ریموو پرابلمز۔</w:t>
      </w:r>
    </w:p>
    <w:p>
      <w:r>
        <w:rPr>
          <w:b/>
        </w:rPr>
        <w:t xml:space="preserve">[45:59] </w:t>
      </w:r>
      <w:r>
        <w:t>woh to rahenge, rahenge, rahenge.</w:t>
      </w:r>
    </w:p>
    <w:p>
      <w:pPr>
        <w:jc w:val="right"/>
      </w:pPr>
      <w:r>
        <w:t>وہ تو رہیں گے، رہیں گے، رہیں گے۔</w:t>
      </w:r>
    </w:p>
    <w:p>
      <w:r>
        <w:rPr>
          <w:b/>
        </w:rPr>
        <w:t xml:space="preserve">[46:03] </w:t>
      </w:r>
      <w:r>
        <w:t>to aap ko bajaye yeh sochne ke ke mein kaise problem ko khatm karun, yeh sochna chahiye ke</w:t>
      </w:r>
    </w:p>
    <w:p>
      <w:pPr>
        <w:jc w:val="right"/>
      </w:pPr>
      <w:r>
        <w:t>تو آپ کو بجائے یہ سوچنے کے کہ میں کیسے پرابلم کو ختم کروں، یہ سوچنا چاہیے کہ</w:t>
      </w:r>
    </w:p>
    <w:p>
      <w:r>
        <w:rPr>
          <w:b/>
        </w:rPr>
        <w:t xml:space="preserve">[46:07] </w:t>
      </w:r>
      <w:r>
        <w:t>mein kaise apne aap ko jo law of nature hai, jo divine plan hai, us mein accommodate kar</w:t>
      </w:r>
    </w:p>
    <w:p>
      <w:pPr>
        <w:jc w:val="right"/>
      </w:pPr>
      <w:r>
        <w:t>میں کیسے اپنے آپ کو جو لاء آف نیچر ہے، جو ڈیوائن پلان ہے، اس میں اکموڈیٹ کر</w:t>
      </w:r>
    </w:p>
    <w:p>
      <w:r>
        <w:rPr>
          <w:b/>
        </w:rPr>
        <w:t xml:space="preserve">[46:11] </w:t>
      </w:r>
      <w:r>
        <w:t>ke mein kaise rahoon.</w:t>
      </w:r>
    </w:p>
    <w:p>
      <w:pPr>
        <w:jc w:val="right"/>
      </w:pPr>
      <w:r>
        <w:t>کے میں کیسے رہوں۔</w:t>
      </w:r>
    </w:p>
    <w:p>
      <w:r>
        <w:rPr>
          <w:b/>
        </w:rPr>
        <w:t xml:space="preserve">[46:14] </w:t>
      </w:r>
      <w:r>
        <w:t>yeh sawal basically accommodation ka hai.</w:t>
      </w:r>
    </w:p>
    <w:p>
      <w:pPr>
        <w:jc w:val="right"/>
      </w:pPr>
      <w:r>
        <w:t>یہ سوال بیسکلی اکموڈیشن کا ہے۔</w:t>
      </w:r>
    </w:p>
    <w:p>
      <w:r>
        <w:rPr>
          <w:b/>
        </w:rPr>
        <w:t xml:space="preserve">[46:18] </w:t>
      </w:r>
      <w:r>
        <w:t>yeh nahi ke aap aap ke jo external world hai, us ko aap</w:t>
      </w:r>
    </w:p>
    <w:p>
      <w:pPr>
        <w:jc w:val="right"/>
      </w:pPr>
      <w:r>
        <w:t>یہ نہیں کہ آپ آپ کے جو ایکسٹرنل ورلڈ ہے، اس کو آپ</w:t>
      </w:r>
    </w:p>
    <w:p>
      <w:r>
        <w:rPr>
          <w:b/>
        </w:rPr>
        <w:t xml:space="preserve">[46:22] </w:t>
      </w:r>
      <w:r>
        <w:t>tor phor kar apne mutabiq banaein.</w:t>
      </w:r>
    </w:p>
    <w:p>
      <w:pPr>
        <w:jc w:val="right"/>
      </w:pPr>
      <w:r>
        <w:t>توڑ پھوڑ کر اپنے مطابق بنائیں۔</w:t>
      </w:r>
    </w:p>
    <w:p>
      <w:r>
        <w:rPr>
          <w:b/>
        </w:rPr>
        <w:t xml:space="preserve">[46:26] </w:t>
      </w:r>
      <w:r>
        <w:t>wo to possible nahi hai.</w:t>
      </w:r>
    </w:p>
    <w:p>
      <w:pPr>
        <w:jc w:val="right"/>
      </w:pPr>
      <w:r>
        <w:t>وہ تو پاسیبل نہیں ہے۔</w:t>
      </w:r>
    </w:p>
    <w:p>
      <w:r>
        <w:rPr>
          <w:b/>
        </w:rPr>
        <w:t xml:space="preserve">[46:30] </w:t>
      </w:r>
      <w:r>
        <w:t>wo to possible nahi hai.</w:t>
      </w:r>
    </w:p>
    <w:p>
      <w:pPr>
        <w:jc w:val="right"/>
      </w:pPr>
      <w:r>
        <w:t>وہ تو پاسیبل نہیں ہے۔</w:t>
      </w:r>
    </w:p>
    <w:p>
      <w:r>
        <w:rPr>
          <w:b/>
        </w:rPr>
        <w:t xml:space="preserve">[46:34] </w:t>
      </w:r>
      <w:r>
        <w:t>napoleon ne dekhiye, kya kiya? moscow par qabza karna chahta tha wo.</w:t>
      </w:r>
    </w:p>
    <w:p>
      <w:pPr>
        <w:jc w:val="right"/>
      </w:pPr>
      <w:r>
        <w:t>نیپولین نے دیکھیے، کیا کیا؟ ماسکو پر قبضہ کرنا چاہتا تھا وہ۔</w:t>
      </w:r>
    </w:p>
    <w:p>
      <w:r>
        <w:rPr>
          <w:b/>
        </w:rPr>
        <w:t xml:space="preserve">[46:38] </w:t>
      </w:r>
      <w:r>
        <w:t>ab abhi army jo hai, moscow mein rawana kar diya.</w:t>
      </w:r>
    </w:p>
    <w:p>
      <w:pPr>
        <w:jc w:val="right"/>
      </w:pPr>
      <w:r>
        <w:t>اب ابھی آرمی جو ہے، ماسکو میں روانہ کر دیا۔</w:t>
      </w:r>
    </w:p>
    <w:p>
      <w:r>
        <w:rPr>
          <w:b/>
        </w:rPr>
        <w:t xml:space="preserve">[46:43] </w:t>
      </w:r>
      <w:r>
        <w:t>achha, sardi ka zamana tha.</w:t>
      </w:r>
    </w:p>
    <w:p>
      <w:pPr>
        <w:jc w:val="right"/>
      </w:pPr>
      <w:r>
        <w:t>اچھا، سردی کا زمانہ تھا۔</w:t>
      </w:r>
    </w:p>
    <w:p>
      <w:r>
        <w:rPr>
          <w:b/>
        </w:rPr>
        <w:t xml:space="preserve">[46:47] </w:t>
      </w:r>
      <w:r>
        <w:t>wahan par sardi ke zamane mein bohat sakht barf bari hoti hai. bohat ziyada.</w:t>
      </w:r>
    </w:p>
    <w:p>
      <w:pPr>
        <w:jc w:val="right"/>
      </w:pPr>
      <w:r>
        <w:t>وہاں پر سردی کے زمانے میں بہت سخت برف باری ہوتی ہے۔ بہت زیادہ۔</w:t>
      </w:r>
    </w:p>
    <w:p>
      <w:r>
        <w:rPr>
          <w:b/>
        </w:rPr>
        <w:t xml:space="preserve">[46:51] </w:t>
      </w:r>
      <w:r>
        <w:t>bohat ziyada hoti hai.</w:t>
      </w:r>
    </w:p>
    <w:p>
      <w:pPr>
        <w:jc w:val="right"/>
      </w:pPr>
      <w:r>
        <w:t>بہت زیادہ ہوتی ہے۔</w:t>
      </w:r>
    </w:p>
    <w:p>
      <w:r>
        <w:rPr>
          <w:b/>
        </w:rPr>
        <w:t xml:space="preserve">[46:55] </w:t>
      </w:r>
      <w:r>
        <w:t>تو نیپولین کی فوج جو ہے، اس کو اس کا experience نہیں تھا اتنی سخت برف باری کا۔</w:t>
      </w:r>
    </w:p>
    <w:p>
      <w:pPr>
        <w:jc w:val="right"/>
      </w:pPr>
      <w:r>
        <w:t>تو نیپولین کی فوج جو ہے، اس کو اس کا ایکسپیرینس نہیں تھا اتنی سخت برف باری کا۔</w:t>
      </w:r>
    </w:p>
    <w:p>
      <w:r>
        <w:rPr>
          <w:b/>
        </w:rPr>
        <w:t xml:space="preserve">[46:59] </w:t>
      </w:r>
      <w:r>
        <w:t>bohat hi thanda tha wahan.</w:t>
      </w:r>
    </w:p>
    <w:p>
      <w:pPr>
        <w:jc w:val="right"/>
      </w:pPr>
      <w:r>
        <w:t>بہت ہی ٹھنڈا تھا وہاں۔</w:t>
      </w:r>
    </w:p>
    <w:p>
      <w:r>
        <w:rPr>
          <w:b/>
        </w:rPr>
        <w:t xml:space="preserve">[47:03] </w:t>
      </w:r>
      <w:r>
        <w:t>to dekhiye, kya hua ke moscow ke andar wo dakhil nahi ho saka.</w:t>
      </w:r>
    </w:p>
    <w:p>
      <w:pPr>
        <w:jc w:val="right"/>
      </w:pPr>
      <w:r>
        <w:t>تو دیکھیے، کیا ہوا کہ ماسکو کے اندر وہ داخل نہیں ہو سکے۔</w:t>
      </w:r>
    </w:p>
    <w:p>
      <w:r>
        <w:rPr>
          <w:b/>
        </w:rPr>
        <w:t xml:space="preserve">[47:06] </w:t>
      </w:r>
      <w:r>
        <w:t>bahar hi bahar wo sari fouj jo hai, wo barf bari mein mar kar khatm ho gayi.</w:t>
      </w:r>
    </w:p>
    <w:p>
      <w:pPr>
        <w:jc w:val="right"/>
      </w:pPr>
      <w:r>
        <w:t>باہر ہی باہر وہ ساری فوج جو ہے، وہ برف باری میں مر کر ختم ہو گئی۔</w:t>
      </w:r>
    </w:p>
    <w:p>
      <w:r>
        <w:rPr>
          <w:b/>
        </w:rPr>
        <w:t xml:space="preserve">[47:10] </w:t>
      </w:r>
      <w:r>
        <w:t>ab napoleon waise bohat zabardast aadmi tha.</w:t>
      </w:r>
    </w:p>
    <w:p>
      <w:pPr>
        <w:jc w:val="right"/>
      </w:pPr>
      <w:r>
        <w:t>اب نیپولین ویسے بہت زبردست آدمی تھا۔</w:t>
      </w:r>
    </w:p>
    <w:p>
      <w:r>
        <w:rPr>
          <w:b/>
        </w:rPr>
        <w:t xml:space="preserve">[47:14] </w:t>
      </w:r>
      <w:r>
        <w:t>lekin us ne limit ko nahi jana.</w:t>
      </w:r>
    </w:p>
    <w:p>
      <w:pPr>
        <w:jc w:val="right"/>
      </w:pPr>
      <w:r>
        <w:t>لیکن اس نے لمٹ کو نہیں جانا۔</w:t>
      </w:r>
    </w:p>
    <w:p>
      <w:r>
        <w:rPr>
          <w:b/>
        </w:rPr>
        <w:t xml:space="preserve">[47:18] </w:t>
      </w:r>
      <w:r>
        <w:t>napoleon bohat hi intelligent tha.</w:t>
      </w:r>
    </w:p>
    <w:p>
      <w:pPr>
        <w:jc w:val="right"/>
      </w:pPr>
      <w:r>
        <w:t>نیپولین بہت ہی انٹیلیجنٹ تھا۔</w:t>
      </w:r>
    </w:p>
    <w:p>
      <w:r>
        <w:rPr>
          <w:b/>
        </w:rPr>
        <w:t xml:space="preserve">[47:22] </w:t>
      </w:r>
      <w:r>
        <w:t>bohat hi brilliant tha.</w:t>
      </w:r>
    </w:p>
    <w:p>
      <w:pPr>
        <w:jc w:val="right"/>
      </w:pPr>
      <w:r>
        <w:t>بہت ہی بریلینٹ تھا۔</w:t>
      </w:r>
    </w:p>
    <w:p>
      <w:r>
        <w:rPr>
          <w:b/>
        </w:rPr>
        <w:t xml:space="preserve">[47:26] </w:t>
      </w:r>
      <w:r>
        <w:t>bohat hi wisdom wala aadmi tha.</w:t>
      </w:r>
    </w:p>
    <w:p>
      <w:pPr>
        <w:jc w:val="right"/>
      </w:pPr>
      <w:r>
        <w:t>بہت ہی وزڈم والا آدمی تھا۔</w:t>
      </w:r>
    </w:p>
    <w:p>
      <w:r>
        <w:rPr>
          <w:b/>
        </w:rPr>
        <w:t xml:space="preserve">[47:31] </w:t>
      </w:r>
      <w:r>
        <w:t>lekin apni limit ko nahi samjha us ne.</w:t>
      </w:r>
    </w:p>
    <w:p>
      <w:pPr>
        <w:jc w:val="right"/>
      </w:pPr>
      <w:r>
        <w:t>لیکن اپنی لمٹ کو نہیں سمجھا اس نے۔</w:t>
      </w:r>
    </w:p>
    <w:p>
      <w:r>
        <w:rPr>
          <w:b/>
        </w:rPr>
        <w:t xml:space="preserve">[47:36] </w:t>
      </w:r>
      <w:r>
        <w:t>ke meri army jo hai, moscow ke jo barf bari wahan hoti hai, us ka muqabla nahi kar sakta.</w:t>
      </w:r>
    </w:p>
    <w:p>
      <w:pPr>
        <w:jc w:val="right"/>
      </w:pPr>
      <w:r>
        <w:t>کہ میری آرمی جو ہے، ماسکو کے جو برف باری وہاں ہوتی ہے، اس کا مقابلہ نہیں کر سکتا۔</w:t>
      </w:r>
    </w:p>
    <w:p>
      <w:r>
        <w:rPr>
          <w:b/>
        </w:rPr>
        <w:t xml:space="preserve">[47:41] </w:t>
      </w:r>
      <w:r>
        <w:t>us ke muqable mein wo wo nahi chal chal chal paye gi.</w:t>
      </w:r>
    </w:p>
    <w:p>
      <w:pPr>
        <w:jc w:val="right"/>
      </w:pPr>
      <w:r>
        <w:t>اس کے مقابلے میں وہ وہ نہیں چل چل چل پائے گی۔</w:t>
      </w:r>
    </w:p>
    <w:p>
      <w:r>
        <w:rPr>
          <w:b/>
        </w:rPr>
        <w:t xml:space="preserve">[47:46] </w:t>
      </w:r>
      <w:r>
        <w:t>to yeh hai masla.</w:t>
      </w:r>
    </w:p>
    <w:p>
      <w:pPr>
        <w:jc w:val="right"/>
      </w:pPr>
      <w:r>
        <w:t>تو یہ ہے مسئلہ۔</w:t>
      </w:r>
    </w:p>
    <w:p>
      <w:r>
        <w:rPr>
          <w:b/>
        </w:rPr>
        <w:t xml:space="preserve">[47:52] </w:t>
      </w:r>
      <w:r>
        <w:t>mein samajhta hoon ke agar insan sirf is baat ko jaan le ke wo</w:t>
      </w:r>
    </w:p>
    <w:p>
      <w:pPr>
        <w:jc w:val="right"/>
      </w:pPr>
      <w:r>
        <w:t>میں سمجھتا ہوں کہ اگر انسان صرف اس بات کو جان لے کہ وہ</w:t>
      </w:r>
    </w:p>
    <w:p>
      <w:r>
        <w:rPr>
          <w:b/>
        </w:rPr>
        <w:t xml:space="preserve">[47:57] </w:t>
      </w:r>
      <w:r>
        <w:t>apni banai hui duniya mein nahi hai, woh khuda ki banai hui duniya mein hai. is is ek haqeeqat ko samajh le agar woh ke jo duniya mein hum hain, we are not the creator of this world. to so we have to follow the law of nature. divine laws. is baat ko agar adam</w:t>
      </w:r>
    </w:p>
    <w:p>
      <w:pPr>
        <w:jc w:val="right"/>
      </w:pPr>
      <w:r>
        <w:t>اپنی بنائی ہوئی دنیا میں نہیں ہے، وہ خدا کی بنائی ہوئی دنیا میں ہے۔ اس اس ایک حقیقت کو سمجھ لے اگر وہ کہ جو دنیا میں ہم ہیں، وی آر ناٹ دا کریٹر آف دس ورلڈ۔ تو سو وی ہیو ٹو فالو دی لاء آف نیچر۔ ڈیوائن لاز۔ اس بات کو اگر آدم</w:t>
      </w:r>
    </w:p>
    <w:p>
      <w:r>
        <w:rPr>
          <w:b/>
        </w:rPr>
        <w:t xml:space="preserve">[48:27] </w:t>
      </w:r>
      <w:r>
        <w:t>yeh jaan le ke mein dunya ko banane wala nahi hoon, mujhe dunya mein rehna hai is ko</w:t>
      </w:r>
    </w:p>
    <w:p>
      <w:pPr>
        <w:jc w:val="right"/>
      </w:pPr>
      <w:r>
        <w:t>ی جان لے کہ میں دنیا کو بنانے والا نہیں ہوں، مجھے دنیا میں رہنا ہے اس کو</w:t>
      </w:r>
    </w:p>
    <w:p>
      <w:r>
        <w:rPr>
          <w:b/>
        </w:rPr>
        <w:t xml:space="preserve">[48:31] </w:t>
      </w:r>
      <w:r>
        <w:t>accommodate kar ke, to baat bilkul asan ho jaye.</w:t>
      </w:r>
    </w:p>
    <w:p>
      <w:pPr>
        <w:jc w:val="right"/>
      </w:pPr>
      <w:r>
        <w:t>اکموڈیٹ کر کے، تو بات بالکل آسان ہو جائے۔</w:t>
      </w:r>
    </w:p>
    <w:p>
      <w:r>
        <w:rPr>
          <w:b/>
        </w:rPr>
        <w:t xml:space="preserve">[48:36] </w:t>
      </w:r>
      <w:r>
        <w:t>bilkul asan ho jaye.</w:t>
      </w:r>
    </w:p>
    <w:p>
      <w:pPr>
        <w:jc w:val="right"/>
      </w:pPr>
      <w:r>
        <w:t>بالکل آسان ہو جائے۔</w:t>
      </w:r>
    </w:p>
    <w:p>
      <w:r>
        <w:rPr>
          <w:b/>
        </w:rPr>
        <w:t xml:space="preserve">[48:41] </w:t>
      </w:r>
      <w:r>
        <w:t>phir wo kisi ke ego ko chhede ga nahi.</w:t>
      </w:r>
    </w:p>
    <w:p>
      <w:pPr>
        <w:jc w:val="right"/>
      </w:pPr>
      <w:r>
        <w:t>پھر وہ کسی کے ایگو کو چھیڑے گا نہیں۔</w:t>
      </w:r>
    </w:p>
    <w:p>
      <w:r>
        <w:rPr>
          <w:b/>
        </w:rPr>
        <w:t xml:space="preserve">[48:45] </w:t>
      </w:r>
      <w:r>
        <w:t>بلکہ اس کے conscience کو activate کرے گا۔</w:t>
      </w:r>
    </w:p>
    <w:p>
      <w:pPr>
        <w:jc w:val="right"/>
      </w:pPr>
      <w:r>
        <w:t>بلکہ اس کے کانشینس کو ایکٹیویٹ کرے گا۔</w:t>
      </w:r>
    </w:p>
    <w:p>
      <w:r>
        <w:rPr>
          <w:b/>
        </w:rPr>
        <w:t xml:space="preserve">[48:50] </w:t>
      </w:r>
      <w:r>
        <w:t>پھر وہ اپنی اپنے آپ کو unmanageable limit تک نہیں لے آئے گا۔</w:t>
      </w:r>
    </w:p>
    <w:p>
      <w:pPr>
        <w:jc w:val="right"/>
      </w:pPr>
      <w:r>
        <w:t>پھر وہ اپنی اپنے آپ کو ان مینیجیبل لمٹ تک نہیں لے آئے گا۔</w:t>
      </w:r>
    </w:p>
    <w:p>
      <w:r>
        <w:rPr>
          <w:b/>
        </w:rPr>
        <w:t xml:space="preserve">[48:55] </w:t>
      </w:r>
      <w:r>
        <w:t>balkeh manageable limit mein rahe ga.</w:t>
      </w:r>
    </w:p>
    <w:p>
      <w:pPr>
        <w:jc w:val="right"/>
      </w:pPr>
      <w:r>
        <w:t>بلکہ مینیجیبل لمٹ میں رہے گا۔</w:t>
      </w:r>
    </w:p>
    <w:p>
      <w:r>
        <w:rPr>
          <w:b/>
        </w:rPr>
        <w:t xml:space="preserve">[48:59] </w:t>
      </w:r>
      <w:r>
        <w:t>phir yeh bhi soche ga woh ek bohat bari baat keh death ko main rok nahi sakta.</w:t>
      </w:r>
    </w:p>
    <w:p>
      <w:pPr>
        <w:jc w:val="right"/>
      </w:pPr>
      <w:r>
        <w:t>پھر یہ بھی سوچے گا وہ ایک بہت بڑی بات کہ ڈیتھ کو میں روک نہیں سکتا۔</w:t>
      </w:r>
    </w:p>
    <w:p>
      <w:r>
        <w:rPr>
          <w:b/>
        </w:rPr>
        <w:t xml:space="preserve">[49:05] </w:t>
      </w:r>
      <w:r>
        <w:t>death ko to aani hi aana hai.</w:t>
      </w:r>
    </w:p>
    <w:p>
      <w:pPr>
        <w:jc w:val="right"/>
      </w:pPr>
      <w:r>
        <w:t>ڈیتھ کو تو آنی ہی آنا ہے۔</w:t>
      </w:r>
    </w:p>
    <w:p>
      <w:r>
        <w:rPr>
          <w:b/>
        </w:rPr>
        <w:t xml:space="preserve">[49:10] </w:t>
      </w:r>
      <w:r>
        <w:t>main chahe billion dollar, trillion dollar kama loon, lekin chhod ke jana hai mujhe aap ko.</w:t>
      </w:r>
    </w:p>
    <w:p>
      <w:pPr>
        <w:jc w:val="right"/>
      </w:pPr>
      <w:r>
        <w:t>میں چاہے بلین ڈالر، ٹریلین ڈالر کما لوں، لیکن چھوڑ کے جانا ہے مجھے آپ کو۔</w:t>
      </w:r>
    </w:p>
    <w:p>
      <w:r>
        <w:rPr>
          <w:b/>
        </w:rPr>
        <w:t xml:space="preserve">[49:16] </w:t>
      </w:r>
      <w:r>
        <w:t>yeh ehsaas aadmi ko bohat zabardast tor par check karta hai.</w:t>
      </w:r>
    </w:p>
    <w:p>
      <w:pPr>
        <w:jc w:val="right"/>
      </w:pPr>
      <w:r>
        <w:t>یہ احساس آدمی کو بہت زبردست طور پر چیک کرتا ہے۔</w:t>
      </w:r>
    </w:p>
    <w:p>
      <w:r>
        <w:rPr>
          <w:b/>
        </w:rPr>
        <w:t xml:space="preserve">[49:22] </w:t>
      </w:r>
      <w:r>
        <w:t>yeh like speed breaker hai.</w:t>
      </w:r>
    </w:p>
    <w:p>
      <w:pPr>
        <w:jc w:val="right"/>
      </w:pPr>
      <w:r>
        <w:t>یہ لائک سپیڈ بریکر ہے۔</w:t>
      </w:r>
    </w:p>
    <w:p>
      <w:r>
        <w:rPr>
          <w:b/>
        </w:rPr>
        <w:t xml:space="preserve">[49:27] </w:t>
      </w:r>
      <w:r>
        <w:t>yeh ehsaas keh mujhe marna hai, yeh aadmi ki zindagi mein samajh lijiye keh speed breaker ka kaam karta hai.</w:t>
      </w:r>
    </w:p>
    <w:p>
      <w:pPr>
        <w:jc w:val="right"/>
      </w:pPr>
      <w:r>
        <w:t>یہ احساس کہ مجھے مرنا ہے، یہ آدمی کی زندگی میں سمجھ لیجیے کہ سپیڈ بریکر کا کام کرتا ہے۔</w:t>
      </w:r>
    </w:p>
    <w:p>
      <w:r>
        <w:rPr>
          <w:b/>
        </w:rPr>
        <w:t xml:space="preserve">[49:33] </w:t>
      </w:r>
      <w:r>
        <w:t>speed breaker ka kaam karta hai.</w:t>
      </w:r>
    </w:p>
    <w:p>
      <w:pPr>
        <w:jc w:val="right"/>
      </w:pPr>
      <w:r>
        <w:t>سپیڈ بریکر کا کام کرتا ہے۔</w:t>
      </w:r>
    </w:p>
    <w:p>
      <w:r>
        <w:rPr>
          <w:b/>
        </w:rPr>
        <w:t xml:space="preserve">[49:37] </w:t>
      </w:r>
      <w:r>
        <w:t>isi liye hadith mein aata hai: "aksiru zikr hadim al-lazat al-mawt".</w:t>
      </w:r>
    </w:p>
    <w:p>
      <w:pPr>
        <w:jc w:val="right"/>
      </w:pPr>
      <w:r>
        <w:t>اسی لیے حدیث میں آتا ہے: "اکثرو ذکر ہاد میں لذات الموت"۔</w:t>
      </w:r>
    </w:p>
    <w:p>
      <w:r>
        <w:rPr>
          <w:b/>
        </w:rPr>
        <w:t xml:space="preserve">[49:42] </w:t>
      </w:r>
      <w:r>
        <w:t>maut ko khoob zyada yaad karo.</w:t>
      </w:r>
    </w:p>
    <w:p>
      <w:pPr>
        <w:jc w:val="right"/>
      </w:pPr>
      <w:r>
        <w:t>موت کو خوب زیادہ یاد کرو۔</w:t>
      </w:r>
    </w:p>
    <w:p>
      <w:r>
        <w:rPr>
          <w:b/>
        </w:rPr>
        <w:t xml:space="preserve">[49:46] </w:t>
      </w:r>
      <w:r>
        <w:t>kyunkeh woh lazzaton ko utha dene wali hai.</w:t>
      </w:r>
    </w:p>
    <w:p>
      <w:pPr>
        <w:jc w:val="right"/>
      </w:pPr>
      <w:r>
        <w:t>کیونکہ وہ لذتوں کو اٹھا دینے والی ہے۔</w:t>
      </w:r>
    </w:p>
    <w:p>
      <w:r>
        <w:rPr>
          <w:b/>
        </w:rPr>
        <w:t xml:space="preserve">[49:50] </w:t>
      </w:r>
      <w:r>
        <w:t>yaani woh speed breaker hai.</w:t>
      </w:r>
    </w:p>
    <w:p>
      <w:pPr>
        <w:jc w:val="right"/>
      </w:pPr>
      <w:r>
        <w:t>یعنی وہ سپیڈ بریکر ہے۔</w:t>
      </w:r>
    </w:p>
    <w:p>
      <w:r>
        <w:rPr>
          <w:b/>
        </w:rPr>
        <w:t xml:space="preserve">[49:55] </w:t>
      </w:r>
      <w:r>
        <w:t>maut ko khoob yaad karo kyunkeh woh speed breaker hai.</w:t>
      </w:r>
    </w:p>
    <w:p>
      <w:pPr>
        <w:jc w:val="right"/>
      </w:pPr>
      <w:r>
        <w:t>موت کو خوب یاد کرو کیونکہ وہ سپیڈ بریکر ہے۔</w:t>
      </w:r>
    </w:p>
    <w:p>
      <w:r>
        <w:rPr>
          <w:b/>
        </w:rPr>
        <w:t xml:space="preserve">[49:59] </w:t>
      </w:r>
      <w:r>
        <w:t>kyunkeh dekhiye, aap jab yeh jab aap yeh sochain, jab aap yeh sochain keh main</w:t>
      </w:r>
    </w:p>
    <w:p>
      <w:pPr>
        <w:jc w:val="right"/>
      </w:pPr>
      <w:r>
        <w:t>کیونکہ دیکھیے، آپ جب یہ جب آپ یہ سوچیں، جب آپ یہ سوچیں کہ میں</w:t>
      </w:r>
    </w:p>
    <w:p>
      <w:r>
        <w:rPr>
          <w:b/>
        </w:rPr>
        <w:t xml:space="preserve">[50:04] </w:t>
      </w:r>
      <w:r>
        <w:t>maut ko rok nahi sakta, lamba bhi nahi kar sakta main, pachas saal, saath saal, sattar saal, is</w:t>
      </w:r>
    </w:p>
    <w:p>
      <w:pPr>
        <w:jc w:val="right"/>
      </w:pPr>
      <w:r>
        <w:t>موت کو روک نہیں سکتا، لمبا بھی نہیں کر سکتا میں، پچاس سال، ساٹھ سال، ستر سال، اس</w:t>
      </w:r>
    </w:p>
    <w:p>
      <w:r>
        <w:rPr>
          <w:b/>
        </w:rPr>
        <w:t xml:space="preserve">[50:09] </w:t>
      </w:r>
      <w:r>
        <w:t>saal mar jana hai mujhe.</w:t>
      </w:r>
    </w:p>
    <w:p>
      <w:pPr>
        <w:jc w:val="right"/>
      </w:pPr>
      <w:r>
        <w:t>سال مر جانا ہے مجھے۔</w:t>
      </w:r>
    </w:p>
    <w:p>
      <w:r>
        <w:rPr>
          <w:b/>
        </w:rPr>
        <w:t xml:space="preserve">[50:14] </w:t>
      </w:r>
      <w:r>
        <w:t>mar jana hai main.</w:t>
      </w:r>
    </w:p>
    <w:p>
      <w:pPr>
        <w:jc w:val="right"/>
      </w:pPr>
      <w:r>
        <w:t>مر جانا ہے میں۔</w:t>
      </w:r>
    </w:p>
    <w:p>
      <w:r>
        <w:rPr>
          <w:b/>
        </w:rPr>
        <w:t xml:space="preserve">[50:19] </w:t>
      </w:r>
      <w:r>
        <w:t>hazaaroon doctor laga ke suppose main apne ko bachaoon bimariyon se, tab bhi maut se to nahi bachane</w:t>
      </w:r>
    </w:p>
    <w:p>
      <w:pPr>
        <w:jc w:val="right"/>
      </w:pPr>
      <w:r>
        <w:t>ہزاروں ڈاکٹر لگا کے سپوز میں اپنے کو بچاؤں بیماریوں سے، تب بھی موت سے تو نہیں بچانے</w:t>
      </w:r>
    </w:p>
    <w:p>
      <w:r>
        <w:rPr>
          <w:b/>
        </w:rPr>
        <w:t xml:space="preserve">[50:25] </w:t>
      </w:r>
      <w:r>
        <w:t>wala koi hai.</w:t>
      </w:r>
    </w:p>
    <w:p>
      <w:pPr>
        <w:jc w:val="right"/>
      </w:pPr>
      <w:r>
        <w:t>والا کوئی ہے۔</w:t>
      </w:r>
    </w:p>
    <w:p>
      <w:r>
        <w:rPr>
          <w:b/>
        </w:rPr>
        <w:t xml:space="preserve">[50:30] </w:t>
      </w:r>
      <w:r>
        <w:t>maut se kaun bachaye ga? hadith mein aata hai keh: "likulli da'in dawa illa al-mawt".</w:t>
      </w:r>
    </w:p>
    <w:p>
      <w:pPr>
        <w:jc w:val="right"/>
      </w:pPr>
      <w:r>
        <w:t>موت سے کون بچائے گا؟ حدیث میں آتا ہے کہ: "لکل داعین دوا الا الموت"۔</w:t>
      </w:r>
    </w:p>
    <w:p>
      <w:r>
        <w:rPr>
          <w:b/>
        </w:rPr>
        <w:t xml:space="preserve">[50:35] </w:t>
      </w:r>
      <w:r>
        <w:t>likulli da'in dawa illa al-mawt.</w:t>
      </w:r>
    </w:p>
    <w:p>
      <w:pPr>
        <w:jc w:val="right"/>
      </w:pPr>
      <w:r>
        <w:t>لکل داعین دوا الا الموت۔</w:t>
      </w:r>
    </w:p>
    <w:p>
      <w:r>
        <w:rPr>
          <w:b/>
        </w:rPr>
        <w:t xml:space="preserve">[50:40] </w:t>
      </w:r>
      <w:r>
        <w:t>yaani har bimari ki koi na koi dawa hai.</w:t>
      </w:r>
    </w:p>
    <w:p>
      <w:pPr>
        <w:jc w:val="right"/>
      </w:pPr>
      <w:r>
        <w:t>یعنی ہر بیماری کی کوئی نہ کوئی دوا ہے۔</w:t>
      </w:r>
    </w:p>
    <w:p>
      <w:r>
        <w:rPr>
          <w:b/>
        </w:rPr>
        <w:t xml:space="preserve">[50:46] </w:t>
      </w:r>
      <w:r>
        <w:t>lekin maut ki koi dawa nahi.</w:t>
      </w:r>
    </w:p>
    <w:p>
      <w:pPr>
        <w:jc w:val="right"/>
      </w:pPr>
      <w:r>
        <w:t>لیکن موت کی کوئی دوا نہیں۔</w:t>
      </w:r>
    </w:p>
    <w:p>
      <w:r>
        <w:rPr>
          <w:b/>
        </w:rPr>
        <w:t xml:space="preserve">[50:51] </w:t>
      </w:r>
      <w:r>
        <w:t>koi doctor ya koi ilaaj aap ko maut se rok nahi sakta hai.</w:t>
      </w:r>
    </w:p>
    <w:p>
      <w:pPr>
        <w:jc w:val="right"/>
      </w:pPr>
      <w:r>
        <w:t>کوئی ڈاکٹر یا کوئی علاج آپ کو موت سے روک نہیں سکتا ہے۔</w:t>
      </w:r>
    </w:p>
    <w:p>
      <w:r>
        <w:rPr>
          <w:b/>
        </w:rPr>
        <w:t xml:space="preserve">[50:56] </w:t>
      </w:r>
      <w:r>
        <w:t>to insaan jo bhagta hai, manageable limit se bahar chala jata hai, qana'at ka nahi ikhtiyar kar sakta</w:t>
      </w:r>
    </w:p>
    <w:p>
      <w:pPr>
        <w:jc w:val="right"/>
      </w:pPr>
      <w:r>
        <w:t>تو انسان جو بھاگتا ہے، مینیجیبل لمٹ سے باہر چلا جاتا ہے، قناعت کا نہیں اختیار کر سکتا</w:t>
      </w:r>
    </w:p>
    <w:p>
      <w:r>
        <w:rPr>
          <w:b/>
        </w:rPr>
        <w:t xml:space="preserve">[51:01] </w:t>
      </w:r>
      <w:r>
        <w:t>tareeqa, woh sab kyun hota hai?</w:t>
      </w:r>
    </w:p>
    <w:p>
      <w:pPr>
        <w:jc w:val="right"/>
      </w:pPr>
      <w:r>
        <w:t>طریقہ، وہ سب کیوں ہوتا ہے؟</w:t>
      </w:r>
    </w:p>
    <w:p>
      <w:r>
        <w:rPr>
          <w:b/>
        </w:rPr>
        <w:t xml:space="preserve">[51:06] </w:t>
      </w:r>
      <w:r>
        <w:t>maut ko yaad nahin karta woh.</w:t>
      </w:r>
    </w:p>
    <w:p>
      <w:pPr>
        <w:jc w:val="right"/>
      </w:pPr>
      <w:r>
        <w:t>موت کو یاد نہیں کرتا وہ۔</w:t>
      </w:r>
    </w:p>
    <w:p>
      <w:r>
        <w:rPr>
          <w:b/>
        </w:rPr>
        <w:t xml:space="preserve">[51:11] </w:t>
      </w:r>
      <w:r>
        <w:t>to maut jo hai, insaan ki zindagi mein samajh lijiye ke woh speed breaker ka role hai maut ka.</w:t>
      </w:r>
    </w:p>
    <w:p>
      <w:pPr>
        <w:jc w:val="right"/>
      </w:pPr>
      <w:r>
        <w:t>تو موت جو ہے، انسان کی زندگی میں سمجھ لیجیے کہ وہ سپیڈ بریکر کا رول ہے موت کا۔</w:t>
      </w:r>
    </w:p>
    <w:p>
      <w:r>
        <w:rPr>
          <w:b/>
        </w:rPr>
        <w:t xml:space="preserve">[51:16] </w:t>
      </w:r>
      <w:r>
        <w:t>speed breaker ka role hai maut ka.</w:t>
      </w:r>
    </w:p>
    <w:p>
      <w:pPr>
        <w:jc w:val="right"/>
      </w:pPr>
      <w:r>
        <w:t>سپیڈ بریکر کا رول ہے موت کا۔</w:t>
      </w:r>
    </w:p>
    <w:p>
      <w:r>
        <w:rPr>
          <w:b/>
        </w:rPr>
        <w:t xml:space="preserve">[51:21] </w:t>
      </w:r>
      <w:r>
        <w:t>agar maut ko yaad kare aadmi to kya hoga? woh need par ekta karega. need par.</w:t>
      </w:r>
    </w:p>
    <w:p>
      <w:pPr>
        <w:jc w:val="right"/>
      </w:pPr>
      <w:r>
        <w:t>اگر موت کو یاد کرے آدمی تو کیا ہوگا؟ وہ نیڈ پر اکتفا کرے گا۔ نیڈ پر۔</w:t>
      </w:r>
    </w:p>
    <w:p>
      <w:r>
        <w:rPr>
          <w:b/>
        </w:rPr>
        <w:t xml:space="preserve">[51:27] </w:t>
      </w:r>
      <w:r>
        <w:t>greed apne aap khatam ho jayegi.</w:t>
      </w:r>
    </w:p>
    <w:p>
      <w:pPr>
        <w:jc w:val="right"/>
      </w:pPr>
      <w:r>
        <w:t>گریڈ اپنے آپ ختم ہو جائے گی۔</w:t>
      </w:r>
    </w:p>
    <w:p>
      <w:r>
        <w:rPr>
          <w:b/>
        </w:rPr>
        <w:t xml:space="preserve">[51:32] </w:t>
      </w:r>
      <w:r>
        <w:t>yaani maut jo hai, woh greed ko kill karti hai.</w:t>
      </w:r>
    </w:p>
    <w:p>
      <w:pPr>
        <w:jc w:val="right"/>
      </w:pPr>
      <w:r>
        <w:t>یعنی موت جو ہے، وہ گریڈ کو کل کرتی ہے۔</w:t>
      </w:r>
    </w:p>
    <w:p>
      <w:r>
        <w:rPr>
          <w:b/>
        </w:rPr>
        <w:t xml:space="preserve">[51:37] </w:t>
      </w:r>
      <w:r>
        <w:t>maut jo hai, aadmi ke andar greed ko kill karti hai.</w:t>
      </w:r>
    </w:p>
    <w:p>
      <w:pPr>
        <w:jc w:val="right"/>
      </w:pPr>
      <w:r>
        <w:t>موت جو ہے، آدمی کے اندر گریڈ کو کل کرتی ہے۔</w:t>
      </w:r>
    </w:p>
    <w:p>
      <w:r>
        <w:rPr>
          <w:b/>
        </w:rPr>
        <w:t xml:space="preserve">[51:42] </w:t>
      </w:r>
      <w:r>
        <w:t>aap jante hain ke duniya mein saari buraiyan greed se hi to aati hain.</w:t>
      </w:r>
    </w:p>
    <w:p>
      <w:pPr>
        <w:jc w:val="right"/>
      </w:pPr>
      <w:r>
        <w:t>آپ جانتے ہیں کہ دنیا میں ساری برائیاں گریڈ سے ہی تو آتی ہیں۔</w:t>
      </w:r>
    </w:p>
    <w:p>
      <w:r>
        <w:rPr>
          <w:b/>
        </w:rPr>
        <w:t xml:space="preserve">[51:47] </w:t>
      </w:r>
      <w:r>
        <w:t>political greed, economic greed, sab greed hi greed to hain woh.</w:t>
      </w:r>
    </w:p>
    <w:p>
      <w:pPr>
        <w:jc w:val="right"/>
      </w:pPr>
      <w:r>
        <w:t>پولیٹیکل گریڈ، اکنامک گریڈ، سب گریڈ ہی گریڈ تو ہیں وہ۔</w:t>
      </w:r>
    </w:p>
    <w:p>
      <w:r>
        <w:rPr>
          <w:b/>
        </w:rPr>
        <w:t xml:space="preserve">[51:52] </w:t>
      </w:r>
      <w:r>
        <w:t>greed se duniya mein saari buraiyan paida hoti hain.</w:t>
      </w:r>
    </w:p>
    <w:p>
      <w:pPr>
        <w:jc w:val="right"/>
      </w:pPr>
      <w:r>
        <w:t>گریڈ سے دنیا میں ساری برائیاں پیدا ہوتی ہیں۔</w:t>
      </w:r>
    </w:p>
    <w:p>
      <w:r>
        <w:rPr>
          <w:b/>
        </w:rPr>
        <w:t xml:space="preserve">[51:58] </w:t>
      </w:r>
      <w:r>
        <w:t>greed ko kehte hain hiras.</w:t>
      </w:r>
    </w:p>
    <w:p>
      <w:pPr>
        <w:jc w:val="right"/>
      </w:pPr>
      <w:r>
        <w:t>گریڈ کو کہتے ہیں حرص۔</w:t>
      </w:r>
    </w:p>
    <w:p>
      <w:r>
        <w:rPr>
          <w:b/>
        </w:rPr>
        <w:t xml:space="preserve">[52:03] </w:t>
      </w:r>
      <w:r>
        <w:t>to siyasi hiras, mali hiras, aur fame ka hiras, sab hiras hi hiras to hain.</w:t>
      </w:r>
    </w:p>
    <w:p>
      <w:pPr>
        <w:jc w:val="right"/>
      </w:pPr>
      <w:r>
        <w:t>تو سیاسی حرص، مالی حرص، اور فیم کا حرص، سب حرص ہی حرص تو ہیں۔</w:t>
      </w:r>
    </w:p>
    <w:p>
      <w:r>
        <w:rPr>
          <w:b/>
        </w:rPr>
        <w:t xml:space="preserve">[52:08] </w:t>
      </w:r>
      <w:r>
        <w:t>koi koi fame ke greed mein hai, koi political power ke greed mein hai, koi wealth ke greed</w:t>
      </w:r>
    </w:p>
    <w:p>
      <w:pPr>
        <w:jc w:val="right"/>
      </w:pPr>
      <w:r>
        <w:t>کوئی کوئی فیم کے گریڈ میں ہے، کوئی پولیٹیکل پاور کے گریڈ میں ہے، کوئی ویلتھ کے گریڈ</w:t>
      </w:r>
    </w:p>
    <w:p>
      <w:r>
        <w:rPr>
          <w:b/>
        </w:rPr>
        <w:t xml:space="preserve">[52:13] </w:t>
      </w:r>
      <w:r>
        <w:t>mein hai, sab.</w:t>
      </w:r>
    </w:p>
    <w:p>
      <w:pPr>
        <w:jc w:val="right"/>
      </w:pPr>
      <w:r>
        <w:t>میں ہے، سب۔</w:t>
      </w:r>
    </w:p>
    <w:p>
      <w:r>
        <w:rPr>
          <w:b/>
        </w:rPr>
        <w:t xml:space="preserve">[52:17] </w:t>
      </w:r>
      <w:r>
        <w:t>to saare problem jo duniya mein aaye hain, woh sab greed ki wajah se hain.</w:t>
      </w:r>
    </w:p>
    <w:p>
      <w:pPr>
        <w:jc w:val="right"/>
      </w:pPr>
      <w:r>
        <w:t>تو سارے پرابلم جو دنیا میں آئے ہیں، وہ سب گریڈ کی وجہ سے ہیں۔</w:t>
      </w:r>
    </w:p>
    <w:p>
      <w:r>
        <w:rPr>
          <w:b/>
        </w:rPr>
        <w:t xml:space="preserve">[52:22] </w:t>
      </w:r>
      <w:r>
        <w:t>need ne koi problem nahin create kiya.</w:t>
      </w:r>
    </w:p>
    <w:p>
      <w:pPr>
        <w:jc w:val="right"/>
      </w:pPr>
      <w:r>
        <w:t>نیڈ نے کوئی پرابلم نہیں کریٹ کیا۔</w:t>
      </w:r>
    </w:p>
    <w:p>
      <w:r>
        <w:rPr>
          <w:b/>
        </w:rPr>
        <w:t xml:space="preserve">[52:27] </w:t>
      </w:r>
      <w:r>
        <w:t>agar aap apne aap ko need ki limit mein rakhein, yaani zaroorat ke baghair rehna seekh lein, to</w:t>
      </w:r>
    </w:p>
    <w:p>
      <w:pPr>
        <w:jc w:val="right"/>
      </w:pPr>
      <w:r>
        <w:t>اگر آپ اپنے آپ کو نیڈ کی لمٹ میں رکھیں، یعنی ضرورت کے بقدر رہنا سیکھ لیں، تو</w:t>
      </w:r>
    </w:p>
    <w:p>
      <w:r>
        <w:rPr>
          <w:b/>
        </w:rPr>
        <w:t xml:space="preserve">[52:31] </w:t>
      </w:r>
      <w:r>
        <w:t>phir kya? koi problem hi nahin.</w:t>
      </w:r>
    </w:p>
    <w:p>
      <w:pPr>
        <w:jc w:val="right"/>
      </w:pPr>
      <w:r>
        <w:t>پھر کیا؟ کوئی پرابلم ہی نہیں۔</w:t>
      </w:r>
    </w:p>
    <w:p>
      <w:r>
        <w:rPr>
          <w:b/>
        </w:rPr>
        <w:t xml:space="preserve">[52:36] </w:t>
      </w:r>
      <w:r>
        <w:t>phir to simply living high thinking.</w:t>
      </w:r>
    </w:p>
    <w:p>
      <w:pPr>
        <w:jc w:val="right"/>
      </w:pPr>
      <w:r>
        <w:t>پھر تو سمپلی لیونگ ہائی تھنکنگ۔</w:t>
      </w:r>
    </w:p>
    <w:p>
      <w:r>
        <w:rPr>
          <w:b/>
        </w:rPr>
        <w:t xml:space="preserve">[52:41] </w:t>
      </w:r>
      <w:r>
        <w:t>to sara khulasa kya hai? ke need se aadmi rahat mein rehta hai.</w:t>
      </w:r>
    </w:p>
    <w:p>
      <w:pPr>
        <w:jc w:val="right"/>
      </w:pPr>
      <w:r>
        <w:t>تو سارا خلاصہ کیا ہے؟ کہ نیڈ سے آدمی راحت میں رہتا ہے۔</w:t>
      </w:r>
    </w:p>
    <w:p>
      <w:r>
        <w:rPr>
          <w:b/>
        </w:rPr>
        <w:t xml:space="preserve">[52:46] </w:t>
      </w:r>
      <w:r>
        <w:t>aur greed se aadmi museebat mein pad jata hai.</w:t>
      </w:r>
    </w:p>
    <w:p>
      <w:pPr>
        <w:jc w:val="right"/>
      </w:pPr>
      <w:r>
        <w:t>اور گریڈ سے آدمی مصیبت میں پڑ جاتا ہے۔</w:t>
      </w:r>
    </w:p>
    <w:p>
      <w:r>
        <w:rPr>
          <w:b/>
        </w:rPr>
        <w:t xml:space="preserve">[52:51] </w:t>
      </w:r>
      <w:r>
        <w:t>agar aadmi ke andar sach much ehsaas ho ke mujhe need par rehna hai, to kya karega</w:t>
      </w:r>
    </w:p>
    <w:p>
      <w:pPr>
        <w:jc w:val="right"/>
      </w:pPr>
      <w:r>
        <w:t>اگر آدمی کے اندر سچ مچ احساس ہو کہ مجھے نیڈ پر رہنا ہے، تو کیا کرے گا</w:t>
      </w:r>
    </w:p>
    <w:p>
      <w:r>
        <w:rPr>
          <w:b/>
        </w:rPr>
        <w:t xml:space="preserve">[52:56] </w:t>
      </w:r>
      <w:r>
        <w:t>woh? manageable limit mein rahega woh.</w:t>
      </w:r>
    </w:p>
    <w:p>
      <w:pPr>
        <w:jc w:val="right"/>
      </w:pPr>
      <w:r>
        <w:t>وہ؟ مینیجیبل لمٹ میں رہے گا وہ۔</w:t>
      </w:r>
    </w:p>
    <w:p>
      <w:r>
        <w:rPr>
          <w:b/>
        </w:rPr>
        <w:t xml:space="preserve">[53:01] </w:t>
      </w:r>
      <w:r>
        <w:t>manageable limit mein rahega woh.</w:t>
      </w:r>
    </w:p>
    <w:p>
      <w:pPr>
        <w:jc w:val="right"/>
      </w:pPr>
      <w:r>
        <w:t>مینیجیبل لمٹ میں رہے گا وہ۔</w:t>
      </w:r>
    </w:p>
    <w:p>
      <w:r>
        <w:rPr>
          <w:b/>
        </w:rPr>
        <w:t xml:space="preserve">[53:06] </w:t>
      </w:r>
      <w:r>
        <w:t>hamare ek sathi hain,</w:t>
      </w:r>
    </w:p>
    <w:p>
      <w:pPr>
        <w:jc w:val="right"/>
      </w:pPr>
      <w:r>
        <w:t>ہمارے ایک ساتھی ہیں،</w:t>
      </w:r>
    </w:p>
    <w:p>
      <w:r>
        <w:rPr>
          <w:b/>
        </w:rPr>
        <w:t xml:space="preserve">[53:11] </w:t>
      </w:r>
      <w:r>
        <w:t>to unhon ne kafi paisa kamaya.</w:t>
      </w:r>
    </w:p>
    <w:p>
      <w:pPr>
        <w:jc w:val="right"/>
      </w:pPr>
      <w:r>
        <w:t>تو انہوں نے کافی پیسہ کمایا۔</w:t>
      </w:r>
    </w:p>
    <w:p>
      <w:r>
        <w:rPr>
          <w:b/>
        </w:rPr>
        <w:t xml:space="preserve">[53:15] </w:t>
      </w:r>
      <w:r>
        <w:t>aur kafi property un ki ho gayi.</w:t>
      </w:r>
    </w:p>
    <w:p>
      <w:pPr>
        <w:jc w:val="right"/>
      </w:pPr>
      <w:r>
        <w:t>اور کافی پراپرٹی ان کی ہو گئی۔</w:t>
      </w:r>
    </w:p>
    <w:p>
      <w:r>
        <w:rPr>
          <w:b/>
        </w:rPr>
        <w:t xml:space="preserve">[53:20] </w:t>
      </w:r>
      <w:r>
        <w:t>lekin abhi bhi aur zyada wo chahte the kamana.</w:t>
      </w:r>
    </w:p>
    <w:p>
      <w:pPr>
        <w:jc w:val="right"/>
      </w:pPr>
      <w:r>
        <w:t>لیکن ابھی بھی اور زیادہ وہ چاہتے تھے کمانا۔</w:t>
      </w:r>
    </w:p>
    <w:p>
      <w:r>
        <w:rPr>
          <w:b/>
        </w:rPr>
        <w:t xml:space="preserve">[53:24] </w:t>
      </w:r>
      <w:r>
        <w:t>aur lekin hua kya? ab wo diabetic, wo diabetic ho gaye.</w:t>
      </w:r>
    </w:p>
    <w:p>
      <w:pPr>
        <w:jc w:val="right"/>
      </w:pPr>
      <w:r>
        <w:t>اور لیکن ہوا کیا؟ اب وہ ڈائبیٹک، وہ ڈائبیٹک ہو گئے۔</w:t>
      </w:r>
    </w:p>
    <w:p>
      <w:r>
        <w:rPr>
          <w:b/>
        </w:rPr>
        <w:t xml:space="preserve">[53:28] </w:t>
      </w:r>
      <w:r>
        <w:t>aur blood pressure ho gaya.</w:t>
      </w:r>
    </w:p>
    <w:p>
      <w:pPr>
        <w:jc w:val="right"/>
      </w:pPr>
      <w:r>
        <w:t>اور بلڈ پریشر ہو گیا۔</w:t>
      </w:r>
    </w:p>
    <w:p>
      <w:r>
        <w:rPr>
          <w:b/>
        </w:rPr>
        <w:t xml:space="preserve">[53:33] </w:t>
      </w:r>
      <w:r>
        <w:t>kyunki insan ek lab ek wo hai, insan ki insan ki jo body hai, is ki ek had hai.</w:t>
      </w:r>
    </w:p>
    <w:p>
      <w:pPr>
        <w:jc w:val="right"/>
      </w:pPr>
      <w:r>
        <w:t>کیونکہ انسان ایک لب ایک وہ ہے، انسان کی انسان کی جو باڈی ہے، اس کی ایک حد ہے۔</w:t>
      </w:r>
    </w:p>
    <w:p>
      <w:r>
        <w:rPr>
          <w:b/>
        </w:rPr>
        <w:t xml:space="preserve">[53:37] </w:t>
      </w:r>
      <w:r>
        <w:t>aap is se zyada agar karen, is ko istemal karenge body ko, to phir kya hoga? b</w:t>
      </w:r>
    </w:p>
    <w:p>
      <w:pPr>
        <w:jc w:val="right"/>
      </w:pPr>
      <w:r>
        <w:t>آپ اس سے زیادہ اگر کریں، اس کو استعمال کریں گے باڈی کو، تو پھر کیا ہوگا؟ ب</w:t>
      </w:r>
    </w:p>
    <w:p>
      <w:r>
        <w:rPr>
          <w:b/>
        </w:rPr>
        <w:t xml:space="preserve">[53:41] </w:t>
      </w:r>
      <w:r>
        <w:t>imariyan aayengi.</w:t>
      </w:r>
    </w:p>
    <w:p>
      <w:pPr>
        <w:jc w:val="right"/>
      </w:pPr>
      <w:r>
        <w:t>یماریاں آئیں گی۔</w:t>
      </w:r>
    </w:p>
    <w:p>
      <w:r>
        <w:rPr>
          <w:b/>
        </w:rPr>
        <w:t xml:space="preserve">[53:45] </w:t>
      </w:r>
      <w:r>
        <w:t>aap diabetic ho jayenge.</w:t>
      </w:r>
    </w:p>
    <w:p>
      <w:pPr>
        <w:jc w:val="right"/>
      </w:pPr>
      <w:r>
        <w:t>آپ ڈائبیٹک ہو جائیں گے۔</w:t>
      </w:r>
    </w:p>
    <w:p>
      <w:r>
        <w:rPr>
          <w:b/>
        </w:rPr>
        <w:t xml:space="preserve">[53:48] </w:t>
      </w:r>
      <w:r>
        <w:t>aap blood pressure badh jayega.</w:t>
      </w:r>
    </w:p>
    <w:p>
      <w:pPr>
        <w:jc w:val="right"/>
      </w:pPr>
      <w:r>
        <w:t>آپ بلڈ پریشر بڑھ جائے گا۔</w:t>
      </w:r>
    </w:p>
    <w:p>
      <w:r>
        <w:rPr>
          <w:b/>
        </w:rPr>
        <w:t xml:space="preserve">[53:51] </w:t>
      </w:r>
      <w:r>
        <w:t>tarah tarah ki bimari paida hogi.</w:t>
      </w:r>
    </w:p>
    <w:p>
      <w:pPr>
        <w:jc w:val="right"/>
      </w:pPr>
      <w:r>
        <w:t>طرح طرح کی بیماری پیدا ہوگی۔</w:t>
      </w:r>
    </w:p>
    <w:p>
      <w:r>
        <w:rPr>
          <w:b/>
        </w:rPr>
        <w:t xml:space="preserve">[53:55] </w:t>
      </w:r>
      <w:r>
        <w:t>to wo ho gaya.</w:t>
      </w:r>
    </w:p>
    <w:p>
      <w:pPr>
        <w:jc w:val="right"/>
      </w:pPr>
      <w:r>
        <w:t>تو وہ ہو گیا۔</w:t>
      </w:r>
    </w:p>
    <w:p>
      <w:r>
        <w:rPr>
          <w:b/>
        </w:rPr>
        <w:t xml:space="preserve">[53:58] </w:t>
      </w:r>
      <w:r>
        <w:t>to main ne use kaha ke kyun aap musibat paale hue hain? main ne kaha ke all daily</w:t>
      </w:r>
    </w:p>
    <w:p>
      <w:pPr>
        <w:jc w:val="right"/>
      </w:pPr>
      <w:r>
        <w:t>تو میں نے اسے کہا کہ کیوں آپ مصیبت پالے ہوئے ہیں؟ میں نے کہا کہ آل ڈیلی</w:t>
      </w:r>
    </w:p>
    <w:p>
      <w:r>
        <w:rPr>
          <w:b/>
        </w:rPr>
        <w:t xml:space="preserve">[54:02] </w:t>
      </w:r>
      <w:r>
        <w:t>aap ke pas itna property hai, itna paisa hai ke aap zindagi bhar yani jee sakte hain.</w:t>
      </w:r>
    </w:p>
    <w:p>
      <w:pPr>
        <w:jc w:val="right"/>
      </w:pPr>
      <w:r>
        <w:t>آپ کے پاس اتنا پراپرٹی ہے، اتنا پیسہ ہے کہ آپ زندگی بھر یعنی جی سکتے ہیں۔</w:t>
      </w:r>
    </w:p>
    <w:p>
      <w:r>
        <w:rPr>
          <w:b/>
        </w:rPr>
        <w:t xml:space="preserve">[54:05] </w:t>
      </w:r>
      <w:r>
        <w:t>koi problem aap ke samne nahi aayega.</w:t>
      </w:r>
    </w:p>
    <w:p>
      <w:pPr>
        <w:jc w:val="right"/>
      </w:pPr>
      <w:r>
        <w:t>کوئی پرابلم آپ کے سامنے نہیں آئے گا۔</w:t>
      </w:r>
    </w:p>
    <w:p>
      <w:r>
        <w:rPr>
          <w:b/>
        </w:rPr>
        <w:t xml:space="preserve">[54:08] </w:t>
      </w:r>
      <w:r>
        <w:t>to hiras ka problem aap ko hai.</w:t>
      </w:r>
    </w:p>
    <w:p>
      <w:pPr>
        <w:jc w:val="right"/>
      </w:pPr>
      <w:r>
        <w:t>تو حرص کا پرابلم آپ کو ہے۔</w:t>
      </w:r>
    </w:p>
    <w:p>
      <w:r>
        <w:rPr>
          <w:b/>
        </w:rPr>
        <w:t xml:space="preserve">[54:12] </w:t>
      </w:r>
      <w:r>
        <w:t>need ka problem nahi hai.</w:t>
      </w:r>
    </w:p>
    <w:p>
      <w:pPr>
        <w:jc w:val="right"/>
      </w:pPr>
      <w:r>
        <w:t>نیڈ کا پرابلم نہیں ہے۔</w:t>
      </w:r>
    </w:p>
    <w:p>
      <w:r>
        <w:rPr>
          <w:b/>
        </w:rPr>
        <w:t xml:space="preserve">[54:15] </w:t>
      </w:r>
      <w:r>
        <w:t>to khair unhon ne man liya.</w:t>
      </w:r>
    </w:p>
    <w:p>
      <w:pPr>
        <w:jc w:val="right"/>
      </w:pPr>
      <w:r>
        <w:t>تو خیر انہوں نے مان لیا۔</w:t>
      </w:r>
    </w:p>
    <w:p>
      <w:r>
        <w:rPr>
          <w:b/>
        </w:rPr>
        <w:t xml:space="preserve">[54:19] </w:t>
      </w:r>
      <w:r>
        <w:t>اب وہ خدا کے فضل سے do work کر رہے ہیں، بہت ہی peaceful طریقے سے۔</w:t>
      </w:r>
    </w:p>
    <w:p>
      <w:pPr>
        <w:jc w:val="right"/>
      </w:pPr>
      <w:r>
        <w:t>اب وہ خدا کے فضل سے داؤ ورک کر رہے ہیں، بہت ہی پیس فل طریقے سے۔</w:t>
      </w:r>
    </w:p>
    <w:p>
      <w:r>
        <w:rPr>
          <w:b/>
        </w:rPr>
        <w:t xml:space="preserve">[54:22] </w:t>
      </w:r>
      <w:r>
        <w:t>kyunki unhon ne soch liya ke bhai mere pas itni property hai.</w:t>
      </w:r>
    </w:p>
    <w:p>
      <w:pPr>
        <w:jc w:val="right"/>
      </w:pPr>
      <w:r>
        <w:t>کیونکہ انہوں نے سوچ لیا کہ بھئی میرے پاس اتنی پراپرٹی ہے۔</w:t>
      </w:r>
    </w:p>
    <w:p>
      <w:r>
        <w:rPr>
          <w:b/>
        </w:rPr>
        <w:t xml:space="preserve">[54:26] </w:t>
      </w:r>
      <w:r>
        <w:t>aur itna mere pas asasa hai.</w:t>
      </w:r>
    </w:p>
    <w:p>
      <w:pPr>
        <w:jc w:val="right"/>
      </w:pPr>
      <w:r>
        <w:t>اور اتنا میرے پاس اثاثہ ہے۔</w:t>
      </w:r>
    </w:p>
    <w:p>
      <w:r>
        <w:rPr>
          <w:b/>
        </w:rPr>
        <w:t xml:space="preserve">[54:30] </w:t>
      </w:r>
      <w:r>
        <w:t>ke abhi main bohat dinon tak is se mera kaam chal sakta hai.</w:t>
      </w:r>
    </w:p>
    <w:p>
      <w:pPr>
        <w:jc w:val="right"/>
      </w:pPr>
      <w:r>
        <w:t>کہ ابھی میں بہت دنوں تک اس سے میرا کام چل سکتا ہے۔</w:t>
      </w:r>
    </w:p>
    <w:p>
      <w:r>
        <w:rPr>
          <w:b/>
        </w:rPr>
        <w:t xml:space="preserve">[54:33] </w:t>
      </w:r>
      <w:r>
        <w:t>to aur ki hiras unhon ne khatm kar di.</w:t>
      </w:r>
    </w:p>
    <w:p>
      <w:pPr>
        <w:jc w:val="right"/>
      </w:pPr>
      <w:r>
        <w:t>تو اور کی حرص انہوں نے ختم کر دی۔</w:t>
      </w:r>
    </w:p>
    <w:p>
      <w:r>
        <w:rPr>
          <w:b/>
        </w:rPr>
        <w:t xml:space="preserve">[54:37] </w:t>
      </w:r>
      <w:r>
        <w:t>need par aa gaye.</w:t>
      </w:r>
    </w:p>
    <w:p>
      <w:pPr>
        <w:jc w:val="right"/>
      </w:pPr>
      <w:r>
        <w:t>نیڈ پر آ گئے۔</w:t>
      </w:r>
    </w:p>
    <w:p>
      <w:r>
        <w:rPr>
          <w:b/>
        </w:rPr>
        <w:t xml:space="preserve">[54:40] </w:t>
      </w:r>
      <w:r>
        <w:t>to bohat mashallah bohat acha daao work wo kar rahe hain.</w:t>
      </w:r>
    </w:p>
    <w:p>
      <w:pPr>
        <w:jc w:val="right"/>
      </w:pPr>
      <w:r>
        <w:t>تو بہت ماشاءاللہ بہت اچھا داؤ ورک وہ کر رہے ہیں۔</w:t>
      </w:r>
    </w:p>
    <w:p>
      <w:r>
        <w:rPr>
          <w:b/>
        </w:rPr>
        <w:t xml:space="preserve">[54:44] </w:t>
      </w:r>
      <w:r>
        <w:t>ab woh sab bimariyan bhi nahi hain un ko hain. to beharhal zindagi mein humein karna kya hai? ke sahi explanation, jaise ke main ne arz kiya ke zartusht ne jo keh diya ke: "the world is a battleground". "the world is a perpetual battleground". "between good and evil forces". ab is mein kya hai? is mein to aap ke liye kuch bhi</w:t>
      </w:r>
    </w:p>
    <w:p>
      <w:pPr>
        <w:jc w:val="right"/>
      </w:pPr>
      <w:r>
        <w:t>اب وہ سب بیماریاں بھی نہیں ہیں ان کو ہیں۔ تو بہرحال زندگی میں ہمیں کرنا کیا ہے؟ کہ صحیح ایکسپلینیشن، جیسے کہ میں نے عرض کیا کہ زرتشت نے جو کہہ دیا کہ: "دا ورلڈ از اے بیٹل گراؤنڈ"۔ "دا ورلڈ از اے پرپچول بیٹل گراؤنڈ"۔ "بٹوین گڈ اینڈ ایول فورسز"۔ اب اس میں کیا ہے؟ اس میں تو آپ کے لیے کچھ بھی</w:t>
      </w:r>
    </w:p>
    <w:p>
      <w:r>
        <w:rPr>
          <w:b/>
        </w:rPr>
        <w:t xml:space="preserve">[55:14] </w:t>
      </w:r>
      <w:r>
        <w:t>nahi hai.</w:t>
      </w:r>
    </w:p>
    <w:p>
      <w:pPr>
        <w:jc w:val="right"/>
      </w:pPr>
      <w:r>
        <w:t>نہیں ہے۔</w:t>
      </w:r>
    </w:p>
    <w:p>
      <w:r>
        <w:rPr>
          <w:b/>
        </w:rPr>
        <w:t xml:space="preserve">[55:17] </w:t>
      </w:r>
      <w:r>
        <w:t>is mein koi hope nahi hai.</w:t>
      </w:r>
    </w:p>
    <w:p>
      <w:pPr>
        <w:jc w:val="right"/>
      </w:pPr>
      <w:r>
        <w:t>اس میں کوئی ہوپ نہیں ہے۔</w:t>
      </w:r>
    </w:p>
    <w:p>
      <w:r>
        <w:rPr>
          <w:b/>
        </w:rPr>
        <w:t xml:space="preserve">[55:21] </w:t>
      </w:r>
      <w:r>
        <w:t>haan aap se bahar do taaqatein hain, woh lad rahi hain.</w:t>
      </w:r>
    </w:p>
    <w:p>
      <w:pPr>
        <w:jc w:val="right"/>
      </w:pPr>
      <w:r>
        <w:t>ہاں آپ سے باہر دو طاقتیں ہیں، وہ لڑ رہی ہیں۔</w:t>
      </w:r>
    </w:p>
    <w:p>
      <w:r>
        <w:rPr>
          <w:b/>
        </w:rPr>
        <w:t xml:space="preserve">[55:24] </w:t>
      </w:r>
      <w:r>
        <w:t>aur aap is ka victim ban rahe hain.</w:t>
      </w:r>
    </w:p>
    <w:p>
      <w:pPr>
        <w:jc w:val="right"/>
      </w:pPr>
      <w:r>
        <w:t>اور آپ اس کا وکٹم بن رہے ہیں۔</w:t>
      </w:r>
    </w:p>
    <w:p>
      <w:r>
        <w:rPr>
          <w:b/>
        </w:rPr>
        <w:t xml:space="preserve">[55:28] </w:t>
      </w:r>
      <w:r>
        <w:t>یعنی کتنا اس کے اندر وہ ہے، pessimism ہے، مایوسی۔</w:t>
      </w:r>
    </w:p>
    <w:p>
      <w:pPr>
        <w:jc w:val="right"/>
      </w:pPr>
      <w:r>
        <w:t>یعنی کتنا اس کے اندر وہ ہے، پیسیزم ہے، مایوسی۔</w:t>
      </w:r>
    </w:p>
    <w:p>
      <w:r>
        <w:rPr>
          <w:b/>
        </w:rPr>
        <w:t xml:space="preserve">[55:31] </w:t>
      </w:r>
      <w:r>
        <w:t>ke main jo hoon, mujh se bahar do taaqatein hain, do khuda hain.</w:t>
      </w:r>
    </w:p>
    <w:p>
      <w:pPr>
        <w:jc w:val="right"/>
      </w:pPr>
      <w:r>
        <w:t>کہ میں جو ہوں، مجھ سے باہر دو طاقتیں ہیں، دو خدا ہیں۔</w:t>
      </w:r>
    </w:p>
    <w:p>
      <w:r>
        <w:rPr>
          <w:b/>
        </w:rPr>
        <w:t xml:space="preserve">[55:35] </w:t>
      </w:r>
      <w:r>
        <w:t>woh lad rahe hain aur woh main is ka victim ban raha hoon.</w:t>
      </w:r>
    </w:p>
    <w:p>
      <w:pPr>
        <w:jc w:val="right"/>
      </w:pPr>
      <w:r>
        <w:t>وہ لڑ رہے ہیں اور وہ میں اس کا وکٹم بن رہا ہوں۔</w:t>
      </w:r>
    </w:p>
    <w:p>
      <w:r>
        <w:rPr>
          <w:b/>
        </w:rPr>
        <w:t xml:space="preserve">[55:38] </w:t>
      </w:r>
      <w:r>
        <w:t>main is ka shikar ban raha hoon.</w:t>
      </w:r>
    </w:p>
    <w:p>
      <w:pPr>
        <w:jc w:val="right"/>
      </w:pPr>
      <w:r>
        <w:t>میں اس کا شکار بن رہا ہوں۔</w:t>
      </w:r>
    </w:p>
    <w:p>
      <w:r>
        <w:rPr>
          <w:b/>
        </w:rPr>
        <w:t xml:space="preserve">[55:42] </w:t>
      </w:r>
      <w:r>
        <w:t>تو یہ کیا ہے؟ wrong explanation کی وجہ سے۔</w:t>
      </w:r>
    </w:p>
    <w:p>
      <w:pPr>
        <w:jc w:val="right"/>
      </w:pPr>
      <w:r>
        <w:t>تو یہ کیا ہے؟ رونگ ایکسپلینیشن کی وجہ سے۔</w:t>
      </w:r>
    </w:p>
    <w:p>
      <w:r>
        <w:rPr>
          <w:b/>
        </w:rPr>
        <w:t xml:space="preserve">[55:45] </w:t>
      </w:r>
      <w:r>
        <w:t>na samajhne ki wajah se.</w:t>
      </w:r>
    </w:p>
    <w:p>
      <w:pPr>
        <w:jc w:val="right"/>
      </w:pPr>
      <w:r>
        <w:t>نہ سمجھنے کی وجہ سے۔</w:t>
      </w:r>
    </w:p>
    <w:p>
      <w:r>
        <w:rPr>
          <w:b/>
        </w:rPr>
        <w:t xml:space="preserve">[55:50] </w:t>
      </w:r>
      <w:r>
        <w:t>lekin agar aap is ko yeh samjhein ke khuda to ek hi hai.</w:t>
      </w:r>
    </w:p>
    <w:p>
      <w:pPr>
        <w:jc w:val="right"/>
      </w:pPr>
      <w:r>
        <w:t>لیکن اگر آپ اس کو یہ سمجھیں کہ خدا تو ایک ہی ہے۔</w:t>
      </w:r>
    </w:p>
    <w:p>
      <w:r>
        <w:rPr>
          <w:b/>
        </w:rPr>
        <w:t xml:space="preserve">[55:54] </w:t>
      </w:r>
      <w:r>
        <w:t>khuda do nahi hai.</w:t>
      </w:r>
    </w:p>
    <w:p>
      <w:pPr>
        <w:jc w:val="right"/>
      </w:pPr>
      <w:r>
        <w:t>خدا دو نہیں ہے۔</w:t>
      </w:r>
    </w:p>
    <w:p>
      <w:r>
        <w:rPr>
          <w:b/>
        </w:rPr>
        <w:t xml:space="preserve">[55:58] </w:t>
      </w:r>
      <w:r>
        <w:t>aur khuda ne ka apna ek naqsha is ke mutabiq banaya hai hum ko.</w:t>
      </w:r>
    </w:p>
    <w:p>
      <w:pPr>
        <w:jc w:val="right"/>
      </w:pPr>
      <w:r>
        <w:t>اور خدا نے کا اپنا ایک نقشہ اس کے مطابق بنایا ہے ہم کو۔</w:t>
      </w:r>
    </w:p>
    <w:p>
      <w:r>
        <w:rPr>
          <w:b/>
        </w:rPr>
        <w:t xml:space="preserve">[56:02] </w:t>
      </w:r>
      <w:r>
        <w:t>is naqshe mein yahi hai ke need ke upar raho to tum ko bohat hi rahat rahe gi.</w:t>
      </w:r>
    </w:p>
    <w:p>
      <w:pPr>
        <w:jc w:val="right"/>
      </w:pPr>
      <w:r>
        <w:t>اس نقشے میں یہی ہے کہ نیڈ کے اوپر رہو تو تم کو بہت ہی راحت رہے گی۔</w:t>
      </w:r>
    </w:p>
    <w:p>
      <w:r>
        <w:rPr>
          <w:b/>
        </w:rPr>
        <w:t xml:space="preserve">[56:06] </w:t>
      </w:r>
      <w:r>
        <w:t>aur grade par jao ge to phir tum ko museebatein rahen gi.</w:t>
      </w:r>
    </w:p>
    <w:p>
      <w:pPr>
        <w:jc w:val="right"/>
      </w:pPr>
      <w:r>
        <w:t>اور گریڈ پر جاؤ گے تو پھر تم کو مصیبتیں رہیں گی۔</w:t>
      </w:r>
    </w:p>
    <w:p>
      <w:r>
        <w:rPr>
          <w:b/>
        </w:rPr>
        <w:t xml:space="preserve">[56:10] </w:t>
      </w:r>
      <w:r>
        <w:t>ego ko bharkao ge to dushman ban jayenge log.</w:t>
      </w:r>
    </w:p>
    <w:p>
      <w:pPr>
        <w:jc w:val="right"/>
      </w:pPr>
      <w:r>
        <w:t>ایگو کو بھڑکاؤ گے تو دشمن بن جائیں گے لوگ۔</w:t>
      </w:r>
    </w:p>
    <w:p>
      <w:r>
        <w:rPr>
          <w:b/>
        </w:rPr>
        <w:t xml:space="preserve">[56:15] </w:t>
      </w:r>
      <w:r>
        <w:t>consciousness ko activate karo ge, sab tumhare dost bane rahenge.</w:t>
      </w:r>
    </w:p>
    <w:p>
      <w:pPr>
        <w:jc w:val="right"/>
      </w:pPr>
      <w:r>
        <w:t>کانشینس کو ایکٹیویٹ کرو گے، سب تمہارے دوست بنے رہیں گے۔</w:t>
      </w:r>
    </w:p>
    <w:p>
      <w:r>
        <w:rPr>
          <w:b/>
        </w:rPr>
        <w:t xml:space="preserve">[56:19] </w:t>
      </w:r>
      <w:r>
        <w:t>waghaira waghaira.</w:t>
      </w:r>
    </w:p>
    <w:p>
      <w:pPr>
        <w:jc w:val="right"/>
      </w:pPr>
      <w:r>
        <w:t>وغیرہ وغیرہ۔</w:t>
      </w:r>
    </w:p>
    <w:p>
      <w:r>
        <w:rPr>
          <w:b/>
        </w:rPr>
        <w:t xml:space="preserve">[56:25] </w:t>
      </w:r>
      <w:r>
        <w:t>aur is mein ek aur bohat ahem baat yeh hai, bohat important baat.</w:t>
      </w:r>
    </w:p>
    <w:p>
      <w:pPr>
        <w:jc w:val="right"/>
      </w:pPr>
      <w:r>
        <w:t>اور اس میں ایک اور بہت اہم بات یہ ہے، بہت امپورٹنٹ بات۔</w:t>
      </w:r>
    </w:p>
    <w:p>
      <w:r>
        <w:rPr>
          <w:b/>
        </w:rPr>
        <w:t xml:space="preserve">[56:31] </w:t>
      </w:r>
      <w:r>
        <w:t>aap dekhein ke woh saare log jo grade mein jeete hain, jo logon ke ego ko bharkate rehte</w:t>
      </w:r>
    </w:p>
    <w:p>
      <w:pPr>
        <w:jc w:val="right"/>
      </w:pPr>
      <w:r>
        <w:t>آپ دیکھیں کہ وہ سارے لوگ جو گریڈ میں جیتے ہیں، جو لوگوں کے ایگو کو بھڑکاتے رہتے</w:t>
      </w:r>
    </w:p>
    <w:p>
      <w:r>
        <w:rPr>
          <w:b/>
        </w:rPr>
        <w:t xml:space="preserve">[56:37] </w:t>
      </w:r>
      <w:r>
        <w:t>hain, aur jo kehte hain ke hum hum dab kar kyun rahen? hum to daba kar rahenge.</w:t>
      </w:r>
    </w:p>
    <w:p>
      <w:pPr>
        <w:jc w:val="right"/>
      </w:pPr>
      <w:r>
        <w:t>ہیں، اور جو کہتے ہیں کہ ہم ہم دب کر کیوں رہیں؟ ہم تو دبا کر رہیں گے۔</w:t>
      </w:r>
    </w:p>
    <w:p>
      <w:r>
        <w:rPr>
          <w:b/>
        </w:rPr>
        <w:t xml:space="preserve">[56:43] </w:t>
      </w:r>
      <w:r>
        <w:t>hum dab kar kyun rahen? waghaira yeh sab jo ek zehen hai woh. to is</w:t>
      </w:r>
    </w:p>
    <w:p>
      <w:pPr>
        <w:jc w:val="right"/>
      </w:pPr>
      <w:r>
        <w:t>ہم دب کر کیوں رہیں؟ وغیرہ یہ سب جو ایک ذہن ہے وہ۔ تو اس</w:t>
      </w:r>
    </w:p>
    <w:p>
      <w:r>
        <w:rPr>
          <w:b/>
        </w:rPr>
        <w:t xml:space="preserve">[56:49] </w:t>
      </w:r>
      <w:r>
        <w:t>mein kya hota hai? dekhiye.</w:t>
      </w:r>
    </w:p>
    <w:p>
      <w:pPr>
        <w:jc w:val="right"/>
      </w:pPr>
      <w:r>
        <w:t>میں کیا ہوتا ہے؟ دیکھیے۔</w:t>
      </w:r>
    </w:p>
    <w:p>
      <w:r>
        <w:rPr>
          <w:b/>
        </w:rPr>
        <w:t xml:space="preserve">[56:53] </w:t>
      </w:r>
      <w:r>
        <w:t>sab se bada nuqsan kya hota hai? ke intellectual development aise logon ka ruk jata hai.</w:t>
      </w:r>
    </w:p>
    <w:p>
      <w:pPr>
        <w:jc w:val="right"/>
      </w:pPr>
      <w:r>
        <w:t>سب سے بڑا نقصان کیا ہوتا ہے؟ کہ انٹلیکچول ڈیولپمنٹ ایسے لوگوں کا رک جاتا ہے۔</w:t>
      </w:r>
    </w:p>
    <w:p>
      <w:r>
        <w:rPr>
          <w:b/>
        </w:rPr>
        <w:t xml:space="preserve">[56:57] </w:t>
      </w:r>
      <w:r>
        <w:t>kyun? har waqt distraction.</w:t>
      </w:r>
    </w:p>
    <w:p>
      <w:pPr>
        <w:jc w:val="right"/>
      </w:pPr>
      <w:r>
        <w:t>کیوں؟ ہر وقت ڈسٹریکشن۔</w:t>
      </w:r>
    </w:p>
    <w:p>
      <w:r>
        <w:rPr>
          <w:b/>
        </w:rPr>
        <w:t xml:space="preserve">[57:02] </w:t>
      </w:r>
      <w:r>
        <w:t>"all the things are nothing but distractions".</w:t>
      </w:r>
    </w:p>
    <w:p>
      <w:pPr>
        <w:jc w:val="right"/>
      </w:pPr>
      <w:r>
        <w:t>"آل دی تھنگز آر نتھنگ بٹ ڈسٹریکشنز"۔</w:t>
      </w:r>
    </w:p>
    <w:p>
      <w:r>
        <w:rPr>
          <w:b/>
        </w:rPr>
        <w:t xml:space="preserve">[57:06] </w:t>
      </w:r>
      <w:r>
        <w:t>har waqt distraction.</w:t>
      </w:r>
    </w:p>
    <w:p>
      <w:pPr>
        <w:jc w:val="right"/>
      </w:pPr>
      <w:r>
        <w:t>ہر وقت ڈسٹریکشن۔</w:t>
      </w:r>
    </w:p>
    <w:p>
      <w:r>
        <w:rPr>
          <w:b/>
        </w:rPr>
        <w:t xml:space="preserve">[57:10] </w:t>
      </w:r>
      <w:r>
        <w:t>yeh jhagda, woh fasad, woh mamla, woh case, woh muqadma, yeh ladai, yeh sab distraction hi to hain.</w:t>
      </w:r>
    </w:p>
    <w:p>
      <w:pPr>
        <w:jc w:val="right"/>
      </w:pPr>
      <w:r>
        <w:t>یہ جھگڑا، وہ فساد، وہ معاملہ، وہ کیس، وہ مقدمہ، یہ لڑائی، یہ سب ڈسٹریکشن ہی تو ہیں۔</w:t>
      </w:r>
    </w:p>
    <w:p>
      <w:r>
        <w:rPr>
          <w:b/>
        </w:rPr>
        <w:t xml:space="preserve">[57:15] </w:t>
      </w:r>
      <w:r>
        <w:t>to dekhiye q</w:t>
      </w:r>
    </w:p>
    <w:p>
      <w:pPr>
        <w:jc w:val="right"/>
      </w:pPr>
      <w:r>
        <w:t>تو دیکھیے ق</w:t>
      </w:r>
    </w:p>
    <w:p>
      <w:r>
        <w:rPr>
          <w:b/>
        </w:rPr>
        <w:t xml:space="preserve">[57:19] </w:t>
      </w:r>
      <w:r>
        <w:t>anaat ka path jo log ikhtiyar na karen, aur khuda ka jo creation plan hai, us ko follow na karen, to kya hota hai? har waqt woh distraction mein jeena padta hai un ko. false type ke distraction. jhoote problem, jhoote masail, jhoote jhagde. to kya hota hai is ka nuksan? yani woh behtar, woh jo time tha un ko jo diya gaya tha, us</w:t>
      </w:r>
    </w:p>
    <w:p>
      <w:pPr>
        <w:jc w:val="right"/>
      </w:pPr>
      <w:r>
        <w:t>ناعت کا پاتھ جو لوگ اختیار نہ کریں، اور خدا کا جو کریشن پلان ہے، اس کو فالو نہ کریں، تو کیا ہوتا ہے؟ ہر وقت وہ ڈسٹریکشن میں جینا پڑتا ہے ان کو۔ فالس ٹائپ کے ڈسٹریکشن۔ جھوٹے پرابلم، جھوٹے مسائل، جھوٹے جھگڑے۔ تو کیا ہوتا ہے اس کا نقصان؟ یعنی وہ بہتر، وہ جو ٹائم تھا ان کو جو دیا گیا تھا، اس</w:t>
      </w:r>
    </w:p>
    <w:p>
      <w:r>
        <w:rPr>
          <w:b/>
        </w:rPr>
        <w:t xml:space="preserve">[57:49] </w:t>
      </w:r>
      <w:r>
        <w:t>ka sab se acha istemal tha intellectual development.</w:t>
      </w:r>
    </w:p>
    <w:p>
      <w:pPr>
        <w:jc w:val="right"/>
      </w:pPr>
      <w:r>
        <w:t>کا سب سے اچھا استعمال تھا انٹلیکچول ڈیولپمنٹ۔</w:t>
      </w:r>
    </w:p>
    <w:p>
      <w:r>
        <w:rPr>
          <w:b/>
        </w:rPr>
        <w:t xml:space="preserve">[57:53] </w:t>
      </w:r>
      <w:r>
        <w:t>to in ko time hi kahan hai? woh to jhagde jhagde mein phanse rehte hain.</w:t>
      </w:r>
    </w:p>
    <w:p>
      <w:pPr>
        <w:jc w:val="right"/>
      </w:pPr>
      <w:r>
        <w:t>تو ان کو ٹائم ہی کہاں ہے؟ وہ تو جھگڑے جھگڑے میں پھنسے رہتے ہیں۔</w:t>
      </w:r>
    </w:p>
    <w:p>
      <w:r>
        <w:rPr>
          <w:b/>
        </w:rPr>
        <w:t xml:space="preserve">[57:58] </w:t>
      </w:r>
      <w:r>
        <w:t>nafrat mein jeete hain.</w:t>
      </w:r>
    </w:p>
    <w:p>
      <w:pPr>
        <w:jc w:val="right"/>
      </w:pPr>
      <w:r>
        <w:t>نفرت میں جیتے ہیں۔</w:t>
      </w:r>
    </w:p>
    <w:p>
      <w:r>
        <w:rPr>
          <w:b/>
        </w:rPr>
        <w:t xml:space="preserve">[58:02] </w:t>
      </w:r>
      <w:r>
        <w:t>insan se mohabbat karna jo hai, yeh woh seekh nahin paate woh.</w:t>
      </w:r>
    </w:p>
    <w:p>
      <w:pPr>
        <w:jc w:val="right"/>
      </w:pPr>
      <w:r>
        <w:t>انسان سے محبت کرنا جو ہے، یہ وہ سیکھ نہیں پاتے وہ۔</w:t>
      </w:r>
    </w:p>
    <w:p>
      <w:r>
        <w:rPr>
          <w:b/>
        </w:rPr>
        <w:t xml:space="preserve">[58:06] </w:t>
      </w:r>
      <w:r>
        <w:t>jab aap insan se mohabbat karna na seekhenge to kya hoga? aap negative mind mein aap ko</w:t>
      </w:r>
    </w:p>
    <w:p>
      <w:pPr>
        <w:jc w:val="right"/>
      </w:pPr>
      <w:r>
        <w:t>جب آپ انسان سے محبت کرنا نہ سیکھیں گے تو کیا ہوگا؟ آپ نیگیٹیو مائنڈ میں آپ کو</w:t>
      </w:r>
    </w:p>
    <w:p>
      <w:r>
        <w:rPr>
          <w:b/>
        </w:rPr>
        <w:t xml:space="preserve">[58:11] </w:t>
      </w:r>
      <w:r>
        <w:t>jeena parega.</w:t>
      </w:r>
    </w:p>
    <w:p>
      <w:pPr>
        <w:jc w:val="right"/>
      </w:pPr>
      <w:r>
        <w:t>جینا پڑے گا۔</w:t>
      </w:r>
    </w:p>
    <w:p>
      <w:r>
        <w:rPr>
          <w:b/>
        </w:rPr>
        <w:t xml:space="preserve">[58:15] </w:t>
      </w:r>
      <w:r>
        <w:t>insan se nafrat karna bhi ek distraction hai.</w:t>
      </w:r>
    </w:p>
    <w:p>
      <w:pPr>
        <w:jc w:val="right"/>
      </w:pPr>
      <w:r>
        <w:t>انسان سے نفرت کرنا بھی ایک ڈسٹریکشن ہے۔</w:t>
      </w:r>
    </w:p>
    <w:p>
      <w:r>
        <w:rPr>
          <w:b/>
        </w:rPr>
        <w:t xml:space="preserve">[58:19] </w:t>
      </w:r>
      <w:r>
        <w:t>yaad rakhiye.</w:t>
      </w:r>
    </w:p>
    <w:p>
      <w:pPr>
        <w:jc w:val="right"/>
      </w:pPr>
      <w:r>
        <w:t>یاد رکھیے۔</w:t>
      </w:r>
    </w:p>
    <w:p>
      <w:r>
        <w:rPr>
          <w:b/>
        </w:rPr>
        <w:t xml:space="preserve">[58:25] </w:t>
      </w:r>
      <w:r>
        <w:t>aap agar aap insan se mohabbat na karein, insan se heat karne lagein, heat, heat to super distraction hai.</w:t>
      </w:r>
    </w:p>
    <w:p>
      <w:pPr>
        <w:jc w:val="right"/>
      </w:pPr>
      <w:r>
        <w:t>آپ اگر آپ انسان سے محبت نہ کریں، انسان سے ہیٹ کرنے لگیں، ہیٹ، ہیٹ تو سپر ڈسٹریکشن ہے۔</w:t>
      </w:r>
    </w:p>
    <w:p>
      <w:r>
        <w:rPr>
          <w:b/>
        </w:rPr>
        <w:t xml:space="preserve">[58:31] </w:t>
      </w:r>
      <w:r>
        <w:t>to aap dekhiye is baat ko janiye ke aap apni dunya mein nahin hain, khuda ki banai hui</w:t>
      </w:r>
    </w:p>
    <w:p>
      <w:pPr>
        <w:jc w:val="right"/>
      </w:pPr>
      <w:r>
        <w:t>تو آپ دیکھیے اس بات کو جانیے کہ آپ اپنی دنیا میں نہیں ہیں، خدا کی بنائی ہوئی</w:t>
      </w:r>
    </w:p>
    <w:p>
      <w:r>
        <w:rPr>
          <w:b/>
        </w:rPr>
        <w:t xml:space="preserve">[58:37] </w:t>
      </w:r>
      <w:r>
        <w:t>dunya mein hain.</w:t>
      </w:r>
    </w:p>
    <w:p>
      <w:pPr>
        <w:jc w:val="right"/>
      </w:pPr>
      <w:r>
        <w:t>دنیا میں ہیں۔</w:t>
      </w:r>
    </w:p>
    <w:p>
      <w:r>
        <w:rPr>
          <w:b/>
        </w:rPr>
        <w:t xml:space="preserve">[58:43] </w:t>
      </w:r>
      <w:r>
        <w:t>aur khuda ki banai hui dunya ke mutabiq kya karna hai aap ko? positive thinking mein jeena hai. distrac</w:t>
      </w:r>
    </w:p>
    <w:p>
      <w:pPr>
        <w:jc w:val="right"/>
      </w:pPr>
      <w:r>
        <w:t>اور خدا کی بنائی ہوئی دنیا کے مطابق کیا کرنا ہے آپ کو؟ پازیٹیو تھنکنگ میں جینا ہے۔ ڈسٹریک</w:t>
      </w:r>
    </w:p>
    <w:p>
      <w:r>
        <w:rPr>
          <w:b/>
        </w:rPr>
        <w:t xml:space="preserve">[58:49] </w:t>
      </w:r>
      <w:r>
        <w:t>tion se apne aap ko bachana hai. Intellectual level ko hamesha badhate rehna hai. Aur intellectual development hi ko apna goal banana hai. Intellectual development sab se bari cheez hai jo is dunya mein hum hasil kar sakte hain. "Aqool qawli haza wastaghfirullaha li walakum ajmaeen".</w:t>
      </w:r>
    </w:p>
    <w:p>
      <w:pPr>
        <w:jc w:val="right"/>
      </w:pPr>
      <w:r>
        <w:t>شن سے اپنے آپ کو بچانا ہے۔ انٹلیکچول لیول کو ہمیشہ بڑھاتے رہنا ہے۔ اور انٹلیکچول ڈیولپمنٹ ہی کو اپنا گول بنانا ہے۔ انٹلیکچول ڈیولپمنٹ سب سے بڑی چیز ہے جو اس دنیا میں ہم حاصل کر سکتے ہیں۔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