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Al Risala, July 2018</w:t>
      </w:r>
    </w:p>
    <w:p>
      <w:r>
        <w:t>https://www.youtube.com/watch?v=n1KVRke8n4E</w:t>
      </w:r>
    </w:p>
    <w:p>
      <w:r>
        <w:rPr>
          <w:b/>
        </w:rPr>
        <w:t xml:space="preserve">[00:05] </w:t>
      </w:r>
      <w:r>
        <w:t>Risala, July 2018.</w:t>
      </w:r>
    </w:p>
    <w:p>
      <w:pPr>
        <w:jc w:val="right"/>
      </w:pPr>
      <w:r>
        <w:t>رسالہ، جولائی 2018۔</w:t>
      </w:r>
    </w:p>
    <w:p>
      <w:r>
        <w:rPr>
          <w:b/>
        </w:rPr>
        <w:t xml:space="preserve">[00:12] </w:t>
      </w:r>
      <w:r>
        <w:t>Islam ka role. Qadeem zamane mein, hazaron saal se dunya mein shirk ka ghalba tha.</w:t>
      </w:r>
    </w:p>
    <w:p>
      <w:pPr>
        <w:jc w:val="right"/>
      </w:pPr>
      <w:r>
        <w:t>اسلام کا رول۔ قدیم زمانے میں، ہزاروں سال سے دنیا میں شرک کا غلبہ تھا۔</w:t>
      </w:r>
    </w:p>
    <w:p>
      <w:r>
        <w:rPr>
          <w:b/>
        </w:rPr>
        <w:t xml:space="preserve">[00:21] </w:t>
      </w:r>
      <w:r>
        <w:t>Shirk kya hai? Shirk darasal fitrat ki parastish, ya nature worship ka doosra naam hai. Is haqeeqat ki taraf Quran ki is ayat mein ishara kiya gaya hai:</w:t>
      </w:r>
    </w:p>
    <w:p>
      <w:pPr>
        <w:jc w:val="right"/>
      </w:pPr>
      <w:r>
        <w:t>شرک کیا ہے؟ شرک دراصل فطرت کی پرستش، یا نیچر ورشپ کا دوسرا نام ہے۔ اس حقیقت کی طرف قرآن کی اس آیت میں اشارہ کیا گیا ہے:</w:t>
      </w:r>
    </w:p>
    <w:p>
      <w:r>
        <w:rPr>
          <w:b/>
        </w:rPr>
        <w:t xml:space="preserve">[00:35] </w:t>
      </w:r>
      <w:r>
        <w:t>"La tasjudu lil shamsi wa la lil qamari, wasjudu lillahi alladhi khalaqahunna". Khaliq ne fitrat, ya nature ke andar, azeem technology rakhi thi.</w:t>
      </w:r>
    </w:p>
    <w:p>
      <w:pPr>
        <w:jc w:val="right"/>
      </w:pPr>
      <w:r>
        <w:t>"لا تسجدوا للشمس ولا للقمر، واسجدوا لله الذي خلقهن"۔ خالق نے فطرت، یا نیچر کے اندر، عظیم ٹیکنالوجی رکھی تھی۔</w:t>
      </w:r>
    </w:p>
    <w:p>
      <w:r>
        <w:rPr>
          <w:b/>
        </w:rPr>
        <w:t xml:space="preserve">[00:50] </w:t>
      </w:r>
      <w:r>
        <w:t>Yeh technology goya civilization ka infrastructure tha, magar insaan lambi muddat tak is nemat se bekhabar raha.</w:t>
      </w:r>
    </w:p>
    <w:p>
      <w:pPr>
        <w:jc w:val="right"/>
      </w:pPr>
      <w:r>
        <w:t>یہ ٹیکنالوجی گویا سویلائزیشن کا انفراسٹرکچر تھا، مگر انسان لمبی مدت تک اس نعمت سے بے خبر رہا۔</w:t>
      </w:r>
    </w:p>
    <w:p>
      <w:r>
        <w:rPr>
          <w:b/>
        </w:rPr>
        <w:t xml:space="preserve">[01:02] </w:t>
      </w:r>
      <w:r>
        <w:t>Islam ke zariye jo mabni bar tawheed inqilab aaya, us ne tareekh mein pehli baar yeh kiya ke nature aur worship dono ko ek doosre se alag ya delink kar diya.</w:t>
      </w:r>
    </w:p>
    <w:p>
      <w:pPr>
        <w:jc w:val="right"/>
      </w:pPr>
      <w:r>
        <w:t>اسلام کے ذریعے جو مبنی بر توحید انقلاب آیا، اس نے تاریخ میں پہلی بار یہ کیا کہ نیچر اور ورشپ دونوں کو ایک دوسرے سے الگ یا ڈی لنک کر دیا۔</w:t>
      </w:r>
    </w:p>
    <w:p>
      <w:r>
        <w:rPr>
          <w:b/>
        </w:rPr>
        <w:t xml:space="preserve">[01:16] </w:t>
      </w:r>
      <w:r>
        <w:t>Is ke baad tareekh mein ek naya process jari hua. Ab nature tehqeeq ka mozu, ya objective of investigation ban gayi, jo ke Islam se pehle parastish ka mozu, ya object of worship bani hui thi.</w:t>
      </w:r>
    </w:p>
    <w:p>
      <w:pPr>
        <w:jc w:val="right"/>
      </w:pPr>
      <w:r>
        <w:t>اس کے بعد تاریخ میں ایک نیا پروسیس جاری ہوا۔ اب نیچر تحقیق کا موضوع، یا آبجیکٹو آف انویسٹیگیشن بن گئی، جو کہ اسلام سے پہلے پرستش کا موضوع، یا آبجیکٹ آف ورشپ بنی ہوئی تھی۔</w:t>
      </w:r>
    </w:p>
    <w:p>
      <w:r>
        <w:rPr>
          <w:b/>
        </w:rPr>
        <w:t xml:space="preserve">[01:36] </w:t>
      </w:r>
      <w:r>
        <w:t>Isi process ke aakhri marhale mein woh cheez zahoor mein aayi jis ko modern tehzeeb kaha jata hai. Is inqilab se pehle iqtisadiyat ka bunyadi zariya ziraati zameen,</w:t>
      </w:r>
    </w:p>
    <w:p>
      <w:pPr>
        <w:jc w:val="right"/>
      </w:pPr>
      <w:r>
        <w:t>اسی پروسیس کے آخری مرحلے میں وہ چیز ظہور میں آئی جس کو ماڈرن تہذیب کہا جاتا ہے۔ اس انقلاب سے پہلے اقتصادیات کا بنیادی ذریعہ زراعی زمین،</w:t>
      </w:r>
    </w:p>
    <w:p>
      <w:r>
        <w:rPr>
          <w:b/>
        </w:rPr>
        <w:t xml:space="preserve">[01:53] </w:t>
      </w:r>
      <w:r>
        <w:t>ya agricultural land tha. Isi ziraati zameen se insaan ko sab kuch milta tha. Qadeem zamane mein jo ladaiyan hoti rahin, woh isi ziraati zameen par qabze ke liye hua karti thin.</w:t>
      </w:r>
    </w:p>
    <w:p>
      <w:pPr>
        <w:jc w:val="right"/>
      </w:pPr>
      <w:r>
        <w:t>یا ایگریکلچرل لینڈ تھا۔ اسی زرعی زمین سے انسان کو سب کچھ ملتا تھا۔ قدیم زمانے میں جو لڑائیاں ہوتی رہیں، وہ اسی زرعی زمین پر قبضے کے لیے ہوا کرتی تھیں۔</w:t>
      </w:r>
    </w:p>
    <w:p>
      <w:r>
        <w:rPr>
          <w:b/>
        </w:rPr>
        <w:t xml:space="preserve">[02:10] </w:t>
      </w:r>
      <w:r>
        <w:t>Jadeed tehzeeb ke nateeje mein ek naya daur aaya jis ko sanati daur, ya industrial age kaha jata hai.</w:t>
      </w:r>
    </w:p>
    <w:p>
      <w:pPr>
        <w:jc w:val="right"/>
      </w:pPr>
      <w:r>
        <w:t>جدید تہذیب کے نتیجے میں ایک نیا دور آیا جس کو صنعتی دور، یا انڈسٹریل ایج کہا جاتا ہے۔</w:t>
      </w:r>
    </w:p>
    <w:p>
      <w:r>
        <w:rPr>
          <w:b/>
        </w:rPr>
        <w:t xml:space="preserve">[02:19] </w:t>
      </w:r>
      <w:r>
        <w:t>Ab iqtisadiyat ka sab se bara zariya sanat, ya industry ban gayi, aur sanat ke liye zameen par siyasi qabze ki zaroorat nahi thi.</w:t>
      </w:r>
    </w:p>
    <w:p>
      <w:pPr>
        <w:jc w:val="right"/>
      </w:pPr>
      <w:r>
        <w:t>اب اقتصادیات کا سب سے بڑا ذریعہ صنعت، یا انڈسٹری بن گئی، اور صنعت کے لیے زمین پر سیاسی قبضے کی ضرورت نہیں تھی۔</w:t>
      </w:r>
    </w:p>
    <w:p>
      <w:r>
        <w:rPr>
          <w:b/>
        </w:rPr>
        <w:t xml:space="preserve">[02:34] </w:t>
      </w:r>
      <w:r>
        <w:t>Is tarah jadeed sanati daur ne amli taur par jang ko befaida bana diya, aur dunya mein ek naya daur aaya jis ko daur-e-aman, ya age of peace kaha jata hai.</w:t>
      </w:r>
    </w:p>
    <w:p>
      <w:pPr>
        <w:jc w:val="right"/>
      </w:pPr>
      <w:r>
        <w:t>اس طرح جدید صنعتی دور نے عملی طور پر جنگ کو بے فائدہ بنا دیا، اور دنیا میں ایک نیا دور آیا جس کو دورِ امن، یا ایج آف پیس کہا جاتا ہے۔</w:t>
      </w:r>
    </w:p>
    <w:p>
      <w:r>
        <w:rPr>
          <w:b/>
        </w:rPr>
        <w:t xml:space="preserve">[02:51] </w:t>
      </w:r>
      <w:r>
        <w:t>Is daur-e-aman ko paida karne ka zariya bazahir sanati inqilab tha, magar sanati inqilab ko jis cheez ne paida kiya woh Islam tha.</w:t>
      </w:r>
    </w:p>
    <w:p>
      <w:pPr>
        <w:jc w:val="right"/>
      </w:pPr>
      <w:r>
        <w:t>اس دورِ امن کو پیدا کرنے کا ذریعہ بظاہر صنعتی انقلاب تھا، مگر صنعتی انقلاب کو جس چیز نے پیدا کیا وہ اسلام تھا۔</w:t>
      </w:r>
    </w:p>
    <w:p>
      <w:r>
        <w:rPr>
          <w:b/>
        </w:rPr>
        <w:t xml:space="preserve">[03:06] </w:t>
      </w:r>
      <w:r>
        <w:t>Islam is daur-e-aman ka nazariyati bani hai, aur jadeed civilization is daur ko amli taur par wajood mein lane wala hai.</w:t>
      </w:r>
    </w:p>
    <w:p>
      <w:pPr>
        <w:jc w:val="right"/>
      </w:pPr>
      <w:r>
        <w:t>اسلام اس دورِ امن کا نظریاتی بانی ہے، اور جدید سویلائزیشن اس دور کو عملی طور پر وجود میں لانے والا ہے۔</w:t>
      </w:r>
    </w:p>
    <w:p>
      <w:r>
        <w:rPr>
          <w:b/>
        </w:rPr>
        <w:t xml:space="preserve">[03:29] </w:t>
      </w:r>
      <w:r>
        <w:t>Ikhaun-e-Ibrahim, Ikhaun-e-Muhammad.</w:t>
      </w:r>
    </w:p>
    <w:p>
      <w:pPr>
        <w:jc w:val="right"/>
      </w:pPr>
      <w:r>
        <w:t>اخوانِ ابراہیم، اخوانِ محمد۔</w:t>
      </w:r>
    </w:p>
    <w:p>
      <w:r>
        <w:rPr>
          <w:b/>
        </w:rPr>
        <w:t xml:space="preserve">[03:35] </w:t>
      </w:r>
      <w:r>
        <w:t>Paighambar-e-Islam sallallahu alaihi wasallam 570 eesvi mein Makka mein paida hue, aur 632 eesvi mein Madine mein aap ki wafat hui.</w:t>
      </w:r>
    </w:p>
    <w:p>
      <w:pPr>
        <w:jc w:val="right"/>
      </w:pPr>
      <w:r>
        <w:t>پیغمبرِ اسلام صلی اللہ علیہ وسلم 570 عیسوی میں مکہ میں پیدا ہوئے، اور 632 عیسوی میں مدینے میں آپ کی وفات ہوئی۔</w:t>
      </w:r>
    </w:p>
    <w:p>
      <w:r>
        <w:rPr>
          <w:b/>
        </w:rPr>
        <w:t xml:space="preserve">[03:49] </w:t>
      </w:r>
      <w:r>
        <w:t>Aap ka zamana paighambar Ibrahim alaihi salam se taqreeban dhai hazar saal baad ka zamana hai. Aap paighambar Ibrahim alaihi salam ki dua ke nateeje mein paida hue.</w:t>
      </w:r>
    </w:p>
    <w:p>
      <w:pPr>
        <w:jc w:val="right"/>
      </w:pPr>
      <w:r>
        <w:t>آپ کا زمانہ پیغمبر ابراہیم علیہ السلام سے تقریباً ڈھائی ہزار سال بعد کا زمانہ ہے۔ آپ پیغمبر ابراہیم علیہ السلام کی دعا کے نتیجے میں پیدا ہوئے۔</w:t>
      </w:r>
    </w:p>
    <w:p>
      <w:r>
        <w:rPr>
          <w:b/>
        </w:rPr>
        <w:t xml:space="preserve">[04:02] </w:t>
      </w:r>
      <w:r>
        <w:t>Quran mein aap ke bare mein ek ayat aayi hai jis ka tarjuma yeh hai: "Phir hum ne tumhari taraf wahi ki ke Ibrahim ke tareeqe ki pairwi karo jo yakso tha aur woh mushrikeen mein se na tha".</w:t>
      </w:r>
    </w:p>
    <w:p>
      <w:pPr>
        <w:jc w:val="right"/>
      </w:pPr>
      <w:r>
        <w:t>قرآن میں آپ کے بارے میں ایک آیت آئی ہے جس کا ترجمہ یہ ہے: "پھر ہم نے تمہاری طرف وحی کی کہ ابراہیم کے طریقے کی پیروی کرو جو یکسو تھا اور وہ شرک کرنے والوں میں سے نہ تھا"۔</w:t>
      </w:r>
    </w:p>
    <w:p>
      <w:r>
        <w:rPr>
          <w:b/>
        </w:rPr>
        <w:t xml:space="preserve">[04:17] </w:t>
      </w:r>
      <w:r>
        <w:t>Yeh koi saada baat nahi, yeh darasal ek tareekhi haqeeqat ka ailan hai. Paighambar-e-Islam aur aap ke ashaab woh log the jin par ek tareekh muntehi, ya culmination hui thi.</w:t>
      </w:r>
    </w:p>
    <w:p>
      <w:pPr>
        <w:jc w:val="right"/>
      </w:pPr>
      <w:r>
        <w:t>یہ کوئی سادہ بات نہیں، یہ دراصل ایک تاریخی حقیقت کا اعلان ہے۔ پیغمبرِ اسلام اور آپ کے اصحاب وہ لوگ تھے جن پر ایک تاریخ منتہی، یا کلمنیٹ ہوئی تھی۔</w:t>
      </w:r>
    </w:p>
    <w:p>
      <w:r>
        <w:rPr>
          <w:b/>
        </w:rPr>
        <w:t xml:space="preserve">[04:36] </w:t>
      </w:r>
      <w:r>
        <w:t>Paighambar Ibrahim alaihi salam ne apni ghair maamooli qurbani ke zariye Makka mein ek tareekhi amal, ya historical process ka aghaz kiya tha.</w:t>
      </w:r>
    </w:p>
    <w:p>
      <w:pPr>
        <w:jc w:val="right"/>
      </w:pPr>
      <w:r>
        <w:t>پیغمبر ابراہیم علیہ السلام نے اپنی غیر معمولی قربانی کے ذریعے مکہ میں ایک تاریخی عمل، یا ہسٹوریکل پروسیس کا آغاز کیا تھا۔</w:t>
      </w:r>
    </w:p>
    <w:p>
      <w:r>
        <w:rPr>
          <w:b/>
        </w:rPr>
        <w:t xml:space="preserve">[04:49] </w:t>
      </w:r>
      <w:r>
        <w:t>Yeh tareekhi amal apne fitri marahil se guzarte hue chhati sadi eesvi mein apne nuqta inteha, ya culmination tak pahuncha tha.</w:t>
      </w:r>
    </w:p>
    <w:p>
      <w:pPr>
        <w:jc w:val="right"/>
      </w:pPr>
      <w:r>
        <w:t>یہ تاریخی عمل اپنے فطری مراحل سے گزرتے ہوئے چھٹی صدی عیسوی میں اپنے نقطہ انتہا، یا کلمنیشن تک پہنچا تھا۔</w:t>
      </w:r>
    </w:p>
    <w:p>
      <w:r>
        <w:rPr>
          <w:b/>
        </w:rPr>
        <w:t xml:space="preserve">[05:02] </w:t>
      </w:r>
      <w:r>
        <w:t>Us waqt Arab mein woh makhsoos afraad paida hue jo apne role ki bana par Rasool aur Ashab-e-Rasool kahe jate hain.</w:t>
      </w:r>
    </w:p>
    <w:p>
      <w:pPr>
        <w:jc w:val="right"/>
      </w:pPr>
      <w:r>
        <w:t>اس وقت عرب میں وہ مخصوص افراد پیدا ہوئے جو اپنے رول کی بنا پر رسول اور اصحابِ رسول کہے جاتے ہیں۔</w:t>
      </w:r>
    </w:p>
    <w:p>
      <w:r>
        <w:rPr>
          <w:b/>
        </w:rPr>
        <w:t xml:space="preserve">[05:14] </w:t>
      </w:r>
      <w:r>
        <w:t>Rasool aur Ashab-e-Rasool ki qurbaniyon ke zariye saatvi sadi eesvi mein ek aur tareekhi amal, ya historical process shuru hua.</w:t>
      </w:r>
    </w:p>
    <w:p>
      <w:pPr>
        <w:jc w:val="right"/>
      </w:pPr>
      <w:r>
        <w:t>رسول اور اصحابِ رسول کی قربانیوں کے ذریعے ساتویں صدی عیسوی میں ایک اور تاریخی عمل، یا ہسٹوریکل پروسیس شروع ہوا۔</w:t>
      </w:r>
    </w:p>
    <w:p>
      <w:r>
        <w:rPr>
          <w:b/>
        </w:rPr>
        <w:t xml:space="preserve">[05:25] </w:t>
      </w:r>
      <w:r>
        <w:t>is tareekhi amal ki takmeel par dobara taqreeban hazar saal ka zamana guzra. baisveen sadi eesvi mein yeh amal apni takmeel ko pohanch gaya.</w:t>
      </w:r>
    </w:p>
    <w:p>
      <w:pPr>
        <w:jc w:val="right"/>
      </w:pPr>
      <w:r>
        <w:t>اس تاریخی عمل کی تکمیل پر دوبارہ تقریباً ہزار سال کا زمانہ گزرا۔ بیسویں صدی عیسوی میں یہ عمل اپنی تکمیل کو پہنچ گیا۔</w:t>
      </w:r>
    </w:p>
    <w:p>
      <w:r>
        <w:rPr>
          <w:b/>
        </w:rPr>
        <w:t xml:space="preserve">[05:41] </w:t>
      </w:r>
      <w:r>
        <w:t>ab dobara aik aisay group ki zaroorat hai jo is baat ka misdaq ho ke baagh ko bannay wala tareekhi amal is par muntahi hua ho.</w:t>
      </w:r>
    </w:p>
    <w:p>
      <w:pPr>
        <w:jc w:val="right"/>
      </w:pPr>
      <w:r>
        <w:t>اب دوبارہ ایک ایسے گروہ کی ضرورت ہے جو اس بات کا مصداق ہو کہ باغ کو بننے والا تاریخی عمل اس پر منتہی ہوا ہو۔</w:t>
      </w:r>
    </w:p>
    <w:p>
      <w:r>
        <w:rPr>
          <w:b/>
        </w:rPr>
        <w:t xml:space="preserve">[05:54] </w:t>
      </w:r>
      <w:r>
        <w:t>ashab-e-rasool ke baad yeh doosra group hoga jis ko hadith-e-rasool mein peshgi tor par ikhwan-e-rasool ka naam diya gaya hai, sahih muslim.</w:t>
      </w:r>
    </w:p>
    <w:p>
      <w:pPr>
        <w:jc w:val="right"/>
      </w:pPr>
      <w:r>
        <w:t>اصحابِ رسول کے بعد یہ دوسرا گروہ ہوگا جس کو حدیثِ رسول میں پیشگی طور پر اخوانِ رسول کا نام دیا گیا ہے، صحیح مسلم۔</w:t>
      </w:r>
    </w:p>
    <w:p>
      <w:r>
        <w:rPr>
          <w:b/>
        </w:rPr>
        <w:t xml:space="preserve">[06:07] </w:t>
      </w:r>
      <w:r>
        <w:t>goya ke paighambar-e-islam aur aap ke ashaab ikhwan-e-ibrahim thay, aur baagh ko bannay wala group ikhwan-e-muhammad hoga.</w:t>
      </w:r>
    </w:p>
    <w:p>
      <w:pPr>
        <w:jc w:val="right"/>
      </w:pPr>
      <w:r>
        <w:t>گویا کہ پیغمبرِ اسلام اور آپ کے اصحاب اخوانِ ابراہیم تھے، اور باغ کو بننے والا گروہ اخوانِ محمد ہوگا۔</w:t>
      </w:r>
    </w:p>
    <w:p>
      <w:r>
        <w:rPr>
          <w:b/>
        </w:rPr>
        <w:t xml:space="preserve">[06:20] </w:t>
      </w:r>
      <w:r>
        <w:t>ikhwan-e-ibrahim ne da'wati mission ko aagay barhaya tha. ab ikhwan-e-muhammad isi da'wati mission ko aglay marhalay tak pohanchayen gay.</w:t>
      </w:r>
    </w:p>
    <w:p>
      <w:pPr>
        <w:jc w:val="right"/>
      </w:pPr>
      <w:r>
        <w:t>اخوانِ ابراہیم نے دعوتی مشن کو آگے بڑھایا تھا۔ اب اخوانِ محمد اسی دعوتی مشن کو اگلے مرحلے تک پہنچائیں گے۔</w:t>
      </w:r>
    </w:p>
    <w:p>
      <w:r>
        <w:rPr>
          <w:b/>
        </w:rPr>
        <w:t xml:space="preserve">[06:44] </w:t>
      </w:r>
      <w:r>
        <w:t>aik amal jo insaan ko rab-ul-alameen ka mehboob bana deta hai.</w:t>
      </w:r>
    </w:p>
    <w:p>
      <w:pPr>
        <w:jc w:val="right"/>
      </w:pPr>
      <w:r>
        <w:t>ایک عمل جو انسان کو رب العالمین کا محبوب بنا دیتا ہے۔</w:t>
      </w:r>
    </w:p>
    <w:p>
      <w:r>
        <w:rPr>
          <w:b/>
        </w:rPr>
        <w:t xml:space="preserve">[06:53] </w:t>
      </w:r>
      <w:r>
        <w:t>ikhtilaf ke bawajood mutahid ho kar Allah ke mission ke liye kaam karna aik aisa amal hai jo insaan ko mamooli insaan se barha kar ghair mamooli insaan bana deta hai.</w:t>
      </w:r>
    </w:p>
    <w:p>
      <w:pPr>
        <w:jc w:val="right"/>
      </w:pPr>
      <w:r>
        <w:t>اختلاف کے باوجود متحد ہو کر اللہ کے مشن کے لیے کام کرنا ایک ایسا عمل ہے جو انسان کو معمولی انسان سے بڑھا کر غیر معمولی انسان بنا دیتا ہے۔</w:t>
      </w:r>
    </w:p>
    <w:p>
      <w:r>
        <w:rPr>
          <w:b/>
        </w:rPr>
        <w:t xml:space="preserve">[07:09] </w:t>
      </w:r>
      <w:r>
        <w:t>aisa insaan rab-ul-alameen ka mehboob banda ban jata hai. yeh haqeeqat quran ki aik ayat ke mutalay se maloom hoti hai.</w:t>
      </w:r>
    </w:p>
    <w:p>
      <w:pPr>
        <w:jc w:val="right"/>
      </w:pPr>
      <w:r>
        <w:t>ایسا انسان رب العالمین کا محبوب بندہ بن جاتا ہے۔ یہ حقیقت قرآن کی ایک آیت کے مطالعے سے معلوم ہوتی ہے۔</w:t>
      </w:r>
    </w:p>
    <w:p>
      <w:r>
        <w:rPr>
          <w:b/>
        </w:rPr>
        <w:t xml:space="preserve">[07:21] </w:t>
      </w:r>
      <w:r>
        <w:t>quran ki woh ayat yeh hai: "in allaha yuhibbul lazina yuqatiluna fi sabili safan kaannahum bunyanun marsus".</w:t>
      </w:r>
    </w:p>
    <w:p>
      <w:pPr>
        <w:jc w:val="right"/>
      </w:pPr>
      <w:r>
        <w:t>قرآن کی وہ آیت یہ ہے: "إن الله يحب الذين يقاتلون في سبيله صفا كأنهم بنيان مرصوص"۔</w:t>
      </w:r>
    </w:p>
    <w:p>
      <w:r>
        <w:rPr>
          <w:b/>
        </w:rPr>
        <w:t xml:space="preserve">[07:34] </w:t>
      </w:r>
      <w:r>
        <w:t>yani Allah to un logon ko pasand karta hai jo us ke rastay mein is tarah mil kar qital karte hain, goya woh aik seesa pilai hui deewar hain.</w:t>
      </w:r>
    </w:p>
    <w:p>
      <w:pPr>
        <w:jc w:val="right"/>
      </w:pPr>
      <w:r>
        <w:t>یعنی اللہ تو ان لوگوں کو پسند کرتا ہے جو اس کے راستے میں اس طرح مل کر قتال کرتے ہیں، گویا وہ ایک سیسہ پلائی ہوئی دیوار ہے۔</w:t>
      </w:r>
    </w:p>
    <w:p>
      <w:r>
        <w:rPr>
          <w:b/>
        </w:rPr>
        <w:t xml:space="preserve">[07:46] </w:t>
      </w:r>
      <w:r>
        <w:t>quran ki is ayat mein "yuqatilun" se murad "yujahidun" hai, yani Allah ke mission mein bharpoor taqat ke sath apni koshish jari rakhna.</w:t>
      </w:r>
    </w:p>
    <w:p>
      <w:pPr>
        <w:jc w:val="right"/>
      </w:pPr>
      <w:r>
        <w:t>قرآن کی اس آیت میں "یقاتلون" سے مراد "یجاہدون" ہے، یعنی اللہ کے مشن میں بھرپور طاقت کے ساتھ اپنی کوشش جاری رکھنا۔</w:t>
      </w:r>
    </w:p>
    <w:p>
      <w:r>
        <w:rPr>
          <w:b/>
        </w:rPr>
        <w:t xml:space="preserve">[08:00] </w:t>
      </w:r>
      <w:r>
        <w:t>Allah ka mission kya hai? Allah ki marzi ko Allah ke bondon tak peraman tareeqay se pohanchana.</w:t>
      </w:r>
    </w:p>
    <w:p>
      <w:pPr>
        <w:jc w:val="right"/>
      </w:pPr>
      <w:r>
        <w:t>اللہ کا مشن کیا ہے؟ اللہ کی مرضی کو اللہ کے بندوں تک پرامن طریقے سے پہنچانا۔</w:t>
      </w:r>
    </w:p>
    <w:p>
      <w:r>
        <w:rPr>
          <w:b/>
        </w:rPr>
        <w:t xml:space="preserve">[08:11] </w:t>
      </w:r>
      <w:r>
        <w:t>aisa insaan Allah ka mehboob banda ban jata hai. aisay insaan ko Allah khusoosi nematon se sarfaraz karta hai.</w:t>
      </w:r>
    </w:p>
    <w:p>
      <w:pPr>
        <w:jc w:val="right"/>
      </w:pPr>
      <w:r>
        <w:t>ایسا انسان اللہ کا محبوب بندہ بن جاتا ہے۔ ایسے انسان کو اللہ خصوصی نعمتوں سے سرفراز کرتا ہے۔</w:t>
      </w:r>
    </w:p>
    <w:p>
      <w:r>
        <w:rPr>
          <w:b/>
        </w:rPr>
        <w:t xml:space="preserve">[08:22] </w:t>
      </w:r>
      <w:r>
        <w:t>aisay insaan ke liye farishtay behtareen duaen karte hain. aisay insaan ko aakhirat mein woh darja milta hai jo doosray insaanon ko nahi milta.</w:t>
      </w:r>
    </w:p>
    <w:p>
      <w:pPr>
        <w:jc w:val="right"/>
      </w:pPr>
      <w:r>
        <w:t>ایسے انسان کے لیے فرشتے بہترین دعائیں کرتے ہیں۔ ایسے انسان کو آخرت میں وہ درجہ ملتا ہے جو دوسرے انسانوں کو نہیں ملتا۔</w:t>
      </w:r>
    </w:p>
    <w:p>
      <w:r>
        <w:rPr>
          <w:b/>
        </w:rPr>
        <w:t xml:space="preserve">[08:39] </w:t>
      </w:r>
      <w:r>
        <w:t>dunya ki zindagi mein jab bhi mil jul kar koi kaam kiya jaye to zaroor aisa hota hai ke aapas mein ikhtilafat, ya differences paida hon.</w:t>
      </w:r>
    </w:p>
    <w:p>
      <w:pPr>
        <w:jc w:val="right"/>
      </w:pPr>
      <w:r>
        <w:t>دنیا کی زندگی میں جب بھی مل جل کر کوئی کام کیا جائے تو ضرور ایسا ہوتا ہے کہ آپس میں اختلافات، یا ڈیفرنسز پیدا ہوں۔</w:t>
      </w:r>
    </w:p>
    <w:p>
      <w:r>
        <w:rPr>
          <w:b/>
        </w:rPr>
        <w:t xml:space="preserve">[08:50] </w:t>
      </w:r>
      <w:r>
        <w:t>aik ko doosray se shikayat ka tajurba pesh aaye. ijtimai jahad mein is qism ka tajurba pesh aana bilkul fitri hai.</w:t>
      </w:r>
    </w:p>
    <w:p>
      <w:pPr>
        <w:jc w:val="right"/>
      </w:pPr>
      <w:r>
        <w:t>ایک کو دوسرے سے شکایت کا تجربہ پیش آئے۔ اجتماعی جدوجہد میں اس قسم کا تجربہ پیش آنا بالکل فطری ہے۔</w:t>
      </w:r>
    </w:p>
    <w:p>
      <w:r>
        <w:rPr>
          <w:b/>
        </w:rPr>
        <w:t xml:space="preserve">[09:01] </w:t>
      </w:r>
      <w:r>
        <w:t>jo insaan aisa tajurba pesh aanay ke baad is ko uzr, ya excuse bana le, aur shikayat ko uzr bana kar ijtimaiyat se alag ho jaye, woh Allah ka ghair mehboob banda ban jata hai.</w:t>
      </w:r>
    </w:p>
    <w:p>
      <w:pPr>
        <w:jc w:val="right"/>
      </w:pPr>
      <w:r>
        <w:t>جو انسان ایسا تجربہ پیش آنے کے بعد اس کو عذر، یا ایکسکیوز بنا لے، اور شکایت کو عذر بنا کر اجتماعیت سے الگ ہو جائے، وہ اللہ کا غیر محبوب بندہ بن جاتا ہے۔</w:t>
      </w:r>
    </w:p>
    <w:p>
      <w:r>
        <w:rPr>
          <w:b/>
        </w:rPr>
        <w:t xml:space="preserve">[09:18] </w:t>
      </w:r>
      <w:r>
        <w:t>is ke baraks jo insaan shikayat ko nazar andaz kare aur ikhtilaf ke bawajood mutahid ho kar apna kaam jari rakhe, woh Allah ka mehboob banda ban jata hai.</w:t>
      </w:r>
    </w:p>
    <w:p>
      <w:pPr>
        <w:jc w:val="right"/>
      </w:pPr>
      <w:r>
        <w:t>اس کے برعکس جو انسان شکایت کو نظر انداز کرے اور اختلاف کے باوجود متحد ہو کر اپنا کام جاری رکھے، وہ اللہ کا محبوب بندہ بن جاتا ہے۔</w:t>
      </w:r>
    </w:p>
    <w:p>
      <w:r>
        <w:rPr>
          <w:b/>
        </w:rPr>
        <w:t xml:space="preserve">[09:35] </w:t>
      </w:r>
      <w:r>
        <w:t>ijtimai jahad mein ikhtilaf ka paish aana koi burai nahi, balkay woh aik mauqa, ya chance hai.</w:t>
      </w:r>
    </w:p>
    <w:p>
      <w:pPr>
        <w:jc w:val="right"/>
      </w:pPr>
      <w:r>
        <w:t>اجتماعی جدوجہد میں اختلاف کا پیش آنا کوئی برائی نہیں، بلکہ وہ ایک موقع، یا چانس ہے۔</w:t>
      </w:r>
    </w:p>
    <w:p>
      <w:r>
        <w:rPr>
          <w:b/>
        </w:rPr>
        <w:t xml:space="preserve">[09:44] </w:t>
      </w:r>
      <w:r>
        <w:t>jab koi insaan ikhtilaf ko aik mauqa ke taur par istemal kare aur barhe hue jazbe ke sath</w:t>
      </w:r>
    </w:p>
    <w:p>
      <w:pPr>
        <w:jc w:val="right"/>
      </w:pPr>
      <w:r>
        <w:t>جب کوئی انسان اختلاف کو ایک موقع کے طور پر استعمال کرے اور بڑھے ہوئے جذبے کے ساتھ</w:t>
      </w:r>
    </w:p>
    <w:p>
      <w:r>
        <w:rPr>
          <w:b/>
        </w:rPr>
        <w:t xml:space="preserve">[09:53] </w:t>
      </w:r>
      <w:r>
        <w:t>khuda ke mission ko badastoor jari rakhe, aisa insaan apnay aap ko is baat ka mustahiq bana deta</w:t>
      </w:r>
    </w:p>
    <w:p>
      <w:pPr>
        <w:jc w:val="right"/>
      </w:pPr>
      <w:r>
        <w:t>خدا کے مشن کو بدستور جاری رکھے، ایسا انسان اپنے آپ کو اس بات کا مستحق بنا دیتا</w:t>
      </w:r>
    </w:p>
    <w:p>
      <w:r>
        <w:rPr>
          <w:b/>
        </w:rPr>
        <w:t xml:space="preserve">[10:01] </w:t>
      </w:r>
      <w:r>
        <w:t>hai ke Allah ke haan is ka darja bohat barh jaye.</w:t>
      </w:r>
    </w:p>
    <w:p>
      <w:pPr>
        <w:jc w:val="right"/>
      </w:pPr>
      <w:r>
        <w:t>ہے کہ اللہ کے ہاں اس کا درجہ بہت بڑھ جائے۔</w:t>
      </w:r>
    </w:p>
    <w:p>
      <w:r>
        <w:rPr>
          <w:b/>
        </w:rPr>
        <w:t xml:space="preserve">[10:07] </w:t>
      </w:r>
      <w:r>
        <w:t>is dunya mein koi bara kaam ijtimai jahad ke baghair nahi ho sakta, aur ijtimai jahad mein ikhtilafat ka paida hona yaqini hai.</w:t>
      </w:r>
    </w:p>
    <w:p>
      <w:pPr>
        <w:jc w:val="right"/>
      </w:pPr>
      <w:r>
        <w:t>اس دنیا میں کوئی بڑا کام اجتماعی جدوجہد کے بغیر نہیں ہو سکتا، اور اجتماعی جدوجہد میں اختلافات کا پیدا ہونا یقینی ہے۔</w:t>
      </w:r>
    </w:p>
    <w:p>
      <w:r>
        <w:rPr>
          <w:b/>
        </w:rPr>
        <w:t xml:space="preserve">[10:19] </w:t>
      </w:r>
      <w:r>
        <w:t>aisi halat mein koi bara kaam kis tarah kiya jaye? is ki soorat sirf aik hai, woh yeh ke ikhtilaf ko "ana" ya "ego" ka masla na banaya jaye, balke is ko Allah rab-ul-alameen ke khane mein daal diya jaye.</w:t>
      </w:r>
    </w:p>
    <w:p>
      <w:pPr>
        <w:jc w:val="right"/>
      </w:pPr>
      <w:r>
        <w:t>ایسی حالت میں کوئی بڑا کام کس طرح کیا جائے؟ اس کی صورت صرف ایک ہے، وہ یہ کہ اختلاف کو "انا" یا "ایگو" کا مسئلہ نہ بنایا جائے، بلکہ اس کو اللہ رب العالمین کے خانے میں ڈال دیا جائے۔</w:t>
      </w:r>
    </w:p>
    <w:p>
      <w:r>
        <w:rPr>
          <w:b/>
        </w:rPr>
        <w:t xml:space="preserve">[10:38] </w:t>
      </w:r>
      <w:r>
        <w:t>hadees ki kitabon mein ubada bin samit se aik riwayat in alfaz mein aai hai:</w:t>
      </w:r>
    </w:p>
    <w:p>
      <w:pPr>
        <w:jc w:val="right"/>
      </w:pPr>
      <w:r>
        <w:t>حدیث کی کتابوں میں عبادہ بن ثامت سے ایک روایت ان الفاظ میں آئی ہے:</w:t>
      </w:r>
    </w:p>
    <w:p>
      <w:r>
        <w:rPr>
          <w:b/>
        </w:rPr>
        <w:t xml:space="preserve">[10:45] </w:t>
      </w:r>
      <w:r>
        <w:t>bayena rasool Allah saly Allah alyh waslm ala alsamee o taati fe alasiro alyosri walmanshati</w:t>
      </w:r>
    </w:p>
    <w:p>
      <w:pPr>
        <w:jc w:val="right"/>
      </w:pPr>
      <w:r>
        <w:t>"بایعنا رسول اللہ صلی اللہ علیہ وسلم علی السمیع وطاعتی فی العصری والیسری والمنشطی</w:t>
      </w:r>
    </w:p>
    <w:p>
      <w:r>
        <w:rPr>
          <w:b/>
        </w:rPr>
        <w:t xml:space="preserve">[10:56] </w:t>
      </w:r>
      <w:r>
        <w:t>walmakri o ala aakhrat alayna o ala Allah nanaza o alamar ahla o ala an naqool bilhaq aynama kunna la nakhaf fe</w:t>
      </w:r>
    </w:p>
    <w:p>
      <w:pPr>
        <w:jc w:val="right"/>
      </w:pPr>
      <w:r>
        <w:t>والمکری وعلی آخرت علینا وعلی اللہ ننازع الامر اہلہ وعلی ان نقول بالحق اینما کنا لا نخاف فی</w:t>
      </w:r>
    </w:p>
    <w:p>
      <w:r>
        <w:rPr>
          <w:b/>
        </w:rPr>
        <w:t xml:space="preserve">[11:11] </w:t>
      </w:r>
      <w:r>
        <w:t>Allah lomat laim</w:t>
      </w:r>
    </w:p>
    <w:p>
      <w:pPr>
        <w:jc w:val="right"/>
      </w:pPr>
      <w:r>
        <w:t>اللہ لومت لائم"۔</w:t>
      </w:r>
    </w:p>
    <w:p>
      <w:r>
        <w:rPr>
          <w:b/>
        </w:rPr>
        <w:t xml:space="preserve">[11:14] </w:t>
      </w:r>
      <w:r>
        <w:t>sahih muslim hadith number 1709. yani hum ne rasool Allah sallallahu alaihi wasallam se sunnay aur itaat karne ki bayat ki, mushkil aur aasani, khushi aur narazgi har halaton mein, aur yeh ke hamaray upar tarjeeh di jaye, aur yeh ke hum awwal al-amr ke sath ikhtilaf nahi karen gay,</w:t>
      </w:r>
    </w:p>
    <w:p>
      <w:pPr>
        <w:jc w:val="right"/>
      </w:pPr>
      <w:r>
        <w:t>صحیح مسلم حدیث نمبر 1709۔ یعنی ہم نے رسول اللہ صلی اللہ علیہ وسلم سے سننے اور اطاعت کرنے کی بیعت کی، مشکل اور آسانی، خوشی اور ناخوشی ہر حالتوں میں، اور یہ کہ ہمارے اوپر ترجیح دی جائے، اور یہ کہ ہم اول الامر کے ساتھ اختلاف نہیں کریں گے،</w:t>
      </w:r>
    </w:p>
    <w:p>
      <w:r>
        <w:rPr>
          <w:b/>
        </w:rPr>
        <w:t xml:space="preserve">[11:41] </w:t>
      </w:r>
      <w:r>
        <w:t>aur hum jahan bhi hon haq baat kahain gay, Allah ke baray mein malamat karnay walay se khauf nahi karen gay.</w:t>
      </w:r>
    </w:p>
    <w:p>
      <w:pPr>
        <w:jc w:val="right"/>
      </w:pPr>
      <w:r>
        <w:t>اور ہم جہاں بھی ہوں حق بات کہیں گے، اللہ کے بارے میں ملامت کرنے والے سے خوف نہیں کریں گے۔</w:t>
      </w:r>
    </w:p>
    <w:p>
      <w:r>
        <w:rPr>
          <w:b/>
        </w:rPr>
        <w:t xml:space="preserve">[11:53] </w:t>
      </w:r>
      <w:r>
        <w:t>yeh ijtimai jahad ka culture hai. is culture ka taluq jang se nahi hai, balke peraman jahad se hai.</w:t>
      </w:r>
    </w:p>
    <w:p>
      <w:pPr>
        <w:jc w:val="right"/>
      </w:pPr>
      <w:r>
        <w:t>یہ اجتماعی جدوجہد کا کلچر ہے۔ اس کلچر کا تعلق جنگ سے نہیں ہے، بلکہ پرامن جدوجہد سے ہے۔</w:t>
      </w:r>
    </w:p>
    <w:p>
      <w:r>
        <w:rPr>
          <w:b/>
        </w:rPr>
        <w:t xml:space="preserve">[12:03] </w:t>
      </w:r>
      <w:r>
        <w:t>kisi mission ke liye paraman jad-o-jehad karne mein yeh tamam imtihanaat lazman pesh atay hain.</w:t>
      </w:r>
    </w:p>
    <w:p>
      <w:pPr>
        <w:jc w:val="right"/>
      </w:pPr>
      <w:r>
        <w:t>کسی مشن کے لیے پرامن جدوجہد کرنے میں یہ تمام امتحانات لازماً پیش آتے ہیں۔</w:t>
      </w:r>
    </w:p>
    <w:p>
      <w:r>
        <w:rPr>
          <w:b/>
        </w:rPr>
        <w:t xml:space="preserve">[12:11] </w:t>
      </w:r>
      <w:r>
        <w:t>In imtihanaat mein poora utarna woh amal hai jo insaan ko Allah ka mehboob banda bana deta hai.</w:t>
      </w:r>
    </w:p>
    <w:p>
      <w:pPr>
        <w:jc w:val="right"/>
      </w:pPr>
      <w:r>
        <w:t>ان امتحانات میں پورا اترنا وہ عمل ہے جو انسان کو اللہ کا محبوب بندہ بنا دیتا ہے۔</w:t>
      </w:r>
    </w:p>
    <w:p>
      <w:r>
        <w:rPr>
          <w:b/>
        </w:rPr>
        <w:t xml:space="preserve">[12:34] </w:t>
      </w:r>
      <w:r>
        <w:t>aalmi taeed Islam.</w:t>
      </w:r>
    </w:p>
    <w:p>
      <w:pPr>
        <w:jc w:val="right"/>
      </w:pPr>
      <w:r>
        <w:t>عالمی تائید اسلام۔</w:t>
      </w:r>
    </w:p>
    <w:p>
      <w:r>
        <w:rPr>
          <w:b/>
        </w:rPr>
        <w:t xml:space="preserve">[12:38] </w:t>
      </w:r>
      <w:r>
        <w:t>Allah rab ul alameen ka aik mansooba Quran mein in alfaaz mein bayan hua hai:</w:t>
      </w:r>
    </w:p>
    <w:p>
      <w:pPr>
        <w:jc w:val="right"/>
      </w:pPr>
      <w:r>
        <w:t>اللہ رب العالمین کا ایک منصوبہ قرآن میں ان الفاظ میں بیان ہوا ہے:</w:t>
      </w:r>
    </w:p>
    <w:p>
      <w:r>
        <w:rPr>
          <w:b/>
        </w:rPr>
        <w:t xml:space="preserve">[12:47] </w:t>
      </w:r>
      <w:r>
        <w:t>"yureedoon an yutfa'oo noorallahi bafwahim, wallahu illa an yutimm noorahu walaw karih al kafiroon".</w:t>
      </w:r>
    </w:p>
    <w:p>
      <w:pPr>
        <w:jc w:val="right"/>
      </w:pPr>
      <w:r>
        <w:t>"یریدون ان یطفعوا نور اللہ بافواہم، ویب اللہ الا ان یتم نورہ ولو کرہ الکافرون"۔</w:t>
      </w:r>
    </w:p>
    <w:p>
      <w:r>
        <w:rPr>
          <w:b/>
        </w:rPr>
        <w:t xml:space="preserve">[13:00] </w:t>
      </w:r>
      <w:r>
        <w:t>yani woh chahtay hain ke Allah ki roshni ko apne munh se bujha dein, aur Allah apni roshni ko poora kiye baghair mannay wala nahi, khwah munkiron ko yeh kitna hi nagawar ho.</w:t>
      </w:r>
    </w:p>
    <w:p>
      <w:pPr>
        <w:jc w:val="right"/>
      </w:pPr>
      <w:r>
        <w:t>یعنی وہ چاہتے ہیں کہ اللہ کی روشنی کو اپنے منہ سے بجھا دیں، اور اللہ اپنی روشنی کو پورا کیے بغیر ماننے والا نہیں، خواہ منکروں کو یہ کتنا ہی ناگوار ہو۔</w:t>
      </w:r>
    </w:p>
    <w:p>
      <w:r>
        <w:rPr>
          <w:b/>
        </w:rPr>
        <w:t xml:space="preserve">[13:16] </w:t>
      </w:r>
      <w:r>
        <w:t>is aayat mein noor, ya roshni se murad deen-e-tauheed hai. qadeem tareekh batati hai ke ahle-shirk ne har mumkin koshish ki ke deen-e-tauheed ko logon ka deen na banne dein.</w:t>
      </w:r>
    </w:p>
    <w:p>
      <w:pPr>
        <w:jc w:val="right"/>
      </w:pPr>
      <w:r>
        <w:t>اس آیت میں نور، یا روشنی سے مراد دین توحید ہے۔ قدیم تاریخ بتاتی ہے کہ اہل شرک نے ہر ممکن کوشش کی کہ دین توحید کو لوگوں کا دین نہ بننے دیں۔</w:t>
      </w:r>
    </w:p>
    <w:p>
      <w:r>
        <w:rPr>
          <w:b/>
        </w:rPr>
        <w:t xml:space="preserve">[13:34] </w:t>
      </w:r>
      <w:r>
        <w:t>ahle-shirk apne waqt ke ahle-ikhtiyar se mil kar tashaddud ki had tak deen-e-tauheed ke mukhalif ban gaye.</w:t>
      </w:r>
    </w:p>
    <w:p>
      <w:pPr>
        <w:jc w:val="right"/>
      </w:pPr>
      <w:r>
        <w:t>اہل شرک اپنے وقت کے اہل اقتدار سے مل کر تشدد کی حد تک دین توحید کے مخالف بن گئے۔</w:t>
      </w:r>
    </w:p>
    <w:p>
      <w:r>
        <w:rPr>
          <w:b/>
        </w:rPr>
        <w:t xml:space="preserve">[13:44] </w:t>
      </w:r>
      <w:r>
        <w:t>Allah ne chunke is dunya ko azadi ke usool par banaya hai, is liye Allah khud apne mansoobe ke mutabiq aisa nahi kar sakta tha ke woh logon ka hath pakad le.</w:t>
      </w:r>
    </w:p>
    <w:p>
      <w:pPr>
        <w:jc w:val="right"/>
      </w:pPr>
      <w:r>
        <w:t>اللہ نے چونکہ اس دنیا کو آزادی کے اصول پر بنایا ہے، اس لیے اللہ خود اپنے منصوبے کے مطابق ایسا نہیں کر سکتا تھا کہ وہ لوگوں کا ہاتھ پکڑ لے۔</w:t>
      </w:r>
    </w:p>
    <w:p>
      <w:r>
        <w:rPr>
          <w:b/>
        </w:rPr>
        <w:t xml:space="preserve">[14:01] </w:t>
      </w:r>
      <w:r>
        <w:t>Allah ne is mamle mein management ka tareeqa ikhtiyar kiya. Allah ne tareekh ko is tarah manage kiya ke woh tadreej ke sath ma'awin tauheed tareekh ban gayi,</w:t>
      </w:r>
    </w:p>
    <w:p>
      <w:pPr>
        <w:jc w:val="right"/>
      </w:pPr>
      <w:r>
        <w:t>اللہ نے اس معاملے میں مینجمنٹ کا طریقہ اختیار کیا۔ اللہ نے تاریخ کو اس طرح مینج کیا کہ وہ تدریج کے ساتھ معاون توحید تاریخ بن گئی،</w:t>
      </w:r>
    </w:p>
    <w:p>
      <w:r>
        <w:rPr>
          <w:b/>
        </w:rPr>
        <w:t xml:space="preserve">[14:16] </w:t>
      </w:r>
      <w:r>
        <w:t>jabke is se pehle woh mukhalif tauheed tareekh bani hui thi. is maqsad ke liye Allah rab ul alameen ne insan ki azadi ko barqarar, ya maintain rakhte hue tareekh mein aik amal, ya process jari kiya.</w:t>
      </w:r>
    </w:p>
    <w:p>
      <w:pPr>
        <w:jc w:val="right"/>
      </w:pPr>
      <w:r>
        <w:t>جبکہ اس سے پہلے وہ مخالف توحید تاریخ بنی ہوئی تھی۔ اس مقصد کے لیے اللہ رب العالمین نے انسان کی آزادی کو برقرار، یا مینٹین رکھتے ہوئے تاریخ میں ایک عمل، یا پروسیس جاری کیا۔</w:t>
      </w:r>
    </w:p>
    <w:p>
      <w:r>
        <w:rPr>
          <w:b/>
        </w:rPr>
        <w:t xml:space="preserve">[14:36] </w:t>
      </w:r>
      <w:r>
        <w:t>yeh process apne aakhri nateeje ke taur par yeh tha ke insan ki azadi mukammal taur par baqi rahe, isi ke sath aise imkanat paida ho jayen jin ko avail kar ke ahle-tauheed azadana taur par deen-e-tauheed ko sare alam mein phaila dein.</w:t>
      </w:r>
    </w:p>
    <w:p>
      <w:pPr>
        <w:jc w:val="right"/>
      </w:pPr>
      <w:r>
        <w:t>یہ پروسیس اپنے آخری نتیجے کے طور پر یہ تھا کہ انسان کی آزادی مکمل طور پر باقی رہے، اسی کے ساتھ ایسے امکانات پیدا ہو جائیں جن کو اویل کر کے اہل توحید آزادانہ طور پر دین توحید کو سارے عالم میں پھیلا دیں۔</w:t>
      </w:r>
    </w:p>
    <w:p>
      <w:r>
        <w:rPr>
          <w:b/>
        </w:rPr>
        <w:t xml:space="preserve">[14:58] </w:t>
      </w:r>
      <w:r>
        <w:t>is aayat mein itmam-e-noor ka matlab hai dunya mein daur-e-shirk ke bajaye tauheed ka daur lana. yeh aik azeem khudai mansooba tha.</w:t>
      </w:r>
    </w:p>
    <w:p>
      <w:pPr>
        <w:jc w:val="right"/>
      </w:pPr>
      <w:r>
        <w:t>اس آیت میں اتمام نور کا مطلب ہے دنیا میں دور شرک کے بجائے توحید کا دور لانا۔ یہ ایک عظیم خدائی منصوبہ تھا۔</w:t>
      </w:r>
    </w:p>
    <w:p>
      <w:r>
        <w:rPr>
          <w:b/>
        </w:rPr>
        <w:t xml:space="preserve">[15:11] </w:t>
      </w:r>
      <w:r>
        <w:t>is ko hadith mein in alfaaz mein bayan kiya gaya hai: "innallaha azza wajalla laya'eedul islamba rijalin ma hum min ahlihi Al Mu'jam Al Kabir Al Tabarani".</w:t>
      </w:r>
    </w:p>
    <w:p>
      <w:pPr>
        <w:jc w:val="right"/>
      </w:pPr>
      <w:r>
        <w:t>اس کو حدیث میں ان الفاظ میں بیان کیا گیا ہے: "إن الله عز وجل لیعید الاسلام برجال ماہم من اہلہ المعجم الکبیر للطبرانی"۔</w:t>
      </w:r>
    </w:p>
    <w:p>
      <w:r>
        <w:rPr>
          <w:b/>
        </w:rPr>
        <w:t xml:space="preserve">[15:26] </w:t>
      </w:r>
      <w:r>
        <w:t>hadith number 14640. yani Allah Islam ki taeed aise logon se karega jo ahle-Islam mein se na honge.</w:t>
      </w:r>
    </w:p>
    <w:p>
      <w:pPr>
        <w:jc w:val="right"/>
      </w:pPr>
      <w:r>
        <w:t>حدیث نمبر 14640۔ یعنی اللہ اسلام کی تائید ایسے لوگوں سے کرے گا جو اہل اسلام میں سے نہ ہوں گے۔</w:t>
      </w:r>
    </w:p>
    <w:p>
      <w:r>
        <w:rPr>
          <w:b/>
        </w:rPr>
        <w:t xml:space="preserve">[15:39] </w:t>
      </w:r>
      <w:r>
        <w:t>yeh riwayat hadith ki mukhtalif kitabon mein aayi hai. is ka matlab yeh hai ke tareekh mein daur-e-tauheed ka process itne hamah-gir andaaz mein chalega ke na sirf ahle-iman balkeh ghair ahle-iman bhi is tareekhi amal, ya historical process ka hissa ban jayenge.</w:t>
      </w:r>
    </w:p>
    <w:p>
      <w:pPr>
        <w:jc w:val="right"/>
      </w:pPr>
      <w:r>
        <w:t>یہ روایت حدیث کی مختلف کتابوں میں آئی ہے۔ اس کا مطلب یہ ہے کہ تاریخ میں دور توحید کا پروسیس اتنے ہمہ گیر انداز میں چلے گا کہ نہ صرف اہل ایمان بلکہ غیر اہل ایمان بھی اس تاریخی عمل، یا ہسٹوریکل پروسیس کا حصہ بن جائیں گے۔</w:t>
      </w:r>
    </w:p>
    <w:p>
      <w:r>
        <w:rPr>
          <w:b/>
        </w:rPr>
        <w:t xml:space="preserve">[16:02] </w:t>
      </w:r>
      <w:r>
        <w:t>Magar khudai mansoobay ke mutabiq is tareekhi inqilab ko is tarah nahi lana tha ke insani azadi ko</w:t>
      </w:r>
    </w:p>
    <w:p>
      <w:pPr>
        <w:jc w:val="right"/>
      </w:pPr>
      <w:r>
        <w:t>مگر خدائی منصوبے کے مطابق اس تاریخی انقلاب کو اس طرح نہیں لانا تھا کہ انسانی آزادی کو</w:t>
      </w:r>
    </w:p>
    <w:p>
      <w:r>
        <w:rPr>
          <w:b/>
        </w:rPr>
        <w:t xml:space="preserve">[16:11] </w:t>
      </w:r>
      <w:r>
        <w:t>moqoof kar diya jaye, balkay yeh kaam mansooba ilahi ke mutabiq is tarah hona tha ke insani azadi</w:t>
      </w:r>
    </w:p>
    <w:p>
      <w:pPr>
        <w:jc w:val="right"/>
      </w:pPr>
      <w:r>
        <w:t>موقوف کر دیا جائے، بلکہ یہ کام منصوبہ الہی کے مطابق اس طرح ہونا تھا کہ انسانی آزادی</w:t>
      </w:r>
    </w:p>
    <w:p>
      <w:r>
        <w:rPr>
          <w:b/>
        </w:rPr>
        <w:t xml:space="preserve">[16:20] </w:t>
      </w:r>
      <w:r>
        <w:t>badastoor barqarar rahay, aur isi ke sath tareekh mein aik aisa taqatwar process jari ho jo is tarah</w:t>
      </w:r>
    </w:p>
    <w:p>
      <w:pPr>
        <w:jc w:val="right"/>
      </w:pPr>
      <w:r>
        <w:t>بدستور برقرار رہے، اور اسی کے ساتھ تاریخ میں ایک ایسا طاقتور پروسیس جاری ہو جو اس طرح</w:t>
      </w:r>
    </w:p>
    <w:p>
      <w:r>
        <w:rPr>
          <w:b/>
        </w:rPr>
        <w:t xml:space="preserve">[16:29] </w:t>
      </w:r>
      <w:r>
        <w:t>muntahi, ya klement ho ke is ki takmeel par dunya mein woh daur aaye jo apnay sath mazhabi</w:t>
      </w:r>
    </w:p>
    <w:p>
      <w:pPr>
        <w:jc w:val="right"/>
      </w:pPr>
      <w:r>
        <w:t>منتہی، یا کلمنیٹ ہو کہ اس کی تکمیل پر دنیا میں وہ دور آئے جو اپنے ساتھ مذہبی</w:t>
      </w:r>
    </w:p>
    <w:p>
      <w:r>
        <w:rPr>
          <w:b/>
        </w:rPr>
        <w:t xml:space="preserve">[16:38] </w:t>
      </w:r>
      <w:r>
        <w:t>azadi, aalami zarea iblagh waghera laye, jis ke nateejay mein kisi bhi insaan ke liye rai ka izhar</w:t>
      </w:r>
    </w:p>
    <w:p>
      <w:pPr>
        <w:jc w:val="right"/>
      </w:pPr>
      <w:r>
        <w:t>آزادی، عالمی ذرائع ابلاغ وغیرہ لائے، جس کے نتیجے میں کسی بھی انسان کے لیے رائے کا اظہار</w:t>
      </w:r>
    </w:p>
    <w:p>
      <w:r>
        <w:rPr>
          <w:b/>
        </w:rPr>
        <w:t xml:space="preserve">[16:47] </w:t>
      </w:r>
      <w:r>
        <w:t>aur mazhab</w:t>
      </w:r>
    </w:p>
    <w:p>
      <w:pPr>
        <w:jc w:val="right"/>
      </w:pPr>
      <w:r>
        <w:t>اور مذہب</w:t>
      </w:r>
    </w:p>
    <w:p>
      <w:r>
        <w:rPr>
          <w:b/>
        </w:rPr>
        <w:t xml:space="preserve">[16:48] </w:t>
      </w:r>
      <w:r>
        <w:t>ki tableegh aasan ho jaye. magar tareekh mein yeh inqilab ba-e'tibare-mawaqe', ya opportunities aaya.</w:t>
      </w:r>
    </w:p>
    <w:p>
      <w:pPr>
        <w:jc w:val="right"/>
      </w:pPr>
      <w:r>
        <w:t>کی تبلیغ آسان ہو جائے۔ مگر تاریخ میں یہ انقلاب باعتبار مواقع، یا اپرچونیٹیز آیا۔</w:t>
      </w:r>
    </w:p>
    <w:p>
      <w:r>
        <w:rPr>
          <w:b/>
        </w:rPr>
        <w:t xml:space="preserve">[16:58] </w:t>
      </w:r>
      <w:r>
        <w:t>yani ahle-tauheed ke liye yeh mauqa khul gaya ke agar woh chahein to hakeemana mansoobe ke zariye is imkan ko pehchanen aur avail karein.</w:t>
      </w:r>
    </w:p>
    <w:p>
      <w:pPr>
        <w:jc w:val="right"/>
      </w:pPr>
      <w:r>
        <w:t>یعنی اہل توحید کے لیے یہ موقع کھل گیا کہ اگر وہ چاہیں تو حکیمانہ منصوبے کے ذریعے اس امکان کو پہچانیں اور اویل کریں۔</w:t>
      </w:r>
    </w:p>
    <w:p>
      <w:r>
        <w:rPr>
          <w:b/>
        </w:rPr>
        <w:t xml:space="preserve">[17:10] </w:t>
      </w:r>
      <w:r>
        <w:t>Ghaliban yahi woh haqeeqat hai jis ki taraf aik hadith mein in alfaaz mein ishara kiya gaya hai:</w:t>
      </w:r>
    </w:p>
    <w:p>
      <w:pPr>
        <w:jc w:val="right"/>
      </w:pPr>
      <w:r>
        <w:t>غالباً یہی وہ حقیقت ہے جس کی طرف ایک حدیث میں ان الفاظ میں اشارہ کیا گیا ہے:</w:t>
      </w:r>
    </w:p>
    <w:p>
      <w:r>
        <w:rPr>
          <w:b/>
        </w:rPr>
        <w:t xml:space="preserve">[17:18] </w:t>
      </w:r>
      <w:r>
        <w:t>kan alrajul fe man qablakum yajhar fe alard feyajal feh feja bilmanshari</w:t>
      </w:r>
    </w:p>
    <w:p>
      <w:pPr>
        <w:jc w:val="right"/>
      </w:pPr>
      <w:r>
        <w:t>"کان الرجل فی من قبلکم یحفر فی الارض فیجعل فیہ فیجا بالمنشاری</w:t>
      </w:r>
    </w:p>
    <w:p>
      <w:r>
        <w:rPr>
          <w:b/>
        </w:rPr>
        <w:t xml:space="preserve">[17:29] </w:t>
      </w:r>
      <w:r>
        <w:t>fuyooz ala rasihi fashaq bisantayn wama yasadho zalik andina wamashat bimashat alhadeed ma doon lahmi min adam o</w:t>
      </w:r>
    </w:p>
    <w:p>
      <w:pPr>
        <w:jc w:val="right"/>
      </w:pPr>
      <w:r>
        <w:t>فیوض علی راسہ فیشق بسنتین وما یسدہ ذالک اندینہ ویمشت بامشات الحدید ما دون لحمہ من عدم او</w:t>
      </w:r>
    </w:p>
    <w:p>
      <w:r>
        <w:rPr>
          <w:b/>
        </w:rPr>
        <w:t xml:space="preserve">[17:45] </w:t>
      </w:r>
      <w:r>
        <w:t>asab wama yasadho zalik andina wallah</w:t>
      </w:r>
    </w:p>
    <w:p>
      <w:pPr>
        <w:jc w:val="right"/>
      </w:pPr>
      <w:r>
        <w:t>عصب وما یسدہ ذالک اندینہ واللہ</w:t>
      </w:r>
    </w:p>
    <w:p>
      <w:r>
        <w:rPr>
          <w:b/>
        </w:rPr>
        <w:t xml:space="preserve">[17:52] </w:t>
      </w:r>
      <w:r>
        <w:t>layatmana hadha alamar hatta yaseer alrakib</w:t>
      </w:r>
    </w:p>
    <w:p>
      <w:pPr>
        <w:jc w:val="right"/>
      </w:pPr>
      <w:r>
        <w:t>لیتمنا هذا الامر حتی یسیر الراکب</w:t>
      </w:r>
    </w:p>
    <w:p>
      <w:r>
        <w:rPr>
          <w:b/>
        </w:rPr>
        <w:t xml:space="preserve">[17:56] </w:t>
      </w:r>
      <w:r>
        <w:t>min san'aa ila hadhramaut la yakhafu illa Allah ala ghanamihi walakinakum tasta'jiloon".</w:t>
      </w:r>
    </w:p>
    <w:p>
      <w:pPr>
        <w:jc w:val="right"/>
      </w:pPr>
      <w:r>
        <w:t>من صنعاء الی حضر موت لا یخاف الا اللہ علی غنمہ ولكنکم تستعجلون"۔</w:t>
      </w:r>
    </w:p>
    <w:p>
      <w:r>
        <w:rPr>
          <w:b/>
        </w:rPr>
        <w:t xml:space="preserve">[18:08] </w:t>
      </w:r>
      <w:r>
        <w:t>Sahih Bukhari hadith number 3612. yani tum se pehli ummaton mein se kisi ke liye tauheed ikhtiyar karne par gadha khoda jata aur use us mein daal diya jata, phir us ke sar par aara rakh kar us ke do tukde kar diye jate, phir bhi woh apne deen se na phirta.</w:t>
      </w:r>
    </w:p>
    <w:p>
      <w:pPr>
        <w:jc w:val="right"/>
      </w:pPr>
      <w:r>
        <w:t>صحیح بخاری حدیث نمبر 3612۔ یعنی تم سے پہلی امتوں میں سے کسی کے لیے توحید اختیار کرنے پر گڑھا کھودا جاتا اور اسے اس میں ڈال دیا جاتا، پھر اس کے سر پر ارہ رکھ کر اس کے دو ٹکڑے کر دیے جاتے، پھر بھی وہ اپنے دین سے نہ پھرتا۔</w:t>
      </w:r>
    </w:p>
    <w:p>
      <w:r>
        <w:rPr>
          <w:b/>
        </w:rPr>
        <w:t xml:space="preserve">[18:30] </w:t>
      </w:r>
      <w:r>
        <w:t>lohe ke kanghe us ke gosht mein dhansaa kar us ki hadiyon aur pathon par phere jate, phir bhi woh apna imaan na chhodta.</w:t>
      </w:r>
    </w:p>
    <w:p>
      <w:pPr>
        <w:jc w:val="right"/>
      </w:pPr>
      <w:r>
        <w:t>لوہے کے کنگھے اس کے گوشت میں دھنسا کر اس کی ہڈیوں اور پٹھوں پر پھیرے جاتے، پھر بھی وہ اپنا ایمان نہ چھوڑتا۔</w:t>
      </w:r>
    </w:p>
    <w:p>
      <w:r>
        <w:rPr>
          <w:b/>
        </w:rPr>
        <w:t xml:space="preserve">[18:41] </w:t>
      </w:r>
      <w:r>
        <w:t>Khuda ki qasam, yeh amar bhi takmeel ko pahunchega aur yahan tak ke aik sawar Sana'a se Hadhramaut tak safar karega aur use Allah ke siwa aur kisi ka darr nahi hoga, ya bhediye ka khauf hoga apni bakriyon par, lekin tum log jald bazi kar rahe ho.</w:t>
      </w:r>
    </w:p>
    <w:p>
      <w:pPr>
        <w:jc w:val="right"/>
      </w:pPr>
      <w:r>
        <w:t>خدا کی قسم، یہ امر بھی تکمیل کو پہنچے گا اور یہاں تک کہ ایک سوار ثناء سے حضر موت تک سفر کرے گا اور اسے اللہ کے سوا اور کسی کا ڈر نہیں ہوگا، یا بھیڑیے کا خوف ہوگا اپنی بکریوں پر، لیکن تم لوگ جلد بازی کر رہے ہو۔</w:t>
      </w:r>
    </w:p>
    <w:p>
      <w:r>
        <w:rPr>
          <w:b/>
        </w:rPr>
        <w:t xml:space="preserve">[19:01] </w:t>
      </w:r>
      <w:r>
        <w:t>maujooda zamane mein yeh tareekh apni aakhri had tak pahunch chuki hai. ab ahle-tauheed ko sirf aik hikmat, ya wisdom ko janna hai, woh yeh ke woh jo kuch karein poori tarah parman, ya peaceful andaaz mein karein.</w:t>
      </w:r>
    </w:p>
    <w:p>
      <w:pPr>
        <w:jc w:val="right"/>
      </w:pPr>
      <w:r>
        <w:t>موجودہ زمانے میں یہ تاریخ اپنی آخری حد تک پہنچ چکی ہے۔ اب اہل توحید کو صرف ایک حکمت، یا وزڈم کو جاننا ہے، وہ یہ کہ وہ جو کچھ کریں پوری طرح پرامن، یا پیس فل انداز میں کریں۔</w:t>
      </w:r>
    </w:p>
    <w:p>
      <w:r>
        <w:rPr>
          <w:b/>
        </w:rPr>
        <w:t xml:space="preserve">[19:19] </w:t>
      </w:r>
      <w:r>
        <w:t>woh kisi haal mein tashaddud, ya violence ka tareeqa ikhtiyar na karein. jab tak woh parman rahein, sare mawaqe' un ke liye khule rahenge.</w:t>
      </w:r>
    </w:p>
    <w:p>
      <w:pPr>
        <w:jc w:val="right"/>
      </w:pPr>
      <w:r>
        <w:t>وہ کسی حال میں تشدد، یا وائلنس کا طریقہ اختیار نہ کریں۔ جب تک وہ پرامن رہیں، سارے مواقع ان کے لیے کھلے رہیں گے۔</w:t>
      </w:r>
    </w:p>
    <w:p>
      <w:r>
        <w:rPr>
          <w:b/>
        </w:rPr>
        <w:t xml:space="preserve">[19:30] </w:t>
      </w:r>
      <w:r>
        <w:t>woh sirf is waqt un se chhan sakte hain jab ke woh is raaz ko na samjhein aur tashaddud ka tareeqa ikhtiyar kar lein. Hadees mein taeed-e-deen ki baat kisi mehdood ma'non mein nahin hai, balkeh nihayat wasee' ma'non mein hai.</w:t>
      </w:r>
    </w:p>
    <w:p>
      <w:pPr>
        <w:jc w:val="right"/>
      </w:pPr>
      <w:r>
        <w:t>وہ صرف اس وقت ان سے چھن سکتے ہیں جب کہ وہ اس راز کو نہ سمجھیں اور تشدد کا طریقہ اختیار کر لیں۔ حدیث میں تائید دین کی بات کسی محدود معنی میں نہیں ہے، بلکہ نہایت وسیع معنی میں ہے۔</w:t>
      </w:r>
    </w:p>
    <w:p>
      <w:r>
        <w:rPr>
          <w:b/>
        </w:rPr>
        <w:t xml:space="preserve">[19:47] </w:t>
      </w:r>
      <w:r>
        <w:t>Misaal ke taur par, Rasool Allah ke zamane mein Ka'aba mein tamam qabail ke but rakhe hue thay. Is bana par rozana wahan logon ka aik bara majma' ikattha hota tha.</w:t>
      </w:r>
    </w:p>
    <w:p>
      <w:pPr>
        <w:jc w:val="right"/>
      </w:pPr>
      <w:r>
        <w:t>مثال کے طور پر، رسول اللہ کے زمانے میں کعبہ میں تمام قبائل کے بت رکھے ہوئے تھے۔ اس بنا پر روزانہ وہاں لوگوں کا ایک بڑا مجمع اکٹھا ہوتا تھا۔</w:t>
      </w:r>
    </w:p>
    <w:p>
      <w:r>
        <w:rPr>
          <w:b/>
        </w:rPr>
        <w:t xml:space="preserve">[20:00] </w:t>
      </w:r>
      <w:r>
        <w:t>Paighambar-e-Islam ne is ijtima' ko audience ke roop mein dekha aur Makka mein 13 saal tak un mawaqe', ya opportunities ko da'wati maqsad ke liye avail karte rahe.</w:t>
      </w:r>
    </w:p>
    <w:p>
      <w:pPr>
        <w:jc w:val="right"/>
      </w:pPr>
      <w:r>
        <w:t>پیغمبر اسلام نے اس اجتماع کو آڈینس کے روپ میں دیکھا اور مکہ میں 13 سال تک ان مواقع، یا اپرچونیٹیز کو دعوتی مقصد کے لیے اویل کرتے رہے۔</w:t>
      </w:r>
    </w:p>
    <w:p>
      <w:r>
        <w:rPr>
          <w:b/>
        </w:rPr>
        <w:t xml:space="preserve">[20:15] </w:t>
      </w:r>
      <w:r>
        <w:t>Jaisa ke tareekh batati hai ke is zamane mein Rasool Allah ko woh tamam afraad mile jin ko ujala Sahaba kaha jata hai.</w:t>
      </w:r>
    </w:p>
    <w:p>
      <w:pPr>
        <w:jc w:val="right"/>
      </w:pPr>
      <w:r>
        <w:t>جیسا کہ تاریخ بتاتی ہے کہ اس زمانے میں رسول اللہ کو وہ تمام افراد ملے جن کو اجلہ صحابہ کہا جاتا ہے۔</w:t>
      </w:r>
    </w:p>
    <w:p>
      <w:r>
        <w:rPr>
          <w:b/>
        </w:rPr>
        <w:t xml:space="preserve">[20:25] </w:t>
      </w:r>
      <w:r>
        <w:t>Yeh sirf aik waqea nahin, balkeh woh abadi ma'non mein aik sunnat-e-Rasool hai. Har zamane mein is ko apply kiya ja sakta hai, shart sirf yeh hai ke aadmi poori tarah musbat soch wala ho aur kisi bhi qism ki manfi soch ke baghair halaat ko samajhne ki salahiyat rakhta ho.</w:t>
      </w:r>
    </w:p>
    <w:p>
      <w:pPr>
        <w:jc w:val="right"/>
      </w:pPr>
      <w:r>
        <w:t>یہ صرف ایک واقعہ نہیں، بلکہ وہ ابدی معنوں میں ایک سنت رسول ہے۔ ہر زمانے میں اس کو اپلائی کیا جا سکتا ہے، شرط صرف یہ ہے کہ آدمی پوری طرح مثبت سوچ والا ہو اور کسی بھی قسم کی منفی سوچ کے بغیر حالات کو سمجھنے کی صلاحیت رکھتا ہو۔</w:t>
      </w:r>
    </w:p>
    <w:p>
      <w:r>
        <w:rPr>
          <w:b/>
        </w:rPr>
        <w:t xml:space="preserve">[20:49] </w:t>
      </w:r>
      <w:r>
        <w:t>Mislan, maujooda zamane mein aik culture raaij hua hai jis ko ijtima' culture, ya gathering culture keh sakte hain. Kahin conference ke naam par, kahin tourism ke naam par, kahin meeting ke naam par, kahin numaaish, ya exhibition ke naam par, kahin jashn ke naam par, kahin festival ke naam par, aur kahin book fair ke naam par waghera.</w:t>
      </w:r>
    </w:p>
    <w:p>
      <w:pPr>
        <w:jc w:val="right"/>
      </w:pPr>
      <w:r>
        <w:t>مثلاً، موجودہ زمانے میں ایک کلچر رائج ہوا ہے جس کو اجتماع کلچر، یا گیدرنگ کلچر کہہ سکتے ہیں۔ کہیں کانفرنس کے نام پر، کہیں ٹورزم کے نام پر، کہیں میٹنگ کے نام پر، کہیں نمائش، یا ایگزیبیشن کے نام پر، کہیں جشن کے نام پر، کہیں فیسٹیول کے نام پر، اور کہیں بک فیئر کے نام پر وغیرہ۔</w:t>
      </w:r>
    </w:p>
    <w:p>
      <w:r>
        <w:rPr>
          <w:b/>
        </w:rPr>
        <w:t xml:space="preserve">[21:15] </w:t>
      </w:r>
      <w:r>
        <w:t>Yeh culture itna zyada aam hai ke har jagah aur duniya ke har hisse mein taqreeban rozana woh baray paimane par hote rehte hain.</w:t>
      </w:r>
    </w:p>
    <w:p>
      <w:pPr>
        <w:jc w:val="right"/>
      </w:pPr>
      <w:r>
        <w:t>یہ کلچر اتنا زیادہ عام ہے کہ ہر جگہ اور دنیا کے ہر حصے میں تقریباً روزانہ وہ بڑے پیمانے پر ہوتے رہتے ہیں۔</w:t>
      </w:r>
    </w:p>
    <w:p>
      <w:r>
        <w:rPr>
          <w:b/>
        </w:rPr>
        <w:t xml:space="preserve">[21:25] </w:t>
      </w:r>
      <w:r>
        <w:t>Agar ghaur kiya jaye to Makka mein Paighambar-e-Islam ko ziyarat-e-asnaam ke naam par jo moqa mila tha, ab woh hazaron guna zyada baray paimane par har jagah maujood hai.</w:t>
      </w:r>
    </w:p>
    <w:p>
      <w:pPr>
        <w:jc w:val="right"/>
      </w:pPr>
      <w:r>
        <w:t>اگر غور کیا جائے تو مکہ میں پیغمبر اسلام کو زیارت اسنام کے نام پر جو موقع ملا تھا، اب وہ ہزاروں گنا زیادہ بڑے پیمانے پر ہر جگہ موجود ہے۔</w:t>
      </w:r>
    </w:p>
    <w:p>
      <w:r>
        <w:rPr>
          <w:b/>
        </w:rPr>
        <w:t xml:space="preserve">[21:40] </w:t>
      </w:r>
      <w:r>
        <w:t>Is tarah goya da'i aur mad'u ki doori khatam ho chuki hai. In ijtima'at ko da'wat ke liye istemal karne ke mawaqe' poori tarah khule hue hain,</w:t>
      </w:r>
    </w:p>
    <w:p>
      <w:pPr>
        <w:jc w:val="right"/>
      </w:pPr>
      <w:r>
        <w:t>اس طرح گویا داعی اور مدعو کی دوری ختم ہو چکی ہے۔ ان اجتماعات کو دعوت کے لیے استعمال کرنے کے مواقع پوری طرح کھلے ہوئے ہیں،</w:t>
      </w:r>
    </w:p>
    <w:p>
      <w:r>
        <w:rPr>
          <w:b/>
        </w:rPr>
        <w:t xml:space="preserve">[21:54] </w:t>
      </w:r>
      <w:r>
        <w:t>shart sirf yeh hai ke log tashaddud se door rahein aur pur-aman mansoobay ke zariye is ko istemal karein.</w:t>
      </w:r>
    </w:p>
    <w:p>
      <w:pPr>
        <w:jc w:val="right"/>
      </w:pPr>
      <w:r>
        <w:t>شرط صرف یہ ہے کہ لوگ تشدد سے دور رہیں اور پرامن منصوبے کے ذریعے اس کو استعمال کریں۔</w:t>
      </w:r>
    </w:p>
    <w:p>
      <w:r>
        <w:rPr>
          <w:b/>
        </w:rPr>
        <w:t xml:space="preserve">[22:12] </w:t>
      </w:r>
      <w:r>
        <w:t>Age of Reasons. Hadees-e-Rasool mein aaya hai ke zahoor-e-Dajjal ke waqt aik shakhs Dajjal ke muqable mein haq ki gawahi dega.</w:t>
      </w:r>
    </w:p>
    <w:p>
      <w:pPr>
        <w:jc w:val="right"/>
      </w:pPr>
      <w:r>
        <w:t>ایج آف ریزنز۔ حدیث رسول میں آیا ہے کہ ظہور دجال کے وقت ایک شخص دجال کے مقابلے میں حق کی گواہی دے گا۔</w:t>
      </w:r>
    </w:p>
    <w:p>
      <w:r>
        <w:rPr>
          <w:b/>
        </w:rPr>
        <w:t xml:space="preserve">[22:25] </w:t>
      </w:r>
      <w:r>
        <w:t>Saheeh Muslim Hadees number 2938. Yeh gawahi tareekh ki aik azeem gawahi hogi.</w:t>
      </w:r>
    </w:p>
    <w:p>
      <w:pPr>
        <w:jc w:val="right"/>
      </w:pPr>
      <w:r>
        <w:t>صحیح مسلم حدیث نمبر 2938۔ یہ گواہی تاریخ کی ایک عظیم گواہی ہوگی۔</w:t>
      </w:r>
    </w:p>
    <w:p>
      <w:r>
        <w:rPr>
          <w:b/>
        </w:rPr>
        <w:t xml:space="preserve">[22:37] </w:t>
      </w:r>
      <w:r>
        <w:t>Chunancha is ko hadees mein shahadat-e-a'zam kaha gaya hai. Shahadat-e-a'zam se kya muraad hai? Is ka aik kulo Dajjal se mutalliq aik aur riwayat, Saheeh Muslim Hadees number 2937 mein milta hai jis mein hujaj ka lafz aaya hai.</w:t>
      </w:r>
    </w:p>
    <w:p>
      <w:pPr>
        <w:jc w:val="right"/>
      </w:pPr>
      <w:r>
        <w:t>چنانچہ اس کو حدیث میں شہادت اعظم کہا گیا ہے۔ شہادت اعظم سے کیا مراد ہے؟ اس کا ایک کلو دجال سے متعلق ایک اور روایت، صحیح مسلم حدیث نمبر 2937 میں ملتا ہے جس میں حجیج کا لفظ آیا ہے۔</w:t>
      </w:r>
    </w:p>
    <w:p>
      <w:r>
        <w:rPr>
          <w:b/>
        </w:rPr>
        <w:t xml:space="preserve">[22:56] </w:t>
      </w:r>
      <w:r>
        <w:t>Ya'ni daleel-o-hujjat ki satah par gawahi dena. Hadees ke is lafz ko le kar is maamle ki tashreeh ki jaye to bazahir is ka matlab yeh hai ke baad ke zamane mein jab Dajjal ka zahoor hoga to ta'aqqul ka daur, ya age of reasons, aa chuka hoga.</w:t>
      </w:r>
    </w:p>
    <w:p>
      <w:pPr>
        <w:jc w:val="right"/>
      </w:pPr>
      <w:r>
        <w:t>یعنی دلیل و حجت کی سطح پر گواہی دینا۔ حدیث کے اس لفظ کو لے کر اس معاملے کی تشریح کی جائے تو بظاہر اس کا مطلب یہ ہے کہ بعد کے زمانے میں جب دجال کا ظہور ہوگا تو تعقل کا دور، یا ایج آف ریزنز، آ چکا ہوگا۔</w:t>
      </w:r>
    </w:p>
    <w:p>
      <w:r>
        <w:rPr>
          <w:b/>
        </w:rPr>
        <w:t xml:space="preserve">[23:18] </w:t>
      </w:r>
      <w:r>
        <w:t>Dajjal bazahir aqli usloob ko ikhtiyar karte hue logon ko fareb mein mubtala karega. Is ke baad koi Allah ka banda aala aqli istidlal ke zariye Dajjal ki pur-fareb baaton ko ghalat sabit karega.</w:t>
      </w:r>
    </w:p>
    <w:p>
      <w:pPr>
        <w:jc w:val="right"/>
      </w:pPr>
      <w:r>
        <w:t>دجال بظاہر عقلی اسلوب کو اختیار کرتے ہوئے لوگوں کو فریب میں مبتلا کرے گا۔ اس کے بعد کوئی اللہ کا بندہ اعلیٰ عقلی استدلال کے ذریعے دجال کی پرفریب باتوں کو غلط ثابت کرے گا۔</w:t>
      </w:r>
    </w:p>
    <w:p>
      <w:r>
        <w:rPr>
          <w:b/>
        </w:rPr>
        <w:t xml:space="preserve">[23:37] </w:t>
      </w:r>
      <w:r>
        <w:t>Waqt ke mutabiq yeh kaam hujjat, ya reason ki satah par hoga. Ghaur karne se maloom hota hai ke yeh waqea door science mein paish aayega jabke mabni par ta'aqqul dalail ka daur aa chuka hoga.</w:t>
      </w:r>
    </w:p>
    <w:p>
      <w:pPr>
        <w:jc w:val="right"/>
      </w:pPr>
      <w:r>
        <w:t>وقت کے مطابق یہ کام حجت، یا ریزن کی سطح پر ہوگا۔ غور کرنے سے معلوم ہوتا ہے کہ یہ واقعہ دور سائنس میں پیش آئے گا جبکہ مبنی پر تعقل دلائل کا دور آ چکا ہوگا۔</w:t>
      </w:r>
    </w:p>
    <w:p>
      <w:r>
        <w:rPr>
          <w:b/>
        </w:rPr>
        <w:t xml:space="preserve">[23:56] </w:t>
      </w:r>
      <w:r>
        <w:t>Scientific daur se pehle deen-e-haq ki gawahi aql-e-aam, ya common sense ki satah par di jati rahi hai. Is ke baad duniya mein scientific daur aaya.</w:t>
      </w:r>
    </w:p>
    <w:p>
      <w:pPr>
        <w:jc w:val="right"/>
      </w:pPr>
      <w:r>
        <w:t>سائنسی دور سے پہلے دین حق کی گواہی عقل عام، یا کامن سینس کی سطح پر دی جاتی رہی ہے۔ اس کے بعد دنیا میں سائنسی دور آیا۔</w:t>
      </w:r>
    </w:p>
    <w:p>
      <w:r>
        <w:rPr>
          <w:b/>
        </w:rPr>
        <w:t xml:space="preserve">[24:10] </w:t>
      </w:r>
      <w:r>
        <w:t>Is daur ko Quran mein afaq-o-anfus ke dalail ke zahoor se ta'abeer kiya gaya hai. Dajjal isi daur mein zahoor hoga.</w:t>
      </w:r>
    </w:p>
    <w:p>
      <w:pPr>
        <w:jc w:val="right"/>
      </w:pPr>
      <w:r>
        <w:t>اس دور کو قرآن میں آفاق و انفس کے دلائل کے ظہور سے تعبیر کیا گیا ہے۔ دجال اسی دور میں ظاہر ہوگا۔</w:t>
      </w:r>
    </w:p>
    <w:p>
      <w:r>
        <w:rPr>
          <w:b/>
        </w:rPr>
        <w:t xml:space="preserve">[24:23] </w:t>
      </w:r>
      <w:r>
        <w:t>Woh jis hathiyar se logon ko fareb mein dalega, woh aqli hathiyar hoga. Allah ki tofeeq se is zamane mein aik banda aql ka zyada bartar istemal kar ke Dajjal ke fareb ko khatam kar dega.</w:t>
      </w:r>
    </w:p>
    <w:p>
      <w:pPr>
        <w:jc w:val="right"/>
      </w:pPr>
      <w:r>
        <w:t>وہ جس ہتھیار سے لوگوں کو فریب میں ڈالے گا، وہ عقلی ہتھیار ہوگا۔ اللہ کی توفیق سے اس زمانے میں ایک بندہ عقل کا زیادہ برتر استعمال کر کے دجال کے فریب کو ختم کر دے گا۔</w:t>
      </w:r>
    </w:p>
    <w:p>
      <w:r>
        <w:rPr>
          <w:b/>
        </w:rPr>
        <w:t xml:space="preserve">[24:40] </w:t>
      </w:r>
      <w:r>
        <w:t>Yahi woh waqea hai jis ko hadees mein shahadat-e-a'zam, ya great witness, kaha gaya hai. Scientific daur aqliyati daur ke dalail ke zahoor ka zamana hoga.</w:t>
      </w:r>
    </w:p>
    <w:p>
      <w:pPr>
        <w:jc w:val="right"/>
      </w:pPr>
      <w:r>
        <w:t>یہی وہ واقعہ ہے جس کو حدیث میں شہادت اعظم، یا گریٹ وٹنس، کہا گیا ہے۔ سائنسی دور عقلیاتی دور کے دلائل کے ظہور کا زمانہ ہوگا۔</w:t>
      </w:r>
    </w:p>
    <w:p>
      <w:r>
        <w:rPr>
          <w:b/>
        </w:rPr>
        <w:t xml:space="preserve">[24:54] </w:t>
      </w:r>
      <w:r>
        <w:t>Is zamane mein Dajjal aqli dalail ko ghalat taur par apne haq mein istemal karega. Us waqt Allah ki tofeeq se Allah ka aik ba-khabar banda uthega.</w:t>
      </w:r>
    </w:p>
    <w:p>
      <w:pPr>
        <w:jc w:val="right"/>
      </w:pPr>
      <w:r>
        <w:t>اس زمانے میں دجال عقلی دلائل کو غلط طور پر اپنے حق میں استعمال کرے گا۔ اس وقت اللہ کی توفیق سے اللہ کا ایک باخبر بندہ اٹھے گا۔</w:t>
      </w:r>
    </w:p>
    <w:p>
      <w:r>
        <w:rPr>
          <w:b/>
        </w:rPr>
        <w:t xml:space="preserve">[25:08] </w:t>
      </w:r>
      <w:r>
        <w:t>Woh is Dajjal ki dajaliyat ka parda phaar kar haq ki kamil tabeen karega.</w:t>
      </w:r>
    </w:p>
    <w:p>
      <w:pPr>
        <w:jc w:val="right"/>
      </w:pPr>
      <w:r>
        <w:t>وہ اس دجال کی دجالیت کا پردہ پھاڑ کر حق کی کامل تبین کرے گا۔</w:t>
      </w:r>
    </w:p>
    <w:p>
      <w:r>
        <w:rPr>
          <w:b/>
        </w:rPr>
        <w:t xml:space="preserve">[25:26] </w:t>
      </w:r>
      <w:r>
        <w:t>Daur-e-shakhsiyat, daur-e-istidlal.</w:t>
      </w:r>
    </w:p>
    <w:p>
      <w:pPr>
        <w:jc w:val="right"/>
      </w:pPr>
      <w:r>
        <w:t>دور شخصیت، دور استدلال۔</w:t>
      </w:r>
    </w:p>
    <w:p>
      <w:r>
        <w:rPr>
          <w:b/>
        </w:rPr>
        <w:t xml:space="preserve">[25:33] </w:t>
      </w:r>
      <w:r>
        <w:t>Qadeem zamana shakhsiyat ki azmat, ya personality cult ka zamana tha. Maujooda zamana aqli istidlal ka zamana, ya age of reasons hai.</w:t>
      </w:r>
    </w:p>
    <w:p>
      <w:pPr>
        <w:jc w:val="right"/>
      </w:pPr>
      <w:r>
        <w:t>قدیم زمانہ شخصیت کی عظمت، یا پرسنیلٹی کلٹ کا زمانہ تھا۔ موجودہ زمانہ عقلی استدلال کا زمانہ، یا ایج آف ریزنز ہے۔</w:t>
      </w:r>
    </w:p>
    <w:p>
      <w:r>
        <w:rPr>
          <w:b/>
        </w:rPr>
        <w:t xml:space="preserve">[25:45] </w:t>
      </w:r>
      <w:r>
        <w:t>Qadeem zamane mein aisa hota tha ke aik shakhs jis ko kisi wajah se bara maan liya jaye, log us ki baaton ko i'tiqadi taur par durust samajhte thay aur aql ke istemal ke baghair us ki pairwi karte thay.</w:t>
      </w:r>
    </w:p>
    <w:p>
      <w:pPr>
        <w:jc w:val="right"/>
      </w:pPr>
      <w:r>
        <w:t>قدیم زمانے میں ایسا ہوتا تھا کہ ایک شخص جس کو کسی وجہ سے بڑا مان لیا جائے، لوگ اس کی باتوں کو اعتقادی طور پر درست سمجھتے تھے اور عقل کے استعمال کے بغیر اس کی پیروی کرتے تھے۔</w:t>
      </w:r>
    </w:p>
    <w:p>
      <w:r>
        <w:rPr>
          <w:b/>
        </w:rPr>
        <w:t xml:space="preserve">[26:04] </w:t>
      </w:r>
      <w:r>
        <w:t>ab yeh daur khatm ho gaya. maujooda zamane mein is tarah ki shakhsiyatein paida nahin hotin. shakhsi salahiyat ke aitbaar se to ab bhi log paida ho rahe hain, lekin zamane ke zair asar ab kisi shakhs ko akabir ka darja hasil nahin hota.</w:t>
      </w:r>
    </w:p>
    <w:p>
      <w:pPr>
        <w:jc w:val="right"/>
      </w:pPr>
      <w:r>
        <w:t>اب یہ دور ختم ہو گیا۔ موجودہ زمانے میں اس طرح کی شخصیتیں پیدا نہیں ہوتیں۔ شخصی صلاحیت کے اعتبار سے تو اب بھی لوگ پیدا ہو رہے ہیں، لیکن زمانے کے زیر اثر اب کسی شخص کو اکابر کا درجہ حاصل نہیں ہوتا۔</w:t>
      </w:r>
    </w:p>
    <w:p>
      <w:r>
        <w:rPr>
          <w:b/>
        </w:rPr>
        <w:t xml:space="preserve">[26:26] </w:t>
      </w:r>
      <w:r>
        <w:t>scientific inqilab ke baad duniya mein aqliyat ka daur, ya age of reasons, aaya hai. aqliyat ka matlab aql parasti nahin hai, balke is se murad hai aqli istidlal ki buniyad par kisi baat ko manna aur kisi baat ko na manna.</w:t>
      </w:r>
    </w:p>
    <w:p>
      <w:pPr>
        <w:jc w:val="right"/>
      </w:pPr>
      <w:r>
        <w:t>سائنسی انقلاب کے بعد دنیا میں عقلیت کا دور، یا ایج آف ریزنز، آیا ہے۔ عقلیت کا مطلب عقل پرستی نہیں ہے، بلکہ اس سے مراد ہے عقلی استدلال کی بنیاد پر کسی بات کو ماننا اور کسی بات کو نہ ماننا۔</w:t>
      </w:r>
    </w:p>
    <w:p>
      <w:r>
        <w:rPr>
          <w:b/>
        </w:rPr>
        <w:t xml:space="preserve">[26:47] </w:t>
      </w:r>
      <w:r>
        <w:t>aaj wahi tehreek kamyab tehreek hai jo aaj ke fikri mustawa aur aaj ke musallama istidlal ki satah par apne nazariye ki tablegh kare.</w:t>
      </w:r>
    </w:p>
    <w:p>
      <w:pPr>
        <w:jc w:val="right"/>
      </w:pPr>
      <w:r>
        <w:t>آج وہی تحریک کامیاب تحریک ہے جو آج کے فکری مستوى اور آج کے مسلمہ استدلال کی سطح پر اپنے نظریے کی تبلیغ کرے۔</w:t>
      </w:r>
    </w:p>
    <w:p>
      <w:r>
        <w:rPr>
          <w:b/>
        </w:rPr>
        <w:t xml:space="preserve">[26:58] </w:t>
      </w:r>
      <w:r>
        <w:t>is ke bar aks jo tehreek akabir aur shiaon ke hawale ki buniyad par shuru ki jaye, woh tehreek aaj ke mayar ke mutabiq sarr se tehreek hi nahin.</w:t>
      </w:r>
    </w:p>
    <w:p>
      <w:pPr>
        <w:jc w:val="right"/>
      </w:pPr>
      <w:r>
        <w:t>اس کے برعکس جو تحریک اکابر اور شیعوں کے حوالے کی بنیاد پر شروع کی جائے، وہ تحریک آج کے معیار کے مطابق سرے سے تحریک ہی نہیں۔</w:t>
      </w:r>
    </w:p>
    <w:p>
      <w:r>
        <w:rPr>
          <w:b/>
        </w:rPr>
        <w:t xml:space="preserve">[27:13] </w:t>
      </w:r>
      <w:r>
        <w:t>qadeem zamane mein shakhsi parasti ki bina par aqli ghaur o fikr ka irtaqa, ya development, nahin hua. qadeem zamane mein hazaron saal tak yeh soorat-e-haal baqi rahi.</w:t>
      </w:r>
    </w:p>
    <w:p>
      <w:pPr>
        <w:jc w:val="right"/>
      </w:pPr>
      <w:r>
        <w:t>قدیم زمانے میں شخصیت پرستی کی بنا پر عقلی غور و فکر کا ارتقاء، یا ڈیویلپمنٹ، نہیں ہوا۔ قدیم زمانے میں ہزاروں سال تک یہ صورتحال باقی رہی۔</w:t>
      </w:r>
    </w:p>
    <w:p>
      <w:r>
        <w:rPr>
          <w:b/>
        </w:rPr>
        <w:t xml:space="preserve">[27:28] </w:t>
      </w:r>
      <w:r>
        <w:t>islam ne pehli baar aqli ghaur o fikr ka aaghaz kiya. quran mein baar baar is qism ke alfaaz aaye hain: tadabbur, ta'aqqul, tafakkur, tasamm, tazakkur waghera.</w:t>
      </w:r>
    </w:p>
    <w:p>
      <w:pPr>
        <w:jc w:val="right"/>
      </w:pPr>
      <w:r>
        <w:t>اسلام نے پہلی بار عقلی غور و فکر کا آغاز کیا۔ قرآن میں بار بار اس قسم کے الفاظ آئے ہیں: تدبر، تعقل، تفکر، توسم، تذکر وغیرہ۔</w:t>
      </w:r>
    </w:p>
    <w:p>
      <w:r>
        <w:rPr>
          <w:b/>
        </w:rPr>
        <w:t xml:space="preserve">[27:45] </w:t>
      </w:r>
      <w:r>
        <w:t>hata ke khud quran ke baare mein kaha gaya hai: "kitab anzalna ilaika mubarak li yudabbiru ayatihi wa li yatazakkaru ulul albab".</w:t>
      </w:r>
    </w:p>
    <w:p>
      <w:pPr>
        <w:jc w:val="right"/>
      </w:pPr>
      <w:r>
        <w:t>حتیٰ کہ خود قرآن کے بارے میں کہا گیا ہے: "کتاب انزلنا الیک مبارک لیدبر آیاتہ ولیتذکر اول الالباب"۔</w:t>
      </w:r>
    </w:p>
    <w:p>
      <w:r>
        <w:rPr>
          <w:b/>
        </w:rPr>
        <w:t xml:space="preserve">[28:00] </w:t>
      </w:r>
      <w:r>
        <w:t>lekin baad ke zamane mein musalmanon ke andar amalan aqli ghaur o fikr ka khatma ho gaya. deen mein aqli ghaur o fikr ko bura samjha jaane laga.</w:t>
      </w:r>
    </w:p>
    <w:p>
      <w:pPr>
        <w:jc w:val="right"/>
      </w:pPr>
      <w:r>
        <w:t>لیکن بعد کے زمانے میں مسلمانوں کے اندر عملاً عقلی غور و فکر کا خاتمہ ہو گیا۔ دین میں عقلی غور و فکر کو برا سمجھا جانے لگا۔</w:t>
      </w:r>
    </w:p>
    <w:p>
      <w:r>
        <w:rPr>
          <w:b/>
        </w:rPr>
        <w:t xml:space="preserve">[28:14] </w:t>
      </w:r>
      <w:r>
        <w:t>hadith mein aam taur par yeh aaya tha: "talab al-ilm farizah". ibn majah hadith number 224.</w:t>
      </w:r>
    </w:p>
    <w:p>
      <w:pPr>
        <w:jc w:val="right"/>
      </w:pPr>
      <w:r>
        <w:t>حدیث میں عمومی معنوں میں آیا تھا: "طلب العلم فریضۃ"۔ ابن ماجہ حدیث نمبر 224۔</w:t>
      </w:r>
    </w:p>
    <w:p>
      <w:r>
        <w:rPr>
          <w:b/>
        </w:rPr>
        <w:t xml:space="preserve">[28:23] </w:t>
      </w:r>
      <w:r>
        <w:t>lekin baad ke zamane mein talab ilm se murad sirf ilm deen ki talab qarar paya. is ka sabab baad ke zamane mein hone wala mass conversion tha.</w:t>
      </w:r>
    </w:p>
    <w:p>
      <w:pPr>
        <w:jc w:val="right"/>
      </w:pPr>
      <w:r>
        <w:t>لیکن بعد کے زمانے میں طلب علم سے مراد صرف علم دین کی طلب قرار پایا۔ اس کا سبب بعد کے زمانے میں ہونے والا ماسک کنورژن تھا۔</w:t>
      </w:r>
    </w:p>
    <w:p>
      <w:r>
        <w:rPr>
          <w:b/>
        </w:rPr>
        <w:t xml:space="preserve">[28:39] </w:t>
      </w:r>
      <w:r>
        <w:t>yani baad ke zamane mein yeh waqea pesh aaya ke logon ne bari tadaad mein islam qabool kiya. is tarah ummat-e-muslimah mein nau musalmanon ki tadaad achaanak bohat zyada barh gayi.</w:t>
      </w:r>
    </w:p>
    <w:p>
      <w:pPr>
        <w:jc w:val="right"/>
      </w:pPr>
      <w:r>
        <w:t>یعنی بعد کے زمانے میں یہ واقعہ پیش آیا کہ لوگوں نے بڑی تعداد میں اسلام قبول کیا۔ اس طرح امت مسلمہ میں نو مسلموں کی تعداد اچانک بہت زیادہ بڑھ گئی۔</w:t>
      </w:r>
    </w:p>
    <w:p>
      <w:r>
        <w:rPr>
          <w:b/>
        </w:rPr>
        <w:t xml:space="preserve">[28:54] </w:t>
      </w:r>
      <w:r>
        <w:t>yeh log apne qadeem mindset ko le kar islam mein dakhil hue thay. kasrat-e-tadaad ki bina par un ki fikri tarbiyat mumkin na ho saki.</w:t>
      </w:r>
    </w:p>
    <w:p>
      <w:pPr>
        <w:jc w:val="right"/>
      </w:pPr>
      <w:r>
        <w:t>یہ لوگ اپنے قدیم مائنڈ سیٹ کو لے کر اسلام میں داخل ہوئے تھے۔ کثرت تعداد کی بنا پر ان کی فکری تربیت ممکن نہ ہو سکی۔</w:t>
      </w:r>
    </w:p>
    <w:p>
      <w:r>
        <w:rPr>
          <w:b/>
        </w:rPr>
        <w:t xml:space="preserve">[29:07] </w:t>
      </w:r>
      <w:r>
        <w:t>yahi nau warideen hain jinhon ne apne qadeem zehan ki bina par aqli ghaur o fikr ko islam ke khilaf qarar diya.</w:t>
      </w:r>
    </w:p>
    <w:p>
      <w:pPr>
        <w:jc w:val="right"/>
      </w:pPr>
      <w:r>
        <w:t>یہی نو واردین ہیں جنہوں نے اپنے قدیم ذہن کی بنا پر عقلی غور و فکر کو اسلام کے خلاف قرار دیا۔</w:t>
      </w:r>
    </w:p>
    <w:p>
      <w:r>
        <w:rPr>
          <w:b/>
        </w:rPr>
        <w:t xml:space="preserve">[29:18] </w:t>
      </w:r>
      <w:r>
        <w:t>yeh zehan itna zyada pakhta ho gaya ke woh aaj tak jari hai. is se kisi had tak mustasna sirf woh musalman hain jinhon ne maujooda zamane mein secular idaron mein taleem payi.</w:t>
      </w:r>
    </w:p>
    <w:p>
      <w:pPr>
        <w:jc w:val="right"/>
      </w:pPr>
      <w:r>
        <w:t>یہ ذہن اتنا زیادہ پختہ ہو گیا کہ وہ آج تک جاری ہے۔ اس سے کسی حد تک مستثنیٰ صرف وہ مسلمان ہیں جنہوں نے موجودہ زمانے میں سیکولر اداروں میں تعلیم پائی۔</w:t>
      </w:r>
    </w:p>
    <w:p>
      <w:r>
        <w:rPr>
          <w:b/>
        </w:rPr>
        <w:t xml:space="preserve">[29:34] </w:t>
      </w:r>
      <w:r>
        <w:t>abbasi daur mein ek tabqe ke andar aqli ghaur o fikr ka aaghaz hua, lekin woh yunani falsafe ke zair asar hua tha, is liye islam ke usool ke aitbaar se sahih manhaj par qaim na tha.</w:t>
      </w:r>
    </w:p>
    <w:p>
      <w:pPr>
        <w:jc w:val="right"/>
      </w:pPr>
      <w:r>
        <w:t>عباسی دور میں ایک طبقے کے اندر عقلی غور و فکر کا آغاز ہوا، لیکن وہ یونانی فلسفے کے زیر اثر ہوا تھا، اس لیے اسلام کے اصول کے اعتبار سے صحیح منہج پر قائم نہ تھا۔</w:t>
      </w:r>
    </w:p>
    <w:p>
      <w:r>
        <w:rPr>
          <w:b/>
        </w:rPr>
        <w:t xml:space="preserve">[29:50] </w:t>
      </w:r>
      <w:r>
        <w:t>is liye us waqt ke ulama is se mutawhash ho kar is ke khilaf ho gaye. ulama ne logon ke khilaf shadeed rad-e-amal ka izhar kiya, yahan tak ke kaha jaane laga: "jis ne kalam ke zariye ilm talab kiya, woh zindiq ho gaya".</w:t>
      </w:r>
    </w:p>
    <w:p>
      <w:pPr>
        <w:jc w:val="right"/>
      </w:pPr>
      <w:r>
        <w:t>اس لیے اس وقت کے علماء اس سے متوحش ہو کر اس کے خلاف ہو گئے۔ علماء نے لوگوں کے خلاف شدید ردعمل کا اظہار کیا، یہاں تک کہ کہا جانے لگا: "جس نے کلام کے ذریعے علم طلب کیا، وہ زندیق ہو گیا"۔</w:t>
      </w:r>
    </w:p>
    <w:p>
      <w:r>
        <w:rPr>
          <w:b/>
        </w:rPr>
        <w:t xml:space="preserve">[30:12] </w:t>
      </w:r>
      <w:r>
        <w:t>ikkiswin sadi mein woh waqt aa gaya hai jabke islam mein aqli ghaur o fikr ka aaghaz kiya jaye. aqli ghaur o fikr deen se inhiraaf ka maamla nahin hai,</w:t>
      </w:r>
    </w:p>
    <w:p>
      <w:pPr>
        <w:jc w:val="right"/>
      </w:pPr>
      <w:r>
        <w:t>اکیسویں صدی میں وہ وقت آ گیا ہے جبکہ اسلام میں عقلی غور و فکر کا آغاز کیا جائے۔ عقلی غور و فکر دین سے انحراف کا معاملہ نہیں ہے،</w:t>
      </w:r>
    </w:p>
    <w:p>
      <w:r>
        <w:rPr>
          <w:b/>
        </w:rPr>
        <w:t xml:space="preserve">[30:25] </w:t>
      </w:r>
      <w:r>
        <w:t>balke is ka matlab yeh hai ke deen ko aqli buniyad, ya rational bases par pesh kiya jaye. ahl-e-aql ke fikri mustawa par unhein deen ko pahunchaya jaye taake un ka zehan address ho aur woh islam par zyada sanjeedgi ke sath ghaur o fikr kar saken.</w:t>
      </w:r>
    </w:p>
    <w:p>
      <w:pPr>
        <w:jc w:val="right"/>
      </w:pPr>
      <w:r>
        <w:t>بلکہ اس کا مطلب یہ ہے کہ دین کو عقلی بنیاد، یا ریشنل بیسز پر پیش کیا جائے۔ اہل عقل کے فکری مستوى پر انہیں دین کو پہنچایا جائے تاکہ ان کا ذہن ایڈریس ہو اور وہ اسلام پر زیادہ سنجیدگی کے ساتھ غور و فکر کر سکیں۔</w:t>
      </w:r>
    </w:p>
    <w:p>
      <w:r>
        <w:rPr>
          <w:b/>
        </w:rPr>
        <w:t xml:space="preserve">[30:48] </w:t>
      </w:r>
      <w:r>
        <w:t>Raqib al-Huroof ki kitab "Mazhab aur Jadeed Challenge" isi qism ki ek koshish hai. is kitab ka tarjuma mukhtalif zabanon mein shaya' ho chuka hai, maslan arabi zaban mein "Al-Islam Yatahaddi" aur angrezi zaban mein "God Arises" waghera.</w:t>
      </w:r>
    </w:p>
    <w:p>
      <w:pPr>
        <w:jc w:val="right"/>
      </w:pPr>
      <w:r>
        <w:t>راقب الحروف کی کتاب "مذہب اور جدید چیلنج" اسی قسم کی ایک کوشش ہے۔ اس کتاب کا ترجمہ مختلف زبانوں میں شائع ہو چکا ہے، مثلاً عربی زبان میں "الاسلام یتحدی" اور انگریزی زبان میں "گاڈ ارائزز" وغیرہ۔</w:t>
      </w:r>
    </w:p>
    <w:p>
      <w:r>
        <w:rPr>
          <w:b/>
        </w:rPr>
        <w:t xml:space="preserve">[31:09] </w:t>
      </w:r>
      <w:r>
        <w:t>kuch musalmanon ne is maqsad ke naam par ek tehreek shuru ki jis ko woh "Islamiat al-Ma'rifah" yani "Islamization of Knowledge" kehte hain.</w:t>
      </w:r>
    </w:p>
    <w:p>
      <w:pPr>
        <w:jc w:val="right"/>
      </w:pPr>
      <w:r>
        <w:t>کچھ مسلمانوں نے اس مقصد کے نام پر ایک تحریک شروع کی جس کو وہ "اسلامیۃ المعرفہ" یعنی "اسلامائزیشن آف نالج" کہتے ہیں۔</w:t>
      </w:r>
    </w:p>
    <w:p>
      <w:r>
        <w:rPr>
          <w:b/>
        </w:rPr>
        <w:t xml:space="preserve">[31:19] </w:t>
      </w:r>
      <w:r>
        <w:t>magar yeh tehreek sahih khatoot par nahin. is maamle mein asal kaam islam ko jadeed ilm ki buniyad par pesh karna hai, na ke jadeed ilm ko islamize karna.</w:t>
      </w:r>
    </w:p>
    <w:p>
      <w:pPr>
        <w:jc w:val="right"/>
      </w:pPr>
      <w:r>
        <w:t>مگر یہ تحریک صحیح خطوط پر نہیں۔ اس معاملے میں اصل کام اسلام کو جدید علم کی بنیاد پر پیش کرنا ہے، نہ کہ جدید علم کو اسلامائز کرنا۔</w:t>
      </w:r>
    </w:p>
    <w:p>
      <w:r>
        <w:rPr>
          <w:b/>
        </w:rPr>
        <w:t xml:space="preserve">[31:35] </w:t>
      </w:r>
      <w:r>
        <w:t>man talaba al-ilm bil kalam tazandaqa al-bidaya wa al-nihaya.</w:t>
      </w:r>
    </w:p>
    <w:p>
      <w:pPr>
        <w:jc w:val="right"/>
      </w:pPr>
      <w:r>
        <w:t>من طلب العلم بالکلام تزندق البدایہ والنہایہ۔</w:t>
      </w:r>
    </w:p>
    <w:p>
      <w:r>
        <w:rPr>
          <w:b/>
        </w:rPr>
        <w:t xml:space="preserve">[31:51] </w:t>
      </w:r>
      <w:r>
        <w:t>paighambaron wala kaam. da'wat ilallah ka kaam paighambar ki ghair maujoodgi mein paighambar wala kaam anjam dena hai.</w:t>
      </w:r>
    </w:p>
    <w:p>
      <w:pPr>
        <w:jc w:val="right"/>
      </w:pPr>
      <w:r>
        <w:t>پیغمبروں والا کام۔ دعوت الی اللہ کا کام پیغمبر کی غیر موجودگی میں پیغمبر والا کام انجام دینا ہے۔</w:t>
      </w:r>
    </w:p>
    <w:p>
      <w:r>
        <w:rPr>
          <w:b/>
        </w:rPr>
        <w:t xml:space="preserve">[32:02] </w:t>
      </w:r>
      <w:r>
        <w:t>qadeem zamane mein da'wat ka kaam paighambar aur un ke saathi anjam dete thay. ab nabi ki aamad ka silsila khatm ho gaya, is liye ab nabi ki ummat ko nabi ki numaindagi mein yeh kaam anjam dena hai.</w:t>
      </w:r>
    </w:p>
    <w:p>
      <w:pPr>
        <w:jc w:val="right"/>
      </w:pPr>
      <w:r>
        <w:t>قدیم زمانے میں دعوت کا کام پیغمبر اور ان کے ساتھی انجام دیتے تھے۔ اب نبی کی آمد کا سلسلہ ختم ہو گیا، اس لیے اب نبی کی امت کو نبی کی نمائندگی میں یہ کام انجام دینا ہے۔</w:t>
      </w:r>
    </w:p>
    <w:p>
      <w:r>
        <w:rPr>
          <w:b/>
        </w:rPr>
        <w:t xml:space="preserve">[32:20] </w:t>
      </w:r>
      <w:r>
        <w:t>yeh kaam isi nahaj, ya method par anjam dena hai jis nahaj par pehle paighambar anjam dete thay.</w:t>
      </w:r>
    </w:p>
    <w:p>
      <w:pPr>
        <w:jc w:val="right"/>
      </w:pPr>
      <w:r>
        <w:t>یہ کام اسی نہج، یا میتھڈ پر انجام دینا ہے جس نہج پر پہلے پیغمبر انجام دیتے تھے۔</w:t>
      </w:r>
    </w:p>
    <w:p>
      <w:r>
        <w:rPr>
          <w:b/>
        </w:rPr>
        <w:t xml:space="preserve">[32:29] </w:t>
      </w:r>
      <w:r>
        <w:t>yeh usool quran ki aik aayat se maloom hota hai. quran mein peghambar ki zabaan se kaha gaya hai: "wa oohi ilayya haza al quran li unzilakum bihi wa man balagh".</w:t>
      </w:r>
    </w:p>
    <w:p>
      <w:pPr>
        <w:jc w:val="right"/>
      </w:pPr>
      <w:r>
        <w:t>یہ اصول قرآن کی ایک آیت سے معلوم ہوتا ہے۔ قرآن میں پیغمبر کی زبان سے کہا گیا ہے: "وَأُوحِيَ إِلَيَّ هٰذَا الْقُرْآنُ لِأُنْزِلَكُمْ بِهِ وَمَنْ بَلَغَ"۔</w:t>
      </w:r>
    </w:p>
    <w:p>
      <w:r>
        <w:rPr>
          <w:b/>
        </w:rPr>
        <w:t xml:space="preserve">[32:44] </w:t>
      </w:r>
      <w:r>
        <w:t>yani aur meri taraf yeh quran wahi kiya gaya hai taake main is ke zariye se tum ko inzar karoon, aur woh bhi jin ko yeh pohanchay.</w:t>
      </w:r>
    </w:p>
    <w:p>
      <w:pPr>
        <w:jc w:val="right"/>
      </w:pPr>
      <w:r>
        <w:t>یعنی اور میری طرف یہ قرآن وحی کیا گیا ہے تاکہ میں اس کے ذریعے سے تم کو انظار کروں، اور وہ بھی جن کو یہ پہنچے۔</w:t>
      </w:r>
    </w:p>
    <w:p>
      <w:r>
        <w:rPr>
          <w:b/>
        </w:rPr>
        <w:t xml:space="preserve">[32:55] </w:t>
      </w:r>
      <w:r>
        <w:t>is aayat ki tafseer mein maulana ameen ahsan islahi ne durust tor par likha hai: aam tor par mufassireen ne "wa man balagh" ko zameer mansoob par maaf-oof maana hai.</w:t>
      </w:r>
    </w:p>
    <w:p>
      <w:pPr>
        <w:jc w:val="right"/>
      </w:pPr>
      <w:r>
        <w:t>اس آیت کی تفسیر میں مولانا امین احسن اصلاحی نے درست طور پر لکھا ہے: عام طور پر مفسرین نے "ومن بلغ" کو ضمیر منسوب پر معطوف مانا ہے۔</w:t>
      </w:r>
    </w:p>
    <w:p>
      <w:r>
        <w:rPr>
          <w:b/>
        </w:rPr>
        <w:t xml:space="preserve">[33:09] </w:t>
      </w:r>
      <w:r>
        <w:t>yani yeh quran is liye mujh par wahi kiya gaya hai ke main is ke zariye se tum ko aur un sab ko bedaar o hoshiyar karoon jin tak yeh pohanchay.</w:t>
      </w:r>
    </w:p>
    <w:p>
      <w:pPr>
        <w:jc w:val="right"/>
      </w:pPr>
      <w:r>
        <w:t>یعنی یہ قرآن اس لیے مجھ پر وحی کیا گیا ہے کہ میں اس کے ذریعے سے تم کو اور ان سب کو بیدار و ہوشیار کروں جن تک یہ پہنچے۔</w:t>
      </w:r>
    </w:p>
    <w:p>
      <w:r>
        <w:rPr>
          <w:b/>
        </w:rPr>
        <w:t xml:space="preserve">[33:22] </w:t>
      </w:r>
      <w:r>
        <w:t>lekin hamara khayal yeh hai ke yeh zameer mutakallim par maaf-oof hai. yani main is ke zariye se tum ko khabardar karoon, aur jin ko yeh pohanchay woh bhi apni apni jagah par doosron ko is ke zariye se khabardar karen.</w:t>
      </w:r>
    </w:p>
    <w:p>
      <w:pPr>
        <w:jc w:val="right"/>
      </w:pPr>
      <w:r>
        <w:t>لیکن ہمارا خیال یہ ہے کہ یہ ضمیر متکلم پر معطوف ہے۔ یعنی میں اس کے ذریعے سے تم کو خبردار کروں، اور جن کو یہ پہنچے وہ بھی اپنی اپنی جگہ پر دوسروں کو اس کے ذریعے سے خبردار کریں۔</w:t>
      </w:r>
    </w:p>
    <w:p>
      <w:r>
        <w:rPr>
          <w:b/>
        </w:rPr>
        <w:t xml:space="preserve">[33:39] </w:t>
      </w:r>
      <w:r>
        <w:t>tadabbur quran surah al an'am aayat 19. yeh ummat e muhammadi ki lazmi zimmedari aur yeh khatm e nubowat ka lazmi taqaza hai, kyunke khatm e nubowat ke baad nabi ki shakhsiyat ka daur khatm ho jata hai.</w:t>
      </w:r>
    </w:p>
    <w:p>
      <w:pPr>
        <w:jc w:val="right"/>
      </w:pPr>
      <w:r>
        <w:t>تدبر قرآن سورہ الانعام آیت 19۔ یہ امت محمدی کی لازمی ذمہ داری اور یہ ختم نبوت کا لازمی تقاضا ہے، کیونکہ ختم نبوت کے بعد نبی کی شخصیت کا دور ختم ہو جاتا ہے۔</w:t>
      </w:r>
    </w:p>
    <w:p>
      <w:r>
        <w:rPr>
          <w:b/>
        </w:rPr>
        <w:t xml:space="preserve">[33:57] </w:t>
      </w:r>
      <w:r>
        <w:t>lekin jahan tak dawat ka ta'alluq hai, is ko badastoor qayamat tak jaari rehna hai. yeh ummat e muhammadi ki aisi zimmedari hai jo kisi haal mein mauqoof nahi hoti.</w:t>
      </w:r>
    </w:p>
    <w:p>
      <w:pPr>
        <w:jc w:val="right"/>
      </w:pPr>
      <w:r>
        <w:t>لیکن جہاں تک دعوت کا تعلق ہے، اس کو بدستور قیامت تک جاری رہنا ہے۔ یہ امت محمدی کی ایسی ذمہ داری ہے جو کسی حال میں موقوف نہیں ہوتی۔</w:t>
      </w:r>
    </w:p>
    <w:p>
      <w:r>
        <w:rPr>
          <w:b/>
        </w:rPr>
        <w:t xml:space="preserve">[34:11] </w:t>
      </w:r>
      <w:r>
        <w:t>is zimmedari ka zikr quran mein mukhtalif alfaaz mein kiya gaya hai, maslan ummat e wasat, shahadat alal naas, inzar, ablagh, dawat ilal Allah, tabligh ma unzil Allah waghera.</w:t>
      </w:r>
    </w:p>
    <w:p>
      <w:pPr>
        <w:jc w:val="right"/>
      </w:pPr>
      <w:r>
        <w:t>اس ذمہ داری کا ذکر قرآن میں مختلف الفاظ میں کیا گیا ہے، مثلاً امت وسط، شہادت علی الناس، انظار، ابلاغ، دعوت الی اللہ، تبلیغ ما انزل اللہ وغیرہ۔</w:t>
      </w:r>
    </w:p>
    <w:p>
      <w:r>
        <w:rPr>
          <w:b/>
        </w:rPr>
        <w:t xml:space="preserve">[34:29] </w:t>
      </w:r>
      <w:r>
        <w:t>is usool ke mutabiq khatam un nabiyyeen ki ummat qayamat tak ke liye da'i ki hesiyat rakhti hai, aur khatm e nubowat ke baad paida hone wale tamam insaan is ke liye mad'u ki hesiyat rakhte hain.</w:t>
      </w:r>
    </w:p>
    <w:p>
      <w:pPr>
        <w:jc w:val="right"/>
      </w:pPr>
      <w:r>
        <w:t>اس اصول کے مطابق خاتم النبیین کی امت قیامت تک کے لیے داعی کی حیثیت رکھتی ہے، اور ختم نبوت کے بعد پیدا ہونے والے تمام انسان اس کے لیے مدعو کی حیثیت رکھتے ہیں۔</w:t>
      </w:r>
    </w:p>
    <w:p>
      <w:r>
        <w:rPr>
          <w:b/>
        </w:rPr>
        <w:t xml:space="preserve">[34:53] </w:t>
      </w:r>
      <w:r>
        <w:t>deen e khodawandi ke do daur. aik tareekhi haqeeqat ko quran mein in alfaaz mein bayan kiya gaya hai: "sanureehim ayatina fil afaqi wa fi anfusihim hatta yatabayyana lahum annahul haqq. awalam yakfi birabbika annahu ala kulli shai'in shaheed".</w:t>
      </w:r>
    </w:p>
    <w:p>
      <w:pPr>
        <w:jc w:val="right"/>
      </w:pPr>
      <w:r>
        <w:t>دین خداوندی کے دو دور۔ ایک تاریخی حقیقت کو قرآن میں ان الفاظ میں بیان کیا گیا ہے: "سنوریہم آیاتنا فی الافاقی و فی انفسہم حتیٰ یتبین لہم انہ الحق اولم یکفی بربک انہ علی کل شی شہید"۔</w:t>
      </w:r>
    </w:p>
    <w:p>
      <w:r>
        <w:rPr>
          <w:b/>
        </w:rPr>
        <w:t xml:space="preserve">[35:23] </w:t>
      </w:r>
      <w:r>
        <w:t>yani qareeb hai ke hum un ko apni nishaniyan dikhayen ge afaq mein aur anfus mein, yahan tak ke un par zahir ho jaye ga ke yeh haq hai.</w:t>
      </w:r>
    </w:p>
    <w:p>
      <w:pPr>
        <w:jc w:val="right"/>
      </w:pPr>
      <w:r>
        <w:t>یعنی عنقریب ہم ان کو اپنی نشانیاں دکھائیں گے افاق میں اور انفس میں، یہاں تک کہ ان پر ظاہر ہو جائے گا کہ یہ حق ہے۔</w:t>
      </w:r>
    </w:p>
    <w:p>
      <w:r>
        <w:rPr>
          <w:b/>
        </w:rPr>
        <w:t xml:space="preserve">[35:34] </w:t>
      </w:r>
      <w:r>
        <w:t>aur kya yeh baat kafi nahi ke tera rab har cheez ka gawah hai? yeh surah aik makki surah hai.</w:t>
      </w:r>
    </w:p>
    <w:p>
      <w:pPr>
        <w:jc w:val="right"/>
      </w:pPr>
      <w:r>
        <w:t>اور کیا یہ بات کافی نہیں کہ تیرا رب ہر چیز کا گواہ ہے؟ یہ سورہ ایک مکی سورہ ہے۔</w:t>
      </w:r>
    </w:p>
    <w:p>
      <w:r>
        <w:rPr>
          <w:b/>
        </w:rPr>
        <w:t xml:space="preserve">[35:43] </w:t>
      </w:r>
      <w:r>
        <w:t>ghor karne se maloom hota hai ke quran ki is aayat mein kisi waqti soorat e haal ka zikr nahi, balke is mein deen e khodawandi ki poori tareekh ka aik ijmali bayan hai.</w:t>
      </w:r>
    </w:p>
    <w:p>
      <w:pPr>
        <w:jc w:val="right"/>
      </w:pPr>
      <w:r>
        <w:t>غور کرنے سے معلوم ہوتا ہے کہ قرآن کی اس آیت میں کسی وقتی صورتحال کا ذکر نہیں، بلکہ اس میں دین خداوندی کی پوری تاریخ کا ایک اجمالی بیان ہے۔</w:t>
      </w:r>
    </w:p>
    <w:p>
      <w:r>
        <w:rPr>
          <w:b/>
        </w:rPr>
        <w:t xml:space="preserve">[35:58] </w:t>
      </w:r>
      <w:r>
        <w:t>rasool aur ashaab e rasool ki deeni jahad kisi waqti nishani ke liye nahi thi, balke is ka maqsad yeh tha ke insani tareekh mein aik aisa amal ya process jaari kiya jaye jo Allah ke deen ke kamil izhaar ke hum ma'ani ban jaye.</w:t>
      </w:r>
    </w:p>
    <w:p>
      <w:pPr>
        <w:jc w:val="right"/>
      </w:pPr>
      <w:r>
        <w:t>رسول اور اصحاب رسول کی دینی جدوجہد کسی وقتی نشانی کے لیے نہیں تھی، بلکہ اس کا مقصد یہ تھا کہ انسانی تاریخ میں ایک ایسا عمل یا پروسیس جاری کیا جائے جو اللہ کے دین کے کامل اظہار کے ہم معنی بن جائے۔</w:t>
      </w:r>
    </w:p>
    <w:p>
      <w:r>
        <w:rPr>
          <w:b/>
        </w:rPr>
        <w:t xml:space="preserve">[36:17] </w:t>
      </w:r>
      <w:r>
        <w:t>quran mein bataya gaya hai ke peghambar e islam salallaho alaihe wasallam ki ba'sat ka maqsad yeh tha ke Allah ka deen tamam doosre deenon par ghalib ho jaye.</w:t>
      </w:r>
    </w:p>
    <w:p>
      <w:pPr>
        <w:jc w:val="right"/>
      </w:pPr>
      <w:r>
        <w:t>قرآن میں بتایا گیا ہے کہ پیغمبر اسلام صلی اللہ علیہ وسلم کی بعثت کا مقصد یہ تھا کہ اللہ کا دین تمام دوسرے دینوں پر غالب ہو جائے۔</w:t>
      </w:r>
    </w:p>
    <w:p>
      <w:r>
        <w:rPr>
          <w:b/>
        </w:rPr>
        <w:t xml:space="preserve">[36:30] </w:t>
      </w:r>
      <w:r>
        <w:t>tareekh batati hai ke rasool Allah ka laya hua deen saatveen sadi isvi mein shirk ke deen par ghalib aa gaya. rasool aur ashaab e rasool ki jahad se shirk ke deen ka dabdaba hamesha ke liye khatm ho gaya.</w:t>
      </w:r>
    </w:p>
    <w:p>
      <w:pPr>
        <w:jc w:val="right"/>
      </w:pPr>
      <w:r>
        <w:t>تاریخ بتاتی ہے کہ رسول اللہ کا لایا ہوا دین ساتویں صدی عیسوی میں شرک کے دین پر غالب آ گیا۔ رسول اور اصحاب رسول کی جدوجہد سے شرک کے دین کا دبدبہ ہمیشہ کے لیے ختم ہو گیا۔</w:t>
      </w:r>
    </w:p>
    <w:p>
      <w:r>
        <w:rPr>
          <w:b/>
        </w:rPr>
        <w:t xml:space="preserve">[36:47] </w:t>
      </w:r>
      <w:r>
        <w:t>ab agar kahin shirk ka deen baqi hai to woh kuch logon ke andar mahaz zaati aqeeday ki satah par baqi hai, ijtima'i ghalbay ki shakal mein kahin bhi shirk ka deen baqi nahi.</w:t>
      </w:r>
    </w:p>
    <w:p>
      <w:pPr>
        <w:jc w:val="right"/>
      </w:pPr>
      <w:r>
        <w:t>اب اگر کہیں شرک کا دین باقی ہے تو وہ کچھ لوگوں کے اندر محض ذاتی عقیدے کی سطح پر باقی ہے، اجتماعی غلبے کی شکل میں کہیں بھی شرک کا دین باقی نہیں۔</w:t>
      </w:r>
    </w:p>
    <w:p>
      <w:r>
        <w:rPr>
          <w:b/>
        </w:rPr>
        <w:t xml:space="preserve">[37:02] </w:t>
      </w:r>
      <w:r>
        <w:t>lekin baad ke zamane mein deen ilhad ya atheism wajood mein aaya. maujooda zamane mein yahi deen ilhad nazariyati aitbar se aik ghalib deen ki hesiyat rakhta hai.</w:t>
      </w:r>
    </w:p>
    <w:p>
      <w:pPr>
        <w:jc w:val="right"/>
      </w:pPr>
      <w:r>
        <w:t>لیکن بعد کے زمانے میں دین الحاد یا ایتھیزم وجود میں آیا۔ موجودہ زمانے میں یہی دین الحاد نظریاتی اعتبار سے ایک غالب دین کی حیثیت رکھتا ہے۔</w:t>
      </w:r>
    </w:p>
    <w:p>
      <w:r>
        <w:rPr>
          <w:b/>
        </w:rPr>
        <w:t xml:space="preserve">[37:19] </w:t>
      </w:r>
      <w:r>
        <w:t>yahi waqea hai jis ki bina par quran ki mazkoorah aayat mein mustaqbil ka sigha istemal kiya gaya hai. yani deen shirk ka khatma rasool aur ashaab e rasool ke zamane mein hua, aur deen ilhad ka khatma baad ke zamane mein hoga.</w:t>
      </w:r>
    </w:p>
    <w:p>
      <w:pPr>
        <w:jc w:val="right"/>
      </w:pPr>
      <w:r>
        <w:t>یہی واقعہ ہے جس کی بنا پر قرآن کی مذکورہ آیت میں مستقبل کا صیغہ استعمال کیا گیا ہے۔ یعنی دین شرک کا خاتمہ رسول اور اصحاب رسول کے زمانے میں ہوا، اور دین الحاد کا خاتمہ بعد کے زمانے میں ہوگا۔</w:t>
      </w:r>
    </w:p>
    <w:p>
      <w:r>
        <w:rPr>
          <w:b/>
        </w:rPr>
        <w:t xml:space="preserve">[37:38] </w:t>
      </w:r>
      <w:r>
        <w:t>quran mein izhaar e deen ko peghambar e islam ka nishana bataya gaya hai. ghor karne se maloom hota hai ke is nishane ki takmeel ke do daur hain.</w:t>
      </w:r>
    </w:p>
    <w:p>
      <w:pPr>
        <w:jc w:val="right"/>
      </w:pPr>
      <w:r>
        <w:t>قرآن میں اظہار دین کو پیغمبر اسلام کا نشانہ بتایا گیا ہے۔ غور کرنے سے معلوم ہوتا ہے کہ اس نشانے کی تکمیل کے دو دور ہیں۔</w:t>
      </w:r>
    </w:p>
    <w:p>
      <w:r>
        <w:rPr>
          <w:b/>
        </w:rPr>
        <w:t xml:space="preserve">[37:49] </w:t>
      </w:r>
      <w:r>
        <w:t>pehla daur rawayati daur, ya traditional age tha, jis ka itmam scientific inqilab se pehle waqe mein aaya.</w:t>
      </w:r>
    </w:p>
    <w:p>
      <w:pPr>
        <w:jc w:val="right"/>
      </w:pPr>
      <w:r>
        <w:t>پہلا دور روایتی دور، یا ٹریڈیشنل ایج تھا، جس کا اتمام سائنسی انقلاب سے پہلے وقوع میں آیا۔</w:t>
      </w:r>
    </w:p>
    <w:p>
      <w:r>
        <w:rPr>
          <w:b/>
        </w:rPr>
        <w:t xml:space="preserve">[38:02] </w:t>
      </w:r>
      <w:r>
        <w:t>is daur mein rasool aur ashaab e rasool ki jahad se aise halaat paida hue jis ke nateejay mein tareekh mein aik naya process shuru hua jo maujooda zamane mein scientific inqilab tak pohancha.</w:t>
      </w:r>
    </w:p>
    <w:p>
      <w:pPr>
        <w:jc w:val="right"/>
      </w:pPr>
      <w:r>
        <w:t>اس دور میں رسول اور اصحاب رسول کی جدوجہد سے ایسے حالات پیدا ہوئے جس کے نتیجے میں تاریخ میں ایک نیا پروسیس شروع ہوا جو موجودہ زمانے میں سائنسی انقلاب تک پہنچا۔</w:t>
      </w:r>
    </w:p>
    <w:p>
      <w:r>
        <w:rPr>
          <w:b/>
        </w:rPr>
        <w:t xml:space="preserve">[38:19] </w:t>
      </w:r>
      <w:r>
        <w:t>doosra daur afaq o anfus ki nishaniyon ki daryaft ke baad ka daur hai jo pichle char sau saal ke andar scientific inqilab ke zariye pesh aaya.</w:t>
      </w:r>
    </w:p>
    <w:p>
      <w:pPr>
        <w:jc w:val="right"/>
      </w:pPr>
      <w:r>
        <w:t>دوسرا دور افاق و انفس کی نشانیوں کی دریافت کے بعد کا دور ہے جو پچھلے چار سو سال کے اندر سائنسی انقلاب کے ذریعے پیش آیا۔</w:t>
      </w:r>
    </w:p>
    <w:p>
      <w:r>
        <w:rPr>
          <w:b/>
        </w:rPr>
        <w:t xml:space="preserve">[38:33] </w:t>
      </w:r>
      <w:r>
        <w:t>isi scientific inqilab ko quran mein afaq o anfus ki nishaniyon ke zahoor se ta'abeer kiya gaya hai. isi liye is doosre daur ko quran mein mustaqbil ke sighay mein bayan kiya gaya hai.</w:t>
      </w:r>
    </w:p>
    <w:p>
      <w:pPr>
        <w:jc w:val="right"/>
      </w:pPr>
      <w:r>
        <w:t>اسی سائنسی انقلاب کو قرآن میں افاق و انفس کی نشانیوں کے ظہور سے تعبیر کیا گیا ہے۔ اسی لیے اس دوسرے دور کو قرآن میں مستقبل کے صیغے میں بیان کیا گیا ہے۔</w:t>
      </w:r>
    </w:p>
    <w:p>
      <w:r>
        <w:rPr>
          <w:b/>
        </w:rPr>
        <w:t xml:space="preserve">[38:49] </w:t>
      </w:r>
      <w:r>
        <w:t>goya tabyeen e haq ke do daur hain. aik hai rawayati daur mein tabyeen e haq, aur doosra hai scientific daur mein tabyeen e haq.</w:t>
      </w:r>
    </w:p>
    <w:p>
      <w:pPr>
        <w:jc w:val="right"/>
      </w:pPr>
      <w:r>
        <w:t>گویا تبیین حق کے دو دور ہیں۔ ایک ہے روایتی دور میں تبیین حق، اور دوسرا ہے سائنسی دور میں تبیین حق۔</w:t>
      </w:r>
    </w:p>
    <w:p>
      <w:r>
        <w:rPr>
          <w:b/>
        </w:rPr>
        <w:t xml:space="preserve">[39:01] </w:t>
      </w:r>
      <w:r>
        <w:t>is doosre daur mein woh ilmi framework, ya scientific framework wajood mein aaya jis ko istemaal kar ke aala marifat haasil ki jaye aur deen ilhad ka nazari taur par khatma kar diya jaye.</w:t>
      </w:r>
    </w:p>
    <w:p>
      <w:pPr>
        <w:jc w:val="right"/>
      </w:pPr>
      <w:r>
        <w:t>اس دوسرے دور میں وہ علمی فریم ورک، یا سائنٹیفک فریم ورک وجود میں آیا جس کو استعمال کر کے اعلیٰ معرفت حاصل کی جائے اور دین الحاد کا نظری طور پر خاتمہ کر دیا جائے۔</w:t>
      </w:r>
    </w:p>
    <w:p>
      <w:r>
        <w:rPr>
          <w:b/>
        </w:rPr>
        <w:t xml:space="preserve">[39:17] </w:t>
      </w:r>
      <w:r>
        <w:t>tabyeen haq ke yeh wasail ikkeesween sadi mein aakhri taur par haasil ho chuke hain. ab yeh poori tarah mumkin ho gaya hai ke in naye imkanat ko istemaal kar ke deen ilhad ka nazari khatma kar diya jaye.</w:t>
      </w:r>
    </w:p>
    <w:p>
      <w:pPr>
        <w:jc w:val="right"/>
      </w:pPr>
      <w:r>
        <w:t>تبیین حق کے یہ وسائل اکیسویں صدی میں آخری طور پر حاصل ہو چکے ہیں۔ اب یہ پوری طرح ممکن ہو گیا ہے کہ ان نئے امکانات کو استعمال کر کے دین الحاد کا نظری خاتمہ کر دیا جائے۔</w:t>
      </w:r>
    </w:p>
    <w:p>
      <w:r>
        <w:rPr>
          <w:b/>
        </w:rPr>
        <w:t xml:space="preserve">[39:34] </w:t>
      </w:r>
      <w:r>
        <w:t>yahi woh daur hai jis ki khabar hadith mein shahadat-e-aazm ke alfaaz mein di gayi hai. hadith ke alfaaz yeh hain: "haza aazm al-nas shahadatan 'inda rabb al-'alameen".</w:t>
      </w:r>
    </w:p>
    <w:p>
      <w:pPr>
        <w:jc w:val="right"/>
      </w:pPr>
      <w:r>
        <w:t>یہی وہ دور ہے جس کی خبر حدیث میں شہادت اعظم کے الفاظ میں دی گئی ہے۔ حدیث کے الفاظ یہ ہیں: "ھذا اعظم الناس شہادتا عند رب العالمین"۔</w:t>
      </w:r>
    </w:p>
    <w:p>
      <w:r>
        <w:rPr>
          <w:b/>
        </w:rPr>
        <w:t xml:space="preserve">[39:49] </w:t>
      </w:r>
      <w:r>
        <w:t>sahih muslim, hadith number 2938. hadith mein baad ke zamane mein paida hone wale ek azeem fitne ka zikr kiya gaya hai.</w:t>
      </w:r>
    </w:p>
    <w:p>
      <w:pPr>
        <w:jc w:val="right"/>
      </w:pPr>
      <w:r>
        <w:t>صحیح مسلم، حدیث نمبر 2938۔ حدیث میں بعد کے زمانے میں پیدا ہونے والے ایک عظیم فتنے کا ذکر کیا گیا ہے۔</w:t>
      </w:r>
    </w:p>
    <w:p>
      <w:r>
        <w:rPr>
          <w:b/>
        </w:rPr>
        <w:t xml:space="preserve">[40:03] </w:t>
      </w:r>
      <w:r>
        <w:t>is ke liye hadith mein fitna duhaima, abu dawood, hadith number 4242 ke alfaaz istemaal kiye gaye hain. fitna duhaima ka matlab hai siyah fitna, ya black days.</w:t>
      </w:r>
    </w:p>
    <w:p>
      <w:pPr>
        <w:jc w:val="right"/>
      </w:pPr>
      <w:r>
        <w:t>اس کے لیے حدیث میں فتنہ دوہیمہ، ابو داؤد، حدیث نمبر 4242 کے الفاظ استعمال کیے گئے ہیں۔ فتنہ دوہیمہ کا مطلب ہے سیاہ فتنہ، یا بلیک ڈیز۔</w:t>
      </w:r>
    </w:p>
    <w:p>
      <w:r>
        <w:rPr>
          <w:b/>
        </w:rPr>
        <w:t xml:space="preserve">[40:18] </w:t>
      </w:r>
      <w:r>
        <w:t>yani aisa zamana jabke kuch dikhai na de, haq aur nah-haq ko alag kar ke dekhna namumkin ho jaye.</w:t>
      </w:r>
    </w:p>
    <w:p>
      <w:pPr>
        <w:jc w:val="right"/>
      </w:pPr>
      <w:r>
        <w:t>یعنی ایسا زمانہ جبکہ کچھ دکھائی نہ دے، حق اور ناحق کو الگ کر کے دیکھنا ناممکن ہو جائے۔</w:t>
      </w:r>
    </w:p>
    <w:p>
      <w:r>
        <w:rPr>
          <w:b/>
        </w:rPr>
        <w:t xml:space="preserve">[40:29] </w:t>
      </w:r>
      <w:r>
        <w:t>bazaahir aisa maloom hota hai ke yeh dono zamane ek saath aayenge. yani ek taraf scientific daryafton se woh mawaqe khulenge jabke deen ilhad ko maghloob kar ke islam ke doosre daur, ya tabyeen-e-saani ko mukammal kiya jaye.</w:t>
      </w:r>
    </w:p>
    <w:p>
      <w:pPr>
        <w:jc w:val="right"/>
      </w:pPr>
      <w:r>
        <w:t>بظاہر ایسا معلوم ہوتا ہے کہ یہ دونوں زمانے ایک ساتھ آئیں گے۔ یعنی ایک طرف سائنسی دریافتوں سے وہ مواقع کھلیں گے جبکہ دین الحاد کو مغلوب کر کے اسلام کے دوسرے دور، یا تبیین ثانی کو مکمل کیا جائے۔</w:t>
      </w:r>
    </w:p>
    <w:p>
      <w:r>
        <w:rPr>
          <w:b/>
        </w:rPr>
        <w:t xml:space="preserve">[40:47] </w:t>
      </w:r>
      <w:r>
        <w:t>lekin ain usi zamane mein ahl-e-baatil aise halaat paida kar denge jo roshan daur ko amalan tareek daur bana denge.</w:t>
      </w:r>
    </w:p>
    <w:p>
      <w:pPr>
        <w:jc w:val="right"/>
      </w:pPr>
      <w:r>
        <w:t>لیکن عین اسی زمانے میں اہل باطل ایسے حالات پیدا کر دیں گے جو روشن دور کو عملاً تاریک دور بنا دیں گے۔</w:t>
      </w:r>
    </w:p>
    <w:p>
      <w:r>
        <w:rPr>
          <w:b/>
        </w:rPr>
        <w:t xml:space="preserve">[40:58] </w:t>
      </w:r>
      <w:r>
        <w:t>logon ke liye sahih aur galat mein tameez karna mumkin na rahega. is bina par logon ke liye yeh mauqa na hoga ke woh paida shuda mawaqe ko istemaal kar ke haq ki tabyeen-e-saani ke amal ko mukammal karen.</w:t>
      </w:r>
    </w:p>
    <w:p>
      <w:pPr>
        <w:jc w:val="right"/>
      </w:pPr>
      <w:r>
        <w:t>لوگوں کے لیے صحیح اور غلط میں تمیز کرنا ممکن نہ رہے گا۔ اس بنا پر لوگوں کے لیے یہ موقع نہ ہوگا کہ وہ پیدا شدہ مواقع کو استعمال کر کے حق کی تبیین ثانی کے عمل کو مکمل کریں۔</w:t>
      </w:r>
    </w:p>
    <w:p>
      <w:r>
        <w:rPr>
          <w:b/>
        </w:rPr>
        <w:t xml:space="preserve">[41:14] </w:t>
      </w:r>
      <w:r>
        <w:t>ikkeesween sadi mein yeh fitna duhaima, ya tareek fitna, aakhri taur par zahir ho chuka hai. maujooda zamane mein musalmanon ke andar bazaahir beshumar sar-garmiyan jaari hain, magar haqeeqat ke aitbar se yeh sar-garmiyan andhere mein chhalang ke hum ma'ni hain.</w:t>
      </w:r>
    </w:p>
    <w:p>
      <w:pPr>
        <w:jc w:val="right"/>
      </w:pPr>
      <w:r>
        <w:t>اکیسویں صدی میں یہ فتنہ دوہیمہ، یا تاریک فتنہ، آخری طور پر ظاہر ہو چکا ہے۔ موجودہ زمانے میں مسلمانوں کے اندر بظاہر بے شمار سرگرمیاں جاری ہیں، مگر حقیقت کے اعتبار سے یہ سرگرمیاں اندھیرے میں چھلانگ کے ہم معنی ہیں۔</w:t>
      </w:r>
    </w:p>
    <w:p>
      <w:r>
        <w:rPr>
          <w:b/>
        </w:rPr>
        <w:t xml:space="preserve">[41:36] </w:t>
      </w:r>
      <w:r>
        <w:t>aisa maloom hota hai ke log is baat ko jante hain ke main musalman hoon, main ummat-e-muslima ka ek fard hoon, lekin un ko yeh nahi maloom ke woh jis zamane mein hain woh zamana kya hai.</w:t>
      </w:r>
    </w:p>
    <w:p>
      <w:pPr>
        <w:jc w:val="right"/>
      </w:pPr>
      <w:r>
        <w:t>ایسا معلوم ہوتا ہے کہ لوگ اس بات کو جانتے ہیں کہ میں مسلمان ہوں، میں امت مسلمہ کا ایک فرد ہوں، لیکن ان کو یہ نہیں معلوم کہ وہ جس زمانے میں ہیں وہ زمانہ کیا ہے۔</w:t>
      </w:r>
    </w:p>
    <w:p>
      <w:r>
        <w:rPr>
          <w:b/>
        </w:rPr>
        <w:t xml:space="preserve">[41:53] </w:t>
      </w:r>
      <w:r>
        <w:t>maujooda zamana apni haqeeqat ke aitbar se tabyeen-e-haq ka zamana hai. yani woh zamana jis mein imkani taur par sachai ko poori tarah khol diya gaya hai.</w:t>
      </w:r>
    </w:p>
    <w:p>
      <w:pPr>
        <w:jc w:val="right"/>
      </w:pPr>
      <w:r>
        <w:t>موجودہ زمانہ اپنی حقیقت کے اعتبار سے تبیین حق کا زمانہ ہے۔ یعنی وہ زمانہ جس میں امکانی طور پر سچائی کو پوری طرح کھول دیا گیا ہے۔</w:t>
      </w:r>
    </w:p>
    <w:p>
      <w:r>
        <w:rPr>
          <w:b/>
        </w:rPr>
        <w:t xml:space="preserve">[42:06] </w:t>
      </w:r>
      <w:r>
        <w:t>yeh maloom karna aakhri had tak mumkin ho gaya hai ke haq kya hai aur nah-haq kya hai. lekin logon ka haal yeh hai ke woh is tarah be-khabari ki halat mein pade hue hain jaise ke woh andhere mein bhatak rahe hon.</w:t>
      </w:r>
    </w:p>
    <w:p>
      <w:pPr>
        <w:jc w:val="right"/>
      </w:pPr>
      <w:r>
        <w:t>یہ معلوم کرنا آخری حد تک ممکن ہو گیا ہے کہ حق کیا ہے اور ناحق کیا ہے۔ لیکن لوگوں کا حال یہ ہے کہ وہ اس طرح بے خبری کی حالت میں پڑے ہوئے ہیں جیسے کہ وہ اندھیرے میں بھٹک رہے ہوں۔</w:t>
      </w:r>
    </w:p>
    <w:p>
      <w:r>
        <w:rPr>
          <w:b/>
        </w:rPr>
        <w:t xml:space="preserve">[42:24] </w:t>
      </w:r>
      <w:r>
        <w:t>ghaaliban yahi woh zamana hai jis ki hadith mein in alfaaz mein khabar di gayi hai ke is zamane mein al-a'immat al-mudhillun zahir honge.</w:t>
      </w:r>
    </w:p>
    <w:p>
      <w:pPr>
        <w:jc w:val="right"/>
      </w:pPr>
      <w:r>
        <w:t>غالباً یہی وہ زمانہ ہے جس کی حدیث میں ان الفاظ میں خبر دی گئی ہے کہ اس زمانے میں الائمۃ المذلون ظاہر ہوں گے۔</w:t>
      </w:r>
    </w:p>
    <w:p>
      <w:r>
        <w:rPr>
          <w:b/>
        </w:rPr>
        <w:t xml:space="preserve">[42:35] </w:t>
      </w:r>
      <w:r>
        <w:t>musnad ahmad, hadith number 27485. yani gumrah karne wale rehnuma.</w:t>
      </w:r>
    </w:p>
    <w:p>
      <w:pPr>
        <w:jc w:val="right"/>
      </w:pPr>
      <w:r>
        <w:t>مسند احمد، حدیث نمبر 27485۔ یعنی گمراہ کرنے والے رہنما۔</w:t>
      </w:r>
    </w:p>
    <w:p>
      <w:r>
        <w:rPr>
          <w:b/>
        </w:rPr>
        <w:t xml:space="preserve">[42:46] </w:t>
      </w:r>
      <w:r>
        <w:t>yeh gumrah karne wale log kaun honge? yeh woh log honge jo ummat ko galat nishane ki taraf dauda denge. is daur mein asal karne ka kaam to yeh hoga ke naye imkanat ko daryaft kar ke logon ko aala marifat par khada kiya jaye, magar woh yeh karenge ke ummat ko yeh batayenge ke sari duniya tumhari dushman hai, un se lado.</w:t>
      </w:r>
    </w:p>
    <w:p>
      <w:pPr>
        <w:jc w:val="right"/>
      </w:pPr>
      <w:r>
        <w:t>یہ گمراہ کرنے والے لوگ کون ہوں گے؟ یہ وہ لوگ ہوں گے جو امت کو غلط نشانے کی طرف دوڑا دیں گے۔ اس دور میں اصل کرنے کا کام تو یہ ہوگا کہ نئے امکانات کو دریافت کر کے لوگوں کو اعلیٰ معرفت پر کھڑا کیا جائے، مگر وہ یہ کریں گے کہ امت کو یہ بتائیں گے کہ ساری دنیا تمہاری دشمن ہے، ان سے لڑو۔</w:t>
      </w:r>
    </w:p>
    <w:p>
      <w:r>
        <w:rPr>
          <w:b/>
        </w:rPr>
        <w:t xml:space="preserve">[43:12] </w:t>
      </w:r>
      <w:r>
        <w:t>is tarah woh ummat ko manfi soch ka karkhana bana denge. kuch log ummat ko farzi fakhr, ya false pride par khada karenge.</w:t>
      </w:r>
    </w:p>
    <w:p>
      <w:pPr>
        <w:jc w:val="right"/>
      </w:pPr>
      <w:r>
        <w:t>اس طرح وہ امت کو منفی سوچ کا کارخانہ بنا دیں گے۔ کچھ لوگ امت کو فرضی فخر، یا فالس پرائیڈ پر کھڑا کریں گے۔</w:t>
      </w:r>
    </w:p>
    <w:p>
      <w:r>
        <w:rPr>
          <w:b/>
        </w:rPr>
        <w:t xml:space="preserve">[43:23] </w:t>
      </w:r>
      <w:r>
        <w:t>qadeem yahood ke andar bigaad ke daur mein ek culture paida hua jis ko jewish supremacism kaha jata hai, yani yahoodi bartari ka tasawwur.</w:t>
      </w:r>
    </w:p>
    <w:p>
      <w:pPr>
        <w:jc w:val="right"/>
      </w:pPr>
      <w:r>
        <w:t>قدیم یہود کے اندر بگاڑ کے دور میں ایک کلچر پیدا ہوا جس کو جوئش سپریمسزم کہا جاتا ہے، یعنی یہودی برتری کا تصور۔</w:t>
      </w:r>
    </w:p>
    <w:p>
      <w:r>
        <w:rPr>
          <w:b/>
        </w:rPr>
        <w:t xml:space="preserve">[43:34] </w:t>
      </w:r>
      <w:r>
        <w:t>yeh log ummat ke afraad mein muslim bartari, ya muslim supremacism ka culture jaari kar denge. woh musalmanon ko farzi fakhr ki ghiza denge jis se log waqti taur par khush ho jayen, lekin unhein deen-e-khudawandi ke ahya ka koi sakht nishana nahi milega.</w:t>
      </w:r>
    </w:p>
    <w:p>
      <w:pPr>
        <w:jc w:val="right"/>
      </w:pPr>
      <w:r>
        <w:t>یہ لوگ امت کے افراد میں مسلم برتری، یا مسلم سپریمسزم کا کلچر جاری کر دیں گے۔ وہ مسلمانوں کو فرضی فخر کی غذا دیں گے جس سے لوگ وقتی طور پر خوش ہو جائیں، لیکن انہیں دین خداوندی کے احیاء کا کوئی مثبت نشانہ نہیں ملے گا۔</w:t>
      </w:r>
    </w:p>
    <w:p>
      <w:r>
        <w:rPr>
          <w:b/>
        </w:rPr>
        <w:t xml:space="preserve">[43:54] </w:t>
      </w:r>
      <w:r>
        <w:t>kuch log musalmanon ko yeh sabak denge ke tumhara kaam yeh hai ke tum sari duniya mein islam ki azmat ka jhanda lehrao.</w:t>
      </w:r>
    </w:p>
    <w:p>
      <w:pPr>
        <w:jc w:val="right"/>
      </w:pPr>
      <w:r>
        <w:t>کچھ لوگ مسلمانوں کو یہ سبق دیں گے کہ تمہارا کام یہ ہے کہ تم ساری دنیا میں اسلام کی عظمت کا جھنڈا لہراؤ۔</w:t>
      </w:r>
    </w:p>
    <w:p>
      <w:r>
        <w:rPr>
          <w:b/>
        </w:rPr>
        <w:t xml:space="preserve">[44:03] </w:t>
      </w:r>
      <w:r>
        <w:t>is tarah woh musalmanon ke andar ek aisa zehan paida kar denge jo apne ailan ke aitbar se to islami zehan hoga, lekin apne nateeje ke aitbar se sirf takhreebi zehan.</w:t>
      </w:r>
    </w:p>
    <w:p>
      <w:pPr>
        <w:jc w:val="right"/>
      </w:pPr>
      <w:r>
        <w:t>اس طرح وہ مسلمانوں کے اندر ایک ایسا ذہن پیدا کر دیں گے جو اپنے اعلان کے اعتبار سے تو اسلامی ذہن ہوگا، لیکن اپنے نتیجے کے اعتبار سے صرف تخریبی ذہن۔</w:t>
      </w:r>
    </w:p>
    <w:p>
      <w:r>
        <w:rPr>
          <w:b/>
        </w:rPr>
        <w:t xml:space="preserve">[44:18] </w:t>
      </w:r>
      <w:r>
        <w:t>ek hadith-e-rasool in alfaaz mein aayi hai: "bada al-islam ghariban wa sa'ood kama bada ghariban fa-tuba lil-ghuraba".</w:t>
      </w:r>
    </w:p>
    <w:p>
      <w:pPr>
        <w:jc w:val="right"/>
      </w:pPr>
      <w:r>
        <w:t>ایک حدیث رسول ان الفاظ میں آئی ہے: "بدا الاسلام غریباً وسیعود کما بدا غریباً فتوباً للغرباء"۔</w:t>
      </w:r>
    </w:p>
    <w:p>
      <w:r>
        <w:rPr>
          <w:b/>
        </w:rPr>
        <w:t xml:space="preserve">[44:31] </w:t>
      </w:r>
      <w:r>
        <w:t>sahih muslim, hadith number 145. yani islam shuru hua to woh ajnabi tha aur dobara woh ajnabi ho jayega, to mubarak hain aise ajnabi log.</w:t>
      </w:r>
    </w:p>
    <w:p>
      <w:pPr>
        <w:jc w:val="right"/>
      </w:pPr>
      <w:r>
        <w:t>صحیح مسلم، حدیث نمبر 145۔ یعنی اسلام شروع ہوا تو وہ اجنبی تھا اور دوبارہ وہ اجنبی ہو جائے گا، تو مبارک ہیں ایسے اجنبی لوگ۔</w:t>
      </w:r>
    </w:p>
    <w:p>
      <w:r>
        <w:rPr>
          <w:b/>
        </w:rPr>
        <w:t xml:space="preserve">[44:46] </w:t>
      </w:r>
      <w:r>
        <w:t>is hadith ka matlab yeh nahi hai ke baad ke zamane mein koi daur aisa aayega jabke islam ka wajood baqi na rahe. islam ke ajnabi ho jane ka matlab yeh hai ke islam ke asal model ka logon ke liye ajnabi ho jana.</w:t>
      </w:r>
    </w:p>
    <w:p>
      <w:pPr>
        <w:jc w:val="right"/>
      </w:pPr>
      <w:r>
        <w:t>اس حدیث کا مطلب یہ نہیں ہے کہ بعد کے زمانے میں کوئی دور ایسا آئے گا جبکہ اسلام کا وجود باقی نہ رہے۔ اسلام کے اجنبی ہو جانے کا مطلب یہ ہے کہ اسلام کے اصل ماڈل کا لوگوں کے لیے اجنبی ہو جانا۔</w:t>
      </w:r>
    </w:p>
    <w:p>
      <w:r>
        <w:rPr>
          <w:b/>
        </w:rPr>
        <w:t xml:space="preserve">[45:04] </w:t>
      </w:r>
      <w:r>
        <w:t>yani is daur mein islam bazaahir poori tarah maujood hoga, lekin islam ki asal spirit baqi na rahegi.</w:t>
      </w:r>
    </w:p>
    <w:p>
      <w:pPr>
        <w:jc w:val="right"/>
      </w:pPr>
      <w:r>
        <w:t>یعنی اس دور میں اسلام بظاہر پوری طرح موجود ہوگا، لیکن اسلام کی اصل سپرٹ باقی نہ رہے گی۔</w:t>
      </w:r>
    </w:p>
    <w:p>
      <w:r>
        <w:rPr>
          <w:b/>
        </w:rPr>
        <w:t xml:space="preserve">[45:14] </w:t>
      </w:r>
      <w:r>
        <w:t>is zamane mein islam apni spirit ke aitbar se mafqood hoga, na ke apni shakal ke aitbar se. ghaliban is hadith ka ek matlab yeh hai ke baad ke daur mein log deen ke khud sakhta model ko le kar sar garam ho jayenge.</w:t>
      </w:r>
    </w:p>
    <w:p>
      <w:pPr>
        <w:jc w:val="right"/>
      </w:pPr>
      <w:r>
        <w:t>اس زمانے میں اسلام اپنی سپرٹ کے اعتبار سے مفقود ہوگا، نہ کہ اپنی شکل کے اعتبار سے۔ غالباً اس حدیث کا ایک مطلب یہ ہے کہ بعد کے دور میں لوگ دین کے خود ساختہ ماڈل کو لے کر سرگرم ہو جائیں گے۔</w:t>
      </w:r>
    </w:p>
    <w:p>
      <w:r>
        <w:rPr>
          <w:b/>
        </w:rPr>
        <w:t xml:space="preserve">[45:31] </w:t>
      </w:r>
      <w:r>
        <w:t>Is liye aisi halat mein jab un ke samnay deen ka asal model pesh kiya jaye ga to</w:t>
      </w:r>
    </w:p>
    <w:p>
      <w:pPr>
        <w:jc w:val="right"/>
      </w:pPr>
      <w:r>
        <w:t>اس لیے ایسی حالت میں جب ان کے سامنے دین کا اصل ماڈل پیش کیا جائے گا تو</w:t>
      </w:r>
    </w:p>
    <w:p>
      <w:r>
        <w:rPr>
          <w:b/>
        </w:rPr>
        <w:t xml:space="preserve">[45:37] </w:t>
      </w:r>
      <w:r>
        <w:t>woh un ko ajnabi maloom hoga.</w:t>
      </w:r>
    </w:p>
    <w:p>
      <w:pPr>
        <w:jc w:val="right"/>
      </w:pPr>
      <w:r>
        <w:t>وہ ان کو اجنبی معلوم ہوگا۔</w:t>
      </w:r>
    </w:p>
    <w:p>
      <w:r>
        <w:rPr>
          <w:b/>
        </w:rPr>
        <w:t xml:space="preserve">[45:40] </w:t>
      </w:r>
      <w:r>
        <w:t>Us waqt jo log ajnabiyat ke parde ko phaar kar Islam ke asal model ko pehchanain aur poori</w:t>
      </w:r>
    </w:p>
    <w:p>
      <w:pPr>
        <w:jc w:val="right"/>
      </w:pPr>
      <w:r>
        <w:t>اس وقت جو لوگ اجنبیت کے پردے کو پھاڑ کر اسلام کے اصل ماڈل کو پہچانیں اور پوری</w:t>
      </w:r>
    </w:p>
    <w:p>
      <w:r>
        <w:rPr>
          <w:b/>
        </w:rPr>
        <w:t xml:space="preserve">[45:48] </w:t>
      </w:r>
      <w:r>
        <w:t>tarah is ka sath dain, woh Allah ke nazdeek qabil mubarakbad log hon gay.</w:t>
      </w:r>
    </w:p>
    <w:p>
      <w:pPr>
        <w:jc w:val="right"/>
      </w:pPr>
      <w:r>
        <w:t>طرح اس کا ساتھ دیں، وہ اللہ کے نزدیک قابل مبارکباد لوگ ہوں گے۔</w:t>
      </w:r>
    </w:p>
    <w:p>
      <w:r>
        <w:rPr>
          <w:b/>
        </w:rPr>
        <w:t xml:space="preserve">[46:04] </w:t>
      </w:r>
      <w:r>
        <w:t>deen, taeed deen. deen ka kaam karne ki do satahien hain. ek hai barah-e-rast aur amdan deen ka kaam karna.</w:t>
      </w:r>
    </w:p>
    <w:p>
      <w:pPr>
        <w:jc w:val="right"/>
      </w:pPr>
      <w:r>
        <w:t>دین، تائید دین۔ دین کا کام کرنے کی دو سطحیں ہیں۔ ایک ہے براہ راست اور امدن دین کا کام کرنا۔</w:t>
      </w:r>
    </w:p>
    <w:p>
      <w:r>
        <w:rPr>
          <w:b/>
        </w:rPr>
        <w:t xml:space="preserve">[46:16] </w:t>
      </w:r>
      <w:r>
        <w:t>aur dosra yeh hai ke aadmi ka irada kuch aur ho, lekin woh aisa kaam kare jo bil-wasta taur par deen ke liye taeed ya support faraham karne wala ho.</w:t>
      </w:r>
    </w:p>
    <w:p>
      <w:pPr>
        <w:jc w:val="right"/>
      </w:pPr>
      <w:r>
        <w:t>اور دوسرا یہ ہے کہ آدمی کا ارادہ کچھ اور ہو، لیکن وہ ایسا کام کرے جو بالواسطہ طور پر دین کے لیے تائید یا سپورٹ فراہم کرنے والا ہو۔</w:t>
      </w:r>
    </w:p>
    <w:p>
      <w:r>
        <w:rPr>
          <w:b/>
        </w:rPr>
        <w:t xml:space="preserve">[46:29] </w:t>
      </w:r>
      <w:r>
        <w:t>is silsile mein ek hadith rasool aayi hai. is ka tarjuma yeh hai: "Allah zaroor is deen ki taeed fajar insan ke zariye karega".</w:t>
      </w:r>
    </w:p>
    <w:p>
      <w:pPr>
        <w:jc w:val="right"/>
      </w:pPr>
      <w:r>
        <w:t>اس سلسلے میں ایک حدیث رسول آئی ہے۔ اس کا ترجمہ یہ ہے: "اللہ ضرور اس دین کی تائید فاجر انسان کے ذریعے کرے گا"۔</w:t>
      </w:r>
    </w:p>
    <w:p>
      <w:r>
        <w:rPr>
          <w:b/>
        </w:rPr>
        <w:t xml:space="preserve">[46:39] </w:t>
      </w:r>
      <w:r>
        <w:t>sahih bukhari. is hadith rasool mein fajar ka lafz aaya hai. fajar ka matlab bad amal ya wicked aadmi hai.</w:t>
      </w:r>
    </w:p>
    <w:p>
      <w:pPr>
        <w:jc w:val="right"/>
      </w:pPr>
      <w:r>
        <w:t>صحیح بخاری۔ اس حدیث رسول میں فاجر کا لفظ آیا ہے۔ فاجر کا مطلب بد عمل یا وکڈ آدمی ہے۔</w:t>
      </w:r>
    </w:p>
    <w:p>
      <w:r>
        <w:rPr>
          <w:b/>
        </w:rPr>
        <w:t xml:space="preserve">[46:51] </w:t>
      </w:r>
      <w:r>
        <w:t>yani shariat ki zaban mein gunahgar aadmi. yahan yeh sawal hai ke koi shakhs jo zaati aitbar se ek gunahgar aadmi ho, woh kaise deen ke liye muawin ya supporter ban sakta hai?</w:t>
      </w:r>
    </w:p>
    <w:p>
      <w:pPr>
        <w:jc w:val="right"/>
      </w:pPr>
      <w:r>
        <w:t>یعنی شریعت کی زبان میں گناہ گار آدمی۔ یہاں یہ سوال ہے کہ کوئی شخص جو ذاتی اعتبار سے ایک گناہ گار آدمی ہو، وہ کیسے دین کے لیے معین یا سپورٹر بن سکتا ہے؟</w:t>
      </w:r>
    </w:p>
    <w:p>
      <w:r>
        <w:rPr>
          <w:b/>
        </w:rPr>
        <w:t xml:space="preserve">[47:07] </w:t>
      </w:r>
      <w:r>
        <w:t>yeh waqia bil-wasta andaaz mein hota hai. is ki ek misal stephen hawking hai. stephen hawking na muslim tha aur na shariat ka pairu.</w:t>
      </w:r>
    </w:p>
    <w:p>
      <w:pPr>
        <w:jc w:val="right"/>
      </w:pPr>
      <w:r>
        <w:t>یہ واقعہ بالواسطہ انداز میں ہوتا ہے۔ اس کی ایک مثال سٹیفن ہاکنگ ہے۔ سٹیفن ہاکنگ نہ مسلم تھا اور نہ شریعت کا پیرو۔</w:t>
      </w:r>
    </w:p>
    <w:p>
      <w:r>
        <w:rPr>
          <w:b/>
        </w:rPr>
        <w:t xml:space="preserve">[47:20] </w:t>
      </w:r>
      <w:r>
        <w:t>us ko ek secular aadmi kaha ja sakta hai. albata us ne ek aisa kaam kiya jo deen islam ke aqeeda tauheed ke liye ek madadgar buniyad, ya supporting base ki hesiyat rakhta hai.</w:t>
      </w:r>
    </w:p>
    <w:p>
      <w:pPr>
        <w:jc w:val="right"/>
      </w:pPr>
      <w:r>
        <w:t>اس کو ایک سیکولر آدمی کہا جا سکتا ہے۔ البتہ اس نے ایک ایسا کام کیا جو دین اسلام کے عقیدہ توحید کے لیے ایک مددگار بنیاد، یا سپورٹنگ بیس کی حیثیت رکھتا ہے۔</w:t>
      </w:r>
    </w:p>
    <w:p>
      <w:r>
        <w:rPr>
          <w:b/>
        </w:rPr>
        <w:t xml:space="preserve">[47:36] </w:t>
      </w:r>
      <w:r>
        <w:t>stephen hawking se pehle newton ne yeh bataya tha ke kainat ko char taqatein control karti hain: quwwat-e-kashish, gravitational force.</w:t>
      </w:r>
    </w:p>
    <w:p>
      <w:pPr>
        <w:jc w:val="right"/>
      </w:pPr>
      <w:r>
        <w:t>سٹیفن ہاکنگ سے پہلے نیوٹن نے یہ بتایا تھا کہ کائنات کو چار طاقتیں کنٹرول کرتی ہیں: قوت کشش، گریویٹیشنل فورس۔</w:t>
      </w:r>
    </w:p>
    <w:p>
      <w:r>
        <w:rPr>
          <w:b/>
        </w:rPr>
        <w:t xml:space="preserve">[47:46] </w:t>
      </w:r>
      <w:r>
        <w:t>number do, barqi maqnateesi quwwat, electromagnetic force. number teen, taqatwar nuclear quwwat, strong nuclear force.</w:t>
      </w:r>
    </w:p>
    <w:p>
      <w:pPr>
        <w:jc w:val="right"/>
      </w:pPr>
      <w:r>
        <w:t>نمبر دو، برقی مقناطیسی قوت، الیکٹرومیگنیٹک فورس۔ نمبر تین، طاقتور نیوکلیئر قوت، سٹرانگ نیوکلیئر فورس۔</w:t>
      </w:r>
    </w:p>
    <w:p>
      <w:r>
        <w:rPr>
          <w:b/>
        </w:rPr>
        <w:t xml:space="preserve">[47:57] </w:t>
      </w:r>
      <w:r>
        <w:t>number char, kamzor nuclear quwwat, weak nuclear force. is nazariye par kaam hota raha yahan tak ke stephen hawking ne riyaziati taur par yeh bataya ke yeh taqatein char nahin hain, sirf ek hai.</w:t>
      </w:r>
    </w:p>
    <w:p>
      <w:pPr>
        <w:jc w:val="right"/>
      </w:pPr>
      <w:r>
        <w:t>نمبر چار، کمزور نیوکلیئر قوت، ویک نیوکلیئر فورس۔ اس نظریے پر کام ہوتا رہا یہاں تک کہ سٹیفن ہاکنگ نے ریاضیاتی طور پر یہ بتایا کہ یہ طاقتیں چار نہیں ہیں، صرف ایک ہے۔</w:t>
      </w:r>
    </w:p>
    <w:p>
      <w:r>
        <w:rPr>
          <w:b/>
        </w:rPr>
        <w:t xml:space="preserve">[48:14] </w:t>
      </w:r>
      <w:r>
        <w:t>us ko us ne single string theory ka naam diya. is tehqeeq par ghor kiya jaye to maloom hoga ke yeh sainsi nazariya islam ke tasawwur tauheed ke liye ek nazariyati taeed, ya ideological support ki hesiyat rakhta hai.</w:t>
      </w:r>
    </w:p>
    <w:p>
      <w:pPr>
        <w:jc w:val="right"/>
      </w:pPr>
      <w:r>
        <w:t>اس کو اس نے سنگل سٹرنگ تھیوری کا نام دیا۔ اس تحقیق پر غور کیا جائے تو معلوم ہوگا کہ یہ سائنسی نظریہ اسلام کے تصور توحید کے لیے ایک نظریاتی تائید، یا آئیڈیالوجیکل سپورٹ کی حیثیت رکھتا ہے۔</w:t>
      </w:r>
    </w:p>
    <w:p>
      <w:r>
        <w:rPr>
          <w:b/>
        </w:rPr>
        <w:t xml:space="preserve">[48:32] </w:t>
      </w:r>
      <w:r>
        <w:t>stephen hawking ki tehqeeq ka yeh pehlu bilashuba hadith ki zaban mein bil-wasta deen ki ek sainsi taeed ki hesiyat rakhta hai.</w:t>
      </w:r>
    </w:p>
    <w:p>
      <w:pPr>
        <w:jc w:val="right"/>
      </w:pPr>
      <w:r>
        <w:t>سٹیفن ہاکنگ کی تحقیق کا یہ پہلو بلاشبہ حدیث کی زبان میں بالواسطہ دین کی ایک سائنسی تائید کی حیثیت رکھتا ہے۔</w:t>
      </w:r>
    </w:p>
    <w:p>
      <w:r>
        <w:rPr>
          <w:b/>
        </w:rPr>
        <w:t xml:space="preserve">[48:53] </w:t>
      </w:r>
      <w:r>
        <w:t>sabak ka pehlu. raqim ul huroof ka ek article nai dilli ke angrezi akhbar the times of india 16 march 2018 mein shaya hua.</w:t>
      </w:r>
    </w:p>
    <w:p>
      <w:pPr>
        <w:jc w:val="right"/>
      </w:pPr>
      <w:r>
        <w:t>سبق کا پہلو۔ راقم الحروف کا ایک آرٹیکل نئی دہلی کے انگریزی اخبار دی ٹائمز آف انڈیا 16 مارچ 2018 میں شائع ہوا۔</w:t>
      </w:r>
    </w:p>
    <w:p>
      <w:r>
        <w:rPr>
          <w:b/>
        </w:rPr>
        <w:t xml:space="preserve">[49:06] </w:t>
      </w:r>
      <w:r>
        <w:t>us ka unwan hai: "the hawking effect: triumph of human spirit". yeh article british scientist stephen hawking ke bare mein hai jis ki faut 14 march 2018 ko 76 saal ki umar mein ho gayi.</w:t>
      </w:r>
    </w:p>
    <w:p>
      <w:pPr>
        <w:jc w:val="right"/>
      </w:pPr>
      <w:r>
        <w:t>اس کا عنوان ہے: "دی ہاکنگ ایفیکٹ: ٹرائمپ آف ہیومن سپرٹ"۔ یہ آرٹیکل برٹش سائنسدان سٹیفن ہاکنگ کے بارے میں ہے جس کی وفات 14 مارچ 2018 کو 76 سال کی عمر میں ہو گئی۔</w:t>
      </w:r>
    </w:p>
    <w:p>
      <w:r>
        <w:rPr>
          <w:b/>
        </w:rPr>
        <w:t xml:space="preserve">[49:24] </w:t>
      </w:r>
      <w:r>
        <w:t>is mazmoon par tabsarah karte hue ek arab aalim ne kaha: "هل يناسب هذا الكلام</w:t>
      </w:r>
    </w:p>
    <w:p>
      <w:pPr>
        <w:jc w:val="right"/>
      </w:pPr>
      <w:r>
        <w:t>اس مضمون پر تبصرہ کرتے ہوئے ایک عرب عالم نے کہا: "هل يناسب هذا الكلام</w:t>
      </w:r>
    </w:p>
    <w:p>
      <w:r>
        <w:rPr>
          <w:b/>
        </w:rPr>
        <w:t xml:space="preserve">[49:37] </w:t>
      </w:r>
      <w:r>
        <w:t>أن أحداً أكبر دعاة الإلحاد ومحاربة الله في هذا العصر؟" yani kya is tarah ka kalam us aadmi ke bare mein munasib hai jo maujooda zamane mein ilhad ka ek bada daai aur Khuda ke wajood ka mukhalif hai?</w:t>
      </w:r>
    </w:p>
    <w:p>
      <w:pPr>
        <w:jc w:val="right"/>
      </w:pPr>
      <w:r>
        <w:t>أن أحداً أكبر دعاة الإلحاد ومحاربة الله في هذا العصر؟" یعنی کیا اس طرح کا کلام اس آدمی کے بارے میں مناسب ہے جو موجودہ زمانے میں الحاد کا ایک بڑا داعی اور خدا کے وجود کا مخالف ہے؟</w:t>
      </w:r>
    </w:p>
    <w:p>
      <w:r>
        <w:rPr>
          <w:b/>
        </w:rPr>
        <w:t xml:space="preserve">[50:00] </w:t>
      </w:r>
      <w:r>
        <w:t>mere article ke bare mein yeh tabsarah ek ghair waqai tabsarah hai. raqim ul huroof ka yeh mazmoon internet par maujood hai.</w:t>
      </w:r>
    </w:p>
    <w:p>
      <w:pPr>
        <w:jc w:val="right"/>
      </w:pPr>
      <w:r>
        <w:t>میرے آرٹیکل کے بارے میں یہ تبصرہ ایک غیر واقعی تبصرہ ہے۔ راقم الحروف کا یہ مضمون انٹرنیٹ پر موجود ہے۔</w:t>
      </w:r>
    </w:p>
    <w:p>
      <w:r>
        <w:rPr>
          <w:b/>
        </w:rPr>
        <w:t xml:space="preserve">[50:09] </w:t>
      </w:r>
      <w:r>
        <w:t>koi bhi shakhs mazkoora unwan ke tehat is article ko parh sakta hai. is article ka koi talluq stephen hawking ki madah ya zamm se nahin hai, balke us ki zindagi ke do pehluon ko saada taur par bayan kiya gaya hai jin se sabak milta hai.</w:t>
      </w:r>
    </w:p>
    <w:p>
      <w:pPr>
        <w:jc w:val="right"/>
      </w:pPr>
      <w:r>
        <w:t>کوئی بھی شخص مذکورہ عنوان کے تحت اس آرٹیکل کو پڑھ سکتا ہے۔ اس آرٹیکل کا کوئی تعلق سٹیفن ہاکنگ کی مدح یا ضم سے نہیں ہے، بلکہ اس کی زندگی کے دو پہلوؤں کو سادہ طور پر بیان کیا گیا ہے جن سے سبق ملتا ہے۔</w:t>
      </w:r>
    </w:p>
    <w:p>
      <w:r>
        <w:rPr>
          <w:b/>
        </w:rPr>
        <w:t xml:space="preserve">[50:30] </w:t>
      </w:r>
      <w:r>
        <w:t>un mein se ek yeh hai ke is dunya mein yeh mumkin hai ke ma'zoor shakhs bhi ek bada kaam karay. aur dosra yeh hai ke kainat mein mukammal ham-aahangi pai jati hai, is liye yahan wahid control ka nizam hona chahiye.</w:t>
      </w:r>
    </w:p>
    <w:p>
      <w:pPr>
        <w:jc w:val="right"/>
      </w:pPr>
      <w:r>
        <w:t>ان میں سے ایک یہ ہے کہ اس دنیا میں یہ ممکن ہے کہ معذور شخص بھی ایک بڑا کام کرے۔ اور دوسرا یہ ہے کہ کائنات میں مکمل ہم آہنگی پائی جاتی ہے، اس لیے یہاں واحد کنٹرول کا نظام ہونا چاہیے۔</w:t>
      </w:r>
    </w:p>
    <w:p>
      <w:r>
        <w:rPr>
          <w:b/>
        </w:rPr>
        <w:t xml:space="preserve">[50:47] </w:t>
      </w:r>
      <w:r>
        <w:t>stephen hawking ne is par kaam kiya hai aur us ko ilmi dunya mein single string theory ke naam se jana jata hai. single string theory ba-aitbar haqeeqat tauheed ki sainsi tasdeeq ke hum-ma'ni hai.</w:t>
      </w:r>
    </w:p>
    <w:p>
      <w:pPr>
        <w:jc w:val="right"/>
      </w:pPr>
      <w:r>
        <w:t>سٹیفن ہاکنگ نے اس پر کام کیا ہے اور اس کو علمی دنیا میں سنگل سٹرنگ تھیوری کے نام سے جانا جاتا ہے۔ سنگل سٹرنگ تھیوری بااعتبار حقیقت توحید کی سائنسی تصدیق کے ہم معنی ہے۔</w:t>
      </w:r>
    </w:p>
    <w:p>
      <w:r>
        <w:rPr>
          <w:b/>
        </w:rPr>
        <w:t xml:space="preserve">[51:03] </w:t>
      </w:r>
      <w:r>
        <w:t>quran se maloom hota hai ke sabak ke liye kisi bhi cheez ka hawala diya ja sakta hai. jahan sabak ka pehlu ho, wahan baat ko matloob sabak ke aitbar se dekha jayega.</w:t>
      </w:r>
    </w:p>
    <w:p>
      <w:pPr>
        <w:jc w:val="right"/>
      </w:pPr>
      <w:r>
        <w:t>قرآن سے معلوم ہوتا ہے کہ سبق کے لیے کسی بھی چیز کا حوالہ دیا جا سکتا ہے۔ جہاں سبق کا پہلو ہو، وہاں بات کو مطلوب سبق کے اعتبار سے دیکھا جائے گا۔</w:t>
      </w:r>
    </w:p>
    <w:p>
      <w:r>
        <w:rPr>
          <w:b/>
        </w:rPr>
        <w:t xml:space="preserve">[51:17] </w:t>
      </w:r>
      <w:r>
        <w:t>baat ka koi aur pehlu wahan hadaf ho jayega. is usool ko quran ki mazkoora ayat ke mutale se maloom kiya ja sakta hai.</w:t>
      </w:r>
    </w:p>
    <w:p>
      <w:pPr>
        <w:jc w:val="right"/>
      </w:pPr>
      <w:r>
        <w:t>بات کا کوئی اور پہلو وہاں حذف ہو جائے گا۔ اس اصول کو قرآن کی مذکورہ آیت کے مطالعے سے معلوم کیا جا سکتا ہے۔</w:t>
      </w:r>
    </w:p>
    <w:p>
      <w:r>
        <w:rPr>
          <w:b/>
        </w:rPr>
        <w:t xml:space="preserve">[51:37] </w:t>
      </w:r>
      <w:r>
        <w:t>fiqh al-aqalliyat.</w:t>
      </w:r>
    </w:p>
    <w:p>
      <w:pPr>
        <w:jc w:val="right"/>
      </w:pPr>
      <w:r>
        <w:t>فقہ الاقلیات۔</w:t>
      </w:r>
    </w:p>
    <w:p>
      <w:r>
        <w:rPr>
          <w:b/>
        </w:rPr>
        <w:t xml:space="preserve">[51:42] </w:t>
      </w:r>
      <w:r>
        <w:t>maujooda zamanay mein muslim rehnumaon ne aik nai istilaah ijaad ki hai jis ko fiqh al-aqliyat kaha jata hai.</w:t>
      </w:r>
    </w:p>
    <w:p>
      <w:pPr>
        <w:jc w:val="right"/>
      </w:pPr>
      <w:r>
        <w:t>موجودہ زمانے میں مسلم رہنماؤں نے ایک نئی اصطلاح ایجاد کی ہے جس کو فقہ الاقلیات کہا جاتا ہے۔</w:t>
      </w:r>
    </w:p>
    <w:p>
      <w:r>
        <w:rPr>
          <w:b/>
        </w:rPr>
        <w:t xml:space="preserve">[51:52] </w:t>
      </w:r>
      <w:r>
        <w:t>fiqh al-aqliyat ki tareef yeh ki jati hai: al-ahkam al-fiqhiyya al-muta'alliqa bil-muslim alladhi ya'eeshu kharij bilad al-islam yani woh fiqhi ahkam jo us muslim se mutalliq hain jo islami mumalik se bahar rehta hai.</w:t>
      </w:r>
    </w:p>
    <w:p>
      <w:pPr>
        <w:jc w:val="right"/>
      </w:pPr>
      <w:r>
        <w:t>فقہ الاقلیات کی تعریف یہ کی جاتی ہے: الأحكام الفقهية المتعلقة بالمسلم الذي يعيش خارج بلاد الإسلام یعنی وہ فقہی احکام جو اس مسلمان سے متعلق ہیں جو اسلامی ممالک سے باہر رہتا ہے۔</w:t>
      </w:r>
    </w:p>
    <w:p>
      <w:r>
        <w:rPr>
          <w:b/>
        </w:rPr>
        <w:t xml:space="preserve">[52:16] </w:t>
      </w:r>
      <w:r>
        <w:t>fiqh al-aqliyat ki istilaah aik mubtadiyana istilaah hai. quran o hadith mein is qism ki koi istilaah maujood nahin.</w:t>
      </w:r>
    </w:p>
    <w:p>
      <w:pPr>
        <w:jc w:val="right"/>
      </w:pPr>
      <w:r>
        <w:t>فقہ الاقلیات کی اصطلاح ایک مبتدیانہ اصطلاح ہے۔ قرآن و حدیث میں اس قسم کی کوئی اصطلاح موجود نہیں۔</w:t>
      </w:r>
    </w:p>
    <w:p>
      <w:r>
        <w:rPr>
          <w:b/>
        </w:rPr>
        <w:t xml:space="preserve">[52:27] </w:t>
      </w:r>
      <w:r>
        <w:t>fiqh al-aqliyat ka tasawwur musalmanon ke liye ghair zaruri taur par doosri qaumon ke sath normal tareeqay par rehne mein mani ban jata hai.</w:t>
      </w:r>
    </w:p>
    <w:p>
      <w:pPr>
        <w:jc w:val="right"/>
      </w:pPr>
      <w:r>
        <w:t>فقہ الاقلیات کا تصور مسلمانوں کے لیے غیر ضروری طور پر دوسری قوموں کے ساتھ نارمل طریقے پر رہنے میں معنی بن جاتا ہے۔</w:t>
      </w:r>
    </w:p>
    <w:p>
      <w:r>
        <w:rPr>
          <w:b/>
        </w:rPr>
        <w:t xml:space="preserve">[52:40] </w:t>
      </w:r>
      <w:r>
        <w:t>musalman dohari shakhsiyat ke sath rehne par majboor ho jate hain jo apni noiyat ke aitbar se wohi cheez hai jis ko munaafiqat kaha jata hai.</w:t>
      </w:r>
    </w:p>
    <w:p>
      <w:pPr>
        <w:jc w:val="right"/>
      </w:pPr>
      <w:r>
        <w:t>مسلمان دوہری شخصیت کے ساتھ رہنے پر مجبور ہو جاتے ہیں جو اپنی نوعیت کے اعتبار سے وہی چیز ہے جس کو منافقت کہا جاتا ہے۔</w:t>
      </w:r>
    </w:p>
    <w:p>
      <w:r>
        <w:rPr>
          <w:b/>
        </w:rPr>
        <w:t xml:space="preserve">[52:54] </w:t>
      </w:r>
      <w:r>
        <w:t>musalman jadeed duniya mein aik mis fit community ban kar reh jate hain.</w:t>
      </w:r>
    </w:p>
    <w:p>
      <w:pPr>
        <w:jc w:val="right"/>
      </w:pPr>
      <w:r>
        <w:t>مسلمان جدید دنیا میں ایک مس فٹ کمیونٹی بن کر رہ جاتے ہیں۔</w:t>
      </w:r>
    </w:p>
    <w:p>
      <w:r>
        <w:rPr>
          <w:b/>
        </w:rPr>
        <w:t xml:space="preserve">[53:01] </w:t>
      </w:r>
      <w:r>
        <w:t>sahih baat yeh hai ke ghair muslim riyasat aur muslim riyasat ki taqseem bazat khud be buniyad hai. musalmanon ko sari duniya mein aik hi zehan ke sath rehna hai.</w:t>
      </w:r>
    </w:p>
    <w:p>
      <w:pPr>
        <w:jc w:val="right"/>
      </w:pPr>
      <w:r>
        <w:t>صحیح بات یہ ہے کہ غیر مسلم ریاست اور مسلم ریاست کی تقسیم بذات خود بے بنیاد ہے۔ مسلمانوں کو ساری دنیا میں ایک ہی ذہن کے ساتھ رہنا ہے۔</w:t>
      </w:r>
    </w:p>
    <w:p>
      <w:r>
        <w:rPr>
          <w:b/>
        </w:rPr>
        <w:t xml:space="preserve">[53:15] </w:t>
      </w:r>
      <w:r>
        <w:t>woh yeh ke sare log insan hain aur sari duniya dar al-insan hai. musalmanon ko duniya mein is tarah rehna hai jaise ke woh apne behnon aur bhaiyon ke sath reh rahe hain.</w:t>
      </w:r>
    </w:p>
    <w:p>
      <w:pPr>
        <w:jc w:val="right"/>
      </w:pPr>
      <w:r>
        <w:t>وہ یہ کہ سارے لوگ انسان ہیں اور ساری دنیا دارالانسان ہے۔ مسلمانوں کو دنیا میں اس طرح رہنا ہے جیسے کہ وہ اپنے بہنوں اور بھائیوں کے ساتھ رہ رہے ہیں۔</w:t>
      </w:r>
    </w:p>
    <w:p>
      <w:r>
        <w:rPr>
          <w:b/>
        </w:rPr>
        <w:t xml:space="preserve">[53:31] </w:t>
      </w:r>
      <w:r>
        <w:t>yahi haqeeqat aik hadith rasool se wazeh hoti hai jis ka tarjuma yeh hai: "tamam insan adam ki aulad hain aur adam mitti se paida kiye gaye".</w:t>
      </w:r>
    </w:p>
    <w:p>
      <w:pPr>
        <w:jc w:val="right"/>
      </w:pPr>
      <w:r>
        <w:t>یہی حقیقت ایک حدیث رسول سے واضح ہوتی ہے جس کا ترجمہ یہ ہے: "تمام انسان آدم کی اولاد ہیں اور آدم مٹی سے پیدا کیے گئے"۔</w:t>
      </w:r>
    </w:p>
    <w:p>
      <w:r>
        <w:rPr>
          <w:b/>
        </w:rPr>
        <w:t xml:space="preserve">[53:43] </w:t>
      </w:r>
      <w:r>
        <w:t>sunan al-tirmidhi. quran o hadith ke mutale se musalmanon ke liye jo tarz zindagi sabit hoti hai, woh yeh hai ke musalmanon ko har mahol mein yeh dekhna hai ke woh kon si rosh hai jis ko woh ghair nazai taur par ikhtiyar kar sakte hain.</w:t>
      </w:r>
    </w:p>
    <w:p>
      <w:pPr>
        <w:jc w:val="right"/>
      </w:pPr>
      <w:r>
        <w:t>سنن الترمذی۔ قرآن و حدیث کے مطالعے سے مسلمانوں کے لیے جو طرز زندگی ثابت ہوتی ہے، وہ یہ ہے کہ مسلمانوں کو ہر ماحول میں یہ دیکھنا ہے کہ وہ کون سی روش ہے جس کو وہ غیر نظائی طور پر اختیار کر سکتے ہیں۔</w:t>
      </w:r>
    </w:p>
    <w:p>
      <w:r>
        <w:rPr>
          <w:b/>
        </w:rPr>
        <w:t xml:space="preserve">[54:05] </w:t>
      </w:r>
      <w:r>
        <w:t>un ko chahiye ke woh har mahol mein zindagi ka ghair nazai model daryaft karen aur jis model ko ikhtiyar karne mein niza' paida hoti ho, us ko chhod den, khwah mustaqil taur par ya aarzi taur par.</w:t>
      </w:r>
    </w:p>
    <w:p>
      <w:pPr>
        <w:jc w:val="right"/>
      </w:pPr>
      <w:r>
        <w:t>ان کو چاہیے کہ وہ ہر ماحول میں زندگی کا غیر نظائی ماڈل دریافت کریں اور جس ماڈل کو اختیار کرنے میں نزاع پیدا ہوتی ہو، اس کو چھوڑ دیں، خواہ مستقل طور پر یا عارضی طور پر۔</w:t>
      </w:r>
    </w:p>
    <w:p>
      <w:r>
        <w:rPr>
          <w:b/>
        </w:rPr>
        <w:t xml:space="preserve">[54:21] </w:t>
      </w:r>
      <w:r>
        <w:t>musalman ke liye asal mi'yar yeh hai ke jahan bhi hon, takrao ya niza' ko avoid karte hue zindagi guzaren. bilashuba musalmanon ke liye aik masnoon model hai jo uswa rasool par qaim hai.</w:t>
      </w:r>
    </w:p>
    <w:p>
      <w:pPr>
        <w:jc w:val="right"/>
      </w:pPr>
      <w:r>
        <w:t>مسلمان کے لیے اصل معیار یہ ہے کہ جہاں بھی ہوں، ٹکراؤ یا نزاع کو اوائڈ کرتے ہوئے زندگی گزاریں۔ بلاشبہ مسلمانوں کے لیے ایک مسنون ماڈل ہے جو اسوہ رسول پر قائم ہے۔</w:t>
      </w:r>
    </w:p>
    <w:p>
      <w:r>
        <w:rPr>
          <w:b/>
        </w:rPr>
        <w:t xml:space="preserve">[54:36] </w:t>
      </w:r>
      <w:r>
        <w:t>lekin is masnoon model mein asal cheez dawat ilallah hai. koi doosri cheez is masnoon model ka abadi hissa nahin.</w:t>
      </w:r>
    </w:p>
    <w:p>
      <w:pPr>
        <w:jc w:val="right"/>
      </w:pPr>
      <w:r>
        <w:t>لیکن اس مسنون ماڈل میں اصل چیز دعوت الی اللہ ہے۔ کوئی دوسری چیز اس مسنون ماڈل کا ابدی حصہ نہیں۔</w:t>
      </w:r>
    </w:p>
    <w:p>
      <w:r>
        <w:rPr>
          <w:b/>
        </w:rPr>
        <w:t xml:space="preserve">[54:48] </w:t>
      </w:r>
      <w:r>
        <w:t>musalmanon par lazim hai ke woh apne amal ki planning is tarah karen ke woh jahan bhi hon, dawat ilallah ka peaceful kaam musalsal taur par jari rahe.</w:t>
      </w:r>
    </w:p>
    <w:p>
      <w:pPr>
        <w:jc w:val="right"/>
      </w:pPr>
      <w:r>
        <w:t>مسلمانوں پر لازم ہے کہ وہ اپنے عمل کی پلاننگ اس طرح کریں کہ وہ جہاں بھی ہوں، دعوت الی اللہ کا پیس فل کام مسلسل طور پر جاری رہے۔</w:t>
      </w:r>
    </w:p>
    <w:p>
      <w:r>
        <w:rPr>
          <w:b/>
        </w:rPr>
        <w:t xml:space="preserve">[55:02] </w:t>
      </w:r>
      <w:r>
        <w:t>jo rosh dawat ilallah ke kaam ko mauqoof kar de ya dawat ilallah ke kaam mein rukawat dalne wali ho, woh musalmanon ko mukammal taur par chhod dena hai.</w:t>
      </w:r>
    </w:p>
    <w:p>
      <w:pPr>
        <w:jc w:val="right"/>
      </w:pPr>
      <w:r>
        <w:t>جو روش دعوت الی اللہ کے کام کو موقوف کر دے یا دعوت الی اللہ کے کام میں رکاوٹ ڈالنے والی ہو، وہ مسلمانوں کو مکمل طور پر چھوڑ دینا ہے۔</w:t>
      </w:r>
    </w:p>
    <w:p>
      <w:r>
        <w:rPr>
          <w:b/>
        </w:rPr>
        <w:t xml:space="preserve">[55:15] </w:t>
      </w:r>
      <w:r>
        <w:t>yahi matlab hai quran ki ayat ka ke wa rujza fahjur yani dirty practice ko chhod do.</w:t>
      </w:r>
    </w:p>
    <w:p>
      <w:pPr>
        <w:jc w:val="right"/>
      </w:pPr>
      <w:r>
        <w:t>یہی مطلب ہے قرآن کی آیت کا کہ وَرُجْزَ فَهْجُرْ یعنی ڈرٹی پریکٹس کو چھوڑ دو۔</w:t>
      </w:r>
    </w:p>
    <w:p>
      <w:r>
        <w:rPr>
          <w:b/>
        </w:rPr>
        <w:t xml:space="preserve">[55:25] </w:t>
      </w:r>
      <w:r>
        <w:t>rasool Allah ne jo tareeqa makki aur madani daur mein yaksaan taur par ikhtiyar kiya, us ko dekh kar us ko samjha jaye to woh yeh hoga ke rujz se murad niza'i tareeqa hai.</w:t>
      </w:r>
    </w:p>
    <w:p>
      <w:pPr>
        <w:jc w:val="right"/>
      </w:pPr>
      <w:r>
        <w:t>رسول اللہ نے جو طریقہ مکی اور مدنی دور میں یکساں طور پر اختیار کیا، اس کو دیکھ کر اس کو سمجھا جائے تو وہ یہ ہوگا کہ رج سے مراد نزاعی طریقہ ہے۔</w:t>
      </w:r>
    </w:p>
    <w:p>
      <w:r>
        <w:rPr>
          <w:b/>
        </w:rPr>
        <w:t xml:space="preserve">[55:40] </w:t>
      </w:r>
      <w:r>
        <w:t>is ayat ka matlab yeh hai ke niza'i tareeqay ko chhod do taake dawat ilallah ka kaam pashman aur mu'tadil andaaz mein jari rahe.</w:t>
      </w:r>
    </w:p>
    <w:p>
      <w:pPr>
        <w:jc w:val="right"/>
      </w:pPr>
      <w:r>
        <w:t>اس آیت کا مطلب یہ ہے کہ نزاعی طریقے کو چھوڑ دو تاکہ دعوت الی اللہ کا کام پرامن اور معتدل انداز میں جاری رہے۔</w:t>
      </w:r>
    </w:p>
    <w:p>
      <w:r>
        <w:rPr>
          <w:b/>
        </w:rPr>
        <w:t xml:space="preserve">[55:51] </w:t>
      </w:r>
      <w:r>
        <w:t>is usool ke tehat paighambar Islam ne makke mein bhi aur madine mein bhi yaksaan taur par amal kiya. aap ka asal goal dawat ilallah tha.</w:t>
      </w:r>
    </w:p>
    <w:p>
      <w:pPr>
        <w:jc w:val="right"/>
      </w:pPr>
      <w:r>
        <w:t>اس اصول کے تحت پیغمبر اسلام نے مکے میں بھی اور مدینے میں بھی یکساں طور پر عمل کیا۔ آپ کا اصل گول دعوت الی اللہ تھا۔</w:t>
      </w:r>
    </w:p>
    <w:p>
      <w:r>
        <w:rPr>
          <w:b/>
        </w:rPr>
        <w:t xml:space="preserve">[56:04] </w:t>
      </w:r>
      <w:r>
        <w:t>jo kaam aap ke da'wati mission mein rukawat dale, woh aap ke liye rujz ki hesiyat rakhta tha. misal ke taur par is waqt makke ko but parasti ka markaz bana diya gaya tha.</w:t>
      </w:r>
    </w:p>
    <w:p>
      <w:pPr>
        <w:jc w:val="right"/>
      </w:pPr>
      <w:r>
        <w:t>جو کام آپ کے دعوتی مشن میں رکاوٹ ڈالے، وہ آپ کے لیے رج کی حیثیت رکھتا تھا۔ مثلاً اس وقت مکہ کو بت پرستی کا مرکز بنا دیا گیا تھا۔</w:t>
      </w:r>
    </w:p>
    <w:p>
      <w:r>
        <w:rPr>
          <w:b/>
        </w:rPr>
        <w:t xml:space="preserve">[56:19] </w:t>
      </w:r>
      <w:r>
        <w:t>kaba mein taqreeban 360 but rakh diye gaye the. lekin aap ne in bulton ke khilaf barah-e-rast koi tehreek nahin chalai, balkay amalan is ko nazar andaaz karte hue dawat ilallah ka kaam jari rakha.</w:t>
      </w:r>
    </w:p>
    <w:p>
      <w:pPr>
        <w:jc w:val="right"/>
      </w:pPr>
      <w:r>
        <w:t>کعبہ میں تقریباً 360 بت رکھ دیے گئے تھے۔ لیکن آپ نے ان بتوں کے خلاف براہ راست کوئی تحریک نہیں چلائی، بلکہ عملاً اس کو نظر انداز کرتے ہوئے دعوت الی اللہ کا کام جاری رکھا۔</w:t>
      </w:r>
    </w:p>
    <w:p>
      <w:r>
        <w:rPr>
          <w:b/>
        </w:rPr>
        <w:t xml:space="preserve">[56:36] </w:t>
      </w:r>
      <w:r>
        <w:t>is usool ke mamle mein aap is aakhri had tak pahunche ke jab aap hijrat kar ke madine aaye to aap ne taqreeban 16 mahine tak yahood ke qible ko apna qibla bana liya taake dawat ilallah ke kaam ka tasalsul asmodli jari rahe.</w:t>
      </w:r>
    </w:p>
    <w:p>
      <w:pPr>
        <w:jc w:val="right"/>
      </w:pPr>
      <w:r>
        <w:t>اس اصول کے معاملے میں آپ اس آخری حد تک پہنچے کہ جب آپ ہجرت کر کے مدینہ آئے تو آپ نے تقریباً 16 مہینے تک یہود کے قبلے کو اپنا قبلہ بنا لیا تاکہ دعوت الی اللہ کے کام کا تسلسل اسمودلی جاری رہے۔</w:t>
      </w:r>
    </w:p>
    <w:p>
      <w:r>
        <w:rPr>
          <w:b/>
        </w:rPr>
        <w:t xml:space="preserve">[56:56] </w:t>
      </w:r>
      <w:r>
        <w:t>ahl-e-islam ke liye na koi aqlyati fiqh hai aur na koi aksariyati fiqh. ahl-e-islam ko har jagah yeh karna hai ke woh siyasi aur ghair siyasi niza' se parhez karen.</w:t>
      </w:r>
    </w:p>
    <w:p>
      <w:pPr>
        <w:jc w:val="right"/>
      </w:pPr>
      <w:r>
        <w:t>اہل اسلام کے لیے نہ کوئی اقلیتی فقہ ہے اور نہ کوئی اکثریتی فقہ۔ اہل اسلام کو ہر جگہ یہ کرنا ہے کہ وہ سیاسی اور غیر سیاسی نزاع سے پرہیز کریں۔</w:t>
      </w:r>
    </w:p>
    <w:p>
      <w:r>
        <w:rPr>
          <w:b/>
        </w:rPr>
        <w:t xml:space="preserve">[57:11] </w:t>
      </w:r>
      <w:r>
        <w:t>woh aman yani peace ko asal ijtimai usool qarar de kar mu'tadil andaaz mein zindagi guzaren. woh aqeedah aur ibadat aur akhlaq ke azaad dayre mein apne aap ko islam ki rosh par qaim karen.</w:t>
      </w:r>
    </w:p>
    <w:p>
      <w:pPr>
        <w:jc w:val="right"/>
      </w:pPr>
      <w:r>
        <w:t>وہ امن یعنی پیس کو اصل اجتماعی اصول قرار دے کر معتدل انداز میں زندگی گزاریں۔ وہ عقیدہ اور عبادت اور اخلاق کے آزاد دائرے میں اپنے آپ کو اسلام کی روش پر قائم کریں۔</w:t>
      </w:r>
    </w:p>
    <w:p>
      <w:r>
        <w:rPr>
          <w:b/>
        </w:rPr>
        <w:t xml:space="preserve">[57:30] </w:t>
      </w:r>
      <w:r>
        <w:t>aur waqt ke nizam se takrao ko apne liye shajar-e-mamnoo'a samajhte hue zindagi guzaren. wa addu ilayhim haqqahum was'alu Allaha haqqakum sahih bukhari ke formula par amal karen.</w:t>
      </w:r>
    </w:p>
    <w:p>
      <w:pPr>
        <w:jc w:val="right"/>
      </w:pPr>
      <w:r>
        <w:t>اور وقت کے نظام سے ٹکراؤ کو اپنے لیے شجر ممنوعہ سمجھتے ہوئے زندگی گزاریں۔ وَأَدُّوا إِلَيْهِمْ حَقَّهُمْ وَاسْأَلُوا اللَّهَ حَقَّكُمْ صحیح بخاری کے فارمولے پر عمل کریں۔</w:t>
      </w:r>
    </w:p>
    <w:p>
      <w:r>
        <w:rPr>
          <w:b/>
        </w:rPr>
        <w:t xml:space="preserve">[57:58] </w:t>
      </w:r>
      <w:r>
        <w:t>hukumat ka mamla.</w:t>
      </w:r>
    </w:p>
    <w:p>
      <w:pPr>
        <w:jc w:val="right"/>
      </w:pPr>
      <w:r>
        <w:t>حکومت کا معاملہ۔</w:t>
      </w:r>
    </w:p>
    <w:p>
      <w:r>
        <w:rPr>
          <w:b/>
        </w:rPr>
        <w:t xml:space="preserve">[58:02] </w:t>
      </w:r>
      <w:r>
        <w:t>quran o sunnat aur sahaba ke amal par ghaur karne se yeh maloom hota hai ke islam mein hukumat ka koi wahid ideal dhancha nahi hai.</w:t>
      </w:r>
    </w:p>
    <w:p>
      <w:pPr>
        <w:jc w:val="right"/>
      </w:pPr>
      <w:r>
        <w:t>قرآن و سنت اور صحابہ کے عمل پر غور کرنے سے یہ معلوم ہوتا ہے کہ اسلام میں حکومت کا کوئی واحد آئیڈیل ڈھانچہ نہیں ہے۔</w:t>
      </w:r>
    </w:p>
    <w:p>
      <w:r>
        <w:rPr>
          <w:b/>
        </w:rPr>
        <w:t xml:space="preserve">[58:15] </w:t>
      </w:r>
      <w:r>
        <w:t>hukumat ka mamla samajhi suratehal ke tabe hai, na ke peshgi taur par kisi muqarrar kardah miyar ke tabe.</w:t>
      </w:r>
    </w:p>
    <w:p>
      <w:pPr>
        <w:jc w:val="right"/>
      </w:pPr>
      <w:r>
        <w:t>حکومت کا معاملہ سماجی صورتحال کے تابع ہے، نہ کہ پیشگی طور پر کسی مقرر کردہ معیار کے تابع۔</w:t>
      </w:r>
    </w:p>
    <w:p>
      <w:r>
        <w:rPr>
          <w:b/>
        </w:rPr>
        <w:t xml:space="preserve">[58:26] </w:t>
      </w:r>
      <w:r>
        <w:t>hukumat ka mamla namaz aur roze ki tarah muqaddas mamla nahi hai, balkeh woh amli suratehal ke tabe hai.</w:t>
      </w:r>
    </w:p>
    <w:p>
      <w:pPr>
        <w:jc w:val="right"/>
      </w:pPr>
      <w:r>
        <w:t>حکومت کا معاملہ نماز اور روزے کی طرح مقدس معاملہ نہیں ہے، بلکہ وہ عملی صورتحال کے تابع ہے۔</w:t>
      </w:r>
    </w:p>
    <w:p>
      <w:r>
        <w:rPr>
          <w:b/>
        </w:rPr>
        <w:t xml:space="preserve">[58:36] </w:t>
      </w:r>
      <w:r>
        <w:t>jaisi amli suratehal, waisa hi hukumat ka dhancha. yahi baat fitrat ke taqaze ke mutabiq hai.</w:t>
      </w:r>
    </w:p>
    <w:p>
      <w:pPr>
        <w:jc w:val="right"/>
      </w:pPr>
      <w:r>
        <w:t>جیسی عملی صورتحال، ویسا ہی حکومت کا ڈھانچہ۔ یہی بات فطرت کے تقاضے کے مطابق ہے۔</w:t>
      </w:r>
    </w:p>
    <w:p>
      <w:r>
        <w:rPr>
          <w:b/>
        </w:rPr>
        <w:t xml:space="preserve">[58:48] </w:t>
      </w:r>
      <w:r>
        <w:t>agar hukumat ka peshgi taur par koi miyari nizam muqarrar kar diya jaye to maujudah duniya mein aisa miyari nizam to kabhi qaim nahi hoga.</w:t>
      </w:r>
    </w:p>
    <w:p>
      <w:pPr>
        <w:jc w:val="right"/>
      </w:pPr>
      <w:r>
        <w:t>اگر حکومت کا پیشگی طور پر کوئی معیاری نظام مقرر کر دیا جائے تو موجودہ دنیا میں ایسا معیاری نظام تو کبھی قائم نہیں ہوگا۔</w:t>
      </w:r>
    </w:p>
    <w:p>
      <w:r>
        <w:rPr>
          <w:b/>
        </w:rPr>
        <w:t xml:space="preserve">[59:01] </w:t>
      </w:r>
      <w:r>
        <w:t>albata miyari nizam qaim karne ke naam par log abadi taur par ladte jhagadte rahenge. sahih yeh hai ke islam mein dawat aur taleem ka amal abadi taur par yaksaan halat mein matloob hai.</w:t>
      </w:r>
    </w:p>
    <w:p>
      <w:pPr>
        <w:jc w:val="right"/>
      </w:pPr>
      <w:r>
        <w:t>البتہ معیاری نظام قائم کرنے کے نام پر لوگ ابدی طور پر لڑتے جھگڑتے رہیں گے۔ صحیح یہ ہے کہ اسلام میں دعوت اور تعلیم کا عمل ابدی طور پر یکساں حالت میں مطلوب ہے۔</w:t>
      </w:r>
    </w:p>
    <w:p>
      <w:r>
        <w:rPr>
          <w:b/>
        </w:rPr>
        <w:t xml:space="preserve">[59:19] </w:t>
      </w:r>
      <w:r>
        <w:t>aur jahan tak hukumat ka mamla hai to iska usool yeh hai ke jaise samajhi halat, waisa hi hukumat aur siyasat ka mamla.</w:t>
      </w:r>
    </w:p>
    <w:p>
      <w:pPr>
        <w:jc w:val="right"/>
      </w:pPr>
      <w:r>
        <w:t>اور جہاں تک حکومت کا معاملہ ہے تو اس کا اصول یہ ہے کہ جیسے سماجی حالات، ویسا ہی حکومت اور سیاست کا معاملہ۔</w:t>
      </w:r>
    </w:p>
    <w:p>
      <w:r>
        <w:rPr>
          <w:b/>
        </w:rPr>
        <w:t xml:space="preserve">[59:30] </w:t>
      </w:r>
      <w:r>
        <w:t>isi liye quran mein hukumat ke form ke bare mein mukhtalif suraton ka zikr aaya hai. maslan hazrat sulaiman ki hukumat, malika saba ki hukumat, hazrat yusuf alaihi assalam ki hukumat waghera.</w:t>
      </w:r>
    </w:p>
    <w:p>
      <w:pPr>
        <w:jc w:val="right"/>
      </w:pPr>
      <w:r>
        <w:t>اسی لیے قرآن میں حکومت کے فارم کے بارے میں مختلف صورتوں کا ذکر آیا ہے۔ مثلاً حضرت سلیمان کی حکومت، ملکہ صبا کی حکومت، حضرت یوسف علیہ السلام کی حکومت وغیرہ۔</w:t>
      </w:r>
    </w:p>
    <w:p>
      <w:r>
        <w:rPr>
          <w:b/>
        </w:rPr>
        <w:t xml:space="preserve">[59:46] </w:t>
      </w:r>
      <w:r>
        <w:t>in mein se hukumat ka har dhancha kisi tanqeed ke baghair quran mein mazkur hai. lekin in mein se kisi hukumat ke dhanchay ko na to radd kiya gaya hai aur na kisi dhanchay ki madah ki gayi hai.</w:t>
      </w:r>
    </w:p>
    <w:p>
      <w:pPr>
        <w:jc w:val="right"/>
      </w:pPr>
      <w:r>
        <w:t>ان میں سے حکومت کا ہر ڈھانچہ کسی تنقید کے بغیر قرآن میں مذکور ہے۔ لیکن ان میں سے کسی حکومت کے ڈھانچے کو نہ تو رد کیا گیا ہے اور نہ کسی ڈھانچے کی مدح کی گئی ہے۔</w:t>
      </w:r>
    </w:p>
    <w:p>
      <w:r>
        <w:rPr>
          <w:b/>
        </w:rPr>
        <w:t xml:space="preserve">[1:00:02] </w:t>
      </w:r>
      <w:r>
        <w:t>hukumat ke dhanchay ko izafi hasiyat dena apne andar bohat badi hikmat rakhta hai. woh yeh ke hukumat ka dhancha khwah koi bhi ho, us ke sath adjust kar ke raho.</w:t>
      </w:r>
    </w:p>
    <w:p>
      <w:pPr>
        <w:jc w:val="right"/>
      </w:pPr>
      <w:r>
        <w:t>حکومت کے ڈھانچے کو اضافی حیثیت دینا اپنے اندر بہت بڑی حکمت رکھتا ہے۔ وہ یہ کہ حکومت کا ڈھانچہ خواہ کوئی بھی ہو، اس کے ساتھ ایڈجسٹ کر کے رہو۔</w:t>
      </w:r>
    </w:p>
    <w:p>
      <w:r>
        <w:rPr>
          <w:b/>
        </w:rPr>
        <w:t xml:space="preserve">[1:00:15] </w:t>
      </w:r>
      <w:r>
        <w:t>kisi ke sath takrao na karo. hukumat se agar takrao ki surat paida ho jaye to us ko manage kar ke yeh koshish karna hai ke takrao ki nabat na aaye.</w:t>
      </w:r>
    </w:p>
    <w:p>
      <w:pPr>
        <w:jc w:val="right"/>
      </w:pPr>
      <w:r>
        <w:t>کسی کے ساتھ ٹکراؤ نہ کرو۔ حکومت سے اگر ٹکراؤ کی صورت پیدا ہو جائے تو اس کو مینج کر کے یہ کوشش کرنا ہے کہ ٹکراؤ کی نوبت نہ آئے۔</w:t>
      </w:r>
    </w:p>
    <w:p>
      <w:r>
        <w:rPr>
          <w:b/>
        </w:rPr>
        <w:t xml:space="preserve">[1:00:30] </w:t>
      </w:r>
      <w:r>
        <w:t>hukumat ke mamle mein islam ka rawaiyah ghair nazai rawaiyah ya non confrontational approach hai. is usool ki bina par yeh mumkin ho jata hai ke samaj mein hamesha aman qaim rahe.</w:t>
      </w:r>
    </w:p>
    <w:p>
      <w:pPr>
        <w:jc w:val="right"/>
      </w:pPr>
      <w:r>
        <w:t>حکومت کے معاملے میں اسلام کا رویہ غیر نظائی رویہ یا نان کنفرنٹیشنل اپروچ ہے۔ اس اصول کی بنا پر یہ ممکن ہو جاتا ہے کہ سماج میں ہمیشہ امن قائم رہے۔</w:t>
      </w:r>
    </w:p>
    <w:p>
      <w:r>
        <w:rPr>
          <w:b/>
        </w:rPr>
        <w:t xml:space="preserve">[1:01:00] </w:t>
      </w:r>
      <w:r>
        <w:t>jamhuriyat kya hai? jamhuriyat yani democracy koi mazhabi aqeedah nahi hai.</w:t>
      </w:r>
    </w:p>
    <w:p>
      <w:pPr>
        <w:jc w:val="right"/>
      </w:pPr>
      <w:r>
        <w:t>جمہوریت کیا ہے؟ جمہوریت یعنی ڈیموکریسی کوئی مذہبی عقیدہ نہیں ہے۔</w:t>
      </w:r>
    </w:p>
    <w:p>
      <w:r>
        <w:rPr>
          <w:b/>
        </w:rPr>
        <w:t xml:space="preserve">[1:01:10] </w:t>
      </w:r>
      <w:r>
        <w:t>jamhuriyat darasal siyasat ke parman management ya peaceful management ka doosra naam hai.</w:t>
      </w:r>
    </w:p>
    <w:p>
      <w:pPr>
        <w:jc w:val="right"/>
      </w:pPr>
      <w:r>
        <w:t>جمہوریت دراصل سیاست کے پرامن مینجمنٹ یا پیس فل مینجمنٹ کا دوسرا نام ہے۔</w:t>
      </w:r>
    </w:p>
    <w:p>
      <w:r>
        <w:rPr>
          <w:b/>
        </w:rPr>
        <w:t xml:space="preserve">[1:01:22] </w:t>
      </w:r>
      <w:r>
        <w:t>jamhuriyat ko majority rule kaha jata hai. is ka khulasa bhi yahi hai: majority rule social management ka aik parman tareeqa hai jo peaceful settlement par mabni aik nizam hai.</w:t>
      </w:r>
    </w:p>
    <w:p>
      <w:pPr>
        <w:jc w:val="right"/>
      </w:pPr>
      <w:r>
        <w:t>جمہوریت کو میجورٹی رول کہا جاتا ہے۔ اس کا خلاصہ بھی یہی ہے: میجورٹی رول سوشل مینجمنٹ کا ایک پرامن طریقہ ہے جو پیس فل سیٹلمنٹ پر مبنی ایک نظام ہے۔</w:t>
      </w:r>
    </w:p>
    <w:p>
      <w:r>
        <w:rPr>
          <w:b/>
        </w:rPr>
        <w:t xml:space="preserve">[1:01:39] </w:t>
      </w:r>
      <w:r>
        <w:t>qadeem zamane mein hukumat ki tabdeeli ke liye jang ki zaroorat hoti thi. maujudah jamhuriyat ne yeh mumkin bana diya hai ke har aik parman taur par apni marzi ka siyasi nizam banaye.</w:t>
      </w:r>
    </w:p>
    <w:p>
      <w:pPr>
        <w:jc w:val="right"/>
      </w:pPr>
      <w:r>
        <w:t>قدیم زمانے میں حکومت کی تبدیلی کے لیے جنگ کی ضرورت ہوتی تھی۔ موجودہ جمہوریت نے یہ ممکن بنا دیا ہے کہ ہر ایک پرامن طور پر اپنی مرضی کا سیاسی نظام بنائے۔</w:t>
      </w:r>
    </w:p>
    <w:p>
      <w:r>
        <w:rPr>
          <w:b/>
        </w:rPr>
        <w:t xml:space="preserve">[1:01:56] </w:t>
      </w:r>
      <w:r>
        <w:t>jamhuriyat ka apna koi aqeedah nahi hota. awam ki aksariyat jis baat par razi ho jaye, wahi nizam ki buniyad ban jata hai.</w:t>
      </w:r>
    </w:p>
    <w:p>
      <w:pPr>
        <w:jc w:val="right"/>
      </w:pPr>
      <w:r>
        <w:t>جمہوریت کا اپنا کوئی عقیدہ نہیں ہوتا۔ عوام کی اکثریت جس بات پر راضی ہو جائے، وہی نظام کی بنیاد بن جاتا ہے۔</w:t>
      </w:r>
    </w:p>
    <w:p>
      <w:r>
        <w:rPr>
          <w:b/>
        </w:rPr>
        <w:t xml:space="preserve">[1:02:08] </w:t>
      </w:r>
      <w:r>
        <w:t>jamhuriyat election par mabni aik nizam hai. mahdood muddat, maslan 5 saal ke liye azad aur mansafana free and fair election karaya jata hai.</w:t>
      </w:r>
    </w:p>
    <w:p>
      <w:pPr>
        <w:jc w:val="right"/>
      </w:pPr>
      <w:r>
        <w:t>جمہوریت الیکشن پر مبنی ایک نظام ہے۔ محدود مدت، مثلاً 5 سال کے لیے آزاد اور منصفانہ فری اینڈ فیئر الیکشن کرایا جاتا ہے۔</w:t>
      </w:r>
    </w:p>
    <w:p>
      <w:r>
        <w:rPr>
          <w:b/>
        </w:rPr>
        <w:t xml:space="preserve">[1:02:22] </w:t>
      </w:r>
      <w:r>
        <w:t>is election mein aksariyat jis rai par ittifaq kar le, wahi mahdood muddat ke liye nizam ki buniyad qarar payegi.</w:t>
      </w:r>
    </w:p>
    <w:p>
      <w:pPr>
        <w:jc w:val="right"/>
      </w:pPr>
      <w:r>
        <w:t>اس الیکشن میں اکثریت جس رائے پر اتفاق کر لے، وہی محدود مدت کے لیے نظام کی بنیاد قرار پائے گی۔</w:t>
      </w:r>
    </w:p>
    <w:p>
      <w:r>
        <w:rPr>
          <w:b/>
        </w:rPr>
        <w:t xml:space="preserve">[1:02:33] </w:t>
      </w:r>
      <w:r>
        <w:t>is jamhuriyat ke nizam mein har group ko yeh mauqa hota hai ke woh awam ki rai ko apne haq mein hamwar kare.</w:t>
      </w:r>
    </w:p>
    <w:p>
      <w:pPr>
        <w:jc w:val="right"/>
      </w:pPr>
      <w:r>
        <w:t>اس جمہوریت کے نظام میں ہر گروپ کو یہ موقع ہوتا ہے کہ وہ عوام کی رائے کو اپنے حق میں ہموار کرے۔</w:t>
      </w:r>
    </w:p>
    <w:p>
      <w:r>
        <w:rPr>
          <w:b/>
        </w:rPr>
        <w:t xml:space="preserve">[1:02:45] </w:t>
      </w:r>
      <w:r>
        <w:t>jamhuriyat ka usool yeh hai ke kisi election ke baad aksariyat jis rai ke haq mein vote de de, us ko sab log aik amli zaroorat ke taur par maan lein.</w:t>
      </w:r>
    </w:p>
    <w:p>
      <w:pPr>
        <w:jc w:val="right"/>
      </w:pPr>
      <w:r>
        <w:t>جمہوریت کا اصول یہ ہے کہ کسی الیکشن کے بعد اکثریت جس رائے کے حق میں ووٹ دے دے، اس کو سب لوگ ایک عملی ضرورت کے طور پر مان لیں۔</w:t>
      </w:r>
    </w:p>
    <w:p>
      <w:r>
        <w:rPr>
          <w:b/>
        </w:rPr>
        <w:t xml:space="preserve">[1:02:58] </w:t>
      </w:r>
      <w:r>
        <w:t>jin logon ko is rai se ittifaq na ho, unhein bhi election ke nateejay ko maan lena chahiye. un ko yeh mauqa hai ke woh awami rai ko apne haq mein hamwar karein aur aglay election tak intezar karein.</w:t>
      </w:r>
    </w:p>
    <w:p>
      <w:pPr>
        <w:jc w:val="right"/>
      </w:pPr>
      <w:r>
        <w:t>جن لوگوں کو اس رائے سے اتفاق نہ ہو، انہیں بھی الیکشن کے نتیجے کو مان لینا چاہیے۔ ان کو یہ موقع ہے کہ وہ عوامی رائے کو اپنے حق میں ہموار کریں اور اگلے الیکشن تک انتظار کریں۔</w:t>
      </w:r>
    </w:p>
    <w:p>
      <w:r>
        <w:rPr>
          <w:b/>
        </w:rPr>
        <w:t xml:space="preserve">[1:03:16] </w:t>
      </w:r>
      <w:r>
        <w:t>jab aglay election ka mauqa ho to woh logon ko apna ham khayal banane ki koshish karein. agar aksariyat ki rai un ke muwafiq ho jaye to un ko mauqa mil jayega ke woh agla nizam apni rai ke mutabiq banayein.</w:t>
      </w:r>
    </w:p>
    <w:p>
      <w:pPr>
        <w:jc w:val="right"/>
      </w:pPr>
      <w:r>
        <w:t>جب اگلے الیکشن کا موقع ہو تو وہ لوگوں کو اپنا ہم خیال بنانے کی کوشش کریں۔ اگر اکثریت کی رائے ان کے موافق ہو جائے تو ان کو موقع مل جائے گا کہ وہ اگلا نظام اپنی رائے کے مطابق بنائیں۔</w:t>
      </w:r>
    </w:p>
    <w:p>
      <w:r>
        <w:rPr>
          <w:b/>
        </w:rPr>
        <w:t xml:space="preserve">[1:03:36] </w:t>
      </w:r>
      <w:r>
        <w:t>jamhuriyat ka yeh nizam is liye hai ke samaj mein aman qaim rahe aur har group ko yeh mauqa mile ke woh parman tareeqay par apni rai ko logon ke darmiyan phailaye.</w:t>
      </w:r>
    </w:p>
    <w:p>
      <w:pPr>
        <w:jc w:val="right"/>
      </w:pPr>
      <w:r>
        <w:t>جمہوریت کا یہ نظام اس لیے ہے کہ سماج میں امن قائم رہے اور ہر گروپ کو یہ موقع ملے کہ وہ پرامن طریقے پر اپنی رائے کو لوگوں کے درمیان پھیلائے۔</w:t>
      </w:r>
    </w:p>
    <w:p>
      <w:r>
        <w:rPr>
          <w:b/>
        </w:rPr>
        <w:t xml:space="preserve">[1:03:49] </w:t>
      </w:r>
      <w:r>
        <w:t>aur jab log us ki rai par raazi ho jayen to woh dobara election ke zariye apni rai ke mutabiq agla nizam banayen.</w:t>
      </w:r>
    </w:p>
    <w:p>
      <w:pPr>
        <w:jc w:val="right"/>
      </w:pPr>
      <w:r>
        <w:t>اور جب لوگ اس کی رائے پر راضی ہو جائیں تو وہ دوبارہ الیکشن کے ذریعے اپنی رائے کے مطابق اگلا نظام بنائیں۔</w:t>
      </w:r>
    </w:p>
    <w:p>
      <w:r>
        <w:rPr>
          <w:b/>
        </w:rPr>
        <w:t xml:space="preserve">[1:04:11] </w:t>
      </w:r>
      <w:r>
        <w:t>mansooba takhleeq. Khuda ke mansooba takhleeq ya creation plan ka asal maخذ Quran hai.</w:t>
      </w:r>
    </w:p>
    <w:p>
      <w:pPr>
        <w:jc w:val="right"/>
      </w:pPr>
      <w:r>
        <w:t>منصوبہ تخلیق۔ خدا کے منصوبہ تخلیق یا کریشن پلان کا اصل ماخذ قرآن ہے۔</w:t>
      </w:r>
    </w:p>
    <w:p>
      <w:r>
        <w:rPr>
          <w:b/>
        </w:rPr>
        <w:t xml:space="preserve">[1:04:21] </w:t>
      </w:r>
      <w:r>
        <w:t>Quran Quran goya is mansooba takhleeq ka mustanad matan ya authentic text hai. Science takhleeq ke mutaleay ka ilm hai.</w:t>
      </w:r>
    </w:p>
    <w:p>
      <w:pPr>
        <w:jc w:val="right"/>
      </w:pPr>
      <w:r>
        <w:t>قرآن قرآن گویا اس منصوبہ تخلیق کا مستند متن یا اتھینٹک ٹیکسٹ ہے۔ سائنس تخلیق کے مطالعے کا علم ہے۔</w:t>
      </w:r>
    </w:p>
    <w:p>
      <w:r>
        <w:rPr>
          <w:b/>
        </w:rPr>
        <w:t xml:space="preserve">[1:04:34] </w:t>
      </w:r>
      <w:r>
        <w:t>Is lihaz se yeh kehna sahi hoga ke science is Qurani matan ki commentary hai.</w:t>
      </w:r>
    </w:p>
    <w:p>
      <w:pPr>
        <w:jc w:val="right"/>
      </w:pPr>
      <w:r>
        <w:t>اس لحاظ سے یہ کہنا صحیح ہوگا کہ سائنس اس قرآنی متن کی کمنٹری ہے۔</w:t>
      </w:r>
    </w:p>
    <w:p>
      <w:r>
        <w:rPr>
          <w:b/>
        </w:rPr>
        <w:t xml:space="preserve">[1:04:40] </w:t>
      </w:r>
      <w:r>
        <w:t>Yeh commentary wohi cheez hai jis ko hadith Rasool mein taeed deen bazariya ghair ahlay deen ka naam</w:t>
      </w:r>
    </w:p>
    <w:p>
      <w:pPr>
        <w:jc w:val="right"/>
      </w:pPr>
      <w:r>
        <w:t>یہ کمنٹری وہی چیز ہے جس کو حدیث رسول میں تائید دین بذریعہ غیر اہل دین کا نام</w:t>
      </w:r>
    </w:p>
    <w:p>
      <w:r>
        <w:rPr>
          <w:b/>
        </w:rPr>
        <w:t xml:space="preserve">[1:04:48] </w:t>
      </w:r>
      <w:r>
        <w:t>diya gaya hai: Almujam al Kabir lil Tabarani</w:t>
      </w:r>
    </w:p>
    <w:p>
      <w:pPr>
        <w:jc w:val="right"/>
      </w:pPr>
      <w:r>
        <w:t>دیا گیا ہے: المجم الکبیر للطبرانی</w:t>
      </w:r>
    </w:p>
    <w:p>
      <w:r>
        <w:rPr>
          <w:b/>
        </w:rPr>
        <w:t xml:space="preserve">[1:04:53] </w:t>
      </w:r>
      <w:r>
        <w:t>Falkiyati science ya astronomy ki tehqeeq ke mutabiq kainat ka aghaz taqreeban 13 billion saal pehle Big Bang</w:t>
      </w:r>
    </w:p>
    <w:p>
      <w:pPr>
        <w:jc w:val="right"/>
      </w:pPr>
      <w:r>
        <w:t>فلکیاتی سائنس یا اسٹرانومی کی تحقیق کے مطابق کائنات کا آغاز تقریباً 13 بلین سال پہلے بگ بینگ</w:t>
      </w:r>
    </w:p>
    <w:p>
      <w:r>
        <w:rPr>
          <w:b/>
        </w:rPr>
        <w:t xml:space="preserve">[1:05:02] </w:t>
      </w:r>
      <w:r>
        <w:t>se hua.</w:t>
      </w:r>
    </w:p>
    <w:p>
      <w:pPr>
        <w:jc w:val="right"/>
      </w:pPr>
      <w:r>
        <w:t>سے ہوا۔</w:t>
      </w:r>
    </w:p>
    <w:p>
      <w:r>
        <w:rPr>
          <w:b/>
        </w:rPr>
        <w:t xml:space="preserve">[1:05:04] </w:t>
      </w:r>
      <w:r>
        <w:t>space mein achanak aik cosmic ball zahir hua. Is cosmic ball ke andar bohat tez dhamaka hua. Scientists is ko Big Bang ka naam dete hain.</w:t>
      </w:r>
    </w:p>
    <w:p>
      <w:pPr>
        <w:jc w:val="right"/>
      </w:pPr>
      <w:r>
        <w:t>سپیس میں اچانک ایک کاسمک بال ظاہر ہوا۔ اس کاسمک بال کے اندر بہت تیز دھماکہ ہوا۔ سائنسدان اس کو بگ بینگ کا نام دیتے ہیں۔</w:t>
      </w:r>
    </w:p>
    <w:p>
      <w:r>
        <w:rPr>
          <w:b/>
        </w:rPr>
        <w:t xml:space="preserve">[1:05:17] </w:t>
      </w:r>
      <w:r>
        <w:t>is cosmic ball ke andar woh tamam particle maujood thay jin se maujooda kainat bani hai. Is dhamake ke baad cosmic ball ke tamam particle roshni ki speed se bhi zyada tez raftaar ke sath khala mein bikhar gaye.</w:t>
      </w:r>
    </w:p>
    <w:p>
      <w:pPr>
        <w:jc w:val="right"/>
      </w:pPr>
      <w:r>
        <w:t>اس کاسمک بال کے اندر وہ تمام پارٹیکل موجود تھے جن سے موجودہ کائنات بنی ہے۔ اس دھماکے کے بعد کاسمک بال کے تمام پارٹیکل روشنی کی سپیڈ سے بھی زیادہ تیز رفتار کے ساتھ خلا میں بکھر گئے۔</w:t>
      </w:r>
    </w:p>
    <w:p>
      <w:r>
        <w:rPr>
          <w:b/>
        </w:rPr>
        <w:t xml:space="preserve">[1:05:35] </w:t>
      </w:r>
      <w:r>
        <w:t>yeh particle agar isi tarah safar karte rehte aur khala ki wusaton mein bikhar jate to kainat wajood mein na aati.</w:t>
      </w:r>
    </w:p>
    <w:p>
      <w:pPr>
        <w:jc w:val="right"/>
      </w:pPr>
      <w:r>
        <w:t>یہ پارٹیکل اگر اسی طرح سفر کرتے رہتے اور خلا کی وسعتوں میں بکھر جاتے تو کائنات وجود میں نہ آتی۔</w:t>
      </w:r>
    </w:p>
    <w:p>
      <w:r>
        <w:rPr>
          <w:b/>
        </w:rPr>
        <w:t xml:space="preserve">[1:05:45] </w:t>
      </w:r>
      <w:r>
        <w:t>magar aik second ke andar particle ki raftaar kam ho gayi. Is tarah particle jama hona shuru hue aur phir tamam sitare aur sayare aur kahkashayen wajood mein ayen.</w:t>
      </w:r>
    </w:p>
    <w:p>
      <w:pPr>
        <w:jc w:val="right"/>
      </w:pPr>
      <w:r>
        <w:t>مگر ایک سیکنڈ کے اندر پارٹیکل کی رفتار کم ہو گئی۔ اس طرح پارٹیکل جمع ہونا شروع ہوئے اور پھر تمام ستارے اور سیارے اور کہکشائیں وجود میں آئیں۔</w:t>
      </w:r>
    </w:p>
    <w:p>
      <w:r>
        <w:rPr>
          <w:b/>
        </w:rPr>
        <w:t xml:space="preserve">[1:05:59] </w:t>
      </w:r>
      <w:r>
        <w:t>scientific maloomat ke mutabiq particle ke ijtima se banne wali is dunya ko 6 dauron ya periods mein taqseem kiya ja sakta hai.</w:t>
      </w:r>
    </w:p>
    <w:p>
      <w:pPr>
        <w:jc w:val="right"/>
      </w:pPr>
      <w:r>
        <w:t>سائنسی معلومات کے مطابق پارٹیکل کے اجتماع سے بننے والی اس دنیا کو 6 دوروں یا پیریڈز میں تقسیم کیا جا سکتا ہے۔</w:t>
      </w:r>
    </w:p>
    <w:p>
      <w:r>
        <w:rPr>
          <w:b/>
        </w:rPr>
        <w:t xml:space="preserve">[1:06:10] </w:t>
      </w:r>
      <w:r>
        <w:t>number 1: Big Bang. Number 2: Solar Bang. Number 3: Water Bang. Number 4: Planet Bang.</w:t>
      </w:r>
    </w:p>
    <w:p>
      <w:pPr>
        <w:jc w:val="right"/>
      </w:pPr>
      <w:r>
        <w:t>نمبر 1: بگ بینگ۔ نمبر 2: سولر بینگ۔ نمبر 3: واٹر بینگ۔ نمبر 4: پلانٹ بینگ۔</w:t>
      </w:r>
    </w:p>
    <w:p>
      <w:r>
        <w:rPr>
          <w:b/>
        </w:rPr>
        <w:t xml:space="preserve">[1:06:20] </w:t>
      </w:r>
      <w:r>
        <w:t>number 5: Animal Bang. Aur number 6: Human Bang. Takhleeq kainat ke aakhri marhale mein zameen par woh halaat paida hue jin ko life support system kaha jata hai.</w:t>
      </w:r>
    </w:p>
    <w:p>
      <w:pPr>
        <w:jc w:val="right"/>
      </w:pPr>
      <w:r>
        <w:t>نمبر 5: اینیمل بینگ۔ اور نمبر 6: ہیومن بینگ۔ تخلیق کائنات کے آخری مرحلے میں زمین پر وہ حالات پیدا ہوئے جن کو لائف سپورٹ سسٹم کہا جاتا ہے۔</w:t>
      </w:r>
    </w:p>
    <w:p>
      <w:r>
        <w:rPr>
          <w:b/>
        </w:rPr>
        <w:t xml:space="preserve">[1:06:35] </w:t>
      </w:r>
      <w:r>
        <w:t>aik scientist ne durust taur par kaha hai ke poori kainat insan ke liye custom made kainat ya custom made universe hai.</w:t>
      </w:r>
    </w:p>
    <w:p>
      <w:pPr>
        <w:jc w:val="right"/>
      </w:pPr>
      <w:r>
        <w:t>ایک سائنسدان نے درست طور پر کہا ہے کہ پوری کائنات انسان کے لیے کسٹم میڈ کائنات یا کسٹم میڈ یونیورس ہے۔</w:t>
      </w:r>
    </w:p>
    <w:p>
      <w:r>
        <w:rPr>
          <w:b/>
        </w:rPr>
        <w:t xml:space="preserve">[1:06:45] </w:t>
      </w:r>
      <w:r>
        <w:t>is ke baad sayara arz ya planet Earth par Khuda ne Adam ya insan ko paida kiya. Aur Adam ke jore Hawa/Eve ko.</w:t>
      </w:r>
    </w:p>
    <w:p>
      <w:pPr>
        <w:jc w:val="right"/>
      </w:pPr>
      <w:r>
        <w:t>اس کے بعد سیارہ ارض یا پلینٹ ارتھ پر خدا نے آدم یا انسان کو پیدا کیا۔ اور آدم کے جوڑے حوا/ایو کو۔</w:t>
      </w:r>
    </w:p>
    <w:p>
      <w:r>
        <w:rPr>
          <w:b/>
        </w:rPr>
        <w:t xml:space="preserve">[1:06:57] </w:t>
      </w:r>
      <w:r>
        <w:t>is ke baad mukhtalif ahwal se guzarte hue zameen par insan ki tareekh banna shuru hui. Khuda ne insan ko kamil azaad makhlooq ki hesiyat se paida kiya tha.</w:t>
      </w:r>
    </w:p>
    <w:p>
      <w:pPr>
        <w:jc w:val="right"/>
      </w:pPr>
      <w:r>
        <w:t>اس کے بعد مختلف احوال سے گزرتے ہوئے زمین پر انسان کی تاریخ بننا شروع ہوئی۔ خدا نے انسان کو کامل آزاد مخلوق کی حیثیت سے پیدا کیا تھا۔</w:t>
      </w:r>
    </w:p>
    <w:p>
      <w:r>
        <w:rPr>
          <w:b/>
        </w:rPr>
        <w:t xml:space="preserve">[1:07:11] </w:t>
      </w:r>
      <w:r>
        <w:t>lekin isi ke sath insani tareekh ko manage karne ka kaam Khuda ne apne control mein rakha. Tareekh ko manage karne ka kaam is tarah hua ke tareekh matloob rukh par safar kare.</w:t>
      </w:r>
    </w:p>
    <w:p>
      <w:pPr>
        <w:jc w:val="right"/>
      </w:pPr>
      <w:r>
        <w:t>لیکن اسی کے ساتھ انسانی تاریخ کو مینج کرنے کا کام خدا نے اپنے کنٹرول میں رکھا۔ تاریخ کو مینج کرنے کا کام اس طرح ہوا کہ تاریخ مطلوب رخ پر سفر کرے۔</w:t>
      </w:r>
    </w:p>
    <w:p>
      <w:r>
        <w:rPr>
          <w:b/>
        </w:rPr>
        <w:t xml:space="preserve">[1:07:26] </w:t>
      </w:r>
      <w:r>
        <w:t>woh matloob rukh se bhatak kar derail na hone paye. Yeh Khudai mansooba is tarah zer amal laya gaya ke tareekh ka safar matloob rukh par jari rahe aur isi ke sath insani azadi bhi poori tarah barqarar rahe.</w:t>
      </w:r>
    </w:p>
    <w:p>
      <w:pPr>
        <w:jc w:val="right"/>
      </w:pPr>
      <w:r>
        <w:t>وہ مطلوب رخ سے بھٹک کر ڈی ریل نہ ہونے پائے۔ یہ خدائی منصوبہ اس طرح زیر عمل لایا گیا کہ تاریخ کا سفر مطلوب رخ پر جاری رہے اور اسی کے ساتھ انسانی آزادی بھی پوری طرح برقرار رہے۔</w:t>
      </w:r>
    </w:p>
    <w:p>
      <w:r>
        <w:rPr>
          <w:b/>
        </w:rPr>
        <w:t xml:space="preserve">[1:07:44] </w:t>
      </w:r>
      <w:r>
        <w:t>God decided to manage history while maintaining human freedom. Insani tareekh ko manage karne ka yeh kaam lambi muddat ke andar mukhtalif sooraton mein anjam paya, jis ke bunyadi ajzaa ghaleban wohi hain jin ko anay wali sataron mein bayan kiya gaya hai.</w:t>
      </w:r>
    </w:p>
    <w:p>
      <w:pPr>
        <w:jc w:val="right"/>
      </w:pPr>
      <w:r>
        <w:t>God decided to manage history while maintaining human freedom. انسانی تاریخ کو مینج کرنے کا یہ کام طویل مدت کے اندر مختلف صورتوں میں انجام پایا، جس کے بنیادی اجزاء غالباً وہی ہیں جن کو آنے والی سطروں میں بیان کیا گیا ہے۔</w:t>
      </w:r>
    </w:p>
    <w:p>
      <w:r>
        <w:rPr>
          <w:b/>
        </w:rPr>
        <w:t xml:space="preserve">[1:08:04] </w:t>
      </w:r>
      <w:r>
        <w:t>wazeh ho ke management ka maqsad tareekh ko control karna nahi tha, balkeh har mor par tareekh ko redirect karna tha taakeh tareekh ko total derailment se bachaya ja sake.</w:t>
      </w:r>
    </w:p>
    <w:p>
      <w:pPr>
        <w:jc w:val="right"/>
      </w:pPr>
      <w:r>
        <w:t>واضح ہو کہ مینجمنٹ کا مقصد تاریخ کو کنٹرول کرنا نہیں تھا، بلکہ ہر موڑ پر تاریخ کو ری ڈائریکٹ کرنا تھا تاکہ تاریخ کو ٹوٹل ڈی ریلمنٹ سے بچایا جا سکے۔</w:t>
      </w:r>
    </w:p>
    <w:p>
      <w:r>
        <w:rPr>
          <w:b/>
        </w:rPr>
        <w:t xml:space="preserve">[1:08:19] </w:t>
      </w:r>
      <w:r>
        <w:t>tareekh ko manage karne ka yeh kaam normal course mein nahi hua, balkeh is ko jis method ke zariye kiya gaya, is ko shock treatment kaha ja sakta hai.</w:t>
      </w:r>
    </w:p>
    <w:p>
      <w:pPr>
        <w:jc w:val="right"/>
      </w:pPr>
      <w:r>
        <w:t>تاریخ کو مینج کرنے کا یہ کام نارمل کورس میں نہیں ہوا، بلکہ اس کو جس میتھڈ کے ذریعے کیا گیا، اس کو شاک ٹریٹمنٹ کہا جا سکتا ہے۔</w:t>
      </w:r>
    </w:p>
    <w:p>
      <w:r>
        <w:rPr>
          <w:b/>
        </w:rPr>
        <w:t xml:space="preserve">[1:08:41] </w:t>
      </w:r>
      <w:r>
        <w:t>insani tareekh ki ibtida. Quran aur Bible ke mutabiq Adam aur Hawa ko paidaish ke baad sayara arz par basaya gaya.</w:t>
      </w:r>
    </w:p>
    <w:p>
      <w:pPr>
        <w:jc w:val="right"/>
      </w:pPr>
      <w:r>
        <w:t>انسانی تاریخ کی ابتدا۔ قرآن اور بائبل کے مطابق آدم اور حوا کو پیدائش کے بعد سیارہ ارض پر بسایا گیا۔</w:t>
      </w:r>
    </w:p>
    <w:p>
      <w:r>
        <w:rPr>
          <w:b/>
        </w:rPr>
        <w:t xml:space="preserve">[1:08:55] </w:t>
      </w:r>
      <w:r>
        <w:t>unki nasal dhire dhire Dijla aur Furat ke darmiyan is maqam par markooz ho gayi jis ko Mesopotamia kaha jata hai.</w:t>
      </w:r>
    </w:p>
    <w:p>
      <w:pPr>
        <w:jc w:val="right"/>
      </w:pPr>
      <w:r>
        <w:t>ان کی نسل دھیرے دھیرے دجلہ اور فرات کے درمیان اس مقام پر مرتکز ہو گئی جس کو میسوپوٹیمیا کہا جاتا ہے۔</w:t>
      </w:r>
    </w:p>
    <w:p>
      <w:r>
        <w:rPr>
          <w:b/>
        </w:rPr>
        <w:t xml:space="preserve">[1:09:05] </w:t>
      </w:r>
      <w:r>
        <w:t>is zamane mein safar ki sahoolaten maujood na theen, is liye lambe arse tak Adam (AS) ki nasal isi ilaqe mein abad rahi.</w:t>
      </w:r>
    </w:p>
    <w:p>
      <w:pPr>
        <w:jc w:val="right"/>
      </w:pPr>
      <w:r>
        <w:t>اس زمانے میں سفر کی سہولتیں موجود نہ تھیں، اس لیے لمبے عرصے تک آدم علیہ السلام کی نسل اسی علاقے میں آباد رہی۔</w:t>
      </w:r>
    </w:p>
    <w:p>
      <w:r>
        <w:rPr>
          <w:b/>
        </w:rPr>
        <w:t xml:space="preserve">[1:09:15] </w:t>
      </w:r>
      <w:r>
        <w:t>lekin abadi ka yeh ijtima خالق ke naqshe ke mutabiq na tha. خالق ko matloob tha ke Adam (AS) ki nasal mehdood raqbe se nikle aur poore kar-e-arz par phail jaye.</w:t>
      </w:r>
    </w:p>
    <w:p>
      <w:pPr>
        <w:jc w:val="right"/>
      </w:pPr>
      <w:r>
        <w:t>لیکن آبادی کا یہ اجتماع خالق کے نقشے کے مطابق نہ تھا۔ خالق کو مطلوب تھا کہ آدم علیہ السلام کی نسل محدود رقبے سے نکلے اور پورے کرہ ارض پر پھیل جائے۔</w:t>
      </w:r>
    </w:p>
    <w:p>
      <w:r>
        <w:rPr>
          <w:b/>
        </w:rPr>
        <w:t xml:space="preserve">[1:09:30] </w:t>
      </w:r>
      <w:r>
        <w:t>is muddat mein Adam (AS) ki nasal mein jamood aa chuka tha. Unki naslon ke darmiyan mutfarriq qism ki buraiyan paida ho chuki theen.</w:t>
      </w:r>
    </w:p>
    <w:p>
      <w:pPr>
        <w:jc w:val="right"/>
      </w:pPr>
      <w:r>
        <w:t>اس مدت میں آدم علیہ السلام کی نسل میں جمود آ چکا تھا۔ ان کی نسلوں کے درمیان متفرق قسم کی برائیاں پیدا ہو چکی تھیں۔</w:t>
      </w:r>
    </w:p>
    <w:p>
      <w:r>
        <w:rPr>
          <w:b/>
        </w:rPr>
        <w:t xml:space="preserve">[1:09:42] </w:t>
      </w:r>
      <w:r>
        <w:t>is waqt Khuda ne un ke darmiyan payambar Nuh (AS) ko bheja taakeh woh un ko sahi rehnumai den. Magar apne jamood mein woh itne zyada conditioned ho chuke the ke kuch afrad ke siwa un ki aksariyat ne payambar Nuh ki baat ko ikhtiyar nahi kiya.</w:t>
      </w:r>
    </w:p>
    <w:p>
      <w:pPr>
        <w:jc w:val="right"/>
      </w:pPr>
      <w:r>
        <w:t>اس وقت خدا نے ان کے درمیان پیغمبر نوح علیہ السلام کو بھیجا تاکہ وہ ان کو صحیح رہنمائی دیں۔ مگر اپنے جمود میں وہ اتنے زیادہ کنڈیشنڈ ہو چکے تھے کہ کچھ افراد کے سوا ان کی اکثریت نے پیغمبر نوح کی بات کو اختیار نہیں کیا۔</w:t>
      </w:r>
    </w:p>
    <w:p>
      <w:r>
        <w:rPr>
          <w:b/>
        </w:rPr>
        <w:t xml:space="preserve">[1:10:03] </w:t>
      </w:r>
      <w:r>
        <w:t>is liye khuda ne yeh kiya ke is ilaqay mein aik bara toofan ya great flood aaya. is muddat mein un ke peghambar nuh alaih assalam ne aik bari kashti tayyar ki.</w:t>
      </w:r>
    </w:p>
    <w:p>
      <w:pPr>
        <w:jc w:val="right"/>
      </w:pPr>
      <w:r>
        <w:t>اس لیے خدا نے یہ کیا کہ اس علاقے میں ایک بڑا طوفان یا گریٹ فلڈ آیا۔ اس مدت میں ان کے پیغمبر نوح علیہ السلام نے ایک بڑی کشتی تیار کی۔</w:t>
      </w:r>
    </w:p>
    <w:p>
      <w:r>
        <w:rPr>
          <w:b/>
        </w:rPr>
        <w:t xml:space="preserve">[1:10:17] </w:t>
      </w:r>
      <w:r>
        <w:t>peghambar nuh ne is ibtidaai nasal insani ke muntakhib afraad ko is kashti par sawar kiya. is ke baad yeh kashti toofan ke bahao ke tehat chalti rahi,</w:t>
      </w:r>
    </w:p>
    <w:p>
      <w:pPr>
        <w:jc w:val="right"/>
      </w:pPr>
      <w:r>
        <w:t>پیغمبر نوح نے اس ابتدائی نسل انسانی کے منتخب افراد کو اس کشتی پر سوار کیا۔ اس کے بعد یہ کشتی طوفان کے بہاؤ کے تحت چلتی رہی،</w:t>
      </w:r>
    </w:p>
    <w:p>
      <w:r>
        <w:rPr>
          <w:b/>
        </w:rPr>
        <w:t xml:space="preserve">[1:10:31] </w:t>
      </w:r>
      <w:r>
        <w:t>yahan tak ke woh joodi pahaar par pohnch kar ruk gayi. yeh pahaar maujooda turki ke saahli ilaqay par waqe hai.</w:t>
      </w:r>
    </w:p>
    <w:p>
      <w:pPr>
        <w:jc w:val="right"/>
      </w:pPr>
      <w:r>
        <w:t>یہاں تک کہ وہ جودی پہاڑ پر پہنچ کر رک گئی۔ یہ پہاڑ موجودہ ترکی کے ساحلی علاقے پر واقع ہے۔</w:t>
      </w:r>
    </w:p>
    <w:p>
      <w:r>
        <w:rPr>
          <w:b/>
        </w:rPr>
        <w:t xml:space="preserve">[1:10:41] </w:t>
      </w:r>
      <w:r>
        <w:t>adam alaih assalam ki nasal joodi pahaar ke ilaqay mein utri aur phir dheere dheere teen barra-e-azam mein phail gayi, yaani asia, europe aur africa.</w:t>
      </w:r>
    </w:p>
    <w:p>
      <w:pPr>
        <w:jc w:val="right"/>
      </w:pPr>
      <w:r>
        <w:t>آدم علیہ السلام کی نسل جودی پہاڑ کے علاقے میں اتری اور پھر دھیرے دھیرے تین براعظموں میں پھیل گئی، یعنی ایشیا، یورپ اور افریقہ۔</w:t>
      </w:r>
    </w:p>
    <w:p>
      <w:r>
        <w:rPr>
          <w:b/>
        </w:rPr>
        <w:t xml:space="preserve">[1:10:57] </w:t>
      </w:r>
      <w:r>
        <w:t>desert therapy. adam alaih assalam ki yeh nasal tawallud o tanasul ke zariye barhti rahi, yahan tak ke dobara un ke andar jamood ya stagnation aaya.</w:t>
      </w:r>
    </w:p>
    <w:p>
      <w:pPr>
        <w:jc w:val="right"/>
      </w:pPr>
      <w:r>
        <w:t>ڈیزرٹ تھیراپی۔ آدم علیہ السلام کی یہ نسل توالد و تناسل کے ذریعے بڑھتی رہی، یہاں تک کہ دوبارہ ان کے اندر جمود یا سٹیگنیشن آیا۔</w:t>
      </w:r>
    </w:p>
    <w:p>
      <w:r>
        <w:rPr>
          <w:b/>
        </w:rPr>
        <w:t xml:space="preserve">[1:11:11] </w:t>
      </w:r>
      <w:r>
        <w:t>un ke andar fitrat ki parastish ya nature worship ka culture phail gaya, khaas tor par suraj, chand aur sitaron ki parastish.</w:t>
      </w:r>
    </w:p>
    <w:p>
      <w:pPr>
        <w:jc w:val="right"/>
      </w:pPr>
      <w:r>
        <w:t>ان کے اندر فطرت کی پرستش یا نیچر ورشپ کا کلچر پھیل گیا، خاص طور پر سورج، چاند اور ستاروں کی پرستش۔</w:t>
      </w:r>
    </w:p>
    <w:p>
      <w:r>
        <w:rPr>
          <w:b/>
        </w:rPr>
        <w:t xml:space="preserve">[1:11:24] </w:t>
      </w:r>
      <w:r>
        <w:t>is waqt peghambar ibrahim alaih assalam un ki hidait ke liye bheje gaye. unhon ne lambi muddat tak tablegh ki koshishen jaari rakheen.</w:t>
      </w:r>
    </w:p>
    <w:p>
      <w:pPr>
        <w:jc w:val="right"/>
      </w:pPr>
      <w:r>
        <w:t>اس وقت پیغمبر ابراہیم علیہ السلام ان کی ہدایت کے لیے بھیجے گئے۔ انہوں نے لمبی مدت تک تبلیغ کی کوششیں جاری رکھیں۔</w:t>
      </w:r>
    </w:p>
    <w:p>
      <w:r>
        <w:rPr>
          <w:b/>
        </w:rPr>
        <w:t xml:space="preserve">[1:11:35] </w:t>
      </w:r>
      <w:r>
        <w:t>un ki koshishon ke nateejay mein qaum ke kuch afraad ne islaah qubool ki, magar qaum ki aksariyat bigaad ke rastay par qaim rahi.</w:t>
      </w:r>
    </w:p>
    <w:p>
      <w:pPr>
        <w:jc w:val="right"/>
      </w:pPr>
      <w:r>
        <w:t>ان کی کوششوں کے نتیجے میں قوم کے کچھ افراد نے اصلاح قبول کی، مگر قوم کی اکثریت بگاڑ کے راستے پر قائم رہی۔</w:t>
      </w:r>
    </w:p>
    <w:p>
      <w:r>
        <w:rPr>
          <w:b/>
        </w:rPr>
        <w:t xml:space="preserve">[1:11:46] </w:t>
      </w:r>
      <w:r>
        <w:t>is waqt khuda ki hidait ke tehat peghambar ibrahim alaih assalam ne apne kaam ki nai planning ki. unhon ne chand afraad ke aik chote group ko le kar iraq se hijrat ki.</w:t>
      </w:r>
    </w:p>
    <w:p>
      <w:pPr>
        <w:jc w:val="right"/>
      </w:pPr>
      <w:r>
        <w:t>اس وقت خدا کی ہدایت کے تحت پیغمبر ابراہیم علیہ السلام نے اپنے کام کی نئی پلاننگ کی۔ انہوں نے چند افراد کے ایک چھوٹے گروپ کو لے کر عراق سے ہجرت کی۔</w:t>
      </w:r>
    </w:p>
    <w:p>
      <w:r>
        <w:rPr>
          <w:b/>
        </w:rPr>
        <w:t xml:space="preserve">[1:12:00] </w:t>
      </w:r>
      <w:r>
        <w:t>yeh qaafila teen afraad par mushtamil tha: peghambar ibrahim, un ki biwi haajra aur un ke bete ismail.</w:t>
      </w:r>
    </w:p>
    <w:p>
      <w:pPr>
        <w:jc w:val="right"/>
      </w:pPr>
      <w:r>
        <w:t>یہ قافلہ تین افراد پر مشتمل تھا: پیغمبر ابراہیم، ان کی بیوی ہاجرہ اور ان کے بیٹے اسماعیل۔</w:t>
      </w:r>
    </w:p>
    <w:p>
      <w:r>
        <w:rPr>
          <w:b/>
        </w:rPr>
        <w:t xml:space="preserve">[1:12:10] </w:t>
      </w:r>
      <w:r>
        <w:t>yeh log iraq se hijrat kar ke arab ke is maqam par aaye jahan ab makkah waqe hai. is waqt yeh poora ilaaqa aik sehrai ilaaqa tha, yaani aik ghair mutamaddin ilaaqa.</w:t>
      </w:r>
    </w:p>
    <w:p>
      <w:pPr>
        <w:jc w:val="right"/>
      </w:pPr>
      <w:r>
        <w:t>یہ لوگ عراق سے ہجرت کر کے عرب کے اس مقام پر آئے جہاں اب مکہ واقع ہے۔ اس وقت یہ پورا علاقہ ایک صحرائی علاقہ تھا، یعنی ایک غیر متمدن علاقہ۔</w:t>
      </w:r>
    </w:p>
    <w:p>
      <w:r>
        <w:rPr>
          <w:b/>
        </w:rPr>
        <w:t xml:space="preserve">[1:12:26] </w:t>
      </w:r>
      <w:r>
        <w:t>is waqt khaliq ka mansooba yeh hua ke tamaddun se door is ilaqay mein aisi qaum tayyar ki jaye jo fitrat ke mahol mein parvarish paaye aur is waqt ke tamadduni bigaad se mehfooz rahe.</w:t>
      </w:r>
    </w:p>
    <w:p>
      <w:pPr>
        <w:jc w:val="right"/>
      </w:pPr>
      <w:r>
        <w:t>اس وقت خالق کا منصوبہ یہ ہوا کہ تمدن سے دور اس علاقے میں ایسی قوم تیار کی جائے جو فطرت کے ماحول میں پرورش پائے اور اس وقت کے تمدنی بگاڑ سے محفوظ رہے۔</w:t>
      </w:r>
    </w:p>
    <w:p>
      <w:r>
        <w:rPr>
          <w:b/>
        </w:rPr>
        <w:t xml:space="preserve">[1:12:41] </w:t>
      </w:r>
      <w:r>
        <w:t>yeh aik sehrai mansooba tha, is ko is aitbaar se desert therapy kaha ja sakta hai. sehra ke is saada mahol mein is qaum ke andar fitri tor par tawallud o tanasul ka amal shuru hua, jis ke zariye is qaum mein izafa hota raha,</w:t>
      </w:r>
    </w:p>
    <w:p>
      <w:pPr>
        <w:jc w:val="right"/>
      </w:pPr>
      <w:r>
        <w:t>یہ ایک صحرائی منصوبہ تھا، اس کو اس اعتبار سے ڈیزرٹ تھیراپی کہا جا سکتا ہے۔ صحرا کے اس سادہ ماحول میں اس قوم کے اندر فطری طور پر توالد و تناسل کا عمل شروع ہوا، جس کے ذریعے اس قوم میں اضافہ ہوتا رہا،</w:t>
      </w:r>
    </w:p>
    <w:p>
      <w:r>
        <w:rPr>
          <w:b/>
        </w:rPr>
        <w:t xml:space="preserve">[1:13:01] </w:t>
      </w:r>
      <w:r>
        <w:t>yahan tak ke taqreeban dhai hazar saal mein aik nasal ban kar tayyar ho gayi jis ko banu ismail kaha jata hai. yeh nasal aik nihayat jandar nasal thi jis ko aik maghribi mufakkir ne "a nation of heroes" ka naam diya hai.</w:t>
      </w:r>
    </w:p>
    <w:p>
      <w:pPr>
        <w:jc w:val="right"/>
      </w:pPr>
      <w:r>
        <w:t>یہاں تک کہ تقریباً ڈھائی ہزار سال میں ایک نسل بن کر تیار ہو گئی جس کو بنو اسماعیل کہا جاتا ہے۔ یہ نسل ایک نہایت جاندار نسل تھی جس کو ایک مغربی مفکر نے "ا نیشن آف ہیروز" کا نام دیا ہے۔</w:t>
      </w:r>
    </w:p>
    <w:p>
      <w:r>
        <w:rPr>
          <w:b/>
        </w:rPr>
        <w:t xml:space="preserve">[1:13:29] </w:t>
      </w:r>
      <w:r>
        <w:t>banu ismail ka role. woh log jin ko ashaab e rasool kaha jata hai, woh inhi bani ismail ki nasal se thay.</w:t>
      </w:r>
    </w:p>
    <w:p>
      <w:pPr>
        <w:jc w:val="right"/>
      </w:pPr>
      <w:r>
        <w:t>بنو اسماعیل کا رول۔ وہ لوگ جن کو اصحاب رسول کہا جاتا ہے، وہ انہی بنی اسماعیل کی نسل سے تھے۔</w:t>
      </w:r>
    </w:p>
    <w:p>
      <w:r>
        <w:rPr>
          <w:b/>
        </w:rPr>
        <w:t xml:space="preserve">[1:13:40] </w:t>
      </w:r>
      <w:r>
        <w:t>un ka zamana saatveen sadi isvi ka zamana hai. is zamane mein har jagah dunya mein jabri badshahat ka nizaam tha.</w:t>
      </w:r>
    </w:p>
    <w:p>
      <w:pPr>
        <w:jc w:val="right"/>
      </w:pPr>
      <w:r>
        <w:t>ان کا زمانہ ساتویں صدی عیسوی کا زمانہ ہے۔ اس زمانے میں ہر جگہ دنیا میں جبری بادشاہت کا نظام تھا۔</w:t>
      </w:r>
    </w:p>
    <w:p>
      <w:r>
        <w:rPr>
          <w:b/>
        </w:rPr>
        <w:t xml:space="preserve">[1:13:50] </w:t>
      </w:r>
      <w:r>
        <w:t>is waqt arab ki sarhad par do bari saltanaten theen: irani saltanat (sassanid empire) aur roomi saltanat (byzantine empire).</w:t>
      </w:r>
    </w:p>
    <w:p>
      <w:pPr>
        <w:jc w:val="right"/>
      </w:pPr>
      <w:r>
        <w:t>اس وقت عرب کی سرحد پر دو بڑی سلطنتیں تھیں: ایرانی سلطنت (سیسنیٹ ایمپائر) اور رومی سلطنت (بیزنٹائن ایمپائر)۔</w:t>
      </w:r>
    </w:p>
    <w:p>
      <w:r>
        <w:rPr>
          <w:b/>
        </w:rPr>
        <w:t xml:space="preserve">[1:14:01] </w:t>
      </w:r>
      <w:r>
        <w:t>yeh saltanaten jabir saltanaten theen. un ki wajah se is waqt ki dunya mein aazadana soch ka khatma ho gaya tha, is liye taraqqi ka amal ruka hua tha.</w:t>
      </w:r>
    </w:p>
    <w:p>
      <w:pPr>
        <w:jc w:val="right"/>
      </w:pPr>
      <w:r>
        <w:t>یہ سلطنتیں جابر سلطنتیں تھیں۔ ان کی وجہ سے اس وقت کی دنیا میں آزادانہ سوچ کا خاتمہ ہو گیا تھا، اس لیے ترقی کا عمل رکا ہوا تھا۔</w:t>
      </w:r>
    </w:p>
    <w:p>
      <w:r>
        <w:rPr>
          <w:b/>
        </w:rPr>
        <w:t xml:space="preserve">[1:14:14] </w:t>
      </w:r>
      <w:r>
        <w:t>is zamane ki in saltanaton ne khud aaghaz kar ke takrao ki soorat paida ki. is ke nateejay mein ashaab e rasool se un ka takrao hua aur aakhir kar mukhtalif ahwal se guzarte hue dono saltanaton ka khatma ho gaya.</w:t>
      </w:r>
    </w:p>
    <w:p>
      <w:pPr>
        <w:jc w:val="right"/>
      </w:pPr>
      <w:r>
        <w:t>اس زمانے کی ان سلطنتوں نے خود آغاز کر کے ٹکراؤ کی صورت پیدا کی۔ اس کے نتیجے میں اصحاب رسول سے ان کا ٹکراؤ ہوا اور آخر کار مختلف احوال سے گزرتے ہوئے دونوں سلطنتوں کا خاتمہ ہو گیا۔</w:t>
      </w:r>
    </w:p>
    <w:p>
      <w:r>
        <w:rPr>
          <w:b/>
        </w:rPr>
        <w:t xml:space="preserve">[1:14:31] </w:t>
      </w:r>
      <w:r>
        <w:t>is ke baad dunya mein azadi e fikr ka daur shuru hua. is waqay ka zikr bible mein in alfaaz mein bayan kiya gaya hai: "us ne nigah ki aur qaumein paragaanda ho gayeen, azali pahaar parah parah ho gaye, qadeem tille jhuk gaye." He stood and measured the earth; he beheld and drove asunder the nations,</w:t>
      </w:r>
    </w:p>
    <w:p>
      <w:pPr>
        <w:jc w:val="right"/>
      </w:pPr>
      <w:r>
        <w:t>اس کے بعد دنیا میں آزادی فکر کا دور شروع ہوا۔ اس واقعے کا ذکر بائبل میں ان الفاظ میں بیان کیا گیا ہے: "اس نے نگاہ کی اور قومیں پراگندہ ہو گئیں، ازلی پہاڑ پارہ پارہ ہو گئے، قدیم ٹیلے جھک گئے۔" He stood and measured the earth; he beheld and drove asunder the nations,</w:t>
      </w:r>
    </w:p>
    <w:p>
      <w:r>
        <w:rPr>
          <w:b/>
        </w:rPr>
        <w:t xml:space="preserve">[1:14:58] </w:t>
      </w:r>
      <w:r>
        <w:t>and the everlasting mountains were scattered; the perpetual hills did bow.</w:t>
      </w:r>
    </w:p>
    <w:p>
      <w:pPr>
        <w:jc w:val="right"/>
      </w:pPr>
      <w:r>
        <w:t>and the everlasting mountains were scattered; the perpetual hills did bow.</w:t>
      </w:r>
    </w:p>
    <w:p>
      <w:r>
        <w:rPr>
          <w:b/>
        </w:rPr>
        <w:t xml:space="preserve">[1:15:05] </w:t>
      </w:r>
      <w:r>
        <w:t>siyasi jabr ke is nizaam ka khatma aik be had mushkil kaam tha, lekin khuda ki tofeeq se aisay halaat paida hue ke dono saltanaton mein bari bari takrao hua.</w:t>
      </w:r>
    </w:p>
    <w:p>
      <w:pPr>
        <w:jc w:val="right"/>
      </w:pPr>
      <w:r>
        <w:t>سیاسی جبر کے اس نظام کا خاتمہ ایک بے حد مشکل کام تھا، لیکن خدا کی توفیق سے ایسے حالات پیدا ہوئے کہ دونوں سلطنتوں میں باری باری ٹکراؤ ہوا۔</w:t>
      </w:r>
    </w:p>
    <w:p>
      <w:r>
        <w:rPr>
          <w:b/>
        </w:rPr>
        <w:t xml:space="preserve">[1:15:20] </w:t>
      </w:r>
      <w:r>
        <w:t>pehlay iraniyon ne roomiyon ko bari tarah shikast di, is ke baad roomiyon ne jawabai qadam kar ke irani saltanat ko tod dala.</w:t>
      </w:r>
    </w:p>
    <w:p>
      <w:pPr>
        <w:jc w:val="right"/>
      </w:pPr>
      <w:r>
        <w:t>پہلے ایرانیوں نے رومیوں کو بری طرح شکست دی، اس کے بعد رومیوں نے جوابی اقدام کر کے ایرانی سلطنت کو توڑ ڈالا۔</w:t>
      </w:r>
    </w:p>
    <w:p>
      <w:r>
        <w:rPr>
          <w:b/>
        </w:rPr>
        <w:t xml:space="preserve">[1:15:31] </w:t>
      </w:r>
      <w:r>
        <w:t>yeh dono waqeat das saal ki muddat mein hue,</w:t>
      </w:r>
    </w:p>
    <w:p>
      <w:pPr>
        <w:jc w:val="right"/>
      </w:pPr>
      <w:r>
        <w:t>یہ دونوں واقعات دس سال کی مدت میں ہوئے،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