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Case of Present Muslim Generation September 28, 2008</w:t>
      </w:r>
    </w:p>
    <w:p>
      <w:r>
        <w:t>https://www.youtube.com/watch?v=yjSy2b7JPTw</w:t>
      </w:r>
    </w:p>
    <w:p>
      <w:r>
        <w:rPr>
          <w:b/>
        </w:rPr>
        <w:t xml:space="preserve">[00:14] </w:t>
      </w:r>
      <w:r>
        <w:t>bismillah rahman rahim, wa salla Allahu ala an-nabiyyil kareem. rab ishrah li sadri, wa yassir li amri,</w:t>
      </w:r>
    </w:p>
    <w:p>
      <w:pPr>
        <w:jc w:val="right"/>
      </w:pPr>
      <w:r>
        <w:t>بسم اللہ الرحمن الرحیم، و صلی اللہ علی النبی الکریم۔ رب اشرح لی صدری، ویسر لی امری،</w:t>
      </w:r>
    </w:p>
    <w:p>
      <w:r>
        <w:rPr>
          <w:b/>
        </w:rPr>
        <w:t xml:space="preserve">[00:28] </w:t>
      </w:r>
      <w:r>
        <w:t>wahal ul uqdah min lisani, yafqah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[00:42] </w:t>
      </w:r>
      <w:r>
        <w:t>"the case of present Muslim generation".</w:t>
      </w:r>
    </w:p>
    <w:p>
      <w:pPr>
        <w:jc w:val="right"/>
      </w:pPr>
      <w:r>
        <w:t>"دا کیس آف پریزنٹ مسلم جنریشن"۔</w:t>
      </w:r>
    </w:p>
    <w:p>
      <w:r>
        <w:rPr>
          <w:b/>
        </w:rPr>
        <w:t xml:space="preserve">[00:48] </w:t>
      </w:r>
      <w:r>
        <w:t>aaj ke musilimano ka kais. aap jante hain ke har taraf yeh discussion chal raha hai ke musilim mind kya hai, musilim saikay kya hai,</w:t>
      </w:r>
    </w:p>
    <w:p>
      <w:pPr>
        <w:jc w:val="right"/>
      </w:pPr>
      <w:r>
        <w:t>آج کے مسلمانوں کا کیس۔ آپ جانتے ہیں کہ ہر طرف یہ ڈسکشن چل رہا ہے کہ مسلم مائنڈ کیا ہے، مسلم سائیکی کیا ہے،</w:t>
      </w:r>
    </w:p>
    <w:p>
      <w:r>
        <w:rPr>
          <w:b/>
        </w:rPr>
        <w:t xml:space="preserve">[01:02] </w:t>
      </w:r>
      <w:r>
        <w:t>musilimano ka mind set kya hai. yeh behs har jagah ho rahi hai, sirf india mein nahi, har jagah. main arab mein gaya ek bar to ek professor thay,</w:t>
      </w:r>
    </w:p>
    <w:p>
      <w:pPr>
        <w:jc w:val="right"/>
      </w:pPr>
      <w:r>
        <w:t>مسلمانوں کا مائنڈ سیٹ کیا ہے۔ یہ بحث ہر جگہ ہو رہی ہے، صرف انڈیا میں نہیں، ہر جگہ۔ میں عرب میں گیا ایک بار تو ایک پروفیسر تھے،</w:t>
      </w:r>
    </w:p>
    <w:p>
      <w:r>
        <w:rPr>
          <w:b/>
        </w:rPr>
        <w:t xml:space="preserve">[01:17] </w:t>
      </w:r>
      <w:r>
        <w:t>unho ne kaha ke sab se pehla sawal yeh hai ke "man nahnu?"</w:t>
      </w:r>
    </w:p>
    <w:p>
      <w:pPr>
        <w:jc w:val="right"/>
      </w:pPr>
      <w:r>
        <w:t>انہوں نے کہا کہ سب سے پہلا سوال یہ ہے کہ "من نحن؟"</w:t>
      </w:r>
    </w:p>
    <w:p>
      <w:r>
        <w:rPr>
          <w:b/>
        </w:rPr>
        <w:t xml:space="preserve">[01:25] </w:t>
      </w:r>
      <w:r>
        <w:t>yani hum kya hain, hum kon hain. pehle is ko tay karna hai ke hum kon hain.</w:t>
      </w:r>
    </w:p>
    <w:p>
      <w:pPr>
        <w:jc w:val="right"/>
      </w:pPr>
      <w:r>
        <w:t>یعنی ہم کیا ہیں، ہم کون ہیں۔ پہلے اس کو طے کرنا ہے کہ ہم کون ہیں۔</w:t>
      </w:r>
    </w:p>
    <w:p>
      <w:r>
        <w:rPr>
          <w:b/>
        </w:rPr>
        <w:t xml:space="preserve">[01:33] </w:t>
      </w:r>
      <w:r>
        <w:t>europe, america jaiye to wahan bhi yahi sawal hota hai ke musilimano ki identity kya hai,</w:t>
      </w:r>
    </w:p>
    <w:p>
      <w:pPr>
        <w:jc w:val="right"/>
      </w:pPr>
      <w:r>
        <w:t>یورپ، امریکہ جائیے تو وہاں بھی یہی سوال ہوتا ہے کہ مسلمانوں کی آئیڈینٹیٹی کیا ہے،</w:t>
      </w:r>
    </w:p>
    <w:p>
      <w:r>
        <w:rPr>
          <w:b/>
        </w:rPr>
        <w:t xml:space="preserve">[01:41] </w:t>
      </w:r>
      <w:r>
        <w:t>musilimano ka mind set kya hai. to aaj main chahta hoon kisi ke bare mein main apna kuch experience share karoon.</w:t>
      </w:r>
    </w:p>
    <w:p>
      <w:pPr>
        <w:jc w:val="right"/>
      </w:pPr>
      <w:r>
        <w:t>مسلمانوں کا مائنڈ سیٹ کیا ہے۔ تو آج میں چاہتا ہوں کسی کے بارے میں میں اپنا کچھ ایکسپیرئینس شیئر کروں۔</w:t>
      </w:r>
    </w:p>
    <w:p>
      <w:r>
        <w:rPr>
          <w:b/>
        </w:rPr>
        <w:t xml:space="preserve">[01:57] </w:t>
      </w:r>
      <w:r>
        <w:t>main shuru karna chahta hoon ek media ke item se. yeh mere hath mein kal ka paper hai, kal ka english paper.</w:t>
      </w:r>
    </w:p>
    <w:p>
      <w:pPr>
        <w:jc w:val="right"/>
      </w:pPr>
      <w:r>
        <w:t>میں شروع کرنا چاہتا ہوں ایک میڈیا کے آئٹم سے۔ یہ میرے ہاتھ میں کل کا پیپر ہے، کل کا انگلش پیپر۔</w:t>
      </w:r>
    </w:p>
    <w:p>
      <w:r>
        <w:rPr>
          <w:b/>
        </w:rPr>
        <w:t xml:space="preserve">[02:09] </w:t>
      </w:r>
      <w:r>
        <w:t>aap ko maloom hai ke abhi recently dehli mein aur kai jagah</w:t>
      </w:r>
    </w:p>
    <w:p>
      <w:pPr>
        <w:jc w:val="right"/>
      </w:pPr>
      <w:r>
        <w:t>آپ کو معلوم ہے کہ ابھی ریسنٹلی دہلی میں اور کئی جگہ</w:t>
      </w:r>
    </w:p>
    <w:p>
      <w:r>
        <w:rPr>
          <w:b/>
        </w:rPr>
        <w:t xml:space="preserve">[02:19] </w:t>
      </w:r>
      <w:r>
        <w:t>bomb blast hue. abhi kal bhi hua hai. to</w:t>
      </w:r>
    </w:p>
    <w:p>
      <w:pPr>
        <w:jc w:val="right"/>
      </w:pPr>
      <w:r>
        <w:t>بم بلاسٹ ہوئے۔ ابھی کل بھی ہوا ہے۔ تو</w:t>
      </w:r>
    </w:p>
    <w:p>
      <w:r>
        <w:rPr>
          <w:b/>
        </w:rPr>
        <w:t xml:space="preserve">[02:28] </w:t>
      </w:r>
      <w:r>
        <w:t>yeh jo bomb blast hue jagah jagah to aam taur par is mein musilimano ka naam liya gaya. mislan simi ka.</w:t>
      </w:r>
    </w:p>
    <w:p>
      <w:pPr>
        <w:jc w:val="right"/>
      </w:pPr>
      <w:r>
        <w:t>یہ جو بم بلاسٹ ہوئے جگہ جگہ تو عام طور پر اس میں مسلمانوں کا نام لیا گیا۔ مثلاً سیمی کا۔</w:t>
      </w:r>
    </w:p>
    <w:p>
      <w:r>
        <w:rPr>
          <w:b/>
        </w:rPr>
        <w:t xml:space="preserve">[02:39] </w:t>
      </w:r>
      <w:r>
        <w:t>ke is ke peechay simi ka hath hai. to pehle musilim yeh kehte thay, musilimano ke jo likhne aur bolne wale log hain ke simi to kab ki khatam ho chuki.</w:t>
      </w:r>
    </w:p>
    <w:p>
      <w:pPr>
        <w:jc w:val="right"/>
      </w:pPr>
      <w:r>
        <w:t>کہ اس کے پیچھے سیمی کا ہاتھ ہے۔ تو پہلے مسلمان یہ کہتے تھے، مسلمانوں کے جو لکھنے اور بولنے والے لوگ ہیں کہ سیمی تو کب کی ختم ہو چکی۔</w:t>
      </w:r>
    </w:p>
    <w:p>
      <w:r>
        <w:rPr>
          <w:b/>
        </w:rPr>
        <w:t xml:space="preserve">[02:56] </w:t>
      </w:r>
      <w:r>
        <w:t>woh exist hi nahi karti. ban laga to ab khatam ho chuki hai woh. ab to kahin hai hi nahi woh. to to non existent body hai woh.</w:t>
      </w:r>
    </w:p>
    <w:p>
      <w:pPr>
        <w:jc w:val="right"/>
      </w:pPr>
      <w:r>
        <w:t>وہ ایگزسٹ ہی نہیں کرتی۔ بین لگا تو اب ختم ہو چکی ہے وہ۔ اب تو کہیں ہے ہی نہیں وہ۔ تو تو نان ایگزسٹنٹ باڈی ہے وہ۔</w:t>
      </w:r>
    </w:p>
    <w:p>
      <w:r>
        <w:rPr>
          <w:b/>
        </w:rPr>
        <w:t xml:space="preserve">[03:09] </w:t>
      </w:r>
      <w:r>
        <w:t>pehle yeh kaha logon ne. phir jab yeh establish ho gaya ke simi ke log hi is mein hain to ab aaj kya chupa hai yeh paper mein.</w:t>
      </w:r>
    </w:p>
    <w:p>
      <w:pPr>
        <w:jc w:val="right"/>
      </w:pPr>
      <w:r>
        <w:t>پہلے یہ کہا لوگوں نے۔ پھر جب یہ اسٹیبلش ہو گیا کہ سیمی کے لوگ ہی اس میں ہیں تو اب آج کیا چھپا ہے یہ پیپر میں۔</w:t>
      </w:r>
    </w:p>
    <w:p>
      <w:r>
        <w:rPr>
          <w:b/>
        </w:rPr>
        <w:t xml:space="preserve">[03:22] </w:t>
      </w:r>
      <w:r>
        <w:t>ek musilim</w:t>
      </w:r>
    </w:p>
    <w:p>
      <w:pPr>
        <w:jc w:val="right"/>
      </w:pPr>
      <w:r>
        <w:t>ایک مسلم</w:t>
      </w:r>
    </w:p>
    <w:p>
      <w:r>
        <w:rPr>
          <w:b/>
        </w:rPr>
        <w:t xml:space="preserve">[03:26] </w:t>
      </w:r>
      <w:r>
        <w:t>professor ka article chupa hai. is mein kya kehte hain woh "ban force simi to turn radical". yani pehle to yeh kehte rahay ke simi hai hi nahi.</w:t>
      </w:r>
    </w:p>
    <w:p>
      <w:pPr>
        <w:jc w:val="right"/>
      </w:pPr>
      <w:r>
        <w:t>پروفیسر کا آرٹیکل چھپا ہے۔ اس میں کیا کہتے ہیں وہ "بین فورس سیمی ٹو ٹرن ریڈیکل"۔ یعنی پہلے تو یہ کہتے رہے کہ سیمی ہے ہی نہیں۔</w:t>
      </w:r>
    </w:p>
    <w:p>
      <w:r>
        <w:rPr>
          <w:b/>
        </w:rPr>
        <w:t xml:space="preserve">[03:38] </w:t>
      </w:r>
      <w:r>
        <w:t>ab keh rahe hain ke ban laga to simi jo hai radical ban gayi. main samajhta hoon ke sab se bara blame jata hai in intellectuals ko jo kisi bhi tarah musilimano ke andar introspection ka process chalne nahi detey.</w:t>
      </w:r>
    </w:p>
    <w:p>
      <w:pPr>
        <w:jc w:val="right"/>
      </w:pPr>
      <w:r>
        <w:t>اب کہہ رہے ہیں کہ بین لگا تو سیمی جو ہے ریڈیکل بن گئی۔ میں سمجھتا ہوں کہ سب سے بڑا بلیم جاتا ہے ان انٹلیکچوئلز کو جو کسی بھی طرح مسلمانوں کے اندر انٹروسپیکشن کا پراسیس چلنے نہیں دیتے۔</w:t>
      </w:r>
    </w:p>
    <w:p>
      <w:r>
        <w:rPr>
          <w:b/>
        </w:rPr>
        <w:t xml:space="preserve">[03:58] </w:t>
      </w:r>
      <w:r>
        <w:t>justify karte rehtey hain. kuch bhi kahiye, kuch bhi kahiye. encounter agar pakra jaye to kahain ge sahib woh to fake encounter tha.</w:t>
      </w:r>
    </w:p>
    <w:p>
      <w:pPr>
        <w:jc w:val="right"/>
      </w:pPr>
      <w:r>
        <w:t>جسٹیفائی کرتے رہتے ہیں۔ کچھ بھی کہیے، کچھ بھی کہیے۔ انکاؤنٹر اگر پکڑا جائے تو کہیں گے صاحب وہ تو فیک انکاؤنٹر تھا۔</w:t>
      </w:r>
    </w:p>
    <w:p>
      <w:r>
        <w:rPr>
          <w:b/>
        </w:rPr>
        <w:t xml:space="preserve">[04:10] </w:t>
      </w:r>
      <w:r>
        <w:t>kahin kahin agar hathiyar pakre jayein to kahain ge police ne hathiyar rakh diya wahan.</w:t>
      </w:r>
    </w:p>
    <w:p>
      <w:pPr>
        <w:jc w:val="right"/>
      </w:pPr>
      <w:r>
        <w:t>کہیں کہیں اگر ہتھیار پکڑے جائیں تو کہیں گے پولیس نے ہتھیار رکھ دیا وہاں۔</w:t>
      </w:r>
    </w:p>
    <w:p>
      <w:r>
        <w:rPr>
          <w:b/>
        </w:rPr>
        <w:t xml:space="preserve">[04:17] </w:t>
      </w:r>
      <w:r>
        <w:t>quran mein aap parhiye to aap payein ge ke quran mein blame others ka concept nahi hai. lomo anfusakum ka concept hai.</w:t>
      </w:r>
    </w:p>
    <w:p>
      <w:pPr>
        <w:jc w:val="right"/>
      </w:pPr>
      <w:r>
        <w:t>قرآن میں آپ پڑھیے تو آپ پائیں گے کہ قرآن میں بلیم ادرس کا کانسیپٹ نہیں ہے۔ لومو انفسکم کا کانسیپٹ ہے۔</w:t>
      </w:r>
    </w:p>
    <w:p>
      <w:r>
        <w:rPr>
          <w:b/>
        </w:rPr>
        <w:t xml:space="preserve">[04:28] </w:t>
      </w:r>
      <w:r>
        <w:t>apne aap ko blame do. blame the as self.</w:t>
      </w:r>
    </w:p>
    <w:p>
      <w:pPr>
        <w:jc w:val="right"/>
      </w:pPr>
      <w:r>
        <w:t>اپنے آپ کو بلیم دو۔ بلیم دا ایز سیلف۔</w:t>
      </w:r>
    </w:p>
    <w:p>
      <w:r>
        <w:rPr>
          <w:b/>
        </w:rPr>
        <w:t xml:space="preserve">[04:34] </w:t>
      </w:r>
      <w:r>
        <w:t>blame others ka concept nahi hai quran mein.</w:t>
      </w:r>
    </w:p>
    <w:p>
      <w:pPr>
        <w:jc w:val="right"/>
      </w:pPr>
      <w:r>
        <w:t>بلیم ادرس کا کانسیپٹ نہیں ہے قرآن میں۔</w:t>
      </w:r>
    </w:p>
    <w:p>
      <w:r>
        <w:rPr>
          <w:b/>
        </w:rPr>
        <w:t xml:space="preserve">[04:42] </w:t>
      </w:r>
      <w:r>
        <w:t>phir yeh kab se shuru hua? yeh mars ke zamanay se ek naya trend duniya bhar mein aya hai. woh authority ko blame dena.</w:t>
      </w:r>
    </w:p>
    <w:p>
      <w:pPr>
        <w:jc w:val="right"/>
      </w:pPr>
      <w:r>
        <w:t>پھر یہ کب سے شروع ہوا؟ یہ مارس کے زمانے سے ایک نیا ٹرینڈ دنیا بھر میں آیا ہے۔ وہ اتھارٹی کو بلیم دینا۔</w:t>
      </w:r>
    </w:p>
    <w:p>
      <w:r>
        <w:rPr>
          <w:b/>
        </w:rPr>
        <w:t xml:space="preserve">[04:54] </w:t>
      </w:r>
      <w:r>
        <w:t>mars ke zamane se yeh chala hai, aaj tak chal raha hai. hamare mulk mein bhi jo poori struggle thi azadi ki woh sab britishers ko blame dene ke liye thi.</w:t>
      </w:r>
    </w:p>
    <w:p>
      <w:pPr>
        <w:jc w:val="right"/>
      </w:pPr>
      <w:r>
        <w:t>مارس کے زمانے سے یہ چلا ہے، آج تک چل رہا ہے۔ ہمارے દેશ میں بھی جو پوری سٹرگل تھی آزادی کی وہ سب برٹشرز کو بلیم دینے کے لیے تھی۔</w:t>
      </w:r>
    </w:p>
    <w:p>
      <w:r>
        <w:rPr>
          <w:b/>
        </w:rPr>
        <w:t xml:space="preserve">[05:04] </w:t>
      </w:r>
      <w:r>
        <w:t>kuch bhi ho to foran britishers ko blame diya jata tha. to poori history jo hai, hamari modern history jo hai, mars se le kar ab tak ki is mein aik psyche ban gayi hai logon ki.</w:t>
      </w:r>
    </w:p>
    <w:p>
      <w:pPr>
        <w:jc w:val="right"/>
      </w:pPr>
      <w:r>
        <w:t>کچھ بھی ہو تو فوراً برٹشرز کو بلیم دیا جاتا تھا۔ تو پوری ہسٹری جو ہے، ہماری ماڈرن ہسٹری جو ہے، مارس سے لے کر اب تک کی اس میں ایک سائیکی بن گئی ہے لوگوں کی۔</w:t>
      </w:r>
    </w:p>
    <w:p>
      <w:r>
        <w:rPr>
          <w:b/>
        </w:rPr>
        <w:t xml:space="preserve">[05:17] </w:t>
      </w:r>
      <w:r>
        <w:t>ke authority hi par sara blame jata hai. authority se murad hai government, police, administration, yeh log.</w:t>
      </w:r>
    </w:p>
    <w:p>
      <w:pPr>
        <w:jc w:val="right"/>
      </w:pPr>
      <w:r>
        <w:t>کہ اتھارٹی ہی پر سارا بلیم جاتا ہے۔ اتھارٹی سے مراد ہے گورنمنٹ، پولیس، ایڈمنسٹریشن، یہ لوگ۔</w:t>
      </w:r>
    </w:p>
    <w:p>
      <w:r>
        <w:rPr>
          <w:b/>
        </w:rPr>
        <w:t xml:space="preserve">[05:29] </w:t>
      </w:r>
      <w:r>
        <w:t>mera khud tajurba hai, apna zaati tajurba. ke main bohat se article maine angrezi parchon mein bheje jo introspection par base karte thay.</w:t>
      </w:r>
    </w:p>
    <w:p>
      <w:pPr>
        <w:jc w:val="right"/>
      </w:pPr>
      <w:r>
        <w:t>میرا خود تجربہ ہے، اپنا ذاتی تجربہ۔ کہ میں بہت سے آرٹیکل میں نے انگریزی پرچوں میں بھیجے جو انٹروسپیکشن پر بیس کرتے تھے۔</w:t>
      </w:r>
    </w:p>
    <w:p>
      <w:r>
        <w:rPr>
          <w:b/>
        </w:rPr>
        <w:t xml:space="preserve">[05:41] </w:t>
      </w:r>
      <w:r>
        <w:t>woh chhapte hi nahi in logon ne. aur aise mazameen musalmanon ke rozana chhapte rehte hain. isi mein se aik yeh bhi hai. ab yeh main aik bilkul absurd mazmoon hai ke semi ko ban laga to is se woh radical ho gayi.</w:t>
      </w:r>
    </w:p>
    <w:p>
      <w:pPr>
        <w:jc w:val="right"/>
      </w:pPr>
      <w:r>
        <w:t>وہ چھاپے ہی نہیں ان لوگوں نے۔ اور ایسے مضامین مسلمانوں کے روزانہ چھپتے رہتے ہیں۔ اسی میں سے ایک یہ بھی ہے۔ اب یہ میں ایک بالکل ایبسرٹ مضمون ہے کہ سیمی کو بین لگا تو اس سے وہ ریڈیکل ہو گئی۔</w:t>
      </w:r>
    </w:p>
    <w:p>
      <w:r>
        <w:rPr>
          <w:b/>
        </w:rPr>
        <w:t xml:space="preserve">[06:00] </w:t>
      </w:r>
      <w:r>
        <w:t>radical kyun ho gayi bhai? in mein nayi soch aati. ke is mulk ka jo legal system hai is mein hamein doosre dhang se kaam karna chahiye.</w:t>
      </w:r>
    </w:p>
    <w:p>
      <w:pPr>
        <w:jc w:val="right"/>
      </w:pPr>
      <w:r>
        <w:t>ریڈیکل کیوں ہو گئی بھئی؟ ان میں نئی سوچ آتی۔ کہ اس ملک کا جو لیگل سسٹم ہے اس میں ہمیں دوسرے ڈھنگ سے کام کرنا چاہیے۔</w:t>
      </w:r>
    </w:p>
    <w:p>
      <w:r>
        <w:rPr>
          <w:b/>
        </w:rPr>
        <w:t xml:space="preserve">[06:11] </w:t>
      </w:r>
      <w:r>
        <w:t>yani ke education ke field mein kaam karna chahiye. dawah ke field mein kaam karna chahiye. khud yeh likhne wale log hain jo yeh aa kar kehte hain in se ke tum chhoro yeh sab.</w:t>
      </w:r>
    </w:p>
    <w:p>
      <w:pPr>
        <w:jc w:val="right"/>
      </w:pPr>
      <w:r>
        <w:t>یعنی کہ ایجوکیشن کے فیلڈ میں کام کرنا چاہیے۔ دعویٰ کے فیلڈ میں کام کرنا چاہیے۔ خود یہ لکھنے والے لوگ ہیں جو یہ آ کر کہتے ہیں ان سے کہ تم چھوڑو یہ سب۔</w:t>
      </w:r>
    </w:p>
    <w:p>
      <w:r>
        <w:rPr>
          <w:b/>
        </w:rPr>
        <w:t xml:space="preserve">[06:22] </w:t>
      </w:r>
      <w:r>
        <w:t>tum education mein aa jao. lekin agar yeh kaha jaye ke musalman jo hain introspection karein. apne andar apni khud islaah karein.</w:t>
      </w:r>
    </w:p>
    <w:p>
      <w:pPr>
        <w:jc w:val="right"/>
      </w:pPr>
      <w:r>
        <w:t>تم ایجوکیشن میں آ جاؤ۔ لیکن اگر یہ کہا جائے کہ مسلمان جو ہیں انٹروسپیکشن کریں۔ اپنے اندر اپنی خود اصلاح کریں۔</w:t>
      </w:r>
    </w:p>
    <w:p>
      <w:r>
        <w:rPr>
          <w:b/>
        </w:rPr>
        <w:t xml:space="preserve">[06:33] </w:t>
      </w:r>
      <w:r>
        <w:t>to woh nahi chhapte yeh log. kyun? sara jo jo intellectuals hain, jo journalists hain, jo sare jo thinkers hain un ka mindset kya bana hua hai?</w:t>
      </w:r>
    </w:p>
    <w:p>
      <w:pPr>
        <w:jc w:val="right"/>
      </w:pPr>
      <w:r>
        <w:t>تو وہ نہیں چھاپتے یہ لوگ۔ کیوں؟ سارا جو جو انٹلیکچوئلز ہیں، جو جرنلسٹ ہیں، جو سارے جو تھنکرز ہیں ان کا مائنڈ سیٹ کیا بنا ہوا ہے؟</w:t>
      </w:r>
    </w:p>
    <w:p>
      <w:r>
        <w:rPr>
          <w:b/>
        </w:rPr>
        <w:t xml:space="preserve">[06:47] </w:t>
      </w:r>
      <w:r>
        <w:t>authority ko blame jata hai.</w:t>
      </w:r>
    </w:p>
    <w:p>
      <w:pPr>
        <w:jc w:val="right"/>
      </w:pPr>
      <w:r>
        <w:t>اتھارٹی کو بلیم جاتا ہے۔</w:t>
      </w:r>
    </w:p>
    <w:p>
      <w:r>
        <w:rPr>
          <w:b/>
        </w:rPr>
        <w:t xml:space="preserve">[06:52] </w:t>
      </w:r>
      <w:r>
        <w:t>isi par sari human rights ki movement chal rahi hai. isi par trade union chal rahi hai. isi par socialist movement chali.</w:t>
      </w:r>
    </w:p>
    <w:p>
      <w:pPr>
        <w:jc w:val="right"/>
      </w:pPr>
      <w:r>
        <w:t>اسی پر ساری ہیومن رائٹس کی موومنٹ چل رہی ہے۔ اسی پر ٹریڈ یونین چل رہی ہے۔ اسی پر سوشلسٹ موومنٹ چلی۔</w:t>
      </w:r>
    </w:p>
    <w:p>
      <w:r>
        <w:rPr>
          <w:b/>
        </w:rPr>
        <w:t xml:space="preserve">[07:02] </w:t>
      </w:r>
      <w:r>
        <w:t>isi par freedom movement chali. ke authority hi par blame jata hai. to woh cheez un ko samajh mein aati hai ke haan sahi blame diya hai unhone.</w:t>
      </w:r>
    </w:p>
    <w:p>
      <w:pPr>
        <w:jc w:val="right"/>
      </w:pPr>
      <w:r>
        <w:t>اسی پر فریڈم موومنٹ چلی۔ کہ اتھارٹی ہی پر بلیم جاتا ہے۔ تو وہ چیز ان کو سمجھ میں آتی ہے کہ ہاں صحیح بلیم دیا ہے انہوں نے۔</w:t>
      </w:r>
    </w:p>
    <w:p>
      <w:r>
        <w:rPr>
          <w:b/>
        </w:rPr>
        <w:t xml:space="preserve">[07:14] </w:t>
      </w:r>
      <w:r>
        <w:t>kyun ke authority hi to sari responsible hai sare bigad ki. to is par agar keh dein aap to samajhte hain haan yeh theek hai, its okay.</w:t>
      </w:r>
    </w:p>
    <w:p>
      <w:pPr>
        <w:jc w:val="right"/>
      </w:pPr>
      <w:r>
        <w:t>کیوں کہ اتھارٹی ہی تو ساری ریسپانسبل ہے سارے بگاڑ کی۔ تو اس پر اگر کہہ دیں آپ تو سمجھتے ہیں ہاں یہ ٹھیک ہے، اِٹس اوکے۔</w:t>
      </w:r>
    </w:p>
    <w:p>
      <w:r>
        <w:rPr>
          <w:b/>
        </w:rPr>
        <w:t xml:space="preserve">[07:25] </w:t>
      </w:r>
      <w:r>
        <w:t>agar aap yeh kahein ke apni islaah karo to un ki samajh hi mein nahi aata.</w:t>
      </w:r>
    </w:p>
    <w:p>
      <w:pPr>
        <w:jc w:val="right"/>
      </w:pPr>
      <w:r>
        <w:t>اگر آپ یہ کہیں کہ اپنی اصلاح کرو تو ان کی سمجھ ہی میں نہیں آتا۔</w:t>
      </w:r>
    </w:p>
    <w:p>
      <w:r>
        <w:rPr>
          <w:b/>
        </w:rPr>
        <w:t xml:space="preserve">[07:35] </w:t>
      </w:r>
      <w:r>
        <w:t>yeh mera apna experience hai ke kal parson mere paas TV ke aik TMI unhone yahi poocha ke aakhir islaah kyun nahi hoti?</w:t>
      </w:r>
    </w:p>
    <w:p>
      <w:pPr>
        <w:jc w:val="right"/>
      </w:pPr>
      <w:r>
        <w:t>یہ میرا اپنا ایکسپیرئینس ہے کہ کل پرسوں میرے پاس ٹی وی کے ایک ٹی ایم آئی انہوں نے یہی پوچھا کہ آخر اصلاح کیوں نہیں ہوتی؟</w:t>
      </w:r>
    </w:p>
    <w:p>
      <w:r>
        <w:rPr>
          <w:b/>
        </w:rPr>
        <w:t xml:space="preserve">[07:45] </w:t>
      </w:r>
      <w:r>
        <w:t>to maine kaha aap hi log to zimmedar hain islaah na hone ke. ke aap log in cheezon ko flash karte hain jis mein authority ko blame diya gaya ho. is ka matlab kya hai?</w:t>
      </w:r>
    </w:p>
    <w:p>
      <w:pPr>
        <w:jc w:val="right"/>
      </w:pPr>
      <w:r>
        <w:t>تو میں نے کہا آپ ہی لوگ تو ذمہ دار ہیں اصلاح نہ ہونے کے۔ کہ آپ لوگ ان چیزوں کو فلیش کرتے ہیں جس میں اتھارٹی کو بلیم دیا گیا ہو۔ اس کا مطلب کیا ہے؟</w:t>
      </w:r>
    </w:p>
    <w:p>
      <w:r>
        <w:rPr>
          <w:b/>
        </w:rPr>
        <w:t xml:space="preserve">[07:57] </w:t>
      </w:r>
      <w:r>
        <w:t>in logon ke andar aap yeh soch nahi develop hone dete ke hamare andar bhi koi ghalti ho sakti hai. hamein apnon ko theek karna chahiye.</w:t>
      </w:r>
    </w:p>
    <w:p>
      <w:pPr>
        <w:jc w:val="right"/>
      </w:pPr>
      <w:r>
        <w:t>ان لوگوں کے اندر آپ یہ سوچ نہیں ڈیولپ ہونے دیتے کہ ہمارے اندر بھی کوئی غلطی ہو سکتی ہے۔ ہمیں اپنوں کو ٹھیک کرنا چاہیے۔</w:t>
      </w:r>
    </w:p>
    <w:p>
      <w:r>
        <w:rPr>
          <w:b/>
        </w:rPr>
        <w:t xml:space="preserve">[08:05] </w:t>
      </w:r>
      <w:r>
        <w:t>apna sudhaar karna chahiye.</w:t>
      </w:r>
    </w:p>
    <w:p>
      <w:pPr>
        <w:jc w:val="right"/>
      </w:pPr>
      <w:r>
        <w:t>اپنا سدھار کرنا چاہیے۔</w:t>
      </w:r>
    </w:p>
    <w:p>
      <w:r>
        <w:rPr>
          <w:b/>
        </w:rPr>
        <w:t xml:space="preserve">[08:10] </w:t>
      </w:r>
      <w:r>
        <w:t>yeh to aik general baat hui. particular baat jo musalmanon ke silsile mein hai woh yeh kehna chahta hoon ke bohat deep rooted psyche hai yeh.</w:t>
      </w:r>
    </w:p>
    <w:p>
      <w:pPr>
        <w:jc w:val="right"/>
      </w:pPr>
      <w:r>
        <w:t>یہ تو ایک جنرل بات ہوئی۔ پرٹیکولر بات جو مسلمانوں کے سلسلے میں ہے وہ یہ میں کہنا چاہتا ہوں کہ بہت ڈیپ روٹڈ سائیکی ہے یہ۔</w:t>
      </w:r>
    </w:p>
    <w:p>
      <w:r>
        <w:rPr>
          <w:b/>
        </w:rPr>
        <w:t xml:space="preserve">[08:21] </w:t>
      </w:r>
      <w:r>
        <w:t>is ko aap samjhiye.</w:t>
      </w:r>
    </w:p>
    <w:p>
      <w:pPr>
        <w:jc w:val="right"/>
      </w:pPr>
      <w:r>
        <w:t>اس کو آپ سمجھئے۔</w:t>
      </w:r>
    </w:p>
    <w:p>
      <w:r>
        <w:rPr>
          <w:b/>
        </w:rPr>
        <w:t xml:space="preserve">[08:25] </w:t>
      </w:r>
      <w:r>
        <w:t>jaise ke dekhiye abhi jo kal parson Muslim students ne aik poster nikala tha aur kuch nare waghera lagaye thay.</w:t>
      </w:r>
    </w:p>
    <w:p>
      <w:pPr>
        <w:jc w:val="right"/>
      </w:pPr>
      <w:r>
        <w:t>جیسے کہ دیکھیے ابھی جو کل پرسوں مسلم اسٹوڈنٹس نے ایک پوسٹر نکالا تھا اور کچھ نعرے وغیرہ لگائے تھے۔</w:t>
      </w:r>
    </w:p>
    <w:p>
      <w:r>
        <w:rPr>
          <w:b/>
        </w:rPr>
        <w:t xml:space="preserve">[08:38] </w:t>
      </w:r>
      <w:r>
        <w:t>woh media mein report hua hai. to mere paas yeh jo paper hai is mein is ki photo bhi aayi hai un ke banner ki. is banner par unhone likha tha ke kuch logon ne yeh kaha tha ke kuch pakre gaye kuch ladke ke yeh master mind thay jo bomb dhamake hue hain.</w:t>
      </w:r>
    </w:p>
    <w:p>
      <w:pPr>
        <w:jc w:val="right"/>
      </w:pPr>
      <w:r>
        <w:t>وہ میڈیا میں رپورٹ ہوا ہے۔ تو میرے پاس یہ جو پیپر ہے اس میں اس کی فوٹو بھی آئی ہے ان کے بینر کی۔ اس بینر پر انہوں نے لکھا تھا کہ کچھ لوگوں نے یہ کہا تھا کہ کچھ پکڑے گئے کچھ لڑکے کہ یہ ماسٹر مائنڈ تھے جو بم دھماکے ہوئے ہیں۔</w:t>
      </w:r>
    </w:p>
    <w:p>
      <w:r>
        <w:rPr>
          <w:b/>
        </w:rPr>
        <w:t xml:space="preserve">[08:57] </w:t>
      </w:r>
      <w:r>
        <w:t>un ke master mind Musharraf falan, Musharraf falan thay. jo ke Muslim student thay woh. to student ne nikala jaloos aur is banner ke sath ke "we are masterminds but we are not terrorists."</w:t>
      </w:r>
    </w:p>
    <w:p>
      <w:pPr>
        <w:jc w:val="right"/>
      </w:pPr>
      <w:r>
        <w:t>ان کے ماسٹر مائنڈ مشرف فلاں، مشرف فلاں تھے۔ جو کہ مسلم اسٹوڈنٹ تھے وہ۔ تو اسٹوڈنٹ نے نکالا جلوس اور اس بینر کے ساتھ کہ "ایس وی آر ماسٹر مائنڈ بٹ وی آر ناٹ ٹیررسٹ۔"</w:t>
      </w:r>
    </w:p>
    <w:p>
      <w:r>
        <w:rPr>
          <w:b/>
        </w:rPr>
        <w:t xml:space="preserve">[09:19] </w:t>
      </w:r>
      <w:r>
        <w:t>"we are masterminds but we are not terrorists." ab is ko aap adjust kijiye.</w:t>
      </w:r>
    </w:p>
    <w:p>
      <w:pPr>
        <w:jc w:val="right"/>
      </w:pPr>
      <w:r>
        <w:t>"ایس وی آر ماسٹر مائنڈ بٹ وی آر ناٹ ٹیررسٹ۔" اب اس کو آپ ایڈجسٹ کیجیے۔</w:t>
      </w:r>
    </w:p>
    <w:p>
      <w:r>
        <w:rPr>
          <w:b/>
        </w:rPr>
        <w:t xml:space="preserve">[09:28] </w:t>
      </w:r>
      <w:r>
        <w:t>agar yeh musalman. master mind ke maane kya hote hain? a person of great intelligence.</w:t>
      </w:r>
    </w:p>
    <w:p>
      <w:pPr>
        <w:jc w:val="right"/>
      </w:pPr>
      <w:r>
        <w:t>اگر یہ مسلمان۔ ماسٹر مائنڈ کے معنی کیا ہوتے ہیں؟ اے پرسن آف گریٹ انٹیلیجنس۔</w:t>
      </w:r>
    </w:p>
    <w:p>
      <w:r>
        <w:rPr>
          <w:b/>
        </w:rPr>
        <w:t xml:space="preserve">[09:39] </w:t>
      </w:r>
      <w:r>
        <w:t>master mind kis ko kaha jata hai? a person of great intelligence. bohat ziyada zaheen. bohat ziyada zehanat wala.</w:t>
      </w:r>
    </w:p>
    <w:p>
      <w:pPr>
        <w:jc w:val="right"/>
      </w:pPr>
      <w:r>
        <w:t>ماسٹر مائنڈ کس کو کہا جاتا ہے؟ اے پرسن آف گریٹ انٹیلیجنس۔ بہت زیادہ ذہین۔ بہت زیادہ ذہانت والا۔</w:t>
      </w:r>
    </w:p>
    <w:p>
      <w:r>
        <w:rPr>
          <w:b/>
        </w:rPr>
        <w:t xml:space="preserve">[09:49] </w:t>
      </w:r>
      <w:r>
        <w:t>acha agar yeh log, yeh musalman bohat ziyada zehanat wale hain, master mind hain yeh log to sawal yeh hai ke is ka kahin proof milna chahiye na?</w:t>
      </w:r>
    </w:p>
    <w:p>
      <w:pPr>
        <w:jc w:val="right"/>
      </w:pPr>
      <w:r>
        <w:t>اچھا اگر یہ لوگ، یہ مسلمان بہت زیادہ ذہانت والے ہیں، ماسٹر مائنڈ ہیں یہ لوگ تو سوال یہ ہے کہ اس کا کہیں پروف ملنا چاہیے نا؟</w:t>
      </w:r>
    </w:p>
    <w:p>
      <w:r>
        <w:rPr>
          <w:b/>
        </w:rPr>
        <w:t xml:space="preserve">[09:59] </w:t>
      </w:r>
      <w:r>
        <w:t>yeh student jo hain yeh top ko bhi karte hain. collegeon, universityon mein yeh log top karne lage hain. aisa kyun nahi hota?</w:t>
      </w:r>
    </w:p>
    <w:p>
      <w:pPr>
        <w:jc w:val="right"/>
      </w:pPr>
      <w:r>
        <w:t>یہ اسٹوڈنٹ جو ہیں یہ ٹاپ کو بھی کرتے ہیں۔ کالجوں، یونیورسٹیوں میں یہ لوگ ٹاپ کرنے لگے ہیں۔ ایسا کیوں نہیں ہوتا؟</w:t>
      </w:r>
    </w:p>
    <w:p>
      <w:r>
        <w:rPr>
          <w:b/>
        </w:rPr>
        <w:t xml:space="preserve">[10:08] </w:t>
      </w:r>
      <w:r>
        <w:t>yeh log parh parh ke kyun nahi nobel prize lete? nobel inaam kyun nahi milta in ko har field mein? kyun aisa nahi hota ke bari bari scientific discovery unhon ne ki ho?</w:t>
      </w:r>
    </w:p>
    <w:p>
      <w:pPr>
        <w:jc w:val="right"/>
      </w:pPr>
      <w:r>
        <w:t>یہ لوگ پڑھ پڑھ کے کیوں نہیں نوبل پرائز لیتے؟ نوبل انعام کیوں نہیں ملتا ان کو ہر فیلڈ میں؟ کیوں ایسا نہیں ہوتا کہ بڑی بڑی سائنٹیفک ڈسکوری انہوں نے کی ہو؟</w:t>
      </w:r>
    </w:p>
    <w:p>
      <w:r>
        <w:rPr>
          <w:b/>
        </w:rPr>
        <w:t xml:space="preserve">[10:19] </w:t>
      </w:r>
      <w:r>
        <w:t>koi naam bataiye kon si scientific discovery ki hai unhon ne? dunya mein media ko control kar rahe hon woh.</w:t>
      </w:r>
    </w:p>
    <w:p>
      <w:pPr>
        <w:jc w:val="right"/>
      </w:pPr>
      <w:r>
        <w:t>کوئی نام بتائیے کون سی سائنٹیفک ڈسکوری کی ہے انہوں نے؟ دنیا میں میڈیا کو کنٹرول کر رہے ہوں وہ۔</w:t>
      </w:r>
    </w:p>
    <w:p>
      <w:r>
        <w:rPr>
          <w:b/>
        </w:rPr>
        <w:t xml:space="preserve">[10:28] </w:t>
      </w:r>
      <w:r>
        <w:t>kyun ke mind hai jo control karta hai. electronic media ko aur print media ko control kar rahe hon yeh master mind log jo hain. to kahan hain woh log?</w:t>
      </w:r>
    </w:p>
    <w:p>
      <w:pPr>
        <w:jc w:val="right"/>
      </w:pPr>
      <w:r>
        <w:t>کیوں کہ مائنڈ ہے جو کنٹرول کرتا ہے۔ الیکٹرانک میڈیا کو اور پرنٹ میڈیا کو کنٹرول کر رہے ہوں یہ ماسٹر مائنڈ لوگ جو ہیں۔ تو کہاں ہیں وہ لوگ؟</w:t>
      </w:r>
    </w:p>
    <w:p>
      <w:r>
        <w:rPr>
          <w:b/>
        </w:rPr>
        <w:t xml:space="preserve">[10:38] </w:t>
      </w:r>
      <w:r>
        <w:t>musalmanon ke jitne perche hain woh sab community paper hain, community paper. koi bhi in ka paper aisa nahi hai jis ko aap national paper kahain ya international paper kahain.</w:t>
      </w:r>
    </w:p>
    <w:p>
      <w:pPr>
        <w:jc w:val="right"/>
      </w:pPr>
      <w:r>
        <w:t>مسلمانوں کے جتنے پرچے ہیں وہ سب کمیونٹی پیپر ہیں، کمیونٹی پیپر۔ کوئی بھی ان کا پیپر ایسا نہیں ہے جس کو آپ نیشنل پیپر کہیں یا انٹرنیشنل پیپر کہیں۔</w:t>
      </w:r>
    </w:p>
    <w:p>
      <w:r>
        <w:rPr>
          <w:b/>
        </w:rPr>
        <w:t xml:space="preserve">[10:48] </w:t>
      </w:r>
      <w:r>
        <w:t>to kahan hain yeh master mind log? industry mein dekhiye. kisi bhi line mein aap dekhiye to woh aap ko peechay dikhai denge.</w:t>
      </w:r>
    </w:p>
    <w:p>
      <w:pPr>
        <w:jc w:val="right"/>
      </w:pPr>
      <w:r>
        <w:t>تو کہاں ہیں یہ ماسٹر مائنڈ لوگ؟ انڈسٹری میں دیکھیے۔ کسی بھی لائن میں آپ دیکھیے تو وہ آپ کو پیچھے دکھائی دیں گے۔</w:t>
      </w:r>
    </w:p>
    <w:p>
      <w:r>
        <w:rPr>
          <w:b/>
        </w:rPr>
        <w:t xml:space="preserve">[10:58] </w:t>
      </w:r>
      <w:r>
        <w:t>to master mind banner par likhne ke liye hain woh?</w:t>
      </w:r>
    </w:p>
    <w:p>
      <w:pPr>
        <w:jc w:val="right"/>
      </w:pPr>
      <w:r>
        <w:t>تو ماسٹر مائنڈ بینر پر لکھنے کے لیے ہیں وہ؟</w:t>
      </w:r>
    </w:p>
    <w:p>
      <w:r>
        <w:rPr>
          <w:b/>
        </w:rPr>
        <w:t xml:space="preserve">[11:05] </w:t>
      </w:r>
      <w:r>
        <w:t>ab aap yeh sochen ke yeh aisa hai kyun? kyun woh aisa bolte hain woh? ke "you are master mind." is ke peechay bohat bari dastan hai.</w:t>
      </w:r>
    </w:p>
    <w:p>
      <w:pPr>
        <w:jc w:val="right"/>
      </w:pPr>
      <w:r>
        <w:t>اب آپ یہ سوچیں کہ یہ ایسا ہے کیوں؟ کیوں وہ ایسا بولتے ہیں وہ؟ کہ "یو آر ماسٹر مائنڈ۔" اس کے پیچھے بہت بڑی داستان ہے۔</w:t>
      </w:r>
    </w:p>
    <w:p>
      <w:r>
        <w:rPr>
          <w:b/>
        </w:rPr>
        <w:t xml:space="preserve">[11:16] </w:t>
      </w:r>
      <w:r>
        <w:t>in ki psyche mein isi in ki psychiyon ko yeh cheez appeal karti hai.</w:t>
      </w:r>
    </w:p>
    <w:p>
      <w:pPr>
        <w:jc w:val="right"/>
      </w:pPr>
      <w:r>
        <w:t>ان کی سائیکی میں اسی ان کی سائیکیوں کو یہ چیز اپیل کرتی ہے۔</w:t>
      </w:r>
    </w:p>
    <w:p>
      <w:r>
        <w:rPr>
          <w:b/>
        </w:rPr>
        <w:t xml:space="preserve">[11:24] </w:t>
      </w:r>
      <w:r>
        <w:t>sab se pehle ek cheez jo maine jani. to is tarah se yani musalmanon ka jo case hai woh kya hai?</w:t>
      </w:r>
    </w:p>
    <w:p>
      <w:pPr>
        <w:jc w:val="right"/>
      </w:pPr>
      <w:r>
        <w:t>سب سے پہلے ایک چیز جو میں نے جانی۔ تو اس طرح سے یعنی مسلمانوں کا جو کیس ہے وہ کیا ہے؟</w:t>
      </w:r>
    </w:p>
    <w:p>
      <w:r>
        <w:rPr>
          <w:b/>
        </w:rPr>
        <w:t xml:space="preserve">[11:34] </w:t>
      </w:r>
      <w:r>
        <w:t>woh hai paranoia case. paranoia. paranoia kya kehte hain? paranoia kehte hain yani</w:t>
      </w:r>
    </w:p>
    <w:p>
      <w:pPr>
        <w:jc w:val="right"/>
      </w:pPr>
      <w:r>
        <w:t>وہ ہے پیرانویا کیس۔ پیرانویا۔ پیرانویا کیا کہتے ہیں؟ پیرانویا کہتے ہیں یعنی</w:t>
      </w:r>
    </w:p>
    <w:p>
      <w:r>
        <w:rPr>
          <w:b/>
        </w:rPr>
        <w:t xml:space="preserve">[11:44] </w:t>
      </w:r>
      <w:r>
        <w:t>delusion hona aadmi ke andar. delusion of greatness. ke main bara hoon. yani false ground par apne ko bara samajh lena. aap keh sakte hain ke false pride.</w:t>
      </w:r>
    </w:p>
    <w:p>
      <w:pPr>
        <w:jc w:val="right"/>
      </w:pPr>
      <w:r>
        <w:t>ڈیلوژن ہونا آدمی کے اندر۔ ڈیلوژن آف گریٹنس۔ کہ میں بڑا ہوں۔ یعنی فالس گراؤنڈ پر اپنے کو بڑا سمجھ لینا۔ آپ کہہ سکتے ہیں کہ فالس پرائیڈ۔</w:t>
      </w:r>
    </w:p>
    <w:p>
      <w:r>
        <w:rPr>
          <w:b/>
        </w:rPr>
        <w:t xml:space="preserve">[11:55] </w:t>
      </w:r>
      <w:r>
        <w:t>paranoia ka matlab hai ke false pride mein jeena. delusion of greatness. to main aap ko batana chahta hoon ke kafi pehle jab main yahan nahi rehta tha, purani dilli mein rehta tha.</w:t>
      </w:r>
    </w:p>
    <w:p>
      <w:pPr>
        <w:jc w:val="right"/>
      </w:pPr>
      <w:r>
        <w:t>پیرانویا کا مطلب ہے کہ فالس پرائیڈ میں جینا۔ ڈیلوژن آف گریٹنس۔ تو میں آپ کو بتانا چاہتا ہوں کہ کافی پہلے جب میں یہاں نہیں رہتا تھا، پرانی دہلی میں رہتا تھا۔</w:t>
      </w:r>
    </w:p>
    <w:p>
      <w:r>
        <w:rPr>
          <w:b/>
        </w:rPr>
        <w:t xml:space="preserve">[12:10] </w:t>
      </w:r>
      <w:r>
        <w:t>tab ki baat hai. ek american no muslim the mere paas kai bar aate the woh. idhar jab se main yahan aaya hoon tab se un se mulaqat nahi hui.</w:t>
      </w:r>
    </w:p>
    <w:p>
      <w:pPr>
        <w:jc w:val="right"/>
      </w:pPr>
      <w:r>
        <w:t>تب کی بات ہے۔ ایک امریکن نو مسلم تھے میرے پاس کئی بار آتے تھے وہ۔ ادھر جب سے میں یہاں آیا ہوں تب سے ان سے ملاقات نہیں ہوئی۔</w:t>
      </w:r>
    </w:p>
    <w:p>
      <w:r>
        <w:rPr>
          <w:b/>
        </w:rPr>
        <w:t xml:space="preserve">[12:22] </w:t>
      </w:r>
      <w:r>
        <w:t>to un ka naam tha steve scolar. woh america ke achi parhe hue the woh. steve scolar.</w:t>
      </w:r>
    </w:p>
    <w:p>
      <w:pPr>
        <w:jc w:val="right"/>
      </w:pPr>
      <w:r>
        <w:t>تو ان کا نام تھا اسٹیو اسکیلر۔ وہ امریکہ کے اچھی پڑھے ہوئے تھے وہ۔ اسٹیو اسکیلر۔</w:t>
      </w:r>
    </w:p>
    <w:p>
      <w:r>
        <w:rPr>
          <w:b/>
        </w:rPr>
        <w:t xml:space="preserve">[12:35] </w:t>
      </w:r>
      <w:r>
        <w:t>unhon ne islam qabool kiya aur apna naam rakha unhon ne mustafa. mustafa. to unhon ne woh mere paas aaye to woh fluently arabic bolte the.</w:t>
      </w:r>
    </w:p>
    <w:p>
      <w:pPr>
        <w:jc w:val="right"/>
      </w:pPr>
      <w:r>
        <w:t>انہوں نے اسلام قبول کیا اور اپنا نام رکھا انہوں نے مصطفیٰ۔ مصطفیٰ۔ تو انہوں نے وہ میرے پاس آئے تو وہ فلوئنٹلی عربی بولتے تھے۔</w:t>
      </w:r>
    </w:p>
    <w:p>
      <w:r>
        <w:rPr>
          <w:b/>
        </w:rPr>
        <w:t xml:space="preserve">[12:52] </w:t>
      </w:r>
      <w:r>
        <w:t>woh american aadmi. unhon ne poocha ke bhai aap mein arabic kaise aa gayi hai aap ko? unhon ne kaha ke islam qabool karne ke baad woh bohat hi sincere aadmi tha.</w:t>
      </w:r>
    </w:p>
    <w:p>
      <w:pPr>
        <w:jc w:val="right"/>
      </w:pPr>
      <w:r>
        <w:t>وہ امریکن آدمی۔ انہوں نے پوچھا کہ بھئی آپ میں عربی کیسے آ گئی ہے آپ کو؟ انہوں نے کہا کہ اسلام قبول کرنے کے بعد وہ بہت ہی سنسیئر آدمی تھا۔</w:t>
      </w:r>
    </w:p>
    <w:p>
      <w:r>
        <w:rPr>
          <w:b/>
        </w:rPr>
        <w:t xml:space="preserve">[13:02] </w:t>
      </w:r>
      <w:r>
        <w:t>bohat ziyada sincere aadmi. waisa sincere aadmi main yaqeen kijiye ke abhi tak main ne ek bhi nahi dekha koi. apni zindagi mein sab se ziyada sincere aadmi jo maine paya hai kisi ko.</w:t>
      </w:r>
    </w:p>
    <w:p>
      <w:pPr>
        <w:jc w:val="right"/>
      </w:pPr>
      <w:r>
        <w:t>بہت زیادہ سنسیئر آدمی۔ ویسا سنسیئر آدمی میں یقین کیجیے کہ ابھی تک میں نے ایک بھی نہیں دیکھا کوئی۔ اپنی زندگی میں سب سے زیادہ سنسیئر آدمی جو میں نے پایا ہے کسی کو۔</w:t>
      </w:r>
    </w:p>
    <w:p>
      <w:r>
        <w:rPr>
          <w:b/>
        </w:rPr>
        <w:t xml:space="preserve">[13:13] </w:t>
      </w:r>
      <w:r>
        <w:t>sincere, honest, bohat hi sanjeeda. jab mere paas aate the to kabhi kuch khate nahi the woh. har baat kehte the ke main to roze se hoon.</w:t>
      </w:r>
    </w:p>
    <w:p>
      <w:pPr>
        <w:jc w:val="right"/>
      </w:pPr>
      <w:r>
        <w:t>سنسیئر، آنیسٹ، بہت ہی سنجیدہ۔ جب میرے پاس آتے تھے تو کبھی کچھ کھاتے نہیں تھے وہ۔ ہر بات کہتے تھے کہ میں تو روزے سے ہوں۔</w:t>
      </w:r>
    </w:p>
    <w:p>
      <w:r>
        <w:rPr>
          <w:b/>
        </w:rPr>
        <w:t xml:space="preserve">[13:24] </w:t>
      </w:r>
      <w:r>
        <w:t>bar bar aaye woh mere paas. kabhi kuch nahi khaya unhon ne. na chai, na biscuit, na khana kuch nahi. hamesha kehte the main roze se hoon.</w:t>
      </w:r>
    </w:p>
    <w:p>
      <w:pPr>
        <w:jc w:val="right"/>
      </w:pPr>
      <w:r>
        <w:t>بار بار آئے وہ میرے پاس۔ کبھی کچھ نہیں کھایا انہوں نے۔ نہ چائے، نہ بسکٹ، نہ کھانا کچھ نہیں۔ ہمیشہ کہتے تھے میں روزے سے ہوں۔</w:t>
      </w:r>
    </w:p>
    <w:p>
      <w:r>
        <w:rPr>
          <w:b/>
        </w:rPr>
        <w:t xml:space="preserve">[13:33] </w:t>
      </w:r>
      <w:r>
        <w:t>waisa sincere aadmi main ne apni zindagi mein doosra nahi dekha. ab suniye. unhon ne quran parha. quran parh kar unhon ne islam qabool kar liya.</w:t>
      </w:r>
    </w:p>
    <w:p>
      <w:pPr>
        <w:jc w:val="right"/>
      </w:pPr>
      <w:r>
        <w:t>ویسا سنسیئر آدمی میں نے اپنی زندگی میں دوسرا نہیں دیکھا۔ اب سنیے۔ انہوں نے قرآن پڑھا۔ قرآن پڑھ کر انہوں نے اسلام قبول کر لیا۔</w:t>
      </w:r>
    </w:p>
    <w:p>
      <w:r>
        <w:rPr>
          <w:b/>
        </w:rPr>
        <w:t xml:space="preserve">[13:45] </w:t>
      </w:r>
      <w:r>
        <w:t>translation parha. phir un ko shauq hua ke main arabic zaban seekhoon. to woh muslim countries mein chale gaye.</w:t>
      </w:r>
    </w:p>
    <w:p>
      <w:pPr>
        <w:jc w:val="right"/>
      </w:pPr>
      <w:r>
        <w:t>ٹرانسلیشن پڑھا۔ پھر ان کو شوق ہوا کہ میں عربی زبان سیکھوں۔ تو وہ مسلم کنٹریز میں چلے گئے۔</w:t>
      </w:r>
    </w:p>
    <w:p>
      <w:r>
        <w:rPr>
          <w:b/>
        </w:rPr>
        <w:t xml:space="preserve">[13:54] </w:t>
      </w:r>
      <w:r>
        <w:t>unhon ne bataya ke main gyarah saal tak muslim countries mein ghuma hoon. gyarah saal tak. arab countries mein. sare arab mulkon mein ja ja kar ke woh dekha unhon ne.</w:t>
      </w:r>
    </w:p>
    <w:p>
      <w:pPr>
        <w:jc w:val="right"/>
      </w:pPr>
      <w:r>
        <w:t>انہوں نے بتایا کہ میں گیارہ سال تک مسلم کنٹریز میں گھوما ہوں۔ گیارہ سال تک۔ عرب کنٹریز میں۔ سارے عرب ملکوں میں جا جا کر کے وہ دیکھا انہوں نے۔</w:t>
      </w:r>
    </w:p>
    <w:p>
      <w:r>
        <w:rPr>
          <w:b/>
        </w:rPr>
        <w:t xml:space="preserve">[14:07] </w:t>
      </w:r>
      <w:r>
        <w:t>aur isi beech mein unhon ne arabi zaban seekh li. arabi zaban itni achhi seekhi to unhon ne bilkul fluently baat karte the arabi zaban mein.</w:t>
      </w:r>
    </w:p>
    <w:p>
      <w:pPr>
        <w:jc w:val="right"/>
      </w:pPr>
      <w:r>
        <w:t>اور اسی بیچ میں انہوں نے عربی زبان سیکھ لی۔ عربی زبان اتنی اچھی سیکھی تو انہوں نے بالکل فلوئنٹلی بات کرتے تھے عربی زبان میں۔</w:t>
      </w:r>
    </w:p>
    <w:p>
      <w:r>
        <w:rPr>
          <w:b/>
        </w:rPr>
        <w:t xml:space="preserve">[14:18] </w:t>
      </w:r>
      <w:r>
        <w:t>aur english to zahir hai ke american lehje mein bolte the. main un se baat karta tha to kai baar kabhi english mein kabhi arabi mein. to english bolte the to bilkul wahi american lehje mein.</w:t>
      </w:r>
    </w:p>
    <w:p>
      <w:pPr>
        <w:jc w:val="right"/>
      </w:pPr>
      <w:r>
        <w:t>اور انگلش تو ظاہر ہے کہ امریکن لہجے میں بولتے تھے۔ میں ان سے بات کرتا تھا تو کئی بار کبھی انگلش میں کبھی عربی میں۔ تو انگلش بولتے تھے تو بالکل وہی امریکن لہجے میں۔</w:t>
      </w:r>
    </w:p>
    <w:p>
      <w:r>
        <w:rPr>
          <w:b/>
        </w:rPr>
        <w:t xml:space="preserve">[14:32] </w:t>
      </w:r>
      <w:r>
        <w:t>aur arabi bolte the to arabi bhi taqreeban arab lehje mein. itna keen tha woh aadmi, itna keen tha har baat ko janne ke liye islam ki.</w:t>
      </w:r>
    </w:p>
    <w:p>
      <w:pPr>
        <w:jc w:val="right"/>
      </w:pPr>
      <w:r>
        <w:t>اور عربی بولتے تھے تو عربی بھی تقریباً عرب لہجے میں۔ اتنا کین تھا وہ آدمی، اتنا کین تھا ہر بات کو جاننے کے لیے اسلام کی۔</w:t>
      </w:r>
    </w:p>
    <w:p>
      <w:r>
        <w:rPr>
          <w:b/>
        </w:rPr>
        <w:t xml:space="preserve">[14:41] </w:t>
      </w:r>
      <w:r>
        <w:t>to gyarah saal bitaye arab mein. arabi zaban seekhi aur kitabein padhein. yani direct source se kitabein padhi hui hain islam ki.</w:t>
      </w:r>
    </w:p>
    <w:p>
      <w:pPr>
        <w:jc w:val="right"/>
      </w:pPr>
      <w:r>
        <w:t>تو گیارہ سال بتائے عرب میں۔ عربی زبان سیکھی اور کتابیں پڑھیں۔ یعنی ڈائریکٹ سورس سے کتابیں پڑھی ہوئی ہیں اسلام کی۔</w:t>
      </w:r>
    </w:p>
    <w:p>
      <w:r>
        <w:rPr>
          <w:b/>
        </w:rPr>
        <w:t xml:space="preserve">[14:52] </w:t>
      </w:r>
      <w:r>
        <w:t>to unhon ne apni aakhri mulaqat mein yeh kaha tha ke itni sari research ke baad maine yeh jana hai ke ke aaj ki jo muslim generation hai is ka case hai paranoia ka case.</w:t>
      </w:r>
    </w:p>
    <w:p>
      <w:pPr>
        <w:jc w:val="right"/>
      </w:pPr>
      <w:r>
        <w:t>تو انہوں نے اپنی آخری ملاقات میں یہ کہا تھا کہ اتنی ساری ریسرچ کے بعد میں نے یہ جانا ہے کہ کہ آج کی جو مسلم جنریشن ہے اس کا کیس ہے پیرانویا کا کیس۔</w:t>
      </w:r>
    </w:p>
    <w:p>
      <w:r>
        <w:rPr>
          <w:b/>
        </w:rPr>
        <w:t xml:space="preserve">[15:08] </w:t>
      </w:r>
      <w:r>
        <w:t>musalman paranoid character ho gaye hain. paranoia wahi cheez ko hum kehte hain Pederem Sultan Bod.</w:t>
      </w:r>
    </w:p>
    <w:p>
      <w:pPr>
        <w:jc w:val="right"/>
      </w:pPr>
      <w:r>
        <w:t>مسلمان پیرانوئک کریکٹر ہو گئے ہیں۔ پیرانویا وہی چیز کو ہم کہتے ہیں پدرم سلطان بود۔</w:t>
      </w:r>
    </w:p>
    <w:p>
      <w:r>
        <w:rPr>
          <w:b/>
        </w:rPr>
        <w:t xml:space="preserve">[15:19] </w:t>
      </w:r>
      <w:r>
        <w:t>Pederem Sultan Bod. yani kisi ka baap dada kabhi badshah raha hoga. ab aaj hum isi ke is mein jee rahe hain ke mera baap badshah tha.</w:t>
      </w:r>
    </w:p>
    <w:p>
      <w:pPr>
        <w:jc w:val="right"/>
      </w:pPr>
      <w:r>
        <w:t>پدرم سلطان بود۔ یعنی کسی کا باپ دادا کبھی بادشاہ رہا ہوگا۔ اب آج ہم اسی کے اس میں جی رہے ہیں کہ میرا باپ بادشاہ تھا۔</w:t>
      </w:r>
    </w:p>
    <w:p>
      <w:r>
        <w:rPr>
          <w:b/>
        </w:rPr>
        <w:t xml:space="preserve">[15:31] </w:t>
      </w:r>
      <w:r>
        <w:t>ek martaba woh nai dilli railway station par utra to wahan ek begum sahib koi ladki ko lekar sara qabza kiye hue the platform par. phaila rakha tha sab unhon ne.</w:t>
      </w:r>
    </w:p>
    <w:p>
      <w:pPr>
        <w:jc w:val="right"/>
      </w:pPr>
      <w:r>
        <w:t>ایک مرتبہ وہ نئی دہلی ریلوے اسٹیشن پر اترا تو وہاں ایک بیگم صاحب کوئی لڑکی کو لے کر سارا قبضہ کیے ہوئے تھے پلیٹ فارم پر۔ پھلا رکھا تھا سب انہوں نے۔</w:t>
      </w:r>
    </w:p>
    <w:p>
      <w:r>
        <w:rPr>
          <w:b/>
        </w:rPr>
        <w:t xml:space="preserve">[15:41] </w:t>
      </w:r>
      <w:r>
        <w:t>to is se poocha gaya ke aisa kyun? unhon ne kaha ke dilli meri hai. main mughal, mughal shehzadi mein hoon. yani unhon ne maine khud apni aankh se dekha ke nai dilli ka jo station hai ek bade hisse par qabza kar rakha tha unhon ne.</w:t>
      </w:r>
    </w:p>
    <w:p>
      <w:pPr>
        <w:jc w:val="right"/>
      </w:pPr>
      <w:r>
        <w:t>تو اس سے پوچھا گیا کہ ایسا کیوں؟ انہوں نے کہا کہ دہلی میری ہے۔ میں مغل، مغل شہزادی میں ہوں۔ یعنی انہوں نے میں نے خود اپنی آنکھ سے دیکھا کہ نئی دہلی کا جو اسٹیشن ہے ایک بڑے حصے پر قبضہ کر رکھا تھا انہوں نے۔</w:t>
      </w:r>
    </w:p>
    <w:p>
      <w:r>
        <w:rPr>
          <w:b/>
        </w:rPr>
        <w:t xml:space="preserve">[15:57] </w:t>
      </w:r>
      <w:r>
        <w:t>ke hamare hamare hamare yani burkhe jo hain is ke is ke is ke ruler the. yeh hum nai dilli to hamari hai.</w:t>
      </w:r>
    </w:p>
    <w:p>
      <w:pPr>
        <w:jc w:val="right"/>
      </w:pPr>
      <w:r>
        <w:t>کہ ہمارے ہمارے ہمارے یعنی برکھے جو ہیں اس کے اس کے اس کے رولر تھے۔ یہ ہم نئی دہلی تو ہماری ہے۔</w:t>
      </w:r>
    </w:p>
    <w:p>
      <w:r>
        <w:rPr>
          <w:b/>
        </w:rPr>
        <w:t xml:space="preserve">[16:06] </w:t>
      </w:r>
      <w:r>
        <w:t>tum kaun hote ho yahan par hamein rokne wale? badi mushkil se un ko wahan se hataya gaya. phir bhi shayad bahut din tak wahan rahen woh.</w:t>
      </w:r>
    </w:p>
    <w:p>
      <w:pPr>
        <w:jc w:val="right"/>
      </w:pPr>
      <w:r>
        <w:t>تم کون ہوتے ہو یہاں پر ہمیں روکنے والے؟ بڑی مشکل سے ان کو وہاں سے ہٹایا گیا۔ پھر بھی شاید بہت دن تک وہاں رہیں وہ۔</w:t>
      </w:r>
    </w:p>
    <w:p>
      <w:r>
        <w:rPr>
          <w:b/>
        </w:rPr>
        <w:t xml:space="preserve">[16:15] </w:t>
      </w:r>
      <w:r>
        <w:t>to yeh ek hai delusion. ke Pederem Sultan Bod, mera baap badshah tha.</w:t>
      </w:r>
    </w:p>
    <w:p>
      <w:pPr>
        <w:jc w:val="right"/>
      </w:pPr>
      <w:r>
        <w:t>تو یہ ایک ہے ڈیلوژن۔ کہ پدرم سلطان بود، میرا باپ بادشاہ تھا۔</w:t>
      </w:r>
    </w:p>
    <w:p>
      <w:r>
        <w:rPr>
          <w:b/>
        </w:rPr>
        <w:t xml:space="preserve">[16:25] </w:t>
      </w:r>
      <w:r>
        <w:t>main royal family ka aadmi hoon. to sab kuch lut gaya ho, sab kuch khatm ho gaya ho lekin ba tour e delusion phir bhi is ke mind mein baqi ho. is ko kehte hain paranoia.</w:t>
      </w:r>
    </w:p>
    <w:p>
      <w:pPr>
        <w:jc w:val="right"/>
      </w:pPr>
      <w:r>
        <w:t>میں رائل فیملی کا آدمی ہوں۔ تو سب کچھ لٹ گیا ہو، سب کچھ ختم ہو گیا ہو لیکن بطور ڈیلوژن پھر بھی اس کے مائنڈ میں باقی ہو۔ اس کو کہتے ہیں پیرانویا۔</w:t>
      </w:r>
    </w:p>
    <w:p>
      <w:r>
        <w:rPr>
          <w:b/>
        </w:rPr>
        <w:t xml:space="preserve">[16:37] </w:t>
      </w:r>
      <w:r>
        <w:t>us ne kaha ke gyarah saal tak muslim countries mein ghoomne ke baad maine paya hai musalman jo hain paranoia ka case hai. phir us ne kaha ke main itna zyada difference paya maine scripture mein aur musalmanon mein.</w:t>
      </w:r>
    </w:p>
    <w:p>
      <w:pPr>
        <w:jc w:val="right"/>
      </w:pPr>
      <w:r>
        <w:t>اس نے کہا کہ گیارہ سال تک مسلم کنٹریز میں گھومنے کے بعد میں نے پایا ہے مسلمان جو ہیں پیرانویا کا کیس ہے۔ پھر اس نے کہا کہ میں اتنا زیادہ ڈیفرنس پایا میں نے اسکرپچر میں اور مسلمانوں میں۔</w:t>
      </w:r>
    </w:p>
    <w:p>
      <w:r>
        <w:rPr>
          <w:b/>
        </w:rPr>
        <w:t xml:space="preserve">[16:54] </w:t>
      </w:r>
      <w:r>
        <w:t>maine scripture ko padhkar yani quran o hadees ko padhkar islam qabool kiya tha. jab musalmanon ko maine dekha to bilkul different wahan par</w:t>
      </w:r>
    </w:p>
    <w:p>
      <w:pPr>
        <w:jc w:val="right"/>
      </w:pPr>
      <w:r>
        <w:t>میں نے اسکرپچر کو پڑھ کر یعنی قرآن و حدیث کو پڑھ کر اسلام قبول کیا تھا۔ جب مسلمانوں کو میں نے دیکھا تو بالکل ڈفرنٹ وہاں پر</w:t>
      </w:r>
    </w:p>
    <w:p>
      <w:r>
        <w:rPr>
          <w:b/>
        </w:rPr>
        <w:t xml:space="preserve">[17:06] </w:t>
      </w:r>
      <w:r>
        <w:t>tasveer thi. to aakhri mulaqat mein is shakhs ne kaha tha bahut hi dukh ke sath ke main itna zyada main sad hoon musalmanon ko dekhne ke baad.</w:t>
      </w:r>
    </w:p>
    <w:p>
      <w:pPr>
        <w:jc w:val="right"/>
      </w:pPr>
      <w:r>
        <w:t>تصویر تھی۔ تو آخری ملاقات میں اس شخص نے کہا تھا بہت ہی دکھ کے ساتھ کہ میں اتنا زیادہ میں سیڈ ہوں مسلمانوں کو دیکھنے کے بعد۔</w:t>
      </w:r>
    </w:p>
    <w:p>
      <w:r>
        <w:rPr>
          <w:b/>
        </w:rPr>
        <w:t xml:space="preserve">[17:19] </w:t>
      </w:r>
      <w:r>
        <w:t>ke us ne arabi mein kaha tha ke "kuntu mahzunan jiddan hatta zannantu an akhruja min al-islam." bahut hi serious aadmi tha, bahut sanjeedgi ke sath us ne kaha tha yeh.</w:t>
      </w:r>
    </w:p>
    <w:p>
      <w:pPr>
        <w:jc w:val="right"/>
      </w:pPr>
      <w:r>
        <w:t>کہ اس نے عربی میں کہا تھا کہ "کنت محزونا جداً حتیٰ ظننت أن أخرج من الإسلام۔" بہت ہی سیریس آدمی تھا، بہت سنجیدگی کے ساتھ اس نے کہا تھا یہ۔</w:t>
      </w:r>
    </w:p>
    <w:p>
      <w:r>
        <w:rPr>
          <w:b/>
        </w:rPr>
        <w:t xml:space="preserve">[17:35] </w:t>
      </w:r>
      <w:r>
        <w:t>koi mazak nahin. "kuntu mahzunan jiddan hatta zannantu an akhruja min al-islam." main bahut hi sad ho gaya, bahut hi ghamgeen ho gaya musalmanon ko dekh kar.</w:t>
      </w:r>
    </w:p>
    <w:p>
      <w:pPr>
        <w:jc w:val="right"/>
      </w:pPr>
      <w:r>
        <w:t>کوئی مذاق نہیں۔ "کنت محزونا جداً حتیٰ ظننت أن أخرج من الإسلام۔" میں بہت ہی سیڈ ہو گیا، بہت ہی غمگین ہو گیا مسلمانوں کو دیکھ کر۔</w:t>
      </w:r>
    </w:p>
    <w:p>
      <w:r>
        <w:rPr>
          <w:b/>
        </w:rPr>
        <w:t xml:space="preserve">[17:51] </w:t>
      </w:r>
      <w:r>
        <w:t>yahan tak ke maine khayal kiya ke main islam se ko chhod doon. ab aaj woh kahan hai mujhe nahin maloom. to musalmanon ka case yahi hai.</w:t>
      </w:r>
    </w:p>
    <w:p>
      <w:pPr>
        <w:jc w:val="right"/>
      </w:pPr>
      <w:r>
        <w:t>یہاں تک کہ میں نے خیال کیا کہ میں اسلام سے کو چھوڑ دوں۔ اب آج وہ کہاں ہے مجھے نہیں معلوم۔ تو مسلمانوں کا کیس یہی ہے۔</w:t>
      </w:r>
    </w:p>
    <w:p>
      <w:r>
        <w:rPr>
          <w:b/>
        </w:rPr>
        <w:t xml:space="preserve">[18:05] </w:t>
      </w:r>
      <w:r>
        <w:t>taqreeban sare hi musalman chahe mister hon ya molvi hon, darhi wale hon ya be darhi wale hon, woh paranoid character ban chuke hain.</w:t>
      </w:r>
    </w:p>
    <w:p>
      <w:pPr>
        <w:jc w:val="right"/>
      </w:pPr>
      <w:r>
        <w:t>تقریباً سارے ہی مسلمان چاہے مسٹر ہوں یا مولوی ہوں، داڑھی والے ہوں یا بے داڑھی والے ہوں، وہ پیرانوئک کریکٹر بن چکے ہیں۔</w:t>
      </w:r>
    </w:p>
    <w:p>
      <w:r>
        <w:rPr>
          <w:b/>
        </w:rPr>
        <w:t xml:space="preserve">[18:19] </w:t>
      </w:r>
      <w:r>
        <w:t>main apne tajrube ki bina par aisa keh raha hoon. ab dekhiye ke kya hota hai jab aadmi aisa samajh le apne ko. Pederem Sultan Bod, Pederem Sultan Bod wali psychology aa jaye kisi ke andar.</w:t>
      </w:r>
    </w:p>
    <w:p>
      <w:pPr>
        <w:jc w:val="right"/>
      </w:pPr>
      <w:r>
        <w:t>میں اپنے تجربے کی بنا پر ایسا کہہ رہا ہوں۔ اب دیکھیے کہ کیا ہوتا ہے جب آدمی ایسا سمجھ لے اپنے کو۔ پدرم سلطان بود، پدرم سلطان بود والی سائیکالوجی آ جائے کسی کے اندر۔</w:t>
      </w:r>
    </w:p>
    <w:p>
      <w:r>
        <w:rPr>
          <w:b/>
        </w:rPr>
        <w:t xml:space="preserve">[18:34] </w:t>
      </w:r>
      <w:r>
        <w:t>paranoid character koi ban jaye to kya hota hai? woh dekhta hai ke log mujhe maan nahin rahe. meri glory, meri greatness koi maan nahin raha hai koi.</w:t>
      </w:r>
    </w:p>
    <w:p>
      <w:pPr>
        <w:jc w:val="right"/>
      </w:pPr>
      <w:r>
        <w:t>پیرانوئک کریکٹر کوئی بن جائے تو کیا ہوتا ہے؟ وہ دیکھتا ہے کہ لوگ مجھے مان نہیں رہے۔ میری گلوری، میری گریٹنس کوئی مان نہیں رہا ہے کوئی۔</w:t>
      </w:r>
    </w:p>
    <w:p>
      <w:r>
        <w:rPr>
          <w:b/>
        </w:rPr>
        <w:t xml:space="preserve">[18:46] </w:t>
      </w:r>
      <w:r>
        <w:t>to woh samajhta hai ke sare log mere dushman hain. yeh self glory mein jeene wala aadmi jo hai bilkul it is but natural ke woh doosron se mutannafir ho jata hai.</w:t>
      </w:r>
    </w:p>
    <w:p>
      <w:pPr>
        <w:jc w:val="right"/>
      </w:pPr>
      <w:r>
        <w:t>تو وہ سمجھتا ہے کہ سارے لوگ میرے دشمن ہیں۔ یہ سیلف گلوری میں جینے والا آدمی جو ہے بالکل اٹ از بٹ نیچرل کہ وہ دوسروں سے متنفر ہو جاتا ہے۔</w:t>
      </w:r>
    </w:p>
    <w:p>
      <w:r>
        <w:rPr>
          <w:b/>
        </w:rPr>
        <w:t xml:space="preserve">[18:58] </w:t>
      </w:r>
      <w:r>
        <w:t>hate aa jati hai is ke andar. aap dekhein sare musalman duniya bhar mein sab ke sab hate mein jeete hain. one to all without any exception.</w:t>
      </w:r>
    </w:p>
    <w:p>
      <w:pPr>
        <w:jc w:val="right"/>
      </w:pPr>
      <w:r>
        <w:t>ہیٹ آ جاتی ہے اس کے اندر۔ آپ دیکھیں سارے مسلمان دنیا بھر میں سب کے سب ہیٹ میں جیتے ہیں۔ ون ٹو آل ودا آؤٹ اینی ایکسیپشن۔</w:t>
      </w:r>
    </w:p>
    <w:p>
      <w:r>
        <w:rPr>
          <w:b/>
        </w:rPr>
        <w:t xml:space="preserve">[19:07] </w:t>
      </w:r>
      <w:r>
        <w:t>sirf hamari yeh team jo hai yeh exception hai. aur koi exception nahin. yeh ek haqeeqat hai.</w:t>
      </w:r>
    </w:p>
    <w:p>
      <w:pPr>
        <w:jc w:val="right"/>
      </w:pPr>
      <w:r>
        <w:t>صرف ہماری یہ ٹیم جو ہے یہ ایکسیپشن ہے۔ اور کوئی ایکسیپشن نہیں۔ یہ ایک حقیقت ہے۔</w:t>
      </w:r>
    </w:p>
    <w:p>
      <w:r>
        <w:rPr>
          <w:b/>
        </w:rPr>
        <w:t xml:space="preserve">[19:17] </w:t>
      </w:r>
      <w:r>
        <w:t>to jab aap pyranoid character ban jayen to pehla kya hoga? dunya se nafrat. kyun ke aap chahen ge ke main mera woh darja diya jaye jo emperor ka tha.</w:t>
      </w:r>
    </w:p>
    <w:p>
      <w:pPr>
        <w:jc w:val="right"/>
      </w:pPr>
      <w:r>
        <w:t>تو جب آپ پیرانوئک کریکٹر بن جائیں تو پہلا کیا ہوگا؟ دنیا سے نفرت۔ کیوں کہ آپ چاہیں گے کہ میں میرا وہ درجہ دیا جائے جو ایمپرر کا تھا۔</w:t>
      </w:r>
    </w:p>
    <w:p>
      <w:r>
        <w:rPr>
          <w:b/>
        </w:rPr>
        <w:t xml:space="preserve">[19:32] </w:t>
      </w:r>
      <w:r>
        <w:t>mere baap dada emperor thay to un ka darja jo tha woh mujhe milay. to aap dunya to yeh deti nahin. dunya to bohat hi be reham hai.</w:t>
      </w:r>
    </w:p>
    <w:p>
      <w:pPr>
        <w:jc w:val="right"/>
      </w:pPr>
      <w:r>
        <w:t>میرے باپ دادا ایمپرر تھے تو ان کا درجہ جو تھا وہ مجھے ملے۔ تو آپ دنیا تو یہ دیتی نہیں۔ دنیا تو بہت ہی بے رحم ہے۔</w:t>
      </w:r>
    </w:p>
    <w:p>
      <w:r>
        <w:rPr>
          <w:b/>
        </w:rPr>
        <w:t xml:space="preserve">[19:42] </w:t>
      </w:r>
      <w:r>
        <w:t>dunya mein to reality ka raaj hai, reality ka. kisi settlement ka dunya mein koi jagah nahin hai. to dunya bhar ko samajhta hai ke yeh meri accept nahin karte meri badai ko.</w:t>
      </w:r>
    </w:p>
    <w:p>
      <w:pPr>
        <w:jc w:val="right"/>
      </w:pPr>
      <w:r>
        <w:t>دنیا میں تو ریلیٹی کا راج ہے، ریلیٹی کا۔ کسی سیٹلمنٹ کا دنیا میں کوئی جگہ نہیں ہے۔ تو دنیا بھر کو سمجھتا ہے کہ یہ میری ایکسیپٹ نہیں کرتے میری بڑائی کو۔</w:t>
      </w:r>
    </w:p>
    <w:p>
      <w:r>
        <w:rPr>
          <w:b/>
        </w:rPr>
        <w:t xml:space="preserve">[19:57] </w:t>
      </w:r>
      <w:r>
        <w:t>to yeh sab ke sab qabil e nafrat hain. sab ke sab mere sath conspiracy kar rahe hain. to sab se pehle nafrat aati hai. is ke baad nafrat ruki nahin.</w:t>
      </w:r>
    </w:p>
    <w:p>
      <w:pPr>
        <w:jc w:val="right"/>
      </w:pPr>
      <w:r>
        <w:t>تو یہ سب کے سب قابل نفرت ہیں۔ سب کے سب میرے ساتھ کانسپریسی کر رہے ہیں۔ تو سب سے پہلے نفرت آتی ہے۔ اس کے بعد نفرت رکتی نہیں۔</w:t>
      </w:r>
    </w:p>
    <w:p>
      <w:r>
        <w:rPr>
          <w:b/>
        </w:rPr>
        <w:t xml:space="preserve">[20:09] </w:t>
      </w:r>
      <w:r>
        <w:t>yaad rakhiye nafrat aik jagah ruk nahin sakti. pani mein aap jis tarah se dalen aik boond gandagi ka to ruka nahin rahe ga.</w:t>
      </w:r>
    </w:p>
    <w:p>
      <w:pPr>
        <w:jc w:val="right"/>
      </w:pPr>
      <w:r>
        <w:t>یاد رکھیے نفرت ایک جگہ رک نہیں سکتی۔ پانی میں آپ جس طرح سے ڈالیں ایک بوند گندگی کا تو رکا نہیں رہے گا۔</w:t>
      </w:r>
    </w:p>
    <w:p>
      <w:r>
        <w:rPr>
          <w:b/>
        </w:rPr>
        <w:t xml:space="preserve">[20:19] </w:t>
      </w:r>
      <w:r>
        <w:t>phele ga, phele ga, phele ga. to nafrat barh kar kya banti hai phir?</w:t>
      </w:r>
    </w:p>
    <w:p>
      <w:pPr>
        <w:jc w:val="right"/>
      </w:pPr>
      <w:r>
        <w:t>پھیلے گا، پھیلے گا، پھیلے گا۔ تو نفرت بڑھ کر کیا بنتی ہے پھر؟</w:t>
      </w:r>
    </w:p>
    <w:p>
      <w:r>
        <w:rPr>
          <w:b/>
        </w:rPr>
        <w:t xml:space="preserve">[20:29] </w:t>
      </w:r>
      <w:r>
        <w:t>yani pehle nafrat aai. phir kya aaya? violence aaya. ke yeh nahin mante to in se maro in ko.</w:t>
      </w:r>
    </w:p>
    <w:p>
      <w:pPr>
        <w:jc w:val="right"/>
      </w:pPr>
      <w:r>
        <w:t>یعنی پہلے نفرت آئی۔ پھر کیا آیا؟ وائلنس آیا۔ کہ یہ نہیں مانتے تو ان سے مارو ان کو۔</w:t>
      </w:r>
    </w:p>
    <w:p>
      <w:r>
        <w:rPr>
          <w:b/>
        </w:rPr>
        <w:t xml:space="preserve">[20:41] </w:t>
      </w:r>
      <w:r>
        <w:t>to marne ki taqat nahin. ke woh apne pas army nahin, apne pas fauj nahin. to is zamane mein logon ko bohat acha moqa mil gaya hai ke bomb yahan rakh do, wahan rakh do, log maren ge.</w:t>
      </w:r>
    </w:p>
    <w:p>
      <w:pPr>
        <w:jc w:val="right"/>
      </w:pPr>
      <w:r>
        <w:t>تو مارنے کی طاقت نہیں۔ کہ وہ اپنے پاس آرمی نہیں، اپنے پاس فوج نہیں۔ تو اس زمانے میں لوگوں کو بہت اچھا موقع مل گیا ہے کہ بم یہاں رکھ دو، وہاں رکھ دو، لوگ مریں گے۔</w:t>
      </w:r>
    </w:p>
    <w:p>
      <w:r>
        <w:rPr>
          <w:b/>
        </w:rPr>
        <w:t xml:space="preserve">[20:52] </w:t>
      </w:r>
      <w:r>
        <w:t>ab wahan hum ja kar qaaqaa lagayen ge apne kamre mein ke dekho. to yeh society bombing jo hai paranoia ka extremist case hai.</w:t>
      </w:r>
    </w:p>
    <w:p>
      <w:pPr>
        <w:jc w:val="right"/>
      </w:pPr>
      <w:r>
        <w:t>اب وہاں ہم جا کر قاعقاع لگائیں گے اپنے کمرے میں کہ دیکھو۔ تو یہ سوسائٹی بمبنگ جو ہے پیرانویا کا ایکسٹریمسٹ کیس ہے۔</w:t>
      </w:r>
    </w:p>
    <w:p>
      <w:r>
        <w:rPr>
          <w:b/>
        </w:rPr>
        <w:t xml:space="preserve">[21:03] </w:t>
      </w:r>
      <w:r>
        <w:t>pehlay paranoia aaya, self glory ka mizaj aaya. phir logon se nafrat karne lage aap. logon ko samjhe ke sab conspirator hain. ab maro in ko.</w:t>
      </w:r>
    </w:p>
    <w:p>
      <w:pPr>
        <w:jc w:val="right"/>
      </w:pPr>
      <w:r>
        <w:t>پہلے پیرانویا آیا، سیلف گلوری کا مزاج آیا۔ پھر لوگوں سے نفرت کرنے لگے آپ۔ لوگوں کو سمجھے کہ سب کانسپریٹر ہیں۔ اب مارو ان کو۔</w:t>
      </w:r>
    </w:p>
    <w:p>
      <w:r>
        <w:rPr>
          <w:b/>
        </w:rPr>
        <w:t xml:space="preserve">[21:13] </w:t>
      </w:r>
      <w:r>
        <w:t>ab mar nahin paye to society bombing kar ke unhein halak karo.</w:t>
      </w:r>
    </w:p>
    <w:p>
      <w:pPr>
        <w:jc w:val="right"/>
      </w:pPr>
      <w:r>
        <w:t>اب مار نہیں پائے تو سوسائٹی بمبنگ کر کے انہیں ہلاک کرو۔</w:t>
      </w:r>
    </w:p>
    <w:p>
      <w:r>
        <w:rPr>
          <w:b/>
        </w:rPr>
        <w:t xml:space="preserve">[21:20] </w:t>
      </w:r>
      <w:r>
        <w:t>to yeh simple baat nahin hai yeh. aur sab se bura role is mein jo hai muslim intellectuals ka hai. sab se bura role.</w:t>
      </w:r>
    </w:p>
    <w:p>
      <w:pPr>
        <w:jc w:val="right"/>
      </w:pPr>
      <w:r>
        <w:t>تو یہ سمپل بات نہیں ہے یہ۔ اور سب سے برا رول اس میں جو ہے مسلم انٹلیکچوئلز کا ہے۔ سب سے برا رول۔</w:t>
      </w:r>
    </w:p>
    <w:p>
      <w:r>
        <w:rPr>
          <w:b/>
        </w:rPr>
        <w:t xml:space="preserve">[21:30] </w:t>
      </w:r>
      <w:r>
        <w:t>in ko moqa mil gaya hai modern trend jo hai jo chalta hai dunya mein. modern trend kya hai? authority ko blame dena.</w:t>
      </w:r>
    </w:p>
    <w:p>
      <w:pPr>
        <w:jc w:val="right"/>
      </w:pPr>
      <w:r>
        <w:t>ان کو موقع مل گیا ہے ماڈرن ٹرینڈ جو ہے جو چلتا ہے دنیا میں۔ ماڈرن ٹرینڈ کیا ہے؟ اتھارٹی کو بلیم دینا۔</w:t>
      </w:r>
    </w:p>
    <w:p>
      <w:r>
        <w:rPr>
          <w:b/>
        </w:rPr>
        <w:t xml:space="preserve">[21:40] </w:t>
      </w:r>
      <w:r>
        <w:t>yeh trend dunya bhar mein hai. kyun ke sab log jahan bhi aap jaiye log America ko bura kahen ge. kyun? America jo hai superpower ban gaya.</w:t>
      </w:r>
    </w:p>
    <w:p>
      <w:pPr>
        <w:jc w:val="right"/>
      </w:pPr>
      <w:r>
        <w:t>یہ ٹرینڈ دنیا بھر میں ہے۔ کیوں کہ سب لوگ جہاں بھی آپ جائیے لوگ امریکہ کو برا کہیں گے۔ کیوں؟ امریکہ جو ہے سپر پاور بن گیا۔</w:t>
      </w:r>
    </w:p>
    <w:p>
      <w:r>
        <w:rPr>
          <w:b/>
        </w:rPr>
        <w:t xml:space="preserve">[21:51] </w:t>
      </w:r>
      <w:r>
        <w:t>woh authority ban gaya to sab us ko bura bura keh rahe hain.</w:t>
      </w:r>
    </w:p>
    <w:p>
      <w:pPr>
        <w:jc w:val="right"/>
      </w:pPr>
      <w:r>
        <w:t>وہ اتھارٹی بن گیا تو سب اس کو برا برا کہہ رہے ہیں۔</w:t>
      </w:r>
    </w:p>
    <w:p>
      <w:r>
        <w:rPr>
          <w:b/>
        </w:rPr>
        <w:t xml:space="preserve">[21:58] </w:t>
      </w:r>
      <w:r>
        <w:t>jitni bhi movement is zamane mein aap dekhen ge freedom movement, trade union ki movement aur human rights ki movement jitni bhi movement aap dekhen ge is zamane mein woh sab kya hai?</w:t>
      </w:r>
    </w:p>
    <w:p>
      <w:pPr>
        <w:jc w:val="right"/>
      </w:pPr>
      <w:r>
        <w:t>جتنی بھی موومنٹ اس زمانے میں آپ دیکھیں گے فریڈم موومنٹ، ٹریڈ یونین کی موومنٹ اور ہیومن رائٹس کی موومنٹ جتنی بھی موومنٹ آپ دیکھیں گے اس زمانے میں وہ سب کیا ہے؟</w:t>
      </w:r>
    </w:p>
    <w:p>
      <w:r>
        <w:rPr>
          <w:b/>
        </w:rPr>
        <w:t xml:space="preserve">[22:14] </w:t>
      </w:r>
      <w:r>
        <w:t>authority ko blame dene par chal rahi hai. authority kaun hai? government hai, administration hai, police hai. bas isi ko blame dena.</w:t>
      </w:r>
    </w:p>
    <w:p>
      <w:pPr>
        <w:jc w:val="right"/>
      </w:pPr>
      <w:r>
        <w:t>اتھارٹی کو بلیم دینے پر چل رہی ہے۔ اتھارٹی کون ہے؟ گورنمنٹ ہے، ایڈمنسٹریشن ہے، پولیس ہے۔ بس اسی کو بلیم دینا۔</w:t>
      </w:r>
    </w:p>
    <w:p>
      <w:r>
        <w:rPr>
          <w:b/>
        </w:rPr>
        <w:t xml:space="preserve">[22:24] </w:t>
      </w:r>
      <w:r>
        <w:t>is se in muslim intellectuals ko bohat hi acha mahol mil gaya. ke musalmanon ko na keh kar ke doosron ko kaho.</w:t>
      </w:r>
    </w:p>
    <w:p>
      <w:pPr>
        <w:jc w:val="right"/>
      </w:pPr>
      <w:r>
        <w:t>اس سے ان مسلم انٹلیکچوئلز کو بہت ہی اچھا ماحول مل گیا۔ کہ مسلمانوں کو نہ کہہ کر کے دوسروں کو کہو۔</w:t>
      </w:r>
    </w:p>
    <w:p>
      <w:r>
        <w:rPr>
          <w:b/>
        </w:rPr>
        <w:t xml:space="preserve">[22:33] </w:t>
      </w:r>
      <w:r>
        <w:t>aur woh ziyada tar chupte hain, ziyada tar media mein aa jate hain foran. bohat hi favorable condition mil gayi in ko, muslim intellectuals ko.</w:t>
      </w:r>
    </w:p>
    <w:p>
      <w:pPr>
        <w:jc w:val="right"/>
      </w:pPr>
      <w:r>
        <w:t>اور وہ زیادہ تر چھپتے ہیں، زیادہ تر میڈیا میں آ جاتے ہیں فوراً۔ بہت ہی فیوریبل کنڈیشن مل گئی ان کو، مسلم انٹلیکچوئلز کو۔</w:t>
      </w:r>
    </w:p>
    <w:p>
      <w:r>
        <w:rPr>
          <w:b/>
        </w:rPr>
        <w:t xml:space="preserve">[22:42] </w:t>
      </w:r>
      <w:r>
        <w:t>kyun ke muslim intellectuals jee rahe thay is qist mein ke qasoor hamara to hai nahin, qasoor doosron ka hai. hum to badshahon ki اولاد hain.</w:t>
      </w:r>
    </w:p>
    <w:p>
      <w:pPr>
        <w:jc w:val="right"/>
      </w:pPr>
      <w:r>
        <w:t>کیوں کہ مسلم انٹلیکچوئلز جی رہے تھے اس قسط میں کہ قصور ہمارا تو ہے نہیں، قصور دوسروں کا ہے۔ ہم تو بادشاہوں کی اولاد ہیں۔</w:t>
      </w:r>
    </w:p>
    <w:p>
      <w:r>
        <w:rPr>
          <w:b/>
        </w:rPr>
        <w:t xml:space="preserve">[22:59] </w:t>
      </w:r>
      <w:r>
        <w:t>hum to paidaishi tor par baray log hain. hamara hamari hamara deen jo hai woh sab se afzal deen hai. hamara peghambar sab se afzal peghambar hai.</w:t>
      </w:r>
    </w:p>
    <w:p>
      <w:pPr>
        <w:jc w:val="right"/>
      </w:pPr>
      <w:r>
        <w:t>ہم تو پیدائشی طور پر بڑے لوگ ہیں۔ ہمارا ہماری ہمارا دین جو ہے وہ سب سے افضل دین ہے۔ ہمارا پیغمبر سب سے افضل پیغمبر ہے۔</w:t>
      </w:r>
    </w:p>
    <w:p>
      <w:r>
        <w:rPr>
          <w:b/>
        </w:rPr>
        <w:t xml:space="preserve">[23:09] </w:t>
      </w:r>
      <w:r>
        <w:t>hamara quran sab se afzal quran hai. hum sab se hamare liye jannat banai gayi hai. hum sab log jo hain aik aik taraf se jannat mein dakhil kar diye jayen ge.</w:t>
      </w:r>
    </w:p>
    <w:p>
      <w:pPr>
        <w:jc w:val="right"/>
      </w:pPr>
      <w:r>
        <w:t>ہمارا قرآن سب سے افضل قرآن ہے۔ ہم سب سے ہمارے لیے جنت بنائی گئی ہے۔ ہم سب لوگ جو ہیں ایک ایک طرف سے جنت میں داخل کر دیے جائیں گے۔</w:t>
      </w:r>
    </w:p>
    <w:p>
      <w:r>
        <w:rPr>
          <w:b/>
        </w:rPr>
        <w:t xml:space="preserve">[23:20] </w:t>
      </w:r>
      <w:r>
        <w:t>to yeh sab kuch hamara theek hai.</w:t>
      </w:r>
    </w:p>
    <w:p>
      <w:pPr>
        <w:jc w:val="right"/>
      </w:pPr>
      <w:r>
        <w:t>تو یہ سب کچھ ہمارا ٹھیک ہے۔</w:t>
      </w:r>
    </w:p>
    <w:p>
      <w:r>
        <w:rPr>
          <w:b/>
        </w:rPr>
        <w:t xml:space="preserve">[23:24] </w:t>
      </w:r>
      <w:r>
        <w:t>to woh soch nahin sakte ke musalmanon ki taraf bhi qasoor hai. musalmanon ke andar bhi koi kami hai.</w:t>
      </w:r>
    </w:p>
    <w:p>
      <w:pPr>
        <w:jc w:val="right"/>
      </w:pPr>
      <w:r>
        <w:t>تو وہ سوچ نہیں سکتے کہ مسلمانوں کی طرف بھی قصور ہے۔ مسلمانوں کے اندر بھی کوئی کمی ہے۔</w:t>
      </w:r>
    </w:p>
    <w:p>
      <w:r>
        <w:rPr>
          <w:b/>
        </w:rPr>
        <w:t xml:space="preserve">[23:33] </w:t>
      </w:r>
      <w:r>
        <w:t>yeh kehne ke liye aaj kal ka mahol bohat in ke liye favorable ho gaya. kyun ke sara media jo base karta hai isi par ke authority ko blame do.</w:t>
      </w:r>
    </w:p>
    <w:p>
      <w:pPr>
        <w:jc w:val="right"/>
      </w:pPr>
      <w:r>
        <w:t>یہ کہنے کے لیے آج کل کا ماحول بہت ان کے لیے فیوریبل ہو گیا۔ کیوں کہ سارا میڈیا جو بیس کرتا ہے اسی پر کہ اتھارٹی کو بلیم دو۔</w:t>
      </w:r>
    </w:p>
    <w:p>
      <w:r>
        <w:rPr>
          <w:b/>
        </w:rPr>
        <w:t xml:space="preserve">[23:42] </w:t>
      </w:r>
      <w:r>
        <w:t>keh asal responsibility in ki hoti hai.</w:t>
      </w:r>
    </w:p>
    <w:p>
      <w:pPr>
        <w:jc w:val="right"/>
      </w:pPr>
      <w:r>
        <w:t>کہ اصل ریسپانسبیلٹی ان کی ہوتی ہے۔</w:t>
      </w:r>
    </w:p>
    <w:p>
      <w:r>
        <w:rPr>
          <w:b/>
        </w:rPr>
        <w:t xml:space="preserve">[23:49] </w:t>
      </w:r>
      <w:r>
        <w:t>to idhar udhar yeh in ki statement de dein, zyada tar chupta hai wahan. Aap dekhein statement jo hotey hain hamare logon ke, zyada tar chhuptay hain.</w:t>
      </w:r>
    </w:p>
    <w:p>
      <w:pPr>
        <w:jc w:val="right"/>
      </w:pPr>
      <w:r>
        <w:t>تو ادھر ادھر یہ ان کی سٹیٹمنٹ دے دیں، زیادہ تر چھپتا ہے وہاں۔ آپ دیکھیں سٹیٹمنٹ جو ہوتے ہیں ہمارے لوگوں کے، زیادہ تر چھپتے ہیں۔</w:t>
      </w:r>
    </w:p>
    <w:p>
      <w:r>
        <w:rPr>
          <w:b/>
        </w:rPr>
        <w:t xml:space="preserve">[23:57] </w:t>
      </w:r>
      <w:r>
        <w:t>jis mein keh kaha jata hai ke police wali jo hain un ko blame dete hain, government ko dete hain, authority ko dete hain. Zyada tar chhupta hai, woh zyada tar chhupta hai. Kyun?</w:t>
      </w:r>
    </w:p>
    <w:p>
      <w:pPr>
        <w:jc w:val="right"/>
      </w:pPr>
      <w:r>
        <w:t>جس میں کہ کہا جاتا ہے کہ پولیس والی جو ہیں ان کو بلیم دیتے ہیں، گورنمنٹ کو دیتے ہیں، اتھارٹی کو دیتے ہیں۔ زیادہ تر چھپتا ہے، وہ زیادہ تر چھپتا ہے۔ کیوں؟</w:t>
      </w:r>
    </w:p>
    <w:p>
      <w:r>
        <w:rPr>
          <w:b/>
        </w:rPr>
        <w:t xml:space="preserve">[24:06] </w:t>
      </w:r>
      <w:r>
        <w:t>jo atmosphere aaj ban gaya hai woh un ke liye bohat hi favorable hai. Sirf mein aik akela aik aadmi hoon poori Muslim dunya mein jo introspection ki baat karta hoon, apni islah ki baat karta hoon.</w:t>
      </w:r>
    </w:p>
    <w:p>
      <w:pPr>
        <w:jc w:val="right"/>
      </w:pPr>
      <w:r>
        <w:t>جو ایٹماسفیئر آج بن گیا ہے وہ ان کے لیے بہت ہی فیوریبل ہے۔ صرف میں ایک اکیلا ایک آدمی ہوں پوری مسلم دنیا میں جو انٹراسپیکشن کی بات کرتا ہوں، اپنی اصلاح کی بات کرتا ہوں۔</w:t>
      </w:r>
    </w:p>
    <w:p>
      <w:r>
        <w:rPr>
          <w:b/>
        </w:rPr>
        <w:t xml:space="preserve">[24:24] </w:t>
      </w:r>
      <w:r>
        <w:t>abhi mein aik waqia arz karoon. Hamari team ki aik senior member hain, Naghma. Aap sab log jante hain in ko.</w:t>
      </w:r>
    </w:p>
    <w:p>
      <w:pPr>
        <w:jc w:val="right"/>
      </w:pPr>
      <w:r>
        <w:t>ابھی میں ایک واقعہ عرض کروں۔ ہماری ٹیم کی ایک سینئر ممبر ہیں، نغمہ۔ آپ سب لوگ جانتے ہیں ان کو۔</w:t>
      </w:r>
    </w:p>
    <w:p>
      <w:r>
        <w:rPr>
          <w:b/>
        </w:rPr>
        <w:t xml:space="preserve">[24:36] </w:t>
      </w:r>
      <w:r>
        <w:t>to chhabees September ki raat ko kya hua?</w:t>
      </w:r>
    </w:p>
    <w:p>
      <w:pPr>
        <w:jc w:val="right"/>
      </w:pPr>
      <w:r>
        <w:t>تو چھبیس ستمبر کی رات کو کیا ہوا؟</w:t>
      </w:r>
    </w:p>
    <w:p>
      <w:r>
        <w:rPr>
          <w:b/>
        </w:rPr>
        <w:t xml:space="preserve">[24:44] </w:t>
      </w:r>
      <w:r>
        <w:t>maine aik khwab dekha. Unhon ne nahi, maine aik khwab dekha in ke baray mein.</w:t>
      </w:r>
    </w:p>
    <w:p>
      <w:pPr>
        <w:jc w:val="right"/>
      </w:pPr>
      <w:r>
        <w:t>میں نے ایک خواب دیکھا۔ انہوں نے نہیں، میں نے ایک خواب دیکھا ان کے بارے میں۔</w:t>
      </w:r>
    </w:p>
    <w:p>
      <w:r>
        <w:rPr>
          <w:b/>
        </w:rPr>
        <w:t xml:space="preserve">[24:51] </w:t>
      </w:r>
      <w:r>
        <w:t>chhabees September ki raat jo Ramzan ki pachis tareekh thi woh. To maine dekha ke Naghma baithi hui hain, un ke paas kuch log hain.</w:t>
      </w:r>
    </w:p>
    <w:p>
      <w:pPr>
        <w:jc w:val="right"/>
      </w:pPr>
      <w:r>
        <w:t>چھبیس ستمبر کی رات جو رمضان کی پچیس تاریخ تھی وہ۔ تو میں نے دیکھا کہ نغمہ بیٹھی ہوئی ہیں، ان کے پاس کچھ لوگ ہیں۔</w:t>
      </w:r>
    </w:p>
    <w:p>
      <w:r>
        <w:rPr>
          <w:b/>
        </w:rPr>
        <w:t xml:space="preserve">[25:02] </w:t>
      </w:r>
      <w:r>
        <w:t>aur Naghma un se keh rahi hain ke maine unilateral tor par sab ko maaf kar diya. Maine unilateral tor par sab ko forgive kar diya.</w:t>
      </w:r>
    </w:p>
    <w:p>
      <w:pPr>
        <w:jc w:val="right"/>
      </w:pPr>
      <w:r>
        <w:t>اور نغمہ ان سے کہہ رہی ہیں کہ میں نے انیلیٹرل طور پر سب کو معاف کر دیا۔ میں نے انیلیٹرل طور پر سب کو فارگیو کر دیا۔</w:t>
      </w:r>
    </w:p>
    <w:p>
      <w:r>
        <w:rPr>
          <w:b/>
        </w:rPr>
        <w:t xml:space="preserve">[25:16] </w:t>
      </w:r>
      <w:r>
        <w:t>yeh raat ko barah bajay aik khwab dekh kar woh utha mein. Khwab dekhta hai aadmi to neend khul jati hai. To us waqt raat ke barah bajay thay.</w:t>
      </w:r>
    </w:p>
    <w:p>
      <w:pPr>
        <w:jc w:val="right"/>
      </w:pPr>
      <w:r>
        <w:t>یہ رات کو بارہ بجے ایک خواب دیکھ کر وہ اٹھا میں۔ خواب دیکھتا ہے آدمی تو نیند کھل جاتی ہے۔ تو اس وقت رات کے بارہ بجے تھے۔</w:t>
      </w:r>
    </w:p>
    <w:p>
      <w:r>
        <w:rPr>
          <w:b/>
        </w:rPr>
        <w:t xml:space="preserve">[25:27] </w:t>
      </w:r>
      <w:r>
        <w:t>aadha ghantay ke andar mein telephone ghanti baji. Yani saaray barah bajay raat ko telephone ghanti baji. Saaray barah bajay ya aik bajay aisa kuch qareeb ka hota hai.</w:t>
      </w:r>
    </w:p>
    <w:p>
      <w:pPr>
        <w:jc w:val="right"/>
      </w:pPr>
      <w:r>
        <w:t>آدھ گھنٹے کے اندر میں ٹیل فون گھنٹی بجی۔ یعنی ساڑھے بارہ بجے رات کو ٹیل فون گھنٹی بجی۔ ساڑھے بارہ بجے یا ایک بجے ایسا کچھ قریب کا ہوتا ہے۔</w:t>
      </w:r>
    </w:p>
    <w:p>
      <w:r>
        <w:rPr>
          <w:b/>
        </w:rPr>
        <w:t xml:space="preserve">[25:38] </w:t>
      </w:r>
      <w:r>
        <w:t>yani unusual tor par us waqt ghantiyan bajnay ka koi matlab hi nahi hai. To awaz aai ke mein Pakistan se bol raha hoon. Mera naam Adil hai.</w:t>
      </w:r>
    </w:p>
    <w:p>
      <w:pPr>
        <w:jc w:val="right"/>
      </w:pPr>
      <w:r>
        <w:t>یعنی ان یوزل طور پر اس وقت گھنٹیاں بجنے کا کوئی مطلب ہی نہیں ہے۔ تو آواز آئی کہ میں پاکستان سے بول رہا ہوں۔ میرا نام عادل ہے۔</w:t>
      </w:r>
    </w:p>
    <w:p>
      <w:r>
        <w:rPr>
          <w:b/>
        </w:rPr>
        <w:t xml:space="preserve">[25:48] </w:t>
      </w:r>
      <w:r>
        <w:t>aur mein aap ka magazine parhta hoon. To aaj pachis tareekh hai. Ho sakta hai ke aaj Shab-e-Qadr ho. To kya karna chahiye?</w:t>
      </w:r>
    </w:p>
    <w:p>
      <w:pPr>
        <w:jc w:val="right"/>
      </w:pPr>
      <w:r>
        <w:t>اور میں آپ کا میگزین پڑھتا ہوں۔ تو آج پچیس تاریخ ہے۔ ہو سکتا ہے کہ آج شب قدر ہو۔ تو کیا کرنا چاہیے؟</w:t>
      </w:r>
    </w:p>
    <w:p>
      <w:r>
        <w:rPr>
          <w:b/>
        </w:rPr>
        <w:t xml:space="preserve">[26:00] </w:t>
      </w:r>
      <w:r>
        <w:t>to maine un ko kaha ke aik hadith mein aata hai ke Aisha ne Rasool Allah se poocha ke agar mein Shab-e-Qadr ko paoon to kya karoon mein?</w:t>
      </w:r>
    </w:p>
    <w:p>
      <w:pPr>
        <w:jc w:val="right"/>
      </w:pPr>
      <w:r>
        <w:t>تو میں نے ان کو کہا کہ ایک حدیث میں آتا ہے کہ عائشہ نے رسول اللہ سے پوچھا کہ اگر میں شب قدر کو پاؤں تو کیا کروں میں؟</w:t>
      </w:r>
    </w:p>
    <w:p>
      <w:r>
        <w:rPr>
          <w:b/>
        </w:rPr>
        <w:t xml:space="preserve">[26:11] </w:t>
      </w:r>
      <w:r>
        <w:t>to aap ne farmaya ke yeh kaho: "Allahumma anta afuwwun tuhibbul afwa faghfir li" . Aye Kh</w:t>
      </w:r>
    </w:p>
    <w:p>
      <w:pPr>
        <w:jc w:val="right"/>
      </w:pPr>
      <w:r>
        <w:t>تو آپ نے فرمایا کہ یہ کہو: "اللہم انت عفو تحب العفو عفواً"۔ اے خ</w:t>
      </w:r>
    </w:p>
    <w:p>
      <w:r>
        <w:rPr>
          <w:b/>
        </w:rPr>
        <w:t xml:space="preserve">[26:19] </w:t>
      </w:r>
      <w:r>
        <w:t>uda! To maaf karne wala hai. To mafi ko pasand karta hai. To mujhe maaf farma. Isi din yeh hadith meri samajh mein aai ke to mafi ko pasand karta hai kya matlab hui hai?</w:t>
      </w:r>
    </w:p>
    <w:p>
      <w:pPr>
        <w:jc w:val="right"/>
      </w:pPr>
      <w:r>
        <w:t>دا! تو معاف کرنے والا ہے۔ تو معافی کو پسند کرتا ہے۔ تو مجھے معاف فرما۔ اسی دن یہ حدیث میری سمجھ میں آئی کہ تو معافی کو پسند کرتا ہے کیا معنی ہوئی ہے؟</w:t>
      </w:r>
    </w:p>
    <w:p>
      <w:r>
        <w:rPr>
          <w:b/>
        </w:rPr>
        <w:t xml:space="preserve">[26:36] </w:t>
      </w:r>
      <w:r>
        <w:t>yani aisay logon ko pasand karta hai jo maaf kar dain. Jaise ke hamare saathi ne maine khwab mein jo dekha ke woh keh rahi hain logon se ke maine unilateral tor par sab ko maaf kar diya.</w:t>
      </w:r>
    </w:p>
    <w:p>
      <w:pPr>
        <w:jc w:val="right"/>
      </w:pPr>
      <w:r>
        <w:t>یعنی ایسے لوگوں کو پسند کرتا ہے جو معاف کر دیا کریں۔ جیسے کہ ہمارے ساتھی نے میں نے خواب میں جو دیکھا کہ وہ کہہ رہی ہیں لوگوں سے کہ میں نے انیلیٹرل طور پر سب کو معاف کر دیا۔</w:t>
      </w:r>
    </w:p>
    <w:p>
      <w:r>
        <w:rPr>
          <w:b/>
        </w:rPr>
        <w:t xml:space="preserve">[26:50] </w:t>
      </w:r>
      <w:r>
        <w:t>yeh hai jo Khuda ko pasand hai.</w:t>
      </w:r>
    </w:p>
    <w:p>
      <w:pPr>
        <w:jc w:val="right"/>
      </w:pPr>
      <w:r>
        <w:t>یہ ہے جو خدا کو پسند ہے۔</w:t>
      </w:r>
    </w:p>
    <w:p>
      <w:r>
        <w:rPr>
          <w:b/>
        </w:rPr>
        <w:t xml:space="preserve">[26:56] </w:t>
      </w:r>
      <w:r>
        <w:t>tuhibbul afwa ka matlab yeh hai. Isi din meri samajh mein aai hai baat ke Khuda</w:t>
      </w:r>
    </w:p>
    <w:p>
      <w:pPr>
        <w:jc w:val="right"/>
      </w:pPr>
      <w:r>
        <w:t>تحب العفو کا مطلب یہ ہے۔ اسی دن میری سمجھ میں آئی ہے بات کہ خد</w:t>
      </w:r>
    </w:p>
    <w:p>
      <w:r>
        <w:rPr>
          <w:b/>
        </w:rPr>
        <w:t xml:space="preserve">[27:00] </w:t>
      </w:r>
      <w:r>
        <w:t>ya! To maaf karne wala hai. To mafi ko pasand karta hai. To mujhe maaf farma. Yani ab is ka matlab kya hua? Is ka matlab yeh hua ke Khudaya!</w:t>
      </w:r>
    </w:p>
    <w:p>
      <w:pPr>
        <w:jc w:val="right"/>
      </w:pPr>
      <w:r>
        <w:t>ایا! تو معاف کرنے والا ہے۔ تو معافی کو پسند کرتا ہے۔ تو مجھے معاف فرما۔ یعنی اب اس کا مطلب کیا ہوا؟ اس کا مطلب یہ ہوا کہ خدایا!</w:t>
      </w:r>
    </w:p>
    <w:p>
      <w:r>
        <w:rPr>
          <w:b/>
        </w:rPr>
        <w:t xml:space="preserve">[27:12] </w:t>
      </w:r>
      <w:r>
        <w:t>maine sab ko maaf kar diya. Ab mein tujh se dua kar raha hoon ke tu mujhe bhi maaf kar de.</w:t>
      </w:r>
    </w:p>
    <w:p>
      <w:pPr>
        <w:jc w:val="right"/>
      </w:pPr>
      <w:r>
        <w:t>میں نے سب کو معاف کر دیا۔ اب میں تجھ سے دعا کر رہا ہوں کہ تو مجھے بھی معاف کر دے۔</w:t>
      </w:r>
    </w:p>
    <w:p>
      <w:r>
        <w:rPr>
          <w:b/>
        </w:rPr>
        <w:t xml:space="preserve">[27:22] </w:t>
      </w:r>
      <w:r>
        <w:t>yeh matlab hai is hadith ka. Kyun ke har insan aap jante hain koi na koi shikayatein hoti hain. Har aadmi ke dil mein koi na koi shikayat kisi ke khilaf.</w:t>
      </w:r>
    </w:p>
    <w:p>
      <w:pPr>
        <w:jc w:val="right"/>
      </w:pPr>
      <w:r>
        <w:t>یہ مطلب ہے اس حدیث کا۔ کیوں کہ ہر انسان آپ جانتے ہیں کوئی نہ کوئی شکایتیں ہوتی ہیں۔ ہر آدمی کے دل میں کوئی نہ کوئی شکایت کسی کے خلاف۔</w:t>
      </w:r>
    </w:p>
    <w:p>
      <w:r>
        <w:rPr>
          <w:b/>
        </w:rPr>
        <w:t xml:space="preserve">[27:33] </w:t>
      </w:r>
      <w:r>
        <w:t>family ke andar, paros ke andar, mulk ke andar, har jagah. Har aadmi koi na koi shikayat liye hue hota hai. Is hadith mein bataya gaya hai ke Shab-e-Qadr ke din tum agar yeh amal karo ke sab ko maaf kar do, sab ko maaf kar do, sab ko maaf kar do.</w:t>
      </w:r>
    </w:p>
    <w:p>
      <w:pPr>
        <w:jc w:val="right"/>
      </w:pPr>
      <w:r>
        <w:t>فیملی کے اندر، پڑوس کے اندر، ملک کے اندر، ہر جگہ۔ ہر آدمی کوئی نہ کوئی شکایت لیے ہوئے ہوتا ہے۔ اس حدیث میں بتایا گیا ہے کہ شب قدر کے دن تم اگر یہ عمل کرو کہ سب کو معاف کر دو، سب کو معاف کر دو، سب کو معاف کر دو۔</w:t>
      </w:r>
    </w:p>
    <w:p>
      <w:r>
        <w:rPr>
          <w:b/>
        </w:rPr>
        <w:t xml:space="preserve">[27:55] </w:t>
      </w:r>
      <w:r>
        <w:t>tab tum is qabil ho gaye ke Khuda se dua karo: "Khuda mujhe maaf farma."</w:t>
      </w:r>
    </w:p>
    <w:p>
      <w:pPr>
        <w:jc w:val="right"/>
      </w:pPr>
      <w:r>
        <w:t>تب تم اس قابل ہو گئے کہ خدا سے دعا کرو: "خدا مجھے معاف فرما۔"</w:t>
      </w:r>
    </w:p>
    <w:p>
      <w:r>
        <w:rPr>
          <w:b/>
        </w:rPr>
        <w:t xml:space="preserve">[28:03] </w:t>
      </w:r>
      <w:r>
        <w:t>Quran mein aata hai ke "Ilah yas'adul kalim-ut-tayyib wal amal-us-salih yarfa'uh" . Yani Khuda ki taraf dua jo uthti hai to us ki uthti hai jis ne us se pehle us ke muwafiq amal kiya ho.</w:t>
      </w:r>
    </w:p>
    <w:p>
      <w:pPr>
        <w:jc w:val="right"/>
      </w:pPr>
      <w:r>
        <w:t>قرآن میں آتا ہے کہ "الہ یسعد الکلم الطیب والعمر یرفع"۔ یعنی خدا کی طرف دعا جو اٹھتی ہے تو اس کی اٹھتی ہے جس نے اس سے پہلے اس کے موافق عمل کیا ہو۔</w:t>
      </w:r>
    </w:p>
    <w:p>
      <w:r>
        <w:rPr>
          <w:b/>
        </w:rPr>
        <w:t xml:space="preserve">[28:17] </w:t>
      </w:r>
      <w:r>
        <w:t>yani aap ne doosron par reham kiya ho to aap ki dua-e-reham oopar jayegi. to aap ne doosron ko maaf kar diya ho to aap ko maafi ki dua oopar jayegi.</w:t>
      </w:r>
    </w:p>
    <w:p>
      <w:pPr>
        <w:jc w:val="right"/>
      </w:pPr>
      <w:r>
        <w:t>یعنی آپ نے دوسروں پر رحم کیا ہو تو آپ کی دعائے رحم اوپر جائے گی۔ تو آپ نے دوسروں کو معاف کر دیا ہو تو آپ کو معافی کی دعا اوپر جائے گی۔</w:t>
      </w:r>
    </w:p>
    <w:p>
      <w:r>
        <w:rPr>
          <w:b/>
        </w:rPr>
        <w:t xml:space="preserve">[28:27] </w:t>
      </w:r>
      <w:r>
        <w:t>yeh hai matlab is ka. to main samajhta hoon ke yeh hamari team ka ke yeh koi represent kar rahi theen woh ke hamari team mein sirf yeh baat hai ke yeh log doosron ko maaf karte hain.</w:t>
      </w:r>
    </w:p>
    <w:p>
      <w:pPr>
        <w:jc w:val="right"/>
      </w:pPr>
      <w:r>
        <w:t>یہ ہے مطلب اس کا۔ تو میں سمجھتا ہوں کہ یہ ہماری ٹیم کا کہ یہ کوئی ریپریزنٹ کر رہی تھیں وہ کہ ہماری ٹیم میں صرف یہ بات ہے کہ یہ لوگ دوسروں کو معاف کرتے ہیں۔</w:t>
      </w:r>
    </w:p>
    <w:p>
      <w:r>
        <w:rPr>
          <w:b/>
        </w:rPr>
        <w:t xml:space="preserve">[28:41] </w:t>
      </w:r>
      <w:r>
        <w:t>negative thought ko manage kar ke khatam karte hain. nafraton se door rehna chahte hain. yeh baat bhi kahin nahi kahi ja rahi hai.</w:t>
      </w:r>
    </w:p>
    <w:p>
      <w:pPr>
        <w:jc w:val="right"/>
      </w:pPr>
      <w:r>
        <w:t>نیگیٹیو تھاٹ کو مینج کر کے ختم کرتے ہیں۔ نفرتوں سے دور رہنا چاہتے ہیں۔ یہ بات بھی کہیں نہیں کہی جا رہی ہے۔</w:t>
      </w:r>
    </w:p>
    <w:p>
      <w:r>
        <w:rPr>
          <w:b/>
        </w:rPr>
        <w:t xml:space="preserve">[28:54] </w:t>
      </w:r>
      <w:r>
        <w:t>to yeh yeh tashaddud aap dekh rahe hain. is ka sabab yeh hai ke log paranoid character ban gaye hain.</w:t>
      </w:r>
    </w:p>
    <w:p>
      <w:pPr>
        <w:jc w:val="right"/>
      </w:pPr>
      <w:r>
        <w:t>تو یہ یہ تشدد آپ دیکھ رہے ہیں۔ اس کا سبب یہ ہے کہ لوگ پیرانوئک کریکٹر بن گئے ہیں۔</w:t>
      </w:r>
    </w:p>
    <w:p>
      <w:r>
        <w:rPr>
          <w:b/>
        </w:rPr>
        <w:t xml:space="preserve">[29:03] </w:t>
      </w:r>
      <w:r>
        <w:t>aur phir is ke nateeje mein kya hota hai? self glory mein jeete hain. aur jab self glory unhein nahi milti samaaj mein to nafrat karte hain doosron se.</w:t>
      </w:r>
    </w:p>
    <w:p>
      <w:pPr>
        <w:jc w:val="right"/>
      </w:pPr>
      <w:r>
        <w:t>اور پھر اس کے نتیجے میں کیا ہوتا ہے؟ سیلف گلوری میں جیتے ہیں۔ اور جب سیلف گلوری انہیں نہیں ملتی سماج میں تو نفرت کرتے ہیں دوسروں سے۔</w:t>
      </w:r>
    </w:p>
    <w:p>
      <w:r>
        <w:rPr>
          <w:b/>
        </w:rPr>
        <w:t xml:space="preserve">[29:12] </w:t>
      </w:r>
      <w:r>
        <w:t>sab ko samajhne lagte hain ke yeh conspirator hain. sab enemy hain mere. aur phir koi bas nahi chalta to kya karte hain? bomb maarte hain.</w:t>
      </w:r>
    </w:p>
    <w:p>
      <w:pPr>
        <w:jc w:val="right"/>
      </w:pPr>
      <w:r>
        <w:t>سب کو سمجھنے لگتے ہیں کہ یہ کانسپریٹر ہیں۔ سب انمی ہیں میرے۔ اور پھر کوئی بس نہیں چلتا تو کیا کرتے ہیں؟ بم مارتے ہیں۔</w:t>
      </w:r>
    </w:p>
    <w:p>
      <w:r>
        <w:rPr>
          <w:b/>
        </w:rPr>
        <w:t xml:space="preserve">[29:24] </w:t>
      </w:r>
      <w:r>
        <w:t>to yeh bohat door se is ki islaah karni padegi. warna islaah nahi hogi. is ki islaah bohat door se karni padegi.</w:t>
      </w:r>
    </w:p>
    <w:p>
      <w:pPr>
        <w:jc w:val="right"/>
      </w:pPr>
      <w:r>
        <w:t>تو یہ بہت دور سے اس کی اصلاح کرنی پڑے گی۔ ورنہ اصلاح نہیں ہوگی۔ اس کی اصلاح بہت دور سے کرنی پڑے گی۔</w:t>
      </w:r>
    </w:p>
    <w:p>
      <w:r>
        <w:rPr>
          <w:b/>
        </w:rPr>
        <w:t xml:space="preserve">[29:34] </w:t>
      </w:r>
      <w:r>
        <w:t>is mindset ko todna hoga. is mindset ko todna hoga. warna woh tootne wala nahi hai. yeh badalne wala nahi hai.</w:t>
      </w:r>
    </w:p>
    <w:p>
      <w:pPr>
        <w:jc w:val="right"/>
      </w:pPr>
      <w:r>
        <w:t>اس مائنڈ سیٹ کو توڑنا ہوگا۔ اس مائنڈ سیٹ کو توڑنا ہوگا۔ ورنہ وہ ٹوٹنے والا نہیں ہے۔ یہ بدلنے والا نہیں ہے۔</w:t>
      </w:r>
    </w:p>
    <w:p>
      <w:r>
        <w:rPr>
          <w:b/>
        </w:rPr>
        <w:t xml:space="preserve">[29:45] </w:t>
      </w:r>
      <w:r>
        <w:t>isi ki wajah se kya hua hai dekhiye. aaj ke zamane mein jo musalman hain dawah work bilkul hi khatam ho gaya in mein.</w:t>
      </w:r>
    </w:p>
    <w:p>
      <w:pPr>
        <w:jc w:val="right"/>
      </w:pPr>
      <w:r>
        <w:t>اسی کی وجہ سے کیا ہوا ہے دیکھیے۔ آج کے زمانے میں جو مسلمان ہیں دعویٰ ورک بالکل ہی ختم ہو گیا ان میں۔</w:t>
      </w:r>
    </w:p>
    <w:p>
      <w:r>
        <w:rPr>
          <w:b/>
        </w:rPr>
        <w:t xml:space="preserve">[29:56] </w:t>
      </w:r>
      <w:r>
        <w:t>bohat se log dawah ka naam lete hain lekin woh bilkul yani baseless hai in ka naam lena. kyun ke dawah work nahi karte woh.</w:t>
      </w:r>
    </w:p>
    <w:p>
      <w:pPr>
        <w:jc w:val="right"/>
      </w:pPr>
      <w:r>
        <w:t>بہت سے لوگ دعوت کا نام لیتے ہیں لیکن وہ بالکل یعنی بیسلیس ہے ان کا نام لینا۔ کیوں کہ دعویٰ ورک نہیں کرتے وہ۔</w:t>
      </w:r>
    </w:p>
    <w:p>
      <w:r>
        <w:rPr>
          <w:b/>
        </w:rPr>
        <w:t xml:space="preserve">[30:05] </w:t>
      </w:r>
      <w:r>
        <w:t>dawah work nahi, dawah work nahi karte woh. dawah work naam hai doosron ka khair khwah banne ka. doosron ka doosre ke hawale mein friendly psychology aap ke andar develop kare tab aap dawah work kar sakte hain.</w:t>
      </w:r>
    </w:p>
    <w:p>
      <w:pPr>
        <w:jc w:val="right"/>
      </w:pPr>
      <w:r>
        <w:t>دعویٰ ورک نہیں، دعویٰ ورک نہیں کرتے وہ۔ دعویٰ ورک نام ہے دوسروں کا خیر خواہ بننے کا۔ دوسروں کا دوسرے کے حوالے میں فرینڈلی سائیکالوجی آپ کے اندر ڈیولپ کرے تب آپ دعویٰ ورک کر سکتے ہیں۔</w:t>
      </w:r>
    </w:p>
    <w:p>
      <w:r>
        <w:rPr>
          <w:b/>
        </w:rPr>
        <w:t xml:space="preserve">[30:20] </w:t>
      </w:r>
      <w:r>
        <w:t>to aap to kar rahe hain doosron se nafrat. to dawah work kahan se karenge aap? jab tak musalmanon ke dil se nafrat na nikle tab tak dawah work nahi ho sakta hai.</w:t>
      </w:r>
    </w:p>
    <w:p>
      <w:pPr>
        <w:jc w:val="right"/>
      </w:pPr>
      <w:r>
        <w:t>تو آپ تو کر رہے ہیں دوسروں سے نفرت۔ تو دعویٰ ورک کہاں سے کریں گے آپ؟ جب تک مسلمانوں کے دل سے نفرت نہ نکلے تب تک دعویٰ ورک نہیں ہو سکتا ہے۔</w:t>
      </w:r>
    </w:p>
    <w:p>
      <w:r>
        <w:rPr>
          <w:b/>
        </w:rPr>
        <w:t xml:space="preserve">[30:35] </w:t>
      </w:r>
      <w:r>
        <w:t>to hamara mission jo hai ke hum dawah ki sunnat ko zinda karna chahte hain. dawah ki jo taleem hai us ko zinda karna chahte hain.</w:t>
      </w:r>
    </w:p>
    <w:p>
      <w:pPr>
        <w:jc w:val="right"/>
      </w:pPr>
      <w:r>
        <w:t>تو ہمارا مشن جو ہے کہ ہم دعوت کی سنت کو زندہ کرنا چاہتے ہیں۔ دعوت کی جو تعلیم ہے اس کو زندہ کرنا چاہتے ہیں۔</w:t>
      </w:r>
    </w:p>
    <w:p>
      <w:r>
        <w:rPr>
          <w:b/>
        </w:rPr>
        <w:t xml:space="preserve">[30:47] </w:t>
      </w:r>
      <w:r>
        <w:t>to isi se yeh cheez door hogi.</w:t>
      </w:r>
    </w:p>
    <w:p>
      <w:pPr>
        <w:jc w:val="right"/>
      </w:pPr>
      <w:r>
        <w:t>تو اسی سے یہ چیز دور ہوگی۔</w:t>
      </w:r>
    </w:p>
    <w:p>
      <w:r>
        <w:rPr>
          <w:b/>
        </w:rPr>
        <w:t xml:space="preserve">[30:55] </w:t>
      </w:r>
      <w:r>
        <w:t>aur yeh bohat bara reward is ka hai. ab main aap ko ek aur experience arz karoon. parson narsun yahan par ek program tha. dilli ka bohat shandaar hall ek hai jis ko kehte hain parliament annexe.</w:t>
      </w:r>
    </w:p>
    <w:p>
      <w:pPr>
        <w:jc w:val="right"/>
      </w:pPr>
      <w:r>
        <w:t>اور یہ بہت بڑا ریوارڈ اس کا ہے۔ اب میں آپ کو ایک اور ایکسپیرینس عرض کروں۔ پرسوں نرسوں یہاں پر ایک پروگرام تھا۔ دلی کا بہت شاندار حال ایک ہے جس کو کہتے ہیں پارلیمنٹ انیکسی۔</w:t>
      </w:r>
    </w:p>
    <w:p>
      <w:r>
        <w:rPr>
          <w:b/>
        </w:rPr>
        <w:t xml:space="preserve">[31:09] </w:t>
      </w:r>
      <w:r>
        <w:t>wahan par tha woh. woh naya concept hai wahan hall ka. naya concept auditorium ka. bohat hi bara hai. parliament annexe. to wahan par kya tha?</w:t>
      </w:r>
    </w:p>
    <w:p>
      <w:pPr>
        <w:jc w:val="right"/>
      </w:pPr>
      <w:r>
        <w:t>وہاں پر تھا وہ۔ وہ نیا کانسیپٹ ہے وہاں حال کا۔ نیا کانسیپٹ آڈیٹوریم کا۔ بہت ہی بڑا ہے۔ پارلیمنٹ انیکسی۔ تو وہاں پر کیا تھا؟</w:t>
      </w:r>
    </w:p>
    <w:p>
      <w:r>
        <w:rPr>
          <w:b/>
        </w:rPr>
        <w:t xml:space="preserve">[31:21] </w:t>
      </w:r>
      <w:r>
        <w:t>ek ek organization hai jo is ki yani religious harmony jis ka ko promote karna hai jis ka maqsad hai to woh award diya karte hain.</w:t>
      </w:r>
    </w:p>
    <w:p>
      <w:pPr>
        <w:jc w:val="right"/>
      </w:pPr>
      <w:r>
        <w:t>ایک ایک آرگنائزیشن ہے جو اس کی یعنی ریلیجس ہارمونی جس کا کو پروموٹ کرنا ہے جس کا مقصد ہے تو وہ ایوارڈ دیا کرتے ہیں۔</w:t>
      </w:r>
    </w:p>
    <w:p>
      <w:r>
        <w:rPr>
          <w:b/>
        </w:rPr>
        <w:t xml:space="preserve">[31:39] </w:t>
      </w:r>
      <w:r>
        <w:t>sab se pehla award unhon ne mujh hi ko diya tha. aur abhi jo award diya unhon ne use khushwant singh ko diya. well known journalist.</w:t>
      </w:r>
    </w:p>
    <w:p>
      <w:pPr>
        <w:jc w:val="right"/>
      </w:pPr>
      <w:r>
        <w:t>سب سے پہلا ایوارڈ انہوں نے مجھ ہی کو دیا تھا۔ اور ابھی جو ایوارڈ دیا انہوں نے اسے خشونت سنگھ کو دیا۔ ویل نون جرنلسٹ۔</w:t>
      </w:r>
    </w:p>
    <w:p>
      <w:r>
        <w:rPr>
          <w:b/>
        </w:rPr>
        <w:t xml:space="preserve">[31:50] </w:t>
      </w:r>
      <w:r>
        <w:t>to wahan par jab bhi hota hai koi function to bohat top ke log jama hote hain wahan. to abhi jo hua to bhara hua tha hall.</w:t>
      </w:r>
    </w:p>
    <w:p>
      <w:pPr>
        <w:jc w:val="right"/>
      </w:pPr>
      <w:r>
        <w:t>تو وہاں پر جب بھی ہوتا ہے کوئی فنکشن تو بہت ٹاپ کے لوگ اکٹھا ہوتے ہیں وہاں۔ تو ابھی جو ہوا تو بھرا ہوا تھا حال۔</w:t>
      </w:r>
    </w:p>
    <w:p>
      <w:r>
        <w:rPr>
          <w:b/>
        </w:rPr>
        <w:t xml:space="preserve">[32:03] </w:t>
      </w:r>
      <w:r>
        <w:t>aur dilli ka jo top most jo mind hai woh wahan jama tha. parhe likhe log, sab parhe likhe log.</w:t>
      </w:r>
    </w:p>
    <w:p>
      <w:pPr>
        <w:jc w:val="right"/>
      </w:pPr>
      <w:r>
        <w:t>اور دلی کا جو ٹاپ موسٹ جو مائنڈ ہے وہ وہاں اکٹھا تھا۔ پڑھے لکھے لوگ، سب پڑھے لکھے لوگ۔</w:t>
      </w:r>
    </w:p>
    <w:p>
      <w:r>
        <w:rPr>
          <w:b/>
        </w:rPr>
        <w:t xml:space="preserve">[32:12] </w:t>
      </w:r>
      <w:r>
        <w:t>oonche parhe likhe log. stage par khushwant singh thay. aur jo hamare speaker hain Mr. Bhattacharya woh thay.</w:t>
      </w:r>
    </w:p>
    <w:p>
      <w:pPr>
        <w:jc w:val="right"/>
      </w:pPr>
      <w:r>
        <w:t>اونچے پڑھے لکھے لوگ۔ اسٹیج پر خشونت سنگھ تھے۔ اور جو ہمارے اسپیکر ہیں مسٹر بھٹ اچاریہ وہ تھے۔</w:t>
      </w:r>
    </w:p>
    <w:p>
      <w:r>
        <w:rPr>
          <w:b/>
        </w:rPr>
        <w:t xml:space="preserve">[32:21] </w:t>
      </w:r>
      <w:r>
        <w:t>aur kai bohat hi top ke log thay wahan par. to wahan par kya hua ke hamari jo team hai</w:t>
      </w:r>
    </w:p>
    <w:p>
      <w:pPr>
        <w:jc w:val="right"/>
      </w:pPr>
      <w:r>
        <w:t>اور کئی بہت ہی ٹاپ کے لوگ تھے وہاں پر۔ تو وہاں پر کیا ہوا کہ ہماری جو ٹیم ہے</w:t>
      </w:r>
    </w:p>
    <w:p>
      <w:r>
        <w:rPr>
          <w:b/>
        </w:rPr>
        <w:t xml:space="preserve">[32:33] </w:t>
      </w:r>
      <w:r>
        <w:t>hamari team yahan jati hai to ek bohat hi bara kaam karti hai jo duniya mein kahin nahi ho raha hai. woh hai Islamic literature distribute karna.</w:t>
      </w:r>
    </w:p>
    <w:p>
      <w:pPr>
        <w:jc w:val="right"/>
      </w:pPr>
      <w:r>
        <w:t>ہماری ٹیم یہاں جاتی ہے تو ایک بہت ہی بڑا کام کرتی ہے جو دنیا میں کہیں نہیں ہو رہا ہے۔ وہ ہے اسلامک لٹریچر ڈسٹریبیوٹ کرنا۔</w:t>
      </w:r>
    </w:p>
    <w:p>
      <w:r>
        <w:rPr>
          <w:b/>
        </w:rPr>
        <w:t xml:space="preserve">[32:45] </w:t>
      </w:r>
      <w:r>
        <w:t>ek ek shakhs ko ja kar ke Islamic literature dena. main dekh raha tha aur dua kar raha tha ke khudaaya!</w:t>
      </w:r>
    </w:p>
    <w:p>
      <w:pPr>
        <w:jc w:val="right"/>
      </w:pPr>
      <w:r>
        <w:t>ایک ایک شخص کو جا کر کے اسلامک لٹریچر دینا۔ میں دیکھ رہا تھا اور دعا کر رہا تھا کہ خدایا!</w:t>
      </w:r>
    </w:p>
    <w:p>
      <w:r>
        <w:rPr>
          <w:b/>
        </w:rPr>
        <w:t xml:space="preserve">[32:57] </w:t>
      </w:r>
      <w:r>
        <w:t>yeh tere angels hain jo yeh kaam kar rahe hain.</w:t>
      </w:r>
    </w:p>
    <w:p>
      <w:pPr>
        <w:jc w:val="right"/>
      </w:pPr>
      <w:r>
        <w:t>یہ تیرے اینجلز ہیں جو یہ کام کر رہے ہیں۔</w:t>
      </w:r>
    </w:p>
    <w:p>
      <w:r>
        <w:rPr>
          <w:b/>
        </w:rPr>
        <w:t xml:space="preserve">[33:06] </w:t>
      </w:r>
      <w:r>
        <w:t>un ki madad farma. is waqt kya hua ke ek bohat hi unique experience mein share karna chahta hoon ke mr khushwant singh jo hain jo 1915 mein paida hue ab un ki umar jo hai taqreeban 95 saal ho chuki hai.</w:t>
      </w:r>
    </w:p>
    <w:p>
      <w:pPr>
        <w:jc w:val="right"/>
      </w:pPr>
      <w:r>
        <w:t>ان کی مدد فرما۔ اس وقت کیا ہوا کہ ایک بہت ہی یونیک ایکسپیرینس میں شیئر کرنا چاہتا ہوں کہ مسٹر خشونت سنگھ جو ہیں جو انیس سو پندرہ میں پیدا ہوئے اب ان کی عمر جو ہے تقریباً پچانوے سال ہو چکی ہے۔</w:t>
      </w:r>
    </w:p>
    <w:p>
      <w:r>
        <w:rPr>
          <w:b/>
        </w:rPr>
        <w:t xml:space="preserve">[33:28] </w:t>
      </w:r>
      <w:r>
        <w:t>to un ke baray mein ek sahib ne introduction karwaya un ka. to unhon ne bataya ke mr khushwant se ka formula zindagi ka kya hai?</w:t>
      </w:r>
    </w:p>
    <w:p>
      <w:pPr>
        <w:jc w:val="right"/>
      </w:pPr>
      <w:r>
        <w:t>تو ان کے بارے میں ایک صاحب نے انٹروڈکشن کروایا ان کا۔ تو انہوں نے بتایا کہ مسٹر خشونت سے کا فارمولا زندگی کا کیا ہے؟</w:t>
      </w:r>
    </w:p>
    <w:p>
      <w:r>
        <w:rPr>
          <w:b/>
        </w:rPr>
        <w:t xml:space="preserve">[33:41] </w:t>
      </w:r>
      <w:r>
        <w:t>unhon ne bataya. un ka formula yeh bataya unhon ne ke enjoy good things in life. yeh formula bataya unhon ne ke enjoy good things in life.</w:t>
      </w:r>
    </w:p>
    <w:p>
      <w:pPr>
        <w:jc w:val="right"/>
      </w:pPr>
      <w:r>
        <w:t>انہوں نے بتایا۔ ان کا فارمولا یہ بتایا انہوں نے کہ انجوائے گڈ تھنگز ان لائف۔ یہ فارمولا بتایا انہوں نے کہ انجوائے گڈ تھنگز ان لائف۔</w:t>
      </w:r>
    </w:p>
    <w:p>
      <w:r>
        <w:rPr>
          <w:b/>
        </w:rPr>
        <w:t xml:space="preserve">[33:57] </w:t>
      </w:r>
      <w:r>
        <w:t>ab mr singh khushwant singh jo hain waqai un ki zindagi aisi guzri hai ke enjoy karte rahe, karte rahe. aaj jo woh baithe hue the stage par bilkul emotionless ek chehra tha.</w:t>
      </w:r>
    </w:p>
    <w:p>
      <w:pPr>
        <w:jc w:val="right"/>
      </w:pPr>
      <w:r>
        <w:t>اب مسٹر سنگھ خشونت سنگھ جو ہیں واقعی ان کی زندگی ایسی گزری ہے کہ انجوائے کرتے رہے، کرتے رہے۔ آج جو وہ بیٹھے ہوئے تھے اسٹیج پر بالکل ایموشن لیس ایک چہرہ تھا۔</w:t>
      </w:r>
    </w:p>
    <w:p>
      <w:r>
        <w:rPr>
          <w:b/>
        </w:rPr>
        <w:t xml:space="preserve">[34:09] </w:t>
      </w:r>
      <w:r>
        <w:t>udas. hath paon mein taqat nahin. chalte to sare se chalte the.</w:t>
      </w:r>
    </w:p>
    <w:p>
      <w:pPr>
        <w:jc w:val="right"/>
      </w:pPr>
      <w:r>
        <w:t>اداس۔ ہاتھ پاؤں میں طاقت نہیں۔ چلتے تو سارے سے چلتے تھے۔</w:t>
      </w:r>
    </w:p>
    <w:p>
      <w:r>
        <w:rPr>
          <w:b/>
        </w:rPr>
        <w:t xml:space="preserve">[34:18] </w:t>
      </w:r>
      <w:r>
        <w:t>is waqt jo hai hamari team ne kya kiya ke ek ek shakhs ko ek kitab di us ka naam hai "reality of life". yaani ek taraf wahan stage par yeh ailaan kiya ja raha tha ke enjoy good things in life.</w:t>
      </w:r>
    </w:p>
    <w:p>
      <w:pPr>
        <w:jc w:val="right"/>
      </w:pPr>
      <w:r>
        <w:t>اس وقت جو ہے ہماری ٹیم نے کیا کیا کہ ایک ایک شخص کو ایک کتاب دی اس کا نام ہے "ریلیٹی آف لائف"۔ یعنی ایک طرف وہاں اسٹیج پر یہ اعلان کیا جا رہا تھا کہ انجوائے گڈ تھنگز ان لائف۔</w:t>
      </w:r>
    </w:p>
    <w:p>
      <w:r>
        <w:rPr>
          <w:b/>
        </w:rPr>
        <w:t xml:space="preserve">[34:35] </w:t>
      </w:r>
      <w:r>
        <w:t>yaani zindagi mein achhi cheezein khoob hasil karo aur enjoy karo. ain usi waqt yeh kitab un ko di gayi logon ko. mr khushwant singh ko aur us speaker ko sab ko "reality in life".</w:t>
      </w:r>
    </w:p>
    <w:p>
      <w:pPr>
        <w:jc w:val="right"/>
      </w:pPr>
      <w:r>
        <w:t>یعنی زندگی میں اچھی چیزیں خوب حاصل کرو اور انجوائے کرو۔ عین اسی وقت یہ کتاب ان کو دی گئی لوگوں کو۔ مسٹر خشونت سنگھ کو اور اس اسپیکر کو سب کو "ریلیٹی ان لائف"۔</w:t>
      </w:r>
    </w:p>
    <w:p>
      <w:r>
        <w:rPr>
          <w:b/>
        </w:rPr>
        <w:t xml:space="preserve">[34:49] </w:t>
      </w:r>
      <w:r>
        <w:t>jis mein bilkul opposite is camp batai gayi thi zindagi ki. ke enjoy karne ki jagah nahin hai yeh duniya. mr khushwant singh khud is ke tasweer bane hue the ke enjoy karne ki jagah nahin hai duniya.</w:t>
      </w:r>
    </w:p>
    <w:p>
      <w:pPr>
        <w:jc w:val="right"/>
      </w:pPr>
      <w:r>
        <w:t>جس میں بالکل اپوزٹ اس کیمپ بتائی گئی تھی زندگی کی۔ کہ انجوائے کرنے کی جگہ نہیں ہے یہ دنیا۔ مسٹر خشونت سنگھ خود اس کے تصویر بنے ہوئے تھے کہ انجوائے کرنے کی جگہ نہیں ہے دنیا۔</w:t>
      </w:r>
    </w:p>
    <w:p>
      <w:r>
        <w:rPr>
          <w:b/>
        </w:rPr>
        <w:t xml:space="preserve">[35:03] </w:t>
      </w:r>
      <w:r>
        <w:t>kaise enjoy karenge jab barhapa aata hai? jab bimari aati hai? jab maut ka samna karna parta hai to enjoy kaise karenge aap?</w:t>
      </w:r>
    </w:p>
    <w:p>
      <w:pPr>
        <w:jc w:val="right"/>
      </w:pPr>
      <w:r>
        <w:t>کیسے انجوائے کریں گے جب بڑھاپا آتا ہے؟ جب بیماری آتی ہے؟ جب موت کا سامنا کرنا پڑتا ہے تو انجوائے کیسے کریں گے آپ؟</w:t>
      </w:r>
    </w:p>
    <w:p>
      <w:r>
        <w:rPr>
          <w:b/>
        </w:rPr>
        <w:t xml:space="preserve">[35:17] </w:t>
      </w:r>
      <w:r>
        <w:t>is waqt mujhe ek bohat hi ajeeb tajruba mujhe guzra. mujhe quran ki ek ayat yaad aayi.</w:t>
      </w:r>
    </w:p>
    <w:p>
      <w:pPr>
        <w:jc w:val="right"/>
      </w:pPr>
      <w:r>
        <w:t>اس وقت مجھے ایک بہت ہی عجیب تجربہ مجھے گزرا۔ مجھے قرآن کی ایک آیت یاد آئی۔</w:t>
      </w:r>
    </w:p>
    <w:p>
      <w:r>
        <w:rPr>
          <w:b/>
        </w:rPr>
        <w:t xml:space="preserve">[35:30] </w:t>
      </w:r>
      <w:r>
        <w:t>yeh hamari jo team thi yeh daud daud kar har ek ko pohncha rahi thi yeh "reality of life". doosra islamic literature. yaani dilli ka mind jo tha wahan ikattha tha wahan.</w:t>
      </w:r>
    </w:p>
    <w:p>
      <w:pPr>
        <w:jc w:val="right"/>
      </w:pPr>
      <w:r>
        <w:t>یہ ہماری جو ٹیم تھی یہ دوڑ دوڑ کر ہر ایک کو پہنچا رہی تھی یہ "ریلیٹی آف لائف"۔ دوسرا اسلامک لٹریچر۔ یعنی دلی کا مائنڈ جو تھا وہاں اکٹھا تھا وہاں۔</w:t>
      </w:r>
    </w:p>
    <w:p>
      <w:r>
        <w:rPr>
          <w:b/>
        </w:rPr>
        <w:t xml:space="preserve">[35:44] </w:t>
      </w:r>
      <w:r>
        <w:t>sara bhara hua tha bilkul. aur wahan par stage se yeh kaha ja raha tha ke zindagi mein achhi cheezein hain un ko enjoy karo. is waqt hamari team wahan pohncha rahi thi ke tum enjoy kar nahin sakte.</w:t>
      </w:r>
    </w:p>
    <w:p>
      <w:pPr>
        <w:jc w:val="right"/>
      </w:pPr>
      <w:r>
        <w:t>سارا بھرا ہوا تھا بالکل۔ اور وہاں پر اسٹیج سے یہ کہا جا رہا تھا کہ زندگی میں اچھی چیزیں ہیں ان کو انجوائے کرو۔ اس وقت ہماری ٹیم وہاں پہنچا رہی تھی کہ تم انجوائے کر نہیں سکتے۔</w:t>
      </w:r>
    </w:p>
    <w:p>
      <w:r>
        <w:rPr>
          <w:b/>
        </w:rPr>
        <w:t xml:space="preserve">[35:57] </w:t>
      </w:r>
      <w:r>
        <w:t>enjoy karne ki jagah post death period hai, pre death period nahin hai. is waqt mujhe quran ki ek ayat yaad aayi.</w:t>
      </w:r>
    </w:p>
    <w:p>
      <w:pPr>
        <w:jc w:val="right"/>
      </w:pPr>
      <w:r>
        <w:t>انجوائے کرنے کی جگہ پوسٹ ڈیتھ پیریڈ ہے، پری ڈیتھ پیریڈ نہیں ہے۔ اس وقت مجھے قرآن کی ایک آیت یاد آئی۔</w:t>
      </w:r>
    </w:p>
    <w:p>
      <w:r>
        <w:rPr>
          <w:b/>
        </w:rPr>
        <w:t xml:space="preserve">[36:09] </w:t>
      </w:r>
      <w:r>
        <w:t>lanansur rusulana wal-ladheena aamanu fil-hayati-d-dunya wa yawma yaqum-ul-ash-hadu</w:t>
      </w:r>
    </w:p>
    <w:p>
      <w:pPr>
        <w:jc w:val="right"/>
      </w:pPr>
      <w:r>
        <w:t>لَنَنْسَرُ رُسَلَنَا وَالَّذِينَ آَمَنُوا فِي الْحَيَاةِ الدُّنْيَا وَيَوْمَ يَقُومُ الْأَشْهَادُ</w:t>
      </w:r>
    </w:p>
    <w:p>
      <w:r>
        <w:rPr>
          <w:b/>
        </w:rPr>
        <w:t xml:space="preserve">[36:22] </w:t>
      </w:r>
      <w:r>
        <w:t>is mein ek bari ajeeb baat ke jab Day of Judgment aaye ga</w:t>
      </w:r>
    </w:p>
    <w:p>
      <w:pPr>
        <w:jc w:val="right"/>
      </w:pPr>
      <w:r>
        <w:t>اس میں ایک بڑی عجیب بات کہ جب ڈے آف ججمنٹ آئے گا</w:t>
      </w:r>
    </w:p>
    <w:p>
      <w:r>
        <w:rPr>
          <w:b/>
        </w:rPr>
        <w:t xml:space="preserve">[36:31] </w:t>
      </w:r>
      <w:r>
        <w:t>jab rab-ul-alameen zahir ho kar wahan khud judge ban kar baithe ga</w:t>
      </w:r>
    </w:p>
    <w:p>
      <w:pPr>
        <w:jc w:val="right"/>
      </w:pPr>
      <w:r>
        <w:t>جب رب العالمین ظاہر ہو کر وہاں خود جج بن کر بیٹھے گا</w:t>
      </w:r>
    </w:p>
    <w:p>
      <w:r>
        <w:rPr>
          <w:b/>
        </w:rPr>
        <w:t xml:space="preserve">[36:42] </w:t>
      </w:r>
      <w:r>
        <w:t>to is is lamhe ka tasawwur kijiye. itni bari duniya jis ne banai. zameen, aasman, suraj, chand, samandar, pahaar.</w:t>
      </w:r>
    </w:p>
    <w:p>
      <w:pPr>
        <w:jc w:val="right"/>
      </w:pPr>
      <w:r>
        <w:t>تو اس اس لمحے کا تصور کیجیے۔ اتنی بڑی دنیا جس نے بنائی۔ زمین، آسمان، سورج، چاند، سمندر، پہاڑ۔</w:t>
      </w:r>
    </w:p>
    <w:p>
      <w:r>
        <w:rPr>
          <w:b/>
        </w:rPr>
        <w:t xml:space="preserve">[36:56] </w:t>
      </w:r>
      <w:r>
        <w:t>sab kuch jis ne banaya. to yeh duniya jahan par log rakhe gaye the test ke liye.</w:t>
      </w:r>
    </w:p>
    <w:p>
      <w:pPr>
        <w:jc w:val="right"/>
      </w:pPr>
      <w:r>
        <w:t>سب کچھ جس نے بنایا۔ تو یہ دنیا جہاں پر لوگ رکھے گئے تھے ٹیسٹ کے لیے۔</w:t>
      </w:r>
    </w:p>
    <w:p>
      <w:r>
        <w:rPr>
          <w:b/>
        </w:rPr>
        <w:t xml:space="preserve">[37:06] </w:t>
      </w:r>
      <w:r>
        <w:t>to woh jab period khatam ho jaye ga aur day of judgment aaye ga to sare log wahan ikattha kiye jayenge. aur rab-ul-alameen khud samne aaye ga wahan.</w:t>
      </w:r>
    </w:p>
    <w:p>
      <w:pPr>
        <w:jc w:val="right"/>
      </w:pPr>
      <w:r>
        <w:t>تو وہ جب پیریڈ ختم ہو جائے گا اور ڈے آف ججمنٹ آئے گا تو سارے لوگ وہاں اکٹھا کیے جائیں گے۔ اور رب العالمین خود سامنے آئے گا وہاں۔</w:t>
      </w:r>
    </w:p>
    <w:p>
      <w:r>
        <w:rPr>
          <w:b/>
        </w:rPr>
        <w:t xml:space="preserve">[37:20] </w:t>
      </w:r>
      <w:r>
        <w:t>woh judge ki kursi par wahan maujood ho ga. is waqt kya ho ga? wa yawma yaqum-ul-ash-hadu yaani gawahi dene wale wahan khuda ke darbar mein khade kiye jayenge.</w:t>
      </w:r>
    </w:p>
    <w:p>
      <w:pPr>
        <w:jc w:val="right"/>
      </w:pPr>
      <w:r>
        <w:t>وہ جج کی کرسی پر وہاں موجود ہو گا۔ اس وقت کیا ہو گا؟ وَيَوْمَ يَقُومُ الْأَشْهَادُ یعنی گواہی دینے والے وہاں خدا کے دربار میں کھڑے کیے جائیں گے۔</w:t>
      </w:r>
    </w:p>
    <w:p>
      <w:r>
        <w:rPr>
          <w:b/>
        </w:rPr>
        <w:t xml:space="preserve">[37:36] </w:t>
      </w:r>
      <w:r>
        <w:t>yaani woh log jinhon ne gawahi di thi</w:t>
      </w:r>
    </w:p>
    <w:p>
      <w:pPr>
        <w:jc w:val="right"/>
      </w:pPr>
      <w:r>
        <w:t>یعنی وہ لوگ جنہوں نے گواہی دی تھی</w:t>
      </w:r>
    </w:p>
    <w:p>
      <w:r>
        <w:rPr>
          <w:b/>
        </w:rPr>
        <w:t xml:space="preserve">[37:41] </w:t>
      </w:r>
      <w:r>
        <w:t>ke zindagi kya hai? yeh duniya kya hai? khuda ki is scheme of things kya hai? creation plan of god kya hai?</w:t>
      </w:r>
    </w:p>
    <w:p>
      <w:pPr>
        <w:jc w:val="right"/>
      </w:pPr>
      <w:r>
        <w:t>کہ زندگی کیا ہے؟ یہ دنیا کیا ہے؟ خدا کی اس کیم آف تھنگ کیا ہے؟ کریشن پلان آف گاڈ کیا ہے؟</w:t>
      </w:r>
    </w:p>
    <w:p>
      <w:r>
        <w:rPr>
          <w:b/>
        </w:rPr>
        <w:t xml:space="preserve">[37:52] </w:t>
      </w:r>
      <w:r>
        <w:t>pre death period kya hai? post death period kya hai? sachai kya hai aur jhoot kya hai? jinhon ne yeh baaton ko bataya tha un ko quran mein kaha gaya hai shahid.</w:t>
      </w:r>
    </w:p>
    <w:p>
      <w:pPr>
        <w:jc w:val="right"/>
      </w:pPr>
      <w:r>
        <w:t>پری ڈیتھ پیریڈ کیا ہے؟ پوسٹ ڈیتھ پیریڈ کیا ہے؟ سچائی کیا ہے اور جھوٹ کیا ہے؟ جنہوں نے یہ باتوں کو بتایا تھا ان کو قرآن میں کہا گیا ہے شاہد۔</w:t>
      </w:r>
    </w:p>
    <w:p>
      <w:r>
        <w:rPr>
          <w:b/>
        </w:rPr>
        <w:t xml:space="preserve">[38:05] </w:t>
      </w:r>
      <w:r>
        <w:t>gawahi dene wala. witness. to da'i quran mein da'i ke liye witness ka lafz aaya hai. da'i bhi aaya hai, witness bhi aaya hai.</w:t>
      </w:r>
    </w:p>
    <w:p>
      <w:pPr>
        <w:jc w:val="right"/>
      </w:pPr>
      <w:r>
        <w:t>گواہی دینے والا۔ وٹنس۔ تو داعی قرآن میں داعی کے لیے وٹنس کا لفظ آیا ہے۔ داعی بھی آیا ہے، وٹنس بھی آیا ہے۔</w:t>
      </w:r>
    </w:p>
    <w:p>
      <w:r>
        <w:rPr>
          <w:b/>
        </w:rPr>
        <w:t xml:space="preserve">[38:19] </w:t>
      </w:r>
      <w:r>
        <w:t>to yeh sare log jinhon ne duniya mein sachay sachay dawat le kar uthe. khuda ka sachha paigham ko le kar uthe.</w:t>
      </w:r>
    </w:p>
    <w:p>
      <w:pPr>
        <w:jc w:val="right"/>
      </w:pPr>
      <w:r>
        <w:t>تو یہ سارے لوگ جنہوں نے دنیا میں سچے سچی دعوت لے کر اٹھے۔ خدا کا سچا پیغام کو لے کر اٹھے۔</w:t>
      </w:r>
    </w:p>
    <w:p>
      <w:r>
        <w:rPr>
          <w:b/>
        </w:rPr>
        <w:t xml:space="preserve">[38:28] </w:t>
      </w:r>
      <w:r>
        <w:t>sacha mein is liye bol raha hoon ke quran mein nabiyon ke baray mein hai ke do sifatain hoti thi Nabi mein. logon ka wel o shar hona.</w:t>
      </w:r>
    </w:p>
    <w:p>
      <w:pPr>
        <w:jc w:val="right"/>
      </w:pPr>
      <w:r>
        <w:t>سچا میں اس لیے بول رہا ہوں کہ قرآن میں نبیوں کے بارے میں ہے کہ دو صفتیں ہوتی تھیں نبی میں۔ لوگوں کا ویل وشر ہونا۔</w:t>
      </w:r>
    </w:p>
    <w:p>
      <w:r>
        <w:rPr>
          <w:b/>
        </w:rPr>
        <w:t xml:space="preserve">[38:39] </w:t>
      </w:r>
      <w:r>
        <w:t>aur ameen hona. ameen ka mani yeh hai ke intehai honasti ke sath wahi baat dunya ko batana jo khuda ne batayi hai un ko.</w:t>
      </w:r>
    </w:p>
    <w:p>
      <w:pPr>
        <w:jc w:val="right"/>
      </w:pPr>
      <w:r>
        <w:t>اور امین ہونا۔ امین کا معنی یہ ہے کہ انتہائی ہونستی کے ساتھ وہی بات دنیا کو بتانا جو خدا نے بتائی ہے ان کو۔</w:t>
      </w:r>
    </w:p>
    <w:p>
      <w:r>
        <w:rPr>
          <w:b/>
        </w:rPr>
        <w:t xml:space="preserve">[38:50] </w:t>
      </w:r>
      <w:r>
        <w:t>zara bhi is mein na kami na beshi. to jo log is tarah se gawahi dein. insan ke welisher ban kar ke kharay hon.</w:t>
      </w:r>
    </w:p>
    <w:p>
      <w:pPr>
        <w:jc w:val="right"/>
      </w:pPr>
      <w:r>
        <w:t>ذرا بھی اس میں نہ کمی نہ بیشی۔ تو جو لوگ اس طرح سے گواہی دیں۔ انسان کے ولیشر بن کر کے کھڑے ہوں۔</w:t>
      </w:r>
    </w:p>
    <w:p>
      <w:r>
        <w:rPr>
          <w:b/>
        </w:rPr>
        <w:t xml:space="preserve">[39:02] </w:t>
      </w:r>
      <w:r>
        <w:t>aur khuda ka jo deen hai as it is as it is as it is pesh karein logon ke samnay. khuda ki jo creation plan khuda ka hai us ko batayein logon ko.</w:t>
      </w:r>
    </w:p>
    <w:p>
      <w:pPr>
        <w:jc w:val="right"/>
      </w:pPr>
      <w:r>
        <w:t>اور خدا کا جو دین ہے ایز اٹ از ایز اٹ از ایز اٹ از پیش کریں لوگوں کے سامنے۔ خدا کی جو کریشن پلان خدا کا ہے اس کو بتائیں لوگوں کو۔</w:t>
      </w:r>
    </w:p>
    <w:p>
      <w:r>
        <w:rPr>
          <w:b/>
        </w:rPr>
        <w:t xml:space="preserve">[39:13] </w:t>
      </w:r>
      <w:r>
        <w:t>woh hai gawah. witness. to kya sochiye ke woh is is is lamhay ko sochiye. jab khuda ke darbar mein yeh log shahid bana kar kharay kiye jayen gay.</w:t>
      </w:r>
    </w:p>
    <w:p>
      <w:pPr>
        <w:jc w:val="right"/>
      </w:pPr>
      <w:r>
        <w:t>وہ ہے گواہ۔ وٹنس۔ تو کیا سوچیے کہ وہ اس اس اس لمحے کو سوچیے۔ جب خدا کے دربار میں یہ لوگ شاہد بنا کر کھڑے کیے جائیں گے۔</w:t>
      </w:r>
    </w:p>
    <w:p>
      <w:r>
        <w:rPr>
          <w:b/>
        </w:rPr>
        <w:t xml:space="preserve">[39:27] </w:t>
      </w:r>
      <w:r>
        <w:t>yani aaj kal ki zaban mein kehte hain sarkari gawah. witness. khuda ki ki taraf se witness hon gay ke hum ne in logon ko pohanchaya.</w:t>
      </w:r>
    </w:p>
    <w:p>
      <w:pPr>
        <w:jc w:val="right"/>
      </w:pPr>
      <w:r>
        <w:t>یعنی آج کل کی زبان میں کہتے ہیں سرکاری گواہ۔ وٹنس۔ خدا کی کی طرف سے وٹنس ہوں گے کہ ہم نے ان لوگوں کو پہنچایا۔</w:t>
      </w:r>
    </w:p>
    <w:p>
      <w:r>
        <w:rPr>
          <w:b/>
        </w:rPr>
        <w:t xml:space="preserve">[39:39] </w:t>
      </w:r>
      <w:r>
        <w:t>agarche khuda janta hai kis ko pohancha, kis ko nahi pohancha. lekin is ne is dunya ko banaya hai bilkul principle of cause aiation ke usool par.</w:t>
      </w:r>
    </w:p>
    <w:p>
      <w:pPr>
        <w:jc w:val="right"/>
      </w:pPr>
      <w:r>
        <w:t>اگرچہ خدا جانتا ہے کس کو پہنچا، کس کو نہیں پہنچا۔ لیکن اس نے اس دنیا کو بنایا ہے بالکل پرنسپل آف کاز ایشن کے اصول پر۔</w:t>
      </w:r>
    </w:p>
    <w:p>
      <w:r>
        <w:rPr>
          <w:b/>
        </w:rPr>
        <w:t xml:space="preserve">[39:48] </w:t>
      </w:r>
      <w:r>
        <w:t>cause and effect ke usool par. isi liye khuda khara karta hai witness ke tor par logon ko. to anbiya ke ka darja ho ga daaiyon ka.</w:t>
      </w:r>
    </w:p>
    <w:p>
      <w:pPr>
        <w:jc w:val="right"/>
      </w:pPr>
      <w:r>
        <w:t>کاز اینڈ ایفیکٹ کے اصول پر۔ اسی لیے خدا کھڑا کرتا ہے وٹنس کے طور پر لوگوں کو۔ تو انبیاء کے کا درجہ ہو گا داعیوں کا۔</w:t>
      </w:r>
    </w:p>
    <w:p>
      <w:r>
        <w:rPr>
          <w:b/>
        </w:rPr>
        <w:t xml:space="preserve">[40:01] </w:t>
      </w:r>
      <w:r>
        <w:t>witness ka. kyun ke anbiya bhi witness hain. anbiya bhi daai hain. to aap ghore kijiye ke jo jinhon ne sachi dawat di.</w:t>
      </w:r>
    </w:p>
    <w:p>
      <w:pPr>
        <w:jc w:val="right"/>
      </w:pPr>
      <w:r>
        <w:t>وٹنس کا۔ کیوں کہ انبیاء بھی وٹنس ہیں۔ انبیاء بھی داعی ہیں۔ تو آپ غور کیجیے کہ جو جنہوں نے سچی دعوت دی۔</w:t>
      </w:r>
    </w:p>
    <w:p>
      <w:r>
        <w:rPr>
          <w:b/>
        </w:rPr>
        <w:t xml:space="preserve">[40:11] </w:t>
      </w:r>
      <w:r>
        <w:t>jo sachi dawat ke liye kharay hue dunya mein. jo khuda ke witness bane, witness.</w:t>
      </w:r>
    </w:p>
    <w:p>
      <w:pPr>
        <w:jc w:val="right"/>
      </w:pPr>
      <w:r>
        <w:t>جو سچی دعوت کے لیے کھڑے ہوئے دنیا میں۔ جو خدا کے وٹنس بنے، وٹنس۔</w:t>
      </w:r>
    </w:p>
    <w:p>
      <w:r>
        <w:rPr>
          <w:b/>
        </w:rPr>
        <w:t xml:space="preserve">[40:19] </w:t>
      </w:r>
      <w:r>
        <w:t>jo khuda ke witness bane. kaisa ajeeb ho ga un ka yeh honor. ke woh kharay kiye jayen gay aur khuda kahe ga dekho.</w:t>
      </w:r>
    </w:p>
    <w:p>
      <w:pPr>
        <w:jc w:val="right"/>
      </w:pPr>
      <w:r>
        <w:t>جو خدا کے وٹنس بنے۔ کیسا عجیب ہو گا ان کا یہ آنر۔ کہ وہ کھڑے کیے جائیں گے اور خدا کہے گا دیکھو۔</w:t>
      </w:r>
    </w:p>
    <w:p>
      <w:r>
        <w:rPr>
          <w:b/>
        </w:rPr>
        <w:t xml:space="preserve">[40:30] </w:t>
      </w:r>
      <w:r>
        <w:t>batao in ko. to logon ke samnay elan karein gay woh.</w:t>
      </w:r>
    </w:p>
    <w:p>
      <w:pPr>
        <w:jc w:val="right"/>
      </w:pPr>
      <w:r>
        <w:t>بتاؤ ان کو۔ تو لوگوں کے سامنے اعلان کریں گے وہ۔</w:t>
      </w:r>
    </w:p>
    <w:p>
      <w:r>
        <w:rPr>
          <w:b/>
        </w:rPr>
        <w:t xml:space="preserve">[40:38] </w:t>
      </w:r>
      <w:r>
        <w:t>aur batayein gay ke hum ne pohanchaya. to mujhe aisa laga ke wahi yeh wahi angels hain jo yahan par kaam kar rahe hain.</w:t>
      </w:r>
    </w:p>
    <w:p>
      <w:pPr>
        <w:jc w:val="right"/>
      </w:pPr>
      <w:r>
        <w:t>اور بتائیں گے کہ ہم نے پہنچایا۔ تو مجھے ایسا لگا کہ وہی یہ وہی اینجلس ہیں جو یہاں پر کام کر رہے ہیں۔</w:t>
      </w:r>
    </w:p>
    <w:p>
      <w:r>
        <w:rPr>
          <w:b/>
        </w:rPr>
        <w:t xml:space="preserve">[40:52] </w:t>
      </w:r>
      <w:r>
        <w:t>hamari jo team hai mein samajhta hoon ke yeh dunya mein anokhi cheez hai ke woh kaam kar rahi hai jis ke liye quran mein witness ka lafz aaya hai. shahid ka lafz aaya hai.</w:t>
      </w:r>
    </w:p>
    <w:p>
      <w:pPr>
        <w:jc w:val="right"/>
      </w:pPr>
      <w:r>
        <w:t>ہماری جو ٹیم ہے میں سمجھتا ہوں کہ یہ دنیا میں انوکھی چیز ہے کہ وہ کام کر رہی ہے جس کے لیے قرآن میں وٹنس کا لفظ آیا ہے۔ شاہد کا لفظ آیا ہے۔</w:t>
      </w:r>
    </w:p>
    <w:p>
      <w:r>
        <w:rPr>
          <w:b/>
        </w:rPr>
        <w:t xml:space="preserve">[41:01] </w:t>
      </w:r>
      <w:r>
        <w:t>sachi dawat karne walay log. aur yahi log hain jo qayamat mein day of judgment mein khuda ke darbar mein kharay kiye jayen gay bator witness ke.</w:t>
      </w:r>
    </w:p>
    <w:p>
      <w:pPr>
        <w:jc w:val="right"/>
      </w:pPr>
      <w:r>
        <w:t>سچی دعوت کرنے والے لوگ۔ اور یہی لوگ ہیں جو قیامت میں ڈے آف ججمنٹ میں خدا کے دربار میں کھڑے کیے جائیں گے بطور وٹنس کے۔</w:t>
      </w:r>
    </w:p>
    <w:p>
      <w:r>
        <w:rPr>
          <w:b/>
        </w:rPr>
        <w:t xml:space="preserve">[41:11] </w:t>
      </w:r>
      <w:r>
        <w:t>wa yawma yaqoom ul ash had</w:t>
      </w:r>
    </w:p>
    <w:p>
      <w:pPr>
        <w:jc w:val="right"/>
      </w:pPr>
      <w:r>
        <w:t>وَيَوْمَ يَقُومُ الْأَشْهَادُ</w:t>
      </w:r>
    </w:p>
    <w:p>
      <w:r>
        <w:rPr>
          <w:b/>
        </w:rPr>
        <w:t xml:space="preserve">[41:16] </w:t>
      </w:r>
      <w:r>
        <w:t>to us waqt jab hamari aur yeh log daud daud kar logon ko literature pohancha rahe thay.</w:t>
      </w:r>
    </w:p>
    <w:p>
      <w:pPr>
        <w:jc w:val="right"/>
      </w:pPr>
      <w:r>
        <w:t>تو اس وقت جب ہماری اور یہ لوگ دوڑ دوڑ کر لوگوں کو لٹریچر پہنچا رہے تھے۔</w:t>
      </w:r>
    </w:p>
    <w:p>
      <w:r>
        <w:rPr>
          <w:b/>
        </w:rPr>
        <w:t xml:space="preserve">[41:26] </w:t>
      </w:r>
      <w:r>
        <w:t>is se interaction kar rahe thay.</w:t>
      </w:r>
    </w:p>
    <w:p>
      <w:pPr>
        <w:jc w:val="right"/>
      </w:pPr>
      <w:r>
        <w:t>اس سے انٹریکشن کر رہے تھے۔</w:t>
      </w:r>
    </w:p>
    <w:p>
      <w:r>
        <w:rPr>
          <w:b/>
        </w:rPr>
        <w:t xml:space="preserve">[41:31] </w:t>
      </w:r>
      <w:r>
        <w:t>to mujhe wahi manzar dikhai diya ke yahi woh log hain jo wahan kharay kiye jayen gay. is zamanay ke lehaz se keh raha hoon. aaj ka jo zamanah hai is mein yahi log hain jo wahan kharay kiye jayen gay.</w:t>
      </w:r>
    </w:p>
    <w:p>
      <w:pPr>
        <w:jc w:val="right"/>
      </w:pPr>
      <w:r>
        <w:t>تو مجھے وہی منظر دکھائی دیا کہ یہی وہ لوگ ہیں جو وہاں کھڑے کیے جائیں گے۔ اس زمانے کے لحاظ سے کہہ رہا ہوں۔ آج کا جو زمانہ ہے اس میں یہی لوگ ہیں جو وہاں کھڑے کیے جائیں گے۔</w:t>
      </w:r>
    </w:p>
    <w:p>
      <w:r>
        <w:rPr>
          <w:b/>
        </w:rPr>
        <w:t xml:space="preserve">[41:45] </w:t>
      </w:r>
      <w:r>
        <w:t>aur phir khuda un se kahe ga</w:t>
      </w:r>
    </w:p>
    <w:p>
      <w:pPr>
        <w:jc w:val="right"/>
      </w:pPr>
      <w:r>
        <w:t>اور پھر خدا ان سے کہے گا</w:t>
      </w:r>
    </w:p>
    <w:p>
      <w:r>
        <w:rPr>
          <w:b/>
        </w:rPr>
        <w:t xml:space="preserve">[41:50] </w:t>
      </w:r>
      <w:r>
        <w:t>ke aye mere bando!</w:t>
      </w:r>
    </w:p>
    <w:p>
      <w:pPr>
        <w:jc w:val="right"/>
      </w:pPr>
      <w:r>
        <w:t>کہ اے میرے بندو!</w:t>
      </w:r>
    </w:p>
    <w:p>
      <w:r>
        <w:rPr>
          <w:b/>
        </w:rPr>
        <w:t xml:space="preserve">[41:56] </w:t>
      </w:r>
      <w:r>
        <w:t>mein tum se razi hoon. tum ne mera kaam kiya.</w:t>
      </w:r>
    </w:p>
    <w:p>
      <w:pPr>
        <w:jc w:val="right"/>
      </w:pPr>
      <w:r>
        <w:t>میں تم سے راضی ہوں۔ تم نے میرا کام کیا۔</w:t>
      </w:r>
    </w:p>
    <w:p>
      <w:r>
        <w:rPr>
          <w:b/>
        </w:rPr>
        <w:t xml:space="preserve">[42:05] </w:t>
      </w:r>
      <w:r>
        <w:t>jab log raat ko sote thay is waqt tum jagte thay.</w:t>
      </w:r>
    </w:p>
    <w:p>
      <w:pPr>
        <w:jc w:val="right"/>
      </w:pPr>
      <w:r>
        <w:t>جب لوگ رات کو سوتے تھے اس وقت تم جاگتے تھے۔</w:t>
      </w:r>
    </w:p>
    <w:p>
      <w:r>
        <w:rPr>
          <w:b/>
        </w:rPr>
        <w:t xml:space="preserve">[42:12] </w:t>
      </w:r>
      <w:r>
        <w:t>jab log materialism ki taraf bhagte thay is waqt tum ne spirituality ko apna nishana banaya.</w:t>
      </w:r>
    </w:p>
    <w:p>
      <w:pPr>
        <w:jc w:val="right"/>
      </w:pPr>
      <w:r>
        <w:t>جب لوگ مٹیریلزم کی طرف بھاگتے تھے اس وقت تم نے اسپریچولیٹی کو اپنا نشانہ بنایا۔</w:t>
      </w:r>
    </w:p>
    <w:p>
      <w:r>
        <w:rPr>
          <w:b/>
        </w:rPr>
        <w:t xml:space="preserve">[42:22] </w:t>
      </w:r>
      <w:r>
        <w:t>jab log self oriented life batate thay tab tum ne god oriented life ko apna apnaya. jab log doosri doosri cheezein dunya mein kar rahe thay is waqt tum ne dawat ko apna mission banaya.</w:t>
      </w:r>
    </w:p>
    <w:p>
      <w:pPr>
        <w:jc w:val="right"/>
      </w:pPr>
      <w:r>
        <w:t>جب لوگ سیلف اورینٹڈ لائف بتاتے تھے تب تم نے گارڈ اورینٹڈ لائف کو اپنا اپنایا۔ جب لوگ دوسری دوسری چیزیں دنیا میں کر رہے تھے اس وقت تم نے دعوت کو اپنا مشن بنایا۔</w:t>
      </w:r>
    </w:p>
    <w:p>
      <w:r>
        <w:rPr>
          <w:b/>
        </w:rPr>
        <w:t xml:space="preserve">[42:38] </w:t>
      </w:r>
      <w:r>
        <w:t>to mein tum ko accept karta hoon, mein tum se raazi hoon.</w:t>
      </w:r>
    </w:p>
    <w:p>
      <w:pPr>
        <w:jc w:val="right"/>
      </w:pPr>
      <w:r>
        <w:t>تو میں تم کو ایکسیپٹ کرتا ہوں، میں تم سے راضی ہوں۔</w:t>
      </w:r>
    </w:p>
    <w:p>
      <w:r>
        <w:rPr>
          <w:b/>
        </w:rPr>
        <w:t xml:space="preserve">[42:53] </w:t>
      </w:r>
      <w:r>
        <w:t>aise logon ke bare mein quran mein hai ke radiyallahu anhum waradu anhum</w:t>
      </w:r>
    </w:p>
    <w:p>
      <w:pPr>
        <w:jc w:val="right"/>
      </w:pPr>
      <w:r>
        <w:t>ایسے لوگوں کے بارے میں قرآن میں ہے کہ رَضِيَ اللّٰهُ عَنْهُمْ وَرَضُوا عَنْهُمْ</w:t>
      </w:r>
    </w:p>
    <w:p>
      <w:r>
        <w:rPr>
          <w:b/>
        </w:rPr>
        <w:t xml:space="preserve">[43:07] </w:t>
      </w:r>
      <w:r>
        <w:t>to beharhaal mein yeh samajhta hoon ke aap logon se Allah taala bohat hi bara kaam le rahe hain.</w:t>
      </w:r>
    </w:p>
    <w:p>
      <w:pPr>
        <w:jc w:val="right"/>
      </w:pPr>
      <w:r>
        <w:t>تو بہرحال میں یہ سمجھتا ہوں کہ آپ لوگوں سے اللہ تعالیٰ بہت ہی بڑا کام لے رہے ہیں۔</w:t>
      </w:r>
    </w:p>
    <w:p>
      <w:r>
        <w:rPr>
          <w:b/>
        </w:rPr>
        <w:t xml:space="preserve">[43:23] </w:t>
      </w:r>
      <w:r>
        <w:t>is ko phir se zehan mein taaza kijiye ke hamara kaam jo hai is ka nature kya hai?</w:t>
      </w:r>
    </w:p>
    <w:p>
      <w:pPr>
        <w:jc w:val="right"/>
      </w:pPr>
      <w:r>
        <w:t>اس کو پھر سے ذہن میں تازہ کیجیے کہ ہمارا کام جو ہے اس کا نیچر کیا ہے؟</w:t>
      </w:r>
    </w:p>
    <w:p>
      <w:r>
        <w:rPr>
          <w:b/>
        </w:rPr>
        <w:t xml:space="preserve">[43:31] </w:t>
      </w:r>
      <w:r>
        <w:t>is ka nature yeh hai ke jo dust of the world hai un ko Khuda ka sacha paigham pohanchana.</w:t>
      </w:r>
    </w:p>
    <w:p>
      <w:pPr>
        <w:jc w:val="right"/>
      </w:pPr>
      <w:r>
        <w:t>اس کا نیچر یہ ہے کہ جو ڈسٹ آف دا ورلڈ ہے ان کو خدا کا سچا پیغام پہنچانا۔</w:t>
      </w:r>
    </w:p>
    <w:p>
      <w:r>
        <w:rPr>
          <w:b/>
        </w:rPr>
        <w:t xml:space="preserve">[43:42] </w:t>
      </w:r>
      <w:r>
        <w:t>aur jo musalman hain un ko is delusion se nikalna.</w:t>
      </w:r>
    </w:p>
    <w:p>
      <w:pPr>
        <w:jc w:val="right"/>
      </w:pPr>
      <w:r>
        <w:t>اور جو مسلمان ہیں ان کو اس ڈیلیوژن سے نکالنا۔</w:t>
      </w:r>
    </w:p>
    <w:p>
      <w:r>
        <w:rPr>
          <w:b/>
        </w:rPr>
        <w:t xml:space="preserve">[43:50] </w:t>
      </w:r>
      <w:r>
        <w:t>jis delusion mein woh jee rahe hain.</w:t>
      </w:r>
    </w:p>
    <w:p>
      <w:pPr>
        <w:jc w:val="right"/>
      </w:pPr>
      <w:r>
        <w:t>جس ڈیلیوژن میں وہ جی رہے ہیں۔</w:t>
      </w:r>
    </w:p>
    <w:p>
      <w:r>
        <w:rPr>
          <w:b/>
        </w:rPr>
        <w:t xml:space="preserve">[43:57] </w:t>
      </w:r>
      <w:r>
        <w:t>jis delusion mein woh jee rahe hain is se un ko nikalna. ek baar meri mulaqat ek sahib se hui jo bohat hi habibi woh hain woh.</w:t>
      </w:r>
    </w:p>
    <w:p>
      <w:pPr>
        <w:jc w:val="right"/>
      </w:pPr>
      <w:r>
        <w:t>جس ڈیلیوژن میں وہ جی رہے ہیں اس سے ان کو نکالنا۔ ایک بار میری ملاقات ایک صاحب سے ہوئی جو بہت ہی حبیبی وہ ہیں وہ۔</w:t>
      </w:r>
    </w:p>
    <w:p>
      <w:r>
        <w:rPr>
          <w:b/>
        </w:rPr>
        <w:t xml:space="preserve">[44:05] </w:t>
      </w:r>
      <w:r>
        <w:t>dilli ke bahar rehte hain, bohat hi intelligent aadmi hain. bohat hi education in ki kaafi hui hai. to unhon ne kaha ke aap ko kabhi bhi popularity nahi mile gi.</w:t>
      </w:r>
    </w:p>
    <w:p>
      <w:pPr>
        <w:jc w:val="right"/>
      </w:pPr>
      <w:r>
        <w:t>دلی کے باہر رہتے ہیں، بہت ہی انٹیلیجنٹ آدمی ہیں۔ بہت ہی ایجوکیشن ان کی کافی ہوئی ہے۔ تو انہوں نے کہا کہ آپ کو کبھی بھی پاپولیرٹی نہیں ملے گی۔</w:t>
      </w:r>
    </w:p>
    <w:p>
      <w:r>
        <w:rPr>
          <w:b/>
        </w:rPr>
        <w:t xml:space="preserve">[44:17] </w:t>
      </w:r>
      <w:r>
        <w:t>jo aap mission aap chala rahe hain musalmanon mein. bohat pehle ki baat hai. mein ne kaha kyun? unhon ne kaha ke aap low profile mein baat karte hain.</w:t>
      </w:r>
    </w:p>
    <w:p>
      <w:pPr>
        <w:jc w:val="right"/>
      </w:pPr>
      <w:r>
        <w:t>جو آپ مشن آپ چلا رہے ہیں مسلمانوں میں۔ بہت پہلے کی بات ہے۔ میں نے کہا کیوں؟ انہوں نے کہا کہ آپ لو پروفائل میں بات کرتے ہیں۔</w:t>
      </w:r>
    </w:p>
    <w:p>
      <w:r>
        <w:rPr>
          <w:b/>
        </w:rPr>
        <w:t xml:space="preserve">[44:31] </w:t>
      </w:r>
      <w:r>
        <w:t>aur aaj ka musalman high profile ko pasand karta hai. kaun sune ga aap ki baat?</w:t>
      </w:r>
    </w:p>
    <w:p>
      <w:pPr>
        <w:jc w:val="right"/>
      </w:pPr>
      <w:r>
        <w:t>اور آج کا مسلمان ہائی پروفائل کو پسند کرتا ہے۔ کون سنے گا آپ کی بات؟</w:t>
      </w:r>
    </w:p>
    <w:p>
      <w:r>
        <w:rPr>
          <w:b/>
        </w:rPr>
        <w:t xml:space="preserve">[44:42] </w:t>
      </w:r>
      <w:r>
        <w:t>bohat pehle ki baat hai shayad. chaalees saal ho gaye hon. jab hum yeh team nahi bani thi, jab yeh sab kaam nahi hua tha tab ki baat hai.</w:t>
      </w:r>
    </w:p>
    <w:p>
      <w:pPr>
        <w:jc w:val="right"/>
      </w:pPr>
      <w:r>
        <w:t>بہت پہلے کی بات ہے شاید۔ چالیس سال ہو گئے ہوں۔ جب ہم یہ ٹیم نہیں بنی تھی، جب یہ سب کام نہیں ہوا تھا تب کی بات ہے۔</w:t>
      </w:r>
    </w:p>
    <w:p>
      <w:r>
        <w:rPr>
          <w:b/>
        </w:rPr>
        <w:t xml:space="preserve">[44:53] </w:t>
      </w:r>
      <w:r>
        <w:t>kyun ke mein yeh kaam to kar raha hoon pachas baras se. saath baras, saath baras se kar raha hoon. to unhon ne kaha tha ke aap ko kabhi bhi musalmanon mein popularity nahi mile gi.</w:t>
      </w:r>
    </w:p>
    <w:p>
      <w:pPr>
        <w:jc w:val="right"/>
      </w:pPr>
      <w:r>
        <w:t>کیونکہ میں یہ کام تو کر رہا ہوں پچاس برس سے۔ ساٹھ برس، ساٹھ برس سے کر رہا ہوں۔ تو انہوں نے کہا تھا کہ آپ کو کبھی بھی مسلمانوں میں پاپولیرٹی نہیں ملے گی۔</w:t>
      </w:r>
    </w:p>
    <w:p>
      <w:r>
        <w:rPr>
          <w:b/>
        </w:rPr>
        <w:t xml:space="preserve">[45:05] </w:t>
      </w:r>
      <w:r>
        <w:t>kyun ke aap baat karte hain low profile ki. aur woh un ko high profile ki baat pasand hai. to is par mein sochta raha ke aisa kyun hai?</w:t>
      </w:r>
    </w:p>
    <w:p>
      <w:pPr>
        <w:jc w:val="right"/>
      </w:pPr>
      <w:r>
        <w:t>کیونکہ آپ بات کرتے ہیں لو پروفائل کی۔ اور وہ ان کو ہائی پروفائل کی بات پسند ہے۔ تو اس پر میں سوچتا رہا کہ ایسا کیوں ہے؟</w:t>
      </w:r>
    </w:p>
    <w:p>
      <w:r>
        <w:rPr>
          <w:b/>
        </w:rPr>
        <w:t xml:space="preserve">[45:16] </w:t>
      </w:r>
      <w:r>
        <w:t>is ka jawab mujhe isi American no Muslim se mila.</w:t>
      </w:r>
    </w:p>
    <w:p>
      <w:pPr>
        <w:jc w:val="right"/>
      </w:pPr>
      <w:r>
        <w:t>اس کا جواب مجھے اسی امریکن نو مسلم سے ملا۔</w:t>
      </w:r>
    </w:p>
    <w:p>
      <w:r>
        <w:rPr>
          <w:b/>
        </w:rPr>
        <w:t xml:space="preserve">[45:22] </w:t>
      </w:r>
      <w:r>
        <w:t>isi se mila. ke paranoid character ho jaane ki wajah se musalmanon ko low profile pasand dene nahi aata.</w:t>
      </w:r>
    </w:p>
    <w:p>
      <w:pPr>
        <w:jc w:val="right"/>
      </w:pPr>
      <w:r>
        <w:t>اسی سے ملا۔ کہ پیرانوئڈ کریکٹر ہو جانے کی وجہ سے مسلمانوں کو لو پروفائل پسند دینے نہیں آتا۔</w:t>
      </w:r>
    </w:p>
    <w:p>
      <w:r>
        <w:rPr>
          <w:b/>
        </w:rPr>
        <w:t xml:space="preserve">[45:36] </w:t>
      </w:r>
      <w:r>
        <w:t>jo badshahi mizaj apne dimagh mein liye hue hain. jo apne ko samajhta hai ke pedram sultan bood. apne ko dunya ka sab se bara manta hai. har mulk mulk ke mas ke mulk ke Khudae mas sab kuch hamara hai.</w:t>
      </w:r>
    </w:p>
    <w:p>
      <w:pPr>
        <w:jc w:val="right"/>
      </w:pPr>
      <w:r>
        <w:t>جو بادشاہی مزاج اپنے دماغ میں لیے ہوئے ہیں۔ جو اپنے کو سمجھتا ہے کہ پدرم سلطان بود۔ اپنے کو دنیا کا سب سے بڑا مانتا ہے۔ ہر ملک ملک کے ماس کے ملک کے خدائے ماس سب کچھ ہمارا ہے۔</w:t>
      </w:r>
    </w:p>
    <w:p>
      <w:r>
        <w:rPr>
          <w:b/>
        </w:rPr>
        <w:t xml:space="preserve">[45:49] </w:t>
      </w:r>
      <w:r>
        <w:t>Khuda bhi hamara, Rasool bhi hamara, zameen hamari, aasman hamara. sab user par hain jo doosre log jo hain woh. to zahir hai ke aise log jo hain low profile mein koi baat kahi jati hai un ko kaise appeal kare gi?</w:t>
      </w:r>
    </w:p>
    <w:p>
      <w:pPr>
        <w:jc w:val="right"/>
      </w:pPr>
      <w:r>
        <w:t>خدا بھی ہمارا، رسول بھی ہمارا، زمین ہماری، آسمان ہمارا۔ سب یوزر پر ہیں جو دوسرے لوگ جو ہیں وہ۔ تو ظاہر ہے کہ ایسے لوگ جو ہیں لو پروفائل میں کوئی بات کہی جاتی ہے ان کو کیسے اپیل کرے گی؟</w:t>
      </w:r>
    </w:p>
    <w:p>
      <w:r>
        <w:rPr>
          <w:b/>
        </w:rPr>
        <w:t xml:space="preserve">[46:05] </w:t>
      </w:r>
      <w:r>
        <w:t>un ko appeal nahi kar sakti.</w:t>
      </w:r>
    </w:p>
    <w:p>
      <w:pPr>
        <w:jc w:val="right"/>
      </w:pPr>
      <w:r>
        <w:t>ان کو اپیل نہیں کر سکتی۔</w:t>
      </w:r>
    </w:p>
    <w:p>
      <w:r>
        <w:rPr>
          <w:b/>
        </w:rPr>
        <w:t xml:space="preserve">[46:11] </w:t>
      </w:r>
      <w:r>
        <w:t>isi liye aap dekhen ke jo woh aadmi bohat jald leader ban jata hai jo bari bari baatein kare. bari bari baatein karne wale log.</w:t>
      </w:r>
    </w:p>
    <w:p>
      <w:pPr>
        <w:jc w:val="right"/>
      </w:pPr>
      <w:r>
        <w:t>اسی لیے آپ دیکھیں کہ جو وہ آدمی بہت جلد لیڈر بن جاتا ہے جو بڑی بڑی باتیں کرے۔ بڑی بڑی باتیں کرنے والے لوگ۔</w:t>
      </w:r>
    </w:p>
    <w:p>
      <w:r>
        <w:rPr>
          <w:b/>
        </w:rPr>
        <w:t xml:space="preserve">[46:23] </w:t>
      </w:r>
      <w:r>
        <w:t>jitne leader bane hain is zamane mein so dedh sau saal ke andar woh kaun log the? wohi log the jo bari bari baatein karte the.</w:t>
      </w:r>
    </w:p>
    <w:p>
      <w:pPr>
        <w:jc w:val="right"/>
      </w:pPr>
      <w:r>
        <w:t>جتنے لیڈر بنے ہیں اس زمانے میں سو ڈیڑھ سو سال کے اندر وہ کون لوگ تھے؟ وہی لوگ تھے جو بڑی بڑی باتیں کرتے تھے۔</w:t>
      </w:r>
    </w:p>
    <w:p>
      <w:r>
        <w:rPr>
          <w:b/>
        </w:rPr>
        <w:t xml:space="preserve">[46:36] </w:t>
      </w:r>
      <w:r>
        <w:t>sab se zyada jo popularity mili hai India mein jante hain kis ko mili hai? Maulana Muhammad Ali Jauhar ko mili hai.</w:t>
      </w:r>
    </w:p>
    <w:p>
      <w:pPr>
        <w:jc w:val="right"/>
      </w:pPr>
      <w:r>
        <w:t>سب سے زیادہ جو پاپولیرٹی ملی ہے انڈیا میں جانتے ہیں کس کو ملی ہے؟ مولانا محمد علی جوہر کو ملی ہے۔</w:t>
      </w:r>
    </w:p>
    <w:p>
      <w:r>
        <w:rPr>
          <w:b/>
        </w:rPr>
        <w:t xml:space="preserve">[46:48] </w:t>
      </w:r>
      <w:r>
        <w:t>ek zamane mein yeh haal tha ke pure pura mulk un ke is mein tha. Maulana Muhammad Ali Jauhar ke is mein.</w:t>
      </w:r>
    </w:p>
    <w:p>
      <w:pPr>
        <w:jc w:val="right"/>
      </w:pPr>
      <w:r>
        <w:t>ایک زمانے میں یہ حال تھا کہ پورے پورا ملک ان کے اس میں تھا۔ مولانا محمد علی جوہر کے اس میں۔</w:t>
      </w:r>
    </w:p>
    <w:p>
      <w:r>
        <w:rPr>
          <w:b/>
        </w:rPr>
        <w:t xml:space="preserve">[46:59] </w:t>
      </w:r>
      <w:r>
        <w:t>jab unhon ne Khilafat Tehreek chalai thi. Khilafat Tehreek. first world war ke baad.</w:t>
      </w:r>
    </w:p>
    <w:p>
      <w:pPr>
        <w:jc w:val="right"/>
      </w:pPr>
      <w:r>
        <w:t>جب انہوں نے خلافت تحریک چلائی تھی۔ خلافت تحریک۔ فرسٹ ورلڈ وار کے بعد۔</w:t>
      </w:r>
    </w:p>
    <w:p>
      <w:r>
        <w:rPr>
          <w:b/>
        </w:rPr>
        <w:t xml:space="preserve">[47:09] </w:t>
      </w:r>
      <w:r>
        <w:t>Khilafat Tehreek kya thi? jis Khilafat ko das saal pehle khatma ho chuka tha Turkey mein us ki Tehreek chala rahe the woh India mein.</w:t>
      </w:r>
    </w:p>
    <w:p>
      <w:pPr>
        <w:jc w:val="right"/>
      </w:pPr>
      <w:r>
        <w:t>خلافت تحریک کیا تھی؟ جس خلافت کو دس سال پہلے خاتمہ ہو چکا تھا ترکی میں اس کی تحریک چلا رہے تھے وہ انڈیا میں۔</w:t>
      </w:r>
    </w:p>
    <w:p>
      <w:r>
        <w:rPr>
          <w:b/>
        </w:rPr>
        <w:t xml:space="preserve">[47:20] </w:t>
      </w:r>
      <w:r>
        <w:t>aap dekh lijiyay tareekh mein, history mein dekh lijiyay aap. khilafat constitution turkey mein khatm ho chuka tha. ittehad party ne khatm kar diya tha.</w:t>
      </w:r>
    </w:p>
    <w:p>
      <w:pPr>
        <w:jc w:val="right"/>
      </w:pPr>
      <w:r>
        <w:t>آپ دیکھ لیجیے تاریخ میں، ہسٹری میں دیکھ لیجیے آپ۔ خلافت کانسٹیٹیوشن ترکی میں ختم ہو چکا تھا۔ اتحاد پارٹی نے ختم کر دیا تھا۔</w:t>
      </w:r>
    </w:p>
    <w:p>
      <w:r>
        <w:rPr>
          <w:b/>
        </w:rPr>
        <w:t xml:space="preserve">[47:33] </w:t>
      </w:r>
      <w:r>
        <w:t>mustafa kamal pasha in ke leader tha in ka. anwar pasha, mustafa kamal pasha waghera. to un ki party ne wahan ke khalifa ko mozoool kar diya tha.</w:t>
      </w:r>
    </w:p>
    <w:p>
      <w:pPr>
        <w:jc w:val="right"/>
      </w:pPr>
      <w:r>
        <w:t>مصطفیٰ کمال پاشا ان کے لیڈر تھا ان کا۔ انور پاشا، مصطفیٰ کمال پاشا وغیرہ۔ تو ان کی پارٹی نے وہاں کے خلیفہ کو معزول کر دیا تھا۔</w:t>
      </w:r>
    </w:p>
    <w:p>
      <w:r>
        <w:rPr>
          <w:b/>
        </w:rPr>
        <w:t xml:space="preserve">[47:43] </w:t>
      </w:r>
      <w:r>
        <w:t>jo das saal pehle yeh waqia ho chuka tha ke khud turkey mein khilafat creation khatm ho chuka tha. saare arab countries mein nationalism aa gaya tha.</w:t>
      </w:r>
    </w:p>
    <w:p>
      <w:pPr>
        <w:jc w:val="right"/>
      </w:pPr>
      <w:r>
        <w:t>جو دس سال پہلے یہ واقعہ ہو چکا تھا کہ خود ترکی میں خلافت کریشن ختم ہو چکا تھا۔ سارے عرب کنٹریز میں نیشنلزم آ گیا تھا۔</w:t>
      </w:r>
    </w:p>
    <w:p>
      <w:r>
        <w:rPr>
          <w:b/>
        </w:rPr>
        <w:t xml:space="preserve">[47:53] </w:t>
      </w:r>
      <w:r>
        <w:t>nationalism yani national government chahte thay woh. to simit kar ke reh gayi thi woh istanbul mein aur ankara mein. aur dilli mein woh india mein woh tehreek chala rahe thay khilafat, khilafat, khilafat, khilafat.</w:t>
      </w:r>
    </w:p>
    <w:p>
      <w:pPr>
        <w:jc w:val="right"/>
      </w:pPr>
      <w:r>
        <w:t>نیشنلزم یعنی نیشنل گورنمنٹ چاہتے تھے وہ۔ تو سیمٹ کر کے رہ گئی تھی وہ استنبول میں اور انقرہ میں۔ اور دلی میں وہ انڈیا میں وہ تحریک چلا رہے تھے خلافت، خلافت، خلافت، خلافت۔</w:t>
      </w:r>
    </w:p>
    <w:p>
      <w:r>
        <w:rPr>
          <w:b/>
        </w:rPr>
        <w:t xml:space="preserve">[48:07] </w:t>
      </w:r>
      <w:r>
        <w:t>is zamanay mein yeh haal tha ke ek gaana chalta tha bohat ziyada. boli amma Muhammad Ali ki jaan beta khilafat pe de do.</w:t>
      </w:r>
    </w:p>
    <w:p>
      <w:pPr>
        <w:jc w:val="right"/>
      </w:pPr>
      <w:r>
        <w:t>اس زمانے میں یہ حال تھا کہ ایک گانا چلتا تھا بہت زیادہ۔ بولی اماں محمد علی کی جان بیٹا خلافت پہ دے دو۔</w:t>
      </w:r>
    </w:p>
    <w:p>
      <w:r>
        <w:rPr>
          <w:b/>
        </w:rPr>
        <w:t xml:space="preserve">[48:19] </w:t>
      </w:r>
      <w:r>
        <w:t>yani khilafat hai hi nahin kahin. na bannay wali hai.</w:t>
      </w:r>
    </w:p>
    <w:p>
      <w:pPr>
        <w:jc w:val="right"/>
      </w:pPr>
      <w:r>
        <w:t>یعنی خلافت ہے ہی نہیں کہیں۔ نہ بننے والی ہے۔</w:t>
      </w:r>
    </w:p>
    <w:p>
      <w:r>
        <w:rPr>
          <w:b/>
        </w:rPr>
        <w:t xml:space="preserve">[48:25] </w:t>
      </w:r>
      <w:r>
        <w:t>aur yeh gaana ho raha tha har jagah. saare india ke musalman bilkul ek josh mein bhare hue thay. ke khilafat phir se zinda ho rahi hai.</w:t>
      </w:r>
    </w:p>
    <w:p>
      <w:pPr>
        <w:jc w:val="right"/>
      </w:pPr>
      <w:r>
        <w:t>اور یہ گانا ہو رہا تھا ہر جگہ۔ سارے انڈیا کے مسلمان بالکل ایک جوش میں بھرے ہوئے تھے۔ کہ خلافت پھر سے زندہ ہو رہی ہے۔</w:t>
      </w:r>
    </w:p>
    <w:p>
      <w:r>
        <w:rPr>
          <w:b/>
        </w:rPr>
        <w:t xml:space="preserve">[48:34] </w:t>
      </w:r>
      <w:r>
        <w:t>saari duniya mein hum ruler banenge. empire, hamara empire qaim hoga. yeh kyun maqbooliyat un ki kyun hui?</w:t>
      </w:r>
    </w:p>
    <w:p>
      <w:pPr>
        <w:jc w:val="right"/>
      </w:pPr>
      <w:r>
        <w:t>ساری دنیا میں ہم رولر بنیں گے۔ ایمپائر، ہمارا ایمپائر قائم ہو گا۔ یہ کیوں مقبولیت ان کی کیوں ہوئی؟</w:t>
      </w:r>
    </w:p>
    <w:p>
      <w:r>
        <w:rPr>
          <w:b/>
        </w:rPr>
        <w:t xml:space="preserve">[48:42] </w:t>
      </w:r>
      <w:r>
        <w:t>woh high profile mein bolte thay. high profile mein bolte thay. to yeh jo yeh bohat hi jar ki baat hai yaad rakhiye ke musalman jo hain is zamanay ke paranoid character ban gaye hain.</w:t>
      </w:r>
    </w:p>
    <w:p>
      <w:pPr>
        <w:jc w:val="right"/>
      </w:pPr>
      <w:r>
        <w:t>وہ ہائی پروفائل میں بولتے تھے۔ ہائی پروفائل میں بولتے تھے۔ تو یہ جو یہ بہت ہی جڑ کی بات ہے یاد رکھیے کہ مسلمان جو ہیں اس زمانے کے پیرانوئڈ کریکٹر بن گئے ہیں۔</w:t>
      </w:r>
    </w:p>
    <w:p>
      <w:r>
        <w:rPr>
          <w:b/>
        </w:rPr>
        <w:t xml:space="preserve">[48:55] </w:t>
      </w:r>
      <w:r>
        <w:t>is liye sahi leadership in ko nahin mil rahi hai. bohat aap parhte honge musalmanon ke jalson mein, un ke magazine mein ke musalmanon mein koi leader nahin.</w:t>
      </w:r>
    </w:p>
    <w:p>
      <w:pPr>
        <w:jc w:val="right"/>
      </w:pPr>
      <w:r>
        <w:t>اس لیے صحیح لیڈرشپ ان کو نہیں مل رہی ہے۔ بہت آپ پڑھتے ہوں گے مسلمانوں کے جلسوں میں، ان کے میگزین میں کہ مسلمانوں میں کوئی لیڈر نہیں۔</w:t>
      </w:r>
    </w:p>
    <w:p>
      <w:r>
        <w:rPr>
          <w:b/>
        </w:rPr>
        <w:t xml:space="preserve">[49:08] </w:t>
      </w:r>
      <w:r>
        <w:t>bhai leader kaisay hoga bataiye? leader jo hoga sacha leader woh low profile mein bolega. ab in ko chahiye ho high profile.</w:t>
      </w:r>
    </w:p>
    <w:p>
      <w:pPr>
        <w:jc w:val="right"/>
      </w:pPr>
      <w:r>
        <w:t>بھئی لیڈر کیسے ہوگا بتائیے؟ لیڈر جو ہوگا سچا لیڈر وہ لو پروفائل میں بولے گا۔ اب ان کو چاہیے ہو ہائی پروفائل۔</w:t>
      </w:r>
    </w:p>
    <w:p>
      <w:r>
        <w:rPr>
          <w:b/>
        </w:rPr>
        <w:t xml:space="preserve">[49:18] </w:t>
      </w:r>
      <w:r>
        <w:t>aam taur par maine dekha hai ke log jo hain is ki shikayat karte hain ke musalmanon ko leader nahin. nahin, leader ka acceptance nahin, asal baat yeh hai.</w:t>
      </w:r>
    </w:p>
    <w:p>
      <w:pPr>
        <w:jc w:val="right"/>
      </w:pPr>
      <w:r>
        <w:t>عام طور پر میں نے دیکھا ہے کہ لوگ جو ہیں اس کی شکایت کرتے ہیں کہ مسلمانوں کو لیڈر نہیں۔ نہیں، لیڈر کا ایکسیپٹنس نہیں، اصل بات یہ ہے۔</w:t>
      </w:r>
    </w:p>
    <w:p>
      <w:r>
        <w:rPr>
          <w:b/>
        </w:rPr>
        <w:t xml:space="preserve">[49:30] </w:t>
      </w:r>
      <w:r>
        <w:t>jis cheez ki kami hai woh leader ka acceptance hai, na ke khud leader.</w:t>
      </w:r>
    </w:p>
    <w:p>
      <w:pPr>
        <w:jc w:val="right"/>
      </w:pPr>
      <w:r>
        <w:t>جس چیز کی کمی ہے وہ لیڈر کا ایکسیپٹنس ہے، نہ کہ خود لیڈر۔</w:t>
      </w:r>
    </w:p>
    <w:p>
      <w:r>
        <w:rPr>
          <w:b/>
        </w:rPr>
        <w:t xml:space="preserve">[49:41] </w:t>
      </w:r>
      <w:r>
        <w:t>to jo jo is mulk mein nahin balkay saari duniya mein, saari muslim duniya mein yeh bari bari baatein jo inhone, inhone kahin, high profile mein bolay, woh leader ban gaye.</w:t>
      </w:r>
    </w:p>
    <w:p>
      <w:pPr>
        <w:jc w:val="right"/>
      </w:pPr>
      <w:r>
        <w:t>تو جو جو اس ملک میں نہیں بلکہ ساری دنیا میں، ساری مسلم دنیا میں یہ بڑی بڑی باتیں جو انہوں نے، انہوں نے کہیں، ہائی پروفائل میں بولے، وہ لیڈر بن گئے۔</w:t>
      </w:r>
    </w:p>
    <w:p>
      <w:r>
        <w:rPr>
          <w:b/>
        </w:rPr>
        <w:t xml:space="preserve">[49:52] </w:t>
      </w:r>
      <w:r>
        <w:t>arab duniya mein bhi dekhen, jamaluddin afghani aur hasan banha, sayyid qutb aur abdul rehman al kawakibi aur kaun kaun sab high profile mein bolnay walay log thay, yeh sab bari bari baatein karte thay.</w:t>
      </w:r>
    </w:p>
    <w:p>
      <w:pPr>
        <w:jc w:val="right"/>
      </w:pPr>
      <w:r>
        <w:t>عرب دنیا میں بھی دیکھیں، جماعت الدین افغانی اور حسن بنہ، سید قطب اور عبدالرحمن القواقفی اور کون کون سب ہائی پروفائل میں بولنے والے لوگ تھے، یہ سب بڑی بڑی باتیں کرتے تھے۔</w:t>
      </w:r>
    </w:p>
    <w:p>
      <w:r>
        <w:rPr>
          <w:b/>
        </w:rPr>
        <w:t xml:space="preserve">[50:11] </w:t>
      </w:r>
      <w:r>
        <w:t>yeh haal india mein hua. jo log india mein ubhray, iqbal, jinnah, maulana abul kalam azad waghera, sab high profile mein bolnay walay log thay.</w:t>
      </w:r>
    </w:p>
    <w:p>
      <w:pPr>
        <w:jc w:val="right"/>
      </w:pPr>
      <w:r>
        <w:t>یہ حال انڈیا میں ہوا۔ جو لوگ انڈیا میں ابھرے، اقبال، جناح، مولانا ابوالکلام آزاد وغیرہ، سب ہائی پروفائل میں بولنے والے لوگ تھے۔</w:t>
      </w:r>
    </w:p>
    <w:p>
      <w:r>
        <w:rPr>
          <w:b/>
        </w:rPr>
        <w:t xml:space="preserve">[50:23] </w:t>
      </w:r>
      <w:r>
        <w:t>to yeh shikayat jo ki jati hai ke musalmanon mein koi leader nahin, yeh mat kehna, yeh mat kahiye. yeh kahiye ke musalmanon mein leader ko accept, accept karnay ka mizaj nahin.</w:t>
      </w:r>
    </w:p>
    <w:p>
      <w:pPr>
        <w:jc w:val="right"/>
      </w:pPr>
      <w:r>
        <w:t>تو یہ شکایت جو کی جاتی ہے کہ مسلمانوں میں کوئی لیڈر نہیں، یہ مت کہنا، یہ مت کہیے۔ یہ کہیے کہ مسلمانوں میں لیڈر کو ایکسیپٹ، ایکسیپٹ کرنے کا مزاج نہیں۔</w:t>
      </w:r>
    </w:p>
    <w:p>
      <w:r>
        <w:rPr>
          <w:b/>
        </w:rPr>
        <w:t xml:space="preserve">[50:34] </w:t>
      </w:r>
      <w:r>
        <w:t>sacha leader hota hai woh jo low profile mein bolay.</w:t>
      </w:r>
    </w:p>
    <w:p>
      <w:pPr>
        <w:jc w:val="right"/>
      </w:pPr>
      <w:r>
        <w:t>سچا لیڈر ہوتا ہے وہ جو لو پروفائل میں بولے۔</w:t>
      </w:r>
    </w:p>
    <w:p>
      <w:r>
        <w:rPr>
          <w:b/>
        </w:rPr>
        <w:t xml:space="preserve">[50:39] </w:t>
      </w:r>
      <w:r>
        <w:t>aur apnay bigray mizaj ki wajah se woh sirf high profile walon ko pasand karte hain. main aap ko waqia arz karoon, rasool Allah ko jab nabuwat mili makkah mein yani 610 eesvi mein to sab se pehle aap ne kiya kiya?</w:t>
      </w:r>
    </w:p>
    <w:p>
      <w:pPr>
        <w:jc w:val="right"/>
      </w:pPr>
      <w:r>
        <w:t>اور اپنے بگڑے مزاج کی وجہ سے وہ صرف ہائی پروفائل والوں کو پسند کرتے ہیں۔ میں آپ کو واقعہ عرض کروں، رسول اللہ کو جب نبوت ملی مکہ میں یعنی 610 عیسوی میں تو سب سے پہلے آپ نے کیا کیا؟</w:t>
      </w:r>
    </w:p>
    <w:p>
      <w:r>
        <w:rPr>
          <w:b/>
        </w:rPr>
        <w:t xml:space="preserve">[50:57] </w:t>
      </w:r>
      <w:r>
        <w:t>ke aap ne aaj kal ki zuban mein kaha jaye ke public meeting ki. wahan par yeh tha ke wahan par ek choti si ek rock thi, rock is ka naam tha safa chattan.</w:t>
      </w:r>
    </w:p>
    <w:p>
      <w:pPr>
        <w:jc w:val="right"/>
      </w:pPr>
      <w:r>
        <w:t>کہ آپ نے آج کل کی زبان میں کہا جائے کہ پبلک میٹنگ کی۔ وہاں پر یہ تھا کہ وہاں پر ایک چھوٹی سی ایک راک تھی، راک اس کا نام تھا صفا چٹان۔</w:t>
      </w:r>
    </w:p>
    <w:p>
      <w:r>
        <w:rPr>
          <w:b/>
        </w:rPr>
        <w:t xml:space="preserve">[51:10] </w:t>
      </w:r>
      <w:r>
        <w:t>makkah ke yani sabr mein kehna chahiye. to wahan par tareeqa tha ke koi khaas, koi kisi ko speech dena hota tha to wahan par khara hota tha, wahan wahan se awaz deta tha.</w:t>
      </w:r>
    </w:p>
    <w:p>
      <w:pPr>
        <w:jc w:val="right"/>
      </w:pPr>
      <w:r>
        <w:t>مکے کے یعنی صبر میں کہنا چاہیے۔ تو وہاں پر طریقہ تھا کہ کوئی خاص، کوئی کسی کو اسپیچ دینا ہوتا تھا تو وہاں پر کھڑا ہوتا تھا، وہاں وہاں سے آواز دیتا تھا۔</w:t>
      </w:r>
    </w:p>
    <w:p>
      <w:r>
        <w:rPr>
          <w:b/>
        </w:rPr>
        <w:t xml:space="preserve">[51:23] </w:t>
      </w:r>
      <w:r>
        <w:t>woh makkah ek chota sa town tha, koi bara shehar to tha nahin. to log wahan ikhatta ho jatay thay. phir woh is safa ke oopar charh kar ke goya ke woh stage tha, woh makkah ka stage kehta tha apni baat.</w:t>
      </w:r>
    </w:p>
    <w:p>
      <w:pPr>
        <w:jc w:val="right"/>
      </w:pPr>
      <w:r>
        <w:t>وہ مکہ ایک چھوٹا سا ٹاؤن تھا، کوئی بڑا شہر تو تھا نہیں۔ تو لوگ وہاں اکٹھا ہو جاتے تھے۔ پھر وہ اس صفا کے اوپر چڑھ کر کے گویا کہ وہ اسٹیج تھا، وہ مکہ کا اسٹیج کہتا تھا اپنی بات۔</w:t>
      </w:r>
    </w:p>
    <w:p>
      <w:r>
        <w:rPr>
          <w:b/>
        </w:rPr>
        <w:t xml:space="preserve">[51:37] </w:t>
      </w:r>
      <w:r>
        <w:t>to rasool Allah ko jab woh hua, nabuwat mili aur Allah taala ne aap par yeh zimmedari dali ke aap dunya ko paigham den to aap ne yahi kiya.</w:t>
      </w:r>
    </w:p>
    <w:p>
      <w:pPr>
        <w:jc w:val="right"/>
      </w:pPr>
      <w:r>
        <w:t>تو رسول اللہ کو جب وہ ہوا، نبوت ملی اور اللہ تعالیٰ نے آپ پر یہ ذمہ داری ڈالی کہ آپ دنیا کو پیغام دیں تو آپ نے یہی کیا۔</w:t>
      </w:r>
    </w:p>
    <w:p>
      <w:r>
        <w:rPr>
          <w:b/>
        </w:rPr>
        <w:t xml:space="preserve">[51:48] </w:t>
      </w:r>
      <w:r>
        <w:t>aap safa par charhay aur wahan par aap ne awaz di logon ko. to log ikhatta ho gaye. to aap ne kiya kaha un ko?</w:t>
      </w:r>
    </w:p>
    <w:p>
      <w:pPr>
        <w:jc w:val="right"/>
      </w:pPr>
      <w:r>
        <w:t>آپ صفا پر چڑھے اور وہاں پر آپ نے آواز دی لوگوں کو۔ تو لوگ اکٹھا ہو گئے۔ تو آپ نے کیا کہا ان کو؟</w:t>
      </w:r>
    </w:p>
    <w:p>
      <w:r>
        <w:rPr>
          <w:b/>
        </w:rPr>
        <w:t xml:space="preserve">[52:00] </w:t>
      </w:r>
      <w:r>
        <w:t>aap ne kaha ke aye logon!</w:t>
      </w:r>
    </w:p>
    <w:p>
      <w:pPr>
        <w:jc w:val="right"/>
      </w:pPr>
      <w:r>
        <w:t>آپ نے کہا کہ اے لوگوں!</w:t>
      </w:r>
    </w:p>
    <w:p>
      <w:r>
        <w:rPr>
          <w:b/>
        </w:rPr>
        <w:t xml:space="preserve">[52:02] </w:t>
      </w:r>
      <w:r>
        <w:t>tum marne wale ho aur marne ke baad tum day of judgment aayega. tumhara hisab kitab hoga. koi jannat mein jayega, koi dozakh mein jayega.</w:t>
      </w:r>
    </w:p>
    <w:p>
      <w:pPr>
        <w:jc w:val="right"/>
      </w:pPr>
      <w:r>
        <w:t>تم مرنے والے ہو اور مرنے کے بعد تم ڈے آف ججمنٹ آئے گا۔ تمہارا حساب کتاب ہوگا۔ کوئی جنت میں جائے گا، کوئی دوزخ میں جائے گا۔</w:t>
      </w:r>
    </w:p>
    <w:p>
      <w:r>
        <w:rPr>
          <w:b/>
        </w:rPr>
        <w:t xml:space="preserve">[52:12] </w:t>
      </w:r>
      <w:r>
        <w:t>yeh poori speech maujood hai yani mein kehta hoon ke verbatim jumla to khutba al arab mein aap parh sakte hain is ko.</w:t>
      </w:r>
    </w:p>
    <w:p>
      <w:pPr>
        <w:jc w:val="right"/>
      </w:pPr>
      <w:r>
        <w:t>یہ پوری اسپیچ موجود ہے یعنی میں کہتا ہوں کہ وربیٹم جملہ تو خطب العرب میں آپ پڑھ سکتے ہیں اس کو۔</w:t>
      </w:r>
    </w:p>
    <w:p>
      <w:r>
        <w:rPr>
          <w:b/>
        </w:rPr>
        <w:t xml:space="preserve">[52:22] </w:t>
      </w:r>
      <w:r>
        <w:t>yahi baat hai is ke andar ke aye log</w:t>
      </w:r>
    </w:p>
    <w:p>
      <w:pPr>
        <w:jc w:val="right"/>
      </w:pPr>
      <w:r>
        <w:t>یہی بات ہے اس کے اندر کہ اے لوگ</w:t>
      </w:r>
    </w:p>
    <w:p>
      <w:r>
        <w:rPr>
          <w:b/>
        </w:rPr>
        <w:t xml:space="preserve">[52:25] </w:t>
      </w:r>
      <w:r>
        <w:t>on! mein tum ko batata hoon ke tum marne wale ho, hamesha jiyo ge nahi. aur maut ke baad kya hai? hisab kitab hai. is ke baad kya hai?</w:t>
      </w:r>
    </w:p>
    <w:p>
      <w:pPr>
        <w:jc w:val="right"/>
      </w:pPr>
      <w:r>
        <w:t>وں! میں تم کو بتاتا ہوں کہ تم مرنے والے ہو، ہمیشہ جیو گے نہیں۔ اور موت کے بعد کیا ہے؟ حساب کتاب ہے۔ اس کے بعد کیا ہے؟</w:t>
      </w:r>
    </w:p>
    <w:p>
      <w:r>
        <w:rPr>
          <w:b/>
        </w:rPr>
        <w:t xml:space="preserve">[52:33] </w:t>
      </w:r>
      <w:r>
        <w:t>jannat, dozakh hai. to jante hain kya hua? aap ka chacha tha abu lahab. abu lahab</w:t>
      </w:r>
    </w:p>
    <w:p>
      <w:pPr>
        <w:jc w:val="right"/>
      </w:pPr>
      <w:r>
        <w:t>جنت، دوزخ ہے۔ تو جانتے ہیں کیا ہوا؟ آپ کا چچا تھا ابو لہب۔ ابو لہب</w:t>
      </w:r>
    </w:p>
    <w:p>
      <w:r>
        <w:rPr>
          <w:b/>
        </w:rPr>
        <w:t xml:space="preserve">[52:45] </w:t>
      </w:r>
      <w:r>
        <w:t>to utha, woh apna daman jhadte hue kyunke woh to aisa carpet to tha nahi, wahan par reit hoti</w:t>
      </w:r>
    </w:p>
    <w:p>
      <w:pPr>
        <w:jc w:val="right"/>
      </w:pPr>
      <w:r>
        <w:t>تو اٹھا، وہ اپنا دامن جھاڑتے ہوئے کیونکہ وہ تو ایسا کارپٹ تو تھا نہیں، وہاں پر ریت ہوتی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