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Right Thinking, February 10, 2008</w:t>
      </w:r>
    </w:p>
    <w:p>
      <w:r>
        <w:t>https://youtu.be/12Qqn67uhSU</w:t>
      </w:r>
    </w:p>
    <w:p>
      <w:r>
        <w:rPr>
          <w:b/>
        </w:rPr>
        <w:t xml:space="preserve">[00:44] </w:t>
      </w:r>
      <w:r>
        <w:t>aaj ka</w:t>
      </w:r>
    </w:p>
    <w:p>
      <w:pPr>
        <w:jc w:val="right"/>
      </w:pPr>
      <w:r>
        <w:t>آج کا</w:t>
      </w:r>
    </w:p>
    <w:p>
      <w:r>
        <w:rPr>
          <w:b/>
        </w:rPr>
        <w:t xml:space="preserve">[00:47] </w:t>
      </w:r>
      <w:r>
        <w:t>jo topic hai</w:t>
      </w:r>
    </w:p>
    <w:p>
      <w:pPr>
        <w:jc w:val="right"/>
      </w:pPr>
      <w:r>
        <w:t>جو ٹاپک ہے</w:t>
      </w:r>
    </w:p>
    <w:p>
      <w:r>
        <w:rPr>
          <w:b/>
        </w:rPr>
        <w:t xml:space="preserve">[00:52] </w:t>
      </w:r>
      <w:r>
        <w:t>woh</w:t>
      </w:r>
    </w:p>
    <w:p>
      <w:pPr>
        <w:jc w:val="right"/>
      </w:pPr>
      <w:r>
        <w:t>وہ</w:t>
      </w:r>
    </w:p>
    <w:p>
      <w:r>
        <w:rPr>
          <w:b/>
        </w:rPr>
        <w:t xml:space="preserve">[00:58] </w:t>
      </w:r>
      <w:r>
        <w:t>bohat zyada clear nahi hai mere mind mein.</w:t>
      </w:r>
    </w:p>
    <w:p>
      <w:pPr>
        <w:jc w:val="right"/>
      </w:pPr>
      <w:r>
        <w:t>بہت زیادہ کلیئر نہیں ہے میرے مائنڈ میں۔</w:t>
      </w:r>
    </w:p>
    <w:p>
      <w:r>
        <w:rPr>
          <w:b/>
        </w:rPr>
        <w:t xml:space="preserve">[01:03] </w:t>
      </w:r>
      <w:r>
        <w:t>kuch reflections hain jis ko main bayan karunga aap ke samne, shayad fragmentary way mein.</w:t>
      </w:r>
    </w:p>
    <w:p>
      <w:pPr>
        <w:jc w:val="right"/>
      </w:pPr>
      <w:r>
        <w:t>کچھ ریفلیکشنز ہیں جس کو میں بیان کروں گا آپ کے سامنے، شاید فرگمنٹری وے میں۔</w:t>
      </w:r>
    </w:p>
    <w:p>
      <w:r>
        <w:rPr>
          <w:b/>
        </w:rPr>
        <w:t xml:space="preserve">[01:16] </w:t>
      </w:r>
      <w:r>
        <w:t>to aaj ki baat cheet ko main shuru kar raha hoon kal ke ek experience se.</w:t>
      </w:r>
    </w:p>
    <w:p>
      <w:pPr>
        <w:jc w:val="right"/>
      </w:pPr>
      <w:r>
        <w:t>تو آج کی بات چیت کو میں شروع کر رہا ہوں کل کے ایک ایکسپیرینس سے۔</w:t>
      </w:r>
    </w:p>
    <w:p>
      <w:r>
        <w:rPr>
          <w:b/>
        </w:rPr>
        <w:t xml:space="preserve">[01:27] </w:t>
      </w:r>
      <w:r>
        <w:t>aap ko pata hai ke dilli mein international book fair ho rahi hai jis ka aaj aakhri din hai.</w:t>
      </w:r>
    </w:p>
    <w:p>
      <w:pPr>
        <w:jc w:val="right"/>
      </w:pPr>
      <w:r>
        <w:t>آپ کو پتہ ہے کہ دلی میں انٹرنیشنل بک فیئر ہو رہی ہے جس کا آج آخری دن ہے۔</w:t>
      </w:r>
    </w:p>
    <w:p>
      <w:r>
        <w:rPr>
          <w:b/>
        </w:rPr>
        <w:t xml:space="preserve">[01:38] </w:t>
      </w:r>
      <w:r>
        <w:t>to kal mein wahan gaya tha.</w:t>
      </w:r>
    </w:p>
    <w:p>
      <w:pPr>
        <w:jc w:val="right"/>
      </w:pPr>
      <w:r>
        <w:t>تو کل میں وہاں گیا تھا۔</w:t>
      </w:r>
    </w:p>
    <w:p>
      <w:r>
        <w:rPr>
          <w:b/>
        </w:rPr>
        <w:t xml:space="preserve">[01:42] </w:t>
      </w:r>
      <w:r>
        <w:t>pragati maidan bohat hi bara maidan hai,</w:t>
      </w:r>
    </w:p>
    <w:p>
      <w:pPr>
        <w:jc w:val="right"/>
      </w:pPr>
      <w:r>
        <w:t>پرگتی میدان بہت ہی بڑا میدان ہے،</w:t>
      </w:r>
    </w:p>
    <w:p>
      <w:r>
        <w:rPr>
          <w:b/>
        </w:rPr>
        <w:t xml:space="preserve">[01:46] </w:t>
      </w:r>
      <w:r>
        <w:t>to is mein har taraf book stalls thay.</w:t>
      </w:r>
    </w:p>
    <w:p>
      <w:pPr>
        <w:jc w:val="right"/>
      </w:pPr>
      <w:r>
        <w:t>تو اس میں ہر طرف بک اسٹالز تھے۔</w:t>
      </w:r>
    </w:p>
    <w:p>
      <w:r>
        <w:rPr>
          <w:b/>
        </w:rPr>
        <w:t xml:space="preserve">[01:54] </w:t>
      </w:r>
      <w:r>
        <w:t>lagta tha ke yeh aik city of learning hai jo aik baray campus mein phaila hua hai.</w:t>
      </w:r>
    </w:p>
    <w:p>
      <w:pPr>
        <w:jc w:val="right"/>
      </w:pPr>
      <w:r>
        <w:t>لگتا تھا کہ یہ ایک سٹی آف لرننگ ہے جو ایک بڑے کیمپس میں پھیلا ہوا ہے۔</w:t>
      </w:r>
    </w:p>
    <w:p>
      <w:r>
        <w:rPr>
          <w:b/>
        </w:rPr>
        <w:t xml:space="preserve">[02:05] </w:t>
      </w:r>
      <w:r>
        <w:t>har taraf books, har taraf reading materials, har taraf parhay likhay log.</w:t>
      </w:r>
    </w:p>
    <w:p>
      <w:pPr>
        <w:jc w:val="right"/>
      </w:pPr>
      <w:r>
        <w:t>ہر طرف بکس، ہر طرف ریڈنگ مٹیریلز، ہر طرف پڑھے لکھے لوگ۔</w:t>
      </w:r>
    </w:p>
    <w:p>
      <w:r>
        <w:rPr>
          <w:b/>
        </w:rPr>
        <w:t xml:space="preserve">[02:17] </w:t>
      </w:r>
      <w:r>
        <w:t>to charon taraf wahan par ilm ka, learning ka mahol tha. phir achaanak mein ne notice kiya ke wahan par aik aik dog daur raha hai idhar udhar, logon ke beech mein,</w:t>
      </w:r>
    </w:p>
    <w:p>
      <w:pPr>
        <w:jc w:val="right"/>
      </w:pPr>
      <w:r>
        <w:t>تو چاروں طرف وہاں پر علم کا، لرننگ کا ماحول تھا۔ پھر اچانک میں نے نوٹس کیا کہ وہاں پر ایک ایک ڈاگ دوڑ رہا ہے ادھر ادھر، لوگوں کے بیچ میں،</w:t>
      </w:r>
    </w:p>
    <w:p>
      <w:r>
        <w:rPr>
          <w:b/>
        </w:rPr>
        <w:t xml:space="preserve">[02:34] </w:t>
      </w:r>
      <w:r>
        <w:t>yani aik animal.</w:t>
      </w:r>
    </w:p>
    <w:p>
      <w:pPr>
        <w:jc w:val="right"/>
      </w:pPr>
      <w:r>
        <w:t>یعنی ایک اینیمل۔</w:t>
      </w:r>
    </w:p>
    <w:p>
      <w:r>
        <w:rPr>
          <w:b/>
        </w:rPr>
        <w:t xml:space="preserve">[02:39] </w:t>
      </w:r>
      <w:r>
        <w:t>to yeh aik anokha scene tha mere liye.</w:t>
      </w:r>
    </w:p>
    <w:p>
      <w:pPr>
        <w:jc w:val="right"/>
      </w:pPr>
      <w:r>
        <w:t>تو یہ ایک انوکھا سین تھا میرے لیے۔</w:t>
      </w:r>
    </w:p>
    <w:p>
      <w:r>
        <w:rPr>
          <w:b/>
        </w:rPr>
        <w:t xml:space="preserve">[02:48] </w:t>
      </w:r>
      <w:r>
        <w:t>mujhe aik ayat yaad aayi Quran ki.</w:t>
      </w:r>
    </w:p>
    <w:p>
      <w:pPr>
        <w:jc w:val="right"/>
      </w:pPr>
      <w:r>
        <w:t>مجھے ایک آیت یاد آئی قرآن کی۔</w:t>
      </w:r>
    </w:p>
    <w:p>
      <w:r>
        <w:rPr>
          <w:b/>
        </w:rPr>
        <w:t xml:space="preserve">[02:55] </w:t>
      </w:r>
      <w:r>
        <w:t>Quran mein aik surah ka naam hai Muhammad, chapter number 47.</w:t>
      </w:r>
    </w:p>
    <w:p>
      <w:pPr>
        <w:jc w:val="right"/>
      </w:pPr>
      <w:r>
        <w:t>قرآن میں ایک سورہ کا نام ہے محمد، چیپٹر نمبر 47۔</w:t>
      </w:r>
    </w:p>
    <w:p>
      <w:r>
        <w:rPr>
          <w:b/>
        </w:rPr>
        <w:t xml:space="preserve">[03:07] </w:t>
      </w:r>
      <w:r>
        <w:t>to is ki aik ayat hai:</w:t>
      </w:r>
    </w:p>
    <w:p>
      <w:pPr>
        <w:jc w:val="right"/>
      </w:pPr>
      <w:r>
        <w:t>تو اس کی ایک آیت ہے:</w:t>
      </w:r>
    </w:p>
    <w:p>
      <w:r>
        <w:rPr>
          <w:b/>
        </w:rPr>
        <w:t xml:space="preserve">[03:13] </w:t>
      </w:r>
      <w:r>
        <w:t>aam insan ke baray mein logon ka haal kya hai? to farmaya keیتمطعون ویاکلون کما یأکل الانعام</w:t>
      </w:r>
    </w:p>
    <w:p>
      <w:pPr>
        <w:jc w:val="right"/>
      </w:pPr>
      <w:r>
        <w:t>عام انسان کے بارے میں لوگوں کا حال کیا ہے؟ تو فرمایا کہیتمطعون ویاکلون کما یأکل الانعام</w:t>
      </w:r>
    </w:p>
    <w:p>
      <w:r>
        <w:rPr>
          <w:b/>
        </w:rPr>
        <w:t xml:space="preserve">[03:28] </w:t>
      </w:r>
      <w:r>
        <w:t>ke logon ka haal yeh hai ke woh dunya ki cheezon se enjoy kar rahay hain, kha pee rahay hain, lekin woh just like animal hain.</w:t>
      </w:r>
    </w:p>
    <w:p>
      <w:pPr>
        <w:jc w:val="right"/>
      </w:pPr>
      <w:r>
        <w:t>کہ لوگوں کا حال یہ ہے کہ وہ دنیا کی چیزوں سے انجوائے کر رہے ہیں، کھا پی رہے ہیں، لیکن وہ جسٹ لائک اینیمل ہیں۔</w:t>
      </w:r>
    </w:p>
    <w:p>
      <w:r>
        <w:rPr>
          <w:b/>
        </w:rPr>
        <w:t xml:space="preserve">[03:43] </w:t>
      </w:r>
      <w:r>
        <w:t>just like animal hain.</w:t>
      </w:r>
    </w:p>
    <w:p>
      <w:pPr>
        <w:jc w:val="right"/>
      </w:pPr>
      <w:r>
        <w:t>جسٹ لائک اینیمل ہیں۔</w:t>
      </w:r>
    </w:p>
    <w:p>
      <w:r>
        <w:rPr>
          <w:b/>
        </w:rPr>
        <w:t xml:space="preserve">[03:48] </w:t>
      </w:r>
      <w:r>
        <w:t>to farmaya ke aisay logon ka thikana hell hoga. bari sochne wali ayat hai yeh.</w:t>
      </w:r>
    </w:p>
    <w:p>
      <w:pPr>
        <w:jc w:val="right"/>
      </w:pPr>
      <w:r>
        <w:t>تو فرمایا کہ ایسے لوگوں کا ٹھکانہ ہیل ہوگا۔ بڑی سوچنے والی آیت ہے یہ۔</w:t>
      </w:r>
    </w:p>
    <w:p>
      <w:r>
        <w:rPr>
          <w:b/>
        </w:rPr>
        <w:t xml:space="preserve">[04:00] </w:t>
      </w:r>
      <w:r>
        <w:t>yani Khuda ne aik dunya banai jahan har taraf Khuda ke signs hain, SIGNS signs, Khuda ki nishaniyan.</w:t>
      </w:r>
    </w:p>
    <w:p>
      <w:pPr>
        <w:jc w:val="right"/>
      </w:pPr>
      <w:r>
        <w:t>یعنی خدا نے ایک دنیا بنائی جہاں ہر طرف خدا کے سائنز ہیں، ایس آئی جی این سائنز، خدا کی نشانیاں۔</w:t>
      </w:r>
    </w:p>
    <w:p>
      <w:r>
        <w:rPr>
          <w:b/>
        </w:rPr>
        <w:t xml:space="preserve">[04:15] </w:t>
      </w:r>
      <w:r>
        <w:t>har cheez mein, chahe ghaas ho ya galaxy ho ya solar system ho ya oceans hon, har cheez mein divine signs hain, Khuda ki nishaniyan hain.</w:t>
      </w:r>
    </w:p>
    <w:p>
      <w:pPr>
        <w:jc w:val="right"/>
      </w:pPr>
      <w:r>
        <w:t>ہر چیز میں، چاہے گھاس ہو یا گلیکسی ہو یا سولر سسٹم ہو یا اوشنز ہوں، ہر چیز میں ڈیوائن سائنز ہیں، خدا کی نشانیاں ہیں۔</w:t>
      </w:r>
    </w:p>
    <w:p>
      <w:r>
        <w:rPr>
          <w:b/>
        </w:rPr>
        <w:t xml:space="preserve">[04:28] </w:t>
      </w:r>
      <w:r>
        <w:t>yani is ko dekh kar agar aap apnay mind ko apply karen to aap bohat gehri meaning is se extract karen ge.</w:t>
      </w:r>
    </w:p>
    <w:p>
      <w:pPr>
        <w:jc w:val="right"/>
      </w:pPr>
      <w:r>
        <w:t>یعنی اس کو دیکھ کر اگر آپ اپنے مائنڈ کو اپلائی کریں تو آپ بہت گہری میننگ اس سے ایکسٹریکٹ کریں گے۔</w:t>
      </w:r>
    </w:p>
    <w:p>
      <w:r>
        <w:rPr>
          <w:b/>
        </w:rPr>
        <w:t xml:space="preserve">[04:39] </w:t>
      </w:r>
      <w:r>
        <w:t>lekin log yun hi jee rahay hain bas aur mar jatay hain.</w:t>
      </w:r>
    </w:p>
    <w:p>
      <w:pPr>
        <w:jc w:val="right"/>
      </w:pPr>
      <w:r>
        <w:t>لیکن لوگ یوں ہی جی رہے ہیں بس اور مر جاتے ہیں۔</w:t>
      </w:r>
    </w:p>
    <w:p>
      <w:r>
        <w:rPr>
          <w:b/>
        </w:rPr>
        <w:t xml:space="preserve">[04:49] </w:t>
      </w:r>
      <w:r>
        <w:t>to Quran mein aik aur ayat hai ke من کان فیھذی عامہ فو فی الاخرۃ عامہ yani jo is dunya mein andha raha, woh world hereafter mein bhi andha hoga.</w:t>
      </w:r>
    </w:p>
    <w:p>
      <w:pPr>
        <w:jc w:val="right"/>
      </w:pPr>
      <w:r>
        <w:t>تو قرآن میں ایک اور آیت ہے کہ من کان فیھذی عامہ فو فی الاخرۃ عامہ یعنی جو اس دنیا میں اندھا رہا، وہ ورلڈ ہیر آفٹر میں بھی اندھا ہوگا۔</w:t>
      </w:r>
    </w:p>
    <w:p>
      <w:r>
        <w:rPr>
          <w:b/>
        </w:rPr>
        <w:t xml:space="preserve">[05:07] </w:t>
      </w:r>
      <w:r>
        <w:t>yeh andha kaun hai?</w:t>
      </w:r>
    </w:p>
    <w:p>
      <w:pPr>
        <w:jc w:val="right"/>
      </w:pPr>
      <w:r>
        <w:t>یہ اندھا کون ہے؟</w:t>
      </w:r>
    </w:p>
    <w:p>
      <w:r>
        <w:rPr>
          <w:b/>
        </w:rPr>
        <w:t xml:space="preserve">[05:12] </w:t>
      </w:r>
      <w:r>
        <w:t>woh andha woh hai jo</w:t>
      </w:r>
    </w:p>
    <w:p>
      <w:pPr>
        <w:jc w:val="right"/>
      </w:pPr>
      <w:r>
        <w:t>وہ اندھا وہ ہے جو</w:t>
      </w:r>
    </w:p>
    <w:p>
      <w:r>
        <w:rPr>
          <w:b/>
        </w:rPr>
        <w:t xml:space="preserve">[05:17] </w:t>
      </w:r>
      <w:r>
        <w:t>signs ke beech mein chal phir raha ho, lekin is se woh lesson nahi le sakta ho, jaise woh animal tha jo kal mein ne dekha.</w:t>
      </w:r>
    </w:p>
    <w:p>
      <w:pPr>
        <w:jc w:val="right"/>
      </w:pPr>
      <w:r>
        <w:t>سائنز کے بیچ میں چل پھر رہا ہو، لیکن اس سے وہ لیسن نہیں لے سکتا ہو، جیسے وہ اینیمل تھا جو کل میں نے دیکھا۔</w:t>
      </w:r>
    </w:p>
    <w:p>
      <w:r>
        <w:rPr>
          <w:b/>
        </w:rPr>
        <w:t xml:space="preserve">[05:32] </w:t>
      </w:r>
      <w:r>
        <w:t>aap sochen ke wahan to har taraf kitaben bikhri hui theen, book stalls lagay hue thay, reading material phaila hua tha.</w:t>
      </w:r>
    </w:p>
    <w:p>
      <w:pPr>
        <w:jc w:val="right"/>
      </w:pPr>
      <w:r>
        <w:t>آپ سوچیں کہ وہاں تو ہر طرف کتابیں بکھری ہوئی تھیں، بک اسٹال لگے ہوئے تھے، ریڈنگ مٹیریل پھیلا ہوا تھا۔</w:t>
      </w:r>
    </w:p>
    <w:p>
      <w:r>
        <w:rPr>
          <w:b/>
        </w:rPr>
        <w:t xml:space="preserve">[05:44] </w:t>
      </w:r>
      <w:r>
        <w:t>phir wahan par sirf educated log thay jin se aap discussion kar sakein, jin se aap dialogue kar sakein, jin se aap learning kar sakein.</w:t>
      </w:r>
    </w:p>
    <w:p>
      <w:pPr>
        <w:jc w:val="right"/>
      </w:pPr>
      <w:r>
        <w:t>پھر وہاں پر صرف ایجوکیٹڈ لوگ تھے جن سے آپ ڈسکشن کر سکیں، جن سے آپ ڈائیلاگ کر سکیں، جن سے آپ لرننگ کر سکیں۔</w:t>
      </w:r>
    </w:p>
    <w:p>
      <w:r>
        <w:rPr>
          <w:b/>
        </w:rPr>
        <w:t xml:space="preserve">[05:57] </w:t>
      </w:r>
      <w:r>
        <w:t>to insaan wahan living book ke taur par thay aur printed book bhi wahan par maujood theen har taraf. to it was a city of learning.</w:t>
      </w:r>
    </w:p>
    <w:p>
      <w:pPr>
        <w:jc w:val="right"/>
      </w:pPr>
      <w:r>
        <w:t>تو انسان وہاں لیونگ بک کے طور پر تھے اور پرنٹڈ بک بھی وہاں پر موجود تھیں ہر طرف۔ تو اٹ واز ا سٹی آف لرننگ۔</w:t>
      </w:r>
    </w:p>
    <w:p>
      <w:r>
        <w:rPr>
          <w:b/>
        </w:rPr>
        <w:t xml:space="preserve">[06:10] </w:t>
      </w:r>
      <w:r>
        <w:t>aisa hi poori dunya hai aur aise hi woh tha. to jis tarah se woh animal, jis ko maine dekha ke woh daud raha hai, chal phir raha hai, lekin us ko kuch bhi pata nahi ke yahan par kya hai,</w:t>
      </w:r>
    </w:p>
    <w:p>
      <w:pPr>
        <w:jc w:val="right"/>
      </w:pPr>
      <w:r>
        <w:t>ایسا ہی پوری دنیا ہے اور ایسے ہی وہ تھا۔ تو جس طرح سے وہ اینیمل، جس کو میں نے دیکھا کہ وہ دوڑ رہا ہے، چل پھر رہا ہے، لیکن اس کو کچھ بھی پتہ نہیں کہ یہاں پر کیا ہے،</w:t>
      </w:r>
    </w:p>
    <w:p>
      <w:r>
        <w:rPr>
          <w:b/>
        </w:rPr>
        <w:t xml:space="preserve">[06:26] </w:t>
      </w:r>
      <w:r>
        <w:t>in kitabon mein kya hai, yahan par kon sa ilm hai,</w:t>
      </w:r>
    </w:p>
    <w:p>
      <w:pPr>
        <w:jc w:val="right"/>
      </w:pPr>
      <w:r>
        <w:t>ان کتابوں میں کیا ہے، یہاں پر کون سا علم ہے،</w:t>
      </w:r>
    </w:p>
    <w:p>
      <w:r>
        <w:rPr>
          <w:b/>
        </w:rPr>
        <w:t xml:space="preserve">[06:34] </w:t>
      </w:r>
      <w:r>
        <w:t>kuch bhi pata nahi. bas daud raha hai, kha pee raha hai. isi se yahi us ki zindagi hai, yahi us ki maut hai.</w:t>
      </w:r>
    </w:p>
    <w:p>
      <w:pPr>
        <w:jc w:val="right"/>
      </w:pPr>
      <w:r>
        <w:t>کچھ بھی پتہ نہیں۔ بس دوڑ رہا ہے، کھا پی رہا ہے۔ اسی سے یہی اس کی زندگی ہے، یہی اس کی موت ہے۔</w:t>
      </w:r>
    </w:p>
    <w:p>
      <w:r>
        <w:rPr>
          <w:b/>
        </w:rPr>
        <w:t xml:space="preserve">[06:46] </w:t>
      </w:r>
      <w:r>
        <w:t>to maine socha ke aaj ka insaan jo hai, just like animal jee raha hai is dunya mein.</w:t>
      </w:r>
    </w:p>
    <w:p>
      <w:pPr>
        <w:jc w:val="right"/>
      </w:pPr>
      <w:r>
        <w:t>تو میں نے سوچا کہ آج کا انسان جو ہے، جسٹ لائک اینیمل جی رہا ہے اس دنیا میں۔</w:t>
      </w:r>
    </w:p>
    <w:p>
      <w:r>
        <w:rPr>
          <w:b/>
        </w:rPr>
        <w:t xml:space="preserve">[06:59] </w:t>
      </w:r>
      <w:r>
        <w:t>aur shayad aaj hi ka insaan nahi, balkeh poori history ka insaan. wal-insanu lafi khusrin</w:t>
      </w:r>
    </w:p>
    <w:p>
      <w:pPr>
        <w:jc w:val="right"/>
      </w:pPr>
      <w:r>
        <w:t>اور شاید آج ہی کا انسان نہیں، بلکہ پوری ہسٹری کا انسان۔ ولسن الانسان لفی خسر</w:t>
      </w:r>
    </w:p>
    <w:p>
      <w:r>
        <w:rPr>
          <w:b/>
        </w:rPr>
        <w:t xml:space="preserve">[07:07] </w:t>
      </w:r>
      <w:r>
        <w:t>poori poori history guzar gayi, kuch thore se exceptions ko chhod kar. saare insaan just like animal jeete rahe is dunya mein.</w:t>
      </w:r>
    </w:p>
    <w:p>
      <w:pPr>
        <w:jc w:val="right"/>
      </w:pPr>
      <w:r>
        <w:t>پوری پوری ہسٹری گزر گئی، کچھ تھوڑے سے ایکسیپشنز کو چھوڑ کر۔ سارے انسان جسٹ لائک اینیمل جیتے رہے اس دنیا میں۔</w:t>
      </w:r>
    </w:p>
    <w:p>
      <w:r>
        <w:rPr>
          <w:b/>
        </w:rPr>
        <w:t xml:space="preserve">[07:21] </w:t>
      </w:r>
      <w:r>
        <w:t>halankeh har taraf nishaniyan theen, har taraf signs thay, har taraf lessons thay, har taraf spiritual food tha.</w:t>
      </w:r>
    </w:p>
    <w:p>
      <w:pPr>
        <w:jc w:val="right"/>
      </w:pPr>
      <w:r>
        <w:t>حالانکہ ہر طرف نشانیاں تھیں، ہر طرف سائنس تھے، ہر طرف لیسنز تھے، ہر طرف اسپیریچول فوڈ تھا۔</w:t>
      </w:r>
    </w:p>
    <w:p>
      <w:r>
        <w:rPr>
          <w:b/>
        </w:rPr>
        <w:t xml:space="preserve">[07:32] </w:t>
      </w:r>
      <w:r>
        <w:t>dekhein, aur agar aap bohat pehle ki tareekh dekhein, history mein peechay chale jayein, peechay to peechay kya tha?</w:t>
      </w:r>
    </w:p>
    <w:p>
      <w:pPr>
        <w:jc w:val="right"/>
      </w:pPr>
      <w:r>
        <w:t>دیکھیں، اور اگر آپ بہت پہلے کی تاریخ دیکھیں، ہسٹری میں پیچھے چلے جائیں، پیچھے تو پیچھے کیا تھا؟</w:t>
      </w:r>
    </w:p>
    <w:p>
      <w:r>
        <w:rPr>
          <w:b/>
        </w:rPr>
        <w:t xml:space="preserve">[07:44] </w:t>
      </w:r>
      <w:r>
        <w:t>koi suraj ko pooj raha hai, koi chand ko pooj raha hai, koi stars ko pooj raha hai, koi ocean ko pooj raha hai, koi mountain ko pooj raha hai.</w:t>
      </w:r>
    </w:p>
    <w:p>
      <w:pPr>
        <w:jc w:val="right"/>
      </w:pPr>
      <w:r>
        <w:t>کوئی سورج کو پوج رہا ہے، کوئی چاند کو پوج رہا ہے، کوئی سٹارز کو پوج رہا ہے، کوئی اوشن کو پوج رہا ہے، کوئی ماؤنٹین کو پوج رہا ہے۔</w:t>
      </w:r>
    </w:p>
    <w:p>
      <w:r>
        <w:rPr>
          <w:b/>
        </w:rPr>
        <w:t xml:space="preserve">[07:55] </w:t>
      </w:r>
      <w:r>
        <w:t>to historians is ko kehte hain nature worship.</w:t>
      </w:r>
    </w:p>
    <w:p>
      <w:pPr>
        <w:jc w:val="right"/>
      </w:pPr>
      <w:r>
        <w:t>تو ہسٹورینز اس کو کہتے ہیں نیچر ورشپ۔</w:t>
      </w:r>
    </w:p>
    <w:p>
      <w:r>
        <w:rPr>
          <w:b/>
        </w:rPr>
        <w:t xml:space="preserve">[08:00] </w:t>
      </w:r>
      <w:r>
        <w:t>to shuru ka zamana jo hai, aap dekhein to hazaron saal har taraf nature worship thi. yeh kya hai?</w:t>
      </w:r>
    </w:p>
    <w:p>
      <w:pPr>
        <w:jc w:val="right"/>
      </w:pPr>
      <w:r>
        <w:t>تو شروع کا زمانہ جو ہے، آپ دیکھیں تو ہزاروں سال ہر طرف نیچر ورشپ تھی۔ یہ کیا ہے؟</w:t>
      </w:r>
    </w:p>
    <w:p>
      <w:r>
        <w:rPr>
          <w:b/>
        </w:rPr>
        <w:t xml:space="preserve">[08:09] </w:t>
      </w:r>
      <w:r>
        <w:t>yeh bhi andha pan tha. saare log</w:t>
      </w:r>
    </w:p>
    <w:p>
      <w:pPr>
        <w:jc w:val="right"/>
      </w:pPr>
      <w:r>
        <w:t>یہ بھی اندھا پن تھا۔ سارے لوگ</w:t>
      </w:r>
    </w:p>
    <w:p>
      <w:r>
        <w:rPr>
          <w:b/>
        </w:rPr>
        <w:t xml:space="preserve">[08:15] </w:t>
      </w:r>
      <w:r>
        <w:t>quran mein hai ke rabbana atina fil-dunya hasanatan wa fil-akhirati hasanatan wa qina azabannar ke yeh natural phenomena jo hai, is ne logon ko itna zyada behka rakha hai, isi mein gum hain log.</w:t>
      </w:r>
    </w:p>
    <w:p>
      <w:pPr>
        <w:jc w:val="right"/>
      </w:pPr>
      <w:r>
        <w:t>قرآن میں ہے کہ رب انھن اذلن کثیرا کہ یہ نیچرل فیناومینا جو ہے، اس نے لوگوں کو اتنا زیادہ بہکا رکھا ہے، اسی میں گم ہیں لوگ۔</w:t>
      </w:r>
    </w:p>
    <w:p>
      <w:r>
        <w:rPr>
          <w:b/>
        </w:rPr>
        <w:t xml:space="preserve">[08:27] </w:t>
      </w:r>
      <w:r>
        <w:t>yani log creature mein gum hain aur creator ki unhein khabar nahi. logon ne makhlooq ko apna khuda bana liya aur khaliq ka unhein pata nahi.</w:t>
      </w:r>
    </w:p>
    <w:p>
      <w:pPr>
        <w:jc w:val="right"/>
      </w:pPr>
      <w:r>
        <w:t>یعنی لوگ کریچر میں گم ہیں اور کریٹر کی انہیں خبر نہیں۔ لوگوں نے مخلوق کو اپنا خدا بنا لیا اور خالق کا انہیں پتہ نہیں۔</w:t>
      </w:r>
    </w:p>
    <w:p>
      <w:r>
        <w:rPr>
          <w:b/>
        </w:rPr>
        <w:t xml:space="preserve">[08:42] </w:t>
      </w:r>
      <w:r>
        <w:t>rabbana atina fil-dunya hasanatan wa fil-akhirati hasanatan wa qina azabannar hazaron saal beet gaye aur insaan isi andhe pan mein pada raha.</w:t>
      </w:r>
    </w:p>
    <w:p>
      <w:pPr>
        <w:jc w:val="right"/>
      </w:pPr>
      <w:r>
        <w:t>رب انھن اذلن کثیرا ہزاروں سال بیت گئے اور انسان اسی اندھے پن میں پڑا رہا۔</w:t>
      </w:r>
    </w:p>
    <w:p>
      <w:r>
        <w:rPr>
          <w:b/>
        </w:rPr>
        <w:t xml:space="preserve">[08:55] </w:t>
      </w:r>
      <w:r>
        <w:t>us ko history mein kehte hain nature worship ka age.</w:t>
      </w:r>
    </w:p>
    <w:p>
      <w:pPr>
        <w:jc w:val="right"/>
      </w:pPr>
      <w:r>
        <w:t>اس کو ہسٹری میں کہتے ہیں نیچر ورشپ کا ایج۔</w:t>
      </w:r>
    </w:p>
    <w:p>
      <w:r>
        <w:rPr>
          <w:b/>
        </w:rPr>
        <w:t xml:space="preserve">[09:02] </w:t>
      </w:r>
      <w:r>
        <w:t>kaisi ajeeb thi insaan ki. insaan ke paas Khuda ne aqal di thi, aankh di thi, samajh di thi. lekin is samajh ko us ne apply nahi kiya.</w:t>
      </w:r>
    </w:p>
    <w:p>
      <w:pPr>
        <w:jc w:val="right"/>
      </w:pPr>
      <w:r>
        <w:t>کیسی عجیب تھی انسان کی۔ انسان کے پاس خدا نے عقل دی تھی، آنکھ دی تھی، سمجھ دی تھی۔ لیکن اس سمجھ کو اس نے اپلائی نہیں کیا۔</w:t>
      </w:r>
    </w:p>
    <w:p>
      <w:r>
        <w:rPr>
          <w:b/>
        </w:rPr>
        <w:t xml:space="preserve">[09:18] </w:t>
      </w:r>
      <w:r>
        <w:t>apply nahi kiya.</w:t>
      </w:r>
    </w:p>
    <w:p>
      <w:pPr>
        <w:jc w:val="right"/>
      </w:pPr>
      <w:r>
        <w:t>اپلائی نہیں کیا۔</w:t>
      </w:r>
    </w:p>
    <w:p>
      <w:r>
        <w:rPr>
          <w:b/>
        </w:rPr>
        <w:t xml:space="preserve">[09:21] </w:t>
      </w:r>
      <w:r>
        <w:t>appearance ko dekh kar woh rai banata raha.</w:t>
      </w:r>
    </w:p>
    <w:p>
      <w:pPr>
        <w:jc w:val="right"/>
      </w:pPr>
      <w:r>
        <w:t>اپیئرنس کو دیکھ کر وہ رائے بناتا رہا۔</w:t>
      </w:r>
    </w:p>
    <w:p>
      <w:r>
        <w:rPr>
          <w:b/>
        </w:rPr>
        <w:t xml:space="preserve">[09:27] </w:t>
      </w:r>
      <w:r>
        <w:t>ek martaba main Yemen gaya to Yemen mein desert hai, jahan suraj ka mandir bana hua hai, abhi bhi temple.</w:t>
      </w:r>
    </w:p>
    <w:p>
      <w:pPr>
        <w:jc w:val="right"/>
      </w:pPr>
      <w:r>
        <w:t>ایک مرتبہ میںیمن گیا تویمن میں ڈیزرٹ ہے، جہاں سورج کا مندر بنا ہوا ہے، ابھی بھی ٹیمپل۔</w:t>
      </w:r>
    </w:p>
    <w:p>
      <w:r>
        <w:rPr>
          <w:b/>
        </w:rPr>
        <w:t xml:space="preserve">[09:38] </w:t>
      </w:r>
      <w:r>
        <w:t>to desert mein jab khara hua main, aur suraj nikla hua tha.</w:t>
      </w:r>
    </w:p>
    <w:p>
      <w:pPr>
        <w:jc w:val="right"/>
      </w:pPr>
      <w:r>
        <w:t>تو ڈیزرٹ میں جب کھڑا ہوا میں، اور سورج نکلا ہوا تھا۔</w:t>
      </w:r>
    </w:p>
    <w:p>
      <w:r>
        <w:rPr>
          <w:b/>
        </w:rPr>
        <w:t xml:space="preserve">[09:45] </w:t>
      </w:r>
      <w:r>
        <w:t>yeh</w:t>
      </w:r>
    </w:p>
    <w:p>
      <w:pPr>
        <w:jc w:val="right"/>
      </w:pPr>
      <w:r>
        <w:t>یہ</w:t>
      </w:r>
    </w:p>
    <w:p>
      <w:r>
        <w:rPr>
          <w:b/>
        </w:rPr>
        <w:t xml:space="preserve">[09:46] </w:t>
      </w:r>
      <w:r>
        <w:t>haan dilli mein aap samajh nahi sakte ke suraj ka scene desert mein kaisa hota hai. yeh nahi samajh sakte aap.</w:t>
      </w:r>
    </w:p>
    <w:p>
      <w:pPr>
        <w:jc w:val="right"/>
      </w:pPr>
      <w:r>
        <w:t>اں دلی میں آپ سمجھ نہیں سکتے کہ سورج کا سین ڈیزرٹ میں کیسا ہوتا ہے۔ یہ نہیں سمجھ سکتے آپ۔</w:t>
      </w:r>
    </w:p>
    <w:p>
      <w:r>
        <w:rPr>
          <w:b/>
        </w:rPr>
        <w:t xml:space="preserve">[09:58] </w:t>
      </w:r>
      <w:r>
        <w:t>desert mein suraj ajeeb tareeqe se chamakta hai. bohat hi ajeeb chamak hoti hai is ki. bilkul yani treble, aik treble chamak hoti hai is ki.</w:t>
      </w:r>
    </w:p>
    <w:p>
      <w:pPr>
        <w:jc w:val="right"/>
      </w:pPr>
      <w:r>
        <w:t>ڈیزرٹ میں سورج عجیب طریقے سے چمکتا ہے۔ بہت ہی عجیب چمک ہوتی ہے اس کی۔ بالکل یعنی ٹریبل، ایک ٹریبل چمک ہوتی ہے اس کی۔</w:t>
      </w:r>
    </w:p>
    <w:p>
      <w:r>
        <w:rPr>
          <w:b/>
        </w:rPr>
        <w:t xml:space="preserve">[10:11] </w:t>
      </w:r>
      <w:r>
        <w:t>to suraj ki pooja jo hai, desert area se shuru hui.</w:t>
      </w:r>
    </w:p>
    <w:p>
      <w:pPr>
        <w:jc w:val="right"/>
      </w:pPr>
      <w:r>
        <w:t>تو سورج کی پوجا جو ہے، ڈیزرٹ ایریا سے شروع ہوئی۔</w:t>
      </w:r>
    </w:p>
    <w:p>
      <w:r>
        <w:rPr>
          <w:b/>
        </w:rPr>
        <w:t xml:space="preserve">[10:17] </w:t>
      </w:r>
      <w:r>
        <w:t>desert mein jab khara ho kar dekha insan ne suraj ko to ajeeb dhang se woh chamak raha tha.</w:t>
      </w:r>
    </w:p>
    <w:p>
      <w:pPr>
        <w:jc w:val="right"/>
      </w:pPr>
      <w:r>
        <w:t>ڈیزرٹ میں جب کھڑا ہو کر دیکھا انسان نے سورج کو تو عجیبढنگ سے وہ چمک رہا تھا۔</w:t>
      </w:r>
    </w:p>
    <w:p>
      <w:r>
        <w:rPr>
          <w:b/>
        </w:rPr>
        <w:t xml:space="preserve">[10:26] </w:t>
      </w:r>
      <w:r>
        <w:t>to is ne samajh liya ke yahi khuda hai.</w:t>
      </w:r>
    </w:p>
    <w:p>
      <w:pPr>
        <w:jc w:val="right"/>
      </w:pPr>
      <w:r>
        <w:t>تو اس نے سمجھ لیا کہ یہی خدا ہے۔</w:t>
      </w:r>
    </w:p>
    <w:p>
      <w:r>
        <w:rPr>
          <w:b/>
        </w:rPr>
        <w:t xml:space="preserve">[10:30] </w:t>
      </w:r>
      <w:r>
        <w:t>aisi chand, aisi stars, aisi ocean, aisi mountain, aisi har cheez. to logon ne creature ko dekha, creator ko nahi dekha.</w:t>
      </w:r>
    </w:p>
    <w:p>
      <w:pPr>
        <w:jc w:val="right"/>
      </w:pPr>
      <w:r>
        <w:t>ایسی چاند، ایسی سٹارز، ایسی اوشن، ایسی ماؤنٹین، ایسی ہر چیز۔ تو لوگوں نے کریچر کو دیکھا، کریٹر کو نہیں دیکھا۔</w:t>
      </w:r>
    </w:p>
    <w:p>
      <w:r>
        <w:rPr>
          <w:b/>
        </w:rPr>
        <w:t xml:space="preserve">[10:43] </w:t>
      </w:r>
      <w:r>
        <w:t>yahi hai andha pan.</w:t>
      </w:r>
    </w:p>
    <w:p>
      <w:pPr>
        <w:jc w:val="right"/>
      </w:pPr>
      <w:r>
        <w:t>یہی ہے اندھا پن۔</w:t>
      </w:r>
    </w:p>
    <w:p>
      <w:r>
        <w:rPr>
          <w:b/>
        </w:rPr>
        <w:t xml:space="preserve">[10:46] </w:t>
      </w:r>
      <w:r>
        <w:t>jaise woh animal ghoom raha hai exhibition mein, book fair mein. lekin use learning nahi dikhai de rahi hai, bas woh space dikhai de rahi hai jis mein woh daud raha hai.</w:t>
      </w:r>
    </w:p>
    <w:p>
      <w:pPr>
        <w:jc w:val="right"/>
      </w:pPr>
      <w:r>
        <w:t>جیسے وہ اینیمل گھوم رہا ہے ایگزیبیشن میں، بک فیئر میں۔ لیکن اسے لرننگ نہیں دکھائی دے رہی ہے، بس وہ اسپیس دکھائی دے رہی ہے جس میں وہ دوڑ رہا ہے۔</w:t>
      </w:r>
    </w:p>
    <w:p>
      <w:r>
        <w:rPr>
          <w:b/>
        </w:rPr>
        <w:t xml:space="preserve">[10:58] </w:t>
      </w:r>
      <w:r>
        <w:t>kahin kuch khane ki cheez mil gayi to woh kha raha hai.</w:t>
      </w:r>
    </w:p>
    <w:p>
      <w:pPr>
        <w:jc w:val="right"/>
      </w:pPr>
      <w:r>
        <w:t>کہیں کچھ کھانے کی چیز مل گئی تو وہ کھا رہا ہے۔</w:t>
      </w:r>
    </w:p>
    <w:p>
      <w:r>
        <w:rPr>
          <w:b/>
        </w:rPr>
        <w:t xml:space="preserve">[11:04] </w:t>
      </w:r>
      <w:r>
        <w:t>to aik bohat bara</w:t>
      </w:r>
    </w:p>
    <w:p>
      <w:pPr>
        <w:jc w:val="right"/>
      </w:pPr>
      <w:r>
        <w:t>تو ایک بہت بڑا</w:t>
      </w:r>
    </w:p>
    <w:p>
      <w:r>
        <w:rPr>
          <w:b/>
        </w:rPr>
        <w:t xml:space="preserve">[11:09] </w:t>
      </w:r>
      <w:r>
        <w:t>zamana guzra hai jab insan nature worship mein para hua tha.</w:t>
      </w:r>
    </w:p>
    <w:p>
      <w:pPr>
        <w:jc w:val="right"/>
      </w:pPr>
      <w:r>
        <w:t>زمانہ گزرا ہے جب انسان نیچر ورشپ میں پڑا ہوا تھا۔</w:t>
      </w:r>
    </w:p>
    <w:p>
      <w:r>
        <w:rPr>
          <w:b/>
        </w:rPr>
        <w:t xml:space="preserve">[11:16] </w:t>
      </w:r>
      <w:r>
        <w:t>yani andha pan. phir zamana aata hai philosophy ka. philosophy bhi andha pan hi ka zamana tha.</w:t>
      </w:r>
    </w:p>
    <w:p>
      <w:pPr>
        <w:jc w:val="right"/>
      </w:pPr>
      <w:r>
        <w:t>یعنی اندھا پن۔ پھر زمانہ آتا ہے فلاسفی کا۔ فلاسفی بھی اندھا پن ہی کا زمانہ تھا۔</w:t>
      </w:r>
    </w:p>
    <w:p>
      <w:r>
        <w:rPr>
          <w:b/>
        </w:rPr>
        <w:t xml:space="preserve">[11:27] </w:t>
      </w:r>
      <w:r>
        <w:t>kyun? philosophers jo thay, bohat bare mind thay, lekin aik bohat bari bhool mein paray rahay woh. philosophy kya hai?</w:t>
      </w:r>
    </w:p>
    <w:p>
      <w:pPr>
        <w:jc w:val="right"/>
      </w:pPr>
      <w:r>
        <w:t>کیوں؟ فلاسفرز جو تھے، بڑے بڑے مائنڈ تھے، لیکن ایک بہت بڑی بھول میں پڑے رہے وہ۔ فلاسفی کیا ہے؟</w:t>
      </w:r>
    </w:p>
    <w:p>
      <w:r>
        <w:rPr>
          <w:b/>
        </w:rPr>
        <w:t xml:space="preserve">[11:37] </w:t>
      </w:r>
      <w:r>
        <w:t>philosophy naam hai speculative knowledge ka, speculations ka.</w:t>
      </w:r>
    </w:p>
    <w:p>
      <w:pPr>
        <w:jc w:val="right"/>
      </w:pPr>
      <w:r>
        <w:t>فلاسفی نام ہے اسپیکولیٹیو نالج کا، اسپیکولیشنز کا۔</w:t>
      </w:r>
    </w:p>
    <w:p>
      <w:r>
        <w:rPr>
          <w:b/>
        </w:rPr>
        <w:t xml:space="preserve">[11:44] </w:t>
      </w:r>
      <w:r>
        <w:t>sari philosophy base karti hai speculation par. isi liye is ko speculative science kehte hain. yani bataya ke insan ki jo mind hai,</w:t>
      </w:r>
    </w:p>
    <w:p>
      <w:pPr>
        <w:jc w:val="right"/>
      </w:pPr>
      <w:r>
        <w:t>ساری فلاسفی بیس کرتی ہے اسپیکولیشن پر۔ اسی لیے اس کو اسپیکولیٹیو سائنس کہتے ہیں۔ یعنی بتایا کہ انسان کی جو مائنڈ ہے،</w:t>
      </w:r>
    </w:p>
    <w:p>
      <w:r>
        <w:rPr>
          <w:b/>
        </w:rPr>
        <w:t xml:space="preserve">[11:59] </w:t>
      </w:r>
      <w:r>
        <w:t>is se aap sab kuch jaan sakte hain. insan ki limitations ko nahi jana. sirf aik philosopher tha Greece, Greece mein, Yunan mein.</w:t>
      </w:r>
    </w:p>
    <w:p>
      <w:pPr>
        <w:jc w:val="right"/>
      </w:pPr>
      <w:r>
        <w:t>اس سے آپ سب کچھ جان سکتے ہیں۔ انسان کی لیمیٹیشنز کو نہیں جانا۔ صرف ایک فلاسفر تھا گریس، گریس میں، یونان میں۔</w:t>
      </w:r>
    </w:p>
    <w:p>
      <w:r>
        <w:rPr>
          <w:b/>
        </w:rPr>
        <w:t xml:space="preserve">[12:11] </w:t>
      </w:r>
      <w:r>
        <w:t>mein samajhta hoon ke wohi aik honest aadmi tha shayad.</w:t>
      </w:r>
    </w:p>
    <w:p>
      <w:pPr>
        <w:jc w:val="right"/>
      </w:pPr>
      <w:r>
        <w:t>میں سمجھتا ہوں کہ وہی ایک آنسٹ آدمی تھا شاید۔</w:t>
      </w:r>
    </w:p>
    <w:p>
      <w:r>
        <w:rPr>
          <w:b/>
        </w:rPr>
        <w:t xml:space="preserve">[12:15] </w:t>
      </w:r>
      <w:r>
        <w:t>sare philosophers is mein jeetay rahay ke woh reality ko discover kar sakte hain. woh sachai ko jaan sakte hain apni aql se.</w:t>
      </w:r>
    </w:p>
    <w:p>
      <w:pPr>
        <w:jc w:val="right"/>
      </w:pPr>
      <w:r>
        <w:t>سارے فلاسفرز اس میں جیتے رہے کہ وہ ریلیٹی کو ڈسکور کر سکتے ہیں۔ وہ سچائی کو جان سکتے ہیں اپنی عقل سے۔</w:t>
      </w:r>
    </w:p>
    <w:p>
      <w:r>
        <w:rPr>
          <w:b/>
        </w:rPr>
        <w:t xml:space="preserve">[12:27] </w:t>
      </w:r>
      <w:r>
        <w:t>to woh aadmi jo tha, woh aik peR par charh gaya. peR par baitha hua tha oper. to kisi ne poocha ke tum kon ho?</w:t>
      </w:r>
    </w:p>
    <w:p>
      <w:pPr>
        <w:jc w:val="right"/>
      </w:pPr>
      <w:r>
        <w:t>تو وہ آدمی جو تھا، وہ ایک پیڑ پر چڑھ گیا۔ پیڑ پر بیٹھا ہوا تھا اوپر۔ تو کسی نے پوچھا کہ تم کون ہو؟</w:t>
      </w:r>
    </w:p>
    <w:p>
      <w:r>
        <w:rPr>
          <w:b/>
        </w:rPr>
        <w:t xml:space="preserve">[12:39] </w:t>
      </w:r>
      <w:r>
        <w:t>ke tum kon ho jo oper peR par baithe ho?</w:t>
      </w:r>
    </w:p>
    <w:p>
      <w:pPr>
        <w:jc w:val="right"/>
      </w:pPr>
      <w:r>
        <w:t>کہ تم کون ہو جو اوپر پیڑ پر بیٹھے ہو؟</w:t>
      </w:r>
    </w:p>
    <w:p>
      <w:r>
        <w:rPr>
          <w:b/>
        </w:rPr>
        <w:t xml:space="preserve">[12:43] </w:t>
      </w:r>
      <w:r>
        <w:t>us ne kaha yahi to nahi maloom. agar mein janta to mein bhi tumhari tarah zameen par chalta phirta.</w:t>
      </w:r>
    </w:p>
    <w:p>
      <w:pPr>
        <w:jc w:val="right"/>
      </w:pPr>
      <w:r>
        <w:t>اس نے کہا یہی تو نہیں معلوم۔ اگر میں جانتا تو میں بھی تمہاری طرح زمین پر چلتا پھرتا۔</w:t>
      </w:r>
    </w:p>
    <w:p>
      <w:r>
        <w:rPr>
          <w:b/>
        </w:rPr>
        <w:t xml:space="preserve">[12:52] </w:t>
      </w:r>
      <w:r>
        <w:t>yahi nahi maloom ke mein kon hoon. is liye mein peR par charh gaya hoon. agar mein janta ke mein kon hoon to mein bhi tumhari tarah zameen par chalta phirta.</w:t>
      </w:r>
    </w:p>
    <w:p>
      <w:pPr>
        <w:jc w:val="right"/>
      </w:pPr>
      <w:r>
        <w:t>یہی نہیں معلوم کہ میں کون ہوں۔ اس لیے میں پیڑ پر چڑھ گیا ہوں۔ اگر میں جانتا کہ میں کون ہوں تو میں بھی تمہاری طرح زمین پر چلتا پھرتا۔</w:t>
      </w:r>
    </w:p>
    <w:p>
      <w:r>
        <w:rPr>
          <w:b/>
        </w:rPr>
        <w:t xml:space="preserve">[13:05] </w:t>
      </w:r>
      <w:r>
        <w:t>to woh aadmi kam az kam honest tha.</w:t>
      </w:r>
    </w:p>
    <w:p>
      <w:pPr>
        <w:jc w:val="right"/>
      </w:pPr>
      <w:r>
        <w:t>تو وہ آدمی کم از کم آنسٹ تھا۔</w:t>
      </w:r>
    </w:p>
    <w:p>
      <w:r>
        <w:rPr>
          <w:b/>
        </w:rPr>
        <w:t xml:space="preserve">[13:09] </w:t>
      </w:r>
      <w:r>
        <w:t>honest tha woh. doosray philosophers jo thay, un mein yeh quality bhi nahi thi.</w:t>
      </w:r>
    </w:p>
    <w:p>
      <w:pPr>
        <w:jc w:val="right"/>
      </w:pPr>
      <w:r>
        <w:t>آنسٹ تھا وہ۔ دوسرے فلاسفر جو تھے، ان میں یہ کوالٹی بھی نہیں تھی۔</w:t>
      </w:r>
    </w:p>
    <w:p>
      <w:r>
        <w:rPr>
          <w:b/>
        </w:rPr>
        <w:t xml:space="preserve">[13:19] </w:t>
      </w:r>
      <w:r>
        <w:t>to bahar haal dobara aik bohat lamba period guzra philosophy ka. jabkay log speculation mein jeetay rahay.</w:t>
      </w:r>
    </w:p>
    <w:p>
      <w:pPr>
        <w:jc w:val="right"/>
      </w:pPr>
      <w:r>
        <w:t>تو بہرحال دوبارہ ایک بہت لمبا پیریڈ گزرا فلاسفی کا۔ جبکہ لوگ اسپیکولیشن میں جیتے رہے۔</w:t>
      </w:r>
    </w:p>
    <w:p>
      <w:r>
        <w:rPr>
          <w:b/>
        </w:rPr>
        <w:t xml:space="preserve">[13:31] </w:t>
      </w:r>
      <w:r>
        <w:t>guess work karte rahay.</w:t>
      </w:r>
    </w:p>
    <w:p>
      <w:pPr>
        <w:jc w:val="right"/>
      </w:pPr>
      <w:r>
        <w:t>گیس ورک کرتے رہے۔</w:t>
      </w:r>
    </w:p>
    <w:p>
      <w:r>
        <w:rPr>
          <w:b/>
        </w:rPr>
        <w:t xml:space="preserve">[13:36] </w:t>
      </w:r>
      <w:r>
        <w:t>phir is ke baad zamana aata hai, woh bhi mein andha pan samajhta hoon is ko.</w:t>
      </w:r>
    </w:p>
    <w:p>
      <w:pPr>
        <w:jc w:val="right"/>
      </w:pPr>
      <w:r>
        <w:t>پھر اس کے بعد زمانہ آتا ہے، وہ بھی میں اندھا پن سمجھتا ہوں اس کو۔</w:t>
      </w:r>
    </w:p>
    <w:p>
      <w:r>
        <w:rPr>
          <w:b/>
        </w:rPr>
        <w:t xml:space="preserve">[13:43] </w:t>
      </w:r>
      <w:r>
        <w:t>phir zamana aata hai spirituality ka, mysticism ka. jis mein bhi baray baray log involve hue hain.</w:t>
      </w:r>
    </w:p>
    <w:p>
      <w:pPr>
        <w:jc w:val="right"/>
      </w:pPr>
      <w:r>
        <w:t>پھر زمانہ آتا ہے اسپیریچولیٹی کا، مسٹیسزم کا۔ جس میں بھی بڑے بڑے لوگ انوالو ہوئے ہیں۔</w:t>
      </w:r>
    </w:p>
    <w:p>
      <w:r>
        <w:rPr>
          <w:b/>
        </w:rPr>
        <w:t xml:space="preserve">[13:53] </w:t>
      </w:r>
      <w:r>
        <w:t>unhon ne samajh liya ke insaan ke andar hi sab kuch hai.</w:t>
      </w:r>
    </w:p>
    <w:p>
      <w:pPr>
        <w:jc w:val="right"/>
      </w:pPr>
      <w:r>
        <w:t>انہوں نے سمجھ لیا کہ انسان کے اندر ہی سب کچھ ہے۔</w:t>
      </w:r>
    </w:p>
    <w:p>
      <w:r>
        <w:rPr>
          <w:b/>
        </w:rPr>
        <w:t xml:space="preserve">[13:58] </w:t>
      </w:r>
      <w:r>
        <w:t>indwelling truth. yeh saaray jo mystic thay, saaray spiritual log thay, woh yeh mante rahe ke indwelling truth, truth hamare andar hi hai.</w:t>
      </w:r>
    </w:p>
    <w:p>
      <w:pPr>
        <w:jc w:val="right"/>
      </w:pPr>
      <w:r>
        <w:t>ان ڈوئلنگ ٹروتھ۔ یہ سارے جو مسٹک تھے، سارے اسپیریچول لوگ تھے، وہ یہ مانتے رہے کہ ان ڈوئلنگ ٹروتھ، ٹروتھ ہمارے اندر ہی ہے۔</w:t>
      </w:r>
    </w:p>
    <w:p>
      <w:r>
        <w:rPr>
          <w:b/>
        </w:rPr>
        <w:t xml:space="preserve">[14:13] </w:t>
      </w:r>
      <w:r>
        <w:t>apne andar se nikalo.</w:t>
      </w:r>
    </w:p>
    <w:p>
      <w:pPr>
        <w:jc w:val="right"/>
      </w:pPr>
      <w:r>
        <w:t>اپنے اندر سے نکالو۔</w:t>
      </w:r>
    </w:p>
    <w:p>
      <w:r>
        <w:rPr>
          <w:b/>
        </w:rPr>
        <w:t xml:space="preserve">[14:18] </w:t>
      </w:r>
      <w:r>
        <w:t>aur woh kahan pahunche? ecstasy tak pahunche, bas. is se aage kuch bhi nahin.</w:t>
      </w:r>
    </w:p>
    <w:p>
      <w:pPr>
        <w:jc w:val="right"/>
      </w:pPr>
      <w:r>
        <w:t>اور وہ کہاں پہنچے؟ ایکسٹسی تک پہنچے، بس۔ اس سے آگے کچھ بھی نہیں۔</w:t>
      </w:r>
    </w:p>
    <w:p>
      <w:r>
        <w:rPr>
          <w:b/>
        </w:rPr>
        <w:t xml:space="preserve">[14:24] </w:t>
      </w:r>
      <w:r>
        <w:t>unhein sochna chahiye tha ke ecstasy koi bari cheez ho sakti hai? woh reality ho sakti hai? woh to anesthesia hai, bekhabri hai.</w:t>
      </w:r>
    </w:p>
    <w:p>
      <w:pPr>
        <w:jc w:val="right"/>
      </w:pPr>
      <w:r>
        <w:t>انہیں سوچنا چاہیے تھا کہ ایکسٹسی کوئی بڑی چیز ہو سکتی ہے؟ وہ ریلیٹی ہو سکتی ہے؟ وہ تو انیسٹھیسیا ہے، بے خبری ہے۔</w:t>
      </w:r>
    </w:p>
    <w:p>
      <w:r>
        <w:rPr>
          <w:b/>
        </w:rPr>
        <w:t xml:space="preserve">[14:37] </w:t>
      </w:r>
      <w:r>
        <w:t>to yeh bhi andha pan tha. yeh bhi andha pan tha ke indwelling truth par log yaqeen karte rahe. halankeh wahan kuch bhi nahin tha siwaye ecstasy ke.</w:t>
      </w:r>
    </w:p>
    <w:p>
      <w:pPr>
        <w:jc w:val="right"/>
      </w:pPr>
      <w:r>
        <w:t>تو یہ بھی اندھا پن تھا۔ یہ بھی اندھا پن تھا کہ ان ڈوئلنگ ٹروتھ پر لوگ یقین کرتے رہے۔ حالانکہ وہاں کچھ بھی نہیں تھا سوائے ایکسٹسی کے۔</w:t>
      </w:r>
    </w:p>
    <w:p>
      <w:r>
        <w:rPr>
          <w:b/>
        </w:rPr>
        <w:t xml:space="preserve">[14:50] </w:t>
      </w:r>
      <w:r>
        <w:t>there was nothing but ecstasy.</w:t>
      </w:r>
    </w:p>
    <w:p>
      <w:pPr>
        <w:jc w:val="right"/>
      </w:pPr>
      <w:r>
        <w:t>دیر واز نتھنگ بٹ ایکسٹسی۔</w:t>
      </w:r>
    </w:p>
    <w:p>
      <w:r>
        <w:rPr>
          <w:b/>
        </w:rPr>
        <w:t xml:space="preserve">[14:56] </w:t>
      </w:r>
      <w:r>
        <w:t>woh bhi andhe pan ka aik daur tha jo guzar gaya. phir science ka zamana aata hai.</w:t>
      </w:r>
    </w:p>
    <w:p>
      <w:pPr>
        <w:jc w:val="right"/>
      </w:pPr>
      <w:r>
        <w:t>وہ بھی اندھے پن کا ایک دور تھا جو گزر گیا۔ پھر سائنس کا زمانہ آتا ہے۔</w:t>
      </w:r>
    </w:p>
    <w:p>
      <w:r>
        <w:rPr>
          <w:b/>
        </w:rPr>
        <w:t xml:space="preserve">[15:07] </w:t>
      </w:r>
      <w:r>
        <w:t>science ka zamana relatively better tha.</w:t>
      </w:r>
    </w:p>
    <w:p>
      <w:pPr>
        <w:jc w:val="right"/>
      </w:pPr>
      <w:r>
        <w:t>سائنس کا زمانہ ریلیٹولی بیٹر تھا۔</w:t>
      </w:r>
    </w:p>
    <w:p>
      <w:r>
        <w:rPr>
          <w:b/>
        </w:rPr>
        <w:t xml:space="preserve">[15:13] </w:t>
      </w:r>
      <w:r>
        <w:t>ke unhon ne cheezon ke quality ko alag kar diya. aur yaani qualitative aspect ko alag kar diya. quantitative aspect ko liya unhon ne apni research ke liye.</w:t>
      </w:r>
    </w:p>
    <w:p>
      <w:pPr>
        <w:jc w:val="right"/>
      </w:pPr>
      <w:r>
        <w:t>کہ انہوں نے چیزوں کے کوالٹی کو الگ کر دیا۔ اور یعنی کوالیٹیٹیو آسپیکٹ کو الگ کر دیا۔ کوانٹیٹیٹیو آسپیکٹ کو لیا انہوں نے اپنی ریسرچ کے لیے۔</w:t>
      </w:r>
    </w:p>
    <w:p>
      <w:r>
        <w:rPr>
          <w:b/>
        </w:rPr>
        <w:t xml:space="preserve">[15:26] </w:t>
      </w:r>
      <w:r>
        <w:t>science mein pehli baar yeh hua. is se pehle nahin hua tha science, kabhi bhi insaan ki history mein. ke science ne cheezon ke qualitative aspect ko alag kar diya.</w:t>
      </w:r>
    </w:p>
    <w:p>
      <w:pPr>
        <w:jc w:val="right"/>
      </w:pPr>
      <w:r>
        <w:t>سائنس میں پہلی بار یہ ہوا۔ اس سے پہلے نہیں ہوا تھا سائنس، کبھی بھی انسان کی ہسٹری میں۔ کہ سائنس نے چیزوں کے کوالیٹیٹیو آسپیکٹ کو الگ کر دیا۔</w:t>
      </w:r>
    </w:p>
    <w:p>
      <w:r>
        <w:rPr>
          <w:b/>
        </w:rPr>
        <w:t xml:space="preserve">[15:42] </w:t>
      </w:r>
      <w:r>
        <w:t>yaani is se koi wasta unhon ne nahin rakha. unhon ne kaha ke hum jo quantitative aspect hai, usi par research karenge. phir unhon ne kuch cheezein banayin.</w:t>
      </w:r>
    </w:p>
    <w:p>
      <w:pPr>
        <w:jc w:val="right"/>
      </w:pPr>
      <w:r>
        <w:t>یعنی اس سے کوئی واسطہ انہوں نے نہیں رکھا۔ انہوں نے کہا کہ ہم جو کوانٹیٹیٹیو آسپیکٹ ہے، اسی پر ریسرچ کریں گے۔ پھر انہوں نے کچھ چیزیں بنائیں۔</w:t>
      </w:r>
    </w:p>
    <w:p>
      <w:r>
        <w:rPr>
          <w:b/>
        </w:rPr>
        <w:t xml:space="preserve">[15:54] </w:t>
      </w:r>
      <w:r>
        <w:t>ab insaan ne kya bhool ki? samajh liya ke hum isi duniya mein paradise bana sakte hain.</w:t>
      </w:r>
    </w:p>
    <w:p>
      <w:pPr>
        <w:jc w:val="right"/>
      </w:pPr>
      <w:r>
        <w:t>اب انسان نے کیا بھول کی؟ سمجھ لیا کہ ہم اسی دنیا میں پرائیورائز بنا سکتے ہیں۔</w:t>
      </w:r>
    </w:p>
    <w:p>
      <w:r>
        <w:rPr>
          <w:b/>
        </w:rPr>
        <w:t xml:space="preserve">[16:05] </w:t>
      </w:r>
      <w:r>
        <w:t>ab ab kya hua? comfort wali cheezein banne lagin, luxury wali cheezein banne lagin.</w:t>
      </w:r>
    </w:p>
    <w:p>
      <w:pPr>
        <w:jc w:val="right"/>
      </w:pPr>
      <w:r>
        <w:t>اب اب کیا ہوا؟ کمفرٹ والی چیزیں بننے لگیں، لگژری والی چیزیں بننے لگیں۔</w:t>
      </w:r>
    </w:p>
    <w:p>
      <w:r>
        <w:rPr>
          <w:b/>
        </w:rPr>
        <w:t xml:space="preserve">[16:16] </w:t>
      </w:r>
      <w:r>
        <w:t>aur poori duniya mein aik dhoom machi ke insaan ne goya</w:t>
      </w:r>
    </w:p>
    <w:p>
      <w:pPr>
        <w:jc w:val="right"/>
      </w:pPr>
      <w:r>
        <w:t>اور پوری دنیا میں ایک دھوم مچی کہ انسان نے گویا</w:t>
      </w:r>
    </w:p>
    <w:p>
      <w:r>
        <w:rPr>
          <w:b/>
        </w:rPr>
        <w:t xml:space="preserve">[16:22] </w:t>
      </w:r>
      <w:r>
        <w:t>apne ko khud hi is qabil bana liya hai ke woh yahi isi duniya mein paradise bana sake.</w:t>
      </w:r>
    </w:p>
    <w:p>
      <w:pPr>
        <w:jc w:val="right"/>
      </w:pPr>
      <w:r>
        <w:t>اپنے کو خود ہی اس قابل بنا لیا ہے کہ وہ یہی اسی دنیا میں پیرائیڈائز بنا سکے۔</w:t>
      </w:r>
    </w:p>
    <w:p>
      <w:r>
        <w:rPr>
          <w:b/>
        </w:rPr>
        <w:t xml:space="preserve">[16:34] </w:t>
      </w:r>
      <w:r>
        <w:t>lekin khud science hi ne is ko radd kiya.</w:t>
      </w:r>
    </w:p>
    <w:p>
      <w:pPr>
        <w:jc w:val="right"/>
      </w:pPr>
      <w:r>
        <w:t>لیکن خود سائنس ہی نے اس کو رد کیا۔</w:t>
      </w:r>
    </w:p>
    <w:p>
      <w:r>
        <w:rPr>
          <w:b/>
        </w:rPr>
        <w:t xml:space="preserve">[16:39] </w:t>
      </w:r>
      <w:r>
        <w:t>jab Einstein ke zamane mein yeh cheez discover hui ke hamari knowledge sab kuch relative hai. beyond space and time, hum kuch dekh nahin sakte.</w:t>
      </w:r>
    </w:p>
    <w:p>
      <w:pPr>
        <w:jc w:val="right"/>
      </w:pPr>
      <w:r>
        <w:t>جب آئنسٹین کے زمانے میں یہ چیز ڈسکور ہوئی کہ ہماری نالج سب کچھ ریلیٹیو ہے۔ بیان اسپیس اینڈ ٹائم، ہم کچھ دیکھ نہیں سکتے۔</w:t>
      </w:r>
    </w:p>
    <w:p>
      <w:r>
        <w:rPr>
          <w:b/>
        </w:rPr>
        <w:t xml:space="preserve">[16:51] </w:t>
      </w:r>
      <w:r>
        <w:t>hum space and time ke andar hi dekh paate hain.</w:t>
      </w:r>
    </w:p>
    <w:p>
      <w:pPr>
        <w:jc w:val="right"/>
      </w:pPr>
      <w:r>
        <w:t>ہم اسپیس اینڈ ٹائم کے اندر ہی دیکھ پاتے ہیں۔</w:t>
      </w:r>
    </w:p>
    <w:p>
      <w:r>
        <w:rPr>
          <w:b/>
        </w:rPr>
        <w:t xml:space="preserve">[16:57] </w:t>
      </w:r>
      <w:r>
        <w:t>it is impossible for us to see beyond space and time.</w:t>
      </w:r>
    </w:p>
    <w:p>
      <w:pPr>
        <w:jc w:val="right"/>
      </w:pPr>
      <w:r>
        <w:t>اٹ از امپاسیبل فار اس ٹو سی بیان اسپیس اینڈ ٹائم۔</w:t>
      </w:r>
    </w:p>
    <w:p>
      <w:r>
        <w:rPr>
          <w:b/>
        </w:rPr>
        <w:t xml:space="preserve">[17:04] </w:t>
      </w:r>
      <w:r>
        <w:t>to yahan se aik naya zamana shuru hota hai. lekin phir bhi insaan andha hi raha. phir bhi andha raha insaan. aap dekhiye,</w:t>
      </w:r>
    </w:p>
    <w:p>
      <w:pPr>
        <w:jc w:val="right"/>
      </w:pPr>
      <w:r>
        <w:t>تو یہاں سے ایک نیا زمانہ شروع ہوتا ہے۔ لیکن پھر بھی انسان اندھا ہی رہا۔ پھر بھی اندھا رہا انسان۔ آپ دیکھیے،</w:t>
      </w:r>
    </w:p>
    <w:p>
      <w:r>
        <w:rPr>
          <w:b/>
        </w:rPr>
        <w:t xml:space="preserve">[17:19] </w:t>
      </w:r>
      <w:r>
        <w:t>jab insaan ne telescope invent kiya</w:t>
      </w:r>
    </w:p>
    <w:p>
      <w:pPr>
        <w:jc w:val="right"/>
      </w:pPr>
      <w:r>
        <w:t>جب انسان نے ٹیلیسکوپ انوینٹ کیا</w:t>
      </w:r>
    </w:p>
    <w:p>
      <w:r>
        <w:rPr>
          <w:b/>
        </w:rPr>
        <w:t xml:space="preserve">[17:26] </w:t>
      </w:r>
      <w:r>
        <w:t>Galileo ke zamane mein. to aik bohat bari discovery hui.</w:t>
      </w:r>
    </w:p>
    <w:p>
      <w:pPr>
        <w:jc w:val="right"/>
      </w:pPr>
      <w:r>
        <w:t>گیلیلیو کے زمانے میں۔ تو ایک بہت بڑی ڈسکوری ہوئی۔</w:t>
      </w:r>
    </w:p>
    <w:p>
      <w:r>
        <w:rPr>
          <w:b/>
        </w:rPr>
        <w:t xml:space="preserve">[17:33] </w:t>
      </w:r>
      <w:r>
        <w:t>wohi discovery kiya thi?</w:t>
      </w:r>
    </w:p>
    <w:p>
      <w:pPr>
        <w:jc w:val="right"/>
      </w:pPr>
      <w:r>
        <w:t>وہی ڈسکوری کیا تھی؟</w:t>
      </w:r>
    </w:p>
    <w:p>
      <w:r>
        <w:rPr>
          <w:b/>
        </w:rPr>
        <w:t xml:space="preserve">[17:38] </w:t>
      </w:r>
      <w:r>
        <w:t>keh hamari naked eye, eye jo hai.</w:t>
      </w:r>
    </w:p>
    <w:p>
      <w:pPr>
        <w:jc w:val="right"/>
      </w:pPr>
      <w:r>
        <w:t>کہ ہماری نیکڈ آئی، آئی جو ہے۔</w:t>
      </w:r>
    </w:p>
    <w:p>
      <w:r>
        <w:rPr>
          <w:b/>
        </w:rPr>
        <w:t xml:space="preserve">[17:44] </w:t>
      </w:r>
      <w:r>
        <w:t>yani jo microworld hai, hamari naked eye, us ko bhi nahi dekh sakti. hamari naked eye, eye keh bayan kuch ek aur microworld hai, jis ko hum telescope se dekh sakte hain.</w:t>
      </w:r>
    </w:p>
    <w:p>
      <w:pPr>
        <w:jc w:val="right"/>
      </w:pPr>
      <w:r>
        <w:t>یعنی جو مائیکرو ورلڈ ہے، ہماری نیکڈ آئی، اس کو بھی نہیں دیکھ سکتی۔ ہماری نیکڈ آئی، آئی کہ بیان کچھ ایک اور مائیکرو ورلڈ ہے، جس کو ہم ٹیلیسکوپ سے دیکھ سکتے ہیں۔</w:t>
      </w:r>
    </w:p>
    <w:p>
      <w:r>
        <w:rPr>
          <w:b/>
        </w:rPr>
        <w:t xml:space="preserve">[18:01] </w:t>
      </w:r>
      <w:r>
        <w:t>hamari jo naked eye hai, us ke bayan bhi ek microworld hai. jis ko hum telescope ke zariye dekh sakte hain.</w:t>
      </w:r>
    </w:p>
    <w:p>
      <w:pPr>
        <w:jc w:val="right"/>
      </w:pPr>
      <w:r>
        <w:t>ہماری جو نیکڈ آئی ہے، اس کے بیان بھی ایک مائیکرو ورلڈ ہے۔ جس کو ہم ٹیلیسکوپ کے ذریعے دیکھ سکتے ہیں۔</w:t>
      </w:r>
    </w:p>
    <w:p>
      <w:r>
        <w:rPr>
          <w:b/>
        </w:rPr>
        <w:t xml:space="preserve">[18:15] </w:t>
      </w:r>
      <w:r>
        <w:t>isi tarah se jab microscope invent hui to pata chala keh hamari naked eye ke bayan bhi ek microworld hai, jis ko abhi tak hum dekh nahi paye thay.</w:t>
      </w:r>
    </w:p>
    <w:p>
      <w:pPr>
        <w:jc w:val="right"/>
      </w:pPr>
      <w:r>
        <w:t>اسی طریقے سے جب مائیکروسکوپ انوینٹ ہوئی تو پتہ چلا کہ ہماری نیکڈ آئی کے بیان بھی ایک مائیکرو ورلڈ ہے، جس کو ابھی تک ہم دیکھ نہیں پائے تھے۔</w:t>
      </w:r>
    </w:p>
    <w:p>
      <w:r>
        <w:rPr>
          <w:b/>
        </w:rPr>
        <w:t xml:space="preserve">[18:33] </w:t>
      </w:r>
      <w:r>
        <w:t>lekin dekhiye, baat yahin par khatam nahi hui. yani insan ko sochna chahiye tha</w:t>
      </w:r>
    </w:p>
    <w:p>
      <w:pPr>
        <w:jc w:val="right"/>
      </w:pPr>
      <w:r>
        <w:t>لیکن دیکھیے، بات یہیں پر ختم نہیں ہوئی۔ یعنی انسان کو سوچنا چاہیے تھا</w:t>
      </w:r>
    </w:p>
    <w:p>
      <w:r>
        <w:rPr>
          <w:b/>
        </w:rPr>
        <w:t xml:space="preserve">[18:40] </w:t>
      </w:r>
      <w:r>
        <w:t>keh hum apni aql par bharosa nahi kar sakte. jab insan ki research pahunchi wahan tak, jis ko hum kehte hain</w:t>
      </w:r>
    </w:p>
    <w:p>
      <w:pPr>
        <w:jc w:val="right"/>
      </w:pPr>
      <w:r>
        <w:t>کہ ہم اپنی عقل پر بھروسہ نہیں کر سکتے۔ جب انسان کی ریسرچ پہنچی وہاں تک، جس کو ہم کہتے ہیں</w:t>
      </w:r>
    </w:p>
    <w:p>
      <w:r>
        <w:rPr>
          <w:b/>
        </w:rPr>
        <w:t xml:space="preserve">[18:52] </w:t>
      </w:r>
      <w:r>
        <w:t>electron. to electron kya hain?</w:t>
      </w:r>
    </w:p>
    <w:p>
      <w:pPr>
        <w:jc w:val="right"/>
      </w:pPr>
      <w:r>
        <w:t>الیکٹران۔ تو الیکٹران کیا ہیں؟</w:t>
      </w:r>
    </w:p>
    <w:p>
      <w:r>
        <w:rPr>
          <w:b/>
        </w:rPr>
        <w:t xml:space="preserve">[18:57] </w:t>
      </w:r>
      <w:r>
        <w:t>ab science ne pata kiya keh electron jo hain, woh ek probability hain. hamein nahi maloom keh is ka koi real existence koi hai.</w:t>
      </w:r>
    </w:p>
    <w:p>
      <w:pPr>
        <w:jc w:val="right"/>
      </w:pPr>
      <w:r>
        <w:t>اب سائنس نے پتہ کیا کہ الیکٹران جو ہیں، وہ ایک پروبیبلیٹی ہیں۔ ہمیں نہیں معلوم کہ اس کا کوئی ریل ایگزسٹنس کوئی ہے۔</w:t>
      </w:r>
    </w:p>
    <w:p>
      <w:r>
        <w:rPr>
          <w:b/>
        </w:rPr>
        <w:t xml:space="preserve">[19:08] </w:t>
      </w:r>
      <w:r>
        <w:t>sirf mathematical probability ke taur par hum mante hain keh electron hain yahan par. to insan ka ishq yahan par kitna zyada khul kar samne aa gaya.</w:t>
      </w:r>
    </w:p>
    <w:p>
      <w:pPr>
        <w:jc w:val="right"/>
      </w:pPr>
      <w:r>
        <w:t>صرف میتھمیٹیکل پروبیبلیٹی کے طور پر ہم مانتے ہیں کہ الیکٹران ہیں یہاں پر۔ تو انسان کا عشق یہاں پر کتنا زیادہ کھل کر سامنے آگیا۔</w:t>
      </w:r>
    </w:p>
    <w:p>
      <w:r>
        <w:rPr>
          <w:b/>
        </w:rPr>
        <w:t xml:space="preserve">[19:22] </w:t>
      </w:r>
      <w:r>
        <w:t>to insan ko janna chahiye tha keh jis tarah se naked eye ke bayan ek duniya thi, usi tarah se telescope ke bayan bhi ek duniya ho sakti hai.</w:t>
      </w:r>
    </w:p>
    <w:p>
      <w:pPr>
        <w:jc w:val="right"/>
      </w:pPr>
      <w:r>
        <w:t>تو انسان کو جاننا چاہیے تھا کہ جس طرح سے نیکڈ آئی کے بیان ایک دنیا تھی، اسی طرح سے ٹیلیسکوپ کے بیان بھی ایک دنیا ہو سکتی ہے۔</w:t>
      </w:r>
    </w:p>
    <w:p>
      <w:r>
        <w:rPr>
          <w:b/>
        </w:rPr>
        <w:t xml:space="preserve">[19:34] </w:t>
      </w:r>
      <w:r>
        <w:t>jis tarah naked eye ke bayan ek duniya thi, usi tarah se microscope ke aage bhi ek duniya ho sakti hai.</w:t>
      </w:r>
    </w:p>
    <w:p>
      <w:pPr>
        <w:jc w:val="right"/>
      </w:pPr>
      <w:r>
        <w:t>جس طرح نیکڈ آئی کے بیان ایک دنیا تھی، اسی طرح سے مائیکروسکوپ کے آگے بھی ایک دنیا ہو سکتی ہے۔</w:t>
      </w:r>
    </w:p>
    <w:p>
      <w:r>
        <w:rPr>
          <w:b/>
        </w:rPr>
        <w:t xml:space="preserve">[19:46] </w:t>
      </w:r>
      <w:r>
        <w:t>aur yeh prove ho gaya keh hum sirf probability tak pahunch sakte hain.</w:t>
      </w:r>
    </w:p>
    <w:p>
      <w:pPr>
        <w:jc w:val="right"/>
      </w:pPr>
      <w:r>
        <w:t>اور یہ پروف ہو گیا کہ ہم صرف پروبیبلیٹی تک پہنچ سکتے ہیں۔</w:t>
      </w:r>
    </w:p>
    <w:p>
      <w:r>
        <w:rPr>
          <w:b/>
        </w:rPr>
        <w:t xml:space="preserve">[19:52] </w:t>
      </w:r>
      <w:r>
        <w:t>sirf probability tak pahunch sakte hain. probabilities ke bahar. probability kya hai? woh hai mathematical calculations.</w:t>
      </w:r>
    </w:p>
    <w:p>
      <w:pPr>
        <w:jc w:val="right"/>
      </w:pPr>
      <w:r>
        <w:t>صرف پروبیبلیٹی تک پہنچ سکتے ہیں۔ پروبیبلیٹیز کے باہر۔ پروبیبلیٹی کیا ہے؟ وہ ہے میتھمیٹیکل کیلکولیشنز۔</w:t>
      </w:r>
    </w:p>
    <w:p>
      <w:r>
        <w:rPr>
          <w:b/>
        </w:rPr>
        <w:t xml:space="preserve">[20:05] </w:t>
      </w:r>
      <w:r>
        <w:t>is tarah se insan dekhiye, poori history mein andhe pan mein jeeta raha. andhe pan mein jeeta raha. isi beech mein paighambar aate rahe, prophet aate rahe.</w:t>
      </w:r>
    </w:p>
    <w:p>
      <w:pPr>
        <w:jc w:val="right"/>
      </w:pPr>
      <w:r>
        <w:t>اس طرح سے انسان دیکھیے، پوری ہسٹری میں اندھے پن میں جیتا رہا۔ اندھے پن میں جیتا رہا۔ اسی بیچ میں پیغمبر آتے رہے، پرافٹ آتے رہے۔</w:t>
      </w:r>
    </w:p>
    <w:p>
      <w:r>
        <w:rPr>
          <w:b/>
        </w:rPr>
        <w:t xml:space="preserve">[20:15] </w:t>
      </w:r>
      <w:r>
        <w:t>is poori, is poora period jo hai, yahan se wahan tak. lekin kya hua? ya hasrat ali mayatun min rasoolin illa kano bihi yastahzi'un.</w:t>
      </w:r>
    </w:p>
    <w:p>
      <w:pPr>
        <w:jc w:val="right"/>
      </w:pPr>
      <w:r>
        <w:t>اس پوری، اس پورا پیریڈ جو ہے، یہاں سے وہاں تک۔ لیکن کیا ہوا؟ یا حسرت علی مایات من رسول الا کانو بہ یستدعون۔</w:t>
      </w:r>
    </w:p>
    <w:p>
      <w:r>
        <w:rPr>
          <w:b/>
        </w:rPr>
        <w:t xml:space="preserve">[20:32] </w:t>
      </w:r>
      <w:r>
        <w:t>yeh bando par hasrat hai, afsos hai keh prophet aaye aur un ko koi ridicule karte rahe.</w:t>
      </w:r>
    </w:p>
    <w:p>
      <w:pPr>
        <w:jc w:val="right"/>
      </w:pPr>
      <w:r>
        <w:t>یہ بندوں پر حسرت ہے، افسوس ہے کہ پرافٹ آئے اور ان کو کوئی ریٹیکول کرتے رہے۔</w:t>
      </w:r>
    </w:p>
    <w:p>
      <w:r>
        <w:rPr>
          <w:b/>
        </w:rPr>
        <w:t xml:space="preserve">[20:41] </w:t>
      </w:r>
      <w:r>
        <w:t>kaisa ajeeb yeh history ka record hai. keh khud to jaan nahi paye aur jo janne wala aaya, us ko unhon ne ridicule kar diya.</w:t>
      </w:r>
    </w:p>
    <w:p>
      <w:pPr>
        <w:jc w:val="right"/>
      </w:pPr>
      <w:r>
        <w:t>کیسا عجیب یہ ہسٹری کا ریکارڈ ہے۔ کہ خود تو جان نہیں پائے اور جو جاننے والا آیا، اس کو انہوں نے ریٹیکول کر دیا۔</w:t>
      </w:r>
    </w:p>
    <w:p>
      <w:r>
        <w:rPr>
          <w:b/>
        </w:rPr>
        <w:t xml:space="preserve">[20:53] </w:t>
      </w:r>
      <w:r>
        <w:t>us ko reject kar diya.</w:t>
      </w:r>
    </w:p>
    <w:p>
      <w:pPr>
        <w:jc w:val="right"/>
      </w:pPr>
      <w:r>
        <w:t>اس کو ریجیکٹ کر دیا۔</w:t>
      </w:r>
    </w:p>
    <w:p>
      <w:r>
        <w:rPr>
          <w:b/>
        </w:rPr>
        <w:t xml:space="preserve">[20:58] </w:t>
      </w:r>
      <w:r>
        <w:t>to khair, main yeh kehna chahta hoon jo baat, woh yeh hai keh abhi maine ek article dekha hai, ek musalman ka.</w:t>
      </w:r>
    </w:p>
    <w:p>
      <w:pPr>
        <w:jc w:val="right"/>
      </w:pPr>
      <w:r>
        <w:t>تو خیر، میں یہ کہنا چاہتا ہوں جو بات، وہ یہ ہے کہ ابھی میں نے ایک آرٹیکل دیکھا ہے، ایک مسلمان کا۔</w:t>
      </w:r>
    </w:p>
    <w:p>
      <w:r>
        <w:rPr>
          <w:b/>
        </w:rPr>
        <w:t xml:space="preserve">[21:10] </w:t>
      </w:r>
      <w:r>
        <w:t>to musalman woh log hain jo paradise ko mante hain, jo Khuda ko mante hain. lekin</w:t>
      </w:r>
    </w:p>
    <w:p>
      <w:pPr>
        <w:jc w:val="right"/>
      </w:pPr>
      <w:r>
        <w:t>تو مسلمان وہ لوگ ہیں جو پیرائیڈائز کو مانتے ہیں، جو خدا کو مانتے ہیں۔ لیکن</w:t>
      </w:r>
    </w:p>
    <w:p>
      <w:r>
        <w:rPr>
          <w:b/>
        </w:rPr>
        <w:t xml:space="preserve">[21:18] </w:t>
      </w:r>
      <w:r>
        <w:t>unhon ne Khuda ko bhi reduce form mein le rakha hai. paradise ko bhi reduce version bana rakha hai is ka. har cheez reduce form bana rakha hai har cheez ka.</w:t>
      </w:r>
    </w:p>
    <w:p>
      <w:pPr>
        <w:jc w:val="right"/>
      </w:pPr>
      <w:r>
        <w:t>انہوں نے خدا کو بھی ریڈیوس فارم میں لے رکھا ہے۔ پیرائیڈائز کو بھی ریڈیوس ورژن بنا رکھا ہے اس کا۔ ہر چیز ریڈیوس فارم بنا رکھا ہے ہر چیز کا۔</w:t>
      </w:r>
    </w:p>
    <w:p>
      <w:r>
        <w:rPr>
          <w:b/>
        </w:rPr>
        <w:t xml:space="preserve">[21:30] </w:t>
      </w:r>
      <w:r>
        <w:t>to woh maine is ka batana chahta hoon main aap ko. is mein kya tha?</w:t>
      </w:r>
    </w:p>
    <w:p>
      <w:pPr>
        <w:jc w:val="right"/>
      </w:pPr>
      <w:r>
        <w:t>تو وہ میں نے اس کا بتانا چاہتا ہوں میں آپ کو۔ اس میں کیا تھا؟</w:t>
      </w:r>
    </w:p>
    <w:p>
      <w:r>
        <w:rPr>
          <w:b/>
        </w:rPr>
        <w:t xml:space="preserve">[21:37] </w:t>
      </w:r>
      <w:r>
        <w:t>ek ek duniya to woh hai jo andhe pan mein guzar gayi, poori history. yani history ka ek part woh hai jo andhe pan mein, andhe pan mein, andhe pan mein chala gaya.</w:t>
      </w:r>
    </w:p>
    <w:p>
      <w:pPr>
        <w:jc w:val="right"/>
      </w:pPr>
      <w:r>
        <w:t>ایک ایک دنیا تو وہ ہے جو اندھے پن میں گزر گئی، پوری ہسٹری۔ یعنی ہسٹری کا ایک پارٹ وہ ہے جو اندھے پن میں، اندھے پن میں، اندھے پن میں چلا گیا۔</w:t>
      </w:r>
    </w:p>
    <w:p>
      <w:r>
        <w:rPr>
          <w:b/>
        </w:rPr>
        <w:t xml:space="preserve">[21:47] </w:t>
      </w:r>
      <w:r>
        <w:t>lekin jo beena log hain, aankh wale log hain, jin ke paas Quran ki sachai hai, woh bhi ek aur qism ke andhe pan mein mubtala hain.</w:t>
      </w:r>
    </w:p>
    <w:p>
      <w:pPr>
        <w:jc w:val="right"/>
      </w:pPr>
      <w:r>
        <w:t>لیکن جو بینا لوگ ہیں، آنکھ والے لوگ ہیں، جن کے پاس قرآن کی سچائی ہے، وہ بھی ایک اور قسم کے اندھے پن میں مبتلا ہیں۔</w:t>
      </w:r>
    </w:p>
    <w:p>
      <w:r>
        <w:rPr>
          <w:b/>
        </w:rPr>
        <w:t xml:space="preserve">[22:01] </w:t>
      </w:r>
      <w:r>
        <w:t>is ko main keh raha hoon aap ko. to is mein kya tha?</w:t>
      </w:r>
    </w:p>
    <w:p>
      <w:pPr>
        <w:jc w:val="right"/>
      </w:pPr>
      <w:r>
        <w:t>اس کو میں کہہ رہا ہوں آپ کو۔ تو اس میں کیا تھا؟</w:t>
      </w:r>
    </w:p>
    <w:p>
      <w:r>
        <w:rPr>
          <w:b/>
        </w:rPr>
        <w:t xml:space="preserve">[22:05] </w:t>
      </w:r>
      <w:r>
        <w:t>is mein yeh bataya gaya tha ke jis ghar mein aik aalim hoga, to itnay logon ko bakhwa de ga.</w:t>
      </w:r>
    </w:p>
    <w:p>
      <w:pPr>
        <w:jc w:val="right"/>
      </w:pPr>
      <w:r>
        <w:t>اس میں یہ بتایا گیا تھا کہ جس گھر میں ایک عالم ہوگا، تو اتنے لوگوں کو بخشوا دے گا۔</w:t>
      </w:r>
    </w:p>
    <w:p>
      <w:r>
        <w:rPr>
          <w:b/>
        </w:rPr>
        <w:t xml:space="preserve">[22:14] </w:t>
      </w:r>
      <w:r>
        <w:t>yani in ko salvation dila de ga. aik ghar mein aik aalim hai, to itnay logon ko woh salvation ka certificate de de ga.</w:t>
      </w:r>
    </w:p>
    <w:p>
      <w:pPr>
        <w:jc w:val="right"/>
      </w:pPr>
      <w:r>
        <w:t>یعنی ان کو سالویشن دلا دے گا۔ ایک گھر میں ایک عالم ہے، تو اتنے لوگوں کو وہ سالویشن کا سرٹیفکیٹ دے دے گا۔</w:t>
      </w:r>
    </w:p>
    <w:p>
      <w:r>
        <w:rPr>
          <w:b/>
        </w:rPr>
        <w:t xml:space="preserve">[22:25] </w:t>
      </w:r>
      <w:r>
        <w:t>jis ghar mein aik haafiz hai, to itnay log is ke kehne se paradise mein pohanch jayen gay.</w:t>
      </w:r>
    </w:p>
    <w:p>
      <w:pPr>
        <w:jc w:val="right"/>
      </w:pPr>
      <w:r>
        <w:t>جس گھر میں ایک حافظ ہے، تو اتنے لوگ اس کے کہنے سے پیرائیڈائز میں پہنچ جائیں گے۔</w:t>
      </w:r>
    </w:p>
    <w:p>
      <w:r>
        <w:rPr>
          <w:b/>
        </w:rPr>
        <w:t xml:space="preserve">[22:32] </w:t>
      </w:r>
      <w:r>
        <w:t>jis ghar mein aik haji hai, to itnay logon ko woh bakhwa de ga. yani certificate de de ga salvation ka. aur jo bachen ge, to peghambar mojood hain, woh sab woh kahen ge chalo paradise mein.</w:t>
      </w:r>
    </w:p>
    <w:p>
      <w:pPr>
        <w:jc w:val="right"/>
      </w:pPr>
      <w:r>
        <w:t>جس گھر میں ایک حاجی ہے، تو اتنے لوگوں کو وہ بخشوا دے گا۔ یعنی سرٹیفکیٹ دے دے گا سالویشن کا۔ اور جو بچیں گے، تو پیغمبر موجود ہیں، وہ سب وہ کہیں گے چلو پیرائیڈائز میں۔</w:t>
      </w:r>
    </w:p>
    <w:p>
      <w:r>
        <w:rPr>
          <w:b/>
        </w:rPr>
        <w:t xml:space="preserve">[22:49] </w:t>
      </w:r>
      <w:r>
        <w:t>aik jhooti hadith bana rakhi hai, bilkul be basis. woh kya? as salih lil lahi wa talih li.</w:t>
      </w:r>
    </w:p>
    <w:p>
      <w:pPr>
        <w:jc w:val="right"/>
      </w:pPr>
      <w:r>
        <w:t>ایک جھوٹی حدیث بنا رکھی ہے، بالکل بے بیسنس۔ وہ کیا؟ الصالح للہ وطالح لی۔</w:t>
      </w:r>
    </w:p>
    <w:p>
      <w:r>
        <w:rPr>
          <w:b/>
        </w:rPr>
        <w:t xml:space="preserve">[23:00] </w:t>
      </w:r>
      <w:r>
        <w:t>yani rasool Allah ne aisa kaha.</w:t>
      </w:r>
    </w:p>
    <w:p>
      <w:pPr>
        <w:jc w:val="right"/>
      </w:pPr>
      <w:r>
        <w:t>یعنی رسول اللہ نے ایسا کہا۔</w:t>
      </w:r>
    </w:p>
    <w:p>
      <w:r>
        <w:rPr>
          <w:b/>
        </w:rPr>
        <w:t xml:space="preserve">[23:02] </w:t>
      </w:r>
      <w:r>
        <w:t>yani rasool Allah ka yeh, yani rasool Allah ke oopar yeh kitna bara allegation hai ke aap ne aisa farmaya. kitna bara buhtan hai rasool Allah ke khilaf ke aap ne aisa farmaya.</w:t>
      </w:r>
    </w:p>
    <w:p>
      <w:pPr>
        <w:jc w:val="right"/>
      </w:pPr>
      <w:r>
        <w:t>یعنی رسول اللہ کا یہ، یعنی رسول اللہ کے اوپر یہ کتنا بڑا ایلیگیشن ہے کہ آپ نے ایسا فرمایا۔ کتنا بڑا بہتان ہے رسول اللہ کے خلاف کہ آپ نے ایسا فرمایا۔</w:t>
      </w:r>
    </w:p>
    <w:p>
      <w:r>
        <w:rPr>
          <w:b/>
        </w:rPr>
        <w:t xml:space="preserve">[23:14] </w:t>
      </w:r>
      <w:r>
        <w:t>aap ne as salih lil lahi wa talih li. yani is ka matlab kya hai? good people are for god and bad people are for me.</w:t>
      </w:r>
    </w:p>
    <w:p>
      <w:pPr>
        <w:jc w:val="right"/>
      </w:pPr>
      <w:r>
        <w:t>آپ نے الصالح للہ وطالح لی۔ یعنی اس کا مطلب کیا ہے؟ گڈ پیپل آر فار گاڈ اینڈ بیڈ پیپل آر فار می۔</w:t>
      </w:r>
    </w:p>
    <w:p>
      <w:r>
        <w:rPr>
          <w:b/>
        </w:rPr>
        <w:t xml:space="preserve">[23:27] </w:t>
      </w:r>
      <w:r>
        <w:t>achhe log to Khuda le jayega jannat mein, aur bure log main le jaunga jannat mein. yeh kitna, yani kitna yeh kya samajhte hain yeh log Khuda ko, kya samajhte hain paradise ko?</w:t>
      </w:r>
    </w:p>
    <w:p>
      <w:pPr>
        <w:jc w:val="right"/>
      </w:pPr>
      <w:r>
        <w:t>اچھے لوگ تو خدا لے جائے گا جنت میں، اور برے لوگ میں لے جاؤں گا جنت میں۔ یہ کتنا، یعنی کتنا یہ کیا سمجھتے ہیں یہ لوگ خدا کو، کیا سمجھتے ہیں پیرائیڈائز کو؟</w:t>
      </w:r>
    </w:p>
    <w:p>
      <w:r>
        <w:rPr>
          <w:b/>
        </w:rPr>
        <w:t xml:space="preserve">[23:41] </w:t>
      </w:r>
      <w:r>
        <w:t>yeh sare log yahi mante hain.</w:t>
      </w:r>
    </w:p>
    <w:p>
      <w:pPr>
        <w:jc w:val="right"/>
      </w:pPr>
      <w:r>
        <w:t>یہ سارے لوگ یہی مانتے ہیں۔</w:t>
      </w:r>
    </w:p>
    <w:p>
      <w:r>
        <w:rPr>
          <w:b/>
        </w:rPr>
        <w:t xml:space="preserve">[23:49] </w:t>
      </w:r>
      <w:r>
        <w:t>as salih lil lahi wa talih li.</w:t>
      </w:r>
    </w:p>
    <w:p>
      <w:pPr>
        <w:jc w:val="right"/>
      </w:pPr>
      <w:r>
        <w:t>الصالح للہ وطالح لی۔</w:t>
      </w:r>
    </w:p>
    <w:p>
      <w:r>
        <w:rPr>
          <w:b/>
        </w:rPr>
        <w:t xml:space="preserve">[23:54] </w:t>
      </w:r>
      <w:r>
        <w:t>good people are for god and bad people are for me. achhe logon ko to Khuda le jayega paradise mein, aur baqi jo bure log hain, main un ko submit kar le jaunga paradise mein.</w:t>
      </w:r>
    </w:p>
    <w:p>
      <w:pPr>
        <w:jc w:val="right"/>
      </w:pPr>
      <w:r>
        <w:t>گڈ پیپل آر فار گاڈ اینڈ بیڈ پیپل آر فار می۔ اچھے لوگوں کو تو خدا لے جائے گا پیرائیڈائز میں، اور باقی جو برے لوگ ہیں، میں ان کو سبمٹ کر لے جاؤں گا پیرائیڈائز میں۔</w:t>
      </w:r>
    </w:p>
    <w:p>
      <w:r>
        <w:rPr>
          <w:b/>
        </w:rPr>
        <w:t xml:space="preserve">[24:05] </w:t>
      </w:r>
      <w:r>
        <w:t>astaghfirullah.</w:t>
      </w:r>
    </w:p>
    <w:p>
      <w:pPr>
        <w:jc w:val="right"/>
      </w:pPr>
      <w:r>
        <w:t>استغفراللہ۔</w:t>
      </w:r>
    </w:p>
    <w:p>
      <w:r>
        <w:rPr>
          <w:b/>
        </w:rPr>
        <w:t xml:space="preserve">[24:11] </w:t>
      </w:r>
      <w:r>
        <w:t>it is, it is a, it is a strange underestimation of paradise.</w:t>
      </w:r>
    </w:p>
    <w:p>
      <w:pPr>
        <w:jc w:val="right"/>
      </w:pPr>
      <w:r>
        <w:t>اٹ از، اٹ از ا، اٹ از ا سٹرینج انڈر ایسٹیمیشن آف پیرائیڈائز۔</w:t>
      </w:r>
    </w:p>
    <w:p>
      <w:r>
        <w:rPr>
          <w:b/>
        </w:rPr>
        <w:t xml:space="preserve">[24:21] </w:t>
      </w:r>
      <w:r>
        <w:t>strange underestimation of paradise.</w:t>
      </w:r>
    </w:p>
    <w:p>
      <w:pPr>
        <w:jc w:val="right"/>
      </w:pPr>
      <w:r>
        <w:t>اسٹرینج انڈر ایسٹیمیشن آف پیرائیڈائز۔</w:t>
      </w:r>
    </w:p>
    <w:p>
      <w:r>
        <w:rPr>
          <w:b/>
        </w:rPr>
        <w:t xml:space="preserve">[24:25] </w:t>
      </w:r>
      <w:r>
        <w:t>paradise ko aik kya samajhte hain? dekhiye, paradise ka jo paradise recommendation par base nahi karti, merit par base karti hai.</w:t>
      </w:r>
    </w:p>
    <w:p>
      <w:pPr>
        <w:jc w:val="right"/>
      </w:pPr>
      <w:r>
        <w:t>پیرائیڈائز کو ایک کیا سمجھتے ہیں؟ دیکھیے، پیرائیڈائز کا جو پیرائیڈائز ریکمنڈیشن پر بیس نہیں کرتی، میرٹ پر بیس کرتی ہے۔</w:t>
      </w:r>
    </w:p>
    <w:p>
      <w:r>
        <w:rPr>
          <w:b/>
        </w:rPr>
        <w:t xml:space="preserve">[24:40] </w:t>
      </w:r>
      <w:r>
        <w:t>yeh sare jo baaten logon ne bana rakhi hain, samajhte hain ke paradise jo hai, woh recommend kar do to paradise mil jayega. recommendation se kisi ko paradise nahi milne wali hai.</w:t>
      </w:r>
    </w:p>
    <w:p>
      <w:pPr>
        <w:jc w:val="right"/>
      </w:pPr>
      <w:r>
        <w:t>یہ سارے جو باتیں لوگوں نے بنا رکھی ہیں، سمجھتے ہیں کہ پیرائیڈائز جو ہے، وہ ریکمنڈ کر دو تو پیرائیڈائز مل جائے گی۔ ریکمنڈیشن سے کسی کو پیرائیڈائز نہیں ملنے والی ہے۔</w:t>
      </w:r>
    </w:p>
    <w:p>
      <w:r>
        <w:rPr>
          <w:b/>
        </w:rPr>
        <w:t xml:space="preserve">[24:57] </w:t>
      </w:r>
      <w:r>
        <w:t>aap dekhiye, 1997 mein aik qissa aaya tha America ke baray mein, media mein bohat aaya tha. 1997 mein ke wahan par jo white house hai,</w:t>
      </w:r>
    </w:p>
    <w:p>
      <w:pPr>
        <w:jc w:val="right"/>
      </w:pPr>
      <w:r>
        <w:t>آپ دیکھیے، 1997 میں ایک قصہ آیا تھا امریکہ کے بارے میں، میڈیا میں بہت آیا تھا۔ 1997 میں کہ وہاں پر جو وائٹ ہاؤس ہے،</w:t>
      </w:r>
    </w:p>
    <w:p>
      <w:r>
        <w:rPr>
          <w:b/>
        </w:rPr>
        <w:t xml:space="preserve">[25:15] </w:t>
      </w:r>
      <w:r>
        <w:t>aik bar main wahan gaya hoon, bohat hi high qism ke professionals wahan hotay hain. bohat hi ziyada high qism ke professionals.</w:t>
      </w:r>
    </w:p>
    <w:p>
      <w:pPr>
        <w:jc w:val="right"/>
      </w:pPr>
      <w:r>
        <w:t>ایک بار میں وہاں گیا ہوں، بہت ہی ہائی قسم کے پروفیشنلز وہاں ہوتے ہیں۔ بہت ہی زیادہ ہائی قسم کے پروفیشنلز۔</w:t>
      </w:r>
    </w:p>
    <w:p>
      <w:r>
        <w:rPr>
          <w:b/>
        </w:rPr>
        <w:t xml:space="preserve">[25:26] </w:t>
      </w:r>
      <w:r>
        <w:t>to aik larki ne wahan par job lena chaha. us waqt president thay clinton. clinton jo hain, us ke president thay.</w:t>
      </w:r>
    </w:p>
    <w:p>
      <w:pPr>
        <w:jc w:val="right"/>
      </w:pPr>
      <w:r>
        <w:t>تو ایک لڑکی نے وہاں پر جاب لینا چاہا۔ اس وقت پریزیڈنٹ تھے کلنٹن۔ کلنٹن جو ہیں، اس کے پریزیڈنٹ تھے۔</w:t>
      </w:r>
    </w:p>
    <w:p>
      <w:r>
        <w:rPr>
          <w:b/>
        </w:rPr>
        <w:t xml:space="preserve">[25:37] </w:t>
      </w:r>
      <w:r>
        <w:t>president ne chaha ke is larki ko, jis ka naam tha monica lewinsky, is ko job mil jaye. lekin job nahi mila un ko.</w:t>
      </w:r>
    </w:p>
    <w:p>
      <w:pPr>
        <w:jc w:val="right"/>
      </w:pPr>
      <w:r>
        <w:t>پریزیڈنٹ نے چاہا کہ اس لڑکی کو، جس کا نام تھا مانکا لیونسی کی، اس کو جاب مل جائے۔ لیکن جاب نہیں ملا ان کو۔</w:t>
      </w:r>
    </w:p>
    <w:p>
      <w:r>
        <w:rPr>
          <w:b/>
        </w:rPr>
        <w:t xml:space="preserve">[25:47] </w:t>
      </w:r>
      <w:r>
        <w:t>yani president ki recommendation se bhi is ko job nahi mila.</w:t>
      </w:r>
    </w:p>
    <w:p>
      <w:pPr>
        <w:jc w:val="right"/>
      </w:pPr>
      <w:r>
        <w:t>یعنی پریزیڈنٹ کی ریکمنڈیشن سے بھی اس کو جاب نہیں ملا۔</w:t>
      </w:r>
    </w:p>
    <w:p>
      <w:r>
        <w:rPr>
          <w:b/>
        </w:rPr>
        <w:t xml:space="preserve">[25:52] </w:t>
      </w:r>
      <w:r>
        <w:t>kyun ke jo selection committee thi, us ne dekha ke woh, woh up to the mark nahi hai. woh yani white house ka jo professional jo criteria hai,</w:t>
      </w:r>
    </w:p>
    <w:p>
      <w:pPr>
        <w:jc w:val="right"/>
      </w:pPr>
      <w:r>
        <w:t>کیونکہ جو سلیکشن کمیٹی تھی، اس نے دیکھا کہ وہ، وہ اپ ٹو دا مارک نہیں ہے۔ وہ یعنی وائٹ ہاؤس کا جو پروفیشنل جو کرائٹیریا ہے،</w:t>
      </w:r>
    </w:p>
    <w:p>
      <w:r>
        <w:rPr>
          <w:b/>
        </w:rPr>
        <w:t xml:space="preserve">[26:08] </w:t>
      </w:r>
      <w:r>
        <w:t>professional criterion jo is ka, is par poori nahi utarti. woh aap ghor kijiye ke white house se bhi ziyada mamooli jagah hogi paradise.</w:t>
      </w:r>
    </w:p>
    <w:p>
      <w:pPr>
        <w:jc w:val="right"/>
      </w:pPr>
      <w:r>
        <w:t>پروفیشنل کرائٹیرین جو اس کا، اس پر پوری نہیں اترتی۔ وہ آپ غور کیجیے کہ وائٹ ہاؤس سے بھی زیادہ معمولی جگہ ہوگی پیرائیڈائز۔</w:t>
      </w:r>
    </w:p>
    <w:p>
      <w:r>
        <w:rPr>
          <w:b/>
        </w:rPr>
        <w:t xml:space="preserve">[26:21] </w:t>
      </w:r>
      <w:r>
        <w:t>yani paradise mein, yani ab white house mein recommendation se nahi le aa sakta kisi ko, jab tak merit par woh na aaye. Merit par woh deserve na kare.</w:t>
      </w:r>
    </w:p>
    <w:p>
      <w:pPr>
        <w:jc w:val="right"/>
      </w:pPr>
      <w:r>
        <w:t>یعنی پیرائیڈائز میں، یعنی اب وائٹ ہاؤس میں ریکمنڈیشن سے نہیں لے آ سکتا کسی کو، جب تک میرٹ پر وہ نہ آئے۔ میرٹ پر وہ ڈیزرو نہ کرے۔</w:t>
      </w:r>
    </w:p>
    <w:p>
      <w:r>
        <w:rPr>
          <w:b/>
        </w:rPr>
        <w:t xml:space="preserve">[26:34] </w:t>
      </w:r>
      <w:r>
        <w:t>aur paradise kya, kooda khana koi hai? Ke sab ko le chalo, sab ko paradise mein dakhil kar do.</w:t>
      </w:r>
    </w:p>
    <w:p>
      <w:pPr>
        <w:jc w:val="right"/>
      </w:pPr>
      <w:r>
        <w:t>اور پیرائیڈائز کیا، کوڑا خانہ کوئی ہے؟ کہ سب کو لے چلو، سب کو پیرائیڈائز میں داخل کر دو۔</w:t>
      </w:r>
    </w:p>
    <w:p>
      <w:r>
        <w:rPr>
          <w:b/>
        </w:rPr>
        <w:t xml:space="preserve">[26:44] </w:t>
      </w:r>
      <w:r>
        <w:t>dekhiye,</w:t>
      </w:r>
    </w:p>
    <w:p>
      <w:pPr>
        <w:jc w:val="right"/>
      </w:pPr>
      <w:r>
        <w:t>دیکھیے،</w:t>
      </w:r>
    </w:p>
    <w:p>
      <w:r>
        <w:rPr>
          <w:b/>
        </w:rPr>
        <w:t xml:space="preserve">[26:48] </w:t>
      </w:r>
      <w:r>
        <w:t>main arz karna chahta hoon ke paradise kis ke liye hai?</w:t>
      </w:r>
    </w:p>
    <w:p>
      <w:pPr>
        <w:jc w:val="right"/>
      </w:pPr>
      <w:r>
        <w:t>میں عرض کرنا چاہتا ہوں کہ پیرائیڈائز کس کے لیے ہے؟</w:t>
      </w:r>
    </w:p>
    <w:p>
      <w:r>
        <w:rPr>
          <w:b/>
        </w:rPr>
        <w:t xml:space="preserve">[26:57] </w:t>
      </w:r>
      <w:r>
        <w:t>paradise kis ke liye hai aur paradise kis ke liye nahi hai? Jaise kal jo maine arz kiya book fair ka, to ek in ek tha woh animal jo yun hi daud raha tha, us ko kuch pata nahi ke yahan par kya hai.</w:t>
      </w:r>
    </w:p>
    <w:p>
      <w:pPr>
        <w:jc w:val="right"/>
      </w:pPr>
      <w:r>
        <w:t>پیرائیڈائز کس کے لیے ہے اور پیرائیڈائز کس کے لیے نہیں ہے؟ جیسے کل جو میں نے عرض کیا بک فیئر کا، تو ایک ان ایک تھا وہ اینیمل جو یوں ہی دوڑ رہا تھا، اس کو کچھ پتہ نہیں کہ یہاں پر کیا ہے۔</w:t>
      </w:r>
    </w:p>
    <w:p>
      <w:r>
        <w:rPr>
          <w:b/>
        </w:rPr>
        <w:t xml:space="preserve">[27:12] </w:t>
      </w:r>
      <w:r>
        <w:t>isi mein kuch parhe likhe log thay jo dhoondh rahe thay apne matlab ki book ko,</w:t>
      </w:r>
    </w:p>
    <w:p>
      <w:pPr>
        <w:jc w:val="right"/>
      </w:pPr>
      <w:r>
        <w:t>اسی میں کچھ پڑھے لکھے لوگ تھے جو ڈھونڈ رہے تھے اپنے مطلب کی بک کو،</w:t>
      </w:r>
    </w:p>
    <w:p>
      <w:r>
        <w:rPr>
          <w:b/>
        </w:rPr>
        <w:t xml:space="preserve">[27:18] </w:t>
      </w:r>
      <w:r>
        <w:t>jis se woh learning kar saken. To isi ko aap badha lijie. Isi ko aap greater sense mein le lijie.</w:t>
      </w:r>
    </w:p>
    <w:p>
      <w:pPr>
        <w:jc w:val="right"/>
      </w:pPr>
      <w:r>
        <w:t>جس سے وہ لرننگ کر سکیں۔ تو اسی کو آپ بڑھا لیجیے۔ اسی کو آپ گریٹر سینس میں لے لیجیے۔</w:t>
      </w:r>
    </w:p>
    <w:p>
      <w:r>
        <w:rPr>
          <w:b/>
        </w:rPr>
        <w:t xml:space="preserve">[27:28] </w:t>
      </w:r>
      <w:r>
        <w:t>to poori universe isi qism ka ek book fair hai.</w:t>
      </w:r>
    </w:p>
    <w:p>
      <w:pPr>
        <w:jc w:val="right"/>
      </w:pPr>
      <w:r>
        <w:t>تو پوری یونیورس اسی قسم کا ایک بک فیئر ہے۔</w:t>
      </w:r>
    </w:p>
    <w:p>
      <w:r>
        <w:rPr>
          <w:b/>
        </w:rPr>
        <w:t xml:space="preserve">[27:35] </w:t>
      </w:r>
      <w:r>
        <w:t>book fair of of of divine learning.</w:t>
      </w:r>
    </w:p>
    <w:p>
      <w:pPr>
        <w:jc w:val="right"/>
      </w:pPr>
      <w:r>
        <w:t>بک فیئر آف آف آف ڈیوائن لرننگ۔</w:t>
      </w:r>
    </w:p>
    <w:p>
      <w:r>
        <w:rPr>
          <w:b/>
        </w:rPr>
        <w:t xml:space="preserve">[27:40] </w:t>
      </w:r>
      <w:r>
        <w:t>ek ek cheez mein yeh jo poori universe hai, yeh poori duniya hai, yeh bhari hui hai divine learning se, divine science se.</w:t>
      </w:r>
    </w:p>
    <w:p>
      <w:pPr>
        <w:jc w:val="right"/>
      </w:pPr>
      <w:r>
        <w:t>ایک ایک چیز میں یہ جو پوری یونیورس ہے، یہ پوری دنیا ہے، یہ بھری ہوئی ہے ڈیوائن لرننگ سے، ڈیوائن سائنس سے۔</w:t>
      </w:r>
    </w:p>
    <w:p>
      <w:r>
        <w:rPr>
          <w:b/>
        </w:rPr>
        <w:t xml:space="preserve">[27:52] </w:t>
      </w:r>
      <w:r>
        <w:t>to aap aankh khol kar rahen aur is baaton ko dekhen. Apne mind ko khol kar rakhen, us ki baaton ko soch saken.</w:t>
      </w:r>
    </w:p>
    <w:p>
      <w:pPr>
        <w:jc w:val="right"/>
      </w:pPr>
      <w:r>
        <w:t>تو آپ آنکھ کھول کر رہیں اور اس باتوں کو دیکھیں۔ اپنے مائنڈ کو کھول کر رکھیں، اس کی باتوں کو سوچ سکیں۔</w:t>
      </w:r>
    </w:p>
    <w:p>
      <w:r>
        <w:rPr>
          <w:b/>
        </w:rPr>
        <w:t xml:space="preserve">[28:02] </w:t>
      </w:r>
      <w:r>
        <w:t>apni kaan ko khol kar rakhen, in awazon ko sun saken. Aur phir apni personality ko is tareeqe se banaen.</w:t>
      </w:r>
    </w:p>
    <w:p>
      <w:pPr>
        <w:jc w:val="right"/>
      </w:pPr>
      <w:r>
        <w:t>اپنی کان کو کھول کر رکھیں، ان آوازوں کو سن سکیں۔ اور پھر اپنی پرسنیلٹی کو اس طریقے سے بنائیں۔</w:t>
      </w:r>
    </w:p>
    <w:p>
      <w:r>
        <w:rPr>
          <w:b/>
        </w:rPr>
        <w:t xml:space="preserve">[28:12] </w:t>
      </w:r>
      <w:r>
        <w:t>yeh sara ka sara mamla personality development ka mamla hai. Personality ka lafz main physical sense mein nahi bol raha hoon, main spiritual sense mein bol raha hoon.</w:t>
      </w:r>
    </w:p>
    <w:p>
      <w:pPr>
        <w:jc w:val="right"/>
      </w:pPr>
      <w:r>
        <w:t>یہ سارا کا سارا معاملہ پرسنیلٹی ڈیولپمنٹ کا معاملہ ہے۔ پرسنیلٹی کا لفظ میں فزیکل سینس میں نہیں بول رہا ہوں، میں اسپریچول سینس میں بول رہا ہوں۔</w:t>
      </w:r>
    </w:p>
    <w:p>
      <w:r>
        <w:rPr>
          <w:b/>
        </w:rPr>
        <w:t xml:space="preserve">[28:25] </w:t>
      </w:r>
      <w:r>
        <w:t>to quran mein hai ke dhalik jaza muntazaka. Yani paradise in logon ko milegi jo purified soul le kar wahan pohnchen.</w:t>
      </w:r>
    </w:p>
    <w:p>
      <w:pPr>
        <w:jc w:val="right"/>
      </w:pPr>
      <w:r>
        <w:t>تو قرآن میں ہے کہ ذالک جزا منتزکا۔ یعنی پیرائیڈائز ان لوگوں کو ملے گی جو پیوریفائیڈ سول لے کر وہاں پہنچیں۔</w:t>
      </w:r>
    </w:p>
    <w:p>
      <w:r>
        <w:rPr>
          <w:b/>
        </w:rPr>
        <w:t xml:space="preserve">[28:43] </w:t>
      </w:r>
      <w:r>
        <w:t>yeh paradise jo hai, woh sirf purified soul walon ke liye hai. Achha, purified soul kaun hai?</w:t>
      </w:r>
    </w:p>
    <w:p>
      <w:pPr>
        <w:jc w:val="right"/>
      </w:pPr>
      <w:r>
        <w:t>یہ پیرائیڈائز جو ہے، وہ صرف پیوریفائیڈ سول والوں کے لیے ہے۔ اچھا، پیوریفائیڈ سول کون ہے؟</w:t>
      </w:r>
    </w:p>
    <w:p>
      <w:r>
        <w:rPr>
          <w:b/>
        </w:rPr>
        <w:t xml:space="preserve">[28:56] </w:t>
      </w:r>
      <w:r>
        <w:t>purified soul kaun hai? Woh wohi hai jo yeh, yeh jo duniya hai,</w:t>
      </w:r>
    </w:p>
    <w:p>
      <w:pPr>
        <w:jc w:val="right"/>
      </w:pPr>
      <w:r>
        <w:t>پیوریفائیڈ سول کون ہے؟ وہ وہی ہے جو یہ، یہ جو دنیا ہے،</w:t>
      </w:r>
    </w:p>
    <w:p>
      <w:r>
        <w:rPr>
          <w:b/>
        </w:rPr>
        <w:t xml:space="preserve">[29:02] </w:t>
      </w:r>
      <w:r>
        <w:t>yeh yeh universal book fair hai divine learning ka. Is mein woh animal ki tarah na rahen, woh insan ki tarah rahen.</w:t>
      </w:r>
    </w:p>
    <w:p>
      <w:pPr>
        <w:jc w:val="right"/>
      </w:pPr>
      <w:r>
        <w:t>یہ یہ یونیورسل بک فیئر ہے ڈیوائن لرننگ کا۔ اس میں وہ اینیمل کی طرح نہ رہیں، وہ انسان کی طرح رہیں۔</w:t>
      </w:r>
    </w:p>
    <w:p>
      <w:r>
        <w:rPr>
          <w:b/>
        </w:rPr>
        <w:t xml:space="preserve">[29:16] </w:t>
      </w:r>
      <w:r>
        <w:t>is se woh extract kar saken spiritual food ko, intellectual learning ko, aur us ke mutabiq apni apna development karen.</w:t>
      </w:r>
    </w:p>
    <w:p>
      <w:pPr>
        <w:jc w:val="right"/>
      </w:pPr>
      <w:r>
        <w:t>اس سے وہ ایکسٹریکٹ کر سکیں اسپریچول فوڈ کو، انٹلیکچول لرننگ کو، اور اس کے مطابق اپنی اپنا ڈیولپمنٹ کریں۔</w:t>
      </w:r>
    </w:p>
    <w:p>
      <w:r>
        <w:rPr>
          <w:b/>
        </w:rPr>
        <w:t xml:space="preserve">[29:30] </w:t>
      </w:r>
      <w:r>
        <w:t>woh hai purified soul.</w:t>
      </w:r>
    </w:p>
    <w:p>
      <w:pPr>
        <w:jc w:val="right"/>
      </w:pPr>
      <w:r>
        <w:t>وہ ہے پیوریفائیڈ سول۔</w:t>
      </w:r>
    </w:p>
    <w:p>
      <w:r>
        <w:rPr>
          <w:b/>
        </w:rPr>
        <w:t xml:space="preserve">[29:34] </w:t>
      </w:r>
      <w:r>
        <w:t>to yeh duniya khuda ne banai hai, isi liye ek opportunity di hai aap ko ke yahan aap apne aap ko woh insan bana saken jo merit par paradise mein jis ko entry mile.</w:t>
      </w:r>
    </w:p>
    <w:p>
      <w:pPr>
        <w:jc w:val="right"/>
      </w:pPr>
      <w:r>
        <w:t>تو یہ دنیا خدا نے بنائی ہے، اسی لیے ایک اپرچونیٹی دی ہے آپ کو کہ یہاں آپ اپنے آپ کو وہ انسان بنا سکیں جو میرٹ پر پیرائیڈائز میں جس کو انٹری ملے۔</w:t>
      </w:r>
    </w:p>
    <w:p>
      <w:r>
        <w:rPr>
          <w:b/>
        </w:rPr>
        <w:t xml:space="preserve">[29:51] </w:t>
      </w:r>
      <w:r>
        <w:t>to jo log animal ki tarah yahan ghoomen phirenge, khayen piyen, un ko to hell hai, un ke liye hell hai.</w:t>
      </w:r>
    </w:p>
    <w:p>
      <w:pPr>
        <w:jc w:val="right"/>
      </w:pPr>
      <w:r>
        <w:t>تو جو لوگ اینیمل کی طرح یہاں گھومے پھریں گے، کھائیں پیئیں گے، ان کو تو ہیل ہے، ان کے لیے ہیل ہے۔</w:t>
      </w:r>
    </w:p>
    <w:p>
      <w:r>
        <w:rPr>
          <w:b/>
        </w:rPr>
        <w:t xml:space="preserve">[30:02] </w:t>
      </w:r>
      <w:r>
        <w:t>haan, jo log insan ke taur par hain, insan ke taur par aane ke maene kya hain? Yeh jo faculty di hai khuda ne aap ko, jo quality di hai khuda ne aap ko, mind diya hai sochne ke liye,</w:t>
      </w:r>
    </w:p>
    <w:p>
      <w:pPr>
        <w:jc w:val="right"/>
      </w:pPr>
      <w:r>
        <w:t>ہاں، جو لوگ انسان کے طور پر ہیں، انسان کے طور پر آنے کے معنی کیا ہیں؟ یہ جو فیکلٹی دی ہے خدا نے آپ کو، جو کوالٹی دی ہے خدا نے آپ کو، مائنڈ دیا ہے سوچنے کے لیے،</w:t>
      </w:r>
    </w:p>
    <w:p>
      <w:r>
        <w:rPr>
          <w:b/>
        </w:rPr>
        <w:t xml:space="preserve">[30:14] </w:t>
      </w:r>
      <w:r>
        <w:t>aankh diya hai dekhne ke liye, kaan diya hai sunne ke liye, dil diya hai mehsoos karne ke liye, yeh sari faculties jo aap ki hain, us ko use karte hue jo is duniya mein zindagi guzaren,</w:t>
      </w:r>
    </w:p>
    <w:p>
      <w:pPr>
        <w:jc w:val="right"/>
      </w:pPr>
      <w:r>
        <w:t>آنکھ دیا ہے دیکھنے کے لیے، کان دیا ہے سننے کے لیے، دل دیا ہے محسوس کرنے کے لیے، یہ ساری فیکلٹیز جو آپ کی ہیں، اس کو یوز کرتے ہوئے جو اس دنیا میں زندگی گزاریں،</w:t>
      </w:r>
    </w:p>
    <w:p>
      <w:r>
        <w:rPr>
          <w:b/>
        </w:rPr>
        <w:t xml:space="preserve">[30:30] </w:t>
      </w:r>
      <w:r>
        <w:t>to kya hoga? Woh cheezon mein khuda ko discover karenge, cheezon mein sachai ko realize karenge, woh cheezon mein jannat ka ka glimpse dikhai parega unhen.</w:t>
      </w:r>
    </w:p>
    <w:p>
      <w:pPr>
        <w:jc w:val="right"/>
      </w:pPr>
      <w:r>
        <w:t>تو کیا ہوگا؟ وہ چیزوں میں خدا کو ڈسکور کریں گے، چیزوں میں سچائی کو ریلائز کریں گے، وہ چیزوں میں جنت کا کا گلمس دکھائی پڑے گا انہیں۔</w:t>
      </w:r>
    </w:p>
    <w:p>
      <w:r>
        <w:rPr>
          <w:b/>
        </w:rPr>
        <w:t xml:space="preserve">[30:44] </w:t>
      </w:r>
      <w:r>
        <w:t>yeh kya hai duniya? Yeh duniya to glimpse of paradise hai. Yeh yeh poori duniya jo hai, glimpse of paradise hai. Isi liye quran majeed mein hai ke kull rizq minhum rizqan min qabl y</w:t>
      </w:r>
    </w:p>
    <w:p>
      <w:pPr>
        <w:jc w:val="right"/>
      </w:pPr>
      <w:r>
        <w:t>یہ کیا ہے دنیا؟ یہ دنیا تو گلمس آف پیرائیڈائز ہے۔ یہ یہ پوری دنیا جو ہے، گلمس آف پیرائیڈائز ہے۔ اسی لیے قرآن مجید میں ہے کہ کل رزق منہم رزقا من قبل ی</w:t>
      </w:r>
    </w:p>
    <w:p>
      <w:r>
        <w:rPr>
          <w:b/>
        </w:rPr>
        <w:t xml:space="preserve">[31:02] </w:t>
      </w:r>
      <w:r>
        <w:t>ani jannat un ko, jannat mein janay walay log jo hain, jannat mein jab dekhen gay cheezon ko to kahen gay yeh to aisi dunya mein bhi hum ne dekha tha.</w:t>
      </w:r>
    </w:p>
    <w:p>
      <w:pPr>
        <w:jc w:val="right"/>
      </w:pPr>
      <w:r>
        <w:t>عنی جنت ان کو، جنت میں جانے والے لوگ جو ہیں، جنت میں جب دیکھیں گے چیزوں کو تو کہیں گے یہ تو ایسی دنیا میں بھی ہم نے دیکھا تھا۔</w:t>
      </w:r>
    </w:p>
    <w:p>
      <w:r>
        <w:rPr>
          <w:b/>
        </w:rPr>
        <w:t xml:space="preserve">[31:13] </w:t>
      </w:r>
      <w:r>
        <w:t>to yeh gilms hai, gilms aik jhalak hai. yahan cheezen imperfect tor par hain, wahan perfect hongi. yeh farq hai.</w:t>
      </w:r>
    </w:p>
    <w:p>
      <w:pPr>
        <w:jc w:val="right"/>
      </w:pPr>
      <w:r>
        <w:t>تو یہ گلمس ہے، گلمس ایک جھلک ہے۔ یہاں چیزیں امپرفیکٹ طور پر ہیں، وہاں پرفیکٹ ہوں گی۔ یہ فرق ہے۔</w:t>
      </w:r>
    </w:p>
    <w:p>
      <w:r>
        <w:rPr>
          <w:b/>
        </w:rPr>
        <w:t xml:space="preserve">[31:25] </w:t>
      </w:r>
      <w:r>
        <w:t>to</w:t>
      </w:r>
    </w:p>
    <w:p>
      <w:pPr>
        <w:jc w:val="right"/>
      </w:pPr>
      <w:r>
        <w:t>تو</w:t>
      </w:r>
    </w:p>
    <w:p>
      <w:r>
        <w:rPr>
          <w:b/>
        </w:rPr>
        <w:t xml:space="preserve">[31:26] </w:t>
      </w:r>
      <w:r>
        <w:t>jo is tareeqay se yahan par food le sakay, intellectual food, spiritual food, aur phir apna personality development karay, yani merit ke aitbar se apnay ko is qabil banaye ke woh deserve karay,</w:t>
      </w:r>
    </w:p>
    <w:p>
      <w:pPr>
        <w:jc w:val="right"/>
      </w:pPr>
      <w:r>
        <w:t>جو اس طریقے سے یہاں پر فوڈ لے سکے، انٹلیکچول فوڈ، اسپریچول فوڈ، اور پھر اپنا پرسنیلٹی ڈیولپمنٹ کرے، یعنی میرٹ کے اعتبار سے اپنے کو اس قابل بنائے کہ وہ ڈیزرو کرے،</w:t>
      </w:r>
    </w:p>
    <w:p>
      <w:r>
        <w:rPr>
          <w:b/>
        </w:rPr>
        <w:t xml:space="preserve">[31:40] </w:t>
      </w:r>
      <w:r>
        <w:t>is ke liye paradise hai. aur yeh nazariya ke molvi hai to itna bakhshwayega, hafiz hai to itna bakhshwayega, haji hai to itna bakhshwayega, aur phir jo bachen gay woh peghambar sab ko ghaseet le jayen gay jannat mein,</w:t>
      </w:r>
    </w:p>
    <w:p>
      <w:pPr>
        <w:jc w:val="right"/>
      </w:pPr>
      <w:r>
        <w:t>اس کے لیے پیرائیڈائز ہے۔ اور یہ نظریہ کہ مولوی ہے تو اتنا بخشوائے گا، حافظ ہے تو اتنا بخشوائے گا، حاجی ہے تو اتنا بخشوائے گا، اور پھر جو بچیں گے وہ پیغمبر سب کو گھسیٹ لے جائیں گے جنت میں،</w:t>
      </w:r>
    </w:p>
    <w:p>
      <w:r>
        <w:rPr>
          <w:b/>
        </w:rPr>
        <w:t xml:space="preserve">[31:55] </w:t>
      </w:r>
      <w:r>
        <w:t>yeh to yeh to bilkul yani</w:t>
      </w:r>
    </w:p>
    <w:p>
      <w:pPr>
        <w:jc w:val="right"/>
      </w:pPr>
      <w:r>
        <w:t>یہ تو یہ تو بالکل یعنی</w:t>
      </w:r>
    </w:p>
    <w:p>
      <w:r>
        <w:rPr>
          <w:b/>
        </w:rPr>
        <w:t xml:space="preserve">[32:02] </w:t>
      </w:r>
      <w:r>
        <w:t>super underestimation hai. yeh itni bari dunya khuda ne banai, isi liye ke bheer bakri sab jannat mein ja ke dakhil kar do. koi kooda khana hai?</w:t>
      </w:r>
    </w:p>
    <w:p>
      <w:pPr>
        <w:jc w:val="right"/>
      </w:pPr>
      <w:r>
        <w:t>سپر انڈر ایسٹیمیشن ہے۔ یہ اتنی بڑی دنیا خدا نے بنائی، اسی لیے کہ بھیڑ بکری سب جنت میں جا کے داخل کر دو۔ کوئی کوڑا خانہ ہے؟</w:t>
      </w:r>
    </w:p>
    <w:p>
      <w:r>
        <w:rPr>
          <w:b/>
        </w:rPr>
        <w:t xml:space="preserve">[32:11] </w:t>
      </w:r>
      <w:r>
        <w:t>jannat hai?</w:t>
      </w:r>
    </w:p>
    <w:p>
      <w:pPr>
        <w:jc w:val="right"/>
      </w:pPr>
      <w:r>
        <w:t>جنت ہے؟</w:t>
      </w:r>
    </w:p>
    <w:p>
      <w:r>
        <w:rPr>
          <w:b/>
        </w:rPr>
        <w:t xml:space="preserve">[32:16] </w:t>
      </w:r>
      <w:r>
        <w:t>to yaad rakhiye</w:t>
      </w:r>
    </w:p>
    <w:p>
      <w:pPr>
        <w:jc w:val="right"/>
      </w:pPr>
      <w:r>
        <w:t>تو یاد رکھیے</w:t>
      </w:r>
    </w:p>
    <w:p>
      <w:r>
        <w:rPr>
          <w:b/>
        </w:rPr>
        <w:t xml:space="preserve">[32:21] </w:t>
      </w:r>
      <w:r>
        <w:t>ke Quran majeed mein aik ayat hai ke wish full thinking se kisi ko paradise nahi milnay wali hai. les be-amani wala mani ahl al-kitab, yeh sab wish full thinking hai.</w:t>
      </w:r>
    </w:p>
    <w:p>
      <w:pPr>
        <w:jc w:val="right"/>
      </w:pPr>
      <w:r>
        <w:t>کہ قرآن مجید میں ایک آیت ہے کہ وش فل تھنکنگ سے کسی کو پیرائیڈائز نہیں ملنے والی ہے۔ لیس بیامانی ولا مانی اہل الکتاب، یہ سب وش فل تھنکنگ ہے۔</w:t>
      </w:r>
    </w:p>
    <w:p>
      <w:r>
        <w:rPr>
          <w:b/>
        </w:rPr>
        <w:t xml:space="preserve">[32:36] </w:t>
      </w:r>
      <w:r>
        <w:t>yeh sab wish full thinking hai. wish full thinking se kisi ko paradise milnay wali nahi hai.</w:t>
      </w:r>
    </w:p>
    <w:p>
      <w:pPr>
        <w:jc w:val="right"/>
      </w:pPr>
      <w:r>
        <w:t>یہ سب وش فل تھنکنگ ہے۔ وش فل تھنکنگ سے کسی کو پیرائیڈائز ملنے والی نہیں ہے۔</w:t>
      </w:r>
    </w:p>
    <w:p>
      <w:r>
        <w:rPr>
          <w:b/>
        </w:rPr>
        <w:t xml:space="preserve">[32:51] </w:t>
      </w:r>
      <w:r>
        <w:t>aaj subah mein</w:t>
      </w:r>
    </w:p>
    <w:p>
      <w:pPr>
        <w:jc w:val="right"/>
      </w:pPr>
      <w:r>
        <w:t>آج صبح میں</w:t>
      </w:r>
    </w:p>
    <w:p>
      <w:r>
        <w:rPr>
          <w:b/>
        </w:rPr>
        <w:t xml:space="preserve">[32:55] </w:t>
      </w:r>
      <w:r>
        <w:t>radio par aik khabar aai jo aap log jantay honge ke baba amte ka intiqal ho gaya. kal hua hai to aaj radio par mein ne suna baba amte bohat baray guardian thay,</w:t>
      </w:r>
    </w:p>
    <w:p>
      <w:pPr>
        <w:jc w:val="right"/>
      </w:pPr>
      <w:r>
        <w:t>ریڈیو پر ایک خبر آئی جو آپ لوگ جانتے ہوں گے کہ بابا امٹے کا انتقال ہو گیا۔ کل ہوا ہے تو آج ریڈیو پر میں نے سنا بابا امٹے بہت بڑے گارڈین تھے،</w:t>
      </w:r>
    </w:p>
    <w:p>
      <w:r>
        <w:rPr>
          <w:b/>
        </w:rPr>
        <w:t xml:space="preserve">[33:09] </w:t>
      </w:r>
      <w:r>
        <w:t>unki umar shayad 92 years ho chuki thi.</w:t>
      </w:r>
    </w:p>
    <w:p>
      <w:pPr>
        <w:jc w:val="right"/>
      </w:pPr>
      <w:r>
        <w:t>ان کی عمر شاید 92 ایئرز ہو چکی تھی۔</w:t>
      </w:r>
    </w:p>
    <w:p>
      <w:r>
        <w:rPr>
          <w:b/>
        </w:rPr>
        <w:t xml:space="preserve">[33:14] </w:t>
      </w:r>
      <w:r>
        <w:t>aik bar meri un se mulaqat hui thi kisi shayad sewa gram mein kahan.</w:t>
      </w:r>
    </w:p>
    <w:p>
      <w:pPr>
        <w:jc w:val="right"/>
      </w:pPr>
      <w:r>
        <w:t>ایک بار میری ان سے ملاقات ہوئی تھی کسی شاید سیوا گرام میں کہاں۔</w:t>
      </w:r>
    </w:p>
    <w:p>
      <w:r>
        <w:rPr>
          <w:b/>
        </w:rPr>
        <w:t xml:space="preserve">[33:23] </w:t>
      </w:r>
      <w:r>
        <w:t>to jab mein ne un ki maut ki khabar suni to achaanak kya khayal aaya</w:t>
      </w:r>
    </w:p>
    <w:p>
      <w:pPr>
        <w:jc w:val="right"/>
      </w:pPr>
      <w:r>
        <w:t>تو جب میں نے ان کی موت کی خبر سنی تو اچانک کیا خیال آیا</w:t>
      </w:r>
    </w:p>
    <w:p>
      <w:r>
        <w:rPr>
          <w:b/>
        </w:rPr>
        <w:t xml:space="preserve">[33:31] </w:t>
      </w:r>
      <w:r>
        <w:t>ke maut kya hai? maut aik aisa safar hai jo point of no return ke satah par hota hai.</w:t>
      </w:r>
    </w:p>
    <w:p>
      <w:pPr>
        <w:jc w:val="right"/>
      </w:pPr>
      <w:r>
        <w:t>کہ موت کیا ہے؟ موت ایک ایسا سفر ہے جو پوائنٹ آف نو ریٹرن کے سطح پر ہوتا ہے۔</w:t>
      </w:r>
    </w:p>
    <w:p>
      <w:r>
        <w:rPr>
          <w:b/>
        </w:rPr>
        <w:t xml:space="preserve">[33:42] </w:t>
      </w:r>
      <w:r>
        <w:t>maut bhi aik journey hai</w:t>
      </w:r>
    </w:p>
    <w:p>
      <w:pPr>
        <w:jc w:val="right"/>
      </w:pPr>
      <w:r>
        <w:t>موت بھی ایک جرنی ہے</w:t>
      </w:r>
    </w:p>
    <w:p>
      <w:r>
        <w:rPr>
          <w:b/>
        </w:rPr>
        <w:t xml:space="preserve">[33:47] </w:t>
      </w:r>
      <w:r>
        <w:t>is dunya se is dunya ki taraf, lekin woh hota hai point of no return ke satah par.</w:t>
      </w:r>
    </w:p>
    <w:p>
      <w:pPr>
        <w:jc w:val="right"/>
      </w:pPr>
      <w:r>
        <w:t>اس دنیا سے اس دنیا کی طرف، لیکن وہ ہوتا ہے پوائنٹ آف نو ریٹرن کے سطح پر۔</w:t>
      </w:r>
    </w:p>
    <w:p>
      <w:r>
        <w:rPr>
          <w:b/>
        </w:rPr>
        <w:t xml:space="preserve">[33:54] </w:t>
      </w:r>
      <w:r>
        <w:t>ab jo aadmi mar chuka woh agar chahe lotna is dunya mein dobara to lot nahi sakta, woh impossible hai.</w:t>
      </w:r>
    </w:p>
    <w:p>
      <w:pPr>
        <w:jc w:val="right"/>
      </w:pPr>
      <w:r>
        <w:t>اب جو آدمی مر چکا وہ اگر چاہے لوٹنا اس دنیا میں دوبارہ تو لوٹ نہیں سکتا، وہ امپاسیبل ہے۔</w:t>
      </w:r>
    </w:p>
    <w:p>
      <w:r>
        <w:rPr>
          <w:b/>
        </w:rPr>
        <w:t xml:space="preserve">[34:03] </w:t>
      </w:r>
      <w:r>
        <w:t>aap sochiye is is is is moment ko sochiye, is moment ko</w:t>
      </w:r>
    </w:p>
    <w:p>
      <w:pPr>
        <w:jc w:val="right"/>
      </w:pPr>
      <w:r>
        <w:t>آپ سوچیے اس اس اس اس مومنٹ کو سوچیے، اس مومنٹ کو</w:t>
      </w:r>
    </w:p>
    <w:p>
      <w:r>
        <w:rPr>
          <w:b/>
        </w:rPr>
        <w:t xml:space="preserve">[34:10] </w:t>
      </w:r>
      <w:r>
        <w:t>jo baba amte par aur bohat se logon par aa chuka aur hamare aap ke sath bhi aanay wala hai</w:t>
      </w:r>
    </w:p>
    <w:p>
      <w:pPr>
        <w:jc w:val="right"/>
      </w:pPr>
      <w:r>
        <w:t>جو بابا امٹے پر اور بہت سے لوگوں پر آ چکا اور ہمارے آپ کے ساتھ بھی آنے والا ہے</w:t>
      </w:r>
    </w:p>
    <w:p>
      <w:r>
        <w:rPr>
          <w:b/>
        </w:rPr>
        <w:t xml:space="preserve">[34:19] </w:t>
      </w:r>
      <w:r>
        <w:t>ke aik second mein aisa hoga ke hum is dunya se is dunya mein puhanch chukay honge</w:t>
      </w:r>
    </w:p>
    <w:p>
      <w:pPr>
        <w:jc w:val="right"/>
      </w:pPr>
      <w:r>
        <w:t>کہ ایک سیکنڈ میں ایسا ہوگا کہ ہم اس دنیا سے اس دنیا میں پہنچ چکے ہوں گے</w:t>
      </w:r>
    </w:p>
    <w:p>
      <w:r>
        <w:rPr>
          <w:b/>
        </w:rPr>
        <w:t xml:space="preserve">[34:27] </w:t>
      </w:r>
      <w:r>
        <w:t>aur phir return possible nahi hoga. hum chahen ke apnay ghar ki taraf loten, apnay friends ki taraf loten, apnay relatives ki taraf loten, apnay property ki taraf loten, apnay job ki taraf loten, yeh impossible hoga.</w:t>
      </w:r>
    </w:p>
    <w:p>
      <w:pPr>
        <w:jc w:val="right"/>
      </w:pPr>
      <w:r>
        <w:t>اور پھر ریٹرن پاسیبل نہیں ہوگا۔ ہم چاہیں کہ اپنے گھر کی طرف لوٹیں، اپنے فرینڈز کی طرف لوٹیں، اپنے ریلیٹوز کی طرف لوٹیں، اپنے پراپرٹی کی طرف لوٹیں، اپنے جاب کی طرف لوٹیں، یہ امپاسیبل ہوگا۔</w:t>
      </w:r>
    </w:p>
    <w:p>
      <w:r>
        <w:rPr>
          <w:b/>
        </w:rPr>
        <w:t xml:space="preserve">[34:47] </w:t>
      </w:r>
      <w:r>
        <w:t>jis dunya mein abhi hum jee rahay thay woh dunya hamare peechay hogi aur samnay aik desert hoga. aik desert.</w:t>
      </w:r>
    </w:p>
    <w:p>
      <w:pPr>
        <w:jc w:val="right"/>
      </w:pPr>
      <w:r>
        <w:t>جس دنیا میں ابھی ہم جی رہے تھے وہ دنیا ہمارے پیچھے ہوگی اور سامنے ایک ڈیزرٹ ہوگا۔ ایک ڈیزرٹ۔</w:t>
      </w:r>
    </w:p>
    <w:p>
      <w:r>
        <w:rPr>
          <w:b/>
        </w:rPr>
        <w:t xml:space="preserve">[34:59] </w:t>
      </w:r>
      <w:r>
        <w:t>kal mujhe ek ungli mein ek takleef ho gayi thi yahan par, is is ungli mein barabar pain ho raha tha. to yahan par kuch kuch bandage kuch lagaya gaya, kuch kuch theek hua, abhi sab theek mashallah.</w:t>
      </w:r>
    </w:p>
    <w:p>
      <w:pPr>
        <w:jc w:val="right"/>
      </w:pPr>
      <w:r>
        <w:t>کل مجھے ایک انگلی میں ایک تکلیف ہو گئی تھی یہاں پر، اس اس انگلی میں برابر یہاں پر پین ہو رہا تھا۔ تو یہاں پر کچھ کچھ بینڈیج کچھ لگایا گیا، کچھ کچھ ٹھیک ہوا، ابھی سب ٹھیک ماشاءاللہ۔</w:t>
      </w:r>
    </w:p>
    <w:p>
      <w:r>
        <w:rPr>
          <w:b/>
        </w:rPr>
        <w:t xml:space="preserve">[35:15] </w:t>
      </w:r>
      <w:r>
        <w:t>to bas soch raha tha ke agar sara palace mujhe de diya jaye aur yahi yahi pain baqi rahe,</w:t>
      </w:r>
    </w:p>
    <w:p>
      <w:pPr>
        <w:jc w:val="right"/>
      </w:pPr>
      <w:r>
        <w:t>تو بس سوچ رہا تھا کہ اگر سارا پیلس مجھے دے دیا جائے اور یہی یہی پین باقی رہے،</w:t>
      </w:r>
    </w:p>
    <w:p>
      <w:r>
        <w:rPr>
          <w:b/>
        </w:rPr>
        <w:t xml:space="preserve">[35:26] </w:t>
      </w:r>
      <w:r>
        <w:t>dunya ka sab se acha palace ya paradise ka sab se acha palace, lekin yeh yeh pain baqi hai</w:t>
      </w:r>
    </w:p>
    <w:p>
      <w:pPr>
        <w:jc w:val="right"/>
      </w:pPr>
      <w:r>
        <w:t>دنیا کا سب سے اچھا پیلس یا پیرائیڈائز کا سب سے اچھا پیلس، لیکن یہ یہ پین باقی ہے</w:t>
      </w:r>
    </w:p>
    <w:p>
      <w:r>
        <w:rPr>
          <w:b/>
        </w:rPr>
        <w:t xml:space="preserve">[35:35] </w:t>
      </w:r>
      <w:r>
        <w:t>to kitna justness hoga.</w:t>
      </w:r>
    </w:p>
    <w:p>
      <w:pPr>
        <w:jc w:val="right"/>
      </w:pPr>
      <w:r>
        <w:t>تو کتنا جسٹلسنس ہوگا۔</w:t>
      </w:r>
    </w:p>
    <w:p>
      <w:r>
        <w:rPr>
          <w:b/>
        </w:rPr>
        <w:t xml:space="preserve">[35:41] </w:t>
      </w:r>
      <w:r>
        <w:t>to ek ayat hai Quran majeed mein ke jo log paradise mein jayenge woh kahenge ke is Khuda ka shukar hai jisne azhaban al-huzn is liye pain ko hum se alag kar diya.</w:t>
      </w:r>
    </w:p>
    <w:p>
      <w:pPr>
        <w:jc w:val="right"/>
      </w:pPr>
      <w:r>
        <w:t>تو ایک آیت ہے قرآن مجید میں کہ جو لوگ پیرائیڈائز میں جائیں گے وہ کہیں گے کہ اس خدا کا شکر ہے جس نے اذہبان الحزن اس لیے پین کو ہم سے الگ کر دیا۔</w:t>
      </w:r>
    </w:p>
    <w:p>
      <w:r>
        <w:rPr>
          <w:b/>
        </w:rPr>
        <w:t xml:space="preserve">[35:58] </w:t>
      </w:r>
      <w:r>
        <w:t>koi jannat woh jagah hai jahan pain khatam ho jaye, har qism ka pain, all kind of pain, intellectual pain, physical pain, har qism ka,</w:t>
      </w:r>
    </w:p>
    <w:p>
      <w:pPr>
        <w:jc w:val="right"/>
      </w:pPr>
      <w:r>
        <w:t>کوئی جنت وہ جگہ ہے جہاں پین ختم ہو جائے، ہر قسم کا پین، ال کائنڈ آف پین، انٹلیکچول پین، فزیکل پین، ہر قسم کا،</w:t>
      </w:r>
    </w:p>
    <w:p>
      <w:r>
        <w:rPr>
          <w:b/>
        </w:rPr>
        <w:t xml:space="preserve">[36:10] </w:t>
      </w:r>
      <w:r>
        <w:t>na koi fear ho, na koi anxiety ho.</w:t>
      </w:r>
    </w:p>
    <w:p>
      <w:pPr>
        <w:jc w:val="right"/>
      </w:pPr>
      <w:r>
        <w:t>نہ کوئی فیئر ہو، نہ کوئی اینگزائٹی ہو۔</w:t>
      </w:r>
    </w:p>
    <w:p>
      <w:r>
        <w:rPr>
          <w:b/>
        </w:rPr>
        <w:t xml:space="preserve">[36:21] </w:t>
      </w:r>
      <w:r>
        <w:t>kal ek radio par aa raha tha anxiety se related diseases, yeh tha iska topic. anxiety se related diseases,</w:t>
      </w:r>
    </w:p>
    <w:p>
      <w:pPr>
        <w:jc w:val="right"/>
      </w:pPr>
      <w:r>
        <w:t>کل ایک ریڈیو پر آ رہا تھا اینگزائٹی سے ریلیٹڈ ڈیزیزز، یہ تھا اس کا ٹاپک۔ اینگزائٹی سے ریلیٹڈ ڈیزیزز،</w:t>
      </w:r>
    </w:p>
    <w:p>
      <w:r>
        <w:rPr>
          <w:b/>
        </w:rPr>
        <w:t xml:space="preserve">[36:34] </w:t>
      </w:r>
      <w:r>
        <w:t>is mein bata raha tha woh ke anxiety aisi buri cheez hai ke bohat hi severe qism ki disease paida karti hai.</w:t>
      </w:r>
    </w:p>
    <w:p>
      <w:pPr>
        <w:jc w:val="right"/>
      </w:pPr>
      <w:r>
        <w:t>اس میں بتا رہا تھا وہ کہ اینگزائٹی ایسی بری چیز ہے کہ بہت ہی سیور قسم کی ڈیزیز پیدا کرتی ہے۔</w:t>
      </w:r>
    </w:p>
    <w:p>
      <w:r>
        <w:rPr>
          <w:b/>
        </w:rPr>
        <w:t xml:space="preserve">[36:44] </w:t>
      </w:r>
      <w:r>
        <w:t>aaj chahe aap mahal mein reh rahe hon, chahe aap ke paas bike violence ho, kuch bhi ho, kuch bhi ho, lekin anxiety mein agar aap jee rahe hain to bohat hi dangerous situation jee rahe hain aap.</w:t>
      </w:r>
    </w:p>
    <w:p>
      <w:pPr>
        <w:jc w:val="right"/>
      </w:pPr>
      <w:r>
        <w:t>آج چاہے آپ محل میں رہ رہے ہوں، چاہے آپ کے پاس بائیک وائلنس ہو، کچھ بھی ہو، کچھ بھی ہو، لیکن اینگزائٹی میں اگر آپ جی رہے ہیں تو بہت ہی ڈینجرس سچوئیشن جی رہے ہیں آپ۔</w:t>
      </w:r>
    </w:p>
    <w:p>
      <w:r>
        <w:rPr>
          <w:b/>
        </w:rPr>
        <w:t xml:space="preserve">[36:57] </w:t>
      </w:r>
      <w:r>
        <w:t>to paradise woh jagah hai jahan anxiety nahi hogi, jahan koi fear nahi hoga.</w:t>
      </w:r>
    </w:p>
    <w:p>
      <w:pPr>
        <w:jc w:val="right"/>
      </w:pPr>
      <w:r>
        <w:t>تو پیرائیڈائز وہ جگہ ہے جہاں اینگزائٹی نہیں ہوگی، جہاں کوئی فیئر نہیں ہوگا۔</w:t>
      </w:r>
    </w:p>
    <w:p>
      <w:r>
        <w:rPr>
          <w:b/>
        </w:rPr>
        <w:t xml:space="preserve">[37:07] </w:t>
      </w:r>
      <w:r>
        <w:t>to kitni zyada woh precious jagah hogi. woh</w:t>
      </w:r>
    </w:p>
    <w:p>
      <w:pPr>
        <w:jc w:val="right"/>
      </w:pPr>
      <w:r>
        <w:t>تو کتنی زیادہ وہ پریشیس جگہ ہوگی۔ وہ</w:t>
      </w:r>
    </w:p>
    <w:p>
      <w:r>
        <w:rPr>
          <w:b/>
        </w:rPr>
        <w:t xml:space="preserve">[37:15] </w:t>
      </w:r>
      <w:r>
        <w:t>to aadmi kon log hain jo is ko deserve karenge paradise ke liye?</w:t>
      </w:r>
    </w:p>
    <w:p>
      <w:pPr>
        <w:jc w:val="right"/>
      </w:pPr>
      <w:r>
        <w:t>تو آدمی کون لوگ ہیں جو اس کو ڈیزرو کریں گے پیرائیڈائز کے لیے؟</w:t>
      </w:r>
    </w:p>
    <w:p>
      <w:r>
        <w:rPr>
          <w:b/>
        </w:rPr>
        <w:t xml:space="preserve">[37:26] </w:t>
      </w:r>
      <w:r>
        <w:t>yeh woh log honge jo unhon ne paradise mein dakhil hone se pehle paradise ko discover kiya,</w:t>
      </w:r>
    </w:p>
    <w:p>
      <w:pPr>
        <w:jc w:val="right"/>
      </w:pPr>
      <w:r>
        <w:t>یہ وہ لوگ ہوں گے جو انہوں نے پیرائیڈائز میں داخل ہونے سے پہلے پیرائیڈائز کو ڈسکور کیا،</w:t>
      </w:r>
    </w:p>
    <w:p>
      <w:r>
        <w:rPr>
          <w:b/>
        </w:rPr>
        <w:t xml:space="preserve">[37:35] </w:t>
      </w:r>
      <w:r>
        <w:t>yani hell se pehle hell ko discover kiya, paradise se pehle paradise ko discover kiya, Khuda ko dekhne se pehle Khuda ko discover kiya.</w:t>
      </w:r>
    </w:p>
    <w:p>
      <w:pPr>
        <w:jc w:val="right"/>
      </w:pPr>
      <w:r>
        <w:t>یعنی ہیل سے پہلے ہیل کو ڈسکور کیا، پیرائیڈائز سے پہلے پیرائیڈ کو ڈسکور کیا، خدا کو دیکھنے سے پہلے خدا کو ڈسکور کیا۔</w:t>
      </w:r>
    </w:p>
    <w:p>
      <w:r>
        <w:rPr>
          <w:b/>
        </w:rPr>
        <w:t xml:space="preserve">[37:47] </w:t>
      </w:r>
      <w:r>
        <w:t>yaad rakhiye jo jo jo jo jo ek hi woh hai, ek hi</w:t>
      </w:r>
    </w:p>
    <w:p>
      <w:pPr>
        <w:jc w:val="right"/>
      </w:pPr>
      <w:r>
        <w:t>یاد رکھیے جو جو جو جو جو ایک ہی وہ ہے، ایک ہی</w:t>
      </w:r>
    </w:p>
    <w:p>
      <w:r>
        <w:rPr>
          <w:b/>
        </w:rPr>
        <w:t xml:space="preserve">[38:02] </w:t>
      </w:r>
      <w:r>
        <w:t>condition hai,</w:t>
      </w:r>
    </w:p>
    <w:p>
      <w:pPr>
        <w:jc w:val="right"/>
      </w:pPr>
      <w:r>
        <w:t>کنڈیشن ہے،</w:t>
      </w:r>
    </w:p>
    <w:p>
      <w:r>
        <w:rPr>
          <w:b/>
        </w:rPr>
        <w:t xml:space="preserve">[38:06] </w:t>
      </w:r>
      <w:r>
        <w:t>ek hi condition hai paradise, ek hi condition hai yani health se bachne ki aur paradise mein dakhil hone ki.</w:t>
      </w:r>
    </w:p>
    <w:p>
      <w:pPr>
        <w:jc w:val="right"/>
      </w:pPr>
      <w:r>
        <w:t>ایک ہی کنڈیشن ہے پیرائیڈائز، ایک ہی کنڈیشن ہے یعنی ہیلتھ سے بچنے کی اور پیرائیڈائز میں داخل ہونے کی۔</w:t>
      </w:r>
    </w:p>
    <w:p>
      <w:r>
        <w:rPr>
          <w:b/>
        </w:rPr>
        <w:t xml:space="preserve">[38:17] </w:t>
      </w:r>
      <w:r>
        <w:t>woh yahi hai ke unseen world mein jinhon ne seen banaya, unseen ko unseen ko seen banaya jinhon ne, un ke liye paradise hai.</w:t>
      </w:r>
    </w:p>
    <w:p>
      <w:pPr>
        <w:jc w:val="right"/>
      </w:pPr>
      <w:r>
        <w:t>وہ یہی ہے کہ ان سین ورلڈ میں جنہوں نے سین بنایا، ان سین کو ان سین کو سین بنایا جنہوں نے، ان کے لیے پیرائیڈائز ہے۔</w:t>
      </w:r>
    </w:p>
    <w:p>
      <w:r>
        <w:rPr>
          <w:b/>
        </w:rPr>
        <w:t xml:space="preserve">[38:32] </w:t>
      </w:r>
      <w:r>
        <w:t>yani those who are able to make unseen seen, they will be rewarded paradise. yani Khuda ko dekhne se pehle unhon ne discover kiya,</w:t>
      </w:r>
    </w:p>
    <w:p>
      <w:pPr>
        <w:jc w:val="right"/>
      </w:pPr>
      <w:r>
        <w:t>یعنی دوز ہو ایبل ٹو میک ان سین سین، دے ول بی ریوارڈڈ پیرائیڈائز۔ یعنی خدا کو دیکھنے سے پہلے انہوں نے ڈسکور کیا،</w:t>
      </w:r>
    </w:p>
    <w:p>
      <w:r>
        <w:rPr>
          <w:b/>
        </w:rPr>
        <w:t xml:space="preserve">[38:48] </w:t>
      </w:r>
      <w:r>
        <w:t>paradise ko dekhne se pehle discover kiya, hell ko dekhne se pehle discover kiya.</w:t>
      </w:r>
    </w:p>
    <w:p>
      <w:pPr>
        <w:jc w:val="right"/>
      </w:pPr>
      <w:r>
        <w:t>پیرائیڈائز کو دیکھنے سے پہلے ڈسکور کیا، ہیل کو دیکھنے سے پہلے ڈسکور کیا۔</w:t>
      </w:r>
    </w:p>
    <w:p>
      <w:r>
        <w:rPr>
          <w:b/>
        </w:rPr>
        <w:t xml:space="preserve">[38:57] </w:t>
      </w:r>
      <w:r>
        <w:t>aise log paradise mein jayenge.</w:t>
      </w:r>
    </w:p>
    <w:p>
      <w:pPr>
        <w:jc w:val="right"/>
      </w:pPr>
      <w:r>
        <w:t>ایسے لوگ پیرائیڈائز میں جائیں گے۔</w:t>
      </w:r>
    </w:p>
    <w:p>
      <w:r>
        <w:rPr>
          <w:b/>
        </w:rPr>
        <w:t xml:space="preserve">[39:04] </w:t>
      </w:r>
      <w:r>
        <w:t>kal mujhe ek ayat mind mein aayi, is par mein sochta raha. ek bohat hi sochne wali ayat hai Quran majeed mein</w:t>
      </w:r>
    </w:p>
    <w:p>
      <w:pPr>
        <w:jc w:val="right"/>
      </w:pPr>
      <w:r>
        <w:t>کل مجھے ایک آیت مائنڈ میں آئی، اس پر میں سوچتا رہا۔ ایک بہت ہی سوچنے والی آیت ہے قرآن مجید میں</w:t>
      </w:r>
    </w:p>
    <w:p>
      <w:r>
        <w:rPr>
          <w:b/>
        </w:rPr>
        <w:t xml:space="preserve">[39:14] </w:t>
      </w:r>
      <w:r>
        <w:t>jannat walon ke bare mein, jannat walon ke bare mein fi maqsad ind al-malik muqtadir.</w:t>
      </w:r>
    </w:p>
    <w:p>
      <w:pPr>
        <w:jc w:val="right"/>
      </w:pPr>
      <w:r>
        <w:t>جنت والوں کے بارے میں، جنت والوں کے بارے میں فی مقصد عند الملک مقتدر۔</w:t>
      </w:r>
    </w:p>
    <w:p>
      <w:r>
        <w:rPr>
          <w:b/>
        </w:rPr>
        <w:t xml:space="preserve">[39:24] </w:t>
      </w:r>
      <w:r>
        <w:t>bari ajeeb likhti hai yeh ayat, parhte hue ek thrill paida hota hai, ek thrill fi maqsad ind al-malik muqtadir.</w:t>
      </w:r>
    </w:p>
    <w:p>
      <w:pPr>
        <w:jc w:val="right"/>
      </w:pPr>
      <w:r>
        <w:t>بڑی عجیب لکھتی ہے یہ آیت، پڑھتے ہوئے ایک تھرل پیدا ہوتا ہے، ایک تھرل فی مقصد عند الملک مقتدر۔</w:t>
      </w:r>
    </w:p>
    <w:p>
      <w:r>
        <w:rPr>
          <w:b/>
        </w:rPr>
        <w:t xml:space="preserve">[39:35] </w:t>
      </w:r>
      <w:r>
        <w:t>is ka matlab yeh hai ke pairadise ke bare mein hai ke sachai ke set par god almighty ke paas, is ka jo translation hai is ayat ka fi maqsad and al malik muqtadir,</w:t>
      </w:r>
    </w:p>
    <w:p>
      <w:pPr>
        <w:jc w:val="right"/>
      </w:pPr>
      <w:r>
        <w:t>اس کا مطلب یہ ہے کہ پیرائیڈائز کے بارے میں ہے کہ سچائی کے سیٹ پر گاڈ المائٹی کے پاس، اس کا جو ٹرانسلیشن ہے اس آیت کا فی مقصد عند الملک مقتدر،</w:t>
      </w:r>
    </w:p>
    <w:p>
      <w:r>
        <w:rPr>
          <w:b/>
        </w:rPr>
        <w:t xml:space="preserve">[39:56] </w:t>
      </w:r>
      <w:r>
        <w:t>sachai ke set par, in da set of truth</w:t>
      </w:r>
    </w:p>
    <w:p>
      <w:pPr>
        <w:jc w:val="right"/>
      </w:pPr>
      <w:r>
        <w:t>سچائی کے سیٹ پر، ان دا سیٹ آف ٹروتھ</w:t>
      </w:r>
    </w:p>
    <w:p>
      <w:r>
        <w:rPr>
          <w:b/>
        </w:rPr>
        <w:t xml:space="preserve">[40:03] </w:t>
      </w:r>
      <w:r>
        <w:t>, sachai ke set par god almighty ke paas. kaisa ajeeb aik thrilling ehsaas hota hai kyun ke main sochne laga ke poori duniya mein,</w:t>
      </w:r>
    </w:p>
    <w:p>
      <w:pPr>
        <w:jc w:val="right"/>
      </w:pPr>
      <w:r>
        <w:t>، سچائی کے سیٹ پر گاڈ المائٹی کے پاس۔ کیسا عجیب ایک تھرلنگ احساس ہوتا ہے کیونکہ میں سوچنے لگا کہ پوری دنیا میں،</w:t>
      </w:r>
    </w:p>
    <w:p>
      <w:r>
        <w:rPr>
          <w:b/>
        </w:rPr>
        <w:t xml:space="preserve">[40:17] </w:t>
      </w:r>
      <w:r>
        <w:t>poori history mein,</w:t>
      </w:r>
    </w:p>
    <w:p>
      <w:pPr>
        <w:jc w:val="right"/>
      </w:pPr>
      <w:r>
        <w:t>پوری ہسٹری میں،</w:t>
      </w:r>
    </w:p>
    <w:p>
      <w:r>
        <w:rPr>
          <w:b/>
        </w:rPr>
        <w:t xml:space="preserve">[40:21] </w:t>
      </w:r>
      <w:r>
        <w:t>poori history mein hamesha falsehood ka dabdaba raha hai, aaj bhi wahi hai. sachai kahin nahi hai.</w:t>
      </w:r>
    </w:p>
    <w:p>
      <w:pPr>
        <w:jc w:val="right"/>
      </w:pPr>
      <w:r>
        <w:t>پوری ہسٹری میں ہمیشہ فالس ہڈ کا دبدبہ رہا ہے، آج بھی وہی ہے۔ سچائی کہیں نہیں ہے۔</w:t>
      </w:r>
    </w:p>
    <w:p>
      <w:r>
        <w:rPr>
          <w:b/>
        </w:rPr>
        <w:t xml:space="preserve">[40:30] </w:t>
      </w:r>
      <w:r>
        <w:t>agar aap chahein ke sachai mein jeena to kahan jiyenge? sachai mein aap jee nahi sakte. har taraf falsehood hai, har taraf dishonesty hai, har taraf corruption hai,</w:t>
      </w:r>
    </w:p>
    <w:p>
      <w:pPr>
        <w:jc w:val="right"/>
      </w:pPr>
      <w:r>
        <w:t>اگر آپ چاہیں کہ سچائی میں جینا تو کہاں جیئیں گے؟ سچائی میں آپ جی نہیں سکتے۔ ہر طرف فالس ہڈ ہے، ہر طرف ڈس آنیسٹی ہے، ہر طرف کرپشن ہے،</w:t>
      </w:r>
    </w:p>
    <w:p>
      <w:r>
        <w:rPr>
          <w:b/>
        </w:rPr>
        <w:t xml:space="preserve">[40:43] </w:t>
      </w:r>
      <w:r>
        <w:t>har taraf jhoot hai, har taraf banawati baatein hain, har taraf hypocrisy hai. woh duniya, woh duniya ho ke jahan aap sachai ke set par jee sakte hon, sachai ke mahol mein jee sakte hon</w:t>
      </w:r>
    </w:p>
    <w:p>
      <w:pPr>
        <w:jc w:val="right"/>
      </w:pPr>
      <w:r>
        <w:t>ہر طرف جھوٹ ہے، ہر طرف بناوٹی باتیں ہیں، ہر طرف ہیپوکریسی ہے۔ وہ دنیا، وہ دنیا ہو کہ جہاں آپ سچائی کے سیٹ پر جی سکتے ہوں، سچائی کے ماحول میں جی سکتے ہوں</w:t>
      </w:r>
    </w:p>
    <w:p>
      <w:r>
        <w:rPr>
          <w:b/>
        </w:rPr>
        <w:t xml:space="preserve">[41:00] </w:t>
      </w:r>
      <w:r>
        <w:t>aur Khuda ke paas, and al malik muqtadir, god almighty ke paas. ab aap sochiye ke white house ko yeh yani gawara nahi hai ke wahan par aik larki jo un ke jo high standard hai professionalism ka,</w:t>
      </w:r>
    </w:p>
    <w:p>
      <w:pPr>
        <w:jc w:val="right"/>
      </w:pPr>
      <w:r>
        <w:t>اور خدا کے پاس، عند الملک مقتدر، گاڈ المائٹی کے پاس۔ اب آپ سوچیے کہ وائٹ ہاؤس کو یہ یعنی گوارا نہیں ہے کہ وہاں پر ایک لڑکی جو ان کے جو ہائی سٹینڈرڈ ہے پروفیشنلزم کا،</w:t>
      </w:r>
    </w:p>
    <w:p>
      <w:r>
        <w:rPr>
          <w:b/>
        </w:rPr>
        <w:t xml:space="preserve">[41:25] </w:t>
      </w:r>
      <w:r>
        <w:t>is par poori na utre to is ko woh job dene ko tayyar nahi hai.</w:t>
      </w:r>
    </w:p>
    <w:p>
      <w:pPr>
        <w:jc w:val="right"/>
      </w:pPr>
      <w:r>
        <w:t>اس پر پوری نہ اترے تو اس کو وہ جاب دینے کو تیار نہیں ہے۔</w:t>
      </w:r>
    </w:p>
    <w:p>
      <w:r>
        <w:rPr>
          <w:b/>
        </w:rPr>
        <w:t xml:space="preserve">[41:29] </w:t>
      </w:r>
      <w:r>
        <w:t>jab president recommend kar raha ho, tab bhi to Khuda ka paros, Khuda ke paas, Khuda ka neighborhood</w:t>
      </w:r>
    </w:p>
    <w:p>
      <w:pPr>
        <w:jc w:val="right"/>
      </w:pPr>
      <w:r>
        <w:t>جب پریزیڈنٹ ریکمنڈ کر رہا ہو، تب بھی تو خدا کا پڑوس، خدا کے پاس، خدا کا نیبرہڈ</w:t>
      </w:r>
    </w:p>
    <w:p>
      <w:r>
        <w:rPr>
          <w:b/>
        </w:rPr>
        <w:t xml:space="preserve">[41:40] </w:t>
      </w:r>
      <w:r>
        <w:t>kaha is se bhi kam hoga. woh</w:t>
      </w:r>
    </w:p>
    <w:p>
      <w:pPr>
        <w:jc w:val="right"/>
      </w:pPr>
      <w:r>
        <w:t>کہا اس سے بھی کم ہوگا۔ وہ</w:t>
      </w:r>
    </w:p>
    <w:p>
      <w:r>
        <w:rPr>
          <w:b/>
        </w:rPr>
        <w:t xml:space="preserve">[41:44] </w:t>
      </w:r>
      <w:r>
        <w:t>yeh Khuda ko underestimate, underestimate karna hai ke is samajhna ke aik recommendation par wahan log dakhil kar diye jayenge. to Khuda ke test ke mutabiq hona padega aap ko.</w:t>
      </w:r>
    </w:p>
    <w:p>
      <w:pPr>
        <w:jc w:val="right"/>
      </w:pPr>
      <w:r>
        <w:t>یہ خدا کو انڈر ایسٹیمیٹ، انڈر ایسٹیمیٹ کرنا ہے کہ اس سمجھنا کہ ایک ریکمنڈیشن پر وہاں لوگ داخل کر دیے جائیں گے۔ تو خدا کے ٹیسٹ کے مطابق ہونا پڑے گا آپ کو۔</w:t>
      </w:r>
    </w:p>
    <w:p>
      <w:r>
        <w:rPr>
          <w:b/>
        </w:rPr>
        <w:t xml:space="preserve">[41:57] </w:t>
      </w:r>
      <w:r>
        <w:t>Khuda ka jo test hai,</w:t>
      </w:r>
    </w:p>
    <w:p>
      <w:pPr>
        <w:jc w:val="right"/>
      </w:pPr>
      <w:r>
        <w:t>خدا کا جو ٹیسٹ ہے،</w:t>
      </w:r>
    </w:p>
    <w:p>
      <w:r>
        <w:rPr>
          <w:b/>
        </w:rPr>
        <w:t xml:space="preserve">[42:01] </w:t>
      </w:r>
      <w:r>
        <w:t>Khuda ke test ke mutabiq apna test banana hoga. Khuda ka test kya hai? aap dekhiye, galaxy aur stars Khuda ka test bata rahe hain ke kitna kitna universality hai Khuda ke haan, kitni afaqiyat hai, kitni universality hai.</w:t>
      </w:r>
    </w:p>
    <w:p>
      <w:pPr>
        <w:jc w:val="right"/>
      </w:pPr>
      <w:r>
        <w:t>خدا کے ٹیسٹ کے مطابق اپنا ٹیسٹ بنانا ہوگا۔ خدا کا ٹیسٹ کیا ہے؟ آپ دیکھیے، گلیکسی اور سٹارز خدا کا ٹیسٹ بتا رہے ہیں کہ کتنا کتنا یونیورسلٹی ہے خدا کے ہاں، کتنی افاقیت ہے، کتنی یونیورسلٹی ہے۔</w:t>
      </w:r>
    </w:p>
    <w:p>
      <w:r>
        <w:rPr>
          <w:b/>
        </w:rPr>
        <w:t xml:space="preserve">[42:21] </w:t>
      </w:r>
      <w:r>
        <w:t>to aap ke andar woh woh universal mind chahiye,</w:t>
      </w:r>
    </w:p>
    <w:p>
      <w:pPr>
        <w:jc w:val="right"/>
      </w:pPr>
      <w:r>
        <w:t>تو آپ کے اندر وہ وہ یونیورسل مائنڈ چاہیے،</w:t>
      </w:r>
    </w:p>
    <w:p>
      <w:r>
        <w:rPr>
          <w:b/>
        </w:rPr>
        <w:t xml:space="preserve">[42:26] </w:t>
      </w:r>
      <w:r>
        <w:t>woh afaqi zehan chahiye jis ka demonstration de raha hai Khuda space mein. phir aap darya ko dekhiye, darya kis tarah rawan hota hai, kaisa ajeeb manzar hota hai jab darya pani aata hai, pahadon se aur nadiyan beh raha hota hai.</w:t>
      </w:r>
    </w:p>
    <w:p>
      <w:pPr>
        <w:jc w:val="right"/>
      </w:pPr>
      <w:r>
        <w:t>وہ افاقی ذہن چاہیے جس کا ڈیمونسٹریشن دے رہا ہے خدا اسپیس میں۔ پھر آپ دریا کو دیکھیے، دریا کس طرح رواں ہوتا ہے، کیسا عجیب منظر ہوتا ہے جب دریا پانی آتا ہے، پہاڑوں سے اور ندیوں بہہ رہا ہوتا ہے۔</w:t>
      </w:r>
    </w:p>
    <w:p>
      <w:r>
        <w:rPr>
          <w:b/>
        </w:rPr>
        <w:t xml:space="preserve">[42:45] </w:t>
      </w:r>
      <w:r>
        <w:t>is ki generality ko dekhiye</w:t>
      </w:r>
    </w:p>
    <w:p>
      <w:pPr>
        <w:jc w:val="right"/>
      </w:pPr>
      <w:r>
        <w:t>اس کی جنریلٹی کو دیکھیے</w:t>
      </w:r>
    </w:p>
    <w:p>
      <w:r>
        <w:rPr>
          <w:b/>
        </w:rPr>
        <w:t xml:space="preserve">[42:51] </w:t>
      </w:r>
      <w:r>
        <w:t>to woh woh aap ke andar woh shadaabi, woh generality hai.</w:t>
      </w:r>
    </w:p>
    <w:p>
      <w:pPr>
        <w:jc w:val="right"/>
      </w:pPr>
      <w:r>
        <w:t>تو وہ وہ آپ کے اندر وہ شادابی، وہ جنریلٹی ہے۔</w:t>
      </w:r>
    </w:p>
    <w:p>
      <w:r>
        <w:rPr>
          <w:b/>
        </w:rPr>
        <w:t xml:space="preserve">[42:56] </w:t>
      </w:r>
      <w:r>
        <w:t>phool ko dekhiye, gulab ke phool ko, kya booti hoti hai is ke andar. yeh poori duniya ka haal hai.</w:t>
      </w:r>
    </w:p>
    <w:p>
      <w:pPr>
        <w:jc w:val="right"/>
      </w:pPr>
      <w:r>
        <w:t>پھول کو دیکھیے، گلاب کے پھول کو، کیا بوٹی ہوتی ہے اس کے اندر۔ یہ پوری دنیا کا حال ہے۔</w:t>
      </w:r>
    </w:p>
    <w:p>
      <w:r>
        <w:rPr>
          <w:b/>
        </w:rPr>
        <w:t xml:space="preserve">[43:05] </w:t>
      </w:r>
      <w:r>
        <w:t>quran majeed mein hai ke tum kitna hi socho, koi defect nahi nikal sakte Khuda ki duniya mein, koi defect nahi, defect less hai, zero defect ka ki factory hai Khuda ki.</w:t>
      </w:r>
    </w:p>
    <w:p>
      <w:pPr>
        <w:jc w:val="right"/>
      </w:pPr>
      <w:r>
        <w:t>قرآن مجید میں ہے کہ تم کتنا ہی سوچو، کوئی ڈیفیکٹ نہیں نکال سکتے خدا کی دنیا میں، کوئی ڈیفیکٹ نہیں، ڈیفیکٹ لیس ہے، زیرو ڈیفیکٹ کا کی فیکٹری ہے خدا کی۔</w:t>
      </w:r>
    </w:p>
    <w:p>
      <w:r>
        <w:rPr>
          <w:b/>
        </w:rPr>
        <w:t xml:space="preserve">[43:20] </w:t>
      </w:r>
      <w:r>
        <w:t>to is tarah Khuda apna test bata raha hai.</w:t>
      </w:r>
    </w:p>
    <w:p>
      <w:pPr>
        <w:jc w:val="right"/>
      </w:pPr>
      <w:r>
        <w:t>تو اس طرح خدا اپنا ٹیسٹ بتا رہا ہے۔</w:t>
      </w:r>
    </w:p>
    <w:p>
      <w:r>
        <w:rPr>
          <w:b/>
        </w:rPr>
        <w:t xml:space="preserve">[43:24] </w:t>
      </w:r>
      <w:r>
        <w:t>Khuda ki is duniya mein hate nahi hai. Khuda ki is duniya mein aap ghor kijiye, stars ko dekhiye, rivers ko dekhiye, mountains ko dekhiye, darakhton ko dekhiye.</w:t>
      </w:r>
    </w:p>
    <w:p>
      <w:pPr>
        <w:jc w:val="right"/>
      </w:pPr>
      <w:r>
        <w:t>خدا کی اس دنیا میں ہیٹ نہیں ہے۔ خدا کی اس دنیا میں آپ غور کیجئے، اسٹارز کو دیکھیے، ریورز کو دیکھیے، ماؤنٹین کو دیکھیے، درختوں کو دیکھیے۔</w:t>
      </w:r>
    </w:p>
    <w:p>
      <w:r>
        <w:rPr>
          <w:b/>
        </w:rPr>
        <w:t xml:space="preserve">[43:38] </w:t>
      </w:r>
      <w:r>
        <w:t>aik aisi duniya hai Khuda ki jahan hate nahi hai, jahan intolerance nahi hai, jahan kahin anger nahi hai, jahan malice nahi hai,</w:t>
      </w:r>
    </w:p>
    <w:p>
      <w:pPr>
        <w:jc w:val="right"/>
      </w:pPr>
      <w:r>
        <w:t>ایک ایسی دنیا ہے خدا کی جہاں ہیٹ نہیں ہے، جہاں انٹولرنس نہیں ہے، جہاں کہیں اینگر نہیں ہے، جہاں مائلس نہیں ہے،</w:t>
      </w:r>
    </w:p>
    <w:p>
      <w:r>
        <w:rPr>
          <w:b/>
        </w:rPr>
        <w:t xml:space="preserve">[43:53] </w:t>
      </w:r>
      <w:r>
        <w:t>jahan negative thinking nahi hai.</w:t>
      </w:r>
    </w:p>
    <w:p>
      <w:pPr>
        <w:jc w:val="right"/>
      </w:pPr>
      <w:r>
        <w:t>جہاں نیگیٹیو تھنکنگ نہیں ہے۔</w:t>
      </w:r>
    </w:p>
    <w:p>
      <w:r>
        <w:rPr>
          <w:b/>
        </w:rPr>
        <w:t xml:space="preserve">[43:58] </w:t>
      </w:r>
      <w:r>
        <w:t>kitna ooncha standard hai is universe mein jo Khuda ne qaim kar rakha hai. aap ko is level pe jeena padega agar</w:t>
      </w:r>
    </w:p>
    <w:p>
      <w:pPr>
        <w:jc w:val="right"/>
      </w:pPr>
      <w:r>
        <w:t>کتنا اونچا سٹینڈرڈ ہے اس یونیورس میں جو خدا نے قائم کر رکھا ہے۔ آپ کو اس لیول پہ جینا پڑے گا اگر</w:t>
      </w:r>
    </w:p>
    <w:p>
      <w:r>
        <w:rPr>
          <w:b/>
        </w:rPr>
        <w:t xml:space="preserve">[44:08] </w:t>
      </w:r>
      <w:r>
        <w:t>aap chahte hain khuda ke neighborhood mein jagah paana.</w:t>
      </w:r>
    </w:p>
    <w:p>
      <w:pPr>
        <w:jc w:val="right"/>
      </w:pPr>
      <w:r>
        <w:t>آپ چاہتے ہیں خدا کے نیبرہڈ میں جگہ پانا۔</w:t>
      </w:r>
    </w:p>
    <w:p>
      <w:r>
        <w:rPr>
          <w:b/>
        </w:rPr>
        <w:t xml:space="preserve">[44:15] </w:t>
      </w:r>
      <w:r>
        <w:t>agar khuda ke neighborhood mein aap jagah paana chahte hain to fi maqsad ind al-malik muqtadir, jannat wale jo hain woh sachai ki seaton par honge khuda ke paros mein.</w:t>
      </w:r>
    </w:p>
    <w:p>
      <w:pPr>
        <w:jc w:val="right"/>
      </w:pPr>
      <w:r>
        <w:t>اگر خدا کے نیبرہڈ میں آپ جگہ پانا چاہتے ہیں تو فی مقصد عند الملک مقتدر، جنت والے جو ہیں وہ سچائی کی سیٹوں پر ہوں گے خدا کے پڑوس میں۔</w:t>
      </w:r>
    </w:p>
    <w:p>
      <w:r>
        <w:rPr>
          <w:b/>
        </w:rPr>
        <w:t xml:space="preserve">[44:33] </w:t>
      </w:r>
      <w:r>
        <w:t>kaisi, kaisa ajeeb thrilling ehsaas hai</w:t>
      </w:r>
    </w:p>
    <w:p>
      <w:pPr>
        <w:jc w:val="right"/>
      </w:pPr>
      <w:r>
        <w:t>کیسی، کیسا عجیب تھرلنگ احساس ہے</w:t>
      </w:r>
    </w:p>
    <w:p>
      <w:r>
        <w:rPr>
          <w:b/>
        </w:rPr>
        <w:t xml:space="preserve">[44:40] </w:t>
      </w:r>
      <w:r>
        <w:t>yeh sochna ke hum is jagah apne ko paayein eternally.</w:t>
      </w:r>
    </w:p>
    <w:p>
      <w:pPr>
        <w:jc w:val="right"/>
      </w:pPr>
      <w:r>
        <w:t>یہ سوچنا کہ ہم اس جگہ اپنے کو پائیں ایٹرنلی۔</w:t>
      </w:r>
    </w:p>
    <w:p>
      <w:r>
        <w:rPr>
          <w:b/>
        </w:rPr>
        <w:t xml:space="preserve">[44:50] </w:t>
      </w:r>
      <w:r>
        <w:t>to is ke liye tayyari kijiye,</w:t>
      </w:r>
    </w:p>
    <w:p>
      <w:pPr>
        <w:jc w:val="right"/>
      </w:pPr>
      <w:r>
        <w:t>تو اس کے لیے تیاری کیجئے،</w:t>
      </w:r>
    </w:p>
    <w:p>
      <w:r>
        <w:rPr>
          <w:b/>
        </w:rPr>
        <w:t xml:space="preserve">[44:55] </w:t>
      </w:r>
      <w:r>
        <w:t>is ke liye dekhein aap ko do kaam karna hai. ek to apni zindagi ko is ke mutabiq banana jis ko kaha jata hai amal saleh aur ek daawa work.</w:t>
      </w:r>
    </w:p>
    <w:p>
      <w:pPr>
        <w:jc w:val="right"/>
      </w:pPr>
      <w:r>
        <w:t>اس کے لیے دیکھیں آپ کو دو کام کرنا ہے۔ ایک تو اپنی زندگی کو اس کے مطابق بنانا جس کو کہا جاتا ہے عمل صالح اور ایک دعویٰ ورک۔</w:t>
      </w:r>
    </w:p>
    <w:p>
      <w:r>
        <w:rPr>
          <w:b/>
        </w:rPr>
        <w:t xml:space="preserve">[45:10] </w:t>
      </w:r>
      <w:r>
        <w:t>yaani amal saleh aur daawa work. amal saleh yaani apne aap ko dhalna</w:t>
      </w:r>
    </w:p>
    <w:p>
      <w:pPr>
        <w:jc w:val="right"/>
      </w:pPr>
      <w:r>
        <w:t>یعنی عمل صالح اور دعویٰ ورک۔ عمل صالح یعنی اپنے آپ کو ڈھالنا</w:t>
      </w:r>
    </w:p>
    <w:p>
      <w:r>
        <w:rPr>
          <w:b/>
        </w:rPr>
        <w:t xml:space="preserve">[45:18] </w:t>
      </w:r>
      <w:r>
        <w:t>aur daawa work doosron ko dawat pahunchana.</w:t>
      </w:r>
    </w:p>
    <w:p>
      <w:pPr>
        <w:jc w:val="right"/>
      </w:pPr>
      <w:r>
        <w:t>اور دعویٰ ورک دوسروں کو دعوت پہنچانا۔</w:t>
      </w:r>
    </w:p>
    <w:p>
      <w:r>
        <w:rPr>
          <w:b/>
        </w:rPr>
        <w:t xml:space="preserve">[45:24] </w:t>
      </w:r>
      <w:r>
        <w:t>donon mein se koi ek cheez bhi agar nahi hogi to paradise milne wali nahi hai.</w:t>
      </w:r>
    </w:p>
    <w:p>
      <w:pPr>
        <w:jc w:val="right"/>
      </w:pPr>
      <w:r>
        <w:t>دونوں میں سے کوئی ایک چیز بھی اگر نہیں ہوگی تو پیرائیڈائز ملنے والی نہیں ہے۔</w:t>
      </w:r>
    </w:p>
    <w:p>
      <w:r>
        <w:rPr>
          <w:b/>
        </w:rPr>
        <w:t xml:space="preserve">[45:32] </w:t>
      </w:r>
      <w:r>
        <w:t>yaani hamein apne aap ko khuda ke rang mein rangna hai,</w:t>
      </w:r>
    </w:p>
    <w:p>
      <w:pPr>
        <w:jc w:val="right"/>
      </w:pPr>
      <w:r>
        <w:t>یعنی ہمیں اپنے آپ کو خدا کے رنگ میں رنگنا ہے،</w:t>
      </w:r>
    </w:p>
    <w:p>
      <w:r>
        <w:rPr>
          <w:b/>
        </w:rPr>
        <w:t xml:space="preserve">[45:38] </w:t>
      </w:r>
      <w:r>
        <w:t>khuda wale test par jeena hai aur mein apne aap ko</w:t>
      </w:r>
    </w:p>
    <w:p>
      <w:pPr>
        <w:jc w:val="right"/>
      </w:pPr>
      <w:r>
        <w:t>خدا والے ٹیسٹ پر جینا ہے اور میں اپنے آپ کو</w:t>
      </w:r>
    </w:p>
    <w:p>
      <w:r>
        <w:rPr>
          <w:b/>
        </w:rPr>
        <w:t xml:space="preserve">[45:49] </w:t>
      </w:r>
      <w:r>
        <w:t>khuda ke jo likes aur dislikes hain is par apne aap ko dhalna hai.</w:t>
      </w:r>
    </w:p>
    <w:p>
      <w:pPr>
        <w:jc w:val="right"/>
      </w:pPr>
      <w:r>
        <w:t>خدا کے جو لائکس اور ڈس لائکس ہیں اس پر اپنے آپ کو ڈھالنا ہے۔</w:t>
      </w:r>
    </w:p>
    <w:p>
      <w:r>
        <w:rPr>
          <w:b/>
        </w:rPr>
        <w:t xml:space="preserve">[45:58] </w:t>
      </w:r>
      <w:r>
        <w:t>aur phir duniya ko is ke bare mein batana hai.</w:t>
      </w:r>
    </w:p>
    <w:p>
      <w:pPr>
        <w:jc w:val="right"/>
      </w:pPr>
      <w:r>
        <w:t>اور پھر دنیا کو اس کے بارے میں بتانا ہے۔</w:t>
      </w:r>
    </w:p>
    <w:p>
      <w:r>
        <w:rPr>
          <w:b/>
        </w:rPr>
        <w:t xml:space="preserve">[46:08] </w:t>
      </w:r>
      <w:r>
        <w:t>kal parson ek mein angrezi akhbar mein ek article padh raha tha to us mein is ne bataya tha ke log ya to hate karna jante hain ya love karna jante hain.</w:t>
      </w:r>
    </w:p>
    <w:p>
      <w:pPr>
        <w:jc w:val="right"/>
      </w:pPr>
      <w:r>
        <w:t>کل پرسوں ایک میں انگریزی اخبار میں ایک آرٹیکل پڑھ رہا تھا تو اس میں اس نے بتایا تھا کہ لوگ یا تو ہیٹ کرنا جانتے ہیں یا لو کرنا جانتے ہیں۔</w:t>
      </w:r>
    </w:p>
    <w:p>
      <w:r>
        <w:rPr>
          <w:b/>
        </w:rPr>
        <w:t xml:space="preserve">[46:21] </w:t>
      </w:r>
      <w:r>
        <w:t>love hai to sirf love hai, hate hai to sirf hate hai.</w:t>
      </w:r>
    </w:p>
    <w:p>
      <w:pPr>
        <w:jc w:val="right"/>
      </w:pPr>
      <w:r>
        <w:t>لو ہے تو صرف لو ہے، ہیٹ ہے تو صرف ہیٹ ہے۔</w:t>
      </w:r>
    </w:p>
    <w:p>
      <w:r>
        <w:rPr>
          <w:b/>
        </w:rPr>
        <w:t xml:space="preserve">[46:24] </w:t>
      </w:r>
      <w:r>
        <w:t>woh sports ke bare mein keh raha tha, wo ke sports mein yeh ajeeb hota hai ke ek aadmi jo aap ka fan hai, jis ka aap fan hai, wo jeet gaya to aap bas love hi love hai us se aur haar gaya to phir hate hi hate hai us se.</w:t>
      </w:r>
    </w:p>
    <w:p>
      <w:pPr>
        <w:jc w:val="right"/>
      </w:pPr>
      <w:r>
        <w:t>وہ اسپورٹس کے بارے میں کہہ رہا تھا، وہ کہ اسپورٹس میں یہ عجیب ہوتا ہے کہ ایک آدمی جو آپ کا فین ہے، جس کا آپ فین ہے، وہ جیت گیا تو آپ بس لو ہی لو ہے اس سے اور ہار گیا تو پھر ہیٹ ہی ہیٹ ہے اس سے۔</w:t>
      </w:r>
    </w:p>
    <w:p>
      <w:r>
        <w:rPr>
          <w:b/>
        </w:rPr>
        <w:t xml:space="preserve">[46:41] </w:t>
      </w:r>
      <w:r>
        <w:t>to yeh emotional love hai, emotional hate hai.</w:t>
      </w:r>
    </w:p>
    <w:p>
      <w:pPr>
        <w:jc w:val="right"/>
      </w:pPr>
      <w:r>
        <w:t>تو یہ ایموشنل لو ہے، ایموشنل ہیٹ ہے۔</w:t>
      </w:r>
    </w:p>
    <w:p>
      <w:r>
        <w:rPr>
          <w:b/>
        </w:rPr>
        <w:t xml:space="preserve">[46:49] </w:t>
      </w:r>
      <w:r>
        <w:t>aap ko is se oopar uthna hai. aap ki love ho to reason based ho, hate ho to bhi reason based ho. yaani khuda ke aankh se dekhein, aap khuda ke criteria se aap judge karein.</w:t>
      </w:r>
    </w:p>
    <w:p>
      <w:pPr>
        <w:jc w:val="right"/>
      </w:pPr>
      <w:r>
        <w:t>آپ کو اس سے اوپر اٹھنا ہے۔ آپ کی لو ہو تو ریزن بیسڈ ہو، ہیٹ ہو تو بھی ریزن بیسڈ ہو۔ یعنی خدا کے آنکھ سے دیکھیں، آپ خدا کے کرائٹیریا سے آپ جج کریں۔</w:t>
      </w:r>
    </w:p>
    <w:p>
      <w:r>
        <w:rPr>
          <w:b/>
        </w:rPr>
        <w:t xml:space="preserve">[47:02] </w:t>
      </w:r>
      <w:r>
        <w:t>aap</w:t>
      </w:r>
    </w:p>
    <w:p>
      <w:pPr>
        <w:jc w:val="right"/>
      </w:pPr>
      <w:r>
        <w:t>آپ</w:t>
      </w:r>
    </w:p>
    <w:p>
      <w:r>
        <w:rPr>
          <w:b/>
        </w:rPr>
        <w:t xml:space="preserve">[47:09] </w:t>
      </w:r>
      <w:r>
        <w:t>is tarah ki personality hamein banana hai,</w:t>
      </w:r>
    </w:p>
    <w:p>
      <w:pPr>
        <w:jc w:val="right"/>
      </w:pPr>
      <w:r>
        <w:t>اس طرح کی پرسنیلٹی ہمیں بنانا ہے،</w:t>
      </w:r>
    </w:p>
    <w:p>
      <w:r>
        <w:rPr>
          <w:b/>
        </w:rPr>
        <w:t xml:space="preserve">[47:19] </w:t>
      </w:r>
      <w:r>
        <w:t>is tarah ki personality hamein banana hai.</w:t>
      </w:r>
    </w:p>
    <w:p>
      <w:pPr>
        <w:jc w:val="right"/>
      </w:pPr>
      <w:r>
        <w:t>اس طرح کی پرسنیلٹی ہمیں بنانا ہے۔</w:t>
      </w:r>
    </w:p>
    <w:p>
      <w:r>
        <w:rPr>
          <w:b/>
        </w:rPr>
        <w:t xml:space="preserve">[47:24] </w:t>
      </w:r>
      <w:r>
        <w:t>yeh jab bhi ho payega jab ke hum apne mind ko bharpoor taur par apply karein, apne mind ko poori tarah se lagayein isi soch mein,</w:t>
      </w:r>
    </w:p>
    <w:p>
      <w:pPr>
        <w:jc w:val="right"/>
      </w:pPr>
      <w:r>
        <w:t>یہ جب بھی ہو پائے گا جب کہ ہم اپنے مائنڈ کو بھرپور طور پر اپلائی کریں، اپنے مائنڈ کو پوری طرح سے لگائیں اسی سوچ میں،</w:t>
      </w:r>
    </w:p>
    <w:p>
      <w:r>
        <w:rPr>
          <w:b/>
        </w:rPr>
        <w:t xml:space="preserve">[47:38] </w:t>
      </w:r>
      <w:r>
        <w:t>isi soch mein.</w:t>
      </w:r>
    </w:p>
    <w:p>
      <w:pPr>
        <w:jc w:val="right"/>
      </w:pPr>
      <w:r>
        <w:t>اسی سوچ میں۔</w:t>
      </w:r>
    </w:p>
    <w:p>
      <w:r>
        <w:rPr>
          <w:b/>
        </w:rPr>
        <w:t xml:space="preserve">[47:42] </w:t>
      </w:r>
      <w:r>
        <w:t>abhi kal parson ek yahan par competition hua hai, ek aadmi ko pachas lakh rupay diya gaya hai, aap jante honge. to is mein do aadmi the, ek aadmi tha ke village based program pesh kar raha tha ke mein village mein jaunga, wahan par kaam karunga aur doosra aadmi education based ke mein logon ko educate karunga, is par tha.</w:t>
      </w:r>
    </w:p>
    <w:p>
      <w:pPr>
        <w:jc w:val="right"/>
      </w:pPr>
      <w:r>
        <w:t>ابھی کل پرسوں ایک یہاں پر کمپٹیشن ہوا ہے، ایک آدمی کو پچاس لاکھ روپے دیا گیا ہے، آپ جانتے ہوں گے۔ تو اس میں دو آدمی تھے، ایک آدمی تھا کہ ولیج بیسڈ پروگرام پیش کر رہا تھا کہ میں ولیج میں جاؤں گا، وہاں پر کام کروں گا اور دوسرا آدمی ایجوکیشن بیسڈ کہ میں لوگوں کو ایجوکیٹ کروں گا، اس پر تھا۔</w:t>
      </w:r>
    </w:p>
    <w:p>
      <w:r>
        <w:rPr>
          <w:b/>
        </w:rPr>
        <w:t xml:space="preserve">[48:04] </w:t>
      </w:r>
      <w:r>
        <w:t>woh to educate karne wale ko nahi mila, village walon ko mila.</w:t>
      </w:r>
    </w:p>
    <w:p>
      <w:pPr>
        <w:jc w:val="right"/>
      </w:pPr>
      <w:r>
        <w:t>وہ تو ایجوکیٹ کرنے والے کو نہیں ملا، ولیج والوں کو ملا۔</w:t>
      </w:r>
    </w:p>
    <w:p>
      <w:r>
        <w:rPr>
          <w:b/>
        </w:rPr>
        <w:t xml:space="preserve">[48:11] </w:t>
      </w:r>
      <w:r>
        <w:t>jis aadmi ne apna program yeh bataya ke mein village mein yeh karunga, woh karunga, woh is ko mila aur jo kaha tha ke mein educate karunga logon ko, us ko nahi mila.</w:t>
      </w:r>
    </w:p>
    <w:p>
      <w:pPr>
        <w:jc w:val="right"/>
      </w:pPr>
      <w:r>
        <w:t>جس آدمی نے اپنا پروگرام یہ بتایا کہ میں ولیج میں یہ کروں گا، وہ کروں گا، وہ اس کو ملا اور جو کہا تھا کہ میں ایجوکیٹ کروں گا لوگوں کو، اس کو نہیں ملا۔</w:t>
      </w:r>
    </w:p>
    <w:p>
      <w:r>
        <w:rPr>
          <w:b/>
        </w:rPr>
        <w:t xml:space="preserve">[48:24] </w:t>
      </w:r>
      <w:r>
        <w:t>to mein socha ke aisa kyun hai? to aik bohat bari fallacy hai logon ke andar, aik bohat hi bari fallacy hai.</w:t>
      </w:r>
    </w:p>
    <w:p>
      <w:pPr>
        <w:jc w:val="right"/>
      </w:pPr>
      <w:r>
        <w:t>تو میں سوچا کہ ایسا کیوں ہے؟ تو ایک بہت بڑی فلیسی ہے لوگوں کے اندر، ایک بہت ہی بڑی فلیسی ہے۔</w:t>
      </w:r>
    </w:p>
    <w:p>
      <w:r>
        <w:rPr>
          <w:b/>
        </w:rPr>
        <w:t xml:space="preserve">[48:33] </w:t>
      </w:r>
      <w:r>
        <w:t>aap suntay honge logon ko yeh kehtay hue ke bhai grass root level par kaam karna hoga.</w:t>
      </w:r>
    </w:p>
    <w:p>
      <w:pPr>
        <w:jc w:val="right"/>
      </w:pPr>
      <w:r>
        <w:t>آپ سنتے ہوں گے لوگوں کو یہ کہتے ہوئے کہ بھئی گراس روٹ لیول پر کام کرنا ہوگا۔</w:t>
      </w:r>
    </w:p>
    <w:p>
      <w:r>
        <w:rPr>
          <w:b/>
        </w:rPr>
        <w:t xml:space="preserve">[48:40] </w:t>
      </w:r>
      <w:r>
        <w:t>sare log grass root level ki baat kartay hain. what is this grass root level?</w:t>
      </w:r>
    </w:p>
    <w:p>
      <w:pPr>
        <w:jc w:val="right"/>
      </w:pPr>
      <w:r>
        <w:t>سارے لوگ گراس روٹ لیول کی بات کرتے ہیں۔ واٹ از دس گراس روٹ لیول؟</w:t>
      </w:r>
    </w:p>
    <w:p>
      <w:r>
        <w:rPr>
          <w:b/>
        </w:rPr>
        <w:t xml:space="preserve">[48:50] </w:t>
      </w:r>
      <w:r>
        <w:t>sare log tamam baray baray thinker, baray baray reformer yahi baatein kartay rahay hain ke bhai grass root level se kaam karna hoga. ya grass root level kya hai?</w:t>
      </w:r>
    </w:p>
    <w:p>
      <w:pPr>
        <w:jc w:val="right"/>
      </w:pPr>
      <w:r>
        <w:t>سارے لوگ تمام بڑے بڑے تھنکر، بڑے بڑے ریفارمر یہی باتیں کرتے رہے ہیں کہ بھئی گراس روٹ لیول سے کام کرنا ہوگا۔ یا گراس روٹ لیول کیا ہے؟</w:t>
      </w:r>
    </w:p>
    <w:p>
      <w:r>
        <w:rPr>
          <w:b/>
        </w:rPr>
        <w:t xml:space="preserve">[49:01] </w:t>
      </w:r>
      <w:r>
        <w:t>aam log, village mein rehnay walay log, nichli satah par jeenay walay log, nichli satah ke logon ko aap grass root samajhtay hain.</w:t>
      </w:r>
    </w:p>
    <w:p>
      <w:pPr>
        <w:jc w:val="right"/>
      </w:pPr>
      <w:r>
        <w:t>عام لوگ، ولیج میں رہنے والے لوگ، نچلی سطح پر جینے والے لوگ، نچلی سطح کے لوگوں کو آپ گراس روٹ سمجھتے ہیں۔</w:t>
      </w:r>
    </w:p>
    <w:p>
      <w:r>
        <w:rPr>
          <w:b/>
        </w:rPr>
        <w:t xml:space="preserve">[49:12] </w:t>
      </w:r>
      <w:r>
        <w:t>grass root yahan hai, mind mein hai. grass root mind se chalna hoga, village se nahi. lekin log itnay ziyada blind hain ke jis aadmi ne yeh kaha ke mein educate karunga logon ko, us ko nahi mila award.</w:t>
      </w:r>
    </w:p>
    <w:p>
      <w:pPr>
        <w:jc w:val="right"/>
      </w:pPr>
      <w:r>
        <w:t>گراس روٹ یہاں ہے، مائنڈ میں ہے۔ گراس روٹ مائنڈ سے چلنا ہوگا، ولیج سے نہیں۔ لیکن لوگ اتنے زیادہ بلائنڈ ہیں کہ جس آدمی نے یہ کہا کہ میں ایجوکیٹ کروں گا لوگوں کو، اس کو نہیں ملا ایوارڈ۔</w:t>
      </w:r>
    </w:p>
    <w:p>
      <w:r>
        <w:rPr>
          <w:b/>
        </w:rPr>
        <w:t xml:space="preserve">[49:28] </w:t>
      </w:r>
      <w:r>
        <w:t>jis ne kaha ke mein village mein jaunga, village mein mein yeh karunga, woh karunga. ab mein socha ke yeh to yeh bolay to tum se hazaron guna baray log bol chukay hain.</w:t>
      </w:r>
    </w:p>
    <w:p>
      <w:pPr>
        <w:jc w:val="right"/>
      </w:pPr>
      <w:r>
        <w:t>جس نے کہا کہ میں ولیج میں جاؤں گا، ولیج میں میں یہ کروں گا، وہ کروں گا۔ اب میں سوچا کہ یہ تو یہ بولے تو تم سے ہزاروں گنا بڑے لوگ بول چکے ہیں۔</w:t>
      </w:r>
    </w:p>
    <w:p>
      <w:r>
        <w:rPr>
          <w:b/>
        </w:rPr>
        <w:t xml:space="preserve">[49:39] </w:t>
      </w:r>
      <w:r>
        <w:t>mahatma gandhi yeh boli, bolay aur woh jab prakash narayan yeh boli, bolay vino bhave boli, bolay tagore yeh boli, bolay to kuch bhi nahi hua.</w:t>
      </w:r>
    </w:p>
    <w:p>
      <w:pPr>
        <w:jc w:val="right"/>
      </w:pPr>
      <w:r>
        <w:t>مہاتما گاندھی یہ بولی، بولے اور وہ جب پکاش نرانی یہ بولی، بولے وینو بھاوے بولی، بولے ٹیگور یہ بولی، بولے تو کچھ بھی نہیں ہوا۔</w:t>
      </w:r>
    </w:p>
    <w:p>
      <w:r>
        <w:rPr>
          <w:b/>
        </w:rPr>
        <w:t xml:space="preserve">[49:52] </w:t>
      </w:r>
      <w:r>
        <w:t>no result, no result, no result.</w:t>
      </w:r>
    </w:p>
    <w:p>
      <w:pPr>
        <w:jc w:val="right"/>
      </w:pPr>
      <w:r>
        <w:t>نو رزلٹ، نو رزلٹ، نو رزلٹ۔</w:t>
      </w:r>
    </w:p>
    <w:p>
      <w:r>
        <w:rPr>
          <w:b/>
        </w:rPr>
        <w:t xml:space="preserve">[50:01] </w:t>
      </w:r>
      <w:r>
        <w:t>grass root level ka yeh concept hi bilkul galat hai.</w:t>
      </w:r>
    </w:p>
    <w:p>
      <w:pPr>
        <w:jc w:val="right"/>
      </w:pPr>
      <w:r>
        <w:t>گراس روٹ لیول کا یہ کانسیپٹ ہی بالکل غلط ہے۔</w:t>
      </w:r>
    </w:p>
    <w:p>
      <w:r>
        <w:rPr>
          <w:b/>
        </w:rPr>
        <w:t xml:space="preserve">[50:07] </w:t>
      </w:r>
      <w:r>
        <w:t>insan ke liye grass root level jo hai, us ka mind hai, koi gaon nahi hai, nichli satah ke log nahi hain. wahan se aap koi revolution nahi la sakte.</w:t>
      </w:r>
    </w:p>
    <w:p>
      <w:pPr>
        <w:jc w:val="right"/>
      </w:pPr>
      <w:r>
        <w:t>انسان کے لیے گراس روٹ لیول جو ہے، اس کا مائنڈ ہے، کوئی گاؤں نہیں ہے، نچلی سطح کے لوگ نہیں ہیں۔ وہاں سے آپ کوئی ریولوشن نہیں لا سکتے۔</w:t>
      </w:r>
    </w:p>
    <w:p>
      <w:r>
        <w:rPr>
          <w:b/>
        </w:rPr>
        <w:t xml:space="preserve">[50:21] </w:t>
      </w:r>
      <w:r>
        <w:t>is farq ko sirf prophets ne jana.</w:t>
      </w:r>
    </w:p>
    <w:p>
      <w:pPr>
        <w:jc w:val="right"/>
      </w:pPr>
      <w:r>
        <w:t>اس فرق کو صرف پرافٹس نے جانا۔</w:t>
      </w:r>
    </w:p>
    <w:p>
      <w:r>
        <w:rPr>
          <w:b/>
        </w:rPr>
        <w:t xml:space="preserve">[50:24] </w:t>
      </w:r>
      <w:r>
        <w:t>maخذ poori history mein, poori history mein sirf prophets ka exception hai ke unhon ne grass root level ke samjha mind ko aur mind ko address kiya.</w:t>
      </w:r>
    </w:p>
    <w:p>
      <w:pPr>
        <w:jc w:val="right"/>
      </w:pPr>
      <w:r>
        <w:t>ماخذ پوری ہسٹری میں، پوری ہسٹری میں صرف پرافٹس کا ایکسیپشن ہے کہ انہوں نے گراس روٹ لیول کے سمجھا مائنڈ کو اور مائنڈ کو ایڈریس کیا۔</w:t>
      </w:r>
    </w:p>
    <w:p>
      <w:r>
        <w:rPr>
          <w:b/>
        </w:rPr>
        <w:t xml:space="preserve">[50:38] </w:t>
      </w:r>
      <w:r>
        <w:t>aur log jo hain, bas hatta ke yahan tak ke communist party jo hai, aap ko pata ho ke jab russia mein inqilab aaya, inqilab ka aaya to woh to zabardasti inqilab tha.</w:t>
      </w:r>
    </w:p>
    <w:p>
      <w:pPr>
        <w:jc w:val="right"/>
      </w:pPr>
      <w:r>
        <w:t>اور لوگ جو ہیں، بس حتی کہ یہاں تک کہ کمیونسٹ پارٹی جو ہے، آپ کو پتہ ہو کہ جب رشیا میں انقلاب آیا، انقلاب کا آیا تو وہ تو زبردستی انقلاب تھا۔</w:t>
      </w:r>
    </w:p>
    <w:p>
      <w:r>
        <w:rPr>
          <w:b/>
        </w:rPr>
        <w:t xml:space="preserve">[50:51] </w:t>
      </w:r>
      <w:r>
        <w:t>woh woh koi inqilab nahi tha, woh to aik coup tha aik qism ka. to unhon ne grass root level ka yeh yeh concept liya aur communist party ke logon ko bhej diya gaon mein.</w:t>
      </w:r>
    </w:p>
    <w:p>
      <w:pPr>
        <w:jc w:val="right"/>
      </w:pPr>
      <w:r>
        <w:t>وہ وہ کوئی انقلاب نہیں تھا، وہ تو ایک کو تھا ایک قسم کا۔ تو انہوں نے گراس روٹ لیول کا یہ یہ کانسیپٹ لیا اور کمیونسٹ پارٹی کے لوگوں کو بھیج دیا گاؤں میں۔</w:t>
      </w:r>
    </w:p>
    <w:p>
      <w:r>
        <w:rPr>
          <w:b/>
        </w:rPr>
        <w:t xml:space="preserve">[51:04] </w:t>
      </w:r>
      <w:r>
        <w:t>yeh bohat hi dilchasp kahani hai ke jab 1917 mein, 1917 mein wahan par aaya to communist party ke members ko bhej diya ke gaon mein jao aur grass root table par kaam karo.</w:t>
      </w:r>
    </w:p>
    <w:p>
      <w:pPr>
        <w:jc w:val="right"/>
      </w:pPr>
      <w:r>
        <w:t>یہ بہت ہی دلچسپ کہانی ہے کہ جب 1917 میں، 1917 میں وہاں پر آیا تو کمیونسٹ پارٹی کے ممبروں کو بھیج دیا کہ گاؤں میں جاؤ اور گراس روٹ ٹیبل پر کام کرو۔</w:t>
      </w:r>
    </w:p>
    <w:p>
      <w:r>
        <w:rPr>
          <w:b/>
        </w:rPr>
        <w:t xml:space="preserve">[51:22] </w:t>
      </w:r>
      <w:r>
        <w:t>ab bilkul fail hoga, yeh kuch bhi nahi hua. wahan ja kar ke sab mar gaye, kuch natija nahi nikla.</w:t>
      </w:r>
    </w:p>
    <w:p>
      <w:pPr>
        <w:jc w:val="right"/>
      </w:pPr>
      <w:r>
        <w:t>اب بالکل فیل ہوگا، یہ کچھ بھی نہیں ہوا۔ وہاں جا کر کے سب مر گئے، کچھ نتیجہ نہیں نکلا۔</w:t>
      </w:r>
    </w:p>
    <w:p>
      <w:r>
        <w:rPr>
          <w:b/>
        </w:rPr>
        <w:t xml:space="preserve">[51:31] </w:t>
      </w:r>
      <w:r>
        <w:t>poori poori history mein log is mein paray hue hain, is is misunderstanding mein ke grass root level jo hai, woh gaon mein hai, woh awam mein hai, nichli yani lower level par jeenay walay logon mein hai.</w:t>
      </w:r>
    </w:p>
    <w:p>
      <w:pPr>
        <w:jc w:val="right"/>
      </w:pPr>
      <w:r>
        <w:t>پوری پوری ہسٹری میں لوگ اس میں پڑے ہوئے ہیں، اس اس مس انڈرسٹینڈنگ میں کہ گراس روٹ لیول جو ہے، وہ گاؤں میں ہے، وہ عوام میں ہے، نچلی یعنی لوئر لیول پر جینے والے لوگوں میں ہے۔</w:t>
      </w:r>
    </w:p>
    <w:p>
      <w:r>
        <w:rPr>
          <w:b/>
        </w:rPr>
        <w:t xml:space="preserve">[51:47] </w:t>
      </w:r>
      <w:r>
        <w:t>nahi, woh mind mein hai.</w:t>
      </w:r>
    </w:p>
    <w:p>
      <w:pPr>
        <w:jc w:val="right"/>
      </w:pPr>
      <w:r>
        <w:t>نہیں، وہ مائنڈ میں ہے۔</w:t>
      </w:r>
    </w:p>
    <w:p>
      <w:r>
        <w:rPr>
          <w:b/>
        </w:rPr>
        <w:t xml:space="preserve">[51:51] </w:t>
      </w:r>
      <w:r>
        <w:t>dekhiye, sab kaam thinking se shuru hota hai, thinking se shuru hota hai.</w:t>
      </w:r>
    </w:p>
    <w:p>
      <w:pPr>
        <w:jc w:val="right"/>
      </w:pPr>
      <w:r>
        <w:t>دیکھیے، سب کام تھنکنگ سے شروع ہوتا ہے، تھنکنگ سے شروع ہوتا ہے۔</w:t>
      </w:r>
    </w:p>
    <w:p>
      <w:r>
        <w:rPr>
          <w:b/>
        </w:rPr>
        <w:t xml:space="preserve">[52:01] </w:t>
      </w:r>
      <w:r>
        <w:t>as you think, so you act. jaisa aap sochay gay, waisa aap karay gay. soch ko badliye, tab practical halaat badlay gay.</w:t>
      </w:r>
    </w:p>
    <w:p>
      <w:pPr>
        <w:jc w:val="right"/>
      </w:pPr>
      <w:r>
        <w:t>ایز یو تھنک، سو یو ایکٹ۔ جیسا آپ سوچیں گے، ویسا آپ کریں گے۔ سوچ کو بدلیے، تب پریکٹیکل حالات بدلیں گے۔</w:t>
      </w:r>
    </w:p>
    <w:p>
      <w:r>
        <w:rPr>
          <w:b/>
        </w:rPr>
        <w:t xml:space="preserve">[52:11] </w:t>
      </w:r>
      <w:r>
        <w:t>soch ko badliye, tab society badlay gi. soch ko badliye, jab duniya badlay gi. soch ko badliye, tab tab koi reform aayega.</w:t>
      </w:r>
    </w:p>
    <w:p>
      <w:pPr>
        <w:jc w:val="right"/>
      </w:pPr>
      <w:r>
        <w:t>سوچ کو بدلیے، تب سوسائٹی بدلے گی۔ سوچ کو بدلیے، جب دنیا بدلے گی۔ سوچ کو بدلیے، تب تب کوئی ریفارم آئے گا۔</w:t>
      </w:r>
    </w:p>
    <w:p>
      <w:r>
        <w:rPr>
          <w:b/>
        </w:rPr>
        <w:t xml:space="preserve">[52:24] </w:t>
      </w:r>
      <w:r>
        <w:t>nichli satah ke logon par aap kaam karay gay to bohat se log kaam kar chukay hain, but that was no result.</w:t>
      </w:r>
    </w:p>
    <w:p>
      <w:pPr>
        <w:jc w:val="right"/>
      </w:pPr>
      <w:r>
        <w:t>نچلی سطح کے لوگوں پر آپ کام کریں گے تو بہت سے لوگ کام کر چکے ہیں، بٹ دیٹ واز نو رزلٹ۔</w:t>
      </w:r>
    </w:p>
    <w:p>
      <w:r>
        <w:rPr>
          <w:b/>
        </w:rPr>
        <w:t xml:space="preserve">[52:33] </w:t>
      </w:r>
      <w:r>
        <w:t>kisi ajeeb fallacy hai yeh grass root level wali baat. kisi ajeeb fallacy hai.</w:t>
      </w:r>
    </w:p>
    <w:p>
      <w:pPr>
        <w:jc w:val="right"/>
      </w:pPr>
      <w:r>
        <w:t>کیسی عجیب فلیسی ہے یہ گراس روٹ لیول والی بات۔ کیسی عجیب فلیسی ہے۔</w:t>
      </w:r>
    </w:p>
    <w:p>
      <w:r>
        <w:rPr>
          <w:b/>
        </w:rPr>
        <w:t xml:space="preserve">[52:44] </w:t>
      </w:r>
      <w:r>
        <w:t>mein hairaan hoon ke logon ko result jo hai, un ke liye i opener kyun nahi banta?</w:t>
      </w:r>
    </w:p>
    <w:p>
      <w:pPr>
        <w:jc w:val="right"/>
      </w:pPr>
      <w:r>
        <w:t>میں حیران ہوں کہ لوگوں کو رزلٹ جو ہے، ان کے لیے آئی اوپنر کیوں نہیں بنتا؟</w:t>
      </w:r>
    </w:p>
    <w:p>
      <w:r>
        <w:rPr>
          <w:b/>
        </w:rPr>
        <w:t xml:space="preserve">[52:53] </w:t>
      </w:r>
      <w:r>
        <w:t>result i opener kyun nahi banta un ke liye?</w:t>
      </w:r>
    </w:p>
    <w:p>
      <w:pPr>
        <w:jc w:val="right"/>
      </w:pPr>
      <w:r>
        <w:t>رزلٹ آئی اوپنر کیوں نہیں بنتا ان کے لیے؟</w:t>
      </w:r>
    </w:p>
    <w:p>
      <w:r>
        <w:rPr>
          <w:b/>
        </w:rPr>
        <w:t xml:space="preserve">[53:02] </w:t>
      </w:r>
      <w:r>
        <w:t>woh jo lady theen jo jin ko nobel prize mila, mother teresa. mother teresa jo hai, gross grass root level par kaam karne ki, woh theen hero, super hero theen.</w:t>
      </w:r>
    </w:p>
    <w:p>
      <w:pPr>
        <w:jc w:val="right"/>
      </w:pPr>
      <w:r>
        <w:t>وہ جو لیڈی تھیں جو جن کو نوبل پرائز ملا، مدر ٹریسا۔ مدر ٹریسا جو ہے، گروس گراس روٹ لیول پر کام کرنے کی، وہ تھیں ہیرو، سپر ہیرو تھیں۔</w:t>
      </w:r>
    </w:p>
    <w:p>
      <w:r>
        <w:rPr>
          <w:b/>
        </w:rPr>
        <w:t xml:space="preserve">[53:17] </w:t>
      </w:r>
      <w:r>
        <w:t>grass root, grass root, grass root level par kaam karne ki, yeh super hero theen. mother teresa poori life laga di isi mein unhon ne aur mari to kiya hua?</w:t>
      </w:r>
    </w:p>
    <w:p>
      <w:pPr>
        <w:jc w:val="right"/>
      </w:pPr>
      <w:r>
        <w:t>گراس روٹ، گراس روٹ، گراس روٹ لیول پر کام کرنے کی، یہ سپر ہیرو تھیں۔ مدر ٹریسا پوری لائف لگا دی اسی میں انہوں نے اور مری تو کیا ہوا؟</w:t>
      </w:r>
    </w:p>
    <w:p>
      <w:r>
        <w:rPr>
          <w:b/>
        </w:rPr>
        <w:t xml:space="preserve">[53:28] </w:t>
      </w:r>
      <w:r>
        <w:t>she died in agony.</w:t>
      </w:r>
    </w:p>
    <w:p>
      <w:pPr>
        <w:jc w:val="right"/>
      </w:pPr>
      <w:r>
        <w:t>شی ڈائیڈ ان ایگنی۔</w:t>
      </w:r>
    </w:p>
    <w:p>
      <w:r>
        <w:rPr>
          <w:b/>
        </w:rPr>
        <w:t xml:space="preserve">[53:32] </w:t>
      </w:r>
      <w:r>
        <w:t>jo reporten aeen hain media mein, us ko aap parh lijiyay. she died in agony, in pain, in frustration, in despair.</w:t>
      </w:r>
    </w:p>
    <w:p>
      <w:pPr>
        <w:jc w:val="right"/>
      </w:pPr>
      <w:r>
        <w:t>جو رپورٹیں آئیں ہیں میڈیا میں، اس کو آپ پڑھ لیجئے۔ شی ڈائیڈ ان ایگنی، ان پین، ان فرسٹریشن، ان ڈیسپیئر۔</w:t>
      </w:r>
    </w:p>
    <w:p>
      <w:r>
        <w:rPr>
          <w:b/>
        </w:rPr>
        <w:t xml:space="preserve">[53:42] </w:t>
      </w:r>
      <w:r>
        <w:t>kyun kuch mila nahi? yaani sari life batane ke baad bhi kuch mila nahi.</w:t>
      </w:r>
    </w:p>
    <w:p>
      <w:pPr>
        <w:jc w:val="right"/>
      </w:pPr>
      <w:r>
        <w:t>کیوں کچھ ملا نہیں؟ یعنی ساری لائف بتانے کے بعد بھی کچھ ملا نہیں۔</w:t>
      </w:r>
    </w:p>
    <w:p>
      <w:r>
        <w:rPr>
          <w:b/>
        </w:rPr>
        <w:t xml:space="preserve">[53:50] </w:t>
      </w:r>
      <w:r>
        <w:t>kyun kaam kahan kar rahi thi woh? aisay us ki pathar par kaam kare koi aur kahay ke pait ban jaye ga to nahi hoga.</w:t>
      </w:r>
    </w:p>
    <w:p>
      <w:pPr>
        <w:jc w:val="right"/>
      </w:pPr>
      <w:r>
        <w:t>کیوں کام کہاں کر رہی تھی وہ؟ ایسے اس کی پتھر پر کام کرے کوئی اور کہے کہ پیڑ بن جائے گا تو نہیں ہوگا۔</w:t>
      </w:r>
    </w:p>
    <w:p>
      <w:r>
        <w:rPr>
          <w:b/>
        </w:rPr>
        <w:t xml:space="preserve">[53:58] </w:t>
      </w:r>
      <w:r>
        <w:t>aap ko seat par kaam karna pare ga. seat par, seat se, seat se to pait nikal sakta hai. stone se pait nahi nikal sakta.</w:t>
      </w:r>
    </w:p>
    <w:p>
      <w:pPr>
        <w:jc w:val="right"/>
      </w:pPr>
      <w:r>
        <w:t>آپ کو سیٹ پر کام کرنا پڑے گا۔ سیٹ پر، سیٹ سے، سیٹ سے تو پیڑ نکل سکتا ہے۔ اسٹون سے پیڑ نہیں نکل سکتا۔</w:t>
      </w:r>
    </w:p>
    <w:p>
      <w:r>
        <w:rPr>
          <w:b/>
        </w:rPr>
        <w:t xml:space="preserve">[54:10] </w:t>
      </w:r>
      <w:r>
        <w:t>stone se koi pait nahi nikal sakta. seat se niklay ga to mind se aik zindagi banay gi. mind se woh nichli satah ke logon par kaam karne se nahi banne wali hai.</w:t>
      </w:r>
    </w:p>
    <w:p>
      <w:pPr>
        <w:jc w:val="right"/>
      </w:pPr>
      <w:r>
        <w:t>اسٹون سے کوئی پیڑ نہیں نکل سکتا۔ سیٹ سے نکلے گا تو مائنڈ سے ایک زندگی بنے گی۔ مائنڈ سے وہ نچلی سطح کے لوگوں پر کام کرنے سے نہیں بننے والی ہے۔</w:t>
      </w:r>
    </w:p>
    <w:p>
      <w:r>
        <w:rPr>
          <w:b/>
        </w:rPr>
        <w:t xml:space="preserve">[54:21] </w:t>
      </w:r>
      <w:r>
        <w:t>kuch bhi nahi hone wala hai.</w:t>
      </w:r>
    </w:p>
    <w:p>
      <w:pPr>
        <w:jc w:val="right"/>
      </w:pPr>
      <w:r>
        <w:t>کچھ بھی نہیں ہونے والا ہے۔</w:t>
      </w:r>
    </w:p>
    <w:p>
      <w:r>
        <w:rPr>
          <w:b/>
        </w:rPr>
        <w:t xml:space="preserve">[54:24] </w:t>
      </w:r>
      <w:r>
        <w:t>bas ghhor kijiyay ke poori poori history mein log grass root level ka fascination hai logon ko aur aaj tak bhi koi samajh nahi paya hai us ko.</w:t>
      </w:r>
    </w:p>
    <w:p>
      <w:pPr>
        <w:jc w:val="right"/>
      </w:pPr>
      <w:r>
        <w:t>بس غور کیجئے کہ پوری پوری ہسٹری میں لوگ گراس روٹ لیول کا فیسینیشن ہے لوگوں کو اور آج تک بھی کوئی سمجھ نہیں پایا ہے اس کو۔</w:t>
      </w:r>
    </w:p>
    <w:p>
      <w:r>
        <w:rPr>
          <w:b/>
        </w:rPr>
        <w:t xml:space="preserve">[54:36] </w:t>
      </w:r>
      <w:r>
        <w:t>yaani kal ki kal tak bhi nahi samajh paye. kal jis aadmi ne kaha ke mein logon ko educate karoon ga, us ko nahi mila pachas lakh rupay.</w:t>
      </w:r>
    </w:p>
    <w:p>
      <w:pPr>
        <w:jc w:val="right"/>
      </w:pPr>
      <w:r>
        <w:t>یعنی کل کی کل تک بھی نہیں سمجھ پائے۔ کل جس آدمی نے کہا کہ میں لوگوں کو ایجوکیٹ کروں گا، اس کو نہیں ملا پچاس لاکھ روپے۔</w:t>
      </w:r>
    </w:p>
    <w:p>
      <w:r>
        <w:rPr>
          <w:b/>
        </w:rPr>
        <w:t xml:space="preserve">[54:45] </w:t>
      </w:r>
      <w:r>
        <w:t>aur jis ne kaha ke mein gaon mein jaon ga grass root level par, to us ko pachas lakh rupay dijiyay ga. award</w:t>
      </w:r>
    </w:p>
    <w:p>
      <w:pPr>
        <w:jc w:val="right"/>
      </w:pPr>
      <w:r>
        <w:t>اور جس نے کہا کہ میں گاؤں میں جاؤں گا گراس روٹ لیول پر، تو اس کو پچاس لاکھ روپے دیجئے گا۔ ایوارڈ</w:t>
      </w:r>
    </w:p>
    <w:p>
      <w:r>
        <w:rPr>
          <w:b/>
        </w:rPr>
        <w:t xml:space="preserve">[54:53] </w:t>
      </w:r>
      <w:r>
        <w:t>itna ziyada log unaware hain cheezon se. yahi sochtay hain ke aakhir grass root level par to bohat hi top ke mind kaam karte rahe, karte rahe, karte rahe, is liye mar gaye.</w:t>
      </w:r>
    </w:p>
    <w:p>
      <w:pPr>
        <w:jc w:val="right"/>
      </w:pPr>
      <w:r>
        <w:t>اتنا زیادہ لوگ ان اویئر ہیں چیزوں سے۔ یہی سوچتے ہیں کہ آخر گراس روٹ لیول پر تو بہت ہی ٹاپ کے مائنڈ کام کرتے رہے، کرتے رہے، کرتے رہے، اس لیے مر گئے۔</w:t>
      </w:r>
    </w:p>
    <w:p>
      <w:r>
        <w:rPr>
          <w:b/>
        </w:rPr>
        <w:t xml:space="preserve">[55:07] </w:t>
      </w:r>
      <w:r>
        <w:t>but that was no result. insaan ke mind ko badlay to insaan badlay ga. insaan badlay gay to sari baaten, cheezen badalti chali jayen gi, badalti chali jayen gi.</w:t>
      </w:r>
    </w:p>
    <w:p>
      <w:pPr>
        <w:jc w:val="right"/>
      </w:pPr>
      <w:r>
        <w:t>بٹ دیٹ واز نو رزلٹ۔ انسان کے مائنڈ کو بدلیے تو انسان بدلے گا۔ انسان بدلے گے تو ساری باتیں، چیزیں بدلتی چلی جائیں گی، بدلتی چلی جائیں گی۔</w:t>
      </w:r>
    </w:p>
    <w:p>
      <w:r>
        <w:rPr>
          <w:b/>
        </w:rPr>
        <w:t xml:space="preserve">[55:19] </w:t>
      </w:r>
      <w:r>
        <w:t>hum yahan jo koshish kar rahe hain, woh insaan ko badalne ke liye, logon ke mind ko badalne ke liye, logon ke soch ko badalne ke liye, thinking ko badalne ke liye.</w:t>
      </w:r>
    </w:p>
    <w:p>
      <w:pPr>
        <w:jc w:val="right"/>
      </w:pPr>
      <w:r>
        <w:t>ہم یہاں جو کوشش کر رہے ہیں، وہ انسان کو بدلنے کے لیے، لوگوں کے مائنڈ کو بدلنے کے لیے، لوگوں کے سوچ کو بدلنے کے لیے، تھنکنگ کو بدلنے کے لیے۔</w:t>
      </w:r>
    </w:p>
    <w:p>
      <w:r>
        <w:rPr>
          <w:b/>
        </w:rPr>
        <w:t xml:space="preserve">[55:31] </w:t>
      </w:r>
      <w:r>
        <w:t>hamara jo grass root level jo hai, woh mind hai.</w:t>
      </w:r>
    </w:p>
    <w:p>
      <w:pPr>
        <w:jc w:val="right"/>
      </w:pPr>
      <w:r>
        <w:t>ہمارا جو گراس روٹ لیول جو ہے، وہ مائنڈ ہے۔</w:t>
      </w:r>
    </w:p>
    <w:p>
      <w:r>
        <w:rPr>
          <w:b/>
        </w:rPr>
        <w:t xml:space="preserve">[55:37] </w:t>
      </w:r>
      <w:r>
        <w:t>to aap logon ko yahi kaam karna hai.</w:t>
      </w:r>
    </w:p>
    <w:p>
      <w:pPr>
        <w:jc w:val="right"/>
      </w:pPr>
      <w:r>
        <w:t>تو آپ لوگوں کو یہی کام کرنا ہے۔</w:t>
      </w:r>
    </w:p>
    <w:p>
      <w:r>
        <w:rPr>
          <w:b/>
        </w:rPr>
        <w:t xml:space="preserve">[55:43] </w:t>
      </w:r>
      <w:r>
        <w:t>aik aik individual ko target karna hai.</w:t>
      </w:r>
    </w:p>
    <w:p>
      <w:pPr>
        <w:jc w:val="right"/>
      </w:pPr>
      <w:r>
        <w:t>ایک ایک انڈیویجول کو ٹارگٹ کرنا ہے۔</w:t>
      </w:r>
    </w:p>
    <w:p>
      <w:r>
        <w:rPr>
          <w:b/>
        </w:rPr>
        <w:t xml:space="preserve">[55:49] </w:t>
      </w:r>
      <w:r>
        <w:t>aik aik individual ko target karna hai.</w:t>
      </w:r>
    </w:p>
    <w:p>
      <w:pPr>
        <w:jc w:val="right"/>
      </w:pPr>
      <w:r>
        <w:t>ایک ایک انڈیویجول کو ٹارگٹ کرنا ہے۔</w:t>
      </w:r>
    </w:p>
    <w:p>
      <w:r>
        <w:rPr>
          <w:b/>
        </w:rPr>
        <w:t xml:space="preserve">[55:57] </w:t>
      </w:r>
      <w:r>
        <w:t>jo literature hamara chupa hai, woh kiya? woh individual ko target karta hai. kyun ke bohat se log mil ke to parh nahi sakte. parhay ga aik aadmi.</w:t>
      </w:r>
    </w:p>
    <w:p>
      <w:pPr>
        <w:jc w:val="right"/>
      </w:pPr>
      <w:r>
        <w:t>جو لٹریچر ہمارا چھپا ہے، وہ کیا؟ وہ انڈیویجول کو ٹارگٹ کرتا ہے۔ کیونکہ بہت سے لوگ مل کے تو پڑھ نہیں سکتے۔ پڑھے گا ایک آدمی۔</w:t>
      </w:r>
    </w:p>
    <w:p>
      <w:r>
        <w:rPr>
          <w:b/>
        </w:rPr>
        <w:t xml:space="preserve">[56:07] </w:t>
      </w:r>
      <w:r>
        <w:t>book ke maenay kiya hain? book ke maenay hain ke aik individual parhay ga.</w:t>
      </w:r>
    </w:p>
    <w:p>
      <w:pPr>
        <w:jc w:val="right"/>
      </w:pPr>
      <w:r>
        <w:t>بک کے معنی کیا ہیں؟ بک کے معنی ہیں کہ ایک انڈیویجول پڑھے گا۔</w:t>
      </w:r>
    </w:p>
    <w:p>
      <w:r>
        <w:rPr>
          <w:b/>
        </w:rPr>
        <w:t xml:space="preserve">[56:14] </w:t>
      </w:r>
      <w:r>
        <w:t>to book culture individual ko target karne ka culture hai.</w:t>
      </w:r>
    </w:p>
    <w:p>
      <w:pPr>
        <w:jc w:val="right"/>
      </w:pPr>
      <w:r>
        <w:t>تو بک کلچر انڈیویجول کو ٹارگٹ کرنے کا کلچر ہے۔</w:t>
      </w:r>
    </w:p>
    <w:p>
      <w:r>
        <w:rPr>
          <w:b/>
        </w:rPr>
        <w:t xml:space="preserve">[56:22] </w:t>
      </w:r>
      <w:r>
        <w:t>book culture jo hai, woh individual ko target karne ka culture hai.</w:t>
      </w:r>
    </w:p>
    <w:p>
      <w:pPr>
        <w:jc w:val="right"/>
      </w:pPr>
      <w:r>
        <w:t>بک کلچر جو ہے، وہ انڈیویجول کو ٹارگٹ کرنے کا کلچر ہے۔</w:t>
      </w:r>
    </w:p>
    <w:p>
      <w:r>
        <w:rPr>
          <w:b/>
        </w:rPr>
        <w:t xml:space="preserve">[56:30] </w:t>
      </w:r>
      <w:r>
        <w:t>to in baaton ko samjhiye. kal jab main wahan gaya tha book fair mein, itne saare log the, itne saare ideas, itne saare, itne tarah tarah ki kitaben.</w:t>
      </w:r>
    </w:p>
    <w:p>
      <w:pPr>
        <w:jc w:val="right"/>
      </w:pPr>
      <w:r>
        <w:t>تو ان باتوں کو سمجھیے۔ کل جب میں وہاں گیا تھا بک فیئر میں، اتنے سارے لوگ تھے، اتنے سارے آئیڈیاز، اتنے سارے، اتنے طرح طرح کی کتابیں۔</w:t>
      </w:r>
    </w:p>
    <w:p>
      <w:r>
        <w:rPr>
          <w:b/>
        </w:rPr>
        <w:t xml:space="preserve">[56:43] </w:t>
      </w:r>
      <w:r>
        <w:t>ek jangla tha, jangla</w:t>
      </w:r>
    </w:p>
    <w:p>
      <w:pPr>
        <w:jc w:val="right"/>
      </w:pPr>
      <w:r>
        <w:t>ایک جنگل تھا، جنگل</w:t>
      </w:r>
    </w:p>
    <w:p>
      <w:r>
        <w:rPr>
          <w:b/>
        </w:rPr>
        <w:t xml:space="preserve">[56:44] </w:t>
      </w:r>
      <w:r>
        <w:t>. main sochne laga ke is jangla mein kaise aadmi discover karega ke kaun si book sahi represent kar rahi hai? yeh sachai ko sahi taur par batane wali book kaun si hai?</w:t>
      </w:r>
    </w:p>
    <w:p>
      <w:pPr>
        <w:jc w:val="right"/>
      </w:pPr>
      <w:r>
        <w:t>۔ میں سوچنے لگا کہ اس جنگل میں کیسے آدمی ڈسکور کرے گا کہ کون سی بک صحیح ریپریزنٹ کر رہی ہے؟ یہ سچائی کو صحیح طور پر بتانے والی بک کون سی ہے؟</w:t>
      </w:r>
    </w:p>
    <w:p>
      <w:r>
        <w:rPr>
          <w:b/>
        </w:rPr>
        <w:t xml:space="preserve">[56:55] </w:t>
      </w:r>
      <w:r>
        <w:t>is mein wahan lakhon aur million million book thin wahan par. to ek bahut hi mushkil kaam hai is baat ko discover karna ke sachai kya hai.</w:t>
      </w:r>
    </w:p>
    <w:p>
      <w:pPr>
        <w:jc w:val="right"/>
      </w:pPr>
      <w:r>
        <w:t>اس میں وہاں لاکھوں اور ملین ملین بک تھیں وہاں پر۔ تو ایک بہت ہی مشکل کام ہے اس بات کو ڈسکور کرنا کہ سچائی کیا ہے۔</w:t>
      </w:r>
    </w:p>
    <w:p>
      <w:r>
        <w:rPr>
          <w:b/>
        </w:rPr>
        <w:t xml:space="preserve">[57:08] </w:t>
      </w:r>
      <w:r>
        <w:t>is ka main example de raha hoon ke isi baat ko log discover nahi kar paye ke grass root jo hai, woh nichli level nahi hai, woh mind hai insaan ka.</w:t>
      </w:r>
    </w:p>
    <w:p>
      <w:pPr>
        <w:jc w:val="right"/>
      </w:pPr>
      <w:r>
        <w:t>اس کا میں ایگزامپل دے رہا ہوں کہ اسی بات کو لوگ ڈسکور نہیں کر پائے کہ گراس روٹ جو ہے، وہ نچلی لیول نہیں ہے، وہ مائنڈ ہے انسان کا۔</w:t>
      </w:r>
    </w:p>
    <w:p>
      <w:r>
        <w:rPr>
          <w:b/>
        </w:rPr>
        <w:t xml:space="preserve">[57:22] </w:t>
      </w:r>
      <w:r>
        <w:t>to kitna zyada sochna padta hai, tab aadmi baaton ko samajhta hai.</w:t>
      </w:r>
    </w:p>
    <w:p>
      <w:pPr>
        <w:jc w:val="right"/>
      </w:pPr>
      <w:r>
        <w:t>تو کتنا زیادہ سوچنا پڑتا ہے، تب آدمی باتوں کو سمجھتا ہے۔</w:t>
      </w:r>
    </w:p>
    <w:p>
      <w:r>
        <w:rPr>
          <w:b/>
        </w:rPr>
        <w:t xml:space="preserve">[57:31] </w:t>
      </w:r>
      <w:r>
        <w:t>to</w:t>
      </w:r>
    </w:p>
    <w:p>
      <w:pPr>
        <w:jc w:val="right"/>
      </w:pPr>
      <w:r>
        <w:t>تو</w:t>
      </w:r>
    </w:p>
    <w:p>
      <w:r>
        <w:rPr>
          <w:b/>
        </w:rPr>
        <w:t xml:space="preserve">[57:32] </w:t>
      </w:r>
      <w:r>
        <w:t>main aap ko kal, main ne ek sahib se kaha ke ek hi mein aap ko advice deta hoon, ek hi nasihat karta hoon. you have to save yourself from distraction.</w:t>
      </w:r>
    </w:p>
    <w:p>
      <w:pPr>
        <w:jc w:val="right"/>
      </w:pPr>
      <w:r>
        <w:t>میں آپ کو کل، میں نے ایک صاحب سے کہا کہ ایک ہی میں آپ کو ایڈوائس دیتا ہوں، ایک ہی نصیحت کرتا ہوں۔ یو ہیو ٹو سیو یور سیلف فرام ڈسٹریکشن۔</w:t>
      </w:r>
    </w:p>
    <w:p>
      <w:r>
        <w:rPr>
          <w:b/>
        </w:rPr>
        <w:t xml:space="preserve">[57:46] </w:t>
      </w:r>
      <w:r>
        <w:t>sab se badi cheez jis ko main aap se kehna chahta hoon, woh hai ke apne ko distraction se bachaiye. is zamane mein har cheez distraction hai, har cheez distraction hai.</w:t>
      </w:r>
    </w:p>
    <w:p>
      <w:pPr>
        <w:jc w:val="right"/>
      </w:pPr>
      <w:r>
        <w:t>سب سے بڑی چیز جس کو میں آپ سے کہنا چاہتا ہوں، وہ ہے کہ اپنے کو ڈسٹریکشن سے بچائیے۔ اس زمانے میں ہر چیز ڈسٹریکشن ہے، ہر چیز ڈسٹریکشن ہے۔</w:t>
      </w:r>
    </w:p>
    <w:p>
      <w:r>
        <w:rPr>
          <w:b/>
        </w:rPr>
        <w:t xml:space="preserve">[57:59] </w:t>
      </w:r>
      <w:r>
        <w:t>distraction se bacha kar ke apne ko, apne mind ko ek ek hi is par centralize kijiye, tab aap sachai ko discover karenge.</w:t>
      </w:r>
    </w:p>
    <w:p>
      <w:pPr>
        <w:jc w:val="right"/>
      </w:pPr>
      <w:r>
        <w:t>ڈسٹریکشن سے بچا کر کے اپنے کو، اپنے مائنڈ کو ایک ایک ہی اس پر سینٹرلائز کیجئے، تب آپ سچائی کو ڈسکور کریں گے۔</w:t>
      </w:r>
    </w:p>
    <w:p>
      <w:r>
        <w:rPr>
          <w:b/>
        </w:rPr>
        <w:t xml:space="preserve">[58:10] </w:t>
      </w:r>
      <w:r>
        <w:t>to pehla jihad yeh hai ke aap sachai ko discover karein. doosra jihad yeh hai ke aap khud is sachai ko follow karein.</w:t>
      </w:r>
    </w:p>
    <w:p>
      <w:pPr>
        <w:jc w:val="right"/>
      </w:pPr>
      <w:r>
        <w:t>تو پہلا جہاد یہ ہے کہ آپ سچائی کو ڈسکور کریں۔ دوسرا جہاد یہ ہے کہ آپ خود اس سچائی کو فالو کریں۔</w:t>
      </w:r>
    </w:p>
    <w:p>
      <w:r>
        <w:rPr>
          <w:b/>
        </w:rPr>
        <w:t xml:space="preserve">[58:21] </w:t>
      </w:r>
      <w:r>
        <w:t>teesra jihad yeh hai ke aap da'wah work karein.</w:t>
      </w:r>
    </w:p>
    <w:p>
      <w:pPr>
        <w:jc w:val="right"/>
      </w:pPr>
      <w:r>
        <w:t>تیسرا جہاد یہ ہے کہ آپ داؤ ورک کریں۔</w:t>
      </w:r>
    </w:p>
    <w:p>
      <w:r>
        <w:rPr>
          <w:b/>
        </w:rPr>
        <w:t xml:space="preserve">[58:26] </w:t>
      </w:r>
      <w:r>
        <w:t>da'wah work karne ke liye aap ko yeh jihad karna hai ke logon se hate ko khatam kar dein, kyunke saare log negative thought mein jee rahe hain. hate ko nahi khatam karenge to da'wah work nahi ho sakta hai.</w:t>
      </w:r>
    </w:p>
    <w:p>
      <w:pPr>
        <w:jc w:val="right"/>
      </w:pPr>
      <w:r>
        <w:t>داؤ ورک کرنے کے لیے آپ کو یہ جہاد کرنا ہے کہ لوگوں سے ہیٹ کو ختم کر دیں، کیونکہ سارے لوگ نیگیٹیو تھاٹ میں جی رہے ہیں۔ ہیٹ کو نہیں ختم کریں گے تو داؤ ورک نہیں ہو سکتا ہے۔</w:t>
      </w:r>
    </w:p>
    <w:p>
      <w:r>
        <w:rPr>
          <w:b/>
        </w:rPr>
        <w:t xml:space="preserve">[58:40] </w:t>
      </w:r>
      <w:r>
        <w:t>da'wah work na to pride ka naam hai, na woh mili work ka naam hai. da'wah work hota hai duniya se jab aap love karte hain, tab da'wah work hota hai.</w:t>
      </w:r>
    </w:p>
    <w:p>
      <w:pPr>
        <w:jc w:val="right"/>
      </w:pPr>
      <w:r>
        <w:t>داؤ ورک نہ تو پرائیڈ کا نام ہے، نہ وہ ملی ورک کا نام ہے۔ داؤ ورک ہوتا ہے دنیا سے جب آپ لو کرتے ہیں، تب داؤ ورک ہوتا ہے۔</w:t>
      </w:r>
    </w:p>
    <w:p>
      <w:r>
        <w:rPr>
          <w:b/>
        </w:rPr>
        <w:t xml:space="preserve">[58:56] </w:t>
      </w:r>
      <w:r>
        <w:t>to main yahi arz karunga ke apne aap ko distraction se bachaiye, distraction se bachaiye. tabhi aap sachai ko payenge, tabhi aap jannat ke liye</w:t>
      </w:r>
    </w:p>
    <w:p>
      <w:pPr>
        <w:jc w:val="right"/>
      </w:pPr>
      <w:r>
        <w:t>تو میں یہی عرض کروں گا کہ اپنے آپ کو ڈسٹریکشن سے بچائیے، ڈسٹریکشن سے بچائیے۔ تبھی آپ سچائی کو پائیں گے، تبھی آپ جنت کے لیے</w:t>
      </w:r>
    </w:p>
    <w:p>
      <w:r>
        <w:rPr>
          <w:b/>
        </w:rPr>
        <w:t xml:space="preserve">[59:13] </w:t>
      </w:r>
      <w:r>
        <w:t>deserving candidate thairenge. aqool qawli haza wastaghfirullaha li walakum ajmaeen.</w:t>
      </w:r>
    </w:p>
    <w:p>
      <w:pPr>
        <w:jc w:val="right"/>
      </w:pPr>
      <w:r>
        <w:t>ڈیزرونگ کینڈیڈیٹ ٹھہریں گے۔ اقول قولیھذا واستغفراللہ لی ولکم اجمعین۔</w:t>
      </w:r>
    </w:p>
    <w:p>
      <w:r>
        <w:rPr>
          <w:b/>
        </w:rPr>
        <w:t xml:space="preserve">[59:35] </w:t>
      </w:r>
      <w:r>
        <w:t>ah, this question is from doctor farida. man is always deluded by appearances, since the work at grass roots level pulls crowd, so people are easily misled by this concept.</w:t>
      </w:r>
    </w:p>
    <w:p>
      <w:pPr>
        <w:jc w:val="right"/>
      </w:pPr>
      <w:r>
        <w:t>اہ، دس کوئسچن از فرام ڈاکٹر فریدہ۔ مین از الویز ڈیلیوڈ بائے اپیئرنسز، سنس دا ورک ایٹ گراس روٹس لیول پلز کراؤڈ، سو پیپل ار ایزیلی مس لیڈ بائے دس کانسیپٹ۔</w:t>
      </w:r>
    </w:p>
    <w:p>
      <w:r>
        <w:rPr>
          <w:b/>
        </w:rPr>
        <w:t xml:space="preserve">[59:50] </w:t>
      </w:r>
      <w:r>
        <w:t>how can we make people understand the truth? ab main samajhta hoon ke is ka koi shortcut nahi hai.</w:t>
      </w:r>
    </w:p>
    <w:p>
      <w:pPr>
        <w:jc w:val="right"/>
      </w:pPr>
      <w:r>
        <w:t>ہاؤ کین وی میک پیپل انڈرسٹینڈ دا ٹروتھ؟ اب میں سمجھتا ہوں کہ اس کا کوئی شارٹ کٹ نہیں ہے۔</w:t>
      </w:r>
    </w:p>
    <w:p>
      <w:r>
        <w:rPr>
          <w:b/>
        </w:rPr>
        <w:t xml:space="preserve">[1:00:03] </w:t>
      </w:r>
      <w:r>
        <w:t>ek ek sustained effort hamein karni padegi.</w:t>
      </w:r>
    </w:p>
    <w:p>
      <w:pPr>
        <w:jc w:val="right"/>
      </w:pPr>
      <w:r>
        <w:t>ایک ایک سسٹینڈ ایفرٹ ہمیں کرنی پڑے گی۔</w:t>
      </w:r>
    </w:p>
    <w:p>
      <w:r>
        <w:rPr>
          <w:b/>
        </w:rPr>
        <w:t xml:space="preserve">[1:00:11] </w:t>
      </w:r>
      <w:r>
        <w:t>sab se pehle hamein deconditioning karni hogi logon ki, phir baat woh samajh payenge.</w:t>
      </w:r>
    </w:p>
    <w:p>
      <w:pPr>
        <w:jc w:val="right"/>
      </w:pPr>
      <w:r>
        <w:t>سب سے پہلے ہمیں ڈی کنڈیشننگ کرنی ہوگی لوگوں کی، پھر بات وہ سمجھ پائیں گے۔</w:t>
      </w:r>
    </w:p>
    <w:p>
      <w:r>
        <w:rPr>
          <w:b/>
        </w:rPr>
        <w:t xml:space="preserve">[1:00:21] </w:t>
      </w:r>
      <w:r>
        <w:t>to beharhaal mujhe is ka koi shortcut nahi maloom.</w:t>
      </w:r>
    </w:p>
    <w:p>
      <w:pPr>
        <w:jc w:val="right"/>
      </w:pPr>
      <w:r>
        <w:t>تو بہرحال مجھے اس کا کوئی شارٹ کٹ نہیں معلوم۔</w:t>
      </w:r>
    </w:p>
    <w:p>
      <w:r>
        <w:rPr>
          <w:b/>
        </w:rPr>
        <w:t xml:space="preserve">[1:00:29] </w:t>
      </w:r>
      <w:r>
        <w:t>doosri baat yeh hai ke kabhi bhi yeh nahi samajhna chahiye ke saare log</w:t>
      </w:r>
    </w:p>
    <w:p>
      <w:pPr>
        <w:jc w:val="right"/>
      </w:pPr>
      <w:r>
        <w:t>دوسری بات یہ ہے کہ کبھی بھی یہ نہیں سمجھنا چاہیے کہ سارے لوگ</w:t>
      </w:r>
    </w:p>
    <w:p>
      <w:r>
        <w:rPr>
          <w:b/>
        </w:rPr>
        <w:t xml:space="preserve">[1:00:40] </w:t>
      </w:r>
      <w:r>
        <w:t>sachai ko</w:t>
      </w:r>
    </w:p>
    <w:p>
      <w:pPr>
        <w:jc w:val="right"/>
      </w:pPr>
      <w:r>
        <w:t>سچائی کو</w:t>
      </w:r>
    </w:p>
    <w:p>
      <w:r>
        <w:rPr>
          <w:b/>
        </w:rPr>
        <w:t xml:space="preserve">[1:00:44] </w:t>
      </w:r>
      <w:r>
        <w:t>maan sakte hain.</w:t>
      </w:r>
    </w:p>
    <w:p>
      <w:pPr>
        <w:jc w:val="right"/>
      </w:pPr>
      <w:r>
        <w:t>مان سکتے ہیں۔</w:t>
      </w:r>
    </w:p>
    <w:p>
      <w:r>
        <w:rPr>
          <w:b/>
        </w:rPr>
        <w:t xml:space="preserve">[1:00:47] </w:t>
      </w:r>
      <w:r>
        <w:t>hamesha aisa hi hoga, pehle bhi hua aur ab bhi hoga. aisa hi ke kuch log sachai ko</w:t>
      </w:r>
    </w:p>
    <w:p>
      <w:pPr>
        <w:jc w:val="right"/>
      </w:pPr>
      <w:r>
        <w:t>ہمیشہ ایسا ہی ہوگا، پہلے بھی ہوا اور اب بھی ہوگا۔ ایسا ہی کہ کچھ لوگ سچائی کو</w:t>
      </w:r>
    </w:p>
    <w:p>
      <w:r>
        <w:rPr>
          <w:b/>
        </w:rPr>
        <w:t xml:space="preserve">[1:01:00] </w:t>
      </w:r>
      <w:r>
        <w:t>realize karen ge, is ko acknowledge karen ge. is liye ke jo price deni parti hai, wo price log dete nahi. price hai apne ko distraction se bachana,</w:t>
      </w:r>
    </w:p>
    <w:p>
      <w:pPr>
        <w:jc w:val="right"/>
      </w:pPr>
      <w:r>
        <w:t>ریلائز کریں گے، اس کو ایکنالج کریں گے۔ اس لیے کہ جو پرائز دینی پڑتی ہے، وہ پرائز لوگ دیتے نہیں۔ پرائز ہے اپنے کو ڈسٹریکشن سے بچانا،</w:t>
      </w:r>
    </w:p>
    <w:p>
      <w:r>
        <w:rPr>
          <w:b/>
        </w:rPr>
        <w:t xml:space="preserve">[1:01:15] </w:t>
      </w:r>
      <w:r>
        <w:t>price hai sacha seeker banna, price hai cheezon ko seriously lena.</w:t>
      </w:r>
    </w:p>
    <w:p>
      <w:pPr>
        <w:jc w:val="right"/>
      </w:pPr>
      <w:r>
        <w:t>پرائز ہے سچا سیکھر بننا، پرائز ہے چیزوں کو سیریسلی لینا۔</w:t>
      </w:r>
    </w:p>
    <w:p>
      <w:r>
        <w:rPr>
          <w:b/>
        </w:rPr>
        <w:t xml:space="preserve">[1:01:29] </w:t>
      </w:r>
      <w:r>
        <w:t>to aap jante hain ke dunya mein sab se zyada kami jis cheez ki hai, wo sincerity ki hai.</w:t>
      </w:r>
    </w:p>
    <w:p>
      <w:pPr>
        <w:jc w:val="right"/>
      </w:pPr>
      <w:r>
        <w:t>تو آپ جانتے ہیں کہ دنیا میں سب سے زیادہ کمی جس چیز کی ہے، وہ سنسیئرٹی کی ہے۔</w:t>
      </w:r>
    </w:p>
    <w:p>
      <w:r>
        <w:rPr>
          <w:b/>
        </w:rPr>
        <w:t xml:space="preserve">[1:01:36] </w:t>
      </w:r>
      <w:r>
        <w:t>is wajah se pehle bhi aisa hua, ab bhi aise hi hoga. to da'wah work sach poochen to hunting, hunting work hai.</w:t>
      </w:r>
    </w:p>
    <w:p>
      <w:pPr>
        <w:jc w:val="right"/>
      </w:pPr>
      <w:r>
        <w:t>اس وجہ سے پہلے بھی ایسا ہوا، اب بھی ایسے ہی ہوگا۔ تو داؤ ورک سچ پوچھیں تو ہنٹنگ، ہنٹنگ ورک ہے۔</w:t>
      </w:r>
    </w:p>
    <w:p>
      <w:r>
        <w:rPr>
          <w:b/>
        </w:rPr>
        <w:t xml:space="preserve">[1:01:49] </w:t>
      </w:r>
      <w:r>
        <w:t>un logon ko talash karna</w:t>
      </w:r>
    </w:p>
    <w:p>
      <w:pPr>
        <w:jc w:val="right"/>
      </w:pPr>
      <w:r>
        <w:t>ان لوگوں کو تلاش کرنا</w:t>
      </w:r>
    </w:p>
    <w:p>
      <w:r>
        <w:rPr>
          <w:b/>
        </w:rPr>
        <w:t xml:space="preserve">[1:01:54] </w:t>
      </w:r>
      <w:r>
        <w:t>jo</w:t>
      </w:r>
    </w:p>
    <w:p>
      <w:pPr>
        <w:jc w:val="right"/>
      </w:pPr>
      <w:r>
        <w:t>جو</w:t>
      </w:r>
    </w:p>
    <w:p>
      <w:r>
        <w:rPr>
          <w:b/>
        </w:rPr>
        <w:t xml:space="preserve">[1:01:58] </w:t>
      </w:r>
      <w:r>
        <w:t>jo sincere hain, jo sach much seeker hain. to bheed mein aise log hamesha hote hain.</w:t>
      </w:r>
    </w:p>
    <w:p>
      <w:pPr>
        <w:jc w:val="right"/>
      </w:pPr>
      <w:r>
        <w:t>جو سنسیئر ہیں، جو سچ مچ سیکھر ہیں۔ تو بھیڑ میں ایسے لوگ ہمیشہ ہوتے ہیں۔</w:t>
      </w:r>
    </w:p>
    <w:p>
      <w:r>
        <w:rPr>
          <w:b/>
        </w:rPr>
        <w:t xml:space="preserve">[1:02:10] </w:t>
      </w:r>
      <w:r>
        <w:t>to main samajhta hoon ke hamara kaam yeh hai ke in ko talash karen.</w:t>
      </w:r>
    </w:p>
    <w:p>
      <w:pPr>
        <w:jc w:val="right"/>
      </w:pPr>
      <w:r>
        <w:t>تو میں سمجھتا ہوں کہ ہمارا کام یہ ہے کہ ان کو تلاش کریں۔</w:t>
      </w:r>
    </w:p>
    <w:p>
      <w:r>
        <w:rPr>
          <w:b/>
        </w:rPr>
        <w:t xml:space="preserve">[1:02:17] </w:t>
      </w:r>
      <w:r>
        <w:t>kyunke Quran mein hai ke inna ka tad'u illa bil isha'a ke sare logon ko tum sachai par nahi la sakte.</w:t>
      </w:r>
    </w:p>
    <w:p>
      <w:pPr>
        <w:jc w:val="right"/>
      </w:pPr>
      <w:r>
        <w:t>کیونکہ قرآن میں ہے کہ انک لا تعدیب ابت لیکن اللہیدیشا کہ سارے لوگوں کو تم سچائی پر نہیں لا سکتے۔</w:t>
      </w:r>
    </w:p>
    <w:p>
      <w:r>
        <w:rPr>
          <w:b/>
        </w:rPr>
        <w:t xml:space="preserve">[1:02:32] </w:t>
      </w:r>
      <w:r>
        <w:t>wohi log sachai par ayenge jo sincere hon aur sunein baaton ko.</w:t>
      </w:r>
    </w:p>
    <w:p>
      <w:pPr>
        <w:jc w:val="right"/>
      </w:pPr>
      <w:r>
        <w:t>وہی لوگ سچائی پر آئیں گے جو سنسیئر ہوں اور سنیں باتوں کو۔</w:t>
      </w:r>
    </w:p>
    <w:p>
      <w:r>
        <w:rPr>
          <w:b/>
        </w:rPr>
        <w:t xml:space="preserve">[1:02:44] </w:t>
      </w:r>
      <w:r>
        <w:t>ek waqia maine parha hai ke Rasool Allah jab Makka mein the</w:t>
      </w:r>
    </w:p>
    <w:p>
      <w:pPr>
        <w:jc w:val="right"/>
      </w:pPr>
      <w:r>
        <w:t>ایک واقعہ میں نے پڑھا ہے کہ رسول اللہ جب مکہ میں تھے</w:t>
      </w:r>
    </w:p>
    <w:p>
      <w:r>
        <w:rPr>
          <w:b/>
        </w:rPr>
        <w:t xml:space="preserve">[1:02:51] </w:t>
      </w:r>
      <w:r>
        <w:t>to wahan par</w:t>
      </w:r>
    </w:p>
    <w:p>
      <w:pPr>
        <w:jc w:val="right"/>
      </w:pPr>
      <w:r>
        <w:t>تو وہاں پر</w:t>
      </w:r>
    </w:p>
    <w:p>
      <w:r>
        <w:rPr>
          <w:b/>
        </w:rPr>
        <w:t xml:space="preserve">[1:02:55] </w:t>
      </w:r>
      <w:r>
        <w:t>ek bar ek shakhs aaya, is ka naam tha</w:t>
      </w:r>
    </w:p>
    <w:p>
      <w:pPr>
        <w:jc w:val="right"/>
      </w:pPr>
      <w:r>
        <w:t>ایک بار ایک شخص آیا، اس کا نام تھا</w:t>
      </w:r>
    </w:p>
    <w:p>
      <w:r>
        <w:rPr>
          <w:b/>
        </w:rPr>
        <w:t xml:space="preserve">[1:03:01] </w:t>
      </w:r>
      <w:r>
        <w:t>Zamad.</w:t>
      </w:r>
    </w:p>
    <w:p>
      <w:pPr>
        <w:jc w:val="right"/>
      </w:pPr>
      <w:r>
        <w:t>زماد۔</w:t>
      </w:r>
    </w:p>
    <w:p>
      <w:r>
        <w:rPr>
          <w:b/>
        </w:rPr>
        <w:t xml:space="preserve">[1:03:05] </w:t>
      </w:r>
      <w:r>
        <w:t>Azad ek ek door ka qabeela tha, Azad sun woh. wahan ka wo aadmi tha.</w:t>
      </w:r>
    </w:p>
    <w:p>
      <w:pPr>
        <w:jc w:val="right"/>
      </w:pPr>
      <w:r>
        <w:t>ازد ایک ایک دور کا قبیلہ تھا، ازد سنوہ۔ وہاں کا وہ آدمی تھا۔</w:t>
      </w:r>
    </w:p>
    <w:p>
      <w:r>
        <w:rPr>
          <w:b/>
        </w:rPr>
        <w:t xml:space="preserve">[1:03:13] </w:t>
      </w:r>
      <w:r>
        <w:t>to Makka mein aaya to yahan logon ne kaha ke Rasool Allah ke bare mein ke wo ek aadmi hai jo. yeh bohat hi ghata kar aap ki picture pesh ki ke is ko shauq nahi hua ke aap se mile ya aap ki baaton ko sune.</w:t>
      </w:r>
    </w:p>
    <w:p>
      <w:pPr>
        <w:jc w:val="right"/>
      </w:pPr>
      <w:r>
        <w:t>تو مکے میں آیا تو یہاں لوگوں نے کہا کہ رسول اللہ کے بارے میں کہ وہ ایک آدمی ہے جو۔ یہ بہت ہی گھٹا کر آپ کی پکچر پیش کی کہ اس کو شوق نہیں ہوا کہ آپ سے ملے یا آپ کی باتوں کو سنے۔</w:t>
      </w:r>
    </w:p>
    <w:p>
      <w:r>
        <w:rPr>
          <w:b/>
        </w:rPr>
        <w:t xml:space="preserve">[1:03:30] </w:t>
      </w:r>
      <w:r>
        <w:t>agarche wo Kaba mein jata tha, wo aadmi wahan Rasool Allah bhi wahan hote the,</w:t>
      </w:r>
    </w:p>
    <w:p>
      <w:pPr>
        <w:jc w:val="right"/>
      </w:pPr>
      <w:r>
        <w:t>اگرچہ وہ کعبہ میں جاتا تھا، وہ آدمی وہاں رسول اللہ بھی وہاں ہوتے تھے،</w:t>
      </w:r>
    </w:p>
    <w:p>
      <w:r>
        <w:rPr>
          <w:b/>
        </w:rPr>
        <w:t xml:space="preserve">[1:03:35] </w:t>
      </w:r>
      <w:r>
        <w:t>lekin logon ne itna zyada aap ke bare mein is ke kaan mein bhar diya tha ke is ko koi interest nahi hua.</w:t>
      </w:r>
    </w:p>
    <w:p>
      <w:pPr>
        <w:jc w:val="right"/>
      </w:pPr>
      <w:r>
        <w:t>لیکن لوگوں نے اتنا زیادہ آپ کے بارے میں اس کے کان میں بھر دیا تھا کہ اس کو کوئی انٹرسٹ نہیں ہوا۔</w:t>
      </w:r>
    </w:p>
    <w:p>
      <w:r>
        <w:rPr>
          <w:b/>
        </w:rPr>
        <w:t xml:space="preserve">[1:03:45] </w:t>
      </w:r>
      <w:r>
        <w:t>phir ek din is ko khayal aaya ke main samajhdar aadmi hoon, mere paas bhi aqal hai to dekho yeh aadmi kya kehta hai. kya sach much koi deewana aadmi hai ya is ke paas koi message hai?</w:t>
      </w:r>
    </w:p>
    <w:p>
      <w:pPr>
        <w:jc w:val="right"/>
      </w:pPr>
      <w:r>
        <w:t>پھر ایک دن اس کو خیال آیا کہ میں سمجھدار آدمی ہوں، میرے پاس بھی عقل ہے تو دیکھو یہ آدمی کیا کہتا ہے۔ کیا سچ مچ کوئی دیوانہ آدمی ہے یا اس کے پاس کوئی میسج ہے؟</w:t>
      </w:r>
    </w:p>
    <w:p>
      <w:r>
        <w:rPr>
          <w:b/>
        </w:rPr>
        <w:t xml:space="preserve">[1:03:57] </w:t>
      </w:r>
      <w:r>
        <w:t>to wo aadmi mila aap se</w:t>
      </w:r>
    </w:p>
    <w:p>
      <w:pPr>
        <w:jc w:val="right"/>
      </w:pPr>
      <w:r>
        <w:t>تو وہ آدمی ملا آپ سے</w:t>
      </w:r>
    </w:p>
    <w:p>
      <w:r>
        <w:rPr>
          <w:b/>
        </w:rPr>
        <w:t xml:space="preserve">[1:04:00] </w:t>
      </w:r>
      <w:r>
        <w:t>to aap ne is ko kuch Arabic ke kuch kalimat sunaye. zahir hai ke wo Arabic janta tha, wo aadmi to sunne ke baad, yani pehli bar sunne ke baad, us ne kaha ke in baaton ko phir se dohraiye mujhe, phir se sunaiye mujhe.</w:t>
      </w:r>
    </w:p>
    <w:p>
      <w:pPr>
        <w:jc w:val="right"/>
      </w:pPr>
      <w:r>
        <w:t>تو آپ نے اس کو کچھ عربی کے کچھ کلمات سنائے۔ ظاہر ہے کہ وہ عربی جانتا تھا، وہ آدمی تو سننے کے بعد، یعنی پہلی بار سننے کے بعد، اس نے کہا کہ ان باتوں کو پھر سے دہرائیے مجھے، پھر سے سنائیے مجھے۔</w:t>
      </w:r>
    </w:p>
    <w:p>
      <w:r>
        <w:rPr>
          <w:b/>
        </w:rPr>
        <w:t xml:space="preserve">[1:04:21] </w:t>
      </w:r>
      <w:r>
        <w:t>fa qad balaghna qamoos al bahr,</w:t>
      </w:r>
    </w:p>
    <w:p>
      <w:pPr>
        <w:jc w:val="right"/>
      </w:pPr>
      <w:r>
        <w:t>فن قد بلغنا قاموس البحر،</w:t>
      </w:r>
    </w:p>
    <w:p>
      <w:r>
        <w:rPr>
          <w:b/>
        </w:rPr>
        <w:t xml:space="preserve">[1:04:25] </w:t>
      </w:r>
      <w:r>
        <w:t>yani after hearing these words, I fell into into ocean of thought.</w:t>
      </w:r>
    </w:p>
    <w:p>
      <w:pPr>
        <w:jc w:val="right"/>
      </w:pPr>
      <w:r>
        <w:t>یعنی افٹر ہیئرنگ دیز ورڈز، آئی فل انٹو انٹو اوشن آف تھاٹ۔</w:t>
      </w:r>
    </w:p>
    <w:p>
      <w:r>
        <w:rPr>
          <w:b/>
        </w:rPr>
        <w:t xml:space="preserve">[1:04:38] </w:t>
      </w:r>
      <w:r>
        <w:t>to ek hi bar sunne ke baad wo itni gehrai mein chala gaya to wo sach much sincere aadmi tha. to sare jo aap ke khilaf jo is ke kaan mein bhar rakha tha, logon ne us ko hata ke wo soch saka.</w:t>
      </w:r>
    </w:p>
    <w:p>
      <w:pPr>
        <w:jc w:val="right"/>
      </w:pPr>
      <w:r>
        <w:t>تو ایک ہی بار سننے کے بعد وہ اتنی گہرائی میں چلا گیا تو وہ سچ مچ سنسیئر آدمی تھا۔ تو سارے جو آپ کے خلاف جو اس کے کان میں بھر رکھا تھا، لوگوں نے اس کو ہٹا کے وہ سوچ سکا۔</w:t>
      </w:r>
    </w:p>
    <w:p>
      <w:r>
        <w:rPr>
          <w:b/>
        </w:rPr>
        <w:t xml:space="preserve">[1:04:53] </w:t>
      </w:r>
      <w:r>
        <w:t>wo</w:t>
      </w:r>
    </w:p>
    <w:p>
      <w:pPr>
        <w:jc w:val="right"/>
      </w:pPr>
      <w:r>
        <w:t>وہ</w:t>
      </w:r>
    </w:p>
    <w:p>
      <w:r>
        <w:rPr>
          <w:b/>
        </w:rPr>
        <w:t xml:space="preserve">[1:04:57] </w:t>
      </w:r>
      <w:r>
        <w:t>to aise log hamesha hote hain, aaj bhi hain.</w:t>
      </w:r>
    </w:p>
    <w:p>
      <w:pPr>
        <w:jc w:val="right"/>
      </w:pPr>
      <w:r>
        <w:t>تو ایسے لوگ ہمیشہ ہوتے ہیں، آج بھی ہیں۔</w:t>
      </w:r>
    </w:p>
    <w:p>
      <w:r>
        <w:rPr>
          <w:b/>
        </w:rPr>
        <w:t xml:space="preserve">[1:05:03] </w:t>
      </w:r>
      <w:r>
        <w:t>to hum kaam karein ke sab ke beech mein, kyunke pehle se pata mein nahi hai ke is mein kaun aisa hai, kaun waisa hai, kisi ke face par to likha hua hai nahi.</w:t>
      </w:r>
    </w:p>
    <w:p>
      <w:pPr>
        <w:jc w:val="right"/>
      </w:pPr>
      <w:r>
        <w:t>تو ہم کام کریں کہ سب کے بیچ میں، کیونکہ پہلے سے پتہ میں نہیں ہے کہ اس میں کون ایسا ہے، کون ویسا ہے، کسی کے فیس پر تو لکھا ہوا ہے نہیں۔</w:t>
      </w:r>
    </w:p>
    <w:p>
      <w:r>
        <w:rPr>
          <w:b/>
        </w:rPr>
        <w:t xml:space="preserve">[1:05:17] </w:t>
      </w:r>
      <w:r>
        <w:t>to kaam sab mein kiya jayega, lekin milega koi koi.</w:t>
      </w:r>
    </w:p>
    <w:p>
      <w:pPr>
        <w:jc w:val="right"/>
      </w:pPr>
      <w:r>
        <w:t>تو کام سب میں کیا جائے گا، لیکن ملے گا کوئی کوئی۔</w:t>
      </w:r>
    </w:p>
    <w:p>
      <w:r>
        <w:rPr>
          <w:b/>
        </w:rPr>
        <w:t xml:space="preserve">[1:05:23] </w:t>
      </w:r>
      <w:r>
        <w:t>kisi ka ek sher mujhe bohat hi relevant maloom hota hai ke khabar nahi ke gire hain kahan kahan aansu, kidhar kidhar se uthega dhuan, nahi maloom.</w:t>
      </w:r>
    </w:p>
    <w:p>
      <w:pPr>
        <w:jc w:val="right"/>
      </w:pPr>
      <w:r>
        <w:t>کسی کا ایک شعر مجھے بہت ہی ریلیونٹ معلوم ہوتا ہے کہ خبر نہیں کہ گرے ہیں کہاں کہاں آنسو، کدھر کدھر سے اٹھے گا دھواں، نہیں معلوم۔</w:t>
      </w:r>
    </w:p>
    <w:p>
      <w:r>
        <w:rPr>
          <w:b/>
        </w:rPr>
        <w:t xml:space="preserve">[1:05:41] </w:t>
      </w:r>
      <w:r>
        <w:t>das question is from abdul moees. Allah ne insaan ko Quran mein jahil aur kam ilm wala kaha hai.</w:t>
      </w:r>
    </w:p>
    <w:p>
      <w:pPr>
        <w:jc w:val="right"/>
      </w:pPr>
      <w:r>
        <w:t>دس کوئسچن از فرام عبدالمویس۔ اللہ نے انسان کو قرآن میں جاہل اور کم علم والا کہا ہے۔</w:t>
      </w:r>
    </w:p>
    <w:p>
      <w:r>
        <w:rPr>
          <w:b/>
        </w:rPr>
        <w:t xml:space="preserve">[1:05:51] </w:t>
      </w:r>
      <w:r>
        <w:t>dusri taraf Quran mukammal rehnuma-e-hayat hai. to phir insaan aur Quran mein yeh ikhtilaf kyun? jab insaan hi Quran ko follow karta hai to kya insaan Quran ko mukammal taur par samajh nahi sakta?</w:t>
      </w:r>
    </w:p>
    <w:p>
      <w:pPr>
        <w:jc w:val="right"/>
      </w:pPr>
      <w:r>
        <w:t>دوسری طرف قرآن مکمل رہنمائے حیات ہے۔ تو پھر انسان اور قرآن میں یہ اختلاف کیوں؟ جب انسان ہی قرآن کو فالو کرتا ہے تو کیا انسان قرآن کو مکمل طور پر سمجھ نہیں سکتا؟</w:t>
      </w:r>
    </w:p>
    <w:p>
      <w:r>
        <w:rPr>
          <w:b/>
        </w:rPr>
        <w:t xml:space="preserve">[1:06:09] </w:t>
      </w:r>
      <w:r>
        <w:t>nahi, woh inna kana zalouban jahoola. jahoola ke bare mein yeh nahi ke jise hum Urdu mein kehte hain jahil,</w:t>
      </w:r>
    </w:p>
    <w:p>
      <w:pPr>
        <w:jc w:val="right"/>
      </w:pPr>
      <w:r>
        <w:t>نہیں، وہ انہ کان ذلوبا جہولا۔ جہولا کے بارے میں یہ نہیں کہ جسے ہم اردو میں کہتے ہیں جاہل،</w:t>
      </w:r>
    </w:p>
    <w:p>
      <w:r>
        <w:rPr>
          <w:b/>
        </w:rPr>
        <w:t xml:space="preserve">[1:06:19] </w:t>
      </w:r>
      <w:r>
        <w:t>woh matlab nahi hai iske.</w:t>
      </w:r>
    </w:p>
    <w:p>
      <w:pPr>
        <w:jc w:val="right"/>
      </w:pPr>
      <w:r>
        <w:t>وہ معنی نہیں ہے اس کے۔</w:t>
      </w:r>
    </w:p>
    <w:p>
      <w:r>
        <w:rPr>
          <w:b/>
        </w:rPr>
        <w:t xml:space="preserve">[1:06:25] </w:t>
      </w:r>
      <w:r>
        <w:t>jahoola ka matlab hai wahan par us ayat mein. woh ayat mein iska background yeh hai ke Allah taala ne amanat ko pesh kiya aasmanon aur zameenon ke samne to dar gaye woh.</w:t>
      </w:r>
    </w:p>
    <w:p>
      <w:pPr>
        <w:jc w:val="right"/>
      </w:pPr>
      <w:r>
        <w:t>جہولا کا مطلب ہے وہاں پر اس آیت میں۔ وہ آیت میں اس کا بیک گراؤنڈ یہ ہے کہ اللہ تعالی نے امانت کو پیش کیا آسمانوں اور زمینوں کے سامنے تو ڈر گئے وہ۔</w:t>
      </w:r>
    </w:p>
    <w:p>
      <w:r>
        <w:rPr>
          <w:b/>
        </w:rPr>
        <w:t xml:space="preserve">[1:06:45] </w:t>
      </w:r>
      <w:r>
        <w:t>aur insaan ne isko le liya to insaan nookaana zalouban jahoola. yahan par amanat ka matlab hai, kya isko samjhiye?</w:t>
      </w:r>
    </w:p>
    <w:p>
      <w:pPr>
        <w:jc w:val="right"/>
      </w:pPr>
      <w:r>
        <w:t>اور انسان نے اس کو لے لیا تو انسان نوکان ذلوبا جہولا۔ یہاں پر امانت کا مطلب ہے، کیا اس کو سمجھیے؟</w:t>
      </w:r>
    </w:p>
    <w:p>
      <w:r>
        <w:rPr>
          <w:b/>
        </w:rPr>
        <w:t xml:space="preserve">[1:06:55] </w:t>
      </w:r>
      <w:r>
        <w:t>sari universe itni bari jo hai, woh under compulsion Khuda ke hukumon ko maan rahi hai. yaani compulso following.</w:t>
      </w:r>
    </w:p>
    <w:p>
      <w:pPr>
        <w:jc w:val="right"/>
      </w:pPr>
      <w:r>
        <w:t>ساری یونیورس اتنی بڑی جو ہے، وہ انڈر کمپلشن خدا کے حکموں کو مان رہی ہے۔ یعنی کمپلسو فالونگ۔</w:t>
      </w:r>
    </w:p>
    <w:p>
      <w:r>
        <w:rPr>
          <w:b/>
        </w:rPr>
        <w:t xml:space="preserve">[1:07:08] </w:t>
      </w:r>
      <w:r>
        <w:t>sari universe mein compulso following of command of commandment of God ka principle chalta hai. to Khuda ne chaha ke kisi ko woh azadi de,</w:t>
      </w:r>
    </w:p>
    <w:p>
      <w:pPr>
        <w:jc w:val="right"/>
      </w:pPr>
      <w:r>
        <w:t>ساری یونیورس میں کمپلسو فالونگ آف کمانڈ آف کمانڈمنٹ آف گاڈ کا پرنسپل چلتا ہے۔ تو خدا نے چاہا کہ کسی کو وہ آزادی دے،</w:t>
      </w:r>
    </w:p>
    <w:p>
      <w:r>
        <w:rPr>
          <w:b/>
        </w:rPr>
        <w:t xml:space="preserve">[1:07:22] </w:t>
      </w:r>
      <w:r>
        <w:t>apni azadi se woh follow kare Khuda ki commandment ko. yeh tha masla. to is mein yeh hai ke zawu aasman jo dar gaye to insaan ne le liya.</w:t>
      </w:r>
    </w:p>
    <w:p>
      <w:pPr>
        <w:jc w:val="right"/>
      </w:pPr>
      <w:r>
        <w:t>اپنی آزادی سے وہ فالو کرے خدا کی کمانڈمنٹ کو۔ یہ تھا مسئلہ۔ تو اس میں یہ ہے کہ ذوی آسمان جو ڈر گئے تو انسان نے لے لیا۔</w:t>
      </w:r>
    </w:p>
    <w:p>
      <w:r>
        <w:rPr>
          <w:b/>
        </w:rPr>
        <w:t xml:space="preserve">[1:07:36] </w:t>
      </w:r>
      <w:r>
        <w:t>to yahan yeh matlab nahi ke woh woh unaware tha, jahil. Urdu mein jo jahil bolte hain, us sense mein nahi hai.</w:t>
      </w:r>
    </w:p>
    <w:p>
      <w:pPr>
        <w:jc w:val="right"/>
      </w:pPr>
      <w:r>
        <w:t>تو یہاں یہ مطلب نہیں کہ وہ وہ ان اویر تھا، جاہل۔ اردو میں جو جاہل بولتے ہیں، اس سینس میں نہیں ہے۔</w:t>
      </w:r>
    </w:p>
    <w:p>
      <w:r>
        <w:rPr>
          <w:b/>
        </w:rPr>
        <w:t xml:space="preserve">[1:07:46] </w:t>
      </w:r>
      <w:r>
        <w:t>woh to yeh hai ke insaan, yaani hamesha, yaani is mein jeeta hai.</w:t>
      </w:r>
    </w:p>
    <w:p>
      <w:pPr>
        <w:jc w:val="right"/>
      </w:pPr>
      <w:r>
        <w:t>وہ تو یہ ہے کہ انسان، یعنی ہمیشہ، یعنی اس میں جیتا ہے۔</w:t>
      </w:r>
    </w:p>
    <w:p>
      <w:r>
        <w:rPr>
          <w:b/>
        </w:rPr>
        <w:t xml:space="preserve">[1:07:58] </w:t>
      </w:r>
      <w:r>
        <w:t>yaani kya kehte hain isko?</w:t>
      </w:r>
    </w:p>
    <w:p>
      <w:pPr>
        <w:jc w:val="right"/>
      </w:pPr>
      <w:r>
        <w:t>یعنی کیا کہتے ہیں اس کو؟</w:t>
      </w:r>
    </w:p>
    <w:p>
      <w:r>
        <w:rPr>
          <w:b/>
        </w:rPr>
        <w:t xml:space="preserve">[1:08:05] </w:t>
      </w:r>
      <w:r>
        <w:t>apne aap ko kuch zyada hi samajhta hai. yeh insaan ke nature mein hai. yaani aur estimate karta hai.</w:t>
      </w:r>
    </w:p>
    <w:p>
      <w:pPr>
        <w:jc w:val="right"/>
      </w:pPr>
      <w:r>
        <w:t>اپنے آپ کو کچھ زیادہ ہی سمجھتا ہے۔ یہ انسان کے نیچر میں ہے۔ یعنی اور اسٹیمیٹ کرتا ہے۔</w:t>
      </w:r>
    </w:p>
    <w:p>
      <w:r>
        <w:rPr>
          <w:b/>
        </w:rPr>
        <w:t xml:space="preserve">[1:08:14] </w:t>
      </w:r>
      <w:r>
        <w:t>iska matlab hai aur estimate karta hai. aaj bhi yeh insanon ko aap dekhiye, har aadmi apni ek aur estimate ki hui hai.</w:t>
      </w:r>
    </w:p>
    <w:p>
      <w:pPr>
        <w:jc w:val="right"/>
      </w:pPr>
      <w:r>
        <w:t>اس کا مطلب ہے اور اسٹیمیٹ کرتا ہے۔ آج بھی یہ انسانوں کو آپ دیکھیے، ہر آدمی اپنی ایک اور اسٹیمیٹ کی ہوئی ہے۔</w:t>
      </w:r>
    </w:p>
    <w:p>
      <w:r>
        <w:rPr>
          <w:b/>
        </w:rPr>
        <w:t xml:space="preserve">[1:08:25] </w:t>
      </w:r>
      <w:r>
        <w:t>jitna hai, us se zyada apne ko samajhta hai aur isi se woh thokar khata hai.</w:t>
      </w:r>
    </w:p>
    <w:p>
      <w:pPr>
        <w:jc w:val="right"/>
      </w:pPr>
      <w:r>
        <w:t>جتنا ہے، اس سے زیادہ اپنے کو سمجھتا ہے اور اسی سے وہ ٹھوکر کھاتا ہے۔</w:t>
      </w:r>
    </w:p>
    <w:p>
      <w:r>
        <w:rPr>
          <w:b/>
        </w:rPr>
        <w:t xml:space="preserve">[1:08:33] </w:t>
      </w:r>
      <w:r>
        <w:t>to realistic approach aaj bhi insaan mein nahi hai.</w:t>
      </w:r>
    </w:p>
    <w:p>
      <w:pPr>
        <w:jc w:val="right"/>
      </w:pPr>
      <w:r>
        <w:t>تو ریلسٹک اپروچ آج بھی انسان میں نہیں ہے۔</w:t>
      </w:r>
    </w:p>
    <w:p>
      <w:r>
        <w:rPr>
          <w:b/>
        </w:rPr>
        <w:t xml:space="preserve">[1:08:37] </w:t>
      </w:r>
      <w:r>
        <w:t>aaj bhi insanon ka haal yeh hai ke apne ko aur estimate kiye hue hain aur bare bare step lete hain aur phir woh fail ho jate hain.</w:t>
      </w:r>
    </w:p>
    <w:p>
      <w:pPr>
        <w:jc w:val="right"/>
      </w:pPr>
      <w:r>
        <w:t>آج بھی انسانوں کا حال یہ ہے کہ اپنے کو اور اسٹیمیٹ کیے ہوئے ہیں اور بڑے بڑے سٹیپ لیتے ہیں اور پھر وہ فیل ہو جاتے ہیں۔</w:t>
      </w:r>
    </w:p>
    <w:p>
      <w:r>
        <w:rPr>
          <w:b/>
        </w:rPr>
        <w:t xml:space="preserve">[1:08:49] </w:t>
      </w:r>
      <w:r>
        <w:t>to yeh to poori history mein aise hi hua hai.</w:t>
      </w:r>
    </w:p>
    <w:p>
      <w:pPr>
        <w:jc w:val="right"/>
      </w:pPr>
      <w:r>
        <w:t>تو یہ تو پوری ہسٹری میں ایسے ہی ہوا ہے۔</w:t>
      </w:r>
    </w:p>
    <w:p>
      <w:r>
        <w:rPr>
          <w:b/>
        </w:rPr>
        <w:t xml:space="preserve">[1:08:57] </w:t>
      </w:r>
      <w:r>
        <w:t>das question is from amrit verma</w:t>
      </w:r>
    </w:p>
    <w:p>
      <w:pPr>
        <w:jc w:val="right"/>
      </w:pPr>
      <w:r>
        <w:t>دس کوئسچن از فرام امت ورما</w:t>
      </w:r>
    </w:p>
    <w:p>
      <w:r>
        <w:rPr>
          <w:b/>
        </w:rPr>
        <w:t xml:space="preserve">[1:09:00] </w:t>
      </w:r>
      <w:r>
        <w:t>. Maulana, you mentioned that everybody is working as a mere animal because there is no complete knowledge. so far as science itself has proved that everything works under the space of probability.</w:t>
      </w:r>
    </w:p>
    <w:p>
      <w:pPr>
        <w:jc w:val="right"/>
      </w:pPr>
      <w:r>
        <w:t>۔ مولانا، یو مینشن دیٹ ایوری بڈی از ورکنگ ایز ا میئر اینیمل بیکاز دیر از نو کمپلیٹ نالج۔ سو فار ایز سائنس اٹ سیلف ہیز پروفڈ دیٹ ایوری تھنگ ورکس انڈر دا سپیس آف پروبیبلیٹی۔</w:t>
      </w:r>
    </w:p>
    <w:p>
      <w:r>
        <w:rPr>
          <w:b/>
        </w:rPr>
        <w:t xml:space="preserve">[1:09:15] </w:t>
      </w:r>
      <w:r>
        <w:t>then why should we believe in paradise? what are the consequences of setting paradise as a goal of life? dekhein, aap probability se joda, us se samajh mein nahi aa raha.</w:t>
      </w:r>
    </w:p>
    <w:p>
      <w:pPr>
        <w:jc w:val="right"/>
      </w:pPr>
      <w:r>
        <w:t>دین وائی شوڈ وی بیلیو ان پیراڈائز؟ واٹ آر دا کونسیکونسز آف سیٹنگ پیراڈائز ایز ا گول آف لائف؟ دیکھیں، آپ پروبیبلیٹی سے جوڑا، اس سے سمجھ میں نہیں آ رہا۔</w:t>
      </w:r>
    </w:p>
    <w:p>
      <w:r>
        <w:rPr>
          <w:b/>
        </w:rPr>
        <w:t xml:space="preserve">[1:09:26] </w:t>
      </w:r>
      <w:r>
        <w:t>woh confusion ho jata hai. paradise jo hai, woh probability se na joriye,</w:t>
      </w:r>
    </w:p>
    <w:p>
      <w:pPr>
        <w:jc w:val="right"/>
      </w:pPr>
      <w:r>
        <w:t>وہ کنفیوژن ہو جاتا ہے۔ پیراڈائز جو ہے، وہ پروبیبلیٹی سے نہ جوڑیے،</w:t>
      </w:r>
    </w:p>
    <w:p>
      <w:r>
        <w:rPr>
          <w:b/>
        </w:rPr>
        <w:t xml:space="preserve">[1:09:31] </w:t>
      </w:r>
      <w:r>
        <w:t>is se confusion ho jata hai. dekhen, paradise jo hai, is tarah samjhiye</w:t>
      </w:r>
    </w:p>
    <w:p>
      <w:pPr>
        <w:jc w:val="right"/>
      </w:pPr>
      <w:r>
        <w:t>اس سے کنفیوژن ہو جاتا ہے۔ دیکھیں، پیراڈائز جو ہے، اس طرح سمجھیے</w:t>
      </w:r>
    </w:p>
    <w:p>
      <w:r>
        <w:rPr>
          <w:b/>
        </w:rPr>
        <w:t xml:space="preserve">[1:09:39] </w:t>
      </w:r>
      <w:r>
        <w:t>ke sirf insan hi aisa hai jo in fulfilled unfulfilled desire mein marta hai. is yahan par dekhen, aap material world hai, animal world hai, plant world hai.</w:t>
      </w:r>
    </w:p>
    <w:p>
      <w:pPr>
        <w:jc w:val="right"/>
      </w:pPr>
      <w:r>
        <w:t>کہ صرف انسان ہی ایسا ہے جو ان فل ان فلفلڈ ڈیزائر میں مرتا ہے۔ اس یہاں پر دیکھیں، آپ مٹیریل ورلڈ ہے، اینیمل ورلڈ ہے، پلانٹ ورلڈ ہے۔</w:t>
      </w:r>
    </w:p>
    <w:p>
      <w:r>
        <w:rPr>
          <w:b/>
        </w:rPr>
        <w:t xml:space="preserve">[1:09:53] </w:t>
      </w:r>
      <w:r>
        <w:t>kisi ka bhi yeh problem nahi ke unfulfilled desire ka problem sirf insan ka hai.</w:t>
      </w:r>
    </w:p>
    <w:p>
      <w:pPr>
        <w:jc w:val="right"/>
      </w:pPr>
      <w:r>
        <w:t>کسی کا بھی یہ پرابلم نہیں کہ ان فلفلڈ ڈیزائر کا پرابلم صرف انسان کا ہے۔</w:t>
      </w:r>
    </w:p>
    <w:p>
      <w:r>
        <w:rPr>
          <w:b/>
        </w:rPr>
        <w:t xml:space="preserve">[1:10:01] </w:t>
      </w:r>
      <w:r>
        <w:t>to woh kya hai? is ko explain karne ke liye sab best jo hai, yani proposition, woh yahi hai ke hum yeh manen ke jo insan is dunya mein, is limited world mein nahi pa raha hai, woh ek unlimited world samne hai, woh anay wali hai.</w:t>
      </w:r>
    </w:p>
    <w:p>
      <w:pPr>
        <w:jc w:val="right"/>
      </w:pPr>
      <w:r>
        <w:t>تو وہ کیا ہے؟ اس کو ایکسپلین کرنے کے لیے سب بیسٹ جو ہے، یعنی پروپوزیشن، وہ یہی ہے کہ ہم یہ مانیں کہ جو انسان اس دنیا میں، اس لمیٹڈ ورلڈ میں نہیں پا رہا ہے، وہ ایک ان لمیٹڈ ورلڈ سامنے ہے، وہ آنے والی ہے۔</w:t>
      </w:r>
    </w:p>
    <w:p>
      <w:r>
        <w:rPr>
          <w:b/>
        </w:rPr>
        <w:t xml:space="preserve">[1:10:23] </w:t>
      </w:r>
      <w:r>
        <w:t>to yahan par maine pichli bar kaha tha ke insan ka jo dna hai, dna mein bohat hi study hui hai, bohat zyada study hui hai.</w:t>
      </w:r>
    </w:p>
    <w:p>
      <w:pPr>
        <w:jc w:val="right"/>
      </w:pPr>
      <w:r>
        <w:t>تو یہاں پر میں نے پچھلی بار کہا تھا کہ انسان کا جو ڈی این اے ہے، ڈی این اے میں بہت ہی سٹڈی ہوئی ہے، بہت زیادہ سٹڈی ہوئی ہے۔</w:t>
      </w:r>
    </w:p>
    <w:p>
      <w:r>
        <w:rPr>
          <w:b/>
        </w:rPr>
        <w:t xml:space="preserve">[1:10:35] </w:t>
      </w:r>
      <w:r>
        <w:t>ab yeh maloom hua hai ke dna aur jo insan ka genetic code hai, is mein sab kuch hota hai, sab kuch hota hai. lekin aap sochiye ke is mein death nahi hai.</w:t>
      </w:r>
    </w:p>
    <w:p>
      <w:pPr>
        <w:jc w:val="right"/>
      </w:pPr>
      <w:r>
        <w:t>اب یہ معلوم ہوا ہے کہ ڈی این اے اور جو انسان کا جینیٹک کوڈ ہے، اس میں سب کچھ ہوتا ہے، سب کچھ ہوتا ہے۔ لیکن آپ سوچیے کہ اس میں ڈیتھ نہیں ہے۔</w:t>
      </w:r>
    </w:p>
    <w:p>
      <w:r>
        <w:rPr>
          <w:b/>
        </w:rPr>
        <w:t xml:space="preserve">[1:10:49] </w:t>
      </w:r>
      <w:r>
        <w:t>kaisi ajeeb baat hai ke</w:t>
      </w:r>
    </w:p>
    <w:p>
      <w:pPr>
        <w:jc w:val="right"/>
      </w:pPr>
      <w:r>
        <w:t>کیسی عجیب بات ہے کہ</w:t>
      </w:r>
    </w:p>
    <w:p>
      <w:r>
        <w:rPr>
          <w:b/>
        </w:rPr>
        <w:t xml:space="preserve">[1:10:52] </w:t>
      </w:r>
      <w:r>
        <w:t>death nahi hai. is ka matlab yeh hai ke dna ke mutabiq hum ek eternal wajood hain, eternal eternity hai. hamare hum paida ho gaye to hamesha ke liye paida ho gaye, marna nahi hai humein.</w:t>
      </w:r>
    </w:p>
    <w:p>
      <w:pPr>
        <w:jc w:val="right"/>
      </w:pPr>
      <w:r>
        <w:t>ڈیتھ نہیں ہے۔ اس کا معنی یہ ہے کہ ڈی این اے کے مطابق ہم ایک ایٹرنل وجود ہیں، ایٹرنل ایٹرنٹی ہے۔ ہمارے ہم پیدا ہوگئے تو ہمیشہ کے لیے پیدا ہوگئے، مرنا نہیں ہے ہمیں۔</w:t>
      </w:r>
    </w:p>
    <w:p>
      <w:r>
        <w:rPr>
          <w:b/>
        </w:rPr>
        <w:t xml:space="preserve">[1:11:06] </w:t>
      </w:r>
      <w:r>
        <w:t>yeh bohat bari baat hai. is ko sochiye ke dna mein sab kuch likha hua hai,</w:t>
      </w:r>
    </w:p>
    <w:p>
      <w:pPr>
        <w:jc w:val="right"/>
      </w:pPr>
      <w:r>
        <w:t>یہ بہت بڑی بات ہے۔ اس کو سوچیے کہ ڈی این اے میں سب کچھ لکھا ہوا ہے،</w:t>
      </w:r>
    </w:p>
    <w:p>
      <w:r>
        <w:rPr>
          <w:b/>
        </w:rPr>
        <w:t xml:space="preserve">[1:11:14] </w:t>
      </w:r>
      <w:r>
        <w:t>is ko coded language mein is ko decode kiya hai, kiya jaye to yani billion billion pages bante hain. lekin is mein death nahi hai.</w:t>
      </w:r>
    </w:p>
    <w:p>
      <w:pPr>
        <w:jc w:val="right"/>
      </w:pPr>
      <w:r>
        <w:t>اس کو کوڈڈ لینگویج میں اس کو ڈی کوڈ کیا ہے، کیا جائے تو یعنی بلین بلین پیجز بنتے ہیں۔ لیکن اس میں ڈیتھ نہیں ہے۔</w:t>
      </w:r>
    </w:p>
    <w:p>
      <w:r>
        <w:rPr>
          <w:b/>
        </w:rPr>
        <w:t xml:space="preserve">[1:11:26] </w:t>
      </w:r>
      <w:r>
        <w:t>is matlab ke insan marne ke liye nahi mara hai, jeene ke liye mara hai.</w:t>
      </w:r>
    </w:p>
    <w:p>
      <w:pPr>
        <w:jc w:val="right"/>
      </w:pPr>
      <w:r>
        <w:t>اس معنی کہ انسان مرنے کے لیے نہیں مرا ہے، جینے کے لیے مرا ہے۔</w:t>
      </w:r>
    </w:p>
    <w:p>
      <w:r>
        <w:rPr>
          <w:b/>
        </w:rPr>
        <w:t xml:space="preserve">[1:11:30] </w:t>
      </w:r>
      <w:r>
        <w:t>ab aap sochiye ke jab is dunya mein hum 60, 70 saal jeete hain aur yahan hum fulfill nahi kar pate aur despair mein marte hain, mother teresa bhi agony aur despair mein mari.</w:t>
      </w:r>
    </w:p>
    <w:p>
      <w:pPr>
        <w:jc w:val="right"/>
      </w:pPr>
      <w:r>
        <w:t>اب آپ سوچیے کہ جب اس دنیا میں ہم 60، 70 سال جیتے ہیں اور یہاں ہم فلفل نہیں کر پاتے اور ڈیسپر میں مرتے ہیں، مدر ٹریسا بھی ایگنی اور ڈیسپر میں مری۔</w:t>
      </w:r>
    </w:p>
    <w:p>
      <w:r>
        <w:rPr>
          <w:b/>
        </w:rPr>
        <w:t xml:space="preserve">[1:11:46] </w:t>
      </w:r>
      <w:r>
        <w:t>to jab mein hoon ek eternal being to koi doosra proposition yahan par yani itna acha explain nahi karta is baat ke siwa ke ke aap bantain zindagi ko do is mein pre death period aur post death period mein.</w:t>
      </w:r>
    </w:p>
    <w:p>
      <w:pPr>
        <w:jc w:val="right"/>
      </w:pPr>
      <w:r>
        <w:t>تو جب میں ہوں ایک ایٹرنل بینگ تو کوئی دوسرا پروپوزیشن یہاں پر یعنی اتنا اچھا ایکسپلین نہیں کرتا اس بات کے سوا کہ کہ آپ بانٹیں زندگی کو دو اس میں پری ڈیتھ پیریڈ اور پوسٹ ڈیتھ پیریڈ میں۔</w:t>
      </w:r>
    </w:p>
    <w:p>
      <w:r>
        <w:rPr>
          <w:b/>
        </w:rPr>
        <w:t xml:space="preserve">[1:12:03] </w:t>
      </w:r>
      <w:r>
        <w:t>aur aur yeh manen ke pre death period mein jo kuch hum nahi pa sake, woh post death period mein hamein pana hai.</w:t>
      </w:r>
    </w:p>
    <w:p>
      <w:pPr>
        <w:jc w:val="right"/>
      </w:pPr>
      <w:r>
        <w:t>اور اور یہ مانیں کہ پری ڈیتھ پیریڈ میں جو کچھ ہم نہیں پا سکے، وہ پوسٹ ڈیتھ پیریڈ میں ہمیں پانا ہے۔</w:t>
      </w:r>
    </w:p>
    <w:p>
      <w:r>
        <w:rPr>
          <w:b/>
        </w:rPr>
        <w:t xml:space="preserve">[1:12:14] </w:t>
      </w:r>
      <w:r>
        <w:t>yeh ek proposition hai aur jab tak is se better koi proposition na aa jaye, tab tak aap ko is ko manna padega.</w:t>
      </w:r>
    </w:p>
    <w:p>
      <w:pPr>
        <w:jc w:val="right"/>
      </w:pPr>
      <w:r>
        <w:t>یہ ایک پروپوزیشن ہے اور جب تک اس سے بیٹر کوئی پروپوزیشن نہ آ جائے، تب تک آپ کو اس کو ماننا پڑے گا۔</w:t>
      </w:r>
    </w:p>
    <w:p>
      <w:r>
        <w:rPr>
          <w:b/>
        </w:rPr>
        <w:t xml:space="preserve">[1:12:24] </w:t>
      </w:r>
      <w:r>
        <w:t>kyun ke science mein yahi mana jata hai ke kisi bhi situation ko explain karne ke liye agar char proposition hon to is mein jo zyada yani jo is ke jo relevant data hai, us ko zyada explain kar raha ho, us ko man liya jayega fact.</w:t>
      </w:r>
    </w:p>
    <w:p>
      <w:pPr>
        <w:jc w:val="right"/>
      </w:pPr>
      <w:r>
        <w:t>کیونکہ سائنس میں یہی مانا جاتا ہے کہ کسی بھی سچوئیشن کو ایکسپلین کرنے کے لیے اگر چار پروپوزیشن ہوں تو اس میں جو زیادہ یعنی جو اس کے جو ریلیونٹ ڈیٹا ہے، اس کو زیادہ ایکسپلین کر رہا ہو، اس کو مان لیا جائے گا فیکٹ۔</w:t>
      </w:r>
    </w:p>
    <w:p>
      <w:r>
        <w:rPr>
          <w:b/>
        </w:rPr>
        <w:t xml:space="preserve">[1:12:43] </w:t>
      </w:r>
      <w:r>
        <w:t>isi usool par evolution ko mana gaya hai. kyun ke evolution koi koi is sense mein koi theory nahi hai, scientific sense mein. lekin un ke nazdeek chunke yeh explain kar rahe hain, yeh is liye unhone man liya.</w:t>
      </w:r>
    </w:p>
    <w:p>
      <w:pPr>
        <w:jc w:val="right"/>
      </w:pPr>
      <w:r>
        <w:t>اسی اصول پر ایولوشن کو مانا گیا ہے۔ کیونکہ ایولوشن کوئی کوئی اس سینس میں کوئی تھیوری نہیں ہے، سائنٹیفک سینس میں۔ لیکن ان کے نزدیک چونکہ یہ ایکسپلین کر رہے ہیں، یہ اس لیے انہوں نے مان لیا۔</w:t>
      </w:r>
    </w:p>
    <w:p>
      <w:r>
        <w:rPr>
          <w:b/>
        </w:rPr>
        <w:t xml:space="preserve">[1:12:57] </w:t>
      </w:r>
      <w:r>
        <w:t>to main kehta hoon ke insan ke phenomena par aap sochiye, is ki desire fulfill nahi hoti, is ke dna mein death nahi hai.</w:t>
      </w:r>
    </w:p>
    <w:p>
      <w:pPr>
        <w:jc w:val="right"/>
      </w:pPr>
      <w:r>
        <w:t>تو میں کہتا ہوں کہ انسان کے فیناومینا پر آپ سوچیے، اس کی ڈیزائر فلفل نہیں ہوتی، اس کے ڈی این اے میں ڈیتھ نہیں ہے۔</w:t>
      </w:r>
    </w:p>
    <w:p>
      <w:r>
        <w:rPr>
          <w:b/>
        </w:rPr>
        <w:t xml:space="preserve">[1:13:08] </w:t>
      </w:r>
      <w:r>
        <w:t>yeh sab baaten ko le kar ke to phir yeh yeh proposition ke jo kuch yani hum chahte the, ek ideal world, ek perfect world jahan fulfill hon hamari sari desire,</w:t>
      </w:r>
    </w:p>
    <w:p>
      <w:pPr>
        <w:jc w:val="right"/>
      </w:pPr>
      <w:r>
        <w:t>یہ سب باتیں کو لے کر کے تو پھر یہ یہ پروپوزیشن کہ جو کچھ یعنی ہم چاہتے تھے، ایک آئیڈیل ورلڈ، ایک پرفیکٹ ورلڈ جہاں فلفل ہوں ہماری ساری ڈیزائر،</w:t>
      </w:r>
    </w:p>
    <w:p>
      <w:r>
        <w:rPr>
          <w:b/>
        </w:rPr>
        <w:t xml:space="preserve">[1:13:23] </w:t>
      </w:r>
      <w:r>
        <w:t>to hamari life continue kar rahi hai, continue kar rahi hai, continue ho rahi hai, according to dna. to agle period mein zindagi ke woh dunya ayegi jahan hum fulfill kar saken apne se desire ko</w:t>
      </w:r>
    </w:p>
    <w:p>
      <w:pPr>
        <w:jc w:val="right"/>
      </w:pPr>
      <w:r>
        <w:t>تو ہماری لائف کنٹینیو کر رہی ہے، کنٹینیو کر رہی ہے، کنٹینیو ہو رہی ہے، اکارڈنگ ٹو ڈی این اے۔ تو اگلے پیریڈ میں زندگی کے وہ دنیا آئے گی جہاں ہم فلفل کر سکیں اپنے سے ڈیزائر کو</w:t>
      </w:r>
    </w:p>
    <w:p>
      <w:r>
        <w:rPr>
          <w:b/>
        </w:rPr>
        <w:t xml:space="preserve">[1:13:37] </w:t>
      </w:r>
      <w:r>
        <w:t>. main sirf yeh keh raha hoon ke is proposition ke siwa doosre jitne proposition hain, woh sab yeh explain nahi karte sare cheezon ko.</w:t>
      </w:r>
    </w:p>
    <w:p>
      <w:pPr>
        <w:jc w:val="right"/>
      </w:pPr>
      <w:r>
        <w:t>۔ میں صرف یہ کہہ رہا ہوں کہ اس پروپوزیشن کے سوا دوسرے جتنے پروپوزیشن ہیں، وہ سب یہ ایکسپلین نہیں کرتے سارے چیزوں کو۔</w:t>
      </w:r>
    </w:p>
    <w:p>
      <w:r>
        <w:rPr>
          <w:b/>
        </w:rPr>
        <w:t xml:space="preserve">[1:13:47] </w:t>
      </w:r>
      <w:r>
        <w:t>is liye main is ko sahi manta hoon. is is lehaz se main is ko manta hoon ke ek scientific formula hai. yeh</w:t>
      </w:r>
    </w:p>
    <w:p>
      <w:pPr>
        <w:jc w:val="right"/>
      </w:pPr>
      <w:r>
        <w:t>اس لیے میں اس کو صحیح مانتا ہوں۔ اس اس لحاظ سے میں اس کو مانتا ہوں کہ ایک سائنٹیفک فارمولا ہے۔ یہ</w:t>
      </w:r>
    </w:p>
    <w:p>
      <w:r>
        <w:rPr>
          <w:b/>
        </w:rPr>
        <w:t xml:space="preserve">[1:13:56] </w:t>
      </w:r>
      <w:r>
        <w:t>ah there are two three questions pertaining to grass root level, so i am just clubbing them. ah according to you, what should be the grass root le</w:t>
      </w:r>
    </w:p>
    <w:p>
      <w:pPr>
        <w:jc w:val="right"/>
      </w:pPr>
      <w:r>
        <w:t>اہ دیر آر ٹو تھری کوئسچنز پرٹیننگ ٹو گراس روٹ لیول، سو آئی ایم جسٹ کلبنگ دیم۔ اہ اکارڈنگ ٹو یو، واٹ شوڈ بی دا گراس روٹ لی</w:t>
      </w:r>
    </w:p>
    <w:p>
      <w:r>
        <w:rPr>
          <w:b/>
        </w:rPr>
        <w:t xml:space="preserve">[1:14:04] </w:t>
      </w:r>
      <w:r>
        <w:t>vel? why everybody wants to work in grass root level and not in mind level? and how can one attain 100 percent efficiency at mind level?</w:t>
      </w:r>
    </w:p>
    <w:p>
      <w:pPr>
        <w:jc w:val="right"/>
      </w:pPr>
      <w:r>
        <w:t>ول؟ وائی ایوری بڈی وانٹس ٹو ورک ان گراس روٹ لیول اینڈ ناٹ ان مائنڈ لیول؟ اینڈ ہاؤ کین ون اٹین 100 پرسنٹ ایفیشینسی ایٹ مائنڈ لیول؟</w:t>
      </w:r>
    </w:p>
    <w:p>
      <w:r>
        <w:rPr>
          <w:b/>
        </w:rPr>
        <w:t xml:space="preserve">[1:14:16] </w:t>
      </w:r>
      <w:r>
        <w:t>dekhen, ab result ki baat mein nahin kar raha hoon. mein result ki baat nahin kar raha hoon ke 100 percent aap result pa saken ge. yeh nahin, aap yun sochiye ke grass root level pe kya hua hai?</w:t>
      </w:r>
    </w:p>
    <w:p>
      <w:pPr>
        <w:jc w:val="right"/>
      </w:pPr>
      <w:r>
        <w:t>دیکھیں، اب رزلٹ کی بات میں نہیں کر رہا ہوں۔ میں رزلٹ کی بات نہیں کر رہا ہوں کہ 100 پرسنٹ آپ رزلٹ پا سکیں گے۔ یہ نہیں، آپ یوں سوچیے کہ گراس روٹ لیول پہ کیا ہوا ہے؟</w:t>
      </w:r>
    </w:p>
    <w:p>
      <w:r>
        <w:rPr>
          <w:b/>
        </w:rPr>
        <w:t xml:space="preserve">[1:14:26] </w:t>
      </w:r>
      <w:r>
        <w:t>to kuch bhi nahin hai.</w:t>
      </w:r>
    </w:p>
    <w:p>
      <w:pPr>
        <w:jc w:val="right"/>
      </w:pPr>
      <w:r>
        <w:t>تو کچھ بھی نہیں ہے۔</w:t>
      </w:r>
    </w:p>
    <w:p>
      <w:r>
        <w:rPr>
          <w:b/>
        </w:rPr>
        <w:t xml:space="preserve">[1:14:29] </w:t>
      </w:r>
      <w:r>
        <w:t>log aap ghar banayen ya wahan pe ja ke naliyan khoden. asal cheez to soch hai insaan ki. yani everything begins from your own thinking.</w:t>
      </w:r>
    </w:p>
    <w:p>
      <w:pPr>
        <w:jc w:val="right"/>
      </w:pPr>
      <w:r>
        <w:t>لوگ آپ گھر بنائیں یا وہاں پہ جا کے نالیاں کھودیں۔ اصل چیز تو سوچ ہے انسان کی۔ یعنی ایوری تھنگ بگنز فرام یور اون تھنکنگ۔</w:t>
      </w:r>
    </w:p>
    <w:p>
      <w:r>
        <w:rPr>
          <w:b/>
        </w:rPr>
        <w:t xml:space="preserve">[1:14:42] </w:t>
      </w:r>
      <w:r>
        <w:t>aap ghor kijiye ke to insaan ke liye jo starting point hai, woh us ki thinking hai. aap sochte hain, plan banate hain, yahan se shuru hoti hai baat.</w:t>
      </w:r>
    </w:p>
    <w:p>
      <w:pPr>
        <w:jc w:val="right"/>
      </w:pPr>
      <w:r>
        <w:t>آپ غور کیجئے کہ تو انسان کے لیے جو سٹارٹنگ پوائنٹ ہے، وہ اس کی تھنکنگ ہے۔ آپ سوچتے ہیں، پلان بناتے ہیں، یہاں سے شروع ہوتی ہے بات۔</w:t>
      </w:r>
    </w:p>
    <w:p>
      <w:r>
        <w:rPr>
          <w:b/>
        </w:rPr>
        <w:t xml:space="preserve">[1:14:53] </w:t>
      </w:r>
      <w:r>
        <w:t>to thinking ke level par kaam karna chahiye, na ke gaon ke level par. wahan to koi kuch bhi nahin hai. aur result batata hai ke bohat hi baray baray mind yahi kiya unhon ne grass root level par apni zindagiyaan unhon ne abay ko dedicate kar diya aur mila kuch bhi nahin,</w:t>
      </w:r>
    </w:p>
    <w:p>
      <w:pPr>
        <w:jc w:val="right"/>
      </w:pPr>
      <w:r>
        <w:t>تو تھنکنگ کے لیول پر کام کرنا چاہیے، نہ کہ گاؤں کے لیول پر۔ وہاں تو کوئی کچھ بھی نہیں ہے۔ اور رزلٹ بتاتا ہے کہ بہت ہی بڑے بڑے مائنڈ یہی کیا انہوں نے گراس روٹ لیول پر اپنی زندگیاں انہوں نے ابے کو ڈیڈیکیٹ کر دیا اور ملا کچھ بھی نہیں،</w:t>
      </w:r>
    </w:p>
    <w:p>
      <w:r>
        <w:rPr>
          <w:b/>
        </w:rPr>
        <w:t xml:space="preserve">[1:15:11] </w:t>
      </w:r>
      <w:r>
        <w:t>kuch bhi nahin. mein misalen de sakta hoon, lekin misalon ki zaroorat nahin yahan par ke bohat hi baray baray mind thay, unhon ne grass root level par, so called grass root level par kaam kiya.</w:t>
      </w:r>
    </w:p>
    <w:p>
      <w:pPr>
        <w:jc w:val="right"/>
      </w:pPr>
      <w:r>
        <w:t>کچھ بھی نہیں۔ میں مثالیں دے سکتا ہوں، لیکن مثالوں کی ضرورت نہیں یہاں پر کہ بہت ہی بڑے بڑے مائنڈ تھے، انہوں نے گراس روٹ لیول پر، سو کالڈ گراس روٹ لیول پر کام کیا۔</w:t>
      </w:r>
    </w:p>
    <w:p>
      <w:r>
        <w:rPr>
          <w:b/>
        </w:rPr>
        <w:t xml:space="preserve">[1:15:25] </w:t>
      </w:r>
      <w:r>
        <w:t>but but that was no result.</w:t>
      </w:r>
    </w:p>
    <w:p>
      <w:pPr>
        <w:jc w:val="right"/>
      </w:pPr>
      <w:r>
        <w:t>بٹ بٹ دیٹ واز نو رزلٹ۔</w:t>
      </w:r>
    </w:p>
    <w:p>
      <w:r>
        <w:rPr>
          <w:b/>
        </w:rPr>
        <w:t xml:space="preserve">[1:15:28] </w:t>
      </w:r>
      <w:r>
        <w:t>to insaan ki study batati hai ke insaan jo hai, woh aik intellectual being hai, aik thinking animal hai, aur har kaam jo karta hai insaan, woh soch se.</w:t>
      </w:r>
    </w:p>
    <w:p>
      <w:pPr>
        <w:jc w:val="right"/>
      </w:pPr>
      <w:r>
        <w:t>تو انسان کی سٹڈی بتاتی ہے کہ انسان جو ہے، وہ ایک انٹلیکچول بینگ ہے، ایک تھنکنگ اینیمل ہے، اور ہر کام جو کرتا ہے انسان، وہ سوچ سے۔</w:t>
      </w:r>
    </w:p>
    <w:p>
      <w:r>
        <w:rPr>
          <w:b/>
        </w:rPr>
        <w:t xml:space="preserve">[1:15:42] </w:t>
      </w:r>
      <w:r>
        <w:t>hum yahan aaye hain to soch se is ki beginning hui. hum ne socha ke humein yahan jana hai to hum aaye, na sochte to na aap aate yahan par.</w:t>
      </w:r>
    </w:p>
    <w:p>
      <w:pPr>
        <w:jc w:val="right"/>
      </w:pPr>
      <w:r>
        <w:t>ہم یہاں آئے ہیں تو سوچ سے اس کی بگننگ ہوئی۔ ہم نے سوچا کہ ہمیں یہاں جانا ہے تو ہم آئے، نہ سوچتے تو نہ آپ آتے یہاں پر۔</w:t>
      </w:r>
    </w:p>
    <w:p>
      <w:r>
        <w:rPr>
          <w:b/>
        </w:rPr>
        <w:t xml:space="preserve">[1:15:53] </w:t>
      </w:r>
      <w:r>
        <w:t>to jab jab hua insaan ki study batati hai ke woh sab kuch soch se hota hai, everything depends on thinking to.</w:t>
      </w:r>
    </w:p>
    <w:p>
      <w:pPr>
        <w:jc w:val="right"/>
      </w:pPr>
      <w:r>
        <w:t>تو جب جب ہوا انسان کی سٹڈی بتاتی ہے کہ وہ سب کچھ سوچ سے ہوتا ہے، ایوری تھنگ ڈیپینڈز ان تھنکنگ تو۔</w:t>
      </w:r>
    </w:p>
    <w:p>
      <w:r>
        <w:rPr>
          <w:b/>
        </w:rPr>
        <w:t xml:space="preserve">[1:16:01] </w:t>
      </w:r>
      <w:r>
        <w:t>to grass root table wahi hua, gaon kaise ho gaya?</w:t>
      </w:r>
    </w:p>
    <w:p>
      <w:pPr>
        <w:jc w:val="right"/>
      </w:pPr>
      <w:r>
        <w:t>تو گراس روٹ ٹیبل وہی ہوا، گاؤں کیسے ہو گیا؟</w:t>
      </w:r>
    </w:p>
    <w:p>
      <w:r>
        <w:rPr>
          <w:b/>
        </w:rPr>
        <w:t xml:space="preserve">[1:16:09] </w:t>
      </w:r>
      <w:r>
        <w:t>this question is from deepa: how can one protect mind from distraction levels?</w:t>
      </w:r>
    </w:p>
    <w:p>
      <w:pPr>
        <w:jc w:val="right"/>
      </w:pPr>
      <w:r>
        <w:t>دس کوئسچن از فرام دیپا: ہاؤ کین ون پروٹیکٹ مائنڈ فرام ڈسٹریکشن لیولز؟</w:t>
      </w:r>
    </w:p>
    <w:p>
      <w:r>
        <w:rPr>
          <w:b/>
        </w:rPr>
        <w:t xml:space="preserve">[1:16:17] </w:t>
      </w:r>
      <w:r>
        <w:t>ab is mein to mein kahoon ke bas aap jo chahte hain kar dalte hain, to yeh bhi chahiye to kar dalen ge. aap yeh to chahne ki baat hai, aap is ki value samjhen,</w:t>
      </w:r>
    </w:p>
    <w:p>
      <w:pPr>
        <w:jc w:val="right"/>
      </w:pPr>
      <w:r>
        <w:t>اب اس میں تو میں کہوں کہ بس آپ جو چاہتے ہیں کر ڈالتے ہیں، تو یہ بھی چاہیے تو کر ڈالیں گے۔ آپ یہ تو چاہنے کی بات ہے، آپ اس کی ویلیو سمجھیں،</w:t>
      </w:r>
    </w:p>
    <w:p>
      <w:r>
        <w:rPr>
          <w:b/>
        </w:rPr>
        <w:t xml:space="preserve">[1:16:32] </w:t>
      </w:r>
      <w:r>
        <w:t>distraction ko samjhen. jaise ab mein apne baray mein kahoon ke sari zindagi mein apne ko distraction se bachata raha.</w:t>
      </w:r>
    </w:p>
    <w:p>
      <w:pPr>
        <w:jc w:val="right"/>
      </w:pPr>
      <w:r>
        <w:t>ڈسٹریکشن کو سمجھیں۔ جیسے اب میں اپنے بارے میں کہوں کہ ساری زندگی میں اپنے کو ڈسٹریکشن سے بچاتا رہا۔</w:t>
      </w:r>
    </w:p>
    <w:p>
      <w:r>
        <w:rPr>
          <w:b/>
        </w:rPr>
        <w:t xml:space="preserve">[1:16:43] </w:t>
      </w:r>
      <w:r>
        <w:t>kyun?</w:t>
      </w:r>
    </w:p>
    <w:p>
      <w:pPr>
        <w:jc w:val="right"/>
      </w:pPr>
      <w:r>
        <w:t>کیوں؟</w:t>
      </w:r>
    </w:p>
    <w:p>
      <w:r>
        <w:rPr>
          <w:b/>
        </w:rPr>
        <w:t xml:space="preserve">[1:16:44] </w:t>
      </w:r>
      <w:r>
        <w:t>kyunke</w:t>
      </w:r>
    </w:p>
    <w:p>
      <w:pPr>
        <w:jc w:val="right"/>
      </w:pPr>
      <w:r>
        <w:t>کیونکہ</w:t>
      </w:r>
    </w:p>
    <w:p>
      <w:r>
        <w:rPr>
          <w:b/>
        </w:rPr>
        <w:t xml:space="preserve">[1:16:47] </w:t>
      </w:r>
      <w:r>
        <w:t>baat asal mein yeh hoti hai ke yeh do mein se aik ko lena parta hai.</w:t>
      </w:r>
    </w:p>
    <w:p>
      <w:pPr>
        <w:jc w:val="right"/>
      </w:pPr>
      <w:r>
        <w:t>بات اصل میں یہ ہوتی ہے کہ یہ دو میں سے ایک کو لینا پڑتا ہے۔</w:t>
      </w:r>
    </w:p>
    <w:p>
      <w:r>
        <w:rPr>
          <w:b/>
        </w:rPr>
        <w:t xml:space="preserve">[1:16:58] </w:t>
      </w:r>
      <w:r>
        <w:t>yani bara faida aik taraf hota hai, aik chota faida. jaise ke aap novel parh rahe hain, mere dil ko distraction hai to mein nahin novel parta, kyunke itni dair mein mein koi achi kitab parh sakta hoon, serious book,</w:t>
      </w:r>
    </w:p>
    <w:p>
      <w:pPr>
        <w:jc w:val="right"/>
      </w:pPr>
      <w:r>
        <w:t>یعنی بڑا فائدہ ایک طرف ہوتا ہے، ایک چھوٹا فائدہ۔ جیسے کہ آپ ناول پڑھ رہے ہیں، میرے دل کو ڈسٹریکشن ہے تو میں نہیں ناول پڑھتا، کیونکہ اتنی دیر میں میں کوئی اچھی کتاب پڑھ سکتا ہوں، سیریس بک،</w:t>
      </w:r>
    </w:p>
    <w:p>
      <w:r>
        <w:rPr>
          <w:b/>
        </w:rPr>
        <w:t xml:space="preserve">[1:17:15] </w:t>
      </w:r>
      <w:r>
        <w:t>koi scientific kitab parh sakta hoon, kisi baray aadmi ki life parh sakta hoon. to mein novel mein koi time bataoon ya mein kisi friend ke sath baith kar ke ho ha kar raha hoon to woh bhi distraction hai, us sense mein ke aik bari cheez ko mein kho raha hoon.</w:t>
      </w:r>
    </w:p>
    <w:p>
      <w:pPr>
        <w:jc w:val="right"/>
      </w:pPr>
      <w:r>
        <w:t>کوئی سائنٹیفک کتاب پڑھ سکتا ہوں، کسی بڑے آدمی کی لائف پڑھ سکتا ہوں۔ تو میں ناول میں کوئی ٹائم بتاؤں یا میں کسی فرینڈ کے ساتھ بیٹھ کر کے ہوہا کر رہا ہوں تو وہ بھی ڈسٹریکشن ہے، اس سینس میں کہ ایک بڑی چیز کو میں کھو رہا ہوں۔</w:t>
      </w:r>
    </w:p>
    <w:p>
      <w:r>
        <w:rPr>
          <w:b/>
        </w:rPr>
        <w:t xml:space="preserve">[1:17:32] </w:t>
      </w:r>
      <w:r>
        <w:t>agar mein koi serious discussion karta kisi aadmi se, parhe likhe aadmi se, to mujhe ziyada intellectual development hota.</w:t>
      </w:r>
    </w:p>
    <w:p>
      <w:pPr>
        <w:jc w:val="right"/>
      </w:pPr>
      <w:r>
        <w:t>اگر میں کوئی سیریس ڈسکشن کرتا کسی آدمی سے، پڑھے لکھے آدمی سے، تو مجھے زیادہ انٹلیکچول ڈیویلپمنٹ ہوتا۔</w:t>
      </w:r>
    </w:p>
    <w:p>
      <w:r>
        <w:rPr>
          <w:b/>
        </w:rPr>
        <w:t xml:space="preserve">[1:17:40] </w:t>
      </w:r>
      <w:r>
        <w:t>to mein yeh kehta hoon ke distraction koi haram cheez nahin hai, lekin distraction ka matlab yeh hai ke bari cheez ko kho kar aap ne choti cheez mein apna time waste kar diya.</w:t>
      </w:r>
    </w:p>
    <w:p>
      <w:pPr>
        <w:jc w:val="right"/>
      </w:pPr>
      <w:r>
        <w:t>تو میں یہ کہتا ہوں کہ ڈسٹریکشن کوئی حرام چیز نہیں ہے، لیکن ڈسٹریکشن کا مطلب یہ ہے کہ بڑی چیز کو کھو کر آپ نے چھوٹی چیز میں اپنا ٹائم ویسٹ کر دیا۔</w:t>
      </w:r>
    </w:p>
    <w:p>
      <w:r>
        <w:rPr>
          <w:b/>
        </w:rPr>
        <w:t xml:space="preserve">[1:17:54] </w:t>
      </w:r>
      <w:r>
        <w:t>distraction ka matlab yahi hai, yeh haram ka ka masla nahin hai, yeh masla hai baray, yani apne mind ko kisi baray kaam mein lagane ki bajaye aap ne chotay kaam mein laga diya.</w:t>
      </w:r>
    </w:p>
    <w:p>
      <w:pPr>
        <w:jc w:val="right"/>
      </w:pPr>
      <w:r>
        <w:t>ڈسٹریکشن کا مطلب یہی ہے، یہ حرام کا کا مسئلہ نہیں ہے، یہ مسئلہ ہے بڑے، یعنی اپنے مائنڈ کو کسی بڑے کام میں لگانے کی بجائے آپ نے چھوٹے کام میں لگا دیا۔</w:t>
      </w:r>
    </w:p>
    <w:p>
      <w:r>
        <w:rPr>
          <w:b/>
        </w:rPr>
        <w:t xml:space="preserve">[1:18:13] </w:t>
      </w:r>
      <w:r>
        <w:t>to yeh aap ke upar hai ke aap jo jo aap ka time hai, jo aap ka energy hai, jo aap ka mind hai, us se aap koi bara faida lena chahte hain ya chota faida.</w:t>
      </w:r>
    </w:p>
    <w:p>
      <w:pPr>
        <w:jc w:val="right"/>
      </w:pPr>
      <w:r>
        <w:t>تو یہ آپ کے اوپر ہے کہ آپ جو جو آپ کا ٹائم ہے، جو آپ کا انرجی ہے، جو آپ کا مائنڈ ہے، اس سے آپ کوئی بڑا فائدہ لینا چاہتے ہیں یا چھوٹا فائدہ۔</w:t>
      </w:r>
    </w:p>
    <w:p>
      <w:r>
        <w:rPr>
          <w:b/>
        </w:rPr>
        <w:t xml:space="preserve">[1:18:24] </w:t>
      </w:r>
      <w:r>
        <w:t>yeh jitne baray baray scientist hain jinhon ne dunya ko bari bari cheezen dein, yeh jinhon ne electricity, electricity di, electricity ya jinhon ne mechanical power diya aur hazaron hazar cheezen dein, woh kon log thay?</w:t>
      </w:r>
    </w:p>
    <w:p>
      <w:pPr>
        <w:jc w:val="right"/>
      </w:pPr>
      <w:r>
        <w:t>یہ جتنے بڑے بڑے سائنٹسٹ ہیں جنہوں نے دنیا کو بڑی بڑی چیزیں دیں، یہ جنہوں نے الیکٹریسٹی، الیکٹریسٹی دی، الیکٹریسٹی یا جنہوں نے مکینیکل پاور دیا اور ہزاروں ہزار چیزیں دیں، وہ کون لوگ تھے؟</w:t>
      </w:r>
    </w:p>
    <w:p>
      <w:r>
        <w:rPr>
          <w:b/>
        </w:rPr>
        <w:t xml:space="preserve">[1:18:37] </w:t>
      </w:r>
      <w:r>
        <w:t>unhon ne apne aap ko dedicate kiya,</w:t>
      </w:r>
    </w:p>
    <w:p>
      <w:pPr>
        <w:jc w:val="right"/>
      </w:pPr>
      <w:r>
        <w:t>انہوں نے اپنے آپ کو ڈیڈیکیٹ کیا،</w:t>
      </w:r>
    </w:p>
    <w:p>
      <w:r>
        <w:rPr>
          <w:b/>
        </w:rPr>
        <w:t xml:space="preserve">[1:18:41] </w:t>
      </w:r>
      <w:r>
        <w:t>har distraction say apnay ko bachaya. unhon nay</w:t>
      </w:r>
    </w:p>
    <w:p>
      <w:pPr>
        <w:jc w:val="right"/>
      </w:pPr>
      <w:r>
        <w:t>ہر ڈسٹریکشن سے اپنے کو بچایا۔ انہوں نے</w:t>
      </w:r>
    </w:p>
    <w:p>
      <w:r>
        <w:rPr>
          <w:b/>
        </w:rPr>
        <w:t xml:space="preserve">[1:18:46] </w:t>
      </w:r>
      <w:r>
        <w:t>ainstain ko kisi nay 5000 pound ka aik check diya to us check ko bookmark kay tor par laga diya, phir bhool gaya. woh koi kitab parh raha tha, ab aik aadmi aata hai, us ko 5000 ka pound ka check deta hai.</w:t>
      </w:r>
    </w:p>
    <w:p>
      <w:pPr>
        <w:jc w:val="right"/>
      </w:pPr>
      <w:r>
        <w:t>آئنسٹین کو کسی نے 5000 پاؤنڈ کا ایک چیک دیا تو اس چیک کو بک مارک کے طور پر لگا دیا، پھر بھول گیا۔ وہ کوئی کتاب پڑھ رہا تھا، اب ایک آدمی آتا ہے، اس کو 5000 کا پاؤنڈ کا چیک دیتا ہے۔</w:t>
      </w:r>
    </w:p>
    <w:p>
      <w:r>
        <w:rPr>
          <w:b/>
        </w:rPr>
        <w:t xml:space="preserve">[1:19:03] </w:t>
      </w:r>
      <w:r>
        <w:t>us waqt aik kitab parh raha tha, woh to us nay bookmark kay tor par is mein us check ko laga diya,</w:t>
      </w:r>
    </w:p>
    <w:p>
      <w:pPr>
        <w:jc w:val="right"/>
      </w:pPr>
      <w:r>
        <w:t>اس وقت ایک کتاب پڑھ رہا تھا، وہ تو اس نے بک مارک کے طور پر اس میں اس چیک کو لگا دیا،</w:t>
      </w:r>
    </w:p>
    <w:p>
      <w:r>
        <w:rPr>
          <w:b/>
        </w:rPr>
        <w:t xml:space="preserve">[1:19:09] </w:t>
      </w:r>
      <w:r>
        <w:t>woh bhool gaya, us ka time bhi khatam ho gaya. to itna ziyada unhon nay sacrifice kiya, itna ziyada apnay ko distraction say bachaya.</w:t>
      </w:r>
    </w:p>
    <w:p>
      <w:pPr>
        <w:jc w:val="right"/>
      </w:pPr>
      <w:r>
        <w:t>وہ بھول گیا، اس کا ٹائم بھی ختم ہو گیا۔ تو اتنا زیادہ انہوں نے سیکریفائس کیا، اتنا زیادہ اپنے کو ڈسٹریکشن سے بچایا۔</w:t>
      </w:r>
    </w:p>
    <w:p>
      <w:r>
        <w:rPr>
          <w:b/>
        </w:rPr>
        <w:t xml:space="preserve">[1:19:20] </w:t>
      </w:r>
      <w:r>
        <w:t>ya newton nay dekhen, shadi nahi ki, koi uska friend nahi tha. shadi na karnay ka matlab hai kay us kay bohat say friend thay, aisa kuch bhi nahi.</w:t>
      </w:r>
    </w:p>
    <w:p>
      <w:pPr>
        <w:jc w:val="right"/>
      </w:pPr>
      <w:r>
        <w:t>یا نیوٹن نے دیکھیں، شادی نہیں کی، کوئی اس کا فرینڈ نہیں تھا۔ شادی نہ کرنے کا معنی ہے کہ اس کے بہت سے فرینڈ تھے، ایسا کچھ بھی نہیں۔</w:t>
      </w:r>
    </w:p>
    <w:p>
      <w:r>
        <w:rPr>
          <w:b/>
        </w:rPr>
        <w:t xml:space="preserve">[1:19:29] </w:t>
      </w:r>
      <w:r>
        <w:t>us kay friend sirf us ki research thi, us ki books theen, us ki laboratory thi.</w:t>
      </w:r>
    </w:p>
    <w:p>
      <w:pPr>
        <w:jc w:val="right"/>
      </w:pPr>
      <w:r>
        <w:t>اس کے فرینڈ صرف اس کی ریسرچ تھی، اس کی بکس تھیں، اس کی لیبوریٹری تھی۔</w:t>
      </w:r>
    </w:p>
    <w:p>
      <w:r>
        <w:rPr>
          <w:b/>
        </w:rPr>
        <w:t xml:space="preserve">[1:19:35] </w:t>
      </w:r>
      <w:r>
        <w:t>to aap yun sochiye kay jis nay bhi koi bara kaam kiya hai, woh kaisay kar paya hai? isi tarah kar paya hai kay us nay apnay ko distraction say bachaya.</w:t>
      </w:r>
    </w:p>
    <w:p>
      <w:pPr>
        <w:jc w:val="right"/>
      </w:pPr>
      <w:r>
        <w:t>تو آپ یوں سوچیے کہ جس نے بھی کوئی بڑا کام کیا ہے، وہ کیسے کر پایا ہے؟ اسی طرح کر پایا ہے کہ اس نے اپنے کو ڈسٹریکشن سے بچایا۔</w:t>
      </w:r>
    </w:p>
    <w:p>
      <w:r>
        <w:rPr>
          <w:b/>
        </w:rPr>
        <w:t xml:space="preserve">[1:19:45] </w:t>
      </w:r>
      <w:r>
        <w:t>ab hum har aadmi ko sochna hai kay main aik animal ki tarah marna chahta hoon ya aik insaan ki tarah marna chahta hoon. agar animal ki tarah marna hai to distraction mein paray rahiye, paray rahiye, paray rahiye, yahan tak kay mout aa jayegi.</w:t>
      </w:r>
    </w:p>
    <w:p>
      <w:pPr>
        <w:jc w:val="right"/>
      </w:pPr>
      <w:r>
        <w:t>اب ہم ہر آدمی کو سوچنا ہے کہ میں ایک اینیمل کی طرح مرنا چاہتا ہوں یا ایک انسان کی طرح مرنا چاہتا ہوں۔ اگر اینیمل کی طرح مرنا ہے تو ڈسٹریکشن میں پڑے رہیے، پڑے رہیے، پڑے رہیے، یہاں تک کہ موت آ جائے گی۔</w:t>
      </w:r>
    </w:p>
    <w:p>
      <w:r>
        <w:rPr>
          <w:b/>
        </w:rPr>
        <w:t xml:space="preserve">[1:20:02] </w:t>
      </w:r>
      <w:r>
        <w:t>lekan insaan kay hasiyat say marna hai, tab distraction say apnay ko bachana hoga, tabhi intellectual development hoga, warna nahi hoga.</w:t>
      </w:r>
    </w:p>
    <w:p>
      <w:pPr>
        <w:jc w:val="right"/>
      </w:pPr>
      <w:r>
        <w:t>لیکن انسان کے حیثیت سے مرنا ہے، تب ڈسٹریکشن سے اپنے کو بچانا ہوگا، تبھی انٹلیکچول ڈیویلپمنٹ ہوگا، ورنہ نہیں ہوگا۔</w:t>
      </w:r>
    </w:p>
    <w:p>
      <w:r>
        <w:rPr>
          <w:b/>
        </w:rPr>
        <w:t xml:space="preserve">[1:20:16] </w:t>
      </w:r>
      <w:r>
        <w:t>she has another question which is: why gandhi ji, vinoba ji, and mother teresa not work at mind level and went on for grass root level?</w:t>
      </w:r>
    </w:p>
    <w:p>
      <w:pPr>
        <w:jc w:val="right"/>
      </w:pPr>
      <w:r>
        <w:t>شی ہیز انادر کوئسچن وچ از: وائی گاندھی جی، ونوبھا جی، اینڈ مدر ٹریسا ناٹ ورک ایٹ مائنڈ لیول اینڈ وینٹ ان فار گراس روٹ لیول؟</w:t>
      </w:r>
    </w:p>
    <w:p>
      <w:r>
        <w:rPr>
          <w:b/>
        </w:rPr>
        <w:t xml:space="preserve">[1:20:26] </w:t>
      </w:r>
      <w:r>
        <w:t>kindly explain.</w:t>
      </w:r>
    </w:p>
    <w:p>
      <w:pPr>
        <w:jc w:val="right"/>
      </w:pPr>
      <w:r>
        <w:t>کائنڈلی ایکسپلین۔</w:t>
      </w:r>
    </w:p>
    <w:p>
      <w:r>
        <w:rPr>
          <w:b/>
        </w:rPr>
        <w:t xml:space="preserve">[1:20:29] </w:t>
      </w:r>
      <w:r>
        <w:t>yeh to sari history mein log logon ki soch yahi rahi hai, abhi kal tak yahi soch thi. aap nay dekha hoga tv mein kay aik aadmi ko pachaas lakh rupay mila hai, kyun?</w:t>
      </w:r>
    </w:p>
    <w:p>
      <w:pPr>
        <w:jc w:val="right"/>
      </w:pPr>
      <w:r>
        <w:t>یہ تو ساری ہسٹری میں لوگ لوگوں کی سوچ یہی رہی ہے، ابھی کل تک یہی سوچ تھی۔ آپ نے دیکھا ہوگا ٹی وی میں کہ ایک آدمی کو پچاس لاکھ روپے ملا ہے، کیوں؟</w:t>
      </w:r>
    </w:p>
    <w:p>
      <w:r>
        <w:rPr>
          <w:b/>
        </w:rPr>
        <w:t xml:space="preserve">[1:20:42] </w:t>
      </w:r>
      <w:r>
        <w:t>us nay yeh kaha kay main grass root level par kaam karunga, village mein ja kar kay. aik aur bechara jo tha, woh jo education ki baat karta tha, us ko nahi mila. to is fallacy mein poori history mein log jee rahay hain.</w:t>
      </w:r>
    </w:p>
    <w:p>
      <w:pPr>
        <w:jc w:val="right"/>
      </w:pPr>
      <w:r>
        <w:t>اس نے یہ کہا کہ میں گراس روٹ لیول پر کام کروں گا، ولیج میں جا کر کے۔ ایک اور بیچارہ جو تھا، وہ جو ایجوکیشن کی بات کرتا تھا، اس کو نہیں ملا۔ تو اس فیلسی میں پوری ہسٹری میں لوگ جی رہے ہیں۔</w:t>
      </w:r>
    </w:p>
    <w:p>
      <w:r>
        <w:rPr>
          <w:b/>
        </w:rPr>
        <w:t xml:space="preserve">[1:20:55] </w:t>
      </w:r>
      <w:r>
        <w:t>yani koi sochta hai grass root level par to kuch bhi nahi hai,</w:t>
      </w:r>
    </w:p>
    <w:p>
      <w:pPr>
        <w:jc w:val="right"/>
      </w:pPr>
      <w:r>
        <w:t>یعنی کوئی سوچتا ہے گراس روٹ لیول پر تو کچھ بھی نہیں ہے،</w:t>
      </w:r>
    </w:p>
    <w:p>
      <w:r>
        <w:rPr>
          <w:b/>
        </w:rPr>
        <w:t xml:space="preserve">[1:21:02] </w:t>
      </w:r>
      <w:r>
        <w:t>asal cheez hai soch. soch say kaam hota hai, to soch to koi gaon mein thori hai, soch to aap kay mind mein hai. insaan ko badliye to kya hoga?</w:t>
      </w:r>
    </w:p>
    <w:p>
      <w:pPr>
        <w:jc w:val="right"/>
      </w:pPr>
      <w:r>
        <w:t>اصل چیز ہے سوچ۔ سوچ سے کام ہوتا ہے، تو سوچ تو کوئی گاؤں میں تھوڑی ہے، سوچ تو آپ کے مائنڈ میں ہے۔ انسان کو بدلیے تو کیا ہوگا؟</w:t>
      </w:r>
    </w:p>
    <w:p>
      <w:r>
        <w:rPr>
          <w:b/>
        </w:rPr>
        <w:t xml:space="preserve">[1:21:13] </w:t>
      </w:r>
      <w:r>
        <w:t>insaan ko badalnay say kya hoga? aisay insaan banenge jin ka darasal history ho, jin kay andar character ho, jin kay andar thinking ho.</w:t>
      </w:r>
    </w:p>
    <w:p>
      <w:pPr>
        <w:jc w:val="right"/>
      </w:pPr>
      <w:r>
        <w:t>انسان کو بدلنے سے کیا ہوگا؟ ایسے انسان بنیں گے جن کا دراصل ہسٹری ہو، جن کے اندر کریکٹر ہو، جن کے اندر تھنکنگ ہو۔</w:t>
      </w:r>
    </w:p>
    <w:p>
      <w:r>
        <w:rPr>
          <w:b/>
        </w:rPr>
        <w:t xml:space="preserve">[1:21:24] </w:t>
      </w:r>
      <w:r>
        <w:t>main samajhta hoon kay sab say bara jo problem is zamanay mein hai, woh aik kya hai? us ko main kaha karta hoon intellectual gap. koi reformer uthta hai aur bohat bari us ki aik koi discovery hoti hai, us ko batana hai to log samajhte nahi baaton ko,</w:t>
      </w:r>
    </w:p>
    <w:p>
      <w:pPr>
        <w:jc w:val="right"/>
      </w:pPr>
      <w:r>
        <w:t>میں سمجھتا ہوں کہ سب سے بڑا جو پرابلم اس زمانے میں ہے، وہ ایک کیا ہے؟ اس کو میں کہا کرتا ہوں انٹلیکچول گیپ۔ کوئی رفارمر اٹھتا ہے اور بہت بڑی اس کی ایک کوئی ڈسکوری ہوتی ہے، اس کو بتانا ہے تو لوگ سمجھتے نہیں باتوں کو،</w:t>
      </w:r>
    </w:p>
    <w:p>
      <w:r>
        <w:rPr>
          <w:b/>
        </w:rPr>
        <w:t xml:space="preserve">[1:21:42] </w:t>
      </w:r>
      <w:r>
        <w:t>kyun kay log novelain parhtay hain, tv dekhtay hain, hua kartay hain, outing mein aur shopping mein zindagi guzartay hain. to intellectual level logon ka itna low hai, itna low hai kay koi bara reformer agar bolay to usay samajh nahi paate, woh</w:t>
      </w:r>
    </w:p>
    <w:p>
      <w:pPr>
        <w:jc w:val="right"/>
      </w:pPr>
      <w:r>
        <w:t>کیونکہ لوگ ناولیں پڑھتے ہیں، ٹی وی دیکھتے ہیں، ہوا کرتے ہیں، آؤٹنگ میں اور شاپنگ میں زندگی گزارتے ہیں۔ تو انٹلیکچول لیول لوگوں کا اتنا لو ہے، اتنا لو ہے کہ کوئی بڑا ریفارمر اگر بولے تو اسے سمجھ نہیں پاتے، وہ</w:t>
      </w:r>
    </w:p>
    <w:p>
      <w:r>
        <w:rPr>
          <w:b/>
        </w:rPr>
        <w:t xml:space="preserve">[1:22:00] </w:t>
      </w:r>
      <w:r>
        <w:t>kyun kay education nahi hai.</w:t>
      </w:r>
    </w:p>
    <w:p>
      <w:pPr>
        <w:jc w:val="right"/>
      </w:pPr>
      <w:r>
        <w:t>کیونکہ ایجوکیشن نہیں ہے۔</w:t>
      </w:r>
    </w:p>
    <w:p>
      <w:r>
        <w:rPr>
          <w:b/>
        </w:rPr>
        <w:t xml:space="preserve">[1:22:03] </w:t>
      </w:r>
      <w:r>
        <w:t>hamaray haan kya hai haal? ya to aisay log hain jin ki koi education nahi hui, jin ki ya aisay hain jo kuch kuch illiterate hain, kuch semi illiterate hain.</w:t>
      </w:r>
    </w:p>
    <w:p>
      <w:pPr>
        <w:jc w:val="right"/>
      </w:pPr>
      <w:r>
        <w:t>ہمارے ہاں کیا ہے حال؟ یا تو ایسے لوگ ہیں جن کی کوئی ایجوکیشن نہیں ہوئی، جن کی یا ایسے ہیں جو کچھ کچھ الٹریٹ ہیں، کچھ سیمی الٹریٹ ہیں۔</w:t>
      </w:r>
    </w:p>
    <w:p>
      <w:r>
        <w:rPr>
          <w:b/>
        </w:rPr>
        <w:t xml:space="preserve">[1:22:16] </w:t>
      </w:r>
      <w:r>
        <w:t>bas sahi ma'ano mein parhay likhay log, educated log to bohat hi kam hain, shayad five percent ho. to kya hai kay humain audience nahi hai, koi hum baat kehna chahein to us kay liye humain aap hamaray paas audience nahi hai.</w:t>
      </w:r>
    </w:p>
    <w:p>
      <w:pPr>
        <w:jc w:val="right"/>
      </w:pPr>
      <w:r>
        <w:t>بس صحیح معنوں میں پڑھے لکھے لوگ، ایجوکیٹڈ لوگ تو بہت ہی کم ہیں، شاید فائیو پرسنٹ ہوں۔ تو کیا ہے کہ ہمیں آڈینس نہیں ہے، کوئی ہم بات کہنا چاہیں تو اس کے لیے ہمیں آپ ہمارے پاس آڈینس نہیں ہے۔</w:t>
      </w:r>
    </w:p>
    <w:p>
      <w:r>
        <w:rPr>
          <w:b/>
        </w:rPr>
        <w:t xml:space="preserve">[1:22:32] </w:t>
      </w:r>
      <w:r>
        <w:t>to woh baat bolni parti hai jo kay lower level kay log samajh saken, un kay un kay emotions say khailtay hain, log slogan ki zuban bolty hain.</w:t>
      </w:r>
    </w:p>
    <w:p>
      <w:pPr>
        <w:jc w:val="right"/>
      </w:pPr>
      <w:r>
        <w:t>تو وہ بات بولنی پڑتی ہے جو کہ لوئر لیول کے لوگ سمجھ سکیں، ان کے ان کے ایموشنز سے کھیلتے ہیں، لوگ سلوگن کی زبان بولتے ہیں۔</w:t>
      </w:r>
    </w:p>
    <w:p>
      <w:r>
        <w:rPr>
          <w:b/>
        </w:rPr>
        <w:t xml:space="preserve">[1:22:42] </w:t>
      </w:r>
      <w:r>
        <w:t>log to aap logon kay un un kay intellectual level kay oper agar nahi uthatay hain to koi samajhnay wala bhi nahi hoga baat ko.</w:t>
      </w:r>
    </w:p>
    <w:p>
      <w:pPr>
        <w:jc w:val="right"/>
      </w:pPr>
      <w:r>
        <w:t>لوگ تو آپ لوگوں کے ان ان کے انٹلیکچول لیول کے اوپر اگر نہیں اٹھاتے ہیں تو کوئی سمجھنے والا بھی نہیں ہوگا بات کو۔</w:t>
      </w:r>
    </w:p>
    <w:p>
      <w:r>
        <w:rPr>
          <w:b/>
        </w:rPr>
        <w:t xml:space="preserve">[1:22:55] </w:t>
      </w:r>
      <w:r>
        <w:t>to yeh to booti si yani baat hai, samajh saktay hain aap kay grass root level jo hai, woh mind hai, woh woh hai hi nahi, woh jahan log samajh samjhay bethe hain.</w:t>
      </w:r>
    </w:p>
    <w:p>
      <w:pPr>
        <w:jc w:val="right"/>
      </w:pPr>
      <w:r>
        <w:t>تو یہ تو بوٹی سی یعنی بات ہے، سمجھ سکتے ہیں آپ کہ گراس روٹ لیول جو ہے، وہ مائنڈ ہے، وہ وہ ہے ہی نہیں، وہ جہاں لوگ سمجھ سمجھے بیٹھے ہیں۔</w:t>
      </w:r>
    </w:p>
    <w:p>
      <w:r>
        <w:rPr>
          <w:b/>
        </w:rPr>
        <w:t xml:space="preserve">[1:23:05] </w:t>
      </w:r>
      <w:r>
        <w:t>lekan kai baat history mein aisi chal pari, woh aaj tak chali ja rahi hai. re-thinking kartay nahi log.</w:t>
      </w:r>
    </w:p>
    <w:p>
      <w:pPr>
        <w:jc w:val="right"/>
      </w:pPr>
      <w:r>
        <w:t>لیکن کئی بات ہسٹری میں ایسی چل پڑی، وہ آج تک چلی جا رہی ہے۔ ری تھنکنگ کرتے نہیں لوگ۔</w:t>
      </w:r>
    </w:p>
    <w:p>
      <w:r>
        <w:rPr>
          <w:b/>
        </w:rPr>
        <w:t xml:space="preserve">[1:23:14] </w:t>
      </w:r>
      <w:r>
        <w:t>mera apna mizaj chunke yeh hai ke main har cheez ko rethinking karta hoon, main ne zeher bhi khaya, main ne janne ke liye ke waqai zeher kya cheez hai.</w:t>
      </w:r>
    </w:p>
    <w:p>
      <w:pPr>
        <w:jc w:val="right"/>
      </w:pPr>
      <w:r>
        <w:t>میرا اپنا مزاج چونکہ یہ ہے کہ میں ہر چیز کو ری تھنکنگ کرتا ہوں، میں نے زہر بھی کھایا، میں نے جاننے کے لیے کہ واقعی زہر کیا چیز ہے۔</w:t>
      </w:r>
    </w:p>
    <w:p>
      <w:r>
        <w:rPr>
          <w:b/>
        </w:rPr>
        <w:t xml:space="preserve">[1:23:23] </w:t>
      </w:r>
      <w:r>
        <w:t>sunta tha ke zeher maar dalta hai, koi chota sa main ne koi bohat ziyada dose nahi liya tha, to sun kar nahi manta main kisi cheez ko.</w:t>
      </w:r>
    </w:p>
    <w:p>
      <w:pPr>
        <w:jc w:val="right"/>
      </w:pPr>
      <w:r>
        <w:t>سنتا تھا کہ زہر مار ڈالتا ہے، کوئی چھوٹا سا میں نے کوئی بہت زیادہ ڈوز نہیں لیا تھا، تو سن کر نہیں مانتا میں کسی چیز کو۔</w:t>
      </w:r>
    </w:p>
    <w:p>
      <w:r>
        <w:rPr>
          <w:b/>
        </w:rPr>
        <w:t xml:space="preserve">[1:23:33] </w:t>
      </w:r>
      <w:r>
        <w:t>poori zindagi meri aisi beeti hai ke main sun kar main ne kisi baat ko nahi mana, khud discover karta hoon.</w:t>
      </w:r>
    </w:p>
    <w:p>
      <w:pPr>
        <w:jc w:val="right"/>
      </w:pPr>
      <w:r>
        <w:t>پوری زندگی میری ایسی بیتی ہے کہ میں سن کر میں نے کسی بات کو نہیں مانا، خود ڈسکور کرتا ہوں۔</w:t>
      </w:r>
    </w:p>
    <w:p>
      <w:r>
        <w:rPr>
          <w:b/>
        </w:rPr>
        <w:t xml:space="preserve">[1:23:40] </w:t>
      </w:r>
      <w:r>
        <w:t>yahi jagah main ne zeher kha liya aur main koi lambi kahani hai is ki, bas bura haal mera hua. to kitne log hain jin ko ke khud discover karna chahein, bas jo suna hua maan liya, jo suna hua maan liya.</w:t>
      </w:r>
    </w:p>
    <w:p>
      <w:pPr>
        <w:jc w:val="right"/>
      </w:pPr>
      <w:r>
        <w:t>یہی جگہ میں نے زہر کھا لیا اور میں کوئی لمبی کہانی ہے اس کی، بس برا حال میرا ہوا۔ تو کتنے لوگ ہیں جن کو کہ خود ڈسکور کرنا چاہیں، بس جو سنا ہوا مان لیا، جو سنا ہوا مان لیا۔</w:t>
      </w:r>
    </w:p>
    <w:p>
      <w:r>
        <w:rPr>
          <w:b/>
        </w:rPr>
        <w:t xml:space="preserve">[1:23:55] </w:t>
      </w:r>
      <w:r>
        <w:t>to history mein chal raha hai ke grass root level ka matlab yeh hai, isi ko maane chale ja rahe hain, maane chale ja rahe hain, maane chale ja rahe hain, khud se discover karne ki koshish nahi karte log.</w:t>
      </w:r>
    </w:p>
    <w:p>
      <w:pPr>
        <w:jc w:val="right"/>
      </w:pPr>
      <w:r>
        <w:t>تو ہسٹری میں چل رہا ہے کہ گراس روٹ لیول کا مطلب یہ ہے، اسی کو مانے چلے جا رہے ہیں، مانے چلے جا رہے ہیں، مانے چلے جا رہے ہیں، خود سے ڈسکور کرنے کی کوشش نہیں کرتے لوگ۔</w:t>
      </w:r>
    </w:p>
    <w:p>
      <w:r>
        <w:rPr>
          <w:b/>
        </w:rPr>
        <w:t xml:space="preserve">[1:24:07] </w:t>
      </w:r>
      <w:r>
        <w:t>ab main to ek bachpan se mera mizaj khuda ne aisa bana diya tha ke main har cheez ko khud discover karoon. yani bhook kya cheez hai?</w:t>
      </w:r>
    </w:p>
    <w:p>
      <w:pPr>
        <w:jc w:val="right"/>
      </w:pPr>
      <w:r>
        <w:t>اب میں تو ایک بچپن سے میرا مزاج خدا نے ایسا بنا دیا تھا کہ میں ہر چیز کو خود ڈسکور کروں۔ یعنی بھوک کیا چیز ہے؟</w:t>
      </w:r>
    </w:p>
    <w:p>
      <w:r>
        <w:rPr>
          <w:b/>
        </w:rPr>
        <w:t xml:space="preserve">[1:24:17] </w:t>
      </w:r>
      <w:r>
        <w:t>is ko main ne ek baar main gaya tha south train se, kai din ka safar tha train mein, to main socha ke janoon ke bhook kya cheez hai.</w:t>
      </w:r>
    </w:p>
    <w:p>
      <w:pPr>
        <w:jc w:val="right"/>
      </w:pPr>
      <w:r>
        <w:t>اس کو میں نے ایک بار میں گیا تھا ساؤتھ ٹرین سے، کئی دن کا سفر تھا ٹرین میں، تو میں سوچا کہ جانوں کہ بھوک کیا چیز ہے۔</w:t>
      </w:r>
    </w:p>
    <w:p>
      <w:r>
        <w:rPr>
          <w:b/>
        </w:rPr>
        <w:t xml:space="preserve">[1:24:29] </w:t>
      </w:r>
      <w:r>
        <w:t>to meri jeb mein paisa tha aur main khana chhod diya, breakfast nahi liya, lunch nahi liya, dinner nahi liya.</w:t>
      </w:r>
    </w:p>
    <w:p>
      <w:pPr>
        <w:jc w:val="right"/>
      </w:pPr>
      <w:r>
        <w:t>تو میری جیب میں پیسہ تھا اور میں کھانا چھوڑ دیا، بریک فاسٹ نہیں لیا، لنچ نہیں لیا، ڈنر نہیں لیا۔</w:t>
      </w:r>
    </w:p>
    <w:p>
      <w:r>
        <w:rPr>
          <w:b/>
        </w:rPr>
        <w:t xml:space="preserve">[1:24:40] </w:t>
      </w:r>
      <w:r>
        <w:t>ab agla din jo aaya, woh to bohat ziyada bhook lagi. to train ek station par ruki jahan canteen hota tha, platform par to log jaane lage.</w:t>
      </w:r>
    </w:p>
    <w:p>
      <w:pPr>
        <w:jc w:val="right"/>
      </w:pPr>
      <w:r>
        <w:t>اب اگلا دن جو آیا، وہ تو بہت زیادہ بھوک لگی۔ تو ٹرین ایک اسٹیشن پر رکی جہاں کینٹین ہوتا تھا، پلیٹ فارم پر تو لوگ جانے لگے۔</w:t>
      </w:r>
    </w:p>
    <w:p>
      <w:r>
        <w:rPr>
          <w:b/>
        </w:rPr>
        <w:t xml:space="preserve">[1:24:51] </w:t>
      </w:r>
      <w:r>
        <w:t>to main bhi utra. to jante hain, wahan jab main pahuncha canteen mein, log kursioun par baithe hue the, to main kisi kursi par baithne laga.</w:t>
      </w:r>
    </w:p>
    <w:p>
      <w:pPr>
        <w:jc w:val="right"/>
      </w:pPr>
      <w:r>
        <w:t>تو میں بھی اترا۔ تو جانتے ہیں، وہاں جب میں پہنچا کینٹین میں، لوگ کرسیوں پر بیٹھے ہوئے تھے، تو میں کسی کرسی پر بیٹھنے لگا۔</w:t>
      </w:r>
    </w:p>
    <w:p>
      <w:r>
        <w:rPr>
          <w:b/>
        </w:rPr>
        <w:t xml:space="preserve">[1:25:03] </w:t>
      </w:r>
      <w:r>
        <w:t>already aadmi baitha hua tha kursi par, woh main hi baithne laga.</w:t>
      </w:r>
    </w:p>
    <w:p>
      <w:pPr>
        <w:jc w:val="right"/>
      </w:pPr>
      <w:r>
        <w:t>الریڈی آدمی بیٹھا ہوا تھا کرسی پر، وہ میں ہی بیٹھنے لگا۔</w:t>
      </w:r>
    </w:p>
    <w:p>
      <w:r>
        <w:rPr>
          <w:b/>
        </w:rPr>
        <w:t xml:space="preserve">[1:25:10] </w:t>
      </w:r>
      <w:r>
        <w:t>to kuch dikhai nahi de raha tha, meri aankhon par itna chhaya hua tha.</w:t>
      </w:r>
    </w:p>
    <w:p>
      <w:pPr>
        <w:jc w:val="right"/>
      </w:pPr>
      <w:r>
        <w:t>تو کچھ دکھائی نہیں دے رہا تھا، میری آنکھوں پر اتنا چھایا ہوا تھا۔</w:t>
      </w:r>
    </w:p>
    <w:p>
      <w:r>
        <w:rPr>
          <w:b/>
        </w:rPr>
        <w:t xml:space="preserve">[1:25:14] </w:t>
      </w:r>
      <w:r>
        <w:t>agle din main bangalore pahuncha, to bangalore mein jab chal raha tha, bangalore city mein, main to ek aadmi ne meri peeth par haath rakha. main peeche dekh mud ke dekha to main us ko pehchanta nahi tha.</w:t>
      </w:r>
    </w:p>
    <w:p>
      <w:pPr>
        <w:jc w:val="right"/>
      </w:pPr>
      <w:r>
        <w:t>اگلے دن میں بنگلور پہنچا، تو بنگلور میں جب چل رہا تھا، بنگلور سٹی میں، میں تو ایک آدمی نے میری پیٹھ پر ہاتھ رکھا۔ میں پیچھے دیکھ مڑ کے دیکھا تو میں اس کو پہچانتا نہیں تھا۔</w:t>
      </w:r>
    </w:p>
    <w:p>
      <w:r>
        <w:rPr>
          <w:b/>
        </w:rPr>
        <w:t xml:space="preserve">[1:25:25] </w:t>
      </w:r>
      <w:r>
        <w:t>main ne kaha, "aap kaun hain?" to unhon ne kaha ke "main is canteen mein tha jahan aap ko hum ne dekha tha ke aap bhari seat par baith rahe the." to unhon ne jante hain kya kaha?</w:t>
      </w:r>
    </w:p>
    <w:p>
      <w:pPr>
        <w:jc w:val="right"/>
      </w:pPr>
      <w:r>
        <w:t>میں نے کہا، "آپ کون ہیں؟" تو انہوں نے کہا کہ "میں اس کینٹین میں تھا جہاں آپ کو ہم نے دیکھا تھا کہ آپ بھری سیٹ پر بیٹھ رہے تھے۔" تو انہوں نے جانتے ہیں کیا کہا؟</w:t>
      </w:r>
    </w:p>
    <w:p>
      <w:r>
        <w:rPr>
          <w:b/>
        </w:rPr>
        <w:t xml:space="preserve">[1:25:37] </w:t>
      </w:r>
      <w:r>
        <w:t>"hum logon ne samjha ke yeh aadmi piye hue hain."</w:t>
      </w:r>
    </w:p>
    <w:p>
      <w:pPr>
        <w:jc w:val="right"/>
      </w:pPr>
      <w:r>
        <w:t>"ہم لوگوں نے سمجھا کہ یہ آدمی پیے ہوئے ہیں۔"</w:t>
      </w:r>
    </w:p>
    <w:p>
      <w:r>
        <w:rPr>
          <w:b/>
        </w:rPr>
        <w:t xml:space="preserve">[1:25:43] </w:t>
      </w:r>
      <w:r>
        <w:t>is tarah se main ne discover kiya ke faqa kya cheez hoti hai, bhook kya cheez hoti hai. to ab log to discover karte nahi, jo suna hua maan liya, jo suna hua maan liya.</w:t>
      </w:r>
    </w:p>
    <w:p>
      <w:pPr>
        <w:jc w:val="right"/>
      </w:pPr>
      <w:r>
        <w:t>اس طرح سے میں نے ڈسکور کیا کہ فاقہ کیا چیز ہوتی ہے، بھوک کیا چیز ہوتی ہے۔ تو اب لوگ تو ڈسکور کرتے نہیں، جو سنا ہوا مان لیا، جو سنا ہوا مان لیا۔</w:t>
      </w:r>
    </w:p>
    <w:p>
      <w:r>
        <w:rPr>
          <w:b/>
        </w:rPr>
        <w:t xml:space="preserve">[1:25:51] </w:t>
      </w:r>
      <w:r>
        <w:t>to ab main kya karoon? inhi se poochhiye in logon se ke "tum ne khud ko nahi socha,</w:t>
      </w:r>
    </w:p>
    <w:p>
      <w:pPr>
        <w:jc w:val="right"/>
      </w:pPr>
      <w:r>
        <w:t>تو اب میں کیا کروں؟ انہی سے پوچھیے ان لوگوں سے کہ "تم نے خود کو نہیں سوچا،</w:t>
      </w:r>
    </w:p>
    <w:p>
      <w:r>
        <w:rPr>
          <w:b/>
        </w:rPr>
        <w:t xml:space="preserve">[1:25:57] </w:t>
      </w:r>
      <w:r>
        <w:t>khud ko ne tum ne is ko discover karne ki koshish ki, jo suna us ko kyun maan liya?"</w:t>
      </w:r>
    </w:p>
    <w:p>
      <w:pPr>
        <w:jc w:val="right"/>
      </w:pPr>
      <w:r>
        <w:t>خود کو نے تم نے اس کو ڈسکور کرنے کی کوشش کی، جو سنا اس کو کیوں مان لیا؟"</w:t>
      </w:r>
    </w:p>
    <w:p>
      <w:r>
        <w:rPr>
          <w:b/>
        </w:rPr>
        <w:t xml:space="preserve">[1:26:05] </w:t>
      </w:r>
      <w:r>
        <w:t>yeh woh woh woh batayenge. main apne baray mein keh sakta hoon ke main ne har cheez ko discover karne ke liye deewangi ki had tak apne aap ko daal diya.</w:t>
      </w:r>
    </w:p>
    <w:p>
      <w:pPr>
        <w:jc w:val="right"/>
      </w:pPr>
      <w:r>
        <w:t>یہ وہ وہ وہ بتائیں گے۔ میں اپنے بارے میں کہہ سکتا ہوں کہ میں نے ہر چیز کو ڈسکور کرنے کے لیے دیوانگی کی حد تک اپنے آپ کو ڈال دیا۔</w:t>
      </w:r>
    </w:p>
    <w:p>
      <w:r>
        <w:rPr>
          <w:b/>
        </w:rPr>
        <w:t xml:space="preserve">[1:26:18] </w:t>
      </w:r>
      <w:r>
        <w:t>har har cheez ko main khud se discover karne ke liye ek lambi kahani hai, kaise kaise main ne</w:t>
      </w:r>
    </w:p>
    <w:p>
      <w:pPr>
        <w:jc w:val="right"/>
      </w:pPr>
      <w:r>
        <w:t>ہر ہر چیز کو میں خود سے ڈسکور کرنے کے لیے ایک لمبی کہانی ہے، کیسے کیسے میں نے</w:t>
      </w:r>
    </w:p>
    <w:p>
      <w:r>
        <w:rPr>
          <w:b/>
        </w:rPr>
        <w:t xml:space="preserve">[1:26:25] </w:t>
      </w:r>
      <w:r>
        <w:t>is ke liye kya kiya. ek bolta hai, "paidal chalne ka tajurba main ne kiya." sab chala ja raha hoon, chala ja raha hoon, chala ja raha hoon.</w:t>
      </w:r>
    </w:p>
    <w:p>
      <w:pPr>
        <w:jc w:val="right"/>
      </w:pPr>
      <w:r>
        <w:t>اس کے لیے کیا کیا۔ ایک بولتا ہے، "پیدل چلنے کا تجربہ میں نے کیا۔" سب چلا جا رہا ہوں، چلا جا رہا ہوں، چلا جا رہا ہوں۔</w:t>
      </w:r>
    </w:p>
    <w:p>
      <w:r>
        <w:rPr>
          <w:b/>
        </w:rPr>
        <w:t xml:space="preserve">[1:26:34] </w:t>
      </w:r>
      <w:r>
        <w:t>aap taajub karenge, mere paon mein chhaale pad gaye. main ek shair padhta tha: "chala hai shauq be khabar, janoob mein janiye kidhar, na koi manzil safar, na qaid kuch maqam ki." aur chala ja raha tha,</w:t>
      </w:r>
    </w:p>
    <w:p>
      <w:pPr>
        <w:jc w:val="right"/>
      </w:pPr>
      <w:r>
        <w:t>آپ تعجب کریں گے، میرے پاؤں میں چھالے پڑ گئے۔ میں ایک شعر پڑھتا تھا: "چلا ہے شوق بے خبر، جنوب میں جانیے کدھر، نہ کوئی منزل سفر، نہ قید کچھ مقام کی۔" اور چلا جا رہا تھا،</w:t>
      </w:r>
    </w:p>
    <w:p>
      <w:r>
        <w:rPr>
          <w:b/>
        </w:rPr>
        <w:t xml:space="preserve">[1:26:50] </w:t>
      </w:r>
      <w:r>
        <w:t>paon mein chhaale pad gaye. aur phir kaise kaise main pahuncha, is ki bhi lambi kahani hai. to ab logon ne discovery ki koshish nahi ki, to woh nahi be khabar reh gaye.</w:t>
      </w:r>
    </w:p>
    <w:p>
      <w:pPr>
        <w:jc w:val="right"/>
      </w:pPr>
      <w:r>
        <w:t>پاؤں میں چھالے پڑ گئے۔ اور پھر کیسے کیسے میں پہنچا، اس کی بھی لمبی کہانی ہے۔ تو اب لوگوں نے ڈسکوری کی کوشش نہیں کی، تو وہ نہیں بے خبر رہ گئے۔</w:t>
      </w:r>
    </w:p>
    <w:p>
      <w:r>
        <w:rPr>
          <w:b/>
        </w:rPr>
        <w:t xml:space="preserve">[1:27:01] </w:t>
      </w:r>
      <w:r>
        <w:t>to main kya karoon? bataiye, aap inhi se poochhiye.</w:t>
      </w:r>
    </w:p>
    <w:p>
      <w:pPr>
        <w:jc w:val="right"/>
      </w:pPr>
      <w:r>
        <w:t>تو میں کیا کروں؟ بتائیے، آپ انہی سے پوچھیے۔</w:t>
      </w:r>
    </w:p>
    <w:p>
      <w:r>
        <w:rPr>
          <w:b/>
        </w:rPr>
        <w:t xml:space="preserve">[1:27:06] </w:t>
      </w:r>
      <w:r>
        <w:t>ah, with reference to this, ah, naghma has another question, which is in this way: "maulana isnt social service a small thing."</w:t>
      </w:r>
    </w:p>
    <w:p>
      <w:pPr>
        <w:jc w:val="right"/>
      </w:pPr>
      <w:r>
        <w:t>اہ، ود ریفرنس ٹو دس، اہ، نغمہ ہیز انادر کوئسچن، وچ از ان دس وے: "مولانا ازنٹ سوشل سروس ا سمال تھنگ۔"</w:t>
      </w:r>
    </w:p>
    <w:p>
      <w:r>
        <w:rPr>
          <w:b/>
        </w:rPr>
        <w:t xml:space="preserve">[1:27:19] </w:t>
      </w:r>
      <w:r>
        <w:t>is mein koi shaq nahi, aap result dekhiye, social service mein hazaron log lage hue hain. mein abhi bhi koi jo jo jo jo target in ka hai ke ek sath समाज bane, better समाज, woh kahan ban raha hai?</w:t>
      </w:r>
    </w:p>
    <w:p>
      <w:pPr>
        <w:jc w:val="right"/>
      </w:pPr>
      <w:r>
        <w:t>اس میں کوئی شک نہیں، آپ رزلٹ دیکھیے، سوشل سروس میں ہزاروں لوگ لگے ہوئے ہیں۔ میں ابھی بھی کوئی جو جو جو جو ٹارگٹ ان کا ہے کہ ایک ساتھ سماج بنے، بیٹر سماج، وہ کہاں بن رہا ہے؟</w:t>
      </w:r>
    </w:p>
    <w:p>
      <w:r>
        <w:rPr>
          <w:b/>
        </w:rPr>
        <w:t xml:space="preserve">[1:27:36] </w:t>
      </w:r>
      <w:r>
        <w:t>kuch bhi nahi ho raha hai. wohi corruption hai, wohi dishonesty hai, wohi duplicity hai. yaani real sense mein koi badlav society mein kyun nahi aata</w:t>
      </w:r>
    </w:p>
    <w:p>
      <w:pPr>
        <w:jc w:val="right"/>
      </w:pPr>
      <w:r>
        <w:t>کچھ بھی نہیں ہو رہا ہے۔ وہی کرپشن ہے، وہی ڈس آنسٹری ہے، وہی ڈوپلیسٹی ہے۔ یعنی ریئل سینس میں کوئی بدلاؤ سوسائٹی میں کیوں نہیں آتا</w:t>
      </w:r>
    </w:p>
    <w:p>
      <w:r>
        <w:rPr>
          <w:b/>
        </w:rPr>
        <w:t xml:space="preserve">[1:27:49] </w:t>
      </w:r>
      <w:r>
        <w:t>jabke social work ho rahe hain? kyun? social work bhi isi is par, yaani isi supposition pe chalta hai ke grass root level par kaam karna hai.</w:t>
      </w:r>
    </w:p>
    <w:p>
      <w:pPr>
        <w:jc w:val="right"/>
      </w:pPr>
      <w:r>
        <w:t>جبکہ سوشل ورک ہو رہے ہیں؟ کیوں؟ سوشل ورک بھی اسی اس پر، یعنی اسی سپوزیشن پہ چلتا ہے کہ گراس روٹ لیول پر کام کرنا ہے۔</w:t>
      </w:r>
    </w:p>
    <w:p>
      <w:r>
        <w:rPr>
          <w:b/>
        </w:rPr>
        <w:t xml:space="preserve">[1:28:02] </w:t>
      </w:r>
      <w:r>
        <w:t>grass root level par, halanke grass root grass root level wahan nahi hai, woh aap ke mind mein hai.</w:t>
      </w:r>
    </w:p>
    <w:p>
      <w:pPr>
        <w:jc w:val="right"/>
      </w:pPr>
      <w:r>
        <w:t>گراس روٹ لیول پر، حالانکہ گراس روٹ گراس روٹ لیول وہاں نہیں ہے، وہ آپ کے مائنڈ میں ہے۔</w:t>
      </w:r>
    </w:p>
    <w:p>
      <w:r>
        <w:rPr>
          <w:b/>
        </w:rPr>
        <w:t xml:space="preserve">[1:28:14] </w:t>
      </w:r>
      <w:r>
        <w:t>is mein poori history mein ek hi accepted hai, woh rasool Allah sal Allah alaihi wasallam ka hai ke aap ne arab ke jo mind the, bade bade, un ko aap ne address kiya.</w:t>
      </w:r>
    </w:p>
    <w:p>
      <w:pPr>
        <w:jc w:val="right"/>
      </w:pPr>
      <w:r>
        <w:t>اس میں پوری ہسٹری میں ایک ہی ایکسیپٹڈ ہے، وہ رسول اللہ صلی اللہ علیہ وسلم کا ہے کہ آپ نے عرب کے جو مائنڈ تھے، بڑے بڑے، ان کو آپ نے ایڈریس کیا۔</w:t>
      </w:r>
    </w:p>
    <w:p>
      <w:r>
        <w:rPr>
          <w:b/>
        </w:rPr>
        <w:t xml:space="preserve">[1:28:25] </w:t>
      </w:r>
      <w:r>
        <w:t>grass root level par kaam karne ke liye bulaya gaya tha aap ko</w:t>
      </w:r>
    </w:p>
    <w:p>
      <w:pPr>
        <w:jc w:val="right"/>
      </w:pPr>
      <w:r>
        <w:t>گراس روٹ لیول پر کام کرنے کے لیے بلایا گیا تھا آپ کو</w:t>
      </w:r>
    </w:p>
    <w:p>
      <w:r>
        <w:rPr>
          <w:b/>
        </w:rPr>
        <w:t xml:space="preserve">[1:28:29] </w:t>
      </w:r>
      <w:r>
        <w:t>, to aap ne kaha ke "ma la hadha boos to alaikum, i war naat send to you for this purpose." to mein ek waqia batata hoon aap ko, is se aap samjhein ke rasool Allah ka nishana kya tha, un ka target kya hua karta tha.</w:t>
      </w:r>
    </w:p>
    <w:p>
      <w:pPr>
        <w:jc w:val="right"/>
      </w:pPr>
      <w:r>
        <w:t>، تو آپ نے کہا کہ "ما لہذا بوس تو علیکم، ائی وار ناٹ سینڈ ٹو یو فار دس پرپس۔" تو میں ایک واقعہ بتاتا ہوں آپ کو، اس سے آپ سمجھیں کہ رسول اللہ کا نشانہ کیا تھا، ان کا ٹارگٹ کیا ہوا کرتا تھا۔</w:t>
      </w:r>
    </w:p>
    <w:p>
      <w:r>
        <w:rPr>
          <w:b/>
        </w:rPr>
        <w:t xml:space="preserve">[1:28:47] </w:t>
      </w:r>
      <w:r>
        <w:t>ek bar aap ne dua ki thi: "Allahumma azz al-islam bi hadd al-umrain." is ko samjhiye aap: "Allahumma azz al-islam bi hadd al-umrain."</w:t>
      </w:r>
    </w:p>
    <w:p>
      <w:pPr>
        <w:jc w:val="right"/>
      </w:pPr>
      <w:r>
        <w:t>ایک بار آپ نے دعا کی تھی: "اللہم عز الاسلام بیحد العمرین۔" اس کو سمجھیے آپ: "اللہم عز الاسلام بیحد العمرین۔"</w:t>
      </w:r>
    </w:p>
    <w:p>
      <w:r>
        <w:rPr>
          <w:b/>
        </w:rPr>
        <w:t xml:space="preserve">[1:29:00] </w:t>
      </w:r>
      <w:r>
        <w:t>ae khuda, do umar mein se ek umar ke zariye islam ko support de. yeh do umar kaun the?</w:t>
      </w:r>
    </w:p>
    <w:p>
      <w:pPr>
        <w:jc w:val="right"/>
      </w:pPr>
      <w:r>
        <w:t>اے خدا، دو عمر میں سے ایک عمر کے ذریعے اسلام کو سپورٹ دے۔ یہ دو عمر کون تھے؟</w:t>
      </w:r>
    </w:p>
    <w:p>
      <w:r>
        <w:rPr>
          <w:b/>
        </w:rPr>
        <w:t xml:space="preserve">[1:29:12] </w:t>
      </w:r>
      <w:r>
        <w:t>makkah mein do top intellectuals the. is waqt woh jo makkah tha, us zamane mein jahan aap kaam kar rahe the, yaani seventh century ka first quarter,</w:t>
      </w:r>
    </w:p>
    <w:p>
      <w:pPr>
        <w:jc w:val="right"/>
      </w:pPr>
      <w:r>
        <w:t>مکہ میں دو ٹاپ انٹلیکچولز تھے۔ اس وقت وہ جو مکہ تھا، اس زمانے میں جہاں آپ کام کر رہے تھے، یعنی سیونتھ سینچری کا فرسٹ کوارٹر،</w:t>
      </w:r>
    </w:p>
    <w:p>
      <w:r>
        <w:rPr>
          <w:b/>
        </w:rPr>
        <w:t xml:space="preserve">[1:29:25] </w:t>
      </w:r>
      <w:r>
        <w:t>to makkah mein do top intellectuals the,</w:t>
      </w:r>
    </w:p>
    <w:p>
      <w:pPr>
        <w:jc w:val="right"/>
      </w:pPr>
      <w:r>
        <w:t>تو مکہ میں دو ٹاپ انٹلیکچولز تھے،</w:t>
      </w:r>
    </w:p>
    <w:p>
      <w:r>
        <w:rPr>
          <w:b/>
        </w:rPr>
        <w:t xml:space="preserve">[1:29:29] </w:t>
      </w:r>
      <w:r>
        <w:t>bahut hi brilliant. ek the umar bin abdullah, umar bin khattab, aur ek the, un ka naam tha umar bin hisham.</w:t>
      </w:r>
    </w:p>
    <w:p>
      <w:pPr>
        <w:jc w:val="right"/>
      </w:pPr>
      <w:r>
        <w:t>بہت ہی بریلینٹ۔ ایک تھے عمر بن عبداللہ، عمر بن خطاب، اور ایک تھے، ان کا نام تھا عمر بن ہشام۔</w:t>
      </w:r>
    </w:p>
    <w:p>
      <w:r>
        <w:rPr>
          <w:b/>
        </w:rPr>
        <w:t xml:space="preserve">[1:29:45] </w:t>
      </w:r>
      <w:r>
        <w:t>is ko aam taur par abujahal kaha jata hai. abujahal is ka naam nahi tha, is aadmi ka jis ko hum abujahal kehte hain, is ka naam abujahal nahi tha, is ka naam tha umar ibn hisham.</w:t>
      </w:r>
    </w:p>
    <w:p>
      <w:pPr>
        <w:jc w:val="right"/>
      </w:pPr>
      <w:r>
        <w:t>اس کو عام طور پر ابوجہل کہا جاتا ہے۔ ابوجہل اس کا نام نہیں تھا، اس آدمی کا جس کو ہم ابوجہل کہتے ہیں، اس کا نام ابوجہل نہیں تھا، اس کا نام تھا عمر ابن ہشام۔</w:t>
      </w:r>
    </w:p>
    <w:p>
      <w:r>
        <w:rPr>
          <w:b/>
        </w:rPr>
        <w:t xml:space="preserve">[1:29:55] </w:t>
      </w:r>
      <w:r>
        <w:t>to umar ibn hisham aur umar bin al-khattab, yeh do top intellectual the makkah mein. to aap ne dua ki, dua ki: "khudae in do umron mein se kisi ek umar ko meri support mein de de." aap is waqt sochiye ke aap ne kyun nahi, kyun nahi kaha ke sare gaon wale mere saathi ho jayen,</w:t>
      </w:r>
    </w:p>
    <w:p>
      <w:pPr>
        <w:jc w:val="right"/>
      </w:pPr>
      <w:r>
        <w:t>تو عمر ابن ہشام اور عمر بن الخطاب، یہ دو ٹاپ انٹلیکچول تھے مکہ میں۔ تو آپ نے دعا کی، دعا کی: "خدائے ان دو عمروں میں سے کسی ایک عمر کو میری سپورٹ میں دے دے۔" آپ اس وقت سوچیے کہ آپ نے کیوں نہیں، کیوں نہیں کہا کہ سارے گاؤں والے میرے ساتھی ہو جائیں،</w:t>
      </w:r>
    </w:p>
    <w:p>
      <w:r>
        <w:rPr>
          <w:b/>
        </w:rPr>
        <w:t xml:space="preserve">[1:30:20] </w:t>
      </w:r>
      <w:r>
        <w:t>sare mass jo hai, mass level par phail jaye. mera woh yeh to nahi, yeh sab dua nahi ki aap ne,</w:t>
      </w:r>
    </w:p>
    <w:p>
      <w:pPr>
        <w:jc w:val="right"/>
      </w:pPr>
      <w:r>
        <w:t>سارے ماس جو ہے، ماس لیول پر پھیل جائے۔ میرا وہ یہ تو نہیں، یہ سب دعا نہیں کی آپ نے،</w:t>
      </w:r>
    </w:p>
    <w:p>
      <w:r>
        <w:rPr>
          <w:b/>
        </w:rPr>
        <w:t xml:space="preserve">[1:30:26] </w:t>
      </w:r>
      <w:r>
        <w:t>kyun ke woh jo mind tha, ek mind ka milna, ek ek poori ek poori history ka milna tha. chunache umar khattab mile aap ko, aur unhon ne islam ki history bani hai, woh sab se zyada inhi ko is ka credit jata hai.</w:t>
      </w:r>
    </w:p>
    <w:p>
      <w:pPr>
        <w:jc w:val="right"/>
      </w:pPr>
      <w:r>
        <w:t>کیونکہ وہ جو مائنڈ تھا، ایک مائنڈ کا ملنا، ایک ایک پوری ایک پوری ہسٹری کا ملنا تھا۔ چنانچہ عمر خطاب ملے آپ کو، اور انہوں نے اسلام کی ہسٹری بنی ہے، وہ سب سے زیادہ انہی کو اس کا کریڈٹ جاتا ہے۔</w:t>
      </w:r>
    </w:p>
    <w:p>
      <w:r>
        <w:rPr>
          <w:b/>
        </w:rPr>
        <w:t xml:space="preserve">[1:30:44] </w:t>
      </w:r>
      <w:r>
        <w:t>to yeh yeh yeh yeh kaam, yeh yeh shaori nahi milta hamein, jitne reformers hain, kisi mein yeh nahi milta. yeh kaise cheez asal important jo hai, woh mind ki hai.</w:t>
      </w:r>
    </w:p>
    <w:p>
      <w:pPr>
        <w:jc w:val="right"/>
      </w:pPr>
      <w:r>
        <w:t>تو یہ یہ یہ یہ کام، یہ یہ شعوری نہیں ملتا ہمیں، جتنے ریفارمرز ہیں، کسی میں یہ نہیں ملتا۔ یہ کیسے چیز اصل امپورٹنٹ جو ہے، وہ مائنڈ کی ہے۔</w:t>
      </w:r>
    </w:p>
    <w:p>
      <w:r>
        <w:rPr>
          <w:b/>
        </w:rPr>
        <w:t xml:space="preserve">[1:30:57] </w:t>
      </w:r>
      <w:r>
        <w:t>mujhe bataiye, kis ne yeh dua ki hai ke "Allahumma azz al-islam bi hadd al-umrain"? sab log to bas bheed de kar khush hote hain. mujhe ek leader sahab jo hain, jo dilli mein rehte hain, woh to mujh se bataya, unhon ne ke mein falan jagah gaya tha.</w:t>
      </w:r>
    </w:p>
    <w:p>
      <w:pPr>
        <w:jc w:val="right"/>
      </w:pPr>
      <w:r>
        <w:t>مجھے بتائیے، کس نے یہ دعا کی ہے کہ "اللہم عز الاسلام بیحد العمرین"؟ سب لوگ تو بس بھیڑ دے کر خوش ہوتے ہیں۔ مجھے ایک لیڈر صاحب جو ہیں، جو دلی میں رہتے ہیں، وہ تو مجھ سے بتایا، انہوں نے کہ میں فلاں جگہ گیا تھا۔</w:t>
      </w:r>
    </w:p>
    <w:p>
      <w:r>
        <w:rPr>
          <w:b/>
        </w:rPr>
        <w:t xml:space="preserve">[1:31:12] </w:t>
      </w:r>
      <w:r>
        <w:t>sahab, aap pachas hazar aadmi the, mein to bahut khush ho gaya ke pachas hazar aadmi ko mein address kar raha hoon. to mein mein sochta hoon ke yeh yeh logon ki soch hai ke bheed ko dekh kar kh</w:t>
      </w:r>
    </w:p>
    <w:p>
      <w:pPr>
        <w:jc w:val="right"/>
      </w:pPr>
      <w:r>
        <w:t>صاحب، آپ پچاس ہزار آدمی تھے، میں تو بہت خوش ہو گیا کہ پچاس ہزار آدمی کو میں ایڈریس کر رہا ہوں۔ تو میں میں سوچتا ہوں کہ یہ یہ لوگوں کی سوچ ہے کہ بھیڑ کو دیکھ کر خ</w:t>
      </w:r>
    </w:p>
    <w:p>
      <w:r>
        <w:rPr>
          <w:b/>
        </w:rPr>
        <w:t xml:space="preserve">[1:31:24] </w:t>
      </w:r>
      <w:r>
        <w:t>ush hote hain. mein to insaan ko talash karta hoon, mera nature insaan ko talash karta hai. mujhe bheed se koi dilchaspi nahi, aur bahut hi khush ho kar report di unhon ne ke falan jagah mein gaya tha, wahan bada zabardast woh tha, pachas hazar aadmi the,</w:t>
      </w:r>
    </w:p>
    <w:p>
      <w:pPr>
        <w:jc w:val="right"/>
      </w:pPr>
      <w:r>
        <w:t>وش ہوتے ہیں۔ میں تو انسان کو تلاش کرتا ہوں، میرا نیچر انسان کو تلاش کرتا ہے۔ مجھے بھیڑ سے کوئی دلچسپی نہیں، اور بہت ہی خوش ہو کر رپورٹ دی انہوں نے کہ فلاں جگہ میں گیا تھا، وہاں بڑا زبردست وہ تھا، پچاس ہزار آدمی تھے،</w:t>
      </w:r>
    </w:p>
    <w:p>
      <w:r>
        <w:rPr>
          <w:b/>
        </w:rPr>
        <w:t xml:space="preserve">[1:31:42] </w:t>
      </w:r>
      <w:r>
        <w:t>aur aadmi ek bhi nahi tha mere dekhne par. woh sahab, mein janta hoon, un ko bahut dinon se kaam kar rahe hain, pachas saal se kaam kar rahe honge.</w:t>
      </w:r>
    </w:p>
    <w:p>
      <w:pPr>
        <w:jc w:val="right"/>
      </w:pPr>
      <w:r>
        <w:t>اور آدمی ایک بھی نہیں تھا میرے دیکھنے پر۔ وہ صاحب، میں جانتا ہوں، ان کو بہت دنوں سے کام کر رہے ہیں، پچاس سال سے کام کر رہے ہوں گے۔</w:t>
      </w:r>
    </w:p>
    <w:p>
      <w:r>
        <w:rPr>
          <w:b/>
        </w:rPr>
        <w:t xml:space="preserve">[1:31:51] </w:t>
      </w:r>
      <w:r>
        <w:t>mein kai bar un se mila</w:t>
      </w:r>
    </w:p>
    <w:p>
      <w:pPr>
        <w:jc w:val="right"/>
      </w:pPr>
      <w:r>
        <w:t>میں کئی بار ان سے ملا</w:t>
      </w:r>
    </w:p>
    <w:p>
      <w:r>
        <w:rPr>
          <w:b/>
        </w:rPr>
        <w:t xml:space="preserve">[1:31:53] </w:t>
      </w:r>
      <w:r>
        <w:t>bhi hoon, ek bhi insaan aisa nahi un ke aas pas hai jis se baat ki ja sake, jis se intellectual exchange kiya ja sake. bas bheed hai, bheed hai, bheed hai.</w:t>
      </w:r>
    </w:p>
    <w:p>
      <w:pPr>
        <w:jc w:val="right"/>
      </w:pPr>
      <w:r>
        <w:t>بھی ہوں، ایک بھی انسان ایسا نہیں ان کے اس پاس ہے جس سے بات کی جا سکے، جس سے انٹلیکچول ایکسچینج کیا جا سکے۔ بس بھیڑ ہے، بھیڑ ہے، بھیڑ ہے۔</w:t>
      </w:r>
    </w:p>
    <w:p>
      <w:r>
        <w:rPr>
          <w:b/>
        </w:rPr>
        <w:t xml:space="preserve">[1:32:04] </w:t>
      </w:r>
      <w:r>
        <w:t>to log bheed mein jeete hain, aur rasool Allah jo the, woh ek insaan ki talash mein hote the.</w:t>
      </w:r>
    </w:p>
    <w:p>
      <w:pPr>
        <w:jc w:val="right"/>
      </w:pPr>
      <w:r>
        <w:t>تو لوگ بھیڑ میں جیتے ہیں، اور رسول اللہ جو تھے، وہ ایک انسان کی تلاش میں ہوتے تھے۔</w:t>
      </w:r>
    </w:p>
    <w:p>
      <w:r>
        <w:rPr>
          <w:b/>
        </w:rPr>
        <w:t xml:space="preserve">[1:32:11] </w:t>
      </w:r>
      <w:r>
        <w:t>to bahal, mein ne apni jo samajh hai, woh yeh hai ke grass root level kisi gaon mein nahi hota hai, woh insaan ke mind mein hota hai.</w:t>
      </w:r>
    </w:p>
    <w:p>
      <w:pPr>
        <w:jc w:val="right"/>
      </w:pPr>
      <w:r>
        <w:t>تو بہرحال، میں نے اپنی جو سمجھ ہے، وہ یہ ہے کہ گراس روٹ لیول کسی گاؤں میں نہیں ہوتا ہے، وہ انسان کے مائنڈ میں ہوتا ہے۔</w:t>
      </w:r>
    </w:p>
    <w:p>
      <w:r>
        <w:rPr>
          <w:b/>
        </w:rPr>
        <w:t xml:space="preserve">[1:32:22] </w:t>
      </w:r>
      <w:r>
        <w:t>insan ko mind ko badlie, aur aap history ko badal dalenge.</w:t>
      </w:r>
    </w:p>
    <w:p>
      <w:pPr>
        <w:jc w:val="right"/>
      </w:pPr>
      <w:r>
        <w:t>انسان کو مائنڈ کو بدلیے، اور آپ ہسٹری کو بدل ڈالیں گے۔</w:t>
      </w:r>
    </w:p>
    <w:p>
      <w:r>
        <w:rPr>
          <w:b/>
        </w:rPr>
        <w:t xml:space="preserve">[1:32:29] </w:t>
      </w:r>
      <w:r>
        <w:t>das question is from shah imran hasan. maulana ek sahib ka kehna hai ke jab khuda ne hum se pooch kar humein paida nahi kiya, to wo humein saza kyun dega?</w:t>
      </w:r>
    </w:p>
    <w:p>
      <w:pPr>
        <w:jc w:val="right"/>
      </w:pPr>
      <w:r>
        <w:t>دس کوئسچن از فرام شاہ عمران حسن۔ مولانا ایک صاحب کا کہنا ہے کہ جب خدا نے ہم سے پوچھ کر ہمیں پیدا نہیں کیا، تو وہ ہمیں سزا کیوں دے گا؟</w:t>
      </w:r>
    </w:p>
    <w:p>
      <w:r>
        <w:rPr>
          <w:b/>
        </w:rPr>
        <w:t xml:space="preserve">[1:32:43] </w:t>
      </w:r>
      <w:r>
        <w:t>yeh sawal jo karte hain, wo sincere nahi hain.</w:t>
      </w:r>
    </w:p>
    <w:p>
      <w:pPr>
        <w:jc w:val="right"/>
      </w:pPr>
      <w:r>
        <w:t>یہ سوال جو کرتے ہیں، وہ سنسیئر نہیں ہیں۔</w:t>
      </w:r>
    </w:p>
    <w:p>
      <w:r>
        <w:rPr>
          <w:b/>
        </w:rPr>
        <w:t xml:space="preserve">[1:32:49] </w:t>
      </w:r>
      <w:r>
        <w:t>wo pooch ke nahi pata kiya, to khuda ki dunya</w:t>
      </w:r>
    </w:p>
    <w:p>
      <w:pPr>
        <w:jc w:val="right"/>
      </w:pPr>
      <w:r>
        <w:t>وہ پوچھ کے نہیں پتہ کیا، تو خدا کی دنیا</w:t>
      </w:r>
    </w:p>
    <w:p>
      <w:r>
        <w:rPr>
          <w:b/>
        </w:rPr>
        <w:t xml:space="preserve">[1:32:51] </w:t>
      </w:r>
      <w:r>
        <w:t>mein rehte kyun ho? chale jao khuda ki dunya ko chhod kar ke, na hawa mein saans lo, na suraj ki roshni mein dekho cheezon ko, na khana khao, aur ja ke kahin raho kisi sunsaan jagah par.</w:t>
      </w:r>
    </w:p>
    <w:p>
      <w:pPr>
        <w:jc w:val="right"/>
      </w:pPr>
      <w:r>
        <w:t>میں رہتے کیوں ہو؟ چلے جاؤ خدا کی دنیا کو چھوڑ کر کے، نہ ہوا میں سانس لو، نہ سورج کی روشنی میں دیکھو چیزوں کو، نہ کھانا کھاؤ، اور جا کے کہیں رہو کسی سنسان جگہ پر۔</w:t>
      </w:r>
    </w:p>
    <w:p>
      <w:r>
        <w:rPr>
          <w:b/>
        </w:rPr>
        <w:t xml:space="preserve">[1:33:06] </w:t>
      </w:r>
      <w:r>
        <w:t>yeh un sincere dekhiye, question jo hain, wo</w:t>
      </w:r>
    </w:p>
    <w:p>
      <w:pPr>
        <w:jc w:val="right"/>
      </w:pPr>
      <w:r>
        <w:t>یہ ان سنسیئس دیکھیے، کوئسچن جو ہیں، وہ</w:t>
      </w:r>
    </w:p>
    <w:p>
      <w:r>
        <w:rPr>
          <w:b/>
        </w:rPr>
        <w:t xml:space="preserve">[1:33:12] </w:t>
      </w:r>
      <w:r>
        <w:t>ek hote hain, sincerity se nikalte hain. question,</w:t>
      </w:r>
    </w:p>
    <w:p>
      <w:pPr>
        <w:jc w:val="right"/>
      </w:pPr>
      <w:r>
        <w:t>ایک ہوتے ہیں، سنسیرٹی سے نکلتے ہیں۔ کوئسچن،</w:t>
      </w:r>
    </w:p>
    <w:p>
      <w:r>
        <w:rPr>
          <w:b/>
        </w:rPr>
        <w:t xml:space="preserve">[1:33:17] </w:t>
      </w:r>
      <w:r>
        <w:t>koi sincere question ho to mein us ko samajh pata hoon, us ka jawab de pata hoon. lekin insincere question jo hote hain, un ki koi list nahi hai, wo hazaron million bhi ho sakte hain, aap un ka jawab nahi de sakte.</w:t>
      </w:r>
    </w:p>
    <w:p>
      <w:pPr>
        <w:jc w:val="right"/>
      </w:pPr>
      <w:r>
        <w:t>کوئی سنسیئر کوئسچن ہو تو میں اس کو سمجھ پاتا ہوں، اس کا جواب دے پاتا ہوں۔ لیکن ان سنسیئر کوئسچن جو ہوتے ہیں، ان کی کوئی لسٹ نہیں ہے، وہ ہزاروں ملین بھی ہو سکتے ہیں، آپ ان کا جواب نہیں دے سکتے۔</w:t>
      </w:r>
    </w:p>
    <w:p>
      <w:r>
        <w:rPr>
          <w:b/>
        </w:rPr>
        <w:t xml:space="preserve">[1:33:32] </w:t>
      </w:r>
      <w:r>
        <w:t>aisa karne wale log apne bete ke bare mein khoob sincere hote hain, beti ke bare mein khoob sincere hote hain, aur sachai ke bare mein insincere hain.</w:t>
      </w:r>
    </w:p>
    <w:p>
      <w:pPr>
        <w:jc w:val="right"/>
      </w:pPr>
      <w:r>
        <w:t>ایسا کرنے والے لوگ اپنے بیٹے کے بارے میں خوب سنسیئر ہوتے ہیں، بیٹی کے بارے میں خوب سنسیئر ہوتے ہیں، اور سچائی کے بارے میں ان سنسیئر ہیں۔</w:t>
      </w:r>
    </w:p>
    <w:p>
      <w:r>
        <w:rPr>
          <w:b/>
        </w:rPr>
        <w:t xml:space="preserve">[1:33:41] </w:t>
      </w:r>
      <w:r>
        <w:t>aap un ki zindagi ko dekhiye, apna beta beti ke bare mein khoob hi sincere honge wo, aur sachai ka sawal aayega to phir koi sincerity nahi dikhayenge wo.</w:t>
      </w:r>
    </w:p>
    <w:p>
      <w:pPr>
        <w:jc w:val="right"/>
      </w:pPr>
      <w:r>
        <w:t>آپ ان کی زندگیوں کو دیکھیے، اپنا بیٹا بیٹی کے بارے میں خوب ہی سنسیئر ہوں گے وہ، اور سچائی کا سوال آئے گا تو پھر کوئی سنسیرٹی نہیں دکھائیں گے وہ۔</w:t>
      </w:r>
    </w:p>
    <w:p>
      <w:r>
        <w:rPr>
          <w:b/>
        </w:rPr>
        <w:t xml:space="preserve">[1:33:53] </w:t>
      </w:r>
      <w:r>
        <w:t>to behal, mein to samajhta hoon ke yeh sab out of insincerity hote hain question, aur un ko aap satisfy bhi nahi kar sakte.</w:t>
      </w:r>
    </w:p>
    <w:p>
      <w:pPr>
        <w:jc w:val="right"/>
      </w:pPr>
      <w:r>
        <w:t>تو بہرحال، میں تو سمجھتا ہوں کہ یہ سب آؤٹ آف ان سنسیرٹی ہوتے ہیں کوئسچن، اور ان کو آپ سیٹسفائی بھی نہیں کر سکتے۔</w:t>
      </w:r>
    </w:p>
    <w:p>
      <w:r>
        <w:rPr>
          <w:b/>
        </w:rPr>
        <w:t xml:space="preserve">[1:34:05] </w:t>
      </w:r>
      <w:r>
        <w:t>mera tajurba to yahi hai. un ke do aur sawal hain:</w:t>
      </w:r>
    </w:p>
    <w:p>
      <w:pPr>
        <w:jc w:val="right"/>
      </w:pPr>
      <w:r>
        <w:t>میرا تجربہ تو یہی ہے۔ ان کے دو اور سوال ہیں:</w:t>
      </w:r>
    </w:p>
    <w:p>
      <w:r>
        <w:rPr>
          <w:b/>
        </w:rPr>
        <w:t xml:space="preserve">[1:34:11] </w:t>
      </w:r>
      <w:r>
        <w:t>qayamat kyun aayegi? aur kya jannat sirf boredom ko door karne ka hi naam hai?</w:t>
      </w:r>
    </w:p>
    <w:p>
      <w:pPr>
        <w:jc w:val="right"/>
      </w:pPr>
      <w:r>
        <w:t>قیامت کیوں آئے گی؟ اور کیا جنت صرف بورڈم کو دور کرنے کا ہی نام ہے؟</w:t>
      </w:r>
    </w:p>
    <w:p>
      <w:r>
        <w:rPr>
          <w:b/>
        </w:rPr>
        <w:t xml:space="preserve">[1:34:20] </w:t>
      </w:r>
      <w:r>
        <w:t>qayamat is liye aayegi taake justice qaim ho. yeh dunya mein aap dekhte hain ke bade bade crime karte hain log, aur bach jate hain, koi pakad nahi sakta in ko.</w:t>
      </w:r>
    </w:p>
    <w:p>
      <w:pPr>
        <w:jc w:val="right"/>
      </w:pPr>
      <w:r>
        <w:t>قیامت اس لیے آئے گی تاکہ جسٹس قائم ہو۔ یہ دنیا میں آپ دیکھتے ہیں کہ بڑے بڑے کرائم کرتے ہیں لوگ، اور بچ جاتے ہیں، کوئی پکڑ نہیں سکتا ان کو۔</w:t>
      </w:r>
    </w:p>
    <w:p>
      <w:r>
        <w:rPr>
          <w:b/>
        </w:rPr>
        <w:t xml:space="preserve">[1:34:38] </w:t>
      </w:r>
      <w:r>
        <w:t>un ke paas mind hai, un ke paas paisa hai, un ke paas wakeel hai, un ke paas tricks hain, kaise kaise apne ko bacha lete hain.</w:t>
      </w:r>
    </w:p>
    <w:p>
      <w:pPr>
        <w:jc w:val="right"/>
      </w:pPr>
      <w:r>
        <w:t>ان کے پاس مائنڈ ہے، ان کے پاس پیسہ ہے، ان کے پاس وکیل ہے، ان کے پاس ٹرکس ہیں، کیسے کیسے اپنے کو بچا لیتے ہیں۔</w:t>
      </w:r>
    </w:p>
    <w:p>
      <w:r>
        <w:rPr>
          <w:b/>
        </w:rPr>
        <w:t xml:space="preserve">[1:34:48] </w:t>
      </w:r>
      <w:r>
        <w:t>to khuda ke siwa kaun hai in ko jo jo pakde aur in ko saza de? aise hi kitne log hain jo neki mein apni zindagi laga dete hain, sab kuch, unhe kuch reward nahi milta.</w:t>
      </w:r>
    </w:p>
    <w:p>
      <w:pPr>
        <w:jc w:val="right"/>
      </w:pPr>
      <w:r>
        <w:t>تو خدا کے سوا کون ہے ان کو جو جو پکڑے اور ان کو سزا دے؟ ایسے ہی کتنے لوگ ہیں جو نیکی میں اپنی زندگیاں لگا دیتے ہیں، سب کچھ، انہیں کچھ ریوارڈ نہیں ملتا۔</w:t>
      </w:r>
    </w:p>
    <w:p>
      <w:r>
        <w:rPr>
          <w:b/>
        </w:rPr>
        <w:t xml:space="preserve">[1:35:03] </w:t>
      </w:r>
      <w:r>
        <w:t>yeh dunya mein hum rozana dekhte hain ke bura karne walon ko koi punishment nahi, acha karne walon ko koi reward nahi. to koi din aisa aana chahiye jab is ne itni badi dunya banai, to wo ek ek, wo ek kya justice nahi hogi is ke andar?</w:t>
      </w:r>
    </w:p>
    <w:p>
      <w:pPr>
        <w:jc w:val="right"/>
      </w:pPr>
      <w:r>
        <w:t>یہ دنیا میں ہم روزانہ دیکھتے ہیں کہ برا کرنے والوں کو کوئی پنشمنٹ نہیں، اچھا کرنے والوں کو کوئی ریوارڈ نہیں۔ تو کوئی دن ایسا آنا چاہیے جب اس نے اتنی بڑی دنیا بنائی، تو وہ ایک ایک، وہ ایک کیا جسٹس نہیں ہوگی اس کے اندر؟</w:t>
      </w:r>
    </w:p>
    <w:p>
      <w:r>
        <w:rPr>
          <w:b/>
        </w:rPr>
        <w:t xml:space="preserve">[1:35:25] </w:t>
      </w:r>
      <w:r>
        <w:t>to yeh dunya apne aap mein mang rahi hai justice, apne aap</w:t>
      </w:r>
    </w:p>
    <w:p>
      <w:pPr>
        <w:jc w:val="right"/>
      </w:pPr>
      <w:r>
        <w:t>تو یہ دنیا اپنے آپ میں مانگ رہی ہے جسٹس، اپنے آپ</w:t>
      </w:r>
    </w:p>
    <w:p>
      <w:r>
        <w:rPr>
          <w:b/>
        </w:rPr>
        <w:t xml:space="preserve">[1:35:30] </w:t>
      </w:r>
      <w:r>
        <w:t>mein mang rahi hai. wo justice yahi hai ke jis ne jaisa kiya, waisa us ko mile. to mein samajhta hoon ke khuda ki ek bahut badi yeh sifat hai justice,</w:t>
      </w:r>
    </w:p>
    <w:p>
      <w:pPr>
        <w:jc w:val="right"/>
      </w:pPr>
      <w:r>
        <w:t>میں مانگ رہی ہے۔ وہ جسٹس یہی ہے کہ جس نے جیسا کیا، ویسا اس کو ملے۔ تو میں سمجھتا ہوں کہ خدا کی ایک بہت بڑی یہ صفت ہے جسٹس،</w:t>
      </w:r>
    </w:p>
    <w:p>
      <w:r>
        <w:rPr>
          <w:b/>
        </w:rPr>
        <w:t xml:space="preserve">[1:35:43] </w:t>
      </w:r>
      <w:r>
        <w:t>adeel. to khuda ki jo sifat adeel hai ke wo justice wala hai, kh</w:t>
      </w:r>
    </w:p>
    <w:p>
      <w:pPr>
        <w:jc w:val="right"/>
      </w:pPr>
      <w:r>
        <w:t>عادل۔ تو خدا کی جو صفت عادل ہے کہ وہ جسٹس والا ہے، خ</w:t>
      </w:r>
    </w:p>
    <w:p>
      <w:r>
        <w:rPr>
          <w:b/>
        </w:rPr>
        <w:t xml:space="preserve">[1:35:51] </w:t>
      </w:r>
      <w:r>
        <w:t>uda to is ka isi ke jis din yeh cheez zahir hogi, isi ke din hoga. isi ko hum qayamat kehte hain.</w:t>
      </w:r>
    </w:p>
    <w:p>
      <w:pPr>
        <w:jc w:val="right"/>
      </w:pPr>
      <w:r>
        <w:t>دا تو اس کا اسی کے جس دن یہ چیز ظاہر ہوگی، اسی کے دن ہوگا۔ اسی کو ہم قیامت کہتے ہیں۔</w:t>
      </w:r>
    </w:p>
    <w:p>
      <w:r>
        <w:rPr>
          <w:b/>
        </w:rPr>
        <w:t xml:space="preserve">[1:36:03] </w:t>
      </w:r>
      <w:r>
        <w:t>ah, maulana un ka yeh bhi sawal tha: kya jannat sirf boredom ko door karne ka hi naam hai?</w:t>
      </w:r>
    </w:p>
    <w:p>
      <w:pPr>
        <w:jc w:val="right"/>
      </w:pPr>
      <w:r>
        <w:t>اہ، مولانا ان کا یہ بھی سوال تھا: کیا جنت صرف بورڈم کو دور کرنے کا ہی نام ہے؟</w:t>
      </w:r>
    </w:p>
    <w:p>
      <w:r>
        <w:rPr>
          <w:b/>
        </w:rPr>
        <w:t xml:space="preserve">[1:36:12] </w:t>
      </w:r>
      <w:r>
        <w:t>han, boredom yani aap is tarah sochiye ke dunya mein humein aaram milta hai, to kuch der baad hum bore ho jate hain.</w:t>
      </w:r>
    </w:p>
    <w:p>
      <w:pPr>
        <w:jc w:val="right"/>
      </w:pPr>
      <w:r>
        <w:t>ہاں، بورڈم یعنی آپ اس طرح سوچیے کہ دنیا میں ہمیں آرام ملتا ہے، تو کچھ دیر بعد ہم بور ہو جاتے ہیں۔</w:t>
      </w:r>
    </w:p>
    <w:p>
      <w:r>
        <w:rPr>
          <w:b/>
        </w:rPr>
        <w:t xml:space="preserve">[1:36:21] </w:t>
      </w:r>
      <w:r>
        <w:t>is zamane ke aaram se enjoy karne ke liye humein kuch aur capacity chahiye. phir aisa kyun hai? jaise ke maine arz kiya tha ke ek sahib America se aaye to unhone bataya ke wahan par outing ka bahut culture chala to</w:t>
      </w:r>
    </w:p>
    <w:p>
      <w:pPr>
        <w:jc w:val="right"/>
      </w:pPr>
      <w:r>
        <w:t>اس زمانے کے آرام سے انجوائے کرنے کے لیے ہمیں کچھ اور کپیسٹی چاہیے۔ پھر ایسا کیوں ہے؟ جیسے کہ میں نے عرض کیا تھا کہ ایک صاحب امریکہ سے آئے تو انہوں نے بتایا کہ وہاں پر آؤٹنگ کا بہت کلچر چلا تو</w:t>
      </w:r>
    </w:p>
    <w:p>
      <w:r>
        <w:rPr>
          <w:b/>
        </w:rPr>
        <w:t xml:space="preserve">[1:36:40] </w:t>
      </w:r>
      <w:r>
        <w:t>stress ko door karne ke liye. lekin kya hua ke outing kar kar ke jab lotte hain, wo log to naya stress to ek naya word bola jata hai: holiday stress.</w:t>
      </w:r>
    </w:p>
    <w:p>
      <w:pPr>
        <w:jc w:val="right"/>
      </w:pPr>
      <w:r>
        <w:t>اسٹریس کو دور کرنے کے لیے۔ لیکن کیا ہوا کہ آؤٹنگ کر کر کے جب لوٹتے ہیں، وہ لوگ تو نیا اسٹریس تو ایک نیا ورڈ بولا جاتا ہے: ہالی ڈے اسٹریس۔</w:t>
      </w:r>
    </w:p>
    <w:p>
      <w:r>
        <w:rPr>
          <w:b/>
        </w:rPr>
        <w:t xml:space="preserve">[1:36:52] </w:t>
      </w:r>
      <w:r>
        <w:t>holiday stress to dunya mein hum yeh dekhte hain ke har qism ka aaram, har qism ka comfort pa kar ke bhi aadmi aakhir mein bore ho jata hai.</w:t>
      </w:r>
    </w:p>
    <w:p>
      <w:pPr>
        <w:jc w:val="right"/>
      </w:pPr>
      <w:r>
        <w:t>ہالی ڈے اسٹریس تو دنیا میں ہم یہ دیکھتے ہیں کہ ہر قسم کا آرام، ہر قسم کا کمفرٹ پا کر کے بھی آدمی آخر میں بور ہو جاتا ہے۔</w:t>
      </w:r>
    </w:p>
    <w:p>
      <w:r>
        <w:rPr>
          <w:b/>
        </w:rPr>
        <w:t xml:space="preserve">[1:37:04] </w:t>
      </w:r>
      <w:r>
        <w:t>is ke baad koi cheez leak kar rahi hai, koi cheez leak kar rahi hai, is ki wajah se hum in samanon ke beech mein reh kar bhi enjoy nahi pa sakte, bore ho jate hain.</w:t>
      </w:r>
    </w:p>
    <w:p>
      <w:pPr>
        <w:jc w:val="right"/>
      </w:pPr>
      <w:r>
        <w:t>اس کے بعد کوئی چیز لیک کر رہی ہے، کوئی چیز لیک کر رہی ہے، اس کی وجہ سے ہم ان سامانوں کے بیچ میں رہ کر بھی انجوائے نہیں کر پاتے، بور ہو جاتے ہیں۔</w:t>
      </w:r>
    </w:p>
    <w:p>
      <w:r>
        <w:rPr>
          <w:b/>
        </w:rPr>
        <w:t xml:space="preserve">[1:37:18] </w:t>
      </w:r>
      <w:r>
        <w:t>to bilashuba jannat woh jagah hai jahan is is kami ko poora kar diya jayega. jo cheez wahan leak kar rahi hai, woh bhi wahan na hogi.</w:t>
      </w:r>
    </w:p>
    <w:p>
      <w:pPr>
        <w:jc w:val="right"/>
      </w:pPr>
      <w:r>
        <w:t>تو بلاشبہ جنت وہ جگہ ہے جہاں اس اس کمی کو پورا کر دیا جائے گا۔ جو چیز وہاں لیک کر رہی ہے، وہ بھی وہاں نہ ہوگی۔</w:t>
      </w:r>
    </w:p>
    <w:p>
      <w:r>
        <w:rPr>
          <w:b/>
        </w:rPr>
        <w:t xml:space="preserve">[1:37:28] </w:t>
      </w:r>
      <w:r>
        <w:t>to phir wahan par har qism ka aaram bhi hoga, aur plus woh cheez bhi hogi ke hum enjoy kar saken aur bore na hon.</w:t>
      </w:r>
    </w:p>
    <w:p>
      <w:pPr>
        <w:jc w:val="right"/>
      </w:pPr>
      <w:r>
        <w:t>تو پھر وہاں پر ہر قسم کا آرام بھی ہوگا، اور پلس وہ چیز بھی ہوگی کہ ہم انجوائے کر سکیں اور بور نہ ہوں۔</w:t>
      </w:r>
    </w:p>
    <w:p>
      <w:r>
        <w:rPr>
          <w:b/>
        </w:rPr>
        <w:t xml:space="preserve">[1:37:38] </w:t>
      </w:r>
      <w:r>
        <w:t>to mein to samajhta hoon ke bohat hi bari cheez hai jo sirf paradise milegi hum ko. ah, this question is from doctor farida khanam.</w:t>
      </w:r>
    </w:p>
    <w:p>
      <w:pPr>
        <w:jc w:val="right"/>
      </w:pPr>
      <w:r>
        <w:t>تو میں تو سمجھتا ہوں کہ بہت ہی بڑی چیز ہے جو صرف پیرائیز ملے گی ہم کو۔ اہ، دس کوئسچن از فرام ڈاکٹر فریدہ خانم۔</w:t>
      </w:r>
    </w:p>
    <w:p>
      <w:r>
        <w:rPr>
          <w:b/>
        </w:rPr>
        <w:t xml:space="preserve">[1:37:48] </w:t>
      </w:r>
      <w:r>
        <w:t>i have interacted with so many people, but they never bring god, life, hereafter, paradise into conversation.</w:t>
      </w:r>
    </w:p>
    <w:p>
      <w:pPr>
        <w:jc w:val="right"/>
      </w:pPr>
      <w:r>
        <w:t>آئی ہیو انٹریکٹڈ ود سو مینی پیپل، بٹ دے نیور برنگ گاڈ، لائف، ہیئر افٹر، پیراڈائز انٹو کنورسیشن۔</w:t>
      </w:r>
    </w:p>
    <w:p>
      <w:r>
        <w:rPr>
          <w:b/>
        </w:rPr>
        <w:t xml:space="preserve">[1:37:57] </w:t>
      </w:r>
      <w:r>
        <w:t>they attach importance only to worldly concerns and exert their utmost to achieve worldly goals. still, strangely enough, they all believe that they will be assured into paradise.</w:t>
      </w:r>
    </w:p>
    <w:p>
      <w:pPr>
        <w:jc w:val="right"/>
      </w:pPr>
      <w:r>
        <w:t>دے اٹیچ امپورٹنس اونلی ٹو ورلڈلی کنسرنز اینڈ ایگزرٹ دیر اٹ موسٹ ٹو اچیو ورلڈلی گولز۔ سٹل، سٹرینجلی انف، دے ال بیلیو دیٹ دے ول بی اشورڈ انٹو پیراڈائز۔</w:t>
      </w:r>
    </w:p>
    <w:p>
      <w:r>
        <w:rPr>
          <w:b/>
        </w:rPr>
        <w:t xml:space="preserve">[1:38:12] </w:t>
      </w:r>
      <w:r>
        <w:t>why do people suffer from this contradiction?</w:t>
      </w:r>
    </w:p>
    <w:p>
      <w:pPr>
        <w:jc w:val="right"/>
      </w:pPr>
      <w:r>
        <w:t>وائی ڈو پیپل سفر فرام دس کانٹراڈکشن؟</w:t>
      </w:r>
    </w:p>
    <w:p>
      <w:r>
        <w:rPr>
          <w:b/>
        </w:rPr>
        <w:t xml:space="preserve">[1:38:17] </w:t>
      </w:r>
      <w:r>
        <w:t>yeh to waqai bohat hi bara question hai, aur mein aksar yeh sochta hoon, logon se kehta hoon, khaas tor par musalmanon ke baray mein jo mein kehta hoon ke sab se bari jo musalmanon ke andar jo evil aayi hai, evil woh hai false conviction.</w:t>
      </w:r>
    </w:p>
    <w:p>
      <w:pPr>
        <w:jc w:val="right"/>
      </w:pPr>
      <w:r>
        <w:t>یہ تو واقعی بہت ہی بڑا کوئسچن ہے، اور میں اکثر یہ سوچتا ہوں، لوگوں سے کہتا ہوں، خاص طور پر مسلمانوں کے بارے میں جو میں کہتا ہوں کہ سب سے بڑی جو مسلمانوں کے اندر جو ایول آئی ہے، ایول وہ ہے فالس کنوکشن۔</w:t>
      </w:r>
    </w:p>
    <w:p>
      <w:r>
        <w:rPr>
          <w:b/>
        </w:rPr>
        <w:t xml:space="preserve">[1:38:42] </w:t>
      </w:r>
      <w:r>
        <w:t>sab se bari jis ko quran mein amani kaha gaya hai: "laisa amaniykum".</w:t>
      </w:r>
    </w:p>
    <w:p>
      <w:pPr>
        <w:jc w:val="right"/>
      </w:pPr>
      <w:r>
        <w:t>سب سے بڑی جس کو قرآن میں امانی کہا گیا ہے: "لیسب امانیکم"۔</w:t>
      </w:r>
    </w:p>
    <w:p>
      <w:r>
        <w:rPr>
          <w:b/>
        </w:rPr>
        <w:t xml:space="preserve">[1:38:48] </w:t>
      </w:r>
      <w:r>
        <w:t>amani ke literal maani hote hain khush fehmi, wishful thinking. aap is ko false conviction keh sakte hain. to kyun woh sab jhoote aqeeday?</w:t>
      </w:r>
    </w:p>
    <w:p>
      <w:pPr>
        <w:jc w:val="right"/>
      </w:pPr>
      <w:r>
        <w:t>امانی کے لیٹر معنی ہوتے ہیں خوش فہمی، وش فل تھنکنگ۔ آپ اس کو فالس کنوکشن کہہ سکتے ہیں۔ تو کیوں وہ سب جھوٹے عقیدے؟</w:t>
      </w:r>
    </w:p>
    <w:p>
      <w:r>
        <w:rPr>
          <w:b/>
        </w:rPr>
        <w:t xml:space="preserve">[1:39:01] </w:t>
      </w:r>
      <w:r>
        <w:t>jhoote is liye ke is ko is ko kehte hain mauzu' rooaiytien, jhoote aqeeday. jaise maine aap se kaha tha ke "al-salih lil-lah wa al-talih li".</w:t>
      </w:r>
    </w:p>
    <w:p>
      <w:pPr>
        <w:jc w:val="right"/>
      </w:pPr>
      <w:r>
        <w:t>جھوٹے اس لیے کہ اس کو اس کو کہتے ہیں موضوع روایتیں، جھوٹے عقیدے۔ جیسے میں نے آپ سے کہا تھا کہ "الصالح للہ وطالح لی"۔</w:t>
      </w:r>
    </w:p>
    <w:p>
      <w:r>
        <w:rPr>
          <w:b/>
        </w:rPr>
        <w:t xml:space="preserve">[1:39:12] </w:t>
      </w:r>
      <w:r>
        <w:t>achhe log khuda ke liye hain, bure log mere liye.</w:t>
      </w:r>
    </w:p>
    <w:p>
      <w:pPr>
        <w:jc w:val="right"/>
      </w:pPr>
      <w:r>
        <w:t>اچھے لوگ خدا کے لیے ہیں، برے لوگ میرے لیے۔</w:t>
      </w:r>
    </w:p>
    <w:p>
      <w:r>
        <w:rPr>
          <w:b/>
        </w:rPr>
        <w:t xml:space="preserve">[1:39:18] </w:t>
      </w:r>
      <w:r>
        <w:t>to ajeeb ajeeb jhooti kahaniyan hain ke wahan jannat ka jo gate hoga, us par khare ho jayenge, aur aur aur us ko angel jo hoga, woh us ko dhakeer ke hata dega: "hato tum, hamari jo ummat hai, pehle jayegi jannat mein, aur sab kuch jannat mein dakhil kar denge".</w:t>
      </w:r>
    </w:p>
    <w:p>
      <w:pPr>
        <w:jc w:val="right"/>
      </w:pPr>
      <w:r>
        <w:t>تو عجیب عجیب جھوٹی کہانیاں ہیں کہ وہاں جنت کا جو گیٹ ہوگا، اس پر کھڑے ہو جائیں گے، اور اور اور اس کو اینجل جو ہوگا، وہ اس کو ڈھکیر کے ہٹا دے گا: "ہٹو تم، ہماری جو امت ہے، پہلے جائے گی جنت میں، اور سب کچھ جنت میں داخل کر دیں گے"۔</w:t>
      </w:r>
    </w:p>
    <w:p>
      <w:r>
        <w:rPr>
          <w:b/>
        </w:rPr>
        <w:t xml:space="preserve">[1:39:37] </w:t>
      </w:r>
      <w:r>
        <w:t>is tarah ki hazaron hazar kahaniyan banawati hain jo phaili hui hain, jo hamara daily bayan ki jati hain.</w:t>
      </w:r>
    </w:p>
    <w:p>
      <w:pPr>
        <w:jc w:val="right"/>
      </w:pPr>
      <w:r>
        <w:t>اس طرح کی ہزاروں ہزار کہانیاں بناوٹی ہیں جو پھیلی ہوئی ہیں، جو ہمارا ڈیلی بیان کی جاتی ہے۔</w:t>
      </w:r>
    </w:p>
    <w:p>
      <w:r>
        <w:rPr>
          <w:b/>
        </w:rPr>
        <w:t xml:space="preserve">[1:39:46] </w:t>
      </w:r>
      <w:r>
        <w:t>daily masjidon mein isi tarah kahaniyan bayan ki jati hain, aur sab jhooti kahaniyan hain ke dargah mein chale jao to jannat mil jayegi, aur madina chale jao to woh jannat mil jayegi,</w:t>
      </w:r>
    </w:p>
    <w:p>
      <w:pPr>
        <w:jc w:val="right"/>
      </w:pPr>
      <w:r>
        <w:t>ڈیلی مسجدوں میں اسی طرح کہانیاں بیان کی جاتی ہیں، اور سب جھوٹی کہانیاں ہیں کہ درگاہ میں چلے جاؤ تو جنت مل جائے گی، اور مدینہ چلے جاؤ تو وہ جنت مل جائے گی،</w:t>
      </w:r>
    </w:p>
    <w:p>
      <w:r>
        <w:rPr>
          <w:b/>
        </w:rPr>
        <w:t xml:space="preserve">[1:40:00] </w:t>
      </w:r>
      <w:r>
        <w:t>aur hafiz ek bana do apne ghar mein to jannat mil jayegi, hajj kar lo to jannat mil jayegi. yeh sab jhooti kahaniyan hain.</w:t>
      </w:r>
    </w:p>
    <w:p>
      <w:pPr>
        <w:jc w:val="right"/>
      </w:pPr>
      <w:r>
        <w:t>اور حافظ ایک بنا دو اپنے گھر میں تو جنت مل جائے گی، حج کر لو تو جنت مل جائے گی۔ یہ سب جھوٹی کہانیاں ہیں۔</w:t>
      </w:r>
    </w:p>
    <w:p>
      <w:r>
        <w:rPr>
          <w:b/>
        </w:rPr>
        <w:t xml:space="preserve">[1:40:09] </w:t>
      </w:r>
      <w:r>
        <w:t>zalika jaza man tazakka. jo apne aap ko purify kare, woh paradise mein jayega. yaad rakhiye, jab bhi aap aisi koi rawaiyt sunein jis mein kisi place ko le kar kaha gaya ho ke wahan chale jao to bohat bara sawab hai,</w:t>
      </w:r>
    </w:p>
    <w:p>
      <w:pPr>
        <w:jc w:val="right"/>
      </w:pPr>
      <w:r>
        <w:t>ذالک جزا منتزکا۔ جو اپنے آپ کو پیوریفائی کرے، وہ پیراڈائز میں جائے گا۔ یاد رکھیے، جب بھی آپ ایسی کوئی روایت سنیں جس میں کسی پلیس کو لے کر کہا گیا ہو کہ وہاں چلے جاؤ تو بہت بڑا ثواب ہے،</w:t>
      </w:r>
    </w:p>
    <w:p>
      <w:r>
        <w:rPr>
          <w:b/>
        </w:rPr>
        <w:t xml:space="preserve">[1:40:28] </w:t>
      </w:r>
      <w:r>
        <w:t>ya kisi kuch words ko kaha jao ke sab ko bol do to bara bara sawab hai, woh samajh lijiye ke woh mauzu' hai, woh jhooti kahani hai.</w:t>
      </w:r>
    </w:p>
    <w:p>
      <w:pPr>
        <w:jc w:val="right"/>
      </w:pPr>
      <w:r>
        <w:t>یا کسی کچھ शब्दوں کو کہا جاؤ کہ سب کو بول دو تو بڑا بڑا ثواب ہے، وہ سمجھ لیجئے کہ وہ موضوع ہے، وہ جھوٹی کہانی ہے۔</w:t>
      </w:r>
    </w:p>
    <w:p>
      <w:r>
        <w:rPr>
          <w:b/>
        </w:rPr>
        <w:t xml:space="preserve">[1:40:39] </w:t>
      </w:r>
      <w:r>
        <w:t>reward jo hai, woh kabhi bhi kisi words se nahi hota hai, na kisi place se hota hai. ek real change aana chahiye,</w:t>
      </w:r>
    </w:p>
    <w:p>
      <w:pPr>
        <w:jc w:val="right"/>
      </w:pPr>
      <w:r>
        <w:t>ریوارڈ جو ہے، وہ کبھی بھی کسی शब्दوں سے نہیں ہوتا ہے، نہ کسی پلیس سے ہوتا ہے۔ ایک ریئل چینج آنا چاہیے،</w:t>
      </w:r>
    </w:p>
    <w:p>
      <w:r>
        <w:rPr>
          <w:b/>
        </w:rPr>
        <w:t xml:space="preserve">[1:40:49] </w:t>
      </w:r>
      <w:r>
        <w:t>ek real transformation hota hai insaan ki shakhsiyat mein, insaan ki personality mein. to is se aadmi paradise ke qabil banta hai, yani made based hai paradise.</w:t>
      </w:r>
    </w:p>
    <w:p>
      <w:pPr>
        <w:jc w:val="right"/>
      </w:pPr>
      <w:r>
        <w:t>ایک ریئل ٹرانسفارمیشن ہوتا ہے انسان کی شخصیت میں، انسان کی پرسنیلٹی میں۔ تو اس سے آدمی پیراڈائز کے قابل بنتا ہے، یعنی میڈ بیسڈ ہے پیراڈائز۔</w:t>
      </w:r>
    </w:p>
    <w:p>
      <w:r>
        <w:rPr>
          <w:b/>
        </w:rPr>
        <w:t xml:space="preserve">[1:41:01] </w:t>
      </w:r>
      <w:r>
        <w:t>to yeh sab jhooti kahaniyan hain. isi se musalman dheeth ho gaye hain, woh dheeth ho gaya. musalman</w:t>
      </w:r>
    </w:p>
    <w:p>
      <w:pPr>
        <w:jc w:val="right"/>
      </w:pPr>
      <w:r>
        <w:t>تو یہ سب جھوٹی کہانیاں ہیں۔ اسی سے مسلمان ڈھیٹ ہو گئے ہیں، وہ ڈھیٹ ہو گیا۔ مسلمان</w:t>
      </w:r>
    </w:p>
    <w:p>
      <w:r>
        <w:rPr>
          <w:b/>
        </w:rPr>
        <w:t xml:space="preserve">[1:41:08] </w:t>
      </w:r>
      <w:r>
        <w:t>hamari jannat pakki hai. sare musalman is ehsas mein jeete hain ke hamari jannat pakki hai, aur yeh bilkul jhooti baat hai.</w:t>
      </w:r>
    </w:p>
    <w:p>
      <w:pPr>
        <w:jc w:val="right"/>
      </w:pPr>
      <w:r>
        <w:t>ہماری جنت پکی ہے۔ سارے مسلمان اس احساس میں جیتے ہیں کہ ہماری جنت پکی ہے، اور یہ بالکل جھوٹی بات ہے۔</w:t>
      </w:r>
    </w:p>
    <w:p>
      <w:r>
        <w:rPr>
          <w:b/>
        </w:rPr>
        <w:t xml:space="preserve">[1:41:19] </w:t>
      </w:r>
      <w:r>
        <w:t>kisi ki jannat pakki nahi hai.</w:t>
      </w:r>
    </w:p>
    <w:p>
      <w:pPr>
        <w:jc w:val="right"/>
      </w:pPr>
      <w:r>
        <w:t>کسی کی جنت پکی نہیں ہے۔</w:t>
      </w:r>
    </w:p>
    <w:p>
      <w:r>
        <w:rPr>
          <w:b/>
        </w:rPr>
        <w:t xml:space="preserve">[1:41:23] </w:t>
      </w:r>
      <w:r>
        <w:t>hazrat rasool allah sallallahu alaihi wasallam ne aisha se kaha ke kisi ka amal jannat mein nahi le jayega, khuda ki rehmat jannat mein le jayegi.</w:t>
      </w:r>
    </w:p>
    <w:p>
      <w:pPr>
        <w:jc w:val="right"/>
      </w:pPr>
      <w:r>
        <w:t>حضرت رسول اللہ صلی اللہ علیہ وسلم نے عائشہ سے کہا کہ کسی کا عمل جنت میں نہیں لے جائے گا، خدا کی رحمت جنت میں لے جائے گی۔</w:t>
      </w:r>
    </w:p>
    <w:p>
      <w:r>
        <w:rPr>
          <w:b/>
        </w:rPr>
        <w:t xml:space="preserve">[1:41:33] </w:t>
      </w:r>
      <w:r>
        <w:t>to unhon ne poocha ke ke ke aap bhi</w:t>
      </w:r>
    </w:p>
    <w:p>
      <w:pPr>
        <w:jc w:val="right"/>
      </w:pPr>
      <w:r>
        <w:t>تو انہوں نے پوچھا کہ کہ کہ آپ بھی</w:t>
      </w:r>
    </w:p>
    <w:p>
      <w:r>
        <w:rPr>
          <w:b/>
        </w:rPr>
        <w:t xml:space="preserve">[1:41:35] </w:t>
      </w:r>
      <w:r>
        <w:t>? to aap ne kaha ke haan, aye aisha, ala allah bi rehmat min fazli, yahan tak ke khuda mujhe apni blessing se dhanp le.</w:t>
      </w:r>
    </w:p>
    <w:p>
      <w:pPr>
        <w:jc w:val="right"/>
      </w:pPr>
      <w:r>
        <w:t>؟ تو آپ نے کہا کہ ہاں، اے عائشہ، الا اللہ برحمت من فضلی، یہاں تک کہ خدا مجھے اپنی بلیسنگ سے ڈھانپ لے۔</w:t>
      </w:r>
    </w:p>
    <w:p>
      <w:r>
        <w:rPr>
          <w:b/>
        </w:rPr>
        <w:t xml:space="preserve">[1:41:47] </w:t>
      </w:r>
      <w:r>
        <w:t>to hamara amal kya hai? yani paradise ka price ban sakta hai. hamara amal kisi ke amal ki koi value nahi hai, koi bhi aadmi ho, us ke amal ki koi value nahi hai.</w:t>
      </w:r>
    </w:p>
    <w:p>
      <w:pPr>
        <w:jc w:val="right"/>
      </w:pPr>
      <w:r>
        <w:t>تو ہمارا عمل کیا ہے؟ یعنی پیراڈائز کا پرائس بن سکتا ہے۔ ہمارا عمل کسی کے عمل کی کوئی ویلیو نہیں ہے، کوئی بھی آدمی ہو، اس کے عمل کی کوئی ویلیو نہیں ہے۔</w:t>
      </w:r>
    </w:p>
    <w:p>
      <w:r>
        <w:rPr>
          <w:b/>
        </w:rPr>
        <w:t xml:space="preserve">[1:42:00] </w:t>
      </w:r>
      <w:r>
        <w:t>paradise itni bari hai, itni bari hai ke hamara koi bhi amal us ki price nahi ban sakta hai.</w:t>
      </w:r>
    </w:p>
    <w:p>
      <w:pPr>
        <w:jc w:val="right"/>
      </w:pPr>
      <w:r>
        <w:t>پیراڈائز اتنی بڑی ہے، اتنی بڑی ہے کہ ہمارا کوئی بھی عمل اس کی پرائس نہیں بن سکتا ہے۔</w:t>
      </w:r>
    </w:p>
    <w:p>
      <w:r>
        <w:rPr>
          <w:b/>
        </w:rPr>
        <w:t xml:space="preserve">[1:42:10] </w:t>
      </w:r>
      <w:r>
        <w:t>to yeh sab jo jhooti kahaniyan phaila rakhi hain logon ne, is ki wajah se musalmanon mein yeh aa gaya hai ek false conviction.</w:t>
      </w:r>
    </w:p>
    <w:p>
      <w:pPr>
        <w:jc w:val="right"/>
      </w:pPr>
      <w:r>
        <w:t>تو یہ سب جو جھوٹی کہانیاں پھیلا رکھی ہیں لوگوں نے، اس کی وجہ سے مسلمانوں میں یہ آ گیا ہے ایک فالس کنوکشن۔</w:t>
      </w:r>
    </w:p>
    <w:p>
      <w:r>
        <w:rPr>
          <w:b/>
        </w:rPr>
        <w:t xml:space="preserve">[1:42:21] </w:t>
      </w:r>
      <w:r>
        <w:t>isi liye woh samajhte hain ke wahan ka wahan pe to pakka hai, ab yahan ka wahan theek karo, jannat</w:t>
      </w:r>
    </w:p>
    <w:p>
      <w:pPr>
        <w:jc w:val="right"/>
      </w:pPr>
      <w:r>
        <w:t>اسی لیے وہ سمجھتے ہیں کہ وہاں کا وہاں پہ تو پکا ہے، اب یہاں کا وہاں ٹھیک کرو، جنت</w:t>
      </w:r>
    </w:p>
    <w:p>
      <w:r>
        <w:rPr>
          <w:b/>
        </w:rPr>
        <w:t xml:space="preserve">[1:42:27] </w:t>
      </w:r>
      <w:r>
        <w:t>to pakki hai, ab yahan bete beti ko apna un ki taraqqi ke liye kaam karo. dunya inhe pakki nazar nahi aati, akhirat pakki nazar aati hai.</w:t>
      </w:r>
    </w:p>
    <w:p>
      <w:pPr>
        <w:jc w:val="right"/>
      </w:pPr>
      <w:r>
        <w:t>تو پکی ہے، اب یہاں بیٹے بیٹی کو اپنا ان کی ترقی کے لیے کام کرو۔ دنیا انہیں پکی نظر نہیں آتی، آخرت پکی نظر آتی ہے۔</w:t>
      </w:r>
    </w:p>
    <w:p>
      <w:r>
        <w:rPr>
          <w:b/>
        </w:rPr>
        <w:t xml:space="preserve">[1:42:39] </w:t>
      </w:r>
      <w:r>
        <w:t>yeh saare musalmanon ka ehsaas yahi hai ke paradise to pakki hai, ab jo karna hai, woh yahan par theek thaak karo, apna paisa kamao, aur bachon ke future ko durust karo.</w:t>
      </w:r>
    </w:p>
    <w:p>
      <w:pPr>
        <w:jc w:val="right"/>
      </w:pPr>
      <w:r>
        <w:t>یہ سارے مسلمانوں کا احساس یہی ہے کہ پیراڈائز تو پکی ہے، اب جو کرنا ہے، وہ یہاں پر ٹھیک ٹھاک کرو، اپنا پیسہ کماؤ، اور بچوں کے فیوچر کو درست کرو۔</w:t>
      </w:r>
    </w:p>
    <w:p>
      <w:r>
        <w:rPr>
          <w:b/>
        </w:rPr>
        <w:t xml:space="preserve">[1:42:48] </w:t>
      </w:r>
      <w:r>
        <w:t>yeh kitni sab yeh to bilkul jhooti baatein hain.</w:t>
      </w:r>
    </w:p>
    <w:p>
      <w:pPr>
        <w:jc w:val="right"/>
      </w:pPr>
      <w:r>
        <w:t>یہ کتنی سب یہ تو بالکل جھوٹی باتیں ہیں۔</w:t>
      </w:r>
    </w:p>
    <w:p>
      <w:r>
        <w:rPr>
          <w:b/>
        </w:rPr>
        <w:t xml:space="preserve">[1:42:54] </w:t>
      </w:r>
      <w:r>
        <w:t>main kahunga maamla ulta hai,</w:t>
      </w:r>
    </w:p>
    <w:p>
      <w:pPr>
        <w:jc w:val="right"/>
      </w:pPr>
      <w:r>
        <w:t>میں کہوں گا معاملہ الٹا ہے،</w:t>
      </w:r>
    </w:p>
    <w:p>
      <w:r>
        <w:rPr>
          <w:b/>
        </w:rPr>
        <w:t xml:space="preserve">[1:42:57] </w:t>
      </w:r>
      <w:r>
        <w:t>dunya pakki hai, akhirat pakki nahi hai. is liye ke dunya mein jab hum paida kiya khuda ne, to hamein test paper bhi khuda zaroor de ga.</w:t>
      </w:r>
    </w:p>
    <w:p>
      <w:pPr>
        <w:jc w:val="right"/>
      </w:pPr>
      <w:r>
        <w:t>دنیا پکی ہے، آخرت پکی نہیں ہے۔ اس لیے کہ دنیا میں جب ہم پیدا کیا خدا نے، تو ہمیں ٹیسٹ پیپر بھی خدا ضرور دے گا۔</w:t>
      </w:r>
    </w:p>
    <w:p>
      <w:r>
        <w:rPr>
          <w:b/>
        </w:rPr>
        <w:t xml:space="preserve">[1:43:12] </w:t>
      </w:r>
      <w:r>
        <w:t>jo kuch bhi hai, woh test paper hai, chahe building ho, chahe car ho, chahe aulad ho, sab test papers hain.</w:t>
      </w:r>
    </w:p>
    <w:p>
      <w:pPr>
        <w:jc w:val="right"/>
      </w:pPr>
      <w:r>
        <w:t>جو کچھ بھی ہے، وہ ٹیسٹ پیپر ہے، چاہے بلڈنگ ہو، چاہے کار ہو، چاہے اولاد ہو، سب ٹیسٹ پیپرز ہیں۔</w:t>
      </w:r>
    </w:p>
    <w:p>
      <w:r>
        <w:rPr>
          <w:b/>
        </w:rPr>
        <w:t xml:space="preserve">[1:43:21] </w:t>
      </w:r>
      <w:r>
        <w:t>to jab aap ko koi examination hall mein bulaya jaye, to wahan par woh arrange karte hain table ya chair ya jo kuch bhi.</w:t>
      </w:r>
    </w:p>
    <w:p>
      <w:pPr>
        <w:jc w:val="right"/>
      </w:pPr>
      <w:r>
        <w:t>تو جب آپ کو کوئی ایگزامینیشن ہال میں بلایا جائے، تو وہاں پر وہ ارینج کرتے ہیں ٹیبل یا چیئر یا جو کچھ بھی۔</w:t>
      </w:r>
    </w:p>
    <w:p>
      <w:r>
        <w:rPr>
          <w:b/>
        </w:rPr>
        <w:t xml:space="preserve">[1:43:33] </w:t>
      </w:r>
      <w:r>
        <w:t>to khuda ne jab paida kiya hai aap ko yahan par test ke liye, to test paper ki zimmedari khuda ki hai. to dunya ke liye khuda ne zimma le rakha hai ke mujhe doon ga tum ko sab cheezein taake tum test kar sako, apna test de sako.</w:t>
      </w:r>
    </w:p>
    <w:p>
      <w:pPr>
        <w:jc w:val="right"/>
      </w:pPr>
      <w:r>
        <w:t>تو خدا نے جب پیدا کیا ہے آپ کو یہاں پر ٹیسٹ کے لیے، تو ٹیسٹ پیپر کی ذمہ داری خدا کی ہے۔ تو دنیا کے لیے خدا نے ذمہ لے رکھا ہے کہ مجھے دوں گا تم کو سب چیزیں تاکہ تم ٹیسٹ کر سکو، اپنا ٹیسٹ دے سکو۔</w:t>
      </w:r>
    </w:p>
    <w:p>
      <w:r>
        <w:rPr>
          <w:b/>
        </w:rPr>
        <w:t xml:space="preserve">[1:43:48] </w:t>
      </w:r>
      <w:r>
        <w:t>wahan ki koi zimmedari nahi hai.</w:t>
      </w:r>
    </w:p>
    <w:p>
      <w:pPr>
        <w:jc w:val="right"/>
      </w:pPr>
      <w:r>
        <w:t>وہاں کی کوئی ذمہ داری نہیں ہے۔</w:t>
      </w:r>
    </w:p>
    <w:p>
      <w:r>
        <w:rPr>
          <w:b/>
        </w:rPr>
        <w:t xml:space="preserve">[1:43:51] </w:t>
      </w:r>
      <w:r>
        <w:t>kaisi ajeeb baat hai yeh yeh soch ke maamla ulta hai. yeh yeh jo koi bohat zyada sochne ki baat hai ke dunya ki zimmedari khuda ne le rakhi hai.</w:t>
      </w:r>
    </w:p>
    <w:p>
      <w:pPr>
        <w:jc w:val="right"/>
      </w:pPr>
      <w:r>
        <w:t>کیسی عجیب بات ہے یہ یہ سوچ کہ معاملہ الٹا ہے۔ یہ یہ جو کوئی بہت زیادہ سوچنے کی بات ہے کہ دنیا کی ذمہ داری خدا نے لے رکھی ہے۔</w:t>
      </w:r>
    </w:p>
    <w:p>
      <w:r>
        <w:rPr>
          <w:b/>
        </w:rPr>
        <w:t xml:space="preserve">[1:44:05] </w:t>
      </w:r>
      <w:r>
        <w:t>wa ma min dabbatin fil ardi illa allahi rizquha.</w:t>
      </w:r>
    </w:p>
    <w:p>
      <w:pPr>
        <w:jc w:val="right"/>
      </w:pPr>
      <w:r>
        <w:t>وما من داب فی الارض الا اللہ رزقہ۔</w:t>
      </w:r>
    </w:p>
    <w:p>
      <w:r>
        <w:rPr>
          <w:b/>
        </w:rPr>
        <w:t xml:space="preserve">[1:44:11] </w:t>
      </w:r>
      <w:r>
        <w:t>ek hadith hai ke khuda ne jo kuch tumhare liye likh diya hai, woh tumhe mil kar rahe ga, aur jo nahi likha hai, woh tumhe kabhi bhi nahi mile ga,</w:t>
      </w:r>
    </w:p>
    <w:p>
      <w:pPr>
        <w:jc w:val="right"/>
      </w:pPr>
      <w:r>
        <w:t>ایک حدیث ہے کہ خدا نے جو کچھ تمہارے لیے لکھ دیا ہے، وہ تمہیں مل کر رہے گا، اور جو نہیں لکھا ہے، وہ تمہیں کبھی بھی نہیں ملے گا،</w:t>
      </w:r>
    </w:p>
    <w:p>
      <w:r>
        <w:rPr>
          <w:b/>
        </w:rPr>
        <w:t xml:space="preserve">[1:44:20] </w:t>
      </w:r>
      <w:r>
        <w:t>chahe kuch bhi kar dalo. to dunya mein khuda ne hamare liye bator test papers jo cheezein likh di thin, woh mil kar rahein gi hamein, lekin paradise mile gi merit ki buniyad par,</w:t>
      </w:r>
    </w:p>
    <w:p>
      <w:pPr>
        <w:jc w:val="right"/>
      </w:pPr>
      <w:r>
        <w:t>چاہے کچھ بھی کر ڈالو۔ تو دنیا میں خدا نے ہمارے لیے بطور ٹیسٹ پیپرز جو چیزیں لکھ دی تھیں، وہ مل کر رہیں گی ہمیں، لیکن پیراڈائز ملے گی میرٹ کی بنیاد پر،</w:t>
      </w:r>
    </w:p>
    <w:p>
      <w:r>
        <w:rPr>
          <w:b/>
        </w:rPr>
        <w:t xml:space="preserve">[1:44:35] </w:t>
      </w:r>
      <w:r>
        <w:t>woh aisa nahi mil jaye ga. to maamla bilkul ulta hai ke akhirat ka maamla jo hai, woh pakka nahi hai. yahan ka maamla to pakka hai, paida ho gaye to sab cheez milni hi milni hai hamein.</w:t>
      </w:r>
    </w:p>
    <w:p>
      <w:pPr>
        <w:jc w:val="right"/>
      </w:pPr>
      <w:r>
        <w:t>وہ ایسا نہیں مل جائے گی۔ تو معاملہ بالکل الٹا ہے کہ آخرت کا معاملہ جو ہے، وہ پکا نہیں ہے۔ یہاں کا معاملہ تو پکا ہے، پیدا ہوگئے تو سب چیز ملنی ہی ملنی ہے ہمیں۔</w:t>
      </w:r>
    </w:p>
    <w:p>
      <w:r>
        <w:rPr>
          <w:b/>
        </w:rPr>
        <w:t xml:space="preserve">[1:44:49] </w:t>
      </w:r>
      <w:r>
        <w:t>jis tarah hawa milti hai saans lene ke liye, suraj milta hai hamein roshni dekhne ke liye, isi tarah saari cheezein milein gi. yeh bohat bari fallacy hai jis mein saare musalman jee rahe hain.</w:t>
      </w:r>
    </w:p>
    <w:p>
      <w:pPr>
        <w:jc w:val="right"/>
      </w:pPr>
      <w:r>
        <w:t>جس طرح ہوا ملتی ہے سانس لینے کے لیے، سورج ملتا ہے ہمیں روشنی دیکھنے کے لیے، اسی طرح ساری چیزیں ملیں گی۔ یہ بہت بڑی فلیسی ہے جس میں سارے مسلمان جی رہے ہیں۔</w:t>
      </w:r>
    </w:p>
    <w:p>
      <w:r>
        <w:rPr>
          <w:b/>
        </w:rPr>
        <w:t xml:space="preserve">[1:45:03] </w:t>
      </w:r>
      <w:r>
        <w:t>ab main to dukhi hota hoon, lekin hum ko aap ko is fallacy se logon ko nikalna hai. hamara jo dua work hai, hamara jo hai, woh logon ko is fallacy se nikalna hai.</w:t>
      </w:r>
    </w:p>
    <w:p>
      <w:pPr>
        <w:jc w:val="right"/>
      </w:pPr>
      <w:r>
        <w:t>اب میں تو دکھی ہوتا ہوں، لیکن ہم کو آپ کو اس فلیسی سے لوگوں کو نکالنا ہے۔ ہمارا جو دعا ورک ہے، ہمارا جو ہے، وہ لوگوں کو اس فلیسی سے نکالنا ہے۔</w:t>
      </w:r>
    </w:p>
    <w:p>
      <w:r>
        <w:rPr>
          <w:b/>
        </w:rPr>
        <w:t xml:space="preserve">[1:45:18] </w:t>
      </w:r>
      <w:r>
        <w:t>the question is from idrees. molana, how did you discover god and paradise?</w:t>
      </w:r>
    </w:p>
    <w:p>
      <w:pPr>
        <w:jc w:val="right"/>
      </w:pPr>
      <w:r>
        <w:t>دس کوئسچن از فرام ادریس۔ مولانا، ہاؤ ڈیڈ یو ڈسکور گاڈ اینڈ پیراڈائز؟</w:t>
      </w:r>
    </w:p>
    <w:p>
      <w:r>
        <w:rPr>
          <w:b/>
        </w:rPr>
        <w:t xml:space="preserve">[1:45:30] </w:t>
      </w:r>
      <w:r>
        <w:t>ab yeh to bari lambi kahani hai, main inshallah isi par ek sunday rakhun ga, to thoda wait kar lijiye aap.</w:t>
      </w:r>
    </w:p>
    <w:p>
      <w:pPr>
        <w:jc w:val="right"/>
      </w:pPr>
      <w:r>
        <w:t>اب یہ تو بڑی لمبی کہانی ہے، میں انشاءاللہ اسی پر ایک سنڈے رکھوں گا، تو تھوڑا ویٹ کر لیجئے آپ۔</w:t>
      </w:r>
    </w:p>
    <w:p>
      <w:r>
        <w:rPr>
          <w:b/>
        </w:rPr>
        <w:t xml:space="preserve">[1:45:42] </w:t>
      </w:r>
      <w:r>
        <w:t>the question is from doctor farida khanam.</w:t>
      </w:r>
    </w:p>
    <w:p>
      <w:pPr>
        <w:jc w:val="right"/>
      </w:pPr>
      <w:r>
        <w:t>دس کوئسچن از فرام ڈاکٹر فریدہ خانم۔</w:t>
      </w:r>
    </w:p>
    <w:p>
      <w:r>
        <w:rPr>
          <w:b/>
        </w:rPr>
        <w:t xml:space="preserve">[1:45:46] </w:t>
      </w:r>
      <w:r>
        <w:t>There is nothing permanent in this world. Everything is probable. There is no certainty, but still we can think, feel, touch, see and smell.</w:t>
      </w:r>
    </w:p>
    <w:p>
      <w:pPr>
        <w:jc w:val="right"/>
      </w:pPr>
      <w:r>
        <w:t>دیر از نتھنگ پرماننٹ ان دس ورلڈ۔ ایوری تھنگ از پروبیبل۔ دیر از نو سرٹینٹی، بٹ سٹل وی کین تھنک، فیل، ٹچ، سی اینڈ سمیل۔</w:t>
      </w:r>
    </w:p>
    <w:p>
      <w:r>
        <w:rPr>
          <w:b/>
        </w:rPr>
        <w:t xml:space="preserve">[1:46:00] </w:t>
      </w:r>
      <w:r>
        <w:t>This shows that in this world of probability, we can lead a full life. Does this explain that we can lead a fuller life in the permanent world of paradise?</w:t>
      </w:r>
    </w:p>
    <w:p>
      <w:pPr>
        <w:jc w:val="right"/>
      </w:pPr>
      <w:r>
        <w:t>دس شوز دیٹ ان دس ورلڈ اف پروبیبلٹی، وی کین لیڈ ا فل لائف۔ ڈز دس ایکسپلین دیٹ وی کین لیڈ ا فولر لائف ان دی پرماننٹ ورلڈ اف پیراڈائز؟</w:t>
      </w:r>
    </w:p>
    <w:p>
      <w:r>
        <w:rPr>
          <w:b/>
        </w:rPr>
        <w:t xml:space="preserve">[1:46:13] </w:t>
      </w:r>
      <w:r>
        <w:t>haan, yeh sahi baat hai, bilkul theek hai.</w:t>
      </w:r>
    </w:p>
    <w:p>
      <w:pPr>
        <w:jc w:val="right"/>
      </w:pPr>
      <w:r>
        <w:t>ہاں، یہ صحیح بات ہے، بالکل ٹھیک ہے۔</w:t>
      </w:r>
    </w:p>
    <w:p>
      <w:r>
        <w:rPr>
          <w:b/>
        </w:rPr>
        <w:t xml:space="preserve">[1:46:16] </w:t>
      </w:r>
      <w:r>
        <w:t>aik acha argument hai, yeh inshallah.</w:t>
      </w:r>
    </w:p>
    <w:p>
      <w:pPr>
        <w:jc w:val="right"/>
      </w:pPr>
      <w:r>
        <w:t>ایک اچھا ارگیومنٹ ہے، یہ 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