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February 2018</w:t>
      </w:r>
    </w:p>
    <w:p>
      <w:r>
        <w:t>https://www.youtube.com/watch?v=02jBj-XIuhc</w:t>
      </w:r>
    </w:p>
    <w:p>
      <w:r>
        <w:rPr>
          <w:b/>
        </w:rPr>
        <w:t xml:space="preserve">[00:05] </w:t>
      </w:r>
      <w:r>
        <w:t>arsala february 2018. quran se rehnumai. quran ki ek ayat in alfaz mein aayi hai: "kitab anzalnah ilayka mubarakul liyadabaro ayatihi wal yatazakkar olo al albab". yani yeh ek barkat wali kitab hai jo hum ne tumhari taraf utari hai taake log is ki ayaton par ghaur karein aur taak</w:t>
      </w:r>
    </w:p>
    <w:p>
      <w:pPr>
        <w:jc w:val="right"/>
      </w:pPr>
      <w:r>
        <w:t>ارسالہ فروری 2018۔ قرآن سے رہنمائی۔ قرآن کی ایک آیت ان الفاظ میں آئی ہے: "کتاب أنزلناه إليك مبارك لیدبرو آیاتہ ولیتذکر أولو الألباب"۔ یعنی یہ ایک برکت والی کتاب ہے جو ہم نے تمہاری طرف اتاری ہے تاکہ لوگ اس کی آیتوں پر غور کریں اور تاک</w:t>
      </w:r>
    </w:p>
    <w:p>
      <w:r>
        <w:rPr>
          <w:b/>
        </w:rPr>
        <w:t xml:space="preserve">[00:35] </w:t>
      </w:r>
      <w:r>
        <w:t>h aql wale is se naseehat hasil karein.</w:t>
      </w:r>
    </w:p>
    <w:p>
      <w:pPr>
        <w:jc w:val="right"/>
      </w:pPr>
      <w:r>
        <w:t>ہ عقل والے اس سے نصیحت حاصل کریں۔</w:t>
      </w:r>
    </w:p>
    <w:p>
      <w:r>
        <w:rPr>
          <w:b/>
        </w:rPr>
        <w:t xml:space="preserve">[00:41] </w:t>
      </w:r>
      <w:r>
        <w:t>quran mein tadabbur ka matlab hai quran ki ayaton par ghor karna.</w:t>
      </w:r>
    </w:p>
    <w:p>
      <w:pPr>
        <w:jc w:val="right"/>
      </w:pPr>
      <w:r>
        <w:t>قرآن میں تدبر کا مطلب ہے قرآن کی آیتوں پر غور کرنا۔</w:t>
      </w:r>
    </w:p>
    <w:p>
      <w:r>
        <w:rPr>
          <w:b/>
        </w:rPr>
        <w:t xml:space="preserve">[00:46] </w:t>
      </w:r>
      <w:r>
        <w:t>ghor karne ka maqsad yeh bataya gaya ke quran ki ayaton se naseehat lena.</w:t>
      </w:r>
    </w:p>
    <w:p>
      <w:pPr>
        <w:jc w:val="right"/>
      </w:pPr>
      <w:r>
        <w:t>غور کرنے کا مقصد یہ بتایا گیا کہ قرآن کی آیتوں سے نصیحت لینا۔</w:t>
      </w:r>
    </w:p>
    <w:p>
      <w:r>
        <w:rPr>
          <w:b/>
        </w:rPr>
        <w:t xml:space="preserve">[00:51] </w:t>
      </w:r>
      <w:r>
        <w:t>doosre lafzon mein yeh ke quran ki ayaton ka tatbiqi mafhoom ya applied meaning daryaft karna, ek general</w:t>
      </w:r>
    </w:p>
    <w:p>
      <w:pPr>
        <w:jc w:val="right"/>
      </w:pPr>
      <w:r>
        <w:t>دوسرے لفظوں میں یہ کہ قرآن کی آیتوں کا تطبیقی مفہوم یا اپلائیڈ میننگ دریافت کرنا، ایک جنرل</w:t>
      </w:r>
    </w:p>
    <w:p>
      <w:r>
        <w:rPr>
          <w:b/>
        </w:rPr>
        <w:t xml:space="preserve">[00:56] </w:t>
      </w:r>
      <w:r>
        <w:t>hukm ko personalized kar ke samajhna.</w:t>
      </w:r>
    </w:p>
    <w:p>
      <w:pPr>
        <w:jc w:val="right"/>
      </w:pPr>
      <w:r>
        <w:t>حکم کو پرسنلائز کر کے سمجھنا۔</w:t>
      </w:r>
    </w:p>
    <w:p>
      <w:r>
        <w:rPr>
          <w:b/>
        </w:rPr>
        <w:t xml:space="preserve">[01:02] </w:t>
      </w:r>
      <w:r>
        <w:t>isi ko insani zaban mein naseehat kaha jata hai.</w:t>
      </w:r>
    </w:p>
    <w:p>
      <w:pPr>
        <w:jc w:val="right"/>
      </w:pPr>
      <w:r>
        <w:t>اسی کو انسانی زبان میں نصیحت کہا جاتا ہے۔</w:t>
      </w:r>
    </w:p>
    <w:p>
      <w:r>
        <w:rPr>
          <w:b/>
        </w:rPr>
        <w:t xml:space="preserve">[01:07] </w:t>
      </w:r>
      <w:r>
        <w:t>goya ke tadabbur ka matlab hai ek usooli hukm ko amli naseehat ke andaz mein dhalna.</w:t>
      </w:r>
    </w:p>
    <w:p>
      <w:pPr>
        <w:jc w:val="right"/>
      </w:pPr>
      <w:r>
        <w:t>گویا کہ تدبر کا مطلب ہے ایک اصولی حکم کو عملی نصیحت کے انداز میں ڈھالنا۔</w:t>
      </w:r>
    </w:p>
    <w:p>
      <w:r>
        <w:rPr>
          <w:b/>
        </w:rPr>
        <w:t xml:space="preserve">[01:12] </w:t>
      </w:r>
      <w:r>
        <w:t>misalan maujooda zamane ke musalman aam taur par yeh shikayat karte hain ke maghribi dunya un ki mukhalif</w:t>
      </w:r>
    </w:p>
    <w:p>
      <w:pPr>
        <w:jc w:val="right"/>
      </w:pPr>
      <w:r>
        <w:t>مثلاً موجودہ زمانے کے مسلمان عام طور پر یہ شکایت کرتے ہیں کہ مغربی دنیا ان کی مخالف</w:t>
      </w:r>
    </w:p>
    <w:p>
      <w:r>
        <w:rPr>
          <w:b/>
        </w:rPr>
        <w:t xml:space="preserve">[01:17] </w:t>
      </w:r>
      <w:r>
        <w:t>ho gayi hai.</w:t>
      </w:r>
    </w:p>
    <w:p>
      <w:pPr>
        <w:jc w:val="right"/>
      </w:pPr>
      <w:r>
        <w:t>ہو گئی ہے۔</w:t>
      </w:r>
    </w:p>
    <w:p>
      <w:r>
        <w:rPr>
          <w:b/>
        </w:rPr>
        <w:t xml:space="preserve">[01:22] </w:t>
      </w:r>
      <w:r>
        <w:t>mukhalifat ke is culture ko woh islamophobia ka naam dete hain.</w:t>
      </w:r>
    </w:p>
    <w:p>
      <w:pPr>
        <w:jc w:val="right"/>
      </w:pPr>
      <w:r>
        <w:t>مخالفت کے اس کلچر کو وہ اسلامو فوبیا کا نام دیتے ہیں۔</w:t>
      </w:r>
    </w:p>
    <w:p>
      <w:r>
        <w:rPr>
          <w:b/>
        </w:rPr>
        <w:t xml:space="preserve">[01:27] </w:t>
      </w:r>
      <w:r>
        <w:t>is masle par ghor karte hue jab aap quran par nazar dalenge to aap ke samne yeh</w:t>
      </w:r>
    </w:p>
    <w:p>
      <w:pPr>
        <w:jc w:val="right"/>
      </w:pPr>
      <w:r>
        <w:t>اس مسئلے پر غور کرتے ہوئے جب آپ قرآن پر نظر ڈالیں گے تو آپ کے سامنے یہ</w:t>
      </w:r>
    </w:p>
    <w:p>
      <w:r>
        <w:rPr>
          <w:b/>
        </w:rPr>
        <w:t xml:space="preserve">[01:32] </w:t>
      </w:r>
      <w:r>
        <w:t>aayat aayegi: "wa ma asabakum min musibatin fab</w:t>
      </w:r>
    </w:p>
    <w:p>
      <w:pPr>
        <w:jc w:val="right"/>
      </w:pPr>
      <w:r>
        <w:t>آیت آئے گی: "وما أصابكم من مصيبة فب</w:t>
      </w:r>
    </w:p>
    <w:p>
      <w:r>
        <w:rPr>
          <w:b/>
        </w:rPr>
        <w:t xml:space="preserve">[01:37] </w:t>
      </w:r>
      <w:r>
        <w:t>ma kasabat aideekum".</w:t>
      </w:r>
    </w:p>
    <w:p>
      <w:pPr>
        <w:jc w:val="right"/>
      </w:pPr>
      <w:r>
        <w:t>ما كسبت أيديكم"۔</w:t>
      </w:r>
    </w:p>
    <w:p>
      <w:r>
        <w:rPr>
          <w:b/>
        </w:rPr>
        <w:t xml:space="preserve">[01:42] </w:t>
      </w:r>
      <w:r>
        <w:t>yani aur jo musibat tum ko pohanchti hai to woh tumhare hathon ke kiye hue kamon hi se pohanchti hai.</w:t>
      </w:r>
    </w:p>
    <w:p>
      <w:pPr>
        <w:jc w:val="right"/>
      </w:pPr>
      <w:r>
        <w:t>یعنی اور جو مصیبت تم کو پہنچتی ہے تو وہ تمہارے ہاتھوں کے کیے ہوئے کاموں ہی سے پہنچتی ہے۔</w:t>
      </w:r>
    </w:p>
    <w:p>
      <w:r>
        <w:rPr>
          <w:b/>
        </w:rPr>
        <w:t xml:space="preserve">[01:47] </w:t>
      </w:r>
      <w:r>
        <w:t>is aayat par ghaur kiya jaye to is se ibarat un-nas ke darje mein yeh baat nikalti hai</w:t>
      </w:r>
    </w:p>
    <w:p>
      <w:pPr>
        <w:jc w:val="right"/>
      </w:pPr>
      <w:r>
        <w:t>اس آیت پر غور کیا جائے تو اس سے عبارت النص کے درجے میں یہ بات نکلتی ہے</w:t>
      </w:r>
    </w:p>
    <w:p>
      <w:r>
        <w:rPr>
          <w:b/>
        </w:rPr>
        <w:t xml:space="preserve">[01:52] </w:t>
      </w:r>
      <w:r>
        <w:t>ke har musibat jis ke liye tum doosron ki shikayat karoge woh tumhare apne hi kiye ka nateeja hogi.</w:t>
      </w:r>
    </w:p>
    <w:p>
      <w:pPr>
        <w:jc w:val="right"/>
      </w:pPr>
      <w:r>
        <w:t>کہ ہر مصیبت جس کے لیے تم دوسروں کی شکایت کرو گے وہ تمہارے اپنے ہی کیے کا نتیجہ ہوگی۔</w:t>
      </w:r>
    </w:p>
    <w:p>
      <w:r>
        <w:rPr>
          <w:b/>
        </w:rPr>
        <w:t xml:space="preserve">[01:57] </w:t>
      </w:r>
      <w:r>
        <w:t>is liye musibat ka sabab apne aap ko samjho na ke doosron ko.</w:t>
      </w:r>
    </w:p>
    <w:p>
      <w:pPr>
        <w:jc w:val="right"/>
      </w:pPr>
      <w:r>
        <w:t>اس لیے مصیبت کا سبب اپنے آپ کو سمجھو نہ کہ دوسروں کو۔</w:t>
      </w:r>
    </w:p>
    <w:p>
      <w:r>
        <w:rPr>
          <w:b/>
        </w:rPr>
        <w:t xml:space="preserve">[02:02] </w:t>
      </w:r>
      <w:r>
        <w:t>aayat par mazeed ghaur</w:t>
      </w:r>
    </w:p>
    <w:p>
      <w:pPr>
        <w:jc w:val="right"/>
      </w:pPr>
      <w:r>
        <w:t>آیت پر مزید غور</w:t>
      </w:r>
    </w:p>
    <w:p>
      <w:r>
        <w:rPr>
          <w:b/>
        </w:rPr>
        <w:t xml:space="preserve">[02:07] </w:t>
      </w:r>
      <w:r>
        <w:t>kya jaye to maloom hoga ke jis cheez ko musalman doosron ki taraf mansoob kar ke islamophobia</w:t>
      </w:r>
    </w:p>
    <w:p>
      <w:pPr>
        <w:jc w:val="right"/>
      </w:pPr>
      <w:r>
        <w:t>کیا جائے تو معلوم ہوگا کہ جس چیز کو مسلمان دوسروں کی طرف منسوب کر کے اسلامو فوبیا</w:t>
      </w:r>
    </w:p>
    <w:p>
      <w:r>
        <w:rPr>
          <w:b/>
        </w:rPr>
        <w:t xml:space="preserve">[02:17] </w:t>
      </w:r>
      <w:r>
        <w:t>kehte hain woh khud musalmanon ke apne amal ka rad-e-amal ya reaction hota hai.</w:t>
      </w:r>
    </w:p>
    <w:p>
      <w:pPr>
        <w:jc w:val="right"/>
      </w:pPr>
      <w:r>
        <w:t>کہتے ہیں وہ خود مسلمانوں کے اپنے عمل کا ردعمل یا ری ایکشن ہوتا ہے۔</w:t>
      </w:r>
    </w:p>
    <w:p>
      <w:r>
        <w:rPr>
          <w:b/>
        </w:rPr>
        <w:t xml:space="preserve">[02:26] </w:t>
      </w:r>
      <w:r>
        <w:t>goya ke islamophobia apni haqeeqat ke aitbar se westophobia hai.</w:t>
      </w:r>
    </w:p>
    <w:p>
      <w:pPr>
        <w:jc w:val="right"/>
      </w:pPr>
      <w:r>
        <w:t>گویا کہ اسلامو فوبیا اپنی حقیقت کے اعتبار سے ویسٹو فوبیا ہے۔</w:t>
      </w:r>
    </w:p>
    <w:p>
      <w:r>
        <w:rPr>
          <w:b/>
        </w:rPr>
        <w:t xml:space="preserve">[02:36] </w:t>
      </w:r>
      <w:r>
        <w:t>yani tadabbur ka matlab hai aayat ka tatbiqi mafhoom daryaft karna aur is se amli naseehat hasil karna.</w:t>
      </w:r>
    </w:p>
    <w:p>
      <w:pPr>
        <w:jc w:val="right"/>
      </w:pPr>
      <w:r>
        <w:t>یعنی تدبر کا مطلب ہے آیت کا تطبیقی مفہوم دریافت کرنا اور اس سے عملی نصیحت حاصل کرنا۔</w:t>
      </w:r>
    </w:p>
    <w:p>
      <w:r>
        <w:rPr>
          <w:b/>
        </w:rPr>
        <w:t xml:space="preserve">[02:45] </w:t>
      </w:r>
      <w:r>
        <w:t>marifat nuqta aghaz. deeni fikr ke bare mein kuch log josh o kharosh ke sath kehte hain: "al tawheed awwalan". yeh baat bazahir durust hai lekin yeh quran ke ain mutabiq nahi. quran ke mutabiq pehle marifat aati hai, is ke baad tawheed aati hai, jaisa ke hasb e zail ayat quraani se maloom hota hai:</w:t>
      </w:r>
    </w:p>
    <w:p>
      <w:pPr>
        <w:jc w:val="right"/>
      </w:pPr>
      <w:r>
        <w:t>معرفت نقطہ آغاز۔ دینی فکر کے بارے میں کچھ لوگ جوش و خروش کے ساتھ کہتے ہیں: "التوحید أولاً"۔ یہ بات بظاہر درست ہے لیکن یہ قرآن کے عین مطابق نہیں۔ قرآن کے مطابق پہلے معرفت آتی ہے، اس کے بعد توحید آتی ہے، جیسا کہ حسب ذیل آیت قرآنی سے معلوم ہوتا ہے:</w:t>
      </w:r>
    </w:p>
    <w:p>
      <w:r>
        <w:rPr>
          <w:b/>
        </w:rPr>
        <w:t xml:space="preserve">[03:15] </w:t>
      </w:r>
      <w:r>
        <w:t>"wa izaa sami'oo ma unzila ilar rasooli tara a'yunuhum tafeedu minad dam'i mimma 'arafoo min al-haqq".</w:t>
      </w:r>
    </w:p>
    <w:p>
      <w:pPr>
        <w:jc w:val="right"/>
      </w:pPr>
      <w:r>
        <w:t>"وإذا سمعوا ما أنزل إلى الرسول ترى أعينهم تفيض من الدمع مما عرفوا من الحق"۔</w:t>
      </w:r>
    </w:p>
    <w:p>
      <w:r>
        <w:rPr>
          <w:b/>
        </w:rPr>
        <w:t xml:space="preserve">[03:23] </w:t>
      </w:r>
      <w:r>
        <w:t>yani aur jab woh is kalam ko suntay hain jo rasool par utara gaya hai to tum dekho</w:t>
      </w:r>
    </w:p>
    <w:p>
      <w:pPr>
        <w:jc w:val="right"/>
      </w:pPr>
      <w:r>
        <w:t>یعنی اور جب وہ اس کلام کو سنتے ہیں جو رسول پر اتارا گیا ہے تو تم دیکھو</w:t>
      </w:r>
    </w:p>
    <w:p>
      <w:r>
        <w:rPr>
          <w:b/>
        </w:rPr>
        <w:t xml:space="preserve">[03:30] </w:t>
      </w:r>
      <w:r>
        <w:t>ge ke un ki aankhon se aansu jari hain, is sabab se ke unhon ne haq ko pehchan liya.</w:t>
      </w:r>
    </w:p>
    <w:p>
      <w:pPr>
        <w:jc w:val="right"/>
      </w:pPr>
      <w:r>
        <w:t>گے کہ ان کی آنکھوں سے آنسو جاری ہیں، اس سبب سے کہ انہوں نے حق کو پہچان لیا۔</w:t>
      </w:r>
    </w:p>
    <w:p>
      <w:r>
        <w:rPr>
          <w:b/>
        </w:rPr>
        <w:t xml:space="preserve">[03:38] </w:t>
      </w:r>
      <w:r>
        <w:t>ma'rifat se murad hai zehn ko tayyar karna.</w:t>
      </w:r>
    </w:p>
    <w:p>
      <w:pPr>
        <w:jc w:val="right"/>
      </w:pPr>
      <w:r>
        <w:t>معرفت سے مراد ہے ذہن کو تیار کرنا۔</w:t>
      </w:r>
    </w:p>
    <w:p>
      <w:r>
        <w:rPr>
          <w:b/>
        </w:rPr>
        <w:t xml:space="preserve">[03:45] </w:t>
      </w:r>
      <w:r>
        <w:t>jab zehn tayyar ho jaye us ke baad hi aadmi is qabil hota hai ke woh tauheed ko</w:t>
      </w:r>
    </w:p>
    <w:p>
      <w:pPr>
        <w:jc w:val="right"/>
      </w:pPr>
      <w:r>
        <w:t>جب ذہن تیار ہو جائے اس کے بعد ہی آدمی اس قابل ہوتا ہے کہ وہ توحید کو</w:t>
      </w:r>
    </w:p>
    <w:p>
      <w:r>
        <w:rPr>
          <w:b/>
        </w:rPr>
        <w:t xml:space="preserve">[03:53] </w:t>
      </w:r>
      <w:r>
        <w:t>gehrai ke sath samajh sake.</w:t>
      </w:r>
    </w:p>
    <w:p>
      <w:pPr>
        <w:jc w:val="right"/>
      </w:pPr>
      <w:r>
        <w:t>گہرائی کے ساتھ سمجھ سکے۔</w:t>
      </w:r>
    </w:p>
    <w:p>
      <w:r>
        <w:rPr>
          <w:b/>
        </w:rPr>
        <w:t xml:space="preserve">[04:00] </w:t>
      </w:r>
      <w:r>
        <w:t>isi baat ko ek sahabi rasool jundab bin abdullah ne in alfaaz mein bayan kiya hai: "kunna ma'a</w:t>
      </w:r>
    </w:p>
    <w:p>
      <w:pPr>
        <w:jc w:val="right"/>
      </w:pPr>
      <w:r>
        <w:t>اسی بات کو ایک صحابی رسول جندب بن عبداللہ نے ان الفاظ میں بیان کیا ہے: "کنا مع</w:t>
      </w:r>
    </w:p>
    <w:p>
      <w:r>
        <w:rPr>
          <w:b/>
        </w:rPr>
        <w:t xml:space="preserve">[04:08] </w:t>
      </w:r>
      <w:r>
        <w:t>an-nabiyyi salla Allahu 'alayhi wa sallama wa kunna fatyaan hazbaratan fa ta'allamnal imana qabla an nata'allamal qur'ana thumma ta'allam</w:t>
      </w:r>
    </w:p>
    <w:p>
      <w:pPr>
        <w:jc w:val="right"/>
      </w:pPr>
      <w:r>
        <w:t>النبی صلی اللہ علیہ وسلم ونحن فتیان حذابرة فتعلمنا الإيمان قبل أن نتعلم القرآن ثم تعلم</w:t>
      </w:r>
    </w:p>
    <w:p>
      <w:r>
        <w:rPr>
          <w:b/>
        </w:rPr>
        <w:t xml:space="preserve">[04:15] </w:t>
      </w:r>
      <w:r>
        <w:t>na al quran fazdadna bihi imanan". sunan ibn majah. yani hum nabi sallallahu alayhi wa sallam ke sath the aur hum naujawan the. hum ne iman seekha quran seekhne se pehle, phir hum ne quran seekha. pas hum ne is ke zariye se iman mein izafa kiya. is riwayat mein iman se murad marifat iman hai. marifat darasal is baat ka</w:t>
      </w:r>
    </w:p>
    <w:p>
      <w:pPr>
        <w:jc w:val="right"/>
      </w:pPr>
      <w:r>
        <w:t>نا القرآن فزددنا به إيمانا"۔ سنن ابن ماجہ۔ یعنی ہم نبی صلی اللہ علیہ وسلم کے ساتھ تھے اور ہم نوجوان تھے۔ ہم نے ایمان سیکھا قرآن سیکھنے سے پہلے، پھر ہم نے قرآن سیکھا۔ پس ہم نے اس کے ذریعے سے ایمان میں اضافہ کیا۔ اس روایت میں ایمان سے مراد معرفت ایمان ہے۔ معرفت دراصل اس بات کا</w:t>
      </w:r>
    </w:p>
    <w:p>
      <w:r>
        <w:rPr>
          <w:b/>
        </w:rPr>
        <w:t xml:space="preserve">[04:45] </w:t>
      </w:r>
      <w:r>
        <w:t>naam hai ke aadmi pehle apne zehan ko tayyar kare. is ke baad woh is qabil ban jata hai ke iman o islam ko be-aamez soorat mein samajh sake. marifat goya zehni tarbiyat ki ek soorat hai. aaj kal ki zaban mein is mamle ko samajhne ke liye is ko deconditioning kaha ja sakta hai. is aitbar se marifat nuqta aghaz ya</w:t>
      </w:r>
    </w:p>
    <w:p>
      <w:pPr>
        <w:jc w:val="right"/>
      </w:pPr>
      <w:r>
        <w:t>نام ہے کہ آدمی پہلے اپنے ذہن کو تیار کرے۔ اس کے بعد وہ اس قابل بن جاتا ہے کہ ایمان و اسلام کو بے آمیز صورت میں سمجھ سکے۔ معرفت گویا ذہنی تربیت کی ایک صورت ہے۔ آج کل کی زبان میں اس معاملے کو سمجھنے کے لیے اس کو ڈی کنڈیشننگ کہا جا سکتا ہے۔ اس اعتبار سے معرفت نقطہ آغاز یا</w:t>
      </w:r>
    </w:p>
    <w:p>
      <w:r>
        <w:rPr>
          <w:b/>
        </w:rPr>
        <w:t xml:space="preserve">[05:15] </w:t>
      </w:r>
      <w:r>
        <w:t>starting point hai. jo log al tawheed awwalan ki baat karte hain un ko zyada durust taur par al marifat awwalan kehna chahiye. marifat ki ahmiyat. ek riwayat hadith ki mukhtalif kitabon mein aayi hai. is ke alfaz yeh hain: "an abi hurayrata q</w:t>
      </w:r>
    </w:p>
    <w:p>
      <w:pPr>
        <w:jc w:val="right"/>
      </w:pPr>
      <w:r>
        <w:t>سٹارٹنگ پوائنٹ ہے۔ جو لوگ التوحید أولاً کی بات کرتے ہیں ان کو زیادہ درست طور پر المعرفة أولاً کہنا چاہیے۔ معرفت کی اہمیت۔ ایک روایت حدیث کی مختلف کتابوں میں آئی ہے۔ اس کے الفاظ یہ ہیں: "عن ابی ہریرۃ ق</w:t>
      </w:r>
    </w:p>
    <w:p>
      <w:r>
        <w:rPr>
          <w:b/>
        </w:rPr>
        <w:t xml:space="preserve">[05:45] </w:t>
      </w:r>
      <w:r>
        <w:t>al qala rasool allahi sallallahu alayhi wa sallam kullu kalami aw amri zi bal la yuftahu bi dhikri allahi fa huwa abtaru aw qala aqta'u". musnad ahmad. yani har kalam ya aham mamla jo Allah ke zikr se na shuru kiya jaye woh dum-bareda, be-jar ya adhura hai. is hadith ka matlab yeh hai ke Allah rabb</w:t>
      </w:r>
    </w:p>
    <w:p>
      <w:pPr>
        <w:jc w:val="right"/>
      </w:pPr>
      <w:r>
        <w:t>ال قال رسول اللہ صلی اللہ علیہ وسلم کل کلام او امر ذی بال لا یفتح بذکر اللہ فہو ابتر او قال اقطع"۔ مسند احمد۔ یعنی ہر کلام یا اہم معاملہ جو اللہ کے ذکر سے نہ شروع کیا جائے وہ دمبریدہ، بے جڑ یا ادھورا ہے۔ اس حدیث کا مطلب یہ ہے کہ اللہ رب</w:t>
      </w:r>
    </w:p>
    <w:p>
      <w:r>
        <w:rPr>
          <w:b/>
        </w:rPr>
        <w:t xml:space="preserve">[06:15] </w:t>
      </w:r>
      <w:r>
        <w:t>al-'alameen is kainat ka khaliq aur malik hai.</w:t>
      </w:r>
    </w:p>
    <w:p>
      <w:pPr>
        <w:jc w:val="right"/>
      </w:pPr>
      <w:r>
        <w:t>العالمین اس کائنات کا خالق اور مالک ہے۔</w:t>
      </w:r>
    </w:p>
    <w:p>
      <w:r>
        <w:rPr>
          <w:b/>
        </w:rPr>
        <w:t xml:space="preserve">[06:21] </w:t>
      </w:r>
      <w:r>
        <w:t>woh har aitbar se is kainat ki asal hai.</w:t>
      </w:r>
    </w:p>
    <w:p>
      <w:pPr>
        <w:jc w:val="right"/>
      </w:pPr>
      <w:r>
        <w:t>وہ ہر اعتبار سے اس کائنات کی اصل ہے۔</w:t>
      </w:r>
    </w:p>
    <w:p>
      <w:r>
        <w:rPr>
          <w:b/>
        </w:rPr>
        <w:t xml:space="preserve">[06:28] </w:t>
      </w:r>
      <w:r>
        <w:t>is dunya ki har baat Allah se shuru hoti hai aur usi ki taraf lot'ti hai.</w:t>
      </w:r>
    </w:p>
    <w:p>
      <w:pPr>
        <w:jc w:val="right"/>
      </w:pPr>
      <w:r>
        <w:t>اس دنیا کی ہر بات اللہ سے شروع ہوتی ہے اور اسی کی طرف لوٹتی ہے۔</w:t>
      </w:r>
    </w:p>
    <w:p>
      <w:r>
        <w:rPr>
          <w:b/>
        </w:rPr>
        <w:t xml:space="preserve">[06:34] </w:t>
      </w:r>
      <w:r>
        <w:t>yahi haqeeqat quran mein in alfaaz mein bayan hui hai: "huwal awwalu wal aakhiru waz zahiru wal batinu wa huwa bikulli shay'in 'aleem".</w:t>
      </w:r>
    </w:p>
    <w:p>
      <w:pPr>
        <w:jc w:val="right"/>
      </w:pPr>
      <w:r>
        <w:t>یہی حقیقت قرآن میں ان الفاظ میں بیان ہوئی ہے: "ہو الأول والآخر والظاہر والباطن وھو بکل شیء علیم"۔</w:t>
      </w:r>
    </w:p>
    <w:p>
      <w:r>
        <w:rPr>
          <w:b/>
        </w:rPr>
        <w:t xml:space="preserve">[06:40] </w:t>
      </w:r>
      <w:r>
        <w:t>is baat ko</w:t>
      </w:r>
    </w:p>
    <w:p>
      <w:pPr>
        <w:jc w:val="right"/>
      </w:pPr>
      <w:r>
        <w:t>اس بات کو</w:t>
      </w:r>
    </w:p>
    <w:p>
      <w:r>
        <w:rPr>
          <w:b/>
        </w:rPr>
        <w:t xml:space="preserve">[06:46] </w:t>
      </w:r>
      <w:r>
        <w:t>doosre alfaz mein is tarah kaha ja sakta hai ke is dunya ki har baat ka sira ya starting point Allah rabb ul alameen hai. Allah ki zaat ko le kar mutala kiya jaye to har baat qabil e fahm rahe gi aur agar kisi aur baat ko le kar mutala kiya jaye to kalam mein wusool ya clarity khatam ho jayegi. insani uloom ki jitni shakhhein hain sab ka</w:t>
      </w:r>
    </w:p>
    <w:p>
      <w:pPr>
        <w:jc w:val="right"/>
      </w:pPr>
      <w:r>
        <w:t>دوسرے الفاظ میں اس طرح کہا جا سکتا ہے کہ اس دنیا کی ہر بات کا سرا یا سٹارٹنگ پوائنٹ اللہ رب العالمین ہے۔ اللہ کی ذات کو لے کر مطالعہ کیا جائے تو ہر بات قابل فہم رہے گی اور اگر کسی اور بات کو لے کر مطالعہ کیا جائے تو کلام میں وضوح یا کلیرٹی ختم ہو جائے گا۔ انسانی علوم کی جتنی شاخیں ہیں سب کا</w:t>
      </w:r>
    </w:p>
    <w:p>
      <w:r>
        <w:rPr>
          <w:b/>
        </w:rPr>
        <w:t xml:space="preserve">[07:16] </w:t>
      </w:r>
      <w:r>
        <w:t>hasil haqeeqat tak pohanchna hai.</w:t>
      </w:r>
    </w:p>
    <w:p>
      <w:pPr>
        <w:jc w:val="right"/>
      </w:pPr>
      <w:r>
        <w:t>حاصل حقیقت تک پہنچنا ہے۔</w:t>
      </w:r>
    </w:p>
    <w:p>
      <w:r>
        <w:rPr>
          <w:b/>
        </w:rPr>
        <w:t xml:space="preserve">[07:21] </w:t>
      </w:r>
      <w:r>
        <w:t>agar Allah rabb ul alameen ki marifat ko hasil karne ke baad haqeeqaton ko samajhne ki koshish ki jaye</w:t>
      </w:r>
    </w:p>
    <w:p>
      <w:pPr>
        <w:jc w:val="right"/>
      </w:pPr>
      <w:r>
        <w:t>اگر اللہ رب العالمین کی معرفت کو حاصل کرنے کے بعد حقیقتوں کو سمجھنے کی کوشش کی جائے</w:t>
      </w:r>
    </w:p>
    <w:p>
      <w:r>
        <w:rPr>
          <w:b/>
        </w:rPr>
        <w:t xml:space="preserve">[07:26] </w:t>
      </w:r>
      <w:r>
        <w:t>to har baat qabil e daryaft ban jaye gi.</w:t>
      </w:r>
    </w:p>
    <w:p>
      <w:pPr>
        <w:jc w:val="right"/>
      </w:pPr>
      <w:r>
        <w:t>تو ہر بات قابل دریافت بن جائے گی۔</w:t>
      </w:r>
    </w:p>
    <w:p>
      <w:r>
        <w:rPr>
          <w:b/>
        </w:rPr>
        <w:t xml:space="preserve">[07:31] </w:t>
      </w:r>
      <w:r>
        <w:t>aur agar Allah rabb ul alameen ki marifat hasil kiye baghair haqeeqat par kalam kiya jaye to aisa tareeqa</w:t>
      </w:r>
    </w:p>
    <w:p>
      <w:pPr>
        <w:jc w:val="right"/>
      </w:pPr>
      <w:r>
        <w:t>اور اگر اللہ رب العالمین کی معرفت حاصل کیے بغیر حقیقت پر کلام کیا جائے تو ایسا طریقہ</w:t>
      </w:r>
    </w:p>
    <w:p>
      <w:r>
        <w:rPr>
          <w:b/>
        </w:rPr>
        <w:t xml:space="preserve">[07:36] </w:t>
      </w:r>
      <w:r>
        <w:t>amal'an andhere mein bhatakne ki manind hoga.</w:t>
      </w:r>
    </w:p>
    <w:p>
      <w:pPr>
        <w:jc w:val="right"/>
      </w:pPr>
      <w:r>
        <w:t>عملاً اندھیرے میں بھٹکنے کی مانند ہوگا۔</w:t>
      </w:r>
    </w:p>
    <w:p>
      <w:r>
        <w:rPr>
          <w:b/>
        </w:rPr>
        <w:t xml:space="preserve">[07:41] </w:t>
      </w:r>
      <w:r>
        <w:t>aise insaan ka kalam</w:t>
      </w:r>
    </w:p>
    <w:p>
      <w:pPr>
        <w:jc w:val="right"/>
      </w:pPr>
      <w:r>
        <w:t>ایسے انسان کا کلام</w:t>
      </w:r>
    </w:p>
    <w:p>
      <w:r>
        <w:rPr>
          <w:b/>
        </w:rPr>
        <w:t xml:space="preserve">[07:46] </w:t>
      </w:r>
      <w:r>
        <w:t>wusool ya clarity se khali hoga. mazkoora ayat mein "wa huwa bikulli shay'in 'alim" ka matlab yeh hai ke har ilm ka sar chashma Allah rabb ul alameen ki zaat hai. Allah ke baghair har ilm be-ilmi ban jata hai. urdu shair akbar ilahabadi ne jo baat falsafi ke bare mein kahi hai wohi har us insan par saadiq aati hai jo Allah ki marifat hasil kiye bagh</w:t>
      </w:r>
    </w:p>
    <w:p>
      <w:pPr>
        <w:jc w:val="right"/>
      </w:pPr>
      <w:r>
        <w:t>وضوح یا کلیرٹی سے خالی ہوگا۔ مذکورہ آیت میں "وھو بکل شیء علیم" کا مطلب یہ ہے کہ ہر علم کا سرچشمہ اللہ رب العالمین کی ذات ہے۔ اللہ کے بغیر ہر علم بے علمی بن جاتا ہے۔ اردو شاعر اکبر الہ آبادی نے جو بات فلسفی کے بارے میں کہی ہے وہی ہر اس انسان پر صادق آتی ہے جو اللہ کی معرفت حاصل کیے بغ</w:t>
      </w:r>
    </w:p>
    <w:p>
      <w:r>
        <w:rPr>
          <w:b/>
        </w:rPr>
        <w:t xml:space="preserve">[08:16] </w:t>
      </w:r>
      <w:r>
        <w:t>air kalam karna shuru kar de. falsafi ko behas ke andar Khuda milta nahi, dor ko suljha raha hai aur sira milta nahi. abadi jannat. quran mein bataya gaya hai ke jannat ka inaam ghair mamnoon inaam ya endless reward</w:t>
      </w:r>
    </w:p>
    <w:p>
      <w:pPr>
        <w:jc w:val="right"/>
      </w:pPr>
      <w:r>
        <w:t>یر کلام کرنا شروع کر دے۔ فلسفی کو بحث کے اندر خدا ملتا نہیں، ڈور کو سلجھا رہا ہے اور سرا ملتا نہیں۔ ابدی جنت۔ قرآن میں بتایا گیا ہے کہ جنت کا انعام غیر ممنون انعام یا اینڈ لیس ریوار</w:t>
      </w:r>
    </w:p>
    <w:p>
      <w:r>
        <w:rPr>
          <w:b/>
        </w:rPr>
        <w:t xml:space="preserve">[08:46] </w:t>
      </w:r>
      <w:r>
        <w:t>do ga.</w:t>
      </w:r>
    </w:p>
    <w:p>
      <w:pPr>
        <w:jc w:val="right"/>
      </w:pPr>
      <w:r>
        <w:t>ڈ ہوگا۔</w:t>
      </w:r>
    </w:p>
    <w:p>
      <w:r>
        <w:rPr>
          <w:b/>
        </w:rPr>
        <w:t xml:space="preserve">[08:52] </w:t>
      </w:r>
      <w:r>
        <w:t>is silsile mein quran mein chaar jagah ajr e ghair mamnoon ke alfaaz aaye hain.</w:t>
      </w:r>
    </w:p>
    <w:p>
      <w:pPr>
        <w:jc w:val="right"/>
      </w:pPr>
      <w:r>
        <w:t>اس سلسلے میں قرآن میں چار جگہ اجر غیر ممنون کے الفاظ آئے ہیں۔</w:t>
      </w:r>
    </w:p>
    <w:p>
      <w:r>
        <w:rPr>
          <w:b/>
        </w:rPr>
        <w:t xml:space="preserve">[08:58] </w:t>
      </w:r>
      <w:r>
        <w:t>aik jagah yeh haqeeqat madjah zail alfaaz mein bayan hui hai: "وأما الذین سعدوا ففي الجنت خالدین فیہا</w:t>
      </w:r>
    </w:p>
    <w:p>
      <w:pPr>
        <w:jc w:val="right"/>
      </w:pPr>
      <w:r>
        <w:t>ایک جگہ یہ حقیقت مدجہ ذیل الفاظ میں بیان ہوئی ہے: "وأما الذین سعدوا ففي الجنت خالدین فیہا</w:t>
      </w:r>
    </w:p>
    <w:p>
      <w:r>
        <w:rPr>
          <w:b/>
        </w:rPr>
        <w:t xml:space="preserve">[09:04] </w:t>
      </w:r>
      <w:r>
        <w:t>مادامت السماوات والأرض إلا ما شاء ربک عطاء غیر مجزوز"۔</w:t>
      </w:r>
    </w:p>
    <w:p>
      <w:pPr>
        <w:jc w:val="right"/>
      </w:pPr>
      <w:r>
        <w:t>مادامت السماوات والأرض إلا ما شاء ربک عطاء غیر مجزوز"۔</w:t>
      </w:r>
    </w:p>
    <w:p>
      <w:r>
        <w:rPr>
          <w:b/>
        </w:rPr>
        <w:t xml:space="preserve">[09:10] </w:t>
      </w:r>
      <w:r>
        <w:t>yani aur jo log khush</w:t>
      </w:r>
    </w:p>
    <w:p>
      <w:pPr>
        <w:jc w:val="right"/>
      </w:pPr>
      <w:r>
        <w:t>یعنی اور جو لوگ خوش</w:t>
      </w:r>
    </w:p>
    <w:p>
      <w:r>
        <w:rPr>
          <w:b/>
        </w:rPr>
        <w:t xml:space="preserve">[09:16] </w:t>
      </w:r>
      <w:r>
        <w:t>bakht hain woh jannat mein honge, woh is mein rahenge jab tak aasman aur zameen qaim hain.</w:t>
      </w:r>
    </w:p>
    <w:p>
      <w:pPr>
        <w:jc w:val="right"/>
      </w:pPr>
      <w:r>
        <w:t>بخت ہیں وہ جنت میں ہوں گے، وہ اس میں رہیں گے جب تک آسمان اور زمین قائم ہیں۔</w:t>
      </w:r>
    </w:p>
    <w:p>
      <w:r>
        <w:rPr>
          <w:b/>
        </w:rPr>
        <w:t xml:space="preserve">[09:22] </w:t>
      </w:r>
      <w:r>
        <w:t>magar jo tera rabb chahe, aik atiya jo kabhi khatm hone wala nahin.</w:t>
      </w:r>
    </w:p>
    <w:p>
      <w:pPr>
        <w:jc w:val="right"/>
      </w:pPr>
      <w:r>
        <w:t>مگر جو تیرا رب چاہے، ایک عطیہ جو کبھی ختم ہونے والا نہیں۔</w:t>
      </w:r>
    </w:p>
    <w:p>
      <w:r>
        <w:rPr>
          <w:b/>
        </w:rPr>
        <w:t xml:space="preserve">[09:28] </w:t>
      </w:r>
      <w:r>
        <w:t>jannat ka ghair munqata hona wazeh hai kyunke jannat rabb ul alameen ka atiya hai aur khuda e la mehdood ka</w:t>
      </w:r>
    </w:p>
    <w:p>
      <w:pPr>
        <w:jc w:val="right"/>
      </w:pPr>
      <w:r>
        <w:t>جنت کا غیر منقطع ہونا واضح ہے کیونکہ جنت رب العالمین کا عطیہ ہے اور خدائے لامحدود کا</w:t>
      </w:r>
    </w:p>
    <w:p>
      <w:r>
        <w:rPr>
          <w:b/>
        </w:rPr>
        <w:t xml:space="preserve">[09:35] </w:t>
      </w:r>
      <w:r>
        <w:t>atiya kabhi mehdood nahin ho sakta.</w:t>
      </w:r>
    </w:p>
    <w:p>
      <w:pPr>
        <w:jc w:val="right"/>
      </w:pPr>
      <w:r>
        <w:t>عطیہ کبھی محدود نہیں ہو سکتا۔</w:t>
      </w:r>
    </w:p>
    <w:p>
      <w:r>
        <w:rPr>
          <w:b/>
        </w:rPr>
        <w:t xml:space="preserve">[09:41] </w:t>
      </w:r>
      <w:r>
        <w:t>yeh rabb ul alameen ki shan ke khilaf hai</w:t>
      </w:r>
    </w:p>
    <w:p>
      <w:pPr>
        <w:jc w:val="right"/>
      </w:pPr>
      <w:r>
        <w:t>یہ رب العالمین کی شان کے خلاف ہے</w:t>
      </w:r>
    </w:p>
    <w:p>
      <w:r>
        <w:rPr>
          <w:b/>
        </w:rPr>
        <w:t xml:space="preserve">[09:47] </w:t>
      </w:r>
      <w:r>
        <w:t>ke woh kisi ko mehdood atiya de.</w:t>
      </w:r>
    </w:p>
    <w:p>
      <w:pPr>
        <w:jc w:val="right"/>
      </w:pPr>
      <w:r>
        <w:t>کہ وہ کسی کو محدود عطیہ دے۔</w:t>
      </w:r>
    </w:p>
    <w:p>
      <w:r>
        <w:rPr>
          <w:b/>
        </w:rPr>
        <w:t xml:space="preserve">[09:52] </w:t>
      </w:r>
      <w:r>
        <w:t>mehdood atiye ka tasawwur Allah rabb ul alameen ke kamtar andaze ya underestimation ke hum maani hai aur</w:t>
      </w:r>
    </w:p>
    <w:p>
      <w:pPr>
        <w:jc w:val="right"/>
      </w:pPr>
      <w:r>
        <w:t>محدود عطیے کا تصور اللہ رب العالمین کے کمتر اندازے یا انڈر ایسٹیمیشن کے ہم معنی ہے اور</w:t>
      </w:r>
    </w:p>
    <w:p>
      <w:r>
        <w:rPr>
          <w:b/>
        </w:rPr>
        <w:t xml:space="preserve">[09:57] </w:t>
      </w:r>
      <w:r>
        <w:t>aisa kabhi hone wala nahin.</w:t>
      </w:r>
    </w:p>
    <w:p>
      <w:pPr>
        <w:jc w:val="right"/>
      </w:pPr>
      <w:r>
        <w:t>ایسا کبھی ہونے والا نہیں۔</w:t>
      </w:r>
    </w:p>
    <w:p>
      <w:r>
        <w:rPr>
          <w:b/>
        </w:rPr>
        <w:t xml:space="preserve">[10:02] </w:t>
      </w:r>
      <w:r>
        <w:t>ab sawal insaan ka hai: kya yeh la mehdoodiyat jo Allah ki nisbat se hai woh insaan ki nisbat</w:t>
      </w:r>
    </w:p>
    <w:p>
      <w:pPr>
        <w:jc w:val="right"/>
      </w:pPr>
      <w:r>
        <w:t>اب سوال انسان کا ہے: کیا یہ لامحدودیت جو اللہ کی نسبت سے ہے وہ انسان کی نسبت</w:t>
      </w:r>
    </w:p>
    <w:p>
      <w:r>
        <w:rPr>
          <w:b/>
        </w:rPr>
        <w:t xml:space="preserve">[10:07] </w:t>
      </w:r>
      <w:r>
        <w:t>se bhi baqi rahe gi? is ka jawab yeh hai ke haan.</w:t>
      </w:r>
    </w:p>
    <w:p>
      <w:pPr>
        <w:jc w:val="right"/>
      </w:pPr>
      <w:r>
        <w:t>سے بھی باقی رہے گی؟ اس کا جواب یہ ہے کہ ہاں۔</w:t>
      </w:r>
    </w:p>
    <w:p>
      <w:r>
        <w:rPr>
          <w:b/>
        </w:rPr>
        <w:t xml:space="preserve">[10:12] </w:t>
      </w:r>
      <w:r>
        <w:t>quran mein bataya gaya hai ke jannat mein</w:t>
      </w:r>
    </w:p>
    <w:p>
      <w:pPr>
        <w:jc w:val="right"/>
      </w:pPr>
      <w:r>
        <w:t>قرآن میں بتایا گیا ہے کہ جنت میں</w:t>
      </w:r>
    </w:p>
    <w:p>
      <w:r>
        <w:rPr>
          <w:b/>
        </w:rPr>
        <w:t xml:space="preserve">[10:17] </w:t>
      </w:r>
      <w:r>
        <w:t>jab ahle jannat ko dakhla mil jaye ga to woh kahenge: "الحمدللہ الذی اذہب ان الحزن"۔</w:t>
      </w:r>
    </w:p>
    <w:p>
      <w:pPr>
        <w:jc w:val="right"/>
      </w:pPr>
      <w:r>
        <w:t>جب اہل جنت کو داخلہ مل جائے گا تو وہ کہیں گے: "الحمدللہ الذی اذہب ان الحزن"۔</w:t>
      </w:r>
    </w:p>
    <w:p>
      <w:r>
        <w:rPr>
          <w:b/>
        </w:rPr>
        <w:t xml:space="preserve">[10:25] </w:t>
      </w:r>
      <w:r>
        <w:t>yani shukr hai Allah ka jis ne hum se ranj ko khatm kar diya.</w:t>
      </w:r>
    </w:p>
    <w:p>
      <w:pPr>
        <w:jc w:val="right"/>
      </w:pPr>
      <w:r>
        <w:t>یعنی شکر ہے اللہ کا جس نے ہم سے رنج کو ختم کر دیا۔</w:t>
      </w:r>
    </w:p>
    <w:p>
      <w:r>
        <w:rPr>
          <w:b/>
        </w:rPr>
        <w:t xml:space="preserve">[10:33] </w:t>
      </w:r>
      <w:r>
        <w:t>ahle jannat ki taraf se izhar e hamd yeh waqti kalma nahin hai, yeh abadi ehsas e hamd ki baat hai.</w:t>
      </w:r>
    </w:p>
    <w:p>
      <w:pPr>
        <w:jc w:val="right"/>
      </w:pPr>
      <w:r>
        <w:t>اہل جنت کی طرف سے اظہار حمد یہ وقتی کلمہ نہیں ہے، یہ ابدی احساس حمد کی بات ہے۔</w:t>
      </w:r>
    </w:p>
    <w:p>
      <w:r>
        <w:rPr>
          <w:b/>
        </w:rPr>
        <w:t xml:space="preserve">[10:40] </w:t>
      </w:r>
      <w:r>
        <w:t>ahle jannat ki taraf se ehsas e hamd bilashuba aik takhleeqi ehsas</w:t>
      </w:r>
    </w:p>
    <w:p>
      <w:pPr>
        <w:jc w:val="right"/>
      </w:pPr>
      <w:r>
        <w:t>اہل جنت کی طرف سے احساس حمد بلاشبہ ایک تخلیقی احساس</w:t>
      </w:r>
    </w:p>
    <w:p>
      <w:r>
        <w:rPr>
          <w:b/>
        </w:rPr>
        <w:t xml:space="preserve">[10:48] </w:t>
      </w:r>
      <w:r>
        <w:t>ya creative feeling ki baat hai.</w:t>
      </w:r>
    </w:p>
    <w:p>
      <w:pPr>
        <w:jc w:val="right"/>
      </w:pPr>
      <w:r>
        <w:t>یا کریٹیو فیلنگ کی بات ہے۔</w:t>
      </w:r>
    </w:p>
    <w:p>
      <w:r>
        <w:rPr>
          <w:b/>
        </w:rPr>
        <w:t xml:space="preserve">[10:54] </w:t>
      </w:r>
      <w:r>
        <w:t>yeh creative ehsas unhon ne dunya ki zindagi mein hasil kiya hoga.</w:t>
      </w:r>
    </w:p>
    <w:p>
      <w:pPr>
        <w:jc w:val="right"/>
      </w:pPr>
      <w:r>
        <w:t>یہ کریٹیو احساس انہوں نے دنیا کی زندگی میں حاصل کیا ہوگا۔</w:t>
      </w:r>
    </w:p>
    <w:p>
      <w:r>
        <w:rPr>
          <w:b/>
        </w:rPr>
        <w:t xml:space="preserve">[11:00] </w:t>
      </w:r>
      <w:r>
        <w:t>yeh creative ehsas hamd jo jannat ke paane se pehle bazariya marifat ahl-e-jannat ke andar parvarish paaye</w:t>
      </w:r>
    </w:p>
    <w:p>
      <w:pPr>
        <w:jc w:val="right"/>
      </w:pPr>
      <w:r>
        <w:t>یہ کریٹیو احساس حمد جو جنت کے پانے سے پہلے بذریعہ معرفت اہل جنت کے اندر پرورش پائے</w:t>
      </w:r>
    </w:p>
    <w:p>
      <w:r>
        <w:rPr>
          <w:b/>
        </w:rPr>
        <w:t xml:space="preserve">[11:06] </w:t>
      </w:r>
      <w:r>
        <w:t>ga, woh itna taqatwar hoga ke woh jannat ka abadi atiya paane ke baad bhi barabar aik izafa</w:t>
      </w:r>
    </w:p>
    <w:p>
      <w:pPr>
        <w:jc w:val="right"/>
      </w:pPr>
      <w:r>
        <w:t>گا، وہ اتنا طاقتور ہوگا کہ وہ جنت کا ابدی عطیہ پانے کے بعد بھی برابر ایک اضافہ</w:t>
      </w:r>
    </w:p>
    <w:p>
      <w:r>
        <w:rPr>
          <w:b/>
        </w:rPr>
        <w:t xml:space="preserve">[11:12] </w:t>
      </w:r>
      <w:r>
        <w:t>pazeer tajrube ki hesiyat se jari rahega.</w:t>
      </w:r>
    </w:p>
    <w:p>
      <w:pPr>
        <w:jc w:val="right"/>
      </w:pPr>
      <w:r>
        <w:t>پذیر تجربے کی حیثیت سے جاری رہے گا۔</w:t>
      </w:r>
    </w:p>
    <w:p>
      <w:r>
        <w:rPr>
          <w:b/>
        </w:rPr>
        <w:t xml:space="preserve">[11:18] </w:t>
      </w:r>
      <w:r>
        <w:t>jannat jis tarah abadi hogi, usi tarah jannat ke paane par ehsas hamd bhi yaqeeni taur par abadi hoga. waqt shadeed.</w:t>
      </w:r>
    </w:p>
    <w:p>
      <w:pPr>
        <w:jc w:val="right"/>
      </w:pPr>
      <w:r>
        <w:t>جنت جس طرح ابدی ہوگی، اسی طرح جنت کے پانے پر احساس حمد بھی یقینی طور پر ابدی ہوگا۔ وقت شدید۔</w:t>
      </w:r>
    </w:p>
    <w:p>
      <w:r>
        <w:rPr>
          <w:b/>
        </w:rPr>
        <w:t xml:space="preserve">[11:34] </w:t>
      </w:r>
      <w:r>
        <w:t>paighambar-e-islam sal-lal-lahu alaihi wa-sal-lam raat ke aakhri hisse mein lambi namazein parhte the.</w:t>
      </w:r>
    </w:p>
    <w:p>
      <w:pPr>
        <w:jc w:val="right"/>
      </w:pPr>
      <w:r>
        <w:t>پیغمبر اسلام صلی اللہ علیہ وسلم رات کے آخری حصے میں لمبی نمازیں پڑھتے تھے۔</w:t>
      </w:r>
    </w:p>
    <w:p>
      <w:r>
        <w:rPr>
          <w:b/>
        </w:rPr>
        <w:t xml:space="preserve">[11:50] </w:t>
      </w:r>
      <w:r>
        <w:t>is namaz ke liye quran mein "wata'an shadeed" ka lafz aaya hai.</w:t>
      </w:r>
    </w:p>
    <w:p>
      <w:pPr>
        <w:jc w:val="right"/>
      </w:pPr>
      <w:r>
        <w:t>اس نماز کے لیے قرآن میں "وتعن شدید" کا لفظ آیا ہے۔</w:t>
      </w:r>
    </w:p>
    <w:p>
      <w:r>
        <w:rPr>
          <w:b/>
        </w:rPr>
        <w:t xml:space="preserve">[11:56] </w:t>
      </w:r>
      <w:r>
        <w:t>"wata'an shadeed" ka matlab hai shiddat ke sath rondna, yani mushaqqat ki had tak Allah ki ibadat karna.</w:t>
      </w:r>
    </w:p>
    <w:p>
      <w:pPr>
        <w:jc w:val="right"/>
      </w:pPr>
      <w:r>
        <w:t>"وتعن شدید" کا مطلب ہے شدت کے ساتھ روندنا، یعنی مشقت کی حد تک اللہ کی عبادت کرنا۔</w:t>
      </w:r>
    </w:p>
    <w:p>
      <w:r>
        <w:rPr>
          <w:b/>
        </w:rPr>
        <w:t xml:space="preserve">[12:02] </w:t>
      </w:r>
      <w:r>
        <w:t>yeh fe'l rohani taraqqi ya spiritual development ka aham zariya hai.</w:t>
      </w:r>
    </w:p>
    <w:p>
      <w:pPr>
        <w:jc w:val="right"/>
      </w:pPr>
      <w:r>
        <w:t>یہ فعل روحانی ترقی یا سپرچول ڈیویلپمنٹ کا اہم ذریعہ ہے۔</w:t>
      </w:r>
    </w:p>
    <w:p>
      <w:r>
        <w:rPr>
          <w:b/>
        </w:rPr>
        <w:t xml:space="preserve">[12:08] </w:t>
      </w:r>
      <w:r>
        <w:t>apni haqeeqat ke aitbar se yeh aik aam amal hai.</w:t>
      </w:r>
    </w:p>
    <w:p>
      <w:pPr>
        <w:jc w:val="right"/>
      </w:pPr>
      <w:r>
        <w:t>اپنی حقیقت کے اعتبار سے یہ ایک عام عمل ہے۔</w:t>
      </w:r>
    </w:p>
    <w:p>
      <w:r>
        <w:rPr>
          <w:b/>
        </w:rPr>
        <w:t xml:space="preserve">[12:14] </w:t>
      </w:r>
      <w:r>
        <w:t>ibadat ke hawalay se is ko quran mein "wata'an shadeed" kaha gaya hai aur</w:t>
      </w:r>
    </w:p>
    <w:p>
      <w:pPr>
        <w:jc w:val="right"/>
      </w:pPr>
      <w:r>
        <w:t>عبادت کے حوالے سے اس کو قرآن میں "وتعن شدید" کہا گیا ہے اور</w:t>
      </w:r>
    </w:p>
    <w:p>
      <w:r>
        <w:rPr>
          <w:b/>
        </w:rPr>
        <w:t xml:space="preserve">[12:20] </w:t>
      </w:r>
      <w:r>
        <w:t>aam hawale se isko hadith mein "balaa-e-shadeed" bataya gaya hai. Is silsile mein hadith ke yeh alfaaz qabil-e-gour hain: "Inna min ashaddinnaasibala'an al-anbiya. Thumma alladheena yaloona hum, thumma alladheena yaloona hum, thumma alladheena yaloona hum". Musnad Ahmad. Yani beshak logon mein sab se zyada bala'a peghambaron par aati hai, phir woh jo un se qareeb hain,</w:t>
      </w:r>
    </w:p>
    <w:p>
      <w:pPr>
        <w:jc w:val="right"/>
      </w:pPr>
      <w:r>
        <w:t>عمومی حوالے سے اس کو حدیث میں "بلائے شدید" بتایا گیا ہے۔ اس سلسلے میں حدیث کے یہ الفاظ قابل غور ہیں: "إن من أشد الناس بلاءً الأنبياء. ثم الذینیلونہم، ثم الذینیلونہم، ثم الذینیلونہم"۔ مسند احمد۔ یعنی بے شک لوگوں میں سب سے زیادہ بلا پیغمبروں پر آتی ہے، پھر وہ جو ان سے قریب ہیں،</w:t>
      </w:r>
    </w:p>
    <w:p>
      <w:r>
        <w:rPr>
          <w:b/>
        </w:rPr>
        <w:t xml:space="preserve">[12:50] </w:t>
      </w:r>
      <w:r>
        <w:t>phir woh jo un se qareeb hain, phir woh jo un se qareeb hain. Asal yeh hai ke insaan ki fitrat ke andar paidaishi taur par khaliq ki marifat rakh di gayi hai, magar yeh marifat bil-quwwa yani potential andaaz mein hai. Is bil-quwwa ko bil-fi'l yani actual banane ke liye zaroorat hoti hai ke insaan par dabao ya pressure ke tajrube guzrein. Yahi dabao ka tajruba hai jo</w:t>
      </w:r>
    </w:p>
    <w:p>
      <w:pPr>
        <w:jc w:val="right"/>
      </w:pPr>
      <w:r>
        <w:t>پھر وہ جو ان سے قریب ہیں، پھر وہ جو ان سے قریب ہیں۔ اصل یہ ہے کہ انسان کی فطرت کے اندر پیدائشی طور پر خالق کی معرفت رکھ دی گئی ہے، مگر یہ معرفت بالقوہ یعنی پوٹینشل انداز میں ہے۔ اس بالقوہ کو بالفعل یعنی ایکچول بنانے کے لیے ضرورت ہوتی ہے کہ انسان پر دباؤ یا پریشر کے تجربات گزریں۔ یہی دباؤ کا تجربہ ہے جو</w:t>
      </w:r>
    </w:p>
    <w:p>
      <w:r>
        <w:rPr>
          <w:b/>
        </w:rPr>
        <w:t xml:space="preserve">[13:20] </w:t>
      </w:r>
      <w:r>
        <w:t>kisi aadmi ke liye bil-quwwa marifat ko bil-fi'l marifat bana deta hai.</w:t>
      </w:r>
    </w:p>
    <w:p>
      <w:pPr>
        <w:jc w:val="right"/>
      </w:pPr>
      <w:r>
        <w:t>کسی آدمی کے لیے بالقوہ معرفت کو بالفعل معرفت بنا دیتا ہے۔</w:t>
      </w:r>
    </w:p>
    <w:p>
      <w:r>
        <w:rPr>
          <w:b/>
        </w:rPr>
        <w:t xml:space="preserve">[13:27] </w:t>
      </w:r>
      <w:r>
        <w:t>yeh tajruba aam insan ke liye 'umoomi satah par pesh aata hai aur paighambaron ke liye khusoosi satah par.</w:t>
      </w:r>
    </w:p>
    <w:p>
      <w:pPr>
        <w:jc w:val="right"/>
      </w:pPr>
      <w:r>
        <w:t>یہ تجربہ عام انسان کے لیے عمومی سطح پر پیش آتا ہے اور پیغمبروں کے لیے خصوصی سطح پر۔</w:t>
      </w:r>
    </w:p>
    <w:p>
      <w:r>
        <w:rPr>
          <w:b/>
        </w:rPr>
        <w:t xml:space="preserve">[13:35] </w:t>
      </w:r>
      <w:r>
        <w:t>is baat ko doosre alfaz mein is tarah kaha ja sakta hai ke marifat ka ilm aadmi ko</w:t>
      </w:r>
    </w:p>
    <w:p>
      <w:pPr>
        <w:jc w:val="right"/>
      </w:pPr>
      <w:r>
        <w:t>اس بات کو دوسرے الفاظ میں اس طرح کہا جا سکتا ہے کہ معرفت کا علم آدمی کو</w:t>
      </w:r>
    </w:p>
    <w:p>
      <w:r>
        <w:rPr>
          <w:b/>
        </w:rPr>
        <w:t xml:space="preserve">[13:43] </w:t>
      </w:r>
      <w:r>
        <w:t>kitabi mutalay se hasil ho jata hai, lekin daryaft ya discovery ke darjay mein marifat ka husool sirf is waqt</w:t>
      </w:r>
    </w:p>
    <w:p>
      <w:pPr>
        <w:jc w:val="right"/>
      </w:pPr>
      <w:r>
        <w:t>کتابی مطالعے سے حاصل ہو جاتا ہے، لیکن دریافت یا ڈسکوری کے درجے میں معرفت کا حصول صرف اس وقت</w:t>
      </w:r>
    </w:p>
    <w:p>
      <w:r>
        <w:rPr>
          <w:b/>
        </w:rPr>
        <w:t xml:space="preserve">[13:50] </w:t>
      </w:r>
      <w:r>
        <w:t>mumkin hai jabke aadmi balaye shadeed ke marhalay se guzre.</w:t>
      </w:r>
    </w:p>
    <w:p>
      <w:pPr>
        <w:jc w:val="right"/>
      </w:pPr>
      <w:r>
        <w:t>ممکن ہے جبکہ آدمی بلائے شدید کے مرحلے سے گزرے۔</w:t>
      </w:r>
    </w:p>
    <w:p>
      <w:r>
        <w:rPr>
          <w:b/>
        </w:rPr>
        <w:t xml:space="preserve">[13:57] </w:t>
      </w:r>
      <w:r>
        <w:t>balaye shadeed aadmi ko hassas banati hai.</w:t>
      </w:r>
    </w:p>
    <w:p>
      <w:pPr>
        <w:jc w:val="right"/>
      </w:pPr>
      <w:r>
        <w:t>بلائے شدید آدمی کو حساس بناتی ہے۔</w:t>
      </w:r>
    </w:p>
    <w:p>
      <w:r>
        <w:rPr>
          <w:b/>
        </w:rPr>
        <w:t xml:space="preserve">[14:04] </w:t>
      </w:r>
      <w:r>
        <w:t>hassasiyat ya sensitivity aadmi ke andar quwwat-e-akhz ya grasp ka maada paida karti hai.</w:t>
      </w:r>
    </w:p>
    <w:p>
      <w:pPr>
        <w:jc w:val="right"/>
      </w:pPr>
      <w:r>
        <w:t>حساسیت یا سینسٹیوٹی آدمی کے اندر قوت اخذ یا گراسپ کا مادہ پیدا کرتی ہے۔</w:t>
      </w:r>
    </w:p>
    <w:p>
      <w:r>
        <w:rPr>
          <w:b/>
        </w:rPr>
        <w:t xml:space="preserve">[14:11] </w:t>
      </w:r>
      <w:r>
        <w:t>is ke baad aadmi is qabil ban jata hai ke woh zaati daryaft ke darjay mein marifat ko</w:t>
      </w:r>
    </w:p>
    <w:p>
      <w:pPr>
        <w:jc w:val="right"/>
      </w:pPr>
      <w:r>
        <w:t>اس کے بعد آدمی اس قابل بن جاتا ہے کہ وہ ذاتی دریافت کے درجے میں معرفت کو</w:t>
      </w:r>
    </w:p>
    <w:p>
      <w:r>
        <w:rPr>
          <w:b/>
        </w:rPr>
        <w:t xml:space="preserve">[14:18] </w:t>
      </w:r>
      <w:r>
        <w:t>hasil kar sake.</w:t>
      </w:r>
    </w:p>
    <w:p>
      <w:pPr>
        <w:jc w:val="right"/>
      </w:pPr>
      <w:r>
        <w:t>حاصل کر سکے۔</w:t>
      </w:r>
    </w:p>
    <w:p>
      <w:r>
        <w:rPr>
          <w:b/>
        </w:rPr>
        <w:t xml:space="preserve">[14:25] </w:t>
      </w:r>
      <w:r>
        <w:t>Haq ki daryaft. Islam ka aaghaz ek dhamaka khez daryaft se hota hai. Is daryaft ka zikr Quran mein aaya hai. Un aayat ka tarjuma yeh hai: "Aur jab woh is kalam ko suntay hain jo Rasool par utara gaya hai to tum dekho ge ke un ki aankhon se aansu jari hain, is sabab se ke unhon ne haq ko pehchan liya. Woh pukar uthe ke aye hamare</w:t>
      </w:r>
    </w:p>
    <w:p>
      <w:pPr>
        <w:jc w:val="right"/>
      </w:pPr>
      <w:r>
        <w:t>حق کی دریافت۔ اسلام کا آغاز ایک دھماکہ خیز دریافت سے ہوتا ہے۔ اس دریافت کا ذکر قرآن میں آیا ہے۔ ان آیات کا ترجمہ یہ ہے: "اور جب وہ اس کلام کو سنتے ہیں جو رسول پر اتارا گیا ہے تو تم دیکھو گے کہ ان کی آنکھوں سے آنسو جاری ہیں، اس سبب سے کہ انہوں نے حق کو پہچان لیا۔ وہ پکار اٹھے کہ اے ہمارے ر</w:t>
      </w:r>
    </w:p>
    <w:p>
      <w:r>
        <w:rPr>
          <w:b/>
        </w:rPr>
        <w:t xml:space="preserve">[14:55] </w:t>
      </w:r>
      <w:r>
        <w:t>Rabb! Hum iman laye, pas tu hum ko gawahi denay walon mein likh le, aur hum kyun na iman layein Allah par aur us haq par jo hum ko pohncha hai, jabke hum yeh umeed rakhte hain ke hamara Rabb hum ko saleh logon ke sath shamil karega?" Yeh dhamaka khez tajruba aadmi ko apne khaliq ki daryaft tak pohanchata hai. Iske baad fitri taur par yeh hota hai ke aisa insaan ek ghore-o-fikr</w:t>
      </w:r>
    </w:p>
    <w:p>
      <w:pPr>
        <w:jc w:val="right"/>
      </w:pPr>
      <w:r>
        <w:t>ب! ہم ایمان لائے، پس تو ہم کو گواہی دینے والوں میں لکھ لے، اور ہم کیوں نہ ایمان لائے اللہ پر اور اس حق پر جو ہمیں پہنچا ہے، جبکہ ہم یہ امید رکھتے ہیں کہ ہمارا رب ہم کو صالح لوگوں کے ساتھ شامل کرے؟" یہ دھماکہ خیز تجربہ آدمی کو اپنے خالق کی دریافت تک پہنچاتا ہے۔ اس کے بعد فطری طور پر یہ ہوتا ہے کہ ایسا انسان ایک غور و ف</w:t>
      </w:r>
    </w:p>
    <w:p>
      <w:r>
        <w:rPr>
          <w:b/>
        </w:rPr>
        <w:t xml:space="preserve">[15:25] </w:t>
      </w:r>
      <w:r>
        <w:t>kar karne wala insan ban jata hai.</w:t>
      </w:r>
    </w:p>
    <w:p>
      <w:pPr>
        <w:jc w:val="right"/>
      </w:pPr>
      <w:r>
        <w:t>کر کرنے والا انسان بن جاتا ہے۔</w:t>
      </w:r>
    </w:p>
    <w:p>
      <w:r>
        <w:rPr>
          <w:b/>
        </w:rPr>
        <w:t xml:space="preserve">[15:30] </w:t>
      </w:r>
      <w:r>
        <w:t>is waqay ka zikr quran mein aaya hai.</w:t>
      </w:r>
    </w:p>
    <w:p>
      <w:pPr>
        <w:jc w:val="right"/>
      </w:pPr>
      <w:r>
        <w:t>اس واقعے کا ذکر قرآن میں آیا ہے۔</w:t>
      </w:r>
    </w:p>
    <w:p>
      <w:r>
        <w:rPr>
          <w:b/>
        </w:rPr>
        <w:t xml:space="preserve">[15:35] </w:t>
      </w:r>
      <w:r>
        <w:t>in ayaton ka tarjuma yeh hai: "aasmanon aur zameen ki paidaish mein aur raat din ke bari bari</w:t>
      </w:r>
    </w:p>
    <w:p>
      <w:pPr>
        <w:jc w:val="right"/>
      </w:pPr>
      <w:r>
        <w:t>ان آیات کا ترجمہ یہ ہے: "آسمانوں اور زمین کی پیدائش میں اور رات دن کے باری باری</w:t>
      </w:r>
    </w:p>
    <w:p>
      <w:r>
        <w:rPr>
          <w:b/>
        </w:rPr>
        <w:t xml:space="preserve">[15:40] </w:t>
      </w:r>
      <w:r>
        <w:t>aane mein aql walon ke liye bohat nishaniyan hain jo kharay aur bethay aur apni karwaton par Allah</w:t>
      </w:r>
    </w:p>
    <w:p>
      <w:pPr>
        <w:jc w:val="right"/>
      </w:pPr>
      <w:r>
        <w:t>آنے میں عقل والوں کے لیے بہت نشانیاں ہیں جو کھڑے اور بیٹھے اور اپنی کروٹوں پر اللہ</w:t>
      </w:r>
    </w:p>
    <w:p>
      <w:r>
        <w:rPr>
          <w:b/>
        </w:rPr>
        <w:t xml:space="preserve">[15:45] </w:t>
      </w:r>
      <w:r>
        <w:t>ko yaad karte hain aur aasmanon aur zameen ki paidaish mein ghhor karte rehte hain.</w:t>
      </w:r>
    </w:p>
    <w:p>
      <w:pPr>
        <w:jc w:val="right"/>
      </w:pPr>
      <w:r>
        <w:t>کو یاد کرتے ہیں اور آسمانوں اور زمین کی پیدائش میں غور کرتے رہتے ہیں۔</w:t>
      </w:r>
    </w:p>
    <w:p>
      <w:r>
        <w:rPr>
          <w:b/>
        </w:rPr>
        <w:t xml:space="preserve">[15:50] </w:t>
      </w:r>
      <w:r>
        <w:t>wo keh uthte hain: aye hamare</w:t>
      </w:r>
    </w:p>
    <w:p>
      <w:pPr>
        <w:jc w:val="right"/>
      </w:pPr>
      <w:r>
        <w:t>وہ کہہ اٹھتے ہیں: اے ہمارے</w:t>
      </w:r>
    </w:p>
    <w:p>
      <w:r>
        <w:rPr>
          <w:b/>
        </w:rPr>
        <w:t xml:space="preserve">[15:55] </w:t>
      </w:r>
      <w:r>
        <w:t>Rabb! Tu ne yeh sab be-maqsad nahi banaya, tu pak hai, pas hum ko aag ke azab se bacha. Aye hamare Rabb! Tu ne jis ko aag mein dala, us ko to tu ne waqai ruswa kar diya, aur zalimon ka koi madadgar nahi. Aye hamare Rabb! Hum ne ek pukarnay walay ko suna jo iman ki taraf pukar raha tha ke apne Rabb par iman lao, pas hum iman laye. Aye hamare Rab</w:t>
      </w:r>
    </w:p>
    <w:p>
      <w:pPr>
        <w:jc w:val="right"/>
      </w:pPr>
      <w:r>
        <w:t>رب! تو نے یہ سب بے مقصد نہیں بنایا، تو پاک ہے، پس ہم کو آگ کے عذاب سے بچا۔ اے ہمارے رب! تو نے جس کو آگ میں ڈالا، اس کو تو تو نے واقعی رسوا کر دیا، اور ظالموں کا کوئی مددگار نہیں۔ اے ہمارے رب! ہم نے ایک پکارنے والے کو سنا جو ایمان کی طرف پکار رہا تھا کہ اپنے رب پر ایمان لاؤ، پس ہم ایمان لائے۔ اے ہمارے ر</w:t>
      </w:r>
    </w:p>
    <w:p>
      <w:r>
        <w:rPr>
          <w:b/>
        </w:rPr>
        <w:t xml:space="preserve">[16:25] </w:t>
      </w:r>
      <w:r>
        <w:t>b!</w:t>
      </w:r>
    </w:p>
    <w:p>
      <w:pPr>
        <w:jc w:val="right"/>
      </w:pPr>
      <w:r>
        <w:t>ب!</w:t>
      </w:r>
    </w:p>
    <w:p>
      <w:r>
        <w:rPr>
          <w:b/>
        </w:rPr>
        <w:t xml:space="preserve">[16:31] </w:t>
      </w:r>
      <w:r>
        <w:t>hamare gunahon ko bakhsh de aur hamari buraiyon ko hum se door kar de, aur hamara khatma naik</w:t>
      </w:r>
    </w:p>
    <w:p>
      <w:pPr>
        <w:jc w:val="right"/>
      </w:pPr>
      <w:r>
        <w:t>ہمارے گناہوں کو بخش دے اور ہماری برائیوں کو ہم سے دور کر دے، اور ہمارا خاتمہ نیک</w:t>
      </w:r>
    </w:p>
    <w:p>
      <w:r>
        <w:rPr>
          <w:b/>
        </w:rPr>
        <w:t xml:space="preserve">[16:37] </w:t>
      </w:r>
      <w:r>
        <w:t>logon ke sath kar. sachai ko pana aadmi ke liye ek dhamaka khez daryaft ke hum maani hota hai.</w:t>
      </w:r>
    </w:p>
    <w:p>
      <w:pPr>
        <w:jc w:val="right"/>
      </w:pPr>
      <w:r>
        <w:t>لوگوں کے ساتھ کر۔" سچائی کو پانا آدمی کے لیے ایک دھماکہ خیز دریافت کے ہم معنی ہوتا ہے۔</w:t>
      </w:r>
    </w:p>
    <w:p>
      <w:r>
        <w:rPr>
          <w:b/>
        </w:rPr>
        <w:t xml:space="preserve">[16:43] </w:t>
      </w:r>
      <w:r>
        <w:t>is ke baad aisa shakhs sanjeeda ghhor o fikr karne wala ban jata hai.</w:t>
      </w:r>
    </w:p>
    <w:p>
      <w:pPr>
        <w:jc w:val="right"/>
      </w:pPr>
      <w:r>
        <w:t>اس کے بعد ایسا شخص سنجیدہ غور و فکر کرنے والا بن جاتا ہے۔</w:t>
      </w:r>
    </w:p>
    <w:p>
      <w:r>
        <w:rPr>
          <w:b/>
        </w:rPr>
        <w:t xml:space="preserve">[16:49] </w:t>
      </w:r>
      <w:r>
        <w:t>is ke baad is ke andar rabbani shakhsiyat banna shuru ho jati hai, jis ka aakhri</w:t>
      </w:r>
    </w:p>
    <w:p>
      <w:pPr>
        <w:jc w:val="right"/>
      </w:pPr>
      <w:r>
        <w:t>اس کے بعد اس کے اندر ربانی شخصیت بننا شروع ہو جاتی ہے، جس کا آخری</w:t>
      </w:r>
    </w:p>
    <w:p>
      <w:r>
        <w:rPr>
          <w:b/>
        </w:rPr>
        <w:t xml:space="preserve">[16:55] </w:t>
      </w:r>
      <w:r>
        <w:t>darja yeh hai ke is ko abdi jannat mein dakhla mil jaye.</w:t>
      </w:r>
    </w:p>
    <w:p>
      <w:pPr>
        <w:jc w:val="right"/>
      </w:pPr>
      <w:r>
        <w:t>درجہ یہ ہے کہ اس کو ابدی جنت میں داخلہ مل جائے۔</w:t>
      </w:r>
    </w:p>
    <w:p>
      <w:r>
        <w:rPr>
          <w:b/>
        </w:rPr>
        <w:t xml:space="preserve">[17:06] </w:t>
      </w:r>
      <w:r>
        <w:t>iqshirar kya hai? quran ki ek ayat mein momin ki sifat in alfaz mein batai gayi hai: "allah</w:t>
      </w:r>
    </w:p>
    <w:p>
      <w:pPr>
        <w:jc w:val="right"/>
      </w:pPr>
      <w:r>
        <w:t>اقشعرار کیا ہے؟ قرآن کی ایک آیت میں مومن کی صفت ان الفاظ میں بتائی گئی ہے: "اللہ</w:t>
      </w:r>
    </w:p>
    <w:p>
      <w:r>
        <w:rPr>
          <w:b/>
        </w:rPr>
        <w:t xml:space="preserve">[17:16] </w:t>
      </w:r>
      <w:r>
        <w:t>nazzala ahsanul hadees kitaba mutashabiha mathani</w:t>
      </w:r>
    </w:p>
    <w:p>
      <w:pPr>
        <w:jc w:val="right"/>
      </w:pPr>
      <w:r>
        <w:t>نزل احسن الحدیث کتاب متشابہا مثانیہ</w:t>
      </w:r>
    </w:p>
    <w:p>
      <w:r>
        <w:rPr>
          <w:b/>
        </w:rPr>
        <w:t xml:space="preserve">[17:26] </w:t>
      </w:r>
      <w:r>
        <w:t>takhsharru minhu juloodul lazeena yakhshaoona rabbahum thumma taleenu julooduhum wa quloobuhum ila zikrillahi zhalika allahu yahdee man yashaa</w:t>
      </w:r>
    </w:p>
    <w:p>
      <w:pPr>
        <w:jc w:val="right"/>
      </w:pPr>
      <w:r>
        <w:t>تخشعرو منہ جلود الذین یخشون ربہم ثم تلین جلودہم وقلوبہم الی ذکر اللہ ذالک اللہ یہدی من یشاء</w:t>
      </w:r>
    </w:p>
    <w:p>
      <w:r>
        <w:rPr>
          <w:b/>
        </w:rPr>
        <w:t xml:space="preserve">[17:34] </w:t>
      </w:r>
      <w:r>
        <w:t>wa man yudlil allahu fama lahu min hadin".</w:t>
      </w:r>
    </w:p>
    <w:p>
      <w:pPr>
        <w:jc w:val="right"/>
      </w:pPr>
      <w:r>
        <w:t>ومن یزل اللہ فما منہاد"۔</w:t>
      </w:r>
    </w:p>
    <w:p>
      <w:r>
        <w:rPr>
          <w:b/>
        </w:rPr>
        <w:t xml:space="preserve">[17:41] </w:t>
      </w:r>
      <w:r>
        <w:t>yani allah ne behtareen kalam utara hai, ek aisi kitab aapas mein milti julti bar bar dohrai gayi hai.</w:t>
      </w:r>
    </w:p>
    <w:p>
      <w:pPr>
        <w:jc w:val="right"/>
      </w:pPr>
      <w:r>
        <w:t>یعنی اللہ نے بہترین کلام اتارا ہے، ایک ایسی کتاب آپس میں ملتی جلتی بار بار دہرائی ہوئی۔</w:t>
      </w:r>
    </w:p>
    <w:p>
      <w:r>
        <w:rPr>
          <w:b/>
        </w:rPr>
        <w:t xml:space="preserve">[17:49] </w:t>
      </w:r>
      <w:r>
        <w:t>is se un logon ke</w:t>
      </w:r>
    </w:p>
    <w:p>
      <w:pPr>
        <w:jc w:val="right"/>
      </w:pPr>
      <w:r>
        <w:t>اس سے ان لوگوں کے</w:t>
      </w:r>
    </w:p>
    <w:p>
      <w:r>
        <w:rPr>
          <w:b/>
        </w:rPr>
        <w:t xml:space="preserve">[17:56] </w:t>
      </w:r>
      <w:r>
        <w:t>roon'g'te khade ho jate hain jo apne rab se darne wale hain.</w:t>
      </w:r>
    </w:p>
    <w:p>
      <w:pPr>
        <w:jc w:val="right"/>
      </w:pPr>
      <w:r>
        <w:t>رونگٹے کھڑے ہو جاتے ہیں جو اپنے رب سے ڈرنے والے ہیں۔</w:t>
      </w:r>
    </w:p>
    <w:p>
      <w:r>
        <w:rPr>
          <w:b/>
        </w:rPr>
        <w:t xml:space="preserve">[18:01] </w:t>
      </w:r>
      <w:r>
        <w:t>phir un ke badan aur un ke dil naram ho kar allah ki yaad ki taraf mutawajjah ho jate hain.</w:t>
      </w:r>
    </w:p>
    <w:p>
      <w:pPr>
        <w:jc w:val="right"/>
      </w:pPr>
      <w:r>
        <w:t>پھر ان کے بدن اور ان کے دل نرم ہو کر اللہ کی یاد کی طرف متوجہ ہو جاتے ہیں۔</w:t>
      </w:r>
    </w:p>
    <w:p>
      <w:r>
        <w:rPr>
          <w:b/>
        </w:rPr>
        <w:t xml:space="preserve">[18:06] </w:t>
      </w:r>
      <w:r>
        <w:t>yeh allah ki hidayat hai.</w:t>
      </w:r>
    </w:p>
    <w:p>
      <w:pPr>
        <w:jc w:val="right"/>
      </w:pPr>
      <w:r>
        <w:t>یہ اللہ کی ہدایت ہے۔</w:t>
      </w:r>
    </w:p>
    <w:p>
      <w:r>
        <w:rPr>
          <w:b/>
        </w:rPr>
        <w:t xml:space="preserve">[18:11] </w:t>
      </w:r>
      <w:r>
        <w:t>is se woh hidayat deta hai jis ko woh chahta hai, aur jis ko allah gumrah kar de</w:t>
      </w:r>
    </w:p>
    <w:p>
      <w:pPr>
        <w:jc w:val="right"/>
      </w:pPr>
      <w:r>
        <w:t>اس سے وہ ہدایت دیتا ہے جس کو وہ چاہتا ہے، اور جس کو اللہ گمراہ کر دے</w:t>
      </w:r>
    </w:p>
    <w:p>
      <w:r>
        <w:rPr>
          <w:b/>
        </w:rPr>
        <w:t xml:space="preserve">[18:17] </w:t>
      </w:r>
      <w:r>
        <w:t>to us ko koi hidayat dene wala nahin.</w:t>
      </w:r>
    </w:p>
    <w:p>
      <w:pPr>
        <w:jc w:val="right"/>
      </w:pPr>
      <w:r>
        <w:t>تو اس کو کوئی ہدایت دینے والا نہیں۔</w:t>
      </w:r>
    </w:p>
    <w:p>
      <w:r>
        <w:rPr>
          <w:b/>
        </w:rPr>
        <w:t xml:space="preserve">[18:22] </w:t>
      </w:r>
      <w:r>
        <w:t>iqshirar ka matlab hai shiddat ta'assur ke tehat jism par kapkapi ka taari ho jana.</w:t>
      </w:r>
    </w:p>
    <w:p>
      <w:pPr>
        <w:jc w:val="right"/>
      </w:pPr>
      <w:r>
        <w:t>اقشعرار کا مطلب ہے شدت تاثر کے تحت جسم پر کپکپی کا طاری ہو جانا۔</w:t>
      </w:r>
    </w:p>
    <w:p>
      <w:r>
        <w:rPr>
          <w:b/>
        </w:rPr>
        <w:t xml:space="preserve">[18:27] </w:t>
      </w:r>
      <w:r>
        <w:t>yeh kaifiyat ek aam kaifiyat hai.</w:t>
      </w:r>
    </w:p>
    <w:p>
      <w:pPr>
        <w:jc w:val="right"/>
      </w:pPr>
      <w:r>
        <w:t>یہ کیفیت ایک عام کیفیت ہے۔</w:t>
      </w:r>
    </w:p>
    <w:p>
      <w:r>
        <w:rPr>
          <w:b/>
        </w:rPr>
        <w:t xml:space="preserve">[18:33] </w:t>
      </w:r>
      <w:r>
        <w:t>momin ke liye aisa us waqt hota hai jabke allah ke khauf se is ke andar shadeed ta'assur paida ho.</w:t>
      </w:r>
    </w:p>
    <w:p>
      <w:pPr>
        <w:jc w:val="right"/>
      </w:pPr>
      <w:r>
        <w:t>مومن کے لیے ایسا اس وقت ہوتا ہے جبکہ اللہ کے خوف سے اس کے اندر شدید تاثر پیدا ہو۔</w:t>
      </w:r>
    </w:p>
    <w:p>
      <w:r>
        <w:rPr>
          <w:b/>
        </w:rPr>
        <w:t xml:space="preserve">[18:39] </w:t>
      </w:r>
      <w:r>
        <w:t>us waqt aam fitri qanoon ke tehat is ke jism par kapkapi ya shor'ing ki kaifiyat taari ho jayegi.</w:t>
      </w:r>
    </w:p>
    <w:p>
      <w:pPr>
        <w:jc w:val="right"/>
      </w:pPr>
      <w:r>
        <w:t>اس وقت عام فطری قانون کے تحت اس کے جسم پر کپکپی یا شورنگ کی کیفیت طاری ہو جائے گی۔</w:t>
      </w:r>
    </w:p>
    <w:p>
      <w:r>
        <w:rPr>
          <w:b/>
        </w:rPr>
        <w:t xml:space="preserve">[18:45] </w:t>
      </w:r>
      <w:r>
        <w:t>is se dil ke andar naram'i paida ho jayegi.</w:t>
      </w:r>
    </w:p>
    <w:p>
      <w:pPr>
        <w:jc w:val="right"/>
      </w:pPr>
      <w:r>
        <w:t>اس سے دل کے اندر نرمی پیدا ہو جائے گی۔</w:t>
      </w:r>
    </w:p>
    <w:p>
      <w:r>
        <w:rPr>
          <w:b/>
        </w:rPr>
        <w:t xml:space="preserve">[18:51] </w:t>
      </w:r>
      <w:r>
        <w:t>aadmi zyada qabooliyat ke jazbe ke tehat allah ki baaten sunne lagega.</w:t>
      </w:r>
    </w:p>
    <w:p>
      <w:pPr>
        <w:jc w:val="right"/>
      </w:pPr>
      <w:r>
        <w:t>آدمی زیادہ قبولیت کے جذبے کے تحت اللہ کی باتیں سننے لگے گا۔</w:t>
      </w:r>
    </w:p>
    <w:p>
      <w:r>
        <w:rPr>
          <w:b/>
        </w:rPr>
        <w:t xml:space="preserve">[18:57] </w:t>
      </w:r>
      <w:r>
        <w:t>is ke baraks jis aadmi ke andar iqshirar ki yeh کیفیت na paida ho, yeh is baat ki</w:t>
      </w:r>
    </w:p>
    <w:p>
      <w:pPr>
        <w:jc w:val="right"/>
      </w:pPr>
      <w:r>
        <w:t>اس کے برعکس جس آدمی کے اندر اقشعرار کی یہ کیفیت نہ پیدا ہو، یہ اس بات کی</w:t>
      </w:r>
    </w:p>
    <w:p>
      <w:r>
        <w:rPr>
          <w:b/>
        </w:rPr>
        <w:t xml:space="preserve">[19:02] </w:t>
      </w:r>
      <w:r>
        <w:t>alamat hai ke is ke dil mein qasaawat ki kamzori paida ho chuki hai.</w:t>
      </w:r>
    </w:p>
    <w:p>
      <w:pPr>
        <w:jc w:val="right"/>
      </w:pPr>
      <w:r>
        <w:t>علامت ہے کہ اس کے دل میں قساوت کی کمزوری پیدا ہو چکی ہے۔</w:t>
      </w:r>
    </w:p>
    <w:p>
      <w:r>
        <w:rPr>
          <w:b/>
        </w:rPr>
        <w:t xml:space="preserve">[19:07] </w:t>
      </w:r>
      <w:r>
        <w:t>woh Allah ki pakar ki baatein sunne ke baad bhi sakht dil bana rehta hai.</w:t>
      </w:r>
    </w:p>
    <w:p>
      <w:pPr>
        <w:jc w:val="right"/>
      </w:pPr>
      <w:r>
        <w:t>وہ اللہ کی پکڑ کی باتیں سننے کے بعد بھی سخت دل بنا رہتا ہے۔</w:t>
      </w:r>
    </w:p>
    <w:p>
      <w:r>
        <w:rPr>
          <w:b/>
        </w:rPr>
        <w:t xml:space="preserve">[19:12] </w:t>
      </w:r>
      <w:r>
        <w:t>is ayat ke aakhri juz ka tarjuma yeh hai: "yeh Allah ki hidayat hai.</w:t>
      </w:r>
    </w:p>
    <w:p>
      <w:pPr>
        <w:jc w:val="right"/>
      </w:pPr>
      <w:r>
        <w:t>اس آیت کے آخری جز کا ترجمہ یہ ہے: "یہ اللہ کی ہدایت ہے۔</w:t>
      </w:r>
    </w:p>
    <w:p>
      <w:r>
        <w:rPr>
          <w:b/>
        </w:rPr>
        <w:t xml:space="preserve">[19:17] </w:t>
      </w:r>
      <w:r>
        <w:t>is se Allah hidayat deta hai jis ko woh chahta hai, aur jis ko Allah gumrah kar de</w:t>
      </w:r>
    </w:p>
    <w:p>
      <w:pPr>
        <w:jc w:val="right"/>
      </w:pPr>
      <w:r>
        <w:t>اس سے اللہ ہدایت دیتا ہے جس کو وہ چاہتا ہے، اور جس کو اللہ گمراہ کر دے</w:t>
      </w:r>
    </w:p>
    <w:p>
      <w:r>
        <w:rPr>
          <w:b/>
        </w:rPr>
        <w:t xml:space="preserve">[19:22] </w:t>
      </w:r>
      <w:r>
        <w:t>toh is ko koi hidayat de</w:t>
      </w:r>
    </w:p>
    <w:p>
      <w:pPr>
        <w:jc w:val="right"/>
      </w:pPr>
      <w:r>
        <w:t>تو اس کو کوئی ہدایت د</w:t>
      </w:r>
    </w:p>
    <w:p>
      <w:r>
        <w:rPr>
          <w:b/>
        </w:rPr>
        <w:t xml:space="preserve">[19:27] </w:t>
      </w:r>
      <w:r>
        <w:t>ene wala nahin." is ka matlab yeh nahin hai ke Allah qasdan kisi ko hidayat deta hai aur</w:t>
      </w:r>
    </w:p>
    <w:p>
      <w:pPr>
        <w:jc w:val="right"/>
      </w:pPr>
      <w:r>
        <w:t>ینے والا نہیں۔" اس کا مطلب یہ نہیں ہے کہ اللہ قصداً کسی کو ہدایت دیتا ہے اور</w:t>
      </w:r>
    </w:p>
    <w:p>
      <w:r>
        <w:rPr>
          <w:b/>
        </w:rPr>
        <w:t xml:space="preserve">[19:36] </w:t>
      </w:r>
      <w:r>
        <w:t>kisi ko nahin deta hai, balkeh aisa insaan ki apni taraf se hota hai.</w:t>
      </w:r>
    </w:p>
    <w:p>
      <w:pPr>
        <w:jc w:val="right"/>
      </w:pPr>
      <w:r>
        <w:t>کسی کو نہیں دیتا ہے، بلکہ ایسا انسان کی اپنی طرف سے ہوتا ہے۔</w:t>
      </w:r>
    </w:p>
    <w:p>
      <w:r>
        <w:rPr>
          <w:b/>
        </w:rPr>
        <w:t xml:space="preserve">[19:44] </w:t>
      </w:r>
      <w:r>
        <w:t>jo insaan soche aur naseehat ko pakre, woh zaroor hidayat paye ga, aur jo aadmi soch aur naseehat</w:t>
      </w:r>
    </w:p>
    <w:p>
      <w:pPr>
        <w:jc w:val="right"/>
      </w:pPr>
      <w:r>
        <w:t>جو انسان سوچے اور نصیحت کو پکڑے، وہ ضرور ہدایت پائے گا، اور جو آدمی سوچ اور نصیحت</w:t>
      </w:r>
    </w:p>
    <w:p>
      <w:r>
        <w:rPr>
          <w:b/>
        </w:rPr>
        <w:t xml:space="preserve">[19:53] </w:t>
      </w:r>
      <w:r>
        <w:t>se khaali ho, woh is کیفیت se bhi khaali rahe ga.</w:t>
      </w:r>
    </w:p>
    <w:p>
      <w:pPr>
        <w:jc w:val="right"/>
      </w:pPr>
      <w:r>
        <w:t>سے خالی ہو، وہ اس کیفیت سے بھی خالی رہے گا۔</w:t>
      </w:r>
    </w:p>
    <w:p>
      <w:r>
        <w:rPr>
          <w:b/>
        </w:rPr>
        <w:t xml:space="preserve">[20:01] </w:t>
      </w:r>
      <w:r>
        <w:t>ishq e azaz kya hai? dil ki ek کیفیت ko quran mein in alfaaz mein bayan kiya gaya hai:</w:t>
      </w:r>
    </w:p>
    <w:p>
      <w:pPr>
        <w:jc w:val="right"/>
      </w:pPr>
      <w:r>
        <w:t>عشق اعزاز کیا ہے؟ دل کی ایک کیفیت کو قرآن میں ان الفاظ میں بیان کیا گیا ہے:</w:t>
      </w:r>
    </w:p>
    <w:p>
      <w:r>
        <w:rPr>
          <w:b/>
        </w:rPr>
        <w:t xml:space="preserve">[20:09] </w:t>
      </w:r>
      <w:r>
        <w:t>"wa izaa zukir allahu wahdahu aazza quloob allazeena la yu'minoona bil aakhirati min doonihi yastabshiroon".</w:t>
      </w:r>
    </w:p>
    <w:p>
      <w:pPr>
        <w:jc w:val="right"/>
      </w:pPr>
      <w:r>
        <w:t>"وإذا ذکر الله وحدہ معزز قلوب الذین لا یؤمنون بالآخرة من دونہ یستبشرون"۔</w:t>
      </w:r>
    </w:p>
    <w:p>
      <w:r>
        <w:rPr>
          <w:b/>
        </w:rPr>
        <w:t xml:space="preserve">[20:16] </w:t>
      </w:r>
      <w:r>
        <w:t>yaani jab akele Allah ka zikr kiya jata hai toh un logon ke dil tang pad jate hain</w:t>
      </w:r>
    </w:p>
    <w:p>
      <w:pPr>
        <w:jc w:val="right"/>
      </w:pPr>
      <w:r>
        <w:t>یعنی جب اکیلے اللہ کا ذکر کیا جاتا ہے تو ان لوگوں کے دل تنگ پڑ جاتے ہیں</w:t>
      </w:r>
    </w:p>
    <w:p>
      <w:r>
        <w:rPr>
          <w:b/>
        </w:rPr>
        <w:t xml:space="preserve">[20:24] </w:t>
      </w:r>
      <w:r>
        <w:t>jo aakhirat par imaan nahin rakhte, aur jab</w:t>
      </w:r>
    </w:p>
    <w:p>
      <w:pPr>
        <w:jc w:val="right"/>
      </w:pPr>
      <w:r>
        <w:t>جو آخرت پر ایمان نہیں رکھتے، اور جب</w:t>
      </w:r>
    </w:p>
    <w:p>
      <w:r>
        <w:rPr>
          <w:b/>
        </w:rPr>
        <w:t xml:space="preserve">[20:31] </w:t>
      </w:r>
      <w:r>
        <w:t>uske siwa doosron ka zikr hota hai to us waqt woh khush ho jatay hain. Ishq-e-iz'az ka matlab hai dil ka tang hona ya shrinking of the heart. Yeh ek makhsoos nafsiyaati halat ka naam hai. Jab kisi ka zehan peshgi taur par mutassir zehan ban jaye to uska haal yeh hota hai ke agar koi baat uske muwafiq ho to woh usko sun kar khush hoga, aur agar usko mehsoos ho ke mazkoora</w:t>
      </w:r>
    </w:p>
    <w:p>
      <w:pPr>
        <w:jc w:val="right"/>
      </w:pPr>
      <w:r>
        <w:t>اس کے سوا دوسروں کا ذکر ہوتا ہے تو اس وقت وہ خوش ہو جاتے ہیں۔ عشق اعزاز کا مطلب ہے دل کا تنگ ہونا یا شرنکنگ آف دا ہارٹ۔ یہ ایک مخصوص نفسیاتی حالت کا نام ہے۔ جب کسی کا ذہن پیشگی طور پر متاثر ذہن بن جائے تو اس کا حال یہ ہوتا ہے کہ اگر کوئی بات اس کے موافق ہو تو وہ اس کو سن کر خوش ہوگا، اور اگر اس کو محسوس ہو کہ مذکورہ</w:t>
      </w:r>
    </w:p>
    <w:p>
      <w:r>
        <w:rPr>
          <w:b/>
        </w:rPr>
        <w:t xml:space="preserve">[21:01] </w:t>
      </w:r>
      <w:r>
        <w:t>baat is ke apne mafroozat ke mutabiq nahin hai toh is ko sun kar is ka dil tang</w:t>
      </w:r>
    </w:p>
    <w:p>
      <w:pPr>
        <w:jc w:val="right"/>
      </w:pPr>
      <w:r>
        <w:t>بات اس کے اپنے مفروضے کے مطابق نہیں ہے تو اس کو سن کر اس کا دل تنگ</w:t>
      </w:r>
    </w:p>
    <w:p>
      <w:r>
        <w:rPr>
          <w:b/>
        </w:rPr>
        <w:t xml:space="preserve">[21:06] </w:t>
      </w:r>
      <w:r>
        <w:t>ho jaye ga.</w:t>
      </w:r>
    </w:p>
    <w:p>
      <w:pPr>
        <w:jc w:val="right"/>
      </w:pPr>
      <w:r>
        <w:t>ہو جائے گا۔</w:t>
      </w:r>
    </w:p>
    <w:p>
      <w:r>
        <w:rPr>
          <w:b/>
        </w:rPr>
        <w:t xml:space="preserve">[21:11] </w:t>
      </w:r>
      <w:r>
        <w:t>yahi baat amar e haq ke bare mein bhi hai.</w:t>
      </w:r>
    </w:p>
    <w:p>
      <w:pPr>
        <w:jc w:val="right"/>
      </w:pPr>
      <w:r>
        <w:t>یہی بات امر حق کے بارے میں بھی ہے۔</w:t>
      </w:r>
    </w:p>
    <w:p>
      <w:r>
        <w:rPr>
          <w:b/>
        </w:rPr>
        <w:t xml:space="preserve">[21:16] </w:t>
      </w:r>
      <w:r>
        <w:t>jis aadmi ke andar itiraf e haq ka maada na ho, woh cheezon ko apne mafroozat se janche ga.</w:t>
      </w:r>
    </w:p>
    <w:p>
      <w:pPr>
        <w:jc w:val="right"/>
      </w:pPr>
      <w:r>
        <w:t>جس آدمی کے اندر اعتراف حق کا مادہ نہ ہو، وہ چیزوں کو اپنے مفروضات سے جانچے گا۔</w:t>
      </w:r>
    </w:p>
    <w:p>
      <w:r>
        <w:rPr>
          <w:b/>
        </w:rPr>
        <w:t xml:space="preserve">[21:21] </w:t>
      </w:r>
      <w:r>
        <w:t>agar bayan kardah baat is ke mafroozat ke mutabiq hai toh woh khush ho kar is ko maan</w:t>
      </w:r>
    </w:p>
    <w:p>
      <w:pPr>
        <w:jc w:val="right"/>
      </w:pPr>
      <w:r>
        <w:t>اگر بیان کردہ بات اس کے مفروضات کے مطابق ہے تو وہ خوش ہو کر اس کو مان</w:t>
      </w:r>
    </w:p>
    <w:p>
      <w:r>
        <w:rPr>
          <w:b/>
        </w:rPr>
        <w:t xml:space="preserve">[21:26] </w:t>
      </w:r>
      <w:r>
        <w:t>le ga, lekin agar bayan kardah baat is ke apne mafroozat ke mutabiq na ho</w:t>
      </w:r>
    </w:p>
    <w:p>
      <w:pPr>
        <w:jc w:val="right"/>
      </w:pPr>
      <w:r>
        <w:t>لے گا، لیکن اگر بیان کردہ بات اس کے اپنے مفروضات کے مطابق نہ ہو</w:t>
      </w:r>
    </w:p>
    <w:p>
      <w:r>
        <w:rPr>
          <w:b/>
        </w:rPr>
        <w:t xml:space="preserve">[21:31] </w:t>
      </w:r>
      <w:r>
        <w:t>toh is ko qabool karne ke muamle mein is ka dil tang ho jaye ga.</w:t>
      </w:r>
    </w:p>
    <w:p>
      <w:pPr>
        <w:jc w:val="right"/>
      </w:pPr>
      <w:r>
        <w:t>تو اس کو قبول کرنے کے معاملے میں اس کا دل تنگ ہو جائے گا۔</w:t>
      </w:r>
    </w:p>
    <w:p>
      <w:r>
        <w:rPr>
          <w:b/>
        </w:rPr>
        <w:t xml:space="preserve">[21:36] </w:t>
      </w:r>
      <w:r>
        <w:t>woh apni be itirafi ko chhipane ke liye aisi ghair mutaliq baatein boley ga jo sirf kehne ke</w:t>
      </w:r>
    </w:p>
    <w:p>
      <w:pPr>
        <w:jc w:val="right"/>
      </w:pPr>
      <w:r>
        <w:t>وہ اپنی بے اعترافی کو چھپانے کے لیے ایسی غیر متعلق باتیں بولے گا جو صرف کہنے کے</w:t>
      </w:r>
    </w:p>
    <w:p>
      <w:r>
        <w:rPr>
          <w:b/>
        </w:rPr>
        <w:t xml:space="preserve">[21:41] </w:t>
      </w:r>
      <w:r>
        <w:t>liye hongi, na ke haqeeqat ki tarjumani ke liye.</w:t>
      </w:r>
    </w:p>
    <w:p>
      <w:pPr>
        <w:jc w:val="right"/>
      </w:pPr>
      <w:r>
        <w:t>لیے ہوں گی، نہ کہ حقیقت کی ترجمانی کے لیے۔</w:t>
      </w:r>
    </w:p>
    <w:p>
      <w:r>
        <w:rPr>
          <w:b/>
        </w:rPr>
        <w:t xml:space="preserve">[21:46] </w:t>
      </w:r>
      <w:r>
        <w:t>ishq e azaz darasal kibr ka ek zahira hai.</w:t>
      </w:r>
    </w:p>
    <w:p>
      <w:pPr>
        <w:jc w:val="right"/>
      </w:pPr>
      <w:r>
        <w:t>عشق اعزاز دراصل کبر کا ایک ظاہرہ ہے۔</w:t>
      </w:r>
    </w:p>
    <w:p>
      <w:r>
        <w:rPr>
          <w:b/>
        </w:rPr>
        <w:t xml:space="preserve">[21:51] </w:t>
      </w:r>
      <w:r>
        <w:t>yeh کیفیت is waqt paida hoti hai jabke kisi wajah se aadmi haq ko maanna na chahe.</w:t>
      </w:r>
    </w:p>
    <w:p>
      <w:pPr>
        <w:jc w:val="right"/>
      </w:pPr>
      <w:r>
        <w:t>یہ کیفیت اس وقت پیدا ہوتی ہے جبکہ کسی وجہ سے آدمی حق کو ماننا نہ چاہے۔</w:t>
      </w:r>
    </w:p>
    <w:p>
      <w:r>
        <w:rPr>
          <w:b/>
        </w:rPr>
        <w:t xml:space="preserve">[21:56] </w:t>
      </w:r>
      <w:r>
        <w:t>aise aadmi ka haal yeh hota hai</w:t>
      </w:r>
    </w:p>
    <w:p>
      <w:pPr>
        <w:jc w:val="right"/>
      </w:pPr>
      <w:r>
        <w:t>ایسے آدمی کا حال یہ ہوتا ہے</w:t>
      </w:r>
    </w:p>
    <w:p>
      <w:r>
        <w:rPr>
          <w:b/>
        </w:rPr>
        <w:t xml:space="preserve">[22:01] </w:t>
      </w:r>
      <w:r>
        <w:t>ke agar is ko dikhai de ke haq us ke mufradaat ki tasdeeq kar raha hai to woh</w:t>
      </w:r>
    </w:p>
    <w:p>
      <w:pPr>
        <w:jc w:val="right"/>
      </w:pPr>
      <w:r>
        <w:t>کہ اگر اس کو دکھائی دے کہ حق اس کے مفروضات کی تصدیق کر رہا ہے تو وہ</w:t>
      </w:r>
    </w:p>
    <w:p>
      <w:r>
        <w:rPr>
          <w:b/>
        </w:rPr>
        <w:t xml:space="preserve">[22:06] </w:t>
      </w:r>
      <w:r>
        <w:t>khush hota hai.</w:t>
      </w:r>
    </w:p>
    <w:p>
      <w:pPr>
        <w:jc w:val="right"/>
      </w:pPr>
      <w:r>
        <w:t>خوش ہوتا ہے۔</w:t>
      </w:r>
    </w:p>
    <w:p>
      <w:r>
        <w:rPr>
          <w:b/>
        </w:rPr>
        <w:t xml:space="preserve">[22:10] </w:t>
      </w:r>
      <w:r>
        <w:t>is ke bar aks, agar woh mehsoos kare ke jo baat amr haq ke taur par samne aai hai,</w:t>
      </w:r>
    </w:p>
    <w:p>
      <w:pPr>
        <w:jc w:val="right"/>
      </w:pPr>
      <w:r>
        <w:t>اس کے برعکس، اگر وہ محسوس کرے کہ جو بات امر حق کے طور پر سامنے آئی ہے،</w:t>
      </w:r>
    </w:p>
    <w:p>
      <w:r>
        <w:rPr>
          <w:b/>
        </w:rPr>
        <w:t xml:space="preserve">[22:14] </w:t>
      </w:r>
      <w:r>
        <w:t>woh us ki rai ki tasdeeq nahi karti to us ko qabool karne ke liye is ka dil</w:t>
      </w:r>
    </w:p>
    <w:p>
      <w:pPr>
        <w:jc w:val="right"/>
      </w:pPr>
      <w:r>
        <w:t>وہ اس کی رائے کی تصدیق نہیں کرتی تو اس کو قبول کرنے کے لیے اس کا دل</w:t>
      </w:r>
    </w:p>
    <w:p>
      <w:r>
        <w:rPr>
          <w:b/>
        </w:rPr>
        <w:t xml:space="preserve">[22:19] </w:t>
      </w:r>
      <w:r>
        <w:t>tang ho jata hai.</w:t>
      </w:r>
    </w:p>
    <w:p>
      <w:pPr>
        <w:jc w:val="right"/>
      </w:pPr>
      <w:r>
        <w:t>تنگ ہو جاتا ہے۔</w:t>
      </w:r>
    </w:p>
    <w:p>
      <w:r>
        <w:rPr>
          <w:b/>
        </w:rPr>
        <w:t xml:space="preserve">[22:23] </w:t>
      </w:r>
      <w:r>
        <w:t>woh haq ko na maanne ke liye aisi ghair mutaliq baatein bolne lagta hai jis ki sadaqat par</w:t>
      </w:r>
    </w:p>
    <w:p>
      <w:pPr>
        <w:jc w:val="right"/>
      </w:pPr>
      <w:r>
        <w:t>وہ حق کو نہ ماننے کے لیے ایسی غیر متعلق باتیں بولنے لگتا ہے جس کی صداقت پر</w:t>
      </w:r>
    </w:p>
    <w:p>
      <w:r>
        <w:rPr>
          <w:b/>
        </w:rPr>
        <w:t xml:space="preserve">[22:27] </w:t>
      </w:r>
      <w:r>
        <w:t>khud is ka dil</w:t>
      </w:r>
    </w:p>
    <w:p>
      <w:pPr>
        <w:jc w:val="right"/>
      </w:pPr>
      <w:r>
        <w:t>خود اس کا دل</w:t>
      </w:r>
    </w:p>
    <w:p>
      <w:r>
        <w:rPr>
          <w:b/>
        </w:rPr>
        <w:t xml:space="preserve">[22:32] </w:t>
      </w:r>
      <w:r>
        <w:t>mutmain nahi hota.</w:t>
      </w:r>
    </w:p>
    <w:p>
      <w:pPr>
        <w:jc w:val="right"/>
      </w:pPr>
      <w:r>
        <w:t>مطمئن نہیں ہوتا۔</w:t>
      </w:r>
    </w:p>
    <w:p>
      <w:r>
        <w:rPr>
          <w:b/>
        </w:rPr>
        <w:t xml:space="preserve">[22:39] </w:t>
      </w:r>
      <w:r>
        <w:t>isi halat ka naam ishq e azaz hai. Ahsan al amal.</w:t>
      </w:r>
    </w:p>
    <w:p>
      <w:pPr>
        <w:jc w:val="right"/>
      </w:pPr>
      <w:r>
        <w:t>اسی حالت کا نام عشق اعزاز ہے۔ احسن العمل۔</w:t>
      </w:r>
    </w:p>
    <w:p>
      <w:r>
        <w:rPr>
          <w:b/>
        </w:rPr>
        <w:t xml:space="preserve">[22:47] </w:t>
      </w:r>
      <w:r>
        <w:t>insan ke bare mein takhleeqi mansoobe ko quran mein in alfaaz mein bayan kiya gaya hai: "allazi khalaq</w:t>
      </w:r>
    </w:p>
    <w:p>
      <w:pPr>
        <w:jc w:val="right"/>
      </w:pPr>
      <w:r>
        <w:t>انسان کے بارے میں تخلیقی منصوبے کو قرآن میں ان الفاظ میں بیان کیا گیا ہے: "الذی خلق</w:t>
      </w:r>
    </w:p>
    <w:p>
      <w:r>
        <w:rPr>
          <w:b/>
        </w:rPr>
        <w:t xml:space="preserve">[22:54] </w:t>
      </w:r>
      <w:r>
        <w:t>al mauta wal hayata li yablukum ayukum ahsan amala"</w:t>
      </w:r>
    </w:p>
    <w:p>
      <w:pPr>
        <w:jc w:val="right"/>
      </w:pPr>
      <w:r>
        <w:t>الموت والحیات لیبلوکم ایکم احسن عملا"</w:t>
      </w:r>
    </w:p>
    <w:p>
      <w:r>
        <w:rPr>
          <w:b/>
        </w:rPr>
        <w:t xml:space="preserve">[23:02] </w:t>
      </w:r>
      <w:r>
        <w:t>.</w:t>
      </w:r>
    </w:p>
    <w:p>
      <w:pPr>
        <w:jc w:val="right"/>
      </w:pPr>
      <w:r>
        <w:t>۔</w:t>
      </w:r>
    </w:p>
    <w:p>
      <w:r>
        <w:rPr>
          <w:b/>
        </w:rPr>
        <w:t xml:space="preserve">[23:07] </w:t>
      </w:r>
      <w:r>
        <w:t>yani khalq ne maut aur zindagi ko paida kiya taake woh tum ko jaanche ke tum mein sab</w:t>
      </w:r>
    </w:p>
    <w:p>
      <w:pPr>
        <w:jc w:val="right"/>
      </w:pPr>
      <w:r>
        <w:t>یعنی خالق نے موت اور زندگی کو پیدا کیا تاکہ وہ تم کو جانچے کہ تم میں سب</w:t>
      </w:r>
    </w:p>
    <w:p>
      <w:r>
        <w:rPr>
          <w:b/>
        </w:rPr>
        <w:t xml:space="preserve">[23:12] </w:t>
      </w:r>
      <w:r>
        <w:t>se achhe amal wala kaun hai.</w:t>
      </w:r>
    </w:p>
    <w:p>
      <w:pPr>
        <w:jc w:val="right"/>
      </w:pPr>
      <w:r>
        <w:t>سے اچھے عمل والا کون ہے۔</w:t>
      </w:r>
    </w:p>
    <w:p>
      <w:r>
        <w:rPr>
          <w:b/>
        </w:rPr>
        <w:t xml:space="preserve">[23:17] </w:t>
      </w:r>
      <w:r>
        <w:t>is ayat ka matlab yeh hai ke paida hone wale insano mein se ahsan al amal ka intikhab karna.</w:t>
      </w:r>
    </w:p>
    <w:p>
      <w:pPr>
        <w:jc w:val="right"/>
      </w:pPr>
      <w:r>
        <w:t>اس آیت کا مطلب یہ ہے کہ پیدا ہونے والے انسانوں میں سے احسن العمل کا انتخاب کرنا۔</w:t>
      </w:r>
    </w:p>
    <w:p>
      <w:r>
        <w:rPr>
          <w:b/>
        </w:rPr>
        <w:t xml:space="preserve">[23:22] </w:t>
      </w:r>
      <w:r>
        <w:t>quran ki is ayat ka mafhoom ek aur ayat par ghor karne se maloom hota hai.</w:t>
      </w:r>
    </w:p>
    <w:p>
      <w:pPr>
        <w:jc w:val="right"/>
      </w:pPr>
      <w:r>
        <w:t>قرآن کی اس آیت کا مفہوم ایک اور آیت پر غور کرنے سے معلوم ہوتا ہے۔</w:t>
      </w:r>
    </w:p>
    <w:p>
      <w:r>
        <w:rPr>
          <w:b/>
        </w:rPr>
        <w:t xml:space="preserve">[23:27] </w:t>
      </w:r>
      <w:r>
        <w:t>woh ayat yeh hai: "man kana yureedu hirsa al aakhirati nazidhu fi hirsihi</w:t>
      </w:r>
    </w:p>
    <w:p>
      <w:pPr>
        <w:jc w:val="right"/>
      </w:pPr>
      <w:r>
        <w:t>وہ آیت یہ ہے: "من کان یرید حرص الآخرت نزدہ فی حرصہ</w:t>
      </w:r>
    </w:p>
    <w:p>
      <w:r>
        <w:rPr>
          <w:b/>
        </w:rPr>
        <w:t xml:space="preserve">[23:33] </w:t>
      </w:r>
      <w:r>
        <w:t>wa man kana yureedu hirsa ad dunya nati minha wa ma lahu fil aakhirati min naseeb". yani jo shakhs aakhirat ki kheti chahe, hum us ko us ki kheti mein taraqqi den ge, aur jo shakhs duniya ki kheti chahe, hum us ko is mein se kuch de dete hain, aur aakhirat mein us ka koi hissa nahin. ghaur karne se maloom hota hai ke maujooda duniya insan ke liye paudgah ya n</w:t>
      </w:r>
    </w:p>
    <w:p>
      <w:pPr>
        <w:jc w:val="right"/>
      </w:pPr>
      <w:r>
        <w:t>ومن کان یرید حرص دنیا نتی منہا وما له فی الآخرت من نصیب"۔ یعنی جو شخص آخرت کی کھیتی چاہے، ہم اس کو اس کی کھیتی میں ترقی دیں گے، اور جو شخص دنیا کی کھیتی چاہے، ہم اس کو اس میں سے کچھ دے دیتے ہیں، اور آخرت میں اس کا کوئی حصہ نہیں۔ غور کرنے سے معلوم ہوتا ہے کہ موجودہ دنیا انسان کے لیے پودگاہ یا ن</w:t>
      </w:r>
    </w:p>
    <w:p>
      <w:r>
        <w:rPr>
          <w:b/>
        </w:rPr>
        <w:t xml:space="preserve">[24:03] </w:t>
      </w:r>
      <w:r>
        <w:t>ursari ki manind hai. paudgah mein yeh hota hai ke paudhe aammi andaaz mein paida kiye jate hain, phir un mein jo pauda tandurust hota hai, us ko chhaant kar nikal liya jata hai taake us ko zyada achhi zameen mein nasb kar ke zyada achhe mahol mein grow karne ka mauqa diya jae. yahi hasiyat insan ki nisbat se maujooda duniya ki hai. maujooda duniya ki hasiyat insan ke liye nursery ja</w:t>
      </w:r>
    </w:p>
    <w:p>
      <w:pPr>
        <w:jc w:val="right"/>
      </w:pPr>
      <w:r>
        <w:t>رسری کی مانند ہے۔ پودگاہ میں یہ ہوتا ہے کہ پودے عمومی انداز میں پیدا کیے جاتے ہیں، پھر ان میں جو پودا تندرست ہوتا ہے، اس کو چھانٹ کر نکال لیا جاتا ہے تاکہ اس کو زیادہ اچھی زمین میں نصب کر کے زیادہ اچھے ماحول میں گرو کرنے کا موقع دیا جائے۔ یہی حیثیت انسان کی نسبت سے موجودہ دنیا کی ہے۔ موجودہ دنیا کی حیثیت انسان کے لیے نرسری ج</w:t>
      </w:r>
    </w:p>
    <w:p>
      <w:r>
        <w:rPr>
          <w:b/>
        </w:rPr>
        <w:t xml:space="preserve">[24:33] </w:t>
      </w:r>
      <w:r>
        <w:t>aisi hai.</w:t>
      </w:r>
    </w:p>
    <w:p>
      <w:pPr>
        <w:jc w:val="right"/>
      </w:pPr>
      <w:r>
        <w:t>یسی ہے۔</w:t>
      </w:r>
    </w:p>
    <w:p>
      <w:r>
        <w:rPr>
          <w:b/>
        </w:rPr>
        <w:t xml:space="preserve">[24:38] </w:t>
      </w:r>
      <w:r>
        <w:t>yahan insan ko paida kar ke basaya jata hai taake in mein se jo insan apne ko ahsan</w:t>
      </w:r>
    </w:p>
    <w:p>
      <w:pPr>
        <w:jc w:val="right"/>
      </w:pPr>
      <w:r>
        <w:t>یہاں انسان کو پیدا کر کے بسایا جاتا ہے تاکہ ان میں سے جو انسان اپنے کو احسن</w:t>
      </w:r>
    </w:p>
    <w:p>
      <w:r>
        <w:rPr>
          <w:b/>
        </w:rPr>
        <w:t xml:space="preserve">[24:43] </w:t>
      </w:r>
      <w:r>
        <w:t>العمل یعنی زیادہ صحت مند ثابت کرے، اس کو دنیا کی نرسری سے نکال کر آخرت کے habitat</w:t>
      </w:r>
    </w:p>
    <w:p>
      <w:pPr>
        <w:jc w:val="right"/>
      </w:pPr>
      <w:r>
        <w:t>العمل یعنی زیادہ صحت مند ثابت کرے، اس کو دنیا کی نرسری سے نکال کر آخرت کے ہیبیٹٹ</w:t>
      </w:r>
    </w:p>
    <w:p>
      <w:r>
        <w:rPr>
          <w:b/>
        </w:rPr>
        <w:t xml:space="preserve">[24:48] </w:t>
      </w:r>
      <w:r>
        <w:t>mein nasb kar diya jaye, yani abadi jannat mein.</w:t>
      </w:r>
    </w:p>
    <w:p>
      <w:pPr>
        <w:jc w:val="right"/>
      </w:pPr>
      <w:r>
        <w:t>میں نصب کر دیا جائے، یعنی ابدی جنت میں۔</w:t>
      </w:r>
    </w:p>
    <w:p>
      <w:r>
        <w:rPr>
          <w:b/>
        </w:rPr>
        <w:t xml:space="preserve">[24:53] </w:t>
      </w:r>
      <w:r>
        <w:t>goya ke maujooda duniya ki zindagi nursery ki zindagi hai, aur akhirat ke habitat ki zindagi abadi jannat</w:t>
      </w:r>
    </w:p>
    <w:p>
      <w:pPr>
        <w:jc w:val="right"/>
      </w:pPr>
      <w:r>
        <w:t>گویا کہ موجودہ دنیا کی زندگی نرسری کی زندگی ہے، اور آخرت کے ہیبیٹٹ کی زندگی ابدی جنت</w:t>
      </w:r>
    </w:p>
    <w:p>
      <w:r>
        <w:rPr>
          <w:b/>
        </w:rPr>
        <w:t xml:space="preserve">[24:58] </w:t>
      </w:r>
      <w:r>
        <w:t>ki zindagi hai. Yeh bilashuba</w:t>
      </w:r>
    </w:p>
    <w:p>
      <w:pPr>
        <w:jc w:val="right"/>
      </w:pPr>
      <w:r>
        <w:t>کی زندگی ہے۔ یہ بلاشبہ</w:t>
      </w:r>
    </w:p>
    <w:p>
      <w:r>
        <w:rPr>
          <w:b/>
        </w:rPr>
        <w:t xml:space="preserve">[25:03] </w:t>
      </w:r>
      <w:r>
        <w:t>hayat insani ke liye behtareen scheme hai.</w:t>
      </w:r>
    </w:p>
    <w:p>
      <w:pPr>
        <w:jc w:val="right"/>
      </w:pPr>
      <w:r>
        <w:t>حیات انسانی کے لیے بہترین سکیم ہے۔</w:t>
      </w:r>
    </w:p>
    <w:p>
      <w:r>
        <w:rPr>
          <w:b/>
        </w:rPr>
        <w:t xml:space="preserve">[25:11] </w:t>
      </w:r>
      <w:r>
        <w:t>allah ki madad.</w:t>
      </w:r>
    </w:p>
    <w:p>
      <w:pPr>
        <w:jc w:val="right"/>
      </w:pPr>
      <w:r>
        <w:t>اللہ کی مدد۔</w:t>
      </w:r>
    </w:p>
    <w:p>
      <w:r>
        <w:rPr>
          <w:b/>
        </w:rPr>
        <w:t xml:space="preserve">[25:18] </w:t>
      </w:r>
      <w:r>
        <w:t>qadeem misr mein jab bani israil par firoun ka zulm bohat barh gaya, us waqt peghambar moosa alaih</w:t>
      </w:r>
    </w:p>
    <w:p>
      <w:pPr>
        <w:jc w:val="right"/>
      </w:pPr>
      <w:r>
        <w:t>قدیم مصر میں جب بنی اسرائیل پر فرعون کا ظلم بہت بڑھ گیا، اس وقت پیغمبر موسیٰ علیہ</w:t>
      </w:r>
    </w:p>
    <w:p>
      <w:r>
        <w:rPr>
          <w:b/>
        </w:rPr>
        <w:t xml:space="preserve">[25:26] </w:t>
      </w:r>
      <w:r>
        <w:t>assalam ne apni qaum ko naseehat karte hue kaha: "iste'een bis</w:t>
      </w:r>
    </w:p>
    <w:p>
      <w:pPr>
        <w:jc w:val="right"/>
      </w:pPr>
      <w:r>
        <w:t>السلام نے اپنی قوم کو نصیحت کرتے ہوئے کہا: "استعین بال</w:t>
      </w:r>
    </w:p>
    <w:p>
      <w:r>
        <w:rPr>
          <w:b/>
        </w:rPr>
        <w:t xml:space="preserve">[25:33] </w:t>
      </w:r>
      <w:r>
        <w:t>wasabiro innal arda lillahi yursihu man yashao min ibadihi wal aaqibatu lil muttaqeen". yani allah se madad chaho aur sabr karo. zameen allah ki hai, woh apne bando mein se jis ko chahta hai, us ka waris bana deta hai, aur aakhri kamyabi allah se darne walon hi ke liye hai. allah se madad ki dua karna bande aur</w:t>
      </w:r>
    </w:p>
    <w:p>
      <w:pPr>
        <w:jc w:val="right"/>
      </w:pPr>
      <w:r>
        <w:t>لہ واصبرو ان الارض للہ یورسہ من یشاء من عبادہ والعاقبۃ للمتقین"۔ یعنی اللہ سے مدد چاہو اور صبر کرو۔ زمین اللہ کی ہے، وہ اپنے بندوں میں سے جس کو چاہتا ہے، اس کا وارث بنا دیتا ہے، اور آخری کامیابی اللہ سے ڈرنے والوں ہی کے لیے ہے۔ اللہ سے مدد کی دعا کرنا بندے اور</w:t>
      </w:r>
    </w:p>
    <w:p>
      <w:r>
        <w:rPr>
          <w:b/>
        </w:rPr>
        <w:t xml:space="preserve">[26:03] </w:t>
      </w:r>
      <w:r>
        <w:t>khuda ke darmiyan ka mamla hai.</w:t>
      </w:r>
    </w:p>
    <w:p>
      <w:pPr>
        <w:jc w:val="right"/>
      </w:pPr>
      <w:r>
        <w:t>خدا کے درمیان کا معاملہ ہے۔</w:t>
      </w:r>
    </w:p>
    <w:p>
      <w:r>
        <w:rPr>
          <w:b/>
        </w:rPr>
        <w:t xml:space="preserve">[26:08] </w:t>
      </w:r>
      <w:r>
        <w:t>is mamle mein sabr ki talqeen kyun ki gayi? sabr ka dua se kya ta'alluq hai? yeh ek</w:t>
      </w:r>
    </w:p>
    <w:p>
      <w:pPr>
        <w:jc w:val="right"/>
      </w:pPr>
      <w:r>
        <w:t>اس معاملے میں صبر کی تلقین کیوں کی گئی؟ صبر کا دعا سے کیا تعلق ہے؟ یہ ایک</w:t>
      </w:r>
    </w:p>
    <w:p>
      <w:r>
        <w:rPr>
          <w:b/>
        </w:rPr>
        <w:t xml:space="preserve">[26:13] </w:t>
      </w:r>
      <w:r>
        <w:t>be had aham baat hai.</w:t>
      </w:r>
    </w:p>
    <w:p>
      <w:pPr>
        <w:jc w:val="right"/>
      </w:pPr>
      <w:r>
        <w:t>بے حد اہم بات ہے۔</w:t>
      </w:r>
    </w:p>
    <w:p>
      <w:r>
        <w:rPr>
          <w:b/>
        </w:rPr>
        <w:t xml:space="preserve">[26:18] </w:t>
      </w:r>
      <w:r>
        <w:t>agar aadmi dua ki is haqeeqat ko na jaane to woh dua ke baad mayoosi ka shikar ho sakta hai.</w:t>
      </w:r>
    </w:p>
    <w:p>
      <w:pPr>
        <w:jc w:val="right"/>
      </w:pPr>
      <w:r>
        <w:t>اگر آدمی دعا کی اس حقیقت کو نہ جانے تو وہ دعا کے بعد مایوسی کا شکار ہو سکتا ہے۔</w:t>
      </w:r>
    </w:p>
    <w:p>
      <w:r>
        <w:rPr>
          <w:b/>
        </w:rPr>
        <w:t xml:space="preserve">[26:24] </w:t>
      </w:r>
      <w:r>
        <w:t>dua ka mamla yeh nahi hai ke Allah se aap dua karein aur Allah foran aap ki matloob</w:t>
      </w:r>
    </w:p>
    <w:p>
      <w:pPr>
        <w:jc w:val="right"/>
      </w:pPr>
      <w:r>
        <w:t>دعا کا معاملہ یہ نہیں ہے کہ اللہ سے آپ دعا کریں اور اللہ فوراً آپ کی مطلوب</w:t>
      </w:r>
    </w:p>
    <w:p>
      <w:r>
        <w:rPr>
          <w:b/>
        </w:rPr>
        <w:t xml:space="preserve">[26:29] </w:t>
      </w:r>
      <w:r>
        <w:t>cheez utha kar aap ko de de.</w:t>
      </w:r>
    </w:p>
    <w:p>
      <w:pPr>
        <w:jc w:val="right"/>
      </w:pPr>
      <w:r>
        <w:t>چیز اٹھا کر آپ کو دے دے۔</w:t>
      </w:r>
    </w:p>
    <w:p>
      <w:r>
        <w:rPr>
          <w:b/>
        </w:rPr>
        <w:t xml:space="preserve">[26:34] </w:t>
      </w:r>
      <w:r>
        <w:t>agar aap ki dua waqe'atan ek sachi dua hai, tab bhi Allah manage kar ke aap ki dua</w:t>
      </w:r>
    </w:p>
    <w:p>
      <w:pPr>
        <w:jc w:val="right"/>
      </w:pPr>
      <w:r>
        <w:t>اگر آپ کی دعا واقعتاً ایک سچی دعا ہے، تب بھی اللہ مینج کر کے آپ کی دعا</w:t>
      </w:r>
    </w:p>
    <w:p>
      <w:r>
        <w:rPr>
          <w:b/>
        </w:rPr>
        <w:t xml:space="preserve">[26:40] </w:t>
      </w:r>
      <w:r>
        <w:t>ko poora karta hai.</w:t>
      </w:r>
    </w:p>
    <w:p>
      <w:pPr>
        <w:jc w:val="right"/>
      </w:pPr>
      <w:r>
        <w:t>کو پورا کرتا ہے۔</w:t>
      </w:r>
    </w:p>
    <w:p>
      <w:r>
        <w:rPr>
          <w:b/>
        </w:rPr>
        <w:t xml:space="preserve">[26:46] </w:t>
      </w:r>
      <w:r>
        <w:t>dua ko poora karne ke liye Allah ko bohat se insanon ki sargarmion ko manage karna hota hai.</w:t>
      </w:r>
    </w:p>
    <w:p>
      <w:pPr>
        <w:jc w:val="right"/>
      </w:pPr>
      <w:r>
        <w:t>دعا کو پورا کرنے کے لیے اللہ کو بہت سے انسانوں کی سرگرمیوں کو مینج کرنا ہوتا ہے۔</w:t>
      </w:r>
    </w:p>
    <w:p>
      <w:r>
        <w:rPr>
          <w:b/>
        </w:rPr>
        <w:t xml:space="preserve">[26:52] </w:t>
      </w:r>
      <w:r>
        <w:t>woh is ka mansooba banata hai taake qawaneen fitrat ko baqi rakhte hue aap ki talab ko poora kar.</w:t>
      </w:r>
    </w:p>
    <w:p>
      <w:pPr>
        <w:jc w:val="right"/>
      </w:pPr>
      <w:r>
        <w:t>وہ اس کا منصوبہ بناتا ہے تاکہ قوانین فطرت کو باقی رکھتے ہوئے آپ کی طلب کو پورا کرے۔</w:t>
      </w:r>
    </w:p>
    <w:p>
      <w:r>
        <w:rPr>
          <w:b/>
        </w:rPr>
        <w:t xml:space="preserve">[26:58] </w:t>
      </w:r>
      <w:r>
        <w:t>is ke liye zaroorat hoti hai ke ijtamai taq</w:t>
      </w:r>
    </w:p>
    <w:p>
      <w:pPr>
        <w:jc w:val="right"/>
      </w:pPr>
      <w:r>
        <w:t>اس کے لیے ضرورت ہوتی ہے کہ اجتماعی تق</w:t>
      </w:r>
    </w:p>
    <w:p>
      <w:r>
        <w:rPr>
          <w:b/>
        </w:rPr>
        <w:t xml:space="preserve">[27:04] </w:t>
      </w:r>
      <w:r>
        <w:t>wazon ke darmiyan ek shakhs ki infiradi satah par dad rasi ki jae. is ke liye zaroorat hoti hai ke insani tareekh ke majmooi safar ko jaari rakhte hue istisnai taur par ek fard ki zaroorat ko poora kiya jae. dua karne wala to apne zaati irade ke aitbar se dua karta hai, lekin allah rabbul alameen ko yeh karna hai ke woh doosron ki sar'garmion ko mansookh kiye baghair f</w:t>
      </w:r>
    </w:p>
    <w:p>
      <w:pPr>
        <w:jc w:val="right"/>
      </w:pPr>
      <w:r>
        <w:t>اضوں کے درمیان ایک شخص کی انفرادی سطح پر داد رسی کی جائے۔ اس کے لیے ضرورت ہوتی ہے کہ انسانی تاریخ کے مجموعی سفر کو جاری رکھتے ہوئے استثنائی طور پر ایک فرد کی ضرورت کو پورا کیا جائے۔ دعا کرنے والا تو اپنے ذاتی ارادے کے اعتبار سے دعا کرتا ہے، لیکن اللہ رب العالمین کو یہ کرنا ہے کہ وہ دوسروں کی سرگرمیوں کو منسوخ کیے بغیر ف</w:t>
      </w:r>
    </w:p>
    <w:p>
      <w:r>
        <w:rPr>
          <w:b/>
        </w:rPr>
        <w:t xml:space="preserve">[27:34] </w:t>
      </w:r>
      <w:r>
        <w:t>rad ki istithna'i hajat poori karay.</w:t>
      </w:r>
    </w:p>
    <w:p>
      <w:pPr>
        <w:jc w:val="right"/>
      </w:pPr>
      <w:r>
        <w:t>رد کی استثنائی حاجت پوری کرے۔</w:t>
      </w:r>
    </w:p>
    <w:p>
      <w:r>
        <w:rPr>
          <w:b/>
        </w:rPr>
        <w:t xml:space="preserve">[27:40] </w:t>
      </w:r>
      <w:r>
        <w:t>yehi woh soorat-e-haal hai jis ke liye bande ko dua ke baad sabr karna parta hai.</w:t>
      </w:r>
    </w:p>
    <w:p>
      <w:pPr>
        <w:jc w:val="right"/>
      </w:pPr>
      <w:r>
        <w:t>یہی وہ صورتحال ہے جس کے لیے بندے کو دعا کے بعد صبر کرنا پڑتا ہے۔</w:t>
      </w:r>
    </w:p>
    <w:p>
      <w:r>
        <w:rPr>
          <w:b/>
        </w:rPr>
        <w:t xml:space="preserve">[27:46] </w:t>
      </w:r>
      <w:r>
        <w:t>dua ke baad sabr karna goya Allah rab-ul-alameen ko zaroori waqt dena hai.</w:t>
      </w:r>
    </w:p>
    <w:p>
      <w:pPr>
        <w:jc w:val="right"/>
      </w:pPr>
      <w:r>
        <w:t>دعا کے بعد صبر کرنا گویا اللہ رب العالمین کو ضروری وقت دینا ہے۔</w:t>
      </w:r>
    </w:p>
    <w:p>
      <w:r>
        <w:rPr>
          <w:b/>
        </w:rPr>
        <w:t xml:space="preserve">[27:52] </w:t>
      </w:r>
      <w:r>
        <w:t>sabr dua ka lazmi hissa hai.</w:t>
      </w:r>
    </w:p>
    <w:p>
      <w:pPr>
        <w:jc w:val="right"/>
      </w:pPr>
      <w:r>
        <w:t>صبر دعا کا لازمی حصہ ہے۔</w:t>
      </w:r>
    </w:p>
    <w:p>
      <w:r>
        <w:rPr>
          <w:b/>
        </w:rPr>
        <w:t xml:space="preserve">[27:58] </w:t>
      </w:r>
      <w:r>
        <w:t>madrasay ke talba ke naam</w:t>
      </w:r>
    </w:p>
    <w:p>
      <w:pPr>
        <w:jc w:val="right"/>
      </w:pPr>
      <w:r>
        <w:t>مدرسے کے طلبہ کے نام</w:t>
      </w:r>
    </w:p>
    <w:p>
      <w:r>
        <w:rPr>
          <w:b/>
        </w:rPr>
        <w:t xml:space="preserve">[28:04] </w:t>
      </w:r>
      <w:r>
        <w:t>hazrat abu zar razi Allah anhu ke hawale se ek lambi riwayat hadith ki kitabon mein aayi hai.</w:t>
      </w:r>
    </w:p>
    <w:p>
      <w:pPr>
        <w:jc w:val="right"/>
      </w:pPr>
      <w:r>
        <w:t>حضرت ابوذر رضی اللہ عنہ کے حوالے سے ایک طویل روایت حدیث کی کتابوں میں آئی ہے۔</w:t>
      </w:r>
    </w:p>
    <w:p>
      <w:r>
        <w:rPr>
          <w:b/>
        </w:rPr>
        <w:t xml:space="preserve">[28:10] </w:t>
      </w:r>
      <w:r>
        <w:t>is mein deegar baaton ke ilawa muslim aqil ki sifatein bhi bayan ki gayi hain.</w:t>
      </w:r>
    </w:p>
    <w:p>
      <w:pPr>
        <w:jc w:val="right"/>
      </w:pPr>
      <w:r>
        <w:t>اس میں دیگر باتوں کے علاوہ مسلم عاقل کی صفات بھی بیان کی گئی ہیں۔</w:t>
      </w:r>
    </w:p>
    <w:p>
      <w:r>
        <w:rPr>
          <w:b/>
        </w:rPr>
        <w:t xml:space="preserve">[28:16] </w:t>
      </w:r>
      <w:r>
        <w:t>un mein se ek yeh hai ke us ko apne zamane se ba-khabar hona chahiye: "an yakoon baseeran bi zamani".</w:t>
      </w:r>
    </w:p>
    <w:p>
      <w:pPr>
        <w:jc w:val="right"/>
      </w:pPr>
      <w:r>
        <w:t>ان میں سے ایک یہ ہے کہ اس کو اپنے زمانے سے باخبر ہونا چاہیے: "ان یکون بصیرا بزمانی"۔</w:t>
      </w:r>
    </w:p>
    <w:p>
      <w:r>
        <w:rPr>
          <w:b/>
        </w:rPr>
        <w:t xml:space="preserve">[28:23] </w:t>
      </w:r>
      <w:r>
        <w:t>sahih ibn hibban, hadith number 361.</w:t>
      </w:r>
    </w:p>
    <w:p>
      <w:pPr>
        <w:jc w:val="right"/>
      </w:pPr>
      <w:r>
        <w:t>صحیح ابن حبان، حدیث نمبر 361۔</w:t>
      </w:r>
    </w:p>
    <w:p>
      <w:r>
        <w:rPr>
          <w:b/>
        </w:rPr>
        <w:t xml:space="preserve">[28:29] </w:t>
      </w:r>
      <w:r>
        <w:t>yeh ek be had aham hidayat hai.</w:t>
      </w:r>
    </w:p>
    <w:p>
      <w:pPr>
        <w:jc w:val="right"/>
      </w:pPr>
      <w:r>
        <w:t>یہ ایک بے حد اہم ہدایت ہے۔</w:t>
      </w:r>
    </w:p>
    <w:p>
      <w:r>
        <w:rPr>
          <w:b/>
        </w:rPr>
        <w:t xml:space="preserve">[28:35] </w:t>
      </w:r>
      <w:r>
        <w:t>aap ko chahiye ke aap sirf waqif-e-deen na banein, balkeh usi ke sath waqif-e-zamana bhi banein.</w:t>
      </w:r>
    </w:p>
    <w:p>
      <w:pPr>
        <w:jc w:val="right"/>
      </w:pPr>
      <w:r>
        <w:t>آپ کو چاہیے کہ آپ صرف واقف دین نہ بنیں، بلکہ اسی کے ساتھ واقف زمانہ بھی بنیں۔</w:t>
      </w:r>
    </w:p>
    <w:p>
      <w:r>
        <w:rPr>
          <w:b/>
        </w:rPr>
        <w:t xml:space="preserve">[28:40] </w:t>
      </w:r>
      <w:r>
        <w:t>is ke baad hi aap maujooda zamane mein deen ki sahi khidmat kar sakte hain.</w:t>
      </w:r>
    </w:p>
    <w:p>
      <w:pPr>
        <w:jc w:val="right"/>
      </w:pPr>
      <w:r>
        <w:t>اس کے بعد ہی آپ موجودہ زمانے میں دین کی صحیح خدمت کر سکتے ہیں۔</w:t>
      </w:r>
    </w:p>
    <w:p>
      <w:r>
        <w:rPr>
          <w:b/>
        </w:rPr>
        <w:t xml:space="preserve">[28:45] </w:t>
      </w:r>
      <w:r>
        <w:t>waqif zamana banne ka matlab yeh nahi hai ke aap apni community ke khilaf hone wale zulm aur</w:t>
      </w:r>
    </w:p>
    <w:p>
      <w:pPr>
        <w:jc w:val="right"/>
      </w:pPr>
      <w:r>
        <w:t>واقف زمانہ بننے کا مطلب یہ نہیں ہے کہ آپ اپنی کمیونٹی کے خلاف ہونے والے ظلم اور</w:t>
      </w:r>
    </w:p>
    <w:p>
      <w:r>
        <w:rPr>
          <w:b/>
        </w:rPr>
        <w:t xml:space="preserve">[28:50] </w:t>
      </w:r>
      <w:r>
        <w:t>sazish ko janne wale ban jayen.</w:t>
      </w:r>
    </w:p>
    <w:p>
      <w:pPr>
        <w:jc w:val="right"/>
      </w:pPr>
      <w:r>
        <w:t>سازش کو جاننے والے بن جائیں۔</w:t>
      </w:r>
    </w:p>
    <w:p>
      <w:r>
        <w:rPr>
          <w:b/>
        </w:rPr>
        <w:t xml:space="preserve">[28:55] </w:t>
      </w:r>
      <w:r>
        <w:t>yeh mere nazdeek satahiyat hai, na ke ilm.</w:t>
      </w:r>
    </w:p>
    <w:p>
      <w:pPr>
        <w:jc w:val="right"/>
      </w:pPr>
      <w:r>
        <w:t>یہ میرے نزدیک سطحیت ہے، نہ کہ علم۔</w:t>
      </w:r>
    </w:p>
    <w:p>
      <w:r>
        <w:rPr>
          <w:b/>
        </w:rPr>
        <w:t xml:space="preserve">[29:00] </w:t>
      </w:r>
      <w:r>
        <w:t>yani yeh zahir ko janna aur</w:t>
      </w:r>
    </w:p>
    <w:p>
      <w:pPr>
        <w:jc w:val="right"/>
      </w:pPr>
      <w:r>
        <w:t>یعنی یہ ظواہر کو جاننا اور</w:t>
      </w:r>
    </w:p>
    <w:p>
      <w:r>
        <w:rPr>
          <w:b/>
        </w:rPr>
        <w:t xml:space="preserve">[29:05] </w:t>
      </w:r>
      <w:r>
        <w:t>haqaiq se bekhabar rehna hai.</w:t>
      </w:r>
    </w:p>
    <w:p>
      <w:pPr>
        <w:jc w:val="right"/>
      </w:pPr>
      <w:r>
        <w:t>حقائق سے بے خبر رہنا ہے۔</w:t>
      </w:r>
    </w:p>
    <w:p>
      <w:r>
        <w:rPr>
          <w:b/>
        </w:rPr>
        <w:t xml:space="preserve">[29:10] </w:t>
      </w:r>
      <w:r>
        <w:t>ilm bilashuba yeh hai ke aadmi asal haqiqat ko jaane, na yeh ke uski nigah zahiri cheezon</w:t>
      </w:r>
    </w:p>
    <w:p>
      <w:pPr>
        <w:jc w:val="right"/>
      </w:pPr>
      <w:r>
        <w:t>علم بلاشبہ یہ ہے کہ آدمی اصل حقیقت کو جانے، نہ یہ کہ اس کی نگاہ ظاہری چیزوں</w:t>
      </w:r>
    </w:p>
    <w:p>
      <w:r>
        <w:rPr>
          <w:b/>
        </w:rPr>
        <w:t xml:space="preserve">[29:15] </w:t>
      </w:r>
      <w:r>
        <w:t>par atka kar reh jaye.</w:t>
      </w:r>
    </w:p>
    <w:p>
      <w:pPr>
        <w:jc w:val="right"/>
      </w:pPr>
      <w:r>
        <w:t>پر اٹک کر رہ جائے۔</w:t>
      </w:r>
    </w:p>
    <w:p>
      <w:r>
        <w:rPr>
          <w:b/>
        </w:rPr>
        <w:t xml:space="preserve">[29:20] </w:t>
      </w:r>
      <w:r>
        <w:t>agar yeh maan liya jaye ke doosri qaumein musalmanon ke khilaf sazish aur zulm mein masroof hain, tab</w:t>
      </w:r>
    </w:p>
    <w:p>
      <w:pPr>
        <w:jc w:val="right"/>
      </w:pPr>
      <w:r>
        <w:t>اگر یہ مان لیا جائے کہ دوسری قومیں مسلمانوں کے خلاف سازش اور ظلم میں مصروف ہیں، تب</w:t>
      </w:r>
    </w:p>
    <w:p>
      <w:r>
        <w:rPr>
          <w:b/>
        </w:rPr>
        <w:t xml:space="preserve">[29:25] </w:t>
      </w:r>
      <w:r>
        <w:t>bhi asal janne ki baat yeh hai ke woh kya asbab hain jinhon ne in qaumon ko yeh</w:t>
      </w:r>
    </w:p>
    <w:p>
      <w:pPr>
        <w:jc w:val="right"/>
      </w:pPr>
      <w:r>
        <w:t>بھی اصل جاننے کی بات یہ ہے کہ وہ کیا اسباب ہیں جنہوں نے ان قوموں کو یہ</w:t>
      </w:r>
    </w:p>
    <w:p>
      <w:r>
        <w:rPr>
          <w:b/>
        </w:rPr>
        <w:t xml:space="preserve">[29:30] </w:t>
      </w:r>
      <w:r>
        <w:t>haisiyat de di hai ke woh hamare khilaf kamyab sazish</w:t>
      </w:r>
    </w:p>
    <w:p>
      <w:pPr>
        <w:jc w:val="right"/>
      </w:pPr>
      <w:r>
        <w:t>حیثیت دے دی ہے کہ وہ ہمارے خلاف کامیاب سازش</w:t>
      </w:r>
    </w:p>
    <w:p>
      <w:r>
        <w:rPr>
          <w:b/>
        </w:rPr>
        <w:t xml:space="preserve">[29:35] </w:t>
      </w:r>
      <w:r>
        <w:t>kar saken.</w:t>
      </w:r>
    </w:p>
    <w:p>
      <w:pPr>
        <w:jc w:val="right"/>
      </w:pPr>
      <w:r>
        <w:t>کر سکیں۔</w:t>
      </w:r>
    </w:p>
    <w:p>
      <w:r>
        <w:rPr>
          <w:b/>
        </w:rPr>
        <w:t xml:space="preserve">[29:40] </w:t>
      </w:r>
      <w:r>
        <w:t>woh hamare khilaf apne mansubon ki kamyab taameel karen aur hamare tamam azam o akabir is ko rokne</w:t>
      </w:r>
    </w:p>
    <w:p>
      <w:pPr>
        <w:jc w:val="right"/>
      </w:pPr>
      <w:r>
        <w:t>وہ ہمارے خلاف اپنے منصوبوں کی کامیاب تعمیل کریں اور ہمارے تمام عازم و اکابر اس کو روکنے</w:t>
      </w:r>
    </w:p>
    <w:p>
      <w:r>
        <w:rPr>
          <w:b/>
        </w:rPr>
        <w:t xml:space="preserve">[29:45] </w:t>
      </w:r>
      <w:r>
        <w:t>mein mukammal taur par ajiz sabit hon.</w:t>
      </w:r>
    </w:p>
    <w:p>
      <w:pPr>
        <w:jc w:val="right"/>
      </w:pPr>
      <w:r>
        <w:t>میں مکمل طور پر عاجز ثابت ہوں۔</w:t>
      </w:r>
    </w:p>
    <w:p>
      <w:r>
        <w:rPr>
          <w:b/>
        </w:rPr>
        <w:t xml:space="preserve">[29:50] </w:t>
      </w:r>
      <w:r>
        <w:t>maujooda zamane mein musalmanon ki asal kami yeh hai ke woh asr-e-hazir se nawaqif ya in aware hain.</w:t>
      </w:r>
    </w:p>
    <w:p>
      <w:pPr>
        <w:jc w:val="right"/>
      </w:pPr>
      <w:r>
        <w:t>موجودہ زمانے میں مسلمانوں کی اصل کمی یہ ہے کہ وہ عصر حاضر سے ناواقف یا ان اویئر ہیں۔</w:t>
      </w:r>
    </w:p>
    <w:p>
      <w:r>
        <w:rPr>
          <w:b/>
        </w:rPr>
        <w:t xml:space="preserve">[29:55] </w:t>
      </w:r>
      <w:r>
        <w:t>woh mazi ko jante hain, magar haal ki unhein matlaq khabar nahi.</w:t>
      </w:r>
    </w:p>
    <w:p>
      <w:pPr>
        <w:jc w:val="right"/>
      </w:pPr>
      <w:r>
        <w:t>وہ ماضی کو جانتے ہیں، مگر حال کی انہیں مطلق خبر نہیں۔</w:t>
      </w:r>
    </w:p>
    <w:p>
      <w:r>
        <w:rPr>
          <w:b/>
        </w:rPr>
        <w:t xml:space="preserve">[30:00] </w:t>
      </w:r>
      <w:r>
        <w:t>un mein se koi shakhs agar kuch</w:t>
      </w:r>
    </w:p>
    <w:p>
      <w:pPr>
        <w:jc w:val="right"/>
      </w:pPr>
      <w:r>
        <w:t>ان میں سے کوئی شخص اگر کچھ ج</w:t>
      </w:r>
    </w:p>
    <w:p>
      <w:r>
        <w:rPr>
          <w:b/>
        </w:rPr>
        <w:t xml:space="preserve">[30:05] </w:t>
      </w:r>
      <w:r>
        <w:t>janta hai to woh bhi kuch zahiri cheezon ko janta hai, na ke gehre maanon mein haqeeqi halat.</w:t>
      </w:r>
    </w:p>
    <w:p>
      <w:pPr>
        <w:jc w:val="right"/>
      </w:pPr>
      <w:r>
        <w:t>انتا ہے تو وہ بھی کچھ ظاہری چیزوں کو جانتا ہے، نہ کہ گہرے معنوں میں حقیقی حالات۔</w:t>
      </w:r>
    </w:p>
    <w:p>
      <w:r>
        <w:rPr>
          <w:b/>
        </w:rPr>
        <w:t xml:space="preserve">[30:11] </w:t>
      </w:r>
      <w:r>
        <w:t>deen-e-madarson ke talba agar sirf haiwan-e-qasid bankar nahi rehna chahte, balke yeh chahte hain ke</w:t>
      </w:r>
    </w:p>
    <w:p>
      <w:pPr>
        <w:jc w:val="right"/>
      </w:pPr>
      <w:r>
        <w:t>دینی مدرسوں کے طلبہ اگر صرف حیوان قاصد بن کر نہیں رہنا چاہتے، بلکہ یہ چاہتے ہیں کہ</w:t>
      </w:r>
    </w:p>
    <w:p>
      <w:r>
        <w:rPr>
          <w:b/>
        </w:rPr>
        <w:t xml:space="preserve">[30:17] </w:t>
      </w:r>
      <w:r>
        <w:t>woh apni salahiyaton ko mufeed taur par lagayen, to un par lazim hai ke woh asr-e-hazir ko</w:t>
      </w:r>
    </w:p>
    <w:p>
      <w:pPr>
        <w:jc w:val="right"/>
      </w:pPr>
      <w:r>
        <w:t>وہ اپنی صلاحیتوں کو مفید طور پر لگائیں، تو ان پر لازم ہے کہ وہ عصر حاضر کو</w:t>
      </w:r>
    </w:p>
    <w:p>
      <w:r>
        <w:rPr>
          <w:b/>
        </w:rPr>
        <w:t xml:space="preserve">[30:23] </w:t>
      </w:r>
      <w:r>
        <w:t>is ki gehraiyon ke sath janen.</w:t>
      </w:r>
    </w:p>
    <w:p>
      <w:pPr>
        <w:jc w:val="right"/>
      </w:pPr>
      <w:r>
        <w:t>اس کی گہرائیوں کے ساتھ جانیں۔</w:t>
      </w:r>
    </w:p>
    <w:p>
      <w:r>
        <w:rPr>
          <w:b/>
        </w:rPr>
        <w:t xml:space="preserve">[30:30] </w:t>
      </w:r>
      <w:r>
        <w:t>woh maujooda zamane ki in tabdeeliyon se waqifiyat hasil karen</w:t>
      </w:r>
    </w:p>
    <w:p>
      <w:pPr>
        <w:jc w:val="right"/>
      </w:pPr>
      <w:r>
        <w:t>وہ موجودہ زمانے کی ان تبدیلیوں سے واقفیت حاصل کریں</w:t>
      </w:r>
    </w:p>
    <w:p>
      <w:r>
        <w:rPr>
          <w:b/>
        </w:rPr>
        <w:t xml:space="preserve">[30:36] </w:t>
      </w:r>
      <w:r>
        <w:t>jinhon ne hamare marwoja tareeqon ko amli aitbar se bilkul ghair mu'assir bana diya hai.</w:t>
      </w:r>
    </w:p>
    <w:p>
      <w:pPr>
        <w:jc w:val="right"/>
      </w:pPr>
      <w:r>
        <w:t>جنہوں نے ہمارے مروجہ طریقوں کو عملی اعتبار سے بالکل غیر موثر بنا دیا ہے۔</w:t>
      </w:r>
    </w:p>
    <w:p>
      <w:r>
        <w:rPr>
          <w:b/>
        </w:rPr>
        <w:t xml:space="preserve">[30:43] </w:t>
      </w:r>
      <w:r>
        <w:t>rab-ul-alameen ka wajood.</w:t>
      </w:r>
    </w:p>
    <w:p>
      <w:pPr>
        <w:jc w:val="right"/>
      </w:pPr>
      <w:r>
        <w:t>رب العالمین کا وجود۔</w:t>
      </w:r>
    </w:p>
    <w:p>
      <w:r>
        <w:rPr>
          <w:b/>
        </w:rPr>
        <w:t xml:space="preserve">[30:51] </w:t>
      </w:r>
      <w:r>
        <w:t>science se mutalliq ya scientific studies se yeh maloom hua hai ke kainat ki har cheez naqabil-e-faham</w:t>
      </w:r>
    </w:p>
    <w:p>
      <w:pPr>
        <w:jc w:val="right"/>
      </w:pPr>
      <w:r>
        <w:t>سائنس سے متعلق یا سائنٹیفک سٹڈیز سے یہ معلوم ہوا ہے کہ کائنات کی ہر چیز ناقابل فہم</w:t>
      </w:r>
    </w:p>
    <w:p>
      <w:r>
        <w:rPr>
          <w:b/>
        </w:rPr>
        <w:t xml:space="preserve">[30:59] </w:t>
      </w:r>
      <w:r>
        <w:t>hadd tak ajeeb hai,</w:t>
      </w:r>
    </w:p>
    <w:p>
      <w:pPr>
        <w:jc w:val="right"/>
      </w:pPr>
      <w:r>
        <w:t>حد تک عجیب ہے،</w:t>
      </w:r>
    </w:p>
    <w:p>
      <w:r>
        <w:rPr>
          <w:b/>
        </w:rPr>
        <w:t xml:space="preserve">[31:07] </w:t>
      </w:r>
      <w:r>
        <w:t>khwah micro world ka mamla ho ya macro world ka mamla.</w:t>
      </w:r>
    </w:p>
    <w:p>
      <w:pPr>
        <w:jc w:val="right"/>
      </w:pPr>
      <w:r>
        <w:t>خواہ میکرو ورلڈ کا معاملہ ہو یا مائیکرو ورلڈ کا معاملہ۔</w:t>
      </w:r>
    </w:p>
    <w:p>
      <w:r>
        <w:rPr>
          <w:b/>
        </w:rPr>
        <w:t xml:space="preserve">[31:14] </w:t>
      </w:r>
      <w:r>
        <w:t>har cheez insan ke liye mind boggling had tak ajeeb hai, is liye insani aqal ke liye na qabil e fahm bhi.</w:t>
      </w:r>
    </w:p>
    <w:p>
      <w:pPr>
        <w:jc w:val="right"/>
      </w:pPr>
      <w:r>
        <w:t>ہر چیز انسان کے لیے مائنڈ باگلنگ حد تک عجیب ہے، اس لیے انسانی عقل کے لیے ناقابل فہم بھی۔</w:t>
      </w:r>
    </w:p>
    <w:p>
      <w:r>
        <w:rPr>
          <w:b/>
        </w:rPr>
        <w:t xml:space="preserve">[31:22] </w:t>
      </w:r>
      <w:r>
        <w:t>insan pehle pahar jaisi bari bari cheezon ko dekh kar heran hota tha.</w:t>
      </w:r>
    </w:p>
    <w:p>
      <w:pPr>
        <w:jc w:val="right"/>
      </w:pPr>
      <w:r>
        <w:t>انسان پہلے پہاڑ جیسی بڑی بڑی چیزوں کو دیکھ کر حیران ہوتا تھا۔</w:t>
      </w:r>
    </w:p>
    <w:p>
      <w:r>
        <w:rPr>
          <w:b/>
        </w:rPr>
        <w:t xml:space="preserve">[31:29] </w:t>
      </w:r>
      <w:r>
        <w:t>mojudah daur mein quantum mechanics ke mutale ke baad ab sub atomic particle ka mamla is se bhi ajeeb haqiq</w:t>
      </w:r>
    </w:p>
    <w:p>
      <w:pPr>
        <w:jc w:val="right"/>
      </w:pPr>
      <w:r>
        <w:t>موجودہ دور میں کوانٹم مکینکس کے مطالعے کے بعد اب سب ایٹامک پارٹیکل کا معاملہ اس سے بھی عجیب حقی</w:t>
      </w:r>
    </w:p>
    <w:p>
      <w:r>
        <w:rPr>
          <w:b/>
        </w:rPr>
        <w:t xml:space="preserve">[31:37] </w:t>
      </w:r>
      <w:r>
        <w:t>tan ke taur par samne aaya hai.</w:t>
      </w:r>
    </w:p>
    <w:p>
      <w:pPr>
        <w:jc w:val="right"/>
      </w:pPr>
      <w:r>
        <w:t>قت کے طور پر سامنے آیا ہے۔</w:t>
      </w:r>
    </w:p>
    <w:p>
      <w:r>
        <w:rPr>
          <w:b/>
        </w:rPr>
        <w:t xml:space="preserve">[31:42] </w:t>
      </w:r>
      <w:r>
        <w:t>is scientific mutale se maloom hua ke Khuda ke wajood ko manna bazahir jitna ajeeb hai, utna hi</w:t>
      </w:r>
    </w:p>
    <w:p>
      <w:pPr>
        <w:jc w:val="right"/>
      </w:pPr>
      <w:r>
        <w:t>اس سائنسی مطالعے سے معلوم ہوا کہ خدا کے وجود کو ماننا بظاہر جتنا عجیب ہے، اتنا ہی</w:t>
      </w:r>
    </w:p>
    <w:p>
      <w:r>
        <w:rPr>
          <w:b/>
        </w:rPr>
        <w:t xml:space="preserve">[31:47] </w:t>
      </w:r>
      <w:r>
        <w:t>ajeeb har cheez ko manna hai.</w:t>
      </w:r>
    </w:p>
    <w:p>
      <w:pPr>
        <w:jc w:val="right"/>
      </w:pPr>
      <w:r>
        <w:t>عجیب ہر چیز کو ماننا ہے۔</w:t>
      </w:r>
    </w:p>
    <w:p>
      <w:r>
        <w:rPr>
          <w:b/>
        </w:rPr>
        <w:t xml:space="preserve">[31:52] </w:t>
      </w:r>
      <w:r>
        <w:t>is duniya ki har cheez, hatta ke sub atomic particle bhi, mind boggling had tak ajeeb hain.</w:t>
      </w:r>
    </w:p>
    <w:p>
      <w:pPr>
        <w:jc w:val="right"/>
      </w:pPr>
      <w:r>
        <w:t>اس دنیا کی ہر چیز، حتیٰ کہ سب ایٹامک پارٹیکل بھی، مائنڈ باگلنگ حد تک عجیب ہیں۔</w:t>
      </w:r>
    </w:p>
    <w:p>
      <w:r>
        <w:rPr>
          <w:b/>
        </w:rPr>
        <w:t xml:space="preserve">[31:57] </w:t>
      </w:r>
      <w:r>
        <w:t>khalis manțiq e aitbar se is par ghor kiya jaye to yeh kehna sahi hoga: agar hum Khuda ke</w:t>
      </w:r>
    </w:p>
    <w:p>
      <w:pPr>
        <w:jc w:val="right"/>
      </w:pPr>
      <w:r>
        <w:t>خالص منطقی اعتبار سے اس پر غور کیا جائے تو یہ کہنا صحیح ہوگا: اگر ہم خدا کے</w:t>
      </w:r>
    </w:p>
    <w:p>
      <w:r>
        <w:rPr>
          <w:b/>
        </w:rPr>
        <w:t xml:space="preserve">[32:02] </w:t>
      </w:r>
      <w:r>
        <w:t>wajood ko maan lein to ba</w:t>
      </w:r>
    </w:p>
    <w:p>
      <w:pPr>
        <w:jc w:val="right"/>
      </w:pPr>
      <w:r>
        <w:t>وجود کو مان لیں تو ب</w:t>
      </w:r>
    </w:p>
    <w:p>
      <w:r>
        <w:rPr>
          <w:b/>
        </w:rPr>
        <w:t xml:space="preserve">[32:07] </w:t>
      </w:r>
      <w:r>
        <w:t>qi'ya tamam cheezein qabil e tawjeeh ya explainable ban jati hain, aur agar hum Khuda ke wajood ko na</w:t>
      </w:r>
    </w:p>
    <w:p>
      <w:pPr>
        <w:jc w:val="right"/>
      </w:pPr>
      <w:r>
        <w:t>قیہ تمام چیزیں قابل توجیح یا ایکسپلینیبل بن جاتی ہیں، اور اگر ہم خدا کے وجود کو نہ</w:t>
      </w:r>
    </w:p>
    <w:p>
      <w:r>
        <w:rPr>
          <w:b/>
        </w:rPr>
        <w:t xml:space="preserve">[32:13] </w:t>
      </w:r>
      <w:r>
        <w:t>maanein to is duniya ki har cheez na qabil e fahm rehti hai, hatta ke sub atomic particle jaisi cheez</w:t>
      </w:r>
    </w:p>
    <w:p>
      <w:pPr>
        <w:jc w:val="right"/>
      </w:pPr>
      <w:r>
        <w:t>مانیں تو اس دنیا کی ہر چیز ناقابل فہم رہتی ہے، حتیٰ کہ سب ایٹامک پارٹیکل جیسی چیز</w:t>
      </w:r>
    </w:p>
    <w:p>
      <w:r>
        <w:rPr>
          <w:b/>
        </w:rPr>
        <w:t xml:space="preserve">[32:19] </w:t>
      </w:r>
      <w:r>
        <w:t>bhi, jis ko ek scientist ne imkani lehrein ya waves of probability kaha hai.</w:t>
      </w:r>
    </w:p>
    <w:p>
      <w:pPr>
        <w:jc w:val="right"/>
      </w:pPr>
      <w:r>
        <w:t>بھی، جس کو ایک سائنسدان نے امکانی لہریں یا ویوز آف پروببیلیٹی کہا ہے۔</w:t>
      </w:r>
    </w:p>
    <w:p>
      <w:r>
        <w:rPr>
          <w:b/>
        </w:rPr>
        <w:t xml:space="preserve">[32:25] </w:t>
      </w:r>
      <w:r>
        <w:t>haqiqat yeh hai ke hum apne wajood ko manane par majboor hain.</w:t>
      </w:r>
    </w:p>
    <w:p>
      <w:pPr>
        <w:jc w:val="right"/>
      </w:pPr>
      <w:r>
        <w:t>حقیقت یہ ہے کہ ہم اپنے وجود کو ماننے پر مجبور ہیں۔</w:t>
      </w:r>
    </w:p>
    <w:p>
      <w:r>
        <w:rPr>
          <w:b/>
        </w:rPr>
        <w:t xml:space="preserve">[32:31] </w:t>
      </w:r>
      <w:r>
        <w:t>isi tarah hum is ko bhi manane par majboor hain</w:t>
      </w:r>
    </w:p>
    <w:p>
      <w:pPr>
        <w:jc w:val="right"/>
      </w:pPr>
      <w:r>
        <w:t>اسی طرح ہم اس کو بھی ماننے پر مجبور ہیں</w:t>
      </w:r>
    </w:p>
    <w:p>
      <w:r>
        <w:rPr>
          <w:b/>
        </w:rPr>
        <w:t xml:space="preserve">[32:37] </w:t>
      </w:r>
      <w:r>
        <w:t>ke hum apne se bahar ek kainat ko tasleem karein.</w:t>
      </w:r>
    </w:p>
    <w:p>
      <w:pPr>
        <w:jc w:val="right"/>
      </w:pPr>
      <w:r>
        <w:t>کہ ہم اپنے سے باہر ایک کائنات کو تسلیم کریں۔</w:t>
      </w:r>
    </w:p>
    <w:p>
      <w:r>
        <w:rPr>
          <w:b/>
        </w:rPr>
        <w:t xml:space="preserve">[32:42] </w:t>
      </w:r>
      <w:r>
        <w:t>yeh ek aisi badihi haqiqat hai jis ka inkar kisi insan ke liye mumkin nahi.</w:t>
      </w:r>
    </w:p>
    <w:p>
      <w:pPr>
        <w:jc w:val="right"/>
      </w:pPr>
      <w:r>
        <w:t>یہ ایک ایسی بدیہی حقیقت ہے جس کا انکار کسی انسان کے لیے ممکن نہیں۔</w:t>
      </w:r>
    </w:p>
    <w:p>
      <w:r>
        <w:rPr>
          <w:b/>
        </w:rPr>
        <w:t xml:space="preserve">[32:47] </w:t>
      </w:r>
      <w:r>
        <w:t>qadeem Yunan ka ek falsafi ek martaba ja kar darakht ke upar baith gaya.</w:t>
      </w:r>
    </w:p>
    <w:p>
      <w:pPr>
        <w:jc w:val="right"/>
      </w:pPr>
      <w:r>
        <w:t>قدیم یونان کا ایک فلسفی ایک مرتبہ جا کر درخت کے اوپر بیٹھ گیا۔</w:t>
      </w:r>
    </w:p>
    <w:p>
      <w:r>
        <w:rPr>
          <w:b/>
        </w:rPr>
        <w:t xml:space="preserve">[32:52] </w:t>
      </w:r>
      <w:r>
        <w:t>kisi ne is ko darakht ke upar dekh kar poocha ke tum kaun ho? falsafi ne jawab diya</w:t>
      </w:r>
    </w:p>
    <w:p>
      <w:pPr>
        <w:jc w:val="right"/>
      </w:pPr>
      <w:r>
        <w:t>کسی نے اس کو درخت کے اوپر دیکھ کر پوچھا کہ تم کون ہو؟ فلسفی نے جواب دیا</w:t>
      </w:r>
    </w:p>
    <w:p>
      <w:r>
        <w:rPr>
          <w:b/>
        </w:rPr>
        <w:t xml:space="preserve">[32:57] </w:t>
      </w:r>
      <w:r>
        <w:t>ke yahi to nahi maloom ke main kaun hoon.</w:t>
      </w:r>
    </w:p>
    <w:p>
      <w:pPr>
        <w:jc w:val="right"/>
      </w:pPr>
      <w:r>
        <w:t>کہ یہی تو نہیں معلوم کہ میں کون ہوں۔</w:t>
      </w:r>
    </w:p>
    <w:p>
      <w:r>
        <w:rPr>
          <w:b/>
        </w:rPr>
        <w:t xml:space="preserve">[33:02] </w:t>
      </w:r>
      <w:r>
        <w:t>agar main jaanta</w:t>
      </w:r>
    </w:p>
    <w:p>
      <w:pPr>
        <w:jc w:val="right"/>
      </w:pPr>
      <w:r>
        <w:t>اگر میں جانتا</w:t>
      </w:r>
    </w:p>
    <w:p>
      <w:r>
        <w:rPr>
          <w:b/>
        </w:rPr>
        <w:t xml:space="preserve">[33:07] </w:t>
      </w:r>
      <w:r>
        <w:t>ke main kaun hoon to main darakht ke upar na charhta.</w:t>
      </w:r>
    </w:p>
    <w:p>
      <w:pPr>
        <w:jc w:val="right"/>
      </w:pPr>
      <w:r>
        <w:t>کہ میں کون ہوں تو میں درخت کے اوپر نہ چڑھتا۔</w:t>
      </w:r>
    </w:p>
    <w:p>
      <w:r>
        <w:rPr>
          <w:b/>
        </w:rPr>
        <w:t xml:space="preserve">[33:15] </w:t>
      </w:r>
      <w:r>
        <w:t>Khuda ke wajood ko manna aadmi ko sahib e yaqeen bana deta hai, aur Khuda ke wajood ka inkar</w:t>
      </w:r>
    </w:p>
    <w:p>
      <w:pPr>
        <w:jc w:val="right"/>
      </w:pPr>
      <w:r>
        <w:t>خدا کے وجود کو ماننا آدمی کو صاحب یقین بنا دیتا ہے، اور خدا کے وجود کا انکار</w:t>
      </w:r>
    </w:p>
    <w:p>
      <w:r>
        <w:rPr>
          <w:b/>
        </w:rPr>
        <w:t xml:space="preserve">[33:23] </w:t>
      </w:r>
      <w:r>
        <w:t>insan ko falsafi ki tarah yaqeen ki kaifiyat se door kar deta hai.</w:t>
      </w:r>
    </w:p>
    <w:p>
      <w:pPr>
        <w:jc w:val="right"/>
      </w:pPr>
      <w:r>
        <w:t>انسان کو فلسفی کی طرح یقین کی کیفیت سے دور کر دیتا ہے۔</w:t>
      </w:r>
    </w:p>
    <w:p>
      <w:r>
        <w:rPr>
          <w:b/>
        </w:rPr>
        <w:t xml:space="preserve">[33:30] </w:t>
      </w:r>
      <w:r>
        <w:t>grahn khalq ki ek nishani.</w:t>
      </w:r>
    </w:p>
    <w:p>
      <w:pPr>
        <w:jc w:val="right"/>
      </w:pPr>
      <w:r>
        <w:t>گرہن خالق کی ایک نشانی۔</w:t>
      </w:r>
    </w:p>
    <w:p>
      <w:r>
        <w:rPr>
          <w:b/>
        </w:rPr>
        <w:t xml:space="preserve">[33:38] </w:t>
      </w:r>
      <w:r>
        <w:t>saat agast 2017 ko chand grahan ya lunar eclipse pada.</w:t>
      </w:r>
    </w:p>
    <w:p>
      <w:pPr>
        <w:jc w:val="right"/>
      </w:pPr>
      <w:r>
        <w:t>سات اگست 2017 کو چاند گرہن یا لونر ایکلپس پڑا۔</w:t>
      </w:r>
    </w:p>
    <w:p>
      <w:r>
        <w:rPr>
          <w:b/>
        </w:rPr>
        <w:t xml:space="preserve">[33:43] </w:t>
      </w:r>
      <w:r>
        <w:t>yeh aik juzwi ya partial chand grahan tha.</w:t>
      </w:r>
    </w:p>
    <w:p>
      <w:pPr>
        <w:jc w:val="right"/>
      </w:pPr>
      <w:r>
        <w:t>یہ ایک جزئی یا پارشل چاند گرہن تھا۔</w:t>
      </w:r>
    </w:p>
    <w:p>
      <w:r>
        <w:rPr>
          <w:b/>
        </w:rPr>
        <w:t xml:space="preserve">[33:48] </w:t>
      </w:r>
      <w:r>
        <w:t>is ke baad 21 agast 2017 ko suraj grahan ya solar eclipse pada, aur zameen ke bohat baray</w:t>
      </w:r>
    </w:p>
    <w:p>
      <w:pPr>
        <w:jc w:val="right"/>
      </w:pPr>
      <w:r>
        <w:t>اس کے بعد 21 اگست 2017 کو سورج گرہن یا سولر ایکلپس پڑا، اور زمین کے بہت بڑے</w:t>
      </w:r>
    </w:p>
    <w:p>
      <w:r>
        <w:rPr>
          <w:b/>
        </w:rPr>
        <w:t xml:space="preserve">[33:53] </w:t>
      </w:r>
      <w:r>
        <w:t>raqbay mein is ka mushahida kiya gaya.</w:t>
      </w:r>
    </w:p>
    <w:p>
      <w:pPr>
        <w:jc w:val="right"/>
      </w:pPr>
      <w:r>
        <w:t>رقبے میں اس کا مشاہدہ کیا گیا۔</w:t>
      </w:r>
    </w:p>
    <w:p>
      <w:r>
        <w:rPr>
          <w:b/>
        </w:rPr>
        <w:t xml:space="preserve">[33:58] </w:t>
      </w:r>
      <w:r>
        <w:t>is qisam ka waqia hijrat ke baad madina mein paish aya tha.</w:t>
      </w:r>
    </w:p>
    <w:p>
      <w:pPr>
        <w:jc w:val="right"/>
      </w:pPr>
      <w:r>
        <w:t>اس قسم کا واقعہ ہجرت کے بعد مدینہ میں پیش آیا تھا۔</w:t>
      </w:r>
    </w:p>
    <w:p>
      <w:r>
        <w:rPr>
          <w:b/>
        </w:rPr>
        <w:t xml:space="preserve">[34:03] </w:t>
      </w:r>
      <w:r>
        <w:t>yeh suraj grahan tha jo das hijri mein paish aa</w:t>
      </w:r>
    </w:p>
    <w:p>
      <w:pPr>
        <w:jc w:val="right"/>
      </w:pPr>
      <w:r>
        <w:t>یہ سورج گرہن تھا جو دس ہجری میں پیش آ</w:t>
      </w:r>
    </w:p>
    <w:p>
      <w:r>
        <w:rPr>
          <w:b/>
        </w:rPr>
        <w:t xml:space="preserve">[34:08] </w:t>
      </w:r>
      <w:r>
        <w:t>ya tha. isi tareekh ko peghambar e islam ke bete ibrahim ki wafat hui thi. qadeem zamane mein yeh mana jata tha ke gahan us waqt parta hai jab zameen par koi sangin waqe'a pesh aae. chunache madine ke logon ne yeh kehna shuru kiya ke chunke aaj peghambar ke bete ki wafat hui hai, is liye yeh gahan pada hai. peghambar e islam ko jab yeh maloom hua to aap ne ailan kiya ke log</w:t>
      </w:r>
    </w:p>
    <w:p>
      <w:pPr>
        <w:jc w:val="right"/>
      </w:pPr>
      <w:r>
        <w:t>یا تھا۔ اسی تاریخ کو پیغمبر اسلام کے بیٹے ابراہیم کی وفات ہوئی تھی۔ قدیم زمانے میں یہ مانا جاتا تھا کہ گرہن اس وقت پڑتا ہے جب زمین پر کوئی سنگین واقعہ پیش آئے۔ چنانچہ مدینے کے لوگوں نے یہ کہنا شروع کیا کہ چونکہ آج پیغمبر کے بیٹے کی وفات ہوئی ہے، اس لیے یہ گرہن پڑا ہے۔ پیغمبر اسلام کو جب یہ معلوم ہوا تو آپ نے اعلان کیا کہ لوگ</w:t>
      </w:r>
    </w:p>
    <w:p>
      <w:r>
        <w:rPr>
          <w:b/>
        </w:rPr>
        <w:t xml:space="preserve">[34:38] </w:t>
      </w:r>
      <w:r>
        <w:t>madine ki masjid mein ikatha ho jayen.</w:t>
      </w:r>
    </w:p>
    <w:p>
      <w:pPr>
        <w:jc w:val="right"/>
      </w:pPr>
      <w:r>
        <w:t>مدینے کی مسجد میں اکٹھا ہو جائیں۔</w:t>
      </w:r>
    </w:p>
    <w:p>
      <w:r>
        <w:rPr>
          <w:b/>
        </w:rPr>
        <w:t xml:space="preserve">[34:44] </w:t>
      </w:r>
      <w:r>
        <w:t>is ke baad aap ne madine ki masjid mein khutba diya: "in al-shams wa al-qamar ayatani min ayat Allah</w:t>
      </w:r>
    </w:p>
    <w:p>
      <w:pPr>
        <w:jc w:val="right"/>
      </w:pPr>
      <w:r>
        <w:t>اس کے بعد آپ نے مدینے کی مسجد میں خطبہ دیا: "إن الشمس والقمر آیتان من آیات اللہ</w:t>
      </w:r>
    </w:p>
    <w:p>
      <w:r>
        <w:rPr>
          <w:b/>
        </w:rPr>
        <w:t xml:space="preserve">[34:50] </w:t>
      </w:r>
      <w:r>
        <w:t>la yakhfani li mawt ahad wa la li hayatihi, fa idha ra'aytum dhalik fa-dhkurullah". sahih bukhari.</w:t>
      </w:r>
    </w:p>
    <w:p>
      <w:pPr>
        <w:jc w:val="right"/>
      </w:pPr>
      <w:r>
        <w:t>لا یخفانی لموت عہد ولا لحیاتہ، فإذا رأيتم ذلك فاذكروا الله"۔ صحیح بخاری۔</w:t>
      </w:r>
    </w:p>
    <w:p>
      <w:r>
        <w:rPr>
          <w:b/>
        </w:rPr>
        <w:t xml:space="preserve">[34:56] </w:t>
      </w:r>
      <w:r>
        <w:t>yani suraj aur chand Allah ki nishaniyon mein se do nishaniyan hain.</w:t>
      </w:r>
    </w:p>
    <w:p>
      <w:pPr>
        <w:jc w:val="right"/>
      </w:pPr>
      <w:r>
        <w:t>یعنی سورج اور چاند اللہ کی نشانیوں میں سے دو نشانیاں ہیں۔</w:t>
      </w:r>
    </w:p>
    <w:p>
      <w:r>
        <w:rPr>
          <w:b/>
        </w:rPr>
        <w:t xml:space="preserve">[35:02] </w:t>
      </w:r>
      <w:r>
        <w:t>in ko na kisi ki maut se grahan lagta hai aur na kisi</w:t>
      </w:r>
    </w:p>
    <w:p>
      <w:pPr>
        <w:jc w:val="right"/>
      </w:pPr>
      <w:r>
        <w:t>ان کو نہ کسی کی موت سے گرہن لگتا ہے اور نہ کسی</w:t>
      </w:r>
    </w:p>
    <w:p>
      <w:r>
        <w:rPr>
          <w:b/>
        </w:rPr>
        <w:t xml:space="preserve">[35:08] </w:t>
      </w:r>
      <w:r>
        <w:t>ki zindagi se. jab tum us ko dekho to Allah ko yaad karo. paighambar e islam ne apne is khitab mein girhan ko Khuda ki aik nishani ya sign of God bataya. is ka matlab yeh tha ke girhan ka waqea kisi zamini hadse ki bina par pesh nahi aata, balke woh Khaliq ke muqarrar kiye hue abadi qanoon ke tehat pesh aata hai. maujooda zamane mein sainsi mutale ke tehat muta</w:t>
      </w:r>
    </w:p>
    <w:p>
      <w:pPr>
        <w:jc w:val="right"/>
      </w:pPr>
      <w:r>
        <w:t>کی زندگی سے۔ جب تم اس کو دیکھو تو اللہ کو یاد کرو۔ پیغمبر اسلام نے اپنے اس خطاب میں گرہن کو خدا کی ایک نشانی یا سائن آف گاڈ بتایا۔ اس کا مطلب یہ تھا کہ گرہن کا واقعہ کسی زمینی حادثے کی بنا پر پیش نہیں آتا، بلکہ وہ خالق کے مقرر کیے ہوئے ابدی قانون کے تحت پیش آتا ہے۔ موجودہ زمانے میں سائنسی مطالعے کے تحت متع</w:t>
      </w:r>
    </w:p>
    <w:p>
      <w:r>
        <w:rPr>
          <w:b/>
        </w:rPr>
        <w:t xml:space="preserve">[35:38] </w:t>
      </w:r>
      <w:r>
        <w:t>een tor par yeh maloom ho chuka hai ke grahan ka waqia kyun paish aata hai.</w:t>
      </w:r>
    </w:p>
    <w:p>
      <w:pPr>
        <w:jc w:val="right"/>
      </w:pPr>
      <w:r>
        <w:t>ین طور پر یہ معلوم ہو چکا ہے کہ گرہن کا واقعہ کیوں پیش آتا ہے۔</w:t>
      </w:r>
    </w:p>
    <w:p>
      <w:r>
        <w:rPr>
          <w:b/>
        </w:rPr>
        <w:t xml:space="preserve">[35:44] </w:t>
      </w:r>
      <w:r>
        <w:t>Eclipse is a well-calculated alignment of three moving bodies of different sizes in the vast space at</w:t>
      </w:r>
    </w:p>
    <w:p>
      <w:pPr>
        <w:jc w:val="right"/>
      </w:pPr>
      <w:r>
        <w:t>ایکلپس از ا ویل کیلکولیٹڈ الائنمنٹ آف تھری موونگ باڈیز آف ڈفرنٹ سائزز ان دا واسٹ سپیس ایٹ</w:t>
      </w:r>
    </w:p>
    <w:p>
      <w:r>
        <w:rPr>
          <w:b/>
        </w:rPr>
        <w:t xml:space="preserve">[35:50] </w:t>
      </w:r>
      <w:r>
        <w:t>a particular point in time.</w:t>
      </w:r>
    </w:p>
    <w:p>
      <w:pPr>
        <w:jc w:val="right"/>
      </w:pPr>
      <w:r>
        <w:t>ا پرٹیکولر پوائنٹ ان ٹائم۔</w:t>
      </w:r>
    </w:p>
    <w:p>
      <w:r>
        <w:rPr>
          <w:b/>
        </w:rPr>
        <w:t xml:space="preserve">[35:56] </w:t>
      </w:r>
      <w:r>
        <w:t>chand grahan aur suraj grahan ka waqia kyun paish aata hai? is ka maqsad yeh hai ke insaan</w:t>
      </w:r>
    </w:p>
    <w:p>
      <w:pPr>
        <w:jc w:val="right"/>
      </w:pPr>
      <w:r>
        <w:t>چاند گرہن اور سورج گرہن کا واقعہ کیوں پیش آتا ہے؟ اس کا مقصد یہ ہے کہ انسان</w:t>
      </w:r>
    </w:p>
    <w:p>
      <w:r>
        <w:rPr>
          <w:b/>
        </w:rPr>
        <w:t xml:space="preserve">[36:02] </w:t>
      </w:r>
      <w:r>
        <w:t>is herat nak falakiyati waqie ko dekhe aur mush</w:t>
      </w:r>
    </w:p>
    <w:p>
      <w:pPr>
        <w:jc w:val="right"/>
      </w:pPr>
      <w:r>
        <w:t>اس حیرت ناک فلکیاتی واقعے کو دیکھے اور مش</w:t>
      </w:r>
    </w:p>
    <w:p>
      <w:r>
        <w:rPr>
          <w:b/>
        </w:rPr>
        <w:t xml:space="preserve">[36:08] </w:t>
      </w:r>
      <w:r>
        <w:t>ahidati satah par khaliq ke kamal qudrat ko jane aur khaliq ko daryaft kar ke khaliq ki azmat</w:t>
      </w:r>
    </w:p>
    <w:p>
      <w:pPr>
        <w:jc w:val="right"/>
      </w:pPr>
      <w:r>
        <w:t>اہداتی سطح پر خالق کے کمال قدرت کو جانے اور خالق کو دریافت کر کے خالق کی عظمت</w:t>
      </w:r>
    </w:p>
    <w:p>
      <w:r>
        <w:rPr>
          <w:b/>
        </w:rPr>
        <w:t xml:space="preserve">[36:15] </w:t>
      </w:r>
      <w:r>
        <w:t>mein jeene wala ban jaye.</w:t>
      </w:r>
    </w:p>
    <w:p>
      <w:pPr>
        <w:jc w:val="right"/>
      </w:pPr>
      <w:r>
        <w:t>میں جینے والا بن جائے۔</w:t>
      </w:r>
    </w:p>
    <w:p>
      <w:r>
        <w:rPr>
          <w:b/>
        </w:rPr>
        <w:t xml:space="preserve">[36:23] </w:t>
      </w:r>
      <w:r>
        <w:t>is anokhe falakiyati mushahide mein insaan ke liye kya sabak hai? khaliq ki azmat sari kainaat mein phaili hui hai.</w:t>
      </w:r>
    </w:p>
    <w:p>
      <w:pPr>
        <w:jc w:val="right"/>
      </w:pPr>
      <w:r>
        <w:t>اس انوکھے فلکیاتی مشاہدے میں انسان کے لیے کیا سبق ہے؟ خالق کی عظمت ساری کائنات میں پھیلی ہوئی ہے۔</w:t>
      </w:r>
    </w:p>
    <w:p>
      <w:r>
        <w:rPr>
          <w:b/>
        </w:rPr>
        <w:t xml:space="preserve">[36:31] </w:t>
      </w:r>
      <w:r>
        <w:t>pahar, samandar, solar system, kahkashani nizam aur is tarah ke doosre mazahir musalsal tor par insaan</w:t>
      </w:r>
    </w:p>
    <w:p>
      <w:pPr>
        <w:jc w:val="right"/>
      </w:pPr>
      <w:r>
        <w:t>پہاڑ، سمندر، سولر سسٹم، کہکشانی نظام اور اس طرح کے دوسرے مظاہر مسلسل طور پر انسان</w:t>
      </w:r>
    </w:p>
    <w:p>
      <w:r>
        <w:rPr>
          <w:b/>
        </w:rPr>
        <w:t xml:space="preserve">[36:38] </w:t>
      </w:r>
      <w:r>
        <w:t>dekhta rehta hai.</w:t>
      </w:r>
    </w:p>
    <w:p>
      <w:pPr>
        <w:jc w:val="right"/>
      </w:pPr>
      <w:r>
        <w:t>دیکھتا رہتا ہے۔</w:t>
      </w:r>
    </w:p>
    <w:p>
      <w:r>
        <w:rPr>
          <w:b/>
        </w:rPr>
        <w:t xml:space="preserve">[36:44] </w:t>
      </w:r>
      <w:r>
        <w:t>ان کو دیکھتے دیکھتے انسان used to ہو جاتا ہے۔</w:t>
      </w:r>
    </w:p>
    <w:p>
      <w:pPr>
        <w:jc w:val="right"/>
      </w:pPr>
      <w:r>
        <w:t>ان کو دیکھتے دیکھتے انسان یوز ٹو ہو جاتا ہے۔</w:t>
      </w:r>
    </w:p>
    <w:p>
      <w:r>
        <w:rPr>
          <w:b/>
        </w:rPr>
        <w:t xml:space="preserve">[36:50] </w:t>
      </w:r>
      <w:r>
        <w:t>is liye Khuda istithna'i tor par kabhi kabhi suraj grahan aur chand grahan ka manzar insaan ko dikhata</w:t>
      </w:r>
    </w:p>
    <w:p>
      <w:pPr>
        <w:jc w:val="right"/>
      </w:pPr>
      <w:r>
        <w:t>اس لیے خدا استثنائی طور پر کبھی کبھی سورج گرہن اور چاند گرہن کا منظر انسان کو دکھاتا</w:t>
      </w:r>
    </w:p>
    <w:p>
      <w:r>
        <w:rPr>
          <w:b/>
        </w:rPr>
        <w:t xml:space="preserve">[36:56] </w:t>
      </w:r>
      <w:r>
        <w:t>hai ta ke yeksaniyat ki wajah se insaan ki soch mein jo thehrav aa gaya hai, woh toote aur</w:t>
      </w:r>
    </w:p>
    <w:p>
      <w:pPr>
        <w:jc w:val="right"/>
      </w:pPr>
      <w:r>
        <w:t>ہے تاکہ یکسانیت کی وجہ سے انسان کی سوچ میں جو ٹھہراؤ آ گیا ہے، وہ ٹوٹے اور</w:t>
      </w:r>
    </w:p>
    <w:p>
      <w:r>
        <w:rPr>
          <w:b/>
        </w:rPr>
        <w:t xml:space="preserve">[37:02] </w:t>
      </w:r>
      <w:r>
        <w:t>insaan dobara takhleeqi andaaz ya creative mind ke sath Khuda ki takhleeqat ka mushahida kar sake. insaan ka</w:t>
      </w:r>
    </w:p>
    <w:p>
      <w:pPr>
        <w:jc w:val="right"/>
      </w:pPr>
      <w:r>
        <w:t>انسان دوبارہ تخلیقی انداز یا کریٹیو مائنڈ کے ساتھ خدا کی تخلیقات کا مشاہدہ کر سکے۔ انسان کا</w:t>
      </w:r>
    </w:p>
    <w:p>
      <w:r>
        <w:rPr>
          <w:b/>
        </w:rPr>
        <w:t xml:space="preserve">[37:08] </w:t>
      </w:r>
      <w:r>
        <w:t>مزاج ہے کہ used to ہوتے ہوتے اس کے اندر جمود یا stagnation پیدا ہو جاتا ہے۔</w:t>
      </w:r>
    </w:p>
    <w:p>
      <w:pPr>
        <w:jc w:val="right"/>
      </w:pPr>
      <w:r>
        <w:t>مزاج ہے کہ یوز ٹو ہوتے ہوتے اس کے اندر جمود یا سٹیگنیشن پیدا ہو جاتا ہے۔</w:t>
      </w:r>
    </w:p>
    <w:p>
      <w:r>
        <w:rPr>
          <w:b/>
        </w:rPr>
        <w:t xml:space="preserve">[37:16] </w:t>
      </w:r>
      <w:r>
        <w:t>khaliq ki mansha yeh hai ke yeh jamood toote, insaan bedar zehn ke sath duniya mein jeene wala ban jaye.</w:t>
      </w:r>
    </w:p>
    <w:p>
      <w:pPr>
        <w:jc w:val="right"/>
      </w:pPr>
      <w:r>
        <w:t>خالق کی منشا یہ ہے کہ یہ جمود ٹوٹے، انسان بیدار ذہن کے ساتھ دنیا میں جینے والا بن جائے۔</w:t>
      </w:r>
    </w:p>
    <w:p>
      <w:r>
        <w:rPr>
          <w:b/>
        </w:rPr>
        <w:t xml:space="preserve">[37:23] </w:t>
      </w:r>
      <w:r>
        <w:t>aik insani kirdaar.</w:t>
      </w:r>
    </w:p>
    <w:p>
      <w:pPr>
        <w:jc w:val="right"/>
      </w:pPr>
      <w:r>
        <w:t>ایک انسانی کردار۔</w:t>
      </w:r>
    </w:p>
    <w:p>
      <w:r>
        <w:rPr>
          <w:b/>
        </w:rPr>
        <w:t xml:space="preserve">[37:31] </w:t>
      </w:r>
      <w:r>
        <w:t>aik insani kirdaar ko</w:t>
      </w:r>
    </w:p>
    <w:p>
      <w:pPr>
        <w:jc w:val="right"/>
      </w:pPr>
      <w:r>
        <w:t>ایک انسانی کردار کو</w:t>
      </w:r>
    </w:p>
    <w:p>
      <w:r>
        <w:rPr>
          <w:b/>
        </w:rPr>
        <w:t xml:space="preserve">[37:39] </w:t>
      </w:r>
      <w:r>
        <w:t>quran mein in alfaaz mein bayan kiya gaya hai: "la tahsabannal lazeena yafrahoona bima ataw wa yuhibboona an yuhmadoo</w:t>
      </w:r>
    </w:p>
    <w:p>
      <w:pPr>
        <w:jc w:val="right"/>
      </w:pPr>
      <w:r>
        <w:t>قرآن میں ان الفاظ میں بیان کیا گیا ہے: "لا تحسبن الذین یفرحون بما اتوا ویحبون ان یحمدوا</w:t>
      </w:r>
    </w:p>
    <w:p>
      <w:r>
        <w:rPr>
          <w:b/>
        </w:rPr>
        <w:t xml:space="preserve">[37:46] </w:t>
      </w:r>
      <w:r>
        <w:t>bima lam yaf'aloo fala tahsabannahum bimafadatin minal azaabi wa lahum azaabun aleem".</w:t>
      </w:r>
    </w:p>
    <w:p>
      <w:pPr>
        <w:jc w:val="right"/>
      </w:pPr>
      <w:r>
        <w:t>بما لم یفعلوا فلا تحسبنہم بمفاضت من العذاب ولہم عذاب علیم"۔</w:t>
      </w:r>
    </w:p>
    <w:p>
      <w:r>
        <w:rPr>
          <w:b/>
        </w:rPr>
        <w:t xml:space="preserve">[37:54] </w:t>
      </w:r>
      <w:r>
        <w:t>yani jo log apne in kartooton par khush hain aur chahte hain ke jo kaam unhon ne nahin</w:t>
      </w:r>
    </w:p>
    <w:p>
      <w:pPr>
        <w:jc w:val="right"/>
      </w:pPr>
      <w:r>
        <w:t>یعنی جو لوگ اپنے ان کرتوتوں پر خوش ہیں اور چاہتے ہیں کہ جو کام انہوں نے نہیں</w:t>
      </w:r>
    </w:p>
    <w:p>
      <w:r>
        <w:rPr>
          <w:b/>
        </w:rPr>
        <w:t xml:space="preserve">[38:01] </w:t>
      </w:r>
      <w:r>
        <w:t>kiye, is par un ki tareef ho, un ko azaab se</w:t>
      </w:r>
    </w:p>
    <w:p>
      <w:pPr>
        <w:jc w:val="right"/>
      </w:pPr>
      <w:r>
        <w:t>کیے، اس پر ان کی تعریف ہو، ان کو عذاب سے</w:t>
      </w:r>
    </w:p>
    <w:p>
      <w:r>
        <w:rPr>
          <w:b/>
        </w:rPr>
        <w:t xml:space="preserve">[38:09] </w:t>
      </w:r>
      <w:r>
        <w:t>bari na samjho.</w:t>
      </w:r>
    </w:p>
    <w:p>
      <w:pPr>
        <w:jc w:val="right"/>
      </w:pPr>
      <w:r>
        <w:t>بری نہ سمجھو۔</w:t>
      </w:r>
    </w:p>
    <w:p>
      <w:r>
        <w:rPr>
          <w:b/>
        </w:rPr>
        <w:t xml:space="preserve">[38:14] </w:t>
      </w:r>
      <w:r>
        <w:t>un ke liye dardnaak azaab hai.</w:t>
      </w:r>
    </w:p>
    <w:p>
      <w:pPr>
        <w:jc w:val="right"/>
      </w:pPr>
      <w:r>
        <w:t>ان کے لیے دردناک عذاب ہے۔</w:t>
      </w:r>
    </w:p>
    <w:p>
      <w:r>
        <w:rPr>
          <w:b/>
        </w:rPr>
        <w:t xml:space="preserve">[38:19] </w:t>
      </w:r>
      <w:r>
        <w:t>quran mein aik aur jagah aise logon ke liye yeh aaya hai: "yukhaadi'oonallaha wallazeena aamanoo wa ma yukhadi'oona</w:t>
      </w:r>
    </w:p>
    <w:p>
      <w:pPr>
        <w:jc w:val="right"/>
      </w:pPr>
      <w:r>
        <w:t>قرآن میں ایک اور جگہ ایسے لوگوں کے لیے یہ آیا ہے: "یخادیعون اللہ والذین آمنوا وما یخدعون</w:t>
      </w:r>
    </w:p>
    <w:p>
      <w:r>
        <w:rPr>
          <w:b/>
        </w:rPr>
        <w:t xml:space="preserve">[38:24] </w:t>
      </w:r>
      <w:r>
        <w:t>illa anfusahum wa ma yash'uroon".</w:t>
      </w:r>
    </w:p>
    <w:p>
      <w:pPr>
        <w:jc w:val="right"/>
      </w:pPr>
      <w:r>
        <w:t>الا انفسہم وما یشعرون"۔</w:t>
      </w:r>
    </w:p>
    <w:p>
      <w:r>
        <w:rPr>
          <w:b/>
        </w:rPr>
        <w:t xml:space="preserve">[38:29] </w:t>
      </w:r>
      <w:r>
        <w:t>kuch logon ka mizaj yeh hota hai ke haqeeqat ke aitbaar se to woh be-maqsad insaan hote hain.</w:t>
      </w:r>
    </w:p>
    <w:p>
      <w:pPr>
        <w:jc w:val="right"/>
      </w:pPr>
      <w:r>
        <w:t>کچھ لوگوں کا مزاج یہ ہوتا ہے کہ حقیقت کے اعتبار سے تو وہ بے مقصد انسان ہوتے ہیں۔</w:t>
      </w:r>
    </w:p>
    <w:p>
      <w:r>
        <w:rPr>
          <w:b/>
        </w:rPr>
        <w:t xml:space="preserve">[38:34] </w:t>
      </w:r>
      <w:r>
        <w:t>un ko apne zaati interest ke siwa kisi aur cheez se koi matlab nahin hota,</w:t>
      </w:r>
    </w:p>
    <w:p>
      <w:pPr>
        <w:jc w:val="right"/>
      </w:pPr>
      <w:r>
        <w:t>ان کو اپنے ذاتی انٹرسٹ کے سوا کسی اور چیز سے کوئی مطلب نہیں ہوتا،</w:t>
      </w:r>
    </w:p>
    <w:p>
      <w:r>
        <w:rPr>
          <w:b/>
        </w:rPr>
        <w:t xml:space="preserve">[38:39] </w:t>
      </w:r>
      <w:r>
        <w:t>lekin bade bade alfaaz bol kar zahir karte hain ke woh aik ba-maqsad insaan hain.</w:t>
      </w:r>
    </w:p>
    <w:p>
      <w:pPr>
        <w:jc w:val="right"/>
      </w:pPr>
      <w:r>
        <w:t>لیکن بڑے بڑے الفاظ بول کر ظاہر کرتے ہیں کہ وہ ایک بامقصد انسان ہیں۔</w:t>
      </w:r>
    </w:p>
    <w:p>
      <w:r>
        <w:rPr>
          <w:b/>
        </w:rPr>
        <w:t xml:space="preserve">[38:45] </w:t>
      </w:r>
      <w:r>
        <w:t>woh aik maqsad ke liye jeene wale aur aik maqsad ke liye marne wale hain, lekin tajrube mein</w:t>
      </w:r>
    </w:p>
    <w:p>
      <w:pPr>
        <w:jc w:val="right"/>
      </w:pPr>
      <w:r>
        <w:t>وہ ایک مقصد کے لیے جینے والے اور ایک مقصد کے لیے مرنے والے ہیں، لیکن تجربے میں</w:t>
      </w:r>
    </w:p>
    <w:p>
      <w:r>
        <w:rPr>
          <w:b/>
        </w:rPr>
        <w:t xml:space="preserve">[38:51] </w:t>
      </w:r>
      <w:r>
        <w:t>maloom hota hai ke un ko apne zaati interest ke siwa kisi aur cheez se koi matlab nahin.</w:t>
      </w:r>
    </w:p>
    <w:p>
      <w:pPr>
        <w:jc w:val="right"/>
      </w:pPr>
      <w:r>
        <w:t>معلوم ہوتا ہے کہ ان کو اپنے ذاتی انٹرسٹ کے سوا کسی اور چیز سے کوئی مطلب نہیں۔</w:t>
      </w:r>
    </w:p>
    <w:p>
      <w:r>
        <w:rPr>
          <w:b/>
        </w:rPr>
        <w:t xml:space="preserve">[38:57] </w:t>
      </w:r>
      <w:r>
        <w:t>woh ba-maqsad insaan nahin hain, balkeh woh sirf mafad parast insaan yani man of interest hain.</w:t>
      </w:r>
    </w:p>
    <w:p>
      <w:pPr>
        <w:jc w:val="right"/>
      </w:pPr>
      <w:r>
        <w:t>وہ بامقصد انسان نہیں ہیں، بلکہ وہ صرف مفاد پرست انسان یعنی مین آف انٹرسٹ ہیں۔</w:t>
      </w:r>
    </w:p>
    <w:p>
      <w:r>
        <w:rPr>
          <w:b/>
        </w:rPr>
        <w:t xml:space="preserve">[39:03] </w:t>
      </w:r>
      <w:r>
        <w:t>un ka sole concern amalan</w:t>
      </w:r>
    </w:p>
    <w:p>
      <w:pPr>
        <w:jc w:val="right"/>
      </w:pPr>
      <w:r>
        <w:t>ان کا سول کنسرن عملاً</w:t>
      </w:r>
    </w:p>
    <w:p>
      <w:r>
        <w:rPr>
          <w:b/>
        </w:rPr>
        <w:t xml:space="preserve">[39:10] </w:t>
      </w:r>
      <w:r>
        <w:t>sirf zaati interest hai, lekin alfaaz ki satah par woh be-takkan yeh zahir karte hain ke woh</w:t>
      </w:r>
    </w:p>
    <w:p>
      <w:pPr>
        <w:jc w:val="right"/>
      </w:pPr>
      <w:r>
        <w:t>صرف ذاتی انٹرسٹ ہے، لیکن الفاظ کی سطح پر وہ بے تکان یہ ظاہر کرتے ہیں کہ وہ</w:t>
      </w:r>
    </w:p>
    <w:p>
      <w:r>
        <w:rPr>
          <w:b/>
        </w:rPr>
        <w:t xml:space="preserve">[39:15] </w:t>
      </w:r>
      <w:r>
        <w:t>ba-maqsad insaan hain aur un ka faisla hai ke woh maqsad ke liye jeeyenge aur maqsad ke</w:t>
      </w:r>
    </w:p>
    <w:p>
      <w:pPr>
        <w:jc w:val="right"/>
      </w:pPr>
      <w:r>
        <w:t>بامقصد انسان ہیں اور ان کا فیصلہ ہے کہ وہ مقصد کے لیے جیئیں گے اور مقصد کے</w:t>
      </w:r>
    </w:p>
    <w:p>
      <w:r>
        <w:rPr>
          <w:b/>
        </w:rPr>
        <w:t xml:space="preserve">[39:20] </w:t>
      </w:r>
      <w:r>
        <w:t>liye marenge.</w:t>
      </w:r>
    </w:p>
    <w:p>
      <w:pPr>
        <w:jc w:val="right"/>
      </w:pPr>
      <w:r>
        <w:t>لیے مریں گے۔</w:t>
      </w:r>
    </w:p>
    <w:p>
      <w:r>
        <w:rPr>
          <w:b/>
        </w:rPr>
        <w:t xml:space="preserve">[39:25] </w:t>
      </w:r>
      <w:r>
        <w:t>aise logon ke bare mein farmaya ke woh chahte hain ke un ko aise kaam ka credit diya</w:t>
      </w:r>
    </w:p>
    <w:p>
      <w:pPr>
        <w:jc w:val="right"/>
      </w:pPr>
      <w:r>
        <w:t>ایسے لوگوں کے بارے میں فرمایا کہ وہ چاہتے ہیں کہ ان کو ایسے کام کا کریڈٹ دیا</w:t>
      </w:r>
    </w:p>
    <w:p>
      <w:r>
        <w:rPr>
          <w:b/>
        </w:rPr>
        <w:t xml:space="preserve">[39:30] </w:t>
      </w:r>
      <w:r>
        <w:t>jaye jis ko unhon ne anjaam hi nahin diya hai.</w:t>
      </w:r>
    </w:p>
    <w:p>
      <w:pPr>
        <w:jc w:val="right"/>
      </w:pPr>
      <w:r>
        <w:t>جائے جس کو انہوں نے انجام ہی نہیں دیا ہے۔</w:t>
      </w:r>
    </w:p>
    <w:p>
      <w:r>
        <w:rPr>
          <w:b/>
        </w:rPr>
        <w:t xml:space="preserve">[39:35] </w:t>
      </w:r>
      <w:r>
        <w:t>aise log insaan ko bhi dhoka de rahe hain aur Khuda ko bhi, lekin</w:t>
      </w:r>
    </w:p>
    <w:p>
      <w:pPr>
        <w:jc w:val="right"/>
      </w:pPr>
      <w:r>
        <w:t>ایسے لوگ انسان کو بھی دھوکہ دے رہے ہیں اور خدا کو بھی، لیکن</w:t>
      </w:r>
    </w:p>
    <w:p>
      <w:r>
        <w:rPr>
          <w:b/>
        </w:rPr>
        <w:t xml:space="preserve">[39:40] </w:t>
      </w:r>
      <w:r>
        <w:t>unki yeh koshish chalne wali nahin.</w:t>
      </w:r>
    </w:p>
    <w:p>
      <w:pPr>
        <w:jc w:val="right"/>
      </w:pPr>
      <w:r>
        <w:t>ان کی یہ کوشش چلنے والی نہیں۔</w:t>
      </w:r>
    </w:p>
    <w:p>
      <w:r>
        <w:rPr>
          <w:b/>
        </w:rPr>
        <w:t xml:space="preserve">[39:46] </w:t>
      </w:r>
      <w:r>
        <w:t>qaul ki satah par khwah kuch bhi woh kahein, lekin amal ki satah par woh kahin na kahin</w:t>
      </w:r>
    </w:p>
    <w:p>
      <w:pPr>
        <w:jc w:val="right"/>
      </w:pPr>
      <w:r>
        <w:t>قول کی سطح پر خواہ کچھ بھی وہ کہیں، لیکن عمل کی سطح پر وہ کہیں نہ کہیں</w:t>
      </w:r>
    </w:p>
    <w:p>
      <w:r>
        <w:rPr>
          <w:b/>
        </w:rPr>
        <w:t xml:space="preserve">[39:52] </w:t>
      </w:r>
      <w:r>
        <w:t>expose ho jayenge.</w:t>
      </w:r>
    </w:p>
    <w:p>
      <w:pPr>
        <w:jc w:val="right"/>
      </w:pPr>
      <w:r>
        <w:t>ایکسپوز ہو جائیں گے۔</w:t>
      </w:r>
    </w:p>
    <w:p>
      <w:r>
        <w:rPr>
          <w:b/>
        </w:rPr>
        <w:t xml:space="preserve">[39:59] </w:t>
      </w:r>
      <w:r>
        <w:t>is ke baad un ke sath wahi muamla kiya jayega jaisa ke woh haqiqatan hain, na ke</w:t>
      </w:r>
    </w:p>
    <w:p>
      <w:pPr>
        <w:jc w:val="right"/>
      </w:pPr>
      <w:r>
        <w:t>اس کے بعد ان کے ساتھ وہی معاملہ کیا جائے گا جیسا کہ وہ حقیقتاً ہیں، نہ کہ</w:t>
      </w:r>
    </w:p>
    <w:p>
      <w:r>
        <w:rPr>
          <w:b/>
        </w:rPr>
        <w:t xml:space="preserve">[40:05] </w:t>
      </w:r>
      <w:r>
        <w:t>jaisa ke woh apne aap ko lafzon ke zariye zahir kar rahe hain.</w:t>
      </w:r>
    </w:p>
    <w:p>
      <w:pPr>
        <w:jc w:val="right"/>
      </w:pPr>
      <w:r>
        <w:t>جیسا کہ وہ اپنے آپ کو لفظوں کے ذریعے ظاہر کر رہے ہیں۔</w:t>
      </w:r>
    </w:p>
    <w:p>
      <w:r>
        <w:rPr>
          <w:b/>
        </w:rPr>
        <w:t xml:space="preserve">[40:11] </w:t>
      </w:r>
      <w:r>
        <w:t>ummat ki musalsal islaah ka nizam.</w:t>
      </w:r>
    </w:p>
    <w:p>
      <w:pPr>
        <w:jc w:val="right"/>
      </w:pPr>
      <w:r>
        <w:t>امت کی مسلسل اصلاح کا نظام۔</w:t>
      </w:r>
    </w:p>
    <w:p>
      <w:r>
        <w:rPr>
          <w:b/>
        </w:rPr>
        <w:t xml:space="preserve">[40:19] </w:t>
      </w:r>
      <w:r>
        <w:t>ummat-e-muslima ke dakhli nizam ke baray mein quran mein jo hidayat aayi hain, un mein se ek</w:t>
      </w:r>
    </w:p>
    <w:p>
      <w:pPr>
        <w:jc w:val="right"/>
      </w:pPr>
      <w:r>
        <w:t>امت مسلمہ کے داخلی نظام کے بارے میں قرآن میں جو ہدایات آئی ہیں، ان میں سے ایک</w:t>
      </w:r>
    </w:p>
    <w:p>
      <w:r>
        <w:rPr>
          <w:b/>
        </w:rPr>
        <w:t xml:space="preserve">[40:26] </w:t>
      </w:r>
      <w:r>
        <w:t>aayat yeh hai: "ولتکم منکم امتیدعون الخیری ویامرون بالمعروف وینہون عن المنکر المفلحون".</w:t>
      </w:r>
    </w:p>
    <w:p>
      <w:pPr>
        <w:jc w:val="right"/>
      </w:pPr>
      <w:r>
        <w:t>آیت یہ ہے: "ولتکم منکم امتیدعون الخیری ویامرون بالمعروف وینہون عن المنکر المفلحون"۔</w:t>
      </w:r>
    </w:p>
    <w:p>
      <w:r>
        <w:rPr>
          <w:b/>
        </w:rPr>
        <w:t xml:space="preserve">[40:34] </w:t>
      </w:r>
      <w:r>
        <w:t>yani aur zaroor hai ke tum mein se ek giroh ho jo neki ki taraf</w:t>
      </w:r>
    </w:p>
    <w:p>
      <w:pPr>
        <w:jc w:val="right"/>
      </w:pPr>
      <w:r>
        <w:t>یعنی اور ضرور ہے کہ تم میں سے ایک گروہ ہو جو نیکی کی طرف</w:t>
      </w:r>
    </w:p>
    <w:p>
      <w:r>
        <w:rPr>
          <w:b/>
        </w:rPr>
        <w:t xml:space="preserve">[40:41] </w:t>
      </w:r>
      <w:r>
        <w:t>bulaye, woh bhalai ka hukum de aur burai se roke, aur aise hi log kamyab hain.</w:t>
      </w:r>
    </w:p>
    <w:p>
      <w:pPr>
        <w:jc w:val="right"/>
      </w:pPr>
      <w:r>
        <w:t>بلائے، وہ بھلائی کا حکم دے اور برائی سے روکے، اور ایسے ہی لوگ کامیاب ہیں۔</w:t>
      </w:r>
    </w:p>
    <w:p>
      <w:r>
        <w:rPr>
          <w:b/>
        </w:rPr>
        <w:t xml:space="preserve">[40:47] </w:t>
      </w:r>
      <w:r>
        <w:t>is aayat mein ek "min kum" ka lafz hai aur doosre "ummat" ka lafz.</w:t>
      </w:r>
    </w:p>
    <w:p>
      <w:pPr>
        <w:jc w:val="right"/>
      </w:pPr>
      <w:r>
        <w:t>اس آیت میں ایک "منکم" کا لفظ ہے اور دوسرے "امت" کا لفظ۔</w:t>
      </w:r>
    </w:p>
    <w:p>
      <w:r>
        <w:rPr>
          <w:b/>
        </w:rPr>
        <w:t xml:space="preserve">[40:53] </w:t>
      </w:r>
      <w:r>
        <w:t>ghor karne se maloom hota hai ke "min kum" se murad poori ummat hai aur "ummat" se murad ummat</w:t>
      </w:r>
    </w:p>
    <w:p>
      <w:pPr>
        <w:jc w:val="right"/>
      </w:pPr>
      <w:r>
        <w:t>غور کرنے سے معلوم ہوتا ہے کہ "منکم" سے مراد پوری امت ہے اور "امت" سے مراد امت</w:t>
      </w:r>
    </w:p>
    <w:p>
      <w:r>
        <w:rPr>
          <w:b/>
        </w:rPr>
        <w:t xml:space="preserve">[40:59] </w:t>
      </w:r>
      <w:r>
        <w:t>ka ek muntakhib giroh.</w:t>
      </w:r>
    </w:p>
    <w:p>
      <w:pPr>
        <w:jc w:val="right"/>
      </w:pPr>
      <w:r>
        <w:t>کا ایک منتخب گروہ۔</w:t>
      </w:r>
    </w:p>
    <w:p>
      <w:r>
        <w:rPr>
          <w:b/>
        </w:rPr>
        <w:t xml:space="preserve">[41:05] </w:t>
      </w:r>
      <w:r>
        <w:t>baalafz-e-deegar, "min kum" se murad ummat-e-kabeera hai aur "ummat" se murad ummat-e-sagheera yani majmooi</w:t>
      </w:r>
    </w:p>
    <w:p>
      <w:pPr>
        <w:jc w:val="right"/>
      </w:pPr>
      <w:r>
        <w:t>بالفاظ دیگر، "منکم" سے مراد امت کبیرہ ہے اور "امت" سے مراد امت صغیرہ یعنی مجموعی</w:t>
      </w:r>
    </w:p>
    <w:p>
      <w:r>
        <w:rPr>
          <w:b/>
        </w:rPr>
        <w:t xml:space="preserve">[41:11] </w:t>
      </w:r>
      <w:r>
        <w:t>ummat ki islaah ke liye is ke andar aik muntakhib team hona chahiye. is team se murad wahi islaahi giroh hai jis ko yahood ki nisbat se rabbani ulama kaha gaya hai. ummat e Musa ke darmiyan rabbani ulama ka kaam yeh tha ke woh afraad e ummat ki zehni islaah ka kaam karte rahein. isi tarah ummat e Muhammadi ke andar aik islaahi team maujood rehna chahiye</w:t>
      </w:r>
    </w:p>
    <w:p>
      <w:pPr>
        <w:jc w:val="right"/>
      </w:pPr>
      <w:r>
        <w:t>امت کی اصلاح کے لیے اس کے اندر ایک منتخب ٹیم ہونا چاہیے۔ اس ٹیم سے مراد وہی اصلاحی گروہ ہے جس کو یہود کی نسبت سے ربانی علماء کہا گیا ہے۔ امت موسیٰ کے درمیان ربانی علماء کا کام یہ تھا کہ وہ افراد امت کی ذہنی اصلاح کا کام کرتے رہیں۔ اسی طرح امت محمدی کے اندر ایک اصلاحی ٹیم موجود رہنا چاہیے</w:t>
      </w:r>
    </w:p>
    <w:p>
      <w:r>
        <w:rPr>
          <w:b/>
        </w:rPr>
        <w:t xml:space="preserve">[41:41] </w:t>
      </w:r>
      <w:r>
        <w:t>jo ummat ke afraad ko har haal mein durust fikr yaani right thinking par qaim rakhne ka kaam karti rahe. yeh aik do sathi nizam hai. pehli satah yeh hai ke ummat ke andar deen ki buniyad par aik dhancha qaim rahe. is dhanchay ke ajza masjid, madrassa, hajj aur doosre ghair siyasi idaray hain. yeh idaray is baat ki zamanat hain ke um</w:t>
      </w:r>
    </w:p>
    <w:p>
      <w:pPr>
        <w:jc w:val="right"/>
      </w:pPr>
      <w:r>
        <w:t>جو امت کے افراد کو ہر حال میں درست فکر یعنی رائٹ تھنکنگ پر قائم رکھنے کا کام کرتی رہے۔ یہ ایک دو سطحی نظام ہے۔ پہلی سطح یہ ہے کہ امت کے اندر دین کی بنیاد پر ایک ڈھانچہ قائم رہے۔ اس ڈھانچے کے اجزاء مسجد، مدرسہ، حج اور دوسرے غیر سیاسی ادارے ہیں۔ یہ ادارے اس بات کی ضمانت ہیں کہ ام</w:t>
      </w:r>
    </w:p>
    <w:p>
      <w:r>
        <w:rPr>
          <w:b/>
        </w:rPr>
        <w:t xml:space="preserve">[42:11] </w:t>
      </w:r>
      <w:r>
        <w:t>t mein form ki satah par ek dhancha hamesha qaim rahe.</w:t>
      </w:r>
    </w:p>
    <w:p>
      <w:pPr>
        <w:jc w:val="right"/>
      </w:pPr>
      <w:r>
        <w:t>ت میں فارم کی سطح پر ایک ڈھانچہ ہمیشہ قائم رہے۔</w:t>
      </w:r>
    </w:p>
    <w:p>
      <w:r>
        <w:rPr>
          <w:b/>
        </w:rPr>
        <w:t xml:space="preserve">[42:17] </w:t>
      </w:r>
      <w:r>
        <w:t>isi ke sath yeh bhi zaroori hai ke ummat ke andar rabbani ulama ki ek team maujood ho</w:t>
      </w:r>
    </w:p>
    <w:p>
      <w:pPr>
        <w:jc w:val="right"/>
      </w:pPr>
      <w:r>
        <w:t>اسی کے ساتھ یہ بھی ضروری ہے کہ امت کے اندر ربانی علماء کی ایک ٹیم موجود ہو</w:t>
      </w:r>
    </w:p>
    <w:p>
      <w:r>
        <w:rPr>
          <w:b/>
        </w:rPr>
        <w:t xml:space="preserve">[42:23] </w:t>
      </w:r>
      <w:r>
        <w:t>jo ummat ke afraad ki musalsal nigrani kare aur afraad-e-ummat ki zehni bedari ke is kaam ko</w:t>
      </w:r>
    </w:p>
    <w:p>
      <w:pPr>
        <w:jc w:val="right"/>
      </w:pPr>
      <w:r>
        <w:t>جو امت کے افراد کی مسلسل نگرانی کرے اور افراد امت کی ذہنی بیداری کے اس کام کو</w:t>
      </w:r>
    </w:p>
    <w:p>
      <w:r>
        <w:rPr>
          <w:b/>
        </w:rPr>
        <w:t xml:space="preserve">[42:29] </w:t>
      </w:r>
      <w:r>
        <w:t>har nasal mein zamane ke mutabiq jari rakhe.</w:t>
      </w:r>
    </w:p>
    <w:p>
      <w:pPr>
        <w:jc w:val="right"/>
      </w:pPr>
      <w:r>
        <w:t>ہر نسل میں زمانے کے مطابق جاری رکھے۔</w:t>
      </w:r>
    </w:p>
    <w:p>
      <w:r>
        <w:rPr>
          <w:b/>
        </w:rPr>
        <w:t xml:space="preserve">[42:35] </w:t>
      </w:r>
      <w:r>
        <w:t>is kaam ko hadith mein tajdeed-e-ummat kaha gaya hai. Sunan</w:t>
      </w:r>
    </w:p>
    <w:p>
      <w:pPr>
        <w:jc w:val="right"/>
      </w:pPr>
      <w:r>
        <w:t>اس کام کو حدیث میں تجدید امت کہا گیا ہے۔ سنن</w:t>
      </w:r>
    </w:p>
    <w:p>
      <w:r>
        <w:rPr>
          <w:b/>
        </w:rPr>
        <w:t xml:space="preserve">[42:41] </w:t>
      </w:r>
      <w:r>
        <w:t>Abi Daud.</w:t>
      </w:r>
    </w:p>
    <w:p>
      <w:pPr>
        <w:jc w:val="right"/>
      </w:pPr>
      <w:r>
        <w:t>ابی داؤد۔</w:t>
      </w:r>
    </w:p>
    <w:p>
      <w:r>
        <w:rPr>
          <w:b/>
        </w:rPr>
        <w:t xml:space="preserve">[42:47] </w:t>
      </w:r>
      <w:r>
        <w:t>ummat ki ek zaroorat yeh hai ke form ke aitbar se is ka dhancha barabar qaim rahe aur</w:t>
      </w:r>
    </w:p>
    <w:p>
      <w:pPr>
        <w:jc w:val="right"/>
      </w:pPr>
      <w:r>
        <w:t>امت کی ایک ضرورت یہ ہے کہ فارم کے اعتبار سے اس کا ڈھانچہ برابر قائم رہے اور</w:t>
      </w:r>
    </w:p>
    <w:p>
      <w:r>
        <w:rPr>
          <w:b/>
        </w:rPr>
        <w:t xml:space="preserve">[42:53] </w:t>
      </w:r>
      <w:r>
        <w:t>ummat ki doosri zaroorat yeh hai ke har nasal mein is ke afraad ki mutabiq halaat zehni taameer</w:t>
      </w:r>
    </w:p>
    <w:p>
      <w:pPr>
        <w:jc w:val="right"/>
      </w:pPr>
      <w:r>
        <w:t>امت کی دوسری ضرورت یہ ہے کہ ہر نسل میں اس کے افراد کی مطابق حالات ذہنی تعمیر</w:t>
      </w:r>
    </w:p>
    <w:p>
      <w:r>
        <w:rPr>
          <w:b/>
        </w:rPr>
        <w:t xml:space="preserve">[42:59] </w:t>
      </w:r>
      <w:r>
        <w:t>ki jati rahe.</w:t>
      </w:r>
    </w:p>
    <w:p>
      <w:pPr>
        <w:jc w:val="right"/>
      </w:pPr>
      <w:r>
        <w:t>کی جاتی رہے۔</w:t>
      </w:r>
    </w:p>
    <w:p>
      <w:r>
        <w:rPr>
          <w:b/>
        </w:rPr>
        <w:t xml:space="preserve">[43:05] </w:t>
      </w:r>
      <w:r>
        <w:t>do sathi nizam ki zaroorat is liye hai ke form ki ek</w:t>
      </w:r>
    </w:p>
    <w:p>
      <w:pPr>
        <w:jc w:val="right"/>
      </w:pPr>
      <w:r>
        <w:t>دو سطحی نظام کی ضرورت اس لیے ہے کہ فارم کی ایک</w:t>
      </w:r>
    </w:p>
    <w:p>
      <w:r>
        <w:rPr>
          <w:b/>
        </w:rPr>
        <w:t xml:space="preserve">[43:12] </w:t>
      </w:r>
      <w:r>
        <w:t>mustaqil soorat hoti hai, mislan panj waqtah namaz ka nizam ya salana haj ka nizam waghera.</w:t>
      </w:r>
    </w:p>
    <w:p>
      <w:pPr>
        <w:jc w:val="right"/>
      </w:pPr>
      <w:r>
        <w:t>مستقل صورت ہوتی ہے، مثلاً پنج وقتہ نماز کا نظام یا سالانہ حج کا نظام وغیرہ۔</w:t>
      </w:r>
    </w:p>
    <w:p>
      <w:r>
        <w:rPr>
          <w:b/>
        </w:rPr>
        <w:t xml:space="preserve">[43:17] </w:t>
      </w:r>
      <w:r>
        <w:t>yeh hamesha ek hi he'at ya form par qaim rahengi.</w:t>
      </w:r>
    </w:p>
    <w:p>
      <w:pPr>
        <w:jc w:val="right"/>
      </w:pPr>
      <w:r>
        <w:t>یہ ہمیشہ ایک ہی ہیئت یا فارم پر قائم رہیں گے۔</w:t>
      </w:r>
    </w:p>
    <w:p>
      <w:r>
        <w:rPr>
          <w:b/>
        </w:rPr>
        <w:t xml:space="preserve">[43:22] </w:t>
      </w:r>
      <w:r>
        <w:t>deeni nizam ka yeh pehlu amli aitbar se abadi hai.</w:t>
      </w:r>
    </w:p>
    <w:p>
      <w:pPr>
        <w:jc w:val="right"/>
      </w:pPr>
      <w:r>
        <w:t>دینی نظام کا یہ پہلو عملی اعتبار سے ابدی ہے۔</w:t>
      </w:r>
    </w:p>
    <w:p>
      <w:r>
        <w:rPr>
          <w:b/>
        </w:rPr>
        <w:t xml:space="preserve">[43:27] </w:t>
      </w:r>
      <w:r>
        <w:t>is abadi pehlu ki taraf peghambar-e-islam sallallahu alaihi wasallam ne in alfaaz mein ishara kiya tha:</w:t>
      </w:r>
    </w:p>
    <w:p>
      <w:pPr>
        <w:jc w:val="right"/>
      </w:pPr>
      <w:r>
        <w:t>اس ابدی پہلو کی طرف پیغمبر اسلام صلی اللہ علیہ وسلم نے ان الفاظ میں اشارہ کیا تھا:</w:t>
      </w:r>
    </w:p>
    <w:p>
      <w:r>
        <w:rPr>
          <w:b/>
        </w:rPr>
        <w:t xml:space="preserve">[43:32] </w:t>
      </w:r>
      <w:r>
        <w:t>"sallo kama ra'aitumuni asli"۔ sahih bukhari۔</w:t>
      </w:r>
    </w:p>
    <w:p>
      <w:pPr>
        <w:jc w:val="right"/>
      </w:pPr>
      <w:r>
        <w:t>"صلو کما رأیتمونی أصلی"۔ صحیح بخاری۔</w:t>
      </w:r>
    </w:p>
    <w:p>
      <w:r>
        <w:rPr>
          <w:b/>
        </w:rPr>
        <w:t xml:space="preserve">[43:37] </w:t>
      </w:r>
      <w:r>
        <w:t>hadis ka mukhataab sirf sah</w:t>
      </w:r>
    </w:p>
    <w:p>
      <w:pPr>
        <w:jc w:val="right"/>
      </w:pPr>
      <w:r>
        <w:t>حدیث کا مخاطب صرف صح</w:t>
      </w:r>
    </w:p>
    <w:p>
      <w:r>
        <w:rPr>
          <w:b/>
        </w:rPr>
        <w:t xml:space="preserve">[43:42] </w:t>
      </w:r>
      <w:r>
        <w:t>abah na the balkeh wasee tar andaaz mein is ka khitaab poori ummat muhammadi se hai۔</w:t>
      </w:r>
    </w:p>
    <w:p>
      <w:pPr>
        <w:jc w:val="right"/>
      </w:pPr>
      <w:r>
        <w:t>ابہ نہ تھے بلکہ وسیع تر انداز میں اس کا خطاب پوری امت محمدی سے ہے۔</w:t>
      </w:r>
    </w:p>
    <w:p>
      <w:r>
        <w:rPr>
          <w:b/>
        </w:rPr>
        <w:t xml:space="preserve">[43:48] </w:t>
      </w:r>
      <w:r>
        <w:t>lekin jahan tak ummat ke afraad ka maamla hai, woh hamesha ek haalat par qaim nahin rehte balkeh</w:t>
      </w:r>
    </w:p>
    <w:p>
      <w:pPr>
        <w:jc w:val="right"/>
      </w:pPr>
      <w:r>
        <w:t>لیکن جہاں تک امت کے افراد کا معاملہ ہے، وہ ہمیشہ ایک حالت پر قائم نہیں رہتے بلکہ</w:t>
      </w:r>
    </w:p>
    <w:p>
      <w:r>
        <w:rPr>
          <w:b/>
        </w:rPr>
        <w:t xml:space="preserve">[43:54] </w:t>
      </w:r>
      <w:r>
        <w:t>nasl dar nasl un ke andar tabdeeli aati rehti hai۔</w:t>
      </w:r>
    </w:p>
    <w:p>
      <w:pPr>
        <w:jc w:val="right"/>
      </w:pPr>
      <w:r>
        <w:t>نسل در نسل ان کے اندر تبدیلی آتی رہتی ہے۔</w:t>
      </w:r>
    </w:p>
    <w:p>
      <w:r>
        <w:rPr>
          <w:b/>
        </w:rPr>
        <w:t xml:space="preserve">[44:00] </w:t>
      </w:r>
      <w:r>
        <w:t>dada ke baad baap, baap ke baad beta, bete ke baad pota waghera۔</w:t>
      </w:r>
    </w:p>
    <w:p>
      <w:pPr>
        <w:jc w:val="right"/>
      </w:pPr>
      <w:r>
        <w:t>دادا کے بعد باپ، باپ کے بعد بیٹا، بیٹے کے بعد پوتا وغیرہ۔</w:t>
      </w:r>
    </w:p>
    <w:p>
      <w:r>
        <w:rPr>
          <w:b/>
        </w:rPr>
        <w:t xml:space="preserve">[44:06] </w:t>
      </w:r>
      <w:r>
        <w:t>baad mein aane wali naslon ko hamesha mukhtalif haalaat se saabiqah pesh</w:t>
      </w:r>
    </w:p>
    <w:p>
      <w:pPr>
        <w:jc w:val="right"/>
      </w:pPr>
      <w:r>
        <w:t>بعد میں آنے والی نسلوں کو ہمیشہ مختلف حالات سے سابقہ پیش</w:t>
      </w:r>
    </w:p>
    <w:p>
      <w:r>
        <w:rPr>
          <w:b/>
        </w:rPr>
        <w:t xml:space="preserve">[44:12] </w:t>
      </w:r>
      <w:r>
        <w:t>aata hai۔</w:t>
      </w:r>
    </w:p>
    <w:p>
      <w:pPr>
        <w:jc w:val="right"/>
      </w:pPr>
      <w:r>
        <w:t>آتا ہے۔</w:t>
      </w:r>
    </w:p>
    <w:p>
      <w:r>
        <w:rPr>
          <w:b/>
        </w:rPr>
        <w:t xml:space="preserve">[44:18] </w:t>
      </w:r>
      <w:r>
        <w:t>neez tul-e-umr ki bina par isprt ke aitbaar se un ki baad ki naslon mein zuwal aa jata hai۔</w:t>
      </w:r>
    </w:p>
    <w:p>
      <w:pPr>
        <w:jc w:val="right"/>
      </w:pPr>
      <w:r>
        <w:t>نیز طول عمد کی بنا پر اسپرٹ کے اعتبار سے ان کی بعد کی نسلوں میں زوال آ جاتا ہے۔</w:t>
      </w:r>
    </w:p>
    <w:p>
      <w:r>
        <w:rPr>
          <w:b/>
        </w:rPr>
        <w:t xml:space="preserve">[44:24] </w:t>
      </w:r>
      <w:r>
        <w:t>aise haalaat mein zaroorat hoti hai ke isprt ke aitbaar se un ko dobara taaza dam banaya jaye۔</w:t>
      </w:r>
    </w:p>
    <w:p>
      <w:pPr>
        <w:jc w:val="right"/>
      </w:pPr>
      <w:r>
        <w:t>ایسے حالات میں ضرورت ہوتی ہے کہ اسپرٹ کے اعتبار سے ان کو دوبارہ تازہ دم بنایا جائے۔</w:t>
      </w:r>
    </w:p>
    <w:p>
      <w:r>
        <w:rPr>
          <w:b/>
        </w:rPr>
        <w:t xml:space="preserve">[44:30] </w:t>
      </w:r>
      <w:r>
        <w:t>afraad ki is zehni ta'meer ke taqaaze hamesha badalte rehte hain۔</w:t>
      </w:r>
    </w:p>
    <w:p>
      <w:pPr>
        <w:jc w:val="right"/>
      </w:pPr>
      <w:r>
        <w:t>افراد کی اس ذہنی تعمیر کے تقاضے ہمیشہ بدلتے رہتے ہیں۔</w:t>
      </w:r>
    </w:p>
    <w:p>
      <w:r>
        <w:rPr>
          <w:b/>
        </w:rPr>
        <w:t xml:space="preserve">[44:36] </w:t>
      </w:r>
      <w:r>
        <w:t>misalan uneesveen sadi isvi mein duniya mein ek naya daur aaya jis se ummat ke afraad bhi</w:t>
      </w:r>
    </w:p>
    <w:p>
      <w:pPr>
        <w:jc w:val="right"/>
      </w:pPr>
      <w:r>
        <w:t>مثلاً انیسویں صدی عیسوی میں دنیا میں ایک نیا دور آیا جس سے امت کے افراد بھی</w:t>
      </w:r>
    </w:p>
    <w:p>
      <w:r>
        <w:rPr>
          <w:b/>
        </w:rPr>
        <w:t xml:space="preserve">[44:42] </w:t>
      </w:r>
      <w:r>
        <w:t>shiddat ke sath mutasir hue. woh daur yeh tha ke maghrib ki qaumein nayi taqat ke sath ubhren. woh poori sharqi dunya par siyasi aur tehzeebi aitbar se chha gayeen. is zamane ki doosri qaumon ki tarah Muslim qaumein bhi is ki zad mein aa gayeen. is inqalab ke nateejay mein ummat ke afraad amoomi tor par manfi zehniyat ya negative</w:t>
      </w:r>
    </w:p>
    <w:p>
      <w:pPr>
        <w:jc w:val="right"/>
      </w:pPr>
      <w:r>
        <w:t>شدت کے ساتھ متاثر ہوئے۔ وہ دور یہ تھا کہ مغرب کی قومیں نئی طاقت کے ساتھ ابھریں۔ وہ پوری مشرقی دنیا پر سیاسی اور تہذیبی اعتبار سے چھا گئیں۔ اس زمانے کی دوسری قوموں کی طرح مسلم قومیں بھی اس کی زد میں آ گئیں۔ اس انقلاب کے نتیجے میں امت کے افراد عمومی طور پر منفی ذہنیت یا نیگیٹی</w:t>
      </w:r>
    </w:p>
    <w:p>
      <w:r>
        <w:rPr>
          <w:b/>
        </w:rPr>
        <w:t xml:space="preserve">[45:12] </w:t>
      </w:r>
      <w:r>
        <w:t>wa thinking ka shikaar ho gaye۔</w:t>
      </w:r>
    </w:p>
    <w:p>
      <w:pPr>
        <w:jc w:val="right"/>
      </w:pPr>
      <w:r>
        <w:t>و تھنکنگ کا شکار ہو گئے۔</w:t>
      </w:r>
    </w:p>
    <w:p>
      <w:r>
        <w:rPr>
          <w:b/>
        </w:rPr>
        <w:t xml:space="preserve">[45:18] </w:t>
      </w:r>
      <w:r>
        <w:t>tareekh batati hai ke is daur tabdeeli mein ummat-e-muslima ke andar rabbani ulama ka koi giroh na</w:t>
      </w:r>
    </w:p>
    <w:p>
      <w:pPr>
        <w:jc w:val="right"/>
      </w:pPr>
      <w:r>
        <w:t>تاریخ بتاتی ہے کہ اس دور تبدیلی میں امت مسلمہ کے اندر ربانی علماء کا کوئی گروہ نہ</w:t>
      </w:r>
    </w:p>
    <w:p>
      <w:r>
        <w:rPr>
          <w:b/>
        </w:rPr>
        <w:t xml:space="preserve">[45:24] </w:t>
      </w:r>
      <w:r>
        <w:t>utha, na arab duniya mein aur na ghair arab duniya mein۔</w:t>
      </w:r>
    </w:p>
    <w:p>
      <w:pPr>
        <w:jc w:val="right"/>
      </w:pPr>
      <w:r>
        <w:t>اٹھا، نہ عرب دنیا میں اور نہ غیر عرب دنیا میں۔</w:t>
      </w:r>
    </w:p>
    <w:p>
      <w:r>
        <w:rPr>
          <w:b/>
        </w:rPr>
        <w:t xml:space="preserve">[45:30] </w:t>
      </w:r>
      <w:r>
        <w:t>is daur mein karne ka kaam yeh tha ke ummat ke afraad ko naye daur ka sahih mutaala'ah karaya jaye۔</w:t>
      </w:r>
    </w:p>
    <w:p>
      <w:pPr>
        <w:jc w:val="right"/>
      </w:pPr>
      <w:r>
        <w:t>اس دور میں کرنے کا کام یہ تھا کہ امت کے افراد کو نئے دور کا صحیح مطالعہ کرایا جائے۔</w:t>
      </w:r>
    </w:p>
    <w:p>
      <w:r>
        <w:rPr>
          <w:b/>
        </w:rPr>
        <w:t xml:space="preserve">[45:36] </w:t>
      </w:r>
      <w:r>
        <w:t>un ki manfi soch ko khatm kar ke dobara un</w:t>
      </w:r>
    </w:p>
    <w:p>
      <w:pPr>
        <w:jc w:val="right"/>
      </w:pPr>
      <w:r>
        <w:t>ان کی منفی سوچ کو ختم کر کے دوبارہ ان</w:t>
      </w:r>
    </w:p>
    <w:p>
      <w:r>
        <w:rPr>
          <w:b/>
        </w:rPr>
        <w:t xml:space="preserve">[45:42] </w:t>
      </w:r>
      <w:r>
        <w:t>ko musbat soch par qaim kiya jaye۔</w:t>
      </w:r>
    </w:p>
    <w:p>
      <w:pPr>
        <w:jc w:val="right"/>
      </w:pPr>
      <w:r>
        <w:t>کو مثبت سوچ پر قائم کیا جائے۔</w:t>
      </w:r>
    </w:p>
    <w:p>
      <w:r>
        <w:rPr>
          <w:b/>
        </w:rPr>
        <w:t xml:space="preserve">[45:50] </w:t>
      </w:r>
      <w:r>
        <w:t>un ko yeh bataya jaye ke maghribi qaumein tumhari dushman ya hareef nahin hain balkeh woh tumhare liye</w:t>
      </w:r>
    </w:p>
    <w:p>
      <w:pPr>
        <w:jc w:val="right"/>
      </w:pPr>
      <w:r>
        <w:t>ان کو یہ بتایا جائے کہ مغربی قومیں تمہاری دشمن یا حریف نہیں ہیں بلکہ وہ تمہارے لیے</w:t>
      </w:r>
    </w:p>
    <w:p>
      <w:r>
        <w:rPr>
          <w:b/>
        </w:rPr>
        <w:t xml:space="preserve">[45:57] </w:t>
      </w:r>
      <w:r>
        <w:t>mad'u ki hesiyat rakhti hain۔</w:t>
      </w:r>
    </w:p>
    <w:p>
      <w:pPr>
        <w:jc w:val="right"/>
      </w:pPr>
      <w:r>
        <w:t>مدعو کی حیثیت رکھتی ہیں۔</w:t>
      </w:r>
    </w:p>
    <w:p>
      <w:r>
        <w:rPr>
          <w:b/>
        </w:rPr>
        <w:t xml:space="preserve">[46:05] </w:t>
      </w:r>
      <w:r>
        <w:t>tum ko chahiye ke tum maghribi qaumon ke baare mein radd-e-amal ka tareeqa ikhtiyaar na karo balkeh</w:t>
      </w:r>
    </w:p>
    <w:p>
      <w:pPr>
        <w:jc w:val="right"/>
      </w:pPr>
      <w:r>
        <w:t>تم کو چاہیے کہ تم مغربی قوموں کے بارے میں رد عمل کا طریقہ اختیار نہ کرو بلکہ</w:t>
      </w:r>
    </w:p>
    <w:p>
      <w:r>
        <w:rPr>
          <w:b/>
        </w:rPr>
        <w:t xml:space="preserve">[46:13] </w:t>
      </w:r>
      <w:r>
        <w:t>un ke muqaable mein musbat zehn ke saath da'wat ki pur-aman mansoobah bandi karo۔</w:t>
      </w:r>
    </w:p>
    <w:p>
      <w:pPr>
        <w:jc w:val="right"/>
      </w:pPr>
      <w:r>
        <w:t>ان کے مقابلے میں مثبت ذہن کے ساتھ دعوت کی پرامن منصوبہ بندی کرو۔</w:t>
      </w:r>
    </w:p>
    <w:p>
      <w:r>
        <w:rPr>
          <w:b/>
        </w:rPr>
        <w:t xml:space="preserve">[46:20] </w:t>
      </w:r>
      <w:r>
        <w:t>jihad kya hai? jihad kya hai? is ko samajhne ke liye sab se pehle yeh jaanna chahiye ke</w:t>
      </w:r>
    </w:p>
    <w:p>
      <w:pPr>
        <w:jc w:val="right"/>
      </w:pPr>
      <w:r>
        <w:t>جہاد کیا ہے؟ جہاد کیا ہے؟ اس کو سمجھنے کے لیے سب سے پہلے یہ جاننا چاہیے کہ</w:t>
      </w:r>
    </w:p>
    <w:p>
      <w:r>
        <w:rPr>
          <w:b/>
        </w:rPr>
        <w:t xml:space="preserve">[46:26] </w:t>
      </w:r>
      <w:r>
        <w:t>maujoodah zamane mein musalman jihad ke naam par jo kuch kar rahe hain, woh jihad nahin hai۔</w:t>
      </w:r>
    </w:p>
    <w:p>
      <w:pPr>
        <w:jc w:val="right"/>
      </w:pPr>
      <w:r>
        <w:t>موجودہ زمانے میں مسلمان جہاد کے نام پر جو کچھ کر رہے ہیں، وہ جہاد نہیں ہے۔</w:t>
      </w:r>
    </w:p>
    <w:p>
      <w:r>
        <w:rPr>
          <w:b/>
        </w:rPr>
        <w:t xml:space="preserve">[46:32] </w:t>
      </w:r>
      <w:r>
        <w:t>yeh sab qaumi jazbaat ke tehat chherri hui ladaiyan hain jin ko galat taur par jihad ka naam</w:t>
      </w:r>
    </w:p>
    <w:p>
      <w:pPr>
        <w:jc w:val="right"/>
      </w:pPr>
      <w:r>
        <w:t>یہ سب قومی جذبات کے تحت چھیڑی ہوئی لڑائیاں ہیں جن کو غلط طور پر جہاد کا نام</w:t>
      </w:r>
    </w:p>
    <w:p>
      <w:r>
        <w:rPr>
          <w:b/>
        </w:rPr>
        <w:t xml:space="preserve">[46:38] </w:t>
      </w:r>
      <w:r>
        <w:t>de diya gaya hai.</w:t>
      </w:r>
    </w:p>
    <w:p>
      <w:pPr>
        <w:jc w:val="right"/>
      </w:pPr>
      <w:r>
        <w:t>دے دیا گیا ہے۔</w:t>
      </w:r>
    </w:p>
    <w:p>
      <w:r>
        <w:rPr>
          <w:b/>
        </w:rPr>
        <w:t xml:space="preserve">[46:44] </w:t>
      </w:r>
      <w:r>
        <w:t>jihad aslan aman parast jad-o-jehad ka naam hai,</w:t>
      </w:r>
    </w:p>
    <w:p>
      <w:pPr>
        <w:jc w:val="right"/>
      </w:pPr>
      <w:r>
        <w:t>جہاد اصلًا پرامن جدوجہد کا نام ہے،</w:t>
      </w:r>
    </w:p>
    <w:p>
      <w:r>
        <w:rPr>
          <w:b/>
        </w:rPr>
        <w:t xml:space="preserve">[46:51] </w:t>
      </w:r>
      <w:r>
        <w:t>wo qital ke hum ma'ni nahin.</w:t>
      </w:r>
    </w:p>
    <w:p>
      <w:pPr>
        <w:jc w:val="right"/>
      </w:pPr>
      <w:r>
        <w:t>وہ قتال کے ہم معنی نہیں۔</w:t>
      </w:r>
    </w:p>
    <w:p>
      <w:r>
        <w:rPr>
          <w:b/>
        </w:rPr>
        <w:t xml:space="preserve">[46:57] </w:t>
      </w:r>
      <w:r>
        <w:t>kabhi toseefi istemal ke taur par jihad ko qital ke mafhoom mein bola jata hai magar lughwi mafhoom</w:t>
      </w:r>
    </w:p>
    <w:p>
      <w:pPr>
        <w:jc w:val="right"/>
      </w:pPr>
      <w:r>
        <w:t>کبھی توصیحی استعمال کے طور پر جہاد کو قتال کے مفہوم میں بولا جاتا ہے مگر لغوی مفہوم</w:t>
      </w:r>
    </w:p>
    <w:p>
      <w:r>
        <w:rPr>
          <w:b/>
        </w:rPr>
        <w:t xml:space="preserve">[47:03] </w:t>
      </w:r>
      <w:r>
        <w:t>ke aitbar se jihad aur qital dono hum ma'ni alfaaz nahin.</w:t>
      </w:r>
    </w:p>
    <w:p>
      <w:pPr>
        <w:jc w:val="right"/>
      </w:pPr>
      <w:r>
        <w:t>کے اعتبار سے جہاد اور قتال دونوں ہم معنی الفاظ نہیں۔</w:t>
      </w:r>
    </w:p>
    <w:p>
      <w:r>
        <w:rPr>
          <w:b/>
        </w:rPr>
        <w:t xml:space="preserve">[47:09] </w:t>
      </w:r>
      <w:r>
        <w:t>yahan is silsile mein quran o hadith se jihad ke ba'z istemalat darj kiye jate hain.</w:t>
      </w:r>
    </w:p>
    <w:p>
      <w:pPr>
        <w:jc w:val="right"/>
      </w:pPr>
      <w:r>
        <w:t>یہاں اس سلسلے میں قرآن و حدیث سے جہاد کے بعض استعمالات درج کیے جاتے ہیں۔</w:t>
      </w:r>
    </w:p>
    <w:p>
      <w:r>
        <w:rPr>
          <w:b/>
        </w:rPr>
        <w:t xml:space="preserve">[47:15] </w:t>
      </w:r>
      <w:r>
        <w:t>number ek: quran mein irshad hua hai:</w:t>
      </w:r>
    </w:p>
    <w:p>
      <w:pPr>
        <w:jc w:val="right"/>
      </w:pPr>
      <w:r>
        <w:t>نمبر ایک: قرآن میں ارشاد ہوا ہے:</w:t>
      </w:r>
    </w:p>
    <w:p>
      <w:r>
        <w:rPr>
          <w:b/>
        </w:rPr>
        <w:t xml:space="preserve">[47:21] </w:t>
      </w:r>
      <w:r>
        <w:t>"wal-ladheena jahadoo feena lanahdiyannnahum subulanaa" ya'ni jin logon ne jihad kiya hamari khatir to hum un ko apni</w:t>
      </w:r>
    </w:p>
    <w:p>
      <w:pPr>
        <w:jc w:val="right"/>
      </w:pPr>
      <w:r>
        <w:t>"والذین جاہدوا فینا لنہدینہم سبولنا" یعنی جن لوگوں نے جہاد کیا ہماری خاطر تو ہم ان کو اپنی</w:t>
      </w:r>
    </w:p>
    <w:p>
      <w:r>
        <w:rPr>
          <w:b/>
        </w:rPr>
        <w:t xml:space="preserve">[47:28] </w:t>
      </w:r>
      <w:r>
        <w:t>rahein dikhayen ge.</w:t>
      </w:r>
    </w:p>
    <w:p>
      <w:pPr>
        <w:jc w:val="right"/>
      </w:pPr>
      <w:r>
        <w:t>راہیں دکھائیں گے۔</w:t>
      </w:r>
    </w:p>
    <w:p>
      <w:r>
        <w:rPr>
          <w:b/>
        </w:rPr>
        <w:t xml:space="preserve">[47:36] </w:t>
      </w:r>
      <w:r>
        <w:t>is aayat mein talash-e-haq ko jihad kaha gaya hai ya'ni Allah ko panay ke liye koshish karna,</w:t>
      </w:r>
    </w:p>
    <w:p>
      <w:pPr>
        <w:jc w:val="right"/>
      </w:pPr>
      <w:r>
        <w:t>اس آیت میں تلاش حق کو جہاد کہا گیا ہے یعنی اللہ کو پانے کے لیے کوشش کرنا،</w:t>
      </w:r>
    </w:p>
    <w:p>
      <w:r>
        <w:rPr>
          <w:b/>
        </w:rPr>
        <w:t xml:space="preserve">[47:43] </w:t>
      </w:r>
      <w:r>
        <w:t>Allah ki ma'rifat hasil karne ke liye koshish karna, Allah ki qurbat dhoondne ke liye</w:t>
      </w:r>
    </w:p>
    <w:p>
      <w:pPr>
        <w:jc w:val="right"/>
      </w:pPr>
      <w:r>
        <w:t>اللہ کی معرفت حاصل کرنے کے لیے کوشش کرنا، اللہ کی قربت ڈھونڈنے کے لیے</w:t>
      </w:r>
    </w:p>
    <w:p>
      <w:r>
        <w:rPr>
          <w:b/>
        </w:rPr>
        <w:t xml:space="preserve">[47:51] </w:t>
      </w:r>
      <w:r>
        <w:t>koshish karna.</w:t>
      </w:r>
    </w:p>
    <w:p>
      <w:pPr>
        <w:jc w:val="right"/>
      </w:pPr>
      <w:r>
        <w:t>کوشش کرنا۔</w:t>
      </w:r>
    </w:p>
    <w:p>
      <w:r>
        <w:rPr>
          <w:b/>
        </w:rPr>
        <w:t xml:space="preserve">[47:56] </w:t>
      </w:r>
      <w:r>
        <w:t>zaher hai ke is jihad ka qital ya takrao se koi ta'alluq nahin.</w:t>
      </w:r>
    </w:p>
    <w:p>
      <w:pPr>
        <w:jc w:val="right"/>
      </w:pPr>
      <w:r>
        <w:t>ظاہر ہے کہ اس جہاد کا قتال یا ٹکراؤ سے کوئی تعلق نہیں۔</w:t>
      </w:r>
    </w:p>
    <w:p>
      <w:r>
        <w:rPr>
          <w:b/>
        </w:rPr>
        <w:t xml:space="preserve">[48:01] </w:t>
      </w:r>
      <w:r>
        <w:t>number do: isi tarah quran mein irshad hua hai: "wajahidoo bi-amwaalihim" ya'ni wo log jinhone apne maal</w:t>
      </w:r>
    </w:p>
    <w:p>
      <w:pPr>
        <w:jc w:val="right"/>
      </w:pPr>
      <w:r>
        <w:t>نمبر دو: اسی طرح قرآن میں ارشاد ہوا ہے: "وجاہدوا باموالہم" یعنی وہ لوگ جنہوں نے اپنے مال</w:t>
      </w:r>
    </w:p>
    <w:p>
      <w:r>
        <w:rPr>
          <w:b/>
        </w:rPr>
        <w:t xml:space="preserve">[48:06] </w:t>
      </w:r>
      <w:r>
        <w:t>se jihad kiya.</w:t>
      </w:r>
    </w:p>
    <w:p>
      <w:pPr>
        <w:jc w:val="right"/>
      </w:pPr>
      <w:r>
        <w:t>سے جہاد کیا۔</w:t>
      </w:r>
    </w:p>
    <w:p>
      <w:r>
        <w:rPr>
          <w:b/>
        </w:rPr>
        <w:t xml:space="preserve">[48:11] </w:t>
      </w:r>
      <w:r>
        <w:t>is aayat ke mutabiq apne maal ko Allah ke raste mein kharch karna ek jihadi amal hai.</w:t>
      </w:r>
    </w:p>
    <w:p>
      <w:pPr>
        <w:jc w:val="right"/>
      </w:pPr>
      <w:r>
        <w:t>اس آیت کے مطابق اپنے مال کو اللہ کے راستے میں خرچ کرنا ایک جہادی عمل ہے۔</w:t>
      </w:r>
    </w:p>
    <w:p>
      <w:r>
        <w:rPr>
          <w:b/>
        </w:rPr>
        <w:t xml:space="preserve">[48:16] </w:t>
      </w:r>
      <w:r>
        <w:t>number teen: isi tarah</w:t>
      </w:r>
    </w:p>
    <w:p>
      <w:pPr>
        <w:jc w:val="right"/>
      </w:pPr>
      <w:r>
        <w:t>نمبر تین: اسی طرح</w:t>
      </w:r>
    </w:p>
    <w:p>
      <w:r>
        <w:rPr>
          <w:b/>
        </w:rPr>
        <w:t xml:space="preserve">[48:21] </w:t>
      </w:r>
      <w:r>
        <w:t>quran mein irshad hua hai: "wajahidhum bihi jihadan kabeera" ya'ni ghair momeeneen ke sath quran ke zariye jihad karo.</w:t>
      </w:r>
    </w:p>
    <w:p>
      <w:pPr>
        <w:jc w:val="right"/>
      </w:pPr>
      <w:r>
        <w:t>قرآن میں ارشاد ہوا ہے: "وجاہدہم بہ جہادا کبیرا" یعنی غیر مومنین کے ساتھ قرآن کے ذریعے جہاد کرو۔</w:t>
      </w:r>
    </w:p>
    <w:p>
      <w:r>
        <w:rPr>
          <w:b/>
        </w:rPr>
        <w:t xml:space="preserve">[48:31] </w:t>
      </w:r>
      <w:r>
        <w:t>dusre lafzon mein yeh ke quran ki taleemat ko phailane ke liye aman parast jad-o-jehad karo.</w:t>
      </w:r>
    </w:p>
    <w:p>
      <w:pPr>
        <w:jc w:val="right"/>
      </w:pPr>
      <w:r>
        <w:t>دوسرے لفظوں میں یہ کہ قرآن کی تعلیمات کو پھیلانے کے لیے پرامن جدوجہد کرو۔</w:t>
      </w:r>
    </w:p>
    <w:p>
      <w:r>
        <w:rPr>
          <w:b/>
        </w:rPr>
        <w:t xml:space="preserve">[48:42] </w:t>
      </w:r>
      <w:r>
        <w:t>number char: isi tarah peghambar-e-islam sallallahu alaihi wasallam ne farmaya: "al-mujahidu man jahada nafsahu fi ta'at</w:t>
      </w:r>
    </w:p>
    <w:p>
      <w:pPr>
        <w:jc w:val="right"/>
      </w:pPr>
      <w:r>
        <w:t>نمبر چار: اسی طرح پیغمبر اسلام صلی اللہ علیہ وسلم نے فرمایا: "المجاہد من جاہد نفسہ فی طاعت</w:t>
      </w:r>
    </w:p>
    <w:p>
      <w:r>
        <w:rPr>
          <w:b/>
        </w:rPr>
        <w:t xml:space="preserve">[48:52] </w:t>
      </w:r>
      <w:r>
        <w:t>Allah".</w:t>
      </w:r>
    </w:p>
    <w:p>
      <w:pPr>
        <w:jc w:val="right"/>
      </w:pPr>
      <w:r>
        <w:t>اللہ"۔</w:t>
      </w:r>
    </w:p>
    <w:p>
      <w:r>
        <w:rPr>
          <w:b/>
        </w:rPr>
        <w:t xml:space="preserve">[48:56] </w:t>
      </w:r>
      <w:r>
        <w:t>musnad ahmad ya'ni mujahid wo hai jo Allah ki it'at mein apne nafs se jihad kare.</w:t>
      </w:r>
    </w:p>
    <w:p>
      <w:pPr>
        <w:jc w:val="right"/>
      </w:pPr>
      <w:r>
        <w:t>مسند احمد یعنی مجاہد وہ ہے جو اللہ کی اطاعت میں اپنے نفس سے جہاد کرے۔</w:t>
      </w:r>
    </w:p>
    <w:p>
      <w:r>
        <w:rPr>
          <w:b/>
        </w:rPr>
        <w:t xml:space="preserve">[49:00] </w:t>
      </w:r>
      <w:r>
        <w:t>is se maloom hua ke nafs ki targhibat se lad kar apne aap ko sachai ke raste par</w:t>
      </w:r>
    </w:p>
    <w:p>
      <w:pPr>
        <w:jc w:val="right"/>
      </w:pPr>
      <w:r>
        <w:t>اس سے معلوم ہوا کہ نفس کی ترغیبات سے لڑ کر اپنے آپ کو سچائی کے راستے پر</w:t>
      </w:r>
    </w:p>
    <w:p>
      <w:r>
        <w:rPr>
          <w:b/>
        </w:rPr>
        <w:t xml:space="preserve">[49:04] </w:t>
      </w:r>
      <w:r>
        <w:t>qaim rakhna jihad hai.</w:t>
      </w:r>
    </w:p>
    <w:p>
      <w:pPr>
        <w:jc w:val="right"/>
      </w:pPr>
      <w:r>
        <w:t>قائم رکھنا جہاد ہے۔</w:t>
      </w:r>
    </w:p>
    <w:p>
      <w:r>
        <w:rPr>
          <w:b/>
        </w:rPr>
        <w:t xml:space="preserve">[49:09] </w:t>
      </w:r>
      <w:r>
        <w:t>zaher hai ke yeh ladai dakhili taur par nafsiyat ke maidan mein hoti hai na ke kharji taur</w:t>
      </w:r>
    </w:p>
    <w:p>
      <w:pPr>
        <w:jc w:val="right"/>
      </w:pPr>
      <w:r>
        <w:t>ظاہر ہے کہ یہ لڑائی داخلی طور پر نفسیات کے میدان میں ہوتی ہے نہ کہ خارجی طور</w:t>
      </w:r>
    </w:p>
    <w:p>
      <w:r>
        <w:rPr>
          <w:b/>
        </w:rPr>
        <w:t xml:space="preserve">[49:13] </w:t>
      </w:r>
      <w:r>
        <w:t>par kisi jang ke maidan mein.</w:t>
      </w:r>
    </w:p>
    <w:p>
      <w:pPr>
        <w:jc w:val="right"/>
      </w:pPr>
      <w:r>
        <w:t>پر کسی جنگ کے میدان میں۔</w:t>
      </w:r>
    </w:p>
    <w:p>
      <w:r>
        <w:rPr>
          <w:b/>
        </w:rPr>
        <w:t xml:space="preserve">[49:17] </w:t>
      </w:r>
      <w:r>
        <w:t>number panch: ek</w:t>
      </w:r>
    </w:p>
    <w:p>
      <w:pPr>
        <w:jc w:val="right"/>
      </w:pPr>
      <w:r>
        <w:t>نمبر پانچ: ایک</w:t>
      </w:r>
    </w:p>
    <w:p>
      <w:r>
        <w:rPr>
          <w:b/>
        </w:rPr>
        <w:t xml:space="preserve">[49:22] </w:t>
      </w:r>
      <w:r>
        <w:t>riwayat ke mutabiq rasool allah sallallahu alaihi wasallam ne farmaya: "al-hajju jihad" yaani haj jihad hai. is se maloom hua ke haj ka amal ek mujahidana amal hai. haj ko matloob andaaz mein anjaam dene ke liye aadmi ko sakht jiddo jehad karni padti hai. number chhe: ek riwayat ke mutabiq rasool allah sallallahu alaihi wasallam ne waldein ki khidmat</w:t>
      </w:r>
    </w:p>
    <w:p>
      <w:pPr>
        <w:jc w:val="right"/>
      </w:pPr>
      <w:r>
        <w:t>روایت کے مطابق رسول اللہ صلی اللہ علیہ وسلم نے فرمایا: "الحج جہاد" یعنی حج جہاد ہے۔ اس سے معلوم ہوا کہ حج کا عمل ایک مجاہدانہ عمل ہے۔ حج کو مطلوب انداز میں انجام دینے کے لیے آدمی کو سخت جدوجہد کرنی پڑتی ہے۔ نمبر چھ: ایک روایت کے مطابق رسول اللہ صلی اللہ علیہ وسلم نے والدین کی خدمت</w:t>
      </w:r>
    </w:p>
    <w:p>
      <w:r>
        <w:rPr>
          <w:b/>
        </w:rPr>
        <w:t xml:space="preserve">[49:52] </w:t>
      </w:r>
      <w:r>
        <w:t>ke bare mein farmaya: "fifehima fajahid".</w:t>
      </w:r>
    </w:p>
    <w:p>
      <w:pPr>
        <w:jc w:val="right"/>
      </w:pPr>
      <w:r>
        <w:t>کے بارے میں فرمایا: "ففیہما فجاہد"۔</w:t>
      </w:r>
    </w:p>
    <w:p>
      <w:r>
        <w:rPr>
          <w:b/>
        </w:rPr>
        <w:t xml:space="preserve">[49:57] </w:t>
      </w:r>
      <w:r>
        <w:t>albukhari yani tum apne waldein mein jahad karo.</w:t>
      </w:r>
    </w:p>
    <w:p>
      <w:pPr>
        <w:jc w:val="right"/>
      </w:pPr>
      <w:r>
        <w:t>البخاری یعنی تم اپنے والدین میں جہاد کرو۔</w:t>
      </w:r>
    </w:p>
    <w:p>
      <w:r>
        <w:rPr>
          <w:b/>
        </w:rPr>
        <w:t xml:space="preserve">[50:02] </w:t>
      </w:r>
      <w:r>
        <w:t>is se maloom hua ke maa baap ki khidmat karna jahad ka ek amal hai.</w:t>
      </w:r>
    </w:p>
    <w:p>
      <w:pPr>
        <w:jc w:val="right"/>
      </w:pPr>
      <w:r>
        <w:t>اس سے معلوم ہوا کہ ماں باپ کی خدمت کرنا جہاد کا ایک عمل ہے۔</w:t>
      </w:r>
    </w:p>
    <w:p>
      <w:r>
        <w:rPr>
          <w:b/>
        </w:rPr>
        <w:t xml:space="preserve">[50:07] </w:t>
      </w:r>
      <w:r>
        <w:t>is tarah ki mukhtalif aayatein aur hadishein hain jin se maloom hota hai ke jahad ka amal aslan</w:t>
      </w:r>
    </w:p>
    <w:p>
      <w:pPr>
        <w:jc w:val="right"/>
      </w:pPr>
      <w:r>
        <w:t>اس طرح کی مختلف آیتیں اور حدیثیں ہیں جن سے معلوم ہوتا ہے کہ جہاد کا عمل اصلًا</w:t>
      </w:r>
    </w:p>
    <w:p>
      <w:r>
        <w:rPr>
          <w:b/>
        </w:rPr>
        <w:t xml:space="preserve">[50:13] </w:t>
      </w:r>
      <w:r>
        <w:t>ek pur aman amal hai.</w:t>
      </w:r>
    </w:p>
    <w:p>
      <w:pPr>
        <w:jc w:val="right"/>
      </w:pPr>
      <w:r>
        <w:t>ایک پرامن عمل ہے۔</w:t>
      </w:r>
    </w:p>
    <w:p>
      <w:r>
        <w:rPr>
          <w:b/>
        </w:rPr>
        <w:t xml:space="preserve">[50:18] </w:t>
      </w:r>
      <w:r>
        <w:t>woh kisi matlab khudaai kaam mein pur aman daira ke andar jad-o-jehad karna hai.</w:t>
      </w:r>
    </w:p>
    <w:p>
      <w:pPr>
        <w:jc w:val="right"/>
      </w:pPr>
      <w:r>
        <w:t>وہ کسی مطلوب خدائی کام میں پرامن دائرے کے اندر جدوجہد کرنا ہے۔</w:t>
      </w:r>
    </w:p>
    <w:p>
      <w:r>
        <w:rPr>
          <w:b/>
        </w:rPr>
        <w:t xml:space="preserve">[50:23] </w:t>
      </w:r>
      <w:r>
        <w:t>jahad ke lafz ka sahi tarjuma pur aman jad-o-jehad ya peaceful struggle hai.</w:t>
      </w:r>
    </w:p>
    <w:p>
      <w:pPr>
        <w:jc w:val="right"/>
      </w:pPr>
      <w:r>
        <w:t>جہاد کے لفظ کا صحیح ترجمہ پرامن جدوجہد یا پیس فل سٹرگل ہے۔</w:t>
      </w:r>
    </w:p>
    <w:p>
      <w:r>
        <w:rPr>
          <w:b/>
        </w:rPr>
        <w:t xml:space="preserve">[50:31] </w:t>
      </w:r>
      <w:r>
        <w:t>dawat ek sangin zimmedari.</w:t>
      </w:r>
    </w:p>
    <w:p>
      <w:pPr>
        <w:jc w:val="right"/>
      </w:pPr>
      <w:r>
        <w:t>دعوت ایک سنگین ذمہ داری۔</w:t>
      </w:r>
    </w:p>
    <w:p>
      <w:r>
        <w:rPr>
          <w:b/>
        </w:rPr>
        <w:t xml:space="preserve">[50:38] </w:t>
      </w:r>
      <w:r>
        <w:t>paighambar-e-islam sallallahu alaihi wasallam ki ek hadis padosi ke bare mein un alfaaz mein aayi hai:</w:t>
      </w:r>
    </w:p>
    <w:p>
      <w:pPr>
        <w:jc w:val="right"/>
      </w:pPr>
      <w:r>
        <w:t>پیغمبر اسلام صلی اللہ علیہ وسلم کی ایک حدیث پڑوسی کے بارے میں ان الفاظ میں آئی ہے:</w:t>
      </w:r>
    </w:p>
    <w:p>
      <w:r>
        <w:rPr>
          <w:b/>
        </w:rPr>
        <w:t xml:space="preserve">[50:46] </w:t>
      </w:r>
      <w:r>
        <w:t>"kam min jar mutalliq</w:t>
      </w:r>
    </w:p>
    <w:p>
      <w:pPr>
        <w:jc w:val="right"/>
      </w:pPr>
      <w:r>
        <w:t>"کم من جار متعلق</w:t>
      </w:r>
    </w:p>
    <w:p>
      <w:r>
        <w:rPr>
          <w:b/>
        </w:rPr>
        <w:t xml:space="preserve">[50:53] </w:t>
      </w:r>
      <w:r>
        <w:t>bijari yaum al-qiyamah yaqoolu ya rabb aghliq babahu dunima'rufihi" yaani kitne hi padosi hain jo apne padosi ko pakde hue honge qayamat ke din. woh kahenge ke aye mere rabb is ne apna darwaza mere liye band rakha aur apni bhalai ko mujh se rok diya. yahan ma'roof ka lafz deeni hidayat ke mani mein aa</w:t>
      </w:r>
    </w:p>
    <w:p>
      <w:pPr>
        <w:jc w:val="right"/>
      </w:pPr>
      <w:r>
        <w:t>بجاری یوم القیامہ یقولو یا رب اغلق بابہ دونیمعروفہ" یعنی کتنے ہی پڑوسی ہیں جو اپنے پڑوسی کو پکڑے ہوئے ہوں گے قیامت کے دن۔ وہ کہیں گے کہ اے میرے رب اس نے اپنا دروازہ میرے لیے بند رکھا اور اپنی بھلائی کو مجھ سے روک دیا۔ یہاں معروف کا لفظ دینی ہدایت کے معنی میں آ</w:t>
      </w:r>
    </w:p>
    <w:p>
      <w:r>
        <w:rPr>
          <w:b/>
        </w:rPr>
        <w:t xml:space="preserve">[51:23] </w:t>
      </w:r>
      <w:r>
        <w:t>ya hai yani ek shakhs qayamat ke din rab-ul-alameen se apne padosi ke bare mein shikayat karega</w:t>
      </w:r>
    </w:p>
    <w:p>
      <w:pPr>
        <w:jc w:val="right"/>
      </w:pPr>
      <w:r>
        <w:t>یا ہے یعنی ایک شخص قیامت کے دن رب العالمین سے اپنے پڑوسی کے بارے میں شکایت کرے</w:t>
      </w:r>
    </w:p>
    <w:p>
      <w:r>
        <w:rPr>
          <w:b/>
        </w:rPr>
        <w:t xml:space="preserve">[51:29] </w:t>
      </w:r>
      <w:r>
        <w:t>ke is insaan ke paas meri nijaat ka rasta tha magar us ne apne ghar ke darwaze</w:t>
      </w:r>
    </w:p>
    <w:p>
      <w:pPr>
        <w:jc w:val="right"/>
      </w:pPr>
      <w:r>
        <w:t>گا کہ اس انسان کے پاس میری نجات کا راستہ تھا مگر اس نے اپنے گھر کے دروازے</w:t>
      </w:r>
    </w:p>
    <w:p>
      <w:r>
        <w:rPr>
          <w:b/>
        </w:rPr>
        <w:t xml:space="preserve">[51:35] </w:t>
      </w:r>
      <w:r>
        <w:t>ko mere upar band rakha aur islam ki dawat mujh ko nahi diya jo aaj mere kaam aata</w:t>
      </w:r>
    </w:p>
    <w:p>
      <w:pPr>
        <w:jc w:val="right"/>
      </w:pPr>
      <w:r>
        <w:t>کو میرے اوپر بند رکھا اور اسلام کی دعوت مجھ کو نہیں دیا جو آج میرے کام آتا</w:t>
      </w:r>
    </w:p>
    <w:p>
      <w:r>
        <w:rPr>
          <w:b/>
        </w:rPr>
        <w:t xml:space="preserve">[51:41] </w:t>
      </w:r>
      <w:r>
        <w:t>aur mujh ko abadi tabahi se bacha leta.</w:t>
      </w:r>
    </w:p>
    <w:p>
      <w:pPr>
        <w:jc w:val="right"/>
      </w:pPr>
      <w:r>
        <w:t>اور مجھ کو ابدی تباہی سے بچا لیتا۔</w:t>
      </w:r>
    </w:p>
    <w:p>
      <w:r>
        <w:rPr>
          <w:b/>
        </w:rPr>
        <w:t xml:space="preserve">[51:47] </w:t>
      </w:r>
      <w:r>
        <w:t>is hadis mein ek padosi se murad woh shakhs hai jo duniya mein imaan ka dawa karta tha</w:t>
      </w:r>
    </w:p>
    <w:p>
      <w:pPr>
        <w:jc w:val="right"/>
      </w:pPr>
      <w:r>
        <w:t>اس حدیث میں ایک پڑوسی سے مراد وہ شخص ہے جو دنیا میں ایمان کا دعویٰ کرتا تھا</w:t>
      </w:r>
    </w:p>
    <w:p>
      <w:r>
        <w:rPr>
          <w:b/>
        </w:rPr>
        <w:t xml:space="preserve">[51:53] </w:t>
      </w:r>
      <w:r>
        <w:t>aur us ke paas Allah ki hidayat quran-o-sunnat ki shakal mein maujood thi.</w:t>
      </w:r>
    </w:p>
    <w:p>
      <w:pPr>
        <w:jc w:val="right"/>
      </w:pPr>
      <w:r>
        <w:t>اور اس کے پاس اللہ کی ہدایت قرآن و سنت کی شکل میں موجود تھی۔</w:t>
      </w:r>
    </w:p>
    <w:p>
      <w:r>
        <w:rPr>
          <w:b/>
        </w:rPr>
        <w:t xml:space="preserve">[51:59] </w:t>
      </w:r>
      <w:r>
        <w:t>doosre padosi se murad woh insaan hai jo apni bekhabari ki bina par sahib-e-imaan na ban saka</w:t>
      </w:r>
    </w:p>
    <w:p>
      <w:pPr>
        <w:jc w:val="right"/>
      </w:pPr>
      <w:r>
        <w:t>دوسرے پڑوسی سے مراد وہ انسان ہے جو اپنی بے خبری کی بنا پر صاحب ایمان نہ بن</w:t>
      </w:r>
    </w:p>
    <w:p>
      <w:r>
        <w:rPr>
          <w:b/>
        </w:rPr>
        <w:t xml:space="preserve">[52:05] </w:t>
      </w:r>
      <w:r>
        <w:t>kyun ke us ke momin padosi ne us ki qabil-e-fahm zaban mein us ko Allah ki hidayat nahi pahunchai.</w:t>
      </w:r>
    </w:p>
    <w:p>
      <w:pPr>
        <w:jc w:val="right"/>
      </w:pPr>
      <w:r>
        <w:t>سکا کیونکہ اس کے مومن پڑوسی نے اس کی قابل فہم زبان میں اس کو اللہ کی ہدایت نہیں پہنچائی۔</w:t>
      </w:r>
    </w:p>
    <w:p>
      <w:r>
        <w:rPr>
          <w:b/>
        </w:rPr>
        <w:t xml:space="preserve">[52:11] </w:t>
      </w:r>
      <w:r>
        <w:t>yeh hadis qayamat ke bare mein hai.</w:t>
      </w:r>
    </w:p>
    <w:p>
      <w:pPr>
        <w:jc w:val="right"/>
      </w:pPr>
      <w:r>
        <w:t>یہ حدیث قیامت کے بارے میں ہے۔</w:t>
      </w:r>
    </w:p>
    <w:p>
      <w:r>
        <w:rPr>
          <w:b/>
        </w:rPr>
        <w:t xml:space="preserve">[52:17] </w:t>
      </w:r>
      <w:r>
        <w:t>qayamat mein kisi ko yeh mahroomi nahi satayegi ke woh</w:t>
      </w:r>
    </w:p>
    <w:p>
      <w:pPr>
        <w:jc w:val="right"/>
      </w:pPr>
      <w:r>
        <w:t>قیامت میں کسی کو یہ محرومی نہیں ستائے گی کہ وہ</w:t>
      </w:r>
    </w:p>
    <w:p>
      <w:r>
        <w:rPr>
          <w:b/>
        </w:rPr>
        <w:t xml:space="preserve">[52:24] </w:t>
      </w:r>
      <w:r>
        <w:t>duniya mein madi cheezon ke paane mein nakaam raha kyun ke ab is ka daur khatm ho chuka hoga.</w:t>
      </w:r>
    </w:p>
    <w:p>
      <w:pPr>
        <w:jc w:val="right"/>
      </w:pPr>
      <w:r>
        <w:t>دنیا میں مادی چیزوں کے پانے میں ناکام رہا کیونکہ اب اس کا دور ختم ہو چکا ہوگا۔</w:t>
      </w:r>
    </w:p>
    <w:p>
      <w:r>
        <w:rPr>
          <w:b/>
        </w:rPr>
        <w:t xml:space="preserve">[52:30] </w:t>
      </w:r>
      <w:r>
        <w:t>qayamat mein kisi ko sirf yeh cheez tadpayegi ke kaash mere padosi ne meri qabil-e-fahm zaban</w:t>
      </w:r>
    </w:p>
    <w:p>
      <w:pPr>
        <w:jc w:val="right"/>
      </w:pPr>
      <w:r>
        <w:t>قیامت میں کسی کو صرف یہ چیز تڑپائے گی کہ کاش میرے پڑوسی نے میری قابل فہم زبان</w:t>
      </w:r>
    </w:p>
    <w:p>
      <w:r>
        <w:rPr>
          <w:b/>
        </w:rPr>
        <w:t xml:space="preserve">[52:36] </w:t>
      </w:r>
      <w:r>
        <w:t>mein mujh ko hidayat pahunchai hoti to main is par imaan laata aur aaj main jannat mein dakhle</w:t>
      </w:r>
    </w:p>
    <w:p>
      <w:pPr>
        <w:jc w:val="right"/>
      </w:pPr>
      <w:r>
        <w:t>میں مجھ کو ہدایت پہنچائی ہوتی تو میں اس پر ایمان لاتا اور آج میں جنت میں داخلے</w:t>
      </w:r>
    </w:p>
    <w:p>
      <w:r>
        <w:rPr>
          <w:b/>
        </w:rPr>
        <w:t xml:space="preserve">[52:42] </w:t>
      </w:r>
      <w:r>
        <w:t>se mehroom na rehta.</w:t>
      </w:r>
    </w:p>
    <w:p>
      <w:pPr>
        <w:jc w:val="right"/>
      </w:pPr>
      <w:r>
        <w:t>سے محروم نہ رہتا۔</w:t>
      </w:r>
    </w:p>
    <w:p>
      <w:r>
        <w:rPr>
          <w:b/>
        </w:rPr>
        <w:t xml:space="preserve">[52:48] </w:t>
      </w:r>
      <w:r>
        <w:t>is hadith ko maujooda zamanay ke lihaaz se dekha jaye to is mein</w:t>
      </w:r>
    </w:p>
    <w:p>
      <w:pPr>
        <w:jc w:val="right"/>
      </w:pPr>
      <w:r>
        <w:t>اس حدیث کو موجودہ زمانے کے لحاظ سے دیکھا جائے تو اس میں</w:t>
      </w:r>
    </w:p>
    <w:p>
      <w:r>
        <w:rPr>
          <w:b/>
        </w:rPr>
        <w:t xml:space="preserve">[52:54] </w:t>
      </w:r>
      <w:r>
        <w:t>aam parosi ke ilawa electronic parosi ya e neighbor bhi shamil honge kyunke aaj daur ke parosi</w:t>
      </w:r>
    </w:p>
    <w:p>
      <w:pPr>
        <w:jc w:val="right"/>
      </w:pPr>
      <w:r>
        <w:t>عام پڑوسی کے علاوہ الیکٹرانک پڑوسی یا ای نیبر بھی شامل ہوں گے کیونکہ آج دور کے پڑوسی</w:t>
      </w:r>
    </w:p>
    <w:p>
      <w:r>
        <w:rPr>
          <w:b/>
        </w:rPr>
        <w:t xml:space="preserve">[53:04] </w:t>
      </w:r>
      <w:r>
        <w:t>ko hidayat pahunchana itna hi aasan ho gaya hai jitna ke qareebi parosi ko pahunchana.</w:t>
      </w:r>
    </w:p>
    <w:p>
      <w:pPr>
        <w:jc w:val="right"/>
      </w:pPr>
      <w:r>
        <w:t>کو ہدایت پہنچانا اتنا ہی آسان ہو گیا ہے جتنا کہ قریبی پڑوسی کو پہنچانا۔</w:t>
      </w:r>
    </w:p>
    <w:p>
      <w:r>
        <w:rPr>
          <w:b/>
        </w:rPr>
        <w:t xml:space="preserve">[53:14] </w:t>
      </w:r>
      <w:r>
        <w:t>ailaan ke baghair muahida.</w:t>
      </w:r>
    </w:p>
    <w:p>
      <w:pPr>
        <w:jc w:val="right"/>
      </w:pPr>
      <w:r>
        <w:t>اعلان کے بغیر معاہدہ۔</w:t>
      </w:r>
    </w:p>
    <w:p>
      <w:r>
        <w:rPr>
          <w:b/>
        </w:rPr>
        <w:t xml:space="preserve">[53:24] </w:t>
      </w:r>
      <w:r>
        <w:t>quran ke bare mein hadees mein aaya hai: "la tanqadi aja'ibuhu". sunan al-tirmidhi yaani quran ke aja'ib kabhi khatam na honge. yahi baat sunnat e rasool ke bare mein saadiq aati hai. rasool allah ki sunnaton mein aise hikmat ke pehlu hain jo kabhi khatam na honge aur aap ke پیروکار un ko daryaft kar ke un se rahnumai hasil karte rahenge. mere mutale ke mutabiq in</w:t>
      </w:r>
    </w:p>
    <w:p>
      <w:pPr>
        <w:jc w:val="right"/>
      </w:pPr>
      <w:r>
        <w:t>قرآن کے بارے میں حدیث میں آیا ہے: "لا تنقضی عجائبہ"۔ سنن الترمذی یعنی قرآن کے عجائبات کبھی ختم نہ ہوں گے۔ یہی بات سنت رسول کے بارے میں صادق آتی ہے۔ رسول اللہ کی سنتوں میں ایسے حکمت کے پہلو ہیں جو کبھی ختم نہ ہوں گے اور آپ کے پیروکار ان کو دریافت کر کے ان سے رہنمائی حاصل کرتے رہیں گے۔ میرے مطالعے کے مطابق ان</w:t>
      </w:r>
    </w:p>
    <w:p>
      <w:r>
        <w:rPr>
          <w:b/>
        </w:rPr>
        <w:t xml:space="preserve">[53:54] </w:t>
      </w:r>
      <w:r>
        <w:t>hi sunnaton mein se ek sunnat woh hai jis ko bila ailaan muahida (undeclared agreement) kaha ja sakta hai.</w:t>
      </w:r>
    </w:p>
    <w:p>
      <w:pPr>
        <w:jc w:val="right"/>
      </w:pPr>
      <w:r>
        <w:t>ہی سنتوں میں سے ایک سنت وہ ہے جس کو بلا اعلان معاہدہ (ان ڈیکلیئرڈ ایگریمنٹ) کہا جا سکتا ہے۔</w:t>
      </w:r>
    </w:p>
    <w:p>
      <w:r>
        <w:rPr>
          <w:b/>
        </w:rPr>
        <w:t xml:space="preserve">[54:00] </w:t>
      </w:r>
      <w:r>
        <w:t>is maamle ki ek misaal yeh hai ke aap ke zamanay mein makka mein kaba 360 buton ka</w:t>
      </w:r>
    </w:p>
    <w:p>
      <w:pPr>
        <w:jc w:val="right"/>
      </w:pPr>
      <w:r>
        <w:t>اس معاملے کی ایک مثال یہ ہے کہ آپ کے زمانے میں مکہ میں کعبہ 360 بتوں کا</w:t>
      </w:r>
    </w:p>
    <w:p>
      <w:r>
        <w:rPr>
          <w:b/>
        </w:rPr>
        <w:t xml:space="preserve">[54:06] </w:t>
      </w:r>
      <w:r>
        <w:t>markaz bana hua tha.</w:t>
      </w:r>
    </w:p>
    <w:p>
      <w:pPr>
        <w:jc w:val="right"/>
      </w:pPr>
      <w:r>
        <w:t>مرکز بنا ہوا تھا۔</w:t>
      </w:r>
    </w:p>
    <w:p>
      <w:r>
        <w:rPr>
          <w:b/>
        </w:rPr>
        <w:t xml:space="preserve">[54:12] </w:t>
      </w:r>
      <w:r>
        <w:t>is bana par wahan saare arab se buton ke parastar buton ki ziyarat ke liye aaya karte the.</w:t>
      </w:r>
    </w:p>
    <w:p>
      <w:pPr>
        <w:jc w:val="right"/>
      </w:pPr>
      <w:r>
        <w:t>اس بنا پر وہاں سارے عرب سے بتوں کے پرستار بتوں کی زیارت کے لیے آیا کرتے تھے۔</w:t>
      </w:r>
    </w:p>
    <w:p>
      <w:r>
        <w:rPr>
          <w:b/>
        </w:rPr>
        <w:t xml:space="preserve">[54:18] </w:t>
      </w:r>
      <w:r>
        <w:t>paighambar e islam ne yeh hikmat ikhtiyar ki ke aap kaba mein but</w:t>
      </w:r>
    </w:p>
    <w:p>
      <w:pPr>
        <w:jc w:val="right"/>
      </w:pPr>
      <w:r>
        <w:t>پیغمبر اسلام نے یہ حکمت اختیار کی کہ آپ کعبہ میں بت</w:t>
      </w:r>
    </w:p>
    <w:p>
      <w:r>
        <w:rPr>
          <w:b/>
        </w:rPr>
        <w:t xml:space="preserve">[54:24] </w:t>
      </w:r>
      <w:r>
        <w:t>on ki maujoodgi ke baray mein bila ailaan ghair janibdaar banay rahay.</w:t>
      </w:r>
    </w:p>
    <w:p>
      <w:pPr>
        <w:jc w:val="right"/>
      </w:pPr>
      <w:r>
        <w:t>وں کی موجودگی کے بارے میں بلا اعلان غیر جانبدار بنے رہے۔</w:t>
      </w:r>
    </w:p>
    <w:p>
      <w:r>
        <w:rPr>
          <w:b/>
        </w:rPr>
        <w:t xml:space="preserve">[54:30] </w:t>
      </w:r>
      <w:r>
        <w:t>is tarah aap ke aur but ke parastaron ke darmiyan goya bila ailaan ek muahida ho gaya.</w:t>
      </w:r>
    </w:p>
    <w:p>
      <w:pPr>
        <w:jc w:val="right"/>
      </w:pPr>
      <w:r>
        <w:t>اس طرح آپ کے اور بت کے پرستاروں کے درمیان گویا بلا اعلان ایک معاہدہ ہو گیا۔</w:t>
      </w:r>
    </w:p>
    <w:p>
      <w:r>
        <w:rPr>
          <w:b/>
        </w:rPr>
        <w:t xml:space="preserve">[54:36] </w:t>
      </w:r>
      <w:r>
        <w:t>woh yeh ke rasool Allah rozana kaba ke ilaqay mein jatay aur wahan buton ke parastaron ko audience</w:t>
      </w:r>
    </w:p>
    <w:p>
      <w:pPr>
        <w:jc w:val="right"/>
      </w:pPr>
      <w:r>
        <w:t>وہ یہ کہ رسول اللہ روزانہ کعبہ کے علاقے میں جاتے اور وہاں بتوں کے پرستاروں کو آڈینس</w:t>
      </w:r>
    </w:p>
    <w:p>
      <w:r>
        <w:rPr>
          <w:b/>
        </w:rPr>
        <w:t xml:space="preserve">[54:42] </w:t>
      </w:r>
      <w:r>
        <w:t>ke taur par istemal karte rahay.</w:t>
      </w:r>
    </w:p>
    <w:p>
      <w:pPr>
        <w:jc w:val="right"/>
      </w:pPr>
      <w:r>
        <w:t>کے طور پر استعمال کرتے رہے۔</w:t>
      </w:r>
    </w:p>
    <w:p>
      <w:r>
        <w:rPr>
          <w:b/>
        </w:rPr>
        <w:t xml:space="preserve">[54:48] </w:t>
      </w:r>
      <w:r>
        <w:t>is hikmat ne rasool Allah ke mukhalifeen ko amalan aap ka mufeed ya supporter bana diya.</w:t>
      </w:r>
    </w:p>
    <w:p>
      <w:pPr>
        <w:jc w:val="right"/>
      </w:pPr>
      <w:r>
        <w:t>اس حکمت نے رسول اللہ کے مخالفین کو عملاً آپ کا معید یا سپورٹر بنا دیا۔</w:t>
      </w:r>
    </w:p>
    <w:p>
      <w:r>
        <w:rPr>
          <w:b/>
        </w:rPr>
        <w:t xml:space="preserve">[54:55] </w:t>
      </w:r>
      <w:r>
        <w:t>maujooda zamanay ke musalman is sunnat se bekhabar hain.</w:t>
      </w:r>
    </w:p>
    <w:p>
      <w:pPr>
        <w:jc w:val="right"/>
      </w:pPr>
      <w:r>
        <w:t>موجودہ زمانے کے مسلمان اس سنت سے بے خبر ہیں۔</w:t>
      </w:r>
    </w:p>
    <w:p>
      <w:r>
        <w:rPr>
          <w:b/>
        </w:rPr>
        <w:t xml:space="preserve">[55:01] </w:t>
      </w:r>
      <w:r>
        <w:t>agar woh is hakimana sunnat ko janen to woh aaj bhi is sunnat ko zinda kar sakte hain.</w:t>
      </w:r>
    </w:p>
    <w:p>
      <w:pPr>
        <w:jc w:val="right"/>
      </w:pPr>
      <w:r>
        <w:t>اگر وہ اس حکیمانہ سنت کو جانیں تو وہ آج بھی اس سنت کو زندہ کر سکتے ہیں۔</w:t>
      </w:r>
    </w:p>
    <w:p>
      <w:r>
        <w:rPr>
          <w:b/>
        </w:rPr>
        <w:t xml:space="preserve">[55:07] </w:t>
      </w:r>
      <w:r>
        <w:t>aur is tarah yeh hairat angez waqia pesh aa sakta hai ke jin logon ko musalman apna dushman</w:t>
      </w:r>
    </w:p>
    <w:p>
      <w:pPr>
        <w:jc w:val="right"/>
      </w:pPr>
      <w:r>
        <w:t>اور اس طرح یہ حیرت انگیز واقعہ پیش آ سکتا ہے کہ جن لوگوں کو مسلمان اپنا دشمن</w:t>
      </w:r>
    </w:p>
    <w:p>
      <w:r>
        <w:rPr>
          <w:b/>
        </w:rPr>
        <w:t xml:space="preserve">[55:13] </w:t>
      </w:r>
      <w:r>
        <w:t>samjhe hue hain woh dobara un ke mufeed ya supporter ban jayenge.</w:t>
      </w:r>
    </w:p>
    <w:p>
      <w:pPr>
        <w:jc w:val="right"/>
      </w:pPr>
      <w:r>
        <w:t>سمجھے ہوئے ہیں وہ دوبارہ ان کے معید یا سپورٹر بن جائیں گے۔</w:t>
      </w:r>
    </w:p>
    <w:p>
      <w:r>
        <w:rPr>
          <w:b/>
        </w:rPr>
        <w:t xml:space="preserve">[55:19] </w:t>
      </w:r>
      <w:r>
        <w:t>yeh bhi ghazban is mazkoora hikmat ka ek pehlu hai jo quran mein in</w:t>
      </w:r>
    </w:p>
    <w:p>
      <w:pPr>
        <w:jc w:val="right"/>
      </w:pPr>
      <w:r>
        <w:t>یہ بھی غالباً اس مذکورہ حکمت کا ایک پہلو ہے جو قرآن میں ان</w:t>
      </w:r>
    </w:p>
    <w:p>
      <w:r>
        <w:rPr>
          <w:b/>
        </w:rPr>
        <w:t xml:space="preserve">[55:25] </w:t>
      </w:r>
      <w:r>
        <w:t>alfaaz mein bayan hua hai: "wala tastawi alhasanatu wa la alsayyi'atu idfa' billati hiya ahsan fa-idha alladhi bainaka wa bainahu 'adawatun ka annahu waliyun hamim".</w:t>
      </w:r>
    </w:p>
    <w:p>
      <w:pPr>
        <w:jc w:val="right"/>
      </w:pPr>
      <w:r>
        <w:t>الفاظ میں بیان ہوا ہے: "ولا تستوی الحسنۃ والسیعت ادفع بالتی احسن بینک وبینہ عداوت کانہ ولی حمیم"۔</w:t>
      </w:r>
    </w:p>
    <w:p>
      <w:r>
        <w:rPr>
          <w:b/>
        </w:rPr>
        <w:t xml:space="preserve">[55:35] </w:t>
      </w:r>
      <w:r>
        <w:t>zan o takhmeen.</w:t>
      </w:r>
    </w:p>
    <w:p>
      <w:pPr>
        <w:jc w:val="right"/>
      </w:pPr>
      <w:r>
        <w:t>زن و تخمین۔</w:t>
      </w:r>
    </w:p>
    <w:p>
      <w:r>
        <w:rPr>
          <w:b/>
        </w:rPr>
        <w:t xml:space="preserve">[55:45] </w:t>
      </w:r>
      <w:r>
        <w:t>ek hadith rasool in alfaaz mein aayi hai:</w:t>
      </w:r>
    </w:p>
    <w:p>
      <w:pPr>
        <w:jc w:val="right"/>
      </w:pPr>
      <w:r>
        <w:t>ایک حدیث رسول ان الفاظ میں آئی ہے:</w:t>
      </w:r>
    </w:p>
    <w:p>
      <w:r>
        <w:rPr>
          <w:b/>
        </w:rPr>
        <w:t xml:space="preserve">[55:55] </w:t>
      </w:r>
      <w:r>
        <w:t>"iyyakum wa-al-dhanna fa-inna al-dhanna abadd al-hadith".</w:t>
      </w:r>
    </w:p>
    <w:p>
      <w:pPr>
        <w:jc w:val="right"/>
      </w:pPr>
      <w:r>
        <w:t>"ایاکم وظن فان ظن ابدب الحدیث"۔</w:t>
      </w:r>
    </w:p>
    <w:p>
      <w:r>
        <w:rPr>
          <w:b/>
        </w:rPr>
        <w:t xml:space="preserve">[56:01] </w:t>
      </w:r>
      <w:r>
        <w:t>sahih bukhari yani tum gumaan se bacho kyunke gumaan bohat bada jhoot hai.</w:t>
      </w:r>
    </w:p>
    <w:p>
      <w:pPr>
        <w:jc w:val="right"/>
      </w:pPr>
      <w:r>
        <w:t>صحیح بخاری یعنی تم گمان سے بچو کیونکہ گمان بہت بڑا جھوٹ ہے۔</w:t>
      </w:r>
    </w:p>
    <w:p>
      <w:r>
        <w:rPr>
          <w:b/>
        </w:rPr>
        <w:t xml:space="preserve">[56:07] </w:t>
      </w:r>
      <w:r>
        <w:t>quran mein bhi yeh baat in alfaz mein aayi hai: "ya ayyuhal lazeena aamano ijtaniboo kaseeran min al-ghanni</w:t>
      </w:r>
    </w:p>
    <w:p>
      <w:pPr>
        <w:jc w:val="right"/>
      </w:pPr>
      <w:r>
        <w:t>قرآن میں بھی یہ بات ان الفاظ میں آئی ہے: "یا ایہا الذین آمنوا اجتنبوا کثیراً من الغنی</w:t>
      </w:r>
    </w:p>
    <w:p>
      <w:r>
        <w:rPr>
          <w:b/>
        </w:rPr>
        <w:t xml:space="preserve">[56:13] </w:t>
      </w:r>
      <w:r>
        <w:t>in ba'd al-dhanni".</w:t>
      </w:r>
    </w:p>
    <w:p>
      <w:pPr>
        <w:jc w:val="right"/>
      </w:pPr>
      <w:r>
        <w:t>إن بعد الذنی"۔</w:t>
      </w:r>
    </w:p>
    <w:p>
      <w:r>
        <w:rPr>
          <w:b/>
        </w:rPr>
        <w:t xml:space="preserve">[56:19] </w:t>
      </w:r>
      <w:r>
        <w:t>yani aye imaan walo bohat se gumanon se bacho kyunke baaz guman gunah hotay hain. z</w:t>
      </w:r>
    </w:p>
    <w:p>
      <w:pPr>
        <w:jc w:val="right"/>
      </w:pPr>
      <w:r>
        <w:t>یعنی اے ایمان والو بہت سے گمانوں سے بچو کیونکہ بعض گمان گناہ ہوتے ہیں۔ ظ</w:t>
      </w:r>
    </w:p>
    <w:p>
      <w:r>
        <w:rPr>
          <w:b/>
        </w:rPr>
        <w:t xml:space="preserve">[56:25] </w:t>
      </w:r>
      <w:r>
        <w:t>n ka ulta yaqeen hai.</w:t>
      </w:r>
    </w:p>
    <w:p>
      <w:pPr>
        <w:jc w:val="right"/>
      </w:pPr>
      <w:r>
        <w:t>ن کا الٹا یقین ہے۔</w:t>
      </w:r>
    </w:p>
    <w:p>
      <w:r>
        <w:rPr>
          <w:b/>
        </w:rPr>
        <w:t xml:space="preserve">[56:30] </w:t>
      </w:r>
      <w:r>
        <w:t>aik hai zann ki buniyad par bolna aur doosra hai yaqeen ki buniyad par bolna.</w:t>
      </w:r>
    </w:p>
    <w:p>
      <w:pPr>
        <w:jc w:val="right"/>
      </w:pPr>
      <w:r>
        <w:t>ایک ہے ظن کی بنیاد پر بولنا اور دوسرا ہے یقین کی بنیاد پر بولنا۔</w:t>
      </w:r>
    </w:p>
    <w:p>
      <w:r>
        <w:rPr>
          <w:b/>
        </w:rPr>
        <w:t xml:space="preserve">[56:35] </w:t>
      </w:r>
      <w:r>
        <w:t>zann ki buniyad par bolna yeh hai ke aik baat jis ke baray mein aadmi ke paas sirf</w:t>
      </w:r>
    </w:p>
    <w:p>
      <w:pPr>
        <w:jc w:val="right"/>
      </w:pPr>
      <w:r>
        <w:t>ظن کی بنیاد پر بولنا یہ ہے کہ ایک بات جس کے بارے میں آدمی کے پاس صرف</w:t>
      </w:r>
    </w:p>
    <w:p>
      <w:r>
        <w:rPr>
          <w:b/>
        </w:rPr>
        <w:t xml:space="preserve">[56:40] </w:t>
      </w:r>
      <w:r>
        <w:t>naqis maloomat hon magar woh apni naqis maloomat ki buniyad par qiyas kar ke aik baat bayan karay.</w:t>
      </w:r>
    </w:p>
    <w:p>
      <w:pPr>
        <w:jc w:val="right"/>
      </w:pPr>
      <w:r>
        <w:t>ناقص معلومات ہوں مگر وہ اپنی ناقص معلومات کی بنیاد پر قیاس کر کے ایک بات بیان کرے۔</w:t>
      </w:r>
    </w:p>
    <w:p>
      <w:r>
        <w:rPr>
          <w:b/>
        </w:rPr>
        <w:t xml:space="preserve">[56:45] </w:t>
      </w:r>
      <w:r>
        <w:t>is qism ka zann ya guman aik qism ka jhoot hai.</w:t>
      </w:r>
    </w:p>
    <w:p>
      <w:pPr>
        <w:jc w:val="right"/>
      </w:pPr>
      <w:r>
        <w:t>اس قسم کا ظن یا گمان ایک قسم کا جھوٹ ہے۔</w:t>
      </w:r>
    </w:p>
    <w:p>
      <w:r>
        <w:rPr>
          <w:b/>
        </w:rPr>
        <w:t xml:space="preserve">[56:50] </w:t>
      </w:r>
      <w:r>
        <w:t>kisi ko yeh haq nahi hai ke woh guman aur qiyas ki</w:t>
      </w:r>
    </w:p>
    <w:p>
      <w:pPr>
        <w:jc w:val="right"/>
      </w:pPr>
      <w:r>
        <w:t>کسی کو یہ حق نہیں ہے کہ وہ گمان اور قیاس کی</w:t>
      </w:r>
    </w:p>
    <w:p>
      <w:r>
        <w:rPr>
          <w:b/>
        </w:rPr>
        <w:t xml:space="preserve">[56:55] </w:t>
      </w:r>
      <w:r>
        <w:t>buniyad par kisi ke baray mein aik rai day.</w:t>
      </w:r>
    </w:p>
    <w:p>
      <w:pPr>
        <w:jc w:val="right"/>
      </w:pPr>
      <w:r>
        <w:t>بنیاد پر کسی کے بارے میں ایک رائے دے۔</w:t>
      </w:r>
    </w:p>
    <w:p>
      <w:r>
        <w:rPr>
          <w:b/>
        </w:rPr>
        <w:t xml:space="preserve">[56:59] </w:t>
      </w:r>
      <w:r>
        <w:t>doosri soorat yeh hai ke aadmi mukammal maloomat aur poori tehqeeq ke baad apni rai day.</w:t>
      </w:r>
    </w:p>
    <w:p>
      <w:pPr>
        <w:jc w:val="right"/>
      </w:pPr>
      <w:r>
        <w:t>دوسری صورت یہ ہے کہ آدمی مکمل معلومات اور پوری تحقیق کے بعد اپنی رائے دے۔</w:t>
      </w:r>
    </w:p>
    <w:p>
      <w:r>
        <w:rPr>
          <w:b/>
        </w:rPr>
        <w:t xml:space="preserve">[57:03] </w:t>
      </w:r>
      <w:r>
        <w:t>is qism ka bolna sach bolna hai.</w:t>
      </w:r>
    </w:p>
    <w:p>
      <w:pPr>
        <w:jc w:val="right"/>
      </w:pPr>
      <w:r>
        <w:t>اس قسم کا بولنا سچ بولنا ہے۔</w:t>
      </w:r>
    </w:p>
    <w:p>
      <w:r>
        <w:rPr>
          <w:b/>
        </w:rPr>
        <w:t xml:space="preserve">[57:06] </w:t>
      </w:r>
      <w:r>
        <w:t>aadmi ka yeh haq hai ke agar us ke paas kisi cheez ke baray mein poori maloomat hon</w:t>
      </w:r>
    </w:p>
    <w:p>
      <w:pPr>
        <w:jc w:val="right"/>
      </w:pPr>
      <w:r>
        <w:t>آدمی کا یہ حق ہے کہ اگر اس کے پاس کسی چیز کے بارے میں پوری معلومات ہوں</w:t>
      </w:r>
    </w:p>
    <w:p>
      <w:r>
        <w:rPr>
          <w:b/>
        </w:rPr>
        <w:t xml:space="preserve">[57:10] </w:t>
      </w:r>
      <w:r>
        <w:t>to woh us ke baray mein rai day.</w:t>
      </w:r>
    </w:p>
    <w:p>
      <w:pPr>
        <w:jc w:val="right"/>
      </w:pPr>
      <w:r>
        <w:t>تو وہ اس کے بارے میں رائے دے۔</w:t>
      </w:r>
    </w:p>
    <w:p>
      <w:r>
        <w:rPr>
          <w:b/>
        </w:rPr>
        <w:t xml:space="preserve">[57:14] </w:t>
      </w:r>
      <w:r>
        <w:t>lekan naqis maloomat ki buniyad par bolna yeh harghiz kisi ka haq nahi.</w:t>
      </w:r>
    </w:p>
    <w:p>
      <w:pPr>
        <w:jc w:val="right"/>
      </w:pPr>
      <w:r>
        <w:t>لیکن ناقص معلومات کی بنیاد پر بولنا یہ ہرگز کسی کا حق نہیں۔</w:t>
      </w:r>
    </w:p>
    <w:p>
      <w:r>
        <w:rPr>
          <w:b/>
        </w:rPr>
        <w:t xml:space="preserve">[57:18] </w:t>
      </w:r>
      <w:r>
        <w:t>yeh baat koi saada baat nahi.</w:t>
      </w:r>
    </w:p>
    <w:p>
      <w:pPr>
        <w:jc w:val="right"/>
      </w:pPr>
      <w:r>
        <w:t>یہ بات کوئی سادہ بات نہیں۔</w:t>
      </w:r>
    </w:p>
    <w:p>
      <w:r>
        <w:rPr>
          <w:b/>
        </w:rPr>
        <w:t xml:space="preserve">[57:21] </w:t>
      </w:r>
      <w:r>
        <w:t>agar aadmi ka maz</w:t>
      </w:r>
    </w:p>
    <w:p>
      <w:pPr>
        <w:jc w:val="right"/>
      </w:pPr>
      <w:r>
        <w:t>اگر آدمی کا مز</w:t>
      </w:r>
    </w:p>
    <w:p>
      <w:r>
        <w:rPr>
          <w:b/>
        </w:rPr>
        <w:t xml:space="preserve">[57:25] </w:t>
      </w:r>
      <w:r>
        <w:t>aj yeh hai ke woh naqis maloomat aur mukammal maloomat mein farq na karay, us ke paas naqis</w:t>
      </w:r>
    </w:p>
    <w:p>
      <w:pPr>
        <w:jc w:val="right"/>
      </w:pPr>
      <w:r>
        <w:t>اج یہ ہے کہ وہ ناقص معلومات اور مکمل معلومات میں فرق نہ کرے، اس کے پاس ناقص</w:t>
      </w:r>
    </w:p>
    <w:p>
      <w:r>
        <w:rPr>
          <w:b/>
        </w:rPr>
        <w:t xml:space="preserve">[57:30] </w:t>
      </w:r>
      <w:r>
        <w:t>maloomat hon aur woh is tarah bolay jaisay ke woh ilm ki buniyad par bol raha hai, aisay</w:t>
      </w:r>
    </w:p>
    <w:p>
      <w:pPr>
        <w:jc w:val="right"/>
      </w:pPr>
      <w:r>
        <w:t>معلومات ہوں اور وہ اس طرح بولے جیسے کہ وہ علم کی بنیاد پر بول رہا ہے، ایسے</w:t>
      </w:r>
    </w:p>
    <w:p>
      <w:r>
        <w:rPr>
          <w:b/>
        </w:rPr>
        <w:t xml:space="preserve">[57:35] </w:t>
      </w:r>
      <w:r>
        <w:t>aadmi ke andar kamzor shakhsiyat ya weak personality banay gi.</w:t>
      </w:r>
    </w:p>
    <w:p>
      <w:pPr>
        <w:jc w:val="right"/>
      </w:pPr>
      <w:r>
        <w:t>آدمی کے اندر کمزور شخصیت یا ویک پرسنیلٹی بنے گی۔</w:t>
      </w:r>
    </w:p>
    <w:p>
      <w:r>
        <w:rPr>
          <w:b/>
        </w:rPr>
        <w:t xml:space="preserve">[57:40] </w:t>
      </w:r>
      <w:r>
        <w:t>us ka zehni irtqa ruk jaye ga.</w:t>
      </w:r>
    </w:p>
    <w:p>
      <w:pPr>
        <w:jc w:val="right"/>
      </w:pPr>
      <w:r>
        <w:t>اس کا ذہنی ارتقاء رک جائے گا۔</w:t>
      </w:r>
    </w:p>
    <w:p>
      <w:r>
        <w:rPr>
          <w:b/>
        </w:rPr>
        <w:t xml:space="preserve">[57:45] </w:t>
      </w:r>
      <w:r>
        <w:t>woh rohani taraqqi ke manazil tay karne se mehroom rahe ga.</w:t>
      </w:r>
    </w:p>
    <w:p>
      <w:pPr>
        <w:jc w:val="right"/>
      </w:pPr>
      <w:r>
        <w:t>وہ روحانی ترقی کے منازل طے کرنے سے محروم رہے گا۔</w:t>
      </w:r>
    </w:p>
    <w:p>
      <w:r>
        <w:rPr>
          <w:b/>
        </w:rPr>
        <w:t xml:space="preserve">[57:50] </w:t>
      </w:r>
      <w:r>
        <w:t>saheeh yeh hai ke aadmi ko jab koi baat pohanchay</w:t>
      </w:r>
    </w:p>
    <w:p>
      <w:pPr>
        <w:jc w:val="right"/>
      </w:pPr>
      <w:r>
        <w:t>صحیح یہ ہے کہ آدمی کو جب کوئی بات پہنچے</w:t>
      </w:r>
    </w:p>
    <w:p>
      <w:r>
        <w:rPr>
          <w:b/>
        </w:rPr>
        <w:t xml:space="preserve">[57:55] </w:t>
      </w:r>
      <w:r>
        <w:t>to woh ghair janibdarana andaaz mein us ki tehqeeq karay.</w:t>
      </w:r>
    </w:p>
    <w:p>
      <w:pPr>
        <w:jc w:val="right"/>
      </w:pPr>
      <w:r>
        <w:t>تو وہ غیر جانبدارانہ انداز میں اس کی تحقیق کرے۔</w:t>
      </w:r>
    </w:p>
    <w:p>
      <w:r>
        <w:rPr>
          <w:b/>
        </w:rPr>
        <w:t xml:space="preserve">[58:02] </w:t>
      </w:r>
      <w:r>
        <w:t>jo rai qaim karay woh haqeeqi ilm ki buniyad par ho na ke zann o takhmeen ki buniyad par.</w:t>
      </w:r>
    </w:p>
    <w:p>
      <w:pPr>
        <w:jc w:val="right"/>
      </w:pPr>
      <w:r>
        <w:t>جو رائے قائم کرے وہ حقیقی علم کی بنیاد پر ہو نہ کہ زن و تخمین کی بنیاد پر۔</w:t>
      </w:r>
    </w:p>
    <w:p>
      <w:r>
        <w:rPr>
          <w:b/>
        </w:rPr>
        <w:t xml:space="preserve">[58:09] </w:t>
      </w:r>
      <w:r>
        <w:t>aise aadmi ke andar intellectual development ka amal jaari rahega.</w:t>
      </w:r>
    </w:p>
    <w:p>
      <w:pPr>
        <w:jc w:val="right"/>
      </w:pPr>
      <w:r>
        <w:t>ایسے آدمی کے اندر انٹلیکچول ڈیویلپمنٹ کا عمل جاری رہے گا۔</w:t>
      </w:r>
    </w:p>
    <w:p>
      <w:r>
        <w:rPr>
          <w:b/>
        </w:rPr>
        <w:t xml:space="preserve">[58:16] </w:t>
      </w:r>
      <w:r>
        <w:t>wo rohani bulandi ke manazil tay karta rahega yahan tak ke shakhsi irtaqa ke aakhri darje tak</w:t>
      </w:r>
    </w:p>
    <w:p>
      <w:pPr>
        <w:jc w:val="right"/>
      </w:pPr>
      <w:r>
        <w:t>وہ روحانی بلندی کے منازل طے کرتا رہے گا یہاں تک کہ شخصی ارتقاء کے آخری درجے تک</w:t>
      </w:r>
    </w:p>
    <w:p>
      <w:r>
        <w:rPr>
          <w:b/>
        </w:rPr>
        <w:t xml:space="preserve">[58:23] </w:t>
      </w:r>
      <w:r>
        <w:t>pehanch jayega.</w:t>
      </w:r>
    </w:p>
    <w:p>
      <w:pPr>
        <w:jc w:val="right"/>
      </w:pPr>
      <w:r>
        <w:t>پہنچ جائے گا۔</w:t>
      </w:r>
    </w:p>
    <w:p>
      <w:r>
        <w:rPr>
          <w:b/>
        </w:rPr>
        <w:t xml:space="preserve">[58:29] </w:t>
      </w:r>
      <w:r>
        <w:t>quran mein tadabbur.</w:t>
      </w:r>
    </w:p>
    <w:p>
      <w:pPr>
        <w:jc w:val="right"/>
      </w:pPr>
      <w:r>
        <w:t>قرآن میں تدبر۔</w:t>
      </w:r>
    </w:p>
    <w:p>
      <w:r>
        <w:rPr>
          <w:b/>
        </w:rPr>
        <w:t xml:space="preserve">[58:35] </w:t>
      </w:r>
      <w:r>
        <w:t>quran ka tareeqa mutala kiya ho? is ke bare mein ek ayat in alfaaz mein aayi hai: "kitab</w:t>
      </w:r>
    </w:p>
    <w:p>
      <w:pPr>
        <w:jc w:val="right"/>
      </w:pPr>
      <w:r>
        <w:t>قرآن کا طریقہ مطالعہ کیا ہو؟ اس کے بارے میں ایک آیت ان الفاظ میں آئی ہے: "کتاب</w:t>
      </w:r>
    </w:p>
    <w:p>
      <w:r>
        <w:rPr>
          <w:b/>
        </w:rPr>
        <w:t xml:space="preserve">[58:41] </w:t>
      </w:r>
      <w:r>
        <w:t>anzalna ilaika mubarak liyadabro ayatahi walita zakkar ulul albab".</w:t>
      </w:r>
    </w:p>
    <w:p>
      <w:pPr>
        <w:jc w:val="right"/>
      </w:pPr>
      <w:r>
        <w:t>انزلنا الیک مبارک لیدبرو آیاتہ ولیتذکر اول الباب"۔</w:t>
      </w:r>
    </w:p>
    <w:p>
      <w:r>
        <w:rPr>
          <w:b/>
        </w:rPr>
        <w:t xml:space="preserve">[58:47] </w:t>
      </w:r>
      <w:r>
        <w:t>yani yeh ek barkat wali kitab hai jo hum ne tumhari taraf utari hai ta ke log is ki</w:t>
      </w:r>
    </w:p>
    <w:p>
      <w:pPr>
        <w:jc w:val="right"/>
      </w:pPr>
      <w:r>
        <w:t>یعنی یہ ایک برکت والی کتاب ہے جو ہم نے تمہاری طرف اتاری ہے تاکہ لوگ اس کی</w:t>
      </w:r>
    </w:p>
    <w:p>
      <w:r>
        <w:rPr>
          <w:b/>
        </w:rPr>
        <w:t xml:space="preserve">[58:53] </w:t>
      </w:r>
      <w:r>
        <w:t>ayaton par ghor karen aur ta ke aql wale is se n</w:t>
      </w:r>
    </w:p>
    <w:p>
      <w:pPr>
        <w:jc w:val="right"/>
      </w:pPr>
      <w:r>
        <w:t>آیتوں پر غور کریں اور تاکہ عقل والے اس سے ن</w:t>
      </w:r>
    </w:p>
    <w:p>
      <w:r>
        <w:rPr>
          <w:b/>
        </w:rPr>
        <w:t xml:space="preserve">[58:59] </w:t>
      </w:r>
      <w:r>
        <w:t>sihhat hasil karen. quran insani zaban mein hai. insani zaban ki sifat yeh hai ke is mein kahi hui koi baat apne aap mein mukammal nahin hoti. woh poori tarah us waqt samajh mein aati hai jabke insani zehn reason ko istemal karte hue is par ghaur kiya jaye. isi liye mazkoora ayat mein aayat e qurani se nasihhat lene ke liye yeh shart lagai gayi ke insaan aayat ke</w:t>
      </w:r>
    </w:p>
    <w:p>
      <w:pPr>
        <w:jc w:val="right"/>
      </w:pPr>
      <w:r>
        <w:t>صیحت حاصل کریں۔ قرآن انسانی زبان میں ہے۔ انسانی زبان کی صفت یہ ہے کہ اس میں کہی ہوئی کوئی بات اپنے آپ میں مکمل نہیں ہوتی۔ وہ پوری طرح اس وقت سمجھ میں آتی ہے جبکہ انسانی ذہن ریزن کو استعمال کرتے ہوئے اس پر غور کیا جائے۔ اسی لیے مذکورہ آیت میں آیات قرآنی سے نصیحت لینے کے لیے یہ شرط لگائی گئی کہ انسان آیات کے</w:t>
      </w:r>
    </w:p>
    <w:p>
      <w:r>
        <w:rPr>
          <w:b/>
        </w:rPr>
        <w:t xml:space="preserve">[59:29] </w:t>
      </w:r>
      <w:r>
        <w:t>saath apni lub ya reason ko istemal karte hue is par ghor o fikr kare.</w:t>
      </w:r>
    </w:p>
    <w:p>
      <w:pPr>
        <w:jc w:val="right"/>
      </w:pPr>
      <w:r>
        <w:t>ساتھ اپنی لب یا ریزن کو استعمال کرتے ہوئے اس پر غور و فکر کرے۔</w:t>
      </w:r>
    </w:p>
    <w:p>
      <w:r>
        <w:rPr>
          <w:b/>
        </w:rPr>
        <w:t xml:space="preserve">[59:35] </w:t>
      </w:r>
      <w:r>
        <w:t>goya ke lub ko istemal kiye baghair ayaton se tazkeer ka faida hasil nahi hota.</w:t>
      </w:r>
    </w:p>
    <w:p>
      <w:pPr>
        <w:jc w:val="right"/>
      </w:pPr>
      <w:r>
        <w:t>گویا کہ لب کو استعمال کیے بغیر آیات سے تذکیر کا فائدہ حاصل نہیں ہوتا۔</w:t>
      </w:r>
    </w:p>
    <w:p>
      <w:r>
        <w:rPr>
          <w:b/>
        </w:rPr>
        <w:t xml:space="preserve">[59:41] </w:t>
      </w:r>
      <w:r>
        <w:t>misal ke taur par quran ki pehli ayat yeh hai: "alhamdulillah rabbil alameen".</w:t>
      </w:r>
    </w:p>
    <w:p>
      <w:pPr>
        <w:jc w:val="right"/>
      </w:pPr>
      <w:r>
        <w:t>مثال کے طور پر قرآن کی پہلی آیت یہ ہے: "الحمدللہ رب العالمین"۔</w:t>
      </w:r>
    </w:p>
    <w:p>
      <w:r>
        <w:rPr>
          <w:b/>
        </w:rPr>
        <w:t xml:space="preserve">[59:47] </w:t>
      </w:r>
      <w:r>
        <w:t>is ayat ka lafzi tarjuma yeh hai: "sab tareef Allah ke liye hai jo sare jahan ka rab hai".</w:t>
      </w:r>
    </w:p>
    <w:p>
      <w:pPr>
        <w:jc w:val="right"/>
      </w:pPr>
      <w:r>
        <w:t>اس آیت کا لفظی ترجمہ یہ ہے: "سب تعریف اللہ کے لیے ہے جو سارے جہان کا رب ہے"۔</w:t>
      </w:r>
    </w:p>
    <w:p>
      <w:r>
        <w:rPr>
          <w:b/>
        </w:rPr>
        <w:t xml:space="preserve">[59:53] </w:t>
      </w:r>
      <w:r>
        <w:t>ek shakhs quran ko parhe to is ke zehn mein yeh sawal</w:t>
      </w:r>
    </w:p>
    <w:p>
      <w:pPr>
        <w:jc w:val="right"/>
      </w:pPr>
      <w:r>
        <w:t>ایک شخص قرآن کو پڑھے تو اس کے ذہن میں یہ سوال</w:t>
      </w:r>
    </w:p>
    <w:p>
      <w:r>
        <w:rPr>
          <w:b/>
        </w:rPr>
        <w:t xml:space="preserve">[1:00:00] </w:t>
      </w:r>
      <w:r>
        <w:t>aa sakta hai ke zindagi to khud quran ke bayan ke mutabiq qabr ya hardship se bhari hui hai.</w:t>
      </w:r>
    </w:p>
    <w:p>
      <w:pPr>
        <w:jc w:val="right"/>
      </w:pPr>
      <w:r>
        <w:t>آ سکتا ہے کہ زندگی تو خود قرآن کے بیان کے مطابق قبر یا ہارڈ شپ سے بھری ہوئی ہے۔</w:t>
      </w:r>
    </w:p>
    <w:p>
      <w:r>
        <w:rPr>
          <w:b/>
        </w:rPr>
        <w:t xml:space="preserve">[1:00:07] </w:t>
      </w:r>
      <w:r>
        <w:t>har insan rozana kisi na kisi qabr ka tajurba kar raha hoga.</w:t>
      </w:r>
    </w:p>
    <w:p>
      <w:pPr>
        <w:jc w:val="right"/>
      </w:pPr>
      <w:r>
        <w:t>ہر انسان روزانہ کسی نہ کسی قبر کا تجربہ کر رہا ہوگا۔</w:t>
      </w:r>
    </w:p>
    <w:p>
      <w:r>
        <w:rPr>
          <w:b/>
        </w:rPr>
        <w:t xml:space="preserve">[1:00:15] </w:t>
      </w:r>
      <w:r>
        <w:t>aisi halat mein koi shakhs dil ke sachhe ehsas ke sath kaise yeh keh sakta hai ke sari</w:t>
      </w:r>
    </w:p>
    <w:p>
      <w:pPr>
        <w:jc w:val="right"/>
      </w:pPr>
      <w:r>
        <w:t>ایسی حالت میں کوئی شخص دل کے سچے احساس کے ساتھ کیسے یہ کہہ سکتا ہے کہ ساری</w:t>
      </w:r>
    </w:p>
    <w:p>
      <w:r>
        <w:rPr>
          <w:b/>
        </w:rPr>
        <w:t xml:space="preserve">[1:00:22] </w:t>
      </w:r>
      <w:r>
        <w:t>tareef Allah ke liye hai? goya ke insan ko yeh karna padta hai ke mushakaton mein zindagi guzarte hue Allah</w:t>
      </w:r>
    </w:p>
    <w:p>
      <w:pPr>
        <w:jc w:val="right"/>
      </w:pPr>
      <w:r>
        <w:t>تعریف اللہ کے لیے ہے؟ گویا کہ انسان کو یہ کرنا پڑتا ہے کہ مشقتوں میں زندگی گزارتے ہوئے اللہ</w:t>
      </w:r>
    </w:p>
    <w:p>
      <w:r>
        <w:rPr>
          <w:b/>
        </w:rPr>
        <w:t xml:space="preserve">[1:00:30] </w:t>
      </w:r>
      <w:r>
        <w:t>ko sachhe dil se qabil tareef maane.</w:t>
      </w:r>
    </w:p>
    <w:p>
      <w:pPr>
        <w:jc w:val="right"/>
      </w:pPr>
      <w:r>
        <w:t>کو سچے دل سے قابل تعریف مانے۔</w:t>
      </w:r>
    </w:p>
    <w:p>
      <w:r>
        <w:rPr>
          <w:b/>
        </w:rPr>
        <w:t xml:space="preserve">[1:00:36] </w:t>
      </w:r>
      <w:r>
        <w:t>yani insan ko khud Allah ki takhleeq ke mutabiq musalsal taur par ek tazad ke darmiyan jeena padta hai.</w:t>
      </w:r>
    </w:p>
    <w:p>
      <w:pPr>
        <w:jc w:val="right"/>
      </w:pPr>
      <w:r>
        <w:t>یعنی انسان کو خود اللہ کی تخلیق کے مطابق مسلسل طور پر ایک تضاد کے درمیان جینا پڑتا ہے۔</w:t>
      </w:r>
    </w:p>
    <w:p>
      <w:r>
        <w:rPr>
          <w:b/>
        </w:rPr>
        <w:t xml:space="preserve">[1:00:42] </w:t>
      </w:r>
      <w:r>
        <w:t>aisi halat mein gehre maanon mein hamd ki spirit insan ke andar kaise paida ho? is sawal ka</w:t>
      </w:r>
    </w:p>
    <w:p>
      <w:pPr>
        <w:jc w:val="right"/>
      </w:pPr>
      <w:r>
        <w:t>ایسی حالت میں گہرے معنوں میں حمد کی سپرٹ انسان کے اندر کیسے پیدا ہو؟ اس سوال کا</w:t>
      </w:r>
    </w:p>
    <w:p>
      <w:r>
        <w:rPr>
          <w:b/>
        </w:rPr>
        <w:t xml:space="preserve">[1:00:48] </w:t>
      </w:r>
      <w:r>
        <w:t>jawab khud ayat mein maujood nahi hai.</w:t>
      </w:r>
    </w:p>
    <w:p>
      <w:pPr>
        <w:jc w:val="right"/>
      </w:pPr>
      <w:r>
        <w:t>جواب خود آیت میں موجود نہیں ہے۔</w:t>
      </w:r>
    </w:p>
    <w:p>
      <w:r>
        <w:rPr>
          <w:b/>
        </w:rPr>
        <w:t xml:space="preserve">[1:00:54] </w:t>
      </w:r>
      <w:r>
        <w:t>ayat mein sirf itna hi hai ke Allah aala tareen maanon mein ek</w:t>
      </w:r>
    </w:p>
    <w:p>
      <w:pPr>
        <w:jc w:val="right"/>
      </w:pPr>
      <w:r>
        <w:t>آیت میں صرف اتنا ہی ہے کہ اللہ اعلیٰ ترین معنوں میں ایک</w:t>
      </w:r>
    </w:p>
    <w:p>
      <w:r>
        <w:rPr>
          <w:b/>
        </w:rPr>
        <w:t xml:space="preserve">[1:01:00] </w:t>
      </w:r>
      <w:r>
        <w:t>qabil tareef hasti hai.</w:t>
      </w:r>
    </w:p>
    <w:p>
      <w:pPr>
        <w:jc w:val="right"/>
      </w:pPr>
      <w:r>
        <w:t>قابل تعریف ہستی ہے۔</w:t>
      </w:r>
    </w:p>
    <w:p>
      <w:r>
        <w:rPr>
          <w:b/>
        </w:rPr>
        <w:t xml:space="preserve">[1:01:05] </w:t>
      </w:r>
      <w:r>
        <w:t>lekin is ayat mein jo sawal chupa hua hai is ka jawab khud ayat mein maujood nahi.</w:t>
      </w:r>
    </w:p>
    <w:p>
      <w:pPr>
        <w:jc w:val="right"/>
      </w:pPr>
      <w:r>
        <w:t>لیکن اس آیت میں جو سوال چھپا ہوا ہے اس کا جواب خود آیت میں موجود نہیں۔</w:t>
      </w:r>
    </w:p>
    <w:p>
      <w:r>
        <w:rPr>
          <w:b/>
        </w:rPr>
        <w:t xml:space="preserve">[1:01:10] </w:t>
      </w:r>
      <w:r>
        <w:t>isi posheeda sawal ka jawab maloom karne ka naam tadabbur hai aur tadabbur ka yeh amal lub ke</w:t>
      </w:r>
    </w:p>
    <w:p>
      <w:pPr>
        <w:jc w:val="right"/>
      </w:pPr>
      <w:r>
        <w:t>اسی پوشیدہ سوال کا جواب معلوم کرنے کا نام تدبر ہے اور تدبر کا یہ عمل لب کے</w:t>
      </w:r>
    </w:p>
    <w:p>
      <w:r>
        <w:rPr>
          <w:b/>
        </w:rPr>
        <w:t xml:space="preserve">[1:01:15] </w:t>
      </w:r>
      <w:r>
        <w:t>istemaal se kiya jaata hai.</w:t>
      </w:r>
    </w:p>
    <w:p>
      <w:pPr>
        <w:jc w:val="right"/>
      </w:pPr>
      <w:r>
        <w:t>استعمال سے کیا جاتا ہے۔</w:t>
      </w:r>
    </w:p>
    <w:p>
      <w:r>
        <w:rPr>
          <w:b/>
        </w:rPr>
        <w:t xml:space="preserve">[1:01:20] </w:t>
      </w:r>
      <w:r>
        <w:t>Is noeiyat ke tadabbur ke saath jab aadmi quran ka mutaala karta hai to is ke nateejay ke</w:t>
      </w:r>
    </w:p>
    <w:p>
      <w:pPr>
        <w:jc w:val="right"/>
      </w:pPr>
      <w:r>
        <w:t>اس نوعیت کے تدبر کے ساتھ جب آدمی قرآن کا مطالعہ کرتا ہے تو اس کے نتیجے کے</w:t>
      </w:r>
    </w:p>
    <w:p>
      <w:r>
        <w:rPr>
          <w:b/>
        </w:rPr>
        <w:t xml:space="preserve">[1:01:25] </w:t>
      </w:r>
      <w:r>
        <w:t>tour par aadmi ko woh ch</w:t>
      </w:r>
    </w:p>
    <w:p>
      <w:pPr>
        <w:jc w:val="right"/>
      </w:pPr>
      <w:r>
        <w:t>طور پر آدمی کو وہ چ</w:t>
      </w:r>
    </w:p>
    <w:p>
      <w:r>
        <w:rPr>
          <w:b/>
        </w:rPr>
        <w:t xml:space="preserve">[1:01:30] </w:t>
      </w:r>
      <w:r>
        <w:t>yaz hasil hoti hai jis ko Quran mein tazkeer ya naseehat kaha gaya hai. insaan jab apni lab ya reason ko istemaal karte hue Quran ki is ayat par ghhor karta hai to us par yeh baat khulti hai ke insaan ki zindagi mein qabr ya hardship khud insaan ke khair ke liye hai. woh yeh ke khaliq ne insaan ko ahsan taqweem ke sath paida kiya hai magar yeh ehsan</w:t>
      </w:r>
    </w:p>
    <w:p>
      <w:pPr>
        <w:jc w:val="right"/>
      </w:pPr>
      <w:r>
        <w:t>یز حاصل ہوتی ہے جس کو قرآن میں تذکیر یا نصیحت کہا گیا ہے۔ انسان جب اپنی لب یا ریزن کو استعمال کرتے ہوئے قرآن کی اس آیت پر غور کرتا ہے تو اس پر یہ بات کھلتی ہے کہ انسان کی زندگی میں قبر یا ہارڈ شپ خود انسان کے خیر کے لیے ہے۔ وہ یہ کہ خالق نے انسان کو احسن تقویم کے ساتھ پیدا کیا ہے مگر یہ اح</w:t>
      </w:r>
    </w:p>
    <w:p>
      <w:r>
        <w:rPr>
          <w:b/>
        </w:rPr>
        <w:t xml:space="preserve">[1:02:00] </w:t>
      </w:r>
      <w:r>
        <w:t>sun-e-taqweem bil-quwwa yeh potential ke tour par hai na ke bil-fi'l ya actual ke tour par.</w:t>
      </w:r>
    </w:p>
    <w:p>
      <w:pPr>
        <w:jc w:val="right"/>
      </w:pPr>
      <w:r>
        <w:t>سن تقویم بالقوہ یہ پوٹینشل کے طور پر ہے نہ کہ بالفعل یا ایکچول کے طور پر۔</w:t>
      </w:r>
    </w:p>
    <w:p>
      <w:r>
        <w:rPr>
          <w:b/>
        </w:rPr>
        <w:t xml:space="preserve">[1:02:06] </w:t>
      </w:r>
      <w:r>
        <w:t>Insaan jab masaa'il se dochaar hota hai to is ka zehan trigger hota hai.</w:t>
      </w:r>
    </w:p>
    <w:p>
      <w:pPr>
        <w:jc w:val="right"/>
      </w:pPr>
      <w:r>
        <w:t>انسان جب مسائل سے دوچار ہوتا ہے تو اس کا ذہن ٹریگر ہوتا ہے۔</w:t>
      </w:r>
    </w:p>
    <w:p>
      <w:r>
        <w:rPr>
          <w:b/>
        </w:rPr>
        <w:t xml:space="preserve">[1:02:12] </w:t>
      </w:r>
      <w:r>
        <w:t>Is ke zehan ke band darwaazay khultay hain.</w:t>
      </w:r>
    </w:p>
    <w:p>
      <w:pPr>
        <w:jc w:val="right"/>
      </w:pPr>
      <w:r>
        <w:t>اس کے ذہن کے بند دروازے کھلتے ہیں۔</w:t>
      </w:r>
    </w:p>
    <w:p>
      <w:r>
        <w:rPr>
          <w:b/>
        </w:rPr>
        <w:t xml:space="preserve">[1:02:18] </w:t>
      </w:r>
      <w:r>
        <w:t>Is ke andar chupi hui salahiyatein bedaar hoti hain.</w:t>
      </w:r>
    </w:p>
    <w:p>
      <w:pPr>
        <w:jc w:val="right"/>
      </w:pPr>
      <w:r>
        <w:t>اس کے اندر چھپی ہوئی صلاحیتیں بیدار ہوتی ہیں۔</w:t>
      </w:r>
    </w:p>
    <w:p>
      <w:r>
        <w:rPr>
          <w:b/>
        </w:rPr>
        <w:t xml:space="preserve">[1:02:24] </w:t>
      </w:r>
      <w:r>
        <w:t>Is pehlu ko zehan mein rakhtay hue ghhor kiya jaaye to maloom hoga ke insaan ki zindagi mein qabar ya</w:t>
      </w:r>
    </w:p>
    <w:p>
      <w:pPr>
        <w:jc w:val="right"/>
      </w:pPr>
      <w:r>
        <w:t>اس پہلو کو ذہن میں رکھتے ہوئے غور کیا جائے تو معلوم ہوگا کہ انسان کی زندگی میں قبر یا</w:t>
      </w:r>
    </w:p>
    <w:p>
      <w:r>
        <w:rPr>
          <w:b/>
        </w:rPr>
        <w:t xml:space="preserve">[1:02:30] </w:t>
      </w:r>
      <w:r>
        <w:t>trouble ka hona khud bhi hamd ka ek pehlu hai.</w:t>
      </w:r>
    </w:p>
    <w:p>
      <w:pPr>
        <w:jc w:val="right"/>
      </w:pPr>
      <w:r>
        <w:t>ٹربل کا ہونا خود بھی حمد کا ایک پہلو ہے۔</w:t>
      </w:r>
    </w:p>
    <w:p>
      <w:r>
        <w:rPr>
          <w:b/>
        </w:rPr>
        <w:t xml:space="preserve">[1:02:34] </w:t>
      </w:r>
      <w:r>
        <w:t>Woh Allah ki sifat-e-rehmat ki tashreeh hai.</w:t>
      </w:r>
    </w:p>
    <w:p>
      <w:pPr>
        <w:jc w:val="right"/>
      </w:pPr>
      <w:r>
        <w:t>وہ اللہ کی صفت رحمت کی تشریح ہے۔</w:t>
      </w:r>
    </w:p>
    <w:p>
      <w:r>
        <w:rPr>
          <w:b/>
        </w:rPr>
        <w:t xml:space="preserve">[1:02:38] </w:t>
      </w:r>
      <w:r>
        <w:t>Kalaam ke taqaazay ke tehat hamesha aisa hota hai ke har kalaam mein kuch baatein mazkoor hoti hain</w:t>
      </w:r>
    </w:p>
    <w:p>
      <w:pPr>
        <w:jc w:val="right"/>
      </w:pPr>
      <w:r>
        <w:t>کلام کے تقاضے کے تحت ہمیشہ ایسا ہوتا ہے کہ ہر کلام میں کچھ باتیں مذکور ہوتی ہیں</w:t>
      </w:r>
    </w:p>
    <w:p>
      <w:r>
        <w:rPr>
          <w:b/>
        </w:rPr>
        <w:t xml:space="preserve">[1:02:42] </w:t>
      </w:r>
      <w:r>
        <w:t>aur kuch ghair mazkoor.</w:t>
      </w:r>
    </w:p>
    <w:p>
      <w:pPr>
        <w:jc w:val="right"/>
      </w:pPr>
      <w:r>
        <w:t>اور کچھ غیر مذکور۔</w:t>
      </w:r>
    </w:p>
    <w:p>
      <w:r>
        <w:rPr>
          <w:b/>
        </w:rPr>
        <w:t xml:space="preserve">[1:02:45] </w:t>
      </w:r>
      <w:r>
        <w:t>Aisa hamesha hota hai.</w:t>
      </w:r>
    </w:p>
    <w:p>
      <w:pPr>
        <w:jc w:val="right"/>
      </w:pPr>
      <w:r>
        <w:t>ایسا ہمیشہ ہوتا ہے۔</w:t>
      </w:r>
    </w:p>
    <w:p>
      <w:r>
        <w:rPr>
          <w:b/>
        </w:rPr>
        <w:t xml:space="preserve">[1:02:49] </w:t>
      </w:r>
      <w:r>
        <w:t>Is mein koi istisna nahin.</w:t>
      </w:r>
    </w:p>
    <w:p>
      <w:pPr>
        <w:jc w:val="right"/>
      </w:pPr>
      <w:r>
        <w:t>اس میں کوئی استثنیٰ نہیں۔</w:t>
      </w:r>
    </w:p>
    <w:p>
      <w:r>
        <w:rPr>
          <w:b/>
        </w:rPr>
        <w:t xml:space="preserve">[1:02:53] </w:t>
      </w:r>
      <w:r>
        <w:t>Quran mein tadabbur yeh hai ke quran ki aayat mein jis baat ka zikr hua ho us par</w:t>
      </w:r>
    </w:p>
    <w:p>
      <w:pPr>
        <w:jc w:val="right"/>
      </w:pPr>
      <w:r>
        <w:t>قرآن میں تدبر یہ ہے کہ قرآن کی آیت میں جس بات کا ذکر ہوا ہو اس پر</w:t>
      </w:r>
    </w:p>
    <w:p>
      <w:r>
        <w:rPr>
          <w:b/>
        </w:rPr>
        <w:t xml:space="preserve">[1:02:57] </w:t>
      </w:r>
      <w:r>
        <w:t>ghor kar ke</w:t>
      </w:r>
    </w:p>
    <w:p>
      <w:pPr>
        <w:jc w:val="right"/>
      </w:pPr>
      <w:r>
        <w:t>غور کر کے</w:t>
      </w:r>
    </w:p>
    <w:p>
      <w:r>
        <w:rPr>
          <w:b/>
        </w:rPr>
        <w:t xml:space="preserve">[1:03:01] </w:t>
      </w:r>
      <w:r>
        <w:t>ghair mazkoor baat ko daryaft karna aur mazkoor aur ghair mazkoor dono ko mila kar aayat ke gehre</w:t>
      </w:r>
    </w:p>
    <w:p>
      <w:pPr>
        <w:jc w:val="right"/>
      </w:pPr>
      <w:r>
        <w:t>غیر مذکور بات کو دریافت کرنا اور مذکور اور غیر مذکور دونوں کو ملا کر آیت کے گہرے</w:t>
      </w:r>
    </w:p>
    <w:p>
      <w:r>
        <w:rPr>
          <w:b/>
        </w:rPr>
        <w:t xml:space="preserve">[1:03:05] </w:t>
      </w:r>
      <w:r>
        <w:t>ma'ni tak pahunchna.</w:t>
      </w:r>
    </w:p>
    <w:p>
      <w:pPr>
        <w:jc w:val="right"/>
      </w:pPr>
      <w:r>
        <w:t>معنی تک پہنچنا۔</w:t>
      </w:r>
    </w:p>
    <w:p>
      <w:r>
        <w:rPr>
          <w:b/>
        </w:rPr>
        <w:t xml:space="preserve">[1:03:09] </w:t>
      </w:r>
      <w:r>
        <w:t>Isi ka naam tadabbur hai.</w:t>
      </w:r>
    </w:p>
    <w:p>
      <w:pPr>
        <w:jc w:val="right"/>
      </w:pPr>
      <w:r>
        <w:t>اسی کا نام تدبر ہے۔</w:t>
      </w:r>
    </w:p>
    <w:p>
      <w:r>
        <w:rPr>
          <w:b/>
        </w:rPr>
        <w:t xml:space="preserve">[1:03:14] </w:t>
      </w:r>
      <w:r>
        <w:t>Yeh tadabbur koi purasraar cheez nahin.</w:t>
      </w:r>
    </w:p>
    <w:p>
      <w:pPr>
        <w:jc w:val="right"/>
      </w:pPr>
      <w:r>
        <w:t>یہ تدبر کوئی پراسرار چیز نہیں۔</w:t>
      </w:r>
    </w:p>
    <w:p>
      <w:r>
        <w:rPr>
          <w:b/>
        </w:rPr>
        <w:t xml:space="preserve">[1:03:18] </w:t>
      </w:r>
      <w:r>
        <w:t>Aisa kalaam ki aam sifat ke mutabiq hota hai.</w:t>
      </w:r>
    </w:p>
    <w:p>
      <w:pPr>
        <w:jc w:val="right"/>
      </w:pPr>
      <w:r>
        <w:t>ایسا کلام کی عام صفت کے مطابق ہوتا ہے۔</w:t>
      </w:r>
    </w:p>
    <w:p>
      <w:r>
        <w:rPr>
          <w:b/>
        </w:rPr>
        <w:t xml:space="preserve">[1:03:23] </w:t>
      </w:r>
      <w:r>
        <w:t>Is tadabbur ki zaroorat insani kalaam mein bhi hoti hai aur khudaai kalaam mein bhi.</w:t>
      </w:r>
    </w:p>
    <w:p>
      <w:pPr>
        <w:jc w:val="right"/>
      </w:pPr>
      <w:r>
        <w:t>اس تدبر کی ضرورت انسانی کلام میں بھی ہوتی ہے اور خدائی کلام میں بھی۔</w:t>
      </w:r>
    </w:p>
    <w:p>
      <w:r>
        <w:rPr>
          <w:b/>
        </w:rPr>
        <w:t xml:space="preserve">[1:03:27] </w:t>
      </w:r>
      <w:r>
        <w:t>Is liye quran mein kaha gaya hai</w:t>
      </w:r>
    </w:p>
    <w:p>
      <w:pPr>
        <w:jc w:val="right"/>
      </w:pPr>
      <w:r>
        <w:t>اس لیے قرآن میں کہا گیا ہے</w:t>
      </w:r>
    </w:p>
    <w:p>
      <w:r>
        <w:rPr>
          <w:b/>
        </w:rPr>
        <w:t xml:space="preserve">[1:03:31] </w:t>
      </w:r>
      <w:r>
        <w:t>ke Allah ki kitaab ko isi zabaan mein bheja jaata hai jo mukhatib ke liye qabil-e-fehm ya understandable ho.</w:t>
      </w:r>
    </w:p>
    <w:p>
      <w:pPr>
        <w:jc w:val="right"/>
      </w:pPr>
      <w:r>
        <w:t>کہ اللہ کی کتاب کو اسی زبان میں بھیجا جاتا ہے جو مخاطب کے لیے قابل فہم یا انڈرسٹینڈیبل ہو۔</w:t>
      </w:r>
    </w:p>
    <w:p>
      <w:r>
        <w:rPr>
          <w:b/>
        </w:rPr>
        <w:t xml:space="preserve">[1:03:40] </w:t>
      </w:r>
      <w:r>
        <w:t>Yahi baat hai jo quran mein in alfaaz mein batai gayi hai: "Wa ma arsalna min rasoolin illa bi lisaani</w:t>
      </w:r>
    </w:p>
    <w:p>
      <w:pPr>
        <w:jc w:val="right"/>
      </w:pPr>
      <w:r>
        <w:t>یہی بات ہے جو قرآن میں ان الفاظ میں بتائی گئی ہے: "وما ارسلنا من رسول الا بلسان</w:t>
      </w:r>
    </w:p>
    <w:p>
      <w:r>
        <w:rPr>
          <w:b/>
        </w:rPr>
        <w:t xml:space="preserve">[1:03:49] </w:t>
      </w:r>
      <w:r>
        <w:t>quomah lebeen lahum".</w:t>
      </w:r>
    </w:p>
    <w:p>
      <w:pPr>
        <w:jc w:val="right"/>
      </w:pPr>
      <w:r>
        <w:t>قومہ لیبین لہم"۔</w:t>
      </w:r>
    </w:p>
    <w:p>
      <w:r>
        <w:rPr>
          <w:b/>
        </w:rPr>
        <w:t xml:space="preserve">[1:03:58] </w:t>
      </w:r>
      <w:r>
        <w:t>isi tarah ek aayat yeh hai: "quran arabin ghair deewaj allah yataqoon".</w:t>
      </w:r>
    </w:p>
    <w:p>
      <w:pPr>
        <w:jc w:val="right"/>
      </w:pPr>
      <w:r>
        <w:t>اسی طرح ایک آیت یہ ہے: "قرآن عربین غیر دیعوج اللہ یتقون"۔</w:t>
      </w:r>
    </w:p>
    <w:p>
      <w:r>
        <w:rPr>
          <w:b/>
        </w:rPr>
        <w:t xml:space="preserve">[1:04:07] </w:t>
      </w:r>
      <w:r>
        <w:t>wazoh ka masla. wazoh ya clarity fikr ya taqreer o tehreer ka be had aham pehlu hai. yeh darasal wazoh bayan hai jo kisi kalam ko moassar ya effective banata hai. jo kalam wazoh bayan se khali ho woh amalan aik be natija kalam ban jaye ga. woh kehne walay ke liye aik kalam hoga lekin sunnay ya parhnay walay ke liye woh</w:t>
      </w:r>
    </w:p>
    <w:p>
      <w:pPr>
        <w:jc w:val="right"/>
      </w:pPr>
      <w:r>
        <w:t>وضوح کا مسئلہ۔ وضوح یا کلیرٹی فکر یا تقریر و تحریر کا بے حد اہم پہلو ہے۔ یہ دراصل وضوح بیان ہے جو کسی کلام کو موثر یا ایفیکٹیو بناتا ہے۔ جو کلام وضوح بیان سے خالی ہو وہ عملاً ایک بے نتیجہ کلام بن جائے گا۔ وہ کہنے والے کے لیے ایک کلام ہوگا لیکن سننے یا پڑھنے والے کے لیے وہ</w:t>
      </w:r>
    </w:p>
    <w:p>
      <w:r>
        <w:rPr>
          <w:b/>
        </w:rPr>
        <w:t xml:space="preserve">[1:04:37] </w:t>
      </w:r>
      <w:r>
        <w:t>ghair wazeh alfaaz ka ek majmooa.</w:t>
      </w:r>
    </w:p>
    <w:p>
      <w:pPr>
        <w:jc w:val="right"/>
      </w:pPr>
      <w:r>
        <w:t>غیر واضح الفاظ کا ایک مجموعہ۔</w:t>
      </w:r>
    </w:p>
    <w:p>
      <w:r>
        <w:rPr>
          <w:b/>
        </w:rPr>
        <w:t xml:space="preserve">[1:04:43] </w:t>
      </w:r>
      <w:r>
        <w:t>wazahat ki shart sirf ek hai.</w:t>
      </w:r>
    </w:p>
    <w:p>
      <w:pPr>
        <w:jc w:val="right"/>
      </w:pPr>
      <w:r>
        <w:t>وضوح کی شرط صرف ایک ہے۔</w:t>
      </w:r>
    </w:p>
    <w:p>
      <w:r>
        <w:rPr>
          <w:b/>
        </w:rPr>
        <w:t xml:space="preserve">[1:04:49] </w:t>
      </w:r>
      <w:r>
        <w:t>woh yeh ke taqreer o tehreer se pehle aadmi khud apni deconditioning kare.</w:t>
      </w:r>
    </w:p>
    <w:p>
      <w:pPr>
        <w:jc w:val="right"/>
      </w:pPr>
      <w:r>
        <w:t>وہ یہ کہ تقریر و تحریر سے پہلے آدمی خود اپنی ڈی کنڈیشننگ کرے۔</w:t>
      </w:r>
    </w:p>
    <w:p>
      <w:r>
        <w:rPr>
          <w:b/>
        </w:rPr>
        <w:t xml:space="preserve">[1:04:55] </w:t>
      </w:r>
      <w:r>
        <w:t>yeh haqeeqat hai ke paida hote hi aadmi ki conditioning shuru ho jati hai.</w:t>
      </w:r>
    </w:p>
    <w:p>
      <w:pPr>
        <w:jc w:val="right"/>
      </w:pPr>
      <w:r>
        <w:t>یہ حقیقت ہے کہ پیدا ہوتے ہی آدمی کی کنڈیشننگ شروع ہو جاتی ہے۔</w:t>
      </w:r>
    </w:p>
    <w:p>
      <w:r>
        <w:rPr>
          <w:b/>
        </w:rPr>
        <w:t xml:space="preserve">[1:05:01] </w:t>
      </w:r>
      <w:r>
        <w:t>is haqeeqat ko hadees mein un alfaaz mein bayan kiya gaya hai: "kul maulood yulad ala al-fitrat yahooodani aw yansar</w:t>
      </w:r>
    </w:p>
    <w:p>
      <w:pPr>
        <w:jc w:val="right"/>
      </w:pPr>
      <w:r>
        <w:t>اس حقیقت کو حدیث میں ان الفاظ میں بیان کیا گیا ہے: "کل مولود یولد علی الفطرت یحودانی اوینسر</w:t>
      </w:r>
    </w:p>
    <w:p>
      <w:r>
        <w:rPr>
          <w:b/>
        </w:rPr>
        <w:t xml:space="preserve">[1:05:07] </w:t>
      </w:r>
      <w:r>
        <w:t>ani aw yumajjisani". sahih bukhari. deconditioning pehle aadmi ki conditioning ko khatam karti hai. is ke baad insaan is qabil banta hai ke woh be aamez andaaz mein sochay. woh objective andaaz mein rai qaim karay. is liye jo log apni deconditioning se pehle taqreer o tehreer ka amal shuru kar dein un ka case kam o besh "putting the cart before the hor</w:t>
      </w:r>
    </w:p>
    <w:p>
      <w:pPr>
        <w:jc w:val="right"/>
      </w:pPr>
      <w:r>
        <w:t>انی اویمجسانی"۔ صحیح بخاری۔ ڈی کنڈیشننگ پہلے آدمی کی کنڈیشننگ کو ختم کرتی ہے۔ اس کے بعد انسان اس قابل بنتا ہے کہ وہ بے آمیز انداز میں سوچے۔ وہ ابجیکٹو انداز میں رائے قائم کرے۔ اس لیے جو لوگ اپنی ڈی کنڈیشننگ سے پہلے تقریر و تحریر کا عمل شروع کر دیں ان کا کیس کم و بیش "پٹنگ دا کارٹ بیفور دا ہ</w:t>
      </w:r>
    </w:p>
    <w:p>
      <w:r>
        <w:rPr>
          <w:b/>
        </w:rPr>
        <w:t xml:space="preserve">[1:05:37] </w:t>
      </w:r>
      <w:r>
        <w:t>ars" ka case ban jayega.</w:t>
      </w:r>
    </w:p>
    <w:p>
      <w:pPr>
        <w:jc w:val="right"/>
      </w:pPr>
      <w:r>
        <w:t>ارس" کا کیس بن جائے گا۔</w:t>
      </w:r>
    </w:p>
    <w:p>
      <w:r>
        <w:rPr>
          <w:b/>
        </w:rPr>
        <w:t xml:space="preserve">[1:05:42] </w:t>
      </w:r>
      <w:r>
        <w:t>is maamle ko istiaara ki zabaan mein is tarah kaha ja sakta hai ke insaan ki zindagi mein</w:t>
      </w:r>
    </w:p>
    <w:p>
      <w:pPr>
        <w:jc w:val="right"/>
      </w:pPr>
      <w:r>
        <w:t>اس معاملے کو استعارہ کی زبان میں اس طرح کہا جا سکتا ہے کہ انسان کی زندگی میں</w:t>
      </w:r>
    </w:p>
    <w:p>
      <w:r>
        <w:rPr>
          <w:b/>
        </w:rPr>
        <w:t xml:space="preserve">[1:05:46] </w:t>
      </w:r>
      <w:r>
        <w:t>pehlay ghar e hira ka marhala aata hai.</w:t>
      </w:r>
    </w:p>
    <w:p>
      <w:pPr>
        <w:jc w:val="right"/>
      </w:pPr>
      <w:r>
        <w:t>پہلے غار حرا کا مرحلہ آتا ہے۔</w:t>
      </w:r>
    </w:p>
    <w:p>
      <w:r>
        <w:rPr>
          <w:b/>
        </w:rPr>
        <w:t xml:space="preserve">[1:05:50] </w:t>
      </w:r>
      <w:r>
        <w:t>iske baad uski zindagi mein iqra ka daur shuru hota hai.</w:t>
      </w:r>
    </w:p>
    <w:p>
      <w:pPr>
        <w:jc w:val="right"/>
      </w:pPr>
      <w:r>
        <w:t>اس کے بعد اس کی زندگی میں اقراء کا دور شروع ہوتا ہے۔</w:t>
      </w:r>
    </w:p>
    <w:p>
      <w:r>
        <w:rPr>
          <w:b/>
        </w:rPr>
        <w:t xml:space="preserve">[1:05:55] </w:t>
      </w:r>
      <w:r>
        <w:t>yaani pehle self thinking ke zariye apne dimagh mein wazahat lana aur uske baad likhne aur bolne</w:t>
      </w:r>
    </w:p>
    <w:p>
      <w:pPr>
        <w:jc w:val="right"/>
      </w:pPr>
      <w:r>
        <w:t>یعنی پہلے سیلف تھنکنگ کے ذریعے اپنے دماغ میں وضوح لانا اور اس کے بعد لکھنے اور بولنے</w:t>
      </w:r>
    </w:p>
    <w:p>
      <w:r>
        <w:rPr>
          <w:b/>
        </w:rPr>
        <w:t xml:space="preserve">[1:05:59] </w:t>
      </w:r>
      <w:r>
        <w:t>ka amal shuru karna.</w:t>
      </w:r>
    </w:p>
    <w:p>
      <w:pPr>
        <w:jc w:val="right"/>
      </w:pPr>
      <w:r>
        <w:t>کا عمل شروع کرنا۔</w:t>
      </w:r>
    </w:p>
    <w:p>
      <w:r>
        <w:rPr>
          <w:b/>
        </w:rPr>
        <w:t xml:space="preserve">[1:06:03] </w:t>
      </w:r>
      <w:r>
        <w:t>isi baat ko sahabi</w:t>
      </w:r>
    </w:p>
    <w:p>
      <w:pPr>
        <w:jc w:val="right"/>
      </w:pPr>
      <w:r>
        <w:t>اسی بات کو صحابی</w:t>
      </w:r>
    </w:p>
    <w:p>
      <w:r>
        <w:rPr>
          <w:b/>
        </w:rPr>
        <w:t xml:space="preserve">[1:06:08] </w:t>
      </w:r>
      <w:r>
        <w:t>rasool jundub bin abdullah ne kaha hai: "kunna ma'a al-nabi sallallahu alaihi wasallam wa nahnu fatyaan hazbarah fa ta'allamna</w:t>
      </w:r>
    </w:p>
    <w:p>
      <w:pPr>
        <w:jc w:val="right"/>
      </w:pPr>
      <w:r>
        <w:t>رسول جندب بن عبداللہ نے کہا ہے: "کنا مع النبی صلی اللہ علیہ وسلم ونحن فتیان حذابرة فتعلمنا</w:t>
      </w:r>
    </w:p>
    <w:p>
      <w:r>
        <w:rPr>
          <w:b/>
        </w:rPr>
        <w:t xml:space="preserve">[1:06:14] </w:t>
      </w:r>
      <w:r>
        <w:t>al-eeman qabla an nata'allam al-quran thumma ta'allamna al-quran fazadna bihi eeman".</w:t>
      </w:r>
    </w:p>
    <w:p>
      <w:pPr>
        <w:jc w:val="right"/>
      </w:pPr>
      <w:r>
        <w:t>الایمان قبل ان نتعلم القرآن ثم تعلمنا القرآن فزدنا بہ ایمان"۔</w:t>
      </w:r>
    </w:p>
    <w:p>
      <w:r>
        <w:rPr>
          <w:b/>
        </w:rPr>
        <w:t xml:space="preserve">[1:06:20] </w:t>
      </w:r>
      <w:r>
        <w:t>sunan ibn majah.</w:t>
      </w:r>
    </w:p>
    <w:p>
      <w:pPr>
        <w:jc w:val="right"/>
      </w:pPr>
      <w:r>
        <w:t>سنن ابن ماجہ۔</w:t>
      </w:r>
    </w:p>
    <w:p>
      <w:r>
        <w:rPr>
          <w:b/>
        </w:rPr>
        <w:t xml:space="preserve">[1:06:26] </w:t>
      </w:r>
      <w:r>
        <w:t>is riwayat mein ghaliban isi haqeeqat ka zikr hai ke hum ne pehle apne zehn ki deconditioning</w:t>
      </w:r>
    </w:p>
    <w:p>
      <w:pPr>
        <w:jc w:val="right"/>
      </w:pPr>
      <w:r>
        <w:t>اس روایت میں غالباً اسی حقیقت کا ذکر ہے کہ ہم نے پہلے اپنے ذہن کی ڈی کنڈیشننگ</w:t>
      </w:r>
    </w:p>
    <w:p>
      <w:r>
        <w:rPr>
          <w:b/>
        </w:rPr>
        <w:t xml:space="preserve">[1:06:32] </w:t>
      </w:r>
      <w:r>
        <w:t>ki phir hum ne</w:t>
      </w:r>
    </w:p>
    <w:p>
      <w:pPr>
        <w:jc w:val="right"/>
      </w:pPr>
      <w:r>
        <w:t>کی پھر ہم نے</w:t>
      </w:r>
    </w:p>
    <w:p>
      <w:r>
        <w:rPr>
          <w:b/>
        </w:rPr>
        <w:t xml:space="preserve">[1:06:38] </w:t>
      </w:r>
      <w:r>
        <w:t>apne ko is qabil banaya ke hum Quran ko wazeh andaaz mein samjhein. yeh bhi jhoot hai. aik riwayat hadees ki mukhtalif kitabon mein aayi hai. sahih muslim ke alfaaz yeh hain: "kafa bil mar'i kathiban an yuhadditha bi kulli ma sami'a". yani aadmi ke j</w:t>
      </w:r>
    </w:p>
    <w:p>
      <w:pPr>
        <w:jc w:val="right"/>
      </w:pPr>
      <w:r>
        <w:t>اپنے کو اس قابل بنایا کہ ہم قرآن کو واضح انداز میں سمجھیں۔ یہ بھی جھوٹ ہے۔ ایک روایت حدیث کی مختلف کتابوں میں آئی ہے۔ صحیح مسلم کے الفاظ یہ ہیں: "کفا بالمرئی قریباً ان یحدث بکل ما سمع"۔ یعنی آدمی کے ج</w:t>
      </w:r>
    </w:p>
    <w:p>
      <w:r>
        <w:rPr>
          <w:b/>
        </w:rPr>
        <w:t xml:space="preserve">[1:07:08] </w:t>
      </w:r>
      <w:r>
        <w:t>chhota hone ke liye yeh kafi hai ke woh har suni hui baat ko bayan karne lage.</w:t>
      </w:r>
    </w:p>
    <w:p>
      <w:pPr>
        <w:jc w:val="right"/>
      </w:pPr>
      <w:r>
        <w:t>ھوٹا ہونے کے لیے یہ کافی ہے کہ وہ ہر سنی ہوئی بات کو بیان کرنے لگے۔</w:t>
      </w:r>
    </w:p>
    <w:p>
      <w:r>
        <w:rPr>
          <w:b/>
        </w:rPr>
        <w:t xml:space="preserve">[1:07:13] </w:t>
      </w:r>
      <w:r>
        <w:t>hadees ke alfaaz yeh nahi hain ke jo aadmi jhooti baat ko bayan kare woh jhoota hai balkeh</w:t>
      </w:r>
    </w:p>
    <w:p>
      <w:pPr>
        <w:jc w:val="right"/>
      </w:pPr>
      <w:r>
        <w:t>حدیث کے الفاظ یہ نہیں ہیں کہ جو آدمی جھوٹی بات کو بیان کرے وہ جھوٹا ہے بلکہ</w:t>
      </w:r>
    </w:p>
    <w:p>
      <w:r>
        <w:rPr>
          <w:b/>
        </w:rPr>
        <w:t xml:space="preserve">[1:07:18] </w:t>
      </w:r>
      <w:r>
        <w:t>yeh farmaya ke suni hui baat ko bila tehqeeq bayan karne lage.</w:t>
      </w:r>
    </w:p>
    <w:p>
      <w:pPr>
        <w:jc w:val="right"/>
      </w:pPr>
      <w:r>
        <w:t>یہ فرمایا کہ سنی ہوئی بات کو بلا تحقیق بیان کرنے لگے۔</w:t>
      </w:r>
    </w:p>
    <w:p>
      <w:r>
        <w:rPr>
          <w:b/>
        </w:rPr>
        <w:t xml:space="preserve">[1:07:23] </w:t>
      </w:r>
      <w:r>
        <w:t>is hadees ka matlab yeh hai ke suni hui baat ko bila tehqeeq bayan karna goya ke jhoot bolna hai.</w:t>
      </w:r>
    </w:p>
    <w:p>
      <w:pPr>
        <w:jc w:val="right"/>
      </w:pPr>
      <w:r>
        <w:t>اس حدیث کا مطلب یہ ہے کہ سنی ہوئی بات کو بلا تحقیق بیان کرنا گویا کہ جھوٹ بولنا ہے۔</w:t>
      </w:r>
    </w:p>
    <w:p>
      <w:r>
        <w:rPr>
          <w:b/>
        </w:rPr>
        <w:t xml:space="preserve">[1:07:28] </w:t>
      </w:r>
      <w:r>
        <w:t>is ka sabab yeh hai ke aam taur par log kisi baat ko uski poori shakal mein</w:t>
      </w:r>
    </w:p>
    <w:p>
      <w:pPr>
        <w:jc w:val="right"/>
      </w:pPr>
      <w:r>
        <w:t>اس کا سبب یہ ہے کہ عام طور پر لوگ کسی بات کو اس کی پوری شکل میں</w:t>
      </w:r>
    </w:p>
    <w:p>
      <w:r>
        <w:rPr>
          <w:b/>
        </w:rPr>
        <w:t xml:space="preserve">[1:07:33] </w:t>
      </w:r>
      <w:r>
        <w:t>report nahi karte</w:t>
      </w:r>
    </w:p>
    <w:p>
      <w:pPr>
        <w:jc w:val="right"/>
      </w:pPr>
      <w:r>
        <w:t>رپورٹ نہیں کرتے</w:t>
      </w:r>
    </w:p>
    <w:p>
      <w:r>
        <w:rPr>
          <w:b/>
        </w:rPr>
        <w:t xml:space="preserve">[1:07:38] </w:t>
      </w:r>
      <w:r>
        <w:t>balkeh woh yeh karte hain ke maamle ke kuch pehlu ko bayan karte hain aur kuch doosre pehlu</w:t>
      </w:r>
    </w:p>
    <w:p>
      <w:pPr>
        <w:jc w:val="right"/>
      </w:pPr>
      <w:r>
        <w:t>بلکہ وہ یہ کرتے ہیں کہ معاملے کے کچھ پہلو کو بیان کرتے ہیں اور کچھ دوسرے پہلو</w:t>
      </w:r>
    </w:p>
    <w:p>
      <w:r>
        <w:rPr>
          <w:b/>
        </w:rPr>
        <w:t xml:space="preserve">[1:07:43] </w:t>
      </w:r>
      <w:r>
        <w:t>ko chhod dete hain.</w:t>
      </w:r>
    </w:p>
    <w:p>
      <w:pPr>
        <w:jc w:val="right"/>
      </w:pPr>
      <w:r>
        <w:t>کو چھوڑ دیتے ہیں۔</w:t>
      </w:r>
    </w:p>
    <w:p>
      <w:r>
        <w:rPr>
          <w:b/>
        </w:rPr>
        <w:t xml:space="preserve">[1:07:48] </w:t>
      </w:r>
      <w:r>
        <w:t>yeh tareeqa sakht be ehtiyati ka tareeqa hai kyunke is tarah ki report se sunne wale ke andar</w:t>
      </w:r>
    </w:p>
    <w:p>
      <w:pPr>
        <w:jc w:val="right"/>
      </w:pPr>
      <w:r>
        <w:t>یہ طریقہ سخت بے احتیاطی کا طریقہ ہے کیونکہ اس طرح کی رپورٹ سے سننے والے کے اندر</w:t>
      </w:r>
    </w:p>
    <w:p>
      <w:r>
        <w:rPr>
          <w:b/>
        </w:rPr>
        <w:t xml:space="preserve">[1:07:53] </w:t>
      </w:r>
      <w:r>
        <w:t>khilaf waqea rai banti hai.</w:t>
      </w:r>
    </w:p>
    <w:p>
      <w:pPr>
        <w:jc w:val="right"/>
      </w:pPr>
      <w:r>
        <w:t>خلاف واقعہ رائے بنتی ہے۔</w:t>
      </w:r>
    </w:p>
    <w:p>
      <w:r>
        <w:rPr>
          <w:b/>
        </w:rPr>
        <w:t xml:space="preserve">[1:07:58] </w:t>
      </w:r>
      <w:r>
        <w:t>mislan kuch log masjid mein ikattha hue wahan unhone pur josh taqreerein sunin.</w:t>
      </w:r>
    </w:p>
    <w:p>
      <w:pPr>
        <w:jc w:val="right"/>
      </w:pPr>
      <w:r>
        <w:t>مثلاً کچھ لوگ مسجد میں اکٹھا ہوئے وہاں انہوں نے پرجوش تقریریں سنیں۔</w:t>
      </w:r>
    </w:p>
    <w:p>
      <w:r>
        <w:rPr>
          <w:b/>
        </w:rPr>
        <w:t xml:space="preserve">[1:08:03] </w:t>
      </w:r>
      <w:r>
        <w:t>is ke baad woh juloos ki shakal mein sadak par nikal</w:t>
      </w:r>
    </w:p>
    <w:p>
      <w:pPr>
        <w:jc w:val="right"/>
      </w:pPr>
      <w:r>
        <w:t>اس کے بعد وہ جلوس کی شکل میں سڑک پر نکل</w:t>
      </w:r>
    </w:p>
    <w:p>
      <w:r>
        <w:rPr>
          <w:b/>
        </w:rPr>
        <w:t xml:space="preserve">[1:08:08] </w:t>
      </w:r>
      <w:r>
        <w:t>e.</w:t>
      </w:r>
    </w:p>
    <w:p>
      <w:pPr>
        <w:jc w:val="right"/>
      </w:pPr>
      <w:r>
        <w:t>ے۔</w:t>
      </w:r>
    </w:p>
    <w:p>
      <w:r>
        <w:rPr>
          <w:b/>
        </w:rPr>
        <w:t xml:space="preserve">[1:08:13] </w:t>
      </w:r>
      <w:r>
        <w:t>ab agar batane wala yeh bataye ke police ne juloos par firing ki to sunne wale ko yeh</w:t>
      </w:r>
    </w:p>
    <w:p>
      <w:pPr>
        <w:jc w:val="right"/>
      </w:pPr>
      <w:r>
        <w:t>اب اگر بتانے والا یہ بتائے کہ پولیس نے جلوس پر فائرنگ کی تو سننے والے کو یہ</w:t>
      </w:r>
    </w:p>
    <w:p>
      <w:r>
        <w:rPr>
          <w:b/>
        </w:rPr>
        <w:t xml:space="preserve">[1:08:18] </w:t>
      </w:r>
      <w:r>
        <w:t>karna chahiye ke woh pehle asal maamle ki tehqeeq kare.</w:t>
      </w:r>
    </w:p>
    <w:p>
      <w:pPr>
        <w:jc w:val="right"/>
      </w:pPr>
      <w:r>
        <w:t>کرنا چاہیے کہ وہ پہلے اصل معاملے کی تحقیق کرے۔</w:t>
      </w:r>
    </w:p>
    <w:p>
      <w:r>
        <w:rPr>
          <w:b/>
        </w:rPr>
        <w:t xml:space="preserve">[1:08:23] </w:t>
      </w:r>
      <w:r>
        <w:t>is ke baad woh asal maamle ko bayan kare kyunke ain mumkin hai ke pur josh juloos ne pehle</w:t>
      </w:r>
    </w:p>
    <w:p>
      <w:pPr>
        <w:jc w:val="right"/>
      </w:pPr>
      <w:r>
        <w:t>اس کے بعد وہ اصل معاملے کو بیان کرے کیونکہ عین ممکن ہے کہ پرجوش جلوس نے پہلے</w:t>
      </w:r>
    </w:p>
    <w:p>
      <w:r>
        <w:rPr>
          <w:b/>
        </w:rPr>
        <w:t xml:space="preserve">[1:08:28] </w:t>
      </w:r>
      <w:r>
        <w:t>police par pathar mara ho aur is ke baad jawab mein police ne firing ki ho.</w:t>
      </w:r>
    </w:p>
    <w:p>
      <w:pPr>
        <w:jc w:val="right"/>
      </w:pPr>
      <w:r>
        <w:t>پولیس پر پتھر مارا ہو اور اس کے بعد جواب میں پولیس نے فائرنگ کی ہو۔</w:t>
      </w:r>
    </w:p>
    <w:p>
      <w:r>
        <w:rPr>
          <w:b/>
        </w:rPr>
        <w:t xml:space="preserve">[1:08:33] </w:t>
      </w:r>
      <w:r>
        <w:t>agar aisa ho to albabi azlam ke usool ke mut</w:t>
      </w:r>
    </w:p>
    <w:p>
      <w:pPr>
        <w:jc w:val="right"/>
      </w:pPr>
      <w:r>
        <w:t>اگر ایسا ہو تو البابی اظلم کے اصول کے مط</w:t>
      </w:r>
    </w:p>
    <w:p>
      <w:r>
        <w:rPr>
          <w:b/>
        </w:rPr>
        <w:t xml:space="preserve">[1:08:38] </w:t>
      </w:r>
      <w:r>
        <w:t>abiq pathar marne wala mujrim hai na ke goli chalane wala.</w:t>
      </w:r>
    </w:p>
    <w:p>
      <w:pPr>
        <w:jc w:val="right"/>
      </w:pPr>
      <w:r>
        <w:t>ابق پتھر مارنے والا مجرم ہے نہ کہ گولی چلانے والا۔</w:t>
      </w:r>
    </w:p>
    <w:p>
      <w:r>
        <w:rPr>
          <w:b/>
        </w:rPr>
        <w:t xml:space="preserve">[1:08:44] </w:t>
      </w:r>
      <w:r>
        <w:t>is silsile mein quran ki ek ayat yeh hai: "ya ayyuhal lazeena amanu in jaakum faasiqim binaba'in fatabayyanoo</w:t>
      </w:r>
    </w:p>
    <w:p>
      <w:pPr>
        <w:jc w:val="right"/>
      </w:pPr>
      <w:r>
        <w:t>اس سلسلے میں قرآن کی ایک آیت یہ ہے: "یا ایہا الذین آمنوا ان جاءکم فاسق بنبع فتبینوا</w:t>
      </w:r>
    </w:p>
    <w:p>
      <w:r>
        <w:rPr>
          <w:b/>
        </w:rPr>
        <w:t xml:space="preserve">[1:08:50] </w:t>
      </w:r>
      <w:r>
        <w:t>an tuseeboo qawmam bijahalatin fatasbihoo ala ma fa'altum nadimeen".</w:t>
      </w:r>
    </w:p>
    <w:p>
      <w:pPr>
        <w:jc w:val="right"/>
      </w:pPr>
      <w:r>
        <w:t>ان تصیب قوما بجہالت فتصبحوا علی ما فعلتم نادمین"۔</w:t>
      </w:r>
    </w:p>
    <w:p>
      <w:r>
        <w:rPr>
          <w:b/>
        </w:rPr>
        <w:t xml:space="preserve">[1:08:56] </w:t>
      </w:r>
      <w:r>
        <w:t>yani aye iman walo!</w:t>
      </w:r>
    </w:p>
    <w:p>
      <w:pPr>
        <w:jc w:val="right"/>
      </w:pPr>
      <w:r>
        <w:t>یعنی اے ایمان والو!</w:t>
      </w:r>
    </w:p>
    <w:p>
      <w:r>
        <w:rPr>
          <w:b/>
        </w:rPr>
        <w:t xml:space="preserve">[1:09:02] </w:t>
      </w:r>
      <w:r>
        <w:t>agar koi faasiq tumhare paas khabar laye to tum achhi tarah tah</w:t>
      </w:r>
    </w:p>
    <w:p>
      <w:pPr>
        <w:jc w:val="right"/>
      </w:pPr>
      <w:r>
        <w:t>اگر کوئی فاسق تمہارے پاس خبر لائے تو تم اچھی طرح تح</w:t>
      </w:r>
    </w:p>
    <w:p>
      <w:r>
        <w:rPr>
          <w:b/>
        </w:rPr>
        <w:t xml:space="preserve">[1:09:09] </w:t>
      </w:r>
      <w:r>
        <w:t>qeeq kar lia karo.</w:t>
      </w:r>
    </w:p>
    <w:p>
      <w:pPr>
        <w:jc w:val="right"/>
      </w:pPr>
      <w:r>
        <w:t>قیق کر لیا کرو۔</w:t>
      </w:r>
    </w:p>
    <w:p>
      <w:r>
        <w:rPr>
          <w:b/>
        </w:rPr>
        <w:t xml:space="preserve">[1:09:15] </w:t>
      </w:r>
      <w:r>
        <w:t>kahin aisa na ho ke tum kisi groh ko nadani se koi nuqsan pahuncha do phir tum ko</w:t>
      </w:r>
    </w:p>
    <w:p>
      <w:pPr>
        <w:jc w:val="right"/>
      </w:pPr>
      <w:r>
        <w:t>کہیں ایسا نہ ہو کہ تم کسی گروہ کو نادانی سے کوئی نقصان پہنچا دو پھر تم کو</w:t>
      </w:r>
    </w:p>
    <w:p>
      <w:r>
        <w:rPr>
          <w:b/>
        </w:rPr>
        <w:t xml:space="preserve">[1:09:21] </w:t>
      </w:r>
      <w:r>
        <w:t>apne kiye par pachtana pare.</w:t>
      </w:r>
    </w:p>
    <w:p>
      <w:pPr>
        <w:jc w:val="right"/>
      </w:pPr>
      <w:r>
        <w:t>اپنے کیے پر پچھتانا پڑے۔</w:t>
      </w:r>
    </w:p>
    <w:p>
      <w:r>
        <w:rPr>
          <w:b/>
        </w:rPr>
        <w:t xml:space="preserve">[1:09:27] </w:t>
      </w:r>
      <w:r>
        <w:t>fitrat ka nizam.</w:t>
      </w:r>
    </w:p>
    <w:p>
      <w:pPr>
        <w:jc w:val="right"/>
      </w:pPr>
      <w:r>
        <w:t>فطرت کا نظام۔</w:t>
      </w:r>
    </w:p>
    <w:p>
      <w:r>
        <w:rPr>
          <w:b/>
        </w:rPr>
        <w:t xml:space="preserve">[1:09:33] </w:t>
      </w:r>
      <w:r>
        <w:t>fitrat ka ek qanoon quran mein in alfaaz mein bayan hua hai: "walanabluwannakum bishay'im minal khawfi</w:t>
      </w:r>
    </w:p>
    <w:p>
      <w:pPr>
        <w:jc w:val="right"/>
      </w:pPr>
      <w:r>
        <w:t>فطرت کا ایک قانون قرآن میں ان الفاظ میں بیان ہوا ہے: "ولنبلونکم بشئی من الخوف</w:t>
      </w:r>
    </w:p>
    <w:p>
      <w:r>
        <w:rPr>
          <w:b/>
        </w:rPr>
        <w:t xml:space="preserve">[1:09:39] </w:t>
      </w:r>
      <w:r>
        <w:t>waljoo'i wanqsim minal amwali wal anfus wath thamarati wabashirissabireen allazeena itha asathum musibatun qaloo inna lillahi wa inna ilaihi raji'oon</w:t>
      </w:r>
    </w:p>
    <w:p>
      <w:pPr>
        <w:jc w:val="right"/>
      </w:pPr>
      <w:r>
        <w:t>والجوع ونقص من الاموال والانفس والثمرات وبشر الصابرین الذین اذا اصابتہم مصیبت قالوا انا للہ وانا الیہ راجعون</w:t>
      </w:r>
    </w:p>
    <w:p>
      <w:r>
        <w:rPr>
          <w:b/>
        </w:rPr>
        <w:t xml:space="preserve">[1:09:49] </w:t>
      </w:r>
      <w:r>
        <w:t>ula'ika alaihim salawatummir rabbihim warahmah wa ula'ika humul muhtadoon".</w:t>
      </w:r>
    </w:p>
    <w:p>
      <w:pPr>
        <w:jc w:val="right"/>
      </w:pPr>
      <w:r>
        <w:t>اولئک علیہم صلوات من ربہم ورحمہ واولئک ہم المہتدون"۔</w:t>
      </w:r>
    </w:p>
    <w:p>
      <w:r>
        <w:rPr>
          <w:b/>
        </w:rPr>
        <w:t xml:space="preserve">[1:09:59] </w:t>
      </w:r>
      <w:r>
        <w:t>yani aur hum zaroor tum ko aazmayenge kuch darr aur bhook se aur maal</w:t>
      </w:r>
    </w:p>
    <w:p>
      <w:pPr>
        <w:jc w:val="right"/>
      </w:pPr>
      <w:r>
        <w:t>یعنی اور ہم ضرور تم کو ازمائیں گے کچھ ڈر اور بھوک سے اور مال</w:t>
      </w:r>
    </w:p>
    <w:p>
      <w:r>
        <w:rPr>
          <w:b/>
        </w:rPr>
        <w:t xml:space="preserve">[1:10:09] </w:t>
      </w:r>
      <w:r>
        <w:t>on aur janoon aur phalon ki kami se aur sabit qadam rehne walon ko khushkhabri de do jin</w:t>
      </w:r>
    </w:p>
    <w:p>
      <w:pPr>
        <w:jc w:val="right"/>
      </w:pPr>
      <w:r>
        <w:t>وں اور جانوں اور پھلوں کی کمی سے اور ثابت قدم رہنے والوں کو خوشخبری دے دو جن</w:t>
      </w:r>
    </w:p>
    <w:p>
      <w:r>
        <w:rPr>
          <w:b/>
        </w:rPr>
        <w:t xml:space="preserve">[1:10:14] </w:t>
      </w:r>
      <w:r>
        <w:t>ka haal yeh hai ke jab un ko koi museebat pohanchti hai to woh kehte hain hum Allah</w:t>
      </w:r>
    </w:p>
    <w:p>
      <w:pPr>
        <w:jc w:val="right"/>
      </w:pPr>
      <w:r>
        <w:t>کا حال یہ ہے کہ جب ان کو کوئی مصیبت پہنچتی ہے تو وہ کہتے ہیں ہم اللہ</w:t>
      </w:r>
    </w:p>
    <w:p>
      <w:r>
        <w:rPr>
          <w:b/>
        </w:rPr>
        <w:t xml:space="preserve">[1:10:19] </w:t>
      </w:r>
      <w:r>
        <w:t>ke hain aur hum usi ki taraf lotne walay hain.</w:t>
      </w:r>
    </w:p>
    <w:p>
      <w:pPr>
        <w:jc w:val="right"/>
      </w:pPr>
      <w:r>
        <w:t>کے ہیں اور ہم اسی کی طرف لوٹنے والے ہیں۔</w:t>
      </w:r>
    </w:p>
    <w:p>
      <w:r>
        <w:rPr>
          <w:b/>
        </w:rPr>
        <w:t xml:space="preserve">[1:10:24] </w:t>
      </w:r>
      <w:r>
        <w:t>Yahi log hain jin ke oopar un ke Rab ki inayatain hain aur rehmat hai aur yahi log</w:t>
      </w:r>
    </w:p>
    <w:p>
      <w:pPr>
        <w:jc w:val="right"/>
      </w:pPr>
      <w:r>
        <w:t>یہی لوگ ہیں جن کے اوپر ان کے رب کی عنایتیں ہیں اور رحمت ہے اور یہی لوگ</w:t>
      </w:r>
    </w:p>
    <w:p>
      <w:r>
        <w:rPr>
          <w:b/>
        </w:rPr>
        <w:t xml:space="preserve">[1:10:29] </w:t>
      </w:r>
      <w:r>
        <w:t>hain jo rah par hain.</w:t>
      </w:r>
    </w:p>
    <w:p>
      <w:pPr>
        <w:jc w:val="right"/>
      </w:pPr>
      <w:r>
        <w:t>ہیں جو راہ پر ہیں۔</w:t>
      </w:r>
    </w:p>
    <w:p>
      <w:r>
        <w:rPr>
          <w:b/>
        </w:rPr>
        <w:t xml:space="preserve">[1:10:34] </w:t>
      </w:r>
      <w:r>
        <w:t>In ayat par ghhor karne se fitrat ka ek qanoon maloom hota hai.</w:t>
      </w:r>
    </w:p>
    <w:p>
      <w:pPr>
        <w:jc w:val="right"/>
      </w:pPr>
      <w:r>
        <w:t>ان آیات پر غور کرنے سے فطرت کا ایک قانون معلوم ہوتا ہے۔</w:t>
      </w:r>
    </w:p>
    <w:p>
      <w:r>
        <w:rPr>
          <w:b/>
        </w:rPr>
        <w:t xml:space="preserve">[1:10:39] </w:t>
      </w:r>
      <w:r>
        <w:t>Asal yeh hai ke Khuda insan ko paida kar ke is se ghair mutaliq nahi ho gaya chunke</w:t>
      </w:r>
    </w:p>
    <w:p>
      <w:pPr>
        <w:jc w:val="right"/>
      </w:pPr>
      <w:r>
        <w:t>اصل یہ ہے کہ خدا انسان کو پیدا کر کے اس سے غیر متعلق نہیں ہو گیا چونکہ</w:t>
      </w:r>
    </w:p>
    <w:p>
      <w:r>
        <w:rPr>
          <w:b/>
        </w:rPr>
        <w:t xml:space="preserve">[1:10:45] </w:t>
      </w:r>
      <w:r>
        <w:t>yeh sirf khaliq hai jis ko tamam haqiqaton ka ilm hai.</w:t>
      </w:r>
    </w:p>
    <w:p>
      <w:pPr>
        <w:jc w:val="right"/>
      </w:pPr>
      <w:r>
        <w:t>یہ صرف خالق ہے جس کو تمام حقیقتوں کا علم ہے۔</w:t>
      </w:r>
    </w:p>
    <w:p>
      <w:r>
        <w:rPr>
          <w:b/>
        </w:rPr>
        <w:t xml:space="preserve">[1:10:51] </w:t>
      </w:r>
      <w:r>
        <w:t>Is liye yeh zaroori tha ke khaliq apne ilm ke mutabiq insan ki rehnumai bhi karta rahe.</w:t>
      </w:r>
    </w:p>
    <w:p>
      <w:pPr>
        <w:jc w:val="right"/>
      </w:pPr>
      <w:r>
        <w:t>اس لیے یہ ضروری تھا کہ خالق اپنے علم کے مطابق انسان کی رہنمائی بھی کرتا رہے۔</w:t>
      </w:r>
    </w:p>
    <w:p>
      <w:r>
        <w:rPr>
          <w:b/>
        </w:rPr>
        <w:t xml:space="preserve">[1:10:57] </w:t>
      </w:r>
      <w:r>
        <w:t>Lekin chunke insan ko ek aazad makhlooq ki hesiyat se paida kiya gaya hai is liye yeh rehnumai</w:t>
      </w:r>
    </w:p>
    <w:p>
      <w:pPr>
        <w:jc w:val="right"/>
      </w:pPr>
      <w:r>
        <w:t>لیکن چونکہ انسان کو ایک آزاد مخلوق کی حیثیت سے پیدا کیا گیا ہے اس لیے یہ رہنمائی</w:t>
      </w:r>
    </w:p>
    <w:p>
      <w:r>
        <w:rPr>
          <w:b/>
        </w:rPr>
        <w:t xml:space="preserve">[1:11:04] </w:t>
      </w:r>
      <w:r>
        <w:t>juzwi tor par kitab Allah ki soorat mein di gayi hai lekin ziyada w</w:t>
      </w:r>
    </w:p>
    <w:p>
      <w:pPr>
        <w:jc w:val="right"/>
      </w:pPr>
      <w:r>
        <w:t>جزئی طور پر کتاب اللہ کی صورت میں دی گئی ہے لیکن زیادہ و</w:t>
      </w:r>
    </w:p>
    <w:p>
      <w:r>
        <w:rPr>
          <w:b/>
        </w:rPr>
        <w:t xml:space="preserve">[1:11:10] </w:t>
      </w:r>
      <w:r>
        <w:t>aseeh pehluon ke aitbar se woh halaat ki zaban mein insan ko faraham ki jati hai.</w:t>
      </w:r>
    </w:p>
    <w:p>
      <w:pPr>
        <w:jc w:val="right"/>
      </w:pPr>
      <w:r>
        <w:t>سیع پہلوؤں کے اعتبار سے وہ حالات کی زبان میں انسان کو فراہم کی جاتی ہے۔</w:t>
      </w:r>
    </w:p>
    <w:p>
      <w:r>
        <w:rPr>
          <w:b/>
        </w:rPr>
        <w:t xml:space="preserve">[1:11:15] </w:t>
      </w:r>
      <w:r>
        <w:t>Isi fitri rehnumai ko yahan museebat ke lafz mein bayan kiya gaya hai.</w:t>
      </w:r>
    </w:p>
    <w:p>
      <w:pPr>
        <w:jc w:val="right"/>
      </w:pPr>
      <w:r>
        <w:t>اسی فطری رہنمائی کو یہاں مصیبت کے لفظ میں بیان کیا گیا ہے۔</w:t>
      </w:r>
    </w:p>
    <w:p>
      <w:r>
        <w:rPr>
          <w:b/>
        </w:rPr>
        <w:t xml:space="preserve">[1:11:20] </w:t>
      </w:r>
      <w:r>
        <w:t>Insan ko is dunya mein jin halaat mein zindagi guzarna hai is mein bar bar is ko woh</w:t>
      </w:r>
    </w:p>
    <w:p>
      <w:pPr>
        <w:jc w:val="right"/>
      </w:pPr>
      <w:r>
        <w:t>انسان کو اس دنیا میں جن حالات میں زندگی گزارنا ہے اس میں بار بار اس کو وہ</w:t>
      </w:r>
    </w:p>
    <w:p>
      <w:r>
        <w:rPr>
          <w:b/>
        </w:rPr>
        <w:t xml:space="preserve">[1:11:25] </w:t>
      </w:r>
      <w:r>
        <w:t>cheez pesh aati hai jis ko yahan museebat ya suffering kaha gaya hai.</w:t>
      </w:r>
    </w:p>
    <w:p>
      <w:pPr>
        <w:jc w:val="right"/>
      </w:pPr>
      <w:r>
        <w:t>چیز پیش آتی ہے جس کو یہاں مصیبت یا سفرنگ کہا گیا ہے۔</w:t>
      </w:r>
    </w:p>
    <w:p>
      <w:r>
        <w:rPr>
          <w:b/>
        </w:rPr>
        <w:t xml:space="preserve">[1:11:30] </w:t>
      </w:r>
      <w:r>
        <w:t>Yeh museebat insan ke liye koi burai ya evil nahi hoti.</w:t>
      </w:r>
    </w:p>
    <w:p>
      <w:pPr>
        <w:jc w:val="right"/>
      </w:pPr>
      <w:r>
        <w:t>یہ مصیبت انسان کے لیے کوئی برائی یا ایول نہیں ہوتی۔</w:t>
      </w:r>
    </w:p>
    <w:p>
      <w:r>
        <w:rPr>
          <w:b/>
        </w:rPr>
        <w:t xml:space="preserve">[1:11:35] </w:t>
      </w:r>
      <w:r>
        <w:t>Nafsiyat ki zaban mein woh halaat ka dabao ya</w:t>
      </w:r>
    </w:p>
    <w:p>
      <w:pPr>
        <w:jc w:val="right"/>
      </w:pPr>
      <w:r>
        <w:t>نفسیات کی زبان میں وہ حالات کا دباؤ یا</w:t>
      </w:r>
    </w:p>
    <w:p>
      <w:r>
        <w:rPr>
          <w:b/>
        </w:rPr>
        <w:t xml:space="preserve">[1:11:40] </w:t>
      </w:r>
      <w:r>
        <w:t>compulsion ke hum ma'ni hoti hai.</w:t>
      </w:r>
    </w:p>
    <w:p>
      <w:pPr>
        <w:jc w:val="right"/>
      </w:pPr>
      <w:r>
        <w:t>کمپلشن کے ہم معنی ہوتی ہے۔</w:t>
      </w:r>
    </w:p>
    <w:p>
      <w:r>
        <w:rPr>
          <w:b/>
        </w:rPr>
        <w:t xml:space="preserve">[1:11:45] </w:t>
      </w:r>
      <w:r>
        <w:t>Dabao ke yeh halaat insan ko amal ka rukh ya direction dete hain.</w:t>
      </w:r>
    </w:p>
    <w:p>
      <w:pPr>
        <w:jc w:val="right"/>
      </w:pPr>
      <w:r>
        <w:t>دباؤ کے یہ حالات انسان کو عمل کا رخ یا ڈائریکشن دیتے ہیں۔</w:t>
      </w:r>
    </w:p>
    <w:p>
      <w:r>
        <w:rPr>
          <w:b/>
        </w:rPr>
        <w:t xml:space="preserve">[1:11:50] </w:t>
      </w:r>
      <w:r>
        <w:t>Woh insan ko apne amal ki replanning ki taraf le jate hain.</w:t>
      </w:r>
    </w:p>
    <w:p>
      <w:pPr>
        <w:jc w:val="right"/>
      </w:pPr>
      <w:r>
        <w:t>وہ انسان کو اپنے عمل کی ری پلاننگ کی طرف لے جاتے ہیں۔</w:t>
      </w:r>
    </w:p>
    <w:p>
      <w:r>
        <w:rPr>
          <w:b/>
        </w:rPr>
        <w:t xml:space="preserve">[1:11:55] </w:t>
      </w:r>
      <w:r>
        <w:t>Woh insan ki soch ko naya zaavia ata karte hain.</w:t>
      </w:r>
    </w:p>
    <w:p>
      <w:pPr>
        <w:jc w:val="right"/>
      </w:pPr>
      <w:r>
        <w:t>وہ انسان کی سوچ کو نیا زاویہ عطا کرتے ہیں۔</w:t>
      </w:r>
    </w:p>
    <w:p>
      <w:r>
        <w:rPr>
          <w:b/>
        </w:rPr>
        <w:t xml:space="preserve">[1:12:00] </w:t>
      </w:r>
      <w:r>
        <w:t>Is tarah insan is qabil ho jata hai ke woh apne amal ka mansooba fitrat ke mutabiq kare.</w:t>
      </w:r>
    </w:p>
    <w:p>
      <w:pPr>
        <w:jc w:val="right"/>
      </w:pPr>
      <w:r>
        <w:t>اس طرح انسان اس قابل ہو جاتا ہے کہ وہ اپنے عمل کا منصوبہ فطرت کے مطابق کرے۔</w:t>
      </w:r>
    </w:p>
    <w:p>
      <w:r>
        <w:rPr>
          <w:b/>
        </w:rPr>
        <w:t xml:space="preserve">[1:12:05] </w:t>
      </w:r>
      <w:r>
        <w:t>Woh fitrat ke nizam ko ikhtiyar kar ke apne aap ko kamyab banaye. Halaat ke</w:t>
      </w:r>
    </w:p>
    <w:p>
      <w:pPr>
        <w:jc w:val="right"/>
      </w:pPr>
      <w:r>
        <w:t>وہ فطرت کے نظام کو اختیار کر کے اپنے آپ کو کامیاب بنائے۔ حالات کے</w:t>
      </w:r>
    </w:p>
    <w:p>
      <w:r>
        <w:rPr>
          <w:b/>
        </w:rPr>
        <w:t xml:space="preserve">[1:12:10] </w:t>
      </w:r>
      <w:r>
        <w:t>tehat jo dabao ya pressure pesh aata hai woh hamari zindagi ka aik laazmi hissa hai. albatta dabao ki do soortein hain. aik hai kuchal denay wala dabao ya crippling pressure yani woh dabao jis ke baad aadmi kaam karne ke qabil na rahay. doosra dabao woh hai jo is se kam ho yani non-crippling pressure. aisa dabao aadmi ki zindagi mein kuch masla to paida karta hai lekin is se aisa</w:t>
      </w:r>
    </w:p>
    <w:p>
      <w:pPr>
        <w:jc w:val="right"/>
      </w:pPr>
      <w:r>
        <w:t>تحت جو دباؤ یا پریشر پیش آتا ہے وہ ہماری زندگی کا ایک لازمی حصہ ہے۔ البتہ دباؤ کی دو صورتیں ہیں۔ ایک ہے کچل دینے والا دباؤ یا کرپلنگ پریشر یعنی وہ دباؤ جس کے بعد آدمی کام کرنے کے قابل نہ رہے۔ دوسرا دباؤ وہ ہے جو اس سے کم ہو یعنی نان کرپلنگ پریشر۔ ایسا دباؤ آدمی کی زندگی میں کچھ مسئلہ تو پیدا کرتا ہے لیکن اس سے ایسا</w:t>
      </w:r>
    </w:p>
    <w:p>
      <w:r>
        <w:rPr>
          <w:b/>
        </w:rPr>
        <w:t xml:space="preserve">[1:12:40] </w:t>
      </w:r>
      <w:r>
        <w:t>nahi hota hai ke is ke baad aadmi kaam karne ke qabil na rahe.</w:t>
      </w:r>
    </w:p>
    <w:p>
      <w:pPr>
        <w:jc w:val="right"/>
      </w:pPr>
      <w:r>
        <w:t>نہیں ہوتا ہے کہ اس کے بعد آدمی کام کرنے کے قابل نہ رہے۔</w:t>
      </w:r>
    </w:p>
    <w:p>
      <w:r>
        <w:rPr>
          <w:b/>
        </w:rPr>
        <w:t xml:space="preserve">[1:12:45] </w:t>
      </w:r>
      <w:r>
        <w:t>Yeh doosri qism ka dabao hamesha ek misbat dabao hota hai.</w:t>
      </w:r>
    </w:p>
    <w:p>
      <w:pPr>
        <w:jc w:val="right"/>
      </w:pPr>
      <w:r>
        <w:t>یہ دوسری قسم کا دباؤ ہمیشہ ایک مثبت دباؤ ہوتا ہے۔</w:t>
      </w:r>
    </w:p>
    <w:p>
      <w:r>
        <w:rPr>
          <w:b/>
        </w:rPr>
        <w:t xml:space="preserve">[1:12:50] </w:t>
      </w:r>
      <w:r>
        <w:t>aadmi ko chahiye ke woh musbat dabaao ko pehchaane aur us se paida hone wale mawaaqe ko istemaal kare.</w:t>
      </w:r>
    </w:p>
    <w:p>
      <w:pPr>
        <w:jc w:val="right"/>
      </w:pPr>
      <w:r>
        <w:t>آدمی کو چاہیے کہ وہ مثبت دباؤ کو پہچانے اور اس سے پیدا ہونے والے مواقع کو استعمال کرے۔</w:t>
      </w:r>
    </w:p>
    <w:p>
      <w:r>
        <w:rPr>
          <w:b/>
        </w:rPr>
        <w:t xml:space="preserve">[1:12:55] </w:t>
      </w:r>
      <w:r>
        <w:t>is tarah woh zyada kaam karne ke qaabil ban jayega.</w:t>
      </w:r>
    </w:p>
    <w:p>
      <w:pPr>
        <w:jc w:val="right"/>
      </w:pPr>
      <w:r>
        <w:t>اس طرح وہ زیادہ کام کرنے کے قابل بن جائے گا۔</w:t>
      </w:r>
    </w:p>
    <w:p>
      <w:r>
        <w:rPr>
          <w:b/>
        </w:rPr>
        <w:t xml:space="preserve">[1:13:00] </w:t>
      </w:r>
      <w:r>
        <w:t>mazkoora aayat mein haalaat ko Allah ki taraf mansoob karna mahaz aqeeday ki baat nahi hai balkeh woh</w:t>
      </w:r>
    </w:p>
    <w:p>
      <w:pPr>
        <w:jc w:val="right"/>
      </w:pPr>
      <w:r>
        <w:t>مذکورہ آیت میں حالات کو اللہ کی طرف منسوب کرنا محض عقیدے کی بات نہیں ہے بلکہ وہ</w:t>
      </w:r>
    </w:p>
    <w:p>
      <w:r>
        <w:rPr>
          <w:b/>
        </w:rPr>
        <w:t xml:space="preserve">[1:13:05] </w:t>
      </w:r>
      <w:r>
        <w:t>Khalik ke takhleeqi man</w:t>
      </w:r>
    </w:p>
    <w:p>
      <w:pPr>
        <w:jc w:val="right"/>
      </w:pPr>
      <w:r>
        <w:t>خالق کے تخلیقی من</w:t>
      </w:r>
    </w:p>
    <w:p>
      <w:r>
        <w:rPr>
          <w:b/>
        </w:rPr>
        <w:t xml:space="preserve">[1:13:10] </w:t>
      </w:r>
      <w:r>
        <w:t>soobay ki baat hai.</w:t>
      </w:r>
    </w:p>
    <w:p>
      <w:pPr>
        <w:jc w:val="right"/>
      </w:pPr>
      <w:r>
        <w:t>صوبے کی بات ہے۔</w:t>
      </w:r>
    </w:p>
    <w:p>
      <w:r>
        <w:rPr>
          <w:b/>
        </w:rPr>
        <w:t xml:space="preserve">[1:13:15] </w:t>
      </w:r>
      <w:r>
        <w:t>iska matlab yeh hai ke Khalik insaan ko paida karne ke baad us se be-taalluq nahi</w:t>
      </w:r>
    </w:p>
    <w:p>
      <w:pPr>
        <w:jc w:val="right"/>
      </w:pPr>
      <w:r>
        <w:t>اس کا مطلب یہ ہے کہ خالق انسان کو پیدا کرنے کے بعد اس سے بے تعلق نہیں</w:t>
      </w:r>
    </w:p>
    <w:p>
      <w:r>
        <w:rPr>
          <w:b/>
        </w:rPr>
        <w:t xml:space="preserve">[1:13:20] </w:t>
      </w:r>
      <w:r>
        <w:t>ho gaya hai balkeh woh haalaat paida kar ke insaan ko barabar rehnumai deta rehta hai.</w:t>
      </w:r>
    </w:p>
    <w:p>
      <w:pPr>
        <w:jc w:val="right"/>
      </w:pPr>
      <w:r>
        <w:t>ہو گیا ہے بلکہ وہ حالات پیدا کر کے انسان کو برابر رہنمائی دیتا رہتا ہے۔</w:t>
      </w:r>
    </w:p>
    <w:p>
      <w:r>
        <w:rPr>
          <w:b/>
        </w:rPr>
        <w:t xml:space="preserve">[1:13:25] </w:t>
      </w:r>
      <w:r>
        <w:t>yeh insaan ka kaam hai ke woh haalaat ko parhe aur Khalik ki khamosh zabaan ko sun kar</w:t>
      </w:r>
    </w:p>
    <w:p>
      <w:pPr>
        <w:jc w:val="right"/>
      </w:pPr>
      <w:r>
        <w:t>یہ انسان کا کام ہے کہ وہ حالات کو پڑھے اور خالق کی خاموش زبان کو سن کر</w:t>
      </w:r>
    </w:p>
    <w:p>
      <w:r>
        <w:rPr>
          <w:b/>
        </w:rPr>
        <w:t xml:space="preserve">[1:13:30] </w:t>
      </w:r>
      <w:r>
        <w:t>takhleeq ke mansoobay ko samjhe.</w:t>
      </w:r>
    </w:p>
    <w:p>
      <w:pPr>
        <w:jc w:val="right"/>
      </w:pPr>
      <w:r>
        <w:t>تخلیق کے منصوبے کو سمجھے۔</w:t>
      </w:r>
    </w:p>
    <w:p>
      <w:r>
        <w:rPr>
          <w:b/>
        </w:rPr>
        <w:t xml:space="preserve">[1:13:35] </w:t>
      </w:r>
      <w:r>
        <w:t>is siyaaq ya context mein sabr ka matlab hai Khalik</w:t>
      </w:r>
    </w:p>
    <w:p>
      <w:pPr>
        <w:jc w:val="right"/>
      </w:pPr>
      <w:r>
        <w:t>اس سیاق یا کانٹیکسٹ میں صبر کا مطلب ہے خالق</w:t>
      </w:r>
    </w:p>
    <w:p>
      <w:r>
        <w:rPr>
          <w:b/>
        </w:rPr>
        <w:t xml:space="preserve">[1:13:40] </w:t>
      </w:r>
      <w:r>
        <w:t>ke muqarrar kardah naqshay ko poori razaamandi ke saath qabool karna aur salawat aur rehmat ka matlab yeh</w:t>
      </w:r>
    </w:p>
    <w:p>
      <w:pPr>
        <w:jc w:val="right"/>
      </w:pPr>
      <w:r>
        <w:t>کے مقرر کردہ نقشے کو پوری رضامندی کے ساتھ قبول کرنا اور صلوات اور رحمت کا مطلب یہ</w:t>
      </w:r>
    </w:p>
    <w:p>
      <w:r>
        <w:rPr>
          <w:b/>
        </w:rPr>
        <w:t xml:space="preserve">[1:13:46] </w:t>
      </w:r>
      <w:r>
        <w:t>hai ke jo log Khalik ke is mansoobay par raazi hon aur us ke mutabiq apne amal ki</w:t>
      </w:r>
    </w:p>
    <w:p>
      <w:pPr>
        <w:jc w:val="right"/>
      </w:pPr>
      <w:r>
        <w:t>ہے کہ جو لوگ خالق کے اس منصوبے پر راضی ہوں اور اس کے مطابق اپنے عمل کی</w:t>
      </w:r>
    </w:p>
    <w:p>
      <w:r>
        <w:rPr>
          <w:b/>
        </w:rPr>
        <w:t xml:space="preserve">[1:13:52] </w:t>
      </w:r>
      <w:r>
        <w:t>mansoobay bandi karen wahi woh log hain jo is dunya mein kaamyaabi haasil karenge.</w:t>
      </w:r>
    </w:p>
    <w:p>
      <w:pPr>
        <w:jc w:val="right"/>
      </w:pPr>
      <w:r>
        <w:t>منصوبہ بندی کریں وہی وہ لوگ ہیں جو اس دنیا میں کامیابی حاصل کریں گے۔</w:t>
      </w:r>
    </w:p>
    <w:p>
      <w:r>
        <w:rPr>
          <w:b/>
        </w:rPr>
        <w:t xml:space="preserve">[1:13:58] </w:t>
      </w:r>
      <w:r>
        <w:t>is maamle ki ek tareekhi misaal yeh hai ke qadeem Madina yaani Yasrab mein do baray qabeelay thay</w:t>
      </w:r>
    </w:p>
    <w:p>
      <w:pPr>
        <w:jc w:val="right"/>
      </w:pPr>
      <w:r>
        <w:t>اس معاملے کی ایک تاریخی مثال یہ ہے کہ قدیم مدینہ یعنی یسرب میں دو بڑے قبیلے تھے</w:t>
      </w:r>
    </w:p>
    <w:p>
      <w:r>
        <w:rPr>
          <w:b/>
        </w:rPr>
        <w:t xml:space="preserve">[1:14:04] </w:t>
      </w:r>
      <w:r>
        <w:t>Aus aur Khazraj.</w:t>
      </w:r>
    </w:p>
    <w:p>
      <w:pPr>
        <w:jc w:val="right"/>
      </w:pPr>
      <w:r>
        <w:t>اوس اور خزرج۔</w:t>
      </w:r>
    </w:p>
    <w:p>
      <w:r>
        <w:rPr>
          <w:b/>
        </w:rPr>
        <w:t xml:space="preserve">[1:14:11] </w:t>
      </w:r>
      <w:r>
        <w:t>yeh dono qabile qabaili culture ki bina par bar bar aapas mein larte rehte thay. is bahami ladaai ke nateejay mein un ki taraqqi ruki hui thi. rasool Allah sal Allah aleh wasalam ki hijrat se kuch pehle dono qabilon ke darmiyan bahami ladaai hui. is ladaai ko tareekh mein yom-e-ba'ath kaha jata hai. hazrat ayesha kehti hain: "kan yom ba'ath yoman qadamahullah lirasoolih</w:t>
      </w:r>
    </w:p>
    <w:p>
      <w:pPr>
        <w:jc w:val="right"/>
      </w:pPr>
      <w:r>
        <w:t>یہ دونوں قبیلے قبائلی کلچر کی بنا پر بار بار آپس میں لڑتے رہتے تھے۔ اس باہمی لڑائی کے نتیجے میں ان کی ترقی رکی ہوئی تھی۔ رسول اللہ صلی اللہ علیہ وسلم کی ہجرت سے کچھ پہلے دونوں قبیلوں کے درمیان باہمی لڑائی ہوئی۔ اس لڑائی کو تاریخ میں یوم بعاث کہا جاتا ہے۔ حضرت عائشہ کہتی ہیں: "کان یوم بعاث یوما قدمہ اللہ لرسولہ</w:t>
      </w:r>
    </w:p>
    <w:p>
      <w:r>
        <w:rPr>
          <w:b/>
        </w:rPr>
        <w:t xml:space="preserve">[1:14:41] </w:t>
      </w:r>
      <w:r>
        <w:t>Sallallahu Alaihi Wasallam fa qadama Rasoolullahi Sallallahu Alaihi Wasallam wa qad iftaraqa malaahum wa qallat salawaatuhum wa jurha fa qadama</w:t>
      </w:r>
    </w:p>
    <w:p>
      <w:pPr>
        <w:jc w:val="right"/>
      </w:pPr>
      <w:r>
        <w:t>صلی اللہ علیہ وسلم فقدم رسول اللہ صلی اللہ علیہ وسلم وقد افترق ملاہم وقلت صلواتہم وجرح فقدمہ</w:t>
      </w:r>
    </w:p>
    <w:p>
      <w:r>
        <w:rPr>
          <w:b/>
        </w:rPr>
        <w:t xml:space="preserve">[1:14:48] </w:t>
      </w:r>
      <w:r>
        <w:t>Allahu li Rasoolihi Sallallahu Alaihi Wasallam fi dukhoolihim fil Islam". Sahih Bukhari.</w:t>
      </w:r>
    </w:p>
    <w:p>
      <w:pPr>
        <w:jc w:val="right"/>
      </w:pPr>
      <w:r>
        <w:t>اللہ لرسولہ صلی اللہ علیہ وسلم فی دخولہم فی الاسلام"۔ صحیح بخاری۔</w:t>
      </w:r>
    </w:p>
    <w:p>
      <w:r>
        <w:rPr>
          <w:b/>
        </w:rPr>
        <w:t xml:space="preserve">[1:14:56] </w:t>
      </w:r>
      <w:r>
        <w:t>yaani Bu'ath ke waaqe'ay ko Allah taala ne apne Rasool ke liye paida kiya tha.</w:t>
      </w:r>
    </w:p>
    <w:p>
      <w:pPr>
        <w:jc w:val="right"/>
      </w:pPr>
      <w:r>
        <w:t>یعنی بعاث کے واقعے کو اللہ تعالی نے اپنے رسول کے لیے پیدا کیا تھا۔</w:t>
      </w:r>
    </w:p>
    <w:p>
      <w:r>
        <w:rPr>
          <w:b/>
        </w:rPr>
        <w:t xml:space="preserve">[1:15:03] </w:t>
      </w:r>
      <w:r>
        <w:t>chunancha jab aap Madina mein aaye to yeh qabaail aapsi ikhtilaaf</w:t>
      </w:r>
    </w:p>
    <w:p>
      <w:pPr>
        <w:jc w:val="right"/>
      </w:pPr>
      <w:r>
        <w:t>چنانچہ جب آپ مدینہ میں آئے تو یہ قبائل آپسی اختلاف</w:t>
      </w:r>
    </w:p>
    <w:p>
      <w:r>
        <w:rPr>
          <w:b/>
        </w:rPr>
        <w:t xml:space="preserve">[1:15:11] </w:t>
      </w:r>
      <w:r>
        <w:t>ka shikaar thay aur un ke sardar kuch qatal kiye ja chukay thay aur kuch zakhmi ho gaye thay.</w:t>
      </w:r>
    </w:p>
    <w:p>
      <w:pPr>
        <w:jc w:val="right"/>
      </w:pPr>
      <w:r>
        <w:t>کا شکار تھے اور ان کے سردار کچھ قتل کیے جا چکے تھے اور کچھ زخمی ہو گئے تھے۔</w:t>
      </w:r>
    </w:p>
    <w:p>
      <w:r>
        <w:rPr>
          <w:b/>
        </w:rPr>
        <w:t xml:space="preserve">[1:15:16] </w:t>
      </w:r>
      <w:r>
        <w:t>to Allah taala ne is ko aap se pehle wuqoo'ay pazeer kiya taakeh woh Islam mein daakhil ho jaye.</w:t>
      </w:r>
    </w:p>
    <w:p>
      <w:pPr>
        <w:jc w:val="right"/>
      </w:pPr>
      <w:r>
        <w:t>تو اللہ تعالی نے اس کو آپ سے پہلے وقوع پذیر کیا تاکہ وہ اسلام میں داخل ہو جائے۔</w:t>
      </w:r>
    </w:p>
    <w:p>
      <w:r>
        <w:rPr>
          <w:b/>
        </w:rPr>
        <w:t xml:space="preserve">[1:15:21] </w:t>
      </w:r>
      <w:r>
        <w:t>is riwayat par ghore karne se samajh mein aata hai ke jo soorat qadeem Madina yaani Yasrab mein</w:t>
      </w:r>
    </w:p>
    <w:p>
      <w:pPr>
        <w:jc w:val="right"/>
      </w:pPr>
      <w:r>
        <w:t>اس روایت پر غور کرنے سے سمجھ میں آتا ہے کہ جو صورت قدیم مدینہ یعنی یسرب میں</w:t>
      </w:r>
    </w:p>
    <w:p>
      <w:r>
        <w:rPr>
          <w:b/>
        </w:rPr>
        <w:t xml:space="preserve">[1:15:26] </w:t>
      </w:r>
      <w:r>
        <w:t>pesh aayi woh kya thi.</w:t>
      </w:r>
    </w:p>
    <w:p>
      <w:pPr>
        <w:jc w:val="right"/>
      </w:pPr>
      <w:r>
        <w:t>پیش آئی وہ کیا تھی۔</w:t>
      </w:r>
    </w:p>
    <w:p>
      <w:r>
        <w:rPr>
          <w:b/>
        </w:rPr>
        <w:t xml:space="preserve">[1:15:31] </w:t>
      </w:r>
      <w:r>
        <w:t>waaqea yeh tha ke hijrat Rasool se paanch saal pehle Madina ke do qabaail Aus aur Khazraj mein</w:t>
      </w:r>
    </w:p>
    <w:p>
      <w:pPr>
        <w:jc w:val="right"/>
      </w:pPr>
      <w:r>
        <w:t>واقعہ یہ تھا کہ ہجرت رسول سے پانچ سال پہلے مدینہ کے دو قبائل اوس اور خزرج میں</w:t>
      </w:r>
    </w:p>
    <w:p>
      <w:r>
        <w:rPr>
          <w:b/>
        </w:rPr>
        <w:t xml:space="preserve">[1:15:36] </w:t>
      </w:r>
      <w:r>
        <w:t>baahmi jang hui. Is mein</w:t>
      </w:r>
    </w:p>
    <w:p>
      <w:pPr>
        <w:jc w:val="right"/>
      </w:pPr>
      <w:r>
        <w:t>باہمی جنگ ہوئی۔ اس میں</w:t>
      </w:r>
    </w:p>
    <w:p>
      <w:r>
        <w:rPr>
          <w:b/>
        </w:rPr>
        <w:t xml:space="preserve">[1:15:41] </w:t>
      </w:r>
      <w:r>
        <w:t>in ke bohat se log mare gae.</w:t>
      </w:r>
    </w:p>
    <w:p>
      <w:pPr>
        <w:jc w:val="right"/>
      </w:pPr>
      <w:r>
        <w:t>ان کے بہت سے لوگ مارے گئے۔</w:t>
      </w:r>
    </w:p>
    <w:p>
      <w:r>
        <w:rPr>
          <w:b/>
        </w:rPr>
        <w:t xml:space="preserve">[1:15:46] </w:t>
      </w:r>
      <w:r>
        <w:t>is hadse ke baad ahle yasrab ke darmiyan yeh zehn paida hua ke hamara maujooda qabaili culture hamare</w:t>
      </w:r>
    </w:p>
    <w:p>
      <w:pPr>
        <w:jc w:val="right"/>
      </w:pPr>
      <w:r>
        <w:t>اس حادثے کے بعد اہل یسرب کے درمیان یہ ذہن پیدا ہوا کہ ہمارا موجودہ قبائلی کلچر ہمارے</w:t>
      </w:r>
    </w:p>
    <w:p>
      <w:r>
        <w:rPr>
          <w:b/>
        </w:rPr>
        <w:t xml:space="preserve">[1:15:51] </w:t>
      </w:r>
      <w:r>
        <w:t>liye musibat ban gaya hai.</w:t>
      </w:r>
    </w:p>
    <w:p>
      <w:pPr>
        <w:jc w:val="right"/>
      </w:pPr>
      <w:r>
        <w:t>لیے مصیبت بن گیا ہے۔</w:t>
      </w:r>
    </w:p>
    <w:p>
      <w:r>
        <w:rPr>
          <w:b/>
        </w:rPr>
        <w:t xml:space="preserve">[1:15:56] </w:t>
      </w:r>
      <w:r>
        <w:t>is waqt un ko nazar aaya ke islam un ke liye behtar intekhab ya behtar option hai.</w:t>
      </w:r>
    </w:p>
    <w:p>
      <w:pPr>
        <w:jc w:val="right"/>
      </w:pPr>
      <w:r>
        <w:t>اس وقت ان کو نظر آیا کہ اسلام ان کے لیے بہتر انتخاب یا بیٹر آپشن ہے۔</w:t>
      </w:r>
    </w:p>
    <w:p>
      <w:r>
        <w:rPr>
          <w:b/>
        </w:rPr>
        <w:t xml:space="preserve">[1:16:01] </w:t>
      </w:r>
      <w:r>
        <w:t>wazeh ho ke hijrat se pehle islam yasrab mein pahunch chuka tha.</w:t>
      </w:r>
    </w:p>
    <w:p>
      <w:pPr>
        <w:jc w:val="right"/>
      </w:pPr>
      <w:r>
        <w:t>واضح ہو کہ ہجرت سے پہلے اسلام یسرب میں پہنچ چکا تھا۔</w:t>
      </w:r>
    </w:p>
    <w:p>
      <w:r>
        <w:rPr>
          <w:b/>
        </w:rPr>
        <w:t xml:space="preserve">[1:16:06] </w:t>
      </w:r>
      <w:r>
        <w:t>chunaanche jab rasool Allah sal Allah aleh wasallam madina mein dakhil hue to bohat jald aap madina walon ke liye</w:t>
      </w:r>
    </w:p>
    <w:p>
      <w:pPr>
        <w:jc w:val="right"/>
      </w:pPr>
      <w:r>
        <w:t>چنانچہ جب رسول اللہ صلی اللہ علیہ وسلم مدینہ میں داخل ہوئے تو بہت جلد آپ مدینہ والوں کے لیے</w:t>
      </w:r>
    </w:p>
    <w:p>
      <w:r>
        <w:rPr>
          <w:b/>
        </w:rPr>
        <w:t xml:space="preserve">[1:16:11] </w:t>
      </w:r>
      <w:r>
        <w:t>qabil-e-qubool ya acceptable ban gae.</w:t>
      </w:r>
    </w:p>
    <w:p>
      <w:pPr>
        <w:jc w:val="right"/>
      </w:pPr>
      <w:r>
        <w:t>قابل قبول یا ایکسیپٹیبل بن گئے۔</w:t>
      </w:r>
    </w:p>
    <w:p>
      <w:r>
        <w:rPr>
          <w:b/>
        </w:rPr>
        <w:t xml:space="preserve">[1:16:16] </w:t>
      </w:r>
      <w:r>
        <w:t>yeh ek misaal hai ke tareekh mein kis tarah halaat ka dabao logon ke liye is baat ka</w:t>
      </w:r>
    </w:p>
    <w:p>
      <w:pPr>
        <w:jc w:val="right"/>
      </w:pPr>
      <w:r>
        <w:t>یہ ایک مثال ہے کہ تاریخ میں کس طرح حالات کا دباؤ لوگوں کے لیے اس بات کا</w:t>
      </w:r>
    </w:p>
    <w:p>
      <w:r>
        <w:rPr>
          <w:b/>
        </w:rPr>
        <w:t xml:space="preserve">[1:16:21] </w:t>
      </w:r>
      <w:r>
        <w:t>zariya ban gaya ke woh apni soch ko badlein aur jang ke bajaye aman ka tareeqa ikhtiyar karein.</w:t>
      </w:r>
    </w:p>
    <w:p>
      <w:pPr>
        <w:jc w:val="right"/>
      </w:pPr>
      <w:r>
        <w:t>ذریعہ بن گیا کہ وہ اپنی سوچ کو بدلیں اور جنگ کے بجائے امن کا طریقہ اختیار کریں۔</w:t>
      </w:r>
    </w:p>
    <w:p>
      <w:r>
        <w:rPr>
          <w:b/>
        </w:rPr>
        <w:t xml:space="preserve">[1:16:26] </w:t>
      </w:r>
      <w:r>
        <w:t>musibat ka yeh fitri formula afraad ke liye bhi hai aur grohon ke liye bhi.</w:t>
      </w:r>
    </w:p>
    <w:p>
      <w:pPr>
        <w:jc w:val="right"/>
      </w:pPr>
      <w:r>
        <w:t>مصیبت کا یہ فطری فارمولا افراد کے لیے بھی ہے اور گروہوں کے لیے بھی۔</w:t>
      </w:r>
    </w:p>
    <w:p>
      <w:r>
        <w:rPr>
          <w:b/>
        </w:rPr>
        <w:t xml:space="preserve">[1:16:31] </w:t>
      </w:r>
      <w:r>
        <w:t>tareekh mein bari tadad mein aise afraad bhi milein ge aur aise groh bhi jin par musibat ya</w:t>
      </w:r>
    </w:p>
    <w:p>
      <w:pPr>
        <w:jc w:val="right"/>
      </w:pPr>
      <w:r>
        <w:t>تاریخ میں بڑی تعداد میں ایسے افراد بھی ملیں گے اور ایسے گروہ بھی جن پر مصیبت یا</w:t>
      </w:r>
    </w:p>
    <w:p>
      <w:r>
        <w:rPr>
          <w:b/>
        </w:rPr>
        <w:t xml:space="preserve">[1:16:36] </w:t>
      </w:r>
      <w:r>
        <w:t>dabao ke yeh ha</w:t>
      </w:r>
    </w:p>
    <w:p>
      <w:pPr>
        <w:jc w:val="right"/>
      </w:pPr>
      <w:r>
        <w:t>دباؤ کے یہ ح</w:t>
      </w:r>
    </w:p>
    <w:p>
      <w:r>
        <w:rPr>
          <w:b/>
        </w:rPr>
        <w:t xml:space="preserve">[1:16:41] </w:t>
      </w:r>
      <w:r>
        <w:t>laat pesh aaye.</w:t>
      </w:r>
    </w:p>
    <w:p>
      <w:pPr>
        <w:jc w:val="right"/>
      </w:pPr>
      <w:r>
        <w:t>الات پیش آئے۔</w:t>
      </w:r>
    </w:p>
    <w:p>
      <w:r>
        <w:rPr>
          <w:b/>
        </w:rPr>
        <w:t xml:space="preserve">[1:16:49] </w:t>
      </w:r>
      <w:r>
        <w:t>is ke nateejay mein unhon ne masle par dobara ghore kiya aur naye behtar faisle tak pahunche.</w:t>
      </w:r>
    </w:p>
    <w:p>
      <w:pPr>
        <w:jc w:val="right"/>
      </w:pPr>
      <w:r>
        <w:t>اس کے نتیجے میں انہوں نے مسئلے پر دوبارہ غور کیا اور نئے بہتر فیصلے تک پہنچے۔</w:t>
      </w:r>
    </w:p>
    <w:p>
      <w:r>
        <w:rPr>
          <w:b/>
        </w:rPr>
        <w:t xml:space="preserve">[1:16:56] </w:t>
      </w:r>
      <w:r>
        <w:t>halaat ka mutalea batata hai ke dabao ya pressure ki soorat pesh na aati to afraad aur groh</w:t>
      </w:r>
    </w:p>
    <w:p>
      <w:pPr>
        <w:jc w:val="right"/>
      </w:pPr>
      <w:r>
        <w:t>حالات کا مطالعہ بتاتا ہے کہ دباؤ یا پریشر کی صورت پیش نہ آتی تو افراد اور گروہ</w:t>
      </w:r>
    </w:p>
    <w:p>
      <w:r>
        <w:rPr>
          <w:b/>
        </w:rPr>
        <w:t xml:space="preserve">[1:17:04] </w:t>
      </w:r>
      <w:r>
        <w:t>dono ke liye koi naya faisla lena mumkin nahi hota. Allah o Akbar</w:t>
      </w:r>
    </w:p>
    <w:p>
      <w:pPr>
        <w:jc w:val="right"/>
      </w:pPr>
      <w:r>
        <w:t>دونوں کے لیے کوئی نیا فیصلہ لینا ممکن نہیں ہوتا۔ اللہ اکبر</w:t>
      </w:r>
    </w:p>
    <w:p>
      <w:r>
        <w:rPr>
          <w:b/>
        </w:rPr>
        <w:t xml:space="preserve">[1:17:11] </w:t>
      </w:r>
      <w:r>
        <w:t>ka galat istemal.</w:t>
      </w:r>
    </w:p>
    <w:p>
      <w:pPr>
        <w:jc w:val="right"/>
      </w:pPr>
      <w:r>
        <w:t>کا غلط استعمال۔</w:t>
      </w:r>
    </w:p>
    <w:p>
      <w:r>
        <w:rPr>
          <w:b/>
        </w:rPr>
        <w:t xml:space="preserve">[1:17:16] </w:t>
      </w:r>
      <w:r>
        <w:t>ek news media mein aai hai.</w:t>
      </w:r>
    </w:p>
    <w:p>
      <w:pPr>
        <w:jc w:val="right"/>
      </w:pPr>
      <w:r>
        <w:t>ایک نیوز میڈیا میں آئی ہے۔</w:t>
      </w:r>
    </w:p>
    <w:p>
      <w:r>
        <w:rPr>
          <w:b/>
        </w:rPr>
        <w:t xml:space="preserve">[1:17:20] </w:t>
      </w:r>
      <w:r>
        <w:t>ٹائمز آف انڈیا نیو دہلی کے الفاظ میں وہ نیوز یہ ہے: "Venice mayor shout Allahu Akbar and</w:t>
      </w:r>
    </w:p>
    <w:p>
      <w:pPr>
        <w:jc w:val="right"/>
      </w:pPr>
      <w:r>
        <w:t>ٹائمز آف انڈیا نیو دہلی کے الفاظ میں وہ نیوز یہ ہے: "وینس میئر شاؤٹ اللہ اکبر اینڈ</w:t>
      </w:r>
    </w:p>
    <w:p>
      <w:r>
        <w:rPr>
          <w:b/>
        </w:rPr>
        <w:t xml:space="preserve">[1:17:24] </w:t>
      </w:r>
      <w:r>
        <w:t>you will be short.</w:t>
      </w:r>
    </w:p>
    <w:p>
      <w:pPr>
        <w:jc w:val="right"/>
      </w:pPr>
      <w:r>
        <w:t>یو ویل بی شارٹ۔</w:t>
      </w:r>
    </w:p>
    <w:p>
      <w:r>
        <w:rPr>
          <w:b/>
        </w:rPr>
        <w:t xml:space="preserve">[1:17:28] </w:t>
      </w:r>
      <w:r>
        <w:t>Venice's controversial mayor has declared that anyone shouting Allahu Akbar in the city's famous Saint Mark's Square</w:t>
      </w:r>
    </w:p>
    <w:p>
      <w:pPr>
        <w:jc w:val="right"/>
      </w:pPr>
      <w:r>
        <w:t>وینسز کنٹروورشل میئر ہیز ڈیکلیئرڈ دیٹ اینی ون شاؤٹنگ اللہ اکبر ان دا سٹیز فیمس سینٹ مارکس سکوئر</w:t>
      </w:r>
    </w:p>
    <w:p>
      <w:r>
        <w:rPr>
          <w:b/>
        </w:rPr>
        <w:t xml:space="preserve">[1:17:33] </w:t>
      </w:r>
      <w:r>
        <w:t>will be short after three steps.</w:t>
      </w:r>
    </w:p>
    <w:p>
      <w:pPr>
        <w:jc w:val="right"/>
      </w:pPr>
      <w:r>
        <w:t>ول بی شارٹ افٹر تھری سٹیپس۔</w:t>
      </w:r>
    </w:p>
    <w:p>
      <w:r>
        <w:rPr>
          <w:b/>
        </w:rPr>
        <w:t xml:space="preserve">[1:17:37] </w:t>
      </w:r>
      <w:r>
        <w:t>luigi berganaro also said the italian city was safer than</w:t>
      </w:r>
    </w:p>
    <w:p>
      <w:pPr>
        <w:jc w:val="right"/>
      </w:pPr>
      <w:r>
        <w:t>لوئیگی برگنارو السو سیڈ دا اٹالین سٹی واز سیفر دین</w:t>
      </w:r>
    </w:p>
    <w:p>
      <w:r>
        <w:rPr>
          <w:b/>
        </w:rPr>
        <w:t xml:space="preserve">[1:17:41] </w:t>
      </w:r>
      <w:r>
        <w:t>barcelona where terrorists killed 13 people this month.</w:t>
      </w:r>
    </w:p>
    <w:p>
      <w:pPr>
        <w:jc w:val="right"/>
      </w:pPr>
      <w:r>
        <w:t>بارسلونا ویئر ٹیررسٹ کلڈ 13 پیپل دس منتھ۔</w:t>
      </w:r>
    </w:p>
    <w:p>
      <w:r>
        <w:rPr>
          <w:b/>
        </w:rPr>
        <w:t xml:space="preserve">[1:17:46] </w:t>
      </w:r>
      <w:r>
        <w:t>اکارڈنگ ٹو دا ٹائمز برگنارو سیڈ: "We keep our guard up if anyone runs into Saint Mark's</w:t>
      </w:r>
    </w:p>
    <w:p>
      <w:pPr>
        <w:jc w:val="right"/>
      </w:pPr>
      <w:r>
        <w:t>اکارڈنگ ٹو دا ٹائمز برگنارو سیڈ: "وی کیپ اور گارڈ اپ اف اینی ون رنز انٹو سینٹ مارکس</w:t>
      </w:r>
    </w:p>
    <w:p>
      <w:r>
        <w:rPr>
          <w:b/>
        </w:rPr>
        <w:t xml:space="preserve">[1:17:51] </w:t>
      </w:r>
      <w:r>
        <w:t>square shouting Allah o Akbar.</w:t>
      </w:r>
    </w:p>
    <w:p>
      <w:pPr>
        <w:jc w:val="right"/>
      </w:pPr>
      <w:r>
        <w:t>سکوئر شاؤٹنگ اللہ اکبر۔</w:t>
      </w:r>
    </w:p>
    <w:p>
      <w:r>
        <w:rPr>
          <w:b/>
        </w:rPr>
        <w:t xml:space="preserve">[1:17:56] </w:t>
      </w:r>
      <w:r>
        <w:t>we will take him down.</w:t>
      </w:r>
    </w:p>
    <w:p>
      <w:pPr>
        <w:jc w:val="right"/>
      </w:pPr>
      <w:r>
        <w:t>وی ویل ٹیک ہم ڈاؤن۔</w:t>
      </w:r>
    </w:p>
    <w:p>
      <w:r>
        <w:rPr>
          <w:b/>
        </w:rPr>
        <w:t xml:space="preserve">[1:18:01] </w:t>
      </w:r>
      <w:r>
        <w:t>"A year ago I said after four steps, now after three." Defending his remarks at a conference, he</w:t>
      </w:r>
    </w:p>
    <w:p>
      <w:pPr>
        <w:jc w:val="right"/>
      </w:pPr>
      <w:r>
        <w:t>ا ایئر اگو آئی سیڈ افٹر فور سٹیپس ناؤ افٹر تھری۔" ڈیفینڈنگ ہز ریمارکس ایٹ ا کانفرنس ہی</w:t>
      </w:r>
    </w:p>
    <w:p>
      <w:r>
        <w:rPr>
          <w:b/>
        </w:rPr>
        <w:t xml:space="preserve">[1:18:06] </w:t>
      </w:r>
      <w:r>
        <w:t>added: "i have never been</w:t>
      </w:r>
    </w:p>
    <w:p>
      <w:pPr>
        <w:jc w:val="right"/>
      </w:pPr>
      <w:r>
        <w:t>ایڈڈ: "آئی ہیو نیور بین</w:t>
      </w:r>
    </w:p>
    <w:p>
      <w:r>
        <w:rPr>
          <w:b/>
        </w:rPr>
        <w:t xml:space="preserve">[1:18:11] </w:t>
      </w:r>
      <w:r>
        <w:t>politically correct. i am incorrect. i would shoot. we would shoot. concrete barriers have been installed in some of italy's most famous sites in the week of the barcelona atrocity. major tourist attractions in milan, rome, bologna and turin are also stepping up security in pedestrianised areas. italy has not suffered any attacks in its territory but it has w</w:t>
      </w:r>
    </w:p>
    <w:p>
      <w:pPr>
        <w:jc w:val="right"/>
      </w:pPr>
      <w:r>
        <w:t>پولیٹیکلی کریکٹ۔ آئی ایم ان کریکٹ۔ آئی وڈ شوٹ۔ وی وڈ شوٹ۔ کنکریٹ بیریئرز ہیو بین انسٹالڈ ان سم اف اٹلیز موسٹ فیمس سائٹس ان دا ویک اف دا بارسلونا ایٹروسٹی۔ میجر ٹورسٹ اٹریکشنز ان میلان، روم، بولوگنا اینڈ ٹیورین ار ال سٹیپنگ اپ سیکیورٹی ان پیڈیسٹریائزڈ ایریاز۔ اٹلی ہیز ناٹ سفرڈ اینی اٹیکس ان اٹس ٹیریٹری بٹ آئی ایس ہیز و</w:t>
      </w:r>
    </w:p>
    <w:p>
      <w:r>
        <w:rPr>
          <w:b/>
        </w:rPr>
        <w:t xml:space="preserve">[1:18:41] </w:t>
      </w:r>
      <w:r>
        <w:t>"earn that the country is on its hit list." Is khabar ko dekh kar shayad kuch Musalman ye</w:t>
      </w:r>
    </w:p>
    <w:p>
      <w:pPr>
        <w:jc w:val="right"/>
      </w:pPr>
      <w:r>
        <w:t>ارن دیٹ دا کنٹری از ان اٹس ہٹ لسٹ۔" اس خبر کو دیکھ کر شاید کچھ مسلمان یہ</w:t>
      </w:r>
    </w:p>
    <w:p>
      <w:r>
        <w:rPr>
          <w:b/>
        </w:rPr>
        <w:t xml:space="preserve">[1:18:47] </w:t>
      </w:r>
      <w:r>
        <w:t>kahenge ke yeh islam ke khilaaf maghrib ki dushmani ka ek mazeed saboot hai.</w:t>
      </w:r>
    </w:p>
    <w:p>
      <w:pPr>
        <w:jc w:val="right"/>
      </w:pPr>
      <w:r>
        <w:t>کہیں گے کہ یہ اسلام کے خلاف مغرب کی دشمنی کا ایک مزید ثبوت ہے۔</w:t>
      </w:r>
    </w:p>
    <w:p>
      <w:r>
        <w:rPr>
          <w:b/>
        </w:rPr>
        <w:t xml:space="preserve">[1:18:53] </w:t>
      </w:r>
      <w:r>
        <w:t>magar sawal yeh hai ke islam to maghrib mein bohat pehle se hai magar kabhi kisi maghribi leader</w:t>
      </w:r>
    </w:p>
    <w:p>
      <w:pPr>
        <w:jc w:val="right"/>
      </w:pPr>
      <w:r>
        <w:t>مگر سوال یہ ہے کہ اسلام تو مغرب میں بہت پہلے سے ہے مگر کبھی کسی مغربی لیڈر</w:t>
      </w:r>
    </w:p>
    <w:p>
      <w:r>
        <w:rPr>
          <w:b/>
        </w:rPr>
        <w:t xml:space="preserve">[1:18:59] </w:t>
      </w:r>
      <w:r>
        <w:t>ne is qism ki baat nahi kahi.</w:t>
      </w:r>
    </w:p>
    <w:p>
      <w:pPr>
        <w:jc w:val="right"/>
      </w:pPr>
      <w:r>
        <w:t>نے اس قسم کی بات نہیں کہی۔</w:t>
      </w:r>
    </w:p>
    <w:p>
      <w:r>
        <w:rPr>
          <w:b/>
        </w:rPr>
        <w:t xml:space="preserve">[1:19:05] </w:t>
      </w:r>
      <w:r>
        <w:t>asal yeh hai ke yeh tareekh mein pehli baar hai ke musalmanon ke kuch group islam ke</w:t>
      </w:r>
    </w:p>
    <w:p>
      <w:pPr>
        <w:jc w:val="right"/>
      </w:pPr>
      <w:r>
        <w:t>اصل یہ ہے کہ یہ تاریخ میں پہلی بار ہے کہ مسلمانوں کے کچھ گروپ اسلام کے</w:t>
      </w:r>
    </w:p>
    <w:p>
      <w:r>
        <w:rPr>
          <w:b/>
        </w:rPr>
        <w:t xml:space="preserve">[1:19:11] </w:t>
      </w:r>
      <w:r>
        <w:t>naam par militancy chalate hain.</w:t>
      </w:r>
    </w:p>
    <w:p>
      <w:pPr>
        <w:jc w:val="right"/>
      </w:pPr>
      <w:r>
        <w:t>نام پر ملیٹنسی چلاتے ہیں۔</w:t>
      </w:r>
    </w:p>
    <w:p>
      <w:r>
        <w:rPr>
          <w:b/>
        </w:rPr>
        <w:t xml:space="preserve">[1:19:16] </w:t>
      </w:r>
      <w:r>
        <w:t>woh Allah o Akbar keh kar logon ke upar bomb marte hain.</w:t>
      </w:r>
    </w:p>
    <w:p>
      <w:pPr>
        <w:jc w:val="right"/>
      </w:pPr>
      <w:r>
        <w:t>وہ اللہ اکبر کہہ کر لوگوں کے اوپر بم مارتے ہیں۔</w:t>
      </w:r>
    </w:p>
    <w:p>
      <w:r>
        <w:rPr>
          <w:b/>
        </w:rPr>
        <w:t xml:space="preserve">[1:19:20] </w:t>
      </w:r>
      <w:r>
        <w:t>aisi halat mein yeh ek fitri baat hai ke log yeh samjhein ke Allah o Akbar apne manne walon</w:t>
      </w:r>
    </w:p>
    <w:p>
      <w:pPr>
        <w:jc w:val="right"/>
      </w:pPr>
      <w:r>
        <w:t>ایسی حالت میں یہ ایک فطری بات ہے کہ لوگ یہ سمجھیں کہ اللہ اکبر اپنے ماننے والوں</w:t>
      </w:r>
    </w:p>
    <w:p>
      <w:r>
        <w:rPr>
          <w:b/>
        </w:rPr>
        <w:t xml:space="preserve">[1:19:24] </w:t>
      </w:r>
      <w:r>
        <w:t>ko violence sikhata hai.</w:t>
      </w:r>
    </w:p>
    <w:p>
      <w:pPr>
        <w:jc w:val="right"/>
      </w:pPr>
      <w:r>
        <w:t>کو وائلنس سکھاتا ہے۔</w:t>
      </w:r>
    </w:p>
    <w:p>
      <w:r>
        <w:rPr>
          <w:b/>
        </w:rPr>
        <w:t xml:space="preserve">[1:19:29] </w:t>
      </w:r>
      <w:r>
        <w:t>aur yeh ek haqeeqat hai ke violence ki baat karne walon ke liye aaj ki duniya mein koi</w:t>
      </w:r>
    </w:p>
    <w:p>
      <w:pPr>
        <w:jc w:val="right"/>
      </w:pPr>
      <w:r>
        <w:t>اور یہ ایک حقیقت ہے کہ وائلنس کی بات کرنے والوں کے لیے آج کی دنیا میں کوئی</w:t>
      </w:r>
    </w:p>
    <w:p>
      <w:r>
        <w:rPr>
          <w:b/>
        </w:rPr>
        <w:t xml:space="preserve">[1:19:33] </w:t>
      </w:r>
      <w:r>
        <w:t>jagah nahi hai.</w:t>
      </w:r>
    </w:p>
    <w:p>
      <w:pPr>
        <w:jc w:val="right"/>
      </w:pPr>
      <w:r>
        <w:t>جگہ نہیں ہے۔</w:t>
      </w:r>
    </w:p>
    <w:p>
      <w:r>
        <w:rPr>
          <w:b/>
        </w:rPr>
        <w:t xml:space="preserve">[1:19:37] </w:t>
      </w:r>
      <w:r>
        <w:t>musalmanon ko chahiye ke woh is waqeye par react na karein balkeh yeh sochein ke</w:t>
      </w:r>
    </w:p>
    <w:p>
      <w:pPr>
        <w:jc w:val="right"/>
      </w:pPr>
      <w:r>
        <w:t>مسلمانوں کو چاہیے کہ وہ اس واقعے پر ری ایکٹ نہ کریں بلکہ یہ سوچیں کہ</w:t>
      </w:r>
    </w:p>
    <w:p>
      <w:r>
        <w:rPr>
          <w:b/>
        </w:rPr>
        <w:t xml:space="preserve">[1:19:42] </w:t>
      </w:r>
      <w:r>
        <w:t>iska sabab yeh hai ke islam ki image kharab ho gayi hai.</w:t>
      </w:r>
    </w:p>
    <w:p>
      <w:pPr>
        <w:jc w:val="right"/>
      </w:pPr>
      <w:r>
        <w:t>اس کا سبب یہ ہے کہ اسلام کی امیج خراب ہو گئی ہے۔</w:t>
      </w:r>
    </w:p>
    <w:p>
      <w:r>
        <w:rPr>
          <w:b/>
        </w:rPr>
        <w:t xml:space="preserve">[1:19:48] </w:t>
      </w:r>
      <w:r>
        <w:t>aaj musalmanon ka sab se bara farz yeh hai ke woh sochein ke ab hamein dobara yeh image</w:t>
      </w:r>
    </w:p>
    <w:p>
      <w:pPr>
        <w:jc w:val="right"/>
      </w:pPr>
      <w:r>
        <w:t>آج مسلمانوں کا سب سے بڑا فرض یہ ہے کہ وہ سوچیں کہ اب ہمیں دوبارہ یہ امیج</w:t>
      </w:r>
    </w:p>
    <w:p>
      <w:r>
        <w:rPr>
          <w:b/>
        </w:rPr>
        <w:t xml:space="preserve">[1:19:54] </w:t>
      </w:r>
      <w:r>
        <w:t>banana hai ke islam ek peaceful mazhab hai.</w:t>
      </w:r>
    </w:p>
    <w:p>
      <w:pPr>
        <w:jc w:val="right"/>
      </w:pPr>
      <w:r>
        <w:t>بنانا ہے کہ اسلام ایک پیس فل مذہب ہے۔</w:t>
      </w:r>
    </w:p>
    <w:p>
      <w:r>
        <w:rPr>
          <w:b/>
        </w:rPr>
        <w:t xml:space="preserve">[1:20:00] </w:t>
      </w:r>
      <w:r>
        <w:t>iske siwa is masle ka koi aur hal nahi.</w:t>
      </w:r>
    </w:p>
    <w:p>
      <w:pPr>
        <w:jc w:val="right"/>
      </w:pPr>
      <w:r>
        <w:t>اس کے سوا اس مسئلے کا کوئی اور حل نہیں۔</w:t>
      </w:r>
    </w:p>
    <w:p>
      <w:r>
        <w:rPr>
          <w:b/>
        </w:rPr>
        <w:t xml:space="preserve">[1:20:07] </w:t>
      </w:r>
      <w:r>
        <w:t>fasad fil arz.</w:t>
      </w:r>
    </w:p>
    <w:p>
      <w:pPr>
        <w:jc w:val="right"/>
      </w:pPr>
      <w:r>
        <w:t>فساد فی الارض۔</w:t>
      </w:r>
    </w:p>
    <w:p>
      <w:r>
        <w:rPr>
          <w:b/>
        </w:rPr>
        <w:t xml:space="preserve">[1:20:13] </w:t>
      </w:r>
      <w:r>
        <w:t>quran ki surah baqarah mein aik kirdaar ko in alfaaz mein bayan kiya gaya hai: "wa idha qeela lahum la tufsidoo fil ardi qalo innama nahnu muslihoon" . yani jab un se kaha jata hai ke tum zameen mein fasad na karo to woh kehte hain ke hum to islaah karne walay log hain. quran ki is aayat mein jis kirdaar ka zikr hai us se murad woh log hain jo bazahir aik islahi maqsad ke liye sar garam hon m</w:t>
      </w:r>
    </w:p>
    <w:p>
      <w:pPr>
        <w:jc w:val="right"/>
      </w:pPr>
      <w:r>
        <w:t>قرآن کی سورہ بقرہ میں ایک کردار کو ان الفاظ میں بیان کیا گیا ہے: "وَاِذَا قِيلَ لَهُمْ لَا تُفْسِدُوا فِي الْاَرْضِ قَالُوا إِنَّمَا نَحْنُ مُصْلِحُونَ"۔ یعنی جب ان سے کہا جاتا ہے کہ تم زمین میں فساد نہ کرو تو وہ کہتے ہیں کہ ہم تو اصلاح کرنے والے لوگ ہیں۔ قرآن کی اس آیت میں جس کردار کا ذکر ہے اس سے مراد وہ لوگ ہیں جو بظاہر ایک اصلاحی مقصد کے لیے سرگرم ہوں م</w:t>
      </w:r>
    </w:p>
    <w:p>
      <w:r>
        <w:rPr>
          <w:b/>
        </w:rPr>
        <w:t xml:space="preserve">[1:20:43] </w:t>
      </w:r>
      <w:r>
        <w:t>agar un ka tareeqa durust na ho. un ka tareeqa aisa ho jo amalan fasad aur bigaad paida karne wala ho. yahan fasad se murad yeh hai ke un ke tareeqay ke nateejay mein logon mein bahami takrao paida ho. log aik doosre se nafrat karne lagen. logon ke andar akhlaqi ehsas kamzor ho jaye. logon ke andar manfi nafsiyat paida hon. is qism ki tamam cheezen fasad fil arz ki ha</w:t>
      </w:r>
    </w:p>
    <w:p>
      <w:pPr>
        <w:jc w:val="right"/>
      </w:pPr>
      <w:r>
        <w:t>گر ان کا طریقہ درست نہ ہو۔ ان کا طریقہ ایسا ہو جو عملاً فساد اور بگاڑ پیدا کرنے والا ہے۔ یہاں فساد سے مراد یہ ہے کہ ان کے طریقے کے نتیجے میں لوگوں میں باہمی ٹکراؤ پیدا ہو۔ لوگ ایک دوسرے سے نفرت کرنے لگیں۔ لوگوں کے اندر اخلاقی احساس کمزور ہو جائے۔ لوگوں کے اندر منفی نفسیات پیدا ہوں۔ اس قسم کی تمام چیزیں فساد فی الارض کی ح</w:t>
      </w:r>
    </w:p>
    <w:p>
      <w:r>
        <w:rPr>
          <w:b/>
        </w:rPr>
        <w:t xml:space="preserve">[1:21:13] </w:t>
      </w:r>
      <w:r>
        <w:t>ysiyat rakhti hain kyunke is se samajhi aman khatam hota hai. yahan tak ke ladaai aur takrao ki naubat aa jati hai. is se maloom hua ke kisi amal ke durust hone ke liye sirf yeh kafi nahi ke bazahir woh aik achhay maqsad ke liye shuru kiya gaya ho. is ke sath lazmi taur par yeh dekhna hoga ke islaah ke naam par ki janay wali sar garniyan kis qism ka nateejah paida karti hain. agar woh log</w:t>
      </w:r>
    </w:p>
    <w:p>
      <w:pPr>
        <w:jc w:val="right"/>
      </w:pPr>
      <w:r>
        <w:t>یثیت رکھتی ہیں کیونکہ اس سے سماجی امن ختم ہوتا ہے۔ یہاں تک کہ لڑائی اور ٹکراؤ کی نوبت آ جاتی ہے۔ اس سے معلوم ہوا کہ کسی عمل کے درست ہونے کے لیے صرف یہ کافی نہیں کہ بظاہر وہ ایک اچھے مقصد کے لیے شروع کیا گیا ہو۔ اس کے ساتھ لازمی طور پر یہ دیکھنا ہوگا کہ اصلاح کے نام پر کی جانے والی سرگرمیاں کس قسم کا نتیجہ پیدا کرتی ہیں۔ اگر وہ لوگ</w:t>
      </w:r>
    </w:p>
    <w:p>
      <w:r>
        <w:rPr>
          <w:b/>
        </w:rPr>
        <w:t xml:space="preserve">[1:21:43] </w:t>
      </w:r>
      <w:r>
        <w:t>on ke darmiyan nafrat aur tanav aur ladai jaisi cheezein paida karein to bazahir islah ka naam lene</w:t>
      </w:r>
    </w:p>
    <w:p>
      <w:pPr>
        <w:jc w:val="right"/>
      </w:pPr>
      <w:r>
        <w:t>وں کے درمیان نفرت اور تناؤ اور لڑائی جیسی چیزیں پیدا کریں تو بظاہر اصلاح کا نام لینے</w:t>
      </w:r>
    </w:p>
    <w:p>
      <w:r>
        <w:rPr>
          <w:b/>
        </w:rPr>
        <w:t xml:space="preserve">[1:21:49] </w:t>
      </w:r>
      <w:r>
        <w:t>ke bawajood un ki sargharmiyan mufsadaana sargharmiyan hi kahi jayengi.</w:t>
      </w:r>
    </w:p>
    <w:p>
      <w:pPr>
        <w:jc w:val="right"/>
      </w:pPr>
      <w:r>
        <w:t>کے باوجود ان کی سرگرمیاں مفسدانہ سرگرمیاں ہی کہی جائیں گی۔</w:t>
      </w:r>
    </w:p>
    <w:p>
      <w:r>
        <w:rPr>
          <w:b/>
        </w:rPr>
        <w:t xml:space="preserve">[1:21:55] </w:t>
      </w:r>
      <w:r>
        <w:t>aise log insaniyat ke mujrim qarar payenge na ke insaniyat ke musleh aur khadim.</w:t>
      </w:r>
    </w:p>
    <w:p>
      <w:pPr>
        <w:jc w:val="right"/>
      </w:pPr>
      <w:r>
        <w:t>ایسے لوگ انسانیت کے مجرم قرار پائیں گے نہ کہ انسانیت کے مصلح اور خادم۔</w:t>
      </w:r>
    </w:p>
    <w:p>
      <w:r>
        <w:rPr>
          <w:b/>
        </w:rPr>
        <w:t xml:space="preserve">[1:22:01] </w:t>
      </w:r>
      <w:r>
        <w:t>koi bhi islah-i kaam sirf is waqt islah-i kaam hai jab ke woh aman aur insaniyat ke daire</w:t>
      </w:r>
    </w:p>
    <w:p>
      <w:pPr>
        <w:jc w:val="right"/>
      </w:pPr>
      <w:r>
        <w:t>کوئی بھی اصلاحی کام صرف اس وقت اصلاحی کام ہے جب کہ وہ امن اور انسانیت کے دائرے</w:t>
      </w:r>
    </w:p>
    <w:p>
      <w:r>
        <w:rPr>
          <w:b/>
        </w:rPr>
        <w:t xml:space="preserve">[1:22:07] </w:t>
      </w:r>
      <w:r>
        <w:t>mein kiya jaye. Islah ke</w:t>
      </w:r>
    </w:p>
    <w:p>
      <w:pPr>
        <w:jc w:val="right"/>
      </w:pPr>
      <w:r>
        <w:t>میں کیا جائے۔ اصلاح کے</w:t>
      </w:r>
    </w:p>
    <w:p>
      <w:r>
        <w:rPr>
          <w:b/>
        </w:rPr>
        <w:t xml:space="preserve">[1:22:13] </w:t>
      </w:r>
      <w:r>
        <w:t>naam par kiya jaane wala har woh kaam galat hai jo samaji aman ko darham barham kare jis</w:t>
      </w:r>
    </w:p>
    <w:p>
      <w:pPr>
        <w:jc w:val="right"/>
      </w:pPr>
      <w:r>
        <w:t>نام پر کیا جانے والا ہر وہ کام غلط ہے جو سماجی امن کو درہم برہم کرے جس</w:t>
      </w:r>
    </w:p>
    <w:p>
      <w:r>
        <w:rPr>
          <w:b/>
        </w:rPr>
        <w:t xml:space="preserve">[1:22:19] </w:t>
      </w:r>
      <w:r>
        <w:t>ke nateeje mein jaan aur maal ki tabahi zahoor mein aaye.</w:t>
      </w:r>
    </w:p>
    <w:p>
      <w:pPr>
        <w:jc w:val="right"/>
      </w:pPr>
      <w:r>
        <w:t>کے نتیجے میں جان اور مال کی تباہی ظہور میں آئے۔</w:t>
      </w:r>
    </w:p>
    <w:p>
      <w:r>
        <w:rPr>
          <w:b/>
        </w:rPr>
        <w:t xml:space="preserve">[1:22:25] </w:t>
      </w:r>
      <w:r>
        <w:t>islah ko apne nateeje ke aitbar se bhi islah hona chahiye.</w:t>
      </w:r>
    </w:p>
    <w:p>
      <w:pPr>
        <w:jc w:val="right"/>
      </w:pPr>
      <w:r>
        <w:t>اصلاح کو اپنے نتیجے کے اعتبار سے بھی اصلاح ہونا چاہیے۔</w:t>
      </w:r>
    </w:p>
    <w:p>
      <w:r>
        <w:rPr>
          <w:b/>
        </w:rPr>
        <w:t xml:space="preserve">[1:22:31] </w:t>
      </w:r>
      <w:r>
        <w:t>jo islah apne nateeje ke aitbar se fasad ho woh apni haqeeqat ke aitbar se bhi fasad hai</w:t>
      </w:r>
    </w:p>
    <w:p>
      <w:pPr>
        <w:jc w:val="right"/>
      </w:pPr>
      <w:r>
        <w:t>جو اصلاح اپنے نتیجے کے اعتبار سے فساد ہو وہ اپنی حقیقت کے اعتبار سے بھی فساد ہے</w:t>
      </w:r>
    </w:p>
    <w:p>
      <w:r>
        <w:rPr>
          <w:b/>
        </w:rPr>
        <w:t xml:space="preserve">[1:22:37] </w:t>
      </w:r>
      <w:r>
        <w:t>khwah is ko kitna hi zyada khoobsurat alfaaz mein bayan kiya gaya</w:t>
      </w:r>
    </w:p>
    <w:p>
      <w:pPr>
        <w:jc w:val="right"/>
      </w:pPr>
      <w:r>
        <w:t>خواہ اس کو کتنا ہی زیادہ خوبصورت الفاظ میں بیان کیا گیا</w:t>
      </w:r>
    </w:p>
    <w:p>
      <w:r>
        <w:rPr>
          <w:b/>
        </w:rPr>
        <w:t xml:space="preserve">[1:22:43] </w:t>
      </w:r>
      <w:r>
        <w:t>ho.</w:t>
      </w:r>
    </w:p>
    <w:p>
      <w:pPr>
        <w:jc w:val="right"/>
      </w:pPr>
      <w:r>
        <w:t>ہو۔</w:t>
      </w:r>
    </w:p>
    <w:p>
      <w:r>
        <w:rPr>
          <w:b/>
        </w:rPr>
        <w:t xml:space="preserve">[1:22:49] </w:t>
      </w:r>
      <w:r>
        <w:t>ijtimai zindagi ka ek usool peghambar-e-islam sallallahu alaihi wasallam ke madni daur mein sahabi waleed bin</w:t>
      </w:r>
    </w:p>
    <w:p>
      <w:pPr>
        <w:jc w:val="right"/>
      </w:pPr>
      <w:r>
        <w:t>اجتماعی زندگی کا ایک اصول پیغمبر اسلام صلی اللہ علیہ وسلم کے مدنی دور میں صحابی ولید بن</w:t>
      </w:r>
    </w:p>
    <w:p>
      <w:r>
        <w:rPr>
          <w:b/>
        </w:rPr>
        <w:t xml:space="preserve">[1:22:55] </w:t>
      </w:r>
      <w:r>
        <w:t>aqba aur banu mustaliq ki nisbat se ek waqia pesh aaya.</w:t>
      </w:r>
    </w:p>
    <w:p>
      <w:pPr>
        <w:jc w:val="right"/>
      </w:pPr>
      <w:r>
        <w:t>عقبہ اور بنو مستلق کی نسبت سے ایک واقعہ پیش آیا۔</w:t>
      </w:r>
    </w:p>
    <w:p>
      <w:r>
        <w:rPr>
          <w:b/>
        </w:rPr>
        <w:t xml:space="preserve">[1:23:01] </w:t>
      </w:r>
      <w:r>
        <w:t>is waqie ke liye dekhen tafseer ibn kathir, tafseer mazhari waghera.</w:t>
      </w:r>
    </w:p>
    <w:p>
      <w:pPr>
        <w:jc w:val="right"/>
      </w:pPr>
      <w:r>
        <w:t>اس واقعے کے لیے دیکھیں تفسیر ابن کثیر، تفسیر مظہری وغیرہ۔</w:t>
      </w:r>
    </w:p>
    <w:p>
      <w:r>
        <w:rPr>
          <w:b/>
        </w:rPr>
        <w:t xml:space="preserve">[1:23:07] </w:t>
      </w:r>
      <w:r>
        <w:t>is waqie ke baad quran mein madjaz aa</w:t>
      </w:r>
    </w:p>
    <w:p>
      <w:pPr>
        <w:jc w:val="right"/>
      </w:pPr>
      <w:r>
        <w:t>اس واقعے کے بعد قرآن میں مدجز آ</w:t>
      </w:r>
    </w:p>
    <w:p>
      <w:r>
        <w:rPr>
          <w:b/>
        </w:rPr>
        <w:t xml:space="preserve">[1:23:13] </w:t>
      </w:r>
      <w:r>
        <w:t>yih aayat utri jis mein ijtimai zindagi ka aik rehnama usool bataya gaya hai. woh aayat yeh hai: "ya ayyuha allazina amanu in jaakum fasiq bi naba'in fatabayyanu an tusiboo qawman bi jahalahtin fatusbihoo ala ma fa'altum nadimeen". is aayat mein bataya gaya hai ke sirf suni hui baat par koi iqdamm na kiya jaye kiun</w:t>
      </w:r>
    </w:p>
    <w:p>
      <w:pPr>
        <w:jc w:val="right"/>
      </w:pPr>
      <w:r>
        <w:t>یت اتری جس میں اجتماعی زندگی کا ایک رہنما اصول بتایا گیا ہے۔ وہ آیت یہ ہے: "یا ایہا الذین آمنوا إن جاءكم فاسق بنبأ وتبینوا أن تصیبوا قوماً بجهالت فتصبحوا علی ما فعلتم نادمین"۔ اس آیت میں بتایا گیا ہے کہ صرف سنی ہوئی بات پر کوئی اقدام نہ کیا جائے کیون</w:t>
      </w:r>
    </w:p>
    <w:p>
      <w:r>
        <w:rPr>
          <w:b/>
        </w:rPr>
        <w:t xml:space="preserve">[1:23:43] </w:t>
      </w:r>
      <w:r>
        <w:t>ke suni hui baat aksar asal waqie ka muharraf bayan ya distorted version hoti hai.</w:t>
      </w:r>
    </w:p>
    <w:p>
      <w:pPr>
        <w:jc w:val="right"/>
      </w:pPr>
      <w:r>
        <w:t>کہ سنی ہوئی بات اکثر اصل واقعے کا محرف بیان یا ڈسٹورٹڈ ورژن ہوتی ہے۔</w:t>
      </w:r>
    </w:p>
    <w:p>
      <w:r>
        <w:rPr>
          <w:b/>
        </w:rPr>
        <w:t xml:space="preserve">[1:23:48] </w:t>
      </w:r>
      <w:r>
        <w:t>agar aap sirf sun kar kisi baat ko maan len to ain mumkin hai ke aap ka radd</w:t>
      </w:r>
    </w:p>
    <w:p>
      <w:pPr>
        <w:jc w:val="right"/>
      </w:pPr>
      <w:r>
        <w:t>اگر آپ صرف سن کر کسی بات کو مان لیں تو عین ممکن ہے کہ آپ کا رد</w:t>
      </w:r>
    </w:p>
    <w:p>
      <w:r>
        <w:rPr>
          <w:b/>
        </w:rPr>
        <w:t xml:space="preserve">[1:23:53] </w:t>
      </w:r>
      <w:r>
        <w:t>amal nadani ka amal ho.</w:t>
      </w:r>
    </w:p>
    <w:p>
      <w:pPr>
        <w:jc w:val="right"/>
      </w:pPr>
      <w:r>
        <w:t>عمل نادانی کا عمل ہو۔</w:t>
      </w:r>
    </w:p>
    <w:p>
      <w:r>
        <w:rPr>
          <w:b/>
        </w:rPr>
        <w:t xml:space="preserve">[1:23:58] </w:t>
      </w:r>
      <w:r>
        <w:t>is liye zaroori hai ke baat ko sunne ke baad is ki baqayda tehqeeq ya scrutiny ki jaye</w:t>
      </w:r>
    </w:p>
    <w:p>
      <w:pPr>
        <w:jc w:val="right"/>
      </w:pPr>
      <w:r>
        <w:t>اس لیے ضروری ہے کہ بات کو سننے کے بعد اس کی باقاعدہ تحقیق یا سکروٹنی کی جائے</w:t>
      </w:r>
    </w:p>
    <w:p>
      <w:r>
        <w:rPr>
          <w:b/>
        </w:rPr>
        <w:t xml:space="preserve">[1:24:04] </w:t>
      </w:r>
      <w:r>
        <w:t>aur phir is ke baray mein koi rai qaim ki jaye.</w:t>
      </w:r>
    </w:p>
    <w:p>
      <w:pPr>
        <w:jc w:val="right"/>
      </w:pPr>
      <w:r>
        <w:t>اور پھر اس کے بارے میں کوئی رائے قائم کی جائے۔</w:t>
      </w:r>
    </w:p>
    <w:p>
      <w:r>
        <w:rPr>
          <w:b/>
        </w:rPr>
        <w:t xml:space="preserve">[1:24:09] </w:t>
      </w:r>
      <w:r>
        <w:t>aisa karne ki soorat mein aap is mamle mein</w:t>
      </w:r>
    </w:p>
    <w:p>
      <w:pPr>
        <w:jc w:val="right"/>
      </w:pPr>
      <w:r>
        <w:t>ایسا کرنے کی صورت میں آپ اس معاملے میں</w:t>
      </w:r>
    </w:p>
    <w:p>
      <w:r>
        <w:rPr>
          <w:b/>
        </w:rPr>
        <w:t xml:space="preserve">[1:24:14] </w:t>
      </w:r>
      <w:r>
        <w:t>sahih response de payenge.</w:t>
      </w:r>
    </w:p>
    <w:p>
      <w:pPr>
        <w:jc w:val="right"/>
      </w:pPr>
      <w:r>
        <w:t>صحیح رسپانس دے پائیں گے۔</w:t>
      </w:r>
    </w:p>
    <w:p>
      <w:r>
        <w:rPr>
          <w:b/>
        </w:rPr>
        <w:t xml:space="preserve">[1:24:19] </w:t>
      </w:r>
      <w:r>
        <w:t>ijtimai zindagi ke liye yeh ek aham usool hai.</w:t>
      </w:r>
    </w:p>
    <w:p>
      <w:pPr>
        <w:jc w:val="right"/>
      </w:pPr>
      <w:r>
        <w:t>اجتماعی زندگی کے لیے یہ ایک اہم اصول ہے۔</w:t>
      </w:r>
    </w:p>
    <w:p>
      <w:r>
        <w:rPr>
          <w:b/>
        </w:rPr>
        <w:t xml:space="preserve">[1:24:24] </w:t>
      </w:r>
      <w:r>
        <w:t>aisa na karne ki soorat mein yeh hoga ke muashra bigaad ka muashra ban jayega.</w:t>
      </w:r>
    </w:p>
    <w:p>
      <w:pPr>
        <w:jc w:val="right"/>
      </w:pPr>
      <w:r>
        <w:t>ایسا نہ کرنے کی صورت میں یہ ہوگا کہ معاشرہ بگاڑ کا معاشرہ بن جائے گا۔</w:t>
      </w:r>
    </w:p>
    <w:p>
      <w:r>
        <w:rPr>
          <w:b/>
        </w:rPr>
        <w:t xml:space="preserve">[1:24:29] </w:t>
      </w:r>
      <w:r>
        <w:t>sun kar maan lene ka nateeja yeh hoga ke pehle galatfehmi paida hogi.</w:t>
      </w:r>
    </w:p>
    <w:p>
      <w:pPr>
        <w:jc w:val="right"/>
      </w:pPr>
      <w:r>
        <w:t>سن کر مان لینے کا نتیجہ یہ ہوگا کہ پہلے غلط فہمی پیدا ہوگی۔</w:t>
      </w:r>
    </w:p>
    <w:p>
      <w:r>
        <w:rPr>
          <w:b/>
        </w:rPr>
        <w:t xml:space="preserve">[1:24:34] </w:t>
      </w:r>
      <w:r>
        <w:t>iske baad shikayat aur nafrat ka silsila jari ho jayega.</w:t>
      </w:r>
    </w:p>
    <w:p>
      <w:pPr>
        <w:jc w:val="right"/>
      </w:pPr>
      <w:r>
        <w:t>اس کے بعد شکایت اور نفرت کا سلسلہ جاری ہو جائے گا۔</w:t>
      </w:r>
    </w:p>
    <w:p>
      <w:r>
        <w:rPr>
          <w:b/>
        </w:rPr>
        <w:t xml:space="preserve">[1:24:39] </w:t>
      </w:r>
      <w:r>
        <w:t>amal aur radd-e-amal ya reaction ke nateeje mein yeh silsila barhta rahega yahan tak ke woh</w:t>
      </w:r>
    </w:p>
    <w:p>
      <w:pPr>
        <w:jc w:val="right"/>
      </w:pPr>
      <w:r>
        <w:t>عمل اور رد عمل یا ری ایکشن کے نتیجے میں یہ سلسلہ بڑھتا رہے گا یہاں تک کہ وہ</w:t>
      </w:r>
    </w:p>
    <w:p>
      <w:r>
        <w:rPr>
          <w:b/>
        </w:rPr>
        <w:t xml:space="preserve">[1:24:44] </w:t>
      </w:r>
      <w:r>
        <w:t>breakdown tak pahunch jayega.</w:t>
      </w:r>
    </w:p>
    <w:p>
      <w:pPr>
        <w:jc w:val="right"/>
      </w:pPr>
      <w:r>
        <w:t>بریک ڈاؤن تک پہنچ جائے گا۔</w:t>
      </w:r>
    </w:p>
    <w:p>
      <w:r>
        <w:rPr>
          <w:b/>
        </w:rPr>
        <w:t xml:space="preserve">[1:24:50] </w:t>
      </w:r>
      <w:r>
        <w:t>is liye zaroori hai ke suni hui baat ki be-lagh andaaz mein tehqeeq ki jaye.</w:t>
      </w:r>
    </w:p>
    <w:p>
      <w:pPr>
        <w:jc w:val="right"/>
      </w:pPr>
      <w:r>
        <w:t>اس لیے ضروری ہے کہ سنی ہوئی بات کی بے لاگ انداز میں تحقیق کی جائے۔</w:t>
      </w:r>
    </w:p>
    <w:p>
      <w:r>
        <w:rPr>
          <w:b/>
        </w:rPr>
        <w:t xml:space="preserve">[1:24:56] </w:t>
      </w:r>
      <w:r>
        <w:t>tehqeeq ke taqaze ko poora kiye baghair koi rai qaim na ki jaye.</w:t>
      </w:r>
    </w:p>
    <w:p>
      <w:pPr>
        <w:jc w:val="right"/>
      </w:pPr>
      <w:r>
        <w:t>تحقیق کے تقاضے کو پورا کیے بغیر کوئی رائے قائم نہ کی جائے۔</w:t>
      </w:r>
    </w:p>
    <w:p>
      <w:r>
        <w:rPr>
          <w:b/>
        </w:rPr>
        <w:t xml:space="preserve">[1:25:02] </w:t>
      </w:r>
      <w:r>
        <w:t>kisi bhi haal mein radd-e-amal ka tareeqa ikhtiyar na kiya jaye.</w:t>
      </w:r>
    </w:p>
    <w:p>
      <w:pPr>
        <w:jc w:val="right"/>
      </w:pPr>
      <w:r>
        <w:t>کسی بھی حال میں رد عمل کا طریقہ اختیار نہ کیا جائے۔</w:t>
      </w:r>
    </w:p>
    <w:p>
      <w:r>
        <w:rPr>
          <w:b/>
        </w:rPr>
        <w:t xml:space="preserve">[1:25:08] </w:t>
      </w:r>
      <w:r>
        <w:t>is tarah ke mamle mein jo raawish ikhtiyar ki jaye woh jazbaat par mabni na ho balkeh woh</w:t>
      </w:r>
    </w:p>
    <w:p>
      <w:pPr>
        <w:jc w:val="right"/>
      </w:pPr>
      <w:r>
        <w:t>اس طرح کے معاملے میں جو روش اختیار کی جائے وہ جذبات پر مبنی نہ ہو بلکہ وہ</w:t>
      </w:r>
    </w:p>
    <w:p>
      <w:r>
        <w:rPr>
          <w:b/>
        </w:rPr>
        <w:t xml:space="preserve">[1:25:14] </w:t>
      </w:r>
      <w:r>
        <w:t>haqeeqat-e-waqia par mabni ho.</w:t>
      </w:r>
    </w:p>
    <w:p>
      <w:pPr>
        <w:jc w:val="right"/>
      </w:pPr>
      <w:r>
        <w:t>حقیقت واقعہ پر مبنی ہو۔</w:t>
      </w:r>
    </w:p>
    <w:p>
      <w:r>
        <w:rPr>
          <w:b/>
        </w:rPr>
        <w:t xml:space="preserve">[1:25:20] </w:t>
      </w:r>
      <w:r>
        <w:t>bada fitna.</w:t>
      </w:r>
    </w:p>
    <w:p>
      <w:pPr>
        <w:jc w:val="right"/>
      </w:pPr>
      <w:r>
        <w:t>بڑا فتنہ۔</w:t>
      </w:r>
    </w:p>
    <w:p>
      <w:r>
        <w:rPr>
          <w:b/>
        </w:rPr>
        <w:t xml:space="preserve">[1:25:26] </w:t>
      </w:r>
      <w:r>
        <w:t>paighambr-e-islam sal-lal-lahu alaihi wasallam ki taraf mansoob kar ke ek riwayat is tarah aai hai: "al-imam</w:t>
      </w:r>
    </w:p>
    <w:p>
      <w:pPr>
        <w:jc w:val="right"/>
      </w:pPr>
      <w:r>
        <w:t>پیغمبر اسلام صلی اللہ علیہ وسلم کی طرف منسوب کر کے ایک روایت اس طرح آئی ہے: "الامام</w:t>
      </w:r>
    </w:p>
    <w:p>
      <w:r>
        <w:rPr>
          <w:b/>
        </w:rPr>
        <w:t xml:space="preserve">[1:25:32] </w:t>
      </w:r>
      <w:r>
        <w:t>al-jair khair min al-fitna adab al-duniya wa al-din lil-mawardi" yani zalim hukmaran fitna se behtar hai.</w:t>
      </w:r>
    </w:p>
    <w:p>
      <w:pPr>
        <w:jc w:val="right"/>
      </w:pPr>
      <w:r>
        <w:t>الجائر خیر من الفتنہ ادب الدنیا بدینی للماوردی" یعنی ظالم حکمران فتنہ سے بہتر ہے۔</w:t>
      </w:r>
    </w:p>
    <w:p>
      <w:r>
        <w:rPr>
          <w:b/>
        </w:rPr>
        <w:t xml:space="preserve">[1:25:38] </w:t>
      </w:r>
      <w:r>
        <w:t>yahan zalim se murad haqeeqi zalim nahi hai balke woh hakim hai jis ko kuch log zalim samajh</w:t>
      </w:r>
    </w:p>
    <w:p>
      <w:pPr>
        <w:jc w:val="right"/>
      </w:pPr>
      <w:r>
        <w:t>یہاں ظالم سے مراد حقیقی ظالم نہیں ہے بلکہ وہ حاکم ہے جس کو کچھ لوگ ظالم سمجھ</w:t>
      </w:r>
    </w:p>
    <w:p>
      <w:r>
        <w:rPr>
          <w:b/>
        </w:rPr>
        <w:t xml:space="preserve">[1:25:44] </w:t>
      </w:r>
      <w:r>
        <w:t>len aur un ke khilaf larai chhed d</w:t>
      </w:r>
    </w:p>
    <w:p>
      <w:pPr>
        <w:jc w:val="right"/>
      </w:pPr>
      <w:r>
        <w:t>لیں اور ان کے خلاف لڑائی چھیڑ د</w:t>
      </w:r>
    </w:p>
    <w:p>
      <w:r>
        <w:rPr>
          <w:b/>
        </w:rPr>
        <w:t xml:space="preserve">[1:25:51] </w:t>
      </w:r>
      <w:r>
        <w:t>en.</w:t>
      </w:r>
    </w:p>
    <w:p>
      <w:pPr>
        <w:jc w:val="right"/>
      </w:pPr>
      <w:r>
        <w:t>یں۔</w:t>
      </w:r>
    </w:p>
    <w:p>
      <w:r>
        <w:rPr>
          <w:b/>
        </w:rPr>
        <w:t xml:space="preserve">[1:25:55] </w:t>
      </w:r>
      <w:r>
        <w:t>hukmaran se larai koi sadah baat nahi.</w:t>
      </w:r>
    </w:p>
    <w:p>
      <w:pPr>
        <w:jc w:val="right"/>
      </w:pPr>
      <w:r>
        <w:t>حکمران سے لڑائی کوئی سادہ بات نہیں۔</w:t>
      </w:r>
    </w:p>
    <w:p>
      <w:r>
        <w:rPr>
          <w:b/>
        </w:rPr>
        <w:t xml:space="preserve">[1:25:59] </w:t>
      </w:r>
      <w:r>
        <w:t>yeh waqia is waqt hota hai jab ke kuch log kisi hakim ke khilaf shikayat ko le kar</w:t>
      </w:r>
    </w:p>
    <w:p>
      <w:pPr>
        <w:jc w:val="right"/>
      </w:pPr>
      <w:r>
        <w:t>یہ واقعہ اس وقت ہوتا ہے جب کہ کچھ لوگ کسی حاکم کے خلاف شکایات کو لے کر</w:t>
      </w:r>
    </w:p>
    <w:p>
      <w:r>
        <w:rPr>
          <w:b/>
        </w:rPr>
        <w:t xml:space="preserve">[1:26:03] </w:t>
      </w:r>
      <w:r>
        <w:t>us ko zalim batayen aur zalim ke zulm ko khatam karne ke naam par us se larai chhed den.</w:t>
      </w:r>
    </w:p>
    <w:p>
      <w:pPr>
        <w:jc w:val="right"/>
      </w:pPr>
      <w:r>
        <w:t>اس کو ظالم بتائیں اور ظالم کے ظلم کو ختم کرنے کے نام پر اس سے لڑائی چھیڑ دیں۔</w:t>
      </w:r>
    </w:p>
    <w:p>
      <w:r>
        <w:rPr>
          <w:b/>
        </w:rPr>
        <w:t xml:space="preserve">[1:26:08] </w:t>
      </w:r>
      <w:r>
        <w:t>zahair hai ke hakim jab apne aap ko khatre mein mehsoos karega to woh us ko mitane</w:t>
      </w:r>
    </w:p>
    <w:p>
      <w:pPr>
        <w:jc w:val="right"/>
      </w:pPr>
      <w:r>
        <w:t>ظاہر ہے کہ حاکم جب اپنے آپ کو خطرے میں محسوس کرے گا تو وہ اس کو مٹانے</w:t>
      </w:r>
    </w:p>
    <w:p>
      <w:r>
        <w:rPr>
          <w:b/>
        </w:rPr>
        <w:t xml:space="preserve">[1:26:12] </w:t>
      </w:r>
      <w:r>
        <w:t>ke liye apni poori taqat laga dega.</w:t>
      </w:r>
    </w:p>
    <w:p>
      <w:pPr>
        <w:jc w:val="right"/>
      </w:pPr>
      <w:r>
        <w:t>کے لیے اپنی پوری طاقت لگا دے گا۔</w:t>
      </w:r>
    </w:p>
    <w:p>
      <w:r>
        <w:rPr>
          <w:b/>
        </w:rPr>
        <w:t xml:space="preserve">[1:26:16] </w:t>
      </w:r>
      <w:r>
        <w:t>is tarah yeh hoga</w:t>
      </w:r>
    </w:p>
    <w:p>
      <w:pPr>
        <w:jc w:val="right"/>
      </w:pPr>
      <w:r>
        <w:t>اس طرح یہ ہوگا</w:t>
      </w:r>
    </w:p>
    <w:p>
      <w:r>
        <w:rPr>
          <w:b/>
        </w:rPr>
        <w:t xml:space="preserve">[1:26:21] </w:t>
      </w:r>
      <w:r>
        <w:t>ke jo cheez pehle sirf bazahir zulm thi woh ab jang o qatl ki surat ikhtiyar kar legi.</w:t>
      </w:r>
    </w:p>
    <w:p>
      <w:pPr>
        <w:jc w:val="right"/>
      </w:pPr>
      <w:r>
        <w:t>کہ جو چیز پہلے صرف بظاہر ظلم تھی وہ اب جنگ و قتل کی صورت اختیار کر لے گی۔</w:t>
      </w:r>
    </w:p>
    <w:p>
      <w:r>
        <w:rPr>
          <w:b/>
        </w:rPr>
        <w:t xml:space="preserve">[1:26:25] </w:t>
      </w:r>
      <w:r>
        <w:t>log mare jayenge.</w:t>
      </w:r>
    </w:p>
    <w:p>
      <w:pPr>
        <w:jc w:val="right"/>
      </w:pPr>
      <w:r>
        <w:t>لوگ مارے جائیں گے۔</w:t>
      </w:r>
    </w:p>
    <w:p>
      <w:r>
        <w:rPr>
          <w:b/>
        </w:rPr>
        <w:t xml:space="preserve">[1:26:29] </w:t>
      </w:r>
      <w:r>
        <w:t>log pakde jayenge.</w:t>
      </w:r>
    </w:p>
    <w:p>
      <w:pPr>
        <w:jc w:val="right"/>
      </w:pPr>
      <w:r>
        <w:t>لوگ پکڑے جائیں گے۔</w:t>
      </w:r>
    </w:p>
    <w:p>
      <w:r>
        <w:rPr>
          <w:b/>
        </w:rPr>
        <w:t xml:space="preserve">[1:26:33] </w:t>
      </w:r>
      <w:r>
        <w:t>logo ki azadiyan chheni jayengi.</w:t>
      </w:r>
    </w:p>
    <w:p>
      <w:pPr>
        <w:jc w:val="right"/>
      </w:pPr>
      <w:r>
        <w:t>لوگوں کی آزادیاں چھینی جائیں گی۔</w:t>
      </w:r>
    </w:p>
    <w:p>
      <w:r>
        <w:rPr>
          <w:b/>
        </w:rPr>
        <w:t xml:space="preserve">[1:26:38] </w:t>
      </w:r>
      <w:r>
        <w:t>logo ke upar nai nai pabandiyan aaid ki jayengi.</w:t>
      </w:r>
    </w:p>
    <w:p>
      <w:pPr>
        <w:jc w:val="right"/>
      </w:pPr>
      <w:r>
        <w:t>لوگوں کے اوپر نئی نئی پابندیاں عائد کی جائیں گی۔</w:t>
      </w:r>
    </w:p>
    <w:p>
      <w:r>
        <w:rPr>
          <w:b/>
        </w:rPr>
        <w:t xml:space="preserve">[1:26:42] </w:t>
      </w:r>
      <w:r>
        <w:t>mislan agar woh masjid mein hakim ke khilaf apni sargarmiyan jari kiye hue the to masjid par pabandi lagegi.</w:t>
      </w:r>
    </w:p>
    <w:p>
      <w:pPr>
        <w:jc w:val="right"/>
      </w:pPr>
      <w:r>
        <w:t>مثلاً اگر وہ مسجد میں حاکم کے خلاف اپنی سرگرمیاں جاری کیے ہوئے تھے تو مسجد پر پابندی لگے گی۔</w:t>
      </w:r>
    </w:p>
    <w:p>
      <w:r>
        <w:rPr>
          <w:b/>
        </w:rPr>
        <w:t xml:space="preserve">[1:26:46] </w:t>
      </w:r>
      <w:r>
        <w:t>log kitabon mein hakim ke khilaf baaten</w:t>
      </w:r>
    </w:p>
    <w:p>
      <w:pPr>
        <w:jc w:val="right"/>
      </w:pPr>
      <w:r>
        <w:t>لوگ کتابوں میں حاکم کے خلاف باتیں</w:t>
      </w:r>
    </w:p>
    <w:p>
      <w:r>
        <w:rPr>
          <w:b/>
        </w:rPr>
        <w:t xml:space="preserve">[1:26:51] </w:t>
      </w:r>
      <w:r>
        <w:t>chhap rahe the to aisi kitaben zabt ki jayengi.</w:t>
      </w:r>
    </w:p>
    <w:p>
      <w:pPr>
        <w:jc w:val="right"/>
      </w:pPr>
      <w:r>
        <w:t>چھاپ رہے تھے تو ایسی کتابیں ضبط کی جائیں گی۔</w:t>
      </w:r>
    </w:p>
    <w:p>
      <w:r>
        <w:rPr>
          <w:b/>
        </w:rPr>
        <w:t xml:space="preserve">[1:26:54] </w:t>
      </w:r>
      <w:r>
        <w:t>log agar juma ke khutbe mein is qism ki baaten karenge to hukumat juma ke khutbe ko</w:t>
      </w:r>
    </w:p>
    <w:p>
      <w:pPr>
        <w:jc w:val="right"/>
      </w:pPr>
      <w:r>
        <w:t>لوگ اگر جمعہ کے خطبے میں اس قسم کی باتیں کریں گے تو حکومت جمعہ کے خطبے کو</w:t>
      </w:r>
    </w:p>
    <w:p>
      <w:r>
        <w:rPr>
          <w:b/>
        </w:rPr>
        <w:t xml:space="preserve">[1:26:58] </w:t>
      </w:r>
      <w:r>
        <w:t>apne charge mein le legi.</w:t>
      </w:r>
    </w:p>
    <w:p>
      <w:pPr>
        <w:jc w:val="right"/>
      </w:pPr>
      <w:r>
        <w:t>اپنے چارج میں لے لے گی۔</w:t>
      </w:r>
    </w:p>
    <w:p>
      <w:r>
        <w:rPr>
          <w:b/>
        </w:rPr>
        <w:t xml:space="preserve">[1:27:02] </w:t>
      </w:r>
      <w:r>
        <w:t>is tarah zulm ke khilaf tehreek amalan counter productive sabit hogi.</w:t>
      </w:r>
    </w:p>
    <w:p>
      <w:pPr>
        <w:jc w:val="right"/>
      </w:pPr>
      <w:r>
        <w:t>اس طرح ظلم کے خلاف تحریک عملاً کاؤنٹر پروڈکٹو ثابت ہوگی۔</w:t>
      </w:r>
    </w:p>
    <w:p>
      <w:r>
        <w:rPr>
          <w:b/>
        </w:rPr>
        <w:t xml:space="preserve">[1:27:06] </w:t>
      </w:r>
      <w:r>
        <w:t>chhote zulm ke baad bada zulm paida hoga.</w:t>
      </w:r>
    </w:p>
    <w:p>
      <w:pPr>
        <w:jc w:val="right"/>
      </w:pPr>
      <w:r>
        <w:t>چھوٹے ظلم کے بعد بڑا ظلم پیدا ہوگا۔</w:t>
      </w:r>
    </w:p>
    <w:p>
      <w:r>
        <w:rPr>
          <w:b/>
        </w:rPr>
        <w:t xml:space="preserve">[1:27:09] </w:t>
      </w:r>
      <w:r>
        <w:t>logo ki azadiyon par pabandi lagegi.</w:t>
      </w:r>
    </w:p>
    <w:p>
      <w:pPr>
        <w:jc w:val="right"/>
      </w:pPr>
      <w:r>
        <w:t>لوگوں کی آزادیوں پر پابندی لگے گی۔</w:t>
      </w:r>
    </w:p>
    <w:p>
      <w:r>
        <w:rPr>
          <w:b/>
        </w:rPr>
        <w:t xml:space="preserve">[1:27:13] </w:t>
      </w:r>
      <w:r>
        <w:t>zulm ke jawab mein tashaddud paida hoga.</w:t>
      </w:r>
    </w:p>
    <w:p>
      <w:pPr>
        <w:jc w:val="right"/>
      </w:pPr>
      <w:r>
        <w:t>ظلم کے جواب میں تشدد پیدا ہوگا۔</w:t>
      </w:r>
    </w:p>
    <w:p>
      <w:r>
        <w:rPr>
          <w:b/>
        </w:rPr>
        <w:t xml:space="preserve">[1:27:17] </w:t>
      </w:r>
      <w:r>
        <w:t>is liye sahi</w:t>
      </w:r>
    </w:p>
    <w:p>
      <w:pPr>
        <w:jc w:val="right"/>
      </w:pPr>
      <w:r>
        <w:t>اس لیے صحی</w:t>
      </w:r>
    </w:p>
    <w:p>
      <w:r>
        <w:rPr>
          <w:b/>
        </w:rPr>
        <w:t xml:space="preserve">[1:27:21] </w:t>
      </w:r>
      <w:r>
        <w:t>tareeqa yeh hai ke agar kisi ko nazar aaye ke hakim zulm kar raha hai to woh</w:t>
      </w:r>
    </w:p>
    <w:p>
      <w:pPr>
        <w:jc w:val="right"/>
      </w:pPr>
      <w:r>
        <w:t>ح طریقہ یہ ہے کہ اگر کسی کو نظر آئے کہ حاکم ظلم کر رہا ہے تو وہ</w:t>
      </w:r>
    </w:p>
    <w:p>
      <w:r>
        <w:rPr>
          <w:b/>
        </w:rPr>
        <w:t xml:space="preserve">[1:27:28] </w:t>
      </w:r>
      <w:r>
        <w:t>us ke muqable mein sabr ki policy ikhtiyar kare.</w:t>
      </w:r>
    </w:p>
    <w:p>
      <w:pPr>
        <w:jc w:val="right"/>
      </w:pPr>
      <w:r>
        <w:t>اس کے مقابلے میں صبر کی پالیسی اختیار کرے۔</w:t>
      </w:r>
    </w:p>
    <w:p>
      <w:r>
        <w:rPr>
          <w:b/>
        </w:rPr>
        <w:t xml:space="preserve">[1:27:36] </w:t>
      </w:r>
      <w:r>
        <w:t>woh ya to is mamle mein bilkul khamosh rahe ya agar woh kuch kehna chahta hai to woh</w:t>
      </w:r>
    </w:p>
    <w:p>
      <w:pPr>
        <w:jc w:val="right"/>
      </w:pPr>
      <w:r>
        <w:t>وہ یا تو اس معاملے میں بالکل خاموش رہے یا اگر وہ کچھ کہنا چاہتا ہے تو وہ</w:t>
      </w:r>
    </w:p>
    <w:p>
      <w:r>
        <w:rPr>
          <w:b/>
        </w:rPr>
        <w:t xml:space="preserve">[1:27:43] </w:t>
      </w:r>
      <w:r>
        <w:t>hargiz jawabi tehreek na chalaye balkeh tanhai mein hukmaran se mil kar us ko naseehat kare.</w:t>
      </w:r>
    </w:p>
    <w:p>
      <w:pPr>
        <w:jc w:val="right"/>
      </w:pPr>
      <w:r>
        <w:t>ہرگز جوابی تحریک نہ چلائے بلکہ تنہائی میں حکمران سے مل کر اس کو نصیحت کرے۔</w:t>
      </w:r>
    </w:p>
    <w:p>
      <w:r>
        <w:rPr>
          <w:b/>
        </w:rPr>
        <w:t xml:space="preserve">[1:27:51] </w:t>
      </w:r>
      <w:r>
        <w:t>is se zyada kuch karna zulm mein izafe ke hum ma'ni hai.</w:t>
      </w:r>
    </w:p>
    <w:p>
      <w:pPr>
        <w:jc w:val="right"/>
      </w:pPr>
      <w:r>
        <w:t>اس سے زیادہ کچھ کرنا ظلم میں اضافے کے ہم معنی ہے۔</w:t>
      </w:r>
    </w:p>
    <w:p>
      <w:r>
        <w:rPr>
          <w:b/>
        </w:rPr>
        <w:t xml:space="preserve">[1:27:58] </w:t>
      </w:r>
      <w:r>
        <w:t>focus ko sametna. maujooda zamane mein musalmanon ke andar bohat si tehrikein uthein. yeh tehrikein misbat maanon mein koi natija khez kaam nahi kar saken. is ka ek sabab yeh tha ke taqreeban har ek ne apne focus ko phailaya. unhon ne jamiyat ke galat tasawwur ke tehat bohat se kamon ko apne dayre mein le liya. yeh kaam ka sahi tareeqa nahi. kaam ka sahi tareeqa yeh</w:t>
      </w:r>
    </w:p>
    <w:p>
      <w:pPr>
        <w:jc w:val="right"/>
      </w:pPr>
      <w:r>
        <w:t>فوکس کو سمیٹنا۔ موجودہ زمانے میں مسلمانوں کے اندر بہت سی تحریکیں اٹھیں۔ یہ تحریکیں مثبت معنوں میں کوئی نتیجہ خیز کام نہیں کر سکیں۔ اس کا ایک سبب یہ تھا کہ تقریباً ہر ایک نے اپنے فوکس کو پھیلایا۔ انہوں نے جامعیت کے غلط تصور کے تحت بہت سے کاموں کو اپنے دائرے میں لے لیا۔ یہ کام کا صحیح طریقہ نہیں۔ کام کا صحیح طریقہ یہ</w:t>
      </w:r>
    </w:p>
    <w:p>
      <w:r>
        <w:rPr>
          <w:b/>
        </w:rPr>
        <w:t xml:space="preserve">[1:28:28] </w:t>
      </w:r>
      <w:r>
        <w:t>hai ke focus ko sameta jaye.</w:t>
      </w:r>
    </w:p>
    <w:p>
      <w:pPr>
        <w:jc w:val="right"/>
      </w:pPr>
      <w:r>
        <w:t>ہے کہ فوکس کو سمیٹا جائے۔</w:t>
      </w:r>
    </w:p>
    <w:p>
      <w:r>
        <w:rPr>
          <w:b/>
        </w:rPr>
        <w:t xml:space="preserve">[1:28:34] </w:t>
      </w:r>
      <w:r>
        <w:t>sirf focus ko sametne ki shakal mein koi bara kaam ho sakta hai.</w:t>
      </w:r>
    </w:p>
    <w:p>
      <w:pPr>
        <w:jc w:val="right"/>
      </w:pPr>
      <w:r>
        <w:t>صرف فوکس کو سمیٹنے کی شکل میں کوئی بڑا کام ہو سکتا ہے۔</w:t>
      </w:r>
    </w:p>
    <w:p>
      <w:r>
        <w:rPr>
          <w:b/>
        </w:rPr>
        <w:t xml:space="preserve">[1:28:40] </w:t>
      </w:r>
      <w:r>
        <w:t>paighambar e islam sallallahu alaihi wasallam ne daur e akhir ke liye ahle iman ko yeh nishana diya tha</w:t>
      </w:r>
    </w:p>
    <w:p>
      <w:pPr>
        <w:jc w:val="right"/>
      </w:pPr>
      <w:r>
        <w:t>پیغمبر اسلام صلی اللہ علیہ وسلم نے دور آخر کے لیے اہل ایمان کو یہ نشانہ دیا تھا</w:t>
      </w:r>
    </w:p>
    <w:p>
      <w:r>
        <w:rPr>
          <w:b/>
        </w:rPr>
        <w:t xml:space="preserve">[1:28:46] </w:t>
      </w:r>
      <w:r>
        <w:t>jabke aap ne kaha tha: "la yubqa ala zahr al-ardh bait madr wa la ghabr illa adkhalallahu kalimata</w:t>
      </w:r>
    </w:p>
    <w:p>
      <w:pPr>
        <w:jc w:val="right"/>
      </w:pPr>
      <w:r>
        <w:t>جبکہ آپ نے کہا تھا: "لا یبق علی ظہر الارض بیت مدر ولا غبر الا ادخلہ اللہ کلمۃ</w:t>
      </w:r>
    </w:p>
    <w:p>
      <w:r>
        <w:rPr>
          <w:b/>
        </w:rPr>
        <w:t xml:space="preserve">[1:28:53] </w:t>
      </w:r>
      <w:r>
        <w:t>al-islam" musnad ahmad</w:t>
      </w:r>
    </w:p>
    <w:p>
      <w:pPr>
        <w:jc w:val="right"/>
      </w:pPr>
      <w:r>
        <w:t>الاسلام" مسند احمد</w:t>
      </w:r>
    </w:p>
    <w:p>
      <w:r>
        <w:rPr>
          <w:b/>
        </w:rPr>
        <w:t xml:space="preserve">[1:28:59] </w:t>
      </w:r>
      <w:r>
        <w:t>yani rooye zameen par koi chota ya bara ghar baqi nahi bache ga magar Allah is mein islam</w:t>
      </w:r>
    </w:p>
    <w:p>
      <w:pPr>
        <w:jc w:val="right"/>
      </w:pPr>
      <w:r>
        <w:t>یعنی روئے زمین پر کوئی چھوٹا یا بڑا گھر باقی نہیں بچے گا مگر اللہ اس میں اسلام</w:t>
      </w:r>
    </w:p>
    <w:p>
      <w:r>
        <w:rPr>
          <w:b/>
        </w:rPr>
        <w:t xml:space="preserve">[1:29:05] </w:t>
      </w:r>
      <w:r>
        <w:t>ke kalme ko dakhil kar de ga.</w:t>
      </w:r>
    </w:p>
    <w:p>
      <w:pPr>
        <w:jc w:val="right"/>
      </w:pPr>
      <w:r>
        <w:t>کے کلمے کو داخل کر دے گا۔</w:t>
      </w:r>
    </w:p>
    <w:p>
      <w:r>
        <w:rPr>
          <w:b/>
        </w:rPr>
        <w:t xml:space="preserve">[1:29:11] </w:t>
      </w:r>
      <w:r>
        <w:t>is hadith mein idkhal e kalma se murad amalan idkhal e quran hai yani quran ko har ghar mein aur</w:t>
      </w:r>
    </w:p>
    <w:p>
      <w:pPr>
        <w:jc w:val="right"/>
      </w:pPr>
      <w:r>
        <w:t>اس حدیث میں ادخال کلمہ سے مراد عملاً ادخال قرآن ہے یعنی قرآن کو ہر گھر میں اور</w:t>
      </w:r>
    </w:p>
    <w:p>
      <w:r>
        <w:rPr>
          <w:b/>
        </w:rPr>
        <w:t xml:space="preserve">[1:29:17] </w:t>
      </w:r>
      <w:r>
        <w:t>har insan tak pohanchaya jaye.</w:t>
      </w:r>
    </w:p>
    <w:p>
      <w:pPr>
        <w:jc w:val="right"/>
      </w:pPr>
      <w:r>
        <w:t>ہر انسان تک پہنچایا جائے۔</w:t>
      </w:r>
    </w:p>
    <w:p>
      <w:r>
        <w:rPr>
          <w:b/>
        </w:rPr>
        <w:t xml:space="preserve">[1:29:23] </w:t>
      </w:r>
      <w:r>
        <w:t>ghar se murad rehish gah nahi hai balkeh is ka matlab yeh hai ke har taleem gah,</w:t>
      </w:r>
    </w:p>
    <w:p>
      <w:pPr>
        <w:jc w:val="right"/>
      </w:pPr>
      <w:r>
        <w:t>گھر سے مراد رہائش گاہ نہیں ہے بلکہ اس کا مطلب یہ ہے کہ ہر تعلیم گاہ،</w:t>
      </w:r>
    </w:p>
    <w:p>
      <w:r>
        <w:rPr>
          <w:b/>
        </w:rPr>
        <w:t xml:space="preserve">[1:29:29] </w:t>
      </w:r>
      <w:r>
        <w:t>har library, har idara, har hotel waghera mein is ko pohancha dena.</w:t>
      </w:r>
    </w:p>
    <w:p>
      <w:pPr>
        <w:jc w:val="right"/>
      </w:pPr>
      <w:r>
        <w:t>ہر لائبریری، ہر ادارہ، ہر ہوٹل وغیرہ میں اس کو پہنچا دینا۔</w:t>
      </w:r>
    </w:p>
    <w:p>
      <w:r>
        <w:rPr>
          <w:b/>
        </w:rPr>
        <w:t xml:space="preserve">[1:29:35] </w:t>
      </w:r>
      <w:r>
        <w:t>yeh hadith bazahir daur e akhir ke liye hai jabke communication ka zamana aa jaye.</w:t>
      </w:r>
    </w:p>
    <w:p>
      <w:pPr>
        <w:jc w:val="right"/>
      </w:pPr>
      <w:r>
        <w:t>یہ حدیث بظاہر دور آخر کے لیے ہے جبکہ کمیونیکیشن کا زمانہ آ جائے۔</w:t>
      </w:r>
    </w:p>
    <w:p>
      <w:r>
        <w:rPr>
          <w:b/>
        </w:rPr>
        <w:t xml:space="preserve">[1:29:41] </w:t>
      </w:r>
      <w:r>
        <w:t>quran ko har zaban mein tarjuma kar ke is ko har groh ki qabil e fahm zaban ya understandable</w:t>
      </w:r>
    </w:p>
    <w:p>
      <w:pPr>
        <w:jc w:val="right"/>
      </w:pPr>
      <w:r>
        <w:t>قرآن کو ہر زبان میں ترجمہ کر کے اس کو ہر گروہ کی قابل فہم زبان یا انڈرسٹینڈیبل</w:t>
      </w:r>
    </w:p>
    <w:p>
      <w:r>
        <w:rPr>
          <w:b/>
        </w:rPr>
        <w:t xml:space="preserve">[1:29:47] </w:t>
      </w:r>
      <w:r>
        <w:t>language mein pohanchana mumkin ho jaye khwah print edition ke zariye ho ya electronic edition ke zariye.</w:t>
      </w:r>
    </w:p>
    <w:p>
      <w:pPr>
        <w:jc w:val="right"/>
      </w:pPr>
      <w:r>
        <w:t>لینگویج میں پہنچانا ممکن ہو جائے خواہ پرنٹ ایڈیشن کے ذریعے ہو یا الیکٹرانک ایڈیشن کے ذریعے۔</w:t>
      </w:r>
    </w:p>
    <w:p>
      <w:r>
        <w:rPr>
          <w:b/>
        </w:rPr>
        <w:t xml:space="preserve">[1:29:53] </w:t>
      </w:r>
      <w:r>
        <w:t>musalman lambe arse se</w:t>
      </w:r>
    </w:p>
    <w:p>
      <w:pPr>
        <w:jc w:val="right"/>
      </w:pPr>
      <w:r>
        <w:t>مسلمان لمبے عرصے سے</w:t>
      </w:r>
    </w:p>
    <w:p>
      <w:r>
        <w:rPr>
          <w:b/>
        </w:rPr>
        <w:t xml:space="preserve">[1:29:59] </w:t>
      </w:r>
      <w:r>
        <w:t>political empire ka khwab dekh rahe hain.</w:t>
      </w:r>
    </w:p>
    <w:p>
      <w:pPr>
        <w:jc w:val="right"/>
      </w:pPr>
      <w:r>
        <w:t>پولیٹیکل ایمپائر کا خواب دیکھ رہے ہیں۔</w:t>
      </w:r>
    </w:p>
    <w:p>
      <w:r>
        <w:rPr>
          <w:b/>
        </w:rPr>
        <w:t xml:space="preserve">[1:30:05] </w:t>
      </w:r>
      <w:r>
        <w:t>ab waqt aa gaya hai ke focus ko sameta jaye aur sirf ek kaam ko apna focus banaya</w:t>
      </w:r>
    </w:p>
    <w:p>
      <w:pPr>
        <w:jc w:val="right"/>
      </w:pPr>
      <w:r>
        <w:t>اب وقت آ گیا ہے کہ فوکس کو سمیٹا جائے اور صرف ایک کام کو اپنا فوکس بنایا</w:t>
      </w:r>
    </w:p>
    <w:p>
      <w:r>
        <w:rPr>
          <w:b/>
        </w:rPr>
        <w:t xml:space="preserve">[1:30:11] </w:t>
      </w:r>
      <w:r>
        <w:t>jaye aur woh hai quran ke isha'ati empire ka qayam.</w:t>
      </w:r>
    </w:p>
    <w:p>
      <w:pPr>
        <w:jc w:val="right"/>
      </w:pPr>
      <w:r>
        <w:t>جائے اور وہ ہے قرآن کے اشاعتی ایمپائر کا قیام۔</w:t>
      </w:r>
    </w:p>
    <w:p>
      <w:r>
        <w:rPr>
          <w:b/>
        </w:rPr>
        <w:t xml:space="preserve">[1:30:18] </w:t>
      </w:r>
      <w:r>
        <w:t>jaisa ke isaiyon ne Vatican ko Bible ka isha'ati empire bana diya hai.</w:t>
      </w:r>
    </w:p>
    <w:p>
      <w:pPr>
        <w:jc w:val="right"/>
      </w:pPr>
      <w:r>
        <w:t>جیسا کہ عیسائیوں نے ویٹیکن کو بائبل کا اشاعتی ایمپائر بنا دیا ہے۔</w:t>
      </w:r>
    </w:p>
    <w:p>
      <w:r>
        <w:rPr>
          <w:b/>
        </w:rPr>
        <w:t xml:space="preserve">[1:30:24] </w:t>
      </w:r>
      <w:r>
        <w:t>dawat ke pehlu se islam ka nishana conversion ya political ghalba nahi hai balkay sirf parman tor par</w:t>
      </w:r>
    </w:p>
    <w:p>
      <w:pPr>
        <w:jc w:val="right"/>
      </w:pPr>
      <w:r>
        <w:t>دعوت کے پہلو سے اسلام کا نشانہ کنورژن یا پولیٹیکل غلبہ نہیں ہے بلکہ صرف پرامن طور پر</w:t>
      </w:r>
    </w:p>
    <w:p>
      <w:r>
        <w:rPr>
          <w:b/>
        </w:rPr>
        <w:t xml:space="preserve">[1:30:30] </w:t>
      </w:r>
      <w:r>
        <w:t>iblagh yaani pohancha dena hai.</w:t>
      </w:r>
    </w:p>
    <w:p>
      <w:pPr>
        <w:jc w:val="right"/>
      </w:pPr>
      <w:r>
        <w:t>ابلاغ یعنی پہنچا دینا ہے۔</w:t>
      </w:r>
    </w:p>
    <w:p>
      <w:r>
        <w:rPr>
          <w:b/>
        </w:rPr>
        <w:t xml:space="preserve">[1:30:36] </w:t>
      </w:r>
      <w:r>
        <w:t>dahi ka kaam pohancha dena hai.</w:t>
      </w:r>
    </w:p>
    <w:p>
      <w:pPr>
        <w:jc w:val="right"/>
      </w:pPr>
      <w:r>
        <w:t>داعی کا کام پہنچا دینا ہے۔</w:t>
      </w:r>
    </w:p>
    <w:p>
      <w:r>
        <w:rPr>
          <w:b/>
        </w:rPr>
        <w:t xml:space="preserve">[1:30:42] </w:t>
      </w:r>
      <w:r>
        <w:t>is ke baad yeh madu ka mamla hai ke woh is ko qabool karta hai ya nahi.</w:t>
      </w:r>
    </w:p>
    <w:p>
      <w:pPr>
        <w:jc w:val="right"/>
      </w:pPr>
      <w:r>
        <w:t>اس کے بعد یہ مدعو کا معاملہ ہے کہ وہ اس کو قبول کرتا ہے یا نہیں۔</w:t>
      </w:r>
    </w:p>
    <w:p>
      <w:r>
        <w:rPr>
          <w:b/>
        </w:rPr>
        <w:t xml:space="preserve">[1:30:48] </w:t>
      </w:r>
      <w:r>
        <w:t>quran mein yeh hukum bees se zaid maqamat par zikr kiya gaya hai.</w:t>
      </w:r>
    </w:p>
    <w:p>
      <w:pPr>
        <w:jc w:val="right"/>
      </w:pPr>
      <w:r>
        <w:t>قرآن میں یہ حکم بیس سے زائد مقامات پر ذکر کیا گیا ہے۔</w:t>
      </w:r>
    </w:p>
    <w:p>
      <w:r>
        <w:rPr>
          <w:b/>
        </w:rPr>
        <w:t xml:space="preserve">[1:30:54] </w:t>
      </w:r>
      <w:r>
        <w:t>in mein se aik yeh hai: "ma alaa al-rasool illa al-balagh". ilm</w:t>
      </w:r>
    </w:p>
    <w:p>
      <w:pPr>
        <w:jc w:val="right"/>
      </w:pPr>
      <w:r>
        <w:t>ان میں سے ایک یہ ہے: "ما علی الرسول الا البلاغ"۔ علم</w:t>
      </w:r>
    </w:p>
    <w:p>
      <w:r>
        <w:rPr>
          <w:b/>
        </w:rPr>
        <w:t xml:space="preserve">[1:31:00] </w:t>
      </w:r>
      <w:r>
        <w:t>y andaz, sahfti andaz.</w:t>
      </w:r>
    </w:p>
    <w:p>
      <w:pPr>
        <w:jc w:val="right"/>
      </w:pPr>
      <w:r>
        <w:t>ی انداز، صحافتی انداز۔</w:t>
      </w:r>
    </w:p>
    <w:p>
      <w:r>
        <w:rPr>
          <w:b/>
        </w:rPr>
        <w:t xml:space="preserve">[1:31:06] </w:t>
      </w:r>
      <w:r>
        <w:t>quran mein aik mamle ko in alfaz mein bayan kiya gaya hai: "allah is se nahi sharmata ke</w:t>
      </w:r>
    </w:p>
    <w:p>
      <w:pPr>
        <w:jc w:val="right"/>
      </w:pPr>
      <w:r>
        <w:t>قرآن میں ایک معاملے کو ان الفاظ میں بیان کیا گیا ہے: "اللہ اس سے نہیں شرماتا کہ</w:t>
      </w:r>
    </w:p>
    <w:p>
      <w:r>
        <w:rPr>
          <w:b/>
        </w:rPr>
        <w:t xml:space="preserve">[1:31:12] </w:t>
      </w:r>
      <w:r>
        <w:t>bayan kare misal machhar ki ya is se bhi kisi choti cheez ki.</w:t>
      </w:r>
    </w:p>
    <w:p>
      <w:pPr>
        <w:jc w:val="right"/>
      </w:pPr>
      <w:r>
        <w:t>بیان کرے مثال مچھر کی یا اس سے بھی کسی چھوٹی چیز کی۔</w:t>
      </w:r>
    </w:p>
    <w:p>
      <w:r>
        <w:rPr>
          <w:b/>
        </w:rPr>
        <w:t xml:space="preserve">[1:31:18] </w:t>
      </w:r>
      <w:r>
        <w:t>phir jo iman wale hain woh jante hain ke woh haq hai un ke rab ki janib se</w:t>
      </w:r>
    </w:p>
    <w:p>
      <w:pPr>
        <w:jc w:val="right"/>
      </w:pPr>
      <w:r>
        <w:t>پھر جو ایمان والے ہیں وہ جانتے ہیں کہ وہ حق ہے ان کے رب کی جانب سے</w:t>
      </w:r>
    </w:p>
    <w:p>
      <w:r>
        <w:rPr>
          <w:b/>
        </w:rPr>
        <w:t xml:space="preserve">[1:31:24] </w:t>
      </w:r>
      <w:r>
        <w:t>aur jo munkir hain woh kehte hain ke is misal ko bayan kar ke allah ne kya chaha hai. allah is</w:t>
      </w:r>
    </w:p>
    <w:p>
      <w:pPr>
        <w:jc w:val="right"/>
      </w:pPr>
      <w:r>
        <w:t>اور جو منکر ہیں وہ کہتے ہیں کہ اس مثال کو بیان کر کے اللہ نے کیا چاہا ہے۔ اللہ اس</w:t>
      </w:r>
    </w:p>
    <w:p>
      <w:r>
        <w:rPr>
          <w:b/>
        </w:rPr>
        <w:t xml:space="preserve">[1:31:30] </w:t>
      </w:r>
      <w:r>
        <w:t>ke zariye bohat se logon ko gumrah karta hai aur bohat se logon ko is se rah dikhata</w:t>
      </w:r>
    </w:p>
    <w:p>
      <w:pPr>
        <w:jc w:val="right"/>
      </w:pPr>
      <w:r>
        <w:t>کے ذریعے بہت سے لوگوں کو گمراہ کرتا ہے اور بہت سے لوگوں کو اس سے راہ دکھاتا</w:t>
      </w:r>
    </w:p>
    <w:p>
      <w:r>
        <w:rPr>
          <w:b/>
        </w:rPr>
        <w:t xml:space="preserve">[1:31:36] </w:t>
      </w:r>
      <w:r>
        <w:t>hai aur woh gumrah karta hai un logon ko jo nafarmani karne wale hain." quran mein kisi mamle</w:t>
      </w:r>
    </w:p>
    <w:p>
      <w:pPr>
        <w:jc w:val="right"/>
      </w:pPr>
      <w:r>
        <w:t>ہے اور وہ گمراہ کرتا ہے ان لوگوں کو جو نافرمانی کرنے والے ہیں۔" قرآن میں کسی معاملے</w:t>
      </w:r>
    </w:p>
    <w:p>
      <w:r>
        <w:rPr>
          <w:b/>
        </w:rPr>
        <w:t xml:space="preserve">[1:31:42] </w:t>
      </w:r>
      <w:r>
        <w:t>ko wazeh karne ke liye machhar aur makri ki misal di gayi.</w:t>
      </w:r>
    </w:p>
    <w:p>
      <w:pPr>
        <w:jc w:val="right"/>
      </w:pPr>
      <w:r>
        <w:t>کو واضح کرنے کے لیے مچھر اور مکڑی کی مثال دی گئی۔</w:t>
      </w:r>
    </w:p>
    <w:p>
      <w:r>
        <w:rPr>
          <w:b/>
        </w:rPr>
        <w:t xml:space="preserve">[1:31:48] </w:t>
      </w:r>
      <w:r>
        <w:t>is ko dekh kar munkireen ne is ka mazak uraya.</w:t>
      </w:r>
    </w:p>
    <w:p>
      <w:pPr>
        <w:jc w:val="right"/>
      </w:pPr>
      <w:r>
        <w:t>اس کو دیکھ کر منکرین نے اس کا مذاق اڑایا۔</w:t>
      </w:r>
    </w:p>
    <w:p>
      <w:r>
        <w:rPr>
          <w:b/>
        </w:rPr>
        <w:t xml:space="preserve">[1:31:54] </w:t>
      </w:r>
      <w:r>
        <w:t>unhon ne kaha ke yeh kaisa quran hai jis mein machhar aur makri ki misal di jati hai.</w:t>
      </w:r>
    </w:p>
    <w:p>
      <w:pPr>
        <w:jc w:val="right"/>
      </w:pPr>
      <w:r>
        <w:t>انہوں نے کہا کہ یہ کیسا قرآن ہے جس میں مچھر اور مکڑی کی مثال دی جاتی ہے۔</w:t>
      </w:r>
    </w:p>
    <w:p>
      <w:r>
        <w:rPr>
          <w:b/>
        </w:rPr>
        <w:t xml:space="preserve">[1:32:00] </w:t>
      </w:r>
      <w:r>
        <w:t>is ke jawab mein kaha gaya ke yeh mat dekho ke jo misal di gayi hai woh kis</w:t>
      </w:r>
    </w:p>
    <w:p>
      <w:pPr>
        <w:jc w:val="right"/>
      </w:pPr>
      <w:r>
        <w:t>اس کے جواب میں کہا گیا کہ یہ مت دیکھو کہ جو مثال دی گئی ہے وہ کس</w:t>
      </w:r>
    </w:p>
    <w:p>
      <w:r>
        <w:rPr>
          <w:b/>
        </w:rPr>
        <w:t xml:space="preserve">[1:32:05] </w:t>
      </w:r>
      <w:r>
        <w:t>cheez ki misal hai balkay is mein jo sabaq hai us sabaq ko dekho.</w:t>
      </w:r>
    </w:p>
    <w:p>
      <w:pPr>
        <w:jc w:val="right"/>
      </w:pPr>
      <w:r>
        <w:t>چیز کی مثال ہے بلکہ اس میں جو سبق ہے اس سبق کو دیکھو۔</w:t>
      </w:r>
    </w:p>
    <w:p>
      <w:r>
        <w:rPr>
          <w:b/>
        </w:rPr>
        <w:t xml:space="preserve">[1:32:11] </w:t>
      </w:r>
      <w:r>
        <w:t>yeh waqia qadeem zamanay ke munkireen ka hai.</w:t>
      </w:r>
    </w:p>
    <w:p>
      <w:pPr>
        <w:jc w:val="right"/>
      </w:pPr>
      <w:r>
        <w:t>یہ واقعہ قدیم زمانے کے منکرین کا ہے۔</w:t>
      </w:r>
    </w:p>
    <w:p>
      <w:r>
        <w:rPr>
          <w:b/>
        </w:rPr>
        <w:t xml:space="preserve">[1:32:16] </w:t>
      </w:r>
      <w:r>
        <w:t>mojudah zamanay mein bhi is waqie ko dekha ja sakta hai.</w:t>
      </w:r>
    </w:p>
    <w:p>
      <w:pPr>
        <w:jc w:val="right"/>
      </w:pPr>
      <w:r>
        <w:t>موجودہ زمانے میں بھی اس واقعے کو دیکھا جا سکتا ہے۔</w:t>
      </w:r>
    </w:p>
    <w:p>
      <w:r>
        <w:rPr>
          <w:b/>
        </w:rPr>
        <w:t xml:space="preserve">[1:32:21] </w:t>
      </w:r>
      <w:r>
        <w:t>farq sirf yeh hai ke mojudah zamanay mein alfaz badal gaye hain.</w:t>
      </w:r>
    </w:p>
    <w:p>
      <w:pPr>
        <w:jc w:val="right"/>
      </w:pPr>
      <w:r>
        <w:t>فرق صرف یہ ہے کہ موجودہ زمانے میں الفاظ بدل گئے ہیں۔</w:t>
      </w:r>
    </w:p>
    <w:p>
      <w:r>
        <w:rPr>
          <w:b/>
        </w:rPr>
        <w:t xml:space="preserve">[1:32:26] </w:t>
      </w:r>
      <w:r>
        <w:t>zehan wahi hai albata woh mukhtalif alfaz mein zahir hota hai. mis</w:t>
      </w:r>
    </w:p>
    <w:p>
      <w:pPr>
        <w:jc w:val="right"/>
      </w:pPr>
      <w:r>
        <w:t>ذہن وہی ہے البتہ وہ مختلف الفاظ میں ظاہر ہوتا ہے۔ مث</w:t>
      </w:r>
    </w:p>
    <w:p>
      <w:r>
        <w:rPr>
          <w:b/>
        </w:rPr>
        <w:t xml:space="preserve">[1:32:31] </w:t>
      </w:r>
      <w:r>
        <w:t>lan mojudah zamanay mein aap kisi se aik sachai ki baat kahen ge to woh kahe ga ke</w:t>
      </w:r>
    </w:p>
    <w:p>
      <w:pPr>
        <w:jc w:val="right"/>
      </w:pPr>
      <w:r>
        <w:t>لاً موجودہ زمانے میں آپ کسی سے ایک سچائی کی بات کہیں گے تو وہ کہے گا کہ</w:t>
      </w:r>
    </w:p>
    <w:p>
      <w:r>
        <w:rPr>
          <w:b/>
        </w:rPr>
        <w:t xml:space="preserve">[1:32:36] </w:t>
      </w:r>
      <w:r>
        <w:t>aap ka usloob to sahfti usloob hai.</w:t>
      </w:r>
    </w:p>
    <w:p>
      <w:pPr>
        <w:jc w:val="right"/>
      </w:pPr>
      <w:r>
        <w:t>آپ کا اسلوب تو صحافتی اسلوب ہے۔</w:t>
      </w:r>
    </w:p>
    <w:p>
      <w:r>
        <w:rPr>
          <w:b/>
        </w:rPr>
        <w:t xml:space="preserve">[1:32:41] </w:t>
      </w:r>
      <w:r>
        <w:t>aap ko chahiye ke jo baat kahen ilmi usloob mein kahen tab aap ki baat mein wazan hoga.</w:t>
      </w:r>
    </w:p>
    <w:p>
      <w:pPr>
        <w:jc w:val="right"/>
      </w:pPr>
      <w:r>
        <w:t>آپ کو چاہیے کہ جو بات کہیں علمی اسلوب میں کہیں تب آپ کی بات میں وزن ہوگا۔</w:t>
      </w:r>
    </w:p>
    <w:p>
      <w:r>
        <w:rPr>
          <w:b/>
        </w:rPr>
        <w:t xml:space="preserve">[1:32:46] </w:t>
      </w:r>
      <w:r>
        <w:t>koi baat khwah woh bظahir mazhabi ho ya secular us ko bayan karne ke liye bayan karne wala</w:t>
      </w:r>
    </w:p>
    <w:p>
      <w:pPr>
        <w:jc w:val="right"/>
      </w:pPr>
      <w:r>
        <w:t>کوئی بات خواہ وہ بظاہر مذہبی ہو یا سیکولر اس کو بیان کرنے کے لیے بیان کرنے والا</w:t>
      </w:r>
    </w:p>
    <w:p>
      <w:r>
        <w:rPr>
          <w:b/>
        </w:rPr>
        <w:t xml:space="preserve">[1:32:51] </w:t>
      </w:r>
      <w:r>
        <w:t>ek usloob ikhtiyar karta hai.</w:t>
      </w:r>
    </w:p>
    <w:p>
      <w:pPr>
        <w:jc w:val="right"/>
      </w:pPr>
      <w:r>
        <w:t>ایک اسلوب اختیار کرتا ہے۔</w:t>
      </w:r>
    </w:p>
    <w:p>
      <w:r>
        <w:rPr>
          <w:b/>
        </w:rPr>
        <w:t xml:space="preserve">[1:32:56] </w:t>
      </w:r>
      <w:r>
        <w:t>is usloob mein dekhne ki baat</w:t>
      </w:r>
    </w:p>
    <w:p>
      <w:pPr>
        <w:jc w:val="right"/>
      </w:pPr>
      <w:r>
        <w:t>اس اسلوب میں دیکھنے کی بات</w:t>
      </w:r>
    </w:p>
    <w:p>
      <w:r>
        <w:rPr>
          <w:b/>
        </w:rPr>
        <w:t xml:space="preserve">[1:33:01] </w:t>
      </w:r>
      <w:r>
        <w:t>yeh hai ke is mein kitna wضو ya clarity hai.</w:t>
      </w:r>
    </w:p>
    <w:p>
      <w:pPr>
        <w:jc w:val="right"/>
      </w:pPr>
      <w:r>
        <w:t>یہ ہے کہ اس میں کتنا وضوح یا کلیرٹی ہے۔</w:t>
      </w:r>
    </w:p>
    <w:p>
      <w:r>
        <w:rPr>
          <w:b/>
        </w:rPr>
        <w:t xml:space="preserve">[1:33:08] </w:t>
      </w:r>
      <w:r>
        <w:t>woh kitna zyada insani zehn ko address karta hai.</w:t>
      </w:r>
    </w:p>
    <w:p>
      <w:pPr>
        <w:jc w:val="right"/>
      </w:pPr>
      <w:r>
        <w:t>وہ کتنا زیادہ انسانی ذہن کو ایڈریس کرتا ہے۔</w:t>
      </w:r>
    </w:p>
    <w:p>
      <w:r>
        <w:rPr>
          <w:b/>
        </w:rPr>
        <w:t xml:space="preserve">[1:33:14] </w:t>
      </w:r>
      <w:r>
        <w:t>is mein sabaq ka pehlu kitna hai.</w:t>
      </w:r>
    </w:p>
    <w:p>
      <w:pPr>
        <w:jc w:val="right"/>
      </w:pPr>
      <w:r>
        <w:t>اس میں سبق کا پہلو کتنا ہے۔</w:t>
      </w:r>
    </w:p>
    <w:p>
      <w:r>
        <w:rPr>
          <w:b/>
        </w:rPr>
        <w:t xml:space="preserve">[1:33:21] </w:t>
      </w:r>
      <w:r>
        <w:t>kisi baat ke silsile mein asal ahmiyat sabaq ki hai na ke kisi doosri cheez ki.</w:t>
      </w:r>
    </w:p>
    <w:p>
      <w:pPr>
        <w:jc w:val="right"/>
      </w:pPr>
      <w:r>
        <w:t>کسی بات کے سلسلے میں اصل اہمیت سبق کی ہے نہ کہ کسی دوسری چیز کی۔</w:t>
      </w:r>
    </w:p>
    <w:p>
      <w:r>
        <w:rPr>
          <w:b/>
        </w:rPr>
        <w:t xml:space="preserve">[1:33:28] </w:t>
      </w:r>
      <w:r>
        <w:t>usloob hamesha zaafi hota hai aur ma'nawiyat hamesha haqeeqi.</w:t>
      </w:r>
    </w:p>
    <w:p>
      <w:pPr>
        <w:jc w:val="right"/>
      </w:pPr>
      <w:r>
        <w:t>اسلوب ہمیشہ اضافی ہوتا ہے اور معنویت ہمیشہ حقیقی۔</w:t>
      </w:r>
    </w:p>
    <w:p>
      <w:r>
        <w:rPr>
          <w:b/>
        </w:rPr>
        <w:t xml:space="preserve">[1:33:35] </w:t>
      </w:r>
      <w:r>
        <w:t>ikhtilaf ek rehmat. kainat par ghaur karne se maloom hota hai ke kainat ke mukhtalif ajza mein bohat zyada tanavua ya diversity paya jata hai. is ke bawajood kainat mein kamil tawafuq ya harmony maujood hai. is aitbar se kainat ek model hai ke kis tarah yeh mumkin hai ke kamil ikhtilaf ke bawajood aapas mein kamil ittehad paya jaye. insanon ke darmi</w:t>
      </w:r>
    </w:p>
    <w:p>
      <w:pPr>
        <w:jc w:val="right"/>
      </w:pPr>
      <w:r>
        <w:t>اختلاف ایک رحمت۔ کائنات پر غور کرنے سے معلوم ہوتا ہے کہ کائنات کے مختلف اجزاء میں بہت زیادہ تنوع یا ڈائیورسٹی پایا جاتا ہے۔ اس کے باوجود کائنات میں کامل توافق یا ہارمونی موجود ہے۔ اس اعتبار سے کائنات ایک ماڈل ہے کہ کس طرح یہ ممکن ہے کہ کامل اختلاف کے باوجود آپس میں کامل اتحاد پایا جائے۔ انسانوں کے درمی</w:t>
      </w:r>
    </w:p>
    <w:p>
      <w:r>
        <w:rPr>
          <w:b/>
        </w:rPr>
        <w:t xml:space="preserve">[1:34:05] </w:t>
      </w:r>
      <w:r>
        <w:t>in bhi isi tarah ikhtilaf ya tanawwu maujood hai magar yahan amalan bar aks soorat-e-haal pai jati hai.</w:t>
      </w:r>
    </w:p>
    <w:p>
      <w:pPr>
        <w:jc w:val="right"/>
      </w:pPr>
      <w:r>
        <w:t>ان بھی اسی طرح اختلاف یا تنوع موجود ہے مگر یہاں عملاً برعکس صورتحال پائی جاتی ہے۔</w:t>
      </w:r>
    </w:p>
    <w:p>
      <w:r>
        <w:rPr>
          <w:b/>
        </w:rPr>
        <w:t xml:space="preserve">[1:34:12] </w:t>
      </w:r>
      <w:r>
        <w:t>insanon ke darmiyan ikhtilaf ki buniyad par takrao hai.</w:t>
      </w:r>
    </w:p>
    <w:p>
      <w:pPr>
        <w:jc w:val="right"/>
      </w:pPr>
      <w:r>
        <w:t>انسانوں کے درمیان اختلاف کی بنیاد پر ٹکراؤ ہے۔</w:t>
      </w:r>
    </w:p>
    <w:p>
      <w:r>
        <w:rPr>
          <w:b/>
        </w:rPr>
        <w:t xml:space="preserve">[1:34:20] </w:t>
      </w:r>
      <w:r>
        <w:t>is ke nateejay mein insani samaj mein nafrat aur tashaddud yahan tak ke jang ki soorat-e-haal paida ho jati hai.</w:t>
      </w:r>
    </w:p>
    <w:p>
      <w:pPr>
        <w:jc w:val="right"/>
      </w:pPr>
      <w:r>
        <w:t>اس کے نتیجے میں انسانی سماج میں نفرت اور تشدد یہاں تک کہ جنگ کی صورتحال پیدا ہو جاتی ہے۔</w:t>
      </w:r>
    </w:p>
    <w:p>
      <w:r>
        <w:rPr>
          <w:b/>
        </w:rPr>
        <w:t xml:space="preserve">[1:34:27] </w:t>
      </w:r>
      <w:r>
        <w:t>kainaat ke do hisson mein yeh farq kyun? madi hissa kainaat mein ikhtilaf</w:t>
      </w:r>
    </w:p>
    <w:p>
      <w:pPr>
        <w:jc w:val="right"/>
      </w:pPr>
      <w:r>
        <w:t>کائنات کے دو حصوں میں یہ فرق کیوں؟ مادی حصہ کائنات میں اختلاف</w:t>
      </w:r>
    </w:p>
    <w:p>
      <w:r>
        <w:rPr>
          <w:b/>
        </w:rPr>
        <w:t xml:space="preserve">[1:34:35] </w:t>
      </w:r>
      <w:r>
        <w:t>ke bawajood ittehad paya jata hai jabke insani dunya mein ikhtilaf logon mein takrao ka sabab ban jata hai.</w:t>
      </w:r>
    </w:p>
    <w:p>
      <w:pPr>
        <w:jc w:val="right"/>
      </w:pPr>
      <w:r>
        <w:t>کے باوجود اتحاد پایا جاتا ہے جبکہ انسانی دنیا میں اختلاف لوگوں میں ٹکراؤ کا سبب بن جاتا ہے۔</w:t>
      </w:r>
    </w:p>
    <w:p>
      <w:r>
        <w:rPr>
          <w:b/>
        </w:rPr>
        <w:t xml:space="preserve">[1:34:41] </w:t>
      </w:r>
      <w:r>
        <w:t>is ka sabab yeh hai ke insan apni khwahish par chalta hai.</w:t>
      </w:r>
    </w:p>
    <w:p>
      <w:pPr>
        <w:jc w:val="right"/>
      </w:pPr>
      <w:r>
        <w:t>اس کا سبب یہ ہے کہ انسان اپنی خواہش پر چلتا ہے۔</w:t>
      </w:r>
    </w:p>
    <w:p>
      <w:r>
        <w:rPr>
          <w:b/>
        </w:rPr>
        <w:t xml:space="preserve">[1:34:47] </w:t>
      </w:r>
      <w:r>
        <w:t>kainaat ke model ko woh nahi apnata.</w:t>
      </w:r>
    </w:p>
    <w:p>
      <w:pPr>
        <w:jc w:val="right"/>
      </w:pPr>
      <w:r>
        <w:t>کائنات کے ماڈل کو وہ نہیں اپناتا۔</w:t>
      </w:r>
    </w:p>
    <w:p>
      <w:r>
        <w:rPr>
          <w:b/>
        </w:rPr>
        <w:t xml:space="preserve">[1:34:53] </w:t>
      </w:r>
      <w:r>
        <w:t>kainaat ka model khalq ke takhleeqi mansoobay par mabni hai.</w:t>
      </w:r>
    </w:p>
    <w:p>
      <w:pPr>
        <w:jc w:val="right"/>
      </w:pPr>
      <w:r>
        <w:t>کائنات کا ماڈل خالق کے تخلیقی منصوبے پر مبنی ہے۔</w:t>
      </w:r>
    </w:p>
    <w:p>
      <w:r>
        <w:rPr>
          <w:b/>
        </w:rPr>
        <w:t xml:space="preserve">[1:34:59] </w:t>
      </w:r>
      <w:r>
        <w:t>khalq ki mansha ke mutabiq madi dunya mein mukhtalif ajza ke muttahed</w:t>
      </w:r>
    </w:p>
    <w:p>
      <w:pPr>
        <w:jc w:val="right"/>
      </w:pPr>
      <w:r>
        <w:t>خالق کی منشا کے مطابق مادی دنیا میں مختلف اجزاء کے متحد</w:t>
      </w:r>
    </w:p>
    <w:p>
      <w:r>
        <w:rPr>
          <w:b/>
        </w:rPr>
        <w:t xml:space="preserve">[1:35:05] </w:t>
      </w:r>
      <w:r>
        <w:t>aur mutawafeq amal se aala nataij paida hote hain.</w:t>
      </w:r>
    </w:p>
    <w:p>
      <w:pPr>
        <w:jc w:val="right"/>
      </w:pPr>
      <w:r>
        <w:t>اور متوافق عمل سے اعلیٰ نتائج پیدا ہوتے ہیں۔</w:t>
      </w:r>
    </w:p>
    <w:p>
      <w:r>
        <w:rPr>
          <w:b/>
        </w:rPr>
        <w:t xml:space="preserve">[1:35:11] </w:t>
      </w:r>
      <w:r>
        <w:t>yeh model goya ek mazahira hai jo batata hai ke insan bhi isi universal model ko ikhtiyar kare.</w:t>
      </w:r>
    </w:p>
    <w:p>
      <w:pPr>
        <w:jc w:val="right"/>
      </w:pPr>
      <w:r>
        <w:t>یہ ماڈل گویا ایک مظاہرہ ہے جو بتاتا ہے کہ انسان بھی اسی یونیورسل ماڈل کو اختیار کرے۔</w:t>
      </w:r>
    </w:p>
    <w:p>
      <w:r>
        <w:rPr>
          <w:b/>
        </w:rPr>
        <w:t xml:space="preserve">[1:35:17] </w:t>
      </w:r>
      <w:r>
        <w:t>fitrat ke model ko ikhtiyar karne hi mein insan ki aala taraqqi ka raaz chupa hua hai.</w:t>
      </w:r>
    </w:p>
    <w:p>
      <w:pPr>
        <w:jc w:val="right"/>
      </w:pPr>
      <w:r>
        <w:t>فطرت کے ماڈل کو اختیار کرنے ہی میں انسان کی اعلیٰ ترقی کا راز چھپا ہوا ہے۔</w:t>
      </w:r>
    </w:p>
    <w:p>
      <w:r>
        <w:rPr>
          <w:b/>
        </w:rPr>
        <w:t xml:space="preserve">[1:35:23] </w:t>
      </w:r>
      <w:r>
        <w:t>khalq ne insan ko tanawwu ke usool par paida kiya hai.</w:t>
      </w:r>
    </w:p>
    <w:p>
      <w:pPr>
        <w:jc w:val="right"/>
      </w:pPr>
      <w:r>
        <w:t>خالق نے انسان کو تنوع کے اصول پر پیدا کیا ہے۔</w:t>
      </w:r>
    </w:p>
    <w:p>
      <w:r>
        <w:rPr>
          <w:b/>
        </w:rPr>
        <w:t xml:space="preserve">[1:35:29] </w:t>
      </w:r>
      <w:r>
        <w:t>har aurat aur har mard ke andar alag alag sifat</w:t>
      </w:r>
    </w:p>
    <w:p>
      <w:pPr>
        <w:jc w:val="right"/>
      </w:pPr>
      <w:r>
        <w:t>ہر عورت اور ہر مرد کے اندر الگ الگ صفات</w:t>
      </w:r>
    </w:p>
    <w:p>
      <w:r>
        <w:rPr>
          <w:b/>
        </w:rPr>
        <w:t xml:space="preserve">[1:35:35] </w:t>
      </w:r>
      <w:r>
        <w:t>ya qualities pai jati hain.</w:t>
      </w:r>
    </w:p>
    <w:p>
      <w:pPr>
        <w:jc w:val="right"/>
      </w:pPr>
      <w:r>
        <w:t>یا کوالٹیز پائی جاتی ہیں۔</w:t>
      </w:r>
    </w:p>
    <w:p>
      <w:r>
        <w:rPr>
          <w:b/>
        </w:rPr>
        <w:t xml:space="preserve">[1:35:42] </w:t>
      </w:r>
      <w:r>
        <w:t>logon ko chahiye ke woh is mabni par tanawwu takhleeq ya diversity based creation ko daryaft karen.</w:t>
      </w:r>
    </w:p>
    <w:p>
      <w:pPr>
        <w:jc w:val="right"/>
      </w:pPr>
      <w:r>
        <w:t>لوگوں کو چاہیے کہ وہ اس مبنی پر تنوع تخلیق یا ڈائیورسٹی بیسڈ کریشن کو دریافت کریں۔</w:t>
      </w:r>
    </w:p>
    <w:p>
      <w:r>
        <w:rPr>
          <w:b/>
        </w:rPr>
        <w:t xml:space="preserve">[1:35:49] </w:t>
      </w:r>
      <w:r>
        <w:t>وہ اس تنوع سے ٹکرانے کے بجائے avoid کرنے کا آرٹ سیکھیں۔</w:t>
      </w:r>
    </w:p>
    <w:p>
      <w:pPr>
        <w:jc w:val="right"/>
      </w:pPr>
      <w:r>
        <w:t>وہ اس تنوع سے ٹکرانے کے بجائے اویل کرنے کا آرٹ سیکھیں۔</w:t>
      </w:r>
    </w:p>
    <w:p>
      <w:r>
        <w:rPr>
          <w:b/>
        </w:rPr>
        <w:t xml:space="preserve">[1:35:56] </w:t>
      </w:r>
      <w:r>
        <w:t>is tarah insan ke tamam mamlaat isi tarah durust tor par qaim ho jayenge jaisa ke kainaat</w:t>
      </w:r>
    </w:p>
    <w:p>
      <w:pPr>
        <w:jc w:val="right"/>
      </w:pPr>
      <w:r>
        <w:t>اس طرح انسان کے تمام معاملات اسی طرح درست طور پر قائم ہو جائیں گے جیسا کہ کائنات</w:t>
      </w:r>
    </w:p>
    <w:p>
      <w:r>
        <w:rPr>
          <w:b/>
        </w:rPr>
        <w:t xml:space="preserve">[1:36:02] </w:t>
      </w:r>
      <w:r>
        <w:t>ke baqiya hisse ke mamlaat qaim hain.</w:t>
      </w:r>
    </w:p>
    <w:p>
      <w:pPr>
        <w:jc w:val="right"/>
      </w:pPr>
      <w:r>
        <w:t>کے بقیہ حصے کے معاملات قائم ہیں۔</w:t>
      </w:r>
    </w:p>
    <w:p>
      <w:r>
        <w:rPr>
          <w:b/>
        </w:rPr>
        <w:t xml:space="preserve">[1:36:09] </w:t>
      </w:r>
      <w:r>
        <w:t>aib ka tohfa.</w:t>
      </w:r>
    </w:p>
    <w:p>
      <w:pPr>
        <w:jc w:val="right"/>
      </w:pPr>
      <w:r>
        <w:t>عیب کا تحفہ۔</w:t>
      </w:r>
    </w:p>
    <w:p>
      <w:r>
        <w:rPr>
          <w:b/>
        </w:rPr>
        <w:t xml:space="preserve">[1:36:14] </w:t>
      </w:r>
      <w:r>
        <w:t>hazrat umar farooq aise insaan ko bohat pasand karte the jo un ko un ki ghalti se aagah kar de.</w:t>
      </w:r>
    </w:p>
    <w:p>
      <w:pPr>
        <w:jc w:val="right"/>
      </w:pPr>
      <w:r>
        <w:t>حضرت عمر فاروق ایسے انسان کو بہت پسند کرتے تھے جو ان کو ان کی غلطی سے آگاہ کرے۔</w:t>
      </w:r>
    </w:p>
    <w:p>
      <w:r>
        <w:rPr>
          <w:b/>
        </w:rPr>
        <w:t xml:space="preserve">[1:36:20] </w:t>
      </w:r>
      <w:r>
        <w:t>is silsile mein un ka ek qaul in alfaaz mein naqal hua hai: "rahimullah amran ahda aily</w:t>
      </w:r>
    </w:p>
    <w:p>
      <w:pPr>
        <w:jc w:val="right"/>
      </w:pPr>
      <w:r>
        <w:t>اس سلسلے میں ان کا ایک قول ان الفاظ میں نقل ہوا ہے: "رحم اللہ امران احدا ایلی</w:t>
      </w:r>
    </w:p>
    <w:p>
      <w:r>
        <w:rPr>
          <w:b/>
        </w:rPr>
        <w:t xml:space="preserve">[1:36:25] </w:t>
      </w:r>
      <w:r>
        <w:t>ayubi murat al-zaman fi tawarih al-ayan" yaani Allah is insaan par reham kare jo mujh ko mere aib</w:t>
      </w:r>
    </w:p>
    <w:p>
      <w:pPr>
        <w:jc w:val="right"/>
      </w:pPr>
      <w:r>
        <w:t>ایوبی مرات الزمان فی تواریخ الایان" یعنی اللہ اس انسان پر رحم کرے جو مجھ کو میرے عیب</w:t>
      </w:r>
    </w:p>
    <w:p>
      <w:r>
        <w:rPr>
          <w:b/>
        </w:rPr>
        <w:t xml:space="preserve">[1:36:30] </w:t>
      </w:r>
      <w:r>
        <w:t>ka tohfa bhejhe.</w:t>
      </w:r>
    </w:p>
    <w:p>
      <w:pPr>
        <w:jc w:val="right"/>
      </w:pPr>
      <w:r>
        <w:t>کا تحفہ بھیجے۔</w:t>
      </w:r>
    </w:p>
    <w:p>
      <w:r>
        <w:rPr>
          <w:b/>
        </w:rPr>
        <w:t xml:space="preserve">[1:36:35] </w:t>
      </w:r>
      <w:r>
        <w:t>yahan aib se murad ghalti hai.</w:t>
      </w:r>
    </w:p>
    <w:p>
      <w:pPr>
        <w:jc w:val="right"/>
      </w:pPr>
      <w:r>
        <w:t>یہاں عیب سے مراد غلطی ہے۔</w:t>
      </w:r>
    </w:p>
    <w:p>
      <w:r>
        <w:rPr>
          <w:b/>
        </w:rPr>
        <w:t xml:space="preserve">[1:36:40] </w:t>
      </w:r>
      <w:r>
        <w:t>agar kisi insan se koi ghalti ho jaye aur us par woh mutanabbih na ho sake to doosre insan ka yeh farz hai ke woh khair khwahi ke jazbe ke sath us ki ghalti ki nishandahi kare. batane wala khair khwahi ke sath bataye aur sunne wala shukriya ke sath us ko qabool kare. jis samajh ke logon mein yeh spirit ho woh samajh hamesha taraqqi karega. aise samajh ko koi cheez</w:t>
      </w:r>
    </w:p>
    <w:p>
      <w:pPr>
        <w:jc w:val="right"/>
      </w:pPr>
      <w:r>
        <w:t>اگر کسی انسان سے کوئی غلطی ہو جائے اور اس پر وہ متنبہ نہ ہو سکے تو دوسرے انسان کا یہ فرض ہے کہ وہ خیر خواہی کے جذبے کے ساتھ اس کی غلطی کی نشاندہی کرے۔ بتانے والا خیر خواہی کے ساتھ بتائے اور سننے والا شکریہ کے ساتھ اس کو قبول کرے۔ جس سماج کے لوگوں میں یہ اسپرٹ ہو وہ سماج ہمیشہ ترقی کرے گا۔ ایسے سماج کو کوئی چ</w:t>
      </w:r>
    </w:p>
    <w:p>
      <w:r>
        <w:rPr>
          <w:b/>
        </w:rPr>
        <w:t xml:space="preserve">[1:37:10] </w:t>
      </w:r>
      <w:r>
        <w:t>eez taraqqi se rokne wali nahi. ghalti ki nishandahi ek misbat amal hai. yeh amal fitri andaz mein hona chahiye. is amal ki sahi spirit yeh hai ke nishandahi karne wale ke andar barhai ka jazba na ho aur jis insan ko us ki ghalti batayi gayi hai woh us ko waqar ka masla na banaye. is spirit ke sath jab yeh kaam kiya jaye to yaqeenan ghalti</w:t>
      </w:r>
    </w:p>
    <w:p>
      <w:pPr>
        <w:jc w:val="right"/>
      </w:pPr>
      <w:r>
        <w:t>یز ترقی سے روکنے والی نہیں۔ غلطی کی نشاندہی ایک مثبت عمل ہے۔ یہ عمل فطری انداز میں ہونا چاہیے۔ اس عمل کی صحیح اسپرٹ یہ ہے کہ نشاندہی کرنے والے کے اندر بڑائی کا جذبہ نہ ہو اور جس انسان کو اس کی غلطی بتائی گئی ہے وہ اس کو وقار کا مسئلہ نہ بنائے۔ اس اسپرٹ کے ساتھ جب یہ کام کیا جائے تو یقینا غلط</w:t>
      </w:r>
    </w:p>
    <w:p>
      <w:r>
        <w:rPr>
          <w:b/>
        </w:rPr>
        <w:t xml:space="preserve">[1:37:40] </w:t>
      </w:r>
      <w:r>
        <w:t>ee ki nishandahi ek tohfe ka mamla ban jayega. ghalti ki nishandahi tohfa kyun hai? woh aadmi ko us ki bhalai ki taraf rehnumai karne wala mamla hai. ghalti ki nishandahi ka matlab yeh hai ke ek shakhs apne bhai se yeh kahe ke tumhari falan adat tumhari taraqqi mein rukawat hai. tum apne aap ko is adat se bachao taake tumhari taraqqi kisi rukawat ke baghair jari reh</w:t>
      </w:r>
    </w:p>
    <w:p>
      <w:pPr>
        <w:jc w:val="right"/>
      </w:pPr>
      <w:r>
        <w:t>ی کی نشاندہی ایک تحفے کا معاملہ بن جائے گا۔ غلطی کی نشاندہی تحفہ کیوں ہے؟ وہ آدمی کو اس کی بھلائی کی طرف رہنمائی کرنے والا معاملہ ہے۔ غلطی کی نشاندہی کا مطلب یہ ہے کہ ایک شخص اپنے بھائی سے یہ کہے کہ تمہاری فلاں عادت تمہاری ترقی میں رکاوٹ ہے۔ تم اپنے آپ کو اس عادت سے بچاؤ تاکہ تمہاری ترقی کسی رکاوٹ کے بغیر جاری رہ</w:t>
      </w:r>
    </w:p>
    <w:p>
      <w:r>
        <w:rPr>
          <w:b/>
        </w:rPr>
        <w:t xml:space="preserve">[1:38:10] </w:t>
      </w:r>
      <w:r>
        <w:t>e.</w:t>
      </w:r>
    </w:p>
    <w:p>
      <w:pPr>
        <w:jc w:val="right"/>
      </w:pPr>
      <w:r>
        <w:t>ے۔</w:t>
      </w:r>
    </w:p>
    <w:p>
      <w:r>
        <w:rPr>
          <w:b/>
        </w:rPr>
        <w:t xml:space="preserve">[1:38:16] </w:t>
      </w:r>
      <w:r>
        <w:t>aksar aisa hota hai ke aadmi ko apni ghalti dikhai nahi deti.</w:t>
      </w:r>
    </w:p>
    <w:p>
      <w:pPr>
        <w:jc w:val="right"/>
      </w:pPr>
      <w:r>
        <w:t>اکثر ایسا ہوتا ہے کہ آدمی کو اپنی غلطی دکھائی نہیں دیتی۔</w:t>
      </w:r>
    </w:p>
    <w:p>
      <w:r>
        <w:rPr>
          <w:b/>
        </w:rPr>
        <w:t xml:space="preserve">[1:38:22] </w:t>
      </w:r>
      <w:r>
        <w:t>aisi haalat mein jo insaan us ki ghalti se ba-khabar ho us ko chahiye ke wo khair khwahi</w:t>
      </w:r>
    </w:p>
    <w:p>
      <w:pPr>
        <w:jc w:val="right"/>
      </w:pPr>
      <w:r>
        <w:t>ایسی حالت میں جو انسان اس کی غلطی سے باخبر ہو اس کو چاہیے کہ وہ خیر خواہی</w:t>
      </w:r>
    </w:p>
    <w:p>
      <w:r>
        <w:rPr>
          <w:b/>
        </w:rPr>
        <w:t xml:space="preserve">[1:38:27] </w:t>
      </w:r>
      <w:r>
        <w:t>ke jazbe ke sath yeh baat us ko bataye.</w:t>
      </w:r>
    </w:p>
    <w:p>
      <w:pPr>
        <w:jc w:val="right"/>
      </w:pPr>
      <w:r>
        <w:t>کے جذبے کے ساتھ یہ بات اس کو بتائے۔</w:t>
      </w:r>
    </w:p>
    <w:p>
      <w:r>
        <w:rPr>
          <w:b/>
        </w:rPr>
        <w:t xml:space="preserve">[1:38:33] </w:t>
      </w:r>
      <w:r>
        <w:t>khair khwahi ki alamat yeh hai ke aadmi is maamle mein itna zyada sanjeeda ho ke wo apne</w:t>
      </w:r>
    </w:p>
    <w:p>
      <w:pPr>
        <w:jc w:val="right"/>
      </w:pPr>
      <w:r>
        <w:t>خیر خواہی کی علامت یہ ہے کہ آدمی اس معاملے میں اتنا زیادہ سنجیدہ ہو کہ وہ اپنے</w:t>
      </w:r>
    </w:p>
    <w:p>
      <w:r>
        <w:rPr>
          <w:b/>
        </w:rPr>
        <w:t xml:space="preserve">[1:38:38] </w:t>
      </w:r>
      <w:r>
        <w:t>saathi ki islaah ke liye dua karne lage.</w:t>
      </w:r>
    </w:p>
    <w:p>
      <w:pPr>
        <w:jc w:val="right"/>
      </w:pPr>
      <w:r>
        <w:t>ساتھی کی اصلاح کے لیے دعا کرنے لگے۔</w:t>
      </w:r>
    </w:p>
    <w:p>
      <w:r>
        <w:rPr>
          <w:b/>
        </w:rPr>
        <w:t xml:space="preserve">[1:38:44] </w:t>
      </w:r>
      <w:r>
        <w:t>musbat fikr.</w:t>
      </w:r>
    </w:p>
    <w:p>
      <w:pPr>
        <w:jc w:val="right"/>
      </w:pPr>
      <w:r>
        <w:t>مثبت فکر۔</w:t>
      </w:r>
    </w:p>
    <w:p>
      <w:r>
        <w:rPr>
          <w:b/>
        </w:rPr>
        <w:t xml:space="preserve">[1:38:50] </w:t>
      </w:r>
      <w:r>
        <w:t>door awwal ke musalmanon ne jo be-nazeer kamyabi hasil ki us ka sab se bada raaz yeh</w:t>
      </w:r>
    </w:p>
    <w:p>
      <w:pPr>
        <w:jc w:val="right"/>
      </w:pPr>
      <w:r>
        <w:t>دور اول کے مسلمانوں نے جو بے نظیر کامیابی حاصل کی اس کا سب سے بڑا راز یہ</w:t>
      </w:r>
    </w:p>
    <w:p>
      <w:r>
        <w:rPr>
          <w:b/>
        </w:rPr>
        <w:t xml:space="preserve">[1:38:56] </w:t>
      </w:r>
      <w:r>
        <w:t>tha ke un mein ka har fard mukammal maanon mein musbat soch ya positive thinking ka malik tha.</w:t>
      </w:r>
    </w:p>
    <w:p>
      <w:pPr>
        <w:jc w:val="right"/>
      </w:pPr>
      <w:r>
        <w:t>تھا کہ ان میں کا ہر فرد مکمل معنوں میں مثبت سوچ یا پوزیٹیو تھنکنگ کا مالک تھا۔</w:t>
      </w:r>
    </w:p>
    <w:p>
      <w:r>
        <w:rPr>
          <w:b/>
        </w:rPr>
        <w:t xml:space="preserve">[1:39:02] </w:t>
      </w:r>
      <w:r>
        <w:t>wo quran ke mutabiq asr mein yusr ka pehlu talash kar leta tha.</w:t>
      </w:r>
    </w:p>
    <w:p>
      <w:pPr>
        <w:jc w:val="right"/>
      </w:pPr>
      <w:r>
        <w:t>وہ قرآن کے مطابق عصر میں یسر کا پہلو تلاش کر لیتا تھا۔</w:t>
      </w:r>
    </w:p>
    <w:p>
      <w:r>
        <w:rPr>
          <w:b/>
        </w:rPr>
        <w:t xml:space="preserve">[1:39:08] </w:t>
      </w:r>
      <w:r>
        <w:t>wo bazahir shikast ke waqe mein fateh ka raaz darya</w:t>
      </w:r>
    </w:p>
    <w:p>
      <w:pPr>
        <w:jc w:val="right"/>
      </w:pPr>
      <w:r>
        <w:t>وہ بظاہر شکست کے واقعے میں فتح کا راز دریا</w:t>
      </w:r>
    </w:p>
    <w:p>
      <w:r>
        <w:rPr>
          <w:b/>
        </w:rPr>
        <w:t xml:space="preserve">[1:39:14] </w:t>
      </w:r>
      <w:r>
        <w:t>fat kar leta tha.</w:t>
      </w:r>
    </w:p>
    <w:p>
      <w:pPr>
        <w:jc w:val="right"/>
      </w:pPr>
      <w:r>
        <w:t>فت کر لیتا تھا۔</w:t>
      </w:r>
    </w:p>
    <w:p>
      <w:r>
        <w:rPr>
          <w:b/>
        </w:rPr>
        <w:t xml:space="preserve">[1:39:20] </w:t>
      </w:r>
      <w:r>
        <w:t>us ke liye poori dunya apni tamam wusaton ke sath musbat khurak ka dasterkhwan ban gayi thi.</w:t>
      </w:r>
    </w:p>
    <w:p>
      <w:pPr>
        <w:jc w:val="right"/>
      </w:pPr>
      <w:r>
        <w:t>اس کے لیے پوری دنیا اپنی تمام وسعتوں کے ساتھ مثبت خوراک کا دسترخوان بن گئی تھی۔</w:t>
      </w:r>
    </w:p>
    <w:p>
      <w:r>
        <w:rPr>
          <w:b/>
        </w:rPr>
        <w:t xml:space="preserve">[1:39:26] </w:t>
      </w:r>
      <w:r>
        <w:t>musalmanon ka yahi mizaj taqreeban hazaar saal tak jaari raha.</w:t>
      </w:r>
    </w:p>
    <w:p>
      <w:pPr>
        <w:jc w:val="right"/>
      </w:pPr>
      <w:r>
        <w:t>مسلمانوں کا یہی مزاج تقریباً ہزار سال تک جاری رہا۔</w:t>
      </w:r>
    </w:p>
    <w:p>
      <w:r>
        <w:rPr>
          <w:b/>
        </w:rPr>
        <w:t xml:space="preserve">[1:39:32] </w:t>
      </w:r>
      <w:r>
        <w:t>unniswin sadi mein jab muslim saltanaten ahl-e-maghrib ke hathon toot gayin to us ke baad jo muslim</w:t>
      </w:r>
    </w:p>
    <w:p>
      <w:pPr>
        <w:jc w:val="right"/>
      </w:pPr>
      <w:r>
        <w:t>انیسویں صدی میں جب مسلم سلطنتیں اہل مغرب کے ہاتھوں ٹوٹ گئیں تو اس کے بعد جو مسلم</w:t>
      </w:r>
    </w:p>
    <w:p>
      <w:r>
        <w:rPr>
          <w:b/>
        </w:rPr>
        <w:t xml:space="preserve">[1:39:38] </w:t>
      </w:r>
      <w:r>
        <w:t>rehbar uthe wo rad-e-amal ki nafsiyat mein mubtala ho chuke the. unhon ne</w:t>
      </w:r>
    </w:p>
    <w:p>
      <w:pPr>
        <w:jc w:val="right"/>
      </w:pPr>
      <w:r>
        <w:t>رہنما اٹھے وہ رد عمل کی نفسیات میں مبتلا ہو چکے تھے۔ انہوں نے</w:t>
      </w:r>
    </w:p>
    <w:p>
      <w:r>
        <w:rPr>
          <w:b/>
        </w:rPr>
        <w:t xml:space="preserve">[1:39:45] </w:t>
      </w:r>
      <w:r>
        <w:t>door jadeed ki muslim naslon ko ihtijaji zehn mein mubtala kar diya.</w:t>
      </w:r>
    </w:p>
    <w:p>
      <w:pPr>
        <w:jc w:val="right"/>
      </w:pPr>
      <w:r>
        <w:t>دور جدید کی مسلم نسلوں کو احتجاجی ذہن میں مبتلا کر دیا۔</w:t>
      </w:r>
    </w:p>
    <w:p>
      <w:r>
        <w:rPr>
          <w:b/>
        </w:rPr>
        <w:t xml:space="preserve">[1:39:52] </w:t>
      </w:r>
      <w:r>
        <w:t>saari dunya ke musalman, khawas aur awam dono ehsas-e-mehroomi ya persecution complex mein mubtala ho gaye.</w:t>
      </w:r>
    </w:p>
    <w:p>
      <w:pPr>
        <w:jc w:val="right"/>
      </w:pPr>
      <w:r>
        <w:t>ساری دنیا کے مسلمان، خواص اور عوام دونوں احساس محرومی یا پرسیکیوشن کمپلیکس میں مبتلا ہو گئے۔</w:t>
      </w:r>
    </w:p>
    <w:p>
      <w:r>
        <w:rPr>
          <w:b/>
        </w:rPr>
        <w:t xml:space="preserve">[1:40:00] </w:t>
      </w:r>
      <w:r>
        <w:t>is nazuk tareekhi moqay par muslim rehnumaon ki is ghalti ka nateeja yeh hua ke musalman is nafsiati</w:t>
      </w:r>
    </w:p>
    <w:p>
      <w:pPr>
        <w:jc w:val="right"/>
      </w:pPr>
      <w:r>
        <w:t>اس نازک تاریخی موقع پر مسلم رہنماؤں کی اس غلطی کا نتیجہ یہ ہوا کہ مسلمان اس نفسیاتی</w:t>
      </w:r>
    </w:p>
    <w:p>
      <w:r>
        <w:rPr>
          <w:b/>
        </w:rPr>
        <w:t xml:space="preserve">[1:40:07] </w:t>
      </w:r>
      <w:r>
        <w:t>pechidagi mein mubtala ho gaye jis ko angrezi mein paranoia kaha jata</w:t>
      </w:r>
    </w:p>
    <w:p>
      <w:pPr>
        <w:jc w:val="right"/>
      </w:pPr>
      <w:r>
        <w:t>پیچیدگی میں مبتلا ہو گئے جس کو انگریزی میں پیرانویا کہا جاتا</w:t>
      </w:r>
    </w:p>
    <w:p>
      <w:r>
        <w:rPr>
          <w:b/>
        </w:rPr>
        <w:t xml:space="preserve">[1:40:15] </w:t>
      </w:r>
      <w:r>
        <w:t>hai.</w:t>
      </w:r>
    </w:p>
    <w:p>
      <w:pPr>
        <w:jc w:val="right"/>
      </w:pPr>
      <w:r>
        <w:t>ہے۔</w:t>
      </w:r>
    </w:p>
    <w:p>
      <w:r>
        <w:rPr>
          <w:b/>
        </w:rPr>
        <w:t xml:space="preserve">[1:40:19] </w:t>
      </w:r>
      <w:r>
        <w:t>quran mein bataya gaya hai ke logon ka haal yeh hai ke woh gumrahi ka rasta dekhen to</w:t>
      </w:r>
    </w:p>
    <w:p>
      <w:pPr>
        <w:jc w:val="right"/>
      </w:pPr>
      <w:r>
        <w:t>قرآن میں بتایا گیا ہے کہ لوگوں کا حال یہ ہے کہ وہ گمراہی کا راستہ دیکھیں تو</w:t>
      </w:r>
    </w:p>
    <w:p>
      <w:r>
        <w:rPr>
          <w:b/>
        </w:rPr>
        <w:t xml:space="preserve">[1:40:23] </w:t>
      </w:r>
      <w:r>
        <w:t>woh is ko ikhtiyar kar len ge aur agar woh falah ka rasta dekhen to woh is ko</w:t>
      </w:r>
    </w:p>
    <w:p>
      <w:pPr>
        <w:jc w:val="right"/>
      </w:pPr>
      <w:r>
        <w:t>وہ اس کو اختیار کر لیں گے اور اگر وہ فلاح کا راستہ دیکھیں تو وہ اس کو</w:t>
      </w:r>
    </w:p>
    <w:p>
      <w:r>
        <w:rPr>
          <w:b/>
        </w:rPr>
        <w:t xml:space="preserve">[1:40:28] </w:t>
      </w:r>
      <w:r>
        <w:t>ikhtiyar na karen ge.</w:t>
      </w:r>
    </w:p>
    <w:p>
      <w:pPr>
        <w:jc w:val="right"/>
      </w:pPr>
      <w:r>
        <w:t>اختیار نہ کریں گے۔</w:t>
      </w:r>
    </w:p>
    <w:p>
      <w:r>
        <w:rPr>
          <w:b/>
        </w:rPr>
        <w:t xml:space="preserve">[1:40:32] </w:t>
      </w:r>
      <w:r>
        <w:t>al-araf is ko doosre lafzon mein yun kaha ja sakta hai ke log manfi pukar ki taraf tezi</w:t>
      </w:r>
    </w:p>
    <w:p>
      <w:pPr>
        <w:jc w:val="right"/>
      </w:pPr>
      <w:r>
        <w:t>الاعراف اس کو دوسرے لفظوں میں یوں کہا جا سکتا ہے کہ لوگ منفی پکار کی طرف تیزی</w:t>
      </w:r>
    </w:p>
    <w:p>
      <w:r>
        <w:rPr>
          <w:b/>
        </w:rPr>
        <w:t xml:space="preserve">[1:40:36] </w:t>
      </w:r>
      <w:r>
        <w:t>se daurte hain magar misbat pukar ki taraf woh is tarah nahi daurte.</w:t>
      </w:r>
    </w:p>
    <w:p>
      <w:pPr>
        <w:jc w:val="right"/>
      </w:pPr>
      <w:r>
        <w:t>سے دوڑتے ہیں مگر مثبت پکار کی طرف وہ اس طرح نہیں دوڑتے۔</w:t>
      </w:r>
    </w:p>
    <w:p>
      <w:r>
        <w:rPr>
          <w:b/>
        </w:rPr>
        <w:t xml:space="preserve">[1:40:40] </w:t>
      </w:r>
      <w:r>
        <w:t>is ka sabab yeh hai ke manfi kalam haal</w:t>
      </w:r>
    </w:p>
    <w:p>
      <w:pPr>
        <w:jc w:val="right"/>
      </w:pPr>
      <w:r>
        <w:t>اس کا سبب یہ ہے کہ منفی کلام حال</w:t>
      </w:r>
    </w:p>
    <w:p>
      <w:r>
        <w:rPr>
          <w:b/>
        </w:rPr>
        <w:t xml:space="preserve">[1:40:45] </w:t>
      </w:r>
      <w:r>
        <w:t>ki zaban mein hota hai aur misbat kalam hamesha mustaqbil ki zaban mein.</w:t>
      </w:r>
    </w:p>
    <w:p>
      <w:pPr>
        <w:jc w:val="right"/>
      </w:pPr>
      <w:r>
        <w:t>کی زبان میں ہوتا ہے اور مثبت کلام ہمیشہ مستقبل کی زبان میں۔</w:t>
      </w:r>
    </w:p>
    <w:p>
      <w:r>
        <w:rPr>
          <w:b/>
        </w:rPr>
        <w:t xml:space="preserve">[1:40:51] </w:t>
      </w:r>
      <w:r>
        <w:t>aur tareekh ka tajruba yeh hai ke mustaqbil ki zaban samajhne wale hamesha bohat thore hote hain aur</w:t>
      </w:r>
    </w:p>
    <w:p>
      <w:pPr>
        <w:jc w:val="right"/>
      </w:pPr>
      <w:r>
        <w:t>اور تاریخ کا تجربہ یہ ہے کہ مستقبل کی زبان سمجھنے والے ہمیشہ بہت تھوڑے ہوتے ہیں اور</w:t>
      </w:r>
    </w:p>
    <w:p>
      <w:r>
        <w:rPr>
          <w:b/>
        </w:rPr>
        <w:t xml:space="preserve">[1:40:57] </w:t>
      </w:r>
      <w:r>
        <w:t>haal ki zaban samajhne wale hamesha bohat ziyada.</w:t>
      </w:r>
    </w:p>
    <w:p>
      <w:pPr>
        <w:jc w:val="right"/>
      </w:pPr>
      <w:r>
        <w:t>حال کی زبان سمجھنے والے ہمیشہ بہت زیادہ۔</w:t>
      </w:r>
    </w:p>
    <w:p>
      <w:r>
        <w:rPr>
          <w:b/>
        </w:rPr>
        <w:t xml:space="preserve">[1:41:03] </w:t>
      </w:r>
      <w:r>
        <w:t>is dunya mein har qism ki nakamiyon ka raaz manfi tarz-e-fikr hai aur har qism ki kamyabi</w:t>
      </w:r>
    </w:p>
    <w:p>
      <w:pPr>
        <w:jc w:val="right"/>
      </w:pPr>
      <w:r>
        <w:t>اس دنیا میں ہر قسم کی ناکامیوں کا راز منفی طرز فکر ہے اور ہر قسم کی کامیابی</w:t>
      </w:r>
    </w:p>
    <w:p>
      <w:r>
        <w:rPr>
          <w:b/>
        </w:rPr>
        <w:t xml:space="preserve">[1:41:09] </w:t>
      </w:r>
      <w:r>
        <w:t>ka raaz misbat tarz-e-fikr.</w:t>
      </w:r>
    </w:p>
    <w:p>
      <w:pPr>
        <w:jc w:val="right"/>
      </w:pPr>
      <w:r>
        <w:t>کا راز مثبت طرز فکر۔</w:t>
      </w:r>
    </w:p>
    <w:p>
      <w:r>
        <w:rPr>
          <w:b/>
        </w:rPr>
        <w:t xml:space="preserve">[1:41:15] </w:t>
      </w:r>
      <w:r>
        <w:t>manfi tarz-e-fikr har qism ki deeni aur akhlaqi buraiyon ka sar-chashma hai aur misbat tarz-e-fikr is</w:t>
      </w:r>
    </w:p>
    <w:p>
      <w:pPr>
        <w:jc w:val="right"/>
      </w:pPr>
      <w:r>
        <w:t>منفی طرز فکر ہر قسم کی دینی اور اخلاقی برائیوں کا سرچشمہ ہے اور مثبت طرز فکر اس</w:t>
      </w:r>
    </w:p>
    <w:p>
      <w:r>
        <w:rPr>
          <w:b/>
        </w:rPr>
        <w:t xml:space="preserve">[1:41:23] </w:t>
      </w:r>
      <w:r>
        <w:t>ke muqable mein har qism ke deeni aur dunyawi khair ka sar-chashma.</w:t>
      </w:r>
    </w:p>
    <w:p>
      <w:pPr>
        <w:jc w:val="right"/>
      </w:pPr>
      <w:r>
        <w:t>کے مقابلے میں ہر قسم کے دینی اور دنیاوی خیر کا سرچشمہ۔</w:t>
      </w:r>
    </w:p>
    <w:p>
      <w:r>
        <w:rPr>
          <w:b/>
        </w:rPr>
        <w:t xml:space="preserve">[1:41:30] </w:t>
      </w:r>
      <w:r>
        <w:t>aaj ki naujawan naslein.</w:t>
      </w:r>
    </w:p>
    <w:p>
      <w:pPr>
        <w:jc w:val="right"/>
      </w:pPr>
      <w:r>
        <w:t>آج کی نوجوان نسلیں۔</w:t>
      </w:r>
    </w:p>
    <w:p>
      <w:r>
        <w:rPr>
          <w:b/>
        </w:rPr>
        <w:t xml:space="preserve">[1:41:38] </w:t>
      </w:r>
      <w:r>
        <w:t>mojudah zamaney ke naujawanon ka masla sirf aik</w:t>
      </w:r>
    </w:p>
    <w:p>
      <w:pPr>
        <w:jc w:val="right"/>
      </w:pPr>
      <w:r>
        <w:t>موجودہ زمانے کے نوجوانوں کا مسئلہ صرف ایک</w:t>
      </w:r>
    </w:p>
    <w:p>
      <w:r>
        <w:rPr>
          <w:b/>
        </w:rPr>
        <w:t xml:space="preserve">[1:41:45] </w:t>
      </w:r>
      <w:r>
        <w:t>hai aur woh yeh ke un ke zehan mein kuch misbat sawalat hain magar hamare rehnuma in sawalat</w:t>
      </w:r>
    </w:p>
    <w:p>
      <w:pPr>
        <w:jc w:val="right"/>
      </w:pPr>
      <w:r>
        <w:t>ہے اور وہ یہ کہ ان کے ذہن میں کچھ مثبت سوالات ہیں مگر ہمارے رہنما ان سوالات</w:t>
      </w:r>
    </w:p>
    <w:p>
      <w:r>
        <w:rPr>
          <w:b/>
        </w:rPr>
        <w:t xml:space="preserve">[1:41:53] </w:t>
      </w:r>
      <w:r>
        <w:t>ke jawabat manfi andaaz mein pesh kar rahe hain.</w:t>
      </w:r>
    </w:p>
    <w:p>
      <w:pPr>
        <w:jc w:val="right"/>
      </w:pPr>
      <w:r>
        <w:t>کے جوابات منفی انداز میں پیش کر رہے ہیں۔</w:t>
      </w:r>
    </w:p>
    <w:p>
      <w:r>
        <w:rPr>
          <w:b/>
        </w:rPr>
        <w:t xml:space="preserve">[1:42:00] </w:t>
      </w:r>
      <w:r>
        <w:t>yeh aik tazad ki soorat-e-haal hai aur yahi tazad aaj ke naujawanon ka asal masla hai.</w:t>
      </w:r>
    </w:p>
    <w:p>
      <w:pPr>
        <w:jc w:val="right"/>
      </w:pPr>
      <w:r>
        <w:t>یہ ایک تضاد کی صورتحال ہے اور یہی تضاد آج کے نوجوانوں کا اصل مسئلہ ہے۔</w:t>
      </w:r>
    </w:p>
    <w:p>
      <w:r>
        <w:rPr>
          <w:b/>
        </w:rPr>
        <w:t xml:space="preserve">[1:42:08] </w:t>
      </w:r>
      <w:r>
        <w:t>aaj ka naujawan bhatka hua naujawan nahi hai balkeh woh mutallashi ya seekhne wala naujawan hai.</w:t>
      </w:r>
    </w:p>
    <w:p>
      <w:pPr>
        <w:jc w:val="right"/>
      </w:pPr>
      <w:r>
        <w:t>آج کا نوجوان بھٹکا ہوا نوجوان نہیں ہے بلکہ وہ متلاشی یا سیکھر نوجوان ہے۔</w:t>
      </w:r>
    </w:p>
    <w:p>
      <w:r>
        <w:rPr>
          <w:b/>
        </w:rPr>
        <w:t xml:space="preserve">[1:42:16] </w:t>
      </w:r>
      <w:r>
        <w:t>be-laq tajziya batata hai ke aaj kal ke naujawanon ka asal masla yeh hai ke un ke</w:t>
      </w:r>
    </w:p>
    <w:p>
      <w:pPr>
        <w:jc w:val="right"/>
      </w:pPr>
      <w:r>
        <w:t>بے لاک تجزیہ بتاتا ہے کہ آج کل کے نوجوانوں کا اصل مسئلہ یہ ہے کہ ان کے</w:t>
      </w:r>
    </w:p>
    <w:p>
      <w:r>
        <w:rPr>
          <w:b/>
        </w:rPr>
        <w:t xml:space="preserve">[1:42:23] </w:t>
      </w:r>
      <w:r>
        <w:t>buzurgon ne un ko yeh bataya ke daur-e-jadeed aik mukhalif mazhab daur hai.</w:t>
      </w:r>
    </w:p>
    <w:p>
      <w:pPr>
        <w:jc w:val="right"/>
      </w:pPr>
      <w:r>
        <w:t>بزرگوں نے ان کو یہ بتایا کہ دور جدید ایک مخالف مذہب دور ہے۔</w:t>
      </w:r>
    </w:p>
    <w:p>
      <w:r>
        <w:rPr>
          <w:b/>
        </w:rPr>
        <w:t xml:space="preserve">[1:42:31] </w:t>
      </w:r>
      <w:r>
        <w:t>is soch ke tehat hamare buzurgon ne naujawanon ko yeh target diya ke woh daur-e-jadeed ko badlen.</w:t>
      </w:r>
    </w:p>
    <w:p>
      <w:pPr>
        <w:jc w:val="right"/>
      </w:pPr>
      <w:r>
        <w:t>اس سوچ کے تحت ہمارے بزرگوں نے نوجوانوں کو یہ ٹارگٹ دیا کہ وہ دور جدید کو بدلیں۔</w:t>
      </w:r>
    </w:p>
    <w:p>
      <w:r>
        <w:rPr>
          <w:b/>
        </w:rPr>
        <w:t xml:space="preserve">[1:42:38] </w:t>
      </w:r>
      <w:r>
        <w:t>is bana par hamari kai naslein khud sakhta nazariye ke tehat</w:t>
      </w:r>
    </w:p>
    <w:p>
      <w:pPr>
        <w:jc w:val="right"/>
      </w:pPr>
      <w:r>
        <w:t>اس بنا پر ہماری کئی نسلیں خود ساختہ نظریے کے تحت</w:t>
      </w:r>
    </w:p>
    <w:p>
      <w:r>
        <w:rPr>
          <w:b/>
        </w:rPr>
        <w:t xml:space="preserve">[1:42:46] </w:t>
      </w:r>
      <w:r>
        <w:t>door jadeed se marti rahin lekin amalan in ko nakami ke siwa kuch aur nahi mila.</w:t>
      </w:r>
    </w:p>
    <w:p>
      <w:pPr>
        <w:jc w:val="right"/>
      </w:pPr>
      <w:r>
        <w:t>دور جدید سے لڑتی رہیں لیکن عملاً ان کو ناکامی کے سوا کچھ اور نہیں ملا۔</w:t>
      </w:r>
    </w:p>
    <w:p>
      <w:r>
        <w:rPr>
          <w:b/>
        </w:rPr>
        <w:t xml:space="preserve">[1:42:52] </w:t>
      </w:r>
      <w:r>
        <w:t>is masle ka hal sirf ek hai aur woh yeh ke hamare buzurg khule taur par etaraf karen</w:t>
      </w:r>
    </w:p>
    <w:p>
      <w:pPr>
        <w:jc w:val="right"/>
      </w:pPr>
      <w:r>
        <w:t>اس مسئلے کا حل صرف ایک ہے اور وہ یہ کہ ہمارے بزرگ کھلے طور پر اعتراف کریں</w:t>
      </w:r>
    </w:p>
    <w:p>
      <w:r>
        <w:rPr>
          <w:b/>
        </w:rPr>
        <w:t xml:space="preserve">[1:42:58] </w:t>
      </w:r>
      <w:r>
        <w:t>ke un ki nishandahi galat thi.</w:t>
      </w:r>
    </w:p>
    <w:p>
      <w:pPr>
        <w:jc w:val="right"/>
      </w:pPr>
      <w:r>
        <w:t>کہ ان کی نشاندہی غلط تھی۔</w:t>
      </w:r>
    </w:p>
    <w:p>
      <w:r>
        <w:rPr>
          <w:b/>
        </w:rPr>
        <w:t xml:space="preserve">[1:43:04] </w:t>
      </w:r>
      <w:r>
        <w:t>woh ailan karen ke door jadeed jo science ki daryafton ke tehat bana hai woh ek mofiq mazhab</w:t>
      </w:r>
    </w:p>
    <w:p>
      <w:pPr>
        <w:jc w:val="right"/>
      </w:pPr>
      <w:r>
        <w:t>وہ اعلان کریں کہ دور جدید جو سائنس کی دریافتوں کے تحت بنا ہے وہ ایک موافق مذہب</w:t>
      </w:r>
    </w:p>
    <w:p>
      <w:r>
        <w:rPr>
          <w:b/>
        </w:rPr>
        <w:t xml:space="preserve">[1:43:10] </w:t>
      </w:r>
      <w:r>
        <w:t>door tha lekin hamare buzurgon ne khilaf</w:t>
      </w:r>
    </w:p>
    <w:p>
      <w:pPr>
        <w:jc w:val="right"/>
      </w:pPr>
      <w:r>
        <w:t>دور تھا لیکن ہمارے بزرگوں نے خلاف</w:t>
      </w:r>
    </w:p>
    <w:p>
      <w:r>
        <w:rPr>
          <w:b/>
        </w:rPr>
        <w:t xml:space="preserve">[1:43:16] </w:t>
      </w:r>
      <w:r>
        <w:t>waqe taur par is ko makhloof mazhab door ki hesiyat de di aur hamari jadeed nasl ne be</w:t>
      </w:r>
    </w:p>
    <w:p>
      <w:pPr>
        <w:jc w:val="right"/>
      </w:pPr>
      <w:r>
        <w:t>واقعہ طور پر اس کو مخالف مذہب دور کی حیثیت دے دی اور ہماری جدید نسل نے بے</w:t>
      </w:r>
    </w:p>
    <w:p>
      <w:r>
        <w:rPr>
          <w:b/>
        </w:rPr>
        <w:t xml:space="preserve">[1:43:22] </w:t>
      </w:r>
      <w:r>
        <w:t>faida taur par is ke khilaf nazari ya amli jang chher di.</w:t>
      </w:r>
    </w:p>
    <w:p>
      <w:pPr>
        <w:jc w:val="right"/>
      </w:pPr>
      <w:r>
        <w:t>فائدہ طور پر اس کے خلاف نظری یا عملی جنگ چھیڑ دی۔</w:t>
      </w:r>
    </w:p>
    <w:p>
      <w:r>
        <w:rPr>
          <w:b/>
        </w:rPr>
        <w:t xml:space="preserve">[1:43:29] </w:t>
      </w:r>
      <w:r>
        <w:t>is ke nateejay mein mayusi ke siwa un ko kuch aur nahi mila.</w:t>
      </w:r>
    </w:p>
    <w:p>
      <w:pPr>
        <w:jc w:val="right"/>
      </w:pPr>
      <w:r>
        <w:t>اس کے نتیجے میں مایوسی کے سوا ان کو کچھ اور نہیں ملا۔</w:t>
      </w:r>
    </w:p>
    <w:p>
      <w:r>
        <w:rPr>
          <w:b/>
        </w:rPr>
        <w:t xml:space="preserve">[1:43:35] </w:t>
      </w:r>
      <w:r>
        <w:t>ab karne ka kaam sirf yeh hai ke aaj ke naujawanon ko yeh bataya jaye ke jadeed door</w:t>
      </w:r>
    </w:p>
    <w:p>
      <w:pPr>
        <w:jc w:val="right"/>
      </w:pPr>
      <w:r>
        <w:t>اب کرنے کا کام صرف یہ ہے کہ آج کے نوجوانوں کو یہ بتایا جائے کہ جدید دور</w:t>
      </w:r>
    </w:p>
    <w:p>
      <w:r>
        <w:rPr>
          <w:b/>
        </w:rPr>
        <w:t xml:space="preserve">[1:43:41] </w:t>
      </w:r>
      <w:r>
        <w:t>ek mofiq mazhab door hai.</w:t>
      </w:r>
    </w:p>
    <w:p>
      <w:pPr>
        <w:jc w:val="right"/>
      </w:pPr>
      <w:r>
        <w:t>ایک موافق مذہب دور ہے۔</w:t>
      </w:r>
    </w:p>
    <w:p>
      <w:r>
        <w:rPr>
          <w:b/>
        </w:rPr>
        <w:t xml:space="preserve">[1:43:47] </w:t>
      </w:r>
      <w:r>
        <w:t>jadeed tehzeeb ek mofiq mazhab tehzeeb hai.</w:t>
      </w:r>
    </w:p>
    <w:p>
      <w:pPr>
        <w:jc w:val="right"/>
      </w:pPr>
      <w:r>
        <w:t>جدید تہذیب ایک موافق مذہب تہذیب ہے۔</w:t>
      </w:r>
    </w:p>
    <w:p>
      <w:r>
        <w:rPr>
          <w:b/>
        </w:rPr>
        <w:t xml:space="preserve">[1:43:52] </w:t>
      </w:r>
      <w:r>
        <w:t>jadeed door ne hamare liye naye mawaqe khol diye hain jin ko awal kar ke hum tareekh ki</w:t>
      </w:r>
    </w:p>
    <w:p>
      <w:pPr>
        <w:jc w:val="right"/>
      </w:pPr>
      <w:r>
        <w:t>جدید دور نے ہمارے لیے نئے مواقع کھول دیے ہیں جن کو اویل کر کے ہم تاریخ کی</w:t>
      </w:r>
    </w:p>
    <w:p>
      <w:r>
        <w:rPr>
          <w:b/>
        </w:rPr>
        <w:t xml:space="preserve">[1:43:56] </w:t>
      </w:r>
      <w:r>
        <w:t>sab se bari kamyabi hasil kar sakte hain.</w:t>
      </w:r>
    </w:p>
    <w:p>
      <w:pPr>
        <w:jc w:val="right"/>
      </w:pPr>
      <w:r>
        <w:t>سب سے بڑی کامیابی حاصل کر سکتے ہیں۔</w:t>
      </w:r>
    </w:p>
    <w:p>
      <w:r>
        <w:rPr>
          <w:b/>
        </w:rPr>
        <w:t xml:space="preserve">[1:44:00] </w:t>
      </w:r>
      <w:r>
        <w:t>misalan qadeem door tohamat ka door tha.</w:t>
      </w:r>
    </w:p>
    <w:p>
      <w:pPr>
        <w:jc w:val="right"/>
      </w:pPr>
      <w:r>
        <w:t>مثلاً قدیم دور تہمات کا دور تھا۔</w:t>
      </w:r>
    </w:p>
    <w:p>
      <w:r>
        <w:rPr>
          <w:b/>
        </w:rPr>
        <w:t xml:space="preserve">[1:44:04] </w:t>
      </w:r>
      <w:r>
        <w:t>aaj ka door haqaiq ka door hai.</w:t>
      </w:r>
    </w:p>
    <w:p>
      <w:pPr>
        <w:jc w:val="right"/>
      </w:pPr>
      <w:r>
        <w:t>آج کا دور حقائق کا دور ہے۔</w:t>
      </w:r>
    </w:p>
    <w:p>
      <w:r>
        <w:rPr>
          <w:b/>
        </w:rPr>
        <w:t xml:space="preserve">[1:44:09] </w:t>
      </w:r>
      <w:r>
        <w:t>qadeem door jabr ka door tha.</w:t>
      </w:r>
    </w:p>
    <w:p>
      <w:pPr>
        <w:jc w:val="right"/>
      </w:pPr>
      <w:r>
        <w:t>قدیم دور جبر کا دور تھا۔</w:t>
      </w:r>
    </w:p>
    <w:p>
      <w:r>
        <w:rPr>
          <w:b/>
        </w:rPr>
        <w:t xml:space="preserve">[1:44:13] </w:t>
      </w:r>
      <w:r>
        <w:t>aaj ka door azadi ka door hai waghera. yahi</w:t>
      </w:r>
    </w:p>
    <w:p>
      <w:pPr>
        <w:jc w:val="right"/>
      </w:pPr>
      <w:r>
        <w:t>آج کا دور آزادی کا دور ہے وغیرہ۔ یہی</w:t>
      </w:r>
    </w:p>
    <w:p>
      <w:r>
        <w:rPr>
          <w:b/>
        </w:rPr>
        <w:t xml:space="preserve">[1:44:17] </w:t>
      </w:r>
      <w:r>
        <w:t>woh maqam hai jahan se hum naujawanon ko ek naya umeed se bhara aghaz de sakte hain.</w:t>
      </w:r>
    </w:p>
    <w:p>
      <w:pPr>
        <w:jc w:val="right"/>
      </w:pPr>
      <w:r>
        <w:t>وہ مقام ہے جہاں سے ہم نوجوانوں کو ایک نیا امید سے بھرا آغاز دے سکتے ہیں۔</w:t>
      </w:r>
    </w:p>
    <w:p>
      <w:r>
        <w:rPr>
          <w:b/>
        </w:rPr>
        <w:t xml:space="preserve">[1:44:23] </w:t>
      </w:r>
      <w:r>
        <w:t>waqt ka istemal.</w:t>
      </w:r>
    </w:p>
    <w:p>
      <w:pPr>
        <w:jc w:val="right"/>
      </w:pPr>
      <w:r>
        <w:t>وقت کا استعمال۔</w:t>
      </w:r>
    </w:p>
    <w:p>
      <w:r>
        <w:rPr>
          <w:b/>
        </w:rPr>
        <w:t xml:space="preserve">[1:44:29] </w:t>
      </w:r>
      <w:r>
        <w:t>ek hadith rasool hai.</w:t>
      </w:r>
    </w:p>
    <w:p>
      <w:pPr>
        <w:jc w:val="right"/>
      </w:pPr>
      <w:r>
        <w:t>ایک حدیث رسول ہے۔</w:t>
      </w:r>
    </w:p>
    <w:p>
      <w:r>
        <w:rPr>
          <w:b/>
        </w:rPr>
        <w:t xml:space="preserve">[1:44:35] </w:t>
      </w:r>
      <w:r>
        <w:t>is ka tarjuma yeh hai: "agar tum dekho ke qayamat aa gayi aur tumhare hath mein ek poda</w:t>
      </w:r>
    </w:p>
    <w:p>
      <w:pPr>
        <w:jc w:val="right"/>
      </w:pPr>
      <w:r>
        <w:t>اس کا ترجمہ یہ ہے: "اگر تم دیکھو کہ قیامت آ گئی اور تمہارے ہاتھ میں ایک پودا</w:t>
      </w:r>
    </w:p>
    <w:p>
      <w:r>
        <w:rPr>
          <w:b/>
        </w:rPr>
        <w:t xml:space="preserve">[1:44:42] </w:t>
      </w:r>
      <w:r>
        <w:t>hai to us ko foran zameen mein</w:t>
      </w:r>
    </w:p>
    <w:p>
      <w:pPr>
        <w:jc w:val="right"/>
      </w:pPr>
      <w:r>
        <w:t>ہے تو اس کو فوراً زمین میں</w:t>
      </w:r>
    </w:p>
    <w:p>
      <w:r>
        <w:rPr>
          <w:b/>
        </w:rPr>
        <w:t xml:space="preserve">[1:44:48] </w:t>
      </w:r>
      <w:r>
        <w:t>gaad do." faliqarsah.</w:t>
      </w:r>
    </w:p>
    <w:p>
      <w:pPr>
        <w:jc w:val="right"/>
      </w:pPr>
      <w:r>
        <w:t>گاڑ دو۔" فلیغرسہ۔</w:t>
      </w:r>
    </w:p>
    <w:p>
      <w:r>
        <w:rPr>
          <w:b/>
        </w:rPr>
        <w:t xml:space="preserve">[1:44:53] </w:t>
      </w:r>
      <w:r>
        <w:t>is hadith rasool mein ek misal ki surat mein waqt ki ahmiyat ko bataya gaya hai.</w:t>
      </w:r>
    </w:p>
    <w:p>
      <w:pPr>
        <w:jc w:val="right"/>
      </w:pPr>
      <w:r>
        <w:t>اس حدیث رسول میں ایک مثال کی صورت میں وقت کی اہمیت کو بتایا گیا ہے۔</w:t>
      </w:r>
    </w:p>
    <w:p>
      <w:r>
        <w:rPr>
          <w:b/>
        </w:rPr>
        <w:t xml:space="preserve">[1:44:58] </w:t>
      </w:r>
      <w:r>
        <w:t>is ka matlab yeh hai ke waqt itna zyada qeemti hai ke agar tumhare paas waqt ka aik</w:t>
      </w:r>
    </w:p>
    <w:p>
      <w:pPr>
        <w:jc w:val="right"/>
      </w:pPr>
      <w:r>
        <w:t>اس کا مطلب یہ ہے کہ وقت اتنا زیادہ قیمتی ہے کہ اگر تمہارے پاس وقت کا ایک</w:t>
      </w:r>
    </w:p>
    <w:p>
      <w:r>
        <w:rPr>
          <w:b/>
        </w:rPr>
        <w:t xml:space="preserve">[1:45:03] </w:t>
      </w:r>
      <w:r>
        <w:t>lamha ya moment ho tab bhi zaroor us ko istemal karo.</w:t>
      </w:r>
    </w:p>
    <w:p>
      <w:pPr>
        <w:jc w:val="right"/>
      </w:pPr>
      <w:r>
        <w:t>لمحہ یا مومنٹ ہو تب بھی ضرور اس کو استعمال کرو۔</w:t>
      </w:r>
    </w:p>
    <w:p>
      <w:r>
        <w:rPr>
          <w:b/>
        </w:rPr>
        <w:t xml:space="preserve">[1:45:08] </w:t>
      </w:r>
      <w:r>
        <w:t>tumhara koi waqt ghair istemal shuda ya un avail na reh jaye.</w:t>
      </w:r>
    </w:p>
    <w:p>
      <w:pPr>
        <w:jc w:val="right"/>
      </w:pPr>
      <w:r>
        <w:t>تمہارا کوئی وقت غیر استعمال شدہ یا ان اویل نہ رہ جائے۔</w:t>
      </w:r>
    </w:p>
    <w:p>
      <w:r>
        <w:rPr>
          <w:b/>
        </w:rPr>
        <w:t xml:space="preserve">[1:45:13] </w:t>
      </w:r>
      <w:r>
        <w:t>tumhari koshish yeh honi chahiye</w:t>
      </w:r>
    </w:p>
    <w:p>
      <w:pPr>
        <w:jc w:val="right"/>
      </w:pPr>
      <w:r>
        <w:t>تمہاری کوشش یہ ہونی چاہیے</w:t>
      </w:r>
    </w:p>
    <w:p>
      <w:r>
        <w:rPr>
          <w:b/>
        </w:rPr>
        <w:t xml:space="preserve">[1:45:18] </w:t>
      </w:r>
      <w:r>
        <w:t>ke waqt ka har lamha tumhare liye aik karamad lamha ban jaye.</w:t>
      </w:r>
    </w:p>
    <w:p>
      <w:pPr>
        <w:jc w:val="right"/>
      </w:pPr>
      <w:r>
        <w:t>کہ وقت کا ہر لمحہ تمہارے لیے ایک کارآمد لمحہ بن جائے۔</w:t>
      </w:r>
    </w:p>
    <w:p>
      <w:r>
        <w:rPr>
          <w:b/>
        </w:rPr>
        <w:t xml:space="preserve">[1:45:24] </w:t>
      </w:r>
      <w:r>
        <w:t>maulana shibli nomani ne 1892 mein aik bahri safar kiya tha.</w:t>
      </w:r>
    </w:p>
    <w:p>
      <w:pPr>
        <w:jc w:val="right"/>
      </w:pPr>
      <w:r>
        <w:t>مولانا شبلی نعمانی نے 1892 میں ایک بحری سفر کیا تھا۔</w:t>
      </w:r>
    </w:p>
    <w:p>
      <w:r>
        <w:rPr>
          <w:b/>
        </w:rPr>
        <w:t xml:space="preserve">[1:45:31] </w:t>
      </w:r>
      <w:r>
        <w:t>is safar mein india se nehar suez tak professor t w arnold un ke sath thay.</w:t>
      </w:r>
    </w:p>
    <w:p>
      <w:pPr>
        <w:jc w:val="right"/>
      </w:pPr>
      <w:r>
        <w:t>اس سفر میں انڈیا سے نہر سوئس تک پروفیسر ٹی ڈبلیو ارنلڈ ان کے ساتھ تھے۔</w:t>
      </w:r>
    </w:p>
    <w:p>
      <w:r>
        <w:rPr>
          <w:b/>
        </w:rPr>
        <w:t xml:space="preserve">[1:45:37] </w:t>
      </w:r>
      <w:r>
        <w:t>maulana shibli ne apni kitab "rom o misr o sham" mein likha hai ke safar ke douran aik</w:t>
      </w:r>
    </w:p>
    <w:p>
      <w:pPr>
        <w:jc w:val="right"/>
      </w:pPr>
      <w:r>
        <w:t>مولانا شبلی نے اپنی کتاب "روم و مصر و شام" میں لکھا ہے کہ سفر کے دوران ایک</w:t>
      </w:r>
    </w:p>
    <w:p>
      <w:r>
        <w:rPr>
          <w:b/>
        </w:rPr>
        <w:t xml:space="preserve">[1:45:43] </w:t>
      </w:r>
      <w:r>
        <w:t>baar samandar mein sakht toofan aa gaya.</w:t>
      </w:r>
    </w:p>
    <w:p>
      <w:pPr>
        <w:jc w:val="right"/>
      </w:pPr>
      <w:r>
        <w:t>بار سمندر میں سخت طوفان آ گیا۔</w:t>
      </w:r>
    </w:p>
    <w:p>
      <w:r>
        <w:rPr>
          <w:b/>
        </w:rPr>
        <w:t xml:space="preserve">[1:45:49] </w:t>
      </w:r>
      <w:r>
        <w:t>aisa maloom hota tha ke jahaz doob jaye ga.</w:t>
      </w:r>
    </w:p>
    <w:p>
      <w:pPr>
        <w:jc w:val="right"/>
      </w:pPr>
      <w:r>
        <w:t>ایسا معلوم ہوتا تھا کہ جہاز ڈوب جائے گا۔</w:t>
      </w:r>
    </w:p>
    <w:p>
      <w:r>
        <w:rPr>
          <w:b/>
        </w:rPr>
        <w:t xml:space="preserve">[1:45:54] </w:t>
      </w:r>
      <w:r>
        <w:t>us waqt maulana shibli professor arnold ke cabin mein gaye.</w:t>
      </w:r>
    </w:p>
    <w:p>
      <w:pPr>
        <w:jc w:val="right"/>
      </w:pPr>
      <w:r>
        <w:t>اس وقت مولانا شبلی پروفیسر ارنلڈ کے کیبن میں گئے۔</w:t>
      </w:r>
    </w:p>
    <w:p>
      <w:r>
        <w:rPr>
          <w:b/>
        </w:rPr>
        <w:t xml:space="preserve">[1:46:00] </w:t>
      </w:r>
      <w:r>
        <w:t>unhon ne dekha ke professor arnold khamoshi ke sath aik kitab parh rahe hain.</w:t>
      </w:r>
    </w:p>
    <w:p>
      <w:pPr>
        <w:jc w:val="right"/>
      </w:pPr>
      <w:r>
        <w:t>انہوں نے دیکھا کہ پروفیسر ارنلڈ خاموشی کے ساتھ ایک کتاب پڑھ رہے ہیں۔</w:t>
      </w:r>
    </w:p>
    <w:p>
      <w:r>
        <w:rPr>
          <w:b/>
        </w:rPr>
        <w:t xml:space="preserve">[1:46:05] </w:t>
      </w:r>
      <w:r>
        <w:t>maulana shibli ne kaha ke jahaz doobne wala hai aur aap kitab parh rahe hain.</w:t>
      </w:r>
    </w:p>
    <w:p>
      <w:pPr>
        <w:jc w:val="right"/>
      </w:pPr>
      <w:r>
        <w:t>مولانا شبلی نے کہا کہ جہاز ڈوبنے والا ہے اور آپ کتاب پڑھ رہے ہیں۔</w:t>
      </w:r>
    </w:p>
    <w:p>
      <w:r>
        <w:rPr>
          <w:b/>
        </w:rPr>
        <w:t xml:space="preserve">[1:46:10] </w:t>
      </w:r>
      <w:r>
        <w:t>professor arnold ne itminan ke sath jawab diya ke main chahta hoon ke zindagi ka jo lamha baqi</w:t>
      </w:r>
    </w:p>
    <w:p>
      <w:pPr>
        <w:jc w:val="right"/>
      </w:pPr>
      <w:r>
        <w:t>پروفیسر ارنلڈ نے اطمینان کے ساتھ جواب دیا کہ میں چاہتا ہوں کہ زندگی کا جو لمحہ باقی</w:t>
      </w:r>
    </w:p>
    <w:p>
      <w:r>
        <w:rPr>
          <w:b/>
        </w:rPr>
        <w:t xml:space="preserve">[1:46:15] </w:t>
      </w:r>
      <w:r>
        <w:t>hai us ko main istemal kar loon. waqt sab</w:t>
      </w:r>
    </w:p>
    <w:p>
      <w:pPr>
        <w:jc w:val="right"/>
      </w:pPr>
      <w:r>
        <w:t>ہے اس کو میں استعمال کر لوں۔ وقت سب</w:t>
      </w:r>
    </w:p>
    <w:p>
      <w:r>
        <w:rPr>
          <w:b/>
        </w:rPr>
        <w:t xml:space="preserve">[1:46:20] </w:t>
      </w:r>
      <w:r>
        <w:t>se bara سرمایہ hai magar waqt har lamha bhaag raha hai. zameen ke safar ki raftaar aik hazar mil fi ghanta hai. is ke muqable mein roshni ki raftaar aik lakh 86 hazar mil fi second hai. waqt ki raftaar is se bhi zyada hai. mazeed yeh ke jo waqt chala gaya woh dobara wapas aane wala nahi.</w:t>
      </w:r>
    </w:p>
    <w:p>
      <w:pPr>
        <w:jc w:val="right"/>
      </w:pPr>
      <w:r>
        <w:t>سے بڑا سرمایہ ہے مگر وقت ہر لمحہ بھاگ رہا ہے۔ زمین کے سفر کی رفتار ایک ہزار میل فی گھنٹہ ہے۔ اس کے مقابلے میں روشنی کی رفتار ایک لاکھ 86 ہزار میل فی سیکنڈ ہے۔ وقت کی رفتار اس سے بھی زیادہ ہے۔ مزید یہ کہ جو وقت چلا گیا وہ دوبارہ واپس آنے والا نہیں۔</w:t>
      </w:r>
    </w:p>
    <w:p>
      <w:r>
        <w:rPr>
          <w:b/>
        </w:rPr>
        <w:t xml:space="preserve">[1:46:50] </w:t>
      </w:r>
      <w:r>
        <w:t>jis aadmi ko is haqeeqat ka ehsas ho woh waqt ka aik lamha bhi zaya nahi kare ga.</w:t>
      </w:r>
    </w:p>
    <w:p>
      <w:pPr>
        <w:jc w:val="right"/>
      </w:pPr>
      <w:r>
        <w:t>جس آدمی کو اس حقیقت کا احساس ہو وہ وقت کا ایک لمحہ بھی ضائع نہیں کرے گا۔</w:t>
      </w:r>
    </w:p>
    <w:p>
      <w:r>
        <w:rPr>
          <w:b/>
        </w:rPr>
        <w:t xml:space="preserve">[1:46:56] </w:t>
      </w:r>
      <w:r>
        <w:t>woh chahe ga ke woh daurte hue waqt ko pakre.</w:t>
      </w:r>
    </w:p>
    <w:p>
      <w:pPr>
        <w:jc w:val="right"/>
      </w:pPr>
      <w:r>
        <w:t>وہ چاہے گا کہ وہ دوڑتے ہوئے وقت کو پکڑے۔</w:t>
      </w:r>
    </w:p>
    <w:p>
      <w:r>
        <w:rPr>
          <w:b/>
        </w:rPr>
        <w:t xml:space="preserve">[1:47:03] </w:t>
      </w:r>
      <w:r>
        <w:t>waqt ko istemal kiye baghair us ko hergiz aage na barhne de.</w:t>
      </w:r>
    </w:p>
    <w:p>
      <w:pPr>
        <w:jc w:val="right"/>
      </w:pPr>
      <w:r>
        <w:t>وقت کو استعمال کیے بغیر اس کو ہرگز آگے نہ بڑھنے دے۔</w:t>
      </w:r>
    </w:p>
    <w:p>
      <w:r>
        <w:rPr>
          <w:b/>
        </w:rPr>
        <w:t xml:space="preserve">[1:47:10] </w:t>
      </w:r>
      <w:r>
        <w:t>aise hi log apni zindagi ko karamad banate hain.</w:t>
      </w:r>
    </w:p>
    <w:p>
      <w:pPr>
        <w:jc w:val="right"/>
      </w:pPr>
      <w:r>
        <w:t>ایسے ہی لوگ اپنی زندگی کو کارآمد بناتے ہیں۔</w:t>
      </w:r>
    </w:p>
    <w:p>
      <w:r>
        <w:rPr>
          <w:b/>
        </w:rPr>
        <w:t xml:space="preserve">[1:47:17] </w:t>
      </w:r>
      <w:r>
        <w:t>aise hi log koi bara kaam karne mein kamyab hote hain.</w:t>
      </w:r>
    </w:p>
    <w:p>
      <w:pPr>
        <w:jc w:val="right"/>
      </w:pPr>
      <w:r>
        <w:t>ایسے ہی لوگ کوئی بڑا کام کرنے میں کامیاب ہوتے ہیں۔</w:t>
      </w:r>
    </w:p>
    <w:p>
      <w:r>
        <w:rPr>
          <w:b/>
        </w:rPr>
        <w:t xml:space="preserve">[1:47:24] </w:t>
      </w:r>
      <w:r>
        <w:t>ghusse ka misbat pehlu.</w:t>
      </w:r>
    </w:p>
    <w:p>
      <w:pPr>
        <w:jc w:val="right"/>
      </w:pPr>
      <w:r>
        <w:t>غصے کا مثبت پہلو۔</w:t>
      </w:r>
    </w:p>
    <w:p>
      <w:r>
        <w:rPr>
          <w:b/>
        </w:rPr>
        <w:t xml:space="preserve">[1:47:29] </w:t>
      </w:r>
      <w:r>
        <w:t>ghusse ko aam taur par aik manfi zahira samjha jata hai lekin gusse ka aik misbat pehlu hai.</w:t>
      </w:r>
    </w:p>
    <w:p>
      <w:pPr>
        <w:jc w:val="right"/>
      </w:pPr>
      <w:r>
        <w:t>غصے کو عام طور پر ایک منفی ظاہرہ سمجھا جاتا ہے لیکن غصے کا ایک مثبت پہلو ہے۔</w:t>
      </w:r>
    </w:p>
    <w:p>
      <w:r>
        <w:rPr>
          <w:b/>
        </w:rPr>
        <w:t xml:space="preserve">[1:47:34] </w:t>
      </w:r>
      <w:r>
        <w:t>aadmi agar gusse ke waqt be sabar ho jaye to gussa us ke liye nuqsan ki cheez ban jata hai.</w:t>
      </w:r>
    </w:p>
    <w:p>
      <w:pPr>
        <w:jc w:val="right"/>
      </w:pPr>
      <w:r>
        <w:t>آدمی اگر غصے کے وقت بے صبر ہو جائے تو غصہ اس کے لیے نقصان کی چیز بن جاتا ہے۔</w:t>
      </w:r>
    </w:p>
    <w:p>
      <w:r>
        <w:rPr>
          <w:b/>
        </w:rPr>
        <w:t xml:space="preserve">[1:47:39] </w:t>
      </w:r>
      <w:r>
        <w:t>lekin aadmi agar gusse ke waqt khud ko control kare to gussa us ke liye aik misbat amal</w:t>
      </w:r>
    </w:p>
    <w:p>
      <w:pPr>
        <w:jc w:val="right"/>
      </w:pPr>
      <w:r>
        <w:t>لیکن آدمی اگر غصے کے وقت خود کو کنٹرول کرے تو غصہ اس کے لیے ایک مثبت عمل</w:t>
      </w:r>
    </w:p>
    <w:p>
      <w:r>
        <w:rPr>
          <w:b/>
        </w:rPr>
        <w:t xml:space="preserve">[1:47:44] </w:t>
      </w:r>
      <w:r>
        <w:t>ban jaye ga.</w:t>
      </w:r>
    </w:p>
    <w:p>
      <w:pPr>
        <w:jc w:val="right"/>
      </w:pPr>
      <w:r>
        <w:t>بن جائے گا۔</w:t>
      </w:r>
    </w:p>
    <w:p>
      <w:r>
        <w:rPr>
          <w:b/>
        </w:rPr>
        <w:t xml:space="preserve">[1:47:49] </w:t>
      </w:r>
      <w:r>
        <w:t>ghussa ijtimai zindagi ka</w:t>
      </w:r>
    </w:p>
    <w:p>
      <w:pPr>
        <w:jc w:val="right"/>
      </w:pPr>
      <w:r>
        <w:t>غصہ اجتماعی زندگی کا</w:t>
      </w:r>
    </w:p>
    <w:p>
      <w:r>
        <w:rPr>
          <w:b/>
        </w:rPr>
        <w:t xml:space="preserve">[1:47:54] </w:t>
      </w:r>
      <w:r>
        <w:t>aik zahira hai.</w:t>
      </w:r>
    </w:p>
    <w:p>
      <w:pPr>
        <w:jc w:val="right"/>
      </w:pPr>
      <w:r>
        <w:t>ایک ظاہرہ ہے۔</w:t>
      </w:r>
    </w:p>
    <w:p>
      <w:r>
        <w:rPr>
          <w:b/>
        </w:rPr>
        <w:t xml:space="preserve">[1:47:58] </w:t>
      </w:r>
      <w:r>
        <w:t>aadmi agar tanhai ki zindagi guzar raha ho to us ko ghussa nahi aayega.</w:t>
      </w:r>
    </w:p>
    <w:p>
      <w:pPr>
        <w:jc w:val="right"/>
      </w:pPr>
      <w:r>
        <w:t>آدمی اگر تنہائی کی زندگی گزار رہا ہو تو اس کو غصہ نہیں آئے گا۔</w:t>
      </w:r>
    </w:p>
    <w:p>
      <w:r>
        <w:rPr>
          <w:b/>
        </w:rPr>
        <w:t xml:space="preserve">[1:48:03] </w:t>
      </w:r>
      <w:r>
        <w:t>ghussa us waqt aata hai jab ke aadmi doosron ke darmiyan ho aur doosron ki koi baat us</w:t>
      </w:r>
    </w:p>
    <w:p>
      <w:pPr>
        <w:jc w:val="right"/>
      </w:pPr>
      <w:r>
        <w:t>غصہ اس وقت آتا ہے جب کہ آدمی دوسروں کے درمیان ہو اور دوسروں کی کوئی بات اس</w:t>
      </w:r>
    </w:p>
    <w:p>
      <w:r>
        <w:rPr>
          <w:b/>
        </w:rPr>
        <w:t xml:space="preserve">[1:48:07] </w:t>
      </w:r>
      <w:r>
        <w:t>ko pasand na aaye.</w:t>
      </w:r>
    </w:p>
    <w:p>
      <w:pPr>
        <w:jc w:val="right"/>
      </w:pPr>
      <w:r>
        <w:t>کو پسند نہ آئے۔</w:t>
      </w:r>
    </w:p>
    <w:p>
      <w:r>
        <w:rPr>
          <w:b/>
        </w:rPr>
        <w:t xml:space="preserve">[1:48:11] </w:t>
      </w:r>
      <w:r>
        <w:t>us waqt us ke andar ghussa bhadakta hai.</w:t>
      </w:r>
    </w:p>
    <w:p>
      <w:pPr>
        <w:jc w:val="right"/>
      </w:pPr>
      <w:r>
        <w:t>اس وقت اس کے اندر غصہ بھڑکتا ہے۔</w:t>
      </w:r>
    </w:p>
    <w:p>
      <w:r>
        <w:rPr>
          <w:b/>
        </w:rPr>
        <w:t xml:space="preserve">[1:48:16] </w:t>
      </w:r>
      <w:r>
        <w:t>lekin ghussa apni zaat mein koi burai nahi.</w:t>
      </w:r>
    </w:p>
    <w:p>
      <w:pPr>
        <w:jc w:val="right"/>
      </w:pPr>
      <w:r>
        <w:t>لیکن غصہ اپنی ذات میں کوئی برائی نہیں۔</w:t>
      </w:r>
    </w:p>
    <w:p>
      <w:r>
        <w:rPr>
          <w:b/>
        </w:rPr>
        <w:t xml:space="preserve">[1:48:20] </w:t>
      </w:r>
      <w:r>
        <w:t>ghussa us waqt buri cheez ban jaata hai jab ke aadmi</w:t>
      </w:r>
    </w:p>
    <w:p>
      <w:pPr>
        <w:jc w:val="right"/>
      </w:pPr>
      <w:r>
        <w:t>غصہ اس وقت بری چیز بن جاتا ہے جب کہ آدمی</w:t>
      </w:r>
    </w:p>
    <w:p>
      <w:r>
        <w:rPr>
          <w:b/>
        </w:rPr>
        <w:t xml:space="preserve">[1:48:24] </w:t>
      </w:r>
      <w:r>
        <w:t>ghusse ke waqt radd-e-amal ka shikar ho jaye. woh ghusse ko manage karne mein nakaam rahe. ghussa aik fitri zahira hai. ghussa kisi aadmi ke liye aik shocking tajruba hota hai. jab kisi aadmi ko ghussa aata hai to fitri taur par us ke andar se bari miqdar mein anger energy kharij hoti hai. ghalat yeh hai ke aadmi apni anger en</w:t>
      </w:r>
    </w:p>
    <w:p>
      <w:pPr>
        <w:jc w:val="right"/>
      </w:pPr>
      <w:r>
        <w:t>غصے کے وقت رد عمل کا شکار ہو جائے۔ وہ غصے کو مینج کرنے میں ناکام رہے۔ غصہ ایک فطری ظاہرہ ہے۔ غصہ کسی آدمی کے لیے ایک شاکنگ تجربہ ہوتا ہے۔ جب کسی آدمی کو غصہ آتا ہے تو فطری طور پر اس کے اندر سے بڑی مقدار میں اینگر انرجی خارج ہوتی ہے۔ غلط یہ ہے کہ آدمی اپنی اینگر ان</w:t>
      </w:r>
    </w:p>
    <w:p>
      <w:r>
        <w:rPr>
          <w:b/>
        </w:rPr>
        <w:t xml:space="preserve">[1:48:54] </w:t>
      </w:r>
      <w:r>
        <w:t>ragay ko manage na kar sake.</w:t>
      </w:r>
    </w:p>
    <w:p>
      <w:pPr>
        <w:jc w:val="right"/>
      </w:pPr>
      <w:r>
        <w:t>رجی کو مینج نہ کر سکے۔</w:t>
      </w:r>
    </w:p>
    <w:p>
      <w:r>
        <w:rPr>
          <w:b/>
        </w:rPr>
        <w:t xml:space="preserve">[1:48:59] </w:t>
      </w:r>
      <w:r>
        <w:t>لیکن اگر آدمی اپنے anger energy کو manage کر سکے تو وہ اس کی فکری طاقت میں اضافے</w:t>
      </w:r>
    </w:p>
    <w:p>
      <w:pPr>
        <w:jc w:val="right"/>
      </w:pPr>
      <w:r>
        <w:t>لیکن اگر آدمی اپنے اینگر انرجی کو مینج کر سکے تو وہ اس کی فکری طاقت میں اضافے</w:t>
      </w:r>
    </w:p>
    <w:p>
      <w:r>
        <w:rPr>
          <w:b/>
        </w:rPr>
        <w:t xml:space="preserve">[1:49:03] </w:t>
      </w:r>
      <w:r>
        <w:t>ka zariya ban jayega.</w:t>
      </w:r>
    </w:p>
    <w:p>
      <w:pPr>
        <w:jc w:val="right"/>
      </w:pPr>
      <w:r>
        <w:t>کا ذریعہ بن جائے گا۔</w:t>
      </w:r>
    </w:p>
    <w:p>
      <w:r>
        <w:rPr>
          <w:b/>
        </w:rPr>
        <w:t xml:space="preserve">[1:49:08] </w:t>
      </w:r>
      <w:r>
        <w:t>جب کسی بات پر آدمی کو غصہ آتا ہے تو اس کے اندر سوچنے کا عمل یا thinking</w:t>
      </w:r>
    </w:p>
    <w:p>
      <w:pPr>
        <w:jc w:val="right"/>
      </w:pPr>
      <w:r>
        <w:t>جب کسی بات پر آدمی کو غصہ آتا ہے تو اس کے اندر سوچنے کا عمل یا تھنکنگ</w:t>
      </w:r>
    </w:p>
    <w:p>
      <w:r>
        <w:rPr>
          <w:b/>
        </w:rPr>
        <w:t xml:space="preserve">[1:49:12] </w:t>
      </w:r>
      <w:r>
        <w:t>process bohat taiz ho jata hai.</w:t>
      </w:r>
    </w:p>
    <w:p>
      <w:pPr>
        <w:jc w:val="right"/>
      </w:pPr>
      <w:r>
        <w:t>پروسیس بہت تیز ہو جاتا ہے۔</w:t>
      </w:r>
    </w:p>
    <w:p>
      <w:r>
        <w:rPr>
          <w:b/>
        </w:rPr>
        <w:t xml:space="preserve">[1:49:16] </w:t>
      </w:r>
      <w:r>
        <w:t>yeh zahira us ki fikri taqat ko bohat badha deta hai.</w:t>
      </w:r>
    </w:p>
    <w:p>
      <w:pPr>
        <w:jc w:val="right"/>
      </w:pPr>
      <w:r>
        <w:t>یہ ظاہرہ اس کی فکری طاقت کو بہت بڑھا دیتا ہے۔</w:t>
      </w:r>
    </w:p>
    <w:p>
      <w:r>
        <w:rPr>
          <w:b/>
        </w:rPr>
        <w:t xml:space="preserve">[1:49:21] </w:t>
      </w:r>
      <w:r>
        <w:t>woh zyada gehrai ke sath</w:t>
      </w:r>
    </w:p>
    <w:p>
      <w:pPr>
        <w:jc w:val="right"/>
      </w:pPr>
      <w:r>
        <w:t>وہ زیادہ گہرائی کے ساتھ</w:t>
      </w:r>
    </w:p>
    <w:p>
      <w:r>
        <w:rPr>
          <w:b/>
        </w:rPr>
        <w:t xml:space="preserve">[1:49:25] </w:t>
      </w:r>
      <w:r>
        <w:t>sochne ke qabil ho jata hai. is ki quwwat faisla bohat barh jati hai. is ki karkardagi ki taqat mein bohat izafa ho jata hai. is ke andar chupi hui tawanaai shiddat ke sath jaag uthti hai. is ke dimagh ki band khirkiyan khul jati hain. woh zyada gehrai ke sath sochne ke qabil ho jata hai. jab ghussa</w:t>
      </w:r>
    </w:p>
    <w:p>
      <w:pPr>
        <w:jc w:val="right"/>
      </w:pPr>
      <w:r>
        <w:t>سوچنے کے قابل ہو جاتا ہے۔ اس کی قوت فیصلہ بہت بڑھ جاتی ہے۔ اس کی کارکردگی کی طاقت میں بہت اضافہ ہو جاتا ہے۔ اس کے اندر چھپی ہوئی توانائی شدت کے ساتھ جاگ اٹھتی ہے۔ اس کے دماغ کی بند کھڑکیاں کھل جاتی ہیں۔ وہ زیادہ گہرائی کے ساتھ سوچنے کے قابل ہو جاتا ہے۔ جب غص</w:t>
      </w:r>
    </w:p>
    <w:p>
      <w:r>
        <w:rPr>
          <w:b/>
        </w:rPr>
        <w:t xml:space="preserve">[1:49:55] </w:t>
      </w:r>
      <w:r>
        <w:t>h aaye to sirf yeh kijiye ke chup ho kar sochna shuru kar dijiye aur us ke baad</w:t>
      </w:r>
    </w:p>
    <w:p>
      <w:pPr>
        <w:jc w:val="right"/>
      </w:pPr>
      <w:r>
        <w:t>ہ آئے تو صرف یہ کیجئے کہ چپ ہو کر سوچنا شروع کر دیجئے اور اس کے بعد</w:t>
      </w:r>
    </w:p>
    <w:p>
      <w:r>
        <w:rPr>
          <w:b/>
        </w:rPr>
        <w:t xml:space="preserve">[1:50:05] </w:t>
      </w:r>
      <w:r>
        <w:t>fitri taur par aisa hoga ke ghusse ke waqt release hone wali anger energy misbat energy ban jayegi. zehni sukoon.</w:t>
      </w:r>
    </w:p>
    <w:p>
      <w:pPr>
        <w:jc w:val="right"/>
      </w:pPr>
      <w:r>
        <w:t>فطری طور پر ایسا ہوگا کہ غصے کے وقت ریلیز ہونے والی اینگر انرجی مثبت انرجی بن جائے گی۔ ذہنی سکون۔</w:t>
      </w:r>
    </w:p>
    <w:p>
      <w:r>
        <w:rPr>
          <w:b/>
        </w:rPr>
        <w:t xml:space="preserve">[1:50:15] </w:t>
      </w:r>
      <w:r>
        <w:t>zindagi mein sab se pehla sawal yeh hai ke insaan ke liye</w:t>
      </w:r>
    </w:p>
    <w:p>
      <w:pPr>
        <w:jc w:val="right"/>
      </w:pPr>
      <w:r>
        <w:t>زندگی میں سب سے پہلا سوال یہ ہے کہ انسان کے لیے</w:t>
      </w:r>
    </w:p>
    <w:p>
      <w:r>
        <w:rPr>
          <w:b/>
        </w:rPr>
        <w:t xml:space="preserve">[1:50:26] </w:t>
      </w:r>
      <w:r>
        <w:t>supreme cheez kya hai? main apne tajrube ke mutabiq keh sakta hoon ke kisi insaan ke liye supreme cheez peace of mind hai. kisi insaan ke liye supreme cheez na to money hai, na fame hai, na power hai, aur na shohrat ya popularity. kisi insaan ke liye supreme yaft wahi cheez ho sakti hai jo us ko fulfillment de. aur tajruba yeh sabit</w:t>
      </w:r>
    </w:p>
    <w:p>
      <w:pPr>
        <w:jc w:val="right"/>
      </w:pPr>
      <w:r>
        <w:t>سپریم چیز کیا ہے؟ میں اپنے تجربے کے مطابق کہہ سکتا ہوں کہ کسی انسان کے لیے سپریم چیز پیس آف مائنڈ ہے۔ کسی انسان کے لیے سپریم چیز نہ تو منی ہے، نہ فیم ہے، نہ پاور ہے، اور نہ شہرت یا پاپولیرٹی۔ کسی انسان کے لیے سپریم یافت وہی چیز ہو سکتی ہے جو اس کو فلفلمنٹ دے۔ اور تجربہ یہ ثابت</w:t>
      </w:r>
    </w:p>
    <w:p>
      <w:r>
        <w:rPr>
          <w:b/>
        </w:rPr>
        <w:t xml:space="preserve">[1:50:56] </w:t>
      </w:r>
      <w:r>
        <w:t>karta hai ke peace of mind ke siwa koi aur cheez insaan ko fulfillment nahi deti. peace of mind ki yeh ahmiyat kyun hai? is ka sabab yeh hai ke peace of mind insaan ki nature ke mutabiq hai. insaan apni fitrat ya nature ke mutabiq yeh chahta hai ke woh aakhri had tak apne aap ko mutmain bana sake. magar kisi insaan ko itminan sirf</w:t>
      </w:r>
    </w:p>
    <w:p>
      <w:pPr>
        <w:jc w:val="right"/>
      </w:pPr>
      <w:r>
        <w:t>کرتا ہے کہ پیس آف مائنڈ کے سوا کوئی اور چیز انسان کو فلفلمنٹ نہیں دیتی۔ پیس آف مائنڈ کی یہ اہمیت کیوں ہے؟ اس کا سبب یہ ہے کہ پیس آف مائنڈ انسان کی نیچر کے مطابق ہے۔ انسان اپنی فطرت یا نیچر کے مطابق یہ چاہتا ہے کہ وہ آخری حد تک اپنے آپ کو مطمئن بنا سکے۔ مگر کسی انسان کو اطمینان ص</w:t>
      </w:r>
    </w:p>
    <w:p>
      <w:r>
        <w:rPr>
          <w:b/>
        </w:rPr>
        <w:t xml:space="preserve">[1:51:26] </w:t>
      </w:r>
      <w:r>
        <w:t>dakhli achievement par ho sakta hai, kharji achievement par nahi. isi dakhli yaft ka doosra naam intellectual development ya spiritual development hai. amriki daulat mand Bill Gates ne dollar ke bare mein apne tajrube ko in alfaz mein bayan kiya hai: "Once you get beyond a million dollars, it is the same hamburger." Bill Gates ne jo baat dollar ke bare mein kahi,</w:t>
      </w:r>
    </w:p>
    <w:p>
      <w:pPr>
        <w:jc w:val="right"/>
      </w:pPr>
      <w:r>
        <w:t>رف داخلی اچیومنٹ پر ہو سکتا ہے، خارجی اچیومنٹ پر نہیں۔ اسی داخلی یافت کا دوسرا نام انٹلیکچول ڈیویلپمنٹ یا سپرچول ڈیویلپمنٹ ہے۔ امریکی دولت مند بل گیٹس نے ڈالر کے بارے میں اپنے تجربے کو ان الفاظ میں بیان کیا ہے: "ونس یو گیٹ بیونڈ ا ملین ڈالرز، اٹ از دا سیم ہیمبرگر۔" بل گیٹس نے جو بات ڈالر کے بارے میں کہی،</w:t>
      </w:r>
    </w:p>
    <w:p>
      <w:r>
        <w:rPr>
          <w:b/>
        </w:rPr>
        <w:t xml:space="preserve">[1:51:56] </w:t>
      </w:r>
      <w:r>
        <w:t>wohi baat har kharji achievement ke liye durust hai.</w:t>
      </w:r>
    </w:p>
    <w:p>
      <w:pPr>
        <w:jc w:val="right"/>
      </w:pPr>
      <w:r>
        <w:t>وہی بات ہر خارجی اچیومنٹ کے لیے درست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