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12, V. 105 ; Ch. 10 V. 61 (Study of Nature) | July 15, 2018</w:t>
      </w:r>
    </w:p>
    <w:p>
      <w:r>
        <w:t>https://www.youtube.com/watch?v=5d-qNvpMg4k</w:t>
      </w:r>
    </w:p>
    <w:p>
      <w:r>
        <w:rPr>
          <w:b/>
        </w:rPr>
        <w:t xml:space="preserve">[00:10] </w:t>
      </w:r>
      <w:r>
        <w:t>bismillah rahman rahim, wasallallahu ala nabiyil karim.</w:t>
      </w:r>
    </w:p>
    <w:p>
      <w:pPr>
        <w:jc w:val="right"/>
      </w:pPr>
      <w:r>
        <w:t>بسم اللہ الرحمن الرحیم، وصلی اللہ علی نبی الکریم۔</w:t>
      </w:r>
    </w:p>
    <w:p>
      <w:r>
        <w:rPr>
          <w:b/>
        </w:rPr>
        <w:t xml:space="preserve">[00:20] </w:t>
      </w:r>
      <w:r>
        <w:t>15 jullai 2018.</w:t>
      </w:r>
    </w:p>
    <w:p>
      <w:pPr>
        <w:jc w:val="right"/>
      </w:pPr>
      <w:r>
        <w:t>15 جولائی 2018۔</w:t>
      </w:r>
    </w:p>
    <w:p>
      <w:r>
        <w:rPr>
          <w:b/>
        </w:rPr>
        <w:t xml:space="preserve">[00:30] </w:t>
      </w:r>
      <w:r>
        <w:t>aaj hasb e mamool quran ki ayat padhi jayegi, aur us ke baad us ki tafseer</w:t>
      </w:r>
    </w:p>
    <w:p>
      <w:pPr>
        <w:jc w:val="right"/>
      </w:pPr>
      <w:r>
        <w:t>آج حسب معمول قرآن کی آیت پڑھی جائے گی، اور اس کے بعد اس کی تفسیر</w:t>
      </w:r>
    </w:p>
    <w:p>
      <w:r>
        <w:rPr>
          <w:b/>
        </w:rPr>
        <w:t xml:space="preserve">[00:40] </w:t>
      </w:r>
      <w:r>
        <w:t>hogi.</w:t>
      </w:r>
    </w:p>
    <w:p>
      <w:pPr>
        <w:jc w:val="right"/>
      </w:pPr>
      <w:r>
        <w:t>ہوگی۔</w:t>
      </w:r>
    </w:p>
    <w:p>
      <w:r>
        <w:rPr>
          <w:b/>
        </w:rPr>
        <w:t xml:space="preserve">[00:45] </w:t>
      </w:r>
      <w:r>
        <w:t>bismillah rahman rahim.</w:t>
      </w:r>
    </w:p>
    <w:p>
      <w:pPr>
        <w:jc w:val="right"/>
      </w:pPr>
      <w:r>
        <w:t>بسم اللہ الرحمن الرحیم۔</w:t>
      </w:r>
    </w:p>
    <w:p>
      <w:r>
        <w:rPr>
          <w:b/>
        </w:rPr>
        <w:t xml:space="preserve">[00:49] </w:t>
      </w:r>
      <w:r>
        <w:t>wa kam min ayatin fis samawati wal ardi yamurrun alaiha wa hum anha mu'ridun.</w:t>
      </w:r>
    </w:p>
    <w:p>
      <w:pPr>
        <w:jc w:val="right"/>
      </w:pPr>
      <w:r>
        <w:t>وقیم من آیت فی السماوات والارض یمرون علیہا وھم عنہا معرضون۔</w:t>
      </w:r>
    </w:p>
    <w:p>
      <w:r>
        <w:rPr>
          <w:b/>
        </w:rPr>
        <w:t xml:space="preserve">[00:53] </w:t>
      </w:r>
      <w:r>
        <w:t>surah yusuf, chapter number 12, verse number 105.</w:t>
      </w:r>
    </w:p>
    <w:p>
      <w:pPr>
        <w:jc w:val="right"/>
      </w:pPr>
      <w:r>
        <w:t>سورہ یوسف، چیپٹر نمبر 12، ورس نمبر 105۔</w:t>
      </w:r>
    </w:p>
    <w:p>
      <w:r>
        <w:rPr>
          <w:b/>
        </w:rPr>
        <w:t xml:space="preserve">[00:58] </w:t>
      </w:r>
      <w:r>
        <w:t>aur aasmanon aur zameen mein kitni hi nishaniyan hain jin par un ka guzar hota rehta hai, aur</w:t>
      </w:r>
    </w:p>
    <w:p>
      <w:pPr>
        <w:jc w:val="right"/>
      </w:pPr>
      <w:r>
        <w:t>اور آسمانوں اور زمین میں کتنی ہی نشانیاں ہیں جن پر ان کا گزر ہوتا رہتا ہے، اور</w:t>
      </w:r>
    </w:p>
    <w:p>
      <w:r>
        <w:rPr>
          <w:b/>
        </w:rPr>
        <w:t xml:space="preserve">[01:02] </w:t>
      </w:r>
      <w:r>
        <w:t>woh un par dhyan nahi karte.</w:t>
      </w:r>
    </w:p>
    <w:p>
      <w:pPr>
        <w:jc w:val="right"/>
      </w:pPr>
      <w:r>
        <w:t>وہ ان پر دھیان نہیں کرتے۔</w:t>
      </w:r>
    </w:p>
    <w:p>
      <w:r>
        <w:rPr>
          <w:b/>
        </w:rPr>
        <w:t xml:space="preserve">[01:06] </w:t>
      </w:r>
      <w:r>
        <w:t>wa ma takoon fi shan wa ma tatlu minh min quran wa la ta'maloon min amal illa kunna alaikum shuhuda</w:t>
      </w:r>
    </w:p>
    <w:p>
      <w:pPr>
        <w:jc w:val="right"/>
      </w:pPr>
      <w:r>
        <w:t>وما تكون فی شان وما تتلو منہ من قرآن ولا تعملون من عمل الا کنا علیکم شہودا</w:t>
      </w:r>
    </w:p>
    <w:p>
      <w:r>
        <w:rPr>
          <w:b/>
        </w:rPr>
        <w:t xml:space="preserve">[01:10] </w:t>
      </w:r>
      <w:r>
        <w:t>istafizoon fi wa ma yuazzab min mithqal zarratin fil ardi wa la fis samai wa la asghar min zalika wa la akbar</w:t>
      </w:r>
    </w:p>
    <w:p>
      <w:pPr>
        <w:jc w:val="right"/>
      </w:pPr>
      <w:r>
        <w:t>استفیضون فی وما یعذب من مثقال ذرۃ فی الارض ولا فی السماء ولا اصغر من ذالک ولا اکبر</w:t>
      </w:r>
    </w:p>
    <w:p>
      <w:r>
        <w:rPr>
          <w:b/>
        </w:rPr>
        <w:t xml:space="preserve">[01:16] </w:t>
      </w:r>
      <w:r>
        <w:t>illa fi kitabin mubeen.</w:t>
      </w:r>
    </w:p>
    <w:p>
      <w:pPr>
        <w:jc w:val="right"/>
      </w:pPr>
      <w:r>
        <w:t>الا فی کتاب مبین۔</w:t>
      </w:r>
    </w:p>
    <w:p>
      <w:r>
        <w:rPr>
          <w:b/>
        </w:rPr>
        <w:t xml:space="preserve">[01:21] </w:t>
      </w:r>
      <w:r>
        <w:t>surah yunus, chapter number 10, verse number 61.</w:t>
      </w:r>
    </w:p>
    <w:p>
      <w:pPr>
        <w:jc w:val="right"/>
      </w:pPr>
      <w:r>
        <w:t>سورہ یونس، چیپٹر نمبر 10، ورس نمبر 61۔</w:t>
      </w:r>
    </w:p>
    <w:p>
      <w:r>
        <w:rPr>
          <w:b/>
        </w:rPr>
        <w:t xml:space="preserve">[01:26] </w:t>
      </w:r>
      <w:r>
        <w:t>aur tum jis haal mein bhi ho, aur quran mein se jo hi sabhi suna rahe ho, aur</w:t>
      </w:r>
    </w:p>
    <w:p>
      <w:pPr>
        <w:jc w:val="right"/>
      </w:pPr>
      <w:r>
        <w:t>اور تم جس حال میں بھی ہو، اور قرآن میں سے جو ہی سبھی سنا رہے ہو، اور</w:t>
      </w:r>
    </w:p>
    <w:p>
      <w:r>
        <w:rPr>
          <w:b/>
        </w:rPr>
        <w:t xml:space="preserve">[01:31] </w:t>
      </w:r>
      <w:r>
        <w:t>tum log jo kaam bhi karte ho, hum tumhare upar gawah rehte hain jis waqt tum us mein</w:t>
      </w:r>
    </w:p>
    <w:p>
      <w:pPr>
        <w:jc w:val="right"/>
      </w:pPr>
      <w:r>
        <w:t>تم لوگ جو کام بھی کرتے ہو، ہم تمہارے اوپر گواہ رہتے ہیں جس وقت تم اس میں</w:t>
      </w:r>
    </w:p>
    <w:p>
      <w:r>
        <w:rPr>
          <w:b/>
        </w:rPr>
        <w:t xml:space="preserve">[01:36] </w:t>
      </w:r>
      <w:r>
        <w:t>masgool hote ho.</w:t>
      </w:r>
    </w:p>
    <w:p>
      <w:pPr>
        <w:jc w:val="right"/>
      </w:pPr>
      <w:r>
        <w:t>مشغول ہوتے ہو۔</w:t>
      </w:r>
    </w:p>
    <w:p>
      <w:r>
        <w:rPr>
          <w:b/>
        </w:rPr>
        <w:t xml:space="preserve">[01:41] </w:t>
      </w:r>
      <w:r>
        <w:t>aur tere Rab se zarra barabar bhi koi cheez ghayeb nahi, na zameen mein aur na aasman mein, aur na is se choti aur na badi, magar woh sab ek wazeh kitab mein hai. yeh jo ayat hai, do ayat padhi gayi hain, dono ke bare mein ek sawal paida hota hai ke pehli ayat mein yeh hai ke kitni nishaniyan</w:t>
      </w:r>
    </w:p>
    <w:p>
      <w:pPr>
        <w:jc w:val="right"/>
      </w:pPr>
      <w:r>
        <w:t>اور تیرے رب سے ذرہ برابر بھی کوئی چیز غائب نہیں، نہ زمین میں اور نہ آسمان میں، اور نہ اس سے چھوٹی اور نہ بڑی، مگر وہ سب ایک واضح کتاب میں ہے۔ یہ جو آیت ہے، دو آیت پڑھی گئی ہیں، دونوں کے بارے میں ایک سوال پیدا ہوتا ہے کہ پہلی آیت میں یہ ہے کہ کتنی نشانیاں</w:t>
      </w:r>
    </w:p>
    <w:p>
      <w:r>
        <w:rPr>
          <w:b/>
        </w:rPr>
        <w:t xml:space="preserve">[02:11] </w:t>
      </w:r>
      <w:r>
        <w:t>hain zameen o aasman mein jin par woh guzarte hain, lekin is se sabak nahi lete.</w:t>
      </w:r>
    </w:p>
    <w:p>
      <w:pPr>
        <w:jc w:val="right"/>
      </w:pPr>
      <w:r>
        <w:t>ہیں زمین و آسمان میں جن پر وہ گزرتے ہیں، لیکن اس سے سبق نہیں لیتے۔</w:t>
      </w:r>
    </w:p>
    <w:p>
      <w:r>
        <w:rPr>
          <w:b/>
        </w:rPr>
        <w:t xml:space="preserve">[02:19] </w:t>
      </w:r>
      <w:r>
        <w:t>to kainat ki nishaniyan jo hain, us par qadeem zamane mein kaun guzarta tha? jab quran utra to</w:t>
      </w:r>
    </w:p>
    <w:p>
      <w:pPr>
        <w:jc w:val="right"/>
      </w:pPr>
      <w:r>
        <w:t>تو کائنات کی نشانیاں جو ہیں، اس پر قدیم زمانے میں کون گزرتا تھا؟ جب قرآن اترا تو</w:t>
      </w:r>
    </w:p>
    <w:p>
      <w:r>
        <w:rPr>
          <w:b/>
        </w:rPr>
        <w:t xml:space="preserve">[02:26] </w:t>
      </w:r>
      <w:r>
        <w:t>us waqt kaun guzarta tha kainaati nishaniyon par? galaxy mein jo hai, solar system mein jo hai, woh</w:t>
      </w:r>
    </w:p>
    <w:p>
      <w:pPr>
        <w:jc w:val="right"/>
      </w:pPr>
      <w:r>
        <w:t>اس وقت کون گزرتا تھا کائناتی نشانیوں پر؟ گلیکسی میں جو ہے، سول سسٹم میں جو ہے، وہ</w:t>
      </w:r>
    </w:p>
    <w:p>
      <w:r>
        <w:rPr>
          <w:b/>
        </w:rPr>
        <w:t xml:space="preserve">[02:34] </w:t>
      </w:r>
      <w:r>
        <w:t>to kuch jaanta bhi nahi</w:t>
      </w:r>
    </w:p>
    <w:p>
      <w:pPr>
        <w:jc w:val="right"/>
      </w:pPr>
      <w:r>
        <w:t>تو کچھ جانتا بھی نہیں</w:t>
      </w:r>
    </w:p>
    <w:p>
      <w:r>
        <w:rPr>
          <w:b/>
        </w:rPr>
        <w:t xml:space="preserve">[02:41] </w:t>
      </w:r>
      <w:r>
        <w:t>tha.</w:t>
      </w:r>
    </w:p>
    <w:p>
      <w:pPr>
        <w:jc w:val="right"/>
      </w:pPr>
      <w:r>
        <w:t>تھا۔</w:t>
      </w:r>
    </w:p>
    <w:p>
      <w:r>
        <w:rPr>
          <w:b/>
        </w:rPr>
        <w:t xml:space="preserve">[02:47] </w:t>
      </w:r>
      <w:r>
        <w:t>to is se maloom hua ke quran future ki zaban mein bolta hai, quran mustaqbil ki zaban mein</w:t>
      </w:r>
    </w:p>
    <w:p>
      <w:pPr>
        <w:jc w:val="right"/>
      </w:pPr>
      <w:r>
        <w:t>تو اس سے معلوم ہوا کہ قرآن فیوچر کی زبان میں بولتا ہے، قرآن مستقبل کی زبان میں</w:t>
      </w:r>
    </w:p>
    <w:p>
      <w:r>
        <w:rPr>
          <w:b/>
        </w:rPr>
        <w:t xml:space="preserve">[02:52] </w:t>
      </w:r>
      <w:r>
        <w:t>bolta hai, haal ki zaban mein nahi.</w:t>
      </w:r>
    </w:p>
    <w:p>
      <w:pPr>
        <w:jc w:val="right"/>
      </w:pPr>
      <w:r>
        <w:t>بولتا ہے، حال کی زبان میں نہیں۔</w:t>
      </w:r>
    </w:p>
    <w:p>
      <w:r>
        <w:rPr>
          <w:b/>
        </w:rPr>
        <w:t xml:space="preserve">[02:57] </w:t>
      </w:r>
      <w:r>
        <w:t>is ka ma'ni yeh hai ke quran mein yeh bataya ja raha hai ke kainat mein phaili hui</w:t>
      </w:r>
    </w:p>
    <w:p>
      <w:pPr>
        <w:jc w:val="right"/>
      </w:pPr>
      <w:r>
        <w:t>اس کا معنی یہ ہے کہ قرآن میں یہ بتایا جا رہا ہے کہ کائنات میں پھیلی ہوئی</w:t>
      </w:r>
    </w:p>
    <w:p>
      <w:r>
        <w:rPr>
          <w:b/>
        </w:rPr>
        <w:t xml:space="preserve">[03:02] </w:t>
      </w:r>
      <w:r>
        <w:t>نشانیاں ہیں، ان کو explore کرو۔</w:t>
      </w:r>
    </w:p>
    <w:p>
      <w:pPr>
        <w:jc w:val="right"/>
      </w:pPr>
      <w:r>
        <w:t>نشانیاں ہیں، ان کو ایکسپلور کرو۔</w:t>
      </w:r>
    </w:p>
    <w:p>
      <w:r>
        <w:rPr>
          <w:b/>
        </w:rPr>
        <w:t xml:space="preserve">[03:08] </w:t>
      </w:r>
      <w:r>
        <w:t>sirf yeh nahi ke is paas mein jo ayatein hain,</w:t>
      </w:r>
    </w:p>
    <w:p>
      <w:pPr>
        <w:jc w:val="right"/>
      </w:pPr>
      <w:r>
        <w:t>صرف یہ نہیں کہ اس پاس میں جو آیتیں ہیں،</w:t>
      </w:r>
    </w:p>
    <w:p>
      <w:r>
        <w:rPr>
          <w:b/>
        </w:rPr>
        <w:t xml:space="preserve">[03:13] </w:t>
      </w:r>
      <w:r>
        <w:t>yani rabt ban raha hai, ayaton se upar utho, nazar ban raha hai, ayaton se upar utho.</w:t>
      </w:r>
    </w:p>
    <w:p>
      <w:pPr>
        <w:jc w:val="right"/>
      </w:pPr>
      <w:r>
        <w:t>یعنی ربط بن رہا ہے، آیات سے اوپر اٹھو، نذر بن رہا ہے، آیات سے اوپر اٹھو۔</w:t>
      </w:r>
    </w:p>
    <w:p>
      <w:r>
        <w:rPr>
          <w:b/>
        </w:rPr>
        <w:t xml:space="preserve">[03:19] </w:t>
      </w:r>
      <w:r>
        <w:t>saare aasman o zameen mein differences hain quran ke.</w:t>
      </w:r>
    </w:p>
    <w:p>
      <w:pPr>
        <w:jc w:val="right"/>
      </w:pPr>
      <w:r>
        <w:t>سارے آسمان و زمین میں ڈفرنسز ہیں قرآن کے۔</w:t>
      </w:r>
    </w:p>
    <w:p>
      <w:r>
        <w:rPr>
          <w:b/>
        </w:rPr>
        <w:t xml:space="preserve">[03:25] </w:t>
      </w:r>
      <w:r>
        <w:t>quran ko samajhne ke liye tumhare andar kainaati framework hona chahiye.</w:t>
      </w:r>
    </w:p>
    <w:p>
      <w:pPr>
        <w:jc w:val="right"/>
      </w:pPr>
      <w:r>
        <w:t>قرآن کو سمجھنے کے لیے تمہارے اندر کائناتی فریم ورک ہونا چاہیے۔</w:t>
      </w:r>
    </w:p>
    <w:p>
      <w:r>
        <w:rPr>
          <w:b/>
        </w:rPr>
        <w:t xml:space="preserve">[03:31] </w:t>
      </w:r>
      <w:r>
        <w:t>quran ko samajhne ke liye tumhare andar kainaati framework hona chahiye.</w:t>
      </w:r>
    </w:p>
    <w:p>
      <w:pPr>
        <w:jc w:val="right"/>
      </w:pPr>
      <w:r>
        <w:t>قرآن کو سمجھنے کے لیے تمہارے اندر کائناتی فریم ورک ہونا چاہیے۔</w:t>
      </w:r>
    </w:p>
    <w:p>
      <w:r>
        <w:rPr>
          <w:b/>
        </w:rPr>
        <w:t xml:space="preserve">[03:37] </w:t>
      </w:r>
      <w:r>
        <w:t>sirf is paas ki ayaton ko le kar soch</w:t>
      </w:r>
    </w:p>
    <w:p>
      <w:pPr>
        <w:jc w:val="right"/>
      </w:pPr>
      <w:r>
        <w:t>صرف اس پاس کی آیتوں کو لے کر سوچ</w:t>
      </w:r>
    </w:p>
    <w:p>
      <w:r>
        <w:rPr>
          <w:b/>
        </w:rPr>
        <w:t xml:space="preserve">[03:43] </w:t>
      </w:r>
      <w:r>
        <w:t>oge to tum quran ko samajh nahi sakte.</w:t>
      </w:r>
    </w:p>
    <w:p>
      <w:pPr>
        <w:jc w:val="right"/>
      </w:pPr>
      <w:r>
        <w:t>و گے تو تم قرآن کو سمجھ نہیں سکتے۔</w:t>
      </w:r>
    </w:p>
    <w:p>
      <w:r>
        <w:rPr>
          <w:b/>
        </w:rPr>
        <w:t xml:space="preserve">[03:48] </w:t>
      </w:r>
      <w:r>
        <w:t>is tarah se choti aur badi, duniya mein choti cheezein hain, badi cheezein hain, un sab tak tumhari</w:t>
      </w:r>
    </w:p>
    <w:p>
      <w:pPr>
        <w:jc w:val="right"/>
      </w:pPr>
      <w:r>
        <w:t>اس طرح سے چھوٹی اور بڑی، دنیا میں چھوٹی چیزیں ہیں، بڑی چیزیں ہیں، ان سب تک تمہاری</w:t>
      </w:r>
    </w:p>
    <w:p>
      <w:r>
        <w:rPr>
          <w:b/>
        </w:rPr>
        <w:t xml:space="preserve">[03:53] </w:t>
      </w:r>
      <w:r>
        <w:t>pehunch honi chahiye.</w:t>
      </w:r>
    </w:p>
    <w:p>
      <w:pPr>
        <w:jc w:val="right"/>
      </w:pPr>
      <w:r>
        <w:t>پہنچ ہونی چاہیے۔</w:t>
      </w:r>
    </w:p>
    <w:p>
      <w:r>
        <w:rPr>
          <w:b/>
        </w:rPr>
        <w:t xml:space="preserve">[03:58] </w:t>
      </w:r>
      <w:r>
        <w:t>pehunch tab tum quran ko samajh paoge.</w:t>
      </w:r>
    </w:p>
    <w:p>
      <w:pPr>
        <w:jc w:val="right"/>
      </w:pPr>
      <w:r>
        <w:t>پہنچ تب تم قرآن کو سمجھ پاؤ گے۔</w:t>
      </w:r>
    </w:p>
    <w:p>
      <w:r>
        <w:rPr>
          <w:b/>
        </w:rPr>
        <w:t xml:space="preserve">[04:03] </w:t>
      </w:r>
      <w:r>
        <w:t>yeh quran ke mutaliq ka aik universal outlook hai.</w:t>
      </w:r>
    </w:p>
    <w:p>
      <w:pPr>
        <w:jc w:val="right"/>
      </w:pPr>
      <w:r>
        <w:t>یہ قرآن کے متعلق کا ایک یونیورسل آؤٹ لوک ہے۔</w:t>
      </w:r>
    </w:p>
    <w:p>
      <w:r>
        <w:rPr>
          <w:b/>
        </w:rPr>
        <w:t xml:space="preserve">[04:08] </w:t>
      </w:r>
      <w:r>
        <w:t>quran ke mutaliq ka</w:t>
      </w:r>
    </w:p>
    <w:p>
      <w:pPr>
        <w:jc w:val="right"/>
      </w:pPr>
      <w:r>
        <w:t>قرآن کے متعلق کا</w:t>
      </w:r>
    </w:p>
    <w:p>
      <w:r>
        <w:rPr>
          <w:b/>
        </w:rPr>
        <w:t xml:space="preserve">[04:13] </w:t>
      </w:r>
      <w:r>
        <w:t>universal outlook hai.</w:t>
      </w:r>
    </w:p>
    <w:p>
      <w:pPr>
        <w:jc w:val="right"/>
      </w:pPr>
      <w:r>
        <w:t>یونیورسل آؤٹ لوک ہے۔</w:t>
      </w:r>
    </w:p>
    <w:p>
      <w:r>
        <w:rPr>
          <w:b/>
        </w:rPr>
        <w:t xml:space="preserve">[04:21] </w:t>
      </w:r>
      <w:r>
        <w:t>aur dekhiye, is mein aik bohat bara point hai.</w:t>
      </w:r>
    </w:p>
    <w:p>
      <w:pPr>
        <w:jc w:val="right"/>
      </w:pPr>
      <w:r>
        <w:t>اور دیکھیے، اس میں ایک بہت بڑا پوائنٹ ہے۔</w:t>
      </w:r>
    </w:p>
    <w:p>
      <w:r>
        <w:rPr>
          <w:b/>
        </w:rPr>
        <w:t xml:space="preserve">[04:29] </w:t>
      </w:r>
      <w:r>
        <w:t>yeh ayat aap ko, yeh ayat aap ko, yani yeh zor de rahi hai, aap ke andar yeh</w:t>
      </w:r>
    </w:p>
    <w:p>
      <w:pPr>
        <w:jc w:val="right"/>
      </w:pPr>
      <w:r>
        <w:t>یہ آیت آپ کو، یہ آیت آپ کو، یعنی یہ زور دے رہی ہے، آپ کے اندر یہ</w:t>
      </w:r>
    </w:p>
    <w:p>
      <w:r>
        <w:rPr>
          <w:b/>
        </w:rPr>
        <w:t xml:space="preserve">[04:38] </w:t>
      </w:r>
      <w:r>
        <w:t>yeh spirit paida kar rahi hai ke aap</w:t>
      </w:r>
    </w:p>
    <w:p>
      <w:pPr>
        <w:jc w:val="right"/>
      </w:pPr>
      <w:r>
        <w:t>یہ سپرٹ پیدا کر رہی ہے کہ آپ</w:t>
      </w:r>
    </w:p>
    <w:p>
      <w:r>
        <w:rPr>
          <w:b/>
        </w:rPr>
        <w:t xml:space="preserve">[04:46] </w:t>
      </w:r>
      <w:r>
        <w:t>aage barhein, exploration mein aage barhein.</w:t>
      </w:r>
    </w:p>
    <w:p>
      <w:pPr>
        <w:jc w:val="right"/>
      </w:pPr>
      <w:r>
        <w:t>آگے بڑھیں، ایکسپلوریشن میں آگے بڑھیں۔</w:t>
      </w:r>
    </w:p>
    <w:p>
      <w:r>
        <w:rPr>
          <w:b/>
        </w:rPr>
        <w:t xml:space="preserve">[04:56] </w:t>
      </w:r>
      <w:r>
        <w:t>aap telescope daryaft karein, microscope, khurdbeen daryaft karein, microscope daryaft karein, telescope daryaft karein.</w:t>
      </w:r>
    </w:p>
    <w:p>
      <w:pPr>
        <w:jc w:val="right"/>
      </w:pPr>
      <w:r>
        <w:t>آپ ٹیلیسکوپ دریافت کریں، مائیکس، خودبین دریافت کریں، دوربین دریافت کریں، مائیکروسکوپ دریافت کریں، ٹیلیسکوپ دریافت کریں۔</w:t>
      </w:r>
    </w:p>
    <w:p>
      <w:r>
        <w:rPr>
          <w:b/>
        </w:rPr>
        <w:t xml:space="preserve">[05:06] </w:t>
      </w:r>
      <w:r>
        <w:t>kyun ke jab tak aap apne mushahiday ko barhainge nahin, jab tak aap apne mushahida ko barha</w:t>
      </w:r>
    </w:p>
    <w:p>
      <w:pPr>
        <w:jc w:val="right"/>
      </w:pPr>
      <w:r>
        <w:t>کیونکہ جب تک آپ اپنے مشاہدے کو بڑھائیں گے نہیں، جب تک آپ اپنے مشاہدہ کو بڑھائیں</w:t>
      </w:r>
    </w:p>
    <w:p>
      <w:r>
        <w:rPr>
          <w:b/>
        </w:rPr>
        <w:t xml:space="preserve">[05:16] </w:t>
      </w:r>
      <w:r>
        <w:t>ge nahi, apni study ko barhaoge nahi, Quran ke ma'ni aap ko nahi khulenge. kyunke Quran ke ma'ni jab galaxy mein phailay hue hain, solar system mein phailay hue hain, poori universe mein phailay hue hain, aur aap ke paas jo sadar hai woh sirf is aas paas ki cheezon ko dekhne ka, to aap kaise samjhoge Quran ko? Quran ko samajh nahi sakte aap. to yeh ayat zor de rahi</w:t>
      </w:r>
    </w:p>
    <w:p>
      <w:pPr>
        <w:jc w:val="right"/>
      </w:pPr>
      <w:r>
        <w:t>گے نہیں، اپنی اسٹڈی کو بڑھائیں گے نہیں، قرآن کے معنی آپ کو نہیں کھلیں گے۔ کیونکہ قرآن کے معنی جب گلیکسی میں پھیلے ہوئے ہیں، سولر سسٹم میں پھیلے ہوئے ہیں، پوری یونیورس میں پھیلے ہوئے ہیں، اور آپ کے پاس جو صادر ہے وہ صرف اس پاس کی چیزوں کو دیکھنے کا، تو آپ کیسے سمجھیں گے قرآن کو؟ قرآن کو سمجھ نہیں سکتے آپ۔ تو یہ آیت زور دے رہ</w:t>
      </w:r>
    </w:p>
    <w:p>
      <w:r>
        <w:rPr>
          <w:b/>
        </w:rPr>
        <w:t xml:space="preserve">[05:46] </w:t>
      </w:r>
      <w:r>
        <w:t>hai ke apne mushahiday ki taqat ko barhao, apne study ki taqat ko barhao, taake quran ko</w:t>
      </w:r>
    </w:p>
    <w:p>
      <w:pPr>
        <w:jc w:val="right"/>
      </w:pPr>
      <w:r>
        <w:t>ی ہے کہ اپنے مشاہدے کی طاقت کو بڑھاؤ، اپنے اسٹڈی کی طاقت کو بڑھاؤ، تاکہ قرآن کو</w:t>
      </w:r>
    </w:p>
    <w:p>
      <w:r>
        <w:rPr>
          <w:b/>
        </w:rPr>
        <w:t xml:space="preserve">[05:53] </w:t>
      </w:r>
      <w:r>
        <w:t>ziada wasee tar andaaz mein samajh sako.</w:t>
      </w:r>
    </w:p>
    <w:p>
      <w:pPr>
        <w:jc w:val="right"/>
      </w:pPr>
      <w:r>
        <w:t>زیادہ وسیع تر انداز میں سمجھ سکو۔</w:t>
      </w:r>
    </w:p>
    <w:p>
      <w:r>
        <w:rPr>
          <w:b/>
        </w:rPr>
        <w:t xml:space="preserve">[06:01] </w:t>
      </w:r>
      <w:r>
        <w:t>lekin ajeeb baat hui ke log bas is aas paas ke jo alfaaz hain usi ki tehqeeq karne lage.</w:t>
      </w:r>
    </w:p>
    <w:p>
      <w:pPr>
        <w:jc w:val="right"/>
      </w:pPr>
      <w:r>
        <w:t>لیکن عجیب بات ہوئی کہ لوگ بس اس پاس کے جو الفاظ ہیں اسی کی تحقیق کرنے لگے۔</w:t>
      </w:r>
    </w:p>
    <w:p>
      <w:r>
        <w:rPr>
          <w:b/>
        </w:rPr>
        <w:t xml:space="preserve">[06:08] </w:t>
      </w:r>
      <w:r>
        <w:t>is aas paas ke jo alfaaz hain unhi ki lughwi tehqeeq</w:t>
      </w:r>
    </w:p>
    <w:p>
      <w:pPr>
        <w:jc w:val="right"/>
      </w:pPr>
      <w:r>
        <w:t>اس پاس کے جو الفاظ ہیں انہی کی لغوی تحقیق</w:t>
      </w:r>
    </w:p>
    <w:p>
      <w:r>
        <w:rPr>
          <w:b/>
        </w:rPr>
        <w:t xml:space="preserve">[06:16] </w:t>
      </w:r>
      <w:r>
        <w:t>, unhi ki nahvi tehqeeq isi mein phans kar reh gaye.</w:t>
      </w:r>
    </w:p>
    <w:p>
      <w:pPr>
        <w:jc w:val="right"/>
      </w:pPr>
      <w:r>
        <w:t>، انہی کی نحوی تحقیق اسی میں پھنس کر رہ گئے۔</w:t>
      </w:r>
    </w:p>
    <w:p>
      <w:r>
        <w:rPr>
          <w:b/>
        </w:rPr>
        <w:t xml:space="preserve">[06:24] </w:t>
      </w:r>
      <w:r>
        <w:t>aur jo wasee tar dayera hai, is ka kuch, yani musalman logon ne is ka kuch dhyan hi</w:t>
      </w:r>
    </w:p>
    <w:p>
      <w:pPr>
        <w:jc w:val="right"/>
      </w:pPr>
      <w:r>
        <w:t>اور جو وسیع تر دائرہ ہے، اس کا کچھ، یعنی مسلم لوگوں نے اس کا کچھ دھیان ہی</w:t>
      </w:r>
    </w:p>
    <w:p>
      <w:r>
        <w:rPr>
          <w:b/>
        </w:rPr>
        <w:t xml:space="preserve">[06:32] </w:t>
      </w:r>
      <w:r>
        <w:t>nahin diya, kyun ke woh ka lafz tha, samajhte hain ke jo hum guzarte hain woh itne matlab hai.</w:t>
      </w:r>
    </w:p>
    <w:p>
      <w:pPr>
        <w:jc w:val="right"/>
      </w:pPr>
      <w:r>
        <w:t>نہیں دیا، کیونکہ وہ کا لفظ تھا، سمجھتے ہیں کہ جو ہم گزرتے ہیں وہ اتنے مطلب ہے۔</w:t>
      </w:r>
    </w:p>
    <w:p>
      <w:r>
        <w:rPr>
          <w:b/>
        </w:rPr>
        <w:t xml:space="preserve">[06:40] </w:t>
      </w:r>
      <w:r>
        <w:t>toh Allah taala ne doosri qaumon ko khara kiya, jaisa ke quran hadith mein aata hai ke</w:t>
      </w:r>
    </w:p>
    <w:p>
      <w:pPr>
        <w:jc w:val="right"/>
      </w:pPr>
      <w:r>
        <w:t>تو اللہ تعالی نے دوسری قوموں کو کھڑا کیا، جیسا کہ قرآن حدیث میں آتا ہے کہ</w:t>
      </w:r>
    </w:p>
    <w:p>
      <w:r>
        <w:rPr>
          <w:b/>
        </w:rPr>
        <w:t xml:space="preserve">[06:48] </w:t>
      </w:r>
      <w:r>
        <w:t>Allah ghair muslim qaumon ko khara karega tumhari madad ke liye.</w:t>
      </w:r>
    </w:p>
    <w:p>
      <w:pPr>
        <w:jc w:val="right"/>
      </w:pPr>
      <w:r>
        <w:t>اللہ غیر مسلم قوموں کو کھڑا کرے گا تمہاری مدد کے لیے۔</w:t>
      </w:r>
    </w:p>
    <w:p>
      <w:r>
        <w:rPr>
          <w:b/>
        </w:rPr>
        <w:t xml:space="preserve">[06:54] </w:t>
      </w:r>
      <w:r>
        <w:t>toh yahi toh matlab hai ke quran mein kaha gaya tha ke telescope ijad karo, khurdbeen ijad karo,</w:t>
      </w:r>
    </w:p>
    <w:p>
      <w:pPr>
        <w:jc w:val="right"/>
      </w:pPr>
      <w:r>
        <w:t>تو یہی تو مطلب ہے کہ قرآن میں کہا گیا تھا کہ دوربین ایجاد کرو، خردبین ایجاد کرو،</w:t>
      </w:r>
    </w:p>
    <w:p>
      <w:r>
        <w:rPr>
          <w:b/>
        </w:rPr>
        <w:t xml:space="preserve">[07:00] </w:t>
      </w:r>
      <w:r>
        <w:t>door ki cheezon ko study karo, taake quran ke maani khulein tumhare upar.</w:t>
      </w:r>
    </w:p>
    <w:p>
      <w:pPr>
        <w:jc w:val="right"/>
      </w:pPr>
      <w:r>
        <w:t>دور کی چیزوں کو اسٹڈی کرو، تاکہ قرآن کے معنی کھلیں تمہارے اوپر۔</w:t>
      </w:r>
    </w:p>
    <w:p>
      <w:r>
        <w:rPr>
          <w:b/>
        </w:rPr>
        <w:t xml:space="preserve">[07:06] </w:t>
      </w:r>
      <w:r>
        <w:t>lekin musalmanon ne nahin kiya, musalmanon ne sirf political expansion hi parhe the.</w:t>
      </w:r>
    </w:p>
    <w:p>
      <w:pPr>
        <w:jc w:val="right"/>
      </w:pPr>
      <w:r>
        <w:t>لیکن مسلمانوں نے نہیں کیا، مسلمانوں نے صرف پولیٹیکل ایکسپینشن ہی پڑھے تھے۔</w:t>
      </w:r>
    </w:p>
    <w:p>
      <w:r>
        <w:rPr>
          <w:b/>
        </w:rPr>
        <w:t xml:space="preserve">[07:12] </w:t>
      </w:r>
      <w:r>
        <w:t>musalmanon ka sara dhyan</w:t>
      </w:r>
    </w:p>
    <w:p>
      <w:pPr>
        <w:jc w:val="right"/>
      </w:pPr>
      <w:r>
        <w:t>مسلمانوں کا سارا دھیان</w:t>
      </w:r>
    </w:p>
    <w:p>
      <w:r>
        <w:rPr>
          <w:b/>
        </w:rPr>
        <w:t xml:space="preserve">[07:19] </w:t>
      </w:r>
      <w:r>
        <w:t>political expansion mein tha, knowledge expansion un ka concern hi nahi tha. dekhiye, ek hai political expansion, ek hai knowledge expansion. to musalman poori tareekh mein bas political expansion mein phanse rahe, knowledge expansion un ka concern nahi bana. jab Quran keh raha hai ke apne knowledge ko phailao, kyunke Quran ke references sari kainat mein phailay</w:t>
      </w:r>
    </w:p>
    <w:p>
      <w:pPr>
        <w:jc w:val="right"/>
      </w:pPr>
      <w:r>
        <w:t>پولیٹیکل ایکسپینشن میں تھا، نالج ایکسپینشن ان کا کنسرن ہی نہیں تھا۔ دیکھیں، ایک ہے پولیٹیکل ایکسپینشن، ایک ہے نالج ایکسپینشن۔ تو مسلمان پوری تاریخ میں بس پولیٹیکل ایکسپینشن میں پھنسے رہے، نالج ایکسپینشن ان کا کنسرن نہیں بنا۔ جب قرآن کہہ رہا ہے کہ اپنے نالج کو پھیلاؤ، کیونکہ قرآن کے ریفرنسز ساری کائنات میں پھیل</w:t>
      </w:r>
    </w:p>
    <w:p>
      <w:r>
        <w:rPr>
          <w:b/>
        </w:rPr>
        <w:t xml:space="preserve">[07:49] </w:t>
      </w:r>
      <w:r>
        <w:t>ہوئے ہیں، تو قرآن کی ڈیپر اسٹڈی کے لیے تم کو کرنا پڑے گا۔</w:t>
      </w:r>
    </w:p>
    <w:p>
      <w:pPr>
        <w:jc w:val="right"/>
      </w:pPr>
      <w:r>
        <w:t>ے ہوئے ہیں، تو قرآن کی ڈیپر اسٹڈی کے لیے تم کو کرنا پڑے گا۔</w:t>
      </w:r>
    </w:p>
    <w:p>
      <w:r>
        <w:rPr>
          <w:b/>
        </w:rPr>
        <w:t xml:space="preserve">[07:56] </w:t>
      </w:r>
      <w:r>
        <w:t>kisi ajeeb baat hai!</w:t>
      </w:r>
    </w:p>
    <w:p>
      <w:pPr>
        <w:jc w:val="right"/>
      </w:pPr>
      <w:r>
        <w:t>کیسی عجیب بات ہے!</w:t>
      </w:r>
    </w:p>
    <w:p>
      <w:r>
        <w:rPr>
          <w:b/>
        </w:rPr>
        <w:t xml:space="preserve">[08:04] </w:t>
      </w:r>
      <w:r>
        <w:t>misal ke taur par main aap ko aik ayat ka hawala deta hoon, woh nikali is mein ayat, woh: "awalam yaralladhina kafaru</w:t>
      </w:r>
    </w:p>
    <w:p>
      <w:pPr>
        <w:jc w:val="right"/>
      </w:pPr>
      <w:r>
        <w:t>مثلاً میں آپ کو ایک آیت کا حوالہ دیتا ہوں، وہ نکالی اس میں آیت، وہ: "اولمیرالذین کفرو</w:t>
      </w:r>
    </w:p>
    <w:p>
      <w:r>
        <w:rPr>
          <w:b/>
        </w:rPr>
        <w:t xml:space="preserve">[08:12] </w:t>
      </w:r>
      <w:r>
        <w:t>inas samawati war dhu kanata ratqan fataqna huma"</w:t>
      </w:r>
    </w:p>
    <w:p>
      <w:pPr>
        <w:jc w:val="right"/>
      </w:pPr>
      <w:r>
        <w:t>ان السماوات ورد کان رتقن ففتقناہما"</w:t>
      </w:r>
    </w:p>
    <w:p>
      <w:r>
        <w:rPr>
          <w:b/>
        </w:rPr>
        <w:t xml:space="preserve">[08:20] </w:t>
      </w:r>
      <w:r>
        <w:t>۔ yaad padhiye is ka tarjuma: "Awalam yarallatheena kafaroo annas-samawati wal-ardi kanata ratqan fata fataqnahuma wa ja'alna minal-ma'i kulla shayin hayyin afala yu'minoon". Surah Al-Anbiya, chapter number 21, verse number 30. kaha: "Woh log jo inkar kar rahe hain, aasman o zameen ko nahi dekha ke woh woh dono mile hue thay, to hum ne un dono ko alag kiya aur har cheez pani se banai, har zinda cheez</w:t>
      </w:r>
    </w:p>
    <w:p>
      <w:pPr>
        <w:jc w:val="right"/>
      </w:pPr>
      <w:r>
        <w:t>۔ یاد پڑھیے اس کا ترجمہ: "اولمیرالذین کفرو ان السماوات والارض کان رتقن ففتقناہما وجعلنا من الماء کل شی حی افلا یومنون"۔ سورہ الانبیاء، چیپٹر نمبر 21، ورس نمبر 30۔ کہا: "وہ لوگ جو انکار کر رہے ہیں، آسمان و زمین کو نہیں دیکھا کہ وہ وہ دونوں ملے ہوئے تھے، تو ہم نے ان دونوں کو الگ کیا اور ہر چیز پانی سے بنائی، ہر زندہ چ</w:t>
      </w:r>
    </w:p>
    <w:p>
      <w:r>
        <w:rPr>
          <w:b/>
        </w:rPr>
        <w:t xml:space="preserve">[08:50] </w:t>
      </w:r>
      <w:r>
        <w:t>yaz pani se banai.</w:t>
      </w:r>
    </w:p>
    <w:p>
      <w:pPr>
        <w:jc w:val="right"/>
      </w:pPr>
      <w:r>
        <w:t>یز پانی سے بنائی۔</w:t>
      </w:r>
    </w:p>
    <w:p>
      <w:r>
        <w:rPr>
          <w:b/>
        </w:rPr>
        <w:t xml:space="preserve">[08:56] </w:t>
      </w:r>
      <w:r>
        <w:t>kya woh imaan nahi rakhte?" ab dekhiye, yahan reference diya gaya hai is baat ka ke zameen o</w:t>
      </w:r>
    </w:p>
    <w:p>
      <w:pPr>
        <w:jc w:val="right"/>
      </w:pPr>
      <w:r>
        <w:t>کیا وہ ایمان نہیں رکھتے؟" اب دیکھیے، یہاں ریفرنس دیا گیا ہے اس بات کا کہ زمین و</w:t>
      </w:r>
    </w:p>
    <w:p>
      <w:r>
        <w:rPr>
          <w:b/>
        </w:rPr>
        <w:t xml:space="preserve">[09:02] </w:t>
      </w:r>
      <w:r>
        <w:t>aasman jure hue the, yaani poori kainat jo thi woh juri hui thi.</w:t>
      </w:r>
    </w:p>
    <w:p>
      <w:pPr>
        <w:jc w:val="right"/>
      </w:pPr>
      <w:r>
        <w:t>آسمان جڑے ہوئے تھے، یعنی پوری کائنات جو تھی وہ جڑی ہوئی تھی۔</w:t>
      </w:r>
    </w:p>
    <w:p>
      <w:r>
        <w:rPr>
          <w:b/>
        </w:rPr>
        <w:t xml:space="preserve">[09:08] </w:t>
      </w:r>
      <w:r>
        <w:t>kaha: "tum ne nahi dekha to kab dekha hai?" ke jab aap tehqeeq karenge to musalmanon ne</w:t>
      </w:r>
    </w:p>
    <w:p>
      <w:pPr>
        <w:jc w:val="right"/>
      </w:pPr>
      <w:r>
        <w:t>کہا: "تم نے نہیں دیکھا تو کب دیکھا ہے؟" کہ جب آپ تحقیق کریں گے تو مسلمانوں نے</w:t>
      </w:r>
    </w:p>
    <w:p>
      <w:r>
        <w:rPr>
          <w:b/>
        </w:rPr>
        <w:t xml:space="preserve">[09:14] </w:t>
      </w:r>
      <w:r>
        <w:t>kya nahi? to scientific community ne kya?</w:t>
      </w:r>
    </w:p>
    <w:p>
      <w:pPr>
        <w:jc w:val="right"/>
      </w:pPr>
      <w:r>
        <w:t>کیا نہیں؟ تو سائنٹیفک کمیونٹی نے کیا؟</w:t>
      </w:r>
    </w:p>
    <w:p>
      <w:r>
        <w:rPr>
          <w:b/>
        </w:rPr>
        <w:t xml:space="preserve">[09:20] </w:t>
      </w:r>
      <w:r>
        <w:t>to unhon ne mutalea kiya ke zameen duniya ka jo aaghaz hua hai woh ek cosmic ball se</w:t>
      </w:r>
    </w:p>
    <w:p>
      <w:pPr>
        <w:jc w:val="right"/>
      </w:pPr>
      <w:r>
        <w:t>تو انہوں نے مطالعہ کیا کہ زمین دنیا کا جو آغاز ہوا ہے وہ ایک کاسمک بال سے</w:t>
      </w:r>
    </w:p>
    <w:p>
      <w:r>
        <w:rPr>
          <w:b/>
        </w:rPr>
        <w:t xml:space="preserve">[09:27] </w:t>
      </w:r>
      <w:r>
        <w:t>hua hai, jis ko kehte hain big bang.</w:t>
      </w:r>
    </w:p>
    <w:p>
      <w:pPr>
        <w:jc w:val="right"/>
      </w:pPr>
      <w:r>
        <w:t>ہوا ہے، جس کو کہتے ہیں بگ بینگ۔</w:t>
      </w:r>
    </w:p>
    <w:p>
      <w:r>
        <w:rPr>
          <w:b/>
        </w:rPr>
        <w:t xml:space="preserve">[09:33] </w:t>
      </w:r>
      <w:r>
        <w:t>aey big bang ka reference hai yahan quran majeed mein, kyunke big bang ki jo theory hai woh</w:t>
      </w:r>
    </w:p>
    <w:p>
      <w:pPr>
        <w:jc w:val="right"/>
      </w:pPr>
      <w:r>
        <w:t>اے بگ بینگ کا حوالہ ہے یہاں قرآن مجید میں، کیونکہ بگ بینگ کی جو تھیوری ہے وہ</w:t>
      </w:r>
    </w:p>
    <w:p>
      <w:r>
        <w:rPr>
          <w:b/>
        </w:rPr>
        <w:t xml:space="preserve">[09:39] </w:t>
      </w:r>
      <w:r>
        <w:t>kehti hai ke 13 billion saal pehle, 13 billion saal pehle sari kainat ek cosmic ball ki shakal</w:t>
      </w:r>
    </w:p>
    <w:p>
      <w:pPr>
        <w:jc w:val="right"/>
      </w:pPr>
      <w:r>
        <w:t>کہتی ہے کہ 13 بلین سال پہلے، 13 بلین سال پہلے ساری کائنات ایک کاسمک بال کی شکل</w:t>
      </w:r>
    </w:p>
    <w:p>
      <w:r>
        <w:rPr>
          <w:b/>
        </w:rPr>
        <w:t xml:space="preserve">[09:45] </w:t>
      </w:r>
      <w:r>
        <w:t>mein thi, sare particle isi ke andar the.</w:t>
      </w:r>
    </w:p>
    <w:p>
      <w:pPr>
        <w:jc w:val="right"/>
      </w:pPr>
      <w:r>
        <w:t>میں تھی، سارے پارٹیکل اسی کے اندر تھے۔</w:t>
      </w:r>
    </w:p>
    <w:p>
      <w:r>
        <w:rPr>
          <w:b/>
        </w:rPr>
        <w:t xml:space="preserve">[09:52] </w:t>
      </w:r>
      <w:r>
        <w:t>phir phata woh to fatfat sari universe bani, solar system bana, pani bana. is ka reference de rahi hai ke kya dekha nahi tum ne? alam yalamul ilmul lazeena kafaroo ke dekha nahi? kaha: "dekha nahi". ke woh explore karo taake dekho. kya dekha nahi? ka matlab yeh hai ke explore karo, durbin banao, khurdbeen banao, tel</w:t>
      </w:r>
    </w:p>
    <w:p>
      <w:pPr>
        <w:jc w:val="right"/>
      </w:pPr>
      <w:r>
        <w:t>پھر پھٹا وہ تو فٹافٹ ساری یونیورس بنی، سولر سسٹم بنا، پانی بنا۔ اس کا ریفرنس دے رہی ہے کہ کیا دیکھا نہیں تم نے؟ علم اولمیرالذین کفرو کہ دیکھا نہیں؟ کہا: "دیکھا نہیں"۔ کہ وہ ایکسپلور کرو تاکہ دیکھو۔ کیا دیکھا نہیں؟ کا مطلب یہ ہے کہ ایکسپلور کرو، دوربین بناؤ، خردبین بناؤ، ٹیل</w:t>
      </w:r>
    </w:p>
    <w:p>
      <w:r>
        <w:rPr>
          <w:b/>
        </w:rPr>
        <w:t xml:space="preserve">[10:22] </w:t>
      </w:r>
      <w:r>
        <w:t>telescope banao, microscope banao taake tum in haqeeqaton ko dekh sako aur Quran ko zyada dur tak samajhne</w:t>
      </w:r>
    </w:p>
    <w:p>
      <w:pPr>
        <w:jc w:val="right"/>
      </w:pPr>
      <w:r>
        <w:t>یسکوپ بناؤ، مائیکروسکوپ بناؤ تاکہ تم ان حقیقتوں کو دیکھ سکو اور قرآن کو زیادہ دور تک سمجھنے</w:t>
      </w:r>
    </w:p>
    <w:p>
      <w:r>
        <w:rPr>
          <w:b/>
        </w:rPr>
        <w:t xml:space="preserve">[10:28] </w:t>
      </w:r>
      <w:r>
        <w:t>ki taqat tumhare andar paida ho.</w:t>
      </w:r>
    </w:p>
    <w:p>
      <w:pPr>
        <w:jc w:val="right"/>
      </w:pPr>
      <w:r>
        <w:t>کی طاقت تمہارے اندر پیدا ہو۔</w:t>
      </w:r>
    </w:p>
    <w:p>
      <w:r>
        <w:rPr>
          <w:b/>
        </w:rPr>
        <w:t xml:space="preserve">[10:34] </w:t>
      </w:r>
      <w:r>
        <w:t>yeh dawat hai nature ko explore karne ki.</w:t>
      </w:r>
    </w:p>
    <w:p>
      <w:pPr>
        <w:jc w:val="right"/>
      </w:pPr>
      <w:r>
        <w:t>یہ دعوت ہے نیچر کو ایکسپلور کرنے کی۔</w:t>
      </w:r>
    </w:p>
    <w:p>
      <w:r>
        <w:rPr>
          <w:b/>
        </w:rPr>
        <w:t xml:space="preserve">[10:40] </w:t>
      </w:r>
      <w:r>
        <w:t>nature ko explore karo.</w:t>
      </w:r>
    </w:p>
    <w:p>
      <w:pPr>
        <w:jc w:val="right"/>
      </w:pPr>
      <w:r>
        <w:t>نیچر کو ایکسپلور کرو۔</w:t>
      </w:r>
    </w:p>
    <w:p>
      <w:r>
        <w:rPr>
          <w:b/>
        </w:rPr>
        <w:t xml:space="preserve">[10:46] </w:t>
      </w:r>
      <w:r>
        <w:t>lekin log bas aage peeche ki ayat hai, nahvi ishkalaat, lafzi ishkalaat, woh isi mein phans</w:t>
      </w:r>
    </w:p>
    <w:p>
      <w:pPr>
        <w:jc w:val="right"/>
      </w:pPr>
      <w:r>
        <w:t>لیکن لوگ بس آگے پیچھے کی آیت ہے، نحوی اشکالات، لفظی اشکالات، وہ اسی میں پھنس</w:t>
      </w:r>
    </w:p>
    <w:p>
      <w:r>
        <w:rPr>
          <w:b/>
        </w:rPr>
        <w:t xml:space="preserve">[10:52] </w:t>
      </w:r>
      <w:r>
        <w:t>e rahe.</w:t>
      </w:r>
    </w:p>
    <w:p>
      <w:pPr>
        <w:jc w:val="right"/>
      </w:pPr>
      <w:r>
        <w:t>ے رہے۔</w:t>
      </w:r>
    </w:p>
    <w:p>
      <w:r>
        <w:rPr>
          <w:b/>
        </w:rPr>
        <w:t xml:space="preserve">[10:57] </w:t>
      </w:r>
      <w:r>
        <w:t>natija kya hua? yahi to hai ke quran ko kitaab mehboob bana diya, quran ko abandant book bana diya.</w:t>
      </w:r>
    </w:p>
    <w:p>
      <w:pPr>
        <w:jc w:val="right"/>
      </w:pPr>
      <w:r>
        <w:t>نتیجہ کیا ہوا؟ یہی تو ہے کہ قرآن کو کتاب محبوب بنا دیا، قرآن کو ابینڈنٹ بک بنا دیا۔</w:t>
      </w:r>
    </w:p>
    <w:p>
      <w:r>
        <w:rPr>
          <w:b/>
        </w:rPr>
        <w:t xml:space="preserve">[11:02] </w:t>
      </w:r>
      <w:r>
        <w:t>yahi to hai.</w:t>
      </w:r>
    </w:p>
    <w:p>
      <w:pPr>
        <w:jc w:val="right"/>
      </w:pPr>
      <w:r>
        <w:t>یہی تو ہے۔</w:t>
      </w:r>
    </w:p>
    <w:p>
      <w:r>
        <w:rPr>
          <w:b/>
        </w:rPr>
        <w:t xml:space="preserve">[11:07] </w:t>
      </w:r>
      <w:r>
        <w:t>badi badi haqeeqaton se bekhabar ho gaye.</w:t>
      </w:r>
    </w:p>
    <w:p>
      <w:pPr>
        <w:jc w:val="right"/>
      </w:pPr>
      <w:r>
        <w:t>بڑی بڑی حقیقتوں سے بے خبر ہو گئے۔</w:t>
      </w:r>
    </w:p>
    <w:p>
      <w:r>
        <w:rPr>
          <w:b/>
        </w:rPr>
        <w:t xml:space="preserve">[11:13] </w:t>
      </w:r>
      <w:r>
        <w:t>is ka natija kya hua? quran is ka natija hua ke musalmanon ki woh naslein jo science ke</w:t>
      </w:r>
    </w:p>
    <w:p>
      <w:pPr>
        <w:jc w:val="right"/>
      </w:pPr>
      <w:r>
        <w:t>اس کا نتیجہ کیا ہوا؟ قرآن اس کا نتیجہ ہوا کہ مسلمانوں کی وہ نسلیں جو سائنس کے</w:t>
      </w:r>
    </w:p>
    <w:p>
      <w:r>
        <w:rPr>
          <w:b/>
        </w:rPr>
        <w:t xml:space="preserve">[11:18] </w:t>
      </w:r>
      <w:r>
        <w:t>dor mein paida huin,</w:t>
      </w:r>
    </w:p>
    <w:p>
      <w:pPr>
        <w:jc w:val="right"/>
      </w:pPr>
      <w:r>
        <w:t>دور میں پیدا ہوئیں،</w:t>
      </w:r>
    </w:p>
    <w:p>
      <w:r>
        <w:rPr>
          <w:b/>
        </w:rPr>
        <w:t xml:space="preserve">[11:23] </w:t>
      </w:r>
      <w:r>
        <w:t>jab woh college mein gayeen, university mein gayeen to wahan jo uloom padhaya ja raha tha, un ko</w:t>
      </w:r>
    </w:p>
    <w:p>
      <w:pPr>
        <w:jc w:val="right"/>
      </w:pPr>
      <w:r>
        <w:t>جب وہ کالج میں گئیں، یونیورسٹی میں گئیں تو وہاں جو علوم پڑھایا جا رہا تھا، ان کو</w:t>
      </w:r>
    </w:p>
    <w:p>
      <w:r>
        <w:rPr>
          <w:b/>
        </w:rPr>
        <w:t xml:space="preserve">[11:30] </w:t>
      </w:r>
      <w:r>
        <w:t>un ko bada bada laga.</w:t>
      </w:r>
    </w:p>
    <w:p>
      <w:pPr>
        <w:jc w:val="right"/>
      </w:pPr>
      <w:r>
        <w:t>ان کو بڑا بڑا لگا۔</w:t>
      </w:r>
    </w:p>
    <w:p>
      <w:r>
        <w:rPr>
          <w:b/>
        </w:rPr>
        <w:t xml:space="preserve">[11:36] </w:t>
      </w:r>
      <w:r>
        <w:t>aur quran mein jo jo padhaya ja raha tha madarson mein, woh chota chota laga.</w:t>
      </w:r>
    </w:p>
    <w:p>
      <w:pPr>
        <w:jc w:val="right"/>
      </w:pPr>
      <w:r>
        <w:t>اور قرآن میں جو جو پڑھایا جا رہا تھا مدرسوں میں، وہ چھوٹا چھوٹا لگا۔</w:t>
      </w:r>
    </w:p>
    <w:p>
      <w:r>
        <w:rPr>
          <w:b/>
        </w:rPr>
        <w:t xml:space="preserve">[11:42] </w:t>
      </w:r>
      <w:r>
        <w:t>natija kya hua? ke woh quran se door ho gaye aur university se qareeb ho gaye.</w:t>
      </w:r>
    </w:p>
    <w:p>
      <w:pPr>
        <w:jc w:val="right"/>
      </w:pPr>
      <w:r>
        <w:t>نتیجہ کیا ہوا؟ کہ وہ قرآن سے دور ہو گئے اور یونیورسٹی سے قریب ہو گئے۔</w:t>
      </w:r>
    </w:p>
    <w:p>
      <w:r>
        <w:rPr>
          <w:b/>
        </w:rPr>
        <w:t xml:space="preserve">[11:49] </w:t>
      </w:r>
      <w:r>
        <w:t>yeh hai woh baat sochne ki.</w:t>
      </w:r>
    </w:p>
    <w:p>
      <w:pPr>
        <w:jc w:val="right"/>
      </w:pPr>
      <w:r>
        <w:t>یہ ہے وہ بات سوچنے کی۔</w:t>
      </w:r>
    </w:p>
    <w:p>
      <w:r>
        <w:rPr>
          <w:b/>
        </w:rPr>
        <w:t xml:space="preserve">[11:55] </w:t>
      </w:r>
      <w:r>
        <w:t>to saare kainat mein bohat se aise references hain jinka talluq zameen o aasman se hai, yaani</w:t>
      </w:r>
    </w:p>
    <w:p>
      <w:pPr>
        <w:jc w:val="right"/>
      </w:pPr>
      <w:r>
        <w:t>تو سارے کائنات میں بہت سے ایسے ریفرنسز ہیں جن کا تعلق زمین و آسمان سے ہے، یعنی</w:t>
      </w:r>
    </w:p>
    <w:p>
      <w:r>
        <w:rPr>
          <w:b/>
        </w:rPr>
        <w:t xml:space="preserve">[12:03] </w:t>
      </w:r>
      <w:r>
        <w:t>universe se hai, jo jab quran utra tha tab woh discover nahi hue the, discover nahi hue the.</w:t>
      </w:r>
    </w:p>
    <w:p>
      <w:pPr>
        <w:jc w:val="right"/>
      </w:pPr>
      <w:r>
        <w:t>یونیورس سے ہے، جو جب قرآن اترا تھا تب وہ ڈسکور نہیں ہوئے تھے، ڈسکور نہیں ہوئے تھے۔</w:t>
      </w:r>
    </w:p>
    <w:p>
      <w:r>
        <w:rPr>
          <w:b/>
        </w:rPr>
        <w:t xml:space="preserve">[12:11] </w:t>
      </w:r>
      <w:r>
        <w:t>lekin kaha yeh us waqt yeh zuban istemal ki gayi ke dekho ke andhe ho, dekho ke maani</w:t>
      </w:r>
    </w:p>
    <w:p>
      <w:pPr>
        <w:jc w:val="right"/>
      </w:pPr>
      <w:r>
        <w:t>لیکن کہا یہ اس وقت یہ زبان استعمال کی گئی کہ دیکھو کہ اندھے ہو، دیکھو کے معنی</w:t>
      </w:r>
    </w:p>
    <w:p>
      <w:r>
        <w:rPr>
          <w:b/>
        </w:rPr>
        <w:t xml:space="preserve">[12:18] </w:t>
      </w:r>
      <w:r>
        <w:t>hain, yeh explore karo,</w:t>
      </w:r>
    </w:p>
    <w:p>
      <w:pPr>
        <w:jc w:val="right"/>
      </w:pPr>
      <w:r>
        <w:t>ہیں، یہ ایکسپلور کرو،</w:t>
      </w:r>
    </w:p>
    <w:p>
      <w:r>
        <w:rPr>
          <w:b/>
        </w:rPr>
        <w:t xml:space="preserve">[12:26] </w:t>
      </w:r>
      <w:r>
        <w:t>tahqeeq karo.</w:t>
      </w:r>
    </w:p>
    <w:p>
      <w:pPr>
        <w:jc w:val="right"/>
      </w:pPr>
      <w:r>
        <w:t>تحقیق کرو۔</w:t>
      </w:r>
    </w:p>
    <w:p>
      <w:r>
        <w:rPr>
          <w:b/>
        </w:rPr>
        <w:t xml:space="preserve">[12:34] </w:t>
      </w:r>
      <w:r>
        <w:t>to kaha science quran yeh zor de raha hai ke sainsi tahqeeqat karo, astronomy, chemistry, physics, biology, in</w:t>
      </w:r>
    </w:p>
    <w:p>
      <w:pPr>
        <w:jc w:val="right"/>
      </w:pPr>
      <w:r>
        <w:t>تو کہا سائنس قرآن یہ زور دے رہا ہے کہ سائنسی تحقیقات کرو، ایسٹرانومی، کیمسٹری، فزکس، بیالوجی، ان</w:t>
      </w:r>
    </w:p>
    <w:p>
      <w:r>
        <w:rPr>
          <w:b/>
        </w:rPr>
        <w:t xml:space="preserve">[12:41] </w:t>
      </w:r>
      <w:r>
        <w:t>sab cheezon ko padho, un ki tahqeeq karo.</w:t>
      </w:r>
    </w:p>
    <w:p>
      <w:pPr>
        <w:jc w:val="right"/>
      </w:pPr>
      <w:r>
        <w:t>سب چیزوں کو پڑھو، ان کی تحقیق کرو۔</w:t>
      </w:r>
    </w:p>
    <w:p>
      <w:r>
        <w:rPr>
          <w:b/>
        </w:rPr>
        <w:t xml:space="preserve">[12:49] </w:t>
      </w:r>
      <w:r>
        <w:t>kyunke in in shubon se mutalliq haqeeqatain quran mein is isharay ki zuban mein thi,</w:t>
      </w:r>
    </w:p>
    <w:p>
      <w:pPr>
        <w:jc w:val="right"/>
      </w:pPr>
      <w:r>
        <w:t>کیونکہ ان ان شعبوں سے متعلق حقیقتیں قرآن میں اس اشارے کی زبان میں تھیں،</w:t>
      </w:r>
    </w:p>
    <w:p>
      <w:r>
        <w:rPr>
          <w:b/>
        </w:rPr>
        <w:t xml:space="preserve">[12:57] </w:t>
      </w:r>
      <w:r>
        <w:t>isko aap ko samajhna tha phaila kar ke.</w:t>
      </w:r>
    </w:p>
    <w:p>
      <w:pPr>
        <w:jc w:val="right"/>
      </w:pPr>
      <w:r>
        <w:t>اس کو آپ کو سمجھنا تھا پھیلا کر کے۔</w:t>
      </w:r>
    </w:p>
    <w:p>
      <w:r>
        <w:rPr>
          <w:b/>
        </w:rPr>
        <w:t xml:space="preserve">[13:04] </w:t>
      </w:r>
      <w:r>
        <w:t>to aap ko chahiye tha ke aap in uloom mein tahqeeq karen.</w:t>
      </w:r>
    </w:p>
    <w:p>
      <w:pPr>
        <w:jc w:val="right"/>
      </w:pPr>
      <w:r>
        <w:t>تو آپ کو چاہیے تھا کہ آپ ان علوم میں تحقیق کریں۔</w:t>
      </w:r>
    </w:p>
    <w:p>
      <w:r>
        <w:rPr>
          <w:b/>
        </w:rPr>
        <w:t xml:space="preserve">[13:12] </w:t>
      </w:r>
      <w:r>
        <w:t>lekin jab musalman Allah ne dekha ke musalman to in uloom mein tahqeeq nahi kar rahe hain, woh</w:t>
      </w:r>
    </w:p>
    <w:p>
      <w:pPr>
        <w:jc w:val="right"/>
      </w:pPr>
      <w:r>
        <w:t>لیکن جب مسلمان اللہ نے دیکھا کہ مسلمان تو ان علوم میں تحقیق نہیں کر رہے ہیں، وہ</w:t>
      </w:r>
    </w:p>
    <w:p>
      <w:r>
        <w:rPr>
          <w:b/>
        </w:rPr>
        <w:t xml:space="preserve">[13:19] </w:t>
      </w:r>
      <w:r>
        <w:t>peeche ho gaye hain, to Allah ne ahle maghrib ko khara kiya aur unhon ne saari cheezon ko daryaft kiya. Aa</w:t>
      </w:r>
    </w:p>
    <w:p>
      <w:pPr>
        <w:jc w:val="right"/>
      </w:pPr>
      <w:r>
        <w:t>پیچھے ہو گئے ہیں، تو اللہ نے اہل مغرب کو کھڑا کیا اور انہوں نے ساری چیزیں دریافت کیں۔ آ</w:t>
      </w:r>
    </w:p>
    <w:p>
      <w:r>
        <w:rPr>
          <w:b/>
        </w:rPr>
        <w:t xml:space="preserve">[13:27] </w:t>
      </w:r>
      <w:r>
        <w:t>j jo hai modern jo science hai, modern knowledge jo hai, modern science ya modern knowledge quran ki tafseer hai.</w:t>
      </w:r>
    </w:p>
    <w:p>
      <w:pPr>
        <w:jc w:val="right"/>
      </w:pPr>
      <w:r>
        <w:t>ج جو ہے ماڈرن جو سائنس ہے، ماڈرن نالج جو ہے، ماڈرن سائنس یا ماڈرن نالج قرآن کی تفسیر ہے۔</w:t>
      </w:r>
    </w:p>
    <w:p>
      <w:r>
        <w:rPr>
          <w:b/>
        </w:rPr>
        <w:t xml:space="preserve">[13:34] </w:t>
      </w:r>
      <w:r>
        <w:t>lekin hamare haan jo nazariya bana ke quran ke alfaaz jo hain is paas ke, bas usi ko</w:t>
      </w:r>
    </w:p>
    <w:p>
      <w:pPr>
        <w:jc w:val="right"/>
      </w:pPr>
      <w:r>
        <w:t>لیکن ہمارے ہاں جو نظریہ بنا کہ قرآن کے الفاظ جو ہیں اس پاس کے، بس اسی کو</w:t>
      </w:r>
    </w:p>
    <w:p>
      <w:r>
        <w:rPr>
          <w:b/>
        </w:rPr>
        <w:t xml:space="preserve">[13:42] </w:t>
      </w:r>
      <w:r>
        <w:t>le kar sochte rehte hain, is paas ke alfaaz.</w:t>
      </w:r>
    </w:p>
    <w:p>
      <w:pPr>
        <w:jc w:val="right"/>
      </w:pPr>
      <w:r>
        <w:t>لے کر سوچتے رہتے ہیں، اس پاس کے الفاظ۔</w:t>
      </w:r>
    </w:p>
    <w:p>
      <w:r>
        <w:rPr>
          <w:b/>
        </w:rPr>
        <w:t xml:space="preserve">[13:50] </w:t>
      </w:r>
      <w:r>
        <w:t>to is paas ke alfaaz</w:t>
      </w:r>
    </w:p>
    <w:p>
      <w:pPr>
        <w:jc w:val="right"/>
      </w:pPr>
      <w:r>
        <w:t>تو اس پاس کے الفاظ</w:t>
      </w:r>
    </w:p>
    <w:p>
      <w:r>
        <w:rPr>
          <w:b/>
        </w:rPr>
        <w:t xml:space="preserve">[13:57] </w:t>
      </w:r>
      <w:r>
        <w:t>nahvi masail, grammatical masail, isi mein phanse rehte hain. aur jo wasee tar meaning hai, jo universal uska, uska jo aspect hai, us se bekhabar rehte hain. to main sochta hoon ke ummat-e-muslima ko revive karne ke liye, ummat-e-muslima ko revive karne ke liye jo shairi taqreeren kaafi nahi hain, hamare logon</w:t>
      </w:r>
    </w:p>
    <w:p>
      <w:pPr>
        <w:jc w:val="right"/>
      </w:pPr>
      <w:r>
        <w:t>نحوی مسائل، گریمیٹیکل مسائل، اسی میں پھنسے رہتے ہیں۔ اور جو وسیع تر میننگ ہے، جو یونیورسل اس کا، اس کا جو اسپیکٹ ہے، اس سے بے خبر رہتے ہیں۔ تو میں سوچتا ہوں کہ امت مسلمہ کو ریوائیو کرنے کے لیے، امت مسلمہ کو ریوائیو کرنے کے لیے جو شیری تقریریں کافی نہیں ہیں، ہمارے لوگوں</w:t>
      </w:r>
    </w:p>
    <w:p>
      <w:r>
        <w:rPr>
          <w:b/>
        </w:rPr>
        <w:t xml:space="preserve">[14:27] </w:t>
      </w:r>
      <w:r>
        <w:t>ne yeh daryaft kiya ke jo shairi taqreeren karen, jo shairi taqreeren kar ke un ko aksa aksaayein,</w:t>
      </w:r>
    </w:p>
    <w:p>
      <w:pPr>
        <w:jc w:val="right"/>
      </w:pPr>
      <w:r>
        <w:t>نے یہ دریافت کیا کہ جو شیری تقریریں کریں، جو شیری تقریریں کر کے ان کو اکسا اکسائیں،</w:t>
      </w:r>
    </w:p>
    <w:p>
      <w:r>
        <w:rPr>
          <w:b/>
        </w:rPr>
        <w:t xml:space="preserve">[14:37] </w:t>
      </w:r>
      <w:r>
        <w:t>woh kya shair hai ke: "Nawarah talkh tar meezan cho zawq naghma kamyabi".</w:t>
      </w:r>
    </w:p>
    <w:p>
      <w:pPr>
        <w:jc w:val="right"/>
      </w:pPr>
      <w:r>
        <w:t>وہ کیا شعر ہے کہ: "نوارہ تلخ ترمیزن چو ذوق نغمہ کامیابی"۔</w:t>
      </w:r>
    </w:p>
    <w:p>
      <w:r>
        <w:rPr>
          <w:b/>
        </w:rPr>
        <w:t xml:space="preserve">[14:47] </w:t>
      </w:r>
      <w:r>
        <w:t>"Nawarah talkh tar meezan cho zawq naghma kamyabi</w:t>
      </w:r>
    </w:p>
    <w:p>
      <w:pPr>
        <w:jc w:val="right"/>
      </w:pPr>
      <w:r>
        <w:t>"نوارہ تلخ ترمیزن چو ذوق نغمہ کامیابی</w:t>
      </w:r>
    </w:p>
    <w:p>
      <w:r>
        <w:rPr>
          <w:b/>
        </w:rPr>
        <w:t xml:space="preserve">[14:57] </w:t>
      </w:r>
      <w:r>
        <w:t>"۔ "hudeerah tez tar meekhan cho moamlah-e-graami"۔ matlab alfaaz ke dhoom, un logon ne ummat ko uthane ke liye kaha: "alfaaz ka dhoom karo"۔ rhetoric, ek se ek badh ke paida hue musalmanon mein jo joshe andaaz mein taqreer karte thay. haalankeh asal cheez yeh thi ke universe mein jo scientific knowledge hai, us ko ek</w:t>
      </w:r>
    </w:p>
    <w:p>
      <w:pPr>
        <w:jc w:val="right"/>
      </w:pPr>
      <w:r>
        <w:t>"۔ "حدیرا تیز ترمیخاں چو معاملہ گرامی"۔ مطلب الفاظ کے دھوم، ان لوگوں نے امت کو اٹھانے کے لیے کہا: "الفاظ کا دھوم کرو"۔ ریٹیرک، ایک سے ایک بڑھ کے پیدا ہوئے مسلمانوں میں جو جوشی انداز میں تقریر کرتے تھے۔ حالانکہ اصل چیز یہ تھی کہ یونیورس میں جو سائنسیفک نالج ہے، اس کو ایک</w:t>
      </w:r>
    </w:p>
    <w:p>
      <w:r>
        <w:rPr>
          <w:b/>
        </w:rPr>
        <w:t xml:space="preserve">[15:27] </w:t>
      </w:r>
      <w:r>
        <w:t>explore karo. scientific knowledge us mein wisdom milegi, us mein tumhein aqal milegi, us mein tum maani daryaft honge, phir ummat uthegi. to yeh itna zyada bekhabar ho gaye log is is baat se ke is par beginning bhi nahi ke musalmanon ne al-gharb mein sara kaam kiya, sab kuch daryaft kiya, to un ke dushman</w:t>
      </w:r>
    </w:p>
    <w:p>
      <w:pPr>
        <w:jc w:val="right"/>
      </w:pPr>
      <w:r>
        <w:t>سپلور کرو۔ سائنسیفک نالج اس میں وزڈم ملے گی، اس میں تمہیں عقل ملے گی، اس میں تم معنی دریافت ہوں گے، پھر امت اٹھے گی۔ تو یہ اتنا زیادہ بے خبر ہو گئے لوگ اس اس بات سے کہ اس پر بگننگ بھی نہیں کہ مسلمانوں نے الغرب میں سارا کام کیا، سب کچھ دریافت کیا، تو ان کے دشمن</w:t>
      </w:r>
    </w:p>
    <w:p>
      <w:r>
        <w:rPr>
          <w:b/>
        </w:rPr>
        <w:t xml:space="preserve">[15:57] </w:t>
      </w:r>
      <w:r>
        <w:t>ban gaye. jo farsi ka ek sher hai ke: "na kard khurd labaqd ast". khud to kiya nahi, doosre ne kiya to us ke dushman dushman ban gaye, yani ahl-e-maghrib ko dushman-e-islam declare kar diya. main sochta hoon ke ahl-e-bakar, ahl-e-maghrib ne bohat hi bada islami kaam kiya hai quran ko samajhne ke liye, bohat bada ya'ni</w:t>
      </w:r>
    </w:p>
    <w:p>
      <w:pPr>
        <w:jc w:val="right"/>
      </w:pPr>
      <w:r>
        <w:t>بن گئے۔ جو فارسی کا ایک شعر ہے کہ: "نخد خرد لبقد ہے"۔ خود تو کیا نہیں، دوسرے نے کیا تو اس کے دشمن دشمن بن گئے، یعنی اہل مغرب کو دشمن اسلام ڈیکلئر کر دیا۔ میں سوچتا ہوں کہ اہل اہل بقر، اہل مغرب نے بہت ہی بڑا اسلامی کام کیا ہے قرآن کو سمجھنے کے لیے، بہت بڑا یع</w:t>
      </w:r>
    </w:p>
    <w:p>
      <w:r>
        <w:rPr>
          <w:b/>
        </w:rPr>
        <w:t xml:space="preserve">[16:27] </w:t>
      </w:r>
      <w:r>
        <w:t>ni tafseeri kaam kiya hai.</w:t>
      </w:r>
    </w:p>
    <w:p>
      <w:pPr>
        <w:jc w:val="right"/>
      </w:pPr>
      <w:r>
        <w:t>نی تفسیری کام کیا ہے۔</w:t>
      </w:r>
    </w:p>
    <w:p>
      <w:r>
        <w:rPr>
          <w:b/>
        </w:rPr>
        <w:t xml:space="preserve">[16:33] </w:t>
      </w:r>
      <w:r>
        <w:t>to main sochta hoon ke yeh hai woh baat jo in ko samajhna chahiye.</w:t>
      </w:r>
    </w:p>
    <w:p>
      <w:pPr>
        <w:jc w:val="right"/>
      </w:pPr>
      <w:r>
        <w:t>تو میں سوچتا ہوں کہ یہ ہے وہ بات جو ان کو سمجھنا چاہیے۔</w:t>
      </w:r>
    </w:p>
    <w:p>
      <w:r>
        <w:rPr>
          <w:b/>
        </w:rPr>
        <w:t xml:space="preserve">[16:39] </w:t>
      </w:r>
      <w:r>
        <w:t>is aayat ko phir se padhiye, is ka tarjuma dono aayat hai: "Wa kam min ayatin fis samawati wal ardi</w:t>
      </w:r>
    </w:p>
    <w:p>
      <w:pPr>
        <w:jc w:val="right"/>
      </w:pPr>
      <w:r>
        <w:t>اس آیت کو پھر سے پڑھیے، اس کا ترجمہ دونوں آیت ہے: "وقیم من آیت فی السماوات والارض</w:t>
      </w:r>
    </w:p>
    <w:p>
      <w:r>
        <w:rPr>
          <w:b/>
        </w:rPr>
        <w:t xml:space="preserve">[16:45] </w:t>
      </w:r>
      <w:r>
        <w:t>yamurrun alaiha wa hum anha mu'ridun".</w:t>
      </w:r>
    </w:p>
    <w:p>
      <w:pPr>
        <w:jc w:val="right"/>
      </w:pPr>
      <w:r>
        <w:t>یمرون علیہا وھم عنہا معرضون"۔</w:t>
      </w:r>
    </w:p>
    <w:p>
      <w:r>
        <w:rPr>
          <w:b/>
        </w:rPr>
        <w:t xml:space="preserve">[16:52] </w:t>
      </w:r>
      <w:r>
        <w:t>aur aasmanon aur zameen mein kitni hi nishaniyan hain jin par un</w:t>
      </w:r>
    </w:p>
    <w:p>
      <w:pPr>
        <w:jc w:val="right"/>
      </w:pPr>
      <w:r>
        <w:t>اور آسمانوں اور زمین میں کتنی ہی نشانیاں ہیں جن پر ان</w:t>
      </w:r>
    </w:p>
    <w:p>
      <w:r>
        <w:rPr>
          <w:b/>
        </w:rPr>
        <w:t xml:space="preserve">[16:58] </w:t>
      </w:r>
      <w:r>
        <w:t>ka guzar hota rehta hai aur woh un par dhiyan nahi karte.</w:t>
      </w:r>
    </w:p>
    <w:p>
      <w:pPr>
        <w:jc w:val="right"/>
      </w:pPr>
      <w:r>
        <w:t>کا گزر ہوتا رہتا ہے اور وہ ان پر دھیان نہیں کرتے۔</w:t>
      </w:r>
    </w:p>
    <w:p>
      <w:r>
        <w:rPr>
          <w:b/>
        </w:rPr>
        <w:t xml:space="preserve">[17:04] </w:t>
      </w:r>
      <w:r>
        <w:t>wa ma takoonu fi shani wa ma tatlu minhu min quran wa la ta'maloona min amal illa kunna alaikum shuhuda istufizoon</w:t>
      </w:r>
    </w:p>
    <w:p>
      <w:pPr>
        <w:jc w:val="right"/>
      </w:pPr>
      <w:r>
        <w:t>وما تكون فی شانی وما تتلو منہ من قرآن ولا تعملون من عمل الا کنا علیکم شہودا استفیضون</w:t>
      </w:r>
    </w:p>
    <w:p>
      <w:r>
        <w:rPr>
          <w:b/>
        </w:rPr>
        <w:t xml:space="preserve">[17:10] </w:t>
      </w:r>
      <w:r>
        <w:t>feehi wa ma yu'azzibu min mithqali zarratin fil arzi wa la fis samai wa la asghara min zalika wa la akbaru illa</w:t>
      </w:r>
    </w:p>
    <w:p>
      <w:pPr>
        <w:jc w:val="right"/>
      </w:pPr>
      <w:r>
        <w:t>فیہ وما یعذب من مثقال ذرۃ فی الارض ولا فی السماء ولا اصغر من ذالک ولا اکبر الا</w:t>
      </w:r>
    </w:p>
    <w:p>
      <w:r>
        <w:rPr>
          <w:b/>
        </w:rPr>
        <w:t xml:space="preserve">[17:16] </w:t>
      </w:r>
      <w:r>
        <w:t>fee kitabin mubeen aur tum jis haal mein bhi ho aur quran mein se jo hissa bhi suna</w:t>
      </w:r>
    </w:p>
    <w:p>
      <w:pPr>
        <w:jc w:val="right"/>
      </w:pPr>
      <w:r>
        <w:t>فی کتاب مبین اور تم جس حال میں بھی ہو اور قرآن میں سے جو حصہ بھی سنا</w:t>
      </w:r>
    </w:p>
    <w:p>
      <w:r>
        <w:rPr>
          <w:b/>
        </w:rPr>
        <w:t xml:space="preserve">[17:22] </w:t>
      </w:r>
      <w:r>
        <w:t>rahe ho aur tum log</w:t>
      </w:r>
    </w:p>
    <w:p>
      <w:pPr>
        <w:jc w:val="right"/>
      </w:pPr>
      <w:r>
        <w:t>رہے ہو اور تم لوگ</w:t>
      </w:r>
    </w:p>
    <w:p>
      <w:r>
        <w:rPr>
          <w:b/>
        </w:rPr>
        <w:t xml:space="preserve">[17:28] </w:t>
      </w:r>
      <w:r>
        <w:t>jo kaam bhi karte ho, hum tumhare upar gawah rehte hain.</w:t>
      </w:r>
    </w:p>
    <w:p>
      <w:pPr>
        <w:jc w:val="right"/>
      </w:pPr>
      <w:r>
        <w:t>جو کام بھی کرتے ہو، ہم تمہارے اوپر گواہ رہتے ہیں۔</w:t>
      </w:r>
    </w:p>
    <w:p>
      <w:r>
        <w:rPr>
          <w:b/>
        </w:rPr>
        <w:t xml:space="preserve">[17:34] </w:t>
      </w:r>
      <w:r>
        <w:t>us waqt tum is mein mashgool hote ho aur tere rab se zarra barabar bhi koi cheez ghayab</w:t>
      </w:r>
    </w:p>
    <w:p>
      <w:pPr>
        <w:jc w:val="right"/>
      </w:pPr>
      <w:r>
        <w:t>اس وقت تم اس میں مشغول ہوتے ہو اور تیرے رب سے ذرہ برابر بھی کوئی چیز غائب</w:t>
      </w:r>
    </w:p>
    <w:p>
      <w:r>
        <w:rPr>
          <w:b/>
        </w:rPr>
        <w:t xml:space="preserve">[17:40] </w:t>
      </w:r>
      <w:r>
        <w:t>nahi, na zameen mein aur na aasman mein aur na is se choti aur na badi, magar woh</w:t>
      </w:r>
    </w:p>
    <w:p>
      <w:pPr>
        <w:jc w:val="right"/>
      </w:pPr>
      <w:r>
        <w:t>نہیں، نہ زمین میں اور نہ آسمان میں اور نہ اس سے چھوٹی اور نہ بڑی، مگر وہ</w:t>
      </w:r>
    </w:p>
    <w:p>
      <w:r>
        <w:rPr>
          <w:b/>
        </w:rPr>
        <w:t xml:space="preserve">[17:46] </w:t>
      </w:r>
      <w:r>
        <w:t>ek wazeh kitab mein hai.</w:t>
      </w:r>
    </w:p>
    <w:p>
      <w:pPr>
        <w:jc w:val="right"/>
      </w:pPr>
      <w:r>
        <w:t>ایک واضح کتاب میں ہے۔</w:t>
      </w:r>
    </w:p>
    <w:p>
      <w:r>
        <w:rPr>
          <w:b/>
        </w:rPr>
        <w:t xml:space="preserve">[17:52] </w:t>
      </w:r>
      <w:r>
        <w:t>is ka matlab yeh hai ke quran refer kar raha hai micro world ko bhi aur macro world ko bhi.</w:t>
      </w:r>
    </w:p>
    <w:p>
      <w:pPr>
        <w:jc w:val="right"/>
      </w:pPr>
      <w:r>
        <w:t>اس کا مطلب یہ ہے کہ قرآن ریفر کر رہا ہے مائیکرو ورلڈ کو بھی اور مائیکرو ورلڈ کو بھی۔</w:t>
      </w:r>
    </w:p>
    <w:p>
      <w:r>
        <w:rPr>
          <w:b/>
        </w:rPr>
        <w:t xml:space="preserve">[17:58] </w:t>
      </w:r>
      <w:r>
        <w:t>kaisi ajeeb baat hai!</w:t>
      </w:r>
    </w:p>
    <w:p>
      <w:pPr>
        <w:jc w:val="right"/>
      </w:pPr>
      <w:r>
        <w:t>کیسی عجیب بات ہے!</w:t>
      </w:r>
    </w:p>
    <w:p>
      <w:r>
        <w:rPr>
          <w:b/>
        </w:rPr>
        <w:t xml:space="preserve">[18:05] </w:t>
      </w:r>
      <w:r>
        <w:t>quran refer kar raha hai micro world ko bhi aur macro world ko bhi, yani alam e asghar ko</w:t>
      </w:r>
    </w:p>
    <w:p>
      <w:pPr>
        <w:jc w:val="right"/>
      </w:pPr>
      <w:r>
        <w:t>قرآن ریفر کر رہا ہے مائیکرو ورلڈ کو بھی اور مائیکرو ورلڈ کو بھی، یعنی عالم اصغر کو</w:t>
      </w:r>
    </w:p>
    <w:p>
      <w:r>
        <w:rPr>
          <w:b/>
        </w:rPr>
        <w:t xml:space="preserve">[18:11] </w:t>
      </w:r>
      <w:r>
        <w:t>bhi aur alam e akbar ko bhi ke is ko explore karo, is ko discover karo.</w:t>
      </w:r>
    </w:p>
    <w:p>
      <w:pPr>
        <w:jc w:val="right"/>
      </w:pPr>
      <w:r>
        <w:t>بھی اور عالم اکبر کو بھی کہ اس کو ایکسپلور کرو، اس کو ڈسکور کرو۔</w:t>
      </w:r>
    </w:p>
    <w:p>
      <w:r>
        <w:rPr>
          <w:b/>
        </w:rPr>
        <w:t xml:space="preserve">[18:17] </w:t>
      </w:r>
      <w:r>
        <w:t>is mein tumhein quran ke mani milenge jo tumhare andar tum ko mutharrik karen.</w:t>
      </w:r>
    </w:p>
    <w:p>
      <w:pPr>
        <w:jc w:val="right"/>
      </w:pPr>
      <w:r>
        <w:t>اس میں تمہیں قرآن کے معنی ملیں گے جو تمہارے اندر تم کو متحرک کریں۔</w:t>
      </w:r>
    </w:p>
    <w:p>
      <w:r>
        <w:rPr>
          <w:b/>
        </w:rPr>
        <w:t xml:space="preserve">[18:23] </w:t>
      </w:r>
      <w:r>
        <w:t>to yeh hai, yeh yeh raaz</w:t>
      </w:r>
    </w:p>
    <w:p>
      <w:pPr>
        <w:jc w:val="right"/>
      </w:pPr>
      <w:r>
        <w:t>تو یہ ہے، یہ یہ راز</w:t>
      </w:r>
    </w:p>
    <w:p>
      <w:r>
        <w:rPr>
          <w:b/>
        </w:rPr>
        <w:t xml:space="preserve">[18:29] </w:t>
      </w:r>
      <w:r>
        <w:t>tha ummat ko zinda karne ka.</w:t>
      </w:r>
    </w:p>
    <w:p>
      <w:pPr>
        <w:jc w:val="right"/>
      </w:pPr>
      <w:r>
        <w:t>تھا امت کو زندہ کرنے کا۔</w:t>
      </w:r>
    </w:p>
    <w:p>
      <w:r>
        <w:rPr>
          <w:b/>
        </w:rPr>
        <w:t xml:space="preserve">[18:35] </w:t>
      </w:r>
      <w:r>
        <w:t>is ki bajaye logon ne rhetoric yani lafz baazi karne lagay.</w:t>
      </w:r>
    </w:p>
    <w:p>
      <w:pPr>
        <w:jc w:val="right"/>
      </w:pPr>
      <w:r>
        <w:t>اس کی بجائے لوگوں نے ریٹیرک یعنی لفظ بازی کرنے لگے۔</w:t>
      </w:r>
    </w:p>
    <w:p>
      <w:r>
        <w:rPr>
          <w:b/>
        </w:rPr>
        <w:t xml:space="preserve">[18:41] </w:t>
      </w:r>
      <w:r>
        <w:t>ab sari dunya mein aise log paida ho gaye jo jazbati taqreeren, bade bade alfaaz, bombastic alfaaz bol bol</w:t>
      </w:r>
    </w:p>
    <w:p>
      <w:pPr>
        <w:jc w:val="right"/>
      </w:pPr>
      <w:r>
        <w:t>اب ساری دنیا میں ایسے لوگ پیدا ہوگئے جو جذباتی تقریریں، بڑے بڑے الفاظ، بمباسٹک الفاظ بول بول</w:t>
      </w:r>
    </w:p>
    <w:p>
      <w:r>
        <w:rPr>
          <w:b/>
        </w:rPr>
        <w:t xml:space="preserve">[18:47] </w:t>
      </w:r>
      <w:r>
        <w:t>kar ke chahte thay ke is tarah se ummat ko zinda karenge.</w:t>
      </w:r>
    </w:p>
    <w:p>
      <w:pPr>
        <w:jc w:val="right"/>
      </w:pPr>
      <w:r>
        <w:t>کر کے چاہتے تھے کہ اس طرح سے امت کو زندہ کریں گے۔</w:t>
      </w:r>
    </w:p>
    <w:p>
      <w:r>
        <w:rPr>
          <w:b/>
        </w:rPr>
        <w:t xml:space="preserve">[18:53] </w:t>
      </w:r>
      <w:r>
        <w:t>lekin ummat zinda nahi hui kyun ke woh</w:t>
      </w:r>
    </w:p>
    <w:p>
      <w:pPr>
        <w:jc w:val="right"/>
      </w:pPr>
      <w:r>
        <w:t>لیکن امت زندہ نہیں ہوئی کیونکہ وہ</w:t>
      </w:r>
    </w:p>
    <w:p>
      <w:r>
        <w:rPr>
          <w:b/>
        </w:rPr>
        <w:t xml:space="preserve">[18:59] </w:t>
      </w:r>
      <w:r>
        <w:t>rasta hi galat tha, woh rasta hi galat tha.</w:t>
      </w:r>
    </w:p>
    <w:p>
      <w:pPr>
        <w:jc w:val="right"/>
      </w:pPr>
      <w:r>
        <w:t>راستہ ہی غلط تھا، وہ راستہ ہی غلط تھا۔</w:t>
      </w:r>
    </w:p>
    <w:p>
      <w:r>
        <w:rPr>
          <w:b/>
        </w:rPr>
        <w:t xml:space="preserve">[19:05] </w:t>
      </w:r>
      <w:r>
        <w:t>bade bade alfaaz bol kar aap ummat ke andar zindagi nahi paida kar sakte, impossible hai.</w:t>
      </w:r>
    </w:p>
    <w:p>
      <w:pPr>
        <w:jc w:val="right"/>
      </w:pPr>
      <w:r>
        <w:t>بڑے بڑے الفاظ بول کر آپ امت کے اندر زندگی نہیں پیدا کر سکتے، امپاسیبل ہے۔</w:t>
      </w:r>
    </w:p>
    <w:p>
      <w:r>
        <w:rPr>
          <w:b/>
        </w:rPr>
        <w:t xml:space="preserve">[19:11] </w:t>
      </w:r>
      <w:r>
        <w:t>nawara talkh tar meezan cho zawq naghma kamyabi.</w:t>
      </w:r>
    </w:p>
    <w:p>
      <w:pPr>
        <w:jc w:val="right"/>
      </w:pPr>
      <w:r>
        <w:t>نوارہ تلخ ترمیزن چو ذوق نغمہ کامیابی۔</w:t>
      </w:r>
    </w:p>
    <w:p>
      <w:r>
        <w:rPr>
          <w:b/>
        </w:rPr>
        <w:t xml:space="preserve">[19:17] </w:t>
      </w:r>
      <w:r>
        <w:t>nawara talkh tar meezan cho zawq naghma kamyabi.</w:t>
      </w:r>
    </w:p>
    <w:p>
      <w:pPr>
        <w:jc w:val="right"/>
      </w:pPr>
      <w:r>
        <w:t>نوارہ تلخ ترمیزن چو ذوق نغمہ کامیابی۔</w:t>
      </w:r>
    </w:p>
    <w:p>
      <w:r>
        <w:rPr>
          <w:b/>
        </w:rPr>
        <w:t xml:space="preserve">[19:23] </w:t>
      </w:r>
      <w:r>
        <w:t>khudira tez tar meekhan</w:t>
      </w:r>
    </w:p>
    <w:p>
      <w:pPr>
        <w:jc w:val="right"/>
      </w:pPr>
      <w:r>
        <w:t>خودیرا تیز ترمیخاں</w:t>
      </w:r>
    </w:p>
    <w:p>
      <w:r>
        <w:rPr>
          <w:b/>
        </w:rPr>
        <w:t xml:space="preserve">[19:29] </w:t>
      </w:r>
      <w:r>
        <w:t>cho muamla garami.</w:t>
      </w:r>
    </w:p>
    <w:p>
      <w:pPr>
        <w:jc w:val="right"/>
      </w:pPr>
      <w:r>
        <w:t>چو معاملہ گرامی۔</w:t>
      </w:r>
    </w:p>
    <w:p>
      <w:r>
        <w:rPr>
          <w:b/>
        </w:rPr>
        <w:t xml:space="preserve">[19:35] </w:t>
      </w:r>
      <w:r>
        <w:t>aur zor-o-shauq ke sath baatein karo aur zyada jazbati andaaz ki taqreerein karo.</w:t>
      </w:r>
    </w:p>
    <w:p>
      <w:pPr>
        <w:jc w:val="right"/>
      </w:pPr>
      <w:r>
        <w:t>اور زور شوق کے ساتھ باتیں کرو اور زیادہ جذباتی انداز کی تقریریں کرو۔</w:t>
      </w:r>
    </w:p>
    <w:p>
      <w:r>
        <w:rPr>
          <w:b/>
        </w:rPr>
        <w:t xml:space="preserve">[19:41] </w:t>
      </w:r>
      <w:r>
        <w:t>pata nahin bhala is se kaun kaun mein zindagi paida ho sakti hai? yeh koi zindagi paida karne</w:t>
      </w:r>
    </w:p>
    <w:p>
      <w:pPr>
        <w:jc w:val="right"/>
      </w:pPr>
      <w:r>
        <w:t>پتہ نہیں بھلا اس سے کون کون میں زندگی پیدا ہو سکتی ہے؟ یہ کوئی زندگی پیدا کرنے</w:t>
      </w:r>
    </w:p>
    <w:p>
      <w:r>
        <w:rPr>
          <w:b/>
        </w:rPr>
        <w:t xml:space="preserve">[19:47] </w:t>
      </w:r>
      <w:r>
        <w:t>ka raasta hai ke is tarah ki aayatein hain Quran mein, sau se zyada hain jo kainaati nishaniyon</w:t>
      </w:r>
    </w:p>
    <w:p>
      <w:pPr>
        <w:jc w:val="right"/>
      </w:pPr>
      <w:r>
        <w:t>کا راستہ ہے کہ اس طرح کی آیتیں ہیں قرآن میں، سو سے زیادہ ہیں جو کائناتی نشانیوں</w:t>
      </w:r>
    </w:p>
    <w:p>
      <w:r>
        <w:rPr>
          <w:b/>
        </w:rPr>
        <w:t xml:space="preserve">[19:53] </w:t>
      </w:r>
      <w:r>
        <w:t>ko refer kar rahi hain aur kehti hain</w:t>
      </w:r>
    </w:p>
    <w:p>
      <w:pPr>
        <w:jc w:val="right"/>
      </w:pPr>
      <w:r>
        <w:t>کو ریفر کر رہی ہیں اور کہتی ہیں</w:t>
      </w:r>
    </w:p>
    <w:p>
      <w:r>
        <w:rPr>
          <w:b/>
        </w:rPr>
        <w:t xml:space="preserve">[19:59] </w:t>
      </w:r>
      <w:r>
        <w:t>ke kaha tum dekhte nahin? to is sawaal ke jawab woh saada hamare paas hain.</w:t>
      </w:r>
    </w:p>
    <w:p>
      <w:pPr>
        <w:jc w:val="right"/>
      </w:pPr>
      <w:r>
        <w:t>کہ کہا تم دیکھتے نہیں؟ تو اس سوال کے جواب وہ سادہ ہمارے پاس ہیں۔</w:t>
      </w:r>
    </w:p>
    <w:p>
      <w:r>
        <w:rPr>
          <w:b/>
        </w:rPr>
        <w:t xml:space="preserve">[20:07] </w:t>
      </w:r>
      <w:r>
        <w:t>to kaise dekhenge? door ki nishaniyon ko hum durbin ke baad kaise dekhenge? qareeb ki chhoti</w:t>
      </w:r>
    </w:p>
    <w:p>
      <w:pPr>
        <w:jc w:val="right"/>
      </w:pPr>
      <w:r>
        <w:t>تو کیسے دیکھیں گے؟ دور کی نشانیوں کو ہم دوربین کے بعد کیسے دیکھیں گے؟ قریب کی چھوٹی</w:t>
      </w:r>
    </w:p>
    <w:p>
      <w:r>
        <w:rPr>
          <w:b/>
        </w:rPr>
        <w:t xml:space="preserve">[20:14] </w:t>
      </w:r>
      <w:r>
        <w:t>chhoti budiyan jo hain, alam-e-asghar ko hum khurdbeen ke zariye, khurdbeen ke zariye kaise dekhenge? is</w:t>
      </w:r>
    </w:p>
    <w:p>
      <w:pPr>
        <w:jc w:val="right"/>
      </w:pPr>
      <w:r>
        <w:t>چھوٹی بدیاں جو ہیں، عالم اصغر کو ہم خردبین کے ذریعے، خردبین کے ذریعے کیسے دیکھیں گے؟ اس</w:t>
      </w:r>
    </w:p>
    <w:p>
      <w:r>
        <w:rPr>
          <w:b/>
        </w:rPr>
        <w:t xml:space="preserve">[20:22] </w:t>
      </w:r>
      <w:r>
        <w:t>ko nahin ke yeh yeh yeh</w:t>
      </w:r>
    </w:p>
    <w:p>
      <w:pPr>
        <w:jc w:val="right"/>
      </w:pPr>
      <w:r>
        <w:t>کو نہیں کہ یہ یہ یہ</w:t>
      </w:r>
    </w:p>
    <w:p>
      <w:r>
        <w:rPr>
          <w:b/>
        </w:rPr>
        <w:t xml:space="preserve">[20:29] </w:t>
      </w:r>
      <w:r>
        <w:t>yani yeh hukum, yeh yeh speed ubhari gayi hai. speed ubhari gayi hai ke musalman sirf quran ke matan hi ko sab kuch na samjhen, bas matan mein tehqeeq kar rahe hain. quran ka jo matan hai, usi mein ghoom phir kar ke</w:t>
      </w:r>
    </w:p>
    <w:p>
      <w:pPr>
        <w:jc w:val="right"/>
      </w:pPr>
      <w:r>
        <w:t>یعنی یہ حکم، یہ یہ اسپیڈ ابھاری گئی ہے۔ اسپیڈ ابھاری گئی ہے کہ مسلمان صرف قرآن کے متن ہی کو سب کچھ نہ سمجھیں، بس متن میں تحقیق کر رہے ہیں۔ قرآن کا جو متن ہے، اسی میں گھوم پھر کر کے</w:t>
      </w:r>
    </w:p>
    <w:p>
      <w:r>
        <w:rPr>
          <w:b/>
        </w:rPr>
        <w:t xml:space="preserve">[20:59] </w:t>
      </w:r>
      <w:r>
        <w:t>pade hue hain.</w:t>
      </w:r>
    </w:p>
    <w:p>
      <w:pPr>
        <w:jc w:val="right"/>
      </w:pPr>
      <w:r>
        <w:t>پڑے ہوئے ہیں۔</w:t>
      </w:r>
    </w:p>
    <w:p>
      <w:r>
        <w:rPr>
          <w:b/>
        </w:rPr>
        <w:t xml:space="preserve">[21:06] </w:t>
      </w:r>
      <w:r>
        <w:t>nahin, matn ke bahar jo duniya hai, alam-e-asghar aur alam-e-akbar dono, is mein jo haqiqatein hain,</w:t>
      </w:r>
    </w:p>
    <w:p>
      <w:pPr>
        <w:jc w:val="right"/>
      </w:pPr>
      <w:r>
        <w:t>نہیں، متن کے باہر جو دنیا ہے، عالم اصغر اور عالم اکبر دونوں، اس میں جو حقیقتیں ہیں،</w:t>
      </w:r>
    </w:p>
    <w:p>
      <w:r>
        <w:rPr>
          <w:b/>
        </w:rPr>
        <w:t xml:space="preserve">[21:12] </w:t>
      </w:r>
      <w:r>
        <w:t>yeh un Khuda ki paida ki hui duniya, Khuda ki takhleeq ki hui duniya, alam-e-makhlooqat, to is</w:t>
      </w:r>
    </w:p>
    <w:p>
      <w:pPr>
        <w:jc w:val="right"/>
      </w:pPr>
      <w:r>
        <w:t>یہ ان خدا کی پیدا کی ہوئی دنیا، خدا کی تخلیق کی ہوئی دنیا، عالم مخلوقات، تو اس</w:t>
      </w:r>
    </w:p>
    <w:p>
      <w:r>
        <w:rPr>
          <w:b/>
        </w:rPr>
        <w:t xml:space="preserve">[21:18] </w:t>
      </w:r>
      <w:r>
        <w:t>ko is ko daryaft karo, is ka ilm haasil karo.</w:t>
      </w:r>
    </w:p>
    <w:p>
      <w:pPr>
        <w:jc w:val="right"/>
      </w:pPr>
      <w:r>
        <w:t>کو اس کو دریافت کرو، اس کا علم حاصل کرو۔</w:t>
      </w:r>
    </w:p>
    <w:p>
      <w:r>
        <w:rPr>
          <w:b/>
        </w:rPr>
        <w:t xml:space="preserve">[21:25] </w:t>
      </w:r>
      <w:r>
        <w:t>durbin banao, khurdbeen banao.</w:t>
      </w:r>
    </w:p>
    <w:p>
      <w:pPr>
        <w:jc w:val="right"/>
      </w:pPr>
      <w:r>
        <w:t>دوربین بناؤ، خردبین بناؤ۔</w:t>
      </w:r>
    </w:p>
    <w:p>
      <w:r>
        <w:rPr>
          <w:b/>
        </w:rPr>
        <w:t xml:space="preserve">[21:31] </w:t>
      </w:r>
      <w:r>
        <w:t>to yeh yeh soch hi nahin paida hui Musalmanon mein, jabke yeh tha ke yeh log guzarte hain</w:t>
      </w:r>
    </w:p>
    <w:p>
      <w:pPr>
        <w:jc w:val="right"/>
      </w:pPr>
      <w:r>
        <w:t>تو یہ یہ سوچ ہی نہیں پیدا ہوئی مسلمانوں میں، جبکہ یہ تھا کہ یہ لوگ گزرتے ہیں</w:t>
      </w:r>
    </w:p>
    <w:p>
      <w:r>
        <w:rPr>
          <w:b/>
        </w:rPr>
        <w:t xml:space="preserve">[21:37] </w:t>
      </w:r>
      <w:r>
        <w:t>zameen-o-aasman ki nishaniyon se.</w:t>
      </w:r>
    </w:p>
    <w:p>
      <w:pPr>
        <w:jc w:val="right"/>
      </w:pPr>
      <w:r>
        <w:t>زمین و آسمان کی نشانیوں سے۔</w:t>
      </w:r>
    </w:p>
    <w:p>
      <w:r>
        <w:rPr>
          <w:b/>
        </w:rPr>
        <w:t xml:space="preserve">[21:43] </w:t>
      </w:r>
      <w:r>
        <w:t>ab sochne ki baat hai ke zameen-o-aasman ki jo nishaniyan hain, is mein kaise guzarte hain?</w:t>
      </w:r>
    </w:p>
    <w:p>
      <w:pPr>
        <w:jc w:val="right"/>
      </w:pPr>
      <w:r>
        <w:t>اب سوچنے کی بات ہے کہ زمین و آسمان کی جو نشانیاں ہیں، اس میں کیسے گزرتے ہیں؟</w:t>
      </w:r>
    </w:p>
    <w:p>
      <w:r>
        <w:rPr>
          <w:b/>
        </w:rPr>
        <w:t xml:space="preserve">[21:49] </w:t>
      </w:r>
      <w:r>
        <w:t>woh to hum paas jo jo hum chalte phirte dekhte hain, galaxy ko to dekhte nahin hain,</w:t>
      </w:r>
    </w:p>
    <w:p>
      <w:pPr>
        <w:jc w:val="right"/>
      </w:pPr>
      <w:r>
        <w:t>وہ تو ہم اس پاس جو جو ہم چلتے پھرتے دیکھتے ہیں، گیلیکسی کو تو دیکھتے نہیں ہیں،</w:t>
      </w:r>
    </w:p>
    <w:p>
      <w:r>
        <w:rPr>
          <w:b/>
        </w:rPr>
        <w:t xml:space="preserve">[21:56] </w:t>
      </w:r>
      <w:r>
        <w:t>hum solar system ko to dekhte nahin hain.</w:t>
      </w:r>
    </w:p>
    <w:p>
      <w:pPr>
        <w:jc w:val="right"/>
      </w:pPr>
      <w:r>
        <w:t>ہم سولر سسٹم کو تو دیکھتے نہیں ہیں۔</w:t>
      </w:r>
    </w:p>
    <w:p>
      <w:r>
        <w:rPr>
          <w:b/>
        </w:rPr>
        <w:t xml:space="preserve">[22:02] </w:t>
      </w:r>
      <w:r>
        <w:t>to wahan guzarnay ke maani kya hain? yaani in ka aalaati mushahida.</w:t>
      </w:r>
    </w:p>
    <w:p>
      <w:pPr>
        <w:jc w:val="right"/>
      </w:pPr>
      <w:r>
        <w:t>تو وہاں گزرنے کے معنی کیا ہیں؟ یعنی ان کا آلاتی مشاہدہ۔</w:t>
      </w:r>
    </w:p>
    <w:p>
      <w:r>
        <w:rPr>
          <w:b/>
        </w:rPr>
        <w:t xml:space="preserve">[22:08] </w:t>
      </w:r>
      <w:r>
        <w:t>yahan jo guzarnay ka lafz hai, woh aalaati mushahiday ke maani mein hai.</w:t>
      </w:r>
    </w:p>
    <w:p>
      <w:pPr>
        <w:jc w:val="right"/>
      </w:pPr>
      <w:r>
        <w:t>یہاں جو گزرنے کا لفظ ہے، وہ آلاتی مشاہدے کے معنی میں ہے۔</w:t>
      </w:r>
    </w:p>
    <w:p>
      <w:r>
        <w:rPr>
          <w:b/>
        </w:rPr>
        <w:t xml:space="preserve">[22:14] </w:t>
      </w:r>
      <w:r>
        <w:t>yaani aise aalaat daryaft karo, aise saadhan daryaft karo, jis ke zariye tumhari pahunch wahan tak ho sake.</w:t>
      </w:r>
    </w:p>
    <w:p>
      <w:pPr>
        <w:jc w:val="right"/>
      </w:pPr>
      <w:r>
        <w:t>یعنی ایسے آلات دریافت کرو، ایسے سادھن دریافت کرو، جس کے ذریعے تم تمہاری پہنچ وہاں تک ہو سکے۔</w:t>
      </w:r>
    </w:p>
    <w:p>
      <w:r>
        <w:rPr>
          <w:b/>
        </w:rPr>
        <w:t xml:space="preserve">[22:20] </w:t>
      </w:r>
      <w:r>
        <w:t>to Allah taala ne dekha ke Musalman to kuch kar nahin rahe, to doosri qaumon ko khada kar diya.</w:t>
      </w:r>
    </w:p>
    <w:p>
      <w:pPr>
        <w:jc w:val="right"/>
      </w:pPr>
      <w:r>
        <w:t>تو اللہ تعالی نے دیکھا کہ مسلمان تو کچھ کر نہیں رہے، تو دوسری قوموں کو کھڑا کر دیا۔</w:t>
      </w:r>
    </w:p>
    <w:p>
      <w:r>
        <w:rPr>
          <w:b/>
        </w:rPr>
        <w:t xml:space="preserve">[22:26] </w:t>
      </w:r>
      <w:r>
        <w:t>ab chahiye tha Musal</w:t>
      </w:r>
    </w:p>
    <w:p>
      <w:pPr>
        <w:jc w:val="right"/>
      </w:pPr>
      <w:r>
        <w:t>اب چاہیے تھا مس</w:t>
      </w:r>
    </w:p>
    <w:p>
      <w:r>
        <w:rPr>
          <w:b/>
        </w:rPr>
        <w:t xml:space="preserve">[22:32] </w:t>
      </w:r>
      <w:r>
        <w:t>manon ko ke in ko acknowledge karein, in ka shukriya ada karein, in ka itraaf karein ke jo</w:t>
      </w:r>
    </w:p>
    <w:p>
      <w:pPr>
        <w:jc w:val="right"/>
      </w:pPr>
      <w:r>
        <w:t>لمانوں کو کہ ان کو اکنالج کریں، ان کا شکریہ ادا کریں، ان کا اعتراف کریں کہ جو</w:t>
      </w:r>
    </w:p>
    <w:p>
      <w:r>
        <w:rPr>
          <w:b/>
        </w:rPr>
        <w:t xml:space="preserve">[22:38] </w:t>
      </w:r>
      <w:r>
        <w:t>kaam hum nahin kar sakte thay, woh tum ne kar dala.</w:t>
      </w:r>
    </w:p>
    <w:p>
      <w:pPr>
        <w:jc w:val="right"/>
      </w:pPr>
      <w:r>
        <w:t>کام ہم نہیں کر سکتے تھے، وہ تم نے کر ڈالا۔</w:t>
      </w:r>
    </w:p>
    <w:p>
      <w:r>
        <w:rPr>
          <w:b/>
        </w:rPr>
        <w:t xml:space="preserve">[22:44] </w:t>
      </w:r>
      <w:r>
        <w:t>اس کی بجائے اس کو جسم سنبھال لیا، انہوں نے ان کو in right shade دی، بم مارنے</w:t>
      </w:r>
    </w:p>
    <w:p>
      <w:pPr>
        <w:jc w:val="right"/>
      </w:pPr>
      <w:r>
        <w:t>اس کی بجائے اس کو جسم سنبھال لیا، انہوں نے ان کو ان رائٹ شیڈ دی، بم مارنے</w:t>
      </w:r>
    </w:p>
    <w:p>
      <w:r>
        <w:rPr>
          <w:b/>
        </w:rPr>
        <w:t xml:space="preserve">[22:50] </w:t>
      </w:r>
      <w:r>
        <w:t>lage is ko.</w:t>
      </w:r>
    </w:p>
    <w:p>
      <w:pPr>
        <w:jc w:val="right"/>
      </w:pPr>
      <w:r>
        <w:t>لگے اس کو۔</w:t>
      </w:r>
    </w:p>
    <w:p>
      <w:r>
        <w:rPr>
          <w:b/>
        </w:rPr>
        <w:t xml:space="preserve">[22:56] </w:t>
      </w:r>
      <w:r>
        <w:t>to mein sochta hoon ke aakhri waqt aa gaya hai ke is policy ko badla jaye.</w:t>
      </w:r>
    </w:p>
    <w:p>
      <w:pPr>
        <w:jc w:val="right"/>
      </w:pPr>
      <w:r>
        <w:t>تو میں سوچتا ہوں کہ آخری وقت آ گیا ہے کہ اس پالیسی کو بدلا جائے۔</w:t>
      </w:r>
    </w:p>
    <w:p>
      <w:r>
        <w:rPr>
          <w:b/>
        </w:rPr>
        <w:t xml:space="preserve">[23:02] </w:t>
      </w:r>
      <w:r>
        <w:t>doosri qomon ko dushman samajhne ke bajaye, un ko moavin samjha jaye, moavin, mufeed samjha jaye.</w:t>
      </w:r>
    </w:p>
    <w:p>
      <w:pPr>
        <w:jc w:val="right"/>
      </w:pPr>
      <w:r>
        <w:t>دوسری قوموں کو دشمن سمجھنے کے بجائے، ان کو معاون سمجھا جائے، معاون، معید سمجھا جائے۔</w:t>
      </w:r>
    </w:p>
    <w:p>
      <w:r>
        <w:rPr>
          <w:b/>
        </w:rPr>
        <w:t xml:space="preserve">[23:12] </w:t>
      </w:r>
      <w:r>
        <w:t>mufeed to 21 century mein, woh mein sochta hoon ke aakhri waqt aa gaya hai ke hum is</w:t>
      </w:r>
    </w:p>
    <w:p>
      <w:pPr>
        <w:jc w:val="right"/>
      </w:pPr>
      <w:r>
        <w:t>معید تو 21 سینچری میں، وہ میں سوچتا ہوں کہ آخری وقت آ گیا ہے کہ ہم اس</w:t>
      </w:r>
    </w:p>
    <w:p>
      <w:r>
        <w:rPr>
          <w:b/>
        </w:rPr>
        <w:t xml:space="preserve">[23:22] </w:t>
      </w:r>
      <w:r>
        <w:t>is baat ko samjhein aur doosri qomon ka shukr guzar banen, un ko</w:t>
      </w:r>
    </w:p>
    <w:p>
      <w:pPr>
        <w:jc w:val="right"/>
      </w:pPr>
      <w:r>
        <w:t>اس بات کو سمجھیں اور دوسری قوموں کا شکر گزار بنیں، ان کو</w:t>
      </w:r>
    </w:p>
    <w:p>
      <w:r>
        <w:rPr>
          <w:b/>
        </w:rPr>
        <w:t xml:space="preserve">[23:33] </w:t>
      </w:r>
      <w:r>
        <w:t>un ko acknowledge karen taake yaani musalmanon ke mustaqbil ka naya chapter khule.</w:t>
      </w:r>
    </w:p>
    <w:p>
      <w:pPr>
        <w:jc w:val="right"/>
      </w:pPr>
      <w:r>
        <w:t>ان کو اکنالج کریں تاکہ یعنی مسلمانوں کے مستقبل کا نیا چیپٹر کھلے۔</w:t>
      </w:r>
    </w:p>
    <w:p>
      <w:r>
        <w:rPr>
          <w:b/>
        </w:rPr>
        <w:t xml:space="preserve">[23:43] </w:t>
      </w:r>
      <w:r>
        <w:t>نیا چیپٹر ابھی تک بند ہے، اگرچہ دنیا میں modern knowledge آئی ہے اور civilization آئی ہے، development</w:t>
      </w:r>
    </w:p>
    <w:p>
      <w:pPr>
        <w:jc w:val="right"/>
      </w:pPr>
      <w:r>
        <w:t>نیا چیپٹر ابھی تک بند ہے، اگرچہ دنیا میں ماڈرن نالج آئی ہے اور سولائزیشن آئی ہے، ڈیولپمنٹ</w:t>
      </w:r>
    </w:p>
    <w:p>
      <w:r>
        <w:rPr>
          <w:b/>
        </w:rPr>
        <w:t xml:space="preserve">[23:53] </w:t>
      </w:r>
      <w:r>
        <w:t>aa gaya hai, lekin khud</w:t>
      </w:r>
    </w:p>
    <w:p>
      <w:pPr>
        <w:jc w:val="right"/>
      </w:pPr>
      <w:r>
        <w:t>آیا ہے، لیکن خود</w:t>
      </w:r>
    </w:p>
    <w:p>
      <w:r>
        <w:rPr>
          <w:b/>
        </w:rPr>
        <w:t xml:space="preserve">[24:03] </w:t>
      </w:r>
      <w:r>
        <w:t>musalmanon ki ka chapter abhi tak band hai. yahan abhi bhi wohi gun culture, bam culture hai, wohi wohi baqi hai. ab to zamana hi khatam ho gaya, ab to knowledge ka zamana hai, ab bam ka aur gun ka zamana hi nahin hai. to main is ko kaha jata hai ke militancy</w:t>
      </w:r>
    </w:p>
    <w:p>
      <w:pPr>
        <w:jc w:val="right"/>
      </w:pPr>
      <w:r>
        <w:t>مسلمانوں کی کا چیپٹر ابھی تک بند ہے۔ یہاں ابھی بھی وہی گن کلچر، بم کلچر ہے، وہی وہی باقی ہے۔ اب تو زمانہ ہی ختم ہو گیا، اب تو نالج کا زمانہ ہے، اب بم کا اور گن کا زمانہ ہی نہیں ہے۔ تو میں اس کو کہا جاتا ہے کہ ملٹنسی</w:t>
      </w:r>
    </w:p>
    <w:p>
      <w:r>
        <w:rPr>
          <w:b/>
        </w:rPr>
        <w:t xml:space="preserve">[24:33] </w:t>
      </w:r>
      <w:r>
        <w:t>—</w:t>
      </w:r>
    </w:p>
    <w:p>
      <w:pPr>
        <w:jc w:val="right"/>
      </w:pPr>
      <w:r>
        <w:t>۔</w:t>
      </w:r>
    </w:p>
    <w:p>
      <w:r>
        <w:rPr>
          <w:b/>
        </w:rPr>
        <w:t xml:space="preserve">[24:38] </w:t>
      </w:r>
      <w:r>
        <w:t>mein sochta hoon ke yeh asal mein bekhabari hai.</w:t>
      </w:r>
    </w:p>
    <w:p>
      <w:pPr>
        <w:jc w:val="right"/>
      </w:pPr>
      <w:r>
        <w:t>میں سوچتا ہوں کہ یہ اصل میں بے خبری ہے۔</w:t>
      </w:r>
    </w:p>
    <w:p>
      <w:r>
        <w:rPr>
          <w:b/>
        </w:rPr>
        <w:t xml:space="preserve">[24:43] </w:t>
      </w:r>
      <w:r>
        <w:t>muslim militancy asal mein muslim bekhabari ka naam hai.</w:t>
      </w:r>
    </w:p>
    <w:p>
      <w:pPr>
        <w:jc w:val="right"/>
      </w:pPr>
      <w:r>
        <w:t>مسلم ملٹنسی اصل میں مسلم بے خبری کا نام ہے۔</w:t>
      </w:r>
    </w:p>
    <w:p>
      <w:r>
        <w:rPr>
          <w:b/>
        </w:rPr>
        <w:t xml:space="preserve">[24:48] </w:t>
      </w:r>
      <w:r>
        <w:t>koi khwamkhwah military nahi banta, koi khwamkhwah military nahi banta.</w:t>
      </w:r>
    </w:p>
    <w:p>
      <w:pPr>
        <w:jc w:val="right"/>
      </w:pPr>
      <w:r>
        <w:t>کوئی خوامخواہ ملٹری نہیں بنتا، کوئی خوامخواہ ملٹری نہیں بنتا۔</w:t>
      </w:r>
    </w:p>
    <w:p>
      <w:r>
        <w:rPr>
          <w:b/>
        </w:rPr>
        <w:t xml:space="preserve">[24:53] </w:t>
      </w:r>
      <w:r>
        <w:t>بے خبری بنا دیتی ہے کہ modern knowledge کیا چیز ہے، modern knowledge کی طاقت کیا ہے اور</w:t>
      </w:r>
    </w:p>
    <w:p>
      <w:pPr>
        <w:jc w:val="right"/>
      </w:pPr>
      <w:r>
        <w:t>بے خبری بنا دیتی ہے کہ ماڈرن نالج کیا چیز ہے، ماڈرن نالج کی طاقت کیا ہے اور</w:t>
      </w:r>
    </w:p>
    <w:p>
      <w:r>
        <w:rPr>
          <w:b/>
        </w:rPr>
        <w:t xml:space="preserve">[24:58] </w:t>
      </w:r>
      <w:r>
        <w:t>Modern knowledge kis tarah se Islam ko maujid hai,</w:t>
      </w:r>
    </w:p>
    <w:p>
      <w:pPr>
        <w:jc w:val="right"/>
      </w:pPr>
      <w:r>
        <w:t>ماڈرن نالج کس طرح سے اسلام کو موجد ہے،</w:t>
      </w:r>
    </w:p>
    <w:p>
      <w:r>
        <w:rPr>
          <w:b/>
        </w:rPr>
        <w:t xml:space="preserve">[25:03] </w:t>
      </w:r>
      <w:r>
        <w:t>un baaton se bekhabar hai.</w:t>
      </w:r>
    </w:p>
    <w:p>
      <w:pPr>
        <w:jc w:val="right"/>
      </w:pPr>
      <w:r>
        <w:t>ان باتوں سے بے خبر ہے۔</w:t>
      </w:r>
    </w:p>
    <w:p>
      <w:r>
        <w:rPr>
          <w:b/>
        </w:rPr>
        <w:t xml:space="preserve">[25:10] </w:t>
      </w:r>
      <w:r>
        <w:t>to asal kaam hai un ki bekhabari ko todna.</w:t>
      </w:r>
    </w:p>
    <w:p>
      <w:pPr>
        <w:jc w:val="right"/>
      </w:pPr>
      <w:r>
        <w:t>تو اصل کام ہے ان کی بے خبری کو توڑنا۔</w:t>
      </w:r>
    </w:p>
    <w:p>
      <w:r>
        <w:rPr>
          <w:b/>
        </w:rPr>
        <w:t xml:space="preserve">[25:17] </w:t>
      </w:r>
      <w:r>
        <w:t>aaj jo kaam hai asal mein karne ka, woh logon ki is bekhabari ko todna hai, logon</w:t>
      </w:r>
    </w:p>
    <w:p>
      <w:pPr>
        <w:jc w:val="right"/>
      </w:pPr>
      <w:r>
        <w:t>آج جو کام ہے اصل میں کرنے کا، وہ لوگوں کی اس بے خبری کو توڑنا ہے، لوگوں</w:t>
      </w:r>
    </w:p>
    <w:p>
      <w:r>
        <w:rPr>
          <w:b/>
        </w:rPr>
        <w:t xml:space="preserve">[25:23] </w:t>
      </w:r>
      <w:r>
        <w:t>ko ba-khabar banana hai.</w:t>
      </w:r>
    </w:p>
    <w:p>
      <w:pPr>
        <w:jc w:val="right"/>
      </w:pPr>
      <w:r>
        <w:t>کو باخبر بنانا ہے۔</w:t>
      </w:r>
    </w:p>
    <w:p>
      <w:r>
        <w:rPr>
          <w:b/>
        </w:rPr>
        <w:t xml:space="preserve">[25:30] </w:t>
      </w:r>
      <w:r>
        <w:t>tab un ke andar doosron ke liye humdardi paida hogi, tab un ki dushmani ka nazariya khatm hoga,</w:t>
      </w:r>
    </w:p>
    <w:p>
      <w:pPr>
        <w:jc w:val="right"/>
      </w:pPr>
      <w:r>
        <w:t>تب ان کے اندر دوسروں کے لیے ہمدردی پیدا ہوگی، تب ان کی دشمنی کا نظریہ ختم ہوگا،</w:t>
      </w:r>
    </w:p>
    <w:p>
      <w:r>
        <w:rPr>
          <w:b/>
        </w:rPr>
        <w:t xml:space="preserve">[25:37] </w:t>
      </w:r>
      <w:r>
        <w:t>tab woh dunya mein, tab dunya mein un ke liye modern aitbar se taraqqi ke darwaze khulenge.</w:t>
      </w:r>
    </w:p>
    <w:p>
      <w:pPr>
        <w:jc w:val="right"/>
      </w:pPr>
      <w:r>
        <w:t>تب وہ دنیا میں، تب دنیا میں ان کے لیے ماڈرن اعتبار سے ترقی کے دروازے کھلیں گے۔</w:t>
      </w:r>
    </w:p>
    <w:p>
      <w:r>
        <w:rPr>
          <w:b/>
        </w:rPr>
        <w:t xml:space="preserve">[25:47] </w:t>
      </w:r>
      <w:r>
        <w:t>mein sochta hoon ke yahi woh maqam hai jahan musalmanon ki taraqqi ruk gayi hai aur yahi woh</w:t>
      </w:r>
    </w:p>
    <w:p>
      <w:pPr>
        <w:jc w:val="right"/>
      </w:pPr>
      <w:r>
        <w:t>میں سوچتا ہوں کہ یہی وہ مقام ہے جہاں مسلمانوں کی ترقی رک گئی ہے اور یہی وہ</w:t>
      </w:r>
    </w:p>
    <w:p>
      <w:r>
        <w:rPr>
          <w:b/>
        </w:rPr>
        <w:t xml:space="preserve">[25:57] </w:t>
      </w:r>
      <w:r>
        <w:t>maqam hai jahan musalmanon ki taraqqi dobara shuru hogi.</w:t>
      </w:r>
    </w:p>
    <w:p>
      <w:pPr>
        <w:jc w:val="right"/>
      </w:pPr>
      <w:r>
        <w:t>مقام ہے جہاں مسلمانوں کی ترقی دوبارہ شروع ہوگی۔</w:t>
      </w:r>
    </w:p>
    <w:p>
      <w:r>
        <w:rPr>
          <w:b/>
        </w:rPr>
        <w:t xml:space="preserve">[26:07] </w:t>
      </w:r>
      <w:r>
        <w:t>aur is ki ek bohat hi ajeeb o ghareeb, ek aur ghalati nikli is se, woh hai false pride.</w:t>
      </w:r>
    </w:p>
    <w:p>
      <w:pPr>
        <w:jc w:val="right"/>
      </w:pPr>
      <w:r>
        <w:t>اور اس کی ایک بہت ہی عجیب و غریب، ایک اور غلطی نکلی اس سے، وہ ہے فالس پرائیڈ۔</w:t>
      </w:r>
    </w:p>
    <w:p>
      <w:r>
        <w:rPr>
          <w:b/>
        </w:rPr>
        <w:t xml:space="preserve">[26:17] </w:t>
      </w:r>
      <w:r>
        <w:t>ek aur ghalati false pride yaani ek to hum taraqqi ke rastay mein hamara qafila dakhil nahi hua,</w:t>
      </w:r>
    </w:p>
    <w:p>
      <w:pPr>
        <w:jc w:val="right"/>
      </w:pPr>
      <w:r>
        <w:t>ایک اور غلطی فالس پرائیڈ یعنی ایک تو ہم ترقی کے راستے میں ہمارا قافلہ داخل نہیں ہوا،</w:t>
      </w:r>
    </w:p>
    <w:p>
      <w:r>
        <w:rPr>
          <w:b/>
        </w:rPr>
        <w:t xml:space="preserve">[26:27] </w:t>
      </w:r>
      <w:r>
        <w:t>doosri doosri taraf yeh hai ke hum to dunya ki sab se zyada taraqqi</w:t>
      </w:r>
    </w:p>
    <w:p>
      <w:pPr>
        <w:jc w:val="right"/>
      </w:pPr>
      <w:r>
        <w:t>دوسری دوسری طرف یہ ہے کہ ہم تو دنیا کی سب سے زیادہ ترقی</w:t>
      </w:r>
    </w:p>
    <w:p>
      <w:r>
        <w:rPr>
          <w:b/>
        </w:rPr>
        <w:t xml:space="preserve">[26:37] </w:t>
      </w:r>
      <w:r>
        <w:t>yafta qom reh chuke hain.</w:t>
      </w:r>
    </w:p>
    <w:p>
      <w:pPr>
        <w:jc w:val="right"/>
      </w:pPr>
      <w:r>
        <w:t>یافتہ قوم رہ چکے ہیں۔</w:t>
      </w:r>
    </w:p>
    <w:p>
      <w:r>
        <w:rPr>
          <w:b/>
        </w:rPr>
        <w:t xml:space="preserve">[26:43] </w:t>
      </w:r>
      <w:r>
        <w:t>spain mein, baghdad mein, abhi bhi tak musalman yeh sochte hain ke spain mein aur baghdad mein hum</w:t>
      </w:r>
    </w:p>
    <w:p>
      <w:pPr>
        <w:jc w:val="right"/>
      </w:pPr>
      <w:r>
        <w:t>اسپین میں، بغداد میں، ابھی بھی تک مسلمان یہ سوچتے ہیں کہ اسپین میں اور بغداد میں ہم</w:t>
      </w:r>
    </w:p>
    <w:p>
      <w:r>
        <w:rPr>
          <w:b/>
        </w:rPr>
        <w:t xml:space="preserve">[26:48] </w:t>
      </w:r>
      <w:r>
        <w:t>dunya ki bari bari taraqqi hasil kar chuke thay.</w:t>
      </w:r>
    </w:p>
    <w:p>
      <w:pPr>
        <w:jc w:val="right"/>
      </w:pPr>
      <w:r>
        <w:t>دنیا کی بڑی بڑی ترقی حاصل کر چکے تھے۔</w:t>
      </w:r>
    </w:p>
    <w:p>
      <w:r>
        <w:rPr>
          <w:b/>
        </w:rPr>
        <w:t xml:space="preserve">[26:54] </w:t>
      </w:r>
      <w:r>
        <w:t>yeh yeh frame hai, yeh yeh false foot bhi cheez hai.</w:t>
      </w:r>
    </w:p>
    <w:p>
      <w:pPr>
        <w:jc w:val="right"/>
      </w:pPr>
      <w:r>
        <w:t>یہ یہ فریم ہے، یہ یہ فالس فوٹ بھی چیز ہے۔</w:t>
      </w:r>
    </w:p>
    <w:p>
      <w:r>
        <w:rPr>
          <w:b/>
        </w:rPr>
        <w:t xml:space="preserve">[26:59] </w:t>
      </w:r>
      <w:r>
        <w:t>nantha nantha palah kisi millat ko dunya mein gira hum se.</w:t>
      </w:r>
    </w:p>
    <w:p>
      <w:pPr>
        <w:jc w:val="right"/>
      </w:pPr>
      <w:r>
        <w:t>نتھا نتھا پلہ کسی ملت کو دنیا میں گرا ہم سے۔</w:t>
      </w:r>
    </w:p>
    <w:p>
      <w:r>
        <w:rPr>
          <w:b/>
        </w:rPr>
        <w:t xml:space="preserve">[27:05] </w:t>
      </w:r>
      <w:r>
        <w:t>is qism ka soch</w:t>
      </w:r>
    </w:p>
    <w:p>
      <w:pPr>
        <w:jc w:val="right"/>
      </w:pPr>
      <w:r>
        <w:t>اس قسم کا سوچ</w:t>
      </w:r>
    </w:p>
    <w:p>
      <w:r>
        <w:rPr>
          <w:b/>
        </w:rPr>
        <w:t xml:space="preserve">[27:10] </w:t>
      </w:r>
      <w:r>
        <w:t>is ko is ko kehte hain paranoia.</w:t>
      </w:r>
    </w:p>
    <w:p>
      <w:pPr>
        <w:jc w:val="right"/>
      </w:pPr>
      <w:r>
        <w:t>اس کو اس کو کہتے ہیں پیرانویا۔</w:t>
      </w:r>
    </w:p>
    <w:p>
      <w:r>
        <w:rPr>
          <w:b/>
        </w:rPr>
        <w:t xml:space="preserve">[27:16] </w:t>
      </w:r>
      <w:r>
        <w:t>to musalmanon ka case is waqt paranoia ka case hai.</w:t>
      </w:r>
    </w:p>
    <w:p>
      <w:pPr>
        <w:jc w:val="right"/>
      </w:pPr>
      <w:r>
        <w:t>تو مسلمانوں کا کیس اس وقت پیرانویا کا کیس ہے۔</w:t>
      </w:r>
    </w:p>
    <w:p>
      <w:r>
        <w:rPr>
          <w:b/>
        </w:rPr>
        <w:t xml:space="preserve">[27:22] </w:t>
      </w:r>
      <w:r>
        <w:t>yani farzi paranoia ke case ka matlab hai yani false glory mein jeena.</w:t>
      </w:r>
    </w:p>
    <w:p>
      <w:pPr>
        <w:jc w:val="right"/>
      </w:pPr>
      <w:r>
        <w:t>یعنی فرضی پیرانویا کے کیس کا مطلب ہے یعنی فالس گلوری میں جینا۔</w:t>
      </w:r>
    </w:p>
    <w:p>
      <w:r>
        <w:rPr>
          <w:b/>
        </w:rPr>
        <w:t xml:space="preserve">[27:28] </w:t>
      </w:r>
      <w:r>
        <w:t>F A L A C, false glory mein jeena.</w:t>
      </w:r>
    </w:p>
    <w:p>
      <w:pPr>
        <w:jc w:val="right"/>
      </w:pPr>
      <w:r>
        <w:t>ایف اے ایل اے سی، فالس گلوری میں جینا۔</w:t>
      </w:r>
    </w:p>
    <w:p>
      <w:r>
        <w:rPr>
          <w:b/>
        </w:rPr>
        <w:t xml:space="preserve">[27:34] </w:t>
      </w:r>
      <w:r>
        <w:t>kesi ajeeb baat hai</w:t>
      </w:r>
    </w:p>
    <w:p>
      <w:pPr>
        <w:jc w:val="right"/>
      </w:pPr>
      <w:r>
        <w:t>کیسی عجیب بات ہے</w:t>
      </w:r>
    </w:p>
    <w:p>
      <w:r>
        <w:rPr>
          <w:b/>
        </w:rPr>
        <w:t xml:space="preserve">[27:40] </w:t>
      </w:r>
      <w:r>
        <w:t>ke glory bhi nahi hai, lekin hum sochte hain ke ab hum ko glory hasil hai.</w:t>
      </w:r>
    </w:p>
    <w:p>
      <w:pPr>
        <w:jc w:val="right"/>
      </w:pPr>
      <w:r>
        <w:t>کہ گلوری بھی نہیں ہے، لیکن ہم سوچتے ہیں کہ اب ہم کو گلوری حاصل ہے۔</w:t>
      </w:r>
    </w:p>
    <w:p>
      <w:r>
        <w:rPr>
          <w:b/>
        </w:rPr>
        <w:t xml:space="preserve">[27:47] </w:t>
      </w:r>
      <w:r>
        <w:t>is ko kehte hain false glory.</w:t>
      </w:r>
    </w:p>
    <w:p>
      <w:pPr>
        <w:jc w:val="right"/>
      </w:pPr>
      <w:r>
        <w:t>اس کو کہتے ہیں فالس گلوری۔</w:t>
      </w:r>
    </w:p>
    <w:p>
      <w:r>
        <w:rPr>
          <w:b/>
        </w:rPr>
        <w:t xml:space="preserve">[27:53] </w:t>
      </w:r>
      <w:r>
        <w:t>aur isi ki wajah se dawat ka kaam nahi ho raha hai kyunke musalman jo hain, doosri qomon</w:t>
      </w:r>
    </w:p>
    <w:p>
      <w:pPr>
        <w:jc w:val="right"/>
      </w:pPr>
      <w:r>
        <w:t>اور اسی کی وجہ سے دعوت کا کام نہیں ہو رہا ہے کیونکہ مسلمان جو ہیں، دوسری قوموں</w:t>
      </w:r>
    </w:p>
    <w:p>
      <w:r>
        <w:rPr>
          <w:b/>
        </w:rPr>
        <w:t xml:space="preserve">[27:59] </w:t>
      </w:r>
      <w:r>
        <w:t>ko apna dushman samajh bethe hain.</w:t>
      </w:r>
    </w:p>
    <w:p>
      <w:pPr>
        <w:jc w:val="right"/>
      </w:pPr>
      <w:r>
        <w:t>کو اپنا دشمن سمجھ بیٹھے ہیں۔</w:t>
      </w:r>
    </w:p>
    <w:p>
      <w:r>
        <w:rPr>
          <w:b/>
        </w:rPr>
        <w:t xml:space="preserve">[28:06] </w:t>
      </w:r>
      <w:r>
        <w:t>dushman to jab aap kisi ko dushman samajhte hain to aap ke andar dawat ka jazba hi paida nahi hoga.</w:t>
      </w:r>
    </w:p>
    <w:p>
      <w:pPr>
        <w:jc w:val="right"/>
      </w:pPr>
      <w:r>
        <w:t>دشمن تو جب آپ کسی کو دشمن سمجھتے ہیں تو آپ کے اندر دعوت کا جذبہ ہی پیدا نہیں ہوگا۔</w:t>
      </w:r>
    </w:p>
    <w:p>
      <w:r>
        <w:rPr>
          <w:b/>
        </w:rPr>
        <w:t xml:space="preserve">[28:12] </w:t>
      </w:r>
      <w:r>
        <w:t>dawat ka jazba paida hone ke liye zaroorat hai ke ke mad'u ke liye aap ke dil mein khair khwahi ho. inni lakum nasir, inni lakum nasir. jab tak mad'u ke liye aap ke dil mein khair khwahi na ho, dawat ka jazba paida nahin hoga. to is poore maamle mein zaroorat hai ke nirsani ki jaye. is poore maamle ko phir se</w:t>
      </w:r>
    </w:p>
    <w:p>
      <w:pPr>
        <w:jc w:val="right"/>
      </w:pPr>
      <w:r>
        <w:t>دعوت کا جذبہ پیدا ہونے کے لیے ضرورت ہے کہ کہ مدعو کے لیے آپ کے دل میں خیر خواہی ہو۔ انی لکم ناصر، انی لکم ناصر۔ جب تک مدعو کے لیے آپ کے دل میں خیر خواہی نہ ہو، دعوت کا جذبہ پیدا نہیں ہوگا۔ تو اس پورے معاملے میں ضرورت ہے کہ نرسانی کی جائے۔ اس پورے معاملے کو پھر سے</w:t>
      </w:r>
    </w:p>
    <w:p>
      <w:r>
        <w:rPr>
          <w:b/>
        </w:rPr>
        <w:t xml:space="preserve">[28:42] </w:t>
      </w:r>
      <w:r>
        <w:t>samjha jaye.</w:t>
      </w:r>
    </w:p>
    <w:p>
      <w:pPr>
        <w:jc w:val="right"/>
      </w:pPr>
      <w:r>
        <w:t>سمجھا جائے۔</w:t>
      </w:r>
    </w:p>
    <w:p>
      <w:r>
        <w:rPr>
          <w:b/>
        </w:rPr>
        <w:t xml:space="preserve">[28:48] </w:t>
      </w:r>
      <w:r>
        <w:t>is poore muamle par nirsani ki jaye.</w:t>
      </w:r>
    </w:p>
    <w:p>
      <w:pPr>
        <w:jc w:val="right"/>
      </w:pPr>
      <w:r>
        <w:t>اس پورے معاملے پر نرسانی کی جائے۔</w:t>
      </w:r>
    </w:p>
    <w:p>
      <w:r>
        <w:rPr>
          <w:b/>
        </w:rPr>
        <w:t xml:space="preserve">[28:54] </w:t>
      </w:r>
      <w:r>
        <w:t>apni re planning ki jaye.</w:t>
      </w:r>
    </w:p>
    <w:p>
      <w:pPr>
        <w:jc w:val="right"/>
      </w:pPr>
      <w:r>
        <w:t>اپنی ری پلاننگ کی جائے۔</w:t>
      </w:r>
    </w:p>
    <w:p>
      <w:r>
        <w:rPr>
          <w:b/>
        </w:rPr>
        <w:t xml:space="preserve">[29:00] </w:t>
      </w:r>
      <w:r>
        <w:t>re planning ke baghair koi naya daur shuru hone wala nahi hai.</w:t>
      </w:r>
    </w:p>
    <w:p>
      <w:pPr>
        <w:jc w:val="right"/>
      </w:pPr>
      <w:r>
        <w:t>ری پلاننگ کے بغیر کوئی نیا دور شروع ہونے والا نہیں ہے۔</w:t>
      </w:r>
    </w:p>
    <w:p>
      <w:r>
        <w:rPr>
          <w:b/>
        </w:rPr>
        <w:t xml:space="preserve">[29:06] </w:t>
      </w:r>
      <w:r>
        <w:t>yeh hai mere jo mein ne samjha hai,</w:t>
      </w:r>
    </w:p>
    <w:p>
      <w:pPr>
        <w:jc w:val="right"/>
      </w:pPr>
      <w:r>
        <w:t>یہ ہے میرے جو میں نے سمجھا ہے،</w:t>
      </w:r>
    </w:p>
    <w:p>
      <w:r>
        <w:rPr>
          <w:b/>
        </w:rPr>
        <w:t xml:space="preserve">[29:13] </w:t>
      </w:r>
      <w:r>
        <w:t>is ka khulasa.</w:t>
      </w:r>
    </w:p>
    <w:p>
      <w:pPr>
        <w:jc w:val="right"/>
      </w:pPr>
      <w:r>
        <w:t>اس کا خلاصہ۔</w:t>
      </w:r>
    </w:p>
    <w:p>
      <w:r>
        <w:rPr>
          <w:b/>
        </w:rPr>
        <w:t xml:space="preserve">[29:20] </w:t>
      </w:r>
      <w:r>
        <w:t>aur dekhiye, Quran ko bhi is waqt tak aap sahi taur par samjhenge nahi jab tak aap</w:t>
      </w:r>
    </w:p>
    <w:p>
      <w:pPr>
        <w:jc w:val="right"/>
      </w:pPr>
      <w:r>
        <w:t>اور دیکھیے، قرآن کو بھی اس وقت تک آپ صحیح طور پر سمجھیں گے نہیں جب تک آپ</w:t>
      </w:r>
    </w:p>
    <w:p>
      <w:r>
        <w:rPr>
          <w:b/>
        </w:rPr>
        <w:t xml:space="preserve">[29:28] </w:t>
      </w:r>
      <w:r>
        <w:t>naye daur mein dakhil nahi honge, modern knowledge ko hasil nahi karenge, jadeed science ka mutala</w:t>
      </w:r>
    </w:p>
    <w:p>
      <w:pPr>
        <w:jc w:val="right"/>
      </w:pPr>
      <w:r>
        <w:t>نئے دور میں داخل نہیں ہوں گے، ماڈرن نالج کو حاصل نہیں کریں گے، جدید سائنس کا مطالعہ</w:t>
      </w:r>
    </w:p>
    <w:p>
      <w:r>
        <w:rPr>
          <w:b/>
        </w:rPr>
        <w:t xml:space="preserve">[29:35] </w:t>
      </w:r>
      <w:r>
        <w:t>nahi karenge.</w:t>
      </w:r>
    </w:p>
    <w:p>
      <w:pPr>
        <w:jc w:val="right"/>
      </w:pPr>
      <w:r>
        <w:t>نہیں کریں گے۔</w:t>
      </w:r>
    </w:p>
    <w:p>
      <w:r>
        <w:rPr>
          <w:b/>
        </w:rPr>
        <w:t xml:space="preserve">[29:43] </w:t>
      </w:r>
      <w:r>
        <w:t>tab tak aap par darwaze sab darwaze band rahenge.</w:t>
      </w:r>
    </w:p>
    <w:p>
      <w:pPr>
        <w:jc w:val="right"/>
      </w:pPr>
      <w:r>
        <w:t>تب تک آپ پر دروازے سب دروازے بند رہیں گے۔</w:t>
      </w:r>
    </w:p>
    <w:p>
      <w:r>
        <w:rPr>
          <w:b/>
        </w:rPr>
        <w:t xml:space="preserve">[29:50] </w:t>
      </w:r>
      <w:r>
        <w:t>band rahenge aur phir bhi aap false glory mein phanse rahenge.</w:t>
      </w:r>
    </w:p>
    <w:p>
      <w:pPr>
        <w:jc w:val="right"/>
      </w:pPr>
      <w:r>
        <w:t>بند رہیں گے اور پھر بھی آپ فالس گلوری میں پھنسے رہیں گے۔</w:t>
      </w:r>
    </w:p>
    <w:p>
      <w:r>
        <w:rPr>
          <w:b/>
        </w:rPr>
        <w:t xml:space="preserve">[29:58] </w:t>
      </w:r>
      <w:r>
        <w:t>yeh bohat serious baat hai, yeh koi simple baat nahi hai.</w:t>
      </w:r>
    </w:p>
    <w:p>
      <w:pPr>
        <w:jc w:val="right"/>
      </w:pPr>
      <w:r>
        <w:t>یہ بہت سیریس بات ہے، یہ کوئی سمپل بات نہیں ہے۔</w:t>
      </w:r>
    </w:p>
    <w:p>
      <w:r>
        <w:rPr>
          <w:b/>
        </w:rPr>
        <w:t xml:space="preserve">[30:05] </w:t>
      </w:r>
      <w:r>
        <w:t>to aaj mujhe yahi</w:t>
      </w:r>
    </w:p>
    <w:p>
      <w:pPr>
        <w:jc w:val="right"/>
      </w:pPr>
      <w:r>
        <w:t>تو آج مجھے یہی</w:t>
      </w:r>
    </w:p>
    <w:p>
      <w:r>
        <w:rPr>
          <w:b/>
        </w:rPr>
        <w:t xml:space="preserve">[30:13] </w:t>
      </w:r>
      <w:r>
        <w:t>paigham dena tha jo quran se nikalta hai ke quran mein quran ke mutaliq se maloom hota hai</w:t>
      </w:r>
    </w:p>
    <w:p>
      <w:pPr>
        <w:jc w:val="right"/>
      </w:pPr>
      <w:r>
        <w:t>پیغام دینا تھا جو قرآن سے نکلتا ہے کہ قرآن میں قرآن کے متعلق سے معلوم ہوتا ہے</w:t>
      </w:r>
    </w:p>
    <w:p>
      <w:r>
        <w:rPr>
          <w:b/>
        </w:rPr>
        <w:t xml:space="preserve">[30:23] </w:t>
      </w:r>
      <w:r>
        <w:t>ke allah ko jo ilm dena tha insan ko, wo wo ek matan ki soorat mein, text ki</w:t>
      </w:r>
    </w:p>
    <w:p>
      <w:pPr>
        <w:jc w:val="right"/>
      </w:pPr>
      <w:r>
        <w:t>کہ اللہ کو جو علم دینا تھا انسان کو، وہ وہ ایک متن کی صورت میں، ٹیکسٹ کی</w:t>
      </w:r>
    </w:p>
    <w:p>
      <w:r>
        <w:rPr>
          <w:b/>
        </w:rPr>
        <w:t xml:space="preserve">[30:33] </w:t>
      </w:r>
      <w:r>
        <w:t>soorat mein quran mein utar diya gaya.</w:t>
      </w:r>
    </w:p>
    <w:p>
      <w:pPr>
        <w:jc w:val="right"/>
      </w:pPr>
      <w:r>
        <w:t>صورت میں قرآن میں اتار دیا گیا۔</w:t>
      </w:r>
    </w:p>
    <w:p>
      <w:r>
        <w:rPr>
          <w:b/>
        </w:rPr>
        <w:t xml:space="preserve">[30:43] </w:t>
      </w:r>
      <w:r>
        <w:t>lekin is ki detail, is ki tafseel, wo khuda ki creation mein maujood hai.</w:t>
      </w:r>
    </w:p>
    <w:p>
      <w:pPr>
        <w:jc w:val="right"/>
      </w:pPr>
      <w:r>
        <w:t>لیکن اس کی ڈیٹیل، اس کی تفصیل، وہ خدا کی کریشن میں موجود ہے۔</w:t>
      </w:r>
    </w:p>
    <w:p>
      <w:r>
        <w:rPr>
          <w:b/>
        </w:rPr>
        <w:t xml:space="preserve">[30:53] </w:t>
      </w:r>
      <w:r>
        <w:t>is ko creation ke mutaliq kar ke samjha sakta hai.</w:t>
      </w:r>
    </w:p>
    <w:p>
      <w:pPr>
        <w:jc w:val="right"/>
      </w:pPr>
      <w:r>
        <w:t>اس کو کریشن کے متعلق کر کے سمجھا سکتا ہے۔</w:t>
      </w:r>
    </w:p>
    <w:p>
      <w:r>
        <w:rPr>
          <w:b/>
        </w:rPr>
        <w:t xml:space="preserve">[31:04] </w:t>
      </w:r>
      <w:r>
        <w:t>to meri dua hai ke allah taala hum sab ko tofeeq de ke hum</w:t>
      </w:r>
    </w:p>
    <w:p>
      <w:pPr>
        <w:jc w:val="right"/>
      </w:pPr>
      <w:r>
        <w:t>تو میری دعا ہے کہ اللہ تعالی ہم سب کو توفیق دے کہ ہم</w:t>
      </w:r>
    </w:p>
    <w:p>
      <w:r>
        <w:rPr>
          <w:b/>
        </w:rPr>
        <w:t xml:space="preserve">[31:14] </w:t>
      </w:r>
      <w:r>
        <w:t>un baaton ko samhen. yeh baaten jo Quran mein ishaare ki zabaan mein kahi hain, is ko tafseel ki zabaan mein daryaft karen taake hum ko millat ke qaaflon ko, millat ke qaafile ko is raah par gaam</w:t>
      </w:r>
    </w:p>
    <w:p>
      <w:pPr>
        <w:jc w:val="right"/>
      </w:pPr>
      <w:r>
        <w:t>ان باتوں کو سمجھیں۔ یہ باتیں جو قرآن میں اشارے کی زبان میں کہی ہیں، اس کو تفصیل کی زبان میں دریافت کریں تاکہ ہم کو ملت کے قافلوں کو، ملت کے قافلے کو اس راہ پر گام</w:t>
      </w:r>
    </w:p>
    <w:p>
      <w:r>
        <w:rPr>
          <w:b/>
        </w:rPr>
        <w:t xml:space="preserve">[31:44] </w:t>
      </w:r>
      <w:r>
        <w:t>zan karne mein ma'awin kar saken. ho sake. Assalam o Alaikum wa Rahmatullahi wa Barakatuh. Okay, before we start with our regular question answer and comment section, a</w:t>
      </w:r>
    </w:p>
    <w:p>
      <w:pPr>
        <w:jc w:val="right"/>
      </w:pPr>
      <w:r>
        <w:t>زن کرنے میں معاون کر سکیں۔ ہو سکے۔ السلام علیکم ورحمۃ اللہ۔ اوکے، بیفور وی سٹارٹ ود اور ریگولر کوئسچن انسر اینڈ کمنٹ سیکشن، ا</w:t>
      </w:r>
    </w:p>
    <w:p>
      <w:r>
        <w:rPr>
          <w:b/>
        </w:rPr>
        <w:t xml:space="preserve">[32:14] </w:t>
      </w:r>
      <w:r>
        <w:t>I want to share with all of you that today in with us we have Mr.</w:t>
      </w:r>
    </w:p>
    <w:p>
      <w:pPr>
        <w:jc w:val="right"/>
      </w:pPr>
      <w:r>
        <w:t>ہ وی ائی وانٹ ٹو شیئر ود ال اف یو دیٹ ٹوڈے ان ود اس وی ہیو مسٹر</w:t>
      </w:r>
    </w:p>
    <w:p>
      <w:r>
        <w:rPr>
          <w:b/>
        </w:rPr>
        <w:t xml:space="preserve">[32:20] </w:t>
      </w:r>
      <w:r>
        <w:t>khawaja kaleemuddin sahib from usa, who was visiting delhi.</w:t>
      </w:r>
    </w:p>
    <w:p>
      <w:pPr>
        <w:jc w:val="right"/>
      </w:pPr>
      <w:r>
        <w:t>خواجہ کلیم الدین صاحب فرام یو ایس اے، ہو واز وزٹنگ ڈلی۔</w:t>
      </w:r>
    </w:p>
    <w:p>
      <w:r>
        <w:rPr>
          <w:b/>
        </w:rPr>
        <w:t xml:space="preserve">[32:26] </w:t>
      </w:r>
      <w:r>
        <w:t>and as we all know that his association with this mission dates more than couple of decades.</w:t>
      </w:r>
    </w:p>
    <w:p>
      <w:pPr>
        <w:jc w:val="right"/>
      </w:pPr>
      <w:r>
        <w:t>اینڈ ایز وی ال نو دیٹ ہز ایسوسی ایشن ود دس مشن ڈیٹس مور دین کپل اف ڈیکیڈز۔</w:t>
      </w:r>
    </w:p>
    <w:p>
      <w:r>
        <w:rPr>
          <w:b/>
        </w:rPr>
        <w:t xml:space="preserve">[32:32] </w:t>
      </w:r>
      <w:r>
        <w:t>he has been associated with this mission.</w:t>
      </w:r>
    </w:p>
    <w:p>
      <w:pPr>
        <w:jc w:val="right"/>
      </w:pPr>
      <w:r>
        <w:t>ہی ہیز بین ایسوسیٹڈ ود دس مشن۔</w:t>
      </w:r>
    </w:p>
    <w:p>
      <w:r>
        <w:rPr>
          <w:b/>
        </w:rPr>
        <w:t xml:space="preserve">[32:38] </w:t>
      </w:r>
      <w:r>
        <w:t>khawaja kaleemuddin sahib was also the person who started the quran distribution process in usa. his enthusiasm</w:t>
      </w:r>
    </w:p>
    <w:p>
      <w:pPr>
        <w:jc w:val="right"/>
      </w:pPr>
      <w:r>
        <w:t>خواجہ کلیم الدین صاحب واز السو دا پرسن ہو سٹارٹڈ دا قرآن ڈسٹریبیوشن پروسیس ان یو ایس۔ ہز انتھوزیازم</w:t>
      </w:r>
    </w:p>
    <w:p>
      <w:r>
        <w:rPr>
          <w:b/>
        </w:rPr>
        <w:t xml:space="preserve">[32:44] </w:t>
      </w:r>
      <w:r>
        <w:t>and passion to distribute Quran was so much that whenever he would visit the local post office, they would greet him with the expression saying, "Here comes the Quran man." He has always inspired us with his dedication and sincerity for this mission. And since he happens to be here, we all want to benefit from his experience. So with this, i would request Khwaja Kaleemuddin sahib to come here and share his dawah journey, some</w:t>
      </w:r>
    </w:p>
    <w:p>
      <w:pPr>
        <w:jc w:val="right"/>
      </w:pPr>
      <w:r>
        <w:t>اینڈ پیشن ٹو ڈسٹریبیوٹ قرآن واز سو مچ دیٹ وین ایور ہی وڈ وزٹ دا لوکل پوسٹ افس، دے وڈ گریٹ ہم ود دی ایکسپریشن سینگ، "ہیر کمز دی قرآن مین۔" ہی از الویز انسپائرڈ اس ود ہز ڈیڈیکیشن اینڈ سنسیرٹی فار دس مشن۔ اینڈ سنس ہی ہیپنز ٹو بی ہیر، وی ال وانٹ ٹو بینیفٹ فرام ہز ایکسپیرینس۔ سو ود دس، ائی وڈ ریکویسٹ خواجہ کلیم الدین صاحب ٹو کم ہیر اینڈ شیئر ہز دعوت جرنی، سم</w:t>
      </w:r>
    </w:p>
    <w:p>
      <w:r>
        <w:rPr>
          <w:b/>
        </w:rPr>
        <w:t xml:space="preserve">[33:14] </w:t>
      </w:r>
      <w:r>
        <w:t>of his experience with all of us.</w:t>
      </w:r>
    </w:p>
    <w:p>
      <w:pPr>
        <w:jc w:val="right"/>
      </w:pPr>
      <w:r>
        <w:t>اف ہز ایکسپیرینس ود ال اف اس۔</w:t>
      </w:r>
    </w:p>
    <w:p>
      <w:r>
        <w:rPr>
          <w:b/>
        </w:rPr>
        <w:t xml:space="preserve">[33:20] </w:t>
      </w:r>
      <w:r>
        <w:t>khawaja kaleemuddin sahib, assalam o alaikum.</w:t>
      </w:r>
    </w:p>
    <w:p>
      <w:pPr>
        <w:jc w:val="right"/>
      </w:pPr>
      <w:r>
        <w:t>خواجہ کلیم الدین صاحب، السلام علیکم۔</w:t>
      </w:r>
    </w:p>
    <w:p>
      <w:r>
        <w:rPr>
          <w:b/>
        </w:rPr>
        <w:t xml:space="preserve">[33:26] </w:t>
      </w:r>
      <w:r>
        <w:t>mujh se kaha gaya hai ke hum kis tarah quran distribute karte hain usa mein.</w:t>
      </w:r>
    </w:p>
    <w:p>
      <w:pPr>
        <w:jc w:val="right"/>
      </w:pPr>
      <w:r>
        <w:t>مجھ سے کہا گیا ہے کہ ہم کس طرح قرآن ڈسٹریبیوٹ کرتے ہیں یو ایس اے میں۔</w:t>
      </w:r>
    </w:p>
    <w:p>
      <w:r>
        <w:rPr>
          <w:b/>
        </w:rPr>
        <w:t xml:space="preserve">[33:32] </w:t>
      </w:r>
      <w:r>
        <w:t>ab mein yeh kuch share karunga.</w:t>
      </w:r>
    </w:p>
    <w:p>
      <w:pPr>
        <w:jc w:val="right"/>
      </w:pPr>
      <w:r>
        <w:t>اب میں یہ کچھ شیئر کروں گا۔</w:t>
      </w:r>
    </w:p>
    <w:p>
      <w:r>
        <w:rPr>
          <w:b/>
        </w:rPr>
        <w:t xml:space="preserve">[33:39] </w:t>
      </w:r>
      <w:r>
        <w:t>2009 mein jab pehli dafa quran publish hua, mein delhi</w:t>
      </w:r>
    </w:p>
    <w:p>
      <w:pPr>
        <w:jc w:val="right"/>
      </w:pPr>
      <w:r>
        <w:t>2009 میں جب پہلی دفعہ قرآن پبلش ہوا، میں دلی</w:t>
      </w:r>
    </w:p>
    <w:p>
      <w:r>
        <w:rPr>
          <w:b/>
        </w:rPr>
        <w:t xml:space="preserve">[33:45] </w:t>
      </w:r>
      <w:r>
        <w:t>visit kar raha tha apne bachon ke sath.</w:t>
      </w:r>
    </w:p>
    <w:p>
      <w:pPr>
        <w:jc w:val="right"/>
      </w:pPr>
      <w:r>
        <w:t>وزٹ کر رہا تھا اپنے بچوں کے ساتھ۔</w:t>
      </w:r>
    </w:p>
    <w:p>
      <w:r>
        <w:rPr>
          <w:b/>
        </w:rPr>
        <w:t xml:space="preserve">[33:50] </w:t>
      </w:r>
      <w:r>
        <w:t>to shimla jana hua.</w:t>
      </w:r>
    </w:p>
    <w:p>
      <w:pPr>
        <w:jc w:val="right"/>
      </w:pPr>
      <w:r>
        <w:t>تو شملہ جانا ہوا۔</w:t>
      </w:r>
    </w:p>
    <w:p>
      <w:r>
        <w:rPr>
          <w:b/>
        </w:rPr>
        <w:t xml:space="preserve">[33:55] </w:t>
      </w:r>
      <w:r>
        <w:t>to jab shimla ja raha tha, doctor sani hasnain khan sahib ne ek box quran ka diya ke</w:t>
      </w:r>
    </w:p>
    <w:p>
      <w:pPr>
        <w:jc w:val="right"/>
      </w:pPr>
      <w:r>
        <w:t>تو جب شملہ جا رہا تھا، ڈاکٹر ثانی حسنین خان صاحب نے ایک باکس قرآن کا دیا کہ</w:t>
      </w:r>
    </w:p>
    <w:p>
      <w:r>
        <w:rPr>
          <w:b/>
        </w:rPr>
        <w:t xml:space="preserve">[34:00] </w:t>
      </w:r>
      <w:r>
        <w:t>bhai wahan aap taqseem karen.</w:t>
      </w:r>
    </w:p>
    <w:p>
      <w:pPr>
        <w:jc w:val="right"/>
      </w:pPr>
      <w:r>
        <w:t>بھئی وہاں آپ تقسیم کریں۔</w:t>
      </w:r>
    </w:p>
    <w:p>
      <w:r>
        <w:rPr>
          <w:b/>
        </w:rPr>
        <w:t xml:space="preserve">[34:05] </w:t>
      </w:r>
      <w:r>
        <w:t>to sath mein quran le gaya.</w:t>
      </w:r>
    </w:p>
    <w:p>
      <w:pPr>
        <w:jc w:val="right"/>
      </w:pPr>
      <w:r>
        <w:t>تو ساتھ میں قرآن لے گیا۔</w:t>
      </w:r>
    </w:p>
    <w:p>
      <w:r>
        <w:rPr>
          <w:b/>
        </w:rPr>
        <w:t xml:space="preserve">[34:10] </w:t>
      </w:r>
      <w:r>
        <w:t>aur ek hesitation sa tha ke bhai kaise quran logon ke hath mein diya ja</w:t>
      </w:r>
    </w:p>
    <w:p>
      <w:pPr>
        <w:jc w:val="right"/>
      </w:pPr>
      <w:r>
        <w:t>اور ایک ہیزیٹیشن سا تھا کہ بھئی کیسے قرآن لوگوں کے ہاتھ میں دیا ج</w:t>
      </w:r>
    </w:p>
    <w:p>
      <w:r>
        <w:rPr>
          <w:b/>
        </w:rPr>
        <w:t xml:space="preserve">[34:15] </w:t>
      </w:r>
      <w:r>
        <w:t>aye, dena ke yeh bohat bara hesitation tha. to somehow ek din guzarne ke baad is hesitation ko toda maine. phir woh wahan jahan par bohat sare Sardar Ji'on ki dukanein theen. to jab maine Quran dukaan dukaan ja kar dene laga to bari respect ke sath is Sardar Ji'on ne liya. to yeh pe</w:t>
      </w:r>
    </w:p>
    <w:p>
      <w:pPr>
        <w:jc w:val="right"/>
      </w:pPr>
      <w:r>
        <w:t>ائے، دینا کہ یہ بہت بڑا ہیزیٹیشن تھا۔ تو سم ہاؤ ایک دن گزرنے کے بعد اس ہیزیٹیشن کو توڑا میں نے۔ پھر وہ وہاں جہاں پر بہت سارے سردار جیوں کی دکانیں تھیں۔ تو جب میں نے قرآن دکان دکان جا کر دینے لگا تو بڑی ریسپیکٹ کے ساتھ اس سردار جیوں نے لیا۔ تو یہ پہ</w:t>
      </w:r>
    </w:p>
    <w:p>
      <w:r>
        <w:rPr>
          <w:b/>
        </w:rPr>
        <w:t xml:space="preserve">[34:45] </w:t>
      </w:r>
      <w:r>
        <w:t>la tajruba tha jis se mera thora sa hesitation toot gaya ke bhai dene mein koi aisi baat nahi hai, log lete hain. phir is ke baad phir hyderabad jana hua isi waqt. aur hyderabad jate hue bhi ek box mein wahan le gaya. aur wahan hum madina education society ke عارف الدین sahib</w:t>
      </w:r>
    </w:p>
    <w:p>
      <w:pPr>
        <w:jc w:val="right"/>
      </w:pPr>
      <w:r>
        <w:t>لا تجربہ تھا جس سے میرا تھوڑا سا ہیزیٹیشن ٹوٹ گیا کہ بھئی دینے میں کوئی ایسی بات نہیں ہے، لوگ لیتے ہیں۔ پھر اس کے بعد پھر حیدرآباد جانا ہوا اسی وقت۔ اور حیدرآباد جاتے ہوئے بھی ایک باکس میں وہاں لے گیا۔ اور وہاں ہم مدینہ ایجوکیشن سوسائٹی کے عارف الدین صاحب</w:t>
      </w:r>
    </w:p>
    <w:p>
      <w:r>
        <w:rPr>
          <w:b/>
        </w:rPr>
        <w:t xml:space="preserve">[35:15] </w:t>
      </w:r>
      <w:r>
        <w:t>ke haan thehre the hum. aur mera beta bhi sath mein tha. to unhon ne un ka lecture arrange kiya ek lecture hall mein. to wo to andar tha, main bahar door pe thehra. ab phir jo hai wo jo box doctor sahib ne diya, wo sab jo hai maine taqseem kiya wahan par. is ke baad hum phir wapas USA chale gaye. USA mein</w:t>
      </w:r>
    </w:p>
    <w:p>
      <w:pPr>
        <w:jc w:val="right"/>
      </w:pPr>
      <w:r>
        <w:t>کے ہاں ٹھہرے تھے ہم۔ اور میرا بیٹا بھی ساتھ میں تھا۔ تو انہوں نے ان کا لیکچر ارینج کیا ایک لیکچر ہال میں۔ تو وہ تو اندر تھا، میں باہر ڈور پہ ٹھہرا۔ اب پھر جو ہے وہ جو باکس ڈاکٹر صاحب نے دیا، وہ سب جو ہے میں نے تقسیم کیا وہاں پر۔ اس کے بعد ہم پھر واپس یو ایس اے چلے گئے۔ یو ایس اے میں</w:t>
      </w:r>
    </w:p>
    <w:p>
      <w:r>
        <w:rPr>
          <w:b/>
        </w:rPr>
        <w:t xml:space="preserve">[35:45] </w:t>
      </w:r>
      <w:r>
        <w:t>phir quran mangwaya. pehli dafa sirf do hazar ka hi consignment tha. aur jab hum aur faeq, mere claim jo hain, wahan brislin mein hote the, faeq sahib. to hum ne dono decide kiya ke bhai hum yeh quran jo hai churches mein ja ke share karte hain. to hum ek bohat bari church hai hum</w:t>
      </w:r>
    </w:p>
    <w:p>
      <w:pPr>
        <w:jc w:val="right"/>
      </w:pPr>
      <w:r>
        <w:t>پھر قرآن منگوایا۔ پہلی دفعہ صرف دو ہزار کا ہی کنسائنمنٹ تھا۔ اور جب ہم اور فائق، میرے کلیم جو ہیں، وہاں برسلن میں ہوتے تھے، فائق صاحب۔ تو ہم نے دونوں ڈیسائیڈ کیا کہ بھئی ہم یہ قرآن جو ہے چرچز میں جا کے شیئر کرتے ہیں۔ تو ہم ایک بہت بڑی چرچ ہے ہم</w:t>
      </w:r>
    </w:p>
    <w:p>
      <w:r>
        <w:rPr>
          <w:b/>
        </w:rPr>
        <w:t xml:space="preserve">[36:15] </w:t>
      </w:r>
      <w:r>
        <w:t>rahi locality mein.</w:t>
      </w:r>
    </w:p>
    <w:p>
      <w:pPr>
        <w:jc w:val="right"/>
      </w:pPr>
      <w:r>
        <w:t>اری لوکیلٹی میں۔</w:t>
      </w:r>
    </w:p>
    <w:p>
      <w:r>
        <w:rPr>
          <w:b/>
        </w:rPr>
        <w:t xml:space="preserve">[36:19] </w:t>
      </w:r>
      <w:r>
        <w:t>us wahan ke father se mile hum.</w:t>
      </w:r>
    </w:p>
    <w:p>
      <w:pPr>
        <w:jc w:val="right"/>
      </w:pPr>
      <w:r>
        <w:t>اس وہاں کے فادر سے ملے ہم۔</w:t>
      </w:r>
    </w:p>
    <w:p>
      <w:r>
        <w:rPr>
          <w:b/>
        </w:rPr>
        <w:t xml:space="preserve">[36:23] </w:t>
      </w:r>
      <w:r>
        <w:t>hum ne kaha ke bhai sunday service ke waqt jo hai hum table lagayenge bahar quran ka.</w:t>
      </w:r>
    </w:p>
    <w:p>
      <w:pPr>
        <w:jc w:val="right"/>
      </w:pPr>
      <w:r>
        <w:t>ہم نے کہا کہ بھئی سنڈے سروس کے وقت جو ہے ہم ٹیبل لگائیں گے باہر قرآن کا۔</w:t>
      </w:r>
    </w:p>
    <w:p>
      <w:r>
        <w:rPr>
          <w:b/>
        </w:rPr>
        <w:t xml:space="preserve">[36:28] </w:t>
      </w:r>
      <w:r>
        <w:t>hum share karein ge logon se.</w:t>
      </w:r>
    </w:p>
    <w:p>
      <w:pPr>
        <w:jc w:val="right"/>
      </w:pPr>
      <w:r>
        <w:t>ہم شیئر کریں گے لوگوں سے۔</w:t>
      </w:r>
    </w:p>
    <w:p>
      <w:r>
        <w:rPr>
          <w:b/>
        </w:rPr>
        <w:t xml:space="preserve">[36:32] </w:t>
      </w:r>
      <w:r>
        <w:t>to is ne bari khushi se kaha, "ab lagaiye, koi baat nahin." to hum ne bahir table lagaya quran ka.</w:t>
      </w:r>
    </w:p>
    <w:p>
      <w:pPr>
        <w:jc w:val="right"/>
      </w:pPr>
      <w:r>
        <w:t>تو اس نے بڑی خوشی سے کہا، "اب لگائیے، کوئی بات نہیں۔" تو ہم نے باہر ٹیبل لگایا قرآن کا۔</w:t>
      </w:r>
    </w:p>
    <w:p>
      <w:r>
        <w:rPr>
          <w:b/>
        </w:rPr>
        <w:t xml:space="preserve">[36:36] </w:t>
      </w:r>
      <w:r>
        <w:t>to logon ne, bohat sare logon ne is ko liya.</w:t>
      </w:r>
    </w:p>
    <w:p>
      <w:pPr>
        <w:jc w:val="right"/>
      </w:pPr>
      <w:r>
        <w:t>تو لوگوں نے، بہت سارے لوگوں نے اس کو لیا۔</w:t>
      </w:r>
    </w:p>
    <w:p>
      <w:r>
        <w:rPr>
          <w:b/>
        </w:rPr>
        <w:t xml:space="preserve">[36:41] </w:t>
      </w:r>
      <w:r>
        <w:t>to isi tarah hum phir</w:t>
      </w:r>
    </w:p>
    <w:p>
      <w:pPr>
        <w:jc w:val="right"/>
      </w:pPr>
      <w:r>
        <w:t>تو اسی طرح ہم پھر</w:t>
      </w:r>
    </w:p>
    <w:p>
      <w:r>
        <w:rPr>
          <w:b/>
        </w:rPr>
        <w:t xml:space="preserve">[36:45] </w:t>
      </w:r>
      <w:r>
        <w:t>humein himmat hui.</w:t>
      </w:r>
    </w:p>
    <w:p>
      <w:pPr>
        <w:jc w:val="right"/>
      </w:pPr>
      <w:r>
        <w:t>ہمیں ہمت ہوئی۔</w:t>
      </w:r>
    </w:p>
    <w:p>
      <w:r>
        <w:rPr>
          <w:b/>
        </w:rPr>
        <w:t xml:space="preserve">[36:49] </w:t>
      </w:r>
      <w:r>
        <w:t>aur phir doctor anees sahib bhi thay.</w:t>
      </w:r>
    </w:p>
    <w:p>
      <w:pPr>
        <w:jc w:val="right"/>
      </w:pPr>
      <w:r>
        <w:t>اور پھر ڈاکٹر انیس صاحب بھی تھے۔</w:t>
      </w:r>
    </w:p>
    <w:p>
      <w:r>
        <w:rPr>
          <w:b/>
        </w:rPr>
        <w:t xml:space="preserve">[36:52] </w:t>
      </w:r>
      <w:r>
        <w:t>aur faeq, hum teeno mil kar ke phir sunagag bhi gaye.</w:t>
      </w:r>
    </w:p>
    <w:p>
      <w:pPr>
        <w:jc w:val="right"/>
      </w:pPr>
      <w:r>
        <w:t>اور فائق، ہم تینوں مل کر کے پھر سناگاگ بھی گئے۔</w:t>
      </w:r>
    </w:p>
    <w:p>
      <w:r>
        <w:rPr>
          <w:b/>
        </w:rPr>
        <w:t xml:space="preserve">[36:56] </w:t>
      </w:r>
      <w:r>
        <w:t>aur kuch peace centers hain wahan, peace organizations.</w:t>
      </w:r>
    </w:p>
    <w:p>
      <w:pPr>
        <w:jc w:val="right"/>
      </w:pPr>
      <w:r>
        <w:t>اور کچھ پیس سینٹرز ہیں وہاں، پیس آرگنائزیشنز۔</w:t>
      </w:r>
    </w:p>
    <w:p>
      <w:r>
        <w:rPr>
          <w:b/>
        </w:rPr>
        <w:t xml:space="preserve">[37:00] </w:t>
      </w:r>
      <w:r>
        <w:t>un se phir hum ne rabt qaim kiya.</w:t>
      </w:r>
    </w:p>
    <w:p>
      <w:pPr>
        <w:jc w:val="right"/>
      </w:pPr>
      <w:r>
        <w:t>ان سے پھر ہم نے ربط قائم کیا۔</w:t>
      </w:r>
    </w:p>
    <w:p>
      <w:r>
        <w:rPr>
          <w:b/>
        </w:rPr>
        <w:t xml:space="preserve">[37:04] </w:t>
      </w:r>
      <w:r>
        <w:t>phir un se yahi tareeqa ikhtiyar kiya ke hum table lagaein.</w:t>
      </w:r>
    </w:p>
    <w:p>
      <w:pPr>
        <w:jc w:val="right"/>
      </w:pPr>
      <w:r>
        <w:t>پھر ان سے یہی طریقہ اختیار کیا کہ ہم ٹیبل لگائیں۔</w:t>
      </w:r>
    </w:p>
    <w:p>
      <w:r>
        <w:rPr>
          <w:b/>
        </w:rPr>
        <w:t xml:space="preserve">[37:07] </w:t>
      </w:r>
      <w:r>
        <w:t>to bara encouragement hua.</w:t>
      </w:r>
    </w:p>
    <w:p>
      <w:pPr>
        <w:jc w:val="right"/>
      </w:pPr>
      <w:r>
        <w:t>تو بڑا انکریجمنٹ ہوا۔</w:t>
      </w:r>
    </w:p>
    <w:p>
      <w:r>
        <w:rPr>
          <w:b/>
        </w:rPr>
        <w:t xml:space="preserve">[37:11] </w:t>
      </w:r>
      <w:r>
        <w:t>phir is ke baad next level jo hai,</w:t>
      </w:r>
    </w:p>
    <w:p>
      <w:pPr>
        <w:jc w:val="right"/>
      </w:pPr>
      <w:r>
        <w:t>پھر اس کے بعد نیکسٹ لیول جو ہے،</w:t>
      </w:r>
    </w:p>
    <w:p>
      <w:r>
        <w:rPr>
          <w:b/>
        </w:rPr>
        <w:t xml:space="preserve">[37:15] </w:t>
      </w:r>
      <w:r>
        <w:t>phir hum ne islamic centers.</w:t>
      </w:r>
    </w:p>
    <w:p>
      <w:pPr>
        <w:jc w:val="right"/>
      </w:pPr>
      <w:r>
        <w:t>پھر ہم نے اسلامک سینٹرز۔</w:t>
      </w:r>
    </w:p>
    <w:p>
      <w:r>
        <w:rPr>
          <w:b/>
        </w:rPr>
        <w:t xml:space="preserve">[37:20] </w:t>
      </w:r>
      <w:r>
        <w:t>khair, doctor anees sahib to is mein bohat aage rahe kyunke woh khud doctor thay.</w:t>
      </w:r>
    </w:p>
    <w:p>
      <w:pPr>
        <w:jc w:val="right"/>
      </w:pPr>
      <w:r>
        <w:t>خیر، ڈاکٹر انیس صاحب تو اس میں بہت آگے رہے کیونکہ وہ خود ڈاکٹر تھے۔</w:t>
      </w:r>
    </w:p>
    <w:p>
      <w:r>
        <w:rPr>
          <w:b/>
        </w:rPr>
        <w:t xml:space="preserve">[37:25] </w:t>
      </w:r>
      <w:r>
        <w:t>to unhone bohat se hospitals mein quran rakhwaya.</w:t>
      </w:r>
    </w:p>
    <w:p>
      <w:pPr>
        <w:jc w:val="right"/>
      </w:pPr>
      <w:r>
        <w:t>تو انہوں نے بہت سے ہاسپٹلز میں قرآن رکھوایا۔</w:t>
      </w:r>
    </w:p>
    <w:p>
      <w:r>
        <w:rPr>
          <w:b/>
        </w:rPr>
        <w:t xml:space="preserve">[37:30] </w:t>
      </w:r>
      <w:r>
        <w:t>aur isi tarah kuch aur logon ne jo all ready prison mein jo hai woh quran taqseem kar</w:t>
      </w:r>
    </w:p>
    <w:p>
      <w:pPr>
        <w:jc w:val="right"/>
      </w:pPr>
      <w:r>
        <w:t>اور اسی طرح کچھ اور لوگوں نے جو آل ریڈی پریزن میں جو ہے وہ قرآن تقسیم کر</w:t>
      </w:r>
    </w:p>
    <w:p>
      <w:r>
        <w:rPr>
          <w:b/>
        </w:rPr>
        <w:t xml:space="preserve">[37:35] </w:t>
      </w:r>
      <w:r>
        <w:t>rahe thay, to woh hum se lete.</w:t>
      </w:r>
    </w:p>
    <w:p>
      <w:pPr>
        <w:jc w:val="right"/>
      </w:pPr>
      <w:r>
        <w:t>رہے تھے، تو وہ ہم سے لیتے۔</w:t>
      </w:r>
    </w:p>
    <w:p>
      <w:r>
        <w:rPr>
          <w:b/>
        </w:rPr>
        <w:t xml:space="preserve">[37:40] </w:t>
      </w:r>
      <w:r>
        <w:t>aur sab se bari baat yeh thi ke jo</w:t>
      </w:r>
    </w:p>
    <w:p>
      <w:pPr>
        <w:jc w:val="right"/>
      </w:pPr>
      <w:r>
        <w:t>اور سب سے بڑی بات یہ تھی کہ جو</w:t>
      </w:r>
    </w:p>
    <w:p>
      <w:r>
        <w:rPr>
          <w:b/>
        </w:rPr>
        <w:t xml:space="preserve">[37:45] </w:t>
      </w:r>
      <w:r>
        <w:t>cost price pe hum quran dete hain, woh throughout world samjhiye.</w:t>
      </w:r>
    </w:p>
    <w:p>
      <w:pPr>
        <w:jc w:val="right"/>
      </w:pPr>
      <w:r>
        <w:t>کاسٹ پرائس پہ ہم قرآن دیتے ہیں، وہ تھرو آؤٹ ورلڈ سمجھیے۔</w:t>
      </w:r>
    </w:p>
    <w:p>
      <w:r>
        <w:rPr>
          <w:b/>
        </w:rPr>
        <w:t xml:space="preserve">[37:50] </w:t>
      </w:r>
      <w:r>
        <w:t>kahin bhi itni inexpensive quran available nahin hai.</w:t>
      </w:r>
    </w:p>
    <w:p>
      <w:pPr>
        <w:jc w:val="right"/>
      </w:pPr>
      <w:r>
        <w:t>کہیں بھی اتنی ان ایکسپینسو قرآن اویلیبل نہیں ہے۔</w:t>
      </w:r>
    </w:p>
    <w:p>
      <w:r>
        <w:rPr>
          <w:b/>
        </w:rPr>
        <w:t xml:space="preserve">[37:54] </w:t>
      </w:r>
      <w:r>
        <w:t>wahan american dollar ki price mein dollar ke do copy.</w:t>
      </w:r>
    </w:p>
    <w:p>
      <w:pPr>
        <w:jc w:val="right"/>
      </w:pPr>
      <w:r>
        <w:t>وہاں امریکن ڈالر کی پرائس میں ڈالر کے دو کاپی۔</w:t>
      </w:r>
    </w:p>
    <w:p>
      <w:r>
        <w:rPr>
          <w:b/>
        </w:rPr>
        <w:t xml:space="preserve">[37:58] </w:t>
      </w:r>
      <w:r>
        <w:t>to woh bari bara taajjub hota hai un ko.</w:t>
      </w:r>
    </w:p>
    <w:p>
      <w:pPr>
        <w:jc w:val="right"/>
      </w:pPr>
      <w:r>
        <w:t>تو وہ بڑی بڑا تعجب ہوتا ہے ان کو۔</w:t>
      </w:r>
    </w:p>
    <w:p>
      <w:r>
        <w:rPr>
          <w:b/>
        </w:rPr>
        <w:t xml:space="preserve">[38:03] </w:t>
      </w:r>
      <w:r>
        <w:t>arey, do copy aik dollar ke? ji haan.</w:t>
      </w:r>
    </w:p>
    <w:p>
      <w:pPr>
        <w:jc w:val="right"/>
      </w:pPr>
      <w:r>
        <w:t>ارے، دو کاپی ایک ڈالر کے؟ جی ہاں۔</w:t>
      </w:r>
    </w:p>
    <w:p>
      <w:r>
        <w:rPr>
          <w:b/>
        </w:rPr>
        <w:t xml:space="preserve">[38:07] </w:t>
      </w:r>
      <w:r>
        <w:t>to woh le jate hain hum se.</w:t>
      </w:r>
    </w:p>
    <w:p>
      <w:pPr>
        <w:jc w:val="right"/>
      </w:pPr>
      <w:r>
        <w:t>تو وہ لے جاتے ہیں ہم سے۔</w:t>
      </w:r>
    </w:p>
    <w:p>
      <w:r>
        <w:rPr>
          <w:b/>
        </w:rPr>
        <w:t xml:space="preserve">[38:12] </w:t>
      </w:r>
      <w:r>
        <w:t>aur jab bhi prison se hamein request aati hai</w:t>
      </w:r>
    </w:p>
    <w:p>
      <w:pPr>
        <w:jc w:val="right"/>
      </w:pPr>
      <w:r>
        <w:t>اور جب بھی پریزن سے ہمیں ریکویسٹ آتی ہے</w:t>
      </w:r>
    </w:p>
    <w:p>
      <w:r>
        <w:rPr>
          <w:b/>
        </w:rPr>
        <w:t xml:space="preserve">[38:16] </w:t>
      </w:r>
      <w:r>
        <w:t>to hum woh fori jo hai, free jo hai, jitne chahen un ko quran aur literature mail karte hain.</w:t>
      </w:r>
    </w:p>
    <w:p>
      <w:pPr>
        <w:jc w:val="right"/>
      </w:pPr>
      <w:r>
        <w:t>تو ہم وہ فوری جو ہے، فری جو ہے، جتنے چاہیں ان کو قرآن اور لٹریچر میل کرتے ہیں۔</w:t>
      </w:r>
    </w:p>
    <w:p>
      <w:r>
        <w:rPr>
          <w:b/>
        </w:rPr>
        <w:t xml:space="preserve">[38:24] </w:t>
      </w:r>
      <w:r>
        <w:t>aur is ke baad yahan cps dli walon ne phir woh online request ko forward</w:t>
      </w:r>
    </w:p>
    <w:p>
      <w:pPr>
        <w:jc w:val="right"/>
      </w:pPr>
      <w:r>
        <w:t>اور اس کے بعد یہاں سی پی ایس ڈلی والوں نے پھر وہ آن لائن ریکویسٹ کو فارورڈ</w:t>
      </w:r>
    </w:p>
    <w:p>
      <w:r>
        <w:rPr>
          <w:b/>
        </w:rPr>
        <w:t xml:space="preserve">[38:31] </w:t>
      </w:r>
      <w:r>
        <w:t>karne ka intezam kiya.</w:t>
      </w:r>
    </w:p>
    <w:p>
      <w:pPr>
        <w:jc w:val="right"/>
      </w:pPr>
      <w:r>
        <w:t>کرنے کا انتظام کیا۔</w:t>
      </w:r>
    </w:p>
    <w:p>
      <w:r>
        <w:rPr>
          <w:b/>
        </w:rPr>
        <w:t xml:space="preserve">[38:39] </w:t>
      </w:r>
      <w:r>
        <w:t>to presan ko pohnchanay mein ji koi rukawat nahi hai? nahi, koi rukawat nahi hai.</w:t>
      </w:r>
    </w:p>
    <w:p>
      <w:pPr>
        <w:jc w:val="right"/>
      </w:pPr>
      <w:r>
        <w:t>تو پریزن کو پہنچانے میں جی کوئی رکاوٹ نہیں ہے؟ نہیں، کوئی رکاوٹ نہیں ہے۔</w:t>
      </w:r>
    </w:p>
    <w:p>
      <w:r>
        <w:rPr>
          <w:b/>
        </w:rPr>
        <w:t xml:space="preserve">[38:46] </w:t>
      </w:r>
      <w:r>
        <w:t>except yeh ke woh paperback ho.</w:t>
      </w:r>
    </w:p>
    <w:p>
      <w:pPr>
        <w:jc w:val="right"/>
      </w:pPr>
      <w:r>
        <w:t>ایکسیپٹ یہ کہ وہ پیپر بیک ہو۔</w:t>
      </w:r>
    </w:p>
    <w:p>
      <w:r>
        <w:rPr>
          <w:b/>
        </w:rPr>
        <w:t xml:space="preserve">[38:52] </w:t>
      </w:r>
      <w:r>
        <w:t>aur hamari quran paperback hi hai.</w:t>
      </w:r>
    </w:p>
    <w:p>
      <w:pPr>
        <w:jc w:val="right"/>
      </w:pPr>
      <w:r>
        <w:t>اور ہماری قرآن پیپر بیک ہی ہے۔</w:t>
      </w:r>
    </w:p>
    <w:p>
      <w:r>
        <w:rPr>
          <w:b/>
        </w:rPr>
        <w:t xml:space="preserve">[38:58] </w:t>
      </w:r>
      <w:r>
        <w:t>woh hardcover na ho. ji haan.</w:t>
      </w:r>
    </w:p>
    <w:p>
      <w:pPr>
        <w:jc w:val="right"/>
      </w:pPr>
      <w:r>
        <w:t>وہ ہارڈ کور نہ ہو۔ جی ہاں۔</w:t>
      </w:r>
    </w:p>
    <w:p>
      <w:r>
        <w:rPr>
          <w:b/>
        </w:rPr>
        <w:t xml:space="preserve">[39:05] </w:t>
      </w:r>
      <w:r>
        <w:t>to phir is next level hum ne yeh shuru kiya ke, arey, yeh baat keh raha tha mein,</w:t>
      </w:r>
    </w:p>
    <w:p>
      <w:pPr>
        <w:jc w:val="right"/>
      </w:pPr>
      <w:r>
        <w:t>تو پھر اس نیکسٹ لیول ہم نے یہ شروع کیا کہ، ارے، یہ بات کہہ رہا تھا میں،</w:t>
      </w:r>
    </w:p>
    <w:p>
      <w:r>
        <w:rPr>
          <w:b/>
        </w:rPr>
        <w:t xml:space="preserve">[39:11] </w:t>
      </w:r>
      <w:r>
        <w:t>cps walon ne jo</w:t>
      </w:r>
    </w:p>
    <w:p>
      <w:pPr>
        <w:jc w:val="right"/>
      </w:pPr>
      <w:r>
        <w:t>سی پی ایس والوں نے جو</w:t>
      </w:r>
    </w:p>
    <w:p>
      <w:r>
        <w:rPr>
          <w:b/>
        </w:rPr>
        <w:t xml:space="preserve">[39:17] </w:t>
      </w:r>
      <w:r>
        <w:t>آن لائن فری قرآن کا ریکویسٹ جو ہے، USA اور کینیڈا کا جو ہے، ہمیں فارورڈ کرنے لگے۔</w:t>
      </w:r>
    </w:p>
    <w:p>
      <w:pPr>
        <w:jc w:val="right"/>
      </w:pPr>
      <w:r>
        <w:t>آن لائن فری قرآن کا ریکویسٹ جو ہے، یو ایس اے اور کینیڈا کا جو ہے، ہمیں فارورڈ کرنے لگے۔</w:t>
      </w:r>
    </w:p>
    <w:p>
      <w:r>
        <w:rPr>
          <w:b/>
        </w:rPr>
        <w:t xml:space="preserve">[39:23] </w:t>
      </w:r>
      <w:r>
        <w:t>to woh in is ka itna barh gaya hai ke weekly jo hai 50 se 70 quran ki</w:t>
      </w:r>
    </w:p>
    <w:p>
      <w:pPr>
        <w:jc w:val="right"/>
      </w:pPr>
      <w:r>
        <w:t>تو وہ ان اس کا اتنا بڑھ گیا ہے کہ ویکلی جو ہے 50 سے 70 قرآن کی</w:t>
      </w:r>
    </w:p>
    <w:p>
      <w:r>
        <w:rPr>
          <w:b/>
        </w:rPr>
        <w:t xml:space="preserve">[39:29] </w:t>
      </w:r>
      <w:r>
        <w:t>request aati hai.</w:t>
      </w:r>
    </w:p>
    <w:p>
      <w:pPr>
        <w:jc w:val="right"/>
      </w:pPr>
      <w:r>
        <w:t>ریکویسٹ آتی ہے۔</w:t>
      </w:r>
    </w:p>
    <w:p>
      <w:r>
        <w:rPr>
          <w:b/>
        </w:rPr>
        <w:t xml:space="preserve">[39:36] </w:t>
      </w:r>
      <w:r>
        <w:t>aur isi tarah canada ki jo hai 5, 10 is tarah jo hai un ki bhi aati hai.</w:t>
      </w:r>
    </w:p>
    <w:p>
      <w:pPr>
        <w:jc w:val="right"/>
      </w:pPr>
      <w:r>
        <w:t>اور اسی طرح کینیڈا کی جو ہے 5، 10 اس طرح جو ہے ان کی بھی آتی ہے۔</w:t>
      </w:r>
    </w:p>
    <w:p>
      <w:r>
        <w:rPr>
          <w:b/>
        </w:rPr>
        <w:t xml:space="preserve">[39:42] </w:t>
      </w:r>
      <w:r>
        <w:t>to woh hum</w:t>
      </w:r>
    </w:p>
    <w:p>
      <w:pPr>
        <w:jc w:val="right"/>
      </w:pPr>
      <w:r>
        <w:t>تو وہ ہم</w:t>
      </w:r>
    </w:p>
    <w:p>
      <w:r>
        <w:rPr>
          <w:b/>
        </w:rPr>
        <w:t xml:space="preserve">[39:48] </w:t>
      </w:r>
      <w:r>
        <w:t>individually jo hai mail karna karne lagay.</w:t>
      </w:r>
    </w:p>
    <w:p>
      <w:pPr>
        <w:jc w:val="right"/>
      </w:pPr>
      <w:r>
        <w:t>انڈیویجولی جو ہے میل کرنا کرنے لگے۔</w:t>
      </w:r>
    </w:p>
    <w:p>
      <w:r>
        <w:rPr>
          <w:b/>
        </w:rPr>
        <w:t xml:space="preserve">[39:55] </w:t>
      </w:r>
      <w:r>
        <w:t>phir is ke baad phir mein ne mukhtalif islamic, wahan ek trend shuru ho gaya ke knowing each other.</w:t>
      </w:r>
    </w:p>
    <w:p>
      <w:pPr>
        <w:jc w:val="right"/>
      </w:pPr>
      <w:r>
        <w:t>پھر اس کے بعد پھر میں نے مختلف اسلامک، وہاں ایک ٹرینڈ شروع ہو گیا کہ نوئنگ ایچ ادر۔</w:t>
      </w:r>
    </w:p>
    <w:p>
      <w:r>
        <w:rPr>
          <w:b/>
        </w:rPr>
        <w:t xml:space="preserve">[40:01] </w:t>
      </w:r>
      <w:r>
        <w:t>neighborhood jo hai jahan masjidain ban rahi hain, kyunke wahan masjidain bohat ban rahi hain.</w:t>
      </w:r>
    </w:p>
    <w:p>
      <w:pPr>
        <w:jc w:val="right"/>
      </w:pPr>
      <w:r>
        <w:t>نیبرہڈ جو ہے جہاں مسجدیں بن رہی ہیں، کیونکہ وہاں مسجدیں بہت بن رہی ہیں۔</w:t>
      </w:r>
    </w:p>
    <w:p>
      <w:r>
        <w:rPr>
          <w:b/>
        </w:rPr>
        <w:t xml:space="preserve">[40:07] </w:t>
      </w:r>
      <w:r>
        <w:t>to musalmanon ko khadsha hua ke bhai koi kahin reaction na ho jaye.</w:t>
      </w:r>
    </w:p>
    <w:p>
      <w:pPr>
        <w:jc w:val="right"/>
      </w:pPr>
      <w:r>
        <w:t>تو مسلمانوں کو خدشہ ہوا کہ بھئی کوئی کہیں ری ایکشن نہ ہو جائے۔</w:t>
      </w:r>
    </w:p>
    <w:p>
      <w:r>
        <w:rPr>
          <w:b/>
        </w:rPr>
        <w:t xml:space="preserve">[40:13] </w:t>
      </w:r>
      <w:r>
        <w:t>to ab unhon ne apne masjid ke</w:t>
      </w:r>
    </w:p>
    <w:p>
      <w:pPr>
        <w:jc w:val="right"/>
      </w:pPr>
      <w:r>
        <w:t>تو اب انہوں نے اپنے مسجد کے</w:t>
      </w:r>
    </w:p>
    <w:p>
      <w:r>
        <w:rPr>
          <w:b/>
        </w:rPr>
        <w:t xml:space="preserve">[40:19] </w:t>
      </w:r>
      <w:r>
        <w:t>doors khol diye mohalay walon ke liye.</w:t>
      </w:r>
    </w:p>
    <w:p>
      <w:pPr>
        <w:jc w:val="right"/>
      </w:pPr>
      <w:r>
        <w:t>ڈورز کھول دیے محلے والوں کے لیے۔</w:t>
      </w:r>
    </w:p>
    <w:p>
      <w:r>
        <w:rPr>
          <w:b/>
        </w:rPr>
        <w:t xml:space="preserve">[40:24] </w:t>
      </w:r>
      <w:r>
        <w:t>ke family risation, neighborhood.</w:t>
      </w:r>
    </w:p>
    <w:p>
      <w:pPr>
        <w:jc w:val="right"/>
      </w:pPr>
      <w:r>
        <w:t>کہ فیملی رائزیشن، نیبرہڈ۔</w:t>
      </w:r>
    </w:p>
    <w:p>
      <w:r>
        <w:rPr>
          <w:b/>
        </w:rPr>
        <w:t xml:space="preserve">[40:29] </w:t>
      </w:r>
      <w:r>
        <w:t>to unhon ne logon ko invite kiya ke jo hai aap hum masjid aain aur dekhen.</w:t>
      </w:r>
    </w:p>
    <w:p>
      <w:pPr>
        <w:jc w:val="right"/>
      </w:pPr>
      <w:r>
        <w:t>تو انہوں نے لوگوں کو انوائٹ کیا کہ جو ہے آپ ہم مسجد آئیں اور دیکھیں۔</w:t>
      </w:r>
    </w:p>
    <w:p>
      <w:r>
        <w:rPr>
          <w:b/>
        </w:rPr>
        <w:t xml:space="preserve">[40:34] </w:t>
      </w:r>
      <w:r>
        <w:t>to jab woh aate hain to quran ka, literature, quran aur literature.</w:t>
      </w:r>
    </w:p>
    <w:p>
      <w:pPr>
        <w:jc w:val="right"/>
      </w:pPr>
      <w:r>
        <w:t>تو جب وہ آتے ہیں تو قرآن کا، لٹریچر، قرآن اور لٹریچر۔</w:t>
      </w:r>
    </w:p>
    <w:p>
      <w:r>
        <w:rPr>
          <w:b/>
        </w:rPr>
        <w:t xml:space="preserve">[40:39] </w:t>
      </w:r>
      <w:r>
        <w:t>aur un ko jo hai samnay phir kuch explain bhi karte hain, woh bhi share karte hain, hum</w:t>
      </w:r>
    </w:p>
    <w:p>
      <w:pPr>
        <w:jc w:val="right"/>
      </w:pPr>
      <w:r>
        <w:t>اور ان کو جو ہے سامنے پھر کچھ ایکسپلین بھی کرتے ہیں، وہ بھی شیئر کرتے ہیں، ہم</w:t>
      </w:r>
    </w:p>
    <w:p>
      <w:r>
        <w:rPr>
          <w:b/>
        </w:rPr>
        <w:t xml:space="preserve">[40:44] </w:t>
      </w:r>
      <w:r>
        <w:t>bhi share karte hain. to is</w:t>
      </w:r>
    </w:p>
    <w:p>
      <w:pPr>
        <w:jc w:val="right"/>
      </w:pPr>
      <w:r>
        <w:t>بھی شیئر کرتے ہیں۔ تو اس</w:t>
      </w:r>
    </w:p>
    <w:p>
      <w:r>
        <w:rPr>
          <w:b/>
        </w:rPr>
        <w:t xml:space="preserve">[40:49] </w:t>
      </w:r>
      <w:r>
        <w:t>tarah yeh trend through out America hone laga. to tab hum ne wo mukhtalif islamic centers ko contact kiya. hum ne kaha bhai hamare sath quran available hai. aur wo bilkul cost price pe hai. to un ko is tarah itna wo milta nahi hai. to phir hum se mangwate hain. aur is wo yeh itna tezi se chal raha hai ke ab quran ko jo hai wo</w:t>
      </w:r>
    </w:p>
    <w:p>
      <w:pPr>
        <w:jc w:val="right"/>
      </w:pPr>
      <w:r>
        <w:t>طرح یہ ٹرینڈ تھرو آؤٹ امریکہ ہونے لگا۔ تو تب ہم نے وہ مختلف اسلامک سینٹرز کو کانٹیکٹ کیا۔ ہم نے کہا بھئی ہمارے ساتھ قرآن اویلیبل ہے۔ اور وہ بالکل کاسٹ پرائس پہ ہے۔ تو ان کو اس طرح اتنا وہ ملتا نہیں ہے۔ تو پھر ہم سے منگواتے ہیں۔ اور اس وہ یہ اتنا تیزی سے چل رہا ہے کہ اب قرآن کو جو ہے وہ</w:t>
      </w:r>
    </w:p>
    <w:p>
      <w:r>
        <w:rPr>
          <w:b/>
        </w:rPr>
        <w:t xml:space="preserve">[41:19] </w:t>
      </w:r>
      <w:r>
        <w:t>to container mein manganana parta hai. aur Allah ki meharbani hai ke Allah taala ne basement aur garage mein itni jagah di hai ke wo container, kya do teen container aa jayenge us mein. to phir is ke baad poora poora container? ji. abhi kafi sari jagah hai. bas itna hai ke muscle power chahiye upar neeche le jane</w:t>
      </w:r>
    </w:p>
    <w:p>
      <w:pPr>
        <w:jc w:val="right"/>
      </w:pPr>
      <w:r>
        <w:t>تو کنٹینر میں منگانا پڑتا ہے۔ اور اللہ کی مہربانی ہے کہ اللہ تعالی نے بیسمنٹ اور گیراج میں اتنی جگہ دی ہے کہ وہ کنٹینر، کیا دو تین کنٹینر آ جائیں گے اس میں۔ تو پھر اس کے بعد پورا پورا کنٹینر؟ جی۔ ابھی کافی ساری جگہ ہے۔ بس اتنا ہے کہ مسل پاور چاہیے اوپر نیچے لے جانے</w:t>
      </w:r>
    </w:p>
    <w:p>
      <w:r>
        <w:rPr>
          <w:b/>
        </w:rPr>
        <w:t xml:space="preserve">[41:49] </w:t>
      </w:r>
      <w:r>
        <w:t>ke liye.</w:t>
      </w:r>
    </w:p>
    <w:p>
      <w:pPr>
        <w:jc w:val="right"/>
      </w:pPr>
      <w:r>
        <w:t>کے لیے۔</w:t>
      </w:r>
    </w:p>
    <w:p>
      <w:r>
        <w:rPr>
          <w:b/>
        </w:rPr>
        <w:t xml:space="preserve">[41:57] </w:t>
      </w:r>
      <w:r>
        <w:t>phir next level yeh hua ke bohat saare doosre CPS ki team judti gayi Texas mein,</w:t>
      </w:r>
    </w:p>
    <w:p>
      <w:pPr>
        <w:jc w:val="right"/>
      </w:pPr>
      <w:r>
        <w:t>پھر نیکسٹ لیول یہ ہوا کہ بہت سارے دوسرے سی پی ایس کی ٹیم جڑتی گئی ٹیکسس میں،</w:t>
      </w:r>
    </w:p>
    <w:p>
      <w:r>
        <w:rPr>
          <w:b/>
        </w:rPr>
        <w:t xml:space="preserve">[42:04] </w:t>
      </w:r>
      <w:r>
        <w:t>Florida mein, aur Michigan mein.</w:t>
      </w:r>
    </w:p>
    <w:p>
      <w:pPr>
        <w:jc w:val="right"/>
      </w:pPr>
      <w:r>
        <w:t>فلوریڈا میں، اور مشی گن میں۔</w:t>
      </w:r>
    </w:p>
    <w:p>
      <w:r>
        <w:rPr>
          <w:b/>
        </w:rPr>
        <w:t xml:space="preserve">[42:12] </w:t>
      </w:r>
      <w:r>
        <w:t>yeh individual afraad jo hain kuch directly CPS USA se jude hue hain.</w:t>
      </w:r>
    </w:p>
    <w:p>
      <w:pPr>
        <w:jc w:val="right"/>
      </w:pPr>
      <w:r>
        <w:t>یہ انڈیویجول افراد جو ہیں کچھ ڈائریکٹلی سی پی ایس یو ایس اے سے جڑے ہوئے ہیں۔</w:t>
      </w:r>
    </w:p>
    <w:p>
      <w:r>
        <w:rPr>
          <w:b/>
        </w:rPr>
        <w:t xml:space="preserve">[42:19] </w:t>
      </w:r>
      <w:r>
        <w:t>kuch log friendship samjhiye ya unka apna dawat ka kaam hai.</w:t>
      </w:r>
    </w:p>
    <w:p>
      <w:pPr>
        <w:jc w:val="right"/>
      </w:pPr>
      <w:r>
        <w:t>کچھ لوگ فرینڈ شپ سمجھیے یا ان کا اپنا دعوت کا کام ہے۔</w:t>
      </w:r>
    </w:p>
    <w:p>
      <w:r>
        <w:rPr>
          <w:b/>
        </w:rPr>
        <w:t xml:space="preserve">[42:24] </w:t>
      </w:r>
      <w:r>
        <w:t>aur yeh bare paimane pe karte hain.</w:t>
      </w:r>
    </w:p>
    <w:p>
      <w:pPr>
        <w:jc w:val="right"/>
      </w:pPr>
      <w:r>
        <w:t>اور یہ بڑے پیمانے پہ کرتے ہیں۔</w:t>
      </w:r>
    </w:p>
    <w:p>
      <w:r>
        <w:rPr>
          <w:b/>
        </w:rPr>
        <w:t xml:space="preserve">[42:28] </w:t>
      </w:r>
      <w:r>
        <w:t>toh woh log jo hain hum se Quran lete hain.</w:t>
      </w:r>
    </w:p>
    <w:p>
      <w:pPr>
        <w:jc w:val="right"/>
      </w:pPr>
      <w:r>
        <w:t>تو وہ لوگ جو ہیں ہم سے قرآن لیتے ہیں۔</w:t>
      </w:r>
    </w:p>
    <w:p>
      <w:r>
        <w:rPr>
          <w:b/>
        </w:rPr>
        <w:t xml:space="preserve">[42:32] </w:t>
      </w:r>
      <w:r>
        <w:t>aur wahan America mein yeh toh tradition hai.</w:t>
      </w:r>
    </w:p>
    <w:p>
      <w:pPr>
        <w:jc w:val="right"/>
      </w:pPr>
      <w:r>
        <w:t>اور وہاں امریکہ میں یہ تو ٹریڈیشن ہے۔</w:t>
      </w:r>
    </w:p>
    <w:p>
      <w:r>
        <w:rPr>
          <w:b/>
        </w:rPr>
        <w:t xml:space="preserve">[42:37] </w:t>
      </w:r>
      <w:r>
        <w:t>har season mein ek qism ka festival hota hai.</w:t>
      </w:r>
    </w:p>
    <w:p>
      <w:pPr>
        <w:jc w:val="right"/>
      </w:pPr>
      <w:r>
        <w:t>ہر سیزن میں ایک قسم کا فیسٹیول ہوتا ہے۔</w:t>
      </w:r>
    </w:p>
    <w:p>
      <w:r>
        <w:rPr>
          <w:b/>
        </w:rPr>
        <w:t xml:space="preserve">[42:41] </w:t>
      </w:r>
      <w:r>
        <w:t>kabhi art festival hota hai, kabhi cultural festival hota hai.</w:t>
      </w:r>
    </w:p>
    <w:p>
      <w:pPr>
        <w:jc w:val="right"/>
      </w:pPr>
      <w:r>
        <w:t>کبھی آرٹ فیسٹیول ہوتا ہے، کبھی کلچرل فیسٹیول ہوتا ہے۔</w:t>
      </w:r>
    </w:p>
    <w:p>
      <w:r>
        <w:rPr>
          <w:b/>
        </w:rPr>
        <w:t xml:space="preserve">[42:45] </w:t>
      </w:r>
      <w:r>
        <w:t>kabhi jo hai kisi county ka, township ki jo hai, township pride day</w:t>
      </w:r>
    </w:p>
    <w:p>
      <w:pPr>
        <w:jc w:val="right"/>
      </w:pPr>
      <w:r>
        <w:t>کبھی جو ہے کسی کاؤنٹی کا، ٹاؤن شپ کی جو ہے، ٹاؤن شپ پرائیڈ ڈے</w:t>
      </w:r>
    </w:p>
    <w:p>
      <w:r>
        <w:rPr>
          <w:b/>
        </w:rPr>
        <w:t xml:space="preserve">[42:50] </w:t>
      </w:r>
      <w:r>
        <w:t>kar ke jo hai woh hota hai.</w:t>
      </w:r>
    </w:p>
    <w:p>
      <w:pPr>
        <w:jc w:val="right"/>
      </w:pPr>
      <w:r>
        <w:t>کر کے جو ہے وہ ہوتا ہے۔</w:t>
      </w:r>
    </w:p>
    <w:p>
      <w:r>
        <w:rPr>
          <w:b/>
        </w:rPr>
        <w:t xml:space="preserve">[42:54] </w:t>
      </w:r>
      <w:r>
        <w:t>toh is mein yeh log jo hain Quran ko taqseem karne lage.</w:t>
      </w:r>
    </w:p>
    <w:p>
      <w:pPr>
        <w:jc w:val="right"/>
      </w:pPr>
      <w:r>
        <w:t>تو اس میں یہ لوگ جو ہیں قرآن کو تقسیم کرنے لگے۔</w:t>
      </w:r>
    </w:p>
    <w:p>
      <w:r>
        <w:rPr>
          <w:b/>
        </w:rPr>
        <w:t xml:space="preserve">[42:58] </w:t>
      </w:r>
      <w:r>
        <w:t>wahan openly, koi restriction nahi hai.</w:t>
      </w:r>
    </w:p>
    <w:p>
      <w:pPr>
        <w:jc w:val="right"/>
      </w:pPr>
      <w:r>
        <w:t>وہاں اوپنلی، کوئی ریسٹرکشن نہیں ہے۔</w:t>
      </w:r>
    </w:p>
    <w:p>
      <w:r>
        <w:rPr>
          <w:b/>
        </w:rPr>
        <w:t xml:space="preserve">[43:02] </w:t>
      </w:r>
      <w:r>
        <w:t>jab aap ja ke poochein ke bhai hum kya yahan table lagayein? Woh kehte hain bilkul lagayein.</w:t>
      </w:r>
    </w:p>
    <w:p>
      <w:pPr>
        <w:jc w:val="right"/>
      </w:pPr>
      <w:r>
        <w:t>جب آپ جا کے پوچھیں کہ بھئی ہم کیا یہاں ٹیبل لگائیں؟ وہ کہتے ہیں بالکل لگائیں۔</w:t>
      </w:r>
    </w:p>
    <w:p>
      <w:r>
        <w:rPr>
          <w:b/>
        </w:rPr>
        <w:t xml:space="preserve">[43:07] </w:t>
      </w:r>
      <w:r>
        <w:t>toh abhi Michigan mein, main toh kahunga ke Michigan number one hai Quran, Michigan</w:t>
      </w:r>
    </w:p>
    <w:p>
      <w:pPr>
        <w:jc w:val="right"/>
      </w:pPr>
      <w:r>
        <w:t>تو ابھی مشی گن میں، میں تو کہوں گا کہ مشی گن نمبر ون ہے قرآن، مشی گن</w:t>
      </w:r>
    </w:p>
    <w:p>
      <w:r>
        <w:rPr>
          <w:b/>
        </w:rPr>
        <w:t xml:space="preserve">[43:11] </w:t>
      </w:r>
      <w:r>
        <w:t>state jahan Quran taqseem hota hai.</w:t>
      </w:r>
    </w:p>
    <w:p>
      <w:pPr>
        <w:jc w:val="right"/>
      </w:pPr>
      <w:r>
        <w:t>اسٹیٹ جہاں قرآن تقسیم ہوتا ہے۔</w:t>
      </w:r>
    </w:p>
    <w:p>
      <w:r>
        <w:rPr>
          <w:b/>
        </w:rPr>
        <w:t xml:space="preserve">[43:15] </w:t>
      </w:r>
      <w:r>
        <w:t>woh toh jo hai das, das, pandrah, bees ha</w:t>
      </w:r>
    </w:p>
    <w:p>
      <w:pPr>
        <w:jc w:val="right"/>
      </w:pPr>
      <w:r>
        <w:t>وہ تو جو ہے دس، دس، پندرہ، بیس ہ</w:t>
      </w:r>
    </w:p>
    <w:p>
      <w:r>
        <w:rPr>
          <w:b/>
        </w:rPr>
        <w:t xml:space="preserve">[43:20] </w:t>
      </w:r>
      <w:r>
        <w:t>zaar jo hai Quran ek saath mangwate hain.</w:t>
      </w:r>
    </w:p>
    <w:p>
      <w:pPr>
        <w:jc w:val="right"/>
      </w:pPr>
      <w:r>
        <w:t>زار جو ہے قرآن ایک ساتھ منگواتے ہیں۔</w:t>
      </w:r>
    </w:p>
    <w:p>
      <w:r>
        <w:rPr>
          <w:b/>
        </w:rPr>
        <w:t xml:space="preserve">[43:23] </w:t>
      </w:r>
      <w:r>
        <w:t>aur abhi 19 July ko ek festival ho raha hai Ohio state mein, Columbus Ohio mein.</w:t>
      </w:r>
    </w:p>
    <w:p>
      <w:pPr>
        <w:jc w:val="right"/>
      </w:pPr>
      <w:r>
        <w:t>اور ابھی 19 جولائی کو ایک فیسٹیول ہو رہا ہے اوہائیو اسٹیٹ میں، کولمبس اوہائیو میں۔</w:t>
      </w:r>
    </w:p>
    <w:p>
      <w:r>
        <w:rPr>
          <w:b/>
        </w:rPr>
        <w:t xml:space="preserve">[43:27] </w:t>
      </w:r>
      <w:r>
        <w:t>wahan ke liye Quran abhi yahin se gaya.</w:t>
      </w:r>
    </w:p>
    <w:p>
      <w:pPr>
        <w:jc w:val="right"/>
      </w:pPr>
      <w:r>
        <w:t>وہاں کے لیے قرآن ابھی یہیں سے گیا۔</w:t>
      </w:r>
    </w:p>
    <w:p>
      <w:r>
        <w:rPr>
          <w:b/>
        </w:rPr>
        <w:t xml:space="preserve">[43:31] </w:t>
      </w:r>
      <w:r>
        <w:t>mujhe mein yahan tha, itla mili toh yahan se ship karwaya.</w:t>
      </w:r>
    </w:p>
    <w:p>
      <w:pPr>
        <w:jc w:val="right"/>
      </w:pPr>
      <w:r>
        <w:t>مجھے میں یہاں تھا، اطلاع ملی تو یہاں سے شپ کروایا۔</w:t>
      </w:r>
    </w:p>
    <w:p>
      <w:r>
        <w:rPr>
          <w:b/>
        </w:rPr>
        <w:t xml:space="preserve">[43:35] </w:t>
      </w:r>
      <w:r>
        <w:t>toh abhi woh unko pahunch gaya hai.</w:t>
      </w:r>
    </w:p>
    <w:p>
      <w:pPr>
        <w:jc w:val="right"/>
      </w:pPr>
      <w:r>
        <w:t>تو ابھی وہ ان کو پہنچ گیا ہے۔</w:t>
      </w:r>
    </w:p>
    <w:p>
      <w:r>
        <w:rPr>
          <w:b/>
        </w:rPr>
        <w:t xml:space="preserve">[43:39] </w:t>
      </w:r>
      <w:r>
        <w:t>toh 19 July ko festival hai.</w:t>
      </w:r>
    </w:p>
    <w:p>
      <w:pPr>
        <w:jc w:val="right"/>
      </w:pPr>
      <w:r>
        <w:t>تو 19 جولائی کو فیسٹیول ہے۔</w:t>
      </w:r>
    </w:p>
    <w:p>
      <w:r>
        <w:rPr>
          <w:b/>
        </w:rPr>
        <w:t xml:space="preserve">[43:42] </w:t>
      </w:r>
      <w:r>
        <w:t>toh ab yeh ek kuch logon mein enthusiasm hua hai.</w:t>
      </w:r>
    </w:p>
    <w:p>
      <w:pPr>
        <w:jc w:val="right"/>
      </w:pPr>
      <w:r>
        <w:t>تو اب یہ ایک کچھ لوگوں میں انتھوزیازم ہوا ہے۔</w:t>
      </w:r>
    </w:p>
    <w:p>
      <w:r>
        <w:rPr>
          <w:b/>
        </w:rPr>
        <w:t xml:space="preserve">[43:46] </w:t>
      </w:r>
      <w:r>
        <w:t>aur kuch hazraat</w:t>
      </w:r>
    </w:p>
    <w:p>
      <w:pPr>
        <w:jc w:val="right"/>
      </w:pPr>
      <w:r>
        <w:t>اور کچھ حضرات</w:t>
      </w:r>
    </w:p>
    <w:p>
      <w:r>
        <w:rPr>
          <w:b/>
        </w:rPr>
        <w:t xml:space="preserve">[43:50] </w:t>
      </w:r>
      <w:r>
        <w:t>aise hain, doctor sahiban ek florida ke hain, ek california mein hotay hain.</w:t>
      </w:r>
    </w:p>
    <w:p>
      <w:pPr>
        <w:jc w:val="right"/>
      </w:pPr>
      <w:r>
        <w:t>ایسے ہیں، ڈاکٹر صاحبان ایک فلوریڈا کے ہیں، ایک کیلیفورنیا میں ہوتے ہیں۔</w:t>
      </w:r>
    </w:p>
    <w:p>
      <w:r>
        <w:rPr>
          <w:b/>
        </w:rPr>
        <w:t xml:space="preserve">[43:55] </w:t>
      </w:r>
      <w:r>
        <w:t>to woh log jo hain woh khud to jo hai distribution nahi karte hain.</w:t>
      </w:r>
    </w:p>
    <w:p>
      <w:pPr>
        <w:jc w:val="right"/>
      </w:pPr>
      <w:r>
        <w:t>تو وہ لوگ جو ہیں وہ خود تو جو ہے ڈسٹریبیوشن نہیں کرتے ہیں۔</w:t>
      </w:r>
    </w:p>
    <w:p>
      <w:r>
        <w:rPr>
          <w:b/>
        </w:rPr>
        <w:t xml:space="preserve">[44:01] </w:t>
      </w:r>
      <w:r>
        <w:t>jo log distribution karte hain woh un ke liye jo hai mujh se keh kar woh ship karwate hain.</w:t>
      </w:r>
    </w:p>
    <w:p>
      <w:pPr>
        <w:jc w:val="right"/>
      </w:pPr>
      <w:r>
        <w:t>جو لوگ ڈسٹریبیوشن کرتے ہیں وہ ان کے لیے جو ہے مجھ سے کہہ کر وہ شپ کرواتے ہیں۔</w:t>
      </w:r>
    </w:p>
    <w:p>
      <w:r>
        <w:rPr>
          <w:b/>
        </w:rPr>
        <w:t xml:space="preserve">[44:06] </w:t>
      </w:r>
      <w:r>
        <w:t>yeh ek tareeqa hai.</w:t>
      </w:r>
    </w:p>
    <w:p>
      <w:pPr>
        <w:jc w:val="right"/>
      </w:pPr>
      <w:r>
        <w:t>یہ ایک طریقہ ہے۔</w:t>
      </w:r>
    </w:p>
    <w:p>
      <w:r>
        <w:rPr>
          <w:b/>
        </w:rPr>
        <w:t xml:space="preserve">[44:12] </w:t>
      </w:r>
      <w:r>
        <w:t>to doosray maanon mein yeh kaam bohat aagay barha hai.</w:t>
      </w:r>
    </w:p>
    <w:p>
      <w:pPr>
        <w:jc w:val="right"/>
      </w:pPr>
      <w:r>
        <w:t>تو دوسرے معنوں میں یہ کام بہت آگے بڑھا ہے۔</w:t>
      </w:r>
    </w:p>
    <w:p>
      <w:r>
        <w:rPr>
          <w:b/>
        </w:rPr>
        <w:t xml:space="preserve">[44:17] </w:t>
      </w:r>
      <w:r>
        <w:t>aur is ke liye</w:t>
      </w:r>
    </w:p>
    <w:p>
      <w:pPr>
        <w:jc w:val="right"/>
      </w:pPr>
      <w:r>
        <w:t>اور اس کے لیے</w:t>
      </w:r>
    </w:p>
    <w:p>
      <w:r>
        <w:rPr>
          <w:b/>
        </w:rPr>
        <w:t xml:space="preserve">[44:23] </w:t>
      </w:r>
      <w:r>
        <w:t>yehi tareeqa yahan bhi ikhtiyar kiya ja sakta hai.</w:t>
      </w:r>
    </w:p>
    <w:p>
      <w:pPr>
        <w:jc w:val="right"/>
      </w:pPr>
      <w:r>
        <w:t>یہی طریقہ یہاں بھی اختیار کیا جا سکتا ہے۔</w:t>
      </w:r>
    </w:p>
    <w:p>
      <w:r>
        <w:rPr>
          <w:b/>
        </w:rPr>
        <w:t xml:space="preserve">[44:28] </w:t>
      </w:r>
      <w:r>
        <w:t>yahan bhi jo hai bohat saray festivals hotay hain.</w:t>
      </w:r>
    </w:p>
    <w:p>
      <w:pPr>
        <w:jc w:val="right"/>
      </w:pPr>
      <w:r>
        <w:t>یہاں بھی جو ہے بہت سارے فیسٹیولز ہوتے ہیں۔</w:t>
      </w:r>
    </w:p>
    <w:p>
      <w:r>
        <w:rPr>
          <w:b/>
        </w:rPr>
        <w:t xml:space="preserve">[44:33] </w:t>
      </w:r>
      <w:r>
        <w:t>quran ko distribute karne ke liye over the time shayad interest pheeka parnay lagay.</w:t>
      </w:r>
    </w:p>
    <w:p>
      <w:pPr>
        <w:jc w:val="right"/>
      </w:pPr>
      <w:r>
        <w:t>قرآن کو ڈسٹریبیوٹ کرنے کے لیے اوور دا ٹائم شاید انٹرسٹ پھیکا پڑنے لگے۔</w:t>
      </w:r>
    </w:p>
    <w:p>
      <w:r>
        <w:rPr>
          <w:b/>
        </w:rPr>
        <w:t xml:space="preserve">[44:38] </w:t>
      </w:r>
      <w:r>
        <w:t>to is ke liye sab se behtareen cheez yeh hai ke jo hai al risala monthly jo aata hai</w:t>
      </w:r>
    </w:p>
    <w:p>
      <w:pPr>
        <w:jc w:val="right"/>
      </w:pPr>
      <w:r>
        <w:t>تو اس کے لیے سب سے بہترین چیز یہ ہے کہ جو ہے الرسالہ منتھلی جو آتا ہے</w:t>
      </w:r>
    </w:p>
    <w:p>
      <w:r>
        <w:rPr>
          <w:b/>
        </w:rPr>
        <w:t xml:space="preserve">[44:43] </w:t>
      </w:r>
      <w:r>
        <w:t>isko musalsal do teen baar parha jaye.</w:t>
      </w:r>
    </w:p>
    <w:p>
      <w:pPr>
        <w:jc w:val="right"/>
      </w:pPr>
      <w:r>
        <w:t>اس کو مسلسل دو تین بار پڑھا جائے۔</w:t>
      </w:r>
    </w:p>
    <w:p>
      <w:r>
        <w:rPr>
          <w:b/>
        </w:rPr>
        <w:t xml:space="preserve">[44:48] </w:t>
      </w:r>
      <w:r>
        <w:t>aur logon tak l</w:t>
      </w:r>
    </w:p>
    <w:p>
      <w:pPr>
        <w:jc w:val="right"/>
      </w:pPr>
      <w:r>
        <w:t>اور لوگوں تک ل</w:t>
      </w:r>
    </w:p>
    <w:p>
      <w:r>
        <w:rPr>
          <w:b/>
        </w:rPr>
        <w:t xml:space="preserve">[44:53] </w:t>
      </w:r>
      <w:r>
        <w:t>e jaya jaye. to jitna jo hai Maulana ka literature jo ke bilkul jis mein poori clarity hai. aadmi jab parhta hai to us ko samajh mein aata hai ke jo hai yeh meri dil ki baat hai. yahi samajhta tha main ke jo hai yun hona chahiye. Islam yeh hai, peaceful mazhab hai. aur is mein discovery of God pe zor diya jata</w:t>
      </w:r>
    </w:p>
    <w:p>
      <w:pPr>
        <w:jc w:val="right"/>
      </w:pPr>
      <w:r>
        <w:t>ے جایا جائے۔ تو جتنا جو ہے مولانا کا لٹریچر جو کہ بالکل جس میں پوری کلیرٹی ہے۔ آدمی جب پڑھتا ہے تو اس کو سمجھ میں آتا ہے کہ جو ہے یہ میری دل کی بات ہے۔ یہی سمجھتا تھا میں کہ جو ہے یوں ہونا چاہیے۔ اسلام یہ ہے، پیس فل مذہب ہے۔ اور اس میں ڈسکوری آف گاڈ پہ زور دیا جاتا</w:t>
      </w:r>
    </w:p>
    <w:p>
      <w:r>
        <w:rPr>
          <w:b/>
        </w:rPr>
        <w:t xml:space="preserve">[45:23] </w:t>
      </w:r>
      <w:r>
        <w:t>hai.</w:t>
      </w:r>
    </w:p>
    <w:p>
      <w:pPr>
        <w:jc w:val="right"/>
      </w:pPr>
      <w:r>
        <w:t>ہے۔</w:t>
      </w:r>
    </w:p>
    <w:p>
      <w:r>
        <w:rPr>
          <w:b/>
        </w:rPr>
        <w:t xml:space="preserve">[45:27] </w:t>
      </w:r>
      <w:r>
        <w:t>is par creation plan of god ko samajhne ki jo hai targhib di jati hai.</w:t>
      </w:r>
    </w:p>
    <w:p>
      <w:pPr>
        <w:jc w:val="right"/>
      </w:pPr>
      <w:r>
        <w:t>اس پر کریشن پلان آف گاڈ کو سمجھنے کی جو ہے ترغیب دی جاتی ہے۔</w:t>
      </w:r>
    </w:p>
    <w:p>
      <w:r>
        <w:rPr>
          <w:b/>
        </w:rPr>
        <w:t xml:space="preserve">[45:32] </w:t>
      </w:r>
      <w:r>
        <w:t>aur jab al risala parhiye aap to is mein quran aur hadith ki tashreeh ke ilawa aur koi doosri</w:t>
      </w:r>
    </w:p>
    <w:p>
      <w:pPr>
        <w:jc w:val="right"/>
      </w:pPr>
      <w:r>
        <w:t>اور جب الرسالہ پڑھیے آپ تو اس میں قرآن اور حدیث کی تشریح کے علاوہ اور کوئی دوسری</w:t>
      </w:r>
    </w:p>
    <w:p>
      <w:r>
        <w:rPr>
          <w:b/>
        </w:rPr>
        <w:t xml:space="preserve">[45:36] </w:t>
      </w:r>
      <w:r>
        <w:t>cheez nahi hai.</w:t>
      </w:r>
    </w:p>
    <w:p>
      <w:pPr>
        <w:jc w:val="right"/>
      </w:pPr>
      <w:r>
        <w:t>چیز نہیں ہے۔</w:t>
      </w:r>
    </w:p>
    <w:p>
      <w:r>
        <w:rPr>
          <w:b/>
        </w:rPr>
        <w:t xml:space="preserve">[45:40] </w:t>
      </w:r>
      <w:r>
        <w:t>yani koi munh gharat baat nahi hai.</w:t>
      </w:r>
    </w:p>
    <w:p>
      <w:pPr>
        <w:jc w:val="right"/>
      </w:pPr>
      <w:r>
        <w:t>یعنی کوئی من گھڑت بات نہیں ہے۔</w:t>
      </w:r>
    </w:p>
    <w:p>
      <w:r>
        <w:rPr>
          <w:b/>
        </w:rPr>
        <w:t xml:space="preserve">[45:45] </w:t>
      </w:r>
      <w:r>
        <w:t>isi cheez ko jo quran aur hadith hai is ko aaj ki zaban mein, aaj ke insaan ko</w:t>
      </w:r>
    </w:p>
    <w:p>
      <w:pPr>
        <w:jc w:val="right"/>
      </w:pPr>
      <w:r>
        <w:t>اسی چیز کو جو قرآن اور حدیث ہے اس کو آج کی زبان میں، آج کے انسان کو</w:t>
      </w:r>
    </w:p>
    <w:p>
      <w:r>
        <w:rPr>
          <w:b/>
        </w:rPr>
        <w:t xml:space="preserve">[45:49] </w:t>
      </w:r>
      <w:r>
        <w:t>samajh mein anay wali zaban mein is ko samjhaya jata hai. to</w:t>
      </w:r>
    </w:p>
    <w:p>
      <w:pPr>
        <w:jc w:val="right"/>
      </w:pPr>
      <w:r>
        <w:t>سمجھ میں آنے والی زبان میں اس کو سمجھایا جاتا ہے۔ تو</w:t>
      </w:r>
    </w:p>
    <w:p>
      <w:r>
        <w:rPr>
          <w:b/>
        </w:rPr>
        <w:t xml:space="preserve">[45:54] </w:t>
      </w:r>
      <w:r>
        <w:t>isko jitna parhte rahen ge, literature, Maulana ka literature jitna parhte rahen ge aur risala jitna jo</w:t>
      </w:r>
    </w:p>
    <w:p>
      <w:pPr>
        <w:jc w:val="right"/>
      </w:pPr>
      <w:r>
        <w:t>اس کو جتنا پڑھتے رہیں گے، لٹریچر، مولانا کا لٹریچر جتنا پڑھتے رہیں گے اور رسالہ جتنا جو</w:t>
      </w:r>
    </w:p>
    <w:p>
      <w:r>
        <w:rPr>
          <w:b/>
        </w:rPr>
        <w:t xml:space="preserve">[46:00] </w:t>
      </w:r>
      <w:r>
        <w:t>hai gehrai ke sath parhte rahen ge itna quran distribution ka passion baqi rahega.</w:t>
      </w:r>
    </w:p>
    <w:p>
      <w:pPr>
        <w:jc w:val="right"/>
      </w:pPr>
      <w:r>
        <w:t>ہے گہرائی کے ساتھ پڑھتے رہیں گے اتنا قرآن ڈسٹریبیوشن کا پیشن باقی رہے گا۔</w:t>
      </w:r>
    </w:p>
    <w:p>
      <w:r>
        <w:rPr>
          <w:b/>
        </w:rPr>
        <w:t xml:space="preserve">[46:06] </w:t>
      </w:r>
      <w:r>
        <w:t>warna nahi to over the time phir ho sakta hai woh pheeka par jaye.</w:t>
      </w:r>
    </w:p>
    <w:p>
      <w:pPr>
        <w:jc w:val="right"/>
      </w:pPr>
      <w:r>
        <w:t>ورنہ نہیں تو اوور دا ٹائم پھر ہو سکتا ہے وہ پھیکا پڑ جائے۔</w:t>
      </w:r>
    </w:p>
    <w:p>
      <w:r>
        <w:rPr>
          <w:b/>
        </w:rPr>
        <w:t xml:space="preserve">[46:12] </w:t>
      </w:r>
      <w:r>
        <w:t>to mein Allah taala se dua karta hoon.</w:t>
      </w:r>
    </w:p>
    <w:p>
      <w:pPr>
        <w:jc w:val="right"/>
      </w:pPr>
      <w:r>
        <w:t>تو میں اللہ تعالی سے دعا کرتا ہوں۔</w:t>
      </w:r>
    </w:p>
    <w:p>
      <w:r>
        <w:rPr>
          <w:b/>
        </w:rPr>
        <w:t xml:space="preserve">[46:18] </w:t>
      </w:r>
      <w:r>
        <w:t>yeh pichhli wali baat kiya kahi aap ne? ke hamein quran distribution ka passion baqi rakhne ke liye</w:t>
      </w:r>
    </w:p>
    <w:p>
      <w:pPr>
        <w:jc w:val="right"/>
      </w:pPr>
      <w:r>
        <w:t>یہ پچھلی والی بات کیا کہی آپ نے؟ کہ ہمیں قرآن ڈسٹریبیوشن کا پیشن باقی رکھنے کے لیے</w:t>
      </w:r>
    </w:p>
    <w:p>
      <w:r>
        <w:rPr>
          <w:b/>
        </w:rPr>
        <w:t xml:space="preserve">[46:24] </w:t>
      </w:r>
      <w:r>
        <w:t>al risala aur literature is ko musalsal parhte rehna chahiye.</w:t>
      </w:r>
    </w:p>
    <w:p>
      <w:pPr>
        <w:jc w:val="right"/>
      </w:pPr>
      <w:r>
        <w:t>الرسالہ اور لٹریچر اس کو مسلسل پڑھتے رہنا چاہیے۔</w:t>
      </w:r>
    </w:p>
    <w:p>
      <w:r>
        <w:rPr>
          <w:b/>
        </w:rPr>
        <w:t xml:space="preserve">[46:30] </w:t>
      </w:r>
      <w:r>
        <w:t>jab bhi aap ko free time mile, either print media ke through ya audios jo hain is ke</w:t>
      </w:r>
    </w:p>
    <w:p>
      <w:pPr>
        <w:jc w:val="right"/>
      </w:pPr>
      <w:r>
        <w:t>جب بھی آپ کو فری ٹائم ملے، آئیدر پرنٹ میڈیا کے تھرو یا آڈیوز جو ہیں اس کے</w:t>
      </w:r>
    </w:p>
    <w:p>
      <w:r>
        <w:rPr>
          <w:b/>
        </w:rPr>
        <w:t xml:space="preserve">[46:36] </w:t>
      </w:r>
      <w:r>
        <w:t>aap kaam karte hue bhi ghar pe khawateen hain, agar ghar ka kaam hai to on kar diya</w:t>
      </w:r>
    </w:p>
    <w:p>
      <w:pPr>
        <w:jc w:val="right"/>
      </w:pPr>
      <w:r>
        <w:t>آپ کام کرتے ہوئے بھی گھر پہ خواتین ہیں، اگر گھر کا کام ہے تو آن کر دیا</w:t>
      </w:r>
    </w:p>
    <w:p>
      <w:r>
        <w:rPr>
          <w:b/>
        </w:rPr>
        <w:t xml:space="preserve">[46:42] </w:t>
      </w:r>
      <w:r>
        <w:t>aap, kaam karte rahen, tawajjuh poori taqreer ki taraf hogi aur aap ka kaam chalta rahega.</w:t>
      </w:r>
    </w:p>
    <w:p>
      <w:pPr>
        <w:jc w:val="right"/>
      </w:pPr>
      <w:r>
        <w:t>آپ، کام کرتے رہیں، توجہ پوری تقریر کی طرف ہوگی اور آپ کا کام چلتا رہے گا۔</w:t>
      </w:r>
    </w:p>
    <w:p>
      <w:r>
        <w:rPr>
          <w:b/>
        </w:rPr>
        <w:t xml:space="preserve">[46:48] </w:t>
      </w:r>
      <w:r>
        <w:t>jab mein driving pe jata hoon to hamesha jaise hi gaari on hoti hai</w:t>
      </w:r>
    </w:p>
    <w:p>
      <w:pPr>
        <w:jc w:val="right"/>
      </w:pPr>
      <w:r>
        <w:t>جب میں ڈرائیونگ پہ جاتا ہوں تو ہمیشہ جیسے ہی گاڑی آن ہوتی ہے</w:t>
      </w:r>
    </w:p>
    <w:p>
      <w:r>
        <w:rPr>
          <w:b/>
        </w:rPr>
        <w:t xml:space="preserve">[46:54] </w:t>
      </w:r>
      <w:r>
        <w:t>Maulana ki koi na koi speech jo hai chalne lagti hai.</w:t>
      </w:r>
    </w:p>
    <w:p>
      <w:pPr>
        <w:jc w:val="right"/>
      </w:pPr>
      <w:r>
        <w:t>مولانا کی کوئی نہ کوئی سپیچ جو ہے چلنے لگتی ہے۔</w:t>
      </w:r>
    </w:p>
    <w:p>
      <w:r>
        <w:rPr>
          <w:b/>
        </w:rPr>
        <w:t xml:space="preserve">[46:59] </w:t>
      </w:r>
      <w:r>
        <w:t>aur wahan is ki bari sahulat hai is liye ke yeh traffic ka itna shor nahi hai.</w:t>
      </w:r>
    </w:p>
    <w:p>
      <w:pPr>
        <w:jc w:val="right"/>
      </w:pPr>
      <w:r>
        <w:t>اور وہاں اس کی بڑی سہولت ہے اس لیے کہ یہ ٹریفک کا اتنا شور نہیں ہے۔</w:t>
      </w:r>
    </w:p>
    <w:p>
      <w:r>
        <w:rPr>
          <w:b/>
        </w:rPr>
        <w:t xml:space="preserve">[47:04] </w:t>
      </w:r>
      <w:r>
        <w:t>wahan ah smooth traffic jati hai, koi horn bajata nahi hai aur ah sheeshe uthe hue hote hain.</w:t>
      </w:r>
    </w:p>
    <w:p>
      <w:pPr>
        <w:jc w:val="right"/>
      </w:pPr>
      <w:r>
        <w:t>وہاں آہ سموتھ ٹریفک جاتی ہے، کوئی ہارن بجاتا نہیں ہے اور آہ شیشے اٹھے ہوئے ہوتے ہیں۔</w:t>
      </w:r>
    </w:p>
    <w:p>
      <w:r>
        <w:rPr>
          <w:b/>
        </w:rPr>
        <w:t xml:space="preserve">[47:09] </w:t>
      </w:r>
      <w:r>
        <w:t>to ah mutlaq jo hai disturbance nahi hai.</w:t>
      </w:r>
    </w:p>
    <w:p>
      <w:pPr>
        <w:jc w:val="right"/>
      </w:pPr>
      <w:r>
        <w:t>تو آہ مطلق جو ہے ڈسٹربنس نہیں ہے۔</w:t>
      </w:r>
    </w:p>
    <w:p>
      <w:r>
        <w:rPr>
          <w:b/>
        </w:rPr>
        <w:t xml:space="preserve">[47:14] </w:t>
      </w:r>
      <w:r>
        <w:t>to hum mein to mein to khud to karta hoon.</w:t>
      </w:r>
    </w:p>
    <w:p>
      <w:pPr>
        <w:jc w:val="right"/>
      </w:pPr>
      <w:r>
        <w:t>تو ہم میں تو میں تو خود تو کرتا ہوں۔</w:t>
      </w:r>
    </w:p>
    <w:p>
      <w:r>
        <w:rPr>
          <w:b/>
        </w:rPr>
        <w:t xml:space="preserve">[47:19] </w:t>
      </w:r>
      <w:r>
        <w:t>yani ah baz dafe jo hai ah sath mein agar begum hoti to kabhi</w:t>
      </w:r>
    </w:p>
    <w:p>
      <w:pPr>
        <w:jc w:val="right"/>
      </w:pPr>
      <w:r>
        <w:t>یعنی آہ بعض دفعے جو ہے آہ ساتھ میں اگر بیگم ہوتی تو کبھی</w:t>
      </w:r>
    </w:p>
    <w:p>
      <w:r>
        <w:rPr>
          <w:b/>
        </w:rPr>
        <w:t xml:space="preserve">[47:24] </w:t>
      </w:r>
      <w:r>
        <w:t>wo kehti hai 24 hours kya hai? aur kuch lagaiye. to beharhal.</w:t>
      </w:r>
    </w:p>
    <w:p>
      <w:pPr>
        <w:jc w:val="right"/>
      </w:pPr>
      <w:r>
        <w:t>وہ کہتی ہے 24 آورز کیا ہے؟ اور کچھ لگائیے۔ تو بہرحال۔</w:t>
      </w:r>
    </w:p>
    <w:p>
      <w:r>
        <w:rPr>
          <w:b/>
        </w:rPr>
        <w:t xml:space="preserve">[47:28] </w:t>
      </w:r>
      <w:r>
        <w:t>to gaari jo hai jee jab aap chalayenge jee to awaz hogi.</w:t>
      </w:r>
    </w:p>
    <w:p>
      <w:pPr>
        <w:jc w:val="right"/>
      </w:pPr>
      <w:r>
        <w:t>تو گاڑی جو ہے جی جب آپ چلائیں گے جی تو آواز ہوگی۔</w:t>
      </w:r>
    </w:p>
    <w:p>
      <w:r>
        <w:rPr>
          <w:b/>
        </w:rPr>
        <w:t xml:space="preserve">[47:33] </w:t>
      </w:r>
      <w:r>
        <w:t>is awaz par koi pabandi nahi hai.</w:t>
      </w:r>
    </w:p>
    <w:p>
      <w:pPr>
        <w:jc w:val="right"/>
      </w:pPr>
      <w:r>
        <w:t>اس آواز پر کوئی پابندی نہیں ہے۔</w:t>
      </w:r>
    </w:p>
    <w:p>
      <w:r>
        <w:rPr>
          <w:b/>
        </w:rPr>
        <w:t xml:space="preserve">[47:37] </w:t>
      </w:r>
      <w:r>
        <w:t>nahi, koi mutlaq awaz bahar se nahi aati. acha.</w:t>
      </w:r>
    </w:p>
    <w:p>
      <w:pPr>
        <w:jc w:val="right"/>
      </w:pPr>
      <w:r>
        <w:t>نہیں، کوئی مطلق آواز باہر سے نہیں آتی۔ اچھا۔</w:t>
      </w:r>
    </w:p>
    <w:p>
      <w:r>
        <w:rPr>
          <w:b/>
        </w:rPr>
        <w:t xml:space="preserve">[47:42] </w:t>
      </w:r>
      <w:r>
        <w:t>jo awaz aati hai to yahin ke horn ki awaz aati hai jo bahar se ab awaz aa rahi hai.</w:t>
      </w:r>
    </w:p>
    <w:p>
      <w:pPr>
        <w:jc w:val="right"/>
      </w:pPr>
      <w:r>
        <w:t>جو آواز آتی ہے تو یہیں کے ہارن کی آواز آتی ہے جو باہر سے اب آواز آ رہی ہے۔</w:t>
      </w:r>
    </w:p>
    <w:p>
      <w:r>
        <w:rPr>
          <w:b/>
        </w:rPr>
        <w:t xml:space="preserve">[47:46] </w:t>
      </w:r>
      <w:r>
        <w:t>aur is ke ilawa aur koi doosri awaz nahi hoti. acha.</w:t>
      </w:r>
    </w:p>
    <w:p>
      <w:pPr>
        <w:jc w:val="right"/>
      </w:pPr>
      <w:r>
        <w:t>اور اس کے علاوہ اور کوئی دوسری آواز نہیں ہوتی۔ اچھا۔</w:t>
      </w:r>
    </w:p>
    <w:p>
      <w:r>
        <w:rPr>
          <w:b/>
        </w:rPr>
        <w:t xml:space="preserve">[47:50] </w:t>
      </w:r>
      <w:r>
        <w:t>yani is liye phone</w:t>
      </w:r>
    </w:p>
    <w:p>
      <w:pPr>
        <w:jc w:val="right"/>
      </w:pPr>
      <w:r>
        <w:t>یعنی اس لیے فون</w:t>
      </w:r>
    </w:p>
    <w:p>
      <w:r>
        <w:rPr>
          <w:b/>
        </w:rPr>
        <w:t xml:space="preserve">[47:55] </w:t>
      </w:r>
      <w:r>
        <w:t>ah pe bhi jo hai aasani se hum baat kar sakte hain.</w:t>
      </w:r>
    </w:p>
    <w:p>
      <w:pPr>
        <w:jc w:val="right"/>
      </w:pPr>
      <w:r>
        <w:t>آہ پہ بھی جو ہے آسانی سے ہم بات کر سکتے ہیں۔</w:t>
      </w:r>
    </w:p>
    <w:p>
      <w:r>
        <w:rPr>
          <w:b/>
        </w:rPr>
        <w:t xml:space="preserve">[47:59] </w:t>
      </w:r>
      <w:r>
        <w:t>ab to bluetooth aa gaya hai wo speaker pe aur mic bhi hai.</w:t>
      </w:r>
    </w:p>
    <w:p>
      <w:pPr>
        <w:jc w:val="right"/>
      </w:pPr>
      <w:r>
        <w:t>اب تو بلوٹوتھ آ گیا ہے وہ سپیکر پہ اور مائیک بھی ہے۔</w:t>
      </w:r>
    </w:p>
    <w:p>
      <w:r>
        <w:rPr>
          <w:b/>
        </w:rPr>
        <w:t xml:space="preserve">[48:03] </w:t>
      </w:r>
      <w:r>
        <w:t>to kai dafe doctor sahib se meri baat cheet mein moqa isi waqt school jate waqt hi nikalta</w:t>
      </w:r>
    </w:p>
    <w:p>
      <w:pPr>
        <w:jc w:val="right"/>
      </w:pPr>
      <w:r>
        <w:t>تو کئی دفعہ ڈاکٹر صاحب سے میری بات چیت میں موقع اسی وقت سکول جاتے وقت ہی نکالتا</w:t>
      </w:r>
    </w:p>
    <w:p>
      <w:r>
        <w:rPr>
          <w:b/>
        </w:rPr>
        <w:t xml:space="preserve">[48:07] </w:t>
      </w:r>
      <w:r>
        <w:t>hoon kyunke time bachta hai.</w:t>
      </w:r>
    </w:p>
    <w:p>
      <w:pPr>
        <w:jc w:val="right"/>
      </w:pPr>
      <w:r>
        <w:t>ہوں کیونکہ ٹائم بچتا ہے۔</w:t>
      </w:r>
    </w:p>
    <w:p>
      <w:r>
        <w:rPr>
          <w:b/>
        </w:rPr>
        <w:t xml:space="preserve">[48:12] </w:t>
      </w:r>
      <w:r>
        <w:t>to drive karte hue hi baat karta hoon mein.</w:t>
      </w:r>
    </w:p>
    <w:p>
      <w:pPr>
        <w:jc w:val="right"/>
      </w:pPr>
      <w:r>
        <w:t>تو ڈرائیو کرتے ہوئے ہی بات کرتا ہوں میں۔</w:t>
      </w:r>
    </w:p>
    <w:p>
      <w:r>
        <w:rPr>
          <w:b/>
        </w:rPr>
        <w:t xml:space="preserve">[48:16] </w:t>
      </w:r>
      <w:r>
        <w:t>to agar baat kisi se nahi karni hai to phir ah speech chalti hai.</w:t>
      </w:r>
    </w:p>
    <w:p>
      <w:pPr>
        <w:jc w:val="right"/>
      </w:pPr>
      <w:r>
        <w:t>تو اگر بات کسی سے نہیں کرنی ہے تو پھر آہ سپیچ چلتی ہے۔</w:t>
      </w:r>
    </w:p>
    <w:p>
      <w:r>
        <w:rPr>
          <w:b/>
        </w:rPr>
        <w:t xml:space="preserve">[48:20] </w:t>
      </w:r>
      <w:r>
        <w:t>to Razia ne request kiya ke bhai Urdu Quran jo hai, ah s</w:t>
      </w:r>
    </w:p>
    <w:p>
      <w:pPr>
        <w:jc w:val="right"/>
      </w:pPr>
      <w:r>
        <w:t>تو راضیہ نے ریکویسٹ کیا کہ بھئی اردو قرآن جو ہے، آہ س</w:t>
      </w:r>
    </w:p>
    <w:p>
      <w:r>
        <w:rPr>
          <w:b/>
        </w:rPr>
        <w:t xml:space="preserve">[48:25] </w:t>
      </w:r>
      <w:r>
        <w:t>uri, Urdu kitabon ko jo hai record kariye, un ko bohat faida pohanchaye.</w:t>
      </w:r>
    </w:p>
    <w:p>
      <w:pPr>
        <w:jc w:val="right"/>
      </w:pPr>
      <w:r>
        <w:t>وری، اردو کتابوں کو جو ہے ریکارڈ کریے، ان کو بہت فائدہ پہنچائے۔</w:t>
      </w:r>
    </w:p>
    <w:p>
      <w:r>
        <w:rPr>
          <w:b/>
        </w:rPr>
        <w:t xml:space="preserve">[48:30] </w:t>
      </w:r>
      <w:r>
        <w:t>to mein kahunga ke bhai dua karein waqt nikle to inshallah woh bhi hoga. Assalam o alaikum.</w:t>
      </w:r>
    </w:p>
    <w:p>
      <w:pPr>
        <w:jc w:val="right"/>
      </w:pPr>
      <w:r>
        <w:t>تو میں کہوں گا کہ بھئی دعا کریں وقت نکلے تو انشاءاللہ وہ بھی ہوگا۔ السلام علیکم۔</w:t>
      </w:r>
    </w:p>
    <w:p>
      <w:r>
        <w:rPr>
          <w:b/>
        </w:rPr>
        <w:t xml:space="preserve">[48:35] </w:t>
      </w:r>
      <w:r>
        <w:t>So, Kaleem Sahab, there is a question while you are giving your experience, you sharing your experience with everyone.</w:t>
      </w:r>
    </w:p>
    <w:p>
      <w:pPr>
        <w:jc w:val="right"/>
      </w:pPr>
      <w:r>
        <w:t>سو کلیم صاحب، دیر از ا کوئسچن وائل یو آر گیونگ یور ایکسپیرینس، یو شیئرنگ یور ایکسپیرینس ود ایوری ون۔</w:t>
      </w:r>
    </w:p>
    <w:p>
      <w:r>
        <w:rPr>
          <w:b/>
        </w:rPr>
        <w:t xml:space="preserve">[48:40] </w:t>
      </w:r>
      <w:r>
        <w:t>There is a question that has come on Facebook, it has been sent by Ms. Shabana</w:t>
      </w:r>
    </w:p>
    <w:p>
      <w:pPr>
        <w:jc w:val="right"/>
      </w:pPr>
      <w:r>
        <w:t>دیر از ا کوئسچن دیٹ ہیز کم ان دا فیس بک، اٹ ہیز بین سینڈ بائے مس شبانہ</w:t>
      </w:r>
    </w:p>
    <w:p>
      <w:r>
        <w:rPr>
          <w:b/>
        </w:rPr>
        <w:t xml:space="preserve">[48:45] </w:t>
      </w:r>
      <w:r>
        <w:t>Ansari from Pakistan.</w:t>
      </w:r>
    </w:p>
    <w:p>
      <w:pPr>
        <w:jc w:val="right"/>
      </w:pPr>
      <w:r>
        <w:t>انصاری فرام پاکستان۔</w:t>
      </w:r>
    </w:p>
    <w:p>
      <w:r>
        <w:rPr>
          <w:b/>
        </w:rPr>
        <w:t xml:space="preserve">[48:50] </w:t>
      </w:r>
      <w:r>
        <w:t>and she wants to know from you that how</w:t>
      </w:r>
    </w:p>
    <w:p>
      <w:pPr>
        <w:jc w:val="right"/>
      </w:pPr>
      <w:r>
        <w:t>اینڈ شی وانٹس ٹو نو فرام یو دیٹ ہاؤ</w:t>
      </w:r>
    </w:p>
    <w:p>
      <w:r>
        <w:rPr>
          <w:b/>
        </w:rPr>
        <w:t xml:space="preserve">[48:55] </w:t>
      </w:r>
      <w:r>
        <w:t>has been your experience in terms of interaction with Americans by talif qalb.</w:t>
      </w:r>
    </w:p>
    <w:p>
      <w:pPr>
        <w:jc w:val="right"/>
      </w:pPr>
      <w:r>
        <w:t>ہیز بین یور ایکسپیرینس ان ٹرمز اف انٹریکشن ود امریکنز بائے طالیف قلب۔</w:t>
      </w:r>
    </w:p>
    <w:p>
      <w:r>
        <w:rPr>
          <w:b/>
        </w:rPr>
        <w:t xml:space="preserve">[49:01] </w:t>
      </w:r>
      <w:r>
        <w:t>So anything that you can share with us, how Americans receive your message, any particular experience that</w:t>
      </w:r>
    </w:p>
    <w:p>
      <w:pPr>
        <w:jc w:val="right"/>
      </w:pPr>
      <w:r>
        <w:t>سو اینی تھنگ دیٹ یو کین شیئر ود اس، ہاؤ امریکنز ریسیو یور میسج، اینی پرٹیکولر ایکسپیرینس دیٹ</w:t>
      </w:r>
    </w:p>
    <w:p>
      <w:r>
        <w:rPr>
          <w:b/>
        </w:rPr>
        <w:t xml:space="preserve">[49:07] </w:t>
      </w:r>
      <w:r>
        <w:t>you want to share with all of us, which goes inside in terms of the methodology that you adopt.</w:t>
      </w:r>
    </w:p>
    <w:p>
      <w:pPr>
        <w:jc w:val="right"/>
      </w:pPr>
      <w:r>
        <w:t>یو وانٹ ٹو شیئر ود ال اف اس، وچ گوز انسائیڈ ان ٹرمز اف دی میتھڈالوجی دیٹ یو اڈاپٹ۔</w:t>
      </w:r>
    </w:p>
    <w:p>
      <w:r>
        <w:rPr>
          <w:b/>
        </w:rPr>
        <w:t xml:space="preserve">[49:13] </w:t>
      </w:r>
      <w:r>
        <w:t>aur jab aap Quran dete hain, kya koi bura tajurba hai jo aapko ab tak hua hai? To yeh</w:t>
      </w:r>
    </w:p>
    <w:p>
      <w:pPr>
        <w:jc w:val="right"/>
      </w:pPr>
      <w:r>
        <w:t>اور وین یو گیو آؤٹ قرآن، از دیر ا بیڈ ایکسپیرینس دیٹ یو ہیڈ سو فار؟ تو یہ</w:t>
      </w:r>
    </w:p>
    <w:p>
      <w:r>
        <w:rPr>
          <w:b/>
        </w:rPr>
        <w:t xml:space="preserve">[49:19] </w:t>
      </w:r>
      <w:r>
        <w:t>batane se pehle mein sab se pehle sh</w:t>
      </w:r>
    </w:p>
    <w:p>
      <w:pPr>
        <w:jc w:val="right"/>
      </w:pPr>
      <w:r>
        <w:t>بتانے سے پہلے میں سب سے پہلے ش</w:t>
      </w:r>
    </w:p>
    <w:p>
      <w:r>
        <w:rPr>
          <w:b/>
        </w:rPr>
        <w:t xml:space="preserve">[49:25] </w:t>
      </w:r>
      <w:r>
        <w:t>Bana Ansari ke talluq se kuch kahunga.</w:t>
      </w:r>
    </w:p>
    <w:p>
      <w:pPr>
        <w:jc w:val="right"/>
      </w:pPr>
      <w:r>
        <w:t>بانہ انصاری کے تعلق سے کچھ کہوں گا۔</w:t>
      </w:r>
    </w:p>
    <w:p>
      <w:r>
        <w:rPr>
          <w:b/>
        </w:rPr>
        <w:t xml:space="preserve">[49:31] </w:t>
      </w:r>
      <w:r>
        <w:t>yeh unke talluq se mujhe bohat respect hai.</w:t>
      </w:r>
    </w:p>
    <w:p>
      <w:pPr>
        <w:jc w:val="right"/>
      </w:pPr>
      <w:r>
        <w:t>یہ ان ان کے تعلق سے مجھے بہت ریسپیکٹ ہے۔</w:t>
      </w:r>
    </w:p>
    <w:p>
      <w:r>
        <w:rPr>
          <w:b/>
        </w:rPr>
        <w:t xml:space="preserve">[49:37] </w:t>
      </w:r>
      <w:r>
        <w:t>unhone jab yeh to pehle se Al-Risala padhti hain, to tab jab unhone Al-Risala mein mera</w:t>
      </w:r>
    </w:p>
    <w:p>
      <w:pPr>
        <w:jc w:val="right"/>
      </w:pPr>
      <w:r>
        <w:t>انہوں نے جب یہ تو پہلے سے الرسالہ پڑھتی ہیں، تو تب جب انہوں نے الرسالہ میں میرا</w:t>
      </w:r>
    </w:p>
    <w:p>
      <w:r>
        <w:rPr>
          <w:b/>
        </w:rPr>
        <w:t xml:space="preserve">[49:43] </w:t>
      </w:r>
      <w:r>
        <w:t>naam padha, Maulana USA aaye the aur unhone padha to unki behen USA</w:t>
      </w:r>
    </w:p>
    <w:p>
      <w:pPr>
        <w:jc w:val="right"/>
      </w:pPr>
      <w:r>
        <w:t>نام پڑھا، مولانا یو ایس اے آئے تھے اور انہوں نے پڑھا تو ان کی بہن یو ایس</w:t>
      </w:r>
    </w:p>
    <w:p>
      <w:r>
        <w:rPr>
          <w:b/>
        </w:rPr>
        <w:t xml:space="preserve">[49:49] </w:t>
      </w:r>
      <w:r>
        <w:t>mein hoti</w:t>
      </w:r>
    </w:p>
    <w:p>
      <w:pPr>
        <w:jc w:val="right"/>
      </w:pPr>
      <w:r>
        <w:t>اے میں ہوتی</w:t>
      </w:r>
    </w:p>
    <w:p>
      <w:r>
        <w:rPr>
          <w:b/>
        </w:rPr>
        <w:t xml:space="preserve">[49:55] </w:t>
      </w:r>
      <w:r>
        <w:t>hain.</w:t>
      </w:r>
    </w:p>
    <w:p>
      <w:pPr>
        <w:jc w:val="right"/>
      </w:pPr>
      <w:r>
        <w:t>ہیں۔</w:t>
      </w:r>
    </w:p>
    <w:p>
      <w:r>
        <w:rPr>
          <w:b/>
        </w:rPr>
        <w:t xml:space="preserve">[50:00] </w:t>
      </w:r>
      <w:r>
        <w:t>unhone unko instruct kiya ke jo hai yeh claim sahib ko track karein, aap kahan hain</w:t>
      </w:r>
    </w:p>
    <w:p>
      <w:pPr>
        <w:jc w:val="right"/>
      </w:pPr>
      <w:r>
        <w:t>انہوں نے ان کو انسٹرکٹ کیا کہ جو ہے یہ کلیم صاحب کو ٹریک کریں، آپ کہاں ہیں</w:t>
      </w:r>
    </w:p>
    <w:p>
      <w:r>
        <w:rPr>
          <w:b/>
        </w:rPr>
        <w:t xml:space="preserve">[50:05] </w:t>
      </w:r>
      <w:r>
        <w:t>yeh ke unko track karein aur unse talluq paida karein.</w:t>
      </w:r>
    </w:p>
    <w:p>
      <w:pPr>
        <w:jc w:val="right"/>
      </w:pPr>
      <w:r>
        <w:t>یہ کہ ان کو ٹریک کریں اور ان سے تعلق پیدا کریں۔</w:t>
      </w:r>
    </w:p>
    <w:p>
      <w:r>
        <w:rPr>
          <w:b/>
        </w:rPr>
        <w:t xml:space="preserve">[50:10] </w:t>
      </w:r>
      <w:r>
        <w:t>aur phir jo hai Al-Risala woh unko Pakistan mein milta nahi tha.</w:t>
      </w:r>
    </w:p>
    <w:p>
      <w:pPr>
        <w:jc w:val="right"/>
      </w:pPr>
      <w:r>
        <w:t>اور پھر جو ہے رسالہ وہ ان کو پاکستان میں ملتا نہیں تھا۔</w:t>
      </w:r>
    </w:p>
    <w:p>
      <w:r>
        <w:rPr>
          <w:b/>
        </w:rPr>
        <w:t xml:space="preserve">[50:15] </w:t>
      </w:r>
      <w:r>
        <w:t>to subscribe karne ke liye kahein.</w:t>
      </w:r>
    </w:p>
    <w:p>
      <w:pPr>
        <w:jc w:val="right"/>
      </w:pPr>
      <w:r>
        <w:t>تو سبسکرائب کرنے کے لیے کہیں۔</w:t>
      </w:r>
    </w:p>
    <w:p>
      <w:r>
        <w:rPr>
          <w:b/>
        </w:rPr>
        <w:t xml:space="preserve">[50:20] </w:t>
      </w:r>
      <w:r>
        <w:t>to subscription bhi hua aur unke passion ko aur dekhiye ke</w:t>
      </w:r>
    </w:p>
    <w:p>
      <w:pPr>
        <w:jc w:val="right"/>
      </w:pPr>
      <w:r>
        <w:t>تو سبسکرپشن بھی ہوا اور ان کے پیشن کو اور دیکھیے کہ</w:t>
      </w:r>
    </w:p>
    <w:p>
      <w:r>
        <w:rPr>
          <w:b/>
        </w:rPr>
        <w:t xml:space="preserve">[50:26] </w:t>
      </w:r>
      <w:r>
        <w:t>unhone iske baad har saal jo hai woh 200 dollar donation bhejti rahein.</w:t>
      </w:r>
    </w:p>
    <w:p>
      <w:pPr>
        <w:jc w:val="right"/>
      </w:pPr>
      <w:r>
        <w:t>انہوں نے اس کے بعد ہر سال جو ہے وہ 200 ڈالر ڈونیشن بھیجتی رہیں۔</w:t>
      </w:r>
    </w:p>
    <w:p>
      <w:r>
        <w:rPr>
          <w:b/>
        </w:rPr>
        <w:t xml:space="preserve">[50:32] </w:t>
      </w:r>
      <w:r>
        <w:t>Pakistan mein rehte hue bhi unhone yeh kaam kiya.</w:t>
      </w:r>
    </w:p>
    <w:p>
      <w:pPr>
        <w:jc w:val="right"/>
      </w:pPr>
      <w:r>
        <w:t>پاکستان میں رہتے ہوئے بھی انہوں نے یہ کام کیا۔</w:t>
      </w:r>
    </w:p>
    <w:p>
      <w:r>
        <w:rPr>
          <w:b/>
        </w:rPr>
        <w:t xml:space="preserve">[50:38] </w:t>
      </w:r>
      <w:r>
        <w:t>unhone to Allah taala unko jaza-e-khair de aur unko saari khushiyan aur kamyabiyan her</w:t>
      </w:r>
    </w:p>
    <w:p>
      <w:pPr>
        <w:jc w:val="right"/>
      </w:pPr>
      <w:r>
        <w:t>انہوں نے تو اللہ تعالی ان کو جزائے خیر دے اور ان کو ساری خوشیاں اور کامیابیاں ہیر</w:t>
      </w:r>
    </w:p>
    <w:p>
      <w:r>
        <w:rPr>
          <w:b/>
        </w:rPr>
        <w:t xml:space="preserve">[50:44] </w:t>
      </w:r>
      <w:r>
        <w:t>aur hereafter de.</w:t>
      </w:r>
    </w:p>
    <w:p>
      <w:pPr>
        <w:jc w:val="right"/>
      </w:pPr>
      <w:r>
        <w:t>اور ہیر افٹر دے۔</w:t>
      </w:r>
    </w:p>
    <w:p>
      <w:r>
        <w:rPr>
          <w:b/>
        </w:rPr>
        <w:t xml:space="preserve">[50:51] </w:t>
      </w:r>
      <w:r>
        <w:t>aur unka jo jahan tak sawal hai, yeh to western culture ka</w:t>
      </w:r>
    </w:p>
    <w:p>
      <w:pPr>
        <w:jc w:val="right"/>
      </w:pPr>
      <w:r>
        <w:t>اور ان کا جو جہاں تک سوال ہے، یہ تو ویسٹرن کلچر کا</w:t>
      </w:r>
    </w:p>
    <w:p>
      <w:r>
        <w:rPr>
          <w:b/>
        </w:rPr>
        <w:t xml:space="preserve">[50:57] </w:t>
      </w:r>
      <w:r>
        <w:t>ikhlaq hai ke woh kisi cheez ko jo hai inkar nahi karte.</w:t>
      </w:r>
    </w:p>
    <w:p>
      <w:pPr>
        <w:jc w:val="right"/>
      </w:pPr>
      <w:r>
        <w:t>اخلاق ہے کہ وہ کسی چیز کو جو ہے انکار نہیں کرتے۔</w:t>
      </w:r>
    </w:p>
    <w:p>
      <w:r>
        <w:rPr>
          <w:b/>
        </w:rPr>
        <w:t xml:space="preserve">[51:03] </w:t>
      </w:r>
      <w:r>
        <w:t>un mein tajassus hai ke woh har cheez ko padhein.</w:t>
      </w:r>
    </w:p>
    <w:p>
      <w:pPr>
        <w:jc w:val="right"/>
      </w:pPr>
      <w:r>
        <w:t>ان میں تجسس ہے کہ وہ ہر چیز کو پڑھیں۔</w:t>
      </w:r>
    </w:p>
    <w:p>
      <w:r>
        <w:rPr>
          <w:b/>
        </w:rPr>
        <w:t xml:space="preserve">[51:09] </w:t>
      </w:r>
      <w:r>
        <w:t>aur agar na bhi padhein to woh aapke samne kabhi bhi woh yaani buri baat nahi kehte.</w:t>
      </w:r>
    </w:p>
    <w:p>
      <w:pPr>
        <w:jc w:val="right"/>
      </w:pPr>
      <w:r>
        <w:t>اور اگر نہ بھی پڑھیں تو وہ آپ کے سامنے کبھی بھی وہ یعنی بری بات نہیں کہتے۔</w:t>
      </w:r>
    </w:p>
    <w:p>
      <w:r>
        <w:rPr>
          <w:b/>
        </w:rPr>
        <w:t xml:space="preserve">[51:15] </w:t>
      </w:r>
      <w:r>
        <w:t>aam aadmi, aap woh lenge, aapko achhe kalimat bolenge, muskurayenge.</w:t>
      </w:r>
    </w:p>
    <w:p>
      <w:pPr>
        <w:jc w:val="right"/>
      </w:pPr>
      <w:r>
        <w:t>عام آدمی، آپ وہ لیں گے، آپ کو اچھے کلمات بولیں گے، مسکرائیں گے۔</w:t>
      </w:r>
    </w:p>
    <w:p>
      <w:r>
        <w:rPr>
          <w:b/>
        </w:rPr>
        <w:t xml:space="preserve">[51:21] </w:t>
      </w:r>
      <w:r>
        <w:t>aur baaz log khud, yani Allah taala</w:t>
      </w:r>
    </w:p>
    <w:p>
      <w:pPr>
        <w:jc w:val="right"/>
      </w:pPr>
      <w:r>
        <w:t>اور بعض لوگ خود، یعنی اللہ تعالی</w:t>
      </w:r>
    </w:p>
    <w:p>
      <w:r>
        <w:rPr>
          <w:b/>
        </w:rPr>
        <w:t xml:space="preserve">[51:27] </w:t>
      </w:r>
      <w:r>
        <w:t>un ko tofeeq de ke woh padhein. lekin woh bari khush ikhlaqi se lete hain. aur kuch yeh wahan ka culture hai. culture hai yeh. yaani yahi baat nahi, koi bhi baat ko woh yaani aap ko aap ke yaani discourage nahi karte kisi cheez ko, unless ke woh violence ho. woh har peaceful cheez ki jo hai woh promote</w:t>
      </w:r>
    </w:p>
    <w:p>
      <w:pPr>
        <w:jc w:val="right"/>
      </w:pPr>
      <w:r>
        <w:t>ان کو توفیق دے کہ وہ پڑھیں۔ لیکن وہ بڑی خوش اخلاقی سے لیتے ہیں۔ اور کچھ یہ وہاں کا کلچر ہے۔ کلچر ہے یہ۔ یعنی یہی بات نہیں، کوئی بھی بات کو وہ یعنی آپ کو آپ کے یعنی ڈسکرج نہیں کرتے کسی چیز کو، انلیس کہ وہ وائلنس ہو۔ وہ ہر پیس فل چیز کی جو ہے وہ پروموٹ</w:t>
      </w:r>
    </w:p>
    <w:p>
      <w:r>
        <w:rPr>
          <w:b/>
        </w:rPr>
        <w:t xml:space="preserve">[51:57] </w:t>
      </w:r>
      <w:r>
        <w:t>karte hain. Mashallah. Ji.</w:t>
      </w:r>
    </w:p>
    <w:p>
      <w:pPr>
        <w:jc w:val="right"/>
      </w:pPr>
      <w:r>
        <w:t>کرتے ہیں۔ ماشاءاللہ۔ جی۔</w:t>
      </w:r>
    </w:p>
    <w:p>
      <w:r>
        <w:rPr>
          <w:b/>
        </w:rPr>
        <w:t xml:space="preserve">[52:02] </w:t>
      </w:r>
      <w:r>
        <w:t>chand afraad hote hain jo react karte hain jin ko bura tajurba hua hai.</w:t>
      </w:r>
    </w:p>
    <w:p>
      <w:pPr>
        <w:jc w:val="right"/>
      </w:pPr>
      <w:r>
        <w:t>چند افراد ہوتے ہیں جو ری ایکٹ کرتے ہیں جن کو برا تجربہ ہوا ہے۔</w:t>
      </w:r>
    </w:p>
    <w:p>
      <w:r>
        <w:rPr>
          <w:b/>
        </w:rPr>
        <w:t xml:space="preserve">[52:07] </w:t>
      </w:r>
      <w:r>
        <w:t>aur ek to media ki wajah se aur baaz jo hain christian organizations aise hain jo woh form</w:t>
      </w:r>
    </w:p>
    <w:p>
      <w:pPr>
        <w:jc w:val="right"/>
      </w:pPr>
      <w:r>
        <w:t>اور ایک تو میڈیا کی وجہ سے اور بعض جو ہیں کرسچن ارگنائزیشنز ایسے ہیں جو وہ فارم</w:t>
      </w:r>
    </w:p>
    <w:p>
      <w:r>
        <w:rPr>
          <w:b/>
        </w:rPr>
        <w:t xml:space="preserve">[52:12] </w:t>
      </w:r>
      <w:r>
        <w:t>hue hain mukhalifat ke liye.</w:t>
      </w:r>
    </w:p>
    <w:p>
      <w:pPr>
        <w:jc w:val="right"/>
      </w:pPr>
      <w:r>
        <w:t>ہوئے ہیں مخالفت کے لیے۔</w:t>
      </w:r>
    </w:p>
    <w:p>
      <w:r>
        <w:rPr>
          <w:b/>
        </w:rPr>
        <w:t xml:space="preserve">[52:18] </w:t>
      </w:r>
      <w:r>
        <w:t>to woh log jo hain, ek dafa California se kisi ne email bheja tha.</w:t>
      </w:r>
    </w:p>
    <w:p>
      <w:pPr>
        <w:jc w:val="right"/>
      </w:pPr>
      <w:r>
        <w:t>تو وہ لوگ جو ہیں، ایک دفعہ کیلیفورنیا سے کسی نے ای میل بھیجا تھا۔</w:t>
      </w:r>
    </w:p>
    <w:p>
      <w:r>
        <w:rPr>
          <w:b/>
        </w:rPr>
        <w:t xml:space="preserve">[52:23] </w:t>
      </w:r>
      <w:r>
        <w:t>main jab us ko Quran</w:t>
      </w:r>
    </w:p>
    <w:p>
      <w:pPr>
        <w:jc w:val="right"/>
      </w:pPr>
      <w:r>
        <w:t>میں جب اس کو قرآن</w:t>
      </w:r>
    </w:p>
    <w:p>
      <w:r>
        <w:rPr>
          <w:b/>
        </w:rPr>
        <w:t xml:space="preserve">[52:28] </w:t>
      </w:r>
      <w:r>
        <w:t>kahan se mila nahi maloom, hamara hi tha. to us ko padh ke kaha ke bhai itne violent quran ko jo hai aap ne aise peaceful kaise bana diya? woh keh raha tha ke violent quran ko peaceful kaise bana diya? us ne ek example, woh jo saudi se quran chhapi thi, woh mujhe padh ke sunaya. already aap log hamein jo hai maghzoob aur daal samajhte hain. to hum is qura</w:t>
      </w:r>
    </w:p>
    <w:p>
      <w:pPr>
        <w:jc w:val="right"/>
      </w:pPr>
      <w:r>
        <w:t>کہاں سے ملا نہیں معلوم، ہمارا ہی تھا۔ تو اس کو پڑھ کے کہا کہ بھئی اتنے وائلنٹ قرآن کو جو ہے آپ نے ایسے پیس فل کیسے بنا دیا؟ وہ کہہ رہا تھا کہ وائلنٹ قرآن کو پیس فل کیسے بنا دیا؟ اس نے ایک ایگزیمپل، وہ جو سعودی سے قرآن چھپی تھی، وہ مجھے پڑھ کے سنایا۔ الریڈی آپ لوگ ہمیں جو ہے مغضوب اور دال سمجھتے ہیں۔ تو ہم اس قرآ</w:t>
      </w:r>
    </w:p>
    <w:p>
      <w:r>
        <w:rPr>
          <w:b/>
        </w:rPr>
        <w:t xml:space="preserve">[52:58] </w:t>
      </w:r>
      <w:r>
        <w:t>n ko parhein kyun? Aur aap ne is Quran mein se is ko nikaal kyun diya? To is</w:t>
      </w:r>
    </w:p>
    <w:p>
      <w:pPr>
        <w:jc w:val="right"/>
      </w:pPr>
      <w:r>
        <w:t>ن کو پڑھیں کیوں؟ اور آپ نے اس قرآن میں سے اس کو نکال کیوں دیا؟ تو اس</w:t>
      </w:r>
    </w:p>
    <w:p>
      <w:r>
        <w:rPr>
          <w:b/>
        </w:rPr>
        <w:t xml:space="preserve">[53:03] </w:t>
      </w:r>
      <w:r>
        <w:t>tarah ke sawal us ne email bheja.</w:t>
      </w:r>
    </w:p>
    <w:p>
      <w:pPr>
        <w:jc w:val="right"/>
      </w:pPr>
      <w:r>
        <w:t>طرح کے سوال اس نے ای میل بھیجا۔</w:t>
      </w:r>
    </w:p>
    <w:p>
      <w:r>
        <w:rPr>
          <w:b/>
        </w:rPr>
        <w:t xml:space="preserve">[53:08] </w:t>
      </w:r>
      <w:r>
        <w:t>aur jab hum Utah mein Parliament of World Religions jab hum woh kar rahe the to ek aadmi</w:t>
      </w:r>
    </w:p>
    <w:p>
      <w:pPr>
        <w:jc w:val="right"/>
      </w:pPr>
      <w:r>
        <w:t>اور جب ہم یوٹا میں پارلیمنٹ آف ورلڈ ریلیجنز جب ہم وہ کر رہے تھے تو ایک آدمی</w:t>
      </w:r>
    </w:p>
    <w:p>
      <w:r>
        <w:rPr>
          <w:b/>
        </w:rPr>
        <w:t xml:space="preserve">[53:13] </w:t>
      </w:r>
      <w:r>
        <w:t>musalsal jo hai woh mujh se behas karne laga ek din.</w:t>
      </w:r>
    </w:p>
    <w:p>
      <w:pPr>
        <w:jc w:val="right"/>
      </w:pPr>
      <w:r>
        <w:t>مسلسل جو ہے وہ مجھ سے بحث کرنے لگا ایک دن۔</w:t>
      </w:r>
    </w:p>
    <w:p>
      <w:r>
        <w:rPr>
          <w:b/>
        </w:rPr>
        <w:t xml:space="preserve">[53:18] </w:t>
      </w:r>
      <w:r>
        <w:t>phir main ne us ko request kar ke us ko Quran le jaane ke liye kaha.</w:t>
      </w:r>
    </w:p>
    <w:p>
      <w:pPr>
        <w:jc w:val="right"/>
      </w:pPr>
      <w:r>
        <w:t>پھر میں نے اس کو ریکویسٹ کر کے اس کو قرآن لے جانے کے لیے کہا۔</w:t>
      </w:r>
    </w:p>
    <w:p>
      <w:r>
        <w:rPr>
          <w:b/>
        </w:rPr>
        <w:t xml:space="preserve">[53:23] </w:t>
      </w:r>
      <w:r>
        <w:t>to woh le gaya. Woh</w:t>
      </w:r>
    </w:p>
    <w:p>
      <w:pPr>
        <w:jc w:val="right"/>
      </w:pPr>
      <w:r>
        <w:t>تو وہ لے گیا۔ وہ</w:t>
      </w:r>
    </w:p>
    <w:p>
      <w:r>
        <w:rPr>
          <w:b/>
        </w:rPr>
        <w:t xml:space="preserve">[53:28] </w:t>
      </w:r>
      <w:r>
        <w:t>doosre din aa ke kehta hai, "this is something different." us ne kaha, "kya kaha tha? something different." i never thought it is directly talking to me. woh quran quran is directly talking to me. aur yeh sahi baat hai ke maine bhi us ko, us ko yeh yeh jo chhapi hai. ji. hain ji. to quran padh kar aisa kaha us ne. aur yeh sahi bhi baat hai. woh khud bhi jo hai jab bible</w:t>
      </w:r>
    </w:p>
    <w:p>
      <w:pPr>
        <w:jc w:val="right"/>
      </w:pPr>
      <w:r>
        <w:t>دوسرے دن آ کے کہتا ہے، "دس از سمتھنگ ڈفرنٹ۔" اس نے کہا، "کیا کہا تھا؟ سمتھنگ ڈفرنٹ۔" آئی نیور تھاٹ اٹ از ڈائریکٹلی ٹاکنگ ٹو می۔ وہ قرآن قرآن از ڈائریکٹلی ٹاکنگ ٹو می۔ اور یہ صحیح بات ہے کہ میں نے بھی اس کو، اس کو یہ یہ جو چھاپی ہے۔ جی۔ ہیں جی۔ تو قرآن پڑھ کر ایسا کہا اس نے۔ اور یہ صحیح بھی بات ہے۔ وہ خود بھی جو ہے جب بائبل</w:t>
      </w:r>
    </w:p>
    <w:p>
      <w:r>
        <w:rPr>
          <w:b/>
        </w:rPr>
        <w:t xml:space="preserve">[53:58] </w:t>
      </w:r>
      <w:r>
        <w:t>parhte hain, Bible mein ek street lesson derive karna mushkil hota hai.</w:t>
      </w:r>
    </w:p>
    <w:p>
      <w:pPr>
        <w:jc w:val="right"/>
      </w:pPr>
      <w:r>
        <w:t>پڑھتے ہیں، بائبل میں ایک سٹریٹ لیسن ڈیرائیو کرنا مشکل ہوتا ہے۔</w:t>
      </w:r>
    </w:p>
    <w:p>
      <w:r>
        <w:rPr>
          <w:b/>
        </w:rPr>
        <w:t xml:space="preserve">[54:02] </w:t>
      </w:r>
      <w:r>
        <w:t>is mein kahaniyan hi kahaniyan hain, sab kahaniyan hi kahaniyan.</w:t>
      </w:r>
    </w:p>
    <w:p>
      <w:pPr>
        <w:jc w:val="right"/>
      </w:pPr>
      <w:r>
        <w:t>اس میں کہانیاں ہی کہانیاں ہیں، سب کہانیاں ہی کہانیاں۔</w:t>
      </w:r>
    </w:p>
    <w:p>
      <w:r>
        <w:rPr>
          <w:b/>
        </w:rPr>
        <w:t xml:space="preserve">[54:07] </w:t>
      </w:r>
      <w:r>
        <w:t>kahani ke andaaz mein A to Z main ne bhi parha hai.</w:t>
      </w:r>
    </w:p>
    <w:p>
      <w:pPr>
        <w:jc w:val="right"/>
      </w:pPr>
      <w:r>
        <w:t>کہانی کے انداز میں اے ٹو زی میں نے بھی پڑھا ہے۔</w:t>
      </w:r>
    </w:p>
    <w:p>
      <w:r>
        <w:rPr>
          <w:b/>
        </w:rPr>
        <w:t xml:space="preserve">[54:11] </w:t>
      </w:r>
      <w:r>
        <w:t>to woh baat nahi aati jo Quran mein hai.</w:t>
      </w:r>
    </w:p>
    <w:p>
      <w:pPr>
        <w:jc w:val="right"/>
      </w:pPr>
      <w:r>
        <w:t>تو وہ بات نہیں آتی جو قرآن میں ہے۔</w:t>
      </w:r>
    </w:p>
    <w:p>
      <w:r>
        <w:rPr>
          <w:b/>
        </w:rPr>
        <w:t xml:space="preserve">[54:15] </w:t>
      </w:r>
      <w:r>
        <w:t>to us ne woh aa kar ke etraaf bhi kiya. Okay.</w:t>
      </w:r>
    </w:p>
    <w:p>
      <w:pPr>
        <w:jc w:val="right"/>
      </w:pPr>
      <w:r>
        <w:t>تو اس نے وہ آ کر کے اعتراف بھی کیا۔ اوکے۔</w:t>
      </w:r>
    </w:p>
    <w:p>
      <w:r>
        <w:rPr>
          <w:b/>
        </w:rPr>
        <w:t xml:space="preserve">[54:20] </w:t>
      </w:r>
      <w:r>
        <w:t>Thank you Kaleem Sahab for sharing your experience.</w:t>
      </w:r>
    </w:p>
    <w:p>
      <w:pPr>
        <w:jc w:val="right"/>
      </w:pPr>
      <w:r>
        <w:t>تھینک یو کلیم صاحب فار شیئرنگ یور ایکسپیرینس۔</w:t>
      </w:r>
    </w:p>
    <w:p>
      <w:r>
        <w:rPr>
          <w:b/>
        </w:rPr>
        <w:t xml:space="preserve">[54:24] </w:t>
      </w:r>
      <w:r>
        <w:t>in fact, there are</w:t>
      </w:r>
    </w:p>
    <w:p>
      <w:pPr>
        <w:jc w:val="right"/>
      </w:pPr>
      <w:r>
        <w:t>ان فیکٹ، دیر آر</w:t>
      </w:r>
    </w:p>
    <w:p>
      <w:r>
        <w:rPr>
          <w:b/>
        </w:rPr>
        <w:t xml:space="preserve">[54:28] </w:t>
      </w:r>
      <w:r>
        <w:t>Many comments that are coming thanking you for sharing your experience.</w:t>
      </w:r>
    </w:p>
    <w:p>
      <w:pPr>
        <w:jc w:val="right"/>
      </w:pPr>
      <w:r>
        <w:t>مینی کمنٹس دیٹ آر کمنگ تھینکنگ یو فار شیئرنگ یور ایکسپیرینس۔</w:t>
      </w:r>
    </w:p>
    <w:p>
      <w:r>
        <w:rPr>
          <w:b/>
        </w:rPr>
        <w:t xml:space="preserve">[54:34] </w:t>
      </w:r>
      <w:r>
        <w:t>طارق بدر صاحب نے لکھا ہے کہ کلیم صاحب rightly said that we should read Maulana's literature and Al-Risala continuously.</w:t>
      </w:r>
    </w:p>
    <w:p>
      <w:pPr>
        <w:jc w:val="right"/>
      </w:pPr>
      <w:r>
        <w:t>طارق بدر صاحب نے لکھا ہے کہ کلیم صاحب رائٹلی سیڈ دیٹ وی شوڈ ریڈ مولانا لٹریچر اینڈ الرسالہ کنٹینیوسلی۔</w:t>
      </w:r>
    </w:p>
    <w:p>
      <w:r>
        <w:rPr>
          <w:b/>
        </w:rPr>
        <w:t xml:space="preserve">[54:41] </w:t>
      </w:r>
      <w:r>
        <w:t>it goes energy and will keep you motivated for Quran distribution. Jazak Allah.</w:t>
      </w:r>
    </w:p>
    <w:p>
      <w:pPr>
        <w:jc w:val="right"/>
      </w:pPr>
      <w:r>
        <w:t>اٹ گوز انرجی اینڈ ول کیپ یو موٹیویٹڈ فار قرآن ڈسٹریبیوشن۔ جزاک اللہ۔</w:t>
      </w:r>
    </w:p>
    <w:p>
      <w:r>
        <w:rPr>
          <w:b/>
        </w:rPr>
        <w:t xml:space="preserve">[54:47] </w:t>
      </w:r>
      <w:r>
        <w:t>عبدالرؤف خطیب صاحب نے بھی لکھا ہے کہ خواجہ صاحب، very nice to listen to you.</w:t>
      </w:r>
    </w:p>
    <w:p>
      <w:pPr>
        <w:jc w:val="right"/>
      </w:pPr>
      <w:r>
        <w:t>عبدالرؤف خطیب صاحب نے بھی لکھا ہے کہ خواجہ صاحب، ویری نائس ٹو لسن ٹو یو۔</w:t>
      </w:r>
    </w:p>
    <w:p>
      <w:r>
        <w:rPr>
          <w:b/>
        </w:rPr>
        <w:t xml:space="preserve">[54:53] </w:t>
      </w:r>
      <w:r>
        <w:t>Thanks for sharing with us your dawah activities in US a.</w:t>
      </w:r>
    </w:p>
    <w:p>
      <w:pPr>
        <w:jc w:val="right"/>
      </w:pPr>
      <w:r>
        <w:t>تھینکس فار شیئرنگ ود اس یور دعویٰ ایکٹیویٹیز ان یو ایس اے۔</w:t>
      </w:r>
    </w:p>
    <w:p>
      <w:r>
        <w:rPr>
          <w:b/>
        </w:rPr>
        <w:t xml:space="preserve">[54:59] </w:t>
      </w:r>
      <w:r>
        <w:t>So I will now start with the comments and question answer session.</w:t>
      </w:r>
    </w:p>
    <w:p>
      <w:pPr>
        <w:jc w:val="right"/>
      </w:pPr>
      <w:r>
        <w:t>سو آئی ویل ناؤ سٹارٹ ود دی کمنٹس اینڈ کوئسچن انسر سیشن۔</w:t>
      </w:r>
    </w:p>
    <w:p>
      <w:r>
        <w:rPr>
          <w:b/>
        </w:rPr>
        <w:t xml:space="preserve">[55:05] </w:t>
      </w:r>
      <w:r>
        <w:t>Maulana sab se pehle comments lete hain.</w:t>
      </w:r>
    </w:p>
    <w:p>
      <w:pPr>
        <w:jc w:val="right"/>
      </w:pPr>
      <w:r>
        <w:t>مولانا سب سے پہلے کمنٹس لیتے ہیں۔</w:t>
      </w:r>
    </w:p>
    <w:p>
      <w:r>
        <w:rPr>
          <w:b/>
        </w:rPr>
        <w:t xml:space="preserve">[55:11] </w:t>
      </w:r>
      <w:r>
        <w:t>Iqbal Maulana Iqbal Umri ne Chennai se likha hai, "Maulana Quran kainat par ghor karne ki dawat deta</w:t>
      </w:r>
    </w:p>
    <w:p>
      <w:pPr>
        <w:jc w:val="right"/>
      </w:pPr>
      <w:r>
        <w:t>اقبال مولانا اقبال عمری نے چنئی سے لکھا ہے، "مولانا قرآن کائنات پر غور کرنے کی دعوت دیتا</w:t>
      </w:r>
    </w:p>
    <w:p>
      <w:r>
        <w:rPr>
          <w:b/>
        </w:rPr>
        <w:t xml:space="preserve">[55:17] </w:t>
      </w:r>
      <w:r>
        <w:t>hai magar hum alfaaz aur balaghat ke nuqton mein phanse rahe." Miss Shabana Ansari ne Pakistan se likha</w:t>
      </w:r>
    </w:p>
    <w:p>
      <w:pPr>
        <w:jc w:val="right"/>
      </w:pPr>
      <w:r>
        <w:t>ہے مگر ہم الفاظ اور بلاغت کے نقطوں میں پھنسے رہے۔" مس شبانہ انصاری نے پاکستان سے لکھا</w:t>
      </w:r>
    </w:p>
    <w:p>
      <w:r>
        <w:rPr>
          <w:b/>
        </w:rPr>
        <w:t xml:space="preserve">[55:23] </w:t>
      </w:r>
      <w:r>
        <w:t>ہے، "مولانا صاحب، you said that it is scienti</w:t>
      </w:r>
    </w:p>
    <w:p>
      <w:pPr>
        <w:jc w:val="right"/>
      </w:pPr>
      <w:r>
        <w:t>ہے، "مولانا صاحب، یو سیڈ دیٹ اٹ از سائنٹی</w:t>
      </w:r>
    </w:p>
    <w:p>
      <w:r>
        <w:rPr>
          <w:b/>
        </w:rPr>
        <w:t xml:space="preserve">[55:29] </w:t>
      </w:r>
      <w:r>
        <w:t>فك exploration which gives us the data for love of Allah.</w:t>
      </w:r>
    </w:p>
    <w:p>
      <w:pPr>
        <w:jc w:val="right"/>
      </w:pPr>
      <w:r>
        <w:t>فک ایکسپلوریشن وچ گوز اس دا ڈیٹا فار لو آف اللہ۔</w:t>
      </w:r>
    </w:p>
    <w:p>
      <w:r>
        <w:rPr>
          <w:b/>
        </w:rPr>
        <w:t xml:space="preserve">[55:35] </w:t>
      </w:r>
      <w:r>
        <w:t>Before modern knowledge it was not available.</w:t>
      </w:r>
    </w:p>
    <w:p>
      <w:pPr>
        <w:jc w:val="right"/>
      </w:pPr>
      <w:r>
        <w:t>بیفور ماڈرن نالج اٹ واز ناٹ اویلیبل۔</w:t>
      </w:r>
    </w:p>
    <w:p>
      <w:r>
        <w:rPr>
          <w:b/>
        </w:rPr>
        <w:t xml:space="preserve">[55:41] </w:t>
      </w:r>
      <w:r>
        <w:t>So we should be very thankful that it made us more close to Allah." Yeh kaha hai</w:t>
      </w:r>
    </w:p>
    <w:p>
      <w:pPr>
        <w:jc w:val="right"/>
      </w:pPr>
      <w:r>
        <w:t>سو وی شوڈ بی ویری تھینک فل دیٹ اٹ میڈ اس مور کلوز ٹو اللہ۔" یہ کہا ہے</w:t>
      </w:r>
    </w:p>
    <w:p>
      <w:r>
        <w:rPr>
          <w:b/>
        </w:rPr>
        <w:t xml:space="preserve">[55:47] </w:t>
      </w:r>
      <w:r>
        <w:t>kahan? miss shabana ansari ne.</w:t>
      </w:r>
    </w:p>
    <w:p>
      <w:pPr>
        <w:jc w:val="right"/>
      </w:pPr>
      <w:r>
        <w:t>کہاں؟ مس شبانہ انصاری نے۔</w:t>
      </w:r>
    </w:p>
    <w:p>
      <w:r>
        <w:rPr>
          <w:b/>
        </w:rPr>
        <w:t xml:space="preserve">[55:53] </w:t>
      </w:r>
      <w:r>
        <w:t>مسٹر اظہر رضوی نے لکھا ہے کراچی پاکستان سے، "Mind sciences are improving our understanding of human</w:t>
      </w:r>
    </w:p>
    <w:p>
      <w:pPr>
        <w:jc w:val="right"/>
      </w:pPr>
      <w:r>
        <w:t>مسٹر اظہر رضوی نے لکھا ہے کراچی پاکستان سے، "مائنڈ سائنسز آر امپروونگ اور انڈرسٹینڈنگ آف ہیومن</w:t>
      </w:r>
    </w:p>
    <w:p>
      <w:r>
        <w:rPr>
          <w:b/>
        </w:rPr>
        <w:t xml:space="preserve">[55:59] </w:t>
      </w:r>
      <w:r>
        <w:t>learning.</w:t>
      </w:r>
    </w:p>
    <w:p>
      <w:pPr>
        <w:jc w:val="right"/>
      </w:pPr>
      <w:r>
        <w:t>لرننگ۔</w:t>
      </w:r>
    </w:p>
    <w:p>
      <w:r>
        <w:rPr>
          <w:b/>
        </w:rPr>
        <w:t xml:space="preserve">[56:05] </w:t>
      </w:r>
      <w:r>
        <w:t>New avenues are being developed to impart knowledge.</w:t>
      </w:r>
    </w:p>
    <w:p>
      <w:pPr>
        <w:jc w:val="right"/>
      </w:pPr>
      <w:r>
        <w:t>نیو ایونیوز آر بینگ ڈیویلپ ٹو امپارٹ نالج۔</w:t>
      </w:r>
    </w:p>
    <w:p>
      <w:r>
        <w:rPr>
          <w:b/>
        </w:rPr>
        <w:t xml:space="preserve">[56:11] </w:t>
      </w:r>
      <w:r>
        <w:t>we must explore and incorporate in teachings of quran sciences and are solak responsibilities." doctor naghma siddiqui ne</w:t>
      </w:r>
    </w:p>
    <w:p>
      <w:pPr>
        <w:jc w:val="right"/>
      </w:pPr>
      <w:r>
        <w:t>وی مسٹ ایکسپلور اینڈ انکارپوریٹ ان ٹیچنگز آف قرآن سائنسز اینڈ آر سولک ریسپانسبیلٹیز۔" ڈاکٹر نغمہ صدیقی نے</w:t>
      </w:r>
    </w:p>
    <w:p>
      <w:r>
        <w:rPr>
          <w:b/>
        </w:rPr>
        <w:t xml:space="preserve">[56:17] </w:t>
      </w:r>
      <w:r>
        <w:t>دلی سے لکھا ہے، "Today I learned about the role the Western civilization has performed.</w:t>
      </w:r>
    </w:p>
    <w:p>
      <w:pPr>
        <w:jc w:val="right"/>
      </w:pPr>
      <w:r>
        <w:t>دلی سے لکھا ہے، "ٹوڈے آئی لرنڈ اباؤٹ دا رول دا ویسٹرن سیولائزیشن ہیز پرفارمڈ۔</w:t>
      </w:r>
    </w:p>
    <w:p>
      <w:r>
        <w:rPr>
          <w:b/>
        </w:rPr>
        <w:t xml:space="preserve">[56:23] </w:t>
      </w:r>
      <w:r>
        <w:t>we as muslims should realize that and become their well wishers and perform dawah.</w:t>
      </w:r>
    </w:p>
    <w:p>
      <w:pPr>
        <w:jc w:val="right"/>
      </w:pPr>
      <w:r>
        <w:t>وی ایز مسلمز شوڈ ریلائز دیٹ اینڈ بیکم دیر ویل وشرز اینڈ پرفارم دعویٰ۔</w:t>
      </w:r>
    </w:p>
    <w:p>
      <w:r>
        <w:rPr>
          <w:b/>
        </w:rPr>
        <w:t xml:space="preserve">[56:29] </w:t>
      </w:r>
      <w:r>
        <w:t>further we should use the scientific knowledge to understand the quran and share with other." maulana ab sawal lete hain. maulana iqbal umri ne chennai se aap se sawal kiya hai. unhon ne likha hai, "maulana musalmanon ko kya karna hai? ahl e maghrib ka maghrib ka etraaf karna hai aur sirf unhein copy karna hai? naya chapter khol</w:t>
      </w:r>
    </w:p>
    <w:p>
      <w:pPr>
        <w:jc w:val="right"/>
      </w:pPr>
      <w:r>
        <w:t>فردر وی شوڈ یوز دا سائنٹیفک نالج ٹو انڈرسٹینڈ دا قرآن اینڈ شیئر ود ادر۔" مولانا اب سوال لیتے ہیں۔ مولانا اقبال عمری نے چنئی سے آپ سے سوال کیا ہے۔ انہوں نے لکھا ہے، "مولانا مسلمانوں کو کیا کرنا ہے؟ اہل مغرب کا مغرب کا اعتراف کرنا ہے اور صرف انہیں کاپی کرنا ہے؟ نیا چیپٹر کھول</w:t>
      </w:r>
    </w:p>
    <w:p>
      <w:r>
        <w:rPr>
          <w:b/>
        </w:rPr>
        <w:t xml:space="preserve">[56:59] </w:t>
      </w:r>
      <w:r>
        <w:t>ne ka matlab kya hai? is ki wazahat karen." mein to samajhta hoon ke is ka matlab hai</w:t>
      </w:r>
    </w:p>
    <w:p>
      <w:pPr>
        <w:jc w:val="right"/>
      </w:pPr>
      <w:r>
        <w:t>نے کا مطلب کیا ہے؟ اس کی وضاحت کریں۔" میں تو سمجھتا ہوں کہ اس کا مطلب ہے</w:t>
      </w:r>
    </w:p>
    <w:p>
      <w:r>
        <w:rPr>
          <w:b/>
        </w:rPr>
        <w:t xml:space="preserve">[57:09] </w:t>
      </w:r>
      <w:r>
        <w:t>ke maghrib se negative thinking khatam karna aur positive thinking shuru karna.</w:t>
      </w:r>
    </w:p>
    <w:p>
      <w:pPr>
        <w:jc w:val="right"/>
      </w:pPr>
      <w:r>
        <w:t>کہ مغرب سے نیگیٹیو تھنکنگ ختم کرنا اور پازیٹیو تھنکنگ شروع کرنا۔</w:t>
      </w:r>
    </w:p>
    <w:p>
      <w:r>
        <w:rPr>
          <w:b/>
        </w:rPr>
        <w:t xml:space="preserve">[57:19] </w:t>
      </w:r>
      <w:r>
        <w:t>maulana agla sawal bhi</w:t>
      </w:r>
    </w:p>
    <w:p>
      <w:pPr>
        <w:jc w:val="right"/>
      </w:pPr>
      <w:r>
        <w:t>مولانا اگلا سوال بھی</w:t>
      </w:r>
    </w:p>
    <w:p>
      <w:r>
        <w:rPr>
          <w:b/>
        </w:rPr>
        <w:t xml:space="preserve">[57:29] </w:t>
      </w:r>
      <w:r>
        <w:t>ja hai miss shabana ansari ne pakistan se. unhon ne likha hai, "maulana some ulema say that quran does not need scientific proof and therefore why should we use science? my question is is this the right attitude?" hargiz nahi, hargiz nahi. quran agar is ka talluq quran se nahi hai to is references kyun hain</w:t>
      </w:r>
    </w:p>
    <w:p>
      <w:pPr>
        <w:jc w:val="right"/>
      </w:pPr>
      <w:r>
        <w:t>جا ہے مس شبانہ انصاری نے پاکستان سے۔ انہوں نے لکھا ہے، "مولانا سم علماء سے دیٹ قرآن ڈز ناٹ نیڈ سائنٹیفک پروف اینڈ دیر فور وائی شوڈ وی یوز سائنس؟ مائی کوئسچن از از دس دا رائٹ ایٹیٹیوڈ؟" ہرگز نہیں، ہرگز نہیں۔ قرآن اگر اس کا تعلق قرآن سے نہیں ہے تو اس ریفرنسز کیوں ہیں</w:t>
      </w:r>
    </w:p>
    <w:p>
      <w:r>
        <w:rPr>
          <w:b/>
        </w:rPr>
        <w:t xml:space="preserve">[57:59] </w:t>
      </w:r>
      <w:r>
        <w:t>؟ ke dekho ke dekho ke kaha quran mein. yeh to bilkul yaani ek baseless baat hai. quran khud keh raha hai ke dekho, dekho, dekho. hum ne khud ab is ko nahi discover kiya. unhon ne discover kiya to un ko le kar dekhein ge. hum misaalan telescope, microscope hum ne nahi</w:t>
      </w:r>
    </w:p>
    <w:p>
      <w:pPr>
        <w:jc w:val="right"/>
      </w:pPr>
      <w:r>
        <w:t>؟ کہ دیکھو کہ دیکھو کہ کہا قرآن میں۔ یہ تو بالکل یعنی ایک بیسلیس بات ہے۔ قرآن خود کہہ رہا ہے کہ دیکھو، دیکھو، دیکھو۔ ہم نے خود اب اس کو نہیں ڈسکور کیا۔ انہوں نے ڈسکور کیا تو ان کو لے کر دیکھیں گے۔ ہم مثلاً ٹیلیسکوپ، مائیکروسکوپ ہم نے نہیں</w:t>
      </w:r>
    </w:p>
    <w:p>
      <w:r>
        <w:rPr>
          <w:b/>
        </w:rPr>
        <w:t xml:space="preserve">[58:29] </w:t>
      </w:r>
      <w:r>
        <w:t>to discover kiya.</w:t>
      </w:r>
    </w:p>
    <w:p>
      <w:pPr>
        <w:jc w:val="right"/>
      </w:pPr>
      <w:r>
        <w:t>تو ڈسکور کیا۔</w:t>
      </w:r>
    </w:p>
    <w:p>
      <w:r>
        <w:rPr>
          <w:b/>
        </w:rPr>
        <w:t xml:space="preserve">[58:35] </w:t>
      </w:r>
      <w:r>
        <w:t>aur quran kehta hai ke quran ke kainat mein choti cheezein hain, badi cheezein hain.</w:t>
      </w:r>
    </w:p>
    <w:p>
      <w:pPr>
        <w:jc w:val="right"/>
      </w:pPr>
      <w:r>
        <w:t>اور قرآن کہتا ہے کہ قرآن کہ کائنات میں چھوٹی چیزیں ہیں، بڑی چیزیں ہیں۔</w:t>
      </w:r>
    </w:p>
    <w:p>
      <w:r>
        <w:rPr>
          <w:b/>
        </w:rPr>
        <w:t xml:space="preserve">[58:40] </w:t>
      </w:r>
      <w:r>
        <w:t>yani microworld bhi hai aur macroworld bhi hai.</w:t>
      </w:r>
    </w:p>
    <w:p>
      <w:pPr>
        <w:jc w:val="right"/>
      </w:pPr>
      <w:r>
        <w:t>یعنی مائیکرو ورلڈ بھی ہے اور مائیکرو ورلڈ بھی ہے۔</w:t>
      </w:r>
    </w:p>
    <w:p>
      <w:r>
        <w:rPr>
          <w:b/>
        </w:rPr>
        <w:t xml:space="preserve">[58:46] </w:t>
      </w:r>
      <w:r>
        <w:t>to is ko hum hum ne koi daryaft nahi kiya.</w:t>
      </w:r>
    </w:p>
    <w:p>
      <w:pPr>
        <w:jc w:val="right"/>
      </w:pPr>
      <w:r>
        <w:t>تو اس کو ہم ہم نے کوئی دریافت نہیں کیا۔</w:t>
      </w:r>
    </w:p>
    <w:p>
      <w:r>
        <w:rPr>
          <w:b/>
        </w:rPr>
        <w:t xml:space="preserve">[58:51] </w:t>
      </w:r>
      <w:r>
        <w:t>hum kaise janen? to agar unhon ne jaane daryaft kiya to hum is ko istemal karenge.</w:t>
      </w:r>
    </w:p>
    <w:p>
      <w:pPr>
        <w:jc w:val="right"/>
      </w:pPr>
      <w:r>
        <w:t>ہم کیسے جانیں؟ تو اگر انہوں نے جانے دریافت کیا تو ہم اس کو استعمال کریں گے۔</w:t>
      </w:r>
    </w:p>
    <w:p>
      <w:r>
        <w:rPr>
          <w:b/>
        </w:rPr>
        <w:t xml:space="preserve">[58:57] </w:t>
      </w:r>
      <w:r>
        <w:t>is mein istemal karne mein keh rahe hain yeh soch bilkul galat hai, baseless hai.</w:t>
      </w:r>
    </w:p>
    <w:p>
      <w:pPr>
        <w:jc w:val="right"/>
      </w:pPr>
      <w:r>
        <w:t>اس میں استعمال کرنے میں کہہ رہے ہیں یہ سوچ بالکل غلط ہے، بیسلیس ہے۔</w:t>
      </w:r>
    </w:p>
    <w:p>
      <w:r>
        <w:rPr>
          <w:b/>
        </w:rPr>
        <w:t xml:space="preserve">[59:02] </w:t>
      </w:r>
      <w:r>
        <w:t>maulana agla sawal mumbai se aya hai javed hayat sahab ne kiya hai.</w:t>
      </w:r>
    </w:p>
    <w:p>
      <w:pPr>
        <w:jc w:val="right"/>
      </w:pPr>
      <w:r>
        <w:t>مولانا اگلا سوال ممبئی سے آیا ہے جاوید حیات صاحب نے کیا ہے۔</w:t>
      </w:r>
    </w:p>
    <w:p>
      <w:r>
        <w:rPr>
          <w:b/>
        </w:rPr>
        <w:t xml:space="preserve">[59:08] </w:t>
      </w:r>
      <w:r>
        <w:t>unhon ne likha hai, "maulana aap ka yeh kehna ke kainat ki research ka talluq se musalmanon mein</w:t>
      </w:r>
    </w:p>
    <w:p>
      <w:pPr>
        <w:jc w:val="right"/>
      </w:pPr>
      <w:r>
        <w:t>انہوں نے لکھا ہے، "مولانا آپ کا یہ کہنا کہ کائنات کی ریسرچ کا تعلق سے مسلمانوں میں</w:t>
      </w:r>
    </w:p>
    <w:p>
      <w:r>
        <w:rPr>
          <w:b/>
        </w:rPr>
        <w:t xml:space="preserve">[59:14] </w:t>
      </w:r>
      <w:r>
        <w:t>beginning tak nahi hui, kya Quran ka awwal makatib groh bhi is se bekhabar raha? Is ke</w:t>
      </w:r>
    </w:p>
    <w:p>
      <w:pPr>
        <w:jc w:val="right"/>
      </w:pPr>
      <w:r>
        <w:t>بگننگ تک نہیں ہوئی، کیا قرآن کا اول مکاتب گروہ بھی اس سے بے خبر رہا؟ اس کے</w:t>
      </w:r>
    </w:p>
    <w:p>
      <w:r>
        <w:rPr>
          <w:b/>
        </w:rPr>
        <w:t xml:space="preserve">[59:20] </w:t>
      </w:r>
      <w:r>
        <w:t>bare mein batayen." bhai aap kya kya kyun kehte hain? aap mujhe misaal dijiye.</w:t>
      </w:r>
    </w:p>
    <w:p>
      <w:pPr>
        <w:jc w:val="right"/>
      </w:pPr>
      <w:r>
        <w:t>بارے میں بتائیں۔" بھئی آپ کیا کیا کیوں کہتے ہیں؟ آپ مجھے مثال دیجیے۔</w:t>
      </w:r>
    </w:p>
    <w:p>
      <w:r>
        <w:rPr>
          <w:b/>
        </w:rPr>
        <w:t xml:space="preserve">[59:26] </w:t>
      </w:r>
      <w:r>
        <w:t>sawal kyun karte hain mujh se? aap</w:t>
      </w:r>
    </w:p>
    <w:p>
      <w:pPr>
        <w:jc w:val="right"/>
      </w:pPr>
      <w:r>
        <w:t>سوال کیوں کرتے ہیں مجھ سے؟ آپ</w:t>
      </w:r>
    </w:p>
    <w:p>
      <w:r>
        <w:rPr>
          <w:b/>
        </w:rPr>
        <w:t xml:space="preserve">[59:33] </w:t>
      </w:r>
      <w:r>
        <w:t>aap nahi mante? aap to aap misaal dijiye.</w:t>
      </w:r>
    </w:p>
    <w:p>
      <w:pPr>
        <w:jc w:val="right"/>
      </w:pPr>
      <w:r>
        <w:t>آپ نہیں مانتے؟ آپ تو آپ مثال دیجیے۔</w:t>
      </w:r>
    </w:p>
    <w:p>
      <w:r>
        <w:rPr>
          <w:b/>
        </w:rPr>
        <w:t xml:space="preserve">[59:40] </w:t>
      </w:r>
      <w:r>
        <w:t>meri baat ko aap nahi mante to aap misaal dijiye.</w:t>
      </w:r>
    </w:p>
    <w:p>
      <w:pPr>
        <w:jc w:val="right"/>
      </w:pPr>
      <w:r>
        <w:t>میری بات کو آپ نہیں مانتے تو آپ مثال دیجیے۔</w:t>
      </w:r>
    </w:p>
    <w:p>
      <w:r>
        <w:rPr>
          <w:b/>
        </w:rPr>
        <w:t xml:space="preserve">[59:48] </w:t>
      </w:r>
      <w:r>
        <w:t>meri baat to misaal hai ke quran mein misaal ke taur par hai ke yani woh ayat padhi</w:t>
      </w:r>
    </w:p>
    <w:p>
      <w:pPr>
        <w:jc w:val="right"/>
      </w:pPr>
      <w:r>
        <w:t>میری بات تو مثال ہے کہ قرآن میں مثال کے طور پر ہے کہ یعنی وہ آیت پڑھی</w:t>
      </w:r>
    </w:p>
    <w:p>
      <w:r>
        <w:rPr>
          <w:b/>
        </w:rPr>
        <w:t xml:space="preserve">[59:55] </w:t>
      </w:r>
      <w:r>
        <w:t>thi, "firaun ki lash baqi rahe gi." fi al-yawm</w:t>
      </w:r>
    </w:p>
    <w:p>
      <w:pPr>
        <w:jc w:val="right"/>
      </w:pPr>
      <w:r>
        <w:t>تھی، "فرعون کی لاش باقی رہے گی۔" فی الیوم</w:t>
      </w:r>
    </w:p>
    <w:p>
      <w:r>
        <w:rPr>
          <w:b/>
        </w:rPr>
        <w:t xml:space="preserve">[1:00:03] </w:t>
      </w:r>
      <w:r>
        <w:t>ka ibadat nahi kar li. haan.</w:t>
      </w:r>
    </w:p>
    <w:p>
      <w:pPr>
        <w:jc w:val="right"/>
      </w:pPr>
      <w:r>
        <w:t>کا عبادت نہیں کر لی۔ ہاں۔</w:t>
      </w:r>
    </w:p>
    <w:p>
      <w:r>
        <w:rPr>
          <w:b/>
        </w:rPr>
        <w:t xml:space="preserve">[1:00:09] </w:t>
      </w:r>
      <w:r>
        <w:t>is ka tarjuma padhiye.</w:t>
      </w:r>
    </w:p>
    <w:p>
      <w:pPr>
        <w:jc w:val="right"/>
      </w:pPr>
      <w:r>
        <w:t>اس کا ترجمہ پڑھیے۔</w:t>
      </w:r>
    </w:p>
    <w:p>
      <w:r>
        <w:rPr>
          <w:b/>
        </w:rPr>
        <w:t xml:space="preserve">[1:00:15] </w:t>
      </w:r>
      <w:r>
        <w:t>pas aaj hum tumhare badan ko, tumhari body ko bacha kar rakhenge taake yeh tumhare baad walon</w:t>
      </w:r>
    </w:p>
    <w:p>
      <w:pPr>
        <w:jc w:val="right"/>
      </w:pPr>
      <w:r>
        <w:t>پس آج ہم تمہارے بدن کو، تمہاری باڈی کو بچا کر رکھیں گے تاکہ یہ تمہارے بعد والوں</w:t>
      </w:r>
    </w:p>
    <w:p>
      <w:r>
        <w:rPr>
          <w:b/>
        </w:rPr>
        <w:t xml:space="preserve">[1:00:21] </w:t>
      </w:r>
      <w:r>
        <w:t>ke liye nishani ho.</w:t>
      </w:r>
    </w:p>
    <w:p>
      <w:pPr>
        <w:jc w:val="right"/>
      </w:pPr>
      <w:r>
        <w:t>کے لیے نشانی ہو۔</w:t>
      </w:r>
    </w:p>
    <w:p>
      <w:r>
        <w:rPr>
          <w:b/>
        </w:rPr>
        <w:t xml:space="preserve">[1:00:27] </w:t>
      </w:r>
      <w:r>
        <w:t>ab dekhen ke baad walon</w:t>
      </w:r>
    </w:p>
    <w:p>
      <w:pPr>
        <w:jc w:val="right"/>
      </w:pPr>
      <w:r>
        <w:t>اب دیکھیں کہ بعد والوں</w:t>
      </w:r>
    </w:p>
    <w:p>
      <w:r>
        <w:rPr>
          <w:b/>
        </w:rPr>
        <w:t xml:space="preserve">[1:00:33] </w:t>
      </w:r>
      <w:r>
        <w:t>ke liye nishani to yeh nishani kab zahir hui? Na amiat period mein, na bast period mein, na</w:t>
      </w:r>
    </w:p>
    <w:p>
      <w:pPr>
        <w:jc w:val="right"/>
      </w:pPr>
      <w:r>
        <w:t>کے لیے نشانی تو یہ نشانی کب ظاہر ہوئی؟ نہ امیت پیریڈ میں، نہ باسط پیریڈ میں، نہ</w:t>
      </w:r>
    </w:p>
    <w:p>
      <w:r>
        <w:rPr>
          <w:b/>
        </w:rPr>
        <w:t xml:space="preserve">[1:00:41] </w:t>
      </w:r>
      <w:r>
        <w:t>uathman period mein.</w:t>
      </w:r>
    </w:p>
    <w:p>
      <w:pPr>
        <w:jc w:val="right"/>
      </w:pPr>
      <w:r>
        <w:t>اٹھمان پیریڈ میں۔</w:t>
      </w:r>
    </w:p>
    <w:p>
      <w:r>
        <w:rPr>
          <w:b/>
        </w:rPr>
        <w:t xml:space="preserve">[1:00:48] </w:t>
      </w:r>
      <w:r>
        <w:t>yeh to zahir hui yani Muslim period ke khatme ke baad kuch yani France ke aur Germany ke</w:t>
      </w:r>
    </w:p>
    <w:p>
      <w:pPr>
        <w:jc w:val="right"/>
      </w:pPr>
      <w:r>
        <w:t>یہ تو ظاہر ہوئی یعنی مسلم پیریڈ کے خاتمے کے بعد کچھ یعنی فرانس کے اور جرمنی کے</w:t>
      </w:r>
    </w:p>
    <w:p>
      <w:r>
        <w:rPr>
          <w:b/>
        </w:rPr>
        <w:t xml:space="preserve">[1:00:56] </w:t>
      </w:r>
      <w:r>
        <w:t>kuch researchers ne</w:t>
      </w:r>
    </w:p>
    <w:p>
      <w:pPr>
        <w:jc w:val="right"/>
      </w:pPr>
      <w:r>
        <w:t>کچھ ریسرچرز نے</w:t>
      </w:r>
    </w:p>
    <w:p>
      <w:r>
        <w:rPr>
          <w:b/>
        </w:rPr>
        <w:t xml:space="preserve">[1:01:04] </w:t>
      </w:r>
      <w:r>
        <w:t>woh gaye wahan par qahira aur wahan bohat dinon tak unhon ne tehqeeq ki to unhon ne ailan</w:t>
      </w:r>
    </w:p>
    <w:p>
      <w:pPr>
        <w:jc w:val="right"/>
      </w:pPr>
      <w:r>
        <w:t>وہ گئے وہاں پر قاہرہ اور وہاں بہت دنوں تک انہوں نے تحقیق کی تو انہوں نے اعلان</w:t>
      </w:r>
    </w:p>
    <w:p>
      <w:r>
        <w:rPr>
          <w:b/>
        </w:rPr>
        <w:t xml:space="preserve">[1:01:10] </w:t>
      </w:r>
      <w:r>
        <w:t>kiya ke yahan maujood hai.</w:t>
      </w:r>
    </w:p>
    <w:p>
      <w:pPr>
        <w:jc w:val="right"/>
      </w:pPr>
      <w:r>
        <w:t>کیا کہ یہاں موجود ہے۔</w:t>
      </w:r>
    </w:p>
    <w:p>
      <w:r>
        <w:rPr>
          <w:b/>
        </w:rPr>
        <w:t xml:space="preserve">[1:01:16] </w:t>
      </w:r>
      <w:r>
        <w:t>yeh to waqea hai.</w:t>
      </w:r>
    </w:p>
    <w:p>
      <w:pPr>
        <w:jc w:val="right"/>
      </w:pPr>
      <w:r>
        <w:t>یہ تو واقعہ ہے۔</w:t>
      </w:r>
    </w:p>
    <w:p>
      <w:r>
        <w:rPr>
          <w:b/>
        </w:rPr>
        <w:t xml:space="preserve">[1:01:22] </w:t>
      </w:r>
      <w:r>
        <w:t>kaise inkar karega is ka? Maulana agla sawal bheja hai Tariq Badr sahab ne Pakistan se.</w:t>
      </w:r>
    </w:p>
    <w:p>
      <w:pPr>
        <w:jc w:val="right"/>
      </w:pPr>
      <w:r>
        <w:t>کیسے انکار کرے گا اس کا؟ مولانا اگلا سوال بھیجا ہے طارق بدر صاحب نے پاکستان سے۔</w:t>
      </w:r>
    </w:p>
    <w:p>
      <w:r>
        <w:rPr>
          <w:b/>
        </w:rPr>
        <w:t xml:space="preserve">[1:01:28] </w:t>
      </w:r>
      <w:r>
        <w:t>انہوں نے لکھا ہے، "مولانا صاحب، in life we also</w:t>
      </w:r>
    </w:p>
    <w:p>
      <w:pPr>
        <w:jc w:val="right"/>
      </w:pPr>
      <w:r>
        <w:t>انہوں نے لکھا ہے، "مولانا صاحب، ان لائف وی السو</w:t>
      </w:r>
    </w:p>
    <w:p>
      <w:r>
        <w:rPr>
          <w:b/>
        </w:rPr>
        <w:t xml:space="preserve">[1:01:34] </w:t>
      </w:r>
      <w:r>
        <w:t>come across simple people who are not very educated. maulana sahib, what do you think is the minimum islam that we can explain to such people? what is your guidance in this?" bhai aap un ki sadah andaaz mein bataiye un ko baatain. sadah andaaz mein quran ka tarjuma dijiye. sadah andaaz mein bataiye. misaal ke taur par dekh</w:t>
      </w:r>
    </w:p>
    <w:p>
      <w:pPr>
        <w:jc w:val="right"/>
      </w:pPr>
      <w:r>
        <w:t>کم اکراس سمپل پیپل ہو آر ناٹ ویری ایجوکیٹڈ۔ مولانا صاحب، واٹ ڈو یو تھنک از دا منیمم اسلام دیٹ وی کین ایکسپلین ٹو سچ پیپل؟ واٹ از یور گائیڈنس ان دس؟" بھئی آپ ان کی سادہ انداز میں بتائیے ان کو باتیں۔ سادہ انداز میں قرآن کا ترجمہ دیجیے۔ سادہ انداز میں بتائیے۔ مثلاً دیکھ</w:t>
      </w:r>
    </w:p>
    <w:p>
      <w:r>
        <w:rPr>
          <w:b/>
        </w:rPr>
        <w:t xml:space="preserve">[1:02:04] </w:t>
      </w:r>
      <w:r>
        <w:t>en, jumaat ul ma'a ki kitab hai, woh haan deeni taleem ka risala. maulana mehdi ki ek kitab bohat achi kitab hai, risala deediyat. sadah samajhne ke liye to is ko is ko istemal kijiye. aur jo parha likha aadmi ho, us ko ilmi andaaz mein bataiye. to kisi sahabi ne kaha hai ke. kalim</w:t>
      </w:r>
    </w:p>
    <w:p>
      <w:pPr>
        <w:jc w:val="right"/>
      </w:pPr>
      <w:r>
        <w:t>یں، جمعۃ الماء کی کتاب ہے، وہ ہاں دینی تعلیم کا رسالہ۔ مولانا مہدی کی ایک کتاب بہت اچھی کتاب ہے، رسالہ دیدیات۔ سادہ سمجھنے کے لیے تو اس کو اس کو استعمال کیجئے۔ اور جو پڑھا لکھا آدمی ہو، اس کو علمی انداز میں بتائیے۔ تو کسی صحابی نے کہا ہے کہ۔ کلم</w:t>
      </w:r>
    </w:p>
    <w:p>
      <w:r>
        <w:rPr>
          <w:b/>
        </w:rPr>
        <w:t xml:space="preserve">[1:02:34] </w:t>
      </w:r>
      <w:r>
        <w:t>al-nas 'ala qadr 'uqule.</w:t>
      </w:r>
    </w:p>
    <w:p>
      <w:pPr>
        <w:jc w:val="right"/>
      </w:pPr>
      <w:r>
        <w:t>الناس علی قدر عقول۔</w:t>
      </w:r>
    </w:p>
    <w:p>
      <w:r>
        <w:rPr>
          <w:b/>
        </w:rPr>
        <w:t xml:space="preserve">[1:02:40] </w:t>
      </w:r>
      <w:r>
        <w:t>Maulana agla sawal Aamir Mori sahab ne kiya hai Srinagar se.</w:t>
      </w:r>
    </w:p>
    <w:p>
      <w:pPr>
        <w:jc w:val="right"/>
      </w:pPr>
      <w:r>
        <w:t>مولانا اگلا سوال عامر موری صاحب نے کیا ہے سری نگر سے۔</w:t>
      </w:r>
    </w:p>
    <w:p>
      <w:r>
        <w:rPr>
          <w:b/>
        </w:rPr>
        <w:t xml:space="preserve">[1:02:46] </w:t>
      </w:r>
      <w:r>
        <w:t>انہوں نے لکھا ہے، "How can a common person develop scientific temper to understand Quranic meaning in the</w:t>
      </w:r>
    </w:p>
    <w:p>
      <w:pPr>
        <w:jc w:val="right"/>
      </w:pPr>
      <w:r>
        <w:t>انہوں نے لکھا ہے، "ہاؤ کین ا کامن پرسن ڈیویلپ سائنٹیفک ٹیمپر ٹو انڈرسٹینڈ قرآنک میننگ ان دا</w:t>
      </w:r>
    </w:p>
    <w:p>
      <w:r>
        <w:rPr>
          <w:b/>
        </w:rPr>
        <w:t xml:space="preserve">[1:02:52] </w:t>
      </w:r>
      <w:r>
        <w:t>larger perspective?" Maulana Sahib, please guide us in this regard.</w:t>
      </w:r>
    </w:p>
    <w:p>
      <w:pPr>
        <w:jc w:val="right"/>
      </w:pPr>
      <w:r>
        <w:t>لارجر پرسپیکٹو؟" مولانا صاحب، پلیز گائیڈ اس ان دس ریگارڈ۔</w:t>
      </w:r>
    </w:p>
    <w:p>
      <w:r>
        <w:rPr>
          <w:b/>
        </w:rPr>
        <w:t xml:space="preserve">[1:02:58] </w:t>
      </w:r>
      <w:r>
        <w:t>bhai yeh to bohat asan hai. Uncha</w:t>
      </w:r>
    </w:p>
    <w:p>
      <w:pPr>
        <w:jc w:val="right"/>
      </w:pPr>
      <w:r>
        <w:t>بھئی یہ تو بہت آسان ہے۔ اونچا</w:t>
      </w:r>
    </w:p>
    <w:p>
      <w:r>
        <w:rPr>
          <w:b/>
        </w:rPr>
        <w:t xml:space="preserve">[1:03:04] </w:t>
      </w:r>
      <w:r>
        <w:t>academic jo level hai, woh un ke liye, un logon ke liye hai jo ziyada gehra mutala karte hain.</w:t>
      </w:r>
    </w:p>
    <w:p>
      <w:pPr>
        <w:jc w:val="right"/>
      </w:pPr>
      <w:r>
        <w:t>اکیڈمک جو لیول ہے، وہ ان کے لیے، ان لوگوں کے لیے ہے جو زیادہ گہرا مطالعہ کرتے ہیں۔</w:t>
      </w:r>
    </w:p>
    <w:p>
      <w:r>
        <w:rPr>
          <w:b/>
        </w:rPr>
        <w:t xml:space="preserve">[1:03:09] </w:t>
      </w:r>
      <w:r>
        <w:t>kya aap jante hain ke popular science mein sari kitaben har zaban mein hain? Popular science mein har</w:t>
      </w:r>
    </w:p>
    <w:p>
      <w:pPr>
        <w:jc w:val="right"/>
      </w:pPr>
      <w:r>
        <w:t>کیا آپ جانتے ہیں کہ پاپولر سائنس میں ساری کتابیں ہر زبان میں ہیں؟ پاپولر سائنس میں ہر</w:t>
      </w:r>
    </w:p>
    <w:p>
      <w:r>
        <w:rPr>
          <w:b/>
        </w:rPr>
        <w:t xml:space="preserve">[1:03:15] </w:t>
      </w:r>
      <w:r>
        <w:t>zaban mein kitaben maujood hain.</w:t>
      </w:r>
    </w:p>
    <w:p>
      <w:pPr>
        <w:jc w:val="right"/>
      </w:pPr>
      <w:r>
        <w:t>زبان میں کتابیں موجود ہیں۔</w:t>
      </w:r>
    </w:p>
    <w:p>
      <w:r>
        <w:rPr>
          <w:b/>
        </w:rPr>
        <w:t xml:space="preserve">[1:03:20] </w:t>
      </w:r>
      <w:r>
        <w:t>woh sab parhen.</w:t>
      </w:r>
    </w:p>
    <w:p>
      <w:pPr>
        <w:jc w:val="right"/>
      </w:pPr>
      <w:r>
        <w:t>وہ سب پڑھیں۔</w:t>
      </w:r>
    </w:p>
    <w:p>
      <w:r>
        <w:rPr>
          <w:b/>
        </w:rPr>
        <w:t xml:space="preserve">[1:03:25] </w:t>
      </w:r>
      <w:r>
        <w:t>woh to sab log har aadmi parh ke samajh leta hai.</w:t>
      </w:r>
    </w:p>
    <w:p>
      <w:pPr>
        <w:jc w:val="right"/>
      </w:pPr>
      <w:r>
        <w:t>وہ تو سب لوگ ہر آدمی پڑھ کے سمجھ لیتا ہے۔</w:t>
      </w:r>
    </w:p>
    <w:p>
      <w:r>
        <w:rPr>
          <w:b/>
        </w:rPr>
        <w:t xml:space="preserve">[1:03:30] </w:t>
      </w:r>
      <w:r>
        <w:t>woh Urdu mein, Hindi mein, har zaban mein hain.</w:t>
      </w:r>
    </w:p>
    <w:p>
      <w:pPr>
        <w:jc w:val="right"/>
      </w:pPr>
      <w:r>
        <w:t>وہ اردو میں، ہندی میں، ہر زبان میں ہیں۔</w:t>
      </w:r>
    </w:p>
    <w:p>
      <w:r>
        <w:rPr>
          <w:b/>
        </w:rPr>
        <w:t xml:space="preserve">[1:03:35] </w:t>
      </w:r>
      <w:r>
        <w:t>Maulana agla sawal Shehzad Ahmed sahab ne kiya hai Karachi Pakistan se.</w:t>
      </w:r>
    </w:p>
    <w:p>
      <w:pPr>
        <w:jc w:val="right"/>
      </w:pPr>
      <w:r>
        <w:t>مولانا اگلا سوال شہزاد احمد صاحب نے کیا ہے کراچی پاکستان سے۔</w:t>
      </w:r>
    </w:p>
    <w:p>
      <w:r>
        <w:rPr>
          <w:b/>
        </w:rPr>
        <w:t xml:space="preserve">[1:03:43] </w:t>
      </w:r>
      <w:r>
        <w:t>unhon ne aap se poocha hai ke har cheez parcha, parcha imtehan hai.</w:t>
      </w:r>
    </w:p>
    <w:p>
      <w:pPr>
        <w:jc w:val="right"/>
      </w:pPr>
      <w:r>
        <w:t>انہوں نے آپ سے پوچھا ہے کہ ہر چیز پرچائے، پرچائے امتحان ہے۔</w:t>
      </w:r>
    </w:p>
    <w:p>
      <w:r>
        <w:rPr>
          <w:b/>
        </w:rPr>
        <w:t xml:space="preserve">[1:03:50] </w:t>
      </w:r>
      <w:r>
        <w:t>to kya Allah ki marifat bhi parcha imtehan hai? Is ke bare mein batayen.</w:t>
      </w:r>
    </w:p>
    <w:p>
      <w:pPr>
        <w:jc w:val="right"/>
      </w:pPr>
      <w:r>
        <w:t>تو کیا اللہ کی معرفت بھی پرچائے امتحان ہے؟ اس کے بارے میں بتائیں۔</w:t>
      </w:r>
    </w:p>
    <w:p>
      <w:r>
        <w:rPr>
          <w:b/>
        </w:rPr>
        <w:t xml:space="preserve">[1:03:58] </w:t>
      </w:r>
      <w:r>
        <w:t>parche imtehan kyun kehte hain? Aap yeh kahiye ke yani iman ke irtaqa is ke baghair nahi ho sakta. Yeh kahiye.</w:t>
      </w:r>
    </w:p>
    <w:p>
      <w:pPr>
        <w:jc w:val="right"/>
      </w:pPr>
      <w:r>
        <w:t>پرچے امتحان کیوں کہتے ہیں؟ آپ یہ کہیے کہ یعنی ایمان کے ارتقاء اس کے بغیر نہیں ہو سکتا۔ یہ کہیے۔</w:t>
      </w:r>
    </w:p>
    <w:p>
      <w:r>
        <w:rPr>
          <w:b/>
        </w:rPr>
        <w:t xml:space="preserve">[1:04:06] </w:t>
      </w:r>
      <w:r>
        <w:t>ma'rifat ke baghair imaan ka irtaqa nahi ho sakta. yeh woh kahiye. maulana agla sawal kiya hai shafi ahmed sahib ne meerut se. unhon ne likha hai, "maulana, according to you, what is the formula to keep our self on the straight straight path all the time?" is ke</w:t>
      </w:r>
    </w:p>
    <w:p>
      <w:pPr>
        <w:jc w:val="right"/>
      </w:pPr>
      <w:r>
        <w:t>معرفت کے بغیر ایمان کا ارتقاء نہیں ہو سکتا۔ یہ وہ کہیے۔ مولانا اگلا سوال کیا ہے شفیع احمد صاحب نے میرٹھ سے۔ انہوں نے لکھا ہے، "مولانا، اکارڈنگ ٹو یو، واٹ از دا فارمولا ٹو کیپ اور سیلف ان دا سٹریٹ سٹریٹ پاتھ ال دا ٹائم؟" اس کے</w:t>
      </w:r>
    </w:p>
    <w:p>
      <w:r>
        <w:rPr>
          <w:b/>
        </w:rPr>
        <w:t xml:space="preserve">[1:04:36] </w:t>
      </w:r>
      <w:r>
        <w:t>bare mein bataiye. bhai har da time pe ho nahi sakta. sahaba ke pe nahi ho sakta. balake jahan hunzala ayat rasool Allah ne farmaya tha to yeh koi miyar nahi ke aap har lamha, har second, 24 ghante aap aala darje par rahen. oonch neech rahega. oonch neech se koi farq nahi padta</w:t>
      </w:r>
    </w:p>
    <w:p>
      <w:pPr>
        <w:jc w:val="right"/>
      </w:pPr>
      <w:r>
        <w:t>بارے میں بتائیں۔ بھئی ہر دا ٹائم پہ ہو نہیں سکتا۔ صحابہ کے پہ نہیں ہو سکتا۔ بلاکہ جہاں حنزلہ ایات رسول اللہ نے فرمایا تھا تو یہ کوئی معیار نہیں کہ آپ ہر لمحہ، ہر سیکنڈ، 24 گھنٹے آپ اعلیٰ درجے پر رہیں۔ اونچ نیچ رہے گا۔ اونچ نیچ سے کوئی فرق نہیں پڑتا</w:t>
      </w:r>
    </w:p>
    <w:p>
      <w:r>
        <w:rPr>
          <w:b/>
        </w:rPr>
        <w:t xml:space="preserve">[1:05:06] </w:t>
      </w:r>
      <w:r>
        <w:t>—</w:t>
      </w:r>
    </w:p>
    <w:p>
      <w:pPr>
        <w:jc w:val="right"/>
      </w:pPr>
      <w:r>
        <w:t>۔</w:t>
      </w:r>
    </w:p>
    <w:p>
      <w:r>
        <w:rPr>
          <w:b/>
        </w:rPr>
        <w:t xml:space="preserve">[1:05:10] </w:t>
      </w:r>
      <w:r>
        <w:t>Sahaba ke haan bhi unch neech hota tha.</w:t>
      </w:r>
    </w:p>
    <w:p>
      <w:pPr>
        <w:jc w:val="right"/>
      </w:pPr>
      <w:r>
        <w:t>صحابہ کے ہاں بھی اونچ نیچ ہوتا تھا۔</w:t>
      </w:r>
    </w:p>
    <w:p>
      <w:r>
        <w:rPr>
          <w:b/>
        </w:rPr>
        <w:t xml:space="preserve">[1:05:15] </w:t>
      </w:r>
      <w:r>
        <w:t>yeh hadith sabit hai.</w:t>
      </w:r>
    </w:p>
    <w:p>
      <w:pPr>
        <w:jc w:val="right"/>
      </w:pPr>
      <w:r>
        <w:t>یہ حدیث ثابت ہے۔</w:t>
      </w:r>
    </w:p>
    <w:p>
      <w:r>
        <w:rPr>
          <w:b/>
        </w:rPr>
        <w:t xml:space="preserve">[1:05:20] </w:t>
      </w:r>
      <w:r>
        <w:t>haan, bilakah jahan hanzalah.</w:t>
      </w:r>
    </w:p>
    <w:p>
      <w:pPr>
        <w:jc w:val="right"/>
      </w:pPr>
      <w:r>
        <w:t>ہاں، بلاکہ جہاں حنزلہ۔</w:t>
      </w:r>
    </w:p>
    <w:p>
      <w:r>
        <w:rPr>
          <w:b/>
        </w:rPr>
        <w:t xml:space="preserve">[1:05:25] </w:t>
      </w:r>
      <w:r>
        <w:t>saata wasaata kya matlab hua is ka? kabhi yeh, kabhi woh, kabhi woh, kabhi woh, kabhi qabz, kabhi bast.</w:t>
      </w:r>
    </w:p>
    <w:p>
      <w:pPr>
        <w:jc w:val="right"/>
      </w:pPr>
      <w:r>
        <w:t>ساتا وساتا کیا مطلب ہوا اس کا؟ کبھی یہ، کبھی وہ، کبھی وہ، کبھی وہ، کبھی قبض، کبھی بست۔</w:t>
      </w:r>
    </w:p>
    <w:p>
      <w:r>
        <w:rPr>
          <w:b/>
        </w:rPr>
        <w:t xml:space="preserve">[1:05:30] </w:t>
      </w:r>
      <w:r>
        <w:t>to yeh to fitri baat hai.</w:t>
      </w:r>
    </w:p>
    <w:p>
      <w:pPr>
        <w:jc w:val="right"/>
      </w:pPr>
      <w:r>
        <w:t>تو یہ تو فطری بات ہے۔</w:t>
      </w:r>
    </w:p>
    <w:p>
      <w:r>
        <w:rPr>
          <w:b/>
        </w:rPr>
        <w:t xml:space="preserve">[1:05:34] </w:t>
      </w:r>
      <w:r>
        <w:t>is mein koi kamzori ki baat nahi hai.</w:t>
      </w:r>
    </w:p>
    <w:p>
      <w:pPr>
        <w:jc w:val="right"/>
      </w:pPr>
      <w:r>
        <w:t>اس میں کوئی کمزوری کی بات نہیں ہے۔</w:t>
      </w:r>
    </w:p>
    <w:p>
      <w:r>
        <w:rPr>
          <w:b/>
        </w:rPr>
        <w:t xml:space="preserve">[1:05:39] </w:t>
      </w:r>
      <w:r>
        <w:t>maulana agla sawal lene se pehle comment parhna chahenge jo asad parvez sahab ne bheja hai dilli se.</w:t>
      </w:r>
    </w:p>
    <w:p>
      <w:pPr>
        <w:jc w:val="right"/>
      </w:pPr>
      <w:r>
        <w:t>مولانا اگلا سوال لینے سے پہلے کمنٹ پڑھنا چاہیں گے جو اسد پرویز صاحب نے بھیجا ہے دلی سے۔</w:t>
      </w:r>
    </w:p>
    <w:p>
      <w:r>
        <w:rPr>
          <w:b/>
        </w:rPr>
        <w:t xml:space="preserve">[1:05:45] </w:t>
      </w:r>
      <w:r>
        <w:t>انہوں نے لکھا ہے، "The universe is like a huge database of science and our minds are</w:t>
      </w:r>
    </w:p>
    <w:p>
      <w:pPr>
        <w:jc w:val="right"/>
      </w:pPr>
      <w:r>
        <w:t>انہوں نے لکھا ہے، "دا یونیورس از لائک ا ہیوج ڈیٹا بیس اف سائنس اینڈ اور مائنڈز ار</w:t>
      </w:r>
    </w:p>
    <w:p>
      <w:r>
        <w:rPr>
          <w:b/>
        </w:rPr>
        <w:t xml:space="preserve">[1:05:51] </w:t>
      </w:r>
      <w:r>
        <w:t>like spiritual computers.</w:t>
      </w:r>
    </w:p>
    <w:p>
      <w:pPr>
        <w:jc w:val="right"/>
      </w:pPr>
      <w:r>
        <w:t>لائک سپرچول کمپیوٹرز۔</w:t>
      </w:r>
    </w:p>
    <w:p>
      <w:r>
        <w:rPr>
          <w:b/>
        </w:rPr>
        <w:t xml:space="preserve">[1:05:57] </w:t>
      </w:r>
      <w:r>
        <w:t>it is like a spiritual search engine.</w:t>
      </w:r>
    </w:p>
    <w:p>
      <w:pPr>
        <w:jc w:val="right"/>
      </w:pPr>
      <w:r>
        <w:t>اٹ از لائک ا سپرچول سرچ انجن۔</w:t>
      </w:r>
    </w:p>
    <w:p>
      <w:r>
        <w:rPr>
          <w:b/>
        </w:rPr>
        <w:t xml:space="preserve">[1:06:03] </w:t>
      </w:r>
      <w:r>
        <w:t>"We find the keywords in the Quran to use our minds and extract معرفت and wisdom from the universe."</w:t>
      </w:r>
    </w:p>
    <w:p>
      <w:pPr>
        <w:jc w:val="right"/>
      </w:pPr>
      <w:r>
        <w:t>وی فائنڈ دا کی ورڈز ان دا قرآن ٹو یوز اور مائنڈز اینڈ ایکسٹریکٹ معرفت اینڈ وزڈم فرام دا یونیورس۔"</w:t>
      </w:r>
    </w:p>
    <w:p>
      <w:r>
        <w:rPr>
          <w:b/>
        </w:rPr>
        <w:t xml:space="preserve">[1:06:09] </w:t>
      </w:r>
      <w:r>
        <w:t>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p>
    <w:p>
      <w:pPr>
        <w:jc w:val="right"/>
      </w:pPr>
      <w:r>
        <w:t>بہت صحیح کہا ہے انہوں نے۔ بہت صحیح کہا۔ مولانا اگلا سوال پونے سے کیا ہے؟ اس پر، اس پر میں انشاءاللہ ایک صفحے کا مضمون لکھوں گا۔ فی الحال یہ انگلش جو ہے ان کی، وہ ہم نقل کر دیجئے۔ جی مولانا اگلا سوال پونے سے بھیجا ہے فاروق احمد صاحب نے۔ انہوں نے لکھا ہے، "مولانا، ائی ہیو بین فالونگ یور ٹاکس اینڈ اٹ ہیز چینجڈ مائی لائف۔ مائی</w:t>
      </w:r>
    </w:p>
    <w:p>
      <w:r>
        <w:rPr>
          <w:b/>
        </w:rPr>
        <w:t xml:space="preserve">[1:06:39] </w:t>
      </w:r>
      <w:r>
        <w:t>Question is, whenever I try to contemplate, a lot of non-relevant thoughts come into my mind.</w:t>
      </w:r>
    </w:p>
    <w:p>
      <w:pPr>
        <w:jc w:val="right"/>
      </w:pPr>
      <w:r>
        <w:t>کوئسچن از وین ایور ائی ٹرائی ٹو کانٹمپلیٹ، لاٹ اف نان ریلیونٹ تھاٹس کم انٹو مائی مائنڈ۔</w:t>
      </w:r>
    </w:p>
    <w:p>
      <w:r>
        <w:rPr>
          <w:b/>
        </w:rPr>
        <w:t xml:space="preserve">[1:06:47] </w:t>
      </w:r>
      <w:r>
        <w:t>As a result, I get distracted and I am unable to do contemplation or reflection.</w:t>
      </w:r>
    </w:p>
    <w:p>
      <w:pPr>
        <w:jc w:val="right"/>
      </w:pPr>
      <w:r>
        <w:t>ایز ا رزلٹ، ائی گیٹ ڈسٹریکٹڈ اینڈ ائی ایم ان ایبل ٹو ڈو کانٹمپلیشن اور ریفلیکشن۔</w:t>
      </w:r>
    </w:p>
    <w:p>
      <w:r>
        <w:rPr>
          <w:b/>
        </w:rPr>
        <w:t xml:space="preserve">[1:06:54] </w:t>
      </w:r>
      <w:r>
        <w:t>Please advise what should I do so I can contemplate or ponder the way you want us to</w:t>
      </w:r>
    </w:p>
    <w:p>
      <w:pPr>
        <w:jc w:val="right"/>
      </w:pPr>
      <w:r>
        <w:t>پلیز ایڈوائز واٹ شوڈ ائی ڈو سو ائی کین کانٹمپلیٹ اور پونڈر دا وے یو وانٹ اس ٹو</w:t>
      </w:r>
    </w:p>
    <w:p>
      <w:r>
        <w:rPr>
          <w:b/>
        </w:rPr>
        <w:t xml:space="preserve">[1:07:02] </w:t>
      </w:r>
      <w:r>
        <w:t>Do? How can I get focused in life and save myself from these non-relevant thoughts?</w:t>
      </w:r>
    </w:p>
    <w:p>
      <w:pPr>
        <w:jc w:val="right"/>
      </w:pPr>
      <w:r>
        <w:t>ڈو؟ ہاؤ کین ائی گیٹ فوکسڈ ان لائف اینڈ سیو مائی سیلف فرام دیز نان ریلیونٹ تھاٹ</w:t>
      </w:r>
    </w:p>
    <w:p>
      <w:r>
        <w:rPr>
          <w:b/>
        </w:rPr>
        <w:t xml:space="preserve">[1:07:09] </w:t>
      </w:r>
      <w:r>
        <w:t>s? nahin, is mein koi yeh koi kami ki baat nahi hai.</w:t>
      </w:r>
    </w:p>
    <w:p>
      <w:pPr>
        <w:jc w:val="right"/>
      </w:pPr>
      <w:r>
        <w:t>س؟" نہیں، اس میں کوئی یہ کوئی کمی کی بات نہیں ہے۔</w:t>
      </w:r>
    </w:p>
    <w:p>
      <w:r>
        <w:rPr>
          <w:b/>
        </w:rPr>
        <w:t xml:space="preserve">[1:07:16] </w:t>
      </w:r>
      <w:r>
        <w:t>donon thought aayenge.</w:t>
      </w:r>
    </w:p>
    <w:p>
      <w:pPr>
        <w:jc w:val="right"/>
      </w:pPr>
      <w:r>
        <w:t>دونوں تھاٹ آئیں گے۔</w:t>
      </w:r>
    </w:p>
    <w:p>
      <w:r>
        <w:rPr>
          <w:b/>
        </w:rPr>
        <w:t xml:space="preserve">[1:07:22] </w:t>
      </w:r>
      <w:r>
        <w:t>یہ پرپچول وہ بیٹھے رہتا ہے بیٹھے ہوئے true forces ہر انسان کے مائنڈ میں۔</w:t>
      </w:r>
    </w:p>
    <w:p>
      <w:pPr>
        <w:jc w:val="right"/>
      </w:pPr>
      <w:r>
        <w:t>یہ پرپچول وہ بیٹھے رہتا ہے بیٹھے ہوئے ٹرو فورسز ہر انسان کے مائنڈ میں۔</w:t>
      </w:r>
    </w:p>
    <w:p>
      <w:r>
        <w:rPr>
          <w:b/>
        </w:rPr>
        <w:t xml:space="preserve">[1:07:28] </w:t>
      </w:r>
      <w:r>
        <w:t>khud rasool Allah ke andar bhi rehta tha.</w:t>
      </w:r>
    </w:p>
    <w:p>
      <w:pPr>
        <w:jc w:val="right"/>
      </w:pPr>
      <w:r>
        <w:t>خود رسول اللہ کے اندر بھی رہتا تھا۔</w:t>
      </w:r>
    </w:p>
    <w:p>
      <w:r>
        <w:rPr>
          <w:b/>
        </w:rPr>
        <w:t xml:space="preserve">[1:07:34] </w:t>
      </w:r>
      <w:r>
        <w:t>وہ کیا حدیث ہے؟ سب وہ پڑھ دیجئے تو کہ بھئی ہمارے لیے گائیڈ لائن کیا ہے؟</w:t>
      </w:r>
    </w:p>
    <w:p>
      <w:pPr>
        <w:jc w:val="right"/>
      </w:pPr>
      <w:r>
        <w:t>وہ کیا حدیث ہے؟ سب وہ پڑھ دیجئے تو کہ بھئی ہمارے لیغان کیا ہے؟ لی</w:t>
      </w:r>
    </w:p>
    <w:p>
      <w:r>
        <w:rPr>
          <w:b/>
        </w:rPr>
        <w:t xml:space="preserve">[1:07:40] </w:t>
      </w:r>
      <w:r>
        <w:t>ghan ali qalbi.</w:t>
      </w:r>
    </w:p>
    <w:p>
      <w:pPr>
        <w:jc w:val="right"/>
      </w:pPr>
      <w:r>
        <w:t>غان علی قلبی۔</w:t>
      </w:r>
    </w:p>
    <w:p>
      <w:r>
        <w:rPr>
          <w:b/>
        </w:rPr>
        <w:t xml:space="preserve">[1:07:45] </w:t>
      </w:r>
      <w:r>
        <w:t>haan, is ka tarjuma parh dijiye.</w:t>
      </w:r>
    </w:p>
    <w:p>
      <w:pPr>
        <w:jc w:val="right"/>
      </w:pPr>
      <w:r>
        <w:t>ہاں، اس کا ترجمہ پڑھ دیجئے۔</w:t>
      </w:r>
    </w:p>
    <w:p>
      <w:r>
        <w:rPr>
          <w:b/>
        </w:rPr>
        <w:t xml:space="preserve">[1:07:50] </w:t>
      </w:r>
      <w:r>
        <w:t>mere qalb par bhi kuch asraat aate hain.</w:t>
      </w:r>
    </w:p>
    <w:p>
      <w:pPr>
        <w:jc w:val="right"/>
      </w:pPr>
      <w:r>
        <w:t>میرے قلب پر بھی کچھ اثرات آتے ہیں۔</w:t>
      </w:r>
    </w:p>
    <w:p>
      <w:r>
        <w:rPr>
          <w:b/>
        </w:rPr>
        <w:t xml:space="preserve">[1:07:55] </w:t>
      </w:r>
      <w:r>
        <w:t>ہاں، دیکھیے، رسول اللہ فرماتے ہیں تو یہ تو اس کو ایک perpetual battery رہتی ہے دونوں forces</w:t>
      </w:r>
    </w:p>
    <w:p>
      <w:pPr>
        <w:jc w:val="right"/>
      </w:pPr>
      <w:r>
        <w:t>ہاں، دیکھیے، رسول اللہ فرماتے ہیں تو یہ تو اس کو ایک پرپچول بیٹری رہتی ہے دونوں فورسز</w:t>
      </w:r>
    </w:p>
    <w:p>
      <w:r>
        <w:rPr>
          <w:b/>
        </w:rPr>
        <w:t xml:space="preserve">[1:08:00] </w:t>
      </w:r>
      <w:r>
        <w:t>ke beech mein aur is se irtaqa hota hai.</w:t>
      </w:r>
    </w:p>
    <w:p>
      <w:pPr>
        <w:jc w:val="right"/>
      </w:pPr>
      <w:r>
        <w:t>کے بیچ میں اور اس سے ارتقاء ہوتا ہے۔</w:t>
      </w:r>
    </w:p>
    <w:p>
      <w:r>
        <w:rPr>
          <w:b/>
        </w:rPr>
        <w:t xml:space="preserve">[1:08:06] </w:t>
      </w:r>
      <w:r>
        <w:t>یعنی perpetual battle between evil forces and and ka</w:t>
      </w:r>
    </w:p>
    <w:p>
      <w:pPr>
        <w:jc w:val="right"/>
      </w:pPr>
      <w:r>
        <w:t>یعنی پرپچول بیٹل بٹوین ایول فورسز اینڈ اینڈ کا</w:t>
      </w:r>
    </w:p>
    <w:p>
      <w:r>
        <w:rPr>
          <w:b/>
        </w:rPr>
        <w:t xml:space="preserve">[1:08:11] </w:t>
      </w:r>
      <w:r>
        <w:t>evil forces and good forces. ji haan, to yeh to nature hai. yeh yeh yeh jari rahega. isi se taraqqi hoti hai. isi se personality development hota hai. maulana agla sawal ah bihar se kiya hai qase raza raza sahib ne. unhon ne likha hai ke kya aaj musalmanon mein spirit of in</w:t>
      </w:r>
    </w:p>
    <w:p>
      <w:pPr>
        <w:jc w:val="right"/>
      </w:pPr>
      <w:r>
        <w:t>ایول فورسز اینڈ گڈ فورسز۔ جی ہاں، تو یہ تو نیچر ہے۔ یہ یہ یہ جاری رہے گا۔ اسی سے ترقی ہوتی ہے۔ اسی سے پرسنیلٹی ڈیویلپمنٹ ہوتا ہے۔ مولانا اگلا سوال اہ بہار سے کیا ہے قصے راضہ رضا صاحب نے۔ انہوں نے لکھا ہے کہ کیا آج مسلمانوں میں سپرٹ آف ان</w:t>
      </w:r>
    </w:p>
    <w:p>
      <w:r>
        <w:rPr>
          <w:b/>
        </w:rPr>
        <w:t xml:space="preserve">[1:08:41] </w:t>
      </w:r>
      <w:r>
        <w:t>inquiry khatam hone ki wajah se science ki tehqeeq bhi khatam ho gayi hai? is ki wazahat karen.</w:t>
      </w:r>
    </w:p>
    <w:p>
      <w:pPr>
        <w:jc w:val="right"/>
      </w:pPr>
      <w:r>
        <w:t>کوائری ختم ہونے کی وجہ سے سائنس کی تحقیق بھی ختم ہوگئی ہے؟ اس کی وضاحت کریں۔</w:t>
      </w:r>
    </w:p>
    <w:p>
      <w:r>
        <w:rPr>
          <w:b/>
        </w:rPr>
        <w:t xml:space="preserve">[1:08:47] </w:t>
      </w:r>
      <w:r>
        <w:t>ab baat to theek lagti hai mujhe.</w:t>
      </w:r>
    </w:p>
    <w:p>
      <w:pPr>
        <w:jc w:val="right"/>
      </w:pPr>
      <w:r>
        <w:t>اب بات تو ٹھیک لگتی ہے مجھے۔</w:t>
      </w:r>
    </w:p>
    <w:p>
      <w:r>
        <w:rPr>
          <w:b/>
        </w:rPr>
        <w:t xml:space="preserve">[1:08:53] </w:t>
      </w:r>
      <w:r>
        <w:t>musalmanon mein spirit of inquiry mere to khaas hai hi nahin.</w:t>
      </w:r>
    </w:p>
    <w:p>
      <w:pPr>
        <w:jc w:val="right"/>
      </w:pPr>
      <w:r>
        <w:t>مسلمانوں میں اسپرٹ آف انکوائری میرے تو خاص ہے ہی نہیں۔</w:t>
      </w:r>
    </w:p>
    <w:p>
      <w:r>
        <w:rPr>
          <w:b/>
        </w:rPr>
        <w:t xml:space="preserve">[1:08:59] </w:t>
      </w:r>
      <w:r>
        <w:t>ya to mukhalif pahunch jaate hain ya muwafiq pahunch jaate hain.</w:t>
      </w:r>
    </w:p>
    <w:p>
      <w:pPr>
        <w:jc w:val="right"/>
      </w:pPr>
      <w:r>
        <w:t>یا تو مخالف پہنچ جاتے ہیں یا موافق پہنچ جاتے ہیں۔</w:t>
      </w:r>
    </w:p>
    <w:p>
      <w:r>
        <w:rPr>
          <w:b/>
        </w:rPr>
        <w:t xml:space="preserve">[1:09:05] </w:t>
      </w:r>
      <w:r>
        <w:t>kisi ke khilaf bolte hain ya kisi ke muwafqat bolte hain.</w:t>
      </w:r>
    </w:p>
    <w:p>
      <w:pPr>
        <w:jc w:val="right"/>
      </w:pPr>
      <w:r>
        <w:t>کسی کے خلاف بولتے ہیں یا کسی کے موافقت بولتے ہیں۔</w:t>
      </w:r>
    </w:p>
    <w:p>
      <w:r>
        <w:rPr>
          <w:b/>
        </w:rPr>
        <w:t xml:space="preserve">[1:09:12] </w:t>
      </w:r>
      <w:r>
        <w:t>kisi ko to woh isi jis ko kehte hain spirit of inquiry. woh shayad musalmanon mein sahi taur par hai nahi. is ko revive karne ki zaroorat hai. maulana do comment parhna chahenge. ah pehla comment bheja hai maulana yaqoob umri ne. unhon ne likha hai, "maulana, the concept of knowledge expansion you</w:t>
      </w:r>
    </w:p>
    <w:p>
      <w:pPr>
        <w:jc w:val="right"/>
      </w:pPr>
      <w:r>
        <w:t>کسی کو تو وہ اسی جس کو کہتے ہیں اسپرٹ آف انکوائری۔ وہ شاید مسلمانوں میں صحیح طور پر ہے نہیں۔ اس کو ریوائیو کرنے کی ضرورت ہے۔ مولانا دو کمنٹ پڑھنا چاہیں گے۔ اہ پہلا کمنٹ بھیجا ہے مولانا یعقوب عمری نے۔ انہوں نے لکھا ہے، "مولانا، دا کانسیپٹ آف نالج ایکسپینشن یو</w:t>
      </w:r>
    </w:p>
    <w:p>
      <w:r>
        <w:rPr>
          <w:b/>
        </w:rPr>
        <w:t xml:space="preserve">[1:09:42] </w:t>
      </w:r>
      <w:r>
        <w:t>described, i have never heard or read about it before. muslims in history have focused on their political expansion rather than knowledge expansion. this is also a tragedy that now a days muslims could not identify those who did knowledge expansion." maulana sahib, you are so true. sahi, jazakumullah. maulana agla comment bheja hai naseer sinha sahib</w:t>
      </w:r>
    </w:p>
    <w:p>
      <w:pPr>
        <w:jc w:val="right"/>
      </w:pPr>
      <w:r>
        <w:t>ڈسکرائبڈ، ائی ہیو نیور ہرڈ اور ریڈ اباؤٹ اٹ بیفور۔ مسلمز ان ہسٹری ہیو فوکسڈ ان دی پولیٹیکل ایکسپینشن رادر دین نالج ایکسپینشن۔ دس از السو ا ٹریجڈی دیٹ ناؤ ا ڈیز مسلمز کڈ ناٹ ائیڈینٹیفائی دوز ہو ڈیڈ نالج ایکسپینشن۔" مولانا صاحب، یو ار سو ٹرو۔ صحیح، جزاکم اللہ۔ مولانا اگلا کمنٹ بھیجا ہے نصیر سنہ صاحب</w:t>
      </w:r>
    </w:p>
    <w:p>
      <w:r>
        <w:rPr>
          <w:b/>
        </w:rPr>
        <w:t xml:space="preserve">[1:10:12] </w:t>
      </w:r>
      <w:r>
        <w:t>ne tamapur se.</w:t>
      </w:r>
    </w:p>
    <w:p>
      <w:pPr>
        <w:jc w:val="right"/>
      </w:pPr>
      <w:r>
        <w:t>نے تماپور سے۔</w:t>
      </w:r>
    </w:p>
    <w:p>
      <w:r>
        <w:rPr>
          <w:b/>
        </w:rPr>
        <w:t xml:space="preserve">[1:10:18] </w:t>
      </w:r>
      <w:r>
        <w:t>unhon ne likha hai, "maulana sahab, main ne ek company mein ek hindu salesman ko canada ka</w:t>
      </w:r>
    </w:p>
    <w:p>
      <w:pPr>
        <w:jc w:val="right"/>
      </w:pPr>
      <w:r>
        <w:t>انہوں نے لکھا ہے، "مولانا صاحب، میں نے ایک کمپنی میں ایک ہندو سیلز مین کو کینیڈا کا</w:t>
      </w:r>
    </w:p>
    <w:p>
      <w:r>
        <w:rPr>
          <w:b/>
        </w:rPr>
        <w:t xml:space="preserve">[1:10:24] </w:t>
      </w:r>
      <w:r>
        <w:t>quran diya to unhon ne bohat khushi se liya.</w:t>
      </w:r>
    </w:p>
    <w:p>
      <w:pPr>
        <w:jc w:val="right"/>
      </w:pPr>
      <w:r>
        <w:t>قرآن دیا تو انہوں نے بہت خوشی سے لیا۔</w:t>
      </w:r>
    </w:p>
    <w:p>
      <w:r>
        <w:rPr>
          <w:b/>
        </w:rPr>
        <w:t xml:space="preserve">[1:10:30] </w:t>
      </w:r>
      <w:r>
        <w:t>phir woh mujhe dobara mile to unhon ne kaha ke aap ne jo quran diya hai woh bohat acha hai.</w:t>
      </w:r>
    </w:p>
    <w:p>
      <w:pPr>
        <w:jc w:val="right"/>
      </w:pPr>
      <w:r>
        <w:t>پھر وہ مجھے دوبارہ ملے تو انہوں نے کہا کہ آپ نے جو قرآن دیا ہے وہ بہت اچھا ہے۔</w:t>
      </w:r>
    </w:p>
    <w:p>
      <w:r>
        <w:rPr>
          <w:b/>
        </w:rPr>
        <w:t xml:space="preserve">[1:10:37] </w:t>
      </w:r>
      <w:r>
        <w:t>main ise rozana sone se pehle aadha ghanta parh ke sota hoon." keh kar shukriya ada kiya. mashallah, mashallah,</w:t>
      </w:r>
    </w:p>
    <w:p>
      <w:pPr>
        <w:jc w:val="right"/>
      </w:pPr>
      <w:r>
        <w:t>میں اسے روزانہ سونے سے پہلے آدھا گھنٹہ پڑھ کے سوتا ہوں۔" کہہ کر شکریہ ادا کیا۔ ماشاءاللہ، ماشاءاللہ،</w:t>
      </w:r>
    </w:p>
    <w:p>
      <w:r>
        <w:rPr>
          <w:b/>
        </w:rPr>
        <w:t xml:space="preserve">[1:10:43] </w:t>
      </w:r>
      <w:r>
        <w:t>mashallah.</w:t>
      </w:r>
    </w:p>
    <w:p>
      <w:pPr>
        <w:jc w:val="right"/>
      </w:pPr>
      <w:r>
        <w:t>ماشاءاللہ۔</w:t>
      </w:r>
    </w:p>
    <w:p>
      <w:r>
        <w:rPr>
          <w:b/>
        </w:rPr>
        <w:t xml:space="preserve">[1:10:49] </w:t>
      </w:r>
      <w:r>
        <w:t>maulana agla sawal kya hai ah abdul rauf khateeb sahib ne chaplon se.</w:t>
      </w:r>
    </w:p>
    <w:p>
      <w:pPr>
        <w:jc w:val="right"/>
      </w:pPr>
      <w:r>
        <w:t>مولانا اگلا سوال کیا ہے اہ عبدالرؤف خطیب صاحب نے چپلون سے۔</w:t>
      </w:r>
    </w:p>
    <w:p>
      <w:r>
        <w:rPr>
          <w:b/>
        </w:rPr>
        <w:t xml:space="preserve">[1:10:55] </w:t>
      </w:r>
      <w:r>
        <w:t>انہوں نے لکھا ہے، "مولانا، what is the scientific way of thinking and what is the impact of</w:t>
      </w:r>
    </w:p>
    <w:p>
      <w:pPr>
        <w:jc w:val="right"/>
      </w:pPr>
      <w:r>
        <w:t>انہوں نے لکھا ہے، "مولانا، واٹ از دا سائنٹیفک وے اف تھنکنگ اینڈ واٹ از دی امپیکٹ اف</w:t>
      </w:r>
    </w:p>
    <w:p>
      <w:r>
        <w:rPr>
          <w:b/>
        </w:rPr>
        <w:t xml:space="preserve">[1:11:01] </w:t>
      </w:r>
      <w:r>
        <w:t>such type of thinking in society? please explain this. "arsalah ka hum ne ek number chapaya tha, woh</w:t>
      </w:r>
    </w:p>
    <w:p>
      <w:pPr>
        <w:jc w:val="right"/>
      </w:pPr>
      <w:r>
        <w:t>سچ ٹائپ اف تھنکنگ ان سوسائٹی؟ پلیز ایکسپلین دس۔" ارسالہ کا ہم نے ایک نمبر چھاپا تھا، وہ</w:t>
      </w:r>
    </w:p>
    <w:p>
      <w:r>
        <w:rPr>
          <w:b/>
        </w:rPr>
        <w:t xml:space="preserve">[1:11:07] </w:t>
      </w:r>
      <w:r>
        <w:t>tha art of thinking par.</w:t>
      </w:r>
    </w:p>
    <w:p>
      <w:pPr>
        <w:jc w:val="right"/>
      </w:pPr>
      <w:r>
        <w:t>تھا آرٹ اف تھنکنگ پر۔</w:t>
      </w:r>
    </w:p>
    <w:p>
      <w:r>
        <w:rPr>
          <w:b/>
        </w:rPr>
        <w:t xml:space="preserve">[1:11:14] </w:t>
      </w:r>
      <w:r>
        <w:t>art of thinking, agar woh mil jaye to us ko parh lijiye. mil jaye ke woh aap us mein mil jaye ga aap ko. yaani internet par poora shumarah ek tha isi par art of thinking par ke sir woh to hoga re ji. haan, aap download kar ke parh lijiye. okay, so we will end today session. thank you.</w:t>
      </w:r>
    </w:p>
    <w:p>
      <w:pPr>
        <w:jc w:val="right"/>
      </w:pPr>
      <w:r>
        <w:t>آرٹ اف تھنکنگ، اگر وہ مل جائے تو اس کو پڑھ لیجئے۔ مل جائے کہ وہ آپ اس میں مل جائے گا آپ کو۔ یعنی انٹرنیٹ پر پورا شمارہ ایک تھا اسی پر آرٹ اف تھنکنگ پر کہ سر وہ تو ہوگا رے جی۔ ہاں، آپ ڈاؤن لوڈ کر کے پڑھ لیجئے۔ اوکے، سو وی ویل اینڈ ٹوڈے سیشن۔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