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to a Mediterranean Island | November 23, 2008</w:t>
      </w:r>
    </w:p>
    <w:p>
      <w:r>
        <w:t>https://www.youtube.com/watch?v=oE6JQf3sMPg</w:t>
      </w:r>
    </w:p>
    <w:p>
      <w:r>
        <w:rPr>
          <w:b/>
        </w:rPr>
        <w:t xml:space="preserve">[00:13] </w:t>
      </w:r>
      <w:r>
        <w:t>bismillah hir rahman nir rahim wa salla Allahu ala an nabiyyil karim rabb ishrah li sadri wa yassir li amri wahlu</w:t>
      </w:r>
    </w:p>
    <w:p>
      <w:pPr>
        <w:jc w:val="right"/>
      </w:pPr>
      <w:r>
        <w:t>بسم اللہ الرحمن الرحیم و صلی اللہ علی النبی الکریم رب اشرح لی صدری ویسر لی امری واحل</w:t>
      </w:r>
    </w:p>
    <w:p>
      <w:r>
        <w:rPr>
          <w:b/>
        </w:rPr>
        <w:t xml:space="preserve">[00:24] </w:t>
      </w:r>
      <w:r>
        <w:t>al uqdata min lisani yafqahu qawli.</w:t>
      </w:r>
    </w:p>
    <w:p>
      <w:pPr>
        <w:jc w:val="right"/>
      </w:pPr>
      <w:r>
        <w:t>العقدۃ من لسانی یفقہ قولی۔</w:t>
      </w:r>
    </w:p>
    <w:p>
      <w:r>
        <w:rPr>
          <w:b/>
        </w:rPr>
        <w:t xml:space="preserve">[00:34] </w:t>
      </w:r>
      <w:r>
        <w:t>aaj ka topic ek safar ke bare mein hai.</w:t>
      </w:r>
    </w:p>
    <w:p>
      <w:pPr>
        <w:jc w:val="right"/>
      </w:pPr>
      <w:r>
        <w:t>آج کا ٹاپک ایک سفر کے بارے میں ہے۔</w:t>
      </w:r>
    </w:p>
    <w:p>
      <w:r>
        <w:rPr>
          <w:b/>
        </w:rPr>
        <w:t xml:space="preserve">[00:45] </w:t>
      </w:r>
      <w:r>
        <w:t>اس کا ٹائٹل ہے "Journey to a Mediterranean Island"۔</w:t>
      </w:r>
    </w:p>
    <w:p>
      <w:pPr>
        <w:jc w:val="right"/>
      </w:pPr>
      <w:r>
        <w:t>اس کا ٹائٹل ہے "جرنی ٹو ا میڈیٹیرین آئی لینڈ"۔</w:t>
      </w:r>
    </w:p>
    <w:p>
      <w:r>
        <w:rPr>
          <w:b/>
        </w:rPr>
        <w:t xml:space="preserve">[00:52] </w:t>
      </w:r>
      <w:r>
        <w:t>journey to a mediterranean island.</w:t>
      </w:r>
    </w:p>
    <w:p>
      <w:pPr>
        <w:jc w:val="right"/>
      </w:pPr>
      <w:r>
        <w:t>جرنی ٹو ا میڈیٹیرین آئی لینڈ۔</w:t>
      </w:r>
    </w:p>
    <w:p>
      <w:r>
        <w:rPr>
          <w:b/>
        </w:rPr>
        <w:t xml:space="preserve">[01:00] </w:t>
      </w:r>
      <w:r>
        <w:t>meri murad hai cyprus se jisko arabic mein qabrus kehte hain.</w:t>
      </w:r>
    </w:p>
    <w:p>
      <w:pPr>
        <w:jc w:val="right"/>
      </w:pPr>
      <w:r>
        <w:t>میری مراد ہے سائپرس سے جس کو عربک میں قبرص کہتے ہیں۔</w:t>
      </w:r>
    </w:p>
    <w:p>
      <w:r>
        <w:rPr>
          <w:b/>
        </w:rPr>
        <w:t xml:space="preserve">[01:07] </w:t>
      </w:r>
      <w:r>
        <w:t>yeh jazeera hai mediterranean mein.</w:t>
      </w:r>
    </w:p>
    <w:p>
      <w:pPr>
        <w:jc w:val="right"/>
      </w:pPr>
      <w:r>
        <w:t>یہ جزیرہ ہے میڈیٹیرین میں۔</w:t>
      </w:r>
    </w:p>
    <w:p>
      <w:r>
        <w:rPr>
          <w:b/>
        </w:rPr>
        <w:t xml:space="preserve">[01:15] </w:t>
      </w:r>
      <w:r>
        <w:t>turkey ke paas.</w:t>
      </w:r>
    </w:p>
    <w:p>
      <w:pPr>
        <w:jc w:val="right"/>
      </w:pPr>
      <w:r>
        <w:t>ترکی کے پاس۔</w:t>
      </w:r>
    </w:p>
    <w:p>
      <w:r>
        <w:rPr>
          <w:b/>
        </w:rPr>
        <w:t xml:space="preserve">[01:19] </w:t>
      </w:r>
      <w:r>
        <w:t>europe ka hai.</w:t>
      </w:r>
    </w:p>
    <w:p>
      <w:pPr>
        <w:jc w:val="right"/>
      </w:pPr>
      <w:r>
        <w:t>یورپ کا ہے۔</w:t>
      </w:r>
    </w:p>
    <w:p>
      <w:r>
        <w:rPr>
          <w:b/>
        </w:rPr>
        <w:t xml:space="preserve">[01:24] </w:t>
      </w:r>
      <w:r>
        <w:t>yani europe ke continent ka ek jazeera.</w:t>
      </w:r>
    </w:p>
    <w:p>
      <w:pPr>
        <w:jc w:val="right"/>
      </w:pPr>
      <w:r>
        <w:t>یعنی یورپ کے کانٹیننٹ کا ایک جزیرہ۔</w:t>
      </w:r>
    </w:p>
    <w:p>
      <w:r>
        <w:rPr>
          <w:b/>
        </w:rPr>
        <w:t xml:space="preserve">[01:28] </w:t>
      </w:r>
      <w:r>
        <w:t>to wahan par ek international conference hui.</w:t>
      </w:r>
    </w:p>
    <w:p>
      <w:pPr>
        <w:jc w:val="right"/>
      </w:pPr>
      <w:r>
        <w:t>تو وہاں پر ایک انٹرنیشنل کانفرنس ہوئی۔</w:t>
      </w:r>
    </w:p>
    <w:p>
      <w:r>
        <w:rPr>
          <w:b/>
        </w:rPr>
        <w:t xml:space="preserve">[01:33] </w:t>
      </w:r>
      <w:r>
        <w:t>aamina hazir the community of sant egidio.</w:t>
      </w:r>
    </w:p>
    <w:p>
      <w:pPr>
        <w:jc w:val="right"/>
      </w:pPr>
      <w:r>
        <w:t>آمنہ حاضر تھے کمیونٹی آف سینٹ ایجیڈیو۔</w:t>
      </w:r>
    </w:p>
    <w:p>
      <w:r>
        <w:rPr>
          <w:b/>
        </w:rPr>
        <w:t xml:space="preserve">[01:37] </w:t>
      </w:r>
      <w:r>
        <w:t>jo vatican ke sarparasti mein qaim hui hai rome mein.</w:t>
      </w:r>
    </w:p>
    <w:p>
      <w:pPr>
        <w:jc w:val="right"/>
      </w:pPr>
      <w:r>
        <w:t>جو ویٹیکن کے سرپرستی میں قائم ہوئی ہے روم میں۔</w:t>
      </w:r>
    </w:p>
    <w:p>
      <w:r>
        <w:rPr>
          <w:b/>
        </w:rPr>
        <w:t xml:space="preserve">[01:42] </w:t>
      </w:r>
      <w:r>
        <w:t>to jab unka invitation mila is</w:t>
      </w:r>
    </w:p>
    <w:p>
      <w:pPr>
        <w:jc w:val="right"/>
      </w:pPr>
      <w:r>
        <w:t>تو جب ان کا انویٹیشن ملا اس</w:t>
      </w:r>
    </w:p>
    <w:p>
      <w:r>
        <w:rPr>
          <w:b/>
        </w:rPr>
        <w:t xml:space="preserve">[01:47] </w:t>
      </w:r>
      <w:r>
        <w:t>mein likha tha ke conference hogi larnaca mein.</w:t>
      </w:r>
    </w:p>
    <w:p>
      <w:pPr>
        <w:jc w:val="right"/>
      </w:pPr>
      <w:r>
        <w:t>میں لکھا تھا کہ کانفرنس ہوگی لارڈ ناکا میں۔</w:t>
      </w:r>
    </w:p>
    <w:p>
      <w:r>
        <w:rPr>
          <w:b/>
        </w:rPr>
        <w:t xml:space="preserve">[01:52] </w:t>
      </w:r>
      <w:r>
        <w:t>l a r n a c a.</w:t>
      </w:r>
    </w:p>
    <w:p>
      <w:pPr>
        <w:jc w:val="right"/>
      </w:pPr>
      <w:r>
        <w:t>ایل اے آر این اے سی اے۔</w:t>
      </w:r>
    </w:p>
    <w:p>
      <w:r>
        <w:rPr>
          <w:b/>
        </w:rPr>
        <w:t xml:space="preserve">[01:57] </w:t>
      </w:r>
      <w:r>
        <w:t>us waqt mein larnaca ka bilkul is se bekhabar tha.</w:t>
      </w:r>
    </w:p>
    <w:p>
      <w:pPr>
        <w:jc w:val="right"/>
      </w:pPr>
      <w:r>
        <w:t>اس وقت میں لارڈ ناکا کا بالکل اس سے بے خبر تھا۔</w:t>
      </w:r>
    </w:p>
    <w:p>
      <w:r>
        <w:rPr>
          <w:b/>
        </w:rPr>
        <w:t xml:space="preserve">[02:02] </w:t>
      </w:r>
      <w:r>
        <w:t>mein janta nahi tha ke larnaca kahan hai, kya hai.</w:t>
      </w:r>
    </w:p>
    <w:p>
      <w:pPr>
        <w:jc w:val="right"/>
      </w:pPr>
      <w:r>
        <w:t>میں جانتا نہیں تھا کہ لارڈ ناکا کہاں ہے، کیا ہے۔</w:t>
      </w:r>
    </w:p>
    <w:p>
      <w:r>
        <w:rPr>
          <w:b/>
        </w:rPr>
        <w:t xml:space="preserve">[02:07] </w:t>
      </w:r>
      <w:r>
        <w:t>yeh naam mere liye bilkul unknown tha.</w:t>
      </w:r>
    </w:p>
    <w:p>
      <w:pPr>
        <w:jc w:val="right"/>
      </w:pPr>
      <w:r>
        <w:t>یہ نام میرے لیے بالکل ان نون تھا۔</w:t>
      </w:r>
    </w:p>
    <w:p>
      <w:r>
        <w:rPr>
          <w:b/>
        </w:rPr>
        <w:t xml:space="preserve">[02:12] </w:t>
      </w:r>
      <w:r>
        <w:t>to mein apne aap</w:t>
      </w:r>
    </w:p>
    <w:p>
      <w:pPr>
        <w:jc w:val="right"/>
      </w:pPr>
      <w:r>
        <w:t>تو میں اپنے آپ</w:t>
      </w:r>
    </w:p>
    <w:p>
      <w:r>
        <w:rPr>
          <w:b/>
        </w:rPr>
        <w:t xml:space="preserve">[02:17] </w:t>
      </w:r>
      <w:r>
        <w:t>ko by nature bahut zyada helpless samajhta hoon.</w:t>
      </w:r>
    </w:p>
    <w:p>
      <w:pPr>
        <w:jc w:val="right"/>
      </w:pPr>
      <w:r>
        <w:t>کو بائی نیچر بہت زیادہ ہیلپ لیس سمجھتا ہوں۔</w:t>
      </w:r>
    </w:p>
    <w:p>
      <w:r>
        <w:rPr>
          <w:b/>
        </w:rPr>
        <w:t xml:space="preserve">[02:24] </w:t>
      </w:r>
      <w:r>
        <w:t>Helplessness mere nature mein interwoven hai.</w:t>
      </w:r>
    </w:p>
    <w:p>
      <w:pPr>
        <w:jc w:val="right"/>
      </w:pPr>
      <w:r>
        <w:t>ہیلپ لیسنس میرے نیچر میں انٹربون ہے۔</w:t>
      </w:r>
    </w:p>
    <w:p>
      <w:r>
        <w:rPr>
          <w:b/>
        </w:rPr>
        <w:t xml:space="preserve">[02:32] </w:t>
      </w:r>
      <w:r>
        <w:t>to ek aisi jagah jana jo mediterranean mein hai us ka naam bhi mujhe nahi pata. nai jagah.</w:t>
      </w:r>
    </w:p>
    <w:p>
      <w:pPr>
        <w:jc w:val="right"/>
      </w:pPr>
      <w:r>
        <w:t>تو ایک ایسی جگہ جانا جو میڈیٹیرین میں ہے اس کا نام بھی مجھے نہیں پتا۔ نئی جگہ۔</w:t>
      </w:r>
    </w:p>
    <w:p>
      <w:r>
        <w:rPr>
          <w:b/>
        </w:rPr>
        <w:t xml:space="preserve">[02:39] </w:t>
      </w:r>
      <w:r>
        <w:t>تو میں I was reluctant to accept this invitation</w:t>
      </w:r>
    </w:p>
    <w:p>
      <w:pPr>
        <w:jc w:val="right"/>
      </w:pPr>
      <w:r>
        <w:t>تو میں آئی واز ریلیکٹنٹ ٹو ایکسیپٹ دس انویٹیشن</w:t>
      </w:r>
    </w:p>
    <w:p>
      <w:r>
        <w:rPr>
          <w:b/>
        </w:rPr>
        <w:t xml:space="preserve">[02:47] </w:t>
      </w:r>
      <w:r>
        <w:t>—</w:t>
      </w:r>
    </w:p>
    <w:p>
      <w:pPr>
        <w:jc w:val="right"/>
      </w:pPr>
      <w:r>
        <w:t>۔</w:t>
      </w:r>
    </w:p>
    <w:p>
      <w:r>
        <w:rPr>
          <w:b/>
        </w:rPr>
        <w:t xml:space="preserve">[02:52] </w:t>
      </w:r>
      <w:r>
        <w:t>bilkul mere dil mein yeh tha ke mein yeh nahi jana hai.</w:t>
      </w:r>
    </w:p>
    <w:p>
      <w:pPr>
        <w:jc w:val="right"/>
      </w:pPr>
      <w:r>
        <w:t>بالکل میرے دل میں یہ تھا کہ میں یہ نہیں جانا ہے۔</w:t>
      </w:r>
    </w:p>
    <w:p>
      <w:r>
        <w:rPr>
          <w:b/>
        </w:rPr>
        <w:t xml:space="preserve">[02:57] </w:t>
      </w:r>
      <w:r>
        <w:t>pata nahin kya wahan hoga, kya nahin hoga, koi jangla hai ke kya hai.</w:t>
      </w:r>
    </w:p>
    <w:p>
      <w:pPr>
        <w:jc w:val="right"/>
      </w:pPr>
      <w:r>
        <w:t>پتہ نہیں کیا وہاں ہوگا، کیا نہیں ہوگا، کوئی جنگل ہے کہ کیا ہے۔</w:t>
      </w:r>
    </w:p>
    <w:p>
      <w:r>
        <w:rPr>
          <w:b/>
        </w:rPr>
        <w:t xml:space="preserve">[03:02] </w:t>
      </w:r>
      <w:r>
        <w:t>بالکل at the جو کہتے ہیں at the eleventh hour کچھ ایسا ہوا کہ مجھے اس کو کنفرم کرنا پڑا۔</w:t>
      </w:r>
    </w:p>
    <w:p>
      <w:pPr>
        <w:jc w:val="right"/>
      </w:pPr>
      <w:r>
        <w:t>بالکل ایٹ دا جو کہتے ہیں ایٹ دا الیونتھ اور کچھ ایسا ہوا کہ مجھے اس کو کنفرم کرنا پڑا۔</w:t>
      </w:r>
    </w:p>
    <w:p>
      <w:r>
        <w:rPr>
          <w:b/>
        </w:rPr>
        <w:t xml:space="preserve">[03:07] </w:t>
      </w:r>
      <w:r>
        <w:t>aur phir hum teen aadmi wahan gaye.</w:t>
      </w:r>
    </w:p>
    <w:p>
      <w:pPr>
        <w:jc w:val="right"/>
      </w:pPr>
      <w:r>
        <w:t>اور پھر ہم تین آدمی وہاں گئے۔</w:t>
      </w:r>
    </w:p>
    <w:p>
      <w:r>
        <w:rPr>
          <w:b/>
        </w:rPr>
        <w:t xml:space="preserve">[03:12] </w:t>
      </w:r>
      <w:r>
        <w:t>main tha, Maulana Zikwan Nadvi the, Mr Rajat</w:t>
      </w:r>
    </w:p>
    <w:p>
      <w:pPr>
        <w:jc w:val="right"/>
      </w:pPr>
      <w:r>
        <w:t>میں تھا، مولانا ذکوان ندوی تھے، مسٹر رجت</w:t>
      </w:r>
    </w:p>
    <w:p>
      <w:r>
        <w:rPr>
          <w:b/>
        </w:rPr>
        <w:t xml:space="preserve">[03:17] </w:t>
      </w:r>
      <w:r>
        <w:t>Malhotra.</w:t>
      </w:r>
    </w:p>
    <w:p>
      <w:pPr>
        <w:jc w:val="right"/>
      </w:pPr>
      <w:r>
        <w:t>الملھوترا۔</w:t>
      </w:r>
    </w:p>
    <w:p>
      <w:r>
        <w:rPr>
          <w:b/>
        </w:rPr>
        <w:t xml:space="preserve">[03:26] </w:t>
      </w:r>
      <w:r>
        <w:t>to aakhir mein jis cheez ne mujhe jaane par tayyar kiya woh tha ek riwayat jo hadith mein aayi hai.</w:t>
      </w:r>
    </w:p>
    <w:p>
      <w:pPr>
        <w:jc w:val="right"/>
      </w:pPr>
      <w:r>
        <w:t>تو آخر میں جس چیز نے مجھے جانے پر تیار کیا وہ تھا ایک روایت جو حدیث میں آئی ہے۔</w:t>
      </w:r>
    </w:p>
    <w:p>
      <w:r>
        <w:rPr>
          <w:b/>
        </w:rPr>
        <w:t xml:space="preserve">[03:34] </w:t>
      </w:r>
      <w:r>
        <w:t>woh main bataunga aap ko detail mein inshallah.</w:t>
      </w:r>
    </w:p>
    <w:p>
      <w:pPr>
        <w:jc w:val="right"/>
      </w:pPr>
      <w:r>
        <w:t>وہ میں بتاؤں گا آپ کو ڈیٹیل میں انشاءاللہ۔</w:t>
      </w:r>
    </w:p>
    <w:p>
      <w:r>
        <w:rPr>
          <w:b/>
        </w:rPr>
        <w:t xml:space="preserve">[03:43] </w:t>
      </w:r>
      <w:r>
        <w:t>ke ek sahabi khatoon safar karengi is jazeere tak.</w:t>
      </w:r>
    </w:p>
    <w:p>
      <w:pPr>
        <w:jc w:val="right"/>
      </w:pPr>
      <w:r>
        <w:t>کہ ایک صحابی خاتون سفر کریں گی اس جزیرے تک۔</w:t>
      </w:r>
    </w:p>
    <w:p>
      <w:r>
        <w:rPr>
          <w:b/>
        </w:rPr>
        <w:t xml:space="preserve">[03:51] </w:t>
      </w:r>
      <w:r>
        <w:t>to khwab dekha tha Rasool Allah salallahu alaihi wasallam ne.</w:t>
      </w:r>
    </w:p>
    <w:p>
      <w:pPr>
        <w:jc w:val="right"/>
      </w:pPr>
      <w:r>
        <w:t>تو خواب دیکھا تھا رسول اللہ صلی اللہ علیہ وسلم نے۔</w:t>
      </w:r>
    </w:p>
    <w:p>
      <w:r>
        <w:rPr>
          <w:b/>
        </w:rPr>
        <w:t xml:space="preserve">[03:55] </w:t>
      </w:r>
      <w:r>
        <w:t>to ek baar dekha, do baar khwab dekha.</w:t>
      </w:r>
    </w:p>
    <w:p>
      <w:pPr>
        <w:jc w:val="right"/>
      </w:pPr>
      <w:r>
        <w:t>تو ایک بار دیکھا، دو بار خواب دیکھا۔</w:t>
      </w:r>
    </w:p>
    <w:p>
      <w:r>
        <w:rPr>
          <w:b/>
        </w:rPr>
        <w:t xml:space="preserve">[03:59] </w:t>
      </w:r>
      <w:r>
        <w:t>pehli baar khwab dekha to jab aap ne khwab bayan kiya to sahabi khatoon ne kaha ke aap</w:t>
      </w:r>
    </w:p>
    <w:p>
      <w:pPr>
        <w:jc w:val="right"/>
      </w:pPr>
      <w:r>
        <w:t>پہلی بار خواب دیکھا تو جب آپ نے خواب بیان کیا تو صحابیہ خاتون نے کہا کہ آپ</w:t>
      </w:r>
    </w:p>
    <w:p>
      <w:r>
        <w:rPr>
          <w:b/>
        </w:rPr>
        <w:t xml:space="preserve">[04:03] </w:t>
      </w:r>
      <w:r>
        <w:t>dua karein ke main bhi is jamaat mein rahoon.</w:t>
      </w:r>
    </w:p>
    <w:p>
      <w:pPr>
        <w:jc w:val="right"/>
      </w:pPr>
      <w:r>
        <w:t>دعا کریں کہ میں بھی اس جماعت میں رہوں۔</w:t>
      </w:r>
    </w:p>
    <w:p>
      <w:r>
        <w:rPr>
          <w:b/>
        </w:rPr>
        <w:t xml:space="preserve">[04:06] </w:t>
      </w:r>
      <w:r>
        <w:t>to aap ne kaha ke tum jamaat mein ho.</w:t>
      </w:r>
    </w:p>
    <w:p>
      <w:pPr>
        <w:jc w:val="right"/>
      </w:pPr>
      <w:r>
        <w:t>تو آپ نے کہا کہ تم جماعت میں ہو۔</w:t>
      </w:r>
    </w:p>
    <w:p>
      <w:r>
        <w:rPr>
          <w:b/>
        </w:rPr>
        <w:t xml:space="preserve">[04:10] </w:t>
      </w:r>
      <w:r>
        <w:t>phir dobara khwab dekha aap ne.</w:t>
      </w:r>
    </w:p>
    <w:p>
      <w:pPr>
        <w:jc w:val="right"/>
      </w:pPr>
      <w:r>
        <w:t>پھر دوبارہ خواب دیکھا آپ نے۔</w:t>
      </w:r>
    </w:p>
    <w:p>
      <w:r>
        <w:rPr>
          <w:b/>
        </w:rPr>
        <w:t xml:space="preserve">[04:14] </w:t>
      </w:r>
      <w:r>
        <w:t>to phir aap ne bataya to unhon ne kaha ke aap dua kijiye ke main is mein bhi rahoon.</w:t>
      </w:r>
    </w:p>
    <w:p>
      <w:pPr>
        <w:jc w:val="right"/>
      </w:pPr>
      <w:r>
        <w:t>تو پھر آپ نے بتایا تو انہوں نے کہا کہ آپ دعا کیجئے کہ میں اس میں بھی رہوں۔</w:t>
      </w:r>
    </w:p>
    <w:p>
      <w:r>
        <w:rPr>
          <w:b/>
        </w:rPr>
        <w:t xml:space="preserve">[04:18] </w:t>
      </w:r>
      <w:r>
        <w:t>to aap ne kaha ke nahin. tum first</w:t>
      </w:r>
    </w:p>
    <w:p>
      <w:pPr>
        <w:jc w:val="right"/>
      </w:pPr>
      <w:r>
        <w:t>تو آپ نے کہا کہ نہیں۔ تم فرسٹ</w:t>
      </w:r>
    </w:p>
    <w:p>
      <w:r>
        <w:rPr>
          <w:b/>
        </w:rPr>
        <w:t xml:space="preserve">[04:21] </w:t>
      </w:r>
      <w:r>
        <w:t>group mein ho lekin second group mein tum nahin ho.</w:t>
      </w:r>
    </w:p>
    <w:p>
      <w:pPr>
        <w:jc w:val="right"/>
      </w:pPr>
      <w:r>
        <w:t>گروپ میں ہو لیکن سکٹ گروپ میں تم نہیں ہو۔</w:t>
      </w:r>
    </w:p>
    <w:p>
      <w:r>
        <w:rPr>
          <w:b/>
        </w:rPr>
        <w:t xml:space="preserve">[04:27] </w:t>
      </w:r>
      <w:r>
        <w:t>aur is ke bare mein hadith mein aayi ke woh log jo jayenge wahan kalmuluk ala surrah.</w:t>
      </w:r>
    </w:p>
    <w:p>
      <w:pPr>
        <w:jc w:val="right"/>
      </w:pPr>
      <w:r>
        <w:t>اور اس کے بارے میں حدیث میں آئی کہ وہ لوگ جو جائیں گے وہاں کلملوک علی السرہ۔</w:t>
      </w:r>
    </w:p>
    <w:p>
      <w:r>
        <w:rPr>
          <w:b/>
        </w:rPr>
        <w:t xml:space="preserve">[04:34] </w:t>
      </w:r>
      <w:r>
        <w:t>kalmuluk ala al-surrah.</w:t>
      </w:r>
    </w:p>
    <w:p>
      <w:pPr>
        <w:jc w:val="right"/>
      </w:pPr>
      <w:r>
        <w:t>کلملوک علی الاسرہ۔</w:t>
      </w:r>
    </w:p>
    <w:p>
      <w:r>
        <w:rPr>
          <w:b/>
        </w:rPr>
        <w:t xml:space="preserve">[04:40] </w:t>
      </w:r>
      <w:r>
        <w:t>yani like like the kings seated on thrones.</w:t>
      </w:r>
    </w:p>
    <w:p>
      <w:pPr>
        <w:jc w:val="right"/>
      </w:pPr>
      <w:r>
        <w:t>یعنی لائک لائک دا کنگز سیٹڈ ان تھرونز۔</w:t>
      </w:r>
    </w:p>
    <w:p>
      <w:r>
        <w:rPr>
          <w:b/>
        </w:rPr>
        <w:t xml:space="preserve">[04:46] </w:t>
      </w:r>
      <w:r>
        <w:t>takht par baithe hue badshahon ki tarah. to</w:t>
      </w:r>
    </w:p>
    <w:p>
      <w:pPr>
        <w:jc w:val="right"/>
      </w:pPr>
      <w:r>
        <w:t>تخت پر بیٹھے ہوئے بادشاہوں کی طرح۔ تو</w:t>
      </w:r>
    </w:p>
    <w:p>
      <w:r>
        <w:rPr>
          <w:b/>
        </w:rPr>
        <w:t xml:space="preserve">[04:52] </w:t>
      </w:r>
      <w:r>
        <w:t>جنت کا سفر ایک royal journey کے ذریعے یہ ایک عجیب غریب ایک ایک dream تھا میرے لیے</w:t>
      </w:r>
    </w:p>
    <w:p>
      <w:pPr>
        <w:jc w:val="right"/>
      </w:pPr>
      <w:r>
        <w:t>جنت کا سفر ایک رائل جرنی کے ذریعے یہ ایک عجیب غریب ایک ایک ڈریم تھا میرے لیے</w:t>
      </w:r>
    </w:p>
    <w:p>
      <w:r>
        <w:rPr>
          <w:b/>
        </w:rPr>
        <w:t xml:space="preserve">[04:57] </w:t>
      </w:r>
      <w:r>
        <w:t>کہ شاید یہ good tidings جو ہے وہ وہ ہمارے گروپ پر بھی صادق آ جائے۔</w:t>
      </w:r>
    </w:p>
    <w:p>
      <w:pPr>
        <w:jc w:val="right"/>
      </w:pPr>
      <w:r>
        <w:t>کہ شاید یہ گڈ ٹائیڈنگ جو ہے وہ وہ ہمارے گروپ پر بھی صادق آ جائے۔</w:t>
      </w:r>
    </w:p>
    <w:p>
      <w:r>
        <w:rPr>
          <w:b/>
        </w:rPr>
        <w:t xml:space="preserve">[05:02] </w:t>
      </w:r>
      <w:r>
        <w:t>یعنی اس ایک چیز کے سوا کوئی اور چیز ہمارے لیے incentive نہیں تھی وہاں جانے کے لیے۔</w:t>
      </w:r>
    </w:p>
    <w:p>
      <w:pPr>
        <w:jc w:val="right"/>
      </w:pPr>
      <w:r>
        <w:t>یعنی اس ایک چیز کے سوا کوئی اور چیز ہمارے لیے انسنٹو نہیں تھی وہاں جانے کے لیے۔</w:t>
      </w:r>
    </w:p>
    <w:p>
      <w:r>
        <w:rPr>
          <w:b/>
        </w:rPr>
        <w:t xml:space="preserve">[05:07] </w:t>
      </w:r>
      <w:r>
        <w:t>کیونکہ بالکل لگتا تھا کہ جنگل میں جا رہے ہیں، desert میں جا رہے ہیں، اندھیرے میں چھلانگ</w:t>
      </w:r>
    </w:p>
    <w:p>
      <w:pPr>
        <w:jc w:val="right"/>
      </w:pPr>
      <w:r>
        <w:t>کیونکہ بالکل لگتا تھا کہ جنگل میں جا رہے ہیں، ڈیزرٹ میں جا رہے ہیں، اندھیرے میں چھلانگ</w:t>
      </w:r>
    </w:p>
    <w:p>
      <w:r>
        <w:rPr>
          <w:b/>
        </w:rPr>
        <w:t xml:space="preserve">[05:12] </w:t>
      </w:r>
      <w:r>
        <w:t>laga rahe hain, kuch pata nahin tha.</w:t>
      </w:r>
    </w:p>
    <w:p>
      <w:pPr>
        <w:jc w:val="right"/>
      </w:pPr>
      <w:r>
        <w:t>لگا رہے ہیں، کچھ پتہ نہیں تھا۔</w:t>
      </w:r>
    </w:p>
    <w:p>
      <w:r>
        <w:rPr>
          <w:b/>
        </w:rPr>
        <w:t xml:space="preserve">[05:17] </w:t>
      </w:r>
      <w:r>
        <w:t>lekin yeh jo hadith mein aaya</w:t>
      </w:r>
    </w:p>
    <w:p>
      <w:pPr>
        <w:jc w:val="right"/>
      </w:pPr>
      <w:r>
        <w:t>لیکن یہ جو حدیث میں آیا</w:t>
      </w:r>
    </w:p>
    <w:p>
      <w:r>
        <w:rPr>
          <w:b/>
        </w:rPr>
        <w:t xml:space="preserve">[05:22] </w:t>
      </w:r>
      <w:r>
        <w:t>hai ke woh kalmuluk ala surrah honge aur woh jannat mein jayenge royal journey karte hue.</w:t>
      </w:r>
    </w:p>
    <w:p>
      <w:pPr>
        <w:jc w:val="right"/>
      </w:pPr>
      <w:r>
        <w:t>ہے کہ وہ کلملوک علی السرہ ہوں گے اور وہ جنت میں جائیں گے رائل جرنی کرتے ہوئے۔</w:t>
      </w:r>
    </w:p>
    <w:p>
      <w:r>
        <w:rPr>
          <w:b/>
        </w:rPr>
        <w:t xml:space="preserve">[05:29] </w:t>
      </w:r>
      <w:r>
        <w:t>to jo hadith mein aaya hai ke ana inda zann abdi bi khaira.</w:t>
      </w:r>
    </w:p>
    <w:p>
      <w:pPr>
        <w:jc w:val="right"/>
      </w:pPr>
      <w:r>
        <w:t>تو جو حدیث میں آیا ہے کہ انا عند ذن عبدی بی خیرا۔</w:t>
      </w:r>
    </w:p>
    <w:p>
      <w:r>
        <w:rPr>
          <w:b/>
        </w:rPr>
        <w:t xml:space="preserve">[05:37] </w:t>
      </w:r>
      <w:r>
        <w:t>ek aur riwayat mein hai ke ana inda zann abdi bi falzann bi ma shaa.</w:t>
      </w:r>
    </w:p>
    <w:p>
      <w:pPr>
        <w:jc w:val="right"/>
      </w:pPr>
      <w:r>
        <w:t>ایک اور روایت میں ہے کہ انا عند ذن عبدی بی فلذن بی ماشاء۔</w:t>
      </w:r>
    </w:p>
    <w:p>
      <w:r>
        <w:rPr>
          <w:b/>
        </w:rPr>
        <w:t xml:space="preserve">[05:44] </w:t>
      </w:r>
      <w:r>
        <w:t>to main ne socha ke shayad main Allah</w:t>
      </w:r>
    </w:p>
    <w:p>
      <w:pPr>
        <w:jc w:val="right"/>
      </w:pPr>
      <w:r>
        <w:t>تو میں نے سوچا کہ شاید میں اللہ</w:t>
      </w:r>
    </w:p>
    <w:p>
      <w:r>
        <w:rPr>
          <w:b/>
        </w:rPr>
        <w:t xml:space="preserve">[05:52] </w:t>
      </w:r>
      <w:r>
        <w:t>se guman karun wo guman poora bhi ho jaye.</w:t>
      </w:r>
    </w:p>
    <w:p>
      <w:pPr>
        <w:jc w:val="right"/>
      </w:pPr>
      <w:r>
        <w:t>سے گمان کروں وہ گمان پورا بھی ہو جائے۔</w:t>
      </w:r>
    </w:p>
    <w:p>
      <w:r>
        <w:rPr>
          <w:b/>
        </w:rPr>
        <w:t xml:space="preserve">[05:57] </w:t>
      </w:r>
      <w:r>
        <w:t>is tarah se main wahan safar ke liye razi hua.</w:t>
      </w:r>
    </w:p>
    <w:p>
      <w:pPr>
        <w:jc w:val="right"/>
      </w:pPr>
      <w:r>
        <w:t>اس طرح سے میں وہاں سفر کے لیے راضی ہوا۔</w:t>
      </w:r>
    </w:p>
    <w:p>
      <w:r>
        <w:rPr>
          <w:b/>
        </w:rPr>
        <w:t xml:space="preserve">[06:02] </w:t>
      </w:r>
      <w:r>
        <w:t>jo dono sahaba mere sath gaye the aap un se pooch sakte hain ke ye hamare jo safar</w:t>
      </w:r>
    </w:p>
    <w:p>
      <w:pPr>
        <w:jc w:val="right"/>
      </w:pPr>
      <w:r>
        <w:t>جو دونوں صحابہ میرے ساتھ گئے تھے آپ ان سے پوچھ سکتے ہیں کہ یہ ہمارے جو سفر</w:t>
      </w:r>
    </w:p>
    <w:p>
      <w:r>
        <w:rPr>
          <w:b/>
        </w:rPr>
        <w:t xml:space="preserve">[06:08] </w:t>
      </w:r>
      <w:r>
        <w:t>تھا such much hi woh royal journey ban gaya.</w:t>
      </w:r>
    </w:p>
    <w:p>
      <w:pPr>
        <w:jc w:val="right"/>
      </w:pPr>
      <w:r>
        <w:t>تھا سچ مچ ہی وہ رائل جرنی بن گیا۔</w:t>
      </w:r>
    </w:p>
    <w:p>
      <w:r>
        <w:rPr>
          <w:b/>
        </w:rPr>
        <w:t xml:space="preserve">[06:13] </w:t>
      </w:r>
      <w:r>
        <w:t>یہاں سے وہاں تک جانا، وہاں سے لوٹنا بالکل ایک اتنا royal سفر تھا یہ کہ کبھی میں</w:t>
      </w:r>
    </w:p>
    <w:p>
      <w:pPr>
        <w:jc w:val="right"/>
      </w:pPr>
      <w:r>
        <w:t>یہاں سے وہاں تک جانا، وہاں سے لوٹنا بالکل ایک اتنا رائل سفر تھا یہ کہ کبھی میں</w:t>
      </w:r>
    </w:p>
    <w:p>
      <w:r>
        <w:rPr>
          <w:b/>
        </w:rPr>
        <w:t xml:space="preserve">[06:18] </w:t>
      </w:r>
      <w:r>
        <w:t>ne is se pehle aisa koi safar nahi kiya tha.</w:t>
      </w:r>
    </w:p>
    <w:p>
      <w:pPr>
        <w:jc w:val="right"/>
      </w:pPr>
      <w:r>
        <w:t>نے اس سے پہلے ایسا کوئی سفر نہیں کیا تھا۔</w:t>
      </w:r>
    </w:p>
    <w:p>
      <w:r>
        <w:rPr>
          <w:b/>
        </w:rPr>
        <w:t xml:space="preserve">[06:24] </w:t>
      </w:r>
      <w:r>
        <w:t>bohat hi anokha safar tha ye.</w:t>
      </w:r>
    </w:p>
    <w:p>
      <w:pPr>
        <w:jc w:val="right"/>
      </w:pPr>
      <w:r>
        <w:t>بہت ہی انوکھا سفر تھا یہ۔</w:t>
      </w:r>
    </w:p>
    <w:p>
      <w:r>
        <w:rPr>
          <w:b/>
        </w:rPr>
        <w:t xml:space="preserve">[06:29] </w:t>
      </w:r>
      <w:r>
        <w:t>تو بہرحال اس سفر کے کچھ lessons، کچھ experience میں بتانا چاہوں گا آپ کو، share کرنا چاہوں گا۔</w:t>
      </w:r>
    </w:p>
    <w:p>
      <w:pPr>
        <w:jc w:val="right"/>
      </w:pPr>
      <w:r>
        <w:t>تو بہرحال اس سفر کے کچھ لیسنز، کچھ ایکسپیرینس میں بتانا چاہوں گا آپ کو، شیئر کرنا چاہوں گا۔</w:t>
      </w:r>
    </w:p>
    <w:p>
      <w:r>
        <w:rPr>
          <w:b/>
        </w:rPr>
        <w:t xml:space="preserve">[06:34] </w:t>
      </w:r>
      <w:r>
        <w:t>تو پہلی چیز تو میں یہی کہوں گا کہ lack of confidence جو ہے بہت ہی زیادہ بیس</w:t>
      </w:r>
    </w:p>
    <w:p>
      <w:pPr>
        <w:jc w:val="right"/>
      </w:pPr>
      <w:r>
        <w:t>تو پہلی چیز تو میں یہی کہوں گا کہ لیک آف کانفیڈنس جو ہے بہت ہی زیادہ بیس</w:t>
      </w:r>
    </w:p>
    <w:p>
      <w:r>
        <w:rPr>
          <w:b/>
        </w:rPr>
        <w:t xml:space="preserve">[06:39] </w:t>
      </w:r>
      <w:r>
        <w:t>less cheez hoti hai.</w:t>
      </w:r>
    </w:p>
    <w:p>
      <w:pPr>
        <w:jc w:val="right"/>
      </w:pPr>
      <w:r>
        <w:t>لیس چیز ہوتی ہے۔</w:t>
      </w:r>
    </w:p>
    <w:p>
      <w:r>
        <w:rPr>
          <w:b/>
        </w:rPr>
        <w:t xml:space="preserve">[06:45] </w:t>
      </w:r>
      <w:r>
        <w:t>کیونکہ میں میں نے آپ سے کہا کہ میں helplessness میں جیتا ہوں ہمیشہ۔</w:t>
      </w:r>
    </w:p>
    <w:p>
      <w:pPr>
        <w:jc w:val="right"/>
      </w:pPr>
      <w:r>
        <w:t>کیونکہ میں میں نے آپ سے کہا کہ میں ہیلپ لیسنس میں جیتا ہوں ہمیشہ۔</w:t>
      </w:r>
    </w:p>
    <w:p>
      <w:r>
        <w:rPr>
          <w:b/>
        </w:rPr>
        <w:t xml:space="preserve">[06:50] </w:t>
      </w:r>
      <w:r>
        <w:t>mera nature hai helplessness par</w:t>
      </w:r>
    </w:p>
    <w:p>
      <w:pPr>
        <w:jc w:val="right"/>
      </w:pPr>
      <w:r>
        <w:t>میرا نیچر ہے ہیلپ لیسنس پر</w:t>
      </w:r>
    </w:p>
    <w:p>
      <w:r>
        <w:rPr>
          <w:b/>
        </w:rPr>
        <w:t xml:space="preserve">[06:55] </w:t>
      </w:r>
      <w:r>
        <w:t>—</w:t>
      </w:r>
    </w:p>
    <w:p>
      <w:pPr>
        <w:jc w:val="right"/>
      </w:pPr>
      <w:r>
        <w:t>۔</w:t>
      </w:r>
    </w:p>
    <w:p>
      <w:r>
        <w:rPr>
          <w:b/>
        </w:rPr>
        <w:t xml:space="preserve">[07:00] </w:t>
      </w:r>
      <w:r>
        <w:t>میرے نیچر میں helplessness interwoven ہے۔</w:t>
      </w:r>
    </w:p>
    <w:p>
      <w:pPr>
        <w:jc w:val="right"/>
      </w:pPr>
      <w:r>
        <w:t>میرے نیچر میں ہیلپ لیسنس انٹربون ہے۔</w:t>
      </w:r>
    </w:p>
    <w:p>
      <w:r>
        <w:rPr>
          <w:b/>
        </w:rPr>
        <w:t xml:space="preserve">[07:06] </w:t>
      </w:r>
      <w:r>
        <w:t>to hamesha main apne ko samajhta hoon ke main to kuch nahi kar paunga.</w:t>
      </w:r>
    </w:p>
    <w:p>
      <w:pPr>
        <w:jc w:val="right"/>
      </w:pPr>
      <w:r>
        <w:t>تو ہمیشہ میں اپنے کو سمجھتا ہوں کہ میں تو کچھ نہیں کر پاؤں گا۔</w:t>
      </w:r>
    </w:p>
    <w:p>
      <w:r>
        <w:rPr>
          <w:b/>
        </w:rPr>
        <w:t xml:space="preserve">[07:11] </w:t>
      </w:r>
      <w:r>
        <w:t>لیکن جب کوئی lack of confidence میرے اندر بہت زیادہ ہے۔</w:t>
      </w:r>
    </w:p>
    <w:p>
      <w:pPr>
        <w:jc w:val="right"/>
      </w:pPr>
      <w:r>
        <w:t>لیکن جب کوئی لیک آف کانفیڈنس میرے اندر بہت زیادہ ہے۔</w:t>
      </w:r>
    </w:p>
    <w:p>
      <w:r>
        <w:rPr>
          <w:b/>
        </w:rPr>
        <w:t xml:space="preserve">[07:16] </w:t>
      </w:r>
      <w:r>
        <w:t>بلکہ confidence تو ہے ہی نہیں میرے اندر۔</w:t>
      </w:r>
    </w:p>
    <w:p>
      <w:pPr>
        <w:jc w:val="right"/>
      </w:pPr>
      <w:r>
        <w:t>بلکہ کانفیڈنس تو ہے ہی نہیں میرے اندر۔</w:t>
      </w:r>
    </w:p>
    <w:p>
      <w:r>
        <w:rPr>
          <w:b/>
        </w:rPr>
        <w:t xml:space="preserve">[07:21] </w:t>
      </w:r>
      <w:r>
        <w:t>lekin phir mujhe Hazrat Masih ka wo yaad aata hai ke ek shakhs ne un ki baat suni</w:t>
      </w:r>
    </w:p>
    <w:p>
      <w:pPr>
        <w:jc w:val="right"/>
      </w:pPr>
      <w:r>
        <w:t>لیکن پھر مجھے حضرت مسیح کا وہ یاد آتا ہے کہ ایک شخص نے ان کی بات سنی</w:t>
      </w:r>
    </w:p>
    <w:p>
      <w:r>
        <w:rPr>
          <w:b/>
        </w:rPr>
        <w:t xml:space="preserve">[07:26] </w:t>
      </w:r>
      <w:r>
        <w:t>aur wo mutasir hua.</w:t>
      </w:r>
    </w:p>
    <w:p>
      <w:pPr>
        <w:jc w:val="right"/>
      </w:pPr>
      <w:r>
        <w:t>اور وہ متاثر ہوا۔</w:t>
      </w:r>
    </w:p>
    <w:p>
      <w:r>
        <w:rPr>
          <w:b/>
        </w:rPr>
        <w:t xml:space="preserve">[07:31] </w:t>
      </w:r>
      <w:r>
        <w:t>us ne kaha ke main bhi chahta hoon ke karun wo kaam jis ki taraf aap bulate hain logon ko.</w:t>
      </w:r>
    </w:p>
    <w:p>
      <w:pPr>
        <w:jc w:val="right"/>
      </w:pPr>
      <w:r>
        <w:t>اس نے کہا کہ میں بھی چاہتا ہوں کہ کروں وہ کام جس کی طرف آپ بلاتے ہیں لوگوں کو۔</w:t>
      </w:r>
    </w:p>
    <w:p>
      <w:r>
        <w:rPr>
          <w:b/>
        </w:rPr>
        <w:t xml:space="preserve">[07:35] </w:t>
      </w:r>
      <w:r>
        <w:t>lekin main kaise karunga? mere paas to kuch hai nahi.</w:t>
      </w:r>
    </w:p>
    <w:p>
      <w:pPr>
        <w:jc w:val="right"/>
      </w:pPr>
      <w:r>
        <w:t>لیکن میں کیسے کروں گا؟ میرے پاس تو کچھ ہے نہیں۔</w:t>
      </w:r>
    </w:p>
    <w:p>
      <w:r>
        <w:rPr>
          <w:b/>
        </w:rPr>
        <w:t xml:space="preserve">[07:39] </w:t>
      </w:r>
      <w:r>
        <w:t>main to ek source less aadmi hoon.</w:t>
      </w:r>
    </w:p>
    <w:p>
      <w:pPr>
        <w:jc w:val="right"/>
      </w:pPr>
      <w:r>
        <w:t>میں تو ایک سورس لیس آدمی ہوں۔</w:t>
      </w:r>
    </w:p>
    <w:p>
      <w:r>
        <w:rPr>
          <w:b/>
        </w:rPr>
        <w:t xml:space="preserve">[07:44] </w:t>
      </w:r>
      <w:r>
        <w:t>to Hazrat Masih ne kaha ke kitna yani kitna zabardast ek hi shabd mein, ek hi sentence mein</w:t>
      </w:r>
    </w:p>
    <w:p>
      <w:pPr>
        <w:jc w:val="right"/>
      </w:pPr>
      <w:r>
        <w:t>تو حضرت مسیح نے کہا کہ کتنا یعنی کتنا زبردست ایک ہی शब्द میں، ایک ہی سینٹنس میں</w:t>
      </w:r>
    </w:p>
    <w:p>
      <w:r>
        <w:rPr>
          <w:b/>
        </w:rPr>
        <w:t xml:space="preserve">[07:48] </w:t>
      </w:r>
      <w:r>
        <w:t>kitni zabardast baat hai.</w:t>
      </w:r>
    </w:p>
    <w:p>
      <w:pPr>
        <w:jc w:val="right"/>
      </w:pPr>
      <w:r>
        <w:t>کتنی زبردست بات ہے۔</w:t>
      </w:r>
    </w:p>
    <w:p>
      <w:r>
        <w:rPr>
          <w:b/>
        </w:rPr>
        <w:t xml:space="preserve">[07:52] </w:t>
      </w:r>
      <w:r>
        <w:t>unhon ne kaha ke insan se</w:t>
      </w:r>
    </w:p>
    <w:p>
      <w:pPr>
        <w:jc w:val="right"/>
      </w:pPr>
      <w:r>
        <w:t>انہوں نے کہا کہ انسان سے</w:t>
      </w:r>
    </w:p>
    <w:p>
      <w:r>
        <w:rPr>
          <w:b/>
        </w:rPr>
        <w:t xml:space="preserve">[07:56] </w:t>
      </w:r>
      <w:r>
        <w:t>nahi ho sakta magar Khuda se ho sakta hai.</w:t>
      </w:r>
    </w:p>
    <w:p>
      <w:pPr>
        <w:jc w:val="right"/>
      </w:pPr>
      <w:r>
        <w:t>نہیں ہو سکتا مگر خدا سے ہو سکتا ہے۔</w:t>
      </w:r>
    </w:p>
    <w:p>
      <w:r>
        <w:rPr>
          <w:b/>
        </w:rPr>
        <w:t xml:space="preserve">[08:01] </w:t>
      </w:r>
      <w:r>
        <w:t>man cannot do but God can.</w:t>
      </w:r>
    </w:p>
    <w:p>
      <w:pPr>
        <w:jc w:val="right"/>
      </w:pPr>
      <w:r>
        <w:t>مین کین ناٹ ڈو بٹ گاڈ کین۔</w:t>
      </w:r>
    </w:p>
    <w:p>
      <w:r>
        <w:rPr>
          <w:b/>
        </w:rPr>
        <w:t xml:space="preserve">[08:06] </w:t>
      </w:r>
      <w:r>
        <w:t>ye hai formula is baat ka ke aap ke andar confidence kaise aaye.</w:t>
      </w:r>
    </w:p>
    <w:p>
      <w:pPr>
        <w:jc w:val="right"/>
      </w:pPr>
      <w:r>
        <w:t>یہ ہے فارمولا اس بات کا کہ آپ کے اندر کانفیڈنس کیسے آئے۔</w:t>
      </w:r>
    </w:p>
    <w:p>
      <w:r>
        <w:rPr>
          <w:b/>
        </w:rPr>
        <w:t xml:space="preserve">[08:12] </w:t>
      </w:r>
      <w:r>
        <w:t>to main keh sakta hoon ke dunya mein shayad main wo insan hoon ke jis ke andar confidence</w:t>
      </w:r>
    </w:p>
    <w:p>
      <w:pPr>
        <w:jc w:val="right"/>
      </w:pPr>
      <w:r>
        <w:t>تو میں کہہ سکتا ہوں کہ دنیا میں شاید میں وہ انسان ہوں کہ جس کے اندر کانفیڈنس</w:t>
      </w:r>
    </w:p>
    <w:p>
      <w:r>
        <w:rPr>
          <w:b/>
        </w:rPr>
        <w:t xml:space="preserve">[08:17] </w:t>
      </w:r>
      <w:r>
        <w:t>bilkul hi nahi hai.</w:t>
      </w:r>
    </w:p>
    <w:p>
      <w:pPr>
        <w:jc w:val="right"/>
      </w:pPr>
      <w:r>
        <w:t>بالکل ہی نہیں ہے۔</w:t>
      </w:r>
    </w:p>
    <w:p>
      <w:r>
        <w:rPr>
          <w:b/>
        </w:rPr>
        <w:t xml:space="preserve">[08:22] </w:t>
      </w:r>
      <w:r>
        <w:t>lack of confidence mere andar yani ek</w:t>
      </w:r>
    </w:p>
    <w:p>
      <w:pPr>
        <w:jc w:val="right"/>
      </w:pPr>
      <w:r>
        <w:t>لیک آف کانفیڈنس میرے اندر یعنی ایک</w:t>
      </w:r>
    </w:p>
    <w:p>
      <w:r>
        <w:rPr>
          <w:b/>
        </w:rPr>
        <w:t xml:space="preserve">[08:27] </w:t>
      </w:r>
      <w:r>
        <w:t>streamist sense jo hai is ka is had tak mere andar lack of confidence hai.</w:t>
      </w:r>
    </w:p>
    <w:p>
      <w:pPr>
        <w:jc w:val="right"/>
      </w:pPr>
      <w:r>
        <w:t>سٹریمسٹ سینس جو ہے اس کا اس حد تک میرے اندر لیک آف کانفیڈنس ہے۔</w:t>
      </w:r>
    </w:p>
    <w:p>
      <w:r>
        <w:rPr>
          <w:b/>
        </w:rPr>
        <w:t xml:space="preserve">[08:32] </w:t>
      </w:r>
      <w:r>
        <w:t>lekin Hazrat Masih ka ye jumla jo hai hamesha mujhe yaad aata hai.</w:t>
      </w:r>
    </w:p>
    <w:p>
      <w:pPr>
        <w:jc w:val="right"/>
      </w:pPr>
      <w:r>
        <w:t>لیکن حضرت مسیح کا یہ جملہ جو ہے ہمیشہ مجھے یاد آتا ہے۔</w:t>
      </w:r>
    </w:p>
    <w:p>
      <w:r>
        <w:rPr>
          <w:b/>
        </w:rPr>
        <w:t xml:space="preserve">[08:37] </w:t>
      </w:r>
      <w:r>
        <w:t>main kyn not do but god kyn.</w:t>
      </w:r>
    </w:p>
    <w:p>
      <w:pPr>
        <w:jc w:val="right"/>
      </w:pPr>
      <w:r>
        <w:t>مین کین ناٹ ڈو بٹ گاڈ کین۔</w:t>
      </w:r>
    </w:p>
    <w:p>
      <w:r>
        <w:rPr>
          <w:b/>
        </w:rPr>
        <w:t xml:space="preserve">[08:42] </w:t>
      </w:r>
      <w:r>
        <w:t>keh mujh se to nahin ho sakta magar khuda se ho sakta hai.</w:t>
      </w:r>
    </w:p>
    <w:p>
      <w:pPr>
        <w:jc w:val="right"/>
      </w:pPr>
      <w:r>
        <w:t>کہ مجھ سے تو نہیں ہو سکتا مگر خدا سے ہو سکتا ہے۔</w:t>
      </w:r>
    </w:p>
    <w:p>
      <w:r>
        <w:rPr>
          <w:b/>
        </w:rPr>
        <w:t xml:space="preserve">[08:47] </w:t>
      </w:r>
      <w:r>
        <w:t>isi isi cheez ko le kar ke main safar mein rawana ho gaya.</w:t>
      </w:r>
    </w:p>
    <w:p>
      <w:pPr>
        <w:jc w:val="right"/>
      </w:pPr>
      <w:r>
        <w:t>اسی اسی چیز کو لے کر کے میں سفر میں روانہ ہو گیا۔</w:t>
      </w:r>
    </w:p>
    <w:p>
      <w:r>
        <w:rPr>
          <w:b/>
        </w:rPr>
        <w:t xml:space="preserve">[08:52] </w:t>
      </w:r>
      <w:r>
        <w:t>lekin dili airport se le kar saipras tak aur</w:t>
      </w:r>
    </w:p>
    <w:p>
      <w:pPr>
        <w:jc w:val="right"/>
      </w:pPr>
      <w:r>
        <w:t>لیکن دلی ایئرپورٹ سے لے کر سائپرس تک اور</w:t>
      </w:r>
    </w:p>
    <w:p>
      <w:r>
        <w:rPr>
          <w:b/>
        </w:rPr>
        <w:t xml:space="preserve">[08:57] </w:t>
      </w:r>
      <w:r>
        <w:t>saipras se wapsi dili tak itna zabardast hamara safar tha ke sach much lagta tha ke ek royal</w:t>
      </w:r>
    </w:p>
    <w:p>
      <w:pPr>
        <w:jc w:val="right"/>
      </w:pPr>
      <w:r>
        <w:t>سائپرس سے واپسی دلی تک اتنا زبردست ہمارا سفر تھا کہ سچ مچ لگتا تھا کہ ایک رائل</w:t>
      </w:r>
    </w:p>
    <w:p>
      <w:r>
        <w:rPr>
          <w:b/>
        </w:rPr>
        <w:t xml:space="preserve">[09:01] </w:t>
      </w:r>
      <w:r>
        <w:t>safar yeh hai.</w:t>
      </w:r>
    </w:p>
    <w:p>
      <w:pPr>
        <w:jc w:val="right"/>
      </w:pPr>
      <w:r>
        <w:t>سفر یہ ہے۔</w:t>
      </w:r>
    </w:p>
    <w:p>
      <w:r>
        <w:rPr>
          <w:b/>
        </w:rPr>
        <w:t xml:space="preserve">[09:05] </w:t>
      </w:r>
      <w:r>
        <w:t>aur main samajhta hoon ke main is safar mein woh sab log sath the meri team ke jo</w:t>
      </w:r>
    </w:p>
    <w:p>
      <w:pPr>
        <w:jc w:val="right"/>
      </w:pPr>
      <w:r>
        <w:t>اور میں سمجھتا ہوں کہ میں اس سفر میں وہ سب لوگ ساتھ تھے میری ٹیم کے جو</w:t>
      </w:r>
    </w:p>
    <w:p>
      <w:r>
        <w:rPr>
          <w:b/>
        </w:rPr>
        <w:t xml:space="preserve">[09:10] </w:t>
      </w:r>
      <w:r>
        <w:t>by intention mere shareek the.</w:t>
      </w:r>
    </w:p>
    <w:p>
      <w:pPr>
        <w:jc w:val="right"/>
      </w:pPr>
      <w:r>
        <w:t>بائی انٹینشن میرے شریک تھے۔</w:t>
      </w:r>
    </w:p>
    <w:p>
      <w:r>
        <w:rPr>
          <w:b/>
        </w:rPr>
        <w:t xml:space="preserve">[09:14] </w:t>
      </w:r>
      <w:r>
        <w:t>hamari team mein bohat se log hain woh sab main janta hoon ke woh dua kar rahe the</w:t>
      </w:r>
    </w:p>
    <w:p>
      <w:pPr>
        <w:jc w:val="right"/>
      </w:pPr>
      <w:r>
        <w:t>ہماری ٹیم میں بہت سے لوگ ہیں وہ سب میں جانتا ہوں کہ وہ دعا کر رہے تھے</w:t>
      </w:r>
    </w:p>
    <w:p>
      <w:r>
        <w:rPr>
          <w:b/>
        </w:rPr>
        <w:t xml:space="preserve">[09:18] </w:t>
      </w:r>
      <w:r>
        <w:t>keh yeh safar kamyab ho.</w:t>
      </w:r>
    </w:p>
    <w:p>
      <w:pPr>
        <w:jc w:val="right"/>
      </w:pPr>
      <w:r>
        <w:t>کہ یہ سفر کامیاب ہو۔</w:t>
      </w:r>
    </w:p>
    <w:p>
      <w:r>
        <w:rPr>
          <w:b/>
        </w:rPr>
        <w:t xml:space="preserve">[09:22] </w:t>
      </w:r>
      <w:r>
        <w:t>unki dua ne unko</w:t>
      </w:r>
    </w:p>
    <w:p>
      <w:pPr>
        <w:jc w:val="right"/>
      </w:pPr>
      <w:r>
        <w:t>ان کی دعا نے ان کو</w:t>
      </w:r>
    </w:p>
    <w:p>
      <w:r>
        <w:rPr>
          <w:b/>
        </w:rPr>
        <w:t xml:space="preserve">[09:27] </w:t>
      </w:r>
      <w:r>
        <w:t>hamare sath shamil kar diya.</w:t>
      </w:r>
    </w:p>
    <w:p>
      <w:pPr>
        <w:jc w:val="right"/>
      </w:pPr>
      <w:r>
        <w:t>ہمارے ساتھ شامل کر دیا۔</w:t>
      </w:r>
    </w:p>
    <w:p>
      <w:r>
        <w:rPr>
          <w:b/>
        </w:rPr>
        <w:t xml:space="preserve">[09:33] </w:t>
      </w:r>
      <w:r>
        <w:t>main samajhta hoon ke sirf main teen aadmi nahin hoon balke hamara poora group is mein shareek tha.</w:t>
      </w:r>
    </w:p>
    <w:p>
      <w:pPr>
        <w:jc w:val="right"/>
      </w:pPr>
      <w:r>
        <w:t>میں سمجھتا ہوں کہ صرف میں تین آدمی نہیں ہوں بلکہ ہمارا پورا گروپ اس میں شریک تھا۔</w:t>
      </w:r>
    </w:p>
    <w:p>
      <w:r>
        <w:rPr>
          <w:b/>
        </w:rPr>
        <w:t xml:space="preserve">[09:39] </w:t>
      </w:r>
      <w:r>
        <w:t>aur hum sab ke liye khuda ne wahi likh diya jo jis ki بشارت hadith mein aayi hai inshallah.</w:t>
      </w:r>
    </w:p>
    <w:p>
      <w:pPr>
        <w:jc w:val="right"/>
      </w:pPr>
      <w:r>
        <w:t>اور ہم سب کے لیے خدا نے وہی لکھ دیا جو جس کی بشارت حدیث میں آئی ہے انشاءاللہ۔</w:t>
      </w:r>
    </w:p>
    <w:p>
      <w:r>
        <w:rPr>
          <w:b/>
        </w:rPr>
        <w:t xml:space="preserve">[09:45] </w:t>
      </w:r>
      <w:r>
        <w:t>تو پہلا جو مجھے سبق ملا وہ یہی تھا کہ lack of confidence is nothing.</w:t>
      </w:r>
    </w:p>
    <w:p>
      <w:pPr>
        <w:jc w:val="right"/>
      </w:pPr>
      <w:r>
        <w:t>تو پہلا جو مجھے سبق ملا وہ یہی تھا کہ لیک آف کانفیڈنس از نتھنگ۔</w:t>
      </w:r>
    </w:p>
    <w:p>
      <w:r>
        <w:rPr>
          <w:b/>
        </w:rPr>
        <w:t xml:space="preserve">[09:51] </w:t>
      </w:r>
      <w:r>
        <w:t>dekhiye hota yeh hai ke aadmi apne upar apne</w:t>
      </w:r>
    </w:p>
    <w:p>
      <w:pPr>
        <w:jc w:val="right"/>
      </w:pPr>
      <w:r>
        <w:t>دیکھیے ہوتا یہ ہے کہ آدمی اپنے اوپر اپنے</w:t>
      </w:r>
    </w:p>
    <w:p>
      <w:r>
        <w:rPr>
          <w:b/>
        </w:rPr>
        <w:t xml:space="preserve">[09:57] </w:t>
      </w:r>
      <w:r>
        <w:t>aap ko dekhta hai to apne aap ko pata hai ke mere paas to kuch bhi kuch bhi nahin hai.</w:t>
      </w:r>
    </w:p>
    <w:p>
      <w:pPr>
        <w:jc w:val="right"/>
      </w:pPr>
      <w:r>
        <w:t>آپ کو دیکھتا ہے تو اپنے آپ کو پتہ ہے کہ میرے پاس تو کچھ بھی کچھ بھی نہیں ہے۔</w:t>
      </w:r>
    </w:p>
    <w:p>
      <w:r>
        <w:rPr>
          <w:b/>
        </w:rPr>
        <w:t xml:space="preserve">[10:02] </w:t>
      </w:r>
      <w:r>
        <w:t>keh jaise hi aap khuda ko dekhne lagen to lagta hai khuda ke paas to sab kuch hai.</w:t>
      </w:r>
    </w:p>
    <w:p>
      <w:pPr>
        <w:jc w:val="right"/>
      </w:pPr>
      <w:r>
        <w:t>کہ جیسے ہی آپ خدا کو دیکھنے لگیں تو لگتا ہے خدا کے پاس تو سب کچھ ہے۔</w:t>
      </w:r>
    </w:p>
    <w:p>
      <w:r>
        <w:rPr>
          <w:b/>
        </w:rPr>
        <w:t xml:space="preserve">[10:07] </w:t>
      </w:r>
      <w:r>
        <w:t>god is everything.</w:t>
      </w:r>
    </w:p>
    <w:p>
      <w:pPr>
        <w:jc w:val="right"/>
      </w:pPr>
      <w:r>
        <w:t>گاڈ از ایوری تھنگ۔</w:t>
      </w:r>
    </w:p>
    <w:p>
      <w:r>
        <w:rPr>
          <w:b/>
        </w:rPr>
        <w:t xml:space="preserve">[10:12] </w:t>
      </w:r>
      <w:r>
        <w:t>i am nothing but god is everything.</w:t>
      </w:r>
    </w:p>
    <w:p>
      <w:pPr>
        <w:jc w:val="right"/>
      </w:pPr>
      <w:r>
        <w:t>آئی ایم نتھنگ بٹ گاڈ از ایوری تھنگ۔</w:t>
      </w:r>
    </w:p>
    <w:p>
      <w:r>
        <w:rPr>
          <w:b/>
        </w:rPr>
        <w:t xml:space="preserve">[10:17] </w:t>
      </w:r>
      <w:r>
        <w:t>to zindagi mein main samajhta hoon ke sab se bara jo source of conviction hai, source of confidence</w:t>
      </w:r>
    </w:p>
    <w:p>
      <w:pPr>
        <w:jc w:val="right"/>
      </w:pPr>
      <w:r>
        <w:t>تو زندگی میں میں سمجھتا ہوں کہ سب سے بڑا جو سورس آف کنوکشن ہے، سورس آف کانفیڈنس</w:t>
      </w:r>
    </w:p>
    <w:p>
      <w:r>
        <w:rPr>
          <w:b/>
        </w:rPr>
        <w:t xml:space="preserve">[10:22] </w:t>
      </w:r>
      <w:r>
        <w:t>hai woh yeh yaqeen hai ke kh</w:t>
      </w:r>
    </w:p>
    <w:p>
      <w:pPr>
        <w:jc w:val="right"/>
      </w:pPr>
      <w:r>
        <w:t>ہے وہ یہ یقین ہے کہ خ</w:t>
      </w:r>
    </w:p>
    <w:p>
      <w:r>
        <w:rPr>
          <w:b/>
        </w:rPr>
        <w:t xml:space="preserve">[10:27] </w:t>
      </w:r>
      <w:r>
        <w:t>uda mere sath hai.</w:t>
      </w:r>
    </w:p>
    <w:p>
      <w:pPr>
        <w:jc w:val="right"/>
      </w:pPr>
      <w:r>
        <w:t>دا میرے ساتھ ہے۔</w:t>
      </w:r>
    </w:p>
    <w:p>
      <w:r>
        <w:rPr>
          <w:b/>
        </w:rPr>
        <w:t xml:space="preserve">[10:35] </w:t>
      </w:r>
      <w:r>
        <w:t>aur quran majeed mein hai ke mun jo aadmi khuda par bharosa kare to aisi aisi shaklon se</w:t>
      </w:r>
    </w:p>
    <w:p>
      <w:pPr>
        <w:jc w:val="right"/>
      </w:pPr>
      <w:r>
        <w:t>اور قرآن مجید میں ہے کہ من جو آدمی خدا پر بھروسہ کرے تو ایسی ایسی شکلوں سے</w:t>
      </w:r>
    </w:p>
    <w:p>
      <w:r>
        <w:rPr>
          <w:b/>
        </w:rPr>
        <w:t xml:space="preserve">[10:43] </w:t>
      </w:r>
      <w:r>
        <w:t>us par khuda ki madad aati hai jis ko us ne pehle socha bhi nahin tha.</w:t>
      </w:r>
    </w:p>
    <w:p>
      <w:pPr>
        <w:jc w:val="right"/>
      </w:pPr>
      <w:r>
        <w:t>اس پر خدا کی مدد آتی ہے جس کو اس نے پہلے سوچا بھی نہیں تھا۔</w:t>
      </w:r>
    </w:p>
    <w:p>
      <w:r>
        <w:rPr>
          <w:b/>
        </w:rPr>
        <w:t xml:space="preserve">[10:51] </w:t>
      </w:r>
      <w:r>
        <w:t>woh us safar mein hamare sath hua.</w:t>
      </w:r>
    </w:p>
    <w:p>
      <w:pPr>
        <w:jc w:val="right"/>
      </w:pPr>
      <w:r>
        <w:t>وہ اس سفر میں ہمارے ساتھ ہوا۔</w:t>
      </w:r>
    </w:p>
    <w:p>
      <w:r>
        <w:rPr>
          <w:b/>
        </w:rPr>
        <w:t xml:space="preserve">[10:59] </w:t>
      </w:r>
      <w:r>
        <w:t>ke zara bhi hum ko apne baray mein confident nahi tha ke hum safar mein kamyabi ke sath ja sakte hain aur aa sakte hain. aur aisa hua ke qadam qadam par help, qadam qadam par madad aur bohat hi royal andaaz mein. mein aksar jab jata hoon kahin to mein sochta hoon ke jahaz utre ga wahan koi aage peechay nahi hoga kahan jaunga mein. kahan jaunga, kis ke paas jaunga. aksar mere dimagh mein yeh</w:t>
      </w:r>
    </w:p>
    <w:p>
      <w:pPr>
        <w:jc w:val="right"/>
      </w:pPr>
      <w:r>
        <w:t>کہ ذرا بھی ہم کو اپنے بارے میں کانفیڈنٹ نہیں تھا کہ ہم سفر میں کامیابی کے ساتھ جا سکتے ہیں اور آ سکتے ہیں۔ اور ایسا ہوا کہ قدم قدم پر ہیلپ، قدم قدم پر مدد اور بہت ہی رائل انداز میں۔ میں اکثر جب جاتا ہوں کہیں تو میں سوچتا ہوں کہ جہاز اترے گا وہاں کوئی آگے پیچھے نہیں ہوگا کہاں جاؤں گا میں۔ کہاں جاؤں گا، کس کے پاس جاؤں گا۔ اکثر میرے دماغ میں یہ</w:t>
      </w:r>
    </w:p>
    <w:p>
      <w:r>
        <w:rPr>
          <w:b/>
        </w:rPr>
        <w:t xml:space="preserve">[11:29] </w:t>
      </w:r>
      <w:r>
        <w:t>rehta hai. is bar jab jahaz ne land kiya wahan to do aadmi pehle se wahan kharay hue thay. jahan jahaz ne land kiya tha wahan par kharay hue thay. aur phir hum un ke sath ho gaye. unhon ne sara kaam kiya, hamein to lounge mein bitha diya unhon ne. yahi poore safar mein hua. to mein aap ko yeh kahunga</w:t>
      </w:r>
    </w:p>
    <w:p>
      <w:pPr>
        <w:jc w:val="right"/>
      </w:pPr>
      <w:r>
        <w:t>رہتا ہے۔ اس بار جب جہاز نے لینڈ کیا وہاں تو دو آدمی پہلے سے وہاں کھڑے ہوئے تھے۔ جہاں جہاز نے لینڈ کیا تھا وہاں پر کھڑے ہوئے تھے۔ اور پھر ہم ان کے ساتھ ہو گئے۔ انہیں سارا کام انہوں نے کیا، ہمیں تو لاونچ میں بٹھا دیا انہوں نے۔ یہی پورے سفر میں ہوا۔ تو میں آپ کو یہ کہوں گا</w:t>
      </w:r>
    </w:p>
    <w:p>
      <w:r>
        <w:rPr>
          <w:b/>
        </w:rPr>
        <w:t xml:space="preserve">[11:59] </w:t>
      </w:r>
      <w:r>
        <w:t>keh aap aur hum jis mission mein, jis mission ko le kar aage barh rahe hain is mein</w:t>
      </w:r>
    </w:p>
    <w:p>
      <w:pPr>
        <w:jc w:val="right"/>
      </w:pPr>
      <w:r>
        <w:t>کہ آپ اور ہم جس مشن میں، جس مشن کو لے کر آگے بڑھ رہے ہیں اس میں</w:t>
      </w:r>
    </w:p>
    <w:p>
      <w:r>
        <w:rPr>
          <w:b/>
        </w:rPr>
        <w:t xml:space="preserve">[12:04] </w:t>
      </w:r>
      <w:r>
        <w:t>aap hamesha yaad rakhen keh main to sirf duty poora karne ke liye is mein lag gaya hoon.</w:t>
      </w:r>
    </w:p>
    <w:p>
      <w:pPr>
        <w:jc w:val="right"/>
      </w:pPr>
      <w:r>
        <w:t>آپ ہمیشہ یاد رکھیں کہ میں تو صرف ڈیوٹی پورا کرنے کے لیے اس میں لگ گیا ہوں۔</w:t>
      </w:r>
    </w:p>
    <w:p>
      <w:r>
        <w:rPr>
          <w:b/>
        </w:rPr>
        <w:t xml:space="preserve">[12:09] </w:t>
      </w:r>
      <w:r>
        <w:t>baqi jo kuch ho raha hai woh to Khuda ki taraf se hona hai.</w:t>
      </w:r>
    </w:p>
    <w:p>
      <w:pPr>
        <w:jc w:val="right"/>
      </w:pPr>
      <w:r>
        <w:t>باقی جو کچھ ہو رہا ہے وہ تو خدا کی طرف سے ہونا ہے۔</w:t>
      </w:r>
    </w:p>
    <w:p>
      <w:r>
        <w:rPr>
          <w:b/>
        </w:rPr>
        <w:t xml:space="preserve">[12:14] </w:t>
      </w:r>
      <w:r>
        <w:t>woh Khuda karega.</w:t>
      </w:r>
    </w:p>
    <w:p>
      <w:pPr>
        <w:jc w:val="right"/>
      </w:pPr>
      <w:r>
        <w:t>وہ خدا کرے گا۔</w:t>
      </w:r>
    </w:p>
    <w:p>
      <w:r>
        <w:rPr>
          <w:b/>
        </w:rPr>
        <w:t xml:space="preserve">[12:19] </w:t>
      </w:r>
      <w:r>
        <w:t>aur inshallah jab bhi aadmi Khuda par bharosa karta hai to Khuda is ke farz ko poora karta hai.</w:t>
      </w:r>
    </w:p>
    <w:p>
      <w:pPr>
        <w:jc w:val="right"/>
      </w:pPr>
      <w:r>
        <w:t>اور انشاءاللہ جب بھی آدمی خدا پر بھروسہ کرتا ہے تو خدا اس کے فرض کو پورا کرتا ہے۔</w:t>
      </w:r>
    </w:p>
    <w:p>
      <w:r>
        <w:rPr>
          <w:b/>
        </w:rPr>
        <w:t xml:space="preserve">[12:25] </w:t>
      </w:r>
      <w:r>
        <w:t>is mein koi shakk nahin.</w:t>
      </w:r>
    </w:p>
    <w:p>
      <w:pPr>
        <w:jc w:val="right"/>
      </w:pPr>
      <w:r>
        <w:t>اس میں کوئی شک نہیں۔</w:t>
      </w:r>
    </w:p>
    <w:p>
      <w:r>
        <w:rPr>
          <w:b/>
        </w:rPr>
        <w:t xml:space="preserve">[12:30] </w:t>
      </w:r>
      <w:r>
        <w:t>to aik baat yeh thi. doosri baat jo mein kehna chahunga yeh ke jab mein cyprus pohancha to mein samajhta tha ke wahan koi na indian hoga, na koi pakistani hoga, na koi musalman hoga. aisi mind mein tha bas. aik masjid mein hum ne namaz parhi, bohat bari masjid thi woh, shayad wahan ki sab se bari masjid. bohat se pakistani larkay wahan, nojawan log maujood</w:t>
      </w:r>
    </w:p>
    <w:p>
      <w:pPr>
        <w:jc w:val="right"/>
      </w:pPr>
      <w:r>
        <w:t>تو ایک بات یہ تھی۔ دوسری بات جو میں کہنا چاہوں گا یہ کہ جب میں سائپرس پہنچا تو میں سمجھتا تھا کہ وہاں کوئی نہ انڈین ہوگا، نہ کوئی پاکستانی ہوگا، نہ کوئی مسلمان ہوگا۔ ایسی مائنڈ میں تھا بس۔ ایک مسجد میں ہم نے نماز پڑھی، بہت بڑی مسجد تھی وہ، شاید وہاں کی سب سے بڑی مسجد۔ بہت سے پاکستانی لڑکے وہاں، نوجوان لوگ موجود</w:t>
      </w:r>
    </w:p>
    <w:p>
      <w:r>
        <w:rPr>
          <w:b/>
        </w:rPr>
        <w:t xml:space="preserve">[13:00] </w:t>
      </w:r>
      <w:r>
        <w:t>thay. maloom hua ke wahan taqreeban aik lakh pakistani hain cyprus mein. aise indian hain, aise african hain, bohat se wahan bharay bhi hain sab. yeh the muslims in diaspora. mein samajhta hoon ke sab se bara history mein yaani meaningful diaspora tha sahaba ka. aap jante hain ke rasoolullah sallallahu</w:t>
      </w:r>
    </w:p>
    <w:p>
      <w:pPr>
        <w:jc w:val="right"/>
      </w:pPr>
      <w:r>
        <w:t>تھے۔ معلوم ہوا کہ وہاں تقریباً ایک لاکھ پاکستانی ہیں سائپرس میں۔ ایسے انڈین ہیں، ایسے افریکن ہیں، بہت سے وہاں بھرے بھی ہیں سب۔ یہ دیر مسلمز ان ڈائسپورا۔ میں سمجھتا ہوں کہ سب سے بڑا ہسٹری میں یعنی میننگ فل ڈائسپورا تھا صحابہ کا۔ آپ جانتے ہیں کہ رسول اللہ ص</w:t>
      </w:r>
    </w:p>
    <w:p>
      <w:r>
        <w:rPr>
          <w:b/>
        </w:rPr>
        <w:t xml:space="preserve">[13:30] </w:t>
      </w:r>
      <w:r>
        <w:t>Li Allah Alayhi Wasallam ne Hajjat ul Wida ke khutbe mein kaha tha keh tum log phail jao dunya</w:t>
      </w:r>
    </w:p>
    <w:p>
      <w:pPr>
        <w:jc w:val="right"/>
      </w:pPr>
      <w:r>
        <w:t>لی اللہ علیہ وسلم نے حدۃ الوداع کے خطبے میں کہا تھا کہ تم لوگ پھیل جاؤ دنیا</w:t>
      </w:r>
    </w:p>
    <w:p>
      <w:r>
        <w:rPr>
          <w:b/>
        </w:rPr>
        <w:t xml:space="preserve">[13:35] </w:t>
      </w:r>
      <w:r>
        <w:t>mein aur meri masjid ko phailao.</w:t>
      </w:r>
    </w:p>
    <w:p>
      <w:pPr>
        <w:jc w:val="right"/>
      </w:pPr>
      <w:r>
        <w:t>میں اور میری مسجد کو پھیلاؤ۔</w:t>
      </w:r>
    </w:p>
    <w:p>
      <w:r>
        <w:rPr>
          <w:b/>
        </w:rPr>
        <w:t xml:space="preserve">[13:40] </w:t>
      </w:r>
      <w:r>
        <w:t>In Allah to wohin se aadmi rawana ho gaya.</w:t>
      </w:r>
    </w:p>
    <w:p>
      <w:pPr>
        <w:jc w:val="right"/>
      </w:pPr>
      <w:r>
        <w:t>ان اللہ تو وہیں سے آدمی روانہ ہو گیا۔</w:t>
      </w:r>
    </w:p>
    <w:p>
      <w:r>
        <w:rPr>
          <w:b/>
        </w:rPr>
        <w:t xml:space="preserve">[13:45] </w:t>
      </w:r>
      <w:r>
        <w:t>kitabon mein aata hai keh jis ka ghoda jis taraf tha usi taraf woh chal nikla.</w:t>
      </w:r>
    </w:p>
    <w:p>
      <w:pPr>
        <w:jc w:val="right"/>
      </w:pPr>
      <w:r>
        <w:t>کتابوں میں آتا ہے کہ جس کا گھوڑا جس طرف تھا اسی طرف وہ چل نکلا۔</w:t>
      </w:r>
    </w:p>
    <w:p>
      <w:r>
        <w:rPr>
          <w:b/>
        </w:rPr>
        <w:t xml:space="preserve">[13:50] </w:t>
      </w:r>
      <w:r>
        <w:t>aap jante hain keh Makka Madina mein bohat hi kam qabrein hain Sahaba ki.</w:t>
      </w:r>
    </w:p>
    <w:p>
      <w:pPr>
        <w:jc w:val="right"/>
      </w:pPr>
      <w:r>
        <w:t>آپ جانتے ہیں کہ مکہ مدینہ میں بہت ہی کم قبریں ہیں صحابہ کی۔</w:t>
      </w:r>
    </w:p>
    <w:p>
      <w:r>
        <w:rPr>
          <w:b/>
        </w:rPr>
        <w:t xml:space="preserve">[13:56] </w:t>
      </w:r>
      <w:r>
        <w:t>kyon bahar chale gaye log? inhi mein se ek woh Sahabiya thi jinka naam</w:t>
      </w:r>
    </w:p>
    <w:p>
      <w:pPr>
        <w:jc w:val="right"/>
      </w:pPr>
      <w:r>
        <w:t>کیوں باہر چلے گئے لوگ؟ انہی میں سے ایک وہ صحابیہ تھی جن کا نام</w:t>
      </w:r>
    </w:p>
    <w:p>
      <w:r>
        <w:rPr>
          <w:b/>
        </w:rPr>
        <w:t xml:space="preserve">[14:01] </w:t>
      </w:r>
      <w:r>
        <w:t>Rumaisa tha aur unki kuniyat Umm Haram thi.</w:t>
      </w:r>
    </w:p>
    <w:p>
      <w:pPr>
        <w:jc w:val="right"/>
      </w:pPr>
      <w:r>
        <w:t>رمیسہ تھا اور ان کی کنیت ام حرام تھی۔</w:t>
      </w:r>
    </w:p>
    <w:p>
      <w:r>
        <w:rPr>
          <w:b/>
        </w:rPr>
        <w:t xml:space="preserve">[14:06] </w:t>
      </w:r>
      <w:r>
        <w:t>woh gayin wahan tak pahunch gayin.</w:t>
      </w:r>
    </w:p>
    <w:p>
      <w:pPr>
        <w:jc w:val="right"/>
      </w:pPr>
      <w:r>
        <w:t>وہ گئیں وہاں تک پہنچ گئیں۔</w:t>
      </w:r>
    </w:p>
    <w:p>
      <w:r>
        <w:rPr>
          <w:b/>
        </w:rPr>
        <w:t xml:space="preserve">[14:11] </w:t>
      </w:r>
      <w:r>
        <w:t>yani Cyprus tak.</w:t>
      </w:r>
    </w:p>
    <w:p>
      <w:pPr>
        <w:jc w:val="right"/>
      </w:pPr>
      <w:r>
        <w:t>یعنی قبرس تک۔</w:t>
      </w:r>
    </w:p>
    <w:p>
      <w:r>
        <w:rPr>
          <w:b/>
        </w:rPr>
        <w:t xml:space="preserve">[14:16] </w:t>
      </w:r>
      <w:r>
        <w:t>عربی کتابوں میں ان کے بارے میں لکھا آتا ہے کہ لدعوی الاسلامیہ یعنی she went to Cyprus</w:t>
      </w:r>
    </w:p>
    <w:p>
      <w:pPr>
        <w:jc w:val="right"/>
      </w:pPr>
      <w:r>
        <w:t>عربی کتابوں میں ان کے بارے میں لکھا آتا ہے کہ لدعوی الاسلامیہ یعنی شی وینٹ ٹو سائپرس</w:t>
      </w:r>
    </w:p>
    <w:p>
      <w:r>
        <w:rPr>
          <w:b/>
        </w:rPr>
        <w:t xml:space="preserve">[14:21] </w:t>
      </w:r>
      <w:r>
        <w:t>Faro faro Islamic da'wah.</w:t>
      </w:r>
    </w:p>
    <w:p>
      <w:pPr>
        <w:jc w:val="right"/>
      </w:pPr>
      <w:r>
        <w:t>فار فار اسلامک دعویٰ۔</w:t>
      </w:r>
    </w:p>
    <w:p>
      <w:r>
        <w:rPr>
          <w:b/>
        </w:rPr>
        <w:t xml:space="preserve">[14:26] </w:t>
      </w:r>
      <w:r>
        <w:t>bataiye keh woh Makka mein paida huin, phir Madina gayin</w:t>
      </w:r>
    </w:p>
    <w:p>
      <w:pPr>
        <w:jc w:val="right"/>
      </w:pPr>
      <w:r>
        <w:t>بتائیے کہ وہ مکہ میں پیدا ہوئیں، پھر مدینہ گئیں</w:t>
      </w:r>
    </w:p>
    <w:p>
      <w:r>
        <w:rPr>
          <w:b/>
        </w:rPr>
        <w:t xml:space="preserve">[14:31] </w:t>
      </w:r>
      <w:r>
        <w:t>, Madina Damishq gayin, Damishq Homs pahunchi, Homs material ke sahil par kashti mein sawar huin aur hote</w:t>
      </w:r>
    </w:p>
    <w:p>
      <w:pPr>
        <w:jc w:val="right"/>
      </w:pPr>
      <w:r>
        <w:t>، مدینہ دمشق گئیں، دمشق ہمس پہنچی، ہمس میٹیریل کے ساحل پر کشتی میں سوار ہوئیں اور ہوتے</w:t>
      </w:r>
    </w:p>
    <w:p>
      <w:r>
        <w:rPr>
          <w:b/>
        </w:rPr>
        <w:t xml:space="preserve">[14:37] </w:t>
      </w:r>
      <w:r>
        <w:t>hote pahunch gayin Cyprus aur unki qabr jo hai woh is mein hai Larnaca mein.</w:t>
      </w:r>
    </w:p>
    <w:p>
      <w:pPr>
        <w:jc w:val="right"/>
      </w:pPr>
      <w:r>
        <w:t>ہوتے پہنچ گئیں سائپرس اور ان کی قبر جو ہے وہ اس میں ہے لارناکام میں۔</w:t>
      </w:r>
    </w:p>
    <w:p>
      <w:r>
        <w:rPr>
          <w:b/>
        </w:rPr>
        <w:t xml:space="preserve">[14:43] </w:t>
      </w:r>
      <w:r>
        <w:t>ek kaisa in logon ke andar josh tha jabkeh koi sadan nahin hota tha.</w:t>
      </w:r>
    </w:p>
    <w:p>
      <w:pPr>
        <w:jc w:val="right"/>
      </w:pPr>
      <w:r>
        <w:t>ایک کیسا ان لوگوں کے اندر جوش تھا جبکہ کوئی سادن نہیں ہوتا تھا۔</w:t>
      </w:r>
    </w:p>
    <w:p>
      <w:r>
        <w:rPr>
          <w:b/>
        </w:rPr>
        <w:t xml:space="preserve">[14:49] </w:t>
      </w:r>
      <w:r>
        <w:t>aaj to sadan hai.</w:t>
      </w:r>
    </w:p>
    <w:p>
      <w:pPr>
        <w:jc w:val="right"/>
      </w:pPr>
      <w:r>
        <w:t>آج تو سادن ہے۔</w:t>
      </w:r>
    </w:p>
    <w:p>
      <w:r>
        <w:rPr>
          <w:b/>
        </w:rPr>
        <w:t xml:space="preserve">[14:55] </w:t>
      </w:r>
      <w:r>
        <w:t>aaj to aap ke paas sari cheezen hain jab</w:t>
      </w:r>
    </w:p>
    <w:p>
      <w:pPr>
        <w:jc w:val="right"/>
      </w:pPr>
      <w:r>
        <w:t>آج تو آپ کے پاس ساری چیزیں ہیں۔ جب</w:t>
      </w:r>
    </w:p>
    <w:p>
      <w:r>
        <w:rPr>
          <w:b/>
        </w:rPr>
        <w:t xml:space="preserve">[15:01] </w:t>
      </w:r>
      <w:r>
        <w:t>mein safar mein gaya to mujhe wahan par hotel mein mujhe aik baat yaad aai ke aap jantay hain aaj kal ki zaban mein jo hotel hotay hain to wahan bistar bhi hota hai. aap ko saath kuch le lene jana parta. lekin mein apni naujawani ki umar mein jab tha to holdall le lena parta tha. aap log shayad yeh lafz bhi na jantay hon kyunke ab yeh lafz chalta nahi. aaj koi nahi janta hoga ke holdall kya cheez hai. hold all, holdall aik bara sa bag hota tha</w:t>
      </w:r>
    </w:p>
    <w:p>
      <w:pPr>
        <w:jc w:val="right"/>
      </w:pPr>
      <w:r>
        <w:t>میں سفر میں گیا تو مجھے وہاں پر ہوٹل میں مجھے ایک بات یاد آئی کہ آپ جانتے ہیں آج کل کی زبان میں جو ہوٹل ہوتے ہیں تو وہاں بستر بھی ہوتا ہے۔ آپ کو ساتھ کچھ لے لینے جانا پڑتا۔ لیکن میں اپنی نوجوانی کی عمر میں جب تھا تو ہولڈال لے لینا پڑتا تھا۔ آپ لوگ شاید یہ لفظ بھی نہ جانتے ہوں کیونکہ اب یہ لفظ چلتا نہیں۔ آج کوئی نہیں جانتا ہوگا کہ ہولڈال کیا چیز ہے۔ ہولڈ ال، ہولڈال ایک بڑا سا بیگ ہوتا تھا</w:t>
      </w:r>
    </w:p>
    <w:p>
      <w:r>
        <w:rPr>
          <w:b/>
        </w:rPr>
        <w:t xml:space="preserve">[15:31] </w:t>
      </w:r>
      <w:r>
        <w:t>is mein bistar rakhna padta tha.</w:t>
      </w:r>
    </w:p>
    <w:p>
      <w:pPr>
        <w:jc w:val="right"/>
      </w:pPr>
      <w:r>
        <w:t>اس میں بستر رکھنا پڑتا تھا۔</w:t>
      </w:r>
    </w:p>
    <w:p>
      <w:r>
        <w:rPr>
          <w:b/>
        </w:rPr>
        <w:t xml:space="preserve">[15:35] </w:t>
      </w:r>
      <w:r>
        <w:t>jaare ke zamane mein aap ko tosha aur razai rakhni padti thi aur is ko dhona padta tha.</w:t>
      </w:r>
    </w:p>
    <w:p>
      <w:pPr>
        <w:jc w:val="right"/>
      </w:pPr>
      <w:r>
        <w:t>جاڑے کے زمانے میں آپ کو توشہ اور رضائی رکھنی پڑتی تھی اور اس کو ڈھونا پڑتا تھا۔</w:t>
      </w:r>
    </w:p>
    <w:p>
      <w:r>
        <w:rPr>
          <w:b/>
        </w:rPr>
        <w:t xml:space="preserve">[15:40] </w:t>
      </w:r>
      <w:r>
        <w:t>ab koi hold all ki zaroorat nahin hai.</w:t>
      </w:r>
    </w:p>
    <w:p>
      <w:pPr>
        <w:jc w:val="right"/>
      </w:pPr>
      <w:r>
        <w:t>اب کوئی ہولڈال کی ضرورت نہیں ہے۔</w:t>
      </w:r>
    </w:p>
    <w:p>
      <w:r>
        <w:rPr>
          <w:b/>
        </w:rPr>
        <w:t xml:space="preserve">[15:44] </w:t>
      </w:r>
      <w:r>
        <w:t>aap jaiye wahan par aur sara saman maujood hai.</w:t>
      </w:r>
    </w:p>
    <w:p>
      <w:pPr>
        <w:jc w:val="right"/>
      </w:pPr>
      <w:r>
        <w:t>آپ جائیے وہاں پر اور سارا سامان موجود ہے۔</w:t>
      </w:r>
    </w:p>
    <w:p>
      <w:r>
        <w:rPr>
          <w:b/>
        </w:rPr>
        <w:t xml:space="preserve">[15:49] </w:t>
      </w:r>
      <w:r>
        <w:t>wahan toilet hai, wahan pani hai, wahan bed hai, wahan sab kuch hai hotel ke kamre mein.</w:t>
      </w:r>
    </w:p>
    <w:p>
      <w:pPr>
        <w:jc w:val="right"/>
      </w:pPr>
      <w:r>
        <w:t>وہاں ٹوائلٹ ہے، وہاں پانی ہے، وہاں بیڈ ہے، وہاں سب کچھ ہے ہوٹل کے کمرے میں۔</w:t>
      </w:r>
    </w:p>
    <w:p>
      <w:r>
        <w:rPr>
          <w:b/>
        </w:rPr>
        <w:t xml:space="preserve">[15:53] </w:t>
      </w:r>
      <w:r>
        <w:t>is waqt pahunch chalna padta tha, oont par, khachar par baithna padta tha.</w:t>
      </w:r>
    </w:p>
    <w:p>
      <w:pPr>
        <w:jc w:val="right"/>
      </w:pPr>
      <w:r>
        <w:t>اس وقت پہنچ چلنا پڑتا تھا، اونٹ پر، خچر پر بیٹھنا پڑتا تھا۔</w:t>
      </w:r>
    </w:p>
    <w:p>
      <w:r>
        <w:rPr>
          <w:b/>
        </w:rPr>
        <w:t xml:space="preserve">[15:58] </w:t>
      </w:r>
      <w:r>
        <w:t>aaj aate hain aap car se, hawa jahaz se aur</w:t>
      </w:r>
    </w:p>
    <w:p>
      <w:pPr>
        <w:jc w:val="right"/>
      </w:pPr>
      <w:r>
        <w:t>آج آتے ہیں آپ کار سے، ہوا جہاز سے اور</w:t>
      </w:r>
    </w:p>
    <w:p>
      <w:r>
        <w:rPr>
          <w:b/>
        </w:rPr>
        <w:t xml:space="preserve">[16:02] </w:t>
      </w:r>
      <w:r>
        <w:t>door ka safar bohat kam time mein ho jata hai.</w:t>
      </w:r>
    </w:p>
    <w:p>
      <w:pPr>
        <w:jc w:val="right"/>
      </w:pPr>
      <w:r>
        <w:t>دور کا سفر بہت کم ٹائم میں ہو جاتا ہے۔</w:t>
      </w:r>
    </w:p>
    <w:p>
      <w:r>
        <w:rPr>
          <w:b/>
        </w:rPr>
        <w:t xml:space="preserve">[16:09] </w:t>
      </w:r>
      <w:r>
        <w:t>تو یہ لوگ جو Muslims ہیں، diaspora ساری دنیا میں پھیلے ہوئے ہیں۔</w:t>
      </w:r>
    </w:p>
    <w:p>
      <w:pPr>
        <w:jc w:val="right"/>
      </w:pPr>
      <w:r>
        <w:t>تو یہ لوگ جو مسلمز ہیں، ڈائسپورا ساری دنیا میں پھیلے ہوئے ہیں۔</w:t>
      </w:r>
    </w:p>
    <w:p>
      <w:r>
        <w:rPr>
          <w:b/>
        </w:rPr>
        <w:t xml:space="preserve">[16:15] </w:t>
      </w:r>
      <w:r>
        <w:t>میں تو میرے اندازے کے مطابق کم از کم یعنی these people جو ہیں یعنی 20 ملین لوگ</w:t>
      </w:r>
    </w:p>
    <w:p>
      <w:pPr>
        <w:jc w:val="right"/>
      </w:pPr>
      <w:r>
        <w:t>میں تو میرے اندازے کے مطابق کم از کم یعنی یہ لوگ جو ہیں یعنی 20 ملین لوگ</w:t>
      </w:r>
    </w:p>
    <w:p>
      <w:r>
        <w:rPr>
          <w:b/>
        </w:rPr>
        <w:t xml:space="preserve">[16:22] </w:t>
      </w:r>
      <w:r>
        <w:t>jo hain bahar ki duniya mein phailay hue hain.</w:t>
      </w:r>
    </w:p>
    <w:p>
      <w:pPr>
        <w:jc w:val="right"/>
      </w:pPr>
      <w:r>
        <w:t>جو ہیں باہر کی دنیا میں پھیلے ہوئے ہیں۔</w:t>
      </w:r>
    </w:p>
    <w:p>
      <w:r>
        <w:rPr>
          <w:b/>
        </w:rPr>
        <w:t xml:space="preserve">[16:28] </w:t>
      </w:r>
      <w:r>
        <w:t>kam az kam seven billion to sirf amreeka mein hain.</w:t>
      </w:r>
    </w:p>
    <w:p>
      <w:pPr>
        <w:jc w:val="right"/>
      </w:pPr>
      <w:r>
        <w:t>کم از کم سیون بلین تو صرف امریکہ میں ہیں۔</w:t>
      </w:r>
    </w:p>
    <w:p>
      <w:r>
        <w:rPr>
          <w:b/>
        </w:rPr>
        <w:t xml:space="preserve">[16:35] </w:t>
      </w:r>
      <w:r>
        <w:t>to sahaba jo gaye thay kis liye gaye thay? woh gaye thay daawa work ke liye.</w:t>
      </w:r>
    </w:p>
    <w:p>
      <w:pPr>
        <w:jc w:val="right"/>
      </w:pPr>
      <w:r>
        <w:t>تو صحابہ جو گئے تھے کس لیے گئے تھے؟ وہ گئے تھے دعویٰ ورک کے لیے۔</w:t>
      </w:r>
    </w:p>
    <w:p>
      <w:r>
        <w:rPr>
          <w:b/>
        </w:rPr>
        <w:t xml:space="preserve">[16:40] </w:t>
      </w:r>
      <w:r>
        <w:t>ab jo aate hain jo log kis liye? sirf money ke liye, job ke liye, paise ke liye.</w:t>
      </w:r>
    </w:p>
    <w:p>
      <w:pPr>
        <w:jc w:val="right"/>
      </w:pPr>
      <w:r>
        <w:t>اب جو آتے ہیں جو لوگ کس لیے؟ صرف منی کے لیے، جاب کے لیے، پیسے کے لیے۔</w:t>
      </w:r>
    </w:p>
    <w:p>
      <w:r>
        <w:rPr>
          <w:b/>
        </w:rPr>
        <w:t xml:space="preserve">[16:45] </w:t>
      </w:r>
      <w:r>
        <w:t>to un ke zamane mein kya hua? sari duniya mein islam ka dabdaba qaim ho gaya.</w:t>
      </w:r>
    </w:p>
    <w:p>
      <w:pPr>
        <w:jc w:val="right"/>
      </w:pPr>
      <w:r>
        <w:t>تو ان کے زمانے میں کیا ہوا؟ ساری دنیا میں اسلام کا دبدبہ قائم ہو گیا۔</w:t>
      </w:r>
    </w:p>
    <w:p>
      <w:r>
        <w:rPr>
          <w:b/>
        </w:rPr>
        <w:t xml:space="preserve">[16:50] </w:t>
      </w:r>
      <w:r>
        <w:t>aaj kuch bhi nahi ho raha hai.</w:t>
      </w:r>
    </w:p>
    <w:p>
      <w:pPr>
        <w:jc w:val="right"/>
      </w:pPr>
      <w:r>
        <w:t>آج کچھ بھی نہیں ہو رہا ہے۔</w:t>
      </w:r>
    </w:p>
    <w:p>
      <w:r>
        <w:rPr>
          <w:b/>
        </w:rPr>
        <w:t xml:space="preserve">[16:55] </w:t>
      </w:r>
      <w:r>
        <w:t>woh jatay thay denay ke liye, yeh log gaye hain lenay ke liye.</w:t>
      </w:r>
    </w:p>
    <w:p>
      <w:pPr>
        <w:jc w:val="right"/>
      </w:pPr>
      <w:r>
        <w:t>وہ جاتے تھے دینے کے لیے، یہ لوگ گئے ہیں لینے کے لیے۔</w:t>
      </w:r>
    </w:p>
    <w:p>
      <w:r>
        <w:rPr>
          <w:b/>
        </w:rPr>
        <w:t xml:space="preserve">[17:00] </w:t>
      </w:r>
      <w:r>
        <w:t>and there is great</w:t>
      </w:r>
    </w:p>
    <w:p>
      <w:pPr>
        <w:jc w:val="right"/>
      </w:pPr>
      <w:r>
        <w:t>اینڈ دیر از گریٹ</w:t>
      </w:r>
    </w:p>
    <w:p>
      <w:r>
        <w:rPr>
          <w:b/>
        </w:rPr>
        <w:t xml:space="preserve">[17:05] </w:t>
      </w:r>
      <w:r>
        <w:t>difference between giver and taker. woh jo thay woh giver group ke tor par gaye thay. ab hum jatay hain taker group ke tor par. phir aik cheez mujhe bohat bari baat bhi samajh aai is tajrubay se. is zamanay mein taqreeban sari duniya mein aik bohat bari cheez thi us ko ke jis se log</w:t>
      </w:r>
    </w:p>
    <w:p>
      <w:pPr>
        <w:jc w:val="right"/>
      </w:pPr>
      <w:r>
        <w:t>ڈیفرنس بٹوین گیور اینڈ ٹیکر۔ وہ جو تھے وہ گیور گروپ کے طور پر گئے تھے۔ اب ہم جاتے ہیں ٹیکر گروپ کے طور پر۔ پھر ایک چیز مجھے بہت بڑی بات بھی سمجھ آئی اس تجربے سے۔ اس زمانے میں تقریباً ساری دنیا میں ایک بہت بڑی چیز تھی اس کو کہ جس سے لوگ</w:t>
      </w:r>
    </w:p>
    <w:p>
      <w:r>
        <w:rPr>
          <w:b/>
        </w:rPr>
        <w:t xml:space="preserve">[17:35] </w:t>
      </w:r>
      <w:r>
        <w:t>be khabar rahe, unaware rahe.</w:t>
      </w:r>
    </w:p>
    <w:p>
      <w:pPr>
        <w:jc w:val="right"/>
      </w:pPr>
      <w:r>
        <w:t>بے خبر رہے، ان ایور رہے۔</w:t>
      </w:r>
    </w:p>
    <w:p>
      <w:r>
        <w:rPr>
          <w:b/>
        </w:rPr>
        <w:t xml:space="preserve">[17:41] </w:t>
      </w:r>
      <w:r>
        <w:t>woh kya? ek zamana aaya tha jis ko hum kehte hain global village ya globalization.</w:t>
      </w:r>
    </w:p>
    <w:p>
      <w:pPr>
        <w:jc w:val="right"/>
      </w:pPr>
      <w:r>
        <w:t>وہ کیا؟ ایک زمانہ آیا تھا جس کو ہم کہتے ہیں گلوبل ولیج یا گلوبلائزیشن۔</w:t>
      </w:r>
    </w:p>
    <w:p>
      <w:r>
        <w:rPr>
          <w:b/>
        </w:rPr>
        <w:t xml:space="preserve">[17:48] </w:t>
      </w:r>
      <w:r>
        <w:t>mein jahan tak parha tamam log globalization ko negative sense mein lete hain.</w:t>
      </w:r>
    </w:p>
    <w:p>
      <w:pPr>
        <w:jc w:val="right"/>
      </w:pPr>
      <w:r>
        <w:t>میں جہاں تک پڑھا تمام لوگ گلوبلائزیشن کو نیگیٹیو سینس میں لیتے ہیں۔</w:t>
      </w:r>
    </w:p>
    <w:p>
      <w:r>
        <w:rPr>
          <w:b/>
        </w:rPr>
        <w:t xml:space="preserve">[17:54] </w:t>
      </w:r>
      <w:r>
        <w:t>delhi mein ek jamaat ka headquarter hai, us ne ek kitaab chhap rakhi hai globalization ke khilaf</w:t>
      </w:r>
    </w:p>
    <w:p>
      <w:pPr>
        <w:jc w:val="right"/>
      </w:pPr>
      <w:r>
        <w:t>دلی میں ایک جماعت کا ہیڈ کوارٹر ہے، اس نے ایک کتاب چھاپ رکھی ہے گلوبلائزیشن کے خلاف</w:t>
      </w:r>
    </w:p>
    <w:p>
      <w:r>
        <w:rPr>
          <w:b/>
        </w:rPr>
        <w:t xml:space="preserve">[18:00] </w:t>
      </w:r>
      <w:r>
        <w:t>aur bohat hi buray andaaz mein globalization ke khilaf is mein chupa hua hai.</w:t>
      </w:r>
    </w:p>
    <w:p>
      <w:pPr>
        <w:jc w:val="right"/>
      </w:pPr>
      <w:r>
        <w:t>اور بہت ہی برے انداز میں گلوبلائزیشن کے خلاف اس میں چھپا ہوا ہے۔</w:t>
      </w:r>
    </w:p>
    <w:p>
      <w:r>
        <w:rPr>
          <w:b/>
        </w:rPr>
        <w:t xml:space="preserve">[18:07] </w:t>
      </w:r>
      <w:r>
        <w:t>aap kahein to mere paas aaiye, bata doon ga is ka baray mein.</w:t>
      </w:r>
    </w:p>
    <w:p>
      <w:pPr>
        <w:jc w:val="right"/>
      </w:pPr>
      <w:r>
        <w:t>آپ کہیں تو میرے پاس آئیے، بتا دوں گا اس کا بارے میں۔</w:t>
      </w:r>
    </w:p>
    <w:p>
      <w:r>
        <w:rPr>
          <w:b/>
        </w:rPr>
        <w:t xml:space="preserve">[18:13] </w:t>
      </w:r>
      <w:r>
        <w:t>تو گلوبلائزیشن کو لوگوں نے نیگیٹیو سینس میں لیا یعنی انہوں نے سمجھا کہ is a new form</w:t>
      </w:r>
    </w:p>
    <w:p>
      <w:pPr>
        <w:jc w:val="right"/>
      </w:pPr>
      <w:r>
        <w:t>تو گلوبلائزیشن کو لوگوں نے نیگیٹیو سینس میں لیا یعنی انہوں نے سمجھا کہ از ا نیو فارم</w:t>
      </w:r>
    </w:p>
    <w:p>
      <w:r>
        <w:rPr>
          <w:b/>
        </w:rPr>
        <w:t xml:space="preserve">[18:19] </w:t>
      </w:r>
      <w:r>
        <w:t>of colonization yani maghribi qaumein duniya ko qabza karna chahti hain, is liye yeh globalization chala rahi hain.</w:t>
      </w:r>
    </w:p>
    <w:p>
      <w:pPr>
        <w:jc w:val="right"/>
      </w:pPr>
      <w:r>
        <w:t>آف کلونائزیشن یعنی مغربی قومیں دنیا کو قبضہ کرنا چاہتی ہیں، اس لیے یہ گلوبلائزیشن چلا رہی ہیں۔</w:t>
      </w:r>
    </w:p>
    <w:p>
      <w:r>
        <w:rPr>
          <w:b/>
        </w:rPr>
        <w:t xml:space="preserve">[18:26] </w:t>
      </w:r>
      <w:r>
        <w:t>haan, yeh bilkul baseless baat hai, baseless baat hai, absurd baat hai.</w:t>
      </w:r>
    </w:p>
    <w:p>
      <w:pPr>
        <w:jc w:val="right"/>
      </w:pPr>
      <w:r>
        <w:t>ہاں، یہ بالکل بیس لیس بات ہے، بیس لیس بات ہے، ایبسرٹ بات ہے۔</w:t>
      </w:r>
    </w:p>
    <w:p>
      <w:r>
        <w:rPr>
          <w:b/>
        </w:rPr>
        <w:t xml:space="preserve">[18:32] </w:t>
      </w:r>
      <w:r>
        <w:t>dekhiye, what is globalization?</w:t>
      </w:r>
    </w:p>
    <w:p>
      <w:pPr>
        <w:jc w:val="right"/>
      </w:pPr>
      <w:r>
        <w:t>دیکھیے، واٹ از گلوبلائزیشن؟</w:t>
      </w:r>
    </w:p>
    <w:p>
      <w:r>
        <w:rPr>
          <w:b/>
        </w:rPr>
        <w:t xml:space="preserve">[18:38] </w:t>
      </w:r>
      <w:r>
        <w:t>is zamane mein jo nayi cheezein paida huin, maslan communication.</w:t>
      </w:r>
    </w:p>
    <w:p>
      <w:pPr>
        <w:jc w:val="right"/>
      </w:pPr>
      <w:r>
        <w:t>اس زمانے میں جو نئی چیزیں پیدا ہوئیں، مثلاً کمیونیکیشن۔</w:t>
      </w:r>
    </w:p>
    <w:p>
      <w:r>
        <w:rPr>
          <w:b/>
        </w:rPr>
        <w:t xml:space="preserve">[18:43] </w:t>
      </w:r>
      <w:r>
        <w:t>communication ne poori duniya ko ek ek global village bana diya.</w:t>
      </w:r>
    </w:p>
    <w:p>
      <w:pPr>
        <w:jc w:val="right"/>
      </w:pPr>
      <w:r>
        <w:t>کمیونیکیشن نے پوری دنیا کو ایک ایک گلوبل ولیج بنا دیا۔</w:t>
      </w:r>
    </w:p>
    <w:p>
      <w:r>
        <w:rPr>
          <w:b/>
        </w:rPr>
        <w:t xml:space="preserve">[18:47] </w:t>
      </w:r>
      <w:r>
        <w:t>is ka matlab kya hua? ke sari duniya se aap ek country mein hon, ek ek city mein</w:t>
      </w:r>
    </w:p>
    <w:p>
      <w:pPr>
        <w:jc w:val="right"/>
      </w:pPr>
      <w:r>
        <w:t>اس کا مطلب کیا ہوا؟ کہ ساری دنیا سے آپ ایک کنٹری میں ہوں، ایک ایک سٹی میں</w:t>
      </w:r>
    </w:p>
    <w:p>
      <w:r>
        <w:rPr>
          <w:b/>
        </w:rPr>
        <w:t xml:space="preserve">[18:52] </w:t>
      </w:r>
      <w:r>
        <w:t>hoon, tab bhi poori dunya se aap jud gaye.</w:t>
      </w:r>
    </w:p>
    <w:p>
      <w:pPr>
        <w:jc w:val="right"/>
      </w:pPr>
      <w:r>
        <w:t>ہوں، تب بھی پوری دنیا سے آپ جڑ گئے۔</w:t>
      </w:r>
    </w:p>
    <w:p>
      <w:r>
        <w:rPr>
          <w:b/>
        </w:rPr>
        <w:t xml:space="preserve">[18:56] </w:t>
      </w:r>
      <w:r>
        <w:t>aap poori dunya se aap jud gaye.</w:t>
      </w:r>
    </w:p>
    <w:p>
      <w:pPr>
        <w:jc w:val="right"/>
      </w:pPr>
      <w:r>
        <w:t>آپ پوری دنیا سے آپ جڑ گئے۔</w:t>
      </w:r>
    </w:p>
    <w:p>
      <w:r>
        <w:rPr>
          <w:b/>
        </w:rPr>
        <w:t xml:space="preserve">[19:01] </w:t>
      </w:r>
      <w:r>
        <w:t>pehlay jo tha woh land based economy hoti thi, jahan land hai wohin par rehtay hain, wohin par</w:t>
      </w:r>
    </w:p>
    <w:p>
      <w:pPr>
        <w:jc w:val="right"/>
      </w:pPr>
      <w:r>
        <w:t>پہلے جو تھا وہ لینڈ بیسڈ اکانومی ہوتی تھی، جہاں لینڈ ہے وہیں پر رہتے ہیں، وہیں پر</w:t>
      </w:r>
    </w:p>
    <w:p>
      <w:r>
        <w:rPr>
          <w:b/>
        </w:rPr>
        <w:t xml:space="preserve">[19:05] </w:t>
      </w:r>
      <w:r>
        <w:t>kheti kartay hain.</w:t>
      </w:r>
    </w:p>
    <w:p>
      <w:pPr>
        <w:jc w:val="right"/>
      </w:pPr>
      <w:r>
        <w:t>کھیتی کرتے ہیں۔</w:t>
      </w:r>
    </w:p>
    <w:p>
      <w:r>
        <w:rPr>
          <w:b/>
        </w:rPr>
        <w:t xml:space="preserve">[19:10] </w:t>
      </w:r>
      <w:r>
        <w:t>ab woh dobara khatam ho gaya.</w:t>
      </w:r>
    </w:p>
    <w:p>
      <w:pPr>
        <w:jc w:val="right"/>
      </w:pPr>
      <w:r>
        <w:t>اب وہ دوبارہ ختم ہو گیا۔</w:t>
      </w:r>
    </w:p>
    <w:p>
      <w:r>
        <w:rPr>
          <w:b/>
        </w:rPr>
        <w:t xml:space="preserve">[19:14] </w:t>
      </w:r>
      <w:r>
        <w:t>ab aap dilli mein rahengay aur sari dunya se business karengay.</w:t>
      </w:r>
    </w:p>
    <w:p>
      <w:pPr>
        <w:jc w:val="right"/>
      </w:pPr>
      <w:r>
        <w:t>اب آپ دلی میں رہیں گے اور ساری دنیا سے بزنس کریں گے۔</w:t>
      </w:r>
    </w:p>
    <w:p>
      <w:r>
        <w:rPr>
          <w:b/>
        </w:rPr>
        <w:t xml:space="preserve">[19:18] </w:t>
      </w:r>
      <w:r>
        <w:t>dilli mein rahengay, sari dunya par ja kar aap job milay ga aap ko.</w:t>
      </w:r>
    </w:p>
    <w:p>
      <w:pPr>
        <w:jc w:val="right"/>
      </w:pPr>
      <w:r>
        <w:t>دلی میں رہیں گے، ساری دنیا پر جا کر آپ جاب ملے گا آپ کو۔</w:t>
      </w:r>
    </w:p>
    <w:p>
      <w:r>
        <w:rPr>
          <w:b/>
        </w:rPr>
        <w:t xml:space="preserve">[19:23] </w:t>
      </w:r>
      <w:r>
        <w:t>dilli mein rahengay aur communication ke zariye aap sari dunya se aap contract bana sakeingay.</w:t>
      </w:r>
    </w:p>
    <w:p>
      <w:pPr>
        <w:jc w:val="right"/>
      </w:pPr>
      <w:r>
        <w:t>دلی میں رہیں گے اور کمیونیکیشن کے ذریعے آپ ساری دنیا سے آپ کنٹریکٹ بنا سکیں گے۔</w:t>
      </w:r>
    </w:p>
    <w:p>
      <w:r>
        <w:rPr>
          <w:b/>
        </w:rPr>
        <w:t xml:space="preserve">[19:27] </w:t>
      </w:r>
      <w:r>
        <w:t>yeh sab cheezein hain.</w:t>
      </w:r>
    </w:p>
    <w:p>
      <w:pPr>
        <w:jc w:val="right"/>
      </w:pPr>
      <w:r>
        <w:t>یہ سب چیزیں ہیں۔</w:t>
      </w:r>
    </w:p>
    <w:p>
      <w:r>
        <w:rPr>
          <w:b/>
        </w:rPr>
        <w:t xml:space="preserve">[19:31] </w:t>
      </w:r>
      <w:r>
        <w:t>to globalization ko negative sense mein lainay ki wajah se kya hua? aik bohat bara nuqsan hua, bohat bara.</w:t>
      </w:r>
    </w:p>
    <w:p>
      <w:pPr>
        <w:jc w:val="right"/>
      </w:pPr>
      <w:r>
        <w:t>تو گلوبلائزیشن کو نیگیٹیو سینس میں لینے کی وجہ سے کیا ہوا؟ ایک بہت بڑا نقصان ہوا، بہت بڑا۔</w:t>
      </w:r>
    </w:p>
    <w:p>
      <w:r>
        <w:rPr>
          <w:b/>
        </w:rPr>
        <w:t xml:space="preserve">[19:35] </w:t>
      </w:r>
      <w:r>
        <w:t>yeh jo aaj kal aap suntay hongay ke de</w:t>
      </w:r>
    </w:p>
    <w:p>
      <w:pPr>
        <w:jc w:val="right"/>
      </w:pPr>
      <w:r>
        <w:t>یہ جو آج کل آپ سنتے ہوں گے کہ ڈی</w:t>
      </w:r>
    </w:p>
    <w:p>
      <w:r>
        <w:rPr>
          <w:b/>
        </w:rPr>
        <w:t xml:space="preserve">[19:40] </w:t>
      </w:r>
      <w:r>
        <w:t>velop world aur under develop world, develop countries aur under develop countries, yeh kya hai? aam tor par</w:t>
      </w:r>
    </w:p>
    <w:p>
      <w:pPr>
        <w:jc w:val="right"/>
      </w:pPr>
      <w:r>
        <w:t>ولپ ورلڈ اور انڈر ڈیولپ ورلڈ، ڈیولپ کنٹریز اور انڈر ڈیولپ کنٹریز، یہ کیا ہے؟ عام طور پر</w:t>
      </w:r>
    </w:p>
    <w:p>
      <w:r>
        <w:rPr>
          <w:b/>
        </w:rPr>
        <w:t xml:space="preserve">[19:46] </w:t>
      </w:r>
      <w:r>
        <w:t>log samajhtay hain ke jo develop countries hain, unhon ne conspiracy ke zariye humain peechay dhakail rakha hai.</w:t>
      </w:r>
    </w:p>
    <w:p>
      <w:pPr>
        <w:jc w:val="right"/>
      </w:pPr>
      <w:r>
        <w:t>لوگ سمجھتے ہیں کہ جو ڈیولپ کنٹریز ہیں، انہوں نے کانسپریسی کے ذریعے ہمیں پیچھے دھکیل رکھا ہے۔</w:t>
      </w:r>
    </w:p>
    <w:p>
      <w:r>
        <w:rPr>
          <w:b/>
        </w:rPr>
        <w:t xml:space="preserve">[19:52] </w:t>
      </w:r>
      <w:r>
        <w:t>abhi mein radio mein sun raha tha chand din pehlay aik talk isi qisam ki ke dhani dhani</w:t>
      </w:r>
    </w:p>
    <w:p>
      <w:pPr>
        <w:jc w:val="right"/>
      </w:pPr>
      <w:r>
        <w:t>ابھی میں ریڈیو میں سن رہا تھا چند دن پہلے ایک ٹاک اسی قسم کی کہ دھنی دھنی</w:t>
      </w:r>
    </w:p>
    <w:p>
      <w:r>
        <w:rPr>
          <w:b/>
        </w:rPr>
        <w:t xml:space="preserve">[19:58] </w:t>
      </w:r>
      <w:r>
        <w:t>desh jo hain, unhon ne sazish kar ke ghareeb deshon ko ghareeb bana rakha hai.</w:t>
      </w:r>
    </w:p>
    <w:p>
      <w:pPr>
        <w:jc w:val="right"/>
      </w:pPr>
      <w:r>
        <w:t>دیش جو ہیں، انہوں نے سازش کر کے غریب دیشوں کو غریب بنا رکھا ہے۔</w:t>
      </w:r>
    </w:p>
    <w:p>
      <w:r>
        <w:rPr>
          <w:b/>
        </w:rPr>
        <w:t xml:space="preserve">[20:04] </w:t>
      </w:r>
      <w:r>
        <w:t>yeh sab bilkul</w:t>
      </w:r>
    </w:p>
    <w:p>
      <w:pPr>
        <w:jc w:val="right"/>
      </w:pPr>
      <w:r>
        <w:t>یہ سب بالکل</w:t>
      </w:r>
    </w:p>
    <w:p>
      <w:r>
        <w:rPr>
          <w:b/>
        </w:rPr>
        <w:t xml:space="preserve">[20:10] </w:t>
      </w:r>
      <w:r>
        <w:t>baseless baatein hain. asal cheez kya hai? ke in in country, asia aur africa ki jo countries hain, unhon ne spirit of the age ko samjha nahi, modern jo changes hain, un ko samjha nahi. ke sab se bari cheez unhon ne samjha ke freedom, political freedom, sab se bari cheez hai. to har jagah political freedom ke naray uth uth uth kharay hue hain, har jagah. aur</w:t>
      </w:r>
    </w:p>
    <w:p>
      <w:pPr>
        <w:jc w:val="right"/>
      </w:pPr>
      <w:r>
        <w:t>بیس لیس باتیں ہیں۔ اصل چیز کیا ہے؟ کہ ان ان کنٹری، ایشیا اور افریقہ کی جو کنٹریز ہیں، انہوں نے اسپیٹ آف تیج کو سمجھا نہیں، ماڈرن جو چینجز ہیں، ان کو سمجھا نہیں۔ کہ سب سے بڑی چیز انہوں نے سمجھا کہ فریڈم، پولیٹیکل فریڈم، سب سے بڑی چیز ہے۔ تو ہر جگہ پولیٹیکل فریڈم کے نعرے اٹھ اٹھ اٹھ کھڑے ہوئے ہیں، ہر جگہ۔ اور</w:t>
      </w:r>
    </w:p>
    <w:p>
      <w:r>
        <w:rPr>
          <w:b/>
        </w:rPr>
        <w:t xml:space="preserve">[20:40] </w:t>
      </w:r>
      <w:r>
        <w:t>اپنے کنٹری کو بچانا Western influences سے، یہ بہت بڑی چیز بن گئی۔</w:t>
      </w:r>
    </w:p>
    <w:p>
      <w:pPr>
        <w:jc w:val="right"/>
      </w:pPr>
      <w:r>
        <w:t>اپنے کنٹری کو بچانا ویسٹرن انفلوئنسز سے، یہ بہت بڑی چیز بن گئی۔</w:t>
      </w:r>
    </w:p>
    <w:p>
      <w:r>
        <w:rPr>
          <w:b/>
        </w:rPr>
        <w:t xml:space="preserve">[20:46] </w:t>
      </w:r>
      <w:r>
        <w:t>yeh har country mein aap dekhengay.</w:t>
      </w:r>
    </w:p>
    <w:p>
      <w:pPr>
        <w:jc w:val="right"/>
      </w:pPr>
      <w:r>
        <w:t>یہ ہر کنٹری میں آپ دیکھیں گے۔</w:t>
      </w:r>
    </w:p>
    <w:p>
      <w:r>
        <w:rPr>
          <w:b/>
        </w:rPr>
        <w:t xml:space="preserve">[20:52] </w:t>
      </w:r>
      <w:r>
        <w:t>khud India mein dekhiye, azadi ke baad yahan bohat baray peemanay par kya chala? jo kehtay thay protectionism.</w:t>
      </w:r>
    </w:p>
    <w:p>
      <w:pPr>
        <w:jc w:val="right"/>
      </w:pPr>
      <w:r>
        <w:t>خود انڈیا میں دیکھیے، آزادی کے بعد یہاں بہت بڑے پیمانے پر کیا چلا؟ جو کہتے تھے پروٹیکشنزم۔</w:t>
      </w:r>
    </w:p>
    <w:p>
      <w:r>
        <w:rPr>
          <w:b/>
        </w:rPr>
        <w:t xml:space="preserve">[20:58] </w:t>
      </w:r>
      <w:r>
        <w:t>Protectionism, yani duniya se apne ko alag kar ke apne ko hum chaha ke hum progress karein.</w:t>
      </w:r>
    </w:p>
    <w:p>
      <w:pPr>
        <w:jc w:val="right"/>
      </w:pPr>
      <w:r>
        <w:t>پروٹیکشنزم یعنی دنیا سے اپنے کو الگ کر کے اپنے کو ہم چاہا کہ ہم پروگریس کریں۔</w:t>
      </w:r>
    </w:p>
    <w:p>
      <w:r>
        <w:rPr>
          <w:b/>
        </w:rPr>
        <w:t xml:space="preserve">[21:04] </w:t>
      </w:r>
      <w:r>
        <w:t>aur koi progress nahin hui, yahan tak ke productions ka nazariya khatam kar diya gaya. Aur aap</w:t>
      </w:r>
    </w:p>
    <w:p>
      <w:pPr>
        <w:jc w:val="right"/>
      </w:pPr>
      <w:r>
        <w:t>اور کوئی پروگریس نہیں ہوئی، یہاں تک کہ پروڈکشنز کا نظریہ ختم کر دیا گیا۔ اور آپ</w:t>
      </w:r>
    </w:p>
    <w:p>
      <w:r>
        <w:rPr>
          <w:b/>
        </w:rPr>
        <w:t xml:space="preserve">[21:10] </w:t>
      </w:r>
      <w:r>
        <w:t>jantay hain, aap ke india mein multinationals raaj kar rahay hain. to kitni ziyada taraqqi ho gayi hai. aisay hi jo pakistan bana, woh kya tha? woh bhi aik muslim pocket banana ke non muslim world se door ho kar ke hum pocket banayein, tab hum taraqqi kareingay. lekin jab pakistan ban gaya to kya hua? wohi pakistani bhag bhag ke doosray mulkon mein chalay gaye. yeh nahi samjha logon ne ke logon ne ke pocket</w:t>
      </w:r>
    </w:p>
    <w:p>
      <w:pPr>
        <w:jc w:val="right"/>
      </w:pPr>
      <w:r>
        <w:t>جانتے ہیں، آپ کے انڈیا میں ملٹی نیشنلز راج کر رہے ہیں۔ تو کتنی زیادہ ترقی ہو گئی ہے۔ ایسے ہی جو پاکستان بنا، وہ کیا تھا؟ وہ بھی ایک مسلم پاکٹ بنانا کہ نان مسلم ورلڈ سے دور ہو کر کے ہم پاکٹ بنائیں، تب ہم ترقی کریں گے۔ لیکن جب پاکستان بن گیا تو کیا ہوا؟ وہی پاکستانی بھاگ بھاگ کے دوسرے ملکوں میں چلے گئے۔ یہ نہیں سمجھا لوگوں نے کہ لوگوں نے کہ پاکٹ</w:t>
      </w:r>
    </w:p>
    <w:p>
      <w:r>
        <w:rPr>
          <w:b/>
        </w:rPr>
        <w:t xml:space="preserve">[21:40] </w:t>
      </w:r>
      <w:r>
        <w:t>bananay ka zamanay hi nahi hai. ab to poori duniya aap ke paas hai, poori duniya mein aap chha sakte hain, poori duniya mein aap kaam kar sakte hain. poori duniya aap ke qadmon ke neechay hai. yahan tak ke khud israel jo hai, mein samajhta hoon ke woh bhi isi ka victim hai. jo zionist movement thi, woh kya thi? yahudion ne samjha ke aik hamara apna</w:t>
      </w:r>
    </w:p>
    <w:p>
      <w:pPr>
        <w:jc w:val="right"/>
      </w:pPr>
      <w:r>
        <w:t>بنانے کا زمانہ ہی نہیں ہے۔ اب تو پوری دنیا آپ کے پاس ہے، پوری دنیا میں آپ چھا سکتے ہیں، پوری دنیا میں آپ کام کر سکتے ہیں۔ پوری دنیا آپ کے قدموں کے نیچے ہے۔ یہاں تک کہ خود اسرائیل جو ہے، میں سمجھتا ہوں کہ وہ بھی اسی کا وکٹم ہے۔ جو زائنس موومنٹ تھی، وہ کیا تھی؟ یہودیوں نے سمجھا کہ ایک ہمارا اپنا</w:t>
      </w:r>
    </w:p>
    <w:p>
      <w:r>
        <w:rPr>
          <w:b/>
        </w:rPr>
        <w:t xml:space="preserve">[22:10] </w:t>
      </w:r>
      <w:r>
        <w:t>jab watan hoga, tab hi hum zyada taraqqi karengay.</w:t>
      </w:r>
    </w:p>
    <w:p>
      <w:pPr>
        <w:jc w:val="right"/>
      </w:pPr>
      <w:r>
        <w:t>جب وطن ہوگا، تب ہی ہم زیادہ ترقی کریں گے۔</w:t>
      </w:r>
    </w:p>
    <w:p>
      <w:r>
        <w:rPr>
          <w:b/>
        </w:rPr>
        <w:t xml:space="preserve">[22:15] </w:t>
      </w:r>
      <w:r>
        <w:t>to Israel ban gaya 1948 mein, lekin aaj Israel chal raha hai kis ki badolat? Americanz ki badolat</w:t>
      </w:r>
    </w:p>
    <w:p>
      <w:pPr>
        <w:jc w:val="right"/>
      </w:pPr>
      <w:r>
        <w:t>تو اسرائیل بن گیا 1948 میں، لیکن آج اسرائیل چل رہا ہے کس کی بدولت؟ امریکنز کی بدولت</w:t>
      </w:r>
    </w:p>
    <w:p>
      <w:r>
        <w:rPr>
          <w:b/>
        </w:rPr>
        <w:t xml:space="preserve">[22:20] </w:t>
      </w:r>
      <w:r>
        <w:t>اور اور اور Jewish diaspora جو ہے، ان کی بدولت۔</w:t>
      </w:r>
    </w:p>
    <w:p>
      <w:pPr>
        <w:jc w:val="right"/>
      </w:pPr>
      <w:r>
        <w:t>اور اور اور جودی ڈائسپورا جو ہے، ان کی بدولت۔</w:t>
      </w:r>
    </w:p>
    <w:p>
      <w:r>
        <w:rPr>
          <w:b/>
        </w:rPr>
        <w:t xml:space="preserve">[22:25] </w:t>
      </w:r>
      <w:r>
        <w:t>جو یہودی باہر کے countries میں ہیں، بڑے بڑے بزنس کر رہے ہیں، وہ برابر وہ پیسہ دیتے</w:t>
      </w:r>
    </w:p>
    <w:p>
      <w:pPr>
        <w:jc w:val="right"/>
      </w:pPr>
      <w:r>
        <w:t>جو یہودی باہر کے کنٹریز میں ہیں، بڑے بڑے بزنس کر رہے ہیں، وہ برابر وہ پیسہ دیتے</w:t>
      </w:r>
    </w:p>
    <w:p>
      <w:r>
        <w:rPr>
          <w:b/>
        </w:rPr>
        <w:t xml:space="preserve">[22:30] </w:t>
      </w:r>
      <w:r>
        <w:t>hain, America paisa deta hai.</w:t>
      </w:r>
    </w:p>
    <w:p>
      <w:pPr>
        <w:jc w:val="right"/>
      </w:pPr>
      <w:r>
        <w:t>ہیں، امریکہ پیسہ دیتا ہے۔</w:t>
      </w:r>
    </w:p>
    <w:p>
      <w:r>
        <w:rPr>
          <w:b/>
        </w:rPr>
        <w:t xml:space="preserve">[22:35] </w:t>
      </w:r>
      <w:r>
        <w:t>agar Israel ko apnay bill par rehna ho to woh reh nahi sakta, zinda nahi reh sakta woh.</w:t>
      </w:r>
    </w:p>
    <w:p>
      <w:pPr>
        <w:jc w:val="right"/>
      </w:pPr>
      <w:r>
        <w:t>اگر اسرائیل کو اپنے بل پر رہنا ہو تو وہ رہ نہیں سکتا، زندہ نہیں رہ سکتا وہ۔</w:t>
      </w:r>
    </w:p>
    <w:p>
      <w:r>
        <w:rPr>
          <w:b/>
        </w:rPr>
        <w:t xml:space="preserve">[22:41] </w:t>
      </w:r>
      <w:r>
        <w:t>تو protectionism جو تھا انڈیا میں، وہ بھی اسی کا ایک phenomena تھا۔</w:t>
      </w:r>
    </w:p>
    <w:p>
      <w:pPr>
        <w:jc w:val="right"/>
      </w:pPr>
      <w:r>
        <w:t>تو پروٹیکشنزم جو تھا انڈیا میں، وہ بھی اسی کا ایک فیناومینا تھا۔</w:t>
      </w:r>
    </w:p>
    <w:p>
      <w:r>
        <w:rPr>
          <w:b/>
        </w:rPr>
        <w:t xml:space="preserve">[22:46] </w:t>
      </w:r>
      <w:r>
        <w:t>مسلم لینڈ بنانے کا جو ذہن تھا پاکستان میں، وہ بھی اسی کا phenomenon تھا۔</w:t>
      </w:r>
    </w:p>
    <w:p>
      <w:pPr>
        <w:jc w:val="right"/>
      </w:pPr>
      <w:r>
        <w:t>مسلم لینڈ بنانے کا جو ذہن تھا پاکستان میں، وہ بھی اسی کا فیناومینا تھا۔</w:t>
      </w:r>
    </w:p>
    <w:p>
      <w:r>
        <w:rPr>
          <w:b/>
        </w:rPr>
        <w:t xml:space="preserve">[22:51] </w:t>
      </w:r>
      <w:r>
        <w:t>اسرائیل میں جو Zionism ہے، اسی کا phenomena تھا۔</w:t>
      </w:r>
    </w:p>
    <w:p>
      <w:pPr>
        <w:jc w:val="right"/>
      </w:pPr>
      <w:r>
        <w:t>اسرائیل میں جو زائنزم ہے، اسی کا فیناومینا تھا۔</w:t>
      </w:r>
    </w:p>
    <w:p>
      <w:r>
        <w:rPr>
          <w:b/>
        </w:rPr>
        <w:t xml:space="preserve">[22:56] </w:t>
      </w:r>
      <w:r>
        <w:t>yani poori dunya aap ke qadmon ke neechay thi modern communication ke zariye se, lekin har aik ne</w:t>
      </w:r>
    </w:p>
    <w:p>
      <w:pPr>
        <w:jc w:val="right"/>
      </w:pPr>
      <w:r>
        <w:t>یعنی پوری دنیا آپ کے قدموں کے نیچے تھی ماڈرن کمیونیکیشن کے ذریعے سے، لیکن ہر ایک نے</w:t>
      </w:r>
    </w:p>
    <w:p>
      <w:r>
        <w:rPr>
          <w:b/>
        </w:rPr>
        <w:t xml:space="preserve">[23:01] </w:t>
      </w:r>
      <w:r>
        <w:t>save it karke apna ek alag pocket banana chaha.</w:t>
      </w:r>
    </w:p>
    <w:p>
      <w:pPr>
        <w:jc w:val="right"/>
      </w:pPr>
      <w:r>
        <w:t>سویٹ کر کے اپنا ایک الگ پاکٹ بنانا چاہا۔</w:t>
      </w:r>
    </w:p>
    <w:p>
      <w:r>
        <w:rPr>
          <w:b/>
        </w:rPr>
        <w:t xml:space="preserve">[23:06] </w:t>
      </w:r>
      <w:r>
        <w:t>yeh aik bohat bara as</w:t>
      </w:r>
    </w:p>
    <w:p>
      <w:pPr>
        <w:jc w:val="right"/>
      </w:pPr>
      <w:r>
        <w:t>یہ ایک بہت بڑا اس</w:t>
      </w:r>
    </w:p>
    <w:p>
      <w:r>
        <w:rPr>
          <w:b/>
        </w:rPr>
        <w:t xml:space="preserve">[23:11] </w:t>
      </w:r>
      <w:r>
        <w:t>زمانے میں ایک ایک بہت بڑا intellectual backwardness تھا جو لوگوں پر چھایا رہا۔</w:t>
      </w:r>
    </w:p>
    <w:p>
      <w:pPr>
        <w:jc w:val="right"/>
      </w:pPr>
      <w:r>
        <w:t>زمانے میں ایک ایک بہت بڑا انٹلیکچول بیکورڈنس تھا جو لوگوں پر چھایا رہا۔</w:t>
      </w:r>
    </w:p>
    <w:p>
      <w:r>
        <w:rPr>
          <w:b/>
        </w:rPr>
        <w:t xml:space="preserve">[23:17] </w:t>
      </w:r>
      <w:r>
        <w:t>پھر ایک اور چیز جو میں نے discover کی وہاں، وہ یہ ہے کہ وہاں ہم لوگ لے</w:t>
      </w:r>
    </w:p>
    <w:p>
      <w:pPr>
        <w:jc w:val="right"/>
      </w:pPr>
      <w:r>
        <w:t>پھر ایک اور چیز جو میں نے ڈسکور کی وہاں، وہ یہ ہے کہ وہاں ہم لوگ لے</w:t>
      </w:r>
    </w:p>
    <w:p>
      <w:r>
        <w:rPr>
          <w:b/>
        </w:rPr>
        <w:t xml:space="preserve">[23:23] </w:t>
      </w:r>
      <w:r>
        <w:t>gaye thay literature kafi tadad mein aur sab logon ko literature diya.</w:t>
      </w:r>
    </w:p>
    <w:p>
      <w:pPr>
        <w:jc w:val="right"/>
      </w:pPr>
      <w:r>
        <w:t>گئے تھے لٹریچر کافی تعداد میں اور سب لوگوں کو لٹریچر دیا۔</w:t>
      </w:r>
    </w:p>
    <w:p>
      <w:r>
        <w:rPr>
          <w:b/>
        </w:rPr>
        <w:t xml:space="preserve">[23:29] </w:t>
      </w:r>
      <w:r>
        <w:t>boht shoq se logon ne liya.</w:t>
      </w:r>
    </w:p>
    <w:p>
      <w:pPr>
        <w:jc w:val="right"/>
      </w:pPr>
      <w:r>
        <w:t>بہت شوق سے لوگوں نے لیا۔</w:t>
      </w:r>
    </w:p>
    <w:p>
      <w:r>
        <w:rPr>
          <w:b/>
        </w:rPr>
        <w:t xml:space="preserve">[23:35] </w:t>
      </w:r>
      <w:r>
        <w:t>ek cheez maine discover ki wahan par, wo yeh hai ke Allah taala ne aise</w:t>
      </w:r>
    </w:p>
    <w:p>
      <w:pPr>
        <w:jc w:val="right"/>
      </w:pPr>
      <w:r>
        <w:t>ایک چیز میں نے ڈسکور کی وہاں پر، وہ یہ ہے کہ اللہ تعالی نے ایسے</w:t>
      </w:r>
    </w:p>
    <w:p>
      <w:r>
        <w:rPr>
          <w:b/>
        </w:rPr>
        <w:t xml:space="preserve">[23:41] </w:t>
      </w:r>
      <w:r>
        <w:t>yani jo historical process hua baad ke zamanay mein, to doosre jitne bhi religion hain, wo sab wo</w:t>
      </w:r>
    </w:p>
    <w:p>
      <w:pPr>
        <w:jc w:val="right"/>
      </w:pPr>
      <w:r>
        <w:t>یعنی جو ہسٹوریکل پروسیس ہوا بعد کے زمانے میں، تو دوسرے جتنے بھی ریلیجن ہیں، وہ سب وہ</w:t>
      </w:r>
    </w:p>
    <w:p>
      <w:r>
        <w:rPr>
          <w:b/>
        </w:rPr>
        <w:t xml:space="preserve">[23:47] </w:t>
      </w:r>
      <w:r>
        <w:t>distart ho gaye.</w:t>
      </w:r>
    </w:p>
    <w:p>
      <w:pPr>
        <w:jc w:val="right"/>
      </w:pPr>
      <w:r>
        <w:t>ڈس سٹارٹ ہو گئے۔</w:t>
      </w:r>
    </w:p>
    <w:p>
      <w:r>
        <w:rPr>
          <w:b/>
        </w:rPr>
        <w:t xml:space="preserve">[23:53] </w:t>
      </w:r>
      <w:r>
        <w:t>koi bhi religion jo hai, apni original shape mein baqi nahi hai siwaye Islam ke.</w:t>
      </w:r>
    </w:p>
    <w:p>
      <w:pPr>
        <w:jc w:val="right"/>
      </w:pPr>
      <w:r>
        <w:t>کوئی بھی ریلیجن جو ہے، اپنی اوریجنل شیپ میں باقی نہیں ہے سوائے اسلام کے۔</w:t>
      </w:r>
    </w:p>
    <w:p>
      <w:r>
        <w:rPr>
          <w:b/>
        </w:rPr>
        <w:t xml:space="preserve">[23:59] </w:t>
      </w:r>
      <w:r>
        <w:t>Islam is da only religion in its original form, like a preserved religion.</w:t>
      </w:r>
    </w:p>
    <w:p>
      <w:pPr>
        <w:jc w:val="right"/>
      </w:pPr>
      <w:r>
        <w:t>اسلام از دا اونلی ریلیجن ان اٹس اوریجنل فارم، لائک ا پریزروڈ ریلیجن۔</w:t>
      </w:r>
    </w:p>
    <w:p>
      <w:r>
        <w:rPr>
          <w:b/>
        </w:rPr>
        <w:t xml:space="preserve">[24:06] </w:t>
      </w:r>
      <w:r>
        <w:t>is ke maani kya hue?</w:t>
      </w:r>
    </w:p>
    <w:p>
      <w:pPr>
        <w:jc w:val="right"/>
      </w:pPr>
      <w:r>
        <w:t>اس کے معنی کیا ہوئے؟</w:t>
      </w:r>
    </w:p>
    <w:p>
      <w:r>
        <w:rPr>
          <w:b/>
        </w:rPr>
        <w:t xml:space="preserve">[24:12] </w:t>
      </w:r>
      <w:r>
        <w:t>is ke maani yeh hue ke ideology of religion agar kahin mil sakti hai aap ko sahi maano mein to woh sirf islam mein mile gi, sirf quran mein mile gi. jo quran mein aaya hai ke leave deen kulli aur ya lak deen kulli lillah, is ka matlab yahi hai. yani woh ideological sense mein hai, woh political sense mein nahi hai. log is ko letay hain ke sari duniya mein islam ki hukumat, woh</w:t>
      </w:r>
    </w:p>
    <w:p>
      <w:pPr>
        <w:jc w:val="right"/>
      </w:pPr>
      <w:r>
        <w:t>اس کے معنی یہ ہوئے کہ آئیڈیالوجی آف ریلیجن اگر کہیں مل سکتی ہے آپ کو صحیح معنوں میں تو وہ صرف اسلام میں ملے گی، صرف قرآن میں ملے گی۔ جو قرآن میں آیا ہے کہ لیو دین کلی اور یا لیک دین کلہ للہ، اس کا مطلب یہی ہے۔ یعنی وہ آئیڈیالوجیکل سینس میں ہے، وہ پولیٹیکل سینس میں نہیں ہے۔ لوگ اس کو لیتے ہیں کہ ساری دنیا میں اسلام کی حکومت، وہ</w:t>
      </w:r>
    </w:p>
    <w:p>
      <w:r>
        <w:rPr>
          <w:b/>
        </w:rPr>
        <w:t xml:space="preserve">[24:42] </w:t>
      </w:r>
      <w:r>
        <w:t>bilkul base less baat hai.</w:t>
      </w:r>
    </w:p>
    <w:p>
      <w:pPr>
        <w:jc w:val="right"/>
      </w:pPr>
      <w:r>
        <w:t>بالکل بیس لیس بات ہے۔</w:t>
      </w:r>
    </w:p>
    <w:p>
      <w:r>
        <w:rPr>
          <w:b/>
        </w:rPr>
        <w:t xml:space="preserve">[24:47] </w:t>
      </w:r>
      <w:r>
        <w:t>اسلام کی آئیڈیالوجیکل موناپولی، اس کا مطلب ہے کہ ideological ideological لیول پر کوئی اور اسٹینڈ نہ کر</w:t>
      </w:r>
    </w:p>
    <w:p>
      <w:pPr>
        <w:jc w:val="right"/>
      </w:pPr>
      <w:r>
        <w:t>اسلام کی آئیڈیالوجیکل موناپولی، اس کا مطلب ہے کہ آئیڈیالوجک آئیڈیالوجک لیول پر کوئی اور اسٹینڈ نہ کر</w:t>
      </w:r>
    </w:p>
    <w:p>
      <w:r>
        <w:rPr>
          <w:b/>
        </w:rPr>
        <w:t xml:space="preserve">[24:52] </w:t>
      </w:r>
      <w:r>
        <w:t>sake siwaye Islam ke.</w:t>
      </w:r>
    </w:p>
    <w:p>
      <w:pPr>
        <w:jc w:val="right"/>
      </w:pPr>
      <w:r>
        <w:t>سکے سوائے اسلام کے۔</w:t>
      </w:r>
    </w:p>
    <w:p>
      <w:r>
        <w:rPr>
          <w:b/>
        </w:rPr>
        <w:t xml:space="preserve">[24:57] </w:t>
      </w:r>
      <w:r>
        <w:t>yeh matlab hai is ka, aur wo aisa hua.</w:t>
      </w:r>
    </w:p>
    <w:p>
      <w:pPr>
        <w:jc w:val="right"/>
      </w:pPr>
      <w:r>
        <w:t>یہ مطلب ہے اس کا، اور وہ ایسا ہوا۔</w:t>
      </w:r>
    </w:p>
    <w:p>
      <w:r>
        <w:rPr>
          <w:b/>
        </w:rPr>
        <w:t xml:space="preserve">[25:03] </w:t>
      </w:r>
      <w:r>
        <w:t>isi liye aap dekhiye, wahan mein ek baat mujhe samajh mein aayi ke kyun aisa hai ke sare</w:t>
      </w:r>
    </w:p>
    <w:p>
      <w:pPr>
        <w:jc w:val="right"/>
      </w:pPr>
      <w:r>
        <w:t>اسی لیے آپ دیکھیے، وہاں میں ایک بات مجھے سمجھ میں آئی کہ کیوں ایسا ہے کہ سارے</w:t>
      </w:r>
    </w:p>
    <w:p>
      <w:r>
        <w:rPr>
          <w:b/>
        </w:rPr>
        <w:t xml:space="preserve">[25:08] </w:t>
      </w:r>
      <w:r>
        <w:t>mazhabon mein log baat karte hain social work ki.</w:t>
      </w:r>
    </w:p>
    <w:p>
      <w:pPr>
        <w:jc w:val="right"/>
      </w:pPr>
      <w:r>
        <w:t>مذہبوں میں لوگ بات کرتے ہیں سوشل ورک کی۔</w:t>
      </w:r>
    </w:p>
    <w:p>
      <w:r>
        <w:rPr>
          <w:b/>
        </w:rPr>
        <w:t xml:space="preserve">[25:13] </w:t>
      </w:r>
      <w:r>
        <w:t>har mazhab mein social work, social work, social work.</w:t>
      </w:r>
    </w:p>
    <w:p>
      <w:pPr>
        <w:jc w:val="right"/>
      </w:pPr>
      <w:r>
        <w:t>ہر مذہب میں سوشل ورک، سوشل ورک، سوشل ورک۔</w:t>
      </w:r>
    </w:p>
    <w:p>
      <w:r>
        <w:rPr>
          <w:b/>
        </w:rPr>
        <w:t xml:space="preserve">[25:19] </w:t>
      </w:r>
      <w:r>
        <w:t>is ka wajah kya hai? ideological ideological level par wo un ka mind bol raha hota hai ke</w:t>
      </w:r>
    </w:p>
    <w:p>
      <w:pPr>
        <w:jc w:val="right"/>
      </w:pPr>
      <w:r>
        <w:t>اس کا وجہ کیا ہے؟ آئیڈیالوجیکل آئیڈیالوجیکل لیول پر وہ ان کا مائنڈ بول رہا ہوتا ہے کہ</w:t>
      </w:r>
    </w:p>
    <w:p>
      <w:r>
        <w:rPr>
          <w:b/>
        </w:rPr>
        <w:t xml:space="preserve">[25:25] </w:t>
      </w:r>
      <w:r>
        <w:t>hum stand nahi kar sakte.</w:t>
      </w:r>
    </w:p>
    <w:p>
      <w:pPr>
        <w:jc w:val="right"/>
      </w:pPr>
      <w:r>
        <w:t>ہم اسٹینڈ نہیں کر سکتے۔</w:t>
      </w:r>
    </w:p>
    <w:p>
      <w:r>
        <w:rPr>
          <w:b/>
        </w:rPr>
        <w:t xml:space="preserve">[25:31] </w:t>
      </w:r>
      <w:r>
        <w:t>ideology ideology ke level par wo apne aap ko samajhte hain ke hum to hum to bohat peechay hain.</w:t>
      </w:r>
    </w:p>
    <w:p>
      <w:pPr>
        <w:jc w:val="right"/>
      </w:pPr>
      <w:r>
        <w:t>آئیڈیالوجی آئیڈیالوجی کے لیول پر وہ اپنے آپ کو سمجھتے ہیں کہ ہم تو ہم تو بہت پیچھے ہیں۔</w:t>
      </w:r>
    </w:p>
    <w:p>
      <w:r>
        <w:rPr>
          <w:b/>
        </w:rPr>
        <w:t xml:space="preserve">[25:38] </w:t>
      </w:r>
      <w:r>
        <w:t>to unhon ne social level par apna ek ek jagah banane ki koshish karte hain. wo log</w:t>
      </w:r>
    </w:p>
    <w:p>
      <w:pPr>
        <w:jc w:val="right"/>
      </w:pPr>
      <w:r>
        <w:t>تو انہوں نے سوشل لیول پر اپنا ایک ایک جگہ بنانے کی کوشش کرتے ہیں۔ وہ لوگ</w:t>
      </w:r>
    </w:p>
    <w:p>
      <w:r>
        <w:rPr>
          <w:b/>
        </w:rPr>
        <w:t xml:space="preserve">[25:44] </w:t>
      </w:r>
      <w:r>
        <w:t>ideology ideology ke level par jo un ko base nahi mil rahi hai, scientific daur mein, age of</w:t>
      </w:r>
    </w:p>
    <w:p>
      <w:pPr>
        <w:jc w:val="right"/>
      </w:pPr>
      <w:r>
        <w:t>آئیڈیالوجی آئیڈیالوجی کے لیول پر جو ان کو بیس نہیں مل رہی ہے، سائنٹیفک دور میں، ایج آف</w:t>
      </w:r>
    </w:p>
    <w:p>
      <w:r>
        <w:rPr>
          <w:b/>
        </w:rPr>
        <w:t xml:space="preserve">[25:51] </w:t>
      </w:r>
      <w:r>
        <w:t>reason mein, koi bhi mazhab Islam ke siwa aisa nahi hai jo age of reason mein stand kar sake.</w:t>
      </w:r>
    </w:p>
    <w:p>
      <w:pPr>
        <w:jc w:val="right"/>
      </w:pPr>
      <w:r>
        <w:t>ریزن میں، کوئی بھی مذہب اسلام کے سوا ایسا نہیں ہے جو ایج آف ریزن میں اسٹینڈ کر سکے۔</w:t>
      </w:r>
    </w:p>
    <w:p>
      <w:r>
        <w:rPr>
          <w:b/>
        </w:rPr>
        <w:t xml:space="preserve">[25:59] </w:t>
      </w:r>
      <w:r>
        <w:t>yeh is zamanay mein aadmi chahta hai ke scientific scientific argument chahta hai, wo reason reason based ideology chahta hai.</w:t>
      </w:r>
    </w:p>
    <w:p>
      <w:pPr>
        <w:jc w:val="right"/>
      </w:pPr>
      <w:r>
        <w:t>یہ اس زمانے میں آدمی چاہتا ہے کہ سائنٹیفک سائنٹیفک ارگومنٹ چاہتا ہے، وہ ریزن ریزن بیسڈ آئیڈیالوجی چاہتا ہے۔</w:t>
      </w:r>
    </w:p>
    <w:p>
      <w:r>
        <w:rPr>
          <w:b/>
        </w:rPr>
        <w:t xml:space="preserve">[26:07] </w:t>
      </w:r>
      <w:r>
        <w:t>wo kahin hai hi nahi.</w:t>
      </w:r>
    </w:p>
    <w:p>
      <w:pPr>
        <w:jc w:val="right"/>
      </w:pPr>
      <w:r>
        <w:t>وہ کہیں ہے ہی نہیں۔</w:t>
      </w:r>
    </w:p>
    <w:p>
      <w:r>
        <w:rPr>
          <w:b/>
        </w:rPr>
        <w:t xml:space="preserve">[26:15] </w:t>
      </w:r>
      <w:r>
        <w:t>to unhon ne ek aur level par apne liye talash kar liya hai, wo social work.</w:t>
      </w:r>
    </w:p>
    <w:p>
      <w:pPr>
        <w:jc w:val="right"/>
      </w:pPr>
      <w:r>
        <w:t>تو انہوں نے ایک اور لیول پر اپنے لیے تلاش کر لیا ہے، وہ سوشل ورک۔</w:t>
      </w:r>
    </w:p>
    <w:p>
      <w:r>
        <w:rPr>
          <w:b/>
        </w:rPr>
        <w:t xml:space="preserve">[26:20] </w:t>
      </w:r>
      <w:r>
        <w:t>aaj bohat hi baray paimane par social work sari duniya mein ho raha hai.</w:t>
      </w:r>
    </w:p>
    <w:p>
      <w:pPr>
        <w:jc w:val="right"/>
      </w:pPr>
      <w:r>
        <w:t>آج بہت ہی بڑے پیمانے پر سوشل ورک ساری دنیا میں ہو رہا ہے۔</w:t>
      </w:r>
    </w:p>
    <w:p>
      <w:r>
        <w:rPr>
          <w:b/>
        </w:rPr>
        <w:t xml:space="preserve">[26:25] </w:t>
      </w:r>
      <w:r>
        <w:t>aur musalman jo hain, khud itne be khabar hain ke wo khud bhi isi mein dorna chahte hain.</w:t>
      </w:r>
    </w:p>
    <w:p>
      <w:pPr>
        <w:jc w:val="right"/>
      </w:pPr>
      <w:r>
        <w:t>اور مسلمان جو ہیں، خود اتنے بے خبر ہیں کہ وہ خود بھی اسی میں دوڑنا چاہتے ہیں۔</w:t>
      </w:r>
    </w:p>
    <w:p>
      <w:r>
        <w:rPr>
          <w:b/>
        </w:rPr>
        <w:t xml:space="preserve">[26:30] </w:t>
      </w:r>
      <w:r>
        <w:t>jagah jagah musalmanon mein bhi social work ko bohat importance di jati hai.</w:t>
      </w:r>
    </w:p>
    <w:p>
      <w:pPr>
        <w:jc w:val="right"/>
      </w:pPr>
      <w:r>
        <w:t>جگہ جگہ مسلمانوں میں بھی سوشل ورک کو بہت امپورٹنس دی جاتی ہے۔</w:t>
      </w:r>
    </w:p>
    <w:p>
      <w:r>
        <w:rPr>
          <w:b/>
        </w:rPr>
        <w:t xml:space="preserve">[26:35] </w:t>
      </w:r>
      <w:r>
        <w:t>kyun? unhein khabar nahin ke islam jo hai, is ko ideological sense mein monopoly mil chuki hai.</w:t>
      </w:r>
    </w:p>
    <w:p>
      <w:pPr>
        <w:jc w:val="right"/>
      </w:pPr>
      <w:r>
        <w:t>کیوں؟ انہیں خبر نہیں کہ اسلام جو ہے، اس کو آئیڈیالوجیکل سینس میں موناپولی مل چکی ہے۔</w:t>
      </w:r>
    </w:p>
    <w:p>
      <w:r>
        <w:rPr>
          <w:b/>
        </w:rPr>
        <w:t xml:space="preserve">[26:40] </w:t>
      </w:r>
      <w:r>
        <w:t>is zamane mein</w:t>
      </w:r>
    </w:p>
    <w:p>
      <w:pPr>
        <w:jc w:val="right"/>
      </w:pPr>
      <w:r>
        <w:t>اس زمانے میں</w:t>
      </w:r>
    </w:p>
    <w:p>
      <w:r>
        <w:rPr>
          <w:b/>
        </w:rPr>
        <w:t xml:space="preserve">[26:45] </w:t>
      </w:r>
      <w:r>
        <w:t>yeh scientific criteria par sirf Islam hi poora utarta hai. Reason ke criteria par sirf Islam hi poora utarta hai. Historical criteria par sirf Islam hi poora utarta hai. Yeh Musalmanon ko khabar hi nahin. Yeh khabar nahin hai Musalmanon ko. To woh khud bhi social work ki taraf daud rahe hain. Yeh main is safar mein mujhe abhi ek discovery hui ke kyun saari duniya mein social work, social work ki d</w:t>
      </w:r>
    </w:p>
    <w:p>
      <w:pPr>
        <w:jc w:val="right"/>
      </w:pPr>
      <w:r>
        <w:t>یہ سائنٹیفک کرائٹیریا پر صرف اسلام ہی پورا اترتا ہے۔ ریزن کے کرائٹیریا پر صرف اسلام ہی پورا اترتا ہے۔ ہسٹوریکل کرائٹیریا پر صرف اسلام ہی پورا اترتا ہے۔ یہ مسلمانوں کو خبر ہی نہیں۔ یہ خبر نہیں ہے مسلمانوں کو۔ تو وہ خود بھی سوشل ورک کی طرف دوڑ رہے ہیں۔ یہ میں اس سفر میں مجھے ابھی ایک ڈسکوری ہوئی کہ کیوں ساری دنیا میں سوشل ورک، سوشل ورک کی د</w:t>
      </w:r>
    </w:p>
    <w:p>
      <w:r>
        <w:rPr>
          <w:b/>
        </w:rPr>
        <w:t xml:space="preserve">[27:15] </w:t>
      </w:r>
      <w:r>
        <w:t>ghoom machi hui hai har mazhab mein.</w:t>
      </w:r>
    </w:p>
    <w:p>
      <w:pPr>
        <w:jc w:val="right"/>
      </w:pPr>
      <w:r>
        <w:t>ھوم مچی ہوئی ہے ہر مذہب میں۔</w:t>
      </w:r>
    </w:p>
    <w:p>
      <w:r>
        <w:rPr>
          <w:b/>
        </w:rPr>
        <w:t xml:space="preserve">[27:20] </w:t>
      </w:r>
      <w:r>
        <w:t>is liye ke ideology ideology ke level par woh apne ko kam paate hain science ke muqable mein,</w:t>
      </w:r>
    </w:p>
    <w:p>
      <w:pPr>
        <w:jc w:val="right"/>
      </w:pPr>
      <w:r>
        <w:t>اس لیے کہ آئیڈیالوجی آئیڈیالوجی کے لیول پر وہ اپنے کو کم پاتے ہیں سائنس کے مقابلے میں،</w:t>
      </w:r>
    </w:p>
    <w:p>
      <w:r>
        <w:rPr>
          <w:b/>
        </w:rPr>
        <w:t xml:space="preserve">[27:24] </w:t>
      </w:r>
      <w:r>
        <w:t>reason ke muqable mein.</w:t>
      </w:r>
    </w:p>
    <w:p>
      <w:pPr>
        <w:jc w:val="right"/>
      </w:pPr>
      <w:r>
        <w:t>ریزن کے مقابلے میں۔</w:t>
      </w:r>
    </w:p>
    <w:p>
      <w:r>
        <w:rPr>
          <w:b/>
        </w:rPr>
        <w:t xml:space="preserve">[27:29] </w:t>
      </w:r>
      <w:r>
        <w:t>samajhte hain ke hum stand nahin kar rahe hain.</w:t>
      </w:r>
    </w:p>
    <w:p>
      <w:pPr>
        <w:jc w:val="right"/>
      </w:pPr>
      <w:r>
        <w:t>سمجھتے ہیں کہ ہم اسٹینڈ نہیں کر رہے ہیں۔</w:t>
      </w:r>
    </w:p>
    <w:p>
      <w:r>
        <w:rPr>
          <w:b/>
        </w:rPr>
        <w:t xml:space="preserve">[27:33] </w:t>
      </w:r>
      <w:r>
        <w:t>lekin musalman jo ke stand kar sakte the, woh bhi apni bekhabari mein, woh bhi isi taraf</w:t>
      </w:r>
    </w:p>
    <w:p>
      <w:pPr>
        <w:jc w:val="right"/>
      </w:pPr>
      <w:r>
        <w:t>لیکن مسلمان جو کہ اسٹینڈ کر سکتے تھے، وہ بھی اپنی بے خبری میں، وہ بھی اسی طرف</w:t>
      </w:r>
    </w:p>
    <w:p>
      <w:r>
        <w:rPr>
          <w:b/>
        </w:rPr>
        <w:t xml:space="preserve">[27:38] </w:t>
      </w:r>
      <w:r>
        <w:t>daud rahe hain.</w:t>
      </w:r>
    </w:p>
    <w:p>
      <w:pPr>
        <w:jc w:val="right"/>
      </w:pPr>
      <w:r>
        <w:t>دوڑ رہے ہیں۔</w:t>
      </w:r>
    </w:p>
    <w:p>
      <w:r>
        <w:rPr>
          <w:b/>
        </w:rPr>
        <w:t xml:space="preserve">[27:42] </w:t>
      </w:r>
      <w:r>
        <w:t>yeh baat pehle bhi yani mere mind mein thi kisi</w:t>
      </w:r>
    </w:p>
    <w:p>
      <w:pPr>
        <w:jc w:val="right"/>
      </w:pPr>
      <w:r>
        <w:t>یہ بات پہلے بھی یعنی میرے مائنڈ میں تھی کسی</w:t>
      </w:r>
    </w:p>
    <w:p>
      <w:r>
        <w:rPr>
          <w:b/>
        </w:rPr>
        <w:t xml:space="preserve">[27:47] </w:t>
      </w:r>
      <w:r>
        <w:t>corner mein, lekin is safar mein mujhe yeh baat zyada clear ho kar samne aai.</w:t>
      </w:r>
    </w:p>
    <w:p>
      <w:pPr>
        <w:jc w:val="right"/>
      </w:pPr>
      <w:r>
        <w:t>کارنر میں، لیکن اس سفر میں مجھے یہ بات زیادہ کلیئر ہو کر سامنے آئی۔</w:t>
      </w:r>
    </w:p>
    <w:p>
      <w:r>
        <w:rPr>
          <w:b/>
        </w:rPr>
        <w:t xml:space="preserve">[27:54] </w:t>
      </w:r>
      <w:r>
        <w:t>is tarah se dekhiye, ab mein is ke bare mein arz karunga jo jo aaj se muhaddis</w:t>
      </w:r>
    </w:p>
    <w:p>
      <w:pPr>
        <w:jc w:val="right"/>
      </w:pPr>
      <w:r>
        <w:t>اس طرح سے دیکھیے، اب میں اس کے بارے میں عرض کروں گا جو جو آج سے محدث</w:t>
      </w:r>
    </w:p>
    <w:p>
      <w:r>
        <w:rPr>
          <w:b/>
        </w:rPr>
        <w:t xml:space="preserve">[28:02] </w:t>
      </w:r>
      <w:r>
        <w:t>tha, wahan jane ka.</w:t>
      </w:r>
    </w:p>
    <w:p>
      <w:pPr>
        <w:jc w:val="right"/>
      </w:pPr>
      <w:r>
        <w:t>تھا، وہاں جانے کا۔</w:t>
      </w:r>
    </w:p>
    <w:p>
      <w:r>
        <w:rPr>
          <w:b/>
        </w:rPr>
        <w:t xml:space="preserve">[28:09] </w:t>
      </w:r>
      <w:r>
        <w:t>woh wahan jo ek tomb hai ya maqbara hai, is ke bare mein ek conference hui thi. toh isi</w:t>
      </w:r>
    </w:p>
    <w:p>
      <w:pPr>
        <w:jc w:val="right"/>
      </w:pPr>
      <w:r>
        <w:t>وہ وہاں جو ایک ٹوم ہے یا مقبرہ ہے، اس کے بارے میں ایک کانفرنس ہوئی تھی۔ تو اسی</w:t>
      </w:r>
    </w:p>
    <w:p>
      <w:r>
        <w:rPr>
          <w:b/>
        </w:rPr>
        <w:t xml:space="preserve">[28:17] </w:t>
      </w:r>
      <w:r>
        <w:t>shahar mein hui thi jahan lal nake mein, jahan par is khatoon ki qabr hai.</w:t>
      </w:r>
    </w:p>
    <w:p>
      <w:pPr>
        <w:jc w:val="right"/>
      </w:pPr>
      <w:r>
        <w:t>شہر میں ہوئی تھی جہاں لال ناکہ میں، جہاں پر اس خاتون کی قبر ہے۔</w:t>
      </w:r>
    </w:p>
    <w:p>
      <w:r>
        <w:rPr>
          <w:b/>
        </w:rPr>
        <w:t xml:space="preserve">[28:23] </w:t>
      </w:r>
      <w:r>
        <w:t>toh bohat bari conference thi, bohat bari conference yani international conference thi.</w:t>
      </w:r>
    </w:p>
    <w:p>
      <w:pPr>
        <w:jc w:val="right"/>
      </w:pPr>
      <w:r>
        <w:t>تو بہت بڑی کانفرنس تھی، بہت بڑی کانفرنس یعنی انٹرنیشنل کانفرنس تھی۔</w:t>
      </w:r>
    </w:p>
    <w:p>
      <w:r>
        <w:rPr>
          <w:b/>
        </w:rPr>
        <w:t xml:space="preserve">[28:29] </w:t>
      </w:r>
      <w:r>
        <w:t>is mein hamare sathiyon ne khoob logon ko literature diya, quran ka tarjuma bhi diya, literature bhi diya.</w:t>
      </w:r>
    </w:p>
    <w:p>
      <w:pPr>
        <w:jc w:val="right"/>
      </w:pPr>
      <w:r>
        <w:t>اس میں ہمارے ساتھیوں نے خوب لوگوں کو لٹریچر دیا، قرآن کا ترجمہ بھی دیا، لٹریچر بھی دیا۔</w:t>
      </w:r>
    </w:p>
    <w:p>
      <w:r>
        <w:rPr>
          <w:b/>
        </w:rPr>
        <w:t xml:space="preserve">[28:35] </w:t>
      </w:r>
      <w:r>
        <w:t>bohat shauq se ek ek ne liya.</w:t>
      </w:r>
    </w:p>
    <w:p>
      <w:pPr>
        <w:jc w:val="right"/>
      </w:pPr>
      <w:r>
        <w:t>بہت شوق سے ایک ایک نے لیا۔</w:t>
      </w:r>
    </w:p>
    <w:p>
      <w:r>
        <w:rPr>
          <w:b/>
        </w:rPr>
        <w:t xml:space="preserve">[28:41] </w:t>
      </w:r>
      <w:r>
        <w:t>sirf ek single ek section tha ke ek shakhs tha, woh woh pata nahin kis tarah ka adam</w:t>
      </w:r>
    </w:p>
    <w:p>
      <w:pPr>
        <w:jc w:val="right"/>
      </w:pPr>
      <w:r>
        <w:t>صرف ایک سنگل ایک سیکشن تھا کہ ایک شخص تھا، وہ وہ پتہ نہیں کس طرح کا آدم</w:t>
      </w:r>
    </w:p>
    <w:p>
      <w:r>
        <w:rPr>
          <w:b/>
        </w:rPr>
        <w:t xml:space="preserve">[28:47] </w:t>
      </w:r>
      <w:r>
        <w:t>y tha.</w:t>
      </w:r>
    </w:p>
    <w:p>
      <w:pPr>
        <w:jc w:val="right"/>
      </w:pPr>
      <w:r>
        <w:t>ی تھا۔</w:t>
      </w:r>
    </w:p>
    <w:p>
      <w:r>
        <w:rPr>
          <w:b/>
        </w:rPr>
        <w:t xml:space="preserve">[28:51] </w:t>
      </w:r>
      <w:r>
        <w:t>woh us ne kitaben nahin lin aur bohat hi negative response us ki taraf mila.</w:t>
      </w:r>
    </w:p>
    <w:p>
      <w:pPr>
        <w:jc w:val="right"/>
      </w:pPr>
      <w:r>
        <w:t>وہ اس نے کتابیں نہیں لیں اور بہت ہی نیگیٹیو رسپانس اس کی طرف ملا۔</w:t>
      </w:r>
    </w:p>
    <w:p>
      <w:r>
        <w:rPr>
          <w:b/>
        </w:rPr>
        <w:t xml:space="preserve">[28:54] </w:t>
      </w:r>
      <w:r>
        <w:t>hum logon ko ek hi single aadmi tha, lebanon se aya hua tha.</w:t>
      </w:r>
    </w:p>
    <w:p>
      <w:pPr>
        <w:jc w:val="right"/>
      </w:pPr>
      <w:r>
        <w:t>ہم لوگوں کو ایک ہی سنگل آدمی تھا، لبنان سے آیا ہوا تھا۔</w:t>
      </w:r>
    </w:p>
    <w:p>
      <w:r>
        <w:rPr>
          <w:b/>
        </w:rPr>
        <w:t xml:space="preserve">[28:58] </w:t>
      </w:r>
      <w:r>
        <w:t>woh woh christian tha.</w:t>
      </w:r>
    </w:p>
    <w:p>
      <w:pPr>
        <w:jc w:val="right"/>
      </w:pPr>
      <w:r>
        <w:t>وہ وہ کرسچن تھا۔</w:t>
      </w:r>
    </w:p>
    <w:p>
      <w:r>
        <w:rPr>
          <w:b/>
        </w:rPr>
        <w:t xml:space="preserve">[29:02] </w:t>
      </w:r>
      <w:r>
        <w:t>woh baqi sare log, sare log, sare log, is mein har mazhab ke log the, christian bhi the</w:t>
      </w:r>
    </w:p>
    <w:p>
      <w:pPr>
        <w:jc w:val="right"/>
      </w:pPr>
      <w:r>
        <w:t>وہ باقی سارے لوگ، سارے لوگ، سارے لوگ، اس میں ہر مذہب کے لوگ تھے، کرسچن بھی تھے</w:t>
      </w:r>
    </w:p>
    <w:p>
      <w:r>
        <w:rPr>
          <w:b/>
        </w:rPr>
        <w:t xml:space="preserve">[29:06] </w:t>
      </w:r>
      <w:r>
        <w:t>aur sab religion ke log the.</w:t>
      </w:r>
    </w:p>
    <w:p>
      <w:pPr>
        <w:jc w:val="right"/>
      </w:pPr>
      <w:r>
        <w:t>اور سب ریلیجن کے لوگ تھے۔</w:t>
      </w:r>
    </w:p>
    <w:p>
      <w:r>
        <w:rPr>
          <w:b/>
        </w:rPr>
        <w:t xml:space="preserve">[29:09] </w:t>
      </w:r>
      <w:r>
        <w:t>bohat shauq se liya unhon ne.</w:t>
      </w:r>
    </w:p>
    <w:p>
      <w:pPr>
        <w:jc w:val="right"/>
      </w:pPr>
      <w:r>
        <w:t>بہت شوق سے لیا انہوں نے۔</w:t>
      </w:r>
    </w:p>
    <w:p>
      <w:r>
        <w:rPr>
          <w:b/>
        </w:rPr>
        <w:t xml:space="preserve">[29:13] </w:t>
      </w:r>
      <w:r>
        <w:t>ek christian priest the, unhon ne to jab un ko quran diya jaye ga translation to unhon ne</w:t>
      </w:r>
    </w:p>
    <w:p>
      <w:pPr>
        <w:jc w:val="right"/>
      </w:pPr>
      <w:r>
        <w:t>ایک کرسچن پریسٹ تھے، انہوں نے تو جب ان کو قرآن دیا جائے گا ٹرانسلیشن تو انہوں نے</w:t>
      </w:r>
    </w:p>
    <w:p>
      <w:r>
        <w:rPr>
          <w:b/>
        </w:rPr>
        <w:t xml:space="preserve">[29:17] </w:t>
      </w:r>
      <w:r>
        <w:t>kaha ke kya aur aap mein copy de sakte hain? Mujhe mujhe falan ko dena hai, falan ko dena hai. To teen copy leen unhon ne. To sirf ek aadmi tha, mujhe nahin maloom kis type ka aadmi tha, kya uska problem tha ke us ne nahin kitabein nahin leen aur acha response nahin diya. Baqi logon mein phir dhoom mach gayi. Samjhiye, hamari kitabein, hamare brochure, hamare pamphlet aur Quran ka trans</w:t>
      </w:r>
    </w:p>
    <w:p>
      <w:pPr>
        <w:jc w:val="right"/>
      </w:pPr>
      <w:r>
        <w:t>کہا کہ کیا اور آپ میں کاپی دے سکتے ہیں؟ مجھے مجھے فلاں کو دینا ہے، فلاں کو دینا ہے۔ تو تین کاپی لی انہوں نے۔ تو صرف ایک آدمی تھا، مجھے نہیں معلوم کس ٹائپ کا آدمی تھا، کیا اس کا پرابلم تھا کہ اس نے نہیں کتابیں نہیں لیں اور اچھا رسپانس نہیں دیا۔ باقی لوگوں میں پھر دھوم بن گئی۔ سمجھیے، ہمارے کتابیں، ہمارے بروشر، ہمارے پمفلٹ اور قرآن کا ٹرانس</w:t>
      </w:r>
    </w:p>
    <w:p>
      <w:r>
        <w:rPr>
          <w:b/>
        </w:rPr>
        <w:t xml:space="preserve">[29:47] </w:t>
      </w:r>
      <w:r>
        <w:t>lation ek ek aadmi ko diya gaya hai.</w:t>
      </w:r>
    </w:p>
    <w:p>
      <w:pPr>
        <w:jc w:val="right"/>
      </w:pPr>
      <w:r>
        <w:t>لیشن ایک ایک آدمی کو دیا گیا ہے۔</w:t>
      </w:r>
    </w:p>
    <w:p>
      <w:r>
        <w:rPr>
          <w:b/>
        </w:rPr>
        <w:t xml:space="preserve">[29:52] </w:t>
      </w:r>
      <w:r>
        <w:t>ek ghaliban priest tha, woh woh quran ka translation parh chuka tha pehle.</w:t>
      </w:r>
    </w:p>
    <w:p>
      <w:pPr>
        <w:jc w:val="right"/>
      </w:pPr>
      <w:r>
        <w:t>ایک غالباً پریسٹ تھا، وہ وہ قرآن کا ٹرانسلیشن پڑھ چکا تھا پہلے۔</w:t>
      </w:r>
    </w:p>
    <w:p>
      <w:r>
        <w:rPr>
          <w:b/>
        </w:rPr>
        <w:t xml:space="preserve">[29:56] </w:t>
      </w:r>
      <w:r>
        <w:t>to us ne kuch dekha to kaha yeh to samajh mein aa raha hai.</w:t>
      </w:r>
    </w:p>
    <w:p>
      <w:pPr>
        <w:jc w:val="right"/>
      </w:pPr>
      <w:r>
        <w:t>تو اس نے کچھ دیکھا تو کہا یہ تو سمجھ میں آ رہا ہے۔</w:t>
      </w:r>
    </w:p>
    <w:p>
      <w:r>
        <w:rPr>
          <w:b/>
        </w:rPr>
        <w:t xml:space="preserve">[30:01] </w:t>
      </w:r>
      <w:r>
        <w:t>ab tak jo parha tha hum ne to samjhe mein nahi aata tha.</w:t>
      </w:r>
    </w:p>
    <w:p>
      <w:pPr>
        <w:jc w:val="right"/>
      </w:pPr>
      <w:r>
        <w:t>اب تک جو پڑھا تھا ہم نے تو سمجھے میں نہیں آتا تھا۔</w:t>
      </w:r>
    </w:p>
    <w:p>
      <w:r>
        <w:rPr>
          <w:b/>
        </w:rPr>
        <w:t xml:space="preserve">[30:05] </w:t>
      </w:r>
      <w:r>
        <w:t>yani anokhi baat us ne kahi ke ab tak jo hum ne parha translation to hum samajhte the</w:t>
      </w:r>
    </w:p>
    <w:p>
      <w:pPr>
        <w:jc w:val="right"/>
      </w:pPr>
      <w:r>
        <w:t>یعنی انوکھی بات اس نے کہی کہ اب تک جو ہم نے پڑھا ٹرانسلیشن تو ہم سمجھتے تھے</w:t>
      </w:r>
    </w:p>
    <w:p>
      <w:r>
        <w:rPr>
          <w:b/>
        </w:rPr>
        <w:t xml:space="preserve">[30:10] </w:t>
      </w:r>
      <w:r>
        <w:t>quran ek mein confusion hai, kuch samajh mein aney wali baat nahi hai.</w:t>
      </w:r>
    </w:p>
    <w:p>
      <w:pPr>
        <w:jc w:val="right"/>
      </w:pPr>
      <w:r>
        <w:t>قرآن ایک میں کنفیوژن ہے، کچھ سمجھ میں آنے والی بات نہیں ہے۔</w:t>
      </w:r>
    </w:p>
    <w:p>
      <w:r>
        <w:rPr>
          <w:b/>
        </w:rPr>
        <w:t xml:space="preserve">[30:14] </w:t>
      </w:r>
      <w:r>
        <w:t>is mein is ko parhte hue is ne kaha ke yeh to samajh mein aa raha hai.</w:t>
      </w:r>
    </w:p>
    <w:p>
      <w:pPr>
        <w:jc w:val="right"/>
      </w:pPr>
      <w:r>
        <w:t>اس میں اس کو پڑھتے ہوئے اس نے کہا کہ یہ تو سمجھ میں آ رہا ہے۔</w:t>
      </w:r>
    </w:p>
    <w:p>
      <w:r>
        <w:rPr>
          <w:b/>
        </w:rPr>
        <w:t xml:space="preserve">[30:19] </w:t>
      </w:r>
      <w:r>
        <w:t>to bare anokhe tajrube hue wahan par.</w:t>
      </w:r>
    </w:p>
    <w:p>
      <w:pPr>
        <w:jc w:val="right"/>
      </w:pPr>
      <w:r>
        <w:t>تو بڑے انوکھے تجربے ہوئے وہاں پر۔</w:t>
      </w:r>
    </w:p>
    <w:p>
      <w:r>
        <w:rPr>
          <w:b/>
        </w:rPr>
        <w:t xml:space="preserve">[30:24] </w:t>
      </w:r>
      <w:r>
        <w:t>to dekhiye, mein aap ko woh riwayat batana chahta hoon jo sari kahani ka asal hai.</w:t>
      </w:r>
    </w:p>
    <w:p>
      <w:pPr>
        <w:jc w:val="right"/>
      </w:pPr>
      <w:r>
        <w:t>تو دیکھیے، میں آپ کو وہ روایت بتانا چاہتا ہوں جو ساری کہانی کا اصل ہے۔</w:t>
      </w:r>
    </w:p>
    <w:p>
      <w:r>
        <w:rPr>
          <w:b/>
        </w:rPr>
        <w:t xml:space="preserve">[30:29] </w:t>
      </w:r>
      <w:r>
        <w:t>yeh madine ka waqia hai, rasool Allah sal Allah alaihi wasallam ka.</w:t>
      </w:r>
    </w:p>
    <w:p>
      <w:pPr>
        <w:jc w:val="right"/>
      </w:pPr>
      <w:r>
        <w:t>یہ مدینہ کا واقعہ ہے، رسول اللہ صلی اللہ علیہ وسلم کا۔</w:t>
      </w:r>
    </w:p>
    <w:p>
      <w:r>
        <w:rPr>
          <w:b/>
        </w:rPr>
        <w:t xml:space="preserve">[30:34] </w:t>
      </w:r>
      <w:r>
        <w:t>madine ka yani rasool Allah sal Allah alaihi wasallam ka woh daur jo ke is ko hum badni</w:t>
      </w:r>
    </w:p>
    <w:p>
      <w:pPr>
        <w:jc w:val="right"/>
      </w:pPr>
      <w:r>
        <w:t>مدینہ کا یعنی رسول اللہ صلی اللہ علیہ وسلم کا وہ دور جو کہ اس کو ہم بدنی</w:t>
      </w:r>
    </w:p>
    <w:p>
      <w:r>
        <w:rPr>
          <w:b/>
        </w:rPr>
        <w:t xml:space="preserve">[30:39] </w:t>
      </w:r>
      <w:r>
        <w:t>daur kehte hain.</w:t>
      </w:r>
    </w:p>
    <w:p>
      <w:pPr>
        <w:jc w:val="right"/>
      </w:pPr>
      <w:r>
        <w:t>دور کہتے ہیں۔</w:t>
      </w:r>
    </w:p>
    <w:p>
      <w:r>
        <w:rPr>
          <w:b/>
        </w:rPr>
        <w:t xml:space="preserve">[30:45] </w:t>
      </w:r>
      <w:r>
        <w:t>yani hijrat kar ke aap makka se madine gaye to wahan ek khatoon thi, un ka naam tha rameesa.</w:t>
      </w:r>
    </w:p>
    <w:p>
      <w:pPr>
        <w:jc w:val="right"/>
      </w:pPr>
      <w:r>
        <w:t>یعنی ہجرت کر کے آپ مکہ سے مدینہ گئے تو وہاں ایک خاتون تھی، ان کا نام تھا رمیسہ۔</w:t>
      </w:r>
    </w:p>
    <w:p>
      <w:r>
        <w:rPr>
          <w:b/>
        </w:rPr>
        <w:t xml:space="preserve">[30:50] </w:t>
      </w:r>
      <w:r>
        <w:t>ray meem, yeh saad, alif, hamza.</w:t>
      </w:r>
    </w:p>
    <w:p>
      <w:pPr>
        <w:jc w:val="right"/>
      </w:pPr>
      <w:r>
        <w:t>رے میم، یہ صاد، الف، حمزہ۔</w:t>
      </w:r>
    </w:p>
    <w:p>
      <w:r>
        <w:rPr>
          <w:b/>
        </w:rPr>
        <w:t xml:space="preserve">[30:55] </w:t>
      </w:r>
      <w:r>
        <w:t>rameesa un ka kuniyat thi, un ki umm Haram.</w:t>
      </w:r>
    </w:p>
    <w:p>
      <w:pPr>
        <w:jc w:val="right"/>
      </w:pPr>
      <w:r>
        <w:t>رمیسہ ان کا کنیت تھی، ان کی ام حرام۔</w:t>
      </w:r>
    </w:p>
    <w:p>
      <w:r>
        <w:rPr>
          <w:b/>
        </w:rPr>
        <w:t xml:space="preserve">[31:00] </w:t>
      </w:r>
      <w:r>
        <w:t>rameesa umm Haram bint bilhan.</w:t>
      </w:r>
    </w:p>
    <w:p>
      <w:pPr>
        <w:jc w:val="right"/>
      </w:pPr>
      <w:r>
        <w:t>رمیسہ ام حرام بنت بلہان۔</w:t>
      </w:r>
    </w:p>
    <w:p>
      <w:r>
        <w:rPr>
          <w:b/>
        </w:rPr>
        <w:t xml:space="preserve">[31:05] </w:t>
      </w:r>
      <w:r>
        <w:t>yeh yeh madine mein rehti theen.</w:t>
      </w:r>
    </w:p>
    <w:p>
      <w:pPr>
        <w:jc w:val="right"/>
      </w:pPr>
      <w:r>
        <w:t>یہ یہ مدینے میں رہتی تھیں۔</w:t>
      </w:r>
    </w:p>
    <w:p>
      <w:r>
        <w:rPr>
          <w:b/>
        </w:rPr>
        <w:t xml:space="preserve">[31:10] </w:t>
      </w:r>
      <w:r>
        <w:t>to rasool Allah sal Allah alaihi wasallam ki woh jo aap ki jo daya thi, yani halima sadia,</w:t>
      </w:r>
    </w:p>
    <w:p>
      <w:pPr>
        <w:jc w:val="right"/>
      </w:pPr>
      <w:r>
        <w:t>تو رسول اللہ صلی اللہ علیہ وسلم کی وہ جو آپ کی جو دایا تھی، یعنی حلیمہ سعدیہ،</w:t>
      </w:r>
    </w:p>
    <w:p>
      <w:r>
        <w:rPr>
          <w:b/>
        </w:rPr>
        <w:t xml:space="preserve">[31:15] </w:t>
      </w:r>
      <w:r>
        <w:t>is ko kaha jata tha. halima sadi</w:t>
      </w:r>
    </w:p>
    <w:p>
      <w:pPr>
        <w:jc w:val="right"/>
      </w:pPr>
      <w:r>
        <w:t>اس کو کہا جاتا تھا۔ حلیمہ سعدی</w:t>
      </w:r>
    </w:p>
    <w:p>
      <w:r>
        <w:rPr>
          <w:b/>
        </w:rPr>
        <w:t xml:space="preserve">[31:20] </w:t>
      </w:r>
      <w:r>
        <w:t>a ki woh behan theen. Is lihaaz se Haleema Sadia aap ki raza'i maa theen aur yeh bhi aap ki raza'i maa jo hai ban gayi theen. Is rishte se aap un ke haan kabhi kabhi jaate thay. To ek din aap gaye un ke haan, yaani Umm Haram ke haan, jo ghaleban Sabit is ki biwi thi, woh</w:t>
      </w:r>
    </w:p>
    <w:p>
      <w:pPr>
        <w:jc w:val="right"/>
      </w:pPr>
      <w:r>
        <w:t>ہ کی وہ بہن تھیں۔ اس لحاظ سے حلیمہ سعدیہ آپ کی رضائی ماں تھیں اور یہ بھی آپ کی رضائی ماں جو ہے بن گئی تھی۔ اس رشتے سے آپ ان کے ہاں کبھی کبھی جاتے تھے۔ تو ایک دن آپ گئے ان کے ہاں، یعنی ام حرام کے ہاں، جو غالباً ثابت اس کی بیوی تھی، وہ</w:t>
      </w:r>
    </w:p>
    <w:p>
      <w:r>
        <w:rPr>
          <w:b/>
        </w:rPr>
        <w:t xml:space="preserve">[31:50] </w:t>
      </w:r>
      <w:r>
        <w:t>ubada bin sabit.</w:t>
      </w:r>
    </w:p>
    <w:p>
      <w:pPr>
        <w:jc w:val="right"/>
      </w:pPr>
      <w:r>
        <w:t>عبادہ بن ثابت۔</w:t>
      </w:r>
    </w:p>
    <w:p>
      <w:r>
        <w:rPr>
          <w:b/>
        </w:rPr>
        <w:t xml:space="preserve">[31:54] </w:t>
      </w:r>
      <w:r>
        <w:t>ubada bin sabit ansari ki biwi thi, woh ubada bin sabit al ansari.</w:t>
      </w:r>
    </w:p>
    <w:p>
      <w:pPr>
        <w:jc w:val="right"/>
      </w:pPr>
      <w:r>
        <w:t>عبادہ بن ثابت انصاری کی بیوی تھی، وہ عبادہ بن ثابت الانصاری۔</w:t>
      </w:r>
    </w:p>
    <w:p>
      <w:r>
        <w:rPr>
          <w:b/>
        </w:rPr>
        <w:t xml:space="preserve">[31:58] </w:t>
      </w:r>
      <w:r>
        <w:t>to wahan unhon ne kuch kuch khane peene ki cheez diya, khajoor waghera ho gayi kuch.</w:t>
      </w:r>
    </w:p>
    <w:p>
      <w:pPr>
        <w:jc w:val="right"/>
      </w:pPr>
      <w:r>
        <w:t>تو وہاں انہوں نے کچھ کچھ کھانے پینے کی چیز دیا، خجور وغیرہ ہو گئی کچھ۔</w:t>
      </w:r>
    </w:p>
    <w:p>
      <w:r>
        <w:rPr>
          <w:b/>
        </w:rPr>
        <w:t xml:space="preserve">[32:03] </w:t>
      </w:r>
      <w:r>
        <w:t>to wahan aap so gaye, neend aa gayi aap ko un ke ghar par.</w:t>
      </w:r>
    </w:p>
    <w:p>
      <w:pPr>
        <w:jc w:val="right"/>
      </w:pPr>
      <w:r>
        <w:t>تو وہاں آپ سو گئے، نیند آ گئی آپ کو ان کے گھر پر۔</w:t>
      </w:r>
    </w:p>
    <w:p>
      <w:r>
        <w:rPr>
          <w:b/>
        </w:rPr>
        <w:t xml:space="preserve">[32:07] </w:t>
      </w:r>
      <w:r>
        <w:t>jab aap uthe to aap muskura rahe the.</w:t>
      </w:r>
    </w:p>
    <w:p>
      <w:pPr>
        <w:jc w:val="right"/>
      </w:pPr>
      <w:r>
        <w:t>جب آپ اٹھے تو آپ مسکرا رہے تھے۔</w:t>
      </w:r>
    </w:p>
    <w:p>
      <w:r>
        <w:rPr>
          <w:b/>
        </w:rPr>
        <w:t xml:space="preserve">[32:11] </w:t>
      </w:r>
      <w:r>
        <w:t>rasool Allah sal Allah alih wasallm muskara rahe the.</w:t>
      </w:r>
    </w:p>
    <w:p>
      <w:pPr>
        <w:jc w:val="right"/>
      </w:pPr>
      <w:r>
        <w:t>رسول اللہ صلی اللہ علیہ وسلم مسکرا رہے تھے۔</w:t>
      </w:r>
    </w:p>
    <w:p>
      <w:r>
        <w:rPr>
          <w:b/>
        </w:rPr>
        <w:t xml:space="preserve">[32:16] </w:t>
      </w:r>
      <w:r>
        <w:t>to umm e haram ne poocha ke</w:t>
      </w:r>
    </w:p>
    <w:p>
      <w:pPr>
        <w:jc w:val="right"/>
      </w:pPr>
      <w:r>
        <w:t>تو ام حرام نے پوچھا کہ</w:t>
      </w:r>
    </w:p>
    <w:p>
      <w:r>
        <w:rPr>
          <w:b/>
        </w:rPr>
        <w:t xml:space="preserve">[32:20] </w:t>
      </w:r>
      <w:r>
        <w:t>ae Khuda ke rasool, aap kyun muskara rahe hain? to aap ne farmaya ke mujhe ek group dikhaya</w:t>
      </w:r>
    </w:p>
    <w:p>
      <w:pPr>
        <w:jc w:val="right"/>
      </w:pPr>
      <w:r>
        <w:t>اے خدا کے رسول، آپ کیوں مسکرا رہے ہیں؟ تو آپ نے فرمایا کہ مجھے ایک گروپ دکھایا</w:t>
      </w:r>
    </w:p>
    <w:p>
      <w:r>
        <w:rPr>
          <w:b/>
        </w:rPr>
        <w:t xml:space="preserve">[32:26] </w:t>
      </w:r>
      <w:r>
        <w:t>gaya, ek group dikhaya gaya, ahle jannat ka group.</w:t>
      </w:r>
    </w:p>
    <w:p>
      <w:pPr>
        <w:jc w:val="right"/>
      </w:pPr>
      <w:r>
        <w:t>گیا، ایک گروپ دکھایا گیا، اہل جنت کا گروپ۔</w:t>
      </w:r>
    </w:p>
    <w:p>
      <w:r>
        <w:rPr>
          <w:b/>
        </w:rPr>
        <w:t xml:space="preserve">[32:32] </w:t>
      </w:r>
      <w:r>
        <w:t>wo samandar ka safar kar raha hai.</w:t>
      </w:r>
    </w:p>
    <w:p>
      <w:pPr>
        <w:jc w:val="right"/>
      </w:pPr>
      <w:r>
        <w:t>وہ سمندر کا سفر کر رہا ہے۔</w:t>
      </w:r>
    </w:p>
    <w:p>
      <w:r>
        <w:rPr>
          <w:b/>
        </w:rPr>
        <w:t xml:space="preserve">[32:38] </w:t>
      </w:r>
      <w:r>
        <w:t>samandar ka safar kar ke wo ek jazeere mein pahunch raha hai aur un ke bare mein aap</w:t>
      </w:r>
    </w:p>
    <w:p>
      <w:pPr>
        <w:jc w:val="right"/>
      </w:pPr>
      <w:r>
        <w:t>سمندر کا سفر کر کے وہ ایک جزیرے میں پہنچ رہا ہے اور ان کے بارے میں آپ</w:t>
      </w:r>
    </w:p>
    <w:p>
      <w:r>
        <w:rPr>
          <w:b/>
        </w:rPr>
        <w:t xml:space="preserve">[32:44] </w:t>
      </w:r>
      <w:r>
        <w:t>kaha ke aap ne farmaya ke kal mulook ala al asar, badshahon ki tarah</w:t>
      </w:r>
    </w:p>
    <w:p>
      <w:pPr>
        <w:jc w:val="right"/>
      </w:pPr>
      <w:r>
        <w:t>کہا کہ آپ نے فرمایا کہ کل ملوک علی الاسر، بادشاہوں کی طرح</w:t>
      </w:r>
    </w:p>
    <w:p>
      <w:r>
        <w:rPr>
          <w:b/>
        </w:rPr>
        <w:t xml:space="preserve">[32:51] </w:t>
      </w:r>
      <w:r>
        <w:t>تختوں پر، unlike like kings on thrones.</w:t>
      </w:r>
    </w:p>
    <w:p>
      <w:pPr>
        <w:jc w:val="right"/>
      </w:pPr>
      <w:r>
        <w:t>تختوں پر، ان لائک لائک کنگز ان تھرونز۔</w:t>
      </w:r>
    </w:p>
    <w:p>
      <w:r>
        <w:rPr>
          <w:b/>
        </w:rPr>
        <w:t xml:space="preserve">[32:58] </w:t>
      </w:r>
      <w:r>
        <w:t>to hazrat umm e haram ko bohat shauq hua, unhon ne kaha ke aap dua kijiye ke main bhi</w:t>
      </w:r>
    </w:p>
    <w:p>
      <w:pPr>
        <w:jc w:val="right"/>
      </w:pPr>
      <w:r>
        <w:t>تو حضرت ام حرام کو بہت شوق ہوا، انہوں نے کہا کہ آپ دعا کیجئے کہ میں بھی</w:t>
      </w:r>
    </w:p>
    <w:p>
      <w:r>
        <w:rPr>
          <w:b/>
        </w:rPr>
        <w:t xml:space="preserve">[33:06] </w:t>
      </w:r>
      <w:r>
        <w:t>is jamaat mein, is group mein shamil ho jaon.</w:t>
      </w:r>
    </w:p>
    <w:p>
      <w:pPr>
        <w:jc w:val="right"/>
      </w:pPr>
      <w:r>
        <w:t>اس جماعت میں، اس گروپ میں شامل ہو جاؤں۔</w:t>
      </w:r>
    </w:p>
    <w:p>
      <w:r>
        <w:rPr>
          <w:b/>
        </w:rPr>
        <w:t xml:space="preserve">[33:14] </w:t>
      </w:r>
      <w:r>
        <w:t>to aap ne farmaya ke tum un mein se ho, tum un mein se ho.</w:t>
      </w:r>
    </w:p>
    <w:p>
      <w:pPr>
        <w:jc w:val="right"/>
      </w:pPr>
      <w:r>
        <w:t>تو آپ نے فرمایا کہ تم ان میں سے ہو، تم ان میں سے ہو۔</w:t>
      </w:r>
    </w:p>
    <w:p>
      <w:r>
        <w:rPr>
          <w:b/>
        </w:rPr>
        <w:t xml:space="preserve">[33:22] </w:t>
      </w:r>
      <w:r>
        <w:t>phir riwayat kehti hai ke phir aap ko dobara neend aa gayi, aap so gaye.</w:t>
      </w:r>
    </w:p>
    <w:p>
      <w:pPr>
        <w:jc w:val="right"/>
      </w:pPr>
      <w:r>
        <w:t>پھر روایت کہتی ہے کہ پھر آپ کو دوبارہ نیند آ گئی، آپ سو گئے۔</w:t>
      </w:r>
    </w:p>
    <w:p>
      <w:r>
        <w:rPr>
          <w:b/>
        </w:rPr>
        <w:t xml:space="preserve">[33:28] </w:t>
      </w:r>
      <w:r>
        <w:t>aur dobara jab uthe aap to phir aap muskara rahe the.</w:t>
      </w:r>
    </w:p>
    <w:p>
      <w:pPr>
        <w:jc w:val="right"/>
      </w:pPr>
      <w:r>
        <w:t>اور دوبارہ جب اٹھے آپ تو پھر آپ مسکرا رہے تھے۔</w:t>
      </w:r>
    </w:p>
    <w:p>
      <w:r>
        <w:rPr>
          <w:b/>
        </w:rPr>
        <w:t xml:space="preserve">[33:35] </w:t>
      </w:r>
      <w:r>
        <w:t>to phir unhon ne poocha ke aap ae Khuda ke rasool, aap kyun muskara rahe hain? to aap</w:t>
      </w:r>
    </w:p>
    <w:p>
      <w:pPr>
        <w:jc w:val="right"/>
      </w:pPr>
      <w:r>
        <w:t>تو پھر انہوں نے پوچھا کہ آپ اے خدا کے رسول، آپ کیوں مسکرا رہے ہیں؟ تو آپ</w:t>
      </w:r>
    </w:p>
    <w:p>
      <w:r>
        <w:rPr>
          <w:b/>
        </w:rPr>
        <w:t xml:space="preserve">[33:41] </w:t>
      </w:r>
      <w:r>
        <w:t>ne phir wahi baat kahi ke dobara koi aap ne koi ek ek group dikhaya gaya, jannati group,</w:t>
      </w:r>
    </w:p>
    <w:p>
      <w:pPr>
        <w:jc w:val="right"/>
      </w:pPr>
      <w:r>
        <w:t>نے پھر وہی بات کہی کہ دوبارہ کوئی آپ نے کوئی ایک ایک گروپ دکھایا گیا، جنتی گروپ،</w:t>
      </w:r>
    </w:p>
    <w:p>
      <w:r>
        <w:rPr>
          <w:b/>
        </w:rPr>
        <w:t xml:space="preserve">[33:47] </w:t>
      </w:r>
      <w:r>
        <w:t>jo samandaron ka safar kar ke isi sim jazeere mein ja raha hai.</w:t>
      </w:r>
    </w:p>
    <w:p>
      <w:pPr>
        <w:jc w:val="right"/>
      </w:pPr>
      <w:r>
        <w:t>جو سمندروں کا سفر کر کے اسی سیم جزیرے میں جا رہا ہے۔</w:t>
      </w:r>
    </w:p>
    <w:p>
      <w:r>
        <w:rPr>
          <w:b/>
        </w:rPr>
        <w:t xml:space="preserve">[33:53] </w:t>
      </w:r>
      <w:r>
        <w:t>to phir unhon ne kaha ke aap dua kijiye ke main bhi is mein rahoon.</w:t>
      </w:r>
    </w:p>
    <w:p>
      <w:pPr>
        <w:jc w:val="right"/>
      </w:pPr>
      <w:r>
        <w:t>تو پھر انہوں نے کہا کہ آپ دعا کیجئے کہ میں بھی اس میں رہوں۔</w:t>
      </w:r>
    </w:p>
    <w:p>
      <w:r>
        <w:rPr>
          <w:b/>
        </w:rPr>
        <w:t xml:space="preserve">[33:58] </w:t>
      </w:r>
      <w:r>
        <w:t>to aap ne farmaya ke nahi, tum first group mein ho, lekin second group mein tum nahi ho.</w:t>
      </w:r>
    </w:p>
    <w:p>
      <w:pPr>
        <w:jc w:val="right"/>
      </w:pPr>
      <w:r>
        <w:t>تو آپ نے فرمایا کہ نہیں، تم فرسٹ گروپ میں ہو، لیکن سیکنڈ گروپ میں تم نہیں ہو۔</w:t>
      </w:r>
    </w:p>
    <w:p>
      <w:r>
        <w:rPr>
          <w:b/>
        </w:rPr>
        <w:t xml:space="preserve">[34:03] </w:t>
      </w:r>
      <w:r>
        <w:t>ye hai hadith.</w:t>
      </w:r>
    </w:p>
    <w:p>
      <w:pPr>
        <w:jc w:val="right"/>
      </w:pPr>
      <w:r>
        <w:t>یہ ہے حدیث۔</w:t>
      </w:r>
    </w:p>
    <w:p>
      <w:r>
        <w:rPr>
          <w:b/>
        </w:rPr>
        <w:t xml:space="preserve">[34:09] </w:t>
      </w:r>
      <w:r>
        <w:t>اب یہ سیکنڈ گروپ جو royal journey کر کے وہاں پہنچے گا، یہ ایک ایک ایک golden dream</w:t>
      </w:r>
    </w:p>
    <w:p>
      <w:pPr>
        <w:jc w:val="right"/>
      </w:pPr>
      <w:r>
        <w:t>اب یہ سیکنڈ گروپ جو رائل جرنی کر کے وہاں پہنچے گا، یہ ایک ایک ایک گولڈن ڈریم</w:t>
      </w:r>
    </w:p>
    <w:p>
      <w:r>
        <w:rPr>
          <w:b/>
        </w:rPr>
        <w:t xml:space="preserve">[34:14] </w:t>
      </w:r>
      <w:r>
        <w:t>تھا میرے mind میں، میرے ساتھیوں کے mind میں۔</w:t>
      </w:r>
    </w:p>
    <w:p>
      <w:pPr>
        <w:jc w:val="right"/>
      </w:pPr>
      <w:r>
        <w:t>تھا میرے مائنڈ میں، میرے ساتھیوں کے مائنڈ میں۔</w:t>
      </w:r>
    </w:p>
    <w:p>
      <w:r>
        <w:rPr>
          <w:b/>
        </w:rPr>
        <w:t xml:space="preserve">[34:19] </w:t>
      </w:r>
      <w:r>
        <w:t>yehi le kar hamein wahan gaya ke shayad hawa shumar is mein ho jaye.</w:t>
      </w:r>
    </w:p>
    <w:p>
      <w:pPr>
        <w:jc w:val="right"/>
      </w:pPr>
      <w:r>
        <w:t>یہی لے کر ہمیں وہاں گیا کہ شاید ہوا شمار اس میں ہو جائے۔</w:t>
      </w:r>
    </w:p>
    <w:p>
      <w:r>
        <w:rPr>
          <w:b/>
        </w:rPr>
        <w:t xml:space="preserve">[34:24] </w:t>
      </w:r>
      <w:r>
        <w:t>to zaati taur par main keh sakta hoon ke mujhe yaqeen hai ke main aur mere saathi aur</w:t>
      </w:r>
    </w:p>
    <w:p>
      <w:pPr>
        <w:jc w:val="right"/>
      </w:pPr>
      <w:r>
        <w:t>تو ذاتی طور پر میں کہہ سکتا ہوں کہ مجھے یقین ہے کہ میں اور میرے ساتھی اور</w:t>
      </w:r>
    </w:p>
    <w:p>
      <w:r>
        <w:rPr>
          <w:b/>
        </w:rPr>
        <w:t xml:space="preserve">[34:30] </w:t>
      </w:r>
      <w:r>
        <w:t>meri team isi second group ka mushtaq hain.</w:t>
      </w:r>
    </w:p>
    <w:p>
      <w:pPr>
        <w:jc w:val="right"/>
      </w:pPr>
      <w:r>
        <w:t>میری ٹیم اسی سیکنڈ گروپ کا مشتاق ہیں۔</w:t>
      </w:r>
    </w:p>
    <w:p>
      <w:r>
        <w:rPr>
          <w:b/>
        </w:rPr>
        <w:t xml:space="preserve">[34:36] </w:t>
      </w:r>
      <w:r>
        <w:t>یہ لکھا ہوا نہیں کہی ہے، لیکن میرا inspiration بول رہا ہے، میرا intuition بول رہا ہے کہ</w:t>
      </w:r>
    </w:p>
    <w:p>
      <w:pPr>
        <w:jc w:val="right"/>
      </w:pPr>
      <w:r>
        <w:t>یہ لکھا ہوا نہیں کہی ہے، لیکن میرا انسپیریشن بول رہا ہے، میرا انٹیوشن بول رہا ہے کہ</w:t>
      </w:r>
    </w:p>
    <w:p>
      <w:r>
        <w:rPr>
          <w:b/>
        </w:rPr>
        <w:t xml:space="preserve">[34:42] </w:t>
      </w:r>
      <w:r>
        <w:t>ke shayad wo second group hum hi log hain.</w:t>
      </w:r>
    </w:p>
    <w:p>
      <w:pPr>
        <w:jc w:val="right"/>
      </w:pPr>
      <w:r>
        <w:t>کہ شاید وہ سیکنڈ گروپ ہم ہی لوگ ہیں۔</w:t>
      </w:r>
    </w:p>
    <w:p>
      <w:r>
        <w:rPr>
          <w:b/>
        </w:rPr>
        <w:t xml:space="preserve">[34:48] </w:t>
      </w:r>
      <w:r>
        <w:t>to wahan jab hum aisa hua ke jab hamara jahaz wahan pahuncha, us ke</w:t>
      </w:r>
    </w:p>
    <w:p>
      <w:pPr>
        <w:jc w:val="right"/>
      </w:pPr>
      <w:r>
        <w:t>تو وہاں جب ہم ایسا ہوا کہ جب ہمارا جہاز وہاں پہنچا، اس کے</w:t>
      </w:r>
    </w:p>
    <w:p>
      <w:r>
        <w:rPr>
          <w:b/>
        </w:rPr>
        <w:t xml:space="preserve">[34:54] </w:t>
      </w:r>
      <w:r>
        <w:t>upar yaani in airport ke paas, to woh building bilkul airport ke paas hai, yaani paanch minute ka walking distance hai uska. To abhi hum log jahaz mein hi thay ke woh dikhai pad gaya. Phir yeh utar kar ke hum jab car se ja rahe thay hotel ki taraf, tab bhi woh dikhai de raha tha woh. Lekin hamare program mein jo tha, woh yeh tha ke hum wapsi</w:t>
      </w:r>
    </w:p>
    <w:p>
      <w:pPr>
        <w:jc w:val="right"/>
      </w:pPr>
      <w:r>
        <w:t>اوپر یعنی ان ان ایئرپورٹ کے پاس، تو وہ بلڈنگ بالکل ایئرپورٹ کے پاس ہے، یعنی پانچ منٹ کا واکنگ ڈسٹنس ہے اس کا۔ تو ابھی ہم لوگ جہاز میں ہی تھے کہ وہ دکھائی پڑ گیا۔ پھر یہ اتر کر کے ہم جب کار سے جا رہے تھے ہوٹل کی طرف، تب بھی وہ دکھائی دے رہا تھا وہ۔ لیکن ہمارے پروگرام میں جو تھا، وہ یہ تھا کہ ہم واپ</w:t>
      </w:r>
    </w:p>
    <w:p>
      <w:r>
        <w:rPr>
          <w:b/>
        </w:rPr>
        <w:t xml:space="preserve">[35:24] </w:t>
      </w:r>
      <w:r>
        <w:t>si pe wahan jayenge.</w:t>
      </w:r>
    </w:p>
    <w:p>
      <w:pPr>
        <w:jc w:val="right"/>
      </w:pPr>
      <w:r>
        <w:t>سی پہ وہاں جائیں گے۔</w:t>
      </w:r>
    </w:p>
    <w:p>
      <w:r>
        <w:rPr>
          <w:b/>
        </w:rPr>
        <w:t xml:space="preserve">[35:29] </w:t>
      </w:r>
      <w:r>
        <w:t>to hum log gaye hotel mein thehre, conference mein shirkat ki, literature logon ko taqseem kiya.</w:t>
      </w:r>
    </w:p>
    <w:p>
      <w:pPr>
        <w:jc w:val="right"/>
      </w:pPr>
      <w:r>
        <w:t>تو ہم لوگ گئے ہوٹل میں ٹھہرے، کانفرنس میں شرکت کی، لٹریچر لوگوں کو تقسیم کیا۔</w:t>
      </w:r>
    </w:p>
    <w:p>
      <w:r>
        <w:rPr>
          <w:b/>
        </w:rPr>
        <w:t xml:space="preserve">[35:34] </w:t>
      </w:r>
      <w:r>
        <w:t>majmooi tor par hamara kul safar jo tha, woh yaani paanchveen din hamein lotna tha.</w:t>
      </w:r>
    </w:p>
    <w:p>
      <w:pPr>
        <w:jc w:val="right"/>
      </w:pPr>
      <w:r>
        <w:t>مجموعی طور پر ہمارا کل سفر جو تھا، وہ یعنی پانچویں دن ہمیں لوٹنا تھا۔</w:t>
      </w:r>
    </w:p>
    <w:p>
      <w:r>
        <w:rPr>
          <w:b/>
        </w:rPr>
        <w:t xml:space="preserve">[35:39] </w:t>
      </w:r>
      <w:r>
        <w:t>toh yeh program tha ke jab hum lotenge toh airport jaane se pehle hum pehle wahan jayen</w:t>
      </w:r>
    </w:p>
    <w:p>
      <w:pPr>
        <w:jc w:val="right"/>
      </w:pPr>
      <w:r>
        <w:t>تو یہ پروگرام تھا کہ جب ہم لوٹیں گے تو ایئرپورٹ جانے سے پہلے ہم پہلے وہاں جائیں</w:t>
      </w:r>
    </w:p>
    <w:p>
      <w:r>
        <w:rPr>
          <w:b/>
        </w:rPr>
        <w:t xml:space="preserve">[35:44] </w:t>
      </w:r>
      <w:r>
        <w:t>ge, kuch der rahenge wahan, phir wahan se airport chale jayenge.</w:t>
      </w:r>
    </w:p>
    <w:p>
      <w:pPr>
        <w:jc w:val="right"/>
      </w:pPr>
      <w:r>
        <w:t>گے، کچھ دیر رہیں گے وہاں، پھر وہاں سے ایئرپورٹ چلے جائیں گے۔</w:t>
      </w:r>
    </w:p>
    <w:p>
      <w:r>
        <w:rPr>
          <w:b/>
        </w:rPr>
        <w:t xml:space="preserve">[35:49] </w:t>
      </w:r>
      <w:r>
        <w:t>aise hi kiya hum ne</w:t>
      </w:r>
    </w:p>
    <w:p>
      <w:pPr>
        <w:jc w:val="right"/>
      </w:pPr>
      <w:r>
        <w:t>ایسے ہی کیا ہم نے</w:t>
      </w:r>
    </w:p>
    <w:p>
      <w:r>
        <w:rPr>
          <w:b/>
        </w:rPr>
        <w:t xml:space="preserve">[35:54] </w:t>
      </w:r>
      <w:r>
        <w:t>ke wapsi mein hum wahan gaye.</w:t>
      </w:r>
    </w:p>
    <w:p>
      <w:pPr>
        <w:jc w:val="right"/>
      </w:pPr>
      <w:r>
        <w:t>کہ واپسی میں ہم وہاں گئے۔</w:t>
      </w:r>
    </w:p>
    <w:p>
      <w:r>
        <w:rPr>
          <w:b/>
        </w:rPr>
        <w:t xml:space="preserve">[36:00] </w:t>
      </w:r>
      <w:r>
        <w:t>toh sahib, wahan jab pahunche toh ek ek ek poori duniya thi wahan par.</w:t>
      </w:r>
    </w:p>
    <w:p>
      <w:pPr>
        <w:jc w:val="right"/>
      </w:pPr>
      <w:r>
        <w:t>تو صاحب، وہاں جب پہنچے تو ایک ایک ایک پوری دنیا تھی وہاں پر۔</w:t>
      </w:r>
    </w:p>
    <w:p>
      <w:r>
        <w:rPr>
          <w:b/>
        </w:rPr>
        <w:t xml:space="preserve">[36:06] </w:t>
      </w:r>
      <w:r>
        <w:t>jaate hue maine yeh samjha tha ek tooti phooti qabar hogi, kyunke sabse pehle maine</w:t>
      </w:r>
    </w:p>
    <w:p>
      <w:pPr>
        <w:jc w:val="right"/>
      </w:pPr>
      <w:r>
        <w:t>جاتے ہوئے میں نے یہ سمجھا تھا ایک ٹوٹی پھوٹی قبر ہوگی، کیونکہ سب سے پہلے میں نے</w:t>
      </w:r>
    </w:p>
    <w:p>
      <w:r>
        <w:rPr>
          <w:b/>
        </w:rPr>
        <w:t xml:space="preserve">[36:13] </w:t>
      </w:r>
      <w:r>
        <w:t>padha tha hayat hayat hayat us-sahaba jo kitaab hai, hayat us-sahaba mein ke unke bare mein, um</w:t>
      </w:r>
    </w:p>
    <w:p>
      <w:pPr>
        <w:jc w:val="right"/>
      </w:pPr>
      <w:r>
        <w:t>پڑھا تھا حیات حیات حیات الصحابہ جو کتاب ہے، حیات الصحابہ میں کہ ان کے بارے میں، ام</w:t>
      </w:r>
    </w:p>
    <w:p>
      <w:r>
        <w:rPr>
          <w:b/>
        </w:rPr>
        <w:t xml:space="preserve">[36:19] </w:t>
      </w:r>
      <w:r>
        <w:t>harem ke bare mein ke unki qabar jo hai, qibra mein hai aur upar likha hua hai</w:t>
      </w:r>
    </w:p>
    <w:p>
      <w:pPr>
        <w:jc w:val="right"/>
      </w:pPr>
      <w:r>
        <w:t>حرام کے بارے میں کہ ان کی قبر جو ہے، قبرص میں ہے اور اوپر لکھا ہوا ہے</w:t>
      </w:r>
    </w:p>
    <w:p>
      <w:r>
        <w:rPr>
          <w:b/>
        </w:rPr>
        <w:t xml:space="preserve">[36:25] </w:t>
      </w:r>
      <w:r>
        <w:t>Qabr al-Mar'ah al-Salihah. Pehla reference jo mujhe mila tha, woh yahi mila tha. Itna hi bas, us se zyada kuch nahin. Qabr al-Mar'ah al-Salihah. Phir is ke baad detail parhi to Fath al-Bari mein bohat tafseel se un ke bare mein likha hua hai, bohat detail mein Fath al-Bari mein. Phir internet par bohat detail mein saari maloomat maujood hain. Hamare ek saathi Peshawar mein rehte hain, un ko hum ne yahan se mes</w:t>
      </w:r>
    </w:p>
    <w:p>
      <w:pPr>
        <w:jc w:val="right"/>
      </w:pPr>
      <w:r>
        <w:t>قبر المرۃ الصالحہ۔ پہلا ریفرنس جو مجھے ملا تھا، وہ یہی ملا تھا۔ اتنا ہی بس، اس سے زیادہ کچھ نہیں۔ قبر المرۃ الصالحہ۔ پھر اس کے بعد ڈیٹیل پڑھی تو فتح الباری میں بہت تفصیل سے ان کے بارے میں لکھا ہوا ہے، بہت ڈیٹیل میں فتح الباری میں۔ پھر انٹرنیٹ پر بہت ڈیٹیل میں ساری معلومات موجود ہیں۔ ہمارے ایک ساتھی پشاور میں رہتے ہیں، ان کو ہم نے یہاں سے می</w:t>
      </w:r>
    </w:p>
    <w:p>
      <w:r>
        <w:rPr>
          <w:b/>
        </w:rPr>
        <w:t xml:space="preserve">[36:55] </w:t>
      </w:r>
      <w:r>
        <w:t>saj diya, unhone bahut sara matter wahan se bhej diya.</w:t>
      </w:r>
    </w:p>
    <w:p>
      <w:pPr>
        <w:jc w:val="right"/>
      </w:pPr>
      <w:r>
        <w:t>سج دیا، انہوں نے بہت سارا میٹر وہاں سے بھیج دیا۔</w:t>
      </w:r>
    </w:p>
    <w:p>
      <w:r>
        <w:rPr>
          <w:b/>
        </w:rPr>
        <w:t xml:space="preserve">[37:00] </w:t>
      </w:r>
      <w:r>
        <w:t>ab jab wahan pahunche hum is ke saamne toh woh toh ek taj mahal hai, samjhiye second taj mahal.</w:t>
      </w:r>
    </w:p>
    <w:p>
      <w:pPr>
        <w:jc w:val="right"/>
      </w:pPr>
      <w:r>
        <w:t>اب جب وہاں پہنچے ہم اس کے سامنے تو وہ تو ایک تاج محل ہے، سمجھیے سیکنڈ تاج محل۔</w:t>
      </w:r>
    </w:p>
    <w:p>
      <w:r>
        <w:rPr>
          <w:b/>
        </w:rPr>
        <w:t xml:space="preserve">[37:05] </w:t>
      </w:r>
      <w:r>
        <w:t>yaani ek aap jaante hain ke ek khatoon ki qabar hai wahan, jahan ke usko hum kehte</w:t>
      </w:r>
    </w:p>
    <w:p>
      <w:pPr>
        <w:jc w:val="right"/>
      </w:pPr>
      <w:r>
        <w:t>یعنی ایک آپ جانتے ہیں کہ ایک خاتون کی قبر ہے وہاں، جہاں کہ اس کو ہم کہتے</w:t>
      </w:r>
    </w:p>
    <w:p>
      <w:r>
        <w:rPr>
          <w:b/>
        </w:rPr>
        <w:t xml:space="preserve">[37:10] </w:t>
      </w:r>
      <w:r>
        <w:t>hain taj mahal.</w:t>
      </w:r>
    </w:p>
    <w:p>
      <w:pPr>
        <w:jc w:val="right"/>
      </w:pPr>
      <w:r>
        <w:t>ہیں تاج محل۔</w:t>
      </w:r>
    </w:p>
    <w:p>
      <w:r>
        <w:rPr>
          <w:b/>
        </w:rPr>
        <w:t xml:space="preserve">[37:15] </w:t>
      </w:r>
      <w:r>
        <w:t>wahan bhi ek taj mahal hai, woh woh sang marmar ka toh nahi hai, lekin bahut khoobsurat building</w:t>
      </w:r>
    </w:p>
    <w:p>
      <w:pPr>
        <w:jc w:val="right"/>
      </w:pPr>
      <w:r>
        <w:t>وہاں بھی ایک تاج محل ہے، وہ وہ سنگ مرمر کا تو نہیں ہے، لیکن بہت خوبصورت بلڈنگ</w:t>
      </w:r>
    </w:p>
    <w:p>
      <w:r>
        <w:rPr>
          <w:b/>
        </w:rPr>
        <w:t xml:space="preserve">[37:20] </w:t>
      </w:r>
      <w:r>
        <w:t>hai, bahut hi yaani</w:t>
      </w:r>
    </w:p>
    <w:p>
      <w:pPr>
        <w:jc w:val="right"/>
      </w:pPr>
      <w:r>
        <w:t>ہے، بہت ہی یعنی</w:t>
      </w:r>
    </w:p>
    <w:p>
      <w:r>
        <w:rPr>
          <w:b/>
        </w:rPr>
        <w:t xml:space="preserve">[37:25] </w:t>
      </w:r>
      <w:r>
        <w:t>bada iska area hai aur bilkul yaani sea ke veteran ke kinare hai.</w:t>
      </w:r>
    </w:p>
    <w:p>
      <w:pPr>
        <w:jc w:val="right"/>
      </w:pPr>
      <w:r>
        <w:t>بڑا اس کا ایریا ہے اور بالکل یعنی سی کے بیٹیرین کے کنارے ہے۔</w:t>
      </w:r>
    </w:p>
    <w:p>
      <w:r>
        <w:rPr>
          <w:b/>
        </w:rPr>
        <w:t xml:space="preserve">[37:31] </w:t>
      </w:r>
      <w:r>
        <w:t>aur pehle isko is mein yeh hua ke jab yeh hazrat um harem wahan pahunchi toh wapsi</w:t>
      </w:r>
    </w:p>
    <w:p>
      <w:pPr>
        <w:jc w:val="right"/>
      </w:pPr>
      <w:r>
        <w:t>اور پہلے اس کو اس میں یہ ہوا کہ جب یہ حضرت ام حرام وہاں پہنچیں تو واپسی</w:t>
      </w:r>
    </w:p>
    <w:p>
      <w:r>
        <w:rPr>
          <w:b/>
        </w:rPr>
        <w:t xml:space="preserve">[37:37] </w:t>
      </w:r>
      <w:r>
        <w:t>mein woh sawaar hui khachar par.</w:t>
      </w:r>
    </w:p>
    <w:p>
      <w:pPr>
        <w:jc w:val="right"/>
      </w:pPr>
      <w:r>
        <w:t>میں وہ سوار ہوئیں خچر پر۔</w:t>
      </w:r>
    </w:p>
    <w:p>
      <w:r>
        <w:rPr>
          <w:b/>
        </w:rPr>
        <w:t xml:space="preserve">[37:43] </w:t>
      </w:r>
      <w:r>
        <w:t>baghla aata hai hadees mein, khachar par sawaar hui toh khachar badka aur woh gir gayeen.</w:t>
      </w:r>
    </w:p>
    <w:p>
      <w:pPr>
        <w:jc w:val="right"/>
      </w:pPr>
      <w:r>
        <w:t>بغلہ آتا ہے حدیث میں، خچر پر سوار ہوئیں تو خچر بدکا اور وہ گر گئیں۔</w:t>
      </w:r>
    </w:p>
    <w:p>
      <w:r>
        <w:rPr>
          <w:b/>
        </w:rPr>
        <w:t xml:space="preserve">[37:49] </w:t>
      </w:r>
      <w:r>
        <w:t>gir gayeen toh unko sar mein ya</w:t>
      </w:r>
    </w:p>
    <w:p>
      <w:pPr>
        <w:jc w:val="right"/>
      </w:pPr>
      <w:r>
        <w:t>گر گئیں تو ان کو سر میں یا</w:t>
      </w:r>
    </w:p>
    <w:p>
      <w:r>
        <w:rPr>
          <w:b/>
        </w:rPr>
        <w:t xml:space="preserve">[37:55] </w:t>
      </w:r>
      <w:r>
        <w:t>gardan mein chot lagi aur wahan mar gayeen.</w:t>
      </w:r>
    </w:p>
    <w:p>
      <w:pPr>
        <w:jc w:val="right"/>
      </w:pPr>
      <w:r>
        <w:t>گردن میں چوٹ لگی اور وہاں مر گئیں۔</w:t>
      </w:r>
    </w:p>
    <w:p>
      <w:r>
        <w:rPr>
          <w:b/>
        </w:rPr>
        <w:t xml:space="preserve">[37:59] </w:t>
      </w:r>
      <w:r>
        <w:t>us waqt unki umar jo hai, 70 saal se zyada thi.</w:t>
      </w:r>
    </w:p>
    <w:p>
      <w:pPr>
        <w:jc w:val="right"/>
      </w:pPr>
      <w:r>
        <w:t>اس وقت ان کی عمر جو ہے، 70 سال سے زیادہ تھی۔</w:t>
      </w:r>
    </w:p>
    <w:p>
      <w:r>
        <w:rPr>
          <w:b/>
        </w:rPr>
        <w:t xml:space="preserve">[38:02] </w:t>
      </w:r>
      <w:r>
        <w:t>toh logon ne unko wahin dafan kar diya, kyunke Islam ki taleem yeh hai ke marne ke</w:t>
      </w:r>
    </w:p>
    <w:p>
      <w:pPr>
        <w:jc w:val="right"/>
      </w:pPr>
      <w:r>
        <w:t>تو لوگوں نے ان کو وہیں دفن کر دیا، کیونکہ اسلام کی تعلیم یہ ہے کہ مرنے کے</w:t>
      </w:r>
    </w:p>
    <w:p>
      <w:r>
        <w:rPr>
          <w:b/>
        </w:rPr>
        <w:t xml:space="preserve">[38:06] </w:t>
      </w:r>
      <w:r>
        <w:t>baad wahin dafan kar do jahan aadmi mara hai.</w:t>
      </w:r>
    </w:p>
    <w:p>
      <w:pPr>
        <w:jc w:val="right"/>
      </w:pPr>
      <w:r>
        <w:t>بعد وہیں دفن کر دو جہاں آدمی مرا ہے۔</w:t>
      </w:r>
    </w:p>
    <w:p>
      <w:r>
        <w:rPr>
          <w:b/>
        </w:rPr>
        <w:t xml:space="preserve">[38:10] </w:t>
      </w:r>
      <w:r>
        <w:t>aaj kal jo hua yahan se body le aate hain idhar udhar, yeh Islam ke khilaaf hai.</w:t>
      </w:r>
    </w:p>
    <w:p>
      <w:pPr>
        <w:jc w:val="right"/>
      </w:pPr>
      <w:r>
        <w:t>آج کل جو ہوا یہاں سے باڈی لے آتے ہیں ادھر ادھر، یہ اسلام کے خلاف ہے۔</w:t>
      </w:r>
    </w:p>
    <w:p>
      <w:r>
        <w:rPr>
          <w:b/>
        </w:rPr>
        <w:t xml:space="preserve">[38:14] </w:t>
      </w:r>
      <w:r>
        <w:t>yeh islam ki taleem aise nahi hai.</w:t>
      </w:r>
    </w:p>
    <w:p>
      <w:pPr>
        <w:jc w:val="right"/>
      </w:pPr>
      <w:r>
        <w:t>یہ اسلام کی تعلیم ایسے نہیں ہے۔</w:t>
      </w:r>
    </w:p>
    <w:p>
      <w:r>
        <w:rPr>
          <w:b/>
        </w:rPr>
        <w:t xml:space="preserve">[38:17] </w:t>
      </w:r>
      <w:r>
        <w:t>islam ki taleem hai ke jahan mara hai, wahin dafan kar do.</w:t>
      </w:r>
    </w:p>
    <w:p>
      <w:pPr>
        <w:jc w:val="right"/>
      </w:pPr>
      <w:r>
        <w:t>اسلام کی تعلیم ہے کہ جہاں مرا ہے، وہیں دفن کر دو۔</w:t>
      </w:r>
    </w:p>
    <w:p>
      <w:r>
        <w:rPr>
          <w:b/>
        </w:rPr>
        <w:t xml:space="preserve">[38:21] </w:t>
      </w:r>
      <w:r>
        <w:t>to sahaba thay, is woh</w:t>
      </w:r>
    </w:p>
    <w:p>
      <w:pPr>
        <w:jc w:val="right"/>
      </w:pPr>
      <w:r>
        <w:t>تو صحابہ تھے، اس وہ</w:t>
      </w:r>
    </w:p>
    <w:p>
      <w:r>
        <w:rPr>
          <w:b/>
        </w:rPr>
        <w:t xml:space="preserve">[38:25] </w:t>
      </w:r>
      <w:r>
        <w:t>jama'at jo gayi thi, us mein sab Sahaba log thay. To wahan unhon ne un ko dafan kar diya. To shuru mein us ke un ke mamooli si qabr thi, shayad kachi qabr rahi hogi, kuch pathar pathar rakhe honge wahan par. To ek Sheikh Hassan ka naam naam aata hai kitabon mein, woh wahan pahunche aur woh Cyprus ke bahar ke kahin se aaye thay. Woh unhon ne wahan par kuch aur banaya, yaani ek pakki q</w:t>
      </w:r>
    </w:p>
    <w:p>
      <w:pPr>
        <w:jc w:val="right"/>
      </w:pPr>
      <w:r>
        <w:t>جماعت جو گئی تھی، اس میں سب صحابہ لوگ تھے۔ تو وہاں انہوں نے ان کو دفن کر دیا۔ تو شروع میں اس کے ان کے معمولی سی قبر تھی، شاید کچی قبر رہی ہوگی، کچھ پتھر پتھر رکھے ہوں گے وہاں پر۔ تو ایک شیخ حسان کا نام نام آتا ہے کتابوں میں، وہ وہاں پہنچے اور وہ قبرص کے باہر کے کہیں سے آئے تھے۔ وہ انہوں نے وہاں پر کچھ اور بنایا، یعنی ایک پختہ ق</w:t>
      </w:r>
    </w:p>
    <w:p>
      <w:r>
        <w:rPr>
          <w:b/>
        </w:rPr>
        <w:t xml:space="preserve">[38:55] </w:t>
      </w:r>
      <w:r>
        <w:t>bar ke andaaz mein.</w:t>
      </w:r>
    </w:p>
    <w:p>
      <w:pPr>
        <w:jc w:val="right"/>
      </w:pPr>
      <w:r>
        <w:t>بر کے انداز میں۔</w:t>
      </w:r>
    </w:p>
    <w:p>
      <w:r>
        <w:rPr>
          <w:b/>
        </w:rPr>
        <w:t xml:space="preserve">[38:59] </w:t>
      </w:r>
      <w:r>
        <w:t>phir turkon ke zamane mein wahan ek poora ek building banai gayi, yani jis ko ek ek masjid banai gayi.</w:t>
      </w:r>
    </w:p>
    <w:p>
      <w:pPr>
        <w:jc w:val="right"/>
      </w:pPr>
      <w:r>
        <w:t>پھر ترکوں کے زمانے میں وہاں ایک پورا ایک بلڈنگ بنائی گئی، یعنی جس کو ایک ایک مسجد بنائی گئی۔</w:t>
      </w:r>
    </w:p>
    <w:p>
      <w:r>
        <w:rPr>
          <w:b/>
        </w:rPr>
        <w:t xml:space="preserve">[39:04] </w:t>
      </w:r>
      <w:r>
        <w:t>ek masjid banai gayi wahan pe aur isi masjid se mili hui un ki qabar hai.</w:t>
      </w:r>
    </w:p>
    <w:p>
      <w:pPr>
        <w:jc w:val="right"/>
      </w:pPr>
      <w:r>
        <w:t>ایک مسجد بنائی گئی وہاں پہ اور اسی مسجد سے ملی ہوئی ان کی قبر ہے۔</w:t>
      </w:r>
    </w:p>
    <w:p>
      <w:r>
        <w:rPr>
          <w:b/>
        </w:rPr>
        <w:t xml:space="preserve">[39:08] </w:t>
      </w:r>
      <w:r>
        <w:t>ab jo shakal hai, woh yeh hai ke masjid alag hai, qabar alag hai, lekin qabar masjid se</w:t>
      </w:r>
    </w:p>
    <w:p>
      <w:pPr>
        <w:jc w:val="right"/>
      </w:pPr>
      <w:r>
        <w:t>اب جو شکل ہے، وہ یہ ہے کہ مسجد الگ ہے، قبر الگ ہے، لیکن قبر مسجد سے</w:t>
      </w:r>
    </w:p>
    <w:p>
      <w:r>
        <w:rPr>
          <w:b/>
        </w:rPr>
        <w:t xml:space="preserve">[39:12] </w:t>
      </w:r>
      <w:r>
        <w:t>mili hui hai.</w:t>
      </w:r>
    </w:p>
    <w:p>
      <w:pPr>
        <w:jc w:val="right"/>
      </w:pPr>
      <w:r>
        <w:t>ملی ہوئی ہے۔</w:t>
      </w:r>
    </w:p>
    <w:p>
      <w:r>
        <w:rPr>
          <w:b/>
        </w:rPr>
        <w:t xml:space="preserve">[39:17] </w:t>
      </w:r>
      <w:r>
        <w:t>bilkul jab hum jab is mein hum enter hue, hum to bohat bari si masjid thi, kafi bari</w:t>
      </w:r>
    </w:p>
    <w:p>
      <w:pPr>
        <w:jc w:val="right"/>
      </w:pPr>
      <w:r>
        <w:t>بالکل جب ہم جب اس میں ہم انٹر ہوئے، ہم تو بہت بڑی سی مسجد تھی، کافی بڑی</w:t>
      </w:r>
    </w:p>
    <w:p>
      <w:r>
        <w:rPr>
          <w:b/>
        </w:rPr>
        <w:t xml:space="preserve">[39:21] </w:t>
      </w:r>
      <w:r>
        <w:t>carpet tha, is mein sab cheez thi. phir</w:t>
      </w:r>
    </w:p>
    <w:p>
      <w:pPr>
        <w:jc w:val="right"/>
      </w:pPr>
      <w:r>
        <w:t>کارپٹ تھا، اس میں سب چیز تھی۔ پھر</w:t>
      </w:r>
    </w:p>
    <w:p>
      <w:r>
        <w:rPr>
          <w:b/>
        </w:rPr>
        <w:t xml:space="preserve">[39:25] </w:t>
      </w:r>
      <w:r>
        <w:t>qibla ki taraf deewar se mila hua ek door tha, us door mein dakhil hue to wahan par qabar thi.</w:t>
      </w:r>
    </w:p>
    <w:p>
      <w:pPr>
        <w:jc w:val="right"/>
      </w:pPr>
      <w:r>
        <w:t>قبلہ کی طرف دیوار سے ملا ہوا ایک ڈور تھا، اس ڈور میں داخل ہوئے تو وہاں پر قبر تھی۔</w:t>
      </w:r>
    </w:p>
    <w:p>
      <w:r>
        <w:rPr>
          <w:b/>
        </w:rPr>
        <w:t xml:space="preserve">[39:32] </w:t>
      </w:r>
      <w:r>
        <w:t>wahan par yeh hai shakal wahan ki.</w:t>
      </w:r>
    </w:p>
    <w:p>
      <w:pPr>
        <w:jc w:val="right"/>
      </w:pPr>
      <w:r>
        <w:t>وہاں پر یہ ہے شکل وہاں کی۔</w:t>
      </w:r>
    </w:p>
    <w:p>
      <w:r>
        <w:rPr>
          <w:b/>
        </w:rPr>
        <w:t xml:space="preserve">[39:38] </w:t>
      </w:r>
      <w:r>
        <w:t>to to turk turkon ke zamane mein wahan par kuch aur taameerat ki gayeen.</w:t>
      </w:r>
    </w:p>
    <w:p>
      <w:pPr>
        <w:jc w:val="right"/>
      </w:pPr>
      <w:r>
        <w:t>تو تو ترک ترکوں کے زمانے میں وہاں پر کچھ اور تعمیرات کی گئیں۔</w:t>
      </w:r>
    </w:p>
    <w:p>
      <w:r>
        <w:rPr>
          <w:b/>
        </w:rPr>
        <w:t xml:space="preserve">[39:44] </w:t>
      </w:r>
      <w:r>
        <w:t>phir abhi haal mein aisa hua ke yusuf yusuf yusuf kaha jata hai, usaid</w:t>
      </w:r>
    </w:p>
    <w:p>
      <w:pPr>
        <w:jc w:val="right"/>
      </w:pPr>
      <w:r>
        <w:t>پھر ابھی حال میں ایسا ہوا کہ یوسف یوسف یوسف کہا جاتا ہے، یو ایس اے آئی ڈی</w:t>
      </w:r>
    </w:p>
    <w:p>
      <w:r>
        <w:rPr>
          <w:b/>
        </w:rPr>
        <w:t xml:space="preserve">[39:50] </w:t>
      </w:r>
      <w:r>
        <w:t>yusuf, jo international tanzeem hai, woh</w:t>
      </w:r>
    </w:p>
    <w:p>
      <w:pPr>
        <w:jc w:val="right"/>
      </w:pPr>
      <w:r>
        <w:t>یوسف، جو انٹرنیشنل تنظیم ہے، وہ</w:t>
      </w:r>
    </w:p>
    <w:p>
      <w:r>
        <w:rPr>
          <w:b/>
        </w:rPr>
        <w:t xml:space="preserve">[39:57] </w:t>
      </w:r>
      <w:r>
        <w:t>dunya ke ke mukhtalif maqamat par jo historical jo buildingen hain, us ko renovate karti hai. woh to unhon ne kafi paisa laga ke us ko renovate kiya. ab jo shakal hai, wahan par bohat hi beautiful masjid bani hui hai, kai is mein kamray waghera bane hue hain rehne ke liye aur toilet waghera bane hue hain, pani ka intizam hai wahan. yaani ek poora ek complex hai, is ka bohat bara area hai. is ka us waqt</w:t>
      </w:r>
    </w:p>
    <w:p>
      <w:pPr>
        <w:jc w:val="right"/>
      </w:pPr>
      <w:r>
        <w:t>دنیا کے کے مختلف مقامات پر جو ہسٹوریکل جو بلڈنگیں ہیں، اس کو رینیویٹ کرتی ہے۔ وہ تو انہوں نے کافی پیسہ لگا کے اس کو رینیویٹ کیا۔ اب جو شکل ہے، وہاں پر بہت ہی بیوٹی فل مسجد بنی ہوئی ہے، کئی اس میں کمرے وغیرہ بنے ہوئے ہیں رہنے کے لیے اور ٹوائلٹ وغیرہ بنے ہوئے ہیں، پانی کا انتظام ہے وہاں۔ یعنی ایک پورا ایک کمپلیکس ہے، اس کا بہت بڑا ایریا ہے۔ اس کا اس وقت</w:t>
      </w:r>
    </w:p>
    <w:p>
      <w:r>
        <w:rPr>
          <w:b/>
        </w:rPr>
        <w:t xml:space="preserve">[40:27] </w:t>
      </w:r>
      <w:r>
        <w:t>jo hum ne dekha, is ko to khair wahan par hum ne masjid mein namaz parhi aur dua</w:t>
      </w:r>
    </w:p>
    <w:p>
      <w:pPr>
        <w:jc w:val="right"/>
      </w:pPr>
      <w:r>
        <w:t>جو ہم نے دیکھا، اس کو تو خیر وہاں پر ہم نے مسجد میں نماز پڑھی اور دعا</w:t>
      </w:r>
    </w:p>
    <w:p>
      <w:r>
        <w:rPr>
          <w:b/>
        </w:rPr>
        <w:t xml:space="preserve">[40:34] </w:t>
      </w:r>
      <w:r>
        <w:t>ki, khuda ya mujh ko aur hamare sab sathiyon ko to is second group mein shamil kar de.</w:t>
      </w:r>
    </w:p>
    <w:p>
      <w:pPr>
        <w:jc w:val="right"/>
      </w:pPr>
      <w:r>
        <w:t>کی، خدایا مجھ کو اور ہمارے سب ساتھیوں کو تو اس سیکنڈ گروپ میں شامل کر دے۔</w:t>
      </w:r>
    </w:p>
    <w:p>
      <w:r>
        <w:rPr>
          <w:b/>
        </w:rPr>
        <w:t xml:space="preserve">[40:42] </w:t>
      </w:r>
      <w:r>
        <w:t>jis tarah mein ne dua ki thi qabrus mein, woh jis tarah dua ki thi wahan aqsa mein,</w:t>
      </w:r>
    </w:p>
    <w:p>
      <w:pPr>
        <w:jc w:val="right"/>
      </w:pPr>
      <w:r>
        <w:t>جس طرح میں نے دعا کی تھی قبرص میں، وہ جس طرح دعا کی تھی وہاں اقصیٰ میں،</w:t>
      </w:r>
    </w:p>
    <w:p>
      <w:r>
        <w:rPr>
          <w:b/>
        </w:rPr>
        <w:t xml:space="preserve">[40:49] </w:t>
      </w:r>
      <w:r>
        <w:t>isi tarah mein ne dua ki yahan par, mein ne aur mere sathiyon ne ke khuda ya to</w:t>
      </w:r>
    </w:p>
    <w:p>
      <w:pPr>
        <w:jc w:val="right"/>
      </w:pPr>
      <w:r>
        <w:t>اسی طرح میں نے دعا کی یہاں پر، میں نے اور میرے ساتھیوں نے کہ خدایا تو</w:t>
      </w:r>
    </w:p>
    <w:p>
      <w:r>
        <w:rPr>
          <w:b/>
        </w:rPr>
        <w:t xml:space="preserve">[40:57] </w:t>
      </w:r>
      <w:r>
        <w:t>hamare poore group ko, hamare sab sathiyon ko, jo bhi is mission mein hamare sathi hain, sab ko</w:t>
      </w:r>
    </w:p>
    <w:p>
      <w:pPr>
        <w:jc w:val="right"/>
      </w:pPr>
      <w:r>
        <w:t>ہمارے پورے گروپ کو، ہمارے سب ساتھیوں کو، جو بھی اس مشن میں ہمارے ساتھی ہیں، سب کو</w:t>
      </w:r>
    </w:p>
    <w:p>
      <w:r>
        <w:rPr>
          <w:b/>
        </w:rPr>
        <w:t xml:space="preserve">[41:03] </w:t>
      </w:r>
      <w:r>
        <w:t>is second group mein shamil kar de.</w:t>
      </w:r>
    </w:p>
    <w:p>
      <w:pPr>
        <w:jc w:val="right"/>
      </w:pPr>
      <w:r>
        <w:t>اس سیکنڈ گروپ میں شامل کر دے۔</w:t>
      </w:r>
    </w:p>
    <w:p>
      <w:r>
        <w:rPr>
          <w:b/>
        </w:rPr>
        <w:t xml:space="preserve">[41:09] </w:t>
      </w:r>
      <w:r>
        <w:t>aur mera dil to yahi kehta hai ke hamari dua qabool hui, inshallah, aur hum is second group</w:t>
      </w:r>
    </w:p>
    <w:p>
      <w:pPr>
        <w:jc w:val="right"/>
      </w:pPr>
      <w:r>
        <w:t>اور میرا دل تو یہی کہتا ہے کہ ہماری دعا قبول ہوئی، انشاءاللہ، اور ہم اس سیکنڈ گروپ</w:t>
      </w:r>
    </w:p>
    <w:p>
      <w:r>
        <w:rPr>
          <w:b/>
        </w:rPr>
        <w:t xml:space="preserve">[41:15] </w:t>
      </w:r>
      <w:r>
        <w:t>mein, yani wahan shumar hoga, inshallah, allah ne chaha to.</w:t>
      </w:r>
    </w:p>
    <w:p>
      <w:pPr>
        <w:jc w:val="right"/>
      </w:pPr>
      <w:r>
        <w:t>میں، یعنی وہاں شمار ہوگا، انشاءاللہ، اللہ نے چاہا تو۔</w:t>
      </w:r>
    </w:p>
    <w:p>
      <w:r>
        <w:rPr>
          <w:b/>
        </w:rPr>
        <w:t xml:space="preserve">[41:21] </w:t>
      </w:r>
      <w:r>
        <w:t>to wahan par hum ne jo manzar dekha</w:t>
      </w:r>
    </w:p>
    <w:p>
      <w:pPr>
        <w:jc w:val="right"/>
      </w:pPr>
      <w:r>
        <w:t>تو وہاں پر ہم نے جو منظر دیکھا</w:t>
      </w:r>
    </w:p>
    <w:p>
      <w:r>
        <w:rPr>
          <w:b/>
        </w:rPr>
        <w:t xml:space="preserve">[41:27] </w:t>
      </w:r>
      <w:r>
        <w:t>to is ki detail inshallah safarnamay mein aayegi, aap risala jo hamara magazine hai, is mein.</w:t>
      </w:r>
    </w:p>
    <w:p>
      <w:pPr>
        <w:jc w:val="right"/>
      </w:pPr>
      <w:r>
        <w:t>تو اس کی ڈیٹیل انشاءاللہ سفرنامے میں آئے گی، آپ رسالہ جو ہمارا میگزین ہے، اس میں۔</w:t>
      </w:r>
    </w:p>
    <w:p>
      <w:r>
        <w:rPr>
          <w:b/>
        </w:rPr>
        <w:t xml:space="preserve">[41:35] </w:t>
      </w:r>
      <w:r>
        <w:t>to wahan par jin logon se mulaqaten huin, wo indian bhi thay, pakistani bhi thay, arab bhi thay</w:t>
      </w:r>
    </w:p>
    <w:p>
      <w:pPr>
        <w:jc w:val="right"/>
      </w:pPr>
      <w:r>
        <w:t>تو وہاں پر جن لوگوں سے ملاقاتیں ہوئیں، وہ انڈین بھی تھے، پاکستانی بھی تھے، عرب بھی تھے</w:t>
      </w:r>
    </w:p>
    <w:p>
      <w:r>
        <w:rPr>
          <w:b/>
        </w:rPr>
        <w:t xml:space="preserve">[41:42] </w:t>
      </w:r>
      <w:r>
        <w:t>aur christian log thay, different countries ke sab se mulaqaten huin.</w:t>
      </w:r>
    </w:p>
    <w:p>
      <w:pPr>
        <w:jc w:val="right"/>
      </w:pPr>
      <w:r>
        <w:t>اور کرسچن لوگ تھے، ڈفرنٹ کنٹریز کے سب سے ملاقاتیں ہوئیں۔</w:t>
      </w:r>
    </w:p>
    <w:p>
      <w:r>
        <w:rPr>
          <w:b/>
        </w:rPr>
        <w:t xml:space="preserve">[41:50] </w:t>
      </w:r>
      <w:r>
        <w:t>aur bohat hi anokhi baat yeh thi ke Cyprus ke baray mein jab hum ne parha</w:t>
      </w:r>
    </w:p>
    <w:p>
      <w:pPr>
        <w:jc w:val="right"/>
      </w:pPr>
      <w:r>
        <w:t>اور بہت ہی انوکھی بات یہ تھی کہ قبرص کے بارے میں جب ہم نے پڑھا</w:t>
      </w:r>
    </w:p>
    <w:p>
      <w:r>
        <w:rPr>
          <w:b/>
        </w:rPr>
        <w:t xml:space="preserve">[41:58] </w:t>
      </w:r>
      <w:r>
        <w:t>to maloom hua ke wahan religious persecution bohat hota tha.</w:t>
      </w:r>
    </w:p>
    <w:p>
      <w:pPr>
        <w:jc w:val="right"/>
      </w:pPr>
      <w:r>
        <w:t>تو معلوم ہوا کہ وہاں رینجرز پرسیکیوشن بہت ہوتا تھا۔</w:t>
      </w:r>
    </w:p>
    <w:p>
      <w:r>
        <w:rPr>
          <w:b/>
        </w:rPr>
        <w:t xml:space="preserve">[42:04] </w:t>
      </w:r>
      <w:r>
        <w:t>Yahoodi isai ko martay thay, isai Yahoodi ko martay thay.</w:t>
      </w:r>
    </w:p>
    <w:p>
      <w:pPr>
        <w:jc w:val="right"/>
      </w:pPr>
      <w:r>
        <w:t>یہودی عیسائی کو مارتے تھے، عیسائی یہودی کو مارتے تھے۔</w:t>
      </w:r>
    </w:p>
    <w:p>
      <w:r>
        <w:rPr>
          <w:b/>
        </w:rPr>
        <w:t xml:space="preserve">[42:10] </w:t>
      </w:r>
      <w:r>
        <w:t>to pehle jo wahan ka jo mahaul tha, wo religious persecution ka mahaul tha.</w:t>
      </w:r>
    </w:p>
    <w:p>
      <w:pPr>
        <w:jc w:val="right"/>
      </w:pPr>
      <w:r>
        <w:t>تو پہلے جو وہاں کا جو ماحول تھا، وہ رینجرز پرسیکیوشن کا ماحول تھا۔</w:t>
      </w:r>
    </w:p>
    <w:p>
      <w:r>
        <w:rPr>
          <w:b/>
        </w:rPr>
        <w:t xml:space="preserve">[42:17] </w:t>
      </w:r>
      <w:r>
        <w:t>koi mazhab wahan par apni tablegh karne ka moqa nahi pata tha is se pehle.</w:t>
      </w:r>
    </w:p>
    <w:p>
      <w:pPr>
        <w:jc w:val="right"/>
      </w:pPr>
      <w:r>
        <w:t>کوئی مذہب وہاں پر اپنی تبلیغ کرنے کا موقع نہیں پاتا تھا اس سے پہلے۔</w:t>
      </w:r>
    </w:p>
    <w:p>
      <w:r>
        <w:rPr>
          <w:b/>
        </w:rPr>
        <w:t xml:space="preserve">[42:23] </w:t>
      </w:r>
      <w:r>
        <w:t>aap parh sakte hain is ko kitabon mein, lekin hum jab wahan gaye to zamana bilkul badal chuka tha.</w:t>
      </w:r>
    </w:p>
    <w:p>
      <w:pPr>
        <w:jc w:val="right"/>
      </w:pPr>
      <w:r>
        <w:t>آپ پڑھ سکتے ہیں اس کو کتابوں میں، لیکن ہم جب وہاں گئے تو زمانہ بالکل بدل چکا تھا۔</w:t>
      </w:r>
    </w:p>
    <w:p>
      <w:r>
        <w:rPr>
          <w:b/>
        </w:rPr>
        <w:t xml:space="preserve">[42:29] </w:t>
      </w:r>
      <w:r>
        <w:t>yani poora religious freedom ka zamana, yani koi rok nahi, koi tok nahi.</w:t>
      </w:r>
    </w:p>
    <w:p>
      <w:pPr>
        <w:jc w:val="right"/>
      </w:pPr>
      <w:r>
        <w:t>یعنی پورا تو ریلجس فریڈم کا زمانہ، یعنی کوئی روک نہیں، کوئی ٹوک نہیں۔</w:t>
      </w:r>
    </w:p>
    <w:p>
      <w:r>
        <w:rPr>
          <w:b/>
        </w:rPr>
        <w:t xml:space="preserve">[42:34] </w:t>
      </w:r>
      <w:r>
        <w:t>wahan par khullam khulla hum logon ko kitabein de rahe thay, Quran de rahe thay, literature de rahe</w:t>
      </w:r>
    </w:p>
    <w:p>
      <w:pPr>
        <w:jc w:val="right"/>
      </w:pPr>
      <w:r>
        <w:t>وہاں پر کھلم کھلا ہم لوگوں کو کتابیں دے رہے تھے، قرآن دے رہے تھے، لٹریچر دے رہے</w:t>
      </w:r>
    </w:p>
    <w:p>
      <w:r>
        <w:rPr>
          <w:b/>
        </w:rPr>
        <w:t xml:space="preserve">[42:40] </w:t>
      </w:r>
      <w:r>
        <w:t>thay aur khushi khushi log le rahe thay.</w:t>
      </w:r>
    </w:p>
    <w:p>
      <w:pPr>
        <w:jc w:val="right"/>
      </w:pPr>
      <w:r>
        <w:t>تھے اور خوشی خوشی لوگ لے رہے تھے۔</w:t>
      </w:r>
    </w:p>
    <w:p>
      <w:r>
        <w:rPr>
          <w:b/>
        </w:rPr>
        <w:t xml:space="preserve">[42:45] </w:t>
      </w:r>
      <w:r>
        <w:t>to mein ne socha ke dekhein zamana kitna badal chuka hai.</w:t>
      </w:r>
    </w:p>
    <w:p>
      <w:pPr>
        <w:jc w:val="right"/>
      </w:pPr>
      <w:r>
        <w:t>تو میں نے سوچا کہ دیکھیں زمانہ کتنا بدل چکا ہے۔</w:t>
      </w:r>
    </w:p>
    <w:p>
      <w:r>
        <w:rPr>
          <w:b/>
        </w:rPr>
        <w:t xml:space="preserve">[42:50] </w:t>
      </w:r>
      <w:r>
        <w:t>logon ko peechli kahaniyan maloom hain, abhi tak mein samajhta hoon ke shoori taur par log discover nahi</w:t>
      </w:r>
    </w:p>
    <w:p>
      <w:pPr>
        <w:jc w:val="right"/>
      </w:pPr>
      <w:r>
        <w:t>لوگوں کو پچھلی کہانیاں معلوم ہیں، ابھی تک میں سمجھتا ہوں کہ شعوری طور پر لوگ ڈسکور نہیں</w:t>
      </w:r>
    </w:p>
    <w:p>
      <w:r>
        <w:rPr>
          <w:b/>
        </w:rPr>
        <w:t xml:space="preserve">[42:55] </w:t>
      </w:r>
      <w:r>
        <w:t>kar paye hain ke zamana badal chuka hai.</w:t>
      </w:r>
    </w:p>
    <w:p>
      <w:pPr>
        <w:jc w:val="right"/>
      </w:pPr>
      <w:r>
        <w:t>کر پائے ہیں کہ زمانہ بدل چکا ہے۔</w:t>
      </w:r>
    </w:p>
    <w:p>
      <w:r>
        <w:rPr>
          <w:b/>
        </w:rPr>
        <w:t xml:space="preserve">[43:00] </w:t>
      </w:r>
      <w:r>
        <w:t>shoori taur par, yani mein khud samajhta tha ke wahan rok tok hogi kyun ke conference kar rahe hain</w:t>
      </w:r>
    </w:p>
    <w:p>
      <w:pPr>
        <w:jc w:val="right"/>
      </w:pPr>
      <w:r>
        <w:t>شعوری طور پر، یعنی میں خود سمجھتا تھا کہ وہاں روک ٹوک ہوگی کیونکہ کانفرنس کر رہے ہیں</w:t>
      </w:r>
    </w:p>
    <w:p>
      <w:r>
        <w:rPr>
          <w:b/>
        </w:rPr>
        <w:t xml:space="preserve">[43:06] </w:t>
      </w:r>
      <w:r>
        <w:t>Christian log aur doosre doosre mazhab ke log wahan honge.</w:t>
      </w:r>
    </w:p>
    <w:p>
      <w:pPr>
        <w:jc w:val="right"/>
      </w:pPr>
      <w:r>
        <w:t>کرسچن لوگ اور دوسرے دوسرے مذہب کے لوگ وہاں ہوں گے۔</w:t>
      </w:r>
    </w:p>
    <w:p>
      <w:r>
        <w:rPr>
          <w:b/>
        </w:rPr>
        <w:t xml:space="preserve">[43:11] </w:t>
      </w:r>
      <w:r>
        <w:t>to wo kahengay aap yeh kahan laye hain, kitabein kahan laye hain, yahan par aap hamare conference</w:t>
      </w:r>
    </w:p>
    <w:p>
      <w:pPr>
        <w:jc w:val="right"/>
      </w:pPr>
      <w:r>
        <w:t>تو وہ کہیں گے آپ یہ کہاں لائے ہیں، کتابیں کہاں لائے ہیں، یہاں پر آپ ہمارے کانفرنس</w:t>
      </w:r>
    </w:p>
    <w:p>
      <w:r>
        <w:rPr>
          <w:b/>
        </w:rPr>
        <w:t xml:space="preserve">[43:16] </w:t>
      </w:r>
      <w:r>
        <w:t>mein aaye hain ke apni kitabein bantne ke liye aaye hain aap, lekin aisa kuch bhi wahan nahi</w:t>
      </w:r>
    </w:p>
    <w:p>
      <w:pPr>
        <w:jc w:val="right"/>
      </w:pPr>
      <w:r>
        <w:t>میں آئے ہیں کہ اپنی کتابیں بانٹنے کے لیے آئے ہیں آپ، لیکن ایسا کچھ بھی وہاں نہیں</w:t>
      </w:r>
    </w:p>
    <w:p>
      <w:r>
        <w:rPr>
          <w:b/>
        </w:rPr>
        <w:t xml:space="preserve">[43:21] </w:t>
      </w:r>
      <w:r>
        <w:t>hua aur sari kitabein khatam ho gayin.</w:t>
      </w:r>
    </w:p>
    <w:p>
      <w:pPr>
        <w:jc w:val="right"/>
      </w:pPr>
      <w:r>
        <w:t>ہوا اور ساری کتابیں ختم ہوگئیں۔</w:t>
      </w:r>
    </w:p>
    <w:p>
      <w:r>
        <w:rPr>
          <w:b/>
        </w:rPr>
        <w:t xml:space="preserve">[43:26] </w:t>
      </w:r>
      <w:r>
        <w:t>mein aaj ja raha tha to logon se mein kehta tha mere sathiyon se</w:t>
      </w:r>
    </w:p>
    <w:p>
      <w:pPr>
        <w:jc w:val="right"/>
      </w:pPr>
      <w:r>
        <w:t>میں آج جا رہا تھا تو لوگوں سے میں کہتا تھا میرے ساتھیوں سے</w:t>
      </w:r>
    </w:p>
    <w:p>
      <w:r>
        <w:rPr>
          <w:b/>
        </w:rPr>
        <w:t xml:space="preserve">[43:31] </w:t>
      </w:r>
      <w:r>
        <w:t>sari kitabein le ja rahe hain to lotana parega wahan se, kahan kis ko denge ab kitabein yeh.</w:t>
      </w:r>
    </w:p>
    <w:p>
      <w:pPr>
        <w:jc w:val="right"/>
      </w:pPr>
      <w:r>
        <w:t>ساری کتابیں لے جا رہے ہیں تو لوٹانا پڑے گا وہاں سے، کہاں کس کو دیں گے اب کتابیں یہ۔</w:t>
      </w:r>
    </w:p>
    <w:p>
      <w:r>
        <w:rPr>
          <w:b/>
        </w:rPr>
        <w:t xml:space="preserve">[43:37] </w:t>
      </w:r>
      <w:r>
        <w:t>mein bar bar kehta tha kyun le aa jana hai itni kitabein to lota lota ke lana parega</w:t>
      </w:r>
    </w:p>
    <w:p>
      <w:pPr>
        <w:jc w:val="right"/>
      </w:pPr>
      <w:r>
        <w:t>میں بار بار کہتا تھا کیوں لے آ جانا ہے اتنی کتابیں تو لوٹا لوٹا کے لانا پڑے</w:t>
      </w:r>
    </w:p>
    <w:p>
      <w:r>
        <w:rPr>
          <w:b/>
        </w:rPr>
        <w:t xml:space="preserve">[43:43] </w:t>
      </w:r>
      <w:r>
        <w:t>ga wapas, lekin koi kitab wahan lot kar nahi aayi.</w:t>
      </w:r>
    </w:p>
    <w:p>
      <w:pPr>
        <w:jc w:val="right"/>
      </w:pPr>
      <w:r>
        <w:t>گا واپس، لیکن کوئی کتاب وہاں لوٹ کر نہیں آئی۔</w:t>
      </w:r>
    </w:p>
    <w:p>
      <w:r>
        <w:rPr>
          <w:b/>
        </w:rPr>
        <w:t xml:space="preserve">[43:49] </w:t>
      </w:r>
      <w:r>
        <w:t>sab ke sab logon ne jisay kaha de loat liya, is tareeqay se unhon ne le liya kitabon ko.</w:t>
      </w:r>
    </w:p>
    <w:p>
      <w:pPr>
        <w:jc w:val="right"/>
      </w:pPr>
      <w:r>
        <w:t>سب کے سب لوگوں نے جسے کہا دے لوٹ لیا، اس طریقے سے انہوں نے لے لیا کتابوں کو۔</w:t>
      </w:r>
    </w:p>
    <w:p>
      <w:r>
        <w:rPr>
          <w:b/>
        </w:rPr>
        <w:t xml:space="preserve">[43:55] </w:t>
      </w:r>
      <w:r>
        <w:t>to kya ke wohi maqam aur sirf Cyprus ki baat nahi, sari dunya mein pehle religious persecution, religious pers</w:t>
      </w:r>
    </w:p>
    <w:p>
      <w:pPr>
        <w:jc w:val="right"/>
      </w:pPr>
      <w:r>
        <w:t>تو کیا کہ وہی مقام اور صرف سائپرس کی بات نہیں، ساری دنیا میں پہلے رینجرز پرسیکیوشن، رینجرز پرس</w:t>
      </w:r>
    </w:p>
    <w:p>
      <w:r>
        <w:rPr>
          <w:b/>
        </w:rPr>
        <w:t xml:space="preserve">[44:01] </w:t>
      </w:r>
      <w:r>
        <w:t>ye kishn ka zamana tha.</w:t>
      </w:r>
    </w:p>
    <w:p>
      <w:pPr>
        <w:jc w:val="right"/>
      </w:pPr>
      <w:r>
        <w:t>یکیوشن کا زمانہ تھا۔</w:t>
      </w:r>
    </w:p>
    <w:p>
      <w:r>
        <w:rPr>
          <w:b/>
        </w:rPr>
        <w:t xml:space="preserve">[44:06] </w:t>
      </w:r>
      <w:r>
        <w:t>har jagah, yani ek mazhab wala jo wahan dominant kar raha ho, doosre mazhab wale ko woh ijazat</w:t>
      </w:r>
    </w:p>
    <w:p>
      <w:pPr>
        <w:jc w:val="right"/>
      </w:pPr>
      <w:r>
        <w:t>ہر جگہ، یعنی ایک مذہب والا جو وہاں ڈومینیٹ کر رہا ہو، دوسرے مذہب والے کو وہ اجازت</w:t>
      </w:r>
    </w:p>
    <w:p>
      <w:r>
        <w:rPr>
          <w:b/>
        </w:rPr>
        <w:t xml:space="preserve">[44:11] </w:t>
      </w:r>
      <w:r>
        <w:t>nahin deta tha ke wahan par woh apni tablegh kare ya wahan par kuch kaam kare apne mazhab</w:t>
      </w:r>
    </w:p>
    <w:p>
      <w:pPr>
        <w:jc w:val="right"/>
      </w:pPr>
      <w:r>
        <w:t>نہیں دیتا تھا کہ وہاں پر وہ اپنی تبلیغ کرے یا وہاں پر کچھ کام کرے اپنے مذہب</w:t>
      </w:r>
    </w:p>
    <w:p>
      <w:r>
        <w:rPr>
          <w:b/>
        </w:rPr>
        <w:t xml:space="preserve">[44:16] </w:t>
      </w:r>
      <w:r>
        <w:t>ke hawale se.</w:t>
      </w:r>
    </w:p>
    <w:p>
      <w:pPr>
        <w:jc w:val="right"/>
      </w:pPr>
      <w:r>
        <w:t>کے حوالے سے۔</w:t>
      </w:r>
    </w:p>
    <w:p>
      <w:r>
        <w:rPr>
          <w:b/>
        </w:rPr>
        <w:t xml:space="preserve">[44:21] </w:t>
      </w:r>
      <w:r>
        <w:t>aaj wahan poori freedom hai, poori freedom, koi kisi ko rokne wala nahin.</w:t>
      </w:r>
    </w:p>
    <w:p>
      <w:pPr>
        <w:jc w:val="right"/>
      </w:pPr>
      <w:r>
        <w:t>آج وہاں پوری فریڈم ہے، پوری فریڈم، کوئی کسی کو روکنے والا نہیں۔</w:t>
      </w:r>
    </w:p>
    <w:p>
      <w:r>
        <w:rPr>
          <w:b/>
        </w:rPr>
        <w:t xml:space="preserve">[44:26] </w:t>
      </w:r>
      <w:r>
        <w:t>har jagah hum ne kitabein aur Quran majeed tarjume rakhwaye, jo a</w:t>
      </w:r>
    </w:p>
    <w:p>
      <w:pPr>
        <w:jc w:val="right"/>
      </w:pPr>
      <w:r>
        <w:t>ہر جگہ ہم نے کتابیں اور قرآن مجید ترجمے رکھوائے، جو ا</w:t>
      </w:r>
    </w:p>
    <w:p>
      <w:r>
        <w:rPr>
          <w:b/>
        </w:rPr>
        <w:t xml:space="preserve">[44:31] </w:t>
      </w:r>
      <w:r>
        <w:t>daare the, jo jo mukhtalif qism ke jo bhi mauqa mila, wahan rakhwaye, logon ko diya, koi rok tok nahin.</w:t>
      </w:r>
    </w:p>
    <w:p>
      <w:pPr>
        <w:jc w:val="right"/>
      </w:pPr>
      <w:r>
        <w:t>دارے تھے، جو جو مختلف قسم کے جو بھی موقع ملا، وہاں رکھوائے، لوگوں کو دیا، کوئی روک ٹوک نہیں۔</w:t>
      </w:r>
    </w:p>
    <w:p>
      <w:r>
        <w:rPr>
          <w:b/>
        </w:rPr>
        <w:t xml:space="preserve">[44:37] </w:t>
      </w:r>
      <w:r>
        <w:t>to yeh kitna bara shukr ki baat hai ke woh duniya jahan is se pehle rangers persecution hua</w:t>
      </w:r>
    </w:p>
    <w:p>
      <w:pPr>
        <w:jc w:val="right"/>
      </w:pPr>
      <w:r>
        <w:t>تو یہ کتنا بڑا شکر کی بات ہے کہ وہ دنیا جہاں اس سے پہلے رینجرز پرسیکیوشن ہوا</w:t>
      </w:r>
    </w:p>
    <w:p>
      <w:r>
        <w:rPr>
          <w:b/>
        </w:rPr>
        <w:t xml:space="preserve">[44:43] </w:t>
      </w:r>
      <w:r>
        <w:t>karta tha, is duniya mein Khuda ne har taraf rangers freedom ka mahol paida kar diya hai aur</w:t>
      </w:r>
    </w:p>
    <w:p>
      <w:pPr>
        <w:jc w:val="right"/>
      </w:pPr>
      <w:r>
        <w:t>کرتا تھا، اس دنیا میں خدا نے ہر طرف رینجرز فریڈم کا ماحول پیدا کر دیا ہے اور</w:t>
      </w:r>
    </w:p>
    <w:p>
      <w:r>
        <w:rPr>
          <w:b/>
        </w:rPr>
        <w:t xml:space="preserve">[44:49] </w:t>
      </w:r>
      <w:r>
        <w:t>bila rok tok aap Islam ka paigham pohncha sakte hain.</w:t>
      </w:r>
    </w:p>
    <w:p>
      <w:pPr>
        <w:jc w:val="right"/>
      </w:pPr>
      <w:r>
        <w:t>بلا روک ٹوک آپ اسلام کا پیغام پہنچا سکتے ہیں۔</w:t>
      </w:r>
    </w:p>
    <w:p>
      <w:r>
        <w:rPr>
          <w:b/>
        </w:rPr>
        <w:t xml:space="preserve">[44:56] </w:t>
      </w:r>
      <w:r>
        <w:t>kaisi anokhi baat hai yeh,</w:t>
      </w:r>
    </w:p>
    <w:p>
      <w:pPr>
        <w:jc w:val="right"/>
      </w:pPr>
      <w:r>
        <w:t>کیسی انوکھی بات ہے یہ،</w:t>
      </w:r>
    </w:p>
    <w:p>
      <w:r>
        <w:rPr>
          <w:b/>
        </w:rPr>
        <w:t xml:space="preserve">[45:02] </w:t>
      </w:r>
      <w:r>
        <w:t>kaisi anokhi baat hai. lekin log sirf itna hi jantay hain ke wahan par, yaani bohat se musalman wahan par hain, lekin woh itna hi jantay hain ke wahan par falan job mil sakta hai, falan education mil sakti hai, yahi jantay hain aur kuch nahi jantay. mislan ek muslim naujawan mila, woh wahan par hotel management ka course kar raha tha. doosre country se aaya woh muslim naujawan, kis liye hotel management ka course karne ke liye? kyun ke woh</w:t>
      </w:r>
    </w:p>
    <w:p>
      <w:pPr>
        <w:jc w:val="right"/>
      </w:pPr>
      <w:r>
        <w:t>کیسی انوکھی بات ہے۔ لیکن لوگ صرف اتنا ہی جانتے ہیں کہ وہاں پر، یعنی بہت سے مسلمان وہاں پر ہیں، لیکن وہ اتنا ہی جانتے ہیں کہ وہاں پر فلاں جاب مل سکتا ہے، فلاں ایجوکیشن مل سکتی ہے، یہی جانتے ہیں اور کچھ نہیں جانتے۔ مثلاً ایک مسلم نوجوان ملا، وہ وہاں پر ہوٹل مینجمنٹ کا کورس کر رہا تھا۔ دوسرے کنٹری سے آیا وہ مسلم نوجوان، کس لیے ہوٹل مینجمنٹ کا کورس کرنے کے لیے؟ کیونکہ وہ</w:t>
      </w:r>
    </w:p>
    <w:p>
      <w:r>
        <w:rPr>
          <w:b/>
        </w:rPr>
        <w:t xml:space="preserve">[45:32] </w:t>
      </w:r>
      <w:r>
        <w:t>an kar lega to phir us ko koi hotel mein koi job mil jaye gi, bohat aasani se.</w:t>
      </w:r>
    </w:p>
    <w:p>
      <w:pPr>
        <w:jc w:val="right"/>
      </w:pPr>
      <w:r>
        <w:t>اں کر لے گا تو پھر اس کو کوئی ہوٹل میں کوئی جاب مل جائے گی، بہت آسانی سے۔</w:t>
      </w:r>
    </w:p>
    <w:p>
      <w:r>
        <w:rPr>
          <w:b/>
        </w:rPr>
        <w:t xml:space="preserve">[45:39] </w:t>
      </w:r>
      <w:r>
        <w:t>dawat ka koi concept hi nahin, dawat ke opportunities ko avail karein, is ka koi concept hi nahin.</w:t>
      </w:r>
    </w:p>
    <w:p>
      <w:pPr>
        <w:jc w:val="right"/>
      </w:pPr>
      <w:r>
        <w:t>دعوت کا کوئی کانسیپٹ ہی نہیں، دعوت کے اپرچونیٹیز کو اویل کریں، اس کا کوئی کانسیپٹ ہی نہیں۔</w:t>
      </w:r>
    </w:p>
    <w:p>
      <w:r>
        <w:rPr>
          <w:b/>
        </w:rPr>
        <w:t xml:space="preserve">[45:47] </w:t>
      </w:r>
      <w:r>
        <w:t>wahan kaisi anokhi baat hai, yani woh woh jagah jahan pe ek sahabi ka itna bara ek nishan</w:t>
      </w:r>
    </w:p>
    <w:p>
      <w:pPr>
        <w:jc w:val="right"/>
      </w:pPr>
      <w:r>
        <w:t>وہاں کیسی انوکھی بات ہے، یعنی وہ وہ جگہ جہاں پہ ایک صحابیہ کا اتنا بڑا ایک نشان</w:t>
      </w:r>
    </w:p>
    <w:p>
      <w:r>
        <w:rPr>
          <w:b/>
        </w:rPr>
        <w:t xml:space="preserve">[45:55] </w:t>
      </w:r>
      <w:r>
        <w:t>qaim hai, woh qabar jo hai sahabi ki, jis ko wahan kaha jata hai,</w:t>
      </w:r>
    </w:p>
    <w:p>
      <w:pPr>
        <w:jc w:val="right"/>
      </w:pPr>
      <w:r>
        <w:t>قائم ہے، وہ قبر جو ہے صحابیہ کی، جس کو وہاں کہا جاتا ہے،</w:t>
      </w:r>
    </w:p>
    <w:p>
      <w:r>
        <w:rPr>
          <w:b/>
        </w:rPr>
        <w:t xml:space="preserve">[46:02] </w:t>
      </w:r>
      <w:r>
        <w:t>woh hala sultan, is ka naam hai. hala sultan, hala sultan, take take, ghaliban takiya ka woh hai. turkish form, turkish mein take ka hai, T W K A, jo hamare hamari zaban mein takiya kehtay hain, jis ko takiya ka matlab hota hai dargah. to hal</w:t>
      </w:r>
    </w:p>
    <w:p>
      <w:pPr>
        <w:jc w:val="right"/>
      </w:pPr>
      <w:r>
        <w:t>وہ حالہ سلطان، اس کا نام ہے۔ حالہ سلطان، حالہ سلطان، ٹکے ٹکے، غالباً تکیہ کا وہ ہے۔ ترکش فارم، ترکش میں ٹکے کا ہے، ٹی ڈبل کے اے، جو ہمارے ہماری زبان میں تکیہ کہتے ہیں، جس کو تکیہ کا مطلب ہوتا ہے درگاہ۔ تو حال</w:t>
      </w:r>
    </w:p>
    <w:p>
      <w:r>
        <w:rPr>
          <w:b/>
        </w:rPr>
        <w:t xml:space="preserve">[46:32] </w:t>
      </w:r>
      <w:r>
        <w:t>h Sultan, is ka naam hai.</w:t>
      </w:r>
    </w:p>
    <w:p>
      <w:pPr>
        <w:jc w:val="right"/>
      </w:pPr>
      <w:r>
        <w:t>ہ سلطان، اس کا نام ہے۔</w:t>
      </w:r>
    </w:p>
    <w:p>
      <w:r>
        <w:rPr>
          <w:b/>
        </w:rPr>
        <w:t xml:space="preserve">[46:38] </w:t>
      </w:r>
      <w:r>
        <w:t>dekhein, yeh main arz karoon, hala jo hai, Turkish language mein kh h ban jata hai.</w:t>
      </w:r>
    </w:p>
    <w:p>
      <w:pPr>
        <w:jc w:val="right"/>
      </w:pPr>
      <w:r>
        <w:t>دیکھیں، یہ میں عرض کروں، حالہ جو ہے، ترکش لینگویج میں خ ہ بن جاتا ہے۔</w:t>
      </w:r>
    </w:p>
    <w:p>
      <w:r>
        <w:rPr>
          <w:b/>
        </w:rPr>
        <w:t xml:space="preserve">[46:44] </w:t>
      </w:r>
      <w:r>
        <w:t>yeh Khalidah Adib Hanim, Khalidah Adib Hanim, ek leader theen Turkey ki, jo aayi theen azadi se pehle India mein.</w:t>
      </w:r>
    </w:p>
    <w:p>
      <w:pPr>
        <w:jc w:val="right"/>
      </w:pPr>
      <w:r>
        <w:t>یہ خالدہ ادیب ہانم، خالدہ ادیب ہانم، ایک لیڈر تھیں ترکی کی، جو آئی تھیں آزادی سے پہلے انڈیا میں۔</w:t>
      </w:r>
    </w:p>
    <w:p>
      <w:r>
        <w:rPr>
          <w:b/>
        </w:rPr>
        <w:t xml:space="preserve">[46:50] </w:t>
      </w:r>
      <w:r>
        <w:t>Jamia mein un ka un ka lecture hua tha to un ka lecture chha tha is zamane mein</w:t>
      </w:r>
    </w:p>
    <w:p>
      <w:pPr>
        <w:jc w:val="right"/>
      </w:pPr>
      <w:r>
        <w:t>جامعہ میں ان کا ان کا لیکچر ہوا تھا تو ان کا لیکچر چھپا تھا اس زمانے میں</w:t>
      </w:r>
    </w:p>
    <w:p>
      <w:r>
        <w:rPr>
          <w:b/>
        </w:rPr>
        <w:t xml:space="preserve">[46:56] </w:t>
      </w:r>
      <w:r>
        <w:t>ke Turkey mein mashriq</w:t>
      </w:r>
    </w:p>
    <w:p>
      <w:pPr>
        <w:jc w:val="right"/>
      </w:pPr>
      <w:r>
        <w:t>کہ ترکی میں مشرق</w:t>
      </w:r>
    </w:p>
    <w:p>
      <w:r>
        <w:rPr>
          <w:b/>
        </w:rPr>
        <w:t xml:space="preserve">[47:03] </w:t>
      </w:r>
      <w:r>
        <w:t>o maghrib ki kashmakash.</w:t>
      </w:r>
    </w:p>
    <w:p>
      <w:pPr>
        <w:jc w:val="right"/>
      </w:pPr>
      <w:r>
        <w:t>و مغرب کی کشمکش۔</w:t>
      </w:r>
    </w:p>
    <w:p>
      <w:r>
        <w:rPr>
          <w:b/>
        </w:rPr>
        <w:t xml:space="preserve">[47:08] </w:t>
      </w:r>
      <w:r>
        <w:t>to un ka naam tha Khalidah Adib Hanim.</w:t>
      </w:r>
    </w:p>
    <w:p>
      <w:pPr>
        <w:jc w:val="right"/>
      </w:pPr>
      <w:r>
        <w:t>تو ان کا نام تھا خالدہ ادیب ہانم۔</w:t>
      </w:r>
    </w:p>
    <w:p>
      <w:r>
        <w:rPr>
          <w:b/>
        </w:rPr>
        <w:t xml:space="preserve">[47:13] </w:t>
      </w:r>
      <w:r>
        <w:t>to Hanim jo tha, woh asal mein Khanum tha.</w:t>
      </w:r>
    </w:p>
    <w:p>
      <w:pPr>
        <w:jc w:val="right"/>
      </w:pPr>
      <w:r>
        <w:t>تو ہانم جو تھا، وہ اصلاً خانم تھا۔</w:t>
      </w:r>
    </w:p>
    <w:p>
      <w:r>
        <w:rPr>
          <w:b/>
        </w:rPr>
        <w:t xml:space="preserve">[47:18] </w:t>
      </w:r>
      <w:r>
        <w:t>to yeh jo wahan par hai, yani Salah Sultan, jo Salah matlab khala, Salah matlab khala, yani hain khala.</w:t>
      </w:r>
    </w:p>
    <w:p>
      <w:pPr>
        <w:jc w:val="right"/>
      </w:pPr>
      <w:r>
        <w:t>تو یہ جو وہاں پر ہے، یعنی سالہ سلطان، جو سالہ مطلب خالہ، سالہ مطلب خالہ، یعنی ہیں خالہ۔</w:t>
      </w:r>
    </w:p>
    <w:p>
      <w:r>
        <w:rPr>
          <w:b/>
        </w:rPr>
        <w:t xml:space="preserve">[47:23] </w:t>
      </w:r>
      <w:r>
        <w:t>yeh hala, hala, hala, hala ka matlab khala, yani kh jo hai, badal ke h ban gaya hai.</w:t>
      </w:r>
    </w:p>
    <w:p>
      <w:pPr>
        <w:jc w:val="right"/>
      </w:pPr>
      <w:r>
        <w:t>یہ حالہ، حالہ، حالہ، حالہ کا مطلب خالہ، یعنی خ جو ہے، بدل کے ہ بن گیا ہے۔</w:t>
      </w:r>
    </w:p>
    <w:p>
      <w:r>
        <w:rPr>
          <w:b/>
        </w:rPr>
        <w:t xml:space="preserve">[47:28] </w:t>
      </w:r>
      <w:r>
        <w:t>to Romeesa jo theen, woh Rasool</w:t>
      </w:r>
    </w:p>
    <w:p>
      <w:pPr>
        <w:jc w:val="right"/>
      </w:pPr>
      <w:r>
        <w:t>تو رومیسہ جو تھیں، وہ رسول</w:t>
      </w:r>
    </w:p>
    <w:p>
      <w:r>
        <w:rPr>
          <w:b/>
        </w:rPr>
        <w:t xml:space="preserve">[47:33] </w:t>
      </w:r>
      <w:r>
        <w:t>Allah ki khala theen, razaai maa ki behen.</w:t>
      </w:r>
    </w:p>
    <w:p>
      <w:pPr>
        <w:jc w:val="right"/>
      </w:pPr>
      <w:r>
        <w:t>اللہ کی خالہ تھیں، رضائی ماں کی بہن۔</w:t>
      </w:r>
    </w:p>
    <w:p>
      <w:r>
        <w:rPr>
          <w:b/>
        </w:rPr>
        <w:t xml:space="preserve">[47:40] </w:t>
      </w:r>
      <w:r>
        <w:t>to Sultan se muraad maine samjha ke Sultan al Anbiya, Sultan al Anbiya ki khala, yaani Sultan al Anbiya ki</w:t>
      </w:r>
    </w:p>
    <w:p>
      <w:pPr>
        <w:jc w:val="right"/>
      </w:pPr>
      <w:r>
        <w:t>تو سلطان سے مراد میں نے سمجھا کہ سلطان الانبیاء، سلطان الانبیاء کی خالہ، یعنی سلطان الانبیاء کی</w:t>
      </w:r>
    </w:p>
    <w:p>
      <w:r>
        <w:rPr>
          <w:b/>
        </w:rPr>
        <w:t xml:space="preserve">[47:48] </w:t>
      </w:r>
      <w:r>
        <w:t>khala, kyunke woh yaani Rasool Allah ki razaai maa theen, Haleema, unki behen theen, Umm Haram.</w:t>
      </w:r>
    </w:p>
    <w:p>
      <w:pPr>
        <w:jc w:val="right"/>
      </w:pPr>
      <w:r>
        <w:t>خالہ، کیونکہ وہ یعنی رسول اللہ کی رضائی ماں تھیں، حلیمہ، ان کی بہن تھیں، ام حرام۔</w:t>
      </w:r>
    </w:p>
    <w:p>
      <w:r>
        <w:rPr>
          <w:b/>
        </w:rPr>
        <w:t xml:space="preserve">[47:56] </w:t>
      </w:r>
      <w:r>
        <w:t>to woh Rasool Allah ki khala huin.</w:t>
      </w:r>
    </w:p>
    <w:p>
      <w:pPr>
        <w:jc w:val="right"/>
      </w:pPr>
      <w:r>
        <w:t>تو وہ رسول اللہ کی خالہ ہوئیں۔</w:t>
      </w:r>
    </w:p>
    <w:p>
      <w:r>
        <w:rPr>
          <w:b/>
        </w:rPr>
        <w:t xml:space="preserve">[48:04] </w:t>
      </w:r>
      <w:r>
        <w:t>is lihaz se is ka naam rakha unhon ne hala sultan, us ko kehtay hain. aur sare is mein mashhoor hai, woh jagah bohat hi well known hai, woh jagah wahan par sab log us ko jantay hain, bilkul well known hai. sirf wahan par ek kami mein ne mehsoos ki ke itni bari jagah woh hai, lekin wahan koi kaam nahi ho raha hai. mislan koi wahan madrasa hota, wahan koi dawah adara hota, wahan koi ko</w:t>
      </w:r>
    </w:p>
    <w:p>
      <w:pPr>
        <w:jc w:val="right"/>
      </w:pPr>
      <w:r>
        <w:t>اس لحاظ سے اس کا نام رکھا انہوں نے حالہ سلطان، اس کو کہتے ہیں۔ اور سارے اس میں مشہور ہے، وہ جگہ بہت ہی ویل نون ہے، وہ جگہ وہاں پر سب لوگ اس کو جانتے ہیں، بالکل ویل نون ہے۔ صرف وہاں پر ایک کمی میں نے محسوس کی کہ اتنی بڑی جگہ وہ ہے، لیکن وہاں کوئی کام نہیں ہو رہا ہے۔ مثلاً کوئی وہاں مدرسہ ہوتا، وہاں کوئی دعوتی ادارہ ہوتا، وہاں کوئی کو</w:t>
      </w:r>
    </w:p>
    <w:p>
      <w:r>
        <w:rPr>
          <w:b/>
        </w:rPr>
        <w:t xml:space="preserve">[48:34] </w:t>
      </w:r>
      <w:r>
        <w:t>ee is qism ki anjuman wahan hoti, is ka markaz wahan hota.</w:t>
      </w:r>
    </w:p>
    <w:p>
      <w:pPr>
        <w:jc w:val="right"/>
      </w:pPr>
      <w:r>
        <w:t>ئی اس قسم کی انجمن وہاں ہوتی، اس کا مرکز وہاں ہوتا۔</w:t>
      </w:r>
    </w:p>
    <w:p>
      <w:r>
        <w:rPr>
          <w:b/>
        </w:rPr>
        <w:t xml:space="preserve">[48:38] </w:t>
      </w:r>
      <w:r>
        <w:t>itna qareeb hai airport se woh ke bilkul paidal ki reach mein hai.</w:t>
      </w:r>
    </w:p>
    <w:p>
      <w:pPr>
        <w:jc w:val="right"/>
      </w:pPr>
      <w:r>
        <w:t>اتنا قریب ہے ایئرپورٹ سے وہ کہ بالکل پیدل کی ریچ میں ہے۔</w:t>
      </w:r>
    </w:p>
    <w:p>
      <w:r>
        <w:rPr>
          <w:b/>
        </w:rPr>
        <w:t xml:space="preserve">[48:42] </w:t>
      </w:r>
      <w:r>
        <w:t>woh idhar sheher hai, idhar airport hai.</w:t>
      </w:r>
    </w:p>
    <w:p>
      <w:pPr>
        <w:jc w:val="right"/>
      </w:pPr>
      <w:r>
        <w:t>وہ ادھر شہر ہے، ادھر ایئرپورٹ ہے۔</w:t>
      </w:r>
    </w:p>
    <w:p>
      <w:r>
        <w:rPr>
          <w:b/>
        </w:rPr>
        <w:t xml:space="preserve">[48:47] </w:t>
      </w:r>
      <w:r>
        <w:t>to wahan par ek bohat bara mera khayal se dawah center ban sakta hai, lekin pata nahi kyun</w:t>
      </w:r>
    </w:p>
    <w:p>
      <w:pPr>
        <w:jc w:val="right"/>
      </w:pPr>
      <w:r>
        <w:t>تو وہاں پر ایک بہت بڑا میرا خیال سے دعویٰ سینٹر بن سکتا ہے، لیکن پتہ نہیں کیوں</w:t>
      </w:r>
    </w:p>
    <w:p>
      <w:r>
        <w:rPr>
          <w:b/>
        </w:rPr>
        <w:t xml:space="preserve">[48:51] </w:t>
      </w:r>
      <w:r>
        <w:t>abhi tak aisa wahan nahi hua, jabke wahan par kaafi musalman rehte hain, yaani wahan ke apne bhi</w:t>
      </w:r>
    </w:p>
    <w:p>
      <w:pPr>
        <w:jc w:val="right"/>
      </w:pPr>
      <w:r>
        <w:t>ابھی تک ایسا وہاں نہیں ہوا، جبکہ وہاں پر کافی مسلمان رہتے ہیں، یعنی وہاں کے اپنے بھی</w:t>
      </w:r>
    </w:p>
    <w:p>
      <w:r>
        <w:rPr>
          <w:b/>
        </w:rPr>
        <w:t xml:space="preserve">[48:55] </w:t>
      </w:r>
      <w:r>
        <w:t>aur bahar ke bhi.</w:t>
      </w:r>
    </w:p>
    <w:p>
      <w:pPr>
        <w:jc w:val="right"/>
      </w:pPr>
      <w:r>
        <w:t>اور باہر کے بھی۔</w:t>
      </w:r>
    </w:p>
    <w:p>
      <w:r>
        <w:rPr>
          <w:b/>
        </w:rPr>
        <w:t xml:space="preserve">[49:00] </w:t>
      </w:r>
      <w:r>
        <w:t>Turkon ne kya kiya hai ke wahan par</w:t>
      </w:r>
    </w:p>
    <w:p>
      <w:pPr>
        <w:jc w:val="right"/>
      </w:pPr>
      <w:r>
        <w:t>ترکوں نے کیا کیا ہے کہ وہاں پر</w:t>
      </w:r>
    </w:p>
    <w:p>
      <w:r>
        <w:rPr>
          <w:b/>
        </w:rPr>
        <w:t xml:space="preserve">[49:04] </w:t>
      </w:r>
      <w:r>
        <w:t>near about 40 percent area abhi bhi turkon ke paas hai, Cyprus ka, yaani Cyprus ka.</w:t>
      </w:r>
    </w:p>
    <w:p>
      <w:pPr>
        <w:jc w:val="right"/>
      </w:pPr>
      <w:r>
        <w:t>نیئر اباؤٹ 40 پرسنٹ ایریا ابھی بھی ترکوں کے پاس ہے، قبرص کا، یعنی سائپرس کا۔</w:t>
      </w:r>
    </w:p>
    <w:p>
      <w:r>
        <w:rPr>
          <w:b/>
        </w:rPr>
        <w:t xml:space="preserve">[49:09] </w:t>
      </w:r>
      <w:r>
        <w:t>Cyprus is waqt do mein bata hua hai, yaani yaani more or less 60 percent ek taraf, 40</w:t>
      </w:r>
    </w:p>
    <w:p>
      <w:pPr>
        <w:jc w:val="right"/>
      </w:pPr>
      <w:r>
        <w:t>سائپرس اس وقت دو میں بٹا ہوا ہے، یعنی یعنی مور اور لیس 60 پرسنٹ ایک طرف، 40</w:t>
      </w:r>
    </w:p>
    <w:p>
      <w:r>
        <w:rPr>
          <w:b/>
        </w:rPr>
        <w:t xml:space="preserve">[49:14] </w:t>
      </w:r>
      <w:r>
        <w:t>percent ek taraf.</w:t>
      </w:r>
    </w:p>
    <w:p>
      <w:pPr>
        <w:jc w:val="right"/>
      </w:pPr>
      <w:r>
        <w:t>پرسنٹ ایک طرف۔</w:t>
      </w:r>
    </w:p>
    <w:p>
      <w:r>
        <w:rPr>
          <w:b/>
        </w:rPr>
        <w:t xml:space="preserve">[49:19] </w:t>
      </w:r>
      <w:r>
        <w:t>to 60 percent jo hai, woh Christian dominate karte hain wahan par, unka role wahan par hai.</w:t>
      </w:r>
    </w:p>
    <w:p>
      <w:pPr>
        <w:jc w:val="right"/>
      </w:pPr>
      <w:r>
        <w:t>تو 60 پرسنٹ جو ہے، وہ کرسچن ڈومینیٹ کرتے ہیں وہاں پر، ان کا رول وہاں پر ہے۔</w:t>
      </w:r>
    </w:p>
    <w:p>
      <w:r>
        <w:rPr>
          <w:b/>
        </w:rPr>
        <w:t xml:space="preserve">[49:24] </w:t>
      </w:r>
      <w:r>
        <w:t>60 percent mein 40 percent jo area hai, us mein Turk rule karte hain.</w:t>
      </w:r>
    </w:p>
    <w:p>
      <w:pPr>
        <w:jc w:val="right"/>
      </w:pPr>
      <w:r>
        <w:t>60 پرسنٹ میں 40 پرسنٹ جو ایریا ہے، اس میں ترک رول کرتے ہیں۔</w:t>
      </w:r>
    </w:p>
    <w:p>
      <w:r>
        <w:rPr>
          <w:b/>
        </w:rPr>
        <w:t xml:space="preserve">[49:29] </w:t>
      </w:r>
      <w:r>
        <w:t>unka jhanda hum log</w:t>
      </w:r>
    </w:p>
    <w:p>
      <w:pPr>
        <w:jc w:val="right"/>
      </w:pPr>
      <w:r>
        <w:t>ان کا جھنڈا ہم لوگ</w:t>
      </w:r>
    </w:p>
    <w:p>
      <w:r>
        <w:rPr>
          <w:b/>
        </w:rPr>
        <w:t xml:space="preserve">[49:34] </w:t>
      </w:r>
      <w:r>
        <w:t>on ne dekha tha, jhanda lehra raha hai unka, lekin jhanda to lehra raha hai unhone</w:t>
      </w:r>
    </w:p>
    <w:p>
      <w:pPr>
        <w:jc w:val="right"/>
      </w:pPr>
      <w:r>
        <w:t>وں نے دیکھا تھا، جھنڈا لہرا رہا ہے ان کا، لیکن جھنڈا تو لہرا رہا ہے انہوں نے</w:t>
      </w:r>
    </w:p>
    <w:p>
      <w:r>
        <w:rPr>
          <w:b/>
        </w:rPr>
        <w:t xml:space="preserve">[49:39] </w:t>
      </w:r>
      <w:r>
        <w:t>khoob, lekin wahan da'wati kaam nahi kiya.</w:t>
      </w:r>
    </w:p>
    <w:p>
      <w:pPr>
        <w:jc w:val="right"/>
      </w:pPr>
      <w:r>
        <w:t>خوب، لیکن وہاں دعوتی کام نہیں کیا۔</w:t>
      </w:r>
    </w:p>
    <w:p>
      <w:r>
        <w:rPr>
          <w:b/>
        </w:rPr>
        <w:t xml:space="preserve">[49:43] </w:t>
      </w:r>
      <w:r>
        <w:t>na pehle kiya, na ab kar rahe hain.</w:t>
      </w:r>
    </w:p>
    <w:p>
      <w:pPr>
        <w:jc w:val="right"/>
      </w:pPr>
      <w:r>
        <w:t>نہ پہلے کیا، نہ اب کر رہے ہیں۔</w:t>
      </w:r>
    </w:p>
    <w:p>
      <w:r>
        <w:rPr>
          <w:b/>
        </w:rPr>
        <w:t xml:space="preserve">[49:47] </w:t>
      </w:r>
      <w:r>
        <w:t>koi da'wati kaam nahi kiya unhone.</w:t>
      </w:r>
    </w:p>
    <w:p>
      <w:pPr>
        <w:jc w:val="right"/>
      </w:pPr>
      <w:r>
        <w:t>کوئی دعوتی کام نہیں کیا انہوں نے۔</w:t>
      </w:r>
    </w:p>
    <w:p>
      <w:r>
        <w:rPr>
          <w:b/>
        </w:rPr>
        <w:t xml:space="preserve">[49:51] </w:t>
      </w:r>
      <w:r>
        <w:t>Islam apne aap phaila wahan par, lekin turkon ne koi da'wati kaam wahan par nahi kiya.</w:t>
      </w:r>
    </w:p>
    <w:p>
      <w:pPr>
        <w:jc w:val="right"/>
      </w:pPr>
      <w:r>
        <w:t>اسلام اپنے آپ پھیلا وہاں پر، لیکن ترکوں نے کوئی دعوتی کام وہاں پر نہیں کیا۔</w:t>
      </w:r>
    </w:p>
    <w:p>
      <w:r>
        <w:rPr>
          <w:b/>
        </w:rPr>
        <w:t xml:space="preserve">[49:56] </w:t>
      </w:r>
      <w:r>
        <w:t>aur turkon ka musalman to India ke poochte hain turkon ko, lekin aap Arabon mein jaiye to Arabon</w:t>
      </w:r>
    </w:p>
    <w:p>
      <w:pPr>
        <w:jc w:val="right"/>
      </w:pPr>
      <w:r>
        <w:t>اور ترکوں کا مسلمان تو انڈیا کے پوچھتے ہیں ترکوں کو، لیکن آپ عربوں میں جائیے تو عربوں</w:t>
      </w:r>
    </w:p>
    <w:p>
      <w:r>
        <w:rPr>
          <w:b/>
        </w:rPr>
        <w:t xml:space="preserve">[50:00] </w:t>
      </w:r>
      <w:r>
        <w:t>mein unka koi acha image nahi hai turkon ki, jahan woh hukumat karte rahe bohat dinon tak.</w:t>
      </w:r>
    </w:p>
    <w:p>
      <w:pPr>
        <w:jc w:val="right"/>
      </w:pPr>
      <w:r>
        <w:t>میں ان کا کوئی اچھا امیج نہیں ہے ترکوں کی، جہاں وہ حکومت کرتے رہے بہت دنوں تک۔</w:t>
      </w:r>
    </w:p>
    <w:p>
      <w:r>
        <w:rPr>
          <w:b/>
        </w:rPr>
        <w:t xml:space="preserve">[50:04] </w:t>
      </w:r>
      <w:r>
        <w:t>aap sirf ek kitaab parh lijiye, un ki kitaab jo hai tareekh al-hadarat al-arabia, tareekh al-hadarat al-arabia, kurd ali shami.</w:t>
      </w:r>
    </w:p>
    <w:p>
      <w:pPr>
        <w:jc w:val="right"/>
      </w:pPr>
      <w:r>
        <w:t>آپ صرف ایک کتاب پڑھ لیجئے، ان کی کتاب جو ہے تاریخ الحضارت عربیہ، تاریخ الحضارت عربیہ، کرد علی شامی۔</w:t>
      </w:r>
    </w:p>
    <w:p>
      <w:r>
        <w:rPr>
          <w:b/>
        </w:rPr>
        <w:t xml:space="preserve">[50:12] </w:t>
      </w:r>
      <w:r>
        <w:t>kurd ali shami ki kitaab hai tareekh al-hadarat al-arabia, jis mein unhon ne dikhaya hai ke turkon ne</w:t>
      </w:r>
    </w:p>
    <w:p>
      <w:pPr>
        <w:jc w:val="right"/>
      </w:pPr>
      <w:r>
        <w:t>کرد علی شامی کی کتاب ہے تاریخ الحضارت عربیہ، جس میں انہوں نے دکھایا ہے کہ ترکوں نے</w:t>
      </w:r>
    </w:p>
    <w:p>
      <w:r>
        <w:rPr>
          <w:b/>
        </w:rPr>
        <w:t xml:space="preserve">[50:20] </w:t>
      </w:r>
      <w:r>
        <w:t>arabon ko par hukoomat ki, lekin koi taraqqi nahi di un ko.</w:t>
      </w:r>
    </w:p>
    <w:p>
      <w:pPr>
        <w:jc w:val="right"/>
      </w:pPr>
      <w:r>
        <w:t>عربوں کو پر حکومت کی، لیکن کوئی ترقی نہیں دی ان کو۔</w:t>
      </w:r>
    </w:p>
    <w:p>
      <w:r>
        <w:rPr>
          <w:b/>
        </w:rPr>
        <w:t xml:space="preserve">[50:27] </w:t>
      </w:r>
      <w:r>
        <w:t>same happened to cyprus ke wahan jhanda to gaare hue hain, lekin</w:t>
      </w:r>
    </w:p>
    <w:p>
      <w:pPr>
        <w:jc w:val="right"/>
      </w:pPr>
      <w:r>
        <w:t>سیم ہیپنڈ ٹو سائپرس کہ وہاں جھنڈا تو گاڑے ہوئے ہیں، لیکن</w:t>
      </w:r>
    </w:p>
    <w:p>
      <w:r>
        <w:rPr>
          <w:b/>
        </w:rPr>
        <w:t xml:space="preserve">[50:35] </w:t>
      </w:r>
      <w:r>
        <w:t>taraqqi ka koi kaam nahi.</w:t>
      </w:r>
    </w:p>
    <w:p>
      <w:pPr>
        <w:jc w:val="right"/>
      </w:pPr>
      <w:r>
        <w:t>ترقی کا کوئی کام نہیں۔</w:t>
      </w:r>
    </w:p>
    <w:p>
      <w:r>
        <w:rPr>
          <w:b/>
        </w:rPr>
        <w:t xml:space="preserve">[50:40] </w:t>
      </w:r>
      <w:r>
        <w:t>abhi bhi aap dekhiye to jo christian part hai cyprus ka, wahan development hai, aur jo turkish part</w:t>
      </w:r>
    </w:p>
    <w:p>
      <w:pPr>
        <w:jc w:val="right"/>
      </w:pPr>
      <w:r>
        <w:t>ابھی بھی آپ دیکھیے تو جو کرسچن پارٹ ہے سائپرس کا، وہاں ڈیولپمنٹ ہے، اور جو ترکش پارٹ</w:t>
      </w:r>
    </w:p>
    <w:p>
      <w:r>
        <w:rPr>
          <w:b/>
        </w:rPr>
        <w:t xml:space="preserve">[50:45] </w:t>
      </w:r>
      <w:r>
        <w:t>hai, wahan development nahi hai.</w:t>
      </w:r>
    </w:p>
    <w:p>
      <w:pPr>
        <w:jc w:val="right"/>
      </w:pPr>
      <w:r>
        <w:t>ہے، وہاں ڈیولپمنٹ نہیں ہے۔</w:t>
      </w:r>
    </w:p>
    <w:p>
      <w:r>
        <w:rPr>
          <w:b/>
        </w:rPr>
        <w:t xml:space="preserve">[50:50] </w:t>
      </w:r>
      <w:r>
        <w:t>to isi ka ek bohat chota sa namoona yeh hai ke salha sultan jo hai, woh jo center</w:t>
      </w:r>
    </w:p>
    <w:p>
      <w:pPr>
        <w:jc w:val="right"/>
      </w:pPr>
      <w:r>
        <w:t>تو اسی کا ایک بہت چھوٹا سا نمونہ یہ ہے کہ سالہ سلطان جو ہے، وہ جو سینٹر</w:t>
      </w:r>
    </w:p>
    <w:p>
      <w:r>
        <w:rPr>
          <w:b/>
        </w:rPr>
        <w:t xml:space="preserve">[50:55] </w:t>
      </w:r>
      <w:r>
        <w:t>itna bara hai, koi is ka istemaal nahi hai, halankay zabardast dawah center ban sakta hai.</w:t>
      </w:r>
    </w:p>
    <w:p>
      <w:pPr>
        <w:jc w:val="right"/>
      </w:pPr>
      <w:r>
        <w:t>اتنا بڑا ہے، کوئی اس کا استعمال نہیں ہے، حالانکہ زبردست دعویٰ سینٹر بن سکتا ہے۔</w:t>
      </w:r>
    </w:p>
    <w:p>
      <w:r>
        <w:rPr>
          <w:b/>
        </w:rPr>
        <w:t xml:space="preserve">[51:00] </w:t>
      </w:r>
      <w:r>
        <w:t>woh itni achi taameeraat wahan par hain, itna acha, itna kaafi zameen un ke paas hai,</w:t>
      </w:r>
    </w:p>
    <w:p>
      <w:pPr>
        <w:jc w:val="right"/>
      </w:pPr>
      <w:r>
        <w:t>وہ اتنی اچھی تعمیرات وہاں پر ہیں، اتنا اچھا، اتنا کافی زمین ان کے پاس ہے،</w:t>
      </w:r>
    </w:p>
    <w:p>
      <w:r>
        <w:rPr>
          <w:b/>
        </w:rPr>
        <w:t xml:space="preserve">[51:05] </w:t>
      </w:r>
      <w:r>
        <w:t>yaani bana banaya center hai, woh bana banaya kuch karna nahi, siwaye is ke ke aadmi wahan baith</w:t>
      </w:r>
    </w:p>
    <w:p>
      <w:pPr>
        <w:jc w:val="right"/>
      </w:pPr>
      <w:r>
        <w:t>یعنی بنا بنایا سینٹر ہے، وہ بنا بنایا کچھ کرنا نہیں، سوائے اس کے کہ آدمی وہاں بیٹھ</w:t>
      </w:r>
    </w:p>
    <w:p>
      <w:r>
        <w:rPr>
          <w:b/>
        </w:rPr>
        <w:t xml:space="preserve">[51:11] </w:t>
      </w:r>
      <w:r>
        <w:t>jaye aur kaam shuru kar de.</w:t>
      </w:r>
    </w:p>
    <w:p>
      <w:pPr>
        <w:jc w:val="right"/>
      </w:pPr>
      <w:r>
        <w:t>جائے اور کام شروع کر دے۔</w:t>
      </w:r>
    </w:p>
    <w:p>
      <w:r>
        <w:rPr>
          <w:b/>
        </w:rPr>
        <w:t xml:space="preserve">[51:18] </w:t>
      </w:r>
      <w:r>
        <w:t>to beharhaal hum log inshallah koshish kar rahe hain ke kuch wahan jo naujawan mile thay, hum ko</w:t>
      </w:r>
    </w:p>
    <w:p>
      <w:pPr>
        <w:jc w:val="right"/>
      </w:pPr>
      <w:r>
        <w:t>تو بہرحال ہم لوگ انشاءاللہ کوشش کر رہے ہیں کہ کچھ وہاں جو نوجوان ملے تھے، ہم کو</w:t>
      </w:r>
    </w:p>
    <w:p>
      <w:r>
        <w:rPr>
          <w:b/>
        </w:rPr>
        <w:t xml:space="preserve">[51:24] </w:t>
      </w:r>
      <w:r>
        <w:t>un ko raghib karein ke is ka ek dawti istemaal woh shuru karein, wahan par koi aisa ek</w:t>
      </w:r>
    </w:p>
    <w:p>
      <w:pPr>
        <w:jc w:val="right"/>
      </w:pPr>
      <w:r>
        <w:t>ان کو راغب کریں کہ اس کا ایک دعوتی استعمال وہ شروع کریں، وہاں پر کوئی ایسا ایک</w:t>
      </w:r>
    </w:p>
    <w:p>
      <w:r>
        <w:rPr>
          <w:b/>
        </w:rPr>
        <w:t xml:space="preserve">[51:30] </w:t>
      </w:r>
      <w:r>
        <w:t>qaim karein, aur wahan par</w:t>
      </w:r>
    </w:p>
    <w:p>
      <w:pPr>
        <w:jc w:val="right"/>
      </w:pPr>
      <w:r>
        <w:t>قائم کریں، اور وہاں پر</w:t>
      </w:r>
    </w:p>
    <w:p>
      <w:r>
        <w:rPr>
          <w:b/>
        </w:rPr>
        <w:t xml:space="preserve">[51:36] </w:t>
      </w:r>
      <w:r>
        <w:t>yaani bohat kaafi wahan tourist aate hain, aur business ke liye aate hain, education ke liye aate hain,</w:t>
      </w:r>
    </w:p>
    <w:p>
      <w:pPr>
        <w:jc w:val="right"/>
      </w:pPr>
      <w:r>
        <w:t>یعنی بہت کافی وہاں ٹورسٹ آتے ہیں، اور بزنس کے لیے آتے ہیں، ایجوکیشن کے لیے آتے ہیں،</w:t>
      </w:r>
    </w:p>
    <w:p>
      <w:r>
        <w:rPr>
          <w:b/>
        </w:rPr>
        <w:t xml:space="preserve">[51:43] </w:t>
      </w:r>
      <w:r>
        <w:t>to un ke darmiyan dawah kiya ja sake.</w:t>
      </w:r>
    </w:p>
    <w:p>
      <w:pPr>
        <w:jc w:val="right"/>
      </w:pPr>
      <w:r>
        <w:t>تو ان کے درمیان دعوت کیا جا سکے۔</w:t>
      </w:r>
    </w:p>
    <w:p>
      <w:r>
        <w:rPr>
          <w:b/>
        </w:rPr>
        <w:t xml:space="preserve">[51:49] </w:t>
      </w:r>
      <w:r>
        <w:t>to kuch naujawan hamare contact mein woh aaye, un se inshallah hamein umeed hai ke woh is kaam</w:t>
      </w:r>
    </w:p>
    <w:p>
      <w:pPr>
        <w:jc w:val="right"/>
      </w:pPr>
      <w:r>
        <w:t>تو کچھ نوجوان ہمارے کنٹیکٹ میں وہ آئے، ان سے انشاءاللہ ہمیں امید ہے کہ وہ اس کام</w:t>
      </w:r>
    </w:p>
    <w:p>
      <w:r>
        <w:rPr>
          <w:b/>
        </w:rPr>
        <w:t xml:space="preserve">[51:56] </w:t>
      </w:r>
      <w:r>
        <w:t>ko anjaam dein ge.</w:t>
      </w:r>
    </w:p>
    <w:p>
      <w:pPr>
        <w:jc w:val="right"/>
      </w:pPr>
      <w:r>
        <w:t>کو انجام دیں گے۔</w:t>
      </w:r>
    </w:p>
    <w:p>
      <w:r>
        <w:rPr>
          <w:b/>
        </w:rPr>
        <w:t xml:space="preserve">[52:02] </w:t>
      </w:r>
      <w:r>
        <w:t>ab mein aap logon ko yeh kehna chahunga ke</w:t>
      </w:r>
    </w:p>
    <w:p>
      <w:pPr>
        <w:jc w:val="right"/>
      </w:pPr>
      <w:r>
        <w:t>اب میں آپ لوگوں کو یہ کہنا چاہوں گا کہ</w:t>
      </w:r>
    </w:p>
    <w:p>
      <w:r>
        <w:rPr>
          <w:b/>
        </w:rPr>
        <w:t xml:space="preserve">[52:08] </w:t>
      </w:r>
      <w:r>
        <w:t>jo abhi mein ne kaha ke khuda ne apne deen ko, yaani islam ko, ek lambe historical process</w:t>
      </w:r>
    </w:p>
    <w:p>
      <w:pPr>
        <w:jc w:val="right"/>
      </w:pPr>
      <w:r>
        <w:t>جو ابھی میں نے کہا کہ خدا نے اپنے دین کو، یعنی اسلام کو، ایک لمبے ہسٹوریکل پروسیس</w:t>
      </w:r>
    </w:p>
    <w:p>
      <w:r>
        <w:rPr>
          <w:b/>
        </w:rPr>
        <w:t xml:space="preserve">[52:16] </w:t>
      </w:r>
      <w:r>
        <w:t>ke baad is position mein pohanchaya hai ke sari reason, sara scientific argument is ke favor mein hai us waqt.</w:t>
      </w:r>
    </w:p>
    <w:p>
      <w:pPr>
        <w:jc w:val="right"/>
      </w:pPr>
      <w:r>
        <w:t>کے بعد اس پوزیشن میں پہنچایا ہے کہ ساری ریزن، سارا سائنٹیفک ارگیومنٹ اس کے فیور میں ہے اس وقت۔</w:t>
      </w:r>
    </w:p>
    <w:p>
      <w:r>
        <w:rPr>
          <w:b/>
        </w:rPr>
        <w:t xml:space="preserve">[52:23] </w:t>
      </w:r>
      <w:r>
        <w:t>to gaya ke islam un opposed victory ki position mein hai ideological field mein, lekin lekin musalman kya</w:t>
      </w:r>
    </w:p>
    <w:p>
      <w:pPr>
        <w:jc w:val="right"/>
      </w:pPr>
      <w:r>
        <w:t>تو گیا کہ اسلام ان اپوزڈ وکٹری کی پوزیشن میں ہے آئیڈیالوجیکل فیلڈ میں، لیکن لیکن مسلمان کیا</w:t>
      </w:r>
    </w:p>
    <w:p>
      <w:r>
        <w:rPr>
          <w:b/>
        </w:rPr>
        <w:t xml:space="preserve">[52:31] </w:t>
      </w:r>
      <w:r>
        <w:t>kar rahe hain ke doosre doosre</w:t>
      </w:r>
    </w:p>
    <w:p>
      <w:pPr>
        <w:jc w:val="right"/>
      </w:pPr>
      <w:r>
        <w:t>کر رہے ہیں کہ دوسرے دوسرے</w:t>
      </w:r>
    </w:p>
    <w:p>
      <w:r>
        <w:rPr>
          <w:b/>
        </w:rPr>
        <w:t xml:space="preserve">[52:38] </w:t>
      </w:r>
      <w:r>
        <w:t>field mein, political field mein, social work ki field mein, kis field mein, kis field mein ja kar</w:t>
      </w:r>
    </w:p>
    <w:p>
      <w:pPr>
        <w:jc w:val="right"/>
      </w:pPr>
      <w:r>
        <w:t>فیلڈ میں، پولیٹیکل فیلڈ میں، سوشل ورک کی فیلڈ میں، کس فیلڈ میں، کس فیلڈ میں جا کر</w:t>
      </w:r>
    </w:p>
    <w:p>
      <w:r>
        <w:rPr>
          <w:b/>
        </w:rPr>
        <w:t xml:space="preserve">[52:46] </w:t>
      </w:r>
      <w:r>
        <w:t>ke woh koshishen kar rahe hain apni dawah ki field mein, kuch bhi nahin ho raha hai.</w:t>
      </w:r>
    </w:p>
    <w:p>
      <w:pPr>
        <w:jc w:val="right"/>
      </w:pPr>
      <w:r>
        <w:t>کے وہ کوششیں کر رہے ہیں اپنی دعویٰ کی فیلڈ میں، کچھ بھی نہیں ہو رہا ہے۔</w:t>
      </w:r>
    </w:p>
    <w:p>
      <w:r>
        <w:rPr>
          <w:b/>
        </w:rPr>
        <w:t xml:space="preserve">[52:54] </w:t>
      </w:r>
      <w:r>
        <w:t>to ideological field mein jo opportunity hamare liye khuli hai, us ko koi avail karne wala nahin hai.</w:t>
      </w:r>
    </w:p>
    <w:p>
      <w:pPr>
        <w:jc w:val="right"/>
      </w:pPr>
      <w:r>
        <w:t>تو آئیڈیالوجیکل فیلڈ میں جو اپرچونیٹی ہمارے لیے کھلی ہے، اس کو کوئی اویل کرنے والا نہیں ہے۔</w:t>
      </w:r>
    </w:p>
    <w:p>
      <w:r>
        <w:rPr>
          <w:b/>
        </w:rPr>
        <w:t xml:space="preserve">[53:01] </w:t>
      </w:r>
      <w:r>
        <w:t>to mein aap logon ko kahunga ke aap is mein is maidan mein zyada se zyada aage badhein. Kal</w:t>
      </w:r>
    </w:p>
    <w:p>
      <w:pPr>
        <w:jc w:val="right"/>
      </w:pPr>
      <w:r>
        <w:t>تو میں آپ لوگوں کو کہوں گا کہ آپ اس میں اس میدان میں زیادہ سے زیادہ آگے بڑھیں۔ کل</w:t>
      </w:r>
    </w:p>
    <w:p>
      <w:r>
        <w:rPr>
          <w:b/>
        </w:rPr>
        <w:t xml:space="preserve">[53:09] </w:t>
      </w:r>
      <w:r>
        <w:t>mere paas types of India ke ek sahib aaye the to mere kaam ke bare mein un se baat hui.</w:t>
      </w:r>
    </w:p>
    <w:p>
      <w:pPr>
        <w:jc w:val="right"/>
      </w:pPr>
      <w:r>
        <w:t>میرے پاس ٹائپس آف انڈیا کے ایک صاحب آئے تھے تو میرے کام کے بارے میں ان سے بات ہوئی۔</w:t>
      </w:r>
    </w:p>
    <w:p>
      <w:r>
        <w:rPr>
          <w:b/>
        </w:rPr>
        <w:t xml:space="preserve">[53:16] </w:t>
      </w:r>
      <w:r>
        <w:t>to mein ne kaha ke dekhiye, Mahatma Gandhi jo hai, independence pehle bohat hi successful leader the,</w:t>
      </w:r>
    </w:p>
    <w:p>
      <w:pPr>
        <w:jc w:val="right"/>
      </w:pPr>
      <w:r>
        <w:t>تو میں نے کہا کہ دیکھیے، مہاتما گاندھی جو ہے، انڈیپینڈنس پہلے بہت ہی سکسیس فل لیڈر تھے،</w:t>
      </w:r>
    </w:p>
    <w:p>
      <w:r>
        <w:rPr>
          <w:b/>
        </w:rPr>
        <w:t xml:space="preserve">[53:24] </w:t>
      </w:r>
      <w:r>
        <w:t>independence ke baad fail ho gaye, woh kuch nahin kar paaye, woh first mure, woh unhon ne kaha</w:t>
      </w:r>
    </w:p>
    <w:p>
      <w:pPr>
        <w:jc w:val="right"/>
      </w:pPr>
      <w:r>
        <w:t>انڈیپینڈنس کے بعد فیل ہو گئے، وہ کچھ نہیں کر پائے، وہ فرسٹ مرے، وہ انہوں نے کہا</w:t>
      </w:r>
    </w:p>
    <w:p>
      <w:r>
        <w:rPr>
          <w:b/>
        </w:rPr>
        <w:t xml:space="preserve">[53:31] </w:t>
      </w:r>
      <w:r>
        <w:t>ke ab meri kaun sune ga? Kyun? Unhon ne auto se pehle jo kaam kiya, woh</w:t>
      </w:r>
    </w:p>
    <w:p>
      <w:pPr>
        <w:jc w:val="right"/>
      </w:pPr>
      <w:r>
        <w:t>کہ اب میری کون سنے گا؟ کیوں؟ انہوں نے آٹو سے پہلے جو کام کیا، وہ</w:t>
      </w:r>
    </w:p>
    <w:p>
      <w:r>
        <w:rPr>
          <w:b/>
        </w:rPr>
        <w:t xml:space="preserve">[53:39] </w:t>
      </w:r>
      <w:r>
        <w:t>British Empire ko target kiya tha.</w:t>
      </w:r>
    </w:p>
    <w:p>
      <w:pPr>
        <w:jc w:val="right"/>
      </w:pPr>
      <w:r>
        <w:t>برٹش ایمپائر کو ٹارگٹ کیا تھا۔</w:t>
      </w:r>
    </w:p>
    <w:p>
      <w:r>
        <w:rPr>
          <w:b/>
        </w:rPr>
        <w:t xml:space="preserve">[53:44] </w:t>
      </w:r>
      <w:r>
        <w:t>Unhon ne British, yani Quit India, to Quit India par unhon ne phir un ko mobilize kiya aur</w:t>
      </w:r>
    </w:p>
    <w:p>
      <w:pPr>
        <w:jc w:val="right"/>
      </w:pPr>
      <w:r>
        <w:t>انہوں نے برٹش، یعنی کوئٹ انڈیا، تو کوئٹ انڈیا پر انہوں نے پھر ان کو موبیلائز کیا اور</w:t>
      </w:r>
    </w:p>
    <w:p>
      <w:r>
        <w:rPr>
          <w:b/>
        </w:rPr>
        <w:t xml:space="preserve">[53:49] </w:t>
      </w:r>
      <w:r>
        <w:t>bohat bari bheed un ka ikhatta ho gayi.</w:t>
      </w:r>
    </w:p>
    <w:p>
      <w:pPr>
        <w:jc w:val="right"/>
      </w:pPr>
      <w:r>
        <w:t>بہت بڑی بھیڑ ان کا اکٹھا ہو گئی۔</w:t>
      </w:r>
    </w:p>
    <w:p>
      <w:r>
        <w:rPr>
          <w:b/>
        </w:rPr>
        <w:t xml:space="preserve">[53:55] </w:t>
      </w:r>
      <w:r>
        <w:t>to is ki taqat se angrezon ko jahan chhodna pada, lekin yani post independence India mein jo kaam</w:t>
      </w:r>
    </w:p>
    <w:p>
      <w:pPr>
        <w:jc w:val="right"/>
      </w:pPr>
      <w:r>
        <w:t>تو اس کی طاقت سے انگریزوں کو جہاں چھوڑنا پڑا، لیکن یعنی پوسٹ انڈیپینڈنس انڈیا میں جو کام</w:t>
      </w:r>
    </w:p>
    <w:p>
      <w:r>
        <w:rPr>
          <w:b/>
        </w:rPr>
        <w:t xml:space="preserve">[54:00] </w:t>
      </w:r>
      <w:r>
        <w:t>karna tha, us ke liye team chahiye thi.</w:t>
      </w:r>
    </w:p>
    <w:p>
      <w:pPr>
        <w:jc w:val="right"/>
      </w:pPr>
      <w:r>
        <w:t>کرنا تھا، اس کے لیے ٹیم چاہیے تھی۔</w:t>
      </w:r>
    </w:p>
    <w:p>
      <w:r>
        <w:rPr>
          <w:b/>
        </w:rPr>
        <w:t xml:space="preserve">[54:05] </w:t>
      </w:r>
      <w:r>
        <w:t>Team, team thi nahin un ke paas,</w:t>
      </w:r>
    </w:p>
    <w:p>
      <w:pPr>
        <w:jc w:val="right"/>
      </w:pPr>
      <w:r>
        <w:t>ٹیم، ٹیم تھی نہیں ان کے پاس،</w:t>
      </w:r>
    </w:p>
    <w:p>
      <w:r>
        <w:rPr>
          <w:b/>
        </w:rPr>
        <w:t xml:space="preserve">[54:11] </w:t>
      </w:r>
      <w:r>
        <w:t>gandhi ke paas koi team nahi thi. gandhi to awam ko mobilize karte rahe, bas sadkon par bari bari bheed akhatta ho jaye, jalson par bari bari bheed akhatta ho jaye, aur us us us bheed ko unhon ne ek ek ek taqat ke taur par istemal kiya british british ke khilaf, jis mein woh kamyab hue. lekin baad ka zamana jo tha, yahan to koi aisa nahi tha, koi jis ke jis se aap takkar. takraao</w:t>
      </w:r>
    </w:p>
    <w:p>
      <w:pPr>
        <w:jc w:val="right"/>
      </w:pPr>
      <w:r>
        <w:t>گاندھی کے پاس کوئی ٹیم نہیں تھی۔ گاندھی تو عوام کو موبیلائز کرتے رہے، بس سڑکوں پر بڑی بڑی بھیڑ اکٹھا ہو جائے، جلسوں پر بڑی بڑی بھیڑ اکٹھا ہو جائے، اور اس اس اس بھیڑ کو انہوں نے ایک ایک ایک طاقت کے طور پر استعمال کیا برٹش برٹش کے خلاف، جس میں وہ کامیاب ہوئے۔ لیکن بعد کا زمانہ جو تھا، یہاں تو کوئی ایسا نہیں تھا، کوئی جس کے جس سے آپ ٹکرائیں۔ ٹکراؤ</w:t>
      </w:r>
    </w:p>
    <w:p>
      <w:r>
        <w:rPr>
          <w:b/>
        </w:rPr>
        <w:t xml:space="preserve">[54:41] </w:t>
      </w:r>
      <w:r>
        <w:t>ki policy jo chalayi thi gandhi ne, woh azadi se pehle kaam kar sakti thi. ab to takraao kis se karenge? apne logon se takraao karenge aap? aur kuch log nadani mein kar rahe hain to bhaat band aur chaka jaam karte hain, strike karte hain, desh ko tabah kar rahe hain. to mein ne kaha ke dekhiye, mahatma gandhi ka kaam jahan, yaani jahan khatam hua tha, wahan se hamara kaam shuru hua hai. yaani hum team bana rahe hain, team jo fabric</w:t>
      </w:r>
    </w:p>
    <w:p>
      <w:pPr>
        <w:jc w:val="right"/>
      </w:pPr>
      <w:r>
        <w:t>کی پالیسی جو چلائی تھی گاندھی نے، وہ آزادی سے پہلے کام کر سکتی تھی۔ اب تو ٹکراؤ کس سے کریں گے؟ اپنے لوگوں سے ٹکراؤ کریں گے آپ؟ اور کچھ لوگ نادانی میں کر رہے ہیں تو بھات بند اور چکا جام کرتے ہیں، اسٹرائیک کرتے ہیں، دیش کو تباہ کر رہے ہیں۔ تو میں نے کہا کہ دیکھیے، مہاتما گاندھی کا کام جہاں، یعنی جہاں ختم ہوا تھا، وہاں سے ہمارا کام شروع ہوا ہے۔ یعنی ہم ٹیم بنا رہے ہیں، ٹیم جو فیبر س</w:t>
      </w:r>
    </w:p>
    <w:p>
      <w:r>
        <w:rPr>
          <w:b/>
        </w:rPr>
        <w:t xml:space="preserve">[55:11] </w:t>
      </w:r>
      <w:r>
        <w:t>society ka mein ne hawala diya, jis se England mein kiya tha, unhon ne faber society ne pehle</w:t>
      </w:r>
    </w:p>
    <w:p>
      <w:pPr>
        <w:jc w:val="right"/>
      </w:pPr>
      <w:r>
        <w:t>وسائٹی کا میں نے حوالہ دیا، جس سے انگلینڈ میں کیا تھا، انہوں نے فیبر سوسائٹی نے پہلے</w:t>
      </w:r>
    </w:p>
    <w:p>
      <w:r>
        <w:rPr>
          <w:b/>
        </w:rPr>
        <w:t xml:space="preserve">[55:15] </w:t>
      </w:r>
      <w:r>
        <w:t>team banayi, unhon ne phir team ne aage badh kar kaam kiya.</w:t>
      </w:r>
    </w:p>
    <w:p>
      <w:pPr>
        <w:jc w:val="right"/>
      </w:pPr>
      <w:r>
        <w:t>ٹیم بنائی، انہوں نے پھر ٹیم نے آگے بڑھ کر کام کیا۔</w:t>
      </w:r>
    </w:p>
    <w:p>
      <w:r>
        <w:rPr>
          <w:b/>
        </w:rPr>
        <w:t xml:space="preserve">[55:19] </w:t>
      </w:r>
      <w:r>
        <w:t>to yeh do phase mein kaam hua un ka.</w:t>
      </w:r>
    </w:p>
    <w:p>
      <w:pPr>
        <w:jc w:val="right"/>
      </w:pPr>
      <w:r>
        <w:t>تو یہ دو فیز میں کام ہوا ان کا۔</w:t>
      </w:r>
    </w:p>
    <w:p>
      <w:r>
        <w:rPr>
          <w:b/>
        </w:rPr>
        <w:t xml:space="preserve">[55:24] </w:t>
      </w:r>
      <w:r>
        <w:t>to hum yeh jo yahan par hum karte hain, yahan par aur is tarah ki doosri activities jo</w:t>
      </w:r>
    </w:p>
    <w:p>
      <w:pPr>
        <w:jc w:val="right"/>
      </w:pPr>
      <w:r>
        <w:t>تو ہم یہ جو یہاں پر ہم کرتے ہیں، یہاں پر اور اس طرح کی دوسری ایکٹیویٹیز جو</w:t>
      </w:r>
    </w:p>
    <w:p>
      <w:r>
        <w:rPr>
          <w:b/>
        </w:rPr>
        <w:t xml:space="preserve">[55:28] </w:t>
      </w:r>
      <w:r>
        <w:t>hamari hain, to ek team banane ke liye aap log woh team hain.</w:t>
      </w:r>
    </w:p>
    <w:p>
      <w:pPr>
        <w:jc w:val="right"/>
      </w:pPr>
      <w:r>
        <w:t>ہماری ہیں، تو ایک ٹیم بنانے کے لیے آپ لوگ وہ ٹیم ہیں۔</w:t>
      </w:r>
    </w:p>
    <w:p>
      <w:r>
        <w:rPr>
          <w:b/>
        </w:rPr>
        <w:t xml:space="preserve">[55:32] </w:t>
      </w:r>
      <w:r>
        <w:t>to hamara pehla nishana yeh hai ke ek team ban jaye.</w:t>
      </w:r>
    </w:p>
    <w:p>
      <w:pPr>
        <w:jc w:val="right"/>
      </w:pPr>
      <w:r>
        <w:t>تو ہمارا پہلا نشانہ یہ ہے کہ ایک ٹیم بن جائے۔</w:t>
      </w:r>
    </w:p>
    <w:p>
      <w:r>
        <w:rPr>
          <w:b/>
        </w:rPr>
        <w:t xml:space="preserve">[55:37] </w:t>
      </w:r>
      <w:r>
        <w:t>Agla kaam jo hai, woh yeh team anjam degi,</w:t>
      </w:r>
    </w:p>
    <w:p>
      <w:pPr>
        <w:jc w:val="right"/>
      </w:pPr>
      <w:r>
        <w:t>اگلا کام جو ہے، وہ یہ ٹیم انجام دے گی،</w:t>
      </w:r>
    </w:p>
    <w:p>
      <w:r>
        <w:rPr>
          <w:b/>
        </w:rPr>
        <w:t xml:space="preserve">[55:41] </w:t>
      </w:r>
      <w:r>
        <w:t>jaisa ke faber society ne kiya England mein.</w:t>
      </w:r>
    </w:p>
    <w:p>
      <w:pPr>
        <w:jc w:val="right"/>
      </w:pPr>
      <w:r>
        <w:t>جیسا کہ فیبر سوسائٹی نے کیا انگلینڈ میں۔</w:t>
      </w:r>
    </w:p>
    <w:p>
      <w:r>
        <w:rPr>
          <w:b/>
        </w:rPr>
        <w:t xml:space="preserve">[55:46] </w:t>
      </w:r>
      <w:r>
        <w:t>to aap ko consciously jaanna chahiye ke aap ka mission kya hai, aap ka role kya hai, aap</w:t>
      </w:r>
    </w:p>
    <w:p>
      <w:pPr>
        <w:jc w:val="right"/>
      </w:pPr>
      <w:r>
        <w:t>تو آپ کو کانشیسلی جاننا چاہیے کہ آپ کا مشن کیا ہے، آپ کا رول کیا ہے، آپ</w:t>
      </w:r>
    </w:p>
    <w:p>
      <w:r>
        <w:rPr>
          <w:b/>
        </w:rPr>
        <w:t xml:space="preserve">[55:51] </w:t>
      </w:r>
      <w:r>
        <w:t>ko is duniya mein karna kya hai.</w:t>
      </w:r>
    </w:p>
    <w:p>
      <w:pPr>
        <w:jc w:val="right"/>
      </w:pPr>
      <w:r>
        <w:t>کو اس دنیا میں کرنا کیا ہے۔</w:t>
      </w:r>
    </w:p>
    <w:p>
      <w:r>
        <w:rPr>
          <w:b/>
        </w:rPr>
        <w:t xml:space="preserve">[55:56] </w:t>
      </w:r>
      <w:r>
        <w:t>Consciously jaanna chahiye, consciously.</w:t>
      </w:r>
    </w:p>
    <w:p>
      <w:pPr>
        <w:jc w:val="right"/>
      </w:pPr>
      <w:r>
        <w:t>کانشیسلی جاننا چاہیے، کانشیسلی۔</w:t>
      </w:r>
    </w:p>
    <w:p>
      <w:r>
        <w:rPr>
          <w:b/>
        </w:rPr>
        <w:t xml:space="preserve">[56:01] </w:t>
      </w:r>
      <w:r>
        <w:t>Is waqt hamari saari jo phases hain, hamara zor jo hamara hai, woh hai team banane par.</w:t>
      </w:r>
    </w:p>
    <w:p>
      <w:pPr>
        <w:jc w:val="right"/>
      </w:pPr>
      <w:r>
        <w:t>اس وقت ہماری ساری جو فیسز ہیں، ہمارا زور جو ہمارا ہے، وہ ہے ٹیم بنانے پر۔</w:t>
      </w:r>
    </w:p>
    <w:p>
      <w:r>
        <w:rPr>
          <w:b/>
        </w:rPr>
        <w:t xml:space="preserve">[56:06] </w:t>
      </w:r>
      <w:r>
        <w:t>jab tak hum</w:t>
      </w:r>
    </w:p>
    <w:p>
      <w:pPr>
        <w:jc w:val="right"/>
      </w:pPr>
      <w:r>
        <w:t>جب تک ہم</w:t>
      </w:r>
    </w:p>
    <w:p>
      <w:r>
        <w:rPr>
          <w:b/>
        </w:rPr>
        <w:t xml:space="preserve">[56:11] </w:t>
      </w:r>
      <w:r>
        <w:t>is mein, yaani jitna hum is mein kamyab honge, yaani team banane mein, utna hi hum agle</w:t>
      </w:r>
    </w:p>
    <w:p>
      <w:pPr>
        <w:jc w:val="right"/>
      </w:pPr>
      <w:r>
        <w:t>اس میں، یعنی جتنا ہم اس میں کامیاب ہوں گے، یعنی ٹیم بنانے میں، اتنا ہی ہم اگلے</w:t>
      </w:r>
    </w:p>
    <w:p>
      <w:r>
        <w:rPr>
          <w:b/>
        </w:rPr>
        <w:t xml:space="preserve">[56:16] </w:t>
      </w:r>
      <w:r>
        <w:t>marhale mein kamyabi hasil kar sakenge.</w:t>
      </w:r>
    </w:p>
    <w:p>
      <w:pPr>
        <w:jc w:val="right"/>
      </w:pPr>
      <w:r>
        <w:t>مرحلے میں کامیابی حاصل کر سکیں گے۔</w:t>
      </w:r>
    </w:p>
    <w:p>
      <w:r>
        <w:rPr>
          <w:b/>
        </w:rPr>
        <w:t xml:space="preserve">[56:22] </w:t>
      </w:r>
      <w:r>
        <w:t>yeh rasool Allah salallaho alaihi wasallam ka tareeqa yahi tha.</w:t>
      </w:r>
    </w:p>
    <w:p>
      <w:pPr>
        <w:jc w:val="right"/>
      </w:pPr>
      <w:r>
        <w:t>یہ رسول اللہ صلی اللہ علیہ وسلم کا طریقہ یہی تھا۔</w:t>
      </w:r>
    </w:p>
    <w:p>
      <w:r>
        <w:rPr>
          <w:b/>
        </w:rPr>
        <w:t xml:space="preserve">[56:27] </w:t>
      </w:r>
      <w:r>
        <w:t>rasool Allah ne pehle team banai, phir is team ne, isi team ko hum sahaba kehte hain, sahaba</w:t>
      </w:r>
    </w:p>
    <w:p>
      <w:pPr>
        <w:jc w:val="right"/>
      </w:pPr>
      <w:r>
        <w:t>رسول اللہ نے پہلے ٹیم بنائی، پھر اس ٹیم نے، اسی ٹیم کو ہم صحابہ کہتے ہیں، صحابہ</w:t>
      </w:r>
    </w:p>
    <w:p>
      <w:r>
        <w:rPr>
          <w:b/>
        </w:rPr>
        <w:t xml:space="preserve">[56:32] </w:t>
      </w:r>
      <w:r>
        <w:t>naam hai isi team ka.</w:t>
      </w:r>
    </w:p>
    <w:p>
      <w:pPr>
        <w:jc w:val="right"/>
      </w:pPr>
      <w:r>
        <w:t>نام ہے اسی ٹیم کا۔</w:t>
      </w:r>
    </w:p>
    <w:p>
      <w:r>
        <w:rPr>
          <w:b/>
        </w:rPr>
        <w:t xml:space="preserve">[56:37] </w:t>
      </w:r>
      <w:r>
        <w:t>is team ne phir aap ke message ko sari duniya mein phailaya.</w:t>
      </w:r>
    </w:p>
    <w:p>
      <w:pPr>
        <w:jc w:val="right"/>
      </w:pPr>
      <w:r>
        <w:t>اس ٹیم نے پھر آپ کے میسج کو ساری دنیا میں پھیلایا۔</w:t>
      </w:r>
    </w:p>
    <w:p>
      <w:r>
        <w:rPr>
          <w:b/>
        </w:rPr>
        <w:t xml:space="preserve">[56:43] </w:t>
      </w:r>
      <w:r>
        <w:t>ab to aap jante hain ke hum internet ka zamana hai, communication ka zamana hai, printing press ka zamana hai. ab to bohat aasani ho chuki hai, bohat aasani ho chuki hai. jab mein wahan dekha, mein ne wahan ka umm e haraam ka maqbara to mein ne socha ke is khatoon ko madina se cyprus pohanchne ke liye kai mahine lage the. kai mahine ke baad woh pohanchi</w:t>
      </w:r>
    </w:p>
    <w:p>
      <w:pPr>
        <w:jc w:val="right"/>
      </w:pPr>
      <w:r>
        <w:t>اب تو آپ جانتے ہیں کہ ہم انٹرنیٹ کا زمانہ ہے، کمیونیکیشن کا زمانہ ہے، پرنٹنگ پریس کا زمانہ ہے۔ اب تو بہت آسانی ہو چکی ہے، بہت آسانی ہو چکی ہے۔ جب میں وہاں دیکھا، میں نے وہاں کا ام حرام کا مقبرہ تو میں نے سوچا کہ اس خاتون کو مدینہ سے سائپرس پہنچنے کے لیے کئی مہینے لگے تھے۔ کئی مہینے کے بعد وہ پہنچی</w:t>
      </w:r>
    </w:p>
    <w:p>
      <w:r>
        <w:rPr>
          <w:b/>
        </w:rPr>
        <w:t xml:space="preserve">[57:13] </w:t>
      </w:r>
      <w:r>
        <w:t>thi wahan par.</w:t>
      </w:r>
    </w:p>
    <w:p>
      <w:pPr>
        <w:jc w:val="right"/>
      </w:pPr>
      <w:r>
        <w:t>تھی وہاں پر۔</w:t>
      </w:r>
    </w:p>
    <w:p>
      <w:r>
        <w:rPr>
          <w:b/>
        </w:rPr>
        <w:t xml:space="preserve">[57:18] </w:t>
      </w:r>
      <w:r>
        <w:t>hum to chand ghanton mein pahunch gaye, chand ghanton mein.</w:t>
      </w:r>
    </w:p>
    <w:p>
      <w:pPr>
        <w:jc w:val="right"/>
      </w:pPr>
      <w:r>
        <w:t>ہم تو چند گھنٹوں میں پہنچ گئے، چند گھنٹوں میں۔</w:t>
      </w:r>
    </w:p>
    <w:p>
      <w:r>
        <w:rPr>
          <w:b/>
        </w:rPr>
        <w:t xml:space="preserve">[57:23] </w:t>
      </w:r>
      <w:r>
        <w:t>to kitna zyada, yaani duniya badal chuki hai, kitna zyada badal chuki hai.</w:t>
      </w:r>
    </w:p>
    <w:p>
      <w:pPr>
        <w:jc w:val="right"/>
      </w:pPr>
      <w:r>
        <w:t>تو کتنا زیادہ، یعنی دنیا بدل چکی ہے، کتنا زیادہ بدل چکی ہے۔</w:t>
      </w:r>
    </w:p>
    <w:p>
      <w:r>
        <w:rPr>
          <w:b/>
        </w:rPr>
        <w:t xml:space="preserve">[57:28] </w:t>
      </w:r>
      <w:r>
        <w:t>to jo kaam pehle logon ne kiya tha, bohat zyada mashaqqat ke sath, woh aap ko karna hai</w:t>
      </w:r>
    </w:p>
    <w:p>
      <w:pPr>
        <w:jc w:val="right"/>
      </w:pPr>
      <w:r>
        <w:t>تو جو کام پہلے لوگوں نے کیا تھا، بہت زیادہ مشقت کے ساتھ، وہ آپ کو کرنا ہے</w:t>
      </w:r>
    </w:p>
    <w:p>
      <w:r>
        <w:rPr>
          <w:b/>
        </w:rPr>
        <w:t xml:space="preserve">[57:33] </w:t>
      </w:r>
      <w:r>
        <w:t>aasaaniyon ke sath.</w:t>
      </w:r>
    </w:p>
    <w:p>
      <w:pPr>
        <w:jc w:val="right"/>
      </w:pPr>
      <w:r>
        <w:t>آسانیوں کے ساتھ۔</w:t>
      </w:r>
    </w:p>
    <w:p>
      <w:r>
        <w:rPr>
          <w:b/>
        </w:rPr>
        <w:t xml:space="preserve">[57:38] </w:t>
      </w:r>
      <w:r>
        <w:t>yeh jo quran majeed mein ayat hai: "rabbana wala tahmil alaina isran</w:t>
      </w:r>
    </w:p>
    <w:p>
      <w:pPr>
        <w:jc w:val="right"/>
      </w:pPr>
      <w:r>
        <w:t>یہ جو قرآن مجید میں آیت ہے: "ربنا ولا تحمل علینا اسرا ک</w:t>
      </w:r>
    </w:p>
    <w:p>
      <w:r>
        <w:rPr>
          <w:b/>
        </w:rPr>
        <w:t xml:space="preserve">[57:43] </w:t>
      </w:r>
      <w:r>
        <w:t>ma hamalat allazeen min qablana", yeh dua mein goya ek basharat hai ke ummat ke baad ke giroh</w:t>
      </w:r>
    </w:p>
    <w:p>
      <w:pPr>
        <w:jc w:val="right"/>
      </w:pPr>
      <w:r>
        <w:t>ما حملت الذین من قبلنا"، یہ دعا میں گویا ایک بشارت ہے کہ امت کے بعد کے گروہ</w:t>
      </w:r>
    </w:p>
    <w:p>
      <w:r>
        <w:rPr>
          <w:b/>
        </w:rPr>
        <w:t xml:space="preserve">[57:50] </w:t>
      </w:r>
      <w:r>
        <w:t>ko jo kaam karna hai, woh bohat aasaaniyon mein kar sakenge, jabke pichhle logon ne bohat hi</w:t>
      </w:r>
    </w:p>
    <w:p>
      <w:pPr>
        <w:jc w:val="right"/>
      </w:pPr>
      <w:r>
        <w:t>کو جو کام کرنا ہے، وہ بہت آسانیوں میں کر سکیں گے، جبکہ پچھلے لوگوں نے بہت ہی</w:t>
      </w:r>
    </w:p>
    <w:p>
      <w:r>
        <w:rPr>
          <w:b/>
        </w:rPr>
        <w:t xml:space="preserve">[57:58] </w:t>
      </w:r>
      <w:r>
        <w:t>mushkilon, mushkilat ke marhale se guzar ke kaam kar paye the.</w:t>
      </w:r>
    </w:p>
    <w:p>
      <w:pPr>
        <w:jc w:val="right"/>
      </w:pPr>
      <w:r>
        <w:t>مشکلوں، مشکلات کے مرحلے سے گزر کے کام کر پائے تھے۔</w:t>
      </w:r>
    </w:p>
    <w:p>
      <w:r>
        <w:rPr>
          <w:b/>
        </w:rPr>
        <w:t xml:space="preserve">[58:05] </w:t>
      </w:r>
      <w:r>
        <w:t>woh to phir bhi agar hum na karein is ke bawajood to hum kitne barhe mehroom hain.</w:t>
      </w:r>
    </w:p>
    <w:p>
      <w:pPr>
        <w:jc w:val="right"/>
      </w:pPr>
      <w:r>
        <w:t>وہ تو پھر بھی اگر ہم نہ کریں اس کے باوجود تو ہم کتنے بڑے محروم ہیں۔</w:t>
      </w:r>
    </w:p>
    <w:p>
      <w:r>
        <w:rPr>
          <w:b/>
        </w:rPr>
        <w:t xml:space="preserve">[58:13] </w:t>
      </w:r>
      <w:r>
        <w:t>khuda ki nazar mein hamara hamara kya maqam hoga? to mein yahi kahunga ke aap is zamane ko janiye, apne aap ko janiye, is mission ko janiye, aaj ke jo scope hain naye, un ko janiye, un ko bharpoor taur par avail kijiye, bharpoor taur par avail kijiye. is ke liye apne aap ko prepare kijiye.</w:t>
      </w:r>
    </w:p>
    <w:p>
      <w:pPr>
        <w:jc w:val="right"/>
      </w:pPr>
      <w:r>
        <w:t>خدا کی نظر میں ہمارا ہمارا کیا مقام ہوگا؟ تو میں یہی کہوں گا کہ آپ اس زمانے کو جانیے، اپنے آپ کو جانیے، اس مشن کو جانیے، آج کے جو سکوپ ہیں نئے، ان کو جانیے، ان کو بھرپور طور پر اویل کیجئے، بھرپور طور پر اویل کیجئے۔ اس کے لیے اپنے آپ کو پریپیئر کیجئے۔</w:t>
      </w:r>
    </w:p>
    <w:p>
      <w:r>
        <w:rPr>
          <w:b/>
        </w:rPr>
        <w:t xml:space="preserve">[58:43] </w:t>
      </w:r>
      <w:r>
        <w:t>ab jo Allah ke fazl se hamara quran ka trust tayyar ho gaya angrezi mein, woh ek hamare</w:t>
      </w:r>
    </w:p>
    <w:p>
      <w:pPr>
        <w:jc w:val="right"/>
      </w:pPr>
      <w:r>
        <w:t>اب جو اللہ کے فضل سے ہمارا قرآن کا ٹرسٹ تیار ہو گیا انگریزی میں، وہ ایک ہمارے</w:t>
      </w:r>
    </w:p>
    <w:p>
      <w:r>
        <w:rPr>
          <w:b/>
        </w:rPr>
        <w:t xml:space="preserve">[58:47] </w:t>
      </w:r>
      <w:r>
        <w:t>liye ek bohat bara hathiyar hai.</w:t>
      </w:r>
    </w:p>
    <w:p>
      <w:pPr>
        <w:jc w:val="right"/>
      </w:pPr>
      <w:r>
        <w:t>لیے ایک بہت بڑا ہتھیار ہے۔</w:t>
      </w:r>
    </w:p>
    <w:p>
      <w:r>
        <w:rPr>
          <w:b/>
        </w:rPr>
        <w:t xml:space="preserve">[58:51] </w:t>
      </w:r>
      <w:r>
        <w:t>jo bhi padhta hai, woh kehta hai ke bhai yeh to mujh ko samajh mein aata hai quran.</w:t>
      </w:r>
    </w:p>
    <w:p>
      <w:pPr>
        <w:jc w:val="right"/>
      </w:pPr>
      <w:r>
        <w:t>جو بھی پڑھتا ہے، وہ کہتا ہے کہ بھئی یہ تو مجھ کو سمجھ میں آتا ہے قرآن۔</w:t>
      </w:r>
    </w:p>
    <w:p>
      <w:r>
        <w:rPr>
          <w:b/>
        </w:rPr>
        <w:t xml:space="preserve">[58:56] </w:t>
      </w:r>
      <w:r>
        <w:t>ab tak to jo quran hum padhte the, woh samajh mein nahi aata tha.</w:t>
      </w:r>
    </w:p>
    <w:p>
      <w:pPr>
        <w:jc w:val="right"/>
      </w:pPr>
      <w:r>
        <w:t>اب تک تو جو قرآن ہم پڑھتے تھے، وہ سمجھ میں نہیں آتا تھا۔</w:t>
      </w:r>
    </w:p>
    <w:p>
      <w:r>
        <w:rPr>
          <w:b/>
        </w:rPr>
        <w:t xml:space="preserve">[59:00] </w:t>
      </w:r>
      <w:r>
        <w:t>میں تو ٹرانسلیشن انگلش کے ٹرانسلیشن بہت سارے چھپے ہیں، more than a dozen, بٹ سب میں کنفیوژن</w:t>
      </w:r>
    </w:p>
    <w:p>
      <w:pPr>
        <w:jc w:val="right"/>
      </w:pPr>
      <w:r>
        <w:t>میں تو ٹرانسلیشن انگلش کے ٹرانسلیشن بہت سارے چھپے ہیں، مور دین ا ڈزن، بٹ سب میں کنفیوژن</w:t>
      </w:r>
    </w:p>
    <w:p>
      <w:r>
        <w:rPr>
          <w:b/>
        </w:rPr>
        <w:t xml:space="preserve">[59:04] </w:t>
      </w:r>
      <w:r>
        <w:t>hai, kisi mein clarity nahi hai.</w:t>
      </w:r>
    </w:p>
    <w:p>
      <w:pPr>
        <w:jc w:val="right"/>
      </w:pPr>
      <w:r>
        <w:t>ہے، کسی میں کلیرٹی نہیں ہے۔</w:t>
      </w:r>
    </w:p>
    <w:p>
      <w:r>
        <w:rPr>
          <w:b/>
        </w:rPr>
        <w:t xml:space="preserve">[59:09] </w:t>
      </w:r>
      <w:r>
        <w:t>clarity dekhiye, quran jo arabic quran hai,</w:t>
      </w:r>
    </w:p>
    <w:p>
      <w:pPr>
        <w:jc w:val="right"/>
      </w:pPr>
      <w:r>
        <w:t>کلیرٹی دیکھیے، قرآن جو عربک قرآن ہے،</w:t>
      </w:r>
    </w:p>
    <w:p>
      <w:r>
        <w:rPr>
          <w:b/>
        </w:rPr>
        <w:t xml:space="preserve">[59:13] </w:t>
      </w:r>
      <w:r>
        <w:t>us mein clarity par ek suna hai. Quran jo Arabic Quran hai, us mein clarity par ek suna hai, lekin jo translation kiye gaye hain English zaban mein, us mein clarity nahi hai. To aadmi padhta hai aur samajh nahi pata bharpoor taur par, lekin Allah ke fazl se jo trust hamara chhaapa hai, poora poora clarity us ke andar hai. Padhte jaiye aur samajhte jaiye, us ko phailaiye, sari duniya mein us ko phailaiye. mein to samjh</w:t>
      </w:r>
    </w:p>
    <w:p>
      <w:pPr>
        <w:jc w:val="right"/>
      </w:pPr>
      <w:r>
        <w:t>اس میں کلیرٹی پار ایک سنا ہے۔ قرآن جو عربک قرآن ہے، اس میں کلیرٹی پار ایک سنا ہے، لیکن جو ٹرانسلیشن کیے گئے ہیں انگلش زبان میں، اس میں کلیرٹی نہیں ہے۔ تو آدمی پڑھتا ہے اور سمجھ نہیں پاتا بھرپور طور پر، لیکن اللہ کے فضل سے جو ٹرسٹ ہمارا چھپا ہے، پورا پورا کلیرٹی اس کے اندر ہے۔ پڑھتے جائیے اور سمجھتے جائیے، اس کو پھیلائیے، ساری دنیا میں اس کو پھیلائیے۔ میں تو سمج</w:t>
      </w:r>
    </w:p>
    <w:p>
      <w:r>
        <w:rPr>
          <w:b/>
        </w:rPr>
        <w:t xml:space="preserve">[59:43] </w:t>
      </w:r>
      <w:r>
        <w:t>ta hoon ke jo hadith mein aaya hai ke "word of God" ghar ghar ghar pahunch jayega. ek zamana aayega ke jab "word of God" ghar ghar pahunch jayega, woh yahi hai, yahi to "word of God" hai. logon ki understandable language mein poori clarity ke sath tayyar ho gaya hai ek uska version, us ko pahuncha ghar pahuncha dijiye internet ke zariye se aur doosre jo</w:t>
      </w:r>
    </w:p>
    <w:p>
      <w:pPr>
        <w:jc w:val="right"/>
      </w:pPr>
      <w:r>
        <w:t>ھتا ہوں کہ جو حدیث میں آیا ہے کہ "ورڈ آف گاڈ" گھر گھر گھر پہنچ جائے گا۔ ایک زمانہ آئے گا کہ جب "ورڈ آف گاڈ" گھر گھر پہنچ جائے گا، وہ یہی ہے، یہی تو "ورڈ آف گاڈ" ہے۔ لوگوں کی انڈرسٹینڈیبل لینگویج میں پوری کلیرٹی کے ساتھ تیار ہو گیا ہے ایک اس کا ورژن، اس کو پہنچا گھر پہنچا دیجئے انٹرنیٹ کے ذریعے سے اور دوسرے جو</w:t>
      </w:r>
    </w:p>
    <w:p>
      <w:r>
        <w:rPr>
          <w:b/>
        </w:rPr>
        <w:t xml:space="preserve">[1:00:13] </w:t>
      </w:r>
      <w:r>
        <w:t>zariye hain, un ke zariye se pahuncha dijiye.</w:t>
      </w:r>
    </w:p>
    <w:p>
      <w:pPr>
        <w:jc w:val="right"/>
      </w:pPr>
      <w:r>
        <w:t>ذریعے ہیں، ان کے ذریعے سے پہنچا دیجئے۔</w:t>
      </w:r>
    </w:p>
    <w:p>
      <w:r>
        <w:rPr>
          <w:b/>
        </w:rPr>
        <w:t xml:space="preserve">[1:00:17] </w:t>
      </w:r>
      <w:r>
        <w:t>aur woh credit aap ko milega jo credit in logon ke liye likha hua hai jo "word</w:t>
      </w:r>
    </w:p>
    <w:p>
      <w:pPr>
        <w:jc w:val="right"/>
      </w:pPr>
      <w:r>
        <w:t>اور وہ کریڈٹ آپ کو ملے گا جو کریڈٹ ان لوگوں کے لیے لکھا ہوا ہے جو "ورڈ</w:t>
      </w:r>
    </w:p>
    <w:p>
      <w:r>
        <w:rPr>
          <w:b/>
        </w:rPr>
        <w:t xml:space="preserve">[1:00:22] </w:t>
      </w:r>
      <w:r>
        <w:t>aaf gaad" ko har ghar mein pohncha de.</w:t>
      </w:r>
    </w:p>
    <w:p>
      <w:pPr>
        <w:jc w:val="right"/>
      </w:pPr>
      <w:r>
        <w:t>آف گاڈ" کو ہر گھر میں پہنچا دے۔</w:t>
      </w:r>
    </w:p>
    <w:p>
      <w:r>
        <w:rPr>
          <w:b/>
        </w:rPr>
        <w:t xml:space="preserve">[1:00:26] </w:t>
      </w:r>
      <w:r>
        <w:t>kaisa ajeeb anokha yeh hai!</w:t>
      </w:r>
    </w:p>
    <w:p>
      <w:pPr>
        <w:jc w:val="right"/>
      </w:pPr>
      <w:r>
        <w:t>کیسا عجیب انوکھا یہ ہے!</w:t>
      </w:r>
    </w:p>
    <w:p>
      <w:r>
        <w:rPr>
          <w:b/>
        </w:rPr>
        <w:t xml:space="preserve">[1:00:30] </w:t>
      </w:r>
      <w:r>
        <w:t>aik credit milne wala tha history mein ke "word of gaad" ko kuch log honge jo ghar</w:t>
      </w:r>
    </w:p>
    <w:p>
      <w:pPr>
        <w:jc w:val="right"/>
      </w:pPr>
      <w:r>
        <w:t>ایک کریڈٹ ملنے والا تھا ہسٹری میں کہ "ورڈ آف گاڈ" کو کچھ لوگ ہوں گے جو گھر</w:t>
      </w:r>
    </w:p>
    <w:p>
      <w:r>
        <w:rPr>
          <w:b/>
        </w:rPr>
        <w:t xml:space="preserve">[1:00:35] </w:t>
      </w:r>
      <w:r>
        <w:t>ghar pohncha dein.</w:t>
      </w:r>
    </w:p>
    <w:p>
      <w:pPr>
        <w:jc w:val="right"/>
      </w:pPr>
      <w:r>
        <w:t>گھر پہنچا دیں۔</w:t>
      </w:r>
    </w:p>
    <w:p>
      <w:r>
        <w:rPr>
          <w:b/>
        </w:rPr>
        <w:t xml:space="preserve">[1:00:39] </w:t>
      </w:r>
      <w:r>
        <w:t>to ab zamanah aap ko saath de raha hai aur isi mission ko ke liye uthiye aur "</w:t>
      </w:r>
    </w:p>
    <w:p>
      <w:pPr>
        <w:jc w:val="right"/>
      </w:pPr>
      <w:r>
        <w:t>تو اب زمانہ آپ کو ساتھ دے رہا ہے اور اسی مشن کو کے لیے اٹھیے اور "</w:t>
      </w:r>
    </w:p>
    <w:p>
      <w:r>
        <w:rPr>
          <w:b/>
        </w:rPr>
        <w:t xml:space="preserve">[1:00:43] </w:t>
      </w:r>
      <w:r>
        <w:t>word of god" ko ek ghar mein pahuncha dijiye. Allah taala aap ko madadgar ho. aqool qawli haza wastaghfirullaha al al al azeem.</w:t>
      </w:r>
    </w:p>
    <w:p>
      <w:pPr>
        <w:jc w:val="right"/>
      </w:pPr>
      <w:r>
        <w:t>ورڈ آف گاڈ" کو ایک گھر میں پہنچا دیجئے۔ اللہ تعالی آپ کو مددگار ہو۔ اقول قولیھذا واستغفراللہ العلی العظیم۔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