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Art of Thinking August 21, 2008</w:t>
      </w:r>
    </w:p>
    <w:p>
      <w:r>
        <w:t>https://www.youtube.com/watch?v=KXVTrD_iMBU</w:t>
      </w:r>
    </w:p>
    <w:p>
      <w:r>
        <w:rPr>
          <w:b/>
        </w:rPr>
        <w:t xml:space="preserve">[00:14] </w:t>
      </w:r>
      <w:r>
        <w:t>bismillah rahman rahim.</w:t>
      </w:r>
    </w:p>
    <w:p>
      <w:pPr>
        <w:jc w:val="right"/>
      </w:pPr>
      <w:r>
        <w:t>بسم اللہ الرحمن الرحیم۔</w:t>
      </w:r>
    </w:p>
    <w:p>
      <w:r>
        <w:rPr>
          <w:b/>
        </w:rPr>
        <w:t xml:space="preserve">[00:19] </w:t>
      </w:r>
      <w:r>
        <w:t>wasalli Allahu ala al nabiy al karim. rab ishrah li sadri, wa yassir li amri, wa hallaqdatan min lisani yafqahu qawli.</w:t>
      </w:r>
    </w:p>
    <w:p>
      <w:pPr>
        <w:jc w:val="right"/>
      </w:pPr>
      <w:r>
        <w:t>وصلی اللہ علی النبی الکریم۔ رب اشرح لی صدری، ویسر لی امری، واحل العقدۃ من لسانی یفقہ قولی۔</w:t>
      </w:r>
    </w:p>
    <w:p>
      <w:r>
        <w:rPr>
          <w:b/>
        </w:rPr>
        <w:t xml:space="preserve">[00:38] </w:t>
      </w:r>
      <w:r>
        <w:t>aaj mein art of thinking par kuch kehna chahta hoon.</w:t>
      </w:r>
    </w:p>
    <w:p>
      <w:pPr>
        <w:jc w:val="right"/>
      </w:pPr>
      <w:r>
        <w:t>آج میں آرٹ آف تھنکنگ پر کچھ کہنا چاہتا ہوں۔</w:t>
      </w:r>
    </w:p>
    <w:p>
      <w:r>
        <w:rPr>
          <w:b/>
        </w:rPr>
        <w:t xml:space="preserve">[00:48] </w:t>
      </w:r>
      <w:r>
        <w:t>art of thinking yaani sochne ka tareeqa.</w:t>
      </w:r>
    </w:p>
    <w:p>
      <w:pPr>
        <w:jc w:val="right"/>
      </w:pPr>
      <w:r>
        <w:t>آرٹ آف تھنکنگ یعنی سوچنے کا طریقہ۔</w:t>
      </w:r>
    </w:p>
    <w:p>
      <w:r>
        <w:rPr>
          <w:b/>
        </w:rPr>
        <w:t xml:space="preserve">[00:54] </w:t>
      </w:r>
      <w:r>
        <w:t>dekhiye, sochna jo hai woh ek amal hai. aadmi koi bhi kaam jo karta hai to pehle sochta hai.</w:t>
      </w:r>
    </w:p>
    <w:p>
      <w:pPr>
        <w:jc w:val="right"/>
      </w:pPr>
      <w:r>
        <w:t>دیکھیے، سوچنا جو ہے وہ ایک عمل ہے۔ آدمی کوئی بھی کام جو کرتا ہے تو پہلے سوچتا ہے۔</w:t>
      </w:r>
    </w:p>
    <w:p>
      <w:r>
        <w:rPr>
          <w:b/>
        </w:rPr>
        <w:t xml:space="preserve">[01:08] </w:t>
      </w:r>
      <w:r>
        <w:t>jaise is waqt mein yahan par studio mein baitha hoon. to is se pehle mein apne ghar par tha. to mein ne socha.</w:t>
      </w:r>
    </w:p>
    <w:p>
      <w:pPr>
        <w:jc w:val="right"/>
      </w:pPr>
      <w:r>
        <w:t>جیسے اس وقت میں یہاں پر اسٹوڈیو میں بیٹھا ہوں۔ تو اس سے پہلے میں اپنے گھر پر تھا۔ تو میں نے سوچا۔</w:t>
      </w:r>
    </w:p>
    <w:p>
      <w:r>
        <w:rPr>
          <w:b/>
        </w:rPr>
        <w:t xml:space="preserve">[01:19] </w:t>
      </w:r>
      <w:r>
        <w:t>soch kar mein wahan se chala, tab mein yahan pahuncha.</w:t>
      </w:r>
    </w:p>
    <w:p>
      <w:pPr>
        <w:jc w:val="right"/>
      </w:pPr>
      <w:r>
        <w:t>سوچ کر میں وہاں سے چلا، تب میں یہاں پہنچا۔</w:t>
      </w:r>
    </w:p>
    <w:p>
      <w:r>
        <w:rPr>
          <w:b/>
        </w:rPr>
        <w:t xml:space="preserve">[01:27] </w:t>
      </w:r>
      <w:r>
        <w:t>so every action begins from thinking. koi bhi kaam, chahe ladai bhadai ho, chahe pani peena ho, kuch bhi ho,</w:t>
      </w:r>
    </w:p>
    <w:p>
      <w:pPr>
        <w:jc w:val="right"/>
      </w:pPr>
      <w:r>
        <w:t>سو ایوری ایکشن بیگنز فرام تھنکنگ۔ کوئی بھی کام، چاہے لڑائی بھڑائی ہو، چاہے پانی پینا ہو، کچھ بھی ہو،</w:t>
      </w:r>
    </w:p>
    <w:p>
      <w:r>
        <w:rPr>
          <w:b/>
        </w:rPr>
        <w:t xml:space="preserve">[01:41] </w:t>
      </w:r>
      <w:r>
        <w:t>sochne se shuru hota hai. to ek Persian line hai ke:</w:t>
      </w:r>
    </w:p>
    <w:p>
      <w:pPr>
        <w:jc w:val="right"/>
      </w:pPr>
      <w:r>
        <w:t>سوچنے سے شروع ہوتا ہے۔ تو ایک پرشین لائن ہے کہ:</w:t>
      </w:r>
    </w:p>
    <w:p>
      <w:r>
        <w:rPr>
          <w:b/>
        </w:rPr>
        <w:t xml:space="preserve">[01:51] </w:t>
      </w:r>
      <w:r>
        <w:t>"khisht pehla gar nah hua me'maar kaj, ta sariya me rawad deewar kaj." ka matlab hai kisi building ki agar pehli jo brick hai, pehli eent jo hai,</w:t>
      </w:r>
    </w:p>
    <w:p>
      <w:pPr>
        <w:jc w:val="right"/>
      </w:pPr>
      <w:r>
        <w:t>"خشت اول گر نہت معمار کج، تا سریہ میرود دیوار کج۔" کا مطلب ہے کسی بلڈنگ کی اگر پہلی جو برک ہے، پہلی اینٹ جو ہے،</w:t>
      </w:r>
    </w:p>
    <w:p>
      <w:r>
        <w:rPr>
          <w:b/>
        </w:rPr>
        <w:t xml:space="preserve">[02:09] </w:t>
      </w:r>
      <w:r>
        <w:t>wohi agar tedhi ho jaye, yani foundation ki eent agar tedhi ho jaye to sari story, chahe hundred stories hon, sab tedha ho jayega.</w:t>
      </w:r>
    </w:p>
    <w:p>
      <w:pPr>
        <w:jc w:val="right"/>
      </w:pPr>
      <w:r>
        <w:t>وہی اگر ٹیڑھی ہو جائے، یعنی فاؤنڈیشن کی اینٹ اگر ٹیڑھی ہو جائے تو ساری اسٹوری، چاہے ہنڈرڈ اسٹوریز ہوں، سب ٹیڑھا ہو جائے گا۔</w:t>
      </w:r>
    </w:p>
    <w:p>
      <w:r>
        <w:rPr>
          <w:b/>
        </w:rPr>
        <w:t xml:space="preserve">[02:25] </w:t>
      </w:r>
      <w:r>
        <w:t>to soch agar galat hai to action galat hai. soch agar sahi hai, action sahi hai. yeh hai zindagi ka formula.</w:t>
      </w:r>
    </w:p>
    <w:p>
      <w:pPr>
        <w:jc w:val="right"/>
      </w:pPr>
      <w:r>
        <w:t>تو سوچ اگر غلط ہے تو ایکشن غلط ہے۔ سوچ اگر صحیح ہے، ایکشن صحیح ہے۔ یہ ہے زندگی کا فارمولا۔</w:t>
      </w:r>
    </w:p>
    <w:p>
      <w:r>
        <w:rPr>
          <w:b/>
        </w:rPr>
        <w:t xml:space="preserve">[02:39] </w:t>
      </w:r>
      <w:r>
        <w:t>to aadmi ko chahiye ke woh sochne ka fun jaane. you have to learn the art of the thinking.</w:t>
      </w:r>
    </w:p>
    <w:p>
      <w:pPr>
        <w:jc w:val="right"/>
      </w:pPr>
      <w:r>
        <w:t>تو آدمی کو چاہیے کہ وہ سوچنے کا فن جانے۔ یو ہیو ٹو لرن دی آرٹ آف دی تھنکنگ۔</w:t>
      </w:r>
    </w:p>
    <w:p>
      <w:r>
        <w:rPr>
          <w:b/>
        </w:rPr>
        <w:t xml:space="preserve">[02:52] </w:t>
      </w:r>
      <w:r>
        <w:t>the art of thinking. you have to learn the art of thinking. aap ko chahiye ke aap sone, aap ko chahiye ke aap sochne ka art jaane.</w:t>
      </w:r>
    </w:p>
    <w:p>
      <w:pPr>
        <w:jc w:val="right"/>
      </w:pPr>
      <w:r>
        <w:t>دی آرٹ آف تھنکنگ۔ یو ہیو ٹو لرن دی آرٹ آف تھنکنگ۔ آپ کو چاہیے کہ آپ سونے، آپ کو چاہیے کہ آپ سوچنے کا آرٹ جانیں۔</w:t>
      </w:r>
    </w:p>
    <w:p>
      <w:r>
        <w:rPr>
          <w:b/>
        </w:rPr>
        <w:t xml:space="preserve">[03:11] </w:t>
      </w:r>
      <w:r>
        <w:t>yeh bohat hi zaroori hai. dunya mein jitni bhi failure hain, jitne bhi</w:t>
      </w:r>
    </w:p>
    <w:p>
      <w:pPr>
        <w:jc w:val="right"/>
      </w:pPr>
      <w:r>
        <w:t>یہ بہت ہی ضروری ہے۔ دنیا میں جتنی بھی فیلیر ہیں، جتنے بھی</w:t>
      </w:r>
    </w:p>
    <w:p>
      <w:r>
        <w:rPr>
          <w:b/>
        </w:rPr>
        <w:t xml:space="preserve">[03:21] </w:t>
      </w:r>
      <w:r>
        <w:t>nakami ke qisse hain, sab isi liye hain ke logon ne sochne mein ghalti ki. jab sochne mein aap ghalti karenge to result bhi galat ho jayega.</w:t>
      </w:r>
    </w:p>
    <w:p>
      <w:pPr>
        <w:jc w:val="right"/>
      </w:pPr>
      <w:r>
        <w:t>ناکامی کے قصے ہیں، سب اسی لیے ہیں کہ لوگوں نے سوچنے میں غلطی کی۔ جب سوچنے میں آپ غلطی کریں گے تو رزلٹ بھی غلط ہو جائے گا۔</w:t>
      </w:r>
    </w:p>
    <w:p>
      <w:r>
        <w:rPr>
          <w:b/>
        </w:rPr>
        <w:t xml:space="preserve">[03:33] </w:t>
      </w:r>
      <w:r>
        <w:t>chahe aap superpower hon, tab bhi. ek individual ho, ek nation ho, ek group ho, koi bhi ho, agar sochne mein ghalti ho gayi to phir sara amal, sab kuch jo karenge, us ke baad aap sab ka sab galat ho jayega.</w:t>
      </w:r>
    </w:p>
    <w:p>
      <w:pPr>
        <w:jc w:val="right"/>
      </w:pPr>
      <w:r>
        <w:t>چاہے آپ سپر پاور ہوں، تب بھی۔ ایک انڈیویجول ہو، ایک نیشن ہو، ایک گروپ ہو، کوئی بھی ہو، اگر سوچنے میں غلطی ہو گئی تو پھر سارا عمل، سب کچھ جو کریں گے، اس کے بعد آپ سب کا سب غلط ہو جائے گا۔</w:t>
      </w:r>
    </w:p>
    <w:p>
      <w:r>
        <w:rPr>
          <w:b/>
        </w:rPr>
        <w:t xml:space="preserve">[04:03] </w:t>
      </w:r>
      <w:r>
        <w:t>is mein dekhiye, koi bhi exception nahi hai. koi bhi is mein istasna nahi hai.</w:t>
      </w:r>
    </w:p>
    <w:p>
      <w:pPr>
        <w:jc w:val="right"/>
      </w:pPr>
      <w:r>
        <w:t>اس میں دیکھیے، کوئی بھی ایکسیپشن نہیں ہے۔ کوئی بھی اس میں استثنیٰ نہیں ہے۔</w:t>
      </w:r>
    </w:p>
    <w:p>
      <w:r>
        <w:rPr>
          <w:b/>
        </w:rPr>
        <w:t xml:space="preserve">[04:14] </w:t>
      </w:r>
      <w:r>
        <w:t>koi bhi bach nahi sakta ke sochne mein woh ghalti kar jaye, tab bhi woh, tab bhi us ki planning sahi rahe, tab bhi us ka amal sahi rahe.</w:t>
      </w:r>
    </w:p>
    <w:p>
      <w:pPr>
        <w:jc w:val="right"/>
      </w:pPr>
      <w:r>
        <w:t>کوئی بھی بچ نہیں سکتا کہ سوچنے میں وہ غلطی کر جائے، تب بھی وہ، تب بھی اس کی پلاننگ صحیح رہے، تب بھی اس کا عمل صحیح رہے۔</w:t>
      </w:r>
    </w:p>
    <w:p>
      <w:r>
        <w:rPr>
          <w:b/>
        </w:rPr>
        <w:t xml:space="preserve">[04:30] </w:t>
      </w:r>
      <w:r>
        <w:t>aisa kabhi ho nahi sakta hai.</w:t>
      </w:r>
    </w:p>
    <w:p>
      <w:pPr>
        <w:jc w:val="right"/>
      </w:pPr>
      <w:r>
        <w:t>ایسا کبھی ہو نہیں سکتا ہے۔</w:t>
      </w:r>
    </w:p>
    <w:p>
      <w:r>
        <w:rPr>
          <w:b/>
        </w:rPr>
        <w:t xml:space="preserve">[04:35] </w:t>
      </w:r>
      <w:r>
        <w:t>is liye aadmi ko kabhi yeh bhool nahi karna chahiye</w:t>
      </w:r>
    </w:p>
    <w:p>
      <w:pPr>
        <w:jc w:val="right"/>
      </w:pPr>
      <w:r>
        <w:t>اس لیے آدمی کو کبھی یہ بھول نہیں کرنا چاہیے</w:t>
      </w:r>
    </w:p>
    <w:p>
      <w:r>
        <w:rPr>
          <w:b/>
        </w:rPr>
        <w:t xml:space="preserve">[04:41] </w:t>
      </w:r>
      <w:r>
        <w:t>ke woh sochne mein ghalti kare. to art of thinking, aap seekhna hai. jis tarah aap bohat si cheezein seekhte hain,</w:t>
      </w:r>
    </w:p>
    <w:p>
      <w:pPr>
        <w:jc w:val="right"/>
      </w:pPr>
      <w:r>
        <w:t>کہ وہ سوچنے میں غلطی کرے۔ تو آرٹ آف تھنکنگ، آپ سیکھنا ہے۔ جس طرح آپ بہت سی چیزیں سیکھتے ہیں،</w:t>
      </w:r>
    </w:p>
    <w:p>
      <w:r>
        <w:rPr>
          <w:b/>
        </w:rPr>
        <w:t xml:space="preserve">[04:53] </w:t>
      </w:r>
      <w:r>
        <w:t>bohat si cheezein seekhte hain, isi tarah sochna bhi seekhna hai. ab dekhiye, main aap ko, yani to illustrate this point, main aap ko ek example deta hoon.</w:t>
      </w:r>
    </w:p>
    <w:p>
      <w:pPr>
        <w:jc w:val="right"/>
      </w:pPr>
      <w:r>
        <w:t>بہت سی چیزیں سیکھتے ہیں، اسی طرح سوچنا بھی سیکھنا ہے۔ اب دیکھیے، میں آپ کو، یعنی ٹو السٹریٹ دس پوائنٹ، میں آپ کو ایک ایگزامپل دیتا ہوں۔</w:t>
      </w:r>
    </w:p>
    <w:p>
      <w:r>
        <w:rPr>
          <w:b/>
        </w:rPr>
        <w:t xml:space="preserve">[05:09] </w:t>
      </w:r>
      <w:r>
        <w:t>hamara jo magazine nikalta hai, monthly magazine, us ka naam hai "Al-Risala". monthly "Al-Risala".</w:t>
      </w:r>
    </w:p>
    <w:p>
      <w:pPr>
        <w:jc w:val="right"/>
      </w:pPr>
      <w:r>
        <w:t>ہمارا جو میگزین نکلتا ہے، منتھلی میگزین، اس کا نام ہے "الرسالہ"۔ منتھلی "الرسالہ"۔</w:t>
      </w:r>
    </w:p>
    <w:p>
      <w:r>
        <w:rPr>
          <w:b/>
        </w:rPr>
        <w:t xml:space="preserve">[05:19] </w:t>
      </w:r>
      <w:r>
        <w:t>"Al-Risala" ka matlab hota hai "the message". "the message" monthly. to us ka jo issue hai, September 2008, September 2008 ka jo issue hai,</w:t>
      </w:r>
    </w:p>
    <w:p>
      <w:pPr>
        <w:jc w:val="right"/>
      </w:pPr>
      <w:r>
        <w:t>"الرسالہ" کا مطلب ہوتا ہے "دا میسج"۔ "دا میسج" منتھلی۔ تو اس کا جو ایشو ہے، ستمبر 2008، ستمبر 2008 کا جو ایشو ہے،</w:t>
      </w:r>
    </w:p>
    <w:p>
      <w:r>
        <w:rPr>
          <w:b/>
        </w:rPr>
        <w:t xml:space="preserve">[05:39] </w:t>
      </w:r>
      <w:r>
        <w:t>to us ke title page par ek saying hai. hum hamesha ab title page mein ek saying dete hain.</w:t>
      </w:r>
    </w:p>
    <w:p>
      <w:pPr>
        <w:jc w:val="right"/>
      </w:pPr>
      <w:r>
        <w:t>تو اس کے ٹائٹل پیج پر ایک سےئنگ ہے۔ ہم ہمیشہ اب ٹائٹل پیج میں ایک سےئنگ دیتے ہیں۔</w:t>
      </w:r>
    </w:p>
    <w:p>
      <w:r>
        <w:rPr>
          <w:b/>
        </w:rPr>
        <w:t xml:space="preserve">[05:49] </w:t>
      </w:r>
      <w:r>
        <w:t>ek qoul. to September ke issue mein jo qoul hai, woh yeh hai ke,</w:t>
      </w:r>
    </w:p>
    <w:p>
      <w:pPr>
        <w:jc w:val="right"/>
      </w:pPr>
      <w:r>
        <w:t>ایک قول۔ تو ستمبر کے ایشو میں جو قول ہے، وہ یہ ہے کہ،</w:t>
      </w:r>
    </w:p>
    <w:p>
      <w:r>
        <w:rPr>
          <w:b/>
        </w:rPr>
        <w:t xml:space="preserve">[06:00] </w:t>
      </w:r>
      <w:r>
        <w:t>bohat hi simple language mein hai, woh yeh hai ke nadan ne kaha ke shaam ho gayi.</w:t>
      </w:r>
    </w:p>
    <w:p>
      <w:pPr>
        <w:jc w:val="right"/>
      </w:pPr>
      <w:r>
        <w:t>بہت ہی سمپل لینگویج میں ہے، وہ یہ ہے کہ نادان نے کہا کہ شام ہو گئی۔</w:t>
      </w:r>
    </w:p>
    <w:p>
      <w:r>
        <w:rPr>
          <w:b/>
        </w:rPr>
        <w:t xml:space="preserve">[06:12] </w:t>
      </w:r>
      <w:r>
        <w:t>aqalmand ne kaha ke subah aanay wali hai.</w:t>
      </w:r>
    </w:p>
    <w:p>
      <w:pPr>
        <w:jc w:val="right"/>
      </w:pPr>
      <w:r>
        <w:t>عقلمند نے کہا کہ صبح آنے والی ہے۔</w:t>
      </w:r>
    </w:p>
    <w:p>
      <w:r>
        <w:rPr>
          <w:b/>
        </w:rPr>
        <w:t xml:space="preserve">[06:18] </w:t>
      </w:r>
      <w:r>
        <w:t>an unwise man said: "evening has come." wise man said:</w:t>
      </w:r>
    </w:p>
    <w:p>
      <w:pPr>
        <w:jc w:val="right"/>
      </w:pPr>
      <w:r>
        <w:t>ان وائز مین سیڈ: "ایوننگ ہیز کم۔" وائز مین سیڈ:</w:t>
      </w:r>
    </w:p>
    <w:p>
      <w:r>
        <w:rPr>
          <w:b/>
        </w:rPr>
        <w:t xml:space="preserve">[06:33] </w:t>
      </w:r>
      <w:r>
        <w:t>"new morning is coming."</w:t>
      </w:r>
    </w:p>
    <w:p>
      <w:pPr>
        <w:jc w:val="right"/>
      </w:pPr>
      <w:r>
        <w:t>"نیو مارننگ از کمنگ۔"</w:t>
      </w:r>
    </w:p>
    <w:p>
      <w:r>
        <w:rPr>
          <w:b/>
        </w:rPr>
        <w:t xml:space="preserve">[06:38] </w:t>
      </w:r>
      <w:r>
        <w:t>to mere paas ek telephone aaya, haji,</w:t>
      </w:r>
    </w:p>
    <w:p>
      <w:pPr>
        <w:jc w:val="right"/>
      </w:pPr>
      <w:r>
        <w:t>تو میرے پاس ایک ٹیلی فون آیا، حاجی،</w:t>
      </w:r>
    </w:p>
    <w:p>
      <w:r>
        <w:rPr>
          <w:b/>
        </w:rPr>
        <w:t xml:space="preserve">[06:44] </w:t>
      </w:r>
      <w:r>
        <w:t>bahar ke ek shehar se. to unhon ne is par objection kiya. unhon ne kaha ke: "yeh kya aap likh diya aap ne?" ab dekhiye ke un ke paas bhi ek argument tha.</w:t>
      </w:r>
    </w:p>
    <w:p>
      <w:pPr>
        <w:jc w:val="right"/>
      </w:pPr>
      <w:r>
        <w:t>باہر کے ایک شہر سے۔ تو انہوں نے اس پر ابجیکشن کیا۔ انہوں نے کہا کہ: "یہ کیا آپ لکھ دیا آپ نے؟" اب دیکھیے کہ ان کے پاس بھی ایک آرگیومنٹ تھا۔</w:t>
      </w:r>
    </w:p>
    <w:p>
      <w:r>
        <w:rPr>
          <w:b/>
        </w:rPr>
        <w:t xml:space="preserve">[06:58] </w:t>
      </w:r>
      <w:r>
        <w:t>lekin art of thinking nahi thi un ke paas. to unhon ne kaha ke: "evening bhi nature ka ek phenomenon hai." aur "morning bhi nature ka ek phenomenon hai." yani subah bhi fitrat ka ek mazhar hai.</w:t>
      </w:r>
    </w:p>
    <w:p>
      <w:pPr>
        <w:jc w:val="right"/>
      </w:pPr>
      <w:r>
        <w:t>لیکن آرٹ آف تھنکنگ نہیں تھی ان کے پاس۔ تو انہوں نے کہا کہ: "ایوننگ بھی نیچر کا ایک فیناومینا ہے۔" اور "مارننگ بھی نیچر کا ایک فیناومینا ہے۔" یعنی صبح بھی فطرت کا ایک مظہر ہے۔</w:t>
      </w:r>
    </w:p>
    <w:p>
      <w:r>
        <w:rPr>
          <w:b/>
        </w:rPr>
        <w:t xml:space="preserve">[07:15] </w:t>
      </w:r>
      <w:r>
        <w:t>shaam bhi fitrat ka aik mazhar hai. to aap to aisa karein jaisay ke shaam koi kharab cheez hai aur subah koi achi cheez hai.</w:t>
      </w:r>
    </w:p>
    <w:p>
      <w:pPr>
        <w:jc w:val="right"/>
      </w:pPr>
      <w:r>
        <w:t>شام بھی فطرت کا ایک مظہر ہے۔ تو آپ تو ایسا کریں جیسے کہ شام کوئی خراب چیز ہے اور صبح کوئی اچھی چیز ہے۔</w:t>
      </w:r>
    </w:p>
    <w:p>
      <w:r>
        <w:rPr>
          <w:b/>
        </w:rPr>
        <w:t xml:space="preserve">[07:27] </w:t>
      </w:r>
      <w:r>
        <w:t>dekhiye, is mein ghalati kya hai? ghalati yeh hai ke unhon ne,</w:t>
      </w:r>
    </w:p>
    <w:p>
      <w:pPr>
        <w:jc w:val="right"/>
      </w:pPr>
      <w:r>
        <w:t>دیکھیے، اس میں غلطی کیا ہے؟ غلطی یہ ہے کہ انہوں نے،</w:t>
      </w:r>
    </w:p>
    <w:p>
      <w:r>
        <w:rPr>
          <w:b/>
        </w:rPr>
        <w:t xml:space="preserve">[07:35] </w:t>
      </w:r>
      <w:r>
        <w:t>yani yeh is ko literal maani mein le liya. it was not a literal statement. it was a</w:t>
      </w:r>
    </w:p>
    <w:p>
      <w:pPr>
        <w:jc w:val="right"/>
      </w:pPr>
      <w:r>
        <w:t>یعنی یہ اس کو لٹرل معنی میں لے لیا۔ اٹ واز ناٹ ا لٹرل سٹیٹمنٹ۔ اٹ واز ا</w:t>
      </w:r>
    </w:p>
    <w:p>
      <w:r>
        <w:rPr>
          <w:b/>
        </w:rPr>
        <w:t xml:space="preserve">[07:46] </w:t>
      </w:r>
      <w:r>
        <w:t>what is called</w:t>
      </w:r>
    </w:p>
    <w:p>
      <w:pPr>
        <w:jc w:val="right"/>
      </w:pPr>
      <w:r>
        <w:t>واٹ از کالڈ</w:t>
      </w:r>
    </w:p>
    <w:p>
      <w:r>
        <w:rPr>
          <w:b/>
        </w:rPr>
        <w:t xml:space="preserve">[07:52] </w:t>
      </w:r>
      <w:r>
        <w:t>tamseel. jis ko hum tamseel kehte hain, to yeh tamseel thi.</w:t>
      </w:r>
    </w:p>
    <w:p>
      <w:pPr>
        <w:jc w:val="right"/>
      </w:pPr>
      <w:r>
        <w:t>تمثیل۔ جس کو ہم تمثیل کہتے ہیں، تو یہ تمثیل تھی۔</w:t>
      </w:r>
    </w:p>
    <w:p>
      <w:r>
        <w:rPr>
          <w:b/>
        </w:rPr>
        <w:t xml:space="preserve">[08:00] </w:t>
      </w:r>
      <w:r>
        <w:t>yeh literal maani mein, lafzi maani mein nahi tha yeh.</w:t>
      </w:r>
    </w:p>
    <w:p>
      <w:pPr>
        <w:jc w:val="right"/>
      </w:pPr>
      <w:r>
        <w:t>یہ لٹرل معنی میں، لفظی معنی میں نہیں تھا یہ۔</w:t>
      </w:r>
    </w:p>
    <w:p>
      <w:r>
        <w:rPr>
          <w:b/>
        </w:rPr>
        <w:t xml:space="preserve">[08:06] </w:t>
      </w:r>
      <w:r>
        <w:t>jis ko kehte hain angrezi mein "analogy". analogy thi yeh. analogy mein kya hota hai?</w:t>
      </w:r>
    </w:p>
    <w:p>
      <w:pPr>
        <w:jc w:val="right"/>
      </w:pPr>
      <w:r>
        <w:t>جس کو کہتے ہیں انگریزی میں "انالوجی"۔ انالوجی تھی یہ۔ انالوجی میں کیا ہوتا ہے؟</w:t>
      </w:r>
    </w:p>
    <w:p>
      <w:r>
        <w:rPr>
          <w:b/>
        </w:rPr>
        <w:t xml:space="preserve">[08:16] </w:t>
      </w:r>
      <w:r>
        <w:t>ke aik cheez se doosri cheez ko batana. aik cheez se doosri cheez ko batana. to yeh jo hum ne kaha ke nadan ne kaha ke shaam ho gayi,</w:t>
      </w:r>
    </w:p>
    <w:p>
      <w:pPr>
        <w:jc w:val="right"/>
      </w:pPr>
      <w:r>
        <w:t>کہ ایک چیز سے دوسری چیز کو بتانا۔ ایک چیز سے دوسری چیز کو بتانا۔ تو یہ جو ہم نے کہا کہ نادان نے کہا کہ شام ہو گئی،</w:t>
      </w:r>
    </w:p>
    <w:p>
      <w:r>
        <w:rPr>
          <w:b/>
        </w:rPr>
        <w:t xml:space="preserve">[08:29] </w:t>
      </w:r>
      <w:r>
        <w:t>aqalmand ne kaha ke subah hone wali hai, to yahan par dono subah aur shaam dono tamseel ke tor par hain. analogy ke tor par hain.</w:t>
      </w:r>
    </w:p>
    <w:p>
      <w:pPr>
        <w:jc w:val="right"/>
      </w:pPr>
      <w:r>
        <w:t>عقلمند نے کہا کہ صبح ہونے والی ہے، تو یہاں پر دونوں صبح اور شام دونوں تمثیل کے طور پر ہیں۔ انالوجی کے طور پر ہیں۔</w:t>
      </w:r>
    </w:p>
    <w:p>
      <w:r>
        <w:rPr>
          <w:b/>
        </w:rPr>
        <w:t xml:space="preserve">[08:40] </w:t>
      </w:r>
      <w:r>
        <w:t>yani yahan shaam ka jo word hai, woh woh represent kar raha hai us thinking ko ke aadmi ne dekha ke rukawatein hain, to kaha: "yeh bhi to rukawatein hain, to difficulties hain, ab kya hoga?"</w:t>
      </w:r>
    </w:p>
    <w:p>
      <w:pPr>
        <w:jc w:val="right"/>
      </w:pPr>
      <w:r>
        <w:t>یعنی یہاں شام کا جو ورڈ ہے، وہ وہ ریپریزنٹ کر رہا ہے اس تھنکنگ کو کہ آدمی نے دیکھا کہ رکاوٹیں ہیں، تو کہا: "یہ بھی تو رکاوٹیں ہیں، تو ڈیفیکلٹیز ہیں، اب کیا ہوگا؟"</w:t>
      </w:r>
    </w:p>
    <w:p>
      <w:r>
        <w:rPr>
          <w:b/>
        </w:rPr>
        <w:t xml:space="preserve">[08:59] </w:t>
      </w:r>
      <w:r>
        <w:t>aur subah ka jo word hai, woh hai "opportunity" ke maani mein. opportunities, scopes. to nadan aadmi jab dekhta hai ke kuch difficulties hain, to kehta hai: "ho re, to difficulties hain raaste mein, to obstacles hain, to problem hai, kya hoga ab?" lekin jo wise aadmi hota hai, woh us ko dekhta hai ke us ke, us ko, us ke paray dekhta hai.</w:t>
      </w:r>
    </w:p>
    <w:p>
      <w:pPr>
        <w:jc w:val="right"/>
      </w:pPr>
      <w:r>
        <w:t>اور صبح کا جو ورڈ ہے، وہ ہے "اپرچونیٹی" کے معنی میں۔ اپرچونیٹیز، اسکوپس۔ تو نادان آدمی جب دیکھتا ہے کہ کچھ ڈیفیکلٹیز ہیں، تو کہتا ہے: "ہوری، تو ڈیفیکلٹیز ہیں راستے میں، تو ابسٹیکلز ہیں، تو پرابلم ہے، کیا ہوگا اب؟" لیکن جو وائز آدمی ہوتا ہے، وہ اس کو دیکھتا ہے کہ اس کے، اس کو، اس کے پرے دیکھتا ہے۔</w:t>
      </w:r>
    </w:p>
    <w:p>
      <w:r>
        <w:rPr>
          <w:b/>
        </w:rPr>
        <w:t xml:space="preserve">[09:28] </w:t>
      </w:r>
      <w:r>
        <w:t>kyun ke yeh law of nature hai ke: "where there is problem, there are opportunities, where there are obstacles, there are opportunities."</w:t>
      </w:r>
    </w:p>
    <w:p>
      <w:pPr>
        <w:jc w:val="right"/>
      </w:pPr>
      <w:r>
        <w:t>کیونکہ یہ لا آف نیچر ہے کہ: "ویر دیر از پرابلم، دیر ار اپرچونیٹیز، ویر دیر ار ابسٹیکلز، دیر ار اپرچونیٹیز۔"</w:t>
      </w:r>
    </w:p>
    <w:p>
      <w:r>
        <w:rPr>
          <w:b/>
        </w:rPr>
        <w:t xml:space="preserve">[09:43] </w:t>
      </w:r>
      <w:r>
        <w:t>to nadan aadmi ko sirf saamne ki cheez dikhai deti hai. woh cheezon ko face value par dekhta hai. lekin jo wise aadmi hai, woh us ke andar deep thinking hoti hai.</w:t>
      </w:r>
    </w:p>
    <w:p>
      <w:pPr>
        <w:jc w:val="right"/>
      </w:pPr>
      <w:r>
        <w:t>تو نادان آدمی کو صرف سامنے کی چیز دکھائی دیتی ہے۔ وہ چیزوں کو فیس ویلیو پر دیکھتا ہے۔ لیکن جو وائز آدمی ہے، وہ اس کے اندر ڈیپ تھنکنگ ہوتی ہے۔</w:t>
      </w:r>
    </w:p>
    <w:p>
      <w:r>
        <w:rPr>
          <w:b/>
        </w:rPr>
        <w:t xml:space="preserve">[09:56] </w:t>
      </w:r>
      <w:r>
        <w:t>woh door tak jaata hai. us ko dikhai parta hai ke saamne agarchay difficulties hain, magar us ke paar dekhein, us ke paar saara saara opportunities se bhara hua hai.</w:t>
      </w:r>
    </w:p>
    <w:p>
      <w:pPr>
        <w:jc w:val="right"/>
      </w:pPr>
      <w:r>
        <w:t>وہ دور تک جاتا ہے۔ اس کو دکھائی پڑتا ہے کہ سامنے اگرچہ ڈیفیکلٹیز ہیں، مگر اس کے پار دیکھیں، اس کے پار سارا سارا اپرچونیٹیز سے بھرا ہوا ہے۔</w:t>
      </w:r>
    </w:p>
    <w:p>
      <w:r>
        <w:rPr>
          <w:b/>
        </w:rPr>
        <w:t xml:space="preserve">[10:10] </w:t>
      </w:r>
      <w:r>
        <w:t>sab kuch.</w:t>
      </w:r>
    </w:p>
    <w:p>
      <w:pPr>
        <w:jc w:val="right"/>
      </w:pPr>
      <w:r>
        <w:t>سب کچھ۔</w:t>
      </w:r>
    </w:p>
    <w:p>
      <w:r>
        <w:rPr>
          <w:b/>
        </w:rPr>
        <w:t xml:space="preserve">[10:14] </w:t>
      </w:r>
      <w:r>
        <w:t>jaisay kuch baras pehle ki baat hai. to aik sahib jo America mein hotay thay, phir woh chhod kar ke India chale aaye.</w:t>
      </w:r>
    </w:p>
    <w:p>
      <w:pPr>
        <w:jc w:val="right"/>
      </w:pPr>
      <w:r>
        <w:t>جیسے کچھ برس پہلے کی بات ہے۔ تو ایک صاحب جو امریکہ میں ہوتے تھے، پھر وہ چھوڑ کر کے انڈیا چلے آئے۔</w:t>
      </w:r>
    </w:p>
    <w:p>
      <w:r>
        <w:rPr>
          <w:b/>
        </w:rPr>
        <w:t xml:space="preserve">[10:28] </w:t>
      </w:r>
      <w:r>
        <w:t>to yahan jab aaye to logon ne kaha: "yeh tum ne kya kiya? America chhod kar India chale aaye? yahan to koi scope nahin." yahan to koi scope nahin.</w:t>
      </w:r>
    </w:p>
    <w:p>
      <w:pPr>
        <w:jc w:val="right"/>
      </w:pPr>
      <w:r>
        <w:t>تو یہاں جب آئے تو لوگوں نے کہا: "یہ تم نے کیا کیا؟ امریکہ چھوڑ کے انڈیا چلے آئے؟ یہاں تو کوئی اسکوپ نہیں۔" یہاں تو کوئی اسکوپ نہیں۔</w:t>
      </w:r>
    </w:p>
    <w:p>
      <w:r>
        <w:rPr>
          <w:b/>
        </w:rPr>
        <w:t xml:space="preserve">[10:41] </w:t>
      </w:r>
      <w:r>
        <w:t>mujh se mile, unhon ne kaha ke: "main wahan se chala aaya hoon, to sab log yahi kehte hain ke tum India kahin chale aaye. yahan to koi scope nahin." to main ne kya kaha?</w:t>
      </w:r>
    </w:p>
    <w:p>
      <w:pPr>
        <w:jc w:val="right"/>
      </w:pPr>
      <w:r>
        <w:t>مجھ سے ملے، انہوں نے کہا کہ: "میں وہاں سے چلا آیا ہوں، تو سب لوگ یہی کہتے ہیں کہ تم انڈیا کہیں چلے آئے۔ یہاں تو کوئی اسکوپ نہیں۔" تو میں نے کیا کہا؟</w:t>
      </w:r>
    </w:p>
    <w:p>
      <w:r>
        <w:rPr>
          <w:b/>
        </w:rPr>
        <w:t xml:space="preserve">[10:53] </w:t>
      </w:r>
      <w:r>
        <w:t>main ne kaha: "scope nahin, isi liye sab se ziyada scope hai India mein." scope nahin, tabhi to yahan sab se ziyada scope hai.</w:t>
      </w:r>
    </w:p>
    <w:p>
      <w:pPr>
        <w:jc w:val="right"/>
      </w:pPr>
      <w:r>
        <w:t>میں نے کہا: "اسکوپ نہیں، اسی لیے سب سے زیادہ اسکوپ ہے انڈیا میں۔" اسکوپ نہیں، تبھی تو یہاں سب سے زیادہ اسکوپ ہے۔</w:t>
      </w:r>
    </w:p>
    <w:p>
      <w:r>
        <w:rPr>
          <w:b/>
        </w:rPr>
        <w:t xml:space="preserve">[11:03] </w:t>
      </w:r>
      <w:r>
        <w:t>scope na hona ka matlab yeh hai ke bohat ziyada scope hai. main ne kaha: "is ka kya matlab hai?" unhon ne kaha ke: "scope bohat saara agar ho to aap ko struggle nahin karni pare gi.</w:t>
      </w:r>
    </w:p>
    <w:p>
      <w:pPr>
        <w:jc w:val="right"/>
      </w:pPr>
      <w:r>
        <w:t>اسکوپ نہ ہونا کا مطلب یہ ہے کہ بہت زیادہ اسکوپ ہے۔ میں نے کہا: "اس کا کیا مطلب ہے؟" انہوں نے کہا کہ: "اسکوپ بہت سارا اگر ہو تو آپ کو اسٹرگ نہیں کرنی پڑے گی۔</w:t>
      </w:r>
    </w:p>
    <w:p>
      <w:r>
        <w:rPr>
          <w:b/>
        </w:rPr>
        <w:t xml:space="preserve">[11:19] </w:t>
      </w:r>
      <w:r>
        <w:t>jab struggle nahin karein ge to aap ka koi development aap ka nahin hoga. stepped ke stepped rahenge aap."</w:t>
      </w:r>
    </w:p>
    <w:p>
      <w:pPr>
        <w:jc w:val="right"/>
      </w:pPr>
      <w:r>
        <w:t>جب اسٹرگ نہیں کریں گے تو آپ کا کوئی ڈویلپمنٹ آپ کا نہیں ہوگا۔ اسٹیپڈ کے اسٹیپڈ رہیں گے آپ۔"</w:t>
      </w:r>
    </w:p>
    <w:p>
      <w:r>
        <w:rPr>
          <w:b/>
        </w:rPr>
        <w:t xml:space="preserve">[11:30] </w:t>
      </w:r>
      <w:r>
        <w:t>so where there is difficulties, there are challenge. to agar yeh ho, main ne kaha ke har jagah aisa hota hai jahan scope na dikhai de.</w:t>
      </w:r>
    </w:p>
    <w:p>
      <w:pPr>
        <w:jc w:val="right"/>
      </w:pPr>
      <w:r>
        <w:t>سو ویر دیر از ڈیفیکلٹیز، دیر ار چیلنج۔ تو اگر یہ ہو، میں نے کہا کہ ہر جگہ ایسا ہوتا ہے جہاں اسکوپ نہ دکھائی دے۔</w:t>
      </w:r>
    </w:p>
    <w:p>
      <w:r>
        <w:rPr>
          <w:b/>
        </w:rPr>
        <w:t xml:space="preserve">[11:43] </w:t>
      </w:r>
      <w:r>
        <w:t>jab aisa ho ke aap ko dikhai de ke scope to hai nahin, to aap ka mind chup chap nahin baithta hai. aap ka mind sochne lagta hai, sochne lagta hai, sochne lagta hai.</w:t>
      </w:r>
    </w:p>
    <w:p>
      <w:pPr>
        <w:jc w:val="right"/>
      </w:pPr>
      <w:r>
        <w:t>جب ایسا ہو کہ آپ کو دکھائی دے کہ اسکوپ تو ہے نہیں، تو آپ کا مائنڈ چپ چاپ نہیں بیٹھتا ہے۔ آپ کا مائنڈ سوچنے لگتا ہے، سوچنے لگتا ہے، سوچنے لگتا ہے۔</w:t>
      </w:r>
    </w:p>
    <w:p>
      <w:r>
        <w:rPr>
          <w:b/>
        </w:rPr>
        <w:t xml:space="preserve">[11:56] </w:t>
      </w:r>
      <w:r>
        <w:t>to scope na hona aap ke mind ke liye aik mehmaz banta hai, challenge banta hai. activate karne wala ban jaata hai.</w:t>
      </w:r>
    </w:p>
    <w:p>
      <w:pPr>
        <w:jc w:val="right"/>
      </w:pPr>
      <w:r>
        <w:t>تو اسکوپ نہ ہونا آپ کے مائنڈ کے لیے ایک مہمیز بنتا ہے، چیلنج بنتا ہے۔ ایکٹیویٹ کرنے والا بن جاتا ہے۔</w:t>
      </w:r>
    </w:p>
    <w:p>
      <w:r>
        <w:rPr>
          <w:b/>
        </w:rPr>
        <w:t xml:space="preserve">[12:06] </w:t>
      </w:r>
      <w:r>
        <w:t>aur mind mein dekhiye, develop karne ki bohat ziyada scope hai. bohat ziyada imkanat hain mind ke andar.</w:t>
      </w:r>
    </w:p>
    <w:p>
      <w:pPr>
        <w:jc w:val="right"/>
      </w:pPr>
      <w:r>
        <w:t>اور مائنڈ میں دیکھیے، ڈویلپ کرنے کی بہت زیادہ اسکوپ ہے۔ بہت زیادہ امکانات ہیں مائنڈ کے اندر۔</w:t>
      </w:r>
    </w:p>
    <w:p>
      <w:r>
        <w:rPr>
          <w:b/>
        </w:rPr>
        <w:t xml:space="preserve">[12:16] </w:t>
      </w:r>
      <w:r>
        <w:t>to saare imkanat jo hain, woh unfold hone lagte hain.</w:t>
      </w:r>
    </w:p>
    <w:p>
      <w:pPr>
        <w:jc w:val="right"/>
      </w:pPr>
      <w:r>
        <w:t>تو سارے امکانات جو ہیں، وہ ان فولڈ ہونے لگتے ہیں۔</w:t>
      </w:r>
    </w:p>
    <w:p>
      <w:r>
        <w:rPr>
          <w:b/>
        </w:rPr>
        <w:t xml:space="preserve">[12:22] </w:t>
      </w:r>
      <w:r>
        <w:t>jaise aap dekhiye ke jo kaha jata hai ke: "mr a was born with a silver spoon in his mouth." to jo aadmi is tarah paida hua ho, sone se aadhi ke darmiyan,</w:t>
      </w:r>
    </w:p>
    <w:p>
      <w:pPr>
        <w:jc w:val="right"/>
      </w:pPr>
      <w:r>
        <w:t>جیسے آپ دیکھیے کہ جو کہا جاتا ہے کہ: "مسٹر اے واز بورن ود ا سلور سپون ان ہز ماؤتھ۔" تو جو آدمی اس طرح پیدا ہوا ہو، سونے سے آدھی کے درمیان،</w:t>
      </w:r>
    </w:p>
    <w:p>
      <w:r>
        <w:rPr>
          <w:b/>
        </w:rPr>
        <w:t xml:space="preserve">[12:36] </w:t>
      </w:r>
      <w:r>
        <w:t>isko aap dekhiye. woh stepped paida hoga, stepped marega woh. iske andar koi intellectual development nahi hoga.</w:t>
      </w:r>
    </w:p>
    <w:p>
      <w:pPr>
        <w:jc w:val="right"/>
      </w:pPr>
      <w:r>
        <w:t>اس کو آپ دیکھیے۔ وہ اسٹیپڈ پیدا ہوگا، اسٹیپڈ مرے گا وہ۔ اس کے اندر کوئی انٹلیکچول ڈویلپمنٹ نہیں ہوگا۔</w:t>
      </w:r>
    </w:p>
    <w:p>
      <w:r>
        <w:rPr>
          <w:b/>
        </w:rPr>
        <w:t xml:space="preserve">[12:47] </w:t>
      </w:r>
      <w:r>
        <w:t>kyun? isko challenge nahi pesh aaya. isko sochna nahi pada kabhi ke koi itni scope hi nahi hai, kya kya jaye?</w:t>
      </w:r>
    </w:p>
    <w:p>
      <w:pPr>
        <w:jc w:val="right"/>
      </w:pPr>
      <w:r>
        <w:t>کیوں؟ اس کو چیلنج نہیں پیش آیا۔ اس کو سوچنا نہیں پڑا کبھی کہ کوئی اتنی اسکوپ ہی نہیں ہے، کیا کیا جائے؟</w:t>
      </w:r>
    </w:p>
    <w:p>
      <w:r>
        <w:rPr>
          <w:b/>
        </w:rPr>
        <w:t xml:space="preserve">[12:58] </w:t>
      </w:r>
      <w:r>
        <w:t>yeh shak nahi laga isko kabhi.</w:t>
      </w:r>
    </w:p>
    <w:p>
      <w:pPr>
        <w:jc w:val="right"/>
      </w:pPr>
      <w:r>
        <w:t>یہ شک نہیں لگا اس کو کبھی۔</w:t>
      </w:r>
    </w:p>
    <w:p>
      <w:r>
        <w:rPr>
          <w:b/>
        </w:rPr>
        <w:t xml:space="preserve">[13:07] </w:t>
      </w:r>
      <w:r>
        <w:t>to shak jo hai, woh sab se zyada kaam karta hai intellectual development mein.</w:t>
      </w:r>
    </w:p>
    <w:p>
      <w:pPr>
        <w:jc w:val="right"/>
      </w:pPr>
      <w:r>
        <w:t>تو شک جو ہے، وہ سب سے زیادہ کام کرتا ہے انٹلیکچول ڈویلپمنٹ میں۔</w:t>
      </w:r>
    </w:p>
    <w:p>
      <w:r>
        <w:rPr>
          <w:b/>
        </w:rPr>
        <w:t xml:space="preserve">[13:16] </w:t>
      </w:r>
      <w:r>
        <w:t>no shak, no intellectual development. no challenge, no intellectual development. yeh hai formula zindagi ka.</w:t>
      </w:r>
    </w:p>
    <w:p>
      <w:pPr>
        <w:jc w:val="right"/>
      </w:pPr>
      <w:r>
        <w:t>نو شک، نو انٹلیکچول ڈویلپمنٹ۔ نو چیلنج، نو انٹلیکچول ڈویلپمنٹ۔ یہ ہے فارمولا زندگی کا۔</w:t>
      </w:r>
    </w:p>
    <w:p>
      <w:r>
        <w:rPr>
          <w:b/>
        </w:rPr>
        <w:t xml:space="preserve">[13:28] </w:t>
      </w:r>
      <w:r>
        <w:t>to</w:t>
      </w:r>
    </w:p>
    <w:p>
      <w:pPr>
        <w:jc w:val="right"/>
      </w:pPr>
      <w:r>
        <w:t>تو</w:t>
      </w:r>
    </w:p>
    <w:p>
      <w:r>
        <w:rPr>
          <w:b/>
        </w:rPr>
        <w:t xml:space="preserve">[13:33] </w:t>
      </w:r>
      <w:r>
        <w:t>unhone dekhiye baat ko liya literal maani mein. jo maine kaha september ke parche mein jo aaya hamare. halanke woh tha tamseel ke maani mein.</w:t>
      </w:r>
    </w:p>
    <w:p>
      <w:pPr>
        <w:jc w:val="right"/>
      </w:pPr>
      <w:r>
        <w:t>انہوں نے دیکھیے بات کو لیا لٹرل معنی میں۔ جو میں نے کہا ستمبر کے پرچے میں جو آیا ہمارے۔ حالانکہ وہ تھا تمثیل کے معنی میں۔</w:t>
      </w:r>
    </w:p>
    <w:p>
      <w:r>
        <w:rPr>
          <w:b/>
        </w:rPr>
        <w:t xml:space="preserve">[13:48] </w:t>
      </w:r>
      <w:r>
        <w:t>yeh hai art of thinking. chuki woh train nahi tha unka mind, to woh gehrai mein ja kar nahi soch sake. wahan sham aur subah dono ka jo word hai, jo dono shabd hain,</w:t>
      </w:r>
    </w:p>
    <w:p>
      <w:pPr>
        <w:jc w:val="right"/>
      </w:pPr>
      <w:r>
        <w:t>یہ ہے آرٹ آف تھنکنگ۔ چونکہ وہ ٹرین نہیں تھا ان کا مائنڈ، تو وہ گہرائی میں جا کر نہیں سوچ سکے۔ وہاں شام اور صبح دونوں کا جو ورڈ ہے، جو دونوں शब्द ہیں،</w:t>
      </w:r>
    </w:p>
    <w:p>
      <w:r>
        <w:rPr>
          <w:b/>
        </w:rPr>
        <w:t xml:space="preserve">[14:04] </w:t>
      </w:r>
      <w:r>
        <w:t>woh literal maani mein nahi hain. woh isi maani mein hai ke dekha ke kuch difficulties hain, kuch problems hain.</w:t>
      </w:r>
    </w:p>
    <w:p>
      <w:pPr>
        <w:jc w:val="right"/>
      </w:pPr>
      <w:r>
        <w:t>وہ لٹرل معنی میں نہیں ہیں۔ وہ اسی معنی میں ہے کہ دیکھا کہ کچھ ڈیفیکلٹیز ہیں، کچھ پرابلم ہیں۔</w:t>
      </w:r>
    </w:p>
    <w:p>
      <w:r>
        <w:rPr>
          <w:b/>
        </w:rPr>
        <w:t xml:space="preserve">[14:16] </w:t>
      </w:r>
      <w:r>
        <w:t>to kaha: "af ho, yeh kya hoga? ab kya hoga?" to jo aqalmand aadmi hai, usne kaha: "ab hoga kya? ab to bohat zyada hoga.</w:t>
      </w:r>
    </w:p>
    <w:p>
      <w:pPr>
        <w:jc w:val="right"/>
      </w:pPr>
      <w:r>
        <w:t>تو کہا: "اف ہو، یہ کیا ہوگا؟ اب کیا ہوگا؟" تو جو عقلمند آدمی ہے، اس نے کہا: "اب ہوگا کیا؟ اب تو بہت زیادہ ہوگا۔</w:t>
      </w:r>
    </w:p>
    <w:p>
      <w:r>
        <w:rPr>
          <w:b/>
        </w:rPr>
        <w:t xml:space="preserve">[14:26] </w:t>
      </w:r>
      <w:r>
        <w:t>ab aur zyada hoga." kyunke tumhare mind ko shak lagega. tumhara mind jo hai, woh zyada activate hoga. ab tak tum mind the, to ab super mind ho jaoge tum.</w:t>
      </w:r>
    </w:p>
    <w:p>
      <w:pPr>
        <w:jc w:val="right"/>
      </w:pPr>
      <w:r>
        <w:t>اب اور زیادہ ہوگا۔" کیونکہ تمہارے مائنڈ کو شک لگے گا۔ تمہارا مائنڈ جو ہے، وہ زیادہ ایکٹیویٹ ہوگا۔ اب تک تم مائنڈ تھے، تو اب سپر مائنڈ ہو جاؤ گے تم۔</w:t>
      </w:r>
    </w:p>
    <w:p>
      <w:r>
        <w:rPr>
          <w:b/>
        </w:rPr>
        <w:t xml:space="preserve">[14:40] </w:t>
      </w:r>
      <w:r>
        <w:t>yeh hai art of thinking.</w:t>
      </w:r>
    </w:p>
    <w:p>
      <w:pPr>
        <w:jc w:val="right"/>
      </w:pPr>
      <w:r>
        <w:t>یہ ہے آرٹ آف تھنکنگ۔</w:t>
      </w:r>
    </w:p>
    <w:p>
      <w:r>
        <w:rPr>
          <w:b/>
        </w:rPr>
        <w:t xml:space="preserve">[14:44] </w:t>
      </w:r>
      <w:r>
        <w:t>to art of thinking ke baghair koi bhi kaam jo aap karein, woh sahi taur par nahi ho sakta hai.</w:t>
      </w:r>
    </w:p>
    <w:p>
      <w:pPr>
        <w:jc w:val="right"/>
      </w:pPr>
      <w:r>
        <w:t>تو آرٹ آف تھنکنگ کے بغیر کوئی بھی کام جو آپ کریں، وہ صحیح طور پر نہیں ہو سکتا ہے۔</w:t>
      </w:r>
    </w:p>
    <w:p>
      <w:r>
        <w:rPr>
          <w:b/>
        </w:rPr>
        <w:t xml:space="preserve">[14:55] </w:t>
      </w:r>
      <w:r>
        <w:t>ek ladka tha, woh dasvi class mein fail ho gaya.</w:t>
      </w:r>
    </w:p>
    <w:p>
      <w:pPr>
        <w:jc w:val="right"/>
      </w:pPr>
      <w:r>
        <w:t>ایک لڑکا تھا، وہ دسویں کلاس میں فیل ہو گیا۔</w:t>
      </w:r>
    </w:p>
    <w:p>
      <w:r>
        <w:rPr>
          <w:b/>
        </w:rPr>
        <w:t xml:space="preserve">[15:03] </w:t>
      </w:r>
      <w:r>
        <w:t>dasvi class mein fail ho gaya. ab bohat zyada sad, bohat zyada afsos. to mujhse mulaqat hui. unhone kaha: "isme sad hone ki kya baat hai?</w:t>
      </w:r>
    </w:p>
    <w:p>
      <w:pPr>
        <w:jc w:val="right"/>
      </w:pPr>
      <w:r>
        <w:t>دسویں کلاس میں فیل ہو گیا۔ اب بہت زیادہ سیڈ، بہت زیادہ افسوس۔ تو مجھ سے ملاقات ہوئی۔ انہوں نے کہا: "اس میں سیڈ ہونے کی کیا بات ہے؟</w:t>
      </w:r>
    </w:p>
    <w:p>
      <w:r>
        <w:rPr>
          <w:b/>
        </w:rPr>
        <w:t xml:space="preserve">[15:16] </w:t>
      </w:r>
      <w:r>
        <w:t>aapne sirf first chance ko khoya hai. second chance to abhi baki hai.</w:t>
      </w:r>
    </w:p>
    <w:p>
      <w:pPr>
        <w:jc w:val="right"/>
      </w:pPr>
      <w:r>
        <w:t>آپ نے صرف فرسٹ چانس کو کھویا ہے۔ سیکنڈ چانس تو ابھی باقی ہے۔</w:t>
      </w:r>
    </w:p>
    <w:p>
      <w:r>
        <w:rPr>
          <w:b/>
        </w:rPr>
        <w:t xml:space="preserve">[15:24] </w:t>
      </w:r>
      <w:r>
        <w:t>zindagi to chances se bhari hui hai. zindagi jo hai, chances se bhari hui hai. to abhi to aapne sirf first chance ko khoya hai.</w:t>
      </w:r>
    </w:p>
    <w:p>
      <w:pPr>
        <w:jc w:val="right"/>
      </w:pPr>
      <w:r>
        <w:t>زندگی تو چانسز سے بھری ہوئی ہے۔ زندگی جو ہے، چانسز سے بھری ہوئی ہے۔ تو ابھی تو آپ نے صرف فرسٹ چانس کو کھویا ہے۔</w:t>
      </w:r>
    </w:p>
    <w:p>
      <w:r>
        <w:rPr>
          <w:b/>
        </w:rPr>
        <w:t xml:space="preserve">[15:35] </w:t>
      </w:r>
      <w:r>
        <w:t>to second chance ko baki hai, usko avail kijiye." ab dekhein, uske uska mind ruk gaya tha: ke: "af ho, main to, main to fail ho gaya, ab kya hoga?" yahin par uski sui jo hai, ruk gayi thi.</w:t>
      </w:r>
    </w:p>
    <w:p>
      <w:pPr>
        <w:jc w:val="right"/>
      </w:pPr>
      <w:r>
        <w:t>تو سیکنڈ چانس کو باقی ہے، اس کو اویل کیجیے۔" اب دیکھیں، اس کے اس کا مائنڈ رک گیا تھا۔ کہ: "اف ہو، میں تو، میں تو فیل ہو گیا، اب کیا ہوگا؟" یہیں پر اس کی سوئی جو ہے، رک گئی تھی۔</w:t>
      </w:r>
    </w:p>
    <w:p>
      <w:r>
        <w:rPr>
          <w:b/>
        </w:rPr>
        <w:t xml:space="preserve">[15:49] </w:t>
      </w:r>
      <w:r>
        <w:t>yani gramophone ya sui ruk jati hai to wahi ek hi awaz aati rehti hai.</w:t>
      </w:r>
    </w:p>
    <w:p>
      <w:pPr>
        <w:jc w:val="right"/>
      </w:pPr>
      <w:r>
        <w:t>یعنی گرام فون یا سوئی رک جاتی ہے تو وہی ایک ہی آواز آتی رہتی ہے۔</w:t>
      </w:r>
    </w:p>
    <w:p>
      <w:r>
        <w:rPr>
          <w:b/>
        </w:rPr>
        <w:t xml:space="preserve">[15:57] </w:t>
      </w:r>
      <w:r>
        <w:t>to uske mind yahin ruk gaya tha ke: "af ho, main to fail ho gaya, ab main to fail ho gaya, ab main to fail ho gaya." to maine kaha ke: "is tarah sochiye.</w:t>
      </w:r>
    </w:p>
    <w:p>
      <w:pPr>
        <w:jc w:val="right"/>
      </w:pPr>
      <w:r>
        <w:t>تو اس کے مائنڈ یہیں رک گیا تھا کہ: "اف ہو، میں تو فیل ہو گیا، اب میں تو فیل ہو گیا، اب میں تو فیل ہو گیا۔" تو میں نے کہا کہ: "اس طرح سوچیے۔</w:t>
      </w:r>
    </w:p>
    <w:p>
      <w:r>
        <w:rPr>
          <w:b/>
        </w:rPr>
        <w:t xml:space="preserve">[16:07] </w:t>
      </w:r>
      <w:r>
        <w:t>is tarah sochiye. ke main, maine pehla chance khoya hai. second chance to abhi baki hai. to usko main avail kar sakta hoon." ab usse uska mind khula.</w:t>
      </w:r>
    </w:p>
    <w:p>
      <w:pPr>
        <w:jc w:val="right"/>
      </w:pPr>
      <w:r>
        <w:t>اس طرح سوچیے۔ کہ میں، میں نے پہلا چانس کھویا ہے۔ سیکنڈ چانس تو ابھی باقی ہے۔ تو اس کو میں اویل کر سکتا ہوں۔" اب اس سے اس کا مائنڈ کھلا۔</w:t>
      </w:r>
    </w:p>
    <w:p>
      <w:r>
        <w:rPr>
          <w:b/>
        </w:rPr>
        <w:t xml:space="preserve">[16:21] </w:t>
      </w:r>
      <w:r>
        <w:t>ek nai soch aai uske ab mind mein. agle saal woh first class se pass hua. woh isi mein jis mein woh fail hua tha, isi mein woh first aaya.</w:t>
      </w:r>
    </w:p>
    <w:p>
      <w:pPr>
        <w:jc w:val="right"/>
      </w:pPr>
      <w:r>
        <w:t>ایک نئی سوچ آئی اس کے اب مائنڈ میں۔ اگلے سال وہ فرسٹ کلاس سے پاس ہوا۔ وہ اسی میں جس میں وہ فیل ہوا تھا، اسی میں وہ فرسٹ آیا۔</w:t>
      </w:r>
    </w:p>
    <w:p>
      <w:r>
        <w:rPr>
          <w:b/>
        </w:rPr>
        <w:t xml:space="preserve">[16:33] </w:t>
      </w:r>
      <w:r>
        <w:t>to yeh hai art of thinking. art of thinking. art of thinking mein dekhiye, ek cheez yeh bhi hai.</w:t>
      </w:r>
    </w:p>
    <w:p>
      <w:pPr>
        <w:jc w:val="right"/>
      </w:pPr>
      <w:r>
        <w:t>تو یہ ہے آرٹ آف تھنکنگ۔ آرٹ آف تھنکنگ۔ آرٹ آف تھنکنگ میں دیکھیے، ایک چیز یہ بھی ہے۔</w:t>
      </w:r>
    </w:p>
    <w:p>
      <w:r>
        <w:rPr>
          <w:b/>
        </w:rPr>
        <w:t xml:space="preserve">[16:44] </w:t>
      </w:r>
      <w:r>
        <w:t>you have to know your limitations. you have to know your limitations. to dekhiye, ek saahib aaj aaye the mere paas.</w:t>
      </w:r>
    </w:p>
    <w:p>
      <w:pPr>
        <w:jc w:val="right"/>
      </w:pPr>
      <w:r>
        <w:t>یو ہیو ٹو نو یور لیمیٹیشنز۔ یو ہیو ٹو نو یور لیمیٹیشنز۔ تو دیکھیے، ایک صاحب آج آئے تھے میرے پاس۔</w:t>
      </w:r>
    </w:p>
    <w:p>
      <w:r>
        <w:rPr>
          <w:b/>
        </w:rPr>
        <w:t xml:space="preserve">[16:54] </w:t>
      </w:r>
      <w:r>
        <w:t>woh is par behas kar rahe the ke: "khuda ne hum ko paida hi kyun kiya? koi insaan bana diya hum ko?</w:t>
      </w:r>
    </w:p>
    <w:p>
      <w:pPr>
        <w:jc w:val="right"/>
      </w:pPr>
      <w:r>
        <w:t>وہ اس پر بحث کر رہے تھے کہ: "خدا نے ہم کو پیدا ہی کیوں کیا؟ کوئی انسان بنا دیا ہم کو؟</w:t>
      </w:r>
    </w:p>
    <w:p>
      <w:r>
        <w:rPr>
          <w:b/>
        </w:rPr>
        <w:t xml:space="preserve">[17:03] </w:t>
      </w:r>
      <w:r>
        <w:t>hum ko pathar banaya tha to hamara koi trust nahi ho sakta tha. hamein hell ka koi dar na hota. pathar ko na hell hai na paradise hai.</w:t>
      </w:r>
    </w:p>
    <w:p>
      <w:pPr>
        <w:jc w:val="right"/>
      </w:pPr>
      <w:r>
        <w:t>ہم کو پتھر بنایا تھا تو ہمارا کوئی ٹرسٹ نہیں ہو سکتا تھا۔ ہمیں ہیل کا کوئی ڈر نہ ہوتا۔ پتھر کو نہ ہیل ہے نہ پیراڈائز ہے۔</w:t>
      </w:r>
    </w:p>
    <w:p>
      <w:r>
        <w:rPr>
          <w:b/>
        </w:rPr>
        <w:t xml:space="preserve">[17:12] </w:t>
      </w:r>
      <w:r>
        <w:t>to hamein insaan kyun bana diya ke hum ek, hamare saamne ek, ek trust ka problem khada hua hai? to aakhir paida hi kyun kiya khuda ne hum ko?" to yahan par dekhiye, yeh bohat aisa hota hai ke aadmi apni limitations ko nahi jaanta.</w:t>
      </w:r>
    </w:p>
    <w:p>
      <w:pPr>
        <w:jc w:val="right"/>
      </w:pPr>
      <w:r>
        <w:t>تو ہمیں انسان کیوں بنا دیا کہ ہم ایک، ہمارے سامنے ایک، ایک ٹرسٹ کا پرابلم کھڑا ہوا ہے؟ تو آخر پیدا ہی کیوں کیا خدا نے ہم کو؟" تو یہاں پر دیکھیے، یہ بہت ایسا ہوتا ہے کہ آدمی اپنی لیمیٹیشنز کو نہیں جانتا۔</w:t>
      </w:r>
    </w:p>
    <w:p>
      <w:r>
        <w:rPr>
          <w:b/>
        </w:rPr>
        <w:t xml:space="preserve">[17:33] </w:t>
      </w:r>
      <w:r>
        <w:t>balkeh main zyada sahi taur par yeh kahunga ke woh relevant aur irrelevant ko nahi jaanta. yeh question relevant question nahi hai.</w:t>
      </w:r>
    </w:p>
    <w:p>
      <w:pPr>
        <w:jc w:val="right"/>
      </w:pPr>
      <w:r>
        <w:t>بلکہ میں زیادہ صحیح طور پر یہ کہوں گا کہ وہ ریلیونٹ اور اریلیونٹ کو نہیں جانتا۔ یہ کوئسچن ریلیونٹ کوئسچن نہیں ہے۔</w:t>
      </w:r>
    </w:p>
    <w:p>
      <w:r>
        <w:rPr>
          <w:b/>
        </w:rPr>
        <w:t xml:space="preserve">[17:42] </w:t>
      </w:r>
      <w:r>
        <w:t>irrelevant question hai.</w:t>
      </w:r>
    </w:p>
    <w:p>
      <w:pPr>
        <w:jc w:val="right"/>
      </w:pPr>
      <w:r>
        <w:t>اریلیونٹ کوئسچن ہے۔</w:t>
      </w:r>
    </w:p>
    <w:p>
      <w:r>
        <w:rPr>
          <w:b/>
        </w:rPr>
        <w:t xml:space="preserve">[17:48] </w:t>
      </w:r>
      <w:r>
        <w:t>you have to know the difference between relevance and irrelevance. yeh bhi art of thinking mein bohat zaroori hai. is liye ke dekhiye, aap ko suppose ke doctor ko dikhana hai.</w:t>
      </w:r>
    </w:p>
    <w:p>
      <w:pPr>
        <w:jc w:val="right"/>
      </w:pPr>
      <w:r>
        <w:t>یو ہیو ٹو نو دا ڈیفرنس بٹوین ریلیونس اینڈ اریلیونس۔ یہ بھی آرٹ آف تھنکنگ میں بہت ضروری ہے۔ اس لیے کہ دیکھیے، آپ کو سپوز کہ ڈاکٹر کو دکھانا ہے۔</w:t>
      </w:r>
    </w:p>
    <w:p>
      <w:r>
        <w:rPr>
          <w:b/>
        </w:rPr>
        <w:t xml:space="preserve">[18:06] </w:t>
      </w:r>
      <w:r>
        <w:t>ab aap ghar se nikle. to aap ko sign mein ghoomne lage. bohat se sign board dikha diye aap ko. doctor a, doctor b, doctor c.</w:t>
      </w:r>
    </w:p>
    <w:p>
      <w:pPr>
        <w:jc w:val="right"/>
      </w:pPr>
      <w:r>
        <w:t>اب آپ گھر سے نکلے۔ تو آپ کو سائن میں گھومنے لگے۔ بہت سے سائن بورڈ دکھا دیے آپ کو۔ ڈاکٹر اے، ڈاکٹر بی، ڈاکٹر سی۔</w:t>
      </w:r>
    </w:p>
    <w:p>
      <w:r>
        <w:rPr>
          <w:b/>
        </w:rPr>
        <w:t xml:space="preserve">[18:18] </w:t>
      </w:r>
      <w:r>
        <w:t>ab aap kahein ke yeh kya museebat hai? ek hi doctor hota to wahin hum chale aate. itne saare doctor hain, ab kya karein hum?</w:t>
      </w:r>
    </w:p>
    <w:p>
      <w:pPr>
        <w:jc w:val="right"/>
      </w:pPr>
      <w:r>
        <w:t>اب آپ کہیں کہ یہ کیا مصیبت ہے؟ ایک ہی ڈاکٹر ہوتا تو وہیں ہم چلے آتے۔ اتنے سارے ڈاکٹر ہیں، اب کیا کریں ہم؟</w:t>
      </w:r>
    </w:p>
    <w:p>
      <w:r>
        <w:rPr>
          <w:b/>
        </w:rPr>
        <w:t xml:space="preserve">[18:28] </w:t>
      </w:r>
      <w:r>
        <w:t>yeh soch galat soch hai aap ki. aisa nahi ho sakta hai ke duniya mein sirf ek doctor ho. doctor to kai rahenge. yaani aap ko choice lene ke test mein khada hona hi padega.</w:t>
      </w:r>
    </w:p>
    <w:p>
      <w:pPr>
        <w:jc w:val="right"/>
      </w:pPr>
      <w:r>
        <w:t>یہ سوچ غلط سوچ ہے آپ کی۔ ایسا نہیں ہو سکتا ہے کہ دنیا میں صرف ایک ڈاکٹر ہو۔ ڈاکٹر تو کئی رہیں گے۔ یعنی آپ کو چوائس لینے کے ٹیسٹ میں کھڑا ہونا ہی پڑے گا۔</w:t>
      </w:r>
    </w:p>
    <w:p>
      <w:r>
        <w:rPr>
          <w:b/>
        </w:rPr>
        <w:t xml:space="preserve">[18:47] </w:t>
      </w:r>
      <w:r>
        <w:t>aisa nahi ho sakta ke aap ke choice ka masla na rahe. bas ek hi doctor hai saare sheher mein. to ghar se aap chale jaiye, wahan se dawa le ke aa jaiye.</w:t>
      </w:r>
    </w:p>
    <w:p>
      <w:pPr>
        <w:jc w:val="right"/>
      </w:pPr>
      <w:r>
        <w:t>ایسا نہیں ہو سکتا کہ آپ کے چوائس کا مسئلہ نہ رہے۔ بس ایک ہی ڈاکٹر ہے سارے شہر میں۔ تو گھر سے آپ چلے جائیے، وہاں سے دوا لے کے آ جائیے۔</w:t>
      </w:r>
    </w:p>
    <w:p>
      <w:r>
        <w:rPr>
          <w:b/>
        </w:rPr>
        <w:t xml:space="preserve">[18:56] </w:t>
      </w:r>
      <w:r>
        <w:t>aisa hone wala nahi hai. to jo jo impossible hai, us ke peeche aap ko daudein.</w:t>
      </w:r>
    </w:p>
    <w:p>
      <w:pPr>
        <w:jc w:val="right"/>
      </w:pPr>
      <w:r>
        <w:t>ایسا ہونے والا نہیں ہے۔ تو جو جو امپاسیبل ہے، اس کے پیچھے آپ کو دوڑیں۔</w:t>
      </w:r>
    </w:p>
    <w:p>
      <w:r>
        <w:rPr>
          <w:b/>
        </w:rPr>
        <w:t xml:space="preserve">[19:05] </w:t>
      </w:r>
      <w:r>
        <w:t>isi tarah se dekhiye, yeh sochna ke khuda ne hum ko paida hi kyun kiya? yeh art of thinking na hone ki wajah se hai.</w:t>
      </w:r>
    </w:p>
    <w:p>
      <w:pPr>
        <w:jc w:val="right"/>
      </w:pPr>
      <w:r>
        <w:t>اسی طرح سے دیکھیے، یہ سوچنا کہ خدا نے ہم کو پیدا ہی کیوں کیا؟ یہ آرٹ آف تھنکنگ نہ ہونے کی وجہ سے ہے۔</w:t>
      </w:r>
    </w:p>
    <w:p>
      <w:r>
        <w:rPr>
          <w:b/>
        </w:rPr>
        <w:t xml:space="preserve">[19:16] </w:t>
      </w:r>
      <w:r>
        <w:t>to main ne explain kiya un ko ke dekhiye.</w:t>
      </w:r>
    </w:p>
    <w:p>
      <w:pPr>
        <w:jc w:val="right"/>
      </w:pPr>
      <w:r>
        <w:t>تو میں نے ایکسپلین کیا ان کو کہ دیکھیے۔</w:t>
      </w:r>
    </w:p>
    <w:p>
      <w:r>
        <w:rPr>
          <w:b/>
        </w:rPr>
        <w:t xml:space="preserve">[19:21] </w:t>
      </w:r>
      <w:r>
        <w:t>khuda ne aap ko paida kiya to aap ko bohat bari blessing ke liye paida kiya. woh kya? paradise. khuda ne ek paradise paida ki.</w:t>
      </w:r>
    </w:p>
    <w:p>
      <w:pPr>
        <w:jc w:val="right"/>
      </w:pPr>
      <w:r>
        <w:t>خدا نے آپ کو پیدا کیا تو آپ کو بہت بڑی بلیسنگ کے لیے پیدا کیا۔ وہ کیا؟ پیراڈائز۔ خدا نے ایک پیراڈائز پیدا کی۔</w:t>
      </w:r>
    </w:p>
    <w:p>
      <w:r>
        <w:rPr>
          <w:b/>
        </w:rPr>
        <w:t xml:space="preserve">[19:32] </w:t>
      </w:r>
      <w:r>
        <w:t>paradise kya hai? paradise hai ideal world. perfect world. ek aisi duniya jahan limitations nahi.</w:t>
      </w:r>
    </w:p>
    <w:p>
      <w:pPr>
        <w:jc w:val="right"/>
      </w:pPr>
      <w:r>
        <w:t>پیراڈائز کیا ہے؟ پیراڈائز ہے آئیڈیل ورلڈ۔ پرفیکٹ ورلڈ۔ ایک ایسی دنیا جہاں لیمیٹیشنز نہیں۔</w:t>
      </w:r>
    </w:p>
    <w:p>
      <w:r>
        <w:rPr>
          <w:b/>
        </w:rPr>
        <w:t xml:space="preserve">[19:42] </w:t>
      </w:r>
      <w:r>
        <w:t>jahan koi bhi negative baat nahi. jo saari happiness jahan hai. sara fulfillment jahan par hai.</w:t>
      </w:r>
    </w:p>
    <w:p>
      <w:pPr>
        <w:jc w:val="right"/>
      </w:pPr>
      <w:r>
        <w:t>جہاں کوئی بھی نیگیٹیو بات نہیں۔ جو ساری ہیپینس جہاں ہے۔ سارا فلفلمنٹ جہاں پر ہے۔</w:t>
      </w:r>
    </w:p>
    <w:p>
      <w:r>
        <w:rPr>
          <w:b/>
        </w:rPr>
        <w:t xml:space="preserve">[19:52] </w:t>
      </w:r>
      <w:r>
        <w:t>ab khuda ne ek chota sa test diya ke aap chaalis saal, pachas saal is duniya mein rahen. woh ek hi test hai ke freedom ko diya khuda ne aap ko.</w:t>
      </w:r>
    </w:p>
    <w:p>
      <w:pPr>
        <w:jc w:val="right"/>
      </w:pPr>
      <w:r>
        <w:t>اب خدا نے ایک چھوٹا سا ٹیسٹ دیا کہ آپ چالیس سال، پچاس سال اس دنیا میں رہیں۔ وہ ایک ہی ٹیسٹ ہے کہ فریڈم کو دیا خدا نے آپ کو۔</w:t>
      </w:r>
    </w:p>
    <w:p>
      <w:r>
        <w:rPr>
          <w:b/>
        </w:rPr>
        <w:t xml:space="preserve">[20:04] </w:t>
      </w:r>
      <w:r>
        <w:t>to aap freedom ko misuse na karein. bas. ek hi test to hai. baqi baatein isi par aa jaati hain.</w:t>
      </w:r>
    </w:p>
    <w:p>
      <w:pPr>
        <w:jc w:val="right"/>
      </w:pPr>
      <w:r>
        <w:t>تو آپ فریڈم کو مس یوز نہ کریں۔ بس۔ ایک ہی ٹیسٹ تو ہے۔ باقی باتیں اسی پر آ جاتی ہیں۔</w:t>
      </w:r>
    </w:p>
    <w:p>
      <w:r>
        <w:rPr>
          <w:b/>
        </w:rPr>
        <w:t xml:space="preserve">[20:15] </w:t>
      </w:r>
      <w:r>
        <w:t>to freedom ko misuse na karein. freedom ko theek se use karein. proper use karein is ka.</w:t>
      </w:r>
    </w:p>
    <w:p>
      <w:pPr>
        <w:jc w:val="right"/>
      </w:pPr>
      <w:r>
        <w:t>تو فریڈم کو مس یوز نہ کریں۔ فریڈم کو ٹھیک سے یوز کریں۔ پراپر یوز کریں اس کا۔</w:t>
      </w:r>
    </w:p>
    <w:p>
      <w:r>
        <w:rPr>
          <w:b/>
        </w:rPr>
        <w:t xml:space="preserve">[20:25] </w:t>
      </w:r>
      <w:r>
        <w:t>top test mein poora utar gaye. to itne, itne, itne halkey test ka itna bara aap ko mil raha hai.</w:t>
      </w:r>
    </w:p>
    <w:p>
      <w:pPr>
        <w:jc w:val="right"/>
      </w:pPr>
      <w:r>
        <w:t>ٹاپ ٹیسٹ میں پورا اتر گئے۔ تو اتنے، اتنے، اتنے ہلکے ٹیسٹ کا اتنا بڑا آپ کو مل رہا ہے۔</w:t>
      </w:r>
    </w:p>
    <w:p>
      <w:r>
        <w:rPr>
          <w:b/>
        </w:rPr>
        <w:t xml:space="preserve">[20:35] </w:t>
      </w:r>
      <w:r>
        <w:t>reward. paradise. yeh to super blessing hai. ab kya kehne lage woh? ke saahib jo log paradise ke liye select kiye jayenge, un ke liye to theek hai.</w:t>
      </w:r>
    </w:p>
    <w:p>
      <w:pPr>
        <w:jc w:val="right"/>
      </w:pPr>
      <w:r>
        <w:t>ریوارڈ۔ پیراڈائز۔ یہ تو سپر بلیسنگ ہے۔ اب کیا کہنے لگے وہ؟ کہ صاحب جو لوگ پیراڈائز کے لیے سلیکٹ کیے جائیں گے، ان کے لیے تو ٹھیک ہے۔</w:t>
      </w:r>
    </w:p>
    <w:p>
      <w:r>
        <w:rPr>
          <w:b/>
        </w:rPr>
        <w:t xml:space="preserve">[20:48] </w:t>
      </w:r>
      <w:r>
        <w:t>lekin jo log nahi kiye jayenge, woh. ab dekhiye, irrelevant question nahi hai. ab woh khud jinhon ne mujh se kaha hai saahib, woh ek government job mein the.</w:t>
      </w:r>
    </w:p>
    <w:p>
      <w:pPr>
        <w:jc w:val="right"/>
      </w:pPr>
      <w:r>
        <w:t>لیکن جو لوگ نہیں کیے جائیں گے، وہ۔ اب دیکھیے، اریلیونٹ کوئسچن نہیں ہے۔ اب وہ خود جنہوں نے مجھ سے کہا ہے صاحب، وہ ایک گورنمنٹ جاب میں تھے۔</w:t>
      </w:r>
    </w:p>
    <w:p>
      <w:r>
        <w:rPr>
          <w:b/>
        </w:rPr>
        <w:t xml:space="preserve">[21:01] </w:t>
      </w:r>
      <w:r>
        <w:t>jo aaj aaye the mere paas. to main ne poocha ke aap kya karte hain? unhon ne kaha ke main falan department mein officer hoon. to main ne kaha interview hua tha ke nahi?</w:t>
      </w:r>
    </w:p>
    <w:p>
      <w:pPr>
        <w:jc w:val="right"/>
      </w:pPr>
      <w:r>
        <w:t>جو آج آئے تھے میرے پاس۔ تو میں نے پوچھا کہ آپ کیا کرتے ہیں؟ انہوں نے کہا کہ میں فلاں ڈیپارٹمنٹ میں آفیسر ہوں۔ تو میں نے کہا انٹرویو ہوا تھا کہ نہیں؟</w:t>
      </w:r>
    </w:p>
    <w:p>
      <w:r>
        <w:rPr>
          <w:b/>
        </w:rPr>
        <w:t xml:space="preserve">[21:11] </w:t>
      </w:r>
      <w:r>
        <w:t>unhon ne kaha haan, interview hua tha. to main ne kaha interview mein kitne log aaye the? unhon ne kaha interview mein to bohat se log aaye the.</w:t>
      </w:r>
    </w:p>
    <w:p>
      <w:pPr>
        <w:jc w:val="right"/>
      </w:pPr>
      <w:r>
        <w:t>انہوں نے کہا ہاں، انٹرویو ہوا تھا۔ تو میں نے کہا انٹرویو میں کتنے لوگ آئے تھے؟ انہوں نے کہا انٹرویو میں تو بہت سے لوگ آئے تھے۔</w:t>
      </w:r>
    </w:p>
    <w:p>
      <w:r>
        <w:rPr>
          <w:b/>
        </w:rPr>
        <w:t xml:space="preserve">[21:20] </w:t>
      </w:r>
      <w:r>
        <w:t>to mein ne kaha kitne log liye gaye? kaha kal paanch aadmi liye gaye, baqi sab jo hai fail ho gaye. to aap mein ne kaha aap jante thay, jante thay?</w:t>
      </w:r>
    </w:p>
    <w:p>
      <w:pPr>
        <w:jc w:val="right"/>
      </w:pPr>
      <w:r>
        <w:t>تو میں نے کہا کتنے لوگ لیے گئے؟ کہا کل پانچ آدمی لیے گئے، باقی سب جو ہے فیل ہو گئے۔ تو آپ میں نے کہا آپ جانتے تھے، جانتے تھے؟</w:t>
      </w:r>
    </w:p>
    <w:p>
      <w:r>
        <w:rPr>
          <w:b/>
        </w:rPr>
        <w:t xml:space="preserve">[21:30] </w:t>
      </w:r>
      <w:r>
        <w:t>mein jaanta tha ke bohat se log fail honge. to mein ne kaha is liye phir kyun nahi gaye wahan par aap? aap nahi jatay ke af ho, itnay saray log fail honay walay hain, to mein kyun jaon?</w:t>
      </w:r>
    </w:p>
    <w:p>
      <w:pPr>
        <w:jc w:val="right"/>
      </w:pPr>
      <w:r>
        <w:t>میں جانتا تھا کہ بہت سے لوگ فیل ہوں گے۔ تو میں نے کہا اس لیے پھر کیوں نہیں گئے وہاں پر آپ؟ آپ نہیں جاتے کہ اف ہو، اتنے سارے لوگ فیل ہونے والے ہیں، تو میں کیوں جاؤں؟</w:t>
      </w:r>
    </w:p>
    <w:p>
      <w:r>
        <w:rPr>
          <w:b/>
        </w:rPr>
        <w:t xml:space="preserve">[21:41] </w:t>
      </w:r>
      <w:r>
        <w:t>is ke baad bhi gaye aap. yaani bohat se log wahan par un jo test honay wala tha, us test mein stand nahi karnay walay thay.</w:t>
      </w:r>
    </w:p>
    <w:p>
      <w:pPr>
        <w:jc w:val="right"/>
      </w:pPr>
      <w:r>
        <w:t>اس کے بعد بھی گئے آپ۔ یعنی بہت سے لوگ وہاں پر ان جو ٹیسٹ ہونے والا تھا، اس ٹیسٹ میں اسٹینڈ نہیں کرنے والے تھے۔</w:t>
      </w:r>
    </w:p>
    <w:p>
      <w:r>
        <w:rPr>
          <w:b/>
        </w:rPr>
        <w:t xml:space="preserve">[21:52] </w:t>
      </w:r>
      <w:r>
        <w:t>wo reject honay walay thay. phir bhi aap wahan gaye. phir bhi aap ne test diya. to yeh koi, mein ne kaha, yeh koi healthy thinking nahi hai.</w:t>
      </w:r>
    </w:p>
    <w:p>
      <w:pPr>
        <w:jc w:val="right"/>
      </w:pPr>
      <w:r>
        <w:t>وہ ریجیکٹ ہونے والے تھے۔ پھر بھی آپ وہاں گئے۔ پھر بھی آپ نے ٹیسٹ دیا۔ تو یہ کوئی، میں نے کہا، یہ کوئی ہیلدی تھنکنگ نہیں ہے۔</w:t>
      </w:r>
    </w:p>
    <w:p>
      <w:r>
        <w:rPr>
          <w:b/>
        </w:rPr>
        <w:t xml:space="preserve">[22:01] </w:t>
      </w:r>
      <w:r>
        <w:t>yeh koi relevant soch nahi hai. ke kuch log agar paradise ke liye select na hon, to un ko le kar ke aap le kar sochain.</w:t>
      </w:r>
    </w:p>
    <w:p>
      <w:pPr>
        <w:jc w:val="right"/>
      </w:pPr>
      <w:r>
        <w:t>یہ کوئی ریلیونٹ سوچ نہیں ہے۔ کہ کچھ لوگ اگر پیراڈائز کے لیے سلیکٹ نہ ہوں، تو ان کو لے کر کے آپ لے کر سوچیں۔</w:t>
      </w:r>
    </w:p>
    <w:p>
      <w:r>
        <w:rPr>
          <w:b/>
        </w:rPr>
        <w:t xml:space="preserve">[22:11] </w:t>
      </w:r>
      <w:r>
        <w:t>phir aap apni fikr kijiye. apnay ko banaiye is tareeqay se aap ke is test par stand kar sakain aap. apnay job mein aap ne aisa nahi kiya.</w:t>
      </w:r>
    </w:p>
    <w:p>
      <w:pPr>
        <w:jc w:val="right"/>
      </w:pPr>
      <w:r>
        <w:t>پھر آپ اپنی فکر کیجیے۔ اپنے کو بنائیے اس طریقے سے آپ کہ اس ٹیسٹ پر اسٹینڈ کر سکیں آپ۔ اپنے جاب میں آپ نے ایسا نہیں کیا۔</w:t>
      </w:r>
    </w:p>
    <w:p>
      <w:r>
        <w:rPr>
          <w:b/>
        </w:rPr>
        <w:t xml:space="preserve">[22:23] </w:t>
      </w:r>
      <w:r>
        <w:t>aur doosray kamon mein aap aisa nahi karte. to paradise ke mamlay mein kyun aisa kar rahay hain aap? why this duality?</w:t>
      </w:r>
    </w:p>
    <w:p>
      <w:pPr>
        <w:jc w:val="right"/>
      </w:pPr>
      <w:r>
        <w:t>اور دوسرے کاموں میں آپ ایسا نہیں کرتے۔ تو پیراڈائز کے معاملے میں کیوں ایسا کر رہے ہیں آپ؟ وائی دس ڈوئلٹی؟</w:t>
      </w:r>
    </w:p>
    <w:p>
      <w:r>
        <w:rPr>
          <w:b/>
        </w:rPr>
        <w:t xml:space="preserve">[22:31] </w:t>
      </w:r>
      <w:r>
        <w:t>why this double thinking?</w:t>
      </w:r>
    </w:p>
    <w:p>
      <w:pPr>
        <w:jc w:val="right"/>
      </w:pPr>
      <w:r>
        <w:t>وائی دس ڈبل تھنکنگ؟</w:t>
      </w:r>
    </w:p>
    <w:p>
      <w:r>
        <w:rPr>
          <w:b/>
        </w:rPr>
        <w:t xml:space="preserve">[22:37] </w:t>
      </w:r>
      <w:r>
        <w:t>to dekhiye, art of thinking ka aik abhi bohat hi impossible aspect hai. ke aap jannay difference ko relevance aur irrelevance ke beech mein.</w:t>
      </w:r>
    </w:p>
    <w:p>
      <w:pPr>
        <w:jc w:val="right"/>
      </w:pPr>
      <w:r>
        <w:t>تو دیکھیے، آرٹ آف تھنکنگ کا ایک ابھی بہت ہی امپاسیبل آسپیکٹ ہے۔ کہ آپ جانیں ڈیفرنس کو ریلیونس اور اریلیونس کے بیچ میں۔</w:t>
      </w:r>
    </w:p>
    <w:p>
      <w:r>
        <w:rPr>
          <w:b/>
        </w:rPr>
        <w:t xml:space="preserve">[22:52] </w:t>
      </w:r>
      <w:r>
        <w:t>aap ke andar bohat hi acute sense hona chahiye relevance ko aur irrelevance ko janne ka. tab ja kar ke aap right tor par soch paingay.</w:t>
      </w:r>
    </w:p>
    <w:p>
      <w:pPr>
        <w:jc w:val="right"/>
      </w:pPr>
      <w:r>
        <w:t>آپ کے اندر بہت ہی ایکیوٹ سینس ہونا چاہیے ریلیونس کو اور اریلیونس کو جاننے کا۔ تب جا کر کے آپ رائٹ طور پر سوچ پائیں گے۔</w:t>
      </w:r>
    </w:p>
    <w:p>
      <w:r>
        <w:rPr>
          <w:b/>
        </w:rPr>
        <w:t xml:space="preserve">[23:06] </w:t>
      </w:r>
      <w:r>
        <w:t>sach mein to right thinking jo hai, is ka sab se zyada impossible aspect yahi hai. ke relevance ko aur irrelevance ko janna. is ke difference ko.</w:t>
      </w:r>
    </w:p>
    <w:p>
      <w:pPr>
        <w:jc w:val="right"/>
      </w:pPr>
      <w:r>
        <w:t>سچ میں تو رائٹ تھنکنگ جو ہے، اس کا سب سے زیادہ امپاسیبل آسپیکٹ یہی ہے۔ کہ ریلیونس کو اور اریلیونس کو جاننا۔ اس کے ڈیفرنس کو۔</w:t>
      </w:r>
    </w:p>
    <w:p>
      <w:r>
        <w:rPr>
          <w:b/>
        </w:rPr>
        <w:t xml:space="preserve">[23:21] </w:t>
      </w:r>
      <w:r>
        <w:t>bohat hi impossible aspect hai right thinking ka. jaise mein ne aap ko misaal di.</w:t>
      </w:r>
    </w:p>
    <w:p>
      <w:pPr>
        <w:jc w:val="right"/>
      </w:pPr>
      <w:r>
        <w:t>بہت ہی امپاسیبل آسپیکٹ ہے رائٹ تھنکنگ کا۔ جیسے میں نے آپ کو مثال دی۔</w:t>
      </w:r>
    </w:p>
    <w:p>
      <w:r>
        <w:rPr>
          <w:b/>
        </w:rPr>
        <w:t xml:space="preserve">[23:32] </w:t>
      </w:r>
      <w:r>
        <w:t>ke jab unhon ne yeh nahi jaana ke relevant aspect kya hai aur irrelevant aspect kya hai. dono mein confuse kar diya unhon ne. to right thinking kabhi bhi aap ke andar nahi aayegi agar aap ke andar yeh quality na ho.</w:t>
      </w:r>
    </w:p>
    <w:p>
      <w:pPr>
        <w:jc w:val="right"/>
      </w:pPr>
      <w:r>
        <w:t>کہ جب انہوں نے یہ نہیں جانا کہ ریلیونٹ آسپیکٹ کیا ہے اور اریلیونٹ آسپیکٹ کیا ہے۔ دونوں میں کنفیوز کر دیا انہوں نے۔ تو رائٹ تھنکنگ کبھی بھی آپ کے اندر نہیں آئے گی اگر آپ کے اندر یہ کوالٹی نہ ہو۔</w:t>
      </w:r>
    </w:p>
    <w:p>
      <w:r>
        <w:rPr>
          <w:b/>
        </w:rPr>
        <w:t xml:space="preserve">[23:51] </w:t>
      </w:r>
      <w:r>
        <w:t>ke bohat hi acute sense hona chahiye aap ke andar. relevance aur irrelevance ke difference ko janne ka. yaani yaad rakhiye, aaj right thinking kabhi nahi rahaygi aap ke andar.</w:t>
      </w:r>
    </w:p>
    <w:p>
      <w:pPr>
        <w:jc w:val="right"/>
      </w:pPr>
      <w:r>
        <w:t>کہ بہت ہی ایکیوٹ سینس ہونا چاہیے آپ کے اندر۔ ریلیونس اور اریلیونس کے ڈیفرنس کو جاننے کا۔ یعنی یاد رکھیے، آج آپ رائٹ تھنکنگ کبھی نہیں رہے گی آپ کے اندر۔</w:t>
      </w:r>
    </w:p>
    <w:p>
      <w:r>
        <w:rPr>
          <w:b/>
        </w:rPr>
        <w:t xml:space="preserve">[24:05] </w:t>
      </w:r>
      <w:r>
        <w:t>kabhi nahi rahaygi. aur yeh Khuda ne pehlay din bata diya tha. jab insaan ko banaya Khuda ne.</w:t>
      </w:r>
    </w:p>
    <w:p>
      <w:pPr>
        <w:jc w:val="right"/>
      </w:pPr>
      <w:r>
        <w:t>کبھی نہیں رہے گی۔ اور یہ خدا نے پہلے دن بتا دیا تھا۔ جب انسان کو بنایا خدا نے۔</w:t>
      </w:r>
    </w:p>
    <w:p>
      <w:r>
        <w:rPr>
          <w:b/>
        </w:rPr>
        <w:t xml:space="preserve">[24:16] </w:t>
      </w:r>
      <w:r>
        <w:t>quran mein bataya gaya hai ke jab Khuda ne Adam ko banaya.</w:t>
      </w:r>
    </w:p>
    <w:p>
      <w:pPr>
        <w:jc w:val="right"/>
      </w:pPr>
      <w:r>
        <w:t>قرآن میں بتایا گیا ہے کہ جب خدا نے آدم کو بنایا۔</w:t>
      </w:r>
    </w:p>
    <w:p>
      <w:r>
        <w:rPr>
          <w:b/>
        </w:rPr>
        <w:t xml:space="preserve">[24:21] </w:t>
      </w:r>
      <w:r>
        <w:t>aur</w:t>
      </w:r>
    </w:p>
    <w:p>
      <w:pPr>
        <w:jc w:val="right"/>
      </w:pPr>
      <w:r>
        <w:t>اور</w:t>
      </w:r>
    </w:p>
    <w:p>
      <w:r>
        <w:rPr>
          <w:b/>
        </w:rPr>
        <w:t xml:space="preserve">[24:25] </w:t>
      </w:r>
      <w:r>
        <w:t>us waqt Khuda ne farishton se kaha ke is ke aagay jhuk jao. jhuk jao ka matlab pata hi tha ke yeh ab zameen mein rahay ga, insaan is ki naslain yahan ayengi.</w:t>
      </w:r>
    </w:p>
    <w:p>
      <w:pPr>
        <w:jc w:val="right"/>
      </w:pPr>
      <w:r>
        <w:t>اس وقت خدا نے فرشتوں سے کہا کہ اس کے آگے جھک جاؤ۔ جھک جاؤ کا معنی پتہ ہی تھا کہ یہ اب زمین میں رہے گا، انسان اس کی نسلیں یہاں آئیں گی۔</w:t>
      </w:r>
    </w:p>
    <w:p>
      <w:r>
        <w:rPr>
          <w:b/>
        </w:rPr>
        <w:t xml:space="preserve">[24:40] </w:t>
      </w:r>
      <w:r>
        <w:t>insaan basay ga, phir is ki naslain paida hongi. aik poori generation yahan par basay gi. to woh us ko hum ne freedom diya hai.</w:t>
      </w:r>
    </w:p>
    <w:p>
      <w:pPr>
        <w:jc w:val="right"/>
      </w:pPr>
      <w:r>
        <w:t>انسان بسے گا، پھر اس کی نسلیں پیدا ہوں گی۔ ایک پوری جنریشن یہاں پر بسے گی۔ تو وہ اس کو ہم نے فریڈم دیا ہے۔</w:t>
      </w:r>
    </w:p>
    <w:p>
      <w:r>
        <w:rPr>
          <w:b/>
        </w:rPr>
        <w:t xml:space="preserve">[24:51] </w:t>
      </w:r>
      <w:r>
        <w:t>to tum kyunke dunya ka jo Khuda ki dunya hai jo, us ko angel chala rahay hain, farishtay chala rahay hain. yaani hawaon ka chalna, suraj ka nikalna.</w:t>
      </w:r>
    </w:p>
    <w:p>
      <w:pPr>
        <w:jc w:val="right"/>
      </w:pPr>
      <w:r>
        <w:t>تو تم کیونکہ دنیا کا جو خدا کی دنیا ہے جو، اس کو اینجل چلا رہے ہیں، فرشتے چلا رہے ہیں۔ یعنی ہواؤں کا چلنا، سورج کا نکلنا۔</w:t>
      </w:r>
    </w:p>
    <w:p>
      <w:r>
        <w:rPr>
          <w:b/>
        </w:rPr>
        <w:t xml:space="preserve">[25:02] </w:t>
      </w:r>
      <w:r>
        <w:t>yeh poora aik aap dekhti hain dunya mein itni sari factories chal rahi hain. kaisi anokhi factory hai ke hum ko continuously oxygen supply ho raha hai.</w:t>
      </w:r>
    </w:p>
    <w:p>
      <w:pPr>
        <w:jc w:val="right"/>
      </w:pPr>
      <w:r>
        <w:t>یہ پورا ایک آپ دیکھتی ہیں دنیا میں اتنی ساری فیکٹریاں چل رہی ہیں۔ کیسی انوکھی فیکٹری ہے کہ ہم کو کنٹینیوسلی آکسیجن سپلائی ہو رہا ہے۔</w:t>
      </w:r>
    </w:p>
    <w:p>
      <w:r>
        <w:rPr>
          <w:b/>
        </w:rPr>
        <w:t xml:space="preserve">[25:17] </w:t>
      </w:r>
      <w:r>
        <w:t>kaisi anokhi industry hai ke zameen chaubees ghantay ghoom rahi hai. is tarah abhi is ke andar hum ko yeh nahi lagta ke jaise aap hawa jahaz mein jab chalte hain to aap bar bar hawa jahaz mein aap jatay hain, aap down hota hai.</w:t>
      </w:r>
    </w:p>
    <w:p>
      <w:pPr>
        <w:jc w:val="right"/>
      </w:pPr>
      <w:r>
        <w:t>کیسی انوکھی انڈسٹری ہے کہ زمین چوبیس گھنٹے گھوم رہی ہے۔ اس طرح ابھی اس کے اندر ہم کو یہ نہیں لگتا کہ جیسے آپ ہوا جہاز میں جب چلتے ہیں تو آپ بار بار ہوا جہاز میں آپ جاتے ہیں، آپ ڈاؤن ہوتا ہے۔</w:t>
      </w:r>
    </w:p>
    <w:p>
      <w:r>
        <w:rPr>
          <w:b/>
        </w:rPr>
        <w:t xml:space="preserve">[25:31] </w:t>
      </w:r>
      <w:r>
        <w:t>train mein chalo, wahan bhi hilti hai. aap ghore par baitho, tab bhi woh hilay ga. zameen aik sawari hai.</w:t>
      </w:r>
    </w:p>
    <w:p>
      <w:pPr>
        <w:jc w:val="right"/>
      </w:pPr>
      <w:r>
        <w:t>ٹرین میں چلیں، وہاں بھی ہلتی ہے۔ آپ گھوڑے پر بیٹھیں، تب بھی وہ ہلے گا۔ زمین ایک سواری ہے۔</w:t>
      </w:r>
    </w:p>
    <w:p>
      <w:r>
        <w:rPr>
          <w:b/>
        </w:rPr>
        <w:t xml:space="preserve">[25:42] </w:t>
      </w:r>
      <w:r>
        <w:t>one thousand mile per hour ki raftaar se chaubees ghantay ghoomti rehti hai. lekin yeh aap dekho, aap sukoon ke sath hain, aap zameen par baithe hue hain.</w:t>
      </w:r>
    </w:p>
    <w:p>
      <w:pPr>
        <w:jc w:val="right"/>
      </w:pPr>
      <w:r>
        <w:t>ون تھاؤزنڈ مائل پر آور کی رفتار سے چوبیس گھنٹے گھومتی رہتی ہے۔ لیکن یہ آپ دیکھیں، آپ سکون کے ساتھ ہیں، آپ زمین پر بیٹھے ہوئے ہیں۔</w:t>
      </w:r>
    </w:p>
    <w:p>
      <w:r>
        <w:rPr>
          <w:b/>
        </w:rPr>
        <w:t xml:space="preserve">[25:52] </w:t>
      </w:r>
      <w:r>
        <w:t>to kya apnay aap hi hai? yeh bohat bara system hai, bohat bara. woh sab farishtay chala rahay hain. to aisay hi sari kainat jo hai, sari universe jo hai,</w:t>
      </w:r>
    </w:p>
    <w:p>
      <w:pPr>
        <w:jc w:val="right"/>
      </w:pPr>
      <w:r>
        <w:t>تو کیا اپنے آپ ہی ہے؟ یہ بہت بڑا سسٹم ہے، بہت بڑا۔ وہ سب فرشتے چلا رہے ہیں۔ تو ایسے ہی ساری کائنات جو ہے، ساری یونیورس جو ہے،</w:t>
      </w:r>
    </w:p>
    <w:p>
      <w:r>
        <w:rPr>
          <w:b/>
        </w:rPr>
        <w:t xml:space="preserve">[26:06] </w:t>
      </w:r>
      <w:r>
        <w:t>woh sab jo is mein activities hain, woh sab angel chala rahe hain. toh farishton ne jab farishton se kaha ke tum jhuk jao, is ka matlab yeh tha ke tum ko operate karna.</w:t>
      </w:r>
    </w:p>
    <w:p>
      <w:pPr>
        <w:jc w:val="right"/>
      </w:pPr>
      <w:r>
        <w:t>وہ سب جو اس میں ایکٹیویٹیز ہیں، وہ سب اینجل چلا رہے ہیں۔ تو فرشتوں نے جب فرشتوں سے کہا کہ تم جھک جاؤ، اس کا مطلب یہ تھا کہ تم کوآپریٹ کرنا۔</w:t>
      </w:r>
    </w:p>
    <w:p>
      <w:r>
        <w:rPr>
          <w:b/>
        </w:rPr>
        <w:t xml:space="preserve">[26:21] </w:t>
      </w:r>
      <w:r>
        <w:t>insaan se tum ko cooperate karna hoga. toh khair is waqt farishton ne kaha tha ke</w:t>
      </w:r>
    </w:p>
    <w:p>
      <w:pPr>
        <w:jc w:val="right"/>
      </w:pPr>
      <w:r>
        <w:t>انسان سے تم کو کوآپریٹ کرنا ہوگا۔ تو خیر اس وقت فرشتوں نے کہا تھا کہ</w:t>
      </w:r>
    </w:p>
    <w:p>
      <w:r>
        <w:rPr>
          <w:b/>
        </w:rPr>
        <w:t xml:space="preserve">[26:36] </w:t>
      </w:r>
      <w:r>
        <w:t>ke khuda ne use kaha unhon ne ke aap ne diya hai in ko azadi. yeh toh khoon bahayega, blood shed karega. aur yahan par corruption paida karega.</w:t>
      </w:r>
    </w:p>
    <w:p>
      <w:pPr>
        <w:jc w:val="right"/>
      </w:pPr>
      <w:r>
        <w:t>کہ خدا نے اسے کہا انہوں نے کہ آپ نے دیا ہے ان کو آزادی۔ یہ تو خون بہائے گا، بلڈ شیڈ کرے گا۔ اور یہاں پر کرپشن پیدا کرے گا۔</w:t>
      </w:r>
    </w:p>
    <w:p>
      <w:r>
        <w:rPr>
          <w:b/>
        </w:rPr>
        <w:t xml:space="preserve">[26:48] </w:t>
      </w:r>
      <w:r>
        <w:t>fasad machayega. toh khuda ne kaha ke sari naslein insani jo theen, khuda ne un ko dikhaya.</w:t>
      </w:r>
    </w:p>
    <w:p>
      <w:pPr>
        <w:jc w:val="right"/>
      </w:pPr>
      <w:r>
        <w:t>فساد مچائے گا۔ تو خدا نے کہا کہ ساری نسلیں انسانی جو تھیں، خدا نے ان کو دکھایا۔</w:t>
      </w:r>
    </w:p>
    <w:p>
      <w:r>
        <w:rPr>
          <w:b/>
        </w:rPr>
        <w:t xml:space="preserve">[26:58] </w:t>
      </w:r>
      <w:r>
        <w:t>phir dikhaya ke dekho in ko. tab farishton ne samjha ke is mein agar ek group aisa hai jo bura kaam karega, misuse karega freedom ko, toh waise bhi bohat se log honge jo proper use karenge freedom ko.</w:t>
      </w:r>
    </w:p>
    <w:p>
      <w:pPr>
        <w:jc w:val="right"/>
      </w:pPr>
      <w:r>
        <w:t>پھر دکھایا کہ دیکھو ان کو۔ تب فرشتوں نے سمجھا کہ اس میں اگر ایک گروپ ایسا ہے جو برا کام کرے گا، مس یوز کرے گا فریڈم کو، تو ویسے بھی بہت سے لوگ ہوں گے جو پراپر یوز کریں گے فریڈم کو۔</w:t>
      </w:r>
    </w:p>
    <w:p>
      <w:r>
        <w:rPr>
          <w:b/>
        </w:rPr>
        <w:t xml:space="preserve">[27:15] </w:t>
      </w:r>
      <w:r>
        <w:t>woh paradise mein jaane ke qabil thehrenge.</w:t>
      </w:r>
    </w:p>
    <w:p>
      <w:pPr>
        <w:jc w:val="right"/>
      </w:pPr>
      <w:r>
        <w:t>وہ پیراڈائز میں جانے کے قابل ٹھہریں گے۔</w:t>
      </w:r>
    </w:p>
    <w:p>
      <w:r>
        <w:rPr>
          <w:b/>
        </w:rPr>
        <w:t xml:space="preserve">[27:22] </w:t>
      </w:r>
      <w:r>
        <w:t>toh agar kuch log yaani raaste se bhatkenge toh kuch log raaste par chalenge bhi. wahi khuda ka yaani wahi log khuda ke maqsood hain.</w:t>
      </w:r>
    </w:p>
    <w:p>
      <w:pPr>
        <w:jc w:val="right"/>
      </w:pPr>
      <w:r>
        <w:t>تو اگر کچھ لوگ یعنی راستے سے بھٹکیں گے تو کچھ لوگ راستے پر چلیں گے بھی۔ وہی خدا کا یعنی وہی لوگ خدا کے مقصود ہیں۔</w:t>
      </w:r>
    </w:p>
    <w:p>
      <w:r>
        <w:rPr>
          <w:b/>
        </w:rPr>
        <w:t xml:space="preserve">[27:35] </w:t>
      </w:r>
      <w:r>
        <w:t>jaise aap dekhen ke maslan saib hai, apple. apple ka aap ko juice chahiye. toh juice jab nikalte hain aap toh bohat sa non juice is mein nikalta hai.</w:t>
      </w:r>
    </w:p>
    <w:p>
      <w:pPr>
        <w:jc w:val="right"/>
      </w:pPr>
      <w:r>
        <w:t>جیسے آپ دیکھیں کہ مثلاً سیب ہے، ایپل۔ ایپل کا آپ کو جوس چاہیے۔ تو جوس جب نکالتے ہیں آپ تو بہت سا نان جوس اس میں نکلتا ہے۔</w:t>
      </w:r>
    </w:p>
    <w:p>
      <w:r>
        <w:rPr>
          <w:b/>
        </w:rPr>
        <w:t xml:space="preserve">[27:50] </w:t>
      </w:r>
      <w:r>
        <w:t>is ka chilka waghera. is ka chilka, is ka beej, woh sab alag ho jata hai. aap ko fresh juice milta hai. har cheez mein.</w:t>
      </w:r>
    </w:p>
    <w:p>
      <w:pPr>
        <w:jc w:val="right"/>
      </w:pPr>
      <w:r>
        <w:t>اس کا چھلکا وغیرہ۔ اس کا چھلکا، اس کا بیج، وہ سب الگ ہو جاتا ہے۔ آپ کو فریش جوس ملتا ہے۔ ہر چیز میں۔</w:t>
      </w:r>
    </w:p>
    <w:p>
      <w:r>
        <w:rPr>
          <w:b/>
        </w:rPr>
        <w:t xml:space="preserve">[27:59] </w:t>
      </w:r>
      <w:r>
        <w:t>ganne mein ras nikalte hain aap toh is ka chilka alag ho jata hai. kisi bhi cheez ka aap jab juice nikalte hain toh.</w:t>
      </w:r>
    </w:p>
    <w:p>
      <w:pPr>
        <w:jc w:val="right"/>
      </w:pPr>
      <w:r>
        <w:t>گنے میں رس نکالتے ہیں آپ تو اس کا چھلکا الگ ہو جاتا ہے۔ کسی بھی چیز کا آپ جب جوس نکالتے ہیں تو۔</w:t>
      </w:r>
    </w:p>
    <w:p>
      <w:r>
        <w:rPr>
          <w:b/>
        </w:rPr>
        <w:t xml:space="preserve">[28:08] </w:t>
      </w:r>
      <w:r>
        <w:t>toh agar itna sab is mein chilka hai toh kya isi ke liye juice nahi liya jayega? toh ek glass juice ke liye itna chilka nikal jaye toh us ki parwah nahi ki jati.</w:t>
      </w:r>
    </w:p>
    <w:p>
      <w:pPr>
        <w:jc w:val="right"/>
      </w:pPr>
      <w:r>
        <w:t>تو اگر اتنا سب اس میں چھلکا ہے تو کیا اسی کے لیے جوس نہیں لیا جائے گا؟ تو ایک گلاس جوس کے لیے اتنا چھلکا نکل جائے تو اس کی پرواہ نہیں کی جاتی۔</w:t>
      </w:r>
    </w:p>
    <w:p>
      <w:r>
        <w:rPr>
          <w:b/>
        </w:rPr>
        <w:t xml:space="preserve">[28:22] </w:t>
      </w:r>
      <w:r>
        <w:t>toh insaan ki jo nasal hai, is mein kuch log agar nikalte hain jo proper use karen aur misuse karne se bachen freedom ke aur woh jannat mein jaane ke qabil thehren toh wahi wahi kaafi hain.</w:t>
      </w:r>
    </w:p>
    <w:p>
      <w:pPr>
        <w:jc w:val="right"/>
      </w:pPr>
      <w:r>
        <w:t>تو انسان کی جو نسل ہے، اس میں کچھ لوگ اگر نکلتے ہیں جو پراپر یوز کریں اور مس یوز کرنے سے بچیں فریڈم کے اور وہ جنت میں جانے کے قابل ٹھہریں تو وہی وہی کافی ہیں۔</w:t>
      </w:r>
    </w:p>
    <w:p>
      <w:r>
        <w:rPr>
          <w:b/>
        </w:rPr>
        <w:t xml:space="preserve">[28:39] </w:t>
      </w:r>
      <w:r>
        <w:t>baqi log kooday khane mein daal diye jayenge.</w:t>
      </w:r>
    </w:p>
    <w:p>
      <w:pPr>
        <w:jc w:val="right"/>
      </w:pPr>
      <w:r>
        <w:t>باقی لوگ کوڑے خانے میں ڈال دیے جائیں گے۔</w:t>
      </w:r>
    </w:p>
    <w:p>
      <w:r>
        <w:rPr>
          <w:b/>
        </w:rPr>
        <w:t xml:space="preserve">[28:44] </w:t>
      </w:r>
      <w:r>
        <w:t>toh aap maine un se kaha ke aap phir jo kooday khane mein daale jayenge, un ka un ki fikr kyun kar rahe hain? apne ko aap bachaiye ke aap kooday khane mein na jayen. aap paradise mein jayen.</w:t>
      </w:r>
    </w:p>
    <w:p>
      <w:pPr>
        <w:jc w:val="right"/>
      </w:pPr>
      <w:r>
        <w:t>تو آپ میں نے ان سے کہا کہ آپ پھر جو کوڑے خانے میں ڈالے جائیں گے، ان کا ان کی فکر کیوں کر رہے ہیں؟ اپنے کو آپ بچائیے کہ آپ کوڑے خانے میں نہ جائیں۔ آپ پیراڈائز میں جائیں۔</w:t>
      </w:r>
    </w:p>
    <w:p>
      <w:r>
        <w:rPr>
          <w:b/>
        </w:rPr>
        <w:t xml:space="preserve">[28:54] </w:t>
      </w:r>
      <w:r>
        <w:t>jaise ke apne job ke liye kya aap ne? koi log job nahi mila toh kya isi ke gham mein aap khud bhi job na lete?</w:t>
      </w:r>
    </w:p>
    <w:p>
      <w:pPr>
        <w:jc w:val="right"/>
      </w:pPr>
      <w:r>
        <w:t>جیسے کہ اپنے جاب کے لیے کیا آپ نے؟ کوئی لوگ جاب نہیں ملا تو کیا اسی کے غم میں آپ خود بھی جاب نہ لیتے؟</w:t>
      </w:r>
    </w:p>
    <w:p>
      <w:r>
        <w:rPr>
          <w:b/>
        </w:rPr>
        <w:t xml:space="preserve">[29:04] </w:t>
      </w:r>
      <w:r>
        <w:t>dekhiye, main aap ko ek arz karunga baat ke jab bhi aap</w:t>
      </w:r>
    </w:p>
    <w:p>
      <w:pPr>
        <w:jc w:val="right"/>
      </w:pPr>
      <w:r>
        <w:t>دیکھیے، میں آپ کو ایک عرض کروں گا بات کہ جب بھی آپ</w:t>
      </w:r>
    </w:p>
    <w:p>
      <w:r>
        <w:rPr>
          <w:b/>
        </w:rPr>
        <w:t xml:space="preserve">[29:11] </w:t>
      </w:r>
      <w:r>
        <w:t>reality se hatenge, sincerity se hatenge toh kya hoga? aap ke andar</w:t>
      </w:r>
    </w:p>
    <w:p>
      <w:pPr>
        <w:jc w:val="right"/>
      </w:pPr>
      <w:r>
        <w:t>ریلیٹی سے ہٹیں گے، سنسیرٹی سے ہٹیں گے تو کیا ہوگا؟ آپ کے اندر</w:t>
      </w:r>
    </w:p>
    <w:p>
      <w:r>
        <w:rPr>
          <w:b/>
        </w:rPr>
        <w:t xml:space="preserve">[29:20] </w:t>
      </w:r>
      <w:r>
        <w:t>double thinking aa jayegi. duality aa jayegi. aur double thinking ke sath aap ke andar right thinking kabhi ikattha nahi ho sakti.</w:t>
      </w:r>
    </w:p>
    <w:p>
      <w:pPr>
        <w:jc w:val="right"/>
      </w:pPr>
      <w:r>
        <w:t>ڈبل تھنکنگ آ جائے گی۔ ڈوئلٹی آ جائے گی۔ اور ڈبل تھنکنگ کے ساتھ آپ کے اندر رائٹ تھنکنگ کبھی اکٹھا نہیں ہو سکتی۔</w:t>
      </w:r>
    </w:p>
    <w:p>
      <w:r>
        <w:rPr>
          <w:b/>
        </w:rPr>
        <w:t xml:space="preserve">[29:30] </w:t>
      </w:r>
      <w:r>
        <w:t>jahan double thinking hogi, wahan right thinking nahi hogi. yeh double thinking hai. apne job ke liye toh aap nahi sochte ke bohat se log jo nahi liye jayenge, toh us ki wajah se aap bhi apply na karen.</w:t>
      </w:r>
    </w:p>
    <w:p>
      <w:pPr>
        <w:jc w:val="right"/>
      </w:pPr>
      <w:r>
        <w:t>جہاں ڈبل تھنکنگ ہوگی، وہاں رائٹ تھنکنگ نہیں ہوگی۔ یہ ڈبل تھنکنگ ہے۔ اپنے جاب کے لیے تو آپ نہیں سوچتے کہ بہت سے لوگ جو نہیں لیے جائیں گے، تو اس کی وجہ سے آپ بھی اپلائی نہ کریں۔</w:t>
      </w:r>
    </w:p>
    <w:p>
      <w:r>
        <w:rPr>
          <w:b/>
        </w:rPr>
        <w:t xml:space="preserve">[29:46] </w:t>
      </w:r>
      <w:r>
        <w:t>aap bhi interview mein na baithen. aisa toh nahi karte karte aap. toh yahan kyun aap aisa soch rahe hain? ke kuch logon ko help, kuch logon ko agar paradise nahi milegi toh woh unhi ko le kar ke aap behas kar rahe hain.</w:t>
      </w:r>
    </w:p>
    <w:p>
      <w:pPr>
        <w:jc w:val="right"/>
      </w:pPr>
      <w:r>
        <w:t>آپ بھی انٹرویو میں نہ بیٹھیں۔ ایسا تو نہیں کرتے کرتے آپ۔ تو یہاں کیوں آپ ایسا سوچ رہے ہیں؟ کہ کچھ لوگوں کو ہیلپ، کچھ لوگوں کو اگر پیراڈائز نہیں ملے گی تو وہ انہی کو لے کر کے آپ بحث کر رہے ہیں۔</w:t>
      </w:r>
    </w:p>
    <w:p>
      <w:r>
        <w:rPr>
          <w:b/>
        </w:rPr>
        <w:t xml:space="preserve">[30:00] </w:t>
      </w:r>
      <w:r>
        <w:t>yeh hai duality. yeh hai double think. double standard. toh yaad rakhiye, jab bhi aadmi</w:t>
      </w:r>
    </w:p>
    <w:p>
      <w:pPr>
        <w:jc w:val="right"/>
      </w:pPr>
      <w:r>
        <w:t>یہ ہے ڈوئلٹی۔ یہ ہے ڈبل تھنک۔ ڈبل اسٹینڈرڈ۔ تو یاد رکھیے، جب بھی آدمی</w:t>
      </w:r>
    </w:p>
    <w:p>
      <w:r>
        <w:rPr>
          <w:b/>
        </w:rPr>
        <w:t xml:space="preserve">[30:10] </w:t>
      </w:r>
      <w:r>
        <w:t>reality se hatega, right approach se hatega, toh woh pad jayega kis mein? double standard ban jayega woh.</w:t>
      </w:r>
    </w:p>
    <w:p>
      <w:pPr>
        <w:jc w:val="right"/>
      </w:pPr>
      <w:r>
        <w:t>ریلیٹی سے ہٹے گا، رائٹ اپروچ سے ہٹے گا، تو وہ پڑ جائے گا کس میں؟ ڈبل اسٹینڈرڈ بن جائے گا وہ۔</w:t>
      </w:r>
    </w:p>
    <w:p>
      <w:r>
        <w:rPr>
          <w:b/>
        </w:rPr>
        <w:t xml:space="preserve">[30:21] </w:t>
      </w:r>
      <w:r>
        <w:t>aur uska kya loss hoga? bohat bara.</w:t>
      </w:r>
    </w:p>
    <w:p>
      <w:pPr>
        <w:jc w:val="right"/>
      </w:pPr>
      <w:r>
        <w:t>اور اس کا کیا لاس ہوگا؟ بہت بڑا۔</w:t>
      </w:r>
    </w:p>
    <w:p>
      <w:r>
        <w:rPr>
          <w:b/>
        </w:rPr>
        <w:t xml:space="preserve">[30:26] </w:t>
      </w:r>
      <w:r>
        <w:t>ke jahan</w:t>
      </w:r>
    </w:p>
    <w:p>
      <w:pPr>
        <w:jc w:val="right"/>
      </w:pPr>
      <w:r>
        <w:t>کہ جہاں</w:t>
      </w:r>
    </w:p>
    <w:p>
      <w:r>
        <w:rPr>
          <w:b/>
        </w:rPr>
        <w:t xml:space="preserve">[30:29] </w:t>
      </w:r>
      <w:r>
        <w:t>duality hai, dohra soch hai, wahan right thinking nahi hai.</w:t>
      </w:r>
    </w:p>
    <w:p>
      <w:pPr>
        <w:jc w:val="right"/>
      </w:pPr>
      <w:r>
        <w:t>ڈوئلٹی ہے، دہرا سوچ ہے، وہاں رائٹ تھنکنگ نہیں ہے۔</w:t>
      </w:r>
    </w:p>
    <w:p>
      <w:r>
        <w:rPr>
          <w:b/>
        </w:rPr>
        <w:t xml:space="preserve">[30:37] </w:t>
      </w:r>
      <w:r>
        <w:t>right thinking aur dohra soch dono ikhatta nahi ho sakte. ke dohra soch aayi to right thinking gayi.</w:t>
      </w:r>
    </w:p>
    <w:p>
      <w:pPr>
        <w:jc w:val="right"/>
      </w:pPr>
      <w:r>
        <w:t>رائٹ تھنکنگ اور دہرا سوچ دونوں اکٹھا نہیں ہو سکتے۔ کہ دہرا سوچ آئی تو رائٹ تھنکنگ گئی۔</w:t>
      </w:r>
    </w:p>
    <w:p>
      <w:r>
        <w:rPr>
          <w:b/>
        </w:rPr>
        <w:t xml:space="preserve">[30:47] </w:t>
      </w:r>
      <w:r>
        <w:t>to aadmi ko chahiye ke ab ye in sab baaton ko jaane. to art of thinking mein ye bhi shamil hai ke aap kabhi bhi realistic approach se na hatein.</w:t>
      </w:r>
    </w:p>
    <w:p>
      <w:pPr>
        <w:jc w:val="right"/>
      </w:pPr>
      <w:r>
        <w:t>تو آدمی کو چاہیے کہ اب یہ ان سب باتوں کو جانے۔ تو آرٹ آف تھنکنگ میں یہ بھی شامل ہے کہ آپ کبھی بھی ریلیسٹک اپروچ سے نہ ہٹیں۔</w:t>
      </w:r>
    </w:p>
    <w:p>
      <w:r>
        <w:rPr>
          <w:b/>
        </w:rPr>
        <w:t xml:space="preserve">[30:59] </w:t>
      </w:r>
      <w:r>
        <w:t>kabhi bhi aap ke andar aap kabhi bhi double mind na banein. kabhi bhi aap double standard na banein.</w:t>
      </w:r>
    </w:p>
    <w:p>
      <w:pPr>
        <w:jc w:val="right"/>
      </w:pPr>
      <w:r>
        <w:t>کبھی بھی آپ کے اندر آپ کبھی بھی ڈبل مائنڈ نہ بنیں۔ کبھی بھی آپ ڈبل اسٹینڈرڈ نہ بنیں۔</w:t>
      </w:r>
    </w:p>
    <w:p>
      <w:r>
        <w:rPr>
          <w:b/>
        </w:rPr>
        <w:t xml:space="preserve">[31:10] </w:t>
      </w:r>
      <w:r>
        <w:t>kyun ke phir to right thinking aayegi hi nahi aap ke andar.</w:t>
      </w:r>
    </w:p>
    <w:p>
      <w:pPr>
        <w:jc w:val="right"/>
      </w:pPr>
      <w:r>
        <w:t>کیونکہ پھر تو رائٹ تھنکنگ آئے گی ہی نہیں آپ کے اندر۔</w:t>
      </w:r>
    </w:p>
    <w:p>
      <w:r>
        <w:rPr>
          <w:b/>
        </w:rPr>
        <w:t xml:space="preserve">[31:16] </w:t>
      </w:r>
      <w:r>
        <w:t>to main ye keh raha hoon ke duniya mein koi bhi kaam aap ko karna ho, zaroori hai ke aap ke andar right thinking ho.</w:t>
      </w:r>
    </w:p>
    <w:p>
      <w:pPr>
        <w:jc w:val="right"/>
      </w:pPr>
      <w:r>
        <w:t>تو میں یہ کہہ رہا ہوں کہ دنیا میں کوئی بھی کام آپ کو کرنا ہو، ضروری ہے کہ آپ کے اندر رائٹ تھنکنگ ہو۔</w:t>
      </w:r>
    </w:p>
    <w:p>
      <w:r>
        <w:rPr>
          <w:b/>
        </w:rPr>
        <w:t xml:space="preserve">[31:28] </w:t>
      </w:r>
      <w:r>
        <w:t>right thinking ho. right thinking nahi hai to</w:t>
      </w:r>
    </w:p>
    <w:p>
      <w:pPr>
        <w:jc w:val="right"/>
      </w:pPr>
      <w:r>
        <w:t>رائٹ تھنکنگ ہو۔ رائٹ تھنکنگ نہیں ہے تو</w:t>
      </w:r>
    </w:p>
    <w:p>
      <w:r>
        <w:rPr>
          <w:b/>
        </w:rPr>
        <w:t xml:space="preserve">[31:36] </w:t>
      </w:r>
      <w:r>
        <w:t>kuch bhi nahi hai. ek sahab se meri mulaqat hui. bahut learned aadmi the. yaani un ke ghar mein bahut hi selected books thin.</w:t>
      </w:r>
    </w:p>
    <w:p>
      <w:pPr>
        <w:jc w:val="right"/>
      </w:pPr>
      <w:r>
        <w:t>کچھ بھی نہیں ہے۔ ایک صاحب سے میری ملاقات ہوئی۔ بہت لرنڈ آدمی تھے۔ یعنی ان کے گھر میں بہت ہی سلیکٹڈ بکس تھیں۔</w:t>
      </w:r>
    </w:p>
    <w:p>
      <w:r>
        <w:rPr>
          <w:b/>
        </w:rPr>
        <w:t xml:space="preserve">[31:52] </w:t>
      </w:r>
      <w:r>
        <w:t>more than ten thousand.</w:t>
      </w:r>
    </w:p>
    <w:p>
      <w:pPr>
        <w:jc w:val="right"/>
      </w:pPr>
      <w:r>
        <w:t>مور دین ٹین تھاؤزنڈ۔</w:t>
      </w:r>
    </w:p>
    <w:p>
      <w:r>
        <w:rPr>
          <w:b/>
        </w:rPr>
        <w:t xml:space="preserve">[31:57] </w:t>
      </w:r>
      <w:r>
        <w:t>duniya bhar ke big big mind jo the, un ki kitab ikhatta kar rakhi thi unhone. to kya hua? un ki beti jo bahut jisko bahut chahte the, wo ek accident hua, us mein mar gayi wo.</w:t>
      </w:r>
    </w:p>
    <w:p>
      <w:pPr>
        <w:jc w:val="right"/>
      </w:pPr>
      <w:r>
        <w:t>دنیا بھر کے بگ بگ مائنڈ جو تھے، ان کی کتاب اکٹھا کر رکھی تھی انہوں نے۔ تو کیا ہوا؟ ان کی بیٹی جو بہت جس کو بہت چاہتے تھے، وہ ایک ایکسیڈنٹ ہوا، اس میں مر گئی وہ۔</w:t>
      </w:r>
    </w:p>
    <w:p>
      <w:r>
        <w:rPr>
          <w:b/>
        </w:rPr>
        <w:t xml:space="preserve">[32:10] </w:t>
      </w:r>
      <w:r>
        <w:t>ab isi ko le kar baithi hui thi, kya ye kitabon se faida? in kitabon mein kuch nahi mere liye hai. ye sari kitabein bekar hain. main jo ye sari kitabein maine padh rakhi hain aur sari kitabon se main chaha ke wo bataye mujhe koi ke meri beti kyun is tarah mar gayi.</w:t>
      </w:r>
    </w:p>
    <w:p>
      <w:pPr>
        <w:jc w:val="right"/>
      </w:pPr>
      <w:r>
        <w:t>اب اسی کو لے کر بیٹھی ہوئی تھی، کیا یہ کتابوں سے فائدہ؟ ان کتابوں میں کچھ نہیں میرے لیے ہے۔ یہ ساری کتابیں بیکار ہیں۔ میں جو یہ ساری کتابیں میں نے پڑھ رکھی ہیں اور ساری کتابوں سے میں چاہا کہ وہ بتائے مجھے کوئی کہ میری بیٹی کیوں اس طرح مر گئی۔</w:t>
      </w:r>
    </w:p>
    <w:p>
      <w:r>
        <w:rPr>
          <w:b/>
        </w:rPr>
        <w:t xml:space="preserve">[32:28] </w:t>
      </w:r>
      <w:r>
        <w:t>to mujhe koi kitab nahi batati.</w:t>
      </w:r>
    </w:p>
    <w:p>
      <w:pPr>
        <w:jc w:val="right"/>
      </w:pPr>
      <w:r>
        <w:t>تو مجھے کوئی کتاب نہیں بتاتی۔</w:t>
      </w:r>
    </w:p>
    <w:p>
      <w:r>
        <w:rPr>
          <w:b/>
        </w:rPr>
        <w:t xml:space="preserve">[32:33] </w:t>
      </w:r>
      <w:r>
        <w:t>to maine pata kiya to mano ke beti jo hai wo sharab peeti thi. to maine kaha aap ne apni beti ki aisi pampering ki ke wo sharab peeti thi aur aap ne roka nahi us ko.</w:t>
      </w:r>
    </w:p>
    <w:p>
      <w:pPr>
        <w:jc w:val="right"/>
      </w:pPr>
      <w:r>
        <w:t>تو میں نے پتہ کیا تو مانو کہ بیٹی جو ہے وہ شراب پیتی تھی۔ تو میں نے کہا آپ نے اپنی بیٹی کی ایسی پیمپرنگ کی کہ وہ شراب پیتی تھی اور آپ نے روکا نہیں اس کو۔</w:t>
      </w:r>
    </w:p>
    <w:p>
      <w:r>
        <w:rPr>
          <w:b/>
        </w:rPr>
        <w:t xml:space="preserve">[32:45] </w:t>
      </w:r>
      <w:r>
        <w:t>to us ki price deni deni padegi aap ko. deni padegi aap ko. aap ne kyun itni pampering ki ke wo sharab peene ki us ko aadat pad gayi?</w:t>
      </w:r>
    </w:p>
    <w:p>
      <w:pPr>
        <w:jc w:val="right"/>
      </w:pPr>
      <w:r>
        <w:t>تو اس کی پرائس دینی دینی پڑے گی آپ کو۔ دینی پڑے گی آپ کو۔ آپ نے کیوں اتنی پیمپرنگ کی کہ وہ شراب پینے کی اس کو عادت پڑ گئی؟</w:t>
      </w:r>
    </w:p>
    <w:p>
      <w:r>
        <w:rPr>
          <w:b/>
        </w:rPr>
        <w:t xml:space="preserve">[32:57] </w:t>
      </w:r>
      <w:r>
        <w:t>to aap ne us ko roka nahi? to aap us ki price dijiye phir. kitab mein dhoondhne ki kya zaroorat? aap khud hi apni aql se dhoondh lijiye ke aisa kyun hua.</w:t>
      </w:r>
    </w:p>
    <w:p>
      <w:pPr>
        <w:jc w:val="right"/>
      </w:pPr>
      <w:r>
        <w:t>تو آپ نے اس کو روکا نہیں؟ تو آپ اس کی پرائس دیجیے پھر۔ کتاب میں ڈھونڈنے کی کیا ضرورت؟ آپ خود ہی اپنی عقل سے ڈھونڈ لیجیے کہ ایسا کیوں ہوا۔</w:t>
      </w:r>
    </w:p>
    <w:p>
      <w:r>
        <w:rPr>
          <w:b/>
        </w:rPr>
        <w:t xml:space="preserve">[33:11] </w:t>
      </w:r>
      <w:r>
        <w:t>to log right way pe sochte nahi. logon ki to right thinking nahi. lekin is duniya mein yaad rakhiye, successful life ke liye zaroori hai ke aap ke andar right thinking ho.</w:t>
      </w:r>
    </w:p>
    <w:p>
      <w:pPr>
        <w:jc w:val="right"/>
      </w:pPr>
      <w:r>
        <w:t>تو لوگ رائٹ وے پہ سوچتے نہیں۔ لوگوں کی تو رائٹ تھنکنگ نہیں۔ لیکن اس دنیا میں یاد رکھیے، سکسیس فل لائف کے لیے ضروری ہے کہ آپ کے اندر رائٹ تھنکنگ ہو۔</w:t>
      </w:r>
    </w:p>
    <w:p>
      <w:r>
        <w:rPr>
          <w:b/>
        </w:rPr>
        <w:t xml:space="preserve">[33:26] </w:t>
      </w:r>
      <w:r>
        <w:t>right thinking mein ye bhi shamil hai ke aap ek jo zindagi mein jo tajurbe hote hain, us se aap lesson lein. lesson lein.</w:t>
      </w:r>
    </w:p>
    <w:p>
      <w:pPr>
        <w:jc w:val="right"/>
      </w:pPr>
      <w:r>
        <w:t>رائٹ تھنکنگ میں یہ بھی شامل ہے کہ آپ ایک جو زندگی میں جو تجربے ہوتے ہیں، اس سے آپ لیسن لیں۔ لیسن لیں۔</w:t>
      </w:r>
    </w:p>
    <w:p>
      <w:r>
        <w:rPr>
          <w:b/>
        </w:rPr>
        <w:t xml:space="preserve">[33:36] </w:t>
      </w:r>
      <w:r>
        <w:t>yahi tajurba ke beti jo hai sharab peene lagi to use ja ke takra diya gaadi. aage ke liye aap sochein ke main ne apne poton ko, apne nawason ko sharab peene nahi doonga.</w:t>
      </w:r>
    </w:p>
    <w:p>
      <w:pPr>
        <w:jc w:val="right"/>
      </w:pPr>
      <w:r>
        <w:t>یہی تجربہ کہ بیٹی جو ہے شراب پینے لگی تو اسے جا کے ٹکرا دیا گاڑی۔ آگے کے لیے آپ سوچیں کہ میں نے اپنے پوتوں کو، اپنے نواسوں کو شراب پینے نہیں دوں گا۔</w:t>
      </w:r>
    </w:p>
    <w:p>
      <w:r>
        <w:rPr>
          <w:b/>
        </w:rPr>
        <w:t xml:space="preserve">[33:48] </w:t>
      </w:r>
      <w:r>
        <w:t>ye hai sabak lena. ye nahi ke bas gham mein pade hue hain, haaye meri beti, haaye meri beti aur koi lesson nahi lete is se.</w:t>
      </w:r>
    </w:p>
    <w:p>
      <w:pPr>
        <w:jc w:val="right"/>
      </w:pPr>
      <w:r>
        <w:t>یہ ہے سبق لینا۔ یہ نہیں کہ بس غم میں پڑے ہوئے ہیں، ہائے میری بیٹی، ہائے میری بیٹی اور کوئی لیسن نہیں لیتے اس سے۔</w:t>
      </w:r>
    </w:p>
    <w:p>
      <w:r>
        <w:rPr>
          <w:b/>
        </w:rPr>
        <w:t xml:space="preserve">[33:58] </w:t>
      </w:r>
      <w:r>
        <w:t>to jab aap lesson na lenge to kya hoga? aap ke pote aur aap ke nawase bhi isi mein padhenge aur aap phir bhi us ko rokne ka aap ke andar spirit nahi jaage gi.</w:t>
      </w:r>
    </w:p>
    <w:p>
      <w:pPr>
        <w:jc w:val="right"/>
      </w:pPr>
      <w:r>
        <w:t>تو جب آپ لیسن نہ لیں گے تو کیا ہوگا؟ آپ کے پوتے اور آپ کے نواسے بھی اسی میں پڑھیں گے اور آپ پھر بھی اس کو روکنے کا آپ کے اندر اسپرٹ نہیں جاگے گی۔</w:t>
      </w:r>
    </w:p>
    <w:p>
      <w:r>
        <w:rPr>
          <w:b/>
        </w:rPr>
        <w:t xml:space="preserve">[34:11] </w:t>
      </w:r>
      <w:r>
        <w:t>ek jagah main gaya to wahan par right ho gaya tha. kamler right ho gaya tha wahan. to wahan par logon ko ye shikayat thi ke police ne firing ki aur firing mein itne log mar gaye, itna ye hua, wo nuksan, itna wo nuksan hua.</w:t>
      </w:r>
    </w:p>
    <w:p>
      <w:pPr>
        <w:jc w:val="right"/>
      </w:pPr>
      <w:r>
        <w:t>ایک جگہ میں گیا تو وہاں پر رائٹ ہو گیا تھا۔ کملر رائٹ ہو گیا تھا وہاں۔ تو وہاں پر لوگوں کو یہ شکایت تھی کہ پولیس نے فائرنگ کی اور فائرنگ میں اتنے لوگ مر گئے، اتنا یہ ہوا، وہ نقصان، اتنا وہ نقصان ہوا۔</w:t>
      </w:r>
    </w:p>
    <w:p>
      <w:r>
        <w:rPr>
          <w:b/>
        </w:rPr>
        <w:t xml:space="preserve">[34:32] </w:t>
      </w:r>
      <w:r>
        <w:t>to main ne wahan par ja kar ke pata kiya, pata kiya ke mamla kya tha. mamla ye tha ke ek community ke logon ne juloos nikala.</w:t>
      </w:r>
    </w:p>
    <w:p>
      <w:pPr>
        <w:jc w:val="right"/>
      </w:pPr>
      <w:r>
        <w:t>تو میں نے وہاں پر جا کر کے پتہ کیا، پتہ کیا کہ معاملہ کیا تھا۔ معاملہ یہ تھا کہ ایک کمیونٹی کے لوگوں نے جلوس نکالا۔</w:t>
      </w:r>
    </w:p>
    <w:p>
      <w:r>
        <w:rPr>
          <w:b/>
        </w:rPr>
        <w:t xml:space="preserve">[34:45] </w:t>
      </w:r>
      <w:r>
        <w:t>hamare India mein juloos nikalte hain, developed countries mein aisa nahi hota, juloos waghera wahan nahi hota lekin India mein to hota hai. to ek community ne juloos nikala.</w:t>
      </w:r>
    </w:p>
    <w:p>
      <w:pPr>
        <w:jc w:val="right"/>
      </w:pPr>
      <w:r>
        <w:t>ہمارے انڈیا میں جلوس نکلتے ہیں، ڈیولپ کنٹریز میں ایسا نہیں ہوتا، جلوس وغیرہ وہاں نہیں ہوتا لیکن انڈیا میں تو ہوتا ہے۔ تو ایک کمیونٹی نے جلوس نکالا۔</w:t>
      </w:r>
    </w:p>
    <w:p>
      <w:r>
        <w:rPr>
          <w:b/>
        </w:rPr>
        <w:t xml:space="preserve">[34:55] </w:t>
      </w:r>
      <w:r>
        <w:t>juloos mein aap jante hain ke is mein slogan bhi hote hain, is mein gana bajana bhi hota hai. to doosri community ko is par objection hua, unhone kaha aap hamare mahalle se juloos nahi nahi le sakte.</w:t>
      </w:r>
    </w:p>
    <w:p>
      <w:pPr>
        <w:jc w:val="right"/>
      </w:pPr>
      <w:r>
        <w:t>جلوس میں آپ جانتے ہیں کہ اس میں سلوگن بھی ہوتے ہیں، اس میں گانا بجانا بھی ہوتا ہے۔ تو دوسری کمیونٹی کو اس پر ابجیکشن ہوا، انہوں نے کہا آپ ہمارے محلے سے جلوس نہیں نہیں لے سکتے۔</w:t>
      </w:r>
    </w:p>
    <w:p>
      <w:r>
        <w:rPr>
          <w:b/>
        </w:rPr>
        <w:t xml:space="preserve">[35:12] </w:t>
      </w:r>
      <w:r>
        <w:t>to police sath sath police bhi hoti hai, aap jante hain jab juloos nikalta hai to police bhi sath sath hoti thi. to un logon ke manne se juloos ruk nahi raha tha.</w:t>
      </w:r>
    </w:p>
    <w:p>
      <w:pPr>
        <w:jc w:val="right"/>
      </w:pPr>
      <w:r>
        <w:t>تو پولیس ساتھ ساتھ پولیس بھی ہوتی ہے، آپ جانتے ہیں جب جلوس نکلتا ہے تو پولیس بھی ساتھ ساتھ ہوتی تھی۔ تو ان لوگوں کے منع کرنے سے جلوس رک نہیں رہا تھا۔</w:t>
      </w:r>
    </w:p>
    <w:p>
      <w:r>
        <w:rPr>
          <w:b/>
        </w:rPr>
        <w:t xml:space="preserve">[35:25] </w:t>
      </w:r>
      <w:r>
        <w:t>kaha tha ke nahi, hum to isi road se jayenge. ye road jo hai hamari seedhi padti hai, ye road. to un logon ne chaha ke police wale rokein.</w:t>
      </w:r>
    </w:p>
    <w:p>
      <w:pPr>
        <w:jc w:val="right"/>
      </w:pPr>
      <w:r>
        <w:t>کہا تھا کہ نہیں، ہم تو اسی روڈ سے جائیں گے۔ یہ روڈ جو ہے ہماری سیدھی پڑتی ہے، یہ روڈ۔ تو ان لوگوں نے چاہا کہ پولیس والے روکیں۔</w:t>
      </w:r>
    </w:p>
    <w:p>
      <w:r>
        <w:rPr>
          <w:b/>
        </w:rPr>
        <w:t xml:space="preserve">[35:37] </w:t>
      </w:r>
      <w:r>
        <w:t>police walon se kaha unhon ne. police ne kaha ke bhai, main kaise rok sakta hoon? yeh to un ki freedom ka mamla hai. un ko freedom hai. yaani police se nikalna to freedom hai aadmi ka.</w:t>
      </w:r>
    </w:p>
    <w:p>
      <w:pPr>
        <w:jc w:val="right"/>
      </w:pPr>
      <w:r>
        <w:t>پولیس والوں سے کہا انہوں نے۔ پولیس نے کہا کہ بھئی، میں کیسے روک سکتا ہوں؟ یہ تو ان کی فریڈم کا معاملہ ہے۔ ان کو فریڈم ہے۔ یعنی پولیس سے نکالنا تو فریڈم ہے آدمی کا۔</w:t>
      </w:r>
    </w:p>
    <w:p>
      <w:r>
        <w:rPr>
          <w:b/>
        </w:rPr>
        <w:t xml:space="preserve">[35:49] </w:t>
      </w:r>
      <w:r>
        <w:t>kaise rokein ge? hum kaise rokein? un ko kaise kahein ke aap route badlie?</w:t>
      </w:r>
    </w:p>
    <w:p>
      <w:pPr>
        <w:jc w:val="right"/>
      </w:pPr>
      <w:r>
        <w:t>کیسے روکیں گے؟ ہم کیسے روکیں؟ ان کو کیسے کہیں کہ آپ روٹ بدلیے؟</w:t>
      </w:r>
    </w:p>
    <w:p>
      <w:r>
        <w:rPr>
          <w:b/>
        </w:rPr>
        <w:t xml:space="preserve">[35:56] </w:t>
      </w:r>
      <w:r>
        <w:t>to police ne kaha ke dekhein, main is ki guarantee leta hoon ke yeh koi violence nahi karein ge. un ko jaane dejiye. yaani peaceful tareeqe se unhein jaane dejiye.</w:t>
      </w:r>
    </w:p>
    <w:p>
      <w:pPr>
        <w:jc w:val="right"/>
      </w:pPr>
      <w:r>
        <w:t>تو پولیس نے کہا کہ دیکھیں، میں اس کی گارنٹی لیتا ہوں کہ یہ کوئی وائیلنس نہیں کریں گے۔ ان کو جانے دیجیے۔ یعنی پیس فل طریقے سے انہیں جانے دیجیے۔</w:t>
      </w:r>
    </w:p>
    <w:p>
      <w:r>
        <w:rPr>
          <w:b/>
        </w:rPr>
        <w:t xml:space="preserve">[36:08] </w:t>
      </w:r>
      <w:r>
        <w:t>hum yahan par maujood hain, hum violence nahi hone dein ge. to nahi nahi, aap route badwaiye, un ko hataye. to police ne kaha ke bhai, hum is ki to guarantee le sakte hain ke violence na ho.</w:t>
      </w:r>
    </w:p>
    <w:p>
      <w:pPr>
        <w:jc w:val="right"/>
      </w:pPr>
      <w:r>
        <w:t>ہم یہاں پر موجود ہیں، ہم وائیلنس نہیں ہونے دیں گے۔ تو نہیں نہیں، آپ روٹ بدلوائیے، ان کو ہٹائیے۔ تو پولیس نے کہا کہ بھئی، ہم اس کی تو گارنٹی لے سکتے ہیں کہ وائیلنس نہ ہو۔</w:t>
      </w:r>
    </w:p>
    <w:p>
      <w:r>
        <w:rPr>
          <w:b/>
        </w:rPr>
        <w:t xml:space="preserve">[36:19] </w:t>
      </w:r>
      <w:r>
        <w:t>yeh hum nahi kar sakte ke route badal dalein, yeh hamare bas ki baat nahi hai. tab kya kiya unhon ne? police ko pathar mare, ghussa ho gaye.</w:t>
      </w:r>
    </w:p>
    <w:p>
      <w:pPr>
        <w:jc w:val="right"/>
      </w:pPr>
      <w:r>
        <w:t>یہ ہم نہیں کر سکتے کہ روٹ بدلوا ڈالیں، یہ ہمارے بس کی بات نہیں ہے۔ تب کیا کیا انہوں نے؟ پولیس کو پتھر مارے، غصہ ہو گئے۔</w:t>
      </w:r>
    </w:p>
    <w:p>
      <w:r>
        <w:rPr>
          <w:b/>
        </w:rPr>
        <w:t xml:space="preserve">[36:30] </w:t>
      </w:r>
      <w:r>
        <w:t>achha, jab police ko aap pathar marein ge to police kis ka naam hai? police un logon ke naam hai jin ke hath mein gun hoti hai.</w:t>
      </w:r>
    </w:p>
    <w:p>
      <w:pPr>
        <w:jc w:val="right"/>
      </w:pPr>
      <w:r>
        <w:t>اچھا، جب پولیس کو آپ پتھر ماریں گے تو پولیس کس کا نام ہے؟ پولیس ان لوگوں کے نام ہے جن کے ہاتھ میں گن ہوتی ہے۔</w:t>
      </w:r>
    </w:p>
    <w:p>
      <w:r>
        <w:rPr>
          <w:b/>
        </w:rPr>
        <w:t xml:space="preserve">[36:40] </w:t>
      </w:r>
      <w:r>
        <w:t>jin ke hath mein gun hoti hai. ab sochiye ke jis ke hath mein gun hai, us ko pathar marein ge to woh kya kare ga? kya ek aisa kare ga?</w:t>
      </w:r>
    </w:p>
    <w:p>
      <w:pPr>
        <w:jc w:val="right"/>
      </w:pPr>
      <w:r>
        <w:t>جن کے ہاتھ میں گن ہوتی ہے۔ اب سوچیے کہ جس کے ہاتھ میں گن ہے، اس کو پتھر ماریں گے تو وہ کیا کرے گا؟ کیا ایک ایسا کرے گا؟</w:t>
      </w:r>
    </w:p>
    <w:p>
      <w:r>
        <w:rPr>
          <w:b/>
        </w:rPr>
        <w:t xml:space="preserve">[36:50] </w:t>
      </w:r>
      <w:r>
        <w:t>woh gun to phenk de, dhoonde kahin ja kar ke lao, isi size ka pathar hum bhi laein jo tab mare hain un ko. ya kahin se phool laein, phool se marein un ko.</w:t>
      </w:r>
    </w:p>
    <w:p>
      <w:pPr>
        <w:jc w:val="right"/>
      </w:pPr>
      <w:r>
        <w:t>وہ گن تو پھینک دے، ڈھونڈے کہیں جا کر کے لاؤ، اسی سائز کا پتھر ہم بھی لائیں جو تب مارے ہیں ان کو۔ یا کہیں سے پھول لائیں، پھول سے ماریں ان کو۔</w:t>
      </w:r>
    </w:p>
    <w:p>
      <w:r>
        <w:rPr>
          <w:b/>
        </w:rPr>
        <w:t xml:space="preserve">[36:59] </w:t>
      </w:r>
      <w:r>
        <w:t>aisa koi kare ga? us ke paas gun hai to gun se mare ga, bomb hai to bomb mare ga. to yeh hua jab unhon ne police ko pathar mara to unhon ne gun chalai, gun chalai to bohat se log mar gaye.</w:t>
      </w:r>
    </w:p>
    <w:p>
      <w:pPr>
        <w:jc w:val="right"/>
      </w:pPr>
      <w:r>
        <w:t>ایسا کوئی کرے گا؟ اس کے پاس گن ہے تو گن گن مارے گا، بم ہے تو بم مارے گا۔ تو یہ ہوا جب انہوں نے پولیس کو پتھر مارا تو انہوں نے گن چلائی، گن چلائی تو بہت سے لوگ مر گئے۔</w:t>
      </w:r>
    </w:p>
    <w:p>
      <w:r>
        <w:rPr>
          <w:b/>
        </w:rPr>
        <w:t xml:space="preserve">[37:13] </w:t>
      </w:r>
      <w:r>
        <w:t>ab dekhein, soch yahan par soch mein ghalati kya hai? ke aap jo hai is baat ko janiye ke kisi ke khilaf land kiya hai, kisi mulk ka qanoon kya hai.</w:t>
      </w:r>
    </w:p>
    <w:p>
      <w:pPr>
        <w:jc w:val="right"/>
      </w:pPr>
      <w:r>
        <w:t>اب دیکھیں، سوچ یہاں پر سوچ میں غلطی کیا ہے؟ کہ آپ جو ہے اس بات کو جانیے کہ کسی کے خلاف لینڈ کیا ہے، کسی દેશ کا قانون کیا ہے۔</w:t>
      </w:r>
    </w:p>
    <w:p>
      <w:r>
        <w:rPr>
          <w:b/>
        </w:rPr>
        <w:t xml:space="preserve">[37:28] </w:t>
      </w:r>
      <w:r>
        <w:t>hamara democracy hai India mein, secularism hai India mein. har mazhab ka yahan par haq hai ke woh apne lehaz se kare.</w:t>
      </w:r>
    </w:p>
    <w:p>
      <w:pPr>
        <w:jc w:val="right"/>
      </w:pPr>
      <w:r>
        <w:t>ہمارا ڈیموکریسی ہے انڈیا میں، سیکولرزم ہے انڈیا میں۔ ہر مذہب کا یہاں پر حق ہے کہ وہ اپنے لحاظ سے کرے۔</w:t>
      </w:r>
    </w:p>
    <w:p>
      <w:r>
        <w:rPr>
          <w:b/>
        </w:rPr>
        <w:t xml:space="preserve">[37:40] </w:t>
      </w:r>
      <w:r>
        <w:t>sirf ek haq nahi hai, woh hai violence ka haq. matlab koi juloos nikale to woh nikale ga. yeh uska apna yaani choice ka mamla hai.</w:t>
      </w:r>
    </w:p>
    <w:p>
      <w:pPr>
        <w:jc w:val="right"/>
      </w:pPr>
      <w:r>
        <w:t>صرف ایک حق نہیں ہے، وہ ہے وائیلنس کا حق۔ مطلب کوئی جلوس نکالے تو وہ نکالے گا۔ یہ اس کا اپنا یعنی چوائس کا معاملہ ہے۔</w:t>
      </w:r>
    </w:p>
    <w:p>
      <w:r>
        <w:rPr>
          <w:b/>
        </w:rPr>
        <w:t xml:space="preserve">[37:53] </w:t>
      </w:r>
      <w:r>
        <w:t>haan, us ko yeh nahi karne ka right hai ke woh violence kare. to us ki guarantee ke liye wahan police maujood hai. ab aap bhi agar yeh janiye difference ko ke un ke juloos ko to aap nahi rok sakte, haan, un ke violence ko rok sakte hain.</w:t>
      </w:r>
    </w:p>
    <w:p>
      <w:pPr>
        <w:jc w:val="right"/>
      </w:pPr>
      <w:r>
        <w:t>ہاں، اس کو یہ نہیں کرنے کا رائٹ ہے کہ وہ وائیلنس کرے۔ تو اس کی گارنٹی کے لیے وہاں پولیس موجود ہے۔ اب آپ بھی اگر یہ جانیں ڈیفرنس کو کہ ان کے جلوس کو تو آپ نہیں روک سکتے، ہاں، ان کے وائیلنس کو روک سکتے ہیں۔</w:t>
      </w:r>
    </w:p>
    <w:p>
      <w:r>
        <w:rPr>
          <w:b/>
        </w:rPr>
        <w:t xml:space="preserve">[38:11] </w:t>
      </w:r>
      <w:r>
        <w:t>aur us ki guarantee ke liye wahan par police maujood hai. agar yeh soch ho to aap yeh nahi karein ge ke against the law aap yeh chahein ge ke juloos na nikle, route badle.</w:t>
      </w:r>
    </w:p>
    <w:p>
      <w:pPr>
        <w:jc w:val="right"/>
      </w:pPr>
      <w:r>
        <w:t>اور اس کی گارنٹی کے لیے وہاں پر پولیس موجود ہے۔ اگر یہ سوچ ہو تو آپ یہ نہیں کریں گے کہ کہ اگینسٹ دی لاء آپ یہ چاہیں گے کہ جلوسی نہ نکلے، روٹ روٹ بدلے۔</w:t>
      </w:r>
    </w:p>
    <w:p>
      <w:r>
        <w:rPr>
          <w:b/>
        </w:rPr>
        <w:t xml:space="preserve">[38:28] </w:t>
      </w:r>
      <w:r>
        <w:t>woh possible nahi hai. aap route nahi badalwa sakte. aap juloos ko nahi rok sakte. lekin violence na ho, us ki guarantee ke liye wahan police maujood hai.</w:t>
      </w:r>
    </w:p>
    <w:p>
      <w:pPr>
        <w:jc w:val="right"/>
      </w:pPr>
      <w:r>
        <w:t>وہ پاسیبل نہیں ہے۔ آپ روٹ نہیں بدلوا سکتے۔ آپ جلوس کو نہیں روک سکتے۔ لیکن وائیلنس نہ ہو، اس کی گارنٹی کے لیے وہاں پولیس موجود ہے۔</w:t>
      </w:r>
    </w:p>
    <w:p>
      <w:r>
        <w:rPr>
          <w:b/>
        </w:rPr>
        <w:t xml:space="preserve">[38:40] </w:t>
      </w:r>
      <w:r>
        <w:t>ab jab dekhiye ke jab unhon ne pathar maar diya to kya hua? dekhiye, pehle jo tha, kya tha? jo issue tha, woh tha police versus juloos, procession.</w:t>
      </w:r>
    </w:p>
    <w:p>
      <w:pPr>
        <w:jc w:val="right"/>
      </w:pPr>
      <w:r>
        <w:t>اب جب دیکھیے کہ جب انہوں نے پتھر مار دیا تو کیا ہوا؟ دیکھیے، پہلے جو تھا، کیا تھا؟ جو ایشو تھا، وہ تھا پولیس ورسز جلوس، پروسیشن۔</w:t>
      </w:r>
    </w:p>
    <w:p>
      <w:r>
        <w:rPr>
          <w:b/>
        </w:rPr>
        <w:t xml:space="preserve">[38:52] </w:t>
      </w:r>
      <w:r>
        <w:t>police versus procession tha pehle. lekin jaise hi aap ne pathar maar diya, tab kya hoga? police versus community ban gaya.</w:t>
      </w:r>
    </w:p>
    <w:p>
      <w:pPr>
        <w:jc w:val="right"/>
      </w:pPr>
      <w:r>
        <w:t>پولیس ورسز پروسیشن تھا پہلے۔ لیکن جیسے ہی آپ نے پتھر مار دیا، تب کیا ہوگا؟ پولیس ورسز کمیونٹی بن گیا۔</w:t>
      </w:r>
    </w:p>
    <w:p>
      <w:r>
        <w:rPr>
          <w:b/>
        </w:rPr>
        <w:t xml:space="preserve">[39:04] </w:t>
      </w:r>
      <w:r>
        <w:t>ab jis ne pathar mara hai, woh samne aa gaya.</w:t>
      </w:r>
    </w:p>
    <w:p>
      <w:pPr>
        <w:jc w:val="right"/>
      </w:pPr>
      <w:r>
        <w:t>اب جس نے پتھر مارا ہے، وہ سامنے آ گیا۔</w:t>
      </w:r>
    </w:p>
    <w:p>
      <w:r>
        <w:rPr>
          <w:b/>
        </w:rPr>
        <w:t xml:space="preserve">[39:12] </w:t>
      </w:r>
      <w:r>
        <w:t>yeh kitni bhari ghalati hai ke jo masla pehle tha, police versus procession, us ko aap ne bana diya police versus community.</w:t>
      </w:r>
    </w:p>
    <w:p>
      <w:pPr>
        <w:jc w:val="right"/>
      </w:pPr>
      <w:r>
        <w:t>یہ کتنی بھاری غلطی ہے کہ جو مسئلہ پہلے تھا، پولیس ورسز پروسیشن، اس کو آپ نے بنا دیا پولیس ورسز کمیونٹی۔</w:t>
      </w:r>
    </w:p>
    <w:p>
      <w:r>
        <w:rPr>
          <w:b/>
        </w:rPr>
        <w:t xml:space="preserve">[39:23] </w:t>
      </w:r>
      <w:r>
        <w:t>to agar juloos wale farzan ki violence karte to police un par goli chalati, un ko lathi charge karti. aap ne pathar maar diya to aap pe kare gi woh.</w:t>
      </w:r>
    </w:p>
    <w:p>
      <w:pPr>
        <w:jc w:val="right"/>
      </w:pPr>
      <w:r>
        <w:t>تو اگر جلوس والے فرض کی وائیلنس کرتے تو پولیس ان پر گولی چلاتی، ان کو لاٹھی چارج کرتی۔ آپ نے پتھر مار دیا تو آپ پہ کرے گی وہ۔</w:t>
      </w:r>
    </w:p>
    <w:p>
      <w:r>
        <w:rPr>
          <w:b/>
        </w:rPr>
        <w:t xml:space="preserve">[39:34] </w:t>
      </w:r>
      <w:r>
        <w:t>yeh hai art of thinking.</w:t>
      </w:r>
    </w:p>
    <w:p>
      <w:pPr>
        <w:jc w:val="right"/>
      </w:pPr>
      <w:r>
        <w:t>یہ ہے آرٹ آف تھنکنگ۔</w:t>
      </w:r>
    </w:p>
    <w:p>
      <w:r>
        <w:rPr>
          <w:b/>
        </w:rPr>
        <w:t xml:space="preserve">[39:39] </w:t>
      </w:r>
      <w:r>
        <w:t>to yaad rakhiye, art of thinking ka taluq kisi ek cheez se nahi hai, sari cheezon se hai.</w:t>
      </w:r>
    </w:p>
    <w:p>
      <w:pPr>
        <w:jc w:val="right"/>
      </w:pPr>
      <w:r>
        <w:t>تو یاد رکھیے، آرٹ آف تھنکنگ کا تعلق کسی ایک چیز سے نہیں ہے، ساری چیزوں سے ہے۔</w:t>
      </w:r>
    </w:p>
    <w:p>
      <w:r>
        <w:rPr>
          <w:b/>
        </w:rPr>
        <w:t xml:space="preserve">[39:47] </w:t>
      </w:r>
      <w:r>
        <w:t>sab cheezon ka taluq art of thinking se hai. agar aap chahte hain ke aap ka ghar achha chale, aap ka business achha chale,</w:t>
      </w:r>
    </w:p>
    <w:p>
      <w:pPr>
        <w:jc w:val="right"/>
      </w:pPr>
      <w:r>
        <w:t>سب چیزوں کا تعلق آرٹ آف تھنکنگ سے ہے۔ اگر آپ چاہتے ہیں کہ آپ کا گھر اچھا چلے، آپ کا بزنس اچھا چلے،</w:t>
      </w:r>
    </w:p>
    <w:p>
      <w:r>
        <w:rPr>
          <w:b/>
        </w:rPr>
        <w:t xml:space="preserve">[40:03] </w:t>
      </w:r>
      <w:r>
        <w:t>to aap ke andar art of thinking hona chahiye.</w:t>
      </w:r>
    </w:p>
    <w:p>
      <w:pPr>
        <w:jc w:val="right"/>
      </w:pPr>
      <w:r>
        <w:t>تو آپ کے اندر آرٹ آف تھنکنگ ہونا چاہیے۔</w:t>
      </w:r>
    </w:p>
    <w:p>
      <w:r>
        <w:rPr>
          <w:b/>
        </w:rPr>
        <w:t xml:space="preserve">[40:10] </w:t>
      </w:r>
      <w:r>
        <w:t>ek sahab abhi mujh se mile to woh partnership mein ek business kar rahe hain. to main ne poocha un se baat cheet.</w:t>
      </w:r>
    </w:p>
    <w:p>
      <w:pPr>
        <w:jc w:val="right"/>
      </w:pPr>
      <w:r>
        <w:t>ایک صاحب ابھی مجھ سے ملے تو وہ پارٹنرشپ میں ایک بزنس کر رہے ہیں۔ تو میں نے پوچھا ان سے بات چیت۔</w:t>
      </w:r>
    </w:p>
    <w:p>
      <w:r>
        <w:rPr>
          <w:b/>
        </w:rPr>
        <w:t xml:space="preserve">[40:21] </w:t>
      </w:r>
      <w:r>
        <w:t>to unhon ne kaha ke sahib, ek mera problem hai. main ne kaha woh kya? ke partner se mera an ban hai.</w:t>
      </w:r>
    </w:p>
    <w:p>
      <w:pPr>
        <w:jc w:val="right"/>
      </w:pPr>
      <w:r>
        <w:t>تو انہوں نے کہا کہ صاحب، ایک میرا پرابلم ہے۔ میں نے کہا وہ کیا؟ کہ پارٹنر سے میرا ان بن ہے۔</w:t>
      </w:r>
    </w:p>
    <w:p>
      <w:r>
        <w:rPr>
          <w:b/>
        </w:rPr>
        <w:t xml:space="preserve">[40:32] </w:t>
      </w:r>
      <w:r>
        <w:t>to poochte poochte maloom hua ke partner jo hai, us ne paisa lagaya hai, yeh kaam karte hain. to main ne kaha yeh to ho gayi. jab us ne paisa lagaya to woh samjha ke main apne ko superior samjhega, woh apne ko bada samjhega.</w:t>
      </w:r>
    </w:p>
    <w:p>
      <w:pPr>
        <w:jc w:val="right"/>
      </w:pPr>
      <w:r>
        <w:t>تو پوچھتے پوچھتے معلوم ہوا کہ پارٹنر جو ہے، اس نے پیسہ لگایا ہے، یہ کام کرتے ہیں۔ تو میں نے کہا یہ تو ہو گئی۔ جب اس نے پیسہ لگایا تو وہ سمجھا کہ میں اپنے کو سپیریئر سمجھے گا، وہ اپنے کو بڑا سمجھے گا۔</w:t>
      </w:r>
    </w:p>
    <w:p>
      <w:r>
        <w:rPr>
          <w:b/>
        </w:rPr>
        <w:t xml:space="preserve">[40:46] </w:t>
      </w:r>
      <w:r>
        <w:t>woh agar dono ka paisa barabar barabar hota to ab chal jata. paisa sara us ne laga rakha hai. woh to samjha ke main superior hoon.</w:t>
      </w:r>
    </w:p>
    <w:p>
      <w:pPr>
        <w:jc w:val="right"/>
      </w:pPr>
      <w:r>
        <w:t>وہ اگر دونوں کا پیسہ برابر برابر ہوتا تو اب چل جاتا۔ پیسہ سارا اس نے لگا رکھا ہے۔ وہ تو سمجھا کہ میں سپیریئر ہوں۔</w:t>
      </w:r>
    </w:p>
    <w:p>
      <w:r>
        <w:rPr>
          <w:b/>
        </w:rPr>
        <w:t xml:space="preserve">[40:58] </w:t>
      </w:r>
      <w:r>
        <w:t>to ab ya to ya to bardasht kijiye ya partnership ko khatam kar dijiye. main ne bohat dekha hai ke aisi partnership chalti nahi ke paisa ek lagave aur doosra aadmi sirf kaam kare.</w:t>
      </w:r>
    </w:p>
    <w:p>
      <w:pPr>
        <w:jc w:val="right"/>
      </w:pPr>
      <w:r>
        <w:t>تو اب یا تو یا تو برداشت کیجیے یا پارٹنرشپ کو ختم کر دیجیے۔ میں نے بہت دیکھا ہے کہ ایسی پارٹنرشپ چلتی نہیں کہ پیسہ ایک لگاوے اور دوسرا آدمی صرف کام کرے۔</w:t>
      </w:r>
    </w:p>
    <w:p>
      <w:r>
        <w:rPr>
          <w:b/>
        </w:rPr>
        <w:t xml:space="preserve">[41:13] </w:t>
      </w:r>
      <w:r>
        <w:t>to shuru shuru mein to lagta hai ke theek hai. kuch din ke baad jo jis ne paisa lagaya hai, use lagta hai ke mera paisa na hota to kuch bhi na hota.</w:t>
      </w:r>
    </w:p>
    <w:p>
      <w:pPr>
        <w:jc w:val="right"/>
      </w:pPr>
      <w:r>
        <w:t>تو شروع شروع میں تو لگتا ہے کہ ٹھیک ہے۔ کچھ دن کے بعد جو جس نے پیسہ لگایا ہے، اسے لگتا ہے کہ میرا پیسہ نہ ہوتا تو کچھ بھی نہ ہوتا۔</w:t>
      </w:r>
    </w:p>
    <w:p>
      <w:r>
        <w:rPr>
          <w:b/>
        </w:rPr>
        <w:t xml:space="preserve">[41:25] </w:t>
      </w:r>
      <w:r>
        <w:t>to phir apni barhai dikhata hai woh. ab doosra jo hai, doosra partner us ko bura lagta hai. phir aapas mein jhagde hote hain. to main ne kaha aap ke paas jitna paisa tha, usi se aap karte kaam.</w:t>
      </w:r>
    </w:p>
    <w:p>
      <w:pPr>
        <w:jc w:val="right"/>
      </w:pPr>
      <w:r>
        <w:t>تو پھر اپنی بڑائی دکھاتا ہے وہ۔ اب دوسرا جو ہے، دوسرا پارٹنر اس کو برا لگتا ہے۔ پھر آپس میں جھگڑے ہوتے ہیں۔ تو میں نے کہا آپ کے پاس جتنا پیسہ تھا، اسی سے آپ کرتے کام۔</w:t>
      </w:r>
    </w:p>
    <w:p>
      <w:r>
        <w:rPr>
          <w:b/>
        </w:rPr>
        <w:t xml:space="preserve">[41:40] </w:t>
      </w:r>
      <w:r>
        <w:t>zyada paise ke liye aap ne kyun us se paisa le liya? zyada bada kaam karne ke liye dheere dheere aap taraqqi karte hain.</w:t>
      </w:r>
    </w:p>
    <w:p>
      <w:pPr>
        <w:jc w:val="right"/>
      </w:pPr>
      <w:r>
        <w:t>زیادہ پیسے کے لیے آپ نے کیوں اس سے پیسہ لے لیا؟ زیادہ بڑا کام کرنے کے لیے دھیرے دھیرے آپ ترقی کرتے ہیں۔</w:t>
      </w:r>
    </w:p>
    <w:p>
      <w:r>
        <w:rPr>
          <w:b/>
        </w:rPr>
        <w:t xml:space="preserve">[41:51] </w:t>
      </w:r>
      <w:r>
        <w:t>to dekhiye, ek bohat bari ghalati yeh karte hain log ke bible mein hai ke blame die self, apne aap ko responsible thehrao.</w:t>
      </w:r>
    </w:p>
    <w:p>
      <w:pPr>
        <w:jc w:val="right"/>
      </w:pPr>
      <w:r>
        <w:t>تو دیکھیے، ایک بہت بڑی غلطی یہ کرتے ہیں لوگ کہ بائبل میں ہے کہ بلیم دائی سیلف، اپنے آپ کو ریسپانسبل ٹھہراؤ۔</w:t>
      </w:r>
    </w:p>
    <w:p>
      <w:r>
        <w:rPr>
          <w:b/>
        </w:rPr>
        <w:t xml:space="preserve">[42:04] </w:t>
      </w:r>
      <w:r>
        <w:t>log kya karte hain? blame others, doosre ko responsible banane lagte hain. jab bhi koi baat hui, jab bhi koi khatpat hua, koi rift aa gaya,</w:t>
      </w:r>
    </w:p>
    <w:p>
      <w:pPr>
        <w:jc w:val="right"/>
      </w:pPr>
      <w:r>
        <w:t>لوگ کیا کرتے ہیں؟ بلیم ادرس، دوسرے کو ریسپانسبل بنانے لگتے ہیں۔ جب بھی کوئی بات ہوئی، جب بھی کوئی کھٹپٹ ہوا، کوئی رفٹ آ گیا،</w:t>
      </w:r>
    </w:p>
    <w:p>
      <w:r>
        <w:rPr>
          <w:b/>
        </w:rPr>
        <w:t xml:space="preserve">[42:20] </w:t>
      </w:r>
      <w:r>
        <w:t>koi controversy aa gayi to bas doosre ko blame de gaye, foran doosre ko blame denge.</w:t>
      </w:r>
    </w:p>
    <w:p>
      <w:pPr>
        <w:jc w:val="right"/>
      </w:pPr>
      <w:r>
        <w:t>کوئی کنٹروورسی آ گئی تو بس دوسرے کو بلیم دے گئے، فوراً دوسرے کو بلیم دیں گے۔</w:t>
      </w:r>
    </w:p>
    <w:p>
      <w:r>
        <w:rPr>
          <w:b/>
        </w:rPr>
        <w:t xml:space="preserve">[42:30] </w:t>
      </w:r>
      <w:r>
        <w:t>ab phir kya hoga? kabhi bhi woh settle nahi hoga mamla. doosra kyun? woh bhi yahi karta hai. aap us ko blame de rahe hain, woh aap ko blame de raha hai.</w:t>
      </w:r>
    </w:p>
    <w:p>
      <w:pPr>
        <w:jc w:val="right"/>
      </w:pPr>
      <w:r>
        <w:t>اب پھر کیا ہوگا؟ کبھی بھی وہ سیٹل نہیں ہوگا معاملہ۔ دوسرا کیوں؟ وہ بھی یہی کرتا ہے۔ آپ اس کو بلیم دے رہے ہیں، وہ آپ کو بلیم دے رہا ہے۔</w:t>
      </w:r>
    </w:p>
    <w:p>
      <w:r>
        <w:rPr>
          <w:b/>
        </w:rPr>
        <w:t xml:space="preserve">[42:41] </w:t>
      </w:r>
      <w:r>
        <w:t>is ka bhi tendency wahi hai. is tarah se mamla kabhi khatam nahi ho sakta. to main ek sahib se baat kar raha tha, main ne kaha ke dekhiye, quran mein sara quran blame die self par hai.</w:t>
      </w:r>
    </w:p>
    <w:p>
      <w:pPr>
        <w:jc w:val="right"/>
      </w:pPr>
      <w:r>
        <w:t>اس کا بھی ٹینڈنسی وہی ہے۔ اس طرح سے معاملہ کبھی ختم نہیں ہو سکتا۔ تو میں ایک صاحب سے بات کر رہا تھا، میں نے کہا کہ دیکھیے، قرآن میں سارا قرآن بلیم دائی سیلف پر ہے۔</w:t>
      </w:r>
    </w:p>
    <w:p>
      <w:r>
        <w:rPr>
          <w:b/>
        </w:rPr>
        <w:t xml:space="preserve">[42:58] </w:t>
      </w:r>
      <w:r>
        <w:t>sara quran,</w:t>
      </w:r>
    </w:p>
    <w:p>
      <w:pPr>
        <w:jc w:val="right"/>
      </w:pPr>
      <w:r>
        <w:t>سارا قرآن،</w:t>
      </w:r>
    </w:p>
    <w:p>
      <w:r>
        <w:rPr>
          <w:b/>
        </w:rPr>
        <w:t xml:space="preserve">[43:02] </w:t>
      </w:r>
      <w:r>
        <w:t>sara quran blame die self par chalta hai. misaal ke taur par quran mein hai ke la tasubbu alladhina yaduna min dunillahi fa yasubbu allaha bighayri 'ilmin.</w:t>
      </w:r>
    </w:p>
    <w:p>
      <w:pPr>
        <w:jc w:val="right"/>
      </w:pPr>
      <w:r>
        <w:t>سارا قرآن بلیم دائی سیلف پر چلتا ہے۔ مثلاً قرآن میں ہے کہ لا تسب الذین یادون من دون اللہ فیسب اللہ بغیر علم۔</w:t>
      </w:r>
    </w:p>
    <w:p>
      <w:r>
        <w:rPr>
          <w:b/>
        </w:rPr>
        <w:t xml:space="preserve">[43:14] </w:t>
      </w:r>
      <w:r>
        <w:t>is ayat ka matlab yeh hai ke agar tum chahte ho ke doosre tum ko woh na karein, tumhare khilaf na ho jayein to tum un ke buzurgon ko bura na kaho.</w:t>
      </w:r>
    </w:p>
    <w:p>
      <w:pPr>
        <w:jc w:val="right"/>
      </w:pPr>
      <w:r>
        <w:t>اس آیت کا مطلب یہ ہے کہ اگر تم چاہتے ہو کہ دوسرے تم کو وہ نہ کریں، تمہارے خلاف نہ ہو جائیں تو تم ان کے بزرگوں کو برا نہ کہو۔</w:t>
      </w:r>
    </w:p>
    <w:p>
      <w:r>
        <w:rPr>
          <w:b/>
        </w:rPr>
        <w:t xml:space="preserve">[43:28] </w:t>
      </w:r>
      <w:r>
        <w:t>agar tum un ke buzurgon ko bura kahoge to tum woh tumhare buzurgon ko bura karenge, khuda ko, rasool ko, sab ko kehne lagenge. to quran mein bataya gaya ke agar tum ko bachna hai ke doosre log jo hain, tumhare aqeeday ka ehtiram karein, tumhare religion ka ehtiram karein, tumhare paighambar ka ehtiram karein to tum doosre logon ko bura mat kaho,</w:t>
      </w:r>
    </w:p>
    <w:p>
      <w:pPr>
        <w:jc w:val="right"/>
      </w:pPr>
      <w:r>
        <w:t>اگر تم ان کے بزرگوں کو برا کہو گے تو تم وہ تمہارے بزرگوں کو برا کریں گے، خدا کو، رسول کو، سب کو کہنے لگیں گے۔ تو قرآن میں بتایا گیا کہ اگر تم کو بچنا ہے کہ دوسرے لوگ جو ہیں، تمہارے عقیدے کا احترام کریں، تمہارے ریلیجن کا احترام کریں، تمہارے پیغمبر کا احترام کریں تو تم دوسرے لوگوں کو برا مت کہو،</w:t>
      </w:r>
    </w:p>
    <w:p>
      <w:r>
        <w:rPr>
          <w:b/>
        </w:rPr>
        <w:t xml:space="preserve">[43:49] </w:t>
      </w:r>
      <w:r>
        <w:t>un ko criticize mat karo, un ko abuse mat karo. to apne upar dekhiye, khuda ne musalmanon ke upar zimmedari dali ke tumhein agar bachna hai doosron se to apne ko bachao, tum doosron se.</w:t>
      </w:r>
    </w:p>
    <w:p>
      <w:pPr>
        <w:jc w:val="right"/>
      </w:pPr>
      <w:r>
        <w:t>ان کو کریٹیسائز مت کرو، ان کو ابیوز مت کرو۔ تو اپنے اوپر دیکھیے، خدا نے مسلمانوں کے اوپر ذمہ داری ڈالی کہ تمہیں اگر بچنا ہے دوسروں سے تو اپنے کو بچاؤ، تم دوسروں سے۔</w:t>
      </w:r>
    </w:p>
    <w:p>
      <w:r>
        <w:rPr>
          <w:b/>
        </w:rPr>
        <w:t xml:space="preserve">[44:06] </w:t>
      </w:r>
      <w:r>
        <w:t>ab tum khud harmful na bano to doosra bhi tumhare liye harmful nahi banega.</w:t>
      </w:r>
    </w:p>
    <w:p>
      <w:pPr>
        <w:jc w:val="right"/>
      </w:pPr>
      <w:r>
        <w:t>اب تم خود ہارم فل نہ بنو تو دوسرا بھی تمہارے لیے ہارم فل نہیں بنے گا۔</w:t>
      </w:r>
    </w:p>
    <w:p>
      <w:r>
        <w:rPr>
          <w:b/>
        </w:rPr>
        <w:t xml:space="preserve">[44:15] </w:t>
      </w:r>
      <w:r>
        <w:t>aise hi quran mein do ladaiyon ka zikr hai, ek uhud ka, ek hunain ka. in do ladaiyon mein musalmanon ko bohat nuksan hua tha. to main ne kaha ke dekhiye, dono ladaiyon mein khuda ne musalmanon hi ko kaha:</w:t>
      </w:r>
    </w:p>
    <w:p>
      <w:pPr>
        <w:jc w:val="right"/>
      </w:pPr>
      <w:r>
        <w:t>ایسے ہی قرآن میں دو لڑائیوں کا ذکر ہے، ایک احد کا، ایک حنین کا۔ ان دو لڑائیوں میں مسلمانوں کو بہت نقصان ہوا تھا۔ تو میں نے کہا کہ دیکھیے، دونوں لڑائیوں میں خدا نے مسلمانوں ہی کو کہا:</w:t>
      </w:r>
    </w:p>
    <w:p>
      <w:r>
        <w:rPr>
          <w:b/>
        </w:rPr>
        <w:t xml:space="preserve">[44:29] </w:t>
      </w:r>
      <w:r>
        <w:t>"a'ajabtum kuthratakum" ke hunain ke din, yani hunain ki ladai mein, tumhare andar woh aa gaya tha, yani fakhar aa gaya tha, barhai ka ehsas aa gaya tha.</w:t>
      </w:r>
    </w:p>
    <w:p>
      <w:pPr>
        <w:jc w:val="right"/>
      </w:pPr>
      <w:r>
        <w:t>"اجبتم کثرتکم" کہ حنین کے دن، یعنی حنین کی لڑائی میں، تمہارے اندر وہ آ گیا تھا، یعنی فخر آ گیا تھا، بڑائی کا احساس آ گیا تھا۔</w:t>
      </w:r>
    </w:p>
    <w:p>
      <w:r>
        <w:rPr>
          <w:b/>
        </w:rPr>
        <w:t xml:space="preserve">[44:43] </w:t>
      </w:r>
      <w:r>
        <w:t>hum to bohat zyada hain, hamari tadad itni zyada hai, yani pride aa gaya tha. to pride jab aa gaya to phir tumhara defense kamzor ho gaya.</w:t>
      </w:r>
    </w:p>
    <w:p>
      <w:pPr>
        <w:jc w:val="right"/>
      </w:pPr>
      <w:r>
        <w:t>ہم تو بہت زیادہ ہیں، ہماری تعداد اتنی زیادہ ہے، یعنی پرائیڈ آ گیا تھا۔ تو پرائیڈ جب آ گیا تو پھر تمہارا ڈیفنس کمزور ہو گیا۔</w:t>
      </w:r>
    </w:p>
    <w:p>
      <w:r>
        <w:rPr>
          <w:b/>
        </w:rPr>
        <w:t xml:space="preserve">[44:55] </w:t>
      </w:r>
      <w:r>
        <w:t>yani hunain ke mauqe par jo tum ko nuksan uthana pada, to is liye ke tumhare andar pride aa gaya tha. jahan pride aa gaya hai, tumhara defense kamzor ho gaya. yaad rakhiye, yeh bhi ek principle samjhiye, chahe individual life ho, chahe national life ho,</w:t>
      </w:r>
    </w:p>
    <w:p>
      <w:pPr>
        <w:jc w:val="right"/>
      </w:pPr>
      <w:r>
        <w:t>یعنی حنین کے موقع پر جو تم کو نقصان اٹھانا پڑا، تو اس لیے کہ تمہارے اندر پرائیڈ آ گیا تھا۔ جہاں پرائیڈ آ گیا ہے، تمہارا ڈیفنس کمزور ہو گیا۔ یاد رکھیے، یہ بھی ایک پرنسپل سمجھیے، چاہے انڈیویجول لائف ہو، چاہے نیشنل لائف ہو،</w:t>
      </w:r>
    </w:p>
    <w:p>
      <w:r>
        <w:rPr>
          <w:b/>
        </w:rPr>
        <w:t xml:space="preserve">[45:11] </w:t>
      </w:r>
      <w:r>
        <w:t>kahin bhi, agar aap ke andar pride aa gaya hai to aap ka defense kamzor ho jayega.</w:t>
      </w:r>
    </w:p>
    <w:p>
      <w:pPr>
        <w:jc w:val="right"/>
      </w:pPr>
      <w:r>
        <w:t>کہیں بھی، اگر آپ کے اندر پرائیڈ آ گیا ہے تو آپ کا ڈیفنس کمزور ہو جائے گا۔</w:t>
      </w:r>
    </w:p>
    <w:p>
      <w:r>
        <w:rPr>
          <w:b/>
        </w:rPr>
        <w:t xml:space="preserve">[45:20] </w:t>
      </w:r>
      <w:r>
        <w:t>aur zindagi naam hai defense ka. har jagah aap ko defense karna padta hai: apne ghar mein, apne pados mein, apne society mein, apne city mein, apne national life mein, international life mein, har jagah.</w:t>
      </w:r>
    </w:p>
    <w:p>
      <w:pPr>
        <w:jc w:val="right"/>
      </w:pPr>
      <w:r>
        <w:t>اور زندگی نام ہے ڈیفنس کا۔ ہر جگہ آپ کو ڈیفنس کرنا پڑتا ہے: اپنے گھر میں، اپنے پڑوس میں، اپنے سوسائٹی میں، اپنے سٹی میں، اپنے نیشنل لائف میں، انٹرنیشنل لائف میں، ہر جگہ۔</w:t>
      </w:r>
    </w:p>
    <w:p>
      <w:r>
        <w:rPr>
          <w:b/>
        </w:rPr>
        <w:t xml:space="preserve">[45:36] </w:t>
      </w:r>
      <w:r>
        <w:t>to yaad rakhiye, chahe individual ka mamla ho, chahe nation ka mamla ho, jahan aap ke andar pride aayega, aap ka defense kamzor ho jayega.</w:t>
      </w:r>
    </w:p>
    <w:p>
      <w:pPr>
        <w:jc w:val="right"/>
      </w:pPr>
      <w:r>
        <w:t>تو یاد رکھیے، چاہے انڈیویجول کا معاملہ ہو، چاہے نیشن کا معاملہ ہو، جہاں آپ کے اندر پرائیڈ آئے گا، آپ کا ڈیفنس کمزور ہو جائے گا۔</w:t>
      </w:r>
    </w:p>
    <w:p>
      <w:r>
        <w:rPr>
          <w:b/>
        </w:rPr>
        <w:t xml:space="preserve">[45:49] </w:t>
      </w:r>
      <w:r>
        <w:t>marishti aap ko strong banati hai aur pride aap ko weak banata hai, kamzor banata hai. yeh ek formula samajh lijiye:</w:t>
      </w:r>
    </w:p>
    <w:p>
      <w:pPr>
        <w:jc w:val="right"/>
      </w:pPr>
      <w:r>
        <w:t>ماریسٹی آپ کو سٹرانگ بناتی ہے اور پرائیڈ آپ کو ویک بناتا ہے، کمزور بناتا ہے۔ یہ ایک فارمولا سمجھ لیجئے:</w:t>
      </w:r>
    </w:p>
    <w:p>
      <w:r>
        <w:rPr>
          <w:b/>
        </w:rPr>
        <w:t xml:space="preserve">[46:04] </w:t>
      </w:r>
      <w:r>
        <w:t>"yeh marishti makes you strong" yani "pride makes you weak". yeh yeh ek yeh ek aisa formula hai jis mein koi exception nahi, har jagah ke liye, har jagah ke liye, har jagah ke liye.</w:t>
      </w:r>
    </w:p>
    <w:p>
      <w:pPr>
        <w:jc w:val="right"/>
      </w:pPr>
      <w:r>
        <w:t>"یہ ماریسٹی میکس یو سٹرانگ" یعنی "پرائیڈ میکس یو ویک"۔ یہ یہ ایک یہ ایک ایسا فارمولا ہے جس میں کوئی ایکسیپشن نہیں، ہر جگہ کے لیے، ہر جگہ کے لیے، ہر جگہ کے لیے۔</w:t>
      </w:r>
    </w:p>
    <w:p>
      <w:r>
        <w:rPr>
          <w:b/>
        </w:rPr>
        <w:t xml:space="preserve">[46:22] </w:t>
      </w:r>
      <w:r>
        <w:t>to agar aap chahte hain ke aap ka aap ka defense bohat hi strong ho to apne aap ko pride se bachaiye, kibr se bachaiye, arrogance se bachaiye.</w:t>
      </w:r>
    </w:p>
    <w:p>
      <w:pPr>
        <w:jc w:val="right"/>
      </w:pPr>
      <w:r>
        <w:t>تو اگر آپ چاہتے ہیں کہ آپ کا آپ کا ڈیفنس بہت ہی سٹرانگ ہو تو اپنے آپ کو پرائیڈ سے بچائیے، کبر سے بچائیے، اروگنس سے بچائیے۔</w:t>
      </w:r>
    </w:p>
    <w:p>
      <w:r>
        <w:rPr>
          <w:b/>
        </w:rPr>
        <w:t xml:space="preserve">[46:37] </w:t>
      </w:r>
      <w:r>
        <w:t>yeh pride aur arrogance jo hain, yeh aap ko weak karne wali cheezein hain. marishti aap ko strong banati hai aur pride aur arrogance aap ko kamzor banate hain.</w:t>
      </w:r>
    </w:p>
    <w:p>
      <w:pPr>
        <w:jc w:val="right"/>
      </w:pPr>
      <w:r>
        <w:t>یہ پرائیڈ اور اروگنس جو ہیں، یہ آپ کو ویک کرنے والی چیزیں ہیں۔ ماریسٹی آپ کو سٹرانگ بناتی ہے اور پرائیڈ اور اروگنس آپ کو کمزور بناتے ہیں۔</w:t>
      </w:r>
    </w:p>
    <w:p>
      <w:r>
        <w:rPr>
          <w:b/>
        </w:rPr>
        <w:t xml:space="preserve">[46:49] </w:t>
      </w:r>
      <w:r>
        <w:t>ab yeh aadmi agar na soche to zahir hai ke is ki price deni pare gi. is ko</w:t>
      </w:r>
    </w:p>
    <w:p>
      <w:pPr>
        <w:jc w:val="right"/>
      </w:pPr>
      <w:r>
        <w:t>اب یہ آدمی اگر نہ سوچے تو ظاہر ہے کہ اس کی پرائز دینی پڑے گی۔ اس کو</w:t>
      </w:r>
    </w:p>
    <w:p>
      <w:r>
        <w:rPr>
          <w:b/>
        </w:rPr>
        <w:t xml:space="preserve">[46:58] </w:t>
      </w:r>
      <w:r>
        <w:t>to zindagi ka poora yeh sara maamla dunya mein jo hai, woh sab base karta hai soch par, thinking par. har jagah aap ko sochna hai, sochna hai, sochna hai.</w:t>
      </w:r>
    </w:p>
    <w:p>
      <w:pPr>
        <w:jc w:val="right"/>
      </w:pPr>
      <w:r>
        <w:t>تو زندگی کا پورا یہ سارا معاملہ دنیا میں جو ہے، وہ سب بیس کرتا ہے سوچ پر، تھنکنگ پر۔ ہر جگہ آپ کو سوچنا ہے، سوچنا ہے، سوچنا ہے۔</w:t>
      </w:r>
    </w:p>
    <w:p>
      <w:r>
        <w:rPr>
          <w:b/>
        </w:rPr>
        <w:t xml:space="preserve">[47:11] </w:t>
      </w:r>
      <w:r>
        <w:t>jahan soch mein kami hui,</w:t>
      </w:r>
    </w:p>
    <w:p>
      <w:pPr>
        <w:jc w:val="right"/>
      </w:pPr>
      <w:r>
        <w:t>جہاں سوچ میں کمی ہوئی،</w:t>
      </w:r>
    </w:p>
    <w:p>
      <w:r>
        <w:rPr>
          <w:b/>
        </w:rPr>
        <w:t xml:space="preserve">[47:16] </w:t>
      </w:r>
      <w:r>
        <w:t>wohin par aap ko nuqsan uthana para. ek martaba meri baat ho rahi thi ek sahib se jo woh jo kehte hain na, MBA America se EM B kar ke aaye thay, MBA kar ke aaye thay, woh master of yani business ka master degree le kar aaye thay, woh master of business administration.</w:t>
      </w:r>
    </w:p>
    <w:p>
      <w:pPr>
        <w:jc w:val="right"/>
      </w:pPr>
      <w:r>
        <w:t>وہیں پر آپ کو نقصان اٹھانا پڑا۔ ایک مرتبہ میری بات ہو رہی تھی ایک صاحب سے جو وہ جو کہتے ہیں نا، ایم بی اے امریکہ سے ایم بی کر کے آئے تھے، ایم بی اے کر کے آئے تھے، وہ ماسٹر آف یعنی بزنس کا ماسٹر ڈگری لے کر آئے تھے، وہ ماسٹر آف بزنس ایڈمنسٹریشن۔</w:t>
      </w:r>
    </w:p>
    <w:p>
      <w:r>
        <w:rPr>
          <w:b/>
        </w:rPr>
        <w:t xml:space="preserve">[47:43] </w:t>
      </w:r>
      <w:r>
        <w:t>to main ne ek ek aam jo kaha jata tha hamare gaon mein jo main rehta tha ke taraqqi ke liye mehnat karni parti hai, yeh hamare gaon mein sab log agricultural period mein jo tha, woh yahi tha: jitna mehnat karoge, utna taraqqi hogi.</w:t>
      </w:r>
    </w:p>
    <w:p>
      <w:pPr>
        <w:jc w:val="right"/>
      </w:pPr>
      <w:r>
        <w:t>تو میں نے ایک ایک عام جو کہا جاتا تھا ہمارے گاؤں میں جو میں رہتا تھا کہ ترقی کے لیے محنت کرنی پڑتی ہے، یہ ہمارے گاؤں میں سب لوگ ایگریکلچرل پیریڈ میں جو تھا، وہ یہی تھا: جتنا محنت کرو گے، اتنا ترقی ہوگی۔</w:t>
      </w:r>
    </w:p>
    <w:p>
      <w:r>
        <w:rPr>
          <w:b/>
        </w:rPr>
        <w:t xml:space="preserve">[48:02] </w:t>
      </w:r>
      <w:r>
        <w:t>to main ne kaha ke taraqqi ke liye mehnat sab se zyada zaroori cheez hai. ab woh jo naya mind tha jo wahan parh ke aaya tha, woh aadmi is ne kaha ke yeh purana formula hai,</w:t>
      </w:r>
    </w:p>
    <w:p>
      <w:pPr>
        <w:jc w:val="right"/>
      </w:pPr>
      <w:r>
        <w:t>تو میں نے کہا کہ ترقی کے لیے محنت سب سے زیادہ ضروری چیز ہے۔ اب وہ جو نیا مائنڈ تھا جو وہاں پڑھ کے آیا تھا، وہ آدمی اس نے کہا کہ یہ پرانا فارمولا ہے،</w:t>
      </w:r>
    </w:p>
    <w:p>
      <w:r>
        <w:rPr>
          <w:b/>
        </w:rPr>
        <w:t xml:space="preserve">[48:15] </w:t>
      </w:r>
      <w:r>
        <w:t>yeh formula purana hai. ab jo formula hai, woh hai planning. ab number ek par planning aa gaya hai, ab mehnat number do par chali gayi hai, yani physical, yani jo physical labor jo hai,</w:t>
      </w:r>
    </w:p>
    <w:p>
      <w:pPr>
        <w:jc w:val="right"/>
      </w:pPr>
      <w:r>
        <w:t>یہ فارمولا پرانا ہے۔ اب جو فارمولا ہے، وہ ہے پلاننگ۔ اب نمبر ایک پر پلاننگ آ گیا ہے، اب محنت نمبر دو پر چلی گئی ہے، یعنی فزیکل، یعنی جو فزیکل لیبر جو ہے،</w:t>
      </w:r>
    </w:p>
    <w:p>
      <w:r>
        <w:rPr>
          <w:b/>
        </w:rPr>
        <w:t xml:space="preserve">[48:31] </w:t>
      </w:r>
      <w:r>
        <w:t>physical labor ab number do par chali gayi hai. intellectual planning jo hai, number ek par chali gayi hai. ab yeh bhi dekhiye, thinking ki importance barh gayi maujooda zamane mein.</w:t>
      </w:r>
    </w:p>
    <w:p>
      <w:pPr>
        <w:jc w:val="right"/>
      </w:pPr>
      <w:r>
        <w:t>فزیکل لیبر اب نمبر دو پر چلی گئی ہے۔ انٹلیکچول پلاننگ جو ہے، نمبر ایک پر چلی گئی ہے۔ اب یہ بھی دیکھیے، تھنکنگ کی امپورٹنس بڑھ گئی موجودہ زمانے میں۔</w:t>
      </w:r>
    </w:p>
    <w:p>
      <w:r>
        <w:rPr>
          <w:b/>
        </w:rPr>
        <w:t xml:space="preserve">[48:44] </w:t>
      </w:r>
      <w:r>
        <w:t>planning kya hai? planning to thinking ka se hota hai. jitni achi aap ki thinking hui hoti hai, achi aap ki planning hogi.</w:t>
      </w:r>
    </w:p>
    <w:p>
      <w:pPr>
        <w:jc w:val="right"/>
      </w:pPr>
      <w:r>
        <w:t>پلاننگ کیا ہے؟ پلاننگ تو تھنکنگ کا سے ہوتا ہے۔ جتنی اچھی آپ کی تھنکنگ ہوئی ہوتی ہے، اچھی آپ کی پلاننگ ہوگی۔</w:t>
      </w:r>
    </w:p>
    <w:p>
      <w:r>
        <w:rPr>
          <w:b/>
        </w:rPr>
        <w:t xml:space="preserve">[48:55] </w:t>
      </w:r>
      <w:r>
        <w:t>to is zamane mein industry lagane ke liye, business karne ke liye, government chalane ke liye, har cheez chalane ke liye planning ki importance barh gayi. hamari thinking ki importance barh gayi.</w:t>
      </w:r>
    </w:p>
    <w:p>
      <w:pPr>
        <w:jc w:val="right"/>
      </w:pPr>
      <w:r>
        <w:t>تو اس زمانے میں انڈسٹری لگانے کے لیے، بزنس کرنے کے لیے، گورنمنٹ چلانے کے لیے، ہر چیز چلانے کے لیے پلاننگ کی امپورٹنس بڑھ گئی۔ ہماری تھنکنگ کی امپورٹنس بڑھ گئی۔</w:t>
      </w:r>
    </w:p>
    <w:p>
      <w:r>
        <w:rPr>
          <w:b/>
        </w:rPr>
        <w:t xml:space="preserve">[49:08] </w:t>
      </w:r>
      <w:r>
        <w:t>ab physical labor jo hai, secondary darje mein chala gaya hai. to yahan bhi dekhiye, aap yeh sara base karta hai thinking par,</w:t>
      </w:r>
    </w:p>
    <w:p>
      <w:pPr>
        <w:jc w:val="right"/>
      </w:pPr>
      <w:r>
        <w:t>اب فزیکل لیبر جو ہے، سیکنڈری درجے میں چلا گیا ہے۔ تو یہاں بھی دیکھیے، آپ یہ سارا بیس کرتا ہے تھنکنگ پر،</w:t>
      </w:r>
    </w:p>
    <w:p>
      <w:r>
        <w:rPr>
          <w:b/>
        </w:rPr>
        <w:t xml:space="preserve">[49:21] </w:t>
      </w:r>
      <w:r>
        <w:t>art of thinking par. aur dekhiye, thinking ke liye yeh bhi zaroori hai, dekhiye ke you have to be prepared mind.</w:t>
      </w:r>
    </w:p>
    <w:p>
      <w:pPr>
        <w:jc w:val="right"/>
      </w:pPr>
      <w:r>
        <w:t>آرٹ آف تھنکنگ پر۔ اور دیکھیں، تھنکنگ کے لیے یہ بھی ضروری ہے، دیکھیے کہ یو ہیو ٹو بی پریپیرڈ مائنڈ۔</w:t>
      </w:r>
    </w:p>
    <w:p>
      <w:r>
        <w:rPr>
          <w:b/>
        </w:rPr>
        <w:t xml:space="preserve">[49:32] </w:t>
      </w:r>
      <w:r>
        <w:t>aap jitna zyada prepared honge, utne acha aap soch painge. jitna zyada aap ke paas information hogi, jitna zyada aap prepared honge,</w:t>
      </w:r>
    </w:p>
    <w:p>
      <w:pPr>
        <w:jc w:val="right"/>
      </w:pPr>
      <w:r>
        <w:t>آپ جتنا زیادہ پریپیرڈ ہوں گے، اتنے اچھا آپ سوچ پائیں گے۔ جتنا زیادہ آپ کے پاس انفارمیشن ہوگی، جتنا زیادہ آپ پریپیرڈ ہوں گے،</w:t>
      </w:r>
    </w:p>
    <w:p>
      <w:r>
        <w:rPr>
          <w:b/>
        </w:rPr>
        <w:t xml:space="preserve">[49:46] </w:t>
      </w:r>
      <w:r>
        <w:t>utne acha aap soch painge. to apne ko jab aap tayyar karein to ek to yeh karna hai ke aap apne andar objective paida karein.</w:t>
      </w:r>
    </w:p>
    <w:p>
      <w:pPr>
        <w:jc w:val="right"/>
      </w:pPr>
      <w:r>
        <w:t>اتنے اچھا آپ سوچ پائیں گے۔ تو اپنے کو جب آپ تیار کریں تو ایک تو یہ کرنا ہے کہ آپ اپنے اندر ابجیکٹو پیدا کریں۔</w:t>
      </w:r>
    </w:p>
    <w:p>
      <w:r>
        <w:rPr>
          <w:b/>
        </w:rPr>
        <w:t xml:space="preserve">[49:55] </w:t>
      </w:r>
      <w:r>
        <w:t>objectivity, objectivity ke baghair aap ke andar right thinking nahi aa sakti. right thinking ke liye objectivity must hai.</w:t>
      </w:r>
    </w:p>
    <w:p>
      <w:pPr>
        <w:jc w:val="right"/>
      </w:pPr>
      <w:r>
        <w:t>ابجیکٹیوٹی، ابجیکٹیوٹی کے بغیر آپ کے اندر رائٹ تھنکنگ نہیں آ سکتی۔ رائٹ تھنکنگ کے لیے ابجیکٹیوٹی مسٹ ہے۔</w:t>
      </w:r>
    </w:p>
    <w:p>
      <w:r>
        <w:rPr>
          <w:b/>
        </w:rPr>
        <w:t xml:space="preserve">[50:07] </w:t>
      </w:r>
      <w:r>
        <w:t>right thinking ke liye objectivity must hai. to aap ko objective banna pare ga. right thinking ke liye aap ko objective banna pare ga.</w:t>
      </w:r>
    </w:p>
    <w:p>
      <w:pPr>
        <w:jc w:val="right"/>
      </w:pPr>
      <w:r>
        <w:t>رائٹ تھنکنگ کے لیے ابجیکٹیوٹی مسٹ ہے۔ تو آپ کو ابجیکٹو بننا پڑے گا۔ رائٹ تھنکنگ کے لیے آپ کو ابجیکٹو بننا پڑے گا۔</w:t>
      </w:r>
    </w:p>
    <w:p>
      <w:r>
        <w:rPr>
          <w:b/>
        </w:rPr>
        <w:t xml:space="preserve">[50:18] </w:t>
      </w:r>
      <w:r>
        <w:t>bias apne dimagh se bias ko nikalna hoga. ta'assub, pre-occupied thinking, is se aap ko apne aap ko bachana hoga.</w:t>
      </w:r>
    </w:p>
    <w:p>
      <w:pPr>
        <w:jc w:val="right"/>
      </w:pPr>
      <w:r>
        <w:t>بائس اپنے دماغ سے بائس کو نکالنا ہوگا۔ تعصب، پری اکوپائیڈ تھنکنگ، اس سے آپ کو اپنے آپ کو بچانا ہوگا۔</w:t>
      </w:r>
    </w:p>
    <w:p>
      <w:r>
        <w:rPr>
          <w:b/>
        </w:rPr>
        <w:t xml:space="preserve">[50:35] </w:t>
      </w:r>
      <w:r>
        <w:t>phir aap ko information aap ke paas honi chahiye. jitna zyada aap ke paas information hogi, utne zyada aap kamyab honge.</w:t>
      </w:r>
    </w:p>
    <w:p>
      <w:pPr>
        <w:jc w:val="right"/>
      </w:pPr>
      <w:r>
        <w:t>پھر آپ کو انفارمیشن آپ کے پاس ہونی چاہیے۔ جتنا زیادہ آپ کے پاس انفارمیشن ہوگی، اتنے زیادہ آپ کامیاب ہوں گے۔</w:t>
      </w:r>
    </w:p>
    <w:p>
      <w:r>
        <w:rPr>
          <w:b/>
        </w:rPr>
        <w:t xml:space="preserve">[50:47] </w:t>
      </w:r>
      <w:r>
        <w:t>information ke baghair aap bari kamyabi hasil nahi kar sakte hain.</w:t>
      </w:r>
    </w:p>
    <w:p>
      <w:pPr>
        <w:jc w:val="right"/>
      </w:pPr>
      <w:r>
        <w:t>انفارمیشن کے بغیر آپ بڑی کامیابی حاصل نہیں کر سکتے ہیں۔</w:t>
      </w:r>
    </w:p>
    <w:p>
      <w:r>
        <w:rPr>
          <w:b/>
        </w:rPr>
        <w:t xml:space="preserve">[50:56] </w:t>
      </w:r>
      <w:r>
        <w:t>to apni apne andar thinking ko develop karne ke liye aap ko poori tayyari karni pare gi. jis tarah physical, physical power ke liye aap exercise karte hain,</w:t>
      </w:r>
    </w:p>
    <w:p>
      <w:pPr>
        <w:jc w:val="right"/>
      </w:pPr>
      <w:r>
        <w:t>تو اپنی اپنے اندر تھنکنگ کو ڈیولپ کرنے کے لیے آپ کو پوری تیاری کرنی پڑے گی۔ جس طرح فزیکل، فزیکل پاور کے لیے آپ ایکسرسائز کرتے ہیں،</w:t>
      </w:r>
    </w:p>
    <w:p>
      <w:r>
        <w:rPr>
          <w:b/>
        </w:rPr>
        <w:t xml:space="preserve">[51:12] </w:t>
      </w:r>
      <w:r>
        <w:t>apne body ko acha banane ke liye aap exercise karte hain, isi tarah se apne mind ko prepare karna pare ga.</w:t>
      </w:r>
    </w:p>
    <w:p>
      <w:pPr>
        <w:jc w:val="right"/>
      </w:pPr>
      <w:r>
        <w:t>اپنے باڈی کو اچھا بنانے کے لیے آپ ایکسرسائز کرتے ہیں، اسی طرح سے اپنے مائنڈ کو پریپیر کرنا پڑے گا۔</w:t>
      </w:r>
    </w:p>
    <w:p>
      <w:r>
        <w:rPr>
          <w:b/>
        </w:rPr>
        <w:t xml:space="preserve">[51:22] </w:t>
      </w:r>
      <w:r>
        <w:t>yeh thinking ki jo capacity hai, is ko develop karne ke liye apne ko tayyar karna hoga. tab aap aisa kar sakenge ke aap ke andar right thinking ho,</w:t>
      </w:r>
    </w:p>
    <w:p>
      <w:pPr>
        <w:jc w:val="right"/>
      </w:pPr>
      <w:r>
        <w:t>یہ تھنکنگ کی جو کیپیسٹی ہے، اس کو ڈیولپ کرنے کے لیے اپنے کو تیار کرنا ہوگا۔ تب آپ ایسا کر سکیں گے کہ آپ کے اندر رائٹ تھنکنگ ہو،</w:t>
      </w:r>
    </w:p>
    <w:p>
      <w:r>
        <w:rPr>
          <w:b/>
        </w:rPr>
        <w:t xml:space="preserve">[51:36] </w:t>
      </w:r>
      <w:r>
        <w:t>aap right judgment lein, sahi rank par sochen, yeh sab hoga.</w:t>
      </w:r>
    </w:p>
    <w:p>
      <w:pPr>
        <w:jc w:val="right"/>
      </w:pPr>
      <w:r>
        <w:t>آپ رائٹ ججمنٹ لیں، صحیح رینک پر سوچیں، یہ سب ہوگا۔</w:t>
      </w:r>
    </w:p>
    <w:p>
      <w:r>
        <w:rPr>
          <w:b/>
        </w:rPr>
        <w:t xml:space="preserve">[51:44] </w:t>
      </w:r>
      <w:r>
        <w:t>aksar logon ka yeh mizaj hota hai ke woh doosron ke ke khilaf soch ke khush hote hain ke dekho, doosre ne aisa kiya, dekho kya haal is ka hua.</w:t>
      </w:r>
    </w:p>
    <w:p>
      <w:pPr>
        <w:jc w:val="right"/>
      </w:pPr>
      <w:r>
        <w:t>اکثر لوگوں کا یہ مزاج ہوتا ہے کہ وہ دوسروں کے کے خلاف سوچ کے خوش ہوتے ہیں کہ دیکھو، دوسرے نے ایسا کیا، دیکھو کیا حال اس کا ہوا۔</w:t>
      </w:r>
    </w:p>
    <w:p>
      <w:r>
        <w:rPr>
          <w:b/>
        </w:rPr>
        <w:t xml:space="preserve">[51:56] </w:t>
      </w:r>
      <w:r>
        <w:t>yeh mizaj bhi dekhiye, color hai, color ke doosron ko dekh kar aap lesson to na lein, bas khali un ko bura bura keh ke khush hon.</w:t>
      </w:r>
    </w:p>
    <w:p>
      <w:pPr>
        <w:jc w:val="right"/>
      </w:pPr>
      <w:r>
        <w:t>یہ مزاج بھی دیکھیے، کلر ہے، کلر کہ دوسروں کو دیکھ کر آپ لیسن تو نہ لیں، بس خالی ان کو برا برا کہہ کے خوش ہوں۔</w:t>
      </w:r>
    </w:p>
    <w:p>
      <w:r>
        <w:rPr>
          <w:b/>
        </w:rPr>
        <w:t xml:space="preserve">[52:09] </w:t>
      </w:r>
      <w:r>
        <w:t>yani doosron ke ka jo, yani doosron ke sath jo beet hai, kuch un ko nuqsan ho, kuch ka woh kaam bigad jaye to bas us ko dekh dekh kar khush hon.</w:t>
      </w:r>
    </w:p>
    <w:p>
      <w:pPr>
        <w:jc w:val="right"/>
      </w:pPr>
      <w:r>
        <w:t>یعنی دوسروں کے کا جو، یعنی دوسروں کے ساتھ جو بیت ہے، کچھ ان کو نقصان ہو، کچھ کا وہ کام بگڑ جائے تو بس اس کو دیکھ دیکھ کر خوش ہوں۔</w:t>
      </w:r>
    </w:p>
    <w:p>
      <w:r>
        <w:rPr>
          <w:b/>
        </w:rPr>
        <w:t xml:space="preserve">[52:21] </w:t>
      </w:r>
      <w:r>
        <w:t>aap nahin, is se aap ko lesson lena chahiye, lesson lena chahiye is se.</w:t>
      </w:r>
    </w:p>
    <w:p>
      <w:pPr>
        <w:jc w:val="right"/>
      </w:pPr>
      <w:r>
        <w:t>آپ نہیں، اس سے آپ کو لیسن لینا چاہیے، لیسن لینا چاہیے اس سے۔</w:t>
      </w:r>
    </w:p>
    <w:p>
      <w:r>
        <w:rPr>
          <w:b/>
        </w:rPr>
        <w:t xml:space="preserve">[52:29] </w:t>
      </w:r>
      <w:r>
        <w:t>jaise abhi recently aisa hua ke supreme court ne apne ek judgment mein ek remark diya India ke bare mein ke "even god can not save this country".</w:t>
      </w:r>
    </w:p>
    <w:p>
      <w:pPr>
        <w:jc w:val="right"/>
      </w:pPr>
      <w:r>
        <w:t>جیسے ابھی ریسنٹلی ایسا ہوا کہ سپریم کورٹ نے اپنے ایک ججمنٹ میں ایک ریوارک دیا انڈیا کے بارے میں کہ "ایون گاڈ کین ناٹ سیو دس کنٹری"۔</w:t>
      </w:r>
    </w:p>
    <w:p>
      <w:r>
        <w:rPr>
          <w:b/>
        </w:rPr>
        <w:t xml:space="preserve">[52:45] </w:t>
      </w:r>
      <w:r>
        <w:t>"even god can not save this country" yani Khuda bhi is country ko bacha nahin sakta. to ek sahab ne bahut hi jubilantly mujh se yeh baat kahi ke dekhen, supreme court ne remark diya hai.</w:t>
      </w:r>
    </w:p>
    <w:p>
      <w:pPr>
        <w:jc w:val="right"/>
      </w:pPr>
      <w:r>
        <w:t>"ایون گاڈ کین ناٹ سیو دس کنٹری" یعنی خدا بھی اس کنٹری کو بچا نہیں سکتا۔ تو ایک صاحب نے بہت ہی جوبیلینٹلی مجھ سے یہ بات کہی کہ دیکھیں، سپریم کورٹ نے ریوارک دیا ہے۔</w:t>
      </w:r>
    </w:p>
    <w:p>
      <w:r>
        <w:rPr>
          <w:b/>
        </w:rPr>
        <w:t xml:space="preserve">[52:59] </w:t>
      </w:r>
      <w:r>
        <w:t>woh khud government ka ek ek ek office mein kaam karte hain,</w:t>
      </w:r>
    </w:p>
    <w:p>
      <w:pPr>
        <w:jc w:val="right"/>
      </w:pPr>
      <w:r>
        <w:t>وہ خود گورنمنٹ کا ایک ایک ایک افس میں کام کرتے ہیں،</w:t>
      </w:r>
    </w:p>
    <w:p>
      <w:r>
        <w:rPr>
          <w:b/>
        </w:rPr>
        <w:t xml:space="preserve">[53:05] </w:t>
      </w:r>
      <w:r>
        <w:t>yani government ke employee hain. woh ek achhi post un ko mili hui hai. unhon ne aisa kaha to main ne kaha, dekhiye, kaisi ajib baat hai!</w:t>
      </w:r>
    </w:p>
    <w:p>
      <w:pPr>
        <w:jc w:val="right"/>
      </w:pPr>
      <w:r>
        <w:t>یعنی گورنمنٹ کے ایمپلائی ہیں۔ وہ ایک اچھی پوسٹ ان کو ملی ہوئی ہے۔ انہوں نے ایسا کہا تو میں نے کہا، دیکھیے، کیسی عجیب بات ہے!</w:t>
      </w:r>
    </w:p>
    <w:p>
      <w:r>
        <w:rPr>
          <w:b/>
        </w:rPr>
        <w:t xml:space="preserve">[53:18] </w:t>
      </w:r>
      <w:r>
        <w:t>"this remark reminds your responsibility". is mein khush hone ki baat nahin hai. aap ko apni responsibility ko janna chahiye ke hum hi log to hain, hum hi logon ka naam India hai ke India ent pathar ka naam hai,</w:t>
      </w:r>
    </w:p>
    <w:p>
      <w:pPr>
        <w:jc w:val="right"/>
      </w:pPr>
      <w:r>
        <w:t>"دس ریمارک ریمائنڈز یور ریسپانسبیلٹی"۔ اس میں خوش ہونے کی بات نہیں ہے۔ آپ کو اپنی ریسپانسبیلٹی کو جاننا چاہیے کہ ہم ہی لوگ تو ہیں، ہم ہی لوگوں کا نام انڈیا ہے کہ انڈیا اینٹ پتھر کا نام ہے،</w:t>
      </w:r>
    </w:p>
    <w:p>
      <w:r>
        <w:rPr>
          <w:b/>
        </w:rPr>
        <w:t xml:space="preserve">[53:36] </w:t>
      </w:r>
      <w:r>
        <w:t>India darakhton ka naam hai, India insanon ka naam hai, insanon ka.</w:t>
      </w:r>
    </w:p>
    <w:p>
      <w:pPr>
        <w:jc w:val="right"/>
      </w:pPr>
      <w:r>
        <w:t>انڈیا درختوں کا نام ہے، انڈیا انسانوں کا نام ہے، انسانوں کا۔</w:t>
      </w:r>
    </w:p>
    <w:p>
      <w:r>
        <w:rPr>
          <w:b/>
        </w:rPr>
        <w:t xml:space="preserve">[53:44] </w:t>
      </w:r>
      <w:r>
        <w:t>to aap apne andar yeh yeh</w:t>
      </w:r>
    </w:p>
    <w:p>
      <w:pPr>
        <w:jc w:val="right"/>
      </w:pPr>
      <w:r>
        <w:t>تو آپ اپنے اندر یہ یہ</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