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Revival of Islam July 21, 2008</w:t>
      </w:r>
    </w:p>
    <w:p>
      <w:r>
        <w:t>https://www.youtube.com/watch?v=Rr4sGbJUbQw</w:t>
      </w:r>
    </w:p>
    <w:p>
      <w:r>
        <w:rPr>
          <w:b/>
        </w:rPr>
        <w:t xml:space="preserve">[00:14] </w:t>
      </w:r>
      <w:r>
        <w:t>Bismillah Rehman ur Rahim wa salla Allahu ala nabiyyil karim Rabbi shrah li sadri wa yassir li amri wahlul uqdatan min lisani yafqahu qawli</w:t>
      </w:r>
    </w:p>
    <w:p>
      <w:pPr>
        <w:jc w:val="right"/>
      </w:pPr>
      <w:r>
        <w:t>بسم اللہ الرحمن الرحیم و صلی اللہ علی النبی الکریم رب اشرح لی صدری ویسر لی امری واحل العقدۃ من لسانی یفقہ قولی</w:t>
      </w:r>
    </w:p>
    <w:p>
      <w:r>
        <w:rPr>
          <w:b/>
        </w:rPr>
        <w:t xml:space="preserve">[00:36] </w:t>
      </w:r>
      <w:r>
        <w:t>aaj ka topic hai revival of Islam Islam ka ahya ya deen ka ahya</w:t>
      </w:r>
    </w:p>
    <w:p>
      <w:pPr>
        <w:jc w:val="right"/>
      </w:pPr>
      <w:r>
        <w:t>آج کا ٹاپک ہے ریوائیول اف اسلام اسلام کا احیاء یا دین کا احیاء</w:t>
      </w:r>
    </w:p>
    <w:p>
      <w:r>
        <w:rPr>
          <w:b/>
        </w:rPr>
        <w:t xml:space="preserve">[00:50] </w:t>
      </w:r>
      <w:r>
        <w:t>revival ya ahya ka matlab yeh hai ke phir se zinda karna phir se us ko pehle wale surat par lana</w:t>
      </w:r>
    </w:p>
    <w:p>
      <w:pPr>
        <w:jc w:val="right"/>
      </w:pPr>
      <w:r>
        <w:t>ریوائیول یا احیاء کا مطلب یہ ہے کہ پھر سے زندہ کرنا پھر سے اس کو پہلے والے صورت پر لانا</w:t>
      </w:r>
    </w:p>
    <w:p>
      <w:r>
        <w:rPr>
          <w:b/>
        </w:rPr>
        <w:t xml:space="preserve">[01:04] </w:t>
      </w:r>
      <w:r>
        <w:t>yeh baat hadith mein bahut hi wazeh andaaz mein kahi gayi hai</w:t>
      </w:r>
    </w:p>
    <w:p>
      <w:pPr>
        <w:jc w:val="right"/>
      </w:pPr>
      <w:r>
        <w:t>یہ بات حدیث میں بہت ہی واضح انداز میں کہی گئی ہے</w:t>
      </w:r>
    </w:p>
    <w:p>
      <w:r>
        <w:rPr>
          <w:b/>
        </w:rPr>
        <w:t xml:space="preserve">[01:13] </w:t>
      </w:r>
      <w:r>
        <w:t>ek hadith mein hai ke Rasool Allah sal Allahu alaihi wasallam ne farmaya in Allah yabas ala raas kulli miyat sanatan man yujaddid laha deenahu Allah har so baras ke siray par</w:t>
      </w:r>
    </w:p>
    <w:p>
      <w:pPr>
        <w:jc w:val="right"/>
      </w:pPr>
      <w:r>
        <w:t>ایک حدیث میں ہے کہ رسول اللہ صلی اللہ علیہ وسلم نے فرمایا ان اللہ یباس علی راس کل میت سنت من یجدد لہا دینہ اللہ ہر سو برس کے سرے پر</w:t>
      </w:r>
    </w:p>
    <w:p>
      <w:r>
        <w:rPr>
          <w:b/>
        </w:rPr>
        <w:t xml:space="preserve">[01:37] </w:t>
      </w:r>
      <w:r>
        <w:t>ek shakhs paida karega jo us ke deen ko phir se zinda karega revive karega</w:t>
      </w:r>
    </w:p>
    <w:p>
      <w:pPr>
        <w:jc w:val="right"/>
      </w:pPr>
      <w:r>
        <w:t>ایک شخص پیدا کرے گا جو اس کے دین کو پھر سے زندہ کرے گا ریوائیو کرے گا</w:t>
      </w:r>
    </w:p>
    <w:p>
      <w:r>
        <w:rPr>
          <w:b/>
        </w:rPr>
        <w:t xml:space="preserve">[01:48] </w:t>
      </w:r>
      <w:r>
        <w:t>aisa kyun hai</w:t>
      </w:r>
    </w:p>
    <w:p>
      <w:pPr>
        <w:jc w:val="right"/>
      </w:pPr>
      <w:r>
        <w:t>ایسا کیوں ہے</w:t>
      </w:r>
    </w:p>
    <w:p>
      <w:r>
        <w:rPr>
          <w:b/>
        </w:rPr>
        <w:t xml:space="preserve">[01:52] </w:t>
      </w:r>
      <w:r>
        <w:t>aap jante hain ke</w:t>
      </w:r>
    </w:p>
    <w:p>
      <w:pPr>
        <w:jc w:val="right"/>
      </w:pPr>
      <w:r>
        <w:t>اپ جانتے ہیں کہ</w:t>
      </w:r>
    </w:p>
    <w:p>
      <w:r>
        <w:rPr>
          <w:b/>
        </w:rPr>
        <w:t xml:space="preserve">[01:54] </w:t>
      </w:r>
      <w:r>
        <w:t>islam ka jo asal matan hai quran ki surat mein woh poori tarah preserved hai mehfooz hai</w:t>
      </w:r>
    </w:p>
    <w:p>
      <w:pPr>
        <w:jc w:val="right"/>
      </w:pPr>
      <w:r>
        <w:t>اسلام کا جو اصل متن ہے قران کی سورت میں وہ پوری طرح پریزروڈ ہے محفوظ ہے</w:t>
      </w:r>
    </w:p>
    <w:p>
      <w:r>
        <w:rPr>
          <w:b/>
        </w:rPr>
        <w:t xml:space="preserve">[02:06] </w:t>
      </w:r>
      <w:r>
        <w:t>isi tarah se rasool Allah ki jo ahadees hain woh bhi mehfooz hain rasool Allah ki zindagi ke</w:t>
      </w:r>
    </w:p>
    <w:p>
      <w:pPr>
        <w:jc w:val="right"/>
      </w:pPr>
      <w:r>
        <w:t>اسی طرح سے رسول اللہ کی جو احادیث ہیں وہ بھی محفوظ ہیں رسول اللہ کی زندگی کے</w:t>
      </w:r>
    </w:p>
    <w:p>
      <w:r>
        <w:rPr>
          <w:b/>
        </w:rPr>
        <w:t xml:space="preserve">[02:14] </w:t>
      </w:r>
      <w:r>
        <w:t>baray mein sab kuch tafseel ke sath kitabon mein maujood hai</w:t>
      </w:r>
    </w:p>
    <w:p>
      <w:pPr>
        <w:jc w:val="right"/>
      </w:pPr>
      <w:r>
        <w:t>بارے میں سب کچھ تفصیل کے ساتھ کتابوں میں موجود ہے</w:t>
      </w:r>
    </w:p>
    <w:p>
      <w:r>
        <w:rPr>
          <w:b/>
        </w:rPr>
        <w:t xml:space="preserve">[02:21] </w:t>
      </w:r>
      <w:r>
        <w:t>to quran mehfooz hai hadees mehfooz hai</w:t>
      </w:r>
    </w:p>
    <w:p>
      <w:pPr>
        <w:jc w:val="right"/>
      </w:pPr>
      <w:r>
        <w:t>تو قران محفوظ ہے حدیث محفوظ ہے</w:t>
      </w:r>
    </w:p>
    <w:p>
      <w:r>
        <w:rPr>
          <w:b/>
        </w:rPr>
        <w:t xml:space="preserve">[02:26] </w:t>
      </w:r>
      <w:r>
        <w:t>rasool Allah ki zindagi mehfooz hai</w:t>
      </w:r>
    </w:p>
    <w:p>
      <w:pPr>
        <w:jc w:val="right"/>
      </w:pPr>
      <w:r>
        <w:t>رسول اللہ کی زندگی محفوظ ہے</w:t>
      </w:r>
    </w:p>
    <w:p>
      <w:r>
        <w:rPr>
          <w:b/>
        </w:rPr>
        <w:t xml:space="preserve">[02:30] </w:t>
      </w:r>
      <w:r>
        <w:t>sab baat well known hai islam mein</w:t>
      </w:r>
    </w:p>
    <w:p>
      <w:pPr>
        <w:jc w:val="right"/>
      </w:pPr>
      <w:r>
        <w:t>سب بات ویل نون ہے اسلام میں</w:t>
      </w:r>
    </w:p>
    <w:p>
      <w:r>
        <w:rPr>
          <w:b/>
        </w:rPr>
        <w:t xml:space="preserve">[02:34] </w:t>
      </w:r>
      <w:r>
        <w:t>phir</w:t>
      </w:r>
    </w:p>
    <w:p>
      <w:pPr>
        <w:jc w:val="right"/>
      </w:pPr>
      <w:r>
        <w:t>پھر</w:t>
      </w:r>
    </w:p>
    <w:p>
      <w:r>
        <w:rPr>
          <w:b/>
        </w:rPr>
        <w:t xml:space="preserve">[02:34] </w:t>
      </w:r>
      <w:r>
        <w:t>kya matlab hai ke har sau saal ke baad</w:t>
      </w:r>
    </w:p>
    <w:p>
      <w:pPr>
        <w:jc w:val="right"/>
      </w:pPr>
      <w:r>
        <w:t>کیا مطلب ہے کہ ہر سو سال کے بعد</w:t>
      </w:r>
    </w:p>
    <w:p>
      <w:r>
        <w:rPr>
          <w:b/>
        </w:rPr>
        <w:t xml:space="preserve">[02:37] </w:t>
      </w:r>
      <w:r>
        <w:t>iski zaroorat hogi ke islam ko revive kiya jaye</w:t>
      </w:r>
    </w:p>
    <w:p>
      <w:pPr>
        <w:jc w:val="right"/>
      </w:pPr>
      <w:r>
        <w:t>اس کی ضرورت ہوگی کہ اسلام کو ریوائیو کیا جائے</w:t>
      </w:r>
    </w:p>
    <w:p>
      <w:r>
        <w:rPr>
          <w:b/>
        </w:rPr>
        <w:t xml:space="preserve">[02:42] </w:t>
      </w:r>
      <w:r>
        <w:t>aise afraad uthe hain jin ko mujaddid kaha gaya hai</w:t>
      </w:r>
    </w:p>
    <w:p>
      <w:pPr>
        <w:jc w:val="right"/>
      </w:pPr>
      <w:r>
        <w:t>ایسے افراد اٹھے ہیں جن کو مجدد کہا گیا ہے</w:t>
      </w:r>
    </w:p>
    <w:p>
      <w:r>
        <w:rPr>
          <w:b/>
        </w:rPr>
        <w:t xml:space="preserve">[02:48] </w:t>
      </w:r>
      <w:r>
        <w:t>rasool Allah ke baad nabuwat to khatam ho gayi</w:t>
      </w:r>
    </w:p>
    <w:p>
      <w:pPr>
        <w:jc w:val="right"/>
      </w:pPr>
      <w:r>
        <w:t>رسول اللہ کے بعد نبوت تو ختم ہوگئی</w:t>
      </w:r>
    </w:p>
    <w:p>
      <w:r>
        <w:rPr>
          <w:b/>
        </w:rPr>
        <w:t xml:space="preserve">[02:52] </w:t>
      </w:r>
      <w:r>
        <w:t>koi nabi aanay wala nahi hai lekin</w:t>
      </w:r>
    </w:p>
    <w:p>
      <w:pPr>
        <w:jc w:val="right"/>
      </w:pPr>
      <w:r>
        <w:t>کوئی نبی انے والا نہیں ہے لیکن</w:t>
      </w:r>
    </w:p>
    <w:p>
      <w:r>
        <w:rPr>
          <w:b/>
        </w:rPr>
        <w:t xml:space="preserve">[02:56] </w:t>
      </w:r>
      <w:r>
        <w:t>yeh tamam ulama mante hain ke mujaddid aate rahenge</w:t>
      </w:r>
    </w:p>
    <w:p>
      <w:pPr>
        <w:jc w:val="right"/>
      </w:pPr>
      <w:r>
        <w:t>یہ تمام علماء مانتے ہیں کہ مجدد اتے رہیں گے</w:t>
      </w:r>
    </w:p>
    <w:p>
      <w:r>
        <w:rPr>
          <w:b/>
        </w:rPr>
        <w:t xml:space="preserve">[03:04] </w:t>
      </w:r>
      <w:r>
        <w:t>hamesha aur hadees ke mutabiq har ek century mein goya mujaddid ki zaroorat pesh aayegi</w:t>
      </w:r>
    </w:p>
    <w:p>
      <w:pPr>
        <w:jc w:val="right"/>
      </w:pPr>
      <w:r>
        <w:t>ہمیشہ اور حدیث کے مطابق ہر ایک سینچری میں گویا مجدد کی ضرورت پیش ائے گی</w:t>
      </w:r>
    </w:p>
    <w:p>
      <w:r>
        <w:rPr>
          <w:b/>
        </w:rPr>
        <w:t xml:space="preserve">[03:14] </w:t>
      </w:r>
      <w:r>
        <w:t>aisa kyun hai</w:t>
      </w:r>
    </w:p>
    <w:p>
      <w:pPr>
        <w:jc w:val="right"/>
      </w:pPr>
      <w:r>
        <w:t>ایسا کیوں ہے</w:t>
      </w:r>
    </w:p>
    <w:p>
      <w:r>
        <w:rPr>
          <w:b/>
        </w:rPr>
        <w:t xml:space="preserve">[03:18] </w:t>
      </w:r>
      <w:r>
        <w:t>iski wajah yeh hai</w:t>
      </w:r>
    </w:p>
    <w:p>
      <w:pPr>
        <w:jc w:val="right"/>
      </w:pPr>
      <w:r>
        <w:t>اس کی وجہ یہ ہے</w:t>
      </w:r>
    </w:p>
    <w:p>
      <w:r>
        <w:rPr>
          <w:b/>
        </w:rPr>
        <w:t xml:space="preserve">[03:20] </w:t>
      </w:r>
      <w:r>
        <w:t>ke</w:t>
      </w:r>
    </w:p>
    <w:p>
      <w:pPr>
        <w:jc w:val="right"/>
      </w:pPr>
      <w:r>
        <w:t>کہ</w:t>
      </w:r>
    </w:p>
    <w:p>
      <w:r>
        <w:rPr>
          <w:b/>
        </w:rPr>
        <w:t xml:space="preserve">[03:21] </w:t>
      </w:r>
      <w:r>
        <w:t>quran ya hadees ka matan chahe kitna hi zyada</w:t>
      </w:r>
    </w:p>
    <w:p>
      <w:pPr>
        <w:jc w:val="right"/>
      </w:pPr>
      <w:r>
        <w:t>قران یا حدیث کا متن چاہے کتنا ہی زیادہ</w:t>
      </w:r>
    </w:p>
    <w:p>
      <w:r>
        <w:rPr>
          <w:b/>
        </w:rPr>
        <w:t xml:space="preserve">[03:26] </w:t>
      </w:r>
      <w:r>
        <w:t>preserve ho mehfooz ho</w:t>
      </w:r>
    </w:p>
    <w:p>
      <w:pPr>
        <w:jc w:val="right"/>
      </w:pPr>
      <w:r>
        <w:t>پریزرو ہو محفوظ ہو</w:t>
      </w:r>
    </w:p>
    <w:p>
      <w:r>
        <w:rPr>
          <w:b/>
        </w:rPr>
        <w:t xml:space="preserve">[03:29] </w:t>
      </w:r>
      <w:r>
        <w:t>tab bhi hamesha is mein interpretation hota rehta hai</w:t>
      </w:r>
    </w:p>
    <w:p>
      <w:pPr>
        <w:jc w:val="right"/>
      </w:pPr>
      <w:r>
        <w:t>تب بھی ہمیشہ اس میں انٹرپریٹیشن ہوتا رہتا ہے</w:t>
      </w:r>
    </w:p>
    <w:p>
      <w:r>
        <w:rPr>
          <w:b/>
        </w:rPr>
        <w:t xml:space="preserve">[03:34] </w:t>
      </w:r>
      <w:r>
        <w:t>taabeer ki aati rehti hai</w:t>
      </w:r>
    </w:p>
    <w:p>
      <w:pPr>
        <w:jc w:val="right"/>
      </w:pPr>
      <w:r>
        <w:t>تعبیر کی اتی رہتی ہے</w:t>
      </w:r>
    </w:p>
    <w:p>
      <w:r>
        <w:rPr>
          <w:b/>
        </w:rPr>
        <w:t xml:space="preserve">[03:38] </w:t>
      </w:r>
      <w:r>
        <w:t>to yeh interpretation jo hai baat ke log karte hain</w:t>
      </w:r>
    </w:p>
    <w:p>
      <w:pPr>
        <w:jc w:val="right"/>
      </w:pPr>
      <w:r>
        <w:t>تو یہ انٹرپریٹیشن جو ہے بات کے لوگ کرتے ہیں</w:t>
      </w:r>
    </w:p>
    <w:p>
      <w:r>
        <w:rPr>
          <w:b/>
        </w:rPr>
        <w:t xml:space="preserve">[03:42] </w:t>
      </w:r>
      <w:r>
        <w:t>woh khud asal wahi jo hai asal jo revelation hai is mein woh shamil nahi hota</w:t>
      </w:r>
    </w:p>
    <w:p>
      <w:pPr>
        <w:jc w:val="right"/>
      </w:pPr>
      <w:r>
        <w:t>وہ خود اصل وحی جو ہے اصل جو ریولیشن ہے اس میں وہ شامل نہیں ہوتا</w:t>
      </w:r>
    </w:p>
    <w:p>
      <w:r>
        <w:rPr>
          <w:b/>
        </w:rPr>
        <w:t xml:space="preserve">[03:50] </w:t>
      </w:r>
      <w:r>
        <w:t>phir yeh hai ke</w:t>
      </w:r>
    </w:p>
    <w:p>
      <w:pPr>
        <w:jc w:val="right"/>
      </w:pPr>
      <w:r>
        <w:t>پھر یہ ہے کہ</w:t>
      </w:r>
    </w:p>
    <w:p>
      <w:r>
        <w:rPr>
          <w:b/>
        </w:rPr>
        <w:t xml:space="preserve">[03:53] </w:t>
      </w:r>
      <w:r>
        <w:t>rasool Allah ke zamanay mein jo aap ke contemporary</w:t>
      </w:r>
    </w:p>
    <w:p>
      <w:pPr>
        <w:jc w:val="right"/>
      </w:pPr>
      <w:r>
        <w:t>رسول اللہ کے زمانے میں جو اپ کے کنٹمپرری</w:t>
      </w:r>
    </w:p>
    <w:p>
      <w:r>
        <w:rPr>
          <w:b/>
        </w:rPr>
        <w:t xml:space="preserve">[03:58] </w:t>
      </w:r>
      <w:r>
        <w:t>al eman thay wahi to zinda nahi rehte hamesha</w:t>
      </w:r>
    </w:p>
    <w:p>
      <w:pPr>
        <w:jc w:val="right"/>
      </w:pPr>
      <w:r>
        <w:t>ال ایمان تھے وہی تو زندہ نہیں رہتے ہمیشہ</w:t>
      </w:r>
    </w:p>
    <w:p>
      <w:r>
        <w:rPr>
          <w:b/>
        </w:rPr>
        <w:t xml:space="preserve">[04:02] </w:t>
      </w:r>
      <w:r>
        <w:t>zindagi is dunya mein har aadmi ke liye pachas sau saal se kami ki</w:t>
      </w:r>
    </w:p>
    <w:p>
      <w:pPr>
        <w:jc w:val="right"/>
      </w:pPr>
      <w:r>
        <w:t>زندگی اس دنیا میں ہر ادمی کے لیے پچاس سو سال سے کمی کی</w:t>
      </w:r>
    </w:p>
    <w:p>
      <w:r>
        <w:rPr>
          <w:b/>
        </w:rPr>
        <w:t xml:space="preserve">[04:06] </w:t>
      </w:r>
      <w:r>
        <w:t>hoti hai to log marte hain phir zinda ho log marte hain phir paida hote hain</w:t>
      </w:r>
    </w:p>
    <w:p>
      <w:pPr>
        <w:jc w:val="right"/>
      </w:pPr>
      <w:r>
        <w:t>ہوتی ہے تو لوگ مرتے ہیں پھر زندہ ہو لوگ مرتے ہیں پھر پیدا ہوتے ہیں</w:t>
      </w:r>
    </w:p>
    <w:p>
      <w:r>
        <w:rPr>
          <w:b/>
        </w:rPr>
        <w:t xml:space="preserve">[04:13] </w:t>
      </w:r>
      <w:r>
        <w:t>to generation after generation yeh mamla</w:t>
      </w:r>
    </w:p>
    <w:p>
      <w:pPr>
        <w:jc w:val="right"/>
      </w:pPr>
      <w:r>
        <w:t>تو جنریشن افٹر جنریشن یہ معاملہ</w:t>
      </w:r>
    </w:p>
    <w:p>
      <w:r>
        <w:rPr>
          <w:b/>
        </w:rPr>
        <w:t xml:space="preserve">[04:17] </w:t>
      </w:r>
      <w:r>
        <w:t>generation after generation yeh baat aage barhti hai</w:t>
      </w:r>
    </w:p>
    <w:p>
      <w:pPr>
        <w:jc w:val="right"/>
      </w:pPr>
      <w:r>
        <w:t>جنریشن افٹر جنریشن یہ بات اگے بڑھتی ہے</w:t>
      </w:r>
    </w:p>
    <w:p>
      <w:r>
        <w:rPr>
          <w:b/>
        </w:rPr>
        <w:t xml:space="preserve">[04:22] </w:t>
      </w:r>
      <w:r>
        <w:t>to pehli generation ke baad</w:t>
      </w:r>
    </w:p>
    <w:p>
      <w:pPr>
        <w:jc w:val="right"/>
      </w:pPr>
      <w:r>
        <w:t>تو پہلی جنریشن کے بعد</w:t>
      </w:r>
    </w:p>
    <w:p>
      <w:r>
        <w:rPr>
          <w:b/>
        </w:rPr>
        <w:t xml:space="preserve">[04:25] </w:t>
      </w:r>
      <w:r>
        <w:t>hamesha kya hota hai ke</w:t>
      </w:r>
    </w:p>
    <w:p>
      <w:pPr>
        <w:jc w:val="right"/>
      </w:pPr>
      <w:r>
        <w:t>ہمیشہ کیا ہوتا ہے کہ</w:t>
      </w:r>
    </w:p>
    <w:p>
      <w:r>
        <w:rPr>
          <w:b/>
        </w:rPr>
        <w:t xml:space="preserve">[04:30] </w:t>
      </w:r>
      <w:r>
        <w:t>decline hota hai zawal hota hai</w:t>
      </w:r>
    </w:p>
    <w:p>
      <w:pPr>
        <w:jc w:val="right"/>
      </w:pPr>
      <w:r>
        <w:t>ڈیکلائن ہوتا ہے زوال ہوتا ہے</w:t>
      </w:r>
    </w:p>
    <w:p>
      <w:r>
        <w:rPr>
          <w:b/>
        </w:rPr>
        <w:t xml:space="preserve">[04:33] </w:t>
      </w:r>
      <w:r>
        <w:t>jitni speed ke sath jitni baat ko samajh kar ke pehli generation marti hai baad ki generation mein</w:t>
      </w:r>
    </w:p>
    <w:p>
      <w:pPr>
        <w:jc w:val="right"/>
      </w:pPr>
      <w:r>
        <w:t>جتنی اسپیڈ کے ساتھ جتنی بات کو سمجھ کر کے پہلی جنریشن مانتی ہے بعد کی جنریشن میں</w:t>
      </w:r>
    </w:p>
    <w:p>
      <w:r>
        <w:rPr>
          <w:b/>
        </w:rPr>
        <w:t xml:space="preserve">[04:41] </w:t>
      </w:r>
      <w:r>
        <w:t>kami ho jati hai phir generation after generation yeh kami hoti rehti hai</w:t>
      </w:r>
    </w:p>
    <w:p>
      <w:pPr>
        <w:jc w:val="right"/>
      </w:pPr>
      <w:r>
        <w:t>کمی ہو جاتی ہے پھر جنریشن افٹر جنریشن یہ کمی ہوتی رہتی ہے</w:t>
      </w:r>
    </w:p>
    <w:p>
      <w:r>
        <w:rPr>
          <w:b/>
        </w:rPr>
        <w:t xml:space="preserve">[04:47] </w:t>
      </w:r>
      <w:r>
        <w:t>yahan tak ke sau baras mein bohat ziyada kami ho jati hai</w:t>
      </w:r>
    </w:p>
    <w:p>
      <w:pPr>
        <w:jc w:val="right"/>
      </w:pPr>
      <w:r>
        <w:t>یہاں تک کہ سو برس میں بہت زیادہ کمی ہو جاتی ہے</w:t>
      </w:r>
    </w:p>
    <w:p>
      <w:r>
        <w:rPr>
          <w:b/>
        </w:rPr>
        <w:t xml:space="preserve">[04:51] </w:t>
      </w:r>
      <w:r>
        <w:t>is</w:t>
      </w:r>
    </w:p>
    <w:p>
      <w:pPr>
        <w:jc w:val="right"/>
      </w:pPr>
      <w:r>
        <w:t>اس</w:t>
      </w:r>
    </w:p>
    <w:p>
      <w:r>
        <w:rPr>
          <w:b/>
        </w:rPr>
        <w:t xml:space="preserve">[04:52] </w:t>
      </w:r>
      <w:r>
        <w:t>liye zaroorat hoti hai ke har bar jab ziyada kami ho jaye to mujaddid mujaddid uthein</w:t>
      </w:r>
    </w:p>
    <w:p>
      <w:pPr>
        <w:jc w:val="right"/>
      </w:pPr>
      <w:r>
        <w:t>لیے ضرورت ہوتی ہے کہ ہر بار جب زیادہ کمی ہو جائے تو مجدد مجدد اٹھیں</w:t>
      </w:r>
    </w:p>
    <w:p>
      <w:r>
        <w:rPr>
          <w:b/>
        </w:rPr>
        <w:t xml:space="preserve">[04:59] </w:t>
      </w:r>
      <w:r>
        <w:t>to mujaddid mujaddid ka kaam yahi do hota hai</w:t>
      </w:r>
    </w:p>
    <w:p>
      <w:pPr>
        <w:jc w:val="right"/>
      </w:pPr>
      <w:r>
        <w:t>تو مجدد مجدد کا کام یہی دو ہوتا ہے</w:t>
      </w:r>
    </w:p>
    <w:p>
      <w:r>
        <w:rPr>
          <w:b/>
        </w:rPr>
        <w:t xml:space="preserve">[05:02] </w:t>
      </w:r>
      <w:r>
        <w:t>ke baad ke naslon mein baad ke generation mein jo interpretation kiye gaye zahir hai ke woh thay</w:t>
      </w:r>
    </w:p>
    <w:p>
      <w:pPr>
        <w:jc w:val="right"/>
      </w:pPr>
      <w:r>
        <w:t>کہ بعد کے نسلوں میں بعد کے جنریشن میں جو انٹرپریٹیشن کیے گئے ظاہر ہے کہ وہ تھے</w:t>
      </w:r>
    </w:p>
    <w:p>
      <w:r>
        <w:rPr>
          <w:b/>
        </w:rPr>
        <w:t xml:space="preserve">[05:11] </w:t>
      </w:r>
      <w:r>
        <w:t>yani apne zamanay ke lehaz se</w:t>
      </w:r>
    </w:p>
    <w:p>
      <w:pPr>
        <w:jc w:val="right"/>
      </w:pPr>
      <w:r>
        <w:t>یعنی اپنے زمانے کے لحاظ سے</w:t>
      </w:r>
    </w:p>
    <w:p>
      <w:r>
        <w:rPr>
          <w:b/>
        </w:rPr>
        <w:t xml:space="preserve">[05:15] </w:t>
      </w:r>
      <w:r>
        <w:t>apne zamanay ke lehaz se to zamana badalta rehta hai to woh interpretation hamesha baqi nahi rehta</w:t>
      </w:r>
    </w:p>
    <w:p>
      <w:pPr>
        <w:jc w:val="right"/>
      </w:pPr>
      <w:r>
        <w:t>اپنے زمانے کے لحاظ سے تو زمانہ بدلتا رہتا ہے تو وہ انٹرپریٹیشن ہمیشہ باقی نہیں رہتا</w:t>
      </w:r>
    </w:p>
    <w:p>
      <w:r>
        <w:rPr>
          <w:b/>
        </w:rPr>
        <w:t xml:space="preserve">[05:23] </w:t>
      </w:r>
      <w:r>
        <w:t>phir se zaroorat barhti hai ke phir se interpretation kiya jaye aur baad ke generation mein jo</w:t>
      </w:r>
    </w:p>
    <w:p>
      <w:pPr>
        <w:jc w:val="right"/>
      </w:pPr>
      <w:r>
        <w:t>پھر سے ضرورت بڑھتی ہے کہ پھر سے انٹرپریٹیشن کیا جائے اور بعد کے جنریشن میں جو</w:t>
      </w:r>
    </w:p>
    <w:p>
      <w:r>
        <w:rPr>
          <w:b/>
        </w:rPr>
        <w:t xml:space="preserve">[05:32] </w:t>
      </w:r>
      <w:r>
        <w:t>jo degeneration aa jata hai degeneration is ko phir se revive kiya jaye</w:t>
      </w:r>
    </w:p>
    <w:p>
      <w:pPr>
        <w:jc w:val="right"/>
      </w:pPr>
      <w:r>
        <w:t>جو ڈی جنریشن ا جاتا ہے ڈی جنریشن اس کو پھر سے ریوائیو کیا جائے</w:t>
      </w:r>
    </w:p>
    <w:p>
      <w:r>
        <w:rPr>
          <w:b/>
        </w:rPr>
        <w:t xml:space="preserve">[05:38] </w:t>
      </w:r>
      <w:r>
        <w:t>re</w:t>
      </w:r>
    </w:p>
    <w:p>
      <w:pPr>
        <w:jc w:val="right"/>
      </w:pPr>
      <w:r>
        <w:t>ری</w:t>
      </w:r>
    </w:p>
    <w:p>
      <w:r>
        <w:rPr>
          <w:b/>
        </w:rPr>
        <w:t xml:space="preserve">[05:38] </w:t>
      </w:r>
      <w:r>
        <w:t>generate kiya jaye</w:t>
      </w:r>
    </w:p>
    <w:p>
      <w:pPr>
        <w:jc w:val="right"/>
      </w:pPr>
      <w:r>
        <w:t>جنریٹ کیا جائے</w:t>
      </w:r>
    </w:p>
    <w:p>
      <w:r>
        <w:rPr>
          <w:b/>
        </w:rPr>
        <w:t xml:space="preserve">[05:41] </w:t>
      </w:r>
      <w:r>
        <w:t>jin logon ka degeneration ho chuka hai un ko regenerate kiya jaye</w:t>
      </w:r>
    </w:p>
    <w:p>
      <w:pPr>
        <w:jc w:val="right"/>
      </w:pPr>
      <w:r>
        <w:t>جن لوگوں کا ڈی جنریشن ہو چکا ہے ان کو ری جنریٹ کیا جائے</w:t>
      </w:r>
    </w:p>
    <w:p>
      <w:r>
        <w:rPr>
          <w:b/>
        </w:rPr>
        <w:t xml:space="preserve">[05:48] </w:t>
      </w:r>
      <w:r>
        <w:t>to do baatein huin ek to yeh ke text mein</w:t>
      </w:r>
    </w:p>
    <w:p>
      <w:pPr>
        <w:jc w:val="right"/>
      </w:pPr>
      <w:r>
        <w:t>تو دو باتیں ہوئیں ایک تو یہ کہ ٹیکسٹ میں</w:t>
      </w:r>
    </w:p>
    <w:p>
      <w:r>
        <w:rPr>
          <w:b/>
        </w:rPr>
        <w:t xml:space="preserve">[05:55] </w:t>
      </w:r>
      <w:r>
        <w:t>jo interpretation baad ke zamane mein</w:t>
      </w:r>
    </w:p>
    <w:p>
      <w:pPr>
        <w:jc w:val="right"/>
      </w:pPr>
      <w:r>
        <w:t>جو انٹرپریٹیشن بعد کے زمانے میں</w:t>
      </w:r>
    </w:p>
    <w:p>
      <w:r>
        <w:rPr>
          <w:b/>
        </w:rPr>
        <w:t xml:space="preserve">[05:58] </w:t>
      </w:r>
      <w:r>
        <w:t>kiya gaya is mein shamil ho gaya to us ko alag karna</w:t>
      </w:r>
    </w:p>
    <w:p>
      <w:pPr>
        <w:jc w:val="right"/>
      </w:pPr>
      <w:r>
        <w:t>کیا گیا اس میں شامل ہو گیا تو اس کو الگ کرنا</w:t>
      </w:r>
    </w:p>
    <w:p>
      <w:r>
        <w:rPr>
          <w:b/>
        </w:rPr>
        <w:t xml:space="preserve">[06:04] </w:t>
      </w:r>
      <w:r>
        <w:t>kyun ke interpretation jo hai woh aam insan karta hai woh ghalati karta hai</w:t>
      </w:r>
    </w:p>
    <w:p>
      <w:pPr>
        <w:jc w:val="right"/>
      </w:pPr>
      <w:r>
        <w:t>کیونکہ انٹرپریٹیشن جو ہے وہ عام انسان کرتا ہے وہ غلطی کرتا ہے</w:t>
      </w:r>
    </w:p>
    <w:p>
      <w:r>
        <w:rPr>
          <w:b/>
        </w:rPr>
        <w:t xml:space="preserve">[06:09] </w:t>
      </w:r>
      <w:r>
        <w:t>zamane ke influence se woh aik interpretation de deta hai</w:t>
      </w:r>
    </w:p>
    <w:p>
      <w:pPr>
        <w:jc w:val="right"/>
      </w:pPr>
      <w:r>
        <w:t>زمانے کے انفلوئنس سے وہ ایک انٹرپریٹیشن دے دیتا ہے</w:t>
      </w:r>
    </w:p>
    <w:p>
      <w:r>
        <w:rPr>
          <w:b/>
        </w:rPr>
        <w:t xml:space="preserve">[06:15] </w:t>
      </w:r>
      <w:r>
        <w:t>baat ko pata chalta hai ke yeh to zamane ka asar tha asal jo text tha us mein</w:t>
      </w:r>
    </w:p>
    <w:p>
      <w:pPr>
        <w:jc w:val="right"/>
      </w:pPr>
      <w:r>
        <w:t>بات کو پتہ چلتا ہے کہ یہ تو زمانے کا اثر تھا اصل جو ٹیکسٹ تھا اس میں</w:t>
      </w:r>
    </w:p>
    <w:p>
      <w:r>
        <w:rPr>
          <w:b/>
        </w:rPr>
        <w:t xml:space="preserve">[06:21] </w:t>
      </w:r>
      <w:r>
        <w:t>yeh baat nahi thi</w:t>
      </w:r>
    </w:p>
    <w:p>
      <w:pPr>
        <w:jc w:val="right"/>
      </w:pPr>
      <w:r>
        <w:t>یہ بات نہیں تھی</w:t>
      </w:r>
    </w:p>
    <w:p>
      <w:r>
        <w:rPr>
          <w:b/>
        </w:rPr>
        <w:t xml:space="preserve">[06:24] </w:t>
      </w:r>
      <w:r>
        <w:t>aur</w:t>
      </w:r>
    </w:p>
    <w:p>
      <w:pPr>
        <w:jc w:val="right"/>
      </w:pPr>
      <w:r>
        <w:t>اور</w:t>
      </w:r>
    </w:p>
    <w:p>
      <w:r>
        <w:rPr>
          <w:b/>
        </w:rPr>
        <w:t xml:space="preserve">[06:25] </w:t>
      </w:r>
      <w:r>
        <w:t>doosri baat wahi ke dheere dheere baad ki naslon mein jab degeneration aa jata hai to zaroorat</w:t>
      </w:r>
    </w:p>
    <w:p>
      <w:pPr>
        <w:jc w:val="right"/>
      </w:pPr>
      <w:r>
        <w:t>دوسری بات وہی کہ دھیرے دھیرے بعد کی نسلوں میں جب ڈی جنریشن ا جاتا ہے تو ضرورت</w:t>
      </w:r>
    </w:p>
    <w:p>
      <w:r>
        <w:rPr>
          <w:b/>
        </w:rPr>
        <w:t xml:space="preserve">[06:35] </w:t>
      </w:r>
      <w:r>
        <w:t>hoti hai ke agli naslon ko phir se regenerate kiya jaye matlab speed dobara layi jaye pehle</w:t>
      </w:r>
    </w:p>
    <w:p>
      <w:pPr>
        <w:jc w:val="right"/>
      </w:pPr>
      <w:r>
        <w:t>ہوتی ہے کہ اگلی نسلوں کو پھر سے ری جنریٹ کیا جائے مطلب اسپیڈ دوبارہ لائی جائے پہلے</w:t>
      </w:r>
    </w:p>
    <w:p>
      <w:r>
        <w:rPr>
          <w:b/>
        </w:rPr>
        <w:t xml:space="preserve">[06:41] </w:t>
      </w:r>
      <w:r>
        <w:t>wali is liye yeh kaam karna parta hai jis ko</w:t>
      </w:r>
    </w:p>
    <w:p>
      <w:pPr>
        <w:jc w:val="right"/>
      </w:pPr>
      <w:r>
        <w:t>والی اس لیے یہ کام کرنا پڑتا ہے جس کو</w:t>
      </w:r>
    </w:p>
    <w:p>
      <w:r>
        <w:rPr>
          <w:b/>
        </w:rPr>
        <w:t xml:space="preserve">[06:48] </w:t>
      </w:r>
      <w:r>
        <w:t>arabi mein do lafz aate hain is ke liye ehya aur tajdeed</w:t>
      </w:r>
    </w:p>
    <w:p>
      <w:pPr>
        <w:jc w:val="right"/>
      </w:pPr>
      <w:r>
        <w:t>عربی میں دو لفظ اتے ہیں اس کے لیے احیاء اور تجدید</w:t>
      </w:r>
    </w:p>
    <w:p>
      <w:r>
        <w:rPr>
          <w:b/>
        </w:rPr>
        <w:t xml:space="preserve">[06:53] </w:t>
      </w:r>
      <w:r>
        <w:t>english mein is ko kahenge revival</w:t>
      </w:r>
    </w:p>
    <w:p>
      <w:pPr>
        <w:jc w:val="right"/>
      </w:pPr>
      <w:r>
        <w:t>انگلش میں اس کو کہیں گے ریوائیول</w:t>
      </w:r>
    </w:p>
    <w:p>
      <w:r>
        <w:rPr>
          <w:b/>
        </w:rPr>
        <w:t xml:space="preserve">[06:56] </w:t>
      </w:r>
      <w:r>
        <w:t>yeh hai kaam</w:t>
      </w:r>
    </w:p>
    <w:p>
      <w:pPr>
        <w:jc w:val="right"/>
      </w:pPr>
      <w:r>
        <w:t>یہ ہے کام</w:t>
      </w:r>
    </w:p>
    <w:p>
      <w:r>
        <w:rPr>
          <w:b/>
        </w:rPr>
        <w:t xml:space="preserve">[07:00] </w:t>
      </w:r>
      <w:r>
        <w:t>to us waqt mein isi ke baray mein</w:t>
      </w:r>
    </w:p>
    <w:p>
      <w:pPr>
        <w:jc w:val="right"/>
      </w:pPr>
      <w:r>
        <w:t>تو اس وقت میں اسی کے بارے میں</w:t>
      </w:r>
    </w:p>
    <w:p>
      <w:r>
        <w:rPr>
          <w:b/>
        </w:rPr>
        <w:t xml:space="preserve">[07:05] </w:t>
      </w:r>
      <w:r>
        <w:t>bohat hi short mein bohat hi mukhtasar tor par kuch arz karunga</w:t>
      </w:r>
    </w:p>
    <w:p>
      <w:pPr>
        <w:jc w:val="right"/>
      </w:pPr>
      <w:r>
        <w:t>بہت ہی شارٹ میں بہت ہی مختصر طور پر کچھ عرض کروں گا</w:t>
      </w:r>
    </w:p>
    <w:p>
      <w:r>
        <w:rPr>
          <w:b/>
        </w:rPr>
        <w:t xml:space="preserve">[07:12] </w:t>
      </w:r>
      <w:r>
        <w:t>jaise dekhiye misaal ke taur par</w:t>
      </w:r>
    </w:p>
    <w:p>
      <w:pPr>
        <w:jc w:val="right"/>
      </w:pPr>
      <w:r>
        <w:t>جیسے دیکھیے مثال کے طور پر</w:t>
      </w:r>
    </w:p>
    <w:p>
      <w:r>
        <w:rPr>
          <w:b/>
        </w:rPr>
        <w:t xml:space="preserve">[07:16] </w:t>
      </w:r>
      <w:r>
        <w:t>islam ke baad jaldi hi</w:t>
      </w:r>
    </w:p>
    <w:p>
      <w:pPr>
        <w:jc w:val="right"/>
      </w:pPr>
      <w:r>
        <w:t>اسلام کے بعد جلدی ہی</w:t>
      </w:r>
    </w:p>
    <w:p>
      <w:r>
        <w:rPr>
          <w:b/>
        </w:rPr>
        <w:t xml:space="preserve">[07:19] </w:t>
      </w:r>
      <w:r>
        <w:t>islam jo shuru hua 610 AD mein</w:t>
      </w:r>
    </w:p>
    <w:p>
      <w:pPr>
        <w:jc w:val="right"/>
      </w:pPr>
      <w:r>
        <w:t>اسلام جو شروع ہوا 610 اے ڈی میں</w:t>
      </w:r>
    </w:p>
    <w:p>
      <w:r>
        <w:rPr>
          <w:b/>
        </w:rPr>
        <w:t xml:space="preserve">[07:23] </w:t>
      </w:r>
      <w:r>
        <w:t>to 25 saal ke andar is ka empire ban gaya bohat bara empire political empire</w:t>
      </w:r>
    </w:p>
    <w:p>
      <w:pPr>
        <w:jc w:val="right"/>
      </w:pPr>
      <w:r>
        <w:t>تو 25 سال کے اندر اس کا ایمپائر بن گیا بہت بڑا ایمپائر پولیٹیکل ایمپائر</w:t>
      </w:r>
    </w:p>
    <w:p>
      <w:r>
        <w:rPr>
          <w:b/>
        </w:rPr>
        <w:t xml:space="preserve">[07:31] </w:t>
      </w:r>
      <w:r>
        <w:t>to us woh jo empire ban gaya us waqt jo interpretation diya gaya us mein apne zamane ke</w:t>
      </w:r>
    </w:p>
    <w:p>
      <w:pPr>
        <w:jc w:val="right"/>
      </w:pPr>
      <w:r>
        <w:t>تو اس وہ جو ایمپائر بن گیا اس وقت جو انٹرپریٹیشن دیا گیا اس میں اپنے زمانے کے</w:t>
      </w:r>
    </w:p>
    <w:p>
      <w:r>
        <w:rPr>
          <w:b/>
        </w:rPr>
        <w:t xml:space="preserve">[07:38] </w:t>
      </w:r>
      <w:r>
        <w:t>asar influence se baatein shamil ho gayin</w:t>
      </w:r>
    </w:p>
    <w:p>
      <w:pPr>
        <w:jc w:val="right"/>
      </w:pPr>
      <w:r>
        <w:t>اثر انفلوئنس سے باتیں شامل ہوگئیں</w:t>
      </w:r>
    </w:p>
    <w:p>
      <w:r>
        <w:rPr>
          <w:b/>
        </w:rPr>
        <w:t xml:space="preserve">[07:42] </w:t>
      </w:r>
      <w:r>
        <w:t>apne zamane ke influence se</w:t>
      </w:r>
    </w:p>
    <w:p>
      <w:pPr>
        <w:jc w:val="right"/>
      </w:pPr>
      <w:r>
        <w:t>اپنے زمانے کے انفلوئنس سے</w:t>
      </w:r>
    </w:p>
    <w:p>
      <w:r>
        <w:rPr>
          <w:b/>
        </w:rPr>
        <w:t xml:space="preserve">[07:45] </w:t>
      </w:r>
      <w:r>
        <w:t>misalan yeh ke us zamane mein unhon ne categorization</w:t>
      </w:r>
    </w:p>
    <w:p>
      <w:pPr>
        <w:jc w:val="right"/>
      </w:pPr>
      <w:r>
        <w:t>مثلا یہ کہ اس زمانے میں انہوں نے کیٹیگرائزیشن</w:t>
      </w:r>
    </w:p>
    <w:p>
      <w:r>
        <w:rPr>
          <w:b/>
        </w:rPr>
        <w:t xml:space="preserve">[07:51] </w:t>
      </w:r>
      <w:r>
        <w:t>kiya different countries ka ke jahan jahan musalmanon ka empire hai woh darul islam hai jahan empire nahi hai</w:t>
      </w:r>
    </w:p>
    <w:p>
      <w:pPr>
        <w:jc w:val="right"/>
      </w:pPr>
      <w:r>
        <w:t>کیا ڈفرنٹ کنٹریز کا کہ جہاں جہاں مسلمانوں کا ایمپائر ہے وہ دارالاسلام ہے جہاں ایمپائر نہیں ہے</w:t>
      </w:r>
    </w:p>
    <w:p>
      <w:r>
        <w:rPr>
          <w:b/>
        </w:rPr>
        <w:t xml:space="preserve">[08:00] </w:t>
      </w:r>
      <w:r>
        <w:t>woh darul harb hai</w:t>
      </w:r>
    </w:p>
    <w:p>
      <w:pPr>
        <w:jc w:val="right"/>
      </w:pPr>
      <w:r>
        <w:t>وہ دارالحرب ہے</w:t>
      </w:r>
    </w:p>
    <w:p>
      <w:r>
        <w:rPr>
          <w:b/>
        </w:rPr>
        <w:t xml:space="preserve">[08:02] </w:t>
      </w:r>
      <w:r>
        <w:t>ya darul kufr hai yeh influence tha zamane ka kyun ke aap quran ko padhein to kahin bhi is qism</w:t>
      </w:r>
    </w:p>
    <w:p>
      <w:pPr>
        <w:jc w:val="right"/>
      </w:pPr>
      <w:r>
        <w:t>یا دارالکفر ہے یہ انفلوئنس تھا زمانے کا کیونکہ اپ قران کو پڑھیں تو کہیں بھی اس قسم</w:t>
      </w:r>
    </w:p>
    <w:p>
      <w:r>
        <w:rPr>
          <w:b/>
        </w:rPr>
        <w:t xml:space="preserve">[08:11] </w:t>
      </w:r>
      <w:r>
        <w:t>ki categorization quran mein ap ko nahi mile gi</w:t>
      </w:r>
    </w:p>
    <w:p>
      <w:pPr>
        <w:jc w:val="right"/>
      </w:pPr>
      <w:r>
        <w:t>کی کیٹیگرائزیشن قران میں اپ کو نہیں ملے گی</w:t>
      </w:r>
    </w:p>
    <w:p>
      <w:r>
        <w:rPr>
          <w:b/>
        </w:rPr>
        <w:t xml:space="preserve">[08:15] </w:t>
      </w:r>
      <w:r>
        <w:t>to ab hum phir loten ge jab peechay loten ge quran ko parhen ge to lagay ga ke</w:t>
      </w:r>
    </w:p>
    <w:p>
      <w:pPr>
        <w:jc w:val="right"/>
      </w:pPr>
      <w:r>
        <w:t>تو اب ہم پھر لوٹیں گے جب پیچھے لوٹیں گے قران کو پڑھیں گے تو لگے گا کہ</w:t>
      </w:r>
    </w:p>
    <w:p>
      <w:r>
        <w:rPr>
          <w:b/>
        </w:rPr>
        <w:t xml:space="preserve">[08:22] </w:t>
      </w:r>
      <w:r>
        <w:t>quran mein har jagah insan ko address kiya gaya hai eha insan eha insan</w:t>
      </w:r>
    </w:p>
    <w:p>
      <w:pPr>
        <w:jc w:val="right"/>
      </w:pPr>
      <w:r>
        <w:t>قران میں ہر جگہ انسان کو ایڈریس کیا گیا ہے ایہا الانسان ایہا الانسان</w:t>
      </w:r>
    </w:p>
    <w:p>
      <w:r>
        <w:rPr>
          <w:b/>
        </w:rPr>
        <w:t xml:space="preserve">[08:27] </w:t>
      </w:r>
      <w:r>
        <w:t>bar bar to ab quran ki nazar mein poori mankind jo hai wo insan hai bas ye</w:t>
      </w:r>
    </w:p>
    <w:p>
      <w:pPr>
        <w:jc w:val="right"/>
      </w:pPr>
      <w:r>
        <w:t>بار بار تو اب قران کی نظر میں پوری مین کائنڈ جو ہے وہ انسان ہے بس یہ</w:t>
      </w:r>
    </w:p>
    <w:p>
      <w:r>
        <w:rPr>
          <w:b/>
        </w:rPr>
        <w:t xml:space="preserve">[08:35] </w:t>
      </w:r>
      <w:r>
        <w:t>ke ye darulkufr</w:t>
      </w:r>
    </w:p>
    <w:p>
      <w:pPr>
        <w:jc w:val="right"/>
      </w:pPr>
      <w:r>
        <w:t>کہ یہ دارالکفر</w:t>
      </w:r>
    </w:p>
    <w:p>
      <w:r>
        <w:rPr>
          <w:b/>
        </w:rPr>
        <w:t xml:space="preserve">[08:36] </w:t>
      </w:r>
      <w:r>
        <w:t>hai wo darulharb hai wo darulislam hai is mankind ka categorization</w:t>
      </w:r>
    </w:p>
    <w:p>
      <w:pPr>
        <w:jc w:val="right"/>
      </w:pPr>
      <w:r>
        <w:t>ہے وہ دارالحرب ہے وہ دارالاسلام ہے اس کائنڈ کا کیٹیگرائزیشن</w:t>
      </w:r>
    </w:p>
    <w:p>
      <w:r>
        <w:rPr>
          <w:b/>
        </w:rPr>
        <w:t xml:space="preserve">[08:41] </w:t>
      </w:r>
      <w:r>
        <w:t>quran mein hai nahi</w:t>
      </w:r>
    </w:p>
    <w:p>
      <w:pPr>
        <w:jc w:val="right"/>
      </w:pPr>
      <w:r>
        <w:t>قران میں ہے نہیں</w:t>
      </w:r>
    </w:p>
    <w:p>
      <w:r>
        <w:rPr>
          <w:b/>
        </w:rPr>
        <w:t xml:space="preserve">[08:44] </w:t>
      </w:r>
      <w:r>
        <w:t>to yehi hai ahya ke baad ke zamanay mein</w:t>
      </w:r>
    </w:p>
    <w:p>
      <w:pPr>
        <w:jc w:val="right"/>
      </w:pPr>
      <w:r>
        <w:t>تو یہی ہے احیاء کہ بعد کے زمانے میں</w:t>
      </w:r>
    </w:p>
    <w:p>
      <w:r>
        <w:rPr>
          <w:b/>
        </w:rPr>
        <w:t xml:space="preserve">[08:48] </w:t>
      </w:r>
      <w:r>
        <w:t>zamanay ke influence se jo interpretation diya gaya tha us ko phir se alag karna aur lotna asal</w:t>
      </w:r>
    </w:p>
    <w:p>
      <w:pPr>
        <w:jc w:val="right"/>
      </w:pPr>
      <w:r>
        <w:t>زمانے کے انفلوئنس سے جو انٹرپریٹیشن دیا گیا تھا اس کو پھر سے الگ کرنا اور لوٹنا اصل</w:t>
      </w:r>
    </w:p>
    <w:p>
      <w:r>
        <w:rPr>
          <w:b/>
        </w:rPr>
        <w:t xml:space="preserve">[08:57] </w:t>
      </w:r>
      <w:r>
        <w:t>text ki taraf</w:t>
      </w:r>
    </w:p>
    <w:p>
      <w:pPr>
        <w:jc w:val="right"/>
      </w:pPr>
      <w:r>
        <w:t>ٹیکسٹ کی طرف</w:t>
      </w:r>
    </w:p>
    <w:p>
      <w:r>
        <w:rPr>
          <w:b/>
        </w:rPr>
        <w:t xml:space="preserve">[08:59] </w:t>
      </w:r>
      <w:r>
        <w:t>to yahan par hum ye kahen ge ke ye jo categorization hua ke ye darulharb hai ya darulkufr</w:t>
      </w:r>
    </w:p>
    <w:p>
      <w:pPr>
        <w:jc w:val="right"/>
      </w:pPr>
      <w:r>
        <w:t>تو یہاں پر ہم یہ کہیں گے کہ یہ جو کیٹیگرائزیشن ہوا کہ یہ دارالحرب ہے یا دارالکفر</w:t>
      </w:r>
    </w:p>
    <w:p>
      <w:r>
        <w:rPr>
          <w:b/>
        </w:rPr>
        <w:t xml:space="preserve">[09:06] </w:t>
      </w:r>
      <w:r>
        <w:t>hai ye darulharb hai ya darulkufr hai ya darulislam ye sab baad ki milawaten theen ab hum is</w:t>
      </w:r>
    </w:p>
    <w:p>
      <w:pPr>
        <w:jc w:val="right"/>
      </w:pPr>
      <w:r>
        <w:t>ہے یہ دارالحرب ہے یا دارالکفر ہے یا دارالاسلام یہ سب بعد کی ملاوٹیں تھیں اب ہم اس</w:t>
      </w:r>
    </w:p>
    <w:p>
      <w:r>
        <w:rPr>
          <w:b/>
        </w:rPr>
        <w:t xml:space="preserve">[09:11] </w:t>
      </w:r>
      <w:r>
        <w:t>ko alag karte hain is ko ab phir loten asal quran ki taraf jis mein saaye logon</w:t>
      </w:r>
    </w:p>
    <w:p>
      <w:pPr>
        <w:jc w:val="right"/>
      </w:pPr>
      <w:r>
        <w:t>کو الگ کرتے ہیں اس کو اب پھر لوٹتے ہیں اصل قران کی طرف جس میں سائے لوگوں</w:t>
      </w:r>
    </w:p>
    <w:p>
      <w:r>
        <w:rPr>
          <w:b/>
        </w:rPr>
        <w:t xml:space="preserve">[09:17] </w:t>
      </w:r>
      <w:r>
        <w:t>ko insan bataya gaya hai</w:t>
      </w:r>
    </w:p>
    <w:p>
      <w:pPr>
        <w:jc w:val="right"/>
      </w:pPr>
      <w:r>
        <w:t>کو انسان بتایا گیا ہے</w:t>
      </w:r>
    </w:p>
    <w:p>
      <w:r>
        <w:rPr>
          <w:b/>
        </w:rPr>
        <w:t xml:space="preserve">[09:20] </w:t>
      </w:r>
      <w:r>
        <w:t>ya eha insan mughrak karim</w:t>
      </w:r>
    </w:p>
    <w:p>
      <w:pPr>
        <w:jc w:val="right"/>
      </w:pPr>
      <w:r>
        <w:t>یا ایہا الانسان مغرککریم</w:t>
      </w:r>
    </w:p>
    <w:p>
      <w:r>
        <w:rPr>
          <w:b/>
        </w:rPr>
        <w:t xml:space="preserve">[09:26] </w:t>
      </w:r>
      <w:r>
        <w:t>insan khusr bar bar bar bar to goya ke quran ki nazar mein saaye log insan hain</w:t>
      </w:r>
    </w:p>
    <w:p>
      <w:pPr>
        <w:jc w:val="right"/>
      </w:pPr>
      <w:r>
        <w:t>الانسان خسر بار بار بار بار تو گویا کہ قران کی نظر میں سائے لوگ انسان ہیں</w:t>
      </w:r>
    </w:p>
    <w:p>
      <w:r>
        <w:rPr>
          <w:b/>
        </w:rPr>
        <w:t xml:space="preserve">[09:33] </w:t>
      </w:r>
      <w:r>
        <w:t>bas aur kuch nahi</w:t>
      </w:r>
    </w:p>
    <w:p>
      <w:pPr>
        <w:jc w:val="right"/>
      </w:pPr>
      <w:r>
        <w:t>بس اور کچھ نہیں</w:t>
      </w:r>
    </w:p>
    <w:p>
      <w:r>
        <w:rPr>
          <w:b/>
        </w:rPr>
        <w:t xml:space="preserve">[09:38] </w:t>
      </w:r>
      <w:r>
        <w:t>ye nazariya bilkul galat hai ke ap is ye banayen ke dunya ke log jo hain to un</w:t>
      </w:r>
    </w:p>
    <w:p>
      <w:pPr>
        <w:jc w:val="right"/>
      </w:pPr>
      <w:r>
        <w:t>یہ نظریہ بالکل غلط ہے کہ اپ اس یہ بنائیں کہ دنیا کے لوگ جو ہیں تو ان</w:t>
      </w:r>
    </w:p>
    <w:p>
      <w:r>
        <w:rPr>
          <w:b/>
        </w:rPr>
        <w:t xml:space="preserve">[09:45] </w:t>
      </w:r>
      <w:r>
        <w:t>mein aik musalman hai aik kafir hai</w:t>
      </w:r>
    </w:p>
    <w:p>
      <w:pPr>
        <w:jc w:val="right"/>
      </w:pPr>
      <w:r>
        <w:t>میں ایک مسلمان ہے ایک کافر ہے</w:t>
      </w:r>
    </w:p>
    <w:p>
      <w:r>
        <w:rPr>
          <w:b/>
        </w:rPr>
        <w:t xml:space="preserve">[09:48] </w:t>
      </w:r>
      <w:r>
        <w:t>ye quran mein nahi hai ye baat</w:t>
      </w:r>
    </w:p>
    <w:p>
      <w:pPr>
        <w:jc w:val="right"/>
      </w:pPr>
      <w:r>
        <w:t>یہ قران میں نہیں ہے یہ بات</w:t>
      </w:r>
    </w:p>
    <w:p>
      <w:r>
        <w:rPr>
          <w:b/>
        </w:rPr>
        <w:t xml:space="preserve">[09:51] </w:t>
      </w:r>
      <w:r>
        <w:t>dunya mein jo log hain wo kuch ko ap musalman kahen kuch log kafir kahen</w:t>
      </w:r>
    </w:p>
    <w:p>
      <w:pPr>
        <w:jc w:val="right"/>
      </w:pPr>
      <w:r>
        <w:t>دنیا میں جو لوگ ہیں وہ کچھ کو اپ مسلمان کہیں کچھ لوگ کافر کہیں</w:t>
      </w:r>
    </w:p>
    <w:p>
      <w:r>
        <w:rPr>
          <w:b/>
        </w:rPr>
        <w:t xml:space="preserve">[09:58] </w:t>
      </w:r>
      <w:r>
        <w:t>ye baat ko paida honay wala interpretation hai jis ko hum ab discard kar den ge aur phir</w:t>
      </w:r>
    </w:p>
    <w:p>
      <w:pPr>
        <w:jc w:val="right"/>
      </w:pPr>
      <w:r>
        <w:t>یہ بات کو پیدا ہونے والا انٹرپریٹیشن ہے جس کو ہم اب ڈسکارڈ کر دیں گے اور پھر</w:t>
      </w:r>
    </w:p>
    <w:p>
      <w:r>
        <w:rPr>
          <w:b/>
        </w:rPr>
        <w:t xml:space="preserve">[10:04] </w:t>
      </w:r>
      <w:r>
        <w:t>se len ge quran wala jo hai</w:t>
      </w:r>
    </w:p>
    <w:p>
      <w:pPr>
        <w:jc w:val="right"/>
      </w:pPr>
      <w:r>
        <w:t>سے لیں گے قران والا جو ہے</w:t>
      </w:r>
    </w:p>
    <w:p>
      <w:r>
        <w:rPr>
          <w:b/>
        </w:rPr>
        <w:t xml:space="preserve">[10:08] </w:t>
      </w:r>
      <w:r>
        <w:t>ke sare insan hain sare insan hain sare insan hain yani aik taraf khuda hai doosri taraf insan</w:t>
      </w:r>
    </w:p>
    <w:p>
      <w:pPr>
        <w:jc w:val="right"/>
      </w:pPr>
      <w:r>
        <w:t>کہ سارے انسان ہیں سارے انسان ہیں سارے انسان ہیں یعنی ایک طرف خدا ہے دوسری طرف انسان</w:t>
      </w:r>
    </w:p>
    <w:p>
      <w:r>
        <w:rPr>
          <w:b/>
        </w:rPr>
        <w:t xml:space="preserve">[10:13] </w:t>
      </w:r>
      <w:r>
        <w:t>hai to is dunya mein jo equation hai wo khuda aur insan ka hai</w:t>
      </w:r>
    </w:p>
    <w:p>
      <w:pPr>
        <w:jc w:val="right"/>
      </w:pPr>
      <w:r>
        <w:t>ہے تو اس دنیا میں جو ایکویشن ہے وہ خدا اور انسان کا ہے</w:t>
      </w:r>
    </w:p>
    <w:p>
      <w:r>
        <w:rPr>
          <w:b/>
        </w:rPr>
        <w:t xml:space="preserve">[10:19] </w:t>
      </w:r>
      <w:r>
        <w:t>ye sab nahi hai ke aik kafir hai ya ya harbi hai ya</w:t>
      </w:r>
    </w:p>
    <w:p>
      <w:pPr>
        <w:jc w:val="right"/>
      </w:pPr>
      <w:r>
        <w:t>یہ سب نہیں ہے کہ ایک کافر ہے یا یا حربی ہے یا</w:t>
      </w:r>
    </w:p>
    <w:p>
      <w:r>
        <w:rPr>
          <w:b/>
        </w:rPr>
        <w:t xml:space="preserve">[10:23] </w:t>
      </w:r>
      <w:r>
        <w:t>yeh yeh hai aur yeh woh hai</w:t>
      </w:r>
    </w:p>
    <w:p>
      <w:pPr>
        <w:jc w:val="right"/>
      </w:pPr>
      <w:r>
        <w:t>یہ یہ ہے اور یہ وہ ہے</w:t>
      </w:r>
    </w:p>
    <w:p>
      <w:r>
        <w:rPr>
          <w:b/>
        </w:rPr>
        <w:t xml:space="preserve">[10:28] </w:t>
      </w:r>
      <w:r>
        <w:t>to aik cheez ye maloom hui</w:t>
      </w:r>
    </w:p>
    <w:p>
      <w:pPr>
        <w:jc w:val="right"/>
      </w:pPr>
      <w:r>
        <w:t>تو ایک چیز یہ معلوم ہوئی</w:t>
      </w:r>
    </w:p>
    <w:p>
      <w:r>
        <w:rPr>
          <w:b/>
        </w:rPr>
        <w:t xml:space="preserve">[10:32] </w:t>
      </w:r>
      <w:r>
        <w:t>dusri cheez yeh hai</w:t>
      </w:r>
    </w:p>
    <w:p>
      <w:pPr>
        <w:jc w:val="right"/>
      </w:pPr>
      <w:r>
        <w:t>دوسری چیز یہ ہے</w:t>
      </w:r>
    </w:p>
    <w:p>
      <w:r>
        <w:rPr>
          <w:b/>
        </w:rPr>
        <w:t xml:space="preserve">[10:34] </w:t>
      </w:r>
      <w:r>
        <w:t>aik bohat bari ghalati yeh hui baad ke zamanay mein</w:t>
      </w:r>
    </w:p>
    <w:p>
      <w:pPr>
        <w:jc w:val="right"/>
      </w:pPr>
      <w:r>
        <w:t>ایک بہت بڑی غلطی یہ ہوئی بعد کے زمانے میں</w:t>
      </w:r>
    </w:p>
    <w:p>
      <w:r>
        <w:rPr>
          <w:b/>
        </w:rPr>
        <w:t xml:space="preserve">[10:39] </w:t>
      </w:r>
      <w:r>
        <w:t>ke abbasi dour mein abbasi period mein fiqah bani bohat se fuqaha paida hue jurist fuqaha kehte hain</w:t>
      </w:r>
    </w:p>
    <w:p>
      <w:pPr>
        <w:jc w:val="right"/>
      </w:pPr>
      <w:r>
        <w:t>کہ عباسی دور میں عباسی پیریڈ میں فقہ بنی بہت سے فقہاء پیدا ہوئے جورسٹ فقہاء کہتے ہیں</w:t>
      </w:r>
    </w:p>
    <w:p>
      <w:r>
        <w:rPr>
          <w:b/>
        </w:rPr>
        <w:t xml:space="preserve">[10:50] </w:t>
      </w:r>
      <w:r>
        <w:t>jurist ko j u r i s t</w:t>
      </w:r>
    </w:p>
    <w:p>
      <w:pPr>
        <w:jc w:val="right"/>
      </w:pPr>
      <w:r>
        <w:t>جورسٹ کو جے یو ار ائی ایس ٹی</w:t>
      </w:r>
    </w:p>
    <w:p>
      <w:r>
        <w:rPr>
          <w:b/>
        </w:rPr>
        <w:t xml:space="preserve">[10:55] </w:t>
      </w:r>
      <w:r>
        <w:t>to in logon ne aik poori fiqah banai</w:t>
      </w:r>
    </w:p>
    <w:p>
      <w:pPr>
        <w:jc w:val="right"/>
      </w:pPr>
      <w:r>
        <w:t>تو ان لوگوں نے ایک پوری فقہ بنائی</w:t>
      </w:r>
    </w:p>
    <w:p>
      <w:r>
        <w:rPr>
          <w:b/>
        </w:rPr>
        <w:t xml:space="preserve">[10:59] </w:t>
      </w:r>
      <w:r>
        <w:t>bohat si kitabein likhin</w:t>
      </w:r>
    </w:p>
    <w:p>
      <w:pPr>
        <w:jc w:val="right"/>
      </w:pPr>
      <w:r>
        <w:t>بہت سی کتابیں لکھیں</w:t>
      </w:r>
    </w:p>
    <w:p>
      <w:r>
        <w:rPr>
          <w:b/>
        </w:rPr>
        <w:t xml:space="preserve">[11:02] </w:t>
      </w:r>
      <w:r>
        <w:t>تو بعد کو یہ سمجھ لیا گیا کہ یہ جو اسکالر تھے یہ جو فقہاء تھے تو extract</w:t>
      </w:r>
    </w:p>
    <w:p>
      <w:pPr>
        <w:jc w:val="right"/>
      </w:pPr>
      <w:r>
        <w:t>تو بعد کو یہ سمجھ لیا گیا کہ یہ جو اسکالر تھے یہ جو فقہاء تھے تو ایکسٹریکٹ</w:t>
      </w:r>
    </w:p>
    <w:p>
      <w:r>
        <w:rPr>
          <w:b/>
        </w:rPr>
        <w:t xml:space="preserve">[11:09] </w:t>
      </w:r>
      <w:r>
        <w:t>کر لیا انہوں نے قرآن کو قرآن میں جو باتیں بتائی گئی تھیں اس کو extract</w:t>
      </w:r>
    </w:p>
    <w:p>
      <w:pPr>
        <w:jc w:val="right"/>
      </w:pPr>
      <w:r>
        <w:t>کر لیا انہوں نے قران کو قران میں جو باتیں بتائی گئی تھیں اس کو ایکسٹریکٹ</w:t>
      </w:r>
    </w:p>
    <w:p>
      <w:r>
        <w:rPr>
          <w:b/>
        </w:rPr>
        <w:t xml:space="preserve">[11:13] </w:t>
      </w:r>
      <w:r>
        <w:t>kar liya ab ab kisi ko kuch samajhna hai deen kya hai islam kya hai to fiqah parhe</w:t>
      </w:r>
    </w:p>
    <w:p>
      <w:pPr>
        <w:jc w:val="right"/>
      </w:pPr>
      <w:r>
        <w:t>کر لیا اب اب کسی کو کچھ سمجھنا ہے دین کیا ہے اسلام کیا ہے تو فقہ پڑھے</w:t>
      </w:r>
    </w:p>
    <w:p>
      <w:r>
        <w:rPr>
          <w:b/>
        </w:rPr>
        <w:t xml:space="preserve">[11:22] </w:t>
      </w:r>
      <w:r>
        <w:t>yeh aik bohat bari bhool thi</w:t>
      </w:r>
    </w:p>
    <w:p>
      <w:pPr>
        <w:jc w:val="right"/>
      </w:pPr>
      <w:r>
        <w:t>یہ ایک بہت بڑی بھول تھی</w:t>
      </w:r>
    </w:p>
    <w:p>
      <w:r>
        <w:rPr>
          <w:b/>
        </w:rPr>
        <w:t xml:space="preserve">[11:25] </w:t>
      </w:r>
      <w:r>
        <w:t>is ka nateeja kya hua</w:t>
      </w:r>
    </w:p>
    <w:p>
      <w:pPr>
        <w:jc w:val="right"/>
      </w:pPr>
      <w:r>
        <w:t>اس کا نتیجہ کیا ہوا</w:t>
      </w:r>
    </w:p>
    <w:p>
      <w:r>
        <w:rPr>
          <w:b/>
        </w:rPr>
        <w:t xml:space="preserve">[11:28] </w:t>
      </w:r>
      <w:r>
        <w:t>ke logon ne quran ko bana diya kitab tilawat</w:t>
      </w:r>
    </w:p>
    <w:p>
      <w:pPr>
        <w:jc w:val="right"/>
      </w:pPr>
      <w:r>
        <w:t>کہ لوگوں نے قران کو بنا دیا کتاب تلاوت</w:t>
      </w:r>
    </w:p>
    <w:p>
      <w:r>
        <w:rPr>
          <w:b/>
        </w:rPr>
        <w:t xml:space="preserve">[11:32] </w:t>
      </w:r>
      <w:r>
        <w:t>یعنی بک آف ریسائٹیشن ریسائٹ کر لو ثواب ملتا رہے گا بس</w:t>
      </w:r>
    </w:p>
    <w:p>
      <w:pPr>
        <w:jc w:val="right"/>
      </w:pPr>
      <w:r>
        <w:t>یعنی بک اف ریسیٹیشن ریسیٹ کر لو ثواب ملتا رہے گا بس</w:t>
      </w:r>
    </w:p>
    <w:p>
      <w:r>
        <w:rPr>
          <w:b/>
        </w:rPr>
        <w:t xml:space="preserve">[11:39] </w:t>
      </w:r>
      <w:r>
        <w:t>to baat ko jo yeh riwaj parha ke log bila samjhe boojhe quran ki tilawat karne lage</w:t>
      </w:r>
    </w:p>
    <w:p>
      <w:pPr>
        <w:jc w:val="right"/>
      </w:pPr>
      <w:r>
        <w:t>تو بات کو جو یہ رواج پڑھا کہ لوگ بلا سمجھے بوجھے قران کی تلاوت کرنے لگے</w:t>
      </w:r>
    </w:p>
    <w:p>
      <w:r>
        <w:rPr>
          <w:b/>
        </w:rPr>
        <w:t xml:space="preserve">[11:47] </w:t>
      </w:r>
      <w:r>
        <w:t>that was a deviation</w:t>
      </w:r>
    </w:p>
    <w:p>
      <w:pPr>
        <w:jc w:val="right"/>
      </w:pPr>
      <w:r>
        <w:t>دیٹ واز ا ڈیوی ایشن</w:t>
      </w:r>
    </w:p>
    <w:p>
      <w:r>
        <w:rPr>
          <w:b/>
        </w:rPr>
        <w:t xml:space="preserve">[11:49] </w:t>
      </w:r>
      <w:r>
        <w:t>kyunke quran jo tha woh to source tha</w:t>
      </w:r>
    </w:p>
    <w:p>
      <w:pPr>
        <w:jc w:val="right"/>
      </w:pPr>
      <w:r>
        <w:t>کیونکہ قران جو تھا وہ تو سورس تھا</w:t>
      </w:r>
    </w:p>
    <w:p>
      <w:r>
        <w:rPr>
          <w:b/>
        </w:rPr>
        <w:t xml:space="preserve">[11:52] </w:t>
      </w:r>
      <w:r>
        <w:t>deen ko samajhne ka islam ko janne ka ab source ban gaya kya fiqah</w:t>
      </w:r>
    </w:p>
    <w:p>
      <w:pPr>
        <w:jc w:val="right"/>
      </w:pPr>
      <w:r>
        <w:t>دین کو سمجھنے کا اسلام کو جاننے کا اب سورس بن گیا کیا فقہ</w:t>
      </w:r>
    </w:p>
    <w:p>
      <w:r>
        <w:rPr>
          <w:b/>
        </w:rPr>
        <w:t xml:space="preserve">[11:59] </w:t>
      </w:r>
      <w:r>
        <w:t>hai to jo bhi baatein thin deen ki shariyat ki woh sab nichor kar ke extract kar ke</w:t>
      </w:r>
    </w:p>
    <w:p>
      <w:pPr>
        <w:jc w:val="right"/>
      </w:pPr>
      <w:r>
        <w:t>ہے تو جو بھی باتیں تھیں دین کی شریعت کی وہ سب نچوڑ کر کے ایکسٹریکٹ کر کے</w:t>
      </w:r>
    </w:p>
    <w:p>
      <w:r>
        <w:rPr>
          <w:b/>
        </w:rPr>
        <w:t xml:space="preserve">[12:05] </w:t>
      </w:r>
      <w:r>
        <w:t>hamare fuqaha ne fiqah mein</w:t>
      </w:r>
    </w:p>
    <w:p>
      <w:pPr>
        <w:jc w:val="right"/>
      </w:pPr>
      <w:r>
        <w:t>ہمارے فقہاء نے فقہ میں</w:t>
      </w:r>
    </w:p>
    <w:p>
      <w:r>
        <w:rPr>
          <w:b/>
        </w:rPr>
        <w:t xml:space="preserve">[12:10] </w:t>
      </w:r>
      <w:r>
        <w:t>madawwar kar diya sab likh diya</w:t>
      </w:r>
    </w:p>
    <w:p>
      <w:pPr>
        <w:jc w:val="right"/>
      </w:pPr>
      <w:r>
        <w:t>مدور کر دیا سب لکھ دیا</w:t>
      </w:r>
    </w:p>
    <w:p>
      <w:r>
        <w:rPr>
          <w:b/>
        </w:rPr>
        <w:t xml:space="preserve">[12:14] </w:t>
      </w:r>
      <w:r>
        <w:t>to yeh bilkul</w:t>
      </w:r>
    </w:p>
    <w:p>
      <w:pPr>
        <w:jc w:val="right"/>
      </w:pPr>
      <w:r>
        <w:t>تو یہ بالکل</w:t>
      </w:r>
    </w:p>
    <w:p>
      <w:r>
        <w:rPr>
          <w:b/>
        </w:rPr>
        <w:t xml:space="preserve">[12:17] </w:t>
      </w:r>
      <w:r>
        <w:t>bohat bari bhool thi yeh</w:t>
      </w:r>
    </w:p>
    <w:p>
      <w:pPr>
        <w:jc w:val="right"/>
      </w:pPr>
      <w:r>
        <w:t>بہت بڑی بھول تھی یہ</w:t>
      </w:r>
    </w:p>
    <w:p>
      <w:r>
        <w:rPr>
          <w:b/>
        </w:rPr>
        <w:t xml:space="preserve">[12:19] </w:t>
      </w:r>
      <w:r>
        <w:t>har zamanay mein baad ke zamanay mein aur kisi bhi zamanay mein</w:t>
      </w:r>
    </w:p>
    <w:p>
      <w:pPr>
        <w:jc w:val="right"/>
      </w:pPr>
      <w:r>
        <w:t>ہر زمانے میں بعد کے زمانے میں اور کسی بھی زمانے میں</w:t>
      </w:r>
    </w:p>
    <w:p>
      <w:r>
        <w:rPr>
          <w:b/>
        </w:rPr>
        <w:t xml:space="preserve">[12:24] </w:t>
      </w:r>
      <w:r>
        <w:t>islam ko samajhne ka asal source jo hai woh quran hi rahega</w:t>
      </w:r>
    </w:p>
    <w:p>
      <w:pPr>
        <w:jc w:val="right"/>
      </w:pPr>
      <w:r>
        <w:t>اسلام کو سمجھنے کا اصل سورس جو ہے وہ قران ہی رہے گا</w:t>
      </w:r>
    </w:p>
    <w:p>
      <w:r>
        <w:rPr>
          <w:b/>
        </w:rPr>
        <w:t xml:space="preserve">[12:28] </w:t>
      </w:r>
      <w:r>
        <w:t>hadith rahegi rasool Allah ki sunnat rahegi fiqah nahi rahegi</w:t>
      </w:r>
    </w:p>
    <w:p>
      <w:pPr>
        <w:jc w:val="right"/>
      </w:pPr>
      <w:r>
        <w:t>حدیث رہے گی رسول اللہ کی سنت رہے گی فقہ نہیں رہے گی</w:t>
      </w:r>
    </w:p>
    <w:p>
      <w:r>
        <w:rPr>
          <w:b/>
        </w:rPr>
        <w:t xml:space="preserve">[12:33] </w:t>
      </w:r>
      <w:r>
        <w:t>yani fiqah ko dekha jayega quran ki roshni mein nahi ke fiqah ki roshni mein quran ko</w:t>
      </w:r>
    </w:p>
    <w:p>
      <w:pPr>
        <w:jc w:val="right"/>
      </w:pPr>
      <w:r>
        <w:t>یعنی فقہ کو دیکھا جائے گا قران کی روشنی میں نہیں کہ فقہ کی روشنی میں قران کو</w:t>
      </w:r>
    </w:p>
    <w:p>
      <w:r>
        <w:rPr>
          <w:b/>
        </w:rPr>
        <w:t xml:space="preserve">[12:38] </w:t>
      </w:r>
      <w:r>
        <w:t>dekha jayega</w:t>
      </w:r>
    </w:p>
    <w:p>
      <w:pPr>
        <w:jc w:val="right"/>
      </w:pPr>
      <w:r>
        <w:t>دیکھا جائے</w:t>
      </w:r>
    </w:p>
    <w:p>
      <w:r>
        <w:rPr>
          <w:b/>
        </w:rPr>
        <w:t xml:space="preserve">[12:42] </w:t>
      </w:r>
      <w:r>
        <w:t>ab dekhiye ke quran mein aik ayat hai ke rasool Allah qayamat ke din apni ummat ko kahengay rab in qawmi al quran mahjoora aey khuda</w:t>
      </w:r>
    </w:p>
    <w:p>
      <w:pPr>
        <w:jc w:val="right"/>
      </w:pPr>
      <w:r>
        <w:t>اب دیکھیے کہ قران میں ایک ایت ہے کہ رسول اللہ قیامت کے دن اپنی امت کو کہیں گے رب ان قوم القران محجورہ اے خدا</w:t>
      </w:r>
    </w:p>
    <w:p>
      <w:r>
        <w:rPr>
          <w:b/>
        </w:rPr>
        <w:t xml:space="preserve">[12:58] </w:t>
      </w:r>
      <w:r>
        <w:t>meri qom ne quran ko abandon book bana diya chori hui book bana diya is ka matlab kya yahi matlab is ka hai ke fiqh ko le liya aur quran ko chhor diya</w:t>
      </w:r>
    </w:p>
    <w:p>
      <w:pPr>
        <w:jc w:val="right"/>
      </w:pPr>
      <w:r>
        <w:t>میری قوم نے قران کو ابینڈن بک بنا دیا چھوڑی ہوئی بک بنا دیا اس کا مطلب کیا یہی مطلب اس کا ہے کہ فقہ کو لے لیا اور قران کو چھوڑ دیا</w:t>
      </w:r>
    </w:p>
    <w:p>
      <w:r>
        <w:rPr>
          <w:b/>
        </w:rPr>
        <w:t xml:space="preserve">[13:15] </w:t>
      </w:r>
      <w:r>
        <w:t>fiqah ko le liya ke deen jo manna hai fiqah se aur quran ko chhod diya is ka</w:t>
      </w:r>
    </w:p>
    <w:p>
      <w:pPr>
        <w:jc w:val="right"/>
      </w:pPr>
      <w:r>
        <w:t>فقہ کو لے لیا کہ دین جو ماننا ہے فقہ سے اور قران کو چھوڑ دیا اس کا</w:t>
      </w:r>
    </w:p>
    <w:p>
      <w:r>
        <w:rPr>
          <w:b/>
        </w:rPr>
        <w:t xml:space="preserve">[13:22] </w:t>
      </w:r>
      <w:r>
        <w:t>nuqsan dekhiye kya hua</w:t>
      </w:r>
    </w:p>
    <w:p>
      <w:pPr>
        <w:jc w:val="right"/>
      </w:pPr>
      <w:r>
        <w:t>نقصان دیکھیے کیا ہوا</w:t>
      </w:r>
    </w:p>
    <w:p>
      <w:r>
        <w:rPr>
          <w:b/>
        </w:rPr>
        <w:t xml:space="preserve">[13:24] </w:t>
      </w:r>
      <w:r>
        <w:t>دیکھیں فقہ میں سب احکام بتائے گئے ہیں یعنی جو form ہے احکام کا تو form کی detail</w:t>
      </w:r>
    </w:p>
    <w:p>
      <w:pPr>
        <w:jc w:val="right"/>
      </w:pPr>
      <w:r>
        <w:t>دیکھیں فقہ میں سب احکام بتائے گئے ہیں یعنی جو فارم ہے احکام کا تو فارم کی ڈیٹیل</w:t>
      </w:r>
    </w:p>
    <w:p>
      <w:r>
        <w:rPr>
          <w:b/>
        </w:rPr>
        <w:t xml:space="preserve">[13:33] </w:t>
      </w:r>
      <w:r>
        <w:t>hai sab namaz ka form kya ho haj ka form kya ho to fiqah mein jitni detail ap</w:t>
      </w:r>
    </w:p>
    <w:p>
      <w:pPr>
        <w:jc w:val="right"/>
      </w:pPr>
      <w:r>
        <w:t>ہے سب نماز کا فارم کیا ہو حج کا فارم کیا ہو تو فقہ میں جتنی ڈیٹیل اپ</w:t>
      </w:r>
    </w:p>
    <w:p>
      <w:r>
        <w:rPr>
          <w:b/>
        </w:rPr>
        <w:t xml:space="preserve">[13:40] </w:t>
      </w:r>
      <w:r>
        <w:t>padhenge woh sirf form based hai hongi</w:t>
      </w:r>
    </w:p>
    <w:p>
      <w:pPr>
        <w:jc w:val="right"/>
      </w:pPr>
      <w:r>
        <w:t>پڑھیں گے وہ صرف فارم بیسڈ ہے ہوں گی</w:t>
      </w:r>
    </w:p>
    <w:p>
      <w:r>
        <w:rPr>
          <w:b/>
        </w:rPr>
        <w:t xml:space="preserve">[13:45] </w:t>
      </w:r>
      <w:r>
        <w:t>form based yani form jo hai kisi bhi cheez ka isko bataya gaya hai fiqah mein</w:t>
      </w:r>
    </w:p>
    <w:p>
      <w:pPr>
        <w:jc w:val="right"/>
      </w:pPr>
      <w:r>
        <w:t>فارم بیسڈ یعنی فارم جو ہے کسی بھی چیز کا اس کو بتایا گیا ہے فقہ میں</w:t>
      </w:r>
    </w:p>
    <w:p>
      <w:r>
        <w:rPr>
          <w:b/>
        </w:rPr>
        <w:t xml:space="preserve">[13:52] </w:t>
      </w:r>
      <w:r>
        <w:t>speed jo hai woh fiqah ka subject nahi hai</w:t>
      </w:r>
    </w:p>
    <w:p>
      <w:pPr>
        <w:jc w:val="right"/>
      </w:pPr>
      <w:r>
        <w:t>اسپیڈ جو ہے وہ فقہ کا سبجیکٹ نہیں ہے</w:t>
      </w:r>
    </w:p>
    <w:p>
      <w:r>
        <w:rPr>
          <w:b/>
        </w:rPr>
        <w:t xml:space="preserve">[13:58] </w:t>
      </w:r>
      <w:r>
        <w:t>یعنی اسلام کے جو احکام ہیں اسلام کی جو teachings ہیں اس کی spirit جو ہے spirit وہ</w:t>
      </w:r>
    </w:p>
    <w:p>
      <w:pPr>
        <w:jc w:val="right"/>
      </w:pPr>
      <w:r>
        <w:t>یعنی اسلام کے جو احکام ہیں اسلام کی جو ٹیچنگ ہے اس کی اسپیڈ جو ہے اسپیڈ وہ</w:t>
      </w:r>
    </w:p>
    <w:p>
      <w:r>
        <w:rPr>
          <w:b/>
        </w:rPr>
        <w:t xml:space="preserve">[14:04] </w:t>
      </w:r>
      <w:r>
        <w:t>fiqah ka subject hi nahi hai fiqah ka subject hai form ki study</w:t>
      </w:r>
    </w:p>
    <w:p>
      <w:pPr>
        <w:jc w:val="right"/>
      </w:pPr>
      <w:r>
        <w:t>فقہ کا سبجیکٹ ہی نہیں ہے فقہ کا سبجیکٹ ہے فارم کی سٹڈی</w:t>
      </w:r>
    </w:p>
    <w:p>
      <w:r>
        <w:rPr>
          <w:b/>
        </w:rPr>
        <w:t xml:space="preserve">[14:10] </w:t>
      </w:r>
      <w:r>
        <w:t>form ko batana ke namaz kaise padhi jaye niyat yahan band hai ke yahan band hai khade ho</w:t>
      </w:r>
    </w:p>
    <w:p>
      <w:pPr>
        <w:jc w:val="right"/>
      </w:pPr>
      <w:r>
        <w:t>فارم کو بتانا کہ نماز کیسے پڑھی جائے نیت یہاں بند ہے کہ یہاں بند ہے کھڑے ہو</w:t>
      </w:r>
    </w:p>
    <w:p>
      <w:r>
        <w:rPr>
          <w:b/>
        </w:rPr>
        <w:t xml:space="preserve">[14:17] </w:t>
      </w:r>
      <w:r>
        <w:t>toh paon kaise ho</w:t>
      </w:r>
    </w:p>
    <w:p>
      <w:pPr>
        <w:jc w:val="right"/>
      </w:pPr>
      <w:r>
        <w:t>تو پاؤں کیسے ہو</w:t>
      </w:r>
    </w:p>
    <w:p>
      <w:r>
        <w:rPr>
          <w:b/>
        </w:rPr>
        <w:t xml:space="preserve">[14:20] </w:t>
      </w:r>
      <w:r>
        <w:t>wagera wagera toh fiqah ka subject hai form</w:t>
      </w:r>
    </w:p>
    <w:p>
      <w:pPr>
        <w:jc w:val="right"/>
      </w:pPr>
      <w:r>
        <w:t>وغیرہ وغیرہ تو فقہ کا سبجیکٹ ہے فارم</w:t>
      </w:r>
    </w:p>
    <w:p>
      <w:r>
        <w:rPr>
          <w:b/>
        </w:rPr>
        <w:t xml:space="preserve">[14:26] </w:t>
      </w:r>
      <w:r>
        <w:t>ab gaur kijiye ke ek kitni badi bhool thi ke ek aisi</w:t>
      </w:r>
    </w:p>
    <w:p>
      <w:pPr>
        <w:jc w:val="right"/>
      </w:pPr>
      <w:r>
        <w:t>اب غور کیجئے کہ ایک کتنی بڑی بھول تھی کہ ایک ایسی</w:t>
      </w:r>
    </w:p>
    <w:p>
      <w:r>
        <w:rPr>
          <w:b/>
        </w:rPr>
        <w:t xml:space="preserve">[14:32] </w:t>
      </w:r>
      <w:r>
        <w:t>aisi kitabein hain ya aisa ilm jis mein form par sab kuch bataya gaya tha form ko le</w:t>
      </w:r>
    </w:p>
    <w:p>
      <w:pPr>
        <w:jc w:val="right"/>
      </w:pPr>
      <w:r>
        <w:t>ایسی کتابیں ہیں یا ایسا علم جس میں فارم پر سب کچھ بتایا گیا تھا فارم کو لے</w:t>
      </w:r>
    </w:p>
    <w:p>
      <w:r>
        <w:rPr>
          <w:b/>
        </w:rPr>
        <w:t xml:space="preserve">[14:41] </w:t>
      </w:r>
      <w:r>
        <w:t>kar ke usi ko aap samajh lein</w:t>
      </w:r>
    </w:p>
    <w:p>
      <w:pPr>
        <w:jc w:val="right"/>
      </w:pPr>
      <w:r>
        <w:t>کر کے اسی کو اپ سمجھ لیں</w:t>
      </w:r>
    </w:p>
    <w:p>
      <w:r>
        <w:rPr>
          <w:b/>
        </w:rPr>
        <w:t xml:space="preserve">[14:43] </w:t>
      </w:r>
      <w:r>
        <w:t>ke yeh deen hai speed to ghayab ho jaye gi kyun ke aur quran ko aap parhein to quran mein sab speed ki baatein hain quran sara ka sara book of speed hai is mein form kuch bhi nahi</w:t>
      </w:r>
    </w:p>
    <w:p>
      <w:pPr>
        <w:jc w:val="right"/>
      </w:pPr>
      <w:r>
        <w:t>کہ یہ دین ہے اسپیڈ تو غائب ہو جائے گی کیونکہ اور قران کو اپ پڑھیں تو قران میں سب اسپیڈ کی باتیں ہیں قران سارا کا سارا بک اف اسپیڈ ہے اس میں فارم کچھ بھی نہیں</w:t>
      </w:r>
    </w:p>
    <w:p>
      <w:r>
        <w:rPr>
          <w:b/>
        </w:rPr>
        <w:t xml:space="preserve">[15:00] </w:t>
      </w:r>
      <w:r>
        <w:t>to yahi matlab hai rasool Allah ka yeh kehna ke meri qom ne quran ko to chhor diya yani speed ko chhor diya aur form ko le liya</w:t>
      </w:r>
    </w:p>
    <w:p>
      <w:pPr>
        <w:jc w:val="right"/>
      </w:pPr>
      <w:r>
        <w:t>تو یہی مطلب ہے رسول اللہ کا یہ کہنا کہ میری قوم نے قران کو تو چھوڑ دیا یعنی اسپیڈ کو چھوڑ دیا اور فارم کو لے لیا</w:t>
      </w:r>
    </w:p>
    <w:p>
      <w:r>
        <w:rPr>
          <w:b/>
        </w:rPr>
        <w:t xml:space="preserve">[15:11] </w:t>
      </w:r>
      <w:r>
        <w:t>rasool Allah jo kahengay qayamat ke din ke meri qom ne quran ko aik abandon book bana diya aik chori hui kitab bana diya is ka matlab kya hai is ka matlab yeh hai ke form ko le liya speed ko chhor diya</w:t>
      </w:r>
    </w:p>
    <w:p>
      <w:pPr>
        <w:jc w:val="right"/>
      </w:pPr>
      <w:r>
        <w:t>رسول اللہ جو کہیں گے قیامت کے دن کہ میری قوم نے قران کو ایک ابینڈن بک بنا دیا ایک چھوڑی ہوئی کتاب بنا دیا اس کا مطلب کیا ہے اس کا مطلب یہ ہے کہ فارم کو لے لیا اسپیڈ کو چھوڑ دیا</w:t>
      </w:r>
    </w:p>
    <w:p>
      <w:r>
        <w:rPr>
          <w:b/>
        </w:rPr>
        <w:t xml:space="preserve">[15:32] </w:t>
      </w:r>
      <w:r>
        <w:t>ab sochiye kitni bari mahroomi hai kitni bari bhool hai ke speed to speed hi to asal hai form to is ka chhilka hai rasool Allah ne aik martaba farmaya al taqwa ha hona</w:t>
      </w:r>
    </w:p>
    <w:p>
      <w:pPr>
        <w:jc w:val="right"/>
      </w:pPr>
      <w:r>
        <w:t>اب سوچیے کتنی بڑی معرومی ہے کتنی بڑی بھول ہے کہ اسپیڈ تو اسپیڈ ہی تو اصل ہے فارم تو اس کا چھلکا ہے رسول اللہ نے ایک مرتبہ فرمایا التقوی ہا ہونا</w:t>
      </w:r>
    </w:p>
    <w:p>
      <w:r>
        <w:rPr>
          <w:b/>
        </w:rPr>
        <w:t xml:space="preserve">[15:52] </w:t>
      </w:r>
      <w:r>
        <w:t>yeh farmaya ke sab se bari cheez jo hai woh taqwa hai aur taqwa ka talluq aadmi ke andar ke soul se hai</w:t>
      </w:r>
    </w:p>
    <w:p>
      <w:pPr>
        <w:jc w:val="right"/>
      </w:pPr>
      <w:r>
        <w:t>یہ فرمایا کہ سب سے بڑی چیز جو ہے وہ تقوی ہے اور تقوی کا تعلق ادمی کے اندر کے سول سے ہے</w:t>
      </w:r>
    </w:p>
    <w:p>
      <w:r>
        <w:rPr>
          <w:b/>
        </w:rPr>
        <w:t xml:space="preserve">[16:01] </w:t>
      </w:r>
      <w:r>
        <w:t>toh woh thi detail iski quran majeed mein sara quran jo hai woh aap padhein isko</w:t>
      </w:r>
    </w:p>
    <w:p>
      <w:pPr>
        <w:jc w:val="right"/>
      </w:pPr>
      <w:r>
        <w:t>تو وہ تھی ڈیٹیل اس کی قران مجید میں سارا قران جو ہے وہ اپ پڑھیں اس کو</w:t>
      </w:r>
    </w:p>
    <w:p>
      <w:r>
        <w:rPr>
          <w:b/>
        </w:rPr>
        <w:t xml:space="preserve">[16:06] </w:t>
      </w:r>
      <w:r>
        <w:t>toh speed ko jagana</w:t>
      </w:r>
    </w:p>
    <w:p>
      <w:pPr>
        <w:jc w:val="right"/>
      </w:pPr>
      <w:r>
        <w:t>تو اسپیڈ کو جگانا</w:t>
      </w:r>
    </w:p>
    <w:p>
      <w:r>
        <w:rPr>
          <w:b/>
        </w:rPr>
        <w:t xml:space="preserve">[16:10] </w:t>
      </w:r>
      <w:r>
        <w:t>andar ki jo speed hoti hai usko activate karna</w:t>
      </w:r>
    </w:p>
    <w:p>
      <w:pPr>
        <w:jc w:val="right"/>
      </w:pPr>
      <w:r>
        <w:t>اندر کی جو اسپیڈ ہوتی ہے اس کو ایکٹیویٹ کرنا</w:t>
      </w:r>
    </w:p>
    <w:p>
      <w:r>
        <w:rPr>
          <w:b/>
        </w:rPr>
        <w:t xml:space="preserve">[16:13] </w:t>
      </w:r>
      <w:r>
        <w:t>mind ko awaken karna</w:t>
      </w:r>
    </w:p>
    <w:p>
      <w:pPr>
        <w:jc w:val="right"/>
      </w:pPr>
      <w:r>
        <w:t>مائنڈ کو اویکن کرنا</w:t>
      </w:r>
    </w:p>
    <w:p>
      <w:r>
        <w:rPr>
          <w:b/>
        </w:rPr>
        <w:t xml:space="preserve">[16:19] </w:t>
      </w:r>
      <w:r>
        <w:t>yani quran jo hai book of mind awaken awakening hai awakening of mind</w:t>
      </w:r>
    </w:p>
    <w:p>
      <w:pPr>
        <w:jc w:val="right"/>
      </w:pPr>
      <w:r>
        <w:t>یعنی قران جو ہے بک اف مائنڈ اویکن اویکننگ ہے اویکننگ اف مائنڈ</w:t>
      </w:r>
    </w:p>
    <w:p>
      <w:r>
        <w:rPr>
          <w:b/>
        </w:rPr>
        <w:t xml:space="preserve">[16:28] </w:t>
      </w:r>
      <w:r>
        <w:t>toh isi ko chhod diya aur kahin ke samajh liya ke sirf tilawat kar lo sawab milta rahe</w:t>
      </w:r>
    </w:p>
    <w:p>
      <w:pPr>
        <w:jc w:val="right"/>
      </w:pPr>
      <w:r>
        <w:t>تو اسی کو چھوڑ دیا اور کہیں کہ سمجھ لیا کہ صرف تلاوت کر لو ثواب ملتا رہے</w:t>
      </w:r>
    </w:p>
    <w:p>
      <w:r>
        <w:rPr>
          <w:b/>
        </w:rPr>
        <w:t xml:space="preserve">[16:33] </w:t>
      </w:r>
      <w:r>
        <w:t>ga</w:t>
      </w:r>
    </w:p>
    <w:p>
      <w:pPr>
        <w:jc w:val="right"/>
      </w:pPr>
      <w:r>
        <w:t>گا</w:t>
      </w:r>
    </w:p>
    <w:p>
      <w:r>
        <w:rPr>
          <w:b/>
        </w:rPr>
        <w:t xml:space="preserve">[16:36] </w:t>
      </w:r>
      <w:r>
        <w:t>yeh hota hai baad ke zamanay mein</w:t>
      </w:r>
    </w:p>
    <w:p>
      <w:pPr>
        <w:jc w:val="right"/>
      </w:pPr>
      <w:r>
        <w:t>یہ ہوتا ہے بعد کے زمانے میں</w:t>
      </w:r>
    </w:p>
    <w:p>
      <w:r>
        <w:rPr>
          <w:b/>
        </w:rPr>
        <w:t xml:space="preserve">[16:40] </w:t>
      </w:r>
      <w:r>
        <w:t>yeh hai kaam revival ka is zamanay mein bohat ziyada zaroori hai ke hum phir se quran ko parhein ta ke is is deen ko jo quran mein bataya gaya hai us ko hum revive kar sakein us ko hum phir se zinda kar sakein us ka ehya kar sakein us ki tajdeed kar sakein</w:t>
      </w:r>
    </w:p>
    <w:p>
      <w:pPr>
        <w:jc w:val="right"/>
      </w:pPr>
      <w:r>
        <w:t>یہ ہے کام ریوائیول کا اس زمانے میں بہت زیادہ ضروری ہے کہ ہم پھر سے قران کو پڑھیں تاکہ اس اس دین کو جو قران میں بتایا گیا ہے اس کو ہم ریوائیو کر سکیں اس کو ہم پھر سے زندہ کر سکیں اس کا احیاء کر سکیں اس کی تجدید کر سکیں</w:t>
      </w:r>
    </w:p>
    <w:p>
      <w:r>
        <w:rPr>
          <w:b/>
        </w:rPr>
        <w:t xml:space="preserve">[17:04] </w:t>
      </w:r>
      <w:r>
        <w:t>toh har zamane mein yeh zaroorat rehti hai revival ki is zamane mein bahut zyada badh gayi hai</w:t>
      </w:r>
    </w:p>
    <w:p>
      <w:pPr>
        <w:jc w:val="right"/>
      </w:pPr>
      <w:r>
        <w:t>تو ہر زمانے میں یہ ضرورت رہتی ہے ریوائیول کی اس زمانے میں بہت زیادہ بڑھ گئی ہے</w:t>
      </w:r>
    </w:p>
    <w:p>
      <w:r>
        <w:rPr>
          <w:b/>
        </w:rPr>
        <w:t xml:space="preserve">[17:14] </w:t>
      </w:r>
      <w:r>
        <w:t>print yani printing press ke zamane mein</w:t>
      </w:r>
    </w:p>
    <w:p>
      <w:pPr>
        <w:jc w:val="right"/>
      </w:pPr>
      <w:r>
        <w:t>پرنٹ یعنی پرنٹنگ پریس کے زمانے میں</w:t>
      </w:r>
    </w:p>
    <w:p>
      <w:r>
        <w:rPr>
          <w:b/>
        </w:rPr>
        <w:t xml:space="preserve">[17:18] </w:t>
      </w:r>
      <w:r>
        <w:t>pehle zamane mein bahut thodi kitabein hoti thin bahut thodi</w:t>
      </w:r>
    </w:p>
    <w:p>
      <w:pPr>
        <w:jc w:val="right"/>
      </w:pPr>
      <w:r>
        <w:t>پہلے زمانے میں بہت تھوڑی کتابیں ہوتی تھیں بہت تھوڑی</w:t>
      </w:r>
    </w:p>
    <w:p>
      <w:r>
        <w:rPr>
          <w:b/>
        </w:rPr>
        <w:t xml:space="preserve">[17:23] </w:t>
      </w:r>
      <w:r>
        <w:t>koi agar interpretation karta tha toh thodi si kitabein hoti thin log log jante bhi the log ke</w:t>
      </w:r>
    </w:p>
    <w:p>
      <w:pPr>
        <w:jc w:val="right"/>
      </w:pPr>
      <w:r>
        <w:t>کوئی اگر انٹرپریٹیشن کرتا تھا تو تھوڑی سی کتابیں ہوتی تھیں لوگ لوگ جانتے بھی تھے لوگ کہ</w:t>
      </w:r>
    </w:p>
    <w:p>
      <w:r>
        <w:rPr>
          <w:b/>
        </w:rPr>
        <w:t xml:space="preserve">[17:29] </w:t>
      </w:r>
      <w:r>
        <w:t>kya kisi ne likha hai kya nahi likha hai</w:t>
      </w:r>
    </w:p>
    <w:p>
      <w:pPr>
        <w:jc w:val="right"/>
      </w:pPr>
      <w:r>
        <w:t>کیا کسی نے لکھا ہے کیا نہیں لکھا ہے</w:t>
      </w:r>
    </w:p>
    <w:p>
      <w:r>
        <w:rPr>
          <w:b/>
        </w:rPr>
        <w:t xml:space="preserve">[17:33] </w:t>
      </w:r>
      <w:r>
        <w:t>ab printing press ke zamane mein yeh ho gaya hai har aadmi kitab likh raha hai har aadmi</w:t>
      </w:r>
    </w:p>
    <w:p>
      <w:pPr>
        <w:jc w:val="right"/>
      </w:pPr>
      <w:r>
        <w:t>اب پرنٹنگ پریس کے زمانے میں یہ ہو گیا ہے ہر ادمی کتاب لکھ رہا ہے ہر ادمی</w:t>
      </w:r>
    </w:p>
    <w:p>
      <w:r>
        <w:rPr>
          <w:b/>
        </w:rPr>
        <w:t xml:space="preserve">[17:38] </w:t>
      </w:r>
      <w:r>
        <w:t>interpretation de raha hai aur khoob phail rahi hai chhup chhup kar phail rahi hai sari dunya mein</w:t>
      </w:r>
    </w:p>
    <w:p>
      <w:pPr>
        <w:jc w:val="right"/>
      </w:pPr>
      <w:r>
        <w:t>انٹرپریٹیشن دے رہا ہے اور خوب پھیل رہی ہے چھپ چھپ کر پھیل رہی ہے ساری دنیا میں</w:t>
      </w:r>
    </w:p>
    <w:p>
      <w:r>
        <w:rPr>
          <w:b/>
        </w:rPr>
        <w:t xml:space="preserve">[17:45] </w:t>
      </w:r>
      <w:r>
        <w:t>ab kitaben chhup chhup kar sari dunya mein phail rahi hain</w:t>
      </w:r>
    </w:p>
    <w:p>
      <w:pPr>
        <w:jc w:val="right"/>
      </w:pPr>
      <w:r>
        <w:t>اب کتابیں چھپ چھپ کر ساری دنیا میں پھیل رہی ہیں</w:t>
      </w:r>
    </w:p>
    <w:p>
      <w:r>
        <w:rPr>
          <w:b/>
        </w:rPr>
        <w:t xml:space="preserve">[17:49] </w:t>
      </w:r>
      <w:r>
        <w:t>to</w:t>
      </w:r>
    </w:p>
    <w:p>
      <w:pPr>
        <w:jc w:val="right"/>
      </w:pPr>
      <w:r>
        <w:t>تو</w:t>
      </w:r>
    </w:p>
    <w:p>
      <w:r>
        <w:rPr>
          <w:b/>
        </w:rPr>
        <w:t xml:space="preserve">[17:50] </w:t>
      </w:r>
      <w:r>
        <w:t>pehle zamanay mein yeh masla bohat thora tha</w:t>
      </w:r>
    </w:p>
    <w:p>
      <w:pPr>
        <w:jc w:val="right"/>
      </w:pPr>
      <w:r>
        <w:t>پہلے زمانے میں یہ مسئلہ بہت تھوڑا تھا</w:t>
      </w:r>
    </w:p>
    <w:p>
      <w:r>
        <w:rPr>
          <w:b/>
        </w:rPr>
        <w:t xml:space="preserve">[17:53] </w:t>
      </w:r>
      <w:r>
        <w:t>kisi ne ek ek interpretation diya hath se likha ek copy tayyar ki us ne sirf ek ek</w:t>
      </w:r>
    </w:p>
    <w:p>
      <w:pPr>
        <w:jc w:val="right"/>
      </w:pPr>
      <w:r>
        <w:t>کسی نے ایک ایک انٹرپریٹیشن دیا ہاتھ سے لکھا ایک کاپی تیار کی اس نے صرف ایک ایک</w:t>
      </w:r>
    </w:p>
    <w:p>
      <w:r>
        <w:rPr>
          <w:b/>
        </w:rPr>
        <w:t xml:space="preserve">[18:02] </w:t>
      </w:r>
      <w:r>
        <w:t>ko kitnay log parhen ge phir kisi ne bohat dinon ke likh likh kar likh likh kar ke</w:t>
      </w:r>
    </w:p>
    <w:p>
      <w:pPr>
        <w:jc w:val="right"/>
      </w:pPr>
      <w:r>
        <w:t>کو کتنے لوگ پڑھیں گے پھر کسی نے بہت دنوں کے لکھ لکھ کر لکھ لکھ کر کے</w:t>
      </w:r>
    </w:p>
    <w:p>
      <w:r>
        <w:rPr>
          <w:b/>
        </w:rPr>
        <w:t xml:space="preserve">[18:06] </w:t>
      </w:r>
      <w:r>
        <w:t>phir ek copy aur banai to do copy ho gayi</w:t>
      </w:r>
    </w:p>
    <w:p>
      <w:pPr>
        <w:jc w:val="right"/>
      </w:pPr>
      <w:r>
        <w:t>پھر ایک اپ کی اور بنائی تو دو کاپی ہو گئی</w:t>
      </w:r>
    </w:p>
    <w:p>
      <w:r>
        <w:rPr>
          <w:b/>
        </w:rPr>
        <w:t xml:space="preserve">[18:10] </w:t>
      </w:r>
      <w:r>
        <w:t>is wajah se pehle zamanay mein log</w:t>
      </w:r>
    </w:p>
    <w:p>
      <w:pPr>
        <w:jc w:val="right"/>
      </w:pPr>
      <w:r>
        <w:t>اس وجہ سے پہلے زمانے میں لوگ</w:t>
      </w:r>
    </w:p>
    <w:p>
      <w:r>
        <w:rPr>
          <w:b/>
        </w:rPr>
        <w:t xml:space="preserve">[18:15] </w:t>
      </w:r>
      <w:r>
        <w:t>apni taraf se jo baten karte thay jo interpretation de dete thay woh us ko phailnay ke chances</w:t>
      </w:r>
    </w:p>
    <w:p>
      <w:pPr>
        <w:jc w:val="right"/>
      </w:pPr>
      <w:r>
        <w:t>اپنی طرف سے جو باتیں کرتے تھے جو انٹرپریٹیشن دے دیتے تھے وہ اس کو پھیلنے کے چانسز</w:t>
      </w:r>
    </w:p>
    <w:p>
      <w:r>
        <w:rPr>
          <w:b/>
        </w:rPr>
        <w:t xml:space="preserve">[18:20] </w:t>
      </w:r>
      <w:r>
        <w:t>bohat kam thay</w:t>
      </w:r>
    </w:p>
    <w:p>
      <w:pPr>
        <w:jc w:val="right"/>
      </w:pPr>
      <w:r>
        <w:t>بہت کم تھے</w:t>
      </w:r>
    </w:p>
    <w:p>
      <w:r>
        <w:rPr>
          <w:b/>
        </w:rPr>
        <w:t xml:space="preserve">[18:22] </w:t>
      </w:r>
      <w:r>
        <w:t>bohat kam is zamanay mein to har aadmi kitab likhe ga aur chhape ga aur chhap kar sari</w:t>
      </w:r>
    </w:p>
    <w:p>
      <w:pPr>
        <w:jc w:val="right"/>
      </w:pPr>
      <w:r>
        <w:t>بہت کم اس زمانے میں تو ہر ادمی کتاب لکھے گا اور چھاپے گا اور چھاپ کر ساری</w:t>
      </w:r>
    </w:p>
    <w:p>
      <w:r>
        <w:rPr>
          <w:b/>
        </w:rPr>
        <w:t xml:space="preserve">[18:28] </w:t>
      </w:r>
      <w:r>
        <w:t>dunya mein phaila de ga</w:t>
      </w:r>
    </w:p>
    <w:p>
      <w:pPr>
        <w:jc w:val="right"/>
      </w:pPr>
      <w:r>
        <w:t>دنیا میں پھیلا دے گا</w:t>
      </w:r>
    </w:p>
    <w:p>
      <w:r>
        <w:rPr>
          <w:b/>
        </w:rPr>
        <w:t xml:space="preserve">[18:30] </w:t>
      </w:r>
      <w:r>
        <w:t>internet ke zariye phaila de ga</w:t>
      </w:r>
    </w:p>
    <w:p>
      <w:pPr>
        <w:jc w:val="right"/>
      </w:pPr>
      <w:r>
        <w:t>انٹرنیٹ کے ذریعے پھیلا دے گا</w:t>
      </w:r>
    </w:p>
    <w:p>
      <w:r>
        <w:rPr>
          <w:b/>
        </w:rPr>
        <w:t xml:space="preserve">[18:33] </w:t>
      </w:r>
      <w:r>
        <w:t>main ne ek martaba check check kiya</w:t>
      </w:r>
    </w:p>
    <w:p>
      <w:pPr>
        <w:jc w:val="right"/>
      </w:pPr>
      <w:r>
        <w:t>میں نے ایک مرتبہ چک چک کیا</w:t>
      </w:r>
    </w:p>
    <w:p>
      <w:r>
        <w:rPr>
          <w:b/>
        </w:rPr>
        <w:t xml:space="preserve">[18:35] </w:t>
      </w:r>
      <w:r>
        <w:t>internet ko islam kay naam par itni information bhari hui hai kay jungal hai jungal</w:t>
      </w:r>
    </w:p>
    <w:p>
      <w:pPr>
        <w:jc w:val="right"/>
      </w:pPr>
      <w:r>
        <w:t>انٹرنیٹ کو اسلام کے نام پر اتنی انفارمیشن بھری ہوئی ہے کہ جنگل ہے جنگل</w:t>
      </w:r>
    </w:p>
    <w:p>
      <w:r>
        <w:rPr>
          <w:b/>
        </w:rPr>
        <w:t xml:space="preserve">[18:45] </w:t>
      </w:r>
      <w:r>
        <w:t>kehnay ko to bohat sari chezen hain islam ke naam par quran ke naam par lekin woh sab</w:t>
      </w:r>
    </w:p>
    <w:p>
      <w:pPr>
        <w:jc w:val="right"/>
      </w:pPr>
      <w:r>
        <w:t>کہنے کو تو بہت ساری چیزیں ہیں اسلام کے نام پر قران کے نام پر لیکن وہ سب</w:t>
      </w:r>
    </w:p>
    <w:p>
      <w:r>
        <w:rPr>
          <w:b/>
        </w:rPr>
        <w:t xml:space="preserve">[18:50] </w:t>
      </w:r>
      <w:r>
        <w:t>jangal hai jangal aadmi kahe janay ke is mein kon sa islam sahi hai</w:t>
      </w:r>
    </w:p>
    <w:p>
      <w:pPr>
        <w:jc w:val="right"/>
      </w:pPr>
      <w:r>
        <w:t>جنگل ہے جنگل ادمی کہے جانے کہ اس میں کون سا اسلام صحیح ہے</w:t>
      </w:r>
    </w:p>
    <w:p>
      <w:r>
        <w:rPr>
          <w:b/>
        </w:rPr>
        <w:t xml:space="preserve">[18:56] </w:t>
      </w:r>
      <w:r>
        <w:t>har aadmi ne apna ek book likhi apna ek interpretation diya us ko bhar diya us ne internet</w:t>
      </w:r>
    </w:p>
    <w:p>
      <w:pPr>
        <w:jc w:val="right"/>
      </w:pPr>
      <w:r>
        <w:t>ہر ادمی نے اپنا ایک بک لکھی اپنا ایک انٹرپریٹیشن دیا اس کو بھر دیا اس نے انٹرنیٹ</w:t>
      </w:r>
    </w:p>
    <w:p>
      <w:r>
        <w:rPr>
          <w:b/>
        </w:rPr>
        <w:t xml:space="preserve">[19:03] </w:t>
      </w:r>
      <w:r>
        <w:t>mein ab internet jo hai kehnay ko to is mein islam ki sari baten hain lekin woh baten</w:t>
      </w:r>
    </w:p>
    <w:p>
      <w:pPr>
        <w:jc w:val="right"/>
      </w:pPr>
      <w:r>
        <w:t>میں اب انٹرنیٹ جو ہے کہنے کو تو اس میں اسلام کی ساری باتیں ہیں لیکن وہ باتیں</w:t>
      </w:r>
    </w:p>
    <w:p>
      <w:r>
        <w:rPr>
          <w:b/>
        </w:rPr>
        <w:t xml:space="preserve">[19:09] </w:t>
      </w:r>
      <w:r>
        <w:t>kya hoti hain jangal hai</w:t>
      </w:r>
    </w:p>
    <w:p>
      <w:pPr>
        <w:jc w:val="right"/>
      </w:pPr>
      <w:r>
        <w:t>کیا ہوتی ہیں جنگل ہے</w:t>
      </w:r>
    </w:p>
    <w:p>
      <w:r>
        <w:rPr>
          <w:b/>
        </w:rPr>
        <w:t xml:space="preserve">[19:12] </w:t>
      </w:r>
      <w:r>
        <w:t>to pehle zamanay mein aisa jangal kahan hota tha</w:t>
      </w:r>
    </w:p>
    <w:p>
      <w:pPr>
        <w:jc w:val="right"/>
      </w:pPr>
      <w:r>
        <w:t>تو پہلے زمانے میں ایسا جنگل کہاں ہوتا تھا</w:t>
      </w:r>
    </w:p>
    <w:p>
      <w:r>
        <w:rPr>
          <w:b/>
        </w:rPr>
        <w:t xml:space="preserve">[19:17] </w:t>
      </w:r>
      <w:r>
        <w:t>printing press se pehle electronic media se pehle computer se pehle</w:t>
      </w:r>
    </w:p>
    <w:p>
      <w:pPr>
        <w:jc w:val="right"/>
      </w:pPr>
      <w:r>
        <w:t>پرنٹنگ پریس سے پہلے الیکٹرانک میڈیا سے پہلے کمپیوٹر سے پہلے</w:t>
      </w:r>
    </w:p>
    <w:p>
      <w:r>
        <w:rPr>
          <w:b/>
        </w:rPr>
        <w:t xml:space="preserve">[19:23] </w:t>
      </w:r>
      <w:r>
        <w:t>revival ka kaam bohat halka kaam hota tha bohat hi thora sa kaam hota tha</w:t>
      </w:r>
    </w:p>
    <w:p>
      <w:pPr>
        <w:jc w:val="right"/>
      </w:pPr>
      <w:r>
        <w:t>ریوائیول کا کام بہت ہلکا کام ہوتا تھا بہت ہی تھوڑا سا کام ہوتا تھا</w:t>
      </w:r>
    </w:p>
    <w:p>
      <w:r>
        <w:rPr>
          <w:b/>
        </w:rPr>
        <w:t xml:space="preserve">[19:29] </w:t>
      </w:r>
      <w:r>
        <w:t>ab to million time ziyada bara kaam ho chuka hai yeh</w:t>
      </w:r>
    </w:p>
    <w:p>
      <w:pPr>
        <w:jc w:val="right"/>
      </w:pPr>
      <w:r>
        <w:t>اب تو ملین ٹائم زیادہ بڑا کام ہو چکا ہے یہ</w:t>
      </w:r>
    </w:p>
    <w:p>
      <w:r>
        <w:rPr>
          <w:b/>
        </w:rPr>
        <w:t xml:space="preserve">[19:34] </w:t>
      </w:r>
      <w:r>
        <w:t>chizon ko sort out karna</w:t>
      </w:r>
    </w:p>
    <w:p>
      <w:pPr>
        <w:jc w:val="right"/>
      </w:pPr>
      <w:r>
        <w:t>چیزوں کو سورٹ اؤٹ کرنا</w:t>
      </w:r>
    </w:p>
    <w:p>
      <w:r>
        <w:rPr>
          <w:b/>
        </w:rPr>
        <w:t xml:space="preserve">[19:38] </w:t>
      </w:r>
      <w:r>
        <w:t>quran wali baat ko aur insani interpretation ko alag karna million time barh chuka hai yeh kaam itna</w:t>
      </w:r>
    </w:p>
    <w:p>
      <w:pPr>
        <w:jc w:val="right"/>
      </w:pPr>
      <w:r>
        <w:t>قران والی بات کو اور انسانی انٹرپریٹیشن کو الگ کرنا ملین ٹائم بڑھ چکا ہے یہ کام اتنا</w:t>
      </w:r>
    </w:p>
    <w:p>
      <w:r>
        <w:rPr>
          <w:b/>
        </w:rPr>
        <w:t xml:space="preserve">[19:46] </w:t>
      </w:r>
      <w:r>
        <w:t>mushkil ho gaya itna mushkil ho gaya itna mushkil ho gaya</w:t>
      </w:r>
    </w:p>
    <w:p>
      <w:pPr>
        <w:jc w:val="right"/>
      </w:pPr>
      <w:r>
        <w:t>مشکل ہو گیا اتنا مشکل ہو گیا اتنا مشکل ہو گیا</w:t>
      </w:r>
    </w:p>
    <w:p>
      <w:r>
        <w:rPr>
          <w:b/>
        </w:rPr>
        <w:t xml:space="preserve">[19:52] </w:t>
      </w:r>
      <w:r>
        <w:t>isi liye rasool Allah nay فرمایا kay baad kay zamanay mein aik fitna aao ga us ko aap nay kaha fitna dohama</w:t>
      </w:r>
    </w:p>
    <w:p>
      <w:pPr>
        <w:jc w:val="right"/>
      </w:pPr>
      <w:r>
        <w:t>اسی لیے رسول اللہ نے فرمایا کہ بعد کے زمانے میں ایک فتنہ اؤ گا اس کو اپ نے کہا فتنہ دوہما</w:t>
      </w:r>
    </w:p>
    <w:p>
      <w:r>
        <w:rPr>
          <w:b/>
        </w:rPr>
        <w:t xml:space="preserve">[20:04] </w:t>
      </w:r>
      <w:r>
        <w:t>fitna ka matlab problem dohma ka matlab darkness</w:t>
      </w:r>
    </w:p>
    <w:p>
      <w:pPr>
        <w:jc w:val="right"/>
      </w:pPr>
      <w:r>
        <w:t>فتنہ کا مطلب پرابلم دوہما کا مطلب ڈارکنس</w:t>
      </w:r>
    </w:p>
    <w:p>
      <w:r>
        <w:rPr>
          <w:b/>
        </w:rPr>
        <w:t xml:space="preserve">[20:10] </w:t>
      </w:r>
      <w:r>
        <w:t>darkness ka problem darkness ka fitna</w:t>
      </w:r>
    </w:p>
    <w:p>
      <w:pPr>
        <w:jc w:val="right"/>
      </w:pPr>
      <w:r>
        <w:t>ڈارکنس کا پرابلم ڈارکنس کا فتنہ</w:t>
      </w:r>
    </w:p>
    <w:p>
      <w:r>
        <w:rPr>
          <w:b/>
        </w:rPr>
        <w:t xml:space="preserve">[20:16] </w:t>
      </w:r>
      <w:r>
        <w:t>is par main ne socha ke kya matlab hai darkness is ka matlab hai intellectual darkness</w:t>
      </w:r>
    </w:p>
    <w:p>
      <w:pPr>
        <w:jc w:val="right"/>
      </w:pPr>
      <w:r>
        <w:t>اس پر میں نے سوچا کہ کیا مطلب ہے ڈارکنس اس کا مطلب ہے انٹلیکچول ڈارکنس</w:t>
      </w:r>
    </w:p>
    <w:p>
      <w:r>
        <w:rPr>
          <w:b/>
        </w:rPr>
        <w:t xml:space="preserve">[20:23] </w:t>
      </w:r>
      <w:r>
        <w:t>intellectual darkness aur is ka matlab yahi hai ke islam ke naam par information ka ek jangall hoga</w:t>
      </w:r>
    </w:p>
    <w:p>
      <w:pPr>
        <w:jc w:val="right"/>
      </w:pPr>
      <w:r>
        <w:t>انٹلیکچول ڈارکنس اور اس کا مطلب یہی ہے کہ اسلام کے نام پر انفارمیشن کا ایک جنگل ہوگا</w:t>
      </w:r>
    </w:p>
    <w:p>
      <w:r>
        <w:rPr>
          <w:b/>
        </w:rPr>
        <w:t xml:space="preserve">[20:32] </w:t>
      </w:r>
      <w:r>
        <w:t>jangall interpretation ka ek jangall hoga aadmi kahin sort out kare is ko kahin samjhe ke yeh asal</w:t>
      </w:r>
    </w:p>
    <w:p>
      <w:pPr>
        <w:jc w:val="right"/>
      </w:pPr>
      <w:r>
        <w:t>جنگل انٹرپریٹیشن کا ایک جنگل ہوگا ادمی کہیں سورٹ اؤٹ کرے اس کو کہیں سمجھے کہ یہ اصل</w:t>
      </w:r>
    </w:p>
    <w:p>
      <w:r>
        <w:rPr>
          <w:b/>
        </w:rPr>
        <w:t xml:space="preserve">[20:40] </w:t>
      </w:r>
      <w:r>
        <w:t>islam hai aur yeh</w:t>
      </w:r>
    </w:p>
    <w:p>
      <w:pPr>
        <w:jc w:val="right"/>
      </w:pPr>
      <w:r>
        <w:t>اسلام ہے اور یہ</w:t>
      </w:r>
    </w:p>
    <w:p>
      <w:r>
        <w:rPr>
          <w:b/>
        </w:rPr>
        <w:t xml:space="preserve">[20:42] </w:t>
      </w:r>
      <w:r>
        <w:t>milawat milawat wala islam hai</w:t>
      </w:r>
    </w:p>
    <w:p>
      <w:pPr>
        <w:jc w:val="right"/>
      </w:pPr>
      <w:r>
        <w:t>ملاوٹ ملاوٹ والا اسلام ہے</w:t>
      </w:r>
    </w:p>
    <w:p>
      <w:r>
        <w:rPr>
          <w:b/>
        </w:rPr>
        <w:t xml:space="preserve">[20:47] </w:t>
      </w:r>
      <w:r>
        <w:t>to is zamane mein ajeeb yeh masla</w:t>
      </w:r>
    </w:p>
    <w:p>
      <w:pPr>
        <w:jc w:val="right"/>
      </w:pPr>
      <w:r>
        <w:t>تو اس زمانے میں عجیب یہ مسئلہ</w:t>
      </w:r>
    </w:p>
    <w:p>
      <w:r>
        <w:rPr>
          <w:b/>
        </w:rPr>
        <w:t xml:space="preserve">[20:49] </w:t>
      </w:r>
      <w:r>
        <w:t>paida ho gaya hai aur revivalism jo hai islam ka revival jitna zaroori hota hai mushkil bhi ho gaya is zamanay mein yani bohat ziyada zaroori aur bohat ziyada mushkil yani most important and most difficult</w:t>
      </w:r>
    </w:p>
    <w:p>
      <w:pPr>
        <w:jc w:val="right"/>
      </w:pPr>
      <w:r>
        <w:t>پیدا ہو گیا ہے اور ریوائیولزم جو ہے اسلام کا ریوائیول جتنا ضروری ہوتا ہے مشکل بھی ہو گیا اس زمانے میں یعنی بہت زیادہ ضروری اور بہت زیادہ مشکل یعنی موسٹ امپورٹنٹ اینڈ موسٹ ڈیفیکلٹ</w:t>
      </w:r>
    </w:p>
    <w:p>
      <w:r>
        <w:rPr>
          <w:b/>
        </w:rPr>
        <w:t xml:space="preserve">[21:09] </w:t>
      </w:r>
      <w:r>
        <w:t>is zamanay mein revival ka jo kaam hai woh most important aur most difficult hai</w:t>
      </w:r>
    </w:p>
    <w:p>
      <w:pPr>
        <w:jc w:val="right"/>
      </w:pPr>
      <w:r>
        <w:t>اس زمانے میں ریوائیول کا جو کام ہے وہ موسٹ امپورٹنٹ اور موسٹ ڈیفیکلٹ ہے</w:t>
      </w:r>
    </w:p>
    <w:p>
      <w:r>
        <w:rPr>
          <w:b/>
        </w:rPr>
        <w:t xml:space="preserve">[21:19] </w:t>
      </w:r>
      <w:r>
        <w:t>main samajhta hoon ke siwaye is ke ke aadmi allah taala dua kare aur kisi ko allah taala</w:t>
      </w:r>
    </w:p>
    <w:p>
      <w:pPr>
        <w:jc w:val="right"/>
      </w:pPr>
      <w:r>
        <w:t>میں سمجھتا ہوں کہ سوائے اس کے کہ ادمی اللہ تعالی دعا کرے اور کسی کو اللہ تعالی</w:t>
      </w:r>
    </w:p>
    <w:p>
      <w:r>
        <w:rPr>
          <w:b/>
        </w:rPr>
        <w:t xml:space="preserve">[21:23] </w:t>
      </w:r>
      <w:r>
        <w:t>seena khol de is ka tabhi woh samajh payega warna woh bhatakta hi rahega bhatakta hi</w:t>
      </w:r>
    </w:p>
    <w:p>
      <w:pPr>
        <w:jc w:val="right"/>
      </w:pPr>
      <w:r>
        <w:t>سینہ کھول دے اس کا تبھی وہ سمجھ پائے گا ورنہ وہ بھٹکتا ہی رہے گا بھٹکتا ہی</w:t>
      </w:r>
    </w:p>
    <w:p>
      <w:r>
        <w:rPr>
          <w:b/>
        </w:rPr>
        <w:t xml:space="preserve">[21:28] </w:t>
      </w:r>
      <w:r>
        <w:t>rahega bhatakta hi rahega itna mushkil kaam hai yeh</w:t>
      </w:r>
    </w:p>
    <w:p>
      <w:pPr>
        <w:jc w:val="right"/>
      </w:pPr>
      <w:r>
        <w:t>رہے گا بھٹکتا ہی رہے گا اتنا مشکل کام ہے یہ</w:t>
      </w:r>
    </w:p>
    <w:p>
      <w:r>
        <w:rPr>
          <w:b/>
        </w:rPr>
        <w:t xml:space="preserve">[21:34] </w:t>
      </w:r>
      <w:r>
        <w:t>jidhar dekhen har aadmi apna ek ikhtiyar karta hai apna</w:t>
      </w:r>
    </w:p>
    <w:p>
      <w:pPr>
        <w:jc w:val="right"/>
      </w:pPr>
      <w:r>
        <w:t>جدھر دیکھیں ہر ادمی اپنا ایک اختیار کرتا ہے اپنا</w:t>
      </w:r>
    </w:p>
    <w:p>
      <w:r>
        <w:rPr>
          <w:b/>
        </w:rPr>
        <w:t xml:space="preserve">[21:40] </w:t>
      </w:r>
      <w:r>
        <w:t>ek book apne khayalat aur is ko chhapta hai internet pe daal deta hai</w:t>
      </w:r>
    </w:p>
    <w:p>
      <w:pPr>
        <w:jc w:val="right"/>
      </w:pPr>
      <w:r>
        <w:t>ایک بک اپنے خیالات اور اس کو چھاپتا ہے انٹرنیٹ پہ ڈال دیتا ہے</w:t>
      </w:r>
    </w:p>
    <w:p>
      <w:r>
        <w:rPr>
          <w:b/>
        </w:rPr>
        <w:t xml:space="preserve">[21:48] </w:t>
      </w:r>
      <w:r>
        <w:t>kaisa ajeeb masla hai yeh</w:t>
      </w:r>
    </w:p>
    <w:p>
      <w:pPr>
        <w:jc w:val="right"/>
      </w:pPr>
      <w:r>
        <w:t>کیسا عجیب مسئلہ ہے یہ</w:t>
      </w:r>
    </w:p>
    <w:p>
      <w:r>
        <w:rPr>
          <w:b/>
        </w:rPr>
        <w:t xml:space="preserve">[21:54] </w:t>
      </w:r>
      <w:r>
        <w:t>aur aap jantay hain kay</w:t>
      </w:r>
    </w:p>
    <w:p>
      <w:pPr>
        <w:jc w:val="right"/>
      </w:pPr>
      <w:r>
        <w:t>اور اپ جانتے ہیں کہ</w:t>
      </w:r>
    </w:p>
    <w:p>
      <w:r>
        <w:rPr>
          <w:b/>
        </w:rPr>
        <w:t xml:space="preserve">[21:58] </w:t>
      </w:r>
      <w:r>
        <w:t>is zamanay mein aadmi isi say maloomat leta hai kitabon say aur internet say aur website say computer say to kitna ziyada jitna kitna ziyada yeh mushkil ho gaya hai sahi islam ko samajhna kitna ziyada mushkil ho gaya hai</w:t>
      </w:r>
    </w:p>
    <w:p>
      <w:pPr>
        <w:jc w:val="right"/>
      </w:pPr>
      <w:r>
        <w:t>اس زمانے میں ادمی اسی سے معلومات لیتا ہے کتابوں سے اور انٹرنیٹ سے اور ویب سائٹ سے کمپیوٹر سے تو کتنا زیادہ جتنا کتنا زیادہ یہ مشکل ہو گیا ہے صحیح اسلام کو سمجھنا کتنا زیادہ مشکل ہو گیا ہے</w:t>
      </w:r>
    </w:p>
    <w:p>
      <w:r>
        <w:rPr>
          <w:b/>
        </w:rPr>
        <w:t xml:space="preserve">[22:23] </w:t>
      </w:r>
      <w:r>
        <w:t>to baharhal yeh hai</w:t>
      </w:r>
    </w:p>
    <w:p>
      <w:pPr>
        <w:jc w:val="right"/>
      </w:pPr>
      <w:r>
        <w:t>تو بہرحال یہ ہے</w:t>
      </w:r>
    </w:p>
    <w:p>
      <w:r>
        <w:rPr>
          <w:b/>
        </w:rPr>
        <w:t xml:space="preserve">[22:28] </w:t>
      </w:r>
      <w:r>
        <w:t>ahya ya tajdeed deen ya rivayat ya ya ya revival ka kaam</w:t>
      </w:r>
    </w:p>
    <w:p>
      <w:pPr>
        <w:jc w:val="right"/>
      </w:pPr>
      <w:r>
        <w:t>احیاء یا تجدید دین یا روایت یا یا یا ریوائیول کا کام</w:t>
      </w:r>
    </w:p>
    <w:p>
      <w:r>
        <w:rPr>
          <w:b/>
        </w:rPr>
        <w:t xml:space="preserve">[22:35] </w:t>
      </w:r>
      <w:r>
        <w:t>aur main samajhta hoon kay is moamlay mein jo log kitabein likhtay hain jo log information dalte hain internet par un ko bohat ziyada dua karna chahiye pehlay kitab likhnay say pehlay aur maloomat jo hai un kay mind mein us ko internet pay dalnay say pehlay bar bar dua karna chahiye kay khuda ya</w:t>
      </w:r>
    </w:p>
    <w:p>
      <w:pPr>
        <w:jc w:val="right"/>
      </w:pPr>
      <w:r>
        <w:t>اور میں سمجھتا ہوں کہ اس معاملے میں جو لوگ کتابیں لکھتے ہیں جو لوگ انفارمیشن ڈالتے ہیں انٹرنیٹ پر ان کو بہت زیادہ دعا کرنا چاہیے پہلے کتاب لکھنے سے پہلے اور معلومات جو ہے ان کے مائنڈ میں اس کو انٹرنیٹ پہ ڈالنے سے پہلے بار بار دعا کرنا چاہیے کہ خدایا</w:t>
      </w:r>
    </w:p>
    <w:p>
      <w:r>
        <w:rPr>
          <w:b/>
        </w:rPr>
        <w:t xml:space="preserve">[22:58] </w:t>
      </w:r>
      <w:r>
        <w:t>main ghalti par to nahi hoon khuda ya jo main kitab likhnay ja raha hoon woh ghalt kitab to nahi hai jo main information dalnay ja raha hoon internet pay woh ghalt to nahi hai bohat ziyada duaen karna Allah taala say hidayat mangna guidance mangna aur jab poori tarah say aadmi ka dil khul</w:t>
      </w:r>
    </w:p>
    <w:p>
      <w:pPr>
        <w:jc w:val="right"/>
      </w:pPr>
      <w:r>
        <w:t>میں غلطی پر تو نہیں ہوں خدایا جو میں کتاب لکھنے جا رہا ہوں وہ غلط کتاب تو نہیں ہے جو میں انفارمیشن ڈالنے جا رہا ہوں انٹرنیٹ پہ وہ غلط تو نہیں ہے بہت زیادہ دعائیں کرنا اللہ تعالی سے ہدایت مانگنا گائیڈنس مانگنا اور جب پوری طرح سے ادمی کا دل کھل</w:t>
      </w:r>
    </w:p>
    <w:p>
      <w:r>
        <w:rPr>
          <w:b/>
        </w:rPr>
        <w:t xml:space="preserve">[23:21] </w:t>
      </w:r>
      <w:r>
        <w:t>jaye kay haan yeh baat theek hai tab woh aisa karay</w:t>
      </w:r>
    </w:p>
    <w:p>
      <w:pPr>
        <w:jc w:val="right"/>
      </w:pPr>
      <w:r>
        <w:t>جائے کہ ہاں یہ بات ٹھیک ہے تب وہ ایسا کرے</w:t>
      </w:r>
    </w:p>
    <w:p>
      <w:r>
        <w:rPr>
          <w:b/>
        </w:rPr>
        <w:t xml:space="preserve">[23:27] </w:t>
      </w:r>
      <w:r>
        <w:t>isi liye hadith mein aya hai kay man kan yoman billahi wal yawm al akhir fal yaqul khayra aur yani aadmi bolay to aadmi theek bolay warna chup rahay</w:t>
      </w:r>
    </w:p>
    <w:p>
      <w:pPr>
        <w:jc w:val="right"/>
      </w:pPr>
      <w:r>
        <w:t>اسی لیے حدیث میں ایا ہے کہ من کان یومن باللہ والیوم الاخر فلق الخیرا اور یعنی ادمی بولے تو ادمی ٹھیک بولے ورنہ چپ رہے</w:t>
      </w:r>
    </w:p>
    <w:p>
      <w:r>
        <w:rPr>
          <w:b/>
        </w:rPr>
        <w:t xml:space="preserve">[23:40] </w:t>
      </w:r>
      <w:r>
        <w:t>option sirf do ke beech mein hai ya to woh bolna</w:t>
      </w:r>
    </w:p>
    <w:p>
      <w:pPr>
        <w:jc w:val="right"/>
      </w:pPr>
      <w:r>
        <w:t>اپشن صرف دو کے بیچ میں ہے یا تو وہ بولنا</w:t>
      </w:r>
    </w:p>
    <w:p>
      <w:r>
        <w:rPr>
          <w:b/>
        </w:rPr>
        <w:t xml:space="preserve">[23:46] </w:t>
      </w:r>
      <w:r>
        <w:t>jo bilkul theek baat hai ya to chup rehna</w:t>
      </w:r>
    </w:p>
    <w:p>
      <w:pPr>
        <w:jc w:val="right"/>
      </w:pPr>
      <w:r>
        <w:t>جو بالکل ٹھیک بات ہے یا تو چپ رہنا</w:t>
      </w:r>
    </w:p>
    <w:p>
      <w:r>
        <w:rPr>
          <w:b/>
        </w:rPr>
        <w:t xml:space="preserve">[23:50] </w:t>
      </w:r>
      <w:r>
        <w:t>third option jo hai ke khwamkhwahi bolna khwamkhwahi likhna</w:t>
      </w:r>
    </w:p>
    <w:p>
      <w:pPr>
        <w:jc w:val="right"/>
      </w:pPr>
      <w:r>
        <w:t>تھرڈ اپشن جو ہے کہ خوامخواہی بولنا خوامخواہی لکھنا</w:t>
      </w:r>
    </w:p>
    <w:p>
      <w:r>
        <w:rPr>
          <w:b/>
        </w:rPr>
        <w:t xml:space="preserve">[23:55] </w:t>
      </w:r>
      <w:r>
        <w:t>woh option aap ke liye nahi hai</w:t>
      </w:r>
    </w:p>
    <w:p>
      <w:pPr>
        <w:jc w:val="right"/>
      </w:pPr>
      <w:r>
        <w:t>وہ اپشن اپ کے لیے نہیں ہے</w:t>
      </w:r>
    </w:p>
    <w:p>
      <w:r>
        <w:rPr>
          <w:b/>
        </w:rPr>
        <w:t xml:space="preserve">[23:58] </w:t>
      </w:r>
      <w:r>
        <w:t>dekhiye ek hadith hai</w:t>
      </w:r>
    </w:p>
    <w:p>
      <w:pPr>
        <w:jc w:val="right"/>
      </w:pPr>
      <w:r>
        <w:t>دیکھیے ایک حدیث ہے</w:t>
      </w:r>
    </w:p>
    <w:p>
      <w:r>
        <w:rPr>
          <w:b/>
        </w:rPr>
        <w:t xml:space="preserve">[24:03] </w:t>
      </w:r>
      <w:r>
        <w:t>latatba'un sunan man kana qablakum</w:t>
      </w:r>
    </w:p>
    <w:p>
      <w:pPr>
        <w:jc w:val="right"/>
      </w:pPr>
      <w:r>
        <w:t>لتتبعون سنن من کان قبلکم</w:t>
      </w:r>
    </w:p>
    <w:p>
      <w:r>
        <w:rPr>
          <w:b/>
        </w:rPr>
        <w:t xml:space="preserve">[24:07] </w:t>
      </w:r>
      <w:r>
        <w:t>shibran bishibrin wa dhira'an bidhira'in</w:t>
      </w:r>
    </w:p>
    <w:p>
      <w:pPr>
        <w:jc w:val="right"/>
      </w:pPr>
      <w:r>
        <w:t>شبرا بشبر وذرام بذرائن</w:t>
      </w:r>
    </w:p>
    <w:p>
      <w:r>
        <w:rPr>
          <w:b/>
        </w:rPr>
        <w:t xml:space="preserve">[24:14] </w:t>
      </w:r>
      <w:r>
        <w:t>ay tum pichlay qomon kay footsteps par chalo gay tum pichlay qomon ko imitate karogay qadam ba qadam</w:t>
      </w:r>
    </w:p>
    <w:p>
      <w:pPr>
        <w:jc w:val="right"/>
      </w:pPr>
      <w:r>
        <w:t>اے تم پچھلے قوموں کے فوٹ سٹیپ پر چلو گے تم پچھلی قوموں کو ایمیٹیٹ کرو گے قدم بقدم</w:t>
      </w:r>
    </w:p>
    <w:p>
      <w:r>
        <w:rPr>
          <w:b/>
        </w:rPr>
        <w:t xml:space="preserve">[24:30] </w:t>
      </w:r>
      <w:r>
        <w:t>qadam ba qadam jaisa unhon nay kiya hua hai tum bhi karogay is ka matlab kiya hai matlab yeh hai is ka kay tumhara bhi degeneration hoga kyun kay yeh law of nature</w:t>
      </w:r>
    </w:p>
    <w:p>
      <w:pPr>
        <w:jc w:val="right"/>
      </w:pPr>
      <w:r>
        <w:t>قدم بقدم جیسا انہوں نے کیا ہوا ہے تم بھی کرو گے اس کا مطلب کیا ہے مطلب یہ ہے اس کا کہ تمہارا بھی ڈی جنریشن ہوگا کیونکہ یہ لاء اف نیچ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