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 and Man July 20, 2008</w:t>
      </w:r>
    </w:p>
    <w:p>
      <w:r>
        <w:t>https://www.youtube.com/watch?v=FopZW-keJkY</w:t>
      </w:r>
    </w:p>
    <w:p>
      <w:r>
        <w:rPr>
          <w:b/>
        </w:rPr>
        <w:t xml:space="preserve">[00:14] </w:t>
      </w:r>
      <w:r>
        <w:t>bismillah-ir-rehman-ir-rahim, wa sallallahu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wahlul uqdatan min lisani, yafqahu qawli.</w:t>
      </w:r>
    </w:p>
    <w:p>
      <w:pPr>
        <w:jc w:val="right"/>
      </w:pPr>
      <w:r>
        <w:t>واحل العقدۃ من لسانی، یفقہ قولی۔</w:t>
      </w:r>
    </w:p>
    <w:p>
      <w:r>
        <w:rPr>
          <w:b/>
        </w:rPr>
        <w:t xml:space="preserve">[00:38] </w:t>
      </w:r>
      <w:r>
        <w:t>aaj ka topic hai "God and Man". Khuda aur insaan.</w:t>
      </w:r>
    </w:p>
    <w:p>
      <w:pPr>
        <w:jc w:val="right"/>
      </w:pPr>
      <w:r>
        <w:t>آج کا ٹاپک ہے "گاڈ اینڈ مین"۔ خدا اور انسان۔</w:t>
      </w:r>
    </w:p>
    <w:p>
      <w:r>
        <w:rPr>
          <w:b/>
        </w:rPr>
        <w:t xml:space="preserve">[00:54] </w:t>
      </w:r>
      <w:r>
        <w:t>yeh issue koi naya issue nahi hai, hamesha se insaan is par sochta raha hai. lekin ajeeb baat hai ke</w:t>
      </w:r>
    </w:p>
    <w:p>
      <w:pPr>
        <w:jc w:val="right"/>
      </w:pPr>
      <w:r>
        <w:t>یہ ایشو کوئی نیا ایشو نہیں ہے، ہمیشہ سے انسان اس پر سوچتا رہا ہے۔ لیکن عجیب بات ہے کہ</w:t>
      </w:r>
    </w:p>
    <w:p>
      <w:r>
        <w:rPr>
          <w:b/>
        </w:rPr>
        <w:t xml:space="preserve">[01:04] </w:t>
      </w:r>
      <w:r>
        <w:t>logon ki zindagi mein Khuda abhi tak shamil nahi hua.</w:t>
      </w:r>
    </w:p>
    <w:p>
      <w:pPr>
        <w:jc w:val="right"/>
      </w:pPr>
      <w:r>
        <w:t>لوگوں کی زندگیوں میں خدا ابھی تک شامل نہیں ہوا۔</w:t>
      </w:r>
    </w:p>
    <w:p>
      <w:r>
        <w:rPr>
          <w:b/>
        </w:rPr>
        <w:t xml:space="preserve">[01:13] </w:t>
      </w:r>
      <w:r>
        <w:t>pichlay din mein radio sun raha tha to us mein aik aata hai: "churcha ka vishay hai".</w:t>
      </w:r>
    </w:p>
    <w:p>
      <w:pPr>
        <w:jc w:val="right"/>
      </w:pPr>
      <w:r>
        <w:t>پچھلے دن میں ریڈیو سن رہا تھا تو اس میں ایک آتا ہے: "چرچہ کا विषय ہے"۔</w:t>
      </w:r>
    </w:p>
    <w:p>
      <w:r>
        <w:rPr>
          <w:b/>
        </w:rPr>
        <w:t xml:space="preserve">[01:25] </w:t>
      </w:r>
      <w:r>
        <w:t>khabron ke program mein aik aata hai: "churcha ka vishay hai". yaani jis cheez ka churcha hota hai, us par kuch log aa kar wahan bolte hain.</w:t>
      </w:r>
    </w:p>
    <w:p>
      <w:pPr>
        <w:jc w:val="right"/>
      </w:pPr>
      <w:r>
        <w:t>خبروں کے پروگرام میں ایک آتا ہے: "چرچہ کا विषہ ہے"۔ یعنی جس چیز کا چرچہ ہوتا ہے، اس پر کچھ لوگ آ کر وہاں بولتے ہیں۔</w:t>
      </w:r>
    </w:p>
    <w:p>
      <w:r>
        <w:rPr>
          <w:b/>
        </w:rPr>
        <w:t xml:space="preserve">[01:37] </w:t>
      </w:r>
      <w:r>
        <w:t>achanak mere mind mein aaya ke Khuda churcha mein nahi hai.</w:t>
      </w:r>
    </w:p>
    <w:p>
      <w:pPr>
        <w:jc w:val="right"/>
      </w:pPr>
      <w:r>
        <w:t>اچانک میرے مائنڈ میں آیا کہ خدا چرچہ میں نہیں ہے۔</w:t>
      </w:r>
    </w:p>
    <w:p>
      <w:r>
        <w:rPr>
          <w:b/>
        </w:rPr>
        <w:t xml:space="preserve">[01:44] </w:t>
      </w:r>
      <w:r>
        <w:t>God is not in the news. kaisi ajeeb baat hai.</w:t>
      </w:r>
    </w:p>
    <w:p>
      <w:pPr>
        <w:jc w:val="right"/>
      </w:pPr>
      <w:r>
        <w:t>گاڈ از ناٹ ان دا نیوز۔ کیسی عجیب بات ہے۔</w:t>
      </w:r>
    </w:p>
    <w:p>
      <w:r>
        <w:rPr>
          <w:b/>
        </w:rPr>
        <w:t xml:space="preserve">[01:53] </w:t>
      </w:r>
      <w:r>
        <w:t>saari baaton ka hum churcha karte hain: apnay beta beti ka, apnay business ka, apnay job ka, kis kis cheez ka.</w:t>
      </w:r>
    </w:p>
    <w:p>
      <w:pPr>
        <w:jc w:val="right"/>
      </w:pPr>
      <w:r>
        <w:t>ساری باتوں کا ہم چرچہ کرتے ہیں: اپنے بیٹا بیٹی کا، اپنے بزنس کا، اپنے جاب کا، کس کس چیز کا۔</w:t>
      </w:r>
    </w:p>
    <w:p>
      <w:r>
        <w:rPr>
          <w:b/>
        </w:rPr>
        <w:t xml:space="preserve">[02:04] </w:t>
      </w:r>
      <w:r>
        <w:t>lekin Khuda hamaray churcha mein nahi. halankay Khuda ne humain paida kiya. Khuda humain sun light de raha hai.</w:t>
      </w:r>
    </w:p>
    <w:p>
      <w:pPr>
        <w:jc w:val="right"/>
      </w:pPr>
      <w:r>
        <w:t>لیکن خدا ہمارے چرچہ میں نہیں۔ حالانکہ خدا نے ہمیں پیدا کیا۔ خدا ہمیں سن لائٹ دے رہا ہے۔</w:t>
      </w:r>
    </w:p>
    <w:p>
      <w:r>
        <w:rPr>
          <w:b/>
        </w:rPr>
        <w:t xml:space="preserve">[02:15] </w:t>
      </w:r>
      <w:r>
        <w:t>Khuda humain oxygen supply kar raha hai. Khuda humain zameen se food uga raha hai. million in billion cheezen.</w:t>
      </w:r>
    </w:p>
    <w:p>
      <w:pPr>
        <w:jc w:val="right"/>
      </w:pPr>
      <w:r>
        <w:t>خدا ہمیں آکسیجن سپلائی کر رہا ہے۔ خدا ہمیں زمین سے فوڈ اگا رہا ہے۔ ملین ان بلین چیزیں۔</w:t>
      </w:r>
    </w:p>
    <w:p>
      <w:r>
        <w:rPr>
          <w:b/>
        </w:rPr>
        <w:t xml:space="preserve">[02:25] </w:t>
      </w:r>
      <w:r>
        <w:t>kaisi ajeeb baat hai ke Khuda churcha mein nahi. agar hai to bilkul formal tareeqay se. main is par soch raha tha to meray samnay aik baat aayi.</w:t>
      </w:r>
    </w:p>
    <w:p>
      <w:pPr>
        <w:jc w:val="right"/>
      </w:pPr>
      <w:r>
        <w:t>کیسی عجیب بات ہے کہ خدا چرچہ میں نہیں۔ اگر ہے تو بالکل فارمل طریقے سے۔ میں اس پر سوچ رہا تھا تو میرے سامنے ایک بات آئی۔</w:t>
      </w:r>
    </w:p>
    <w:p>
      <w:r>
        <w:rPr>
          <w:b/>
        </w:rPr>
        <w:t xml:space="preserve">[02:38] </w:t>
      </w:r>
      <w:r>
        <w:t>aaj hi subah aik aik baat hui, is se main ne link kiya. ke jis cheez ko log samajhte hain ke is se hamari haar jeet juri hui hai, hamara loss aur gain jura hua hai, is ka charchah karte hain.</w:t>
      </w:r>
    </w:p>
    <w:p>
      <w:pPr>
        <w:jc w:val="right"/>
      </w:pPr>
      <w:r>
        <w:t>آج ہی صبح ایک ایک بات ہوئی، اس سے میں نے لنک کیا۔ کہ جس چیز کو لوگ سمجھتے ہیں کہ اس سے ہماری ہار جیت جڑی ہوئی ہے، ہمارا لاس اور گین جڑا ہوا ہے، اس کا چرچہ کرتے ہیں۔</w:t>
      </w:r>
    </w:p>
    <w:p>
      <w:r>
        <w:rPr>
          <w:b/>
        </w:rPr>
        <w:t xml:space="preserve">[02:57] </w:t>
      </w:r>
      <w:r>
        <w:t>to khuda ko logon ne aik abstract idea ke taur par liya hai. jo mante hain khuda ko, woh bhi.</w:t>
      </w:r>
    </w:p>
    <w:p>
      <w:pPr>
        <w:jc w:val="right"/>
      </w:pPr>
      <w:r>
        <w:t>تو خدا کو لوگوں نے ایک ایبسٹریکٹ آئیڈیا کے طور پر لیا ہے۔ جو مانتے ہیں خدا کو، وہ بھی۔</w:t>
      </w:r>
    </w:p>
    <w:p>
      <w:r>
        <w:rPr>
          <w:b/>
        </w:rPr>
        <w:t xml:space="preserve">[03:06] </w:t>
      </w:r>
      <w:r>
        <w:t>yeh nahi samajhte ke khuda jo hai, woh reward de ga aur punishment de ga. khuda kisi ko jannat mein daale ga, kisi ko jahannum mein daale ga.</w:t>
      </w:r>
    </w:p>
    <w:p>
      <w:pPr>
        <w:jc w:val="right"/>
      </w:pPr>
      <w:r>
        <w:t>یہ نہیں سمجھتے کہ خدا جو ہے، وہ ریوارڈ دے گا اور پنشمنٹ دے گا۔ خدا کسی کو جنت میں ڈالے گا، کسی کو جہنم میں ڈالے گا۔</w:t>
      </w:r>
    </w:p>
    <w:p>
      <w:r>
        <w:rPr>
          <w:b/>
        </w:rPr>
        <w:t xml:space="preserve">[03:19] </w:t>
      </w:r>
      <w:r>
        <w:t>to doosri cheezon ko log is tarah dekhte hain ke is se un ka faida aur nuqsan jura hua hai.</w:t>
      </w:r>
    </w:p>
    <w:p>
      <w:pPr>
        <w:jc w:val="right"/>
      </w:pPr>
      <w:r>
        <w:t>تو دوسری چیزوں کو لوگ اس طرح دیکھتے ہیں کہ اس سے ان کا فائدہ اور نقصان جڑا ہوا ہے۔</w:t>
      </w:r>
    </w:p>
    <w:p>
      <w:r>
        <w:rPr>
          <w:b/>
        </w:rPr>
        <w:t xml:space="preserve">[03:29] </w:t>
      </w:r>
      <w:r>
        <w:t>is mein un ka interest jura hua hai. to is ka charchah karte hain. khuda ka charchah nahi karte kyunke khuda ka charchah karein to kya na karein to kya?</w:t>
      </w:r>
    </w:p>
    <w:p>
      <w:pPr>
        <w:jc w:val="right"/>
      </w:pPr>
      <w:r>
        <w:t>اس میں ان کا انٹرسٹ جڑا ہوا ہے۔ تو اس کا چرچہ کرتے ہیں۔ خدا کا چرچہ نہیں کرتے کیونکہ خدا کا چرچہ کریں تو کیا نہ کریں تو کیا؟</w:t>
      </w:r>
    </w:p>
    <w:p>
      <w:r>
        <w:rPr>
          <w:b/>
        </w:rPr>
        <w:t xml:space="preserve">[03:41] </w:t>
      </w:r>
      <w:r>
        <w:t>woh samajhte hain ke dono barabar hain. dono barabar hain. teh kitna bara yeh kitna bara yeh</w:t>
      </w:r>
    </w:p>
    <w:p>
      <w:pPr>
        <w:jc w:val="right"/>
      </w:pPr>
      <w:r>
        <w:t>وہ سمجھتے ہیں کہ دونوں برابر ہیں۔ دونوں برابر ہیں۔ تہ کتنا بڑا یہ کتنا بڑا یہ</w:t>
      </w:r>
    </w:p>
    <w:p>
      <w:r>
        <w:rPr>
          <w:b/>
        </w:rPr>
        <w:t xml:space="preserve">[03:56] </w:t>
      </w:r>
      <w:r>
        <w:t>nuqsan hai jo har aadmi bhugat raha hai.</w:t>
      </w:r>
    </w:p>
    <w:p>
      <w:pPr>
        <w:jc w:val="right"/>
      </w:pPr>
      <w:r>
        <w:t>نقصان ہے جو ہر آدمی بھگت رہا ہے۔</w:t>
      </w:r>
    </w:p>
    <w:p>
      <w:r>
        <w:rPr>
          <w:b/>
        </w:rPr>
        <w:t xml:space="preserve">[04:01] </w:t>
      </w:r>
      <w:r>
        <w:t>mujhe yaad aata hai aik qissa khud apna. jab main up mein tha to wahan par meri aik property ke aik aadmi ne encroach kar ke is ka aik hissa par qabza kar liya.</w:t>
      </w:r>
    </w:p>
    <w:p>
      <w:pPr>
        <w:jc w:val="right"/>
      </w:pPr>
      <w:r>
        <w:t>مجھے یاد آتا ہے ایک قصہ خود اپنا۔ جب میں یو پی میں تھا تو وہاں پر میری ایک پراپرٹی کے ایک آدمی نے انکروچ کر کے اس کا ایک حصہ پر قبضہ کر لیا۔</w:t>
      </w:r>
    </w:p>
    <w:p>
      <w:r>
        <w:rPr>
          <w:b/>
        </w:rPr>
        <w:t xml:space="preserve">[04:20] </w:t>
      </w:r>
      <w:r>
        <w:t>to un se baat hui to woh mante nahi thay un ke paas. aik so logic thi ke woh property jo li hai mein ne, woh meri hai.</w:t>
      </w:r>
    </w:p>
    <w:p>
      <w:pPr>
        <w:jc w:val="right"/>
      </w:pPr>
      <w:r>
        <w:t>تو ان سے بات ہوئی تو وہ مانتے نہیں تھے ان کے پاس۔ ایک سو لاجک تھی کہ وہ پراپرٹی جو لی ہے میں نے، وہ میری ہے۔</w:t>
      </w:r>
    </w:p>
    <w:p>
      <w:r>
        <w:rPr>
          <w:b/>
        </w:rPr>
        <w:t xml:space="preserve">[04:32] </w:t>
      </w:r>
      <w:r>
        <w:t>to aakhir mein ne aik aadmi se kahwaya ke un se ja kar kaho ke woh khuda ki kitab ko apne haath mein le kar keh dein ke yeh property meri hai to mein maan loon ga.</w:t>
      </w:r>
    </w:p>
    <w:p>
      <w:pPr>
        <w:jc w:val="right"/>
      </w:pPr>
      <w:r>
        <w:t>تو آخر میں میں نے ایک آدمی سے کہلوایا کہ ان سے جا کر کہو کہ وہ خدا کی کتاب کو اپنے ہاتھ میں لے کر کہہ دیں کہ یہ پراپرٹی میری ہے تو میں مان لوں گا۔</w:t>
      </w:r>
    </w:p>
    <w:p>
      <w:r>
        <w:rPr>
          <w:b/>
        </w:rPr>
        <w:t xml:space="preserve">[04:50] </w:t>
      </w:r>
      <w:r>
        <w:t>to unexpected tor par unhone jawab kiya diya, halanke woh musalman thay. exactly unhone kaha: "khuda is mein kahan se aa gaya?"</w:t>
      </w:r>
    </w:p>
    <w:p>
      <w:pPr>
        <w:jc w:val="right"/>
      </w:pPr>
      <w:r>
        <w:t>تو ان ایکسپیکٹڈ طور پر انہوں نے جواب کیا دیا، حالانکہ وہ مسلمان تھے۔ ایگزیکٹلی انہوں نے کہا: "خدا اس میں کہاں سے آ گیا؟"</w:t>
      </w:r>
    </w:p>
    <w:p>
      <w:r>
        <w:rPr>
          <w:b/>
        </w:rPr>
        <w:t xml:space="preserve">[05:03] </w:t>
      </w:r>
      <w:r>
        <w:t>khuda is mein kahan se aa gaya?</w:t>
      </w:r>
    </w:p>
    <w:p>
      <w:pPr>
        <w:jc w:val="right"/>
      </w:pPr>
      <w:r>
        <w:t>خدا اس میں کہاں سے آ گیا؟</w:t>
      </w:r>
    </w:p>
    <w:p>
      <w:r>
        <w:rPr>
          <w:b/>
        </w:rPr>
        <w:t xml:space="preserve">[05:10] </w:t>
      </w:r>
      <w:r>
        <w:t>how does god come</w:t>
      </w:r>
    </w:p>
    <w:p>
      <w:pPr>
        <w:jc w:val="right"/>
      </w:pPr>
      <w:r>
        <w:t>ہاؤ ڈز گاڈ کم</w:t>
      </w:r>
    </w:p>
    <w:p>
      <w:r>
        <w:rPr>
          <w:b/>
        </w:rPr>
        <w:t xml:space="preserve">[05:16] </w:t>
      </w:r>
      <w:r>
        <w:t>into the picture?</w:t>
      </w:r>
    </w:p>
    <w:p>
      <w:pPr>
        <w:jc w:val="right"/>
      </w:pPr>
      <w:r>
        <w:t>انٹو دا پکچر؟</w:t>
      </w:r>
    </w:p>
    <w:p>
      <w:r>
        <w:rPr>
          <w:b/>
        </w:rPr>
        <w:t xml:space="preserve">[05:21] </w:t>
      </w:r>
      <w:r>
        <w:t>khuda is mein kahan se aa gaya? main aik dam yani sehem gaya ke khuda is liye aa gaya ke khuda aap ko saza de ga.</w:t>
      </w:r>
    </w:p>
    <w:p>
      <w:pPr>
        <w:jc w:val="right"/>
      </w:pPr>
      <w:r>
        <w:t>خدا اس میں کہاں سے آ گیا؟ میں ایک دم یعنی سہم گیا کہ خدا اس لیے آ گیا کہ خدا آپ کو سزا دے گا۔</w:t>
      </w:r>
    </w:p>
    <w:p>
      <w:r>
        <w:rPr>
          <w:b/>
        </w:rPr>
        <w:t xml:space="preserve">[05:34] </w:t>
      </w:r>
      <w:r>
        <w:t>is liye aa gaya khuda. yeh to bohat bara khuda ke nazdeek crime hai, plausible crime.</w:t>
      </w:r>
    </w:p>
    <w:p>
      <w:pPr>
        <w:jc w:val="right"/>
      </w:pPr>
      <w:r>
        <w:t>اس لیے آ گیا خدا۔ یہ تو بہت بڑا خدا کے نزدیک کرائم ہے، پالیسیبل کرائم۔</w:t>
      </w:r>
    </w:p>
    <w:p>
      <w:r>
        <w:rPr>
          <w:b/>
        </w:rPr>
        <w:t xml:space="preserve">[05:45] </w:t>
      </w:r>
      <w:r>
        <w:t>ke aap kisi doosre ki property ko usurp kar lein, is par qabza kar ke baith jayein. to bohat hi bara.</w:t>
      </w:r>
    </w:p>
    <w:p>
      <w:pPr>
        <w:jc w:val="right"/>
      </w:pPr>
      <w:r>
        <w:t>کہ آپ کسی دوسرے کی پراپرٹی کو یوزرب کر لیں، اس پر قبضہ کر کے بیٹھ جائیں۔ تو بہت ہی بڑا۔</w:t>
      </w:r>
    </w:p>
    <w:p>
      <w:r>
        <w:rPr>
          <w:b/>
        </w:rPr>
        <w:t xml:space="preserve">[05:55] </w:t>
      </w:r>
      <w:r>
        <w:t>hadith mein aata hai ke agar tum kisi ke land par qabza karo,</w:t>
      </w:r>
    </w:p>
    <w:p>
      <w:pPr>
        <w:jc w:val="right"/>
      </w:pPr>
      <w:r>
        <w:t>حدیث میں آتا ہے کہ اگر تم کسی کے لینڈ پر قبضہ کرو،</w:t>
      </w:r>
    </w:p>
    <w:p>
      <w:r>
        <w:rPr>
          <w:b/>
        </w:rPr>
        <w:t xml:space="preserve">[06:04] </w:t>
      </w:r>
      <w:r>
        <w:t>khet par, baagh par, ghar par, to qayamat ke din woh land tum ko tumhare gale mein latka di jaye gi.</w:t>
      </w:r>
    </w:p>
    <w:p>
      <w:pPr>
        <w:jc w:val="right"/>
      </w:pPr>
      <w:r>
        <w:t>کھیت پر، باغ پر، گھر پر، تو قیامت کے دن وہ لینڈ تم کو تمہارے گلے میں لٹکا دی جائے گی۔</w:t>
      </w:r>
    </w:p>
    <w:p>
      <w:r>
        <w:rPr>
          <w:b/>
        </w:rPr>
        <w:t xml:space="preserve">[06:15] </w:t>
      </w:r>
      <w:r>
        <w:t>is ko tum le liye phiro ge. ab bataiye ke aadmi agar soche to keh sakta hai ke khuda is mein kahan se aa gaya?</w:t>
      </w:r>
    </w:p>
    <w:p>
      <w:pPr>
        <w:jc w:val="right"/>
      </w:pPr>
      <w:r>
        <w:t>اس کو تم لے لئے پھرو گے۔ اب بتائیے کہ آدمی اگر سوچے تو کہہ سکتا ہے کہ خدا اس میں کہاں سے آ گیا؟</w:t>
      </w:r>
    </w:p>
    <w:p>
      <w:r>
        <w:rPr>
          <w:b/>
        </w:rPr>
        <w:t xml:space="preserve">[06:30] </w:t>
      </w:r>
      <w:r>
        <w:t>to mein ne socha ke saare hi log isi mein hain.</w:t>
      </w:r>
    </w:p>
    <w:p>
      <w:pPr>
        <w:jc w:val="right"/>
      </w:pPr>
      <w:r>
        <w:t>تو میں نے سوچا کہ سارے ہی لوگ اسی میں ہیں۔</w:t>
      </w:r>
    </w:p>
    <w:p>
      <w:r>
        <w:rPr>
          <w:b/>
        </w:rPr>
        <w:t xml:space="preserve">[06:37] </w:t>
      </w:r>
      <w:r>
        <w:t>aik aadmi se mulaqat hui. apne bachcha bachchi, beta beti ko saath laye thay. unhone kaha ke in ko naseehat kijiye.</w:t>
      </w:r>
    </w:p>
    <w:p>
      <w:pPr>
        <w:jc w:val="right"/>
      </w:pPr>
      <w:r>
        <w:t>ایک آدمی سے ملاقات ہوئی۔ اپنے بچہ بچی، بیٹا بیٹی کو ساتھ لائے تھے۔ انہوں نے کہا کہ ان کو نصیحت کیجئے۔</w:t>
      </w:r>
    </w:p>
    <w:p>
      <w:r>
        <w:rPr>
          <w:b/>
        </w:rPr>
        <w:t xml:space="preserve">[06:48] </w:t>
      </w:r>
      <w:r>
        <w:t>mein ne un ko dekha to mein ne dekha ke woh bilkul pampering se woh kharab ho chuke thay. to mein ne kaha yeh to pampering kar ke aap kharab kar chuke hain.</w:t>
      </w:r>
    </w:p>
    <w:p>
      <w:pPr>
        <w:jc w:val="right"/>
      </w:pPr>
      <w:r>
        <w:t>میں نے ان کو دیکھا تو میں نے دیکھا کہ وہ بالکل پیمپرنگ سے وہ خراب ہو چکے تھے۔ تو میں نے کہا یہ تو پیمپرنگ کر کے آپ خراب کر چکے ہیں۔</w:t>
      </w:r>
    </w:p>
    <w:p>
      <w:r>
        <w:rPr>
          <w:b/>
        </w:rPr>
        <w:t xml:space="preserve">[06:58] </w:t>
      </w:r>
      <w:r>
        <w:t>mein in ko naseehat kiya karoon? aap khuda se darte nahi ke bachchon ke liye kitne bure baap sabit hue hain?</w:t>
      </w:r>
    </w:p>
    <w:p>
      <w:pPr>
        <w:jc w:val="right"/>
      </w:pPr>
      <w:r>
        <w:t>میں ان کو نصیحت کیا کروں؟ آپ خدا سے ڈرتے نہیں کہ بچوں کے لیے کتنے برے باپ ثابت ہوئے ہیں؟</w:t>
      </w:r>
    </w:p>
    <w:p>
      <w:r>
        <w:rPr>
          <w:b/>
        </w:rPr>
        <w:t xml:space="preserve">[07:08] </w:t>
      </w:r>
      <w:r>
        <w:t>to woh aisa bolne lage ke woh bhi yahi keh rahe thay ke khuda is mein kahan se aa gaya? mera beta hai, mein mohabbat karta hoon. to mein karoon ga?</w:t>
      </w:r>
    </w:p>
    <w:p>
      <w:pPr>
        <w:jc w:val="right"/>
      </w:pPr>
      <w:r>
        <w:t>تو وہ ایسا بولنے لگے کہ وہ بھی یہی کہہ رہے تھے کہ خدا اس میں کہاں سے آ گیا؟ میرا بیٹا ہے، میں محبت کرتا ہوں۔ تو میں کروں گا؟</w:t>
      </w:r>
    </w:p>
    <w:p>
      <w:r>
        <w:rPr>
          <w:b/>
        </w:rPr>
        <w:t xml:space="preserve">[07:19] </w:t>
      </w:r>
      <w:r>
        <w:t>is mein khuda kahan se aa gaya? khuda yahan se aa gaya ke khuda woh khuda ki cheez hai jo aap ko mili hai.</w:t>
      </w:r>
    </w:p>
    <w:p>
      <w:pPr>
        <w:jc w:val="right"/>
      </w:pPr>
      <w:r>
        <w:t>اس میں خدا کہاں سے آ گیا؟ خدا یہاں سے آ گیا کہ خدا وہ خدا کی چیز ہے جو آپ کو ملی ہے۔</w:t>
      </w:r>
    </w:p>
    <w:p>
      <w:r>
        <w:rPr>
          <w:b/>
        </w:rPr>
        <w:t xml:space="preserve">[07:31] </w:t>
      </w:r>
      <w:r>
        <w:t>agar woh agar woh cheez jo hai jo khuda ne di hai bator blessing, woh aap ko khuda se hata de to aap to crime kar rahe hain.</w:t>
      </w:r>
    </w:p>
    <w:p>
      <w:pPr>
        <w:jc w:val="right"/>
      </w:pPr>
      <w:r>
        <w:t>اگر وہ اگر وہ چیز جو ہے جو خدا نے دی ہے بطور بلیسنگ، وہ آپ کو خدا سے ہٹا دے تو آپ تو کرائم کر رہے ہیں۔</w:t>
      </w:r>
    </w:p>
    <w:p>
      <w:r>
        <w:rPr>
          <w:b/>
        </w:rPr>
        <w:t xml:space="preserve">[07:41] </w:t>
      </w:r>
      <w:r>
        <w:t>yani bachche ko pa kar aap khuda ko bhool jayen. bachche ko pa kar aap khuda ke rastay se hat jayen. bachche hi ko aap apna sab kuch bana len.</w:t>
      </w:r>
    </w:p>
    <w:p>
      <w:pPr>
        <w:jc w:val="right"/>
      </w:pPr>
      <w:r>
        <w:t>یعنی بچے کو پا کر آپ خدا کو بھول جائیں۔ بچے کو پا کر آپ خدا کے راستے سے ہٹ جائیں۔ بچے ہی کو آپ اپنا سب کچھ بنا لیں۔</w:t>
      </w:r>
    </w:p>
    <w:p>
      <w:r>
        <w:rPr>
          <w:b/>
        </w:rPr>
        <w:t xml:space="preserve">[07:51] </w:t>
      </w:r>
      <w:r>
        <w:t>jaisa ke log banaye hue hain. aaj kal kya hai? logon ka soul concern un ka bachcha hai. jis ko bhi dekhen, logon ka soul concern bachcha hai.</w:t>
      </w:r>
    </w:p>
    <w:p>
      <w:pPr>
        <w:jc w:val="right"/>
      </w:pPr>
      <w:r>
        <w:t>جیسا کہ لوگ بنائے ہوئے ہیں۔ آج کل کیا ہے؟ لوگوں کا سول کرسن ان کا بچہ ہے۔ جس کو بھی دیکھیں، لوگوں کا سول کرسن بچہ ہے۔</w:t>
      </w:r>
    </w:p>
    <w:p>
      <w:r>
        <w:rPr>
          <w:b/>
        </w:rPr>
        <w:t xml:space="preserve">[08:03] </w:t>
      </w:r>
      <w:r>
        <w:t>yeh to crime hai. soul concern bana to chahiye aap ko creator ko jis ne bachcha diya. bohat aasani se aadmi</w:t>
      </w:r>
    </w:p>
    <w:p>
      <w:pPr>
        <w:jc w:val="right"/>
      </w:pPr>
      <w:r>
        <w:t>یہ تو کرائم ہے۔ سول کرسن بنا تو چاہیے آپ کو کریٹر کو جس نے بچہ دیا۔ بہت آسانی سے آدمی</w:t>
      </w:r>
    </w:p>
    <w:p>
      <w:r>
        <w:rPr>
          <w:b/>
        </w:rPr>
        <w:t xml:space="preserve">[08:16] </w:t>
      </w:r>
      <w:r>
        <w:t>apne sab kuch bachche ki taraf kar deta hai aur khuda ko bhool jata hai. to un ke jo jo bol bol rahe the, woh lagta tha ke woh keh rahe hain ke khuda is mein kahan se aa gaya?</w:t>
      </w:r>
    </w:p>
    <w:p>
      <w:pPr>
        <w:jc w:val="right"/>
      </w:pPr>
      <w:r>
        <w:t>اپنے سب کچھ بچے کی طرف کر دیتا ہے اور خدا کو بھول جاتا ہے۔ تو ان کے جو جو بول بول رہے تھے، وہ لگتا تھا کہ وہ کہہ رہے ہیں کہ خدا اس میں کہاں سے آ گیا؟</w:t>
      </w:r>
    </w:p>
    <w:p>
      <w:r>
        <w:rPr>
          <w:b/>
        </w:rPr>
        <w:t xml:space="preserve">[08:29] </w:t>
      </w:r>
      <w:r>
        <w:t>yeh to mein baap hoon, mera bachcha hai to mein mohabbat karta hoon.</w:t>
      </w:r>
    </w:p>
    <w:p>
      <w:pPr>
        <w:jc w:val="right"/>
      </w:pPr>
      <w:r>
        <w:t>یہ تو میں باپ ہوں، میرا بچہ ہے تو میں محبت کرتا ہوں۔</w:t>
      </w:r>
    </w:p>
    <w:p>
      <w:r>
        <w:rPr>
          <w:b/>
        </w:rPr>
        <w:t xml:space="preserve">[08:36] </w:t>
      </w:r>
      <w:r>
        <w:t>yani khuda kahan se aa gaya? khuda ne bachcha diya to is liye khuda aa gaya.</w:t>
      </w:r>
    </w:p>
    <w:p>
      <w:pPr>
        <w:jc w:val="right"/>
      </w:pPr>
      <w:r>
        <w:t>یعنی خدا کہاں سے آ گیا؟ خدا نے بچہ دیا تو اس لیے خدا آ گیا۔</w:t>
      </w:r>
    </w:p>
    <w:p>
      <w:r>
        <w:rPr>
          <w:b/>
        </w:rPr>
        <w:t xml:space="preserve">[08:43] </w:t>
      </w:r>
      <w:r>
        <w:t>ajeeb haal hai. ek sahab apne bachche ki shadi mein dhoom dhoom ka intezam kar rahe the, lakhon roopeya kharch kar rahe the sab.</w:t>
      </w:r>
    </w:p>
    <w:p>
      <w:pPr>
        <w:jc w:val="right"/>
      </w:pPr>
      <w:r>
        <w:t>عجیب حال ہے۔ ایک صاحب اپنے بچے کی شادی میں دھوم دھام کا انتظام کر رہے تھے، لاکھوں روپیہ خرچ کر کر رہے تھے سب۔</w:t>
      </w:r>
    </w:p>
    <w:p>
      <w:r>
        <w:rPr>
          <w:b/>
        </w:rPr>
        <w:t xml:space="preserve">[08:55] </w:t>
      </w:r>
      <w:r>
        <w:t>mein ne kaha yeh sab kya kar rahe hain aap? khuda ne kaha hai ke paisa ko waste na karo.</w:t>
      </w:r>
    </w:p>
    <w:p>
      <w:pPr>
        <w:jc w:val="right"/>
      </w:pPr>
      <w:r>
        <w:t>میں نے کہا یہ سب کیا کر رہے ہیں آپ؟ خدا نے کہا ہے کہ پیسہ کو ویسٹ نہ کرو۔</w:t>
      </w:r>
    </w:p>
    <w:p>
      <w:r>
        <w:rPr>
          <w:b/>
        </w:rPr>
        <w:t xml:space="preserve">[09:06] </w:t>
      </w:r>
      <w:r>
        <w:t>to unhon ne jawab diya, woh bhi hai. aisa lagta tha. ek hota hai, dekhen, zuban e haal kehte hain is ko. ek hota hai zuban e haal.</w:t>
      </w:r>
    </w:p>
    <w:p>
      <w:pPr>
        <w:jc w:val="right"/>
      </w:pPr>
      <w:r>
        <w:t>تو انہوں نے جواب دیا، وہ بھی ہے۔ ایسا لگتا تھا۔ ایک ہوتا ہے، دیکھیں، زبان قال کہتے ہیں اس کو۔ ایک ہوتا ہے زبان حال۔</w:t>
      </w:r>
    </w:p>
    <w:p>
      <w:r>
        <w:rPr>
          <w:b/>
        </w:rPr>
        <w:t xml:space="preserve">[09:15] </w:t>
      </w:r>
      <w:r>
        <w:t>yani spoken words ek hote hain. ek hota hai ke aap ki aap ke body language ya aap ka jo andaaz hai, us se pata chalta hai.</w:t>
      </w:r>
    </w:p>
    <w:p>
      <w:pPr>
        <w:jc w:val="right"/>
      </w:pPr>
      <w:r>
        <w:t>یعنی اسپوکن ورڈز ایک ہوتے ہیں۔ ایک ہوتا ہے کہ آپ کی آپ کے باڈی لینگویج یا آپ کا جو انداز ہے، اس سے پتہ چلتا ہے۔</w:t>
      </w:r>
    </w:p>
    <w:p>
      <w:r>
        <w:rPr>
          <w:b/>
        </w:rPr>
        <w:t xml:space="preserve">[09:26] </w:t>
      </w:r>
      <w:r>
        <w:t>to jab mein ne un se kaha ke yaar shadiyon mein itna kharch kar rahe hain aap, to laga ke woh bhi yahi bol rahe hain. is mein khuda kahan se aa gaya?</w:t>
      </w:r>
    </w:p>
    <w:p>
      <w:pPr>
        <w:jc w:val="right"/>
      </w:pPr>
      <w:r>
        <w:t>تو جب میں نے ان سے کہا کہ یار شادیوں میں اتنا خرچ کر رہے ہیں آپ، تو لگا کہ وہ بھی یہی بول رہے ہیں۔ اس میں خدا کہاں سے آ گیا؟</w:t>
      </w:r>
    </w:p>
    <w:p>
      <w:r>
        <w:rPr>
          <w:b/>
        </w:rPr>
        <w:t xml:space="preserve">[09:36] </w:t>
      </w:r>
      <w:r>
        <w:t>mujhe to kharch karna hai, mujhe to is ki dhoom machani hai.</w:t>
      </w:r>
    </w:p>
    <w:p>
      <w:pPr>
        <w:jc w:val="right"/>
      </w:pPr>
      <w:r>
        <w:t>مجھے تو خرچ کرنا ہے، مجھے تو اس کی دھوم مچانی ہے۔</w:t>
      </w:r>
    </w:p>
    <w:p>
      <w:r>
        <w:rPr>
          <w:b/>
        </w:rPr>
        <w:t xml:space="preserve">[09:44] </w:t>
      </w:r>
      <w:r>
        <w:t>ek sahab family oriented life un ki hai. bas subah se shaam tak family, family, family. to un se mein ne kaha to kya kehte hain woh?</w:t>
      </w:r>
    </w:p>
    <w:p>
      <w:pPr>
        <w:jc w:val="right"/>
      </w:pPr>
      <w:r>
        <w:t>ایک صاحب فیملی اوریٹڈ لائف ان کی ہے۔ بس صبح سے شام تک فیملی، فیملی، فیملی۔ تو ان سے میں نے کہا تو کیا کہتے ہیں وہ؟</w:t>
      </w:r>
    </w:p>
    <w:p>
      <w:r>
        <w:rPr>
          <w:b/>
        </w:rPr>
        <w:t xml:space="preserve">[09:56] </w:t>
      </w:r>
      <w:r>
        <w:t>rishtedaron ka haq to ada karna hai. unhon ne kaha khuda ka haq ada karna hai. khuda ke haq ki qeemat par aap rishtedaron ka haq ada kar rahe hain.</w:t>
      </w:r>
    </w:p>
    <w:p>
      <w:pPr>
        <w:jc w:val="right"/>
      </w:pPr>
      <w:r>
        <w:t>رشتہ داروں کا حق تو ادا کرنا ہے۔ انہوں نے کہا خدا کا حق ادا کرنا ہے۔ خدا کے حق کی قیمت پر آپ رشتہ داروں کا حق ادا کر رہے ہیں۔</w:t>
      </w:r>
    </w:p>
    <w:p>
      <w:r>
        <w:rPr>
          <w:b/>
        </w:rPr>
        <w:t xml:space="preserve">[10:10] </w:t>
      </w:r>
      <w:r>
        <w:t>khuda ke haq ki qeemat par aap rishtedaron ka haq ada kar rahe hain. woh bhi goya ke yahi keh rahe the ke is mein khuda kahan se aa gaya? yeh to mera mamla hai, meri rishtadari hai, to mujhe to karna padega.</w:t>
      </w:r>
    </w:p>
    <w:p>
      <w:pPr>
        <w:jc w:val="right"/>
      </w:pPr>
      <w:r>
        <w:t>خدا کے حق کی قیمت پر آپ رشتہ داروں کا حق ادا کر رہے ہیں۔ وہ بھی گویا کہ یہی کہہ رہے تھے کہ اس میں خدا کہاں سے آ گیا؟ یہ تو میرا معاملہ ہے، میری رشتہ داری ہے، تو مجھے تو کرنا پڑے گا۔</w:t>
      </w:r>
    </w:p>
    <w:p>
      <w:r>
        <w:rPr>
          <w:b/>
        </w:rPr>
        <w:t xml:space="preserve">[10:24] </w:t>
      </w:r>
      <w:r>
        <w:t>mein samajhta hoon ke jis ko bhi mein ne jab mein jis ko bhi kuch kehta hoon to woh bilkul static waqea mujhe yaad aa jata hai jis ne kaha tha property ke mamle mein khuda is mein kahan se aa gaya?</w:t>
      </w:r>
    </w:p>
    <w:p>
      <w:pPr>
        <w:jc w:val="right"/>
      </w:pPr>
      <w:r>
        <w:t>میں سمجھتا ہوں کہ جس کو بھی میں نے جب میں جس کو بھی کچھ کہتا ہوں تو وہ بالکل اسٹیٹک واقعہ مجھے یاد آ جاتا ہے جس نے کہا تھا پراپرٹی کے معاملے میں خدا اس میں کہاں سے آ گیا؟</w:t>
      </w:r>
    </w:p>
    <w:p>
      <w:r>
        <w:rPr>
          <w:b/>
        </w:rPr>
        <w:t xml:space="preserve">[10:41] </w:t>
      </w:r>
      <w:r>
        <w:t>har aadmi ya to zuban e haal se ya zuban e haal se yahi keh raha hota hai ke is mein khuda kahan se aa gaya?</w:t>
      </w:r>
    </w:p>
    <w:p>
      <w:pPr>
        <w:jc w:val="right"/>
      </w:pPr>
      <w:r>
        <w:t>ہر آدمی یا تو زبان حال سے یا زبان قال سے یہی کہہ رہا ہوتا ہے کہ اس میں خدا کہاں سے آ گیا؟</w:t>
      </w:r>
    </w:p>
    <w:p>
      <w:r>
        <w:rPr>
          <w:b/>
        </w:rPr>
        <w:t xml:space="preserve">[10:54] </w:t>
      </w:r>
      <w:r>
        <w:t>kabhi aap kisi se baat kar ke dekhiye,</w:t>
      </w:r>
    </w:p>
    <w:p>
      <w:pPr>
        <w:jc w:val="right"/>
      </w:pPr>
      <w:r>
        <w:t>کبھی آپ کسی سے بات کر کے دیکھیے،</w:t>
      </w:r>
    </w:p>
    <w:p>
      <w:r>
        <w:rPr>
          <w:b/>
        </w:rPr>
        <w:t xml:space="preserve">[11:00] </w:t>
      </w:r>
      <w:r>
        <w:t>ajeeb ajeeb qism ki logic pesh karega, ajeeb ajeeb qism ki excuse pesh karega.</w:t>
      </w:r>
    </w:p>
    <w:p>
      <w:pPr>
        <w:jc w:val="right"/>
      </w:pPr>
      <w:r>
        <w:t>عجیب عجیب قسم کی لاجک پیش کرے گا، عجیب عجیب قسم کی ایکسکیوز پیش کرے گا۔</w:t>
      </w:r>
    </w:p>
    <w:p>
      <w:r>
        <w:rPr>
          <w:b/>
        </w:rPr>
        <w:t xml:space="preserve">[11:08] </w:t>
      </w:r>
      <w:r>
        <w:t>to chahe yeh word na bole ke khuda is mein kahan se aa gaya, matlab yeh hoga ke is mein khuda kahan se aa gaya?</w:t>
      </w:r>
    </w:p>
    <w:p>
      <w:pPr>
        <w:jc w:val="right"/>
      </w:pPr>
      <w:r>
        <w:t>تو چاہے یہ ورڈ نہ بولے کہ خدا اس میں کہاں سے آ گیا، مطلب یہ ہوگا کہ اس میں خدا کہاں سے آ گیا؟</w:t>
      </w:r>
    </w:p>
    <w:p>
      <w:r>
        <w:rPr>
          <w:b/>
        </w:rPr>
        <w:t xml:space="preserve">[11:21] </w:t>
      </w:r>
      <w:r>
        <w:t>how does god come into the picture? aap ghor kijiye jis khuda ne aap ko banaya hai, jo aap ko is mitti se khane ki cheezen uga raha hai,</w:t>
      </w:r>
    </w:p>
    <w:p>
      <w:pPr>
        <w:jc w:val="right"/>
      </w:pPr>
      <w:r>
        <w:t>ہاؤ ڈز گاڈ کم انٹو دا پکچر؟ آپ غور کیجئے جس خدا نے آپ کو بنایا ہے، جو آپ کو اس مٹی سے کھانے کی چیزیں اگا رہا ہے،</w:t>
      </w:r>
    </w:p>
    <w:p>
      <w:r>
        <w:rPr>
          <w:b/>
        </w:rPr>
        <w:t xml:space="preserve">[11:35] </w:t>
      </w:r>
      <w:r>
        <w:t>jo aap ko naukaron aur tees lakh meel door se sun light bhi bhej raha hai, jo chaubees ghante aap ko oxygen supply kar raha hai, jis ne water ka ek samandar bahar rakha hai aap ki zaroorat ke liye,</w:t>
      </w:r>
    </w:p>
    <w:p>
      <w:pPr>
        <w:jc w:val="right"/>
      </w:pPr>
      <w:r>
        <w:t>جو آپ کو نوکروں اور تیس لاکھ میل دور سے سن لائٹ بھیج رہا ہے، جو چوبیس گھنٹے آپ کو آکسیجن سپلائی کر رہا ہے، جس نے واٹر کا ایک سمندر باہر رکھا ہے آپ کی ضرورت کے لیے،</w:t>
      </w:r>
    </w:p>
    <w:p>
      <w:r>
        <w:rPr>
          <w:b/>
        </w:rPr>
        <w:t xml:space="preserve">[11:54] </w:t>
      </w:r>
      <w:r>
        <w:t>us ko aap kaha jaye to aap ko khuda is mein kahan se aa gaya?</w:t>
      </w:r>
    </w:p>
    <w:p>
      <w:pPr>
        <w:jc w:val="right"/>
      </w:pPr>
      <w:r>
        <w:t>اس کو آپ کہا جائے تو آپ کو خدا اس میں کہاں سے آ گیا؟</w:t>
      </w:r>
    </w:p>
    <w:p>
      <w:r>
        <w:rPr>
          <w:b/>
        </w:rPr>
        <w:t xml:space="preserve">[12:02] </w:t>
      </w:r>
      <w:r>
        <w:t>aam logon ki zindagi ka yeh maamla hai. jis ko bhi dekhen woh aisi baat bolay ga jis ka matlab yeh hoga ke khuda is mein kahan se aa gaya?</w:t>
      </w:r>
    </w:p>
    <w:p>
      <w:pPr>
        <w:jc w:val="right"/>
      </w:pPr>
      <w:r>
        <w:t>عام لوگوں کی زندگی کا یہ معاملہ ہے۔ جس کو بھی دیکھیں وہ ایسی بات بولے گا جس کا مطلب یہ ہوگا کہ خدا اس میں کہاں سے آ گیا؟</w:t>
      </w:r>
    </w:p>
    <w:p>
      <w:r>
        <w:rPr>
          <w:b/>
        </w:rPr>
        <w:t xml:space="preserve">[12:14] </w:t>
      </w:r>
      <w:r>
        <w:t>lekin jo baray baray top ke log hain,</w:t>
      </w:r>
    </w:p>
    <w:p>
      <w:pPr>
        <w:jc w:val="right"/>
      </w:pPr>
      <w:r>
        <w:t>لیکن جو بڑے بڑے ٹاپ کے لوگ ہیں،</w:t>
      </w:r>
    </w:p>
    <w:p>
      <w:r>
        <w:rPr>
          <w:b/>
        </w:rPr>
        <w:t xml:space="preserve">[12:20] </w:t>
      </w:r>
      <w:r>
        <w:t>woh bhi woh bhi yahi isi mein phansay hue hain. jaise aap dekhiye,</w:t>
      </w:r>
    </w:p>
    <w:p>
      <w:pPr>
        <w:jc w:val="right"/>
      </w:pPr>
      <w:r>
        <w:t>وہ بھی وہ بھی یہی اسی میں پھنسے ہوئے ہیں۔ جیسے آپ دیکھیے،</w:t>
      </w:r>
    </w:p>
    <w:p>
      <w:r>
        <w:rPr>
          <w:b/>
        </w:rPr>
        <w:t xml:space="preserve">[12:33] </w:t>
      </w:r>
      <w:r>
        <w:t>science mein jab discoveries huien aur law of nature ka pata chala, is se pehle aadmi law of nature ko bohat kam janta tha.</w:t>
      </w:r>
    </w:p>
    <w:p>
      <w:pPr>
        <w:jc w:val="right"/>
      </w:pPr>
      <w:r>
        <w:t>سائنس میں جب ڈسکوریز ہوئیں اور لاء آف نیچر کا پتہ چلا، اس سے پہلے آدمی لاء آف نیچر کو بہت کم جانتا تھا۔</w:t>
      </w:r>
    </w:p>
    <w:p>
      <w:r>
        <w:rPr>
          <w:b/>
        </w:rPr>
        <w:t xml:space="preserve">[12:44] </w:t>
      </w:r>
      <w:r>
        <w:t>science mein jo discoveries huien, jab telescope bana aur microscope bana aur bohat sari cheezain banin, to law of nature ki discovery huwi.</w:t>
      </w:r>
    </w:p>
    <w:p>
      <w:pPr>
        <w:jc w:val="right"/>
      </w:pPr>
      <w:r>
        <w:t>سائنس میں جو ڈسکوریز ہوئیں، جب ٹیلیسکوپ بنا اور مائیکروسکوپ بنا اور بہت ساری چیزیں بنیں، تو لاء آف نیچر کی ڈسکوری ہوئی۔</w:t>
      </w:r>
    </w:p>
    <w:p>
      <w:r>
        <w:rPr>
          <w:b/>
        </w:rPr>
        <w:t xml:space="preserve">[12:56] </w:t>
      </w:r>
      <w:r>
        <w:t>to kuch logon ne is se iflas banai ke</w:t>
      </w:r>
    </w:p>
    <w:p>
      <w:pPr>
        <w:jc w:val="right"/>
      </w:pPr>
      <w:r>
        <w:t>تو کچھ لوگوں نے اس سے افلاس بنائی کہ</w:t>
      </w:r>
    </w:p>
    <w:p>
      <w:r>
        <w:rPr>
          <w:b/>
        </w:rPr>
        <w:t xml:space="preserve">[13:03] </w:t>
      </w:r>
      <w:r>
        <w:t>yeh sab kuch to law of nature se ho raha hai, is mein khuda kahan se aa gaya?</w:t>
      </w:r>
    </w:p>
    <w:p>
      <w:pPr>
        <w:jc w:val="right"/>
      </w:pPr>
      <w:r>
        <w:t>یہ سب کچھ تو لاء آف نیچر سے ہو رہا ہے، اس میں خدا کہاں سے آ گیا؟</w:t>
      </w:r>
    </w:p>
    <w:p>
      <w:r>
        <w:rPr>
          <w:b/>
        </w:rPr>
        <w:t xml:space="preserve">[13:13] </w:t>
      </w:r>
      <w:r>
        <w:t>yeh sab kuch jo ho raha hai, woh to law of nature se ho raha hai, is mein khuda kahan se aa gaya? to unhon ne formula banaya ke "If events are due to natural causes, they are not due to supernatural causes." "If events are due to natural causes,</w:t>
      </w:r>
    </w:p>
    <w:p>
      <w:pPr>
        <w:jc w:val="right"/>
      </w:pPr>
      <w:r>
        <w:t>یہ سب کچھ جو ہو رہا ہے، وہ تو لاء آف نیچر سے ہو رہا ہے، اس میں خدا کہاں سے آ گیا؟ تو انہوں نے فارمولا بنایا کہ "If events are due to natural causes, they are not due to supernatural causes." "If events are due to natural causes,</w:t>
      </w:r>
    </w:p>
    <w:p>
      <w:r>
        <w:rPr>
          <w:b/>
        </w:rPr>
        <w:t xml:space="preserve">[13:34] </w:t>
      </w:r>
      <w:r>
        <w:t>they are not due to supernatural causes."</w:t>
      </w:r>
    </w:p>
    <w:p>
      <w:pPr>
        <w:jc w:val="right"/>
      </w:pPr>
      <w:r>
        <w:t>they are not due to supernatural causes."</w:t>
      </w:r>
    </w:p>
    <w:p>
      <w:r>
        <w:rPr>
          <w:b/>
        </w:rPr>
        <w:t xml:space="preserve">[13:39] </w:t>
      </w:r>
      <w:r>
        <w:t>yani moti si baat thi ke woh woh law of nature kis ne set kiya, kis ne banaya? woh law of nature jo hai, woh bhi to kisi ne create kiya.</w:t>
      </w:r>
    </w:p>
    <w:p>
      <w:pPr>
        <w:jc w:val="right"/>
      </w:pPr>
      <w:r>
        <w:t>یعنی موٹی سی بات تھی کہ وہ وہ لاء آف نیچر کس نے سیٹ کیا، کس نے بنایا؟ وہ لاء آف نیچر جو ہے، وہ بھی تو کسی نے کریٹ کیا۔</w:t>
      </w:r>
    </w:p>
    <w:p>
      <w:r>
        <w:rPr>
          <w:b/>
        </w:rPr>
        <w:t xml:space="preserve">[13:50] </w:t>
      </w:r>
      <w:r>
        <w:t>woh bhi to kisi ne create kiya.</w:t>
      </w:r>
    </w:p>
    <w:p>
      <w:pPr>
        <w:jc w:val="right"/>
      </w:pPr>
      <w:r>
        <w:t>وہ بھی تو کسی نے کریٹ کیا۔</w:t>
      </w:r>
    </w:p>
    <w:p>
      <w:r>
        <w:rPr>
          <w:b/>
        </w:rPr>
        <w:t xml:space="preserve">[13:55] </w:t>
      </w:r>
      <w:r>
        <w:t>law of nature apne aap kahin se aa gaya.</w:t>
      </w:r>
    </w:p>
    <w:p>
      <w:pPr>
        <w:jc w:val="right"/>
      </w:pPr>
      <w:r>
        <w:t>لاء آف نیچر اپنے آپ کہیں سے آ گیا۔</w:t>
      </w:r>
    </w:p>
    <w:p>
      <w:r>
        <w:rPr>
          <w:b/>
        </w:rPr>
        <w:t xml:space="preserve">[14:05] </w:t>
      </w:r>
      <w:r>
        <w:t>to mein ne apni kitab mein is ka zikr karte hue likha tha ke "Nature does not explain. She is herself in need of explanation."</w:t>
      </w:r>
    </w:p>
    <w:p>
      <w:pPr>
        <w:jc w:val="right"/>
      </w:pPr>
      <w:r>
        <w:t>تو میں نے اپنی کتاب میں اس کا ذکر کرتے ہوئے لکھا تھا کہ "Nature does not explain. She is herself in need of explanation."</w:t>
      </w:r>
    </w:p>
    <w:p>
      <w:r>
        <w:rPr>
          <w:b/>
        </w:rPr>
        <w:t xml:space="preserve">[14:18] </w:t>
      </w:r>
      <w:r>
        <w:t>"Nature does not explain. She is herself in need of explanation." lekin bas aik baat mili un ko law of nature to keh diya ke is mein khuda kahan se aa gaya?</w:t>
      </w:r>
    </w:p>
    <w:p>
      <w:pPr>
        <w:jc w:val="right"/>
      </w:pPr>
      <w:r>
        <w:t>"Nature does not explain. She is herself in need of explanation." لیکن بس ایک بات ملی ان کو لاء آف نیچر تو کہہ دیا کہ اس میں خدا کہاں سے آ گیا؟</w:t>
      </w:r>
    </w:p>
    <w:p>
      <w:r>
        <w:rPr>
          <w:b/>
        </w:rPr>
        <w:t xml:space="preserve">[14:34] </w:t>
      </w:r>
      <w:r>
        <w:t>ab dekhiye, ab darwin ki theory jo bohat dunya mein itna chhai hai ke shayad hi koi educated aadmi is ko na manta ho. taqreeban saare educated log jo hain, woh darwin ki theory ko mante hain.</w:t>
      </w:r>
    </w:p>
    <w:p>
      <w:pPr>
        <w:jc w:val="right"/>
      </w:pPr>
      <w:r>
        <w:t>اب دیکھیے، اب ڈارون کی تھیوری جو بہت دنیا میں اتنا چھائی ہے کہ شاید ہی کوئی ایجوکیٹڈ آدمی اس کو نہ مانتا ہو۔ تقریباً سارے ایجوکیٹڈ لوگ جو ہیں، وہ ڈارون کی تھیوری کو مانتے ہیں۔</w:t>
      </w:r>
    </w:p>
    <w:p>
      <w:r>
        <w:rPr>
          <w:b/>
        </w:rPr>
        <w:t xml:space="preserve">[14:50] </w:t>
      </w:r>
      <w:r>
        <w:t>agarche mein is ko base less manta hoon, base less, lekin us waqt mein idhar nahi jaon ga. sirf mein yeh kahon ga ke darwin ne apne study mein dekha ke species hain, bohat different type ki, aur un mein similarities hain.</w:t>
      </w:r>
    </w:p>
    <w:p>
      <w:pPr>
        <w:jc w:val="right"/>
      </w:pPr>
      <w:r>
        <w:t>اگرچہ میں اس کو بیس لیس مانتا ہوں، بیس لیس، لیکن اس وقت میں ادھر نہیں جاؤں گا۔ صرف میں یہ کہوں گا کہ ڈارون نے اپنے اسٹڈی میں دیکھا کہ اسپیشیز ہیں، بہت ڈفرنٹ ٹائپ کی، اور ان میں سیمیلیٹیز ہیں۔</w:t>
      </w:r>
    </w:p>
    <w:p>
      <w:r>
        <w:rPr>
          <w:b/>
        </w:rPr>
        <w:t xml:space="preserve">[15:09] </w:t>
      </w:r>
      <w:r>
        <w:t>to unhon ne yeh nikala ke jo similarities hain, is se yeh nikala ke is se woh, is se woh nikalta raha. to is mein bhi saare logon ne jab yeh dekha ke yahan to evolution se species wajood mein aa rahi hain,</w:t>
      </w:r>
    </w:p>
    <w:p>
      <w:pPr>
        <w:jc w:val="right"/>
      </w:pPr>
      <w:r>
        <w:t>تو انہوں نے یہ نکالا کہ جو سیمیلیٹیز ہیں، اس سے یہ نکالا کہ اس سے وہ، اس سے وہ نکلتا رہا۔ تو اس میں بھی سارے لوگوں نے جب یہ دیکھا کہ یہاں تو ایولوشن سے اسپیشیز وجود میں آ رہی ہیں،</w:t>
      </w:r>
    </w:p>
    <w:p>
      <w:r>
        <w:rPr>
          <w:b/>
        </w:rPr>
        <w:t xml:space="preserve">[15:27] </w:t>
      </w:r>
      <w:r>
        <w:t>to unhon ne bas unhon ne maan liya ke is waqt unhon ne bhi kaha ke khuda is mein kahan se aa gaya? yani evolutionary process sab kuch ho raha hai.</w:t>
      </w:r>
    </w:p>
    <w:p>
      <w:pPr>
        <w:jc w:val="right"/>
      </w:pPr>
      <w:r>
        <w:t>تو انہوں نے بس انہوں نے مان لیا کہ اس وقت انہوں نے بھی کہا کہ خدا اس میں کہاں سے آ گیا؟ یعنی ایولوشنری پروسیس سب کچھ ہو رہا ہے۔</w:t>
      </w:r>
    </w:p>
    <w:p>
      <w:r>
        <w:rPr>
          <w:b/>
        </w:rPr>
        <w:t xml:space="preserve">[15:38] </w:t>
      </w:r>
      <w:r>
        <w:t>agarche mein is ko nahi manta hoon, woh woh woh woh baat bhi galat thi jo darwin ne kaha tha. lekin is ko chhortay hue mein kahon ga ke agar yeh maan liya jaye ke aik evolutionary process hai, to sari process kis ne banaya?</w:t>
      </w:r>
    </w:p>
    <w:p>
      <w:pPr>
        <w:jc w:val="right"/>
      </w:pPr>
      <w:r>
        <w:t>اگرچہ میں اس کو نہیں مانتا ہوں، وہ وہ وہ وہ بات بھی غلط تھی جو ڈارون نے کہا تھا۔ لیکن اس کو چھوڑتے ہوئے میں کہوں گا کہ اگر یہ مان لیا جائے کہ ایک ایولوشنری پروسیس ہے، تو ساری پروسیس کس نے بنایا؟</w:t>
      </w:r>
    </w:p>
    <w:p>
      <w:r>
        <w:rPr>
          <w:b/>
        </w:rPr>
        <w:t xml:space="preserve">[15:55] </w:t>
      </w:r>
      <w:r>
        <w:t>process kis ne create kiya? process kon control kar raha hai? is process ko kon control kar raha hai? bas yeh keh de ke ab is mein khuda kahan se aa gaya?</w:t>
      </w:r>
    </w:p>
    <w:p>
      <w:pPr>
        <w:jc w:val="right"/>
      </w:pPr>
      <w:r>
        <w:t>پروسیس کس نے کریٹ کیا؟ پروسیس کون کنٹرول کر رہا ہے؟ اس پروسیس کو کون کنٹرول کر رہا ہے؟ بس یہ کہہ دے کہ اب اس میں خدا کہاں سے آ گیا؟</w:t>
      </w:r>
    </w:p>
    <w:p>
      <w:r>
        <w:rPr>
          <w:b/>
        </w:rPr>
        <w:t xml:space="preserve">[16:10] </w:t>
      </w:r>
      <w:r>
        <w:t>yani evolutionary process apne aap sab kuch kar raha hai. is mein khuda ki kya zaroorat hai? yeh nahi ke kisi ne socha ke agar suppose kar liya jaye ke aik evolutionary process hai yahan par, tab bhi woh process kis ne create kiya?</w:t>
      </w:r>
    </w:p>
    <w:p>
      <w:pPr>
        <w:jc w:val="right"/>
      </w:pPr>
      <w:r>
        <w:t>یعنی ایولوشنری پروسیس اپنے آپ سب کچھ کر رہا ہے۔ اس میں خدا کی کیا ضرورت ہے؟ یہ نہیں کہ کسی نے سوچا کہ اگر سپوز کر دیا جائے کہ ایک ایولوشنری پروسیس ہے یہاں پر، تب بھی وہ پروسیس کس نے کریٹ کیا؟</w:t>
      </w:r>
    </w:p>
    <w:p>
      <w:r>
        <w:rPr>
          <w:b/>
        </w:rPr>
        <w:t xml:space="preserve">[16:27] </w:t>
      </w:r>
      <w:r>
        <w:t>is process ko kon control kar raha hai? bas aik woh dehat ka aadmi tha jis ne kaha tha mujh se ke is mein khuda kahan se aa gaya?</w:t>
      </w:r>
    </w:p>
    <w:p>
      <w:pPr>
        <w:jc w:val="right"/>
      </w:pPr>
      <w:r>
        <w:t>اس پروسیس کو کون کنٹرول کر رہا ہے؟ بس ایک وہ دیہات کا آدمی تھا جس نے کہا تھا مجھ سے کہ اس میں خدا کہاں سے آ گیا؟</w:t>
      </w:r>
    </w:p>
    <w:p>
      <w:r>
        <w:rPr>
          <w:b/>
        </w:rPr>
        <w:t xml:space="preserve">[16:38] </w:t>
      </w:r>
      <w:r>
        <w:t>lekin saare scholar, baray baray mind bhi yahi keh rahe hain ke is mein khuda kahan se aa gaya?</w:t>
      </w:r>
    </w:p>
    <w:p>
      <w:pPr>
        <w:jc w:val="right"/>
      </w:pPr>
      <w:r>
        <w:t>لیکن سارے اسکالر، بڑے بڑے مائنڈ بھی یہی کہہ رہے ہیں کہ اس میں خدا کہاں سے آ گیا؟</w:t>
      </w:r>
    </w:p>
    <w:p>
      <w:r>
        <w:rPr>
          <w:b/>
        </w:rPr>
        <w:t xml:space="preserve">[16:47] </w:t>
      </w:r>
      <w:r>
        <w:t>aisa shaitan ne behkaya hai logon ko ke har cheez ka aik aik is mein explanation nikal kar ke foran keh dete hain ke is mein khuda kahan se aa gaya?</w:t>
      </w:r>
    </w:p>
    <w:p>
      <w:pPr>
        <w:jc w:val="right"/>
      </w:pPr>
      <w:r>
        <w:t>ایسا شیطان نے بہکایا ہے لوگوں کو کہ ہر چیز کا ایک ایک اس میں ایکسپلینیشن نکال کر کے فوراً کہہ دیتے ہیں کہ اس میں خدا کہاں سے آ گیا؟</w:t>
      </w:r>
    </w:p>
    <w:p>
      <w:r>
        <w:rPr>
          <w:b/>
        </w:rPr>
        <w:t xml:space="preserve">[17:02] </w:t>
      </w:r>
      <w:r>
        <w:t>isi tarah dekhiye, marx ne jo samaj mein jo taraqqi ka amal hai, samaj mein jo taraqqi ka amal hai, is ka bhi aik dhoond liya unhon ne khuda ke baghair aik law jis ko marx kehta tha,</w:t>
      </w:r>
    </w:p>
    <w:p>
      <w:pPr>
        <w:jc w:val="right"/>
      </w:pPr>
      <w:r>
        <w:t>اسی طرح دیکھیے، مارس نے جو سماج میں جو ترقی کا عمل ہے، سماج میں جو ترقی کا عمل ہے، اس کا بھی ایک ڈھونڈ لیا انہوں نے خدا کے بغیر ایک لاء جس کو مارس کہتا تھا،</w:t>
      </w:r>
    </w:p>
    <w:p>
      <w:r>
        <w:rPr>
          <w:b/>
        </w:rPr>
        <w:t xml:space="preserve">[17:19] </w:t>
      </w:r>
      <w:r>
        <w:t>yani dialectical materialism. yeh concept pehle hegel ne pesh kiya tha. is is concept ko develop kar ke marx ne kaha dialectical materialism.</w:t>
      </w:r>
    </w:p>
    <w:p>
      <w:pPr>
        <w:jc w:val="right"/>
      </w:pPr>
      <w:r>
        <w:t>یعنی ڈائیلیکٹیکل مٹیریلزم۔ یہ کانسیپٹ پہلے ہیگل نے پیش کیا تھا۔ اس اس کانسیپٹ کو ڈیولپ کر کے مارس نے کہا ڈائیلیکٹیکل مٹیریلزم۔</w:t>
      </w:r>
    </w:p>
    <w:p>
      <w:r>
        <w:rPr>
          <w:b/>
        </w:rPr>
        <w:t xml:space="preserve">[17:33] </w:t>
      </w:r>
      <w:r>
        <w:t>aur sab kuch isi se ho raha hai. samaj mein irtaqa isi se ho raha hai.</w:t>
      </w:r>
    </w:p>
    <w:p>
      <w:pPr>
        <w:jc w:val="right"/>
      </w:pPr>
      <w:r>
        <w:t>اور سب کچھ اسی سے ہو رہا ہے۔ سماج میں ارتقاء اسی سے ہو رہا ہے۔</w:t>
      </w:r>
    </w:p>
    <w:p>
      <w:r>
        <w:rPr>
          <w:b/>
        </w:rPr>
        <w:t xml:space="preserve">[17:40] </w:t>
      </w:r>
      <w:r>
        <w:t>saari taraqqiyan isi se ho rahi hain, samajee taraqqiyan. phir wahan bhi jo un ki aap parhiye, un ki kitabon ko to lagta hai ke between the line yahi hai ke is mein khuda kahan se aa gaya?</w:t>
      </w:r>
    </w:p>
    <w:p>
      <w:pPr>
        <w:jc w:val="right"/>
      </w:pPr>
      <w:r>
        <w:t>ساری ترقیاں اسی سے ہو رہی ہیں، سماجی ترقیاں۔ پھر وہاں بھی جو ان کی آپ پڑھیے، ان کی کتابوں کو تو لگتا ہے کہ بٹوین دا لائن یہی ہے کہ اس میں خدا کہاں سے آ گیا؟</w:t>
      </w:r>
    </w:p>
    <w:p>
      <w:r>
        <w:rPr>
          <w:b/>
        </w:rPr>
        <w:t xml:space="preserve">[17:53] </w:t>
      </w:r>
      <w:r>
        <w:t>yeh to aik dialectical process hai, is se sab kuch ho raha hai. is mein khuda kahan se aa gaya?</w:t>
      </w:r>
    </w:p>
    <w:p>
      <w:pPr>
        <w:jc w:val="right"/>
      </w:pPr>
      <w:r>
        <w:t>یہ تو ایک ڈائیلیکٹیکل پروسیس ہے، اس سے سب کچھ ہو رہا ہے۔ اس میں خدا کہاں سے آ گیا؟</w:t>
      </w:r>
    </w:p>
    <w:p>
      <w:r>
        <w:rPr>
          <w:b/>
        </w:rPr>
        <w:t xml:space="preserve">[18:02] </w:t>
      </w:r>
      <w:r>
        <w:t>bhai sawal yeh hai ke agar woh process hai to is process ko kaun control kar raha hai?</w:t>
      </w:r>
    </w:p>
    <w:p>
      <w:pPr>
        <w:jc w:val="right"/>
      </w:pPr>
      <w:r>
        <w:t>بھئی سوال یہ ہے کہ اگر وہ پروسیس ہے تو اس پروسیس کو کون کنٹرول کر رہا ہے؟</w:t>
      </w:r>
    </w:p>
    <w:p>
      <w:r>
        <w:rPr>
          <w:b/>
        </w:rPr>
        <w:t xml:space="preserve">[18:10] </w:t>
      </w:r>
      <w:r>
        <w:t>woh kaun hai jo is process ko control kar raha hai? main to samajhta hoon ke khuda ka mamla yeh hai ke</w:t>
      </w:r>
    </w:p>
    <w:p>
      <w:pPr>
        <w:jc w:val="right"/>
      </w:pPr>
      <w:r>
        <w:t>وہ کون ہے جو اس پروسیس کو کنٹرول کر رہا ہے؟ میں تو سمجھتا ہوں کہ خدا کا معاملہ یہ ہے کہ</w:t>
      </w:r>
    </w:p>
    <w:p>
      <w:r>
        <w:rPr>
          <w:b/>
        </w:rPr>
        <w:t xml:space="preserve">[18:22] </w:t>
      </w:r>
      <w:r>
        <w:t>apni creation mein khuda aakhri had tak zahir hai. lekin is ka jo apna existence hai, woh hamari aankhon ke samne nahi hai.</w:t>
      </w:r>
    </w:p>
    <w:p>
      <w:pPr>
        <w:jc w:val="right"/>
      </w:pPr>
      <w:r>
        <w:t>اپنی کریشن میں خدا آخری حد تک ظاہر ہے۔ لیکن اس کا جو اپنا ایگزسٹنس ہے، وہ ہماری آنکھوں کے سامنے نہیں ہے۔</w:t>
      </w:r>
    </w:p>
    <w:p>
      <w:r>
        <w:rPr>
          <w:b/>
        </w:rPr>
        <w:t xml:space="preserve">[18:35] </w:t>
      </w:r>
      <w:r>
        <w:t>yani agar main kahoon ke most obvious hote hue, woh most unknown hai.</w:t>
      </w:r>
    </w:p>
    <w:p>
      <w:pPr>
        <w:jc w:val="right"/>
      </w:pPr>
      <w:r>
        <w:t>یعنی اگر میں کہوں کہ موسٹ ابویس ہوتے ہوئے، وہ موسٹ ان نون ہے۔</w:t>
      </w:r>
    </w:p>
    <w:p>
      <w:r>
        <w:rPr>
          <w:b/>
        </w:rPr>
        <w:t xml:space="preserve">[18:46] </w:t>
      </w:r>
      <w:r>
        <w:t>agar aap theek mind se sochen, aap ke andar right of thinking ho, yani art of thinking, art of thinking agar aap ke andar ho, aur bias na ho aap ke andar,</w:t>
      </w:r>
    </w:p>
    <w:p>
      <w:pPr>
        <w:jc w:val="right"/>
      </w:pPr>
      <w:r>
        <w:t>اگر آپ ٹھیک مائنڈ سے سوچیں، آپ کے اندر رائٹ آف تھنکنگ ہو، یعنی آرٹ آف تھنکنگ، آرٹ آف تھنکنگ اگر آپ کے اندر ہو، اور بائس نہ ہو آپ کے اندر،</w:t>
      </w:r>
    </w:p>
    <w:p>
      <w:r>
        <w:rPr>
          <w:b/>
        </w:rPr>
        <w:t xml:space="preserve">[19:05] </w:t>
      </w:r>
      <w:r>
        <w:t>kisi bhi bias ke baghair aap soch rahe hon, to har cheez aap ko bolay gi. nature ki aik aik cheez bolay gi</w:t>
      </w:r>
    </w:p>
    <w:p>
      <w:pPr>
        <w:jc w:val="right"/>
      </w:pPr>
      <w:r>
        <w:t>کسی بھی بائس کے بغیر آپ سوچ رہے ہوں، تو ہر چیز آپ کو بولے گی۔ نیچر کی ایک ایک چیز بولے گی</w:t>
      </w:r>
    </w:p>
    <w:p>
      <w:r>
        <w:rPr>
          <w:b/>
        </w:rPr>
        <w:t xml:space="preserve">[19:17] </w:t>
      </w:r>
      <w:r>
        <w:t>ke ke aik khuda hai jis ne hum ko create kiya hai. lekin jab aap ko bias mein hon, aap to kuch bhi nahi hoga.</w:t>
      </w:r>
    </w:p>
    <w:p>
      <w:pPr>
        <w:jc w:val="right"/>
      </w:pPr>
      <w:r>
        <w:t>کہ کہ ایک خدا ہے جس نے ہم کو کریٹ کیا ہے۔ لیکن جب آپ کو بائس میں ہوں، آپ تو کچھ بھی نہیں ہوگا۔</w:t>
      </w:r>
    </w:p>
    <w:p>
      <w:r>
        <w:rPr>
          <w:b/>
        </w:rPr>
        <w:t xml:space="preserve">[19:27] </w:t>
      </w:r>
      <w:r>
        <w:t>jaise abhi jaldi ki baat hai, chand din ki baat hai, kuch log aaye, aik woh India hi ke thay, woh lekin door ke shehar se aaye thay.</w:t>
      </w:r>
    </w:p>
    <w:p>
      <w:pPr>
        <w:jc w:val="right"/>
      </w:pPr>
      <w:r>
        <w:t>جیسے ابھی جلدی کی بات ہے، چند دن کی بات ہے، کچھ لوگ آئے، ایک وہ انڈیا ہی کے تھے، وہ لیکن دور کے شہر سے آئے تھے۔</w:t>
      </w:r>
    </w:p>
    <w:p>
      <w:r>
        <w:rPr>
          <w:b/>
        </w:rPr>
        <w:t xml:space="preserve">[19:40] </w:t>
      </w:r>
      <w:r>
        <w:t>yani dilli se taqreeban hazar kilometer ka faasla hai. to hazar kilometer ke faasle se aaye thay chhe aadmi. maine kaha kahan ja rahe hain?</w:t>
      </w:r>
    </w:p>
    <w:p>
      <w:pPr>
        <w:jc w:val="right"/>
      </w:pPr>
      <w:r>
        <w:t>یعنی دلی سے تقریباً ہزار کلومیٹر کا فاصلہ ہے۔ تو ہزار کلومیٹر کے فاصلے سے آئے تھے چھ آدمی۔ میں نے کہا کہاں جا رہے ہیں؟</w:t>
      </w:r>
    </w:p>
    <w:p>
      <w:r>
        <w:rPr>
          <w:b/>
        </w:rPr>
        <w:t xml:space="preserve">[19:48] </w:t>
      </w:r>
      <w:r>
        <w:t>unhon ne kaha ke taj mahal dekhne ja rahe hain. aur sab bohat hi, yani paise wale log dikhai padte thay. aur sath sath yeh hai ke un ka kapra aur un ka topi lagta tha ke yeh woh hain deendar log hain.</w:t>
      </w:r>
    </w:p>
    <w:p>
      <w:pPr>
        <w:jc w:val="right"/>
      </w:pPr>
      <w:r>
        <w:t>انہوں نے کہا کہ تاج محل دیکھنے جا رہے ہیں۔ اور سب بہت ہی، یعنی پیسے والے لوگ دکھائی پڑتے تھے۔ اور ساتھ ساتھ یہ ہے کہ ان کا کپڑا اور ان کا ٹوپی لگتا تھا کہ یہ وہ ہیں دیندار لوگ ہیں۔</w:t>
      </w:r>
    </w:p>
    <w:p>
      <w:r>
        <w:rPr>
          <w:b/>
        </w:rPr>
        <w:t xml:space="preserve">[20:05] </w:t>
      </w:r>
      <w:r>
        <w:t>to ja rahe thay taj mahal dekhne ke liye.</w:t>
      </w:r>
    </w:p>
    <w:p>
      <w:pPr>
        <w:jc w:val="right"/>
      </w:pPr>
      <w:r>
        <w:t>تو جا رہے تھے تاج محل دیکھنے کے لیے۔</w:t>
      </w:r>
    </w:p>
    <w:p>
      <w:r>
        <w:rPr>
          <w:b/>
        </w:rPr>
        <w:t xml:space="preserve">[20:11] </w:t>
      </w:r>
      <w:r>
        <w:t>maine kaha ke taj mahal maine bhi dekha hai, lekin ghaas mein jo beauty hai, woh taj mahal mein nahi hai.</w:t>
      </w:r>
    </w:p>
    <w:p>
      <w:pPr>
        <w:jc w:val="right"/>
      </w:pPr>
      <w:r>
        <w:t>میں نے کہا کہ تاج محل میں نے بھی دیکھا ہے، لیکن گھاس میں جو بیوٹی ہے، وہ تاج محل میں نہیں ہے۔</w:t>
      </w:r>
    </w:p>
    <w:p>
      <w:r>
        <w:rPr>
          <w:b/>
        </w:rPr>
        <w:t xml:space="preserve">[20:21] </w:t>
      </w:r>
      <w:r>
        <w:t>even a blade of grass is more beautiful than taj mahal. aap dekhiye, ghaas ke pattiyon ko dekhiye, darakhton ko dekhiye, nature ko dekhiye.</w:t>
      </w:r>
    </w:p>
    <w:p>
      <w:pPr>
        <w:jc w:val="right"/>
      </w:pPr>
      <w:r>
        <w:t>ایون ا بلیڈ آف گراس از موسٹ بیوٹی فل دین تاج محل۔ آپ دیکھیے، گھاس کے پتیوں کو دیکھیے، درختوں کو دیکھیے، نیچر کو دیکھیے۔</w:t>
      </w:r>
    </w:p>
    <w:p>
      <w:r>
        <w:rPr>
          <w:b/>
        </w:rPr>
        <w:t xml:space="preserve">[20:35] </w:t>
      </w:r>
      <w:r>
        <w:t>to maine kaha ke wahan aap ke aas pas darakht hon ge, ghaas hogi, nature hoga. is mein aap ko nahi mila kuch dekhne ke liye ke aap taj mahal dekhne ja rahe hain.</w:t>
      </w:r>
    </w:p>
    <w:p>
      <w:pPr>
        <w:jc w:val="right"/>
      </w:pPr>
      <w:r>
        <w:t>تو میں نے کہا کہ وہاں آپ کے آس پاس درخت ہوں گے، گھاس ہوگی، نیچر ہوگا۔ اس میں آپ کو نہیں ملا کچھ دیکھنے کے لیے کہ آپ تاج محل دیکھنے جا رہے ہیں۔</w:t>
      </w:r>
    </w:p>
    <w:p>
      <w:r>
        <w:rPr>
          <w:b/>
        </w:rPr>
        <w:t xml:space="preserve">[20:49] </w:t>
      </w:r>
      <w:r>
        <w:t>to aisi cheez hai ke log jo hain, aik qism ki blindness mein mubtala hain. khuda most obvious hai har jagah, har jagah, har jagah.</w:t>
      </w:r>
    </w:p>
    <w:p>
      <w:pPr>
        <w:jc w:val="right"/>
      </w:pPr>
      <w:r>
        <w:t>تو ایسی چیز ہے کہ لوگ جو ہیں، ایک قسم کی بلائنڈنس میں مبتلا ہیں۔ خدا موسٹ ابویس ہے ہر جگہ، ہر جگہ، ہر جگہ۔</w:t>
      </w:r>
    </w:p>
    <w:p>
      <w:r>
        <w:rPr>
          <w:b/>
        </w:rPr>
        <w:t xml:space="preserve">[21:02] </w:t>
      </w:r>
      <w:r>
        <w:t>lekin hamari aankhon par parde pade hue hain. hum khuda ko nature mein nahi dekh paate. daryaaon ka pani rawan ho kar bol raha hai khuda ki baat ko.</w:t>
      </w:r>
    </w:p>
    <w:p>
      <w:pPr>
        <w:jc w:val="right"/>
      </w:pPr>
      <w:r>
        <w:t>لیکن ہماری آنکھوں پر پردے پڑے ہوئے ہیں۔ ہم خدا کو نیچر میں نہیں دیکھ پاتے۔ دریاؤں کا پانی رواں ہو کر بول رہا ہے خدا کی بات کو۔</w:t>
      </w:r>
    </w:p>
    <w:p>
      <w:r>
        <w:rPr>
          <w:b/>
        </w:rPr>
        <w:t xml:space="preserve">[21:15] </w:t>
      </w:r>
      <w:r>
        <w:t>chidiyaan chehchaha rahi hain, khuda ki boli bol rahi hain.</w:t>
      </w:r>
    </w:p>
    <w:p>
      <w:pPr>
        <w:jc w:val="right"/>
      </w:pPr>
      <w:r>
        <w:t>چڑیاں چہچہا رہی ہیں، خدا کی بولی بول رہی ہیں۔</w:t>
      </w:r>
    </w:p>
    <w:p>
      <w:r>
        <w:rPr>
          <w:b/>
        </w:rPr>
        <w:t xml:space="preserve">[21:22] </w:t>
      </w:r>
      <w:r>
        <w:t>ghaas ki patti aur darakht ke phool phool, zameen o aasman har taraf khuda hi ki pukaar hai. lekin har jagah kahin na kahin shaitan ne sikha rakha hai in ko ke is mein khuda kahan se aa gaya?</w:t>
      </w:r>
    </w:p>
    <w:p>
      <w:pPr>
        <w:jc w:val="right"/>
      </w:pPr>
      <w:r>
        <w:t>گھاس کی پتی اور درخت کے پھل پھول، زمین و آسمان ہر طرف خدا ہی کی پکار ہے۔ لیکن ہر جگہ کہیں نہ کہیں شیطان نے سکھا رکھا ہے ان کو کہ اس میں خدا کہاں سے آ گیا؟</w:t>
      </w:r>
    </w:p>
    <w:p>
      <w:r>
        <w:rPr>
          <w:b/>
        </w:rPr>
        <w:t xml:space="preserve">[21:38] </w:t>
      </w:r>
      <w:r>
        <w:t>matlab darakht agar beautiful hai to is mein khuda kahan se aa gaya? yani kis ne is ko beautiful banaya? yeh nahi sochta koi.</w:t>
      </w:r>
    </w:p>
    <w:p>
      <w:pPr>
        <w:jc w:val="right"/>
      </w:pPr>
      <w:r>
        <w:t>مطلب درخت اگر بیوٹی فل ہے تو اس میں خدا کہاں سے آ گیا؟ یعنی کس نے اس کو بیوٹی فل بنایا؟ یہ نہیں سوچتا کوئی۔</w:t>
      </w:r>
    </w:p>
    <w:p>
      <w:r>
        <w:rPr>
          <w:b/>
        </w:rPr>
        <w:t xml:space="preserve">[21:51] </w:t>
      </w:r>
      <w:r>
        <w:t>ab main aik bohat hi ziyada, jo bohat hi common sawal hai is mamle mein, is ke baray mein kuch kehna chahta hoon.</w:t>
      </w:r>
    </w:p>
    <w:p>
      <w:pPr>
        <w:jc w:val="right"/>
      </w:pPr>
      <w:r>
        <w:t>اب میں ایک بہت ہی زیادہ، جو بہت ہی کامن سوال ہے اس معاملے میں، اس کے بارے میں کچھ کہنا چاہتا ہوں۔</w:t>
      </w:r>
    </w:p>
    <w:p>
      <w:r>
        <w:rPr>
          <w:b/>
        </w:rPr>
        <w:t xml:space="preserve">[22:03] </w:t>
      </w:r>
      <w:r>
        <w:t>woh yeh hai ke "If God created man, who created God?" yeh bohat ziyada kaha jata hai.</w:t>
      </w:r>
    </w:p>
    <w:p>
      <w:pPr>
        <w:jc w:val="right"/>
      </w:pPr>
      <w:r>
        <w:t>وہ یہ ہے کہ "If God created man, who created God?" یہ بہت زیادہ کہا جاتا ہے۔</w:t>
      </w:r>
    </w:p>
    <w:p>
      <w:r>
        <w:rPr>
          <w:b/>
        </w:rPr>
        <w:t xml:space="preserve">[22:14] </w:t>
      </w:r>
      <w:r>
        <w:t>sab se pehle yeh baat kahi gayi thi europe mein. yani yun bhi log sochte rahe honge, lekin jo literature mein jo aaya hai, literature mein to yeh</w:t>
      </w:r>
    </w:p>
    <w:p>
      <w:pPr>
        <w:jc w:val="right"/>
      </w:pPr>
      <w:r>
        <w:t>سب سے پہلے یہ بات کہی گئی تھی یورپ میں۔ یعنی یوں بھی لوگ سوچتے رہے ہوں گے، لیکن جو لٹریچر میں جو آیا ہے، لٹریچر میں تو یہ</w:t>
      </w:r>
    </w:p>
    <w:p>
      <w:r>
        <w:rPr>
          <w:b/>
        </w:rPr>
        <w:t xml:space="preserve">[22:31] </w:t>
      </w:r>
      <w:r>
        <w:t>john stuart mill jo tha, ek british philosopher, uska baap tha james mill.</w:t>
      </w:r>
    </w:p>
    <w:p>
      <w:pPr>
        <w:jc w:val="right"/>
      </w:pPr>
      <w:r>
        <w:t>جان اسٹارٹ مل جو تھا، ایک برٹش فلاسفر، اس کا باپ تھا جیمز مل۔</w:t>
      </w:r>
    </w:p>
    <w:p>
      <w:r>
        <w:rPr>
          <w:b/>
        </w:rPr>
        <w:t xml:space="preserve">[22:40] </w:t>
      </w:r>
      <w:r>
        <w:t>james mill, james mill jo tha, usne apne bete stuart mill se kaha ke yahi baat jis ko usne apni autobiography mein naqal kiya hai ke mere baap ne yeh kaha tha jab mein youth age mein tha us waqt ke "If God created man, who created God?" is tarah ek doubt daal diya apne bete ke dil mein.</w:t>
      </w:r>
    </w:p>
    <w:p>
      <w:pPr>
        <w:jc w:val="right"/>
      </w:pPr>
      <w:r>
        <w:t>جیمز مل، جیمز مل جو تھا، اس نے اپنے بیٹے اسٹارٹ مل سے کہا کہ یہی بات جس کو اس نے اپنی آٹو بائیوگرافی میں نقل کیا ہے کہ میرے باپ نے یہ کہا تھا جب میں یوتھ ایج میں تھا اس وقت کہ "If God created man, who created God?" اس طرح ایک ڈاؤٹ ڈال دیا اپنے بیٹے کے دل میں۔</w:t>
      </w:r>
    </w:p>
    <w:p>
      <w:r>
        <w:rPr>
          <w:b/>
        </w:rPr>
        <w:t xml:space="preserve">[23:05] </w:t>
      </w:r>
      <w:r>
        <w:t>wo isi par jiya, isi par mara. ab mein aap ko</w:t>
      </w:r>
    </w:p>
    <w:p>
      <w:pPr>
        <w:jc w:val="right"/>
      </w:pPr>
      <w:r>
        <w:t>وہ اسی پر جیا، اسی پر مرا۔ اب میں آپ کو</w:t>
      </w:r>
    </w:p>
    <w:p>
      <w:r>
        <w:rPr>
          <w:b/>
        </w:rPr>
        <w:t xml:space="preserve">[23:15] </w:t>
      </w:r>
      <w:r>
        <w:t>dawat deta hoon is par sochen aap gehrai ke sath ke kitna afsurda tha yeh james mill ka yeh kehna. sab logon ko maan lena hai is par. dekhiye,</w:t>
      </w:r>
    </w:p>
    <w:p>
      <w:pPr>
        <w:jc w:val="right"/>
      </w:pPr>
      <w:r>
        <w:t>دعوت دیتا ہوں اس پر سوچیں آپ گہرائی کے ساتھ کہ کتنا افسردہ تھا یہ جیمز مل کا یہ کہنا۔ سب لوگوں کو مان لینا ہے اس پر۔ دیکھیے،</w:t>
      </w:r>
    </w:p>
    <w:p>
      <w:r>
        <w:rPr>
          <w:b/>
        </w:rPr>
        <w:t xml:space="preserve">[23:27] </w:t>
      </w:r>
      <w:r>
        <w:t>james mill ne jab baat kahi thi, us waqt science abhi agle stage par nahi pahunchi thi. yani baat ko jab science mein development hua aur einstein ki theory of relativity samne aayi,</w:t>
      </w:r>
    </w:p>
    <w:p>
      <w:pPr>
        <w:jc w:val="right"/>
      </w:pPr>
      <w:r>
        <w:t>جیمز مل نے جب بات کہی تھی، اس وقت سائنس ابھی اگلے اسٹیج پر نہیں پہنچی تھی۔ یعنی بات کو جب سائنس میں ڈیولپمنٹ ہوا اور آئنسٹین کی تھیوری آف ریلیٹیوٹی سامنے آئی،</w:t>
      </w:r>
    </w:p>
    <w:p>
      <w:r>
        <w:rPr>
          <w:b/>
        </w:rPr>
        <w:t xml:space="preserve">[23:45] </w:t>
      </w:r>
      <w:r>
        <w:t>wo sab cheezein afsurda samne ho gayeen. afsurda!</w:t>
      </w:r>
    </w:p>
    <w:p>
      <w:pPr>
        <w:jc w:val="right"/>
      </w:pPr>
      <w:r>
        <w:t>وہ سب چیزیں افسردہ سامنے ہو گئیں۔ افسردہ!</w:t>
      </w:r>
    </w:p>
    <w:p>
      <w:r>
        <w:rPr>
          <w:b/>
        </w:rPr>
        <w:t xml:space="preserve">[23:49] </w:t>
      </w:r>
      <w:r>
        <w:t>aap ko maloom hai ke einstein ne jo apni theory of relativity pesh ki thi, wo tha 1960, 1916 mein.</w:t>
      </w:r>
    </w:p>
    <w:p>
      <w:pPr>
        <w:jc w:val="right"/>
      </w:pPr>
      <w:r>
        <w:t>آپ کو معلوم ہے کہ آئنسٹین نے جو اپنی تھیوری آف ریلیٹیوٹی پیش کی تھی، وہ تھا 1960، 1916 میں۔</w:t>
      </w:r>
    </w:p>
    <w:p>
      <w:r>
        <w:rPr>
          <w:b/>
        </w:rPr>
        <w:t xml:space="preserve">[24:02] </w:t>
      </w:r>
      <w:r>
        <w:t>yani 1916 mein. 1916 mein! is se sau baras pehle, 1916 se sau baras pehle, james mill ne apne bete se kahi thi yeh baat ke "If God created man, who created God?" lekin</w:t>
      </w:r>
    </w:p>
    <w:p>
      <w:pPr>
        <w:jc w:val="right"/>
      </w:pPr>
      <w:r>
        <w:t>یعنی 1916 میں۔ 1916 میں! اس سے سو برس پہلے، 1916 سے سو برس پہلے، جیمز مل نے اپنے بیٹے سے کہی تھی یہ بات کہ "If God created man, who created God?" لیکن</w:t>
      </w:r>
    </w:p>
    <w:p>
      <w:r>
        <w:rPr>
          <w:b/>
        </w:rPr>
        <w:t xml:space="preserve">[24:30] </w:t>
      </w:r>
      <w:r>
        <w:t>theory of relativity jo hai, usne yeh establish kiya hai ke insan,</w:t>
      </w:r>
    </w:p>
    <w:p>
      <w:pPr>
        <w:jc w:val="right"/>
      </w:pPr>
      <w:r>
        <w:t>تھیوری آف ریلیٹیوٹی جو ہے، اس نے یہ اسٹیبلش کیا ہے کہ انسان،</w:t>
      </w:r>
    </w:p>
    <w:p>
      <w:r>
        <w:rPr>
          <w:b/>
        </w:rPr>
        <w:t xml:space="preserve">[24:40] </w:t>
      </w:r>
      <w:r>
        <w:t>insan jo kuch sochta hai, wo time aur space ke andar sochta hai. bayn space aur time sochna us ke liye bas mein nahi hai.</w:t>
      </w:r>
    </w:p>
    <w:p>
      <w:pPr>
        <w:jc w:val="right"/>
      </w:pPr>
      <w:r>
        <w:t>انسان جو کچھ سوچتا ہے، وہ ٹائم اور اسپیس کے اندر سوچتا ہے۔ بیان اسپیس اور ٹائم سوچنا اس کے لیے بس میں نہیں ہے۔</w:t>
      </w:r>
    </w:p>
    <w:p>
      <w:r>
        <w:rPr>
          <w:b/>
        </w:rPr>
        <w:t xml:space="preserve">[24:54] </w:t>
      </w:r>
      <w:r>
        <w:t>yeh bunyadi baat hai.</w:t>
      </w:r>
    </w:p>
    <w:p>
      <w:pPr>
        <w:jc w:val="right"/>
      </w:pPr>
      <w:r>
        <w:t>یہ بنیادی بات ہے۔</w:t>
      </w:r>
    </w:p>
    <w:p>
      <w:r>
        <w:rPr>
          <w:b/>
        </w:rPr>
        <w:t xml:space="preserve">[25:00] </w:t>
      </w:r>
      <w:r>
        <w:t>to is ka matlab hai ke jo kuch hum dekhte hain, wo sab relative hai. kyunke hum jab poori picture ko nahi dekh paate, sirf partial picture ko dekhte hain, to hum kisi statement dene ki position mein nahi hain.</w:t>
      </w:r>
    </w:p>
    <w:p>
      <w:pPr>
        <w:jc w:val="right"/>
      </w:pPr>
      <w:r>
        <w:t>تو اس کا معنی ہے کہ جو کچھ ہم دیکھتے ہیں، وہ سب ریلیٹیو ہے۔ کیونکہ ہم جب پوری پکچر کو نہیں دیکھ پاتے، صرف پارشل پکچر کو دیکھتے ہیں، تو ہم کسی اسٹیٹمنٹ دینے کی پوزیشن میں نہیں ہیں۔</w:t>
      </w:r>
    </w:p>
    <w:p>
      <w:r>
        <w:rPr>
          <w:b/>
        </w:rPr>
        <w:t xml:space="preserve">[25:16] </w:t>
      </w:r>
      <w:r>
        <w:t>einstein ne is ko establish kiya ke "No absolute frame of reference exists." yeh mein isi ka quote kar raha hoon, isi ka jumla.</w:t>
      </w:r>
    </w:p>
    <w:p>
      <w:pPr>
        <w:jc w:val="right"/>
      </w:pPr>
      <w:r>
        <w:t>آئنسٹین نے اس کو اسٹیبلش کیا کہ "No absolute frame of reference exists." یہ میں اسی کا کوٹ کر رہا ہوں، اسی کا جملہ۔</w:t>
      </w:r>
    </w:p>
    <w:p>
      <w:r>
        <w:rPr>
          <w:b/>
        </w:rPr>
        <w:t xml:space="preserve">[25:31] </w:t>
      </w:r>
      <w:r>
        <w:t>"No absolute frame of reference exists." koi frame of reference jo hai absolute, hum wajood hi is ka nahi hai.</w:t>
      </w:r>
    </w:p>
    <w:p>
      <w:pPr>
        <w:jc w:val="right"/>
      </w:pPr>
      <w:r>
        <w:t>"No absolute frame of reference exists." کوئی فریم آف ریفرنس جو ہے ایبسولیوٹ، ہم وجود ہی اس کا نہیں ہے۔</w:t>
      </w:r>
    </w:p>
    <w:p>
      <w:r>
        <w:rPr>
          <w:b/>
        </w:rPr>
        <w:t xml:space="preserve">[25:41] </w:t>
      </w:r>
      <w:r>
        <w:t>yani hamari, hum, hamare ilm ke mutabiq. to aap koi statement kaise de sakte hain yaqeen ke sath?</w:t>
      </w:r>
    </w:p>
    <w:p>
      <w:pPr>
        <w:jc w:val="right"/>
      </w:pPr>
      <w:r>
        <w:t>یعنی ہماری، ہم، ہمارے علم کے مطابق۔ تو آپ کوئی اسٹیٹمنٹ کیسے دے سکتے ہیں یقین کے ساتھ؟</w:t>
      </w:r>
    </w:p>
    <w:p>
      <w:r>
        <w:rPr>
          <w:b/>
        </w:rPr>
        <w:t xml:space="preserve">[25:51] </w:t>
      </w:r>
      <w:r>
        <w:t>to jab yeh cheez nahi aayi thi, us waqt sau saal pehle us ne kaha tha. yeh baat aisi hi hai, is ko sochte hue mujhe yaad aaya ke ek bachcha, chhota bachcha hai, wo reham-e-madar mein, womb mein hota hai.</w:t>
      </w:r>
    </w:p>
    <w:p>
      <w:pPr>
        <w:jc w:val="right"/>
      </w:pPr>
      <w:r>
        <w:t>تو جب یہ چیز نہیں آئی تھی، اس وقت سو سال پہلے اس نے کہا تھا۔ یہ بات ایسی ہی ہے، اس کو سوچتے ہوئے مجھے یاد آیا کہ ایک بچہ، چھوٹا بچہ ہے، وہ رحم مادر میں، وم میں ہوتا ہے۔</w:t>
      </w:r>
    </w:p>
    <w:p>
      <w:r>
        <w:rPr>
          <w:b/>
        </w:rPr>
        <w:t xml:space="preserve">[26:09] </w:t>
      </w:r>
      <w:r>
        <w:t>us ke aap jante hain, us ke upar teen parde ke andar لپta rehta hai, wo bachcha. to us ki duniya wahi hoti hai.</w:t>
      </w:r>
    </w:p>
    <w:p>
      <w:pPr>
        <w:jc w:val="right"/>
      </w:pPr>
      <w:r>
        <w:t>اس کے آپ جانتے ہیں، اس کے اوپر تین پردے کے اندر لپٹا رہتا ہے، وہ بچہ۔ تو اس کی دنیا وہی ہوتی ہے۔</w:t>
      </w:r>
    </w:p>
    <w:p>
      <w:r>
        <w:rPr>
          <w:b/>
        </w:rPr>
        <w:t xml:space="preserve">[26:18] </w:t>
      </w:r>
      <w:r>
        <w:t>ek cell hai jis mein wo bachcha hai. us waqt bachche ko kuch bhi pata nahi hai ke is cell ke bahar, is womb ke bahar, koi bahut badi duniya hai.</w:t>
      </w:r>
    </w:p>
    <w:p>
      <w:pPr>
        <w:jc w:val="right"/>
      </w:pPr>
      <w:r>
        <w:t>ایک سیل ہے جس میں وہ بچہ ہے۔ اس وقت بچے کو کچھ بھی پتہ نہیں ہے کہ اس سیل کے باہر، اس وم کے باہر، کوئی بہت بڑی دنیا ہے۔</w:t>
      </w:r>
    </w:p>
    <w:p>
      <w:r>
        <w:rPr>
          <w:b/>
        </w:rPr>
        <w:t xml:space="preserve">[26:29] </w:t>
      </w:r>
      <w:r>
        <w:t>kuch bhi pata nahi hai is ko. is womb ke bahar, is reham-e-madar ke bahar, ya is cell ke bahar, ek bahut bada universe hai, ek bahut badi duniya hai.</w:t>
      </w:r>
    </w:p>
    <w:p>
      <w:pPr>
        <w:jc w:val="right"/>
      </w:pPr>
      <w:r>
        <w:t>کچھ بھی پتہ نہیں ہے اس کو۔ اس وم کے باہر، اس رحم مادر کے باہر، یا اس سیل کے باہر، ایک بہت بڑا یونیورس ہے، ایک بہت بڑی دنیا ہے۔</w:t>
      </w:r>
    </w:p>
    <w:p>
      <w:r>
        <w:rPr>
          <w:b/>
        </w:rPr>
        <w:t xml:space="preserve">[26:40] </w:t>
      </w:r>
      <w:r>
        <w:t>use kuch pata nahi hai is ka. theek yahi haal tha james mill ke zamane mein ilm ka. ilm-e-insani jo hai, human knowledge jo hai, us waqt, us waqt ek um mein thi.</w:t>
      </w:r>
    </w:p>
    <w:p>
      <w:pPr>
        <w:jc w:val="right"/>
      </w:pPr>
      <w:r>
        <w:t>اسے کچھ پتہ نہیں ہے اس کا۔ ٹھیک یہی حال تھا جیمز مل کے زمانے میں علم کا۔ علم انسانی جو ہے، ہیومن نالج جو ہے، اس وقت، اس وقت ایک اُم میں تھی۔</w:t>
      </w:r>
    </w:p>
    <w:p>
      <w:r>
        <w:rPr>
          <w:b/>
        </w:rPr>
        <w:t xml:space="preserve">[26:53] </w:t>
      </w:r>
      <w:r>
        <w:t>yani theory of relativity ke wajood mein aane se pehle. wo samajhte the us waqt ke hum sab kuch jaan sakte hain. hum sab kuch jaan sakte hain.</w:t>
      </w:r>
    </w:p>
    <w:p>
      <w:pPr>
        <w:jc w:val="right"/>
      </w:pPr>
      <w:r>
        <w:t>یعنی تھیوری آف ریلیٹیوٹی کے وجود میں آنے سے پہلے۔ وہ سمجھتے تھے اس وقت کہ ہم سب کچھ جان سکتے ہیں۔ ہم سب کچھ جان سکتے ہیں۔</w:t>
      </w:r>
    </w:p>
    <w:p>
      <w:r>
        <w:rPr>
          <w:b/>
        </w:rPr>
        <w:t xml:space="preserve">[27:06] </w:t>
      </w:r>
      <w:r>
        <w:t>halanke baad ko pata chala ke hum sab kuch jaan hi nahi sakte.</w:t>
      </w:r>
    </w:p>
    <w:p>
      <w:pPr>
        <w:jc w:val="right"/>
      </w:pPr>
      <w:r>
        <w:t>حالانکہ بعد کو پتہ چلا کہ ہم سب کچھ جان ہی نہیں سکتے۔</w:t>
      </w:r>
    </w:p>
    <w:p>
      <w:r>
        <w:rPr>
          <w:b/>
        </w:rPr>
        <w:t xml:space="preserve">[27:12] </w:t>
      </w:r>
      <w:r>
        <w:t>sab kuch relative hai.</w:t>
      </w:r>
    </w:p>
    <w:p>
      <w:pPr>
        <w:jc w:val="right"/>
      </w:pPr>
      <w:r>
        <w:t>سب کچھ ریلیٹیو ہے۔</w:t>
      </w:r>
    </w:p>
    <w:p>
      <w:r>
        <w:rPr>
          <w:b/>
        </w:rPr>
        <w:t xml:space="preserve">[27:17] </w:t>
      </w:r>
      <w:r>
        <w:t>is matlab mein mein yeh kahunga ke yani bachcha jis tarah se ek band cell mein hota hai, us band cell ke bahar kisi statement dene ki position mein nahi hota hai wo.</w:t>
      </w:r>
    </w:p>
    <w:p>
      <w:pPr>
        <w:jc w:val="right"/>
      </w:pPr>
      <w:r>
        <w:t>اس معنی میں میں یہ کہوں گا کہ یعنی بچہ جس طرح سے ایک بند سیل میں ہوتا ہے، اس بند سیل کے باہر کوئی اسٹیٹمنٹ دینے کی پوزیشن میں نہیں ہوتا ہے وہ۔</w:t>
      </w:r>
    </w:p>
    <w:p>
      <w:r>
        <w:rPr>
          <w:b/>
        </w:rPr>
        <w:t xml:space="preserve">[27:32] </w:t>
      </w:r>
      <w:r>
        <w:t>theek wahi haal tha insaan ka james mill ke zamane mein. is waqt yeh cheez discover nahi hui thi ke hamare tamam observations relative hain.</w:t>
      </w:r>
    </w:p>
    <w:p>
      <w:pPr>
        <w:jc w:val="right"/>
      </w:pPr>
      <w:r>
        <w:t>ٹھیک وہی حال تھا انسان کا جیمز مل کے زمانے میں۔ اس وقت یہ چیز ڈسکور نہیں ہوئی تھی کہ ہمارے تمام آبزرویشنز ریلیٹیو ہیں۔</w:t>
      </w:r>
    </w:p>
    <w:p>
      <w:r>
        <w:rPr>
          <w:b/>
        </w:rPr>
        <w:t xml:space="preserve">[27:48] </w:t>
      </w:r>
      <w:r>
        <w:t>ab bataiye ke. to mein yeh kaha karta hoon aksar ke insaan yeh kehne ki position mein, yeh agar kahe insaan to sahi hoga ke mein agnostic hoon.</w:t>
      </w:r>
    </w:p>
    <w:p>
      <w:pPr>
        <w:jc w:val="right"/>
      </w:pPr>
      <w:r>
        <w:t>اب بتائیے کہ۔ تو میں یہ کہا کرتا ہوں اکثر کہ انسان یہ کہنے کی پوزیشن میں، یہ اگر کہے انسان تو صحیح ہوگا کہ میں اگناسٹک ہوں۔</w:t>
      </w:r>
    </w:p>
    <w:p>
      <w:r>
        <w:rPr>
          <w:b/>
        </w:rPr>
        <w:t xml:space="preserve">[27:59] </w:t>
      </w:r>
      <w:r>
        <w:t>mein, mein kuch bhi mujhe yaqeen nahi ke yeh sahi hai ya galat hai. lekin absolute statement dene ki position mein insaan hai nahi. james mill ne, start mill ne jo kuch kaha, uske baad log dohrate rahe usko.</w:t>
      </w:r>
    </w:p>
    <w:p>
      <w:pPr>
        <w:jc w:val="right"/>
      </w:pPr>
      <w:r>
        <w:t>میں، میں کچھ بھی مجھے یقین نہیں کہ یہ صحیح ہے یا غلط ہے۔ لیکن ایبسولیوٹ اسٹیٹمنٹ دینے کی پوزیشن میں انسان ہے نہیں۔ جیمز مل نے، اسٹارٹ مل نے جو کچھ کہا، اس کے بعد لوگ دہراتے رہے اس کو۔</w:t>
      </w:r>
    </w:p>
    <w:p>
      <w:r>
        <w:rPr>
          <w:b/>
        </w:rPr>
        <w:t xml:space="preserve">[28:12] </w:t>
      </w:r>
      <w:r>
        <w:t>bert narsal ne yeh baat kahi. julian huxley ne yeh baat kahi. yeh log yeh, yeh kehte agar to honest hote ke bhai hum kuch jante nahi.</w:t>
      </w:r>
    </w:p>
    <w:p>
      <w:pPr>
        <w:jc w:val="right"/>
      </w:pPr>
      <w:r>
        <w:t>برٹ نرسل نے یہ بات کہی۔ جولن ہکسلر نے یہ بات کہی۔ یہ لوگ یہ، یہ کہتے اگر تو آنسٹ ہوتے کہ بھئی ہم کچھ جانتے نہیں۔</w:t>
      </w:r>
    </w:p>
    <w:p>
      <w:r>
        <w:rPr>
          <w:b/>
        </w:rPr>
        <w:t xml:space="preserve">[28:24] </w:t>
      </w:r>
      <w:r>
        <w:t>hum agnostic hain. lekin yeh kehna ke khuda ko kis ne paida kiya, apne bayan jana hai, apne knowledge ke upar jana hai.</w:t>
      </w:r>
    </w:p>
    <w:p>
      <w:pPr>
        <w:jc w:val="right"/>
      </w:pPr>
      <w:r>
        <w:t>ہم اگناسٹک ہیں۔ لیکن یہ کہنا کہ خدا کو کس نے پیدا کیا، اپنے بیان جانا ہے، اپنے نالج کے اوپر جانا ہے۔</w:t>
      </w:r>
    </w:p>
    <w:p>
      <w:r>
        <w:rPr>
          <w:b/>
        </w:rPr>
        <w:t xml:space="preserve">[28:36] </w:t>
      </w:r>
      <w:r>
        <w:t>jo aap, jis ko, jis ke bare mein aap ko ilm nahi, jahan jaan nahi sakte, us ke bare mein statement de rahe hain aap. aise hi dekhiye, mein ek aur misaal deta hoon aap ko.</w:t>
      </w:r>
    </w:p>
    <w:p>
      <w:pPr>
        <w:jc w:val="right"/>
      </w:pPr>
      <w:r>
        <w:t>جو آپ، جس کو، جس کے بارے میں آپ کو علم نہیں، جہاں جان نہیں سکتے، اس کے بارے میں اسٹیٹمنٹ دے رہے ہیں آپ۔ ایسے ہی دیکھیے، میں ایک اور مثال دیتا ہوں آپ کو۔</w:t>
      </w:r>
    </w:p>
    <w:p>
      <w:r>
        <w:rPr>
          <w:b/>
        </w:rPr>
        <w:t xml:space="preserve">[28:45] </w:t>
      </w:r>
      <w:r>
        <w:t>yani bachche ki misaal to khuda ne hamesha rakh di thi is duniya mein.</w:t>
      </w:r>
    </w:p>
    <w:p>
      <w:pPr>
        <w:jc w:val="right"/>
      </w:pPr>
      <w:r>
        <w:t>یعنی بچے کی مثال تو خدا نے ہمیشہ رکھ دی تھی اس دنیا میں۔</w:t>
      </w:r>
    </w:p>
    <w:p>
      <w:r>
        <w:rPr>
          <w:b/>
        </w:rPr>
        <w:t xml:space="preserve">[28:51] </w:t>
      </w:r>
      <w:r>
        <w:t>adam ke zamane se. ke tumhara ilm jo hai, quran mein hai ke "ma ootiya min al-ilm illa qalila". is ka ek illustration tha bachcha.</w:t>
      </w:r>
    </w:p>
    <w:p>
      <w:pPr>
        <w:jc w:val="right"/>
      </w:pPr>
      <w:r>
        <w:t>آدم کے زمانے سے۔ کہ تمہارا علم جو ہے، قرآن میں ہے کہ "ما اوتیت من العلم الا قلیلا"۔ اس کا ایک السٹریشن تھا بچہ۔</w:t>
      </w:r>
    </w:p>
    <w:p>
      <w:r>
        <w:rPr>
          <w:b/>
        </w:rPr>
        <w:t xml:space="preserve">[29:01] </w:t>
      </w:r>
      <w:r>
        <w:t>ke bachcha jab hota hai reham-e-madar mein, womb mein, to itni choti duniya ke bare mein woh janta hai. is ke bahar kuch pata nahi hai us ko.</w:t>
      </w:r>
    </w:p>
    <w:p>
      <w:pPr>
        <w:jc w:val="right"/>
      </w:pPr>
      <w:r>
        <w:t>کہ بچہ جب ہوتا ہے رحم مادر میں، وم میں، تو اتنی چھوٹی دنیا کے بارے میں وہ جانتا ہے۔ اس کے باہر کچھ پتہ نہیں ہے اس کو۔</w:t>
      </w:r>
    </w:p>
    <w:p>
      <w:r>
        <w:rPr>
          <w:b/>
        </w:rPr>
        <w:t xml:space="preserve">[29:12] </w:t>
      </w:r>
      <w:r>
        <w:t>yeh khuda ne bohat pehle se insaan ko bata diya tha. lekin baad ko science ne yeh, yeh baat sabit kar di.</w:t>
      </w:r>
    </w:p>
    <w:p>
      <w:pPr>
        <w:jc w:val="right"/>
      </w:pPr>
      <w:r>
        <w:t>یہ خدا نے بہت پہلے سے انسان کو بتا دیا تھا۔ لیکن بعد کو سائنس نے یہ، یہ بات ثابت کر دی۔</w:t>
      </w:r>
    </w:p>
    <w:p>
      <w:r>
        <w:rPr>
          <w:b/>
        </w:rPr>
        <w:t xml:space="preserve">[29:21] </w:t>
      </w:r>
      <w:r>
        <w:t>jab, jab einstein ki theory of relativity samne aayi thi. ab mein ek aur misaal deta hoon aap ko. astronomy ki.</w:t>
      </w:r>
    </w:p>
    <w:p>
      <w:pPr>
        <w:jc w:val="right"/>
      </w:pPr>
      <w:r>
        <w:t>جب، جب آئنسٹین کی تھیوری آف ریلیٹیوٹی سامنے آئی تھی۔ اب میں ایک اور مثال دیتا ہوں آپ کو۔ ایسٹرانومی کی۔</w:t>
      </w:r>
    </w:p>
    <w:p>
      <w:r>
        <w:rPr>
          <w:b/>
        </w:rPr>
        <w:t xml:space="preserve">[29:31] </w:t>
      </w:r>
      <w:r>
        <w:t>is se pehle jab telescope bana to insaan ne yeh samjha ke hum saare universe ko dekh sakte hain.</w:t>
      </w:r>
    </w:p>
    <w:p>
      <w:pPr>
        <w:jc w:val="right"/>
      </w:pPr>
      <w:r>
        <w:t>اس سے پہلے جب ٹیلیسکوپ بنا تو انسان نے یہ سمجھا کہ ہم سارے یونیورس کو دیکھ سکتے ہیں۔</w:t>
      </w:r>
    </w:p>
    <w:p>
      <w:r>
        <w:rPr>
          <w:b/>
        </w:rPr>
        <w:t xml:space="preserve">[29:41] </w:t>
      </w:r>
      <w:r>
        <w:t>kyun ke hamara contact jo hota hai, light se hota hai. universe mein jitne hain, sab, sab bright stars hain. universe jo itni badi hai, woh sab stars se bhari hui hai.</w:t>
      </w:r>
    </w:p>
    <w:p>
      <w:pPr>
        <w:jc w:val="right"/>
      </w:pPr>
      <w:r>
        <w:t>کیونکہ ہمارا کانٹیکٹ جو ہوتا ہے، لائٹ سے ہوتا ہے۔ یونیورس میں جتنے ہیں، سب، سب برائٹ اسٹارز ہیں۔ یونیورس جو اتنی بڑی ہے، وہ سب اسٹارز سے بھری ہوئی ہے۔</w:t>
      </w:r>
    </w:p>
    <w:p>
      <w:r>
        <w:rPr>
          <w:b/>
        </w:rPr>
        <w:t xml:space="preserve">[29:52] </w:t>
      </w:r>
      <w:r>
        <w:t>roshniyon se bhari hui hai. to hum contact kar sakte hain roshni ke zariye un ko, dekh sakte hain un ko. electronic telescope bani aur kya kya bana, sab kuch hua.</w:t>
      </w:r>
    </w:p>
    <w:p>
      <w:pPr>
        <w:jc w:val="right"/>
      </w:pPr>
      <w:r>
        <w:t>روشنیوں سے بھری ہوئی ہے۔ تو ہم کانٹیکٹ کر سکتے ہیں روشنی کے ذریعے ان کو، دیکھ سکتے ہیں ان کو۔ الیکٹرانک ٹیلیسکوپ بنی اور کیا کیا بنا، سب کچھ ہوا۔</w:t>
      </w:r>
    </w:p>
    <w:p>
      <w:r>
        <w:rPr>
          <w:b/>
        </w:rPr>
        <w:t xml:space="preserve">[30:02] </w:t>
      </w:r>
      <w:r>
        <w:t>ab jo hai twenty first century mein aa kar kya hua? scientists ne yeh kaha ke ninety, ninety five percent jo mass hai universe ka, woh to aap dekh hi nahi sakte.</w:t>
      </w:r>
    </w:p>
    <w:p>
      <w:pPr>
        <w:jc w:val="right"/>
      </w:pPr>
      <w:r>
        <w:t>اب جو ہے ٹونٹی فرسٹ سینچری میں آ کر کیا ہوا؟ سائنس دانوں نے یہ کہا کہ نائنٹی، نائنٹی فائیو پرسنٹ جو ماس ہے یونیورس کا، وہ تو آپ دیکھ ہی نہیں سکتے۔</w:t>
      </w:r>
    </w:p>
    <w:p>
      <w:r>
        <w:rPr>
          <w:b/>
        </w:rPr>
        <w:t xml:space="preserve">[30:16] </w:t>
      </w:r>
      <w:r>
        <w:t>kyun ke woh to dark matter hai.</w:t>
      </w:r>
    </w:p>
    <w:p>
      <w:pPr>
        <w:jc w:val="right"/>
      </w:pPr>
      <w:r>
        <w:t>کیونکہ وہ تو ڈارک میٹر ہے۔</w:t>
      </w:r>
    </w:p>
    <w:p>
      <w:r>
        <w:rPr>
          <w:b/>
        </w:rPr>
        <w:t xml:space="preserve">[30:20] </w:t>
      </w:r>
      <w:r>
        <w:t>dark matter hai. to roshni aati nahi hai is se. light aati nahi hai is se. to hamara contact is se nahi hota. dark matter ka matlab yeh nahi ke woh sach much dark hai.</w:t>
      </w:r>
    </w:p>
    <w:p>
      <w:pPr>
        <w:jc w:val="right"/>
      </w:pPr>
      <w:r>
        <w:t>ڈارک میٹر ہے۔ تو روشنی آتی نہیں ہے اس سے۔ لائٹ آتی نہیں ہے اس سے۔ تو ہمارا کانٹیکٹ اس سے نہیں ہوتا۔ ڈارک میٹر کا مطلب یہ نہیں کہ وہ سچ مچ ڈارک ہے۔</w:t>
      </w:r>
    </w:p>
    <w:p>
      <w:r>
        <w:rPr>
          <w:b/>
        </w:rPr>
        <w:t xml:space="preserve">[30:31] </w:t>
      </w:r>
      <w:r>
        <w:t>bohat hi bright hai, bohat hi bright stars hain woh bhi. lekin apni light woh nikalne nahi deti. to hum se un ka contact nahi ho pata.</w:t>
      </w:r>
    </w:p>
    <w:p>
      <w:pPr>
        <w:jc w:val="right"/>
      </w:pPr>
      <w:r>
        <w:t>بہت ہی برائٹ ہے، بہت ہی برائٹ اسٹارز ہیں وہ بھی۔ لیکن اپنی لائٹ وہ نکلنے نہیں دیتے۔ تو ہم سے ان کا کانٹیکٹ نہیں ہو پاتا۔</w:t>
      </w:r>
    </w:p>
    <w:p>
      <w:r>
        <w:rPr>
          <w:b/>
        </w:rPr>
        <w:t xml:space="preserve">[30:41] </w:t>
      </w:r>
      <w:r>
        <w:t>is liye woh dark hai. ab ghaur kijiye ke is, is, woh jo astronomy bani thi is se pehle, woh sab relative ho gayi. is discovery ke baad universe ka jo mass hai, is ka ninety five percent observable hi nahi hai.</w:t>
      </w:r>
    </w:p>
    <w:p>
      <w:pPr>
        <w:jc w:val="right"/>
      </w:pPr>
      <w:r>
        <w:t>اس لیے وہ ڈارک ہے۔ اب غور کیجیے کہ اس، اس، وہ جو ایسٹرانومی بنی تھی اس سے پہلے، وہ سب ریلیٹیو ہو گئی۔ اس ڈسکوری کے بعد یونیورس کا جو ماس ہے، اس کا نائنٹی فائیو پرسنٹ آبزرویبل ہی نہیں ہے۔</w:t>
      </w:r>
    </w:p>
    <w:p>
      <w:r>
        <w:rPr>
          <w:b/>
        </w:rPr>
        <w:t xml:space="preserve">[31:00] </w:t>
      </w:r>
      <w:r>
        <w:t>kyun ke woh hamara is se contact nahi hota. contact hota tha roshni ke zariye, woh aa nahi rahi wahan se. to poori poori astronomy jo hai, relative ban gayi.</w:t>
      </w:r>
    </w:p>
    <w:p>
      <w:pPr>
        <w:jc w:val="right"/>
      </w:pPr>
      <w:r>
        <w:t>کیونکہ وہ ہمارا اس سے کانٹیکٹ نہیں ہوتا۔ کانٹیکٹ ہوتا تھا روشنی کے ذریعے، وہ آ نہیں رہی وہاں سے۔ تو پوری پوری ایسٹرانومی جو ہے، ریلیٹیو بن گئی۔</w:t>
      </w:r>
    </w:p>
    <w:p>
      <w:r>
        <w:rPr>
          <w:b/>
        </w:rPr>
        <w:t xml:space="preserve">[31:13] </w:t>
      </w:r>
      <w:r>
        <w:t>to mein yeh kahunga ke is duniya mein hamein apni limitations ko janna chahiye. mein samajhta hoon ke sab se badi wisdom jo hai, wisdom, woh hai apni limitations ko janna.</w:t>
      </w:r>
    </w:p>
    <w:p>
      <w:pPr>
        <w:jc w:val="right"/>
      </w:pPr>
      <w:r>
        <w:t>تو میں یہ کہوں گا کہ اس دنیا میں ہمیں اپنی لیمیٹیشنز کو جاننا چاہیے۔ میں سمجھتا ہوں کہ سب سے بڑی وزڈم جو ہے، وزڈم، وہ ہے اپنی لیمیٹیشنز کو جاننا۔</w:t>
      </w:r>
    </w:p>
    <w:p>
      <w:r>
        <w:rPr>
          <w:b/>
        </w:rPr>
        <w:t xml:space="preserve">[31:29] </w:t>
      </w:r>
      <w:r>
        <w:t>sab se badi wisdom. "the greatest wisdom is to know your limitations." hum material cheezon mein jante hain is cheez ko.</w:t>
      </w:r>
    </w:p>
    <w:p>
      <w:pPr>
        <w:jc w:val="right"/>
      </w:pPr>
      <w:r>
        <w:t>سب سے بڑی وزڈم۔ "دا گریٹسٹ وزڈم از ٹو نو یور لیمیٹیشنز۔" ہم مٹیریل چیزوں میں جانتے ہیں اس چیز کو۔</w:t>
      </w:r>
    </w:p>
    <w:p>
      <w:r>
        <w:rPr>
          <w:b/>
        </w:rPr>
        <w:t xml:space="preserve">[31:39] </w:t>
      </w:r>
      <w:r>
        <w:t>misal ke taur par aag hai, aag ka angara. hum hathon mein nahi dalenge. hum jante hain ke hamari limitations hain. kabhi bhi aisa nahi karenge ke yeh test karne ke liye ke aag jalati hai ya nahi jalati, hum is mein aag hath daal dein is ke andar.</w:t>
      </w:r>
    </w:p>
    <w:p>
      <w:pPr>
        <w:jc w:val="right"/>
      </w:pPr>
      <w:r>
        <w:t>مثلاً آگ ہے، آگ کا انگارہ۔ ہم ہاتھوں میں نہیں ڈالیں گے۔ ہم جانتے ہیں کہ ہماری لیمیٹیشنز ہیں۔ کبھی بھی ایسا نہیں کریں کہ یہ ٹیسٹ کرنے کے لیے کہ آگ جلاتی ہے یا نہیں جلاتی، ہم اس میں آگ ہاتھ ڈال دیں اس کے اندر۔</w:t>
      </w:r>
    </w:p>
    <w:p>
      <w:r>
        <w:rPr>
          <w:b/>
        </w:rPr>
        <w:t xml:space="preserve">[31:57] </w:t>
      </w:r>
      <w:r>
        <w:t>to yahan par hum apni limitations ko mante hain. lekin jo zyada bade bade cheezein hain, jo ideology hai, us mein hum chhalang lagate hain khoob.</w:t>
      </w:r>
    </w:p>
    <w:p>
      <w:pPr>
        <w:jc w:val="right"/>
      </w:pPr>
      <w:r>
        <w:t>تو یہاں پر ہم اپنی لیمیٹیشنز کو مانتے ہیں۔ لیکن جو زیادہ بڑے بڑے چیزیں ہیں، جو آئیڈیالوجی ہے، اس میں ہم چھلانگ لگاتے ہیں خوب۔</w:t>
      </w:r>
    </w:p>
    <w:p>
      <w:r>
        <w:rPr>
          <w:b/>
        </w:rPr>
        <w:t xml:space="preserve">[32:10] </w:t>
      </w:r>
      <w:r>
        <w:t>to khuda ne dikha diya ke tumhari limitations hain. tum dekh nahi sakte. ninety five percent mass jo hai universe ka, tum dekh hi nahi sakte is ko.</w:t>
      </w:r>
    </w:p>
    <w:p>
      <w:pPr>
        <w:jc w:val="right"/>
      </w:pPr>
      <w:r>
        <w:t>تو خدا نے دکھا دیا کہ تمہاری لیمیٹیشنز ہیں۔ تم دیکھ نہیں سکتے۔ نائنٹی فائیو پرسنٹ ماس جو ہے یونیورس کا، تم دیکھ ہی نہیں سکتے اس کو۔</w:t>
      </w:r>
    </w:p>
    <w:p>
      <w:r>
        <w:rPr>
          <w:b/>
        </w:rPr>
        <w:t xml:space="preserve">[32:23] </w:t>
      </w:r>
      <w:r>
        <w:t>tumhari limitations itni bari hui hain. aise hi bayan space and time tum dekh nahi sakte. is ke bare mein koi statement dena bilkul bekar hai tumhara.</w:t>
      </w:r>
    </w:p>
    <w:p>
      <w:pPr>
        <w:jc w:val="right"/>
      </w:pPr>
      <w:r>
        <w:t>تمہاری لیمیٹیشنز اتنی بڑی ہوئی ہیں۔ ایسے ہی بیان اسپیس اینڈ ٹائم تم دیکھ نہیں سکتے۔ اس کے بارے میں کوئی اسٹیٹمنٹ دینا بالکل بیکار ہے تمہارا۔</w:t>
      </w:r>
    </w:p>
    <w:p>
      <w:r>
        <w:rPr>
          <w:b/>
        </w:rPr>
        <w:t xml:space="preserve">[32:36] </w:t>
      </w:r>
      <w:r>
        <w:t>to khuda jo hai, space and time ke andar nahi hai. dekhiye, creature jo hai, creature jo hai, creature, hum aap jo hain, wo to space and time ke andar hain.</w:t>
      </w:r>
    </w:p>
    <w:p>
      <w:pPr>
        <w:jc w:val="right"/>
      </w:pPr>
      <w:r>
        <w:t>تو خدا جو ہے، اسپیس اینڈ ٹائم کے اندر نہیں ہے۔ دیکھیے، کریچر جو ہے، کریچر جو ہے، کریچر، ہم آپ جو ہیں، وہ تو اسپیس اینڈ ٹائم کے اندر ہیں۔</w:t>
      </w:r>
    </w:p>
    <w:p>
      <w:r>
        <w:rPr>
          <w:b/>
        </w:rPr>
        <w:t xml:space="preserve">[32:50] </w:t>
      </w:r>
      <w:r>
        <w:t>lekin jo creator hai, wo space and time ke bahar hai. wo bayan space and time hai. to jo creature space and time ke andar ho, wo is creator ko kaise jaan sakta hai jo space and time ke bahar ho?</w:t>
      </w:r>
    </w:p>
    <w:p>
      <w:pPr>
        <w:jc w:val="right"/>
      </w:pPr>
      <w:r>
        <w:t>لیکن جو کریٹر ہے، وہ اسپیس اینڈ ٹائم کے باہر ہے۔ وہ بیان اسپیس اینڈ ٹائم ہے۔ تو جو کریچر اسپیس اینڈ ٹائم کے اندر ہو، وہ اس کریٹر کو کیسے جان سکتا ہے جو اسپیس اینڈ ٹائم کے باہر ہو؟</w:t>
      </w:r>
    </w:p>
    <w:p>
      <w:r>
        <w:rPr>
          <w:b/>
        </w:rPr>
        <w:t xml:space="preserve">[33:11] </w:t>
      </w:r>
      <w:r>
        <w:t>is mamle mein dekhiye, jo beginning of knowledge is ko mein kahunga, ye hai ke hum apni limitations ko janein, is ko manein, is ko acknowledge karein.</w:t>
      </w:r>
    </w:p>
    <w:p>
      <w:pPr>
        <w:jc w:val="right"/>
      </w:pPr>
      <w:r>
        <w:t>اس معاملے میں دیکھیے، جو بگننگ آف نالج اس کو میں کہوں گا، یہ ہے کہ ہم اپنی لیمیٹیشنز کو جانیں، اس کو مانیں، اس کو اکنالج کریں۔</w:t>
      </w:r>
    </w:p>
    <w:p>
      <w:r>
        <w:rPr>
          <w:b/>
        </w:rPr>
        <w:t xml:space="preserve">[33:32] </w:t>
      </w:r>
      <w:r>
        <w:t>warna ye hoga ke hum aisi baatein bolenge jis ke bolne ka hamein</w:t>
      </w:r>
    </w:p>
    <w:p>
      <w:pPr>
        <w:jc w:val="right"/>
      </w:pPr>
      <w:r>
        <w:t>ورنہ یہ ہوگا کہ ہم ایسی باتیں بولیں گے جس کے بولنے کا ہمیں</w:t>
      </w:r>
    </w:p>
    <w:p>
      <w:r>
        <w:rPr>
          <w:b/>
        </w:rPr>
        <w:t xml:space="preserve">[33:40] </w:t>
      </w:r>
      <w:r>
        <w:t>right nahi hai. to mein to waqea ye hai ke mein dunya ke to aksar un buildings ko dekha hai jin ko log bohat beautiful kehte hain.</w:t>
      </w:r>
    </w:p>
    <w:p>
      <w:pPr>
        <w:jc w:val="right"/>
      </w:pPr>
      <w:r>
        <w:t>رائٹ نہیں ہے۔ تو میں تو واقعہ یہ ہے کہ میں دنیا کے تو اکثر ان بلڈنگوں کو دیکھا ہے جن کو لوگ بہت بیوٹی فل کہتے ہیں۔</w:t>
      </w:r>
    </w:p>
    <w:p>
      <w:r>
        <w:rPr>
          <w:b/>
        </w:rPr>
        <w:t xml:space="preserve">[33:51] </w:t>
      </w:r>
      <w:r>
        <w:t>mein ne taj mahal bhi dekha hai. mein ne white house ko bhi dekha hai. mein ne buckingham palace ko bhi dekha hai. aur jo tower jis ko ke jahaz takra gira gaya tha, world tower, us ko bhi dekha.</w:t>
      </w:r>
    </w:p>
    <w:p>
      <w:pPr>
        <w:jc w:val="right"/>
      </w:pPr>
      <w:r>
        <w:t>میں نے تاج محل بھی دیکھا ہے۔ میں نے وائٹ ہاؤس کو بھی دیکھا ہے۔ میں نے بکنگم پیلس کو بھی دیکھا ہے۔ اور جو ٹاور جس کو کہ جہاز ٹکرا گرا گیا تھا، ورلڈ ٹاور، اس کو بھی دیکھا۔</w:t>
      </w:r>
    </w:p>
    <w:p>
      <w:r>
        <w:rPr>
          <w:b/>
        </w:rPr>
        <w:t xml:space="preserve">[34:02] </w:t>
      </w:r>
      <w:r>
        <w:t>is pe charha hoon is ke upar. mein keh sakta hoon ke ek, ek, ek grass mein, ek, ek, ek, ek, ek khas ki ek blade mein jo beauty mujhe dikhai padti hai, wo kisi cheez mein nahi hai.</w:t>
      </w:r>
    </w:p>
    <w:p>
      <w:pPr>
        <w:jc w:val="right"/>
      </w:pPr>
      <w:r>
        <w:t>اس پہ چڑھا ہوں اس کے اوپر۔ میں کہہ سکتا ہوں کہ ایک، ایک، ایک گراس میں، ایک، ایک، ایک، ایک، ایک خاص کی ایک بلیڈ میں جو بیوٹی مجھے دکھائی پڑتی ہے، وہ کسی چیز میں نہیں ہے۔</w:t>
      </w:r>
    </w:p>
    <w:p>
      <w:r>
        <w:rPr>
          <w:b/>
        </w:rPr>
        <w:t xml:space="preserve">[34:18] </w:t>
      </w:r>
      <w:r>
        <w:t>kisi cheez mein nahi hai. aap ghor kijiye ke khuda ne jo cheezein banai hain, chahe wo ek ghaas ho, chahe wo ek darakht ho, chahe animal ho, chahe insan ho,</w:t>
      </w:r>
    </w:p>
    <w:p>
      <w:pPr>
        <w:jc w:val="right"/>
      </w:pPr>
      <w:r>
        <w:t>کسی چیز میں نہیں ہے۔ آپ غور کیجیے کہ خدا نے جو چیزیں بنائی ہیں، چاہے وہ ایک گھاس ہو، چاہے وہ ایک درخت ہو، چاہے اینیمل ہو، چاہے انسان ہو،</w:t>
      </w:r>
    </w:p>
    <w:p>
      <w:r>
        <w:rPr>
          <w:b/>
        </w:rPr>
        <w:t xml:space="preserve">[34:31] </w:t>
      </w:r>
      <w:r>
        <w:t>sab apne final model par hain. har cheez apne final model par hai. koi artist insan ka ek naya model nahi bana saka.</w:t>
      </w:r>
    </w:p>
    <w:p>
      <w:pPr>
        <w:jc w:val="right"/>
      </w:pPr>
      <w:r>
        <w:t>سب اپنے فائنل ماڈل پر ہیں۔ ہر چیز اپنے فائنل ماڈل پر ہے۔ کوئی آرٹسٹ انسان کا ایک نیا ماڈل نہیں بنا سکا۔</w:t>
      </w:r>
    </w:p>
    <w:p>
      <w:r>
        <w:rPr>
          <w:b/>
        </w:rPr>
        <w:t xml:space="preserve">[34:42] </w:t>
      </w:r>
      <w:r>
        <w:t>koi artist ghaas ka ek naya model nahi bana saka. koi artist river ka ek naya model nahi bana saka. koi artist darakht ka ek naya model nahi bana saka.</w:t>
      </w:r>
    </w:p>
    <w:p>
      <w:pPr>
        <w:jc w:val="right"/>
      </w:pPr>
      <w:r>
        <w:t>کوئی آرٹسٹ گھاس کا ایک نیا ماڈل نہیں بنا سکا۔ کوئی آرٹسٹ ریور کا ایک نیا ماڈل نہیں بنا سکا۔ کوئی آرٹسٹ درخت کا ایک نیا ماڈل نہیں بنا سکا۔</w:t>
      </w:r>
    </w:p>
    <w:p>
      <w:r>
        <w:rPr>
          <w:b/>
        </w:rPr>
        <w:t xml:space="preserve">[34:55] </w:t>
      </w:r>
      <w:r>
        <w:t>koi artist solar system ka ek naya model nahi bana saka. har cheez is dunya mein jo hai, wo apne final model par hai. insan ki banai hui koi bhi cheez apne final model par nahi hai.</w:t>
      </w:r>
    </w:p>
    <w:p>
      <w:pPr>
        <w:jc w:val="right"/>
      </w:pPr>
      <w:r>
        <w:t>کوئی آرٹسٹ سولر سسٹم کا ایک نیا ماڈل نہیں بنا سکا۔ ہر چیز اس دنیا میں جو ہے، وہ اپنے فائنل ماڈل پر ہے۔ انسان کی بنائی ہوئی کوئی بھی چیز اپنے فائنل ماڈل پر نہیں ہے۔</w:t>
      </w:r>
    </w:p>
    <w:p>
      <w:r>
        <w:rPr>
          <w:b/>
        </w:rPr>
        <w:t xml:space="preserve">[35:09] </w:t>
      </w:r>
      <w:r>
        <w:t>koi bhi cheez. ab dekhiye, car hain, rozana naye naye model bante rehte hain. ghar hain, naye naye.</w:t>
      </w:r>
    </w:p>
    <w:p>
      <w:pPr>
        <w:jc w:val="right"/>
      </w:pPr>
      <w:r>
        <w:t>کوئی بھی چیز۔ اب دیکھیے، کار ہیں، روزانہ نئے نئے ماڈل بنتے رہتے ہیں۔ گھر ہیں، نئے نئے۔</w:t>
      </w:r>
    </w:p>
    <w:p>
      <w:r>
        <w:rPr>
          <w:b/>
        </w:rPr>
        <w:t xml:space="preserve">[35:20] </w:t>
      </w:r>
      <w:r>
        <w:t>architecture mein naye naye development hote rehte hain. yahi apne aap mein is baat ka saboot hai, apne aap mein. ke ek, ek, ek, ek absolute creator maujood hai.</w:t>
      </w:r>
    </w:p>
    <w:p>
      <w:pPr>
        <w:jc w:val="right"/>
      </w:pPr>
      <w:r>
        <w:t>آرکیٹیکچر میں نئے نئے ڈیولپمنٹ ہوتے رہتے ہیں۔ یہی اپنے آپ میں اس بات کا ثبوت ہے، اپنے آپ میں۔ کہ ایک، ایک، ایک، ایک ایبسولیوٹ کریٹر موجود ہے۔</w:t>
      </w:r>
    </w:p>
    <w:p>
      <w:r>
        <w:rPr>
          <w:b/>
        </w:rPr>
        <w:t xml:space="preserve">[35:33] </w:t>
      </w:r>
      <w:r>
        <w:t>warna ye kaise mumkin hai ke har cheez apne final model par ho? kaise possible hai ke har cheez apne final model par ho? aakhir insan bhi to cheezein bana raha hai.</w:t>
      </w:r>
    </w:p>
    <w:p>
      <w:pPr>
        <w:jc w:val="right"/>
      </w:pPr>
      <w:r>
        <w:t>ورنہ یہ کیسے ممکن ہے کہ ہر چیز اپنے فائنل ماڈل پر ہو؟ کیسے پاسیبل ہے کہ ہر چیز اپنے فائنل ماڈل پر ہو؟ آخر انسان بھی تو چیزیں بنا رہا ہے۔</w:t>
      </w:r>
    </w:p>
    <w:p>
      <w:r>
        <w:rPr>
          <w:b/>
        </w:rPr>
        <w:t xml:space="preserve">[35:45] </w:t>
      </w:r>
      <w:r>
        <w:t>kisi ek cheez ko bhi insan mujhe bataiye, apne final model par bana saka wo? ek zamane mein chahe japanese industry ki bari dhoom thi ke wo zero defect industry banai unho ne.</w:t>
      </w:r>
    </w:p>
    <w:p>
      <w:pPr>
        <w:jc w:val="right"/>
      </w:pPr>
      <w:r>
        <w:t>کسی ایک چیز کو بھی انسان مجھے بتائیے، اپنے فائنل ماڈل پر بنا سکا وہ؟ ایک زمانے میں چاہے جاپانیز انڈسٹری کی بڑی دھوم تھی کہ وہ زیرو ڈیفیکٹ انڈسٹری بنائی انہوں نے۔</w:t>
      </w:r>
    </w:p>
    <w:p>
      <w:r>
        <w:rPr>
          <w:b/>
        </w:rPr>
        <w:t xml:space="preserve">[36:03] </w:t>
      </w:r>
      <w:r>
        <w:t>mere baalon ke baad kuch bhi nahi. wo ek advertisement tha. zero defect industry sirf nature mein hai.</w:t>
      </w:r>
    </w:p>
    <w:p>
      <w:pPr>
        <w:jc w:val="right"/>
      </w:pPr>
      <w:r>
        <w:t>میرے بالوں کے بعد کچھ بھی نہیں۔ وہ ایک ایڈورٹائزمنٹ تھا۔ زیرو ڈیفیکٹ انڈسٹری صرف نیچر میں ہے۔</w:t>
      </w:r>
    </w:p>
    <w:p>
      <w:r>
        <w:rPr>
          <w:b/>
        </w:rPr>
        <w:t xml:space="preserve">[36:14] </w:t>
      </w:r>
      <w:r>
        <w:t>zero defect industry na japan mein hai, na america mein hai, na kahin hai. sari industries jo hain, aap dekhiye, pollution bhekher rahi hain. carbon emission ka masla paida ho gaya hai sari dunya mein.</w:t>
      </w:r>
    </w:p>
    <w:p>
      <w:pPr>
        <w:jc w:val="right"/>
      </w:pPr>
      <w:r>
        <w:t>زیرو ڈیفیکٹ انڈسٹری نہ جاپان میں ہے، نہ امریکہ میں ہے، نہ کہیں ہے۔ ساری انڈسٹریز جو ہیں، آپ دیکھیے، پولیوشن بکھیر رہی ہیں۔ کاربن ایمیشن کا مسئلہ پیدا ہو گیا ہے ساری دنیا میں۔</w:t>
      </w:r>
    </w:p>
    <w:p>
      <w:r>
        <w:rPr>
          <w:b/>
        </w:rPr>
        <w:t xml:space="preserve">[36:28] </w:t>
      </w:r>
      <w:r>
        <w:t>aur khuda ki industry bhi to har waqt kaam kar rahi hai. suraj ek industry hai. darakht ek industry hai. pani ka system wo ek industry se ho raha hai, sara control ho raha hai.</w:t>
      </w:r>
    </w:p>
    <w:p>
      <w:pPr>
        <w:jc w:val="right"/>
      </w:pPr>
      <w:r>
        <w:t>اور خدا کی انڈسٹری بھی تو ہر وقت کام کر رہی ہے۔ سورج ایک انڈسٹری ہے۔ درخت ایک انڈسٹری ہے۔ پانی کا سسٹم وہ ایک انڈسٹری سے ہو رہا ہے، سارا کنٹرول ہو رہا ہے۔</w:t>
      </w:r>
    </w:p>
    <w:p>
      <w:r>
        <w:rPr>
          <w:b/>
        </w:rPr>
        <w:t xml:space="preserve">[36:44] </w:t>
      </w:r>
      <w:r>
        <w:t>yani poora nature jo hai, is ki bhi ek bohat bari industry hai. lekin aap dekhiye, wahan bhi koi carbon emission hai. wahan bhi koi pollution hai.</w:t>
      </w:r>
    </w:p>
    <w:p>
      <w:pPr>
        <w:jc w:val="right"/>
      </w:pPr>
      <w:r>
        <w:t>یعنی پورا نیچر جو ہے، اس کی بھی ایک بہت بڑی انڈسٹری ہے۔ لیکن آپ دیکھیے، وہاں بھی کوئی کاربن ایمیشن ہے۔ وہاں بھی کوئی پولیوشن ہے۔</w:t>
      </w:r>
    </w:p>
    <w:p>
      <w:r>
        <w:rPr>
          <w:b/>
        </w:rPr>
        <w:t xml:space="preserve">[36:53] </w:t>
      </w:r>
      <w:r>
        <w:t>kuch bhi nahi. to zero defect industry to nature mein hai. na wo japan mein hai, na america mein hai.</w:t>
      </w:r>
    </w:p>
    <w:p>
      <w:pPr>
        <w:jc w:val="right"/>
      </w:pPr>
      <w:r>
        <w:t>کچھ بھی نہیں۔ تو زیرو ڈیفیکٹ انڈسٹری تو نیچر میں ہے۔ نہ وہ جاپان میں ہے، نہ امریکہ میں ہے۔</w:t>
      </w:r>
    </w:p>
    <w:p>
      <w:r>
        <w:rPr>
          <w:b/>
        </w:rPr>
        <w:t xml:space="preserve">[37:04] </w:t>
      </w:r>
      <w:r>
        <w:t>isi liye ek scientist ne likha hai ke ek kitab chhapi hai, is ka naam hai "the intelligent universe". "the intelligent universe".</w:t>
      </w:r>
    </w:p>
    <w:p>
      <w:pPr>
        <w:jc w:val="right"/>
      </w:pPr>
      <w:r>
        <w:t>اسی لیے ایک سائنٹسٹ نے لکھا ہے کہ ایک کتاب چھپی ہے، اس کا نام ہے "دا انٹیلیجنٹ یونیورس"۔ "دا انٹیلیجنٹ یونیورس"۔</w:t>
      </w:r>
    </w:p>
    <w:p>
      <w:r>
        <w:rPr>
          <w:b/>
        </w:rPr>
        <w:t xml:space="preserve">[37:15] </w:t>
      </w:r>
      <w:r>
        <w:t>us ne is ko mana hai ke ke universe jo hai, ek intelligent mind ka, ka wo hai, karname, ka work hai.</w:t>
      </w:r>
    </w:p>
    <w:p>
      <w:pPr>
        <w:jc w:val="right"/>
      </w:pPr>
      <w:r>
        <w:t>اس نے اس کو مانا ہے کہ کہ یونیورس جو ہے، ایک انٹیلیجنٹ مائنڈ کا، کا وہ ہے، کارنامہ، کا ورک ہے۔</w:t>
      </w:r>
    </w:p>
    <w:p>
      <w:r>
        <w:rPr>
          <w:b/>
        </w:rPr>
        <w:t xml:space="preserve">[37:28] </w:t>
      </w:r>
      <w:r>
        <w:t>ek intelligent mind ko agar hum na manein to hum universe ko explain nahi kar sakte. aap ghor kijiye ke sari dunya ke industries, sari dunya ke engineer, sari dunya ke bare bare dimagh, pollution free industry nahi bana sake.</w:t>
      </w:r>
    </w:p>
    <w:p>
      <w:pPr>
        <w:jc w:val="right"/>
      </w:pPr>
      <w:r>
        <w:t>ایک انٹیلیجنٹ مائنڈ کو اگر ہم نہ مانیں تو ہم یونیورس کو ایکسپلین نہیں کر سکتے۔ آپ غور کیجیے کہ ساری دنیا کے انڈسٹریز، ساری دنیا کے انجینئر، ساری دنیا کے بڑے بڑے دماغ، پولیوشن فری انڈسٹری نہیں بنا سکے۔</w:t>
      </w:r>
    </w:p>
    <w:p>
      <w:r>
        <w:rPr>
          <w:b/>
        </w:rPr>
        <w:t xml:space="preserve">[37:45] </w:t>
      </w:r>
      <w:r>
        <w:t>jab ke nature mein billion billion saal se pollution free industry maujood hai. aap ghor kijiye.</w:t>
      </w:r>
    </w:p>
    <w:p>
      <w:pPr>
        <w:jc w:val="right"/>
      </w:pPr>
      <w:r>
        <w:t>جبکہ نیچر میں بلین بلین سال سے پولیوشن فری انڈسٹری موجود ہے۔ آپ غور کیجیے۔</w:t>
      </w:r>
    </w:p>
    <w:p>
      <w:r>
        <w:rPr>
          <w:b/>
        </w:rPr>
        <w:t xml:space="preserve">[37:55] </w:t>
      </w:r>
      <w:r>
        <w:t>yani samundaron se pani uthta hai aur jata hai oper. phir de salination ke liye.</w:t>
      </w:r>
    </w:p>
    <w:p>
      <w:pPr>
        <w:jc w:val="right"/>
      </w:pPr>
      <w:r>
        <w:t>یعنی سمندروں سے پانی اٹھتا ہے اور جاتا ہے اوپر۔ پھر ڈی سیلیشن کے لیے۔</w:t>
      </w:r>
    </w:p>
    <w:p>
      <w:r>
        <w:rPr>
          <w:b/>
        </w:rPr>
        <w:t xml:space="preserve">[38:05] </w:t>
      </w:r>
      <w:r>
        <w:t>yani de salination ka ek process hai jo samundaron mein har saal hota hai. pani oper utha, oper se phir barish ki shakal mein bursa, fresh water.</w:t>
      </w:r>
    </w:p>
    <w:p>
      <w:pPr>
        <w:jc w:val="right"/>
      </w:pPr>
      <w:r>
        <w:t>یعنی ڈی سیلیشن کا ایک پروسیس ہے جو سمندروں میں ہر سال ہوتا ہے۔ پانی اوپر اٹھا، اوپر سے پھر بارش کی شکل میں برسا، فریش واٹر۔</w:t>
      </w:r>
    </w:p>
    <w:p>
      <w:r>
        <w:rPr>
          <w:b/>
        </w:rPr>
        <w:t xml:space="preserve">[38:14] </w:t>
      </w:r>
      <w:r>
        <w:t>yeh kitni bari industry darkar hai is ke liye. ke pani ko de salinate karne ke liye. samundar ke pani ka namak alag alag ho jaye aur fresh water hum ko milay.</w:t>
      </w:r>
    </w:p>
    <w:p>
      <w:pPr>
        <w:jc w:val="right"/>
      </w:pPr>
      <w:r>
        <w:t>یہ کتنی بڑی انڈسٹری درکار ہے اس کے لیے۔ کہ پانی کو ڈی سیلیٹ کرنے کے لیے۔ سمندر کے پانی کا نمک الگ الگ ہو جائے اور فریش واٹر ہم کو ملے۔</w:t>
      </w:r>
    </w:p>
    <w:p>
      <w:r>
        <w:rPr>
          <w:b/>
        </w:rPr>
        <w:t xml:space="preserve">[38:27] </w:t>
      </w:r>
      <w:r>
        <w:t>yeh kitni bari universal industry hai jo yeh kaam kar rahi hai. aur nahi, koi, koi pollution kahin nahi. to kaise possible hai ke itni bari industry,</w:t>
      </w:r>
    </w:p>
    <w:p>
      <w:pPr>
        <w:jc w:val="right"/>
      </w:pPr>
      <w:r>
        <w:t>یہ کتنی بڑی یونیورسل انڈسٹری ہے جو یہ کام کر رہی ہے۔ اور نہیں، کوئی، کوئی پولیوشن کہیں نہیں۔ تو کیسے پاسیبل ہے کہ اتنی بڑی انڈسٹری،</w:t>
      </w:r>
    </w:p>
    <w:p>
      <w:r>
        <w:rPr>
          <w:b/>
        </w:rPr>
        <w:t xml:space="preserve">[38:40] </w:t>
      </w:r>
      <w:r>
        <w:t>jo true sense mein zero defect industry hai, woh kisi aik mind ke baghair chal rahi ho? to bohat achi kitab hai woh "Intelligent Universe".</w:t>
      </w:r>
    </w:p>
    <w:p>
      <w:pPr>
        <w:jc w:val="right"/>
      </w:pPr>
      <w:r>
        <w:t>جو ٹرو سینس میں زیرو ڈیفیکٹ انڈسٹری ہے، وہ کسی ایک مائنڈ کے بغیر چل رہی ہو؟ تو بہت اچھی کتاب ہے وہ "انٹیلیجنٹ یونیورس"۔</w:t>
      </w:r>
    </w:p>
    <w:p>
      <w:r>
        <w:rPr>
          <w:b/>
        </w:rPr>
        <w:t xml:space="preserve">[38:49] </w:t>
      </w:r>
      <w:r>
        <w:t>moti si kitab hai. agarchay personal guard ko is mein nahi zikr kiya hai is ne. lekin intelligent mind ka to is mein zikr kiya hai is ne.</w:t>
      </w:r>
    </w:p>
    <w:p>
      <w:pPr>
        <w:jc w:val="right"/>
      </w:pPr>
      <w:r>
        <w:t>موٹی سی کتاب ہے۔ اگرچہ پرسنل گارڈ کو اس میں نہیں ذکر کیا ہے اس نے۔ لیکن انٹیلیجنٹ مائنڈ کا تو اس میں ذکر کیا ہے اس نے۔</w:t>
      </w:r>
    </w:p>
    <w:p>
      <w:r>
        <w:rPr>
          <w:b/>
        </w:rPr>
        <w:t xml:space="preserve">[39:01] </w:t>
      </w:r>
      <w:r>
        <w:t>ke baghair aik intelligent mind ke yeh, yeh, yeh, yeh universe nahi chal sakti.</w:t>
      </w:r>
    </w:p>
    <w:p>
      <w:pPr>
        <w:jc w:val="right"/>
      </w:pPr>
      <w:r>
        <w:t>کہ بغیر ایک انٹیلیجنٹ مائنڈ کے یہ، یہ، یہ، یہ یونیورس نہیں چل سکتی۔</w:t>
      </w:r>
    </w:p>
    <w:p>
      <w:r>
        <w:rPr>
          <w:b/>
        </w:rPr>
        <w:t xml:space="preserve">[39:13] </w:t>
      </w:r>
      <w:r>
        <w:t>to yeh aik aisa fitna hai har aadmi ke mind mein. ke Khuda ko, ke Khuda hamare na gharon mein is ka charcha hai, na media mein is ka charcha hai.</w:t>
      </w:r>
    </w:p>
    <w:p>
      <w:pPr>
        <w:jc w:val="right"/>
      </w:pPr>
      <w:r>
        <w:t>تو یہ ایک ایسا فتنہ ہے ہر آدمی کے مائنڈ میں۔ کہ خدا کو، کہ خدا ہمارے نہ گھروں میں اس کا چرچہ ہے، نہ میڈیا میں اس کا چرچہ ہے۔</w:t>
      </w:r>
    </w:p>
    <w:p>
      <w:r>
        <w:rPr>
          <w:b/>
        </w:rPr>
        <w:t xml:space="preserve">[39:27] </w:t>
      </w:r>
      <w:r>
        <w:t>kahin nahi charcha is ka Khuda ka. kahin charcha hi nahi Khuda ka. yahan tak ke abhi mere pas kuch log aye jo deen daar log kahe jatay hain, mazhabi log.</w:t>
      </w:r>
    </w:p>
    <w:p>
      <w:pPr>
        <w:jc w:val="right"/>
      </w:pPr>
      <w:r>
        <w:t>کہیں نہیں چرچہ اس کا خدا کا۔ کہیں چرچہ ہی نہیں خدا کا۔ یہاں تک کہ ابھی میرے پاس کچھ لوگ آئے جو دین دار لوگ کہے جاتے ہیں، مذہبی لوگ۔</w:t>
      </w:r>
    </w:p>
    <w:p>
      <w:r>
        <w:rPr>
          <w:b/>
        </w:rPr>
        <w:t xml:space="preserve">[39:43] </w:t>
      </w:r>
      <w:r>
        <w:t>to der tak apne buzurgon ka charcha karte rahay, apne baṛon ka charcha karte rahay. phir maine Khuda ki baat ki. to aap ta'ajub karein ge ke koi in ko interest nahi aya is mein.</w:t>
      </w:r>
    </w:p>
    <w:p>
      <w:pPr>
        <w:jc w:val="right"/>
      </w:pPr>
      <w:r>
        <w:t>تو دیر تک اپنے بزرگوں کا چرچہ کرتے رہے، اپنے بڑوں کا چرچہ کرتے رہے۔ پھر میں نے خدا کی بات کی۔ تو آپ تعجب کریں گے کہ کوئی ان کو انٹرسٹ نہیں آیا اس میں۔</w:t>
      </w:r>
    </w:p>
    <w:p>
      <w:r>
        <w:rPr>
          <w:b/>
        </w:rPr>
        <w:t xml:space="preserve">[39:56] </w:t>
      </w:r>
      <w:r>
        <w:t>apne baṛon ka, apne buzurgon ka charcha kar rahay thay to khoob baṛay shoq ke sath. hamare Hazrat aisay, hamare Maulana sahib aisay.</w:t>
      </w:r>
    </w:p>
    <w:p>
      <w:pPr>
        <w:jc w:val="right"/>
      </w:pPr>
      <w:r>
        <w:t>اپنے بڑوں کا، اپنے بزرگوں کا چرچہ کر رہے تھے تو خوب بڑے شوق کے ساتھ۔ ہمارے حضرت ایسے، ہمارے مولانا صاحب ایسے۔</w:t>
      </w:r>
    </w:p>
    <w:p>
      <w:r>
        <w:rPr>
          <w:b/>
        </w:rPr>
        <w:t xml:space="preserve">[40:07] </w:t>
      </w:r>
      <w:r>
        <w:t>lekin jab maine Khuda ka charcha kiya to unhein koi dilchaspi nahi hui. bilkul wahi hai Quran mein ke "as'azzal quloob allazeena kafaroo" wali baat ho gayi.</w:t>
      </w:r>
    </w:p>
    <w:p>
      <w:pPr>
        <w:jc w:val="right"/>
      </w:pPr>
      <w:r>
        <w:t>لیکن جب میں نے خدا کا چرچہ کیا تو انہیں کوئی دلچسپی نہیں ہوئی۔ بالکل وہی ہے قرآن میں کہ "اس معزز قلوب الذین کفروا" والی بات ہو گئی۔</w:t>
      </w:r>
    </w:p>
    <w:p>
      <w:r>
        <w:rPr>
          <w:b/>
        </w:rPr>
        <w:t xml:space="preserve">[40:19] </w:t>
      </w:r>
      <w:r>
        <w:t>to secular log to, secular logon ke haan to Khuda ka charcha nahi hai. mazhabi logon ke haan bhi Khuda ka charcha nahi hai. kisi aur cheez ka charcha hai.</w:t>
      </w:r>
    </w:p>
    <w:p>
      <w:pPr>
        <w:jc w:val="right"/>
      </w:pPr>
      <w:r>
        <w:t>تو سیکولر لوگ تو، سیکولر لوگوں کے ہاں تو خدا کا چرچہ نہیں ہے۔ مذہبی لوگوں کے ہاں بھی خدا کا چرچہ نہیں ہے۔ کسی اور چیز کا چرچہ ہے۔</w:t>
      </w:r>
    </w:p>
    <w:p>
      <w:r>
        <w:rPr>
          <w:b/>
        </w:rPr>
        <w:t xml:space="preserve">[40:32] </w:t>
      </w:r>
      <w:r>
        <w:t>aik martaba main aik conference mein tha, yeh madaris conference thi, madaris ki. to wahan kya hua?</w:t>
      </w:r>
    </w:p>
    <w:p>
      <w:pPr>
        <w:jc w:val="right"/>
      </w:pPr>
      <w:r>
        <w:t>ایک مرتبہ میں ایک کانفرنس میں تھا، یہ مدارس کانفرنس تھی، مدرسوں کی۔ تو وہاں کیا ہوا؟</w:t>
      </w:r>
    </w:p>
    <w:p>
      <w:r>
        <w:rPr>
          <w:b/>
        </w:rPr>
        <w:t xml:space="preserve">[40:42] </w:t>
      </w:r>
      <w:r>
        <w:t>ke India bhar ke madaris jo hain, madarisay, un ke, un ke jo, jo zimmedar log hain, khas log aye thay is mein.</w:t>
      </w:r>
    </w:p>
    <w:p>
      <w:pPr>
        <w:jc w:val="right"/>
      </w:pPr>
      <w:r>
        <w:t>کہ انڈیا بھر کے مدارس جو ہیں، مدرسے، ان کے، ان کے جو، جو ذمہ دار لوگ ہیں، خاص لوگ آئے تھے اس میں۔</w:t>
      </w:r>
    </w:p>
    <w:p>
      <w:r>
        <w:rPr>
          <w:b/>
        </w:rPr>
        <w:t xml:space="preserve">[40:54] </w:t>
      </w:r>
      <w:r>
        <w:t>aur chahtay thay ke aik aisa banay, aik, aik nizam jis mein sab madaris juṛ jayein. jaisay, jaisay misal ke tor par aik madrasay se nikal kar aadmi doosri jagah ja kar ke admission lay sakay.</w:t>
      </w:r>
    </w:p>
    <w:p>
      <w:pPr>
        <w:jc w:val="right"/>
      </w:pPr>
      <w:r>
        <w:t>اور چاہتے تھے کہ ایک ایسا بنے، ایک، ایک نظام جس میں سب مدرسے جڑ جائیں۔ جیسے، جیسے مثال کے طور پر ایک مدرسے سے نکل کر آدمی دوسری جگہ جا کر کے ایڈمیشن لے سکے۔</w:t>
      </w:r>
    </w:p>
    <w:p>
      <w:r>
        <w:rPr>
          <w:b/>
        </w:rPr>
        <w:t xml:space="preserve">[41:10] </w:t>
      </w:r>
      <w:r>
        <w:t>aaj kal aap ta'ajub karein ge ke schoolon aur collegeon mein to aisa hai, yahan aap chhoṛ kar wahan ja kar admission lay patay hain. madaris mein yeh system nahi hai.</w:t>
      </w:r>
    </w:p>
    <w:p>
      <w:pPr>
        <w:jc w:val="right"/>
      </w:pPr>
      <w:r>
        <w:t>آج کل آپ تعجب کریں گے کہ اسکولوں اور کالجوں میں تو ایسا ہے، یہاں آپ چھوڑ کر وہاں جا کر ایڈمیشن لے پاتے ہیں۔ مدرسوں میں یہ سسٹم نہیں ہے۔</w:t>
      </w:r>
    </w:p>
    <w:p>
      <w:r>
        <w:rPr>
          <w:b/>
        </w:rPr>
        <w:t xml:space="preserve">[41:22] </w:t>
      </w:r>
      <w:r>
        <w:t>har madrasay ka apna alag nizam hai. har madrasay ka alag nisaab, alag nizam, alag qanoon o qaa'ida. to wahan pe yeh tha, yeh bahs thi ke aik aisa nizam banaya jaye jis mein sab madaris par koi cover karta ho.</w:t>
      </w:r>
    </w:p>
    <w:p>
      <w:pPr>
        <w:jc w:val="right"/>
      </w:pPr>
      <w:r>
        <w:t>ہر مدرسے کا اپنا الگ نظام ہے۔ ہر مدرسے کا الگ نصاب، الگ نظام، الگ قانون و قاعدہ۔ تو وہاں پہ یہ تھا، یہ بحث تھی کہ ایک ایسا نظام بنایا جائے جس میں سب مدرسوں پر کوئی کور کرتا ہو۔</w:t>
      </w:r>
    </w:p>
    <w:p>
      <w:r>
        <w:rPr>
          <w:b/>
        </w:rPr>
        <w:t xml:space="preserve">[41:39] </w:t>
      </w:r>
      <w:r>
        <w:t>din bhar bahs hoti rahi, kuch tay nahi hua. ab main bohat hi, yani gham ke sath baitha hua tha ke kya bahsein kar rahay hain yeh log.</w:t>
      </w:r>
    </w:p>
    <w:p>
      <w:pPr>
        <w:jc w:val="right"/>
      </w:pPr>
      <w:r>
        <w:t>دن بھر بحث ہوتی رہی، کچھ طے نہیں ہوا۔ اب میں بہت ہی، یعنی غم کے ساتھ بیٹھا ہوا تھا کہ کیا بحثیں کر رہے ہیں یہ لوگ۔</w:t>
      </w:r>
    </w:p>
    <w:p>
      <w:r>
        <w:rPr>
          <w:b/>
        </w:rPr>
        <w:t xml:space="preserve">[41:51] </w:t>
      </w:r>
      <w:r>
        <w:t>to aakhir mein mujh se kaha unho ne ke aap kuch kahiye. to main khaṛa hua to main, main to ro raha tha.</w:t>
      </w:r>
    </w:p>
    <w:p>
      <w:pPr>
        <w:jc w:val="right"/>
      </w:pPr>
      <w:r>
        <w:t>تو آخر میں مجھ سے کہا انہوں نے کہ آپ کچھ کہیے۔ تو میں کھڑا ہوا تو میں، میں تو رو رہا تھا۔</w:t>
      </w:r>
    </w:p>
    <w:p>
      <w:r>
        <w:rPr>
          <w:b/>
        </w:rPr>
        <w:t xml:space="preserve">[42:01] </w:t>
      </w:r>
      <w:r>
        <w:t>main kehta kya? main ne kaha aap log Khuda se darte nahi, is liye itni lambi bahsein kar rahay hain?</w:t>
      </w:r>
    </w:p>
    <w:p>
      <w:pPr>
        <w:jc w:val="right"/>
      </w:pPr>
      <w:r>
        <w:t>میں کہتا کیا؟ میں نے کہا آپ لوگ خدا سے ڈرتے نہیں، اس لیے اتنی لمبی بحثیں کر رہے ہیں؟</w:t>
      </w:r>
    </w:p>
    <w:p>
      <w:r>
        <w:rPr>
          <w:b/>
        </w:rPr>
        <w:t xml:space="preserve">[42:13] </w:t>
      </w:r>
      <w:r>
        <w:t>us waqt meri zuban se aik jumla nikla tha, shayad aap log na samajh payein is ko. Urdu walay jaan saktay hain. ke itni raayein, itni raayein, itni raayein.</w:t>
      </w:r>
    </w:p>
    <w:p>
      <w:pPr>
        <w:jc w:val="right"/>
      </w:pPr>
      <w:r>
        <w:t>اس وقت میری زبان سے ایک جملہ نکلا تھا، شاید آپ لوگ نہ سمجھ پائیں اس کو۔ اردو والے جان سکتے ہیں۔ کہ اتنی رائیں، اتنی رائیں، اتنی رائیں۔</w:t>
      </w:r>
    </w:p>
    <w:p>
      <w:r>
        <w:rPr>
          <w:b/>
        </w:rPr>
        <w:t xml:space="preserve">[42:25] </w:t>
      </w:r>
      <w:r>
        <w:t>aap aik, aik, aik baat par sab nahi aa rahay hain. har aadmi alag raaye de raha hai. to meri zuban se nikla tha us waqt yeh jumla, maine kaha tha aur main ro raha tha.</w:t>
      </w:r>
    </w:p>
    <w:p>
      <w:pPr>
        <w:jc w:val="right"/>
      </w:pPr>
      <w:r>
        <w:t>آپ ایک، ایک، ایک بات پر سب نہیں آ رہے ہیں۔ ہر آدمی الگ رائے دے رہا ہے۔ تو میری زبان سے نکلا تھا اس وقت یہ جملہ، میں نے کہا تھا اور میں رو رہا تھا۔</w:t>
      </w:r>
    </w:p>
    <w:p>
      <w:r>
        <w:rPr>
          <w:b/>
        </w:rPr>
        <w:t xml:space="preserve">[42:39] </w:t>
      </w:r>
      <w:r>
        <w:t>ke shiddat-e-khauf raayon ke ta'addud ko khatam kar deta hai.</w:t>
      </w:r>
    </w:p>
    <w:p>
      <w:pPr>
        <w:jc w:val="right"/>
      </w:pPr>
      <w:r>
        <w:t>کہ شدت خوف رائیوں کے تعدد کو ختم کر دیتا ہے۔</w:t>
      </w:r>
    </w:p>
    <w:p>
      <w:r>
        <w:rPr>
          <w:b/>
        </w:rPr>
        <w:t xml:space="preserve">[42:46] </w:t>
      </w:r>
      <w:r>
        <w:t>yeh bohat hi theth Urdu hai, shayad aap log na samajh payein ge. ke shiddat-e-khauf raayon ke ta'addud ko khatam kar deta hai.</w:t>
      </w:r>
    </w:p>
    <w:p>
      <w:pPr>
        <w:jc w:val="right"/>
      </w:pPr>
      <w:r>
        <w:t>یہ بہت ہی ٹھیٹ اردو ہے، شاید آپ لوگ نہ سمجھ پائیں گے۔ کہ شدت خوف رائیوں کے تعدد کو ختم کر دیتا ہے۔</w:t>
      </w:r>
    </w:p>
    <w:p>
      <w:r>
        <w:rPr>
          <w:b/>
        </w:rPr>
        <w:t xml:space="preserve">[42:57] </w:t>
      </w:r>
      <w:r>
        <w:t>to mein ne misaal di thi ke aap log, har aadmi alag alag baatein bol raha hai. har aadmi speaker bana hua hai. suppose yahan par achanak aik, aik woh nikal aaye, aik kabra, kala saanp.</w:t>
      </w:r>
    </w:p>
    <w:p>
      <w:pPr>
        <w:jc w:val="right"/>
      </w:pPr>
      <w:r>
        <w:t>تو میں نے مثال دی تھی کہ آپ لوگ، ہر آدمی الگ الگ باتیں بول رہا ہے۔ ہر آدمی اسپیکر بنا ہوا ہے۔ سپوز یہاں پر اچانک ایک، ایک وہ نکل آئے، ایک کابرا، کالا سانپ۔</w:t>
      </w:r>
    </w:p>
    <w:p>
      <w:r>
        <w:rPr>
          <w:b/>
        </w:rPr>
        <w:t xml:space="preserve">[43:14] </w:t>
      </w:r>
      <w:r>
        <w:t>aap dekhein ke woh phan aisa nikali hui hai. to sab ki raayein aik ho jayengi. ke kabra, kabra, apni ko bachao. tab raayein alag alag nahi rahengi.</w:t>
      </w:r>
    </w:p>
    <w:p>
      <w:pPr>
        <w:jc w:val="right"/>
      </w:pPr>
      <w:r>
        <w:t>آپ دیکھیں کہ وہ پھن ایسا نکالی ہوئی ہے۔ تو سب کی رائیں ایک ہو جائیں گی۔ کہ کابرا، کابرا، اپنی کو بچاؤ۔ تب رائیں الگ الگ نہیں رہیں گی۔</w:t>
      </w:r>
    </w:p>
    <w:p>
      <w:r>
        <w:rPr>
          <w:b/>
        </w:rPr>
        <w:t xml:space="preserve">[43:26] </w:t>
      </w:r>
      <w:r>
        <w:t>to sara maamla yeh hai ke log khuda ko ya to mante nahi, ya mante hain to bas formal tor par mante hain.</w:t>
      </w:r>
    </w:p>
    <w:p>
      <w:pPr>
        <w:jc w:val="right"/>
      </w:pPr>
      <w:r>
        <w:t>تو سارا معاملہ یہ ہے کہ لوگ خدا کو یا تو مانتے نہیں، یا مانتے ہیں تو بس فارمل طور پر مانتے ہیں۔</w:t>
      </w:r>
    </w:p>
    <w:p>
      <w:r>
        <w:rPr>
          <w:b/>
        </w:rPr>
        <w:t xml:space="preserve">[43:37] </w:t>
      </w:r>
      <w:r>
        <w:t>yahan par kuch ladke hain jo haar bajate hue daudte rehte hain, shor karte rehte hain khwamkhwah. to mein ne aik, aik ladke se kaha ke bhai aap itna haar kyun bajate hain?</w:t>
      </w:r>
    </w:p>
    <w:p>
      <w:pPr>
        <w:jc w:val="right"/>
      </w:pPr>
      <w:r>
        <w:t>یہاں پر کچھ لڑکے ہیں جو ہار بجاتے ہوئے دوڑتے رہتے ہیں، شور کرتے رہتے ہیں خوامخواہ۔ تو میں نے ایک، ایک لڑکے سے کہا کہ بھئی آپ اتنا ہار کیوں بجاتے ہیں؟</w:t>
      </w:r>
    </w:p>
    <w:p>
      <w:r>
        <w:rPr>
          <w:b/>
        </w:rPr>
        <w:t xml:space="preserve">[43:53] </w:t>
      </w:r>
      <w:r>
        <w:t>is par bhi poocha jayega aap se. yeh bhi west hai. is par bhi khuda ke haan poocha jayega. doosre jawab diya to woh, woh shaf to nahi the, woh gaon wale ke, lekin matlab is ka hi tha.</w:t>
      </w:r>
    </w:p>
    <w:p>
      <w:pPr>
        <w:jc w:val="right"/>
      </w:pPr>
      <w:r>
        <w:t>اس پر بھی پوچھا جائے گا آپ سے۔ یہ بھی ویسٹ ہے۔ اس پر بھی خدا کے ہاں پوچھا جائے گا۔ دوسرے جواب دیا تو وہ، وہ شف تو نہیں تھے، وہ گاؤں والے کے، لیکن مطلب اس کا ہی تھا۔</w:t>
      </w:r>
    </w:p>
    <w:p>
      <w:r>
        <w:rPr>
          <w:b/>
        </w:rPr>
        <w:t xml:space="preserve">[44:06] </w:t>
      </w:r>
      <w:r>
        <w:t>is mein khuda kahan se aa gaya? yeh hamare paas car hai, hum haar baja rahe hain, is mein khuda kahan se aa gaya?</w:t>
      </w:r>
    </w:p>
    <w:p>
      <w:pPr>
        <w:jc w:val="right"/>
      </w:pPr>
      <w:r>
        <w:t>اس میں خدا کہاں سے آ گیا؟ یہ ہمارے پاس کار ہے، ہم ہار بجا رہے ہیں، اس میں خدا کہاں سے آ گیا؟</w:t>
      </w:r>
    </w:p>
    <w:p>
      <w:r>
        <w:rPr>
          <w:b/>
        </w:rPr>
        <w:t xml:space="preserve">[44:17] </w:t>
      </w:r>
      <w:r>
        <w:t>to jis se bhi baat, kam az kam mera tajurba hai ke jis se bhi baat karta hoon, mein aisi boli bolta hoon jis ne ke is mein khuda kahan se aa gaya?</w:t>
      </w:r>
    </w:p>
    <w:p>
      <w:pPr>
        <w:jc w:val="right"/>
      </w:pPr>
      <w:r>
        <w:t>تو جس سے بھی بات، کم از کم میرا تجربہ ہے کہ جس سے بھی بات کرتا ہوں، میں ایسی بولی بولتا ہوں جس نے کہ اس میں خدا کہاں سے آ گیا؟</w:t>
      </w:r>
    </w:p>
    <w:p>
      <w:r>
        <w:rPr>
          <w:b/>
        </w:rPr>
        <w:t xml:space="preserve">[44:27] </w:t>
      </w:r>
      <w:r>
        <w:t>is mein khuda kahan se aa gaya?</w:t>
      </w:r>
    </w:p>
    <w:p>
      <w:pPr>
        <w:jc w:val="right"/>
      </w:pPr>
      <w:r>
        <w:t>اس میں خدا کہاں سے آ گیا؟</w:t>
      </w:r>
    </w:p>
    <w:p>
      <w:r>
        <w:rPr>
          <w:b/>
        </w:rPr>
        <w:t xml:space="preserve">[44:32] </w:t>
      </w:r>
      <w:r>
        <w:t>to basic baat yeh hai ke khuda aik abstract idea ke tor par hai logon ke dilon mein. aik zinda khuda, aik zinda khuda jis se, jis se hum darain, jis se umeed rakhein,</w:t>
      </w:r>
    </w:p>
    <w:p>
      <w:pPr>
        <w:jc w:val="right"/>
      </w:pPr>
      <w:r>
        <w:t>تو بیسک بات یہ ہے کہ خدا ایک ایبسٹریکٹ آئیڈیا کے طور پر ہے لوگوں کے دلوں میں۔ ایک زندہ خدا، ایک زندہ خدا جس سے، جس سے ہم ڈریں، جس سے امید رکھیں،</w:t>
      </w:r>
    </w:p>
    <w:p>
      <w:r>
        <w:rPr>
          <w:b/>
        </w:rPr>
        <w:t xml:space="preserve">[44:46] </w:t>
      </w:r>
      <w:r>
        <w:t>woh, woh nahi hai logon ke mind mein. is liye log daud rahe hain apne, apne koi interest ke liye daud raha hai, koi apni hawa karne ke liye daud raha hai, koi tamashe ke liye daud raha hai.</w:t>
      </w:r>
    </w:p>
    <w:p>
      <w:pPr>
        <w:jc w:val="right"/>
      </w:pPr>
      <w:r>
        <w:t>وہ، وہ نہیں ہے لوگوں کے مائنڈ میں۔ اس لیے لوگ دوڑ رہے ہیں اپنے، اپنے کوئی انٹرسٹ کے لیے دوڑ رہا ہے، کوئی اپنی ہوا کرنے کے لیے دوڑ رہا ہے، کوئی تماشے کے لیے دوڑ رہا ہے۔</w:t>
      </w:r>
    </w:p>
    <w:p>
      <w:r>
        <w:rPr>
          <w:b/>
        </w:rPr>
        <w:t xml:space="preserve">[44:59] </w:t>
      </w:r>
      <w:r>
        <w:t>kyun ke unhein dar nahi ke khuda pakdega un ko. apne time ko west kar raha hai aadmi, apne money ko west kar raha hai aadmi.</w:t>
      </w:r>
    </w:p>
    <w:p>
      <w:pPr>
        <w:jc w:val="right"/>
      </w:pPr>
      <w:r>
        <w:t>کیونکہ انہیں ڈر نہیں کہ خدا پکڑے گا ان کو۔ اپنے ٹائم کو ویسٹ کر رہا ہے آدمی، اپنے منی کو ویسٹ کر رہا ہے آدمی۔</w:t>
      </w:r>
    </w:p>
    <w:p>
      <w:r>
        <w:rPr>
          <w:b/>
        </w:rPr>
        <w:t xml:space="preserve">[45:08] </w:t>
      </w:r>
      <w:r>
        <w:t>is ko yeh dar nahi ke yeh, yeh sab kuch khuda ka, khuda ki taraf se di hui amanat hai. yaani aap ke paas agar money hai to aap ki nahi hai, woh khuda ki amanat hai.</w:t>
      </w:r>
    </w:p>
    <w:p>
      <w:pPr>
        <w:jc w:val="right"/>
      </w:pPr>
      <w:r>
        <w:t>اس کو یہ ڈر نہیں کہ یہ، یہ سب کچھ خدا کا، خدا کی طرف سے دی ہوئی امانت ہے۔ یعنی آپ کے پاس اگر منی ہے تو آپ کی نہیں ہے، وہ خدا کی امانت ہے۔</w:t>
      </w:r>
    </w:p>
    <w:p>
      <w:r>
        <w:rPr>
          <w:b/>
        </w:rPr>
        <w:t xml:space="preserve">[45:20] </w:t>
      </w:r>
      <w:r>
        <w:t>aap ke paas agar mind hai to aap ka nahi hai, woh khuda ki amanat hai.</w:t>
      </w:r>
    </w:p>
    <w:p>
      <w:pPr>
        <w:jc w:val="right"/>
      </w:pPr>
      <w:r>
        <w:t>آپ کے پاس اگر مائنڈ ہے تو آپ کا نہیں ہے، وہ خدا کی امانت ہے۔</w:t>
      </w:r>
    </w:p>
    <w:p>
      <w:r>
        <w:rPr>
          <w:b/>
        </w:rPr>
        <w:t xml:space="preserve">[45:27] </w:t>
      </w:r>
      <w:r>
        <w:t>quran mein hai ke "innal basara wal fuada kullu ulaika kana mas'oola". yaani har cheez ke liye poocha jayega. har cheez ke liye poocha jayega.</w:t>
      </w:r>
    </w:p>
    <w:p>
      <w:pPr>
        <w:jc w:val="right"/>
      </w:pPr>
      <w:r>
        <w:t>قرآن میں ہے کہ "إن البصر والفواد كل أولائك کان مسؤولا"۔ یعنی ہر چیز کے لیے پوچھا جائے گا۔ ہر چیز کے لیے پوچھا جائے گا۔</w:t>
      </w:r>
    </w:p>
    <w:p>
      <w:r>
        <w:rPr>
          <w:b/>
        </w:rPr>
        <w:t xml:space="preserve">[45:37] </w:t>
      </w:r>
      <w:r>
        <w:t>yeh aankh, yeh dimagh, yeh paisa, yeh property, har cheez khuda ki amanat hai. to poocha jayega ke tum ne khuda ki amanat ko kaise kharch kiya?</w:t>
      </w:r>
    </w:p>
    <w:p>
      <w:pPr>
        <w:jc w:val="right"/>
      </w:pPr>
      <w:r>
        <w:t>یہ آنکھ، یہ دماغ، یہ پیسہ، یہ پراپرٹی، ہر چیز خدا کی امانت ہے۔ تو پوچھا جائے گا کہ تم نے خدا کی امانت کو کیسے خرچ کیا؟</w:t>
      </w:r>
    </w:p>
    <w:p>
      <w:r>
        <w:rPr>
          <w:b/>
        </w:rPr>
        <w:t xml:space="preserve">[45:47] </w:t>
      </w:r>
      <w:r>
        <w:t>kahan kharch kiya? lekin logon se kaha jaye to kahen ge is mein khuda kahan se aa gaya? yeh to hamara personal matter hai.</w:t>
      </w:r>
    </w:p>
    <w:p>
      <w:pPr>
        <w:jc w:val="right"/>
      </w:pPr>
      <w:r>
        <w:t>کہاں خرچ کیا؟ لیکن لوگوں سے کہا جائے تو کہیں گے اس میں خدا کہاں سے آ گیا؟ یہ تو ہمارا پرسنل میٹر ہے۔</w:t>
      </w:r>
    </w:p>
    <w:p>
      <w:r>
        <w:rPr>
          <w:b/>
        </w:rPr>
        <w:t xml:space="preserve">[46:00] </w:t>
      </w:r>
      <w:r>
        <w:t>mein ne kai logon ko yeh kehti hai is tarah ke bhai yeh to hamara personal matter hai, is mein khuda kahan se aa gaya?</w:t>
      </w:r>
    </w:p>
    <w:p>
      <w:pPr>
        <w:jc w:val="right"/>
      </w:pPr>
      <w:r>
        <w:t>میں نے کئی لوگوں کو یہ کہتی ہے اس طرح کہ بھئی یہ تو ہمارا پرسنل میٹر ہے، اس میں خدا کہاں سے آ گیا؟</w:t>
      </w:r>
    </w:p>
    <w:p>
      <w:r>
        <w:rPr>
          <w:b/>
        </w:rPr>
        <w:t xml:space="preserve">[46:07] </w:t>
      </w:r>
      <w:r>
        <w:t>yaad rakhiye, koi personal matter nahi hai. aik baal bhi aap ka nahi hai.</w:t>
      </w:r>
    </w:p>
    <w:p>
      <w:pPr>
        <w:jc w:val="right"/>
      </w:pPr>
      <w:r>
        <w:t>یاد رکھیے، کوئی پرسنل میٹر نہیں ہے۔ ایک بال بھی آپ کا نہیں ہے۔</w:t>
      </w:r>
    </w:p>
    <w:p>
      <w:r>
        <w:rPr>
          <w:b/>
        </w:rPr>
        <w:t xml:space="preserve">[46:15] </w:t>
      </w:r>
      <w:r>
        <w:t>sab kuch khuda ke diya hua hai. to koi bhi personal matter nahi hai.</w:t>
      </w:r>
    </w:p>
    <w:p>
      <w:pPr>
        <w:jc w:val="right"/>
      </w:pPr>
      <w:r>
        <w:t>سب کچھ خدا کے دیا ہوا ہے۔ تو کوئی بھی پرسنل میٹر نہیں ہے۔</w:t>
      </w:r>
    </w:p>
    <w:p>
      <w:r>
        <w:rPr>
          <w:b/>
        </w:rPr>
        <w:t xml:space="preserve">[46:26] </w:t>
      </w:r>
      <w:r>
        <w:t>har cheez ke bare mein khuda ke haan sawal hona hai.</w:t>
      </w:r>
    </w:p>
    <w:p>
      <w:pPr>
        <w:jc w:val="right"/>
      </w:pPr>
      <w:r>
        <w:t>ہر چیز کے بارے میں خدا کے ہاں سوال ہونا ہے۔</w:t>
      </w:r>
    </w:p>
    <w:p>
      <w:r>
        <w:rPr>
          <w:b/>
        </w:rPr>
        <w:t xml:space="preserve">[46:32] </w:t>
      </w:r>
      <w:r>
        <w:t>aaj kal mein jis se baat karta hoon to taqreeban more than 99 percent log jhoot bolte hain. aap ko bohat ajeeb lagegi yeh baat ke direct jhoot to kam bolte hain.</w:t>
      </w:r>
    </w:p>
    <w:p>
      <w:pPr>
        <w:jc w:val="right"/>
      </w:pPr>
      <w:r>
        <w:t>آج کل میں جس سے بات کرتا ہوں تو تقریباً مور دین 99 پرسنٹ لوگ جھوٹ بولتے ہیں۔ آپ کو بہت عجیب لگے گی یہ بات کہ ڈائریکٹ جھوٹ تو کم بولتے ہیں۔</w:t>
      </w:r>
    </w:p>
    <w:p>
      <w:r>
        <w:rPr>
          <w:b/>
        </w:rPr>
        <w:t xml:space="preserve">[46:47] </w:t>
      </w:r>
      <w:r>
        <w:t>indirect jhoot sab hi bolte hain. jaise mein aap ko bataoon parson ka qissa. aik sahabi hain, un ke sath un ke do bachhe the, aik beta, aik beti.</w:t>
      </w:r>
    </w:p>
    <w:p>
      <w:pPr>
        <w:jc w:val="right"/>
      </w:pPr>
      <w:r>
        <w:t>ان ڈائریکٹ جھوٹ سب ہی بولتے ہیں۔ جیسے میں آپ کو بتاؤں پرسوں کا قصہ۔ ایک صحابہ ہیں، ان کے ساتھ ان کے دو بچے تھے، ایک بیٹا، ایک بیٹی۔</w:t>
      </w:r>
    </w:p>
    <w:p>
      <w:r>
        <w:rPr>
          <w:b/>
        </w:rPr>
        <w:t xml:space="preserve">[46:59] </w:t>
      </w:r>
      <w:r>
        <w:t>woh bahar se aaye the, beta aur beti. to unhon ne kaha ke mein aaya hoon aap ke paas.</w:t>
      </w:r>
    </w:p>
    <w:p>
      <w:pPr>
        <w:jc w:val="right"/>
      </w:pPr>
      <w:r>
        <w:t>وہ بہار سے آئے تھے، بیٹا اور بیٹی۔ تو انہوں نے کہا کہ میں آیا ہوں آپ کے پاس۔</w:t>
      </w:r>
    </w:p>
    <w:p>
      <w:r>
        <w:rPr>
          <w:b/>
        </w:rPr>
        <w:t xml:space="preserve">[47:08] </w:t>
      </w:r>
      <w:r>
        <w:t>to bar bar woh beti ke liye kehte the ke beti jo hai, us ko naseehat kijiye, us ko dua kijiye waghera waghera. mein ne dekha to woh aik pampered ladki mujhe dikhai parti thi.</w:t>
      </w:r>
    </w:p>
    <w:p>
      <w:pPr>
        <w:jc w:val="right"/>
      </w:pPr>
      <w:r>
        <w:t>تو بار بار وہ بیٹی کے لیے کہتے تھے کہ بیٹی جو ہے، اس کو نصیحت کیجئے، اس کو دعا کیجئے وغیرہ وغیرہ۔ میں نے دیکھا تو وہ ایک پیمپرڈ لڑکی مجھے دکھائی پڑتی تھی۔</w:t>
      </w:r>
    </w:p>
    <w:p>
      <w:r>
        <w:rPr>
          <w:b/>
        </w:rPr>
        <w:t xml:space="preserve">[47:22] </w:t>
      </w:r>
      <w:r>
        <w:t>to pampering se us ko unhon ne bilkul aisa kar rakha tha ke woh hamari baat us ke palle na parre kuch. to mein ne kaha ke dekhiye, aap ki pampering ne us ko already jab kharab kar rakha hai to mein us ko samjhaoon kya?</w:t>
      </w:r>
    </w:p>
    <w:p>
      <w:pPr>
        <w:jc w:val="right"/>
      </w:pPr>
      <w:r>
        <w:t>تو پیمپرنگ سے اس کو انہوں نے بالکل ایسا کر رکھا تھا کہ وہ ہماری بات اس کے پلے نہ پڑے کچھ۔ تو میں نے کہا کہ دیکھیے، آپ کی پیمپرنگ نے اس کو الریڈی جب خراب کر رکھا ہے تو میں اس کو سمجھاؤں کیا؟</w:t>
      </w:r>
    </w:p>
    <w:p>
      <w:r>
        <w:rPr>
          <w:b/>
        </w:rPr>
        <w:t xml:space="preserve">[47:38] </w:t>
      </w:r>
      <w:r>
        <w:t>is ko to aap hi samjha sakte hain. ke nahi, nahi, nahi, nahi, nahi, main pampering nahi karta. achha, in ka beta baitha hua tha wohain. main ne bete se kaha ke dekho, sach sach batao tum, sach sach, jhoot mat bolna ke tumhare baap is ki pampering karte hain ke nahi karte?</w:t>
      </w:r>
    </w:p>
    <w:p>
      <w:pPr>
        <w:jc w:val="right"/>
      </w:pPr>
      <w:r>
        <w:t>اس کو تو آپ ہی سمجھا سکتے ہیں۔ کہ نہیں، نہیں، نہیں، نہیں، نہیں، میں پیمپرنگ نہیں کرتا۔ اچھا، ان کا بیٹا بیٹھا ہوا تھا وہیں۔ میں نے بیٹے سے کہا کہ دیکھو، سچ سچ بتاؤ تم، سچ سچ، جھوٹ مت بولنا کہ تمہارے باپ اس کی پیمپرنگ کرتے ہیں کہ نہیں کرتے؟</w:t>
      </w:r>
    </w:p>
    <w:p>
      <w:r>
        <w:rPr>
          <w:b/>
        </w:rPr>
        <w:t xml:space="preserve">[47:58] </w:t>
      </w:r>
      <w:r>
        <w:t>is ne thori dair socha. to is ne keh diya karte hain. yaani bete ne apne baap ke samne keh diya. tab, tab kya karte hain baap?</w:t>
      </w:r>
    </w:p>
    <w:p>
      <w:pPr>
        <w:jc w:val="right"/>
      </w:pPr>
      <w:r>
        <w:t>اس نے تھوڑی دیر سوچا۔ تو اس نے کہہ دیا کرتے ہیں۔ یعنی بیٹے نے اپنے باپ کے سامنے کہہ دیا۔ تب، تب کیا کرتے ہیں باپ؟</w:t>
      </w:r>
    </w:p>
    <w:p>
      <w:r>
        <w:rPr>
          <w:b/>
        </w:rPr>
        <w:t xml:space="preserve">[48:07] </w:t>
      </w:r>
      <w:r>
        <w:t>chup ho gaye woh.</w:t>
      </w:r>
    </w:p>
    <w:p>
      <w:pPr>
        <w:jc w:val="right"/>
      </w:pPr>
      <w:r>
        <w:t>چپ ہو گئے وہ۔</w:t>
      </w:r>
    </w:p>
    <w:p>
      <w:r>
        <w:rPr>
          <w:b/>
        </w:rPr>
        <w:t xml:space="preserve">[48:11] </w:t>
      </w:r>
      <w:r>
        <w:t>mera tajurba hai ke har aadmi jhoot hi bolta hai. sach bolna logon ke mind mein nahi kaha sach bolna hai. to is par main ne socha ke aisa kyun karte hain log?</w:t>
      </w:r>
    </w:p>
    <w:p>
      <w:pPr>
        <w:jc w:val="right"/>
      </w:pPr>
      <w:r>
        <w:t>میرا تجربہ ہے کہ ہر آدمی جھوٹ ہی بولتا ہے۔ سچ بولنا لوگوں کے مائنڈ میں نہیں کہا سچ بولنا ہے۔ تو اس پر میں نے سوچا کہ ایسا کیوں کرتے ہیں لوگ؟</w:t>
      </w:r>
    </w:p>
    <w:p>
      <w:r>
        <w:rPr>
          <w:b/>
        </w:rPr>
        <w:t xml:space="preserve">[48:22] </w:t>
      </w:r>
      <w:r>
        <w:t>kyun jhoot bolte hain log?</w:t>
      </w:r>
    </w:p>
    <w:p>
      <w:pPr>
        <w:jc w:val="right"/>
      </w:pPr>
      <w:r>
        <w:t>کیوں جھوٹ بولتے ہیں لوگ؟</w:t>
      </w:r>
    </w:p>
    <w:p>
      <w:r>
        <w:rPr>
          <w:b/>
        </w:rPr>
        <w:t xml:space="preserve">[48:27] </w:t>
      </w:r>
      <w:r>
        <w:t>to kal main ne ek, ek article likha. isi par ek article likha, abhi kal ki baat hai. is mein main ne is ki explain kiya hai ke is zamane mein jo yeh jo modern culture jo aaya hai,</w:t>
      </w:r>
    </w:p>
    <w:p>
      <w:pPr>
        <w:jc w:val="right"/>
      </w:pPr>
      <w:r>
        <w:t>تو کل میں نے ایک، ایک آرٹیکل لکھا۔ اسی پر ایک آرٹیکل لکھا، ابھی کل کی بات ہے۔ اس میں میں نے اس کی ایکسپلین کیا ہے کہ اس زمانے میں جو یہ جو ماڈرن کلچر جو آیا ہے،</w:t>
      </w:r>
    </w:p>
    <w:p>
      <w:r>
        <w:rPr>
          <w:b/>
        </w:rPr>
        <w:t xml:space="preserve">[48:43] </w:t>
      </w:r>
      <w:r>
        <w:t>to is mein ek cheez aayi hai jo jis ko urdu mein kehte hain safedposhi. saaf suthra kapra pehanna. is ko urdu mein kehte hain safedposhi.</w:t>
      </w:r>
    </w:p>
    <w:p>
      <w:pPr>
        <w:jc w:val="right"/>
      </w:pPr>
      <w:r>
        <w:t>تو اس میں ایک چیز آئی ہے جو جس کو اردو میں کہتے ہیں سفید پوشی۔ صاف ستھرا کپڑا پہننا۔ اس کو اردو میں کہتے ہیں سفید پوشی۔</w:t>
      </w:r>
    </w:p>
    <w:p>
      <w:r>
        <w:rPr>
          <w:b/>
        </w:rPr>
        <w:t xml:space="preserve">[48:54] </w:t>
      </w:r>
      <w:r>
        <w:t>yaani khoob saaf suthra kapra pehanna, khoob press kiya hua kapra ho aur bilkul dekhne mein lage ke is mein koi, koi shikan waghera nahi hai.</w:t>
      </w:r>
    </w:p>
    <w:p>
      <w:pPr>
        <w:jc w:val="right"/>
      </w:pPr>
      <w:r>
        <w:t>یعنی خوب صاف ستھرا کپڑا پہننا، خوب پریس کیا ہوا کپڑا ہو اور بالکل دیکھنے میں لگے کہ اس میں کوئی، کوئی شکن وغیرہ نہیں ہے۔</w:t>
      </w:r>
    </w:p>
    <w:p>
      <w:r>
        <w:rPr>
          <w:b/>
        </w:rPr>
        <w:t xml:space="preserve">[49:04] </w:t>
      </w:r>
      <w:r>
        <w:t>to modern culture ne logon ko achhe achhe kapre diye. pehle press kahan hota hai? hamare bachpan mein press hota hi nahi tha. to press karte kaise hain aap?</w:t>
      </w:r>
    </w:p>
    <w:p>
      <w:pPr>
        <w:jc w:val="right"/>
      </w:pPr>
      <w:r>
        <w:t>تو ماڈرن کلچر نے لوگوں کو اچھے اچھے کپڑے دیے۔ پہلے پریس کہاں ہوتا ہے؟ ہمارے بچپن میں پریس ہوتا ہی نہیں تھا۔ تو پریس کرتے کیسے ہیں آپ؟</w:t>
      </w:r>
    </w:p>
    <w:p>
      <w:r>
        <w:rPr>
          <w:b/>
        </w:rPr>
        <w:t xml:space="preserve">[49:14] </w:t>
      </w:r>
      <w:r>
        <w:t>to modern culture ne aap ko aisi cheezein dein ke aap ko dheere dheere yeh aap ka obsession ban gaya, obsession ke khoob achha saaf suthra kapra mujhe pehanna chahiye.</w:t>
      </w:r>
    </w:p>
    <w:p>
      <w:pPr>
        <w:jc w:val="right"/>
      </w:pPr>
      <w:r>
        <w:t>تو ماڈرن کلچر نے آپ کو ایسی چیزیں دیں کہ آپ کو دھیرے دھیرے یہ آپ کا ابسیشن بن گیا، ابسیشن کہ خوب اچھا صاف ستھرا کپڑا مجھے پہننا چاہیے۔</w:t>
      </w:r>
    </w:p>
    <w:p>
      <w:r>
        <w:rPr>
          <w:b/>
        </w:rPr>
        <w:t xml:space="preserve">[49:24] </w:t>
      </w:r>
      <w:r>
        <w:t>to pehle to yeh body display ka mamla tha. dheere dheere woh andar bhi pahunch gaya ke andar ki jo personality hai, is ka bhi display.</w:t>
      </w:r>
    </w:p>
    <w:p>
      <w:pPr>
        <w:jc w:val="right"/>
      </w:pPr>
      <w:r>
        <w:t>تو پہلے تو یہ باڈی ڈسپلے کا معاملہ تھا۔ دھیرے دھیرے وہ اندر بھی پہنچ گیا کہ اندر کی جو پرسنیلٹی ہے، اس کا بھی ڈسپلے۔</w:t>
      </w:r>
    </w:p>
    <w:p>
      <w:r>
        <w:rPr>
          <w:b/>
        </w:rPr>
        <w:t xml:space="preserve">[49:36] </w:t>
      </w:r>
      <w:r>
        <w:t>ab aap yeh chahne lage ke samaj mein mere bare mein buri rai na ho, buri rai na bane. to image building ek naya, ek, ek lafz coin kiya gaya.</w:t>
      </w:r>
    </w:p>
    <w:p>
      <w:pPr>
        <w:jc w:val="right"/>
      </w:pPr>
      <w:r>
        <w:t>اب آپ یہ چاہنے لگے کہ سماج میں میرے بارے میں بری رائے نہ ہو، بری رائے نہ بنے۔ تو امیج بلڈنگ ایک نیا، ایک، ایک لفظ کائن کیا گیا۔</w:t>
      </w:r>
    </w:p>
    <w:p>
      <w:r>
        <w:rPr>
          <w:b/>
        </w:rPr>
        <w:t xml:space="preserve">[49:47] </w:t>
      </w:r>
      <w:r>
        <w:t>image building. har aadmi chahta hai apni image ko preserve rakhe, image ko bachaye rakhe. koi yeh na samjhe ke bhai yeh to aadmi galat aadmi hai, gadbad bahut bolta hai.</w:t>
      </w:r>
    </w:p>
    <w:p>
      <w:pPr>
        <w:jc w:val="right"/>
      </w:pPr>
      <w:r>
        <w:t>امیج بلڈنگ۔ ہر آدمی چاہتا ہے اپنی امیج کو پریزرو رکھے، امیج کو بچائے رکھے۔ کوئی یہ نہ سمجھے کہ بھئی یہ تو آدمی غلط آدمی ہے، گڑبڑ بہت بولتا ہے۔</w:t>
      </w:r>
    </w:p>
    <w:p>
      <w:r>
        <w:rPr>
          <w:b/>
        </w:rPr>
        <w:t xml:space="preserve">[49:57] </w:t>
      </w:r>
      <w:r>
        <w:t>to is ka sab se aasan tareeqa hai jhoot bol do. sab se aasan tareeqa hai. jhoot ka matlab hai ke jo parhe likhe hote hain na, woh seedhe se jhoot nahi bolte.</w:t>
      </w:r>
    </w:p>
    <w:p>
      <w:pPr>
        <w:jc w:val="right"/>
      </w:pPr>
      <w:r>
        <w:t>تو اس کا سب سے آسان طریقہ ہے جھوٹ بول دو۔ سب سے آسان طریقہ ہے۔ جھوٹ کا مطلب ہے کہ جو پڑھے لکھے ہوتے ہیں نا، وہ سیدھے سے جھوٹ نہیں بولتے۔</w:t>
      </w:r>
    </w:p>
    <w:p>
      <w:r>
        <w:rPr>
          <w:b/>
        </w:rPr>
        <w:t xml:space="preserve">[50:08] </w:t>
      </w:r>
      <w:r>
        <w:t>woh ghuma phira ke jhoot bolte hain, toast kar ke. aam aadmi bechara jo hai, woh seedhe se jhoot bol dega. aur parha likha aadmi toast kar ke jhoot bolega.</w:t>
      </w:r>
    </w:p>
    <w:p>
      <w:pPr>
        <w:jc w:val="right"/>
      </w:pPr>
      <w:r>
        <w:t>وہ گھما پھرا کے جھوٹ بولتے ہیں، ٹوسٹ کر کے۔ عام آدمی بیچارہ جو ہے، وہ سیدھے سے جھوٹ بول دے گا۔ اور پڑھا لکھا آدمی ٹوسٹ کر کے جھوٹ بولے گا۔</w:t>
      </w:r>
    </w:p>
    <w:p>
      <w:r>
        <w:rPr>
          <w:b/>
        </w:rPr>
        <w:t xml:space="preserve">[50:21] </w:t>
      </w:r>
      <w:r>
        <w:t>aur yaad rakhiye, dono hi bure kaam hain. ek ekولی in equal bases. kaise? jhoot kyun itna zyada bura hai?</w:t>
      </w:r>
    </w:p>
    <w:p>
      <w:pPr>
        <w:jc w:val="right"/>
      </w:pPr>
      <w:r>
        <w:t>اور یاد رکھیے، دونوں ہی برے کام ہیں۔ ایک ایکولی ان ایکول بیسز۔ کیسے؟ جھوٹ کیوں اتنا زیادہ برا ہے؟</w:t>
      </w:r>
    </w:p>
    <w:p>
      <w:r>
        <w:rPr>
          <w:b/>
        </w:rPr>
        <w:t xml:space="preserve">[50:34] </w:t>
      </w:r>
      <w:r>
        <w:t>chahe indirect jhoot ho ya direct jhoot ho. yaani kuzb khafi ho ya kuzb jali ho. to main ne is par socha, jo main ne likha hai, is se aadmiyon ki taraf weak personality banti hai.</w:t>
      </w:r>
    </w:p>
    <w:p>
      <w:pPr>
        <w:jc w:val="right"/>
      </w:pPr>
      <w:r>
        <w:t>چاہے ان ڈائریکٹ جھوٹ ہو یا ڈائریکٹ جھوٹ ہو۔ یعنی کذب خفی ہو یا کذب جلی ہو۔ تو میں نے اس پر سوچا، جو میں نے لکھا ہے، اس سے آدمیوں کی طرف ویک پرسنیلٹی بنتی ہے۔</w:t>
      </w:r>
    </w:p>
    <w:p>
      <w:r>
        <w:rPr>
          <w:b/>
        </w:rPr>
        <w:t xml:space="preserve">[50:46] </w:t>
      </w:r>
      <w:r>
        <w:t>weak personality. weak personality banti hai. mera bar bar ka tajurba hai ke ek aadmi se koi baat kahunga, woh nahi nahi karega, nahi nahi.</w:t>
      </w:r>
    </w:p>
    <w:p>
      <w:pPr>
        <w:jc w:val="right"/>
      </w:pPr>
      <w:r>
        <w:t>ویک پرسنیلٹی۔ ویک پرسنیلٹی بنتی ہے۔ میرا بار بار کا تجربہ ہے کہ ایک آدمی سے کوئی بات کہوں گا، وہ نہیں نہیں کرے گا، نہیں نہیں۔</w:t>
      </w:r>
    </w:p>
    <w:p>
      <w:r>
        <w:rPr>
          <w:b/>
        </w:rPr>
        <w:t xml:space="preserve">[50:58] </w:t>
      </w:r>
      <w:r>
        <w:t>scrutiny karne ke baad woh maan lega. kuch badle hue shabdon mein. yaani toast kar ke pehle woh kahega nahi nahi nahi.</w:t>
      </w:r>
    </w:p>
    <w:p>
      <w:pPr>
        <w:jc w:val="right"/>
      </w:pPr>
      <w:r>
        <w:t>اسکرٹنی کرنے کے بعد وہ مان لے گا۔ کچھ بدلے ہوئے शब्दوں میں۔ یعنی ٹوسٹ کر کے پہلے وہ کہے گا نہیں نہیں نہیں۔</w:t>
      </w:r>
    </w:p>
    <w:p>
      <w:r>
        <w:rPr>
          <w:b/>
        </w:rPr>
        <w:t xml:space="preserve">[51:09] </w:t>
      </w:r>
      <w:r>
        <w:t>aur jab scrutiny ki jaye aur us ko koi nair hai, yaani koi escape door dikhai pare us ko, to haan haan, kuch kar ke maan lega.</w:t>
      </w:r>
    </w:p>
    <w:p>
      <w:pPr>
        <w:jc w:val="right"/>
      </w:pPr>
      <w:r>
        <w:t>اور جب اسکرٹنی کی جائے اور اس کو کوئی نر ہے، یعنی کوئی اسکیپ ڈر دکھائی پڑے اس کو، تو ہاں ہاں، کچھ کر کے مان لے گا۔</w:t>
      </w:r>
    </w:p>
    <w:p>
      <w:r>
        <w:rPr>
          <w:b/>
        </w:rPr>
        <w:t xml:space="preserve">[51:24] </w:t>
      </w:r>
      <w:r>
        <w:t>abhi ek sahab aaye mere paas. to aaye the woh bangalore se. to un ke sath ek aur aadmi the.</w:t>
      </w:r>
    </w:p>
    <w:p>
      <w:pPr>
        <w:jc w:val="right"/>
      </w:pPr>
      <w:r>
        <w:t>ابھی ایک صاحب آئے میرے پاس۔ تو آئے تھے وہ بنگلور سے۔ تو ان کے ساتھ ایک اور آدمی تھے۔</w:t>
      </w:r>
    </w:p>
    <w:p>
      <w:r>
        <w:rPr>
          <w:b/>
        </w:rPr>
        <w:t xml:space="preserve">[51:33] </w:t>
      </w:r>
      <w:r>
        <w:t>yeh qissa aap suniye. to yahi mulaqat hui C twenty nine mein. to unhone kaha ke yeh mere dost hain, yeh TTE hain.</w:t>
      </w:r>
    </w:p>
    <w:p>
      <w:pPr>
        <w:jc w:val="right"/>
      </w:pPr>
      <w:r>
        <w:t>یہ قصہ آپ سنیے۔ تو یہی ملاقات ہوئی سی ٹوئنٹی نائن میں۔ تو انہوں نے کہا کہ یہ میرے دوست ہیں، یہ ٹی ٹی ای ہیں۔</w:t>
      </w:r>
    </w:p>
    <w:p>
      <w:r>
        <w:rPr>
          <w:b/>
        </w:rPr>
        <w:t xml:space="preserve">[51:45] </w:t>
      </w:r>
      <w:r>
        <w:t>train mein TTE hain. to yeh aa rahe the Delhi. in ki gaadi Delhi, Delhi gaadi se woh aaye the yahan par.</w:t>
      </w:r>
    </w:p>
    <w:p>
      <w:pPr>
        <w:jc w:val="right"/>
      </w:pPr>
      <w:r>
        <w:t>ٹرین میں ٹی ٹی ای ہیں۔ تو یہ آ رہے تھے دلی۔ ان کی گاڑی دلی، دلی گاڑی سے وہ آئے تھے یہاں پر۔</w:t>
      </w:r>
    </w:p>
    <w:p>
      <w:r>
        <w:rPr>
          <w:b/>
        </w:rPr>
        <w:t xml:space="preserve">[51:54] </w:t>
      </w:r>
      <w:r>
        <w:t>TTE sahab. to main ne, main bhi un ke sath aa gaya. to mere mind mein aaya ke shayad bila ticket aaye hain. to main ne keh diya ke bhai aap to galat kaam kiya aap ne.</w:t>
      </w:r>
    </w:p>
    <w:p>
      <w:pPr>
        <w:jc w:val="right"/>
      </w:pPr>
      <w:r>
        <w:t>ٹی ٹی ای صاحب۔ تو میں نے، میں بھی ان کے ساتھ آ گیا۔ تو میرے مائنڈ میں آیا کہ شاید بلا ٹکٹ آئے ہیں۔ تو میں نے کہہ دیا کہ بھئی آپ تو غلط کام کیا آپ نے۔</w:t>
      </w:r>
    </w:p>
    <w:p>
      <w:r>
        <w:rPr>
          <w:b/>
        </w:rPr>
        <w:t xml:space="preserve">[52:06] </w:t>
      </w:r>
      <w:r>
        <w:t>ke aap ke dost TTE hain to aap un ke sath chale aa gaye.</w:t>
      </w:r>
    </w:p>
    <w:p>
      <w:pPr>
        <w:jc w:val="right"/>
      </w:pPr>
      <w:r>
        <w:t>کہ آپ کے دوست ٹی ٹی ای ہیں تو آپ ان کے ساتھ چلے آ گئے۔</w:t>
      </w:r>
    </w:p>
    <w:p>
      <w:r>
        <w:rPr>
          <w:b/>
        </w:rPr>
        <w:t xml:space="preserve">[52:12] </w:t>
      </w:r>
      <w:r>
        <w:t>yani ticket collector hain to aap un ke sath. to unhon ne kaha ke nahi nahi, bilkul nahi, main ticket le kar aaya hoon. to foran main ne kaha ke i was wrong.</w:t>
      </w:r>
    </w:p>
    <w:p>
      <w:pPr>
        <w:jc w:val="right"/>
      </w:pPr>
      <w:r>
        <w:t>یعنی ٹکٹ کلیکٹر ہیں تو آپ ان کے ساتھ۔ تو انہوں نے کہا کہ نہیں نہیں، بالکل نہیں، میں ٹکٹ لے کر آیا ہوں۔ تو فوراً میں نے کہا کہ آئی واز رانگ۔</w:t>
      </w:r>
    </w:p>
    <w:p>
      <w:r>
        <w:rPr>
          <w:b/>
        </w:rPr>
        <w:t xml:space="preserve">[52:21] </w:t>
      </w:r>
      <w:r>
        <w:t>mujhe maaf kijiye. aik second bhi dair nahi kiya main ne. koi main ne toast nahi kiya main ne. i was wrong. acha, woh baat karte karte kya hua?</w:t>
      </w:r>
    </w:p>
    <w:p>
      <w:pPr>
        <w:jc w:val="right"/>
      </w:pPr>
      <w:r>
        <w:t>مجھے معاف کیجیے۔ ایک سیکنڈ بھی دیر نہیں کیا میں نے۔ کوئی میں نے ٹوسٹ نہیں کیا میں نے۔ آئی واز رانگ۔ اچھا، وہ بات کرتے کرتے کیا ہوا؟</w:t>
      </w:r>
    </w:p>
    <w:p>
      <w:r>
        <w:rPr>
          <w:b/>
        </w:rPr>
        <w:t xml:space="preserve">[52:32] </w:t>
      </w:r>
      <w:r>
        <w:t>woh arsala ke reader thay.</w:t>
      </w:r>
    </w:p>
    <w:p>
      <w:pPr>
        <w:jc w:val="right"/>
      </w:pPr>
      <w:r>
        <w:t>وہ ارسالہ کے ریڈر تھے۔</w:t>
      </w:r>
    </w:p>
    <w:p>
      <w:r>
        <w:rPr>
          <w:b/>
        </w:rPr>
        <w:t xml:space="preserve">[52:37] </w:t>
      </w:r>
      <w:r>
        <w:t>baat cheet hui to mujhe laga ke arsala ko bohat ziyada unhon ne samjha nahi hai. kyun ke unhon ne khud hi apni zuban se kaha ke arsala se parhne mein bara mazah milta hai.</w:t>
      </w:r>
    </w:p>
    <w:p>
      <w:pPr>
        <w:jc w:val="right"/>
      </w:pPr>
      <w:r>
        <w:t>بات چیت ہوئی تو مجھے لگا کہ ارسالہ کو بہت زیادہ انہوں نے سمجھا نہیں ہے۔ کیونکہ انہوں نے خود ہی اپنی زبان سے کہا کہ ارسالہ سے پڑھنے میں بڑا مزہ ملتا ہے۔</w:t>
      </w:r>
    </w:p>
    <w:p>
      <w:r>
        <w:rPr>
          <w:b/>
        </w:rPr>
        <w:t xml:space="preserve">[52:46] </w:t>
      </w:r>
      <w:r>
        <w:t>yeh un ka lafz tha to kaha tafreeh ke liye parhte hain. to main ne un se kaha ke aap ko abhi bohat ziyada parhna hai.</w:t>
      </w:r>
    </w:p>
    <w:p>
      <w:pPr>
        <w:jc w:val="right"/>
      </w:pPr>
      <w:r>
        <w:t>یہ ان کا لفظ تھا۔ تو کہا تفریح کے لیے پڑھتے ہیں۔ تو میں نے ان سے کہا کہ آپ کو ابھی زیادہ بہت زیادہ پڑھنا ہے۔</w:t>
      </w:r>
    </w:p>
    <w:p>
      <w:r>
        <w:rPr>
          <w:b/>
        </w:rPr>
        <w:t xml:space="preserve">[52:56] </w:t>
      </w:r>
      <w:r>
        <w:t>bohat ziyada aap ko study karni hai. apne mind ko bohat ziyada prepare karna hai. to un ke doston ka unhon ne bataya ke aik circle hai, woh aate hain rozana, un se baatein hoti rehti hain.</w:t>
      </w:r>
    </w:p>
    <w:p>
      <w:pPr>
        <w:jc w:val="right"/>
      </w:pPr>
      <w:r>
        <w:t>بہت زیادہ آپ کو اسٹڈی کرنی ہے۔ اپنے مائنڈ کو بہت زیادہ پریپیئر کرنا ہے۔ تو ان کے دوستوں کا انہوں نے بتایا کہ ایک سرکل ہے، وہ آتے ہیں روزانہ، ان سے باتیں ہوتی رہتی ہیں۔</w:t>
      </w:r>
    </w:p>
    <w:p>
      <w:r>
        <w:rPr>
          <w:b/>
        </w:rPr>
        <w:t xml:space="preserve">[53:09] </w:t>
      </w:r>
      <w:r>
        <w:t>main ne kaha ke first of all, you have to prepare yourself. jab doston mein jeete hain, pehla kaam yeh hai ke aap khud apne aap ko confusion se nikaliye.</w:t>
      </w:r>
    </w:p>
    <w:p>
      <w:pPr>
        <w:jc w:val="right"/>
      </w:pPr>
      <w:r>
        <w:t>میں نے کہا کہ فرسٹ آف آل، یو ہیو ٹو پریپیئر یور سیلف۔ جب دوستوں میں جیتے ہیں، پہلا کام یہ ہے کہ آپ خود اپنے آپ کو کنفیوژن سے نکالیے۔</w:t>
      </w:r>
    </w:p>
    <w:p>
      <w:r>
        <w:rPr>
          <w:b/>
        </w:rPr>
        <w:t xml:space="preserve">[53:21] </w:t>
      </w:r>
      <w:r>
        <w:t>to main ne kaha ke aap quran majeed ko das bar is ka translation parhiye aur phir aik rai banaiye. to bar bar main repeatedly main ne kaha ke first of all, you have to prepare yourself.</w:t>
      </w:r>
    </w:p>
    <w:p>
      <w:pPr>
        <w:jc w:val="right"/>
      </w:pPr>
      <w:r>
        <w:t>تو میں نے کہا کہ آپ قرآن مجید کو دس بار اس کا ٹرانسلیشن پڑھیے اور پھر ایک رائے بنائیے۔ تو بار بار میں ریپیٹڈلی میں نے کہا کہ فرسٹ آف آل، یو ہیو ٹو پریپیئر یور سیلف۔</w:t>
      </w:r>
    </w:p>
    <w:p>
      <w:r>
        <w:rPr>
          <w:b/>
        </w:rPr>
        <w:t xml:space="preserve">[53:33] </w:t>
      </w:r>
      <w:r>
        <w:t>to woh kya kehte hain? ke sahib, doosron ko kaise chhor diya jaye? yeh kaise ho sakta hai ke doosron ko chhor diya jaye? to main ne kaha yeh to main ne inkar nahi tha ke doosron ko chhor dijiye.</w:t>
      </w:r>
    </w:p>
    <w:p>
      <w:pPr>
        <w:jc w:val="right"/>
      </w:pPr>
      <w:r>
        <w:t>تو وہ کیا کہتے ہیں؟ کہ صاحب، دوسروں کو کیسے چھوڑ دیا جائے؟ یہ کیسے ہو سکتا ہے کہ دوسروں کو چھوڑ دیا جائے؟ تو میں نے کہا یہ تو میں نے انکار نہیں تھا کہ دوسروں کو چھوڑ دیجیے۔</w:t>
      </w:r>
    </w:p>
    <w:p>
      <w:r>
        <w:rPr>
          <w:b/>
        </w:rPr>
        <w:t xml:space="preserve">[53:45] </w:t>
      </w:r>
      <w:r>
        <w:t>first first kal bar bar word bola main ke pehle yeh kar li jiye. apne ko peer peer mind bana li jiye. yeh woh kaam to kar rahi hain aap ko.</w:t>
      </w:r>
    </w:p>
    <w:p>
      <w:pPr>
        <w:jc w:val="right"/>
      </w:pPr>
      <w:r>
        <w:t>فرسٹ فرسٹ کل بار بار ورڈ بولا میں کہ پہلے یہ کر لیجیے۔ اپنے کو پیر پیر مائنڈ بنا لیجیے۔ یہ وہ کام تو کر رہی ہیں آپ کو۔</w:t>
      </w:r>
    </w:p>
    <w:p>
      <w:r>
        <w:rPr>
          <w:b/>
        </w:rPr>
        <w:t xml:space="preserve">[53:56] </w:t>
      </w:r>
      <w:r>
        <w:t>to aap ne mere upar aik aisa baat kahi jo main ne kaha nahi tha. main ne yeh nahi kaha tha ke doosron ko chhor dijiye, bas apne bhi jeena jeena shuru kar dijiye. pehle apne ko tayyar ki jiye.</w:t>
      </w:r>
    </w:p>
    <w:p>
      <w:pPr>
        <w:jc w:val="right"/>
      </w:pPr>
      <w:r>
        <w:t>تو آپ نے میرے اوپر ایک ایسا بات کہی جو میں نے کہا نہیں تھا۔ میں نے یہ نہیں کہا تھا کہ دوسروں کو چھوڑ دیجیے، بس اپنے بھی جینا جینا شروع کر دیجیے۔ پہلے اپنے کو تیار کیجیے۔</w:t>
      </w:r>
    </w:p>
    <w:p>
      <w:r>
        <w:rPr>
          <w:b/>
        </w:rPr>
        <w:t xml:space="preserve">[54:10] </w:t>
      </w:r>
      <w:r>
        <w:t>phir doosron mein aap jo karna hai kijiye. bar bar main ne kaha lekin unhon ne yeh nahi mana ke unhon ne ghalat keh diya tha.</w:t>
      </w:r>
    </w:p>
    <w:p>
      <w:pPr>
        <w:jc w:val="right"/>
      </w:pPr>
      <w:r>
        <w:t>پھر دوسروں میں آپ جو کرنا ہے کیجیے۔ بار بار میں نے کہا لیکن انہوں نے یہ نہیں مانا کہ انہوں نے غلط کہہ دیا تھا۔</w:t>
      </w:r>
    </w:p>
    <w:p>
      <w:r>
        <w:rPr>
          <w:b/>
        </w:rPr>
        <w:t xml:space="preserve">[54:20] </w:t>
      </w:r>
      <w:r>
        <w:t>meri baat ko ghalat unhon ne quote kiya tha. ke main ne kaha pehle apne ko tayyar ki jiye. unhon ne bana diya ke doosron ko chhor di jiye. jab ke isi mein yeh misaal maujood thi ke main ne aik ghalati ki to main jaldi se keh diya ke i was wrong.</w:t>
      </w:r>
    </w:p>
    <w:p>
      <w:pPr>
        <w:jc w:val="right"/>
      </w:pPr>
      <w:r>
        <w:t>میری بات کو غلط انہوں نے کوٹ کیا تھا۔ کہ میں نے کہا پہلے اپنے کو تیار کیجیے۔ انہوں نے بنا دیا کہ دوسروں کو چھوڑ دیجیے۔ جبکہ اسی میں یہ مثال موجود تھی کہ میں نے ایک غلطی کی تو میں جلدی سے کہہ دیا کہ آئی واز رانگ۔</w:t>
      </w:r>
    </w:p>
    <w:p>
      <w:r>
        <w:rPr>
          <w:b/>
        </w:rPr>
        <w:t xml:space="preserve">[54:34] </w:t>
      </w:r>
      <w:r>
        <w:t>isi mein maujood thi, isi baat cheet mein. woh yeh nahi keh sake ke i was wrong. kyun ke unhein apni shakhsiyat ko bachana tha. bohat hi well dressed thay woh.</w:t>
      </w:r>
    </w:p>
    <w:p>
      <w:pPr>
        <w:jc w:val="right"/>
      </w:pPr>
      <w:r>
        <w:t>اسی میں موجود تھی، اسی بات چیت میں۔ وہ یہ نہیں کہہ سکے کہ آئی واز رانگ۔ کیونکہ انہیں اپنی شخصیت کو بچانا تھا۔ بہت ہی ویل ڈریسڈ تھے وہ۔</w:t>
      </w:r>
    </w:p>
    <w:p>
      <w:r>
        <w:rPr>
          <w:b/>
        </w:rPr>
        <w:t xml:space="preserve">[54:47] </w:t>
      </w:r>
      <w:r>
        <w:t>to jis tarah se apni body ko bohat hi achhe kapre mein bana rakha to unhon ne yeh bhi nahi chahte thay ke mera, meri personality jo hai us pe koi dhabba lage.</w:t>
      </w:r>
    </w:p>
    <w:p>
      <w:pPr>
        <w:jc w:val="right"/>
      </w:pPr>
      <w:r>
        <w:t>تو جس طرح سے اپنی باڈی کو بہت ہی اچھے کپڑے میں بنا رکھا تو انہوں نے یہ بھی نہیں چاہتے تھے کہ میرا، میری پرسنیلٹی جو ہے اس پہ کوئی دھبہ لگے۔</w:t>
      </w:r>
    </w:p>
    <w:p>
      <w:r>
        <w:rPr>
          <w:b/>
        </w:rPr>
        <w:t xml:space="preserve">[54:58] </w:t>
      </w:r>
      <w:r>
        <w:t>to log is se apne ko bachane ke liye jhoot bolne lagte hain. direct come, indirect ziyada. to yeh bohat ziyada zaroori hai ke aap.</w:t>
      </w:r>
    </w:p>
    <w:p>
      <w:pPr>
        <w:jc w:val="right"/>
      </w:pPr>
      <w:r>
        <w:t>تو لوگ اس سے اپنے کو بچانے کے لیے جھوٹ بولنے لگتے ہیں۔ ڈائریکٹ کم، ان ڈائریکٹ زیادہ۔ تو یہ بہت زیادہ ضروری ہے کہ آپ۔</w:t>
      </w:r>
    </w:p>
    <w:p>
      <w:r>
        <w:rPr>
          <w:b/>
        </w:rPr>
        <w:t xml:space="preserve">[55:10] </w:t>
      </w:r>
      <w:r>
        <w:t>wahan bhi shayad zehn nahi aata ke is mein Khuda kahan se aa gaya. jab aadmi is tarah ki boli bolta hai, toast kar ke, aur main is ko tokta hoon to jis tarah se jawab deta hai woh ghuma phira kar ke.</w:t>
      </w:r>
    </w:p>
    <w:p>
      <w:pPr>
        <w:jc w:val="right"/>
      </w:pPr>
      <w:r>
        <w:t>وہاں بھی شاید ذہن نہیں آتا کہ اس میں خدا کہاں سے آ گیا۔ جب آدمی اس طرح کی بولی بولتا ہے، ٹوسٹ کر کے، اور میں اس کو ٹوکتا ہوں تو جس طرح سے جواب دیتا ہے وہ گھما پھرا کر کے۔</w:t>
      </w:r>
    </w:p>
    <w:p>
      <w:r>
        <w:rPr>
          <w:b/>
        </w:rPr>
        <w:t xml:space="preserve">[55:23] </w:t>
      </w:r>
      <w:r>
        <w:t>to goya ke woh bhi keh raha hota hai ke is mein Khuda kahan se aa gaya. is mein Khuda kahan se aa gaya. Khuda is liye aa gaya hai ke aap apni weak personality bana rahe hain.</w:t>
      </w:r>
    </w:p>
    <w:p>
      <w:pPr>
        <w:jc w:val="right"/>
      </w:pPr>
      <w:r>
        <w:t>تو گویا کہ وہ بھی کہہ رہا ہوتا ہے کہ اس میں خدا کہاں سے آ گیا۔ اس میں خدا کہاں سے آ گیا۔ خدا اس لیے آ گیا ہے کہ آپ اپنی ویک پرسنیلٹی بنا رہے ہیں۔</w:t>
      </w:r>
    </w:p>
    <w:p>
      <w:r>
        <w:rPr>
          <w:b/>
        </w:rPr>
        <w:t xml:space="preserve">[55:35] </w:t>
      </w:r>
      <w:r>
        <w:t>aur weak personality ko Khuda paradise mein nahi nahi le ga. woh un ko chhor de ga.</w:t>
      </w:r>
    </w:p>
    <w:p>
      <w:pPr>
        <w:jc w:val="right"/>
      </w:pPr>
      <w:r>
        <w:t>اور ویک پرسنیلٹی کو خدا پیراڈائز میں نہیں نہیں لے گا۔ وہ ان کو چھوڑ دے گا۔</w:t>
      </w:r>
    </w:p>
    <w:p>
      <w:r>
        <w:rPr>
          <w:b/>
        </w:rPr>
        <w:t xml:space="preserve">[55:44] </w:t>
      </w:r>
      <w:r>
        <w:t>nahi le ga, us ko chhor de ga Khuda.</w:t>
      </w:r>
    </w:p>
    <w:p>
      <w:pPr>
        <w:jc w:val="right"/>
      </w:pPr>
      <w:r>
        <w:t>نہیں لے گا، اس کو چھوڑ دے گا خدا۔</w:t>
      </w:r>
    </w:p>
    <w:p>
      <w:r>
        <w:rPr>
          <w:b/>
        </w:rPr>
        <w:t xml:space="preserve">[55:50] </w:t>
      </w:r>
      <w:r>
        <w:t>is waqt main sochta hoon to mujhe lagta hai ke shayad Adam ke zamane hi se burai shuru ho gayi thi. is mein Khuda kahan se aa gaya. is liye ke quran majeed mein hai ke Adam ko Khuda ne banaya aur garden mein rakha aur kaha ke dekho yeh yeh jo peir hai,</w:t>
      </w:r>
    </w:p>
    <w:p>
      <w:pPr>
        <w:jc w:val="right"/>
      </w:pPr>
      <w:r>
        <w:t>اس وقت میں سوچتا ہوں تو مجھے لگتا ہے کہ شاید آدم کے زمانے ہی سے برائی شروع ہو گئی تھی۔ اس میں خدا کہاں سے آ گیا۔ اس لیے کہ قرآن مجید میں ہے کہ آدم کو خدا نے بنایا اور گارڈن میں رکھا اور کہا کہ دیکھو یہ یہ جو پیڑ ہے،</w:t>
      </w:r>
    </w:p>
    <w:p>
      <w:r>
        <w:rPr>
          <w:b/>
        </w:rPr>
        <w:t xml:space="preserve">[56:11] </w:t>
      </w:r>
      <w:r>
        <w:t>aik fiber tree, us ke paas na jana. don't approach to this tree. to shaitan ne bhukaya aur kaha ke yeh to yeh to peir to bohat hi khaas hai, us ko agar tum ne kha liya to tum attendant life tum ko mil jaye gi.</w:t>
      </w:r>
    </w:p>
    <w:p>
      <w:pPr>
        <w:jc w:val="right"/>
      </w:pPr>
      <w:r>
        <w:t>ایک فائبر ٹری، اس کے پاس نہ جانا۔ ڈونٹ اپروچ ٹو دس ٹری۔ تو شیطان نے بھکایا اور کہا کہ یہ تو یہ تو پیڑ تو بہت ہی خاص ہے، اس کو اگر تم نے کھا لیا تو تم اٹینڈر لائف تم کو مل جائے گی۔</w:t>
      </w:r>
    </w:p>
    <w:p>
      <w:r>
        <w:rPr>
          <w:b/>
        </w:rPr>
        <w:t xml:space="preserve">[56:30] </w:t>
      </w:r>
      <w:r>
        <w:t>to fazalllahuma bighuroor ka lafz quran majeed mein hai, is mein ke lamba conversation hua. fazalllahuma bighuroor se main ne nikala ke Adam aur aur Iblees ke darmiyan lamba conversation hua.</w:t>
      </w:r>
    </w:p>
    <w:p>
      <w:pPr>
        <w:jc w:val="right"/>
      </w:pPr>
      <w:r>
        <w:t>تو فضلہما بغرور کا لفظ قرآن مجید میں ہے، اس میں کہ لمبا کنورسیشن ہوا۔ فضلہما بغرور سے میں نے نکالا کہ آدم اور اور ابلیس کے درمیان لمبا کنورسیشن ہوا۔</w:t>
      </w:r>
    </w:p>
    <w:p>
      <w:r>
        <w:rPr>
          <w:b/>
        </w:rPr>
        <w:t xml:space="preserve">[56:43] </w:t>
      </w:r>
      <w:r>
        <w:t>kai din tak chala woh. to main ne guess kiya ke is mein yahi hua hoga wahan bhi. ke shaitan ne kaha hoga ke is mein Khuda kahan se aa gaya. bhai yeh to apne aap ko, yani apni life span ko barhane ki baat hai, is mein Khuda kahan se aa gaya.</w:t>
      </w:r>
    </w:p>
    <w:p>
      <w:pPr>
        <w:jc w:val="right"/>
      </w:pPr>
      <w:r>
        <w:t>کئی دن تک چلا وہ۔ تو میں نے گیس کیا کہ اس میں یہی ہوا ہوگا وہاں بھی۔ کہ شیطان نے کہا ہوگا کہ اس میں خدا کہاں سے آ گیا۔ بھئی یہ تو اپنے آپ کو، یعنی اپنی لائف اسپین کو بڑھانے کی بات ہے، اس میں خدا کہاں سے آ گیا۔</w:t>
      </w:r>
    </w:p>
    <w:p>
      <w:r>
        <w:rPr>
          <w:b/>
        </w:rPr>
        <w:t xml:space="preserve">[57:01] </w:t>
      </w:r>
      <w:r>
        <w:t>to shayad wahin se hi yeh event shuru ho gayi thi.</w:t>
      </w:r>
    </w:p>
    <w:p>
      <w:pPr>
        <w:jc w:val="right"/>
      </w:pPr>
      <w:r>
        <w:t>تو شاید وہیں سے ہی یہ ایونٹ شروع ہو گئی تھی۔</w:t>
      </w:r>
    </w:p>
    <w:p>
      <w:r>
        <w:rPr>
          <w:b/>
        </w:rPr>
        <w:t xml:space="preserve">[57:09] </w:t>
      </w:r>
      <w:r>
        <w:t>siyasat mein log, politics mein log hotay hain, kuch kahiye un ko ke is mein to aisa lagta hai ke is mein khuda se kya matlab hai? yeh to hamaray dress ki baat hai.</w:t>
      </w:r>
    </w:p>
    <w:p>
      <w:pPr>
        <w:jc w:val="right"/>
      </w:pPr>
      <w:r>
        <w:t>سیاست میں لوگ، پولیٹکس میں لوگ ہوتے ہیں، کچھ کہیے ان کو کہ اس میں تو ایسا لگتا ہے کہ اس میں خدا سے کیا مطلب ہے؟ یہ تو ہمارے ڈریس کی بات ہے۔</w:t>
      </w:r>
    </w:p>
    <w:p>
      <w:r>
        <w:rPr>
          <w:b/>
        </w:rPr>
        <w:t xml:space="preserve">[57:21] </w:t>
      </w:r>
      <w:r>
        <w:t>dress bhi kahiye to kahin kahin dress to hamaray shauq ki baat hai, is mein khuda kahan se aa gaya.</w:t>
      </w:r>
    </w:p>
    <w:p>
      <w:pPr>
        <w:jc w:val="right"/>
      </w:pPr>
      <w:r>
        <w:t>ڈریس بھی کہیے تو کہیں کہیں ڈریس تو ہمارے شوق کی بات ہے، اس میں خدا کہاں سے آ گیا۔</w:t>
      </w:r>
    </w:p>
    <w:p>
      <w:r>
        <w:rPr>
          <w:b/>
        </w:rPr>
        <w:t xml:space="preserve">[57:30] </w:t>
      </w:r>
      <w:r>
        <w:t>to mein samajhta hoon ke yeh bohat bara fitna hai is zamanay mein ke cheezon ko khuda, khuda ko logon ne cheezon se alag kar rakha hai. aik abstract idea ke taur par mantay hain.</w:t>
      </w:r>
    </w:p>
    <w:p>
      <w:pPr>
        <w:jc w:val="right"/>
      </w:pPr>
      <w:r>
        <w:t>تو میں سمجھتا ہوں کہ یہ بہت بڑا فتنہ ہے اس زمانے میں کہ چیزوں کو خدا، خدا کو لوگوں نے چیزوں سے الگ کر رکھا ہے۔ ایک ایبسٹریکٹ آئیڈیا کے طور پر مانتے ہیں۔</w:t>
      </w:r>
    </w:p>
    <w:p>
      <w:r>
        <w:rPr>
          <w:b/>
        </w:rPr>
        <w:t xml:space="preserve">[57:42] </w:t>
      </w:r>
      <w:r>
        <w:t>baqi un ki zindagi mein, un ke apnay rozmarra ki activities mein, woh khuda se is ka koi talluq nahi hai. to kyun?</w:t>
      </w:r>
    </w:p>
    <w:p>
      <w:pPr>
        <w:jc w:val="right"/>
      </w:pPr>
      <w:r>
        <w:t>باقی ان کی زندگی میں، ان کے اپنے روزمرہ کی ایکٹیویٹیز میں، وہ خدا سے اس کا کوئی تعلق نہیں ہے۔ تو کیوں؟</w:t>
      </w:r>
    </w:p>
    <w:p>
      <w:r>
        <w:rPr>
          <w:b/>
        </w:rPr>
        <w:t xml:space="preserve">[57:51] </w:t>
      </w:r>
      <w:r>
        <w:t>is liye ke woh un ko koi dar nahi hai. koi dar nahi hai un ko. to sab se ziyada jis cheez ko zinda karna hai, woh yeh hai ke khuda ke sath punishment jura hua hai.</w:t>
      </w:r>
    </w:p>
    <w:p>
      <w:pPr>
        <w:jc w:val="right"/>
      </w:pPr>
      <w:r>
        <w:t>اس لیے کہ وہ ان کو کوئی ڈر نہیں ہے۔ کوئی ڈر نہیں ہے ان کو۔ تو سب سے زیادہ جس چیز کو زندہ کرنا ہے، وہ یہ ہے کہ خدا کے ساتھ پنشمنٹ جڑا ہوا ہے۔</w:t>
      </w:r>
    </w:p>
    <w:p>
      <w:r>
        <w:rPr>
          <w:b/>
        </w:rPr>
        <w:t xml:space="preserve">[58:04] </w:t>
      </w:r>
      <w:r>
        <w:t>khuda ke sath reward jura hua hai. khuda akela hi yeh faisla karega ke attendee life mein kis ko reward, kisi ko kis ko paradise milay, kis ko kis ko hell milay.</w:t>
      </w:r>
    </w:p>
    <w:p>
      <w:pPr>
        <w:jc w:val="right"/>
      </w:pPr>
      <w:r>
        <w:t>خدا کے ساتھ ریوارڈ جڑا ہوا ہے۔ خدا اکیلا ہی یہ فیصلہ کرے گا کہ اٹینڈر لائف میں کس کو ریوارڈ، کسی کو کس کو پیراڈائز ملے، کس کو کس کو ہیل ملے۔</w:t>
      </w:r>
    </w:p>
    <w:p>
      <w:r>
        <w:rPr>
          <w:b/>
        </w:rPr>
        <w:t xml:space="preserve">[58:18] </w:t>
      </w:r>
      <w:r>
        <w:t>wohi faisla karega. wallah</w:t>
      </w:r>
    </w:p>
    <w:p>
      <w:pPr>
        <w:jc w:val="right"/>
      </w:pPr>
      <w:r>
        <w:t>وہی فیصلہ کرے گا۔ واللہ</w:t>
      </w:r>
    </w:p>
    <w:p>
      <w:r>
        <w:rPr>
          <w:b/>
        </w:rPr>
        <w:t xml:space="preserve">[58:23] </w:t>
      </w:r>
      <w:r>
        <w:t>! to mein samajhta hoon ke yeh jo reward aur punishment ka jo concept hai, woh logon se nikal gaya hai. khuda ko mantay hue bhi.</w:t>
      </w:r>
    </w:p>
    <w:p>
      <w:pPr>
        <w:jc w:val="right"/>
      </w:pPr>
      <w:r>
        <w:t>! تو میں سمجھتا ہوں کہ یہ جو ریوارڈ اور پنشمنٹ کا جو کانسیپٹ ہے، وہ لوگوں سے نکل گیا ہے۔ خدا کو مانتے ہوئے بھی۔</w:t>
      </w:r>
    </w:p>
    <w:p>
      <w:r>
        <w:rPr>
          <w:b/>
        </w:rPr>
        <w:t xml:space="preserve">[58:33] </w:t>
      </w:r>
      <w:r>
        <w:t>sab se bari jo cheez mujhe discover hui hai is aitbar se, woh yahi hai ke khuda ko mantay hue logon ke dimaghon se yeh nikal gaya hai jis ko hum kehtay hain reward aur punishment, paradise aur hell.</w:t>
      </w:r>
    </w:p>
    <w:p>
      <w:pPr>
        <w:jc w:val="right"/>
      </w:pPr>
      <w:r>
        <w:t>سب سے بڑی جو چیز مجھے ڈسکور ہوئی ہے اس اعتبار سے، وہ یہی ہے کہ خدا کو مانتے ہوئے لوگوں کے دماغوں سے یہ نکل گیا ہے جس کو ہم کہتے ہیں ریوارڈ اور پنشمنٹ، پیراڈائز اور ہیل۔</w:t>
      </w:r>
    </w:p>
    <w:p>
      <w:r>
        <w:rPr>
          <w:b/>
        </w:rPr>
        <w:t xml:space="preserve">[58:47] </w:t>
      </w:r>
      <w:r>
        <w:t>isi se sari baat bigri hui hai. to yahi hamein zinda karna</w:t>
      </w:r>
    </w:p>
    <w:p>
      <w:pPr>
        <w:jc w:val="right"/>
      </w:pPr>
      <w:r>
        <w:t>اسی سے ساری بات بگڑی ہوئی ہے۔ تو یہی ہمیں زندہ کرنا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