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Culture of Peace and Non Voilence in Islam January 14, 2023</w:t>
      </w:r>
    </w:p>
    <w:p>
      <w:r>
        <w:t>https://youtu.be/INrBUtThaRw</w:t>
      </w:r>
    </w:p>
    <w:p>
      <w:r>
        <w:rPr>
          <w:b/>
        </w:rPr>
        <w:t xml:space="preserve">[00:11] </w:t>
      </w:r>
      <w:r>
        <w:t>assalam o alaikum. today we will have conversation, ah, with professor farida khanam, on the subject "culture of peace and non violence in islam".</w:t>
      </w:r>
    </w:p>
    <w:p>
      <w:pPr>
        <w:jc w:val="right"/>
      </w:pPr>
      <w:r>
        <w:t>السلام علیکم۔ ٹوڈے وی ویل ہیو کانورسیشن، آہ، ود پروفیسر فریدہ خانم، آن دا سبجیکٹ "کلچر آف پیس اینڈ نان وائلنس ان اسلام"۔</w:t>
      </w:r>
    </w:p>
    <w:p>
      <w:r>
        <w:rPr>
          <w:b/>
        </w:rPr>
        <w:t xml:space="preserve">[00:21] </w:t>
      </w:r>
      <w:r>
        <w:t>to chaliye isi mozu par charcha karte hain, farida apa ke sath. assalam o alaikum apa, kaise hain aap? wa alaikum assalam. aap khairiyat se hain? ji, alhamdulillah.</w:t>
      </w:r>
    </w:p>
    <w:p>
      <w:pPr>
        <w:jc w:val="right"/>
      </w:pPr>
      <w:r>
        <w:t>تو چلیے اسی موضوع پر چرچا کرتے ہیں، فریدہ آپا کے ساتھ۔ السلام علیکم آپا، کیسے ہیں آپ؟ وعلیکم السلام۔ آپ خیریت سے ہیں؟ جی، الحمدللہ۔</w:t>
      </w:r>
    </w:p>
    <w:p>
      <w:r>
        <w:rPr>
          <w:b/>
        </w:rPr>
        <w:t xml:space="preserve">[00:30] </w:t>
      </w:r>
      <w:r>
        <w:t>apa, ah, as, ah, we are living in an interdependent world, ah, where peace and prosperity depends upon harmonious relationship between communities and countries.</w:t>
      </w:r>
    </w:p>
    <w:p>
      <w:pPr>
        <w:jc w:val="right"/>
      </w:pPr>
      <w:r>
        <w:t>آپا، آہ، ایز، آہ، وی آر لیونگ ان این انٹرڈیپینڈنٹ ورلڈ، آہ، ویر پیس اینڈ پروسپیریٹی ڈیپینڈز اپون ہارمونیس ریلیشن شپ بٹوین کمیونٹیز اینڈ کنٹریز۔</w:t>
      </w:r>
    </w:p>
    <w:p>
      <w:r>
        <w:rPr>
          <w:b/>
        </w:rPr>
        <w:t xml:space="preserve">[00:41] </w:t>
      </w:r>
      <w:r>
        <w:t>to sab se pehla sawal to mera yahi hai ke what is the importance of peace and non violence in Islam? ah, is ke bare mein aap hamein bataein. ji, sahi farmaya aap ne.</w:t>
      </w:r>
    </w:p>
    <w:p>
      <w:pPr>
        <w:jc w:val="right"/>
      </w:pPr>
      <w:r>
        <w:t>تو سب سے پہلا سوال تو میرا یہی ہے کہ واٹ از دی امپورٹنس آف پیس اینڈ نان وائلنس ان اسلام؟ آہ، اس کے بارے میں آپ ہمیں بتائیں۔ جی، صحیح فرمایا آپ نے۔</w:t>
      </w:r>
    </w:p>
    <w:p>
      <w:r>
        <w:rPr>
          <w:b/>
        </w:rPr>
        <w:t xml:space="preserve">[00:51] </w:t>
      </w:r>
      <w:r>
        <w:t>aaj kal jitni zyada zarurat hai peace building ki, utna pehle shayad nahi thi.</w:t>
      </w:r>
    </w:p>
    <w:p>
      <w:pPr>
        <w:jc w:val="right"/>
      </w:pPr>
      <w:r>
        <w:t>آج کل جتنی زیادہ ضرورت ہے پیس بلڈنگ کی، اتنا پہلے شاید نہیں تھی۔</w:t>
      </w:r>
    </w:p>
    <w:p>
      <w:r>
        <w:rPr>
          <w:b/>
        </w:rPr>
        <w:t xml:space="preserve">[00:58] </w:t>
      </w:r>
      <w:r>
        <w:t>kyun ke pehle log mehdood darye mein raha karte thay. ab bohat zyada communication ki wajah se bohat zyada milna julna hai.</w:t>
      </w:r>
    </w:p>
    <w:p>
      <w:pPr>
        <w:jc w:val="right"/>
      </w:pPr>
      <w:r>
        <w:t>کیونکہ پہلے لوگ محدود دائرے میں رہا کرتے تھے۔ اب بہت زیادہ کمیونیکیشن کی وجہ سے بہت زیادہ ملنا جلنا ہے۔</w:t>
      </w:r>
    </w:p>
    <w:p>
      <w:r>
        <w:rPr>
          <w:b/>
        </w:rPr>
        <w:t xml:space="preserve">[01:08] </w:t>
      </w:r>
      <w:r>
        <w:t>to is baat ko bohat ache tareeqe se samajhna chahiye ke islam mein aman ki bohat itni zyada ahmiyat hai ke islam ka lafz hi mein aman ka mafhoom shamil hai.</w:t>
      </w:r>
    </w:p>
    <w:p>
      <w:pPr>
        <w:jc w:val="right"/>
      </w:pPr>
      <w:r>
        <w:t>تو اس بات کو بہت اچھے طریقے سے سمجھنا چاہیے کہ اسلام میں امن کی بہت اتنی زیادہ اہمیت ہے کہ اسلام کا لفظ ہی میں امن کا مفہوم شامل ہے۔</w:t>
      </w:r>
    </w:p>
    <w:p>
      <w:r>
        <w:rPr>
          <w:b/>
        </w:rPr>
        <w:t xml:space="preserve">[01:21] </w:t>
      </w:r>
      <w:r>
        <w:t>islam ka root word jo hai woh salam hai. salam ke maani hi hain peace and security.</w:t>
      </w:r>
    </w:p>
    <w:p>
      <w:pPr>
        <w:jc w:val="right"/>
      </w:pPr>
      <w:r>
        <w:t>اسلام کا روٹ ورڈ جو ہے وہ سلم ہے۔ سلم کے معنی ہی ہیں پیس اینڈ سیکیورٹی۔</w:t>
      </w:r>
    </w:p>
    <w:p>
      <w:r>
        <w:rPr>
          <w:b/>
        </w:rPr>
        <w:t xml:space="preserve">[01:28] </w:t>
      </w:r>
      <w:r>
        <w:t>to aap is se samajh sakte hain ke islam kitna zyada, ah, aman par zor deta hai. to aik hadith hai jo ke bukhari mein aayi hai ke islam ke maani salamti ke hain.</w:t>
      </w:r>
    </w:p>
    <w:p>
      <w:pPr>
        <w:jc w:val="right"/>
      </w:pPr>
      <w:r>
        <w:t>تو آپ اس سے سمجھ سکتے ہیں کہ اسلام کتنا زیادہ، آہ، امن پر زور دیتا ہے۔ تو ایک حدیث ہے جو کہ بخاری میں آئی ہے کہ اسلام کے معنی سلامتی کے ہیں۔</w:t>
      </w:r>
    </w:p>
    <w:p>
      <w:r>
        <w:rPr>
          <w:b/>
        </w:rPr>
        <w:t xml:space="preserve">[01:43] </w:t>
      </w:r>
      <w:r>
        <w:t>to is se maloom hota hai ke salamti jo hai woh islam ka juz hai, islam ka part and parcel hai. ab, ah, allah taala ka naam yani attributes jo ke 99 attributes bataye jatay hain</w:t>
      </w:r>
    </w:p>
    <w:p>
      <w:pPr>
        <w:jc w:val="right"/>
      </w:pPr>
      <w:r>
        <w:t>تو اس سے معلوم ہوتا ہے کہ سلامتی جو ہے وہ اسلام کا جز ہے، اسلام کا پارٹ اینڈ پارسل ہے۔ اب، آہ، اللہ تعالیٰ کا نام یعنی ایٹریبیوٹس جو کہ 99 ایٹریبیوٹس بتائے جاتے ہیں</w:t>
      </w:r>
    </w:p>
    <w:p>
      <w:r>
        <w:rPr>
          <w:b/>
        </w:rPr>
        <w:t xml:space="preserve">[01:57] </w:t>
      </w:r>
      <w:r>
        <w:t>, waise to be hisab attributes hain, un ki koi unlimited attributes hain, lekin 99 jo hamein bataye gaye hain is mein se aik hai assalam.</w:t>
      </w:r>
    </w:p>
    <w:p>
      <w:pPr>
        <w:jc w:val="right"/>
      </w:pPr>
      <w:r>
        <w:t>، ویسے تو بے حساب ایٹریبیوٹس ہیں، ان کی کوئی ان لمیٹڈ ایٹریبیوٹس ہیں، لیکن 99 جو ہمیں بتائے گئے ہیں اس میں سے ایک ہے السلام۔</w:t>
      </w:r>
    </w:p>
    <w:p>
      <w:r>
        <w:rPr>
          <w:b/>
        </w:rPr>
        <w:t xml:space="preserve">[02:08] </w:t>
      </w:r>
      <w:r>
        <w:t>yeh surah al hashr mein aaya hai, ah, ayat 23. to</w:t>
      </w:r>
    </w:p>
    <w:p>
      <w:pPr>
        <w:jc w:val="right"/>
      </w:pPr>
      <w:r>
        <w:t>یہ سورہ الحشر میں آیا ہے، آہ، آیت 23۔ تو</w:t>
      </w:r>
    </w:p>
    <w:p>
      <w:r>
        <w:rPr>
          <w:b/>
        </w:rPr>
        <w:t xml:space="preserve">[02:14] </w:t>
      </w:r>
      <w:r>
        <w:t>is se bhi pata chalta hai quran se, hadith se, prophet ki example se ke islam poora ka poora aman culture hai, aman culture hi mein woh believe karta hai.</w:t>
      </w:r>
    </w:p>
    <w:p>
      <w:pPr>
        <w:jc w:val="right"/>
      </w:pPr>
      <w:r>
        <w:t>اس سے بھی پتہ چلتا ہے قرآن سے، حدیث سے، پرافٹ کی ایگزامپل سے کہ اسلام پورا کا پورا امن کلچر ہے، امن کلچر ہی میں وہ بیلیو کرتا ہے۔</w:t>
      </w:r>
    </w:p>
    <w:p>
      <w:r>
        <w:rPr>
          <w:b/>
        </w:rPr>
        <w:t xml:space="preserve">[02:26] </w:t>
      </w:r>
      <w:r>
        <w:t>aur jo non violent culture hai woh to satanic culture hai.</w:t>
      </w:r>
    </w:p>
    <w:p>
      <w:pPr>
        <w:jc w:val="right"/>
      </w:pPr>
      <w:r>
        <w:t>اور جو نان وائلنٹ کلچر ہے وہ تو سیٹنک کلچر ہے۔</w:t>
      </w:r>
    </w:p>
    <w:p>
      <w:r>
        <w:rPr>
          <w:b/>
        </w:rPr>
        <w:t xml:space="preserve">[02:31] </w:t>
      </w:r>
      <w:r>
        <w:t>to is wajah se hamein bohat zyada is baat par sochna chahiye, ghor o fikr karna chahiye ke kis tareeqe se hum society mein, hum, ah, peace ko qaim karein aur logon ko batayein ke is ki kitni zyada ahmiyat hai.</w:t>
      </w:r>
    </w:p>
    <w:p>
      <w:pPr>
        <w:jc w:val="right"/>
      </w:pPr>
      <w:r>
        <w:t>تو اس وجہ سے ہمیں بہت زیادہ اس بات پر سوچنا چاہیے، غور و فکر کرنا چاہیے کہ کس طریقے سے ہم سوسائٹی میں، ہم، آہ، پیس کو قائم کریں اور لوگوں کو بتائیں کہ اس کی کتنی زیادہ اہمیت ہے۔</w:t>
      </w:r>
    </w:p>
    <w:p>
      <w:r>
        <w:rPr>
          <w:b/>
        </w:rPr>
        <w:t xml:space="preserve">[02:48] </w:t>
      </w:r>
      <w:r>
        <w:t>kyun ke dekhiye, har har kaam jo hai woh jab tak peaceful atmosphere na ho, koi kaam nahi ho sakta. to jangain aaj kal bhi bohat jagah jagah jang</w:t>
      </w:r>
    </w:p>
    <w:p>
      <w:pPr>
        <w:jc w:val="right"/>
      </w:pPr>
      <w:r>
        <w:t>کیونکہ دیکھیے، ہر ہر کام جو ہے وہ جب تک پیس فل ایٹمسفیئر نہ ہو، کوئی کام نہیں ہو سکتا۔ تو جنگیں آج کل بھی بہت جگہ جگہ جنگ</w:t>
      </w:r>
    </w:p>
    <w:p>
      <w:r>
        <w:rPr>
          <w:b/>
        </w:rPr>
        <w:t xml:space="preserve">[02:59] </w:t>
      </w:r>
      <w:r>
        <w:t>ho rahi hain. aap samajh sakte hain ke koi bhi constructive activities, positive activities, aur islam ka jo sab se bara jo kaam hai woh marifat hasil karna allah taala ki, to woh, ah, war ke mahol mein kuch ho hi nahi sakta.</w:t>
      </w:r>
    </w:p>
    <w:p>
      <w:pPr>
        <w:jc w:val="right"/>
      </w:pPr>
      <w:r>
        <w:t>ہو رہی ہیں۔ آپ سمجھ سکتے ہیں کہ کوئی بھی کنسٹرکٹیو ایکٹیویٹیز، پازیٹیو ایکٹیویٹیز، اور اسلام کا جو سب سے بڑا جو کام ہے وہ معرفت حاصل کرنا اللہ تعالیٰ کی، تو وہ، آہ، وار کے ماحول میں کچھ ہو ہی نہیں سکتا۔</w:t>
      </w:r>
    </w:p>
    <w:p>
      <w:r>
        <w:rPr>
          <w:b/>
        </w:rPr>
        <w:t xml:space="preserve">[03:15] </w:t>
      </w:r>
      <w:r>
        <w:t>to is wajah se war jo hai bilkul hi counter productive hai. hamara jo goal hai, hamara jo maqsad hai islam ka,</w:t>
      </w:r>
    </w:p>
    <w:p>
      <w:pPr>
        <w:jc w:val="right"/>
      </w:pPr>
      <w:r>
        <w:t>تو اس وجہ سے وار جو ہے بالکل ہی کاؤنٹر پروڈکٹو ہے۔ ہمارا جو گول ہے، ہمارا جو مقصد ہے اسلام کا،</w:t>
      </w:r>
    </w:p>
    <w:p>
      <w:r>
        <w:rPr>
          <w:b/>
        </w:rPr>
        <w:t xml:space="preserve">[03:24] </w:t>
      </w:r>
      <w:r>
        <w:t>to hamein, ah, is baat ko logon ko ache tareeqe se samjhana hai, batana hai ke aman ke liye woh zyada se zyada kaam karein, aman individuals mein, aman society mein.</w:t>
      </w:r>
    </w:p>
    <w:p>
      <w:pPr>
        <w:jc w:val="right"/>
      </w:pPr>
      <w:r>
        <w:t>تو ہمیں، آہ، اس بات کو لوگوں کو اچھے طریقے سے سمجھانا ہے، بتانا ہے کہ امن کے لیے وہ زیادہ سے زیادہ کام کریں، امن انڈیویجولز میں، امن سوسائٹی میں۔</w:t>
      </w:r>
    </w:p>
    <w:p>
      <w:r>
        <w:rPr>
          <w:b/>
        </w:rPr>
        <w:t xml:space="preserve">[03:36] </w:t>
      </w:r>
      <w:r>
        <w:t>kyun ke aman aik aisi cheez hai jis ko Maulana ne kaha hai ke master stroke ki tarah kaam karta hai ke aman aa gaya to aap har ache kaam society mein kar sakte hain,</w:t>
      </w:r>
    </w:p>
    <w:p>
      <w:pPr>
        <w:jc w:val="right"/>
      </w:pPr>
      <w:r>
        <w:t>کیونکہ امن ایک ایسی چیز ہے جس کو مولانا نے کہا ہے کہ ماسٹر اسٹروک کی طرح کام کرتا ہے کہ امن آ گیا تو آپ ہر اچھے کام سوسائٹی میں کر سکتے ہیں،</w:t>
      </w:r>
    </w:p>
    <w:p>
      <w:r>
        <w:rPr>
          <w:b/>
        </w:rPr>
        <w:t xml:space="preserve">[03:49] </w:t>
      </w:r>
      <w:r>
        <w:t>apne liye bhi aur society ke liye bhi. dunya ki bhi is mein falah hai aur akhirat ki bhi falah hai. to hadith mein aaya hai ke "god grants to gentleness what he does not grant to violence".</w:t>
      </w:r>
    </w:p>
    <w:p>
      <w:pPr>
        <w:jc w:val="right"/>
      </w:pPr>
      <w:r>
        <w:t>اپنے لیے بھی اور سوسائٹی کے لیے بھی۔ دنیا کی بھی اس میں فلاح ہے اور آخرت کی بھی فلاح ہے۔ تو حدیث میں آیا ہے کہ "گاڈ گرانٹس ٹو جنٹلنس واٹ ہی ڈز ناٹ گرانٹ ٹو وائلنس"۔</w:t>
      </w:r>
    </w:p>
    <w:p>
      <w:r>
        <w:rPr>
          <w:b/>
        </w:rPr>
        <w:t xml:space="preserve">[04:02] </w:t>
      </w:r>
      <w:r>
        <w:t>aur aap dekh sakte hain ke rasool ALLAH صلی اللہ علیہ وسلم ki poori zindagi aman hi par woh hai, matlab sari activities aman based hain rasool ALLAH صلی اللہ علیہ وسلم ki.</w:t>
      </w:r>
    </w:p>
    <w:p>
      <w:pPr>
        <w:jc w:val="right"/>
      </w:pPr>
      <w:r>
        <w:t>اور آپ دیکھ سکتے ہیں کہ رسول اللہ صلی اللہ علیہ وسلم کی پوری زندگی امن ہی پر وہ ہے، مطلب ساری ایکٹیویٹیز امن بیسڈ ہیں رسول اللہ صلی اللہ علیہ وسلم کی۔</w:t>
      </w:r>
    </w:p>
    <w:p>
      <w:r>
        <w:rPr>
          <w:b/>
        </w:rPr>
        <w:t xml:space="preserve">[04:16] </w:t>
      </w:r>
      <w:r>
        <w:t>to rasool ALLAH صلی اللہ علیہ وسلم ne farmaya: "spread the greeting of peace and you will be safe". ab dekhiye kitni bari baat hai ke tum peace qaim karo society mein, aur isi mein tumhari safety aur security isi mein shamil hai.</w:t>
      </w:r>
    </w:p>
    <w:p>
      <w:pPr>
        <w:jc w:val="right"/>
      </w:pPr>
      <w:r>
        <w:t>تو رسول اللہ صلی اللہ علیہ وسلم نے فرمایا: "اسپریڈ دا گریٹنگ آف پیس اینڈ یو ویل بی سیف"۔ اب دیکھیے کتنی بڑی بات ہے کہ تم پیس قائم کرو سوسائٹی میں، اور اسی میں تمہاری سیفٹی اور سیکیورٹی اسی میں شامل ہے۔</w:t>
      </w:r>
    </w:p>
    <w:p>
      <w:r>
        <w:rPr>
          <w:b/>
        </w:rPr>
        <w:t xml:space="preserve">[04:33] </w:t>
      </w:r>
      <w:r>
        <w:t>ji, bohat achhe se apa aap ne wazeh kiya ke war is counter productive and importance of peace jo aap ne batai apa, ah, woh bohat ziyada aham hai.</w:t>
      </w:r>
    </w:p>
    <w:p>
      <w:pPr>
        <w:jc w:val="right"/>
      </w:pPr>
      <w:r>
        <w:t>جی، بہت اچھے سے آپا آپ نے واضح کیا کہ وار از کاؤنٹر پروڈکٹو اینڈ امپورٹنس آف پیس جو آپ نے بتائی آپا، آہ، وہ بہت زیادہ اہم ہے۔</w:t>
      </w:r>
    </w:p>
    <w:p>
      <w:r>
        <w:rPr>
          <w:b/>
        </w:rPr>
        <w:t xml:space="preserve">[04:42] </w:t>
      </w:r>
      <w:r>
        <w:t>ah</w:t>
      </w:r>
    </w:p>
    <w:p>
      <w:pPr>
        <w:jc w:val="right"/>
      </w:pPr>
      <w:r>
        <w:t>آہ</w:t>
      </w:r>
    </w:p>
    <w:p>
      <w:r>
        <w:rPr>
          <w:b/>
        </w:rPr>
        <w:t xml:space="preserve">[04:43] </w:t>
      </w:r>
      <w:r>
        <w:t>Maulana wahiduddin khan sahib ne apni book "age of peace" mein bohat achha ek acknowledge di hai ke "peace is like soil". ah, ab jaise, ah, without soil plantation and trees can not come into this world, and we can not take vegetables or fruits directly from the soil.</w:t>
      </w:r>
    </w:p>
    <w:p>
      <w:pPr>
        <w:jc w:val="right"/>
      </w:pPr>
      <w:r>
        <w:t>، مولانا وحید الدین خان صاحب نے اپنی بک "ایج آف پیس" میں بہت اچھا ایک ایکنالوجی دی ہے کہ "پیس از لائک سوائل"۔ آہ، اب جیسے، آہ، ودا آؤٹ سوائل پلانٹیشن اینڈ ٹریز کین ناٹ کم انٹو دس ورلڈ، اینڈ وی کین ناٹ ٹیک ویجیٹیبلز اور فروٹس ڈائریکٹلی فرام دا سوائل۔</w:t>
      </w:r>
    </w:p>
    <w:p>
      <w:r>
        <w:rPr>
          <w:b/>
        </w:rPr>
        <w:t xml:space="preserve">[05:01] </w:t>
      </w:r>
      <w:r>
        <w:t>to soil woh properties provide karta hai taake plants aur trees jo hain grow kar saken, and we can then, ah, you know, take fruits and vegi</w:t>
      </w:r>
    </w:p>
    <w:p>
      <w:pPr>
        <w:jc w:val="right"/>
      </w:pPr>
      <w:r>
        <w:t>تو سوائل وہ پراپرٹیز پرووائیڈ کرتا ہے تاکہ پلانٹس اور ٹریز جو ہیں گرو کر سکیں، اینڈ وی کین دین، آہ، یو نو، ٹیک فروٹس اینڈ ویجی</w:t>
      </w:r>
    </w:p>
    <w:p>
      <w:r>
        <w:rPr>
          <w:b/>
        </w:rPr>
        <w:t xml:space="preserve">[05:10] </w:t>
      </w:r>
      <w:r>
        <w:t>tables. so he has written that peace is like soil, just because, just, just like without soil there can be no trees, so without peace there can be no social development.</w:t>
      </w:r>
    </w:p>
    <w:p>
      <w:pPr>
        <w:jc w:val="right"/>
      </w:pPr>
      <w:r>
        <w:t>ٹیبلز۔ سو ہی ہیز رٹن دیٹ پیس از لائک سوائل، جسٹ بیکاز، جسٹ، جسٹ لائک ودا آؤٹ سوائل دیر کین بی نو ٹریز، سو ودا آؤٹ پیس دیر کین بی نو سوشل ڈیویلپمنٹ۔</w:t>
      </w:r>
    </w:p>
    <w:p>
      <w:r>
        <w:rPr>
          <w:b/>
        </w:rPr>
        <w:t xml:space="preserve">[05:23] </w:t>
      </w:r>
      <w:r>
        <w:t>to peace ki itni ziyada ahmiyat hai for everybody, for all of us to progress and flourish in this world, and to actually actualize potential.</w:t>
      </w:r>
    </w:p>
    <w:p>
      <w:pPr>
        <w:jc w:val="right"/>
      </w:pPr>
      <w:r>
        <w:t>تو پیس کی اتنی زیادہ اہمیت ہے فار ایوری بڈی، فار ال اف اس ٹو پروگریس اینڈ فلرش ان دس ورلڈ، اینڈ ٹو ایکچولی ایکچولائز پوٹینشل۔</w:t>
      </w:r>
    </w:p>
    <w:p>
      <w:r>
        <w:rPr>
          <w:b/>
        </w:rPr>
        <w:t xml:space="preserve">[05:33] </w:t>
      </w:r>
      <w:r>
        <w:t>apa, lekin ek sawal yahan pe yeh bhi aata hai ke aksar islam ki baat hoti hai to peace se pehle jihad word aa jata hai. to main chahunga ke thoda jihad ko bhi aap achhe se wazeh karen.</w:t>
      </w:r>
    </w:p>
    <w:p>
      <w:pPr>
        <w:jc w:val="right"/>
      </w:pPr>
      <w:r>
        <w:t>آپا، لیکن ایک سوال یہاں پہ یہ بھی آتا ہے کہ اکثر اسلام کی بات ہوتی ہے تو پیس سے پہلے جہاد ورڈ آ جاتا ہے۔ تو میں چاہوں گا کہ تھوڑا جہاد کو بھی آپ اچھے سے واضح کریں۔</w:t>
      </w:r>
    </w:p>
    <w:p>
      <w:r>
        <w:rPr>
          <w:b/>
        </w:rPr>
        <w:t xml:space="preserve">[05:47] </w:t>
      </w:r>
      <w:r>
        <w:t>asal mein jihad ke maani qital nahin hain. jihad aur qital synonymous words nahin hain. jang jo hai ke liye qital ka word bola jata hai.</w:t>
      </w:r>
    </w:p>
    <w:p>
      <w:pPr>
        <w:jc w:val="right"/>
      </w:pPr>
      <w:r>
        <w:t>اصل میں جہاد کے معنی قتال نہیں ہیں۔ جہاد اور قتال سینونیمس ورڈز نہیں ہیں۔ جنگ جو ہے کے لیے قتال کا لفظ بولا جاتا ہے۔</w:t>
      </w:r>
    </w:p>
    <w:p>
      <w:r>
        <w:rPr>
          <w:b/>
        </w:rPr>
        <w:t xml:space="preserve">[05:59] </w:t>
      </w:r>
      <w:r>
        <w:t>jihad ke liye hai ke jihad ke maani hain strive, struggle, khoob ziyada mehnat karna. to khoob ziyada mehnat karna ALLAH ki rah mein.</w:t>
      </w:r>
    </w:p>
    <w:p>
      <w:pPr>
        <w:jc w:val="right"/>
      </w:pPr>
      <w:r>
        <w:t>جہاد کے لیے ہے کہ جہاد کے معنی ہیں سٹرائیو، سٹرگل، خوب زیادہ محنت کرنا۔ تو خوب زیادہ محنت کرنا اللہ کی راہ میں۔</w:t>
      </w:r>
    </w:p>
    <w:p>
      <w:r>
        <w:rPr>
          <w:b/>
        </w:rPr>
        <w:t xml:space="preserve">[06:08] </w:t>
      </w:r>
      <w:r>
        <w:t>to is mein jo is mein ziyada tar wohi aata hai ke hum apni apne aap ke ke andar intellectual development, spiritual development ka kaam karen, society mein kaam karen, logon tak khuda ka paigham pohnchayen.</w:t>
      </w:r>
    </w:p>
    <w:p>
      <w:pPr>
        <w:jc w:val="right"/>
      </w:pPr>
      <w:r>
        <w:t>تو اس میں جو اس میں زیادہ تر وہی آتا ہے کہ ہم اپنی اپنے آپ کے کے اندر انٹلیکچول ڈیویلپمنٹ، سپریچول ڈیویلپمنٹ کا کام کریں، سوسائٹی میں کام کریں، لوگوں تک خدا کا پیغام پہنچائیں۔</w:t>
      </w:r>
    </w:p>
    <w:p>
      <w:r>
        <w:rPr>
          <w:b/>
        </w:rPr>
        <w:t xml:space="preserve">[06:23] </w:t>
      </w:r>
      <w:r>
        <w:t>is mein mehnat karna, deen mein mehnat karna,</w:t>
      </w:r>
    </w:p>
    <w:p>
      <w:pPr>
        <w:jc w:val="right"/>
      </w:pPr>
      <w:r>
        <w:t>اس میں محنت کرنا، دین میں محنت کرنا،</w:t>
      </w:r>
    </w:p>
    <w:p>
      <w:r>
        <w:rPr>
          <w:b/>
        </w:rPr>
        <w:t xml:space="preserve">[06:26] </w:t>
      </w:r>
      <w:r>
        <w:t>aur apni personality development mein mehnat karna. lekin wohi hai ke kabhi kabhi aisa ho jata hai ke halaat kharab ho jate hain, to kabhi kabhi aisa ho jata hai ke difa karna parta hai.</w:t>
      </w:r>
    </w:p>
    <w:p>
      <w:pPr>
        <w:jc w:val="right"/>
      </w:pPr>
      <w:r>
        <w:t>اور اپنی پرسنیلٹی ڈیویلپمنٹ میں محنت کرنا۔ لیکن وہی ہے کہ کبھی کبھی ایسا ہو جاتا ہے کہ حالات خراب ہو جاتے ہیں، تو کبھی کبھی ایسا ہو جاتا ہے کہ دفاع کرنا پڑتا ہے۔</w:t>
      </w:r>
    </w:p>
    <w:p>
      <w:r>
        <w:rPr>
          <w:b/>
        </w:rPr>
        <w:t xml:space="preserve">[06:39] </w:t>
      </w:r>
      <w:r>
        <w:t>lekin yeh peace jo hai wohi rule hai, aur jo non violence hai, peace to rule hai, aur violence jo hai woh exception hai.</w:t>
      </w:r>
    </w:p>
    <w:p>
      <w:pPr>
        <w:jc w:val="right"/>
      </w:pPr>
      <w:r>
        <w:t>لیکن یہ پیس جو ہے وہی رول ہے، اور جو نان وائلنس ہے، پیس تو رول ہے، اور وائلنس جو ہے وہ ایکسیپشن ہے۔</w:t>
      </w:r>
    </w:p>
    <w:p>
      <w:r>
        <w:rPr>
          <w:b/>
        </w:rPr>
        <w:t xml:space="preserve">[06:51] </w:t>
      </w:r>
      <w:r>
        <w:t>woh kabhi kabhi aisa hota hai. to jihad to ke maani hi nahin hain qital.</w:t>
      </w:r>
    </w:p>
    <w:p>
      <w:pPr>
        <w:jc w:val="right"/>
      </w:pPr>
      <w:r>
        <w:t>وہ کبھی کبھی ایسا ہوتا ہے۔ تو جہاد تو کے معنی ہی نہیں ہیں قتال۔</w:t>
      </w:r>
    </w:p>
    <w:p>
      <w:r>
        <w:rPr>
          <w:b/>
        </w:rPr>
        <w:t xml:space="preserve">[06:57] </w:t>
      </w:r>
      <w:r>
        <w:t>jihad ke maani hain khoob khoob mehnat karna, striving, struggling kisi achhe kaam ke liye. to woh to jihad sara zindagi bhar jari rehta hai.</w:t>
      </w:r>
    </w:p>
    <w:p>
      <w:pPr>
        <w:jc w:val="right"/>
      </w:pPr>
      <w:r>
        <w:t>جہاد کے معنی ہیں خوب خوب محنت کرنا، سٹرائیونگ، سٹرگلنگ کسی اچھے کام کے لیے۔ تو وہ تو جہاد سارا زندگی بھر جاری رہتا ہے۔</w:t>
      </w:r>
    </w:p>
    <w:p>
      <w:r>
        <w:rPr>
          <w:b/>
        </w:rPr>
        <w:t xml:space="preserve">[07:08] </w:t>
      </w:r>
      <w:r>
        <w:t>kyunke hum jis duniya mein paida hue hain woh hamari apni banai hui duniya nahin hai, khuda ki banai hui duniya hai. to yahan hum ko khuda ki marzi ke mutabiq zindagi guzarni hai.</w:t>
      </w:r>
    </w:p>
    <w:p>
      <w:pPr>
        <w:jc w:val="right"/>
      </w:pPr>
      <w:r>
        <w:t>کیونکہ ہم جس دنیا میں پیدا ہوئے ہیں وہ ہماری اپنی بنائی ہوئی دنیا نہیں ہے، خدا کی بنائی ہوئی دنیا ہے۔ تو یہاں ہم کو خدا کی مرضی کے مطابق زندگی گزارنی ہے۔</w:t>
      </w:r>
    </w:p>
    <w:p>
      <w:r>
        <w:rPr>
          <w:b/>
        </w:rPr>
        <w:t xml:space="preserve">[07:19] </w:t>
      </w:r>
      <w:r>
        <w:t>to khuda ki marzi ke mutabiq zindagi guzarnay mein humein mehnat karni parti hai. kyunke apni khwahish ke mutabiq zindagi guzarnay mein ziyada aasaniyan</w:t>
      </w:r>
    </w:p>
    <w:p>
      <w:pPr>
        <w:jc w:val="right"/>
      </w:pPr>
      <w:r>
        <w:t>تو خدا کی مرضی کے مطابق زندگی گزارنے میں ہمیں محنت کرنی پڑتی ہے۔ کیونکہ اپنی خواہش کے مطابق زندگی گزارنے میں زیادہ آسانیاں</w:t>
      </w:r>
    </w:p>
    <w:p>
      <w:r>
        <w:rPr>
          <w:b/>
        </w:rPr>
        <w:t xml:space="preserve">[07:27] </w:t>
      </w:r>
      <w:r>
        <w:t>hoti hain. to har waqt humein yahan jihad karna hai. to yahan shaitan behkata hai, log galat galat baaten dimagh mein dalte hain, tarah tarah ke hurdles create karte hain hamare kaam mein.</w:t>
      </w:r>
    </w:p>
    <w:p>
      <w:pPr>
        <w:jc w:val="right"/>
      </w:pPr>
      <w:r>
        <w:t>ہوتی ہیں۔ تو ہر وقت ہمیں یہاں جہاد کرنا ہے۔ تو یہاں شیطان بہکاتا ہے، لوگ غلط غلط باتیں دماغ میں ڈالتے ہیں، طرح طرح کے ہرڈلز کریٹ کرتے ہیں ہمارے کام میں۔</w:t>
      </w:r>
    </w:p>
    <w:p>
      <w:r>
        <w:rPr>
          <w:b/>
        </w:rPr>
        <w:t xml:space="preserve">[07:40] </w:t>
      </w:r>
      <w:r>
        <w:t>to humein har waqt is mein jo sabr o bardasht karna parta hai, to woh sari cheezen jo hain woh is woh jihad mein aa jati hain, jis ko hum crusade ka word bolte hain.</w:t>
      </w:r>
    </w:p>
    <w:p>
      <w:pPr>
        <w:jc w:val="right"/>
      </w:pPr>
      <w:r>
        <w:t>تو ہمیں ہر وقت اس میں جو صبر و برداشت کرنا پڑتا ہے، تو وہ ساری چیزیں جو ہیں وہ اس وہ جہاد میں آ جاتی ہیں، جس کو ہم کروسیڈ کا لفظ بولتے ہیں۔</w:t>
      </w:r>
    </w:p>
    <w:p>
      <w:r>
        <w:rPr>
          <w:b/>
        </w:rPr>
        <w:t xml:space="preserve">[07:51] </w:t>
      </w:r>
      <w:r>
        <w:t>to hum jaise farz kariye hum taleem ke liye mehnat karen apni society mein, apne mahol mein,</w:t>
      </w:r>
    </w:p>
    <w:p>
      <w:pPr>
        <w:jc w:val="right"/>
      </w:pPr>
      <w:r>
        <w:t>تو ہم جیسے فرض کریے ہم تعلیم کے لیے محنت کریں اپنی سوسائٹی میں، اپنے ماحول میں،</w:t>
      </w:r>
    </w:p>
    <w:p>
      <w:r>
        <w:rPr>
          <w:b/>
        </w:rPr>
        <w:t xml:space="preserve">[07:58] </w:t>
      </w:r>
      <w:r>
        <w:t>to apne mulk mein mehnat karen taake tamam logon ko achhi education milay. yeh bhi kahenge crusade hai, yeh jaise sir syed ne kiya.</w:t>
      </w:r>
    </w:p>
    <w:p>
      <w:pPr>
        <w:jc w:val="right"/>
      </w:pPr>
      <w:r>
        <w:t>تو اپنے ملک میں محنت کریں تاکہ تمام لوگوں کو اچھی ایجوکیشن ملے۔ یہ بھی کہیں گے کروسیڈ ہے، یہ جیسے سر سید نے کیا۔</w:t>
      </w:r>
    </w:p>
    <w:p>
      <w:r>
        <w:rPr>
          <w:b/>
        </w:rPr>
        <w:t xml:space="preserve">[08:08] </w:t>
      </w:r>
      <w:r>
        <w:t>to yeh har cheez mein jihad ka word istemal ho sakta hai. khoob khoob mehnat karna, logon ke akhlaq sudharna hai, logon ke andar deen ki spirit bharna hai.</w:t>
      </w:r>
    </w:p>
    <w:p>
      <w:pPr>
        <w:jc w:val="right"/>
      </w:pPr>
      <w:r>
        <w:t>تو یہ ہر چیز میں جہاد کا لفظ استعمال ہو سکتا ہے۔ خوب خوب محنت کرنا، لوگوں کے اخلاق سدھارنا ہے، لوگوں کے اندر دین کی سپرٹ بھرنا ہے۔</w:t>
      </w:r>
    </w:p>
    <w:p>
      <w:r>
        <w:rPr>
          <w:b/>
        </w:rPr>
        <w:t xml:space="preserve">[08:20] </w:t>
      </w:r>
      <w:r>
        <w:t>to yeh sab ka sab jo hai woh jihad mein aayega.</w:t>
      </w:r>
    </w:p>
    <w:p>
      <w:pPr>
        <w:jc w:val="right"/>
      </w:pPr>
      <w:r>
        <w:t>تو یہ سب کا سب جو ہے وہ جہاد میں آئے گا۔</w:t>
      </w:r>
    </w:p>
    <w:p>
      <w:r>
        <w:rPr>
          <w:b/>
        </w:rPr>
        <w:t xml:space="preserve">[08:23] </w:t>
      </w:r>
      <w:r>
        <w:t>lekin jo hai kabhi kabhi aisa ho jata hai ke logon ki taraf se bohat ziyada rukawaton par bhi jihad nahi hai. lekin jab physically, physical attack ho jaye na, tab hum apna defense kar sakte hain.</w:t>
      </w:r>
    </w:p>
    <w:p>
      <w:pPr>
        <w:jc w:val="right"/>
      </w:pPr>
      <w:r>
        <w:t>لیکن جو ہے کبھی کبھی ایسا ہو جاتا ہے کہ لوگوں کی طرف سے بہت زیادہ رکاوٹوں پر بھی جہاد نہیں ہے۔ لیکن جب فزیکلی، فزیکل اٹیک ہو جائے نا، تب ہم اپنا ڈیفنس کر سکتے ہیں۔</w:t>
      </w:r>
    </w:p>
    <w:p>
      <w:r>
        <w:rPr>
          <w:b/>
        </w:rPr>
        <w:t xml:space="preserve">[08:39] </w:t>
      </w:r>
      <w:r>
        <w:t>rukawaton par to aap rasool Allah sal Allah alaihi wasallam ki zindagi ko dekhiye, rukawatein hi rukawatein theen. har din rukawatein theen. to aap ne to kabhi bhi jihad, woh is qital ke mani mein jihad nahi kiya.</w:t>
      </w:r>
    </w:p>
    <w:p>
      <w:pPr>
        <w:jc w:val="right"/>
      </w:pPr>
      <w:r>
        <w:t>رکاوٹوں پر تو آپ رسول اللہ صلی اللہ علیہ وسلم کی زندگی کو دیکھیے، رکاوٹیں ہی رکاوٹیں تھیں۔ ہر دن رکاوٹیں تھیں۔ تو آپ نے تو کبھی بھی جہاد، وہ اس قتال کے معنی میں جہاد نہیں کیا۔</w:t>
      </w:r>
    </w:p>
    <w:p>
      <w:r>
        <w:rPr>
          <w:b/>
        </w:rPr>
        <w:t xml:space="preserve">[08:51] </w:t>
      </w:r>
      <w:r>
        <w:t>aap sabr karte, bardasht karte, logon ke liye duaein karte. to yahi, yahi, yahi jihad tha. ab aap jaise aap madina gaye to wahan par abdullah ibn abi ko ko log leader banane ja rahe thay, yahan tak ke uska, aah, uska crown jo hai woh bhi banne ko chala gaya tha.</w:t>
      </w:r>
    </w:p>
    <w:p>
      <w:pPr>
        <w:jc w:val="right"/>
      </w:pPr>
      <w:r>
        <w:t>آپ صبر کرتے، برداشت کرتے، لوگوں کے لیے دعائیں کرتے۔ تو یہی، یہی، یہی جہاد تھا۔ اب آپ جیسے آپ مدینہ گئے تو وہاں پر عبداللہ ابن ابی کو کو لوگ لیڈر بنانے جا رہے تھے، یہاں تک کہ اس کا، آہ، اس کا کراؤن جو ہے وہ بھی بننے کو چلا گیا تھا۔</w:t>
      </w:r>
    </w:p>
    <w:p>
      <w:r>
        <w:rPr>
          <w:b/>
        </w:rPr>
        <w:t xml:space="preserve">[09:11] </w:t>
      </w:r>
      <w:r>
        <w:t>to woh bohat ziyada ghussa ho gaya kyunke aap gaye to logon ne aap ko sardar man liya.</w:t>
      </w:r>
    </w:p>
    <w:p>
      <w:pPr>
        <w:jc w:val="right"/>
      </w:pPr>
      <w:r>
        <w:t>تو وہ بہت زیادہ غصہ ہو گیا کیونکہ آپ گئے تو لوگوں نے آپ کو سردار مان لیا۔</w:t>
      </w:r>
    </w:p>
    <w:p>
      <w:r>
        <w:rPr>
          <w:b/>
        </w:rPr>
        <w:t xml:space="preserve">[09:16] </w:t>
      </w:r>
      <w:r>
        <w:t>to ab us ne jo hai woh sabr bardasht nahi kiya aur musalsal aap ke khilaf, aah, kuch na kuch rashadmaniyan karta rehta raha.</w:t>
      </w:r>
    </w:p>
    <w:p>
      <w:pPr>
        <w:jc w:val="right"/>
      </w:pPr>
      <w:r>
        <w:t>تو اب اس نے جو ہے وہ صبر برداشت نہیں کیا اور مسلسل آپ کے خلاف، آہ، کچھ نہ کچھ رشادمانیاں کرتا رہتا رہا۔</w:t>
      </w:r>
    </w:p>
    <w:p>
      <w:r>
        <w:rPr>
          <w:b/>
        </w:rPr>
        <w:t xml:space="preserve">[09:26] </w:t>
      </w:r>
      <w:r>
        <w:t>to woh hai ke hum is tarah ki rukawatein hum ko har mauqe par, har qadam par rukawatein aati hain. to hamein yeh karna hai, sabr karna hai, bardasht karna hai.</w:t>
      </w:r>
    </w:p>
    <w:p>
      <w:pPr>
        <w:jc w:val="right"/>
      </w:pPr>
      <w:r>
        <w:t>تو وہ ہے کہ ہم اس طرح کی رکاوٹیں ہم کو ہر موقع پر، ہر قدم پر رکاوٹیں آتی ہیں۔ تو ہمیں یہ کرنا ہے، صبر کرنا ہے، برداشت کرنا ہے۔</w:t>
      </w:r>
    </w:p>
    <w:p>
      <w:r>
        <w:rPr>
          <w:b/>
        </w:rPr>
        <w:t xml:space="preserve">[09:37] </w:t>
      </w:r>
      <w:r>
        <w:t>aur aap jante hain ke sabr ke baray mein bohat ziyada, aah, aayatein hain, hadisein hain ke sabr ka bohat bara ajr hai. isi liye keun</w:t>
      </w:r>
    </w:p>
    <w:p>
      <w:pPr>
        <w:jc w:val="right"/>
      </w:pPr>
      <w:r>
        <w:t>اور آپ جانتے ہیں کہ صبر کے بارے میں بہت زیادہ، آہ، آیتیں ہیں، حدیثیں ہیں کہ صبر کا بہت بڑا اجر ہے۔ اسی لیے کیون</w:t>
      </w:r>
    </w:p>
    <w:p>
      <w:r>
        <w:rPr>
          <w:b/>
        </w:rPr>
        <w:t xml:space="preserve">[09:46] </w:t>
      </w:r>
      <w:r>
        <w:t>ke sabr ke baghair aap koi kaam bhi nahi kar sakte, aap ulajh ke reh jayenge zindagi mein. to har waqt masail aate hi rehte hain. apa, bohat hi ziyada actually misconstrued word hai jihad.</w:t>
      </w:r>
    </w:p>
    <w:p>
      <w:pPr>
        <w:jc w:val="right"/>
      </w:pPr>
      <w:r>
        <w:t>کہ صبر کے بغیر آپ کوئی کام بھی نہیں کر سکتے، آپ الجھ کے رہ جائیں گے زندگی میں۔ تو ہر وقت مسائل آتے ہی رہتے ہیں۔ آپا، بہت ہی زیادہ ایکچولی مس کنسٹروڈ ورڈ ہے جہاد۔</w:t>
      </w:r>
    </w:p>
    <w:p>
      <w:r>
        <w:rPr>
          <w:b/>
        </w:rPr>
        <w:t xml:space="preserve">[09:58] </w:t>
      </w:r>
      <w:r>
        <w:t>ab jaise aap ne bohat achhe se bataya, ek riwayat bhi hai hazrat ibn abbas se, aah, ek shakhs ne poocha jihad ko le kar to unhon ne bohat saaf alfazon mein kaha ke "should i not tell you something which is superior for you then jihad?</w:t>
      </w:r>
    </w:p>
    <w:p>
      <w:pPr>
        <w:jc w:val="right"/>
      </w:pPr>
      <w:r>
        <w:t>اب جیسے آپ نے بہت اچھے سے بتایا، ایک روایت بھی ہے حضرت ابن عباس سے، آہ، ایک شخص نے پوچھا جہاد کو لے کر تو انہوں نے بہت صاف الفاظوں میں کہا کہ "شوڈ آئی ناٹ ٹیل یو سمتھنگ وچ از سپیریئر فار یو دین جہاد؟</w:t>
      </w:r>
    </w:p>
    <w:p>
      <w:r>
        <w:rPr>
          <w:b/>
        </w:rPr>
        <w:t xml:space="preserve">[10:13] </w:t>
      </w:r>
      <w:r>
        <w:t>" phir unhon ne batana shuru kiya ke "it is building of musk, it is reading of the quran, learning of the sunnat and the fiqh." to unhon ne yeh nahi kaha ke haan jihad bohat superior cheez hai, lekin log aksar jis mani mein lete hain woh bilkul opposite hai, jaisa ke aap ne abhi is ko bohat achhe se samjhaya.</w:t>
      </w:r>
    </w:p>
    <w:p>
      <w:pPr>
        <w:jc w:val="right"/>
      </w:pPr>
      <w:r>
        <w:t>" پھر انہوں نے بتانا شروع کیا کہ "اٹ از بلڈنگ آف مسک، اٹ از ریڈنگ آف دا قرآن، لرننگ آف دا سنت اینڈ دا فقہ۔" تو انہوں نے یہ نہیں کہا کہ ہاں جہاد بہت سپیریئر چیز ہے، لیکن لوگ اکثر جس معنی میں لیتے ہیں وہ بالکل اپوزٹ ہے، جیسا کہ آپ نے ابھی اس کو بہت اچھے سے سمجھایا۔</w:t>
      </w:r>
    </w:p>
    <w:p>
      <w:r>
        <w:rPr>
          <w:b/>
        </w:rPr>
        <w:t xml:space="preserve">[10:31] </w:t>
      </w:r>
      <w:r>
        <w:t>in fact, apa, islam is a, is a completely is a peaceful ideology. to jihad also can not have any, aah, violent ideological base.</w:t>
      </w:r>
    </w:p>
    <w:p>
      <w:pPr>
        <w:jc w:val="right"/>
      </w:pPr>
      <w:r>
        <w:t>ان فیکٹ، آپا، اسلام از ا، از ا کمپلیٹلی از ا پیس فل آئیڈیالوجی۔ تو جہاد السو کین ناٹ ہیو اینی، آہ، وائلنٹ آئیڈیالوجیکل بیس۔</w:t>
      </w:r>
    </w:p>
    <w:p>
      <w:r>
        <w:rPr>
          <w:b/>
        </w:rPr>
        <w:t xml:space="preserve">[10:41] </w:t>
      </w:r>
      <w:r>
        <w:t>to main chahunga ke ideologically speaking, aah, is ko aap agar thoda sa wazeh karein. woh jo jang ke liye jo jihad ka lafz istemal kiya jane laga hai na, ji, woh uska extended use hai ya istemali use hai ke woh kyunke jang mein bohat ziyada mehnat karni parti hai,</w:t>
      </w:r>
    </w:p>
    <w:p>
      <w:pPr>
        <w:jc w:val="right"/>
      </w:pPr>
      <w:r>
        <w:t>تو میں چاہوں گا کہ آئیڈیالوجیکلی سپیکنگ، آہ، اس کو آپ اگر تھوڑا سا واضح کریں۔ وہ جو جنگ کے لیے جو جہاد کا لفظ استعمال کیا جانے لگا ہے نا، جی، وہ اس کا ایکسٹینڈڈ یوز ہے یا استعمالی یوز ہے کہ وہ کیونکہ جنگ میں بہت زیادہ محنت کرنی پڑتی ہے،</w:t>
      </w:r>
    </w:p>
    <w:p>
      <w:r>
        <w:rPr>
          <w:b/>
        </w:rPr>
        <w:t xml:space="preserve">[10:59] </w:t>
      </w:r>
      <w:r>
        <w:t>aur to is ke liye jihad ka lafz istemal kiya jane laga, warna asal lafz jo hai na woh qital hai. ji, to</w:t>
      </w:r>
    </w:p>
    <w:p>
      <w:pPr>
        <w:jc w:val="right"/>
      </w:pPr>
      <w:r>
        <w:t>اور تو اس کے لیے جہاد کا لفظ استعمال کیا جانے لگا، ورنہ اصل لفظ جو ہے نا وہ قتال ہے۔ جی، تو</w:t>
      </w:r>
    </w:p>
    <w:p>
      <w:r>
        <w:rPr>
          <w:b/>
        </w:rPr>
        <w:t xml:space="preserve">[11:09] </w:t>
      </w:r>
      <w:r>
        <w:t>jihad jo hai na woh ideological struggle ke sense mein to non violent struggle hi hai. to woh is liye hota hai ke woh jab bhi hum koi, aah, kaam achha karein society mein, aur chunke hum log ek daawa group hain, achha aur achhi baat ko society mein hamein pahunchana hai, lekin jab hum jate hain kaam karne to pata chalta hai ke har aadmi ek conditioned insan hai.</w:t>
      </w:r>
    </w:p>
    <w:p>
      <w:pPr>
        <w:jc w:val="right"/>
      </w:pPr>
      <w:r>
        <w:t>جہاد جو ہے نا وہ آئیڈیالوجیکل سٹرگل کے سینس میں تو نان وائلنٹ سٹرگل ہی ہے۔ تو وہ اس لیے ہوتا ہے کہ وہ جب بھی ہم کوئی، آہ، کام اچھا کریں سوسائٹی میں، اور چونکہ ہم لوگ ایک دعوی گروپ ہیں، اچھا اور اچھی بات کو سوسائٹی میں ہمیں پہنچانا ہے، لیکن جب ہم جاتے ہیں کام کرنے تو پتہ چلتا ہے کہ ہر آدمی ایک کنڈیشنڈ انسان ہے۔</w:t>
      </w:r>
    </w:p>
    <w:p>
      <w:r>
        <w:rPr>
          <w:b/>
        </w:rPr>
        <w:t xml:space="preserve">[11:35] </w:t>
      </w:r>
      <w:r>
        <w:t>to apni conditioning ki wajah se woh hamare paigham ko nahi samajhta. jo rasool Allah sal Allah alaihi wasallam ko itni ziyada opposition hui, woh isi liye, is liye hi nahi ke arab ke log bure thay, balkeh woh conditioned insan thay.</w:t>
      </w:r>
    </w:p>
    <w:p>
      <w:pPr>
        <w:jc w:val="right"/>
      </w:pPr>
      <w:r>
        <w:t>تو اپنی کنڈیشننگ کی وجہ سے وہ ہمارے پیغام کو نہیں سمجھتا۔ جو رسول اللہ صلی اللہ علیہ وسلم کو اتنی زیادہ اپوزیشن ہوئی، وہ اسی لیے، اس لیے ہی نہیں کہ عرب کے لوگ برے تھے، بلکہ وہ کنڈیشنڈ انسان تھے۔</w:t>
      </w:r>
    </w:p>
    <w:p>
      <w:r>
        <w:rPr>
          <w:b/>
        </w:rPr>
        <w:t xml:space="preserve">[11:49] </w:t>
      </w:r>
      <w:r>
        <w:t>to woh conditioning ki wajah se woh nahi samjhe ke yeh nayi nayi baatein jo hamein sikha rahe hain, yeh kya cheez hai. to us waqt to yeh tha, woh kehte thay ke ek Khuda se kaise kaam chalega?</w:t>
      </w:r>
    </w:p>
    <w:p>
      <w:pPr>
        <w:jc w:val="right"/>
      </w:pPr>
      <w:r>
        <w:t>تو وہ کنڈیشننگ کی وجہ سے وہ نہیں سمجھے کہ یہ نئی نئی باتیں جو ہمیں سکھا رہے ہیں، یہ کیا چیز ہے۔ تو اس وقت تو یہ تھا، وہ کہتے تھے کہ ایک خدا سے کیسے کام چلے گا؟</w:t>
      </w:r>
    </w:p>
    <w:p>
      <w:r>
        <w:rPr>
          <w:b/>
        </w:rPr>
        <w:t xml:space="preserve">[12:02] </w:t>
      </w:r>
      <w:r>
        <w:t>wahan to har qabiley ka but juda tha na. j</w:t>
      </w:r>
    </w:p>
    <w:p>
      <w:pPr>
        <w:jc w:val="right"/>
      </w:pPr>
      <w:r>
        <w:t>وہاں تو ہر قبیلے کا بت جدا تھا نا۔ ج</w:t>
      </w:r>
    </w:p>
    <w:p>
      <w:r>
        <w:rPr>
          <w:b/>
        </w:rPr>
        <w:t xml:space="preserve">[12:05] </w:t>
      </w:r>
      <w:r>
        <w:t>y, to is tarah ki conditioning ho jati hai. woh samajhte thay ke woh wahan buton par nazrane aate thay. ab samajhte thay ke agar hum ek Khuda ko mante hain to hamari to economy sab kharab ho jayegi.</w:t>
      </w:r>
    </w:p>
    <w:p>
      <w:pPr>
        <w:jc w:val="right"/>
      </w:pPr>
      <w:r>
        <w:t>ی، تو اس طریقے کی کنڈیشننگ ہو جاتی ہے۔ وہ سمجھتے تھے کہ وہ وہاں بتوں پر نذرانے آتے تھے۔ اب سمجھتے تھے کہ اگر ہم ایک خدا کو مانتے ہیں تو ہماری تو اکانومی سب خراب ہو جائے گی۔</w:t>
      </w:r>
    </w:p>
    <w:p>
      <w:r>
        <w:rPr>
          <w:b/>
        </w:rPr>
        <w:t xml:space="preserve">[12:16] </w:t>
      </w:r>
      <w:r>
        <w:t>to different kind ki conditioning hoti hai. ab jaise hum spirit ko ubharne ke liye kahein, namaz ki, roze ki, hajj ki, zakat ki, to spirit ko ubharne ke liye kahein ge to woh to form se itna manoos ho chuke hain</w:t>
      </w:r>
    </w:p>
    <w:p>
      <w:pPr>
        <w:jc w:val="right"/>
      </w:pPr>
      <w:r>
        <w:t>تو ڈفرنٹ کائنڈ کی کنڈیشننگ ہوتی ہے۔ اب جیسے ہم سپرٹ کو ابھارنے کے لیے کہیں، نماز کے، روزے کی، حج کی، زکوۃ کی، تو سپرٹ کو ابھارنے کے لیے کہیں گے تو وہ تو فارم سے اتنا مانوس ہو چکے ہیں</w:t>
      </w:r>
    </w:p>
    <w:p>
      <w:r>
        <w:rPr>
          <w:b/>
        </w:rPr>
        <w:t xml:space="preserve">[12:32] </w:t>
      </w:r>
      <w:r>
        <w:t>, conditioned ho chuke hain, to un ki samajh mein nahi aata ke yeh kya cheez hai. spirit wala deen un ke liye ajnabi deen ban gaya hai. to is liye daai ko bohat sakht mehnat karni parti hai, jis ko ideological jihad bhi Maulana ne kahin istemal kiya hai.</w:t>
      </w:r>
    </w:p>
    <w:p>
      <w:pPr>
        <w:jc w:val="right"/>
      </w:pPr>
      <w:r>
        <w:t>، کنڈیشنڈ ہو چکے ہیں، تو ان کی سمجھ میں نہیں آتا کہ یہ کیا چیز ہے۔ سپرٹ والا دین ان کے لیے اجنبی دین بن گیا ہے۔ تو اس لیے داعی کو بہت سخت محنت کرنی پڑتی ہے، جس کو آئیڈیالوجیکل جہاد بھی مولانا نے کہیں استعمال کیا ہے۔</w:t>
      </w:r>
    </w:p>
    <w:p>
      <w:r>
        <w:rPr>
          <w:b/>
        </w:rPr>
        <w:t xml:space="preserve">[12:49] </w:t>
      </w:r>
      <w:r>
        <w:t>aur is chunke ab agar hum is waqt lad jayein to hum apna kaam aage badha nahi sakte. aur agar hum sabr kar lein, bardasht kar lein to is ka matlab yeh hai ke hamein is ko hum time de rahe hain.</w:t>
      </w:r>
    </w:p>
    <w:p>
      <w:pPr>
        <w:jc w:val="right"/>
      </w:pPr>
      <w:r>
        <w:t>اور اس چونکہ اب اگر ہم اس وقت لڑ جائیں تو ہم اپنا کام آگے بڑھا نہیں سکتے۔ اور اگر ہم صبر کر لیں، برداشت کر لیں تو اس کا مطلب یہ ہے کہ ہمیں اس کو ہم ٹائم دے رہے ہیں۔</w:t>
      </w:r>
    </w:p>
    <w:p>
      <w:r>
        <w:rPr>
          <w:b/>
        </w:rPr>
        <w:t xml:space="preserve">[13:02] </w:t>
      </w:r>
      <w:r>
        <w:t>is ko, is ko time chahiye. agar ek conditioned insan hai to us ko time chahiye taake woh baaton ko gehrai se samajh sake.</w:t>
      </w:r>
    </w:p>
    <w:p>
      <w:pPr>
        <w:jc w:val="right"/>
      </w:pPr>
      <w:r>
        <w:t>اس کو، اس کو ٹائم چاہیے۔ اگر ایک کنڈیشنڈ انسان ہے تو اس کو ٹائم چاہیے تاکہ وہ باتوں کو گہرائی سے سمجھ سکے۔</w:t>
      </w:r>
    </w:p>
    <w:p>
      <w:r>
        <w:rPr>
          <w:b/>
        </w:rPr>
        <w:t xml:space="preserve">[13:11] </w:t>
      </w:r>
      <w:r>
        <w:t>har insan ghor o fikr to karta hi hai. koi nayi baat kisi se kahi jaye to woh us par sochta hai. sochte sochte kabhi na kabhi us ko baat samajh mein aa jati hai.</w:t>
      </w:r>
    </w:p>
    <w:p>
      <w:pPr>
        <w:jc w:val="right"/>
      </w:pPr>
      <w:r>
        <w:t>ہر انسان غور و فکر تو کرتا ہی ہے۔ کوئی نئی بات کسی سے کہی جائے تو وہ اس پر سوچتا ہے۔ سوچتے سوچتے کبھی نہ کبھی اس کو بات سمجھ میں آ جاتی ہے۔</w:t>
      </w:r>
    </w:p>
    <w:p>
      <w:r>
        <w:rPr>
          <w:b/>
        </w:rPr>
        <w:t xml:space="preserve">[13:21] </w:t>
      </w:r>
      <w:r>
        <w:t>itna sare sahaba ki yahi misaal hai. hazrat umar ji itne bare sahabi hain, ab un ko bhi samajh mein nahi aa raha tha. un ko bhi time chahiye tha.</w:t>
      </w:r>
    </w:p>
    <w:p>
      <w:pPr>
        <w:jc w:val="right"/>
      </w:pPr>
      <w:r>
        <w:t>اتنا سارے صحابہ کی یہی مثال ہے۔ حضرت عمر جی اتنے بڑے صحابی ہیں، اب ان کو بھی سمجھ میں نہیں آ رہا تھا۔ ان کو بھی ٹائم چاہیے تھا۔</w:t>
      </w:r>
    </w:p>
    <w:p>
      <w:r>
        <w:rPr>
          <w:b/>
        </w:rPr>
        <w:t xml:space="preserve">[13:30] </w:t>
      </w:r>
      <w:r>
        <w:t>to</w:t>
      </w:r>
    </w:p>
    <w:p>
      <w:pPr>
        <w:jc w:val="right"/>
      </w:pPr>
      <w:r>
        <w:t>تو</w:t>
      </w:r>
    </w:p>
    <w:p>
      <w:r>
        <w:rPr>
          <w:b/>
        </w:rPr>
        <w:t xml:space="preserve">[13:31] </w:t>
      </w:r>
      <w:r>
        <w:t>chunki insanon ko time chahiye samajhne ke liye, to is wajah se sabr jo hai woh zaroori hai. sabr karna bhi ek jihad hai.</w:t>
      </w:r>
    </w:p>
    <w:p>
      <w:pPr>
        <w:jc w:val="right"/>
      </w:pPr>
      <w:r>
        <w:t>چونکہ انسانوں کو ٹائم چاہیے سمجھنے کے لیے، تو اس وجہ سے صبر جو ہے وہ ضروری ہے۔ صبر کرنا بھی ایک جہاد ہے۔</w:t>
      </w:r>
    </w:p>
    <w:p>
      <w:r>
        <w:rPr>
          <w:b/>
        </w:rPr>
        <w:t xml:space="preserve">[13:40] </w:t>
      </w:r>
      <w:r>
        <w:t>ji, kyunke sab se zyada mehnat to sabr karne mein lagti hai. to to isi liye jo hai kaha gaya hai Quran mein ke Quran se jihad karo.</w:t>
      </w:r>
    </w:p>
    <w:p>
      <w:pPr>
        <w:jc w:val="right"/>
      </w:pPr>
      <w:r>
        <w:t>جی، کیونکہ سب سے زیادہ محنت تو صبر کرنے میں لگتی ہے۔ تو تو اسی لیے جو ہے کہا گیا ہے قرآن میں کہ قرآن سے جہاد کرو۔</w:t>
      </w:r>
    </w:p>
    <w:p>
      <w:r>
        <w:rPr>
          <w:b/>
        </w:rPr>
        <w:t xml:space="preserve">[13:53] </w:t>
      </w:r>
      <w:r>
        <w:t>jihad bil Quran to</w:t>
      </w:r>
    </w:p>
    <w:p>
      <w:pPr>
        <w:jc w:val="right"/>
      </w:pPr>
      <w:r>
        <w:t>جہاد بالقرآن تو</w:t>
      </w:r>
    </w:p>
    <w:p>
      <w:r>
        <w:rPr>
          <w:b/>
        </w:rPr>
        <w:t xml:space="preserve">[13:55] </w:t>
      </w:r>
      <w:r>
        <w:t>balkeh is ko jihad kabir kaha gaya hai ke "wajahidhum bihi jihad kabirah". kyunke is mein sab se zyada opposition hoti hai. un ko samajh mein aata nahi hai, to woh oppose karte hain.</w:t>
      </w:r>
    </w:p>
    <w:p>
      <w:pPr>
        <w:jc w:val="right"/>
      </w:pPr>
      <w:r>
        <w:t>بلکہ اس کو جہاد کبیر کہا گیا ہے کہ "وجاہدہم بہ جہاد کبیرہ"۔ کیونکہ اس میں سب سے زیادہ اپوزیشن ہوتی ہے۔ ان کو سمجھ میں آتا نہیں ہے، تو وہ اپوز کرتے ہیں۔</w:t>
      </w:r>
    </w:p>
    <w:p>
      <w:r>
        <w:rPr>
          <w:b/>
        </w:rPr>
        <w:t xml:space="preserve">[14:07] </w:t>
      </w:r>
      <w:r>
        <w:t>lekin woh to behrahal is zamane mein, aah, bilkul hi insan open nahi tha na. koi bhi nai ideology is ko samajh mein nahi aati thi.</w:t>
      </w:r>
    </w:p>
    <w:p>
      <w:pPr>
        <w:jc w:val="right"/>
      </w:pPr>
      <w:r>
        <w:t>لیکن وہ تو بہرحال اس زمانے میں، آہ، بالکل ہی انسان اوپن نہیں تھا نا۔ کوئی بھی نئی آئیڈیالوجی اس کو سمجھ میں نہیں آتی تھی۔</w:t>
      </w:r>
    </w:p>
    <w:p>
      <w:r>
        <w:rPr>
          <w:b/>
        </w:rPr>
        <w:t xml:space="preserve">[14:16] </w:t>
      </w:r>
      <w:r>
        <w:t>ji, to is wajah se itna zyada wahan par, aah, opposition hui aur itna isi mein kai jangain bhi huin. ji ji, bilkul.</w:t>
      </w:r>
    </w:p>
    <w:p>
      <w:pPr>
        <w:jc w:val="right"/>
      </w:pPr>
      <w:r>
        <w:t>جی، تو اس وجہ سے اتنا زیادہ وہاں پر، آہ، اپوزیشن ہوئی اور اتنا اسی میں کئی جنگیں بھی ہوئیں۔ جی جی، بالکل۔</w:t>
      </w:r>
    </w:p>
    <w:p>
      <w:r>
        <w:rPr>
          <w:b/>
        </w:rPr>
        <w:t xml:space="preserve">[14:24] </w:t>
      </w:r>
      <w:r>
        <w:t>in fact, when the prophet returned from the Tabuk expedition, he made this statement that we have come from a lesser jihad towards a greater jihad.</w:t>
      </w:r>
    </w:p>
    <w:p>
      <w:pPr>
        <w:jc w:val="right"/>
      </w:pPr>
      <w:r>
        <w:t>ان فیکٹ، آپا وین پرافٹ ریٹرنڈ فرام دی تابک ایکسپیڈیشن، ہی میڈ دس سٹیٹمنٹ دیٹ وی ہیو کم فرام ا لیسر جہاد ٹورڈز ا گریٹر جہاد۔</w:t>
      </w:r>
    </w:p>
    <w:p>
      <w:r>
        <w:rPr>
          <w:b/>
        </w:rPr>
        <w:t xml:space="preserve">[14:32] </w:t>
      </w:r>
      <w:r>
        <w:t>and greater jihad is exactly like what you explained. its more about intellectual awakening, struggle, strive. apa, aap ne, aah, jihad ko define kiya.</w:t>
      </w:r>
    </w:p>
    <w:p>
      <w:pPr>
        <w:jc w:val="right"/>
      </w:pPr>
      <w:r>
        <w:t>اینڈ گریٹر جہاد از ایگزیکٹلی لائک واٹ یو ایکسپلینڈ۔ اٹس مور اباؤٹ انٹلیکچول اویکننگ، سٹرگل، سٹرائیو۔ آپا، آپ نے، آہ، جہاد کو ڈیفائن کیا۔</w:t>
      </w:r>
    </w:p>
    <w:p>
      <w:r>
        <w:rPr>
          <w:b/>
        </w:rPr>
        <w:t xml:space="preserve">[14:41] </w:t>
      </w:r>
      <w:r>
        <w:t>aap ne sabr ke bare mein bhi kaha. sabr pe hum baad mein</w:t>
      </w:r>
    </w:p>
    <w:p>
      <w:pPr>
        <w:jc w:val="right"/>
      </w:pPr>
      <w:r>
        <w:t>آپ نے صبر کے بارے میں بھی کہا۔ صبر پہ ہم بعد میں</w:t>
      </w:r>
    </w:p>
    <w:p>
      <w:r>
        <w:rPr>
          <w:b/>
        </w:rPr>
        <w:t xml:space="preserve">[14:44] </w:t>
      </w:r>
      <w:r>
        <w:t>aayenge, lekin, aah, main yahan pe yeh bhi chahunga ke aap peace ko bhi aap define kar dein ke becaz peace today has multiple, aah, definitions.</w:t>
      </w:r>
    </w:p>
    <w:p>
      <w:pPr>
        <w:jc w:val="right"/>
      </w:pPr>
      <w:r>
        <w:t>آئیں گے، لیکن، آہ، میں یہاں پہ یہ بھی چاہوں گا کہ آپ پیس کو بھی آپ ڈیفائن کر دیں کہ بیکاز پیس ٹوڈے ہیز ملٹیپل، آہ، ڈیفینیشنز۔</w:t>
      </w:r>
    </w:p>
    <w:p>
      <w:r>
        <w:rPr>
          <w:b/>
        </w:rPr>
        <w:t xml:space="preserve">[14:54] </w:t>
      </w:r>
      <w:r>
        <w:t>aah, aaj ki date mein peace ki ek simple definition bhi nahi hai. to how would you define peace and why is it so important for the mission? woh ek article mein Maulana ne likha hai ke aman ki tareef ki jati hai absence of war, lekin woh kehte hain yeh negative definition</w:t>
      </w:r>
    </w:p>
    <w:p>
      <w:pPr>
        <w:jc w:val="right"/>
      </w:pPr>
      <w:r>
        <w:t>آہ، آج کی ڈیٹ میں پیس کی ایک سمپل ڈیفینیشن بھی نہیں ہے۔ تو ہاؤ وڈ یو ڈیفائن پیس اینڈ وائی از اٹ سو امپورٹنٹ فار دا مشن؟ وہ ایک آرٹیکل میں مولانا نے لکھا ہے کہ امن کی تعریف کی جاتی ہے ایبسنس آف وار، لیکن وہ کہتے ہیں یہ نیگیٹیو ڈیفینیشن</w:t>
      </w:r>
    </w:p>
    <w:p>
      <w:r>
        <w:rPr>
          <w:b/>
        </w:rPr>
        <w:t xml:space="preserve">[15:12] </w:t>
      </w:r>
      <w:r>
        <w:t>hai. ji, kyunke yeh sirf itna hi nahi hai ke aman qaim ho gaya, bas itni hi baat kal baat nahi hai. balkeh aman ke qayam se jo sari musbat, positive, constructive activities shuru ho jati hain na, bilkul aisa unhon ne misaal diya hai jaise koi band jo hai khul jaye, band toot jaye to pani ka bahao bohat tezi se aage aage aata hai.</w:t>
      </w:r>
    </w:p>
    <w:p>
      <w:pPr>
        <w:jc w:val="right"/>
      </w:pPr>
      <w:r>
        <w:t>ہے۔ جی، کیونکہ یہ صرف اتنا ہی نہیں ہے کہ امن قائم ہو گیا، بس اتنی ہی بات کل بات نہیں ہے۔ بلکہ امن کے قیام سے جو ساری مثبت، پازیٹیو، کنسٹرکٹیو ایکٹیویٹیز شروع ہو جاتی ہیں نا، بالکل ایسا انہوں نے مثال دیا ہے جیسے کوئی بند جو ہے کھل جائے، بند ٹوٹ جائے تو پانی کا بہاؤ بہت تیزی سے آگے آگے آتا ہے۔</w:t>
      </w:r>
    </w:p>
    <w:p>
      <w:r>
        <w:rPr>
          <w:b/>
        </w:rPr>
        <w:t xml:space="preserve">[15:36] </w:t>
      </w:r>
      <w:r>
        <w:t>jaise ke woh jo jo non violence hai aur yeh sab jo hai is tarah ki baatein, yeh bilkul band ki jagah kaam kar deti hain.</w:t>
      </w:r>
    </w:p>
    <w:p>
      <w:pPr>
        <w:jc w:val="right"/>
      </w:pPr>
      <w:r>
        <w:t>جیسے کہ وہ جو جو نان وہ وائلنس ہے اور یہ سب جو ہے اس طریقے کی باتیں، یہ بالکل بند کی جگہ کام کر دیتی ہیں۔</w:t>
      </w:r>
    </w:p>
    <w:p>
      <w:r>
        <w:rPr>
          <w:b/>
        </w:rPr>
        <w:t xml:space="preserve">[15:47] </w:t>
      </w:r>
      <w:r>
        <w:t>kyunke aadmi jo hai na doosre se contact freely, free atmosphere mein kar sakta hai, na doosre se apni baat ko pohncha sakta hai. dushmani hoti hai, hatred hoti hai.</w:t>
      </w:r>
    </w:p>
    <w:p>
      <w:pPr>
        <w:jc w:val="right"/>
      </w:pPr>
      <w:r>
        <w:t>کیونکہ آدمی جو ہے نہ دوسرے سے کانٹیکٹ فریلی، فری ایٹمسفیئر میں کر سکتا ہے، نہ دوسرے سے اپنی بات کو پہنچا سکتا ہے۔ دشمنی ہوتی ہے، ہیٹریڈ ہوتی ہے۔</w:t>
      </w:r>
    </w:p>
    <w:p>
      <w:r>
        <w:rPr>
          <w:b/>
        </w:rPr>
        <w:t xml:space="preserve">[15:58] </w:t>
      </w:r>
      <w:r>
        <w:t>to is mein agar hum un se koi baat kehte bhi hain to un ko baat woh samajh mein nahi aati hai.</w:t>
      </w:r>
    </w:p>
    <w:p>
      <w:pPr>
        <w:jc w:val="right"/>
      </w:pPr>
      <w:r>
        <w:t>تو اس میں اگر ہم ان سے کوئی بات کہتے بھی ہیں تو ان کو بات وہ سمجھ میں نہیں آتی ہے۔</w:t>
      </w:r>
    </w:p>
    <w:p>
      <w:r>
        <w:rPr>
          <w:b/>
        </w:rPr>
        <w:t xml:space="preserve">[16:04] </w:t>
      </w:r>
      <w:r>
        <w:t>to jaise aap, aah, yeh sulah qaim karein, halaat ko normalize karein to waise hi aap ki jo hai tamam, aah, activities qaim ho jati hain, musbat activities, aur is ka result bohat acha hota hai.</w:t>
      </w:r>
    </w:p>
    <w:p>
      <w:pPr>
        <w:jc w:val="right"/>
      </w:pPr>
      <w:r>
        <w:t>تو جیسے آپ، آہ، یہ صلح قائم کریں، حالات کو نارملائز کریں تو ویسے ہی آپ کی جو ہے تمام، آہ، ایکٹیویٹیز قائم ہو جاتی ہیں، مثبت ایکٹیویٹیز، اور اس کا رزلٹ بہت اچھا ہوتا ہے۔</w:t>
      </w:r>
    </w:p>
    <w:p>
      <w:r>
        <w:rPr>
          <w:b/>
        </w:rPr>
        <w:t xml:space="preserve">[16:19] </w:t>
      </w:r>
      <w:r>
        <w:t>jaise sulah Hudaybiyah mein hua, is se pehle kuch kaam nahi ho raha tha kyunke bohat zyada rukawatein theen. log ek doosre se milna bhi pasand nahi karte the.</w:t>
      </w:r>
    </w:p>
    <w:p>
      <w:pPr>
        <w:jc w:val="right"/>
      </w:pPr>
      <w:r>
        <w:t>جیسے صلح حدیبیہ میں ہوا، اس سے پہلے کچھ کام نہیں ہو رہا تھا کیونکہ بہت زیادہ رکاوٹیں تھیں۔ لوگ ایک دوسرے سے ملنا بھی پسند نہیں کرتے تھے۔</w:t>
      </w:r>
    </w:p>
    <w:p>
      <w:r>
        <w:rPr>
          <w:b/>
        </w:rPr>
        <w:t xml:space="preserve">[16:29] </w:t>
      </w:r>
      <w:r>
        <w:t>kai logon ko to kaha gaya ke apne kaan mein rooi daal lo, Muhammad ki baat mat suno to bad-deen ho jaoge. to lekin jab yeh sulah ho gayi to sare log ek doosre se milne lage aur itni tezi se aap ka paigham phail gaya.</w:t>
      </w:r>
    </w:p>
    <w:p>
      <w:pPr>
        <w:jc w:val="right"/>
      </w:pPr>
      <w:r>
        <w:t>کئی لوگوں کو تو کہا گیا کہ اپنے کان میں روئی ڈال لو، محمد کی بات مت سنو تو بددین ہو جاؤ گے۔ تو لیکن جب یہ صلح ہو گئی تو سارے لوگ ایک دوسرے سے ملنے لگے اور اتنی تیزی سے آپ کا پیغام پھیل گیا۔</w:t>
      </w:r>
    </w:p>
    <w:p>
      <w:r>
        <w:rPr>
          <w:b/>
        </w:rPr>
        <w:t xml:space="preserve">[16:44] </w:t>
      </w:r>
      <w:r>
        <w:t>to aise hi aaj kal ke to bohat zyada mawaqe hain, pehle to itne mawaqe bhi nahi the. to yeh samajh lijiye ke aman ka qayam jo hai na woh ek master key hai, tamam band darwaze is se khul jate hain.</w:t>
      </w:r>
    </w:p>
    <w:p>
      <w:pPr>
        <w:jc w:val="right"/>
      </w:pPr>
      <w:r>
        <w:t>تو ایسے ہی آج کل کے تو بہت زیادہ مواقع ہیں، پہلے تو اتنے مواقع بھی نہیں تھے۔ تو یہ سمجھ لیجئے کہ امن کا قیام جو ہے نا وہ ایک ماسٹر کی ہے، تمام بند دروازے اس سے کھل جاتے ہیں۔</w:t>
      </w:r>
    </w:p>
    <w:p>
      <w:r>
        <w:rPr>
          <w:b/>
        </w:rPr>
        <w:t xml:space="preserve">[16:59] </w:t>
      </w:r>
      <w:r>
        <w:t>to isi tarah se Maulana ne misaal di hai ke kainat ka mazhab jo hai woh bhi aman hi hai, aman culture hi poori kainat mein prevail kar raha hai. kyunke aap jante hain ke poori kainat mutharrik hai, aur billions and billions of stars jo hain woh sab move kar rahe hain apne apne orbit mein, koi kisi se clash nahi karta.</w:t>
      </w:r>
    </w:p>
    <w:p>
      <w:pPr>
        <w:jc w:val="right"/>
      </w:pPr>
      <w:r>
        <w:t>تو اسی طریقے سے مولانا نے مثال دی ہے کہ کائنات کا مذہب جو ہے وہ بھی امن ہی ہے، امن کلچر ہی پوری کائنات میں پریویل کر رہا ہے۔ کیونکہ آپ جانتے ہیں کہ پوری کائنات متحرک ہے، اور بلینز اینڈ بلینز آف سٹارز جو ہیں وہ سب موو کر رہے ہیں اپنے اپنے اربٹ میں، کوئی کسی سے کلیش نہیں کرتا۔</w:t>
      </w:r>
    </w:p>
    <w:p>
      <w:r>
        <w:rPr>
          <w:b/>
        </w:rPr>
        <w:t xml:space="preserve">[17:19] </w:t>
      </w:r>
      <w:r>
        <w:t>Surah Yaseen mein is ko describe kiya gaya hai. to</w:t>
      </w:r>
    </w:p>
    <w:p>
      <w:pPr>
        <w:jc w:val="right"/>
      </w:pPr>
      <w:r>
        <w:t>سورہ یاسین میں اس کو ڈسکرائب کیا گیا ہے۔ تو</w:t>
      </w:r>
    </w:p>
    <w:p>
      <w:r>
        <w:rPr>
          <w:b/>
        </w:rPr>
        <w:t xml:space="preserve">[17:23] </w:t>
      </w:r>
      <w:r>
        <w:t>koi clash nahi hai, koi tashaddud culture nahi hai. to poori kainat mein, to jab kainat mein arbon saal se, arbon saal se kainat chal rahi hai aur koi clash nahi hai, agar is mein clash ho to poori kainat jo hai tabah ho jaye, khatam ho jaye.</w:t>
      </w:r>
    </w:p>
    <w:p>
      <w:pPr>
        <w:jc w:val="right"/>
      </w:pPr>
      <w:r>
        <w:t>کوئی کلیش نہیں ہے، کوئی تشدد کلچر نہیں ہے۔ تو پوری کائنات میں، تو جب کائنات میں اربوں سال سے، اربوں سال سے کائنات چل رہی ہے اور کوئی کلیش نہیں ہے، اگر اس میں کلیش ہو تو پوری کائنات جو ہے تباہ ہو جائے، ختم ہو جائے۔</w:t>
      </w:r>
    </w:p>
    <w:p>
      <w:r>
        <w:rPr>
          <w:b/>
        </w:rPr>
        <w:t xml:space="preserve">[17:40] </w:t>
      </w:r>
      <w:r>
        <w:t>to yahi, yeh hamare liye yeh sari cheezein jo nature ki hain, woh sab hamare liye model ki hesiyat rakhti hain. to humein bhi isi model ko apnana hai.</w:t>
      </w:r>
    </w:p>
    <w:p>
      <w:pPr>
        <w:jc w:val="right"/>
      </w:pPr>
      <w:r>
        <w:t>تو یہی، یہ ہمارے لیے یہ ساری چیزیں جو نیچر کی ہیں، وہ سب ہمارے لیے ماڈل کی حیثیت رکھتی ہیں۔ تو ہمیں بھی اسی ماڈل کو اپنانا ہے۔</w:t>
      </w:r>
    </w:p>
    <w:p>
      <w:r>
        <w:rPr>
          <w:b/>
        </w:rPr>
        <w:t xml:space="preserve">[17:51] </w:t>
      </w:r>
      <w:r>
        <w:t>jagah jagah Maulana ne nature ki misaal di hai ke woh hamare liye model hai aur isi ko humein apnana hai. to bas sirf farq itna hai kainat mein aur insan mein ke kainat mein sab kuch determined hai.</w:t>
      </w:r>
    </w:p>
    <w:p>
      <w:pPr>
        <w:jc w:val="right"/>
      </w:pPr>
      <w:r>
        <w:t>جگہ جگہ مولانا نے نیچر کی مثال دی ہے کہ وہ ہمارے لیے ماڈل ہے اور اسی کو ہمیں اپنانا ہے۔ تو بس صرف فرق اتنا ہے کائنات میں اور انسان میں کہ کائنات میں سب کچھ ڈیٹرمنڈ ہے۔</w:t>
      </w:r>
    </w:p>
    <w:p>
      <w:r>
        <w:rPr>
          <w:b/>
        </w:rPr>
        <w:t xml:space="preserve">[18:06] </w:t>
      </w:r>
      <w:r>
        <w:t>woh, woh jo kar rahe hain, woh waise hi karenge. un ka apni koi free will nahi hai, lekin insan ko free will di gayi hai kyunke insan is duniya mein test ke liye aa</w:t>
      </w:r>
    </w:p>
    <w:p>
      <w:pPr>
        <w:jc w:val="right"/>
      </w:pPr>
      <w:r>
        <w:t>وہ، وہ جو کر رہے ہیں، وہ ویسے ہی کریں گے۔ ان کا اپنی کوئی فری ول نہیں ہے، لیکن انسان کو فری ول دی گئی ہے کیونکہ انسان اس دنیا میں ٹیسٹ کے لیے آ</w:t>
      </w:r>
    </w:p>
    <w:p>
      <w:r>
        <w:rPr>
          <w:b/>
        </w:rPr>
        <w:t xml:space="preserve">[18:18] </w:t>
      </w:r>
      <w:r>
        <w:t>ya hai to is waja se is ko free will di gai hai ta k wo apna test de sake aur is ka jo hai badla jo hai, is ko reward akhirat mein jannat ki shakal mein mile ga.</w:t>
      </w:r>
    </w:p>
    <w:p>
      <w:pPr>
        <w:jc w:val="right"/>
      </w:pPr>
      <w:r>
        <w:t>یا ہے۔ تو اس وجہ سے اس کو فری ول دی گئی ہے تاکہ وہ اپنا ٹیسٹ دے سکے اور اس کا جو ہے بدلہ جو ہے، اس کو ریوارڈ آخرت میں جنت کی شکل میں ملے گا۔</w:t>
      </w:r>
    </w:p>
    <w:p>
      <w:r>
        <w:rPr>
          <w:b/>
        </w:rPr>
        <w:t xml:space="preserve">[18:31] </w:t>
      </w:r>
      <w:r>
        <w:t>ji, ah, apa miss fareeda kamran ne comment bheja hai pakistan se. unhon ne likha hai: "jazak allah nicely explain most important lesson with practical wisdom." ah</w:t>
      </w:r>
    </w:p>
    <w:p>
      <w:pPr>
        <w:jc w:val="right"/>
      </w:pPr>
      <w:r>
        <w:t>جی، آہ، آپا مس فریدہ کامران نے کمنٹ بھیجا ہے پاکستان سے۔ انہوں نے لکھا ہے: "جزاک اللہ نائسلی ایکسپلین موسٹ امپورٹنٹ لیسن ود پریکٹیکل وزڈم۔" آہ</w:t>
      </w:r>
    </w:p>
    <w:p>
      <w:r>
        <w:rPr>
          <w:b/>
        </w:rPr>
        <w:t xml:space="preserve">[18:44] </w:t>
      </w:r>
      <w:r>
        <w:t>, miss ayesha butto ne likha hai: "beshak allah sabar karne walon ke sath hai." doctor aslam khan sahab ne saharanpur se likha hai: "you are right, doctor fareeda.</w:t>
      </w:r>
    </w:p>
    <w:p>
      <w:pPr>
        <w:jc w:val="right"/>
      </w:pPr>
      <w:r>
        <w:t>، مس عائشہ بٹو نے لکھا ہے: "بے شک اللہ صبر کرنے والوں کے ساتھ ہے۔" ڈاکٹر اسلم خان صاحب نے سارن پور سے لکھا ہے: "یو آر رائٹ، ڈاکٹر فریدہ۔</w:t>
      </w:r>
    </w:p>
    <w:p>
      <w:r>
        <w:rPr>
          <w:b/>
        </w:rPr>
        <w:t xml:space="preserve">[18:55] </w:t>
      </w:r>
      <w:r>
        <w:t>now we should start ideological jihad. really, it is a greater jihad and it should start with wisdom." ah, muhammad farooq sahab ne lahore se likha hai: "moreover, peace is a tool that paves the way for suc</w:t>
      </w:r>
    </w:p>
    <w:p>
      <w:pPr>
        <w:jc w:val="right"/>
      </w:pPr>
      <w:r>
        <w:t>ناؤ وی شوڈ سٹارٹ آئیڈیالوجیکل جہاد۔ ریلی، اٹ از ا گریٹر جہاد اینڈ اٹ شوڈ سٹارٹ ود وزڈم۔" آہ، محمد فاروق صاحب نے لاہور سے لکھا ہے: "مور اوور، پیس از ا ٹول دیٹ پیوز دا وے فار سک</w:t>
      </w:r>
    </w:p>
    <w:p>
      <w:r>
        <w:rPr>
          <w:b/>
        </w:rPr>
        <w:t xml:space="preserve">[19:10] </w:t>
      </w:r>
      <w:r>
        <w:t>cess. when we are peaceful, we can focus on our goals and overcome any obstacles. peace also helps us to connect with others and create positive relations.</w:t>
      </w:r>
    </w:p>
    <w:p>
      <w:pPr>
        <w:jc w:val="right"/>
      </w:pPr>
      <w:r>
        <w:t>سیس۔ وین وی آر پیس فل، وی کین فوکس ان ا گولز اینڈ اوورکم اینی ابسٹیکلز۔ پیس السو ہیلپس اس ٹو کنیکٹ ود ادرز اینڈ کریٹ پوزیٹیو ریلیشنز۔</w:t>
      </w:r>
    </w:p>
    <w:p>
      <w:r>
        <w:rPr>
          <w:b/>
        </w:rPr>
        <w:t xml:space="preserve">[19:21] </w:t>
      </w:r>
      <w:r>
        <w:t>peace is not just the absence of conflict, but the presence of harmony and joy. peace is a powerful force that can transform our life and the world." apa, lekin ek sawal yeh bhi aata hai ke, ah, log aksar kehte hain ke conspiracies enemies karte rehte hain.</w:t>
      </w:r>
    </w:p>
    <w:p>
      <w:pPr>
        <w:jc w:val="right"/>
      </w:pPr>
      <w:r>
        <w:t>پیس از ناٹ جسٹ دی ایبسنس اف کانفلکٹ، بٹ دی پریزنس اف ہارمونی اینڈ جوئے۔ پیس از ا پاور فل فورس دیٹ کین ٹرانسفارم اور لائف اینڈ دی ورلڈ۔" آپا، لیکن ایک سوال یہ بھی آتا ہے کہ، آہ، لوگ اکثر کہتے ہیں کہ کانسپیریسیز اینمیز کرتے رہتے ہیں۔</w:t>
      </w:r>
    </w:p>
    <w:p>
      <w:r>
        <w:rPr>
          <w:b/>
        </w:rPr>
        <w:t xml:space="preserve">[19:40] </w:t>
      </w:r>
      <w:r>
        <w:t>ah, to kya solution hai in conspiracies ka? you can not deny conspiracies being hatched. ah, but what is the solution to these conspiracies?</w:t>
      </w:r>
    </w:p>
    <w:p>
      <w:pPr>
        <w:jc w:val="right"/>
      </w:pPr>
      <w:r>
        <w:t>آہ، تو کیا سلویوشن ہے ان کانسپیریسیز کا؟ یو کین ناٹ ڈینائی کانسپیریسیز بینگ ہیچڈ۔ آہ، بٹ واٹ از دا سلویوشن ٹو دیز کانسپیریسیز؟</w:t>
      </w:r>
    </w:p>
    <w:p>
      <w:r>
        <w:rPr>
          <w:b/>
        </w:rPr>
        <w:t xml:space="preserve">[19:51] </w:t>
      </w:r>
      <w:r>
        <w:t>conspiracy to hazrat adam jab pehle pehli family dunya mein aai, un ke beton mein ho gaya dushmani.</w:t>
      </w:r>
    </w:p>
    <w:p>
      <w:pPr>
        <w:jc w:val="right"/>
      </w:pPr>
      <w:r>
        <w:t>کانسپیریسی تو حضرت آدم جب پہلے پہلی فیملی دنیا میں آئی، ان کے بیٹوں میں ہو گیا دشمنی۔</w:t>
      </w:r>
    </w:p>
    <w:p>
      <w:r>
        <w:rPr>
          <w:b/>
        </w:rPr>
        <w:t xml:space="preserve">[19:59] </w:t>
      </w:r>
      <w:r>
        <w:t>to yeh to part and parcel hai is life ka. ji,</w:t>
      </w:r>
    </w:p>
    <w:p>
      <w:pPr>
        <w:jc w:val="right"/>
      </w:pPr>
      <w:r>
        <w:t>تو یہ تو پارٹ اینڈ پارسل ہے اس لائف کا۔ جی،</w:t>
      </w:r>
    </w:p>
    <w:p>
      <w:r>
        <w:rPr>
          <w:b/>
        </w:rPr>
        <w:t xml:space="preserve">[20:03] </w:t>
      </w:r>
      <w:r>
        <w:t>kyun ke insan apni khwahish ke mutabiq zindagi guzarta hai, apne mafad ke mutabiq zindagi guzarna chahta hai. to yeh to hoga, yeh to hum maan ke chalenge, yeh hoga.</w:t>
      </w:r>
    </w:p>
    <w:p>
      <w:pPr>
        <w:jc w:val="right"/>
      </w:pPr>
      <w:r>
        <w:t>کیونکہ انسان اپنی خواہش کے مطابق زندگی گزارتا ہے، اپنے مفاد کے مطابق زندگی گزارنا چاہتا ہے۔ تو یہ تو ہوگا، یہ تو ہم مان کے چلیں گے، یہ ہوگا۔</w:t>
      </w:r>
    </w:p>
    <w:p>
      <w:r>
        <w:rPr>
          <w:b/>
        </w:rPr>
        <w:t xml:space="preserve">[20:14] </w:t>
      </w:r>
      <w:r>
        <w:t>ab hamein dekhna hai ke is ka solution kya hai. ji, quran mein, hadith mein, prophet ki zindagi mein kya solution hai? main, main to samajhti hoon ke logon ne, ah, prophet ki jo examples hain, is ko samajhne ki koi koshish nahi ki</w:t>
      </w:r>
    </w:p>
    <w:p>
      <w:pPr>
        <w:jc w:val="right"/>
      </w:pPr>
      <w:r>
        <w:t>اب ہمیں دیکھنا ہے کہ اس کا سلویوشن کیا ہے۔ جی، قرآن میں، حدیث میں، پرافٹ کی زندگی میں کیا سلویوشن ہے؟ میں، میں تو سمجھتی ہوں کہ لوگوں نے، آہ، پرافٹ کی جو ایگزامپلز ہیں، اس کو سمجھنے کی کوئی کوشش نہیں کی</w:t>
      </w:r>
    </w:p>
    <w:p>
      <w:r>
        <w:rPr>
          <w:b/>
        </w:rPr>
        <w:t xml:space="preserve">[20:30] </w:t>
      </w:r>
      <w:r>
        <w:t>hai. wo prophet ko bas unhon ne apna hero bana liya hai. to hero se to hero to hamara model hota nahi hai. to agar aap har mamla jo aap ko parhe aur aap prophet ki zindagi ko dekhen to aap ke haan har tarah ki examples hain.</w:t>
      </w:r>
    </w:p>
    <w:p>
      <w:pPr>
        <w:jc w:val="right"/>
      </w:pPr>
      <w:r>
        <w:t>ہے۔ وہ پرافٹ کو بس انہوں نے اپنا ہیرو بنا لیا ہے۔ تو ہیرو سے تو ہیرو تو ہمارا ماڈل ہوتا نہیں ہے۔ تو اگر آپ ہر معاملہ جو آپ کو پڑھے اور آپ پرافٹ کی زندگی کو دیکھیں تو آپ کے ہاں ہر طرح کی ایگزامپلز ہیں۔</w:t>
      </w:r>
    </w:p>
    <w:p>
      <w:r>
        <w:rPr>
          <w:b/>
        </w:rPr>
        <w:t xml:space="preserve">[20:46] </w:t>
      </w:r>
      <w:r>
        <w:t>ek bar molana ne likh diya tha ke prophet ki examples ko, jo ke uswa hasna, halan ke yeh quran ka lafz hai, to logon ne bohat zyada mukhalifat ki thi ke uswa kamila, uswa hasna nahi</w:t>
      </w:r>
    </w:p>
    <w:p>
      <w:pPr>
        <w:jc w:val="right"/>
      </w:pPr>
      <w:r>
        <w:t>ایک بار مولانا نے لکھ دیا تھا کہ پرافٹ کی ایگزامپلز کو، جو کہ اسوہ حسنہ، حالانکہ یہ قرآن کا لفظ ہے، تو لوگوں نے بہت زیادہ مخالفت کی تھی کہ اسوہ کاملہ، اسوہ حسنہ نہیں</w:t>
      </w:r>
    </w:p>
    <w:p>
      <w:r>
        <w:rPr>
          <w:b/>
        </w:rPr>
        <w:t xml:space="preserve">[20:59] </w:t>
      </w:r>
      <w:r>
        <w:t>. uswa kamila manne ke liye hai, bolne ke liye hai, lekin apne amal mein wo kuch nahi, is ko samajhna, samajhne ki koi koshish nahi karte.</w:t>
      </w:r>
    </w:p>
    <w:p>
      <w:pPr>
        <w:jc w:val="right"/>
      </w:pPr>
      <w:r>
        <w:t>۔ اسوہ کاملہ ماننے کے لیے ہے، بولنے کے لیے ہے، لیکن اپنے عمل میں وہ کچھ نہیں، اس کو سمجھنا، سمجھنے کی کوئی کوشش نہیں کرتے۔</w:t>
      </w:r>
    </w:p>
    <w:p>
      <w:r>
        <w:rPr>
          <w:b/>
        </w:rPr>
        <w:t xml:space="preserve">[21:09] </w:t>
      </w:r>
      <w:r>
        <w:t>warna har cheez mein prophet ki example un ko aap ko mile gi. aur quran aur prophet ki example yeh kafi hai ke hum apne har masle ko hal kar saken.</w:t>
      </w:r>
    </w:p>
    <w:p>
      <w:pPr>
        <w:jc w:val="right"/>
      </w:pPr>
      <w:r>
        <w:t>ورنہ ہر چیز میں پرافٹ کی ایگزامپل ان کو آپ کو ملے گی۔ اور قرآن اور پرافٹ کی ایگزامپل یہ کافی ہے کہ ہم اپنے ہر مسئلے کو حل کر سکیں۔</w:t>
      </w:r>
    </w:p>
    <w:p>
      <w:r>
        <w:rPr>
          <w:b/>
        </w:rPr>
        <w:t xml:space="preserve">[21:21] </w:t>
      </w:r>
      <w:r>
        <w:t>to quran mein aaya hai chapter third aur verse 120 mein ke agar tum sabar karo aur allah ka taqwa ikhtiyar karo to un ki koi sazish tum ko hargiz nuqsan na pohanchaye gi.</w:t>
      </w:r>
    </w:p>
    <w:p>
      <w:pPr>
        <w:jc w:val="right"/>
      </w:pPr>
      <w:r>
        <w:t>تو قرآن میں آیا ہے چیپٹر تھرڈ اور ورس 120 میں کہ اگر تم صبر کرو اور اللہ کا تقویٰ اختیار کرو تو ان کی کوئی سازش تم کو ہرگز نقصان نہ پہنچائے گی۔</w:t>
      </w:r>
    </w:p>
    <w:p>
      <w:r>
        <w:rPr>
          <w:b/>
        </w:rPr>
        <w:t xml:space="preserve">[21:34] </w:t>
      </w:r>
      <w:r>
        <w:t>to ab jab allah taala keh raha hai ke hargiz nuqsan nahi tumhein pohanche ga, to hamein thora sa sochna chahiye na ke kya matlab hai ke sabar karo aur allah ka taqwa ikhtiyar karo, allah se daro, allah ki jo guidelines</w:t>
      </w:r>
    </w:p>
    <w:p>
      <w:pPr>
        <w:jc w:val="right"/>
      </w:pPr>
      <w:r>
        <w:t>تو اب جب اللہ تعالیٰ کہہ رہا ہے کہ ہرگز نقصان نہیں تمہیں پہنچے گا، تو ہمیں تھوڑا سا سوچنا چاہیے نا کہ کیا مطلب ہے کہ صبر کرو اور اللہ کا تقویٰ اختیار کرو، اللہ سے ڈرو، اللہ کی جو گائیڈ لائنز</w:t>
      </w:r>
    </w:p>
    <w:p>
      <w:r>
        <w:rPr>
          <w:b/>
        </w:rPr>
        <w:t xml:space="preserve">[21:49] </w:t>
      </w:r>
      <w:r>
        <w:t>hain, wo is ke mutabiq apni zindagi guzaro. to sabar aur planning jo hai, wo har sazish ko nakam bana deti hai.</w:t>
      </w:r>
    </w:p>
    <w:p>
      <w:pPr>
        <w:jc w:val="right"/>
      </w:pPr>
      <w:r>
        <w:t>ہیں، وہ اس کے مطابق اپنی زندگی گزارو۔ تو صبر اور پلاننگ جو ہے، وہ ہر سازش کو ناکام بنا دیتی ہے۔</w:t>
      </w:r>
    </w:p>
    <w:p>
      <w:r>
        <w:rPr>
          <w:b/>
        </w:rPr>
        <w:t xml:space="preserve">[21:58] </w:t>
      </w:r>
      <w:r>
        <w:t>ab aap be hisab, be shumar misalein aap ko milengi, ah, rasool allah salallahu alaihi wasallam ki hi zindagi mein ke har sazish ko aap ne nakam bana diya.</w:t>
      </w:r>
    </w:p>
    <w:p>
      <w:pPr>
        <w:jc w:val="right"/>
      </w:pPr>
      <w:r>
        <w:t>اب آپ بے حساب، بے شمار مثالیں آپ کو ملیں گی، آہ، رسول اللہ صلی اللہ علیہ وسلم کی ہی زندگی میں کہ ہر سازش کو آپ نے ناکام بنا دیا۔</w:t>
      </w:r>
    </w:p>
    <w:p>
      <w:r>
        <w:rPr>
          <w:b/>
        </w:rPr>
        <w:t xml:space="preserve">[22:07] </w:t>
      </w:r>
      <w:r>
        <w:t>jab aap ko marne ki sazish hui makkah mein to aap ne kitni khamoshi se adhi raat ko makkah se madina chale gaye. to wo sazish ko nakami banana</w:t>
      </w:r>
    </w:p>
    <w:p>
      <w:pPr>
        <w:jc w:val="right"/>
      </w:pPr>
      <w:r>
        <w:t>جب آپ کو مارنے کی سازش ہوئی مکہ میں تو آپ نے کتنی خاموشی سے ادھی رات کو مکے سے مدینہ چلے گئے۔ تو وہ سازش کو ناکامی بنانا</w:t>
      </w:r>
    </w:p>
    <w:p>
      <w:r>
        <w:rPr>
          <w:b/>
        </w:rPr>
        <w:t xml:space="preserve">[22:18] </w:t>
      </w:r>
      <w:r>
        <w:t>hua na? aisa nahi ke aaj ki dunya hamare khilaf ho gai hai, aaj sazish ho rahi hai. sazish to insan awal se hi ho rahi hai, bas hum samajh nahi rahe hain ke sazish ko nakam kaise karein.</w:t>
      </w:r>
    </w:p>
    <w:p>
      <w:pPr>
        <w:jc w:val="right"/>
      </w:pPr>
      <w:r>
        <w:t>ہوا نا؟ ایسا نہیں کہ آج کی دنیا ہمارے خلاف ہو گئی ہے، آج سازش ہو رہی ہے۔ سازش تو انسان اول سے ہی ہو رہی ہے، بس ہم سمجھ نہیں رہے ہیں کہ سازش کو ناکام کیسے کریں۔</w:t>
      </w:r>
    </w:p>
    <w:p>
      <w:r>
        <w:rPr>
          <w:b/>
        </w:rPr>
        <w:t xml:space="preserve">[22:30] </w:t>
      </w:r>
      <w:r>
        <w:t>hum retaliate karte hain, hum jang shuru kar dete hain aur jang ko dekhte hain ke jang se koi nateeja baramad nahi ho raha,</w:t>
      </w:r>
    </w:p>
    <w:p>
      <w:pPr>
        <w:jc w:val="right"/>
      </w:pPr>
      <w:r>
        <w:t>ہم ریٹیلیٹ کرتے ہیں، ہم جنگ شروع کر دیتے ہیں اور جنگ کو دیکھتے ہیں کہ جنگ سے کوئی نتیجہ برآمد نہیں ہو رہا،</w:t>
      </w:r>
    </w:p>
    <w:p>
      <w:r>
        <w:rPr>
          <w:b/>
        </w:rPr>
        <w:t xml:space="preserve">[22:38] </w:t>
      </w:r>
      <w:r>
        <w:t>barbad ho rahe hain sari hamare resources. lekin bas ghusse, ghussa, wo is mein hadith mein aaya hai muslim, ah, sahih muslim mein ke dajjal kyun nikle ga?</w:t>
      </w:r>
    </w:p>
    <w:p>
      <w:pPr>
        <w:jc w:val="right"/>
      </w:pPr>
      <w:r>
        <w:t>برباد ہو رہے ہیں ساری ہمارے ریسورسز۔ لیکن بس غصے، غصہ، وہ اس میں حدیث میں آیا ہے مسلم، آہ، صحیح مسلم میں کہ دجال کیوں نکلے گا؟</w:t>
      </w:r>
    </w:p>
    <w:p>
      <w:r>
        <w:rPr>
          <w:b/>
        </w:rPr>
        <w:t xml:space="preserve">[22:50] </w:t>
      </w:r>
      <w:r>
        <w:t>dajjal ghussa hoga, is ka ghussa us ko nikale ga. to aaj musalman ghussa hain, ghusse mein kuch bhi kar rahe hain, be soche samjhe apne hi ko barbad kar rahe hain.</w:t>
      </w:r>
    </w:p>
    <w:p>
      <w:pPr>
        <w:jc w:val="right"/>
      </w:pPr>
      <w:r>
        <w:t>دجال غصہ ہوگا، اس کا غصہ اس کو نکالے گا۔ تو آج مسلمان غصہ ہیں، غصے میں کچھ بھی کر رہے ہیں، بے سوچے سمجھے اپنے ہی کو برباد کر رہے ہیں۔</w:t>
      </w:r>
    </w:p>
    <w:p>
      <w:r>
        <w:rPr>
          <w:b/>
        </w:rPr>
        <w:t xml:space="preserve">[23:01] </w:t>
      </w:r>
      <w:r>
        <w:t>to wahi agar yeh log samjhen, quran ko samjhen, jin ki urdu zaban hai, wo bhi nahi samajhte to</w:t>
      </w:r>
    </w:p>
    <w:p>
      <w:pPr>
        <w:jc w:val="right"/>
      </w:pPr>
      <w:r>
        <w:t>تو وہی اگر یہ لوگ سمجھیں، قرآن کو سمجھیں، جن کی عربی زبان ہے، وہ بھی نہیں سمجھتے تو</w:t>
      </w:r>
    </w:p>
    <w:p>
      <w:r>
        <w:rPr>
          <w:b/>
        </w:rPr>
        <w:t xml:space="preserve">[23:08] </w:t>
      </w:r>
      <w:r>
        <w:t>woh aaj jo hai kitnay ziyada, aah, mawaqe hain aaj peaceful, aah, work karne ke liye. to woh saare mawaqe ko istemaal karte aur dunya ko bhi aik behtar jagah banate aur aakhirat mein bhi un ko apni is ka reward milta.</w:t>
      </w:r>
    </w:p>
    <w:p>
      <w:pPr>
        <w:jc w:val="right"/>
      </w:pPr>
      <w:r>
        <w:t>وہ آج جو ہے کتنے زیادہ، آہ، مواقع ہیں آج پیس فل، آہ، ورک کرنے کے لیے۔ تو وہ سارے مواقع کو استعمال کرتے اور دنیا کو بھی ایک بہتر جگہ بناتے اور آخرت میں بھی ان کو اپنی اس کا ریوارڈ ملتا۔</w:t>
      </w:r>
    </w:p>
    <w:p>
      <w:r>
        <w:rPr>
          <w:b/>
        </w:rPr>
        <w:t xml:space="preserve">[23:28] </w:t>
      </w:r>
      <w:r>
        <w:t>to sulah se jo rasool ALLAH صلی اللہ علیہ وسلم ne dab kar sulah ki, to aik bohat hi bara namona hai hamare liye</w:t>
      </w:r>
    </w:p>
    <w:p>
      <w:pPr>
        <w:jc w:val="right"/>
      </w:pPr>
      <w:r>
        <w:t>تو صلح سے جو رسول اللہ صلی اللہ علیہ وسلم نے دب کر صلح کی، تو ایک بہت ہی بڑا نمونہ ہے ہمارے لیے</w:t>
      </w:r>
    </w:p>
    <w:p>
      <w:r>
        <w:rPr>
          <w:b/>
        </w:rPr>
        <w:t xml:space="preserve">[23:36] </w:t>
      </w:r>
      <w:r>
        <w:t>ke sulah se hamein tamam mawaqe mil jaate hain aur phir in mawaqe ko istemaal kar ke hum har kuch haasil kar sakte hain jo hum chahte hain.</w:t>
      </w:r>
    </w:p>
    <w:p>
      <w:pPr>
        <w:jc w:val="right"/>
      </w:pPr>
      <w:r>
        <w:t>کہ صلح سے ہمیں تمام مواقع مل جاتے ہیں اور پھر ان مواقع کو استعمال کر کے ہم ہر کچھ حاصل کر سکتے ہیں جو ہم چاہتے ہیں۔</w:t>
      </w:r>
    </w:p>
    <w:p>
      <w:r>
        <w:rPr>
          <w:b/>
        </w:rPr>
        <w:t xml:space="preserve">[23:45] </w:t>
      </w:r>
      <w:r>
        <w:t>aur takhreeb mein, yaani destructive activities mein, to hamari tamam taaqatein sirf zaya ho rahi hain. to hamein parman tadbeer karna hai.</w:t>
      </w:r>
    </w:p>
    <w:p>
      <w:pPr>
        <w:jc w:val="right"/>
      </w:pPr>
      <w:r>
        <w:t>اور تخریب میں، یعنی ڈسٹرکٹو ایکٹیویٹیز میں، تو ہماری تمام طاقتیں صرف ضائع ہو رہی ہیں۔ تو ہمیں پرامن تدبیر کرنا ہے۔</w:t>
      </w:r>
    </w:p>
    <w:p>
      <w:r>
        <w:rPr>
          <w:b/>
        </w:rPr>
        <w:t xml:space="preserve">[23:56] </w:t>
      </w:r>
      <w:r>
        <w:t>aik molana ne aik likha hai booklet mein ke replanning</w:t>
      </w:r>
    </w:p>
    <w:p>
      <w:pPr>
        <w:jc w:val="right"/>
      </w:pPr>
      <w:r>
        <w:t>ایک مولانا نے ایک لکھا ہے بکلیٹ میں کہ ری پلاننگ</w:t>
      </w:r>
    </w:p>
    <w:p>
      <w:r>
        <w:rPr>
          <w:b/>
        </w:rPr>
        <w:t xml:space="preserve">[24:01] </w:t>
      </w:r>
      <w:r>
        <w:t>par woh zabardast hai ke aik planning agar fail ho jaye to phir aap replan karo. is mein bohat achi woh booklet hai. to hum, hum kya kar rahe hain?</w:t>
      </w:r>
    </w:p>
    <w:p>
      <w:pPr>
        <w:jc w:val="right"/>
      </w:pPr>
      <w:r>
        <w:t>پر وہ زبردست ہے کہ ایک پلاننگ اگر فیل ہو جائے تو پھر آپ ری پلان کرو۔ اس میں بہت اچھی وہ بکلیٹ ہے۔ تو ہم، ہم کیا کر رہے ہیں؟</w:t>
      </w:r>
    </w:p>
    <w:p>
      <w:r>
        <w:rPr>
          <w:b/>
        </w:rPr>
        <w:t xml:space="preserve">[24:11] </w:t>
      </w:r>
      <w:r>
        <w:t>bomb pe bomb maar rahe hain. hamein bomb ko diffuse karna hai, bomb pe bomb nahi maarna hai. to jang se dekhiye, kabhi bhi nahi koi nateeja nikla hai, na aaj koi nateeja nikle ga kyunke yeh ALLAH ki,</w:t>
      </w:r>
    </w:p>
    <w:p>
      <w:pPr>
        <w:jc w:val="right"/>
      </w:pPr>
      <w:r>
        <w:t>بم پہ بم مار رہے ہیں۔ ہمیں بم کو ڈیفیوز کرنا ہے، بم پہ بم نہیں مارنا ہے۔ تو جنگ سے دیکھیے، کبھی بھی نہیں کوئی نتیجہ نکلا ہے، نہ آج کوئی نتیجہ نکلے گا کیونکہ یہ اللہ کی،</w:t>
      </w:r>
    </w:p>
    <w:p>
      <w:r>
        <w:rPr>
          <w:b/>
        </w:rPr>
        <w:t xml:space="preserve">[24:24] </w:t>
      </w:r>
      <w:r>
        <w:t>aah, marzi ke khilaaf hai.</w:t>
      </w:r>
    </w:p>
    <w:p>
      <w:pPr>
        <w:jc w:val="right"/>
      </w:pPr>
      <w:r>
        <w:t>آہ، مرضی کے خلاف ہے۔</w:t>
      </w:r>
    </w:p>
    <w:p>
      <w:r>
        <w:rPr>
          <w:b/>
        </w:rPr>
        <w:t xml:space="preserve">[24:26] </w:t>
      </w:r>
      <w:r>
        <w:t>ALLAH ne is dunya mein, aah, peaceful aik dunya mein, aah, aik matlab peace qaim kar diya hai ALLAH taala ne.</w:t>
      </w:r>
    </w:p>
    <w:p>
      <w:pPr>
        <w:jc w:val="right"/>
      </w:pPr>
      <w:r>
        <w:t>اللہ نے اس دنیا میں، آہ، پیس فل ایک دنیا میں، آہ، ایک مطلب پیس قائم کر دیا ہے اللہ تعالیٰ نے۔</w:t>
      </w:r>
    </w:p>
    <w:p>
      <w:r>
        <w:rPr>
          <w:b/>
        </w:rPr>
        <w:t xml:space="preserve">[24:36] </w:t>
      </w:r>
      <w:r>
        <w:t>ab hum is ko peace ko destroy kar rahe hain, disturb kar rahe hain. to is mein hum ko kabhi bhi ALLAH taala ki madad nahi mile gi. aur aap jante hain, agar ALLAH ki madad na mile to hamara koi bhi plan jo hai woh kamyab nahi ho sakta hai.</w:t>
      </w:r>
    </w:p>
    <w:p>
      <w:pPr>
        <w:jc w:val="right"/>
      </w:pPr>
      <w:r>
        <w:t>اب ہم اس کو پیس کو ڈسٹروئے کر رہے ہیں، ڈسٹرب کر رہے ہیں۔ تو اس میں ہم کو کبھی بھی اللہ تعالیٰ کی مدد نہیں ملے گی۔ اور آپ جانتے ہیں، اگر اللہ کی مدد نہ ملے تو ہمارا کوئی بھی پلان جو ہے وہ کامیاب نہیں ہو سکتا ہے۔</w:t>
      </w:r>
    </w:p>
    <w:p>
      <w:r>
        <w:rPr>
          <w:b/>
        </w:rPr>
        <w:t xml:space="preserve">[24:51] </w:t>
      </w:r>
      <w:r>
        <w:t>to</w:t>
      </w:r>
    </w:p>
    <w:p>
      <w:pPr>
        <w:jc w:val="right"/>
      </w:pPr>
      <w:r>
        <w:t>تو</w:t>
      </w:r>
    </w:p>
    <w:p>
      <w:r>
        <w:rPr>
          <w:b/>
        </w:rPr>
        <w:t xml:space="preserve">[24:52] </w:t>
      </w:r>
      <w:r>
        <w:t>madad ALLAH taala ki mile gi jab hum, aah, achhe ta'alluqat banayenge, logon se dooriyan khatam karenge aur jo hai un ko khuda ka paigham pahunchayenge.</w:t>
      </w:r>
    </w:p>
    <w:p>
      <w:pPr>
        <w:jc w:val="right"/>
      </w:pPr>
      <w:r>
        <w:t>مدد اللہ تعالیٰ کی ملے گی جب ہم، آہ، اچھے تعلقات بنائیں گے، لوگوں سے دوریاں ختم کریں گے اور جو ہے ان کو خدا کا پیغام پہنچائیں گے۔</w:t>
      </w:r>
    </w:p>
    <w:p>
      <w:r>
        <w:rPr>
          <w:b/>
        </w:rPr>
        <w:t xml:space="preserve">[25:05] </w:t>
      </w:r>
      <w:r>
        <w:t>tab hamein khuda ki madad mile gi. aaj kal bohat achhe tareeqe se jo interfaith program hote hain, jo khaas taur par christians interfaith program kar rahe hain, woh bohat achha kaam hai.</w:t>
      </w:r>
    </w:p>
    <w:p>
      <w:pPr>
        <w:jc w:val="right"/>
      </w:pPr>
      <w:r>
        <w:t>تب ہمیں خدا کی مدد ملے گی۔ آج کل بہت اچھے طریقے سے جو انٹرفیتھ پروگرام ہوتے ہیں، جو خاص طور پر کرسچنز انٹرفیتھ پروگرام کر رہے ہیں، وہ بہت اچھا کام ہے۔</w:t>
      </w:r>
    </w:p>
    <w:p>
      <w:r>
        <w:rPr>
          <w:b/>
        </w:rPr>
        <w:t xml:space="preserve">[25:16] </w:t>
      </w:r>
      <w:r>
        <w:t>log milte hain, bohat sari cheezein to aisi hoti hain ke doori se misunderstanding develop ho jati hai. to ab musalman doori khatam karein, logon se mulaqatein karein, logon ko apni baat peaceful andaaz mein rakhein to saare masail to khud hi khatam ho jayenge.</w:t>
      </w:r>
    </w:p>
    <w:p>
      <w:pPr>
        <w:jc w:val="right"/>
      </w:pPr>
      <w:r>
        <w:t>لوگ ملتے ہیں، بہت ساری چیزیں تو ایسی ہوتی ہیں کہ دوری سے مس انڈرسٹینڈنگ ڈیویلپ ہو جاتی ہے۔ تو اب مسلمان دوری ختم کریں، لوگوں سے ملاقاتیں کریں، لوگوں کو اپنی بات پیس فل انداز میں رکھیں تو سارے مسائل تو خود ہی ختم ہو جائیں گے۔</w:t>
      </w:r>
    </w:p>
    <w:p>
      <w:r>
        <w:rPr>
          <w:b/>
        </w:rPr>
        <w:t xml:space="preserve">[25:32] </w:t>
      </w:r>
      <w:r>
        <w:t>dekhiye, christians ne kis tareeqe se apne masail ko saara isi tareeqe se khatam kiya.</w:t>
      </w:r>
    </w:p>
    <w:p>
      <w:pPr>
        <w:jc w:val="right"/>
      </w:pPr>
      <w:r>
        <w:t>دیکھیے، کرسچنز نے کس طریقے سے اپنے مسائل کو سارا اسی طریقے سے ختم کیا۔</w:t>
      </w:r>
    </w:p>
    <w:p>
      <w:r>
        <w:rPr>
          <w:b/>
        </w:rPr>
        <w:t xml:space="preserve">[25:38] </w:t>
      </w:r>
      <w:r>
        <w:t>musalsal woh aise program karte rehte hain. to musalmanon ko bhi is tarah ke program karna hai, logon se milna hai aur khuda ka paigham un ko, kyunke hum to duty bound hain ke khuda ka paigham peaceful tareeqe se doosron ko pahunchayein.</w:t>
      </w:r>
    </w:p>
    <w:p>
      <w:pPr>
        <w:jc w:val="right"/>
      </w:pPr>
      <w:r>
        <w:t>مسلسل وہ ایسے پروگرام کرتے رہتے ہیں۔ تو مسلمانوں کو بھی اس طرح کے پروگرام کرنا ہے، لوگوں سے ملنا ہے اور خدا کا پیغام ان کو، کیونکہ ہم تو ڈیوٹی باؤنڈ ہیں کہ خدا کا پیغام پیس فل طریقے سے دوسروں کو پہنچائیں۔</w:t>
      </w:r>
    </w:p>
    <w:p>
      <w:r>
        <w:rPr>
          <w:b/>
        </w:rPr>
        <w:t xml:space="preserve">[25:54] </w:t>
      </w:r>
      <w:r>
        <w:t>ji, aur apa, yeh bhi, aah, bohat zaroori hai samajhna kyunke jaise aap ne quran ki abhi ayat batai, aah, ke "if you persevere and fear god, then their conspiracies will not harm you".</w:t>
      </w:r>
    </w:p>
    <w:p>
      <w:pPr>
        <w:jc w:val="right"/>
      </w:pPr>
      <w:r>
        <w:t>جی، اور آپا، یہ بھی، آہ، بہت ضروری ہے سمجھنا کیونکہ جیسے آپ نے قرآن کی ابھی آیت بتائی، آہ، کہ "اف یو پرسیور اینڈ فیئر گاڈ، دین دیر کانسپیریسیز ول ناٹ ہارم یو"۔</w:t>
      </w:r>
    </w:p>
    <w:p>
      <w:r>
        <w:rPr>
          <w:b/>
        </w:rPr>
        <w:t xml:space="preserve">[26:05] </w:t>
      </w:r>
      <w:r>
        <w:t>to</w:t>
      </w:r>
    </w:p>
    <w:p>
      <w:pPr>
        <w:jc w:val="right"/>
      </w:pPr>
      <w:r>
        <w:t>تو</w:t>
      </w:r>
    </w:p>
    <w:p>
      <w:r>
        <w:rPr>
          <w:b/>
        </w:rPr>
        <w:t xml:space="preserve">[26:06] </w:t>
      </w:r>
      <w:r>
        <w:t>aik tareeqe se yeh bohat hi zabardast, aah, aah, aik, aik, aah, words of hope hai ke "conspiracies will never harm you".</w:t>
      </w:r>
    </w:p>
    <w:p>
      <w:pPr>
        <w:jc w:val="right"/>
      </w:pPr>
      <w:r>
        <w:t>ایک طریقے سے یہ بہت ہی زبردست، آہ، آہ، ایک، ایک، آہ، ورڈز آف ہوپ ہے کہ "کانسپیریسیز ول نیور ہارم یو"۔</w:t>
      </w:r>
    </w:p>
    <w:p>
      <w:r>
        <w:rPr>
          <w:b/>
        </w:rPr>
        <w:t xml:space="preserve">[26:14] </w:t>
      </w:r>
      <w:r>
        <w:t>to molana ne bara achha likha hai ke "we are living in a world of competition and people have freedom, they will definitely misuse their freedom".</w:t>
      </w:r>
    </w:p>
    <w:p>
      <w:pPr>
        <w:jc w:val="right"/>
      </w:pPr>
      <w:r>
        <w:t>تو مولانا نے بڑا اچھا لکھا ہے کہ "وی آر لیونگ ان ا ورلڈ آف کمپیٹیشن اینڈ پیپل ہیو فریڈم، دے ول ڈیفینیٹلی مس یوز دیر فریڈم"۔</w:t>
      </w:r>
    </w:p>
    <w:p>
      <w:r>
        <w:rPr>
          <w:b/>
        </w:rPr>
        <w:t xml:space="preserve">[26:23] </w:t>
      </w:r>
      <w:r>
        <w:t>to it is not a case of, you know, having conspiracies,</w:t>
      </w:r>
    </w:p>
    <w:p>
      <w:pPr>
        <w:jc w:val="right"/>
      </w:pPr>
      <w:r>
        <w:t>تو اٹ از ناٹ ا کیس آف، یو نو، ہیونگ کانسپیریسیز،</w:t>
      </w:r>
    </w:p>
    <w:p>
      <w:r>
        <w:rPr>
          <w:b/>
        </w:rPr>
        <w:t xml:space="preserve">[26:28] </w:t>
      </w:r>
      <w:r>
        <w:t>but the problem is that people do not have patience and sincerity, and we cannot eliminate conspiracies in this world.</w:t>
      </w:r>
    </w:p>
    <w:p>
      <w:pPr>
        <w:jc w:val="right"/>
      </w:pPr>
      <w:r>
        <w:t>بٹ دی پرابلم از دیٹ پیپل ڈو ناٹ ہیو پیشنس اینڈ سنسیرٹی، اینڈ وی کین ناٹ ایلیمینیٹ کانسپیریسیز ان دس ورلڈ۔</w:t>
      </w:r>
    </w:p>
    <w:p>
      <w:r>
        <w:rPr>
          <w:b/>
        </w:rPr>
        <w:t xml:space="preserve">[26:36] </w:t>
      </w:r>
      <w:r>
        <w:t>conspiracies to rahe gi, rahe gi, lekin asal cheez yeh hai ke hum apne aap ko conspiracy se kaise bachayein. aur wohi jaise aap ne bataya, "i mean by being patient, by being sincere in our approach, by replanning".</w:t>
      </w:r>
    </w:p>
    <w:p>
      <w:pPr>
        <w:jc w:val="right"/>
      </w:pPr>
      <w:r>
        <w:t>کانسپیریسیز تو رہیں گی، رہیں گی، لیکن اصل چیز یہ ہے کہ ہم اپنے آپ کو کانسپیریسی سے کیسے بچائیں۔ اور وہی جیسے آپ نے بتایا، "آئی مین بائے بینگ پیشنٹ، بائے بینگ سنسیئر ان اور اپروچ، بائے ری پلاننگ"۔</w:t>
      </w:r>
    </w:p>
    <w:p>
      <w:r>
        <w:rPr>
          <w:b/>
        </w:rPr>
        <w:t xml:space="preserve">[26:48] </w:t>
      </w:r>
      <w:r>
        <w:t>replanning ka bara achha unhon ne bataya ke "it is adding experience to your previous planning, and then in the light of new information, planning again".</w:t>
      </w:r>
    </w:p>
    <w:p>
      <w:pPr>
        <w:jc w:val="right"/>
      </w:pPr>
      <w:r>
        <w:t>ری پلاننگ کا بڑا اچھا انہوں نے بتایا کہ "اٹ از ایڈنگ ایکسپیرینس ٹو یور پریویس پلاننگ، اینڈ دین ان دا لائٹ آف نیو انفارمیشن، پلاننگ اگین"۔</w:t>
      </w:r>
    </w:p>
    <w:p>
      <w:r>
        <w:rPr>
          <w:b/>
        </w:rPr>
        <w:t xml:space="preserve">[26:57] </w:t>
      </w:r>
      <w:r>
        <w:t>to</w:t>
      </w:r>
    </w:p>
    <w:p>
      <w:pPr>
        <w:jc w:val="right"/>
      </w:pPr>
      <w:r>
        <w:t>تو</w:t>
      </w:r>
    </w:p>
    <w:p>
      <w:r>
        <w:rPr>
          <w:b/>
        </w:rPr>
        <w:t xml:space="preserve">[26:58] </w:t>
      </w:r>
      <w:r>
        <w:t>is liye, aah, kal mila ke success depends on what is our response. if our response is negative, then it will definitely lead to failure, but if our response is positive, then it will lead to success.</w:t>
      </w:r>
    </w:p>
    <w:p>
      <w:pPr>
        <w:jc w:val="right"/>
      </w:pPr>
      <w:r>
        <w:t>اس لیے، آہ، کل ملا کے سکسیس ڈیپینڈز ان واٹ از اور رسپانس۔ اف اور رسپانس از نیگیٹیو، دین اٹ ویل ڈیفینیٹلی لیڈ ٹو فیلیر، بٹ اف اور رسپانس از پوزیٹیو، دین اٹ ویل لیڈ ٹو سکسیس۔</w:t>
      </w:r>
    </w:p>
    <w:p>
      <w:r>
        <w:rPr>
          <w:b/>
        </w:rPr>
        <w:t xml:space="preserve">[27:12] </w:t>
      </w:r>
      <w:r>
        <w:t>aah, acha, apa, yahan pe ek sawal yeh bhi aata hai ke "we do see in islamic history that there were wars that were fought during the time of the prophet".</w:t>
      </w:r>
    </w:p>
    <w:p>
      <w:pPr>
        <w:jc w:val="right"/>
      </w:pPr>
      <w:r>
        <w:t>آہ، اچھا، آپا، یہاں پہ ایک سوال یہ بھی آتا ہے کہ "وی ڈو سی ان اسلامک ہسٹری دیٹ دیر وار وارز دیٹ وار فارڈ ڈیورنگ دی ٹائم آف دا پرافٹ"۔</w:t>
      </w:r>
    </w:p>
    <w:p>
      <w:r>
        <w:rPr>
          <w:b/>
        </w:rPr>
        <w:t xml:space="preserve">[27:22] </w:t>
      </w:r>
      <w:r>
        <w:t>to is ko aap kaise explain kareen</w:t>
      </w:r>
    </w:p>
    <w:p>
      <w:pPr>
        <w:jc w:val="right"/>
      </w:pPr>
      <w:r>
        <w:t>تو اس کو آپ کیسے ایکسپلین کری</w:t>
      </w:r>
    </w:p>
    <w:p>
      <w:r>
        <w:rPr>
          <w:b/>
        </w:rPr>
        <w:t xml:space="preserve">[27:24] </w:t>
      </w:r>
      <w:r>
        <w:t>ge? kyunke aksar log in wars ka hi hawala dete hain, and they take things out of context. so, how would you explain that?</w:t>
      </w:r>
    </w:p>
    <w:p>
      <w:pPr>
        <w:jc w:val="right"/>
      </w:pPr>
      <w:r>
        <w:t>ں گے؟ کیونکہ اکثر لوگ ان وارز کا ہی حوالہ دیتے ہیں، اینڈ دے ٹیک تھنگز آؤٹ آف کانٹیکسٹ۔ سو، ہاؤ وڈ یو ایکسپلین دیٹ؟</w:t>
      </w:r>
    </w:p>
    <w:p>
      <w:r>
        <w:rPr>
          <w:b/>
        </w:rPr>
        <w:t xml:space="preserve">[27:35] </w:t>
      </w:r>
      <w:r>
        <w:t>maulana, yeh kitaab hai "aman-e-alam", is mein yeh saari baaton par bohat detail mein discuss kiya gaya hai. to is mein hai ke "non-violence is the rule in islam, and war is only an exception".</w:t>
      </w:r>
    </w:p>
    <w:p>
      <w:pPr>
        <w:jc w:val="right"/>
      </w:pPr>
      <w:r>
        <w:t>مولانا، یہ کتاب ہے "امن عالم"، اس میں یہ ساری باتوں پر بہت ڈیٹیل میں ڈسکس کیا گیا ہے۔ تو اس میں ہے کہ "نان وائلنس از دا رول ان اسلام، اینڈ وار از اونلی این ایکسیپشن"۔</w:t>
      </w:r>
    </w:p>
    <w:p>
      <w:r>
        <w:rPr>
          <w:b/>
        </w:rPr>
        <w:t xml:space="preserve">[27:50] </w:t>
      </w:r>
      <w:r>
        <w:t>to asal mein to non-violence aur peace hi islam ki base hai, lekin jangain kuch huin.</w:t>
      </w:r>
    </w:p>
    <w:p>
      <w:pPr>
        <w:jc w:val="right"/>
      </w:pPr>
      <w:r>
        <w:t>تو اصل میں تو نان وائلنس اور پیس ہی اسلام کی بیس ہے، لیکن جنگیں کچھ ہوئیں۔</w:t>
      </w:r>
    </w:p>
    <w:p>
      <w:r>
        <w:rPr>
          <w:b/>
        </w:rPr>
        <w:t xml:space="preserve">[27:59] </w:t>
      </w:r>
      <w:r>
        <w:t>wo jangon ki wo ek practical reasons hain, kyunke wo zamani reasons hain, wo zamana tha religious persecution ka.</w:t>
      </w:r>
    </w:p>
    <w:p>
      <w:pPr>
        <w:jc w:val="right"/>
      </w:pPr>
      <w:r>
        <w:t>وہ جنگوں کی وہ ایک پریکٹیکل ریزنز ہیں، کیونکہ وہ زمانی ریزنز ہیں، وہ زمانہ تھا ریلیجس پرزیکیوشن کا۔</w:t>
      </w:r>
    </w:p>
    <w:p>
      <w:r>
        <w:rPr>
          <w:b/>
        </w:rPr>
        <w:t xml:space="preserve">[28:10] </w:t>
      </w:r>
      <w:r>
        <w:t>to aap koi bhi nayi baat, aap koi bhi nayi baat society mein kahe karte thay to log aap ke khilaaf ho jatay thay. khali mazhabi nahi, wo ek greek mathematician tha, scientist tha,</w:t>
      </w:r>
    </w:p>
    <w:p>
      <w:pPr>
        <w:jc w:val="right"/>
      </w:pPr>
      <w:r>
        <w:t>تو آپ کوئی بھی نئی بات، آپ کوئی بھی نئی بات سوسائٹی میں کہے کرتے تھے تو لوگ آپ کے خلاف ہو جاتے تھے۔ خالی مذہبی نہیں، وہ ایک گریک میتھمیٹیشن تھا، سائنٹسٹ تھا،</w:t>
      </w:r>
    </w:p>
    <w:p>
      <w:r>
        <w:rPr>
          <w:b/>
        </w:rPr>
        <w:t xml:space="preserve">[28:24] </w:t>
      </w:r>
      <w:r>
        <w:t>archimedes, jahan tak mujhe yaad hai. to wo rait mein koi maths ka kuch formula rait mein likh raha</w:t>
      </w:r>
    </w:p>
    <w:p>
      <w:pPr>
        <w:jc w:val="right"/>
      </w:pPr>
      <w:r>
        <w:t>ارسمیڈس، جہاں تک مجھے یاد ہے۔ تو وہ ریت میں کوئی میتھس کا کچھ فارمولا ریت میں لکھ رہا</w:t>
      </w:r>
    </w:p>
    <w:p>
      <w:r>
        <w:rPr>
          <w:b/>
        </w:rPr>
        <w:t xml:space="preserve">[28:33] </w:t>
      </w:r>
      <w:r>
        <w:t>tha. ab logon ne samjha yeh pata nahi kya nayi cheez is ne nikali hai, matlab innovation jo hai, is se log bohat zyada badaktay thay.</w:t>
      </w:r>
    </w:p>
    <w:p>
      <w:pPr>
        <w:jc w:val="right"/>
      </w:pPr>
      <w:r>
        <w:t>تھا۔ اب لوگوں نے سمجھا یہ پتہ نہیں کیا نئی چیز اس نے نکالی ہے، مطلب انویشن جو ہے، اس سے لوگ بہت زیادہ بدکتے تھے۔</w:t>
      </w:r>
    </w:p>
    <w:p>
      <w:r>
        <w:rPr>
          <w:b/>
        </w:rPr>
        <w:t xml:space="preserve">[28:42] </w:t>
      </w:r>
      <w:r>
        <w:t>to us wahin us ko maar diya aur tamam baray baray greek scientist ko, philosopherz ko, zyada tar ko mara hi gaya. wo wo age factor hai.</w:t>
      </w:r>
    </w:p>
    <w:p>
      <w:pPr>
        <w:jc w:val="right"/>
      </w:pPr>
      <w:r>
        <w:t>تو اس وہیں اس کو مار دیا اور تمام بڑے بڑے گریک سائنٹسٹ کو، فلاسفرز کو، زیادہ تر کو مارا ہی گیا۔ وہ وہ ایج فیکٹر ہے۔</w:t>
      </w:r>
    </w:p>
    <w:p>
      <w:r>
        <w:rPr>
          <w:b/>
        </w:rPr>
        <w:t xml:space="preserve">[28:52] </w:t>
      </w:r>
      <w:r>
        <w:t>plato ko zehar ka piyala pilaya gaya ke hamare youth ko, aah, kharab kar raha hai.</w:t>
      </w:r>
    </w:p>
    <w:p>
      <w:pPr>
        <w:jc w:val="right"/>
      </w:pPr>
      <w:r>
        <w:t>افلاطون کو زہر کا پیالہ پلایا گیا کہ ہمارے یوتھ کو، آہ، خراب کر رہا ہے۔</w:t>
      </w:r>
    </w:p>
    <w:p>
      <w:r>
        <w:rPr>
          <w:b/>
        </w:rPr>
        <w:t xml:space="preserve">[28:58] </w:t>
      </w:r>
      <w:r>
        <w:t>aur wo jo baatein batatay thay, aah, us se logon ne samjha ke youth jo hain, fail karein ge ke hum free hain, hum kuch bhi bol sakte hain.</w:t>
      </w:r>
    </w:p>
    <w:p>
      <w:pPr>
        <w:jc w:val="right"/>
      </w:pPr>
      <w:r>
        <w:t>اور وہ جو باتیں بتاتے تھے، آہ، اس سے لوگوں نے سمجھا کہ یوتھ جو ہیں، فیل کریں گے کہ ہم فری ہیں، ہم کچھ بھی بول سکتے ہیں۔</w:t>
      </w:r>
    </w:p>
    <w:p>
      <w:r>
        <w:rPr>
          <w:b/>
        </w:rPr>
        <w:t xml:space="preserve">[29:08] </w:t>
      </w:r>
      <w:r>
        <w:t>ek Noshirwan bohat hi adil badshah tha, to ek din us ne apne court mein kaha ke agar hamari policies se kisi ko ikhtilaf ho to wo yahan bata sakta hai.</w:t>
      </w:r>
    </w:p>
    <w:p>
      <w:pPr>
        <w:jc w:val="right"/>
      </w:pPr>
      <w:r>
        <w:t>ایک نوشیرواں بہت ہی عادل بادشاہ تھا، تو ایک دن اس نے اپنے کورٹ میں کہا کہ اگر ہماری پالیسیز سے کسی کو اختلاف ہو تو وہ یہاں بتا سکتا ہے۔</w:t>
      </w:r>
    </w:p>
    <w:p>
      <w:r>
        <w:rPr>
          <w:b/>
        </w:rPr>
        <w:t xml:space="preserve">[29:21] </w:t>
      </w:r>
      <w:r>
        <w:t>us ne khud invite kiya.</w:t>
      </w:r>
    </w:p>
    <w:p>
      <w:pPr>
        <w:jc w:val="right"/>
      </w:pPr>
      <w:r>
        <w:t>اس نے خود انوائٹ کیا۔</w:t>
      </w:r>
    </w:p>
    <w:p>
      <w:r>
        <w:rPr>
          <w:b/>
        </w:rPr>
        <w:t xml:space="preserve">[29:23] </w:t>
      </w:r>
      <w:r>
        <w:t>to ek aadmi zara seedha tha, us zamane mein badshah ke khilaaf to koi bol hi nahi sakta tha. ek aadmi zara seedha tha, us ne bola ke falan tax jo aap ne lagaya hai, wo hamari is se thora zyada hai, itna is mein,</w:t>
      </w:r>
    </w:p>
    <w:p>
      <w:pPr>
        <w:jc w:val="right"/>
      </w:pPr>
      <w:r>
        <w:t>تو ایک آدمی ذرا سیدھا تھا، اس زمانے میں بادشاہ کے خلاف تو کوئی بول ہی نہیں سکتا تھا۔ ایک آدمی ذرا سیدھا تھا، اس نے بولا کہ فلاں ٹیکس جو آپ نے لگایا ہے، وہ ہماری اس سے تھوڑا زیادہ ہے، اتنا اس میں،</w:t>
      </w:r>
    </w:p>
    <w:p>
      <w:r>
        <w:rPr>
          <w:b/>
        </w:rPr>
        <w:t xml:space="preserve">[29:37] </w:t>
      </w:r>
      <w:r>
        <w:t>aah, yield itni hoti nahi hai. ab wo us ne badshah ghussa ho gaya ke us ki himmat hamare khilaaf bol raha hai. to wo jo qalamdan tha, pehle zamane mein qalamdan hotay thay baray baray lakri ke,</w:t>
      </w:r>
    </w:p>
    <w:p>
      <w:pPr>
        <w:jc w:val="right"/>
      </w:pPr>
      <w:r>
        <w:t>آہ،یلڈ اتنی ہوتی نہیں ہے۔ اب وہ اس نے بادشاہ غصہ ہو گیا کہ اس کی ہمت ہمارے خلاف بول رہا ہے۔ تو وہ جو قلمدان تھا، پہلے زمانے میں قلمدان ہوتے تھے بڑے بڑے لکڑی کے،</w:t>
      </w:r>
    </w:p>
    <w:p>
      <w:r>
        <w:rPr>
          <w:b/>
        </w:rPr>
        <w:t xml:space="preserve">[29:53] </w:t>
      </w:r>
      <w:r>
        <w:t>to wo kaha ke isi apne ko qabil samajhta hai, isi qalamdan maar maar ke us ka sir tod do. to yeh zamana tha, aap sochiye ke is zamane mein prophet aaye aur logon ko aap ko hukum hua ke tamam yeh paigham tamam logon tak pohncha do.</w:t>
      </w:r>
    </w:p>
    <w:p>
      <w:pPr>
        <w:jc w:val="right"/>
      </w:pPr>
      <w:r>
        <w:t>تو وہ کہا کہ اسی اپنے کو قابل سمجھتا ہے، اسی قلمدان مار مار کے اس کا سر توڑ دو۔ تو یہ زمانہ تھا، آپ سوچیے کہ اس زمانے میں پرافٹ آئے اور لوگوں کو آپ کو حکم ہوا کہ تمام یہ پیغام تمام لوگوں تک پہنچا دو۔</w:t>
      </w:r>
    </w:p>
    <w:p>
      <w:r>
        <w:rPr>
          <w:b/>
        </w:rPr>
        <w:t xml:space="preserve">[30:12] </w:t>
      </w:r>
      <w:r>
        <w:t>ab aap ne pohnchana jab shuru kiya to zabardast mukhalifat hui. aap ne koi bhi aisa kaam nahi kiya jis se violence ke zariye se aap ne koi kaam kiya</w:t>
      </w:r>
    </w:p>
    <w:p>
      <w:pPr>
        <w:jc w:val="right"/>
      </w:pPr>
      <w:r>
        <w:t>اب آپ نے پہنچانا جب شروع کیا تو زبردست مخالفت ہوئی۔ آپ نے کوئی بھی ایسا کام نہیں کیا جس سے وائلنس کے ذریعے سے آپ نے کوئی کام کیا</w:t>
      </w:r>
    </w:p>
    <w:p>
      <w:r>
        <w:rPr>
          <w:b/>
        </w:rPr>
        <w:t xml:space="preserve">[30:22] </w:t>
      </w:r>
      <w:r>
        <w:t>ho. aap ne to logon ko jawab tak nahi diya, aap ko logon ko itna bura bhala kaha, lekin aap ne jawab bhi nahi diya. lekin jab Madinah gaye aap to Madinah mein log baqayda Makkah se poori poori fauj Madinah mein charhai.</w:t>
      </w:r>
    </w:p>
    <w:p>
      <w:pPr>
        <w:jc w:val="right"/>
      </w:pPr>
      <w:r>
        <w:t>ہو۔ آپ نے تو لوگوں کو جواب تک نہیں دیا، آپ کو لوگوں کو اتنا برا بھلا کہا، لیکن آپ نے جواب بھی نہیں دیا۔ لیکن جب مدینہ گئے آپ تو مدینے میں لوگ باقاعدہ مکے سے پوری پوری فوج مدینے میں چڑھائی۔</w:t>
      </w:r>
    </w:p>
    <w:p>
      <w:r>
        <w:rPr>
          <w:b/>
        </w:rPr>
        <w:t xml:space="preserve">[30:38] </w:t>
      </w:r>
      <w:r>
        <w:t>Madinah par to wahan aap sochiye ke aisay halaat mein sirf char jangain huin. Maulana ne is ko gina hai ke sirf adhay adhay din ki char jangain huin.</w:t>
      </w:r>
    </w:p>
    <w:p>
      <w:pPr>
        <w:jc w:val="right"/>
      </w:pPr>
      <w:r>
        <w:t>مدینے پر تو وہاں آپ سوچیے کہ ایسے حالات میں صرف چار جنگیں ہوئیں۔ مولانا نے اس کو گنا ہے کہ صرف ادھے ادھے دن کی چار جنگیں ہوئیں۔</w:t>
      </w:r>
    </w:p>
    <w:p>
      <w:r>
        <w:rPr>
          <w:b/>
        </w:rPr>
        <w:t xml:space="preserve">[30:51] </w:t>
      </w:r>
      <w:r>
        <w:t>aur aaj musalman saalon ladte rehtay hain, un ko jang khatam hi nahi kartay. Rasool Allah (SAW) ne adhay din mein ek jang khatam kar di jis ko hum jang bhi nahi kehtay, skirmish kehtay hain.</w:t>
      </w:r>
    </w:p>
    <w:p>
      <w:pPr>
        <w:jc w:val="right"/>
      </w:pPr>
      <w:r>
        <w:t>اور آج مسلمان سالوں لڑتے رہتے ہیں، ان کو جنگ ختم ہی نہیں کرتے۔ رسول اللہ صلی اللہ علیہ وسلم نے ادھے دن میں ایک جنگ ختم کر دی جس کو ہم جنگ بھی نہیں کہتے، اسکرمش کہتے ہیں۔</w:t>
      </w:r>
    </w:p>
    <w:p>
      <w:r>
        <w:rPr>
          <w:b/>
        </w:rPr>
        <w:t xml:space="preserve">[31:03] </w:t>
      </w:r>
      <w:r>
        <w:t>to hawala dein ge ke Rasool Allah ke haan jang hui, wo to age hi different tha, wo to religious persecution ka age tha. wahan aap kuch bhi kaam nahi kar sakte thay, jo badshah ka mazhab tha, wahi riaya ka mazhab hota tha.</w:t>
      </w:r>
    </w:p>
    <w:p>
      <w:pPr>
        <w:jc w:val="right"/>
      </w:pPr>
      <w:r>
        <w:t>تو حوالہ دیں گے کہ رسول اللہ کے ہاں جنگ ہوئی، وہ تو ایج ہی ڈفرنٹ تھا، وہ تو ریلیجس پرزیکیوشن کا ایج تھا۔ وہاں آپ کچھ بھی کام نہیں کر سکتے تھے، جو بادشاہ کا مذہب تھا، وہی رعایہ کا مذہب ہوتا تھا۔</w:t>
      </w:r>
    </w:p>
    <w:p>
      <w:r>
        <w:rPr>
          <w:b/>
        </w:rPr>
        <w:t xml:space="preserve">[31:18] </w:t>
      </w:r>
      <w:r>
        <w:t>to is wajah se kabhi kabhi wo majburan difaa karni pari aur us ko Rasool Allah (SAW) ne bilkul limit kar diya,</w:t>
      </w:r>
    </w:p>
    <w:p>
      <w:pPr>
        <w:jc w:val="right"/>
      </w:pPr>
      <w:r>
        <w:t>تو اس وجہ سے کبھی کبھی وہ مجبورا دفاع کرنی پڑی اور اس کو رسول اللہ صلی اللہ علیہ وسلم نے بالکل لمٹ کر دیا،</w:t>
      </w:r>
    </w:p>
    <w:p>
      <w:r>
        <w:rPr>
          <w:b/>
        </w:rPr>
        <w:t xml:space="preserve">[31:26] </w:t>
      </w:r>
      <w:r>
        <w:t>kam se kam ho. isi wajah se Sulah Hudaibiyah kiya ke jang khatam ho taake kaam jo jo sab se bara kaam hai ke logon tak Khuda ka paigham pohnchana hai, wo paigham pohanchaya ja sake azadana mahol mein.</w:t>
      </w:r>
    </w:p>
    <w:p>
      <w:pPr>
        <w:jc w:val="right"/>
      </w:pPr>
      <w:r>
        <w:t>کم سے کم ہو۔ اسی وجہ سے صلح حدیبیہ کیا کہ جنگ ختم ہو تاکہ کام جو جو سب سے بڑا کام ہے کہ لوگوں تک خدا کا پیغام پہنچانا ہے، وہ پیغام پہنچایا جا سکے آزادانہ ماحول میں۔</w:t>
      </w:r>
    </w:p>
    <w:p>
      <w:r>
        <w:rPr>
          <w:b/>
        </w:rPr>
        <w:t xml:space="preserve">[31:41] </w:t>
      </w:r>
      <w:r>
        <w:t>to islam mein musalman kehte hain ke sari dunya hamari dushman hai, to dushman ke liye jang islam mein hai hi nahin. islam farq karta hai dushman aur hamla aawar mein.</w:t>
      </w:r>
    </w:p>
    <w:p>
      <w:pPr>
        <w:jc w:val="right"/>
      </w:pPr>
      <w:r>
        <w:t>تو اسلام میں مسلمان کہتے ہیں کہ ساری دنیا ہماری دشمن ہے، تو دشمن کے لیے جنگ اسلام میں ہے ہی نہیں۔ اسلام فرق کرتا ہے دشمن اور حملہ آور میں۔</w:t>
      </w:r>
    </w:p>
    <w:p>
      <w:r>
        <w:rPr>
          <w:b/>
        </w:rPr>
        <w:t xml:space="preserve">[31:53] </w:t>
      </w:r>
      <w:r>
        <w:t>to hamla aawar, hamla to musalmanon ne aksar, musalman khud hi ham</w:t>
      </w:r>
    </w:p>
    <w:p>
      <w:pPr>
        <w:jc w:val="right"/>
      </w:pPr>
      <w:r>
        <w:t>تو حملہ آور، حملہ تو مسلمانوں نے اکثر، مسلمان خود ہی حمل</w:t>
      </w:r>
    </w:p>
    <w:p>
      <w:r>
        <w:rPr>
          <w:b/>
        </w:rPr>
        <w:t xml:space="preserve">[31:58] </w:t>
      </w:r>
      <w:r>
        <w:t>h karte hain, shuruat musalman hi karte hain. abhi bhi jo jang ho rahi hai, use musalmanon ne shuru kiya hai. to is woh sirf agar koi doosra hamla karta hai to musalman defend kar sakte hain, agar zaroorat hai to.</w:t>
      </w:r>
    </w:p>
    <w:p>
      <w:pPr>
        <w:jc w:val="right"/>
      </w:pPr>
      <w:r>
        <w:t>ہ کرتے ہیں، شروعات مسلمان ہی کرتے ہیں۔ ابھی بھی جو جنگ ہو رہی ہے، اسے مسلمانوں نے شروع کیا ہے۔ تو اس وہ صرف اگر کوئی دوسرا حملہ کرتا ہے تو مسلمان ڈیفینڈ کر سکتے ہیں، اگر ضرورت ہے تو۔</w:t>
      </w:r>
    </w:p>
    <w:p>
      <w:r>
        <w:rPr>
          <w:b/>
        </w:rPr>
        <w:t xml:space="preserve">[32:14] </w:t>
      </w:r>
      <w:r>
        <w:t>defend ke liye bhi bohat ziyada koshish ki jaye gi ke is ko avoid karen, jaisa ke rasool Allah sal Allah alaih wasallam ki zindagi se hamein milt</w:t>
      </w:r>
    </w:p>
    <w:p>
      <w:pPr>
        <w:jc w:val="right"/>
      </w:pPr>
      <w:r>
        <w:t>ڈیفینڈ کے لیے بھی بہت زیادہ کوشش کی جائے گی کہ اس کو اوائڈ کریں، جیسا کہ رسول اللہ صلی اللہ علیہ وسلم کی زندگی سے ہمیں ملت</w:t>
      </w:r>
    </w:p>
    <w:p>
      <w:r>
        <w:rPr>
          <w:b/>
        </w:rPr>
        <w:t xml:space="preserve">[32:22] </w:t>
      </w:r>
      <w:r>
        <w:t>a hai. jang e khandaq jo aap ne khodi ko, sare sahaba ke sath mil kar aap khud is mein shamil the ke dushman ki fouj jo hai, madine ke andar enter na ho paye.</w:t>
      </w:r>
    </w:p>
    <w:p>
      <w:pPr>
        <w:jc w:val="right"/>
      </w:pPr>
      <w:r>
        <w:t>ا ہے۔ جنگ خندق جو آپ نے کھودی کو، سارے صحابہ کے ساتھ مل کر آپ خود اس میں شامل تھے کہ دشمن کی فوج جو ہے، مدینے کے اندر انٹر نہ ہو پائے۔</w:t>
      </w:r>
    </w:p>
    <w:p>
      <w:r>
        <w:rPr>
          <w:b/>
        </w:rPr>
        <w:t xml:space="preserve">[32:34] </w:t>
      </w:r>
      <w:r>
        <w:t>to kyun ke jang se kuch milta thori hai, khali dil ki bhadas hoti hai. hum enemy ko nuqsan pohnchaye, is nuqsan pohnchane mein hum is se ziyada apna nuqsan pohnchate hain.</w:t>
      </w:r>
    </w:p>
    <w:p>
      <w:pPr>
        <w:jc w:val="right"/>
      </w:pPr>
      <w:r>
        <w:t>تو کیونکہ جنگ سے کچھ ملتا تھوڑی ہے، خالی دل کی بھڑاس ہوتی ہے۔ ہم اینمی کو نقصان پہنچائے، اس نقصان پہنچانے میں ہم اس سے زیادہ اپنا نقصان پہنچاتے ہیں۔</w:t>
      </w:r>
    </w:p>
    <w:p>
      <w:r>
        <w:rPr>
          <w:b/>
        </w:rPr>
        <w:t xml:space="preserve">[32:45] </w:t>
      </w:r>
      <w:r>
        <w:t>to isi liye Allah taala ne kaha hai ke sabr karo, aise mauqe par, aise mauqe to honge, ghar ke andar bhi hoga, ghar ke bahir bhi hoga, qomon mein bhi hoga.</w:t>
      </w:r>
    </w:p>
    <w:p>
      <w:pPr>
        <w:jc w:val="right"/>
      </w:pPr>
      <w:r>
        <w:t>تو اسی لیے اللہ تعالیٰ نے کہا ہے کہ صبر کرو، ایسے موقع پر، ایسے موقع تو ہوں گے، گھر کے اندر بھی ہوگا، گھر کے باہر بھی ہوگا، قوموں میں بھی ہوگا۔</w:t>
      </w:r>
    </w:p>
    <w:p>
      <w:r>
        <w:rPr>
          <w:b/>
        </w:rPr>
        <w:t xml:space="preserve">[32:56] </w:t>
      </w:r>
      <w:r>
        <w:t>to is mauqe par sabr karna hai, sulah ki rastay talash karne hain, achhe taluqat qaim karne hain, kyun ke jang to ek necessary evil hai.</w:t>
      </w:r>
    </w:p>
    <w:p>
      <w:pPr>
        <w:jc w:val="right"/>
      </w:pPr>
      <w:r>
        <w:t>تو اس موقع پر صبر کرنا ہے، صلح کی راستے تلاش کرنے ہیں، اچھے تعلقات قائم کرنے ہیں، کیونکہ جنگ تو ایک نیسیسری ایول ہے۔</w:t>
      </w:r>
    </w:p>
    <w:p>
      <w:r>
        <w:rPr>
          <w:b/>
        </w:rPr>
        <w:t xml:space="preserve">[33:06] </w:t>
      </w:r>
      <w:r>
        <w:t>to jang se avoid karna hai. dekhiye, is dunya mein insan aya hai apni personality develop karne ke liye.</w:t>
      </w:r>
    </w:p>
    <w:p>
      <w:pPr>
        <w:jc w:val="right"/>
      </w:pPr>
      <w:r>
        <w:t>تو جنگ سے اوائڈ کرنا ہے۔ دیکھیے، اس دنیا میں انسان آیا ہے اپنی پرسنیلٹی ڈیویلپ کرنے کے لیے۔</w:t>
      </w:r>
    </w:p>
    <w:p>
      <w:r>
        <w:rPr>
          <w:b/>
        </w:rPr>
        <w:t xml:space="preserve">[33:14] </w:t>
      </w:r>
      <w:r>
        <w:t>jang ke zaman mein to kuch bhi nahin hota, kuch ho bhi nahin sakta, koi kaam nahin ho sakta constructive. to hum personality development ke liye jo hum ko time chahiye, woh time hum ko jang, jang ki halat mein hamein milta hi nahin.</w:t>
      </w:r>
    </w:p>
    <w:p>
      <w:pPr>
        <w:jc w:val="right"/>
      </w:pPr>
      <w:r>
        <w:t>جنگ کے زمانے میں تو کچھ بھی نہیں ہوتا، کچھ ہو بھی نہیں سکتا، کوئی کام نہیں ہو سکتا کنسٹرکٹیو۔ تو ہم پرسنیلٹی ڈیویلپمنٹ کے لیے جو ہم کو ٹائم چاہیے، وہ ٹائم ہم کو جنگ، جنگ کی حالات میں ہمیں ملتا ہی نہیں۔</w:t>
      </w:r>
    </w:p>
    <w:p>
      <w:r>
        <w:rPr>
          <w:b/>
        </w:rPr>
        <w:t xml:space="preserve">[33:28] </w:t>
      </w:r>
      <w:r>
        <w:t>to jab akhirat mein jab hum jayenge aur hamara personality development na hua hua hoga, to hum ko jannat accept hi nahin kare gi.</w:t>
      </w:r>
    </w:p>
    <w:p>
      <w:pPr>
        <w:jc w:val="right"/>
      </w:pPr>
      <w:r>
        <w:t>تو جب آخرت میں جب ہم جائیں گے اور ہمارا پرسنیلٹی ڈیویلپمنٹ نہ ہوا ہوا ہوگا، تو ہم کو جنت ایکسیپٹ ہی نہیں کرے گی۔</w:t>
      </w:r>
    </w:p>
    <w:p>
      <w:r>
        <w:rPr>
          <w:b/>
        </w:rPr>
        <w:t xml:space="preserve">[33:36] </w:t>
      </w:r>
      <w:r>
        <w:t>ke wahan to ek spiritual personality chahiye jannat ko,</w:t>
      </w:r>
    </w:p>
    <w:p>
      <w:pPr>
        <w:jc w:val="right"/>
      </w:pPr>
      <w:r>
        <w:t>کہ وہاں تو ایک سپریچول پرسنیلٹی چاہیے جنت کو،</w:t>
      </w:r>
    </w:p>
    <w:p>
      <w:r>
        <w:rPr>
          <w:b/>
        </w:rPr>
        <w:t xml:space="preserve">[33:41] </w:t>
      </w:r>
      <w:r>
        <w:t xml:space="preserve">jaisa aaj kal hota hai na, automatic doors hote hain, to jannat apna darwaza hi nahin khole gi. to is wajah se hamein bohat ziyada is mamle mein serious hona hai ke sab se pehle hamein apni personality ko develop karna hai, phir is ke baad woh paigham doosron tak pohnchana hai. </w:t>
      </w:r>
    </w:p>
    <w:p>
      <w:pPr>
        <w:jc w:val="right"/>
      </w:pPr>
      <w:r>
        <w:t>جیسے آج کل ہوتا ہے نا، آٹومیٹک ڈورز ہوتے ہیں، تو جنت اپنا دروازہ ہی نہیں کھولے گی۔ تو اس وجہ سے ہمیں بہت زیادہ اس معاملے میں سیریس ہونا ہے کہ سب سے پہلے ہمیں اپنی پرسنیلٹی کو ڈیویلپ کرنا ہے، پھر اس کے بعد وہ پیغام دوسروں تک پہنچانا ہے۔</w:t>
      </w:r>
    </w:p>
    <w:p>
      <w:r>
        <w:rPr>
          <w:b/>
        </w:rPr>
        <w:t xml:space="preserve">[34:00] </w:t>
      </w:r>
      <w:r>
        <w:t>aur jang to sirf majboori, majboora hoti hai aur bilkul limited time frame ke liye hoti hai.</w:t>
      </w:r>
    </w:p>
    <w:p>
      <w:pPr>
        <w:jc w:val="right"/>
      </w:pPr>
      <w:r>
        <w:t>اور جنگ تو صرف مجبوری، مجبورا ہوتی ہے اور بالکل لمیٹڈ ٹائم فریم کے لیے ہوتی ہے۔</w:t>
      </w:r>
    </w:p>
    <w:p>
      <w:r>
        <w:rPr>
          <w:b/>
        </w:rPr>
        <w:t xml:space="preserve">[34:08] </w:t>
      </w:r>
      <w:r>
        <w:t>yeh nahin ke jang shuru ho gayi to ab khatam hi nahin ho rahi hai. hadith mein aya hai: "tum log dushman se mudbhed ki tamanna na karo aur Allah se aman mango." quran mein aya hai: "jab kabhi woh ladaai ki aag bhadkate hain to Allah usay bujha deta hai." dekhiye, Allah khud keh raha hai ke hum ladaai nahin, us ko Allah ko pasand hai.</w:t>
      </w:r>
    </w:p>
    <w:p>
      <w:pPr>
        <w:jc w:val="right"/>
      </w:pPr>
      <w:r>
        <w:t>یہ نہیں کہ جنگ شروع ہوگئی تو اب ختم ہی نہیں ہو رہی ہے۔ حدیث میں آیا ہے: "تم لوگ دشمن سے مدبھیڑ کی تمنا نہ کرو اور اللہ سے امن مانگو۔" قرآن میں آیا ہے: "جب کبھی وہ لڑائی کی آگ بھڑکاتے ہیں تو اللہ اسے بجھا دیتا ہے۔" دیکھیے، اللہ خود کہہ رہا ہے کہ ہم لڑائی نہیں، اس کو اللہ کو پسند ہے۔</w:t>
      </w:r>
    </w:p>
    <w:p>
      <w:r>
        <w:rPr>
          <w:b/>
        </w:rPr>
        <w:t xml:space="preserve">[34:29] </w:t>
      </w:r>
      <w:r>
        <w:t>to jo cheez Allah ko pasand nahin hai, woh kaam aap karenge to aap ko Khuda ki madad kaise mile gi? aap soch sakte hain, kyun ke rasool Allah sal Allah alaih wasallam ki example mein hum dekhte hain</w:t>
      </w:r>
    </w:p>
    <w:p>
      <w:pPr>
        <w:jc w:val="right"/>
      </w:pPr>
      <w:r>
        <w:t>تو جو چیز اللہ کو پسند نہیں ہے، وہ کام آپ کریں گے تو آپ کو خدا کی مدد کیسے ملے گی؟ آپ سوچ سکتے ہیں، کیونکہ رسول اللہ صلی اللہ علیہ وسلم کی ایگزامپل میں ہم دیکھتے ہیں</w:t>
      </w:r>
    </w:p>
    <w:p>
      <w:r>
        <w:rPr>
          <w:b/>
        </w:rPr>
        <w:t xml:space="preserve">[34:39] </w:t>
      </w:r>
      <w:r>
        <w:t>ke jaisa makkah fateh hua, balkeh sulah hudaibiya se hi aap ne shuru kar diya tha ke qomon se muahde kiye, qomon se jangain nahin kin, balkeh qomon se muahde kiye, sab ko apna banaya.</w:t>
      </w:r>
    </w:p>
    <w:p>
      <w:pPr>
        <w:jc w:val="right"/>
      </w:pPr>
      <w:r>
        <w:t>کہ جیسے مکہ فتح ہوا، بلکہ صلح حدیبیہ سے ہی آپ نے شروع کر دیا تھا کہ قوموں سے معاہدے کیے، قوموں سے جنگیں نہیں کیں، بلکہ قوموں سے معاہدے کیے، سب کو اپنا بنایا۔</w:t>
      </w:r>
    </w:p>
    <w:p>
      <w:r>
        <w:rPr>
          <w:b/>
        </w:rPr>
        <w:t xml:space="preserve">[34:52] </w:t>
      </w:r>
      <w:r>
        <w:t>kyun ke islam ka goal jo hai, logon ke dilo ko jeetna hai, gardan zani islam ka goal nahin hai.</w:t>
      </w:r>
    </w:p>
    <w:p>
      <w:pPr>
        <w:jc w:val="right"/>
      </w:pPr>
      <w:r>
        <w:t>کیونکہ اسلام کا گول جو ہے، لوگوں کے دلوں کو جیتنا ہے، گردن زدنی اسلام کا گول نہیں ہے۔</w:t>
      </w:r>
    </w:p>
    <w:p>
      <w:r>
        <w:rPr>
          <w:b/>
        </w:rPr>
        <w:t xml:space="preserve">[34:58] </w:t>
      </w:r>
      <w:r>
        <w:t>to is wajah se yeh islam ka goal jo hai, woh tabhi ho sakta hai jab hum aman ke halaat qaim karen aur is mein phir Khuda ka paigham doosron tak pohnchayein.</w:t>
      </w:r>
    </w:p>
    <w:p>
      <w:pPr>
        <w:jc w:val="right"/>
      </w:pPr>
      <w:r>
        <w:t>تو اس وجہ سے یہ اسلام کا گول جو ہے، وہ تبھی ہو سکتا ہے جب ہم امن کے حالات قائم کریں اور اس میں پھر خدا کا پیغام دوسروں تک پہنچائیں۔</w:t>
      </w:r>
    </w:p>
    <w:p>
      <w:r>
        <w:rPr>
          <w:b/>
        </w:rPr>
        <w:t xml:space="preserve">[35:10] </w:t>
      </w:r>
      <w:r>
        <w:t>yeh nahin karenge to phir Khuda ke haan pakde jayenge. ji, jazak Allah aap ka. apa, agla sawal lene se pehle kuch comments parhna chahunga.</w:t>
      </w:r>
    </w:p>
    <w:p>
      <w:pPr>
        <w:jc w:val="right"/>
      </w:pPr>
      <w:r>
        <w:t>یہ نہیں کریں گے تو پھر خدا کے ہاں پکڑے جائیں گے۔ جی، جزاک اللہ آپا۔ آپا، اگلا سوال لینے سے پہلے کچھ کمنٹس پڑھنا چاہوں گا۔</w:t>
      </w:r>
    </w:p>
    <w:p>
      <w:r>
        <w:rPr>
          <w:b/>
        </w:rPr>
        <w:t xml:space="preserve">[35:19] </w:t>
      </w:r>
      <w:r>
        <w:t>kafi comments aa rahe hain, un mein se kuch comments mein leta hoon. yeh</w:t>
      </w:r>
    </w:p>
    <w:p>
      <w:pPr>
        <w:jc w:val="right"/>
      </w:pPr>
      <w:r>
        <w:t>کافی کمنٹس آ رہے ہیں، ان میں سے کچھ کمنٹس میں لیتا ہوں۔ یہ</w:t>
      </w:r>
    </w:p>
    <w:p>
      <w:r>
        <w:rPr>
          <w:b/>
        </w:rPr>
        <w:t xml:space="preserve">[35:24] </w:t>
      </w:r>
      <w:r>
        <w:t>comment bheja hai Syed Haseeb Shah Naqvi sahib ne Pakistan se. unhon ne likha hai: "Maulana, always taught peace and salamati, because violence increases problems instead of reducing them.</w:t>
      </w:r>
    </w:p>
    <w:p>
      <w:pPr>
        <w:jc w:val="right"/>
      </w:pPr>
      <w:r>
        <w:t>کمنٹ بھیجا ہے سید حسیب شاہ نقوی صاحب نے پاکستان سے۔ انہوں نے لکھا ہے: "مولانا، الویز ٹاٹ پیس اینڈ سلامتی، بیکاز وائلنس انکریز پرابلمز انسٹیڈ آف ریڈیوسنگ دیم۔</w:t>
      </w:r>
    </w:p>
    <w:p>
      <w:r>
        <w:rPr>
          <w:b/>
        </w:rPr>
        <w:t xml:space="preserve">[35:37] </w:t>
      </w:r>
      <w:r>
        <w:t>So peace is the only way to salvation. The words that you just mentioned gives hope, and there are many such words in the Holy Quran.</w:t>
      </w:r>
    </w:p>
    <w:p>
      <w:pPr>
        <w:jc w:val="right"/>
      </w:pPr>
      <w:r>
        <w:t>سو پیس از دا اونلی وے ٹو سیلویشن۔ دا ورڈز دیٹ یو جسٹ مینشن گیوز ہوپ، اینڈ دیر آر مینی سچ ورڈز ان دا ہولی قرآن۔</w:t>
      </w:r>
    </w:p>
    <w:p>
      <w:r>
        <w:rPr>
          <w:b/>
        </w:rPr>
        <w:t xml:space="preserve">[35:46] </w:t>
      </w:r>
      <w:r>
        <w:t xml:space="preserve">So instead of spreading confusion, it is important to resolve the information peacefully." </w:t>
      </w:r>
    </w:p>
    <w:p>
      <w:pPr>
        <w:jc w:val="right"/>
      </w:pPr>
      <w:r>
        <w:t>سو انسٹیڈ آف سپریڈنگ کنفیوژن، اٹ از امپورٹنٹ ٹو ریزولو دی انفارمیشن پیس فلی۔" ڈاک</w:t>
      </w:r>
    </w:p>
    <w:p>
      <w:r>
        <w:rPr>
          <w:b/>
        </w:rPr>
        <w:t xml:space="preserve">[35:53] </w:t>
      </w:r>
      <w:r>
        <w:t>Dr. Tasneem Hasnain Khan sahib jo Dubai mein hain, unhon ne wahan se comment bheja hai: "Dr. Farida Khanam insightfully portrays jihad as a peaceful dawah centered effort for societal good, reflecting Islam core principles.</w:t>
      </w:r>
    </w:p>
    <w:p>
      <w:pPr>
        <w:jc w:val="right"/>
      </w:pPr>
      <w:r>
        <w:t>ٹر ثانیہ حسنین خان صاحب جو دبئی میں ہیں، انہوں نے وہاں سے کمنٹ بھیجا ہے: "ڈاکٹر فریدہ خانم انسائٹ فلی پورٹریز جہاد ایز ا پیس فل دعوی سینٹرڈ ایفرٹ فار سوسائٹل گڈ، ریفلیکٹنگ اسلام کور پرنسپلز۔</w:t>
      </w:r>
    </w:p>
    <w:p>
      <w:r>
        <w:rPr>
          <w:b/>
        </w:rPr>
        <w:t xml:space="preserve">[36:09] </w:t>
      </w:r>
      <w:r>
        <w:t>at prioritize non violence and positive action, fostering progress and harmony. conversely, conflict is counter productive and deviates from these tenets.</w:t>
      </w:r>
    </w:p>
    <w:p>
      <w:pPr>
        <w:jc w:val="right"/>
      </w:pPr>
      <w:r>
        <w:t>اٹ پرائیورٹائز نان وائلنس اینڈ پوزیٹیو ایکشن، فاسٹرنگ پروگریس اینڈ ہارمونی۔ کنورسلی، کانفلکٹ از کاؤنٹر پروڈکٹو اینڈ ڈیویٹس فرام دیز ٹینٹس۔</w:t>
      </w:r>
    </w:p>
    <w:p>
      <w:r>
        <w:rPr>
          <w:b/>
        </w:rPr>
        <w:t xml:space="preserve">[36:22] </w:t>
      </w:r>
      <w:r>
        <w:t>embracing this approach is crucial for a harmonious society." miss roma wani ne jammu kashmir se likha hai: "surely, patience is the toughest jihad." muhammad asif khan sahib ne kanpur se likha hai: "a great learning.</w:t>
      </w:r>
    </w:p>
    <w:p>
      <w:pPr>
        <w:jc w:val="right"/>
      </w:pPr>
      <w:r>
        <w:t>ایمبریسنگ دس اپروچ از کروشل فار ا ہارمونیس سوسائٹی۔" مس روما وانی نے جموں کشمیر سے لکھا ہے: "شرلی، پیشنس از دی ٹفیسٹ جہاد۔" محمد اصف خان صاحب نے کانپور سے لکھا ہے: "ا گریٹ لرننگ۔</w:t>
      </w:r>
    </w:p>
    <w:p>
      <w:r>
        <w:rPr>
          <w:b/>
        </w:rPr>
        <w:t xml:space="preserve">[36:40] </w:t>
      </w:r>
      <w:r>
        <w:t>Allah CPS ko bohat taraqqi de aur CPS team ki spirit ko qabool kare."</w:t>
      </w:r>
    </w:p>
    <w:p>
      <w:pPr>
        <w:jc w:val="right"/>
      </w:pPr>
      <w:r>
        <w:t>اللہ سی پی ایس کو بہت ترقی دے اور سی پی ایس ٹیم کی سپرٹ کو قبول کرے۔"</w:t>
      </w:r>
    </w:p>
    <w:p>
      <w:r>
        <w:rPr>
          <w:b/>
        </w:rPr>
        <w:t xml:space="preserve">[36:46] </w:t>
      </w:r>
      <w:r>
        <w:t>dr. najma siddiqui ne dubai se likha hai: "very relevant topic in today's life. jihad and peace is being discussed very meaningfully with relevant examples of prophets model.</w:t>
      </w:r>
    </w:p>
    <w:p>
      <w:pPr>
        <w:jc w:val="right"/>
      </w:pPr>
      <w:r>
        <w:t>ڈاکٹر نجمہ صدیقی نے دبئی سے لکھا ہے: "ویری ریلیونٹ ٹاپک ان ٹوڈے لائف۔ جہاد اینڈ پیس از بینگ ڈسکس ویری میننگ فلی ود ریلیونٹ ایگزیمپلز اف پرافٹس ماڈل۔</w:t>
      </w:r>
    </w:p>
    <w:p>
      <w:r>
        <w:rPr>
          <w:b/>
        </w:rPr>
        <w:t xml:space="preserve">[36:58] </w:t>
      </w:r>
      <w:r>
        <w:t>jazak allah." maulana iqbal umri ne likha hai chennai se, woh abhi is waqt mumbai book fair mein hain, to unhon ne mumbai se likha hai:</w:t>
      </w:r>
    </w:p>
    <w:p>
      <w:pPr>
        <w:jc w:val="right"/>
      </w:pPr>
      <w:r>
        <w:t>جزاک اللہ۔" مولانا اقبال عمری نے لکھا ہے چنئی سے، وہ ابھی اس وقت ممبئی بک فیئر میں ہیں، تو انہوں نے ممبئی سے لکھا ہے:</w:t>
      </w:r>
    </w:p>
    <w:p>
      <w:r>
        <w:rPr>
          <w:b/>
        </w:rPr>
        <w:t xml:space="preserve">[37:08] </w:t>
      </w:r>
      <w:r>
        <w:t>"masha allah, very much, masha allah, good explanation about peace ideology. peace in itself is needed for the human life.</w:t>
      </w:r>
    </w:p>
    <w:p>
      <w:pPr>
        <w:jc w:val="right"/>
      </w:pPr>
      <w:r>
        <w:t>"ماشاءاللہ، ویری مچ، ماشاءاللہ، گڈ ایکسپلینیشن اباؤٹ پیس آئیڈیالوجی۔ پیس ان اٹ سیلف از نیڈڈ فار دا ہیومن لائف۔</w:t>
      </w:r>
    </w:p>
    <w:p>
      <w:r>
        <w:rPr>
          <w:b/>
        </w:rPr>
        <w:t xml:space="preserve">[37:18] </w:t>
      </w:r>
      <w:r>
        <w:t>jazak allah." khair, apa faheem omer sahib ne malaysia se likha hai: "jazak allah. apa, you explain all the things in a very good way and explain the meaning of patience and effort.</w:t>
      </w:r>
    </w:p>
    <w:p>
      <w:pPr>
        <w:jc w:val="right"/>
      </w:pPr>
      <w:r>
        <w:t>جزاک اللہ۔" خیر، آپا فہیم عمر صاحب نے ملیشیا سے لکھا ہے: "جزاک اللہ۔ آپا، یو ایکسپلین ال دا تھنگز ان ا ویری گڈ وے اینڈ ایکسپلین دا میننگ اف پیشنس اینڈ ایفرٹ۔</w:t>
      </w:r>
    </w:p>
    <w:p>
      <w:r>
        <w:rPr>
          <w:b/>
        </w:rPr>
        <w:t xml:space="preserve">[37:30] </w:t>
      </w:r>
      <w:r>
        <w:t>may allah reward you all with good.</w:t>
      </w:r>
    </w:p>
    <w:p>
      <w:pPr>
        <w:jc w:val="right"/>
      </w:pPr>
      <w:r>
        <w:t>میں اللہ ریوارڈ یو ال ود گڈ۔</w:t>
      </w:r>
    </w:p>
    <w:p>
      <w:r>
        <w:rPr>
          <w:b/>
        </w:rPr>
        <w:t xml:space="preserve">[37:33] </w:t>
      </w:r>
      <w:r>
        <w:t>" miss caroline ne srinagar se likha hai: "we as muslims are duty bound to spread the message of god throughout the world.</w:t>
      </w:r>
    </w:p>
    <w:p>
      <w:pPr>
        <w:jc w:val="right"/>
      </w:pPr>
      <w:r>
        <w:t>" مس کروتلین نے سری نگر سے لکھا ہے: "وی ایز مسلمز ار ڈیوٹی باؤنڈ ٹو سپریڈ دا میسج اف گاڈ تھرو آؤٹ دا ورلڈ۔</w:t>
      </w:r>
    </w:p>
    <w:p>
      <w:r>
        <w:rPr>
          <w:b/>
        </w:rPr>
        <w:t xml:space="preserve">[37:41] </w:t>
      </w:r>
      <w:r>
        <w:t>a very much needed reminder of farida ji." mr. faried ahmad ne kulgaon se likha hai: "may allah almighty keep you safe and sound.</w:t>
      </w:r>
    </w:p>
    <w:p>
      <w:pPr>
        <w:jc w:val="right"/>
      </w:pPr>
      <w:r>
        <w:t>ا ویری مچ نیڈڈ ریمائنڈر اف فریدہ جی۔" مس مسٹر فرید احمد نے کلگاؤں سے لکھا ہے: "میں اللہ المائٹی کیپ یو سیف اینڈ ساؤنڈ۔</w:t>
      </w:r>
    </w:p>
    <w:p>
      <w:r>
        <w:rPr>
          <w:b/>
        </w:rPr>
        <w:t xml:space="preserve">[37:52] </w:t>
      </w:r>
      <w:r>
        <w:t>may allah almighty grant you the ability to carry forward the mission of your father. amen." apa, ab kuch do sawal reh gaye hain.</w:t>
      </w:r>
    </w:p>
    <w:p>
      <w:pPr>
        <w:jc w:val="right"/>
      </w:pPr>
      <w:r>
        <w:t>میں اللہ المائٹی گرانٹ یو دا ایبیلیٹی ٹو کیری فارورڈ دا مشن اف یور فادر۔ آمین۔" آپا، اب کچھ دو سوال رہ گئے ہیں۔</w:t>
      </w:r>
    </w:p>
    <w:p>
      <w:r>
        <w:rPr>
          <w:b/>
        </w:rPr>
        <w:t xml:space="preserve">[38:02] </w:t>
      </w:r>
      <w:r>
        <w:t>ek sawal to sabr par hi hai, kyunke aap ne kafi zikr kiya hai aur quran mein bhi apa chapter three mein aaya hai ke: "o people, be patient and steadfast, so you may prosper." to apa, we can say that the tree of success can only grow in the land of patience.</w:t>
      </w:r>
    </w:p>
    <w:p>
      <w:pPr>
        <w:jc w:val="right"/>
      </w:pPr>
      <w:r>
        <w:t>ایک سوال تو صبر پر ہی ہے، کیونکہ آپ نے کافی ذکر کیا ہے اور قرآن میں بھی آپا چیپٹر تھری میں آیا ہے کہ: "ا او پیپل، بی پیشنٹ اینڈ سٹیٹ فاسٹ، سو یو می پروسپر۔" تو آپا، وی کین سے دیٹ دا ٹری اف سکسیس کین اونلی گرو ان دا لینڈ اف پیشنس۔</w:t>
      </w:r>
    </w:p>
    <w:p>
      <w:r>
        <w:rPr>
          <w:b/>
        </w:rPr>
        <w:t xml:space="preserve">[38:20] </w:t>
      </w:r>
      <w:r>
        <w:t>sabr ka bar bar hi quran mein zikr aaya hai, jaise aap ne aaj ke bhi conversation mein is ko kafi refer kiya.</w:t>
      </w:r>
    </w:p>
    <w:p>
      <w:pPr>
        <w:jc w:val="right"/>
      </w:pPr>
      <w:r>
        <w:t>پیشنس کا صبر کا بار بار ہی قرآن میں ذکر آیا ہے، جیسے آپ نے آج کے بھی کنورسیشن میں اس کو کافی ریفر کیا۔</w:t>
      </w:r>
    </w:p>
    <w:p>
      <w:r>
        <w:rPr>
          <w:b/>
        </w:rPr>
        <w:t xml:space="preserve">[38:28] </w:t>
      </w:r>
      <w:r>
        <w:t>to aap is ke baray mein bataein ke sabr kyun important hai for the culture of peace? is ko thora aur achay se wazeh kar dein. aap</w:t>
      </w:r>
    </w:p>
    <w:p>
      <w:pPr>
        <w:jc w:val="right"/>
      </w:pPr>
      <w:r>
        <w:t>تو آپ اس کے بارے میں بتائیں کہ صبر کیوں امپورٹنٹ ہے فار دا کلچر اف پیس؟ اس کو تھوڑا اور اچھے سے واضح کر دیں۔ آپ</w:t>
      </w:r>
    </w:p>
    <w:p>
      <w:r>
        <w:rPr>
          <w:b/>
        </w:rPr>
        <w:t xml:space="preserve">[38:40] </w:t>
      </w:r>
      <w:r>
        <w:t>culture of peace ko develop karne ke liye sabr jo hai na, woh most important hai, kyunke har cheez ke liye time chahiye na.</w:t>
      </w:r>
    </w:p>
    <w:p>
      <w:pPr>
        <w:jc w:val="right"/>
      </w:pPr>
      <w:r>
        <w:t>کلچر اف پیس کو ڈیویلپ کرنے کے لیے صبر جو ہے نا، وہ موسٹ امپورٹنٹ ہے، کیونکہ ہر چیز کے لیے ٹائم چاہیے نا۔</w:t>
      </w:r>
    </w:p>
    <w:p>
      <w:r>
        <w:rPr>
          <w:b/>
        </w:rPr>
        <w:t xml:space="preserve">[38:48] </w:t>
      </w:r>
      <w:r>
        <w:t>agar hum sabr nahi karenge to hum hum woh time dene ke liye doosray ko tayyar nahi</w:t>
      </w:r>
    </w:p>
    <w:p>
      <w:pPr>
        <w:jc w:val="right"/>
      </w:pPr>
      <w:r>
        <w:t>اگر ہم صبر نہیں کریں گے تو ہم ہم وہ ٹائم دینے کے لیے دوسرے کو تیار نہیں</w:t>
      </w:r>
    </w:p>
    <w:p>
      <w:r>
        <w:rPr>
          <w:b/>
        </w:rPr>
        <w:t xml:space="preserve">[38:54] </w:t>
      </w:r>
      <w:r>
        <w:t>hain. to jo hai na, sabr ke maani jo hain, maulana ne likhe hain: "peaceful response in provocative situation."</w:t>
      </w:r>
    </w:p>
    <w:p>
      <w:pPr>
        <w:jc w:val="right"/>
      </w:pPr>
      <w:r>
        <w:t>ہیں۔ تو جو ہے نا، صبر کے معنی جو ہیں، مولانا نے لکھے ہیں: "پیس فل ریسپانس ان پرووکیٹیو سچویشن۔"</w:t>
      </w:r>
    </w:p>
    <w:p>
      <w:r>
        <w:rPr>
          <w:b/>
        </w:rPr>
        <w:t xml:space="preserve">[39:03] </w:t>
      </w:r>
      <w:r>
        <w:t>to humein provocative situation to hogi, har qadam qadam pe provocation honge. to humein is ko bardasht karne ka matlab hai na ke hum ne is ko woh time diya.</w:t>
      </w:r>
    </w:p>
    <w:p>
      <w:pPr>
        <w:jc w:val="right"/>
      </w:pPr>
      <w:r>
        <w:t>تو ہمیں پرووکیٹیو سچویشن تو ہوگی، ہر قدم قدم پہ پرووکیشن ہوں گے۔ تو ہمیں اس کو برداشت کرنے کا مطلب ہے نا کہ ہم نے اس کو وہ ٹائم دیا۔</w:t>
      </w:r>
    </w:p>
    <w:p>
      <w:r>
        <w:rPr>
          <w:b/>
        </w:rPr>
        <w:t xml:space="preserve">[39:12] </w:t>
      </w:r>
      <w:r>
        <w:t>khud humein, hamare andar bhi jo ghussa aata hai, to is ko agar hum hum sabr kar lenge na, to hum hum apna bhi bhala karenge aur doosron ka bhi bhala karenge.</w:t>
      </w:r>
    </w:p>
    <w:p>
      <w:pPr>
        <w:jc w:val="right"/>
      </w:pPr>
      <w:r>
        <w:t>خود ہمیں، ہمارے اندر بھی جو غصہ آتا ہے، تو اس کو اگر ہم ہم صبر کر لیں گے نا، تو ہم ہم اپنا بھی بھلا کریں گے اور دوسروں کا بھی بھلا کریں گے۔</w:t>
      </w:r>
    </w:p>
    <w:p>
      <w:r>
        <w:rPr>
          <w:b/>
        </w:rPr>
        <w:t xml:space="preserve">[39:23] </w:t>
      </w:r>
      <w:r>
        <w:t>doosron ko time denge ke woh woh soch saken aur hamara bhi ghussa khatam ho jata hai agar sabr kar lein. lekin agar hum is par retaliate karein, provoke ho jayein to phir hamara bhi ghussa nahi khatam hota.</w:t>
      </w:r>
    </w:p>
    <w:p>
      <w:pPr>
        <w:jc w:val="right"/>
      </w:pPr>
      <w:r>
        <w:t>دوسروں کو ٹائم دیں گے کہ وہ وہ سوچ سکیں اور ہمارا بھی غصہ ختم ہو جاتا ہے اگر صبر کر لیں۔ لیکن اگر ہم اس پر ریٹیلیٹ کریں، پرووک ہو جائیں تو پھر ہمارا بھی غصہ نہیں ختم ہوتا۔</w:t>
      </w:r>
    </w:p>
    <w:p>
      <w:r>
        <w:rPr>
          <w:b/>
        </w:rPr>
        <w:t xml:space="preserve">[39:35] </w:t>
      </w:r>
      <w:r>
        <w:t>hum aur doosre doosre iqdamaat uthate rehte hain.</w:t>
      </w:r>
    </w:p>
    <w:p>
      <w:pPr>
        <w:jc w:val="right"/>
      </w:pPr>
      <w:r>
        <w:t>ہم اور دوسرے دوسرے اقدامات اٹھاتے رہتے ہیں۔</w:t>
      </w:r>
    </w:p>
    <w:p>
      <w:r>
        <w:rPr>
          <w:b/>
        </w:rPr>
        <w:t xml:space="preserve">[39:39] </w:t>
      </w:r>
      <w:r>
        <w:t>to sabr is an act which will be rewarded by god beyond measure. yeh quran mein aaya hai chapter 39 mein ke allah taala sabr ko ka be hisab ajr deta hai.</w:t>
      </w:r>
    </w:p>
    <w:p>
      <w:pPr>
        <w:jc w:val="right"/>
      </w:pPr>
      <w:r>
        <w:t>تو صبر از این ایکٹ وچ ول بی ریوارڈڈ بائی گاڈ بیونڈ میجر۔ یہ قرآن میں آیا ہے چیپٹر 39 میں کہ اللہ تعالیٰ صبر کو کا بے حساب اجر دیتا ہے۔</w:t>
      </w:r>
    </w:p>
    <w:p>
      <w:r>
        <w:rPr>
          <w:b/>
        </w:rPr>
        <w:t xml:space="preserve">[39:52] </w:t>
      </w:r>
      <w:r>
        <w:t>to yeh maulana ne likha tha ke be hisab ajr kisi bhi ibadat ka nahi hai, jis tarah sabr ka hai,</w:t>
      </w:r>
    </w:p>
    <w:p>
      <w:pPr>
        <w:jc w:val="right"/>
      </w:pPr>
      <w:r>
        <w:t>تو یہ مولانا نے لکھا تھا کہ بے حساب اجر کسی بھی عبادت کا نہیں ہے، جس طرح صبر کا ہے،</w:t>
      </w:r>
    </w:p>
    <w:p>
      <w:r>
        <w:rPr>
          <w:b/>
        </w:rPr>
        <w:t xml:space="preserve">[39:58] </w:t>
      </w:r>
      <w:r>
        <w:t>kyunke sabr ke baghair koi bhi kaam nahi ho sakta. aur sabr zaroori hai, kyunke allah taala ne sab ko azadi diya hai. ab azadi ko insaan misuse karta hai, to sabr zaroori hai.</w:t>
      </w:r>
    </w:p>
    <w:p>
      <w:pPr>
        <w:jc w:val="right"/>
      </w:pPr>
      <w:r>
        <w:t>کیونکہ صبر کے بغیر کوئی بھی کام نہیں ہو سکتا۔ اور صبر ضروری ہے، کیونکہ اللہ تعالیٰ نے سب کو آزادی دیا ہے۔ اب آزادی کو انسان مس یوز کرتا ہے، تو صبر ضروری ہے۔</w:t>
      </w:r>
    </w:p>
    <w:p>
      <w:r>
        <w:rPr>
          <w:b/>
        </w:rPr>
        <w:t xml:space="preserve">[40:11] </w:t>
      </w:r>
      <w:r>
        <w:t>woh to react karega, retaliate karega. to agar hum sabr nahi karenge to hum aage koi kaam nahi kar sakte, kyunke mahaul kharab kar denge na.</w:t>
      </w:r>
    </w:p>
    <w:p>
      <w:pPr>
        <w:jc w:val="right"/>
      </w:pPr>
      <w:r>
        <w:t>وہ تو ری ایکٹ کرے گا، ریٹیلیٹ کرے گا۔ تو اگر ہم صبر نہیں کریں گے تو ہم آگے کوئی کام نہیں کر سکتے، کیونکہ ماحول خراب کر دیں گے نا۔</w:t>
      </w:r>
    </w:p>
    <w:p>
      <w:r>
        <w:rPr>
          <w:b/>
        </w:rPr>
        <w:t xml:space="preserve">[40:20] </w:t>
      </w:r>
      <w:r>
        <w:t>to is mahaul kharab hone ki wajah se wo hamari baat ko samajhne ke liye wo receptive hi nahi rahega to</w:t>
      </w:r>
    </w:p>
    <w:p>
      <w:pPr>
        <w:jc w:val="right"/>
      </w:pPr>
      <w:r>
        <w:t>تو اس ماحول خراب ہونے کی وجہ سے وہ ہماری بات کو سمجھنے کے لیے وہ ریسیپٹیو ہی نہیں رہے گا۔ تو</w:t>
      </w:r>
    </w:p>
    <w:p>
      <w:r>
        <w:rPr>
          <w:b/>
        </w:rPr>
        <w:t xml:space="preserve">[40:27] </w:t>
      </w:r>
      <w:r>
        <w:t>quran mein bar bar aaya sabr ke aaya hai: "god is with those who are patient." ye second chapter hai, verse 153.</w:t>
      </w:r>
    </w:p>
    <w:p>
      <w:pPr>
        <w:jc w:val="right"/>
      </w:pPr>
      <w:r>
        <w:t>قرآن میں بار بار آیا صبر کہ آیا ہے: "گاڈ از ود دوز ہو آر پیشنٹ۔" یہ سیکنڈ چیپٹر ہے، ورس 153۔</w:t>
      </w:r>
    </w:p>
    <w:p>
      <w:r>
        <w:rPr>
          <w:b/>
        </w:rPr>
        <w:t xml:space="preserve">[40:36] </w:t>
      </w:r>
      <w:r>
        <w:t>to jo hai, is tarike se jab khuda bar bar keh raha hai ke sabr par hum wo dete hain jo hum kisi aur cheez par nahi dete, to ek bar kuch logon ne maulana se poocha ke hum kab tak sabr karen?</w:t>
      </w:r>
    </w:p>
    <w:p>
      <w:pPr>
        <w:jc w:val="right"/>
      </w:pPr>
      <w:r>
        <w:t>تو جو ہے، اس طریقے سے جب خدا بار بار کہہ رہا ہے کہ صبر پر ہم وہ دیتے ہیں جو ہم کسی اور چیز پر نہیں دیتے، تو ایک بار کچھ لوگوں نے مولانا سے پوچھا کہ ہم کب تک صبر کریں؟</w:t>
      </w:r>
    </w:p>
    <w:p>
      <w:r>
        <w:rPr>
          <w:b/>
        </w:rPr>
        <w:t xml:space="preserve">[40:51] </w:t>
      </w:r>
      <w:r>
        <w:t>to maulana ne kaha ke aap kab? aap kabhi poochte hain hum kab tak ibadat karen?</w:t>
      </w:r>
    </w:p>
    <w:p>
      <w:pPr>
        <w:jc w:val="right"/>
      </w:pPr>
      <w:r>
        <w:t>تو مولانا نے کہا کہ آپ کب؟ آپ کبھی پوچھتے ہیں ہم کب تک عبادت کریں؟</w:t>
      </w:r>
    </w:p>
    <w:p>
      <w:r>
        <w:rPr>
          <w:b/>
        </w:rPr>
        <w:t xml:space="preserve">[40:55] </w:t>
      </w:r>
      <w:r>
        <w:t>to sabr to sab se badi ibadat hai. bas aap karte rahiye, ye to aap samajh lijiye ke aap ko bahut badi ibadat karne ka mauka mil gaya hai. to ye soch kar agar hum insan jaisa aap sochte hain na, waise hi phir hum hamare amal mein bhi wahi us waise hi izhaar hota hai.</w:t>
      </w:r>
    </w:p>
    <w:p>
      <w:pPr>
        <w:jc w:val="right"/>
      </w:pPr>
      <w:r>
        <w:t>تو صبر تو سب سے بڑی عبادت ہے۔ بس آپ کرتے رہیے، یہ تو آپ سمجھ لیجئے کہ آپ کو بہت بڑی عبادت کرنے کا موقع مل گیا ہے۔ تو یہ سوچ کر اگر ہم انسان جیسا آپ سوچتے ہیں نا، ویسے ہی پھر ہم ہمارے عمل میں بھی وہی اس ویسے ہی اظہار ہوتا ہے۔</w:t>
      </w:r>
    </w:p>
    <w:p>
      <w:r>
        <w:rPr>
          <w:b/>
        </w:rPr>
        <w:t xml:space="preserve">[41:11] </w:t>
      </w:r>
      <w:r>
        <w:t>to aap agar ye soch lein ke hum ibadat kar rahe hain, ibadat ka mauka hamare haath aa gaya hai, to phir aap bahut jald cool down ho jayenge. to aap ko apni soch badalni padegi,</w:t>
      </w:r>
    </w:p>
    <w:p>
      <w:pPr>
        <w:jc w:val="right"/>
      </w:pPr>
      <w:r>
        <w:t>تو آپ اگر یہ سوچ لیں کہ ہم عبادت کر رہے ہیں، عبادت کا موقع ہمارے ہاتھ آ گیا ہے، تو پھر آپ بہت جلد کول ڈاؤن ہو جائیں گے۔ تو آپ کو اپنی سوچ بدلنی پڑے گی،</w:t>
      </w:r>
    </w:p>
    <w:p>
      <w:r>
        <w:rPr>
          <w:b/>
        </w:rPr>
        <w:t xml:space="preserve">[41:23] </w:t>
      </w:r>
      <w:r>
        <w:t>kyunki insan jo hai ek thinking animal hai, ab wo already conditioned hai. to is ko aap ko time dena padega na ke wo ab nai baat ko soche.</w:t>
      </w:r>
    </w:p>
    <w:p>
      <w:pPr>
        <w:jc w:val="right"/>
      </w:pPr>
      <w:r>
        <w:t>کیونکہ انسان جو ہے ایک تھنکنگ اینیمل ہے، اب وہ الریڈی کنڈیشنڈ ہے۔ تو اس کو آپ کو ٹائم دینا پڑے گا نا کہ وہ اب نئی بات کو سوچے۔</w:t>
      </w:r>
    </w:p>
    <w:p>
      <w:r>
        <w:rPr>
          <w:b/>
        </w:rPr>
        <w:t xml:space="preserve">[41:33] </w:t>
      </w:r>
      <w:r>
        <w:t>nai baat ko sochne mein time lagta hai. bade bade sahaba ne socha, bahut kam aise hain jinhone foran accept kar liya, jaise Hazrat Abu Bakr.</w:t>
      </w:r>
    </w:p>
    <w:p>
      <w:pPr>
        <w:jc w:val="right"/>
      </w:pPr>
      <w:r>
        <w:t>نئی بات کو سوچنے میں ٹائم لگتا ہے۔ بڑے بڑے صحابہ نے سوچا، بہت کم ایسے ہیں جنہوں نے فوراً ایکسیپٹ کر لیا، جیسے حضرت ابوبکر۔</w:t>
      </w:r>
    </w:p>
    <w:p>
      <w:r>
        <w:rPr>
          <w:b/>
        </w:rPr>
        <w:t xml:space="preserve">[41:43] </w:t>
      </w:r>
      <w:r>
        <w:t>nahi to logon ko sochne ka time ye natural baat hai ke hum sochenge ke ye naya message hai, to is message ka matlab kya hai?</w:t>
      </w:r>
    </w:p>
    <w:p>
      <w:pPr>
        <w:jc w:val="right"/>
      </w:pPr>
      <w:r>
        <w:t>نہیں تو لوگوں کو سوچنے کا ٹائم یہ نیچرل بات ہے کہ ہم سوچیں گے کہ یہ نیا میسج ہے، تو اس میسج کا مطلب کیا ہے؟</w:t>
      </w:r>
    </w:p>
    <w:p>
      <w:r>
        <w:rPr>
          <w:b/>
        </w:rPr>
        <w:t xml:space="preserve">[41:51] </w:t>
      </w:r>
      <w:r>
        <w:t>ye kahan tak ye rational hai, logical hai, sachai hai is mein? to sochne ke liye hamein time chahiye hota hai, aur hamare andar Allah taala ne khud azadi di hai, to hum ko sochne ka mauka milna chahiye.</w:t>
      </w:r>
    </w:p>
    <w:p>
      <w:pPr>
        <w:jc w:val="right"/>
      </w:pPr>
      <w:r>
        <w:t>یہ کہاں تک یہ ریشنل ہے، لاجیکل ہے، سچائی ہے اس میں؟ تو سوچنے کے لیے ہمیں ٹائم چاہیے ہوتا ہے، اور ہمارے اندر اللہ تعالیٰ نے خود آزادی دی ہے، تو ہم کو سوچنے کا موقع ملنا چاہیے۔</w:t>
      </w:r>
    </w:p>
    <w:p>
      <w:r>
        <w:rPr>
          <w:b/>
        </w:rPr>
        <w:t xml:space="preserve">[42:07] </w:t>
      </w:r>
      <w:r>
        <w:t>aur tabhi, aur hum har insan ke andar dekhiye, ek to conscious bhi hai aur ek taraf ego bhi hai. agar hum retaliate karte hain, sabr nahi karte, to is ka ego jo hai hurt</w:t>
      </w:r>
    </w:p>
    <w:p>
      <w:pPr>
        <w:jc w:val="right"/>
      </w:pPr>
      <w:r>
        <w:t>اور تبھی، اور ہم ہر انسان کے اندر دیکھیے، ایک تو کانشیس بھی ہے اور ایک طرف ایگو بھی ہے۔ اگر ہم ریٹیلیٹ کرتے ہیں، صبر نہیں کرتے، تو اس کا ایگو جو ہے ہرٹ</w:t>
      </w:r>
    </w:p>
    <w:p>
      <w:r>
        <w:rPr>
          <w:b/>
        </w:rPr>
        <w:t xml:space="preserve">[42:19] </w:t>
      </w:r>
      <w:r>
        <w:t>hota hai. to phir hamein is se koi bhi nateeja hamare kaam se nahi niklega. lekin agar hum is ke conscious ko awaken karenge aur is ki fitrat ko bedar karenge, to hum ko apne amal ka jo bhi hum kaam karenge, is ka nateeja milega, aur wo bahut jald hum ko is ka achha positive response milega.</w:t>
      </w:r>
    </w:p>
    <w:p>
      <w:pPr>
        <w:jc w:val="right"/>
      </w:pPr>
      <w:r>
        <w:t>ہوتا ہے۔ تو پھر ہمیں اس سے کوئی بھی نتیجہ ہمارے کام سے نہیں نکلے گا۔ لیکن اگر ہم اس کے کانشیس کو اویکن کریں گے اور اس کی فطرت کو بیدار کریں گے، تو ہم کو اپنے عمل کا جو بھی ہم کام کریں گے، اس کا نتیجہ ملے گا، اور وہ بہت جلد ہم کو اس کا اچھا پازیٹیو رسپانس ملے گا۔</w:t>
      </w:r>
    </w:p>
    <w:p>
      <w:r>
        <w:rPr>
          <w:b/>
        </w:rPr>
        <w:t xml:space="preserve">[42:40] </w:t>
      </w:r>
      <w:r>
        <w:t>isi liye sabr ki itni zyada ahmiyat di gayi hai ji quran mein aur hadith mein.</w:t>
      </w:r>
    </w:p>
    <w:p>
      <w:pPr>
        <w:jc w:val="right"/>
      </w:pPr>
      <w:r>
        <w:t>اسی لیے صبر کی اتنی زیادہ اہمیت دی گئی ہے جی قرآن میں اور حدیث میں۔</w:t>
      </w:r>
    </w:p>
    <w:p>
      <w:r>
        <w:rPr>
          <w:b/>
        </w:rPr>
        <w:t xml:space="preserve">[42:46] </w:t>
      </w:r>
      <w:r>
        <w:t>ji bilkul, apa sabr ke is paar hi jannat hai. aur apa maulana hamesha kaha karte the ke culture of paradise is culture of peace.</w:t>
      </w:r>
    </w:p>
    <w:p>
      <w:pPr>
        <w:jc w:val="right"/>
      </w:pPr>
      <w:r>
        <w:t>جی بالکل، آپا صبر کے اس پار ہی جنت ہے۔ اور آپا مولانا ہمیشہ کہا کرتے تھے کہ کلچر اف پیراڈائز از کلچر اف پیس۔</w:t>
      </w:r>
    </w:p>
    <w:p>
      <w:r>
        <w:rPr>
          <w:b/>
        </w:rPr>
        <w:t xml:space="preserve">[42:55] </w:t>
      </w:r>
      <w:r>
        <w:t>to ye samajhna bhi bada zaroori hai, aur yahi aaj ka aakhri sawal bhi hai mera aap se ke jab tak hum is culture par nahi aayenge, to hum paradise ko qualify kaise karenge?</w:t>
      </w:r>
    </w:p>
    <w:p>
      <w:pPr>
        <w:jc w:val="right"/>
      </w:pPr>
      <w:r>
        <w:t>تو یہ سمجھنا بھی بڑا ضروری ہے، اور یہی آج کا آخری سوال بھی ہے میرا آپ سے کہ جب تک ہم اس کلچر پر نہیں آئیں گے، تو ہم پیراڈائز کو کوالیفائی کیسے کریں گے؟</w:t>
      </w:r>
    </w:p>
    <w:p>
      <w:r>
        <w:rPr>
          <w:b/>
        </w:rPr>
        <w:t xml:space="preserve">[43:05] </w:t>
      </w:r>
      <w:r>
        <w:t>to is ko aap thoda sa aap wazeh karen, aur isi par aaj ka hum session bhi khatm karenge. jannat ka naam hi Darussalam hai.</w:t>
      </w:r>
    </w:p>
    <w:p>
      <w:pPr>
        <w:jc w:val="right"/>
      </w:pPr>
      <w:r>
        <w:t>تو اس کو آپ تھوڑا سا آپ واضح کریں، اور اسی پر آج کا ہم سیشن بھی ختم کریں گے۔ جنت کا نام ہی دارالسلام ہے۔</w:t>
      </w:r>
    </w:p>
    <w:p>
      <w:r>
        <w:rPr>
          <w:b/>
        </w:rPr>
        <w:t xml:space="preserve">[43:14] </w:t>
      </w:r>
      <w:r>
        <w:t>ji peace, home of peace. god calls to the home of peace. ye hai chapter 10, verse 25.</w:t>
      </w:r>
    </w:p>
    <w:p>
      <w:pPr>
        <w:jc w:val="right"/>
      </w:pPr>
      <w:r>
        <w:t>جی پیس، ہوم اف پیس۔ گاڈ کالز ٹو دا ہوم اف پیس۔ یہ ہے چیپٹر 10، ورس 25۔</w:t>
      </w:r>
    </w:p>
    <w:p>
      <w:r>
        <w:rPr>
          <w:b/>
        </w:rPr>
        <w:t xml:space="preserve">[43:23] </w:t>
      </w:r>
      <w:r>
        <w:t>to ye jagah jagah aaya hai. dekh, to jannatiyon ka jo greet karenge, wo kahenge salam salam.</w:t>
      </w:r>
    </w:p>
    <w:p>
      <w:pPr>
        <w:jc w:val="right"/>
      </w:pPr>
      <w:r>
        <w:t>تو یہ جگہ جگہ آیا ہے۔ دیکھ، تو جنتیوں کا جو گریٹ کریں گے، وہ کہیں گے سلام سلام۔</w:t>
      </w:r>
    </w:p>
    <w:p>
      <w:r>
        <w:rPr>
          <w:b/>
        </w:rPr>
        <w:t xml:space="preserve">[43:33] </w:t>
      </w:r>
      <w:r>
        <w:t>surah waqia mein aaya hai. to wahan jannatiyon ka jo culture hai, wo peace culture hai.</w:t>
      </w:r>
    </w:p>
    <w:p>
      <w:pPr>
        <w:jc w:val="right"/>
      </w:pPr>
      <w:r>
        <w:t>سورہ واقعہ میں آیا ہے۔ تو وہاں جنتیوں کا جو کلچر ہے، وہ پیس کلچر ہے۔</w:t>
      </w:r>
    </w:p>
    <w:p>
      <w:r>
        <w:rPr>
          <w:b/>
        </w:rPr>
        <w:t xml:space="preserve">[43:40] </w:t>
      </w:r>
      <w:r>
        <w:t>ab aap sochiye ke is peace culture ko hamein apne andar develop karna hai, is duniya mein. isi liye to is duniya mein hum bheje gaye hain.</w:t>
      </w:r>
    </w:p>
    <w:p>
      <w:pPr>
        <w:jc w:val="right"/>
      </w:pPr>
      <w:r>
        <w:t>اب آپ سوچیے کہ اس پیس کلچر کو ہمیں اپنے اندر ڈیویلپ کرنا ہے، اس دنیا میں۔ اسی لیے تو اس دنیا میں ہم بھیجے گئے ہیں۔</w:t>
      </w:r>
    </w:p>
    <w:p>
      <w:r>
        <w:rPr>
          <w:b/>
        </w:rPr>
        <w:t xml:space="preserve">[43:48] </w:t>
      </w:r>
      <w:r>
        <w:t>to jab tak hum is duniya mein apne andar peace culture ko develop nahi karenge, tab tak aap soch sakte hain ke hum jannat mein rehne ke qabil hi nahi honge.</w:t>
      </w:r>
    </w:p>
    <w:p>
      <w:pPr>
        <w:jc w:val="right"/>
      </w:pPr>
      <w:r>
        <w:t>تو جب تک ہم اس دنیا میں اپنے اندر پیس کلچر کو ڈیویلپ نہیں کریں گے، تب تک آپ سوچ سکتے ہیں کہ ہم جنت میں رہنے کے قابل ہی نہیں ہوں گے۔</w:t>
      </w:r>
    </w:p>
    <w:p>
      <w:r>
        <w:rPr>
          <w:b/>
        </w:rPr>
        <w:t xml:space="preserve">[43:57] </w:t>
      </w:r>
      <w:r>
        <w:t>to jannat to phir agar without developing this culture, agar hum ko jannat mein entry mil jaye, to hum wahi hoga jo is duniya mein ho raha hai ke roz jangain ho rahi hain.</w:t>
      </w:r>
    </w:p>
    <w:p>
      <w:pPr>
        <w:jc w:val="right"/>
      </w:pPr>
      <w:r>
        <w:t>تو جنت تو پھر اگر ودا آؤٹ ڈیویلپنگ دس کلچر، اگر ہم کو جنت میں انٹری مل جائے، تو ہم وہی ہوگا جو اس دنیا میں ہو رہا ہے کہ روز جنگیں ہو رہی ہیں۔</w:t>
      </w:r>
    </w:p>
    <w:p>
      <w:r>
        <w:rPr>
          <w:b/>
        </w:rPr>
        <w:t xml:space="preserve">[44:09] </w:t>
      </w:r>
      <w:r>
        <w:t>jang, jang world war one, world war two, wo jannat ko bhi khatm kar denge ladte ladte. to isi duniya mein hamein is culture ko develop karna hai, tabhi hum deserving candidate banenge aisi jannat ke jahan ke peace hi peace hai.</w:t>
      </w:r>
    </w:p>
    <w:p>
      <w:pPr>
        <w:jc w:val="right"/>
      </w:pPr>
      <w:r>
        <w:t>جنگ، جنگ ورلڈ وار ون، ورلڈ وار ٹو، وہ جنت کو بھی ختم کر دیں گے لڑتے لڑتے۔ تو اسی دنیا میں ہمیں اس کلچر کو ڈیویلپ کرنا ہے، تبھی ہم ڈیزرونگ کینڈیڈیٹ بنیں گے ایسی جنت کے جہاں کے پیس ہی پیس ہے۔</w:t>
      </w:r>
    </w:p>
    <w:p>
      <w:r>
        <w:rPr>
          <w:b/>
        </w:rPr>
        <w:t xml:space="preserve">[44:28] </w:t>
      </w:r>
      <w:r>
        <w:t>to is wajah se hamein bahut zyada ye bar bar quran mein hadith mein ye aaya hai ke jannat mein log ek doosre ko peace wish karenge.</w:t>
      </w:r>
    </w:p>
    <w:p>
      <w:pPr>
        <w:jc w:val="right"/>
      </w:pPr>
      <w:r>
        <w:t>تو اس وجہ سے ہمیں بہت زیادہ یہ بار بار قرآن میں حدیث میں یہ آیا ہے کہ جنت میں لوگ ایک دوسرے کو پیس وش کریں گے۔</w:t>
      </w:r>
    </w:p>
    <w:p>
      <w:r>
        <w:rPr>
          <w:b/>
        </w:rPr>
        <w:t xml:space="preserve">[44:37] </w:t>
      </w:r>
      <w:r>
        <w:t>to peace wish karenge, matlab ye nahi ke sirf salam salam sab log karte rahenge, balki peaceful baatein hongi, wahan marifat ki baatein hongi.</w:t>
      </w:r>
    </w:p>
    <w:p>
      <w:pPr>
        <w:jc w:val="right"/>
      </w:pPr>
      <w:r>
        <w:t>تو پیس وش کریں گے، مطلب یہ نہیں کہ صرف سلام سلام سب لوگ کرتے رہیں گے، بلکہ پیس فل باتیں ہوں گی، وہاں معرفت کی باتیں ہوں گی۔</w:t>
      </w:r>
    </w:p>
    <w:p>
      <w:r>
        <w:rPr>
          <w:b/>
        </w:rPr>
        <w:t xml:space="preserve">[44:46] </w:t>
      </w:r>
      <w:r>
        <w:t>woh jannat jo hai, woh khuda ki marifat ka doosra darja hai.</w:t>
      </w:r>
    </w:p>
    <w:p>
      <w:pPr>
        <w:jc w:val="right"/>
      </w:pPr>
      <w:r>
        <w:t>وہ جنت جو ہے، وہ خدا کی معرفت کا دوسرا درجہ ہے۔</w:t>
      </w:r>
    </w:p>
    <w:p>
      <w:r>
        <w:rPr>
          <w:b/>
        </w:rPr>
        <w:t xml:space="preserve">[44:53] </w:t>
      </w:r>
      <w:r>
        <w:t>hum shuruaat toh hum beginning toh hamari isi duniya mein ho jati hai, lekin woh continue rahegi is duniya mein. toh marifat jo hai, woh karna hai, woh toh peaceful mahol mein hi ho sakti hai, jangii mahol mein, hetrate ke mahol mein, dushmani ke mahol mein.</w:t>
      </w:r>
    </w:p>
    <w:p>
      <w:pPr>
        <w:jc w:val="right"/>
      </w:pPr>
      <w:r>
        <w:t>ہم شروعات تو ہم بگننگ تو ہماری اسی دنیا میں ہو جاتی ہے، لیکن وہ کنٹینیو رہے گی اس دنیا میں۔ تو معرفت جو ہے، وہ کرنا ہے، وہ تو پیس فل ماحول میں ہی ہو سکتی ہے، جنگی ماحول میں، ہیٹریٹ کے ماحول میں، دشمنی کے ماحول میں۔</w:t>
      </w:r>
    </w:p>
    <w:p>
      <w:r>
        <w:rPr>
          <w:b/>
        </w:rPr>
        <w:t xml:space="preserve">[45:10] </w:t>
      </w:r>
      <w:r>
        <w:t>toh yeh kaam na is duniya mein ho sakta hai, na is duniya mein ho sakta hai.</w:t>
      </w:r>
    </w:p>
    <w:p>
      <w:pPr>
        <w:jc w:val="right"/>
      </w:pPr>
      <w:r>
        <w:t>تو یہ کام نہ اس دنیا میں ہو سکتا ہے، نہ اس دنیا میں ہو سکتا ہے۔</w:t>
      </w:r>
    </w:p>
    <w:p>
      <w:r>
        <w:rPr>
          <w:b/>
        </w:rPr>
        <w:t xml:space="preserve">[45:14] </w:t>
      </w:r>
      <w:r>
        <w:t>toh hamein jo hai, is mein bohat ziyada serious hona hai ke isi duniya mein hamein apne aap ko jannati personality banana hai.</w:t>
      </w:r>
    </w:p>
    <w:p>
      <w:pPr>
        <w:jc w:val="right"/>
      </w:pPr>
      <w:r>
        <w:t>تو ہمیں جو ہے، اس میں بہت زیادہ سیریس ہونا ہے کہ اسی دنیا میں ہمیں اپنے آپ کو جنتی پرسنیلٹی بنانا ہے۔</w:t>
      </w:r>
    </w:p>
    <w:p>
      <w:r>
        <w:rPr>
          <w:b/>
        </w:rPr>
        <w:t xml:space="preserve">[45:25] </w:t>
      </w:r>
      <w:r>
        <w:t>jannati personality ka matlab peaceful personality hai. toh hamein yeh bohat hi ziyada is mein sochna hai, bohat ziyada ghor o fikr karna hai,</w:t>
      </w:r>
    </w:p>
    <w:p>
      <w:pPr>
        <w:jc w:val="right"/>
      </w:pPr>
      <w:r>
        <w:t>جنتی پرسنیلٹی کا مطلب پیس فل پرسنیلٹی ہے۔ تو ہمیں یہ بہت ہی زیادہ اس میں سوچنا ہے، بہت زیادہ غور و فکر کرنا ہے،</w:t>
      </w:r>
    </w:p>
    <w:p>
      <w:r>
        <w:rPr>
          <w:b/>
        </w:rPr>
        <w:t xml:space="preserve">[45:36] </w:t>
      </w:r>
      <w:r>
        <w:t>bohat ziyada sanjeeda hona hai, kyunke kuch maloom nahi kab is duniya se hamara woh rishta khatam ho jaye.</w:t>
      </w:r>
    </w:p>
    <w:p>
      <w:pPr>
        <w:jc w:val="right"/>
      </w:pPr>
      <w:r>
        <w:t>بہت زیادہ سنجیدہ ہونا ہے، کیونکہ کچھ معلوم نہیں کب اس دنیا سے ہمارا وہ رشتہ ختم ہو جائے۔</w:t>
      </w:r>
    </w:p>
    <w:p>
      <w:r>
        <w:rPr>
          <w:b/>
        </w:rPr>
        <w:t xml:space="preserve">[45:44] </w:t>
      </w:r>
      <w:r>
        <w:t>toh hamein jo bhi hamein moments milein is duniya mein, is ko hum istemal karein apni personality ko develop karne ka.</w:t>
      </w:r>
    </w:p>
    <w:p>
      <w:pPr>
        <w:jc w:val="right"/>
      </w:pPr>
      <w:r>
        <w:t>تو ہمیں جو بھی ہمیں مومنٹس ملیں اس دنیا میں، اس کو ہم استعمال کریں اپنی پرسنیلٹی کو ڈیویلپ کرنے کا۔</w:t>
      </w:r>
    </w:p>
    <w:p>
      <w:r>
        <w:rPr>
          <w:b/>
        </w:rPr>
        <w:t xml:space="preserve">[45:53] </w:t>
      </w:r>
      <w:r>
        <w:t>yeh bohat ziyada important hai. ji jazak Allah apa for doing this session today. so with this we will end today session.</w:t>
      </w:r>
    </w:p>
    <w:p>
      <w:pPr>
        <w:jc w:val="right"/>
      </w:pPr>
      <w:r>
        <w:t>یہ بہت زیادہ امپورٹنٹ ہے۔ جی جزاک اللہ آپا فار ڈوئنگ دس سیشن ٹوڈے۔ سو ود دس وی ویل اینڈ ٹوڈے سیشن۔</w:t>
      </w:r>
    </w:p>
    <w:p>
      <w:r>
        <w:rPr>
          <w:b/>
        </w:rPr>
        <w:t xml:space="preserve">[46:01] </w:t>
      </w:r>
      <w:r>
        <w:t>we will be back next sunday same time 10:30 am. thank you</w:t>
      </w:r>
    </w:p>
    <w:p>
      <w:pPr>
        <w:jc w:val="right"/>
      </w:pPr>
      <w:r>
        <w:t>وی بی بیک نیکسٹ سنڈے سیم ٹائم 10:30 اے ایم۔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