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June, 2018</w:t>
      </w:r>
    </w:p>
    <w:p>
      <w:r>
        <w:t>https://www.youtube.com/watch?v=yuwH7JTa7OM</w:t>
      </w:r>
    </w:p>
    <w:p>
      <w:r>
        <w:rPr>
          <w:b/>
        </w:rPr>
        <w:t xml:space="preserve">[00:00] </w:t>
      </w:r>
      <w:r>
        <w:t>arsalah, joon 2018.</w:t>
      </w:r>
    </w:p>
    <w:p>
      <w:pPr>
        <w:jc w:val="right"/>
      </w:pPr>
      <w:r>
        <w:t>ارسالہ، جون 2018۔</w:t>
      </w:r>
    </w:p>
    <w:p>
      <w:r>
        <w:rPr>
          <w:b/>
        </w:rPr>
        <w:t xml:space="preserve">[00:08] </w:t>
      </w:r>
      <w:r>
        <w:t>quran se naseehat.</w:t>
      </w:r>
    </w:p>
    <w:p>
      <w:pPr>
        <w:jc w:val="right"/>
      </w:pPr>
      <w:r>
        <w:t>قرآن سے نصیحت۔</w:t>
      </w:r>
    </w:p>
    <w:p>
      <w:r>
        <w:rPr>
          <w:b/>
        </w:rPr>
        <w:t xml:space="preserve">[00:15] </w:t>
      </w:r>
      <w:r>
        <w:t>quran fehmi ke baray mein do aayatein in alfaaz mein aayi hain: "kitabun anzalnah ilaik mubarokun liyadabbaru aayataho</w:t>
      </w:r>
    </w:p>
    <w:p>
      <w:pPr>
        <w:jc w:val="right"/>
      </w:pPr>
      <w:r>
        <w:t>قرآن فہمی کے بارے میں دو آیتیں ان الفاظ میں آئیں ہیں: "کتابٌ أنزلناه إليك مباركٌ ليدبروا آیاته</w:t>
      </w:r>
    </w:p>
    <w:p>
      <w:r>
        <w:rPr>
          <w:b/>
        </w:rPr>
        <w:t xml:space="preserve">[00:23] </w:t>
      </w:r>
      <w:r>
        <w:t>walitadhakkaru olo alalbaba" yani</w:t>
      </w:r>
    </w:p>
    <w:p>
      <w:pPr>
        <w:jc w:val="right"/>
      </w:pPr>
      <w:r>
        <w:t>وليتذكروا أولو الألباب"۔ یعنی</w:t>
      </w:r>
    </w:p>
    <w:p>
      <w:r>
        <w:rPr>
          <w:b/>
        </w:rPr>
        <w:t xml:space="preserve">[00:30] </w:t>
      </w:r>
      <w:r>
        <w:t>yeh aik babarkat kitab hai jo hum ne tumhari taraf utari hai ta ke log is ki ayaton par ghor karen, aur ta ke aqal walay is se naseehat hasil karen. doosri ayat ke alfaaz yeh hain: "kitabun fasalati ayatuho quranan arabiyan liqawmin ya'lamun". yani yeh aik kitab hai jis ki ayaten khol khol kar bayan ki gayi hain. arabi zaban ka quran un logon ke liye jo ilm rakhtay hain. un</w:t>
      </w:r>
    </w:p>
    <w:p>
      <w:pPr>
        <w:jc w:val="right"/>
      </w:pPr>
      <w:r>
        <w:t>یہ ایک بابرکت کتاب ہے جو ہم نے تمہاری طرف اتاری ہے تاکہ لوگ اس کی آیتوں پر غور کریں، اور تاکہ عقل والے اس سے نصیحت حاصل کریں۔ دوسری آیت کے الفاظ یہ ہیں: "کتابٌ فصلت آیاته قرآنًا عربيًا لقوم يعلمون"۔ یعنی یہ ایک کتاب ہے جس کی آیتیں کھول کھول کر بیان کی گئی ہیں۔ عربی زبان کا قرآن ان لوگوں کے لیے جو علم رکھتے ہیں۔ ان</w:t>
      </w:r>
    </w:p>
    <w:p>
      <w:r>
        <w:rPr>
          <w:b/>
        </w:rPr>
        <w:t xml:space="preserve">[01:00] </w:t>
      </w:r>
      <w:r>
        <w:t>donon aayaton ke usloob par ghor karne se yeh samajh mein aata hai ke quran fehmi ki do</w:t>
      </w:r>
    </w:p>
    <w:p>
      <w:pPr>
        <w:jc w:val="right"/>
      </w:pPr>
      <w:r>
        <w:t>دونوں آیتوں کے اسلوب پر غور کرنے سے یہ سمجھ میں آتا ہے کہ قرآن فہمی کی دو</w:t>
      </w:r>
    </w:p>
    <w:p>
      <w:r>
        <w:rPr>
          <w:b/>
        </w:rPr>
        <w:t xml:space="preserve">[01:05] </w:t>
      </w:r>
      <w:r>
        <w:t>satahein ya levels hain.</w:t>
      </w:r>
    </w:p>
    <w:p>
      <w:pPr>
        <w:jc w:val="right"/>
      </w:pPr>
      <w:r>
        <w:t>سطحیں یا لیولز ہیں۔</w:t>
      </w:r>
    </w:p>
    <w:p>
      <w:r>
        <w:rPr>
          <w:b/>
        </w:rPr>
        <w:t xml:space="preserve">[01:10] </w:t>
      </w:r>
      <w:r>
        <w:t>aik hai woh satah jo arabi zaban bakhobi janne se hasil hoti hai.</w:t>
      </w:r>
    </w:p>
    <w:p>
      <w:pPr>
        <w:jc w:val="right"/>
      </w:pPr>
      <w:r>
        <w:t>ایک ہے وہ سطح جو عربی زبان بخوبی جاننے سے حاصل ہوتی ہے۔</w:t>
      </w:r>
    </w:p>
    <w:p>
      <w:r>
        <w:rPr>
          <w:b/>
        </w:rPr>
        <w:t xml:space="preserve">[01:15] </w:t>
      </w:r>
      <w:r>
        <w:t>yeh quran fehmi ka ilmi darjah hai.</w:t>
      </w:r>
    </w:p>
    <w:p>
      <w:pPr>
        <w:jc w:val="right"/>
      </w:pPr>
      <w:r>
        <w:t>یہ قرآن فہمی کا علمی درجہ ہے۔</w:t>
      </w:r>
    </w:p>
    <w:p>
      <w:r>
        <w:rPr>
          <w:b/>
        </w:rPr>
        <w:t xml:space="preserve">[01:20] </w:t>
      </w:r>
      <w:r>
        <w:t>is satah par jo aadmi quran ko parhe, us ko quran ki baaton se maanwi waqfiyat hasil ho jaye gi.</w:t>
      </w:r>
    </w:p>
    <w:p>
      <w:pPr>
        <w:jc w:val="right"/>
      </w:pPr>
      <w:r>
        <w:t>اس سطح پر جو آدمی قرآن کو پڑھے، اس کو قرآن کی باتوں سے معنوی واقفیت حاصل ہو جائے گی۔</w:t>
      </w:r>
    </w:p>
    <w:p>
      <w:r>
        <w:rPr>
          <w:b/>
        </w:rPr>
        <w:t xml:space="preserve">[01:25] </w:t>
      </w:r>
      <w:r>
        <w:t>quran fehmi ki doosri satah woh hai jo tadabur ke zariye hasil hoti hai.</w:t>
      </w:r>
    </w:p>
    <w:p>
      <w:pPr>
        <w:jc w:val="right"/>
      </w:pPr>
      <w:r>
        <w:t>قرآن فہمی کی دوسری سطح وہ ہے جو تدبر کے ذریعے حاصل ہوتی ہے۔</w:t>
      </w:r>
    </w:p>
    <w:p>
      <w:r>
        <w:rPr>
          <w:b/>
        </w:rPr>
        <w:t xml:space="preserve">[01:30] </w:t>
      </w:r>
      <w:r>
        <w:t>is doosri satah par quran fehmi ke zariye aadmi ko gehri rehnumai hasil hoti hai, jis ko naseehat</w:t>
      </w:r>
    </w:p>
    <w:p>
      <w:pPr>
        <w:jc w:val="right"/>
      </w:pPr>
      <w:r>
        <w:t>اس دوسری سطح پر قرآن فہمی کے ذریعے آدمی کو گہری رہنمائی حاصل ہوتی ہے، جس کو نصیحت</w:t>
      </w:r>
    </w:p>
    <w:p>
      <w:r>
        <w:rPr>
          <w:b/>
        </w:rPr>
        <w:t xml:space="preserve">[01:35] </w:t>
      </w:r>
      <w:r>
        <w:t>kaha jata hai.</w:t>
      </w:r>
    </w:p>
    <w:p>
      <w:pPr>
        <w:jc w:val="right"/>
      </w:pPr>
      <w:r>
        <w:t>کہا جاتا ہے۔</w:t>
      </w:r>
    </w:p>
    <w:p>
      <w:r>
        <w:rPr>
          <w:b/>
        </w:rPr>
        <w:t xml:space="preserve">[01:40] </w:t>
      </w:r>
      <w:r>
        <w:t>misalan quran mein maah ramzan ka bayan hai, us ke baad farmaya: "faman shahida minkum alshahara falyasumaho".</w:t>
      </w:r>
    </w:p>
    <w:p>
      <w:pPr>
        <w:jc w:val="right"/>
      </w:pPr>
      <w:r>
        <w:t>مثلاً قرآن میں ماہ رمضان کا بیان ہے، اس کے بعد فرمایا: "فمن شہد منکم الشہر فلیسمہ"۔</w:t>
      </w:r>
    </w:p>
    <w:p>
      <w:r>
        <w:rPr>
          <w:b/>
        </w:rPr>
        <w:t xml:space="preserve">[01:45] </w:t>
      </w:r>
      <w:r>
        <w:t>arabi zaban se waqfiyat rakhne wala aadmi jab is aayat ko parhe ga to woh aayat ka fiqhi</w:t>
      </w:r>
    </w:p>
    <w:p>
      <w:pPr>
        <w:jc w:val="right"/>
      </w:pPr>
      <w:r>
        <w:t>عربی زبان سے واقفیت رکھنے والا آدمی جب اس آیت کو پڑھے گا تو وہ آیت کا فقہی</w:t>
      </w:r>
    </w:p>
    <w:p>
      <w:r>
        <w:rPr>
          <w:b/>
        </w:rPr>
        <w:t xml:space="preserve">[01:50] </w:t>
      </w:r>
      <w:r>
        <w:t>mafhoom jaan le ga.</w:t>
      </w:r>
    </w:p>
    <w:p>
      <w:pPr>
        <w:jc w:val="right"/>
      </w:pPr>
      <w:r>
        <w:t>مفہوم جان لے گا۔</w:t>
      </w:r>
    </w:p>
    <w:p>
      <w:r>
        <w:rPr>
          <w:b/>
        </w:rPr>
        <w:t xml:space="preserve">[01:55] </w:t>
      </w:r>
      <w:r>
        <w:t>yani ramzan ke mahine mein roza rakhna farz hai.</w:t>
      </w:r>
    </w:p>
    <w:p>
      <w:pPr>
        <w:jc w:val="right"/>
      </w:pPr>
      <w:r>
        <w:t>یعنی رمضان کے مہینے میں روزہ رکھنا فرض ہے۔</w:t>
      </w:r>
    </w:p>
    <w:p>
      <w:r>
        <w:rPr>
          <w:b/>
        </w:rPr>
        <w:t xml:space="preserve">[02:00] </w:t>
      </w:r>
      <w:r>
        <w:t>is silsilah bayan ki agli aayat ka tarjuma yeh hai: "aur jab mere bande tum se meri baat</w:t>
      </w:r>
    </w:p>
    <w:p>
      <w:pPr>
        <w:jc w:val="right"/>
      </w:pPr>
      <w:r>
        <w:t>اس سلسلہ بیان کی اگلی آیت کا ترجمہ یہ ہے: "اور جب میرے بندے تم سے میری بابت</w:t>
      </w:r>
    </w:p>
    <w:p>
      <w:r>
        <w:rPr>
          <w:b/>
        </w:rPr>
        <w:t xml:space="preserve">[02:06] </w:t>
      </w:r>
      <w:r>
        <w:t>poochhein to main nazdeek hoon, pukarne wale ki pukar ka jawab deta hoon, jabke woh mujhe pukarta hai.</w:t>
      </w:r>
    </w:p>
    <w:p>
      <w:pPr>
        <w:jc w:val="right"/>
      </w:pPr>
      <w:r>
        <w:t>پوچھیں تو میں نزدیک ہوں، پکارنے والے کی پکار کا جواب دیتا ہوں، جبکہ وہ مجھے پکارتا ہے۔</w:t>
      </w:r>
    </w:p>
    <w:p>
      <w:r>
        <w:rPr>
          <w:b/>
        </w:rPr>
        <w:t xml:space="preserve">[02:12] </w:t>
      </w:r>
      <w:r>
        <w:t>to chahiye ke woh mera hukum maane aur mujh par yaqeen rakhe taake woh hidayat paaye".</w:t>
      </w:r>
    </w:p>
    <w:p>
      <w:pPr>
        <w:jc w:val="right"/>
      </w:pPr>
      <w:r>
        <w:t>تو چاہیے کہ وہ میرا حکم مانے اور مجھ پر یقین رکھے تاکہ وہ ہدایت پائے"۔</w:t>
      </w:r>
    </w:p>
    <w:p>
      <w:r>
        <w:rPr>
          <w:b/>
        </w:rPr>
        <w:t xml:space="preserve">[02:18] </w:t>
      </w:r>
      <w:r>
        <w:t>is aayat ko parh kar arabi zaban janne wala yeh samajh le ga ke Allah se sawal karne</w:t>
      </w:r>
    </w:p>
    <w:p>
      <w:pPr>
        <w:jc w:val="right"/>
      </w:pPr>
      <w:r>
        <w:t>اس آیت کو پڑھ کر عربی زبان جاننے والا یہ سمجھ لے گا کہ اللہ سے سوال کرنے</w:t>
      </w:r>
    </w:p>
    <w:p>
      <w:r>
        <w:rPr>
          <w:b/>
        </w:rPr>
        <w:t xml:space="preserve">[02:24] </w:t>
      </w:r>
      <w:r>
        <w:t>wala admi Allah se qareeb hai aur is ke sawal ka</w:t>
      </w:r>
    </w:p>
    <w:p>
      <w:pPr>
        <w:jc w:val="right"/>
      </w:pPr>
      <w:r>
        <w:t>والا آدمی اللہ سے قریب ہے اور اس کے سوال کا</w:t>
      </w:r>
    </w:p>
    <w:p>
      <w:r>
        <w:rPr>
          <w:b/>
        </w:rPr>
        <w:t xml:space="preserve">[02:30] </w:t>
      </w:r>
      <w:r>
        <w:t>jawab deta hai.</w:t>
      </w:r>
    </w:p>
    <w:p>
      <w:pPr>
        <w:jc w:val="right"/>
      </w:pPr>
      <w:r>
        <w:t>جواب دیتا ہے۔</w:t>
      </w:r>
    </w:p>
    <w:p>
      <w:r>
        <w:rPr>
          <w:b/>
        </w:rPr>
        <w:t xml:space="preserve">[02:36] </w:t>
      </w:r>
      <w:r>
        <w:t>lekin yeh jawab kis surat mein aata hai, yeh mujarrad arabi zaban janne se maloom nahi hota, balke</w:t>
      </w:r>
    </w:p>
    <w:p>
      <w:pPr>
        <w:jc w:val="right"/>
      </w:pPr>
      <w:r>
        <w:t>لیکن یہ جواب کس صورت میں آتا ہے، یہ مجرد عربی زبان جاننے سے معلوم نہیں ہوتا، بلکہ</w:t>
      </w:r>
    </w:p>
    <w:p>
      <w:r>
        <w:rPr>
          <w:b/>
        </w:rPr>
        <w:t xml:space="preserve">[02:41] </w:t>
      </w:r>
      <w:r>
        <w:t>ghor o fikr karne se is ka adrak ho sakta hai.</w:t>
      </w:r>
    </w:p>
    <w:p>
      <w:pPr>
        <w:jc w:val="right"/>
      </w:pPr>
      <w:r>
        <w:t>غور و فکر کرنے سے اس کا ادراک ہو سکتا ہے۔</w:t>
      </w:r>
    </w:p>
    <w:p>
      <w:r>
        <w:rPr>
          <w:b/>
        </w:rPr>
        <w:t xml:space="preserve">[02:46] </w:t>
      </w:r>
      <w:r>
        <w:t>yani ayat par tadabbur karne ke zariye se.</w:t>
      </w:r>
    </w:p>
    <w:p>
      <w:pPr>
        <w:jc w:val="right"/>
      </w:pPr>
      <w:r>
        <w:t>یعنی آیت پر تدبر کرنے کے ذریعے سے۔</w:t>
      </w:r>
    </w:p>
    <w:p>
      <w:r>
        <w:rPr>
          <w:b/>
        </w:rPr>
        <w:t xml:space="preserve">[02:51] </w:t>
      </w:r>
      <w:r>
        <w:t>quran ki do ayatein.</w:t>
      </w:r>
    </w:p>
    <w:p>
      <w:pPr>
        <w:jc w:val="right"/>
      </w:pPr>
      <w:r>
        <w:t>قرآن کی دو آیتیں۔</w:t>
      </w:r>
    </w:p>
    <w:p>
      <w:r>
        <w:rPr>
          <w:b/>
        </w:rPr>
        <w:t xml:space="preserve">[02:56] </w:t>
      </w:r>
      <w:r>
        <w:t>quran ke mutalliq se maloom hota hai</w:t>
      </w:r>
    </w:p>
    <w:p>
      <w:pPr>
        <w:jc w:val="right"/>
      </w:pPr>
      <w:r>
        <w:t>قرآن کے متعلق سے معلوم ہوتا ہے</w:t>
      </w:r>
    </w:p>
    <w:p>
      <w:r>
        <w:rPr>
          <w:b/>
        </w:rPr>
        <w:t xml:space="preserve">[03:01] </w:t>
      </w:r>
      <w:r>
        <w:t>ke quran fehmi ke liye pehli shart Allah ka khauf hai.</w:t>
      </w:r>
    </w:p>
    <w:p>
      <w:pPr>
        <w:jc w:val="right"/>
      </w:pPr>
      <w:r>
        <w:t>کہ قرآن فہمی کے لیے پہلی شرط اللہ کا خوف ہے۔</w:t>
      </w:r>
    </w:p>
    <w:p>
      <w:r>
        <w:rPr>
          <w:b/>
        </w:rPr>
        <w:t xml:space="preserve">[03:08] </w:t>
      </w:r>
      <w:r>
        <w:t>is silsile mein quran ki ek ayat yeh hai: "واتقوا اللہ ویعلمکم اللہ واللہ بکل شی علیم".</w:t>
      </w:r>
    </w:p>
    <w:p>
      <w:pPr>
        <w:jc w:val="right"/>
      </w:pPr>
      <w:r>
        <w:t>اس سلسلے میں قرآن کی ایک آیت یہ ہے: "واتقوا اللہ ویعلمکم اللہ واللہ بکل شی علیم"۔</w:t>
      </w:r>
    </w:p>
    <w:p>
      <w:r>
        <w:rPr>
          <w:b/>
        </w:rPr>
        <w:t xml:space="preserve">[03:16] </w:t>
      </w:r>
      <w:r>
        <w:t>yani aur Allah se daro, Allah tum ko ilm deta hai aur Allah har cheez ka janne wala hai.</w:t>
      </w:r>
    </w:p>
    <w:p>
      <w:pPr>
        <w:jc w:val="right"/>
      </w:pPr>
      <w:r>
        <w:t>یعنی اور اللہ سے ڈرو، اللہ تم کو علم دیتا ہے اور اللہ ہر چیز کا جاننے والا ہے۔</w:t>
      </w:r>
    </w:p>
    <w:p>
      <w:r>
        <w:rPr>
          <w:b/>
        </w:rPr>
        <w:t xml:space="preserve">[03:23] </w:t>
      </w:r>
      <w:r>
        <w:t>taqwa aur ilm ka talluq yeh hai ke taqwa admi ko insan asli yani men k</w:t>
      </w:r>
    </w:p>
    <w:p>
      <w:pPr>
        <w:jc w:val="right"/>
      </w:pPr>
      <w:r>
        <w:t>تقویٰ اور علم کا تعلق یہ ہے کہ تقویٰ آدمی کو انسانِ اصلی یعنی مین ک</w:t>
      </w:r>
    </w:p>
    <w:p>
      <w:r>
        <w:rPr>
          <w:b/>
        </w:rPr>
        <w:t xml:space="preserve">[03:31] </w:t>
      </w:r>
      <w:r>
        <w:t>t t to size banata hai.</w:t>
      </w:r>
    </w:p>
    <w:p>
      <w:pPr>
        <w:jc w:val="right"/>
      </w:pPr>
      <w:r>
        <w:t>ٹ ٹو سائز بناتا ہے۔</w:t>
      </w:r>
    </w:p>
    <w:p>
      <w:r>
        <w:rPr>
          <w:b/>
        </w:rPr>
        <w:t xml:space="preserve">[03:37] </w:t>
      </w:r>
      <w:r>
        <w:t>yani insan apni fikr ke aitbar se wahan pahunch jata hai jahan bator haqeeqat is ko hona chahiye.</w:t>
      </w:r>
    </w:p>
    <w:p>
      <w:pPr>
        <w:jc w:val="right"/>
      </w:pPr>
      <w:r>
        <w:t>یعنی انسان اپنی فکر کے اعتبار سے وہاں پہنچ جاتا ہے جہاں بطور حقیقت اس کو ہونا چاہیے۔</w:t>
      </w:r>
    </w:p>
    <w:p>
      <w:r>
        <w:rPr>
          <w:b/>
        </w:rPr>
        <w:t xml:space="preserve">[03:43] </w:t>
      </w:r>
      <w:r>
        <w:t>jab Allah rab ul alameen ki marifat se insan insan asli ban jaye, us waqt insan ke andar haqeeqat</w:t>
      </w:r>
    </w:p>
    <w:p>
      <w:pPr>
        <w:jc w:val="right"/>
      </w:pPr>
      <w:r>
        <w:t>جب اللہ رب العالمین کی معرفت سے انسان انسانِ اصلی بن جائے، اس وقت انسان کے اندر حقیقت</w:t>
      </w:r>
    </w:p>
    <w:p>
      <w:r>
        <w:rPr>
          <w:b/>
        </w:rPr>
        <w:t xml:space="preserve">[03:49] </w:t>
      </w:r>
      <w:r>
        <w:t>پسندانہ سوچ یا realistic approach پیدا ہو جاتی ہے۔</w:t>
      </w:r>
    </w:p>
    <w:p>
      <w:pPr>
        <w:jc w:val="right"/>
      </w:pPr>
      <w:r>
        <w:t>پسندانہ سوچ یا ریلسٹک اپروچ پیدا ہو جاتی ہے۔</w:t>
      </w:r>
    </w:p>
    <w:p>
      <w:r>
        <w:rPr>
          <w:b/>
        </w:rPr>
        <w:t xml:space="preserve">[03:55] </w:t>
      </w:r>
      <w:r>
        <w:t>جب انسان cut to size ہو کر اس حد پر پہنچ جائے،</w:t>
      </w:r>
    </w:p>
    <w:p>
      <w:pPr>
        <w:jc w:val="right"/>
      </w:pPr>
      <w:r>
        <w:t>جب انسان کٹ ٹو سائز ہو کر اس حد پر پہنچ جائے،</w:t>
      </w:r>
    </w:p>
    <w:p>
      <w:r>
        <w:rPr>
          <w:b/>
        </w:rPr>
        <w:t xml:space="preserve">[04:01] </w:t>
      </w:r>
      <w:r>
        <w:t>اس وقت وہ اس قابل بن جاتا ہے کہ وہ چیزوں کو as it is دیکھنے لگے۔</w:t>
      </w:r>
    </w:p>
    <w:p>
      <w:pPr>
        <w:jc w:val="right"/>
      </w:pPr>
      <w:r>
        <w:t>اس وقت وہ اس قابل بن جاتا ہے کہ وہ چیزوں کو ایز اٹ از دیکھنے لگے۔</w:t>
      </w:r>
    </w:p>
    <w:p>
      <w:r>
        <w:rPr>
          <w:b/>
        </w:rPr>
        <w:t xml:space="preserve">[04:07] </w:t>
      </w:r>
      <w:r>
        <w:t>اور as it is thinking ہی وہ واحد شرط ہے جو آدمی کو حقیقی معنوں میں کلامِ الہی</w:t>
      </w:r>
    </w:p>
    <w:p>
      <w:pPr>
        <w:jc w:val="right"/>
      </w:pPr>
      <w:r>
        <w:t>اور ایز اٹ از تھنکنگ ہی وہ واحد شرط ہے جو آدمی کو حقیقی معنوں میں کلامِ الہی</w:t>
      </w:r>
    </w:p>
    <w:p>
      <w:r>
        <w:rPr>
          <w:b/>
        </w:rPr>
        <w:t xml:space="preserve">[04:13] </w:t>
      </w:r>
      <w:r>
        <w:t>ko samajhne ke qabil banati hai.</w:t>
      </w:r>
    </w:p>
    <w:p>
      <w:pPr>
        <w:jc w:val="right"/>
      </w:pPr>
      <w:r>
        <w:t>کو سمجھنے کے قابل بناتی ہے۔</w:t>
      </w:r>
    </w:p>
    <w:p>
      <w:r>
        <w:rPr>
          <w:b/>
        </w:rPr>
        <w:t xml:space="preserve">[04:19] </w:t>
      </w:r>
      <w:r>
        <w:t>is silsile mein doosri aham ayat yeh hai: "کتابٌ أنزلناه إليك مباركٌ ليدبروا آیاته وليتذكروا أولو الألباب".</w:t>
      </w:r>
    </w:p>
    <w:p>
      <w:pPr>
        <w:jc w:val="right"/>
      </w:pPr>
      <w:r>
        <w:t>اس سلسلے میں دوسری اہم آیت یہ ہے: "کتابٌ أنزلناه إليك مباركٌ ليدبروا آیاته وليتذكروا أولو الألباب"۔</w:t>
      </w:r>
    </w:p>
    <w:p>
      <w:r>
        <w:rPr>
          <w:b/>
        </w:rPr>
        <w:t xml:space="preserve">[04:25] </w:t>
      </w:r>
      <w:r>
        <w:t>yani yeh ek b</w:t>
      </w:r>
    </w:p>
    <w:p>
      <w:pPr>
        <w:jc w:val="right"/>
      </w:pPr>
      <w:r>
        <w:t>یعنی یہ ایک ب</w:t>
      </w:r>
    </w:p>
    <w:p>
      <w:r>
        <w:rPr>
          <w:b/>
        </w:rPr>
        <w:t xml:space="preserve">[04:31] </w:t>
      </w:r>
      <w:r>
        <w:t>arkat kitab hai jo hum ne tumhari taraf utari hai taake log is ki ayaton par ghor karen</w:t>
      </w:r>
    </w:p>
    <w:p>
      <w:pPr>
        <w:jc w:val="right"/>
      </w:pPr>
      <w:r>
        <w:t>ابرکت کتاب ہے جو ہم نے تمہاری طرف اتاری ہے تاکہ لوگ اس کی آیتوں پر غور کریں</w:t>
      </w:r>
    </w:p>
    <w:p>
      <w:r>
        <w:rPr>
          <w:b/>
        </w:rPr>
        <w:t xml:space="preserve">[04:38] </w:t>
      </w:r>
      <w:r>
        <w:t>aur taake aqal wale is se naseehat hasil karen.</w:t>
      </w:r>
    </w:p>
    <w:p>
      <w:pPr>
        <w:jc w:val="right"/>
      </w:pPr>
      <w:r>
        <w:t>اور تاکہ عقل والے اس سے نصیحت حاصل کریں۔</w:t>
      </w:r>
    </w:p>
    <w:p>
      <w:r>
        <w:rPr>
          <w:b/>
        </w:rPr>
        <w:t xml:space="preserve">[04:44] </w:t>
      </w:r>
      <w:r>
        <w:t>quran ki yeh ayat batati hai ke quran ke mutale ka meyar ya criterion kya hai.</w:t>
      </w:r>
    </w:p>
    <w:p>
      <w:pPr>
        <w:jc w:val="right"/>
      </w:pPr>
      <w:r>
        <w:t>قرآن کی یہ آیت بتاتی ہے کہ قرآن کے مطالعے کا معیار یا کرائٹیرین کیا ہے۔</w:t>
      </w:r>
    </w:p>
    <w:p>
      <w:r>
        <w:rPr>
          <w:b/>
        </w:rPr>
        <w:t xml:space="preserve">[04:50] </w:t>
      </w:r>
      <w:r>
        <w:t>wo sirf ek hai, wo yeh ke quran ka mutale admi ke liye zikr o naseehat ka zariya ban jaye.</w:t>
      </w:r>
    </w:p>
    <w:p>
      <w:pPr>
        <w:jc w:val="right"/>
      </w:pPr>
      <w:r>
        <w:t>وہ صرف ایک ہے، وہ یہ کہ قرآن کا مطالعہ آدمی کے لیے ذکر و نصیحت کا ذریعہ بن جائے۔</w:t>
      </w:r>
    </w:p>
    <w:p>
      <w:r>
        <w:rPr>
          <w:b/>
        </w:rPr>
        <w:t xml:space="preserve">[04:56] </w:t>
      </w:r>
      <w:r>
        <w:t>koi bhi doosri cheez, khwah bظاهر wo kitni hi zyada aham ho</w:t>
      </w:r>
    </w:p>
    <w:p>
      <w:pPr>
        <w:jc w:val="right"/>
      </w:pPr>
      <w:r>
        <w:t>کوئی بھی دوسری چیز، خواہ بظاہر وہ کتنی ہی زیادہ اہم ہو</w:t>
      </w:r>
    </w:p>
    <w:p>
      <w:r>
        <w:rPr>
          <w:b/>
        </w:rPr>
        <w:t xml:space="preserve">[05:02] </w:t>
      </w:r>
      <w:r>
        <w:t>wo kalam ilahi ke mutale ka meyar nahi ban sakti.</w:t>
      </w:r>
    </w:p>
    <w:p>
      <w:pPr>
        <w:jc w:val="right"/>
      </w:pPr>
      <w:r>
        <w:t>، وہ کلامِ الہی کے مطالعے کا معیار نہیں بن سکتی۔</w:t>
      </w:r>
    </w:p>
    <w:p>
      <w:r>
        <w:rPr>
          <w:b/>
        </w:rPr>
        <w:t xml:space="preserve">[05:08] </w:t>
      </w:r>
      <w:r>
        <w:t>khwah quran ke mutale ke liye sahi tareeqa kar ka mamla ho ya quran ke mutale se nateeja</w:t>
      </w:r>
    </w:p>
    <w:p>
      <w:pPr>
        <w:jc w:val="right"/>
      </w:pPr>
      <w:r>
        <w:t>خواہ قرآن کے مطالعے کے لیے صحیح طریقہ کار کا معاملہ ہو یا قرآن کے مطالعے سے نتیجہ</w:t>
      </w:r>
    </w:p>
    <w:p>
      <w:r>
        <w:rPr>
          <w:b/>
        </w:rPr>
        <w:t xml:space="preserve">[05:14] </w:t>
      </w:r>
      <w:r>
        <w:t>akhaz karne ka mamla ho, dono mamlon mein ek hi durust meyar hai, wo meyar jo quran se sabit ho.</w:t>
      </w:r>
    </w:p>
    <w:p>
      <w:pPr>
        <w:jc w:val="right"/>
      </w:pPr>
      <w:r>
        <w:t>اخذ کرنے کا معاملہ ہو، دونوں معاملوں میں ایک ہی درست معیار ہے، وہ معیار جو قرآن سے ثابت ہو۔</w:t>
      </w:r>
    </w:p>
    <w:p>
      <w:r>
        <w:rPr>
          <w:b/>
        </w:rPr>
        <w:t xml:space="preserve">[05:20] </w:t>
      </w:r>
      <w:r>
        <w:t>aadmi ko chahiye ke woh apni soch se koi meyar qaim na kare, balke woh intehai sanjeedgi ke</w:t>
      </w:r>
    </w:p>
    <w:p>
      <w:pPr>
        <w:jc w:val="right"/>
      </w:pPr>
      <w:r>
        <w:t>آدمی کو چاہیے کہ وہ اپنی سوچ سے کوئی معیار قائم نہ کرے، بلکہ وہ انتہائی سنجیدگی کے</w:t>
      </w:r>
    </w:p>
    <w:p>
      <w:r>
        <w:rPr>
          <w:b/>
        </w:rPr>
        <w:t xml:space="preserve">[05:26] </w:t>
      </w:r>
      <w:r>
        <w:t>saath quran ka mutala kar ke</w:t>
      </w:r>
    </w:p>
    <w:p>
      <w:pPr>
        <w:jc w:val="right"/>
      </w:pPr>
      <w:r>
        <w:t>ساتھ قرآن کا مطالعہ کر کے</w:t>
      </w:r>
    </w:p>
    <w:p>
      <w:r>
        <w:rPr>
          <w:b/>
        </w:rPr>
        <w:t xml:space="preserve">[05:32] </w:t>
      </w:r>
      <w:r>
        <w:t>is se durust meyar ko akhaz kare.</w:t>
      </w:r>
    </w:p>
    <w:p>
      <w:pPr>
        <w:jc w:val="right"/>
      </w:pPr>
      <w:r>
        <w:t>اس سے درست معیار کو اخذ کرے۔</w:t>
      </w:r>
    </w:p>
    <w:p>
      <w:r>
        <w:rPr>
          <w:b/>
        </w:rPr>
        <w:t xml:space="preserve">[05:38] </w:t>
      </w:r>
      <w:r>
        <w:t>bismillah se aghaz.</w:t>
      </w:r>
    </w:p>
    <w:p>
      <w:pPr>
        <w:jc w:val="right"/>
      </w:pPr>
      <w:r>
        <w:t>بسم اللہ سے آغاز۔</w:t>
      </w:r>
    </w:p>
    <w:p>
      <w:r>
        <w:rPr>
          <w:b/>
        </w:rPr>
        <w:t xml:space="preserve">[05:44] </w:t>
      </w:r>
      <w:r>
        <w:t>ek hadith rasool in alfaaz mein aayi hai: "kul kalam ya amr-e-zi-baal la yiftah bi zikrillah</w:t>
      </w:r>
    </w:p>
    <w:p>
      <w:pPr>
        <w:jc w:val="right"/>
      </w:pPr>
      <w:r>
        <w:t>ایک حدیث رسول ان الفاظ میں آئی ہے: "کل کلام أو أمر ذی بال لا یفتح بذکر اللہ</w:t>
      </w:r>
    </w:p>
    <w:p>
      <w:r>
        <w:rPr>
          <w:b/>
        </w:rPr>
        <w:t xml:space="preserve">[05:50] </w:t>
      </w:r>
      <w:r>
        <w:t>fa huwa abtar aw qata'".</w:t>
      </w:r>
    </w:p>
    <w:p>
      <w:pPr>
        <w:jc w:val="right"/>
      </w:pPr>
      <w:r>
        <w:t>فہو أبد أو قال أقطع"۔</w:t>
      </w:r>
    </w:p>
    <w:p>
      <w:r>
        <w:rPr>
          <w:b/>
        </w:rPr>
        <w:t xml:space="preserve">[05:56] </w:t>
      </w:r>
      <w:r>
        <w:t>musnad ahmad, hadith</w:t>
      </w:r>
    </w:p>
    <w:p>
      <w:pPr>
        <w:jc w:val="right"/>
      </w:pPr>
      <w:r>
        <w:t>مسند احمد، حدیث</w:t>
      </w:r>
    </w:p>
    <w:p>
      <w:r>
        <w:rPr>
          <w:b/>
        </w:rPr>
        <w:t xml:space="preserve">[06:02] </w:t>
      </w:r>
      <w:r>
        <w:t>number 8712.</w:t>
      </w:r>
    </w:p>
    <w:p>
      <w:pPr>
        <w:jc w:val="right"/>
      </w:pPr>
      <w:r>
        <w:t>نمبر 8712۔</w:t>
      </w:r>
    </w:p>
    <w:p>
      <w:r>
        <w:rPr>
          <w:b/>
        </w:rPr>
        <w:t xml:space="preserve">[06:07] </w:t>
      </w:r>
      <w:r>
        <w:t>yani har kalam ya aham moamla jis ko Allah ke zikr se shuru na kiya jaye to woh</w:t>
      </w:r>
    </w:p>
    <w:p>
      <w:pPr>
        <w:jc w:val="right"/>
      </w:pPr>
      <w:r>
        <w:t>یعنی ہر کلام یا اہم معاملہ جس کو اللہ کے ذکر سے شروع نہ کیا جائے تو وہ</w:t>
      </w:r>
    </w:p>
    <w:p>
      <w:r>
        <w:rPr>
          <w:b/>
        </w:rPr>
        <w:t xml:space="preserve">[06:12] </w:t>
      </w:r>
      <w:r>
        <w:t>dam breeda ya kata hua hai.</w:t>
      </w:r>
    </w:p>
    <w:p>
      <w:pPr>
        <w:jc w:val="right"/>
      </w:pPr>
      <w:r>
        <w:t>دم بریدہ یا کٹا ہوا ہے۔</w:t>
      </w:r>
    </w:p>
    <w:p>
      <w:r>
        <w:rPr>
          <w:b/>
        </w:rPr>
        <w:t xml:space="preserve">[06:17] </w:t>
      </w:r>
      <w:r>
        <w:t>yeh riwayat hadith ki mukhtalif kitabon mein mukhtalif alfaaz mein aayi hai.</w:t>
      </w:r>
    </w:p>
    <w:p>
      <w:pPr>
        <w:jc w:val="right"/>
      </w:pPr>
      <w:r>
        <w:t>یہ روایت حدیث کی مختلف کتابوں میں مختلف الفاظ میں آئی ہے۔</w:t>
      </w:r>
    </w:p>
    <w:p>
      <w:r>
        <w:rPr>
          <w:b/>
        </w:rPr>
        <w:t xml:space="preserve">[06:22] </w:t>
      </w:r>
      <w:r>
        <w:t>in ka mushtarak mafhoom yeh hai ke jis kaam ka aghaz bismillah se kiya jaye, is ka</w:t>
      </w:r>
    </w:p>
    <w:p>
      <w:pPr>
        <w:jc w:val="right"/>
      </w:pPr>
      <w:r>
        <w:t>ان کا مشترک مفہوم یہ ہے کہ جس کام کا آغاز بسم اللہ سے کیا جائے، اس کا</w:t>
      </w:r>
    </w:p>
    <w:p>
      <w:r>
        <w:rPr>
          <w:b/>
        </w:rPr>
        <w:t xml:space="preserve">[06:27] </w:t>
      </w:r>
      <w:r>
        <w:t>anjaam behtar hoga, aur jis kaam ka aghaz bismillah se na</w:t>
      </w:r>
    </w:p>
    <w:p>
      <w:pPr>
        <w:jc w:val="right"/>
      </w:pPr>
      <w:r>
        <w:t>انجام بہتر ہوگا، اور جس کام کا آغاز بسم اللہ سے نہ</w:t>
      </w:r>
    </w:p>
    <w:p>
      <w:r>
        <w:rPr>
          <w:b/>
        </w:rPr>
        <w:t xml:space="preserve">[06:32] </w:t>
      </w:r>
      <w:r>
        <w:t>kiya jaye, us ka anjam be natija hoga. bismillah se aaghaz ka matlab mahaz lafzi aaghaz nahi hai, balkeh is ka matlab kaam mein khudai spirit ka hona hai, na ke lafzi aitbar se dohra dena. bismillah se aaghaz ka matlab yeh hai ke kisi kaam ko sahih rukh se aaghaz karna, kisi kaam ko hausla mandana spirit ke sath aaghaz karna, kisi</w:t>
      </w:r>
    </w:p>
    <w:p>
      <w:pPr>
        <w:jc w:val="right"/>
      </w:pPr>
      <w:r>
        <w:t>کیا جائے، اس کا انجام بے نتیجہ ہوگا۔ بسم اللہ سے آغاز کا مطلب محض لفظی آغاز نہیں ہے، بلکہ اس کا مطلب کام میں خدائی اسپرٹ کا ہونا ہے، نہ کہ لفظی اعتبار سے دہرا دینا۔ بسم اللہ سے آغاز کا مطلب یہ ہے کہ کسی کام کو صحیح رخ سے آغاز کرنا، کسی کام کو حوصلہ مندانہ اسپرٹ کے ساتھ آغاز کرنا، کسی</w:t>
      </w:r>
    </w:p>
    <w:p>
      <w:r>
        <w:rPr>
          <w:b/>
        </w:rPr>
        <w:t xml:space="preserve">[07:02] </w:t>
      </w:r>
      <w:r>
        <w:t>kaam ko us zehan ke saath aghaz karna ke karne wala agarchay insaan hai, lekin is ki takmeel</w:t>
      </w:r>
    </w:p>
    <w:p>
      <w:pPr>
        <w:jc w:val="right"/>
      </w:pPr>
      <w:r>
        <w:t>کام کو اس ذہن کے ساتھ آغاز کرنا کہ کرنے والا اگرچہ انسان ہے، لیکن اس کی تکمیل</w:t>
      </w:r>
    </w:p>
    <w:p>
      <w:r>
        <w:rPr>
          <w:b/>
        </w:rPr>
        <w:t xml:space="preserve">[07:10] </w:t>
      </w:r>
      <w:r>
        <w:t>Allah rab-ul-alameen ke hath mein hai, aur Allah rab-ul-alameen zaroor is kaam ko takmeel tak pounchaye ga.</w:t>
      </w:r>
    </w:p>
    <w:p>
      <w:pPr>
        <w:jc w:val="right"/>
      </w:pPr>
      <w:r>
        <w:t>اللہ رب العالمین کے ہاتھ میں ہے، اور اللہ رب العالمین ضرور اس کام کو تکمیل تک پہنچائے گا۔</w:t>
      </w:r>
    </w:p>
    <w:p>
      <w:r>
        <w:rPr>
          <w:b/>
        </w:rPr>
        <w:t xml:space="preserve">[07:17] </w:t>
      </w:r>
      <w:r>
        <w:t>kisi kaam ko bismillah-ir-rehman-ir-reheem ke saath shuru karna yeh mani rakhta hai ke bande ne</w:t>
      </w:r>
    </w:p>
    <w:p>
      <w:pPr>
        <w:jc w:val="right"/>
      </w:pPr>
      <w:r>
        <w:t>کسی کام کو بسم اللہ الرحمن الرحیم کے ساتھ شروع کرنا یہ معنی رکھتا ہے کہ بندے نے</w:t>
      </w:r>
    </w:p>
    <w:p>
      <w:r>
        <w:rPr>
          <w:b/>
        </w:rPr>
        <w:t xml:space="preserve">[07:25] </w:t>
      </w:r>
      <w:r>
        <w:t>apne zaati azm ya determination ke saath Allah rab-ul-alameen ki rehmat ko bhi</w:t>
      </w:r>
    </w:p>
    <w:p>
      <w:pPr>
        <w:jc w:val="right"/>
      </w:pPr>
      <w:r>
        <w:t>اپنے ذاتی عزم یا ڈیٹرمینیشن کے ساتھ اللہ رب العالمین کی رحمت کو بھی</w:t>
      </w:r>
    </w:p>
    <w:p>
      <w:r>
        <w:rPr>
          <w:b/>
        </w:rPr>
        <w:t xml:space="preserve">[07:33] </w:t>
      </w:r>
      <w:r>
        <w:t>poori tarah shamil kar liya hai.</w:t>
      </w:r>
    </w:p>
    <w:p>
      <w:pPr>
        <w:jc w:val="right"/>
      </w:pPr>
      <w:r>
        <w:t>پوری طرح شامل کر لیا ہے۔</w:t>
      </w:r>
    </w:p>
    <w:p>
      <w:r>
        <w:rPr>
          <w:b/>
        </w:rPr>
        <w:t xml:space="preserve">[07:38] </w:t>
      </w:r>
      <w:r>
        <w:t>is ne apne andar yeh spirit shamil ya inculcate ki hai ke khwah halaat kuch bhi paish aayen,</w:t>
      </w:r>
    </w:p>
    <w:p>
      <w:pPr>
        <w:jc w:val="right"/>
      </w:pPr>
      <w:r>
        <w:t>اس نے اپنے اندر یہ اسپرٹ شامل یا انکلکیٹ کی ہے کہ خواہ حالات کچھ بھی پیش آئیں،</w:t>
      </w:r>
    </w:p>
    <w:p>
      <w:r>
        <w:rPr>
          <w:b/>
        </w:rPr>
        <w:t xml:space="preserve">[07:43] </w:t>
      </w:r>
      <w:r>
        <w:t>is ki nazar halaat ke bajaye Allah ki rehmat par honi chahiye.</w:t>
      </w:r>
    </w:p>
    <w:p>
      <w:pPr>
        <w:jc w:val="right"/>
      </w:pPr>
      <w:r>
        <w:t>اس کی نظر حالات کے بجائے اللہ کی رحمت پر ہونی چاہیے۔</w:t>
      </w:r>
    </w:p>
    <w:p>
      <w:r>
        <w:rPr>
          <w:b/>
        </w:rPr>
        <w:t xml:space="preserve">[07:48] </w:t>
      </w:r>
      <w:r>
        <w:t>bande ke wasail hamesha mehdood hote hain, lekin Allah ki rehmat ki koi had nahin.</w:t>
      </w:r>
    </w:p>
    <w:p>
      <w:pPr>
        <w:jc w:val="right"/>
      </w:pPr>
      <w:r>
        <w:t>بندے کے وسائل ہمیشہ محدود ہوتے ہیں، لیکن اللہ کی رحمت کی کوئی حد نہیں۔</w:t>
      </w:r>
    </w:p>
    <w:p>
      <w:r>
        <w:rPr>
          <w:b/>
        </w:rPr>
        <w:t xml:space="preserve">[07:53] </w:t>
      </w:r>
      <w:r>
        <w:t>aisi halat mein kisi kaam ko shuru karte hue bismillah-ir-rehman-ir-reheem ki haqeeqat ko yaad karna</w:t>
      </w:r>
    </w:p>
    <w:p>
      <w:pPr>
        <w:jc w:val="right"/>
      </w:pPr>
      <w:r>
        <w:t>ایسی حالت میں کسی کام کو شروع کرتے ہوئے بسم اللہ الرحمن الرحیم کی حقیقت کو یاد کرنا</w:t>
      </w:r>
    </w:p>
    <w:p>
      <w:r>
        <w:rPr>
          <w:b/>
        </w:rPr>
        <w:t xml:space="preserve">[07:58] </w:t>
      </w:r>
      <w:r>
        <w:t>yeh mani rakhta hai</w:t>
      </w:r>
    </w:p>
    <w:p>
      <w:pPr>
        <w:jc w:val="right"/>
      </w:pPr>
      <w:r>
        <w:t>یہ معنی رکھتا ہے</w:t>
      </w:r>
    </w:p>
    <w:p>
      <w:r>
        <w:rPr>
          <w:b/>
        </w:rPr>
        <w:t xml:space="preserve">[08:03] </w:t>
      </w:r>
      <w:r>
        <w:t>ke bande ne apni mehdoodiyat ke saath Allah ki la-mehdoodiyat ko apne saath shamil kar liya hai.</w:t>
      </w:r>
    </w:p>
    <w:p>
      <w:pPr>
        <w:jc w:val="right"/>
      </w:pPr>
      <w:r>
        <w:t>کہ بندے نے اپنی محدودیت کے ساتھ اللہ کی لامحدودیت کو اپنے ساتھ شامل کر لیا ہے۔</w:t>
      </w:r>
    </w:p>
    <w:p>
      <w:r>
        <w:rPr>
          <w:b/>
        </w:rPr>
        <w:t xml:space="preserve">[08:12] </w:t>
      </w:r>
      <w:r>
        <w:t>is ne umeed ke saath yaqeen ko apna sahara bana liya hai.</w:t>
      </w:r>
    </w:p>
    <w:p>
      <w:pPr>
        <w:jc w:val="right"/>
      </w:pPr>
      <w:r>
        <w:t>اس نے امید کے ساتھ یقین کو اپنا سہارا بنا لیا ہے۔</w:t>
      </w:r>
    </w:p>
    <w:p>
      <w:r>
        <w:rPr>
          <w:b/>
        </w:rPr>
        <w:t xml:space="preserve">[08:21] </w:t>
      </w:r>
      <w:r>
        <w:t>bande ki taraf se yeh isprit goya Allah ki rehmat ko inuk karna hai.</w:t>
      </w:r>
    </w:p>
    <w:p>
      <w:pPr>
        <w:jc w:val="right"/>
      </w:pPr>
      <w:r>
        <w:t>بندے کی طرف سے یہ اسپرٹ گویا اللہ کی رحمت کو انوک کرنا ہے۔</w:t>
      </w:r>
    </w:p>
    <w:p>
      <w:r>
        <w:rPr>
          <w:b/>
        </w:rPr>
        <w:t xml:space="preserve">[08:29] </w:t>
      </w:r>
      <w:r>
        <w:t>yeh goya ism e azam ke sath Allah ko yaad karna hai.</w:t>
      </w:r>
    </w:p>
    <w:p>
      <w:pPr>
        <w:jc w:val="right"/>
      </w:pPr>
      <w:r>
        <w:t>یہ گویا اسم اعظم کے ساتھ اللہ کو یاد کرنا ہے۔</w:t>
      </w:r>
    </w:p>
    <w:p>
      <w:r>
        <w:rPr>
          <w:b/>
        </w:rPr>
        <w:t xml:space="preserve">[08:38] </w:t>
      </w:r>
      <w:r>
        <w:t>Allah o Akbar. namaz Islam ki bunyadi ibadat hai. namaz mein bar bar yeh ailan kiya jata hai ke Allah o Akbar, Allah o Akbar, yani Allah sab se bara hai, Allah sab se bara hai. yeh Allah ki taraf se amr waqe ka ailan hai. yeh koi kalma fakhr nahi, balkeh yeh kalma waqe hai. insan</w:t>
      </w:r>
    </w:p>
    <w:p>
      <w:pPr>
        <w:jc w:val="right"/>
      </w:pPr>
      <w:r>
        <w:t>اللہ اکبر۔ نماز اسلام کی بنیادی عبادت ہے۔ نماز میں بار بار یہ اعلان کیا جاتا ہے کہ اللہ اکبر، اللہ اکبر، یعنی اللہ سب سے بڑا ہے، اللہ سب سے بڑا ہے۔ یہ اللہ کی طرف سے امر واقعہ کا اعلان ہے۔ یہ کوئی کلمہ فخر نہیں، بلکہ یہ کلمہ واقعہ ہے۔ انسان</w:t>
      </w:r>
    </w:p>
    <w:p>
      <w:r>
        <w:rPr>
          <w:b/>
        </w:rPr>
        <w:t xml:space="preserve">[09:08] </w:t>
      </w:r>
      <w:r>
        <w:t>paida hone ke baad apne charon taraf ek azeem kainat ko dekhta hai.</w:t>
      </w:r>
    </w:p>
    <w:p>
      <w:pPr>
        <w:jc w:val="right"/>
      </w:pPr>
      <w:r>
        <w:t>پیدا ہونے کے بعد اپنے چاروں طرف ایک عظیم کائنات کو دیکھتا ہے۔</w:t>
      </w:r>
    </w:p>
    <w:p>
      <w:r>
        <w:rPr>
          <w:b/>
        </w:rPr>
        <w:t xml:space="preserve">[09:14] </w:t>
      </w:r>
      <w:r>
        <w:t>woh hairani ke sath janna chahta hai ke kaun is duniya ka khaliq hai, kaun is duniya ko</w:t>
      </w:r>
    </w:p>
    <w:p>
      <w:pPr>
        <w:jc w:val="right"/>
      </w:pPr>
      <w:r>
        <w:t>وہ حیرانی کے ساتھ جاننا چاہتا ہے کہ کون اس دنیا کا خالق ہے، کون اس دنیا کو</w:t>
      </w:r>
    </w:p>
    <w:p>
      <w:r>
        <w:rPr>
          <w:b/>
        </w:rPr>
        <w:t xml:space="preserve">[09:20] </w:t>
      </w:r>
      <w:r>
        <w:t>control kar raha hai, kaun is duniya ki azeem hasti hai jis ka woh itraf kare, woh jis</w:t>
      </w:r>
    </w:p>
    <w:p>
      <w:pPr>
        <w:jc w:val="right"/>
      </w:pPr>
      <w:r>
        <w:t>کنٹرول کر رہا ہے، کون اس دنیا کی عظیم ہستی ہے جس کا وہ اعتراف کرے، وہ جس</w:t>
      </w:r>
    </w:p>
    <w:p>
      <w:r>
        <w:rPr>
          <w:b/>
        </w:rPr>
        <w:t xml:space="preserve">[09:26] </w:t>
      </w:r>
      <w:r>
        <w:t>ke aage hamesha ke liye jhuk jaye, jis ke aage apne pure wajood ke sath woh khud ko</w:t>
      </w:r>
    </w:p>
    <w:p>
      <w:pPr>
        <w:jc w:val="right"/>
      </w:pPr>
      <w:r>
        <w:t>کے آگے ہمیشہ کے لیے جھک جائے، جس کے آگے اپنے پورے وجود کے ساتھ وہ خود کو</w:t>
      </w:r>
    </w:p>
    <w:p>
      <w:r>
        <w:rPr>
          <w:b/>
        </w:rPr>
        <w:t xml:space="preserve">[09:32] </w:t>
      </w:r>
      <w:r>
        <w:t>surrender kar de,</w:t>
      </w:r>
    </w:p>
    <w:p>
      <w:pPr>
        <w:jc w:val="right"/>
      </w:pPr>
      <w:r>
        <w:t>سرنڈر کر دے،</w:t>
      </w:r>
    </w:p>
    <w:p>
      <w:r>
        <w:rPr>
          <w:b/>
        </w:rPr>
        <w:t xml:space="preserve">[09:39] </w:t>
      </w:r>
      <w:r>
        <w:t>jis ke aage woh aitraf ki alamat ke taur par sajde mein gir pade, jis ke aage woh apne aap ko supurd kar ke apni rooh ko yeh taskeen de ke maine apne khaliq ko pa liya, maine apne rab ko daryaft kar liya, maine us hasti ko jaan liya jo mujh ko har cheez ka dene wala hai. insan is dunya mein paida hote hi yeh tajruba karta hai ke is kainat mein aik aala intezam</w:t>
      </w:r>
    </w:p>
    <w:p>
      <w:pPr>
        <w:jc w:val="right"/>
      </w:pPr>
      <w:r>
        <w:t>جس کے آگے وہ اعتراف کی علامت کے طور پر سجدے میں گر پڑے، جس کے آگے وہ اپنے آپ کو سپرد کر کے اپنی روح کو یہ تسکین دے کہ میں نے اپنے خالق کو پا لیا، میں نے اپنے رب کو دریافت کر لیا، میں نے اس ہستی کو جان لیا جو مجھ کو ہر چیز کا دینے والا ہے۔ انسان اس دنیا میں پیدا ہوتے ہی یہ تجربہ کرتا ہے کہ اس کائنات میں ایک اعلیٰ انتظام</w:t>
      </w:r>
    </w:p>
    <w:p>
      <w:r>
        <w:rPr>
          <w:b/>
        </w:rPr>
        <w:t xml:space="preserve">[10:09] </w:t>
      </w:r>
      <w:r>
        <w:t>maujood hai.</w:t>
      </w:r>
    </w:p>
    <w:p>
      <w:pPr>
        <w:jc w:val="right"/>
      </w:pPr>
      <w:r>
        <w:t>موجود ہے۔</w:t>
      </w:r>
    </w:p>
    <w:p>
      <w:r>
        <w:rPr>
          <w:b/>
        </w:rPr>
        <w:t xml:space="preserve">[10:15] </w:t>
      </w:r>
      <w:r>
        <w:t>misalan ek behad kamil nizam ke tehat yahan woh tamam cheezein maujood hain jin ke majmooay ko</w:t>
      </w:r>
    </w:p>
    <w:p>
      <w:pPr>
        <w:jc w:val="right"/>
      </w:pPr>
      <w:r>
        <w:t>مثلاً ایک بے حد کامل نظام کے تحت یہاں وہ تمام چیزیں موجود ہیں جن کے مجموعے کو</w:t>
      </w:r>
    </w:p>
    <w:p>
      <w:r>
        <w:rPr>
          <w:b/>
        </w:rPr>
        <w:t xml:space="preserve">[10:21] </w:t>
      </w:r>
      <w:r>
        <w:t>life support system kaha ja sakta hai.</w:t>
      </w:r>
    </w:p>
    <w:p>
      <w:pPr>
        <w:jc w:val="right"/>
      </w:pPr>
      <w:r>
        <w:t>لائف سپورٹ سسٹم کہا جا سکتا ہے۔</w:t>
      </w:r>
    </w:p>
    <w:p>
      <w:r>
        <w:rPr>
          <w:b/>
        </w:rPr>
        <w:t xml:space="preserve">[10:27] </w:t>
      </w:r>
      <w:r>
        <w:t>sooraj ke zariye roshni, hawa ke zariye oxygen, barish ke zariye pani, soil ke zariye khurak, istahkam ke</w:t>
      </w:r>
    </w:p>
    <w:p>
      <w:pPr>
        <w:jc w:val="right"/>
      </w:pPr>
      <w:r>
        <w:t>سورج کے ذریعے روشنی، ہوا کے ذریعے اکسیجن، بارش کے ذریعے پانی، سوائل کے ذریعے خوراک، استحکام کے</w:t>
      </w:r>
    </w:p>
    <w:p>
      <w:r>
        <w:rPr>
          <w:b/>
        </w:rPr>
        <w:t xml:space="preserve">[10:33] </w:t>
      </w:r>
      <w:r>
        <w:t>liye zameen ki kashish aur tahzeeb banane ke liye technology waghera, is tarah ki anginat cheezein is ko</w:t>
      </w:r>
    </w:p>
    <w:p>
      <w:pPr>
        <w:jc w:val="right"/>
      </w:pPr>
      <w:r>
        <w:t>لیے زمین کی کشش اور تہذیب بنانے کے لیے ٹیکنالوجی وغیرہ، اس طرح کی انگنت چیزیں اس کو</w:t>
      </w:r>
    </w:p>
    <w:p>
      <w:r>
        <w:rPr>
          <w:b/>
        </w:rPr>
        <w:t xml:space="preserve">[10:39] </w:t>
      </w:r>
      <w:r>
        <w:t>raat din bila qeemat supply ho rahi hain. insan paida hone ke baad raat din in nematon ka tajruba karta hai. us ki rooh kisi dene wale ke liye sarta pa shukr guzar bani hui hoti hai. us ke andar yeh talab aakhri had tak jaag uthti hai ke woh apne rab ko paye aur sajda aitraf ke taur par us ke aage poore wajood ke sath apne aap ko sern</w:t>
      </w:r>
    </w:p>
    <w:p>
      <w:pPr>
        <w:jc w:val="right"/>
      </w:pPr>
      <w:r>
        <w:t>رات دن بلا قیمت سپلائی ہو رہی ہیں۔ انسان پیدا ہونے کے بعد رات دن ان نعمتوں کا تجربہ کرتا ہے۔ اس کی روح کسی دینے والے کے لیے سرتاپا شکر گزار بنی ہوئی ہوتی ہے۔ اس کے اندر یہ طلب آخری حد تک جاگ اٹھتی ہے کہ وہ اپنے رب کو پائے اور سجدہ اعتراف کے طور پر اس کے آگے پورے وجود کے ساتھ اپنے آپ کو سرن</w:t>
      </w:r>
    </w:p>
    <w:p>
      <w:r>
        <w:rPr>
          <w:b/>
        </w:rPr>
        <w:t xml:space="preserve">[11:09] </w:t>
      </w:r>
      <w:r>
        <w:t>dar kar de.</w:t>
      </w:r>
    </w:p>
    <w:p>
      <w:pPr>
        <w:jc w:val="right"/>
      </w:pPr>
      <w:r>
        <w:t>ڈر کر دے۔</w:t>
      </w:r>
    </w:p>
    <w:p>
      <w:r>
        <w:rPr>
          <w:b/>
        </w:rPr>
        <w:t xml:space="preserve">[11:15] </w:t>
      </w:r>
      <w:r>
        <w:t>isi کیفیت ka naam iman billah hai, aur abadi jannat isi iman billah ki qabooliyat ke taur par</w:t>
      </w:r>
    </w:p>
    <w:p>
      <w:pPr>
        <w:jc w:val="right"/>
      </w:pPr>
      <w:r>
        <w:t>اسی کیفیت کا نام ایمان باللہ ہے، اور ابدی جنت اسی ایمان باللہ کی قبولیت کے طور پر</w:t>
      </w:r>
    </w:p>
    <w:p>
      <w:r>
        <w:rPr>
          <w:b/>
        </w:rPr>
        <w:t xml:space="preserve">[11:21] </w:t>
      </w:r>
      <w:r>
        <w:t>Rabbul Aalameen ka inaam ya reward hai.</w:t>
      </w:r>
    </w:p>
    <w:p>
      <w:pPr>
        <w:jc w:val="right"/>
      </w:pPr>
      <w:r>
        <w:t>رب العالمین کا انعام یا ریوارڈ ہے۔</w:t>
      </w:r>
    </w:p>
    <w:p>
      <w:r>
        <w:rPr>
          <w:b/>
        </w:rPr>
        <w:t xml:space="preserve">[11:27] </w:t>
      </w:r>
      <w:r>
        <w:t>inabat ilallah.</w:t>
      </w:r>
    </w:p>
    <w:p>
      <w:pPr>
        <w:jc w:val="right"/>
      </w:pPr>
      <w:r>
        <w:t>عنابت الی اللہ۔</w:t>
      </w:r>
    </w:p>
    <w:p>
      <w:r>
        <w:rPr>
          <w:b/>
        </w:rPr>
        <w:t xml:space="preserve">[11:33] </w:t>
      </w:r>
      <w:r>
        <w:t>inabat ka lafzi matlab hai lotna, bar</w:t>
      </w:r>
    </w:p>
    <w:p>
      <w:pPr>
        <w:jc w:val="right"/>
      </w:pPr>
      <w:r>
        <w:t>عنابت کا لفظی مطلب ہے لوٹنا، بار</w:t>
      </w:r>
    </w:p>
    <w:p>
      <w:r>
        <w:rPr>
          <w:b/>
        </w:rPr>
        <w:t xml:space="preserve">[11:39] </w:t>
      </w:r>
      <w:r>
        <w:t>bar lotna, rujoo al shaiyi marta ba'da ukhra, to return from time to time.</w:t>
      </w:r>
    </w:p>
    <w:p>
      <w:pPr>
        <w:jc w:val="right"/>
      </w:pPr>
      <w:r>
        <w:t>بار لوٹنا، رجوع الشیئی مرتا بعد اخرى، ٹو ریٹرن فرام ٹائم ٹو ٹائم۔</w:t>
      </w:r>
    </w:p>
    <w:p>
      <w:r>
        <w:rPr>
          <w:b/>
        </w:rPr>
        <w:t xml:space="preserve">[11:44] </w:t>
      </w:r>
      <w:r>
        <w:t>yahi inabat ki asal hai.</w:t>
      </w:r>
    </w:p>
    <w:p>
      <w:pPr>
        <w:jc w:val="right"/>
      </w:pPr>
      <w:r>
        <w:t>یہی عنابت کی اصل ہے۔</w:t>
      </w:r>
    </w:p>
    <w:p>
      <w:r>
        <w:rPr>
          <w:b/>
        </w:rPr>
        <w:t xml:space="preserve">[11:49] </w:t>
      </w:r>
      <w:r>
        <w:t>inabat ke tamam istemalat mein yahi mafhoom bator asal paya jata hai.</w:t>
      </w:r>
    </w:p>
    <w:p>
      <w:pPr>
        <w:jc w:val="right"/>
      </w:pPr>
      <w:r>
        <w:t>عنابت کے تمام استعمالات میں یہی مفہوم بطور اصل پایا جاتا ہے۔</w:t>
      </w:r>
    </w:p>
    <w:p>
      <w:r>
        <w:rPr>
          <w:b/>
        </w:rPr>
        <w:t xml:space="preserve">[11:54] </w:t>
      </w:r>
      <w:r>
        <w:t>yeh lafz jab Allah ki nisbat se bola jaye to is ka matlab yeh hoga ke har distraction</w:t>
      </w:r>
    </w:p>
    <w:p>
      <w:pPr>
        <w:jc w:val="right"/>
      </w:pPr>
      <w:r>
        <w:t>یہ لفظ جب اللہ کی نسبت سے بولا جائے تو اس کا مطلب یہ ہوگا کہ ہر ڈسٹریکشن</w:t>
      </w:r>
    </w:p>
    <w:p>
      <w:r>
        <w:rPr>
          <w:b/>
        </w:rPr>
        <w:t xml:space="preserve">[11:59] </w:t>
      </w:r>
      <w:r>
        <w:t>ke baad dobara Allah ki taraf mutawajjah hona.</w:t>
      </w:r>
    </w:p>
    <w:p>
      <w:pPr>
        <w:jc w:val="right"/>
      </w:pPr>
      <w:r>
        <w:t>کے بعد دوبارہ اللہ کی طرف متوجہ ہونا۔</w:t>
      </w:r>
    </w:p>
    <w:p>
      <w:r>
        <w:rPr>
          <w:b/>
        </w:rPr>
        <w:t xml:space="preserve">[12:04] </w:t>
      </w:r>
      <w:r>
        <w:t>insan is tarah paida</w:t>
      </w:r>
    </w:p>
    <w:p>
      <w:pPr>
        <w:jc w:val="right"/>
      </w:pPr>
      <w:r>
        <w:t>انسان اس طرح پیدا</w:t>
      </w:r>
    </w:p>
    <w:p>
      <w:r>
        <w:rPr>
          <w:b/>
        </w:rPr>
        <w:t xml:space="preserve">[12:09] </w:t>
      </w:r>
      <w:r>
        <w:t>kiya gaya hai ke khaliq ka tasawwur us ki fitrat ke sath poori tarah wabasta ya interwoven hai. yeh wabastagi itni gehrai ke sath hai ke dono ko aik doosre se juda nahi kiya ja sakta. phir insan jab mutala karta hai aur ghore o fikr se kaam leta hai to khaliq ke sath us ki fitrat ki yeh wabastagi aur bhi zyada gehri ho jati hai. magar isi ke sath doosri haqeeqat yeh hai ke</w:t>
      </w:r>
    </w:p>
    <w:p>
      <w:pPr>
        <w:jc w:val="right"/>
      </w:pPr>
      <w:r>
        <w:t>کیا گیا ہے کہ خالق کا تصور اس کی فطرت کے ساتھ پوری طرح وابستہ یا انٹروون ہے۔ یہ وابستگی اتنی گہرائی کے ساتھ ہے کہ دونوں کو ایک دوسرے سے جدا نہیں کیا جا سکتا۔ پھر انسان جب مطالعہ کرتا ہے اور غور و فکر سے کام لیتا ہے تو خالق کے ساتھ اس کی فطرت کی یہ وابستگی اور بھی زیادہ گہری ہو جاتی ہے۔ مگر اسی کے ساتھ دوسری حقیقت یہ ہے کہ</w:t>
      </w:r>
    </w:p>
    <w:p>
      <w:r>
        <w:rPr>
          <w:b/>
        </w:rPr>
        <w:t xml:space="preserve">[12:39] </w:t>
      </w:r>
      <w:r>
        <w:t>insan ko ek aisi duniya mein paida kiya gaya hai jahan har waqt is ka sabaqa khaliq ke</w:t>
      </w:r>
    </w:p>
    <w:p>
      <w:pPr>
        <w:jc w:val="right"/>
      </w:pPr>
      <w:r>
        <w:t>انسان کو ایک ایسی دنیا میں پیدا کیا گیا ہے جہاں ہر وقت اس کا سابقہ خالق کے</w:t>
      </w:r>
    </w:p>
    <w:p>
      <w:r>
        <w:rPr>
          <w:b/>
        </w:rPr>
        <w:t xml:space="preserve">[12:44] </w:t>
      </w:r>
      <w:r>
        <w:t>siwa doosri cheezon ke sath hota rehta hai.</w:t>
      </w:r>
    </w:p>
    <w:p>
      <w:pPr>
        <w:jc w:val="right"/>
      </w:pPr>
      <w:r>
        <w:t>سوا دوسری چیزوں کے ساتھ ہوتا رہتا ہے۔</w:t>
      </w:r>
    </w:p>
    <w:p>
      <w:r>
        <w:rPr>
          <w:b/>
        </w:rPr>
        <w:t xml:space="preserve">[12:49] </w:t>
      </w:r>
      <w:r>
        <w:t>is surat-e-haal ki bina par baar baar aisa hota hai ke insaan ki tawajjuh apne khalq se door</w:t>
      </w:r>
    </w:p>
    <w:p>
      <w:pPr>
        <w:jc w:val="right"/>
      </w:pPr>
      <w:r>
        <w:t>اس صورتحال کی بنا پر بار بار ایسا ہوتا ہے کہ انسان کی توجہ اپنے خالق سے دور</w:t>
      </w:r>
    </w:p>
    <w:p>
      <w:r>
        <w:rPr>
          <w:b/>
        </w:rPr>
        <w:t xml:space="preserve">[12:54] </w:t>
      </w:r>
      <w:r>
        <w:t>ya distract ho jati hai.</w:t>
      </w:r>
    </w:p>
    <w:p>
      <w:pPr>
        <w:jc w:val="right"/>
      </w:pPr>
      <w:r>
        <w:t>یا ڈسٹریکٹ ہو جاتی ہے۔</w:t>
      </w:r>
    </w:p>
    <w:p>
      <w:r>
        <w:rPr>
          <w:b/>
        </w:rPr>
        <w:t xml:space="preserve">[12:59] </w:t>
      </w:r>
      <w:r>
        <w:t>woh khalq ke bajaye kisi aur ki taraf mutawajjah ho jata hai.</w:t>
      </w:r>
    </w:p>
    <w:p>
      <w:pPr>
        <w:jc w:val="right"/>
      </w:pPr>
      <w:r>
        <w:t>وہ خالق کے بجائے کسی اور کی طرف متوجہ ہو جاتا ہے۔</w:t>
      </w:r>
    </w:p>
    <w:p>
      <w:r>
        <w:rPr>
          <w:b/>
        </w:rPr>
        <w:t xml:space="preserve">[13:04] </w:t>
      </w:r>
      <w:r>
        <w:t>jab aadmi ko khalq ki marifat ho chuki ho, us ne apne rab ko daryaft kar liya</w:t>
      </w:r>
    </w:p>
    <w:p>
      <w:pPr>
        <w:jc w:val="right"/>
      </w:pPr>
      <w:r>
        <w:t>جب آدمی کو خالق کی معرفت ہو چکی ہو، اس نے اپنے رب کو دریافت کر لیا</w:t>
      </w:r>
    </w:p>
    <w:p>
      <w:r>
        <w:rPr>
          <w:b/>
        </w:rPr>
        <w:t xml:space="preserve">[13:09] </w:t>
      </w:r>
      <w:r>
        <w:t>ho to Khuda ke sath is ka gehra ta'alluq baar baar zindah hoga.</w:t>
      </w:r>
    </w:p>
    <w:p>
      <w:pPr>
        <w:jc w:val="right"/>
      </w:pPr>
      <w:r>
        <w:t>ہو تو خدا کے ساتھ اس کا گہرا تعلق بار بار زندہ ہوگا۔</w:t>
      </w:r>
    </w:p>
    <w:p>
      <w:r>
        <w:rPr>
          <w:b/>
        </w:rPr>
        <w:t xml:space="preserve">[13:14] </w:t>
      </w:r>
      <w:r>
        <w:t>woh baar baar apne rab ki taraf lote ga.</w:t>
      </w:r>
    </w:p>
    <w:p>
      <w:pPr>
        <w:jc w:val="right"/>
      </w:pPr>
      <w:r>
        <w:t>وہ بار بار اپنے رب کی طرف لوٹے گا۔</w:t>
      </w:r>
    </w:p>
    <w:p>
      <w:r>
        <w:rPr>
          <w:b/>
        </w:rPr>
        <w:t xml:space="preserve">[13:19] </w:t>
      </w:r>
      <w:r>
        <w:t>isi ko rujoo' ila Allah kaha gaya hai.</w:t>
      </w:r>
    </w:p>
    <w:p>
      <w:pPr>
        <w:jc w:val="right"/>
      </w:pPr>
      <w:r>
        <w:t>اسی کو رجوع الی اللہ کہا گیا ہے۔</w:t>
      </w:r>
    </w:p>
    <w:p>
      <w:r>
        <w:rPr>
          <w:b/>
        </w:rPr>
        <w:t xml:space="preserve">[13:24] </w:t>
      </w:r>
      <w:r>
        <w:t>yani rujoo' ila Allah aur inaabat dono apne ma'ani ke aitbaar se ek hain.</w:t>
      </w:r>
    </w:p>
    <w:p>
      <w:pPr>
        <w:jc w:val="right"/>
      </w:pPr>
      <w:r>
        <w:t>یعنی رجوع الی اللہ اور عنابت دونوں اپنے معنی کے اعتبار سے ایک ہیں۔</w:t>
      </w:r>
    </w:p>
    <w:p>
      <w:r>
        <w:rPr>
          <w:b/>
        </w:rPr>
        <w:t xml:space="preserve">[13:29] </w:t>
      </w:r>
      <w:r>
        <w:t>inaabat sahib-e-marifat insaan ki ek mustaqil khusoosiyat hai.</w:t>
      </w:r>
    </w:p>
    <w:p>
      <w:pPr>
        <w:jc w:val="right"/>
      </w:pPr>
      <w:r>
        <w:t>عنابت صاحب معرفت انسان کی ایک مستقل خصوصیت ہے۔</w:t>
      </w:r>
    </w:p>
    <w:p>
      <w:r>
        <w:rPr>
          <w:b/>
        </w:rPr>
        <w:t xml:space="preserve">[13:34] </w:t>
      </w:r>
      <w:r>
        <w:t>jis aadmi ko apne rab ki marifat hasil ho chuki ho, woh apne andarooni</w:t>
      </w:r>
    </w:p>
    <w:p>
      <w:pPr>
        <w:jc w:val="right"/>
      </w:pPr>
      <w:r>
        <w:t>جس آدمی کو اپنے رب کی معرفت حاصل ہو چکی ہو، وہ اپنے اندرونی</w:t>
      </w:r>
    </w:p>
    <w:p>
      <w:r>
        <w:rPr>
          <w:b/>
        </w:rPr>
        <w:t xml:space="preserve">[13:39] </w:t>
      </w:r>
      <w:r>
        <w:t>taqazay ke tehat is ka tahammul nahi kare ga ke is ki tawajjuh apne rab ki taraf se</w:t>
      </w:r>
    </w:p>
    <w:p>
      <w:pPr>
        <w:jc w:val="right"/>
      </w:pPr>
      <w:r>
        <w:t>تقاضے کے تحت اس کا تحمل نہیں کرے گا کہ اس کی توجہ اپنے رب کی طرف سے</w:t>
      </w:r>
    </w:p>
    <w:p>
      <w:r>
        <w:rPr>
          <w:b/>
        </w:rPr>
        <w:t xml:space="preserve">[13:46] </w:t>
      </w:r>
      <w:r>
        <w:t>hat kar kisi aur ki taraf chali jaye.</w:t>
      </w:r>
    </w:p>
    <w:p>
      <w:pPr>
        <w:jc w:val="right"/>
      </w:pPr>
      <w:r>
        <w:t>ہٹ کر کسی اور کی طرف چلی جائے۔</w:t>
      </w:r>
    </w:p>
    <w:p>
      <w:r>
        <w:rPr>
          <w:b/>
        </w:rPr>
        <w:t xml:space="preserve">[13:52] </w:t>
      </w:r>
      <w:r>
        <w:t>is liye is tarah ki surat-e-haal mein woh baar baar lote ga aur mazeed shiddat ke sath apne</w:t>
      </w:r>
    </w:p>
    <w:p>
      <w:pPr>
        <w:jc w:val="right"/>
      </w:pPr>
      <w:r>
        <w:t>اس لیے اس طرح کی صورتحال میں وہ بار بار لوٹے گا اور مزید شدت کے ساتھ اپنے</w:t>
      </w:r>
    </w:p>
    <w:p>
      <w:r>
        <w:rPr>
          <w:b/>
        </w:rPr>
        <w:t xml:space="preserve">[13:59] </w:t>
      </w:r>
      <w:r>
        <w:t>rab se jurr jaye ga.</w:t>
      </w:r>
    </w:p>
    <w:p>
      <w:pPr>
        <w:jc w:val="right"/>
      </w:pPr>
      <w:r>
        <w:t>رب سے جڑ جائے گا۔</w:t>
      </w:r>
    </w:p>
    <w:p>
      <w:r>
        <w:rPr>
          <w:b/>
        </w:rPr>
        <w:t xml:space="preserve">[14:05] </w:t>
      </w:r>
      <w:r>
        <w:t>isi ka naam tawajjuh ila Allah ya inaabat ila Allah hai.</w:t>
      </w:r>
    </w:p>
    <w:p>
      <w:pPr>
        <w:jc w:val="right"/>
      </w:pPr>
      <w:r>
        <w:t>اسی کا نام توجہ الی اللہ یا عنابت الی اللہ ہے۔</w:t>
      </w:r>
    </w:p>
    <w:p>
      <w:r>
        <w:rPr>
          <w:b/>
        </w:rPr>
        <w:t xml:space="preserve">[14:12] </w:t>
      </w:r>
      <w:r>
        <w:t>jannat ka husool.</w:t>
      </w:r>
    </w:p>
    <w:p>
      <w:pPr>
        <w:jc w:val="right"/>
      </w:pPr>
      <w:r>
        <w:t>جنت کا حصول۔</w:t>
      </w:r>
    </w:p>
    <w:p>
      <w:r>
        <w:rPr>
          <w:b/>
        </w:rPr>
        <w:t xml:space="preserve">[14:19] </w:t>
      </w:r>
      <w:r>
        <w:t>jannat ek sahib-e-marifat ki sab se bari aarzoo hai.</w:t>
      </w:r>
    </w:p>
    <w:p>
      <w:pPr>
        <w:jc w:val="right"/>
      </w:pPr>
      <w:r>
        <w:t>جنت ایک صاحب معرفت کی سب سے بڑی آرزو ہے۔</w:t>
      </w:r>
    </w:p>
    <w:p>
      <w:r>
        <w:rPr>
          <w:b/>
        </w:rPr>
        <w:t xml:space="preserve">[14:27] </w:t>
      </w:r>
      <w:r>
        <w:t>jannat ke baray mein paighambar-e-Islam sallallahu alaihi wasallam ki bohat si riwayatain hadith ki kitabon mein aai hain.</w:t>
      </w:r>
    </w:p>
    <w:p>
      <w:pPr>
        <w:jc w:val="right"/>
      </w:pPr>
      <w:r>
        <w:t>جنت کے بارے میں پیغمبر اسلام صلی اللہ علیہ وسلم کی بہت سی روایتیں حدیث کی کتابوں میں آئیں ہیں۔</w:t>
      </w:r>
    </w:p>
    <w:p>
      <w:r>
        <w:rPr>
          <w:b/>
        </w:rPr>
        <w:t xml:space="preserve">[14:34] </w:t>
      </w:r>
      <w:r>
        <w:t>ek riwayat ke alfaaz yeh hain: "saddu wa qaaribu wa abshiru fa innahu la yadkhulu ahadul jannata 'amaluhu qalu wa la anta</w:t>
      </w:r>
    </w:p>
    <w:p>
      <w:pPr>
        <w:jc w:val="right"/>
      </w:pPr>
      <w:r>
        <w:t>ایک روایت کے الفاظ یہ ہیں: "سددو وقارب وابشرو فانہ لا یدخل احد الجنت عملہ قالو ولا انت</w:t>
      </w:r>
    </w:p>
    <w:p>
      <w:r>
        <w:rPr>
          <w:b/>
        </w:rPr>
        <w:t xml:space="preserve">[14:42] </w:t>
      </w:r>
      <w:r>
        <w:t>ya Rasool Allah qala wa la ana illa an yataghammadani Allahu bi maghfiratin wa rahmatin".</w:t>
      </w:r>
    </w:p>
    <w:p>
      <w:pPr>
        <w:jc w:val="right"/>
      </w:pPr>
      <w:r>
        <w:t>یا رسول اللہ قال ولا انا الا ان یتغمدنی اللہ بمغفرت ورحمۃ"۔</w:t>
      </w:r>
    </w:p>
    <w:p>
      <w:r>
        <w:rPr>
          <w:b/>
        </w:rPr>
        <w:t xml:space="preserve">[14:49] </w:t>
      </w:r>
      <w:r>
        <w:t>Sahih Bukhari hadith number 6467.</w:t>
      </w:r>
    </w:p>
    <w:p>
      <w:pPr>
        <w:jc w:val="right"/>
      </w:pPr>
      <w:r>
        <w:t>صحیح بخاری حدیث نمبر 6467۔</w:t>
      </w:r>
    </w:p>
    <w:p>
      <w:r>
        <w:rPr>
          <w:b/>
        </w:rPr>
        <w:t xml:space="preserve">[14:57] </w:t>
      </w:r>
      <w:r>
        <w:t>yani durusti aur e'tidaal par qaim raho aur pur-umeed raho kyunke kisi ka amal usay jannat mein nahi pahunchaye ga.</w:t>
      </w:r>
    </w:p>
    <w:p>
      <w:pPr>
        <w:jc w:val="right"/>
      </w:pPr>
      <w:r>
        <w:t>یعنی درستی اور اعتدال پر قائم رہو اور پرامید رہو کیونکہ کسی کا عمل اسے جنت میں نہیں پہنچائے گا۔</w:t>
      </w:r>
    </w:p>
    <w:p>
      <w:r>
        <w:rPr>
          <w:b/>
        </w:rPr>
        <w:t xml:space="preserve">[15:05] </w:t>
      </w:r>
      <w:r>
        <w:t>logon ne poocha: "aap ko bhi nahi, aye Allah ke Rasool?" aap ne farmaya: "mujhe bhi nahi, magar</w:t>
      </w:r>
    </w:p>
    <w:p>
      <w:pPr>
        <w:jc w:val="right"/>
      </w:pPr>
      <w:r>
        <w:t>لوگوں نے پوچھا: "آپ کو بھی نہیں، اے اللہ کے رسول؟" آپ نے فرمایا: "مجھ کو بھی نہیں، مگر</w:t>
      </w:r>
    </w:p>
    <w:p>
      <w:r>
        <w:rPr>
          <w:b/>
        </w:rPr>
        <w:t xml:space="preserve">[15:12] </w:t>
      </w:r>
      <w:r>
        <w:t>yeh ke Allah maghfirat aur rehmat se mujhe dhamp le." jannat insaan ka habitat hai.</w:t>
      </w:r>
    </w:p>
    <w:p>
      <w:pPr>
        <w:jc w:val="right"/>
      </w:pPr>
      <w:r>
        <w:t>یہ کہ اللہ مغفرت اور رحمت سے مجھ کو ڈھانپ لے۔" جنت انسان کا ہیبیٹیٹ ہے۔</w:t>
      </w:r>
    </w:p>
    <w:p>
      <w:r>
        <w:rPr>
          <w:b/>
        </w:rPr>
        <w:t xml:space="preserve">[15:20] </w:t>
      </w:r>
      <w:r>
        <w:t>jannat woh ideal duniya hai jahan insaan ko abadi umr mile gi, jahan kisi qism ka huzn ya</w:t>
      </w:r>
    </w:p>
    <w:p>
      <w:pPr>
        <w:jc w:val="right"/>
      </w:pPr>
      <w:r>
        <w:t>جنت وہ آئیڈیل دنیا ہے جہاں انسان کو ابدی عمر ملے گی، جہاں کسی قسم کا حزن یا</w:t>
      </w:r>
    </w:p>
    <w:p>
      <w:r>
        <w:rPr>
          <w:b/>
        </w:rPr>
        <w:t xml:space="preserve">[15:27] </w:t>
      </w:r>
      <w:r>
        <w:t>soor o nah hoga, jo har qism ki mahdoodiyat ya limitation se khali hogi, jahan insan ko kamil</w:t>
      </w:r>
    </w:p>
    <w:p>
      <w:pPr>
        <w:jc w:val="right"/>
      </w:pPr>
      <w:r>
        <w:t>سور و نہ ہوگا، جو ہر قسم کی محدودیت یا لیمیٹیشن سے خالی ہوگی، جہاں انسان کو کامل</w:t>
      </w:r>
    </w:p>
    <w:p>
      <w:r>
        <w:rPr>
          <w:b/>
        </w:rPr>
        <w:t xml:space="preserve">[15:35] </w:t>
      </w:r>
      <w:r>
        <w:t>maanon mein fulfilment hasil hoga, jahan na koi takleef ho</w:t>
      </w:r>
    </w:p>
    <w:p>
      <w:pPr>
        <w:jc w:val="right"/>
      </w:pPr>
      <w:r>
        <w:t>معنوں میں فلفلمنٹ حاصل ہوگا، جہاں نہ کوئی تکلیف ہو</w:t>
      </w:r>
    </w:p>
    <w:p>
      <w:r>
        <w:rPr>
          <w:b/>
        </w:rPr>
        <w:t xml:space="preserve">[15:42] </w:t>
      </w:r>
      <w:r>
        <w:t>gi aur na koi boredom hoga. aisi dunya bilashuba aik behad qeemti dunya hai. koi insan is par qadir nahi ke woh aisi aala dunya ki qeemat ada kar sake. yeh jannat kisi ko us ke amal ki qeemat ke taur par nahi mile gi. woh sirf un muntakhab afraad ko mile gi jin ko rab ul alameen is qabil paye ke woh jannat mein aala akhlaq ke sath reh sakt</w:t>
      </w:r>
    </w:p>
    <w:p>
      <w:pPr>
        <w:jc w:val="right"/>
      </w:pPr>
      <w:r>
        <w:t>گی اور نہ کوئی بورڈم ہوگا۔ ایسی دنیا بلاشبہ ایک بے حد قیمتی دنیا ہے۔ کوئی انسان اس پر قادر نہیں کہ وہ ایسی اعلیٰ دنیا کی قیمت ادا کر سکے۔ یہ جنت کسی کو اس کے عمل کی قیمت کے طور پر نہیں ملے گی۔ وہ صرف ان منتخب افراد کو ملے گی جن کو رب العالمین اس قابل پائے کہ وہ جنت میں اعلیٰ اخلاق کے ساتھ رہ سکت</w:t>
      </w:r>
    </w:p>
    <w:p>
      <w:r>
        <w:rPr>
          <w:b/>
        </w:rPr>
        <w:t xml:space="preserve">[16:12] </w:t>
      </w:r>
      <w:r>
        <w:t>e hoon.</w:t>
      </w:r>
    </w:p>
    <w:p>
      <w:pPr>
        <w:jc w:val="right"/>
      </w:pPr>
      <w:r>
        <w:t>ے ہوں۔</w:t>
      </w:r>
    </w:p>
    <w:p>
      <w:r>
        <w:rPr>
          <w:b/>
        </w:rPr>
        <w:t xml:space="preserve">[16:17] </w:t>
      </w:r>
      <w:r>
        <w:t>jannat mein poori insani tareekh ke muntakhab afraad basaye jayenge.</w:t>
      </w:r>
    </w:p>
    <w:p>
      <w:pPr>
        <w:jc w:val="right"/>
      </w:pPr>
      <w:r>
        <w:t>جنت میں پوری انسانی تاریخ کے منتخب افراد بسائے جائیں گے۔</w:t>
      </w:r>
    </w:p>
    <w:p>
      <w:r>
        <w:rPr>
          <w:b/>
        </w:rPr>
        <w:t xml:space="preserve">[16:21] </w:t>
      </w:r>
      <w:r>
        <w:t>yeh aala darje ki ek rafaqat ka mahaul hoga.</w:t>
      </w:r>
    </w:p>
    <w:p>
      <w:pPr>
        <w:jc w:val="right"/>
      </w:pPr>
      <w:r>
        <w:t>یہ اعلیٰ درجے کی ایک رفاقت کا ماحول ہوگا۔</w:t>
      </w:r>
    </w:p>
    <w:p>
      <w:r>
        <w:rPr>
          <w:b/>
        </w:rPr>
        <w:t xml:space="preserve">[16:25] </w:t>
      </w:r>
      <w:r>
        <w:t>yeh aise logon ki dunya hogi jo farishton ki report ke mutabiq apni soch aur apne kirdaar ke</w:t>
      </w:r>
    </w:p>
    <w:p>
      <w:pPr>
        <w:jc w:val="right"/>
      </w:pPr>
      <w:r>
        <w:t>یہ ایسے لوگوں کی دنیا ہوگی جو فرشتوں کی رپورٹ کے مطابق اپنی سوچ اور اپنے کردار کے</w:t>
      </w:r>
    </w:p>
    <w:p>
      <w:r>
        <w:rPr>
          <w:b/>
        </w:rPr>
        <w:t xml:space="preserve">[16:29] </w:t>
      </w:r>
      <w:r>
        <w:t>aitbaar se iska ahel bane.</w:t>
      </w:r>
    </w:p>
    <w:p>
      <w:pPr>
        <w:jc w:val="right"/>
      </w:pPr>
      <w:r>
        <w:t>اعتبار سے اس کا اہل بنے۔</w:t>
      </w:r>
    </w:p>
    <w:p>
      <w:r>
        <w:rPr>
          <w:b/>
        </w:rPr>
        <w:t xml:space="preserve">[16:34] </w:t>
      </w:r>
      <w:r>
        <w:t>is haqeeqat ko quran mein un alfaaz mein bayan kiya gaya hai: "woh un logon ke sath hon</w:t>
      </w:r>
    </w:p>
    <w:p>
      <w:pPr>
        <w:jc w:val="right"/>
      </w:pPr>
      <w:r>
        <w:t>اس حقیقت کو قرآن میں ان الفاظ میں بیان کیا گیا ہے: "وہ ان لوگوں کے ساتھ ہوں</w:t>
      </w:r>
    </w:p>
    <w:p>
      <w:r>
        <w:rPr>
          <w:b/>
        </w:rPr>
        <w:t xml:space="preserve">[16:38] </w:t>
      </w:r>
      <w:r>
        <w:t>ge jin par Allah ne un</w:t>
      </w:r>
    </w:p>
    <w:p>
      <w:pPr>
        <w:jc w:val="right"/>
      </w:pPr>
      <w:r>
        <w:t>گے جن پر اللہ نے ان</w:t>
      </w:r>
    </w:p>
    <w:p>
      <w:r>
        <w:rPr>
          <w:b/>
        </w:rPr>
        <w:t xml:space="preserve">[16:42] </w:t>
      </w:r>
      <w:r>
        <w:t>aam kiya yani peghambar aur siddiq aur shaheed aur saaleh." kaisi achhi hai un ki rafaqat! soor nisaa.</w:t>
      </w:r>
    </w:p>
    <w:p>
      <w:pPr>
        <w:jc w:val="right"/>
      </w:pPr>
      <w:r>
        <w:t>عام کیا یعنی پیغمبر اور صدیق اور شہید اور صالح۔" کیسی اچھی ہے ان کی رفاقت! سورہ نساء۔</w:t>
      </w:r>
    </w:p>
    <w:p>
      <w:r>
        <w:rPr>
          <w:b/>
        </w:rPr>
        <w:t xml:space="preserve">[16:50] </w:t>
      </w:r>
      <w:r>
        <w:t>jannat ek inaam hai.</w:t>
      </w:r>
    </w:p>
    <w:p>
      <w:pPr>
        <w:jc w:val="right"/>
      </w:pPr>
      <w:r>
        <w:t>جنت ایک انعام ہے۔</w:t>
      </w:r>
    </w:p>
    <w:p>
      <w:r>
        <w:rPr>
          <w:b/>
        </w:rPr>
        <w:t xml:space="preserve">[16:58] </w:t>
      </w:r>
      <w:r>
        <w:t>jannat amal ka muawza nahin.</w:t>
      </w:r>
    </w:p>
    <w:p>
      <w:pPr>
        <w:jc w:val="right"/>
      </w:pPr>
      <w:r>
        <w:t>جنت عمل کا معاوضہ نہیں۔</w:t>
      </w:r>
    </w:p>
    <w:p>
      <w:r>
        <w:rPr>
          <w:b/>
        </w:rPr>
        <w:t xml:space="preserve">[17:05] </w:t>
      </w:r>
      <w:r>
        <w:t>jannat ka tajurba.</w:t>
      </w:r>
    </w:p>
    <w:p>
      <w:pPr>
        <w:jc w:val="right"/>
      </w:pPr>
      <w:r>
        <w:t>جنت کا تجربہ۔</w:t>
      </w:r>
    </w:p>
    <w:p>
      <w:r>
        <w:rPr>
          <w:b/>
        </w:rPr>
        <w:t xml:space="preserve">[17:13] </w:t>
      </w:r>
      <w:r>
        <w:t>peghambar islam ki ek riwayat hadees ki kitabon mein un alfaaz mein aayi hai: "fawallazi nafs muhammad biyad</w:t>
      </w:r>
    </w:p>
    <w:p>
      <w:pPr>
        <w:jc w:val="right"/>
      </w:pPr>
      <w:r>
        <w:t>پیغمبر اسلام کی ایک روایت حدیث کی کتابوں میں ان الفاظ میں آئی ہے: "فوالذی نفس محمد بیدہ</w:t>
      </w:r>
    </w:p>
    <w:p>
      <w:r>
        <w:rPr>
          <w:b/>
        </w:rPr>
        <w:t xml:space="preserve">[17:20] </w:t>
      </w:r>
      <w:r>
        <w:t>laahaduhum bimasakinihi fil jannati adlu bimanziilati kaana fid dunya".</w:t>
      </w:r>
    </w:p>
    <w:p>
      <w:pPr>
        <w:jc w:val="right"/>
      </w:pPr>
      <w:r>
        <w:t>لاحدھم بمسکنہ فی الجنہ ادلو بمنزلہ کان فی الدنیا"۔</w:t>
      </w:r>
    </w:p>
    <w:p>
      <w:r>
        <w:rPr>
          <w:b/>
        </w:rPr>
        <w:t xml:space="preserve">[17:28] </w:t>
      </w:r>
      <w:r>
        <w:t>sahih bukhari yani us zaat ki qasam jis ke qabze mein muhammad ki jaan hai, un mein ka</w:t>
      </w:r>
    </w:p>
    <w:p>
      <w:pPr>
        <w:jc w:val="right"/>
      </w:pPr>
      <w:r>
        <w:t>صحیح بخاری یعنی اس ذات کی قسم جس کے قبضے میں محمد کی جان ہے، ان میں کا</w:t>
      </w:r>
    </w:p>
    <w:p>
      <w:r>
        <w:rPr>
          <w:b/>
        </w:rPr>
        <w:t xml:space="preserve">[17:35] </w:t>
      </w:r>
      <w:r>
        <w:t>koi shakhs jannat mein apne ghar ko is se zyada</w:t>
      </w:r>
    </w:p>
    <w:p>
      <w:pPr>
        <w:jc w:val="right"/>
      </w:pPr>
      <w:r>
        <w:t>کوئی شخص جنت میں اپنے گھر کو اس سے زیادہ</w:t>
      </w:r>
    </w:p>
    <w:p>
      <w:r>
        <w:rPr>
          <w:b/>
        </w:rPr>
        <w:t xml:space="preserve">[17:43] </w:t>
      </w:r>
      <w:r>
        <w:t>pehchanega jitna ke woh dunya mein apne ghar ko pehchanta tha.</w:t>
      </w:r>
    </w:p>
    <w:p>
      <w:pPr>
        <w:jc w:val="right"/>
      </w:pPr>
      <w:r>
        <w:t>پہچانے گا جتنا کہ وہ دنیا میں اپنے گھر کو پہچانتا تھا۔</w:t>
      </w:r>
    </w:p>
    <w:p>
      <w:r>
        <w:rPr>
          <w:b/>
        </w:rPr>
        <w:t xml:space="preserve">[17:49] </w:t>
      </w:r>
      <w:r>
        <w:t>dunya ki zindagi mein jo ghar aadmi ko rehne ke liye milta hai, woh apni haqeeqat ke aitbaar</w:t>
      </w:r>
    </w:p>
    <w:p>
      <w:pPr>
        <w:jc w:val="right"/>
      </w:pPr>
      <w:r>
        <w:t>دنیا کی زندگی میں جو گھر آدمی کو رہنے کے لیے ملتا ہے، وہ اپنی حقیقت کے اعتبار</w:t>
      </w:r>
    </w:p>
    <w:p>
      <w:r>
        <w:rPr>
          <w:b/>
        </w:rPr>
        <w:t xml:space="preserve">[17:55] </w:t>
      </w:r>
      <w:r>
        <w:t>se to jannat nahin hota, lekin agar insan is ko ek khudai atiya ke taur par daryaft kare</w:t>
      </w:r>
    </w:p>
    <w:p>
      <w:pPr>
        <w:jc w:val="right"/>
      </w:pPr>
      <w:r>
        <w:t>سے تو جنت نہیں ہوتا، لیکن اگر انسان اس کو ایک خدائی عطیہ کے طور پر دریافت کرے</w:t>
      </w:r>
    </w:p>
    <w:p>
      <w:r>
        <w:rPr>
          <w:b/>
        </w:rPr>
        <w:t xml:space="preserve">[18:01] </w:t>
      </w:r>
      <w:r>
        <w:t>to is ka ghar is ko itni badi nemat maloom hoga jaisa ke Allah ne is ko isi</w:t>
      </w:r>
    </w:p>
    <w:p>
      <w:pPr>
        <w:jc w:val="right"/>
      </w:pPr>
      <w:r>
        <w:t>تو اس کا گھر اس کو اتنی بڑی نعمت معلوم ہوگا جیسا کہ اللہ نے اس کو اسی</w:t>
      </w:r>
    </w:p>
    <w:p>
      <w:r>
        <w:rPr>
          <w:b/>
        </w:rPr>
        <w:t xml:space="preserve">[18:08] </w:t>
      </w:r>
      <w:r>
        <w:t>dunya mein is ka jannati ghar de diya.</w:t>
      </w:r>
    </w:p>
    <w:p>
      <w:pPr>
        <w:jc w:val="right"/>
      </w:pPr>
      <w:r>
        <w:t>دنیا میں اس کا جنتی گھر دے دیا۔</w:t>
      </w:r>
    </w:p>
    <w:p>
      <w:r>
        <w:rPr>
          <w:b/>
        </w:rPr>
        <w:t xml:space="preserve">[18:14] </w:t>
      </w:r>
      <w:r>
        <w:t>ek momin dunya mein apna ek ghar banaye aur woh wahan rehna shuru kar de to is ki</w:t>
      </w:r>
    </w:p>
    <w:p>
      <w:pPr>
        <w:jc w:val="right"/>
      </w:pPr>
      <w:r>
        <w:t>ایک مومن دنیا میں اپنا ایک گھر بنائے اور وہ وہاں رہنا شروع کر دے تو اس کی</w:t>
      </w:r>
    </w:p>
    <w:p>
      <w:r>
        <w:rPr>
          <w:b/>
        </w:rPr>
        <w:t xml:space="preserve">[18:20] </w:t>
      </w:r>
      <w:r>
        <w:t>ma'rifat ki bina par is ke liye yeh ghar aam qism ka ek ghar nahin hoga.</w:t>
      </w:r>
    </w:p>
    <w:p>
      <w:pPr>
        <w:jc w:val="right"/>
      </w:pPr>
      <w:r>
        <w:t>معرفت کی بنا پر اس کے لیے یہ گھر عام قسم کا ایک گھر نہیں ہوگا۔</w:t>
      </w:r>
    </w:p>
    <w:p>
      <w:r>
        <w:rPr>
          <w:b/>
        </w:rPr>
        <w:t xml:space="preserve">[18:26] </w:t>
      </w:r>
      <w:r>
        <w:t>woh har lamha apni dunya ke ghar ki soorat mein jannat ke ghar ko daryaft karega.</w:t>
      </w:r>
    </w:p>
    <w:p>
      <w:pPr>
        <w:jc w:val="right"/>
      </w:pPr>
      <w:r>
        <w:t>وہ ہر لمحہ اپنی دنیا کے گھر کی صورت میں جنت کے گھر کو دریافت کرے گا۔</w:t>
      </w:r>
    </w:p>
    <w:p>
      <w:r>
        <w:rPr>
          <w:b/>
        </w:rPr>
        <w:t xml:space="preserve">[18:32] </w:t>
      </w:r>
      <w:r>
        <w:t>is ka nemmat se bhara hua ehsas is ke liye apne ghar ko aik aala tajruba bana de ga.</w:t>
      </w:r>
    </w:p>
    <w:p>
      <w:pPr>
        <w:jc w:val="right"/>
      </w:pPr>
      <w:r>
        <w:t>اس کا نعمت سے بھرا ہوا احساس اس کے لیے اپنے گھر کو ایک اعلیٰ تجربہ بنا دے گا۔</w:t>
      </w:r>
    </w:p>
    <w:p>
      <w:r>
        <w:rPr>
          <w:b/>
        </w:rPr>
        <w:t xml:space="preserve">[18:38] </w:t>
      </w:r>
      <w:r>
        <w:t>woh har cheez mein Allah ki nemmat ko darya</w:t>
      </w:r>
    </w:p>
    <w:p>
      <w:pPr>
        <w:jc w:val="right"/>
      </w:pPr>
      <w:r>
        <w:t>وہ ہر چیز میں اللہ کی نعمت کو دریا</w:t>
      </w:r>
    </w:p>
    <w:p>
      <w:r>
        <w:rPr>
          <w:b/>
        </w:rPr>
        <w:t xml:space="preserve">[18:44] </w:t>
      </w:r>
      <w:r>
        <w:t>fat kare ga.</w:t>
      </w:r>
    </w:p>
    <w:p>
      <w:pPr>
        <w:jc w:val="right"/>
      </w:pPr>
      <w:r>
        <w:t>فت کرے گا۔</w:t>
      </w:r>
    </w:p>
    <w:p>
      <w:r>
        <w:rPr>
          <w:b/>
        </w:rPr>
        <w:t xml:space="preserve">[18:48] </w:t>
      </w:r>
      <w:r>
        <w:t>woh har cheez mein apne jannati ghar ki jhalak dekhe ga.</w:t>
      </w:r>
    </w:p>
    <w:p>
      <w:pPr>
        <w:jc w:val="right"/>
      </w:pPr>
      <w:r>
        <w:t>وہ ہر چیز میں اپنے جنتی گھر کی جھلک دیکھے گا۔</w:t>
      </w:r>
    </w:p>
    <w:p>
      <w:r>
        <w:rPr>
          <w:b/>
        </w:rPr>
        <w:t xml:space="preserve">[18:53] </w:t>
      </w:r>
      <w:r>
        <w:t>yeh ehsas dheere dheere itna shadeed ban jaye ga ke us ko mehsoos hoga jaise ke Allah ne</w:t>
      </w:r>
    </w:p>
    <w:p>
      <w:pPr>
        <w:jc w:val="right"/>
      </w:pPr>
      <w:r>
        <w:t>یہ احساس دھیرے دھیرے اتنا شدید بن جائے گا کہ اس کو محسوس ہوگا جیسے کہ اللہ نے</w:t>
      </w:r>
    </w:p>
    <w:p>
      <w:r>
        <w:rPr>
          <w:b/>
        </w:rPr>
        <w:t xml:space="preserve">[18:57] </w:t>
      </w:r>
      <w:r>
        <w:t>us ko isi dunya mein peshgi tor par woh ghar de diya hai jo jannat ki dunya mein</w:t>
      </w:r>
    </w:p>
    <w:p>
      <w:pPr>
        <w:jc w:val="right"/>
      </w:pPr>
      <w:r>
        <w:t>اس کو اسی دنیا میں پیشگی طور پر وہ گھر دے دیا ہے جو جنت کی دنیا میں</w:t>
      </w:r>
    </w:p>
    <w:p>
      <w:r>
        <w:rPr>
          <w:b/>
        </w:rPr>
        <w:t xml:space="preserve">[19:01] </w:t>
      </w:r>
      <w:r>
        <w:t>us ko milne wala hai.</w:t>
      </w:r>
    </w:p>
    <w:p>
      <w:pPr>
        <w:jc w:val="right"/>
      </w:pPr>
      <w:r>
        <w:t>اس کو ملنے والا ہے۔</w:t>
      </w:r>
    </w:p>
    <w:p>
      <w:r>
        <w:rPr>
          <w:b/>
        </w:rPr>
        <w:t xml:space="preserve">[19:06] </w:t>
      </w:r>
      <w:r>
        <w:t>is ka yeh barha hua ehsas us ko is qabil bana de ga ke woh aisi duaen kare</w:t>
      </w:r>
    </w:p>
    <w:p>
      <w:pPr>
        <w:jc w:val="right"/>
      </w:pPr>
      <w:r>
        <w:t>اس کا یہ بڑھا ہوا احساس اس کو اس قابل بنا دے گا کہ وہ ایسی دعائیں کرے</w:t>
      </w:r>
    </w:p>
    <w:p>
      <w:r>
        <w:rPr>
          <w:b/>
        </w:rPr>
        <w:t xml:space="preserve">[19:10] </w:t>
      </w:r>
      <w:r>
        <w:t>jo Allah ki rehmat ko in</w:t>
      </w:r>
    </w:p>
    <w:p>
      <w:pPr>
        <w:jc w:val="right"/>
      </w:pPr>
      <w:r>
        <w:t>جو اللہ کی رحمت کو ان</w:t>
      </w:r>
    </w:p>
    <w:p>
      <w:r>
        <w:rPr>
          <w:b/>
        </w:rPr>
        <w:t xml:space="preserve">[19:14] </w:t>
      </w:r>
      <w:r>
        <w:t>wok karne wali hon, jo is ke liye ism e aazam ki dua ban jaye.</w:t>
      </w:r>
    </w:p>
    <w:p>
      <w:pPr>
        <w:jc w:val="right"/>
      </w:pPr>
      <w:r>
        <w:t>وک کرنے والی ہوں، جو اس کے لیے اسم اعظم کی دعا بن جائے۔</w:t>
      </w:r>
    </w:p>
    <w:p>
      <w:r>
        <w:rPr>
          <w:b/>
        </w:rPr>
        <w:t xml:space="preserve">[19:20] </w:t>
      </w:r>
      <w:r>
        <w:t>mislan shukr ke gehre ehsas ke sath is ki zuban se niklega ke: "Khudaya!</w:t>
      </w:r>
    </w:p>
    <w:p>
      <w:pPr>
        <w:jc w:val="right"/>
      </w:pPr>
      <w:r>
        <w:t>مثلاً شکر کے گہرے احساس کے ساتھ اس کی زبان سے نکلے گا کہ: "خدایا!</w:t>
      </w:r>
    </w:p>
    <w:p>
      <w:r>
        <w:rPr>
          <w:b/>
        </w:rPr>
        <w:t xml:space="preserve">[19:26] </w:t>
      </w:r>
      <w:r>
        <w:t>tu ne isi dunya mein mujh ko aik jannati ghar de diya.</w:t>
      </w:r>
    </w:p>
    <w:p>
      <w:pPr>
        <w:jc w:val="right"/>
      </w:pPr>
      <w:r>
        <w:t>تو نے اسی دنیا میں مجھ کو ایک جنتی گھر دے دیا۔</w:t>
      </w:r>
    </w:p>
    <w:p>
      <w:r>
        <w:rPr>
          <w:b/>
        </w:rPr>
        <w:t xml:space="preserve">[19:32] </w:t>
      </w:r>
      <w:r>
        <w:t>ab kia tu aisa kare ga ke akhirat mein mujh se mera jannati ghar wapas le le? kia</w:t>
      </w:r>
    </w:p>
    <w:p>
      <w:pPr>
        <w:jc w:val="right"/>
      </w:pPr>
      <w:r>
        <w:t>اب کیا تو ایسا کرے گا کہ آخرت میں مجھ سے میرا جنتی گھر واپس لے لے؟ کیا</w:t>
      </w:r>
    </w:p>
    <w:p>
      <w:r>
        <w:rPr>
          <w:b/>
        </w:rPr>
        <w:t xml:space="preserve">[19:38] </w:t>
      </w:r>
      <w:r>
        <w:t>tere rahim o karim hone ki sifat yeh cheez gawara kare gi ke aik cheez mujh ko de</w:t>
      </w:r>
    </w:p>
    <w:p>
      <w:pPr>
        <w:jc w:val="right"/>
      </w:pPr>
      <w:r>
        <w:t>تیرے رحیم و کریم ہونے کی صفت یہ چیز گوارا کرے گی کہ ایک چیز مجھ کو دے</w:t>
      </w:r>
    </w:p>
    <w:p>
      <w:r>
        <w:rPr>
          <w:b/>
        </w:rPr>
        <w:t xml:space="preserve">[19:44] </w:t>
      </w:r>
      <w:r>
        <w:t>de aur phir us ko mujh se wapas le le?" jannat ki zindagi.</w:t>
      </w:r>
    </w:p>
    <w:p>
      <w:pPr>
        <w:jc w:val="right"/>
      </w:pPr>
      <w:r>
        <w:t>دے اور پھر اس کو مجھ سے واپس لے لے؟" جنت کی زندگی۔</w:t>
      </w:r>
    </w:p>
    <w:p>
      <w:r>
        <w:rPr>
          <w:b/>
        </w:rPr>
        <w:t xml:space="preserve">[19:55] </w:t>
      </w:r>
      <w:r>
        <w:t>quran mein jannat ki zindagi ke bare mein mukhtalif bayanat aaye hain.</w:t>
      </w:r>
    </w:p>
    <w:p>
      <w:pPr>
        <w:jc w:val="right"/>
      </w:pPr>
      <w:r>
        <w:t>قرآن میں جنت کی زندگی کے بارے میں مختلف بیانات آئے ہیں۔</w:t>
      </w:r>
    </w:p>
    <w:p>
      <w:r>
        <w:rPr>
          <w:b/>
        </w:rPr>
        <w:t xml:space="preserve">[20:05] </w:t>
      </w:r>
      <w:r>
        <w:t>aik ayat ke alfaaz yeh hain: "ana ashab al jannati fi shughlin fakihoon"</w:t>
      </w:r>
    </w:p>
    <w:p>
      <w:pPr>
        <w:jc w:val="right"/>
      </w:pPr>
      <w:r>
        <w:t>ایک آیت کے الفاظ یہ ہیں: "انا اصحاب الجنت فی شغل فاقہون"</w:t>
      </w:r>
    </w:p>
    <w:p>
      <w:r>
        <w:rPr>
          <w:b/>
        </w:rPr>
        <w:t xml:space="preserve">[20:15] </w:t>
      </w:r>
      <w:r>
        <w:t>yani beshak ahle jannat is din apne mashghalon mein khush hon ge.</w:t>
      </w:r>
    </w:p>
    <w:p>
      <w:pPr>
        <w:jc w:val="right"/>
      </w:pPr>
      <w:r>
        <w:t>یعنی بے شک اہل جنت اس دن اپنے مشغلوں میں خوش ہوں گے۔</w:t>
      </w:r>
    </w:p>
    <w:p>
      <w:r>
        <w:rPr>
          <w:b/>
        </w:rPr>
        <w:t xml:space="preserve">[20:21] </w:t>
      </w:r>
      <w:r>
        <w:t>"In that the companions of Paradise that day will be amused in joyful occupation".</w:t>
      </w:r>
    </w:p>
    <w:p>
      <w:pPr>
        <w:jc w:val="right"/>
      </w:pPr>
      <w:r>
        <w:t>"ان ڈیٹ دا کمپینینز آف پیراڈائز دیٹ ڈے ول بی امیوزڈ انجوائے فل اکوپیشن"۔</w:t>
      </w:r>
    </w:p>
    <w:p>
      <w:r>
        <w:rPr>
          <w:b/>
        </w:rPr>
        <w:t xml:space="preserve">[20:27] </w:t>
      </w:r>
      <w:r>
        <w:t>jannat mein jo cheezen ahle jannat ko milen gi, un ke bare mein quran mein aaya hai ke</w:t>
      </w:r>
    </w:p>
    <w:p>
      <w:pPr>
        <w:jc w:val="right"/>
      </w:pPr>
      <w:r>
        <w:t>جنت میں جو چیزیں اہل جنت کو ملیں گی، ان کے بارے میں قرآن میں آیا ہے کہ</w:t>
      </w:r>
    </w:p>
    <w:p>
      <w:r>
        <w:rPr>
          <w:b/>
        </w:rPr>
        <w:t xml:space="preserve">[20:33] </w:t>
      </w:r>
      <w:r>
        <w:t>woh maujooda dunya ke mushaba hon gi.</w:t>
      </w:r>
    </w:p>
    <w:p>
      <w:pPr>
        <w:jc w:val="right"/>
      </w:pPr>
      <w:r>
        <w:t>وہ موجودہ دنیا کے مشابہ ہوں گی۔</w:t>
      </w:r>
    </w:p>
    <w:p>
      <w:r>
        <w:rPr>
          <w:b/>
        </w:rPr>
        <w:t xml:space="preserve">[20:39] </w:t>
      </w:r>
      <w:r>
        <w:t>yani dunya ki zindagi mein un ki jo sar-garmiyan thin, bazahir wohi tamam sar-garmiyan jannat mein</w:t>
      </w:r>
    </w:p>
    <w:p>
      <w:pPr>
        <w:jc w:val="right"/>
      </w:pPr>
      <w:r>
        <w:t>یعنی دنیا کی زندگی میں ان کی جو سرگرمیاں تھیں، بظاہر وہی تمام سرگرمیاں جنت میں</w:t>
      </w:r>
    </w:p>
    <w:p>
      <w:r>
        <w:rPr>
          <w:b/>
        </w:rPr>
        <w:t xml:space="preserve">[20:45] </w:t>
      </w:r>
      <w:r>
        <w:t>bhi hon gi, lekin jannat ki zindagi har qism ke khauf aur huzn se pak hogi.</w:t>
      </w:r>
    </w:p>
    <w:p>
      <w:pPr>
        <w:jc w:val="right"/>
      </w:pPr>
      <w:r>
        <w:t>بھی ہوں گی، لیکن جنت کی زندگی ہر قسم کے خوف اور حزن سے پاک ہوگی۔</w:t>
      </w:r>
    </w:p>
    <w:p>
      <w:r>
        <w:rPr>
          <w:b/>
        </w:rPr>
        <w:t xml:space="preserve">[20:51] </w:t>
      </w:r>
      <w:r>
        <w:t>dunya mein har sar-garmion ke sath mashaqqat aur boredom shamil rehta hai, lekin jannat ki dunya mein is</w:t>
      </w:r>
    </w:p>
    <w:p>
      <w:pPr>
        <w:jc w:val="right"/>
      </w:pPr>
      <w:r>
        <w:t>دنیا میں ہر سرگرمیوں کے ساتھ مشقت اور بورڈم شامل رہتا ہے، لیکن جنت کی دنیا میں اس</w:t>
      </w:r>
    </w:p>
    <w:p>
      <w:r>
        <w:rPr>
          <w:b/>
        </w:rPr>
        <w:t xml:space="preserve">[20:57] </w:t>
      </w:r>
      <w:r>
        <w:t>qism ki tamam cheezen hadaf ho jayen gi.</w:t>
      </w:r>
    </w:p>
    <w:p>
      <w:pPr>
        <w:jc w:val="right"/>
      </w:pPr>
      <w:r>
        <w:t>قسم کی تمام چیزیں حذف ہو جائیں گی۔</w:t>
      </w:r>
    </w:p>
    <w:p>
      <w:r>
        <w:rPr>
          <w:b/>
        </w:rPr>
        <w:t xml:space="preserve">[21:03] </w:t>
      </w:r>
      <w:r>
        <w:t>jannat ki zindagi purey maani mein shadmani ki sar-garmiyan ya pleasant activities ki zindagi hogi.</w:t>
      </w:r>
    </w:p>
    <w:p>
      <w:pPr>
        <w:jc w:val="right"/>
      </w:pPr>
      <w:r>
        <w:t>جنت کی زندگی پورے معنی میں شادمانی کی سرگرمیوں یا پلیزنٹ ایکٹیویٹیز کی زندگی ہوگی۔</w:t>
      </w:r>
    </w:p>
    <w:p>
      <w:r>
        <w:rPr>
          <w:b/>
        </w:rPr>
        <w:t xml:space="preserve">[21:09] </w:t>
      </w:r>
      <w:r>
        <w:t>hadith mein aaya hai ke: "hajabat al-jannat bil</w:t>
      </w:r>
    </w:p>
    <w:p>
      <w:pPr>
        <w:jc w:val="right"/>
      </w:pPr>
      <w:r>
        <w:t>حدیث میں آیا ہے کہ: "حجبت الجنت بال</w:t>
      </w:r>
    </w:p>
    <w:p>
      <w:r>
        <w:rPr>
          <w:b/>
        </w:rPr>
        <w:t xml:space="preserve">[21:15] </w:t>
      </w:r>
      <w:r>
        <w:t>makarih".</w:t>
      </w:r>
    </w:p>
    <w:p>
      <w:pPr>
        <w:jc w:val="right"/>
      </w:pPr>
      <w:r>
        <w:t>مکاری"۔</w:t>
      </w:r>
    </w:p>
    <w:p>
      <w:r>
        <w:rPr>
          <w:b/>
        </w:rPr>
        <w:t xml:space="preserve">[21:20] </w:t>
      </w:r>
      <w:r>
        <w:t>sahih bukhari yaani jannat ko napasandeeda cheezon se dhanp diya gaya hai.</w:t>
      </w:r>
    </w:p>
    <w:p>
      <w:pPr>
        <w:jc w:val="right"/>
      </w:pPr>
      <w:r>
        <w:t>صحیح بخاری یعنی جنت کو ناپسندیدہ چیزوں سے ڈھانپ دیا گیا ہے۔</w:t>
      </w:r>
    </w:p>
    <w:p>
      <w:r>
        <w:rPr>
          <w:b/>
        </w:rPr>
        <w:t xml:space="preserve">[21:25] </w:t>
      </w:r>
      <w:r>
        <w:t>maujooda duniya apni haqeeqat ke aitbaar se jannat ki manind hai, lekin is ke oopar insani aalooodgi ya</w:t>
      </w:r>
    </w:p>
    <w:p>
      <w:pPr>
        <w:jc w:val="right"/>
      </w:pPr>
      <w:r>
        <w:t>موجودہ دنیا اپنی حقیقت کے اعتبار سے جنت کی مانند ہے، لیکن اس کے اوپر انسانی آلودگی یا</w:t>
      </w:r>
    </w:p>
    <w:p>
      <w:r>
        <w:rPr>
          <w:b/>
        </w:rPr>
        <w:t xml:space="preserve">[21:30] </w:t>
      </w:r>
      <w:r>
        <w:t>man made pollution ka parda pada hua hai.</w:t>
      </w:r>
    </w:p>
    <w:p>
      <w:pPr>
        <w:jc w:val="right"/>
      </w:pPr>
      <w:r>
        <w:t>مین میڈ پولیوشن کا پردہ پڑا ہوا ہے۔</w:t>
      </w:r>
    </w:p>
    <w:p>
      <w:r>
        <w:rPr>
          <w:b/>
        </w:rPr>
        <w:t xml:space="preserve">[21:35] </w:t>
      </w:r>
      <w:r>
        <w:t>aakhirat ki duniya har aitbaar se insani aalooodgi se paak hogi.</w:t>
      </w:r>
    </w:p>
    <w:p>
      <w:pPr>
        <w:jc w:val="right"/>
      </w:pPr>
      <w:r>
        <w:t>آخرت کی دنیا ہر اعتبار سے انسانی آلودگی سے پاک ہوگی۔</w:t>
      </w:r>
    </w:p>
    <w:p>
      <w:r>
        <w:rPr>
          <w:b/>
        </w:rPr>
        <w:t xml:space="preserve">[21:40] </w:t>
      </w:r>
      <w:r>
        <w:t>is liye jannat kaamil maani mein shughl faqa ki duniya</w:t>
      </w:r>
    </w:p>
    <w:p>
      <w:pPr>
        <w:jc w:val="right"/>
      </w:pPr>
      <w:r>
        <w:t>اس لیے جنت کامل معنی میں شغل فاقہ کی دنیا</w:t>
      </w:r>
    </w:p>
    <w:p>
      <w:r>
        <w:rPr>
          <w:b/>
        </w:rPr>
        <w:t xml:space="preserve">[21:45] </w:t>
      </w:r>
      <w:r>
        <w:t>ban jayegi, yaani pur musarrat sar garniyon ya pleasant activities ki duniya.</w:t>
      </w:r>
    </w:p>
    <w:p>
      <w:pPr>
        <w:jc w:val="right"/>
      </w:pPr>
      <w:r>
        <w:t>بن جائے گی، یعنی پرمسرت سرگرمیوں یا پلیزنٹ ایکٹیویٹیز کی دنیا۔</w:t>
      </w:r>
    </w:p>
    <w:p>
      <w:r>
        <w:rPr>
          <w:b/>
        </w:rPr>
        <w:t xml:space="preserve">[21:53] </w:t>
      </w:r>
      <w:r>
        <w:t>jannat mein woh tamam sar garniyan jaari rahengi jo insani fitrat ka taqaza hai, lekin maujooda duniya mein</w:t>
      </w:r>
    </w:p>
    <w:p>
      <w:pPr>
        <w:jc w:val="right"/>
      </w:pPr>
      <w:r>
        <w:t>جنت میں وہ تمام سرگرمیاں جاری رہیں گی جو انسانی فطرت کا تقاضا ہے، لیکن موجودہ دنیا میں</w:t>
      </w:r>
    </w:p>
    <w:p>
      <w:r>
        <w:rPr>
          <w:b/>
        </w:rPr>
        <w:t xml:space="preserve">[22:00] </w:t>
      </w:r>
      <w:r>
        <w:t>insani aalooodgi ki bina par yeh sar garniyan pur musarrat sar garniyan nahin banti.</w:t>
      </w:r>
    </w:p>
    <w:p>
      <w:pPr>
        <w:jc w:val="right"/>
      </w:pPr>
      <w:r>
        <w:t>انسانی آلودگی کی بنا پر یہ سرگرمیاں پرمسرت سرگرمیاں نہیں بنتیں۔</w:t>
      </w:r>
    </w:p>
    <w:p>
      <w:r>
        <w:rPr>
          <w:b/>
        </w:rPr>
        <w:t xml:space="preserve">[22:08] </w:t>
      </w:r>
      <w:r>
        <w:t>lekin jannat ki duniya mein insaan ki tamam sar garniyan jannat ke halaat ki bina par pur musarrat sar garniyan ban jayengi.</w:t>
      </w:r>
    </w:p>
    <w:p>
      <w:pPr>
        <w:jc w:val="right"/>
      </w:pPr>
      <w:r>
        <w:t>لیکن جنت کی دنیا میں انسان کی تمام سرگرمیاں جنت کے حالات کی بنا پر پرمسرت سرگرمیاں بن جائیں گی۔</w:t>
      </w:r>
    </w:p>
    <w:p>
      <w:r>
        <w:rPr>
          <w:b/>
        </w:rPr>
        <w:t xml:space="preserve">[22:16] </w:t>
      </w:r>
      <w:r>
        <w:t>mislan duniya mein boredom hai, magar jannat mein boredom jaisi koi cheez maujood na hogi. jannat ki talash. america ke sadar donald trump ne white house mein apne sau din pure karne ke baad ek interview diya. is silsile mein unhon ne ek</w:t>
      </w:r>
    </w:p>
    <w:p>
      <w:pPr>
        <w:jc w:val="right"/>
      </w:pPr>
      <w:r>
        <w:t>مثلاً دنیا میں بورڈم ہے، مگر جنت میں بورڈم جیسی کوئی چیز موجود نہ ہوگی۔ جنت کی تلاش۔ امریکہ کے صدر ڈونلڈ ٹرمپ نے وائٹ ہاؤس میں اپنے سو دن پورے کرنے کے بعد ایک انٹرویو دیا۔ اس سلسلے میں انہوں نے ایک</w:t>
      </w:r>
    </w:p>
    <w:p>
      <w:r>
        <w:rPr>
          <w:b/>
        </w:rPr>
        <w:t xml:space="preserve">[22:46] </w:t>
      </w:r>
      <w:r>
        <w:t>baat kahi jis ka khulasa yeh tha ke: "white house mein bashar e sadar dakhil hone se pehle main yeh samajhta tha ke white house mere khwabon ki duniya hai, lekin aisa na tha. white house mere liye air conditioned qafas ki manind ban gaya. white house se pehle ka daur mere liye nostalgia ban gaya. yahi is duniya mein har aadmi ka mamla hai. har aad</w:t>
      </w:r>
    </w:p>
    <w:p>
      <w:pPr>
        <w:jc w:val="right"/>
      </w:pPr>
      <w:r>
        <w:t>بات کہی جس کا خلاصہ یہ تھا کہ: "وائٹ ہاؤس میں بحیثیت صدر داخل ہونے سے پہلے میں یہ سمجھتا تھا کہ وائٹ ہاؤس میرے خوابوں کی دنیا ہے، لیکن ایسا نہ تھا۔ وائٹ ہاؤس میرے لیے ایئر کنڈیشنڈ قفس کی مانند بن گیا۔ وائٹ ہاؤس سے پہلے کا دور میرے لیے نوسٹیلجیا بن گیا۔ یہی اس دنیا میں ہر آدمی کا معاملہ ہے۔ ہر آ</w:t>
      </w:r>
    </w:p>
    <w:p>
      <w:r>
        <w:rPr>
          <w:b/>
        </w:rPr>
        <w:t xml:space="preserve">[23:16] </w:t>
      </w:r>
      <w:r>
        <w:t>demi goya jannat ki talash mein hai.</w:t>
      </w:r>
    </w:p>
    <w:p>
      <w:pPr>
        <w:jc w:val="right"/>
      </w:pPr>
      <w:r>
        <w:t>دمی گویا جنت کی تلاش میں ہے۔</w:t>
      </w:r>
    </w:p>
    <w:p>
      <w:r>
        <w:rPr>
          <w:b/>
        </w:rPr>
        <w:t xml:space="preserve">[23:20] </w:t>
      </w:r>
      <w:r>
        <w:t>har aadmi apni saari koshish se apne liye khwabon ki ek duniya taameer karta hai: kothi, bangla, mahal,</w:t>
      </w:r>
    </w:p>
    <w:p>
      <w:pPr>
        <w:jc w:val="right"/>
      </w:pPr>
      <w:r>
        <w:t>ہر آدمی اپنی ساری کوشش سے اپنے لیے خوابوں کی ایک دنیا تعمیر کرتا ہے: کوٹھی، بنگلہ، محل،</w:t>
      </w:r>
    </w:p>
    <w:p>
      <w:r>
        <w:rPr>
          <w:b/>
        </w:rPr>
        <w:t xml:space="preserve">[23:24] </w:t>
      </w:r>
      <w:r>
        <w:t>farm house waghera.</w:t>
      </w:r>
    </w:p>
    <w:p>
      <w:pPr>
        <w:jc w:val="right"/>
      </w:pPr>
      <w:r>
        <w:t>فارم ہاؤس وغیرہ۔</w:t>
      </w:r>
    </w:p>
    <w:p>
      <w:r>
        <w:rPr>
          <w:b/>
        </w:rPr>
        <w:t xml:space="preserve">[23:29] </w:t>
      </w:r>
      <w:r>
        <w:t>magar jab woh apni is duniya mein dakhil hota hai to us ko mehsoos hota hai ke shayad</w:t>
      </w:r>
    </w:p>
    <w:p>
      <w:pPr>
        <w:jc w:val="right"/>
      </w:pPr>
      <w:r>
        <w:t>مگر جب وہ اپنی اس دنیا میں داخل ہوتا ہے تو اس کو محسوس ہوتا ہے کہ شاید</w:t>
      </w:r>
    </w:p>
    <w:p>
      <w:r>
        <w:rPr>
          <w:b/>
        </w:rPr>
        <w:t xml:space="preserve">[23:33] </w:t>
      </w:r>
      <w:r>
        <w:t>woh kahin aur aa gaya hai.</w:t>
      </w:r>
    </w:p>
    <w:p>
      <w:pPr>
        <w:jc w:val="right"/>
      </w:pPr>
      <w:r>
        <w:t>وہ کہیں اور آ گیا ہے۔</w:t>
      </w:r>
    </w:p>
    <w:p>
      <w:r>
        <w:rPr>
          <w:b/>
        </w:rPr>
        <w:t xml:space="preserve">[23:37] </w:t>
      </w:r>
      <w:r>
        <w:t>yeh duniya woh duniya nahin jo us ke khwabon mein basi hui thi.</w:t>
      </w:r>
    </w:p>
    <w:p>
      <w:pPr>
        <w:jc w:val="right"/>
      </w:pPr>
      <w:r>
        <w:t>یہ دنیا وہ دنیا نہیں جو اس کے خوابوں میں بسی ہوئی تھی۔</w:t>
      </w:r>
    </w:p>
    <w:p>
      <w:r>
        <w:rPr>
          <w:b/>
        </w:rPr>
        <w:t xml:space="preserve">[23:42] </w:t>
      </w:r>
      <w:r>
        <w:t>asal yeh hai ke maujooda duniya</w:t>
      </w:r>
    </w:p>
    <w:p>
      <w:pPr>
        <w:jc w:val="right"/>
      </w:pPr>
      <w:r>
        <w:t>اصل یہ ہے کہ موجودہ دنیا</w:t>
      </w:r>
    </w:p>
    <w:p>
      <w:r>
        <w:rPr>
          <w:b/>
        </w:rPr>
        <w:t xml:space="preserve">[23:46] </w:t>
      </w:r>
      <w:r>
        <w:t>taameer jannat ke liye nahin hai, balke woh taameer shakhsiyat ke liye hai. maujooda duniya ka maqsad yeh hai ke aadmi yahan mukhtalif halaat ke darmiyan apne andar woh shakhsiyat banaye jo agle marhale hayat mein jannat mein dakhle ke liye muntakhib ki jae. magar insan ghalati se yeh samajh leta hai ke woh apni jannat isi duniya mein bana sakta hai. is ghalati ka nati</w:t>
      </w:r>
    </w:p>
    <w:p>
      <w:pPr>
        <w:jc w:val="right"/>
      </w:pPr>
      <w:r>
        <w:t>تعمیر جنت کے لیے نہیں ہے، بلکہ وہ تعمیر شخصیت کے لیے ہے۔ موجودہ دنیا کا مقصد یہ ہے کہ آدمی یہاں مختلف حالات کے درمیان اپنے اندر وہ شخصیت بنائے جو اگلے مرحلہ حیات میں جنت میں داخلے کے لیے منتخب کی جائے۔ مگر انسان غلطی سے یہ سمجھ لیتا ہے کہ وہ اپنی جنت اسی دنیا میں بنا سکتا ہے۔ اس غلطی کا ن</w:t>
      </w:r>
    </w:p>
    <w:p>
      <w:r>
        <w:rPr>
          <w:b/>
        </w:rPr>
        <w:t xml:space="preserve">[24:16] </w:t>
      </w:r>
      <w:r>
        <w:t>teejah yeh hai ke har aadmi ka haal yeh hai ke woh shandaar amngon ke saath apni zindagi</w:t>
      </w:r>
    </w:p>
    <w:p>
      <w:pPr>
        <w:jc w:val="right"/>
      </w:pPr>
      <w:r>
        <w:t>تیجہ یہ ہے کہ ہر آدمی کا حال یہ ہے کہ وہ شاندار امنگوں کے ساتھ اپنی زندگی</w:t>
      </w:r>
    </w:p>
    <w:p>
      <w:r>
        <w:rPr>
          <w:b/>
        </w:rPr>
        <w:t xml:space="preserve">[24:22] </w:t>
      </w:r>
      <w:r>
        <w:t>ka aaghaz karta hai, magar aakhir mein har ek ka anjaam yeh hota hai ke woh mayoosi, frustration</w:t>
      </w:r>
    </w:p>
    <w:p>
      <w:pPr>
        <w:jc w:val="right"/>
      </w:pPr>
      <w:r>
        <w:t>کا آغاز کرتا ہے، مگر آخر میں ہر ایک کا انجام یہ ہوتا ہے کہ وہ مایوسی، فرسٹریشن</w:t>
      </w:r>
    </w:p>
    <w:p>
      <w:r>
        <w:rPr>
          <w:b/>
        </w:rPr>
        <w:t xml:space="preserve">[24:28] </w:t>
      </w:r>
      <w:r>
        <w:t>mein mubtala ho jata hai aur nakami ki maut mar kar is duniya se chala jata hai.</w:t>
      </w:r>
    </w:p>
    <w:p>
      <w:pPr>
        <w:jc w:val="right"/>
      </w:pPr>
      <w:r>
        <w:t>میں مبتلا ہو جاتا ہے اور ناکامی کی موت مر کر اس دنیا سے چلا جاتا ہے۔</w:t>
      </w:r>
    </w:p>
    <w:p>
      <w:r>
        <w:rPr>
          <w:b/>
        </w:rPr>
        <w:t xml:space="preserve">[24:34] </w:t>
      </w:r>
      <w:r>
        <w:t>america ke sadar donald trump ki misaal har ek ki misaal hai.</w:t>
      </w:r>
    </w:p>
    <w:p>
      <w:pPr>
        <w:jc w:val="right"/>
      </w:pPr>
      <w:r>
        <w:t>امریکہ کے صدر ڈونلڈ ٹرمپ کی مثال ہر ایک کی مثال ہے۔</w:t>
      </w:r>
    </w:p>
    <w:p>
      <w:r>
        <w:rPr>
          <w:b/>
        </w:rPr>
        <w:t xml:space="preserve">[24:40] </w:t>
      </w:r>
      <w:r>
        <w:t>aadmi ko chahiye ke woh sab se pehle khal</w:t>
      </w:r>
    </w:p>
    <w:p>
      <w:pPr>
        <w:jc w:val="right"/>
      </w:pPr>
      <w:r>
        <w:t>آدمی کو چاہیے کہ وہ سب سے پہلے خال</w:t>
      </w:r>
    </w:p>
    <w:p>
      <w:r>
        <w:rPr>
          <w:b/>
        </w:rPr>
        <w:t xml:space="preserve">[24:46] </w:t>
      </w:r>
      <w:r>
        <w:t>q ke takhleeqi naqshe ko daryaft kare aur phir us ke mutabiq apni zindagi ki taameer kare.</w:t>
      </w:r>
    </w:p>
    <w:p>
      <w:pPr>
        <w:jc w:val="right"/>
      </w:pPr>
      <w:r>
        <w:t>ق کے تخلیقی نقشے کو دریافت کرے اور پھر اس کے مطابق اپنی زندگی کی تعمیر کرے۔</w:t>
      </w:r>
    </w:p>
    <w:p>
      <w:r>
        <w:rPr>
          <w:b/>
        </w:rPr>
        <w:t xml:space="preserve">[24:55] </w:t>
      </w:r>
      <w:r>
        <w:t>agar insaan aisa kare to us par kabhi mayoosi ka daur nahin aayega.</w:t>
      </w:r>
    </w:p>
    <w:p>
      <w:pPr>
        <w:jc w:val="right"/>
      </w:pPr>
      <w:r>
        <w:t>اگر انسان ایسا کرے تو اس پر کبھی مایوسی کا دور نہیں آئے گا۔</w:t>
      </w:r>
    </w:p>
    <w:p>
      <w:r>
        <w:rPr>
          <w:b/>
        </w:rPr>
        <w:t xml:space="preserve">[25:03] </w:t>
      </w:r>
      <w:r>
        <w:t>woh ek kamyab zindagi jiye ga, aur jab woh is dunya se jaye ga to is ehsas ke</w:t>
      </w:r>
    </w:p>
    <w:p>
      <w:pPr>
        <w:jc w:val="right"/>
      </w:pPr>
      <w:r>
        <w:t>وہ ایک کامیاب زندگی جیئے گا، اور جب وہ اس دنیا سے جائے گا تو اس احساس کے</w:t>
      </w:r>
    </w:p>
    <w:p>
      <w:r>
        <w:rPr>
          <w:b/>
        </w:rPr>
        <w:t xml:space="preserve">[25:12] </w:t>
      </w:r>
      <w:r>
        <w:t>saath jaye ga ke us ne apni matloob manzil ko pa liya.</w:t>
      </w:r>
    </w:p>
    <w:p>
      <w:pPr>
        <w:jc w:val="right"/>
      </w:pPr>
      <w:r>
        <w:t>ساتھ جائے گا کہ اس نے اپنی مطلوب منزل کو پا لیا۔</w:t>
      </w:r>
    </w:p>
    <w:p>
      <w:r>
        <w:rPr>
          <w:b/>
        </w:rPr>
        <w:t xml:space="preserve">[25:20] </w:t>
      </w:r>
      <w:r>
        <w:t>asfal safleen kyun? Quran ki surah teen mein bataya gaya hai ke khaliq ne insan ko ahsan taqweem</w:t>
      </w:r>
    </w:p>
    <w:p>
      <w:pPr>
        <w:jc w:val="right"/>
      </w:pPr>
      <w:r>
        <w:t>اسفل سافلین کیوں؟ قرآن کی سورہ تین میں بتایا گیا ہے کہ خالق نے انسان کو احسن تقویم</w:t>
      </w:r>
    </w:p>
    <w:p>
      <w:r>
        <w:rPr>
          <w:b/>
        </w:rPr>
        <w:t xml:space="preserve">[25:26] </w:t>
      </w:r>
      <w:r>
        <w:t>ke saath paida kiya.</w:t>
      </w:r>
    </w:p>
    <w:p>
      <w:pPr>
        <w:jc w:val="right"/>
      </w:pPr>
      <w:r>
        <w:t>کے ساتھ پیدا کیا۔</w:t>
      </w:r>
    </w:p>
    <w:p>
      <w:r>
        <w:rPr>
          <w:b/>
        </w:rPr>
        <w:t xml:space="preserve">[25:32] </w:t>
      </w:r>
      <w:r>
        <w:t>is ke baad us ko asfal safleen mein daal diya.</w:t>
      </w:r>
    </w:p>
    <w:p>
      <w:pPr>
        <w:jc w:val="right"/>
      </w:pPr>
      <w:r>
        <w:t>اس کے بعد اس کو اسفل سافلین میں ڈال دیا۔</w:t>
      </w:r>
    </w:p>
    <w:p>
      <w:r>
        <w:rPr>
          <w:b/>
        </w:rPr>
        <w:t xml:space="preserve">[25:38] </w:t>
      </w:r>
      <w:r>
        <w:t>is ka sabab kya hai? is ka sabab ek aur hadith ka mutalea karne se maloom hota hai.</w:t>
      </w:r>
    </w:p>
    <w:p>
      <w:pPr>
        <w:jc w:val="right"/>
      </w:pPr>
      <w:r>
        <w:t>اس کا سبب کیا ہے؟ اس کا سبب ایک اور حدیث کا مطالعہ کرنے سے معلوم ہوتا ہے۔</w:t>
      </w:r>
    </w:p>
    <w:p>
      <w:r>
        <w:rPr>
          <w:b/>
        </w:rPr>
        <w:t xml:space="preserve">[25:44] </w:t>
      </w:r>
      <w:r>
        <w:t>is hadith ke alfaaz yeh hain: "layadkhulul jannata man kan fi qalbihi zarra</w:t>
      </w:r>
    </w:p>
    <w:p>
      <w:pPr>
        <w:jc w:val="right"/>
      </w:pPr>
      <w:r>
        <w:t>اس حدیث کے الفاظ یہ ہیں: "لایدخل الجنت من کان فی قلبہ زرۃ</w:t>
      </w:r>
    </w:p>
    <w:p>
      <w:r>
        <w:rPr>
          <w:b/>
        </w:rPr>
        <w:t xml:space="preserve">[25:51] </w:t>
      </w:r>
      <w:r>
        <w:t>min kibr". sahih muslim yani jannat mein woh shakhs dakhil na hoga jis ke dil mein zarre ke barabar kibr ho. insan ka mutala batata hai ke mamooli taur par is ka haal yeh hai ke woh ahsan taqweem ka tahammul nahin kar pata. woh kibr ki nafsiyat mein mubtala ho jata hai. kisi ke andar yeh nafsiyat kam hoti hai aur kisi ke andar zyada. insan ki taraqqi ke liye sab se zyada zaroori</w:t>
      </w:r>
    </w:p>
    <w:p>
      <w:pPr>
        <w:jc w:val="right"/>
      </w:pPr>
      <w:r>
        <w:t>من کبر"۔ صحیح مسلم یعنی جنت میں وہ شخص داخل نہ ہوگا جس کے دل میں ذرے کے برابر کبر ہو۔ انسان کا مطالعہ بتاتا ہے کہ عمومی طور پر اس کا حال یہ ہے کہ وہ احسن تقویم کا تحمل نہیں کر پاتا۔ وہ کبر کی نفسیات میں مبتلا ہو جاتا ہے۔ کسی کے اندر یہ نفسیات کم ہوتی ہے اور کسی کے اندر زیادہ۔ انسان کی ترقی کے لیے سب سے زیادہ ضروری</w:t>
      </w:r>
    </w:p>
    <w:p>
      <w:r>
        <w:rPr>
          <w:b/>
        </w:rPr>
        <w:t xml:space="preserve">[26:21] </w:t>
      </w:r>
      <w:r>
        <w:t>yeh hai ke us ke andar haqeeqat pasandi ka mizaj ho, aur yeh sirf is waqt paida hota</w:t>
      </w:r>
    </w:p>
    <w:p>
      <w:pPr>
        <w:jc w:val="right"/>
      </w:pPr>
      <w:r>
        <w:t>یہ ہے کہ اس کے اندر حقیقت پسندی کا مزاج ہو، اور یہ صرف اس وقت پیدا ہوتا</w:t>
      </w:r>
    </w:p>
    <w:p>
      <w:r>
        <w:rPr>
          <w:b/>
        </w:rPr>
        <w:t xml:space="preserve">[26:26] </w:t>
      </w:r>
      <w:r>
        <w:t>ہے جبکہ انسان آخری حد تک cut to size ہو جائے۔</w:t>
      </w:r>
    </w:p>
    <w:p>
      <w:pPr>
        <w:jc w:val="right"/>
      </w:pPr>
      <w:r>
        <w:t>ہے جبکہ انسان آخری حد تک کٹ ٹو سائز ہو جائے۔</w:t>
      </w:r>
    </w:p>
    <w:p>
      <w:r>
        <w:rPr>
          <w:b/>
        </w:rPr>
        <w:t xml:space="preserve">[26:31] </w:t>
      </w:r>
      <w:r>
        <w:t>jab insan cut to size hota hai, us waqt us ke andar tawazu ya modesty ati hai.</w:t>
      </w:r>
    </w:p>
    <w:p>
      <w:pPr>
        <w:jc w:val="right"/>
      </w:pPr>
      <w:r>
        <w:t>جب انسان کٹ ٹو سائز ہوتا ہے، اس وقت اس کے اندر تواضع یا ماڈیسٹی آتی ہے۔</w:t>
      </w:r>
    </w:p>
    <w:p>
      <w:r>
        <w:rPr>
          <w:b/>
        </w:rPr>
        <w:t xml:space="preserve">[26:36] </w:t>
      </w:r>
      <w:r>
        <w:t>woh haqeeqat pasand ban jata hai.</w:t>
      </w:r>
    </w:p>
    <w:p>
      <w:pPr>
        <w:jc w:val="right"/>
      </w:pPr>
      <w:r>
        <w:t>وہ حقیقت پسند بن جاتا ہے۔</w:t>
      </w:r>
    </w:p>
    <w:p>
      <w:r>
        <w:rPr>
          <w:b/>
        </w:rPr>
        <w:t xml:space="preserve">[26:41] </w:t>
      </w:r>
      <w:r>
        <w:t>us ke andar apne muhasbe ka mizaj paida hota hai.</w:t>
      </w:r>
    </w:p>
    <w:p>
      <w:pPr>
        <w:jc w:val="right"/>
      </w:pPr>
      <w:r>
        <w:t>اس کے اندر اپنے محاسبے کا مزاج پیدا ہوتا ہے۔</w:t>
      </w:r>
    </w:p>
    <w:p>
      <w:r>
        <w:rPr>
          <w:b/>
        </w:rPr>
        <w:t xml:space="preserve">[26:46] </w:t>
      </w:r>
      <w:r>
        <w:t>woh mutakabir insan ke bajaye mut</w:t>
      </w:r>
    </w:p>
    <w:p>
      <w:pPr>
        <w:jc w:val="right"/>
      </w:pPr>
      <w:r>
        <w:t>وہ متکبر انسان کے بجائے مت</w:t>
      </w:r>
    </w:p>
    <w:p>
      <w:r>
        <w:rPr>
          <w:b/>
        </w:rPr>
        <w:t xml:space="preserve">[26:51] </w:t>
      </w:r>
      <w:r>
        <w:t>waze insan ban jata hai.</w:t>
      </w:r>
    </w:p>
    <w:p>
      <w:pPr>
        <w:jc w:val="right"/>
      </w:pPr>
      <w:r>
        <w:t>واضع انسان بن جاتا ہے۔</w:t>
      </w:r>
    </w:p>
    <w:p>
      <w:r>
        <w:rPr>
          <w:b/>
        </w:rPr>
        <w:t xml:space="preserve">[26:56] </w:t>
      </w:r>
      <w:r>
        <w:t>us ke andar khud pasandi ke bajaye khuda pasandi ka mizaj paida ho jata hai.</w:t>
      </w:r>
    </w:p>
    <w:p>
      <w:pPr>
        <w:jc w:val="right"/>
      </w:pPr>
      <w:r>
        <w:t>اس کے اندر خود پسندی کے بجائے خدا پسندی کا مزاج پیدا ہو جاتا ہے۔</w:t>
      </w:r>
    </w:p>
    <w:p>
      <w:r>
        <w:rPr>
          <w:b/>
        </w:rPr>
        <w:t xml:space="preserve">[27:01] </w:t>
      </w:r>
      <w:r>
        <w:t>woh aakhri had tak sanjeeda ya sincere ban jata hai.</w:t>
      </w:r>
    </w:p>
    <w:p>
      <w:pPr>
        <w:jc w:val="right"/>
      </w:pPr>
      <w:r>
        <w:t>وہ آخری حد تک سنجیدہ یا سنسیئر بن جاتا ہے۔</w:t>
      </w:r>
    </w:p>
    <w:p>
      <w:r>
        <w:rPr>
          <w:b/>
        </w:rPr>
        <w:t xml:space="preserve">[27:06] </w:t>
      </w:r>
      <w:r>
        <w:t>us ke zehn ki tamam band khirkiyan khul jati hain.</w:t>
      </w:r>
    </w:p>
    <w:p>
      <w:pPr>
        <w:jc w:val="right"/>
      </w:pPr>
      <w:r>
        <w:t>اس کے ذہن کی تمام بند کھڑکیاں کھل جاتی ہیں۔</w:t>
      </w:r>
    </w:p>
    <w:p>
      <w:r>
        <w:rPr>
          <w:b/>
        </w:rPr>
        <w:t xml:space="preserve">[27:11] </w:t>
      </w:r>
      <w:r>
        <w:t>yeh sifatain aadmi ko is qabil banati hain ke woh apne potential ko actual banaye.</w:t>
      </w:r>
    </w:p>
    <w:p>
      <w:pPr>
        <w:jc w:val="right"/>
      </w:pPr>
      <w:r>
        <w:t>یہ صفتیں آدمی کو اس قابل بناتی ہیں کہ وہ اپنے پوٹینشل کو ایکچول بنائے۔</w:t>
      </w:r>
    </w:p>
    <w:p>
      <w:r>
        <w:rPr>
          <w:b/>
        </w:rPr>
        <w:t xml:space="preserve">[27:16] </w:t>
      </w:r>
      <w:r>
        <w:t>yeh safat aadmi ko is qabil banati hain ke woh is dunya mein Allah Rabb ul Alameen</w:t>
      </w:r>
    </w:p>
    <w:p>
      <w:pPr>
        <w:jc w:val="right"/>
      </w:pPr>
      <w:r>
        <w:t>یہ صفات آدمی کو اس قابل بناتی ہیں کہ وہ اس دنیا میں اللہ رب العالمین</w:t>
      </w:r>
    </w:p>
    <w:p>
      <w:r>
        <w:rPr>
          <w:b/>
        </w:rPr>
        <w:t xml:space="preserve">[27:21] </w:t>
      </w:r>
      <w:r>
        <w:t>ke muqable mein haqeeqi maene mein abd ban jae. woh qadir e mutlaq khuda ya all powerful god ke muqable mein ajiz e mutlaq ya all powerless ki doosri had ya extent banaye. insan chunke is duniya mein ek mukarram makhlooq ki hesiyat rakhta hai, is liye tamam insan kisi na kisi darje mein kibr ya arrogance ka case ban jate hain. yeh nafsiyat insan ki taraqqi mein hatmi</w:t>
      </w:r>
    </w:p>
    <w:p>
      <w:pPr>
        <w:jc w:val="right"/>
      </w:pPr>
      <w:r>
        <w:t>کے مقابلے میں حقیقی معنوں میں عبد بن جائے۔ وہ قادر مطلق خدا یا آل پاور فل گاڈ کے مقابلے میں عاجز مطلق یا آل پاور لیس کی دوسری حد یا ایکسٹینٹ بنائے۔ انسان چونکہ اس دنیا میں ایک مکرم مخلوق کی حیثیت رکھتا ہے، اس لیے تمام انسان کسی نہ کسی درجے میں کبر یا ایروگنس کا کیس بن جاتے ہیں۔ یہ نفسیات انسان کی ترقی میں حتم</w:t>
      </w:r>
    </w:p>
    <w:p>
      <w:r>
        <w:rPr>
          <w:b/>
        </w:rPr>
        <w:t xml:space="preserve">[27:51] </w:t>
      </w:r>
      <w:r>
        <w:t>rukawat ban jati hai. is ka moassar hal sirf yeh tha ke insan ke upar is mamle mein dabaao ya compulsion paida kiya jae. yahi compulsion paida karne ke liye khaliq ne insan ko ahsan taqweem hone ke bawajood asfal safilin ki halat mein daal diya. agarche yeh ek waqea hai ke is shadeed tajrube ke bawajood tareekh mein bohat kam insan aise nikle jo is meyar</w:t>
      </w:r>
    </w:p>
    <w:p>
      <w:pPr>
        <w:jc w:val="right"/>
      </w:pPr>
      <w:r>
        <w:t>ی رکاوٹ بن جاتی ہے۔ اس کا موثر حل صرف یہ تھا کہ انسان کے اوپر اس معاملے میں دباؤ یا کمپلشن پیدا کیا جائے۔ یہی کمپلشن پیدا کرنے کے لیے خالق نے انسان کو احسن تقویم ہونے کے باوجود اسفل سافلین کی حالت میں ڈال دیا۔ اگرچہ یہ ایک واقعہ ہے کہ اس شدید تجربے کے باوجود تاریخ میں بہت کم انسان ایسے نکلے جو اس مع</w:t>
      </w:r>
    </w:p>
    <w:p>
      <w:r>
        <w:rPr>
          <w:b/>
        </w:rPr>
        <w:t xml:space="preserve">[28:21] </w:t>
      </w:r>
      <w:r>
        <w:t>yar par pure utre, lekin agar aisa na kiya jata to shayad poori tareekh guzar jati aur koi</w:t>
      </w:r>
    </w:p>
    <w:p>
      <w:pPr>
        <w:jc w:val="right"/>
      </w:pPr>
      <w:r>
        <w:t>یار پر پورے اترے، لیکن اگر ایسا نہ کیا جاتا تو شاید پوری تاریخ گزر جاتی اور کوئی</w:t>
      </w:r>
    </w:p>
    <w:p>
      <w:r>
        <w:rPr>
          <w:b/>
        </w:rPr>
        <w:t xml:space="preserve">[28:27] </w:t>
      </w:r>
      <w:r>
        <w:t>ek insan bhi aisa paida na hota jo Allah ke azeem atiye ko pa kar haqeeqi maanon mein</w:t>
      </w:r>
    </w:p>
    <w:p>
      <w:pPr>
        <w:jc w:val="right"/>
      </w:pPr>
      <w:r>
        <w:t>ایک انسان بھی ایسا پیدا نہ ہوتا جو اللہ کے عظیم عطیے کو پا کر حقیقی معنوں میں</w:t>
      </w:r>
    </w:p>
    <w:p>
      <w:r>
        <w:rPr>
          <w:b/>
        </w:rPr>
        <w:t xml:space="preserve">[28:33] </w:t>
      </w:r>
      <w:r>
        <w:t>us ka banda shukar ban jaye.</w:t>
      </w:r>
    </w:p>
    <w:p>
      <w:pPr>
        <w:jc w:val="right"/>
      </w:pPr>
      <w:r>
        <w:t>اس کا بندہ شاکر بن جائے۔</w:t>
      </w:r>
    </w:p>
    <w:p>
      <w:r>
        <w:rPr>
          <w:b/>
        </w:rPr>
        <w:t xml:space="preserve">[28:39] </w:t>
      </w:r>
      <w:r>
        <w:t>ahsan taqweem se murad fitrat ka atiya hai, aur asfal safleen se murad woh napasandeeda soorat-e-haal hai jo</w:t>
      </w:r>
    </w:p>
    <w:p>
      <w:pPr>
        <w:jc w:val="right"/>
      </w:pPr>
      <w:r>
        <w:t>احسن تقویم سے مراد فطرت کا عطیہ ہے، اور اسفل سافلین سے مراد وہ ناپسندیدہ صورتحال ہے جو</w:t>
      </w:r>
    </w:p>
    <w:p>
      <w:r>
        <w:rPr>
          <w:b/>
        </w:rPr>
        <w:t xml:space="preserve">[28:45] </w:t>
      </w:r>
      <w:r>
        <w:t>asbab o ilal ke tehat</w:t>
      </w:r>
    </w:p>
    <w:p>
      <w:pPr>
        <w:jc w:val="right"/>
      </w:pPr>
      <w:r>
        <w:t>اسباب و علل کے تحت</w:t>
      </w:r>
    </w:p>
    <w:p>
      <w:r>
        <w:rPr>
          <w:b/>
        </w:rPr>
        <w:t xml:space="preserve">[28:51] </w:t>
      </w:r>
      <w:r>
        <w:t>insan ko pesh ati hai.</w:t>
      </w:r>
    </w:p>
    <w:p>
      <w:pPr>
        <w:jc w:val="right"/>
      </w:pPr>
      <w:r>
        <w:t>انسان کو پیش آتی ہے۔</w:t>
      </w:r>
    </w:p>
    <w:p>
      <w:r>
        <w:rPr>
          <w:b/>
        </w:rPr>
        <w:t xml:space="preserve">[28:57] </w:t>
      </w:r>
      <w:r>
        <w:t>agar aadmi halaat ko manage karna seekh le to woh is azmaish mein bach jaye ga, aur agar</w:t>
      </w:r>
    </w:p>
    <w:p>
      <w:pPr>
        <w:jc w:val="right"/>
      </w:pPr>
      <w:r>
        <w:t>اگر آدمی حالات کو مینج کرنا سیکھ لے تو وہ اس آزمائش میں بچ جائے گا، اور اگر</w:t>
      </w:r>
    </w:p>
    <w:p>
      <w:r>
        <w:rPr>
          <w:b/>
        </w:rPr>
        <w:t xml:space="preserve">[29:03] </w:t>
      </w:r>
      <w:r>
        <w:t>woh art of management na janay to woh azmaish ka shikar ho kar nakaam rahay ga.</w:t>
      </w:r>
    </w:p>
    <w:p>
      <w:pPr>
        <w:jc w:val="right"/>
      </w:pPr>
      <w:r>
        <w:t>وہ آرٹ آف مینجمنٹ نہ جانے تو وہ آزمائش کا شکار ہو کر ناکام رہے گا۔</w:t>
      </w:r>
    </w:p>
    <w:p>
      <w:r>
        <w:rPr>
          <w:b/>
        </w:rPr>
        <w:t xml:space="preserve">[29:09] </w:t>
      </w:r>
      <w:r>
        <w:t>is dunya mein kamyabi aur nakaami dono insan ka apna feal hai.</w:t>
      </w:r>
    </w:p>
    <w:p>
      <w:pPr>
        <w:jc w:val="right"/>
      </w:pPr>
      <w:r>
        <w:t>اس دنیا میں کامیابی اور ناکامی دونوں انسان کا اپنا فعل ہے۔</w:t>
      </w:r>
    </w:p>
    <w:p>
      <w:r>
        <w:rPr>
          <w:b/>
        </w:rPr>
        <w:t xml:space="preserve">[29:15] </w:t>
      </w:r>
      <w:r>
        <w:t>aadmi ko chahiye ke woh hamesha musbat andaaz mein sochay.</w:t>
      </w:r>
    </w:p>
    <w:p>
      <w:pPr>
        <w:jc w:val="right"/>
      </w:pPr>
      <w:r>
        <w:t>آدمی کو چاہیے کہ وہ ہمیشہ مثبت انداز میں سوچے۔</w:t>
      </w:r>
    </w:p>
    <w:p>
      <w:r>
        <w:rPr>
          <w:b/>
        </w:rPr>
        <w:t xml:space="preserve">[29:22] </w:t>
      </w:r>
      <w:r>
        <w:t>manfi andaaz fikr insan ko bigarta hai, aur musbat andaaz fikr insan ko bacha leta hai.</w:t>
      </w:r>
    </w:p>
    <w:p>
      <w:pPr>
        <w:jc w:val="right"/>
      </w:pPr>
      <w:r>
        <w:t>منفی انداز فکر انسان کو بگاڑتا ہے، اور مثبت انداز فکر انسان کو بچا لیتا ہے۔</w:t>
      </w:r>
    </w:p>
    <w:p>
      <w:r>
        <w:rPr>
          <w:b/>
        </w:rPr>
        <w:t xml:space="preserve">[29:41] </w:t>
      </w:r>
      <w:r>
        <w:t>tareekh ka eada.</w:t>
      </w:r>
    </w:p>
    <w:p>
      <w:pPr>
        <w:jc w:val="right"/>
      </w:pPr>
      <w:r>
        <w:t>تاریخ کا اعادہ۔</w:t>
      </w:r>
    </w:p>
    <w:p>
      <w:r>
        <w:rPr>
          <w:b/>
        </w:rPr>
        <w:t xml:space="preserve">[30:00] </w:t>
      </w:r>
      <w:r>
        <w:t>yahood ki tareekh ka aik waqia quran mein in alfaaz mein aaya hai: "</w:t>
      </w:r>
    </w:p>
    <w:p>
      <w:pPr>
        <w:jc w:val="right"/>
      </w:pPr>
      <w:r>
        <w:t>یہود کی تاریخ کا ایک واقعہ قرآن میں ان الفاظ میں آیا ہے: "</w:t>
      </w:r>
    </w:p>
    <w:p>
      <w:r>
        <w:rPr>
          <w:b/>
        </w:rPr>
        <w:t xml:space="preserve">[30:19] </w:t>
      </w:r>
      <w:r>
        <w:t>wa idh qulna adkhulu hadhihi al qaryata fakulu minha haithu shitum raghadan wadkhulu al bab sajidan wa qulu hittam lilkhataayaa ghafir lana khataayakum wa sanazid al muhsinin. fabaddala alladheena zalamoo qawlan ghaira alladhi qeela lahum. fa anzalna alalladheena zalamoo rijzan min al samai bima kanoo yafsuqoon" yani aur jab hum ne kaha ke dakhil ho jao is shahar mein aur khao is mein se jahan se chaho faraghat ke sath, aur dakhil ho darwaze mein sar jhukaye hue aur kaho ke aye rab! hamari khataon ko bakhsh de, hum tumhari khataon ko bakhsh denge aur neki karne walon ko zyada bhi denge. to zalimon ne badal diya is baat ko jo un se kahi gayi thi doosri baat se. is par</w:t>
      </w:r>
    </w:p>
    <w:p>
      <w:pPr>
        <w:jc w:val="right"/>
      </w:pPr>
      <w:r>
        <w:t>من" یعنی اور جب ہم نے کہا کہ داخل ہو جاؤ اس شہر میں اور کھاؤ اس میں سے جہاں سے چاہو فراغت کے ساتھ، اور داخل ہو دروازے میں سر جھکائے ہوئے اور کہو کہ اے رب! ہماری خطاؤں کو بخش دے، ہم تمہاری خطاؤں کو بخش دیں گے اور نیکی کرنے والوں کو زیادہ بھی دیں گے۔ تو ظالموں نے بدل دیا اس بات کو جو ان سے کہی گئی تھی دوسری بات سے۔ اس پر</w:t>
      </w:r>
    </w:p>
    <w:p>
      <w:r>
        <w:rPr>
          <w:b/>
        </w:rPr>
        <w:t xml:space="preserve">[30:49] </w:t>
      </w:r>
      <w:r>
        <w:t>hum ne un logon ke upar jinhon ne zulm kiya, un ki nafarmani ke sabab se aasman se rijs utara. yahi waqea badli hui soorat mein ummat e muslema ke sath pesh aaya. maujooda zamana ummat e muslema ke liye ek naye daur mein dakhil hone ka zamana tha. woh zamana jis mein mawaqe ya opportunities ka infijar tha, jahan un ke liye</w:t>
      </w:r>
    </w:p>
    <w:p>
      <w:pPr>
        <w:jc w:val="right"/>
      </w:pPr>
      <w:r>
        <w:t>ہم نے ان لوگوں کے اوپر جنہوں نے ظلم کیا، ان کی نافرمانی کے سبب سے آسمان سے رجس اتارا۔ یہی واقعہ بدلی ہوئی صورت میں امت مسلمہ کے ساتھ پیش آیا۔ موجودہ زمانہ امت مسلمہ کے لیے ایک نئے دور میں داخل ہونے کا زمانہ تھا۔ وہ زمانہ جس میں مواقع یا اپرچونیٹیز کا انفجار تھا، جہاں ان کے لیے</w:t>
      </w:r>
    </w:p>
    <w:p>
      <w:r>
        <w:rPr>
          <w:b/>
        </w:rPr>
        <w:t xml:space="preserve">[31:19] </w:t>
      </w:r>
      <w:r>
        <w:t>har qism ke mawaqe aala pemanay par mojood thay.</w:t>
      </w:r>
    </w:p>
    <w:p>
      <w:pPr>
        <w:jc w:val="right"/>
      </w:pPr>
      <w:r>
        <w:t>ہر قسم کے مواقع اعلیٰ پیمانے پر موجود تھے۔</w:t>
      </w:r>
    </w:p>
    <w:p>
      <w:r>
        <w:rPr>
          <w:b/>
        </w:rPr>
        <w:t xml:space="preserve">[31:25] </w:t>
      </w:r>
      <w:r>
        <w:t>is zamanay ki peshangoi peghambar e islam salallaho alaihe wasallam ne bohat pehlay kar di thi, jaisa ke</w:t>
      </w:r>
    </w:p>
    <w:p>
      <w:pPr>
        <w:jc w:val="right"/>
      </w:pPr>
      <w:r>
        <w:t>اس زمانے کی پیشنگوئی پیغمبر اسلام صلی اللہ علیہ وسلم نے بہت پہلے کر دی تھی، جیسا کہ</w:t>
      </w:r>
    </w:p>
    <w:p>
      <w:r>
        <w:rPr>
          <w:b/>
        </w:rPr>
        <w:t xml:space="preserve">[31:31] </w:t>
      </w:r>
      <w:r>
        <w:t>quran mein aaya hai ke afaq o anfus ki nishaniyan deen e islam ki sadaqat ban jayen gi. surah fussilat.</w:t>
      </w:r>
    </w:p>
    <w:p>
      <w:pPr>
        <w:jc w:val="right"/>
      </w:pPr>
      <w:r>
        <w:t>قرآن میں آیا ہے کہ آفاق و انفس کی نشانیاں دین اسلام کی صداقت بن جائیں گی۔ سورہ فصلت۔</w:t>
      </w:r>
    </w:p>
    <w:p>
      <w:r>
        <w:rPr>
          <w:b/>
        </w:rPr>
        <w:t xml:space="preserve">[31:37] </w:t>
      </w:r>
      <w:r>
        <w:t>isi tarah hadith mein aaya hai ke baad ke zamanay mein ghair muslim qaumain bhi islam ki mu'eed</w:t>
      </w:r>
    </w:p>
    <w:p>
      <w:pPr>
        <w:jc w:val="right"/>
      </w:pPr>
      <w:r>
        <w:t>اسی طرح حدیث میں آیا ہے کہ بعد کے زمانے میں غیر مسلم قومیں بھی اسلام کی معید</w:t>
      </w:r>
    </w:p>
    <w:p>
      <w:r>
        <w:rPr>
          <w:b/>
        </w:rPr>
        <w:t xml:space="preserve">[31:43] </w:t>
      </w:r>
      <w:r>
        <w:t>ya supporters ban jayen gi. musnad ahmad</w:t>
      </w:r>
    </w:p>
    <w:p>
      <w:pPr>
        <w:jc w:val="right"/>
      </w:pPr>
      <w:r>
        <w:t>یا سپورٹرز بن جائیں گی۔ مسند احمد</w:t>
      </w:r>
    </w:p>
    <w:p>
      <w:r>
        <w:rPr>
          <w:b/>
        </w:rPr>
        <w:t xml:space="preserve">[31:49] </w:t>
      </w:r>
      <w:r>
        <w:t>۔ maujooda zamanay mein yeh peshangoi poori tarah waqea ban chuki hai, lekin musalman apni manfi nafsiyat ki bana par in mawaqe ko pehchanne mein nakaam hogaye. bajaye is ke ke woh daur e hazir ke in mawaqe ko khodai mission, dawat ilal Allah ke liye istemal karte, woh daur e hazir ko dushman samajh kar is ke khilaf hogaye. yeh waqea koi saada baat nahin. is ka matlab yeh hai</w:t>
      </w:r>
    </w:p>
    <w:p>
      <w:pPr>
        <w:jc w:val="right"/>
      </w:pPr>
      <w:r>
        <w:t>۔ موجودہ زمانے میں یہ پیشنگوئی پوری طرح واقعہ بن چکی ہے، لیکن مسلمان اپنی منفی نفسیات کی بنا پر ان مواقع کو پہچاننے میں ناکام ہوگئے۔ بجائے اس کے کہ وہ دور حاضر کے ان مواقع کو خدائی مشن، دعوت الی اللہ کے لیے استعمال کرتے، وہ دور حاضر کو دشمن سمجھ کر اس کے خلاف ہوگئے۔ یہ واقعہ کوئی سادہ بات نہیں۔ اس کا مطلب یہ ہے</w:t>
      </w:r>
    </w:p>
    <w:p>
      <w:r>
        <w:rPr>
          <w:b/>
        </w:rPr>
        <w:t xml:space="preserve">[32:19] </w:t>
      </w:r>
      <w:r>
        <w:t>ke maujooda zamanay ke musalman Allah rab ul alameen ke mansoobay ko samajhnay mein nakaam rahay. do dunya.</w:t>
      </w:r>
    </w:p>
    <w:p>
      <w:pPr>
        <w:jc w:val="right"/>
      </w:pPr>
      <w:r>
        <w:t>کہ موجودہ زمانے کے مسلمان اللہ رب العالمین کے منصوبے کو سمجھنے میں ناکام رہے۔ دو دنیا۔</w:t>
      </w:r>
    </w:p>
    <w:p>
      <w:r>
        <w:rPr>
          <w:b/>
        </w:rPr>
        <w:t xml:space="preserve">[32:30] </w:t>
      </w:r>
      <w:r>
        <w:t>quran mein do dunyawon ka zikr hai: aik insani dunya aur doosri madi dunya.</w:t>
      </w:r>
    </w:p>
    <w:p>
      <w:pPr>
        <w:jc w:val="right"/>
      </w:pPr>
      <w:r>
        <w:t>قرآن میں دو دنیاؤں کا ذکر ہے: ایک انسانی دنیا اور دوسری مادی دنیا۔</w:t>
      </w:r>
    </w:p>
    <w:p>
      <w:r>
        <w:rPr>
          <w:b/>
        </w:rPr>
        <w:t xml:space="preserve">[32:40] </w:t>
      </w:r>
      <w:r>
        <w:t>quran ke bayan ke mutabiq</w:t>
      </w:r>
    </w:p>
    <w:p>
      <w:pPr>
        <w:jc w:val="right"/>
      </w:pPr>
      <w:r>
        <w:t>قرآن کے بیان کے مطابق</w:t>
      </w:r>
    </w:p>
    <w:p>
      <w:r>
        <w:rPr>
          <w:b/>
        </w:rPr>
        <w:t xml:space="preserve">[32:50] </w:t>
      </w:r>
      <w:r>
        <w:t>insani dunya amalan dar al-fasad bani hui hai.</w:t>
      </w:r>
    </w:p>
    <w:p>
      <w:pPr>
        <w:jc w:val="right"/>
      </w:pPr>
      <w:r>
        <w:t>انسانی دنیا عملاً دارالفساد بنی ہوئی ہے۔</w:t>
      </w:r>
    </w:p>
    <w:p>
      <w:r>
        <w:rPr>
          <w:b/>
        </w:rPr>
        <w:t xml:space="preserve">[33:00] </w:t>
      </w:r>
      <w:r>
        <w:t>is silsilay mein quran ki aik ayat yeh hai: "yani khushki aur tari mein fasaad phail gaya logon</w:t>
      </w:r>
    </w:p>
    <w:p>
      <w:pPr>
        <w:jc w:val="right"/>
      </w:pPr>
      <w:r>
        <w:t>اس سلسلے میں قرآن کی ایک آیت یہ ہے: "یعنی خشکی اور تری میں فساد پھیل گیا لوگوں</w:t>
      </w:r>
    </w:p>
    <w:p>
      <w:r>
        <w:rPr>
          <w:b/>
        </w:rPr>
        <w:t xml:space="preserve">[33:10] </w:t>
      </w:r>
      <w:r>
        <w:t>ke apne hathon ki kamai se ta ke Allah mazah chakhaye un ko</w:t>
      </w:r>
    </w:p>
    <w:p>
      <w:pPr>
        <w:jc w:val="right"/>
      </w:pPr>
      <w:r>
        <w:t>کے اپنے ہاتھوں کی کمائی سے تاکہ اللہ مزہ چکھائے ان کو</w:t>
      </w:r>
    </w:p>
    <w:p>
      <w:r>
        <w:rPr>
          <w:b/>
        </w:rPr>
        <w:t xml:space="preserve">[33:20] </w:t>
      </w:r>
      <w:r>
        <w:t>un ke baaz aemaal ka, shayad ke woh baz ayen." insani dunya se murad zameen par qaim shuda</w:t>
      </w:r>
    </w:p>
    <w:p>
      <w:pPr>
        <w:jc w:val="right"/>
      </w:pPr>
      <w:r>
        <w:t>ان کے بعض اعمال کا، شاید کہ وہ باز آئیں۔" انسانی دنیا سے مراد زمین پر قائم شدہ</w:t>
      </w:r>
    </w:p>
    <w:p>
      <w:r>
        <w:rPr>
          <w:b/>
        </w:rPr>
        <w:t xml:space="preserve">[33:26] </w:t>
      </w:r>
      <w:r>
        <w:t>woh dunya hai jahan insan ko kamil azadi hasil hai.</w:t>
      </w:r>
    </w:p>
    <w:p>
      <w:pPr>
        <w:jc w:val="right"/>
      </w:pPr>
      <w:r>
        <w:t>وہ دنیا ہے جہاں انسان کو کامل آزادی حاصل ہے۔</w:t>
      </w:r>
    </w:p>
    <w:p>
      <w:r>
        <w:rPr>
          <w:b/>
        </w:rPr>
        <w:t xml:space="preserve">[33:32] </w:t>
      </w:r>
      <w:r>
        <w:t>quran aur tareekh dono ka bayan hai ke yeh dunya amalan dar al-fasad ya world of corruption bani hui hai.</w:t>
      </w:r>
    </w:p>
    <w:p>
      <w:pPr>
        <w:jc w:val="right"/>
      </w:pPr>
      <w:r>
        <w:t>قرآن اور تاریخ دونوں کا بیان ہے کہ یہ دنیا عملاً دارالفساد یا ورلڈ آف کرپشن بنی ہوئی ہے۔</w:t>
      </w:r>
    </w:p>
    <w:p>
      <w:r>
        <w:rPr>
          <w:b/>
        </w:rPr>
        <w:t xml:space="preserve">[33:38] </w:t>
      </w:r>
      <w:r>
        <w:t>doosri dunya woh hai jis ko samajhnay ke liye hum fitrat ki dunya keh saktay hain.</w:t>
      </w:r>
    </w:p>
    <w:p>
      <w:pPr>
        <w:jc w:val="right"/>
      </w:pPr>
      <w:r>
        <w:t>دوسری دنیا وہ ہے جس کو سمجھنے کے لیے ہم فطرت کی دنیا کہہ سکتے ہیں۔</w:t>
      </w:r>
    </w:p>
    <w:p>
      <w:r>
        <w:rPr>
          <w:b/>
        </w:rPr>
        <w:t xml:space="preserve">[33:44] </w:t>
      </w:r>
      <w:r>
        <w:t>fitrat ki dunya se murad woh</w:t>
      </w:r>
    </w:p>
    <w:p>
      <w:pPr>
        <w:jc w:val="right"/>
      </w:pPr>
      <w:r>
        <w:t>فطرت کی دنیا سے مراد وہ</w:t>
      </w:r>
    </w:p>
    <w:p>
      <w:r>
        <w:rPr>
          <w:b/>
        </w:rPr>
        <w:t xml:space="preserve">[33:50] </w:t>
      </w:r>
      <w:r>
        <w:t>madi dunya hai jo qawaneen fitrat ya laws of nature ke tehat chal rahi hai.</w:t>
      </w:r>
    </w:p>
    <w:p>
      <w:pPr>
        <w:jc w:val="right"/>
      </w:pPr>
      <w:r>
        <w:t>مادی دنیا ہے جو قوانین فطرت یا لاز آف نیچر کے تحت چل رہی ہے۔</w:t>
      </w:r>
    </w:p>
    <w:p>
      <w:r>
        <w:rPr>
          <w:b/>
        </w:rPr>
        <w:t xml:space="preserve">[33:58] </w:t>
      </w:r>
      <w:r>
        <w:t>is dunya ke baray mein quran ka bayan hai ke yeh mukammal tor par aik ideal world hai.</w:t>
      </w:r>
    </w:p>
    <w:p>
      <w:pPr>
        <w:jc w:val="right"/>
      </w:pPr>
      <w:r>
        <w:t>اس دنیا کے بارے میں قرآن کا بیان ہے کہ یہ مکمل طور پر ایک آئیڈیل ورلڈ ہے۔</w:t>
      </w:r>
    </w:p>
    <w:p>
      <w:r>
        <w:rPr>
          <w:b/>
        </w:rPr>
        <w:t xml:space="preserve">[34:06] </w:t>
      </w:r>
      <w:r>
        <w:t>misal ke taur par suraj ke tuloo ka jo waqt hai woh hamesha yaksaan rehta hai.</w:t>
      </w:r>
    </w:p>
    <w:p>
      <w:pPr>
        <w:jc w:val="right"/>
      </w:pPr>
      <w:r>
        <w:t>مثلاً سورج کے طلوع کا جو وقت ہے وہ ہمیشہ یکساں رہتا ہے۔</w:t>
      </w:r>
    </w:p>
    <w:p>
      <w:r>
        <w:rPr>
          <w:b/>
        </w:rPr>
        <w:t xml:space="preserve">[34:14] </w:t>
      </w:r>
      <w:r>
        <w:t>isi tarah suraj ke ghuroob ka jo waqt hai woh bhi hamesha yaksan rehta hai waghera.</w:t>
      </w:r>
    </w:p>
    <w:p>
      <w:pPr>
        <w:jc w:val="right"/>
      </w:pPr>
      <w:r>
        <w:t>اسی طرح سورج کے غروب کا جو وقت ہے وہ بھی ہمیشہ یکساں رہتا ہے وغیرہ۔</w:t>
      </w:r>
    </w:p>
    <w:p>
      <w:r>
        <w:rPr>
          <w:b/>
        </w:rPr>
        <w:t xml:space="preserve">[34:22] </w:t>
      </w:r>
      <w:r>
        <w:t>is ke bare mein quran ki ek ayat yeh hai: "</w:t>
      </w:r>
    </w:p>
    <w:p>
      <w:pPr>
        <w:jc w:val="right"/>
      </w:pPr>
      <w:r>
        <w:t>اس کے بارے میں قرآن کی ایک آیت یہ ہے: "</w:t>
      </w:r>
    </w:p>
    <w:p>
      <w:r>
        <w:rPr>
          <w:b/>
        </w:rPr>
        <w:t xml:space="preserve">[34:30] </w:t>
      </w:r>
      <w:r>
        <w:t>yani na suraj ke bas mein hai ke woh chand ko pakad le aur na raat din se</w:t>
      </w:r>
    </w:p>
    <w:p>
      <w:pPr>
        <w:jc w:val="right"/>
      </w:pPr>
      <w:r>
        <w:t>یعنی نہ سورج کے بس میں ہے کہ وہ چاند کو پکڑ لے اور نہ رات دن سے</w:t>
      </w:r>
    </w:p>
    <w:p>
      <w:r>
        <w:rPr>
          <w:b/>
        </w:rPr>
        <w:t xml:space="preserve">[34:38] </w:t>
      </w:r>
      <w:r>
        <w:t>pehlay aa sakti hai aur sab ek ek daryaye mein tair rahe hain." isi tarah quran ki ek</w:t>
      </w:r>
    </w:p>
    <w:p>
      <w:pPr>
        <w:jc w:val="right"/>
      </w:pPr>
      <w:r>
        <w:t>پہلے آ سکتی ہے اور سب ایک ایک دائرے میں تیر رہے ہیں۔" اسی طرح قرآن کی ایک</w:t>
      </w:r>
    </w:p>
    <w:p>
      <w:r>
        <w:rPr>
          <w:b/>
        </w:rPr>
        <w:t xml:space="preserve">[34:45] </w:t>
      </w:r>
      <w:r>
        <w:t>ayat yeh hai: "alladhi khalaqa sab'a samawati tibaqan ma tara fi khalqi al-rahman min tafawutin farji'i al-basara min</w:t>
      </w:r>
    </w:p>
    <w:p>
      <w:pPr>
        <w:jc w:val="right"/>
      </w:pPr>
      <w:r>
        <w:t>آیت یہ ہے: "الذی خلق سبع سماوات طباقاً ما تر فی خلق الرحمن من تفاوت فرجع البصر من</w:t>
      </w:r>
    </w:p>
    <w:p>
      <w:r>
        <w:rPr>
          <w:b/>
        </w:rPr>
        <w:t xml:space="preserve">[34:53] </w:t>
      </w:r>
      <w:r>
        <w:t>futoori thumma raja'i al-basara karrataini</w:t>
      </w:r>
    </w:p>
    <w:p>
      <w:pPr>
        <w:jc w:val="right"/>
      </w:pPr>
      <w:r>
        <w:t>فطور ثم رجع البصر کرتین</w:t>
      </w:r>
    </w:p>
    <w:p>
      <w:r>
        <w:rPr>
          <w:b/>
        </w:rPr>
        <w:t xml:space="preserve">[35:01] </w:t>
      </w:r>
      <w:r>
        <w:t>yanqalibi ilayka al-basaru khassaw wa huwa haseer." yani jis ne banaye saat aasman upar tale, tum rehman ke banane</w:t>
      </w:r>
    </w:p>
    <w:p>
      <w:pPr>
        <w:jc w:val="right"/>
      </w:pPr>
      <w:r>
        <w:t>ینقلب الیک البصر خاصا وھو حسیر۔" یعنی جس نے بنائے سات آسمان اوپر تلے، تم رحمان کے بنانے</w:t>
      </w:r>
    </w:p>
    <w:p>
      <w:r>
        <w:rPr>
          <w:b/>
        </w:rPr>
        <w:t xml:space="preserve">[35:07] </w:t>
      </w:r>
      <w:r>
        <w:t>mein koi khalal nahi dekhoge.</w:t>
      </w:r>
    </w:p>
    <w:p>
      <w:pPr>
        <w:jc w:val="right"/>
      </w:pPr>
      <w:r>
        <w:t>میں کوئی خلل نہیں دیکھو گے۔</w:t>
      </w:r>
    </w:p>
    <w:p>
      <w:r>
        <w:rPr>
          <w:b/>
        </w:rPr>
        <w:t xml:space="preserve">[35:13] </w:t>
      </w:r>
      <w:r>
        <w:t>phir nigah daal kar dekh lo, kahin tum ko koi khalal nazar aata hai? phir bar bar nigah</w:t>
      </w:r>
    </w:p>
    <w:p>
      <w:pPr>
        <w:jc w:val="right"/>
      </w:pPr>
      <w:r>
        <w:t>پھر نگاہ ڈال کر دیکھ لو، کہیں تم کو کوئی خلل نظر آتا ہے؟ پھر بار بار نگاہ</w:t>
      </w:r>
    </w:p>
    <w:p>
      <w:r>
        <w:rPr>
          <w:b/>
        </w:rPr>
        <w:t xml:space="preserve">[35:19] </w:t>
      </w:r>
      <w:r>
        <w:t>daal kar dekho, nigah nakam thak kar tumhari taraf wapas aa jayegi.</w:t>
      </w:r>
    </w:p>
    <w:p>
      <w:pPr>
        <w:jc w:val="right"/>
      </w:pPr>
      <w:r>
        <w:t>ڈال کر دیکھو، نگاہ ناکام تھک کر تمہاری طرف واپس آ جائے گی۔</w:t>
      </w:r>
    </w:p>
    <w:p>
      <w:r>
        <w:rPr>
          <w:b/>
        </w:rPr>
        <w:t xml:space="preserve">[35:25] </w:t>
      </w:r>
      <w:r>
        <w:t>goya yeh kainaati duniya khali az futoor duniya ya fla</w:t>
      </w:r>
    </w:p>
    <w:p>
      <w:pPr>
        <w:jc w:val="right"/>
      </w:pPr>
      <w:r>
        <w:t>گویا یہ کائناتی دنیا خالی از فطور دنیا یا فلا</w:t>
      </w:r>
    </w:p>
    <w:p>
      <w:r>
        <w:rPr>
          <w:b/>
        </w:rPr>
        <w:t xml:space="preserve">[35:31] </w:t>
      </w:r>
      <w:r>
        <w:t>less world hai.</w:t>
      </w:r>
    </w:p>
    <w:p>
      <w:pPr>
        <w:jc w:val="right"/>
      </w:pPr>
      <w:r>
        <w:t>لیس ورلڈ ہے۔</w:t>
      </w:r>
    </w:p>
    <w:p>
      <w:r>
        <w:rPr>
          <w:b/>
        </w:rPr>
        <w:t xml:space="preserve">[35:36] </w:t>
      </w:r>
      <w:r>
        <w:t>is haqeeqat ko in alfaaz mein bayan kiya ja sakta hai ke fitrat ki duniya ek aisi duniya</w:t>
      </w:r>
    </w:p>
    <w:p>
      <w:pPr>
        <w:jc w:val="right"/>
      </w:pPr>
      <w:r>
        <w:t>اس حقیقت کو ان الفاظ میں بیان کیا جا سکتا ہے کہ فطرت کی دنیا ایک ایسی دنیا</w:t>
      </w:r>
    </w:p>
    <w:p>
      <w:r>
        <w:rPr>
          <w:b/>
        </w:rPr>
        <w:t xml:space="preserve">[35:41] </w:t>
      </w:r>
      <w:r>
        <w:t>hai jo sehat ki bina par pure maano mein ek qabil peshangoi duniya, predictable world hai.</w:t>
      </w:r>
    </w:p>
    <w:p>
      <w:pPr>
        <w:jc w:val="right"/>
      </w:pPr>
      <w:r>
        <w:t>ہے جو صحت کی بنا پر پورے معنوں میں ایک قابل پیشنگوئی دنیا، پریڈکٹیبل ورلڈ ہے۔</w:t>
      </w:r>
    </w:p>
    <w:p>
      <w:r>
        <w:rPr>
          <w:b/>
        </w:rPr>
        <w:t xml:space="preserve">[35:46] </w:t>
      </w:r>
      <w:r>
        <w:t>is ke bar aks insani duniya puri ki puri na qabil peshangoi duniya ya unpredictable world bani hui hai.</w:t>
      </w:r>
    </w:p>
    <w:p>
      <w:pPr>
        <w:jc w:val="right"/>
      </w:pPr>
      <w:r>
        <w:t>اس کے برعکس انسانی دنیا پوری کی پوری ناقابل پیشنگوئی دنیا یا ان پریڈکٹیبل ورلڈ بنی ہوئی ہے۔</w:t>
      </w:r>
    </w:p>
    <w:p>
      <w:r>
        <w:rPr>
          <w:b/>
        </w:rPr>
        <w:t xml:space="preserve">[35:51] </w:t>
      </w:r>
      <w:r>
        <w:t>yeh farq koi saada baat nahi.</w:t>
      </w:r>
    </w:p>
    <w:p>
      <w:pPr>
        <w:jc w:val="right"/>
      </w:pPr>
      <w:r>
        <w:t>یہ فرق کوئی سادہ بات نہیں۔</w:t>
      </w:r>
    </w:p>
    <w:p>
      <w:r>
        <w:rPr>
          <w:b/>
        </w:rPr>
        <w:t xml:space="preserve">[35:56] </w:t>
      </w:r>
      <w:r>
        <w:t>is farq ke taqabli mutaleay ya</w:t>
      </w:r>
    </w:p>
    <w:p>
      <w:pPr>
        <w:jc w:val="right"/>
      </w:pPr>
      <w:r>
        <w:t>اس فرق کے تقابلی مطالعے یا</w:t>
      </w:r>
    </w:p>
    <w:p>
      <w:r>
        <w:rPr>
          <w:b/>
        </w:rPr>
        <w:t xml:space="preserve">[36:01] </w:t>
      </w:r>
      <w:r>
        <w:t>comparative study ke zariye hum ek azeem haqeeqat ko daryaft karte hain, aur woh Allah rab ul alameen ki</w:t>
      </w:r>
    </w:p>
    <w:p>
      <w:pPr>
        <w:jc w:val="right"/>
      </w:pPr>
      <w:r>
        <w:t>کمپیریٹیو سٹڈی کے ذریعے ہم ایک عظیم حقیقت کو دریافت کرتے ہیں، اور وہ اللہ رب العالمین کی</w:t>
      </w:r>
    </w:p>
    <w:p>
      <w:r>
        <w:rPr>
          <w:b/>
        </w:rPr>
        <w:t xml:space="preserve">[36:07] </w:t>
      </w:r>
      <w:r>
        <w:t>daryaft hai jo apni ghair maamooli taqat ke zariye puri kainaat ko nihayat sehat ke sath manage kar raha hai.</w:t>
      </w:r>
    </w:p>
    <w:p>
      <w:pPr>
        <w:jc w:val="right"/>
      </w:pPr>
      <w:r>
        <w:t>دریافت ہے جو اپنی غیر معمولی طاقت کے ذریعے پوری کائنات کو نہایت صحت کے ساتھ مینج کر رہا ہے۔</w:t>
      </w:r>
    </w:p>
    <w:p>
      <w:r>
        <w:rPr>
          <w:b/>
        </w:rPr>
        <w:t xml:space="preserve">[36:13] </w:t>
      </w:r>
      <w:r>
        <w:t>is ke bar aks insan ke paas aisi koi taqat nahi hai, is liye insani duniya mein is qism</w:t>
      </w:r>
    </w:p>
    <w:p>
      <w:pPr>
        <w:jc w:val="right"/>
      </w:pPr>
      <w:r>
        <w:t>اس کے برعکس انسان کے پاس ایسی کوئی طاقت نہیں ہے، اس لیے انسانی دنیا میں اس قسم</w:t>
      </w:r>
    </w:p>
    <w:p>
      <w:r>
        <w:rPr>
          <w:b/>
        </w:rPr>
        <w:t xml:space="preserve">[36:19] </w:t>
      </w:r>
      <w:r>
        <w:t>ka management maujood nahi.</w:t>
      </w:r>
    </w:p>
    <w:p>
      <w:pPr>
        <w:jc w:val="right"/>
      </w:pPr>
      <w:r>
        <w:t>کا مینجمنٹ موجود نہیں۔</w:t>
      </w:r>
    </w:p>
    <w:p>
      <w:r>
        <w:rPr>
          <w:b/>
        </w:rPr>
        <w:t xml:space="preserve">[36:25] </w:t>
      </w:r>
      <w:r>
        <w:t>donon duniyaon ke farq par</w:t>
      </w:r>
    </w:p>
    <w:p>
      <w:pPr>
        <w:jc w:val="right"/>
      </w:pPr>
      <w:r>
        <w:t>دونوں دنیاؤں کے فرق پر</w:t>
      </w:r>
    </w:p>
    <w:p>
      <w:r>
        <w:rPr>
          <w:b/>
        </w:rPr>
        <w:t xml:space="preserve">[36:31] </w:t>
      </w:r>
      <w:r>
        <w:t>is عالمی اصول ko manfiq kijiye jo in alfaz mein bayan kiya jata hai ke cheezen taqabul ke zarye pehchani jati hain. "ta'arifu al ashya'a bi didadiha" in comparison that you understand. insani dunya mein nuqs ka maujood hona yeh batata hai ke insani dunya ka manager insan hai, aur insan ka management us ki apni kamzoriyon ki bana par pur aib management ya</w:t>
      </w:r>
    </w:p>
    <w:p>
      <w:pPr>
        <w:jc w:val="right"/>
      </w:pPr>
      <w:r>
        <w:t>اس عالمی اصول کو منطبق کیجئے جو ان الفاظ میں بیان کیا جاتا ہے کہ چیزیں تقابل کے ذریعے پہچانی جاتی ہیں۔ "تعرف الاشیاء بازدادیہا ان کمپیریزن دیٹ یو انڈرسٹینڈ۔" انسانی دنیا میں نقص کا موجود ہونا یہ بتاتا ہے کہ انسانی دنیا کا مینیجر انسان ہے، اور انسان کا مینجمنٹ اس کی اپنی کمزوریوں کی بنا پر پر عیب مینجمنٹ یا</w:t>
      </w:r>
    </w:p>
    <w:p>
      <w:r>
        <w:rPr>
          <w:b/>
        </w:rPr>
        <w:t xml:space="preserve">[37:01] </w:t>
      </w:r>
      <w:r>
        <w:t>defective management ban jata hai.</w:t>
      </w:r>
    </w:p>
    <w:p>
      <w:pPr>
        <w:jc w:val="right"/>
      </w:pPr>
      <w:r>
        <w:t>ڈیفیکٹو مینجمنٹ بن جاتا ہے۔</w:t>
      </w:r>
    </w:p>
    <w:p>
      <w:r>
        <w:rPr>
          <w:b/>
        </w:rPr>
        <w:t xml:space="preserve">[37:08] </w:t>
      </w:r>
      <w:r>
        <w:t>is ke bar aks kainaat ka muntazim ya manager ek aisi hasti hai jo puri tarah aib aur nuqs</w:t>
      </w:r>
    </w:p>
    <w:p>
      <w:pPr>
        <w:jc w:val="right"/>
      </w:pPr>
      <w:r>
        <w:t>اس کے برعکس کائنات کا منتظم یا مینیجر ایک ایسی ہستی ہے جو پوری طرح عیب اور نقص</w:t>
      </w:r>
    </w:p>
    <w:p>
      <w:r>
        <w:rPr>
          <w:b/>
        </w:rPr>
        <w:t xml:space="preserve">[37:15] </w:t>
      </w:r>
      <w:r>
        <w:t>se khali hai.</w:t>
      </w:r>
    </w:p>
    <w:p>
      <w:pPr>
        <w:jc w:val="right"/>
      </w:pPr>
      <w:r>
        <w:t>سے خالی ہے۔</w:t>
      </w:r>
    </w:p>
    <w:p>
      <w:r>
        <w:rPr>
          <w:b/>
        </w:rPr>
        <w:t xml:space="preserve">[37:21] </w:t>
      </w:r>
      <w:r>
        <w:t>is ki hasti har aitbaar se aik be aib hasti hai.</w:t>
      </w:r>
    </w:p>
    <w:p>
      <w:pPr>
        <w:jc w:val="right"/>
      </w:pPr>
      <w:r>
        <w:t>اس کی ہستی ہر اعتبار سے ایک بے عیب ہستی ہے۔</w:t>
      </w:r>
    </w:p>
    <w:p>
      <w:r>
        <w:rPr>
          <w:b/>
        </w:rPr>
        <w:t xml:space="preserve">[37:28] </w:t>
      </w:r>
      <w:r>
        <w:t>yeh farq Allah Rabb-ul-Alameen ke wajood ka aik yaqeeni saboot hai.</w:t>
      </w:r>
    </w:p>
    <w:p>
      <w:pPr>
        <w:jc w:val="right"/>
      </w:pPr>
      <w:r>
        <w:t>یہ فرق اللہ رب العالمین کے وجود کا ایک یقینی ثبوت ہے۔</w:t>
      </w:r>
    </w:p>
    <w:p>
      <w:r>
        <w:rPr>
          <w:b/>
        </w:rPr>
        <w:t xml:space="preserve">[37:35] </w:t>
      </w:r>
      <w:r>
        <w:t>supporting role. quran mein bataya gaya hai ke Allah ne jab insan yani Adam alaihissalam ko paida kiya to farishton ko hukum diya ke tum insan ke aagay sajda karo. yeh sajda sajda e ibadat na tha. is ka matlab sirf yeh tha ke insan ko zameen par abad kiya jaye ga, aur farishton ko yeh karna hoga ke woh insan ke sath supporting role ada karen. Hazrat Nooh</w:t>
      </w:r>
    </w:p>
    <w:p>
      <w:pPr>
        <w:jc w:val="right"/>
      </w:pPr>
      <w:r>
        <w:t>سپورٹنگ رول۔ قرآن میں بتایا گیا ہے کہ اللہ نے جب انسان یعنی آدم علیہ السلام کو پیدا کیا تو فرشتوں کو حکم دیا کہ تم انسان کے آگے سجدہ کرو۔ یہ سجدہ سجدہ عبادت نہ تھا۔ اس کا مطلب صرف یہ تھا کہ انسان کو زمین پر آباد کیا جائے گا، اور فرشتوں کو یہ کرنا ہوگا کہ وہ انسان کے ساتھ سپورٹنگ رول ادا کریں۔ حضرت نو</w:t>
      </w:r>
    </w:p>
    <w:p>
      <w:r>
        <w:rPr>
          <w:b/>
        </w:rPr>
        <w:t xml:space="preserve">[38:05] </w:t>
      </w:r>
      <w:r>
        <w:t>Alaihi salam ne jab kashti banai to us waqt Allah ne un se kaha: "wafiyoon yaani aur</w:t>
      </w:r>
    </w:p>
    <w:p>
      <w:pPr>
        <w:jc w:val="right"/>
      </w:pPr>
      <w:r>
        <w:t>ح علیہ السلام نے جب کشتی بنائی تو اس وقت اللہ نے ان سے کہا: "وفیون یعنی اور</w:t>
      </w:r>
    </w:p>
    <w:p>
      <w:r>
        <w:rPr>
          <w:b/>
        </w:rPr>
        <w:t xml:space="preserve">[38:11] </w:t>
      </w:r>
      <w:r>
        <w:t>hamari nigrani mein aur hamari wahi ke mutabiq tum kashti banao." yeh sirf aik kashti ka muamla na</w:t>
      </w:r>
    </w:p>
    <w:p>
      <w:pPr>
        <w:jc w:val="right"/>
      </w:pPr>
      <w:r>
        <w:t>ہماری نگرانی میں اور ہماری وحی کے مطابق تم کشتی بناؤ۔" یہ صرف ایک کشتی کا معاملہ نہ</w:t>
      </w:r>
    </w:p>
    <w:p>
      <w:r>
        <w:rPr>
          <w:b/>
        </w:rPr>
        <w:t xml:space="preserve">[38:17] </w:t>
      </w:r>
      <w:r>
        <w:t>tha, balkeh woh insaan ke sath kiya janay wala aam muamla tha.</w:t>
      </w:r>
    </w:p>
    <w:p>
      <w:pPr>
        <w:jc w:val="right"/>
      </w:pPr>
      <w:r>
        <w:t>تھا، بلکہ وہ انسان کے ساتھ کیا جانے والا عام معاملہ تھا۔</w:t>
      </w:r>
    </w:p>
    <w:p>
      <w:r>
        <w:rPr>
          <w:b/>
        </w:rPr>
        <w:t xml:space="preserve">[38:23] </w:t>
      </w:r>
      <w:r>
        <w:t>insaan jab koi kaam karta hai to woh farishton ki support se karta hai.</w:t>
      </w:r>
    </w:p>
    <w:p>
      <w:pPr>
        <w:jc w:val="right"/>
      </w:pPr>
      <w:r>
        <w:t>انسان جب کوئی کام کرتا ہے تو وہ فرشتوں کی سپورٹ سے کرتا ہے۔</w:t>
      </w:r>
    </w:p>
    <w:p>
      <w:r>
        <w:rPr>
          <w:b/>
        </w:rPr>
        <w:t xml:space="preserve">[38:29] </w:t>
      </w:r>
      <w:r>
        <w:t>farishton ki support ke baghair</w:t>
      </w:r>
    </w:p>
    <w:p>
      <w:pPr>
        <w:jc w:val="right"/>
      </w:pPr>
      <w:r>
        <w:t>فرشتوں کی سپورٹ کے بغیر</w:t>
      </w:r>
    </w:p>
    <w:p>
      <w:r>
        <w:rPr>
          <w:b/>
        </w:rPr>
        <w:t xml:space="preserve">[38:35] </w:t>
      </w:r>
      <w:r>
        <w:t>insan koi kaam nahin kar sakta. maujooda zamanay mein insan ne jo tehzeeb banai hai, woh bilashuba insan ka aik bara kar nama hai. yeh kar nama bhi bilashuba farishton ki support se anjam paya. goya ke tehzeeb ke aaghaz mein Allah ne insan se kaha: "wa ahya al hadara bi a'yunina wa wahayna" yani tehzeeb ki tashkeel karo. farishte is maamlay mein tum</w:t>
      </w:r>
    </w:p>
    <w:p>
      <w:pPr>
        <w:jc w:val="right"/>
      </w:pPr>
      <w:r>
        <w:t>انسان کوئی کام نہیں کر سکتا۔ موجودہ زمانے میں انسان نے جو تہذیب بنائی ہے، وہ بلاشبہ انسان کا ایک بڑا کارنامہ ہے۔ یہ کارنامہ بھی بلاشبہ فرشتوں کی سپورٹ سے انجام پایا۔ گویا کہ تہذیب کے آغاز میں اللہ نے انسان سے کہا: "اسنائی ہزارۃ بعین ووحینا یعنی تہذیب کی تشکیل کرو۔" فرشتے اس معاملے میں تمہ</w:t>
      </w:r>
    </w:p>
    <w:p>
      <w:r>
        <w:rPr>
          <w:b/>
        </w:rPr>
        <w:t xml:space="preserve">[39:05] </w:t>
      </w:r>
      <w:r>
        <w:t>ari madad karen ge.</w:t>
      </w:r>
    </w:p>
    <w:p>
      <w:pPr>
        <w:jc w:val="right"/>
      </w:pPr>
      <w:r>
        <w:t>اری مدد کریں گے۔</w:t>
      </w:r>
    </w:p>
    <w:p>
      <w:r>
        <w:rPr>
          <w:b/>
        </w:rPr>
        <w:t xml:space="preserve">[39:10] </w:t>
      </w:r>
      <w:r>
        <w:t>fitrat ka yahi usool insaan aur insaan ke darmiyan bhi matloob hai.</w:t>
      </w:r>
    </w:p>
    <w:p>
      <w:pPr>
        <w:jc w:val="right"/>
      </w:pPr>
      <w:r>
        <w:t>فطرت کا یہی اصول انسان اور انسان کے درمیان بھی مطلوب ہے۔</w:t>
      </w:r>
    </w:p>
    <w:p>
      <w:r>
        <w:rPr>
          <w:b/>
        </w:rPr>
        <w:t xml:space="preserve">[39:15] </w:t>
      </w:r>
      <w:r>
        <w:t>insaan jab koi bara kaam karta hai to yeh kaam bohat se logon ke taawun se anjam pata hai.</w:t>
      </w:r>
    </w:p>
    <w:p>
      <w:pPr>
        <w:jc w:val="right"/>
      </w:pPr>
      <w:r>
        <w:t>انسان جب کوئی بڑا کام کرتا ہے تو یہ کام بہت سے لوگوں کے تعاون سے انجام پاتا ہے۔</w:t>
      </w:r>
    </w:p>
    <w:p>
      <w:r>
        <w:rPr>
          <w:b/>
        </w:rPr>
        <w:t xml:space="preserve">[39:20] </w:t>
      </w:r>
      <w:r>
        <w:t>fitrat ke nizam ke mutabiq is taawun mein kisi insaan ka qiadana role hota hai aur kuch logon</w:t>
      </w:r>
    </w:p>
    <w:p>
      <w:pPr>
        <w:jc w:val="right"/>
      </w:pPr>
      <w:r>
        <w:t>فطرت کے نظام کے مطابق اس تعاون میں کسی انسان کا قائدانہ رول ہوتا ہے اور کچھ لوگوں</w:t>
      </w:r>
    </w:p>
    <w:p>
      <w:r>
        <w:rPr>
          <w:b/>
        </w:rPr>
        <w:t xml:space="preserve">[39:26] </w:t>
      </w:r>
      <w:r>
        <w:t>ka supporting role.</w:t>
      </w:r>
    </w:p>
    <w:p>
      <w:pPr>
        <w:jc w:val="right"/>
      </w:pPr>
      <w:r>
        <w:t>کا سپورٹنگ رول۔</w:t>
      </w:r>
    </w:p>
    <w:p>
      <w:r>
        <w:rPr>
          <w:b/>
        </w:rPr>
        <w:t xml:space="preserve">[39:31] </w:t>
      </w:r>
      <w:r>
        <w:t>insani support ke baray mein is usool ka zikr Quran mein in alfaaz mein aaya hai: "warafa'na</w:t>
      </w:r>
    </w:p>
    <w:p>
      <w:pPr>
        <w:jc w:val="right"/>
      </w:pPr>
      <w:r>
        <w:t>انسانی سپورٹ کے بارے میں اس اصول کا ذکر قرآن میں ان الفاظ میں آیا ہے: "ورفعنا</w:t>
      </w:r>
    </w:p>
    <w:p>
      <w:r>
        <w:rPr>
          <w:b/>
        </w:rPr>
        <w:t xml:space="preserve">[39:36] </w:t>
      </w:r>
      <w:r>
        <w:t>ba'duhum fawqa ba'din darjaatin liyatakhiza ba'duhum ba'dan sukhriyan" yaani aur hum ne aik ko doosray par fawqiyat di</w:t>
      </w:r>
    </w:p>
    <w:p>
      <w:pPr>
        <w:jc w:val="right"/>
      </w:pPr>
      <w:r>
        <w:t>بعضہم فوق بعض درجات لیتخذ بعضہم بعضا سخریہ" یعنی اور ہم نے ایک کو دوسرے پر فوقیت دی</w:t>
      </w:r>
    </w:p>
    <w:p>
      <w:r>
        <w:rPr>
          <w:b/>
        </w:rPr>
        <w:t xml:space="preserve">[39:42] </w:t>
      </w:r>
      <w:r>
        <w:t>hai taakeh woh aik doosray se kaam lein.</w:t>
      </w:r>
    </w:p>
    <w:p>
      <w:pPr>
        <w:jc w:val="right"/>
      </w:pPr>
      <w:r>
        <w:t>ہے تاکہ وہ ایک دوسرے سے کام لیں۔</w:t>
      </w:r>
    </w:p>
    <w:p>
      <w:r>
        <w:rPr>
          <w:b/>
        </w:rPr>
        <w:t xml:space="preserve">[39:48] </w:t>
      </w:r>
      <w:r>
        <w:t>insanon ke darmiyan salaha'iyaton ka farq hai.</w:t>
      </w:r>
    </w:p>
    <w:p>
      <w:pPr>
        <w:jc w:val="right"/>
      </w:pPr>
      <w:r>
        <w:t>انسانوں کے درمیان صلاحیتوں کا فرق ہے۔</w:t>
      </w:r>
    </w:p>
    <w:p>
      <w:r>
        <w:rPr>
          <w:b/>
        </w:rPr>
        <w:t xml:space="preserve">[39:54] </w:t>
      </w:r>
      <w:r>
        <w:t>yeh farq isi liye hai ke logon ke darmiyan bahami taawun wajood mein aaye.</w:t>
      </w:r>
    </w:p>
    <w:p>
      <w:pPr>
        <w:jc w:val="right"/>
      </w:pPr>
      <w:r>
        <w:t>یہ فرق اسی لیے ہے کہ لوگوں کے درمیان باہمی تعاون وجود میں آئے۔</w:t>
      </w:r>
    </w:p>
    <w:p>
      <w:r>
        <w:rPr>
          <w:b/>
        </w:rPr>
        <w:t xml:space="preserve">[40:00] </w:t>
      </w:r>
      <w:r>
        <w:t>agar tamam log yaksaan salahiyat ke hon to taawun mumkin na hoga. logon ko</w:t>
      </w:r>
    </w:p>
    <w:p>
      <w:pPr>
        <w:jc w:val="right"/>
      </w:pPr>
      <w:r>
        <w:t>اگر تمام لوگ یکساں صلاحیت کے ہوں تو تعاون ممکن نہ ہوگا۔ لوگوں کو</w:t>
      </w:r>
    </w:p>
    <w:p>
      <w:r>
        <w:rPr>
          <w:b/>
        </w:rPr>
        <w:t xml:space="preserve">[40:06] </w:t>
      </w:r>
      <w:r>
        <w:t>chahiye ke fitrat ke is nizam ko samjhen aur apni salahiyat ke mutabiq apna role ada karne par razi ho jayen. bay nuqs kainaat. hamari kainaat aik bay nuqs kainaat hai. quran mein is kainaati haqeeqat ko in alfaz mein bayan kiya gaya hai</w:t>
      </w:r>
    </w:p>
    <w:p>
      <w:pPr>
        <w:jc w:val="right"/>
      </w:pPr>
      <w:r>
        <w:t>چاہیے کہ فطرت کے اس نظام کو سمجھیں اور اپنی صلاحیت کے مطابق اپنا رول ادا کرنے پر راضی ہو جائیں۔ بے نقص کائنات۔ ہماری کائنات ایک بے نقص کائنات ہے۔ قرآن میں اس کائناتی حقیقت کو ان الفاظ میں بیان کیا گیا ہے</w:t>
      </w:r>
    </w:p>
    <w:p>
      <w:r>
        <w:rPr>
          <w:b/>
        </w:rPr>
        <w:t xml:space="preserve">[40:36] </w:t>
      </w:r>
      <w:r>
        <w:t>: "alladhi khalaqa sab'a samawaatin tibaaqan ma tara fi khalq-ir-rahmaani min tafaawutin farji'il-basara hal tara min</w:t>
      </w:r>
    </w:p>
    <w:p>
      <w:pPr>
        <w:jc w:val="right"/>
      </w:pPr>
      <w:r>
        <w:t>: "الذی خلق سبع سماوات طباقاً ما تر فی خلق الرحمن من تفاوت فرجع البصر ہل تر من</w:t>
      </w:r>
    </w:p>
    <w:p>
      <w:r>
        <w:rPr>
          <w:b/>
        </w:rPr>
        <w:t xml:space="preserve">[40:46] </w:t>
      </w:r>
      <w:r>
        <w:t>futoorin thumma-rji'il-basara karratayn yanqalib ilaykal-basaru khaasi'an wa huwa haseer" yaani jis ne banaye saat aasman oopar neeche,</w:t>
      </w:r>
    </w:p>
    <w:p>
      <w:pPr>
        <w:jc w:val="right"/>
      </w:pPr>
      <w:r>
        <w:t>فطور ثم رجع البصر کرتینینقلب الیک البصر خاصا وھو حسیر" یعنی جس نے بنائے سات آسمان اوپر نیچے،</w:t>
      </w:r>
    </w:p>
    <w:p>
      <w:r>
        <w:rPr>
          <w:b/>
        </w:rPr>
        <w:t xml:space="preserve">[40:56] </w:t>
      </w:r>
      <w:r>
        <w:t>tum Rehman ke banane mein koi khalal nahi dekho ge.</w:t>
      </w:r>
    </w:p>
    <w:p>
      <w:pPr>
        <w:jc w:val="right"/>
      </w:pPr>
      <w:r>
        <w:t>تم رحمان کے بنانے میں کوئی خلل نہیں دیکھو گے۔</w:t>
      </w:r>
    </w:p>
    <w:p>
      <w:r>
        <w:rPr>
          <w:b/>
        </w:rPr>
        <w:t xml:space="preserve">[41:06] </w:t>
      </w:r>
      <w:r>
        <w:t>phir nigah daal kar dekh lo, kahin tum ko koi khalal nazar aata hai? phir baar baar lotao</w:t>
      </w:r>
    </w:p>
    <w:p>
      <w:pPr>
        <w:jc w:val="right"/>
      </w:pPr>
      <w:r>
        <w:t>پھر نگاہ ڈال کر دیکھ لو، کہیں تم کو کوئی خلل نظر آتا ہے؟ پھر بار بار لوٹاؤ</w:t>
      </w:r>
    </w:p>
    <w:p>
      <w:r>
        <w:rPr>
          <w:b/>
        </w:rPr>
        <w:t xml:space="preserve">[41:12] </w:t>
      </w:r>
      <w:r>
        <w:t>nigah ko, nigah nakaam thak kar tumhari taraf wapas aa jaye gi.</w:t>
      </w:r>
    </w:p>
    <w:p>
      <w:pPr>
        <w:jc w:val="right"/>
      </w:pPr>
      <w:r>
        <w:t>نگاہ کو، نگاہ ناکام تھک کر تمہاری طرف واپس آ جائے گی۔</w:t>
      </w:r>
    </w:p>
    <w:p>
      <w:r>
        <w:rPr>
          <w:b/>
        </w:rPr>
        <w:t xml:space="preserve">[41:18] </w:t>
      </w:r>
      <w:r>
        <w:t>maujooda zamanay mein kainat ka mutalia nihayat waseeh peymanay par kiya gaya hai.</w:t>
      </w:r>
    </w:p>
    <w:p>
      <w:pPr>
        <w:jc w:val="right"/>
      </w:pPr>
      <w:r>
        <w:t>موجودہ زمانے میں کائنات کا مطالعہ نہایت وسیع پیمانے پر کیا گیا ہے۔</w:t>
      </w:r>
    </w:p>
    <w:p>
      <w:r>
        <w:rPr>
          <w:b/>
        </w:rPr>
        <w:t xml:space="preserve">[41:24] </w:t>
      </w:r>
      <w:r>
        <w:t>durbin aur khurdbeen ke zariye insaan mushahiday ki is had tak pohnch gaya hai jo pehle bilkul mumkin na tha.</w:t>
      </w:r>
    </w:p>
    <w:p>
      <w:pPr>
        <w:jc w:val="right"/>
      </w:pPr>
      <w:r>
        <w:t>دوربین اور خوردبین کے ذریعے انسان مشاہدے کی اس حد تک پہنچ گیا ہے جو پہلے بالکل ممکن نہ تھا۔</w:t>
      </w:r>
    </w:p>
    <w:p>
      <w:r>
        <w:rPr>
          <w:b/>
        </w:rPr>
        <w:t xml:space="preserve">[41:30] </w:t>
      </w:r>
      <w:r>
        <w:t>is mushahide ke zareeye insaan</w:t>
      </w:r>
    </w:p>
    <w:p>
      <w:pPr>
        <w:jc w:val="right"/>
      </w:pPr>
      <w:r>
        <w:t>اس مشاہدے کے ذریعے انسان</w:t>
      </w:r>
    </w:p>
    <w:p>
      <w:r>
        <w:rPr>
          <w:b/>
        </w:rPr>
        <w:t xml:space="preserve">[41:36] </w:t>
      </w:r>
      <w:r>
        <w:t>kainaat ke baray ajsam se bohat ziyada waqif ho gaya hai aur kainaat ke chotay ajsam se bhi. is mushahiday ne insan ko sirf yeh bataya hai ke quran ka da'wa mukammal tor par aik sahih da'wa hai. ab yeh aik muslim haqeeqat ban gayi hai ke kainaat bay had munazzam kainaat hai. is mein kisi bhi qisam ka nuqs ya defect maujood nahin. maujooda zamanay mein insan ne technology ki dunya mein bohat</w:t>
      </w:r>
    </w:p>
    <w:p>
      <w:pPr>
        <w:jc w:val="right"/>
      </w:pPr>
      <w:r>
        <w:t>کائنات کے بڑے اجسام سے بہت زیادہ واقف ہو گیا ہے اور کائنات کے چھوٹے اجسام سے بھی۔ اس مشاہدے نے انسان کو صرف یہ بتایا ہے کہ قرآن کا دعویٰ مکمل طور پر ایک صحیح دعویٰ ہے۔ اب یہ ایک مسلم حقیقت بن گئی ہے کہ کائنات بے حد منظم کائنات ہے۔ اس میں کسی بھی قسم کا نقص یا ڈیفیکٹ موجود نہیں۔ موجودہ زمانے میں انسان نے ٹیکنالوجی کی دنیا میں بہت</w:t>
      </w:r>
    </w:p>
    <w:p>
      <w:r>
        <w:rPr>
          <w:b/>
        </w:rPr>
        <w:t xml:space="preserve">[42:06] </w:t>
      </w:r>
      <w:r>
        <w:t>zyada tarraqi ki hai.</w:t>
      </w:r>
    </w:p>
    <w:p>
      <w:pPr>
        <w:jc w:val="right"/>
      </w:pPr>
      <w:r>
        <w:t>زیادہ ترقی کی ہے۔</w:t>
      </w:r>
    </w:p>
    <w:p>
      <w:r>
        <w:rPr>
          <w:b/>
        </w:rPr>
        <w:t xml:space="preserve">[42:11] </w:t>
      </w:r>
      <w:r>
        <w:t>insaan ne bohat zyada chaha ke insani duniya ke management ko zero defect management ki satah tak pahunchaye,</w:t>
      </w:r>
    </w:p>
    <w:p>
      <w:pPr>
        <w:jc w:val="right"/>
      </w:pPr>
      <w:r>
        <w:t>انسان نے بہت زیادہ چاہا کہ انسانی دنیا کے مینجمنٹ کو زیرو ڈیفیکٹ مینجمنٹ کی سطح تک پہنچائے،</w:t>
      </w:r>
    </w:p>
    <w:p>
      <w:r>
        <w:rPr>
          <w:b/>
        </w:rPr>
        <w:t xml:space="preserve">[42:16] </w:t>
      </w:r>
      <w:r>
        <w:t>magar ghair mamooli koshishon ke bawajood insaan zero defect management ki satah par apne kisi nizaam ko qaim</w:t>
      </w:r>
    </w:p>
    <w:p>
      <w:pPr>
        <w:jc w:val="right"/>
      </w:pPr>
      <w:r>
        <w:t>مگر غیر معمولی کوششوں کے باوجود انسان زیرو ڈیفیکٹ مینجمنٹ کی سطح پر اپنے کسی نظام کو قائم</w:t>
      </w:r>
    </w:p>
    <w:p>
      <w:r>
        <w:rPr>
          <w:b/>
        </w:rPr>
        <w:t xml:space="preserve">[42:21] </w:t>
      </w:r>
      <w:r>
        <w:t>na kar saka.</w:t>
      </w:r>
    </w:p>
    <w:p>
      <w:pPr>
        <w:jc w:val="right"/>
      </w:pPr>
      <w:r>
        <w:t>نہ کر سکا۔</w:t>
      </w:r>
    </w:p>
    <w:p>
      <w:r>
        <w:rPr>
          <w:b/>
        </w:rPr>
        <w:t xml:space="preserve">[42:26] </w:t>
      </w:r>
      <w:r>
        <w:t>is mauzu par bari tadaad mein mazameen likhe gaye hain aur kitabein chhapi gayi hain.</w:t>
      </w:r>
    </w:p>
    <w:p>
      <w:pPr>
        <w:jc w:val="right"/>
      </w:pPr>
      <w:r>
        <w:t>اس موضوع پر بڑی تعداد میں مضامین لکھے گئے ہیں اور کتابیں چھاپی گئی ہیں۔</w:t>
      </w:r>
    </w:p>
    <w:p>
      <w:r>
        <w:rPr>
          <w:b/>
        </w:rPr>
        <w:t xml:space="preserve">[42:31] </w:t>
      </w:r>
      <w:r>
        <w:t>ان میں سے انٹرنیٹ پر ایک آرٹیکل یہ ہے: "The</w:t>
      </w:r>
    </w:p>
    <w:p>
      <w:pPr>
        <w:jc w:val="right"/>
      </w:pPr>
      <w:r>
        <w:t>ان میں سے انٹرنیٹ پر ایک آرٹیکل یہ ہے: "دا</w:t>
      </w:r>
    </w:p>
    <w:p>
      <w:r>
        <w:rPr>
          <w:b/>
        </w:rPr>
        <w:t xml:space="preserve">[42:36] </w:t>
      </w:r>
      <w:r>
        <w:t>"Concept of Zero Defects in Quality Management" by Ms. Chandana Das.</w:t>
      </w:r>
    </w:p>
    <w:p>
      <w:pPr>
        <w:jc w:val="right"/>
      </w:pPr>
      <w:r>
        <w:t>کانسیپٹ آف زیرو ڈیفیکٹس ان کوالٹی مینجمنٹ" بائے مس چندانہ داس۔</w:t>
      </w:r>
    </w:p>
    <w:p>
      <w:r>
        <w:rPr>
          <w:b/>
        </w:rPr>
        <w:t xml:space="preserve">[42:46] </w:t>
      </w:r>
      <w:r>
        <w:t>paighambar e islam shakhsiyat ke chand namune: misbat mizaj.</w:t>
      </w:r>
    </w:p>
    <w:p>
      <w:pPr>
        <w:jc w:val="right"/>
      </w:pPr>
      <w:r>
        <w:t>پیغمبر اسلام شخصیت کے چند نمونے: مثبت مزاج۔</w:t>
      </w:r>
    </w:p>
    <w:p>
      <w:r>
        <w:rPr>
          <w:b/>
        </w:rPr>
        <w:t xml:space="preserve">[42:56] </w:t>
      </w:r>
      <w:r>
        <w:t>paighambar e islam sallallaho alaihe wasallam ka murabbi Allah taala tha. Allah taala</w:t>
      </w:r>
    </w:p>
    <w:p>
      <w:pPr>
        <w:jc w:val="right"/>
      </w:pPr>
      <w:r>
        <w:t>پیغمبر اسلام صلی اللہ علیہ وسلم کا مربی اللہ تعالیٰ تھا۔ اللہ تعالیٰ</w:t>
      </w:r>
    </w:p>
    <w:p>
      <w:r>
        <w:rPr>
          <w:b/>
        </w:rPr>
        <w:t xml:space="preserve">[43:06] </w:t>
      </w:r>
      <w:r>
        <w:t>ki taraf se is silsile mein mukhtalif mauqe par jo rehnumai utri, un mein se ek woh thi</w:t>
      </w:r>
    </w:p>
    <w:p>
      <w:pPr>
        <w:jc w:val="right"/>
      </w:pPr>
      <w:r>
        <w:t>کی طرف سے اس سلسلے میں مختلف موقع پر جو رہنمائی اتری، ان میں سے ایک وہ تھی</w:t>
      </w:r>
    </w:p>
    <w:p>
      <w:r>
        <w:rPr>
          <w:b/>
        </w:rPr>
        <w:t xml:space="preserve">[43:12] </w:t>
      </w:r>
      <w:r>
        <w:t>jisko misbat mizaj ki taameer kaha ja sakta hai.</w:t>
      </w:r>
    </w:p>
    <w:p>
      <w:pPr>
        <w:jc w:val="right"/>
      </w:pPr>
      <w:r>
        <w:t>جس کو مثبت مزاج کی تعمیر کہا جا سکتا ہے۔</w:t>
      </w:r>
    </w:p>
    <w:p>
      <w:r>
        <w:rPr>
          <w:b/>
        </w:rPr>
        <w:t xml:space="preserve">[43:18] </w:t>
      </w:r>
      <w:r>
        <w:t>maujooda duniya mein har ek ke saath aise waqeyat pesh aate hain jo bazahir nagawar dikhai dete hain.</w:t>
      </w:r>
    </w:p>
    <w:p>
      <w:pPr>
        <w:jc w:val="right"/>
      </w:pPr>
      <w:r>
        <w:t>موجودہ دنیا میں ہر ایک کے ساتھ ایسے واقعات پیش آتے ہیں جو بظاہر ناخوشگوار دکھائی دیتے ہیں۔</w:t>
      </w:r>
    </w:p>
    <w:p>
      <w:r>
        <w:rPr>
          <w:b/>
        </w:rPr>
        <w:t xml:space="preserve">[43:25] </w:t>
      </w:r>
      <w:r>
        <w:t>paighambar e islam ki zindagi mein bhi bar bar aise waqeyat pesh aaye.</w:t>
      </w:r>
    </w:p>
    <w:p>
      <w:pPr>
        <w:jc w:val="right"/>
      </w:pPr>
      <w:r>
        <w:t>پیغمبر اسلام کی زندگی میں بھی بار بار ایسے واقعات پیش آئے۔</w:t>
      </w:r>
    </w:p>
    <w:p>
      <w:r>
        <w:rPr>
          <w:b/>
        </w:rPr>
        <w:t xml:space="preserve">[43:31] </w:t>
      </w:r>
      <w:r>
        <w:t>aise mauqe par har baar Allah taala ki taraf se yeh</w:t>
      </w:r>
    </w:p>
    <w:p>
      <w:pPr>
        <w:jc w:val="right"/>
      </w:pPr>
      <w:r>
        <w:t>ایسے موقع پر ہر بار اللہ تعالیٰ کی طرف سے یہ</w:t>
      </w:r>
    </w:p>
    <w:p>
      <w:r>
        <w:rPr>
          <w:b/>
        </w:rPr>
        <w:t xml:space="preserve">[43:37] </w:t>
      </w:r>
      <w:r>
        <w:t>rehnumai di gayi ke bazahir aik ghair muwafiq waqay mein bhi kis tarah muwafiq pehlu chupa hua hai. qadeem makka mein jab paighambar e islam sallallahu alaihi wasallam ne apni dawat e tauheed ka aghaz kiya to wahan sakht qisam ki mushkilat paish aayen. us waqt quran mein yeh rehnumai di gayi: "fa inna ma'al usri yusran" yani mushkilat se na ghabra</w:t>
      </w:r>
    </w:p>
    <w:p>
      <w:pPr>
        <w:jc w:val="right"/>
      </w:pPr>
      <w:r>
        <w:t>رہنمائی دی گئی کہ بظاہر ایک غیر موافق واقعے میں بھی کس طرح موافق پہلو چھپا ہوا ہے۔ قدیم مکہ میں جب پیغمبر اسلام صلی اللہ علیہ وسلم نے اپنی دعوت توحید کا آغاز کیا تو وہاں سخت قسم کی مشکلات پیش آئیں۔ اس وقت قرآن میں یہ رہنمائی دی گئی: "فإن مع العسری یسرا" یعنی مشکلات سے نہ گھبرا</w:t>
      </w:r>
    </w:p>
    <w:p>
      <w:r>
        <w:rPr>
          <w:b/>
        </w:rPr>
        <w:t xml:space="preserve">[44:07] </w:t>
      </w:r>
      <w:r>
        <w:t>o, kyunke is duniya mein har mushkil ke saath aasani maujood hoti hai.</w:t>
      </w:r>
    </w:p>
    <w:p>
      <w:pPr>
        <w:jc w:val="right"/>
      </w:pPr>
      <w:r>
        <w:t>ؤ، کیونکہ اس دنیا میں ہر مشکل کے ساتھ آسانی موجود ہوتی ہے۔</w:t>
      </w:r>
    </w:p>
    <w:p>
      <w:r>
        <w:rPr>
          <w:b/>
        </w:rPr>
        <w:t xml:space="preserve">[44:13] </w:t>
      </w:r>
      <w:r>
        <w:t>isi tarah aap ke mission ke bare mein aap ke mukhalifeen ne bare paimane par jhoota propaganda shuru</w:t>
      </w:r>
    </w:p>
    <w:p>
      <w:pPr>
        <w:jc w:val="right"/>
      </w:pPr>
      <w:r>
        <w:t>اسی طرح آپ کے مشن کے بارے میں آپ کے مخالفین نے بڑے پیمانے پر جھوٹا پروپیگنڈا شروع</w:t>
      </w:r>
    </w:p>
    <w:p>
      <w:r>
        <w:rPr>
          <w:b/>
        </w:rPr>
        <w:t xml:space="preserve">[44:19] </w:t>
      </w:r>
      <w:r>
        <w:t>kiya, aap par tarah tarah ke aib aur ilzaam lagaye.</w:t>
      </w:r>
    </w:p>
    <w:p>
      <w:pPr>
        <w:jc w:val="right"/>
      </w:pPr>
      <w:r>
        <w:t>کیا، آپ پر طرح طرح کے عیب اور الزام لگائے۔</w:t>
      </w:r>
    </w:p>
    <w:p>
      <w:r>
        <w:rPr>
          <w:b/>
        </w:rPr>
        <w:t xml:space="preserve">[44:25] </w:t>
      </w:r>
      <w:r>
        <w:t>is waqt Allah taala ki taraf se yeh rehnumai utri: "warfa'na laka zikra" yaani is propaganda ke zareeye</w:t>
      </w:r>
    </w:p>
    <w:p>
      <w:pPr>
        <w:jc w:val="right"/>
      </w:pPr>
      <w:r>
        <w:t>اس وقت اللہ تعالیٰ کی طرف سے یہ رہنمائی اتری: "ورفعنا لک ذکر" یعنی اس پروپیگنڈے کے ذریعے</w:t>
      </w:r>
    </w:p>
    <w:p>
      <w:r>
        <w:rPr>
          <w:b/>
        </w:rPr>
        <w:t xml:space="preserve">[44:31] </w:t>
      </w:r>
      <w:r>
        <w:t>tumhara charchaa har taraf phail raha hai.</w:t>
      </w:r>
    </w:p>
    <w:p>
      <w:pPr>
        <w:jc w:val="right"/>
      </w:pPr>
      <w:r>
        <w:t>تمہارا چرچہ ہر طرف پھیل رہا ہے۔</w:t>
      </w:r>
    </w:p>
    <w:p>
      <w:r>
        <w:rPr>
          <w:b/>
        </w:rPr>
        <w:t xml:space="preserve">[44:37] </w:t>
      </w:r>
      <w:r>
        <w:t>is liye is ko mukhalifana propaganda na samjho, balke is ko apna aur apne mission ka raf'e zikr samjho.</w:t>
      </w:r>
    </w:p>
    <w:p>
      <w:pPr>
        <w:jc w:val="right"/>
      </w:pPr>
      <w:r>
        <w:t>اس لیے اس کو مخالفانہ پروپیگنڈا نہ سمجھو، بلکہ اس کو اپنا اور اپنے مشن کا رفع ذکر سمجھو۔</w:t>
      </w:r>
    </w:p>
    <w:p>
      <w:r>
        <w:rPr>
          <w:b/>
        </w:rPr>
        <w:t xml:space="preserve">[44:43] </w:t>
      </w:r>
      <w:r>
        <w:t>taqreeban bees saal tak tablegh karne ke bawajood aap aur aap ke saathi Arab mein aqalliyat ki hesiyat</w:t>
      </w:r>
    </w:p>
    <w:p>
      <w:pPr>
        <w:jc w:val="right"/>
      </w:pPr>
      <w:r>
        <w:t>تقریباً بیس سال تک تبلیغ کرنے کے باوجود آپ اور آپ کے ساتھی عرب میں اقلیت کی حیثیت</w:t>
      </w:r>
    </w:p>
    <w:p>
      <w:r>
        <w:rPr>
          <w:b/>
        </w:rPr>
        <w:t xml:space="preserve">[44:49] </w:t>
      </w:r>
      <w:r>
        <w:t>rakhte the aur mushrikeen aksariyat mein the.</w:t>
      </w:r>
    </w:p>
    <w:p>
      <w:pPr>
        <w:jc w:val="right"/>
      </w:pPr>
      <w:r>
        <w:t>رکھتے تھے اور مشرکین اکثریت میں تھے۔</w:t>
      </w:r>
    </w:p>
    <w:p>
      <w:r>
        <w:rPr>
          <w:b/>
        </w:rPr>
        <w:t xml:space="preserve">[44:55] </w:t>
      </w:r>
      <w:r>
        <w:t>is waqt aap ko aur aap ke saathiyon ko fitrat ka ek qanoon yaad dilate hue Quran mein</w:t>
      </w:r>
    </w:p>
    <w:p>
      <w:pPr>
        <w:jc w:val="right"/>
      </w:pPr>
      <w:r>
        <w:t>اس وقت آپ کو اور آپ کے ساتھیوں کو فطرت کا ایک قانون یاد دلاتے ہوئے قرآن میں</w:t>
      </w:r>
    </w:p>
    <w:p>
      <w:r>
        <w:rPr>
          <w:b/>
        </w:rPr>
        <w:t xml:space="preserve">[45:01] </w:t>
      </w:r>
      <w:r>
        <w:t>kaha gaya: "kam min fi'atin qaleelatin</w:t>
      </w:r>
    </w:p>
    <w:p>
      <w:pPr>
        <w:jc w:val="right"/>
      </w:pPr>
      <w:r>
        <w:t>کہا گیا: "کم من فئۃ قلیلۃ</w:t>
      </w:r>
    </w:p>
    <w:p>
      <w:r>
        <w:rPr>
          <w:b/>
        </w:rPr>
        <w:t xml:space="preserve">[45:07] </w:t>
      </w:r>
      <w:r>
        <w:t>ghalbat fi'at kaseera bi'iznillah wallahu ma'a al-sabireen" yani is dunya mein kitni hi baar aisa hua hai kay adadi aqalliyat rakhnay wala giroh adadi aksariyat kay oopar ghalib aaya. isi tarah teen hijri mein ghazwa uhud paish aaya. is mein musalmanon ko mushrikeen kay muqablay mein shikast hui. yeh bazahir aik dil shikan waqea tha, magar us waqt bhi Allah taala ki taraf say jo rehan</w:t>
      </w:r>
    </w:p>
    <w:p>
      <w:pPr>
        <w:jc w:val="right"/>
      </w:pPr>
      <w:r>
        <w:t>غلبت فئۃ کثیرۃ باذن اللہ واللہ مع الصابرین" یعنی اس دنیا میں کتنی ہی بار ایسا ہوا ہے کہ عددی اقلیت رکھنے والا گروہ عددی اکثریت کے اوپر غالب آیا۔ اسی طرح تین ہجری میں غزوہ احد پیش آیا۔ اس میں مسلمانوں کو مشرکین کے مقابلے میں شکست ہوئی۔ یہ بظاہر ایک دل شکن واقعہ تھا، مگر اس وقت بھی اللہ تعالیٰ کی طرف سے جو رہن</w:t>
      </w:r>
    </w:p>
    <w:p>
      <w:r>
        <w:rPr>
          <w:b/>
        </w:rPr>
        <w:t xml:space="preserve">[45:37] </w:t>
      </w:r>
      <w:r>
        <w:t>ma aayatein utrin, woh dobara is ke roshan pehlu ki taraf nishandahi karne wali theen.</w:t>
      </w:r>
    </w:p>
    <w:p>
      <w:pPr>
        <w:jc w:val="right"/>
      </w:pPr>
      <w:r>
        <w:t>ما آیتیں اتریں، وہ دوبارہ اس کے روشن پہلو کی طرف نشاندہی کرنے والی تھیں۔</w:t>
      </w:r>
    </w:p>
    <w:p>
      <w:r>
        <w:rPr>
          <w:b/>
        </w:rPr>
        <w:t xml:space="preserve">[45:44] </w:t>
      </w:r>
      <w:r>
        <w:t>un mein se Quran ki ek aayat yeh hai: "in yamsaskum qarhun faqad massa al-qawmu qarhun mithlu wa tilka al-ayyami</w:t>
      </w:r>
    </w:p>
    <w:p>
      <w:pPr>
        <w:jc w:val="right"/>
      </w:pPr>
      <w:r>
        <w:t>ان میں سے قرآن کی ایک آیت یہ ہے: "إنیمسکم قرح فقد مس القوم قرح مثل وتلك الأيام</w:t>
      </w:r>
    </w:p>
    <w:p>
      <w:r>
        <w:rPr>
          <w:b/>
        </w:rPr>
        <w:t xml:space="preserve">[45:52] </w:t>
      </w:r>
      <w:r>
        <w:t>nidaawlaha bain an-naas" yaani ahad ki jang mein agar tum ko zakhm pohncha hai to is se pehle</w:t>
      </w:r>
    </w:p>
    <w:p>
      <w:pPr>
        <w:jc w:val="right"/>
      </w:pPr>
      <w:r>
        <w:t>نداولها بین الناس" یعنی احد کی جنگ میں اگر تم کو زخم پہنچا ہے تو اس سے پہلے</w:t>
      </w:r>
    </w:p>
    <w:p>
      <w:r>
        <w:rPr>
          <w:b/>
        </w:rPr>
        <w:t xml:space="preserve">[45:59] </w:t>
      </w:r>
      <w:r>
        <w:t>badr ki jang mein mushrikeen ko zakhm pohnch chuka hai, aur hum in ayyam ko logon</w:t>
      </w:r>
    </w:p>
    <w:p>
      <w:pPr>
        <w:jc w:val="right"/>
      </w:pPr>
      <w:r>
        <w:t>بدر کی جنگ میں مشرکین کو زخم پہنچ چکا ہے، اور ہم ان ایام کو لوگوں</w:t>
      </w:r>
    </w:p>
    <w:p>
      <w:r>
        <w:rPr>
          <w:b/>
        </w:rPr>
        <w:t xml:space="preserve">[46:07] </w:t>
      </w:r>
      <w:r>
        <w:t>kay darmiyan badaltay rehtay hain. is tarah chhay hijri mein peghambar-e-islam sal'lallahu alaihi wasallam aur mushrikeen kay darmiyan woh waqea paish aaya jis ko sulah hudaybiyah kaha jata hai. yeh sulah bazahir musalmanon ki siasi shikast kay hum ma'ani thi, magar quran mein jab is par tabsarah kiya gaya to bar'aks tor par Allah taala nay yeh ailan kiya: "inna fatahna laka fat'han mubeena" yani hum nay tum ko tum</w:t>
      </w:r>
    </w:p>
    <w:p>
      <w:pPr>
        <w:jc w:val="right"/>
      </w:pPr>
      <w:r>
        <w:t>کے درمیان بدلتے رہتے ہیں۔ اس طرح چھ ہجری میں پیغمبر اسلام صلی اللہ علیہ وسلم اور مشرکین کے درمیان وہ واقعہ پیش آیا جس کو صلح حدیبیہ کہا جاتا ہے۔ یہ صلح بظاہر مسلمانوں کی سیاسی شکست کے ہم معنی تھی، مگر قرآن میں جب اس پر تبصرہ کیا گیا تو برعکس طور پر اللہ تعالیٰ نے یہ اعلان کیا: "إنا فتحنا لک فتح مبینا" یعنی ہم نے تم کو تم</w:t>
      </w:r>
    </w:p>
    <w:p>
      <w:r>
        <w:rPr>
          <w:b/>
        </w:rPr>
        <w:t xml:space="preserve">[46:37] </w:t>
      </w:r>
      <w:r>
        <w:t>haare hreef ke oopar khuli fatah de di.</w:t>
      </w:r>
    </w:p>
    <w:p>
      <w:pPr>
        <w:jc w:val="right"/>
      </w:pPr>
      <w:r>
        <w:t>ہارے حریف کے اوپر کھلی فتح دے دی۔</w:t>
      </w:r>
    </w:p>
    <w:p>
      <w:r>
        <w:rPr>
          <w:b/>
        </w:rPr>
        <w:t xml:space="preserve">[46:43] </w:t>
      </w:r>
      <w:r>
        <w:t>is ka matlab yeh tha ke bazahir siyasi shikast ke bawajood is maamle mein tum ko akhlaqi fatah</w:t>
      </w:r>
    </w:p>
    <w:p>
      <w:pPr>
        <w:jc w:val="right"/>
      </w:pPr>
      <w:r>
        <w:t>اس کا مطلب یہ تھا کہ بظاہر سیاسی شکست کے باوجود اس معاملے میں تم کو اخلاقی فتح</w:t>
      </w:r>
    </w:p>
    <w:p>
      <w:r>
        <w:rPr>
          <w:b/>
        </w:rPr>
        <w:t xml:space="preserve">[46:49] </w:t>
      </w:r>
      <w:r>
        <w:t>haasil hui hai, jo aakhir kaar mukammal fatah banne wali hai waghera.</w:t>
      </w:r>
    </w:p>
    <w:p>
      <w:pPr>
        <w:jc w:val="right"/>
      </w:pPr>
      <w:r>
        <w:t>حاصل ہوئی ہے، جو آخر کار مکمل فتح بننے والی ہے وغیرہ۔</w:t>
      </w:r>
    </w:p>
    <w:p>
      <w:r>
        <w:rPr>
          <w:b/>
        </w:rPr>
        <w:t xml:space="preserve">[46:55] </w:t>
      </w:r>
      <w:r>
        <w:t>is khudaai tarbiyat ne peghambar-e-Islam Sal Allahu Alaihi Wa Sallam ko ek aisa insaan bana diya jo manfi</w:t>
      </w:r>
    </w:p>
    <w:p>
      <w:pPr>
        <w:jc w:val="right"/>
      </w:pPr>
      <w:r>
        <w:t>اس خدائی تربیت نے پیغمبر اسلام صلی اللہ علیہ وسلم کو ایک ایسا انسان بنا دیا جو منفی</w:t>
      </w:r>
    </w:p>
    <w:p>
      <w:r>
        <w:rPr>
          <w:b/>
        </w:rPr>
        <w:t xml:space="preserve">[47:01] </w:t>
      </w:r>
      <w:r>
        <w:t>tarz-e-fikr se mukammal taur par khaali thay.</w:t>
      </w:r>
    </w:p>
    <w:p>
      <w:pPr>
        <w:jc w:val="right"/>
      </w:pPr>
      <w:r>
        <w:t>طرز فکر سے مکمل طور پر خالی تھے۔</w:t>
      </w:r>
    </w:p>
    <w:p>
      <w:r>
        <w:rPr>
          <w:b/>
        </w:rPr>
        <w:t xml:space="preserve">[47:07] </w:t>
      </w:r>
      <w:r>
        <w:t>aap musbat fikr mein itna zyada badhe hue thay ke bilashubah aap ko dunya ka sab se bara</w:t>
      </w:r>
    </w:p>
    <w:p>
      <w:pPr>
        <w:jc w:val="right"/>
      </w:pPr>
      <w:r>
        <w:t>آپ مثبت فکر میں اتنا زیادہ بڑھے ہوئے تھے کہ بلاشبہ آپ کو دنیا کا سب سے بڑا</w:t>
      </w:r>
    </w:p>
    <w:p>
      <w:r>
        <w:rPr>
          <w:b/>
        </w:rPr>
        <w:t xml:space="preserve">[47:15] </w:t>
      </w:r>
      <w:r>
        <w:t>musbat mufakkir ya positive thinker kaha ja sakta hai.</w:t>
      </w:r>
    </w:p>
    <w:p>
      <w:pPr>
        <w:jc w:val="right"/>
      </w:pPr>
      <w:r>
        <w:t>مثبت مفکر یا پوزیٹیو تھنکر کہا جا سکتا ہے۔</w:t>
      </w:r>
    </w:p>
    <w:p>
      <w:r>
        <w:rPr>
          <w:b/>
        </w:rPr>
        <w:t xml:space="preserve">[47:23] </w:t>
      </w:r>
      <w:r>
        <w:t>Allah par aitmaad.</w:t>
      </w:r>
    </w:p>
    <w:p>
      <w:pPr>
        <w:jc w:val="right"/>
      </w:pPr>
      <w:r>
        <w:t>اللہ پر اعتماد۔</w:t>
      </w:r>
    </w:p>
    <w:p>
      <w:r>
        <w:rPr>
          <w:b/>
        </w:rPr>
        <w:t xml:space="preserve">[47:30] </w:t>
      </w:r>
      <w:r>
        <w:t>hijrat ke safar mein jab peghambar-e-Islam Sal Allahu Alaihi Wa Sallam</w:t>
      </w:r>
    </w:p>
    <w:p>
      <w:pPr>
        <w:jc w:val="right"/>
      </w:pPr>
      <w:r>
        <w:t>ہجرت کے سفر میں جب پیغمبر اسلام صلی اللہ علیہ وسلم</w:t>
      </w:r>
    </w:p>
    <w:p>
      <w:r>
        <w:rPr>
          <w:b/>
        </w:rPr>
        <w:t xml:space="preserve">[47:38] </w:t>
      </w:r>
      <w:r>
        <w:t>makkah say madinah kay liye rawana huay to us waqt aap kay sath sirf Hazrat Abu Bakr Siddiq Razi Allah Anh thay. yeh be had nazuk safar tha. makkah kay log aap kay jani dushman thay. yeh yaqeeni tha kay woh aap ka peecha karein gay. chunancha aap nay shadeed ehtiyat kay sath yeh safar farmaya, hatta kay aap ko makkah say madinah ki taraf jana tha, lekin aap ultay rukh par chal kar ghar-e-soor mein puhanch</w:t>
      </w:r>
    </w:p>
    <w:p>
      <w:pPr>
        <w:jc w:val="right"/>
      </w:pPr>
      <w:r>
        <w:t>مکہ سے مدینہ کے لیے روانہ ہوئے تو اس وقت آپ کے ساتھ صرف حضرت ابوبکر صدیق رضی اللہ عنہ تھے۔ یہ بے حد نازک سفر تھا۔ مکہ کے لوگ آپ کے جانی دشمن تھے۔ یہ یقینی تھا کہ وہ آپ کا پیچھا کریں گے۔ چنانچہ آپ نے شدید احتیاط کے ساتھ یہ سفر فرمایا، حتیٰ کہ آپ کو مکہ سے مدینے کی طرف جانا تھا، لیکن آپ الٹے رخ پر چل کر غار ثور میں پہنچ</w:t>
      </w:r>
    </w:p>
    <w:p>
      <w:r>
        <w:rPr>
          <w:b/>
        </w:rPr>
        <w:t xml:space="preserve">[48:08] </w:t>
      </w:r>
      <w:r>
        <w:t>e aur wahan Hazrat Abu Bakr Siddiq ke saath chhup kar chand din qiyam kiya.</w:t>
      </w:r>
    </w:p>
    <w:p>
      <w:pPr>
        <w:jc w:val="right"/>
      </w:pPr>
      <w:r>
        <w:t>ے اور وہاں حضرت ابوبکر صدیق کے ساتھ چھپ کر چند دن قیام کیا۔</w:t>
      </w:r>
    </w:p>
    <w:p>
      <w:r>
        <w:rPr>
          <w:b/>
        </w:rPr>
        <w:t xml:space="preserve">[48:14] </w:t>
      </w:r>
      <w:r>
        <w:t>Makkah ke sardaron ko jab aap ki hijrat ki khabar hui to unhon ne apne aadmiyon ko chaaron</w:t>
      </w:r>
    </w:p>
    <w:p>
      <w:pPr>
        <w:jc w:val="right"/>
      </w:pPr>
      <w:r>
        <w:t>مکہ کے سرداروں کو جب آپ کی ہجرت کی خبر ہوئی تو انہوں نے اپنے آدمیوں کو چاروں</w:t>
      </w:r>
    </w:p>
    <w:p>
      <w:r>
        <w:rPr>
          <w:b/>
        </w:rPr>
        <w:t xml:space="preserve">[48:20] </w:t>
      </w:r>
      <w:r>
        <w:t>taraf dauraya taake woh aap ko Madinah pohnchne se pehle pakad lein aur naoozubillah aap ko qatl kar daalein.</w:t>
      </w:r>
    </w:p>
    <w:p>
      <w:pPr>
        <w:jc w:val="right"/>
      </w:pPr>
      <w:r>
        <w:t>طرف دوڑایا تاکہ وہ آپ کو مدینہ پہنچنے سے پہلے پکڑ لیں اور نعوذ باللہ آپ کو قتل کر ڈالیں۔</w:t>
      </w:r>
    </w:p>
    <w:p>
      <w:r>
        <w:rPr>
          <w:b/>
        </w:rPr>
        <w:t xml:space="preserve">[48:26] </w:t>
      </w:r>
      <w:r>
        <w:t>aap abhi ghar-e-Thaur mein chhpe hue thay ke Makkah ke kai log aap ki talaash mein wahan pohnche.</w:t>
      </w:r>
    </w:p>
    <w:p>
      <w:pPr>
        <w:jc w:val="right"/>
      </w:pPr>
      <w:r>
        <w:t>آپ ابھی غار ثور میں چھپے ہوئے تھے کہ مکہ کے کئی لوگ آپ کی تلاش میں وہاں پہنچ گئے۔</w:t>
      </w:r>
    </w:p>
    <w:p>
      <w:r>
        <w:rPr>
          <w:b/>
        </w:rPr>
        <w:t xml:space="preserve">[48:32] </w:t>
      </w:r>
      <w:r>
        <w:t>is waqt woh itne qareeb thay</w:t>
      </w:r>
    </w:p>
    <w:p>
      <w:pPr>
        <w:jc w:val="right"/>
      </w:pPr>
      <w:r>
        <w:t>اس وقت وہ اتنے قریب تھے</w:t>
      </w:r>
    </w:p>
    <w:p>
      <w:r>
        <w:rPr>
          <w:b/>
        </w:rPr>
        <w:t xml:space="preserve">[48:38] </w:t>
      </w:r>
      <w:r>
        <w:t>ke ghar ke andar se woh saaf nazar aa rahe thay.</w:t>
      </w:r>
    </w:p>
    <w:p>
      <w:pPr>
        <w:jc w:val="right"/>
      </w:pPr>
      <w:r>
        <w:t>کہ غار کے اندر سے وہ صاف نظر آ رہے تھے۔</w:t>
      </w:r>
    </w:p>
    <w:p>
      <w:r>
        <w:rPr>
          <w:b/>
        </w:rPr>
        <w:t xml:space="preserve">[48:43] </w:t>
      </w:r>
      <w:r>
        <w:t>Hazrat Abu Bakr Siddiq Razi Allahu Anhu ne jab yeh dekha ke talwaar liye hue yeh log ghar ke</w:t>
      </w:r>
    </w:p>
    <w:p>
      <w:pPr>
        <w:jc w:val="right"/>
      </w:pPr>
      <w:r>
        <w:t>حضرت ابوبکر صدیق رضی اللہ عنہ نے جب یہ دیکھا کہ تلوار لیے ہوئے یہ لوگ غار کے</w:t>
      </w:r>
    </w:p>
    <w:p>
      <w:r>
        <w:rPr>
          <w:b/>
        </w:rPr>
        <w:t xml:space="preserve">[48:48] </w:t>
      </w:r>
      <w:r>
        <w:t>munh tak pohnch gaye hain to unhon ne kaha: "Ae Khuda ke Rasool!</w:t>
      </w:r>
    </w:p>
    <w:p>
      <w:pPr>
        <w:jc w:val="right"/>
      </w:pPr>
      <w:r>
        <w:t>منہ تک پہنچ گئے ہیں تو انہوں نے کہا: "اے خدا کے رسول!</w:t>
      </w:r>
    </w:p>
    <w:p>
      <w:r>
        <w:rPr>
          <w:b/>
        </w:rPr>
        <w:t xml:space="preserve">[48:53] </w:t>
      </w:r>
      <w:r>
        <w:t>agar in mein se koi apne paaon ki taraf nazar daale to woh zaroor hum ko dekh le</w:t>
      </w:r>
    </w:p>
    <w:p>
      <w:pPr>
        <w:jc w:val="right"/>
      </w:pPr>
      <w:r>
        <w:t>اگر ان میں سے کوئی اپنے پاؤں کی طرف نظر ڈالے تو وہ ضرور ہم کو دیکھ لے</w:t>
      </w:r>
    </w:p>
    <w:p>
      <w:r>
        <w:rPr>
          <w:b/>
        </w:rPr>
        <w:t xml:space="preserve">[48:58] </w:t>
      </w:r>
      <w:r>
        <w:t>ga." Yeh sun kar peghambar-e-Islam Sal Allahu Alaihi Wa Sallam ne kamil aitmaad ke saath kaha: "Ya Abu Bakr!</w:t>
      </w:r>
    </w:p>
    <w:p>
      <w:pPr>
        <w:jc w:val="right"/>
      </w:pPr>
      <w:r>
        <w:t>گا۔" یہ سن کر پیغمبر اسلام صلی اللہ علیہ وسلم نے کامل اعتماد کے ساتھ کہا: "یا ابا بکر!</w:t>
      </w:r>
    </w:p>
    <w:p>
      <w:r>
        <w:rPr>
          <w:b/>
        </w:rPr>
        <w:t xml:space="preserve">[49:03] </w:t>
      </w:r>
      <w:r>
        <w:t>ma ghannaka bisin</w:t>
      </w:r>
    </w:p>
    <w:p>
      <w:pPr>
        <w:jc w:val="right"/>
      </w:pPr>
      <w:r>
        <w:t>ما غنک بسن</w:t>
      </w:r>
    </w:p>
    <w:p>
      <w:r>
        <w:rPr>
          <w:b/>
        </w:rPr>
        <w:t xml:space="preserve">[49:08] </w:t>
      </w:r>
      <w:r>
        <w:t>yain Allahu thalithuhuma" Seerat Ibn Kathir yaani ae Abu Bakr!</w:t>
      </w:r>
    </w:p>
    <w:p>
      <w:pPr>
        <w:jc w:val="right"/>
      </w:pPr>
      <w:r>
        <w:t>ین اللہ ثالثہما" سیرت ابن کثیر یعنی اے ابوبکر!</w:t>
      </w:r>
    </w:p>
    <w:p>
      <w:r>
        <w:rPr>
          <w:b/>
        </w:rPr>
        <w:t xml:space="preserve">[49:14] </w:t>
      </w:r>
      <w:r>
        <w:t>in do ke baare mein tumhara kya gumaan hai jinka teesra Allah ho? Peghambar-e-Islam ki zubaan</w:t>
      </w:r>
    </w:p>
    <w:p>
      <w:pPr>
        <w:jc w:val="right"/>
      </w:pPr>
      <w:r>
        <w:t>ان دو کے بارے میں تمہارا کیا گمان ہے جن کا تیسرا اللہ ہو؟ پیغمبر اسلام کی زبان</w:t>
      </w:r>
    </w:p>
    <w:p>
      <w:r>
        <w:rPr>
          <w:b/>
        </w:rPr>
        <w:t xml:space="preserve">[49:20] </w:t>
      </w:r>
      <w:r>
        <w:t>se nikla hua yeh kalma itna azeem hai ke shayad poori insani tareekh mein is ki koi doosri</w:t>
      </w:r>
    </w:p>
    <w:p>
      <w:pPr>
        <w:jc w:val="right"/>
      </w:pPr>
      <w:r>
        <w:t>سے نکلا ہوا یہ کلمہ اتنا عظیم ہے کہ شاید پوری انسانی تاریخ میں اس کی کوئی دوسری</w:t>
      </w:r>
    </w:p>
    <w:p>
      <w:r>
        <w:rPr>
          <w:b/>
        </w:rPr>
        <w:t xml:space="preserve">[49:26] </w:t>
      </w:r>
      <w:r>
        <w:t>nazeer maujood nahin.</w:t>
      </w:r>
    </w:p>
    <w:p>
      <w:pPr>
        <w:jc w:val="right"/>
      </w:pPr>
      <w:r>
        <w:t>نظیر موجود نہیں۔</w:t>
      </w:r>
    </w:p>
    <w:p>
      <w:r>
        <w:rPr>
          <w:b/>
        </w:rPr>
        <w:t xml:space="preserve">[49:32] </w:t>
      </w:r>
      <w:r>
        <w:t>is waqt aap bilashubah intehai pur khatar halaat mein thay, lekin Allah par aitma</w:t>
      </w:r>
    </w:p>
    <w:p>
      <w:pPr>
        <w:jc w:val="right"/>
      </w:pPr>
      <w:r>
        <w:t>اس وقت آپ بلاشبہ انتہائی پرخطر حالات میں تھے، لیکن اللہ پر اعتم</w:t>
      </w:r>
    </w:p>
    <w:p>
      <w:r>
        <w:rPr>
          <w:b/>
        </w:rPr>
        <w:t xml:space="preserve">[49:38] </w:t>
      </w:r>
      <w:r>
        <w:t>ad itna zyada barha hua tha ke koi bhi toofan is ko matzlal nahin kar sakta tha.</w:t>
      </w:r>
    </w:p>
    <w:p>
      <w:pPr>
        <w:jc w:val="right"/>
      </w:pPr>
      <w:r>
        <w:t>اد اتنا زیادہ بڑھا ہوا تھا کہ کوئی بھی طوفان اس کو متزلزل نہیں کر سکتا تھا۔</w:t>
      </w:r>
    </w:p>
    <w:p>
      <w:r>
        <w:rPr>
          <w:b/>
        </w:rPr>
        <w:t xml:space="preserve">[49:46] </w:t>
      </w:r>
      <w:r>
        <w:t>yahi be panah aitmad tha jis ki wajah se yeh mumkin hua ke aise pur khauf halaat mein itna</w:t>
      </w:r>
    </w:p>
    <w:p>
      <w:pPr>
        <w:jc w:val="right"/>
      </w:pPr>
      <w:r>
        <w:t>یہی بے پناہ اعتماد تھا جس کی وجہ سے یہ ممکن ہوا کہ ایسے پرخوف حالات میں اتنا</w:t>
      </w:r>
    </w:p>
    <w:p>
      <w:r>
        <w:rPr>
          <w:b/>
        </w:rPr>
        <w:t xml:space="preserve">[49:54] </w:t>
      </w:r>
      <w:r>
        <w:t>zyada be khofi ka kalma aap ki zuban se nikla.</w:t>
      </w:r>
    </w:p>
    <w:p>
      <w:pPr>
        <w:jc w:val="right"/>
      </w:pPr>
      <w:r>
        <w:t>زیادہ بے خوفی کا کلمہ آپ کی زبان سے نکلے۔</w:t>
      </w:r>
    </w:p>
    <w:p>
      <w:r>
        <w:rPr>
          <w:b/>
        </w:rPr>
        <w:t xml:space="preserve">[50:01] </w:t>
      </w:r>
      <w:r>
        <w:t>ibadat ki kaifiyat</w:t>
      </w:r>
    </w:p>
    <w:p>
      <w:pPr>
        <w:jc w:val="right"/>
      </w:pPr>
      <w:r>
        <w:t>عبادت کی کیفیت</w:t>
      </w:r>
    </w:p>
    <w:p>
      <w:r>
        <w:rPr>
          <w:b/>
        </w:rPr>
        <w:t xml:space="preserve">[50:09] </w:t>
      </w:r>
      <w:r>
        <w:t>۔ peghambar-e-islam rozana Allah ki ibadat kartay thay, din ko bhi aur raat ko bhi. ibadat kay waqt aap kay dil ki jo kaifiyat hoti thi, us ka andaza aik riwayat say hota hai. Hazrat Ali Razi Allah Anh batatay hain kay jab aap namaz kay liye kharay hotay to us mein zikr-o-dua kay kon say alfaz aap ki zaban par jari hotay thay. is silsilay mein woh batatay hain kay jab aap namaz kay waqt ruku mein jhuktay thay to aap</w:t>
      </w:r>
    </w:p>
    <w:p>
      <w:pPr>
        <w:jc w:val="right"/>
      </w:pPr>
      <w:r>
        <w:t>۔ پیغمبر اسلام روزانہ خدا کی عبادت کرتے تھے، دن کو بھی اور رات کو بھی۔ عبادت کے وقت آپ کے دل کی جو کیفیت ہوتی تھی، اس کا اندازہ ایک روایت سے ہوتا ہے۔ حضرت علی رضی اللہ عنہ بتاتے ہیں کہ جب آپ نماز کے لیے کھڑے ہوتے تو اس میں ذکر و دعا کے کون سے الفاظ آپ کی زبان پر جاری ہوتے تھے۔ اس سلسلے میں وہ بتاتے ہیں کہ جب آپ نماز کے وقت رکوع میں جھکتے تھے تو آپ</w:t>
      </w:r>
    </w:p>
    <w:p>
      <w:r>
        <w:rPr>
          <w:b/>
        </w:rPr>
        <w:t xml:space="preserve">[50:39] </w:t>
      </w:r>
      <w:r>
        <w:t>ki zuban par yeh alfaaz hotay thay: "Allahumma lak rakatu wa bik aamantu wa lak aslamtu khasha'a lak sam'i wa basri</w:t>
      </w:r>
    </w:p>
    <w:p>
      <w:pPr>
        <w:jc w:val="right"/>
      </w:pPr>
      <w:r>
        <w:t>کی زبان پر یہ الفاظ ہوتے تھے: "اللہم لک رکعت وبک آمنت ولك اسلمت خشع لک سمیع وبصری</w:t>
      </w:r>
    </w:p>
    <w:p>
      <w:r>
        <w:rPr>
          <w:b/>
        </w:rPr>
        <w:t xml:space="preserve">[50:46] </w:t>
      </w:r>
      <w:r>
        <w:t>wa mukhi wa azmi wa asabi" sahih Muslim yaani aye Allah!</w:t>
      </w:r>
    </w:p>
    <w:p>
      <w:pPr>
        <w:jc w:val="right"/>
      </w:pPr>
      <w:r>
        <w:t>ومخی وعظمی وعصبی" صحیح مسلم یعنی اے اللہ!</w:t>
      </w:r>
    </w:p>
    <w:p>
      <w:r>
        <w:rPr>
          <w:b/>
        </w:rPr>
        <w:t xml:space="preserve">[50:54] </w:t>
      </w:r>
      <w:r>
        <w:t>mein tere aage jhuk gaya aur mein tujh par iman laya aur mein ne apne aap ko tere hawale kiya.</w:t>
      </w:r>
    </w:p>
    <w:p>
      <w:pPr>
        <w:jc w:val="right"/>
      </w:pPr>
      <w:r>
        <w:t>میں تیرے آگے جھک گیا اور میں تجھ پر ایمان لایا اور میں نے اپنے آپ کو تیرے حوالے کیا۔</w:t>
      </w:r>
    </w:p>
    <w:p>
      <w:r>
        <w:rPr>
          <w:b/>
        </w:rPr>
        <w:t xml:space="preserve">[51:01] </w:t>
      </w:r>
      <w:r>
        <w:t>tere aage jhuk gaye mir</w:t>
      </w:r>
    </w:p>
    <w:p>
      <w:pPr>
        <w:jc w:val="right"/>
      </w:pPr>
      <w:r>
        <w:t>تیرے آگے جھک گئے میر</w:t>
      </w:r>
    </w:p>
    <w:p>
      <w:r>
        <w:rPr>
          <w:b/>
        </w:rPr>
        <w:t xml:space="preserve">[51:09] </w:t>
      </w:r>
      <w:r>
        <w:t>ay kan aur meri aankh aur mera dimagh aur meri haddiyan aur mere asab.</w:t>
      </w:r>
    </w:p>
    <w:p>
      <w:pPr>
        <w:jc w:val="right"/>
      </w:pPr>
      <w:r>
        <w:t>ے کان اور میری آنکھ اور میرا دماغ اور میری ہڈیاں اور میرے اعصاب۔</w:t>
      </w:r>
    </w:p>
    <w:p>
      <w:r>
        <w:rPr>
          <w:b/>
        </w:rPr>
        <w:t xml:space="preserve">[51:16] </w:t>
      </w:r>
      <w:r>
        <w:t>isi tarah Hazrat Ali batate hain ke paighambar Islam jab sajde ke waqt zameen par apna sar rakhtay</w:t>
      </w:r>
    </w:p>
    <w:p>
      <w:pPr>
        <w:jc w:val="right"/>
      </w:pPr>
      <w:r>
        <w:t>اسی طرح حضرت علی بتاتے ہیں کہ پیغمبر اسلام جب سجدے کے وقت زمین پر اپنا سر رکھتے</w:t>
      </w:r>
    </w:p>
    <w:p>
      <w:r>
        <w:rPr>
          <w:b/>
        </w:rPr>
        <w:t xml:space="preserve">[51:24] </w:t>
      </w:r>
      <w:r>
        <w:t>thay to us waqt aap ki zuban par yeh alfaaz jari ho jatay thay: "Allahumma lak sajadtu wa bik</w:t>
      </w:r>
    </w:p>
    <w:p>
      <w:pPr>
        <w:jc w:val="right"/>
      </w:pPr>
      <w:r>
        <w:t>تھے تو اس وقت آپ کی زبان پر یہ الفاظ جاری ہو جاتے تھے: "اللہم لک سجدت وبک</w:t>
      </w:r>
    </w:p>
    <w:p>
      <w:r>
        <w:rPr>
          <w:b/>
        </w:rPr>
        <w:t xml:space="preserve">[51:32] </w:t>
      </w:r>
      <w:r>
        <w:t>aamantu wa lak aslamtu sajada wajhiya lillazi khalaqahu</w:t>
      </w:r>
    </w:p>
    <w:p>
      <w:pPr>
        <w:jc w:val="right"/>
      </w:pPr>
      <w:r>
        <w:t>آمنت ولك اسلمت سجد وجہ للذی خلقہ</w:t>
      </w:r>
    </w:p>
    <w:p>
      <w:r>
        <w:rPr>
          <w:b/>
        </w:rPr>
        <w:t xml:space="preserve">[51:39] </w:t>
      </w:r>
      <w:r>
        <w:t>wa sawwarahu wa shaqqa sam'ahu wa basarahu tabarak Allah ahsanul khaliqin" sahih Muslim yaani aye Allah!</w:t>
      </w:r>
    </w:p>
    <w:p>
      <w:pPr>
        <w:jc w:val="right"/>
      </w:pPr>
      <w:r>
        <w:t>وصورہ وشق سمعہ وبصرہ تبارک اللہ احسن الخالقین" صحیح مسلم یعنی اے اللہ!</w:t>
      </w:r>
    </w:p>
    <w:p>
      <w:r>
        <w:rPr>
          <w:b/>
        </w:rPr>
        <w:t xml:space="preserve">[51:44] </w:t>
      </w:r>
      <w:r>
        <w:t>mein ne tere liye sajda kiya aur mein tujh par iman laya aur mein ne apne aap ko</w:t>
      </w:r>
    </w:p>
    <w:p>
      <w:pPr>
        <w:jc w:val="right"/>
      </w:pPr>
      <w:r>
        <w:t>میں نے تیرے لیے سجدہ کیا اور میں تجھ پر ایمان لایا اور میں نے اپنے آپ کو</w:t>
      </w:r>
    </w:p>
    <w:p>
      <w:r>
        <w:rPr>
          <w:b/>
        </w:rPr>
        <w:t xml:space="preserve">[51:50] </w:t>
      </w:r>
      <w:r>
        <w:t>tere hawale kiya.</w:t>
      </w:r>
    </w:p>
    <w:p>
      <w:pPr>
        <w:jc w:val="right"/>
      </w:pPr>
      <w:r>
        <w:t>تیرے حوالے کیا۔</w:t>
      </w:r>
    </w:p>
    <w:p>
      <w:r>
        <w:rPr>
          <w:b/>
        </w:rPr>
        <w:t xml:space="preserve">[51:55] </w:t>
      </w:r>
      <w:r>
        <w:t>mera chehra is ke aage jhuk gaya jis ne is ko paida kiya aur is ki surat giri</w:t>
      </w:r>
    </w:p>
    <w:p>
      <w:pPr>
        <w:jc w:val="right"/>
      </w:pPr>
      <w:r>
        <w:t>میرا چہرہ اس کے آگے جھک گیا جس نے اس کو پیدا کیا اور اس کی صورت گری</w:t>
      </w:r>
    </w:p>
    <w:p>
      <w:r>
        <w:rPr>
          <w:b/>
        </w:rPr>
        <w:t xml:space="preserve">[52:00] </w:t>
      </w:r>
      <w:r>
        <w:t>ki aur is ke kan aur aankh ko banaya.</w:t>
      </w:r>
    </w:p>
    <w:p>
      <w:pPr>
        <w:jc w:val="right"/>
      </w:pPr>
      <w:r>
        <w:t>کی اور اس کے کان اور آنکھ کو بنایا۔</w:t>
      </w:r>
    </w:p>
    <w:p>
      <w:r>
        <w:rPr>
          <w:b/>
        </w:rPr>
        <w:t xml:space="preserve">[52:05] </w:t>
      </w:r>
      <w:r>
        <w:t>pas babarkat hai Allah!</w:t>
      </w:r>
    </w:p>
    <w:p>
      <w:pPr>
        <w:jc w:val="right"/>
      </w:pPr>
      <w:r>
        <w:t>پس بابرکت ہے اللہ!</w:t>
      </w:r>
    </w:p>
    <w:p>
      <w:r>
        <w:rPr>
          <w:b/>
        </w:rPr>
        <w:t xml:space="preserve">[52:10] </w:t>
      </w:r>
      <w:r>
        <w:t>sab say behtar takhleeq karnay wala. is riwayat say maloom hota hai kay peghambar-e-islam jab ibadat mein masroof hotay thay to us waqt un kay jazbat kya hotay thay. us waqt woh Allah ki azmat-o-hibat kay ehsas mein doobay huay hotay thay. Allah ki bartari aur us kay muqablay mein apnay 'ajz ka tasawwur un kay seenay mein aik toofan ki hesiyat ikhtiyar kar leta tha. aap ki ibadat aap kay</w:t>
      </w:r>
    </w:p>
    <w:p>
      <w:pPr>
        <w:jc w:val="right"/>
      </w:pPr>
      <w:r>
        <w:t>سب سے بہتر تخلیق کرنے والا۔ اس روایت سے معلوم ہوتا ہے کہ پیغمبر اسلام جب عبادت میں مشغول ہوتے تھے تو اس وقت ان کے جذبات کیا ہوتے تھے۔ اس وقت وہ خدا کی عظمت و ہیبت کے احساس میں ڈوبے ہوئے ہوتے تھے۔ خدا کی برتری اور اس کے مقابلے میں اپنے عجز کا تصور ان کے سینے میں ایک طوفان کی حیثیت اختیار کر لیتا تھا۔ آپ کی عبادت آپ کے</w:t>
      </w:r>
    </w:p>
    <w:p>
      <w:r>
        <w:rPr>
          <w:b/>
        </w:rPr>
        <w:t xml:space="preserve">[52:40] </w:t>
      </w:r>
      <w:r>
        <w:t>liye khuda e azeem o kabeer ke samne haziri ke hum ma'ni ban jati thi.</w:t>
      </w:r>
    </w:p>
    <w:p>
      <w:pPr>
        <w:jc w:val="right"/>
      </w:pPr>
      <w:r>
        <w:t>لیے خدائے عظیم و کبیر کے سامنے حاضری کے ہم معنی بن جاتی تھی۔</w:t>
      </w:r>
    </w:p>
    <w:p>
      <w:r>
        <w:rPr>
          <w:b/>
        </w:rPr>
        <w:t xml:space="preserve">[52:48] </w:t>
      </w:r>
      <w:r>
        <w:t>aap ki ibadat aap ke liye intehai had tak ek zinda amal thi, na ke mahaz kuch rasmi</w:t>
      </w:r>
    </w:p>
    <w:p>
      <w:pPr>
        <w:jc w:val="right"/>
      </w:pPr>
      <w:r>
        <w:t>آپ کی عبادت آپ کے لیے انتہائی حد تک ایک زندہ عمل تھی، نہ کہ محض کچھ رسمی</w:t>
      </w:r>
    </w:p>
    <w:p>
      <w:r>
        <w:rPr>
          <w:b/>
        </w:rPr>
        <w:t xml:space="preserve">[52:55] </w:t>
      </w:r>
      <w:r>
        <w:t>a'maal ki adai'gi.</w:t>
      </w:r>
    </w:p>
    <w:p>
      <w:pPr>
        <w:jc w:val="right"/>
      </w:pPr>
      <w:r>
        <w:t>اعمال کی ادائیگی۔</w:t>
      </w:r>
    </w:p>
    <w:p>
      <w:r>
        <w:rPr>
          <w:b/>
        </w:rPr>
        <w:t xml:space="preserve">[53:03] </w:t>
      </w:r>
      <w:r>
        <w:t>hidayat ke liye tarpna. qura</w:t>
      </w:r>
    </w:p>
    <w:p>
      <w:pPr>
        <w:jc w:val="right"/>
      </w:pPr>
      <w:r>
        <w:t>ہدایت کے لیے تڑپنا۔ قر</w:t>
      </w:r>
    </w:p>
    <w:p>
      <w:r>
        <w:rPr>
          <w:b/>
        </w:rPr>
        <w:t xml:space="preserve">[53:10] </w:t>
      </w:r>
      <w:r>
        <w:t>an ki surah ash shura mein paighambar ko khitab karte hue kaha gaya hai: "talaqata al kitaba al mubeena la'allaka waqi</w:t>
      </w:r>
    </w:p>
    <w:p>
      <w:pPr>
        <w:jc w:val="right"/>
      </w:pPr>
      <w:r>
        <w:t>آن کی سورہ الشوریٰ میں پیغمبر کو خطاب کرتے ہوئے کہا گیا ہے: "تلقایات الکتاب المبین لعلک واقع</w:t>
      </w:r>
    </w:p>
    <w:p>
      <w:r>
        <w:rPr>
          <w:b/>
        </w:rPr>
        <w:t xml:space="preserve">[53:18] </w:t>
      </w:r>
      <w:r>
        <w:t>nafsak allaho yakoon momineen insha'a annazal alayhim min al-sama'a ayat fadlat a'naquhum laha qadi'een" ya'ni yeh wazeh kitab</w:t>
      </w:r>
    </w:p>
    <w:p>
      <w:pPr>
        <w:jc w:val="right"/>
      </w:pPr>
      <w:r>
        <w:t>نفسک اللہ یکون مومنین انشاء ننزل علیہم من السماء آیت فضلت اعناقہم لہا قاضعین" یعنی یہ واضح کتاب</w:t>
      </w:r>
    </w:p>
    <w:p>
      <w:r>
        <w:rPr>
          <w:b/>
        </w:rPr>
        <w:t xml:space="preserve">[53:25] </w:t>
      </w:r>
      <w:r>
        <w:t>ki ayaten hain.</w:t>
      </w:r>
    </w:p>
    <w:p>
      <w:pPr>
        <w:jc w:val="right"/>
      </w:pPr>
      <w:r>
        <w:t>کی آیتیں ہیں۔</w:t>
      </w:r>
    </w:p>
    <w:p>
      <w:r>
        <w:rPr>
          <w:b/>
        </w:rPr>
        <w:t xml:space="preserve">[53:33] </w:t>
      </w:r>
      <w:r>
        <w:t>shayad tum apne ko halak kar dalo ge is par ke woh iman nahi</w:t>
      </w:r>
    </w:p>
    <w:p>
      <w:pPr>
        <w:jc w:val="right"/>
      </w:pPr>
      <w:r>
        <w:t>شاید تم اپنے کو ہلاک کر ڈالو گے اس پر کہ وہ ایمان نہیں</w:t>
      </w:r>
    </w:p>
    <w:p>
      <w:r>
        <w:rPr>
          <w:b/>
        </w:rPr>
        <w:t xml:space="preserve">[53:40] </w:t>
      </w:r>
      <w:r>
        <w:t>latay. agar hum chahain to tum par aasman say nishani utar dain, phir un ki gardanein us kay agay jhuk jayain. yeh aur is tarah ki doosri shahadatein batati hain kay peghambar-e-islam sal'lallahu alaihi wasallam apnay mukhatibeen ki hidayat kay liye kitna ziyada hareess thay. shayad tum apnay aap ko halak kar lo gay ka jumla is kamil khair khwahi ko bata raha hai jo peghambar-e-islam ko apnay mukhatib</w:t>
      </w:r>
    </w:p>
    <w:p>
      <w:pPr>
        <w:jc w:val="right"/>
      </w:pPr>
      <w:r>
        <w:t>لاتے۔ اگر ہم چاہیں تو تم پر آسمان سے نشانی اتار دیں، پھر ان کی گردنیں اس کے آگے جھک جائیں۔ یہ اور اس طرح کی دوسری شہادتیں بتاتی ہیں کہ پیغمبر اسلام صلی اللہ علیہ وسلم اپنے مخاطبین کی ہدایت کے لیے کتنا زیادہ حریص تھے۔ شاید تم اپنے آپ کو ہلاک کر لو گے کا جملہ اس کامل خیر خواہی کو بتا رہا ہے جو پیغمبر اسلام کو اپنے مخاط</w:t>
      </w:r>
    </w:p>
    <w:p>
      <w:r>
        <w:rPr>
          <w:b/>
        </w:rPr>
        <w:t xml:space="preserve">[54:10] </w:t>
      </w:r>
      <w:r>
        <w:t>een kay haq mein thi. dawat-e-amal khalis khair khwahi kay jazbay say ubalta hai. peghambar-e-islam nay isi kamil khair khwahi kay tehat apni qaum ko haq ki dawat puhanchai aur aap nay apni tamam koshishein is ki rah mein sarf kar dein. is kay bawajood un ki aksariyat aap kay paigham ko mannay par razi na hui. is kay baad aap ka haal yeh hua kay aap un</w:t>
      </w:r>
    </w:p>
    <w:p>
      <w:pPr>
        <w:jc w:val="right"/>
      </w:pPr>
      <w:r>
        <w:t>بین کے حق میں تھی۔ دعوتی عمل خالص خیر خواہی کے جذبے سے ابلتا ہے۔ پیغمبر اسلام نے اسی کامل خیر خواہی کے تحت اپنی قوم کو حق کی دعوت پہنچائی اور آپ نے اپنی تمام کوششیں اس کی راہ میں صرف کر دیں۔ اس کے باوجود ان کی اکثریت آپ کے پیغام کو ماننے پر راضی نہ ہوئی۔ اس کے بعد آپ کا حال یہ ہوا کہ آپ ان</w:t>
      </w:r>
    </w:p>
    <w:p>
      <w:r>
        <w:rPr>
          <w:b/>
        </w:rPr>
        <w:t xml:space="preserve">[54:40] </w:t>
      </w:r>
      <w:r>
        <w:t>ki hidayat ke gham mein halkaan hone lagay.</w:t>
      </w:r>
    </w:p>
    <w:p>
      <w:pPr>
        <w:jc w:val="right"/>
      </w:pPr>
      <w:r>
        <w:t>کی ہدایت کے غم میں ہلکان ہونے لگے۔</w:t>
      </w:r>
    </w:p>
    <w:p>
      <w:r>
        <w:rPr>
          <w:b/>
        </w:rPr>
        <w:t xml:space="preserve">[54:45] </w:t>
      </w:r>
      <w:r>
        <w:t>aap ke din ka chain rokhsat ho gaya aur aap ki raat ki neend ghayab ho gayi.</w:t>
      </w:r>
    </w:p>
    <w:p>
      <w:pPr>
        <w:jc w:val="right"/>
      </w:pPr>
      <w:r>
        <w:t>آپ کے دن کا چین رخصت ہو گیا اور آپ کی رات کی نیند غائب ہو گئی۔</w:t>
      </w:r>
    </w:p>
    <w:p>
      <w:r>
        <w:rPr>
          <w:b/>
        </w:rPr>
        <w:t xml:space="preserve">[54:50] </w:t>
      </w:r>
      <w:r>
        <w:t>la'allak baqi nafsak shayad tum apne aap ko halak kar lo ge ka matlab aap ko is se</w:t>
      </w:r>
    </w:p>
    <w:p>
      <w:pPr>
        <w:jc w:val="right"/>
      </w:pPr>
      <w:r>
        <w:t>لعلک باقی نفسک شاید تم اپنے آپ کو ہلاک کر لو گے کا مطلب آپ کو اس سے</w:t>
      </w:r>
    </w:p>
    <w:p>
      <w:r>
        <w:rPr>
          <w:b/>
        </w:rPr>
        <w:t xml:space="preserve">[54:55] </w:t>
      </w:r>
      <w:r>
        <w:t>rokna nahi hai, balkeh yeh is baat ki tasdeeq hai ke aap ne apni peghambarana zimmedari ko</w:t>
      </w:r>
    </w:p>
    <w:p>
      <w:pPr>
        <w:jc w:val="right"/>
      </w:pPr>
      <w:r>
        <w:t>روکنا نہیں ہے، بلکہ یہ اس بات کی تصدیق ہے کہ آپ نے اپنی پیغمبرانہ ذمہ داری کو</w:t>
      </w:r>
    </w:p>
    <w:p>
      <w:r>
        <w:rPr>
          <w:b/>
        </w:rPr>
        <w:t xml:space="preserve">[55:00] </w:t>
      </w:r>
      <w:r>
        <w:t>is ki aakhri aur intehai had tak ada kar diya.</w:t>
      </w:r>
    </w:p>
    <w:p>
      <w:pPr>
        <w:jc w:val="right"/>
      </w:pPr>
      <w:r>
        <w:t>اس کی آخری اور انتہائی حد تک ادا کر دیا۔</w:t>
      </w:r>
    </w:p>
    <w:p>
      <w:r>
        <w:rPr>
          <w:b/>
        </w:rPr>
        <w:t xml:space="preserve">[55:05] </w:t>
      </w:r>
      <w:r>
        <w:t>dusre ki hidayat ke liye apne aap</w:t>
      </w:r>
    </w:p>
    <w:p>
      <w:pPr>
        <w:jc w:val="right"/>
      </w:pPr>
      <w:r>
        <w:t>دوسرے کی ہدایت کے لیے اپنے آپ</w:t>
      </w:r>
    </w:p>
    <w:p>
      <w:r>
        <w:rPr>
          <w:b/>
        </w:rPr>
        <w:t xml:space="preserve">[55:10] </w:t>
      </w:r>
      <w:r>
        <w:t>ko halkaan karna peghambar ki shakhsiyat ka aham tareen wasf hai.</w:t>
      </w:r>
    </w:p>
    <w:p>
      <w:pPr>
        <w:jc w:val="right"/>
      </w:pPr>
      <w:r>
        <w:t>کو ہلکان کرنا پیغمبر کی شخصیت کا اہم ترین وصف ہے۔</w:t>
      </w:r>
    </w:p>
    <w:p>
      <w:r>
        <w:rPr>
          <w:b/>
        </w:rPr>
        <w:t xml:space="preserve">[55:15] </w:t>
      </w:r>
      <w:r>
        <w:t>is wasf mein aap bilashubah kamal ke darjay ko puhnchay hue thay.</w:t>
      </w:r>
    </w:p>
    <w:p>
      <w:pPr>
        <w:jc w:val="right"/>
      </w:pPr>
      <w:r>
        <w:t>اس وصف میں آپ بلاشبہ کمال کے درجے کو پہنچے ہوئے تھے۔</w:t>
      </w:r>
    </w:p>
    <w:p>
      <w:r>
        <w:rPr>
          <w:b/>
        </w:rPr>
        <w:t xml:space="preserve">[55:20] </w:t>
      </w:r>
      <w:r>
        <w:t>insan ka ehtiram.</w:t>
      </w:r>
    </w:p>
    <w:p>
      <w:pPr>
        <w:jc w:val="right"/>
      </w:pPr>
      <w:r>
        <w:t>انسان کا احترام۔</w:t>
      </w:r>
    </w:p>
    <w:p>
      <w:r>
        <w:rPr>
          <w:b/>
        </w:rPr>
        <w:t xml:space="preserve">[55:25] </w:t>
      </w:r>
      <w:r>
        <w:t>qadeem madina mein musalmanon ke sath kuch yahoodi qabailay bhi abad thay.</w:t>
      </w:r>
    </w:p>
    <w:p>
      <w:pPr>
        <w:jc w:val="right"/>
      </w:pPr>
      <w:r>
        <w:t>قدیم مدینہ میں مسلمانوں کے ساتھ کچھ یہودی قبیلے بھی آباد تھے۔</w:t>
      </w:r>
    </w:p>
    <w:p>
      <w:r>
        <w:rPr>
          <w:b/>
        </w:rPr>
        <w:t xml:space="preserve">[55:30] </w:t>
      </w:r>
      <w:r>
        <w:t>ek din aisa hua ke peghambar-e-islam madina ke ek maqam par thay.</w:t>
      </w:r>
    </w:p>
    <w:p>
      <w:pPr>
        <w:jc w:val="right"/>
      </w:pPr>
      <w:r>
        <w:t>ایک دن ایسا ہوا کہ پیغمبر اسلام مدینہ کے ایک مقام پر تھے۔</w:t>
      </w:r>
    </w:p>
    <w:p>
      <w:r>
        <w:rPr>
          <w:b/>
        </w:rPr>
        <w:t xml:space="preserve">[55:35] </w:t>
      </w:r>
      <w:r>
        <w:t>us waqt wahan se ek janaza guzra.</w:t>
      </w:r>
    </w:p>
    <w:p>
      <w:pPr>
        <w:jc w:val="right"/>
      </w:pPr>
      <w:r>
        <w:t>اس وقت وہاں سے ایک جنازہ گزرا۔</w:t>
      </w:r>
    </w:p>
    <w:p>
      <w:r>
        <w:rPr>
          <w:b/>
        </w:rPr>
        <w:t xml:space="preserve">[55:40] </w:t>
      </w:r>
      <w:r>
        <w:t>aap us waqt bethe hue thay.</w:t>
      </w:r>
    </w:p>
    <w:p>
      <w:pPr>
        <w:jc w:val="right"/>
      </w:pPr>
      <w:r>
        <w:t>آپ اس وقت بیٹھے ہوئے تھے۔</w:t>
      </w:r>
    </w:p>
    <w:p>
      <w:r>
        <w:rPr>
          <w:b/>
        </w:rPr>
        <w:t xml:space="preserve">[55:45] </w:t>
      </w:r>
      <w:r>
        <w:t>janazay ko dekh kar aap us ke ehtiram mein kharay ho gaye.</w:t>
      </w:r>
    </w:p>
    <w:p>
      <w:pPr>
        <w:jc w:val="right"/>
      </w:pPr>
      <w:r>
        <w:t>جنازے کو دیکھ کر آپ اس کے احترام میں کھڑے ہوگئے۔</w:t>
      </w:r>
    </w:p>
    <w:p>
      <w:r>
        <w:rPr>
          <w:b/>
        </w:rPr>
        <w:t xml:space="preserve">[55:49] </w:t>
      </w:r>
      <w:r>
        <w:t>us waqt aap ke kuch sahaba bhi aap ke sath thay.</w:t>
      </w:r>
    </w:p>
    <w:p>
      <w:pPr>
        <w:jc w:val="right"/>
      </w:pPr>
      <w:r>
        <w:t>اس وقت آپ کے کچھ صحابہ بھی آپ کے ساتھ تھے۔</w:t>
      </w:r>
    </w:p>
    <w:p>
      <w:r>
        <w:rPr>
          <w:b/>
        </w:rPr>
        <w:t xml:space="preserve">[55:54] </w:t>
      </w:r>
      <w:r>
        <w:t>yeh dekh kar kisi ne kaha ke aye Khuda ke Rasool!</w:t>
      </w:r>
    </w:p>
    <w:p>
      <w:pPr>
        <w:jc w:val="right"/>
      </w:pPr>
      <w:r>
        <w:t>یہ دیکھ کر کسی نے کہا کہ اے خدا کے رسول!</w:t>
      </w:r>
    </w:p>
    <w:p>
      <w:r>
        <w:rPr>
          <w:b/>
        </w:rPr>
        <w:t xml:space="preserve">[55:58] </w:t>
      </w:r>
      <w:r>
        <w:t>yeh to ek yahoodi ka janaza tha.</w:t>
      </w:r>
    </w:p>
    <w:p>
      <w:pPr>
        <w:jc w:val="right"/>
      </w:pPr>
      <w:r>
        <w:t>یہ تو ایک یہودی کا جنازہ تھا۔</w:t>
      </w:r>
    </w:p>
    <w:p>
      <w:r>
        <w:rPr>
          <w:b/>
        </w:rPr>
        <w:t xml:space="preserve">[56:02] </w:t>
      </w:r>
      <w:r>
        <w:t>yeh sun kar aap ne farmaya: "aliyast nafsan" sahih bukhari ya'ni kya woh insan na tha? is waqay</w:t>
      </w:r>
    </w:p>
    <w:p>
      <w:pPr>
        <w:jc w:val="right"/>
      </w:pPr>
      <w:r>
        <w:t>یہ سن کر آپ نے فرمایا: "الیست نفسا" صحیح بخاری یعنی کیا وہ انسان نہ تھا؟ اس واقعے</w:t>
      </w:r>
    </w:p>
    <w:p>
      <w:r>
        <w:rPr>
          <w:b/>
        </w:rPr>
        <w:t xml:space="preserve">[56:07] </w:t>
      </w:r>
      <w:r>
        <w:t>se andaza hota hai ke peghambar-e-islam ke dil mein dusre insanon ke baray mein</w:t>
      </w:r>
    </w:p>
    <w:p>
      <w:pPr>
        <w:jc w:val="right"/>
      </w:pPr>
      <w:r>
        <w:t>سے اندازہ ہوتا ہے کہ پیغمبر اسلام کے دل میں دوسرے انسانوں کے بارے میں</w:t>
      </w:r>
    </w:p>
    <w:p>
      <w:r>
        <w:rPr>
          <w:b/>
        </w:rPr>
        <w:t xml:space="preserve">[56:11] </w:t>
      </w:r>
      <w:r>
        <w:t>kis qism ke jazbat hotay thay.</w:t>
      </w:r>
    </w:p>
    <w:p>
      <w:pPr>
        <w:jc w:val="right"/>
      </w:pPr>
      <w:r>
        <w:t>کس قسم کے جذبات ہوتے تھے۔</w:t>
      </w:r>
    </w:p>
    <w:p>
      <w:r>
        <w:rPr>
          <w:b/>
        </w:rPr>
        <w:t xml:space="preserve">[56:15] </w:t>
      </w:r>
      <w:r>
        <w:t>aap har insan ko insan samajhtay thay.</w:t>
      </w:r>
    </w:p>
    <w:p>
      <w:pPr>
        <w:jc w:val="right"/>
      </w:pPr>
      <w:r>
        <w:t>آپ ہر انسان کو انسان سمجھتے تھے۔</w:t>
      </w:r>
    </w:p>
    <w:p>
      <w:r>
        <w:rPr>
          <w:b/>
        </w:rPr>
        <w:t xml:space="preserve">[56:20] </w:t>
      </w:r>
      <w:r>
        <w:t>har insan aap ko qabil-e-ehtiram nazar aata tha, khwah woh kisi bhi qaum ya millat se talluq rakhta ho.</w:t>
      </w:r>
    </w:p>
    <w:p>
      <w:pPr>
        <w:jc w:val="right"/>
      </w:pPr>
      <w:r>
        <w:t>ہر انسان آپ کو قابل احترام نظر آتا تھا، خواہ وہ کسی بھی قوم یا ملت سے تعلق رکھتا ہو۔</w:t>
      </w:r>
    </w:p>
    <w:p>
      <w:r>
        <w:rPr>
          <w:b/>
        </w:rPr>
        <w:t xml:space="preserve">[56:24] </w:t>
      </w:r>
      <w:r>
        <w:t>har insan ko aap khuda ki ek makhlooq samajhte thay.</w:t>
      </w:r>
    </w:p>
    <w:p>
      <w:pPr>
        <w:jc w:val="right"/>
      </w:pPr>
      <w:r>
        <w:t>ہر انسان کو آپ خدا کی ایک مخلوق سمجھتے تھے۔</w:t>
      </w:r>
    </w:p>
    <w:p>
      <w:r>
        <w:rPr>
          <w:b/>
        </w:rPr>
        <w:t xml:space="preserve">[56:28] </w:t>
      </w:r>
      <w:r>
        <w:t>har insan ke andar aap ko wahi karigari dikhai deti thi jo aap ko khud apne wajood mein</w:t>
      </w:r>
    </w:p>
    <w:p>
      <w:pPr>
        <w:jc w:val="right"/>
      </w:pPr>
      <w:r>
        <w:t>ہر انسان کے اندر آپ کو وہی کاریگری دکھائی دیتی تھی جو آپ کو خود اپنے وجود میں</w:t>
      </w:r>
    </w:p>
    <w:p>
      <w:r>
        <w:rPr>
          <w:b/>
        </w:rPr>
        <w:t xml:space="preserve">[56:33] </w:t>
      </w:r>
      <w:r>
        <w:t>dikhai deti thi.</w:t>
      </w:r>
    </w:p>
    <w:p>
      <w:pPr>
        <w:jc w:val="right"/>
      </w:pPr>
      <w:r>
        <w:t>دکھائی دیتی تھی۔</w:t>
      </w:r>
    </w:p>
    <w:p>
      <w:r>
        <w:rPr>
          <w:b/>
        </w:rPr>
        <w:t xml:space="preserve">[56:37] </w:t>
      </w:r>
      <w:r>
        <w:t>insan ko dekh kar aap insan ke</w:t>
      </w:r>
    </w:p>
    <w:p>
      <w:pPr>
        <w:jc w:val="right"/>
      </w:pPr>
      <w:r>
        <w:t>انسان کو دیکھ کر آپ انسان کے</w:t>
      </w:r>
    </w:p>
    <w:p>
      <w:r>
        <w:rPr>
          <w:b/>
        </w:rPr>
        <w:t xml:space="preserve">[56:41] </w:t>
      </w:r>
      <w:r>
        <w:t>khaliq ko yaad karnay lagtay thay. yahi wajah hai kay aap kay dil mein har insaan kay liye mohabbat aur ehtiram ka jazba tha. insaan say nafrat karna aap kay mizaj kay bilkul khilaf tha. akhirat ki fikr. aik riwayat say maloom hota</w:t>
      </w:r>
    </w:p>
    <w:p>
      <w:pPr>
        <w:jc w:val="right"/>
      </w:pPr>
      <w:r>
        <w:t>خالق کو یاد کرنے لگتے تھے۔ یہی وجہ ہے کہ آپ کے دل میں ہر انسان کے لیے محبت اور احترام کا جذبہ تھا۔ انسان سے نفرت کرنا آپ کے مزاج کے بالکل خلاف تھا۔ آخرت کی فکر۔ ایک روایت سے معلوم ہوتا</w:t>
      </w:r>
    </w:p>
    <w:p>
      <w:r>
        <w:rPr>
          <w:b/>
        </w:rPr>
        <w:t xml:space="preserve">[57:11] </w:t>
      </w:r>
      <w:r>
        <w:t>hai ke peghambar e islam sallallahu alaihi wasallam ek baar apni ek ahliya ke makan mein thay. un ke haan ek khadmah thi. aap ne kisi fori zaroorat ke tehat khadmah ko bahar bheja. is ne aane mein dair ki. maloom hua ke woh rastay mein bachon ka khel dekhnay ke liye khadi ho gayi thi. khadmah jab taakhir ke sath wapas aai to us ko dekh kar aap ke chehray par ghusay ke asaar zahir ho gaye. is</w:t>
      </w:r>
    </w:p>
    <w:p>
      <w:pPr>
        <w:jc w:val="right"/>
      </w:pPr>
      <w:r>
        <w:t>ہے کہ پیغمبر اسلام صلی اللہ علیہ وسلم ایک بار اپنی ایک اہلیہ کے مکان میں تھے۔ ان کے ہاں ایک خادمہ تھی۔ آپ نے کسی فوری ضرورت کے تحت خادمہ کو باہر بھیجا۔ اس نے آنے میں دیر کی۔ معلوم ہوا کہ وہ راستے میں بچوں کا کھیل دیکھنے کے لیے کھڑی ہوگئی تھی۔ خادمہ جب تاخیر کے ساتھ واپس آئی تو اس کو دیکھ کر آپ کے چہرے پر غصے کے آثار ظاہر ہوگئے۔ اس</w:t>
      </w:r>
    </w:p>
    <w:p>
      <w:r>
        <w:rPr>
          <w:b/>
        </w:rPr>
        <w:t xml:space="preserve">[57:41] </w:t>
      </w:r>
      <w:r>
        <w:t>waqt aap ke hath mein ek miswak thi.</w:t>
      </w:r>
    </w:p>
    <w:p>
      <w:pPr>
        <w:jc w:val="right"/>
      </w:pPr>
      <w:r>
        <w:t>وقت آپ کے ہاتھ میں ایک مسواک تھی۔</w:t>
      </w:r>
    </w:p>
    <w:p>
      <w:r>
        <w:rPr>
          <w:b/>
        </w:rPr>
        <w:t xml:space="preserve">[57:46] </w:t>
      </w:r>
      <w:r>
        <w:t>aap ne khadima se kaha: "lau la khashiyat al qawm yawm al qiyamah la ja'atuk bi hadha as siwak" yani agar qayamat mein badle</w:t>
      </w:r>
    </w:p>
    <w:p>
      <w:pPr>
        <w:jc w:val="right"/>
      </w:pPr>
      <w:r>
        <w:t>آپ نے خادمہ سے کہا: "لولا خشیت القو یوم القیامت لاجعتک بہذا السواک" یعنی اگر قیامت میں بدلے</w:t>
      </w:r>
    </w:p>
    <w:p>
      <w:r>
        <w:rPr>
          <w:b/>
        </w:rPr>
        <w:t xml:space="preserve">[57:51] </w:t>
      </w:r>
      <w:r>
        <w:t>ka dar na hota to main tum ko is miswak se marta.</w:t>
      </w:r>
    </w:p>
    <w:p>
      <w:pPr>
        <w:jc w:val="right"/>
      </w:pPr>
      <w:r>
        <w:t>کا ڈر نہ ہوتا تو میں تم کو اس مسواک سے مارتا۔</w:t>
      </w:r>
    </w:p>
    <w:p>
      <w:r>
        <w:rPr>
          <w:b/>
        </w:rPr>
        <w:t xml:space="preserve">[57:56] </w:t>
      </w:r>
      <w:r>
        <w:t>paighambar e islam logon ko qayamat ki pakad se darate thay.</w:t>
      </w:r>
    </w:p>
    <w:p>
      <w:pPr>
        <w:jc w:val="right"/>
      </w:pPr>
      <w:r>
        <w:t>پیغمبر اسلام لوگوں کو قیامت کی پکڑ سے ڈراتے تھے۔</w:t>
      </w:r>
    </w:p>
    <w:p>
      <w:r>
        <w:rPr>
          <w:b/>
        </w:rPr>
        <w:t xml:space="preserve">[58:01] </w:t>
      </w:r>
      <w:r>
        <w:t>is waqe se maloom hota hai ke yeh darana yak tarfa na tha.</w:t>
      </w:r>
    </w:p>
    <w:p>
      <w:pPr>
        <w:jc w:val="right"/>
      </w:pPr>
      <w:r>
        <w:t>اس واقعے سے معلوم ہوتا ہے کہ یہ ڈرانا یکطرفہ نہ تھا۔</w:t>
      </w:r>
    </w:p>
    <w:p>
      <w:r>
        <w:rPr>
          <w:b/>
        </w:rPr>
        <w:t xml:space="preserve">[58:06] </w:t>
      </w:r>
      <w:r>
        <w:t>aap jis tarah doosron ko aanay</w:t>
      </w:r>
    </w:p>
    <w:p>
      <w:pPr>
        <w:jc w:val="right"/>
      </w:pPr>
      <w:r>
        <w:t>آپ جس طرح دوسروں کو آنے</w:t>
      </w:r>
    </w:p>
    <w:p>
      <w:r>
        <w:rPr>
          <w:b/>
        </w:rPr>
        <w:t xml:space="preserve">[58:11] </w:t>
      </w:r>
      <w:r>
        <w:t>wali qayamat se darate thay, usi tarah aap khud bhi sab se zyada is se dar mehsoos karte thay.</w:t>
      </w:r>
    </w:p>
    <w:p>
      <w:pPr>
        <w:jc w:val="right"/>
      </w:pPr>
      <w:r>
        <w:t>والی قیامت سے ڈراتے تھے، اسی طرح آپ خود بھی سب سے زیادہ اس سے ڈر محسوس کرتے تھے۔</w:t>
      </w:r>
    </w:p>
    <w:p>
      <w:r>
        <w:rPr>
          <w:b/>
        </w:rPr>
        <w:t xml:space="preserve">[58:16] </w:t>
      </w:r>
      <w:r>
        <w:t>aap chahte thay ke log dunya mein is tarah rahein ke un ke dil mein khuda ki pakad</w:t>
      </w:r>
    </w:p>
    <w:p>
      <w:pPr>
        <w:jc w:val="right"/>
      </w:pPr>
      <w:r>
        <w:t>آپ چاہتے تھے کہ لوگ دنیا میں اس طرح رہیں کہ ان کے دل میں خدا کی پکڑ</w:t>
      </w:r>
    </w:p>
    <w:p>
      <w:r>
        <w:rPr>
          <w:b/>
        </w:rPr>
        <w:t xml:space="preserve">[58:21] </w:t>
      </w:r>
      <w:r>
        <w:t>ka khauf samaya hua ho.</w:t>
      </w:r>
    </w:p>
    <w:p>
      <w:pPr>
        <w:jc w:val="right"/>
      </w:pPr>
      <w:r>
        <w:t>کا خوف سمایا ہوا ہو۔</w:t>
      </w:r>
    </w:p>
    <w:p>
      <w:r>
        <w:rPr>
          <w:b/>
        </w:rPr>
        <w:t xml:space="preserve">[58:26] </w:t>
      </w:r>
      <w:r>
        <w:t>yahi khud aap ki apni halat bhi thi.</w:t>
      </w:r>
    </w:p>
    <w:p>
      <w:pPr>
        <w:jc w:val="right"/>
      </w:pPr>
      <w:r>
        <w:t>یہی خود آپ کی اپنی حالت بھی تھی۔</w:t>
      </w:r>
    </w:p>
    <w:p>
      <w:r>
        <w:rPr>
          <w:b/>
        </w:rPr>
        <w:t xml:space="preserve">[58:32] </w:t>
      </w:r>
      <w:r>
        <w:t>aap aanay wali qayamat ko apne samait har ek ka masla samajhte thay.</w:t>
      </w:r>
    </w:p>
    <w:p>
      <w:pPr>
        <w:jc w:val="right"/>
      </w:pPr>
      <w:r>
        <w:t>آپ آنے والی قیامت کو اپنے سمیت ہر ایک کا مسئلہ سمجھتے تھے۔</w:t>
      </w:r>
    </w:p>
    <w:p>
      <w:r>
        <w:rPr>
          <w:b/>
        </w:rPr>
        <w:t xml:space="preserve">[58:37] </w:t>
      </w:r>
      <w:r>
        <w:t>aisa nahi tha ke aap ka paighambar hona aap ko akhrawi masooliyat se be niaz</w:t>
      </w:r>
    </w:p>
    <w:p>
      <w:pPr>
        <w:jc w:val="right"/>
      </w:pPr>
      <w:r>
        <w:t>ایسا نہیں تھا کہ آپ کا پیغمبر ہونا آپ کو اخروی مسعولیت سے بے نیاز</w:t>
      </w:r>
    </w:p>
    <w:p>
      <w:r>
        <w:rPr>
          <w:b/>
        </w:rPr>
        <w:t xml:space="preserve">[58:42] </w:t>
      </w:r>
      <w:r>
        <w:t>bana de. quran ka mutalia. kai baar aisay logon se meri mulaqat hui jo dars e quran ke kisi halqay mein barabar shirkat kartay hain. main ne un se ek sawal kiya, woh yeh ke aap jo dars e quran suntay hain, us se aap ko take away kya mila? mere tajur</w:t>
      </w:r>
    </w:p>
    <w:p>
      <w:pPr>
        <w:jc w:val="right"/>
      </w:pPr>
      <w:r>
        <w:t>بنا دے۔ قرآن کا مطالعہ۔ کئی بار ایسے لوگوں سے میری ملاقات ہوئی جو درس قرآن کے کسی حلقے میں برابر شرکت کرتے ہیں۔ میں نے ان سے ایک سوال کیا، وہ یہ کہ آپ جو درس قرآن سنتے ہیں، اس سے آپ کو ٹیک اوے کیا ملا؟ میرے تج</w:t>
      </w:r>
    </w:p>
    <w:p>
      <w:r>
        <w:rPr>
          <w:b/>
        </w:rPr>
        <w:t xml:space="preserve">[59:12] </w:t>
      </w:r>
      <w:r>
        <w:t>rabay ke mutabiq yeh log mutayyan andaaz mein bata na sake ke in halqon mein shirkat se in</w:t>
      </w:r>
    </w:p>
    <w:p>
      <w:pPr>
        <w:jc w:val="right"/>
      </w:pPr>
      <w:r>
        <w:t>ربے کے مطابق یہ لوگ متعین انداز میں بتا نہ سکے کہ ان حلقوں میں شرکت سے ان</w:t>
      </w:r>
    </w:p>
    <w:p>
      <w:r>
        <w:rPr>
          <w:b/>
        </w:rPr>
        <w:t xml:space="preserve">[59:17] </w:t>
      </w:r>
      <w:r>
        <w:t>ko take away kiya mila ya kiya milta hai.</w:t>
      </w:r>
    </w:p>
    <w:p>
      <w:pPr>
        <w:jc w:val="right"/>
      </w:pPr>
      <w:r>
        <w:t>کو ٹیک اوے کیا ملا یا کیا ملتا ہے۔</w:t>
      </w:r>
    </w:p>
    <w:p>
      <w:r>
        <w:rPr>
          <w:b/>
        </w:rPr>
        <w:t xml:space="preserve">[59:22] </w:t>
      </w:r>
      <w:r>
        <w:t>take away ka matlab hai kisi kalam se akhz kardah baat.</w:t>
      </w:r>
    </w:p>
    <w:p>
      <w:pPr>
        <w:jc w:val="right"/>
      </w:pPr>
      <w:r>
        <w:t>ٹیک اوے کا مطلب ہے کسی کلام سے اخذ کردہ بات۔</w:t>
      </w:r>
    </w:p>
    <w:p>
      <w:r>
        <w:rPr>
          <w:b/>
        </w:rPr>
        <w:t xml:space="preserve">[59:27] </w:t>
      </w:r>
      <w:r>
        <w:t>conclusion to be made based on presented facts or information.</w:t>
      </w:r>
    </w:p>
    <w:p>
      <w:pPr>
        <w:jc w:val="right"/>
      </w:pPr>
      <w:r>
        <w:t>ا کنکلوژن ٹو بی میڈ بیسڈ ان پریزنٹڈ فیکٹس اور انفارمیشن۔</w:t>
      </w:r>
    </w:p>
    <w:p>
      <w:r>
        <w:rPr>
          <w:b/>
        </w:rPr>
        <w:t xml:space="preserve">[59:32] </w:t>
      </w:r>
      <w:r>
        <w:t>aap koi kitab parhein ya koi taqreer sunein aur is se aap ko koi mutayyan baat na mile</w:t>
      </w:r>
    </w:p>
    <w:p>
      <w:pPr>
        <w:jc w:val="right"/>
      </w:pPr>
      <w:r>
        <w:t>آپ کوئی کتاب پڑھیں یا کوئی تقریر سنیں اور اس سے آپ کو کوئی متعین بات نہ ملے</w:t>
      </w:r>
    </w:p>
    <w:p>
      <w:r>
        <w:rPr>
          <w:b/>
        </w:rPr>
        <w:t xml:space="preserve">[59:37] </w:t>
      </w:r>
      <w:r>
        <w:t>to aap ka zehn address na hoga aap</w:t>
      </w:r>
    </w:p>
    <w:p>
      <w:pPr>
        <w:jc w:val="right"/>
      </w:pPr>
      <w:r>
        <w:t>تو آپ کا ذہن ایڈریس نہ ہوگا۔ آپ</w:t>
      </w:r>
    </w:p>
    <w:p>
      <w:r>
        <w:rPr>
          <w:b/>
        </w:rPr>
        <w:t xml:space="preserve">[59:42] </w:t>
      </w:r>
      <w:r>
        <w:t>parh kar ya sun kar bhi is se koi karamad baat akhz na kar sakeinge.</w:t>
      </w:r>
    </w:p>
    <w:p>
      <w:pPr>
        <w:jc w:val="right"/>
      </w:pPr>
      <w:r>
        <w:t>پڑھ کر یا سن کر بھی اس سے کوئی کارآمد بات اخذ نہ کر سکیں گے۔</w:t>
      </w:r>
    </w:p>
    <w:p>
      <w:r>
        <w:rPr>
          <w:b/>
        </w:rPr>
        <w:t xml:space="preserve">[59:49] </w:t>
      </w:r>
      <w:r>
        <w:t>jab aisa hoga to parhi hui baat ya suni hui baat aap ki shakhsiyat ka juz nahi banegi.</w:t>
      </w:r>
    </w:p>
    <w:p>
      <w:pPr>
        <w:jc w:val="right"/>
      </w:pPr>
      <w:r>
        <w:t>جب ایسا ہوگا تو پڑھی ہوئی بات یا سنی ہوئی بات آپ کی شخصیت کا جز نہیں بنے گی۔</w:t>
      </w:r>
    </w:p>
    <w:p>
      <w:r>
        <w:rPr>
          <w:b/>
        </w:rPr>
        <w:t xml:space="preserve">[59:57] </w:t>
      </w:r>
      <w:r>
        <w:t>parh kar ya sun kar bhi aap waisay hi raheinge jaisa ke sunnay ya parhnay se pehle thay.</w:t>
      </w:r>
    </w:p>
    <w:p>
      <w:pPr>
        <w:jc w:val="right"/>
      </w:pPr>
      <w:r>
        <w:t>پڑھ کر یا سن کر بھی آپ ویسے ہی رہیں گے جیسا کہ سننے یا پڑھنے سے پہلے تھے۔</w:t>
      </w:r>
    </w:p>
    <w:p>
      <w:r>
        <w:rPr>
          <w:b/>
        </w:rPr>
        <w:t xml:space="preserve">[1:00:04] </w:t>
      </w:r>
      <w:r>
        <w:t>mufeed kalam woh hai jis se qari ya samay ko koi mutayyan paigham milay jo us ke zehn ko mutayyan</w:t>
      </w:r>
    </w:p>
    <w:p>
      <w:pPr>
        <w:jc w:val="right"/>
      </w:pPr>
      <w:r>
        <w:t>مفید کلام وہ ہے جس سے قاری یا سامع کو کوئی متعین پیغام ملے جو اس کے ذہن کو متعین</w:t>
      </w:r>
    </w:p>
    <w:p>
      <w:r>
        <w:rPr>
          <w:b/>
        </w:rPr>
        <w:t xml:space="preserve">[1:00:12] </w:t>
      </w:r>
      <w:r>
        <w:t>andaaz mein address karay. jis ke baad aadmi is qabil ho jaye ke woh taqabli andaaz mein baat ko samjhay. woh apni shakhsiyat ya apne moaqqaf ka taqabli andaaz mein mutalia karay. jo kalam aap ke andar yeh sifat paida karay, wohi kalam mufeed kalam hai. aur jo kalam aap ke andar yeh sifat paida na karay, woh bazahir alfaaz ka ek majmooa ho sakta hai lekin woh ma'ni ka</w:t>
      </w:r>
    </w:p>
    <w:p>
      <w:pPr>
        <w:jc w:val="right"/>
      </w:pPr>
      <w:r>
        <w:t>انداز میں ایڈریس کرے۔ جس کے بعد آدمی اس قابل ہو جائے کہ وہ تقابلی انداز میں بات کو سمجھے۔ وہ اپنی شخصیت یا اپنے موقف کا تقابلی انداز میں مطالعہ کرے۔ جو کلام آپ کے اندر یہ صفت پیدا کرے، وہی کلام مفید کلام ہے۔ اور جو کلام آپ کے اندر یہ صفت پیدا نہ کرے، وہ بظاہر الفاظ کا ایک مجموعہ ہو سکتا ہے لیکن وہ معنی کا</w:t>
      </w:r>
    </w:p>
    <w:p>
      <w:r>
        <w:rPr>
          <w:b/>
        </w:rPr>
        <w:t xml:space="preserve">[1:00:42] </w:t>
      </w:r>
      <w:r>
        <w:t>khazana nahi ho sakta.</w:t>
      </w:r>
    </w:p>
    <w:p>
      <w:pPr>
        <w:jc w:val="right"/>
      </w:pPr>
      <w:r>
        <w:t>خزانہ نہیں ہو سکتا۔</w:t>
      </w:r>
    </w:p>
    <w:p>
      <w:r>
        <w:rPr>
          <w:b/>
        </w:rPr>
        <w:t xml:space="preserve">[1:00:47] </w:t>
      </w:r>
      <w:r>
        <w:t>misal ke taur par aap ne yeh ayat padhi ya suni: "Allah la ilaha illa huwal hayyul qayyum" yeh</w:t>
      </w:r>
    </w:p>
    <w:p>
      <w:pPr>
        <w:jc w:val="right"/>
      </w:pPr>
      <w:r>
        <w:t>مثال کے طور پر آپ نے یہ آیت پڑھی یا سنی: "اللہ لا الہ الاھو الحی القیوم" یہ</w:t>
      </w:r>
    </w:p>
    <w:p>
      <w:r>
        <w:rPr>
          <w:b/>
        </w:rPr>
        <w:t xml:space="preserve">[1:00:52] </w:t>
      </w:r>
      <w:r>
        <w:t>ayat padh kar aap ne al-hayyul qayyum par ghor kiya aur yeh socha ke jis tarah mein aik</w:t>
      </w:r>
    </w:p>
    <w:p>
      <w:pPr>
        <w:jc w:val="right"/>
      </w:pPr>
      <w:r>
        <w:t>آیت پڑھ کر آپ نے الحی القیوم پر غور کیا اور یہ سوچا کہ جس طرح میں ایک</w:t>
      </w:r>
    </w:p>
    <w:p>
      <w:r>
        <w:rPr>
          <w:b/>
        </w:rPr>
        <w:t xml:space="preserve">[1:00:57] </w:t>
      </w:r>
      <w:r>
        <w:t>zindah hasti hoon, is se barh kar Allah rab-ul-alameen al-hayyul qayyum hai.</w:t>
      </w:r>
    </w:p>
    <w:p>
      <w:pPr>
        <w:jc w:val="right"/>
      </w:pPr>
      <w:r>
        <w:t>زندہ ہستی ہوں، اس سے بڑھ کر اللہ رب العالمین الحی القیوم ہے۔</w:t>
      </w:r>
    </w:p>
    <w:p>
      <w:r>
        <w:rPr>
          <w:b/>
        </w:rPr>
        <w:t xml:space="preserve">[1:01:02] </w:t>
      </w:r>
      <w:r>
        <w:t>woh aik zindah haqeeqat ke taur par maujood hai.</w:t>
      </w:r>
    </w:p>
    <w:p>
      <w:pPr>
        <w:jc w:val="right"/>
      </w:pPr>
      <w:r>
        <w:t>وہ ایک زندہ حقیقت کے طور پر موجود ہے۔</w:t>
      </w:r>
    </w:p>
    <w:p>
      <w:r>
        <w:rPr>
          <w:b/>
        </w:rPr>
        <w:t xml:space="preserve">[1:01:07] </w:t>
      </w:r>
      <w:r>
        <w:t>aap ke andar agar yeh shaoor paida hua aur aap ne Allah</w:t>
      </w:r>
    </w:p>
    <w:p>
      <w:pPr>
        <w:jc w:val="right"/>
      </w:pPr>
      <w:r>
        <w:t>آپ کے اندر اگر یہ شعور پیدا ہوا اور آپ نے اللہ</w:t>
      </w:r>
    </w:p>
    <w:p>
      <w:r>
        <w:rPr>
          <w:b/>
        </w:rPr>
        <w:t xml:space="preserve">[1:01:12] </w:t>
      </w:r>
      <w:r>
        <w:t>rab-ul-alameen ko aik zindah wajood ke taur par daryaft kiya to aap ko take away mila.</w:t>
      </w:r>
    </w:p>
    <w:p>
      <w:pPr>
        <w:jc w:val="right"/>
      </w:pPr>
      <w:r>
        <w:t>رب العالمین کو ایک زندہ وجود کے طور پر دریافت کیا تو آپ کو ٹیک اوے ملا۔</w:t>
      </w:r>
    </w:p>
    <w:p>
      <w:r>
        <w:rPr>
          <w:b/>
        </w:rPr>
        <w:t xml:space="preserve">[1:01:18] </w:t>
      </w:r>
      <w:r>
        <w:t>aur agar aisa nahi hua to aap ko take away nahi mila.</w:t>
      </w:r>
    </w:p>
    <w:p>
      <w:pPr>
        <w:jc w:val="right"/>
      </w:pPr>
      <w:r>
        <w:t>اور اگر ایسا نہیں ہوا تو آپ کو ٹیک اوے نہیں ملا۔</w:t>
      </w:r>
    </w:p>
    <w:p>
      <w:r>
        <w:rPr>
          <w:b/>
        </w:rPr>
        <w:t xml:space="preserve">[1:01:24] </w:t>
      </w:r>
      <w:r>
        <w:t>isi tarah Islam ki aik taleem Quran mein aayi hai jis ka tarjuma yeh hai: "Ae imaan walo!</w:t>
      </w:r>
    </w:p>
    <w:p>
      <w:pPr>
        <w:jc w:val="right"/>
      </w:pPr>
      <w:r>
        <w:t>اسی طرح اسلام کی ایک تعلیم قرآن میں آئی ہے جس کا ترجمہ یہ ہے: "اے ایمان والو!</w:t>
      </w:r>
    </w:p>
    <w:p>
      <w:r>
        <w:rPr>
          <w:b/>
        </w:rPr>
        <w:t xml:space="preserve">[1:01:30] </w:t>
      </w:r>
      <w:r>
        <w:t>Allah ke liye qaim rehne walay aur insaaf ke sath gawahi dene walay bano." aur kisi giroh ki</w:t>
      </w:r>
    </w:p>
    <w:p>
      <w:pPr>
        <w:jc w:val="right"/>
      </w:pPr>
      <w:r>
        <w:t>اللہ کے لیے قائم رہنے والے اور انصاف کے ساتھ گواہی دینے والے بنو۔" اور کسی گروہ کی</w:t>
      </w:r>
    </w:p>
    <w:p>
      <w:r>
        <w:rPr>
          <w:b/>
        </w:rPr>
        <w:t xml:space="preserve">[1:01:36] </w:t>
      </w:r>
      <w:r>
        <w:t>dushmani tum ko is par na ubhare ke tum insaaf na karo.</w:t>
      </w:r>
    </w:p>
    <w:p>
      <w:pPr>
        <w:jc w:val="right"/>
      </w:pPr>
      <w:r>
        <w:t>دشمنی تم کو اس پر نہ ابھارے کہ تم انصاف نہ کرو۔</w:t>
      </w:r>
    </w:p>
    <w:p>
      <w:r>
        <w:rPr>
          <w:b/>
        </w:rPr>
        <w:t xml:space="preserve">[1:01:42] </w:t>
      </w:r>
      <w:r>
        <w:t>insaf karo, yahi taqwa se zyada qareeb hai.</w:t>
      </w:r>
    </w:p>
    <w:p>
      <w:pPr>
        <w:jc w:val="right"/>
      </w:pPr>
      <w:r>
        <w:t>انصاف کرو، یہی تقویٰ سے زیادہ قریب ہے۔</w:t>
      </w:r>
    </w:p>
    <w:p>
      <w:r>
        <w:rPr>
          <w:b/>
        </w:rPr>
        <w:t xml:space="preserve">[1:01:47] </w:t>
      </w:r>
      <w:r>
        <w:t>aur Allah se daro, beshak Allah ko khabar hai jo tum karte ho.</w:t>
      </w:r>
    </w:p>
    <w:p>
      <w:pPr>
        <w:jc w:val="right"/>
      </w:pPr>
      <w:r>
        <w:t>اور اللہ سے ڈرو، بے شک اللہ کو خبر ہے جو تم کرتے ہو۔</w:t>
      </w:r>
    </w:p>
    <w:p>
      <w:r>
        <w:rPr>
          <w:b/>
        </w:rPr>
        <w:t xml:space="preserve">[1:01:52] </w:t>
      </w:r>
      <w:r>
        <w:t>aap ne is ayat ko padha, phir aap ne is ayat ko apne aap par muntebeq kiya.</w:t>
      </w:r>
    </w:p>
    <w:p>
      <w:pPr>
        <w:jc w:val="right"/>
      </w:pPr>
      <w:r>
        <w:t>آپ نے اس آیت کو پڑھا، پھر آپ نے اس آیت کو اپنے آپ پر منطبق کیا۔</w:t>
      </w:r>
    </w:p>
    <w:p>
      <w:r>
        <w:rPr>
          <w:b/>
        </w:rPr>
        <w:t xml:space="preserve">[1:01:57] </w:t>
      </w:r>
      <w:r>
        <w:t>tatbeeqi mutala ya applied study kar ke aap ne yeh janne ki koshish ki ke kya mein apne</w:t>
      </w:r>
    </w:p>
    <w:p>
      <w:pPr>
        <w:jc w:val="right"/>
      </w:pPr>
      <w:r>
        <w:t>تطبیقی مطالعہ یا اپلائیڈ سٹڈی کر کے آپ نے یہ جاننے کی کوشش کی کہ کیا میں اپنے</w:t>
      </w:r>
    </w:p>
    <w:p>
      <w:r>
        <w:rPr>
          <w:b/>
        </w:rPr>
        <w:t xml:space="preserve">[1:02:02] </w:t>
      </w:r>
      <w:r>
        <w:t>mamle mein is ayat par amal kar raha hoon.</w:t>
      </w:r>
    </w:p>
    <w:p>
      <w:pPr>
        <w:jc w:val="right"/>
      </w:pPr>
      <w:r>
        <w:t>معاملے میں اس آیت پر عمل کر رہا ہوں۔</w:t>
      </w:r>
    </w:p>
    <w:p>
      <w:r>
        <w:rPr>
          <w:b/>
        </w:rPr>
        <w:t xml:space="preserve">[1:02:07] </w:t>
      </w:r>
      <w:r>
        <w:t>phir aap ne daryaft kiya ke is tarah ke mamle mein</w:t>
      </w:r>
    </w:p>
    <w:p>
      <w:pPr>
        <w:jc w:val="right"/>
      </w:pPr>
      <w:r>
        <w:t>پھر آپ نے دریافت کیا کہ اس طرح کے معاملے میں</w:t>
      </w:r>
    </w:p>
    <w:p>
      <w:r>
        <w:rPr>
          <w:b/>
        </w:rPr>
        <w:t xml:space="preserve">[1:02:13] </w:t>
      </w:r>
      <w:r>
        <w:t>mera ravaiyya is ayat ke mutabiq nahi hai. is ke baad aap ne foran apna be-laga muhasiba kiya. aap ne apni soch ko badal kar apne aap ko adilana rawish par qaim kiya to quran ka yahi mutalia sahih quraani mutalia hai. is ke baraks agar aap aisa karen ke quran ka mutalia fanni andaaz mein karen, quran ke lughwi aur nahwi masail ko hal karen to aap ko</w:t>
      </w:r>
    </w:p>
    <w:p>
      <w:pPr>
        <w:jc w:val="right"/>
      </w:pPr>
      <w:r>
        <w:t>میرا رویہ اس آیت کے مطابق نہیں ہے۔ اس کے بعد آپ نے فوراً اپنا بے لاک محاسبہ کیا۔ آپ نے اپنی سوچ کو بدل کر اپنے آپ کو عادلانہ روش پر قائم کیا تو قرآن کا یہی مطالعہ صحیح قرآنی مطالعہ ہے۔ اس کے برعکس اگر آپ ایسا کریں کہ قرآن کا مطالعہ فنی انداز میں کریں، قرآن کے لغوی اور نحوی مسائل کو حل کریں تو آپ کو</w:t>
      </w:r>
    </w:p>
    <w:p>
      <w:r>
        <w:rPr>
          <w:b/>
        </w:rPr>
        <w:t xml:space="preserve">[1:02:43] </w:t>
      </w:r>
      <w:r>
        <w:t>Quran se hal alfaaz ke siwa aur kuch nahi milega.</w:t>
      </w:r>
    </w:p>
    <w:p>
      <w:pPr>
        <w:jc w:val="right"/>
      </w:pPr>
      <w:r>
        <w:t>قرآن سے حل الفاظ کے سوا اور کچھ نہیں ملے گا۔</w:t>
      </w:r>
    </w:p>
    <w:p>
      <w:r>
        <w:rPr>
          <w:b/>
        </w:rPr>
        <w:t xml:space="preserve">[1:02:49] </w:t>
      </w:r>
      <w:r>
        <w:t>Quran ki tehreek pichlay taqreeban sau saal se baray paimane par chal rahi hai.</w:t>
      </w:r>
    </w:p>
    <w:p>
      <w:pPr>
        <w:jc w:val="right"/>
      </w:pPr>
      <w:r>
        <w:t>قرآن کی تحریک پچھلے تقریباً سو سال سے بڑے پیمانے پر چل رہی ہے۔</w:t>
      </w:r>
    </w:p>
    <w:p>
      <w:r>
        <w:rPr>
          <w:b/>
        </w:rPr>
        <w:t xml:space="preserve">[1:02:55] </w:t>
      </w:r>
      <w:r>
        <w:t>log Quran ke naam par kitabein chhap rahe hain aur taqreerein kar rahe hain.</w:t>
      </w:r>
    </w:p>
    <w:p>
      <w:pPr>
        <w:jc w:val="right"/>
      </w:pPr>
      <w:r>
        <w:t>لوگ قرآن کے نام پر کتابیں چھاپ رہے ہیں اور تقریریں کر رہے ہیں۔</w:t>
      </w:r>
    </w:p>
    <w:p>
      <w:r>
        <w:rPr>
          <w:b/>
        </w:rPr>
        <w:t xml:space="preserve">[1:03:01] </w:t>
      </w:r>
      <w:r>
        <w:t>lekin agar nateeje ke aitbar se jaiza liya jaye to aisay afraad ko pana mushkil hoga jin ka</w:t>
      </w:r>
    </w:p>
    <w:p>
      <w:pPr>
        <w:jc w:val="right"/>
      </w:pPr>
      <w:r>
        <w:t>لیکن اگر نتیجے کے اعتبار سے جائزہ لیا جائے تو ایسے افراد کو پانا مشکل ہوگا جن کا</w:t>
      </w:r>
    </w:p>
    <w:p>
      <w:r>
        <w:rPr>
          <w:b/>
        </w:rPr>
        <w:t xml:space="preserve">[1:03:07] </w:t>
      </w:r>
      <w:r>
        <w:t>zehn matloob andaaz mein bana ho. misalan</w:t>
      </w:r>
    </w:p>
    <w:p>
      <w:pPr>
        <w:jc w:val="right"/>
      </w:pPr>
      <w:r>
        <w:t>ذہن مطلوب انداز میں بنا ہو۔ مثلاً</w:t>
      </w:r>
    </w:p>
    <w:p>
      <w:r>
        <w:rPr>
          <w:b/>
        </w:rPr>
        <w:t xml:space="preserve">[1:03:13] </w:t>
      </w:r>
      <w:r>
        <w:t>qaumi masail mein jo mutasibana rai aam musalmanon ki hai, wahi Quran ke in qariyon ki bhi hai.</w:t>
      </w:r>
    </w:p>
    <w:p>
      <w:pPr>
        <w:jc w:val="right"/>
      </w:pPr>
      <w:r>
        <w:t>قومی مسائل میں جو متعصبانہ رائے عام مسلمانوں کی ہے، وہی قرآن کے ان قاریوں کی بھی ہے۔</w:t>
      </w:r>
    </w:p>
    <w:p>
      <w:r>
        <w:rPr>
          <w:b/>
        </w:rPr>
        <w:t xml:space="preserve">[1:03:19] </w:t>
      </w:r>
      <w:r>
        <w:t>Quran ka naam lene walay to bohat se log milenge, lekin aisa koi shakhs mushkil se mile</w:t>
      </w:r>
    </w:p>
    <w:p>
      <w:pPr>
        <w:jc w:val="right"/>
      </w:pPr>
      <w:r>
        <w:t>قرآن کا نام لینے والے تو بہت سے لوگ ملیں گے، لیکن ایسا کوئی شخص مشکل سے ملے</w:t>
      </w:r>
    </w:p>
    <w:p>
      <w:r>
        <w:rPr>
          <w:b/>
        </w:rPr>
        <w:t xml:space="preserve">[1:03:25] </w:t>
      </w:r>
      <w:r>
        <w:t>ga jis ke andar sahi maanon mein quran ka zehn bana ho.</w:t>
      </w:r>
    </w:p>
    <w:p>
      <w:pPr>
        <w:jc w:val="right"/>
      </w:pPr>
      <w:r>
        <w:t>گا جس کے اندر صحیح معنوں میں قرآن کا ذہن بنا ہو۔</w:t>
      </w:r>
    </w:p>
    <w:p>
      <w:r>
        <w:rPr>
          <w:b/>
        </w:rPr>
        <w:t xml:space="preserve">[1:03:31] </w:t>
      </w:r>
      <w:r>
        <w:t>is ka sabab yeh hai ke quran ke naam par hone wali yeh tamam koshishein ghair tatbeeqi andaaz</w:t>
      </w:r>
    </w:p>
    <w:p>
      <w:pPr>
        <w:jc w:val="right"/>
      </w:pPr>
      <w:r>
        <w:t>اس کا سبب یہ ہے کہ قرآن کے نام پر ہونے والی یہ تمام کوششیں غیر تطبیقی انداز</w:t>
      </w:r>
    </w:p>
    <w:p>
      <w:r>
        <w:rPr>
          <w:b/>
        </w:rPr>
        <w:t xml:space="preserve">[1:03:37] </w:t>
      </w:r>
      <w:r>
        <w:t>ya un applied way mein ki ja rahi</w:t>
      </w:r>
    </w:p>
    <w:p>
      <w:pPr>
        <w:jc w:val="right"/>
      </w:pPr>
      <w:r>
        <w:t>یا ان اپلائیڈ وے میں کی جا رہی</w:t>
      </w:r>
    </w:p>
    <w:p>
      <w:r>
        <w:rPr>
          <w:b/>
        </w:rPr>
        <w:t xml:space="preserve">[1:03:43] </w:t>
      </w:r>
      <w:r>
        <w:t>hain.</w:t>
      </w:r>
    </w:p>
    <w:p>
      <w:pPr>
        <w:jc w:val="right"/>
      </w:pPr>
      <w:r>
        <w:t>ہیں۔</w:t>
      </w:r>
    </w:p>
    <w:p>
      <w:r>
        <w:rPr>
          <w:b/>
        </w:rPr>
        <w:t xml:space="preserve">[1:03:50] </w:t>
      </w:r>
      <w:r>
        <w:t>is bana par aisa ho raha hai ke sunne ya parhne walon ka zehn address nahi hota.</w:t>
      </w:r>
    </w:p>
    <w:p>
      <w:pPr>
        <w:jc w:val="right"/>
      </w:pPr>
      <w:r>
        <w:t>اس بنا پر ایسا ہو رہا ہے کہ سننے یا پڑھنے والوں کا ذہن ایڈریس نہیں ہوتا۔</w:t>
      </w:r>
    </w:p>
    <w:p>
      <w:r>
        <w:rPr>
          <w:b/>
        </w:rPr>
        <w:t xml:space="preserve">[1:03:58] </w:t>
      </w:r>
      <w:r>
        <w:t>aise logon ke liye quran ka sunna ya parhna bas quran ka qaseeda ban kar reh jata hai.</w:t>
      </w:r>
    </w:p>
    <w:p>
      <w:pPr>
        <w:jc w:val="right"/>
      </w:pPr>
      <w:r>
        <w:t>ایسے لوگوں کے لیے قرآن کا سننا یا پڑھنا بس قرآن کا قصیدہ بن کر رہ جاتا ہے۔</w:t>
      </w:r>
    </w:p>
    <w:p>
      <w:r>
        <w:rPr>
          <w:b/>
        </w:rPr>
        <w:t xml:space="preserve">[1:04:05] </w:t>
      </w:r>
      <w:r>
        <w:t>aise log to milte hain jo quran par fakhar karein, lekin aise log nahi milte jin ke andar</w:t>
      </w:r>
    </w:p>
    <w:p>
      <w:pPr>
        <w:jc w:val="right"/>
      </w:pPr>
      <w:r>
        <w:t>ایسے لوگ تو ملتے ہیں جو قرآن پر فخر کریں، لیکن ایسے لوگ نہیں ملتے جن کے اندر</w:t>
      </w:r>
    </w:p>
    <w:p>
      <w:r>
        <w:rPr>
          <w:b/>
        </w:rPr>
        <w:t xml:space="preserve">[1:04:12] </w:t>
      </w:r>
      <w:r>
        <w:t>quran ko sun kar muhasba ya introspection ki soch jaage.</w:t>
      </w:r>
    </w:p>
    <w:p>
      <w:pPr>
        <w:jc w:val="right"/>
      </w:pPr>
      <w:r>
        <w:t>قرآن کو سن کر محاسبہ یا انٹروسپیکشن کی سوچ جاگے۔</w:t>
      </w:r>
    </w:p>
    <w:p>
      <w:r>
        <w:rPr>
          <w:b/>
        </w:rPr>
        <w:t xml:space="preserve">[1:04:20] </w:t>
      </w:r>
      <w:r>
        <w:t>tafseer quraani.</w:t>
      </w:r>
    </w:p>
    <w:p>
      <w:pPr>
        <w:jc w:val="right"/>
      </w:pPr>
      <w:r>
        <w:t>تفسیر قرآنی۔</w:t>
      </w:r>
    </w:p>
    <w:p>
      <w:r>
        <w:rPr>
          <w:b/>
        </w:rPr>
        <w:t xml:space="preserve">[1:04:26] </w:t>
      </w:r>
      <w:r>
        <w:t>quran ki tafseer ka marooj tareeqa yeh hai ke shaan e nuzool ya background of revelation ko le</w:t>
      </w:r>
    </w:p>
    <w:p>
      <w:pPr>
        <w:jc w:val="right"/>
      </w:pPr>
      <w:r>
        <w:t>قرآن کی تفسیر کا مروج طریقہ یہ ہے کہ شان نزول یا بیک گراؤنڈ آف ریولیشن کو لے</w:t>
      </w:r>
    </w:p>
    <w:p>
      <w:r>
        <w:rPr>
          <w:b/>
        </w:rPr>
        <w:t xml:space="preserve">[1:04:32] </w:t>
      </w:r>
      <w:r>
        <w:t>kar quran ki tafseer karna.</w:t>
      </w:r>
    </w:p>
    <w:p>
      <w:pPr>
        <w:jc w:val="right"/>
      </w:pPr>
      <w:r>
        <w:t>کر قرآن کی تفسیر کرنا۔</w:t>
      </w:r>
    </w:p>
    <w:p>
      <w:r>
        <w:rPr>
          <w:b/>
        </w:rPr>
        <w:t xml:space="preserve">[1:04:38] </w:t>
      </w:r>
      <w:r>
        <w:t>imam shatbi ka qaul hai: "ma'rifat asbab al-nuzool lazimah liman aradah ilm al-quran darj al-durar fi tafsir al-ai</w:t>
      </w:r>
    </w:p>
    <w:p>
      <w:pPr>
        <w:jc w:val="right"/>
      </w:pPr>
      <w:r>
        <w:t>امام شاطبی کا قول ہے: "معرفت اسباب النزول لازمۃ لمن ارادہ علم القرآن درج الدرر فی تفسیر الائی</w:t>
      </w:r>
    </w:p>
    <w:p>
      <w:r>
        <w:rPr>
          <w:b/>
        </w:rPr>
        <w:t xml:space="preserve">[1:04:44] </w:t>
      </w:r>
      <w:r>
        <w:t>wa suwar abdul qahir al-jurj</w:t>
      </w:r>
    </w:p>
    <w:p>
      <w:pPr>
        <w:jc w:val="right"/>
      </w:pPr>
      <w:r>
        <w:t>وصور عبدالقاہر الجرج</w:t>
      </w:r>
    </w:p>
    <w:p>
      <w:r>
        <w:rPr>
          <w:b/>
        </w:rPr>
        <w:t xml:space="preserve">[1:04:50] </w:t>
      </w:r>
      <w:r>
        <w:t>ani al-urdun" yaani shaan e nuzool ki ma'rifat un logon ke liye lazim hai jo quran ko janne ka</w:t>
      </w:r>
    </w:p>
    <w:p>
      <w:pPr>
        <w:jc w:val="right"/>
      </w:pPr>
      <w:r>
        <w:t>انی الاردن" یعنی شان نزول کی معرفت ان لوگوں کے لیے لازم ہے جو قرآن کو جاننے کا</w:t>
      </w:r>
    </w:p>
    <w:p>
      <w:r>
        <w:rPr>
          <w:b/>
        </w:rPr>
        <w:t xml:space="preserve">[1:04:56] </w:t>
      </w:r>
      <w:r>
        <w:t>irada rakhte hain.</w:t>
      </w:r>
    </w:p>
    <w:p>
      <w:pPr>
        <w:jc w:val="right"/>
      </w:pPr>
      <w:r>
        <w:t>ارادہ رکھتے ہیں۔</w:t>
      </w:r>
    </w:p>
    <w:p>
      <w:r>
        <w:rPr>
          <w:b/>
        </w:rPr>
        <w:t xml:space="preserve">[1:05:02] </w:t>
      </w:r>
      <w:r>
        <w:t>tafseer ka yeh usool quran ka mutala karne wale ko quran ki ayat ki ibtidaai tareekh batata hai.</w:t>
      </w:r>
    </w:p>
    <w:p>
      <w:pPr>
        <w:jc w:val="right"/>
      </w:pPr>
      <w:r>
        <w:t>تفسیر کا یہ اصول قرآن کا مطالعہ کرنے والے کو قرآن کی آیت کی ابتدائی تاریخ بتاتا ہے۔</w:t>
      </w:r>
    </w:p>
    <w:p>
      <w:r>
        <w:rPr>
          <w:b/>
        </w:rPr>
        <w:t xml:space="preserve">[1:05:08] </w:t>
      </w:r>
      <w:r>
        <w:t>nuzool ayat ke baad ke zamane ka maamla is se mukhtalif hai.</w:t>
      </w:r>
    </w:p>
    <w:p>
      <w:pPr>
        <w:jc w:val="right"/>
      </w:pPr>
      <w:r>
        <w:t>نزول آیات کے بعد کے زمانے کا معاملہ اس سے مختلف ہے۔</w:t>
      </w:r>
    </w:p>
    <w:p>
      <w:r>
        <w:rPr>
          <w:b/>
        </w:rPr>
        <w:t xml:space="preserve">[1:05:14] </w:t>
      </w:r>
      <w:r>
        <w:t>magar quran ki tafseer ka maqsad sirf yeh nahi hai ke mutala karne wala quran ki</w:t>
      </w:r>
    </w:p>
    <w:p>
      <w:pPr>
        <w:jc w:val="right"/>
      </w:pPr>
      <w:r>
        <w:t>مگر قرآن کی تفسیر کا مقصد صرف یہ نہیں ہے کہ مطالعہ کرنے والا قرآن کی</w:t>
      </w:r>
    </w:p>
    <w:p>
      <w:r>
        <w:rPr>
          <w:b/>
        </w:rPr>
        <w:t xml:space="preserve">[1:05:20] </w:t>
      </w:r>
      <w:r>
        <w:t>tareekh ko samajhta rahe, balkeh is ke sath yeh bhi zaroori hai ke yeh samjha jaye ke nuzool</w:t>
      </w:r>
    </w:p>
    <w:p>
      <w:pPr>
        <w:jc w:val="right"/>
      </w:pPr>
      <w:r>
        <w:t>تاریخ کو سمجھتا رہے، بلکہ اس کے ساتھ یہ بھی ضروری ہے کہ یہ سمجھا جائے کہ نزول</w:t>
      </w:r>
    </w:p>
    <w:p>
      <w:r>
        <w:rPr>
          <w:b/>
        </w:rPr>
        <w:t xml:space="preserve">[1:05:28] </w:t>
      </w:r>
      <w:r>
        <w:t>ke baad ke zamane ke liye is ayat ka mudda kya hai.</w:t>
      </w:r>
    </w:p>
    <w:p>
      <w:pPr>
        <w:jc w:val="right"/>
      </w:pPr>
      <w:r>
        <w:t>کے بعد کے زمانے کے لیے اس آیت کا مدعا کیا ہے۔</w:t>
      </w:r>
    </w:p>
    <w:p>
      <w:r>
        <w:rPr>
          <w:b/>
        </w:rPr>
        <w:t xml:space="preserve">[1:05:35] </w:t>
      </w:r>
      <w:r>
        <w:t>shaan e nuzool ya sabab e nuzool ko janna zamana e nuzool ke aitbar se jitna aham hai, isi tarah zamana</w:t>
      </w:r>
    </w:p>
    <w:p>
      <w:pPr>
        <w:jc w:val="right"/>
      </w:pPr>
      <w:r>
        <w:t>شان نزول یا سبب نزول کو جاننا زمانہ نزول کے اعتبار سے جتنا اہم ہے، اسی طرح زمانہ</w:t>
      </w:r>
    </w:p>
    <w:p>
      <w:r>
        <w:rPr>
          <w:b/>
        </w:rPr>
        <w:t xml:space="preserve">[1:05:43] </w:t>
      </w:r>
      <w:r>
        <w:t>e nuzool ke baad ke adwaar mein quran ke tatbeeqi mafhoom ya applied meaning ko janna bhi</w:t>
      </w:r>
    </w:p>
    <w:p>
      <w:pPr>
        <w:jc w:val="right"/>
      </w:pPr>
      <w:r>
        <w:t>نزول کے بعد کے ادوار میں قرآن کے تطبیقی مفہوم یا اپلائیڈ میننگ کو جاننا بھی</w:t>
      </w:r>
    </w:p>
    <w:p>
      <w:r>
        <w:rPr>
          <w:b/>
        </w:rPr>
        <w:t xml:space="preserve">[1:05:50] </w:t>
      </w:r>
      <w:r>
        <w:t>aham hai. mislan quran mein surah yusuf ki ek ayat yeh hai: "ma kana liya'khudha akha fi din al-maliki illa an yasha'a allahu" sabab e nuzool ke aitbar se is ayat ka ek mafhoom hai. agar hum is sabab e nuzool ko jan len to hum sirf yeh janengay ke boqt e nuzool is ayat ka mafhoom kya tha. lekin agar yeh</w:t>
      </w:r>
    </w:p>
    <w:p>
      <w:pPr>
        <w:jc w:val="right"/>
      </w:pPr>
      <w:r>
        <w:t>اہم ہے۔ مثلاً قرآن میں سورہ یوسف کی ایک آیت یہ ہے: "ما کان لیاخذ اخا فی دین الملکی الا ان یشاء اللہ" سبب نزول کے اعتبار سے اس آیت کا ایک مفہوم ہے۔ اگر ہم اس سبب نزول کو جان لیں تو ہم صرف یہ جانیں گے کہ بوقت نزول اس آیت کا مفہوم کیا تھا۔ لیکن اگر یہ</w:t>
      </w:r>
    </w:p>
    <w:p>
      <w:r>
        <w:rPr>
          <w:b/>
        </w:rPr>
        <w:t xml:space="preserve">[1:06:20] </w:t>
      </w:r>
      <w:r>
        <w:t>janna ho ke baad ke zamane mein is ayat se kya amli usool maloom hota hai to is</w:t>
      </w:r>
    </w:p>
    <w:p>
      <w:pPr>
        <w:jc w:val="right"/>
      </w:pPr>
      <w:r>
        <w:t>جاننا ہو کہ بعد کے زمانے میں اس آیت سے کیا عملی اصول معلوم ہوتا ہے تو اس</w:t>
      </w:r>
    </w:p>
    <w:p>
      <w:r>
        <w:rPr>
          <w:b/>
        </w:rPr>
        <w:t xml:space="preserve">[1:06:28] </w:t>
      </w:r>
      <w:r>
        <w:t>ka ilm sirf is waqt hoga ke jab hum is ayat ko apne halaat ke lehaz se dobara</w:t>
      </w:r>
    </w:p>
    <w:p>
      <w:pPr>
        <w:jc w:val="right"/>
      </w:pPr>
      <w:r>
        <w:t>کا علم صرف اس وقت ہوگا کہ جب ہم اس آیت کو اپنے حالات کے لحاظ سے دوبارہ</w:t>
      </w:r>
    </w:p>
    <w:p>
      <w:r>
        <w:rPr>
          <w:b/>
        </w:rPr>
        <w:t xml:space="preserve">[1:06:36] </w:t>
      </w:r>
      <w:r>
        <w:t>daryaft ya re-discover karein aur is ke tatbeeqi mafhoom ya applied meaning ko jaanein.</w:t>
      </w:r>
    </w:p>
    <w:p>
      <w:pPr>
        <w:jc w:val="right"/>
      </w:pPr>
      <w:r>
        <w:t>دریافت یا ری ڈسکور کریں اور اس کے تطبیقی مفہوم یا اپلائیڈ میننگ کو جانیں۔</w:t>
      </w:r>
    </w:p>
    <w:p>
      <w:r>
        <w:rPr>
          <w:b/>
        </w:rPr>
        <w:t xml:space="preserve">[1:06:43] </w:t>
      </w:r>
      <w:r>
        <w:t>quran ka tareekhi mutalea karna ho to shan-e-nazool ya sabab-e-nazool ki bohat ahmiyat hai. lekin</w:t>
      </w:r>
    </w:p>
    <w:p>
      <w:pPr>
        <w:jc w:val="right"/>
      </w:pPr>
      <w:r>
        <w:t>قرآن کا تاریخی مطالعہ کرنا ہو تو شان نزول یا سبب نزول کی بہت اہمیت ہے۔ لیکن</w:t>
      </w:r>
    </w:p>
    <w:p>
      <w:r>
        <w:rPr>
          <w:b/>
        </w:rPr>
        <w:t xml:space="preserve">[1:06:51] </w:t>
      </w:r>
      <w:r>
        <w:t>agar yeh janna ho ke is ayat se kaun sa usool akhaz hota hai aur hamare apne zamanay</w:t>
      </w:r>
    </w:p>
    <w:p>
      <w:pPr>
        <w:jc w:val="right"/>
      </w:pPr>
      <w:r>
        <w:t>اگر یہ جاننا ہو کہ اس آیت سے کون سا اصول اخذ ہوتا ہے اور ہمارے اپنے زمانے</w:t>
      </w:r>
    </w:p>
    <w:p>
      <w:r>
        <w:rPr>
          <w:b/>
        </w:rPr>
        <w:t xml:space="preserve">[1:07:06] </w:t>
      </w:r>
      <w:r>
        <w:t>ke lihaz se is usool ki tatbeeq ya application kya hai to quran ka tatbeeqi mutalea zarori ho jayega. dars-e-quran.</w:t>
      </w:r>
    </w:p>
    <w:p>
      <w:pPr>
        <w:jc w:val="right"/>
      </w:pPr>
      <w:r>
        <w:t>کے لحاظ سے اس اصول کی تطبیق یا ایپلیکیشن کیا ہے تو قرآن کا تطبیقی مطالعہ ضروری ہو جائے گا۔ درس قرآن۔</w:t>
      </w:r>
    </w:p>
    <w:p>
      <w:r>
        <w:rPr>
          <w:b/>
        </w:rPr>
        <w:t xml:space="preserve">[1:07:21] </w:t>
      </w:r>
      <w:r>
        <w:t>maulana mahmood hasan deobandi ka waqia hai.</w:t>
      </w:r>
    </w:p>
    <w:p>
      <w:pPr>
        <w:jc w:val="right"/>
      </w:pPr>
      <w:r>
        <w:t>مولانا محمود حسن دیوبندی کا واقعہ ہے۔</w:t>
      </w:r>
    </w:p>
    <w:p>
      <w:r>
        <w:rPr>
          <w:b/>
        </w:rPr>
        <w:t xml:space="preserve">[1:07:26] </w:t>
      </w:r>
      <w:r>
        <w:t>woh 1920 mein malta ki jala watni se wapas aaye.</w:t>
      </w:r>
    </w:p>
    <w:p>
      <w:pPr>
        <w:jc w:val="right"/>
      </w:pPr>
      <w:r>
        <w:t>وہ 1920 میں مالٹا کی جلاوطنی سے واپس آئے۔</w:t>
      </w:r>
    </w:p>
    <w:p>
      <w:r>
        <w:rPr>
          <w:b/>
        </w:rPr>
        <w:t xml:space="preserve">[1:07:31] </w:t>
      </w:r>
      <w:r>
        <w:t>is ke baad deoband mein un ki aik majlis hui.</w:t>
      </w:r>
    </w:p>
    <w:p>
      <w:pPr>
        <w:jc w:val="right"/>
      </w:pPr>
      <w:r>
        <w:t>اس کے بعد دیوبند میں ان کی ایک مجلس ہوئی۔</w:t>
      </w:r>
    </w:p>
    <w:p>
      <w:r>
        <w:rPr>
          <w:b/>
        </w:rPr>
        <w:t xml:space="preserve">[1:07:36] </w:t>
      </w:r>
      <w:r>
        <w:t>is majlis mein unhon ne dars-e-quran ki baat kahi.</w:t>
      </w:r>
    </w:p>
    <w:p>
      <w:pPr>
        <w:jc w:val="right"/>
      </w:pPr>
      <w:r>
        <w:t>اس مجلس میں انہوں نے درس قرآن کی بات کہی۔</w:t>
      </w:r>
    </w:p>
    <w:p>
      <w:r>
        <w:rPr>
          <w:b/>
        </w:rPr>
        <w:t xml:space="preserve">[1:07:41] </w:t>
      </w:r>
      <w:r>
        <w:t>un ke shagird-e-rasheed mufti muhammad shafi sahib is majlis ki rawdad in alfaaz mein bayan karte hain:</w:t>
      </w:r>
    </w:p>
    <w:p>
      <w:pPr>
        <w:jc w:val="right"/>
      </w:pPr>
      <w:r>
        <w:t>ان کے شاگرد رشید مفتی محمد شفیع صاحب اس مجلس کی روداد ان الفاظ میں بیان کرتے ہیں:</w:t>
      </w:r>
    </w:p>
    <w:p>
      <w:r>
        <w:rPr>
          <w:b/>
        </w:rPr>
        <w:t xml:space="preserve">[1:07:46] </w:t>
      </w:r>
      <w:r>
        <w:t>"malta ki qaid se wapas aane ke baad aik raat baad isha hazrat</w:t>
      </w:r>
    </w:p>
    <w:p>
      <w:pPr>
        <w:jc w:val="right"/>
      </w:pPr>
      <w:r>
        <w:t>"مالٹا کی قید سے واپس آنے کے بعد ایک رات بعد عشاء حضرت</w:t>
      </w:r>
    </w:p>
    <w:p>
      <w:r>
        <w:rPr>
          <w:b/>
        </w:rPr>
        <w:t xml:space="preserve">[1:07:51] </w:t>
      </w:r>
      <w:r>
        <w:t>dar-ul-uloom deoband mein tashreef farma thay.</w:t>
      </w:r>
    </w:p>
    <w:p>
      <w:pPr>
        <w:jc w:val="right"/>
      </w:pPr>
      <w:r>
        <w:t>دارالعلوم دیوبند میں تشریف فرما تھے۔</w:t>
      </w:r>
    </w:p>
    <w:p>
      <w:r>
        <w:rPr>
          <w:b/>
        </w:rPr>
        <w:t xml:space="preserve">[1:07:57] </w:t>
      </w:r>
      <w:r>
        <w:t>ulama ka bara majma samnay tha.</w:t>
      </w:r>
    </w:p>
    <w:p>
      <w:pPr>
        <w:jc w:val="right"/>
      </w:pPr>
      <w:r>
        <w:t>علماء کا بڑا مجمع سامنے تھا۔</w:t>
      </w:r>
    </w:p>
    <w:p>
      <w:r>
        <w:rPr>
          <w:b/>
        </w:rPr>
        <w:t xml:space="preserve">[1:08:02] </w:t>
      </w:r>
      <w:r>
        <w:t>is waqt farmaya ke hum ne malta ki zindagi mein do sabq seekhay hain.</w:t>
      </w:r>
    </w:p>
    <w:p>
      <w:pPr>
        <w:jc w:val="right"/>
      </w:pPr>
      <w:r>
        <w:t>اس وقت فرمایا کہ ہم نے مالٹا کی زندگی میں دو سبق سیکھے ہیں۔</w:t>
      </w:r>
    </w:p>
    <w:p>
      <w:r>
        <w:rPr>
          <w:b/>
        </w:rPr>
        <w:t xml:space="preserve">[1:08:07] </w:t>
      </w:r>
      <w:r>
        <w:t>main ne jahan tak jail ki tanhaiyon mein is par ghore kiya ke poori dunya mein musalman deeni</w:t>
      </w:r>
    </w:p>
    <w:p>
      <w:pPr>
        <w:jc w:val="right"/>
      </w:pPr>
      <w:r>
        <w:t>میں نے جہاں تک جیل کی تنہائیوں میں اس پر غور کیا کہ پوری دنیا میں مسلمان دینی</w:t>
      </w:r>
    </w:p>
    <w:p>
      <w:r>
        <w:rPr>
          <w:b/>
        </w:rPr>
        <w:t xml:space="preserve">[1:08:12] </w:t>
      </w:r>
      <w:r>
        <w:t>aur duniyavi har hesiyat se kyun tabah ho rahay hain to is ke do sabab maloom hue: aik</w:t>
      </w:r>
    </w:p>
    <w:p>
      <w:pPr>
        <w:jc w:val="right"/>
      </w:pPr>
      <w:r>
        <w:t>اور دنیاوی ہر حیثیت سے کیوں تباہ ہو رہے ہیں تو اس کے دو سبب معلوم ہوئے: ایک</w:t>
      </w:r>
    </w:p>
    <w:p>
      <w:r>
        <w:rPr>
          <w:b/>
        </w:rPr>
        <w:t xml:space="preserve">[1:08:17] </w:t>
      </w:r>
      <w:r>
        <w:t>un ka quran ko chhod dena</w:t>
      </w:r>
    </w:p>
    <w:p>
      <w:pPr>
        <w:jc w:val="right"/>
      </w:pPr>
      <w:r>
        <w:t>ان کا قرآن کو چھوڑ دینا</w:t>
      </w:r>
    </w:p>
    <w:p>
      <w:r>
        <w:rPr>
          <w:b/>
        </w:rPr>
        <w:t xml:space="preserve">[1:08:22] </w:t>
      </w:r>
      <w:r>
        <w:t>aur doosra aapas ke ikhtilaf aur khana jangi.</w:t>
      </w:r>
    </w:p>
    <w:p>
      <w:pPr>
        <w:jc w:val="right"/>
      </w:pPr>
      <w:r>
        <w:t>اور دوسرا آپس کے اختلاف اور خانہ جنگی۔</w:t>
      </w:r>
    </w:p>
    <w:p>
      <w:r>
        <w:rPr>
          <w:b/>
        </w:rPr>
        <w:t xml:space="preserve">[1:08:28] </w:t>
      </w:r>
      <w:r>
        <w:t>is liye main wahin se yeh azm le kar aaya hoon ke apni baqi zindagi is kaam mein</w:t>
      </w:r>
    </w:p>
    <w:p>
      <w:pPr>
        <w:jc w:val="right"/>
      </w:pPr>
      <w:r>
        <w:t>اس لیے میں وہیں سے یہ عزم لے کر آیا ہوں کہ اپنی باقی زندگی اس کام میں</w:t>
      </w:r>
    </w:p>
    <w:p>
      <w:r>
        <w:rPr>
          <w:b/>
        </w:rPr>
        <w:t xml:space="preserve">[1:08:34] </w:t>
      </w:r>
      <w:r>
        <w:t>sarf karoon ke quran-e-kareem ko lafzan aur maanan aam kiya jaye.</w:t>
      </w:r>
    </w:p>
    <w:p>
      <w:pPr>
        <w:jc w:val="right"/>
      </w:pPr>
      <w:r>
        <w:t>صرف کروں کہ قرآن کریم کو لفظاً اور معناً عام کیا جائے۔</w:t>
      </w:r>
    </w:p>
    <w:p>
      <w:r>
        <w:rPr>
          <w:b/>
        </w:rPr>
        <w:t xml:space="preserve">[1:08:40] </w:t>
      </w:r>
      <w:r>
        <w:t>bachchon ke liye lafzi taleem ke makatib har basti basti mein qaim kiye jayen.</w:t>
      </w:r>
    </w:p>
    <w:p>
      <w:pPr>
        <w:jc w:val="right"/>
      </w:pPr>
      <w:r>
        <w:t>بچوں کے لیے لفظی تعلیم کے مکاتب ہر بستی بستی میں قائم کیے جائیں۔</w:t>
      </w:r>
    </w:p>
    <w:p>
      <w:r>
        <w:rPr>
          <w:b/>
        </w:rPr>
        <w:t xml:space="preserve">[1:08:46] </w:t>
      </w:r>
      <w:r>
        <w:t>baron ko awami dars-e-quran ki soorat mein is ke maani se roshnas karaya jaye aur qurani taleem</w:t>
      </w:r>
    </w:p>
    <w:p>
      <w:pPr>
        <w:jc w:val="right"/>
      </w:pPr>
      <w:r>
        <w:t>بڑوں کو عوامی درس قرآن کی صورت میں اس کے معنی سے روشناس کرایا جائے اور قرآنی تعلیم</w:t>
      </w:r>
    </w:p>
    <w:p>
      <w:r>
        <w:rPr>
          <w:b/>
        </w:rPr>
        <w:t xml:space="preserve">[1:08:52] </w:t>
      </w:r>
      <w:r>
        <w:t>ut par amal ke liye amada kiya jaye.</w:t>
      </w:r>
    </w:p>
    <w:p>
      <w:pPr>
        <w:jc w:val="right"/>
      </w:pPr>
      <w:r>
        <w:t>ات پر عمل کے لیے آمادہ کیا جائے۔</w:t>
      </w:r>
    </w:p>
    <w:p>
      <w:r>
        <w:rPr>
          <w:b/>
        </w:rPr>
        <w:t xml:space="preserve">[1:08:58] </w:t>
      </w:r>
      <w:r>
        <w:t>yeh baat ulama ke poore halqay mein tezi se phail gayi.</w:t>
      </w:r>
    </w:p>
    <w:p>
      <w:pPr>
        <w:jc w:val="right"/>
      </w:pPr>
      <w:r>
        <w:t>یہ بات علماء کے پورے حلقے میں تیزی سے پھیل گئی۔</w:t>
      </w:r>
    </w:p>
    <w:p>
      <w:r>
        <w:rPr>
          <w:b/>
        </w:rPr>
        <w:t xml:space="preserve">[1:09:04] </w:t>
      </w:r>
      <w:r>
        <w:t>ghair munqasim hindustan ke taqreeban tamam madaris aur masajid mein dars-e-quran ke halqay qaim ho gaye.</w:t>
      </w:r>
    </w:p>
    <w:p>
      <w:pPr>
        <w:jc w:val="right"/>
      </w:pPr>
      <w:r>
        <w:t>غیر منقسم ہندوستان کے تقریباً تمام مدارس اور مساجد میں درس قرآن کے حلقے قائم ہو گئے۔</w:t>
      </w:r>
    </w:p>
    <w:p>
      <w:r>
        <w:rPr>
          <w:b/>
        </w:rPr>
        <w:t xml:space="preserve">[1:09:10] </w:t>
      </w:r>
      <w:r>
        <w:t>yeh halqay abhi tak kisi na kisi soorat mein jari hain.</w:t>
      </w:r>
    </w:p>
    <w:p>
      <w:pPr>
        <w:jc w:val="right"/>
      </w:pPr>
      <w:r>
        <w:t>یہ حلقے ابھی تک کسی نہ کسی صورت میں جاری ہیں۔</w:t>
      </w:r>
    </w:p>
    <w:p>
      <w:r>
        <w:rPr>
          <w:b/>
        </w:rPr>
        <w:t xml:space="preserve">[1:09:16] </w:t>
      </w:r>
      <w:r>
        <w:t>magar nateeje ke aitbar se jaiza liya jaye to in daroos-e-quran ka matlooba nateeja abhi</w:t>
      </w:r>
    </w:p>
    <w:p>
      <w:pPr>
        <w:jc w:val="right"/>
      </w:pPr>
      <w:r>
        <w:t>مگر نتیجے کے اعتبار سے جائزہ لیا جائے تو ان دروس قرآن کا مطلوب نتیجہ ابھی</w:t>
      </w:r>
    </w:p>
    <w:p>
      <w:r>
        <w:rPr>
          <w:b/>
        </w:rPr>
        <w:t xml:space="preserve">[1:09:22] </w:t>
      </w:r>
      <w:r>
        <w:t>tak baramad na ho saka.</w:t>
      </w:r>
    </w:p>
    <w:p>
      <w:pPr>
        <w:jc w:val="right"/>
      </w:pPr>
      <w:r>
        <w:t>تک برآمد نہ ہو سکا۔</w:t>
      </w:r>
    </w:p>
    <w:p>
      <w:r>
        <w:rPr>
          <w:b/>
        </w:rPr>
        <w:t xml:space="preserve">[1:09:28] </w:t>
      </w:r>
      <w:r>
        <w:t>jabke is amal par ab taqreeban aik sadi poori ho rahi hai.</w:t>
      </w:r>
    </w:p>
    <w:p>
      <w:pPr>
        <w:jc w:val="right"/>
      </w:pPr>
      <w:r>
        <w:t>جبکہ اس عمل پر اب تقریباً ایک صدی پوری ہو رہی ہے۔</w:t>
      </w:r>
    </w:p>
    <w:p>
      <w:r>
        <w:rPr>
          <w:b/>
        </w:rPr>
        <w:t xml:space="preserve">[1:09:34] </w:t>
      </w:r>
      <w:r>
        <w:t>is nakami ka sabab kya tha? ghor karne se maloom hota hai ke is ka sabab yeh tha</w:t>
      </w:r>
    </w:p>
    <w:p>
      <w:pPr>
        <w:jc w:val="right"/>
      </w:pPr>
      <w:r>
        <w:t>اس ناکامی کا سبب کیا تھا؟ غور کرنے سے معلوم ہوتا ہے کہ اس کا سبب یہ تھا</w:t>
      </w:r>
    </w:p>
    <w:p>
      <w:r>
        <w:rPr>
          <w:b/>
        </w:rPr>
        <w:t xml:space="preserve">[1:09:40] </w:t>
      </w:r>
      <w:r>
        <w:t>ke beesveen sadi mein musalmanan-e-hind ke oopar muslim fakhr ya muslim supremacism ka zehan chhaya hua tha.</w:t>
      </w:r>
    </w:p>
    <w:p>
      <w:pPr>
        <w:jc w:val="right"/>
      </w:pPr>
      <w:r>
        <w:t>کہ بیسویں صدی میں مسلمانان ہند کے اوپر مسلم فخر یا مسلم سپریمیسیزم کا ذہن چھایا ہوا تھا۔</w:t>
      </w:r>
    </w:p>
    <w:p>
      <w:r>
        <w:rPr>
          <w:b/>
        </w:rPr>
        <w:t xml:space="preserve">[1:09:46] </w:t>
      </w:r>
      <w:r>
        <w:t>is liye ulma ka yeh dars-e-quran amal-an qaseeda-e-quran ban kar reh gaya.</w:t>
      </w:r>
    </w:p>
    <w:p>
      <w:pPr>
        <w:jc w:val="right"/>
      </w:pPr>
      <w:r>
        <w:t>اس لیے علماء کا یہ درس قرآن عملاً قصیدہ قرآن بن کر رہ گیا۔</w:t>
      </w:r>
    </w:p>
    <w:p>
      <w:r>
        <w:rPr>
          <w:b/>
        </w:rPr>
        <w:t xml:space="preserve">[1:09:52] </w:t>
      </w:r>
      <w:r>
        <w:t>woh naseehat quran na ban saka. quran ka dars dainay walay aur quran ke dars ko sunnay walay dono fakhr ki nafsiyat mein jee rahay thay. is liye quran ka tazkira un ke liye qaumi fakhr ko taskeen dainay wala ban kar reh gaya. woh un ke liye zehni islaah ka zariya na ban saka. quran ki buniyad par islaah-e-umat ki tehreek sirf is waqt kami</w:t>
      </w:r>
    </w:p>
    <w:p>
      <w:pPr>
        <w:jc w:val="right"/>
      </w:pPr>
      <w:r>
        <w:t>وہ نصیحت قرآن نہ بن سکا۔ قرآن کا درس دینے والے اور قرآن کے درس کو سننے والے دونوں فخر کی نفسیات میں جی رہے تھے۔ اس لیے قرآن کا تذکرہ ان کے لیے قومی فخر کو تسکین دینے والا بن کر رہ گیا۔ وہ ان کے لیے ذہنی اصلاح کا ذریعہ نہ بن سکا۔ قرآن کی بنیاد پر اصلاح امت کی تحریک صرف اس وقت کامی</w:t>
      </w:r>
    </w:p>
    <w:p>
      <w:r>
        <w:rPr>
          <w:b/>
        </w:rPr>
        <w:t xml:space="preserve">[1:10:22] </w:t>
      </w:r>
      <w:r>
        <w:t>ab ho sakti hai jabke is ko tatbiqi andaaz ya applied way mein chalaya jaye.</w:t>
      </w:r>
    </w:p>
    <w:p>
      <w:pPr>
        <w:jc w:val="right"/>
      </w:pPr>
      <w:r>
        <w:t>اب ہو سکتی ہے جبکہ اس کو تطبیقی انداز یا اپلائیڈ وے میں چلایا جائے۔</w:t>
      </w:r>
    </w:p>
    <w:p>
      <w:r>
        <w:rPr>
          <w:b/>
        </w:rPr>
        <w:t xml:space="preserve">[1:10:30] </w:t>
      </w:r>
      <w:r>
        <w:t>yani quran ki ayaton ko musalmanon ki halat par muntaqib karte hue is ki wazahat ki jaye.</w:t>
      </w:r>
    </w:p>
    <w:p>
      <w:pPr>
        <w:jc w:val="right"/>
      </w:pPr>
      <w:r>
        <w:t>یعنی قرآن کی آیتوں کو مسلمانوں کی حالت پر منطبق کرتے ہوئے اس کی وضاحت کی جائے۔</w:t>
      </w:r>
    </w:p>
    <w:p>
      <w:r>
        <w:rPr>
          <w:b/>
        </w:rPr>
        <w:t xml:space="preserve">[1:10:37] </w:t>
      </w:r>
      <w:r>
        <w:t>tatbiqi andaaz mein quran ka jo tazkara kiya jayega woh samien ke zehan ko address karne wala banega.</w:t>
      </w:r>
    </w:p>
    <w:p>
      <w:pPr>
        <w:jc w:val="right"/>
      </w:pPr>
      <w:r>
        <w:t>تطبیقی انداز میں قرآن کا جو تذکرہ کیا جائے گا وہ سامعین کے ذہن کو ایڈریس کرنے والا بنے گا۔</w:t>
      </w:r>
    </w:p>
    <w:p>
      <w:r>
        <w:rPr>
          <w:b/>
        </w:rPr>
        <w:t xml:space="preserve">[1:10:45] </w:t>
      </w:r>
      <w:r>
        <w:t>aur jo dars-e-quran samien ke zehan ko address kare wohi</w:t>
      </w:r>
    </w:p>
    <w:p>
      <w:pPr>
        <w:jc w:val="right"/>
      </w:pPr>
      <w:r>
        <w:t>اور جو درس قرآن سامعین کے ذہن کو ایڈریس کرے وہی</w:t>
      </w:r>
    </w:p>
    <w:p>
      <w:r>
        <w:rPr>
          <w:b/>
        </w:rPr>
        <w:t xml:space="preserve">[1:10:52] </w:t>
      </w:r>
      <w:r>
        <w:t>islaah ya inqilab ka zariya ban sakta hai.</w:t>
      </w:r>
    </w:p>
    <w:p>
      <w:pPr>
        <w:jc w:val="right"/>
      </w:pPr>
      <w:r>
        <w:t>اصلاح یا انقلاب کا ذریعہ بن سکتا ہے۔</w:t>
      </w:r>
    </w:p>
    <w:p>
      <w:r>
        <w:rPr>
          <w:b/>
        </w:rPr>
        <w:t xml:space="preserve">[1:10:58] </w:t>
      </w:r>
      <w:r>
        <w:t>is ke baghair har giz nahin.</w:t>
      </w:r>
    </w:p>
    <w:p>
      <w:pPr>
        <w:jc w:val="right"/>
      </w:pPr>
      <w:r>
        <w:t>اس کے بغیر ہرگز نہیں۔</w:t>
      </w:r>
    </w:p>
    <w:p>
      <w:r>
        <w:rPr>
          <w:b/>
        </w:rPr>
        <w:t xml:space="preserve">[1:11:04] </w:t>
      </w:r>
      <w:r>
        <w:t>misalan quran ki aik aayat yeh hai: "wala tasubbu alladhina yaduna min dunillahi fa-yasubbu allaha adwum bighayri ilmin"</w:t>
      </w:r>
    </w:p>
    <w:p>
      <w:pPr>
        <w:jc w:val="right"/>
      </w:pPr>
      <w:r>
        <w:t>مثلاً قرآن کی ایک آیت یہ ہے: "ولا تسب الذینیدعون من دون اللہ فیسب اللہ ادوم بغیر علم"</w:t>
      </w:r>
    </w:p>
    <w:p>
      <w:r>
        <w:rPr>
          <w:b/>
        </w:rPr>
        <w:t xml:space="preserve">[1:11:10] </w:t>
      </w:r>
      <w:r>
        <w:t>yani aur Allah ke siwa jin ko yeh log pukarte hain un ko gaali na do warna yeh</w:t>
      </w:r>
    </w:p>
    <w:p>
      <w:pPr>
        <w:jc w:val="right"/>
      </w:pPr>
      <w:r>
        <w:t>یعنی اور اللہ کے سوا جن کو یہ لوگ پکارتے ہیں ان کو گالی نہ دو ورنہ یہ</w:t>
      </w:r>
    </w:p>
    <w:p>
      <w:r>
        <w:rPr>
          <w:b/>
        </w:rPr>
        <w:t xml:space="preserve">[1:11:16] </w:t>
      </w:r>
      <w:r>
        <w:t>log had se guzar kar jahalat ki bina par Allah ko gaali</w:t>
      </w:r>
    </w:p>
    <w:p>
      <w:pPr>
        <w:jc w:val="right"/>
      </w:pPr>
      <w:r>
        <w:t>لوگ حد سے گزر کر جہالت کی بنا پر اللہ کو گالی</w:t>
      </w:r>
    </w:p>
    <w:p>
      <w:r>
        <w:rPr>
          <w:b/>
        </w:rPr>
        <w:t xml:space="preserve">[1:11:22] </w:t>
      </w:r>
      <w:r>
        <w:t>dainay lagen gay. is aayat mein "la tasubbu" ka khitaab ashaab-e-rasool se hai. zahir hai ke ashaab-e-rasool mushrikeen ke buton ke khilaaf sab-o-shatm ki zabaan istemal nahi karein gay. is ke bawajood ashaab-e-rasool jab un ke khilaaf koi baat bolein gay to woh mushrikeen ko sab-o-shatm nazar aaye ga. aur nateeja yeh hoga ke woh jawab mein reaction ka tareeqa</w:t>
      </w:r>
    </w:p>
    <w:p>
      <w:pPr>
        <w:jc w:val="right"/>
      </w:pPr>
      <w:r>
        <w:t>دینے لگیں گے۔ اس آیت میں "لا تسبوا" کا خطاب اصحاب رسول سے ہے۔ ظاہر ہے کہ اصحاب رسول مشرکین کے بتوں کے خلاف سب و شتم کی زبان استعمال نہیں کریں گے۔ اس کے باوجود اصحاب رسول جب ان کے خلاف کوئی بات بولیں گے تو وہ مشرکین کو سب و شتم نظر آئے گا۔ اور نتیجہ یہ ہوگا کہ وہ جواب میں ری ایکشن کا طریق</w:t>
      </w:r>
    </w:p>
    <w:p>
      <w:r>
        <w:rPr>
          <w:b/>
        </w:rPr>
        <w:t xml:space="preserve">[1:11:52] </w:t>
      </w:r>
      <w:r>
        <w:t>h ikhtiyar karenge.</w:t>
      </w:r>
    </w:p>
    <w:p>
      <w:pPr>
        <w:jc w:val="right"/>
      </w:pPr>
      <w:r>
        <w:t>ہ اختیار کریں گے۔</w:t>
      </w:r>
    </w:p>
    <w:p>
      <w:r>
        <w:rPr>
          <w:b/>
        </w:rPr>
        <w:t xml:space="preserve">[1:11:57] </w:t>
      </w:r>
      <w:r>
        <w:t>phir yeh reaction badhega aur chain reaction ki soorat ikhtiyar kar lega.</w:t>
      </w:r>
    </w:p>
    <w:p>
      <w:pPr>
        <w:jc w:val="right"/>
      </w:pPr>
      <w:r>
        <w:t>پھر یہ ری ایکشن بڑھے گا اور چین ری ایکشن کی صورت اختیار کر لے گا۔</w:t>
      </w:r>
    </w:p>
    <w:p>
      <w:r>
        <w:rPr>
          <w:b/>
        </w:rPr>
        <w:t xml:space="preserve">[1:12:01] </w:t>
      </w:r>
      <w:r>
        <w:t>aur is tarah logon ki islaah ka kaam mazeed mushkil ban jayega.</w:t>
      </w:r>
    </w:p>
    <w:p>
      <w:pPr>
        <w:jc w:val="right"/>
      </w:pPr>
      <w:r>
        <w:t>اور اس طرح لوگوں کی اصلاح کا کام مزید مشکل بن جائے گا۔</w:t>
      </w:r>
    </w:p>
    <w:p>
      <w:r>
        <w:rPr>
          <w:b/>
        </w:rPr>
        <w:t xml:space="preserve">[1:12:05] </w:t>
      </w:r>
      <w:r>
        <w:t>is haqeeqat ko jab tatbiqi andaaz mein bayan kiya jaye to aaj ke musalmanon ko is mein naseehat</w:t>
      </w:r>
    </w:p>
    <w:p>
      <w:pPr>
        <w:jc w:val="right"/>
      </w:pPr>
      <w:r>
        <w:t>اس حقیقت کو جب تطبیقی انداز میں بیان کیا جائے تو آج کے مسلمانوں کو اس میں نصیحت</w:t>
      </w:r>
    </w:p>
    <w:p>
      <w:r>
        <w:rPr>
          <w:b/>
        </w:rPr>
        <w:t xml:space="preserve">[1:12:10] </w:t>
      </w:r>
      <w:r>
        <w:t>ka pehlu milega.</w:t>
      </w:r>
    </w:p>
    <w:p>
      <w:pPr>
        <w:jc w:val="right"/>
      </w:pPr>
      <w:r>
        <w:t>کا پہلو ملے گا۔</w:t>
      </w:r>
    </w:p>
    <w:p>
      <w:r>
        <w:rPr>
          <w:b/>
        </w:rPr>
        <w:t xml:space="preserve">[1:12:14] </w:t>
      </w:r>
      <w:r>
        <w:t>woh sochenge ke kuch logon ko jab hum shaatim qarar de kar pur-shor tehreek chalana chahte hain</w:t>
      </w:r>
    </w:p>
    <w:p>
      <w:pPr>
        <w:jc w:val="right"/>
      </w:pPr>
      <w:r>
        <w:t>وہ سوچیں گے کہ کچھ لوگوں کو جب ہم شاتم قرار دے کر پرشور تحریک چلانا چاہتے ہیں</w:t>
      </w:r>
    </w:p>
    <w:p>
      <w:r>
        <w:rPr>
          <w:b/>
        </w:rPr>
        <w:t xml:space="preserve">[1:12:18] </w:t>
      </w:r>
      <w:r>
        <w:t>to is ka nateeja ulta</w:t>
      </w:r>
    </w:p>
    <w:p>
      <w:pPr>
        <w:jc w:val="right"/>
      </w:pPr>
      <w:r>
        <w:t>تو اس کا نتیجہ الٹا</w:t>
      </w:r>
    </w:p>
    <w:p>
      <w:r>
        <w:rPr>
          <w:b/>
        </w:rPr>
        <w:t xml:space="preserve">[1:12:22] </w:t>
      </w:r>
      <w:r>
        <w:t>ho raha hai.</w:t>
      </w:r>
    </w:p>
    <w:p>
      <w:pPr>
        <w:jc w:val="right"/>
      </w:pPr>
      <w:r>
        <w:t>ہو رہا ہے۔</w:t>
      </w:r>
    </w:p>
    <w:p>
      <w:r>
        <w:rPr>
          <w:b/>
        </w:rPr>
        <w:t xml:space="preserve">[1:12:27] </w:t>
      </w:r>
      <w:r>
        <w:t>log is ko apne khilaf samajh kar aur zyada shadeed ho jayenge aur islaah ka kaam mushkil</w:t>
      </w:r>
    </w:p>
    <w:p>
      <w:pPr>
        <w:jc w:val="right"/>
      </w:pPr>
      <w:r>
        <w:t>لوگ اس کو اپنے خلاف سمجھ کر اور زیادہ شدید ہو جائیں گے اور اصلاح کا کام مشکل</w:t>
      </w:r>
    </w:p>
    <w:p>
      <w:r>
        <w:rPr>
          <w:b/>
        </w:rPr>
        <w:t xml:space="preserve">[1:12:33] </w:t>
      </w:r>
      <w:r>
        <w:t>se mushkil tar ho jayega.</w:t>
      </w:r>
    </w:p>
    <w:p>
      <w:pPr>
        <w:jc w:val="right"/>
      </w:pPr>
      <w:r>
        <w:t>سے مشکل تر ہو جائے گا۔</w:t>
      </w:r>
    </w:p>
    <w:p>
      <w:r>
        <w:rPr>
          <w:b/>
        </w:rPr>
        <w:t xml:space="preserve">[1:12:38] </w:t>
      </w:r>
      <w:r>
        <w:t>sab-o-shatm ke khilaf qatl ka fatwa is maamle mein sirf counter-productive sabit hoga.</w:t>
      </w:r>
    </w:p>
    <w:p>
      <w:pPr>
        <w:jc w:val="right"/>
      </w:pPr>
      <w:r>
        <w:t>سب و شتم کے خلاف قتل کا فتویٰ اس معاملے میں صرف کاؤنٹر پروڈکٹو ثابت ہوگا۔</w:t>
      </w:r>
    </w:p>
    <w:p>
      <w:r>
        <w:rPr>
          <w:b/>
        </w:rPr>
        <w:t xml:space="preserve">[1:12:43] </w:t>
      </w:r>
      <w:r>
        <w:t>woh islaah ka zariya nahi banega balkeh islaah ko mazeed mushkil banane ka sabab ban jayega.</w:t>
      </w:r>
    </w:p>
    <w:p>
      <w:pPr>
        <w:jc w:val="right"/>
      </w:pPr>
      <w:r>
        <w:t>وہ اصلاح کا ذریعہ نہیں بنے گا بلکہ اصلاح کو مزید مشکل بنانے کا سبب بن جائے گا۔</w:t>
      </w:r>
    </w:p>
    <w:p>
      <w:r>
        <w:rPr>
          <w:b/>
        </w:rPr>
        <w:t xml:space="preserve">[1:12:48] </w:t>
      </w:r>
      <w:r>
        <w:t>dars-e-quran wahi mufeed hai jo</w:t>
      </w:r>
    </w:p>
    <w:p>
      <w:pPr>
        <w:jc w:val="right"/>
      </w:pPr>
      <w:r>
        <w:t>درس قرآن وہی مفید ہے جو</w:t>
      </w:r>
    </w:p>
    <w:p>
      <w:r>
        <w:rPr>
          <w:b/>
        </w:rPr>
        <w:t xml:space="preserve">[1:12:53] </w:t>
      </w:r>
      <w:r>
        <w:t>tatbeeqi andaaz mein kiya jaye.</w:t>
      </w:r>
    </w:p>
    <w:p>
      <w:pPr>
        <w:jc w:val="right"/>
      </w:pPr>
      <w:r>
        <w:t>تطبیقی انداز میں کیا جائے۔</w:t>
      </w:r>
    </w:p>
    <w:p>
      <w:r>
        <w:rPr>
          <w:b/>
        </w:rPr>
        <w:t xml:space="preserve">[1:13:00] </w:t>
      </w:r>
      <w:r>
        <w:t>quran fehmi ka asloob.</w:t>
      </w:r>
    </w:p>
    <w:p>
      <w:pPr>
        <w:jc w:val="right"/>
      </w:pPr>
      <w:r>
        <w:t>قرآن فہمی کا اسلوب۔</w:t>
      </w:r>
    </w:p>
    <w:p>
      <w:r>
        <w:rPr>
          <w:b/>
        </w:rPr>
        <w:t xml:space="preserve">[1:13:08] </w:t>
      </w:r>
      <w:r>
        <w:t>quran bilashubah ek khodai kitab hai lekin amalan woh insani zaban mein utara gaya hai taakeh woh insan</w:t>
      </w:r>
    </w:p>
    <w:p>
      <w:pPr>
        <w:jc w:val="right"/>
      </w:pPr>
      <w:r>
        <w:t>قرآن بلاشبہ ایک خدائی کتاب ہے لیکن عملاً وہ انسانی زبان میں اتارا گیا ہے تاکہ وہ انسان</w:t>
      </w:r>
    </w:p>
    <w:p>
      <w:r>
        <w:rPr>
          <w:b/>
        </w:rPr>
        <w:t xml:space="preserve">[1:13:16] </w:t>
      </w:r>
      <w:r>
        <w:t>ke liye poori tarah qabil-e-fehm ho sake.</w:t>
      </w:r>
    </w:p>
    <w:p>
      <w:pPr>
        <w:jc w:val="right"/>
      </w:pPr>
      <w:r>
        <w:t>کے لیے پوری طرح قابل فہم ہو سکے۔</w:t>
      </w:r>
    </w:p>
    <w:p>
      <w:r>
        <w:rPr>
          <w:b/>
        </w:rPr>
        <w:t xml:space="preserve">[1:13:23] </w:t>
      </w:r>
      <w:r>
        <w:t>baad ke zamane mein quran ke liye muqaddas quran ya holy quran aur paater quran jaise alfaaz istemal</w:t>
      </w:r>
    </w:p>
    <w:p>
      <w:pPr>
        <w:jc w:val="right"/>
      </w:pPr>
      <w:r>
        <w:t>بعد کے زمانے میں قرآن کے لیے مقدس قرآن یا ہولی قرآن اور پوتر قرآن جیسے الفاظ استعمال</w:t>
      </w:r>
    </w:p>
    <w:p>
      <w:r>
        <w:rPr>
          <w:b/>
        </w:rPr>
        <w:t xml:space="preserve">[1:13:29] </w:t>
      </w:r>
      <w:r>
        <w:t>kiye jaane lage magar yeh asloob quran o hadees mein kahin bhi maujood nahi hai.</w:t>
      </w:r>
    </w:p>
    <w:p>
      <w:pPr>
        <w:jc w:val="right"/>
      </w:pPr>
      <w:r>
        <w:t>کیے جانے لگے مگر یہ اسلوب قرآن و حدیث میں کہیں بھی موجود نہیں ہے۔</w:t>
      </w:r>
    </w:p>
    <w:p>
      <w:r>
        <w:rPr>
          <w:b/>
        </w:rPr>
        <w:t xml:space="preserve">[1:13:35] </w:t>
      </w:r>
      <w:r>
        <w:t>yeh asloob bilashubah muzahamat ke qabeel se hai.</w:t>
      </w:r>
    </w:p>
    <w:p>
      <w:pPr>
        <w:jc w:val="right"/>
      </w:pPr>
      <w:r>
        <w:t>یہ اسلوب بلاشبہ مضاحات کے قبیل سے ہے۔</w:t>
      </w:r>
    </w:p>
    <w:p>
      <w:r>
        <w:rPr>
          <w:b/>
        </w:rPr>
        <w:t xml:space="preserve">[1:13:41] </w:t>
      </w:r>
      <w:r>
        <w:t>woh islam ka saabit shuda asloob nahi.</w:t>
      </w:r>
    </w:p>
    <w:p>
      <w:pPr>
        <w:jc w:val="right"/>
      </w:pPr>
      <w:r>
        <w:t>وہ اسلام کا ثابت شدہ اسلوب نہیں۔</w:t>
      </w:r>
    </w:p>
    <w:p>
      <w:r>
        <w:rPr>
          <w:b/>
        </w:rPr>
        <w:t xml:space="preserve">[1:13:47] </w:t>
      </w:r>
      <w:r>
        <w:t>ghaliban isi zehan ko khatam karne ke liye quran ki 29 suraton ka aaghaz</w:t>
      </w:r>
    </w:p>
    <w:p>
      <w:pPr>
        <w:jc w:val="right"/>
      </w:pPr>
      <w:r>
        <w:t>غالباً اسی ذہن کو ختم کرنے کے لیے قرآن کی 29 سورتوں کا آغاز</w:t>
      </w:r>
    </w:p>
    <w:p>
      <w:r>
        <w:rPr>
          <w:b/>
        </w:rPr>
        <w:t xml:space="preserve">[1:13:53] </w:t>
      </w:r>
      <w:r>
        <w:t>huroof-e-muqatta'at ya disjointed letters se kiya gaya hai.</w:t>
      </w:r>
    </w:p>
    <w:p>
      <w:pPr>
        <w:jc w:val="right"/>
      </w:pPr>
      <w:r>
        <w:t>حروف مقطعات یا ڈس جوائنٹڈ لیٹرز سے کیا گیا ہے۔</w:t>
      </w:r>
    </w:p>
    <w:p>
      <w:r>
        <w:rPr>
          <w:b/>
        </w:rPr>
        <w:t xml:space="preserve">[1:13:59] </w:t>
      </w:r>
      <w:r>
        <w:t>huroof-e-muqatta'at ka asloob batata hai ke quran insani zaban mein utara gaya hai.</w:t>
      </w:r>
    </w:p>
    <w:p>
      <w:pPr>
        <w:jc w:val="right"/>
      </w:pPr>
      <w:r>
        <w:t>حروف مقطعات کا اسلوب بتاتا ہے کہ قرآن انسانی زبان میں اتارا گیا ہے۔</w:t>
      </w:r>
    </w:p>
    <w:p>
      <w:r>
        <w:rPr>
          <w:b/>
        </w:rPr>
        <w:t xml:space="preserve">[1:14:05] </w:t>
      </w:r>
      <w:r>
        <w:t>woh kisi malakooti zaban ya milla-e-aala ki zaban mein nahi hai.</w:t>
      </w:r>
    </w:p>
    <w:p>
      <w:pPr>
        <w:jc w:val="right"/>
      </w:pPr>
      <w:r>
        <w:t>وہ کسی ملکوتی زبان یا ملائے اعلیٰ کی زبان میں نہیں ہے۔</w:t>
      </w:r>
    </w:p>
    <w:p>
      <w:r>
        <w:rPr>
          <w:b/>
        </w:rPr>
        <w:t xml:space="preserve">[1:14:11] </w:t>
      </w:r>
      <w:r>
        <w:t>isi zehan ki wajah se baad ke zamane mein yeh samajh liya gaya ke quran ka mubalgha aamez</w:t>
      </w:r>
    </w:p>
    <w:p>
      <w:pPr>
        <w:jc w:val="right"/>
      </w:pPr>
      <w:r>
        <w:t>اسی ذہن کی وجہ سے بعد کے زمانے میں یہ سمجھ لیا گیا کہ قرآن کا مبالغہ آمیز</w:t>
      </w:r>
    </w:p>
    <w:p>
      <w:r>
        <w:rPr>
          <w:b/>
        </w:rPr>
        <w:t xml:space="preserve">[1:14:17] </w:t>
      </w:r>
      <w:r>
        <w:t>andaaz mein ehtiram karna aur quran ke alfaaz ko makharij</w:t>
      </w:r>
    </w:p>
    <w:p>
      <w:pPr>
        <w:jc w:val="right"/>
      </w:pPr>
      <w:r>
        <w:t>انداز میں احترام کرنا اور قرآن کے الفاظ کو مخارج</w:t>
      </w:r>
    </w:p>
    <w:p>
      <w:r>
        <w:rPr>
          <w:b/>
        </w:rPr>
        <w:t xml:space="preserve">[1:14:24] </w:t>
      </w:r>
      <w:r>
        <w:t>ki kamil sehat ke sath dohrana isi se quran ka haq ada ho jata hai. is ghair matloob zehn ka sab se bara nuqsan yeh hua ke quran fehmi ka amal durust andaaz mein jaari na reh saka. quran ki bohat si aayaton ko hamaray ulama aur mufassireen samajhnay se qaasir rahay kyun ke unhon ne quran ke alfaaz ko muqaddas samajh liya</w:t>
      </w:r>
    </w:p>
    <w:p>
      <w:pPr>
        <w:jc w:val="right"/>
      </w:pPr>
      <w:r>
        <w:t>کی کامل صحت کے ساتھ دہرا لینا اسی سے قرآن کا حق ادا ہو جاتا ہے۔ اس غیر مطلوب ذہن کا سب سے بڑا نقصان یہ ہوا کہ قرآن فہمی کا عمل درست انداز میں جاری نہ رہ سکا۔ قرآن کی بہت سی آیتوں کو ہمارے علماء اور مفسرین سمجھنے سے قاصر رہے کیونکہ انہوں نے قرآن کے الفاظ کو مقدس سمجھ لیا</w:t>
      </w:r>
    </w:p>
    <w:p>
      <w:r>
        <w:rPr>
          <w:b/>
        </w:rPr>
        <w:t xml:space="preserve">[1:14:54] </w:t>
      </w:r>
      <w:r>
        <w:t>jinko sirf unke zahiri maani mein liya ja sakta hai.</w:t>
      </w:r>
    </w:p>
    <w:p>
      <w:pPr>
        <w:jc w:val="right"/>
      </w:pPr>
      <w:r>
        <w:t>جن کو صرف ان کے ظاہری معنی میں لیا جا سکتا ہے۔</w:t>
      </w:r>
    </w:p>
    <w:p>
      <w:r>
        <w:rPr>
          <w:b/>
        </w:rPr>
        <w:t xml:space="preserve">[1:15:01] </w:t>
      </w:r>
      <w:r>
        <w:t>iski wajah se quran mein ghore o fikr ke liye ijtihadi asloob ka khatma ho gaya.</w:t>
      </w:r>
    </w:p>
    <w:p>
      <w:pPr>
        <w:jc w:val="right"/>
      </w:pPr>
      <w:r>
        <w:t>اس کی وجہ سے قرآن میں غور و فکر کے لیے اجتہادی اسلوب کا خاتمہ ہو گیا۔</w:t>
      </w:r>
    </w:p>
    <w:p>
      <w:r>
        <w:rPr>
          <w:b/>
        </w:rPr>
        <w:t xml:space="preserve">[1:15:09] </w:t>
      </w:r>
      <w:r>
        <w:t>misal ke taur par quran ki ek aayat un alfaaz mein aayi hai: "wa qim min nabiyyin qatal ma'ahu</w:t>
      </w:r>
    </w:p>
    <w:p>
      <w:pPr>
        <w:jc w:val="right"/>
      </w:pPr>
      <w:r>
        <w:t>مثال کے طور پر قرآن کی ایک آیت ان الفاظ میں آئی ہے: "وقیم من نبی قاتل معہ</w:t>
      </w:r>
    </w:p>
    <w:p>
      <w:r>
        <w:rPr>
          <w:b/>
        </w:rPr>
        <w:t xml:space="preserve">[1:15:16] </w:t>
      </w:r>
      <w:r>
        <w:t>rabbiyyun kathirun famaa wahannu limaa asabuhum fi sabilillahi wama da'ufuu wama istakanu</w:t>
      </w:r>
    </w:p>
    <w:p>
      <w:pPr>
        <w:jc w:val="right"/>
      </w:pPr>
      <w:r>
        <w:t>ربیون کثیر فما وہن لما اصابہم فی سبیل اللہ وما دعفو وما استکان</w:t>
      </w:r>
    </w:p>
    <w:p>
      <w:r>
        <w:rPr>
          <w:b/>
        </w:rPr>
        <w:t xml:space="preserve">[1:15:24] </w:t>
      </w:r>
      <w:r>
        <w:t>wallahu yuhibbu al-sabirin". quran ki is aayat mein qitaal ka lafz aaya hai. is ko lafzi maani mein le kar yeh samajh liya gaya ke bohat se nabiyon ne apne zamanay mein musallah qitaal kiya hai halankay qitaal ke in waqiaat ka koi saboot na hadees mein hai aur na tareekh mein. haqeeqat yeh hai ke qitaal ka lafz is aayat mein insani usloob</w:t>
      </w:r>
    </w:p>
    <w:p>
      <w:pPr>
        <w:jc w:val="right"/>
      </w:pPr>
      <w:r>
        <w:t>و واللہ یحب الصابرین"۔ قرآن کی اس آیت میں قتال کا لفظ آیا ہے۔ اس کو لفظی معنی میں لے کر یہ سمجھ لیا گیا کہ بہت سے نبیوں نے اپنے زمانے میں مسلح قتال کیا ہے حالانکہ قتال کے ان واقعات کا کوئی ثبوت نہ حدیث میں ہے اور نہ تاریخ میں۔ حقیقت یہ ہے کہ قتال کا لفظ اس آیت میں انسانی اسل</w:t>
      </w:r>
    </w:p>
    <w:p>
      <w:r>
        <w:rPr>
          <w:b/>
        </w:rPr>
        <w:t xml:space="preserve">[1:15:54] </w:t>
      </w:r>
      <w:r>
        <w:t>ke aitbar se aaya hai yaani shadeed jad-o-jehad. mislan insani zabaan mein kaha jata hai ke humain is maamlay mein fight to the finish ki spirit ke sath kaam karna hai ya yeh kaha jata hai ke humain corruption ke khilaaf jang karna hai. yeh tamam alfaaz shadeed jad-o-jehad ya utmost struggle ke maani mein hain na ke lafzi aitbar se jang-o-qitaal ke maani mein. yahi maamla</w:t>
      </w:r>
    </w:p>
    <w:p>
      <w:pPr>
        <w:jc w:val="right"/>
      </w:pPr>
      <w:r>
        <w:t>وب کے اعتبار سے آیا ہے یعنی شدید جدوجہد۔ مثلاً انسانی زبان میں کہا جاتا ہے کہ ہمیں اس معاملے میں فائٹ ٹو دی فنش کی سپرٹ کے ساتھ کام کرنا ہے یا یہ کہا جاتا ہے کہ ہمیں کرپشن کے خلاف جنگ کرنا ہے۔ یہ تمام الفاظ شدید جدوجہد یا ایٹموسٹ سٹرگل کے معنی میں ہیں نہ کہ لفظی اعتبار سے جنگ و قتال کے معنی میں۔ یہی مع</w:t>
      </w:r>
    </w:p>
    <w:p>
      <w:r>
        <w:rPr>
          <w:b/>
        </w:rPr>
        <w:t xml:space="preserve">[1:16:24] </w:t>
      </w:r>
      <w:r>
        <w:t>amla hadees-e-rasool ke saath bhi pesh aaya.</w:t>
      </w:r>
    </w:p>
    <w:p>
      <w:pPr>
        <w:jc w:val="right"/>
      </w:pPr>
      <w:r>
        <w:t>املہ حدیث رسول کے ساتھ بھی پیش آیا۔</w:t>
      </w:r>
    </w:p>
    <w:p>
      <w:r>
        <w:rPr>
          <w:b/>
        </w:rPr>
        <w:t xml:space="preserve">[1:16:29] </w:t>
      </w:r>
      <w:r>
        <w:t>log hadees ke kalam ko bilkul lafzi maani mein lene lage.</w:t>
      </w:r>
    </w:p>
    <w:p>
      <w:pPr>
        <w:jc w:val="right"/>
      </w:pPr>
      <w:r>
        <w:t>لوگ حدیث کے کلام کو بالکل لفظی معنی میں لینے لگے۔</w:t>
      </w:r>
    </w:p>
    <w:p>
      <w:r>
        <w:rPr>
          <w:b/>
        </w:rPr>
        <w:t xml:space="preserve">[1:16:34] </w:t>
      </w:r>
      <w:r>
        <w:t>misalan mutaddad riwayaton mein aaya hai ke Allah ka ek ism-e-azam hai aur jo aadmi ism-e-azam</w:t>
      </w:r>
    </w:p>
    <w:p>
      <w:pPr>
        <w:jc w:val="right"/>
      </w:pPr>
      <w:r>
        <w:t>مثلاً متعدد روایتوں میں آیا ہے کہ اللہ کا ایک اسم اعظم ہے اور جو آدمی اسم اعظم</w:t>
      </w:r>
    </w:p>
    <w:p>
      <w:r>
        <w:rPr>
          <w:b/>
        </w:rPr>
        <w:t xml:space="preserve">[1:16:39] </w:t>
      </w:r>
      <w:r>
        <w:t>ke saath dua kare woh zaroor qubool hoti hai.</w:t>
      </w:r>
    </w:p>
    <w:p>
      <w:pPr>
        <w:jc w:val="right"/>
      </w:pPr>
      <w:r>
        <w:t>کے ساتھ دعا کرے وہ ضرور قبول ہوتی ہے۔</w:t>
      </w:r>
    </w:p>
    <w:p>
      <w:r>
        <w:rPr>
          <w:b/>
        </w:rPr>
        <w:t xml:space="preserve">[1:16:44] </w:t>
      </w:r>
      <w:r>
        <w:t>isi tarah hadees mein aaya hai ke Allah ke 99 naam hain.</w:t>
      </w:r>
    </w:p>
    <w:p>
      <w:pPr>
        <w:jc w:val="right"/>
      </w:pPr>
      <w:r>
        <w:t>اسی طرح حدیث میں آیا ہے کہ اللہ کے 99 نام ہیں۔</w:t>
      </w:r>
    </w:p>
    <w:p>
      <w:r>
        <w:rPr>
          <w:b/>
        </w:rPr>
        <w:t xml:space="preserve">[1:16:49] </w:t>
      </w:r>
      <w:r>
        <w:t>logon ne yeh 99 naam bator khud mutayyan kar liye</w:t>
      </w:r>
    </w:p>
    <w:p>
      <w:pPr>
        <w:jc w:val="right"/>
      </w:pPr>
      <w:r>
        <w:t>لوگوں نے یہ 99 نام بطور خود متعین کر لیے</w:t>
      </w:r>
    </w:p>
    <w:p>
      <w:r>
        <w:rPr>
          <w:b/>
        </w:rPr>
        <w:t xml:space="preserve">[1:16:54] </w:t>
      </w:r>
      <w:r>
        <w:t>aur yeh talash karna shuru kiya ke is mein se ism e aazam kaun sa hai.</w:t>
      </w:r>
    </w:p>
    <w:p>
      <w:pPr>
        <w:jc w:val="right"/>
      </w:pPr>
      <w:r>
        <w:t>اور یہ تلاش کرنا شروع کیا کہ اس میں سے اسم اعظم کون سا ہے۔</w:t>
      </w:r>
    </w:p>
    <w:p>
      <w:r>
        <w:rPr>
          <w:b/>
        </w:rPr>
        <w:t xml:space="preserve">[1:17:00] </w:t>
      </w:r>
      <w:r>
        <w:t>is qism ki koshishon ka Islam se koi talluq nahi kyunke Quran o Hadees se sabit hai ke</w:t>
      </w:r>
    </w:p>
    <w:p>
      <w:pPr>
        <w:jc w:val="right"/>
      </w:pPr>
      <w:r>
        <w:t>اس قسم کی کوششوں کا اسلام سے کوئی تعلق نہیں کیونکہ قرآن و حدیث سے ثابت ہے کہ</w:t>
      </w:r>
    </w:p>
    <w:p>
      <w:r>
        <w:rPr>
          <w:b/>
        </w:rPr>
        <w:t xml:space="preserve">[1:17:06] </w:t>
      </w:r>
      <w:r>
        <w:t>lafzi mani ke ilawa bhi murad ho sakta hai. Sahih Bukhari.</w:t>
      </w:r>
    </w:p>
    <w:p>
      <w:pPr>
        <w:jc w:val="right"/>
      </w:pPr>
      <w:r>
        <w:t>لفظی معنی کے علاوہ بھی مراد ہو سکتا ہے۔ صحیح بخاری۔</w:t>
      </w:r>
    </w:p>
    <w:p>
      <w:r>
        <w:rPr>
          <w:b/>
        </w:rPr>
        <w:t xml:space="preserve">[1:17:12] </w:t>
      </w:r>
      <w:r>
        <w:t>Sahih yeh hai ke Hadees mein mazkoor ism e aazam se murad koi mutayyan naam nahi hai balke is</w:t>
      </w:r>
    </w:p>
    <w:p>
      <w:pPr>
        <w:jc w:val="right"/>
      </w:pPr>
      <w:r>
        <w:t>صحیح یہ ہے کہ حدیث میں مذکور اسم اعظم سے مراد کوئی متعین نام نہیں ہے بلکہ اس</w:t>
      </w:r>
    </w:p>
    <w:p>
      <w:r>
        <w:rPr>
          <w:b/>
        </w:rPr>
        <w:t xml:space="preserve">[1:17:18] </w:t>
      </w:r>
      <w:r>
        <w:t>ka matlab yeh hai ke koi aadmi Allah ko aise usloob mein pukare</w:t>
      </w:r>
    </w:p>
    <w:p>
      <w:pPr>
        <w:jc w:val="right"/>
      </w:pPr>
      <w:r>
        <w:t>کا مطلب یہ ہے کہ کوئی آدمی اللہ کو ایسے اسلوب میں پکارے</w:t>
      </w:r>
    </w:p>
    <w:p>
      <w:r>
        <w:rPr>
          <w:b/>
        </w:rPr>
        <w:t xml:space="preserve">[1:17:24] </w:t>
      </w:r>
      <w:r>
        <w:t>jo Allah ki rehmat ko inook karne wala ho to aisi dua Allah ke haan zaroor qabool hoti hai.</w:t>
      </w:r>
    </w:p>
    <w:p>
      <w:pPr>
        <w:jc w:val="right"/>
      </w:pPr>
      <w:r>
        <w:t>جو اللہ کی رحمت کو انوک کرنے والا ہو تو ایسی دعا اللہ کے ہاں ضرور قبول ہوتی ہے۔</w:t>
      </w:r>
    </w:p>
    <w:p>
      <w:r>
        <w:rPr>
          <w:b/>
        </w:rPr>
        <w:t xml:space="preserve">[1:17:32] </w:t>
      </w:r>
      <w:r>
        <w:t>misalan kisi shakhs se ek ghalti ho jaye is ke baad us aadmi ko apni ghalti ka shadeed</w:t>
      </w:r>
    </w:p>
    <w:p>
      <w:pPr>
        <w:jc w:val="right"/>
      </w:pPr>
      <w:r>
        <w:t>مثلاً کسی شخص سے ایک غلطی ہو جائے اس کے بعد اس آدمی کو اپنی غلطی کا شدید</w:t>
      </w:r>
    </w:p>
    <w:p>
      <w:r>
        <w:rPr>
          <w:b/>
        </w:rPr>
        <w:t xml:space="preserve">[1:17:39] </w:t>
      </w:r>
      <w:r>
        <w:t>ehsas ho woh be-tabana tor par sajde mein gir pade aur rote hue kahe ke ya Allah</w:t>
      </w:r>
    </w:p>
    <w:p>
      <w:pPr>
        <w:jc w:val="right"/>
      </w:pPr>
      <w:r>
        <w:t>احساس ہو وہ بے تابانہ طور پر سجدے میں گر پڑے اور روتے ہوئے کہے کہ یا اللہ</w:t>
      </w:r>
    </w:p>
    <w:p>
      <w:r>
        <w:rPr>
          <w:b/>
        </w:rPr>
        <w:t xml:space="preserve">[1:17:47] </w:t>
      </w:r>
      <w:r>
        <w:t>tu ne mujh ko zaeef paida kiya apne is zuaf ki bina par mujh se ghalti ho gayi</w:t>
      </w:r>
    </w:p>
    <w:p>
      <w:pPr>
        <w:jc w:val="right"/>
      </w:pPr>
      <w:r>
        <w:t>تو نے مجھ کو ضعیف پیدا کیا اپنے اس ضعف کی بنا پر مجھ سے غلطی ہو گئی</w:t>
      </w:r>
    </w:p>
    <w:p>
      <w:r>
        <w:rPr>
          <w:b/>
        </w:rPr>
        <w:t xml:space="preserve">[1:17:54] </w:t>
      </w:r>
      <w:r>
        <w:t>ab tere siwa kaun hai jo meri is ghalti ko sambhalay jo mujh ko is ghalti ke anjaam se bachaye khudaaya tu mera rab hai tere siwa kaun hai jis se main umeed karoon ke woh meri ghalti ko sambhalay ga aur mujh ko meri ghalti ke anjaam se bachaye ga aadmi yeh alfaaz bolay aur us ki aankhein bay-tabana tor par aansu baha rahi hon agar koi</w:t>
      </w:r>
    </w:p>
    <w:p>
      <w:pPr>
        <w:jc w:val="right"/>
      </w:pPr>
      <w:r>
        <w:t>اب تیرے سوا کون ہے جو میری اس غلطی کو سنبھالے جو مجھ کو اس غلطی کے انجام سے بچائے خدایا تو میرا رب ہے تیرے سوا کون ہے جس سے میں امید کروں کہ وہ میری غلطی کو سنبھالے گا اور مجھ کو میری غلطی کے انجام سے بچائے گا آدمی یہ الفاظ بولے اور اس کی آنکھیں بے تابانہ طور پر آنسو بہا رہی ہوں اگر کوئی</w:t>
      </w:r>
    </w:p>
    <w:p>
      <w:r>
        <w:rPr>
          <w:b/>
        </w:rPr>
        <w:t xml:space="preserve">[1:18:24] </w:t>
      </w:r>
      <w:r>
        <w:t>shakhs apni tanhaiyon mein is tarah Allah ko pukare to is ka yeh pukarna Allah ko ism e aazam</w:t>
      </w:r>
    </w:p>
    <w:p>
      <w:pPr>
        <w:jc w:val="right"/>
      </w:pPr>
      <w:r>
        <w:t>شخص اپنی تنہائیوں میں اس طرح اللہ کو پکارے تو اس کا یہ پکارنا اللہ کو اسم اعظم</w:t>
      </w:r>
    </w:p>
    <w:p>
      <w:r>
        <w:rPr>
          <w:b/>
        </w:rPr>
        <w:t xml:space="preserve">[1:18:35] </w:t>
      </w:r>
      <w:r>
        <w:t>ke sath pukarna hoga aur ain mumkin hai ke is ki pukar Allah ke haan qabooliyat ka darja</w:t>
      </w:r>
    </w:p>
    <w:p>
      <w:pPr>
        <w:jc w:val="right"/>
      </w:pPr>
      <w:r>
        <w:t>کے ساتھ پکارنا ہوگا اور عین ممکن ہے کہ اس کی پکار اللہ کے ہاں قبولیت کا درجہ</w:t>
      </w:r>
    </w:p>
    <w:p>
      <w:r>
        <w:rPr>
          <w:b/>
        </w:rPr>
        <w:t xml:space="preserve">[1:18:45] </w:t>
      </w:r>
      <w:r>
        <w:t>hasil kar le Quran ki hidayat</w:t>
      </w:r>
    </w:p>
    <w:p>
      <w:pPr>
        <w:jc w:val="right"/>
      </w:pPr>
      <w:r>
        <w:t>حاصل کر لے قرآن کی ہدایت</w:t>
      </w:r>
    </w:p>
    <w:p>
      <w:r>
        <w:rPr>
          <w:b/>
        </w:rPr>
        <w:t xml:space="preserve">[1:18:56] </w:t>
      </w:r>
      <w:r>
        <w:t>Quran mein hidayat paane ke ek usool ko in alfaaz mein bayan kiya gaya hai innal laha la</w:t>
      </w:r>
    </w:p>
    <w:p>
      <w:pPr>
        <w:jc w:val="right"/>
      </w:pPr>
      <w:r>
        <w:t>قرآن میں ہدایت پانے کے ایک اصول کو ان الفاظ میں بیان کیا گیا ہے ان اللہ لا</w:t>
      </w:r>
    </w:p>
    <w:p>
      <w:r>
        <w:rPr>
          <w:b/>
        </w:rPr>
        <w:t xml:space="preserve">[1:19:06] </w:t>
      </w:r>
      <w:r>
        <w:t>yastahi masalan ma bawozdat fa ma fawqahu allazeena amanu ya'lamuna annahu alhaqqu min rabbihim allazeena kafaroo fayaqooloona matha arada</w:t>
      </w:r>
    </w:p>
    <w:p>
      <w:pPr>
        <w:jc w:val="right"/>
      </w:pPr>
      <w:r>
        <w:t>یستحی مثلاً ما بعوذت فما فوقہ الذین امنو یعلمون انہ الحق من ربہم الذین کفرو فیقولون ماذا اراد</w:t>
      </w:r>
    </w:p>
    <w:p>
      <w:r>
        <w:rPr>
          <w:b/>
        </w:rPr>
        <w:t xml:space="preserve">[1:19:16] </w:t>
      </w:r>
      <w:r>
        <w:t>allahu bi hatha mathalan yuzillu</w:t>
      </w:r>
    </w:p>
    <w:p>
      <w:pPr>
        <w:jc w:val="right"/>
      </w:pPr>
      <w:r>
        <w:t>اللہ بهذا مثلاً یزل</w:t>
      </w:r>
    </w:p>
    <w:p>
      <w:r>
        <w:rPr>
          <w:b/>
        </w:rPr>
        <w:t xml:space="preserve">[1:19:26] </w:t>
      </w:r>
      <w:r>
        <w:t>bih katheran wa yahdee bihi katheran wa ma yuzillu bihi illal fasiqeen yani Allah is se nahi sharmata ke bayan</w:t>
      </w:r>
    </w:p>
    <w:p>
      <w:pPr>
        <w:jc w:val="right"/>
      </w:pPr>
      <w:r>
        <w:t>بہ کثیراً ویہدی بہ کثیراً وما یزل بہ الا الفاسقین یعنی اللہ اس سے نہیں شرماتا کہ بیان</w:t>
      </w:r>
    </w:p>
    <w:p>
      <w:r>
        <w:rPr>
          <w:b/>
        </w:rPr>
        <w:t xml:space="preserve">[1:19:34] </w:t>
      </w:r>
      <w:r>
        <w:t>kare misal machhar ki ya is se bhi kisi choti cheez ki phir jo imaan wale hain woh</w:t>
      </w:r>
    </w:p>
    <w:p>
      <w:pPr>
        <w:jc w:val="right"/>
      </w:pPr>
      <w:r>
        <w:t>کرے مثال مچھر کی یا اس سے بھی کسی چھوٹی چیز کی پھر جو ایمان والے ہیں وہ</w:t>
      </w:r>
    </w:p>
    <w:p>
      <w:r>
        <w:rPr>
          <w:b/>
        </w:rPr>
        <w:t xml:space="preserve">[1:19:41] </w:t>
      </w:r>
      <w:r>
        <w:t>jaante hain ke woh haq hai un ke Rabb ki janib se aur jo munkir hain woh kehte</w:t>
      </w:r>
    </w:p>
    <w:p>
      <w:pPr>
        <w:jc w:val="right"/>
      </w:pPr>
      <w:r>
        <w:t>جانتے ہیں کہ وہ حق ہے ان کے رب کی جانب سے اور جو منکر ہیں وہ کہتے</w:t>
      </w:r>
    </w:p>
    <w:p>
      <w:r>
        <w:rPr>
          <w:b/>
        </w:rPr>
        <w:t xml:space="preserve">[1:19:49] </w:t>
      </w:r>
      <w:r>
        <w:t>hain ke is misal ko bayan kar ke Allah ne kya</w:t>
      </w:r>
    </w:p>
    <w:p>
      <w:pPr>
        <w:jc w:val="right"/>
      </w:pPr>
      <w:r>
        <w:t>ہیں کہ اس مثال کو بیان کر کے اللہ نے کیا</w:t>
      </w:r>
    </w:p>
    <w:p>
      <w:r>
        <w:rPr>
          <w:b/>
        </w:rPr>
        <w:t xml:space="preserve">[1:19:56] </w:t>
      </w:r>
      <w:r>
        <w:t>chaha hai Allah is ke zariye bahut se logon ko gumrah karta hai aur bahut se logon ko</w:t>
      </w:r>
    </w:p>
    <w:p>
      <w:pPr>
        <w:jc w:val="right"/>
      </w:pPr>
      <w:r>
        <w:t>چاہا ہے اللہ اس کے ذریعے بہت سے لوگوں کو گمراہ کرتا ہے اور بہت سے لوگوں کو</w:t>
      </w:r>
    </w:p>
    <w:p>
      <w:r>
        <w:rPr>
          <w:b/>
        </w:rPr>
        <w:t xml:space="preserve">[1:20:04] </w:t>
      </w:r>
      <w:r>
        <w:t>is se rah dikhata hai aur woh gumrah karta hai un logon ko jo nafarmani karne wale hain</w:t>
      </w:r>
    </w:p>
    <w:p>
      <w:pPr>
        <w:jc w:val="right"/>
      </w:pPr>
      <w:r>
        <w:t>اس سے راہ دکھاتا ہے اور وہ گمراہ کرتا ہے ان لوگوں کو جو نافرمانی کرنے والے ہیں</w:t>
      </w:r>
    </w:p>
    <w:p>
      <w:r>
        <w:rPr>
          <w:b/>
        </w:rPr>
        <w:t xml:space="preserve">[1:20:12] </w:t>
      </w:r>
      <w:r>
        <w:t>koi baat riyaziyat ki zaban mein kahi jaye to is mein ikhtilaf ki gunjaish nahi hai lekin mazhab</w:t>
      </w:r>
    </w:p>
    <w:p>
      <w:pPr>
        <w:jc w:val="right"/>
      </w:pPr>
      <w:r>
        <w:t>کوئی بات ریاضیات کی زبان میں کہی جائے تو اس میں اختلاف کی گنجائش نہیں ہے لیکن مذہب</w:t>
      </w:r>
    </w:p>
    <w:p>
      <w:r>
        <w:rPr>
          <w:b/>
        </w:rPr>
        <w:t xml:space="preserve">[1:20:19] </w:t>
      </w:r>
      <w:r>
        <w:t>ka talluq humanity se hai is liye mazhab mein</w:t>
      </w:r>
    </w:p>
    <w:p>
      <w:pPr>
        <w:jc w:val="right"/>
      </w:pPr>
      <w:r>
        <w:t>کا تعلق ہیومینٹی سے ہے اس لیے مذہب میں</w:t>
      </w:r>
    </w:p>
    <w:p>
      <w:r>
        <w:rPr>
          <w:b/>
        </w:rPr>
        <w:t xml:space="preserve">[1:20:27] </w:t>
      </w:r>
      <w:r>
        <w:t>hamesha yeh gunjaish rehti hai ke aadmi kisi baat ki sahi taweel kar ke is se hidayat paaye</w:t>
      </w:r>
    </w:p>
    <w:p>
      <w:pPr>
        <w:jc w:val="right"/>
      </w:pPr>
      <w:r>
        <w:t>ہمیشہ یہ گنجائش رہتی ہے کہ آدمی کسی بات کی صحیح تاویل کر کے اس سے ہدایت پائے</w:t>
      </w:r>
    </w:p>
    <w:p>
      <w:r>
        <w:rPr>
          <w:b/>
        </w:rPr>
        <w:t xml:space="preserve">[1:20:34] </w:t>
      </w:r>
      <w:r>
        <w:t>ya ghalat taweel kar ke gumrah ban jaye mislan agar machhar ki misaal se koi akhlaqi baat kahi</w:t>
      </w:r>
    </w:p>
    <w:p>
      <w:pPr>
        <w:jc w:val="right"/>
      </w:pPr>
      <w:r>
        <w:t>یا غلط تاویل کر کے گمراہ بن جائے مثلاً اگر مچھر کی مثال سے کوئی اخلاقی بات کہی</w:t>
      </w:r>
    </w:p>
    <w:p>
      <w:r>
        <w:rPr>
          <w:b/>
        </w:rPr>
        <w:t xml:space="preserve">[1:20:42] </w:t>
      </w:r>
      <w:r>
        <w:t>jaye to aadmi ko yeh mauqa hota hai ke woh asal mudda par dhyan de aisi halat mein</w:t>
      </w:r>
    </w:p>
    <w:p>
      <w:pPr>
        <w:jc w:val="right"/>
      </w:pPr>
      <w:r>
        <w:t>جائے تو آدمی کو یہ موقع ہوتا ہے کہ وہ اصل مدعا پر دھیان دے ایسی حالت میں</w:t>
      </w:r>
    </w:p>
    <w:p>
      <w:r>
        <w:rPr>
          <w:b/>
        </w:rPr>
        <w:t xml:space="preserve">[1:20:50] </w:t>
      </w:r>
      <w:r>
        <w:t>machhar ki misaal is ke</w:t>
      </w:r>
    </w:p>
    <w:p>
      <w:pPr>
        <w:jc w:val="right"/>
      </w:pPr>
      <w:r>
        <w:t>مچھر کی مثال اس کے</w:t>
      </w:r>
    </w:p>
    <w:p>
      <w:r>
        <w:rPr>
          <w:b/>
        </w:rPr>
        <w:t xml:space="preserve">[1:20:57] </w:t>
      </w:r>
      <w:r>
        <w:t>liye mufeed sabaq ka zariya ban jaye gi lekin agar woh ghair sanjeeda ho kar machhar ka mazaaq</w:t>
      </w:r>
    </w:p>
    <w:p>
      <w:pPr>
        <w:jc w:val="right"/>
      </w:pPr>
      <w:r>
        <w:t>لیے مفید سبق کا ذریعہ بن جائے گی لیکن اگر وہ غیر سنجیدہ ہو کر مچھر کا مذاق</w:t>
      </w:r>
    </w:p>
    <w:p>
      <w:r>
        <w:rPr>
          <w:b/>
        </w:rPr>
        <w:t xml:space="preserve">[1:21:05] </w:t>
      </w:r>
      <w:r>
        <w:t>udane lage to us ko machhar ki misaal se koi sabaq nahi mile ga quran ki kisi aayat</w:t>
      </w:r>
    </w:p>
    <w:p>
      <w:pPr>
        <w:jc w:val="right"/>
      </w:pPr>
      <w:r>
        <w:t>اڑانے لگے تو اس کو مچھر کی مثال سے کوئی سبق نہیں ملے گا قرآن کی کسی آیت</w:t>
      </w:r>
    </w:p>
    <w:p>
      <w:r>
        <w:rPr>
          <w:b/>
        </w:rPr>
        <w:t xml:space="preserve">[1:21:12] </w:t>
      </w:r>
      <w:r>
        <w:t>se sahih sabaq lene ke liye zaroori hai ke aadmi ke andar sanjeedgi ho woh baat ko sahih</w:t>
      </w:r>
    </w:p>
    <w:p>
      <w:pPr>
        <w:jc w:val="right"/>
      </w:pPr>
      <w:r>
        <w:t>سے صحیح سبق لینے کے لیے ضروری ہے کہ آدمی کے اندر سنجیدگی ہو وہ بات کو صحیح</w:t>
      </w:r>
    </w:p>
    <w:p>
      <w:r>
        <w:rPr>
          <w:b/>
        </w:rPr>
        <w:t xml:space="preserve">[1:21:20] </w:t>
      </w:r>
      <w:r>
        <w:t>zawiye se dekhe agar aadmi</w:t>
      </w:r>
    </w:p>
    <w:p>
      <w:pPr>
        <w:jc w:val="right"/>
      </w:pPr>
      <w:r>
        <w:t>زاویے سے دیکھے اگر آدمی</w:t>
      </w:r>
    </w:p>
    <w:p>
      <w:r>
        <w:rPr>
          <w:b/>
        </w:rPr>
        <w:t xml:space="preserve">[1:21:27] </w:t>
      </w:r>
      <w:r>
        <w:t>ke andar sanjeedgi na ho to woh hamesha baat ko ghalat zawiye se dekhe ga aur us ko sabak ke bajaye mazaaq ka mauzu bana le ga. mathematics ya mathematics mein is qism ki gunjaish nahi hoti lekin mazhab aur akhlaqiyat ke mauzu mein ghalat ta'weel ki bohat ziyada gunjaish hoti hai is liye mazhab aur akhlaqiyat</w:t>
      </w:r>
    </w:p>
    <w:p>
      <w:pPr>
        <w:jc w:val="right"/>
      </w:pPr>
      <w:r>
        <w:t>کے اندر سنجیدگی نہ ہو تو وہ ہمیشہ بات کو غلط زاویے سے دیکھے گا اور اس کو سبق کے بجائے مذاق کا موضوع بنا لے گا ریاضیات یا میتھمیٹکس میں اس قسم کی گنجائش نہیں ہوتی لیکن مذہب اور اخلاقیات کے موضوع میں غلط تاویل کی بہت زیادہ گنجائش ہوتی ہے اس لیے مذہب اور اخلا</w:t>
      </w:r>
    </w:p>
    <w:p>
      <w:r>
        <w:rPr>
          <w:b/>
        </w:rPr>
        <w:t xml:space="preserve">[1:21:57] </w:t>
      </w:r>
      <w:r>
        <w:t>ke mauzu par insaan ka sanjeeda hona bohat zaroori hai. quran ka inqilaab. quran ne tareekh-e-insan mein aik nayi soch ka aaghaz kiya yeh soch quran mein lafzi taur par</w:t>
      </w:r>
    </w:p>
    <w:p>
      <w:pPr>
        <w:jc w:val="right"/>
      </w:pPr>
      <w:r>
        <w:t>قیات کے موضوع پر انسان کا سنجیدہ ہونا بہت ضروری ہے قرآن کا انقلاب قرآن نے تاریخ انسانی میں ایک نئی سوچ کا اغاز کیا یہ سوچ قرآن میں لفظی طور پر</w:t>
      </w:r>
    </w:p>
    <w:p>
      <w:r>
        <w:rPr>
          <w:b/>
        </w:rPr>
        <w:t xml:space="preserve">[1:22:27] </w:t>
      </w:r>
      <w:r>
        <w:t>ishare ki zaban mein hai aur amli taur par woh paighambar e islam sallallahu alaihi wasallam ke namoone</w:t>
      </w:r>
    </w:p>
    <w:p>
      <w:pPr>
        <w:jc w:val="right"/>
      </w:pPr>
      <w:r>
        <w:t>اشارے کی زبان میں ہے اور عملی طور پر وہ پیغمبر اسلام صلی اللہ علیہ وسلم کے نمونے</w:t>
      </w:r>
    </w:p>
    <w:p>
      <w:r>
        <w:rPr>
          <w:b/>
        </w:rPr>
        <w:t xml:space="preserve">[1:22:37] </w:t>
      </w:r>
      <w:r>
        <w:t>ki surat mein quran ke alfaaz mein woh mansooba bandi yeh thi ke raijis ko avoid kar ke</w:t>
      </w:r>
    </w:p>
    <w:p>
      <w:pPr>
        <w:jc w:val="right"/>
      </w:pPr>
      <w:r>
        <w:t>کی صورت میں قرآن کے الفاظ میں وہ منصوبہ بندی یہ تھی کہ رجس کو اوائڈ کر کے</w:t>
      </w:r>
    </w:p>
    <w:p>
      <w:r>
        <w:rPr>
          <w:b/>
        </w:rPr>
        <w:t xml:space="preserve">[1:22:47] </w:t>
      </w:r>
      <w:r>
        <w:t>apne misbat amal ka mansooba banana al muddathir paighambar e islam sallallahu alaihi wasallam ne isi strategy ke usool par</w:t>
      </w:r>
    </w:p>
    <w:p>
      <w:pPr>
        <w:jc w:val="right"/>
      </w:pPr>
      <w:r>
        <w:t>اپنے مثبت عمل کا منصوبہ بنانا المدثر پیغمبر اسلام صلی اللہ علیہ وسلم نے اسی سٹریٹیجی کے اصول پر</w:t>
      </w:r>
    </w:p>
    <w:p>
      <w:r>
        <w:rPr>
          <w:b/>
        </w:rPr>
        <w:t xml:space="preserve">[1:22:58] </w:t>
      </w:r>
      <w:r>
        <w:t>apna mission chalaya mislan makka mein muqaddas kaba ke andar kai so but rakhe hue thay jo bilashubah aik muqaddas insan ke liye aik ishtial angez manzar tha yeh but bazahir regis ya gandagi thay lekin isi regis ki wajah se kaba ke paas rozana arab ke qabail apne ibadati rasoom ke liye jama hote</w:t>
      </w:r>
    </w:p>
    <w:p>
      <w:pPr>
        <w:jc w:val="right"/>
      </w:pPr>
      <w:r>
        <w:t>اپنا مشن چلایا مثلاً مکہ میں مقدس کعبہ کے اندر کئی سو بت رکھے ہوئے تھے جو بلاشبہ ایک معاہد انسان کے لیے ایک اشتعال انگیز منظر تھا یہ بت بظاہر رجس یا گندگی تھے لیکن اسی رجس کی وجہ سے کعبہ کے پاس روزانہ عرب کے قبائل اپنے عبادتی رسوم کے لیے جمع ہوتے</w:t>
      </w:r>
    </w:p>
    <w:p>
      <w:r>
        <w:rPr>
          <w:b/>
        </w:rPr>
        <w:t xml:space="preserve">[1:23:28] </w:t>
      </w:r>
      <w:r>
        <w:t>the is waqt rasool allah ne raijis ke khilaf koi barah e rast tehreek nahi chalai balke is maamle</w:t>
      </w:r>
    </w:p>
    <w:p>
      <w:pPr>
        <w:jc w:val="right"/>
      </w:pPr>
      <w:r>
        <w:t>تھے اس وقت رسول اللہ نے رجس کے خلاف کوئی براہ راست تحریک نہیں چلائی بلکہ اس معاملے</w:t>
      </w:r>
    </w:p>
    <w:p>
      <w:r>
        <w:rPr>
          <w:b/>
        </w:rPr>
        <w:t xml:space="preserve">[1:23:38] </w:t>
      </w:r>
      <w:r>
        <w:t>mein aap ne de-linking policy ikhtiyar ki yani aap ne raijis ke issue ko nazar andaaz kiya</w:t>
      </w:r>
    </w:p>
    <w:p>
      <w:pPr>
        <w:jc w:val="right"/>
      </w:pPr>
      <w:r>
        <w:t>میں آپ نے ڈی لنکنگ پالیسی اختیار کی یعنی آپ نے رجس کے ایشو کو نظر انداز کیا</w:t>
      </w:r>
    </w:p>
    <w:p>
      <w:r>
        <w:rPr>
          <w:b/>
        </w:rPr>
        <w:t xml:space="preserve">[1:23:48] </w:t>
      </w:r>
      <w:r>
        <w:t>aur mushrikeen ke ijtima ko apne mission ke liye bahaisiyat audience istemal kiya yeh goya maamle ke do pehluon</w:t>
      </w:r>
    </w:p>
    <w:p>
      <w:pPr>
        <w:jc w:val="right"/>
      </w:pPr>
      <w:r>
        <w:t>اور مشرکین کے اجتماع کو اپنے مشن کے لیے بطور اڈینس استعمال کیا یہ گویا معاملے کے دو پہلوؤ</w:t>
      </w:r>
    </w:p>
    <w:p>
      <w:r>
        <w:rPr>
          <w:b/>
        </w:rPr>
        <w:t xml:space="preserve">[1:23:58] </w:t>
      </w:r>
      <w:r>
        <w:t>ke darmiyan de-linking policy thi yeh de-linking policy ghaliban tareekh mein pehli baar paighambar e islam</w:t>
      </w:r>
    </w:p>
    <w:p>
      <w:pPr>
        <w:jc w:val="right"/>
      </w:pPr>
      <w:r>
        <w:t>ں کے درمیان ڈی لنکنگ پالیسی تھی یہ ڈی لنکنگ پالیسی غالباً تاریخ میں پہلی بار پیغمبر اسلام</w:t>
      </w:r>
    </w:p>
    <w:p>
      <w:r>
        <w:rPr>
          <w:b/>
        </w:rPr>
        <w:t xml:space="preserve">[1:24:08] </w:t>
      </w:r>
      <w:r>
        <w:t>sallallahu alaihi wasallam ne apne mission mein kamyabi ke sath istemal ki agarche musalman is sunnat e rasool</w:t>
      </w:r>
    </w:p>
    <w:p>
      <w:pPr>
        <w:jc w:val="right"/>
      </w:pPr>
      <w:r>
        <w:t>صلی اللہ علیہ وسلم نے اپنے مشن میں کامیابی کے ساتھ استعمال کی اگرچہ مسلمان اس سنت رسول</w:t>
      </w:r>
    </w:p>
    <w:p>
      <w:r>
        <w:rPr>
          <w:b/>
        </w:rPr>
        <w:t xml:space="preserve">[1:24:19] </w:t>
      </w:r>
      <w:r>
        <w:t>ko samajh na sake aur woh baad ki tareekh mein is hakimana policy ko ikhtiyar karne mein nakaam rahe</w:t>
      </w:r>
    </w:p>
    <w:p>
      <w:pPr>
        <w:jc w:val="right"/>
      </w:pPr>
      <w:r>
        <w:t>کو سمجھ نہ سکے اور وہ بعد کی تاریخ میں اس حکیمانہ پالیسی کو اختیار کرنے میں ناکام رہے</w:t>
      </w:r>
    </w:p>
    <w:p>
      <w:r>
        <w:rPr>
          <w:b/>
        </w:rPr>
        <w:t xml:space="preserve">[1:24:29] </w:t>
      </w:r>
      <w:r>
        <w:t>lekin yeh ek haqeeqat hai ke islam ki tareekh mein yeh ek inqilabi usool tha jo paighambar e islam</w:t>
      </w:r>
    </w:p>
    <w:p>
      <w:pPr>
        <w:jc w:val="right"/>
      </w:pPr>
      <w:r>
        <w:t>لیکن یہ ایک حقیقت ہے کہ اسلام کی تاریخ میں یہ ایک انقلابی اصول تھا جو پیغمبر اسلام</w:t>
      </w:r>
    </w:p>
    <w:p>
      <w:r>
        <w:rPr>
          <w:b/>
        </w:rPr>
        <w:t xml:space="preserve">[1:24:36] </w:t>
      </w:r>
      <w:r>
        <w:t>ne pehli baar tareekh e insani ko ata kiya de-linking policy ka faida yeh hai ke aadmi ghair</w:t>
      </w:r>
    </w:p>
    <w:p>
      <w:pPr>
        <w:jc w:val="right"/>
      </w:pPr>
      <w:r>
        <w:t>نے پہلی بار تاریخ انسانی کو عطا کیا ڈی لنکنگ پالیسی کا فائدہ یہ ہے کہ آدمی غیر</w:t>
      </w:r>
    </w:p>
    <w:p>
      <w:r>
        <w:rPr>
          <w:b/>
        </w:rPr>
        <w:t xml:space="preserve">[1:24:44] </w:t>
      </w:r>
      <w:r>
        <w:t>zaroori takrao se apne aap ko bachaye aur maujooda mawaqe ya opportunities ko bharpoor taur par istemal kare</w:t>
      </w:r>
    </w:p>
    <w:p>
      <w:pPr>
        <w:jc w:val="right"/>
      </w:pPr>
      <w:r>
        <w:t>ضروری ٹکراؤ سے اپنے آپ کو بچائے اور موجود مواقع یا اپرچونیٹیز کو بھرپور طور پر استعمال کرے</w:t>
      </w:r>
    </w:p>
    <w:p>
      <w:r>
        <w:rPr>
          <w:b/>
        </w:rPr>
        <w:t xml:space="preserve">[1:24:52] </w:t>
      </w:r>
      <w:r>
        <w:t>de-linking policy aadmi ko is</w:t>
      </w:r>
    </w:p>
    <w:p>
      <w:pPr>
        <w:jc w:val="right"/>
      </w:pPr>
      <w:r>
        <w:t>ڈی لنکنگ پالیسی آدمی کو اس</w:t>
      </w:r>
    </w:p>
    <w:p>
      <w:r>
        <w:rPr>
          <w:b/>
        </w:rPr>
        <w:t xml:space="preserve">[1:24:59] </w:t>
      </w:r>
      <w:r>
        <w:t>qabil banati hai ke woh apne haraif ko apna muawin ya supporter bana le woh apne adu ko</w:t>
      </w:r>
    </w:p>
    <w:p>
      <w:pPr>
        <w:jc w:val="right"/>
      </w:pPr>
      <w:r>
        <w:t>قابل بناتی ہے کہ وہ اپنے حریف کو اپنا معید یا سپورٹر بنا لے وہ اپنے عدو کو</w:t>
      </w:r>
    </w:p>
    <w:p>
      <w:r>
        <w:rPr>
          <w:b/>
        </w:rPr>
        <w:t xml:space="preserve">[1:25:14] </w:t>
      </w:r>
      <w:r>
        <w:t>amalan apne wali e haneem ka darja de de fis salat quran ka mission quran ki surah al-zukhruf makki daur ke</w:t>
      </w:r>
    </w:p>
    <w:p>
      <w:pPr>
        <w:jc w:val="right"/>
      </w:pPr>
      <w:r>
        <w:t>عملاً اپنے ولی حمیم کا درجہ دے دے فی الصلوۃ قرآن کا مشن قرآن کی سورہ الزخرف مکی دور کے</w:t>
      </w:r>
    </w:p>
    <w:p>
      <w:r>
        <w:rPr>
          <w:b/>
        </w:rPr>
        <w:t xml:space="preserve">[1:25:29] </w:t>
      </w:r>
      <w:r>
        <w:t>nisf aakhir mein nazil hui ghaliban yeh safar e taif ke baad ka zamana hai yeh woh zamana hai</w:t>
      </w:r>
    </w:p>
    <w:p>
      <w:pPr>
        <w:jc w:val="right"/>
      </w:pPr>
      <w:r>
        <w:t>نصف آخر میں نازل ہوئی غالباً یہ سفر طائف کے بعد کا زمانہ ہے یہ وہ زمانہ ہے</w:t>
      </w:r>
    </w:p>
    <w:p>
      <w:r>
        <w:rPr>
          <w:b/>
        </w:rPr>
        <w:t xml:space="preserve">[1:25:37] </w:t>
      </w:r>
      <w:r>
        <w:t>jab ke mukhalifeen ki mukhalifat intehai shadeed ho chuki thi us waqt quran mein yeh aayat utri inna alaykum al-zikra inna kum qaum musrifoon yani kya hum is quran ko tum se sirf is wajah se</w:t>
      </w:r>
    </w:p>
    <w:p>
      <w:pPr>
        <w:jc w:val="right"/>
      </w:pPr>
      <w:r>
        <w:t>جب کہ مخالفین کی مخالفت نہایت شدید ہو چکی تھی اس وقت قرآن میں یہ آیت اتری انکم</w:t>
      </w:r>
    </w:p>
    <w:p>
      <w:r>
        <w:rPr>
          <w:b/>
        </w:rPr>
        <w:t xml:space="preserve">[1:25:44] </w:t>
      </w:r>
      <w:r>
        <w:t>al-dhikra safah in kuntum qaum musrifin yani kiya hum is quran ko tum se sirf is wajah se</w:t>
      </w:r>
    </w:p>
    <w:p>
      <w:pPr>
        <w:jc w:val="right"/>
      </w:pPr>
      <w:r>
        <w:t>الذکرا صفہ ان کنتم قوم مصرفین یعنی کیا ہم اس قرآن کو تم سے صرف اس وجہ سے</w:t>
      </w:r>
    </w:p>
    <w:p>
      <w:r>
        <w:rPr>
          <w:b/>
        </w:rPr>
        <w:t xml:space="preserve">[1:25:52] </w:t>
      </w:r>
      <w:r>
        <w:t>rok len ke tum had se tajawuz karne</w:t>
      </w:r>
    </w:p>
    <w:p>
      <w:pPr>
        <w:jc w:val="right"/>
      </w:pPr>
      <w:r>
        <w:t>روک لیں کہ تم حد سے تجاوز کرنے</w:t>
      </w:r>
    </w:p>
    <w:p>
      <w:r>
        <w:rPr>
          <w:b/>
        </w:rPr>
        <w:t xml:space="preserve">[1:25:59] </w:t>
      </w:r>
      <w:r>
        <w:t>wale log ho is ayat mein quran ko rokne ka matlab quraani mission ko rokna hai quran ki</w:t>
      </w:r>
    </w:p>
    <w:p>
      <w:pPr>
        <w:jc w:val="right"/>
      </w:pPr>
      <w:r>
        <w:t>والے لوگ ہو اس آیت میں قرآن کو روکنے کا مطلب قرآنی مشن کو روکنا ہے قرآن کی</w:t>
      </w:r>
    </w:p>
    <w:p>
      <w:r>
        <w:rPr>
          <w:b/>
        </w:rPr>
        <w:t xml:space="preserve">[1:26:07] </w:t>
      </w:r>
      <w:r>
        <w:t>is ayat mein aelan kiya gaya hai ke paighambar-e-islam jis mission ko le kar uthe hain woh</w:t>
      </w:r>
    </w:p>
    <w:p>
      <w:pPr>
        <w:jc w:val="right"/>
      </w:pPr>
      <w:r>
        <w:t>اس آیت میں اعلان کیا گیا ہے کہ پیغمبر اسلام جس مشن کو لے کر اٹھے ہیں وہ</w:t>
      </w:r>
    </w:p>
    <w:p>
      <w:r>
        <w:rPr>
          <w:b/>
        </w:rPr>
        <w:t xml:space="preserve">[1:26:15] </w:t>
      </w:r>
      <w:r>
        <w:t>koi aam mission nahin hai balke woh ek khodai mission hai aur khodai mission ke liye yeh sunnat</w:t>
      </w:r>
    </w:p>
    <w:p>
      <w:pPr>
        <w:jc w:val="right"/>
      </w:pPr>
      <w:r>
        <w:t>کوئی عام مشن نہیں ہے بلکہ وہ ایک خدائی مشن ہے اور خدائی مشن کے لیے یہ سنت</w:t>
      </w:r>
    </w:p>
    <w:p>
      <w:r>
        <w:rPr>
          <w:b/>
        </w:rPr>
        <w:t xml:space="preserve">[1:26:22] </w:t>
      </w:r>
      <w:r>
        <w:t>allah hai ke woh apne aakhri nishane tak pahunche</w:t>
      </w:r>
    </w:p>
    <w:p>
      <w:pPr>
        <w:jc w:val="right"/>
      </w:pPr>
      <w:r>
        <w:t>اللہ ہے کہ وہ اپنے آخری نشانے تک پہنچے</w:t>
      </w:r>
    </w:p>
    <w:p>
      <w:r>
        <w:rPr>
          <w:b/>
        </w:rPr>
        <w:t xml:space="preserve">[1:26:30] </w:t>
      </w:r>
      <w:r>
        <w:t>yeh sunnat allah aaj bhi qaim hai aaj bhi agar koi shakhs ya giroh aise mission ko le</w:t>
      </w:r>
    </w:p>
    <w:p>
      <w:pPr>
        <w:jc w:val="right"/>
      </w:pPr>
      <w:r>
        <w:t>یہ سنت اللہ اج بھی قائم ہے اج بھی اگر کوئی شخص یا گروہ ایسے مشن کو لے</w:t>
      </w:r>
    </w:p>
    <w:p>
      <w:r>
        <w:rPr>
          <w:b/>
        </w:rPr>
        <w:t xml:space="preserve">[1:26:38] </w:t>
      </w:r>
      <w:r>
        <w:t>kar uthe jo haqeeqi maanon mein allah ka mission ho to is ke liye allah ki nasrat yaqeeni</w:t>
      </w:r>
    </w:p>
    <w:p>
      <w:pPr>
        <w:jc w:val="right"/>
      </w:pPr>
      <w:r>
        <w:t>کر اٹھے جو حقیقی معنوں میں اللہ کا مشن ہو تو اس کے لیے اللہ کی نصرت یقینی</w:t>
      </w:r>
    </w:p>
    <w:p>
      <w:r>
        <w:rPr>
          <w:b/>
        </w:rPr>
        <w:t xml:space="preserve">[1:26:45] </w:t>
      </w:r>
      <w:r>
        <w:t>ho jayegi dobara is ke liye allah ka yeh faisla hoga ke koi bhi soorat-e-haal is ko</w:t>
      </w:r>
    </w:p>
    <w:p>
      <w:pPr>
        <w:jc w:val="right"/>
      </w:pPr>
      <w:r>
        <w:t>ہو جائے گی دوبارہ اس کے لیے اللہ کا یہ فیصلہ ہوگا کہ کوئی بھی صورتحال اس کو</w:t>
      </w:r>
    </w:p>
    <w:p>
      <w:r>
        <w:rPr>
          <w:b/>
        </w:rPr>
        <w:t xml:space="preserve">[1:26:53] </w:t>
      </w:r>
      <w:r>
        <w:t>darmiyan mein rokne par qadir na ho</w:t>
      </w:r>
    </w:p>
    <w:p>
      <w:pPr>
        <w:jc w:val="right"/>
      </w:pPr>
      <w:r>
        <w:t>درمیان میں روکنے پر قادر نہ ہو</w:t>
      </w:r>
    </w:p>
    <w:p>
      <w:r>
        <w:rPr>
          <w:b/>
        </w:rPr>
        <w:t xml:space="preserve">[1:27:00] </w:t>
      </w:r>
      <w:r>
        <w:t>aise mission ke liye dobara yeh muqaddar hoga ke woh zaroor apne nishane tak pahunche koi taqat darmiyan</w:t>
      </w:r>
    </w:p>
    <w:p>
      <w:pPr>
        <w:jc w:val="right"/>
      </w:pPr>
      <w:r>
        <w:t>ایسے مشن کے لیے دوبارہ یہ مقدر ہوگا کہ وہ ضرور اپنے نشانے تک پہنچے کوئی طاقت درمیان</w:t>
      </w:r>
    </w:p>
    <w:p>
      <w:r>
        <w:rPr>
          <w:b/>
        </w:rPr>
        <w:t xml:space="preserve">[1:27:08] </w:t>
      </w:r>
      <w:r>
        <w:t>mein is ka rasta rokne par qadir na ho mislan quran ke mutalliq allah ka yeh faisla hai</w:t>
      </w:r>
    </w:p>
    <w:p>
      <w:pPr>
        <w:jc w:val="right"/>
      </w:pPr>
      <w:r>
        <w:t>میں اس کا راستہ روکنے پر قادر نہ ہو مثلاً قرآن کے متعلق اللہ کا یہ فیصلہ ہے</w:t>
      </w:r>
    </w:p>
    <w:p>
      <w:r>
        <w:rPr>
          <w:b/>
        </w:rPr>
        <w:t xml:space="preserve">[1:27:15] </w:t>
      </w:r>
      <w:r>
        <w:t>ke quran sare aalam ke liye nazeer ya warner bane ab jab ke dunya mein aalami communication ka</w:t>
      </w:r>
    </w:p>
    <w:p>
      <w:pPr>
        <w:jc w:val="right"/>
      </w:pPr>
      <w:r>
        <w:t>کہ قرآن سارے عالم کے لیے نظیر یا وارنر بنے اب جب کہ دنیا میں عالمی کمیونیکیشن کا</w:t>
      </w:r>
    </w:p>
    <w:p>
      <w:r>
        <w:rPr>
          <w:b/>
        </w:rPr>
        <w:t xml:space="preserve">[1:27:23] </w:t>
      </w:r>
      <w:r>
        <w:t>zamana agaya hai aur yeh mumkin ho gaya</w:t>
      </w:r>
    </w:p>
    <w:p>
      <w:pPr>
        <w:jc w:val="right"/>
      </w:pPr>
      <w:r>
        <w:t>زمانہ اگیا ہے اور یہ ممکن ہو گیا</w:t>
      </w:r>
    </w:p>
    <w:p>
      <w:r>
        <w:rPr>
          <w:b/>
        </w:rPr>
        <w:t xml:space="preserve">[1:27:30] </w:t>
      </w:r>
      <w:r>
        <w:t>hai ke jadeed communication ke zarea ko istemal kar ke quran ko aalami satah par pahuncha diya jaye</w:t>
      </w:r>
    </w:p>
    <w:p>
      <w:pPr>
        <w:jc w:val="right"/>
      </w:pPr>
      <w:r>
        <w:t>ہے کہ جدید کمیونیکیشن کے ذرائع کو استعمال کر کے قرآن کو عالمی سطح پر پہنچا دیا جائے</w:t>
      </w:r>
    </w:p>
    <w:p>
      <w:r>
        <w:rPr>
          <w:b/>
        </w:rPr>
        <w:t xml:space="preserve">[1:27:38] </w:t>
      </w:r>
      <w:r>
        <w:t>to dobara allah ka yeh faisla hoga ke jo giroh be-amez andaaz mein is mission ko le</w:t>
      </w:r>
    </w:p>
    <w:p>
      <w:pPr>
        <w:jc w:val="right"/>
      </w:pPr>
      <w:r>
        <w:t>تو دوبارہ اللہ کا یہ فیصلہ ہوگا کہ جو گروہ بے امیز انداز میں اس مشن کو لے</w:t>
      </w:r>
    </w:p>
    <w:p>
      <w:r>
        <w:rPr>
          <w:b/>
        </w:rPr>
        <w:t xml:space="preserve">[1:27:46] </w:t>
      </w:r>
      <w:r>
        <w:t>kar uthe jis ka nishana sirf yeh ho ke woh quran ke khalis paigham ko sari dunya tak</w:t>
      </w:r>
    </w:p>
    <w:p>
      <w:pPr>
        <w:jc w:val="right"/>
      </w:pPr>
      <w:r>
        <w:t>کر اٹھے جس کا نشانہ صرف یہ ہو کہ وہ قرآن کے خالص پیغام کو ساری دنیا تک</w:t>
      </w:r>
    </w:p>
    <w:p>
      <w:r>
        <w:rPr>
          <w:b/>
        </w:rPr>
        <w:t xml:space="preserve">[1:27:53] </w:t>
      </w:r>
      <w:r>
        <w:t>pahuncha de aise mission ka maamla</w:t>
      </w:r>
    </w:p>
    <w:p>
      <w:pPr>
        <w:jc w:val="right"/>
      </w:pPr>
      <w:r>
        <w:t>پہنچا دے ایسے مشن کا معاملہ</w:t>
      </w:r>
    </w:p>
    <w:p>
      <w:r>
        <w:rPr>
          <w:b/>
        </w:rPr>
        <w:t xml:space="preserve">[1:28:01] </w:t>
      </w:r>
      <w:r>
        <w:t>kisi aam mission ka maamla nahin hai aise mission ke sath zaroor aisa hoga ke woh allah ki</w:t>
      </w:r>
    </w:p>
    <w:p>
      <w:pPr>
        <w:jc w:val="right"/>
      </w:pPr>
      <w:r>
        <w:t>کسی عام مشن کا معاملہ نہیں ہے ایسے مشن کے ساتھ ضرور ایسا ہوگا کہ وہ اللہ کی</w:t>
      </w:r>
    </w:p>
    <w:p>
      <w:r>
        <w:rPr>
          <w:b/>
        </w:rPr>
        <w:t xml:space="preserve">[1:28:08] </w:t>
      </w:r>
      <w:r>
        <w:t>khusoosi madad ke zariye apni takmeel tak pahunche koi bhi taqat is ke is pur-aman mission ko rokne</w:t>
      </w:r>
    </w:p>
    <w:p>
      <w:pPr>
        <w:jc w:val="right"/>
      </w:pPr>
      <w:r>
        <w:t>خصوصی مدد کے ذریعے اپنی تکمیل تک پہنچے کوئی بھی طاقت اس کے اس پرامن مشن کو روکنے</w:t>
      </w:r>
    </w:p>
    <w:p>
      <w:r>
        <w:rPr>
          <w:b/>
        </w:rPr>
        <w:t xml:space="preserve">[1:28:16] </w:t>
      </w:r>
      <w:r>
        <w:t>mein kamyab na hogi shart sirf yeh hai ke mission pure maanon mein ek be-amez mission ho</w:t>
      </w:r>
    </w:p>
    <w:p>
      <w:pPr>
        <w:jc w:val="right"/>
      </w:pPr>
      <w:r>
        <w:t>میں کامیاب نہ ہوگی شرط صرف یہ ہے کہ مشن پورے معنوں میں ایک بے امیز مشن ہو</w:t>
      </w:r>
    </w:p>
    <w:p>
      <w:r>
        <w:rPr>
          <w:b/>
        </w:rPr>
        <w:t xml:space="preserve">[1:28:23] </w:t>
      </w:r>
      <w:r>
        <w:t>aur is mission ke chalane</w:t>
      </w:r>
    </w:p>
    <w:p>
      <w:pPr>
        <w:jc w:val="right"/>
      </w:pPr>
      <w:r>
        <w:t>اور اس مشن کے چلانے</w:t>
      </w:r>
    </w:p>
    <w:p>
      <w:r>
        <w:rPr>
          <w:b/>
        </w:rPr>
        <w:t xml:space="preserve">[1:28:31] </w:t>
      </w:r>
      <w:r>
        <w:t>wale yak-tarfa taur par pur-aman tareeqe par qaim hon kitab-e-hidayaat insan maujooda dunya mein paida hota hai</w:t>
      </w:r>
    </w:p>
    <w:p>
      <w:pPr>
        <w:jc w:val="right"/>
      </w:pPr>
      <w:r>
        <w:t>والے یکطرفہ طور پر پرامن طریقے پر قائم ہوں کتاب ہدایت انسان موجودہ دنیا میں پیدا ہوتا ہے</w:t>
      </w:r>
    </w:p>
    <w:p>
      <w:r>
        <w:rPr>
          <w:b/>
        </w:rPr>
        <w:t xml:space="preserve">[1:28:46] </w:t>
      </w:r>
      <w:r>
        <w:t>woh halaat ke mutabiq zindagi guzarta hai aur phir ek din mar jata hai</w:t>
      </w:r>
    </w:p>
    <w:p>
      <w:pPr>
        <w:jc w:val="right"/>
      </w:pPr>
      <w:r>
        <w:t>وہ حالات کے مطابق زندگی گزارتا ہے اور پھر ایک دن مر جاتا ہے</w:t>
      </w:r>
    </w:p>
    <w:p>
      <w:r>
        <w:rPr>
          <w:b/>
        </w:rPr>
        <w:t xml:space="preserve">[1:29:02] </w:t>
      </w:r>
      <w:r>
        <w:t>survey ke mutabiq maujooda dunya mein insan ki ausat umar taqreeban 70 saal hai insan ki sab se</w:t>
      </w:r>
    </w:p>
    <w:p>
      <w:pPr>
        <w:jc w:val="right"/>
      </w:pPr>
      <w:r>
        <w:t>سروے کے مطابق موجودہ دنیا میں انسان کی اوسط عمر تقریبا 70 سال ہے انسان کی سب سے</w:t>
      </w:r>
    </w:p>
    <w:p>
      <w:r>
        <w:rPr>
          <w:b/>
        </w:rPr>
        <w:t xml:space="preserve">[1:29:09] </w:t>
      </w:r>
      <w:r>
        <w:t>zyada ahem zaroorat yeh hai ke is ko bataya jaye ke insan ki zindagi ka maqsad kya hai</w:t>
      </w:r>
    </w:p>
    <w:p>
      <w:pPr>
        <w:jc w:val="right"/>
      </w:pPr>
      <w:r>
        <w:t>زیادہ اہم ضرورت یہ ہے کہ اس کو بتایا جائے کہ انسان کی زندگی کا مقصد کیا ہے</w:t>
      </w:r>
    </w:p>
    <w:p>
      <w:r>
        <w:rPr>
          <w:b/>
        </w:rPr>
        <w:t xml:space="preserve">[1:29:17] </w:t>
      </w:r>
      <w:r>
        <w:t>is ka haal kya hai aur is ka mustaqbil kya hai maut se pehle kya hai aur maut</w:t>
      </w:r>
    </w:p>
    <w:p>
      <w:pPr>
        <w:jc w:val="right"/>
      </w:pPr>
      <w:r>
        <w:t>اس کا حال کیا ہے اور اس کا مستقبل کیا ہے موت سے پہلے کیا ہے اور موت</w:t>
      </w:r>
    </w:p>
    <w:p>
      <w:r>
        <w:rPr>
          <w:b/>
        </w:rPr>
        <w:t xml:space="preserve">[1:29:24] </w:t>
      </w:r>
      <w:r>
        <w:t>ke baad kya hai</w:t>
      </w:r>
    </w:p>
    <w:p>
      <w:pPr>
        <w:jc w:val="right"/>
      </w:pPr>
      <w:r>
        <w:t>کے بعد کیا ہے</w:t>
      </w:r>
    </w:p>
    <w:p>
      <w:r>
        <w:rPr>
          <w:b/>
        </w:rPr>
        <w:t xml:space="preserve">[1:29:32] </w:t>
      </w:r>
      <w:r>
        <w:t>in haqeeqaton ki daryaft par insan ki kamyabi ka inhisaar hai quran isi haqeeqat ko batane ke liye utra hai quran batata hai ke khaliq ka takhleeqi naqsha insan ke baray mein kya hai quran wahid kitab hai jis ka mozu takhleeqi mansooba ya creation plan hai quran insan ko woh zaroori maloomat deta hai jis ki ro</w:t>
      </w:r>
    </w:p>
    <w:p>
      <w:pPr>
        <w:jc w:val="right"/>
      </w:pPr>
      <w:r>
        <w:t>ان حقیقتوں کی دریافت پر انسان کی کامیابی کا انحصار ہے قرآن اسی حقیقت کو بتانے کے لیے اترا ہے قرآن بتاتا ہے کہ خالق کا تخلیقی نقشہ انسان کے بارے میں کیا ہے قرآن واحد کتاب ہے جس کا موضوع تخلیقی منصوبہ یا کریشن پلان ہے قرآن انسان کو وہ ضروری معلومات دیتا ہے جس کی رو</w:t>
      </w:r>
    </w:p>
    <w:p>
      <w:r>
        <w:rPr>
          <w:b/>
        </w:rPr>
        <w:t xml:space="preserve">[1:30:02] </w:t>
      </w:r>
      <w:r>
        <w:t>shni mein insan apni zindagi ka sahi mansooba ya right planning bana sake aisi halat mein hamileen-e-quran ki yeh lazmi duty hai ke woh quran ko dunya mein basne walay tamam insano tak pahunchayein aur yeh pahunchana logon ki qabil-e-faham zaban ya understandable language mein ho taake woh us ko samjhein aur</w:t>
      </w:r>
    </w:p>
    <w:p>
      <w:pPr>
        <w:jc w:val="right"/>
      </w:pPr>
      <w:r>
        <w:t>شنی میں انسان اپنی زندگی کا صحیح منصوبہ یا رائٹ پلاننگ بنا سکے ایسی حالت میں حاملین قرآن کی یہ لازمی ڈیوٹی ہے کہ وہ قرآن کو دنیا میں بسنے والے تمام انسانوں تک پہنچائیں اور یہ پہنچانا لوگوں کی قابل فہم زبان یا انڈرسٹینڈیبل لینگویج میں ہو تاکہ وہ اس کو سمجھیں اور</w:t>
      </w:r>
    </w:p>
    <w:p>
      <w:r>
        <w:rPr>
          <w:b/>
        </w:rPr>
        <w:t xml:space="preserve">[1:30:32] </w:t>
      </w:r>
      <w:r>
        <w:t>quran ko ek rehnuma kitaab ya guide book bana sakein quran ke nuzool ko taqreeban dedh hazar saal</w:t>
      </w:r>
    </w:p>
    <w:p>
      <w:pPr>
        <w:jc w:val="right"/>
      </w:pPr>
      <w:r>
        <w:t>قرآن کو ایک رہنما کتاب یا گائیڈ بک بنا سکیں قرآن کے نزول کو تقریبا ڈیڑھ ہزار سال</w:t>
      </w:r>
    </w:p>
    <w:p>
      <w:r>
        <w:rPr>
          <w:b/>
        </w:rPr>
        <w:t xml:space="preserve">[1:30:40] </w:t>
      </w:r>
      <w:r>
        <w:t>guzar chuke hain is muddat mein hamileen quran ne quran ke matn ki hifazat ke liye bohat ziyada</w:t>
      </w:r>
    </w:p>
    <w:p>
      <w:pPr>
        <w:jc w:val="right"/>
      </w:pPr>
      <w:r>
        <w:t>گزر چکے ہیں اس مدت میں حاملین قرآن نے قرآن کے متن کی حفاظت کے لیے بہت زیادہ</w:t>
      </w:r>
    </w:p>
    <w:p>
      <w:r>
        <w:rPr>
          <w:b/>
        </w:rPr>
        <w:t xml:space="preserve">[1:30:47] </w:t>
      </w:r>
      <w:r>
        <w:t>kaam kiya hai magar ajeeb baat yeh hai ke mukhtalif qaumon ke darmiyan jo matloob kaam hai woh</w:t>
      </w:r>
    </w:p>
    <w:p>
      <w:pPr>
        <w:jc w:val="right"/>
      </w:pPr>
      <w:r>
        <w:t>کام کیا ہے مگر عجیب بات یہ ہے کہ مختلف قوموں کے درمیان جو مطلوب کام ہے وہ</w:t>
      </w:r>
    </w:p>
    <w:p>
      <w:r>
        <w:rPr>
          <w:b/>
        </w:rPr>
        <w:t xml:space="preserve">[1:30:55] </w:t>
      </w:r>
      <w:r>
        <w:t>abhi tak na ho saka</w:t>
      </w:r>
    </w:p>
    <w:p>
      <w:pPr>
        <w:jc w:val="right"/>
      </w:pPr>
      <w:r>
        <w:t>ابھی تک نہ ہو سکا</w:t>
      </w:r>
    </w:p>
    <w:p>
      <w:r>
        <w:rPr>
          <w:b/>
        </w:rPr>
        <w:t xml:space="preserve">[1:31:03] </w:t>
      </w:r>
      <w:r>
        <w:t>quran ke matn ki hifazat par to bohat ziyada kaam hua lekin quran ki ishaat ka kaam jaise</w:t>
      </w:r>
    </w:p>
    <w:p>
      <w:pPr>
        <w:jc w:val="right"/>
      </w:pPr>
      <w:r>
        <w:t>قرآن کے متن کی حفاظت پر تو بہت زیادہ کام ہوا لیکن قرآن کی اشاعت کا کام جیسے</w:t>
      </w:r>
    </w:p>
    <w:p>
      <w:r>
        <w:rPr>
          <w:b/>
        </w:rPr>
        <w:t xml:space="preserve">[1:31:10] </w:t>
      </w:r>
      <w:r>
        <w:t>hona chahiye tha woh ab tak na ho saka hai is maamle mein maseehi logon ne hamileen quran</w:t>
      </w:r>
    </w:p>
    <w:p>
      <w:pPr>
        <w:jc w:val="right"/>
      </w:pPr>
      <w:r>
        <w:t>ہونا چاہیے تھا وہ اب تک نہ ہو سکا ہے اس معاملے میں مسیحی لوگوں نے حاملین قرآن</w:t>
      </w:r>
    </w:p>
    <w:p>
      <w:r>
        <w:rPr>
          <w:b/>
        </w:rPr>
        <w:t xml:space="preserve">[1:31:18] </w:t>
      </w:r>
      <w:r>
        <w:t>ke liye raasta dikha diya hai maseehi logon ne dunya ki taqreeban tamam zabanon ko samjha aur logon</w:t>
      </w:r>
    </w:p>
    <w:p>
      <w:pPr>
        <w:jc w:val="right"/>
      </w:pPr>
      <w:r>
        <w:t>کے لیے راستہ دکھا دیا ہے مسیحی لوگوں نے دنیا کی تقریبا تمام زبانوں کو سمجھا اور لوگوں</w:t>
      </w:r>
    </w:p>
    <w:p>
      <w:r>
        <w:rPr>
          <w:b/>
        </w:rPr>
        <w:t xml:space="preserve">[1:31:25] </w:t>
      </w:r>
      <w:r>
        <w:t>ki qabil feham zabanon mein bible ke tarjume tayyar kiye hain</w:t>
      </w:r>
    </w:p>
    <w:p>
      <w:pPr>
        <w:jc w:val="right"/>
      </w:pPr>
      <w:r>
        <w:t>کی قابل فہم زبانوں میں بائبل کے ترجمے تیار کیے ہیں</w:t>
      </w:r>
    </w:p>
    <w:p>
      <w:r>
        <w:rPr>
          <w:b/>
        </w:rPr>
        <w:t xml:space="preserve">[1:31:33] </w:t>
      </w:r>
      <w:r>
        <w:t>yahi kaam hamileen quran ko quran ke liye karna hai aur phir tamam zabanon mein tarjume tayyar kar</w:t>
      </w:r>
    </w:p>
    <w:p>
      <w:pPr>
        <w:jc w:val="right"/>
      </w:pPr>
      <w:r>
        <w:t>یہی کام حاملین قرآن کو قرآن کے لیے کرنا ہے اور پھر تمام زبانوں میں ترجمے تیار کر</w:t>
      </w:r>
    </w:p>
    <w:p>
      <w:r>
        <w:rPr>
          <w:b/>
        </w:rPr>
        <w:t xml:space="preserve">[1:31:43] </w:t>
      </w:r>
      <w:r>
        <w:t>ke in ko sari qaumon mein phaila dena hai do mukhtalif anjaam ek hadith rasool in alfaaz mein</w:t>
      </w:r>
    </w:p>
    <w:p>
      <w:pPr>
        <w:jc w:val="right"/>
      </w:pPr>
      <w:r>
        <w:t>کے ان کو ساری قوموں میں پھیلا دینا ہے دو مختلف انجام ایک حدیث رسول ان الفاظ میں</w:t>
      </w:r>
    </w:p>
    <w:p>
      <w:r>
        <w:rPr>
          <w:b/>
        </w:rPr>
        <w:t xml:space="preserve">[1:31:53] </w:t>
      </w:r>
      <w:r>
        <w:t>aai hai in</w:t>
      </w:r>
    </w:p>
    <w:p>
      <w:pPr>
        <w:jc w:val="right"/>
      </w:pPr>
      <w:r>
        <w:t>ائی ہے ان</w:t>
      </w:r>
    </w:p>
    <w:p>
      <w:r>
        <w:rPr>
          <w:b/>
        </w:rPr>
        <w:t xml:space="preserve">[1:32:03] </w:t>
      </w:r>
      <w:r>
        <w:t>allah yerfa'u bihadha alkitab qawman wa yada'u bihi akharin sahih muslim yaani allah is kitaab quran ke zariye ek</w:t>
      </w:r>
    </w:p>
    <w:p>
      <w:pPr>
        <w:jc w:val="right"/>
      </w:pPr>
      <w:r>
        <w:t>اللہ یرفع بہذا الکتاب اقوام ویدا بہ اخرین صحیح مسلم یعنی اللہ اس کتاب قرآن کے ذریعے ایک</w:t>
      </w:r>
    </w:p>
    <w:p>
      <w:r>
        <w:rPr>
          <w:b/>
        </w:rPr>
        <w:t xml:space="preserve">[1:32:13] </w:t>
      </w:r>
      <w:r>
        <w:t>qaum ko uthata hai aur doosri qaum ko gira deta hai is hadith mein do mukhtalif qaumon ka</w:t>
      </w:r>
    </w:p>
    <w:p>
      <w:pPr>
        <w:jc w:val="right"/>
      </w:pPr>
      <w:r>
        <w:t>قوم کو اٹھاتا ہے اور دوسری قوم کو گرا دیتا ہے اس حدیث میں دو مختلف قوموں کا</w:t>
      </w:r>
    </w:p>
    <w:p>
      <w:r>
        <w:rPr>
          <w:b/>
        </w:rPr>
        <w:t xml:space="preserve">[1:32:24] </w:t>
      </w:r>
      <w:r>
        <w:t>zikr nahi hai balke is mein khud ek qaum ki mukhtalif do halaton ka zikr hai qaum se murad</w:t>
      </w:r>
    </w:p>
    <w:p>
      <w:pPr>
        <w:jc w:val="right"/>
      </w:pPr>
      <w:r>
        <w:t>ذکر نہیں ہے بلکہ اس میں خود ایک قوم کی مختلف دو حالتوں کا ذکر ہے قوم سے مراد</w:t>
      </w:r>
    </w:p>
    <w:p>
      <w:r>
        <w:rPr>
          <w:b/>
        </w:rPr>
        <w:t xml:space="preserve">[1:32:34] </w:t>
      </w:r>
      <w:r>
        <w:t>muslim qaum hai na ke koi ghair muslim qaum is ka matlab yeh hai ke quran ke zariye</w:t>
      </w:r>
    </w:p>
    <w:p>
      <w:pPr>
        <w:jc w:val="right"/>
      </w:pPr>
      <w:r>
        <w:t>مسلم قوم ہے نہ کہ کوئی غیر مسلم قوم اس کا مطلب یہ ہے کہ قرآن کے ذریعے</w:t>
      </w:r>
    </w:p>
    <w:p>
      <w:r>
        <w:rPr>
          <w:b/>
        </w:rPr>
        <w:t xml:space="preserve">[1:32:41] </w:t>
      </w:r>
      <w:r>
        <w:t>musalmanon ka urooj bhi hoga aur quran ke zariye un par zawal ka daur bhi aayega ek</w:t>
      </w:r>
    </w:p>
    <w:p>
      <w:pPr>
        <w:jc w:val="right"/>
      </w:pPr>
      <w:r>
        <w:t>مسلمانوں کا عروج بھی ہوگا اور قرآن کے ذریعے ان پر زوال کا دور بھی ائے گا ایک</w:t>
      </w:r>
    </w:p>
    <w:p>
      <w:r>
        <w:rPr>
          <w:b/>
        </w:rPr>
        <w:t xml:space="preserve">[1:32:49] </w:t>
      </w:r>
      <w:r>
        <w:t>hi kitaab quran kis tarah do mukhtalif anjaam ka sabab banti hai is par ghore karne se maloom</w:t>
      </w:r>
    </w:p>
    <w:p>
      <w:pPr>
        <w:jc w:val="right"/>
      </w:pPr>
      <w:r>
        <w:t>ہی کتاب قرآن کس طرح دو مختلف انجام کا سبب بنتی ہے اس پر غور کرنے سے معلوم</w:t>
      </w:r>
    </w:p>
    <w:p>
      <w:r>
        <w:rPr>
          <w:b/>
        </w:rPr>
        <w:t xml:space="preserve">[1:32:56] </w:t>
      </w:r>
      <w:r>
        <w:t>hota hai ke is se murad quran ke mutaliq ke do tareeqe hain agar</w:t>
      </w:r>
    </w:p>
    <w:p>
      <w:pPr>
        <w:jc w:val="right"/>
      </w:pPr>
      <w:r>
        <w:t>ہوتا ہے کہ اس سے مراد قرآن کے متعلق کے دو طریقے ہیں اگر</w:t>
      </w:r>
    </w:p>
    <w:p>
      <w:r>
        <w:rPr>
          <w:b/>
        </w:rPr>
        <w:t xml:space="preserve">[1:33:04] </w:t>
      </w:r>
      <w:r>
        <w:t>quran ka mutala tatbeeqi andaaz ya applied way mein kiya jaye to quran ki hamila qaum apne halaat</w:t>
      </w:r>
    </w:p>
    <w:p>
      <w:pPr>
        <w:jc w:val="right"/>
      </w:pPr>
      <w:r>
        <w:t>قرآن کا مطالعہ تطبیقی انداز یا اپلائیڈ وے میں کیا جائے تو قرآن کی حامل قوم اپنے حالات</w:t>
      </w:r>
    </w:p>
    <w:p>
      <w:r>
        <w:rPr>
          <w:b/>
        </w:rPr>
        <w:t xml:space="preserve">[1:33:12] </w:t>
      </w:r>
      <w:r>
        <w:t>mein is se rehnumai pa legi aur is tarah un ke liye taraqqi ka safar jari rahe</w:t>
      </w:r>
    </w:p>
    <w:p>
      <w:pPr>
        <w:jc w:val="right"/>
      </w:pPr>
      <w:r>
        <w:t>میں اس سے رہنمائی پا لے گی اور اس طرح ان کے لیے ترقی کا سفر جاری رہے</w:t>
      </w:r>
    </w:p>
    <w:p>
      <w:r>
        <w:rPr>
          <w:b/>
        </w:rPr>
        <w:t xml:space="preserve">[1:33:19] </w:t>
      </w:r>
      <w:r>
        <w:t>ga is ke bar aks agar quran ka mutala ghair tatbeeqi andaaz ya non applied way mein kiya jaye</w:t>
      </w:r>
    </w:p>
    <w:p>
      <w:pPr>
        <w:jc w:val="right"/>
      </w:pPr>
      <w:r>
        <w:t>گا اس کے برعکس اگر قرآن کا مطالعہ غیر تطبیقی انداز یا نان اپلائیڈ وے میں کیا جائے</w:t>
      </w:r>
    </w:p>
    <w:p>
      <w:r>
        <w:rPr>
          <w:b/>
        </w:rPr>
        <w:t xml:space="preserve">[1:33:27] </w:t>
      </w:r>
      <w:r>
        <w:t>to aise logon ka haal hazrat aisha rz ki zaban mein wahi hoga</w:t>
      </w:r>
    </w:p>
    <w:p>
      <w:pPr>
        <w:jc w:val="right"/>
      </w:pPr>
      <w:r>
        <w:t>تو ایسے لوگوں کا حال حضرت عائشہ رضی اللہ کی زبان میں وہی ہوگا</w:t>
      </w:r>
    </w:p>
    <w:p>
      <w:r>
        <w:rPr>
          <w:b/>
        </w:rPr>
        <w:t xml:space="preserve">[1:33:34] </w:t>
      </w:r>
      <w:r>
        <w:t>ula'ika qura'u walm yaqra'u musnad ahmad yaani quran ka hamila hone ke bawajood woh quran ke faiz se</w:t>
      </w:r>
    </w:p>
    <w:p>
      <w:pPr>
        <w:jc w:val="right"/>
      </w:pPr>
      <w:r>
        <w:t>اولائک قراء ولم یقرا مسند احمد یعنی قرآن کا حامل ہونے کے باوجود وہ قرآن کے فیض سے</w:t>
      </w:r>
    </w:p>
    <w:p>
      <w:r>
        <w:rPr>
          <w:b/>
        </w:rPr>
        <w:t xml:space="preserve">[1:33:45] </w:t>
      </w:r>
      <w:r>
        <w:t>mehroom reh gaye is maamle ko samajhne ke liye yahan ek misaal darj ki jati hai tatbeeqi tafseer</w:t>
      </w:r>
    </w:p>
    <w:p>
      <w:pPr>
        <w:jc w:val="right"/>
      </w:pPr>
      <w:r>
        <w:t>محروم رہ گئے اس معاملے کو سمجھنے کے لیے یہاں ایک مثال درج کی جاتی ہے تطبیقی تفسیر</w:t>
      </w:r>
    </w:p>
    <w:p>
      <w:r>
        <w:rPr>
          <w:b/>
        </w:rPr>
        <w:t xml:space="preserve">[1:33:55] </w:t>
      </w:r>
      <w:r>
        <w:t>millat ki baap ki naslon mein qanoon fitrat ke mutabiq zawal aata hai zawal aane ke</w:t>
      </w:r>
    </w:p>
    <w:p>
      <w:pPr>
        <w:jc w:val="right"/>
      </w:pPr>
      <w:r>
        <w:t>ملت کی باپ کی نسلوں میں قانون فطرت کے مطابق زوال اتا ہے زوال انے کے</w:t>
      </w:r>
    </w:p>
    <w:p>
      <w:r>
        <w:rPr>
          <w:b/>
        </w:rPr>
        <w:t xml:space="preserve">[1:34:05] </w:t>
      </w:r>
      <w:r>
        <w:t>baad millat ke andar ahyae nau ka kaam kis tarah kiya jaye is ka tareeqa quran mein peshgi</w:t>
      </w:r>
    </w:p>
    <w:p>
      <w:pPr>
        <w:jc w:val="right"/>
      </w:pPr>
      <w:r>
        <w:t>بعد ملت کے اندر احیائے نوع کا کام کس طرح کیا جائے اس کا طریقہ قرآن میں پیشگی</w:t>
      </w:r>
    </w:p>
    <w:p>
      <w:r>
        <w:rPr>
          <w:b/>
        </w:rPr>
        <w:t xml:space="preserve">[1:34:12] </w:t>
      </w:r>
      <w:r>
        <w:t>tor par bata diya gaya hai quran ki is aayat ka tarjuma ye hai jaan lo ke Allah</w:t>
      </w:r>
    </w:p>
    <w:p>
      <w:pPr>
        <w:jc w:val="right"/>
      </w:pPr>
      <w:r>
        <w:t>طور پر بتا دیا گیا ہے قرآن کی اس آیت کا ترجمہ یہ ہے جان لو کہ اللہ</w:t>
      </w:r>
    </w:p>
    <w:p>
      <w:r>
        <w:rPr>
          <w:b/>
        </w:rPr>
        <w:t xml:space="preserve">[1:34:20] </w:t>
      </w:r>
      <w:r>
        <w:t>zameen ko zinda karta hai is ki maut ke baad hum ne tumhare liye nishaniyan bayan kar di</w:t>
      </w:r>
    </w:p>
    <w:p>
      <w:pPr>
        <w:jc w:val="right"/>
      </w:pPr>
      <w:r>
        <w:t>زمین کو زندہ کرتا ہے اس کی موت کے بعد ہم نے تمہارے لیے نشانیاں بیان کر دی</w:t>
      </w:r>
    </w:p>
    <w:p>
      <w:r>
        <w:rPr>
          <w:b/>
        </w:rPr>
        <w:t xml:space="preserve">[1:34:27] </w:t>
      </w:r>
      <w:r>
        <w:t>hain taake tum samjho surah hadid yahan ek fitri tamseel ke</w:t>
      </w:r>
    </w:p>
    <w:p>
      <w:pPr>
        <w:jc w:val="right"/>
      </w:pPr>
      <w:r>
        <w:t>ہیں تاکہ تم سمجھو سورہ حدید یہاں ایک فطری تمثیل کے</w:t>
      </w:r>
    </w:p>
    <w:p>
      <w:r>
        <w:rPr>
          <w:b/>
        </w:rPr>
        <w:t xml:space="preserve">[1:34:35] </w:t>
      </w:r>
      <w:r>
        <w:t>zariye millat ke ahyae nau ka tareeqa bataya gaya hai fitrat ke qanoon ke mutabiq zameen par do</w:t>
      </w:r>
    </w:p>
    <w:p>
      <w:pPr>
        <w:jc w:val="right"/>
      </w:pPr>
      <w:r>
        <w:t>ذریعے ملت کے احیائے نوع کا طریقہ بتایا گیا ہے فطرت کے قانون کے مطابق زمین پر دو</w:t>
      </w:r>
    </w:p>
    <w:p>
      <w:r>
        <w:rPr>
          <w:b/>
        </w:rPr>
        <w:t xml:space="preserve">[1:34:42] </w:t>
      </w:r>
      <w:r>
        <w:t>mausam aate hain sookhe ka mausam aur barish ka mausam sookhe ke mausam mein khet sookh jate hain</w:t>
      </w:r>
    </w:p>
    <w:p>
      <w:pPr>
        <w:jc w:val="right"/>
      </w:pPr>
      <w:r>
        <w:t>موسم اتے ہیں سوکھے کا موسم اور بارش کا موسم سوکھے کے موسم میں کھیت سوکھ جاتے ہیں</w:t>
      </w:r>
    </w:p>
    <w:p>
      <w:r>
        <w:rPr>
          <w:b/>
        </w:rPr>
        <w:t xml:space="preserve">[1:34:50] </w:t>
      </w:r>
      <w:r>
        <w:t>khet ki haryali baqi nahi rehti lekin barish ka mausam aate hi kisan dobara pani aur khaad ko</w:t>
      </w:r>
    </w:p>
    <w:p>
      <w:pPr>
        <w:jc w:val="right"/>
      </w:pPr>
      <w:r>
        <w:t>کھیت کی ہریالی باقی نہیں رہتی لیکن بارش کا موسم اتے ہی کسان دوبارہ پانی اور کھاد کو</w:t>
      </w:r>
    </w:p>
    <w:p>
      <w:r>
        <w:rPr>
          <w:b/>
        </w:rPr>
        <w:t xml:space="preserve">[1:34:57] </w:t>
      </w:r>
      <w:r>
        <w:t>istemal kar ke apne khet ko</w:t>
      </w:r>
    </w:p>
    <w:p>
      <w:pPr>
        <w:jc w:val="right"/>
      </w:pPr>
      <w:r>
        <w:t>استعمال کر کے اپنے کھیت کو</w:t>
      </w:r>
    </w:p>
    <w:p>
      <w:r>
        <w:rPr>
          <w:b/>
        </w:rPr>
        <w:t xml:space="preserve">[1:35:05] </w:t>
      </w:r>
      <w:r>
        <w:t>taiyar karta hai yahan tak ke dekhne wale dekhte hain ke sookhi zameen dobara hari bhari zameen ban</w:t>
      </w:r>
    </w:p>
    <w:p>
      <w:pPr>
        <w:jc w:val="right"/>
      </w:pPr>
      <w:r>
        <w:t>تیار کرتا ہے یہاں تک کہ دیکھنے والے دیکھتے ہیں کہ سوکھی زمین دوبارہ ہری بھری زمین بن</w:t>
      </w:r>
    </w:p>
    <w:p>
      <w:r>
        <w:rPr>
          <w:b/>
        </w:rPr>
        <w:t xml:space="preserve">[1:35:12] </w:t>
      </w:r>
      <w:r>
        <w:t>jati hai fitrat ki ye misaal batati hai ke millat ke rehnamaon ko millat ke ahyae nau ke</w:t>
      </w:r>
    </w:p>
    <w:p>
      <w:pPr>
        <w:jc w:val="right"/>
      </w:pPr>
      <w:r>
        <w:t>جاتی ہے فطرت کی یہ مثال بتاتی ہے کہ ملت کے رہنماؤں کو ملت کے احیائے نوع کے</w:t>
      </w:r>
    </w:p>
    <w:p>
      <w:r>
        <w:rPr>
          <w:b/>
        </w:rPr>
        <w:t xml:space="preserve">[1:35:20] </w:t>
      </w:r>
      <w:r>
        <w:t>liye kya karna chahiye woh aisa na karein ke sookhi zameen ko kisi dushman ki saazish ka nateeja</w:t>
      </w:r>
    </w:p>
    <w:p>
      <w:pPr>
        <w:jc w:val="right"/>
      </w:pPr>
      <w:r>
        <w:t>لیے کیا کرنا چاہیے وہ ایسا نہ کریں کہ سوکھی زمین کو کسی دشمن کی سازش کا نتیجہ</w:t>
      </w:r>
    </w:p>
    <w:p>
      <w:r>
        <w:rPr>
          <w:b/>
        </w:rPr>
        <w:t xml:space="preserve">[1:35:27] </w:t>
      </w:r>
      <w:r>
        <w:t>bata kar ihtijaj ki tehreek shuru kar dein balkey</w:t>
      </w:r>
    </w:p>
    <w:p>
      <w:pPr>
        <w:jc w:val="right"/>
      </w:pPr>
      <w:r>
        <w:t>بتا کر احتجاج کی تحریک شروع کر دیں بلکہ</w:t>
      </w:r>
    </w:p>
    <w:p>
      <w:r>
        <w:rPr>
          <w:b/>
        </w:rPr>
        <w:t xml:space="preserve">[1:35:35] </w:t>
      </w:r>
      <w:r>
        <w:t>woh kisan ki tarah ye karein ke millat ki zameen ko dobara hamwar karein aur pani ko istemal</w:t>
      </w:r>
    </w:p>
    <w:p>
      <w:pPr>
        <w:jc w:val="right"/>
      </w:pPr>
      <w:r>
        <w:t>وہ کسان کی طرح یہ کریں کہ ملت کی زمین کو دوبارہ ہموار کریں اور پانی کو استعمال</w:t>
      </w:r>
    </w:p>
    <w:p>
      <w:r>
        <w:rPr>
          <w:b/>
        </w:rPr>
        <w:t xml:space="preserve">[1:35:42] </w:t>
      </w:r>
      <w:r>
        <w:t>karte hue dobara zameen mein beej bo dein aur paudhe yaani millat ke afraad ko pani pohancha kar</w:t>
      </w:r>
    </w:p>
    <w:p>
      <w:pPr>
        <w:jc w:val="right"/>
      </w:pPr>
      <w:r>
        <w:t>کرتے ہوئے دوبارہ زمین میں بیج بو دیں اور پودے یعنی ملت کے افراد کو پانی پہنچا کر</w:t>
      </w:r>
    </w:p>
    <w:p>
      <w:r>
        <w:rPr>
          <w:b/>
        </w:rPr>
        <w:t xml:space="preserve">[1:35:50] </w:t>
      </w:r>
      <w:r>
        <w:t>ziraat ke usoolon ko millat ke maamle mein apply karte hue millat ko dobara shadab banayein jis tarah</w:t>
      </w:r>
    </w:p>
    <w:p>
      <w:pPr>
        <w:jc w:val="right"/>
      </w:pPr>
      <w:r>
        <w:t>زراعت کے اصولوں کو ملت کے معاملے میں اپلائی کرتے ہوئے ملت کو دوبارہ شاداب بنائیں جس طرح</w:t>
      </w:r>
    </w:p>
    <w:p>
      <w:r>
        <w:rPr>
          <w:b/>
        </w:rPr>
        <w:t xml:space="preserve">[1:35:58] </w:t>
      </w:r>
      <w:r>
        <w:t>kisan ki mehnat mabni bar pauda hoti hai</w:t>
      </w:r>
    </w:p>
    <w:p>
      <w:pPr>
        <w:jc w:val="right"/>
      </w:pPr>
      <w:r>
        <w:t>کسان کی محنت مبنی بر پودا ہوتی ہے</w:t>
      </w:r>
    </w:p>
    <w:p>
      <w:r>
        <w:rPr>
          <w:b/>
        </w:rPr>
        <w:t xml:space="preserve">[1:36:05] </w:t>
      </w:r>
      <w:r>
        <w:t>isi tarah millat ke rehnamaon ki sari mehnat mabni bar afraad honi chahiye millat ka zawal darasal afraad</w:t>
      </w:r>
    </w:p>
    <w:p>
      <w:pPr>
        <w:jc w:val="right"/>
      </w:pPr>
      <w:r>
        <w:t>اسی طرح ملت کے رہنماؤں کی ساری محنت مبنی بر افراد ہونی چاہیے ملت کا زوال دراصل افراد</w:t>
      </w:r>
    </w:p>
    <w:p>
      <w:r>
        <w:rPr>
          <w:b/>
        </w:rPr>
        <w:t xml:space="preserve">[1:36:13] </w:t>
      </w:r>
      <w:r>
        <w:t>ke zawal ka naam hai aisa waqt aane par millat ke rehnamaon ko ye karna hai ke woh</w:t>
      </w:r>
    </w:p>
    <w:p>
      <w:pPr>
        <w:jc w:val="right"/>
      </w:pPr>
      <w:r>
        <w:t>کے زوال کا نام ہے ایسا وقت انے پر ملت کے رہنماؤں کو یہ کرنا ہے کہ وہ</w:t>
      </w:r>
    </w:p>
    <w:p>
      <w:r>
        <w:rPr>
          <w:b/>
        </w:rPr>
        <w:t xml:space="preserve">[1:36:20] </w:t>
      </w:r>
      <w:r>
        <w:t>taameer afraad ka kaam kar ke millat ko dobara zinda karne ki koshish karein doosre lafzon mein ye</w:t>
      </w:r>
    </w:p>
    <w:p>
      <w:pPr>
        <w:jc w:val="right"/>
      </w:pPr>
      <w:r>
        <w:t>تعمیر افراد کا کام کر کے ملت کو دوبارہ زندہ کرنے کی کوشش کریں دوسرے لفظوں میں یہ</w:t>
      </w:r>
    </w:p>
    <w:p>
      <w:r>
        <w:rPr>
          <w:b/>
        </w:rPr>
        <w:t xml:space="preserve">[1:36:28] </w:t>
      </w:r>
      <w:r>
        <w:t>ke millat ke ahyae</w:t>
      </w:r>
    </w:p>
    <w:p>
      <w:pPr>
        <w:jc w:val="right"/>
      </w:pPr>
      <w:r>
        <w:t>کہ ملت کے احیاء</w:t>
      </w:r>
    </w:p>
    <w:p>
      <w:r>
        <w:rPr>
          <w:b/>
        </w:rPr>
        <w:t xml:space="preserve">[1:36:35] </w:t>
      </w:r>
      <w:r>
        <w:t>ka kaam afraad ke ahyae se shuru hota hai afraad ke andar spirit ko zinda karne ke baad</w:t>
      </w:r>
    </w:p>
    <w:p>
      <w:pPr>
        <w:jc w:val="right"/>
      </w:pPr>
      <w:r>
        <w:t>کا کام افراد کے احیاء سے شروع ہوتا ہے افراد کے اندر سپرٹ کو زندہ کرنے کے بعد</w:t>
      </w:r>
    </w:p>
    <w:p>
      <w:r>
        <w:rPr>
          <w:b/>
        </w:rPr>
        <w:t xml:space="preserve">[1:36:43] </w:t>
      </w:r>
      <w:r>
        <w:t>millat apne aap zinda ho jati hai quran ki tafseerein mukhtalif zubanon mein badi tadad mein likhi aur</w:t>
      </w:r>
    </w:p>
    <w:p>
      <w:pPr>
        <w:jc w:val="right"/>
      </w:pPr>
      <w:r>
        <w:t>ملت اپنے اپ زندہ ہو جاتی ہے قرآن کی تفسیریں مختلف زبانوں میں بڑی تعداد میں لکھی اور</w:t>
      </w:r>
    </w:p>
    <w:p>
      <w:r>
        <w:rPr>
          <w:b/>
        </w:rPr>
        <w:t xml:space="preserve">[1:36:50] </w:t>
      </w:r>
      <w:r>
        <w:t>chapi gayi hain magar raqim ul huroof ke ilm ke mutabiq ye tafseerein ghair tatbeeqi andaaz mein likhi gayi</w:t>
      </w:r>
    </w:p>
    <w:p>
      <w:pPr>
        <w:jc w:val="right"/>
      </w:pPr>
      <w:r>
        <w:t>چھاپی گئی ہیں مگر راقم الحروف کے علم کے مطابق یہ تفسیریں غیر تطبیقی انداز میں لکھی گئی</w:t>
      </w:r>
    </w:p>
    <w:p>
      <w:r>
        <w:rPr>
          <w:b/>
        </w:rPr>
        <w:t xml:space="preserve">[1:36:58] </w:t>
      </w:r>
      <w:r>
        <w:t>hain quran ki tafseer ke baray mein muslim ahl</w:t>
      </w:r>
    </w:p>
    <w:p>
      <w:pPr>
        <w:jc w:val="right"/>
      </w:pPr>
      <w:r>
        <w:t>ہیں قرآن کی تفسیر کے بارے میں مسلم اہل</w:t>
      </w:r>
    </w:p>
    <w:p>
      <w:r>
        <w:rPr>
          <w:b/>
        </w:rPr>
        <w:t xml:space="preserve">[1:37:05] </w:t>
      </w:r>
      <w:r>
        <w:t>ilm ka ghaliban yahi woh andaaz hai jis ka zikr muzkurra hadees mein aya hai mukhtalif zamanon mein</w:t>
      </w:r>
    </w:p>
    <w:p>
      <w:pPr>
        <w:jc w:val="right"/>
      </w:pPr>
      <w:r>
        <w:t>علم کا غالبا یہی وہ انداز ہے جس کا ذکر مذکورہ حدیث میں ایا ہے مختلف زمانوں میں</w:t>
      </w:r>
    </w:p>
    <w:p>
      <w:r>
        <w:rPr>
          <w:b/>
        </w:rPr>
        <w:t xml:space="preserve">[1:37:13] </w:t>
      </w:r>
      <w:r>
        <w:t>likhi janay wali yeh tafaseer amlan isi qism se taaluq rakhti hain jis ko yahan ghair tatbeeqi andaaz</w:t>
      </w:r>
    </w:p>
    <w:p>
      <w:pPr>
        <w:jc w:val="right"/>
      </w:pPr>
      <w:r>
        <w:t>لکھی جانے والی یہ تفسیریں عملا اسی قسم سے تعلق رکھتی ہیں جس کو یہاں غیر تطبیقی انداز</w:t>
      </w:r>
    </w:p>
    <w:p>
      <w:r>
        <w:rPr>
          <w:b/>
        </w:rPr>
        <w:t xml:space="preserve">[1:37:20] </w:t>
      </w:r>
      <w:r>
        <w:t>kaha gaya hai is mamlay mein koi qabil zikr istasna raqim ul huroof ke ilm mein nahi yahi wajah</w:t>
      </w:r>
    </w:p>
    <w:p>
      <w:pPr>
        <w:jc w:val="right"/>
      </w:pPr>
      <w:r>
        <w:t>کہا گیا ہے اس معاملے میں کوئی قابل ذکر استثنی راقم الحروف کے علم میں نہیں یہی وجہ</w:t>
      </w:r>
    </w:p>
    <w:p>
      <w:r>
        <w:rPr>
          <w:b/>
        </w:rPr>
        <w:t xml:space="preserve">[1:37:28] </w:t>
      </w:r>
      <w:r>
        <w:t>hai ke quran ke doroos aur tafaseer ki</w:t>
      </w:r>
    </w:p>
    <w:p>
      <w:pPr>
        <w:jc w:val="right"/>
      </w:pPr>
      <w:r>
        <w:t>ہے کہ قرآن کے دروس اور تفاسیر کی</w:t>
      </w:r>
    </w:p>
    <w:p>
      <w:r>
        <w:rPr>
          <w:b/>
        </w:rPr>
        <w:t xml:space="preserve">[1:37:36] </w:t>
      </w:r>
      <w:r>
        <w:t>kasrat ke bawajood is ka mutlub nateeja hasil na ho saka qaul baalegh quran mein dawat ke aik</w:t>
      </w:r>
    </w:p>
    <w:p>
      <w:pPr>
        <w:jc w:val="right"/>
      </w:pPr>
      <w:r>
        <w:t>کثرت کے باوجود اس کا مطلوب نتیجہ حاصل نہ ہو سکا قول بلیغ قرآن میں دعوت کے ایک</w:t>
      </w:r>
    </w:p>
    <w:p>
      <w:r>
        <w:rPr>
          <w:b/>
        </w:rPr>
        <w:t xml:space="preserve">[1:37:51] </w:t>
      </w:r>
      <w:r>
        <w:t>usool ko in alfaaz mein bayan kiya gaya hai wa qul lahum fi anfusihim qaul an baaleghan</w:t>
      </w:r>
    </w:p>
    <w:p>
      <w:pPr>
        <w:jc w:val="right"/>
      </w:pPr>
      <w:r>
        <w:t>اصول کو ان الفاظ میں بیان کیا گیا ہے وقلھم فی انفسہم قولا بلیغا</w:t>
      </w:r>
    </w:p>
    <w:p>
      <w:r>
        <w:rPr>
          <w:b/>
        </w:rPr>
        <w:t xml:space="preserve">[1:38:06] </w:t>
      </w:r>
      <w:r>
        <w:t>yani aur un se aisi baat kaho jo un ke dilo mein utar jaye is ayat mein qaul</w:t>
      </w:r>
    </w:p>
    <w:p>
      <w:pPr>
        <w:jc w:val="right"/>
      </w:pPr>
      <w:r>
        <w:t>یعنی اور ان سے ایسی بات کہو جو ان کے دلوں میں اتر جائے اس آیت میں قول</w:t>
      </w:r>
    </w:p>
    <w:p>
      <w:r>
        <w:rPr>
          <w:b/>
        </w:rPr>
        <w:t xml:space="preserve">[1:38:14] </w:t>
      </w:r>
      <w:r>
        <w:t>baalegh ka matlab hai aisa qaul jo sunnay walay ke zehn ko address karnay wala ho jis ko</w:t>
      </w:r>
    </w:p>
    <w:p>
      <w:pPr>
        <w:jc w:val="right"/>
      </w:pPr>
      <w:r>
        <w:t>بلیغ کا مطلب ہے ایسا قول جو سننے والے کے ذہن کو ایڈریس کرنے والا ہو جس کو</w:t>
      </w:r>
    </w:p>
    <w:p>
      <w:r>
        <w:rPr>
          <w:b/>
        </w:rPr>
        <w:t xml:space="preserve">[1:38:21] </w:t>
      </w:r>
      <w:r>
        <w:t>sunkar woh sochne par majboor ho jaye aisa qaul jo aadmi ke zehn ko trigger kar de</w:t>
      </w:r>
    </w:p>
    <w:p>
      <w:pPr>
        <w:jc w:val="right"/>
      </w:pPr>
      <w:r>
        <w:t>سن کر وہ سوچنے پر مجبور ہو جائے ایسا قول جو ادمی کے ذہن کو ٹریگر کر دے</w:t>
      </w:r>
    </w:p>
    <w:p>
      <w:r>
        <w:rPr>
          <w:b/>
        </w:rPr>
        <w:t xml:space="preserve">[1:38:29] </w:t>
      </w:r>
      <w:r>
        <w:t>yahan tak ke woh takhleeqi ya creative andaaz mein sochne lage</w:t>
      </w:r>
    </w:p>
    <w:p>
      <w:pPr>
        <w:jc w:val="right"/>
      </w:pPr>
      <w:r>
        <w:t>یہاں تک کہ وہ تخلیقی یا کریٹیو انداز میں سوچنے لگے</w:t>
      </w:r>
    </w:p>
    <w:p>
      <w:r>
        <w:rPr>
          <w:b/>
        </w:rPr>
        <w:t xml:space="preserve">[1:38:37] </w:t>
      </w:r>
      <w:r>
        <w:t>misal ke taur par hindustan ke musalmanon ko lijiye agar aap hindustan ke musalmanon ko yeh khabar dein ke yeh mulk un ke liye masail se bhara hua hai is mulk mein un ke liye nafrat aur narawaadari ka mahol hai yahan un ke khilaf sazishain ho rahi hain un ke tehzeeb o culture ko mitane ki koshish ki ja rahi hai waghera to is tarah ki baaton se musalmanon ko sirf may</w:t>
      </w:r>
    </w:p>
    <w:p>
      <w:pPr>
        <w:jc w:val="right"/>
      </w:pPr>
      <w:r>
        <w:t>مثال کے طور پر ہندوستان کے مسلمانوں کو لیجئے اگر اپ ہندوستان کے مسلمانوں کو یہ خبر دیں کہ یہ ملک ان کے لیے مسائل سے بھرا ہوا ہے اس ملک میں ان کے لیے نفرت اور نارواداری کا ماحول ہے یہاں ان کے خلاف سازشیں ہو رہی ہیں ان کے تہذیب و کلچر کو مٹانے کی کوشش کی جا رہی ہے وغیرہ تو اس طرح کی باتوں سے مسلمانوں کو صرف مای</w:t>
      </w:r>
    </w:p>
    <w:p>
      <w:r>
        <w:rPr>
          <w:b/>
        </w:rPr>
        <w:t xml:space="preserve">[1:39:07] </w:t>
      </w:r>
      <w:r>
        <w:t>wusi hogi un ko koi rehnumai nahi milegi is ke bar aks agar aap musalmano se yeh kahein</w:t>
      </w:r>
    </w:p>
    <w:p>
      <w:pPr>
        <w:jc w:val="right"/>
      </w:pPr>
      <w:r>
        <w:t>وسی ہوگی ان کو کوئی رہنمائی نہیں ملے گی اس کے برعکس اگر اپ مسلمانوں سے یہ کہیں</w:t>
      </w:r>
    </w:p>
    <w:p>
      <w:r>
        <w:rPr>
          <w:b/>
        </w:rPr>
        <w:t xml:space="preserve">[1:39:17] </w:t>
      </w:r>
      <w:r>
        <w:t>ke tum quran ki aik ayat ko dobara parho aur us mein jo fitrat ka qanoon bataya gaya</w:t>
      </w:r>
    </w:p>
    <w:p>
      <w:pPr>
        <w:jc w:val="right"/>
      </w:pPr>
      <w:r>
        <w:t>کہ تم قرآن کی ایک آیت کو دوبارہ پڑھو اور اس میں جو فطرت کا قانون بتایا گیا</w:t>
      </w:r>
    </w:p>
    <w:p>
      <w:r>
        <w:rPr>
          <w:b/>
        </w:rPr>
        <w:t xml:space="preserve">[1:39:27] </w:t>
      </w:r>
      <w:r>
        <w:t>hai us ko samjho woh ayat yeh hai anzala min as samai fasalat awdiyat bi qadariha zaabud rabi an</w:t>
      </w:r>
    </w:p>
    <w:p>
      <w:pPr>
        <w:jc w:val="right"/>
      </w:pPr>
      <w:r>
        <w:t>ہے اس کو سمجھو وہ آیت یہ ہے انزل من السماء فصالت اودیت بقدرہا زبد رابعا</w:t>
      </w:r>
    </w:p>
    <w:p>
      <w:r>
        <w:rPr>
          <w:b/>
        </w:rPr>
        <w:t xml:space="preserve">[1:39:37] </w:t>
      </w:r>
      <w:r>
        <w:t>wa mimma yooqadoona alayhi fi anar ibtighaa hilyatin aw mata an zubadun mithlun zalika yadribullaha alhaqqa wal batila fa ammaz zubadu fa yadhhabu juffaa an wa ammaa ma yanfa un nasa fa yamkuthu fi al ardi kazalika yadribullahu al amthal yani Allah ne asman se pa</w:t>
      </w:r>
    </w:p>
    <w:p>
      <w:pPr>
        <w:jc w:val="right"/>
      </w:pPr>
      <w:r>
        <w:t>ومما یوقدون علیہ فی النار ابتغاء حلیۃ او متاع زبد مثل کذلك یضرب اللہ الحق والباطل فاما الزبد فیذہب جفاء واما ماینفع الناس فیمکس فی الارض کذلك یضرب اللہ الامثال یعنی اللہ نے اسمان سے پ</w:t>
      </w:r>
    </w:p>
    <w:p>
      <w:r>
        <w:rPr>
          <w:b/>
        </w:rPr>
        <w:t xml:space="preserve">[1:40:07] </w:t>
      </w:r>
      <w:r>
        <w:t>ani utara phir nale apni apni miqdar ke muwafiq beh nikle phir sailab ne ubharte jhag ko utha liya aur isi tarah ka jhag un cheezon mein bhi ubharta hai jin ko log zevar ya asbab banane ke liye aag mein pighlate hain is tarah Allah haq aur batil ki misal bayan karta hai pas jhag to sokh kar jata rehta hai aur jo cheez insanon ko nafa</w:t>
      </w:r>
    </w:p>
    <w:p>
      <w:pPr>
        <w:jc w:val="right"/>
      </w:pPr>
      <w:r>
        <w:t>انی اتارا پھر نالے اپنی اپنی مقدار کے موافق بہہ نکلے پھر سیلاب نے ابھرتے جھاگ کو اٹھا لیا اور اسی طرح کا جھاگ ان چیزوں میں بھی ابھر اتا ہے جن کو لوگ زیور یا اسباب بنانے کے لیے اگ میں پگھلاتے ہیں اس طرح اللہ حق اور باطل کی مثال بیان کرتا ہے پس جھاگ تو سوکھ کر جاتا رہتا ہے اور جو چیز انسانوں کو نفع</w:t>
      </w:r>
    </w:p>
    <w:p>
      <w:r>
        <w:rPr>
          <w:b/>
        </w:rPr>
        <w:t xml:space="preserve">[1:40:37] </w:t>
      </w:r>
      <w:r>
        <w:t>pohanchanay wali hai woh zameen mein thehar jati hai Allah is tarah misalein bayan karta hai quran ki</w:t>
      </w:r>
    </w:p>
    <w:p>
      <w:pPr>
        <w:jc w:val="right"/>
      </w:pPr>
      <w:r>
        <w:t>پہنچانے والی ہے وہ زمین میں ٹھہر جاتی ہے اللہ اس طرح مثالیں بیان کرتا ہے قرآن کی</w:t>
      </w:r>
    </w:p>
    <w:p>
      <w:r>
        <w:rPr>
          <w:b/>
        </w:rPr>
        <w:t xml:space="preserve">[1:40:45] </w:t>
      </w:r>
      <w:r>
        <w:t>is ayat par ghore karne se fitrat ka aik qanoon maloom hota hai woh yeh ke jo groh</w:t>
      </w:r>
    </w:p>
    <w:p>
      <w:pPr>
        <w:jc w:val="right"/>
      </w:pPr>
      <w:r>
        <w:t>اس آیت پر غور کرنے سے فطرت کا ایک قانون معلوم ہوتا ہے وہ یہ کہ جو گروہ</w:t>
      </w:r>
    </w:p>
    <w:p>
      <w:r>
        <w:rPr>
          <w:b/>
        </w:rPr>
        <w:t xml:space="preserve">[1:40:52] </w:t>
      </w:r>
      <w:r>
        <w:t>apne andar nafbakshi ki salahiyat paida kare us ko is dunya mein istahkam hasil hota hai is</w:t>
      </w:r>
    </w:p>
    <w:p>
      <w:pPr>
        <w:jc w:val="right"/>
      </w:pPr>
      <w:r>
        <w:t>اپنے اندر نفع بخشی کی صلاحیت پیدا کرے اس کو اس دنیا میں استحکام حاصل ہوتا ہے اس</w:t>
      </w:r>
    </w:p>
    <w:p>
      <w:r>
        <w:rPr>
          <w:b/>
        </w:rPr>
        <w:t xml:space="preserve">[1:41:00] </w:t>
      </w:r>
      <w:r>
        <w:t>ke bar aks jis groh ke paas sirf shikayat aur</w:t>
      </w:r>
    </w:p>
    <w:p>
      <w:pPr>
        <w:jc w:val="right"/>
      </w:pPr>
      <w:r>
        <w:t>کے برعکس جس گروہ کے پاس صرف شکایت اور</w:t>
      </w:r>
    </w:p>
    <w:p>
      <w:r>
        <w:rPr>
          <w:b/>
        </w:rPr>
        <w:t xml:space="preserve">[1:41:08] </w:t>
      </w:r>
      <w:r>
        <w:t>احتجاج یا protest ki zuban ho woh is duniya mein jhaag ki manind hai aise logon ko duniya</w:t>
      </w:r>
    </w:p>
    <w:p>
      <w:pPr>
        <w:jc w:val="right"/>
      </w:pPr>
      <w:r>
        <w:t>احتجاج یا پروٹیسٹ کی زبان ہو وہ اس دنیا میں جھاگ کی مانند ہے ایسے لوگوں کو دنیا</w:t>
      </w:r>
    </w:p>
    <w:p>
      <w:r>
        <w:rPr>
          <w:b/>
        </w:rPr>
        <w:t xml:space="preserve">[1:41:15] </w:t>
      </w:r>
      <w:r>
        <w:t>mein koi baazait jagah hasil honay wali nahi mazeed ghore karne se maloom hota hai ke insani groh</w:t>
      </w:r>
    </w:p>
    <w:p>
      <w:pPr>
        <w:jc w:val="right"/>
      </w:pPr>
      <w:r>
        <w:t>میں کوئی باعزت جگہ حاصل ہونے والی نہیں مزید غور کرنے سے معلوم ہوتا ہے کہ انسانی گروہ</w:t>
      </w:r>
    </w:p>
    <w:p>
      <w:r>
        <w:rPr>
          <w:b/>
        </w:rPr>
        <w:t xml:space="preserve">[1:41:23] </w:t>
      </w:r>
      <w:r>
        <w:t>do qism ke hotay hain aik woh jin ko nafe groh ya giver community kaha jata hai aur</w:t>
      </w:r>
    </w:p>
    <w:p>
      <w:pPr>
        <w:jc w:val="right"/>
      </w:pPr>
      <w:r>
        <w:t>دو قسم کے ہوتے ہیں ایک وہ جن کو نافع گروہ یا گیور کمیونٹی کہا جاتا ہے اور</w:t>
      </w:r>
    </w:p>
    <w:p>
      <w:r>
        <w:rPr>
          <w:b/>
        </w:rPr>
        <w:t xml:space="preserve">[1:41:30] </w:t>
      </w:r>
      <w:r>
        <w:t>doosra woh jin ko insani laqat mein lenay wala groh ya taker community kaha jata</w:t>
      </w:r>
    </w:p>
    <w:p>
      <w:pPr>
        <w:jc w:val="right"/>
      </w:pPr>
      <w:r>
        <w:t>دوسرا وہ جن کو انسانی لغت میں لینے والا گروہ یا ٹیکر کمیونٹی کہا جاتا</w:t>
      </w:r>
    </w:p>
    <w:p>
      <w:r>
        <w:rPr>
          <w:b/>
        </w:rPr>
        <w:t xml:space="preserve">[1:41:38] </w:t>
      </w:r>
      <w:r>
        <w:t>hai is ka matlab yeh hai ke quran ka paigham aqal ka taqaza aur fitrat ka qanoon yeh</w:t>
      </w:r>
    </w:p>
    <w:p>
      <w:pPr>
        <w:jc w:val="right"/>
      </w:pPr>
      <w:r>
        <w:t>ہے اس کا مطلب یہ ہے کہ قرآن کا پیغام عقل کا تقاضا اور فطرت کا قانون یہ</w:t>
      </w:r>
    </w:p>
    <w:p>
      <w:r>
        <w:rPr>
          <w:b/>
        </w:rPr>
        <w:t xml:space="preserve">[1:41:45] </w:t>
      </w:r>
      <w:r>
        <w:t>hai ke is dunya mein shikayati groh ke liye kuch nahi hai yeh dunya sirf un logo ki</w:t>
      </w:r>
    </w:p>
    <w:p>
      <w:pPr>
        <w:jc w:val="right"/>
      </w:pPr>
      <w:r>
        <w:t>ہے کہ اس دنیا میں شکایتی گروہ کے لیے کچھ نہیں ہے یہ دنیا صرف ان لوگوں کی</w:t>
      </w:r>
    </w:p>
    <w:p>
      <w:r>
        <w:rPr>
          <w:b/>
        </w:rPr>
        <w:t xml:space="preserve">[1:41:53] </w:t>
      </w:r>
      <w:r>
        <w:t>dunya hai jo giver community ban kar rahein jo log lenay walay groh banay huay hon un ke</w:t>
      </w:r>
    </w:p>
    <w:p>
      <w:pPr>
        <w:jc w:val="right"/>
      </w:pPr>
      <w:r>
        <w:t>دنیا ہے جو گیور کمیونٹی بن کر رہیں جو لوگ لینے والے گروہ بنے ہوئے ہوں ان کے</w:t>
      </w:r>
    </w:p>
    <w:p>
      <w:r>
        <w:rPr>
          <w:b/>
        </w:rPr>
        <w:t xml:space="preserve">[1:42:00] </w:t>
      </w:r>
      <w:r>
        <w:t>liye fitrat ke qanoon ke mutabiq sirf</w:t>
      </w:r>
    </w:p>
    <w:p>
      <w:pPr>
        <w:jc w:val="right"/>
      </w:pPr>
      <w:r>
        <w:t>لیے فطرت کے قانون کے مطابق صرف</w:t>
      </w:r>
    </w:p>
    <w:p>
      <w:r>
        <w:rPr>
          <w:b/>
        </w:rPr>
        <w:t xml:space="preserve">[1:42:08] </w:t>
      </w:r>
      <w:r>
        <w:t>yeh muqaddar hai ke woh shikayat aur ihtijaj mein pade rahein aur aakhir mein un ko mehroomi ke</w:t>
      </w:r>
    </w:p>
    <w:p>
      <w:pPr>
        <w:jc w:val="right"/>
      </w:pPr>
      <w:r>
        <w:t>یہ مقدر ہے کہ وہ شکایت اور احتجاج میں پڑے رہیں اور اخر میں ان کو محرومی کے</w:t>
      </w:r>
    </w:p>
    <w:p>
      <w:r>
        <w:rPr>
          <w:b/>
        </w:rPr>
        <w:t xml:space="preserve">[1:42:15] </w:t>
      </w:r>
      <w:r>
        <w:t>siwa kuch aur hasil na ho jawahar lal nehru ne apni kitab discovery of india mein likha hai</w:t>
      </w:r>
    </w:p>
    <w:p>
      <w:pPr>
        <w:jc w:val="right"/>
      </w:pPr>
      <w:r>
        <w:t>سوا کچھ اور حاصل نہ ہو جواہر لال نہرو نے اپنی کتاب ڈسکوری اف انڈیا میں لکھا ہے</w:t>
      </w:r>
    </w:p>
    <w:p>
      <w:r>
        <w:rPr>
          <w:b/>
        </w:rPr>
        <w:t xml:space="preserve">[1:42:23] </w:t>
      </w:r>
      <w:r>
        <w:t>ke arab jab india mein aaye unhon ne india ko shandar culture ya brilliant culture diya yeh baat</w:t>
      </w:r>
    </w:p>
    <w:p>
      <w:pPr>
        <w:jc w:val="right"/>
      </w:pPr>
      <w:r>
        <w:t>کہ عرب جب انڈیا میں ائے انہوں نے انڈیا کو شاندار کلچر یا بریلینٹ کلچر دیا یہ بات</w:t>
      </w:r>
    </w:p>
    <w:p>
      <w:r>
        <w:rPr>
          <w:b/>
        </w:rPr>
        <w:t xml:space="preserve">[1:42:30] </w:t>
      </w:r>
      <w:r>
        <w:t>durust hai lekin sochne ki baat yeh hai ke maujooda zamane ke mus</w:t>
      </w:r>
    </w:p>
    <w:p>
      <w:pPr>
        <w:jc w:val="right"/>
      </w:pPr>
      <w:r>
        <w:t>درست ہے لیکن سوچنے کی بات یہ ہے کہ موجودہ زمانے کے مس</w:t>
      </w:r>
    </w:p>
    <w:p>
      <w:r>
        <w:rPr>
          <w:b/>
        </w:rPr>
        <w:t xml:space="preserve">[1:42:38] </w:t>
      </w:r>
      <w:r>
        <w:t>alman kyon india ki ek pasmanda community bankar reh gaye hain is ka sabab yeh hai ke</w:t>
      </w:r>
    </w:p>
    <w:p>
      <w:pPr>
        <w:jc w:val="right"/>
      </w:pPr>
      <w:r>
        <w:t>لمان کیوں انڈیا کی ایک پسماندہ کمیونٹی بن کر رہ گئے ہیں اس کا سبب یہ ہے کہ</w:t>
      </w:r>
    </w:p>
    <w:p>
      <w:r>
        <w:rPr>
          <w:b/>
        </w:rPr>
        <w:t xml:space="preserve">[1:42:45] </w:t>
      </w:r>
      <w:r>
        <w:t>arab log athveen sadi isvi mein india mein aaye the woh zamana qadeem dastkari ka zamana tha qadeem</w:t>
      </w:r>
    </w:p>
    <w:p>
      <w:pPr>
        <w:jc w:val="right"/>
      </w:pPr>
      <w:r>
        <w:t>عرب لوگ اٹھویں صدی عیسوی میں انڈیا میں ائے تھے وہ زمانہ قدیم دستکاری کا زمانہ تھا قدیم</w:t>
      </w:r>
    </w:p>
    <w:p>
      <w:r>
        <w:rPr>
          <w:b/>
        </w:rPr>
        <w:t xml:space="preserve">[1:42:53] </w:t>
      </w:r>
      <w:r>
        <w:t>zamane ke aitbar se arbon ne india ko bohat kuch diya mislan ap pashi ke liye raht ya</w:t>
      </w:r>
    </w:p>
    <w:p>
      <w:pPr>
        <w:jc w:val="right"/>
      </w:pPr>
      <w:r>
        <w:t>زمانے کے اعتبار سے عربوں نے انڈیا کو بہت کچھ دیا مثلا اپ پاشی کے لیے رہٹ یا</w:t>
      </w:r>
    </w:p>
    <w:p>
      <w:r>
        <w:rPr>
          <w:b/>
        </w:rPr>
        <w:t xml:space="preserve">[1:43:00] </w:t>
      </w:r>
      <w:r>
        <w:t>nuriya ka tareeqa yani aisa peya jis ke muheet ke gird dol lage hote hain</w:t>
      </w:r>
    </w:p>
    <w:p>
      <w:pPr>
        <w:jc w:val="right"/>
      </w:pPr>
      <w:r>
        <w:t>نوریا کا طریقہ یعنی ایسا پہیہ جس کے محیط کے گرد ڈول لگے ہوتے ہیں</w:t>
      </w:r>
    </w:p>
    <w:p>
      <w:r>
        <w:rPr>
          <w:b/>
        </w:rPr>
        <w:t xml:space="preserve">[1:43:08] </w:t>
      </w:r>
      <w:r>
        <w:t>aur jo haspania mashriq wasti aur eshiya mein pani khenchne ke liye istemal hota hai magar baad ko</w:t>
      </w:r>
    </w:p>
    <w:p>
      <w:pPr>
        <w:jc w:val="right"/>
      </w:pPr>
      <w:r>
        <w:t>اور جو ہسپانیہ مشرق وسطی اور ایشیا میں پانی کھینچنے کے لیے استعمال ہوتا ہے مگر بعد کو</w:t>
      </w:r>
    </w:p>
    <w:p>
      <w:r>
        <w:rPr>
          <w:b/>
        </w:rPr>
        <w:t xml:space="preserve">[1:43:15] </w:t>
      </w:r>
      <w:r>
        <w:t>jab british log india mein aaye to woh apne sath mashini daur ya mechanical age le aaye modern</w:t>
      </w:r>
    </w:p>
    <w:p>
      <w:pPr>
        <w:jc w:val="right"/>
      </w:pPr>
      <w:r>
        <w:t>جب برٹش لوگ انڈیا میں ائے تو وہ اپنے ساتھ مشینی دور یا مکینیکل ایج لے ائے ماڈرن</w:t>
      </w:r>
    </w:p>
    <w:p>
      <w:r>
        <w:rPr>
          <w:b/>
        </w:rPr>
        <w:t xml:space="preserve">[1:43:23] </w:t>
      </w:r>
      <w:r>
        <w:t>taleem gahon mein is nai technique ki taleem hone lagi magar muslim rehnumaon ne in naye taleem gahon</w:t>
      </w:r>
    </w:p>
    <w:p>
      <w:pPr>
        <w:jc w:val="right"/>
      </w:pPr>
      <w:r>
        <w:t>تعلیم گاہوں میں اس نئی ٹیکنیک کی تعلیم ہونے لگی مگر مسلم رہنماؤں نے ان نئے تعلیم گاہوں</w:t>
      </w:r>
    </w:p>
    <w:p>
      <w:r>
        <w:rPr>
          <w:b/>
        </w:rPr>
        <w:t xml:space="preserve">[1:43:31] </w:t>
      </w:r>
      <w:r>
        <w:t>ko musalmanon ke liye qatl gah qarar de diya is tarah musalman</w:t>
      </w:r>
    </w:p>
    <w:p>
      <w:pPr>
        <w:jc w:val="right"/>
      </w:pPr>
      <w:r>
        <w:t>کو مسلمانوں کے لیے قتل گاہ قرار دے دیا اس طرح مسلمان</w:t>
      </w:r>
    </w:p>
    <w:p>
      <w:r>
        <w:rPr>
          <w:b/>
        </w:rPr>
        <w:t xml:space="preserve">[1:43:38] </w:t>
      </w:r>
      <w:r>
        <w:t>naye daur ke lihaz se peechhe ho gaye maujooda zamane mein musalmanon ki pasmandagi ka yahi asal sabab</w:t>
      </w:r>
    </w:p>
    <w:p>
      <w:pPr>
        <w:jc w:val="right"/>
      </w:pPr>
      <w:r>
        <w:t>نئے دور کے لحاظ سے پیچھے ہو گئے موجودہ زمانے میں مسلمانوں کی پسماندگی کا یہی اصل سبب</w:t>
      </w:r>
    </w:p>
    <w:p>
      <w:r>
        <w:rPr>
          <w:b/>
        </w:rPr>
        <w:t xml:space="preserve">[1:43:53] </w:t>
      </w:r>
      <w:r>
        <w:t>hai fehm deeni quran deen khondawandi ko samajhne ka wahid mustanad makhaz hai quran</w:t>
      </w:r>
    </w:p>
    <w:p>
      <w:pPr>
        <w:jc w:val="right"/>
      </w:pPr>
      <w:r>
        <w:t>ہے فہم دینی قرآن دین خداوندی کو سمجھنے کا واحد مستند ماخذ ہے قرآن</w:t>
      </w:r>
    </w:p>
    <w:p>
      <w:r>
        <w:rPr>
          <w:b/>
        </w:rPr>
        <w:t xml:space="preserve">[1:44:08] </w:t>
      </w:r>
      <w:r>
        <w:t>allah rab ul alameen ki akhri kitab hai woh saatveen sadi isvi ke rab awwal mein arab mein muhammad</w:t>
      </w:r>
    </w:p>
    <w:p>
      <w:pPr>
        <w:jc w:val="right"/>
      </w:pPr>
      <w:r>
        <w:t>اللہ رب العالمین کی اخری کتاب ہے وہ ساتویں صدی عیسوی کے رب اول میں عرب میں محمد</w:t>
      </w:r>
    </w:p>
    <w:p>
      <w:r>
        <w:rPr>
          <w:b/>
        </w:rPr>
        <w:t xml:space="preserve">[1:44:16] </w:t>
      </w:r>
      <w:r>
        <w:t>sallallahu alaihi wasallam par utra yeh qabl az science daur ya pre scientific age ka zamana tha</w:t>
      </w:r>
    </w:p>
    <w:p>
      <w:pPr>
        <w:jc w:val="right"/>
      </w:pPr>
      <w:r>
        <w:t>صلی اللہ علیہ وسلم پر اترا یہ قبل از سائنس دور یا پری سائنٹیفک ایج کا زمانہ تھا</w:t>
      </w:r>
    </w:p>
    <w:p>
      <w:r>
        <w:rPr>
          <w:b/>
        </w:rPr>
        <w:t xml:space="preserve">[1:44:23] </w:t>
      </w:r>
      <w:r>
        <w:t>us waqt agar quran mein woh usloob ikhtiyar kiya jata jo science ke zahoor ke baad beesveen sadi</w:t>
      </w:r>
    </w:p>
    <w:p>
      <w:pPr>
        <w:jc w:val="right"/>
      </w:pPr>
      <w:r>
        <w:t>اس وقت اگر قرآن میں وہ اسلوب اختیار کیا جاتا جو سائنس کے ظہور کے بعد بیسویں صدی</w:t>
      </w:r>
    </w:p>
    <w:p>
      <w:r>
        <w:rPr>
          <w:b/>
        </w:rPr>
        <w:t xml:space="preserve">[1:44:31] </w:t>
      </w:r>
      <w:r>
        <w:t>mein raij hua hai to yeh us mashhoor</w:t>
      </w:r>
    </w:p>
    <w:p>
      <w:pPr>
        <w:jc w:val="right"/>
      </w:pPr>
      <w:r>
        <w:t>میں رائج ہوا ہے تو یہ اس مشہور</w:t>
      </w:r>
    </w:p>
    <w:p>
      <w:r>
        <w:rPr>
          <w:b/>
        </w:rPr>
        <w:t xml:space="preserve">[1:44:39] </w:t>
      </w:r>
      <w:r>
        <w:t>مثل کا مصداق بن جاتا putting the cart before the horse یعنی سائنٹیفک اسلوب کے ظہور سے پہلے</w:t>
      </w:r>
    </w:p>
    <w:p>
      <w:pPr>
        <w:jc w:val="right"/>
      </w:pPr>
      <w:r>
        <w:t>مثل کا مصداق بن جاتا پٹنگ دا کار بیفور دا ہارس یعنی سائنٹیفک اسلوب کے ظہور سے پہلے</w:t>
      </w:r>
    </w:p>
    <w:p>
      <w:r>
        <w:rPr>
          <w:b/>
        </w:rPr>
        <w:t xml:space="preserve">[1:44:49] </w:t>
      </w:r>
      <w:r>
        <w:t>scientific usloob mein baat karna quran o hadees mein aala marifat ki baatein hain lekin is ka usloob</w:t>
      </w:r>
    </w:p>
    <w:p>
      <w:pPr>
        <w:jc w:val="right"/>
      </w:pPr>
      <w:r>
        <w:t>سائنٹیفک اسلوب میں بات کرنا قرآن و حدیث میں اعلی معرفت کی باتیں ہیں لیکن اس کا اسلوب</w:t>
      </w:r>
    </w:p>
    <w:p>
      <w:r>
        <w:rPr>
          <w:b/>
        </w:rPr>
        <w:t xml:space="preserve">[1:44:59] </w:t>
      </w:r>
      <w:r>
        <w:t>qadeem hai agar yeh baatein jadeed usloob e kalam mein hotin to is qism ki baatein moasir mukhatibin ke liye</w:t>
      </w:r>
    </w:p>
    <w:p>
      <w:pPr>
        <w:jc w:val="right"/>
      </w:pPr>
      <w:r>
        <w:t>قدیم ہے اگر یہ باتیں جدید اسلوب کلام میں ہوتیں تو اس قسم کی باتیں معاصر مخاطبین کے لیے</w:t>
      </w:r>
    </w:p>
    <w:p>
      <w:r>
        <w:rPr>
          <w:b/>
        </w:rPr>
        <w:t xml:space="preserve">[1:45:09] </w:t>
      </w:r>
      <w:r>
        <w:t>mahma ban jati sunne walon ka zehn address na hota aur kalam mein woh taseer paida na hoti</w:t>
      </w:r>
    </w:p>
    <w:p>
      <w:pPr>
        <w:jc w:val="right"/>
      </w:pPr>
      <w:r>
        <w:t>معمہ بن جاتی سننے والوں کا ذہن ایڈریس نہ ہوتا اور کلام میں وہ تاثیر پیدا نہ ہوتی</w:t>
      </w:r>
    </w:p>
    <w:p>
      <w:r>
        <w:rPr>
          <w:b/>
        </w:rPr>
        <w:t xml:space="preserve">[1:45:17] </w:t>
      </w:r>
      <w:r>
        <w:t>jo matloob thi misal ke taur par hazrat ibrahim alaihissalam char hazar saal pehle iraq mein paida</w:t>
      </w:r>
    </w:p>
    <w:p>
      <w:pPr>
        <w:jc w:val="right"/>
      </w:pPr>
      <w:r>
        <w:t>جو مطلوب تھی مثال کے طور پر حضرت ابراہیم علیہ السلام چار ہزار سال پہلے عراق میں پیدا</w:t>
      </w:r>
    </w:p>
    <w:p>
      <w:r>
        <w:rPr>
          <w:b/>
        </w:rPr>
        <w:t xml:space="preserve">[1:45:24] </w:t>
      </w:r>
      <w:r>
        <w:t>huye qadeem iraq ke badshah se un ka ek dawati mukalma hua is mein unhon ne badshah se</w:t>
      </w:r>
    </w:p>
    <w:p>
      <w:pPr>
        <w:jc w:val="right"/>
      </w:pPr>
      <w:r>
        <w:t>ہوئے قدیم عراق کے بادشاہ سے ان کا ایک دعوتی مکالمہ ہوا اس میں انہوں نے بادشاہ سے</w:t>
      </w:r>
    </w:p>
    <w:p>
      <w:r>
        <w:rPr>
          <w:b/>
        </w:rPr>
        <w:t xml:space="preserve">[1:45:32] </w:t>
      </w:r>
      <w:r>
        <w:t>ek baat yeh kahi فان اللہ یتیب الشم</w:t>
      </w:r>
    </w:p>
    <w:p>
      <w:pPr>
        <w:jc w:val="right"/>
      </w:pPr>
      <w:r>
        <w:t>ایک بات یہ کہی فان اللہ یتیب الشم</w:t>
      </w:r>
    </w:p>
    <w:p>
      <w:r>
        <w:rPr>
          <w:b/>
        </w:rPr>
        <w:t xml:space="preserve">[1:45:39] </w:t>
      </w:r>
      <w:r>
        <w:t>سی من المشرق فاتیبہ من المغرب yani allah suraj ko arab se nikalta hai tum us ko pasham</w:t>
      </w:r>
    </w:p>
    <w:p>
      <w:pPr>
        <w:jc w:val="right"/>
      </w:pPr>
      <w:r>
        <w:t>سی من المشرق فاتیبہ من المغرب یعنی اللہ سورج کو عرب سے نکالتا ہے تم اس کو پچھم</w:t>
      </w:r>
    </w:p>
    <w:p>
      <w:r>
        <w:rPr>
          <w:b/>
        </w:rPr>
        <w:t xml:space="preserve">[1:45:47] </w:t>
      </w:r>
      <w:r>
        <w:t>se nikal do is ke bar aks hazrat ibrahim aleh salam agar yeh kehte ke khuda ke qaim kardah</w:t>
      </w:r>
    </w:p>
    <w:p>
      <w:pPr>
        <w:jc w:val="right"/>
      </w:pPr>
      <w:r>
        <w:t>سے نکال دو اس کے برعکس حضرت ابراہیم علیہ السلام اگر یہ کہتے کہ خدا کے قائم کردہ</w:t>
      </w:r>
    </w:p>
    <w:p>
      <w:r>
        <w:rPr>
          <w:b/>
        </w:rPr>
        <w:t xml:space="preserve">[1:45:54] </w:t>
      </w:r>
      <w:r>
        <w:t>qanoon ke mutabiq subah o sham ka nizam heliocentric system ke usool par qaim hai tum is</w:t>
      </w:r>
    </w:p>
    <w:p>
      <w:pPr>
        <w:jc w:val="right"/>
      </w:pPr>
      <w:r>
        <w:t>قانون کے مطابق صبح و شام کا نظام ہیلیو سینٹرک سسٹم کے اصول پر قائم ہے تم اس</w:t>
      </w:r>
    </w:p>
    <w:p>
      <w:r>
        <w:rPr>
          <w:b/>
        </w:rPr>
        <w:t xml:space="preserve">[1:46:02] </w:t>
      </w:r>
      <w:r>
        <w:t>ko geocentric system par qaim kar do to mukhat</w:t>
      </w:r>
    </w:p>
    <w:p>
      <w:pPr>
        <w:jc w:val="right"/>
      </w:pPr>
      <w:r>
        <w:t>کو جیو سینٹرک سسٹم پر قائم کر دو تو مخاط</w:t>
      </w:r>
    </w:p>
    <w:p>
      <w:r>
        <w:rPr>
          <w:b/>
        </w:rPr>
        <w:t xml:space="preserve">[1:46:09] </w:t>
      </w:r>
      <w:r>
        <w:t>ab is jumle ka koi matlab na samajhta aur baat be asar ho kar reh jati isi tarah</w:t>
      </w:r>
    </w:p>
    <w:p>
      <w:pPr>
        <w:jc w:val="right"/>
      </w:pPr>
      <w:r>
        <w:t>ب اس جملے کا کوئی مطلب نہ سمجھتا اور بات بے اثر ہو کر رہ جاتی اسی طرح</w:t>
      </w:r>
    </w:p>
    <w:p>
      <w:r>
        <w:rPr>
          <w:b/>
        </w:rPr>
        <w:t xml:space="preserve">[1:46:17] </w:t>
      </w:r>
      <w:r>
        <w:t>ki ek aur misal yeh hai ke hijrat ke baad madine mein suraj gahan ya solar eclipse pada</w:t>
      </w:r>
    </w:p>
    <w:p>
      <w:pPr>
        <w:jc w:val="right"/>
      </w:pPr>
      <w:r>
        <w:t>کی ایک اور مثال یہ ہے کہ ہجرت کے بعد مدینے میں سورج گرہن یا سولر ایکلپس پڑا</w:t>
      </w:r>
    </w:p>
    <w:p>
      <w:r>
        <w:rPr>
          <w:b/>
        </w:rPr>
        <w:t xml:space="preserve">[1:46:25] </w:t>
      </w:r>
      <w:r>
        <w:t>ittifaq se is din peghambar ke bete ka intiqal ho gaya tha logon ne yeh kehna shuru kar</w:t>
      </w:r>
    </w:p>
    <w:p>
      <w:pPr>
        <w:jc w:val="right"/>
      </w:pPr>
      <w:r>
        <w:t>اتفاق سے اس دن پیغمبر کے بیٹے کا انتقال ہو گیا تھا لوگوں نے یہ کہنا شروع کر</w:t>
      </w:r>
    </w:p>
    <w:p>
      <w:r>
        <w:rPr>
          <w:b/>
        </w:rPr>
        <w:t xml:space="preserve">[1:46:32] </w:t>
      </w:r>
      <w:r>
        <w:t>diya ke aaj peghambar ke bete ka intiqal hua hai is liye suraj gahan laga hai riwayat mein aata hai</w:t>
      </w:r>
    </w:p>
    <w:p>
      <w:pPr>
        <w:jc w:val="right"/>
      </w:pPr>
      <w:r>
        <w:t>دیا کہ اج پیغمبر کے بیٹے کا انتقال ہوا ہے اس لیے سورج گرہن لگا ہے روایات میں اتا ہے</w:t>
      </w:r>
    </w:p>
    <w:p>
      <w:r>
        <w:rPr>
          <w:b/>
        </w:rPr>
        <w:t xml:space="preserve">[1:46:40] </w:t>
      </w:r>
      <w:r>
        <w:t>ke peghambar islam salallaho alaihe wasallam ne is mauqe par logon ko madine ki masjid mein ekatha</w:t>
      </w:r>
    </w:p>
    <w:p>
      <w:pPr>
        <w:jc w:val="right"/>
      </w:pPr>
      <w:r>
        <w:t>کہ پیغمبر اسلام صلی اللہ علیہ وسلم نے اس موقع پر لوگوں کو مدینہ کی مسجد میں اکٹھا</w:t>
      </w:r>
    </w:p>
    <w:p>
      <w:r>
        <w:rPr>
          <w:b/>
        </w:rPr>
        <w:t xml:space="preserve">[1:46:47] </w:t>
      </w:r>
      <w:r>
        <w:t>kar ke un ko khitab kiya is ka tarjuma yeh hai suraj aur chand allah ki nishaniyon mein</w:t>
      </w:r>
    </w:p>
    <w:p>
      <w:pPr>
        <w:jc w:val="right"/>
      </w:pPr>
      <w:r>
        <w:t>کر کے ان کو خطاب کیا اس کا ترجمہ یہ ہے سورج اور چاند اللہ کی نشانیوں میں</w:t>
      </w:r>
    </w:p>
    <w:p>
      <w:r>
        <w:rPr>
          <w:b/>
        </w:rPr>
        <w:t xml:space="preserve">[1:46:55] </w:t>
      </w:r>
      <w:r>
        <w:t>se do nishaniyan hain in dono par gahan na kisi ki maut se lagta hai aur na kisi</w:t>
      </w:r>
    </w:p>
    <w:p>
      <w:pPr>
        <w:jc w:val="right"/>
      </w:pPr>
      <w:r>
        <w:t>سے دو نشانیاں ہیں ان دونوں پر گرہن نہ کسی کی موت سے لگتا ہے اور نہ کسی</w:t>
      </w:r>
    </w:p>
    <w:p>
      <w:r>
        <w:rPr>
          <w:b/>
        </w:rPr>
        <w:t xml:space="preserve">[1:47:03] </w:t>
      </w:r>
      <w:r>
        <w:t>ki zindagi se jab tum is ko dekho to allah ka zikr karo sahih bukhari is ke bar aks peghambar islam</w:t>
      </w:r>
    </w:p>
    <w:p>
      <w:pPr>
        <w:jc w:val="right"/>
      </w:pPr>
      <w:r>
        <w:t>کی زندگی سے جب تم اس کو دیکھو تو اللہ کا ذکر کرو صحیح بخاری اس کے برعکس پیغمبر اسلام</w:t>
      </w:r>
    </w:p>
    <w:p>
      <w:r>
        <w:rPr>
          <w:b/>
        </w:rPr>
        <w:t xml:space="preserve">[1:47:10] </w:t>
      </w:r>
      <w:r>
        <w:t>us waqt agar aisa karte ke aap baat ko hone wali daryaft ki zaban bolte aur yeh kehte</w:t>
      </w:r>
    </w:p>
    <w:p>
      <w:pPr>
        <w:jc w:val="right"/>
      </w:pPr>
      <w:r>
        <w:t>اس وقت اگر ایسا کرتے کہ اپ بات کو ہونے والی دریافت کی زبان بولتے اور یہ کہتے</w:t>
      </w:r>
    </w:p>
    <w:p>
      <w:r>
        <w:rPr>
          <w:b/>
        </w:rPr>
        <w:t xml:space="preserve">[1:47:18] </w:t>
      </w:r>
      <w:r>
        <w:t>Eclipse is an astronomical phenomena. It occurs due to the well calculated alignment of three moving bodies of</w:t>
      </w:r>
    </w:p>
    <w:p>
      <w:pPr>
        <w:jc w:val="right"/>
      </w:pPr>
      <w:r>
        <w:t>ایکلپس از این ایسٹرونومیکل فیناومینا اٹ اکرز ڈیو ٹو دا ویل کیلکولیٹڈ الائنمنٹ اف تھری موونگ باڈیز اف</w:t>
      </w:r>
    </w:p>
    <w:p>
      <w:r>
        <w:rPr>
          <w:b/>
        </w:rPr>
        <w:t xml:space="preserve">[1:47:25] </w:t>
      </w:r>
      <w:r>
        <w:t>different sizes at a particular point in time in the vast space پیغمبر اسلام اگر ایسی زبان بولتے</w:t>
      </w:r>
    </w:p>
    <w:p>
      <w:pPr>
        <w:jc w:val="right"/>
      </w:pPr>
      <w:r>
        <w:t>ڈفرنٹ سائزز ایٹ ا پرٹیکولر پوائنٹ ان ٹائم ان دا واسٹ سپیس پیغمبر اسلام اگر ایسی زبان بولتے</w:t>
      </w:r>
    </w:p>
    <w:p>
      <w:r>
        <w:rPr>
          <w:b/>
        </w:rPr>
        <w:t xml:space="preserve">[1:47:33] </w:t>
      </w:r>
      <w:r>
        <w:t>to woh log</w:t>
      </w:r>
    </w:p>
    <w:p>
      <w:pPr>
        <w:jc w:val="right"/>
      </w:pPr>
      <w:r>
        <w:t>تو وہ لوگ</w:t>
      </w:r>
    </w:p>
    <w:p>
      <w:r>
        <w:rPr>
          <w:b/>
        </w:rPr>
        <w:t xml:space="preserve">[1:47:40] </w:t>
      </w:r>
      <w:r>
        <w:t>on ke liye muhamma ban jata aap logon ke andar jo mabni bar zikr allah soch paida karna</w:t>
      </w:r>
    </w:p>
    <w:p>
      <w:pPr>
        <w:jc w:val="right"/>
      </w:pPr>
      <w:r>
        <w:t>وں کے لیے معمہ بن جاتا اپ لوگوں کے اندر جو مبنی بر ذکر اللہ سوچ پیدا کرنا</w:t>
      </w:r>
    </w:p>
    <w:p>
      <w:r>
        <w:rPr>
          <w:b/>
        </w:rPr>
        <w:t xml:space="preserve">[1:47:48] </w:t>
      </w:r>
      <w:r>
        <w:t>chahte the woh paida na hoti quran fahmi ke silsile mein is usloob ko janana behad zaruri</w:t>
      </w:r>
    </w:p>
    <w:p>
      <w:pPr>
        <w:jc w:val="right"/>
      </w:pPr>
      <w:r>
        <w:t>چاہتے تھے وہ پیدا نہ ہوتی قرآن فہمی کے سلسلے میں اس اسلوب کو جاننا بے حد ضروری</w:t>
      </w:r>
    </w:p>
    <w:p>
      <w:r>
        <w:rPr>
          <w:b/>
        </w:rPr>
        <w:t xml:space="preserve">[1:47:56] </w:t>
      </w:r>
      <w:r>
        <w:t>hai jo log is usool ko na jaane woh maujudah zamane mein quran ke aala maani ko samajh</w:t>
      </w:r>
    </w:p>
    <w:p>
      <w:pPr>
        <w:jc w:val="right"/>
      </w:pPr>
      <w:r>
        <w:t>ہے جو لوگ اس اصول کو نہ جانے وہ موجودہ زمانے میں قرآن کے اعلی معنی کو سمجھ</w:t>
      </w:r>
    </w:p>
    <w:p>
      <w:r>
        <w:rPr>
          <w:b/>
        </w:rPr>
        <w:t xml:space="preserve">[1:48:05] </w:t>
      </w:r>
      <w:r>
        <w:t>nahin sakte khwah woh riwayti qism ke funoon mein kitni hi zyada maharat rakhte hon</w:t>
      </w:r>
    </w:p>
    <w:p>
      <w:pPr>
        <w:jc w:val="right"/>
      </w:pPr>
      <w:r>
        <w:t>نہیں سکتے خواہ وہ روایتی قسم کے فنون میں کتنی ہی زیادہ مہارت رکھتے ہوں</w:t>
      </w:r>
    </w:p>
    <w:p>
      <w:r>
        <w:rPr>
          <w:b/>
        </w:rPr>
        <w:t xml:space="preserve">[1:48:13] </w:t>
      </w:r>
      <w:r>
        <w:t>chand misalein door nabuwat ke islam mein kai cheezein asri halaat ya age factor ki bina par zahoor</w:t>
      </w:r>
    </w:p>
    <w:p>
      <w:pPr>
        <w:jc w:val="right"/>
      </w:pPr>
      <w:r>
        <w:t>چند مثالیں دور نبوت کے اسلام میں کئی چیزیں عصری حالات یا ایج فیکٹر کی بنا پر ظہور</w:t>
      </w:r>
    </w:p>
    <w:p>
      <w:r>
        <w:rPr>
          <w:b/>
        </w:rPr>
        <w:t xml:space="preserve">[1:48:23] </w:t>
      </w:r>
      <w:r>
        <w:t>mein aain mislan peghambar islam salallaho alaihe wasallam nabuwat se pehle ek mutallashi ya seekhar insan the</w:t>
      </w:r>
    </w:p>
    <w:p>
      <w:pPr>
        <w:jc w:val="right"/>
      </w:pPr>
      <w:r>
        <w:t>میں ائیں مثلا پیغمبر اسلام صلی اللہ علیہ وسلم نبوت سے پہلے ایک متلاشی یا سیکھر انسان تھے</w:t>
      </w:r>
    </w:p>
    <w:p>
      <w:r>
        <w:rPr>
          <w:b/>
        </w:rPr>
        <w:t xml:space="preserve">[1:48:33] </w:t>
      </w:r>
      <w:r>
        <w:t>aap aksar khamosh rehte aur sochte rehte the is zamane mein aap</w:t>
      </w:r>
    </w:p>
    <w:p>
      <w:pPr>
        <w:jc w:val="right"/>
      </w:pPr>
      <w:r>
        <w:t>اپ اکثر خاموش رہتے اور سوچتے رہتے تھے اس زمانے میں اپ</w:t>
      </w:r>
    </w:p>
    <w:p>
      <w:r>
        <w:rPr>
          <w:b/>
        </w:rPr>
        <w:t xml:space="preserve">[1:48:43] </w:t>
      </w:r>
      <w:r>
        <w:t>aksar tanha ghar e hira mein chale jate aur wahan kai din tak qiyam karte yeh ghar jabal e hira</w:t>
      </w:r>
    </w:p>
    <w:p>
      <w:pPr>
        <w:jc w:val="right"/>
      </w:pPr>
      <w:r>
        <w:t>اکثر تنہا غار حرا میں چلے جاتے اور وہاں کئی دن تک قیام کرتے یہ غار جبل حرا</w:t>
      </w:r>
    </w:p>
    <w:p>
      <w:r>
        <w:rPr>
          <w:b/>
        </w:rPr>
        <w:t xml:space="preserve">[1:48:51] </w:t>
      </w:r>
      <w:r>
        <w:t>ke upar waqe tha woh masjid e haram se taqreeban char kilometer ki doori par tha wahan aap khane</w:t>
      </w:r>
    </w:p>
    <w:p>
      <w:pPr>
        <w:jc w:val="right"/>
      </w:pPr>
      <w:r>
        <w:t>کے اوپر واقع تھا وہ مسجد حرام سے تقریبا چار کلومیٹر کی دوری پر تھا وہاں اپ کھانے</w:t>
      </w:r>
    </w:p>
    <w:p>
      <w:r>
        <w:rPr>
          <w:b/>
        </w:rPr>
        <w:t xml:space="preserve">[1:48:58] </w:t>
      </w:r>
      <w:r>
        <w:t>peene ka kuch mamooli saman le kar jate aur kai roz qiyam karte the rasool allah salallaho</w:t>
      </w:r>
    </w:p>
    <w:p>
      <w:pPr>
        <w:jc w:val="right"/>
      </w:pPr>
      <w:r>
        <w:t>پینے کا کچھ معمولی سامان لے کر جاتے اور کئی روز قیام کرتے تھے رسول اللہ صلی اللہ</w:t>
      </w:r>
    </w:p>
    <w:p>
      <w:r>
        <w:rPr>
          <w:b/>
        </w:rPr>
        <w:t xml:space="preserve">[1:49:06] </w:t>
      </w:r>
      <w:r>
        <w:t>alaihe wasallam ka yeh mamool asri culture ki bina par tha is zamane ke hanfa</w:t>
      </w:r>
    </w:p>
    <w:p>
      <w:pPr>
        <w:jc w:val="right"/>
      </w:pPr>
      <w:r>
        <w:t>علیہ وسلم کا یہ معمول عصری کلچر کی بنا پر تھا اس زمانے کے حنفاء</w:t>
      </w:r>
    </w:p>
    <w:p>
      <w:r>
        <w:rPr>
          <w:b/>
        </w:rPr>
        <w:t xml:space="preserve">[1:49:14] </w:t>
      </w:r>
      <w:r>
        <w:t>pehle se hi aisa kar rahe the hanfa ka lafz qadeem zamane mein mutallashian haq ya truth seekers ke liye bola jata tha is ka matlab yeh hai ke ghare hira nabuwat ka koi muqaddas hissa nahi kisi nabi ka zahoor agar maujooda zamane mein hota to ain mumkin tha ke woh maujooda zamane ki international library mein kitabon ka mutala karta aur inter</w:t>
      </w:r>
    </w:p>
    <w:p>
      <w:pPr>
        <w:jc w:val="right"/>
      </w:pPr>
      <w:r>
        <w:t>پہلے سے ہی ایسا کر رہے تھے حنفاء کا لفظ قدیم زمانے میں متلاشیان حق یا ٹروتھ سیکرز کے لیے بولا جاتا تھا اس کا مطلب یہ ہے کہ غار حرا نبوت کا کوئی مقدس حصہ نہیں کسی نبی کا ظہور اگر موجودہ زمانے میں ہوتا تو عین ممکن تھا کہ وہ موجودہ زمانے کی انٹرنیشنل لائبریری میں کتابوں کا مطالعہ کرتا اور انٹر</w:t>
      </w:r>
    </w:p>
    <w:p>
      <w:r>
        <w:rPr>
          <w:b/>
        </w:rPr>
        <w:t xml:space="preserve">[1:49:44] </w:t>
      </w:r>
      <w:r>
        <w:t>national seminar mein shirkat karta qatal o qital ka mamla quran o hadith ke mutale se maloom hota</w:t>
      </w:r>
    </w:p>
    <w:p>
      <w:pPr>
        <w:jc w:val="right"/>
      </w:pPr>
      <w:r>
        <w:t>نیشنل سیمینار میں شرکت کرتا قتل و قتال کا معاملہ قرآن و حدیث کے مطالعے سے معلوم ہوتا</w:t>
      </w:r>
    </w:p>
    <w:p>
      <w:r>
        <w:rPr>
          <w:b/>
        </w:rPr>
        <w:t xml:space="preserve">[1:49:54] </w:t>
      </w:r>
      <w:r>
        <w:t>hai ke is zamane mein qatl o qital ke mamle ko ahmiyat ke sath bayan kiya gaya maslan</w:t>
      </w:r>
    </w:p>
    <w:p>
      <w:pPr>
        <w:jc w:val="right"/>
      </w:pPr>
      <w:r>
        <w:t>ہے کہ اس زمانے میں قتل و قتال کے معاملے کو اہمیت کے ساتھ بیان کیا گیا مثلا</w:t>
      </w:r>
    </w:p>
    <w:p>
      <w:r>
        <w:rPr>
          <w:b/>
        </w:rPr>
        <w:t xml:space="preserve">[1:50:04] </w:t>
      </w:r>
      <w:r>
        <w:t>is silsile mein quran ki ek ayat yeh hai innalaha yuhibbul lazina yuqatiluna fi sabili safan</w:t>
      </w:r>
    </w:p>
    <w:p>
      <w:pPr>
        <w:jc w:val="right"/>
      </w:pPr>
      <w:r>
        <w:t>اس سلسلے میں قرآن کی ایک آیت یہ ہے ان اللہ یحب الذین یقاتلون فی سبیلہ صفا</w:t>
      </w:r>
    </w:p>
    <w:p>
      <w:r>
        <w:rPr>
          <w:b/>
        </w:rPr>
        <w:t xml:space="preserve">[1:50:14] </w:t>
      </w:r>
      <w:r>
        <w:t>ka'annahum bunyanun marsus yani allah to un logon ko pasand karta hai jo us ke raste mein is</w:t>
      </w:r>
    </w:p>
    <w:p>
      <w:pPr>
        <w:jc w:val="right"/>
      </w:pPr>
      <w:r>
        <w:t>کانہم بنیان مرسوس یعنی اللہ تو ان لوگوں کو پسند کرتا ہے جو اس کے راستے میں اس</w:t>
      </w:r>
    </w:p>
    <w:p>
      <w:r>
        <w:rPr>
          <w:b/>
        </w:rPr>
        <w:t xml:space="preserve">[1:50:21] </w:t>
      </w:r>
      <w:r>
        <w:t>tarah muttahid ho kar ladte hain goya woh ek sisa pilai hui dewar hain is tarah ki ayaton</w:t>
      </w:r>
    </w:p>
    <w:p>
      <w:pPr>
        <w:jc w:val="right"/>
      </w:pPr>
      <w:r>
        <w:t>طرح متحد ہو کر لڑتے ہیں گویا وہ ایک سیسہ پلائی ہوئی دیوار ہیں اس طرح کی آیتوں</w:t>
      </w:r>
    </w:p>
    <w:p>
      <w:r>
        <w:rPr>
          <w:b/>
        </w:rPr>
        <w:t xml:space="preserve">[1:50:29] </w:t>
      </w:r>
      <w:r>
        <w:t>aur hadithon ko dekhiye to bazahir yeh maloom hota hai ke jihad bis saif mutlaq ma'non mein koi bohat</w:t>
      </w:r>
    </w:p>
    <w:p>
      <w:pPr>
        <w:jc w:val="right"/>
      </w:pPr>
      <w:r>
        <w:t>اور حدیثوں کو دیکھیے تو بظاہر یہ معلوم ہوتا ہے کہ جہاد بالسیف مطلق معنوں میں کوئی بہت</w:t>
      </w:r>
    </w:p>
    <w:p>
      <w:r>
        <w:rPr>
          <w:b/>
        </w:rPr>
        <w:t xml:space="preserve">[1:50:36] </w:t>
      </w:r>
      <w:r>
        <w:t>badi baat hai yani jis tarah tum namaz padhte ho is</w:t>
      </w:r>
    </w:p>
    <w:p>
      <w:pPr>
        <w:jc w:val="right"/>
      </w:pPr>
      <w:r>
        <w:t>بڑی بات ہے یعنی جس طرح تم نماز پڑھتے ہو اس</w:t>
      </w:r>
    </w:p>
    <w:p>
      <w:r>
        <w:rPr>
          <w:b/>
        </w:rPr>
        <w:t xml:space="preserve">[1:50:44] </w:t>
      </w:r>
      <w:r>
        <w:t>hi tarah mafroza taur par kuch logon ko dushman qarar de kar un se hamesha ladte raho magar</w:t>
      </w:r>
    </w:p>
    <w:p>
      <w:pPr>
        <w:jc w:val="right"/>
      </w:pPr>
      <w:r>
        <w:t>ی طرح مفروضہ طور پر کچھ لوگوں کو دشمن قرار دے کر ان سے ہمیشہ لڑتے رہو مگر</w:t>
      </w:r>
    </w:p>
    <w:p>
      <w:r>
        <w:rPr>
          <w:b/>
        </w:rPr>
        <w:t xml:space="preserve">[1:50:51] </w:t>
      </w:r>
      <w:r>
        <w:t>ba'itibar haqiqat aisa nahi hai jihad bis saif ek waqti hukum hai woh iman aur namaz wagera ki tarah</w:t>
      </w:r>
    </w:p>
    <w:p>
      <w:pPr>
        <w:jc w:val="right"/>
      </w:pPr>
      <w:r>
        <w:t>باعتبار حقیقت ایسا نہیں ہے جہاد بالسیف ایک وقتی حکم ہے وہ ایمان اور نماز وغیرہ کی طرح</w:t>
      </w:r>
    </w:p>
    <w:p>
      <w:r>
        <w:rPr>
          <w:b/>
        </w:rPr>
        <w:t xml:space="preserve">[1:50:59] </w:t>
      </w:r>
      <w:r>
        <w:t>har din aur har zamane mein jari rehne wala mutlaq aur abadi hukum nahi hai jaisa ke paighambar</w:t>
      </w:r>
    </w:p>
    <w:p>
      <w:pPr>
        <w:jc w:val="right"/>
      </w:pPr>
      <w:r>
        <w:t>ہر دن اور ہر زمانے میں جاری رہنے والا مطلق اور ابدی حکم نہیں ہے جیسا کہ پیغمبر</w:t>
      </w:r>
    </w:p>
    <w:p>
      <w:r>
        <w:rPr>
          <w:b/>
        </w:rPr>
        <w:t xml:space="preserve">[1:51:07] </w:t>
      </w:r>
      <w:r>
        <w:t>islam ne apne</w:t>
      </w:r>
    </w:p>
    <w:p>
      <w:pPr>
        <w:jc w:val="right"/>
      </w:pPr>
      <w:r>
        <w:t>اسلام نے اپنے</w:t>
      </w:r>
    </w:p>
    <w:p>
      <w:r>
        <w:rPr>
          <w:b/>
        </w:rPr>
        <w:t xml:space="preserve">[1:51:14] </w:t>
      </w:r>
      <w:r>
        <w:t>ashab ko ek naseehat ki is ka tarjuma yeh hai ae logon dushman se muqable ki tamanna mat</w:t>
      </w:r>
    </w:p>
    <w:p>
      <w:pPr>
        <w:jc w:val="right"/>
      </w:pPr>
      <w:r>
        <w:t>اصحاب کو ایک نصیحت کی اس کا ترجمہ یہ ہے اے لوگوں دشمن سے مقابلے کی تمنا مت</w:t>
      </w:r>
    </w:p>
    <w:p>
      <w:r>
        <w:rPr>
          <w:b/>
        </w:rPr>
        <w:t xml:space="preserve">[1:51:22] </w:t>
      </w:r>
      <w:r>
        <w:t>karo aur allah se afiyat mango la tatamannu liqa'al 'adu wa salullah al-'afiyah lekin jab muqabla ho to</w:t>
      </w:r>
    </w:p>
    <w:p>
      <w:pPr>
        <w:jc w:val="right"/>
      </w:pPr>
      <w:r>
        <w:t>کرو اور اللہ سے عافیت مانگو لا تتمنوا لقاء العدو وسال اللہ العافیہ لیکن جب مقابلہ ہو تو</w:t>
      </w:r>
    </w:p>
    <w:p>
      <w:r>
        <w:rPr>
          <w:b/>
        </w:rPr>
        <w:t xml:space="preserve">[1:51:29] </w:t>
      </w:r>
      <w:r>
        <w:t>jam kar muqabla karo aur yaad rakho ke jannat talwaron ke saye mein hai sahih bukhari is hadith</w:t>
      </w:r>
    </w:p>
    <w:p>
      <w:pPr>
        <w:jc w:val="right"/>
      </w:pPr>
      <w:r>
        <w:t>جم کر مقابلہ کرو اور یاد رکھو کہ جنت تلواروں کے سائے میں ہے صحیح بخاری اس حدیث</w:t>
      </w:r>
    </w:p>
    <w:p>
      <w:r>
        <w:rPr>
          <w:b/>
        </w:rPr>
        <w:t xml:space="preserve">[1:51:37] </w:t>
      </w:r>
      <w:r>
        <w:t>se yeh baat maloom hui ke jihad bis saif</w:t>
      </w:r>
    </w:p>
    <w:p>
      <w:pPr>
        <w:jc w:val="right"/>
      </w:pPr>
      <w:r>
        <w:t>سے یہ بات معلوم ہوئی کہ جہاد بالسیف</w:t>
      </w:r>
    </w:p>
    <w:p>
      <w:r>
        <w:rPr>
          <w:b/>
        </w:rPr>
        <w:t xml:space="preserve">[1:51:44] </w:t>
      </w:r>
      <w:r>
        <w:t>koi mutlaq hukum ka mamla nahi hai yeh us waqt ka mamla hai jabke fareeqe sani ke iqdamaat</w:t>
      </w:r>
    </w:p>
    <w:p>
      <w:pPr>
        <w:jc w:val="right"/>
      </w:pPr>
      <w:r>
        <w:t>کوئی مطلق حکم کا معاملہ نہیں ہے یہ اس وقت کا معاملہ ہے جبکہ فریق ثانی کے اقدام</w:t>
      </w:r>
    </w:p>
    <w:p>
      <w:r>
        <w:rPr>
          <w:b/>
        </w:rPr>
        <w:t xml:space="preserve">[1:51:55] </w:t>
      </w:r>
      <w:r>
        <w:t>ki bina par us ki surat pesh aa jaye chunache fuqaha ne bataya hai ke jihad bis saif husn lidhati</w:t>
      </w:r>
    </w:p>
    <w:p>
      <w:pPr>
        <w:jc w:val="right"/>
      </w:pPr>
      <w:r>
        <w:t>کی بنا پر اس کی صورت پیش اجائے چنانچہ فقہاء نے بتایا ہے کہ جہاد بالسیف حسن لذاتی</w:t>
      </w:r>
    </w:p>
    <w:p>
      <w:r>
        <w:rPr>
          <w:b/>
        </w:rPr>
        <w:t xml:space="preserve">[1:52:06] </w:t>
      </w:r>
      <w:r>
        <w:t>hi nahi hai balke woh husn li ghairi hi hai mawdu' al fiqh al islami Muhammad bin Ibrahim al Tuwaijiri Bayt al Afkar al Da'awiyyah</w:t>
      </w:r>
    </w:p>
    <w:p>
      <w:pPr>
        <w:jc w:val="right"/>
      </w:pPr>
      <w:r>
        <w:t>ہی نہیں ہے بلکہ وہ حسن لغیری ہی ہے موضوع الفقہ الاسلامی محمد بن ابراہیم التویجری بیت الافکار الدعالیہ</w:t>
      </w:r>
    </w:p>
    <w:p>
      <w:r>
        <w:rPr>
          <w:b/>
        </w:rPr>
        <w:t xml:space="preserve">[1:52:17] </w:t>
      </w:r>
      <w:r>
        <w:t>haqiqat yeh hai ke paighambar islam ka mission asal toheed ka mission tha yani wahi mission jo tamam</w:t>
      </w:r>
    </w:p>
    <w:p>
      <w:pPr>
        <w:jc w:val="right"/>
      </w:pPr>
      <w:r>
        <w:t>حقیقت یہ ہے کہ پیغمبر اسلام کا مشن اصلا توحید کا مشن تھا یعنی وہی مشن جو تمام</w:t>
      </w:r>
    </w:p>
    <w:p>
      <w:r>
        <w:rPr>
          <w:b/>
        </w:rPr>
        <w:t xml:space="preserve">[1:52:26] </w:t>
      </w:r>
      <w:r>
        <w:t>anbiya ka hamesha se mission raha hai lekin isi ke sath aap ki ek mazeed zimmedari ya</w:t>
      </w:r>
    </w:p>
    <w:p>
      <w:pPr>
        <w:jc w:val="right"/>
      </w:pPr>
      <w:r>
        <w:t>انبیاء کا ہمیشہ سے مشن رہا ہے لیکن اسی کے ساتھ اپ کی ایک مزید ذمہ داری یا</w:t>
      </w:r>
    </w:p>
    <w:p>
      <w:r>
        <w:rPr>
          <w:b/>
        </w:rPr>
        <w:t xml:space="preserve">[1:52:36] </w:t>
      </w:r>
      <w:r>
        <w:t>additional duty thi ke aap dunya se door jabr ya age of despotism ka khatma kar dein door</w:t>
      </w:r>
    </w:p>
    <w:p>
      <w:pPr>
        <w:jc w:val="right"/>
      </w:pPr>
      <w:r>
        <w:t>ایڈیشنل ڈیوٹی تھی کہ اپ دنیا سے دور جبر یا ایج اف ڈیسپوٹیزم کا خاتمہ کر دیں دور</w:t>
      </w:r>
    </w:p>
    <w:p>
      <w:r>
        <w:rPr>
          <w:b/>
        </w:rPr>
        <w:t xml:space="preserve">[1:52:46] </w:t>
      </w:r>
      <w:r>
        <w:t>e jabr allah ke takhleeqi naqshe ke khilaf tha</w:t>
      </w:r>
    </w:p>
    <w:p>
      <w:pPr>
        <w:jc w:val="right"/>
      </w:pPr>
      <w:r>
        <w:t>جبر اللہ کے تخلیقی نقشے کے خلاف تھا</w:t>
      </w:r>
    </w:p>
    <w:p>
      <w:r>
        <w:rPr>
          <w:b/>
        </w:rPr>
        <w:t xml:space="preserve">[1:52:56] </w:t>
      </w:r>
      <w:r>
        <w:t>fitrat ka ek qanoon quran mein ijtamai zindagi ke ek qanoon ko in alfaz mein bayan kiya gaya</w:t>
      </w:r>
    </w:p>
    <w:p>
      <w:pPr>
        <w:jc w:val="right"/>
      </w:pPr>
      <w:r>
        <w:t>فطرت کا ایک قانون قرآن میں اجتماعی زندگی کے ایک قانون کو ان الفاظ میں بیان کیا گیا</w:t>
      </w:r>
    </w:p>
    <w:p>
      <w:r>
        <w:rPr>
          <w:b/>
        </w:rPr>
        <w:t xml:space="preserve">[1:53:06] </w:t>
      </w:r>
      <w:r>
        <w:t>hai ya ayyuhal lazina amanu 'alaikum anfusakum la yadhurrukum man dhalla itha ihtadaytum ilallahi marji'ukum jami'an bima kuntum ta'malun yani</w:t>
      </w:r>
    </w:p>
    <w:p>
      <w:pPr>
        <w:jc w:val="right"/>
      </w:pPr>
      <w:r>
        <w:t>ہے یا ایہا الذین امنو علیکم انفسکم لا یزرکم منزلہ الا اللہ مرجعکم جمیعا بما کنتم تعملون یعنی</w:t>
      </w:r>
    </w:p>
    <w:p>
      <w:r>
        <w:rPr>
          <w:b/>
        </w:rPr>
        <w:t xml:space="preserve">[1:53:16] </w:t>
      </w:r>
      <w:r>
        <w:t>ae iman walo tumhare upar</w:t>
      </w:r>
    </w:p>
    <w:p>
      <w:pPr>
        <w:jc w:val="right"/>
      </w:pPr>
      <w:r>
        <w:t>اے ایمان والو تمہارے اوپر</w:t>
      </w:r>
    </w:p>
    <w:p>
      <w:r>
        <w:rPr>
          <w:b/>
        </w:rPr>
        <w:t xml:space="preserve">[1:53:26] </w:t>
      </w:r>
      <w:r>
        <w:t>sirf apni zimmedari hai kisi ki gumrahi tum ko kuch nuksan nahi pahunchayegi agar tum hidayat</w:t>
      </w:r>
    </w:p>
    <w:p>
      <w:pPr>
        <w:jc w:val="right"/>
      </w:pPr>
      <w:r>
        <w:t>صرف اپنی ذمہ داری ہے کسی کی گمراہی تم کو کچھ نقصان نہیں پہنچائے گی اگر تم ہدایت</w:t>
      </w:r>
    </w:p>
    <w:p>
      <w:r>
        <w:rPr>
          <w:b/>
        </w:rPr>
        <w:t xml:space="preserve">[1:53:33] </w:t>
      </w:r>
      <w:r>
        <w:t>par ho tum sab ko allah ke pas laut kar jana hai phir wo tum ko bata de</w:t>
      </w:r>
    </w:p>
    <w:p>
      <w:pPr>
        <w:jc w:val="right"/>
      </w:pPr>
      <w:r>
        <w:t>پر ہو تم سب کو اللہ کے پاس لوٹ کر جانا ہے پھر وہ تم کو بتا دے</w:t>
      </w:r>
    </w:p>
    <w:p>
      <w:r>
        <w:rPr>
          <w:b/>
        </w:rPr>
        <w:t xml:space="preserve">[1:53:41] </w:t>
      </w:r>
      <w:r>
        <w:t>ga jo kuch tum kar rahe the quran ki is ayat mein jo baat kahi gayi hai wahi</w:t>
      </w:r>
    </w:p>
    <w:p>
      <w:pPr>
        <w:jc w:val="right"/>
      </w:pPr>
      <w:r>
        <w:t>گا جو کچھ تم کر رہے تھے قرآن کی اس آیت میں جو بات کہی گئی ہے وہی</w:t>
      </w:r>
    </w:p>
    <w:p>
      <w:r>
        <w:rPr>
          <w:b/>
        </w:rPr>
        <w:t xml:space="preserve">[1:53:49] </w:t>
      </w:r>
      <w:r>
        <w:t>baat ek aur ayat mein is andaaz mein aayi hai wata sabro wataqaw la yudrikum</w:t>
      </w:r>
    </w:p>
    <w:p>
      <w:pPr>
        <w:jc w:val="right"/>
      </w:pPr>
      <w:r>
        <w:t>بات ایک اور آیت میں اس انداز میں آئی ہے وتصبر وتتقوا لایدرکم</w:t>
      </w:r>
    </w:p>
    <w:p>
      <w:r>
        <w:rPr>
          <w:b/>
        </w:rPr>
        <w:t xml:space="preserve">[1:53:56] </w:t>
      </w:r>
      <w:r>
        <w:t>kaydahum shay an innallaha bima ya maloon muheet yaani agar tum sabr karo aur allah se daro to un</w:t>
      </w:r>
    </w:p>
    <w:p>
      <w:pPr>
        <w:jc w:val="right"/>
      </w:pPr>
      <w:r>
        <w:t>قیدہم شیئا ان اللہ بما یعملون محیط یعنی اگر تم صبر کرو اور اللہ سے ڈرو تو ان</w:t>
      </w:r>
    </w:p>
    <w:p>
      <w:r>
        <w:rPr>
          <w:b/>
        </w:rPr>
        <w:t xml:space="preserve">[1:54:04] </w:t>
      </w:r>
      <w:r>
        <w:t>ki koi tadbeer tum ko nuqsan nahi pahunchayegi jo kuch wo kar rahe hain allah is par</w:t>
      </w:r>
    </w:p>
    <w:p>
      <w:pPr>
        <w:jc w:val="right"/>
      </w:pPr>
      <w:r>
        <w:t>کی کوئی تدبیر تم کو نقصان نہیں پہنچائے گی جو کچھ وہ کر رہے ہیں اللہ اس پر</w:t>
      </w:r>
    </w:p>
    <w:p>
      <w:r>
        <w:rPr>
          <w:b/>
        </w:rPr>
        <w:t xml:space="preserve">[1:54:11] </w:t>
      </w:r>
      <w:r>
        <w:t>haawi hai dono ayaton ke mutale se fitrat ka ek qanoon maloom hota hai wo ye ke is</w:t>
      </w:r>
    </w:p>
    <w:p>
      <w:pPr>
        <w:jc w:val="right"/>
      </w:pPr>
      <w:r>
        <w:t>حاوی ہے دونوں آیتوں کے مطالعے سے فطرت کا ایک قانون معلوم ہوتا ہے وہ یہ کہ اس</w:t>
      </w:r>
    </w:p>
    <w:p>
      <w:r>
        <w:rPr>
          <w:b/>
        </w:rPr>
        <w:t xml:space="preserve">[1:54:19] </w:t>
      </w:r>
      <w:r>
        <w:t>duniya mein aadmi khud apne anjam ko bh</w:t>
      </w:r>
    </w:p>
    <w:p>
      <w:pPr>
        <w:jc w:val="right"/>
      </w:pPr>
      <w:r>
        <w:t>دنیا میں آدمی خود اپنے انجام کو بھ</w:t>
      </w:r>
    </w:p>
    <w:p>
      <w:r>
        <w:rPr>
          <w:b/>
        </w:rPr>
        <w:t xml:space="preserve">[1:54:26] </w:t>
      </w:r>
      <w:r>
        <w:t>ugta hai aadmi ka rawaiyya agar sabrana rawaiyya ho to wo logon ki sazishon se khud fitrat ke</w:t>
      </w:r>
    </w:p>
    <w:p>
      <w:pPr>
        <w:jc w:val="right"/>
      </w:pPr>
      <w:r>
        <w:t>گتتا ہے آدمی کا رویہ اگر صابرانہ رویہ ہو تو وہ لوگوں کی سازشوں سے خود فطرت کے</w:t>
      </w:r>
    </w:p>
    <w:p>
      <w:r>
        <w:rPr>
          <w:b/>
        </w:rPr>
        <w:t xml:space="preserve">[1:54:34] </w:t>
      </w:r>
      <w:r>
        <w:t>qanoon ke mutabiq is se mehfooz rahega is ke bar aks agar is ka rawaiyya be sabri ka</w:t>
      </w:r>
    </w:p>
    <w:p>
      <w:pPr>
        <w:jc w:val="right"/>
      </w:pPr>
      <w:r>
        <w:t>قانون کے مطابق اس سے محفوظ رہے گا اس کے برعکس اگر اس کا رویہ بے صبری کا</w:t>
      </w:r>
    </w:p>
    <w:p>
      <w:r>
        <w:rPr>
          <w:b/>
        </w:rPr>
        <w:t xml:space="preserve">[1:54:41] </w:t>
      </w:r>
      <w:r>
        <w:t>rawaiyya ho to wo logon ki sazish ka shikar hota rahega aadmi ko chahiye ke wo hamesha</w:t>
      </w:r>
    </w:p>
    <w:p>
      <w:pPr>
        <w:jc w:val="right"/>
      </w:pPr>
      <w:r>
        <w:t>رویہ ہو تو وہ لوگوں کی سازش کا شکار ہوتا رہے گا آدمی کو چاہیے کہ وہ ہمیشہ</w:t>
      </w:r>
    </w:p>
    <w:p>
      <w:r>
        <w:rPr>
          <w:b/>
        </w:rPr>
        <w:t xml:space="preserve">[1:54:49] </w:t>
      </w:r>
      <w:r>
        <w:t>khud apna muhasba kare doosron ki shikayat karne ke bajaye</w:t>
      </w:r>
    </w:p>
    <w:p>
      <w:pPr>
        <w:jc w:val="right"/>
      </w:pPr>
      <w:r>
        <w:t>خود اپنا محاسبہ کرے دوسروں کی شکایت کرنے کے بجائے</w:t>
      </w:r>
    </w:p>
    <w:p>
      <w:r>
        <w:rPr>
          <w:b/>
        </w:rPr>
        <w:t xml:space="preserve">[1:54:56] </w:t>
      </w:r>
      <w:r>
        <w:t>wo khud apni islaah ki koshish karta rahe aisa aadmi yaqeeni taur par doosron ke shar se mehfooz</w:t>
      </w:r>
    </w:p>
    <w:p>
      <w:pPr>
        <w:jc w:val="right"/>
      </w:pPr>
      <w:r>
        <w:t>وہ خود اپنی اصلاح کی کوشش کرتا رہے ایسا آدمی یقینی طور پر دوسروں کے شر سے محفوظ</w:t>
      </w:r>
    </w:p>
    <w:p>
      <w:r>
        <w:rPr>
          <w:b/>
        </w:rPr>
        <w:t xml:space="preserve">[1:55:04] </w:t>
      </w:r>
      <w:r>
        <w:t>rahega doosron ke shar se mehfooz rehne ka ek atal usool hai wo ye ke ap apni</w:t>
      </w:r>
    </w:p>
    <w:p>
      <w:pPr>
        <w:jc w:val="right"/>
      </w:pPr>
      <w:r>
        <w:t>رہے گا دوسروں کے شر سے محفوظ رہنے کا ایک اٹل اصول ہے وہ یہ کہ اپ اپنی</w:t>
      </w:r>
    </w:p>
    <w:p>
      <w:r>
        <w:rPr>
          <w:b/>
        </w:rPr>
        <w:t xml:space="preserve">[1:55:12] </w:t>
      </w:r>
      <w:r>
        <w:t>taraf se ishtial angez karwai karke fareeqe sani ko jawabi karwai ya retaliation ka mauqa na dein</w:t>
      </w:r>
    </w:p>
    <w:p>
      <w:pPr>
        <w:jc w:val="right"/>
      </w:pPr>
      <w:r>
        <w:t>طرف سے اشتعال انگیز کاروائی کر کے فریق ثانی کو جوابی کاروائی یا ریٹیلیشن کا موقع نہ دیں</w:t>
      </w:r>
    </w:p>
    <w:p>
      <w:r>
        <w:rPr>
          <w:b/>
        </w:rPr>
        <w:t xml:space="preserve">[1:55:20] </w:t>
      </w:r>
      <w:r>
        <w:t>is mamle mein yahi sab se bada usool hai is usool ko</w:t>
      </w:r>
    </w:p>
    <w:p>
      <w:pPr>
        <w:jc w:val="right"/>
      </w:pPr>
      <w:r>
        <w:t>اس معاملے میں یہی سب سے بڑا اصول ہے اس اصول کو</w:t>
      </w:r>
    </w:p>
    <w:p>
      <w:r>
        <w:rPr>
          <w:b/>
        </w:rPr>
        <w:t xml:space="preserve">[1:55:27] </w:t>
      </w:r>
      <w:r>
        <w:t>ek lafz mein is tarah bayan kiya ja sakta hai ke agar ap doosron ke shar se mehfooz</w:t>
      </w:r>
    </w:p>
    <w:p>
      <w:pPr>
        <w:jc w:val="right"/>
      </w:pPr>
      <w:r>
        <w:t>ایک لفظ میں اس طرح بیان کیا جا سکتا ہے کہ اگر اپ دوسروں کے شر سے محفوظ</w:t>
      </w:r>
    </w:p>
    <w:p>
      <w:r>
        <w:rPr>
          <w:b/>
        </w:rPr>
        <w:t xml:space="preserve">[1:55:37] </w:t>
      </w:r>
      <w:r>
        <w:t>rehna chahte hain to doosron ko apne shar se mehfooz rakhiye doosron ko kabhi jawabi karwai ka mauqa</w:t>
      </w:r>
    </w:p>
    <w:p>
      <w:pPr>
        <w:jc w:val="right"/>
      </w:pPr>
      <w:r>
        <w:t>رہنا چاہتے ہیں تو دوسروں کو اپنے شر سے محفوظ رکھیے دوسروں کو کبھی جوابی کاروائی کا موقع</w:t>
      </w:r>
    </w:p>
    <w:p>
      <w:r>
        <w:rPr>
          <w:b/>
        </w:rPr>
        <w:t xml:space="preserve">[1:55:47] </w:t>
      </w:r>
      <w:r>
        <w:t>na dijiye daai ki hifazat quran</w:t>
      </w:r>
    </w:p>
    <w:p>
      <w:pPr>
        <w:jc w:val="right"/>
      </w:pPr>
      <w:r>
        <w:t>نہ دیجئے داعی کی حفاظت قرآن</w:t>
      </w:r>
    </w:p>
    <w:p>
      <w:r>
        <w:rPr>
          <w:b/>
        </w:rPr>
        <w:t xml:space="preserve">[1:55:57] </w:t>
      </w:r>
      <w:r>
        <w:t>ki surah yaseen mein bataya gaya hai ke paighambaron ko un ke moasreen ne hamesha istihza ka mozu</w:t>
      </w:r>
    </w:p>
    <w:p>
      <w:pPr>
        <w:jc w:val="right"/>
      </w:pPr>
      <w:r>
        <w:t>کی سورہ یاسین میں بتایا گیا ہے کہ پیغمبروں کو ان کے معاصرین نے ہمیشہ استہزاء کا موضوع</w:t>
      </w:r>
    </w:p>
    <w:p>
      <w:r>
        <w:rPr>
          <w:b/>
        </w:rPr>
        <w:t xml:space="preserve">[1:56:05] </w:t>
      </w:r>
      <w:r>
        <w:t>banaya afsos hai bando par jo rasool bhi un ke pas aaya wo is ka istihza karte rahe</w:t>
      </w:r>
    </w:p>
    <w:p>
      <w:pPr>
        <w:jc w:val="right"/>
      </w:pPr>
      <w:r>
        <w:t>بنایا افسوس ہے بندوں پر جو رسول بھی ان کے پاس آیا وہ اس کا استہزاء کرتے رہے</w:t>
      </w:r>
    </w:p>
    <w:p>
      <w:r>
        <w:rPr>
          <w:b/>
        </w:rPr>
        <w:t xml:space="preserve">[1:56:13] </w:t>
      </w:r>
      <w:r>
        <w:t>doosri taraf quran mein hai ke farishton ke zariye paighambaron ki khasoosi hifazat ka intezam rehta hai illa</w:t>
      </w:r>
    </w:p>
    <w:p>
      <w:pPr>
        <w:jc w:val="right"/>
      </w:pPr>
      <w:r>
        <w:t>دوسری طرف قرآن میں ہے کہ فرشتوں کے ذریعے پیغمبروں کی خصوصی حفاظت کا انتظام رہتا ہے الا</w:t>
      </w:r>
    </w:p>
    <w:p>
      <w:r>
        <w:rPr>
          <w:b/>
        </w:rPr>
        <w:t xml:space="preserve">[1:56:20] </w:t>
      </w:r>
      <w:r>
        <w:t>man irtada min rasool</w:t>
      </w:r>
    </w:p>
    <w:p>
      <w:pPr>
        <w:jc w:val="right"/>
      </w:pPr>
      <w:r>
        <w:t>من ارتضی من رسول</w:t>
      </w:r>
    </w:p>
    <w:p>
      <w:r>
        <w:rPr>
          <w:b/>
        </w:rPr>
        <w:t xml:space="preserve">[1:56:28] </w:t>
      </w:r>
      <w:r>
        <w:t>fainnahu yasluqu min bainayadayhi wa min khalfihi rasadan liyalam anna qad ablagha risalati rabbihim wa hata bima ladayhim wa ahsa kulla</w:t>
      </w:r>
    </w:p>
    <w:p>
      <w:pPr>
        <w:jc w:val="right"/>
      </w:pPr>
      <w:r>
        <w:t>فانہ یسلق من بینیدیہ ومن خلفہ رسدا لیعلم ان قد ابلغ رسالات ربہم واحاط بما لديہم واحصی کل</w:t>
      </w:r>
    </w:p>
    <w:p>
      <w:r>
        <w:rPr>
          <w:b/>
        </w:rPr>
        <w:t xml:space="preserve">[1:56:38] </w:t>
      </w:r>
      <w:r>
        <w:t>shay adadan yaani wo is ke aage aur is ke peeche muhafiz laga deta hai taake allah jaan</w:t>
      </w:r>
    </w:p>
    <w:p>
      <w:pPr>
        <w:jc w:val="right"/>
      </w:pPr>
      <w:r>
        <w:t>شی عدد یعنی وہ اس کے اگے اور اس کے پیچھے محافظ لگا دیتا ہے تاکہ اللہ جان</w:t>
      </w:r>
    </w:p>
    <w:p>
      <w:r>
        <w:rPr>
          <w:b/>
        </w:rPr>
        <w:t xml:space="preserve">[1:56:48] </w:t>
      </w:r>
      <w:r>
        <w:t>le ke unhon ne apne rab ke paigham pahuncha diye</w:t>
      </w:r>
    </w:p>
    <w:p>
      <w:pPr>
        <w:jc w:val="right"/>
      </w:pPr>
      <w:r>
        <w:t>لے کہ انہوں نے اپنے رب کے پیغامات پہنچا دیے</w:t>
      </w:r>
    </w:p>
    <w:p>
      <w:r>
        <w:rPr>
          <w:b/>
        </w:rPr>
        <w:t xml:space="preserve">[1:56:59] </w:t>
      </w:r>
      <w:r>
        <w:t>aur jo kuch un ke pas hai allah un ka ihata kiye hue hai aur us ne har cheez ko gin rakha hai dono qism ki ayaton ka mutala karne se yeh baat maloom hoti hai ke peghambaron ke bare mein allah taala ne do cheezon mein farq ka maamla kiya hai jahan tak samieen ka maamla hai un ko azaad chhod diya hai ke woh peghambar ki dawat ko qabool kari</w:t>
      </w:r>
    </w:p>
    <w:p>
      <w:pPr>
        <w:jc w:val="right"/>
      </w:pPr>
      <w:r>
        <w:t>اور جو کچھ ان کے پاس ہے اللہ ان کا احاطہ کیے ہوئے ہے اور اس نے ہر چیز کو گن رکھا ہے دونوں قسم کی آیتوں کا مطالعہ کرنے سے یہ بات معلوم ہوتی ہے کہ پیغمبروں کے بارے میں اللہ تعالی نے دو چیزوں میں فرق کا معاملہ کیا ہے جہاں تک سامعین کا معاملہ ہے ان کو آزاد چھوڑا ہے کہ وہ پیغمبر کی دعوت کو قبول کری</w:t>
      </w:r>
    </w:p>
    <w:p>
      <w:r>
        <w:rPr>
          <w:b/>
        </w:rPr>
        <w:t xml:space="preserve">[1:57:29] </w:t>
      </w:r>
      <w:r>
        <w:t>n ya woh is ko radd kar dein isi tarah peghambar ke gird bari tadad akhatta ho ya</w:t>
      </w:r>
    </w:p>
    <w:p>
      <w:pPr>
        <w:jc w:val="right"/>
      </w:pPr>
      <w:r>
        <w:t>ں یا وہ اس کو رد کر دیں اسی طرح پیغمبر کے گرد بڑی تعداد اکٹھا ہو یا</w:t>
      </w:r>
    </w:p>
    <w:p>
      <w:r>
        <w:rPr>
          <w:b/>
        </w:rPr>
        <w:t xml:space="preserve">[1:57:36] </w:t>
      </w:r>
      <w:r>
        <w:t>na ho lekin jahan tak peghambar ki dawat ka mamla hai is mamle mein Allah taala ne farishton</w:t>
      </w:r>
    </w:p>
    <w:p>
      <w:pPr>
        <w:jc w:val="right"/>
      </w:pPr>
      <w:r>
        <w:t>نہ ہو لیکن جہاں تک پیغمبر کی دعوت کا معاملہ ہے اس معاملے میں اللہ تعالی نے فرشتوں</w:t>
      </w:r>
    </w:p>
    <w:p>
      <w:r>
        <w:rPr>
          <w:b/>
        </w:rPr>
        <w:t xml:space="preserve">[1:57:44] </w:t>
      </w:r>
      <w:r>
        <w:t>ke zariye kamil hifazat ka intezam farmaya hai har peghambar ke sath hamesha is baat ko yaqini banaya</w:t>
      </w:r>
    </w:p>
    <w:p>
      <w:pPr>
        <w:jc w:val="right"/>
      </w:pPr>
      <w:r>
        <w:t>کے ذریعے کامل حفاظت کا انتظام فرمایا ہے ہر پیغمبر کے ساتھ ہمیشہ اس بات کو یقینی بنایا</w:t>
      </w:r>
    </w:p>
    <w:p>
      <w:r>
        <w:rPr>
          <w:b/>
        </w:rPr>
        <w:t xml:space="preserve">[1:57:52] </w:t>
      </w:r>
      <w:r>
        <w:t>gaya hai ke koi bhi shakhs ya giroh</w:t>
      </w:r>
    </w:p>
    <w:p>
      <w:pPr>
        <w:jc w:val="right"/>
      </w:pPr>
      <w:r>
        <w:t>گیا ہے کہ کوئی بھی شخص یا گروہ</w:t>
      </w:r>
    </w:p>
    <w:p>
      <w:r>
        <w:rPr>
          <w:b/>
        </w:rPr>
        <w:t xml:space="preserve">[1:58:00] </w:t>
      </w:r>
      <w:r>
        <w:t>is ke daawti mission ko rokne mein kamyab na ho peghambar ka kaam yeh hota hai ke woh</w:t>
      </w:r>
    </w:p>
    <w:p>
      <w:pPr>
        <w:jc w:val="right"/>
      </w:pPr>
      <w:r>
        <w:t>اس کے دعوتی مشن کو روکنے میں کامیاب نہ ہو پیغمبر کا کام یہ ہوتا ہے کہ وہ</w:t>
      </w:r>
    </w:p>
    <w:p>
      <w:r>
        <w:rPr>
          <w:b/>
        </w:rPr>
        <w:t xml:space="preserve">[1:58:07] </w:t>
      </w:r>
      <w:r>
        <w:t>khudai paigham ko be kam o kast logon tak pohncha de farishton ki musalsal hifazat is baat ki</w:t>
      </w:r>
    </w:p>
    <w:p>
      <w:pPr>
        <w:jc w:val="right"/>
      </w:pPr>
      <w:r>
        <w:t>خدائی پیغام کو بے کم و کاست لوگوں تک پہنچا دے فرشتوں کی مسلسل حفاظت اس بات کی</w:t>
      </w:r>
    </w:p>
    <w:p>
      <w:r>
        <w:rPr>
          <w:b/>
        </w:rPr>
        <w:t xml:space="preserve">[1:58:15] </w:t>
      </w:r>
      <w:r>
        <w:t>zamin hoti hai ke khudai dawat ki nazri ashait har haal mein poori ho kar rahe yeh Allah</w:t>
      </w:r>
    </w:p>
    <w:p>
      <w:pPr>
        <w:jc w:val="right"/>
      </w:pPr>
      <w:r>
        <w:t>ضامن ہوتی ہے کہ خدائی دعوت کی نظری اشاعت ہر حال میں پوری ہو کر رہے یہ اللہ</w:t>
      </w:r>
    </w:p>
    <w:p>
      <w:r>
        <w:rPr>
          <w:b/>
        </w:rPr>
        <w:t xml:space="preserve">[1:58:22] </w:t>
      </w:r>
      <w:r>
        <w:t>taala ki sunnat hai yeh sunnat jis tarah pi</w:t>
      </w:r>
    </w:p>
    <w:p>
      <w:pPr>
        <w:jc w:val="right"/>
      </w:pPr>
      <w:r>
        <w:t>تعالی کی سنت ہے یہ سنت جس طرح پی</w:t>
      </w:r>
    </w:p>
    <w:p>
      <w:r>
        <w:rPr>
          <w:b/>
        </w:rPr>
        <w:t xml:space="preserve">[1:58:30] </w:t>
      </w:r>
      <w:r>
        <w:t>ghambaron ke mamle mein poori hui isi tarah baad ke zamane mein woh har sachay daai ke sath</w:t>
      </w:r>
    </w:p>
    <w:p>
      <w:pPr>
        <w:jc w:val="right"/>
      </w:pPr>
      <w:r>
        <w:t>غمبروں کے معاملے میں پوری ہوئی اسی طرح بعد کے زمانے میں وہ ہر سچے داعی کے ساتھ</w:t>
      </w:r>
    </w:p>
    <w:p>
      <w:r>
        <w:rPr>
          <w:b/>
        </w:rPr>
        <w:t xml:space="preserve">[1:58:38] </w:t>
      </w:r>
      <w:r>
        <w:t>lazman poori ho kar rehti hai sacha daai musalsal tor par farishton ki hifazat mein rehta hai taake</w:t>
      </w:r>
    </w:p>
    <w:p>
      <w:pPr>
        <w:jc w:val="right"/>
      </w:pPr>
      <w:r>
        <w:t>لازما پوری ہو کر رہتی ہے سچا داعی مسلسل طور پر فرشتوں کی حفاظت میں رہتا ہے تاکہ</w:t>
      </w:r>
    </w:p>
    <w:p>
      <w:r>
        <w:rPr>
          <w:b/>
        </w:rPr>
        <w:t xml:space="preserve">[1:58:46] </w:t>
      </w:r>
      <w:r>
        <w:t>is ka daawti mission har haal mein poora ho kar rahe koi shakhs ya giroh is ke daawti</w:t>
      </w:r>
    </w:p>
    <w:p>
      <w:pPr>
        <w:jc w:val="right"/>
      </w:pPr>
      <w:r>
        <w:t>اس کا دعوتی مشن ہر حال میں پورا ہو کر رہے کوئی شخص یا گروہ اس کے دعوتی</w:t>
      </w:r>
    </w:p>
    <w:p>
      <w:r>
        <w:rPr>
          <w:b/>
        </w:rPr>
        <w:t xml:space="preserve">[1:58:54] </w:t>
      </w:r>
      <w:r>
        <w:t>mission ki takmeel mein manay na ban sake</w:t>
      </w:r>
    </w:p>
    <w:p>
      <w:pPr>
        <w:jc w:val="right"/>
      </w:pPr>
      <w:r>
        <w:t>مشن کی تکمیل میں مانع نہ بن سکے</w:t>
      </w:r>
    </w:p>
    <w:p>
      <w:r>
        <w:rPr>
          <w:b/>
        </w:rPr>
        <w:t xml:space="preserve">[1:59:03] </w:t>
      </w:r>
      <w:r>
        <w:t>ek ba usool insan hafiz qari syed shabeer ahmad sahib umri paidaish 1940 jamiat darussalam jamiat darussalam umr</w:t>
      </w:r>
    </w:p>
    <w:p>
      <w:pPr>
        <w:jc w:val="right"/>
      </w:pPr>
      <w:r>
        <w:t>ایک با اصول انسان حافظ قاری سید شبیر احمد صاحب عمری پیدائش 1940 جامعہ دارالسلام جامعہ دارالسلام عمر</w:t>
      </w:r>
    </w:p>
    <w:p>
      <w:r>
        <w:rPr>
          <w:b/>
        </w:rPr>
        <w:t xml:space="preserve">[1:59:13] </w:t>
      </w:r>
      <w:r>
        <w:t>abad tamil nadu mein shoba tahfeez ul quran ke mudeer the 25 march 2018 ko 78 saal ki umr</w:t>
      </w:r>
    </w:p>
    <w:p>
      <w:pPr>
        <w:jc w:val="right"/>
      </w:pPr>
      <w:r>
        <w:t>اباد تامل نانڈو میں شعبہ تحفیظ القران کے مدیر تھے 25 مارچ 2018 کو 78 سال کی عمر</w:t>
      </w:r>
    </w:p>
    <w:p>
      <w:r>
        <w:rPr>
          <w:b/>
        </w:rPr>
        <w:t xml:space="preserve">[1:59:23] </w:t>
      </w:r>
      <w:r>
        <w:t>mein un ka intqal ho gaya maulana syed iqbal ahmad umri</w:t>
      </w:r>
    </w:p>
    <w:p>
      <w:pPr>
        <w:jc w:val="right"/>
      </w:pPr>
      <w:r>
        <w:t>میں ان کا انتقال ہو گیا مولانا سید اقبال احمد عمری</w:t>
      </w:r>
    </w:p>
    <w:p>
      <w:r>
        <w:rPr>
          <w:b/>
        </w:rPr>
        <w:t xml:space="preserve">[1:59:33] </w:t>
      </w:r>
      <w:r>
        <w:t>un ke bare mein apne ek khat mein likhte hain woh taqreeban 42 saal tak jamiat ke shoba</w:t>
      </w:r>
    </w:p>
    <w:p>
      <w:pPr>
        <w:jc w:val="right"/>
      </w:pPr>
      <w:r>
        <w:t>ان کے بارے میں اپنے ایک خط میں لکھتے ہیں وہ تقریبا 42 سال تک جامعہ کے شعبہ</w:t>
      </w:r>
    </w:p>
    <w:p>
      <w:r>
        <w:rPr>
          <w:b/>
        </w:rPr>
        <w:t xml:space="preserve">[1:59:41] </w:t>
      </w:r>
      <w:r>
        <w:t>tahfeez ul quran ke zimmedar rahe kisi ne un se poocha ke itni taweel muddat tak ek hi</w:t>
      </w:r>
    </w:p>
    <w:p>
      <w:pPr>
        <w:jc w:val="right"/>
      </w:pPr>
      <w:r>
        <w:t>تحفیظ القران کے ذمہ دار رہے کسی نے ان سے پوچھا کہ اتنی طویل مدت تک ایک ہی</w:t>
      </w:r>
    </w:p>
    <w:p>
      <w:r>
        <w:rPr>
          <w:b/>
        </w:rPr>
        <w:t xml:space="preserve">[1:59:48] </w:t>
      </w:r>
      <w:r>
        <w:t>idare se wabasta rehne ka raaz kya hai unhon ne jawab diya ke maine idare ke adab</w:t>
      </w:r>
    </w:p>
    <w:p>
      <w:pPr>
        <w:jc w:val="right"/>
      </w:pPr>
      <w:r>
        <w:t>ادارے سے وابستہ رہنے کا راز کیا ہے انہوں نے جواب دیا کہ میں نے ادارے کے اداب</w:t>
      </w:r>
    </w:p>
    <w:p>
      <w:r>
        <w:rPr>
          <w:b/>
        </w:rPr>
        <w:t xml:space="preserve">[1:59:56] </w:t>
      </w:r>
      <w:r>
        <w:t>o usool ka hamesha paas o lehaz rakha yani jab woh apne matahaton se kaam liya karte the</w:t>
      </w:r>
    </w:p>
    <w:p>
      <w:pPr>
        <w:jc w:val="right"/>
      </w:pPr>
      <w:r>
        <w:t>و اصول کا ہمیشہ پاس و لحاظ رکھا یعنی جب وہ اپنے ماتحتوں سے کام لیا کرتے تھے</w:t>
      </w:r>
    </w:p>
    <w:p>
      <w:r>
        <w:rPr>
          <w:b/>
        </w:rPr>
        <w:t xml:space="preserve">[2:00:03] </w:t>
      </w:r>
      <w:r>
        <w:t>to jamiat ke usool ke mutabiq apni sawadeed ke mutabiq kaam lete aur jahan idare ke zimmedaran</w:t>
      </w:r>
    </w:p>
    <w:p>
      <w:pPr>
        <w:jc w:val="right"/>
      </w:pPr>
      <w:r>
        <w:t>تو جامعہ کے اصول کے مطابق اپنی سوادید کے مطابق کام لیتے اور جہاں ادارے کے ذمہ داران</w:t>
      </w:r>
    </w:p>
    <w:p>
      <w:r>
        <w:rPr>
          <w:b/>
        </w:rPr>
        <w:t xml:space="preserve">[2:00:11] </w:t>
      </w:r>
      <w:r>
        <w:t>mashwara talab karte to apni rai ka izhar bhi kiya karte is ke baad agar ijtimaeyat ki taraf</w:t>
      </w:r>
    </w:p>
    <w:p>
      <w:pPr>
        <w:jc w:val="right"/>
      </w:pPr>
      <w:r>
        <w:t>مشورہ طلب کرتے تو اپنی رائے کا اظہار بھی کیا کرتے اس کے بعد اگر اجتماعیت کی طرف</w:t>
      </w:r>
    </w:p>
    <w:p>
      <w:r>
        <w:rPr>
          <w:b/>
        </w:rPr>
        <w:t xml:space="preserve">[2:00:19] </w:t>
      </w:r>
      <w:r>
        <w:t>se un ki rai ke khilaf koi faisla ho jata to fihi khair keh kar khamoshi ke sath</w:t>
      </w:r>
    </w:p>
    <w:p>
      <w:pPr>
        <w:jc w:val="right"/>
      </w:pPr>
      <w:r>
        <w:t>سے ان کی رائے کے خلاف کوئی فیصلہ ہو جاتا تو فیہ خیر کہہ کر خاموشی کے ساتھ</w:t>
      </w:r>
    </w:p>
    <w:p>
      <w:r>
        <w:rPr>
          <w:b/>
        </w:rPr>
        <w:t xml:space="preserve">[2:00:26] </w:t>
      </w:r>
      <w:r>
        <w:t>sar tasleem kham kar lete majlis se bahar aane ke baad</w:t>
      </w:r>
    </w:p>
    <w:p>
      <w:pPr>
        <w:jc w:val="right"/>
      </w:pPr>
      <w:r>
        <w:t>سر تسلیم خم کر لیتے مجلس سے باہر انے کے بعد</w:t>
      </w:r>
    </w:p>
    <w:p>
      <w:r>
        <w:rPr>
          <w:b/>
        </w:rPr>
        <w:t xml:space="preserve">[2:00:34] </w:t>
      </w:r>
      <w:r>
        <w:t>na hi gala karte aur na hi shikwa karte yani manfi mohim ya negative campaign nahi chalate algharz</w:t>
      </w:r>
    </w:p>
    <w:p>
      <w:pPr>
        <w:jc w:val="right"/>
      </w:pPr>
      <w:r>
        <w:t>نہ ہی گلا کرتے اور نہ ہی شکوہ کرتے یعنی منفی مہم یا نیگیٹیو کیمپین نہیں چلاتے الغرض</w:t>
      </w:r>
    </w:p>
    <w:p>
      <w:r>
        <w:rPr>
          <w:b/>
        </w:rPr>
        <w:t xml:space="preserve">[2:00:42] </w:t>
      </w:r>
      <w:r>
        <w:t>ijtimaey faisle ke baad mukammal tor par is ki pabandi karte apni marzi nahi chalate aise hi afraad</w:t>
      </w:r>
    </w:p>
    <w:p>
      <w:pPr>
        <w:jc w:val="right"/>
      </w:pPr>
      <w:r>
        <w:t>اجتماعی فیصلے کے بعد مکمل طور پر اس کی پابندی کرتے اپنی مرضی نہیں چلاتے ایسے ہی افراد</w:t>
      </w:r>
    </w:p>
    <w:p>
      <w:r>
        <w:rPr>
          <w:b/>
        </w:rPr>
        <w:t xml:space="preserve">[2:00:49] </w:t>
      </w:r>
      <w:r>
        <w:t>hain jin ko ba usool insan kaha jata hai ba usool insan ki tareef aik lafz mein yeh</w:t>
      </w:r>
    </w:p>
    <w:p>
      <w:pPr>
        <w:jc w:val="right"/>
      </w:pPr>
      <w:r>
        <w:t>ہیں جن کو با اصول انسان کہا جاتا ہے با اصول انسان کی تعریف ایک لفظ میں یہ</w:t>
      </w:r>
    </w:p>
    <w:p>
      <w:r>
        <w:rPr>
          <w:b/>
        </w:rPr>
        <w:t xml:space="preserve">[2:00:57] </w:t>
      </w:r>
      <w:r>
        <w:t>hai apne kaam se kaam rakhne wala aadmi</w:t>
      </w:r>
    </w:p>
    <w:p>
      <w:pPr>
        <w:jc w:val="right"/>
      </w:pPr>
      <w:r>
        <w:t>ہے اپنے کام سے کام رکھنے والا آدمی</w:t>
      </w:r>
    </w:p>
    <w:p>
      <w:r>
        <w:rPr>
          <w:b/>
        </w:rPr>
        <w:t xml:space="preserve">[2:01:04] </w:t>
      </w:r>
      <w:r>
        <w:t>woh jab tak kisi idaray se منسلک ho ba usool andaaz mein apni zimmedari ada kare agar</w:t>
      </w:r>
    </w:p>
    <w:p>
      <w:pPr>
        <w:jc w:val="right"/>
      </w:pPr>
      <w:r>
        <w:t>وہ جب تک کسی ادارے سے منسلک ہو با اصول انداز میں اپنی ذمہ داری ادا کرے اگر</w:t>
      </w:r>
    </w:p>
    <w:p>
      <w:r>
        <w:rPr>
          <w:b/>
        </w:rPr>
        <w:t xml:space="preserve">[2:01:12] </w:t>
      </w:r>
      <w:r>
        <w:t>isko koi ikhtilaf pesh aaye toh misbat andaaz mein zimmedaron se uska zikr kar de</w:t>
      </w:r>
    </w:p>
    <w:p>
      <w:pPr>
        <w:jc w:val="right"/>
      </w:pPr>
      <w:r>
        <w:t>اس کو کوئی اختلاف پیش آئے تو مثبت انداز میں ذمہ داروں سے اس کا ذکر کر دے</w:t>
      </w:r>
    </w:p>
    <w:p>
      <w:r>
        <w:rPr>
          <w:b/>
        </w:rPr>
        <w:t xml:space="preserve">[2:01:19] </w:t>
      </w:r>
      <w:r>
        <w:t>aur uske baad apne kaam mein laga rahe doosron ke khilaf manfi propaganda karna ba usool insan</w:t>
      </w:r>
    </w:p>
    <w:p>
      <w:pPr>
        <w:jc w:val="right"/>
      </w:pPr>
      <w:r>
        <w:t>اور اس کے بعد اپنے کام میں لگا رہے دوسروں کے خلاف منفی پروپیگنڈا کرنا با اصول انسان</w:t>
      </w:r>
    </w:p>
    <w:p>
      <w:r>
        <w:rPr>
          <w:b/>
        </w:rPr>
        <w:t xml:space="preserve">[2:01:27] </w:t>
      </w:r>
      <w:r>
        <w:t>ka tareeqa nahi ba usool aadmi ki aik sifat yeh hai ke woh doosre</w:t>
      </w:r>
    </w:p>
    <w:p>
      <w:pPr>
        <w:jc w:val="right"/>
      </w:pPr>
      <w:r>
        <w:t>کا طریقہ نہیں با اصول آدمی کی ایک صفت یہ ہے کہ وہ دوسرے</w:t>
      </w:r>
    </w:p>
    <w:p>
      <w:r>
        <w:rPr>
          <w:b/>
        </w:rPr>
        <w:t xml:space="preserve">[2:01:34] </w:t>
      </w:r>
      <w:r>
        <w:t>aadmi ka etraf kare aur kisi mamle mein agar uski tareef ki jaye toh woh uska</w:t>
      </w:r>
    </w:p>
    <w:p>
      <w:pPr>
        <w:jc w:val="right"/>
      </w:pPr>
      <w:r>
        <w:t>آدمی کا اعتراف کرے اور کسی معاملے میں اگر اس کی تعریف کی جائے تو وہ اس کا</w:t>
      </w:r>
    </w:p>
    <w:p>
      <w:r>
        <w:rPr>
          <w:b/>
        </w:rPr>
        <w:t xml:space="preserve">[2:01:43] </w:t>
      </w:r>
      <w:r>
        <w:t>credit doosre ko de de woh na apne aap ko bara samjhe aur na doosre ke etraf mein</w:t>
      </w:r>
    </w:p>
    <w:p>
      <w:pPr>
        <w:jc w:val="right"/>
      </w:pPr>
      <w:r>
        <w:t>کریڈٹ دوسرے کو دے دے وہ نہ اپنے آپ کو بڑا سمجھے اور نہ دوسرے کے اعتراف میں</w:t>
      </w:r>
    </w:p>
    <w:p>
      <w:r>
        <w:rPr>
          <w:b/>
        </w:rPr>
        <w:t xml:space="preserve">[2:01:51] </w:t>
      </w:r>
      <w:r>
        <w:t>koi kami kare aisa aadmi maut se pehle aik ba usool insan hota hai aur maut ke baad</w:t>
      </w:r>
    </w:p>
    <w:p>
      <w:pPr>
        <w:jc w:val="right"/>
      </w:pPr>
      <w:r>
        <w:t>کوئی کمی کرے ایسا آدمی موت سے پہلے ایک با اصول انسان ہوتا ہے اور موت کے بعد</w:t>
      </w:r>
    </w:p>
    <w:p>
      <w:r>
        <w:rPr>
          <w:b/>
        </w:rPr>
        <w:t xml:space="preserve">[2:02:00] </w:t>
      </w:r>
      <w:r>
        <w:t>logon ke liye aik yaadgar namoona</w:t>
      </w:r>
    </w:p>
    <w:p>
      <w:pPr>
        <w:jc w:val="right"/>
      </w:pPr>
      <w:r>
        <w:t>لوگوں کے لیے ایک یادگار نمونہ</w:t>
      </w:r>
    </w:p>
    <w:p>
      <w:r>
        <w:rPr>
          <w:b/>
        </w:rPr>
        <w:t xml:space="preserve">[2:02:08] </w:t>
      </w:r>
      <w:r>
        <w:t>.</w:t>
      </w:r>
    </w:p>
    <w:p>
      <w:pPr>
        <w:jc w:val="right"/>
      </w:pP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