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 Historical Religion | July 23, 2008</w:t>
      </w:r>
    </w:p>
    <w:p>
      <w:r>
        <w:t>https://www.youtube.com/watch?v=2EmX8Ubz6G8</w:t>
      </w:r>
    </w:p>
    <w:p>
      <w:r>
        <w:rPr>
          <w:b/>
        </w:rPr>
        <w:t xml:space="preserve">[00:14] </w:t>
      </w:r>
      <w:r>
        <w:t>bismillah rahman rahim, wasallallahu ala nabiyil karim.</w:t>
      </w:r>
    </w:p>
    <w:p>
      <w:pPr>
        <w:jc w:val="right"/>
      </w:pPr>
      <w:r>
        <w:t>بسم اللہ الرحمن الرحیم، وصلی اللہ علی النبی الکریم۔</w:t>
      </w:r>
    </w:p>
    <w:p>
      <w:r>
        <w:rPr>
          <w:b/>
        </w:rPr>
        <w:t xml:space="preserve">[00:24]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[00:34] </w:t>
      </w:r>
      <w:r>
        <w:t>aaj ka jo title hai woh hai "islam</w:t>
      </w:r>
    </w:p>
    <w:p>
      <w:pPr>
        <w:jc w:val="right"/>
      </w:pPr>
      <w:r>
        <w:t>آج کا جو ٹائٹل ہے وہ ہے "اسلام</w:t>
      </w:r>
    </w:p>
    <w:p>
      <w:r>
        <w:rPr>
          <w:b/>
        </w:rPr>
        <w:t xml:space="preserve">[00:45] </w:t>
      </w:r>
      <w:r>
        <w:t>: historical religion".</w:t>
      </w:r>
    </w:p>
    <w:p>
      <w:pPr>
        <w:jc w:val="right"/>
      </w:pPr>
      <w:r>
        <w:t>: ہسٹاریکل ریلیجن"۔</w:t>
      </w:r>
    </w:p>
    <w:p>
      <w:r>
        <w:rPr>
          <w:b/>
        </w:rPr>
        <w:t xml:space="preserve">[00:52] </w:t>
      </w:r>
      <w:r>
        <w:t>islam aik tareekhi mazhab.</w:t>
      </w:r>
    </w:p>
    <w:p>
      <w:pPr>
        <w:jc w:val="right"/>
      </w:pPr>
      <w:r>
        <w:t>اسلام ایک تاریخی مذہب۔</w:t>
      </w:r>
    </w:p>
    <w:p>
      <w:r>
        <w:rPr>
          <w:b/>
        </w:rPr>
        <w:t xml:space="preserve">[01:00] </w:t>
      </w:r>
      <w:r>
        <w:t>dekhiye, aap mukhtalif mazahib ko padhein toh jahan tak islam ke aqeeday ki baat hai, islam ka yeh</w:t>
      </w:r>
    </w:p>
    <w:p>
      <w:pPr>
        <w:jc w:val="right"/>
      </w:pPr>
      <w:r>
        <w:t>دیکھیے، آپ مختلف مذاہب کو پڑھیں تو جہاں تک اسلام کے عقیدے کی بات ہے، اسلام کا یہ</w:t>
      </w:r>
    </w:p>
    <w:p>
      <w:r>
        <w:rPr>
          <w:b/>
        </w:rPr>
        <w:t xml:space="preserve">[01:07] </w:t>
      </w:r>
      <w:r>
        <w:t>kalima ya dawa</w:t>
      </w:r>
    </w:p>
    <w:p>
      <w:pPr>
        <w:jc w:val="right"/>
      </w:pPr>
      <w:r>
        <w:t>کلیم یا دع</w:t>
      </w:r>
    </w:p>
    <w:p>
      <w:r>
        <w:rPr>
          <w:b/>
        </w:rPr>
        <w:t xml:space="preserve">[01:15] </w:t>
      </w:r>
      <w:r>
        <w:t>nahi hai ke islam koi naya mazhab hai ya islam koi superior mazhab hai.</w:t>
      </w:r>
    </w:p>
    <w:p>
      <w:pPr>
        <w:jc w:val="right"/>
      </w:pPr>
      <w:r>
        <w:t>ویٰ نہیں ہے کہ اسلام کوئی نیا مذہب ہے یا اسلام کوئی سپیریئر مذہب ہے۔</w:t>
      </w:r>
    </w:p>
    <w:p>
      <w:r>
        <w:rPr>
          <w:b/>
        </w:rPr>
        <w:t xml:space="preserve">[01:25] </w:t>
      </w:r>
      <w:r>
        <w:t>aisa nahi hai.</w:t>
      </w:r>
    </w:p>
    <w:p>
      <w:pPr>
        <w:jc w:val="right"/>
      </w:pPr>
      <w:r>
        <w:t>ایسا نہیں ہے۔</w:t>
      </w:r>
    </w:p>
    <w:p>
      <w:r>
        <w:rPr>
          <w:b/>
        </w:rPr>
        <w:t xml:space="preserve">[01:36] </w:t>
      </w:r>
      <w:r>
        <w:t>wahid jo dawa hai, jo claim hai islam ka, woh yeh hai ke islam aik preserved religion hai.</w:t>
      </w:r>
    </w:p>
    <w:p>
      <w:pPr>
        <w:jc w:val="right"/>
      </w:pPr>
      <w:r>
        <w:t>واحد جو دعویٰ ہے، جو کلیم ہے اسلام کا، وہ یہ ہے کہ اسلام ایک پریزروڈ ریلیجن ہے۔</w:t>
      </w:r>
    </w:p>
    <w:p>
      <w:r>
        <w:rPr>
          <w:b/>
        </w:rPr>
        <w:t xml:space="preserve">[01:46] </w:t>
      </w:r>
      <w:r>
        <w:t>nahnu nazzalna al dhikra wa inna lahu lahafizoon.</w:t>
      </w:r>
    </w:p>
    <w:p>
      <w:pPr>
        <w:jc w:val="right"/>
      </w:pPr>
      <w:r>
        <w:t>نحن نزلنا الذکر وانا له لحافظون۔</w:t>
      </w:r>
    </w:p>
    <w:p>
      <w:r>
        <w:rPr>
          <w:b/>
        </w:rPr>
        <w:t xml:space="preserve">[01:52] </w:t>
      </w:r>
      <w:r>
        <w:t>toh islam ke mutabiq khuda ne jo bhi mazhab insan ko diye, jo bhi paighambar aaye, un sab</w:t>
      </w:r>
    </w:p>
    <w:p>
      <w:pPr>
        <w:jc w:val="right"/>
      </w:pPr>
      <w:r>
        <w:t>تو اسلام کے مطابق خدا نے جو بھی مذہب انسان کو دیے، جو بھی پیغمبر آئے، ان سب</w:t>
      </w:r>
    </w:p>
    <w:p>
      <w:r>
        <w:rPr>
          <w:b/>
        </w:rPr>
        <w:t xml:space="preserve">[01:58] </w:t>
      </w:r>
      <w:r>
        <w:t>ne aik hi mazhab ko bataya insan ko.</w:t>
      </w:r>
    </w:p>
    <w:p>
      <w:pPr>
        <w:jc w:val="right"/>
      </w:pPr>
      <w:r>
        <w:t>نے ایک ہی مذہب کو بتایا انسان کو۔</w:t>
      </w:r>
    </w:p>
    <w:p>
      <w:r>
        <w:rPr>
          <w:b/>
        </w:rPr>
        <w:t xml:space="preserve">[02:04] </w:t>
      </w:r>
      <w:r>
        <w:t>sab ka mazhab aik hi tha.</w:t>
      </w:r>
    </w:p>
    <w:p>
      <w:pPr>
        <w:jc w:val="right"/>
      </w:pPr>
      <w:r>
        <w:t>سب کا مذہب ایک ہی تھا۔</w:t>
      </w:r>
    </w:p>
    <w:p>
      <w:r>
        <w:rPr>
          <w:b/>
        </w:rPr>
        <w:t xml:space="preserve">[02:10] </w:t>
      </w:r>
      <w:r>
        <w:t>jo difference hai woh sirf aik hai,</w:t>
      </w:r>
    </w:p>
    <w:p>
      <w:pPr>
        <w:jc w:val="right"/>
      </w:pPr>
      <w:r>
        <w:t>جو ڈیفرنس ہے وہ صرف ایک ہے،</w:t>
      </w:r>
    </w:p>
    <w:p>
      <w:r>
        <w:rPr>
          <w:b/>
        </w:rPr>
        <w:t xml:space="preserve">[02:16] </w:t>
      </w:r>
      <w:r>
        <w:t>woh yeh ke islam aik preserved religion hai.</w:t>
      </w:r>
    </w:p>
    <w:p>
      <w:pPr>
        <w:jc w:val="right"/>
      </w:pPr>
      <w:r>
        <w:t>وہ یہ کہ اسلام ایک پریزروڈ ریلیجن ہے۔</w:t>
      </w:r>
    </w:p>
    <w:p>
      <w:r>
        <w:rPr>
          <w:b/>
        </w:rPr>
        <w:t xml:space="preserve">[02:23] </w:t>
      </w:r>
      <w:r>
        <w:t>dekhiye, sab se pehle peghambar jo thay woh Adam thay.</w:t>
      </w:r>
    </w:p>
    <w:p>
      <w:pPr>
        <w:jc w:val="right"/>
      </w:pPr>
      <w:r>
        <w:t>دیکھیے، سب سے پہلے پیغمبر جو تھے وہ آدم تھے۔</w:t>
      </w:r>
    </w:p>
    <w:p>
      <w:r>
        <w:rPr>
          <w:b/>
        </w:rPr>
        <w:t xml:space="preserve">[02:29] </w:t>
      </w:r>
      <w:r>
        <w:t>woh pehle insan bhi thay aur pehle peghambar bhi thay.</w:t>
      </w:r>
    </w:p>
    <w:p>
      <w:pPr>
        <w:jc w:val="right"/>
      </w:pPr>
      <w:r>
        <w:t>وہ پہلے انسان بھی تھے اور پہلے پیغمبر بھی تھے۔</w:t>
      </w:r>
    </w:p>
    <w:p>
      <w:r>
        <w:rPr>
          <w:b/>
        </w:rPr>
        <w:t xml:space="preserve">[02:35] </w:t>
      </w:r>
      <w:r>
        <w:t>toh riwayat mein aata hai ke unko Khuda ne jo baatein batai theen, jo guidance di thi,</w:t>
      </w:r>
    </w:p>
    <w:p>
      <w:pPr>
        <w:jc w:val="right"/>
      </w:pPr>
      <w:r>
        <w:t>تو روایتوں میں آتا ہے کہ ان کو خدا نے جو باتیں بتائی تھیں، جو گائیڈنس دی تھی،</w:t>
      </w:r>
    </w:p>
    <w:p>
      <w:r>
        <w:rPr>
          <w:b/>
        </w:rPr>
        <w:t xml:space="preserve">[02:42] </w:t>
      </w:r>
      <w:r>
        <w:t>toh mitti ka unhon ne slate banaya,</w:t>
      </w:r>
    </w:p>
    <w:p>
      <w:pPr>
        <w:jc w:val="right"/>
      </w:pPr>
      <w:r>
        <w:t>تو مٹی کا انہوں نے سلیب بنایا،</w:t>
      </w:r>
    </w:p>
    <w:p>
      <w:r>
        <w:rPr>
          <w:b/>
        </w:rPr>
        <w:t xml:space="preserve">[02:48] </w:t>
      </w:r>
      <w:r>
        <w:t>us par likha, aur us ko aag mein daal kar paka kar liya. phir us ko apne logon mein de diya ke us ko tum follow karte rehna. Adam ki yeh jo takhtiyan thin, yeh bohat nasal tak baqi rahin. phir Hazrat Nuh</w:t>
      </w:r>
    </w:p>
    <w:p>
      <w:pPr>
        <w:jc w:val="right"/>
      </w:pPr>
      <w:r>
        <w:t>اس پر لکھا، اور اس کو آگ میں ڈال کر پکا کر لیا۔ پھر اس کو اپنے لوگوں میں دے دیا کہ اس کو تم فالو کرتے رہنا۔ آدم کی یہ جو تختیاں تھیں، یہ بہت نسل تک باقی رہیں۔ پھر حضرت نوح</w:t>
      </w:r>
    </w:p>
    <w:p>
      <w:r>
        <w:rPr>
          <w:b/>
        </w:rPr>
        <w:t xml:space="preserve">[03:18] </w:t>
      </w:r>
      <w:r>
        <w:t>ke zamane mein jo flood aaya, us flood mein yeh takhtiyan beh gayin. isi tarah se khud Hazrat Nuh ko Khuda ne jo baatein di thin, jo guidance di thi, wo bhi preserved na rahin, wo bhi mehfooz na rahin. Hazrat Ibrahim ke bare</w:t>
      </w:r>
    </w:p>
    <w:p>
      <w:pPr>
        <w:jc w:val="right"/>
      </w:pPr>
      <w:r>
        <w:t>کے زمانے میں جو فلڈ آیا، اس فلڈ میں یہ تختیاں بہہ گئیں۔ اسی طرح سے خود حضرت نوح کو خدا نے جو باتیں دی تھیں، جو گائیڈنس دی تھی، وہ بھی پریزروڈ نہ رہی، وہ بھی محفوظ نہ رہی۔ حضرت ابراہیم کے بارے</w:t>
      </w:r>
    </w:p>
    <w:p>
      <w:r>
        <w:rPr>
          <w:b/>
        </w:rPr>
        <w:t xml:space="preserve">[03:48] </w:t>
      </w:r>
      <w:r>
        <w:t>mein Quran mein aata hai ke unko Khuda ne sahife diye.</w:t>
      </w:r>
    </w:p>
    <w:p>
      <w:pPr>
        <w:jc w:val="right"/>
      </w:pPr>
      <w:r>
        <w:t>میں قرآن میں آتا ہے کہ ان کو خدا نے صحیفے دیے۔</w:t>
      </w:r>
    </w:p>
    <w:p>
      <w:r>
        <w:rPr>
          <w:b/>
        </w:rPr>
        <w:t xml:space="preserve">[03:54] </w:t>
      </w:r>
      <w:r>
        <w:t>lekin woh sahife aaj maujood nahi hain.</w:t>
      </w:r>
    </w:p>
    <w:p>
      <w:pPr>
        <w:jc w:val="right"/>
      </w:pPr>
      <w:r>
        <w:t>لیکن وہ صحیفے آج موجود نہیں ہیں۔</w:t>
      </w:r>
    </w:p>
    <w:p>
      <w:r>
        <w:rPr>
          <w:b/>
        </w:rPr>
        <w:t xml:space="preserve">[04:00] </w:t>
      </w:r>
      <w:r>
        <w:t>toh yahi muamla tamam peghambaron ka hua hai.</w:t>
      </w:r>
    </w:p>
    <w:p>
      <w:pPr>
        <w:jc w:val="right"/>
      </w:pPr>
      <w:r>
        <w:t>تو یہی معاملہ تمام پیغمبروں کا ہوا ہے۔</w:t>
      </w:r>
    </w:p>
    <w:p>
      <w:r>
        <w:rPr>
          <w:b/>
        </w:rPr>
        <w:t xml:space="preserve">[04:06] </w:t>
      </w:r>
      <w:r>
        <w:t>har peghambar ko Khuda ne wahi ek deen diya, lekin baad ki generation mein woh mehfooz na reh saka.</w:t>
      </w:r>
    </w:p>
    <w:p>
      <w:pPr>
        <w:jc w:val="right"/>
      </w:pPr>
      <w:r>
        <w:t>ہر پیغمبر کو خدا نے وہی ایک دین دیا، لیکن بعد کی جنریشن میں وہ محفوظ نہ رہ سکا۔</w:t>
      </w:r>
    </w:p>
    <w:p>
      <w:r>
        <w:rPr>
          <w:b/>
        </w:rPr>
        <w:t xml:space="preserve">[04:12] </w:t>
      </w:r>
      <w:r>
        <w:t>toh Islam ki ek hi sifat hai,</w:t>
      </w:r>
    </w:p>
    <w:p>
      <w:pPr>
        <w:jc w:val="right"/>
      </w:pPr>
      <w:r>
        <w:t>تو اسلام کی ایک ہی صفت ہے،</w:t>
      </w:r>
    </w:p>
    <w:p>
      <w:r>
        <w:rPr>
          <w:b/>
        </w:rPr>
        <w:t xml:space="preserve">[04:19] </w:t>
      </w:r>
      <w:r>
        <w:t>ek hi uska distinction hai, agar aap kahein ke woh ek preserved religion hai.</w:t>
      </w:r>
    </w:p>
    <w:p>
      <w:pPr>
        <w:jc w:val="right"/>
      </w:pPr>
      <w:r>
        <w:t>ایک ہی اس کا ڈسٹنکشن ہے، اگر آپ کہیں کہ وہ ایک پریزروڈ ریلیجن ہے۔</w:t>
      </w:r>
    </w:p>
    <w:p>
      <w:r>
        <w:rPr>
          <w:b/>
        </w:rPr>
        <w:t xml:space="preserve">[04:29] </w:t>
      </w:r>
      <w:r>
        <w:t>تو میں یہ کہوں گا کہ اسلام تمام مذہبوں کو historical authenticity دیتا ہے۔</w:t>
      </w:r>
    </w:p>
    <w:p>
      <w:pPr>
        <w:jc w:val="right"/>
      </w:pPr>
      <w:r>
        <w:t>تو میں یہ کہوں گا کہ اسلام تمام مذہبوں کو ہسٹاریکل اتھنٹیسٹی دیتا ہے۔</w:t>
      </w:r>
    </w:p>
    <w:p>
      <w:r>
        <w:rPr>
          <w:b/>
        </w:rPr>
        <w:t xml:space="preserve">[04:39] </w:t>
      </w:r>
      <w:r>
        <w:t>jaise ek thay Bengal ke doctor Nishi Khan Chattopadhyay, bohat parhe likhe aadmi thay.</w:t>
      </w:r>
    </w:p>
    <w:p>
      <w:pPr>
        <w:jc w:val="right"/>
      </w:pPr>
      <w:r>
        <w:t>جیسے ایک تھے بنگال کے ڈاکٹر نشی خان چٹوپادیا، بہت پڑھے لکھے آدمی تھے۔</w:t>
      </w:r>
    </w:p>
    <w:p>
      <w:r>
        <w:rPr>
          <w:b/>
        </w:rPr>
        <w:t xml:space="preserve">[04:50] </w:t>
      </w:r>
      <w:r>
        <w:t>woh kai language jante thay.</w:t>
      </w:r>
    </w:p>
    <w:p>
      <w:pPr>
        <w:jc w:val="right"/>
      </w:pPr>
      <w:r>
        <w:t>وہ کئی لینگویج جانتے تھے۔</w:t>
      </w:r>
    </w:p>
    <w:p>
      <w:r>
        <w:rPr>
          <w:b/>
        </w:rPr>
        <w:t xml:space="preserve">[04:55] </w:t>
      </w:r>
      <w:r>
        <w:t>aur woh ek seeker thay, seeker, sachai ko talash karne wale.</w:t>
      </w:r>
    </w:p>
    <w:p>
      <w:pPr>
        <w:jc w:val="right"/>
      </w:pPr>
      <w:r>
        <w:t>اور وہ ایک سیکر تھے، سیکر، سچائی کو تلاش کرنے والے۔</w:t>
      </w:r>
    </w:p>
    <w:p>
      <w:r>
        <w:rPr>
          <w:b/>
        </w:rPr>
        <w:t xml:space="preserve">[05:00] </w:t>
      </w:r>
      <w:r>
        <w:t>toh unhon ne sab mazhabon ko parha.</w:t>
      </w:r>
    </w:p>
    <w:p>
      <w:pPr>
        <w:jc w:val="right"/>
      </w:pPr>
      <w:r>
        <w:t>تو انہوں نے سب مذہبوں کو پڑھا۔</w:t>
      </w:r>
    </w:p>
    <w:p>
      <w:r>
        <w:rPr>
          <w:b/>
        </w:rPr>
        <w:t xml:space="preserve">[05:05] </w:t>
      </w:r>
      <w:r>
        <w:t>jitne mazhab hain, sab ko parha unhon ne.</w:t>
      </w:r>
    </w:p>
    <w:p>
      <w:pPr>
        <w:jc w:val="right"/>
      </w:pPr>
      <w:r>
        <w:t>جتنے مذہب ہیں، سب کو پڑھا انہوں نے۔</w:t>
      </w:r>
    </w:p>
    <w:p>
      <w:r>
        <w:rPr>
          <w:b/>
        </w:rPr>
        <w:t xml:space="preserve">[05:11] </w:t>
      </w:r>
      <w:r>
        <w:t>toh apni kitab mein likhte hain woh ke har mazhab ko parh kar mujhe ek hi question aata</w:t>
      </w:r>
    </w:p>
    <w:p>
      <w:pPr>
        <w:jc w:val="right"/>
      </w:pPr>
      <w:r>
        <w:t>تو اپنی کتاب میں لکھتے ہیں وہ کہ ہر مذہب کو پڑھ کر مجھے ایک ہی کوئسچن آتا</w:t>
      </w:r>
    </w:p>
    <w:p>
      <w:r>
        <w:rPr>
          <w:b/>
        </w:rPr>
        <w:t xml:space="preserve">[05:16] </w:t>
      </w:r>
      <w:r>
        <w:t>tha, aata tha mere mind mein.</w:t>
      </w:r>
    </w:p>
    <w:p>
      <w:pPr>
        <w:jc w:val="right"/>
      </w:pPr>
      <w:r>
        <w:t>تھا، آتا تھا میرے مائنڈ میں۔</w:t>
      </w:r>
    </w:p>
    <w:p>
      <w:r>
        <w:rPr>
          <w:b/>
        </w:rPr>
        <w:t xml:space="preserve">[05:21] </w:t>
      </w:r>
      <w:r>
        <w:t>وہ یہ کہ اس مذہب کو اگر میں مانوں تو اس کی historical credibility کیا ہے؟ historical authenticity</w:t>
      </w:r>
    </w:p>
    <w:p>
      <w:pPr>
        <w:jc w:val="right"/>
      </w:pPr>
      <w:r>
        <w:t>وہ یہ کہ اس مذہب کو اگر میں مانوں تو اس کی ہسٹاریکل کریڈیبلٹی کیا ہے؟ ہسٹاریکل اتھنٹیسٹی</w:t>
      </w:r>
    </w:p>
    <w:p>
      <w:r>
        <w:rPr>
          <w:b/>
        </w:rPr>
        <w:t xml:space="preserve">[05:28] </w:t>
      </w:r>
      <w:r>
        <w:t>kya hai? toh maloom hua ke jin mazhabon ko woh parhte thay, woh pata chalta tha ke yeh</w:t>
      </w:r>
    </w:p>
    <w:p>
      <w:pPr>
        <w:jc w:val="right"/>
      </w:pPr>
      <w:r>
        <w:t>کیا ہے؟ تو معلوم ہوا کہ جن مذہبوں کو وہ پڑھتے تھے، وہ پتہ چلتا تھا کہ یہ</w:t>
      </w:r>
    </w:p>
    <w:p>
      <w:r>
        <w:rPr>
          <w:b/>
        </w:rPr>
        <w:t xml:space="preserve">[05:34] </w:t>
      </w:r>
      <w:r>
        <w:t>toh mythology hai.</w:t>
      </w:r>
    </w:p>
    <w:p>
      <w:pPr>
        <w:jc w:val="right"/>
      </w:pPr>
      <w:r>
        <w:t>تو مائیتھالوجی ہے۔</w:t>
      </w:r>
    </w:p>
    <w:p>
      <w:r>
        <w:rPr>
          <w:b/>
        </w:rPr>
        <w:t xml:space="preserve">[05:40] </w:t>
      </w:r>
      <w:r>
        <w:t>sab mythology, mythological stories hain.</w:t>
      </w:r>
    </w:p>
    <w:p>
      <w:pPr>
        <w:jc w:val="right"/>
      </w:pPr>
      <w:r>
        <w:t>سب مائیتھالوجی، مائیتھالوجیکل سٹوریز ہیں۔</w:t>
      </w:r>
    </w:p>
    <w:p>
      <w:r>
        <w:rPr>
          <w:b/>
        </w:rPr>
        <w:t xml:space="preserve">[05:47] </w:t>
      </w:r>
      <w:r>
        <w:t>aur jo book hain, toh unka yahi pata nahi ke woh original hain ya translation hain.</w:t>
      </w:r>
    </w:p>
    <w:p>
      <w:pPr>
        <w:jc w:val="right"/>
      </w:pPr>
      <w:r>
        <w:t>اور جو بک ہیں، تو ان کا یہی پتہ نہیں کہ وہ اوریجنل ہیں یا ٹرانسلیشن ہیں۔</w:t>
      </w:r>
    </w:p>
    <w:p>
      <w:r>
        <w:rPr>
          <w:b/>
        </w:rPr>
        <w:t xml:space="preserve">[05:53] </w:t>
      </w:r>
      <w:r>
        <w:t>toh is tarah se jis jis mazhab ko parha unhon ne, har mazhab mein yahi atakte rahe woh.</w:t>
      </w:r>
    </w:p>
    <w:p>
      <w:pPr>
        <w:jc w:val="right"/>
      </w:pPr>
      <w:r>
        <w:t>تو اس طریقے سے جس جس مذہب کو پڑھا انہوں نے، ہر مذہب میں یہی اٹکتے رہے وہ۔</w:t>
      </w:r>
    </w:p>
    <w:p>
      <w:r>
        <w:rPr>
          <w:b/>
        </w:rPr>
        <w:t xml:space="preserve">[05:59] </w:t>
      </w:r>
      <w:r>
        <w:t>toh jo prophet bhi dunya mein aaye, jinke bare mein kuch na kuch insan ko pata hai,</w:t>
      </w:r>
    </w:p>
    <w:p>
      <w:pPr>
        <w:jc w:val="right"/>
      </w:pPr>
      <w:r>
        <w:t>تو جو پرافٹ بھی دنیا میں آئے، جن کے بارے میں کچھ نہ کچھ انسان کو پتہ ہے،</w:t>
      </w:r>
    </w:p>
    <w:p>
      <w:r>
        <w:rPr>
          <w:b/>
        </w:rPr>
        <w:t xml:space="preserve">[06:05] </w:t>
      </w:r>
      <w:r>
        <w:t>is ko parhte rahe woh.</w:t>
      </w:r>
    </w:p>
    <w:p>
      <w:pPr>
        <w:jc w:val="right"/>
      </w:pPr>
      <w:r>
        <w:t>اس کو پڑھتے رہے وہ۔</w:t>
      </w:r>
    </w:p>
    <w:p>
      <w:r>
        <w:rPr>
          <w:b/>
        </w:rPr>
        <w:t xml:space="preserve">[06:11] </w:t>
      </w:r>
      <w:r>
        <w:t>to aap jante hain ke kisi bhi profit ki koi history nahi hai.</w:t>
      </w:r>
    </w:p>
    <w:p>
      <w:pPr>
        <w:jc w:val="right"/>
      </w:pPr>
      <w:r>
        <w:t>تو آپ جانتے ہیں کہ کسی بھی پرافٹ کی کوئی ہسٹری نہیں ہے۔</w:t>
      </w:r>
    </w:p>
    <w:p>
      <w:r>
        <w:rPr>
          <w:b/>
        </w:rPr>
        <w:t xml:space="preserve">[06:17] </w:t>
      </w:r>
      <w:r>
        <w:t>history ka matlab kya hai? history</w:t>
      </w:r>
    </w:p>
    <w:p>
      <w:pPr>
        <w:jc w:val="right"/>
      </w:pPr>
      <w:r>
        <w:t>ہسٹری کا مطلب کیا ہے؟ ہسٹری</w:t>
      </w:r>
    </w:p>
    <w:p>
      <w:r>
        <w:rPr>
          <w:b/>
        </w:rPr>
        <w:t xml:space="preserve">[06:23] </w:t>
      </w:r>
      <w:r>
        <w:t>کس کو کہتے ہیں؟ ہسٹری کہتے ہیں، یعنی ہسٹاریکل اوتھینٹیسٹی کا مطلب یہ ہے کہ کنٹیمپریری ہسٹاریکل ریکارڈ</w:t>
      </w:r>
    </w:p>
    <w:p>
      <w:pPr>
        <w:jc w:val="right"/>
      </w:pPr>
      <w:r>
        <w:t>کس کو کہتے ہیں؟ ہسٹری کہتے ہیں، یعنی ہسٹاریکل اتھنٹیسٹی کا مطلب یہ ہے کہ کنٹمپریری ہسٹاریکل ریکارڈ</w:t>
      </w:r>
    </w:p>
    <w:p>
      <w:r>
        <w:rPr>
          <w:b/>
        </w:rPr>
        <w:t xml:space="preserve">[06:31] </w:t>
      </w:r>
      <w:r>
        <w:t>mein in ko mention kiya gaya ho.</w:t>
      </w:r>
    </w:p>
    <w:p>
      <w:pPr>
        <w:jc w:val="right"/>
      </w:pPr>
      <w:r>
        <w:t>میں ان کو مینشن کیا گیا ہو۔</w:t>
      </w:r>
    </w:p>
    <w:p>
      <w:r>
        <w:rPr>
          <w:b/>
        </w:rPr>
        <w:t xml:space="preserve">[06:39] </w:t>
      </w:r>
      <w:r>
        <w:t>jaise Hazrat Musa aaye Misr mein, is daur mein wahan king tha Fero.</w:t>
      </w:r>
    </w:p>
    <w:p>
      <w:pPr>
        <w:jc w:val="right"/>
      </w:pPr>
      <w:r>
        <w:t>جیسے حضرت موسیٰ آئے مصر میں، اس دور میں وہاں کنگ تھا فیرو۔</w:t>
      </w:r>
    </w:p>
    <w:p>
      <w:r>
        <w:rPr>
          <w:b/>
        </w:rPr>
        <w:t xml:space="preserve">[06:46] </w:t>
      </w:r>
      <w:r>
        <w:t>to Fero ka record to history mein milta hai.</w:t>
      </w:r>
    </w:p>
    <w:p>
      <w:pPr>
        <w:jc w:val="right"/>
      </w:pPr>
      <w:r>
        <w:t>تو فیرو کا ریکارڈ تو ہسٹری میں ملتا ہے۔</w:t>
      </w:r>
    </w:p>
    <w:p>
      <w:r>
        <w:rPr>
          <w:b/>
        </w:rPr>
        <w:t xml:space="preserve">[06:54] </w:t>
      </w:r>
      <w:r>
        <w:t>lekin Hazrat Musa ka record history mein nahi milta, Egyptian history mein.</w:t>
      </w:r>
    </w:p>
    <w:p>
      <w:pPr>
        <w:jc w:val="right"/>
      </w:pPr>
      <w:r>
        <w:t>لیکن حضرت موسیٰ کا ریکارڈ ہسٹری میں نہیں ملتا، ایجپشن ہسٹری میں۔</w:t>
      </w:r>
    </w:p>
    <w:p>
      <w:r>
        <w:rPr>
          <w:b/>
        </w:rPr>
        <w:t xml:space="preserve">[07:00] </w:t>
      </w:r>
      <w:r>
        <w:t>aise hi dekhiye, Hazrat Masih aaye Palestine mein.</w:t>
      </w:r>
    </w:p>
    <w:p>
      <w:pPr>
        <w:jc w:val="right"/>
      </w:pPr>
      <w:r>
        <w:t>ایسے ہی دیکھیے، حضرت مسیح آئے پیلسٹائن میں۔</w:t>
      </w:r>
    </w:p>
    <w:p>
      <w:r>
        <w:rPr>
          <w:b/>
        </w:rPr>
        <w:t xml:space="preserve">[07:06] </w:t>
      </w:r>
      <w:r>
        <w:t>to is zamane mein Romans wahan rule karte thay.</w:t>
      </w:r>
    </w:p>
    <w:p>
      <w:pPr>
        <w:jc w:val="right"/>
      </w:pPr>
      <w:r>
        <w:t>تو اس زمانے میں رومنز وہاں رول کرتے تھے۔</w:t>
      </w:r>
    </w:p>
    <w:p>
      <w:r>
        <w:rPr>
          <w:b/>
        </w:rPr>
        <w:t xml:space="preserve">[07:12] </w:t>
      </w:r>
      <w:r>
        <w:t>to Romans ki history to hai, contemporary history mein Romans ka mention maujood hai.</w:t>
      </w:r>
    </w:p>
    <w:p>
      <w:pPr>
        <w:jc w:val="right"/>
      </w:pPr>
      <w:r>
        <w:t>تو رومنز کی ہسٹری تو ہے، کنٹمپریری ہسٹری میں رومنز کا مینشن موجود ہے۔</w:t>
      </w:r>
    </w:p>
    <w:p>
      <w:r>
        <w:rPr>
          <w:b/>
        </w:rPr>
        <w:t xml:space="preserve">[07:18] </w:t>
      </w:r>
      <w:r>
        <w:t>lekin contemporary history jo hai, woh Hazrat Masih ko</w:t>
      </w:r>
    </w:p>
    <w:p>
      <w:pPr>
        <w:jc w:val="right"/>
      </w:pPr>
      <w:r>
        <w:t>لیکن کنٹمپریری ہسٹری جو ہے، وہ حضرت مسیح کو</w:t>
      </w:r>
    </w:p>
    <w:p>
      <w:r>
        <w:rPr>
          <w:b/>
        </w:rPr>
        <w:t xml:space="preserve">[07:24] </w:t>
      </w:r>
      <w:r>
        <w:t>mention nahi karti. yahi mamla sare prophets ka hai. to yahin par aa kar atakte the Dr. Nishi Khan Chattopadhyay. wo Sarojini Naidu ki family ke the, jin ko Nightingale ka title diya gaya tha. to last mein unho ne padha Prophet of Islam ko, Muhammad sallallahu alayhi wa</w:t>
      </w:r>
    </w:p>
    <w:p>
      <w:pPr>
        <w:jc w:val="right"/>
      </w:pPr>
      <w:r>
        <w:t>مینشن نہیں کرتی۔ یہی معاملہ سارے پرافٹس کا ہے۔ تو یہیں پر آ کر اٹکتے تھے ڈاکٹر نشی خان چٹوپادیا۔ وہ سروڈی نائیڈو کی فیملی کے تھے، جن کو نائٹنگیل کا ٹائٹل دیا گیا تھا۔ تو لاسٹ میں انہوں نے پڑھا پرافٹ آف اسلام کو، محمد صلی اللہ علیہ وس</w:t>
      </w:r>
    </w:p>
    <w:p>
      <w:r>
        <w:rPr>
          <w:b/>
        </w:rPr>
        <w:t xml:space="preserve">[07:54] </w:t>
      </w:r>
      <w:r>
        <w:t>sallam ko. phir unho ne kitab likhi. us kitab mein unho ne ek bohat hi thrilling sentence likha hai, ek thrilling statement. wo likhte hain ke padhte padhte padhte jab main Muhammad tak pahuncha to wahan par wo kehte hain, "Oh what a relief to find after all a truly historical</w:t>
      </w:r>
    </w:p>
    <w:p>
      <w:pPr>
        <w:jc w:val="right"/>
      </w:pPr>
      <w:r>
        <w:t>لم کو۔ پھر انہوں نے کتاب لکھی۔ اس کتاب میں انہوں نے ایک بہت ہی تھرلنگ سینٹنس لکھا ہے، ایک تھرلنگ اسٹیٹمنٹ۔ وہ لکھتے ہیں کہ پڑھتے پڑھتے پڑھتے جب میں محمد تک پہنچا تو وہاں پر وہ کہتے ہیں، "او واٹ ا ریلیف ٹو فائنڈ افٹر آل ا ٹرولی ہسٹاریکل</w:t>
      </w:r>
    </w:p>
    <w:p>
      <w:r>
        <w:rPr>
          <w:b/>
        </w:rPr>
        <w:t xml:space="preserve">[08:24] </w:t>
      </w:r>
      <w:r>
        <w:t>profit to believe in." is ka matlab yeh hai ke insaan ke paas kisi cheez par yaqeen karne</w:t>
      </w:r>
    </w:p>
    <w:p>
      <w:pPr>
        <w:jc w:val="right"/>
      </w:pPr>
      <w:r>
        <w:t>پرافٹ ٹو بیلیو ان۔" اس کا مطلب یہ ہے کہ انسان کے پاس کسی چیز پر یقین کرنے</w:t>
      </w:r>
    </w:p>
    <w:p>
      <w:r>
        <w:rPr>
          <w:b/>
        </w:rPr>
        <w:t xml:space="preserve">[08:30] </w:t>
      </w:r>
      <w:r>
        <w:t>ke liye ek hi tareeqa hai ke woh is ki history ho.</w:t>
      </w:r>
    </w:p>
    <w:p>
      <w:pPr>
        <w:jc w:val="right"/>
      </w:pPr>
      <w:r>
        <w:t>کے لیے ایک ہی طریقہ ہے کہ وہ اس کی ہسٹری ہو۔</w:t>
      </w:r>
    </w:p>
    <w:p>
      <w:r>
        <w:rPr>
          <w:b/>
        </w:rPr>
        <w:t xml:space="preserve">[08:36] </w:t>
      </w:r>
      <w:r>
        <w:t>history mein is ka record ho.</w:t>
      </w:r>
    </w:p>
    <w:p>
      <w:pPr>
        <w:jc w:val="right"/>
      </w:pPr>
      <w:r>
        <w:t>ہسٹری میں اس کا ریکارڈ ہو۔</w:t>
      </w:r>
    </w:p>
    <w:p>
      <w:r>
        <w:rPr>
          <w:b/>
        </w:rPr>
        <w:t xml:space="preserve">[08:42] </w:t>
      </w:r>
      <w:r>
        <w:t>history ke bahar hamare paas koi aur source nahi hai kisi ke bare mein yaqeen karne ka.</w:t>
      </w:r>
    </w:p>
    <w:p>
      <w:pPr>
        <w:jc w:val="right"/>
      </w:pPr>
      <w:r>
        <w:t>ہسٹری کے باہر ہمارے پاس کوئی اور سورس نہیں ہے کسی کے بارے میں یقین کرنے کا۔</w:t>
      </w:r>
    </w:p>
    <w:p>
      <w:r>
        <w:rPr>
          <w:b/>
        </w:rPr>
        <w:t xml:space="preserve">[08:48] </w:t>
      </w:r>
      <w:r>
        <w:t>to unhon ne likh</w:t>
      </w:r>
    </w:p>
    <w:p>
      <w:pPr>
        <w:jc w:val="right"/>
      </w:pPr>
      <w:r>
        <w:t>تو انہوں نے لکھ</w:t>
      </w:r>
    </w:p>
    <w:p>
      <w:r>
        <w:rPr>
          <w:b/>
        </w:rPr>
        <w:t xml:space="preserve">[08:54] </w:t>
      </w:r>
      <w:r>
        <w:t>hai ke aur prophets jo the, un ka to unki contemporary history un ko mention nahi karti, un ko refer nahi karti. lekin jab unho ne padha Muhammad sallallahu alayhi wa sallam ko to yahan par poori history maujood thi. poori history maujood thi. har baat well known thi. jaise dekhiye, simple si baat</w:t>
      </w:r>
    </w:p>
    <w:p>
      <w:pPr>
        <w:jc w:val="right"/>
      </w:pPr>
      <w:r>
        <w:t>ا ہے کہ اور پرافٹس جو تھے، ان کا تو ان کی کنٹمپریری ہسٹری ان کو مینشن نہیں کرتی، ان کو ریفر نہیں کرتی۔ لیکن جب انہوں نے پڑھا محمد صلی اللہ علیہ وسلم کو تو یہاں پر پوری ہسٹری موجود تھی۔ پوری ہسٹری موجود تھی۔ ہر بات ویل نون تھی۔ جیسے دیکھیے، سمپل سی ب</w:t>
      </w:r>
    </w:p>
    <w:p>
      <w:r>
        <w:rPr>
          <w:b/>
        </w:rPr>
        <w:t xml:space="preserve">[09:24] </w:t>
      </w:r>
      <w:r>
        <w:t>at hai ke prophet Muhammad ka naam kya tha? to aap history mein parhenge ke un ka</w:t>
      </w:r>
    </w:p>
    <w:p>
      <w:pPr>
        <w:jc w:val="right"/>
      </w:pPr>
      <w:r>
        <w:t>ات ہے کہ پرافٹ محمد کا نام کیا تھا؟ تو آپ ہسٹری میں پڑھیں گے کہ ان کا</w:t>
      </w:r>
    </w:p>
    <w:p>
      <w:r>
        <w:rPr>
          <w:b/>
        </w:rPr>
        <w:t xml:space="preserve">[09:31] </w:t>
      </w:r>
      <w:r>
        <w:t>naam Muhammad tha.</w:t>
      </w:r>
    </w:p>
    <w:p>
      <w:pPr>
        <w:jc w:val="right"/>
      </w:pPr>
      <w:r>
        <w:t>نام محمد تھا۔</w:t>
      </w:r>
    </w:p>
    <w:p>
      <w:r>
        <w:rPr>
          <w:b/>
        </w:rPr>
        <w:t xml:space="preserve">[09:37] </w:t>
      </w:r>
      <w:r>
        <w:t>un ke baap ka naam kya tha? to aap parhenge ke un ke baap ka naam Abdullah tha.</w:t>
      </w:r>
    </w:p>
    <w:p>
      <w:pPr>
        <w:jc w:val="right"/>
      </w:pPr>
      <w:r>
        <w:t>ان کے باپ کا نام کیا تھا؟ تو آپ پڑھیں گے کہ ان کے باپ کا نام عبداللہ تھا۔</w:t>
      </w:r>
    </w:p>
    <w:p>
      <w:r>
        <w:rPr>
          <w:b/>
        </w:rPr>
        <w:t xml:space="preserve">[09:43] </w:t>
      </w:r>
      <w:r>
        <w:t>un ke dada ka naam kya tha? to aap parhenge ke un ke dada ka naam Abdul Muttalib tha.</w:t>
      </w:r>
    </w:p>
    <w:p>
      <w:pPr>
        <w:jc w:val="right"/>
      </w:pPr>
      <w:r>
        <w:t>ان کے دادا کا نام کیا تھا؟ تو آپ پڑھیں گے کہ ان کے دادا کا نام عبدالمطلب تھا۔</w:t>
      </w:r>
    </w:p>
    <w:p>
      <w:r>
        <w:rPr>
          <w:b/>
        </w:rPr>
        <w:t xml:space="preserve">[09:49] </w:t>
      </w:r>
      <w:r>
        <w:t>woh kahan paida hue? to aap parhenge ke woh Makah mein paida hue.</w:t>
      </w:r>
    </w:p>
    <w:p>
      <w:pPr>
        <w:jc w:val="right"/>
      </w:pPr>
      <w:r>
        <w:t>وہ کہاں پیدا ہوئے؟ تو آپ پڑھیں گے کہ وہ مکہ میں پیدا ہوئے۔</w:t>
      </w:r>
    </w:p>
    <w:p>
      <w:r>
        <w:rPr>
          <w:b/>
        </w:rPr>
        <w:t xml:space="preserve">[09:56] </w:t>
      </w:r>
      <w:r>
        <w:t>un ko kab prophet banaya gaya? to aap parhenge ke 610 AD mein banaya gaya.</w:t>
      </w:r>
    </w:p>
    <w:p>
      <w:pPr>
        <w:jc w:val="right"/>
      </w:pPr>
      <w:r>
        <w:t>ان کو کب پرافٹ بنایا گیا؟ تو آپ پڑھیں گے کہ 610 اے ڈی میں بنایا گیا۔</w:t>
      </w:r>
    </w:p>
    <w:p>
      <w:r>
        <w:rPr>
          <w:b/>
        </w:rPr>
        <w:t xml:space="preserve">[10:02] </w:t>
      </w:r>
      <w:r>
        <w:t>kab un ki wafat hui? to aap parhenge ke 632 AD mein Madinah mein aap ki wafat hui.</w:t>
      </w:r>
    </w:p>
    <w:p>
      <w:pPr>
        <w:jc w:val="right"/>
      </w:pPr>
      <w:r>
        <w:t>کب ان کی وفات ہوئی؟ تو آپ پڑھیں گے کہ 632 اے ڈی میں مدینہ میں آپ کی وفات ہوئی۔</w:t>
      </w:r>
    </w:p>
    <w:p>
      <w:r>
        <w:rPr>
          <w:b/>
        </w:rPr>
        <w:t xml:space="preserve">[10:08] </w:t>
      </w:r>
      <w:r>
        <w:t>yeh sab simple statements hain history ke.</w:t>
      </w:r>
    </w:p>
    <w:p>
      <w:pPr>
        <w:jc w:val="right"/>
      </w:pPr>
      <w:r>
        <w:t>یہ سب سمپل اسٹیٹمنٹس ہیں ہسٹری کے۔</w:t>
      </w:r>
    </w:p>
    <w:p>
      <w:r>
        <w:rPr>
          <w:b/>
        </w:rPr>
        <w:t xml:space="preserve">[10:15] </w:t>
      </w:r>
      <w:r>
        <w:t>bohat hi simple.</w:t>
      </w:r>
    </w:p>
    <w:p>
      <w:pPr>
        <w:jc w:val="right"/>
      </w:pPr>
      <w:r>
        <w:t>بہت ہی سمپل۔</w:t>
      </w:r>
    </w:p>
    <w:p>
      <w:r>
        <w:rPr>
          <w:b/>
        </w:rPr>
        <w:t xml:space="preserve">[10:21] </w:t>
      </w:r>
      <w:r>
        <w:t>lekin aise statement doosre prophet ke bare mein available nahi hain.</w:t>
      </w:r>
    </w:p>
    <w:p>
      <w:pPr>
        <w:jc w:val="right"/>
      </w:pPr>
      <w:r>
        <w:t>لیکن ایسے اسٹیٹمنٹ دوسرے پرافٹ کے بارے میں اویلیبل نہیں ہیں۔</w:t>
      </w:r>
    </w:p>
    <w:p>
      <w:r>
        <w:rPr>
          <w:b/>
        </w:rPr>
        <w:t xml:space="preserve">[10:27] </w:t>
      </w:r>
      <w:r>
        <w:t>to woh goya ke doosre profit jo hain, woh belief ka hissa hain, aqeeday ka hissa hain.</w:t>
      </w:r>
    </w:p>
    <w:p>
      <w:pPr>
        <w:jc w:val="right"/>
      </w:pPr>
      <w:r>
        <w:t>تو وہ گویا کہ دوسرے پرافٹ جو ہیں، وہ بیلیف کا حصہ ہیں، عقیدے کا حصہ ہیں۔</w:t>
      </w:r>
    </w:p>
    <w:p>
      <w:r>
        <w:rPr>
          <w:b/>
        </w:rPr>
        <w:t xml:space="preserve">[10:33] </w:t>
      </w:r>
      <w:r>
        <w:t>woh mythology ka hissa hain.</w:t>
      </w:r>
    </w:p>
    <w:p>
      <w:pPr>
        <w:jc w:val="right"/>
      </w:pPr>
      <w:r>
        <w:t>وہ مائیتھالوجی کا حصہ ہیں۔</w:t>
      </w:r>
    </w:p>
    <w:p>
      <w:r>
        <w:rPr>
          <w:b/>
        </w:rPr>
        <w:t xml:space="preserve">[10:39] </w:t>
      </w:r>
      <w:r>
        <w:t>lekin woh history ka hissa nahi hain.</w:t>
      </w:r>
    </w:p>
    <w:p>
      <w:pPr>
        <w:jc w:val="right"/>
      </w:pPr>
      <w:r>
        <w:t>لیکن وہ ہسٹری کا حصہ نہیں ہیں۔</w:t>
      </w:r>
    </w:p>
    <w:p>
      <w:r>
        <w:rPr>
          <w:b/>
        </w:rPr>
        <w:t xml:space="preserve">[10:45] </w:t>
      </w:r>
      <w:r>
        <w:t>to is tarah se Islam ne tamam mazhabon ko ek historical authenticity di.</w:t>
      </w:r>
    </w:p>
    <w:p>
      <w:pPr>
        <w:jc w:val="right"/>
      </w:pPr>
      <w:r>
        <w:t>تو اس طرح سے اسلام نے تمام مذہبوں کو ایک ہسٹاریکل اتھنٹیسٹی دی۔</w:t>
      </w:r>
    </w:p>
    <w:p>
      <w:r>
        <w:rPr>
          <w:b/>
        </w:rPr>
        <w:t xml:space="preserve">[10:51] </w:t>
      </w:r>
      <w:r>
        <w:t>kitni bari baat hai. to Islam</w:t>
      </w:r>
    </w:p>
    <w:p>
      <w:pPr>
        <w:jc w:val="right"/>
      </w:pPr>
      <w:r>
        <w:t>کتنی بڑی بات ہے۔ تو اسلام</w:t>
      </w:r>
    </w:p>
    <w:p>
      <w:r>
        <w:rPr>
          <w:b/>
        </w:rPr>
        <w:t xml:space="preserve">[10:57] </w:t>
      </w:r>
      <w:r>
        <w:t>mein aur doosre mazhabon mein koi rivalry nahi hai.</w:t>
      </w:r>
    </w:p>
    <w:p>
      <w:pPr>
        <w:jc w:val="right"/>
      </w:pPr>
      <w:r>
        <w:t>میں اور دوسرے مذہبوں میں کوئی رائیولٹی نہیں ہے۔</w:t>
      </w:r>
    </w:p>
    <w:p>
      <w:r>
        <w:rPr>
          <w:b/>
        </w:rPr>
        <w:t xml:space="preserve">[11:04] </w:t>
      </w:r>
      <w:r>
        <w:t>yeh daawa nahi hai Islam ka ke Islam superior religion hai.</w:t>
      </w:r>
    </w:p>
    <w:p>
      <w:pPr>
        <w:jc w:val="right"/>
      </w:pPr>
      <w:r>
        <w:t>یہ دعویٰ نہیں ہے اسلام کا کہ اسلام سپیریئر ریلیجن ہے۔</w:t>
      </w:r>
    </w:p>
    <w:p>
      <w:r>
        <w:rPr>
          <w:b/>
        </w:rPr>
        <w:t xml:space="preserve">[11:10] </w:t>
      </w:r>
      <w:r>
        <w:t>sirf yeh hai Islam ka daawa ke Islam ek preserved religion hai.</w:t>
      </w:r>
    </w:p>
    <w:p>
      <w:pPr>
        <w:jc w:val="right"/>
      </w:pPr>
      <w:r>
        <w:t>صرف یہ ہے اسلام کا دعویٰ کہ اسلام ایک پریزروڈ ریلیجن ہے۔</w:t>
      </w:r>
    </w:p>
    <w:p>
      <w:r>
        <w:rPr>
          <w:b/>
        </w:rPr>
        <w:t xml:space="preserve">[11:17] </w:t>
      </w:r>
      <w:r>
        <w:t>yani jo kitaab profit Muhammad le kar aaye, Quran, woh waise hi ka waise hi aaj bhi maujood hai.</w:t>
      </w:r>
    </w:p>
    <w:p>
      <w:pPr>
        <w:jc w:val="right"/>
      </w:pPr>
      <w:r>
        <w:t>یعنی جو کتاب پرافٹ محمد لے کر آئے، قرآن، وہ ویسے ہی کا ویسے ہی آج بھی موجود ہے۔</w:t>
      </w:r>
    </w:p>
    <w:p>
      <w:r>
        <w:rPr>
          <w:b/>
        </w:rPr>
        <w:t xml:space="preserve">[11:23] </w:t>
      </w:r>
      <w:r>
        <w:t>A se Z tak is mein koi change nahi aaya.</w:t>
      </w:r>
    </w:p>
    <w:p>
      <w:pPr>
        <w:jc w:val="right"/>
      </w:pPr>
      <w:r>
        <w:t>اے سے زیڈ تک اس میں کوئی چینج نہیں آیا۔</w:t>
      </w:r>
    </w:p>
    <w:p>
      <w:r>
        <w:rPr>
          <w:b/>
        </w:rPr>
        <w:t xml:space="preserve">[11:30] </w:t>
      </w:r>
      <w:r>
        <w:t>aise hi profit ki apni jo baatein thin, woh bhi preserved hain.</w:t>
      </w:r>
    </w:p>
    <w:p>
      <w:pPr>
        <w:jc w:val="right"/>
      </w:pPr>
      <w:r>
        <w:t>ایسے ہی پرافٹ کی اپنی جو باتیں تھیں، وہ بھی پریزرو ہیں۔</w:t>
      </w:r>
    </w:p>
    <w:p>
      <w:r>
        <w:rPr>
          <w:b/>
        </w:rPr>
        <w:t xml:space="preserve">[11:36] </w:t>
      </w:r>
      <w:r>
        <w:t>hadees mein profit ki jo life thi, woh bhi preserved hai.</w:t>
      </w:r>
    </w:p>
    <w:p>
      <w:pPr>
        <w:jc w:val="right"/>
      </w:pPr>
      <w:r>
        <w:t>حدیث میں پرافٹ کی جو لائف تھی، وہ بھی پریزرو ہے۔</w:t>
      </w:r>
    </w:p>
    <w:p>
      <w:r>
        <w:rPr>
          <w:b/>
        </w:rPr>
        <w:t xml:space="preserve">[11:42] </w:t>
      </w:r>
      <w:r>
        <w:t>seerat ki kitabon mein is zamane ki jo history hai, wahi preserved hai.</w:t>
      </w:r>
    </w:p>
    <w:p>
      <w:pPr>
        <w:jc w:val="right"/>
      </w:pPr>
      <w:r>
        <w:t>سیرت کی کتابوں میں اس زمانے کی جو ہسٹری ہے، وہی پریزرو ہے۔</w:t>
      </w:r>
    </w:p>
    <w:p>
      <w:r>
        <w:rPr>
          <w:b/>
        </w:rPr>
        <w:t xml:space="preserve">[11:48] </w:t>
      </w:r>
      <w:r>
        <w:t>history ki books mein yahan tak ke jo language thi, kisi bhi profit ke zamane mein jo language</w:t>
      </w:r>
    </w:p>
    <w:p>
      <w:pPr>
        <w:jc w:val="right"/>
      </w:pPr>
      <w:r>
        <w:t>ہسٹری کی بکس میں یہاں تک کہ جو لینگویج تھی، کسی بھی پرافٹ کے زمانے میں جو لینگویج</w:t>
      </w:r>
    </w:p>
    <w:p>
      <w:r>
        <w:rPr>
          <w:b/>
        </w:rPr>
        <w:t xml:space="preserve">[11:55] </w:t>
      </w:r>
      <w:r>
        <w:t>boli jaati thi,</w:t>
      </w:r>
    </w:p>
    <w:p>
      <w:pPr>
        <w:jc w:val="right"/>
      </w:pPr>
      <w:r>
        <w:t>بولی جاتی تھی،</w:t>
      </w:r>
    </w:p>
    <w:p>
      <w:r>
        <w:rPr>
          <w:b/>
        </w:rPr>
        <w:t xml:space="preserve">[12:01] </w:t>
      </w:r>
      <w:r>
        <w:t>woh language aaj maujood nahi hai.</w:t>
      </w:r>
    </w:p>
    <w:p>
      <w:pPr>
        <w:jc w:val="right"/>
      </w:pPr>
      <w:r>
        <w:t>وہ لینگویج آج موجود نہیں ہے۔</w:t>
      </w:r>
    </w:p>
    <w:p>
      <w:r>
        <w:rPr>
          <w:b/>
        </w:rPr>
        <w:t xml:space="preserve">[12:09] </w:t>
      </w:r>
      <w:r>
        <w:t>ya to woh khatam ho gayi ya badal gayi.</w:t>
      </w:r>
    </w:p>
    <w:p>
      <w:pPr>
        <w:jc w:val="right"/>
      </w:pPr>
      <w:r>
        <w:t>یا تو وہ ختم ہوگئی یا بدل گئی۔</w:t>
      </w:r>
    </w:p>
    <w:p>
      <w:r>
        <w:rPr>
          <w:b/>
        </w:rPr>
        <w:t xml:space="preserve">[12:16] </w:t>
      </w:r>
      <w:r>
        <w:t>lekin yahan par kya hai? wahi Arabic language jo dedh hazar saal pehle profit bolte the, un ke</w:t>
      </w:r>
    </w:p>
    <w:p>
      <w:pPr>
        <w:jc w:val="right"/>
      </w:pPr>
      <w:r>
        <w:t>لیکن یہاں پر کیا ہے؟ وہی عربک لینگویج جو ڈیڑھ ہزار سال پہلے پرافٹ بولتے تھے، ان کے</w:t>
      </w:r>
    </w:p>
    <w:p>
      <w:r>
        <w:rPr>
          <w:b/>
        </w:rPr>
        <w:t xml:space="preserve">[12:24] </w:t>
      </w:r>
      <w:r>
        <w:t>contemporary bolte the, Makkah Madinah mein jo language boli jaati thi,</w:t>
      </w:r>
    </w:p>
    <w:p>
      <w:pPr>
        <w:jc w:val="right"/>
      </w:pPr>
      <w:r>
        <w:t>کنٹمپریری بولتے تھے، مکہ مدینہ میں جو لینگویج بولی جاتی تھی،</w:t>
      </w:r>
    </w:p>
    <w:p>
      <w:r>
        <w:rPr>
          <w:b/>
        </w:rPr>
        <w:t xml:space="preserve">[12:31] </w:t>
      </w:r>
      <w:r>
        <w:t>wahi language aaj bhi maujood hai.</w:t>
      </w:r>
    </w:p>
    <w:p>
      <w:pPr>
        <w:jc w:val="right"/>
      </w:pPr>
      <w:r>
        <w:t>وہی لینگویج آج بھی موجود ہے۔</w:t>
      </w:r>
    </w:p>
    <w:p>
      <w:r>
        <w:rPr>
          <w:b/>
        </w:rPr>
        <w:t xml:space="preserve">[12:37] </w:t>
      </w:r>
      <w:r>
        <w:t>to goya Quran bhi zinda kitaab ki hesiyat rakhta hai.</w:t>
      </w:r>
    </w:p>
    <w:p>
      <w:pPr>
        <w:jc w:val="right"/>
      </w:pPr>
      <w:r>
        <w:t>تو گویا قرآن بھی زندہ کتاب کی حیثیت رکھتا ہے۔</w:t>
      </w:r>
    </w:p>
    <w:p>
      <w:r>
        <w:rPr>
          <w:b/>
        </w:rPr>
        <w:t xml:space="preserve">[12:43] </w:t>
      </w:r>
      <w:r>
        <w:t>aur Arabic language bhi zinda kitaab ki hesiyat rakhti hai.</w:t>
      </w:r>
    </w:p>
    <w:p>
      <w:pPr>
        <w:jc w:val="right"/>
      </w:pPr>
      <w:r>
        <w:t>اور عربک لینگویج بھی زندہ کتاب کی حیثیت رکھتی ہے۔</w:t>
      </w:r>
    </w:p>
    <w:p>
      <w:r>
        <w:rPr>
          <w:b/>
        </w:rPr>
        <w:t xml:space="preserve">[12:49] </w:t>
      </w:r>
      <w:r>
        <w:t>aise aap ke jo companion the, aap ke saathi, detail ke sath un ki baatein kitabon mein maujood hain.</w:t>
      </w:r>
    </w:p>
    <w:p>
      <w:pPr>
        <w:jc w:val="right"/>
      </w:pPr>
      <w:r>
        <w:t>ایسے آپ کے جو کمپینین تھے، آپ کے ساتھی، ڈیٹیل کے ساتھ ان کی باتیں کتابوں میں موجود ہیں۔</w:t>
      </w:r>
    </w:p>
    <w:p>
      <w:r>
        <w:rPr>
          <w:b/>
        </w:rPr>
        <w:t xml:space="preserve">[12:55] </w:t>
      </w:r>
      <w:r>
        <w:t>to saari baatein history</w:t>
      </w:r>
    </w:p>
    <w:p>
      <w:pPr>
        <w:jc w:val="right"/>
      </w:pPr>
      <w:r>
        <w:t>تو ساری باتیں ہسٹری</w:t>
      </w:r>
    </w:p>
    <w:p>
      <w:r>
        <w:rPr>
          <w:b/>
        </w:rPr>
        <w:t xml:space="preserve">[13:01] </w:t>
      </w:r>
      <w:r>
        <w:t>hain.</w:t>
      </w:r>
    </w:p>
    <w:p>
      <w:pPr>
        <w:jc w:val="right"/>
      </w:pPr>
      <w:r>
        <w:t>ہیں۔</w:t>
      </w:r>
    </w:p>
    <w:p>
      <w:r>
        <w:rPr>
          <w:b/>
        </w:rPr>
        <w:t xml:space="preserve">[13:08] </w:t>
      </w:r>
      <w:r>
        <w:t>to mein yeh kahoon ga ke is tarah se Islam ne religion ko historical status diya.</w:t>
      </w:r>
    </w:p>
    <w:p>
      <w:pPr>
        <w:jc w:val="right"/>
      </w:pPr>
      <w:r>
        <w:t>تو میں یہ کہوں گا کہ اس طرح سے اسلام نے ریلیجن کو ہسٹاریکل اسٹیٹس دیا۔</w:t>
      </w:r>
    </w:p>
    <w:p>
      <w:r>
        <w:rPr>
          <w:b/>
        </w:rPr>
        <w:t xml:space="preserve">[13:14] </w:t>
      </w:r>
      <w:r>
        <w:t>Muhammad Sal Allahu Alaihi Wasallam se pehle religion ko historical status nahi mila hua tha.</w:t>
      </w:r>
    </w:p>
    <w:p>
      <w:pPr>
        <w:jc w:val="right"/>
      </w:pPr>
      <w:r>
        <w:t>محمد صلی اللہ علیہ وسلم سے پہلے ریلیجن کو ہسٹاریکل اسٹیٹس نہیں ملا ہوا تھا۔</w:t>
      </w:r>
    </w:p>
    <w:p>
      <w:r>
        <w:rPr>
          <w:b/>
        </w:rPr>
        <w:t xml:space="preserve">[13:20] </w:t>
      </w:r>
      <w:r>
        <w:t>kitni bari baat hai yeh.</w:t>
      </w:r>
    </w:p>
    <w:p>
      <w:pPr>
        <w:jc w:val="right"/>
      </w:pPr>
      <w:r>
        <w:t>کتنی بڑی بات ہے یہ۔</w:t>
      </w:r>
    </w:p>
    <w:p>
      <w:r>
        <w:rPr>
          <w:b/>
        </w:rPr>
        <w:t xml:space="preserve">[13:26] </w:t>
      </w:r>
      <w:r>
        <w:t>aise hi dekhiye, hamein ek namoona chahiye, example chahiye.</w:t>
      </w:r>
    </w:p>
    <w:p>
      <w:pPr>
        <w:jc w:val="right"/>
      </w:pPr>
      <w:r>
        <w:t>ایسے ہی دیکھیے، ہمیں ایک نمونہ چاہیے، ایگزامپل چاہیے۔</w:t>
      </w:r>
    </w:p>
    <w:p>
      <w:r>
        <w:rPr>
          <w:b/>
        </w:rPr>
        <w:t xml:space="preserve">[13:32] </w:t>
      </w:r>
      <w:r>
        <w:t>jis ko hum prophet manen, jis ko apna guide manen, to is se hamein sirf text nahi milna</w:t>
      </w:r>
    </w:p>
    <w:p>
      <w:pPr>
        <w:jc w:val="right"/>
      </w:pPr>
      <w:r>
        <w:t>جس کو ہم پرافٹ مانیں، جس کو اپنا گائیڈ مانیں، تو اس سے ہمیں صرف ٹیکسٹ نہیں ملنا</w:t>
      </w:r>
    </w:p>
    <w:p>
      <w:r>
        <w:rPr>
          <w:b/>
        </w:rPr>
        <w:t xml:space="preserve">[13:38] </w:t>
      </w:r>
      <w:r>
        <w:t>chahiye, balkeh hamein example milna chahiye.</w:t>
      </w:r>
    </w:p>
    <w:p>
      <w:pPr>
        <w:jc w:val="right"/>
      </w:pPr>
      <w:r>
        <w:t>چاہیے، بلکہ ہمیں ایگزامپل ملنا چاہیے۔</w:t>
      </w:r>
    </w:p>
    <w:p>
      <w:r>
        <w:rPr>
          <w:b/>
        </w:rPr>
        <w:t xml:space="preserve">[13:44] </w:t>
      </w:r>
      <w:r>
        <w:t>namoona milna chahiye.</w:t>
      </w:r>
    </w:p>
    <w:p>
      <w:pPr>
        <w:jc w:val="right"/>
      </w:pPr>
      <w:r>
        <w:t>نمونہ ملنا چاہیے۔</w:t>
      </w:r>
    </w:p>
    <w:p>
      <w:r>
        <w:rPr>
          <w:b/>
        </w:rPr>
        <w:t xml:space="preserve">[13:51] </w:t>
      </w:r>
      <w:r>
        <w:t>to yahan aap dekhiye, prophet ki zindagi poori poori aaj bhi waise hi ka waise hi preserve hai.</w:t>
      </w:r>
    </w:p>
    <w:p>
      <w:pPr>
        <w:jc w:val="right"/>
      </w:pPr>
      <w:r>
        <w:t>تو یہاں آپ دیکھیے، پرافٹ کی زندگی پوری پوری آج بھی ویسے ہی کا ویسے ہی پریزرو ہے۔</w:t>
      </w:r>
    </w:p>
    <w:p>
      <w:r>
        <w:rPr>
          <w:b/>
        </w:rPr>
        <w:t xml:space="preserve">[13:57] </w:t>
      </w:r>
      <w:r>
        <w:t>prophet ki zindagi bohat hi eventful life thi aap ki.</w:t>
      </w:r>
    </w:p>
    <w:p>
      <w:pPr>
        <w:jc w:val="right"/>
      </w:pPr>
      <w:r>
        <w:t>پرافٹ کی زندگی بہت ہی ایونٹ فل لائف تھی آپ کی۔</w:t>
      </w:r>
    </w:p>
    <w:p>
      <w:r>
        <w:rPr>
          <w:b/>
        </w:rPr>
        <w:t xml:space="preserve">[14:03] </w:t>
      </w:r>
      <w:r>
        <w:t>eventful life jis ko kehte hain.</w:t>
      </w:r>
    </w:p>
    <w:p>
      <w:pPr>
        <w:jc w:val="right"/>
      </w:pPr>
      <w:r>
        <w:t>ایونٹ فل لائف جس کو کہتے ہیں۔</w:t>
      </w:r>
    </w:p>
    <w:p>
      <w:r>
        <w:rPr>
          <w:b/>
        </w:rPr>
        <w:t xml:space="preserve">[14:08] </w:t>
      </w:r>
      <w:r>
        <w:t>har qism ki cheezein aap ki zindagi mein pesh aaein.</w:t>
      </w:r>
    </w:p>
    <w:p>
      <w:pPr>
        <w:jc w:val="right"/>
      </w:pPr>
      <w:r>
        <w:t>ہر قسم کے چیزیں آپ کی زندگی میں پیش آئیں۔</w:t>
      </w:r>
    </w:p>
    <w:p>
      <w:r>
        <w:rPr>
          <w:b/>
        </w:rPr>
        <w:t xml:space="preserve">[14:13] </w:t>
      </w:r>
      <w:r>
        <w:t>har qism ke waqeaat aap ki zindagi mein pesh aaye.</w:t>
      </w:r>
    </w:p>
    <w:p>
      <w:pPr>
        <w:jc w:val="right"/>
      </w:pPr>
      <w:r>
        <w:t>ہر قسم کے واقعات آپ کی زندگی میں پیش آئے۔</w:t>
      </w:r>
    </w:p>
    <w:p>
      <w:r>
        <w:rPr>
          <w:b/>
        </w:rPr>
        <w:t xml:space="preserve">[14:18] </w:t>
      </w:r>
      <w:r>
        <w:t>aur sab record hote chale gaye.</w:t>
      </w:r>
    </w:p>
    <w:p>
      <w:pPr>
        <w:jc w:val="right"/>
      </w:pPr>
      <w:r>
        <w:t>اور سب ریکارڈ ہوتے چلے گئے۔</w:t>
      </w:r>
    </w:p>
    <w:p>
      <w:r>
        <w:rPr>
          <w:b/>
        </w:rPr>
        <w:t xml:space="preserve">[14:23] </w:t>
      </w:r>
      <w:r>
        <w:t>mein aap ko ek chota sa example deta hoon.</w:t>
      </w:r>
    </w:p>
    <w:p>
      <w:pPr>
        <w:jc w:val="right"/>
      </w:pPr>
      <w:r>
        <w:t>میں آپ کو ایک چھوٹا سا ایگزامپل دیتا ہوں۔</w:t>
      </w:r>
    </w:p>
    <w:p>
      <w:r>
        <w:rPr>
          <w:b/>
        </w:rPr>
        <w:t xml:space="preserve">[14:28] </w:t>
      </w:r>
      <w:r>
        <w:t>Quran mein ek ayat hai prophet Muhammad ke baray mein, "Laqad kana lakum fi Rasool Allah</w:t>
      </w:r>
    </w:p>
    <w:p>
      <w:pPr>
        <w:jc w:val="right"/>
      </w:pPr>
      <w:r>
        <w:t>قرآن میں ایک آیت ہے پرافٹ محمد کے بارے میں، "لقد کان لکم فی رسول اللہ</w:t>
      </w:r>
    </w:p>
    <w:p>
      <w:r>
        <w:rPr>
          <w:b/>
        </w:rPr>
        <w:t xml:space="preserve">[14:33] </w:t>
      </w:r>
      <w:r>
        <w:t>uswatun hasanah".</w:t>
      </w:r>
    </w:p>
    <w:p>
      <w:pPr>
        <w:jc w:val="right"/>
      </w:pPr>
      <w:r>
        <w:t>عصوۃ حسنہ"۔</w:t>
      </w:r>
    </w:p>
    <w:p>
      <w:r>
        <w:rPr>
          <w:b/>
        </w:rPr>
        <w:t xml:space="preserve">[14:39] </w:t>
      </w:r>
      <w:r>
        <w:t>yani prophet ki zindagi mein tumhare liye namoona hai.</w:t>
      </w:r>
    </w:p>
    <w:p>
      <w:pPr>
        <w:jc w:val="right"/>
      </w:pPr>
      <w:r>
        <w:t>یعنی پرافٹ کی زندگی میں تمہارے لیے نمونہ ہے۔</w:t>
      </w:r>
    </w:p>
    <w:p>
      <w:r>
        <w:rPr>
          <w:b/>
        </w:rPr>
        <w:t xml:space="preserve">[14:45] </w:t>
      </w:r>
      <w:r>
        <w:t>prophet ki zindagi mein tumhare liye acha namoona hai.</w:t>
      </w:r>
    </w:p>
    <w:p>
      <w:pPr>
        <w:jc w:val="right"/>
      </w:pPr>
      <w:r>
        <w:t>پرافٹ کی زندگی میں تمہارے لیے اچھا نمونہ ہے۔</w:t>
      </w:r>
    </w:p>
    <w:p>
      <w:r>
        <w:rPr>
          <w:b/>
        </w:rPr>
        <w:t xml:space="preserve">[14:52] </w:t>
      </w:r>
      <w:r>
        <w:t>ab bazahir to ek simple si baat maloom hoti hai.</w:t>
      </w:r>
    </w:p>
    <w:p>
      <w:pPr>
        <w:jc w:val="right"/>
      </w:pPr>
      <w:r>
        <w:t>اب بظاہر تو ایک سمپل سی بات معلوم ہوتی ہے۔</w:t>
      </w:r>
    </w:p>
    <w:p>
      <w:r>
        <w:rPr>
          <w:b/>
        </w:rPr>
        <w:t xml:space="preserve">[14:58] </w:t>
      </w:r>
      <w:r>
        <w:t>lekin aap agar parhen mazhabi kitabon ko</w:t>
      </w:r>
    </w:p>
    <w:p>
      <w:pPr>
        <w:jc w:val="right"/>
      </w:pPr>
      <w:r>
        <w:t>لیکن آپ اگر پڑھیں مذہبی کتابوں کو</w:t>
      </w:r>
    </w:p>
    <w:p>
      <w:r>
        <w:rPr>
          <w:b/>
        </w:rPr>
        <w:t xml:space="preserve">[15:04] </w:t>
      </w:r>
      <w:r>
        <w:t>, kisi bhi mazhabi kitab mein yeh sentence nahi milega aap ko.</w:t>
      </w:r>
    </w:p>
    <w:p>
      <w:pPr>
        <w:jc w:val="right"/>
      </w:pPr>
      <w:r>
        <w:t>، کسی بھی مذہبی کتاب میں یہ سینٹنس نہیں ملے گا آپ کو۔</w:t>
      </w:r>
    </w:p>
    <w:p>
      <w:r>
        <w:rPr>
          <w:b/>
        </w:rPr>
        <w:t xml:space="preserve">[15:10] </w:t>
      </w:r>
      <w:r>
        <w:t>bohat ajeeb baat hai.</w:t>
      </w:r>
    </w:p>
    <w:p>
      <w:pPr>
        <w:jc w:val="right"/>
      </w:pPr>
      <w:r>
        <w:t>بہت عجیب بات ہے۔</w:t>
      </w:r>
    </w:p>
    <w:p>
      <w:r>
        <w:rPr>
          <w:b/>
        </w:rPr>
        <w:t xml:space="preserve">[15:16] </w:t>
      </w:r>
      <w:r>
        <w:t>duniya mein dekhiye, taqreeban ek darjan major religions hain, baray baray religion jo kahe jatay hain, un ki kitabein hain.</w:t>
      </w:r>
    </w:p>
    <w:p>
      <w:pPr>
        <w:jc w:val="right"/>
      </w:pPr>
      <w:r>
        <w:t>دنیا میں دیکھیے، تقریباً ایک درجن میجر ریلیجنز ہیں، بڑے بڑے ریلیجن جو کہے جاتے ہیں، ان کی کتابیں ہیں۔</w:t>
      </w:r>
    </w:p>
    <w:p>
      <w:r>
        <w:rPr>
          <w:b/>
        </w:rPr>
        <w:t xml:space="preserve">[15:22] </w:t>
      </w:r>
      <w:r>
        <w:t>aap un ki kitabon ko parhiye.</w:t>
      </w:r>
    </w:p>
    <w:p>
      <w:pPr>
        <w:jc w:val="right"/>
      </w:pPr>
      <w:r>
        <w:t>آپ ان کی کتابوں کو پڑھیے۔</w:t>
      </w:r>
    </w:p>
    <w:p>
      <w:r>
        <w:rPr>
          <w:b/>
        </w:rPr>
        <w:t xml:space="preserve">[15:28] </w:t>
      </w:r>
      <w:r>
        <w:t>kisi bhi mazhabi kitab mein yeh sentence nahi likha hua hai ke is mazhab ko</w:t>
      </w:r>
    </w:p>
    <w:p>
      <w:pPr>
        <w:jc w:val="right"/>
      </w:pPr>
      <w:r>
        <w:t>کسی بھی مذہبی کتاب میں یہ سینٹنس نہیں لکھا ہوا ہے کہ اس مذہب کو</w:t>
      </w:r>
    </w:p>
    <w:p>
      <w:r>
        <w:rPr>
          <w:b/>
        </w:rPr>
        <w:t xml:space="preserve">[15:34] </w:t>
      </w:r>
      <w:r>
        <w:t>pesh karne wale jo hain, unki zindagi mein tumhare liye poora namoona maujood hai. kaisi ajeeb baat hai. yani unki kitaab yeh kehti hi nahi ke tum ko namoona lena hai toh hamare jo peshwa hain, un se namoona lo. jabke quran mein saaf saaf likha hua hai. toh yeh baat koi superiority ki baat nahi hai. afzaliyat ki b</w:t>
      </w:r>
    </w:p>
    <w:p>
      <w:pPr>
        <w:jc w:val="right"/>
      </w:pPr>
      <w:r>
        <w:t>پیش کرنے والے جو ہیں، ان کی زندگی میں تمہارے لیے پورا نمونہ موجود ہے۔ کیسی عجیب بات ہے۔ یعنی ان کی کتاب یہ کہتی ہی نہیں کہ تم کو نمونہ لینا ہے تو ہمارے جو پیشوا ہیں، ان سے نمونہ لو۔ جبکہ قرآن میں صاف صاف لکھا ہوا ہے۔ تو یہ بات کوئی سپیریریٹی کی بات نہیں ہے۔ افضلیت کی ب</w:t>
      </w:r>
    </w:p>
    <w:p>
      <w:r>
        <w:rPr>
          <w:b/>
        </w:rPr>
        <w:t xml:space="preserve">[16:04] </w:t>
      </w:r>
      <w:r>
        <w:t>aat nahi hai. yeh baat hai history ki. yani historical term mein aap prophet ko samajh sakte hain. aap ki teaching ko aur aap ki life ko, dono ko. toh aap jo deen le aaye, uska ek text hai jisko hum quran kehte hain. aur phir aap ka ek model hai aap ki zindagi ka. jo roz</w:t>
      </w:r>
    </w:p>
    <w:p>
      <w:pPr>
        <w:jc w:val="right"/>
      </w:pPr>
      <w:r>
        <w:t>ات نہیں ہے۔ یہ بات ہے ہسٹری کی۔ یعنی ہسٹاریکل ٹرم میں آپ پرافٹ کو سمجھ سکتے ہیں۔ آپ کی ٹیچنگ کو اور آپ کی لائف کو، دونوں کو۔ تو آپ جو دین لے آئے، اس کا ایک ٹیکسٹ ہے جس کو ہم قرآن کہتے ہیں۔ اور پھر آپ کا ایک ماڈل ہے آپ کی زندگی کا۔ جو روز</w:t>
      </w:r>
    </w:p>
    <w:p>
      <w:r>
        <w:rPr>
          <w:b/>
        </w:rPr>
        <w:t xml:space="preserve">[16:34] </w:t>
      </w:r>
      <w:r>
        <w:t>marha zindagi mein jo paish aayi baatein aap ko, woh bhi poori ki poori record in ka maujood</w:t>
      </w:r>
    </w:p>
    <w:p>
      <w:pPr>
        <w:jc w:val="right"/>
      </w:pPr>
      <w:r>
        <w:t>مرہ زندگی میں جو پیش آئی باتیں آپ کو، وہ بھی پوری کی پوری ریکارڈ ان کا موجود</w:t>
      </w:r>
    </w:p>
    <w:p>
      <w:r>
        <w:rPr>
          <w:b/>
        </w:rPr>
        <w:t xml:space="preserve">[16:40] </w:t>
      </w:r>
      <w:r>
        <w:t>hai kitabon mein.</w:t>
      </w:r>
    </w:p>
    <w:p>
      <w:pPr>
        <w:jc w:val="right"/>
      </w:pPr>
      <w:r>
        <w:t>ہے کتابوں میں۔</w:t>
      </w:r>
    </w:p>
    <w:p>
      <w:r>
        <w:rPr>
          <w:b/>
        </w:rPr>
        <w:t xml:space="preserve">[16:46] </w:t>
      </w:r>
      <w:r>
        <w:t>aur yeh Quran mein kaha gaya hai ke agar record maujood na hota to Quran mein yeh jo</w:t>
      </w:r>
    </w:p>
    <w:p>
      <w:pPr>
        <w:jc w:val="right"/>
      </w:pPr>
      <w:r>
        <w:t>اور یہ قرآن میں کہا گیا ہے کہ اگر ریکارڈ موجود نہ ہوتا تو قرآن میں یہ جو</w:t>
      </w:r>
    </w:p>
    <w:p>
      <w:r>
        <w:rPr>
          <w:b/>
        </w:rPr>
        <w:t xml:space="preserve">[16:52] </w:t>
      </w:r>
      <w:r>
        <w:t>آیت ہے، یہ irrelevant ہو جاتی ہے۔</w:t>
      </w:r>
    </w:p>
    <w:p>
      <w:pPr>
        <w:jc w:val="right"/>
      </w:pPr>
      <w:r>
        <w:t>آیت ہے، یہ اریلیونٹ ہو جاتی ہے۔</w:t>
      </w:r>
    </w:p>
    <w:p>
      <w:r>
        <w:rPr>
          <w:b/>
        </w:rPr>
        <w:t xml:space="preserve">[16:58] </w:t>
      </w:r>
      <w:r>
        <w:t>yeh jo ayat hai ke "laqad kana lakum fi rasool Allah uswa hasana". to agar</w:t>
      </w:r>
    </w:p>
    <w:p>
      <w:pPr>
        <w:jc w:val="right"/>
      </w:pPr>
      <w:r>
        <w:t>یہ جو آیت ہے کہ "لقد کان لکم فی رسول اللہ عصوۃ حسنہ"۔ تو اگر</w:t>
      </w:r>
    </w:p>
    <w:p>
      <w:r>
        <w:rPr>
          <w:b/>
        </w:rPr>
        <w:t xml:space="preserve">[17:04] </w:t>
      </w:r>
      <w:r>
        <w:t>ہسٹری میں آپ کی لائف کا ریکارڈ نہ ہوتا تو آپ سوچیے، یہ تو irrelevant ہو جاتی ہے یہ آیت۔</w:t>
      </w:r>
    </w:p>
    <w:p>
      <w:pPr>
        <w:jc w:val="right"/>
      </w:pPr>
      <w:r>
        <w:t>ہسٹری میں آپ کی لائف کا ریکارڈ نہ ہوتا تو آپ سوچیے، یہ تو اریلیونٹ ہو جاتی ہے یہ آیت۔</w:t>
      </w:r>
    </w:p>
    <w:p>
      <w:r>
        <w:rPr>
          <w:b/>
        </w:rPr>
        <w:t xml:space="preserve">[17:10] </w:t>
      </w:r>
      <w:r>
        <w:t>lekin poora poora maujood hai.</w:t>
      </w:r>
    </w:p>
    <w:p>
      <w:pPr>
        <w:jc w:val="right"/>
      </w:pPr>
      <w:r>
        <w:t>لیکن پورا پورا موجود ہے۔</w:t>
      </w:r>
    </w:p>
    <w:p>
      <w:r>
        <w:rPr>
          <w:b/>
        </w:rPr>
        <w:t xml:space="preserve">[17:16] </w:t>
      </w:r>
      <w:r>
        <w:t>ab mein to yeh keh sakta hoon ke mein aaj se nahi, 60-70 saal se Quran ko parh</w:t>
      </w:r>
    </w:p>
    <w:p>
      <w:pPr>
        <w:jc w:val="right"/>
      </w:pPr>
      <w:r>
        <w:t>اب میں تو یہ کہہ سکتا ہوں کہ میں آج سے نہیں، 60-70 سال سے قرآن کو پڑھ</w:t>
      </w:r>
    </w:p>
    <w:p>
      <w:r>
        <w:rPr>
          <w:b/>
        </w:rPr>
        <w:t xml:space="preserve">[17:22] </w:t>
      </w:r>
      <w:r>
        <w:t>raha hoon, hadith ko parh raha hoon, Rasool Allah ki life ko parh raha hoon.</w:t>
      </w:r>
    </w:p>
    <w:p>
      <w:pPr>
        <w:jc w:val="right"/>
      </w:pPr>
      <w:r>
        <w:t>رہا ہوں، حدیث کو پڑھ رہا ہوں، رسول اللہ کی لائف کو پڑھ رہا ہوں۔</w:t>
      </w:r>
    </w:p>
    <w:p>
      <w:r>
        <w:rPr>
          <w:b/>
        </w:rPr>
        <w:t xml:space="preserve">[17:28] </w:t>
      </w:r>
      <w:r>
        <w:t>aur main yeh keh sakta hoon ke jab bhi koi question mere mind mein aata</w:t>
      </w:r>
    </w:p>
    <w:p>
      <w:pPr>
        <w:jc w:val="right"/>
      </w:pPr>
      <w:r>
        <w:t>اور میں یہ کہہ سکتا ہوں کہ جب بھی کوئی کوئسچن میرے مائنڈ میں آتا</w:t>
      </w:r>
    </w:p>
    <w:p>
      <w:r>
        <w:rPr>
          <w:b/>
        </w:rPr>
        <w:t xml:space="preserve">[17:34] </w:t>
      </w:r>
      <w:r>
        <w:t>ہے تو اس کا مجھے مل جاتا ہے answer۔</w:t>
      </w:r>
    </w:p>
    <w:p>
      <w:pPr>
        <w:jc w:val="right"/>
      </w:pPr>
      <w:r>
        <w:t>ہے تو اس کا مجھے مل جاتا ہے انسر۔</w:t>
      </w:r>
    </w:p>
    <w:p>
      <w:r>
        <w:rPr>
          <w:b/>
        </w:rPr>
        <w:t xml:space="preserve">[17:39] </w:t>
      </w:r>
      <w:r>
        <w:t>Quran mein, hadith mein, aap ki life mein.</w:t>
      </w:r>
    </w:p>
    <w:p>
      <w:pPr>
        <w:jc w:val="right"/>
      </w:pPr>
      <w:r>
        <w:t>قرآن میں، حدیث میں، آپ کی لائف میں۔</w:t>
      </w:r>
    </w:p>
    <w:p>
      <w:r>
        <w:rPr>
          <w:b/>
        </w:rPr>
        <w:t xml:space="preserve">[17:45] </w:t>
      </w:r>
      <w:r>
        <w:t>bohat hi clear andaaz mein.</w:t>
      </w:r>
    </w:p>
    <w:p>
      <w:pPr>
        <w:jc w:val="right"/>
      </w:pPr>
      <w:r>
        <w:t>بہت ہی کلیئر انداز میں۔</w:t>
      </w:r>
    </w:p>
    <w:p>
      <w:r>
        <w:rPr>
          <w:b/>
        </w:rPr>
        <w:t xml:space="preserve">[17:50] </w:t>
      </w:r>
      <w:r>
        <w:t>اسی کو میں کہہ رہا ہوں کہ اسلام نے مذہب کو historical status دیا۔</w:t>
      </w:r>
    </w:p>
    <w:p>
      <w:pPr>
        <w:jc w:val="right"/>
      </w:pPr>
      <w:r>
        <w:t>اسی کو میں کہہ رہا ہوں کہ اسلام نے مذہب کو ہسٹاریکل اسٹیٹس دیا۔</w:t>
      </w:r>
    </w:p>
    <w:p>
      <w:r>
        <w:rPr>
          <w:b/>
        </w:rPr>
        <w:t xml:space="preserve">[17:55] </w:t>
      </w:r>
      <w:r>
        <w:t>historical base diya.</w:t>
      </w:r>
    </w:p>
    <w:p>
      <w:pPr>
        <w:jc w:val="right"/>
      </w:pPr>
      <w:r>
        <w:t>ہسٹاریکل بیس دیا۔</w:t>
      </w:r>
    </w:p>
    <w:p>
      <w:r>
        <w:rPr>
          <w:b/>
        </w:rPr>
        <w:t xml:space="preserve">[18:00] </w:t>
      </w:r>
      <w:r>
        <w:t>yeh kitni bari baat hai. agar aap</w:t>
      </w:r>
    </w:p>
    <w:p>
      <w:pPr>
        <w:jc w:val="right"/>
      </w:pPr>
      <w:r>
        <w:t>یہ کتنی بڑی بات ہے۔ اگر آپ</w:t>
      </w:r>
    </w:p>
    <w:p>
      <w:r>
        <w:rPr>
          <w:b/>
        </w:rPr>
        <w:t xml:space="preserve">[18:05] </w:t>
      </w:r>
      <w:r>
        <w:t>Islam ko minus kar dein, Islam ko alag kar dein, tab bhi duniya mein bohat se mazahib maujood hon ge.</w:t>
      </w:r>
    </w:p>
    <w:p>
      <w:pPr>
        <w:jc w:val="right"/>
      </w:pPr>
      <w:r>
        <w:t>اسلام کو مائنس کر دیں، اسلام کو الگ کر دیں، تب بھی دنیا میں بہت سے مذہب موجود ہوں گے۔</w:t>
      </w:r>
    </w:p>
    <w:p>
      <w:r>
        <w:rPr>
          <w:b/>
        </w:rPr>
        <w:t xml:space="preserve">[18:10] </w:t>
      </w:r>
      <w:r>
        <w:t>lekin yeh mazahib historical mazahib nahi hon ge.</w:t>
      </w:r>
    </w:p>
    <w:p>
      <w:pPr>
        <w:jc w:val="right"/>
      </w:pPr>
      <w:r>
        <w:t>لیکن یہ مذہب ہسٹاریکل مذہب نہیں ہوں گے۔</w:t>
      </w:r>
    </w:p>
    <w:p>
      <w:r>
        <w:rPr>
          <w:b/>
        </w:rPr>
        <w:t xml:space="preserve">[18:16] </w:t>
      </w:r>
      <w:r>
        <w:t>in ki koi historical base nahi hogi.</w:t>
      </w:r>
    </w:p>
    <w:p>
      <w:pPr>
        <w:jc w:val="right"/>
      </w:pPr>
      <w:r>
        <w:t>ان کی کوئی ہسٹاریکل بیس نہیں ہوگی۔</w:t>
      </w:r>
    </w:p>
    <w:p>
      <w:r>
        <w:rPr>
          <w:b/>
        </w:rPr>
        <w:t xml:space="preserve">[18:21] </w:t>
      </w:r>
      <w:r>
        <w:t>تو اسلام جو ہے، اچھی طرح سمجھ لیجیے، اسلام کوئی superior religion نہیں ہے۔</w:t>
      </w:r>
    </w:p>
    <w:p>
      <w:pPr>
        <w:jc w:val="right"/>
      </w:pPr>
      <w:r>
        <w:t>تو اسلام جو ہے، اچھی طرح سمجھ لیجیے، اسلام کوئی سپیریئر ریلیجن نہیں ہے۔</w:t>
      </w:r>
    </w:p>
    <w:p>
      <w:r>
        <w:rPr>
          <w:b/>
        </w:rPr>
        <w:t xml:space="preserve">[18:26] </w:t>
      </w:r>
      <w:r>
        <w:t>koi afzal religion nahi hai.</w:t>
      </w:r>
    </w:p>
    <w:p>
      <w:pPr>
        <w:jc w:val="right"/>
      </w:pPr>
      <w:r>
        <w:t>کوئی افضل ریلیجن نہیں ہے۔</w:t>
      </w:r>
    </w:p>
    <w:p>
      <w:r>
        <w:rPr>
          <w:b/>
        </w:rPr>
        <w:t xml:space="preserve">[18:32] </w:t>
      </w:r>
      <w:r>
        <w:t>koi naya religion bhi nahi hai woh.</w:t>
      </w:r>
    </w:p>
    <w:p>
      <w:pPr>
        <w:jc w:val="right"/>
      </w:pPr>
      <w:r>
        <w:t>کوئی نیا ریلیجن بھی نہیں ہے وہ۔</w:t>
      </w:r>
    </w:p>
    <w:p>
      <w:r>
        <w:rPr>
          <w:b/>
        </w:rPr>
        <w:t xml:space="preserve">[18:37] </w:t>
      </w:r>
      <w:r>
        <w:t>jo cheez hai, woh sirf yeh hai ke woh preserved religion hai.</w:t>
      </w:r>
    </w:p>
    <w:p>
      <w:pPr>
        <w:jc w:val="right"/>
      </w:pPr>
      <w:r>
        <w:t>جو چیز ہے، وہ صرف یہ ہے کہ وہ پریزروڈ ریلیجن ہے۔</w:t>
      </w:r>
    </w:p>
    <w:p>
      <w:r>
        <w:rPr>
          <w:b/>
        </w:rPr>
        <w:t xml:space="preserve">[18:43] </w:t>
      </w:r>
      <w:r>
        <w:t>religion ko historical status deta hai.</w:t>
      </w:r>
    </w:p>
    <w:p>
      <w:pPr>
        <w:jc w:val="right"/>
      </w:pPr>
      <w:r>
        <w:t>ریلیجن کو ہسٹاریکل اسٹیٹس دیتا ہے۔</w:t>
      </w:r>
    </w:p>
    <w:p>
      <w:r>
        <w:rPr>
          <w:b/>
        </w:rPr>
        <w:t xml:space="preserve">[18:49] </w:t>
      </w:r>
      <w:r>
        <w:t>to is ka matlab kya hua ke jab hum Islam ko lete hain to hum pehle din se</w:t>
      </w:r>
    </w:p>
    <w:p>
      <w:pPr>
        <w:jc w:val="right"/>
      </w:pPr>
      <w:r>
        <w:t>تو اس کا مطلب کیا ہوا کہ جب ہم اسلام کو لیتے ہیں تو ہم پہلے دن سے</w:t>
      </w:r>
    </w:p>
    <w:p>
      <w:r>
        <w:rPr>
          <w:b/>
        </w:rPr>
        <w:t xml:space="preserve">[18:56] </w:t>
      </w:r>
      <w:r>
        <w:t>hi yaqeen ke saath le sakte hain is ko.</w:t>
      </w:r>
    </w:p>
    <w:p>
      <w:pPr>
        <w:jc w:val="right"/>
      </w:pPr>
      <w:r>
        <w:t>ہی یقین کے ساتھ لے سکتے ہیں اس کو۔</w:t>
      </w:r>
    </w:p>
    <w:p>
      <w:r>
        <w:rPr>
          <w:b/>
        </w:rPr>
        <w:t xml:space="preserve">[19:02] </w:t>
      </w:r>
      <w:r>
        <w:t>اب غور کیجیے، جس مذہب کی historical base نہ ہو، جو mythology ہو، جو قصے کہانیوں</w:t>
      </w:r>
    </w:p>
    <w:p>
      <w:pPr>
        <w:jc w:val="right"/>
      </w:pPr>
      <w:r>
        <w:t>اب غور کیجیے، جس مذہب کی ہسٹاریکل بیس نہ ہو، جو مائیتھالوجی ہو، جو قصے کہانیوں</w:t>
      </w:r>
    </w:p>
    <w:p>
      <w:r>
        <w:rPr>
          <w:b/>
        </w:rPr>
        <w:t xml:space="preserve">[19:08] </w:t>
      </w:r>
      <w:r>
        <w:t>par mushtamil ho, us ko aap le toh yaqeen yaqeen ke sath kaise le sakte hain aap? conviction ke sath aap nahi le sakte. lekin jab aap islam ko lete hain toh poore conviction ke sath lete hain ke yeh toh historically it is a preserved religion. toh is tarah se islam</w:t>
      </w:r>
    </w:p>
    <w:p>
      <w:pPr>
        <w:jc w:val="right"/>
      </w:pPr>
      <w:r>
        <w:t>پر مشتمل ہو، اس کو آپ لیں تو یقین یقین کے ساتھ کیسے لے سکتے ہیں آپ؟ کنوکشن کے ساتھ آپ نہیں لے سکتے۔ لیکن جب آپ اسلام کو لیتے ہیں تو پورے کنوکشن کے ساتھ لیتے ہیں کہ یہ تو ہسٹاریکلی اٹ از ا پریزروڈ ریلیجن۔ تو اس طرح سے اسلام</w:t>
      </w:r>
    </w:p>
    <w:p>
      <w:r>
        <w:rPr>
          <w:b/>
        </w:rPr>
        <w:t xml:space="preserve">[19:38] </w:t>
      </w:r>
      <w:r>
        <w:t>آپ کو آپ کے لیے source of conviction ہے۔</w:t>
      </w:r>
    </w:p>
    <w:p>
      <w:pPr>
        <w:jc w:val="right"/>
      </w:pPr>
      <w:r>
        <w:t>آپ کو آپ کے لیے سورس آف کنوکشن ہے۔</w:t>
      </w:r>
    </w:p>
    <w:p>
      <w:r>
        <w:rPr>
          <w:b/>
        </w:rPr>
        <w:t xml:space="preserve">[19:46] </w:t>
      </w:r>
      <w:r>
        <w:t>ab dekhiye, jab Quran ko kholein aap to shuru hi mein aap yeh ayat parhte hain, "Zalikal kitabu la raiba feeh".</w:t>
      </w:r>
    </w:p>
    <w:p>
      <w:pPr>
        <w:jc w:val="right"/>
      </w:pPr>
      <w:r>
        <w:t>اب دیکھیے، جب قرآن کو کھولیں آپ تو شروع ہی میں آپ یہ آیت پڑھتے ہیں، "ذالک الکتاب لاریب فیہ"۔</w:t>
      </w:r>
    </w:p>
    <w:p>
      <w:r>
        <w:rPr>
          <w:b/>
        </w:rPr>
        <w:t xml:space="preserve">[19:53] </w:t>
      </w:r>
      <w:r>
        <w:t>yeh jo Quran hai, is mein koi shakk nahi.</w:t>
      </w:r>
    </w:p>
    <w:p>
      <w:pPr>
        <w:jc w:val="right"/>
      </w:pPr>
      <w:r>
        <w:t>یہ جو قرآن ہے، اس میں کوئی شک نہیں۔</w:t>
      </w:r>
    </w:p>
    <w:p>
      <w:r>
        <w:rPr>
          <w:b/>
        </w:rPr>
        <w:t xml:space="preserve">[20:01] </w:t>
      </w:r>
      <w:r>
        <w:t>is mein koi shakk nahi. yaani Quran</w:t>
      </w:r>
    </w:p>
    <w:p>
      <w:pPr>
        <w:jc w:val="right"/>
      </w:pPr>
      <w:r>
        <w:t>اس میں کوئی شک نہیں۔ یعنی قرآن</w:t>
      </w:r>
    </w:p>
    <w:p>
      <w:r>
        <w:rPr>
          <w:b/>
        </w:rPr>
        <w:t xml:space="preserve">[20:09] </w:t>
      </w:r>
      <w:r>
        <w:t>ek guide book hai, is mein koi shaq nahi. is mein koi shaq nahi ka matlab kya hai? is ka ek matlab yahi hai. yani historically it is it is it is beyond doubt. that is the book of god. ab dekhiye ke hazrat masih hamare aqeedey ke mutabiq paighambar</w:t>
      </w:r>
    </w:p>
    <w:p>
      <w:pPr>
        <w:jc w:val="right"/>
      </w:pPr>
      <w:r>
        <w:t>ایک گائیڈ بک ہے، اس میں کوئی شک نہیں۔ اس میں کوئی شک نہیں کا مطلب کیا ہے؟ اس کا ایک مطلب یہی ہے۔ یعنی ہسٹاریکلی اٹ از اٹ از اٹ از بینڈ ڈاؤٹ۔ دیٹ از دا بک آف گاڈ۔ اب دیکھیے کہ حضرت مسیح ہمارے عقیدے کے مطابق پیغمبر</w:t>
      </w:r>
    </w:p>
    <w:p>
      <w:r>
        <w:rPr>
          <w:b/>
        </w:rPr>
        <w:t xml:space="preserve">[20:39] </w:t>
      </w:r>
      <w:r>
        <w:t>the.</w:t>
      </w:r>
    </w:p>
    <w:p>
      <w:pPr>
        <w:jc w:val="right"/>
      </w:pPr>
      <w:r>
        <w:t>تھے۔</w:t>
      </w:r>
    </w:p>
    <w:p>
      <w:r>
        <w:rPr>
          <w:b/>
        </w:rPr>
        <w:t xml:space="preserve">[20:45] </w:t>
      </w:r>
      <w:r>
        <w:t>لیکن حضرت مسیح کے بارے میں میں نے ایک کتاب پڑھی، "Historical Jesus"۔</w:t>
      </w:r>
    </w:p>
    <w:p>
      <w:pPr>
        <w:jc w:val="right"/>
      </w:pPr>
      <w:r>
        <w:t>لیکن حضرت مسیح کے بارے میں میں نے ایک کتاب پڑھی، "ہسٹاریکل جیزز"۔</w:t>
      </w:r>
    </w:p>
    <w:p>
      <w:r>
        <w:rPr>
          <w:b/>
        </w:rPr>
        <w:t xml:space="preserve">[20:51] </w:t>
      </w:r>
      <w:r>
        <w:t>اس کتاب میں لکھا تھا، وہ بھی کرسچن کی لکھی ہوئی تھی کہ حضرت مسیح کے واقعات history</w:t>
      </w:r>
    </w:p>
    <w:p>
      <w:pPr>
        <w:jc w:val="right"/>
      </w:pPr>
      <w:r>
        <w:t>اس کتاب میں لکھا تھا، وہ بھی کرسچن کی لکھی ہوئی تھی کہ حضرت مسیح کے واقعات ہسٹری</w:t>
      </w:r>
    </w:p>
    <w:p>
      <w:r>
        <w:rPr>
          <w:b/>
        </w:rPr>
        <w:t xml:space="preserve">[20:57] </w:t>
      </w:r>
      <w:r>
        <w:t>mein itne kam hain ke un ko historical property kaha jata.</w:t>
      </w:r>
    </w:p>
    <w:p>
      <w:pPr>
        <w:jc w:val="right"/>
      </w:pPr>
      <w:r>
        <w:t>میں اتنے کم ہیں کہ ان کو ہسٹاریکل پراپرٹی کہا جاتا۔</w:t>
      </w:r>
    </w:p>
    <w:p>
      <w:r>
        <w:rPr>
          <w:b/>
        </w:rPr>
        <w:t xml:space="preserve">[21:03] </w:t>
      </w:r>
      <w:r>
        <w:t>butt rasl ne kaha ke</w:t>
      </w:r>
    </w:p>
    <w:p>
      <w:pPr>
        <w:jc w:val="right"/>
      </w:pPr>
      <w:r>
        <w:t>بٹ رسل نے کہا کہ</w:t>
      </w:r>
    </w:p>
    <w:p>
      <w:r>
        <w:rPr>
          <w:b/>
        </w:rPr>
        <w:t xml:space="preserve">[21:09] </w:t>
      </w:r>
      <w:r>
        <w:t>historically it is quite doubtful whether christ ever existed at all. toh ab yeh hai situation mazhab ki. is waqt quran utarta hai, is mein yeh ayat aati hai ke "dhlikal kitab larayba feeh". ke quran jo hai, historically ek aisi kitaab hai jis par aap shaq nahi kar sakte.</w:t>
      </w:r>
    </w:p>
    <w:p>
      <w:pPr>
        <w:jc w:val="right"/>
      </w:pPr>
      <w:r>
        <w:t>ہسٹاریکلی اٹ از کوائٹ ڈاؤٹ فل ویدر کرائسٹ ایور ایگزسٹڈ ایٹ آل۔ تو اب یہ ہے سچویشن مذہب کی۔ اس وقت قرآن اترتا ہے، اس میں یہ آیت آتی ہے کہ "ذالک الکتاب لاریب فیہ"۔ کہ قرآن جو ہے، ہسٹاریکلی ایک ایسی کتاب ہے جس پر آپ شک نہیں کر سکتے۔</w:t>
      </w:r>
    </w:p>
    <w:p>
      <w:r>
        <w:rPr>
          <w:b/>
        </w:rPr>
        <w:t xml:space="preserve">[21:39] </w:t>
      </w:r>
      <w:r>
        <w:t>jis ko aap yaqeen ke sath le sakte hain.</w:t>
      </w:r>
    </w:p>
    <w:p>
      <w:pPr>
        <w:jc w:val="right"/>
      </w:pPr>
      <w:r>
        <w:t>جس کو آپ یقین کے ساتھ لے سکتے ہیں۔</w:t>
      </w:r>
    </w:p>
    <w:p>
      <w:r>
        <w:rPr>
          <w:b/>
        </w:rPr>
        <w:t xml:space="preserve">[21:47] </w:t>
      </w:r>
      <w:r>
        <w:t>yeh hai islam ki asal hesiyat.</w:t>
      </w:r>
    </w:p>
    <w:p>
      <w:pPr>
        <w:jc w:val="right"/>
      </w:pPr>
      <w:r>
        <w:t>یہ ہے اسلام کی اصل حیثیت۔</w:t>
      </w:r>
    </w:p>
    <w:p>
      <w:r>
        <w:rPr>
          <w:b/>
        </w:rPr>
        <w:t xml:space="preserve">[21:55] </w:t>
      </w:r>
      <w:r>
        <w:t>to ab aap jab quran ko parhein, hadith ko parhein, aur is se aap guide guide hasil karein,</w:t>
      </w:r>
    </w:p>
    <w:p>
      <w:pPr>
        <w:jc w:val="right"/>
      </w:pPr>
      <w:r>
        <w:t>تو اب آپ جب قرآن کو پڑھیں، حدیث کو پڑھیں، اور اس سے آپ گائیڈ گائیڈ حاصل کریں،</w:t>
      </w:r>
    </w:p>
    <w:p>
      <w:r>
        <w:rPr>
          <w:b/>
        </w:rPr>
        <w:t xml:space="preserve">[22:03] </w:t>
      </w:r>
      <w:r>
        <w:t>is se guidance hasil karein, zindagi guidance hasil karein aap is se,</w:t>
      </w:r>
    </w:p>
    <w:p>
      <w:pPr>
        <w:jc w:val="right"/>
      </w:pPr>
      <w:r>
        <w:t>اس سے گائیڈنس حاصل کریں، زندگی گائیڈنس حاصل کریں آپ اس سے،</w:t>
      </w:r>
    </w:p>
    <w:p>
      <w:r>
        <w:rPr>
          <w:b/>
        </w:rPr>
        <w:t xml:space="preserve">[22:10] </w:t>
      </w:r>
      <w:r>
        <w:t>aur is se ideology lein zindagi ki, toh aap is ko poore conviction ke sath le sakte hain ke yeh bilkul sahi hai. there is no doubt about it. toh ek hai ideology, yani theoretical aspect. toh woh aap quran mein paate hain. islam poore maano mein ek book of ideology hai. yani religious ideology. divine</w:t>
      </w:r>
    </w:p>
    <w:p>
      <w:pPr>
        <w:jc w:val="right"/>
      </w:pPr>
      <w:r>
        <w:t>اور اس سے آئیڈیالوجی لیں زندگی کی، تو آپ اس کو پورے کنوکشن کے ساتھ لے سکتے ہیں کہ یہ بالکل صحیح ہے۔ دیر از نو ڈاؤٹ اباؤٹ اٹ۔ تو ایک ہے آئیڈیالوجی، یعنی تھیٹیکل اسپیکٹ۔ تو وہ آپ قرآن میں پاتے ہیں۔ اسلام پورے معنوں میں ایک بک آف آئیڈیالوجی ہے۔ یعنی ریلیجیس آئیڈیالوجی۔ ڈیوائن</w:t>
      </w:r>
    </w:p>
    <w:p>
      <w:r>
        <w:rPr>
          <w:b/>
        </w:rPr>
        <w:t xml:space="preserve">[22:40] </w:t>
      </w:r>
      <w:r>
        <w:t>ideology.</w:t>
      </w:r>
    </w:p>
    <w:p>
      <w:pPr>
        <w:jc w:val="right"/>
      </w:pPr>
      <w:r>
        <w:t>آئیڈیالوجی۔</w:t>
      </w:r>
    </w:p>
    <w:p>
      <w:r>
        <w:rPr>
          <w:b/>
        </w:rPr>
        <w:t xml:space="preserve">[22:46] </w:t>
      </w:r>
      <w:r>
        <w:t>poore maanon mein.</w:t>
      </w:r>
    </w:p>
    <w:p>
      <w:pPr>
        <w:jc w:val="right"/>
      </w:pPr>
      <w:r>
        <w:t>پورے معنوں میں۔</w:t>
      </w:r>
    </w:p>
    <w:p>
      <w:r>
        <w:rPr>
          <w:b/>
        </w:rPr>
        <w:t xml:space="preserve">[22:52] </w:t>
      </w:r>
      <w:r>
        <w:t>jo bhi aap ko janna hai religious ideology ke bare mein, us ko aap quran mein jaan sakte hain.</w:t>
      </w:r>
    </w:p>
    <w:p>
      <w:pPr>
        <w:jc w:val="right"/>
      </w:pPr>
      <w:r>
        <w:t>جو بھی آپ کو جاننا ہے ریلیجیس آئیڈیالوجی کے بارے میں، اس کو آپ قرآن میں جان سکتے ہیں۔</w:t>
      </w:r>
    </w:p>
    <w:p>
      <w:r>
        <w:rPr>
          <w:b/>
        </w:rPr>
        <w:t xml:space="preserve">[22:58] </w:t>
      </w:r>
      <w:r>
        <w:t>ab is ke baad jo hai ke is par amal kaise kiya jaye? misaal ke taur par namaz hai.</w:t>
      </w:r>
    </w:p>
    <w:p>
      <w:pPr>
        <w:jc w:val="right"/>
      </w:pPr>
      <w:r>
        <w:t>اب اس کے بعد جو ہے کہ اس پر عمل کیسے کیا جائے؟ مثلاً نماز ہے۔</w:t>
      </w:r>
    </w:p>
    <w:p>
      <w:r>
        <w:rPr>
          <w:b/>
        </w:rPr>
        <w:t xml:space="preserve">[23:04] </w:t>
      </w:r>
      <w:r>
        <w:t>namaz islam mein bohat hi important ya bohat</w:t>
      </w:r>
    </w:p>
    <w:p>
      <w:pPr>
        <w:jc w:val="right"/>
      </w:pPr>
      <w:r>
        <w:t>نماز اسلام میں بہت ہی امپورٹنٹ یا بہت</w:t>
      </w:r>
    </w:p>
    <w:p>
      <w:r>
        <w:rPr>
          <w:b/>
        </w:rPr>
        <w:t xml:space="preserve">[23:10] </w:t>
      </w:r>
      <w:r>
        <w:t>maani gayi hai. toh rasool allah ne namaz padhi jo aap ko khuda ne farishte ke zariye se batai thi. toh aap ne kaha ke "sallu kama raaytumuni". namaz is tarah padho jis tarah tum us ko dekhte ho. ab yeh anokhi baat aap nahi paayenge kisi mazhab mein ke mazhab ka peshwa</w:t>
      </w:r>
    </w:p>
    <w:p>
      <w:pPr>
        <w:jc w:val="right"/>
      </w:pPr>
      <w:r>
        <w:t>مانی گئی ہے۔ تو رسول اللہ نے نماز پڑھی جو آپ کو خدا نے فرشتے کے ذریعے سے بتائی تھی۔ تو آپ نے کہا کہ "صلو کما رایت منی"۔ نماز اس طرح پڑھو جس طرح تم اس کو دیکھتے ہو۔ اب یہ انوکھی بات آپ نہیں پائیں گے کسی مذہب میں کہ مذہب کا پیشوا</w:t>
      </w:r>
    </w:p>
    <w:p>
      <w:r>
        <w:rPr>
          <w:b/>
        </w:rPr>
        <w:t xml:space="preserve">[23:40] </w:t>
      </w:r>
      <w:r>
        <w:t>yeh kahe ke main jis tarah se ibadat kar raha hoon, us ko dekho aur tum waisi tarah,</w:t>
      </w:r>
    </w:p>
    <w:p>
      <w:pPr>
        <w:jc w:val="right"/>
      </w:pPr>
      <w:r>
        <w:t>یہ کہے کہ میں جس طرح سے عبادت کر رہا ہوں، اس کو دیکھو اور تم ویسی طرح،</w:t>
      </w:r>
    </w:p>
    <w:p>
      <w:r>
        <w:rPr>
          <w:b/>
        </w:rPr>
        <w:t xml:space="preserve">[23:45] </w:t>
      </w:r>
      <w:r>
        <w:t>isi tarah se ibadat karo.</w:t>
      </w:r>
    </w:p>
    <w:p>
      <w:pPr>
        <w:jc w:val="right"/>
      </w:pPr>
      <w:r>
        <w:t>اسی طرح سے عبادت کرو۔</w:t>
      </w:r>
    </w:p>
    <w:p>
      <w:r>
        <w:rPr>
          <w:b/>
        </w:rPr>
        <w:t xml:space="preserve">[23:49] </w:t>
      </w:r>
      <w:r>
        <w:t>kisi bhi kitab mein nahi payenge aap.</w:t>
      </w:r>
    </w:p>
    <w:p>
      <w:pPr>
        <w:jc w:val="right"/>
      </w:pPr>
      <w:r>
        <w:t>کسی بھی کتاب میں نہیں پائیں گے آپ۔</w:t>
      </w:r>
    </w:p>
    <w:p>
      <w:r>
        <w:rPr>
          <w:b/>
        </w:rPr>
        <w:t xml:space="preserve">[23:54] </w:t>
      </w:r>
      <w:r>
        <w:t>sallu kama rait muni.</w:t>
      </w:r>
    </w:p>
    <w:p>
      <w:pPr>
        <w:jc w:val="right"/>
      </w:pPr>
      <w:r>
        <w:t>"صلو کما رایت منی"۔</w:t>
      </w:r>
    </w:p>
    <w:p>
      <w:r>
        <w:rPr>
          <w:b/>
        </w:rPr>
        <w:t xml:space="preserve">[23:58] </w:t>
      </w:r>
      <w:r>
        <w:t>kyun ke aap jante hain ke model jo hai, baghair dekhe samajh mein nahi aata.</w:t>
      </w:r>
    </w:p>
    <w:p>
      <w:pPr>
        <w:jc w:val="right"/>
      </w:pPr>
      <w:r>
        <w:t>کیونکہ آپ جانتے ہیں کہ ماڈل جو ہے، بغیر دیکھے سمجھ میں نہیں آتا۔</w:t>
      </w:r>
    </w:p>
    <w:p>
      <w:r>
        <w:rPr>
          <w:b/>
        </w:rPr>
        <w:t xml:space="preserve">[24:03] </w:t>
      </w:r>
      <w:r>
        <w:t>theory to aap parh kar jaan sakte hain kitabon mein ke khuda ek hai.</w:t>
      </w:r>
    </w:p>
    <w:p>
      <w:pPr>
        <w:jc w:val="right"/>
      </w:pPr>
      <w:r>
        <w:t>تھیوری تو آپ پڑھ کر جان سکتے ہیں کتابوں میں کہ خدا ایک ہے۔</w:t>
      </w:r>
    </w:p>
    <w:p>
      <w:r>
        <w:rPr>
          <w:b/>
        </w:rPr>
        <w:t xml:space="preserve">[24:08] </w:t>
      </w:r>
      <w:r>
        <w:t>to kitab mein parhein ge aap.</w:t>
      </w:r>
    </w:p>
    <w:p>
      <w:pPr>
        <w:jc w:val="right"/>
      </w:pPr>
      <w:r>
        <w:t>تو کتاب میں پڑھیں گے آپ۔</w:t>
      </w:r>
    </w:p>
    <w:p>
      <w:r>
        <w:rPr>
          <w:b/>
        </w:rPr>
        <w:t xml:space="preserve">[24:12] </w:t>
      </w:r>
      <w:r>
        <w:t>there is no god but one god.</w:t>
      </w:r>
    </w:p>
    <w:p>
      <w:pPr>
        <w:jc w:val="right"/>
      </w:pPr>
      <w:r>
        <w:t>دیر از نو گاڈ بٹ ون گاڈ۔</w:t>
      </w:r>
    </w:p>
    <w:p>
      <w:r>
        <w:rPr>
          <w:b/>
        </w:rPr>
        <w:t xml:space="preserve">[24:18] </w:t>
      </w:r>
      <w:r>
        <w:t>to yeh aap parhein ge kitab mein to aap jaan lein ge ke khuda ek hai.</w:t>
      </w:r>
    </w:p>
    <w:p>
      <w:pPr>
        <w:jc w:val="right"/>
      </w:pPr>
      <w:r>
        <w:t>تو یہ آپ پڑھیں گے کتاب میں تو آپ جان لیں گے کہ خدا ایک ہے۔</w:t>
      </w:r>
    </w:p>
    <w:p>
      <w:r>
        <w:rPr>
          <w:b/>
        </w:rPr>
        <w:t xml:space="preserve">[24:24] </w:t>
      </w:r>
      <w:r>
        <w:t>lekin khuda ki ibadat kis tarah ki jaye? to woh to dekhne se talluq rakhti hai woh cheez.</w:t>
      </w:r>
    </w:p>
    <w:p>
      <w:pPr>
        <w:jc w:val="right"/>
      </w:pPr>
      <w:r>
        <w:t>لیکن خدا کی عبادت کس طرح کی جائے؟ تو وہ تو دیکھنے سے تعلق رکھتی ہے وہ چیز۔</w:t>
      </w:r>
    </w:p>
    <w:p>
      <w:r>
        <w:rPr>
          <w:b/>
        </w:rPr>
        <w:t xml:space="preserve">[24:30] </w:t>
      </w:r>
      <w:r>
        <w:t>to prophet ne kaha ke dekho, jaise main ibadat karta hoon, waise tum bhi karo.</w:t>
      </w:r>
    </w:p>
    <w:p>
      <w:pPr>
        <w:jc w:val="right"/>
      </w:pPr>
      <w:r>
        <w:t>تو پرافٹ نے کہا کہ دیکھو، جیسے میں عبادت کرتا ہوں، ویسے تم بھی کرو۔</w:t>
      </w:r>
    </w:p>
    <w:p>
      <w:r>
        <w:rPr>
          <w:b/>
        </w:rPr>
        <w:t xml:space="preserve">[24:36] </w:t>
      </w:r>
      <w:r>
        <w:t>to islam mein yeh bhi ek</w:t>
      </w:r>
    </w:p>
    <w:p>
      <w:pPr>
        <w:jc w:val="right"/>
      </w:pPr>
      <w:r>
        <w:t>تو اسلام میں یہ بھی ایک</w:t>
      </w:r>
    </w:p>
    <w:p>
      <w:r>
        <w:rPr>
          <w:b/>
        </w:rPr>
        <w:t xml:space="preserve">[24:42] </w:t>
      </w:r>
      <w:r>
        <w:t>ibadat ka tareeqa jo hai, woh Rasool Allah ki zindagi ki shakal mein preserve ho gaya. Isi liye aaj tak dekhiye, chaudah sau saal beet gaye aap ko aaye hue hain. Aur log isi tarah se ibadat kiye chale ja rahe hain. Rasool Allah ne jis tarah se Makka Madina mein ibadat ki thi, theek isi tarah aaj bhi log ibadat kiye chale ja rahe hain.</w:t>
      </w:r>
    </w:p>
    <w:p>
      <w:pPr>
        <w:jc w:val="right"/>
      </w:pPr>
      <w:r>
        <w:t>عبادت کا طریقہ جو ہے، وہ رسول اللہ کی زندگی کی شکل میں پریزرو ہو گیا۔ اسی لیے آج تک دیکھیے، چودہ سو سال بیت گئے آپ کو آئے ہوئے ہیں۔ اور لوگ اسی طرح سے عبادت کیے چلے جا رہے ہیں۔ رسول اللہ نے جس طرح سے مکہ مدینہ میں عبادت کی تھی، ٹھیک اسی طرح آج بھی لوگ عبادت کیے چلے جا رہے ہیں۔</w:t>
      </w:r>
    </w:p>
    <w:p>
      <w:r>
        <w:rPr>
          <w:b/>
        </w:rPr>
        <w:t xml:space="preserve">[25:12] </w:t>
      </w:r>
      <w:r>
        <w:t>Kyun? Is liye ke aap ne jis tarah ibadat ki thi, woh sab logon ne dekha. Dekh kar ke us ko agle generation ko bataya. Har pichhli generation agli generation ko batati rahi ke is tarah se namaz padhi jati hai, is tarah namaz padhi jati hai, is tarah namaz padhi jati hai. To generation of generation woh transfer hota raha. Yeh sab baaton</w:t>
      </w:r>
    </w:p>
    <w:p>
      <w:pPr>
        <w:jc w:val="right"/>
      </w:pPr>
      <w:r>
        <w:t>کیوں؟ اس لیے کہ آپ نے جس طرح عبادت کی تھی، وہ سب لوگوں نے دیکھا۔ دیکھ کر کے اس کو اگلے جنریشن کو بتایا۔ ہر پچھلی جنریشن اگلی جنریشن کو بتاتی رہی کہ اس طرح سے نماز پڑھی جاتی ہے، اس طرح نماز پڑھی جاتی ہے، اس طرح نماز پڑھی جاتی ہے۔ تو جنریشن آف جنریشن وہ ٹرانسفر ہوتا رہا۔ یہ سب باتوں</w:t>
      </w:r>
    </w:p>
    <w:p>
      <w:r>
        <w:rPr>
          <w:b/>
        </w:rPr>
        <w:t xml:space="preserve">[25:42] </w:t>
      </w:r>
      <w:r>
        <w:t>ka talluq hai history se.</w:t>
      </w:r>
    </w:p>
    <w:p>
      <w:pPr>
        <w:jc w:val="right"/>
      </w:pPr>
      <w:r>
        <w:t>کا تعلق ہے ہسٹری سے۔</w:t>
      </w:r>
    </w:p>
    <w:p>
      <w:r>
        <w:rPr>
          <w:b/>
        </w:rPr>
        <w:t xml:space="preserve">[25:47] </w:t>
      </w:r>
      <w:r>
        <w:t>yani history mein ek ek cheez record ho gayi.</w:t>
      </w:r>
    </w:p>
    <w:p>
      <w:pPr>
        <w:jc w:val="right"/>
      </w:pPr>
      <w:r>
        <w:t>یعنی ہسٹری میں ایک ایک چیز ریکارڈ ہو گئی۔</w:t>
      </w:r>
    </w:p>
    <w:p>
      <w:r>
        <w:rPr>
          <w:b/>
        </w:rPr>
        <w:t xml:space="preserve">[25:52] </w:t>
      </w:r>
      <w:r>
        <w:t>ek ek cheez record ho gayi.</w:t>
      </w:r>
    </w:p>
    <w:p>
      <w:pPr>
        <w:jc w:val="right"/>
      </w:pPr>
      <w:r>
        <w:t>ایک ایک چیز ریکارڈ ہو گئی۔</w:t>
      </w:r>
    </w:p>
    <w:p>
      <w:r>
        <w:rPr>
          <w:b/>
        </w:rPr>
        <w:t xml:space="preserve">[25:57] </w:t>
      </w:r>
      <w:r>
        <w:t>phir aap dekhiye ke rasool Allah jo hain, makka mein thay, madina mein thay.</w:t>
      </w:r>
    </w:p>
    <w:p>
      <w:pPr>
        <w:jc w:val="right"/>
      </w:pPr>
      <w:r>
        <w:t>پھر آپ دیکھیے کہ رسول اللہ جو ہیں، مکہ میں تھے، مدینہ میں تھے۔</w:t>
      </w:r>
    </w:p>
    <w:p>
      <w:r>
        <w:rPr>
          <w:b/>
        </w:rPr>
        <w:t xml:space="preserve">[26:02] </w:t>
      </w:r>
      <w:r>
        <w:t>bohat qism ke aap ko halaat pesh aaye.</w:t>
      </w:r>
    </w:p>
    <w:p>
      <w:pPr>
        <w:jc w:val="right"/>
      </w:pPr>
      <w:r>
        <w:t>بہت قسم کے آپ کو حالات پیش آئے۔</w:t>
      </w:r>
    </w:p>
    <w:p>
      <w:r>
        <w:rPr>
          <w:b/>
        </w:rPr>
        <w:t xml:space="preserve">[26:07] </w:t>
      </w:r>
      <w:r>
        <w:t>yani aap ne apni zindagi mein profit ki hesiyat se aap ki zindagi kal 2</w:t>
      </w:r>
    </w:p>
    <w:p>
      <w:pPr>
        <w:jc w:val="right"/>
      </w:pPr>
      <w:r>
        <w:t>یعنی آپ نے اپنی زندگی میں پرافٹ کی حیثیت سے آپ کی زندگی کل 2</w:t>
      </w:r>
    </w:p>
    <w:p>
      <w:r>
        <w:rPr>
          <w:b/>
        </w:rPr>
        <w:t xml:space="preserve">[26:12] </w:t>
      </w:r>
      <w:r>
        <w:t>3 saal thi, waise kal zindagi aap ki 63 saal thi.</w:t>
      </w:r>
    </w:p>
    <w:p>
      <w:pPr>
        <w:jc w:val="right"/>
      </w:pPr>
      <w:r>
        <w:t>3 سال تھی، ویسے کل زندگی آپ کی 63 سال تھی۔</w:t>
      </w:r>
    </w:p>
    <w:p>
      <w:r>
        <w:rPr>
          <w:b/>
        </w:rPr>
        <w:t xml:space="preserve">[26:18] </w:t>
      </w:r>
      <w:r>
        <w:t>to is zindagi mein aap ko bohat si situation pesh aaein.</w:t>
      </w:r>
    </w:p>
    <w:p>
      <w:pPr>
        <w:jc w:val="right"/>
      </w:pPr>
      <w:r>
        <w:t>تو اس زندگی میں آپ کو بہت سی سچویشن پیش آئیں۔</w:t>
      </w:r>
    </w:p>
    <w:p>
      <w:r>
        <w:rPr>
          <w:b/>
        </w:rPr>
        <w:t xml:space="preserve">[26:23] </w:t>
      </w:r>
      <w:r>
        <w:t>har cheez, har situation mein aap sahi tareeqa par amal karte rahe.</w:t>
      </w:r>
    </w:p>
    <w:p>
      <w:pPr>
        <w:jc w:val="right"/>
      </w:pPr>
      <w:r>
        <w:t>ہر چیز، ہر سچویشن میں آپ صحیح طریقہ پر عمل کرتے رہے۔</w:t>
      </w:r>
    </w:p>
    <w:p>
      <w:r>
        <w:rPr>
          <w:b/>
        </w:rPr>
        <w:t xml:space="preserve">[26:28] </w:t>
      </w:r>
      <w:r>
        <w:t>sahi tareeqay par.</w:t>
      </w:r>
    </w:p>
    <w:p>
      <w:pPr>
        <w:jc w:val="right"/>
      </w:pPr>
      <w:r>
        <w:t>صحیح طریقے پر۔</w:t>
      </w:r>
    </w:p>
    <w:p>
      <w:r>
        <w:rPr>
          <w:b/>
        </w:rPr>
        <w:t xml:space="preserve">[26:34] </w:t>
      </w:r>
      <w:r>
        <w:t>aur woh sab kitabon mein mehfooz ho gaya.</w:t>
      </w:r>
    </w:p>
    <w:p>
      <w:pPr>
        <w:jc w:val="right"/>
      </w:pPr>
      <w:r>
        <w:t>اور وہ سب کتابوں میں محفوظ ہو گیا۔</w:t>
      </w:r>
    </w:p>
    <w:p>
      <w:r>
        <w:rPr>
          <w:b/>
        </w:rPr>
        <w:t xml:space="preserve">[26:39] </w:t>
      </w:r>
      <w:r>
        <w:t>choti baat bhi, bari baat bhi.</w:t>
      </w:r>
    </w:p>
    <w:p>
      <w:pPr>
        <w:jc w:val="right"/>
      </w:pPr>
      <w:r>
        <w:t>چھوٹی بات بھی، بڑی بات بھی۔</w:t>
      </w:r>
    </w:p>
    <w:p>
      <w:r>
        <w:rPr>
          <w:b/>
        </w:rPr>
        <w:t xml:space="preserve">[26:44] </w:t>
      </w:r>
      <w:r>
        <w:t>Har baat. Maslan mein aap ko do reference doon. Ek chhoti baat ka, ek badi baat ka. Yaani Rasool Allah Makka mein the to wahan log aap</w:t>
      </w:r>
    </w:p>
    <w:p>
      <w:pPr>
        <w:jc w:val="right"/>
      </w:pPr>
      <w:r>
        <w:t>ہر بات۔ مثلاً میں آپ کو دو ریفرنس دوں۔ ایک چھوٹی بات کا، ایک بڑی بات کا۔ یعنی رسول اللہ مکہ میں تھے تو وہاں لوگ آپ</w:t>
      </w:r>
    </w:p>
    <w:p>
      <w:r>
        <w:rPr>
          <w:b/>
        </w:rPr>
        <w:t xml:space="preserve">[27:14] </w:t>
      </w:r>
      <w:r>
        <w:t>ke hostile ho gaye, aap ke mukhalif ho gaye.</w:t>
      </w:r>
    </w:p>
    <w:p>
      <w:pPr>
        <w:jc w:val="right"/>
      </w:pPr>
      <w:r>
        <w:t>کے ہاسٹائل ہو گئے، آپ کے مخالف ہو گئے۔</w:t>
      </w:r>
    </w:p>
    <w:p>
      <w:r>
        <w:rPr>
          <w:b/>
        </w:rPr>
        <w:t xml:space="preserve">[27:19] </w:t>
      </w:r>
      <w:r>
        <w:t>yahan tak ke woh unhon ne tay kiya, un ka jo parliament thi, darul-nadwa is ka naam tha,</w:t>
      </w:r>
    </w:p>
    <w:p>
      <w:pPr>
        <w:jc w:val="right"/>
      </w:pPr>
      <w:r>
        <w:t>یہاں تک کہ وہ انہوں نے طے کیا، ان کا جو پارلیمنٹ تھی، دارالندوہ اس کا نام تھا،</w:t>
      </w:r>
    </w:p>
    <w:p>
      <w:r>
        <w:rPr>
          <w:b/>
        </w:rPr>
        <w:t xml:space="preserve">[27:24] </w:t>
      </w:r>
      <w:r>
        <w:t>ke Muhammad ko hum qatal kar dein.</w:t>
      </w:r>
    </w:p>
    <w:p>
      <w:pPr>
        <w:jc w:val="right"/>
      </w:pPr>
      <w:r>
        <w:t>کہ محمد کو ہم قتل کر دیں۔</w:t>
      </w:r>
    </w:p>
    <w:p>
      <w:r>
        <w:rPr>
          <w:b/>
        </w:rPr>
        <w:t xml:space="preserve">[27:29] </w:t>
      </w:r>
      <w:r>
        <w:t>is waqt thore se log thay aap ke sath, bohat kam log thay.</w:t>
      </w:r>
    </w:p>
    <w:p>
      <w:pPr>
        <w:jc w:val="right"/>
      </w:pPr>
      <w:r>
        <w:t>اس وقت تھوڑے سے لوگ تھے آپ کے ساتھ، بہت کم لوگ تھے۔</w:t>
      </w:r>
    </w:p>
    <w:p>
      <w:r>
        <w:rPr>
          <w:b/>
        </w:rPr>
        <w:t xml:space="preserve">[27:34] </w:t>
      </w:r>
      <w:r>
        <w:t>to is waqt aap ne kiya kiya? aap khamoshi se makka chhod kar madina chale gaye.</w:t>
      </w:r>
    </w:p>
    <w:p>
      <w:pPr>
        <w:jc w:val="right"/>
      </w:pPr>
      <w:r>
        <w:t>تو اس وقت آپ نے کیا کیا؟ آپ خاموشی سے مکہ چھوڑ کر مدینہ چلے گئے۔</w:t>
      </w:r>
    </w:p>
    <w:p>
      <w:r>
        <w:rPr>
          <w:b/>
        </w:rPr>
        <w:t xml:space="preserve">[27:39] </w:t>
      </w:r>
      <w:r>
        <w:t>is tarah aap ne</w:t>
      </w:r>
    </w:p>
    <w:p>
      <w:pPr>
        <w:jc w:val="right"/>
      </w:pPr>
      <w:r>
        <w:t>اس طرح آپ نے</w:t>
      </w:r>
    </w:p>
    <w:p>
      <w:r>
        <w:rPr>
          <w:b/>
        </w:rPr>
        <w:t xml:space="preserve">[27:44] </w:t>
      </w:r>
      <w:r>
        <w:t>ek example set kiya. Ke aisa confrontation jis ka koi positive result na nikalne wala ho, aisa confrontation is se avoid karna chahiye. Yaani lad kar mar jana yeh koi kaam nahi hai. Yeh kitna bada example hai ke Rasool Allah Sal Allahu Alaihi Wasallam Makka mein agar lad jaate to aap ke saath bahut kam log the. Aur</w:t>
      </w:r>
    </w:p>
    <w:p>
      <w:pPr>
        <w:jc w:val="right"/>
      </w:pPr>
      <w:r>
        <w:t>ایک ایگزیمپل سیٹ کیا۔ کہ ایسا کنفrontiشن جس کا کوئی پازیٹیو رزلٹ نہ نکلنے والا ہو، ایسا کنفrontiشن اس سے اوائڈ کرنا چاہیے۔ یعنی لڑ کر مر جانا یہ کوئی کام نہیں ہے۔ یہ کتنا بڑا ایگزیمپل ہے کہ رسول اللہ صلی اللہ علیہ وسلم مکہ میں اگر لڑ جاتے تو آپ کے ساتھ بہت کم لوگ تھے۔ اور</w:t>
      </w:r>
    </w:p>
    <w:p>
      <w:r>
        <w:rPr>
          <w:b/>
        </w:rPr>
        <w:t xml:space="preserve">[28:14] </w:t>
      </w:r>
      <w:r>
        <w:t>doosra jo party thi, us ke paas bohat log thay, un ke paas taqat thi, sab kuch tha</w:t>
      </w:r>
    </w:p>
    <w:p>
      <w:pPr>
        <w:jc w:val="right"/>
      </w:pPr>
      <w:r>
        <w:t>دوسرا جو پارٹی تھی، اس کے پاس بہت لوگ تھے، ان کے پاس طاقت تھی، سب کچھ تھا</w:t>
      </w:r>
    </w:p>
    <w:p>
      <w:r>
        <w:rPr>
          <w:b/>
        </w:rPr>
        <w:t xml:space="preserve">[28:19] </w:t>
      </w:r>
      <w:r>
        <w:t>un ke paas.</w:t>
      </w:r>
    </w:p>
    <w:p>
      <w:pPr>
        <w:jc w:val="right"/>
      </w:pPr>
      <w:r>
        <w:t>ان کے پاس۔</w:t>
      </w:r>
    </w:p>
    <w:p>
      <w:r>
        <w:rPr>
          <w:b/>
        </w:rPr>
        <w:t xml:space="preserve">[28:23] </w:t>
      </w:r>
      <w:r>
        <w:t>aap ne ek example set kiya ke agar aisi situation aaye to tum aisa har giz mat karo ke</w:t>
      </w:r>
    </w:p>
    <w:p>
      <w:pPr>
        <w:jc w:val="right"/>
      </w:pPr>
      <w:r>
        <w:t>آپ نے ایک ایگزیمپل سیٹ کیا کہ اگر ایسی سچویشن آئے تو تم ایسا ہرگز مت کرو کہ</w:t>
      </w:r>
    </w:p>
    <w:p>
      <w:r>
        <w:rPr>
          <w:b/>
        </w:rPr>
        <w:t xml:space="preserve">[28:28] </w:t>
      </w:r>
      <w:r>
        <w:t>lad kar mar jao.</w:t>
      </w:r>
    </w:p>
    <w:p>
      <w:pPr>
        <w:jc w:val="right"/>
      </w:pPr>
      <w:r>
        <w:t>لڑ کر مر جاؤ۔</w:t>
      </w:r>
    </w:p>
    <w:p>
      <w:r>
        <w:rPr>
          <w:b/>
        </w:rPr>
        <w:t xml:space="preserve">[28:32] </w:t>
      </w:r>
      <w:r>
        <w:t>balkay disputed place ko chhod do.</w:t>
      </w:r>
    </w:p>
    <w:p>
      <w:pPr>
        <w:jc w:val="right"/>
      </w:pPr>
      <w:r>
        <w:t>بلکہ ڈسپیوٹڈ پلیس کو چھوڑ دو۔</w:t>
      </w:r>
    </w:p>
    <w:p>
      <w:r>
        <w:rPr>
          <w:b/>
        </w:rPr>
        <w:t xml:space="preserve">[28:37] </w:t>
      </w:r>
      <w:r>
        <w:t>controversial place jo ban gaya hai, us ko chhod do.</w:t>
      </w:r>
    </w:p>
    <w:p>
      <w:pPr>
        <w:jc w:val="right"/>
      </w:pPr>
      <w:r>
        <w:t>کنٹروورشل پلیس جو بن گیا ہے، اس کو چھوڑ دو۔</w:t>
      </w:r>
    </w:p>
    <w:p>
      <w:r>
        <w:rPr>
          <w:b/>
        </w:rPr>
        <w:t xml:space="preserve">[28:42] </w:t>
      </w:r>
      <w:r>
        <w:t>kisi aur jagah chale jao.</w:t>
      </w:r>
    </w:p>
    <w:p>
      <w:pPr>
        <w:jc w:val="right"/>
      </w:pPr>
      <w:r>
        <w:t>کسی اور جگہ چلے جاؤ۔</w:t>
      </w:r>
    </w:p>
    <w:p>
      <w:r>
        <w:rPr>
          <w:b/>
        </w:rPr>
        <w:t xml:space="preserve">[28:46] </w:t>
      </w:r>
      <w:r>
        <w:t>Arz Allah wasi'ah, Khuda ki zameen bahut wasee hai. Is ka matlab kya hai? Hijrat jo hai, us ko kehte hain hijrat. Kehte hain is ko hijrat ka matlab kya hai? Is ka is ka matlab hai place of work ko badalna. Place of work aap ka tha Makka, us ko chhod kar aap Madina chale gaye. To hijrat ka tareeqa batata hai ke is qism ki situatio</w:t>
      </w:r>
    </w:p>
    <w:p>
      <w:pPr>
        <w:jc w:val="right"/>
      </w:pPr>
      <w:r>
        <w:t>ارض اللہ واسعہ، خدا کی زمین بہت وسیع ہے۔ اس کا مطلب کیا ہے؟ ہجرت جو ہے، اس کو کہتے ہیں ہجرت۔ کہتے ہیں اس کو ہجرت کا مطلب کیا ہے؟ اس کا اس کا مطلب ہے پلیس آف ورک کو بدلنا۔ پلیس آف ورک آپ کا تھا مکہ، اس کو چھوڑ کر آپ مدینہ چلے گئے۔ تو ہجرت کا طریقہ بتاتا ہے کہ اس قسم کی سچوی</w:t>
      </w:r>
    </w:p>
    <w:p>
      <w:r>
        <w:rPr>
          <w:b/>
        </w:rPr>
        <w:t xml:space="preserve">[29:16] </w:t>
      </w:r>
      <w:r>
        <w:t>n mein tum yeh karo ke jahan tum ab tak kaam kar rahe the, us us jagah ko chhod do. Chale jao doosri jagah jahan kaam karne ke zyada opportunities maujood hain. Ab kitni bada, kitna bada example yeh hai. Aam taur par dekhiye, log jab controversy</w:t>
      </w:r>
    </w:p>
    <w:p>
      <w:pPr>
        <w:jc w:val="right"/>
      </w:pPr>
      <w:r>
        <w:t>شن میں تم یہ کرو کہ جہاں تم اب تک کام کر رہے تھے، اس اس جگہ کو چھوڑ دو۔ چلے جاؤ دوسری جگہ جہاں کام کرنے کے زیادہ اپرچونیٹیز موجود ہوں۔ اب کتنی بڑا، کتنا بڑا ایگزیمپل یہ ہے۔ عام طور پر دیکھیے، لوگ جب کنٹروورسی</w:t>
      </w:r>
    </w:p>
    <w:p>
      <w:r>
        <w:rPr>
          <w:b/>
        </w:rPr>
        <w:t xml:space="preserve">[29:46] </w:t>
      </w:r>
      <w:r>
        <w:t>aati hai, jab un ko challenge diya jata hai, to bas lad jaate hain.</w:t>
      </w:r>
    </w:p>
    <w:p>
      <w:pPr>
        <w:jc w:val="right"/>
      </w:pPr>
      <w:r>
        <w:t>آتی ہے، جب ان کو چیلنج دیا جاتا ہے، تو بس لڑ جاتے ہیں۔</w:t>
      </w:r>
    </w:p>
    <w:p>
      <w:r>
        <w:rPr>
          <w:b/>
        </w:rPr>
        <w:t xml:space="preserve">[29:51] </w:t>
      </w:r>
      <w:r>
        <w:t>bas lad jaate hain foran.</w:t>
      </w:r>
    </w:p>
    <w:p>
      <w:pPr>
        <w:jc w:val="right"/>
      </w:pPr>
      <w:r>
        <w:t>بس لڑ جاتے ہیں فوراً۔</w:t>
      </w:r>
    </w:p>
    <w:p>
      <w:r>
        <w:rPr>
          <w:b/>
        </w:rPr>
        <w:t xml:space="preserve">[29:56] </w:t>
      </w:r>
      <w:r>
        <w:t>woh samajhte hain ke bas ladna hi asal kaam hai.</w:t>
      </w:r>
    </w:p>
    <w:p>
      <w:pPr>
        <w:jc w:val="right"/>
      </w:pPr>
      <w:r>
        <w:t>وہ سمجھتے ہیں کہ بس لڑنا ہی اصل کام ہے۔</w:t>
      </w:r>
    </w:p>
    <w:p>
      <w:r>
        <w:rPr>
          <w:b/>
        </w:rPr>
        <w:t xml:space="preserve">[30:02] </w:t>
      </w:r>
      <w:r>
        <w:t>ladna hi asal kaam hai.</w:t>
      </w:r>
    </w:p>
    <w:p>
      <w:pPr>
        <w:jc w:val="right"/>
      </w:pPr>
      <w:r>
        <w:t>لڑنا ہی اصل کام ہے۔</w:t>
      </w:r>
    </w:p>
    <w:p>
      <w:r>
        <w:rPr>
          <w:b/>
        </w:rPr>
        <w:t xml:space="preserve">[30:07] </w:t>
      </w:r>
      <w:r>
        <w:t>chahe woh isi mein mar jayen, chahe unki sab kuch khatam ho jaye.</w:t>
      </w:r>
    </w:p>
    <w:p>
      <w:pPr>
        <w:jc w:val="right"/>
      </w:pPr>
      <w:r>
        <w:t>چاہے وہ اسی میں مر جائیں، چاہے ان کی سب کچھ ختم ہو جائے۔</w:t>
      </w:r>
    </w:p>
    <w:p>
      <w:r>
        <w:rPr>
          <w:b/>
        </w:rPr>
        <w:t xml:space="preserve">[30:12] </w:t>
      </w:r>
      <w:r>
        <w:t>lekin woh samajhte hain ke yeh bahaduri hai, hum peechhe kyun haten? lekin rasool Allah ne kaha ke nahin.</w:t>
      </w:r>
    </w:p>
    <w:p>
      <w:pPr>
        <w:jc w:val="right"/>
      </w:pPr>
      <w:r>
        <w:t>لیکن وہ سمجھتے ہیں کہ یہ بہادری ہے، ہم پیچھے کیوں ہٹیں؟ لیکن رسول اللہ نے کہا کہ نہیں۔</w:t>
      </w:r>
    </w:p>
    <w:p>
      <w:r>
        <w:rPr>
          <w:b/>
        </w:rPr>
        <w:t xml:space="preserve">[30:17] </w:t>
      </w:r>
      <w:r>
        <w:t>apne maqam-e-amal ko badal do.</w:t>
      </w:r>
    </w:p>
    <w:p>
      <w:pPr>
        <w:jc w:val="right"/>
      </w:pPr>
      <w:r>
        <w:t>اپنے مقام عمل کو بدل دو۔</w:t>
      </w:r>
    </w:p>
    <w:p>
      <w:r>
        <w:rPr>
          <w:b/>
        </w:rPr>
        <w:t xml:space="preserve">[30:21] </w:t>
      </w:r>
      <w:r>
        <w:t>jahan tum ab tak kaam kar rahe the, uska doosra dunya mein jagah maujood hai, wahan ja</w:t>
      </w:r>
    </w:p>
    <w:p>
      <w:pPr>
        <w:jc w:val="right"/>
      </w:pPr>
      <w:r>
        <w:t>جہاں تم اب تک کام کر رہے تھے، اس کا دوسرا دنیا میں جگہ موجود ہے، وہاں جا</w:t>
      </w:r>
    </w:p>
    <w:p>
      <w:r>
        <w:rPr>
          <w:b/>
        </w:rPr>
        <w:t xml:space="preserve">[30:26] </w:t>
      </w:r>
      <w:r>
        <w:t>kar kaam karo.</w:t>
      </w:r>
    </w:p>
    <w:p>
      <w:pPr>
        <w:jc w:val="right"/>
      </w:pPr>
      <w:r>
        <w:t>کر کام کرو۔</w:t>
      </w:r>
    </w:p>
    <w:p>
      <w:r>
        <w:rPr>
          <w:b/>
        </w:rPr>
        <w:t xml:space="preserve">[30:30] </w:t>
      </w:r>
      <w:r>
        <w:t>yani amal ke maidan ko badal do.</w:t>
      </w:r>
    </w:p>
    <w:p>
      <w:pPr>
        <w:jc w:val="right"/>
      </w:pPr>
      <w:r>
        <w:t>یعنی عمل کے میدان کو بدل دو۔</w:t>
      </w:r>
    </w:p>
    <w:p>
      <w:r>
        <w:rPr>
          <w:b/>
        </w:rPr>
        <w:t xml:space="preserve">[30:34] </w:t>
      </w:r>
      <w:r>
        <w:t>kitna bara example set kiya aap ne.</w:t>
      </w:r>
    </w:p>
    <w:p>
      <w:pPr>
        <w:jc w:val="right"/>
      </w:pPr>
      <w:r>
        <w:t>کتنا بڑا ایگزیمپل سیٹ کیا آپ نے۔</w:t>
      </w:r>
    </w:p>
    <w:p>
      <w:r>
        <w:rPr>
          <w:b/>
        </w:rPr>
        <w:t xml:space="preserve">[30:39] </w:t>
      </w:r>
      <w:r>
        <w:t>yani agar prophet ne yeh example na kiya hota to log kehte kya? ke hum kyun kahen? yeh</w:t>
      </w:r>
    </w:p>
    <w:p>
      <w:pPr>
        <w:jc w:val="right"/>
      </w:pPr>
      <w:r>
        <w:t>یعنی اگر پرافٹ نے یہ ایگزیمپل نہ کیا ہوتا تو لوگ کہتے کیا؟ کہ ہم کیوں کہیں؟ یہ</w:t>
      </w:r>
    </w:p>
    <w:p>
      <w:r>
        <w:rPr>
          <w:b/>
        </w:rPr>
        <w:t xml:space="preserve">[30:43] </w:t>
      </w:r>
      <w:r>
        <w:t>to buzdi hai, yeh to paspai hai.</w:t>
      </w:r>
    </w:p>
    <w:p>
      <w:pPr>
        <w:jc w:val="right"/>
      </w:pPr>
      <w:r>
        <w:t>تو بزدلی ہے، یہ تو پسپائی ہے۔</w:t>
      </w:r>
    </w:p>
    <w:p>
      <w:r>
        <w:rPr>
          <w:b/>
        </w:rPr>
        <w:t xml:space="preserve">[30:47] </w:t>
      </w:r>
      <w:r>
        <w:t>yani prophet ka namuna agar maujood na hota to is tarah ke tareeqe ko log kehte ke yeh</w:t>
      </w:r>
    </w:p>
    <w:p>
      <w:pPr>
        <w:jc w:val="right"/>
      </w:pPr>
      <w:r>
        <w:t>یعنی پرافٹ کا نمونہ اگر موجود نہ ہوتا تو اس طرح کے طریقے کو لوگ کہتے کہ یہ</w:t>
      </w:r>
    </w:p>
    <w:p>
      <w:r>
        <w:rPr>
          <w:b/>
        </w:rPr>
        <w:t xml:space="preserve">[30:54] </w:t>
      </w:r>
      <w:r>
        <w:t>to paspai hai, yeh to buzdi hai, yeh to peechhe hatna hai.</w:t>
      </w:r>
    </w:p>
    <w:p>
      <w:pPr>
        <w:jc w:val="right"/>
      </w:pPr>
      <w:r>
        <w:t>تو پسپائی ہے، یہ تو بزدلی ہے، یہ تو پیچھے ہٹنا ہے۔</w:t>
      </w:r>
    </w:p>
    <w:p>
      <w:r>
        <w:rPr>
          <w:b/>
        </w:rPr>
        <w:t xml:space="preserve">[31:01] </w:t>
      </w:r>
      <w:r>
        <w:t>to hum kyun aisa karen? hum to lad lad jayen ge, chahe isi mein shaheed ho jayen.</w:t>
      </w:r>
    </w:p>
    <w:p>
      <w:pPr>
        <w:jc w:val="right"/>
      </w:pPr>
      <w:r>
        <w:t>تو ہم کیوں ایسا کریں؟ ہم تو لڑ لڑ جائیں گے، چاہے اسی میں شہید ہو جائیں۔</w:t>
      </w:r>
    </w:p>
    <w:p>
      <w:r>
        <w:rPr>
          <w:b/>
        </w:rPr>
        <w:t xml:space="preserve">[31:07] </w:t>
      </w:r>
      <w:r>
        <w:t>to prophet ne ek namuna qaim kar diya hamesha ke liye.</w:t>
      </w:r>
    </w:p>
    <w:p>
      <w:pPr>
        <w:jc w:val="right"/>
      </w:pPr>
      <w:r>
        <w:t>تو پرافٹ نے ایک نمونہ قائم کر دیا ہمیشہ کے لیے۔</w:t>
      </w:r>
    </w:p>
    <w:p>
      <w:r>
        <w:rPr>
          <w:b/>
        </w:rPr>
        <w:t xml:space="preserve">[31:14] </w:t>
      </w:r>
      <w:r>
        <w:t>ab kitni bari baat hai yeh.</w:t>
      </w:r>
    </w:p>
    <w:p>
      <w:pPr>
        <w:jc w:val="right"/>
      </w:pPr>
      <w:r>
        <w:t>اب کتنی بڑی بات ہے یہ۔</w:t>
      </w:r>
    </w:p>
    <w:p>
      <w:r>
        <w:rPr>
          <w:b/>
        </w:rPr>
        <w:t xml:space="preserve">[31:21] </w:t>
      </w:r>
      <w:r>
        <w:t>Isi ko Hazrat Aisha ne kaha hai ek riwayat mein ke "Ma khair Rasool Allah Sal Allahu Alaihi Wasallam bayna amrain illa ikhtar". Yaani "Whenever the Prophet had to choose between the two", he always opted for the easier course of action rather than harder course of action. To yeh k</w:t>
      </w:r>
    </w:p>
    <w:p>
      <w:pPr>
        <w:jc w:val="right"/>
      </w:pPr>
      <w:r>
        <w:t>اسی کو حضرت عائشہ نے کہا ہے ایک روایت میں کہ "ما خیر رسول اللہ صلی اللہ علیہ وسلم بین امرین الا اختار"۔ یعنی "وین ایور دا پرافٹ ہیڈ ٹو چوز بٹوین دا ٹو"، ہی الویز اپٹڈ فار دا ایزیر کورس آف ایکشن رادر دین ہارڈر کورس آف ایکشن۔ تو یہ ک</w:t>
      </w:r>
    </w:p>
    <w:p>
      <w:r>
        <w:rPr>
          <w:b/>
        </w:rPr>
        <w:t xml:space="preserve">[31:51] </w:t>
      </w:r>
      <w:r>
        <w:t>tana bara namuna diya aap rasool Allah ne hamesha ke liye.</w:t>
      </w:r>
    </w:p>
    <w:p>
      <w:pPr>
        <w:jc w:val="right"/>
      </w:pPr>
      <w:r>
        <w:t>تنا بڑا نمونہ دیا آپ رسول اللہ نے ہمیشہ کے لیے۔</w:t>
      </w:r>
    </w:p>
    <w:p>
      <w:r>
        <w:rPr>
          <w:b/>
        </w:rPr>
        <w:t xml:space="preserve">[31:57] </w:t>
      </w:r>
      <w:r>
        <w:t>aise hi dekhiye, ek aur misaal deta hoon main.</w:t>
      </w:r>
    </w:p>
    <w:p>
      <w:pPr>
        <w:jc w:val="right"/>
      </w:pPr>
      <w:r>
        <w:t>ایسے ہی دیکھیے، ایک اور مثال دیتا ہوں میں۔</w:t>
      </w:r>
    </w:p>
    <w:p>
      <w:r>
        <w:rPr>
          <w:b/>
        </w:rPr>
        <w:t xml:space="preserve">[32:03] </w:t>
      </w:r>
      <w:r>
        <w:t>rasool Allah ek bar makka se taif ja rahe the. taif.</w:t>
      </w:r>
    </w:p>
    <w:p>
      <w:pPr>
        <w:jc w:val="right"/>
      </w:pPr>
      <w:r>
        <w:t>رسول اللہ ایک بار مکہ سے طائف جا رہے تھے۔ طائف۔</w:t>
      </w:r>
    </w:p>
    <w:p>
      <w:r>
        <w:rPr>
          <w:b/>
        </w:rPr>
        <w:t xml:space="preserve">[32:09] </w:t>
      </w:r>
      <w:r>
        <w:t>is waqt aap ke sath das hazar se zyada aadmi the.</w:t>
      </w:r>
    </w:p>
    <w:p>
      <w:pPr>
        <w:jc w:val="right"/>
      </w:pPr>
      <w:r>
        <w:t>اس وقت آپ کے ساتھ دس ہزار سے زیادہ آدمی تھے۔</w:t>
      </w:r>
    </w:p>
    <w:p>
      <w:r>
        <w:rPr>
          <w:b/>
        </w:rPr>
        <w:t xml:space="preserve">[32:15] </w:t>
      </w:r>
      <w:r>
        <w:t>to rastay mein aap jante hain</w:t>
      </w:r>
    </w:p>
    <w:p>
      <w:pPr>
        <w:jc w:val="right"/>
      </w:pPr>
      <w:r>
        <w:t>تو راستے میں آپ جانتے ہیں</w:t>
      </w:r>
    </w:p>
    <w:p>
      <w:r>
        <w:rPr>
          <w:b/>
        </w:rPr>
        <w:t xml:space="preserve">[32:21] </w:t>
      </w:r>
      <w:r>
        <w:t>ke yeh sab pahari ilaqe hain, wahan par pahariyan theen.</w:t>
      </w:r>
    </w:p>
    <w:p>
      <w:pPr>
        <w:jc w:val="right"/>
      </w:pPr>
      <w:r>
        <w:t>کہ یہ سب پہاڑی علاقے ہیں، وہاں پر پہاڑیاں تھیں۔</w:t>
      </w:r>
    </w:p>
    <w:p>
      <w:r>
        <w:rPr>
          <w:b/>
        </w:rPr>
        <w:t xml:space="preserve">[32:26] </w:t>
      </w:r>
      <w:r>
        <w:t>aise rastay nahin the khule khule jaise hote hain hamare haan.</w:t>
      </w:r>
    </w:p>
    <w:p>
      <w:pPr>
        <w:jc w:val="right"/>
      </w:pPr>
      <w:r>
        <w:t>ایسے راستے نہیں تھے کھلے کھلے جیسے ہوتے ہیں ہمارے ہاں۔</w:t>
      </w:r>
    </w:p>
    <w:p>
      <w:r>
        <w:rPr>
          <w:b/>
        </w:rPr>
        <w:t xml:space="preserve">[32:31] </w:t>
      </w:r>
      <w:r>
        <w:t>to to wahan par woh zyada hota tha.</w:t>
      </w:r>
    </w:p>
    <w:p>
      <w:pPr>
        <w:jc w:val="right"/>
      </w:pPr>
      <w:r>
        <w:t>تو تو وہاں پر وہ زیادہ ہوتا تھا۔</w:t>
      </w:r>
    </w:p>
    <w:p>
      <w:r>
        <w:rPr>
          <w:b/>
        </w:rPr>
        <w:t xml:space="preserve">[32:36] </w:t>
      </w:r>
      <w:r>
        <w:t>yani pahari rasta hota tha jisko hum dara kehte hain, pass kehte hain.</w:t>
      </w:r>
    </w:p>
    <w:p>
      <w:pPr>
        <w:jc w:val="right"/>
      </w:pPr>
      <w:r>
        <w:t>یعنی پہاڑی راستہ ہوتا تھا جس کو ہم درہ کہتے ہیں، پاس کہتے ہیں۔</w:t>
      </w:r>
    </w:p>
    <w:p>
      <w:r>
        <w:rPr>
          <w:b/>
        </w:rPr>
        <w:t xml:space="preserve">[32:42] </w:t>
      </w:r>
      <w:r>
        <w:t>pass. p-a-s-s pass.</w:t>
      </w:r>
    </w:p>
    <w:p>
      <w:pPr>
        <w:jc w:val="right"/>
      </w:pPr>
      <w:r>
        <w:t>پی اے ڈبل ایس پاس۔</w:t>
      </w:r>
    </w:p>
    <w:p>
      <w:r>
        <w:rPr>
          <w:b/>
        </w:rPr>
        <w:t xml:space="preserve">[32:47] </w:t>
      </w:r>
      <w:r>
        <w:t>to ek jagah aisa hua ke wahan par chalte chalte ek pahari darra aaya paas.</w:t>
      </w:r>
    </w:p>
    <w:p>
      <w:pPr>
        <w:jc w:val="right"/>
      </w:pPr>
      <w:r>
        <w:t>تو ایک جگہ ایسا ہوا کہ وہاں پر چلتے چلتے ایک پہاڑی درہ آیا پاس۔</w:t>
      </w:r>
    </w:p>
    <w:p>
      <w:r>
        <w:rPr>
          <w:b/>
        </w:rPr>
        <w:t xml:space="preserve">[32:52] </w:t>
      </w:r>
      <w:r>
        <w:t>to logon ne kaha aap bhi kaise jayenge? das hazar se zyada hum log hain aur yeh</w:t>
      </w:r>
    </w:p>
    <w:p>
      <w:pPr>
        <w:jc w:val="right"/>
      </w:pPr>
      <w:r>
        <w:t>تو لوگوں نے کہا آپ بھی کیسے جائیں گے؟ دس ہزار سے زیادہ ہم لوگ ہیں اور یہ</w:t>
      </w:r>
    </w:p>
    <w:p>
      <w:r>
        <w:rPr>
          <w:b/>
        </w:rPr>
        <w:t xml:space="preserve">[32:59] </w:t>
      </w:r>
      <w:r>
        <w:t>to bohat hi naro rasta hai, tang rasta hai.</w:t>
      </w:r>
    </w:p>
    <w:p>
      <w:pPr>
        <w:jc w:val="right"/>
      </w:pPr>
      <w:r>
        <w:t>تو بہت ہی نیرو راستہ ہے، تنگ راستہ ہے۔</w:t>
      </w:r>
    </w:p>
    <w:p>
      <w:r>
        <w:rPr>
          <w:b/>
        </w:rPr>
        <w:t xml:space="preserve">[33:07] </w:t>
      </w:r>
      <w:r>
        <w:t>to log is ko tang rasta hi samajhte thay.</w:t>
      </w:r>
    </w:p>
    <w:p>
      <w:pPr>
        <w:jc w:val="right"/>
      </w:pPr>
      <w:r>
        <w:t>تو لوگ اس کو تنگ راستہ ہی سمجھتے تھے۔</w:t>
      </w:r>
    </w:p>
    <w:p>
      <w:r>
        <w:rPr>
          <w:b/>
        </w:rPr>
        <w:t xml:space="preserve">[33:14] </w:t>
      </w:r>
      <w:r>
        <w:t>logon ne is ka naam rakha tha, yani local logon ne. kya? "alzaika". alzaika</w:t>
      </w:r>
    </w:p>
    <w:p>
      <w:pPr>
        <w:jc w:val="right"/>
      </w:pPr>
      <w:r>
        <w:t>لوگوں نے اس کا نام رکھا تھا، یعنی لوکل لوگوں نے۔ کیا؟ "الزائقہ"۔ الزائقہ</w:t>
      </w:r>
    </w:p>
    <w:p>
      <w:r>
        <w:rPr>
          <w:b/>
        </w:rPr>
        <w:t xml:space="preserve">[33:22] </w:t>
      </w:r>
      <w:r>
        <w:t>ke maani hote hain yani naro rasta, tang rasta.</w:t>
      </w:r>
    </w:p>
    <w:p>
      <w:pPr>
        <w:jc w:val="right"/>
      </w:pPr>
      <w:r>
        <w:t>کے معنی ہوتے ہیں یعنی نیرو راستہ، تنگ راستہ۔</w:t>
      </w:r>
    </w:p>
    <w:p>
      <w:r>
        <w:rPr>
          <w:b/>
        </w:rPr>
        <w:t xml:space="preserve">[33:27] </w:t>
      </w:r>
      <w:r>
        <w:t>to aap ko bataya gaya ke yeh to alzaika hai, naro rasta hai.</w:t>
      </w:r>
    </w:p>
    <w:p>
      <w:pPr>
        <w:jc w:val="right"/>
      </w:pPr>
      <w:r>
        <w:t>تو آپ کو بتایا گیا کہ یہ تو الزائقہ ہے، نیرو راستہ ہے۔</w:t>
      </w:r>
    </w:p>
    <w:p>
      <w:r>
        <w:rPr>
          <w:b/>
        </w:rPr>
        <w:t xml:space="preserve">[33:33] </w:t>
      </w:r>
      <w:r>
        <w:t>aap ne kaha ke nahin.</w:t>
      </w:r>
    </w:p>
    <w:p>
      <w:pPr>
        <w:jc w:val="right"/>
      </w:pPr>
      <w:r>
        <w:t>آپ نے کہا کہ نہیں۔</w:t>
      </w:r>
    </w:p>
    <w:p>
      <w:r>
        <w:rPr>
          <w:b/>
        </w:rPr>
        <w:t xml:space="preserve">[33:38] </w:t>
      </w:r>
      <w:r>
        <w:t>bal bal hua al yusra.</w:t>
      </w:r>
    </w:p>
    <w:p>
      <w:pPr>
        <w:jc w:val="right"/>
      </w:pPr>
      <w:r>
        <w:t>بل بل ہوا الیسرا۔</w:t>
      </w:r>
    </w:p>
    <w:p>
      <w:r>
        <w:rPr>
          <w:b/>
        </w:rPr>
        <w:t xml:space="preserve">[33:43] </w:t>
      </w:r>
      <w:r>
        <w:t>balkeh woh to kushada rasta hai, to chaura rasta hai.</w:t>
      </w:r>
    </w:p>
    <w:p>
      <w:pPr>
        <w:jc w:val="right"/>
      </w:pPr>
      <w:r>
        <w:t>بلکہ وہ تو کشادہ راستہ ہے، تو چوڑا راستہ ہے۔</w:t>
      </w:r>
    </w:p>
    <w:p>
      <w:r>
        <w:rPr>
          <w:b/>
        </w:rPr>
        <w:t xml:space="preserve">[33:48] </w:t>
      </w:r>
      <w:r>
        <w:t>ab ab ek rasta jo dekhne mein lagta tha tang,</w:t>
      </w:r>
    </w:p>
    <w:p>
      <w:pPr>
        <w:jc w:val="right"/>
      </w:pPr>
      <w:r>
        <w:t>اب اب ایک راستہ جو دیکھنے میں لگتا تھا تنگ،</w:t>
      </w:r>
    </w:p>
    <w:p>
      <w:r>
        <w:rPr>
          <w:b/>
        </w:rPr>
        <w:t xml:space="preserve">[33:54] </w:t>
      </w:r>
      <w:r>
        <w:t>us ko aap ne kaha ke woh to kushada rasta hai.</w:t>
      </w:r>
    </w:p>
    <w:p>
      <w:pPr>
        <w:jc w:val="right"/>
      </w:pPr>
      <w:r>
        <w:t>اس کو آپ نے کہا کہ وہ تو کشادہ راستہ ہے۔</w:t>
      </w:r>
    </w:p>
    <w:p>
      <w:r>
        <w:rPr>
          <w:b/>
        </w:rPr>
        <w:t xml:space="preserve">[33:58] </w:t>
      </w:r>
      <w:r>
        <w:t>ab log samajh mein nahin paye ke kaise yeh kushada hai.</w:t>
      </w:r>
    </w:p>
    <w:p>
      <w:pPr>
        <w:jc w:val="right"/>
      </w:pPr>
      <w:r>
        <w:t>اب لوگ سمجھ میں نہیں پائے کہ کیسے یہ کشادہ ہے۔</w:t>
      </w:r>
    </w:p>
    <w:p>
      <w:r>
        <w:rPr>
          <w:b/>
        </w:rPr>
        <w:t xml:space="preserve">[34:02] </w:t>
      </w:r>
      <w:r>
        <w:t>ek das hazar se zyada aadmi ko jana hai aur rasta bohat tang hai.</w:t>
      </w:r>
    </w:p>
    <w:p>
      <w:pPr>
        <w:jc w:val="right"/>
      </w:pPr>
      <w:r>
        <w:t>ایک دس ہزار سے زیادہ آدمی کو جانا ہے اور راستہ بہت تنگ ہے۔</w:t>
      </w:r>
    </w:p>
    <w:p>
      <w:r>
        <w:rPr>
          <w:b/>
        </w:rPr>
        <w:t xml:space="preserve">[34:06] </w:t>
      </w:r>
      <w:r>
        <w:t>to idhar tang hi dikhai dega.</w:t>
      </w:r>
    </w:p>
    <w:p>
      <w:pPr>
        <w:jc w:val="right"/>
      </w:pPr>
      <w:r>
        <w:t>تو ادھر تنگ ہی دکھائی دے گا۔</w:t>
      </w:r>
    </w:p>
    <w:p>
      <w:r>
        <w:rPr>
          <w:b/>
        </w:rPr>
        <w:t xml:space="preserve">[34:11] </w:t>
      </w:r>
      <w:r>
        <w:t>to aap ne jab kaha ke bal hai al yusra, balkeh to aasan rasta hai, idhar kushada rasta hai,</w:t>
      </w:r>
    </w:p>
    <w:p>
      <w:pPr>
        <w:jc w:val="right"/>
      </w:pPr>
      <w:r>
        <w:t>تو آپ نے جب کہا کہ بل ہے الیسرا، بلکہ تو آسان راستہ ہے، ادھر کشادہ راستہ ہے،</w:t>
      </w:r>
    </w:p>
    <w:p>
      <w:r>
        <w:rPr>
          <w:b/>
        </w:rPr>
        <w:t xml:space="preserve">[34:15] </w:t>
      </w:r>
      <w:r>
        <w:t>idhar chaura rasta hai.</w:t>
      </w:r>
    </w:p>
    <w:p>
      <w:pPr>
        <w:jc w:val="right"/>
      </w:pPr>
      <w:r>
        <w:t>ادھر چوڑا راستہ ہے۔</w:t>
      </w:r>
    </w:p>
    <w:p>
      <w:r>
        <w:rPr>
          <w:b/>
        </w:rPr>
        <w:t xml:space="preserve">[34:19] </w:t>
      </w:r>
      <w:r>
        <w:t>is se aap</w:t>
      </w:r>
    </w:p>
    <w:p>
      <w:pPr>
        <w:jc w:val="right"/>
      </w:pPr>
      <w:r>
        <w:t>اس سے آپ</w:t>
      </w:r>
    </w:p>
    <w:p>
      <w:r>
        <w:rPr>
          <w:b/>
        </w:rPr>
        <w:t xml:space="preserve">[34:24] </w:t>
      </w:r>
      <w:r>
        <w:t>ne logon ko yeh sabak diya ke apni aqal ko istemal karo.</w:t>
      </w:r>
    </w:p>
    <w:p>
      <w:pPr>
        <w:jc w:val="right"/>
      </w:pPr>
      <w:r>
        <w:t>نے لوگوں کو یہ سبق دیا کہ اپنی عقل کو استعمال کرو۔</w:t>
      </w:r>
    </w:p>
    <w:p>
      <w:r>
        <w:rPr>
          <w:b/>
        </w:rPr>
        <w:t xml:space="preserve">[34:30] </w:t>
      </w:r>
      <w:r>
        <w:t>ab jo aqal ko istemal karo.</w:t>
      </w:r>
    </w:p>
    <w:p>
      <w:pPr>
        <w:jc w:val="right"/>
      </w:pPr>
      <w:r>
        <w:t>اب جو عقل کو استعمال کرو۔</w:t>
      </w:r>
    </w:p>
    <w:p>
      <w:r>
        <w:rPr>
          <w:b/>
        </w:rPr>
        <w:t xml:space="preserve">[34:36] </w:t>
      </w:r>
      <w:r>
        <w:t>log phailay hue thay is tareeqay se, yani horizontal way mein phailay hue thay.</w:t>
      </w:r>
    </w:p>
    <w:p>
      <w:pPr>
        <w:jc w:val="right"/>
      </w:pPr>
      <w:r>
        <w:t>لوگ پھیلے ہوئے تھے اس طریقے سے، یعنی ہوریزنٹل وے میں پھیلے ہوئے تھے۔</w:t>
      </w:r>
    </w:p>
    <w:p>
      <w:r>
        <w:rPr>
          <w:b/>
        </w:rPr>
        <w:t xml:space="preserve">[34:43] </w:t>
      </w:r>
      <w:r>
        <w:t>to ab horizontal way pe jab phailay hue hon, log aise ja rahe hon to aise jana chahenge</w:t>
      </w:r>
    </w:p>
    <w:p>
      <w:pPr>
        <w:jc w:val="right"/>
      </w:pPr>
      <w:r>
        <w:t>تو اب ہوریزنٹل وے پہ جب پھیلے ہوئے ہوں، لوگ ایسے جا رہے ہوں تو ایسے جانا چاہیں</w:t>
      </w:r>
    </w:p>
    <w:p>
      <w:r>
        <w:rPr>
          <w:b/>
        </w:rPr>
        <w:t xml:space="preserve">[34:49] </w:t>
      </w:r>
      <w:r>
        <w:t>ge to kaise jayenge? sab log ek bheer to nahin is se guzar sakti.</w:t>
      </w:r>
    </w:p>
    <w:p>
      <w:pPr>
        <w:jc w:val="right"/>
      </w:pPr>
      <w:r>
        <w:t>گے تو کیسے جائیں گے؟ سب لوگ ایک بھیڑ تو نہیں اس سے گزر سکتی۔</w:t>
      </w:r>
    </w:p>
    <w:p>
      <w:r>
        <w:rPr>
          <w:b/>
        </w:rPr>
        <w:t xml:space="preserve">[34:55] </w:t>
      </w:r>
      <w:r>
        <w:t>yani aise ek rastay se ek bheer to nahin guzar sakti.</w:t>
      </w:r>
    </w:p>
    <w:p>
      <w:pPr>
        <w:jc w:val="right"/>
      </w:pPr>
      <w:r>
        <w:t>یعنی ایسے ایک راستے سے ایک بھیڑ تو نہیں گزر سکتی۔</w:t>
      </w:r>
    </w:p>
    <w:p>
      <w:r>
        <w:rPr>
          <w:b/>
        </w:rPr>
        <w:t xml:space="preserve">[35:01] </w:t>
      </w:r>
      <w:r>
        <w:t>to aap ne kaha kyun bana lo? kyun bana lo? bas yani vertical way mein bana lo apne aap ko.</w:t>
      </w:r>
    </w:p>
    <w:p>
      <w:pPr>
        <w:jc w:val="right"/>
      </w:pPr>
      <w:r>
        <w:t>تو آپ نے کہا کیوں بنا لو؟ کیوں بنا لو؟ بس یعنی ورٹیکل وے میں بنا لو اپنے آپ کو۔</w:t>
      </w:r>
    </w:p>
    <w:p>
      <w:r>
        <w:rPr>
          <w:b/>
        </w:rPr>
        <w:t xml:space="preserve">[35:08] </w:t>
      </w:r>
      <w:r>
        <w:t>to logon ne yahi kiya, kyun bana liya? lambi kyun? ab ek ke baad ek sab paas ho</w:t>
      </w:r>
    </w:p>
    <w:p>
      <w:pPr>
        <w:jc w:val="right"/>
      </w:pPr>
      <w:r>
        <w:t>تو لوگوں نے یہی کیا، کیوں بنا لیا؟ لمبی کیوں؟ اب ایک کے بعد ایک سب پاس ہو</w:t>
      </w:r>
    </w:p>
    <w:p>
      <w:r>
        <w:rPr>
          <w:b/>
        </w:rPr>
        <w:t xml:space="preserve">[35:14] </w:t>
      </w:r>
      <w:r>
        <w:t>gaya is se.</w:t>
      </w:r>
    </w:p>
    <w:p>
      <w:pPr>
        <w:jc w:val="right"/>
      </w:pPr>
      <w:r>
        <w:t>گیا اس سے۔</w:t>
      </w:r>
    </w:p>
    <w:p>
      <w:r>
        <w:rPr>
          <w:b/>
        </w:rPr>
        <w:t xml:space="preserve">[35:20] </w:t>
      </w:r>
      <w:r>
        <w:t>to yeh is se aap ne kiya sabak diya?</w:t>
      </w:r>
    </w:p>
    <w:p>
      <w:pPr>
        <w:jc w:val="right"/>
      </w:pPr>
      <w:r>
        <w:t>تو یہ اس سے آپ نے کیا سبق دیا؟</w:t>
      </w:r>
    </w:p>
    <w:p>
      <w:r>
        <w:rPr>
          <w:b/>
        </w:rPr>
        <w:t xml:space="preserve">[35:26] </w:t>
      </w:r>
      <w:r>
        <w:t>Is mein yeh sabak diya hai ke koi bhi rukawat rukawat nahi hai, bashart ke tum apni aql ko istemal karo. Apni samajh ko istemal karo. Apni reason ko istemal karo. To aap ne zindagi ke har maamle mein logon ko namune diye. Aise namune jo hamesha ke liye karamad hain. Jaise mein ek aur namuna bataoon aap ko</w:t>
      </w:r>
    </w:p>
    <w:p>
      <w:pPr>
        <w:jc w:val="right"/>
      </w:pPr>
      <w:r>
        <w:t>اس میں یہ سبق دیا ہے کہ کوئی بھی رکاوٹ رکاوٹ نہیں ہے، بشرط کہ تم اپنی عقل کو استعمال کرو۔ اپنی سمجھ کو استعمال کرو۔ اپنی ریزن کو استعمال کرو۔ تو آپ نے زندگی کے ہر معاملے میں لوگوں کو نمونے دیے۔ ایسے نمونے جو ہمیشہ کے لیے کارآمد ہیں۔ جیسے میں ایک اور نمونہ بتاؤں آپ کو</w:t>
      </w:r>
    </w:p>
    <w:p>
      <w:r>
        <w:rPr>
          <w:b/>
        </w:rPr>
        <w:t xml:space="preserve">[35:56] </w:t>
      </w:r>
      <w:r>
        <w:t>jo aaj bhi relevant hai, aindah bhi relevant rahega.</w:t>
      </w:r>
    </w:p>
    <w:p>
      <w:pPr>
        <w:jc w:val="right"/>
      </w:pPr>
      <w:r>
        <w:t>جو آج بھی ریلیونٹ ہے، آئندہ بھی ریلیونٹ رہے گا۔</w:t>
      </w:r>
    </w:p>
    <w:p>
      <w:r>
        <w:rPr>
          <w:b/>
        </w:rPr>
        <w:t xml:space="preserve">[36:04] </w:t>
      </w:r>
      <w:r>
        <w:t>jab aap Makah mein thay, yaani seven century ke first quarter mein, to wahan par aap jante hain</w:t>
      </w:r>
    </w:p>
    <w:p>
      <w:pPr>
        <w:jc w:val="right"/>
      </w:pPr>
      <w:r>
        <w:t>جب آپ مکہ میں تھے، یعنی سیون سینچری کے فرسٹ کوارٹر میں، تو وہاں پر آپ جانتے ہیں</w:t>
      </w:r>
    </w:p>
    <w:p>
      <w:r>
        <w:rPr>
          <w:b/>
        </w:rPr>
        <w:t xml:space="preserve">[36:11] </w:t>
      </w:r>
      <w:r>
        <w:t>ke Kaaba jo hai, is mein 300, 70 yaani 360 moortiyan rakhi hui theen. but.</w:t>
      </w:r>
    </w:p>
    <w:p>
      <w:pPr>
        <w:jc w:val="right"/>
      </w:pPr>
      <w:r>
        <w:t>کہ کعبہ جو ہے، اس میں 300، 70 یعنی 360 مورتیاں رکھی ہوئی تھیں۔ بت۔</w:t>
      </w:r>
    </w:p>
    <w:p>
      <w:r>
        <w:rPr>
          <w:b/>
        </w:rPr>
        <w:t xml:space="preserve">[36:19] </w:t>
      </w:r>
      <w:r>
        <w:t>ab Rasool Allah ka to</w:t>
      </w:r>
    </w:p>
    <w:p>
      <w:pPr>
        <w:jc w:val="right"/>
      </w:pPr>
      <w:r>
        <w:t>اب رسول اللہ کا تو</w:t>
      </w:r>
    </w:p>
    <w:p>
      <w:r>
        <w:rPr>
          <w:b/>
        </w:rPr>
        <w:t xml:space="preserve">[36:27] </w:t>
      </w:r>
      <w:r>
        <w:t>jo mission tha, woh tauheed tha, oneness of God ko establish karna.</w:t>
      </w:r>
    </w:p>
    <w:p>
      <w:pPr>
        <w:jc w:val="right"/>
      </w:pPr>
      <w:r>
        <w:t>جو مشن تھا، وہ توحید تھا، وننس آف گاڈ کو اسٹیبلش کرنا۔</w:t>
      </w:r>
    </w:p>
    <w:p>
      <w:r>
        <w:rPr>
          <w:b/>
        </w:rPr>
        <w:t xml:space="preserve">[36:33] </w:t>
      </w:r>
      <w:r>
        <w:t>logon ko ek Khuda ka worshipper banana.</w:t>
      </w:r>
    </w:p>
    <w:p>
      <w:pPr>
        <w:jc w:val="right"/>
      </w:pPr>
      <w:r>
        <w:t>لوگوں کو ایک خدا کا ورشپر بنانا۔</w:t>
      </w:r>
    </w:p>
    <w:p>
      <w:r>
        <w:rPr>
          <w:b/>
        </w:rPr>
        <w:t xml:space="preserve">[36:40] </w:t>
      </w:r>
      <w:r>
        <w:t>aur wahan par jo Hazrat Ibrahim ki banai hui jo masjid thi, usi mein but rakhe hue thay. itne saare.</w:t>
      </w:r>
    </w:p>
    <w:p>
      <w:pPr>
        <w:jc w:val="right"/>
      </w:pPr>
      <w:r>
        <w:t>اور وہاں پر جو حضرت ابراہیم کی بنائی ہوئی جو مسجد تھی، اسی میں بت رکھے ہوئے تھے۔ اتنے سارے۔</w:t>
      </w:r>
    </w:p>
    <w:p>
      <w:r>
        <w:rPr>
          <w:b/>
        </w:rPr>
        <w:t xml:space="preserve">[36:46] </w:t>
      </w:r>
      <w:r>
        <w:t>that was a great problem.</w:t>
      </w:r>
    </w:p>
    <w:p>
      <w:pPr>
        <w:jc w:val="right"/>
      </w:pPr>
      <w:r>
        <w:t>دیٹ واز ا گریٹ پرابلم۔</w:t>
      </w:r>
    </w:p>
    <w:p>
      <w:r>
        <w:rPr>
          <w:b/>
        </w:rPr>
        <w:t xml:space="preserve">[36:53] </w:t>
      </w:r>
      <w:r>
        <w:t>to aam taur par kya hota hai? log problem se apne mission ko shuru karte hain.</w:t>
      </w:r>
    </w:p>
    <w:p>
      <w:pPr>
        <w:jc w:val="right"/>
      </w:pPr>
      <w:r>
        <w:t>تو عام طور پر کیا ہوتا ہے؟ لوگ پرابلم سے اپنے مشن کو شروع کرتے ہیں۔</w:t>
      </w:r>
    </w:p>
    <w:p>
      <w:r>
        <w:rPr>
          <w:b/>
        </w:rPr>
        <w:t xml:space="preserve">[36:59] </w:t>
      </w:r>
      <w:r>
        <w:t>generally aise hi hota hai. yani woh kya kahengay? bhai sab se pehla kaam to yeh hai ke bonton se pak karo kaba ko. is ke baghair kya ho sakta hai? to sab se pehle woh yeh chahengay ke starting point is ko banayein ke kaba mein jo but rakhe hue hain, un ko nikalen. acha, agar is ko nikalte aap, kya hota? jhagda khara hota, ladaai hoti. kyunkay sainkaron saal se unhon ne woh but rakh liya tha wahan par. Hazrat</w:t>
      </w:r>
    </w:p>
    <w:p>
      <w:pPr>
        <w:jc w:val="right"/>
      </w:pPr>
      <w:r>
        <w:t>جنرلی ایسے ہی ہوتا ہے۔ یعنی وہ کیا کہیں گے؟ بھئی سب سے پہلا کام تو یہ ہے کہ بتوں سے پاک کرو کعبہ کو۔ اس کے بغیر کیا ہو سکتا ہے؟ تو سب سے پہلے وہ یہ چاہیں گے کہ سٹارٹنگ پوائنٹ اس کو بنائیں کہ کعبہ میں جو بت رکھے ہوئے ہیں، ان کو نکالیں۔ اچھا، اگر اس کو نکالتے آپ، کیا ہوتا؟ جھگڑا کھڑا ہوتا، لڑائی ہوتی۔ کیونکہ سینکڑوں سال سے انہوں نے وہ بت رکھ لیا تھا وہاں پر۔ حضرت</w:t>
      </w:r>
    </w:p>
    <w:p>
      <w:r>
        <w:rPr>
          <w:b/>
        </w:rPr>
        <w:t xml:space="preserve">[37:29] </w:t>
      </w:r>
      <w:r>
        <w:t>Adam, Hazrat Ibrahim ne jo banaya tha Kaaba, is mein to nahi tha.</w:t>
      </w:r>
    </w:p>
    <w:p>
      <w:pPr>
        <w:jc w:val="right"/>
      </w:pPr>
      <w:r>
        <w:t>آدم، حضرت ابراہیم نے جو بنایا تھا کعبہ، اس میں تو نہیں تھا۔</w:t>
      </w:r>
    </w:p>
    <w:p>
      <w:r>
        <w:rPr>
          <w:b/>
        </w:rPr>
        <w:t xml:space="preserve">[37:33] </w:t>
      </w:r>
      <w:r>
        <w:t>lekin baad ko rakh liya.</w:t>
      </w:r>
    </w:p>
    <w:p>
      <w:pPr>
        <w:jc w:val="right"/>
      </w:pPr>
      <w:r>
        <w:t>لیکن بعد کو رکھ لیا۔</w:t>
      </w:r>
    </w:p>
    <w:p>
      <w:r>
        <w:rPr>
          <w:b/>
        </w:rPr>
        <w:t xml:space="preserve">[37:37] </w:t>
      </w:r>
      <w:r>
        <w:t>ab dheere dheere dheere woh unka business ban gaya.</w:t>
      </w:r>
    </w:p>
    <w:p>
      <w:pPr>
        <w:jc w:val="right"/>
      </w:pPr>
      <w:r>
        <w:t>اب دھیرے دھیرے دھیرے وہ ان کا بزنس بن گیا۔</w:t>
      </w:r>
    </w:p>
    <w:p>
      <w:r>
        <w:rPr>
          <w:b/>
        </w:rPr>
        <w:t xml:space="preserve">[37:41] </w:t>
      </w:r>
      <w:r>
        <w:t>log aate thay aur wahan par bohat faida hota tha logon ko.</w:t>
      </w:r>
    </w:p>
    <w:p>
      <w:pPr>
        <w:jc w:val="right"/>
      </w:pPr>
      <w:r>
        <w:t>لوگ آتے تھے اور وہاں پر بہت فائدہ ہوتا تھا لوگوں کو۔</w:t>
      </w:r>
    </w:p>
    <w:p>
      <w:r>
        <w:rPr>
          <w:b/>
        </w:rPr>
        <w:t xml:space="preserve">[37:44] </w:t>
      </w:r>
      <w:r>
        <w:t>nazrana dete thay.</w:t>
      </w:r>
    </w:p>
    <w:p>
      <w:pPr>
        <w:jc w:val="right"/>
      </w:pPr>
      <w:r>
        <w:t>نذرانہ دیتے تھے۔</w:t>
      </w:r>
    </w:p>
    <w:p>
      <w:r>
        <w:rPr>
          <w:b/>
        </w:rPr>
        <w:t xml:space="preserve">[37:48] </w:t>
      </w:r>
      <w:r>
        <w:t>to agar aap yahan se shuru karte ke pehle in buton ko nikalo, yahan se khatam karo, to</w:t>
      </w:r>
    </w:p>
    <w:p>
      <w:pPr>
        <w:jc w:val="right"/>
      </w:pPr>
      <w:r>
        <w:t>تو اگر آپ یہاں سے شروع کرتے کہ پہلے ان بتوں کو نکالو، یہاں سے ختم کرو، تو</w:t>
      </w:r>
    </w:p>
    <w:p>
      <w:r>
        <w:rPr>
          <w:b/>
        </w:rPr>
        <w:t xml:space="preserve">[37:52] </w:t>
      </w:r>
      <w:r>
        <w:t>ek jhagda khara hota.</w:t>
      </w:r>
    </w:p>
    <w:p>
      <w:pPr>
        <w:jc w:val="right"/>
      </w:pPr>
      <w:r>
        <w:t>ایک جھگڑا کھڑا ہوتا۔</w:t>
      </w:r>
    </w:p>
    <w:p>
      <w:r>
        <w:rPr>
          <w:b/>
        </w:rPr>
        <w:t xml:space="preserve">[37:56] </w:t>
      </w:r>
      <w:r>
        <w:t>to aap ne kiya formula apn</w:t>
      </w:r>
    </w:p>
    <w:p>
      <w:pPr>
        <w:jc w:val="right"/>
      </w:pPr>
      <w:r>
        <w:t>تو آپ نے کیا فارمولا اپن</w:t>
      </w:r>
    </w:p>
    <w:p>
      <w:r>
        <w:rPr>
          <w:b/>
        </w:rPr>
        <w:t xml:space="preserve">[37:59] </w:t>
      </w:r>
      <w:r>
        <w:t>aya? 13 saal tak aap Makah mein thay, lekin aap ne in buton ko touch nahi kiya.</w:t>
      </w:r>
    </w:p>
    <w:p>
      <w:pPr>
        <w:jc w:val="right"/>
      </w:pPr>
      <w:r>
        <w:t>ایا؟ 13 سال تک آپ مکہ میں تھے، لیکن آپ نے ان بتوں کو ٹچ نہیں کیا۔</w:t>
      </w:r>
    </w:p>
    <w:p>
      <w:r>
        <w:rPr>
          <w:b/>
        </w:rPr>
        <w:t xml:space="preserve">[38:05] </w:t>
      </w:r>
      <w:r>
        <w:t>touch nahi kiya.</w:t>
      </w:r>
    </w:p>
    <w:p>
      <w:pPr>
        <w:jc w:val="right"/>
      </w:pPr>
      <w:r>
        <w:t>ٹچ نہیں کیا۔</w:t>
      </w:r>
    </w:p>
    <w:p>
      <w:r>
        <w:rPr>
          <w:b/>
        </w:rPr>
        <w:t xml:space="preserve">[38:11] </w:t>
      </w:r>
      <w:r>
        <w:t>wahan koi taala nahi band tha in buton ke upar.</w:t>
      </w:r>
    </w:p>
    <w:p>
      <w:pPr>
        <w:jc w:val="right"/>
      </w:pPr>
      <w:r>
        <w:t>وہاں کوئی تالا نہیں بند تھا ان بتوں کے اوپر۔</w:t>
      </w:r>
    </w:p>
    <w:p>
      <w:r>
        <w:rPr>
          <w:b/>
        </w:rPr>
        <w:t xml:space="preserve">[38:17] </w:t>
      </w:r>
      <w:r>
        <w:t>sab log jaate thay wahan par.</w:t>
      </w:r>
    </w:p>
    <w:p>
      <w:pPr>
        <w:jc w:val="right"/>
      </w:pPr>
      <w:r>
        <w:t>سب لوگ جاتے تھے وہاں پر۔</w:t>
      </w:r>
    </w:p>
    <w:p>
      <w:r>
        <w:rPr>
          <w:b/>
        </w:rPr>
        <w:t xml:space="preserve">[38:23] </w:t>
      </w:r>
      <w:r>
        <w:t>اور آپ نے کیا اسٹریٹجی اپنائی؟ ان بتوں کی وجہ سے وہاں ڈیلی گیدرنگ ہوتی تھی۔ different tribes</w:t>
      </w:r>
    </w:p>
    <w:p>
      <w:pPr>
        <w:jc w:val="right"/>
      </w:pPr>
      <w:r>
        <w:t>اور آپ نے کیا اسٹریٹجی اپنائی؟ ان بتوں کی وجہ سے وہاں ڈیلی گیدرنگ ہوتی تھی۔ ڈفرنٹ ٹرائبس</w:t>
      </w:r>
    </w:p>
    <w:p>
      <w:r>
        <w:rPr>
          <w:b/>
        </w:rPr>
        <w:t xml:space="preserve">[38:30] </w:t>
      </w:r>
      <w:r>
        <w:t>ke log wahan aate thay, apna nazrana pesh karte thay, apni mannat mannate thay, unko worship karte thay.</w:t>
      </w:r>
    </w:p>
    <w:p>
      <w:pPr>
        <w:jc w:val="right"/>
      </w:pPr>
      <w:r>
        <w:t>کے لوگ وہاں آتے تھے، اپنا نذرانہ پیش کرتے تھے، اپنی منت منتیں مانتے تھے، ان کو ورشپ کرتے تھے۔</w:t>
      </w:r>
    </w:p>
    <w:p>
      <w:r>
        <w:rPr>
          <w:b/>
        </w:rPr>
        <w:t xml:space="preserve">[38:37] </w:t>
      </w:r>
      <w:r>
        <w:t>to un 360 buton ki waja se wahan daily gathering hua karti thi.</w:t>
      </w:r>
    </w:p>
    <w:p>
      <w:pPr>
        <w:jc w:val="right"/>
      </w:pPr>
      <w:r>
        <w:t>تو ان 360 بتوں کی وجہ سے وہاں ڈیلی گیدرنگ ہوا کرتی تھی۔</w:t>
      </w:r>
    </w:p>
    <w:p>
      <w:r>
        <w:rPr>
          <w:b/>
        </w:rPr>
        <w:t xml:space="preserve">[38:45] </w:t>
      </w:r>
      <w:r>
        <w:t>تو اس کو آپ نے as an opportunity لیا کہ بت اگرچہ ایک پرابلم ہے، لیکن یہ گیدرنگ</w:t>
      </w:r>
    </w:p>
    <w:p>
      <w:pPr>
        <w:jc w:val="right"/>
      </w:pPr>
      <w:r>
        <w:t>تو اس کو آپ نے ایز این اپرچونیٹی لیا کہ بت اگرچہ ایک پرابلم ہے، لیکن یہ گیدرنگ</w:t>
      </w:r>
    </w:p>
    <w:p>
      <w:r>
        <w:rPr>
          <w:b/>
        </w:rPr>
        <w:t xml:space="preserve">[38:53] </w:t>
      </w:r>
      <w:r>
        <w:t>to opportunity hai.</w:t>
      </w:r>
    </w:p>
    <w:p>
      <w:pPr>
        <w:jc w:val="right"/>
      </w:pPr>
      <w:r>
        <w:t>تو اپرچونیٹی ہے۔</w:t>
      </w:r>
    </w:p>
    <w:p>
      <w:r>
        <w:rPr>
          <w:b/>
        </w:rPr>
        <w:t xml:space="preserve">[39:01] </w:t>
      </w:r>
      <w:r>
        <w:t>yeh Makka kaba mein jo but rakhe hue hain, woh aik problem hai. lekin in bonton ki wajah se jo wahan gathering hoti hai daily, woh hamaray liye aik opportunity hai kyunkay hum ko audience milta hai. is mein audience milta hai. to Rasool Allah ne kya kiya? bonton ke presence ko ignore kiya. bonton ke presence ko ignore kiya. aur woh jo wahan par gathering hoti thi, us ko as</w:t>
      </w:r>
    </w:p>
    <w:p>
      <w:pPr>
        <w:jc w:val="right"/>
      </w:pPr>
      <w:r>
        <w:t>یہ مکہ کعبہ میں جو بت رکھے ہوئے ہیں، وہ ایک پرابلم ہے۔ لیکن ان بتوں کی وجہ سے جو وہاں گیدرنگ ہوتی ہے ڈیلی، وہ ہمارے لیے ایک اپرچونیٹی ہے کیونکہ ہم کو آڈینس ملتا ہے۔ اس میں آڈینس ملتا ہے۔ تو رسول اللہ نے کیا کیا؟ بتوں کے پریزنس کو اگنور کیا۔ بتوں کے پریزنس کو اگنور کیا۔ اور وہ جو وہاں پر گیدرنگ ہوتی تھی، اس کو ای</w:t>
      </w:r>
    </w:p>
    <w:p>
      <w:r>
        <w:rPr>
          <w:b/>
        </w:rPr>
        <w:t xml:space="preserve">[39:31] </w:t>
      </w:r>
      <w:r>
        <w:t>an audience istemal kiya. wahan aap jatay thay rozana, ja kar un ko Quran sunatay thay. mujhe kehtay thay, "Eyyaha annas, qooloo la ilaha illallah tuflihu". to yeh policy aap ne ikhtiyar ki jis ko mein kehta hoon ke ignore the problem and avail the opportunities. yani bonton ke problem ko ignore karo. aur wahan jo daily jo gathering</w:t>
      </w:r>
    </w:p>
    <w:p>
      <w:pPr>
        <w:jc w:val="right"/>
      </w:pPr>
      <w:r>
        <w:t>ز این آڈینس استعمال کیا۔ وہاں آپ جاتے تھے روزانہ، جا کر ان کو قرآن سناتے تھے۔ مجھے کہتے تھے، "ایہا الناس، قولو لا الہ الا اللہ تفلحو"۔ تو یہ پالیسی آپ نے اختیار کی جس کو میں کہتا ہوں کہ اگنور دا پرابلم اینڈ اویل دا اپرچونیٹیز۔ یعنی بتوں کے پرابلم کو اگنور کرو۔ اور وہاں جو ڈیلی جو گیدرنگ</w:t>
      </w:r>
    </w:p>
    <w:p>
      <w:r>
        <w:rPr>
          <w:b/>
        </w:rPr>
        <w:t xml:space="preserve">[40:01] </w:t>
      </w:r>
      <w:r>
        <w:t>ہو رہی ہے، اس کو as an opportunity avail کرو۔</w:t>
      </w:r>
    </w:p>
    <w:p>
      <w:pPr>
        <w:jc w:val="right"/>
      </w:pPr>
      <w:r>
        <w:t>ہو رہی ہے، اس کو ایز این اپرچونیٹی اویل کرو۔</w:t>
      </w:r>
    </w:p>
    <w:p>
      <w:r>
        <w:rPr>
          <w:b/>
        </w:rPr>
        <w:t xml:space="preserve">[40:05] </w:t>
      </w:r>
      <w:r>
        <w:t>یہ کتنا بڑا فارمولا دیا آپ نے؟ Ignore the problem, avail the opportunities.</w:t>
      </w:r>
    </w:p>
    <w:p>
      <w:pPr>
        <w:jc w:val="right"/>
      </w:pPr>
      <w:r>
        <w:t>یہ کتنا بڑا فارمولا دیا آپ نے؟ اگنور دا پرابلم، اویل دا اپرچونیٹیز۔</w:t>
      </w:r>
    </w:p>
    <w:p>
      <w:r>
        <w:rPr>
          <w:b/>
        </w:rPr>
        <w:t xml:space="preserve">[40:10] </w:t>
      </w:r>
      <w:r>
        <w:t>yeh sirf us waqt ke liye nahi thi.</w:t>
      </w:r>
    </w:p>
    <w:p>
      <w:pPr>
        <w:jc w:val="right"/>
      </w:pPr>
      <w:r>
        <w:t>یہ صرف اس وقت کے لیے نہیں تھی۔</w:t>
      </w:r>
    </w:p>
    <w:p>
      <w:r>
        <w:rPr>
          <w:b/>
        </w:rPr>
        <w:t xml:space="preserve">[40:14] </w:t>
      </w:r>
      <w:r>
        <w:t>aaj bhi itna hi relevant hai.</w:t>
      </w:r>
    </w:p>
    <w:p>
      <w:pPr>
        <w:jc w:val="right"/>
      </w:pPr>
      <w:r>
        <w:t>آج بھی اتنا ہی ریلیونٹ ہے۔</w:t>
      </w:r>
    </w:p>
    <w:p>
      <w:r>
        <w:rPr>
          <w:b/>
        </w:rPr>
        <w:t xml:space="preserve">[40:18] </w:t>
      </w:r>
      <w:r>
        <w:t>aaj bhi woh itni hi useful hai.</w:t>
      </w:r>
    </w:p>
    <w:p>
      <w:pPr>
        <w:jc w:val="right"/>
      </w:pPr>
      <w:r>
        <w:t>آج بھی وہ اتنی ہی یوزفل ہے۔</w:t>
      </w:r>
    </w:p>
    <w:p>
      <w:r>
        <w:rPr>
          <w:b/>
        </w:rPr>
        <w:t xml:space="preserve">[40:22] </w:t>
      </w:r>
      <w:r>
        <w:t>اور آئندہ بھی، وہ آگے بھی ہمیشہ کا ہمیشہ relevant رہے گی۔</w:t>
      </w:r>
    </w:p>
    <w:p>
      <w:pPr>
        <w:jc w:val="right"/>
      </w:pPr>
      <w:r>
        <w:t>اور آئندہ بھی، وہ آگے بھی ہمیشہ کا ہمیشہ ریلیونٹ رہے گی۔</w:t>
      </w:r>
    </w:p>
    <w:p>
      <w:r>
        <w:rPr>
          <w:b/>
        </w:rPr>
        <w:t xml:space="preserve">[40:27] </w:t>
      </w:r>
      <w:r>
        <w:t>individual life mein,</w:t>
      </w:r>
    </w:p>
    <w:p>
      <w:pPr>
        <w:jc w:val="right"/>
      </w:pPr>
      <w:r>
        <w:t>انڈیویجول لائف میں،</w:t>
      </w:r>
    </w:p>
    <w:p>
      <w:r>
        <w:rPr>
          <w:b/>
        </w:rPr>
        <w:t xml:space="preserve">[40:31] </w:t>
      </w:r>
      <w:r>
        <w:t>national life mein, international life mein, har jagah.</w:t>
      </w:r>
    </w:p>
    <w:p>
      <w:pPr>
        <w:jc w:val="right"/>
      </w:pPr>
      <w:r>
        <w:t>نیشنل لائف میں، انٹرنیشنل لائف میں، ہر جگہ۔</w:t>
      </w:r>
    </w:p>
    <w:p>
      <w:r>
        <w:rPr>
          <w:b/>
        </w:rPr>
        <w:t xml:space="preserve">[40:35] </w:t>
      </w:r>
      <w:r>
        <w:t>اس لیے کہ دیکھیے، problems are parts of life۔</w:t>
      </w:r>
    </w:p>
    <w:p>
      <w:pPr>
        <w:jc w:val="right"/>
      </w:pPr>
      <w:r>
        <w:t>اس لیے کہ دیکھیے، پرابلمز آر پارٹس آف لائف۔</w:t>
      </w:r>
    </w:p>
    <w:p>
      <w:r>
        <w:rPr>
          <w:b/>
        </w:rPr>
        <w:t xml:space="preserve">[40:40] </w:t>
      </w:r>
      <w:r>
        <w:t>aap aisi zindagi nahi pa sakte jis mein problem na ho.</w:t>
      </w:r>
    </w:p>
    <w:p>
      <w:pPr>
        <w:jc w:val="right"/>
      </w:pPr>
      <w:r>
        <w:t>آپ ایسی زندگی نہیں پا سکتے جس میں پرابلم نہ ہو۔</w:t>
      </w:r>
    </w:p>
    <w:p>
      <w:r>
        <w:rPr>
          <w:b/>
        </w:rPr>
        <w:t xml:space="preserve">[40:44] </w:t>
      </w:r>
      <w:r>
        <w:t>jahan zindagi hai, wahan problem hai.</w:t>
      </w:r>
    </w:p>
    <w:p>
      <w:pPr>
        <w:jc w:val="right"/>
      </w:pPr>
      <w:r>
        <w:t>جہاں زندگی ہے، وہاں پرابلم ہے۔</w:t>
      </w:r>
    </w:p>
    <w:p>
      <w:r>
        <w:rPr>
          <w:b/>
        </w:rPr>
        <w:t xml:space="preserve">[40:49] </w:t>
      </w:r>
      <w:r>
        <w:t>jahan insan hai, wahan problem hai.</w:t>
      </w:r>
    </w:p>
    <w:p>
      <w:pPr>
        <w:jc w:val="right"/>
      </w:pPr>
      <w:r>
        <w:t>جہاں انسان ہے، وہاں پرابلم ہے۔</w:t>
      </w:r>
    </w:p>
    <w:p>
      <w:r>
        <w:rPr>
          <w:b/>
        </w:rPr>
        <w:t xml:space="preserve">[40:53] </w:t>
      </w:r>
      <w:r>
        <w:t>jahan log mil jul kar rehte hain, wahan problem hai.</w:t>
      </w:r>
    </w:p>
    <w:p>
      <w:pPr>
        <w:jc w:val="right"/>
      </w:pPr>
      <w:r>
        <w:t>جہاں لوگ مل جل کر رہتے ہیں، وہاں پرابلم ہے۔</w:t>
      </w:r>
    </w:p>
    <w:p>
      <w:r>
        <w:rPr>
          <w:b/>
        </w:rPr>
        <w:t xml:space="preserve">[40:58] </w:t>
      </w:r>
      <w:r>
        <w:t>to aap kya karenge?</w:t>
      </w:r>
    </w:p>
    <w:p>
      <w:pPr>
        <w:jc w:val="right"/>
      </w:pPr>
      <w:r>
        <w:t>تو آپ کیا کریں گے؟</w:t>
      </w:r>
    </w:p>
    <w:p>
      <w:r>
        <w:rPr>
          <w:b/>
        </w:rPr>
        <w:t xml:space="preserve">[41:02] </w:t>
      </w:r>
      <w:r>
        <w:t>اگر آپ کی پالیسی یہ ہو کہ پہلے پرابلم کو ختم کرو، کہ first of all, you have</w:t>
      </w:r>
    </w:p>
    <w:p>
      <w:pPr>
        <w:jc w:val="right"/>
      </w:pPr>
      <w:r>
        <w:t>اگر آپ کی پالیسی یہ ہو کہ پہلے پرابلم کو ختم کرو، کہ فرسٹ آف آل، یو ہیو</w:t>
      </w:r>
    </w:p>
    <w:p>
      <w:r>
        <w:rPr>
          <w:b/>
        </w:rPr>
        <w:t xml:space="preserve">[41:08] </w:t>
      </w:r>
      <w:r>
        <w:t>to eliminate da problems, phir kya hoga? ladai, jhagda, fasad.</w:t>
      </w:r>
    </w:p>
    <w:p>
      <w:pPr>
        <w:jc w:val="right"/>
      </w:pPr>
      <w:r>
        <w:t>ٹو ایلیمینیٹ دا پرابلمز، پھر کیا ہوگا؟ لڑائی، جھگڑا، فساد۔</w:t>
      </w:r>
    </w:p>
    <w:p>
      <w:r>
        <w:rPr>
          <w:b/>
        </w:rPr>
        <w:t xml:space="preserve">[41:14] </w:t>
      </w:r>
      <w:r>
        <w:t>لیکن آپ نے جو پالیسی اختیار کی کہ ignore the problem and avail the opportunities، تو جہاں پرابلم</w:t>
      </w:r>
    </w:p>
    <w:p>
      <w:pPr>
        <w:jc w:val="right"/>
      </w:pPr>
      <w:r>
        <w:t>لیکن آپ نے جو پالیسی اختیار کی کہ اگنور دا پرابلم اینڈ اویل دا اپرچونیٹیز، تو جہاں پرابلم</w:t>
      </w:r>
    </w:p>
    <w:p>
      <w:r>
        <w:rPr>
          <w:b/>
        </w:rPr>
        <w:t xml:space="preserve">[41:20] </w:t>
      </w:r>
      <w:r>
        <w:t>hota hai, wahin wahin opportunity bhi hoti hai.</w:t>
      </w:r>
    </w:p>
    <w:p>
      <w:pPr>
        <w:jc w:val="right"/>
      </w:pPr>
      <w:r>
        <w:t>ہوتا ہے، وہیں وہیں اپرچونیٹی بھی ہوتی ہے۔</w:t>
      </w:r>
    </w:p>
    <w:p>
      <w:r>
        <w:rPr>
          <w:b/>
        </w:rPr>
        <w:t xml:space="preserve">[41:26] </w:t>
      </w:r>
      <w:r>
        <w:t>jaise maine misaal di ke kaba mein 360 but</w:t>
      </w:r>
    </w:p>
    <w:p>
      <w:pPr>
        <w:jc w:val="right"/>
      </w:pPr>
      <w:r>
        <w:t>جیسے میں نے مثال دی کہ کعبہ میں 360 بت</w:t>
      </w:r>
    </w:p>
    <w:p>
      <w:r>
        <w:rPr>
          <w:b/>
        </w:rPr>
        <w:t xml:space="preserve">[41:32] </w:t>
      </w:r>
      <w:r>
        <w:t>the.</w:t>
      </w:r>
    </w:p>
    <w:p>
      <w:pPr>
        <w:jc w:val="right"/>
      </w:pPr>
      <w:r>
        <w:t>تھے۔</w:t>
      </w:r>
    </w:p>
    <w:p>
      <w:r>
        <w:rPr>
          <w:b/>
        </w:rPr>
        <w:t xml:space="preserve">[41:36] </w:t>
      </w:r>
      <w:r>
        <w:t>that was a great problem.</w:t>
      </w:r>
    </w:p>
    <w:p>
      <w:pPr>
        <w:jc w:val="right"/>
      </w:pPr>
      <w:r>
        <w:t>دیٹ واز ا گریٹ پرابلم۔</w:t>
      </w:r>
    </w:p>
    <w:p>
      <w:r>
        <w:rPr>
          <w:b/>
        </w:rPr>
        <w:t xml:space="preserve">[41:40] </w:t>
      </w:r>
      <w:r>
        <w:t>magar inhi buton ki waja se wahan par log aate the ziyarat karne ke liye, darshan karne ke</w:t>
      </w:r>
    </w:p>
    <w:p>
      <w:pPr>
        <w:jc w:val="right"/>
      </w:pPr>
      <w:r>
        <w:t>مگر انہی بتوں کی وجہ سے وہاں پر لوگ آتے تھے زیارت کرنے کے لیے، درشن کرنے کے</w:t>
      </w:r>
    </w:p>
    <w:p>
      <w:r>
        <w:rPr>
          <w:b/>
        </w:rPr>
        <w:t xml:space="preserve">[41:44] </w:t>
      </w:r>
      <w:r>
        <w:t>liye, pooja paat karne ke liye.</w:t>
      </w:r>
    </w:p>
    <w:p>
      <w:pPr>
        <w:jc w:val="right"/>
      </w:pPr>
      <w:r>
        <w:t>لیے، پوجا پاٹ کرنے کے لیے۔</w:t>
      </w:r>
    </w:p>
    <w:p>
      <w:r>
        <w:rPr>
          <w:b/>
        </w:rPr>
        <w:t xml:space="preserve">[41:48] </w:t>
      </w:r>
      <w:r>
        <w:t>to that was an opportunity.</w:t>
      </w:r>
    </w:p>
    <w:p>
      <w:pPr>
        <w:jc w:val="right"/>
      </w:pPr>
      <w:r>
        <w:t>تو دیٹ واز این اپرچونیٹی۔</w:t>
      </w:r>
    </w:p>
    <w:p>
      <w:r>
        <w:rPr>
          <w:b/>
        </w:rPr>
        <w:t xml:space="preserve">[41:52] </w:t>
      </w:r>
      <w:r>
        <w:t>to ek hi dekhiye, ek hi cheez hai.</w:t>
      </w:r>
    </w:p>
    <w:p>
      <w:pPr>
        <w:jc w:val="right"/>
      </w:pPr>
      <w:r>
        <w:t>تو ایک ہی دیکھیے، ایک ہی چیز ہے۔</w:t>
      </w:r>
    </w:p>
    <w:p>
      <w:r>
        <w:rPr>
          <w:b/>
        </w:rPr>
        <w:t xml:space="preserve">[41:56] </w:t>
      </w:r>
      <w:r>
        <w:t>iska ek aspect problem ka hai, doosra aspect opportunity ka hai.</w:t>
      </w:r>
    </w:p>
    <w:p>
      <w:pPr>
        <w:jc w:val="right"/>
      </w:pPr>
      <w:r>
        <w:t>اس کا ایک اسپیکٹ پرابلم کا ہے، دوسرا اسپیکٹ اپرچونیٹی کا ہے۔</w:t>
      </w:r>
    </w:p>
    <w:p>
      <w:r>
        <w:rPr>
          <w:b/>
        </w:rPr>
        <w:t xml:space="preserve">[42:00] </w:t>
      </w:r>
      <w:r>
        <w:t>to aap ne yeh bataya ke zindagi</w:t>
      </w:r>
    </w:p>
    <w:p>
      <w:pPr>
        <w:jc w:val="right"/>
      </w:pPr>
      <w:r>
        <w:t>تو آپ نے یہ بتایا کہ زندگی</w:t>
      </w:r>
    </w:p>
    <w:p>
      <w:r>
        <w:rPr>
          <w:b/>
        </w:rPr>
        <w:t xml:space="preserve">[42:03] </w:t>
      </w:r>
      <w:r>
        <w:t>problem se bhari hui hai, lekin sath sath dekho, zindagi mein hamesha opportunity bhi maujood rehti hai.</w:t>
      </w:r>
    </w:p>
    <w:p>
      <w:pPr>
        <w:jc w:val="right"/>
      </w:pPr>
      <w:r>
        <w:t>پرابلم سے بھری ہوئی ہے، لیکن ساتھ ساتھ دیکھو، زندگی میں ہمیشہ اپرچونیٹی بھی موجود رہتی ہے۔</w:t>
      </w:r>
    </w:p>
    <w:p>
      <w:r>
        <w:rPr>
          <w:b/>
        </w:rPr>
        <w:t xml:space="preserve">[42:14] </w:t>
      </w:r>
      <w:r>
        <w:t>kabhi aisa nahi hoga zindagi mein ke problem to rahe aur opportunity na rahe.</w:t>
      </w:r>
    </w:p>
    <w:p>
      <w:pPr>
        <w:jc w:val="right"/>
      </w:pPr>
      <w:r>
        <w:t>کبھی ایسا نہیں ہوگا زندگی میں کہ پرابلم تو رہے اور اپرچونیٹی نہ رہے۔</w:t>
      </w:r>
    </w:p>
    <w:p>
      <w:r>
        <w:rPr>
          <w:b/>
        </w:rPr>
        <w:t xml:space="preserve">[42:25] </w:t>
      </w:r>
      <w:r>
        <w:t>to besT policy kya hai? wisdom kya hai? wahi ke problem ko avoid karo, opportunity ko avail karo.</w:t>
      </w:r>
    </w:p>
    <w:p>
      <w:pPr>
        <w:jc w:val="right"/>
      </w:pPr>
      <w:r>
        <w:t>تو بیسٹ پالیسی کیا ہے؟ وزڈم کیا ہے؟ وہی کہ پرابلم کو اوائڈ کرو، اپرچونیٹی کو اویل کرو۔</w:t>
      </w:r>
    </w:p>
    <w:p>
      <w:r>
        <w:rPr>
          <w:b/>
        </w:rPr>
        <w:t xml:space="preserve">[42:35] </w:t>
      </w:r>
      <w:r>
        <w:t>besT policy hai.</w:t>
      </w:r>
    </w:p>
    <w:p>
      <w:pPr>
        <w:jc w:val="right"/>
      </w:pPr>
      <w:r>
        <w:t>بیسٹ پالیسی ہے۔</w:t>
      </w:r>
    </w:p>
    <w:p>
      <w:r>
        <w:rPr>
          <w:b/>
        </w:rPr>
        <w:t xml:space="preserve">[42:43] </w:t>
      </w:r>
      <w:r>
        <w:t>to mein ne arz kiya ke Islam koi naya mazhab nahin.</w:t>
      </w:r>
    </w:p>
    <w:p>
      <w:pPr>
        <w:jc w:val="right"/>
      </w:pPr>
      <w:r>
        <w:t>تو میں نے عرض کیا کہ اسلام کوئی نیا مذہب نہیں۔</w:t>
      </w:r>
    </w:p>
    <w:p>
      <w:r>
        <w:rPr>
          <w:b/>
        </w:rPr>
        <w:t xml:space="preserve">[42:50] </w:t>
      </w:r>
      <w:r>
        <w:t>asal baat yeh hai ke Islam ne religion ko ek historical status diya hai.</w:t>
      </w:r>
    </w:p>
    <w:p>
      <w:pPr>
        <w:jc w:val="right"/>
      </w:pPr>
      <w:r>
        <w:t>اصل بات یہ ہے کہ اسلام نے ریلیجن کو ایک ہسٹوریکل اسٹیٹس دیا ہے۔</w:t>
      </w:r>
    </w:p>
    <w:p>
      <w:r>
        <w:rPr>
          <w:b/>
        </w:rPr>
        <w:t xml:space="preserve">[42:58] </w:t>
      </w:r>
      <w:r>
        <w:t>yani religion jo tha, woh ek history ban gaya, jabke is se pehle woh mythology tha.</w:t>
      </w:r>
    </w:p>
    <w:p>
      <w:pPr>
        <w:jc w:val="right"/>
      </w:pPr>
      <w:r>
        <w:t>یعنی ریلیجن جو تھا، وہ ایک ہسٹری بن گیا، جبکہ اس سے پہلے وہ مائتھالوجی تھا۔</w:t>
      </w:r>
    </w:p>
    <w:p>
      <w:r>
        <w:rPr>
          <w:b/>
        </w:rPr>
        <w:t xml:space="preserve">[43:05] </w:t>
      </w:r>
      <w:r>
        <w:t>Rasool Allah se pehle religion ki hesiyat thi mythology ki.</w:t>
      </w:r>
    </w:p>
    <w:p>
      <w:pPr>
        <w:jc w:val="right"/>
      </w:pPr>
      <w:r>
        <w:t>رسول اللہ سے پہلے ریلیجن کی حیثیت تھی مائتھالوجی کی۔</w:t>
      </w:r>
    </w:p>
    <w:p>
      <w:r>
        <w:rPr>
          <w:b/>
        </w:rPr>
        <w:t xml:space="preserve">[43:10] </w:t>
      </w:r>
      <w:r>
        <w:t>a chapter of mythology.</w:t>
      </w:r>
    </w:p>
    <w:p>
      <w:pPr>
        <w:jc w:val="right"/>
      </w:pPr>
      <w:r>
        <w:t>ا چیپٹر آف مائتھالوجی۔</w:t>
      </w:r>
    </w:p>
    <w:p>
      <w:r>
        <w:rPr>
          <w:b/>
        </w:rPr>
        <w:t xml:space="preserve">[43:16] </w:t>
      </w:r>
      <w:r>
        <w:t>a chapter of mythology tha.</w:t>
      </w:r>
    </w:p>
    <w:p>
      <w:pPr>
        <w:jc w:val="right"/>
      </w:pPr>
      <w:r>
        <w:t>ا چیپٹر آف مائتھالوجی تھا۔</w:t>
      </w:r>
    </w:p>
    <w:p>
      <w:r>
        <w:rPr>
          <w:b/>
        </w:rPr>
        <w:t xml:space="preserve">[43:21] </w:t>
      </w:r>
      <w:r>
        <w:t>woh is ko Rasool Allah ne kya kiya ke is history ka status de diya.</w:t>
      </w:r>
    </w:p>
    <w:p>
      <w:pPr>
        <w:jc w:val="right"/>
      </w:pPr>
      <w:r>
        <w:t>وہ اس کو رسول اللہ نے کیا کیا کہ اس ہسٹری کا اسٹیٹس دے دیا۔</w:t>
      </w:r>
    </w:p>
    <w:p>
      <w:r>
        <w:rPr>
          <w:b/>
        </w:rPr>
        <w:t xml:space="preserve">[43:26] </w:t>
      </w:r>
      <w:r>
        <w:t>to yeh kitna bara contribution hai, kitni bari dein hai.</w:t>
      </w:r>
    </w:p>
    <w:p>
      <w:pPr>
        <w:jc w:val="right"/>
      </w:pPr>
      <w:r>
        <w:t>تو یہ کتنا بڑا کنٹریبیوشن ہے، کتنی بڑی دین ہے۔</w:t>
      </w:r>
    </w:p>
    <w:p>
      <w:r>
        <w:rPr>
          <w:b/>
        </w:rPr>
        <w:t xml:space="preserve">[43:32] </w:t>
      </w:r>
      <w:r>
        <w:t>to Islam ka kisi mazhab se koi takrao nahin hai.</w:t>
      </w:r>
    </w:p>
    <w:p>
      <w:pPr>
        <w:jc w:val="right"/>
      </w:pPr>
      <w:r>
        <w:t>تو اسلام کا کسی مذہب سے کوئی ٹکراؤ نہیں ہے۔</w:t>
      </w:r>
    </w:p>
    <w:p>
      <w:r>
        <w:rPr>
          <w:b/>
        </w:rPr>
        <w:t xml:space="preserve">[43:37] </w:t>
      </w:r>
      <w:r>
        <w:t>koi takrao nahin hai.</w:t>
      </w:r>
    </w:p>
    <w:p>
      <w:pPr>
        <w:jc w:val="right"/>
      </w:pPr>
      <w:r>
        <w:t>کوئی ٹکراؤ نہیں ہے۔</w:t>
      </w:r>
    </w:p>
    <w:p>
      <w:r>
        <w:rPr>
          <w:b/>
        </w:rPr>
        <w:t xml:space="preserve">[43:43] </w:t>
      </w:r>
      <w:r>
        <w:t>kyunke Islam is liye aaya hai ke Khuda ke mazhab ko historical base de de, historical hesiyat de</w:t>
      </w:r>
    </w:p>
    <w:p>
      <w:pPr>
        <w:jc w:val="right"/>
      </w:pPr>
      <w:r>
        <w:t>کیونکہ اسلام اس لیے آیا ہے کہ خدا کے مذہب کو ہسٹوریکل بیس دے دے، ہسٹوریکل حیثیت دے</w:t>
      </w:r>
    </w:p>
    <w:p>
      <w:r>
        <w:rPr>
          <w:b/>
        </w:rPr>
        <w:t xml:space="preserve">[43:49] </w:t>
      </w:r>
      <w:r>
        <w:t>de is ko.</w:t>
      </w:r>
    </w:p>
    <w:p>
      <w:pPr>
        <w:jc w:val="right"/>
      </w:pPr>
      <w:r>
        <w:t>دے اس کو۔</w:t>
      </w:r>
    </w:p>
    <w:p>
      <w:r>
        <w:rPr>
          <w:b/>
        </w:rPr>
        <w:t xml:space="preserve">[43:55] </w:t>
      </w:r>
      <w:r>
        <w:t>to takrao ki koi baat hi nahin hai.</w:t>
      </w:r>
    </w:p>
    <w:p>
      <w:pPr>
        <w:jc w:val="right"/>
      </w:pPr>
      <w:r>
        <w:t>تو ٹکراؤ کی کوئی بات ہی نہیں ہے۔</w:t>
      </w:r>
    </w:p>
    <w:p>
      <w:r>
        <w:rPr>
          <w:b/>
        </w:rPr>
        <w:t xml:space="preserve">[44:02] </w:t>
      </w:r>
      <w:r>
        <w:t>to dekhiye, number one, Islam ke zariye insan ko Khuda ki</w:t>
      </w:r>
    </w:p>
    <w:p>
      <w:pPr>
        <w:jc w:val="right"/>
      </w:pPr>
      <w:r>
        <w:t>تو دیکھیے، نمبر ون، اسلام کے ذریعے انسان کو خدا کی</w:t>
      </w:r>
    </w:p>
    <w:p>
      <w:r>
        <w:rPr>
          <w:b/>
        </w:rPr>
        <w:t xml:space="preserve">[44:08] </w:t>
      </w:r>
      <w:r>
        <w:t>mehfooz kitaab mili, yani preserved book.</w:t>
      </w:r>
    </w:p>
    <w:p>
      <w:pPr>
        <w:jc w:val="right"/>
      </w:pPr>
      <w:r>
        <w:t>محفوظ کتاب ملی، یعنی پریزروڈ بک۔</w:t>
      </w:r>
    </w:p>
    <w:p>
      <w:r>
        <w:rPr>
          <w:b/>
        </w:rPr>
        <w:t xml:space="preserve">[44:14] </w:t>
      </w:r>
      <w:r>
        <w:t>to Islam ki pehli dein yeh hai ke is ne insan ko Khuda ki kitaab ya divine book</w:t>
      </w:r>
    </w:p>
    <w:p>
      <w:pPr>
        <w:jc w:val="right"/>
      </w:pPr>
      <w:r>
        <w:t>تو اسلام کی پہلی دین یہ ہے کہ اس نے انسان کو خدا کی کتاب یا ڈیوائن بک</w:t>
      </w:r>
    </w:p>
    <w:p>
      <w:r>
        <w:rPr>
          <w:b/>
        </w:rPr>
        <w:t xml:space="preserve">[44:20] </w:t>
      </w:r>
      <w:r>
        <w:t>keh lijiye, aap is ko divine book, divine guidance.</w:t>
      </w:r>
    </w:p>
    <w:p>
      <w:pPr>
        <w:jc w:val="right"/>
      </w:pPr>
      <w:r>
        <w:t>کہہ لیجئے، آپ اس کو ڈیوائن بک، ڈیوائن گائیڈنس۔</w:t>
      </w:r>
    </w:p>
    <w:p>
      <w:r>
        <w:rPr>
          <w:b/>
        </w:rPr>
        <w:t xml:space="preserve">[44:26] </w:t>
      </w:r>
      <w:r>
        <w:t>to Quran ek divine guidance hai.</w:t>
      </w:r>
    </w:p>
    <w:p>
      <w:pPr>
        <w:jc w:val="right"/>
      </w:pPr>
      <w:r>
        <w:t>تو قرآن ایک ڈیوائن گائیڈنس ہے۔</w:t>
      </w:r>
    </w:p>
    <w:p>
      <w:r>
        <w:rPr>
          <w:b/>
        </w:rPr>
        <w:t xml:space="preserve">[44:33] </w:t>
      </w:r>
      <w:r>
        <w:t>to pehla, pehli baat yeh hai ke Islam ne</w:t>
      </w:r>
    </w:p>
    <w:p>
      <w:pPr>
        <w:jc w:val="right"/>
      </w:pPr>
      <w:r>
        <w:t>تو پہلا، پہلی بات یہ ہے کہ اسلام نے</w:t>
      </w:r>
    </w:p>
    <w:p>
      <w:r>
        <w:rPr>
          <w:b/>
        </w:rPr>
        <w:t xml:space="preserve">[44:39] </w:t>
      </w:r>
      <w:r>
        <w:t>insan ko ek Khuda ki ek preserved book di, Khuda ki guidance ko preserve halat mein diya.</w:t>
      </w:r>
    </w:p>
    <w:p>
      <w:pPr>
        <w:jc w:val="right"/>
      </w:pPr>
      <w:r>
        <w:t>انسان کو ایک خدا کی ایک پریزروڈ بک دی، خدا کی گائیڈنس کو پریزرو حالت میں دیا۔</w:t>
      </w:r>
    </w:p>
    <w:p>
      <w:r>
        <w:rPr>
          <w:b/>
        </w:rPr>
        <w:t xml:space="preserve">[44:45] </w:t>
      </w:r>
      <w:r>
        <w:t>yeh pehli baat hai.</w:t>
      </w:r>
    </w:p>
    <w:p>
      <w:pPr>
        <w:jc w:val="right"/>
      </w:pPr>
      <w:r>
        <w:t>یہ پہلی بات ہے۔</w:t>
      </w:r>
    </w:p>
    <w:p>
      <w:r>
        <w:rPr>
          <w:b/>
        </w:rPr>
        <w:t xml:space="preserve">[44:51] </w:t>
      </w:r>
      <w:r>
        <w:t>doosri baat yeh hai ke Islam ne mazhab ko ek history di.</w:t>
      </w:r>
    </w:p>
    <w:p>
      <w:pPr>
        <w:jc w:val="right"/>
      </w:pPr>
      <w:r>
        <w:t>دوسری بات یہ ہے کہ اسلام نے مذہب کو ایک ہسٹری دی۔</w:t>
      </w:r>
    </w:p>
    <w:p>
      <w:r>
        <w:rPr>
          <w:b/>
        </w:rPr>
        <w:t xml:space="preserve">[44:57] </w:t>
      </w:r>
      <w:r>
        <w:t>aap jante hain, ek insan history hi ke term mein sochta hai.</w:t>
      </w:r>
    </w:p>
    <w:p>
      <w:pPr>
        <w:jc w:val="right"/>
      </w:pPr>
      <w:r>
        <w:t>آپ جانتے ہیں، ایک انسان ہسٹری ہی کے ٹرم میں سوچتا ہے۔</w:t>
      </w:r>
    </w:p>
    <w:p>
      <w:r>
        <w:rPr>
          <w:b/>
        </w:rPr>
        <w:t xml:space="preserve">[45:04] </w:t>
      </w:r>
      <w:r>
        <w:t>insani baaton ko, society ke baaton ko</w:t>
      </w:r>
    </w:p>
    <w:p>
      <w:pPr>
        <w:jc w:val="right"/>
      </w:pPr>
      <w:r>
        <w:t>انسانی باتوں کو، سوسائٹی کے باتوں کو</w:t>
      </w:r>
    </w:p>
    <w:p>
      <w:r>
        <w:rPr>
          <w:b/>
        </w:rPr>
        <w:t xml:space="preserve">[45:10] </w:t>
      </w:r>
      <w:r>
        <w:t>history ke term mein sochta hai.</w:t>
      </w:r>
    </w:p>
    <w:p>
      <w:pPr>
        <w:jc w:val="right"/>
      </w:pPr>
      <w:r>
        <w:t>ہسٹری کے ٹرم میں سوچتا ہے۔</w:t>
      </w:r>
    </w:p>
    <w:p>
      <w:r>
        <w:rPr>
          <w:b/>
        </w:rPr>
        <w:t xml:space="preserve">[45:14] </w:t>
      </w:r>
      <w:r>
        <w:t>novel aur story aur mythology ke term mein nahi sochta insan.</w:t>
      </w:r>
    </w:p>
    <w:p>
      <w:pPr>
        <w:jc w:val="right"/>
      </w:pPr>
      <w:r>
        <w:t>ناول اور سٹوری اور مائتھالوجی کے ٹرم میں نہیں سوچتا انسان۔</w:t>
      </w:r>
    </w:p>
    <w:p>
      <w:r>
        <w:rPr>
          <w:b/>
        </w:rPr>
        <w:t xml:space="preserve">[45:19] </w:t>
      </w:r>
      <w:r>
        <w:t>woh toh uski hesiyat doosri hai.</w:t>
      </w:r>
    </w:p>
    <w:p>
      <w:pPr>
        <w:jc w:val="right"/>
      </w:pPr>
      <w:r>
        <w:t>وہ تو اس کی حیثیت دوسری ہے۔</w:t>
      </w:r>
    </w:p>
    <w:p>
      <w:r>
        <w:rPr>
          <w:b/>
        </w:rPr>
        <w:t xml:space="preserve">[45:23] </w:t>
      </w:r>
      <w:r>
        <w:t>yaani koi cheez novel ka character ho, koi cheez mythology ki kahani ho, toh woh ek uski</w:t>
      </w:r>
    </w:p>
    <w:p>
      <w:pPr>
        <w:jc w:val="right"/>
      </w:pPr>
      <w:r>
        <w:t>یعنی کوئی چیز ناول کا کریکٹر ہو، کوئی چیز مائتھالوجی کی کہانی ہو، تو وہ ایک اس کی</w:t>
      </w:r>
    </w:p>
    <w:p>
      <w:r>
        <w:rPr>
          <w:b/>
        </w:rPr>
        <w:t xml:space="preserve">[45:28] </w:t>
      </w:r>
      <w:r>
        <w:t>hesiyat doosri hai.</w:t>
      </w:r>
    </w:p>
    <w:p>
      <w:pPr>
        <w:jc w:val="right"/>
      </w:pPr>
      <w:r>
        <w:t>حیثیت دوسری ہے۔</w:t>
      </w:r>
    </w:p>
    <w:p>
      <w:r>
        <w:rPr>
          <w:b/>
        </w:rPr>
        <w:t xml:space="preserve">[45:32] </w:t>
      </w:r>
      <w:r>
        <w:t>uski hesiyat history ki nahi hai.</w:t>
      </w:r>
    </w:p>
    <w:p>
      <w:pPr>
        <w:jc w:val="right"/>
      </w:pPr>
      <w:r>
        <w:t>اس کی حیثیت ہسٹری کی نہیں ہے۔</w:t>
      </w:r>
    </w:p>
    <w:p>
      <w:r>
        <w:rPr>
          <w:b/>
        </w:rPr>
        <w:t xml:space="preserve">[45:36] </w:t>
      </w:r>
      <w:r>
        <w:t>toh Islam ne mazhab ko</w:t>
      </w:r>
    </w:p>
    <w:p>
      <w:pPr>
        <w:jc w:val="right"/>
      </w:pPr>
      <w:r>
        <w:t>تو اسلام نے مذہب کو</w:t>
      </w:r>
    </w:p>
    <w:p>
      <w:r>
        <w:rPr>
          <w:b/>
        </w:rPr>
        <w:t xml:space="preserve">[45:41] </w:t>
      </w:r>
      <w:r>
        <w:t>history ki hesiyat de di.</w:t>
      </w:r>
    </w:p>
    <w:p>
      <w:pPr>
        <w:jc w:val="right"/>
      </w:pPr>
      <w:r>
        <w:t>ہسٹری کی حیثیت دے دی۔</w:t>
      </w:r>
    </w:p>
    <w:p>
      <w:r>
        <w:rPr>
          <w:b/>
        </w:rPr>
        <w:t xml:space="preserve">[45:47] </w:t>
      </w:r>
      <w:r>
        <w:t>teesri cheez aap dekhiye ke laqad kaana lakum fi rasool Allahi hasana.</w:t>
      </w:r>
    </w:p>
    <w:p>
      <w:pPr>
        <w:jc w:val="right"/>
      </w:pPr>
      <w:r>
        <w:t>تیسری چیز آپ دیکھیے کہ لقد کان لکم فی رسول اللہ حسن۔</w:t>
      </w:r>
    </w:p>
    <w:p>
      <w:r>
        <w:rPr>
          <w:b/>
        </w:rPr>
        <w:t xml:space="preserve">[45:54] </w:t>
      </w:r>
      <w:r>
        <w:t>yaani ek poora record aap ki zindagi ka, woh bhi mehfooz kar diya gaya taake hamesha insaan ke</w:t>
      </w:r>
    </w:p>
    <w:p>
      <w:pPr>
        <w:jc w:val="right"/>
      </w:pPr>
      <w:r>
        <w:t>یعنی ایک پورا ریکارڈ آپ کی زندگی کا، وہ بھی محفوظ کر دیا گیا تاکہ ہمیشہ انسان کے</w:t>
      </w:r>
    </w:p>
    <w:p>
      <w:r>
        <w:rPr>
          <w:b/>
        </w:rPr>
        <w:t xml:space="preserve">[46:00] </w:t>
      </w:r>
      <w:r>
        <w:t>liye ek model rahe.</w:t>
      </w:r>
    </w:p>
    <w:p>
      <w:pPr>
        <w:jc w:val="right"/>
      </w:pPr>
      <w:r>
        <w:t>لیے ایک ماڈل رہے۔</w:t>
      </w:r>
    </w:p>
    <w:p>
      <w:r>
        <w:rPr>
          <w:b/>
        </w:rPr>
        <w:t xml:space="preserve">[46:07] </w:t>
      </w:r>
      <w:r>
        <w:t>model ke aap jab kin halaat mein kis tarah aap ne divine guidance ke mutabiq</w:t>
      </w:r>
    </w:p>
    <w:p>
      <w:pPr>
        <w:jc w:val="right"/>
      </w:pPr>
      <w:r>
        <w:t>ماڈل کہ آپ جب کن حالات میں کس طرح آپ نے ڈیوائن گائیڈنس کے مطابق</w:t>
      </w:r>
    </w:p>
    <w:p>
      <w:r>
        <w:rPr>
          <w:b/>
        </w:rPr>
        <w:t xml:space="preserve">[46:13] </w:t>
      </w:r>
      <w:r>
        <w:t>kaam kiya.</w:t>
      </w:r>
    </w:p>
    <w:p>
      <w:pPr>
        <w:jc w:val="right"/>
      </w:pPr>
      <w:r>
        <w:t>کام کیا۔</w:t>
      </w:r>
    </w:p>
    <w:p>
      <w:r>
        <w:rPr>
          <w:b/>
        </w:rPr>
        <w:t xml:space="preserve">[46:18] </w:t>
      </w:r>
      <w:r>
        <w:t>yaani different situation mein divine guidance ke mutabiq kaise raha jaye.</w:t>
      </w:r>
    </w:p>
    <w:p>
      <w:pPr>
        <w:jc w:val="right"/>
      </w:pPr>
      <w:r>
        <w:t>یعنی ڈفرنٹ سچویشن میں ڈیوائن گائیڈنس کے مطابق کیسے رہا جائے۔</w:t>
      </w:r>
    </w:p>
    <w:p>
      <w:r>
        <w:rPr>
          <w:b/>
        </w:rPr>
        <w:t xml:space="preserve">[46:23] </w:t>
      </w:r>
      <w:r>
        <w:t>iska ek model, iska ek namoona yeh aap ne diya.</w:t>
      </w:r>
    </w:p>
    <w:p>
      <w:pPr>
        <w:jc w:val="right"/>
      </w:pPr>
      <w:r>
        <w:t>اس کا ایک ماڈل، اس کا ایک نمونہ یہ آپ نے دیا۔</w:t>
      </w:r>
    </w:p>
    <w:p>
      <w:r>
        <w:rPr>
          <w:b/>
        </w:rPr>
        <w:t xml:space="preserve">[46:28] </w:t>
      </w:r>
      <w:r>
        <w:t>phir aap dekhiye ke aap ke companion the, bohat kaafi.</w:t>
      </w:r>
    </w:p>
    <w:p>
      <w:pPr>
        <w:jc w:val="right"/>
      </w:pPr>
      <w:r>
        <w:t>پھر آپ دیکھیے کہ آپ کے کمپینین تھے، بہت کافی۔</w:t>
      </w:r>
    </w:p>
    <w:p>
      <w:r>
        <w:rPr>
          <w:b/>
        </w:rPr>
        <w:t xml:space="preserve">[46:34] </w:t>
      </w:r>
      <w:r>
        <w:t>yeh 200 tha se bhi zyada.</w:t>
      </w:r>
    </w:p>
    <w:p>
      <w:pPr>
        <w:jc w:val="right"/>
      </w:pPr>
      <w:r>
        <w:t>یہ 200 تھا سے بھی زیادہ۔</w:t>
      </w:r>
    </w:p>
    <w:p>
      <w:r>
        <w:rPr>
          <w:b/>
        </w:rPr>
        <w:t xml:space="preserve">[46:39] </w:t>
      </w:r>
      <w:r>
        <w:t>jab aap ki death hui hai toh</w:t>
      </w:r>
    </w:p>
    <w:p>
      <w:pPr>
        <w:jc w:val="right"/>
      </w:pPr>
      <w:r>
        <w:t>جب آپ کی ڈیتھ ہوئی ہے تو</w:t>
      </w:r>
    </w:p>
    <w:p>
      <w:r>
        <w:rPr>
          <w:b/>
        </w:rPr>
        <w:t xml:space="preserve">[46:44] </w:t>
      </w:r>
      <w:r>
        <w:t>poora is Arabia Islamize ho chuka tha. to aap pehli baar kisi prophet ne is itni bari tadad chhodi. to is ke baad yeh kya hua? yeh bohat saada baat nahi hai. yeh yeh bohat bari baat hai. yani prophet aur humanity ke beech mein gap nahi pada. historical gap nahi pada. kyun</w:t>
      </w:r>
    </w:p>
    <w:p>
      <w:pPr>
        <w:jc w:val="right"/>
      </w:pPr>
      <w:r>
        <w:t>پورا اس عربیہ اسلامائز ہو چکا تھا۔ تو آپ پہلی بار کسی پرافٹ نے اس اتنی بڑی تعداد چھوڑی۔ تو اس کے بعد یہ کیا ہوا؟ یہ بہت سادہ بات نہیں ہے۔ یہ یہ بہت بڑی بات ہے۔ یعنی پرافٹ اور ہیومینٹی کے بیچ میں گیپ نہیں پڑا۔ ہسٹوریکل گیپ نہیں پڑا۔ کیوں</w:t>
      </w:r>
    </w:p>
    <w:p>
      <w:r>
        <w:rPr>
          <w:b/>
        </w:rPr>
        <w:t xml:space="preserve">[47:14] </w:t>
      </w:r>
      <w:r>
        <w:t>kyunke aur dekhiye, doosre jo prophet the, unke followers nahi the.</w:t>
      </w:r>
    </w:p>
    <w:p>
      <w:pPr>
        <w:jc w:val="right"/>
      </w:pPr>
      <w:r>
        <w:t>؟ کیونکہ اور دیکھیں، دوسرے جو پرافٹ تھے، ان کے فالوورز نہیں تھے۔</w:t>
      </w:r>
    </w:p>
    <w:p>
      <w:r>
        <w:rPr>
          <w:b/>
        </w:rPr>
        <w:t xml:space="preserve">[47:17] </w:t>
      </w:r>
      <w:r>
        <w:t>toh generation nahi chali.</w:t>
      </w:r>
    </w:p>
    <w:p>
      <w:pPr>
        <w:jc w:val="right"/>
      </w:pPr>
      <w:r>
        <w:t>تو جنریشن نہیں چلی۔</w:t>
      </w:r>
    </w:p>
    <w:p>
      <w:r>
        <w:rPr>
          <w:b/>
        </w:rPr>
        <w:t xml:space="preserve">[47:21] </w:t>
      </w:r>
      <w:r>
        <w:t>baad ko kahin discovery hui.</w:t>
      </w:r>
    </w:p>
    <w:p>
      <w:pPr>
        <w:jc w:val="right"/>
      </w:pPr>
      <w:r>
        <w:t>بعد کو کہیں ڈسکوری ہوئی۔</w:t>
      </w:r>
    </w:p>
    <w:p>
      <w:r>
        <w:rPr>
          <w:b/>
        </w:rPr>
        <w:t xml:space="preserve">[47:24] </w:t>
      </w:r>
      <w:r>
        <w:t>logon ne kuch jaana toh unhone isko zinda kiya.</w:t>
      </w:r>
    </w:p>
    <w:p>
      <w:pPr>
        <w:jc w:val="right"/>
      </w:pPr>
      <w:r>
        <w:t>لوگوں نے کچھ جانا تو انہوں نے اس کو زندہ کیا۔</w:t>
      </w:r>
    </w:p>
    <w:p>
      <w:r>
        <w:rPr>
          <w:b/>
        </w:rPr>
        <w:t xml:space="preserve">[47:28] </w:t>
      </w:r>
      <w:r>
        <w:t>jaise Hazrat Masih ke maamle mein, Hazrat Ibrahim ke maamle mein.</w:t>
      </w:r>
    </w:p>
    <w:p>
      <w:pPr>
        <w:jc w:val="right"/>
      </w:pPr>
      <w:r>
        <w:t>جیسے حضرت مسیح کے معاملے میں، حضرت ابراہیم کے معاملے میں۔</w:t>
      </w:r>
    </w:p>
    <w:p>
      <w:r>
        <w:rPr>
          <w:b/>
        </w:rPr>
        <w:t xml:space="preserve">[47:31] </w:t>
      </w:r>
      <w:r>
        <w:t>toh prophet aur humanity ke darmiyan koi gap nahi hai.</w:t>
      </w:r>
    </w:p>
    <w:p>
      <w:pPr>
        <w:jc w:val="right"/>
      </w:pPr>
      <w:r>
        <w:t>تو پرافٹ اور ہیومینٹی کے درمیان کوئی گیپ نہیں ہے۔</w:t>
      </w:r>
    </w:p>
    <w:p>
      <w:r>
        <w:rPr>
          <w:b/>
        </w:rPr>
        <w:t xml:space="preserve">[47:34] </w:t>
      </w:r>
      <w:r>
        <w:t>historical gap nahi hai.</w:t>
      </w:r>
    </w:p>
    <w:p>
      <w:pPr>
        <w:jc w:val="right"/>
      </w:pPr>
      <w:r>
        <w:t>ہسٹوریکل گیپ نہیں ہے۔</w:t>
      </w:r>
    </w:p>
    <w:p>
      <w:r>
        <w:rPr>
          <w:b/>
        </w:rPr>
        <w:t xml:space="preserve">[47:38] </w:t>
      </w:r>
      <w:r>
        <w:t>aik continuity hai.</w:t>
      </w:r>
    </w:p>
    <w:p>
      <w:pPr>
        <w:jc w:val="right"/>
      </w:pPr>
      <w:r>
        <w:t>ایک کنٹینیوٹی ہے۔</w:t>
      </w:r>
    </w:p>
    <w:p>
      <w:r>
        <w:rPr>
          <w:b/>
        </w:rPr>
        <w:t xml:space="preserve">[47:41] </w:t>
      </w:r>
      <w:r>
        <w:t>yani Muhammad sallay Allah alayh wasallam se</w:t>
      </w:r>
    </w:p>
    <w:p>
      <w:pPr>
        <w:jc w:val="right"/>
      </w:pPr>
      <w:r>
        <w:t>یعنی محمد صلی اللہ علیہ وسلم سے</w:t>
      </w:r>
    </w:p>
    <w:p>
      <w:r>
        <w:rPr>
          <w:b/>
        </w:rPr>
        <w:t xml:space="preserve">[47:45] </w:t>
      </w:r>
      <w:r>
        <w:t>deen ko paya Sahaba ne. Sahaba se deen ko paya Tabi'een ne. Tabi'een se deen ko paya Taba Tabi'een ne. is tarah generation after generation woh chalta raha. koi gap nahi pada. doosray jo prophets hain, un ke haan chounkay aisa aise aise aise group nahi bana mannay walon ka, to wahan gap par gaya. gap</w:t>
      </w:r>
    </w:p>
    <w:p>
      <w:pPr>
        <w:jc w:val="right"/>
      </w:pPr>
      <w:r>
        <w:t>دین کو پایا صحابہ نے۔ صحابہ سے دین کو پایا تابعین نے۔ تابعین سے دین کو پایا تبع تابعین نے۔ اس طرح جنریشن آفٹر جنریشن وہ چلتا رہا۔ کوئی گیپ نہیں پڑا۔ دوسرے جو پرافٹس ہیں، ان کے ہاں چونکہ ایسا ایسے ایسے ایسے گروپ نہیں بنا ماننے والوں کا، تو وہاں گیپ پڑ گیا۔ گی</w:t>
      </w:r>
    </w:p>
    <w:p>
      <w:r>
        <w:rPr>
          <w:b/>
        </w:rPr>
        <w:t xml:space="preserve">[48:15] </w:t>
      </w:r>
      <w:r>
        <w:t>parh gaya.</w:t>
      </w:r>
    </w:p>
    <w:p>
      <w:pPr>
        <w:jc w:val="right"/>
      </w:pPr>
      <w:r>
        <w:t>پ پڑ گیا۔</w:t>
      </w:r>
    </w:p>
    <w:p>
      <w:r>
        <w:rPr>
          <w:b/>
        </w:rPr>
        <w:t xml:space="preserve">[48:20] </w:t>
      </w:r>
      <w:r>
        <w:t>to yeh kitni bari blessing hai Khuda ki.</w:t>
      </w:r>
    </w:p>
    <w:p>
      <w:pPr>
        <w:jc w:val="right"/>
      </w:pPr>
      <w:r>
        <w:t>تو یہ کتنی بڑی بلیسنگ ہے خدا کی۔</w:t>
      </w:r>
    </w:p>
    <w:p>
      <w:r>
        <w:rPr>
          <w:b/>
        </w:rPr>
        <w:t xml:space="preserve">[48:25] </w:t>
      </w:r>
      <w:r>
        <w:t>kitni bari blessing hai Khuda ki.</w:t>
      </w:r>
    </w:p>
    <w:p>
      <w:pPr>
        <w:jc w:val="right"/>
      </w:pPr>
      <w:r>
        <w:t>کتنی بڑی بلیسنگ ہے خدا کی۔</w:t>
      </w:r>
    </w:p>
    <w:p>
      <w:r>
        <w:rPr>
          <w:b/>
        </w:rPr>
        <w:t xml:space="preserve">[48:31] </w:t>
      </w:r>
      <w:r>
        <w:t>phir dekhiye, yeh jo Sahaba thay, yani jis waqt aap ne Hajjatul Wida kiya hai, us waqt aik</w:t>
      </w:r>
    </w:p>
    <w:p>
      <w:pPr>
        <w:jc w:val="right"/>
      </w:pPr>
      <w:r>
        <w:t>پھر دیکھیے، یہ جو صحابہ تھے، یعنی جس وقت آپ نے حجۃ الوداع کیا ہے، اس وقت ایک</w:t>
      </w:r>
    </w:p>
    <w:p>
      <w:r>
        <w:rPr>
          <w:b/>
        </w:rPr>
        <w:t xml:space="preserve">[48:36] </w:t>
      </w:r>
      <w:r>
        <w:t>lakh 24 hazar Sahaba maujood thay wahan par maidan e Arafat mein.</w:t>
      </w:r>
    </w:p>
    <w:p>
      <w:pPr>
        <w:jc w:val="right"/>
      </w:pPr>
      <w:r>
        <w:t>لاکھ 24 ہزار صحابہ موجود تھے وہاں پر میدان عرفات میں۔</w:t>
      </w:r>
    </w:p>
    <w:p>
      <w:r>
        <w:rPr>
          <w:b/>
        </w:rPr>
        <w:t xml:space="preserve">[48:41] </w:t>
      </w:r>
      <w:r>
        <w:t>woh aap ko dekh rahe thay, aap ko sun rahe thay.</w:t>
      </w:r>
    </w:p>
    <w:p>
      <w:pPr>
        <w:jc w:val="right"/>
      </w:pPr>
      <w:r>
        <w:t>وہ آپ کو دیکھ رہے تھے، آپ کو سن رہے تھے۔</w:t>
      </w:r>
    </w:p>
    <w:p>
      <w:r>
        <w:rPr>
          <w:b/>
        </w:rPr>
        <w:t xml:space="preserve">[48:47] </w:t>
      </w:r>
      <w:r>
        <w:t>us waqt Rasool Allah ne sab ko address kiya aur kaha ke kya tum witness bante ho ke</w:t>
      </w:r>
    </w:p>
    <w:p>
      <w:pPr>
        <w:jc w:val="right"/>
      </w:pPr>
      <w:r>
        <w:t>اس وقت رسول اللہ نے سب کو ایڈریس کیا اور کہا کہ کیا تم وٹنس بنتے ہو کہ</w:t>
      </w:r>
    </w:p>
    <w:p>
      <w:r>
        <w:rPr>
          <w:b/>
        </w:rPr>
        <w:t xml:space="preserve">[48:53] </w:t>
      </w:r>
      <w:r>
        <w:t>tum ne mujh se suna, tum ne mujh ko dekha, meri baat ko tum doosron ko pohnchaoge?</w:t>
      </w:r>
    </w:p>
    <w:p>
      <w:pPr>
        <w:jc w:val="right"/>
      </w:pPr>
      <w:r>
        <w:t>تم نے مجھ سے سنا، تم نے مجھ کو دیکھا، میری بات کو تم دوسروں کو پہنچاؤ گے؟</w:t>
      </w:r>
    </w:p>
    <w:p>
      <w:r>
        <w:rPr>
          <w:b/>
        </w:rPr>
        <w:t xml:space="preserve">[49:00] </w:t>
      </w:r>
      <w:r>
        <w:t>sab ne kaha ke haan, hum witness bante hain.</w:t>
      </w:r>
    </w:p>
    <w:p>
      <w:pPr>
        <w:jc w:val="right"/>
      </w:pPr>
      <w:r>
        <w:t>سب نے کہا کہ ہاں، ہم وٹنس بنتے ہیں۔</w:t>
      </w:r>
    </w:p>
    <w:p>
      <w:r>
        <w:rPr>
          <w:b/>
        </w:rPr>
        <w:t xml:space="preserve">[49:07] </w:t>
      </w:r>
      <w:r>
        <w:t>itni bari tadad jis waqt peghambar dunya ko chhor raha ho, dunya se ja raha ho, us waqt</w:t>
      </w:r>
    </w:p>
    <w:p>
      <w:pPr>
        <w:jc w:val="right"/>
      </w:pPr>
      <w:r>
        <w:t>اتنی بڑی تعداد جس وقت پیغمبر دنیا کو چھوڑ رہا ہو، دنیا سے جا رہا ہو، اس وقت</w:t>
      </w:r>
    </w:p>
    <w:p>
      <w:r>
        <w:rPr>
          <w:b/>
        </w:rPr>
        <w:t xml:space="preserve">[49:14] </w:t>
      </w:r>
      <w:r>
        <w:t>itni bari log, itni bari number ke aik lakh 24 hazar witness ban ban rahe hain.</w:t>
      </w:r>
    </w:p>
    <w:p>
      <w:pPr>
        <w:jc w:val="right"/>
      </w:pPr>
      <w:r>
        <w:t>اتنی بڑی لوگ، اتنی بڑی نمبر کہ ایک لاکھ 24 ہزار وٹنس بن بن رہے ہوں۔</w:t>
      </w:r>
    </w:p>
    <w:p>
      <w:r>
        <w:rPr>
          <w:b/>
        </w:rPr>
        <w:t xml:space="preserve">[49:21] </w:t>
      </w:r>
      <w:r>
        <w:t>to yeh log jo hain, rasool Allah ne in se kaha ke tum log phail jao zameen mein. to kya hua? hijjat al-wida ke baad woh log, yaani jo mulk thay is paas, wahan phail gaye. woh isi liye aap agar jayen wahan par hajj mein ya umrah mein to aap payenge ke makkah madinah mein rasool Allah ke ashaab ki qabrein bohat hi kam hain. bohat kam</w:t>
      </w:r>
    </w:p>
    <w:p>
      <w:pPr>
        <w:jc w:val="right"/>
      </w:pPr>
      <w:r>
        <w:t>تو یہ لوگ جو ہیں، رسول اللہ نے ان سے کہا کہ تم لوگ پھیل جاؤ زمین میں۔ تو کیا ہوا؟ حجۃ الوداع کے بعد وہ لوگ، یعنی جو ملک تھے اس پاس، وہاں پھیل گئے۔ وہ اسی لیے آپ اگر جائیں وہاں پر حج میں یا عمرہ میں تو آپ پائیں گے کہ مکہ مدینہ میں رسول اللہ کے اصحاب کی قبریں بہت ہی کم ہیں۔ بہت کم</w:t>
      </w:r>
    </w:p>
    <w:p>
      <w:r>
        <w:rPr>
          <w:b/>
        </w:rPr>
        <w:t xml:space="preserve">[49:51] </w:t>
      </w:r>
      <w:r>
        <w:t>—</w:t>
      </w:r>
    </w:p>
    <w:p>
      <w:pPr>
        <w:jc w:val="right"/>
      </w:pPr>
      <w:r>
        <w:t>۔</w:t>
      </w:r>
    </w:p>
    <w:p>
      <w:r>
        <w:rPr>
          <w:b/>
        </w:rPr>
        <w:t xml:space="preserve">[49:54] </w:t>
      </w:r>
      <w:r>
        <w:t>kyun? is liye ke woh log chalay gaye doosre doosre countries mein.</w:t>
      </w:r>
    </w:p>
    <w:p>
      <w:pPr>
        <w:jc w:val="right"/>
      </w:pPr>
      <w:r>
        <w:t>کیوں؟ اس لیے کہ وہ لوگ چلے گئے دوسرے دوسرے کنٹریز میں۔</w:t>
      </w:r>
    </w:p>
    <w:p>
      <w:r>
        <w:rPr>
          <w:b/>
        </w:rPr>
        <w:t xml:space="preserve">[49:58] </w:t>
      </w:r>
      <w:r>
        <w:t>wahan par unhon ne kaam kiya, wahan par un ki qabrein banin.</w:t>
      </w:r>
    </w:p>
    <w:p>
      <w:pPr>
        <w:jc w:val="right"/>
      </w:pPr>
      <w:r>
        <w:t>وہاں پر انہوں نے کام کیا، وہاں پر ان کی قبریں بنیں۔</w:t>
      </w:r>
    </w:p>
    <w:p>
      <w:r>
        <w:rPr>
          <w:b/>
        </w:rPr>
        <w:t xml:space="preserve">[50:02] </w:t>
      </w:r>
      <w:r>
        <w:t>to aik Nabi jis waqt dunya se jaye, us waqt itni bari tadad mein log tayyar hon us</w:t>
      </w:r>
    </w:p>
    <w:p>
      <w:pPr>
        <w:jc w:val="right"/>
      </w:pPr>
      <w:r>
        <w:t>تو ایک نبی جس وقت دنیا سے جائے، اس وقت اتنی بڑی تعداد میں لوگ تیار ہوں اس</w:t>
      </w:r>
    </w:p>
    <w:p>
      <w:r>
        <w:rPr>
          <w:b/>
        </w:rPr>
        <w:t xml:space="preserve">[50:06] </w:t>
      </w:r>
      <w:r>
        <w:t>ke mission ko phailane ke liye.</w:t>
      </w:r>
    </w:p>
    <w:p>
      <w:pPr>
        <w:jc w:val="right"/>
      </w:pPr>
      <w:r>
        <w:t>کے مشن کو پھیلانے کے لیے۔</w:t>
      </w:r>
    </w:p>
    <w:p>
      <w:r>
        <w:rPr>
          <w:b/>
        </w:rPr>
        <w:t xml:space="preserve">[50:10] </w:t>
      </w:r>
      <w:r>
        <w:t>yeh history mein kabhi aisa nahi hua.</w:t>
      </w:r>
    </w:p>
    <w:p>
      <w:pPr>
        <w:jc w:val="right"/>
      </w:pPr>
      <w:r>
        <w:t>یہ ہسٹری میں کبھی ایسا نہیں ہوا۔</w:t>
      </w:r>
    </w:p>
    <w:p>
      <w:r>
        <w:rPr>
          <w:b/>
        </w:rPr>
        <w:t xml:space="preserve">[50:14] </w:t>
      </w:r>
      <w:r>
        <w:t>yeh pehli baar Rasool Allah ke sath aisa hua.</w:t>
      </w:r>
    </w:p>
    <w:p>
      <w:pPr>
        <w:jc w:val="right"/>
      </w:pPr>
      <w:r>
        <w:t>یہ پہلی بار رسول اللہ کے ساتھ ایسا ہوا۔</w:t>
      </w:r>
    </w:p>
    <w:p>
      <w:r>
        <w:rPr>
          <w:b/>
        </w:rPr>
        <w:t xml:space="preserve">[50:18] </w:t>
      </w:r>
      <w:r>
        <w:t>yeh Khuda ki kitni bari blessing thi.</w:t>
      </w:r>
    </w:p>
    <w:p>
      <w:pPr>
        <w:jc w:val="right"/>
      </w:pPr>
      <w:r>
        <w:t>یہ خدا کی کتنی بڑی بلیسنگ تھی۔</w:t>
      </w:r>
    </w:p>
    <w:p>
      <w:r>
        <w:rPr>
          <w:b/>
        </w:rPr>
        <w:t xml:space="preserve">[50:22] </w:t>
      </w:r>
      <w:r>
        <w:t>chunaanche woh phail gaye aur har country mein, har mulk mein unhon ne Rasool Allah ke paigham ko pohanchaya.</w:t>
      </w:r>
    </w:p>
    <w:p>
      <w:pPr>
        <w:jc w:val="right"/>
      </w:pPr>
      <w:r>
        <w:t>چنانچہ وہ پھیل گئے اور ہر کنٹری میں، ہر ملک میں انہوں نے رسول اللہ کے پیغام کو پہنچایا۔</w:t>
      </w:r>
    </w:p>
    <w:p>
      <w:r>
        <w:rPr>
          <w:b/>
        </w:rPr>
        <w:t xml:space="preserve">[50:28] </w:t>
      </w:r>
      <w:r>
        <w:t>isi mein woh lage rahe yahan tak ke isi mein un ki wafat ho gayi.</w:t>
      </w:r>
    </w:p>
    <w:p>
      <w:pPr>
        <w:jc w:val="right"/>
      </w:pPr>
      <w:r>
        <w:t>اسی میں وہ لگے رہے یہاں تک کہ اسی میں ان کی وفات ہو گئی۔</w:t>
      </w:r>
    </w:p>
    <w:p>
      <w:r>
        <w:rPr>
          <w:b/>
        </w:rPr>
        <w:t xml:space="preserve">[50:34] </w:t>
      </w:r>
      <w:r>
        <w:t>to historical continuity jo hai, woh sirf Rasool Allah ke haan hai.</w:t>
      </w:r>
    </w:p>
    <w:p>
      <w:pPr>
        <w:jc w:val="right"/>
      </w:pPr>
      <w:r>
        <w:t>تو ہسٹوریکل کنٹینیوٹی جو ہے، وہ صرف رسول اللہ کے ہاں ہے۔</w:t>
      </w:r>
    </w:p>
    <w:p>
      <w:r>
        <w:rPr>
          <w:b/>
        </w:rPr>
        <w:t xml:space="preserve">[50:40] </w:t>
      </w:r>
      <w:r>
        <w:t>kitni bari cheez hai.</w:t>
      </w:r>
    </w:p>
    <w:p>
      <w:pPr>
        <w:jc w:val="right"/>
      </w:pPr>
      <w:r>
        <w:t>کتنی بڑی چیز ہے۔</w:t>
      </w:r>
    </w:p>
    <w:p>
      <w:r>
        <w:rPr>
          <w:b/>
        </w:rPr>
        <w:t xml:space="preserve">[50:46] </w:t>
      </w:r>
      <w:r>
        <w:t>yani kahin break in history nahi hai aap ke mission mein.</w:t>
      </w:r>
    </w:p>
    <w:p>
      <w:pPr>
        <w:jc w:val="right"/>
      </w:pPr>
      <w:r>
        <w:t>یعنی کہیں بریک ان ہسٹری نہیں ہے آپ کے مشن میں۔</w:t>
      </w:r>
    </w:p>
    <w:p>
      <w:r>
        <w:rPr>
          <w:b/>
        </w:rPr>
        <w:t xml:space="preserve">[50:53] </w:t>
      </w:r>
      <w:r>
        <w:t>kisi bhi prophet ki life ko parhiye aap to wahan par bar bar break in history ka dekhen</w:t>
      </w:r>
    </w:p>
    <w:p>
      <w:pPr>
        <w:jc w:val="right"/>
      </w:pPr>
      <w:r>
        <w:t>کسی بھی پرافٹ کی لائف کو پڑھیے آپ تو وہاں پر بار بار بریک ان ہسٹری کا دیکھیں</w:t>
      </w:r>
    </w:p>
    <w:p>
      <w:r>
        <w:rPr>
          <w:b/>
        </w:rPr>
        <w:t xml:space="preserve">[50:58] </w:t>
      </w:r>
      <w:r>
        <w:t>ge aap mamla.</w:t>
      </w:r>
    </w:p>
    <w:p>
      <w:pPr>
        <w:jc w:val="right"/>
      </w:pPr>
      <w:r>
        <w:t>گے آپ معاملہ۔</w:t>
      </w:r>
    </w:p>
    <w:p>
      <w:r>
        <w:rPr>
          <w:b/>
        </w:rPr>
        <w:t xml:space="preserve">[51:03] </w:t>
      </w:r>
      <w:r>
        <w:t>lekin prophet of islam ke haan break in history hai nahi.</w:t>
      </w:r>
    </w:p>
    <w:p>
      <w:pPr>
        <w:jc w:val="right"/>
      </w:pPr>
      <w:r>
        <w:t>لیکن پرافٹ آف اسلام کے ہاں بریک ان ہسٹری ہے نہیں۔</w:t>
      </w:r>
    </w:p>
    <w:p>
      <w:r>
        <w:rPr>
          <w:b/>
        </w:rPr>
        <w:t xml:space="preserve">[51:08] </w:t>
      </w:r>
      <w:r>
        <w:t>continuity hai, continuity hai, continuity hai.</w:t>
      </w:r>
    </w:p>
    <w:p>
      <w:pPr>
        <w:jc w:val="right"/>
      </w:pPr>
      <w:r>
        <w:t>کنٹینیوٹی ہے، کنٹینیوٹی ہے، کنٹینیوٹی ہے۔</w:t>
      </w:r>
    </w:p>
    <w:p>
      <w:r>
        <w:rPr>
          <w:b/>
        </w:rPr>
        <w:t xml:space="preserve">[51:13] </w:t>
      </w:r>
      <w:r>
        <w:t>aur yeh chaudah sau saal se chali ja rahi hai.</w:t>
      </w:r>
    </w:p>
    <w:p>
      <w:pPr>
        <w:jc w:val="right"/>
      </w:pPr>
      <w:r>
        <w:t>اور یہ چودہ سو سال سے چلی جا رہی ہے۔</w:t>
      </w:r>
    </w:p>
    <w:p>
      <w:r>
        <w:rPr>
          <w:b/>
        </w:rPr>
        <w:t xml:space="preserve">[51:18] </w:t>
      </w:r>
      <w:r>
        <w:t>yani Muhammad sallallahu alaihi wasallam ki zindagi mein kafi log paida ho chuke thay jo aap ke mission</w:t>
      </w:r>
    </w:p>
    <w:p>
      <w:pPr>
        <w:jc w:val="right"/>
      </w:pPr>
      <w:r>
        <w:t>یعنی محمد صلی اللہ علیہ وسلم کی زندگی میں کافی لوگ پیدا ہو چکے تھے جو آپ کے مشن</w:t>
      </w:r>
    </w:p>
    <w:p>
      <w:r>
        <w:rPr>
          <w:b/>
        </w:rPr>
        <w:t xml:space="preserve">[51:23] </w:t>
      </w:r>
      <w:r>
        <w:t>ko aage barhaen.</w:t>
      </w:r>
    </w:p>
    <w:p>
      <w:pPr>
        <w:jc w:val="right"/>
      </w:pPr>
      <w:r>
        <w:t>کو آگے بڑھائیں۔</w:t>
      </w:r>
    </w:p>
    <w:p>
      <w:r>
        <w:rPr>
          <w:b/>
        </w:rPr>
        <w:t xml:space="preserve">[51:27] </w:t>
      </w:r>
      <w:r>
        <w:t>phir un ke baad paida ho gaye bohat se log jo aage barhaen.</w:t>
      </w:r>
    </w:p>
    <w:p>
      <w:pPr>
        <w:jc w:val="right"/>
      </w:pPr>
      <w:r>
        <w:t>پھر ان کے بعد پیدا ہوگئے بہت سے لوگ جو آگے بڑھائیں۔</w:t>
      </w:r>
    </w:p>
    <w:p>
      <w:r>
        <w:rPr>
          <w:b/>
        </w:rPr>
        <w:t xml:space="preserve">[51:31] </w:t>
      </w:r>
      <w:r>
        <w:t>phir paida hue, phir paida hue, phir paida hue.</w:t>
      </w:r>
    </w:p>
    <w:p>
      <w:pPr>
        <w:jc w:val="right"/>
      </w:pPr>
      <w:r>
        <w:t>پھر پیدا ہوئے، پھر پیدا ہوئے، پھر پیدا ہوئے۔</w:t>
      </w:r>
    </w:p>
    <w:p>
      <w:r>
        <w:rPr>
          <w:b/>
        </w:rPr>
        <w:t xml:space="preserve">[51:36] </w:t>
      </w:r>
      <w:r>
        <w:t>to generation after generation yeh kaam hota raha.</w:t>
      </w:r>
    </w:p>
    <w:p>
      <w:pPr>
        <w:jc w:val="right"/>
      </w:pPr>
      <w:r>
        <w:t>تو جنریشن آفٹر جنریشن یہ کام ہوتا رہا۔</w:t>
      </w:r>
    </w:p>
    <w:p>
      <w:r>
        <w:rPr>
          <w:b/>
        </w:rPr>
        <w:t xml:space="preserve">[51:40] </w:t>
      </w:r>
      <w:r>
        <w:t>ab yeh kitni bari baat hai.</w:t>
      </w:r>
    </w:p>
    <w:p>
      <w:pPr>
        <w:jc w:val="right"/>
      </w:pPr>
      <w:r>
        <w:t>اب یہ کتنی بڑی بات ہے۔</w:t>
      </w:r>
    </w:p>
    <w:p>
      <w:r>
        <w:rPr>
          <w:b/>
        </w:rPr>
        <w:t xml:space="preserve">[51:44] </w:t>
      </w:r>
      <w:r>
        <w:t>is se kitna conviction aata hai. conviction.</w:t>
      </w:r>
    </w:p>
    <w:p>
      <w:pPr>
        <w:jc w:val="right"/>
      </w:pPr>
      <w:r>
        <w:t>اس سے کتنا کنوکشن آتا ہے۔ کنوکشن۔</w:t>
      </w:r>
    </w:p>
    <w:p>
      <w:r>
        <w:rPr>
          <w:b/>
        </w:rPr>
        <w:t xml:space="preserve">[51:49] </w:t>
      </w:r>
      <w:r>
        <w:t>misal aap dekhiye jab rasool Allah ne makkah ko chora</w:t>
      </w:r>
    </w:p>
    <w:p>
      <w:pPr>
        <w:jc w:val="right"/>
      </w:pPr>
      <w:r>
        <w:t>مثلاً آپ دیکھیے جب رسول اللہ نے مکہ کو چھوڑا</w:t>
      </w:r>
    </w:p>
    <w:p>
      <w:r>
        <w:rPr>
          <w:b/>
        </w:rPr>
        <w:t xml:space="preserve">[51:53] </w:t>
      </w:r>
      <w:r>
        <w:t>aur madinah ja rahe thay to makkah ke log aap ke dushman ban chuke thay. woh chahe thay aap ko qatl karna. to nikle ke pakren aap ko aur aur aur ko aap ko Khuda na khwasta qatl karen. is waqt aap ko pata tha ke yeh log mujh ko marne ke liye nikle hain. to aap ghar e thor tha raaste mein. wahan par aap baith gaye ke yahan par shayad woh nahi aayenge to hum bach jayenge. phir p</w:t>
      </w:r>
    </w:p>
    <w:p>
      <w:pPr>
        <w:jc w:val="right"/>
      </w:pPr>
      <w:r>
        <w:t>اور مدینہ جا رہے تھے تو مکہ کے لوگ آپ کے دشمن بن چکے تھے۔ وہ چاہے تھے آپ کو قتل کرنا۔ تو نکلے کہ پکڑیں آپ کو اور اور اور کو آپ کو خدانخواستہ قتل کریں۔ اس وقت آپ کو پتہ تھا کہ یہ لوگ مجھ کو مارنے کے لیے نکلے ہیں۔ تو آپ غار ثور تھا راستے میں۔ وہاں پر آپ بیٹھ گئے کہ یہاں پر شاید وہ نہیں آئیں گے تو ہم بچ جائیں گے۔ پھر پ</w:t>
      </w:r>
    </w:p>
    <w:p>
      <w:r>
        <w:rPr>
          <w:b/>
        </w:rPr>
        <w:t xml:space="preserve">[52:23] </w:t>
      </w:r>
      <w:r>
        <w:t>har us ke baad jayen ge madinah.</w:t>
      </w:r>
    </w:p>
    <w:p>
      <w:pPr>
        <w:jc w:val="right"/>
      </w:pPr>
      <w:r>
        <w:t>ھر اس کے بعد جائیں گے مدینہ۔</w:t>
      </w:r>
    </w:p>
    <w:p>
      <w:r>
        <w:rPr>
          <w:b/>
        </w:rPr>
        <w:t xml:space="preserve">[52:26] </w:t>
      </w:r>
      <w:r>
        <w:t>woh bhi ulti simt mein tha woh.</w:t>
      </w:r>
    </w:p>
    <w:p>
      <w:pPr>
        <w:jc w:val="right"/>
      </w:pPr>
      <w:r>
        <w:t>وہ بھی الٹی سمت میں تھا وہ۔</w:t>
      </w:r>
    </w:p>
    <w:p>
      <w:r>
        <w:rPr>
          <w:b/>
        </w:rPr>
        <w:t xml:space="preserve">[52:30] </w:t>
      </w:r>
      <w:r>
        <w:t>lekin woh log wahan hi pohanch gaye.</w:t>
      </w:r>
    </w:p>
    <w:p>
      <w:pPr>
        <w:jc w:val="right"/>
      </w:pPr>
      <w:r>
        <w:t>لیکن وہ لوگ وہاں ہی پہنچ گئے۔</w:t>
      </w:r>
    </w:p>
    <w:p>
      <w:r>
        <w:rPr>
          <w:b/>
        </w:rPr>
        <w:t xml:space="preserve">[52:33] </w:t>
      </w:r>
      <w:r>
        <w:t>wahan aap ke sath sirf Hazrat Abu Bakr thay aur aap thay bas do hi aadmi.</w:t>
      </w:r>
    </w:p>
    <w:p>
      <w:pPr>
        <w:jc w:val="right"/>
      </w:pPr>
      <w:r>
        <w:t>وہاں آپ کے ساتھ صرف حضرت ابوبکر تھے اور آپ تھے بس دو ہی آدمی۔</w:t>
      </w:r>
    </w:p>
    <w:p>
      <w:r>
        <w:rPr>
          <w:b/>
        </w:rPr>
        <w:t xml:space="preserve">[52:36] </w:t>
      </w:r>
      <w:r>
        <w:t>na koi talwar thi, na koi hathiyar tha, kuch bhi nahi tha.</w:t>
      </w:r>
    </w:p>
    <w:p>
      <w:pPr>
        <w:jc w:val="right"/>
      </w:pPr>
      <w:r>
        <w:t>نہ کوئی تلوار تھی، نہ کوئی ہتھیار تھا، کچھ بھی نہیں تھا۔</w:t>
      </w:r>
    </w:p>
    <w:p>
      <w:r>
        <w:rPr>
          <w:b/>
        </w:rPr>
        <w:t xml:space="preserve">[52:40] </w:t>
      </w:r>
      <w:r>
        <w:t>ab woh log jo aaye thay woh hathiyar ke sath aaye thay.</w:t>
      </w:r>
    </w:p>
    <w:p>
      <w:pPr>
        <w:jc w:val="right"/>
      </w:pPr>
      <w:r>
        <w:t>اب وہ لوگ جو آئے تھے وہ ہتھیار کے ساتھ آئے تھے۔</w:t>
      </w:r>
    </w:p>
    <w:p>
      <w:r>
        <w:rPr>
          <w:b/>
        </w:rPr>
        <w:t xml:space="preserve">[52:43] </w:t>
      </w:r>
      <w:r>
        <w:t>un ke sath talwaren theen un ke sath.</w:t>
      </w:r>
    </w:p>
    <w:p>
      <w:pPr>
        <w:jc w:val="right"/>
      </w:pPr>
      <w:r>
        <w:t>ان کے ساتھ تلواریں تھیں ان کے ساتھ۔</w:t>
      </w:r>
    </w:p>
    <w:p>
      <w:r>
        <w:rPr>
          <w:b/>
        </w:rPr>
        <w:t xml:space="preserve">[52:46] </w:t>
      </w:r>
      <w:r>
        <w:t>rasool Allah aur aap ke saathi jo thay bilkul kuch bhi nahi.</w:t>
      </w:r>
    </w:p>
    <w:p>
      <w:pPr>
        <w:jc w:val="right"/>
      </w:pPr>
      <w:r>
        <w:t>رسول اللہ اور آپ کے ساتھی جو تھے بالکل کچھ بھی نہیں۔</w:t>
      </w:r>
    </w:p>
    <w:p>
      <w:r>
        <w:rPr>
          <w:b/>
        </w:rPr>
        <w:t xml:space="preserve">[52:50] </w:t>
      </w:r>
      <w:r>
        <w:t>koi hathiyar nahi, koi talwar nahi</w:t>
      </w:r>
    </w:p>
    <w:p>
      <w:pPr>
        <w:jc w:val="right"/>
      </w:pPr>
      <w:r>
        <w:t>کوئی ہتھیار نہیں، کوئی تلوار نہیں</w:t>
      </w:r>
    </w:p>
    <w:p>
      <w:r>
        <w:rPr>
          <w:b/>
        </w:rPr>
        <w:t xml:space="preserve">[52:53] </w:t>
      </w:r>
      <w:r>
        <w:t>. to Hazrat Abu Bakr ne kaha ke yeh to yahan bhi aa gaye. to aap ne farmaya jo Quran majeed mein likha hua hai ke aap ne farmaya: "la tahzan inn Allaha ma'ana" yaani mat daro kyun ke Khuda hamare sath hai. ab dekhiye ke us waqt jab ke aadmi bilkul maut ke munh mein hai, dushmanon ke dargah mein hai, helpless haalat</w:t>
      </w:r>
    </w:p>
    <w:p>
      <w:pPr>
        <w:jc w:val="right"/>
      </w:pPr>
      <w:r>
        <w:t>۔ تو حضرت ابوبکر نے کہا کہ یہ تو یہاں بھی آ گئے۔ تو آپ نے فرمایا جو قرآن مجید میں لکھا ہوا ہے کہ آپ نے فرمایا: "لا تحزن ان اللہ معنا" یعنی مت ڈرو کیونکہ خدا ہمارے ساتھ ہے۔ اب دیکھیے کہ اس وقت جب کہ آدمی بالکل موت کے منہ میں ہے، دشمنوں کے درگاہ میں ہے، ہیلپ لیس حالت</w:t>
      </w:r>
    </w:p>
    <w:p>
      <w:r>
        <w:rPr>
          <w:b/>
        </w:rPr>
        <w:t xml:space="preserve">[53:23] </w:t>
      </w:r>
      <w:r>
        <w:t>mein hai, us waqt aap ne yeh kaha.</w:t>
      </w:r>
    </w:p>
    <w:p>
      <w:pPr>
        <w:jc w:val="right"/>
      </w:pPr>
      <w:r>
        <w:t>میں ہے، اس وقت آپ نے یہ کہا۔</w:t>
      </w:r>
    </w:p>
    <w:p>
      <w:r>
        <w:rPr>
          <w:b/>
        </w:rPr>
        <w:t xml:space="preserve">[53:28] </w:t>
      </w:r>
      <w:r>
        <w:t>ab dekhiye ke agar history mein aisi baat na hoti, ek historical event aisa na hota to hum</w:t>
      </w:r>
    </w:p>
    <w:p>
      <w:pPr>
        <w:jc w:val="right"/>
      </w:pPr>
      <w:r>
        <w:t>اب دیکھیے کہ اگر ہسٹری میں ایسی بات نہ ہوتی، ایک ہسٹوریکل ایونٹ ایسا نہ ہوتا تو ہم</w:t>
      </w:r>
    </w:p>
    <w:p>
      <w:r>
        <w:rPr>
          <w:b/>
        </w:rPr>
        <w:t xml:space="preserve">[53:33] </w:t>
      </w:r>
      <w:r>
        <w:t>yaqeen nahi kar sakte the ke aisa bhi ho sakta hai.</w:t>
      </w:r>
    </w:p>
    <w:p>
      <w:pPr>
        <w:jc w:val="right"/>
      </w:pPr>
      <w:r>
        <w:t>یقین نہیں کر سکتے تھے کہ ایسا بھی ہو سکتا ہے۔</w:t>
      </w:r>
    </w:p>
    <w:p>
      <w:r>
        <w:rPr>
          <w:b/>
        </w:rPr>
        <w:t xml:space="preserve">[53:38] </w:t>
      </w:r>
      <w:r>
        <w:t>hum samajhte hain ke yeh koi kahani hai, yeh koi novel hai.</w:t>
      </w:r>
    </w:p>
    <w:p>
      <w:pPr>
        <w:jc w:val="right"/>
      </w:pPr>
      <w:r>
        <w:t>ہم سمجھتے ہیں کہ یہ کوئی کہانی ہے، یہ کوئی ناول ہے۔</w:t>
      </w:r>
    </w:p>
    <w:p>
      <w:r>
        <w:rPr>
          <w:b/>
        </w:rPr>
        <w:t xml:space="preserve">[53:43] </w:t>
      </w:r>
      <w:r>
        <w:t>lekin yeh sacha waqea guzra.</w:t>
      </w:r>
    </w:p>
    <w:p>
      <w:pPr>
        <w:jc w:val="right"/>
      </w:pPr>
      <w:r>
        <w:t>لیکن یہ سچا واقعہ گزرا۔</w:t>
      </w:r>
    </w:p>
    <w:p>
      <w:r>
        <w:rPr>
          <w:b/>
        </w:rPr>
        <w:t xml:space="preserve">[53:48] </w:t>
      </w:r>
      <w:r>
        <w:t>sacha waqea guzra. 6</w:t>
      </w:r>
    </w:p>
    <w:p>
      <w:pPr>
        <w:jc w:val="right"/>
      </w:pPr>
      <w:r>
        <w:t>سچا واقعہ گزرا۔ 6</w:t>
      </w:r>
    </w:p>
    <w:p>
      <w:r>
        <w:rPr>
          <w:b/>
        </w:rPr>
        <w:t xml:space="preserve">[53:53] </w:t>
      </w:r>
      <w:r>
        <w:t>00 22 isvi mein, 622 AD mein yeh waqea hua. makkah aur madinah ke darmiyan. to yeh agar yeh waqea na hua hota to hamare paas koi historical example na hota ke aise sakht halaat mein bhi Khuda par bharosa rakho, aise kade</w:t>
      </w:r>
    </w:p>
    <w:p>
      <w:pPr>
        <w:jc w:val="right"/>
      </w:pPr>
      <w:r>
        <w:t>00 22 عیسوی میں، 622 اے ڈی میں یہ واقعہ ہوا۔ مکہ اور مدینہ کے درمیان۔ تو یہ اگر یہ واقعہ نہ ہوا ہوتا تو ہمارے پاس کوئی ہسٹوریکل ایگزیمپل نہ ہوتا کہ ایسے سخت حالات میں بھی خدا پر بھروسہ رکھو، ایسے کڑے</w:t>
      </w:r>
    </w:p>
    <w:p>
      <w:r>
        <w:rPr>
          <w:b/>
        </w:rPr>
        <w:t xml:space="preserve">[54:23] </w:t>
      </w:r>
      <w:r>
        <w:t>haalat mein bhi Khuda par trust karo.</w:t>
      </w:r>
    </w:p>
    <w:p>
      <w:pPr>
        <w:jc w:val="right"/>
      </w:pPr>
      <w:r>
        <w:t>حالات میں بھی خدا پر ٹرسٹ کرو۔</w:t>
      </w:r>
    </w:p>
    <w:p>
      <w:r>
        <w:rPr>
          <w:b/>
        </w:rPr>
        <w:t xml:space="preserve">[54:29] </w:t>
      </w:r>
      <w:r>
        <w:t>to ek sachi life, ek sacha, ek sachi zindagi, ek sach much ki zindagi jo koi mythology nahi</w:t>
      </w:r>
    </w:p>
    <w:p>
      <w:pPr>
        <w:jc w:val="right"/>
      </w:pPr>
      <w:r>
        <w:t>تو ایک سچی لائف، ایک سچا، ایک سچی زندگی، ایک سچ مچ کی زندگی جو کوئی مائتھالوجی نہیں</w:t>
      </w:r>
    </w:p>
    <w:p>
      <w:r>
        <w:rPr>
          <w:b/>
        </w:rPr>
        <w:t xml:space="preserve">[54:35] </w:t>
      </w:r>
      <w:r>
        <w:t>hai, woh hamare paas hai.</w:t>
      </w:r>
    </w:p>
    <w:p>
      <w:pPr>
        <w:jc w:val="right"/>
      </w:pPr>
      <w:r>
        <w:t>ہے، وہ ہمارے پاس ہے۔</w:t>
      </w:r>
    </w:p>
    <w:p>
      <w:r>
        <w:rPr>
          <w:b/>
        </w:rPr>
        <w:t xml:space="preserve">[54:41] </w:t>
      </w:r>
      <w:r>
        <w:t>jo hamein ek conviction deti hai, hamein ek misaal deti hai, example deti hai ke haalat kaise bhi</w:t>
      </w:r>
    </w:p>
    <w:p>
      <w:pPr>
        <w:jc w:val="right"/>
      </w:pPr>
      <w:r>
        <w:t>جو ہمیں ایک کنوکشن دیتی ہے، ہمیں ایک مثال دیتی ہے، ایگزامپل دیتی ہے کہ حالات کیسے بھی</w:t>
      </w:r>
    </w:p>
    <w:p>
      <w:r>
        <w:rPr>
          <w:b/>
        </w:rPr>
        <w:t xml:space="preserve">[54:47] </w:t>
      </w:r>
      <w:r>
        <w:t>hon, situation kitni bigri hui ho, lekin tum Khuda par bharosa</w:t>
      </w:r>
    </w:p>
    <w:p>
      <w:pPr>
        <w:jc w:val="right"/>
      </w:pPr>
      <w:r>
        <w:t>ہوں، سچوئیشن کتنی بگڑی ہوئی ہو، لیکن تم خدا پر بھروسہ</w:t>
      </w:r>
    </w:p>
    <w:p>
      <w:r>
        <w:rPr>
          <w:b/>
        </w:rPr>
        <w:t xml:space="preserve">[54:54] </w:t>
      </w:r>
      <w:r>
        <w:t>kar sakte ho aur Khuda tum ko bachaye ga.</w:t>
      </w:r>
    </w:p>
    <w:p>
      <w:pPr>
        <w:jc w:val="right"/>
      </w:pPr>
      <w:r>
        <w:t>کر سکتے ہو اور خدا تم کو بچائے گا۔</w:t>
      </w:r>
    </w:p>
    <w:p>
      <w:r>
        <w:rPr>
          <w:b/>
        </w:rPr>
        <w:t xml:space="preserve">[54:58] </w:t>
      </w:r>
      <w:r>
        <w:t>chunanche Rasool Allah bach gaye aur woh bach kar ke wahan Madina pohanch gaye.</w:t>
      </w:r>
    </w:p>
    <w:p>
      <w:pPr>
        <w:jc w:val="right"/>
      </w:pPr>
      <w:r>
        <w:t>چنانچہ رسول اللہ بچ گئے اور وہ بچ کر کے وہاں مدینہ پہنچ گئے۔</w:t>
      </w:r>
    </w:p>
    <w:p>
      <w:r>
        <w:rPr>
          <w:b/>
        </w:rPr>
        <w:t xml:space="preserve">[55:02] </w:t>
      </w:r>
      <w:r>
        <w:t>تو آپ غور کیجئے کہ یہ یہ تاریخ ہم کو کتنا بڑا یہ source of conviction ہے ہمارے لیے۔</w:t>
      </w:r>
    </w:p>
    <w:p>
      <w:pPr>
        <w:jc w:val="right"/>
      </w:pPr>
      <w:r>
        <w:t>تو آپ غور کیجئے کہ یہ یہ تاریخ ہم کو کتنا بڑا یہ سورس آف کنوکشن ہے ہمارے لیے۔</w:t>
      </w:r>
    </w:p>
    <w:p>
      <w:r>
        <w:rPr>
          <w:b/>
        </w:rPr>
        <w:t xml:space="preserve">[55:07] </w:t>
      </w:r>
      <w:r>
        <w:t>yaqeen ka سرمایہ.</w:t>
      </w:r>
    </w:p>
    <w:p>
      <w:pPr>
        <w:jc w:val="right"/>
      </w:pPr>
      <w:r>
        <w:t>یقین کا سرمایہ۔</w:t>
      </w:r>
    </w:p>
    <w:p>
      <w:r>
        <w:rPr>
          <w:b/>
        </w:rPr>
        <w:t xml:space="preserve">[55:11] </w:t>
      </w:r>
      <w:r>
        <w:t>source of conviction.</w:t>
      </w:r>
    </w:p>
    <w:p>
      <w:pPr>
        <w:jc w:val="right"/>
      </w:pPr>
      <w:r>
        <w:t>سورس آف کنوکشن۔</w:t>
      </w:r>
    </w:p>
    <w:p>
      <w:r>
        <w:rPr>
          <w:b/>
        </w:rPr>
        <w:t xml:space="preserve">[55:15] </w:t>
      </w:r>
      <w:r>
        <w:t>is tarah ki cheezein agar sirf novelon mein hotin, kahaniyon mein hotin to log samajhte hain ke bhai</w:t>
      </w:r>
    </w:p>
    <w:p>
      <w:pPr>
        <w:jc w:val="right"/>
      </w:pPr>
      <w:r>
        <w:t>اس طرح کی چیزیں اگر صرف ناولوں میں ہوتیں، کہانیوں میں ہوتیں تو لوگ سمجھتے ہیں کہ بھئی</w:t>
      </w:r>
    </w:p>
    <w:p>
      <w:r>
        <w:rPr>
          <w:b/>
        </w:rPr>
        <w:t xml:space="preserve">[55:20] </w:t>
      </w:r>
      <w:r>
        <w:t>yeh to kahani hai,</w:t>
      </w:r>
    </w:p>
    <w:p>
      <w:pPr>
        <w:jc w:val="right"/>
      </w:pPr>
      <w:r>
        <w:t>یہ تو کہانی ہے،</w:t>
      </w:r>
    </w:p>
    <w:p>
      <w:r>
        <w:rPr>
          <w:b/>
        </w:rPr>
        <w:t xml:space="preserve">[55:24] </w:t>
      </w:r>
      <w:r>
        <w:t>yeh koi real history to hai nahi.</w:t>
      </w:r>
    </w:p>
    <w:p>
      <w:pPr>
        <w:jc w:val="right"/>
      </w:pPr>
      <w:r>
        <w:t>یہ کوئی ریئل ہسٹری تو ہے نہیں۔</w:t>
      </w:r>
    </w:p>
    <w:p>
      <w:r>
        <w:rPr>
          <w:b/>
        </w:rPr>
        <w:t xml:space="preserve">[55:29] </w:t>
      </w:r>
      <w:r>
        <w:t>is se logon ko yaqeen na milta.</w:t>
      </w:r>
    </w:p>
    <w:p>
      <w:pPr>
        <w:jc w:val="right"/>
      </w:pPr>
      <w:r>
        <w:t>اس سے لوگوں کو یقین نہ ملتا۔</w:t>
      </w:r>
    </w:p>
    <w:p>
      <w:r>
        <w:rPr>
          <w:b/>
        </w:rPr>
        <w:t xml:space="preserve">[55:35] </w:t>
      </w:r>
      <w:r>
        <w:t>woh logon ke liye source of conviction na banta.</w:t>
      </w:r>
    </w:p>
    <w:p>
      <w:pPr>
        <w:jc w:val="right"/>
      </w:pPr>
      <w:r>
        <w:t>وہ لوگوں کے لیے سورس آف کنوکشن نہ بنتا۔</w:t>
      </w:r>
    </w:p>
    <w:p>
      <w:r>
        <w:rPr>
          <w:b/>
        </w:rPr>
        <w:t xml:space="preserve">[55:40] </w:t>
      </w:r>
      <w:r>
        <w:t>lekin jab ek haqeeqi insan ne, ek zinda insan ne aisa kiya aur history mein woh record ho</w:t>
      </w:r>
    </w:p>
    <w:p>
      <w:pPr>
        <w:jc w:val="right"/>
      </w:pPr>
      <w:r>
        <w:t>لیکن جب ایک حقیقی انسان نے، ایک زندہ انسان نے ایسا کیا اور ہسٹری میں وہ ریکارڈ ہو</w:t>
      </w:r>
    </w:p>
    <w:p>
      <w:r>
        <w:rPr>
          <w:b/>
        </w:rPr>
        <w:t xml:space="preserve">[55:45] </w:t>
      </w:r>
      <w:r>
        <w:t>gaya to ab hum jab parhte hain is waqey ko to hamare liye ek source of conviction ban jata hai.</w:t>
      </w:r>
    </w:p>
    <w:p>
      <w:pPr>
        <w:jc w:val="right"/>
      </w:pPr>
      <w:r>
        <w:t>گیا تو اب ہم جب پڑھتے ہیں اس واقعے کو تو ہمارے لیے ایک سورس آف کنوکشن بن جاتا ہے۔</w:t>
      </w:r>
    </w:p>
    <w:p>
      <w:r>
        <w:rPr>
          <w:b/>
        </w:rPr>
        <w:t xml:space="preserve">[55:50] </w:t>
      </w:r>
      <w:r>
        <w:t>Khuda par atha yaqeen.</w:t>
      </w:r>
    </w:p>
    <w:p>
      <w:pPr>
        <w:jc w:val="right"/>
      </w:pPr>
      <w:r>
        <w:t>خدا پر اتھا یقین۔</w:t>
      </w:r>
    </w:p>
    <w:p>
      <w:r>
        <w:rPr>
          <w:b/>
        </w:rPr>
        <w:t xml:space="preserve">[55:56] </w:t>
      </w:r>
      <w:r>
        <w:t>Khuda par atha yaqeen. aisa yaqeen jo kabhi kabhi bhi na hile. kitni bari yeh blessing hai Khuda ki ke hamare liye Allah taala ne is qism ka ek mazhab rakh diya dunya mein jis mein historical credibility ho, historical namune hon, historical examples h</w:t>
      </w:r>
    </w:p>
    <w:p>
      <w:pPr>
        <w:jc w:val="right"/>
      </w:pPr>
      <w:r>
        <w:t>خدا پر اتھا یقین۔ ایسا یقین جو کبھی کبھی بھی نہ ہلے۔ کتنی بڑی یہ بلیسنگ ہے خدا کی کہ ہمارے لیے اللہ تعالی نے اس قسم کا ایک مذہب رکھ دیا دنیا میں جس میں ہسٹوریکل کریڈیبلٹی ہو، ہسٹوریکل نمونے ہوں، ہسٹوریکل ایگزامپلز ہ</w:t>
      </w:r>
    </w:p>
    <w:p>
      <w:r>
        <w:rPr>
          <w:b/>
        </w:rPr>
        <w:t xml:space="preserve">[56:26] </w:t>
      </w:r>
      <w:r>
        <w:t>on, ek poori history ho.</w:t>
      </w:r>
    </w:p>
    <w:p>
      <w:pPr>
        <w:jc w:val="right"/>
      </w:pPr>
      <w:r>
        <w:t>وں، ایک پوری ہسٹری ہو۔</w:t>
      </w:r>
    </w:p>
    <w:p>
      <w:r>
        <w:rPr>
          <w:b/>
        </w:rPr>
        <w:t xml:space="preserve">[56:30] </w:t>
      </w:r>
      <w:r>
        <w:t>A se Z tak.</w:t>
      </w:r>
    </w:p>
    <w:p>
      <w:pPr>
        <w:jc w:val="right"/>
      </w:pPr>
      <w:r>
        <w:t>اے سے زیڈ تک۔</w:t>
      </w:r>
    </w:p>
    <w:p>
      <w:r>
        <w:rPr>
          <w:b/>
        </w:rPr>
        <w:t xml:space="preserve">[56:34] </w:t>
      </w:r>
      <w:r>
        <w:t>A se Z tak poori history ho.</w:t>
      </w:r>
    </w:p>
    <w:p>
      <w:pPr>
        <w:jc w:val="right"/>
      </w:pPr>
      <w:r>
        <w:t>اے سے زیڈ تک پوری ہسٹری ہو۔</w:t>
      </w:r>
    </w:p>
    <w:p>
      <w:r>
        <w:rPr>
          <w:b/>
        </w:rPr>
        <w:t xml:space="preserve">[56:39] </w:t>
      </w:r>
      <w:r>
        <w:t>zindagi ke tamam aspect is mein paaye jaate hain.</w:t>
      </w:r>
    </w:p>
    <w:p>
      <w:pPr>
        <w:jc w:val="right"/>
      </w:pPr>
      <w:r>
        <w:t>زندگی کے تمام اسپیکٹ اس میں پائے جاتے ہوں۔</w:t>
      </w:r>
    </w:p>
    <w:p>
      <w:r>
        <w:rPr>
          <w:b/>
        </w:rPr>
        <w:t xml:space="preserve">[56:43] </w:t>
      </w:r>
      <w:r>
        <w:t>individual aspect, national aspect, international aspect, sulah ki baatein, jang ki baatein, jitni bhi cheezein zindagi mein pesh</w:t>
      </w:r>
    </w:p>
    <w:p>
      <w:pPr>
        <w:jc w:val="right"/>
      </w:pPr>
      <w:r>
        <w:t>انڈیویجول اسپیکٹ، نیشنل اسپیکٹ، انٹرنیشنل اسپیکٹ، صلح کی باتیں، جنگ کی باتیں، جتنی بھی چیزیں زندگی میں پیش</w:t>
      </w:r>
    </w:p>
    <w:p>
      <w:r>
        <w:rPr>
          <w:b/>
        </w:rPr>
        <w:t xml:space="preserve">[56:47] </w:t>
      </w:r>
      <w:r>
        <w:t>aati hain, sab ke baare mein wahan namune maujood hain.</w:t>
      </w:r>
    </w:p>
    <w:p>
      <w:pPr>
        <w:jc w:val="right"/>
      </w:pPr>
      <w:r>
        <w:t>آتی ہیں، سب کے بارے میں وہاں نمونے موجود ہیں۔</w:t>
      </w:r>
    </w:p>
    <w:p>
      <w:r>
        <w:rPr>
          <w:b/>
        </w:rPr>
        <w:t xml:space="preserve">[56:52] </w:t>
      </w:r>
      <w:r>
        <w:t>to yeh hai source of</w:t>
      </w:r>
    </w:p>
    <w:p>
      <w:pPr>
        <w:jc w:val="right"/>
      </w:pPr>
      <w:r>
        <w:t>تو یہ ہے سورس آف</w:t>
      </w:r>
    </w:p>
    <w:p>
      <w:r>
        <w:rPr>
          <w:b/>
        </w:rPr>
        <w:t xml:space="preserve">[56:56] </w:t>
      </w:r>
      <w:r>
        <w:t>conviction.</w:t>
      </w:r>
    </w:p>
    <w:p>
      <w:pPr>
        <w:jc w:val="right"/>
      </w:pPr>
      <w:r>
        <w:t>کنوکشن۔</w:t>
      </w:r>
    </w:p>
    <w:p>
      <w:r>
        <w:rPr>
          <w:b/>
        </w:rPr>
        <w:t xml:space="preserve">[57:04] </w:t>
      </w:r>
      <w:r>
        <w:t>to agar woh, agar woh ek ek ek history na hota to source of conviction nahi ban sakta tha.</w:t>
      </w:r>
    </w:p>
    <w:p>
      <w:pPr>
        <w:jc w:val="right"/>
      </w:pPr>
      <w:r>
        <w:t>تو اگر وہ، اگر وہ ایک ایک ایک ہسٹری نہ ہوتا تو سورس آف کنوکشن نہیں بن سکتا تھا۔</w:t>
      </w:r>
    </w:p>
    <w:p>
      <w:r>
        <w:rPr>
          <w:b/>
        </w:rPr>
        <w:t xml:space="preserve">[57:11] </w:t>
      </w:r>
      <w:r>
        <w:t>woh to mein yeh kahunga ke Allah taala ne Islam ki shakal mein ek ek blessing apni</w:t>
      </w:r>
    </w:p>
    <w:p>
      <w:pPr>
        <w:jc w:val="right"/>
      </w:pPr>
      <w:r>
        <w:t>وہ تو میں یہ کہوں گا کہ اللہ تعالی نے اسلام کی شکل میں ایک ایک بلیسنگ اپنی</w:t>
      </w:r>
    </w:p>
    <w:p>
      <w:r>
        <w:rPr>
          <w:b/>
        </w:rPr>
        <w:t xml:space="preserve">[57:19] </w:t>
      </w:r>
      <w:r>
        <w:t>duniya mein bheji hai insaan ke liye.</w:t>
      </w:r>
    </w:p>
    <w:p>
      <w:pPr>
        <w:jc w:val="right"/>
      </w:pPr>
      <w:r>
        <w:t>دنیا میں بھیجی ہے انسان کے لیے۔</w:t>
      </w:r>
    </w:p>
    <w:p>
      <w:r>
        <w:rPr>
          <w:b/>
        </w:rPr>
        <w:t xml:space="preserve">[57:27] </w:t>
      </w:r>
      <w:r>
        <w:t>to Islam ki asal yeh nahi hai ke woh superior hai. asal yeh hai ke woh historical status deta hai mazhab ko. aqool qawlahu hadha wastaghfirullaha li walakum ajmaeen.</w:t>
      </w:r>
    </w:p>
    <w:p>
      <w:pPr>
        <w:jc w:val="right"/>
      </w:pPr>
      <w:r>
        <w:t>تو اسلام کی اصل یہ نہیں ہے کہ وہ سپیریئر ہے۔ اصل یہ ہے کہ وہ ہسٹوریکل اسٹیٹس دیتا ہے مذہب کو۔ 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