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Five Basic Tenets of Islam | July 16, 2008</w:t>
      </w:r>
    </w:p>
    <w:p>
      <w:r>
        <w:t>https://www.youtube.com/watch?v=Ex_5yB-9vnY</w:t>
      </w:r>
    </w:p>
    <w:p>
      <w:r>
        <w:rPr>
          <w:b/>
        </w:rPr>
        <w:t xml:space="preserve">[00:14] </w:t>
      </w:r>
      <w:r>
        <w:t>Bismillah Rehman ur Rahim.</w:t>
      </w:r>
    </w:p>
    <w:p>
      <w:pPr>
        <w:jc w:val="right"/>
      </w:pPr>
      <w:r>
        <w:t>بسم اللہ الرحمن الرحیم۔</w:t>
      </w:r>
    </w:p>
    <w:p>
      <w:r>
        <w:rPr>
          <w:b/>
        </w:rPr>
        <w:t xml:space="preserve">[00:20] </w:t>
      </w:r>
      <w:r>
        <w:t>Wasalli Allahu alal Nabiyyil Kareem.</w:t>
      </w:r>
    </w:p>
    <w:p>
      <w:pPr>
        <w:jc w:val="right"/>
      </w:pPr>
      <w:r>
        <w:t>وصلی اللہ علی النبی الکریم۔</w:t>
      </w:r>
    </w:p>
    <w:p>
      <w:r>
        <w:rPr>
          <w:b/>
        </w:rPr>
        <w:t xml:space="preserve">[00:27] </w:t>
      </w:r>
      <w:r>
        <w:t>Rab ishrah li sadri wa yassir li amri.</w:t>
      </w:r>
    </w:p>
    <w:p>
      <w:pPr>
        <w:jc w:val="right"/>
      </w:pPr>
      <w:r>
        <w:t>رب اشرح لی صدری ویسر لی امری۔</w:t>
      </w:r>
    </w:p>
    <w:p>
      <w:r>
        <w:rPr>
          <w:b/>
        </w:rPr>
        <w:t xml:space="preserve">[00:33] </w:t>
      </w:r>
      <w:r>
        <w:t>Wahlul uqdatan min lisani yafqahu qawli.</w:t>
      </w:r>
    </w:p>
    <w:p>
      <w:pPr>
        <w:jc w:val="right"/>
      </w:pPr>
      <w:r>
        <w:t>واحل العقدۃ من لسانی یفقہ قولی۔</w:t>
      </w:r>
    </w:p>
    <w:p>
      <w:r>
        <w:rPr>
          <w:b/>
        </w:rPr>
        <w:t xml:space="preserve">[00:40] </w:t>
      </w:r>
      <w:r>
        <w:t>aaj ka topic hai: Five basic tenets of Islam.</w:t>
      </w:r>
    </w:p>
    <w:p>
      <w:pPr>
        <w:jc w:val="right"/>
      </w:pPr>
      <w:r>
        <w:t>آج کا ٹاپک ہے: فائیو بیسک ٹینٹس آف اسلام۔</w:t>
      </w:r>
    </w:p>
    <w:p>
      <w:r>
        <w:rPr>
          <w:b/>
        </w:rPr>
        <w:t xml:space="preserve">[00:46] </w:t>
      </w:r>
      <w:r>
        <w:t>Islam ki paanch buniyadi taleemat.</w:t>
      </w:r>
    </w:p>
    <w:p>
      <w:pPr>
        <w:jc w:val="right"/>
      </w:pPr>
      <w:r>
        <w:t>اسلام کی پانچ بنیادی تعلیمات۔</w:t>
      </w:r>
    </w:p>
    <w:p>
      <w:r>
        <w:rPr>
          <w:b/>
        </w:rPr>
        <w:t xml:space="preserve">[00:57] </w:t>
      </w:r>
      <w:r>
        <w:t>yeh paanch buniyadi taleemat yeh hain: Iman, Ibadat, Akhlaq, Muamalat, aur Dawat.</w:t>
      </w:r>
    </w:p>
    <w:p>
      <w:pPr>
        <w:jc w:val="right"/>
      </w:pPr>
      <w:r>
        <w:t>یہ پانچ بنیادی تعلیمات یہ ہیں: ایمان، عبادت، اخلاق، معاملات، اور دعوت۔</w:t>
      </w:r>
    </w:p>
    <w:p>
      <w:r>
        <w:rPr>
          <w:b/>
        </w:rPr>
        <w:t xml:space="preserve">[01:07] </w:t>
      </w:r>
      <w:r>
        <w:t>yeh paanch cheezein Islam mein bohat zyada</w:t>
      </w:r>
    </w:p>
    <w:p>
      <w:pPr>
        <w:jc w:val="right"/>
      </w:pPr>
      <w:r>
        <w:t>یہ پانچ چیزیں اسلام میں بہت زیادہ</w:t>
      </w:r>
    </w:p>
    <w:p>
      <w:r>
        <w:rPr>
          <w:b/>
        </w:rPr>
        <w:t xml:space="preserve">[01:18] </w:t>
      </w:r>
      <w:r>
        <w:t>important hesiyat rakhti hain.</w:t>
      </w:r>
    </w:p>
    <w:p>
      <w:pPr>
        <w:jc w:val="right"/>
      </w:pPr>
      <w:r>
        <w:t>امپورٹنٹ حیثیت رکھتی ہیں۔</w:t>
      </w:r>
    </w:p>
    <w:p>
      <w:r>
        <w:rPr>
          <w:b/>
        </w:rPr>
        <w:t xml:space="preserve">[01:28] </w:t>
      </w:r>
      <w:r>
        <w:t>poora Islam ya Islam ki saari baatein direct ya indirect unhi paanch ke andar aa jaati hain.</w:t>
      </w:r>
    </w:p>
    <w:p>
      <w:pPr>
        <w:jc w:val="right"/>
      </w:pPr>
      <w:r>
        <w:t>پورا اسلام یا اسلام کی ساری باتیں ڈائریکٹ یا ان ڈائریکٹ انہی پانچ کے اندر آ جاتی ہیں۔</w:t>
      </w:r>
    </w:p>
    <w:p>
      <w:r>
        <w:rPr>
          <w:b/>
        </w:rPr>
        <w:t xml:space="preserve">[01:38] </w:t>
      </w:r>
      <w:r>
        <w:t>ab mein in paanchon ke baare mein short mein kuch baatein kahunga.</w:t>
      </w:r>
    </w:p>
    <w:p>
      <w:pPr>
        <w:jc w:val="right"/>
      </w:pPr>
      <w:r>
        <w:t>اب میں ان پانچوں کے بارے میں شارٹ میں کچھ باتیں کہوں گا۔</w:t>
      </w:r>
    </w:p>
    <w:p>
      <w:r>
        <w:rPr>
          <w:b/>
        </w:rPr>
        <w:t xml:space="preserve">[01:48] </w:t>
      </w:r>
      <w:r>
        <w:t>pehlay aap Iman ko lijiye.</w:t>
      </w:r>
    </w:p>
    <w:p>
      <w:pPr>
        <w:jc w:val="right"/>
      </w:pPr>
      <w:r>
        <w:t>پہلے آپ ایمان کو لیجیے۔</w:t>
      </w:r>
    </w:p>
    <w:p>
      <w:r>
        <w:rPr>
          <w:b/>
        </w:rPr>
        <w:t xml:space="preserve">[01:55] </w:t>
      </w:r>
      <w:r>
        <w:t>sab log jaante hain ke Iman ka matlab hai Khuda par Iman lana, Rasool par Iman lana.</w:t>
      </w:r>
    </w:p>
    <w:p>
      <w:pPr>
        <w:jc w:val="right"/>
      </w:pPr>
      <w:r>
        <w:t>سب لوگ جانتے ہیں کہ ایمان کا مطلب ہے خدا پر ایمان لانا، رسول پر ایمان لانا۔</w:t>
      </w:r>
    </w:p>
    <w:p>
      <w:r>
        <w:rPr>
          <w:b/>
        </w:rPr>
        <w:t xml:space="preserve">[02:02] </w:t>
      </w:r>
      <w:r>
        <w:t>Iman ka kalma jo hai us ko maanna.</w:t>
      </w:r>
    </w:p>
    <w:p>
      <w:pPr>
        <w:jc w:val="right"/>
      </w:pPr>
      <w:r>
        <w:t>ایمان کا کلمہ جو ہے اس کو ماننا۔</w:t>
      </w:r>
    </w:p>
    <w:p>
      <w:r>
        <w:rPr>
          <w:b/>
        </w:rPr>
        <w:t xml:space="preserve">[02:08] </w:t>
      </w:r>
      <w:r>
        <w:t>jaise ke La ilaha illallah Muhammadur Rasulullah.</w:t>
      </w:r>
    </w:p>
    <w:p>
      <w:pPr>
        <w:jc w:val="right"/>
      </w:pPr>
      <w:r>
        <w:t>جیسے کہ لا الہ الا اللہ محمد رسول اللہ۔</w:t>
      </w:r>
    </w:p>
    <w:p>
      <w:r>
        <w:rPr>
          <w:b/>
        </w:rPr>
        <w:t xml:space="preserve">[02:15] </w:t>
      </w:r>
      <w:r>
        <w:t>magar Iman itni saada baat nahi hai.</w:t>
      </w:r>
    </w:p>
    <w:p>
      <w:pPr>
        <w:jc w:val="right"/>
      </w:pPr>
      <w:r>
        <w:t>مگر ایمان اتنی سادہ بات نہیں ہے۔</w:t>
      </w:r>
    </w:p>
    <w:p>
      <w:r>
        <w:rPr>
          <w:b/>
        </w:rPr>
        <w:t xml:space="preserve">[02:21] </w:t>
      </w:r>
      <w:r>
        <w:t>jab aap kehte hain ke ek Khuda ke siwa koi Khuda nahi.</w:t>
      </w:r>
    </w:p>
    <w:p>
      <w:pPr>
        <w:jc w:val="right"/>
      </w:pPr>
      <w:r>
        <w:t>جب آپ کہتے ہیں کہ ایک خدا کے سوا کوئی خدا نہیں۔</w:t>
      </w:r>
    </w:p>
    <w:p>
      <w:r>
        <w:rPr>
          <w:b/>
        </w:rPr>
        <w:t xml:space="preserve">[02:29] </w:t>
      </w:r>
      <w:r>
        <w:t>ya yeh ke muhammad allah ke rasool hain aur aakhri rasool hain.</w:t>
      </w:r>
    </w:p>
    <w:p>
      <w:pPr>
        <w:jc w:val="right"/>
      </w:pPr>
      <w:r>
        <w:t>یا یہ کہ محمد اللہ کے رسول ہیں اور آخری رسول ہیں۔</w:t>
      </w:r>
    </w:p>
    <w:p>
      <w:r>
        <w:rPr>
          <w:b/>
        </w:rPr>
        <w:t xml:space="preserve">[02:36] </w:t>
      </w:r>
      <w:r>
        <w:t>to yeh mahaz aik lip service nahi hoti hai.</w:t>
      </w:r>
    </w:p>
    <w:p>
      <w:pPr>
        <w:jc w:val="right"/>
      </w:pPr>
      <w:r>
        <w:t>تو یہ محض ایک لپ سروس نہیں ہوتی ہے۔</w:t>
      </w:r>
    </w:p>
    <w:p>
      <w:r>
        <w:rPr>
          <w:b/>
        </w:rPr>
        <w:t xml:space="preserve">[02:44] </w:t>
      </w:r>
      <w:r>
        <w:t>aisa nahi hai ke koi manter jaisi baat hai</w:t>
      </w:r>
    </w:p>
    <w:p>
      <w:pPr>
        <w:jc w:val="right"/>
      </w:pPr>
      <w:r>
        <w:t>ایسا نہیں ہے کہ کوئی منتر جیسی بات ہے</w:t>
      </w:r>
    </w:p>
    <w:p>
      <w:r>
        <w:rPr>
          <w:b/>
        </w:rPr>
        <w:t xml:space="preserve">[02:52] </w:t>
      </w:r>
      <w:r>
        <w:t>ke manter ko parh liya bas ho gaya.</w:t>
      </w:r>
    </w:p>
    <w:p>
      <w:pPr>
        <w:jc w:val="right"/>
      </w:pPr>
      <w:r>
        <w:t>کہ منتر کو پڑھ لیا بس ہو گیا۔</w:t>
      </w:r>
    </w:p>
    <w:p>
      <w:r>
        <w:rPr>
          <w:b/>
        </w:rPr>
        <w:t xml:space="preserve">[02:58] </w:t>
      </w:r>
      <w:r>
        <w:t>yeh to aik marifat se nikla hua kalma hai.</w:t>
      </w:r>
    </w:p>
    <w:p>
      <w:pPr>
        <w:jc w:val="right"/>
      </w:pPr>
      <w:r>
        <w:t>یہ تو ایک معرفت سے نکلا ہوا کلمہ ہے۔</w:t>
      </w:r>
    </w:p>
    <w:p>
      <w:r>
        <w:rPr>
          <w:b/>
        </w:rPr>
        <w:t xml:space="preserve">[03:04] </w:t>
      </w:r>
      <w:r>
        <w:t>yani out of discovery, out of realization.</w:t>
      </w:r>
    </w:p>
    <w:p>
      <w:pPr>
        <w:jc w:val="right"/>
      </w:pPr>
      <w:r>
        <w:t>یعنی آؤٹ آف ڈسکوری، آؤٹ آف ریلائزیشن۔</w:t>
      </w:r>
    </w:p>
    <w:p>
      <w:r>
        <w:rPr>
          <w:b/>
        </w:rPr>
        <w:t xml:space="preserve">[03:10] </w:t>
      </w:r>
      <w:r>
        <w:t>jab aap apne bare mein sochte hain ke mein kaise bana.</w:t>
      </w:r>
    </w:p>
    <w:p>
      <w:pPr>
        <w:jc w:val="right"/>
      </w:pPr>
      <w:r>
        <w:t>جب آپ اپنے بارے میں سوچتے ہیں کہ میں کیسے بنا۔</w:t>
      </w:r>
    </w:p>
    <w:p>
      <w:r>
        <w:rPr>
          <w:b/>
        </w:rPr>
        <w:t xml:space="preserve">[03:16] </w:t>
      </w:r>
      <w:r>
        <w:t>jab aap dunya ke bare mein sochte hain ke dunya</w:t>
      </w:r>
    </w:p>
    <w:p>
      <w:pPr>
        <w:jc w:val="right"/>
      </w:pPr>
      <w:r>
        <w:t>جب آپ دنیا کے بارے میں سوچتے ہیں کہ دنیا</w:t>
      </w:r>
    </w:p>
    <w:p>
      <w:r>
        <w:rPr>
          <w:b/>
        </w:rPr>
        <w:t xml:space="preserve">[03:22] </w:t>
      </w:r>
      <w:r>
        <w:t>kaise bani.</w:t>
      </w:r>
    </w:p>
    <w:p>
      <w:pPr>
        <w:jc w:val="right"/>
      </w:pPr>
      <w:r>
        <w:t>کیسے بنی۔</w:t>
      </w:r>
    </w:p>
    <w:p>
      <w:r>
        <w:rPr>
          <w:b/>
        </w:rPr>
        <w:t xml:space="preserve">[03:27] </w:t>
      </w:r>
      <w:r>
        <w:t>jab aap sochte hain ke suraj se roshni kaise aa rahi hai.</w:t>
      </w:r>
    </w:p>
    <w:p>
      <w:pPr>
        <w:jc w:val="right"/>
      </w:pPr>
      <w:r>
        <w:t>جب آپ سوچتے ہیں کہ سورج سے روشنی کیسے آ رہی ہے۔</w:t>
      </w:r>
    </w:p>
    <w:p>
      <w:r>
        <w:rPr>
          <w:b/>
        </w:rPr>
        <w:t xml:space="preserve">[03:32] </w:t>
      </w:r>
      <w:r>
        <w:t>hawa kaise mujh ko oxygen supply kar rahi hai.</w:t>
      </w:r>
    </w:p>
    <w:p>
      <w:pPr>
        <w:jc w:val="right"/>
      </w:pPr>
      <w:r>
        <w:t>ہوا کیسے مجھ کو آکسیجن سپلائی کر رہی ہے۔</w:t>
      </w:r>
    </w:p>
    <w:p>
      <w:r>
        <w:rPr>
          <w:b/>
        </w:rPr>
        <w:t xml:space="preserve">[03:37] </w:t>
      </w:r>
      <w:r>
        <w:t>aisi million million baatein jo aap ke experience mein aati hain.</w:t>
      </w:r>
    </w:p>
    <w:p>
      <w:pPr>
        <w:jc w:val="right"/>
      </w:pPr>
      <w:r>
        <w:t>ایسی ملین ملین باتیں جو آپ کے ایکسپیرئینس میں آتی ہیں۔</w:t>
      </w:r>
    </w:p>
    <w:p>
      <w:r>
        <w:rPr>
          <w:b/>
        </w:rPr>
        <w:t xml:space="preserve">[03:42] </w:t>
      </w:r>
      <w:r>
        <w:t>zahir hai ke aap sochte hain ke aisa kaise hai.</w:t>
      </w:r>
    </w:p>
    <w:p>
      <w:pPr>
        <w:jc w:val="right"/>
      </w:pPr>
      <w:r>
        <w:t>ظاہر ہے کہ آپ سوچتے ہیں کہ ایسا کیسے ہے۔</w:t>
      </w:r>
    </w:p>
    <w:p>
      <w:r>
        <w:rPr>
          <w:b/>
        </w:rPr>
        <w:t xml:space="preserve">[03:48] </w:t>
      </w:r>
      <w:r>
        <w:t>kaise yeh ho raha hai.</w:t>
      </w:r>
    </w:p>
    <w:p>
      <w:pPr>
        <w:jc w:val="right"/>
      </w:pPr>
      <w:r>
        <w:t>کیسے یہ ہو رہا ہے۔</w:t>
      </w:r>
    </w:p>
    <w:p>
      <w:r>
        <w:rPr>
          <w:b/>
        </w:rPr>
        <w:t xml:space="preserve">[03:53] </w:t>
      </w:r>
      <w:r>
        <w:t>kyun ke aap hone wali cheez ko dekh rahe hain.</w:t>
      </w:r>
    </w:p>
    <w:p>
      <w:pPr>
        <w:jc w:val="right"/>
      </w:pPr>
      <w:r>
        <w:t>کیونکہ آپ ہونے والی چیز کو دیکھ رہے ہیں۔</w:t>
      </w:r>
    </w:p>
    <w:p>
      <w:r>
        <w:rPr>
          <w:b/>
        </w:rPr>
        <w:t xml:space="preserve">[03:58] </w:t>
      </w:r>
      <w:r>
        <w:t>magar kon kar raha hai cheezon ko woh aap ko dikhai nahi deta.</w:t>
      </w:r>
    </w:p>
    <w:p>
      <w:pPr>
        <w:jc w:val="right"/>
      </w:pPr>
      <w:r>
        <w:t>مگر کون کر رہا ہے چیزوں کو وہ آپ کو دکھائی نہیں دیتا۔</w:t>
      </w:r>
    </w:p>
    <w:p>
      <w:r>
        <w:rPr>
          <w:b/>
        </w:rPr>
        <w:t xml:space="preserve">[04:03] </w:t>
      </w:r>
      <w:r>
        <w:t>jaise oxygen ki supply jo ho rahi hai.</w:t>
      </w:r>
    </w:p>
    <w:p>
      <w:pPr>
        <w:jc w:val="right"/>
      </w:pPr>
      <w:r>
        <w:t>جیسے آکسیجن کی سپلائی جو ہو رہی ہے۔</w:t>
      </w:r>
    </w:p>
    <w:p>
      <w:r>
        <w:rPr>
          <w:b/>
        </w:rPr>
        <w:t xml:space="preserve">[04:08] </w:t>
      </w:r>
      <w:r>
        <w:t>saare insan jis ki wajah se zinda hain.</w:t>
      </w:r>
    </w:p>
    <w:p>
      <w:pPr>
        <w:jc w:val="right"/>
      </w:pPr>
      <w:r>
        <w:t>سارے انسان جس کی وجہ سے زندہ ہیں۔</w:t>
      </w:r>
    </w:p>
    <w:p>
      <w:r>
        <w:rPr>
          <w:b/>
        </w:rPr>
        <w:t xml:space="preserve">[04:13] </w:t>
      </w:r>
      <w:r>
        <w:t>to bohat bari industry hai.</w:t>
      </w:r>
    </w:p>
    <w:p>
      <w:pPr>
        <w:jc w:val="right"/>
      </w:pPr>
      <w:r>
        <w:t>تو بہت بڑی انڈسٹری ہے۔</w:t>
      </w:r>
    </w:p>
    <w:p>
      <w:r>
        <w:rPr>
          <w:b/>
        </w:rPr>
        <w:t xml:space="preserve">[04:18] </w:t>
      </w:r>
      <w:r>
        <w:t>jis ke under mein yeh sab ho raha hai. ab yeh</w:t>
      </w:r>
    </w:p>
    <w:p>
      <w:pPr>
        <w:jc w:val="right"/>
      </w:pPr>
      <w:r>
        <w:t>جس کے انڈر میں یہ سب ہو رہا ہے۔ اب یہ</w:t>
      </w:r>
    </w:p>
    <w:p>
      <w:r>
        <w:rPr>
          <w:b/>
        </w:rPr>
        <w:t xml:space="preserve">[04:23] </w:t>
      </w:r>
      <w:r>
        <w:t>industry jo hai raat din kaam kar rahi hai. lekin hamein pata nahin ke kis ne yeh industry chala rakhi hai. aisi suraj ka jo roshni ka bhandar hai. aisi food jo zameen se nikal raha hai. pani itna sab jo duniya mein hai phail</w:t>
      </w:r>
    </w:p>
    <w:p>
      <w:pPr>
        <w:jc w:val="right"/>
      </w:pPr>
      <w:r>
        <w:t>انڈسٹری جو ہے رات دن کام کر رہی ہے۔ لیکن ہمیں پتہ نہیں کہ کس نے یہ انڈسٹری چلا رکھی ہے۔ ایسی سورج کا جو روشنی کا بھنڈار ہے۔ ایسی فوڈ جو زمین سے نکل رہا ہے۔ پانی اتنا سب جو دنیا میں ہے پھیل</w:t>
      </w:r>
    </w:p>
    <w:p>
      <w:r>
        <w:rPr>
          <w:b/>
        </w:rPr>
        <w:t xml:space="preserve">[04:53] </w:t>
      </w:r>
      <w:r>
        <w:t>hua.</w:t>
      </w:r>
    </w:p>
    <w:p>
      <w:pPr>
        <w:jc w:val="right"/>
      </w:pPr>
      <w:r>
        <w:t>ا ہوا۔</w:t>
      </w:r>
    </w:p>
    <w:p>
      <w:r>
        <w:rPr>
          <w:b/>
        </w:rPr>
        <w:t xml:space="preserve">[04:57] </w:t>
      </w:r>
      <w:r>
        <w:t>kitni sari cheezein hain har waqt.</w:t>
      </w:r>
    </w:p>
    <w:p>
      <w:pPr>
        <w:jc w:val="right"/>
      </w:pPr>
      <w:r>
        <w:t>کتنی ساری چیزیں ہیں ہر وقت۔</w:t>
      </w:r>
    </w:p>
    <w:p>
      <w:r>
        <w:rPr>
          <w:b/>
        </w:rPr>
        <w:t xml:space="preserve">[05:01] </w:t>
      </w:r>
      <w:r>
        <w:t>lekin woh yeh bol nahi rahe ke unhon ne kis ne un ko banaya hai.</w:t>
      </w:r>
    </w:p>
    <w:p>
      <w:pPr>
        <w:jc w:val="right"/>
      </w:pPr>
      <w:r>
        <w:t>لیکن وہ یہ بول نہیں رہے کہ انہوں نے کس نے ان کو بنایا ہے۔</w:t>
      </w:r>
    </w:p>
    <w:p>
      <w:r>
        <w:rPr>
          <w:b/>
        </w:rPr>
        <w:t xml:space="preserve">[05:05] </w:t>
      </w:r>
      <w:r>
        <w:t>kaise aisa ho gaya hai.</w:t>
      </w:r>
    </w:p>
    <w:p>
      <w:pPr>
        <w:jc w:val="right"/>
      </w:pPr>
      <w:r>
        <w:t>کیسے ایسا ہو گیا ہے۔</w:t>
      </w:r>
    </w:p>
    <w:p>
      <w:r>
        <w:rPr>
          <w:b/>
        </w:rPr>
        <w:t xml:space="preserve">[05:09] </w:t>
      </w:r>
      <w:r>
        <w:t>apne aap to nahi ho sakta hai.</w:t>
      </w:r>
    </w:p>
    <w:p>
      <w:pPr>
        <w:jc w:val="right"/>
      </w:pPr>
      <w:r>
        <w:t>اپنے آپ تو نہیں ہو سکتا ہے۔</w:t>
      </w:r>
    </w:p>
    <w:p>
      <w:r>
        <w:rPr>
          <w:b/>
        </w:rPr>
        <w:t xml:space="preserve">[05:13] </w:t>
      </w:r>
      <w:r>
        <w:t>apne aap to kuch bhi nahi ho sakta hai.</w:t>
      </w:r>
    </w:p>
    <w:p>
      <w:pPr>
        <w:jc w:val="right"/>
      </w:pPr>
      <w:r>
        <w:t>اپنے آپ تو کچھ بھی نہیں ہو سکتا ہے۔</w:t>
      </w:r>
    </w:p>
    <w:p>
      <w:r>
        <w:rPr>
          <w:b/>
        </w:rPr>
        <w:t xml:space="preserve">[05:17] </w:t>
      </w:r>
      <w:r>
        <w:t>to jab aap is par sochte hain.</w:t>
      </w:r>
    </w:p>
    <w:p>
      <w:pPr>
        <w:jc w:val="right"/>
      </w:pPr>
      <w:r>
        <w:t>تو جب آپ اس پر سوچتے ہیں۔</w:t>
      </w:r>
    </w:p>
    <w:p>
      <w:r>
        <w:rPr>
          <w:b/>
        </w:rPr>
        <w:t xml:space="preserve">[05:21] </w:t>
      </w:r>
      <w:r>
        <w:t>quran ko padhte hain.</w:t>
      </w:r>
    </w:p>
    <w:p>
      <w:pPr>
        <w:jc w:val="right"/>
      </w:pPr>
      <w:r>
        <w:t>قرآن کو پڑھتے ہیں۔</w:t>
      </w:r>
    </w:p>
    <w:p>
      <w:r>
        <w:rPr>
          <w:b/>
        </w:rPr>
        <w:t xml:space="preserve">[05:25] </w:t>
      </w:r>
      <w:r>
        <w:t>tamam relevant baaton par dhyan dete hain.</w:t>
      </w:r>
    </w:p>
    <w:p>
      <w:pPr>
        <w:jc w:val="right"/>
      </w:pPr>
      <w:r>
        <w:t>تمام ریلیونٹ باتوں پر دھیان دیتے ہیں۔</w:t>
      </w:r>
    </w:p>
    <w:p>
      <w:r>
        <w:rPr>
          <w:b/>
        </w:rPr>
        <w:t xml:space="preserve">[05:29] </w:t>
      </w:r>
      <w:r>
        <w:t>aur aakhir kar aap ko ek discovery hoti hai.</w:t>
      </w:r>
    </w:p>
    <w:p>
      <w:pPr>
        <w:jc w:val="right"/>
      </w:pPr>
      <w:r>
        <w:t>اور آخر کار آپ کو ایک ڈسکوری ہوتی ہے۔</w:t>
      </w:r>
    </w:p>
    <w:p>
      <w:r>
        <w:rPr>
          <w:b/>
        </w:rPr>
        <w:t xml:space="preserve">[05:33] </w:t>
      </w:r>
      <w:r>
        <w:t>jaise ek greek philosopher ko hui thi.</w:t>
      </w:r>
    </w:p>
    <w:p>
      <w:pPr>
        <w:jc w:val="right"/>
      </w:pPr>
      <w:r>
        <w:t>جیسے ایک گریک فلاسفر کو ہوئی تھی۔</w:t>
      </w:r>
    </w:p>
    <w:p>
      <w:r>
        <w:rPr>
          <w:b/>
        </w:rPr>
        <w:t xml:space="preserve">[05:36] </w:t>
      </w:r>
      <w:r>
        <w:t>jis ne kaha tha eureka eureka.</w:t>
      </w:r>
    </w:p>
    <w:p>
      <w:pPr>
        <w:jc w:val="right"/>
      </w:pPr>
      <w:r>
        <w:t>جس نے کہا تھا یوریکا یوریکا۔</w:t>
      </w:r>
    </w:p>
    <w:p>
      <w:r>
        <w:rPr>
          <w:b/>
        </w:rPr>
        <w:t xml:space="preserve">[05:40] </w:t>
      </w:r>
      <w:r>
        <w:t>main ne pa liya main ne pa liya.</w:t>
      </w:r>
    </w:p>
    <w:p>
      <w:pPr>
        <w:jc w:val="right"/>
      </w:pPr>
      <w:r>
        <w:t>میں نے پا لیا میں نے پا لیا۔</w:t>
      </w:r>
    </w:p>
    <w:p>
      <w:r>
        <w:rPr>
          <w:b/>
        </w:rPr>
        <w:t xml:space="preserve">[05:43] </w:t>
      </w:r>
      <w:r>
        <w:t>to la ilaha illallah jo hai wo main ne pa liya jaisa ek kalma hai.</w:t>
      </w:r>
    </w:p>
    <w:p>
      <w:pPr>
        <w:jc w:val="right"/>
      </w:pPr>
      <w:r>
        <w:t>تو لا الہ الا اللہ جو ہے وہ میں نے پا لیا جیسا ایک کلمہ ہے۔</w:t>
      </w:r>
    </w:p>
    <w:p>
      <w:r>
        <w:rPr>
          <w:b/>
        </w:rPr>
        <w:t xml:space="preserve">[05:47] </w:t>
      </w:r>
      <w:r>
        <w:t>yeh eureka hai.</w:t>
      </w:r>
    </w:p>
    <w:p>
      <w:pPr>
        <w:jc w:val="right"/>
      </w:pPr>
      <w:r>
        <w:t>یہ یوریکا ہے۔</w:t>
      </w:r>
    </w:p>
    <w:p>
      <w:r>
        <w:rPr>
          <w:b/>
        </w:rPr>
        <w:t xml:space="preserve">[05:50] </w:t>
      </w:r>
      <w:r>
        <w:t>yeh momin ka eureka hai yeh.</w:t>
      </w:r>
    </w:p>
    <w:p>
      <w:pPr>
        <w:jc w:val="right"/>
      </w:pPr>
      <w:r>
        <w:t>یہ مومن کا یوریکا ہے یہ۔</w:t>
      </w:r>
    </w:p>
    <w:p>
      <w:r>
        <w:rPr>
          <w:b/>
        </w:rPr>
        <w:t xml:space="preserve">[05:54] </w:t>
      </w:r>
      <w:r>
        <w:t>yeh koi lip service nahi hai.</w:t>
      </w:r>
    </w:p>
    <w:p>
      <w:pPr>
        <w:jc w:val="right"/>
      </w:pPr>
      <w:r>
        <w:t>یہ کوئی لپ سروس نہیں ہے۔</w:t>
      </w:r>
    </w:p>
    <w:p>
      <w:r>
        <w:rPr>
          <w:b/>
        </w:rPr>
        <w:t xml:space="preserve">[05:58] </w:t>
      </w:r>
      <w:r>
        <w:t>jab aap is baat ki.</w:t>
      </w:r>
    </w:p>
    <w:p>
      <w:pPr>
        <w:jc w:val="right"/>
      </w:pPr>
      <w:r>
        <w:t>جب آپ اس بات کی۔</w:t>
      </w:r>
    </w:p>
    <w:p>
      <w:r>
        <w:rPr>
          <w:b/>
        </w:rPr>
        <w:t xml:space="preserve">[06:02] </w:t>
      </w:r>
      <w:r>
        <w:t>jab aap ko is baat ki marifat hoti hai.</w:t>
      </w:r>
    </w:p>
    <w:p>
      <w:pPr>
        <w:jc w:val="right"/>
      </w:pPr>
      <w:r>
        <w:t>جب آپ کو اس بات کی معرفت ہوتی ہے۔</w:t>
      </w:r>
    </w:p>
    <w:p>
      <w:r>
        <w:rPr>
          <w:b/>
        </w:rPr>
        <w:t xml:space="preserve">[06:06] </w:t>
      </w:r>
      <w:r>
        <w:t>jab is baat ki discovery hoti hai.</w:t>
      </w:r>
    </w:p>
    <w:p>
      <w:pPr>
        <w:jc w:val="right"/>
      </w:pPr>
      <w:r>
        <w:t>جب اس بات کی ڈسکوری ہوتی ہے۔</w:t>
      </w:r>
    </w:p>
    <w:p>
      <w:r>
        <w:rPr>
          <w:b/>
        </w:rPr>
        <w:t xml:space="preserve">[06:11] </w:t>
      </w:r>
      <w:r>
        <w:t>ke mujh ko banane wala Khuda hai.</w:t>
      </w:r>
    </w:p>
    <w:p>
      <w:pPr>
        <w:jc w:val="right"/>
      </w:pPr>
      <w:r>
        <w:t>کہ مجھ کو بنانے والا خدا ہے۔</w:t>
      </w:r>
    </w:p>
    <w:p>
      <w:r>
        <w:rPr>
          <w:b/>
        </w:rPr>
        <w:t xml:space="preserve">[06:15] </w:t>
      </w:r>
      <w:r>
        <w:t>aap sochiye is duniya mein hum jin cheezon ko dekhte hain.</w:t>
      </w:r>
    </w:p>
    <w:p>
      <w:pPr>
        <w:jc w:val="right"/>
      </w:pPr>
      <w:r>
        <w:t>آپ سوچیے اس دنیا میں ہم جن چیزوں کو دیکھتے ہیں۔</w:t>
      </w:r>
    </w:p>
    <w:p>
      <w:r>
        <w:rPr>
          <w:b/>
        </w:rPr>
        <w:t xml:space="preserve">[06:20] </w:t>
      </w:r>
      <w:r>
        <w:t>yani grass se le kar solar system tak.</w:t>
      </w:r>
    </w:p>
    <w:p>
      <w:pPr>
        <w:jc w:val="right"/>
      </w:pPr>
      <w:r>
        <w:t>یعنی گراس سے لے کر سولر سسٹم تک۔</w:t>
      </w:r>
    </w:p>
    <w:p>
      <w:r>
        <w:rPr>
          <w:b/>
        </w:rPr>
        <w:t xml:space="preserve">[06:24] </w:t>
      </w:r>
      <w:r>
        <w:t>ghaas se le kar shamsi nizaam tak. har cheez</w:t>
      </w:r>
    </w:p>
    <w:p>
      <w:pPr>
        <w:jc w:val="right"/>
      </w:pPr>
      <w:r>
        <w:t>گھاس سے لے کر شمسی نظام تک۔ ہر چیز</w:t>
      </w:r>
    </w:p>
    <w:p>
      <w:r>
        <w:rPr>
          <w:b/>
        </w:rPr>
        <w:t xml:space="preserve">[06:28] </w:t>
      </w:r>
      <w:r>
        <w:t>apne final model par hai. apne final model par hai. to kaise ho sakta hai ke aap na sochein ke kaun hai itna badi power wala jis ne tamam cheezon ko is tarah banaya. ke us se aage hum koi soch nahin paate. koi artist na ghaas</w:t>
      </w:r>
    </w:p>
    <w:p>
      <w:pPr>
        <w:jc w:val="right"/>
      </w:pPr>
      <w:r>
        <w:t>اپنے فائنل ماڈل پر ہے۔ اپنے فائنل ماڈل پر ہے۔ تو کیسے ہو سکتا ہے کہ آپ نہ سوچیں کہ کون ہے اتنا بڑی پاور والا جس نے تمام چیزوں کو اس طرح بنایا۔ کہ اس سے آگے ہم کوئی سوچ نہیں پاتے۔ کوئی آرٹسٹ نہ گھاس</w:t>
      </w:r>
    </w:p>
    <w:p>
      <w:r>
        <w:rPr>
          <w:b/>
        </w:rPr>
        <w:t xml:space="preserve">[06:58] </w:t>
      </w:r>
      <w:r>
        <w:t>ka aur acha model soch saka.</w:t>
      </w:r>
    </w:p>
    <w:p>
      <w:pPr>
        <w:jc w:val="right"/>
      </w:pPr>
      <w:r>
        <w:t>کا اور اچھا ماڈل سوچ سکا۔</w:t>
      </w:r>
    </w:p>
    <w:p>
      <w:r>
        <w:rPr>
          <w:b/>
        </w:rPr>
        <w:t xml:space="preserve">[07:03] </w:t>
      </w:r>
      <w:r>
        <w:t>na solar system ka koi acha model soch saka.</w:t>
      </w:r>
    </w:p>
    <w:p>
      <w:pPr>
        <w:jc w:val="right"/>
      </w:pPr>
      <w:r>
        <w:t>نہ سولر سسٹم کا کوئی اچھا ماڈل سوچ سکا۔</w:t>
      </w:r>
    </w:p>
    <w:p>
      <w:r>
        <w:rPr>
          <w:b/>
        </w:rPr>
        <w:t xml:space="preserve">[07:07] </w:t>
      </w:r>
      <w:r>
        <w:t>har cheez apne final model par hai.</w:t>
      </w:r>
    </w:p>
    <w:p>
      <w:pPr>
        <w:jc w:val="right"/>
      </w:pPr>
      <w:r>
        <w:t>ہر چیز اپنے فائنل ماڈل پر ہے۔</w:t>
      </w:r>
    </w:p>
    <w:p>
      <w:r>
        <w:rPr>
          <w:b/>
        </w:rPr>
        <w:t xml:space="preserve">[07:11] </w:t>
      </w:r>
      <w:r>
        <w:t>to jab aap yeh sab baaton ko sochte hain to aap aap ko eureka jaisa ek experience hota hai.</w:t>
      </w:r>
    </w:p>
    <w:p>
      <w:pPr>
        <w:jc w:val="right"/>
      </w:pPr>
      <w:r>
        <w:t>تو جب آپ یہ سب باتوں کو سوچتے ہیں تو آپ آپ کو یوریکا جیسا ایک ایکسپیرئینس ہوتا ہے۔</w:t>
      </w:r>
    </w:p>
    <w:p>
      <w:r>
        <w:rPr>
          <w:b/>
        </w:rPr>
        <w:t xml:space="preserve">[07:16] </w:t>
      </w:r>
      <w:r>
        <w:t>ek discovery hoti hai.</w:t>
      </w:r>
    </w:p>
    <w:p>
      <w:pPr>
        <w:jc w:val="right"/>
      </w:pPr>
      <w:r>
        <w:t>ایک ڈسکوری ہوتی ہے۔</w:t>
      </w:r>
    </w:p>
    <w:p>
      <w:r>
        <w:rPr>
          <w:b/>
        </w:rPr>
        <w:t xml:space="preserve">[07:20] </w:t>
      </w:r>
      <w:r>
        <w:t>is waqt aap keh padte hain la ilaha illallah.</w:t>
      </w:r>
    </w:p>
    <w:p>
      <w:pPr>
        <w:jc w:val="right"/>
      </w:pPr>
      <w:r>
        <w:t>اس وقت آپ کہہ پڑتے ہیں لا الہ الا اللہ۔</w:t>
      </w:r>
    </w:p>
    <w:p>
      <w:r>
        <w:rPr>
          <w:b/>
        </w:rPr>
        <w:t xml:space="preserve">[07:24] </w:t>
      </w:r>
      <w:r>
        <w:t>to yeh hai imaan.</w:t>
      </w:r>
    </w:p>
    <w:p>
      <w:pPr>
        <w:jc w:val="right"/>
      </w:pPr>
      <w:r>
        <w:t>تو یہ ہے ایمان۔</w:t>
      </w:r>
    </w:p>
    <w:p>
      <w:r>
        <w:rPr>
          <w:b/>
        </w:rPr>
        <w:t xml:space="preserve">[07:29] </w:t>
      </w:r>
      <w:r>
        <w:t>aise hi dekhiye jab hum kehte hain ke Muhammad Allah ke rasool hain.</w:t>
      </w:r>
    </w:p>
    <w:p>
      <w:pPr>
        <w:jc w:val="right"/>
      </w:pPr>
      <w:r>
        <w:t>ایسے ہی دیکھیے جب ہم کہتے ہیں کہ محمد اللہ کے رسول ہیں۔</w:t>
      </w:r>
    </w:p>
    <w:p>
      <w:r>
        <w:rPr>
          <w:b/>
        </w:rPr>
        <w:t xml:space="preserve">[07:33] </w:t>
      </w:r>
      <w:r>
        <w:t>aur Muhammad aakhri rasool hain.</w:t>
      </w:r>
    </w:p>
    <w:p>
      <w:pPr>
        <w:jc w:val="right"/>
      </w:pPr>
      <w:r>
        <w:t>اور محمد آخری رسول ہیں۔</w:t>
      </w:r>
    </w:p>
    <w:p>
      <w:r>
        <w:rPr>
          <w:b/>
        </w:rPr>
        <w:t xml:space="preserve">[07:37] </w:t>
      </w:r>
      <w:r>
        <w:t>to kya yeh koi yeh bhi koi lap service hai? aap Muhammad sallallahu alaihi wasallam ki zindagi</w:t>
      </w:r>
    </w:p>
    <w:p>
      <w:pPr>
        <w:jc w:val="right"/>
      </w:pPr>
      <w:r>
        <w:t>تو کیا یہ کوئی یہ بھی کوئی لپ سروس ہے؟ آپ محمد صلی اللہ علیہ وسلم کی زندگی</w:t>
      </w:r>
    </w:p>
    <w:p>
      <w:r>
        <w:rPr>
          <w:b/>
        </w:rPr>
        <w:t xml:space="preserve">[07:41] </w:t>
      </w:r>
      <w:r>
        <w:t>ko parhte hain.</w:t>
      </w:r>
    </w:p>
    <w:p>
      <w:pPr>
        <w:jc w:val="right"/>
      </w:pPr>
      <w:r>
        <w:t>کو پڑھتے ہیں۔</w:t>
      </w:r>
    </w:p>
    <w:p>
      <w:r>
        <w:rPr>
          <w:b/>
        </w:rPr>
        <w:t xml:space="preserve">[07:45] </w:t>
      </w:r>
      <w:r>
        <w:t>un ki life ko parhte hain.</w:t>
      </w:r>
    </w:p>
    <w:p>
      <w:pPr>
        <w:jc w:val="right"/>
      </w:pPr>
      <w:r>
        <w:t>ان کی لائف کو پڑھتے ہیں۔</w:t>
      </w:r>
    </w:p>
    <w:p>
      <w:r>
        <w:rPr>
          <w:b/>
        </w:rPr>
        <w:t xml:space="preserve">[07:49] </w:t>
      </w:r>
      <w:r>
        <w:t>aap hadithon ka mutala karte hain.</w:t>
      </w:r>
    </w:p>
    <w:p>
      <w:pPr>
        <w:jc w:val="right"/>
      </w:pPr>
      <w:r>
        <w:t>آپ حدیثوں کا مطالعہ کرتے ہیں۔</w:t>
      </w:r>
    </w:p>
    <w:p>
      <w:r>
        <w:rPr>
          <w:b/>
        </w:rPr>
        <w:t xml:space="preserve">[07:53] </w:t>
      </w:r>
      <w:r>
        <w:t>aur jo bhi relevant cheezein hain un par aap dhyan dete hain.</w:t>
      </w:r>
    </w:p>
    <w:p>
      <w:pPr>
        <w:jc w:val="right"/>
      </w:pPr>
      <w:r>
        <w:t>اور جو بھی ریلیونٹ چیزیں ہیں ان پر آپ دھیان دیتے ہیں۔</w:t>
      </w:r>
    </w:p>
    <w:p>
      <w:r>
        <w:rPr>
          <w:b/>
        </w:rPr>
        <w:t xml:space="preserve">[07:57] </w:t>
      </w:r>
      <w:r>
        <w:t>phir aap ko ek discovery hoti hai.</w:t>
      </w:r>
    </w:p>
    <w:p>
      <w:pPr>
        <w:jc w:val="right"/>
      </w:pPr>
      <w:r>
        <w:t>پھر آپ کو ایک ڈسکوری ہوتی ہے۔</w:t>
      </w:r>
    </w:p>
    <w:p>
      <w:r>
        <w:rPr>
          <w:b/>
        </w:rPr>
        <w:t xml:space="preserve">[08:01] </w:t>
      </w:r>
      <w:r>
        <w:t>discovery ke woh shakhs jo seven century ke first quarter mein Makkah mein paida hua.</w:t>
      </w:r>
    </w:p>
    <w:p>
      <w:pPr>
        <w:jc w:val="right"/>
      </w:pPr>
      <w:r>
        <w:t>ڈسکوری کہ وہ شخص جو سیون سینچری کے فرسٹ کوارٹر میں مکہ میں پیدا ہوا۔</w:t>
      </w:r>
    </w:p>
    <w:p>
      <w:r>
        <w:rPr>
          <w:b/>
        </w:rPr>
        <w:t xml:space="preserve">[08:07] </w:t>
      </w:r>
      <w:r>
        <w:t>aur Madinah mein is ki wafat hui.</w:t>
      </w:r>
    </w:p>
    <w:p>
      <w:pPr>
        <w:jc w:val="right"/>
      </w:pPr>
      <w:r>
        <w:t>اور مدینہ میں اس کی وفات ہوئی۔</w:t>
      </w:r>
    </w:p>
    <w:p>
      <w:r>
        <w:rPr>
          <w:b/>
        </w:rPr>
        <w:t xml:space="preserve">[08:13] </w:t>
      </w:r>
      <w:r>
        <w:t>woh Khuda ka prophet tha, Khuda ka peghambar tha.</w:t>
      </w:r>
    </w:p>
    <w:p>
      <w:pPr>
        <w:jc w:val="right"/>
      </w:pPr>
      <w:r>
        <w:t>وہ خدا کا پرافٹ تھا، خدا کا پیغمبر تھا۔</w:t>
      </w:r>
    </w:p>
    <w:p>
      <w:r>
        <w:rPr>
          <w:b/>
        </w:rPr>
        <w:t xml:space="preserve">[08:19] </w:t>
      </w:r>
      <w:r>
        <w:t>Khuda ki taraf se is ke upar wahi aati thi.</w:t>
      </w:r>
    </w:p>
    <w:p>
      <w:pPr>
        <w:jc w:val="right"/>
      </w:pPr>
      <w:r>
        <w:t>خدا کی طرف سے اس کے اوپر وحی آتی تھی۔</w:t>
      </w:r>
    </w:p>
    <w:p>
      <w:r>
        <w:rPr>
          <w:b/>
        </w:rPr>
        <w:t xml:space="preserve">[08:25] </w:t>
      </w:r>
      <w:r>
        <w:t>revelation aati thi is ke upar.</w:t>
      </w:r>
    </w:p>
    <w:p>
      <w:pPr>
        <w:jc w:val="right"/>
      </w:pPr>
      <w:r>
        <w:t>ریولیشن آتی تھی اس کے اوپر۔</w:t>
      </w:r>
    </w:p>
    <w:p>
      <w:r>
        <w:rPr>
          <w:b/>
        </w:rPr>
        <w:t xml:space="preserve">[08:31] </w:t>
      </w:r>
      <w:r>
        <w:t>Khuda ka farishta aa kar ke is ko batata tha Khuda ki taraf se.</w:t>
      </w:r>
    </w:p>
    <w:p>
      <w:pPr>
        <w:jc w:val="right"/>
      </w:pPr>
      <w:r>
        <w:t>خدا کا فرشتہ آ کر کے اس کو بتاتا تھا خدا کی طرف سے۔</w:t>
      </w:r>
    </w:p>
    <w:p>
      <w:r>
        <w:rPr>
          <w:b/>
        </w:rPr>
        <w:t xml:space="preserve">[08:37] </w:t>
      </w:r>
      <w:r>
        <w:t>to jab aap ka mutala, aap ki study aap ko in baaton se ba-khabar karti hai.</w:t>
      </w:r>
    </w:p>
    <w:p>
      <w:pPr>
        <w:jc w:val="right"/>
      </w:pPr>
      <w:r>
        <w:t>تو جب آپ کا مطالعہ، آپ کی اسٹڈی آپ کو ان باتوں سے باخبر کرتی ہے۔</w:t>
      </w:r>
    </w:p>
    <w:p>
      <w:r>
        <w:rPr>
          <w:b/>
        </w:rPr>
        <w:t xml:space="preserve">[08:43] </w:t>
      </w:r>
      <w:r>
        <w:t>to aap ko ek discovery hoti hai ke oh woh insaan jis ka naam Muhammad bin Abdullah tha</w:t>
      </w:r>
    </w:p>
    <w:p>
      <w:pPr>
        <w:jc w:val="right"/>
      </w:pPr>
      <w:r>
        <w:t>تو آپ کو ایک ڈسکوری ہوتی ہے کہ اوہ وہ انسان جس کا نام محمد بن عبداللہ تھا</w:t>
      </w:r>
    </w:p>
    <w:p>
      <w:r>
        <w:rPr>
          <w:b/>
        </w:rPr>
        <w:t xml:space="preserve">[08:49] </w:t>
      </w:r>
      <w:r>
        <w:t>woh to Khuda ka peghambar tha.</w:t>
      </w:r>
    </w:p>
    <w:p>
      <w:pPr>
        <w:jc w:val="right"/>
      </w:pPr>
      <w:r>
        <w:t>وہ تو خدا کا پیغمبر تھا۔</w:t>
      </w:r>
    </w:p>
    <w:p>
      <w:r>
        <w:rPr>
          <w:b/>
        </w:rPr>
        <w:t xml:space="preserve">[08:55] </w:t>
      </w:r>
      <w:r>
        <w:t>Khuda ne bheja is in</w:t>
      </w:r>
    </w:p>
    <w:p>
      <w:pPr>
        <w:jc w:val="right"/>
      </w:pPr>
      <w:r>
        <w:t>خدا نے بھیجا اس ان</w:t>
      </w:r>
    </w:p>
    <w:p>
      <w:r>
        <w:rPr>
          <w:b/>
        </w:rPr>
        <w:t xml:space="preserve">[09:01] </w:t>
      </w:r>
      <w:r>
        <w:t>saan ko apna prophet bana kar taake woh hamare liye guide bane.</w:t>
      </w:r>
    </w:p>
    <w:p>
      <w:pPr>
        <w:jc w:val="right"/>
      </w:pPr>
      <w:r>
        <w:t>سان کو اپنا پرافٹ بنا کر تاکہ وہ ہمارے لیے گائیڈ بنے۔</w:t>
      </w:r>
    </w:p>
    <w:p>
      <w:r>
        <w:rPr>
          <w:b/>
        </w:rPr>
        <w:t xml:space="preserve">[09:06] </w:t>
      </w:r>
      <w:r>
        <w:t>humein guide book de.</w:t>
      </w:r>
    </w:p>
    <w:p>
      <w:pPr>
        <w:jc w:val="right"/>
      </w:pPr>
      <w:r>
        <w:t>ہمیں گائیڈ بک دے۔</w:t>
      </w:r>
    </w:p>
    <w:p>
      <w:r>
        <w:rPr>
          <w:b/>
        </w:rPr>
        <w:t xml:space="preserve">[09:11] </w:t>
      </w:r>
      <w:r>
        <w:t>to is daryaft ko, is discovery ko, is realization ko jab aap zabaan se bolte hain to aap</w:t>
      </w:r>
    </w:p>
    <w:p>
      <w:pPr>
        <w:jc w:val="right"/>
      </w:pPr>
      <w:r>
        <w:t>تو اس دریافت کو، اس ڈسکوری کو، اس ریلائزیشن کو جب آپ زبان سے بولتے ہیں تو آپ</w:t>
      </w:r>
    </w:p>
    <w:p>
      <w:r>
        <w:rPr>
          <w:b/>
        </w:rPr>
        <w:t xml:space="preserve">[09:16] </w:t>
      </w:r>
      <w:r>
        <w:t>kehte hain Muhammad Rasool Allah.</w:t>
      </w:r>
    </w:p>
    <w:p>
      <w:pPr>
        <w:jc w:val="right"/>
      </w:pPr>
      <w:r>
        <w:t>کہتے ہیں محمد رسول اللہ۔</w:t>
      </w:r>
    </w:p>
    <w:p>
      <w:r>
        <w:rPr>
          <w:b/>
        </w:rPr>
        <w:t xml:space="preserve">[09:21] </w:t>
      </w:r>
      <w:r>
        <w:t>to yeh hai imaan.</w:t>
      </w:r>
    </w:p>
    <w:p>
      <w:pPr>
        <w:jc w:val="right"/>
      </w:pPr>
      <w:r>
        <w:t>تو یہ ہے ایمان۔</w:t>
      </w:r>
    </w:p>
    <w:p>
      <w:r>
        <w:rPr>
          <w:b/>
        </w:rPr>
        <w:t xml:space="preserve">[09:26] </w:t>
      </w:r>
      <w:r>
        <w:t>to kehne ko to yeh hai ke La ilaha illallah Muhammad Rasool Allah bol</w:t>
      </w:r>
    </w:p>
    <w:p>
      <w:pPr>
        <w:jc w:val="right"/>
      </w:pPr>
      <w:r>
        <w:t>تو کہنے کو تو یہ ہے کہ لا الہ الا اللہ محمد رسول اللہ بول</w:t>
      </w:r>
    </w:p>
    <w:p>
      <w:r>
        <w:rPr>
          <w:b/>
        </w:rPr>
        <w:t xml:space="preserve">[09:31] </w:t>
      </w:r>
      <w:r>
        <w:t>dena yeh imaan hai. lekin aap gehrai mein jaiye aur sochiye ke koi mechanical repetition hai yeh? koi record jaisa bolna hai yeh? koi robot ki boli hai yeh? nahin. yeh ek zinda insan ki boli hai. ek aisa insan jo mind rakhta hai. jo sochta hai.</w:t>
      </w:r>
    </w:p>
    <w:p>
      <w:pPr>
        <w:jc w:val="right"/>
      </w:pPr>
      <w:r>
        <w:t>دینا یہ ایمان ہے۔ لیکن آپ گہرائی میں جائیے اور سوچیے کہ کوئی مکینیکل ریپیٹیشن ہے یہ؟ کوئی ریکارڈ جیسا بولنا ہے یہ؟ کوئی روبوٹ کی بولی ہے یہ؟ نہیں۔ یہ ایک زندہ انسان کی بولی ہے۔ ایک ایسا انسان جو مائنڈ ہے رکھتا ہے۔ جو سوچتا ہے۔</w:t>
      </w:r>
    </w:p>
    <w:p>
      <w:r>
        <w:rPr>
          <w:b/>
        </w:rPr>
        <w:t xml:space="preserve">[10:01] </w:t>
      </w:r>
      <w:r>
        <w:t>cheezon ko explain karta hai.</w:t>
      </w:r>
    </w:p>
    <w:p>
      <w:pPr>
        <w:jc w:val="right"/>
      </w:pPr>
      <w:r>
        <w:t>چیزوں کو ایکسپلین کرتا ہے۔</w:t>
      </w:r>
    </w:p>
    <w:p>
      <w:r>
        <w:rPr>
          <w:b/>
        </w:rPr>
        <w:t xml:space="preserve">[10:07] </w:t>
      </w:r>
      <w:r>
        <w:t>cheezon ki gehrai tak jata hai.</w:t>
      </w:r>
    </w:p>
    <w:p>
      <w:pPr>
        <w:jc w:val="right"/>
      </w:pPr>
      <w:r>
        <w:t>چیزوں کی گہرائی تک جاتا ہے۔</w:t>
      </w:r>
    </w:p>
    <w:p>
      <w:r>
        <w:rPr>
          <w:b/>
        </w:rPr>
        <w:t xml:space="preserve">[10:13] </w:t>
      </w:r>
      <w:r>
        <w:t>to yeh insaan ki boli hai, yeh robot ki boli nahi hai.</w:t>
      </w:r>
    </w:p>
    <w:p>
      <w:pPr>
        <w:jc w:val="right"/>
      </w:pPr>
      <w:r>
        <w:t>تو یہ انسان کی بولی ہے، یہ روبوٹ کی بولی نہیں ہے۔</w:t>
      </w:r>
    </w:p>
    <w:p>
      <w:r>
        <w:rPr>
          <w:b/>
        </w:rPr>
        <w:t xml:space="preserve">[10:19] </w:t>
      </w:r>
      <w:r>
        <w:t>yeh kisi record ka repetition nahi hai.</w:t>
      </w:r>
    </w:p>
    <w:p>
      <w:pPr>
        <w:jc w:val="right"/>
      </w:pPr>
      <w:r>
        <w:t>یہ کسی ریکارڈ کا ریپیٹیشن نہیں ہے۔</w:t>
      </w:r>
    </w:p>
    <w:p>
      <w:r>
        <w:rPr>
          <w:b/>
        </w:rPr>
        <w:t xml:space="preserve">[10:25] </w:t>
      </w:r>
      <w:r>
        <w:t>to insaan jaisa creature jab yeh discover karta hai ke Khuda ek hai,</w:t>
      </w:r>
    </w:p>
    <w:p>
      <w:pPr>
        <w:jc w:val="right"/>
      </w:pPr>
      <w:r>
        <w:t>تو انسان جیسا کریچر جب یہ ڈسکور کرتا ہے کہ خدا ایک ہے،</w:t>
      </w:r>
    </w:p>
    <w:p>
      <w:r>
        <w:rPr>
          <w:b/>
        </w:rPr>
        <w:t xml:space="preserve">[10:32] </w:t>
      </w:r>
      <w:r>
        <w:t>Muhammad Allah ke Rasool hain.</w:t>
      </w:r>
    </w:p>
    <w:p>
      <w:pPr>
        <w:jc w:val="right"/>
      </w:pPr>
      <w:r>
        <w:t>محمد اللہ کے رسول ہیں۔</w:t>
      </w:r>
    </w:p>
    <w:p>
      <w:r>
        <w:rPr>
          <w:b/>
        </w:rPr>
        <w:t xml:space="preserve">[10:38] </w:t>
      </w:r>
      <w:r>
        <w:t>to woh bilkul eureka ki tarah keh padta hai la ilaha illallah Muhammad ur Rasoolullah.</w:t>
      </w:r>
    </w:p>
    <w:p>
      <w:pPr>
        <w:jc w:val="right"/>
      </w:pPr>
      <w:r>
        <w:t>تو وہ بالکل یوریکا کی طرح کہہ پڑتا ہے لا الہ الا اللہ محمد رسول اللہ۔</w:t>
      </w:r>
    </w:p>
    <w:p>
      <w:r>
        <w:rPr>
          <w:b/>
        </w:rPr>
        <w:t xml:space="preserve">[10:44] </w:t>
      </w:r>
      <w:r>
        <w:t>ashhadu an la ilaha illallah wa ashhadu an Muhammad abduhu wa Rasooluhu.</w:t>
      </w:r>
    </w:p>
    <w:p>
      <w:pPr>
        <w:jc w:val="right"/>
      </w:pPr>
      <w:r>
        <w:t>اشھد ان لا الہ الا اللہ واشہد ان محمد عبدہ ورسولہ۔</w:t>
      </w:r>
    </w:p>
    <w:p>
      <w:r>
        <w:rPr>
          <w:b/>
        </w:rPr>
        <w:t xml:space="preserve">[10:50] </w:t>
      </w:r>
      <w:r>
        <w:t>yeh hota hai imaan.</w:t>
      </w:r>
    </w:p>
    <w:p>
      <w:pPr>
        <w:jc w:val="right"/>
      </w:pPr>
      <w:r>
        <w:t>یہ ہوتا ہے ایمان۔</w:t>
      </w:r>
    </w:p>
    <w:p>
      <w:r>
        <w:rPr>
          <w:b/>
        </w:rPr>
        <w:t xml:space="preserve">[10:56] </w:t>
      </w:r>
      <w:r>
        <w:t>ab aap sochiye ke jab aadmi sach much is baat ko discover karega to kya sirf zabaan</w:t>
      </w:r>
    </w:p>
    <w:p>
      <w:pPr>
        <w:jc w:val="right"/>
      </w:pPr>
      <w:r>
        <w:t>اب آپ سوچیے کہ جب آدمی سچ مچ اس بات کو ڈسکور کرے گا تو کیا صرف زبان</w:t>
      </w:r>
    </w:p>
    <w:p>
      <w:r>
        <w:rPr>
          <w:b/>
        </w:rPr>
        <w:t xml:space="preserve">[11:02] </w:t>
      </w:r>
      <w:r>
        <w:t>se bol kar reh jayega woh? Aisa nahi ho sakta hai.</w:t>
      </w:r>
    </w:p>
    <w:p>
      <w:pPr>
        <w:jc w:val="right"/>
      </w:pPr>
      <w:r>
        <w:t>سے بول کر رہ جائے گا وہ؟ ایسا نہیں ہو سکتا ہے۔</w:t>
      </w:r>
    </w:p>
    <w:p>
      <w:r>
        <w:rPr>
          <w:b/>
        </w:rPr>
        <w:t xml:space="preserve">[11:07] </w:t>
      </w:r>
      <w:r>
        <w:t>zabaan se bol kar reh jaye aisa nahi ho sakta hai.</w:t>
      </w:r>
    </w:p>
    <w:p>
      <w:pPr>
        <w:jc w:val="right"/>
      </w:pPr>
      <w:r>
        <w:t>زبان سے بول کر رہ جائے ایسا نہیں ہو سکتا ہے۔</w:t>
      </w:r>
    </w:p>
    <w:p>
      <w:r>
        <w:rPr>
          <w:b/>
        </w:rPr>
        <w:t xml:space="preserve">[11:12] </w:t>
      </w:r>
      <w:r>
        <w:t>Khuda ki discovery aap ko foran surrender ki taraf le aati hai.</w:t>
      </w:r>
    </w:p>
    <w:p>
      <w:pPr>
        <w:jc w:val="right"/>
      </w:pPr>
      <w:r>
        <w:t>خدا کی ڈسکوری آپ کو فوراً سرنڈر کی طرف لے آتی ہے۔</w:t>
      </w:r>
    </w:p>
    <w:p>
      <w:r>
        <w:rPr>
          <w:b/>
        </w:rPr>
        <w:t xml:space="preserve">[11:17] </w:t>
      </w:r>
      <w:r>
        <w:t>Khuda ki discovery ke sath sath surrender aata hai.</w:t>
      </w:r>
    </w:p>
    <w:p>
      <w:pPr>
        <w:jc w:val="right"/>
      </w:pPr>
      <w:r>
        <w:t>خدا کی ڈسکوری کے ساتھ ساتھ سرنڈر آتا ہے۔</w:t>
      </w:r>
    </w:p>
    <w:p>
      <w:r>
        <w:rPr>
          <w:b/>
        </w:rPr>
        <w:t xml:space="preserve">[11:22] </w:t>
      </w:r>
      <w:r>
        <w:t>Khuda ke aage aap surrender kar dete hain.</w:t>
      </w:r>
    </w:p>
    <w:p>
      <w:pPr>
        <w:jc w:val="right"/>
      </w:pPr>
      <w:r>
        <w:t>خدا کے آگے آپ سرنڈر کر دیتے ہیں۔</w:t>
      </w:r>
    </w:p>
    <w:p>
      <w:r>
        <w:rPr>
          <w:b/>
        </w:rPr>
        <w:t xml:space="preserve">[11:28] </w:t>
      </w:r>
      <w:r>
        <w:t>impossible hai ke aap ko Khuda jaisi hasti ka realization ho</w:t>
      </w:r>
    </w:p>
    <w:p>
      <w:pPr>
        <w:jc w:val="right"/>
      </w:pPr>
      <w:r>
        <w:t>امپاسیبل ہے کہ آپ کو خدا جیسی ہستی کا ریلائزیشن ہو</w:t>
      </w:r>
    </w:p>
    <w:p>
      <w:r>
        <w:rPr>
          <w:b/>
        </w:rPr>
        <w:t xml:space="preserve">[11:33] </w:t>
      </w:r>
      <w:r>
        <w:t>aur aap surrender na karein.</w:t>
      </w:r>
    </w:p>
    <w:p>
      <w:pPr>
        <w:jc w:val="right"/>
      </w:pPr>
      <w:r>
        <w:t>اور آپ سرنڈر نہ کریں۔</w:t>
      </w:r>
    </w:p>
    <w:p>
      <w:r>
        <w:rPr>
          <w:b/>
        </w:rPr>
        <w:t xml:space="preserve">[11:38] </w:t>
      </w:r>
      <w:r>
        <w:t>aap ko idhar modesty na aaye.</w:t>
      </w:r>
    </w:p>
    <w:p>
      <w:pPr>
        <w:jc w:val="right"/>
      </w:pPr>
      <w:r>
        <w:t>آپ کو ادھر ماڈیسٹی نہ آئے۔</w:t>
      </w:r>
    </w:p>
    <w:p>
      <w:r>
        <w:rPr>
          <w:b/>
        </w:rPr>
        <w:t xml:space="preserve">[11:43] </w:t>
      </w:r>
      <w:r>
        <w:t>yeh to yeh to ho nahi sakta hai.</w:t>
      </w:r>
    </w:p>
    <w:p>
      <w:pPr>
        <w:jc w:val="right"/>
      </w:pPr>
      <w:r>
        <w:t>یہ تو یہ تو ہو نہیں سکتا ہے۔</w:t>
      </w:r>
    </w:p>
    <w:p>
      <w:r>
        <w:rPr>
          <w:b/>
        </w:rPr>
        <w:t xml:space="preserve">[11:49] </w:t>
      </w:r>
      <w:r>
        <w:t>to imaan billah apne aap mein yeh matlab rakhta hai ke main Khuda ke aage apne ko surrender karta hoon.</w:t>
      </w:r>
    </w:p>
    <w:p>
      <w:pPr>
        <w:jc w:val="right"/>
      </w:pPr>
      <w:r>
        <w:t>تو ایمان باللہ اپنے آپ میں یہ مطلب رکھتا ہے کہ میں خدا کے آگے اپنے کو سرنڈر کرتا ہوں۔</w:t>
      </w:r>
    </w:p>
    <w:p>
      <w:r>
        <w:rPr>
          <w:b/>
        </w:rPr>
        <w:t xml:space="preserve">[11:54] </w:t>
      </w:r>
      <w:r>
        <w:t>iske baad sara Quran is mein shamil ho jata hai.</w:t>
      </w:r>
    </w:p>
    <w:p>
      <w:pPr>
        <w:jc w:val="right"/>
      </w:pPr>
      <w:r>
        <w:t>اس کے بعد سارا قرآن اس میں شامل ہو جاتا ہے۔</w:t>
      </w:r>
    </w:p>
    <w:p>
      <w:r>
        <w:rPr>
          <w:b/>
        </w:rPr>
        <w:t xml:space="preserve">[12:00] </w:t>
      </w:r>
      <w:r>
        <w:t>jitne ahkam Khuda ki taraf se aaye hain woh sab shamil ho jate hain is mein.</w:t>
      </w:r>
    </w:p>
    <w:p>
      <w:pPr>
        <w:jc w:val="right"/>
      </w:pPr>
      <w:r>
        <w:t>جتنے احکام خدا کی طرف سے آئے ہیں وہ سب شامل ہو جاتے ہیں اس میں۔</w:t>
      </w:r>
    </w:p>
    <w:p>
      <w:r>
        <w:rPr>
          <w:b/>
        </w:rPr>
        <w:t xml:space="preserve">[12:05] </w:t>
      </w:r>
      <w:r>
        <w:t>aise hi jab aap kehte hain Muhammad Allah ke Rasool hain.</w:t>
      </w:r>
    </w:p>
    <w:p>
      <w:pPr>
        <w:jc w:val="right"/>
      </w:pPr>
      <w:r>
        <w:t>ایسے ہی جب آپ کہتے ہیں محمد اللہ کے رسول ہیں۔</w:t>
      </w:r>
    </w:p>
    <w:p>
      <w:r>
        <w:rPr>
          <w:b/>
        </w:rPr>
        <w:t xml:space="preserve">[12:09] </w:t>
      </w:r>
      <w:r>
        <w:t>to baat yahin khatam nahi hoti.</w:t>
      </w:r>
    </w:p>
    <w:p>
      <w:pPr>
        <w:jc w:val="right"/>
      </w:pPr>
      <w:r>
        <w:t>تو بات یہیں ختم نہیں ہوتی۔</w:t>
      </w:r>
    </w:p>
    <w:p>
      <w:r>
        <w:rPr>
          <w:b/>
        </w:rPr>
        <w:t xml:space="preserve">[12:14] </w:t>
      </w:r>
      <w:r>
        <w:t>inhi shabdon par baat khatam khatam nahi hoti.</w:t>
      </w:r>
    </w:p>
    <w:p>
      <w:pPr>
        <w:jc w:val="right"/>
      </w:pPr>
      <w:r>
        <w:t>انہی शब्दوں پر بات ختم ختم نہیں ہوتی۔</w:t>
      </w:r>
    </w:p>
    <w:p>
      <w:r>
        <w:rPr>
          <w:b/>
        </w:rPr>
        <w:t xml:space="preserve">[12:18] </w:t>
      </w:r>
      <w:r>
        <w:t>woh translate hoti hai aap ki life mein.</w:t>
      </w:r>
    </w:p>
    <w:p>
      <w:pPr>
        <w:jc w:val="right"/>
      </w:pPr>
      <w:r>
        <w:t>وہ ٹرانسلیٹ ہوتی ہے آپ کی لائف میں۔</w:t>
      </w:r>
    </w:p>
    <w:p>
      <w:r>
        <w:rPr>
          <w:b/>
        </w:rPr>
        <w:t xml:space="preserve">[12:23] </w:t>
      </w:r>
      <w:r>
        <w:t>is translate woh translate hoti hai.</w:t>
      </w:r>
    </w:p>
    <w:p>
      <w:pPr>
        <w:jc w:val="right"/>
      </w:pPr>
      <w:r>
        <w:t>اس ٹرانسلیٹ وہ ٹرانسلیٹ ہوتی ہے۔</w:t>
      </w:r>
    </w:p>
    <w:p>
      <w:r>
        <w:rPr>
          <w:b/>
        </w:rPr>
        <w:t xml:space="preserve">[12:27] </w:t>
      </w:r>
      <w:r>
        <w:t>آپ کا یہ کہنا translate ہوتا ہے آپ کی activities میں۔</w:t>
      </w:r>
    </w:p>
    <w:p>
      <w:pPr>
        <w:jc w:val="right"/>
      </w:pPr>
      <w:r>
        <w:t>آپ کا یہ کہنا ٹرانسلیٹ ہوتا ہے آپ کی ایکٹیویٹیز میں۔</w:t>
      </w:r>
    </w:p>
    <w:p>
      <w:r>
        <w:rPr>
          <w:b/>
        </w:rPr>
        <w:t xml:space="preserve">[12:32] </w:t>
      </w:r>
      <w:r>
        <w:t>toh poori zindagi mein aap</w:t>
      </w:r>
    </w:p>
    <w:p>
      <w:pPr>
        <w:jc w:val="right"/>
      </w:pPr>
      <w:r>
        <w:t>تو پوری زندگی میں آپ</w:t>
      </w:r>
    </w:p>
    <w:p>
      <w:r>
        <w:rPr>
          <w:b/>
        </w:rPr>
        <w:t xml:space="preserve">[12:36] </w:t>
      </w:r>
      <w:r>
        <w:t>muttabi-e-rasool ban jate hain. Allah ke rasool ka itteba karne wale. Rasul Allah ki sunnat ko apnane wale. Rasul Allah ke tareeqe ko apni zindagi mein ikhtiyar karne wale. yaad rakhiye imaan billah ya imaan bil rasool dono kehne mein to yeh hai ke zabaan se bol diya aap ne. lekin apni haqeeqat ke aitbar se</w:t>
      </w:r>
    </w:p>
    <w:p>
      <w:pPr>
        <w:jc w:val="right"/>
      </w:pPr>
      <w:r>
        <w:t>متبع رسول بن جاتے ہیں۔ اللہ کے رسول کا اتباع کرنے والے۔ رسول اللہ کی سنت کو اپنانے والے۔ رسول اللہ کے طریقے کو اپنی زندگی میں اختیار کرنے والے۔ یاد رکھیے ایمان باللہ یا ایمان بالرسول دونوں کہنے میں تو یہ ہے کہ زبان سے بول دیا آپ نے۔ لیکن اپنی حقیقت کے اعتبار سے</w:t>
      </w:r>
    </w:p>
    <w:p>
      <w:r>
        <w:rPr>
          <w:b/>
        </w:rPr>
        <w:t xml:space="preserve">[13:06] </w:t>
      </w:r>
      <w:r>
        <w:t>yeh bolna ka mamla nahin hai. yeh to poori shakhsiyat mein ek transformation ka mamla hai. poori personality mein ek change aane ka mamla hai. poori personality aap ki jo hai. poori personality jo hai is mein ek nayi dobara ek nayi shakhsiyat emerge karti hai. aap jo the waise nahin rehte. Islam se pehle jaise the waise aap</w:t>
      </w:r>
    </w:p>
    <w:p>
      <w:pPr>
        <w:jc w:val="right"/>
      </w:pPr>
      <w:r>
        <w:t>یہ بولنا کا معاملہ نہیں ہے۔ یہ تو پوری شخصیت میں ایک ٹرانسفارمیشن کا معاملہ ہے۔ پوری پرسنیلٹی میں ایک چینج آنے کا معاملہ ہے۔ پوری پرسنیلٹی آپ کی جو ہے۔ پوری پرسنیلٹی جو ہے اس میں ایک نئی دوبارہ ایک نئی شخصیت ایمرج کرتی ہے۔ آپ جو تھے ویسے نہیں رہتے۔ اسلام سے پہلے جیسے تھے ویسے آپ</w:t>
      </w:r>
    </w:p>
    <w:p>
      <w:r>
        <w:rPr>
          <w:b/>
        </w:rPr>
        <w:t xml:space="preserve">[13:36] </w:t>
      </w:r>
      <w:r>
        <w:t>nahin rehte. ek naya insan emergent emerge karta hai aap ke andar. to yun kehna chahiye ke fiqh ke aitbar se to yeh hai ke aap ne keh diya La ilaha illallah Muhammad Rasul Allah. to yeh hai fiqhi imaan. lekin is imaan ki ek pehchan hai. yaani yeh imaan kisi ko bila yeh nahin mila. is ki ek pehchan hai. woh</w:t>
      </w:r>
    </w:p>
    <w:p>
      <w:pPr>
        <w:jc w:val="right"/>
      </w:pPr>
      <w:r>
        <w:t>نہیں رہتے۔ ایک نیا انسان ایمرجنٹ ایمرج کرتا ہے آپ کے اندر۔ تو یوں کہنا چاہیے کہ فقہ کے اعتبار سے تو یہ ہے کہ آپ نے کہہ دیا لا الہ الا اللہ محمد رسول اللہ۔ تو یہ ہے فقہی ایمان۔ لیکن اس ایمان کی ایک پہچان ہے۔ یعنی یہ ایمان کسی کو بلا یہ نہیں ملا۔ اس کی ایک پہچان ہے۔ وہ</w:t>
      </w:r>
    </w:p>
    <w:p>
      <w:r>
        <w:rPr>
          <w:b/>
        </w:rPr>
        <w:t xml:space="preserve">[14:06] </w:t>
      </w:r>
      <w:r>
        <w:t>pehchan yahi hai ke woh translate ho aap ki zindagi mein.</w:t>
      </w:r>
    </w:p>
    <w:p>
      <w:pPr>
        <w:jc w:val="right"/>
      </w:pPr>
      <w:r>
        <w:t>پہچان یہی ہے کہ وہ ٹرانسلیٹ ہو آپ کی زندگی میں۔</w:t>
      </w:r>
    </w:p>
    <w:p>
      <w:r>
        <w:rPr>
          <w:b/>
        </w:rPr>
        <w:t xml:space="preserve">[14:14] </w:t>
      </w:r>
      <w:r>
        <w:t>Khuda par imaan lana aap ke liye Khuda ke aage surrender karne ka hamaanah ban jaye.</w:t>
      </w:r>
    </w:p>
    <w:p>
      <w:pPr>
        <w:jc w:val="right"/>
      </w:pPr>
      <w:r>
        <w:t>خدا پر ایمان لانا آپ کے لیے خدا کے آگے سرنڈر کرنے کا ہمانہ بن جائے۔</w:t>
      </w:r>
    </w:p>
    <w:p>
      <w:r>
        <w:rPr>
          <w:b/>
        </w:rPr>
        <w:t xml:space="preserve">[14:22] </w:t>
      </w:r>
      <w:r>
        <w:t>Rasool par imaan lana aap ke liye Rasool ki ittaba karne ka hamaanah ban jaye.</w:t>
      </w:r>
    </w:p>
    <w:p>
      <w:pPr>
        <w:jc w:val="right"/>
      </w:pPr>
      <w:r>
        <w:t>رسول پر ایمان لانا آپ کے لیے رسول کی اتباع کرنے کا ہمانہ بن جائے۔</w:t>
      </w:r>
    </w:p>
    <w:p>
      <w:r>
        <w:rPr>
          <w:b/>
        </w:rPr>
        <w:t xml:space="preserve">[14:30] </w:t>
      </w:r>
      <w:r>
        <w:t>yaani jo kuch Khuda ke Rasool se mila hai us ko aap apni zindagi mein apna lein.</w:t>
      </w:r>
    </w:p>
    <w:p>
      <w:pPr>
        <w:jc w:val="right"/>
      </w:pPr>
      <w:r>
        <w:t>یعنی جو کچھ خدا کے رسول سے ملا ہے اس کو آپ اپنی زندگی میں اپنا لیں۔</w:t>
      </w:r>
    </w:p>
    <w:p>
      <w:r>
        <w:rPr>
          <w:b/>
        </w:rPr>
        <w:t xml:space="preserve">[14:38] </w:t>
      </w:r>
      <w:r>
        <w:t>toh yeh hua imaan.</w:t>
      </w:r>
    </w:p>
    <w:p>
      <w:pPr>
        <w:jc w:val="right"/>
      </w:pPr>
      <w:r>
        <w:t>تو یہ ہوا ایمان۔</w:t>
      </w:r>
    </w:p>
    <w:p>
      <w:r>
        <w:rPr>
          <w:b/>
        </w:rPr>
        <w:t xml:space="preserve">[14:43] </w:t>
      </w:r>
      <w:r>
        <w:t>ab dekhiye doosri cheez hai ibaadat.</w:t>
      </w:r>
    </w:p>
    <w:p>
      <w:pPr>
        <w:jc w:val="right"/>
      </w:pPr>
      <w:r>
        <w:t>اب دیکھیے دوسری چیز ہے عبادت۔</w:t>
      </w:r>
    </w:p>
    <w:p>
      <w:r>
        <w:rPr>
          <w:b/>
        </w:rPr>
        <w:t xml:space="preserve">[14:48] </w:t>
      </w:r>
      <w:r>
        <w:t>ibaadat ka matlab wahi hai jis ko hum kehte hain worship.</w:t>
      </w:r>
    </w:p>
    <w:p>
      <w:pPr>
        <w:jc w:val="right"/>
      </w:pPr>
      <w:r>
        <w:t>عبادت کا مطلب وہی ہے جس کو ہم کہتے ہیں ورشپ۔</w:t>
      </w:r>
    </w:p>
    <w:p>
      <w:r>
        <w:rPr>
          <w:b/>
        </w:rPr>
        <w:t xml:space="preserve">[14:53] </w:t>
      </w:r>
      <w:r>
        <w:t>worship lekin yahan bhi main kahunga ibaadat kisi set of rituals ka naam nahi hai.</w:t>
      </w:r>
    </w:p>
    <w:p>
      <w:pPr>
        <w:jc w:val="right"/>
      </w:pPr>
      <w:r>
        <w:t>ورشپ لیکن یہاں بھی میں کہوں گا عبادت کسی سیٹ آف ریچولز کا نام نہیں ہے۔</w:t>
      </w:r>
    </w:p>
    <w:p>
      <w:r>
        <w:rPr>
          <w:b/>
        </w:rPr>
        <w:t xml:space="preserve">[14:58] </w:t>
      </w:r>
      <w:r>
        <w:t>jaise kuch log nikle Musalmanon ke kalma ko durust karne ke liye.</w:t>
      </w:r>
    </w:p>
    <w:p>
      <w:pPr>
        <w:jc w:val="right"/>
      </w:pPr>
      <w:r>
        <w:t>جیسے کچھ لوگ نکلے مسلمانوں کے کلمہ کو درست کرنے کے لیے۔</w:t>
      </w:r>
    </w:p>
    <w:p>
      <w:r>
        <w:rPr>
          <w:b/>
        </w:rPr>
        <w:t xml:space="preserve">[15:03] </w:t>
      </w:r>
      <w:r>
        <w:t>main ne un se poocha ke aap kya jaat</w:t>
      </w:r>
    </w:p>
    <w:p>
      <w:pPr>
        <w:jc w:val="right"/>
      </w:pPr>
      <w:r>
        <w:t>میں نے ان سے پوچھا کہ آپ کیا جات</w:t>
      </w:r>
    </w:p>
    <w:p>
      <w:r>
        <w:rPr>
          <w:b/>
        </w:rPr>
        <w:t xml:space="preserve">[15:08] </w:t>
      </w:r>
      <w:r>
        <w:t>e karte hain aap? toh maloom hua ke woh ja kar ke makharij ko durust karte hain.</w:t>
      </w:r>
    </w:p>
    <w:p>
      <w:pPr>
        <w:jc w:val="right"/>
      </w:pPr>
      <w:r>
        <w:t>ے کرتے ہیں آپ؟ تو معلوم ہوا کہ وہ جا کر کے مخارج کو درست کرتے ہیں۔</w:t>
      </w:r>
    </w:p>
    <w:p>
      <w:r>
        <w:rPr>
          <w:b/>
        </w:rPr>
        <w:t xml:space="preserve">[15:13] </w:t>
      </w:r>
      <w:r>
        <w:t>makharij yaani pronunciation bilkul sahi sahi ho.</w:t>
      </w:r>
    </w:p>
    <w:p>
      <w:pPr>
        <w:jc w:val="right"/>
      </w:pPr>
      <w:r>
        <w:t>مخارج یعنی پروناؤنسیشن بالکل صحیح صحیح ہو۔</w:t>
      </w:r>
    </w:p>
    <w:p>
      <w:r>
        <w:rPr>
          <w:b/>
        </w:rPr>
        <w:t xml:space="preserve">[15:18] </w:t>
      </w:r>
      <w:r>
        <w:t>yaani ash-hadu an la ilaha ill-Allah wa ash-hadu anna Muhammadan abduhu wa rasooluh.</w:t>
      </w:r>
    </w:p>
    <w:p>
      <w:pPr>
        <w:jc w:val="right"/>
      </w:pPr>
      <w:r>
        <w:t>یعنی اشھد ان لا الہ الا اللہ واشہد ان محمد عبدہ ورسولہ۔</w:t>
      </w:r>
    </w:p>
    <w:p>
      <w:r>
        <w:rPr>
          <w:b/>
        </w:rPr>
        <w:t xml:space="preserve">[15:23] </w:t>
      </w:r>
      <w:r>
        <w:t>yeh jo hai theek theek aadmi pronounce kare.</w:t>
      </w:r>
    </w:p>
    <w:p>
      <w:pPr>
        <w:jc w:val="right"/>
      </w:pPr>
      <w:r>
        <w:t>یہ جو ہے ٹھیک ٹھیک آدمی پروناؤنس کرے۔</w:t>
      </w:r>
    </w:p>
    <w:p>
      <w:r>
        <w:rPr>
          <w:b/>
        </w:rPr>
        <w:t xml:space="preserve">[15:28] </w:t>
      </w:r>
      <w:r>
        <w:t>is ko kehte hain makharij.</w:t>
      </w:r>
    </w:p>
    <w:p>
      <w:pPr>
        <w:jc w:val="right"/>
      </w:pPr>
      <w:r>
        <w:t>اس کو کہتے ہیں مخارج۔</w:t>
      </w:r>
    </w:p>
    <w:p>
      <w:r>
        <w:rPr>
          <w:b/>
        </w:rPr>
        <w:t xml:space="preserve">[15:33] </w:t>
      </w:r>
      <w:r>
        <w:t>misal ke taur par ash-hadu ko agar asdu keh diya is ne. ash-hadu</w:t>
      </w:r>
    </w:p>
    <w:p>
      <w:pPr>
        <w:jc w:val="right"/>
      </w:pPr>
      <w:r>
        <w:t>مثلاً اشھد کو اگر اسدو کہہ دیا اس نے۔ اشھد</w:t>
      </w:r>
    </w:p>
    <w:p>
      <w:r>
        <w:rPr>
          <w:b/>
        </w:rPr>
        <w:t xml:space="preserve">[15:38] </w:t>
      </w:r>
      <w:r>
        <w:t>ko asdu kar diya. to is ne kaha sahi tareeqe se pronounce nahi kiya. isi tarah agar is ne ashhadu Muhammad ke bajaye ashhadu Muhammad keh diya to bhi use sahi nahi bola woh. to pronunciation jo hai is ko sahi karna yeh is ki dhoom chala rahe the woh. yaani baqayda ghoom ghoom kar ke jagah jagah ja kar ke kalma ko sahi</w:t>
      </w:r>
    </w:p>
    <w:p>
      <w:pPr>
        <w:jc w:val="right"/>
      </w:pPr>
      <w:r>
        <w:t>کو اسدو کر دیا۔ تو اس نے کہا صحیح طریقے سے پروناؤنس نہیں کیا۔ اسی طرح اگر اس نے اشھد ان محمد کے بجائے اشھد ان محمد کہہ دیا تو بھی اسے صحیح نہیں بولا وہ۔ تو پروناؤنسمینٹ جو ہے اس کو صحیح کرنا یہ اس کی دھوم چلا رہے تھے وہ۔ یعنی باقاعدہ گھوم گھوم کر کے جگہ جگہ جا کر کے کلمہ کو صحیح</w:t>
      </w:r>
    </w:p>
    <w:p>
      <w:r>
        <w:rPr>
          <w:b/>
        </w:rPr>
        <w:t xml:space="preserve">[16:08] </w:t>
      </w:r>
      <w:r>
        <w:t>karte the.</w:t>
      </w:r>
    </w:p>
    <w:p>
      <w:pPr>
        <w:jc w:val="right"/>
      </w:pPr>
      <w:r>
        <w:t>کرتے تھے۔</w:t>
      </w:r>
    </w:p>
    <w:p>
      <w:r>
        <w:rPr>
          <w:b/>
        </w:rPr>
        <w:t xml:space="preserve">[16:12] </w:t>
      </w:r>
      <w:r>
        <w:t>matlab kya in ka tha? kalma ke makharij ko, kalma ke pronunciation ko sahi karna.</w:t>
      </w:r>
    </w:p>
    <w:p>
      <w:pPr>
        <w:jc w:val="right"/>
      </w:pPr>
      <w:r>
        <w:t>مطلب کیا ان کا تھا؟ کلمہ کے مخارج کو، کلمہ کے پروناؤنسیشن کو صحیح کرنا۔</w:t>
      </w:r>
    </w:p>
    <w:p>
      <w:r>
        <w:rPr>
          <w:b/>
        </w:rPr>
        <w:t xml:space="preserve">[16:16] </w:t>
      </w:r>
      <w:r>
        <w:t>aise hi ibaadat ke maamle mein main ne dekha ke ek sahab yahi kaam kar rahe hain barson se.</w:t>
      </w:r>
    </w:p>
    <w:p>
      <w:pPr>
        <w:jc w:val="right"/>
      </w:pPr>
      <w:r>
        <w:t>ایسے ہی عبادت کے معاملے میں میں نے دیکھا کہ ایک صاحب یہی کام کر رہے ہیں برسوں سے۔</w:t>
      </w:r>
    </w:p>
    <w:p>
      <w:r>
        <w:rPr>
          <w:b/>
        </w:rPr>
        <w:t xml:space="preserve">[16:21] </w:t>
      </w:r>
      <w:r>
        <w:t>safar karte hain.</w:t>
      </w:r>
    </w:p>
    <w:p>
      <w:pPr>
        <w:jc w:val="right"/>
      </w:pPr>
      <w:r>
        <w:t>سفر کرتے ہیں۔</w:t>
      </w:r>
    </w:p>
    <w:p>
      <w:r>
        <w:rPr>
          <w:b/>
        </w:rPr>
        <w:t xml:space="preserve">[16:25] </w:t>
      </w:r>
      <w:r>
        <w:t>main ne poocha ke bhai aap kya karte hain ja kar ke? unhon ne kaha ke hum yeh</w:t>
      </w:r>
    </w:p>
    <w:p>
      <w:pPr>
        <w:jc w:val="right"/>
      </w:pPr>
      <w:r>
        <w:t>میں نے پوچھا کہ بھئی آپ کیا کرتے ہیں جا کر کے؟ انہوں نے کہا کہ ہم یہ</w:t>
      </w:r>
    </w:p>
    <w:p>
      <w:r>
        <w:rPr>
          <w:b/>
        </w:rPr>
        <w:t xml:space="preserve">[16:29] </w:t>
      </w:r>
      <w:r>
        <w:t>karte hain ke sahi namaz parhein log.</w:t>
      </w:r>
    </w:p>
    <w:p>
      <w:pPr>
        <w:jc w:val="right"/>
      </w:pPr>
      <w:r>
        <w:t>کرتے ہیں کہ صحیح نماز پڑھیں لوگ۔</w:t>
      </w:r>
    </w:p>
    <w:p>
      <w:r>
        <w:rPr>
          <w:b/>
        </w:rPr>
        <w:t xml:space="preserve">[16:33] </w:t>
      </w:r>
      <w:r>
        <w:t>to mein ne kaha sahi namaz kya hai?</w:t>
      </w:r>
    </w:p>
    <w:p>
      <w:pPr>
        <w:jc w:val="right"/>
      </w:pPr>
      <w:r>
        <w:t>تو میں نے کہا صحیح نماز کیا ہے؟</w:t>
      </w:r>
    </w:p>
    <w:p>
      <w:r>
        <w:rPr>
          <w:b/>
        </w:rPr>
        <w:t xml:space="preserve">[16:38] </w:t>
      </w:r>
      <w:r>
        <w:t>to sab rituals wali baatein bataein. ke jab yeh haath bandhein to aise bandhein. khade hon to is tarah se khade hon. haath uthaein to aise haath uthaein. ruku bajayein to theek theek aise ruku bajayein. to maine kaha yeh to aap ka circus sikha rahe hain logon ko. ke namaz ko kya samjha aap ne? kuch rituals hain un ko theek theek aadmi dohra de to bas nama</w:t>
      </w:r>
    </w:p>
    <w:p>
      <w:pPr>
        <w:jc w:val="right"/>
      </w:pPr>
      <w:r>
        <w:t>تو سب ریچولز والی باتیں بتائیں۔ کہ جب یہ ہاتھ باندھیں تو ایسے باندھیں۔ کھڑے ہوں تو اس طرح سے کھڑے ہوں۔ ہاتھ اٹھائیں تو ایسے ہاتھ اٹھائیں۔ رکوع بجائیں تو ٹھیک ٹھیک ایسے رکوع بجائیں۔ تو میں نے کہا یہ تو آپ کا سرکس سکھا رہے ہیں لوگوں کو۔ کہ نماز کو کیا سمجھا آپ نے؟ کچھ ریچولز ہیں ان کو ٹھیک ٹھیک آدمی دہرا دے تو بس نما</w:t>
      </w:r>
    </w:p>
    <w:p>
      <w:r>
        <w:rPr>
          <w:b/>
        </w:rPr>
        <w:t xml:space="preserve">[17:08] </w:t>
      </w:r>
      <w:r>
        <w:t>z ho gayi.</w:t>
      </w:r>
    </w:p>
    <w:p>
      <w:pPr>
        <w:jc w:val="right"/>
      </w:pPr>
      <w:r>
        <w:t>ز ہو گئی۔</w:t>
      </w:r>
    </w:p>
    <w:p>
      <w:r>
        <w:rPr>
          <w:b/>
        </w:rPr>
        <w:t xml:space="preserve">[17:12] </w:t>
      </w:r>
      <w:r>
        <w:t>yani physical kuch physical actions hain.</w:t>
      </w:r>
    </w:p>
    <w:p>
      <w:pPr>
        <w:jc w:val="right"/>
      </w:pPr>
      <w:r>
        <w:t>یعنی فزیکل کچھ فزیکل ایکشنز ہیں۔</w:t>
      </w:r>
    </w:p>
    <w:p>
      <w:r>
        <w:rPr>
          <w:b/>
        </w:rPr>
        <w:t xml:space="preserve">[17:16] </w:t>
      </w:r>
      <w:r>
        <w:t>mein ne kaha ke aap ke nazdeek namaz jo hai kuch physical actions ka naam hai.</w:t>
      </w:r>
    </w:p>
    <w:p>
      <w:pPr>
        <w:jc w:val="right"/>
      </w:pPr>
      <w:r>
        <w:t>میں نے کہا کہ آپ کے نزدیک نماز جو ہے کچھ فزیکل ایکشنز کا نام ہے۔</w:t>
      </w:r>
    </w:p>
    <w:p>
      <w:r>
        <w:rPr>
          <w:b/>
        </w:rPr>
        <w:t xml:space="preserve">[17:21] </w:t>
      </w:r>
      <w:r>
        <w:t>kuch rituals ka naam hai.</w:t>
      </w:r>
    </w:p>
    <w:p>
      <w:pPr>
        <w:jc w:val="right"/>
      </w:pPr>
      <w:r>
        <w:t>کچھ ریچولز کا نام ہے۔</w:t>
      </w:r>
    </w:p>
    <w:p>
      <w:r>
        <w:rPr>
          <w:b/>
        </w:rPr>
        <w:t xml:space="preserve">[17:25] </w:t>
      </w:r>
      <w:r>
        <w:t>isi ko dohra diya aadmi to namaz ho gayi.</w:t>
      </w:r>
    </w:p>
    <w:p>
      <w:pPr>
        <w:jc w:val="right"/>
      </w:pPr>
      <w:r>
        <w:t>اسی کو دہرا دیا آدمی تو نماز ہو گئی۔</w:t>
      </w:r>
    </w:p>
    <w:p>
      <w:r>
        <w:rPr>
          <w:b/>
        </w:rPr>
        <w:t xml:space="preserve">[17:29] </w:t>
      </w:r>
      <w:r>
        <w:t>to mein ne kaha ke yeh namaz nahi hai.</w:t>
      </w:r>
    </w:p>
    <w:p>
      <w:pPr>
        <w:jc w:val="right"/>
      </w:pPr>
      <w:r>
        <w:t>تو میں نے کہا کہ یہ نماز نہیں ہے۔</w:t>
      </w:r>
    </w:p>
    <w:p>
      <w:r>
        <w:rPr>
          <w:b/>
        </w:rPr>
        <w:t xml:space="preserve">[17:34] </w:t>
      </w:r>
      <w:r>
        <w:t>hadith mein aata hai ke la salata liman lam yatkhash.</w:t>
      </w:r>
    </w:p>
    <w:p>
      <w:pPr>
        <w:jc w:val="right"/>
      </w:pPr>
      <w:r>
        <w:t>حدیث میں آتا ہے کہ لا صلاۃ لمن لم یتخش۔</w:t>
      </w:r>
    </w:p>
    <w:p>
      <w:r>
        <w:rPr>
          <w:b/>
        </w:rPr>
        <w:t xml:space="preserve">[17:38] </w:t>
      </w:r>
      <w:r>
        <w:t>is ki namaz namaz nahi jis ki namaz mein khushu na ho.</w:t>
      </w:r>
    </w:p>
    <w:p>
      <w:pPr>
        <w:jc w:val="right"/>
      </w:pPr>
      <w:r>
        <w:t>اس کی نماز نماز نہیں جس کی نماز میں خشوع نہ ہو۔</w:t>
      </w:r>
    </w:p>
    <w:p>
      <w:r>
        <w:rPr>
          <w:b/>
        </w:rPr>
        <w:t xml:space="preserve">[17:42] </w:t>
      </w:r>
      <w:r>
        <w:t>khushu mani god fearing ka ki spirit.</w:t>
      </w:r>
    </w:p>
    <w:p>
      <w:pPr>
        <w:jc w:val="right"/>
      </w:pPr>
      <w:r>
        <w:t>خشوع معنی گاڈ فیئرنگ کا کی سپرٹ۔</w:t>
      </w:r>
    </w:p>
    <w:p>
      <w:r>
        <w:rPr>
          <w:b/>
        </w:rPr>
        <w:t xml:space="preserve">[17:47] </w:t>
      </w:r>
      <w:r>
        <w:t>god fearing ki spirit.</w:t>
      </w:r>
    </w:p>
    <w:p>
      <w:pPr>
        <w:jc w:val="right"/>
      </w:pPr>
      <w:r>
        <w:t>گاڈ فیئرنگ کی سپرٹ۔</w:t>
      </w:r>
    </w:p>
    <w:p>
      <w:r>
        <w:rPr>
          <w:b/>
        </w:rPr>
        <w:t xml:space="preserve">[17:51] </w:t>
      </w:r>
      <w:r>
        <w:t>to god fearing ki spirit agar hai tab woh namaz hai.</w:t>
      </w:r>
    </w:p>
    <w:p>
      <w:pPr>
        <w:jc w:val="right"/>
      </w:pPr>
      <w:r>
        <w:t>تو گاڈ فیئرنگ کی سپرٹ اگر ہے تب وہ نماز ہے۔</w:t>
      </w:r>
    </w:p>
    <w:p>
      <w:r>
        <w:rPr>
          <w:b/>
        </w:rPr>
        <w:t xml:space="preserve">[17:55] </w:t>
      </w:r>
      <w:r>
        <w:t>aur aap kya sikha rahe hain? ke kuch rituals hain in ko theek theek repeat kar do to</w:t>
      </w:r>
    </w:p>
    <w:p>
      <w:pPr>
        <w:jc w:val="right"/>
      </w:pPr>
      <w:r>
        <w:t>اور آپ کیا سکھا رہے ہیں؟ کہ کچھ ریچولز ہیں ان کو ٹھیک ٹھیک ریپیٹ کر دو تو</w:t>
      </w:r>
    </w:p>
    <w:p>
      <w:r>
        <w:rPr>
          <w:b/>
        </w:rPr>
        <w:t xml:space="preserve">[17:59] </w:t>
      </w:r>
      <w:r>
        <w:t>namaz ho gayi.</w:t>
      </w:r>
    </w:p>
    <w:p>
      <w:pPr>
        <w:jc w:val="right"/>
      </w:pPr>
      <w:r>
        <w:t>نماز ہو گئی۔</w:t>
      </w:r>
    </w:p>
    <w:p>
      <w:r>
        <w:rPr>
          <w:b/>
        </w:rPr>
        <w:t xml:space="preserve">[18:04] </w:t>
      </w:r>
      <w:r>
        <w:t>to yeh bhaari ghalati hai. bhaari ghalati. kalm</w:t>
      </w:r>
    </w:p>
    <w:p>
      <w:pPr>
        <w:jc w:val="right"/>
      </w:pPr>
      <w:r>
        <w:t>تو یہ بھاری غلطی ہے۔ بھاری غلطی۔ کلم</w:t>
      </w:r>
    </w:p>
    <w:p>
      <w:r>
        <w:rPr>
          <w:b/>
        </w:rPr>
        <w:t xml:space="preserve">[18:08] </w:t>
      </w:r>
      <w:r>
        <w:t>h ko log samajhte hain ke theek theek bukhari se ada ho jaye.</w:t>
      </w:r>
    </w:p>
    <w:p>
      <w:pPr>
        <w:jc w:val="right"/>
      </w:pPr>
      <w:r>
        <w:t>ہ کو لوگ سمجھتے ہیں کہ ٹھیک ٹھیک بخاری سے ادا ہو جائے۔</w:t>
      </w:r>
    </w:p>
    <w:p>
      <w:r>
        <w:rPr>
          <w:b/>
        </w:rPr>
        <w:t xml:space="preserve">[18:12] </w:t>
      </w:r>
      <w:r>
        <w:t>theek theek aadmi pronounce kar de is ko.</w:t>
      </w:r>
    </w:p>
    <w:p>
      <w:pPr>
        <w:jc w:val="right"/>
      </w:pPr>
      <w:r>
        <w:t>ٹھیک ٹھیک آدمی پروناؤنس کر دے اس کو۔</w:t>
      </w:r>
    </w:p>
    <w:p>
      <w:r>
        <w:rPr>
          <w:b/>
        </w:rPr>
        <w:t xml:space="preserve">[18:17] </w:t>
      </w:r>
      <w:r>
        <w:t>yeh bhi bohat bari bhool hai.</w:t>
      </w:r>
    </w:p>
    <w:p>
      <w:pPr>
        <w:jc w:val="right"/>
      </w:pPr>
      <w:r>
        <w:t>یہ بھی بہت بڑی بھول ہے۔</w:t>
      </w:r>
    </w:p>
    <w:p>
      <w:r>
        <w:rPr>
          <w:b/>
        </w:rPr>
        <w:t xml:space="preserve">[18:21] </w:t>
      </w:r>
      <w:r>
        <w:t>makharij ka naam kalma nahi hai.</w:t>
      </w:r>
    </w:p>
    <w:p>
      <w:pPr>
        <w:jc w:val="right"/>
      </w:pPr>
      <w:r>
        <w:t>مخارج کا نام کلمہ نہیں ہے۔</w:t>
      </w:r>
    </w:p>
    <w:p>
      <w:r>
        <w:rPr>
          <w:b/>
        </w:rPr>
        <w:t xml:space="preserve">[18:25] </w:t>
      </w:r>
      <w:r>
        <w:t>kalma naam hai realization ka.</w:t>
      </w:r>
    </w:p>
    <w:p>
      <w:pPr>
        <w:jc w:val="right"/>
      </w:pPr>
      <w:r>
        <w:t>کلمہ نام ہے ریلائزیشن کا۔</w:t>
      </w:r>
    </w:p>
    <w:p>
      <w:r>
        <w:rPr>
          <w:b/>
        </w:rPr>
        <w:t xml:space="preserve">[18:30] </w:t>
      </w:r>
      <w:r>
        <w:t>isi tarah ibadat jo hai woh kuch rituals ki theek theek dohrane ka naam nahi hai.</w:t>
      </w:r>
    </w:p>
    <w:p>
      <w:pPr>
        <w:jc w:val="right"/>
      </w:pPr>
      <w:r>
        <w:t>اسی طرح عبادت جو ہے وہ کچھ ریچولز کی ٹھیک ٹھیک دہرانے کا نام نہیں ہے۔</w:t>
      </w:r>
    </w:p>
    <w:p>
      <w:r>
        <w:rPr>
          <w:b/>
        </w:rPr>
        <w:t xml:space="preserve">[18:34] </w:t>
      </w:r>
      <w:r>
        <w:t>woh to dil ka</w:t>
      </w:r>
    </w:p>
    <w:p>
      <w:pPr>
        <w:jc w:val="right"/>
      </w:pPr>
      <w:r>
        <w:t>وہ تو دل کا</w:t>
      </w:r>
    </w:p>
    <w:p>
      <w:r>
        <w:rPr>
          <w:b/>
        </w:rPr>
        <w:t xml:space="preserve">[18:39] </w:t>
      </w:r>
      <w:r>
        <w:t>dil ki tarap ka naam hai.</w:t>
      </w:r>
    </w:p>
    <w:p>
      <w:pPr>
        <w:jc w:val="right"/>
      </w:pPr>
      <w:r>
        <w:t>دل کی تڑپ کا نام ہے۔</w:t>
      </w:r>
    </w:p>
    <w:p>
      <w:r>
        <w:rPr>
          <w:b/>
        </w:rPr>
        <w:t xml:space="preserve">[18:45] </w:t>
      </w:r>
      <w:r>
        <w:t>dil ke andar khuda ka dar aa jaye is ka naam hai.</w:t>
      </w:r>
    </w:p>
    <w:p>
      <w:pPr>
        <w:jc w:val="right"/>
      </w:pPr>
      <w:r>
        <w:t>دل کے اندر خدا کا ڈر آ جائے اس کا نام ہے۔</w:t>
      </w:r>
    </w:p>
    <w:p>
      <w:r>
        <w:rPr>
          <w:b/>
        </w:rPr>
        <w:t xml:space="preserve">[18:51] </w:t>
      </w:r>
      <w:r>
        <w:t>khuda ke samne aap ne accountable samjha, accountable aur phir khuda ke aage jhuk jayein is ka naam hai.</w:t>
      </w:r>
    </w:p>
    <w:p>
      <w:pPr>
        <w:jc w:val="right"/>
      </w:pPr>
      <w:r>
        <w:t>خدا کے سامنے آپ نے اکاؤنٹیبل سمجھا، اکاؤنٹیبل اور پھر خدا کے آگے جھک جائیں اس کا نام ہے۔</w:t>
      </w:r>
    </w:p>
    <w:p>
      <w:r>
        <w:rPr>
          <w:b/>
        </w:rPr>
        <w:t xml:space="preserve">[18:57] </w:t>
      </w:r>
      <w:r>
        <w:t>ibadat ke liye quran mein aaya hai ke qad aflah al mominoon allazeena fi salatihim khashuon.</w:t>
      </w:r>
    </w:p>
    <w:p>
      <w:pPr>
        <w:jc w:val="right"/>
      </w:pPr>
      <w:r>
        <w:t>عبادت کے لیے قرآن میں آیا ہے کہ قد افلح المومنون الذین فی صلاتہم خاشعون۔</w:t>
      </w:r>
    </w:p>
    <w:p>
      <w:r>
        <w:rPr>
          <w:b/>
        </w:rPr>
        <w:t xml:space="preserve">[19:03] </w:t>
      </w:r>
      <w:r>
        <w:t>wo namaz parhne wale kamyab ho g</w:t>
      </w:r>
    </w:p>
    <w:p>
      <w:pPr>
        <w:jc w:val="right"/>
      </w:pPr>
      <w:r>
        <w:t>وہ نماز پڑھنے والے کامیاب ہو گ</w:t>
      </w:r>
    </w:p>
    <w:p>
      <w:r>
        <w:rPr>
          <w:b/>
        </w:rPr>
        <w:t xml:space="preserve">[19:09] </w:t>
      </w:r>
      <w:r>
        <w:t>aye jo apni namazon mein khushu karte hain. yaani jin ki namazon mein god fearing ki spirit hoti hai. god consciousness ki spirit hoti hai. khuda ka dar un ki hasti mein samaye hua hota hai. wahi dar un ko jhukata hai. wahi wahi dar un ko sajde mein le aata hai. wahi dar un ko ruku mein le aata hai. aise hadith</w:t>
      </w:r>
    </w:p>
    <w:p>
      <w:pPr>
        <w:jc w:val="right"/>
      </w:pPr>
      <w:r>
        <w:t>ئے جو اپنی نمازوں میں خشوع کرتے ہیں۔ یعنی جن کی نمازوں میں گاڈ فیئرنگ کی سپرٹ ہوتی ہے۔ گاڈ کانشیسنس کی سپرٹ ہوتی ہے۔ خدا کا ڈر ان کی ہستی میں سمائے ہوا ہوتا ہے۔ وہی ڈر ان کو جھکاتا ہے۔ وہی وہی ڈر ان کو سجدے میں لے آتا ہے۔ وہی ڈر ان کو رکوع میں لے آتا ہے۔ ایسے حدی</w:t>
      </w:r>
    </w:p>
    <w:p>
      <w:r>
        <w:rPr>
          <w:b/>
        </w:rPr>
        <w:t xml:space="preserve">[19:39] </w:t>
      </w:r>
      <w:r>
        <w:t>s mein hai ke taabud allah kaannaka tara.</w:t>
      </w:r>
    </w:p>
    <w:p>
      <w:pPr>
        <w:jc w:val="right"/>
      </w:pPr>
      <w:r>
        <w:t>ث میں ہے کہ تعبد اللہ کانک ترا۔</w:t>
      </w:r>
    </w:p>
    <w:p>
      <w:r>
        <w:rPr>
          <w:b/>
        </w:rPr>
        <w:t xml:space="preserve">[19:44] </w:t>
      </w:r>
      <w:r>
        <w:t>is tarah namaz parho goya ke tum khuda ko dekh rahe ho.</w:t>
      </w:r>
    </w:p>
    <w:p>
      <w:pPr>
        <w:jc w:val="right"/>
      </w:pPr>
      <w:r>
        <w:t>اس طرح نماز پڑھو گویا کہ تم خدا کو دیکھ رہے ہو۔</w:t>
      </w:r>
    </w:p>
    <w:p>
      <w:r>
        <w:rPr>
          <w:b/>
        </w:rPr>
        <w:t xml:space="preserve">[19:49] </w:t>
      </w:r>
      <w:r>
        <w:t>ab aap sochiye ke aadmi khuda ko dekhne lage.</w:t>
      </w:r>
    </w:p>
    <w:p>
      <w:pPr>
        <w:jc w:val="right"/>
      </w:pPr>
      <w:r>
        <w:t>اب آپ سوچیے کہ آدمی خدا کو دیکھنے لگے۔</w:t>
      </w:r>
    </w:p>
    <w:p>
      <w:r>
        <w:rPr>
          <w:b/>
        </w:rPr>
        <w:t xml:space="preserve">[19:54] </w:t>
      </w:r>
      <w:r>
        <w:t>dekhne ka matlab hai ke shab roiyat.</w:t>
      </w:r>
    </w:p>
    <w:p>
      <w:pPr>
        <w:jc w:val="right"/>
      </w:pPr>
      <w:r>
        <w:t>دیکھنے کا مطلب ہے کہ شبہ رویت۔</w:t>
      </w:r>
    </w:p>
    <w:p>
      <w:r>
        <w:rPr>
          <w:b/>
        </w:rPr>
        <w:t xml:space="preserve">[19:59] </w:t>
      </w:r>
      <w:r>
        <w:t>dekhne jaisa lage us ko.</w:t>
      </w:r>
    </w:p>
    <w:p>
      <w:pPr>
        <w:jc w:val="right"/>
      </w:pPr>
      <w:r>
        <w:t>دیکھنے جیسا لگے اس کو۔</w:t>
      </w:r>
    </w:p>
    <w:p>
      <w:r>
        <w:rPr>
          <w:b/>
        </w:rPr>
        <w:t xml:space="preserve">[20:04] </w:t>
      </w:r>
      <w:r>
        <w:t>khuda ko aadmi dekh</w:t>
      </w:r>
    </w:p>
    <w:p>
      <w:pPr>
        <w:jc w:val="right"/>
      </w:pPr>
      <w:r>
        <w:t>خدا کو آدمی دیکھ</w:t>
      </w:r>
    </w:p>
    <w:p>
      <w:r>
        <w:rPr>
          <w:b/>
        </w:rPr>
        <w:t xml:space="preserve">[20:09] </w:t>
      </w:r>
      <w:r>
        <w:t>nahi sakta is tarah jis tarah aadmi taj mahal ko dekhta hai.</w:t>
      </w:r>
    </w:p>
    <w:p>
      <w:pPr>
        <w:jc w:val="right"/>
      </w:pPr>
      <w:r>
        <w:t>نہیں سکتا اس طرح جس طرح آدمی تاج محل کو دیکھتا ہے۔</w:t>
      </w:r>
    </w:p>
    <w:p>
      <w:r>
        <w:rPr>
          <w:b/>
        </w:rPr>
        <w:t xml:space="preserve">[20:14] </w:t>
      </w:r>
      <w:r>
        <w:t>is tarah nahi dekh sakta hai.</w:t>
      </w:r>
    </w:p>
    <w:p>
      <w:pPr>
        <w:jc w:val="right"/>
      </w:pPr>
      <w:r>
        <w:t>اس طرح نہیں دیکھ سکتا ہے۔</w:t>
      </w:r>
    </w:p>
    <w:p>
      <w:r>
        <w:rPr>
          <w:b/>
        </w:rPr>
        <w:t xml:space="preserve">[20:19] </w:t>
      </w:r>
      <w:r>
        <w:t>ek kaifiyat hoti hai, ek feeling hoti hai.</w:t>
      </w:r>
    </w:p>
    <w:p>
      <w:pPr>
        <w:jc w:val="right"/>
      </w:pPr>
      <w:r>
        <w:t>ایک کیفیت ہوتی ہے، ایک فیلنگ ہوتی ہے۔</w:t>
      </w:r>
    </w:p>
    <w:p>
      <w:r>
        <w:rPr>
          <w:b/>
        </w:rPr>
        <w:t xml:space="preserve">[20:24] </w:t>
      </w:r>
      <w:r>
        <w:t>jaise ke mein khuda ko dekh raha hoon.</w:t>
      </w:r>
    </w:p>
    <w:p>
      <w:pPr>
        <w:jc w:val="right"/>
      </w:pPr>
      <w:r>
        <w:t>جیسے کہ میں خدا کو دیکھ رہا ہوں۔</w:t>
      </w:r>
    </w:p>
    <w:p>
      <w:r>
        <w:rPr>
          <w:b/>
        </w:rPr>
        <w:t xml:space="preserve">[20:29] </w:t>
      </w:r>
      <w:r>
        <w:t>to aap sochiye ke agar aadmi ko yeh ehsas ho.</w:t>
      </w:r>
    </w:p>
    <w:p>
      <w:pPr>
        <w:jc w:val="right"/>
      </w:pPr>
      <w:r>
        <w:t>تو آپ سوچیے کہ اگر آدمی کو یہ احساس ہو۔</w:t>
      </w:r>
    </w:p>
    <w:p>
      <w:r>
        <w:rPr>
          <w:b/>
        </w:rPr>
        <w:t xml:space="preserve">[20:34] </w:t>
      </w:r>
      <w:r>
        <w:t>iska matlab hai presence of god ka ehsas.</w:t>
      </w:r>
    </w:p>
    <w:p>
      <w:pPr>
        <w:jc w:val="right"/>
      </w:pPr>
      <w:r>
        <w:t>اس کا مطلب ہے پریزنس آف گاڈ کا احساس۔</w:t>
      </w:r>
    </w:p>
    <w:p>
      <w:r>
        <w:rPr>
          <w:b/>
        </w:rPr>
        <w:t xml:space="preserve">[20:39] </w:t>
      </w:r>
      <w:r>
        <w:t>yani yeh jo kaha gaya ke ibadat is tarah karo jaise ke tum khuda ko dekh rahe ho.</w:t>
      </w:r>
    </w:p>
    <w:p>
      <w:pPr>
        <w:jc w:val="right"/>
      </w:pPr>
      <w:r>
        <w:t>یعنی یہ جو کہا گیا کہ عبادت اس طرح کرو جیسے کہ تم خدا کو دیکھ رہے ہو۔</w:t>
      </w:r>
    </w:p>
    <w:p>
      <w:r>
        <w:rPr>
          <w:b/>
        </w:rPr>
        <w:t xml:space="preserve">[20:47] </w:t>
      </w:r>
      <w:r>
        <w:t>agar tum us ko nahi dekh rahe ho to wo tum ko dekh raha hai ke wo present hai.</w:t>
      </w:r>
    </w:p>
    <w:p>
      <w:pPr>
        <w:jc w:val="right"/>
      </w:pPr>
      <w:r>
        <w:t>اگر تم اس کو نہیں دیکھ رہے ہو تو وہ تم کو دیکھ رہا ہے کہ وہ پریزنٹ ہے۔</w:t>
      </w:r>
    </w:p>
    <w:p>
      <w:r>
        <w:rPr>
          <w:b/>
        </w:rPr>
        <w:t xml:space="preserve">[20:54] </w:t>
      </w:r>
      <w:r>
        <w:t>yani wo present hai tumhare paas.</w:t>
      </w:r>
    </w:p>
    <w:p>
      <w:pPr>
        <w:jc w:val="right"/>
      </w:pPr>
      <w:r>
        <w:t>یعنی وہ پریزنٹ ہے تمہارے پاس۔</w:t>
      </w:r>
    </w:p>
    <w:p>
      <w:r>
        <w:rPr>
          <w:b/>
        </w:rPr>
        <w:t xml:space="preserve">[21:02] </w:t>
      </w:r>
      <w:r>
        <w:t>to iska matlab kya hai? presence of god ka mamla.</w:t>
      </w:r>
    </w:p>
    <w:p>
      <w:pPr>
        <w:jc w:val="right"/>
      </w:pPr>
      <w:r>
        <w:t>تو اس کا مطلب کیا ہے؟ پریزنس آف گاڈ کا معاملہ۔</w:t>
      </w:r>
    </w:p>
    <w:p>
      <w:r>
        <w:rPr>
          <w:b/>
        </w:rPr>
        <w:t xml:space="preserve">[21:10] </w:t>
      </w:r>
      <w:r>
        <w:t>yaani khuda har jagah maujood hai. to jab hum namaz padhein to yeh ehsaas, yeh feeling hamare upar chha jaye. ke khuda to hamare aas paas hai, khuda to hum ko dekh raha hai. to is maani matlab kya hua? presence of god ka ehsaas le kar namaz padhna is ka naam hai ibadat. ab aap sochiye ke jab aadmi ko presence of god</w:t>
      </w:r>
    </w:p>
    <w:p>
      <w:pPr>
        <w:jc w:val="right"/>
      </w:pPr>
      <w:r>
        <w:t>یعنی خدا ہر جگہ موجود ہے۔ تو جب ہم نماز پڑھیں تو یہ احساس، یہ فیلنگ ہمارے اوپر چھا جائے۔ کہ خدا تو ہمارے آس پاس ہے، خدا تو ہم کو دیکھ رہا ہے۔ تو اس معنی مطلب کیا ہوا؟ پریزنس آف گاڈ کا احساس لے کر نماز پڑھنا اس کا نام ہے عبادت۔ اب آپ سوچیے کہ جب آدمی کو پریزنس آف گاڈ</w:t>
      </w:r>
    </w:p>
    <w:p>
      <w:r>
        <w:rPr>
          <w:b/>
        </w:rPr>
        <w:t xml:space="preserve">[21:40] </w:t>
      </w:r>
      <w:r>
        <w:t>ka tajurba ho jaye.</w:t>
      </w:r>
    </w:p>
    <w:p>
      <w:pPr>
        <w:jc w:val="right"/>
      </w:pPr>
      <w:r>
        <w:t>کا تجربہ ہو جائے۔</w:t>
      </w:r>
    </w:p>
    <w:p>
      <w:r>
        <w:rPr>
          <w:b/>
        </w:rPr>
        <w:t xml:space="preserve">[21:45] </w:t>
      </w:r>
      <w:r>
        <w:t>presence of god ki feeling aa jaye is ke andar.</w:t>
      </w:r>
    </w:p>
    <w:p>
      <w:pPr>
        <w:jc w:val="right"/>
      </w:pPr>
      <w:r>
        <w:t>پریزنس آف گاڈ کی فیلنگ آ جائے اس کے اندر۔</w:t>
      </w:r>
    </w:p>
    <w:p>
      <w:r>
        <w:rPr>
          <w:b/>
        </w:rPr>
        <w:t xml:space="preserve">[21:50] </w:t>
      </w:r>
      <w:r>
        <w:t>to kya wo dead namaz parhega? wo sirf ritual wali namaz parhega? wo sirf physical activity</w:t>
      </w:r>
    </w:p>
    <w:p>
      <w:pPr>
        <w:jc w:val="right"/>
      </w:pPr>
      <w:r>
        <w:t>تو کیا وہ ڈیڈ نماز پڑھے گا؟ وہ صرف ریچول والی نماز پڑھے گا؟ وہ صرف فزیکل ایکٹیویٹی</w:t>
      </w:r>
    </w:p>
    <w:p>
      <w:r>
        <w:rPr>
          <w:b/>
        </w:rPr>
        <w:t xml:space="preserve">[21:55] </w:t>
      </w:r>
      <w:r>
        <w:t>wali namaz parhega? aisa hona impossible hai.</w:t>
      </w:r>
    </w:p>
    <w:p>
      <w:pPr>
        <w:jc w:val="right"/>
      </w:pPr>
      <w:r>
        <w:t>والی نماز پڑھے گا؟ ایسا ہونا امپاسیبل ہے۔</w:t>
      </w:r>
    </w:p>
    <w:p>
      <w:r>
        <w:rPr>
          <w:b/>
        </w:rPr>
        <w:t xml:space="preserve">[22:00] </w:t>
      </w:r>
      <w:r>
        <w:t>iska mind bilkul jaag uthega.</w:t>
      </w:r>
    </w:p>
    <w:p>
      <w:pPr>
        <w:jc w:val="right"/>
      </w:pPr>
      <w:r>
        <w:t>اس کا مائنڈ بالکل جاگ اٹھے گا۔</w:t>
      </w:r>
    </w:p>
    <w:p>
      <w:r>
        <w:rPr>
          <w:b/>
        </w:rPr>
        <w:t xml:space="preserve">[22:05] </w:t>
      </w:r>
      <w:r>
        <w:t>iske dil mein harkat aa jayegi.</w:t>
      </w:r>
    </w:p>
    <w:p>
      <w:pPr>
        <w:jc w:val="right"/>
      </w:pPr>
      <w:r>
        <w:t>اس کے دل میں حرکت آ جائے گی۔</w:t>
      </w:r>
    </w:p>
    <w:p>
      <w:r>
        <w:rPr>
          <w:b/>
        </w:rPr>
        <w:t xml:space="preserve">[22:10] </w:t>
      </w:r>
      <w:r>
        <w:t>iski soul mein ek qism ka toofan aa jayega.</w:t>
      </w:r>
    </w:p>
    <w:p>
      <w:pPr>
        <w:jc w:val="right"/>
      </w:pPr>
      <w:r>
        <w:t>اس کی سول میں ایک قسم کا طوفان آ جائے گا۔</w:t>
      </w:r>
    </w:p>
    <w:p>
      <w:r>
        <w:rPr>
          <w:b/>
        </w:rPr>
        <w:t xml:space="preserve">[22:16] </w:t>
      </w:r>
      <w:r>
        <w:t>yeh hai presence of god ka experience.</w:t>
      </w:r>
    </w:p>
    <w:p>
      <w:pPr>
        <w:jc w:val="right"/>
      </w:pPr>
      <w:r>
        <w:t>یہ ہے پریزنس آف گاڈ کا ایکسپیرینس۔</w:t>
      </w:r>
    </w:p>
    <w:p>
      <w:r>
        <w:rPr>
          <w:b/>
        </w:rPr>
        <w:t xml:space="preserve">[22:22] </w:t>
      </w:r>
      <w:r>
        <w:t>presence of god ka tajurba.</w:t>
      </w:r>
    </w:p>
    <w:p>
      <w:pPr>
        <w:jc w:val="right"/>
      </w:pPr>
      <w:r>
        <w:t>پریزنس آف گاڈ کا تجربہ۔</w:t>
      </w:r>
    </w:p>
    <w:p>
      <w:r>
        <w:rPr>
          <w:b/>
        </w:rPr>
        <w:t xml:space="preserve">[22:28] </w:t>
      </w:r>
      <w:r>
        <w:t>toh iske matlab kya hue? ke namaz juri hui hai marifat se.</w:t>
      </w:r>
    </w:p>
    <w:p>
      <w:pPr>
        <w:jc w:val="right"/>
      </w:pPr>
      <w:r>
        <w:t>تو اس کے معنی کیا ہوئے؟ کہ نماز جڑی ہوئی ہے معرفت سے۔</w:t>
      </w:r>
    </w:p>
    <w:p>
      <w:r>
        <w:rPr>
          <w:b/>
        </w:rPr>
        <w:t xml:space="preserve">[22:35] </w:t>
      </w:r>
      <w:r>
        <w:t>namaz juri hui hai khuda ke realization se.</w:t>
      </w:r>
    </w:p>
    <w:p>
      <w:pPr>
        <w:jc w:val="right"/>
      </w:pPr>
      <w:r>
        <w:t>نماز جڑی ہوئی ہے خدا کے ریلائزیشن سے۔</w:t>
      </w:r>
    </w:p>
    <w:p>
      <w:r>
        <w:rPr>
          <w:b/>
        </w:rPr>
        <w:t xml:space="preserve">[22:41] </w:t>
      </w:r>
      <w:r>
        <w:t>donon jure hue hain ek doosre se.</w:t>
      </w:r>
    </w:p>
    <w:p>
      <w:pPr>
        <w:jc w:val="right"/>
      </w:pPr>
      <w:r>
        <w:t>دونوں جڑے ہوئے ہیں ایک دوسرے سے۔</w:t>
      </w:r>
    </w:p>
    <w:p>
      <w:r>
        <w:rPr>
          <w:b/>
        </w:rPr>
        <w:t xml:space="preserve">[22:48] </w:t>
      </w:r>
      <w:r>
        <w:t>ab dekhiye quran majeed mein ek ayat hai namaz ka criterion batati hai.</w:t>
      </w:r>
    </w:p>
    <w:p>
      <w:pPr>
        <w:jc w:val="right"/>
      </w:pPr>
      <w:r>
        <w:t>اب دیکھیے قرآن مجید میں ایک آیت ہے نماز کا کرائٹیرین بتاتی ہے۔</w:t>
      </w:r>
    </w:p>
    <w:p>
      <w:r>
        <w:rPr>
          <w:b/>
        </w:rPr>
        <w:t xml:space="preserve">[22:56] </w:t>
      </w:r>
      <w:r>
        <w:t>woh ayat yeh hai: inna salata tanha anil fahsha'i wal munkar.</w:t>
      </w:r>
    </w:p>
    <w:p>
      <w:pPr>
        <w:jc w:val="right"/>
      </w:pPr>
      <w:r>
        <w:t>وہ آیت یہ ہے: ان الصلوۃ تنہا عن الفحشاء والمنکر۔</w:t>
      </w:r>
    </w:p>
    <w:p>
      <w:r>
        <w:rPr>
          <w:b/>
        </w:rPr>
        <w:t xml:space="preserve">[23:04] </w:t>
      </w:r>
      <w:r>
        <w:t>namaz aadmi ko buri baaton se</w:t>
      </w:r>
    </w:p>
    <w:p>
      <w:pPr>
        <w:jc w:val="right"/>
      </w:pPr>
      <w:r>
        <w:t>نماز آدمی کو بری باتوں سے</w:t>
      </w:r>
    </w:p>
    <w:p>
      <w:r>
        <w:rPr>
          <w:b/>
        </w:rPr>
        <w:t xml:space="preserve">[23:12] </w:t>
      </w:r>
      <w:r>
        <w:t>aur galat aadaton se rokti hai.</w:t>
      </w:r>
    </w:p>
    <w:p>
      <w:pPr>
        <w:jc w:val="right"/>
      </w:pPr>
      <w:r>
        <w:t>اور غلط عادتوں سے روکتی ہے۔</w:t>
      </w:r>
    </w:p>
    <w:p>
      <w:r>
        <w:rPr>
          <w:b/>
        </w:rPr>
        <w:t xml:space="preserve">[23:18] </w:t>
      </w:r>
      <w:r>
        <w:t>is par ghor kijiye ke namaz rokti hai buri aadaton se, buri baaton se, galat kaamon se.</w:t>
      </w:r>
    </w:p>
    <w:p>
      <w:pPr>
        <w:jc w:val="right"/>
      </w:pPr>
      <w:r>
        <w:t>اس پر غور کیجیے کہ نماز روکتی ہے بری عادتوں سے، بری باتوں سے، غلط کاموں سے۔</w:t>
      </w:r>
    </w:p>
    <w:p>
      <w:r>
        <w:rPr>
          <w:b/>
        </w:rPr>
        <w:t xml:space="preserve">[23:24] </w:t>
      </w:r>
      <w:r>
        <w:t>toh rokti kaise hai? aap ko dekhiye meri jankari yeh hai ke pani jo hai achhi cheez hai.</w:t>
      </w:r>
    </w:p>
    <w:p>
      <w:pPr>
        <w:jc w:val="right"/>
      </w:pPr>
      <w:r>
        <w:t>تو روکتی کیسے ہے؟ آپ کو دیکھیے میری جانکاری یہ ہے کہ پانی جو ہے اچھی چیز ہے۔</w:t>
      </w:r>
    </w:p>
    <w:p>
      <w:r>
        <w:rPr>
          <w:b/>
        </w:rPr>
        <w:t xml:space="preserve">[23:30] </w:t>
      </w:r>
      <w:r>
        <w:t>pani peene se aadmi ko faida hota hai.</w:t>
      </w:r>
    </w:p>
    <w:p>
      <w:pPr>
        <w:jc w:val="right"/>
      </w:pPr>
      <w:r>
        <w:t>پانی پینے سے آدمی کو فائدہ ہوتا ہے۔</w:t>
      </w:r>
    </w:p>
    <w:p>
      <w:r>
        <w:rPr>
          <w:b/>
        </w:rPr>
        <w:t xml:space="preserve">[23:36] </w:t>
      </w:r>
      <w:r>
        <w:t>toh yahan mera mind roke ga nahin</w:t>
      </w:r>
    </w:p>
    <w:p>
      <w:pPr>
        <w:jc w:val="right"/>
      </w:pPr>
      <w:r>
        <w:t>تو یہاں میرا مائنڈ روکے گا نہیں</w:t>
      </w:r>
    </w:p>
    <w:p>
      <w:r>
        <w:rPr>
          <w:b/>
        </w:rPr>
        <w:t xml:space="preserve">[23:42] </w:t>
      </w:r>
      <w:r>
        <w:t>pani peene se.</w:t>
      </w:r>
    </w:p>
    <w:p>
      <w:pPr>
        <w:jc w:val="right"/>
      </w:pPr>
      <w:r>
        <w:t>پانی پینے سے۔</w:t>
      </w:r>
    </w:p>
    <w:p>
      <w:r>
        <w:rPr>
          <w:b/>
        </w:rPr>
        <w:t xml:space="preserve">[23:46] </w:t>
      </w:r>
      <w:r>
        <w:t>mera mind yahan roke ga nahin ke pani na pio.</w:t>
      </w:r>
    </w:p>
    <w:p>
      <w:pPr>
        <w:jc w:val="right"/>
      </w:pPr>
      <w:r>
        <w:t>میرا مائنڈ یہاں روکے گا نہیں کہ پانی نہ پیو۔</w:t>
      </w:r>
    </w:p>
    <w:p>
      <w:r>
        <w:rPr>
          <w:b/>
        </w:rPr>
        <w:t xml:space="preserve">[23:51] </w:t>
      </w:r>
      <w:r>
        <w:t>yeh nahin kahe ga.</w:t>
      </w:r>
    </w:p>
    <w:p>
      <w:pPr>
        <w:jc w:val="right"/>
      </w:pPr>
      <w:r>
        <w:t>یہ نہیں کہے گا۔</w:t>
      </w:r>
    </w:p>
    <w:p>
      <w:r>
        <w:rPr>
          <w:b/>
        </w:rPr>
        <w:t xml:space="preserve">[23:55] </w:t>
      </w:r>
      <w:r>
        <w:t>lekin poison hai, zeher hai.</w:t>
      </w:r>
    </w:p>
    <w:p>
      <w:pPr>
        <w:jc w:val="right"/>
      </w:pPr>
      <w:r>
        <w:t>لیکن پوائزن ہے، زہر ہے۔</w:t>
      </w:r>
    </w:p>
    <w:p>
      <w:r>
        <w:rPr>
          <w:b/>
        </w:rPr>
        <w:t xml:space="preserve">[24:00] </w:t>
      </w:r>
      <w:r>
        <w:t>iske bare mein meri jankari kya hai? ke poison jo hai woh aadmi ko maar dalta hai. killer hai.</w:t>
      </w:r>
    </w:p>
    <w:p>
      <w:pPr>
        <w:jc w:val="right"/>
      </w:pPr>
      <w:r>
        <w:t>اس کے بارے میں میری جانکاری کیا ہے؟ کہ پوائزن جو ہے وہ آدمی کو مار ڈالتا ہے۔ کلر ہے۔</w:t>
      </w:r>
    </w:p>
    <w:p>
      <w:r>
        <w:rPr>
          <w:b/>
        </w:rPr>
        <w:t xml:space="preserve">[24:04] </w:t>
      </w:r>
      <w:r>
        <w:t>toh poison ke bare mein yeh meri yeh jankari, yeh mera ilm ke woh killer hai.</w:t>
      </w:r>
    </w:p>
    <w:p>
      <w:pPr>
        <w:jc w:val="right"/>
      </w:pPr>
      <w:r>
        <w:t>تو پوائزن کے بارے میں یہ میری یہ جانکاری، یہ میرا علم کہ وہ کلر ہے۔</w:t>
      </w:r>
    </w:p>
    <w:p>
      <w:r>
        <w:rPr>
          <w:b/>
        </w:rPr>
        <w:t xml:space="preserve">[24:09] </w:t>
      </w:r>
      <w:r>
        <w:t>mujhe roke ga ke main poison na loon.</w:t>
      </w:r>
    </w:p>
    <w:p>
      <w:pPr>
        <w:jc w:val="right"/>
      </w:pPr>
      <w:r>
        <w:t>مجھے روکے گا کہ میں پوائزن نہ لوں۔</w:t>
      </w:r>
    </w:p>
    <w:p>
      <w:r>
        <w:rPr>
          <w:b/>
        </w:rPr>
        <w:t xml:space="preserve">[24:13] </w:t>
      </w:r>
      <w:r>
        <w:t>toh yahi mamla namaz ka hai.</w:t>
      </w:r>
    </w:p>
    <w:p>
      <w:pPr>
        <w:jc w:val="right"/>
      </w:pPr>
      <w:r>
        <w:t>تو یہی معاملہ نماز کا ہے۔</w:t>
      </w:r>
    </w:p>
    <w:p>
      <w:r>
        <w:rPr>
          <w:b/>
        </w:rPr>
        <w:t xml:space="preserve">[24:18] </w:t>
      </w:r>
      <w:r>
        <w:t>namaz aap ke andar ek cheez inculcate karti hai jo hai khuda ka khauf, accountability, job judgment mein</w:t>
      </w:r>
    </w:p>
    <w:p>
      <w:pPr>
        <w:jc w:val="right"/>
      </w:pPr>
      <w:r>
        <w:t>نماز آپ کے اندر ایک چیز انکلکیٹ کرتی ہے جو ہے خدا کا خوف، اکاؤنٹیبلٹی، جاب ججمنٹ میں</w:t>
      </w:r>
    </w:p>
    <w:p>
      <w:r>
        <w:rPr>
          <w:b/>
        </w:rPr>
        <w:t xml:space="preserve">[24:22] </w:t>
      </w:r>
      <w:r>
        <w:t>khuda ke samne khada hona.</w:t>
      </w:r>
    </w:p>
    <w:p>
      <w:pPr>
        <w:jc w:val="right"/>
      </w:pPr>
      <w:r>
        <w:t>خدا کے سامنے کھڑا ہونا۔</w:t>
      </w:r>
    </w:p>
    <w:p>
      <w:r>
        <w:rPr>
          <w:b/>
        </w:rPr>
        <w:t xml:space="preserve">[24:26] </w:t>
      </w:r>
      <w:r>
        <w:t>kyun? kyunke namaz mein jo aap padhte hain woh sab quran ki ayatein padhte hain.</w:t>
      </w:r>
    </w:p>
    <w:p>
      <w:pPr>
        <w:jc w:val="right"/>
      </w:pPr>
      <w:r>
        <w:t>کیوں؟ کیونکہ نماز میں جو آپ پڑھتے ہیں وہ سب قرآن کی آیتیں پڑھتے ہیں۔</w:t>
      </w:r>
    </w:p>
    <w:p>
      <w:r>
        <w:rPr>
          <w:b/>
        </w:rPr>
        <w:t xml:space="preserve">[24:31] </w:t>
      </w:r>
      <w:r>
        <w:t>aap is mein padhte hain: maliki yawmid deen.</w:t>
      </w:r>
    </w:p>
    <w:p>
      <w:pPr>
        <w:jc w:val="right"/>
      </w:pPr>
      <w:r>
        <w:t>آپ اس میں پڑھتے ہیں: مالک یوم الدین۔</w:t>
      </w:r>
    </w:p>
    <w:p>
      <w:r>
        <w:rPr>
          <w:b/>
        </w:rPr>
        <w:t xml:space="preserve">[24:35] </w:t>
      </w:r>
      <w:r>
        <w:t>aur kya kya parhte hain? is tarah ki cheezen.</w:t>
      </w:r>
    </w:p>
    <w:p>
      <w:pPr>
        <w:jc w:val="right"/>
      </w:pPr>
      <w:r>
        <w:t>اور کیا کیا پڑھتے ہیں؟ اس طرح کی چیزیں۔</w:t>
      </w:r>
    </w:p>
    <w:p>
      <w:r>
        <w:rPr>
          <w:b/>
        </w:rPr>
        <w:t xml:space="preserve">[24:39] </w:t>
      </w:r>
      <w:r>
        <w:t>to aap namaz ki halat mein quran parh kar apne</w:t>
      </w:r>
    </w:p>
    <w:p>
      <w:pPr>
        <w:jc w:val="right"/>
      </w:pPr>
      <w:r>
        <w:t>تو آپ نماز کی حالت میں قرآن پڑھ کر اپنے</w:t>
      </w:r>
    </w:p>
    <w:p>
      <w:r>
        <w:rPr>
          <w:b/>
        </w:rPr>
        <w:t xml:space="preserve">[24:43] </w:t>
      </w:r>
      <w:r>
        <w:t>andar yeh feeling paida karte hain.</w:t>
      </w:r>
    </w:p>
    <w:p>
      <w:pPr>
        <w:jc w:val="right"/>
      </w:pPr>
      <w:r>
        <w:t>اندر یہ فیلنگ پیدا کرتے ہیں۔</w:t>
      </w:r>
    </w:p>
    <w:p>
      <w:r>
        <w:rPr>
          <w:b/>
        </w:rPr>
        <w:t xml:space="preserve">[24:48] </w:t>
      </w:r>
      <w:r>
        <w:t>yeh yeh jankari inculcate karte hain ke tum khuda ke aage accountable ho.</w:t>
      </w:r>
    </w:p>
    <w:p>
      <w:pPr>
        <w:jc w:val="right"/>
      </w:pPr>
      <w:r>
        <w:t>یہ یہ جانکاری انکلکیٹ کرتے ہیں کہ تم خدا کے آگے اکاؤنٹیبل ہو۔</w:t>
      </w:r>
    </w:p>
    <w:p>
      <w:r>
        <w:rPr>
          <w:b/>
        </w:rPr>
        <w:t xml:space="preserve">[24:53] </w:t>
      </w:r>
      <w:r>
        <w:t>tumhein deep judgment mein khuda ke samne khara hona hai.</w:t>
      </w:r>
    </w:p>
    <w:p>
      <w:pPr>
        <w:jc w:val="right"/>
      </w:pPr>
      <w:r>
        <w:t>تمہیں ڈیپ ججمنٹ میں خدا کے سامنے کھڑا ہونا ہے۔</w:t>
      </w:r>
    </w:p>
    <w:p>
      <w:r>
        <w:rPr>
          <w:b/>
        </w:rPr>
        <w:t xml:space="preserve">[24:58] </w:t>
      </w:r>
      <w:r>
        <w:t>tum marne ke baad aisa nahi hai ke tum mar kar khatm ho jao.</w:t>
      </w:r>
    </w:p>
    <w:p>
      <w:pPr>
        <w:jc w:val="right"/>
      </w:pPr>
      <w:r>
        <w:t>تم مرنے کے بعد ایسا نہیں ہے کہ تم مر کر ختم ہو جاؤ۔</w:t>
      </w:r>
    </w:p>
    <w:p>
      <w:r>
        <w:rPr>
          <w:b/>
        </w:rPr>
        <w:t xml:space="preserve">[25:03] </w:t>
      </w:r>
      <w:r>
        <w:t>marne ke baad phir dobara tum ko zinda kar ke khuda ke samne laya jayega.</w:t>
      </w:r>
    </w:p>
    <w:p>
      <w:pPr>
        <w:jc w:val="right"/>
      </w:pPr>
      <w:r>
        <w:t>مرنے کے بعد پھر دوبارہ تم کو زندہ کر کے خدا کے سامنے لایا جائے گا۔</w:t>
      </w:r>
    </w:p>
    <w:p>
      <w:r>
        <w:rPr>
          <w:b/>
        </w:rPr>
        <w:t xml:space="preserve">[25:08] </w:t>
      </w:r>
      <w:r>
        <w:t>yeh sari baaten namaz ki halat</w:t>
      </w:r>
    </w:p>
    <w:p>
      <w:pPr>
        <w:jc w:val="right"/>
      </w:pPr>
      <w:r>
        <w:t>یہ ساری باتیں نماز کی حالت</w:t>
      </w:r>
    </w:p>
    <w:p>
      <w:r>
        <w:rPr>
          <w:b/>
        </w:rPr>
        <w:t xml:space="preserve">[25:13] </w:t>
      </w:r>
      <w:r>
        <w:t>mein jab hum quran padhte hain to hamare andar utarti chali aati hain. isi liye to quran padhaya jata hai. namaz mein duaein hain, quran ki aayatein yahi to hain. is mein yahi sab baatein hain. to jab yeh sab baatein aap ke andar namaz bhar chuki hai to kya hua? wahi aa gaya ke jaise mera yeh jaanna ke poison qatl hai. mujh ko rok deta hai ke main poison na loon. aise hi yeh</w:t>
      </w:r>
    </w:p>
    <w:p>
      <w:pPr>
        <w:jc w:val="right"/>
      </w:pPr>
      <w:r>
        <w:t>میں جب ہم قرآن پڑھتے ہیں تو ہمارے اندر اترتی چلی آتی ہیں۔ اسی لیے تو قرآن پڑھایا جاتا ہے۔ نماز میں دعائیں ہیں، قرآن کی آیتیں یہی تو ہیں۔ اس میں یہی سب باتیں ہیں۔ تو جب یہ سب باتیں آپ کے اندر نماز بھر چکی ہے تو کیا ہوا؟ وہی آ گیا کہ جیسے میرا یہ جاننا کہ پوائزن کلر ہے۔ مجھ کو روک دیتا ہے کہ میں پوائزن نہ لوں۔ ایسے ہی یہ</w:t>
      </w:r>
    </w:p>
    <w:p>
      <w:r>
        <w:rPr>
          <w:b/>
        </w:rPr>
        <w:t xml:space="preserve">[25:43] </w:t>
      </w:r>
      <w:r>
        <w:t>jaanna, namaz ke zariye se yeh baat jaan lena ke yeh sahi hai, yeh ghalat hai. yeh karne ka kaam hai, yeh na karne ka kaam hai. yeh rasta hal mein jata hai, yeh rasta jannat mein jata hai. to woh kya karega? namaz ka yeh namaz ka jo consciousness aaya hai mere andar, woh roke ga ab is ko. woh mujhe roke ga. namaz mein hum</w:t>
      </w:r>
    </w:p>
    <w:p>
      <w:pPr>
        <w:jc w:val="right"/>
      </w:pPr>
      <w:r>
        <w:t>جاننا، نماز کے ذریعے سے یہ بات جان لینا کہ یہ صحیح ہے، یہ غلط ہے۔ یہ کرنے کا کام ہے، یہ نہ کرنے کا کام ہے۔ یہ راستہ حل میں جاتا ہے، یہ راستہ جنت میں جاتا ہے۔ تو وہ کیا کرے گا؟ نماز کا یہ نماز کا جو کانشیسنس آیا ہے میرے اندر، وہ روکے گا اب اس کو۔ وہ مجھے روکے گا۔ نماز میں ہم</w:t>
      </w:r>
    </w:p>
    <w:p>
      <w:r>
        <w:rPr>
          <w:b/>
        </w:rPr>
        <w:t xml:space="preserve">[26:13] </w:t>
      </w:r>
      <w:r>
        <w:t>parhte hain: ghair al-maghdubi alaihim wa la al-dalin.</w:t>
      </w:r>
    </w:p>
    <w:p>
      <w:pPr>
        <w:jc w:val="right"/>
      </w:pPr>
      <w:r>
        <w:t>پڑھتے ہیں: غیر المغضوب علیہم ولا الضالین۔</w:t>
      </w:r>
    </w:p>
    <w:p>
      <w:r>
        <w:rPr>
          <w:b/>
        </w:rPr>
        <w:t xml:space="preserve">[26:19] </w:t>
      </w:r>
      <w:r>
        <w:t>dua karte hain namaz mein hum.</w:t>
      </w:r>
    </w:p>
    <w:p>
      <w:pPr>
        <w:jc w:val="right"/>
      </w:pPr>
      <w:r>
        <w:t>دعا کرتے ہیں نماز میں ہم۔</w:t>
      </w:r>
    </w:p>
    <w:p>
      <w:r>
        <w:rPr>
          <w:b/>
        </w:rPr>
        <w:t xml:space="preserve">[26:24] </w:t>
      </w:r>
      <w:r>
        <w:t>har rakat mein surah fatiha padhi jati hai.</w:t>
      </w:r>
    </w:p>
    <w:p>
      <w:pPr>
        <w:jc w:val="right"/>
      </w:pPr>
      <w:r>
        <w:t>ہر رکعت میں سورہ فاتحہ پڑھی جاتی ہے۔</w:t>
      </w:r>
    </w:p>
    <w:p>
      <w:r>
        <w:rPr>
          <w:b/>
        </w:rPr>
        <w:t xml:space="preserve">[26:29] </w:t>
      </w:r>
      <w:r>
        <w:t>har rakat mein is mein hum yeh dua karte hain ke khuda ya hamein sirat al-mustaqeem dikha de.</w:t>
      </w:r>
    </w:p>
    <w:p>
      <w:pPr>
        <w:jc w:val="right"/>
      </w:pPr>
      <w:r>
        <w:t>ہر رکعت میں اس میں ہم یہ دعا کرتے ہیں کہ خدایا ہمیں صراط مستقیم دکھا دے۔</w:t>
      </w:r>
    </w:p>
    <w:p>
      <w:r>
        <w:rPr>
          <w:b/>
        </w:rPr>
        <w:t xml:space="preserve">[26:34] </w:t>
      </w:r>
      <w:r>
        <w:t>yeh straight path jo hai tere nazdeek, woh hamein dikha.</w:t>
      </w:r>
    </w:p>
    <w:p>
      <w:pPr>
        <w:jc w:val="right"/>
      </w:pPr>
      <w:r>
        <w:t>یہ سٹریٹ پاتھ جو ہے تیرے نزدیک، وہ ہمیں دکھا۔</w:t>
      </w:r>
    </w:p>
    <w:p>
      <w:r>
        <w:rPr>
          <w:b/>
        </w:rPr>
        <w:t xml:space="preserve">[26:39] </w:t>
      </w:r>
      <w:r>
        <w:t>straight path kaun sa hai? woh path</w:t>
      </w:r>
    </w:p>
    <w:p>
      <w:pPr>
        <w:jc w:val="right"/>
      </w:pPr>
      <w:r>
        <w:t>سٹریٹ پاتھ کون سا ہے؟ وہ پاتھ</w:t>
      </w:r>
    </w:p>
    <w:p>
      <w:r>
        <w:rPr>
          <w:b/>
        </w:rPr>
        <w:t xml:space="preserve">[26:44] </w:t>
      </w:r>
      <w:r>
        <w:t>jo bhatakne walon ka path nahi hai.</w:t>
      </w:r>
    </w:p>
    <w:p>
      <w:pPr>
        <w:jc w:val="right"/>
      </w:pPr>
      <w:r>
        <w:t>جو بھٹکنے والوں کا پاتھ نہیں ہے۔</w:t>
      </w:r>
    </w:p>
    <w:p>
      <w:r>
        <w:rPr>
          <w:b/>
        </w:rPr>
        <w:t xml:space="preserve">[26:49] </w:t>
      </w:r>
      <w:r>
        <w:t>woh un ka path jo sahi raste par chale.</w:t>
      </w:r>
    </w:p>
    <w:p>
      <w:pPr>
        <w:jc w:val="right"/>
      </w:pPr>
      <w:r>
        <w:t>وہ ان کا پاتھ جو صحیح راستے پر چلے۔</w:t>
      </w:r>
    </w:p>
    <w:p>
      <w:r>
        <w:rPr>
          <w:b/>
        </w:rPr>
        <w:t xml:space="preserve">[26:54] </w:t>
      </w:r>
      <w:r>
        <w:t>ab bataein ke yeh sari baaten mind mein bhar dein namaz ne.</w:t>
      </w:r>
    </w:p>
    <w:p>
      <w:pPr>
        <w:jc w:val="right"/>
      </w:pPr>
      <w:r>
        <w:t>اب بتائیں کہ یہ ساری باتیں مائنڈ میں بھر دیں نماز نے۔</w:t>
      </w:r>
    </w:p>
    <w:p>
      <w:r>
        <w:rPr>
          <w:b/>
        </w:rPr>
        <w:t xml:space="preserve">[26:59] </w:t>
      </w:r>
      <w:r>
        <w:t>to wohi to ho gaya phir ke jis tarah poison ke bare mein mera yeh jaan lena ke</w:t>
      </w:r>
    </w:p>
    <w:p>
      <w:pPr>
        <w:jc w:val="right"/>
      </w:pPr>
      <w:r>
        <w:t>تو وہی تو ہو گیا پھر کہ جس طرح پوائزن کے بارے میں میرا یہ جان لینا کہ</w:t>
      </w:r>
    </w:p>
    <w:p>
      <w:r>
        <w:rPr>
          <w:b/>
        </w:rPr>
        <w:t xml:space="preserve">[27:04] </w:t>
      </w:r>
      <w:r>
        <w:t>woh killer hai, mujh ko rokta hai ke main poison na loon.</w:t>
      </w:r>
    </w:p>
    <w:p>
      <w:pPr>
        <w:jc w:val="right"/>
      </w:pPr>
      <w:r>
        <w:t>وہ کلر ہے، مجھ کو روکتا ہے کہ میں پوائزن نہ لوں۔</w:t>
      </w:r>
    </w:p>
    <w:p>
      <w:r>
        <w:rPr>
          <w:b/>
        </w:rPr>
        <w:t xml:space="preserve">[27:09] </w:t>
      </w:r>
      <w:r>
        <w:t>aise hi woh zindagi jo ja rahi ho hell ki taraf, woh zindagi</w:t>
      </w:r>
    </w:p>
    <w:p>
      <w:pPr>
        <w:jc w:val="right"/>
      </w:pPr>
      <w:r>
        <w:t>ایسے ہی وہ زندگی جو جا رہی ہو ہل کی طرف، وہ زندگی</w:t>
      </w:r>
    </w:p>
    <w:p>
      <w:r>
        <w:rPr>
          <w:b/>
        </w:rPr>
        <w:t xml:space="preserve">[27:14] </w:t>
      </w:r>
      <w:r>
        <w:t>jo khuda ki marzi ke khilaf ho, woh zindagi jo bhatki hui zindagi ho.</w:t>
      </w:r>
    </w:p>
    <w:p>
      <w:pPr>
        <w:jc w:val="right"/>
      </w:pPr>
      <w:r>
        <w:t>جو خدا کی مرضی کے خلاف ہو، وہ زندگی جو بھٹکی ہوئی زندگی ہو۔</w:t>
      </w:r>
    </w:p>
    <w:p>
      <w:r>
        <w:rPr>
          <w:b/>
        </w:rPr>
        <w:t xml:space="preserve">[27:18] </w:t>
      </w:r>
      <w:r>
        <w:t>to namaz ne bata diya ke yeh zindagi bhatki hui hai.</w:t>
      </w:r>
    </w:p>
    <w:p>
      <w:pPr>
        <w:jc w:val="right"/>
      </w:pPr>
      <w:r>
        <w:t>تو نماز نے بتا دیا کہ یہ زندگی بھٹکی ہوئی ہے۔</w:t>
      </w:r>
    </w:p>
    <w:p>
      <w:r>
        <w:rPr>
          <w:b/>
        </w:rPr>
        <w:t xml:space="preserve">[27:23] </w:t>
      </w:r>
      <w:r>
        <w:t>yeh khuda ki marzi ke khilaf hai.</w:t>
      </w:r>
    </w:p>
    <w:p>
      <w:pPr>
        <w:jc w:val="right"/>
      </w:pPr>
      <w:r>
        <w:t>یہ خدا کی مرضی کے خلاف ہے۔</w:t>
      </w:r>
    </w:p>
    <w:p>
      <w:r>
        <w:rPr>
          <w:b/>
        </w:rPr>
        <w:t xml:space="preserve">[27:27] </w:t>
      </w:r>
      <w:r>
        <w:t>yeh rasta hell ki taraf jata hai.</w:t>
      </w:r>
    </w:p>
    <w:p>
      <w:pPr>
        <w:jc w:val="right"/>
      </w:pPr>
      <w:r>
        <w:t>یہ راستہ ہل کی طرف جاتا ہے۔</w:t>
      </w:r>
    </w:p>
    <w:p>
      <w:r>
        <w:rPr>
          <w:b/>
        </w:rPr>
        <w:t xml:space="preserve">[27:31] </w:t>
      </w:r>
      <w:r>
        <w:t>namaz mein aap ne is ko jana.</w:t>
      </w:r>
    </w:p>
    <w:p>
      <w:pPr>
        <w:jc w:val="right"/>
      </w:pPr>
      <w:r>
        <w:t>نماز میں آپ نے اس کو جانا۔</w:t>
      </w:r>
    </w:p>
    <w:p>
      <w:r>
        <w:rPr>
          <w:b/>
        </w:rPr>
        <w:t xml:space="preserve">[27:35] </w:t>
      </w:r>
      <w:r>
        <w:t>to aap ka yeh janana yeh kya hai? yeh ek deterrent cheez ban jayega.</w:t>
      </w:r>
    </w:p>
    <w:p>
      <w:pPr>
        <w:jc w:val="right"/>
      </w:pPr>
      <w:r>
        <w:t>تو آپ کا یہ جاننا یہ کیا ہے؟ یہ ایک ڈیٹرنٹ چیز بن جائے گا۔</w:t>
      </w:r>
    </w:p>
    <w:p>
      <w:r>
        <w:rPr>
          <w:b/>
        </w:rPr>
        <w:t xml:space="preserve">[27:40] </w:t>
      </w:r>
      <w:r>
        <w:t>deterrent roke ga ke nahi, yeh nahi karna hai, yeh nahi karna, yeh karna hai, yeh</w:t>
      </w:r>
    </w:p>
    <w:p>
      <w:pPr>
        <w:jc w:val="right"/>
      </w:pPr>
      <w:r>
        <w:t>ڈیٹرنٹ روکے گا کہ نہیں، یہ نہیں کرنا ہے، یہ نہیں کرنا، یہ کرنا ہے، یہ</w:t>
      </w:r>
    </w:p>
    <w:p>
      <w:r>
        <w:rPr>
          <w:b/>
        </w:rPr>
        <w:t xml:space="preserve">[27:44] </w:t>
      </w:r>
      <w:r>
        <w:t>kar nahin karna. ab kitna bara role hai namaz ka insan ki zindagi mein. to yeh ritual se nahin ho sakta aisa. rituals aisa nahin kar sakte ke woh hum ko buri baaton se rokne lagen. inna salata tanha anil fahsha'i wal munkar. to rituals ke taur par jo namaz parhi jaye, rituals ke taur par jo namaz parhi jaye, woh kaise roke gi hum ko? woh to kuch nahin</w:t>
      </w:r>
    </w:p>
    <w:p>
      <w:pPr>
        <w:jc w:val="right"/>
      </w:pPr>
      <w:r>
        <w:t>کر نہیں کرنا۔ اب کتنا بڑا رول ہے نماز کا انسان کی زندگی میں۔ تو یہ ریچول سے نہیں ہو سکتا ایسا۔ ریچولز ایسا نہیں کر سکتے کہ وہ ہم کو بری باتوں سے روکنے لگیں۔ ان الصلوۃ تنہا عن الفحشاء والمنکر۔ تو ریچولز کے طور پر جو نماز پڑھی جائے، ریچولز کے طور پر جو نماز پڑھی جائے، وہ کیسے روکے گی ہم کو؟ وہ تو کچھ نہیں</w:t>
      </w:r>
    </w:p>
    <w:p>
      <w:r>
        <w:rPr>
          <w:b/>
        </w:rPr>
        <w:t xml:space="preserve">[28:14] </w:t>
      </w:r>
      <w:r>
        <w:t>rok sakti hai.</w:t>
      </w:r>
    </w:p>
    <w:p>
      <w:pPr>
        <w:jc w:val="right"/>
      </w:pPr>
      <w:r>
        <w:t>روک سکتی ہے۔</w:t>
      </w:r>
    </w:p>
    <w:p>
      <w:r>
        <w:rPr>
          <w:b/>
        </w:rPr>
        <w:t xml:space="preserve">[28:22] </w:t>
      </w:r>
      <w:r>
        <w:t>to ek hai living ibadat, zinda ibadat, bashaoor ibadat, sooji sabji ibadat.</w:t>
      </w:r>
    </w:p>
    <w:p>
      <w:pPr>
        <w:jc w:val="right"/>
      </w:pPr>
      <w:r>
        <w:t>تو ایک ہے لیونگ عبادت، زندہ عبادت، باشعور عبادت، سوجی سبجی عبادت۔</w:t>
      </w:r>
    </w:p>
    <w:p>
      <w:r>
        <w:rPr>
          <w:b/>
        </w:rPr>
        <w:t xml:space="preserve">[28:29] </w:t>
      </w:r>
      <w:r>
        <w:t>woh rokti hai.</w:t>
      </w:r>
    </w:p>
    <w:p>
      <w:pPr>
        <w:jc w:val="right"/>
      </w:pPr>
      <w:r>
        <w:t>وہ روکتی ہے۔</w:t>
      </w:r>
    </w:p>
    <w:p>
      <w:r>
        <w:rPr>
          <w:b/>
        </w:rPr>
        <w:t xml:space="preserve">[28:37] </w:t>
      </w:r>
      <w:r>
        <w:t>to is ka matlab yeh hua ke Khuda ke haan jo namaz kaam aye gi, woh woh namaz hai jo</w:t>
      </w:r>
    </w:p>
    <w:p>
      <w:pPr>
        <w:jc w:val="right"/>
      </w:pPr>
      <w:r>
        <w:t>تو اس کا مطلب یہ ہوا کہ خدا کے ہاں جو نماز کام آئے گی، وہ وہ نماز ہے جو</w:t>
      </w:r>
    </w:p>
    <w:p>
      <w:r>
        <w:rPr>
          <w:b/>
        </w:rPr>
        <w:t xml:space="preserve">[28:44] </w:t>
      </w:r>
      <w:r>
        <w:t>itni itni ziyada is ke andar jaan ho, itni ziyada spirit ho is ke andar ke woh buraiyon</w:t>
      </w:r>
    </w:p>
    <w:p>
      <w:pPr>
        <w:jc w:val="right"/>
      </w:pPr>
      <w:r>
        <w:t>اتنی اتنی زیادہ اس کے اندر جان ہو، اتنی زیادہ سپرٹ ہو اس کے اندر کہ وہ برائیوں</w:t>
      </w:r>
    </w:p>
    <w:p>
      <w:r>
        <w:rPr>
          <w:b/>
        </w:rPr>
        <w:t xml:space="preserve">[28:50] </w:t>
      </w:r>
      <w:r>
        <w:t>se rokne wali ban jaye.</w:t>
      </w:r>
    </w:p>
    <w:p>
      <w:pPr>
        <w:jc w:val="right"/>
      </w:pPr>
      <w:r>
        <w:t>سے روکنے والی بن جائے۔</w:t>
      </w:r>
    </w:p>
    <w:p>
      <w:r>
        <w:rPr>
          <w:b/>
        </w:rPr>
        <w:t xml:space="preserve">[28:57] </w:t>
      </w:r>
      <w:r>
        <w:t>Quran mein hai ke namaz parhne wale jannat mein jayenge aur jo namaz nahi parha jinhon ne,</w:t>
      </w:r>
    </w:p>
    <w:p>
      <w:pPr>
        <w:jc w:val="right"/>
      </w:pPr>
      <w:r>
        <w:t>قرآن میں ہے کہ نماز پڑھنے والے جنت میں جائیں گے اور جو نماز نہیں پڑھا جنہوں نے،</w:t>
      </w:r>
    </w:p>
    <w:p>
      <w:r>
        <w:rPr>
          <w:b/>
        </w:rPr>
        <w:t xml:space="preserve">[29:03] </w:t>
      </w:r>
      <w:r>
        <w:t>woh jahannum mein jayenge.</w:t>
      </w:r>
    </w:p>
    <w:p>
      <w:pPr>
        <w:jc w:val="right"/>
      </w:pPr>
      <w:r>
        <w:t>وہ جہنم میں جائیں گے۔</w:t>
      </w:r>
    </w:p>
    <w:p>
      <w:r>
        <w:rPr>
          <w:b/>
        </w:rPr>
        <w:t xml:space="preserve">[29:09] </w:t>
      </w:r>
      <w:r>
        <w:t>is ka matlab yeh nahi ke rituals karne se ya na karne se yeh farq pad jayega. nahi,</w:t>
      </w:r>
    </w:p>
    <w:p>
      <w:pPr>
        <w:jc w:val="right"/>
      </w:pPr>
      <w:r>
        <w:t>اس کا مطلب یہ نہیں کہ ریچولز کرنے سے یا نہ کرنے سے یہ فرق پڑ جائے گا۔ نہیں،</w:t>
      </w:r>
    </w:p>
    <w:p>
      <w:r>
        <w:rPr>
          <w:b/>
        </w:rPr>
        <w:t xml:space="preserve">[29:15] </w:t>
      </w:r>
      <w:r>
        <w:t>living ibadat jo hai, living ibadat, living ibadat ka yeh ka yeh mamla hoga jis ke andar deterrent</w:t>
      </w:r>
    </w:p>
    <w:p>
      <w:pPr>
        <w:jc w:val="right"/>
      </w:pPr>
      <w:r>
        <w:t>لیونگ عبادت جو ہے، لیونگ عبادت، لیونگ عبادت کا یہ کا یہ معاملہ ہوگا جس کے اندر ڈیٹرنٹ</w:t>
      </w:r>
    </w:p>
    <w:p>
      <w:r>
        <w:rPr>
          <w:b/>
        </w:rPr>
        <w:t xml:space="preserve">[29:26] </w:t>
      </w:r>
      <w:r>
        <w:t>value paida ho jaye, rokne wali pehlu walon pe wali baat paida ho jaye ke woh rokne lage</w:t>
      </w:r>
    </w:p>
    <w:p>
      <w:pPr>
        <w:jc w:val="right"/>
      </w:pPr>
      <w:r>
        <w:t>ویلیو پیدا ہو جائے، روکنے والی پہلو والوں پہ والی بات پیدا ہو جائے کہ وہ روکنے لگے</w:t>
      </w:r>
    </w:p>
    <w:p>
      <w:r>
        <w:rPr>
          <w:b/>
        </w:rPr>
        <w:t xml:space="preserve">[29:36] </w:t>
      </w:r>
      <w:r>
        <w:t>buraiyon se aur achaiyon ki taraf le jaane le jaane lage aap ko.</w:t>
      </w:r>
    </w:p>
    <w:p>
      <w:pPr>
        <w:jc w:val="right"/>
      </w:pPr>
      <w:r>
        <w:t>برائیوں سے اور اچھائیوں کی طرف لے جانے لے جانے لگے آپ کو۔</w:t>
      </w:r>
    </w:p>
    <w:p>
      <w:r>
        <w:rPr>
          <w:b/>
        </w:rPr>
        <w:t xml:space="preserve">[29:47] </w:t>
      </w:r>
      <w:r>
        <w:t>is se maloom hua ke ibadat Islam mein farz kyun hai? is liye ke jo ibadat karega,</w:t>
      </w:r>
    </w:p>
    <w:p>
      <w:pPr>
        <w:jc w:val="right"/>
      </w:pPr>
      <w:r>
        <w:t>اس سے معلوم ہوا کہ عبادت اسلام میں فرض کیوں ہے؟ اس لیے کہ جو عبادت کرے گا،</w:t>
      </w:r>
    </w:p>
    <w:p>
      <w:r>
        <w:rPr>
          <w:b/>
        </w:rPr>
        <w:t xml:space="preserve">[29:54] </w:t>
      </w:r>
      <w:r>
        <w:t>living ibadat, sahi ibadat, real ibadat, to is ke andar ek character ubhre ga, ek divine character, ibadati</w:t>
      </w:r>
    </w:p>
    <w:p>
      <w:pPr>
        <w:jc w:val="right"/>
      </w:pPr>
      <w:r>
        <w:t>لیونگ عبادت، صحیح عبادت، ریئل عبادت، تو اس کے اندر ایک کریکٹر ابھرے گا، ایک ڈیوائن کریکٹر، عبادتی</w:t>
      </w:r>
    </w:p>
    <w:p>
      <w:r>
        <w:rPr>
          <w:b/>
        </w:rPr>
        <w:t xml:space="preserve">[30:02] </w:t>
      </w:r>
      <w:r>
        <w:t>character, sacha character, jannat wala character.</w:t>
      </w:r>
    </w:p>
    <w:p>
      <w:pPr>
        <w:jc w:val="right"/>
      </w:pPr>
      <w:r>
        <w:t>کریکٹر، سچا کریکٹر، جنت والا کریکٹر۔</w:t>
      </w:r>
    </w:p>
    <w:p>
      <w:r>
        <w:rPr>
          <w:b/>
        </w:rPr>
        <w:t xml:space="preserve">[30:09] </w:t>
      </w:r>
      <w:r>
        <w:t>to yeh hai</w:t>
      </w:r>
    </w:p>
    <w:p>
      <w:pPr>
        <w:jc w:val="right"/>
      </w:pPr>
      <w:r>
        <w:t>تو یہ ہے</w:t>
      </w:r>
    </w:p>
    <w:p>
      <w:r>
        <w:rPr>
          <w:b/>
        </w:rPr>
        <w:t xml:space="preserve">[30:17] </w:t>
      </w:r>
      <w:r>
        <w:t>namaz. to pehli cheez thi iman, doosri cheez thi ibadat. ab teesri cheez ko lijiye, woh hai akhlaq. akhlaq kya cheez hai? akhlaq ka matlab hai character. yani jis ko hum kehte hain ethics ya morality. yeh society mein hum jab jab rehte hain, akhlaq ka</w:t>
      </w:r>
    </w:p>
    <w:p>
      <w:pPr>
        <w:jc w:val="right"/>
      </w:pPr>
      <w:r>
        <w:t>نماز۔ تو پہلی چیز تھی ایمان، دوسری چیز تھی عبادت۔ اب تیسری چیز کو لیجئے، وہ ہے اخلاق۔ اخلاق کیا چیز ہے؟ اخلاق کا مطلب ہے کریکٹر۔ یعنی جس کو ہم کہتے ہیں ایتھکس یا موریلٹی۔ یہ سوسائٹی میں ہم جب جب رہتے ہیں، اخلاق کا</w:t>
      </w:r>
    </w:p>
    <w:p>
      <w:r>
        <w:rPr>
          <w:b/>
        </w:rPr>
        <w:t xml:space="preserve">[30:47] </w:t>
      </w:r>
      <w:r>
        <w:t>matlab hai social akhlaq. logon ke beech mein jab aap rehte hain to un se interaction hota hai, un se dealing hoti hai, un se aap baat cheet karte hain. to is tarah society mein aap jab jab aap rehte hain to bar bar doosron se aap ka sabqa padta hai. doosron se aap baat karte hain, milte hain,</w:t>
      </w:r>
    </w:p>
    <w:p>
      <w:pPr>
        <w:jc w:val="right"/>
      </w:pPr>
      <w:r>
        <w:t>مطلب ہے سوشل اخلاق۔ لوگوں کے بیچ میں جب آپ رہتے ہیں تو ان سے انٹریکشن ہوتا ہے، ان سے ڈیلنگ ہوتی ہے، ان سے آپ بات چیت کرتے ہیں۔ تو اس طرح سوسائٹی میں آپ جب جب آپ رہتے ہیں تو بار بار دوسروں سے آپ کا سابقہ پڑتا ہے۔ دوسروں سے آپ بات کرتے ہیں، ملتے ہیں،</w:t>
      </w:r>
    </w:p>
    <w:p>
      <w:r>
        <w:rPr>
          <w:b/>
        </w:rPr>
        <w:t xml:space="preserve">[31:17] </w:t>
      </w:r>
      <w:r>
        <w:t>interaction hota hai.</w:t>
      </w:r>
    </w:p>
    <w:p>
      <w:pPr>
        <w:jc w:val="right"/>
      </w:pPr>
      <w:r>
        <w:t>انٹریکشن ہوتا ہے۔</w:t>
      </w:r>
    </w:p>
    <w:p>
      <w:r>
        <w:rPr>
          <w:b/>
        </w:rPr>
        <w:t xml:space="preserve">[31:23] </w:t>
      </w:r>
      <w:r>
        <w:t>bar bar, bar bar, rozana.</w:t>
      </w:r>
    </w:p>
    <w:p>
      <w:pPr>
        <w:jc w:val="right"/>
      </w:pPr>
      <w:r>
        <w:t>بار بار، بار بار، روزانہ۔</w:t>
      </w:r>
    </w:p>
    <w:p>
      <w:r>
        <w:rPr>
          <w:b/>
        </w:rPr>
        <w:t xml:space="preserve">[31:29] </w:t>
      </w:r>
      <w:r>
        <w:t>to wahan par kya hai? wahan par agar aap iman wale spirit ke sath rahein to ek aap</w:t>
      </w:r>
    </w:p>
    <w:p>
      <w:pPr>
        <w:jc w:val="right"/>
      </w:pPr>
      <w:r>
        <w:t>تو وہاں پر کیا ہے؟ وہاں پر اگر آپ ایمان والے سپرٹ کے ساتھ رہیں تو ایک آپ</w:t>
      </w:r>
    </w:p>
    <w:p>
      <w:r>
        <w:rPr>
          <w:b/>
        </w:rPr>
        <w:t xml:space="preserve">[31:35] </w:t>
      </w:r>
      <w:r>
        <w:t>ka character divine character hoga.</w:t>
      </w:r>
    </w:p>
    <w:p>
      <w:pPr>
        <w:jc w:val="right"/>
      </w:pPr>
      <w:r>
        <w:t>کا کریکٹر ڈیوائن کریکٹر ہوگا۔</w:t>
      </w:r>
    </w:p>
    <w:p>
      <w:r>
        <w:rPr>
          <w:b/>
        </w:rPr>
        <w:t xml:space="preserve">[31:41] </w:t>
      </w:r>
      <w:r>
        <w:t>iman la kar aap ne apne andar jo cheez paida ki hai, jo</w:t>
      </w:r>
    </w:p>
    <w:p>
      <w:pPr>
        <w:jc w:val="right"/>
      </w:pPr>
      <w:r>
        <w:t>ایمان لا کر آپ نے اپنے اندر جو چیز پیدا کی ہے، جو</w:t>
      </w:r>
    </w:p>
    <w:p>
      <w:r>
        <w:rPr>
          <w:b/>
        </w:rPr>
        <w:t xml:space="preserve">[31:47] </w:t>
      </w:r>
      <w:r>
        <w:t>spirit paida ki hai, us spirit ke sath jab aap rahenge society mein to aap ke andar</w:t>
      </w:r>
    </w:p>
    <w:p>
      <w:pPr>
        <w:jc w:val="right"/>
      </w:pPr>
      <w:r>
        <w:t>سپرٹ پیدا کی ہے، اس سپرٹ کے ساتھ جب آپ رہیں گے سوسائٹی میں تو آپ کے اندر</w:t>
      </w:r>
    </w:p>
    <w:p>
      <w:r>
        <w:rPr>
          <w:b/>
        </w:rPr>
        <w:t xml:space="preserve">[31:53] </w:t>
      </w:r>
      <w:r>
        <w:t>divine character paida hoga.</w:t>
      </w:r>
    </w:p>
    <w:p>
      <w:pPr>
        <w:jc w:val="right"/>
      </w:pPr>
      <w:r>
        <w:t>ڈیوائن کریکٹر پیدا ہوگا۔</w:t>
      </w:r>
    </w:p>
    <w:p>
      <w:r>
        <w:rPr>
          <w:b/>
        </w:rPr>
        <w:t xml:space="preserve">[31:59] </w:t>
      </w:r>
      <w:r>
        <w:t>isi liye kaha gaya hai ke takhallu be akhlaq Allah ke adopt da divine character.</w:t>
      </w:r>
    </w:p>
    <w:p>
      <w:pPr>
        <w:jc w:val="right"/>
      </w:pPr>
      <w:r>
        <w:t>اسی لیے کہا گیا ہے کہ تخلقو بے اخلاق اللہ کہ اڈاپٹ دا ڈیوائن کریکٹر۔</w:t>
      </w:r>
    </w:p>
    <w:p>
      <w:r>
        <w:rPr>
          <w:b/>
        </w:rPr>
        <w:t xml:space="preserve">[32:05] </w:t>
      </w:r>
      <w:r>
        <w:t>divine character ko adopt karo.</w:t>
      </w:r>
    </w:p>
    <w:p>
      <w:pPr>
        <w:jc w:val="right"/>
      </w:pPr>
      <w:r>
        <w:t>ڈیوائن کریکٹر کو اڈاپٹ کرو۔</w:t>
      </w:r>
    </w:p>
    <w:p>
      <w:r>
        <w:rPr>
          <w:b/>
        </w:rPr>
        <w:t xml:space="preserve">[32:11] </w:t>
      </w:r>
      <w:r>
        <w:t>to is ka matlab kya hai? woh woh spirit apne andar inculcate karo, iman wali jo</w:t>
      </w:r>
    </w:p>
    <w:p>
      <w:pPr>
        <w:jc w:val="right"/>
      </w:pPr>
      <w:r>
        <w:t>تو اس کا مطلب کیا ہے؟ وہ وہ سپرٹ اپنے اندر انکلکیٹ کرو، ایمان والی جو</w:t>
      </w:r>
    </w:p>
    <w:p>
      <w:r>
        <w:rPr>
          <w:b/>
        </w:rPr>
        <w:t xml:space="preserve">[32:18] </w:t>
      </w:r>
      <w:r>
        <w:t>translate ho divine character mein.</w:t>
      </w:r>
    </w:p>
    <w:p>
      <w:pPr>
        <w:jc w:val="right"/>
      </w:pPr>
      <w:r>
        <w:t>ٹرانسلیٹ ہو ڈیوائن کریکٹر میں۔</w:t>
      </w:r>
    </w:p>
    <w:p>
      <w:r>
        <w:rPr>
          <w:b/>
        </w:rPr>
        <w:t xml:space="preserve">[32:24] </w:t>
      </w:r>
      <w:r>
        <w:t>yeh matlab hai jab aap ko sacha iman mil jaye, jab aap sachi ibadat karne lagen to is</w:t>
      </w:r>
    </w:p>
    <w:p>
      <w:pPr>
        <w:jc w:val="right"/>
      </w:pPr>
      <w:r>
        <w:t>یہ مطلب ہے جب آپ کو سچا ایمان مل جائے، جب آپ سچی عبادت کرنے لگیں تو اس</w:t>
      </w:r>
    </w:p>
    <w:p>
      <w:r>
        <w:rPr>
          <w:b/>
        </w:rPr>
        <w:t xml:space="preserve">[32:30] </w:t>
      </w:r>
      <w:r>
        <w:t>ke baad society mein aap divine character ke sath hi rahenge.</w:t>
      </w:r>
    </w:p>
    <w:p>
      <w:pPr>
        <w:jc w:val="right"/>
      </w:pPr>
      <w:r>
        <w:t>کے بعد سوسائٹی میں آپ ڈیوائن کریکٹر کے ساتھ ہی رہیں گے۔</w:t>
      </w:r>
    </w:p>
    <w:p>
      <w:r>
        <w:rPr>
          <w:b/>
        </w:rPr>
        <w:t xml:space="preserve">[32:36] </w:t>
      </w:r>
      <w:r>
        <w:t>aap is se hat nahi sakte.</w:t>
      </w:r>
    </w:p>
    <w:p>
      <w:pPr>
        <w:jc w:val="right"/>
      </w:pPr>
      <w:r>
        <w:t>آپ اس سے ہٹ نہیں سکتے۔</w:t>
      </w:r>
    </w:p>
    <w:p>
      <w:r>
        <w:rPr>
          <w:b/>
        </w:rPr>
        <w:t xml:space="preserve">[32:42] </w:t>
      </w:r>
      <w:r>
        <w:t>jaise kisi se aap ki baat cheet hui to aap jante hain ke aadmi bohat</w:t>
      </w:r>
    </w:p>
    <w:p>
      <w:pPr>
        <w:jc w:val="right"/>
      </w:pPr>
      <w:r>
        <w:t>جیسے کسی سے آپ کی بات چیت ہوئی تو آپ جانتے ہیں کہ آدمی بہت</w:t>
      </w:r>
    </w:p>
    <w:p>
      <w:r>
        <w:rPr>
          <w:b/>
        </w:rPr>
        <w:t xml:space="preserve">[32:48] </w:t>
      </w:r>
      <w:r>
        <w:t>aasani se jhoot bol deta hai.</w:t>
      </w:r>
    </w:p>
    <w:p>
      <w:pPr>
        <w:jc w:val="right"/>
      </w:pPr>
      <w:r>
        <w:t>آسانی سے جھوٹ بول دیتا ہے۔</w:t>
      </w:r>
    </w:p>
    <w:p>
      <w:r>
        <w:rPr>
          <w:b/>
        </w:rPr>
        <w:t xml:space="preserve">[32:51] </w:t>
      </w:r>
      <w:r>
        <w:t>jhoot to aam hai.</w:t>
      </w:r>
    </w:p>
    <w:p>
      <w:pPr>
        <w:jc w:val="right"/>
      </w:pPr>
      <w:r>
        <w:t>جھوٹ تو عام ہے۔</w:t>
      </w:r>
    </w:p>
    <w:p>
      <w:r>
        <w:rPr>
          <w:b/>
        </w:rPr>
        <w:t xml:space="preserve">[32:55] </w:t>
      </w:r>
      <w:r>
        <w:t>koi log direct jhoot bolte hain, log direct tor par naked jhoot bolte hain.</w:t>
      </w:r>
    </w:p>
    <w:p>
      <w:pPr>
        <w:jc w:val="right"/>
      </w:pPr>
      <w:r>
        <w:t>کوئی لوگ ڈائریکٹ جھوٹ بولتے ہیں، لوگ ڈائریکٹ طور پر نیکڈ جھوٹ بولتے ہیں۔</w:t>
      </w:r>
    </w:p>
    <w:p>
      <w:r>
        <w:rPr>
          <w:b/>
        </w:rPr>
        <w:t xml:space="preserve">[32:59] </w:t>
      </w:r>
      <w:r>
        <w:t>kuch log bohat hi beautiful jhoot bolte hain.</w:t>
      </w:r>
    </w:p>
    <w:p>
      <w:pPr>
        <w:jc w:val="right"/>
      </w:pPr>
      <w:r>
        <w:t>کچھ لوگ بہت ہی بیوٹی فل جھوٹ بولتے ہیں۔</w:t>
      </w:r>
    </w:p>
    <w:p>
      <w:r>
        <w:rPr>
          <w:b/>
        </w:rPr>
        <w:t xml:space="preserve">[33:03] </w:t>
      </w:r>
      <w:r>
        <w:t>to ek hai bilkul seedhe se jhoot bolna.</w:t>
      </w:r>
    </w:p>
    <w:p>
      <w:pPr>
        <w:jc w:val="right"/>
      </w:pPr>
      <w:r>
        <w:t>تو ایک ہے بالکل سیدھے سے جھوٹ بولنا۔</w:t>
      </w:r>
    </w:p>
    <w:p>
      <w:r>
        <w:rPr>
          <w:b/>
        </w:rPr>
        <w:t xml:space="preserve">[33:07] </w:t>
      </w:r>
      <w:r>
        <w:t>ek hai beautiful jhoot bolna.</w:t>
      </w:r>
    </w:p>
    <w:p>
      <w:pPr>
        <w:jc w:val="right"/>
      </w:pPr>
      <w:r>
        <w:t>ایک ہے بیوٹی فل جھوٹ بولنا۔</w:t>
      </w:r>
    </w:p>
    <w:p>
      <w:r>
        <w:rPr>
          <w:b/>
        </w:rPr>
        <w:t xml:space="preserve">[33:10] </w:t>
      </w:r>
      <w:r>
        <w:t>to beautiful jhoot to mein samajhta hoon ke more than 99 percent log bolte hain.</w:t>
      </w:r>
    </w:p>
    <w:p>
      <w:pPr>
        <w:jc w:val="right"/>
      </w:pPr>
      <w:r>
        <w:t>تو بیوٹی فل جھوٹ تو میں سمجھتا ہوں کہ مور دین 99 فیصد لوگ بولتے ہیں۔</w:t>
      </w:r>
    </w:p>
    <w:p>
      <w:r>
        <w:rPr>
          <w:b/>
        </w:rPr>
        <w:t xml:space="preserve">[33:14] </w:t>
      </w:r>
      <w:r>
        <w:t>beautiful jhoot. to aadmi</w:t>
      </w:r>
    </w:p>
    <w:p>
      <w:pPr>
        <w:jc w:val="right"/>
      </w:pPr>
      <w:r>
        <w:t>بیوٹی فل جھوٹ۔ تو آدمی</w:t>
      </w:r>
    </w:p>
    <w:p>
      <w:r>
        <w:rPr>
          <w:b/>
        </w:rPr>
        <w:t xml:space="preserve">[33:18] </w:t>
      </w:r>
      <w:r>
        <w:t>donon se bachega.</w:t>
      </w:r>
    </w:p>
    <w:p>
      <w:pPr>
        <w:jc w:val="right"/>
      </w:pPr>
      <w:r>
        <w:t>دونوں سے بچے گا۔</w:t>
      </w:r>
    </w:p>
    <w:p>
      <w:r>
        <w:rPr>
          <w:b/>
        </w:rPr>
        <w:t xml:space="preserve">[33:24] </w:t>
      </w:r>
      <w:r>
        <w:t>kyun? iman ne is ko kya bataya hai? iman ne yeh bataya hai ke Khuda tum ko dekh raha hai.</w:t>
      </w:r>
    </w:p>
    <w:p>
      <w:pPr>
        <w:jc w:val="right"/>
      </w:pPr>
      <w:r>
        <w:t>کیوں؟ ایمان نے اس کو کیا بتایا ہے؟ ایمان نے یہ بتایا ہے کہ خدا تم کو دیکھ رہا ہے۔</w:t>
      </w:r>
    </w:p>
    <w:p>
      <w:r>
        <w:rPr>
          <w:b/>
        </w:rPr>
        <w:t xml:space="preserve">[33:30] </w:t>
      </w:r>
      <w:r>
        <w:t>Khuda ke angel tumhari recording kar rahe hain.</w:t>
      </w:r>
    </w:p>
    <w:p>
      <w:pPr>
        <w:jc w:val="right"/>
      </w:pPr>
      <w:r>
        <w:t>خدا کے اینجل تمہاری ریکارڈنگ کر رہے ہیں۔</w:t>
      </w:r>
    </w:p>
    <w:p>
      <w:r>
        <w:rPr>
          <w:b/>
        </w:rPr>
        <w:t xml:space="preserve">[33:36] </w:t>
      </w:r>
      <w:r>
        <w:t>azi yatlaqal mutalaqeen an al yameen wa an al shimal al qaid.</w:t>
      </w:r>
    </w:p>
    <w:p>
      <w:pPr>
        <w:jc w:val="right"/>
      </w:pPr>
      <w:r>
        <w:t>اذ یتلق المتلقین عن الیمین وعن الشمال القید۔</w:t>
      </w:r>
    </w:p>
    <w:p>
      <w:r>
        <w:rPr>
          <w:b/>
        </w:rPr>
        <w:t xml:space="preserve">[33:42] </w:t>
      </w:r>
      <w:r>
        <w:t>hum in ayaton ko namaz mein padhte hain ke har har aadmi ke sath do do farishte lage hue</w:t>
      </w:r>
    </w:p>
    <w:p>
      <w:pPr>
        <w:jc w:val="right"/>
      </w:pPr>
      <w:r>
        <w:t>ہم ان آیتوں کو نماز میں پڑھتے ہیں کہ ہر ہر آدمی کے ساتھ دو دو فرشتے لگے ہوئے</w:t>
      </w:r>
    </w:p>
    <w:p>
      <w:r>
        <w:rPr>
          <w:b/>
        </w:rPr>
        <w:t xml:space="preserve">[33:48] </w:t>
      </w:r>
      <w:r>
        <w:t>hain. do farishte.</w:t>
      </w:r>
    </w:p>
    <w:p>
      <w:pPr>
        <w:jc w:val="right"/>
      </w:pPr>
      <w:r>
        <w:t>ہیں۔ دو فرشتے۔</w:t>
      </w:r>
    </w:p>
    <w:p>
      <w:r>
        <w:rPr>
          <w:b/>
        </w:rPr>
        <w:t xml:space="preserve">[33:52] </w:t>
      </w:r>
      <w:r>
        <w:t>kis liye? raat din is ka record tayar karne ke liye.</w:t>
      </w:r>
    </w:p>
    <w:p>
      <w:pPr>
        <w:jc w:val="right"/>
      </w:pPr>
      <w:r>
        <w:t>کس لیے؟ رات دن اس کا ریکارڈ تیار کرنے کے لیے۔</w:t>
      </w:r>
    </w:p>
    <w:p>
      <w:r>
        <w:rPr>
          <w:b/>
        </w:rPr>
        <w:t xml:space="preserve">[33:55] </w:t>
      </w:r>
      <w:r>
        <w:t>in farishton ko aap ke intention ka bhi pata hai.</w:t>
      </w:r>
    </w:p>
    <w:p>
      <w:pPr>
        <w:jc w:val="right"/>
      </w:pPr>
      <w:r>
        <w:t>ان فرشتوں کو آپ کے انٹینشن کا بھی پتہ ہے۔</w:t>
      </w:r>
    </w:p>
    <w:p>
      <w:r>
        <w:rPr>
          <w:b/>
        </w:rPr>
        <w:t xml:space="preserve">[33:59] </w:t>
      </w:r>
      <w:r>
        <w:t>aap bolte hain to woh bhi sunte hain.</w:t>
      </w:r>
    </w:p>
    <w:p>
      <w:pPr>
        <w:jc w:val="right"/>
      </w:pPr>
      <w:r>
        <w:t>آپ بولتے ہیں تو وہ بھی سنتے ہیں۔</w:t>
      </w:r>
    </w:p>
    <w:p>
      <w:r>
        <w:rPr>
          <w:b/>
        </w:rPr>
        <w:t xml:space="preserve">[34:03] </w:t>
      </w:r>
      <w:r>
        <w:t>woh sote nahi hain.</w:t>
      </w:r>
    </w:p>
    <w:p>
      <w:pPr>
        <w:jc w:val="right"/>
      </w:pPr>
      <w:r>
        <w:t>وہ سوتے نہیں ہیں۔</w:t>
      </w:r>
    </w:p>
    <w:p>
      <w:r>
        <w:rPr>
          <w:b/>
        </w:rPr>
        <w:t xml:space="preserve">[34:07] </w:t>
      </w:r>
      <w:r>
        <w:t>un ko neend, un ka mamla neend ka mamla nahi hota hai.</w:t>
      </w:r>
    </w:p>
    <w:p>
      <w:pPr>
        <w:jc w:val="right"/>
      </w:pPr>
      <w:r>
        <w:t>ان کو نیند، ان کا معاملہ نیند کا معاملہ نہیں ہوتا ہے۔</w:t>
      </w:r>
    </w:p>
    <w:p>
      <w:r>
        <w:rPr>
          <w:b/>
        </w:rPr>
        <w:t xml:space="preserve">[34:11] </w:t>
      </w:r>
      <w:r>
        <w:t>toh jo kuch aap ne socha, jo kuch aap bolay, jo kuch aap ne dealing ki, jo aap</w:t>
      </w:r>
    </w:p>
    <w:p>
      <w:pPr>
        <w:jc w:val="right"/>
      </w:pPr>
      <w:r>
        <w:t>تو جو کچھ آپ نے سوچا، جو کچھ آپ بولے، جو کچھ آپ نے ڈیلنگ کی، جو آپ</w:t>
      </w:r>
    </w:p>
    <w:p>
      <w:r>
        <w:rPr>
          <w:b/>
        </w:rPr>
        <w:t xml:space="preserve">[34:15] </w:t>
      </w:r>
      <w:r>
        <w:t>ka behaviour tha, jo activities aap ne ki hain,</w:t>
      </w:r>
    </w:p>
    <w:p>
      <w:pPr>
        <w:jc w:val="right"/>
      </w:pPr>
      <w:r>
        <w:t>کا بیہیویئر تھا، جو ایکٹیویٹیز آپ نے کی ہیں،</w:t>
      </w:r>
    </w:p>
    <w:p>
      <w:r>
        <w:rPr>
          <w:b/>
        </w:rPr>
        <w:t xml:space="preserve">[34:18] </w:t>
      </w:r>
      <w:r>
        <w:t>woh sab un ko record karte rehte hain ke woh divine spirit ke sath tha ya nahi tha.</w:t>
      </w:r>
    </w:p>
    <w:p>
      <w:pPr>
        <w:jc w:val="right"/>
      </w:pPr>
      <w:r>
        <w:t>وہ سب ان کو ریکارڈ کرتے رہتے ہیں کہ وہ ڈیوائن سپرٹ کے ساتھ تھا یا نہیں تھا۔</w:t>
      </w:r>
    </w:p>
    <w:p>
      <w:r>
        <w:rPr>
          <w:b/>
        </w:rPr>
        <w:t xml:space="preserve">[34:23] </w:t>
      </w:r>
      <w:r>
        <w:t>is mein arrogance tha ya modesty thi.</w:t>
      </w:r>
    </w:p>
    <w:p>
      <w:pPr>
        <w:jc w:val="right"/>
      </w:pPr>
      <w:r>
        <w:t>اس میں اروگنس تھا یا ماڈرسٹی تھی۔</w:t>
      </w:r>
    </w:p>
    <w:p>
      <w:r>
        <w:rPr>
          <w:b/>
        </w:rPr>
        <w:t xml:space="preserve">[34:28] </w:t>
      </w:r>
      <w:r>
        <w:t>woh jannat wala amal tha ke hell wala amal tha.</w:t>
      </w:r>
    </w:p>
    <w:p>
      <w:pPr>
        <w:jc w:val="right"/>
      </w:pPr>
      <w:r>
        <w:t>وہ جنت والا عمل تھا کہ ہیل والا عمل تھا۔</w:t>
      </w:r>
    </w:p>
    <w:p>
      <w:r>
        <w:rPr>
          <w:b/>
        </w:rPr>
        <w:t xml:space="preserve">[34:33] </w:t>
      </w:r>
      <w:r>
        <w:t>khuda se darne wala hai.</w:t>
      </w:r>
    </w:p>
    <w:p>
      <w:pPr>
        <w:jc w:val="right"/>
      </w:pPr>
      <w:r>
        <w:t>خدا سے ڈرنے والا ہے۔</w:t>
      </w:r>
    </w:p>
    <w:p>
      <w:r>
        <w:rPr>
          <w:b/>
        </w:rPr>
        <w:t xml:space="preserve">[34:38] </w:t>
      </w:r>
      <w:r>
        <w:t>insan ka andaaz tha is mein.</w:t>
      </w:r>
    </w:p>
    <w:p>
      <w:pPr>
        <w:jc w:val="right"/>
      </w:pPr>
      <w:r>
        <w:t>انسان کا انداز تھا اس میں۔</w:t>
      </w:r>
    </w:p>
    <w:p>
      <w:r>
        <w:rPr>
          <w:b/>
        </w:rPr>
        <w:t xml:space="preserve">[34:43] </w:t>
      </w:r>
      <w:r>
        <w:t>kya khuda se ner,</w:t>
      </w:r>
    </w:p>
    <w:p>
      <w:pPr>
        <w:jc w:val="right"/>
      </w:pPr>
      <w:r>
        <w:t>کیا خدا سے نر،</w:t>
      </w:r>
    </w:p>
    <w:p>
      <w:r>
        <w:rPr>
          <w:b/>
        </w:rPr>
        <w:t xml:space="preserve">[34:48] </w:t>
      </w:r>
      <w:r>
        <w:t>Khuda se nar insan wala andaaz tha is mein? is mein woh insan tha jo samajhta hai ke bas maut se pehle jo zindagi hai, wohi zindagi hai. right here, right now, bas. aur doosra yeh hai ke aap samjhen ke maut ke baad bhi mujhe zinda hona hai, Khuda ke samne jana hai, jannat aur jahannum ko face karna hai. to donon spirit alag alag character paida karti hain. alag alag kar</w:t>
      </w:r>
    </w:p>
    <w:p>
      <w:pPr>
        <w:jc w:val="right"/>
      </w:pPr>
      <w:r>
        <w:t>خدا سے نر انسان والا انداز تھا اس میں؟ اس میں وہ انسان تھا جو سمجھتا ہے کہ بس موت سے پہلے جو زندگی ہے، وہی زندگی ہے۔ رائٹ ہیر، رائٹ ناؤ، بس۔ اور دوسرا یہ ہے کہ آپ سمجھیں کہ موت کے بعد بھی مجھے زندہ ہونا ہے، خدا کے سامنے جانا ہے، جنت اور جہنم کو فیس کرنا ہے۔ تو دونوں سپرٹ الگ الگ کریکٹر پیدا کرتی ہیں۔ الگ الگ کر</w:t>
      </w:r>
    </w:p>
    <w:p>
      <w:r>
        <w:rPr>
          <w:b/>
        </w:rPr>
        <w:t xml:space="preserve">[35:18] </w:t>
      </w:r>
      <w:r>
        <w:t>rector.</w:t>
      </w:r>
    </w:p>
    <w:p>
      <w:pPr>
        <w:jc w:val="right"/>
      </w:pPr>
      <w:r>
        <w:t>یکٹر۔</w:t>
      </w:r>
    </w:p>
    <w:p>
      <w:r>
        <w:rPr>
          <w:b/>
        </w:rPr>
        <w:t xml:space="preserve">[35:25] </w:t>
      </w:r>
      <w:r>
        <w:t>toh farishtay jo hain, jo angel hain, jo do do har aadmi ke sath hain, woh har har</w:t>
      </w:r>
    </w:p>
    <w:p>
      <w:pPr>
        <w:jc w:val="right"/>
      </w:pPr>
      <w:r>
        <w:t>تو فرشتے جو ہیں، جو اینجل ہیں، جو دو دو ہر آدمی کے ساتھ ہیں، وہ ہر ہر</w:t>
      </w:r>
    </w:p>
    <w:p>
      <w:r>
        <w:rPr>
          <w:b/>
        </w:rPr>
        <w:t xml:space="preserve">[35:31] </w:t>
      </w:r>
      <w:r>
        <w:t>cheez ka record tayar kar rahe hain.</w:t>
      </w:r>
    </w:p>
    <w:p>
      <w:pPr>
        <w:jc w:val="right"/>
      </w:pPr>
      <w:r>
        <w:t>چیز کا ریکارڈ تیار کر رہے ہیں۔</w:t>
      </w:r>
    </w:p>
    <w:p>
      <w:r>
        <w:rPr>
          <w:b/>
        </w:rPr>
        <w:t xml:space="preserve">[35:37] </w:t>
      </w:r>
      <w:r>
        <w:t>isi record ke mutabiq khuda ke haan har aadmi ke baray mein us ke future ka faisla kiya jayega.</w:t>
      </w:r>
    </w:p>
    <w:p>
      <w:pPr>
        <w:jc w:val="right"/>
      </w:pPr>
      <w:r>
        <w:t>اسی ریکارڈ کے مطابق خدا کے ہاں ہر آدمی کے بارے میں اس کے فیوچر کا فیصلہ کیا جائے گا۔</w:t>
      </w:r>
    </w:p>
    <w:p>
      <w:r>
        <w:rPr>
          <w:b/>
        </w:rPr>
        <w:t xml:space="preserve">[35:43] </w:t>
      </w:r>
      <w:r>
        <w:t>yani ya toh hell ka ya paradise ka.</w:t>
      </w:r>
    </w:p>
    <w:p>
      <w:pPr>
        <w:jc w:val="right"/>
      </w:pPr>
      <w:r>
        <w:t>یعنی یا تو ہل کا یا پیراڈائز کا۔</w:t>
      </w:r>
    </w:p>
    <w:p>
      <w:r>
        <w:rPr>
          <w:b/>
        </w:rPr>
        <w:t xml:space="preserve">[35:49] </w:t>
      </w:r>
      <w:r>
        <w:t>toh yeh hai akhlaq.</w:t>
      </w:r>
    </w:p>
    <w:p>
      <w:pPr>
        <w:jc w:val="right"/>
      </w:pPr>
      <w:r>
        <w:t>تو یہ ہے اخلاق۔</w:t>
      </w:r>
    </w:p>
    <w:p>
      <w:r>
        <w:rPr>
          <w:b/>
        </w:rPr>
        <w:t xml:space="preserve">[35:55] </w:t>
      </w:r>
      <w:r>
        <w:t>toh dunya mein rehne ka ek tareeqa yeh hai ke aap divine character ke sath rahen.</w:t>
      </w:r>
    </w:p>
    <w:p>
      <w:pPr>
        <w:jc w:val="right"/>
      </w:pPr>
      <w:r>
        <w:t>تو دنیا میں رہنے کا ایک طریقہ یہ ہے کہ آپ ڈیوائن کریکٹر کے ساتھ رہیں۔</w:t>
      </w:r>
    </w:p>
    <w:p>
      <w:r>
        <w:rPr>
          <w:b/>
        </w:rPr>
        <w:t xml:space="preserve">[36:01] </w:t>
      </w:r>
      <w:r>
        <w:t>ek yeh hai ke aap selfish aadmi ki tarah rahen, arrogant aadmi ki tarah rahen.</w:t>
      </w:r>
    </w:p>
    <w:p>
      <w:pPr>
        <w:jc w:val="right"/>
      </w:pPr>
      <w:r>
        <w:t>ایک یہ ہے کہ آپ سیلفش آدمی کی طرح رہیں، اروگنٹ آدمی کی طرح رہیں۔</w:t>
      </w:r>
    </w:p>
    <w:p>
      <w:r>
        <w:rPr>
          <w:b/>
        </w:rPr>
        <w:t xml:space="preserve">[36:07] </w:t>
      </w:r>
      <w:r>
        <w:t>satan ke kehne par chalen.</w:t>
      </w:r>
    </w:p>
    <w:p>
      <w:pPr>
        <w:jc w:val="right"/>
      </w:pPr>
      <w:r>
        <w:t>سیٹن کے کہنے پر چلیں۔</w:t>
      </w:r>
    </w:p>
    <w:p>
      <w:r>
        <w:rPr>
          <w:b/>
        </w:rPr>
        <w:t xml:space="preserve">[36:13] </w:t>
      </w:r>
      <w:r>
        <w:t>aap logon se revenge len, logon se gaali galoch karen, logon se ladaai jhagda karen, logon se hate karen.</w:t>
      </w:r>
    </w:p>
    <w:p>
      <w:pPr>
        <w:jc w:val="right"/>
      </w:pPr>
      <w:r>
        <w:t>آپ لوگوں سے ریونج لیں، لوگوں سے گالی گلوچ کریں، لوگوں سے لڑائی جھگڑا کریں، لوگوں سے ہیٹ کریں۔</w:t>
      </w:r>
    </w:p>
    <w:p>
      <w:r>
        <w:rPr>
          <w:b/>
        </w:rPr>
        <w:t xml:space="preserve">[36:19] </w:t>
      </w:r>
      <w:r>
        <w:t>yeh satan character hai.</w:t>
      </w:r>
    </w:p>
    <w:p>
      <w:pPr>
        <w:jc w:val="right"/>
      </w:pPr>
      <w:r>
        <w:t>یہ سیٹن کریکٹر ہے۔</w:t>
      </w:r>
    </w:p>
    <w:p>
      <w:r>
        <w:rPr>
          <w:b/>
        </w:rPr>
        <w:t xml:space="preserve">[36:24] </w:t>
      </w:r>
      <w:r>
        <w:t>ek yeh hai ke aap logon ka, logon ko apne jaisa insan samjhen.</w:t>
      </w:r>
    </w:p>
    <w:p>
      <w:pPr>
        <w:jc w:val="right"/>
      </w:pPr>
      <w:r>
        <w:t>ایک یہ ہے کہ آپ لوگوں کا، لوگوں کو اپنے جیسا انسان سمجھیں۔</w:t>
      </w:r>
    </w:p>
    <w:p>
      <w:r>
        <w:rPr>
          <w:b/>
        </w:rPr>
        <w:t xml:space="preserve">[36:29] </w:t>
      </w:r>
      <w:r>
        <w:t>aap ke andar well wishing ho logon ke liye.</w:t>
      </w:r>
    </w:p>
    <w:p>
      <w:pPr>
        <w:jc w:val="right"/>
      </w:pPr>
      <w:r>
        <w:t>آپ کے اندر ویل وشنگ ہو لوگوں کے لیے۔</w:t>
      </w:r>
    </w:p>
    <w:p>
      <w:r>
        <w:rPr>
          <w:b/>
        </w:rPr>
        <w:t xml:space="preserve">[36:34] </w:t>
      </w:r>
      <w:r>
        <w:t>aap ke andar friendly character ho logon ke liye.</w:t>
      </w:r>
    </w:p>
    <w:p>
      <w:pPr>
        <w:jc w:val="right"/>
      </w:pPr>
      <w:r>
        <w:t>آپ کے اندر فرینڈلی کریکٹر ہو لوگوں کے لیے۔</w:t>
      </w:r>
    </w:p>
    <w:p>
      <w:r>
        <w:rPr>
          <w:b/>
        </w:rPr>
        <w:t xml:space="preserve">[36:39] </w:t>
      </w:r>
      <w:r>
        <w:t>aap honest hon.</w:t>
      </w:r>
    </w:p>
    <w:p>
      <w:pPr>
        <w:jc w:val="right"/>
      </w:pPr>
      <w:r>
        <w:t>آپ آنست ہوں۔</w:t>
      </w:r>
    </w:p>
    <w:p>
      <w:r>
        <w:rPr>
          <w:b/>
        </w:rPr>
        <w:t xml:space="preserve">[36:45] </w:t>
      </w:r>
      <w:r>
        <w:t>aap logon se bhool chook ho jaye to is ko maaf karen.</w:t>
      </w:r>
    </w:p>
    <w:p>
      <w:pPr>
        <w:jc w:val="right"/>
      </w:pPr>
      <w:r>
        <w:t>آپ لوگوں سے بھول چوک ہو جائے تو اس کو معاف کریں۔</w:t>
      </w:r>
    </w:p>
    <w:p>
      <w:r>
        <w:rPr>
          <w:b/>
        </w:rPr>
        <w:t xml:space="preserve">[36:50] </w:t>
      </w:r>
      <w:r>
        <w:t>aap logon ka maal na khayen.</w:t>
      </w:r>
    </w:p>
    <w:p>
      <w:pPr>
        <w:jc w:val="right"/>
      </w:pPr>
      <w:r>
        <w:t>آپ لوگوں کا مال نہ کھائیں۔</w:t>
      </w:r>
    </w:p>
    <w:p>
      <w:r>
        <w:rPr>
          <w:b/>
        </w:rPr>
        <w:t xml:space="preserve">[36:54] </w:t>
      </w:r>
      <w:r>
        <w:t>dealing mein aisa na karen ke gadbad karen.</w:t>
      </w:r>
    </w:p>
    <w:p>
      <w:pPr>
        <w:jc w:val="right"/>
      </w:pPr>
      <w:r>
        <w:t>ڈیلنگ میں ایسا نہ کریں کہ گڑبڑ کریں۔</w:t>
      </w:r>
    </w:p>
    <w:p>
      <w:r>
        <w:rPr>
          <w:b/>
        </w:rPr>
        <w:t xml:space="preserve">[36:59] </w:t>
      </w:r>
      <w:r>
        <w:t>to do alag alag character hain.</w:t>
      </w:r>
    </w:p>
    <w:p>
      <w:pPr>
        <w:jc w:val="right"/>
      </w:pPr>
      <w:r>
        <w:t>تو دو الگ الگ کریکٹر ہیں۔</w:t>
      </w:r>
    </w:p>
    <w:p>
      <w:r>
        <w:rPr>
          <w:b/>
        </w:rPr>
        <w:t xml:space="preserve">[37:03] </w:t>
      </w:r>
      <w:r>
        <w:t>ek hai satan se influence ho kar.</w:t>
      </w:r>
    </w:p>
    <w:p>
      <w:pPr>
        <w:jc w:val="right"/>
      </w:pPr>
      <w:r>
        <w:t>ایک ہے سیٹن سے انفلوئنس ہو کر۔</w:t>
      </w:r>
    </w:p>
    <w:p>
      <w:r>
        <w:rPr>
          <w:b/>
        </w:rPr>
        <w:t xml:space="preserve">[37:08] </w:t>
      </w:r>
      <w:r>
        <w:t>ek hai divine character.</w:t>
      </w:r>
    </w:p>
    <w:p>
      <w:pPr>
        <w:jc w:val="right"/>
      </w:pPr>
      <w:r>
        <w:t>ایک ہے ڈیوائن کریکٹر۔</w:t>
      </w:r>
    </w:p>
    <w:p>
      <w:r>
        <w:rPr>
          <w:b/>
        </w:rPr>
        <w:t xml:space="preserve">[37:12] </w:t>
      </w:r>
      <w:r>
        <w:t>to yeh jaisa insan karega, waisa farishtay is ka record tayar karte chale jayenge.</w:t>
      </w:r>
    </w:p>
    <w:p>
      <w:pPr>
        <w:jc w:val="right"/>
      </w:pPr>
      <w:r>
        <w:t>تو یہ جیسا انسان کرے گا، ویسا فرشتے اس کا ریکارڈ تیار کرتے چلے جائیں گے۔</w:t>
      </w:r>
    </w:p>
    <w:p>
      <w:r>
        <w:rPr>
          <w:b/>
        </w:rPr>
        <w:t xml:space="preserve">[37:17] </w:t>
      </w:r>
      <w:r>
        <w:t>isi character par insan ke future ka faisla hoga.</w:t>
      </w:r>
    </w:p>
    <w:p>
      <w:pPr>
        <w:jc w:val="right"/>
      </w:pPr>
      <w:r>
        <w:t>اسی کریکٹر پر انسان کے فیوچر کا فیصلہ ہوگا۔</w:t>
      </w:r>
    </w:p>
    <w:p>
      <w:r>
        <w:rPr>
          <w:b/>
        </w:rPr>
        <w:t xml:space="preserve">[37:21] </w:t>
      </w:r>
      <w:r>
        <w:t>kyun ke dekhiye, aakhirat mein jannat jo hai, jannat kya hai? jannat un logon ke liye hai jo wahan</w:t>
      </w:r>
    </w:p>
    <w:p>
      <w:pPr>
        <w:jc w:val="right"/>
      </w:pPr>
      <w:r>
        <w:t>کیونکہ دیکھیے، آخرت میں جنت جو ہے، جنت کیا ہے؟ جنت ان لوگوں کے لیے ہے جو وہاں</w:t>
      </w:r>
    </w:p>
    <w:p>
      <w:r>
        <w:rPr>
          <w:b/>
        </w:rPr>
        <w:t xml:space="preserve">[37:29] </w:t>
      </w:r>
      <w:r>
        <w:t>divine character ke sath rahenge.</w:t>
      </w:r>
    </w:p>
    <w:p>
      <w:pPr>
        <w:jc w:val="right"/>
      </w:pPr>
      <w:r>
        <w:t>ڈیوائن کریکٹر کے ساتھ رہیں گے۔</w:t>
      </w:r>
    </w:p>
    <w:p>
      <w:r>
        <w:rPr>
          <w:b/>
        </w:rPr>
        <w:t xml:space="preserve">[37:37] </w:t>
      </w:r>
      <w:r>
        <w:t>yeh kaun log hain? jo duniya mein yeh prove kar chuke the ke woh divine character wale log hain.</w:t>
      </w:r>
    </w:p>
    <w:p>
      <w:pPr>
        <w:jc w:val="right"/>
      </w:pPr>
      <w:r>
        <w:t>یہ کون لوگ ہیں؟ جو دنیا میں یہ پروف کر چکے تھے کہ وہ ڈیوائن کریکٹر والے لوگ ہیں۔</w:t>
      </w:r>
    </w:p>
    <w:p>
      <w:r>
        <w:rPr>
          <w:b/>
        </w:rPr>
        <w:t xml:space="preserve">[37:44] </w:t>
      </w:r>
      <w:r>
        <w:t>yani pre death period mein jab aadmi yeh prove kar de ke main</w:t>
      </w:r>
    </w:p>
    <w:p>
      <w:pPr>
        <w:jc w:val="right"/>
      </w:pPr>
      <w:r>
        <w:t>یعنی پری ڈیتھ پیریڈ میں جب آدمی یہ پروف کر دے کہ میں</w:t>
      </w:r>
    </w:p>
    <w:p>
      <w:r>
        <w:rPr>
          <w:b/>
        </w:rPr>
        <w:t xml:space="preserve">[37:52] </w:t>
      </w:r>
      <w:r>
        <w:t>divine character wala aadmi hoon, tab post death period mein is ko paradise mein jagah milti hai ke</w:t>
      </w:r>
    </w:p>
    <w:p>
      <w:pPr>
        <w:jc w:val="right"/>
      </w:pPr>
      <w:r>
        <w:t>ڈیوائن کریکٹر والا آدمی ہوں، تب پوسٹ ڈیتھ پیریڈ میں اس کو پیراڈائز میں جگہ ملتی ہے کہ</w:t>
      </w:r>
    </w:p>
    <w:p>
      <w:r>
        <w:rPr>
          <w:b/>
        </w:rPr>
        <w:t xml:space="preserve">[37:58] </w:t>
      </w:r>
      <w:r>
        <w:t>bhai theek hai, yeh aadmi bilkul yeh test par stand kar chuka hai.</w:t>
      </w:r>
    </w:p>
    <w:p>
      <w:pPr>
        <w:jc w:val="right"/>
      </w:pPr>
      <w:r>
        <w:t>بھئی ٹھیک ہے، یہ آدمی بالکل یہ ٹیسٹ پر سٹینڈ کر چکا ہے۔</w:t>
      </w:r>
    </w:p>
    <w:p>
      <w:r>
        <w:rPr>
          <w:b/>
        </w:rPr>
        <w:t xml:space="preserve">[38:05] </w:t>
      </w:r>
      <w:r>
        <w:t>yeh yahan par divine character ke sath rahega.</w:t>
      </w:r>
    </w:p>
    <w:p>
      <w:pPr>
        <w:jc w:val="right"/>
      </w:pPr>
      <w:r>
        <w:t>یہ یہاں پر ڈیوائن کریکٹر کے ساتھ رہے گا۔</w:t>
      </w:r>
    </w:p>
    <w:p>
      <w:r>
        <w:rPr>
          <w:b/>
        </w:rPr>
        <w:t xml:space="preserve">[38:11] </w:t>
      </w:r>
      <w:r>
        <w:t>to kitna bara yeh muamla hai.</w:t>
      </w:r>
    </w:p>
    <w:p>
      <w:pPr>
        <w:jc w:val="right"/>
      </w:pPr>
      <w:r>
        <w:t>تو کتنا بڑا یہ معاملہ ہے۔</w:t>
      </w:r>
    </w:p>
    <w:p>
      <w:r>
        <w:rPr>
          <w:b/>
        </w:rPr>
        <w:t xml:space="preserve">[38:18] </w:t>
      </w:r>
      <w:r>
        <w:t>aadmi bohat bare</w:t>
      </w:r>
    </w:p>
    <w:p>
      <w:pPr>
        <w:jc w:val="right"/>
      </w:pPr>
      <w:r>
        <w:t>آدمی بہت بڑے</w:t>
      </w:r>
    </w:p>
    <w:p>
      <w:r>
        <w:rPr>
          <w:b/>
        </w:rPr>
        <w:t xml:space="preserve">[38:24] </w:t>
      </w:r>
      <w:r>
        <w:t>test par hai. test par. aadmi is dunya mein har waqt ek test par hai. yani ya to ek qism ka character follow kar ke apne aap ko hell ki taraf le jaye ya doosre qism ka character ya doosre qism ka character ikhtiyar kar ke apne aap ko paradise ki taraf le jaye. to k</w:t>
      </w:r>
    </w:p>
    <w:p>
      <w:pPr>
        <w:jc w:val="right"/>
      </w:pPr>
      <w:r>
        <w:t>ٹیسٹ پر ہے۔ ٹیسٹ پر۔ آدمی اس دنیا میں ہر وقت ایک ٹیسٹ پر ہے۔ یعنی یا تو ایک قسم کا کریکٹر فالو کر کے اپنے آپ کو ہل کی طرف لے جائے یا دوسرے قسم کا کریکٹر یا دوسرے قسم کا کریکٹر اختیار کر کے اپنے آپ کو پیراڈائز کی طرف لے جائے۔ تو ک</w:t>
      </w:r>
    </w:p>
    <w:p>
      <w:r>
        <w:rPr>
          <w:b/>
        </w:rPr>
        <w:t xml:space="preserve">[38:54] </w:t>
      </w:r>
      <w:r>
        <w:t>itna bara mamla yeh hai. hamara character jo hai, yeh decide karega ke hum future mein eternal life mein hell mein jana jayenge ke paradise mein jayenge. to is ka matlab yeh hai ke jab bhi hum doosron ke bare mein sochen, jab bhi hum doosron se bolen, jab bhi hum doosron se koi dealing kari</w:t>
      </w:r>
    </w:p>
    <w:p>
      <w:pPr>
        <w:jc w:val="right"/>
      </w:pPr>
      <w:r>
        <w:t>تنا بڑا معاملہ یہ ہے۔ ہمارا کریکٹر جو ہے، یہ ڈیسائیڈ کرے گا کہ ہم فیوچر میں ایٹرنل لائف میں ہل میں جانا جائیں گے کہ پیراڈائز میں جائیں گے۔ تو اس کا مطلب یہ ہے کہ جب بھی ہم دوسروں کے بارے میں سوچیں، جب بھی ہم دوسروں سے بولیں، جب بھی ہم دوسروں سے کوئی ڈیلنگ کری</w:t>
      </w:r>
    </w:p>
    <w:p>
      <w:r>
        <w:rPr>
          <w:b/>
        </w:rPr>
        <w:t xml:space="preserve">[39:24] </w:t>
      </w:r>
      <w:r>
        <w:t>n, jab bhi doosron ke sath hum koi behave karen, koi activities karen, to zaroor yeh dhyan mein</w:t>
      </w:r>
    </w:p>
    <w:p>
      <w:pPr>
        <w:jc w:val="right"/>
      </w:pPr>
      <w:r>
        <w:t>ں، جب بھی دوسروں کے ساتھ ہم کوئی بیہیو کریں، کوئی ایکٹیویٹیز کریں، تو ضرور یہ دھیان میں</w:t>
      </w:r>
    </w:p>
    <w:p>
      <w:r>
        <w:rPr>
          <w:b/>
        </w:rPr>
        <w:t xml:space="preserve">[39:35] </w:t>
      </w:r>
      <w:r>
        <w:t>rakhen ke hamari sab kuch intention se le kar activities tak sab khuda ke hukum ke mutabiq ho.</w:t>
      </w:r>
    </w:p>
    <w:p>
      <w:pPr>
        <w:jc w:val="right"/>
      </w:pPr>
      <w:r>
        <w:t>رکھیں کہ ہماری سب کچھ انٹینشن سے لے کر ایکٹیویٹیز تک سب خدا کے حکم کے مطابق ہو۔</w:t>
      </w:r>
    </w:p>
    <w:p>
      <w:r>
        <w:rPr>
          <w:b/>
        </w:rPr>
        <w:t xml:space="preserve">[39:45] </w:t>
      </w:r>
      <w:r>
        <w:t>khuda ke hukum ke mutabiq ho taake hum aakhirat mein hum ko</w:t>
      </w:r>
    </w:p>
    <w:p>
      <w:pPr>
        <w:jc w:val="right"/>
      </w:pPr>
      <w:r>
        <w:t>خدا کے حکم کے مطابق ہو تاکہ ہم آخرت میں ہم کو</w:t>
      </w:r>
    </w:p>
    <w:p>
      <w:r>
        <w:rPr>
          <w:b/>
        </w:rPr>
        <w:t xml:space="preserve">[39:56] </w:t>
      </w:r>
      <w:r>
        <w:t>sharminda na hona pare khuda ke samne.</w:t>
      </w:r>
    </w:p>
    <w:p>
      <w:pPr>
        <w:jc w:val="right"/>
      </w:pPr>
      <w:r>
        <w:t>شرمندہ نہ ہونا پڑے خدا کے سامنے۔</w:t>
      </w:r>
    </w:p>
    <w:p>
      <w:r>
        <w:rPr>
          <w:b/>
        </w:rPr>
        <w:t xml:space="preserve">[40:02] </w:t>
      </w:r>
      <w:r>
        <w:t>to yeh hua teen cheezen: iman, ibadat, akhlaq.</w:t>
      </w:r>
    </w:p>
    <w:p>
      <w:pPr>
        <w:jc w:val="right"/>
      </w:pPr>
      <w:r>
        <w:t>تو یہ ہوا تین چیزیں: ایمان، عبادت، اخلاق۔</w:t>
      </w:r>
    </w:p>
    <w:p>
      <w:r>
        <w:rPr>
          <w:b/>
        </w:rPr>
        <w:t xml:space="preserve">[40:08] </w:t>
      </w:r>
      <w:r>
        <w:t>ab teesri cheez lijiye: muamlat.</w:t>
      </w:r>
    </w:p>
    <w:p>
      <w:pPr>
        <w:jc w:val="right"/>
      </w:pPr>
      <w:r>
        <w:t>اب تیسری چیز لیجئے: معاملات۔</w:t>
      </w:r>
    </w:p>
    <w:p>
      <w:r>
        <w:rPr>
          <w:b/>
        </w:rPr>
        <w:t xml:space="preserve">[40:14] </w:t>
      </w:r>
      <w:r>
        <w:t>muamlat se murad kya hai? is se murad hai dealing.</w:t>
      </w:r>
    </w:p>
    <w:p>
      <w:pPr>
        <w:jc w:val="right"/>
      </w:pPr>
      <w:r>
        <w:t>معاملات سے مراد کیا ہے؟ اس سے مراد ہے ڈیلنگ۔</w:t>
      </w:r>
    </w:p>
    <w:p>
      <w:r>
        <w:rPr>
          <w:b/>
        </w:rPr>
        <w:t xml:space="preserve">[40:20] </w:t>
      </w:r>
      <w:r>
        <w:t>dealing yani aap market mein gaye, wahan aap ne khareed farokht kiya, woh muamlat ke</w:t>
      </w:r>
    </w:p>
    <w:p>
      <w:pPr>
        <w:jc w:val="right"/>
      </w:pPr>
      <w:r>
        <w:t>ڈیلنگ یعنی آپ مارکیٹ میں گئے، وہاں آپ نے خرید فروخت کیا، وہ معاملات کے</w:t>
      </w:r>
    </w:p>
    <w:p>
      <w:r>
        <w:rPr>
          <w:b/>
        </w:rPr>
        <w:t xml:space="preserve">[40:26] </w:t>
      </w:r>
      <w:r>
        <w:t>andar wali baat hai.</w:t>
      </w:r>
    </w:p>
    <w:p>
      <w:pPr>
        <w:jc w:val="right"/>
      </w:pPr>
      <w:r>
        <w:t>اندر والی بات ہے۔</w:t>
      </w:r>
    </w:p>
    <w:p>
      <w:r>
        <w:rPr>
          <w:b/>
        </w:rPr>
        <w:t xml:space="preserve">[40:33] </w:t>
      </w:r>
      <w:r>
        <w:t>aap ne kisi se property khareedi, is ko us se propertly is ko paisa diya, to yeh dealing</w:t>
      </w:r>
    </w:p>
    <w:p>
      <w:pPr>
        <w:jc w:val="right"/>
      </w:pPr>
      <w:r>
        <w:t>آپ نے کسی سے پراپرٹی خریدی، اس کو اس سے پراپرٹلی اس کو پیسہ دیا، تو یہ ڈیلنگ</w:t>
      </w:r>
    </w:p>
    <w:p>
      <w:r>
        <w:rPr>
          <w:b/>
        </w:rPr>
        <w:t xml:space="preserve">[40:39] </w:t>
      </w:r>
      <w:r>
        <w:t>ka maamla tha.</w:t>
      </w:r>
    </w:p>
    <w:p>
      <w:pPr>
        <w:jc w:val="right"/>
      </w:pPr>
      <w:r>
        <w:t>کا معاملہ تھا۔</w:t>
      </w:r>
    </w:p>
    <w:p>
      <w:r>
        <w:rPr>
          <w:b/>
        </w:rPr>
        <w:t xml:space="preserve">[40:45] </w:t>
      </w:r>
      <w:r>
        <w:t>to rozmarra ke jis ko kehte hain lain dein, jo roz rozmarra ke lain dein ke maamlaat hain,</w:t>
      </w:r>
    </w:p>
    <w:p>
      <w:pPr>
        <w:jc w:val="right"/>
      </w:pPr>
      <w:r>
        <w:t>تو روزمرہ کے جس کو کہتے ہیں لین دین، جو روز روزمرہ کے لین دین کے معاملات ہیں،</w:t>
      </w:r>
    </w:p>
    <w:p>
      <w:r>
        <w:rPr>
          <w:b/>
        </w:rPr>
        <w:t xml:space="preserve">[40:51] </w:t>
      </w:r>
      <w:r>
        <w:t>jo rozmarra ki dealing hai, usi ko maamlaat kehte hain.</w:t>
      </w:r>
    </w:p>
    <w:p>
      <w:pPr>
        <w:jc w:val="right"/>
      </w:pPr>
      <w:r>
        <w:t>جو روزمرہ کی ڈیلنگ ہے، اسی کو معاملات کہتے ہیں۔</w:t>
      </w:r>
    </w:p>
    <w:p>
      <w:r>
        <w:rPr>
          <w:b/>
        </w:rPr>
        <w:t xml:space="preserve">[40:57] </w:t>
      </w:r>
      <w:r>
        <w:t>to is maamle mein bhi hum bohat zyada hamein cautious rehna chahiye.</w:t>
      </w:r>
    </w:p>
    <w:p>
      <w:pPr>
        <w:jc w:val="right"/>
      </w:pPr>
      <w:r>
        <w:t>تو اس معاملے میں بھی ہم بہت زیادہ ہمیں کاشس رہنا چاہیے۔</w:t>
      </w:r>
    </w:p>
    <w:p>
      <w:r>
        <w:rPr>
          <w:b/>
        </w:rPr>
        <w:t xml:space="preserve">[41:03] </w:t>
      </w:r>
      <w:r>
        <w:t>kyun? Hadees mein aata hai ke ad-deen al-muamlah.</w:t>
      </w:r>
    </w:p>
    <w:p>
      <w:pPr>
        <w:jc w:val="right"/>
      </w:pPr>
      <w:r>
        <w:t>کیوں؟ حدیث میں آتا ہے کہ الدین المعاملہ۔</w:t>
      </w:r>
    </w:p>
    <w:p>
      <w:r>
        <w:rPr>
          <w:b/>
        </w:rPr>
        <w:t xml:space="preserve">[41:09] </w:t>
      </w:r>
      <w:r>
        <w:t>ad-deen al-muamlah dealing hi ka naam to deen hai.</w:t>
      </w:r>
    </w:p>
    <w:p>
      <w:pPr>
        <w:jc w:val="right"/>
      </w:pPr>
      <w:r>
        <w:t>الدین المعاملہ ڈیلنگ ہی کا نام تو دین ہے۔</w:t>
      </w:r>
    </w:p>
    <w:p>
      <w:r>
        <w:rPr>
          <w:b/>
        </w:rPr>
        <w:t xml:space="preserve">[41:15] </w:t>
      </w:r>
      <w:r>
        <w:t>yaani dealing mein honesty agar karein ge aap to aap deendar hain.</w:t>
      </w:r>
    </w:p>
    <w:p>
      <w:pPr>
        <w:jc w:val="right"/>
      </w:pPr>
      <w:r>
        <w:t>یعنی ڈیلنگ میں آنستی اگر کریں گے آپ تو آپ دیندار ہیں۔</w:t>
      </w:r>
    </w:p>
    <w:p>
      <w:r>
        <w:rPr>
          <w:b/>
        </w:rPr>
        <w:t xml:space="preserve">[41:21] </w:t>
      </w:r>
      <w:r>
        <w:t>dealing mein agar aap ne dis hon</w:t>
      </w:r>
    </w:p>
    <w:p>
      <w:pPr>
        <w:jc w:val="right"/>
      </w:pPr>
      <w:r>
        <w:t>ڈیلنگ میں اگر آپ نے ڈس آن</w:t>
      </w:r>
    </w:p>
    <w:p>
      <w:r>
        <w:rPr>
          <w:b/>
        </w:rPr>
        <w:t xml:space="preserve">[41:27] </w:t>
      </w:r>
      <w:r>
        <w:t>ki to aap deen se nikal gaye. ad-deen al-muamalah maamle hi ka naam deen hai. to ek hoti hai achhi dealing, ek hoti hai galat dealing. paise ka len den, property ka len den, market ka len den rozana hota hai. har waqt, har waqt hum kisi na kisi aitbaar se kisi ki ke saath</w:t>
      </w:r>
    </w:p>
    <w:p>
      <w:pPr>
        <w:jc w:val="right"/>
      </w:pPr>
      <w:r>
        <w:t>ستی کی تو آپ دین سے نکل گئے۔ الدین المعاملہ معاملے ہی کا نام دین ہے۔ تو ایک ہوتی ہے اچھی ڈیلنگ، ایک ہوتی ہے غلط ڈیلنگ۔ پیسے کا لین دین، پراپرٹی کا لین دین، مارکیٹ کا لین دین روزانہ ہوتا ہے۔ ہر وقت، ہر وقت ہم کسی نہ کسی اعتبار سے کسی کی کے ساتھ</w:t>
      </w:r>
    </w:p>
    <w:p>
      <w:r>
        <w:rPr>
          <w:b/>
        </w:rPr>
        <w:t xml:space="preserve">[41:57] </w:t>
      </w:r>
      <w:r>
        <w:t>dealing mein rehte hain, kisi maamle mein rehte hain.</w:t>
      </w:r>
    </w:p>
    <w:p>
      <w:pPr>
        <w:jc w:val="right"/>
      </w:pPr>
      <w:r>
        <w:t>ڈیلنگ میں رہتے ہیں، کسی معاملے میں رہتے ہیں۔</w:t>
      </w:r>
    </w:p>
    <w:p>
      <w:r>
        <w:rPr>
          <w:b/>
        </w:rPr>
        <w:t xml:space="preserve">[42:03] </w:t>
      </w:r>
      <w:r>
        <w:t>to wahan par hamein bohat zyada apne aap ko ehtiyat ke sath rakhna hai.</w:t>
      </w:r>
    </w:p>
    <w:p>
      <w:pPr>
        <w:jc w:val="right"/>
      </w:pPr>
      <w:r>
        <w:t>تو وہاں پر ہمیں بہت زیادہ اپنے آپ کو احتیاط کے ساتھ رکھنا ہے۔</w:t>
      </w:r>
    </w:p>
    <w:p>
      <w:r>
        <w:rPr>
          <w:b/>
        </w:rPr>
        <w:t xml:space="preserve">[42:10] </w:t>
      </w:r>
      <w:r>
        <w:t>kyunke dealing mein agar aap ne yaani galat dealing ki to farishte is ko likhein ge galat dealing</w:t>
      </w:r>
    </w:p>
    <w:p>
      <w:pPr>
        <w:jc w:val="right"/>
      </w:pPr>
      <w:r>
        <w:t>کیونکہ ڈیلنگ میں اگر آپ نے یعنی غلط ڈیلنگ کی تو فرشتے اس کو لکھیں گے غلط ڈیلنگ</w:t>
      </w:r>
    </w:p>
    <w:p>
      <w:r>
        <w:rPr>
          <w:b/>
        </w:rPr>
        <w:t xml:space="preserve">[42:16] </w:t>
      </w:r>
      <w:r>
        <w:t>ke khaane mein.</w:t>
      </w:r>
    </w:p>
    <w:p>
      <w:pPr>
        <w:jc w:val="right"/>
      </w:pPr>
      <w:r>
        <w:t>کے خانے میں۔</w:t>
      </w:r>
    </w:p>
    <w:p>
      <w:r>
        <w:rPr>
          <w:b/>
        </w:rPr>
        <w:t xml:space="preserve">[42:22] </w:t>
      </w:r>
      <w:r>
        <w:t>saheeh dealing ki to is ko saheeh dealing khaane mein rakhein ge.</w:t>
      </w:r>
    </w:p>
    <w:p>
      <w:pPr>
        <w:jc w:val="right"/>
      </w:pPr>
      <w:r>
        <w:t>صحیح ڈیلنگ کی تو اس کو صحیح ڈیلنگ خانے میں رکھیں گے۔</w:t>
      </w:r>
    </w:p>
    <w:p>
      <w:r>
        <w:rPr>
          <w:b/>
        </w:rPr>
        <w:t xml:space="preserve">[42:28] </w:t>
      </w:r>
      <w:r>
        <w:t>to galat dealing aadmi ko le aati hai hell ki taraf aur saheeh dealing aadmi ko le aati</w:t>
      </w:r>
    </w:p>
    <w:p>
      <w:pPr>
        <w:jc w:val="right"/>
      </w:pPr>
      <w:r>
        <w:t>تو غلط ڈیلنگ آدمی کو لے آتی ہے ہل کی طرف اور صحیح ڈیلنگ آدمی کو لے آتی</w:t>
      </w:r>
    </w:p>
    <w:p>
      <w:r>
        <w:rPr>
          <w:b/>
        </w:rPr>
        <w:t xml:space="preserve">[42:35] </w:t>
      </w:r>
      <w:r>
        <w:t>hai paradise ki taraf.</w:t>
      </w:r>
    </w:p>
    <w:p>
      <w:pPr>
        <w:jc w:val="right"/>
      </w:pPr>
      <w:r>
        <w:t>ہے پیراڈائز کی طرف۔</w:t>
      </w:r>
    </w:p>
    <w:p>
      <w:r>
        <w:rPr>
          <w:b/>
        </w:rPr>
        <w:t xml:space="preserve">[42:41] </w:t>
      </w:r>
      <w:r>
        <w:t>ad-deen al-muamlah yaani kisi aadmi ka deen wala hona ya deen wala na hona, is ko kya cheez</w:t>
      </w:r>
    </w:p>
    <w:p>
      <w:pPr>
        <w:jc w:val="right"/>
      </w:pPr>
      <w:r>
        <w:t>الدین المعاملہ یعنی کسی آدمی کا دین والا ہونا یا دین والا نہ ہونا، اس کو کیا چیز</w:t>
      </w:r>
    </w:p>
    <w:p>
      <w:r>
        <w:rPr>
          <w:b/>
        </w:rPr>
        <w:t xml:space="preserve">[42:47] </w:t>
      </w:r>
      <w:r>
        <w:t>determine karti hai? Maamla, dealing.</w:t>
      </w:r>
    </w:p>
    <w:p>
      <w:pPr>
        <w:jc w:val="right"/>
      </w:pPr>
      <w:r>
        <w:t>ڈیٹرمن کرتی ہے؟ معاملہ، ڈیلنگ۔</w:t>
      </w:r>
    </w:p>
    <w:p>
      <w:r>
        <w:rPr>
          <w:b/>
        </w:rPr>
        <w:t xml:space="preserve">[42:53] </w:t>
      </w:r>
      <w:r>
        <w:t>dealing hi se aadmi ya to aisa banta hai ya waisa banta hai.</w:t>
      </w:r>
    </w:p>
    <w:p>
      <w:pPr>
        <w:jc w:val="right"/>
      </w:pPr>
      <w:r>
        <w:t>ڈیلنگ ہی سے آدمی یا تو ایسا بنتا ہے یا ویسا بنتا ہے۔</w:t>
      </w:r>
    </w:p>
    <w:p>
      <w:r>
        <w:rPr>
          <w:b/>
        </w:rPr>
        <w:t xml:space="preserve">[42:59] </w:t>
      </w:r>
      <w:r>
        <w:t>yaani saheeh dealing se woh Khuda ke haan deen wala banta ban jaata hai.</w:t>
      </w:r>
    </w:p>
    <w:p>
      <w:pPr>
        <w:jc w:val="right"/>
      </w:pPr>
      <w:r>
        <w:t>یعنی صحیح ڈیلنگ سے وہ خدا کے ہاں دین والا بنتا بن جاتا ہے۔</w:t>
      </w:r>
    </w:p>
    <w:p>
      <w:r>
        <w:rPr>
          <w:b/>
        </w:rPr>
        <w:t xml:space="preserve">[43:05] </w:t>
      </w:r>
      <w:r>
        <w:t>galat dealing se woh Khuda ke haan deen se nikaal diya jaata hai.</w:t>
      </w:r>
    </w:p>
    <w:p>
      <w:pPr>
        <w:jc w:val="right"/>
      </w:pPr>
      <w:r>
        <w:t>غلط ڈیلنگ سے وہ خدا کے ہاں دین سے نکال دیا جاتا ہے۔</w:t>
      </w:r>
    </w:p>
    <w:p>
      <w:r>
        <w:rPr>
          <w:b/>
        </w:rPr>
        <w:t xml:space="preserve">[43:11] </w:t>
      </w:r>
      <w:r>
        <w:t>to phir ek group hell mein daal diya jaata hai, doosra group paradise ke qabil thehra theherta hai.</w:t>
      </w:r>
    </w:p>
    <w:p>
      <w:pPr>
        <w:jc w:val="right"/>
      </w:pPr>
      <w:r>
        <w:t>تو پھر ایک گروپ ہل میں ڈال دیا جاتا ہے، دوسرا گروپ پیراڈائز کے قابل ٹھہرا ٹھہرتا ہے۔</w:t>
      </w:r>
    </w:p>
    <w:p>
      <w:r>
        <w:rPr>
          <w:b/>
        </w:rPr>
        <w:t xml:space="preserve">[43:17] </w:t>
      </w:r>
      <w:r>
        <w:t>to yeh hai maamla.</w:t>
      </w:r>
    </w:p>
    <w:p>
      <w:pPr>
        <w:jc w:val="right"/>
      </w:pPr>
      <w:r>
        <w:t>تو یہ ہے معاملہ۔</w:t>
      </w:r>
    </w:p>
    <w:p>
      <w:r>
        <w:rPr>
          <w:b/>
        </w:rPr>
        <w:t xml:space="preserve">[43:24] </w:t>
      </w:r>
      <w:r>
        <w:t>to chaar baatein huin: imaan,</w:t>
      </w:r>
    </w:p>
    <w:p>
      <w:pPr>
        <w:jc w:val="right"/>
      </w:pPr>
      <w:r>
        <w:t>تو چار باتیں ہوئیں: ایمان،</w:t>
      </w:r>
    </w:p>
    <w:p>
      <w:r>
        <w:rPr>
          <w:b/>
        </w:rPr>
        <w:t xml:space="preserve">[43:30] </w:t>
      </w:r>
      <w:r>
        <w:t>ibadat, akhlaq, maamlaat. ab paanchveen baat ko lijiye: deen Islam ka paanchvaan jo tenet hai, paanchvaan jo usool hai, woh hai dawat. dawat ilal Allah. dawat ilal Allah yaani Khuda ki taraf pukaarna. dawat maani hai pukaarna, invite</w:t>
      </w:r>
    </w:p>
    <w:p>
      <w:pPr>
        <w:jc w:val="right"/>
      </w:pPr>
      <w:r>
        <w:t>عبادت، اخلاق، معاملات۔ اب پانچویں بات کو لیجئے: دین اسلام کا پانچواں جو ٹرٹ ہے، پانچواں جو اصول ہے، وہ ہے دعوت۔ دعوت الی اللہ۔ دعوت الی اللہ یعنی خدا کی طرف پکارنا۔ دعوت معنی ہے پکارنا، انوائٹ</w:t>
      </w:r>
    </w:p>
    <w:p>
      <w:r>
        <w:rPr>
          <w:b/>
        </w:rPr>
        <w:t xml:space="preserve">[44:00] </w:t>
      </w:r>
      <w:r>
        <w:t>karna, call dena. to dawat ka matlab hua Khuda ki taraf pukaarna. jitne prophet duniya mein aaye, woh sab daai thay. saare prophet daai thay. yaani dawat ka kaam karne ke liye woh duniya mein bheje gaye. peghambaron ke dawat ke kaam ko Quran mein do lafzon</w:t>
      </w:r>
    </w:p>
    <w:p>
      <w:pPr>
        <w:jc w:val="right"/>
      </w:pPr>
      <w:r>
        <w:t>کرنا، کال دینا۔ تو دعوت کا مطلب ہوا خدا کی طرف پکارنا۔ جتنے پرافٹ دنیا میں آئے، وہ سب داعی تھے۔ سارے پرافٹ داعی تھے۔ یعنی دعوت کا کام کرنے کے لیے وہ دنیا میں بھیجے گئے۔ پیغمبروں کے دعوت کے کام کو قرآن میں دو ل</w:t>
      </w:r>
    </w:p>
    <w:p>
      <w:r>
        <w:rPr>
          <w:b/>
        </w:rPr>
        <w:t xml:space="preserve">[44:30] </w:t>
      </w:r>
      <w:r>
        <w:t>mein bayan kiya gaya hai. woh hai inzaar aur tabshir. inzaar ka matlab hai warning dena. tabshir ka matlab hai khushkhabri sunana. to khushkhabri ya good tidings kis baat ki? jannat ki. aur warning</w:t>
      </w:r>
    </w:p>
    <w:p>
      <w:pPr>
        <w:jc w:val="right"/>
      </w:pPr>
      <w:r>
        <w:t>فظوں میں بیان کیا گیا ہے۔ وہ ہے انظار اور تبشیر۔ انظار کا مطلب ہے وارننگ دینا۔ تبشیر کا مطلب ہے خوشخبری سنانا۔ تو خوشخبری یا گڈ ٹائلنگ کس بات کی؟ جنت کی۔ اور وارن</w:t>
      </w:r>
    </w:p>
    <w:p>
      <w:r>
        <w:rPr>
          <w:b/>
        </w:rPr>
        <w:t xml:space="preserve">[45:00] </w:t>
      </w:r>
      <w:r>
        <w:t>nig kis baat ki? hil ki.</w:t>
      </w:r>
    </w:p>
    <w:p>
      <w:pPr>
        <w:jc w:val="right"/>
      </w:pPr>
      <w:r>
        <w:t>نگ کس بات کی؟ ہیل کی۔</w:t>
      </w:r>
    </w:p>
    <w:p>
      <w:r>
        <w:rPr>
          <w:b/>
        </w:rPr>
        <w:t xml:space="preserve">[45:06] </w:t>
      </w:r>
      <w:r>
        <w:t>to peghambar jitne bhi hote the, wo manzar aur mubashir hote the.</w:t>
      </w:r>
    </w:p>
    <w:p>
      <w:pPr>
        <w:jc w:val="right"/>
      </w:pPr>
      <w:r>
        <w:t>تو پیغمبر جتنے بھی ہوتے تھے، وہ منظر اور مبشر ہوتے تھے۔</w:t>
      </w:r>
    </w:p>
    <w:p>
      <w:r>
        <w:rPr>
          <w:b/>
        </w:rPr>
        <w:t xml:space="preserve">[45:12] </w:t>
      </w:r>
      <w:r>
        <w:t>yani wo yeh batate the ke dekho, yeh yeh karna wale, yeh yeh kaam karne wale hil mein</w:t>
      </w:r>
    </w:p>
    <w:p>
      <w:pPr>
        <w:jc w:val="right"/>
      </w:pPr>
      <w:r>
        <w:t>یعنی وہ یہ بتاتے تھے کہ دیکھو، یہ یہ کرنا والے، یہ یہ کام کرنے والے ہل میں</w:t>
      </w:r>
    </w:p>
    <w:p>
      <w:r>
        <w:rPr>
          <w:b/>
        </w:rPr>
        <w:t xml:space="preserve">[45:19] </w:t>
      </w:r>
      <w:r>
        <w:t>jayenge aur yeh yeh kaam karne wale paradise mein jayenge.</w:t>
      </w:r>
    </w:p>
    <w:p>
      <w:pPr>
        <w:jc w:val="right"/>
      </w:pPr>
      <w:r>
        <w:t>جائیں گے اور یہ یہ کام کرنے والے پیراڈائز میں جائیں گے۔</w:t>
      </w:r>
    </w:p>
    <w:p>
      <w:r>
        <w:rPr>
          <w:b/>
        </w:rPr>
        <w:t xml:space="preserve">[45:25] </w:t>
      </w:r>
      <w:r>
        <w:t>yeh hai manzar ka matlab aur mubashir ka matlab.</w:t>
      </w:r>
    </w:p>
    <w:p>
      <w:pPr>
        <w:jc w:val="right"/>
      </w:pPr>
      <w:r>
        <w:t>یہ ہے منظر کا مطلب اور مبشر کا مطلب۔</w:t>
      </w:r>
    </w:p>
    <w:p>
      <w:r>
        <w:rPr>
          <w:b/>
        </w:rPr>
        <w:t xml:space="preserve">[45:32] </w:t>
      </w:r>
      <w:r>
        <w:t>yeh jo sarkashi karega, jo jhoot bolega, jo jo dishonesty karega, jo roanj aur</w:t>
      </w:r>
    </w:p>
    <w:p>
      <w:pPr>
        <w:jc w:val="right"/>
      </w:pPr>
      <w:r>
        <w:t>یہ جو سرکشی کرے گا، جو جھوٹ بولے گا، جو جو ڈس آنستی کرے گا، جو رونج اور</w:t>
      </w:r>
    </w:p>
    <w:p>
      <w:r>
        <w:rPr>
          <w:b/>
        </w:rPr>
        <w:t xml:space="preserve">[45:39] </w:t>
      </w:r>
      <w:r>
        <w:t>dushmniyon mein jiyega, jo qatl karega.</w:t>
      </w:r>
    </w:p>
    <w:p>
      <w:pPr>
        <w:jc w:val="right"/>
      </w:pPr>
      <w:r>
        <w:t>دشمنیوں میں جیے گا، جو قتل کرے گا۔</w:t>
      </w:r>
    </w:p>
    <w:p>
      <w:r>
        <w:rPr>
          <w:b/>
        </w:rPr>
        <w:t xml:space="preserve">[45:47] </w:t>
      </w:r>
      <w:r>
        <w:t>ab quran mein ek ayat hai ke ke agar ek, agar kisi ne ek insan ko qatl kiya,</w:t>
      </w:r>
    </w:p>
    <w:p>
      <w:pPr>
        <w:jc w:val="right"/>
      </w:pPr>
      <w:r>
        <w:t>اب قرآن میں ایک آیت ہے کہ کہ اگر ایک، اگر کسی نے ایک انسان کو قتل کیا،</w:t>
      </w:r>
    </w:p>
    <w:p>
      <w:r>
        <w:rPr>
          <w:b/>
        </w:rPr>
        <w:t xml:space="preserve">[45:54] </w:t>
      </w:r>
      <w:r>
        <w:t>ek insan ko, to us ne goya ke poori poori humanity ko maar dala.</w:t>
      </w:r>
    </w:p>
    <w:p>
      <w:pPr>
        <w:jc w:val="right"/>
      </w:pPr>
      <w:r>
        <w:t>ایک انسان کو، تو اس نے گویا کہ پوری پوری ہیومینٹی کو مار ڈالا۔</w:t>
      </w:r>
    </w:p>
    <w:p>
      <w:r>
        <w:rPr>
          <w:b/>
        </w:rPr>
        <w:t xml:space="preserve">[46:02] </w:t>
      </w:r>
      <w:r>
        <w:t>ab yeh peghambaron ke zariye bataya gaya hai ke khuda ke nazdeek jo hai, kitna bura kaam hai qatl karna.</w:t>
      </w:r>
    </w:p>
    <w:p>
      <w:pPr>
        <w:jc w:val="right"/>
      </w:pPr>
      <w:r>
        <w:t>اب یہ پیغمبروں کے ذریعے بتایا گیا ہے کہ خدا کے نزدیک جو ہے، کتنا برا کام ہے قتل کرنا۔</w:t>
      </w:r>
    </w:p>
    <w:p>
      <w:r>
        <w:rPr>
          <w:b/>
        </w:rPr>
        <w:t xml:space="preserve">[46:08] </w:t>
      </w:r>
      <w:r>
        <w:t>kitna bura kaam hai ke ek insan ko marna khuda ke nazdeek aise hi hai jaise saare logon</w:t>
      </w:r>
    </w:p>
    <w:p>
      <w:pPr>
        <w:jc w:val="right"/>
      </w:pPr>
      <w:r>
        <w:t>کتنا برا کام ہے کہ ایک انسان کو مارنا خدا کے نزدیک ایسے ہی ہے جیسے سارے لوگوں</w:t>
      </w:r>
    </w:p>
    <w:p>
      <w:r>
        <w:rPr>
          <w:b/>
        </w:rPr>
        <w:t xml:space="preserve">[46:14] </w:t>
      </w:r>
      <w:r>
        <w:t>ko maar dala tum ne.</w:t>
      </w:r>
    </w:p>
    <w:p>
      <w:pPr>
        <w:jc w:val="right"/>
      </w:pPr>
      <w:r>
        <w:t>کو مار ڈالا تم نے۔</w:t>
      </w:r>
    </w:p>
    <w:p>
      <w:r>
        <w:rPr>
          <w:b/>
        </w:rPr>
        <w:t xml:space="preserve">[46:21] </w:t>
      </w:r>
      <w:r>
        <w:t>is tarah ki bahut si baatein hain jo peghambar batane ke liye aate hain ke agar tum ne</w:t>
      </w:r>
    </w:p>
    <w:p>
      <w:pPr>
        <w:jc w:val="right"/>
      </w:pPr>
      <w:r>
        <w:t>اس طرح کی بہت سی باتیں ہیں جو پیغمبر بتانے کے لیے آتے ہیں کہ اگر تم نے</w:t>
      </w:r>
    </w:p>
    <w:p>
      <w:r>
        <w:rPr>
          <w:b/>
        </w:rPr>
        <w:t xml:space="preserve">[46:27] </w:t>
      </w:r>
      <w:r>
        <w:t>aisa kiya to phir khuda ne kaha tum ko hil milegi, eternal, eternal fire.</w:t>
      </w:r>
    </w:p>
    <w:p>
      <w:pPr>
        <w:jc w:val="right"/>
      </w:pPr>
      <w:r>
        <w:t>ایسا کیا تو پھر خدا نے کہا تم کو ہل ملے گی، ایٹرنل، ایٹرنل فائر۔</w:t>
      </w:r>
    </w:p>
    <w:p>
      <w:r>
        <w:rPr>
          <w:b/>
        </w:rPr>
        <w:t xml:space="preserve">[46:33] </w:t>
      </w:r>
      <w:r>
        <w:t>is tarah se doosri cheez batate hain peghambar ke tum is tarah rahoge, is tarah rahoge,</w:t>
      </w:r>
    </w:p>
    <w:p>
      <w:pPr>
        <w:jc w:val="right"/>
      </w:pPr>
      <w:r>
        <w:t>اس طرح سے دوسری چیز بتاتے ہیں پیغمبر کہ تم اس طرح رہو گے، اس طرح رہو گے،</w:t>
      </w:r>
    </w:p>
    <w:p>
      <w:r>
        <w:rPr>
          <w:b/>
        </w:rPr>
        <w:t xml:space="preserve">[46:38] </w:t>
      </w:r>
      <w:r>
        <w:t>is tarah rahoge to kya hoga? eternal paradise milegi.</w:t>
      </w:r>
    </w:p>
    <w:p>
      <w:pPr>
        <w:jc w:val="right"/>
      </w:pPr>
      <w:r>
        <w:t>اس طرح رہو گے تو کیا ہوگا؟ ایٹرنل پیراڈائز ملے گی۔</w:t>
      </w:r>
    </w:p>
    <w:p>
      <w:r>
        <w:rPr>
          <w:b/>
        </w:rPr>
        <w:t xml:space="preserve">[46:43] </w:t>
      </w:r>
      <w:r>
        <w:t>eternal paradise milegi.</w:t>
      </w:r>
    </w:p>
    <w:p>
      <w:pPr>
        <w:jc w:val="right"/>
      </w:pPr>
      <w:r>
        <w:t>ایٹرنل پیراڈائز ملے گی۔</w:t>
      </w:r>
    </w:p>
    <w:p>
      <w:r>
        <w:rPr>
          <w:b/>
        </w:rPr>
        <w:t xml:space="preserve">[46:47] </w:t>
      </w:r>
      <w:r>
        <w:t>to yeh hai dawat.</w:t>
      </w:r>
    </w:p>
    <w:p>
      <w:pPr>
        <w:jc w:val="right"/>
      </w:pPr>
      <w:r>
        <w:t>تو یہ ہے دعوت۔</w:t>
      </w:r>
    </w:p>
    <w:p>
      <w:r>
        <w:rPr>
          <w:b/>
        </w:rPr>
        <w:t xml:space="preserve">[46:52] </w:t>
      </w:r>
      <w:r>
        <w:t>to dawat jo hai, sab se pehle yeh batana hai insan ko ke is duniya ka ek khuda</w:t>
      </w:r>
    </w:p>
    <w:p>
      <w:pPr>
        <w:jc w:val="right"/>
      </w:pPr>
      <w:r>
        <w:t>تو دعوت جو ہے، سب سے پہلے یہ بتانا ہے انسان کو کہ اس دنیا کا ایک خدا</w:t>
      </w:r>
    </w:p>
    <w:p>
      <w:r>
        <w:rPr>
          <w:b/>
        </w:rPr>
        <w:t xml:space="preserve">[46:56] </w:t>
      </w:r>
      <w:r>
        <w:t>hai, wo ek hi hai.</w:t>
      </w:r>
    </w:p>
    <w:p>
      <w:pPr>
        <w:jc w:val="right"/>
      </w:pPr>
      <w:r>
        <w:t>ہے، وہ ایک ہی ہے۔</w:t>
      </w:r>
    </w:p>
    <w:p>
      <w:r>
        <w:rPr>
          <w:b/>
        </w:rPr>
        <w:t xml:space="preserve">[47:01] </w:t>
      </w:r>
      <w:r>
        <w:t>de do god but one god.</w:t>
      </w:r>
    </w:p>
    <w:p>
      <w:pPr>
        <w:jc w:val="right"/>
      </w:pPr>
      <w:r>
        <w:t>دے دو گاڈ بٹ ون گاڈ۔</w:t>
      </w:r>
    </w:p>
    <w:p>
      <w:r>
        <w:rPr>
          <w:b/>
        </w:rPr>
        <w:t xml:space="preserve">[47:06] </w:t>
      </w:r>
      <w:r>
        <w:t>yeh duniya ka creator jo hai, wo ek hai.</w:t>
      </w:r>
    </w:p>
    <w:p>
      <w:pPr>
        <w:jc w:val="right"/>
      </w:pPr>
      <w:r>
        <w:t>یہ دنیا کا کریٹر جو ہے، وہ ایک ہے۔</w:t>
      </w:r>
    </w:p>
    <w:p>
      <w:r>
        <w:rPr>
          <w:b/>
        </w:rPr>
        <w:t xml:space="preserve">[47:13] </w:t>
      </w:r>
      <w:r>
        <w:t>yeh batana khuda ne apne peghambar ke zariye se apni guidance bheji hai, jo aakhri taur par preserve</w:t>
      </w:r>
    </w:p>
    <w:p>
      <w:pPr>
        <w:jc w:val="right"/>
      </w:pPr>
      <w:r>
        <w:t>یہ بتانا خدا نے اپنے پیغمبر کے ذریعے سے اپنی گائیڈنس بھیجی ہے، جو آخری طور پر پریزرو</w:t>
      </w:r>
    </w:p>
    <w:p>
      <w:r>
        <w:rPr>
          <w:b/>
        </w:rPr>
        <w:t xml:space="preserve">[47:21] </w:t>
      </w:r>
      <w:r>
        <w:t>haalat mein Muhammad sallallahu alaihi wasallam ke zariye hum ko pahunchi hai.</w:t>
      </w:r>
    </w:p>
    <w:p>
      <w:pPr>
        <w:jc w:val="right"/>
      </w:pPr>
      <w:r>
        <w:t>حالت میں محمد صلی اللہ علیہ وسلم کے ذریعے ہم کو پہنچی ہے۔</w:t>
      </w:r>
    </w:p>
    <w:p>
      <w:r>
        <w:rPr>
          <w:b/>
        </w:rPr>
        <w:t xml:space="preserve">[47:28] </w:t>
      </w:r>
      <w:r>
        <w:t>yeh batana is tarike se wo sab baaton ko jo main ne kaha ke imaan, ibadat, akhlaq</w:t>
      </w:r>
    </w:p>
    <w:p>
      <w:pPr>
        <w:jc w:val="right"/>
      </w:pPr>
      <w:r>
        <w:t>یہ بتانا اس طریقے سے وہ سب باتوں کو جو میں نے کہا کہ ایمان، عبادت، اخلاق</w:t>
      </w:r>
    </w:p>
    <w:p>
      <w:r>
        <w:rPr>
          <w:b/>
        </w:rPr>
        <w:t xml:space="preserve">[47:36] </w:t>
      </w:r>
      <w:r>
        <w:t>maamlaat, yeh saari cheezon ke baare mein peghambari batate hain hum ko.</w:t>
      </w:r>
    </w:p>
    <w:p>
      <w:pPr>
        <w:jc w:val="right"/>
      </w:pPr>
      <w:r>
        <w:t>، معاملات، یہ ساری چیزوں کے بارے میں پیغمبری بتاتے ہیں ہم کو۔</w:t>
      </w:r>
    </w:p>
    <w:p>
      <w:r>
        <w:rPr>
          <w:b/>
        </w:rPr>
        <w:t xml:space="preserve">[47:43] </w:t>
      </w:r>
      <w:r>
        <w:t>toh peghambar is liye aata hai ke khuda se us ko peghambar aata hai toh khuda us par</w:t>
      </w:r>
    </w:p>
    <w:p>
      <w:pPr>
        <w:jc w:val="right"/>
      </w:pPr>
      <w:r>
        <w:t>تو پیغمبر اس لیے آتا ہے کہ خدا سے اس کو پیغمبر آتا ہے تو خدا اس پر</w:t>
      </w:r>
    </w:p>
    <w:p>
      <w:r>
        <w:rPr>
          <w:b/>
        </w:rPr>
        <w:t xml:space="preserve">[47:51] </w:t>
      </w:r>
      <w:r>
        <w:t>wahy karta hai, reveal karta hai sachai ko.</w:t>
      </w:r>
    </w:p>
    <w:p>
      <w:pPr>
        <w:jc w:val="right"/>
      </w:pPr>
      <w:r>
        <w:t>وحی کرتا ہے، ریویل کرتا ہے سچائی کو۔</w:t>
      </w:r>
    </w:p>
    <w:p>
      <w:r>
        <w:rPr>
          <w:b/>
        </w:rPr>
        <w:t xml:space="preserve">[47:59] </w:t>
      </w:r>
      <w:r>
        <w:t>kyunke hum yeh toh jaante hain ke paani hamein peene se pyaas bujhe gi, khana khane se</w:t>
      </w:r>
    </w:p>
    <w:p>
      <w:pPr>
        <w:jc w:val="right"/>
      </w:pPr>
      <w:r>
        <w:t>کیونکہ ہم یہ تو جانتے ہیں کہ پانی ہمیں پینے سے پیاس بجھے گی، کھانا کھانے سے</w:t>
      </w:r>
    </w:p>
    <w:p>
      <w:r>
        <w:rPr>
          <w:b/>
        </w:rPr>
        <w:t xml:space="preserve">[48:06] </w:t>
      </w:r>
      <w:r>
        <w:t>bhookh khatam hogi.</w:t>
      </w:r>
    </w:p>
    <w:p>
      <w:pPr>
        <w:jc w:val="right"/>
      </w:pPr>
      <w:r>
        <w:t>بھوک ختم ہوگی۔</w:t>
      </w:r>
    </w:p>
    <w:p>
      <w:r>
        <w:rPr>
          <w:b/>
        </w:rPr>
        <w:t xml:space="preserve">[48:12] </w:t>
      </w:r>
      <w:r>
        <w:t>lekin jahan tak aur baaton ka taalluq hai ke ideality hamari kya ho, soch hamari kya ho, life</w:t>
      </w:r>
    </w:p>
    <w:p>
      <w:pPr>
        <w:jc w:val="right"/>
      </w:pPr>
      <w:r>
        <w:t>لیکن جہاں تک اور باتوں کا تعلق ہے کہ آئیڈیلٹی ہماری کیا ہو، سوچ ہماری کیا ہو، لائف</w:t>
      </w:r>
    </w:p>
    <w:p>
      <w:r>
        <w:rPr>
          <w:b/>
        </w:rPr>
        <w:t xml:space="preserve">[48:17] </w:t>
      </w:r>
      <w:r>
        <w:t>ke baad kya hone wala hai, death ke baad kya hone wala hai, toh woh cheezein jo zyada</w:t>
      </w:r>
    </w:p>
    <w:p>
      <w:pPr>
        <w:jc w:val="right"/>
      </w:pPr>
      <w:r>
        <w:t>کے بعد کیا ہونے والا ہے، ڈیتھ کے بعد کیا ہونے والا ہے، تو وہ چیزیں جو زیادہ</w:t>
      </w:r>
    </w:p>
    <w:p>
      <w:r>
        <w:rPr>
          <w:b/>
        </w:rPr>
        <w:t xml:space="preserve">[48:22] </w:t>
      </w:r>
      <w:r>
        <w:t>important hain, woh sab unseen world se taalluq rakhti hain.</w:t>
      </w:r>
    </w:p>
    <w:p>
      <w:pPr>
        <w:jc w:val="right"/>
      </w:pPr>
      <w:r>
        <w:t>امپورٹنٹ ہیں، وہ سب ان سین ورلڈ سے تعلق رکھتی ہیں۔</w:t>
      </w:r>
    </w:p>
    <w:p>
      <w:r>
        <w:rPr>
          <w:b/>
        </w:rPr>
        <w:t xml:space="preserve">[48:27] </w:t>
      </w:r>
      <w:r>
        <w:t>toh in baaton ko peghambar jo hai, prophet jo hai, woh in ko batata hai.</w:t>
      </w:r>
    </w:p>
    <w:p>
      <w:pPr>
        <w:jc w:val="right"/>
      </w:pPr>
      <w:r>
        <w:t>تو ان باتوں کو پیغمبر جو ہے، پرافٹ جو ہے، وہ ان کو بتاتا ہے۔</w:t>
      </w:r>
    </w:p>
    <w:p>
      <w:r>
        <w:rPr>
          <w:b/>
        </w:rPr>
        <w:t xml:space="preserve">[48:33] </w:t>
      </w:r>
      <w:r>
        <w:t>dawat ka yeh kaam jo hai,</w:t>
      </w:r>
    </w:p>
    <w:p>
      <w:pPr>
        <w:jc w:val="right"/>
      </w:pPr>
      <w:r>
        <w:t>دعوت کا یہ کام جو ہے،</w:t>
      </w:r>
    </w:p>
    <w:p>
      <w:r>
        <w:rPr>
          <w:b/>
        </w:rPr>
        <w:t xml:space="preserve">[48:38] </w:t>
      </w:r>
      <w:r>
        <w:t>pehlay zamanay mein yaani Muhammad sallallahu alaihi wasallam se pehle ke zamanay mein peghambar karte thay.</w:t>
      </w:r>
    </w:p>
    <w:p>
      <w:pPr>
        <w:jc w:val="right"/>
      </w:pPr>
      <w:r>
        <w:t>پہلے زمانے میں یعنی محمد صلی اللہ علیہ وسلم سے پہلے کے زمانے میں پیغمبر کرتے تھے۔</w:t>
      </w:r>
    </w:p>
    <w:p>
      <w:r>
        <w:rPr>
          <w:b/>
        </w:rPr>
        <w:t xml:space="preserve">[48:42] </w:t>
      </w:r>
      <w:r>
        <w:t>dunya mein bohat peghambar aaye.</w:t>
      </w:r>
    </w:p>
    <w:p>
      <w:pPr>
        <w:jc w:val="right"/>
      </w:pPr>
      <w:r>
        <w:t>دنیا میں بہت پیغمبر آئے۔</w:t>
      </w:r>
    </w:p>
    <w:p>
      <w:r>
        <w:rPr>
          <w:b/>
        </w:rPr>
        <w:t xml:space="preserve">[48:47] </w:t>
      </w:r>
      <w:r>
        <w:t>quran mein hai ke sum arsalna rutlan totra.</w:t>
      </w:r>
    </w:p>
    <w:p>
      <w:pPr>
        <w:jc w:val="right"/>
      </w:pPr>
      <w:r>
        <w:t>قرآن میں ہے کہ سم ارسلنا رتلنا تطرا۔</w:t>
      </w:r>
    </w:p>
    <w:p>
      <w:r>
        <w:rPr>
          <w:b/>
        </w:rPr>
        <w:t xml:space="preserve">[48:51] </w:t>
      </w:r>
      <w:r>
        <w:t>yaani continuously hum ne peghambar bheje.</w:t>
      </w:r>
    </w:p>
    <w:p>
      <w:pPr>
        <w:jc w:val="right"/>
      </w:pPr>
      <w:r>
        <w:t>یعنی کنٹینیوسلی ہم نے پیغمبر بھیجے۔</w:t>
      </w:r>
    </w:p>
    <w:p>
      <w:r>
        <w:rPr>
          <w:b/>
        </w:rPr>
        <w:t xml:space="preserve">[48:55] </w:t>
      </w:r>
      <w:r>
        <w:t>sum arsalna rutl ruslan totra.</w:t>
      </w:r>
    </w:p>
    <w:p>
      <w:pPr>
        <w:jc w:val="right"/>
      </w:pPr>
      <w:r>
        <w:t>سم ارسلنا رتل رسلنا تطرا۔</w:t>
      </w:r>
    </w:p>
    <w:p>
      <w:r>
        <w:rPr>
          <w:b/>
        </w:rPr>
        <w:t xml:space="preserve">[48:59] </w:t>
      </w:r>
      <w:r>
        <w:t>continuously hum ne peghambar bheje dunya mein.</w:t>
      </w:r>
    </w:p>
    <w:p>
      <w:pPr>
        <w:jc w:val="right"/>
      </w:pPr>
      <w:r>
        <w:t>کنٹینیوسلی ہم نے پیغمبر بھیجے دنیا میں۔</w:t>
      </w:r>
    </w:p>
    <w:p>
      <w:r>
        <w:rPr>
          <w:b/>
        </w:rPr>
        <w:t xml:space="preserve">[49:04] </w:t>
      </w:r>
      <w:r>
        <w:t>toh barabar aate rahe aur dawat ka jo kaam hai, woh pegh</w:t>
      </w:r>
    </w:p>
    <w:p>
      <w:pPr>
        <w:jc w:val="right"/>
      </w:pPr>
      <w:r>
        <w:t>تو برابر آتے رہے اور دعوت کا جو کام ہے، وہ پیغ</w:t>
      </w:r>
    </w:p>
    <w:p>
      <w:r>
        <w:rPr>
          <w:b/>
        </w:rPr>
        <w:t xml:space="preserve">[49:08] </w:t>
      </w:r>
      <w:r>
        <w:t>ambari karte thay.</w:t>
      </w:r>
    </w:p>
    <w:p>
      <w:pPr>
        <w:jc w:val="right"/>
      </w:pPr>
      <w:r>
        <w:t>مبری کرتے تھے۔</w:t>
      </w:r>
    </w:p>
    <w:p>
      <w:r>
        <w:rPr>
          <w:b/>
        </w:rPr>
        <w:t xml:space="preserve">[49:12] </w:t>
      </w:r>
      <w:r>
        <w:t>asal zimmedari inhi ki hoti thi pehle zamanay mein.</w:t>
      </w:r>
    </w:p>
    <w:p>
      <w:pPr>
        <w:jc w:val="right"/>
      </w:pPr>
      <w:r>
        <w:t>اصل ذمہ داری انہی کی ہوتی تھی پہلے زمانے میں۔</w:t>
      </w:r>
    </w:p>
    <w:p>
      <w:r>
        <w:rPr>
          <w:b/>
        </w:rPr>
        <w:t xml:space="preserve">[49:16] </w:t>
      </w:r>
      <w:r>
        <w:t>lekin Muhammad sallallahu alaihi wasallam par nubuwwat khatam ho gayi.</w:t>
      </w:r>
    </w:p>
    <w:p>
      <w:pPr>
        <w:jc w:val="right"/>
      </w:pPr>
      <w:r>
        <w:t>لیکن محمد صلی اللہ علیہ وسلم پر نبوت ختم ہوگئی۔</w:t>
      </w:r>
    </w:p>
    <w:p>
      <w:r>
        <w:rPr>
          <w:b/>
        </w:rPr>
        <w:t xml:space="preserve">[49:19] </w:t>
      </w:r>
      <w:r>
        <w:t>ab koi peghambar aane wala hai nahi.</w:t>
      </w:r>
    </w:p>
    <w:p>
      <w:pPr>
        <w:jc w:val="right"/>
      </w:pPr>
      <w:r>
        <w:t>اب کوئی پیغمبر آنے والا ہے نہیں۔</w:t>
      </w:r>
    </w:p>
    <w:p>
      <w:r>
        <w:rPr>
          <w:b/>
        </w:rPr>
        <w:t xml:space="preserve">[49:23] </w:t>
      </w:r>
      <w:r>
        <w:t>lekin aap sochiye ke insaan toh paida ho rahe hain.</w:t>
      </w:r>
    </w:p>
    <w:p>
      <w:pPr>
        <w:jc w:val="right"/>
      </w:pPr>
      <w:r>
        <w:t>لیکن آپ سوچیے کہ انسان تو پیدا ہو رہے ہیں۔</w:t>
      </w:r>
    </w:p>
    <w:p>
      <w:r>
        <w:rPr>
          <w:b/>
        </w:rPr>
        <w:t xml:space="preserve">[49:27] </w:t>
      </w:r>
      <w:r>
        <w:t>aap toh insaan pehle se bhi zyada hain dunya mein.</w:t>
      </w:r>
    </w:p>
    <w:p>
      <w:pPr>
        <w:jc w:val="right"/>
      </w:pPr>
      <w:r>
        <w:t>آپ تو انسان پہلے سے بھی زیادہ ہیں دنیا میں۔</w:t>
      </w:r>
    </w:p>
    <w:p>
      <w:r>
        <w:rPr>
          <w:b/>
        </w:rPr>
        <w:t xml:space="preserve">[49:31] </w:t>
      </w:r>
      <w:r>
        <w:t>jitne insaan pichlay peghambaron ke zamanay mein hua karte thay, Hazrat Nuh ke zamanay mein, Hazrat Musa ke</w:t>
      </w:r>
    </w:p>
    <w:p>
      <w:pPr>
        <w:jc w:val="right"/>
      </w:pPr>
      <w:r>
        <w:t>جتنے انسان پچھلے پیغمبروں کے زمانے میں ہوا کرتے تھے، حضرت نوح کے زمانے میں، حضرت موسیٰ کے</w:t>
      </w:r>
    </w:p>
    <w:p>
      <w:r>
        <w:rPr>
          <w:b/>
        </w:rPr>
        <w:t xml:space="preserve">[49:35] </w:t>
      </w:r>
      <w:r>
        <w:t>zamanay mein, Hazrat Isa ke zamanay mein,</w:t>
      </w:r>
    </w:p>
    <w:p>
      <w:pPr>
        <w:jc w:val="right"/>
      </w:pPr>
      <w:r>
        <w:t>زمانے میں، حضرت عیسیٰ کے زمانے میں،</w:t>
      </w:r>
    </w:p>
    <w:p>
      <w:r>
        <w:rPr>
          <w:b/>
        </w:rPr>
        <w:t xml:space="preserve">[49:39] </w:t>
      </w:r>
      <w:r>
        <w:t>us se bohat ziyada insaan aaj hain zameen ke oopar. to sawal hai ke in insaanon ko kaun bataye? aaj jo insaan hain, jo paida ho rahay hain, mar rahay hain, paida ho rahay hain, mar rahay hain, to in ko kaun bataye ke Khuda ka Khuda ka creation plan kya hai? maut ke baad kya hai? aur hell kya hai? paradise kya hai? kaun bataye? yeh batana hai Muhammad (SAW) ke</w:t>
      </w:r>
    </w:p>
    <w:p>
      <w:pPr>
        <w:jc w:val="right"/>
      </w:pPr>
      <w:r>
        <w:t>اس سے بہت زیادہ انسان آج ہیں زمین کے اوپر۔ تو سوال ہے کہ ان انسانوں کو کون بتائے؟ آج جو انسان ہیں، جو پیدا ہو رہے ہیں، مر رہے ہیں، پیدا ہو رہے ہیں، مر رہے ہیں، تو ان کو کون بتائے کہ خدا کا خدا کا کریشن پلان کیا ہے؟ موت کے بعد کیا ہے؟ اور ہیل کیا ہے؟ پیراڈائز کیا ہے؟ کون بتائے؟ یہ بتانا ہے محمد صلی اللہ علیہ وسلم کے</w:t>
      </w:r>
    </w:p>
    <w:p>
      <w:r>
        <w:rPr>
          <w:b/>
        </w:rPr>
        <w:t xml:space="preserve">[50:09] </w:t>
      </w:r>
      <w:r>
        <w:t>umat ko, aap ke followers ko.</w:t>
      </w:r>
    </w:p>
    <w:p>
      <w:pPr>
        <w:jc w:val="right"/>
      </w:pPr>
      <w:r>
        <w:t>امت کو، آپ کے فالوورز کو۔</w:t>
      </w:r>
    </w:p>
    <w:p>
      <w:r>
        <w:rPr>
          <w:b/>
        </w:rPr>
        <w:t xml:space="preserve">[50:15] </w:t>
      </w:r>
      <w:r>
        <w:t>yani is ka matlab kya hai? peghambari to khatam ho gayi, lekin peghambar ka kaam isi tarah baqi hai abhi bhi.</w:t>
      </w:r>
    </w:p>
    <w:p>
      <w:pPr>
        <w:jc w:val="right"/>
      </w:pPr>
      <w:r>
        <w:t>یعنی اس کا مطلب کیا ہے؟ پیغمبری تو ختم ہوگئی، لیکن پیغمبر کا کام اسی طرح باقی ہے ابھی بھی۔</w:t>
      </w:r>
    </w:p>
    <w:p>
      <w:r>
        <w:rPr>
          <w:b/>
        </w:rPr>
        <w:t xml:space="preserve">[50:21] </w:t>
      </w:r>
      <w:r>
        <w:t>aur yeh umat jo hai, yeh umat peghambar ke ke jaga par hai.</w:t>
      </w:r>
    </w:p>
    <w:p>
      <w:pPr>
        <w:jc w:val="right"/>
      </w:pPr>
      <w:r>
        <w:t>اور یہ امت جو ہے، یہ امت پیغمبر کے کے کی جگہ پر ہے۔</w:t>
      </w:r>
    </w:p>
    <w:p>
      <w:r>
        <w:rPr>
          <w:b/>
        </w:rPr>
        <w:t xml:space="preserve">[50:27] </w:t>
      </w:r>
      <w:r>
        <w:t>in ko replace karti hai is duty ke maamle mein.</w:t>
      </w:r>
    </w:p>
    <w:p>
      <w:pPr>
        <w:jc w:val="right"/>
      </w:pPr>
      <w:r>
        <w:t>ان کو ریپلیس کرتی ہے اس ڈیوٹی کے معاملے میں۔</w:t>
      </w:r>
    </w:p>
    <w:p>
      <w:r>
        <w:rPr>
          <w:b/>
        </w:rPr>
        <w:t xml:space="preserve">[50:33] </w:t>
      </w:r>
      <w:r>
        <w:t>to is ma</w:t>
      </w:r>
    </w:p>
    <w:p>
      <w:pPr>
        <w:jc w:val="right"/>
      </w:pPr>
      <w:r>
        <w:t>تو اس مع</w:t>
      </w:r>
    </w:p>
    <w:p>
      <w:r>
        <w:rPr>
          <w:b/>
        </w:rPr>
        <w:t xml:space="preserve">[50:39] </w:t>
      </w:r>
      <w:r>
        <w:t>mein kya huay? har woh aadmi jo kehta hai ke main Muhammad (SAW) ka follower hoon, to saath saath us par yeh farz ho jata hai ke woh dawat de. kyunke follower honay ke maani kya hain? ek taraf to imaan, ibadat, akhlaq, maamlaat, in sab cheezon ko follow karna hai. saath saath Muhammad (SAW) ka jo mission tha, jo abhi bhi continue hai, us ka ek hissa</w:t>
      </w:r>
    </w:p>
    <w:p>
      <w:pPr>
        <w:jc w:val="right"/>
      </w:pPr>
      <w:r>
        <w:t>نی کیا ہوئے؟ ہر وہ آدمی جو کہتا ہے کہ میں محمد صلی اللہ علیہ وسلم کا فالوور ہوں، تو ساتھ ساتھ اس پر یہ فرض ہو جاتا ہے کہ وہ دعوت دے۔ کیونکہ فالوور ہونے کے معنی کیا ہیں؟ ایک طرف تو ایمان، عبادت، اخلاق، معاملات، ان سب چیزوں کو فالو کرنا ہے۔ ساتھ ساتھ محمد صلی اللہ علیہ وسلم کا جو مشن تھا، جو ابھی بھی کنٹینیو ہے، اس کا ایک حصہ</w:t>
      </w:r>
    </w:p>
    <w:p>
      <w:r>
        <w:rPr>
          <w:b/>
        </w:rPr>
        <w:t xml:space="preserve">[51:09] </w:t>
      </w:r>
      <w:r>
        <w:t>banna.</w:t>
      </w:r>
    </w:p>
    <w:p>
      <w:pPr>
        <w:jc w:val="right"/>
      </w:pPr>
      <w:r>
        <w:t>بننا۔</w:t>
      </w:r>
    </w:p>
    <w:p>
      <w:r>
        <w:rPr>
          <w:b/>
        </w:rPr>
        <w:t xml:space="preserve">[51:14] </w:t>
      </w:r>
      <w:r>
        <w:t>is ka aik hissa banna.</w:t>
      </w:r>
    </w:p>
    <w:p>
      <w:pPr>
        <w:jc w:val="right"/>
      </w:pPr>
      <w:r>
        <w:t>اس کا ایک حصہ بننا۔</w:t>
      </w:r>
    </w:p>
    <w:p>
      <w:r>
        <w:rPr>
          <w:b/>
        </w:rPr>
        <w:t xml:space="preserve">[51:19] </w:t>
      </w:r>
      <w:r>
        <w:t>isi liye rasool Allah sal Allah alaihi wasallam jab aakhri zamanay mein jab aap ne hajj kiya, hajjat</w:t>
      </w:r>
    </w:p>
    <w:p>
      <w:pPr>
        <w:jc w:val="right"/>
      </w:pPr>
      <w:r>
        <w:t>اسی لیے رسول اللہ صلی اللہ علیہ وسلم جب آخری زمانے میں جب آپ نے حج کیا، حجۃ</w:t>
      </w:r>
    </w:p>
    <w:p>
      <w:r>
        <w:rPr>
          <w:b/>
        </w:rPr>
        <w:t xml:space="preserve">[51:24] </w:t>
      </w:r>
      <w:r>
        <w:t>ul wida, wahan aap ne address kiya is zamanay ke jo musalman thay, jin ko hum ashaab kehte hain,</w:t>
      </w:r>
    </w:p>
    <w:p>
      <w:pPr>
        <w:jc w:val="right"/>
      </w:pPr>
      <w:r>
        <w:t>الوداع، وہاں آپ نے ایڈریس کیا اس زمانے کے جو مسلمان تھے، جن کو ہم اصحاب کہتے ہیں،</w:t>
      </w:r>
    </w:p>
    <w:p>
      <w:r>
        <w:rPr>
          <w:b/>
        </w:rPr>
        <w:t xml:space="preserve">[51:29] </w:t>
      </w:r>
      <w:r>
        <w:t>un ko to aap ne yahi kaha ke boes to alna se kafta fadoni.</w:t>
      </w:r>
    </w:p>
    <w:p>
      <w:pPr>
        <w:jc w:val="right"/>
      </w:pPr>
      <w:r>
        <w:t>ان کو تو آپ نے یہی کہا کہ بویس تو النا سے کافتا فادونی۔</w:t>
      </w:r>
    </w:p>
    <w:p>
      <w:r>
        <w:rPr>
          <w:b/>
        </w:rPr>
        <w:t xml:space="preserve">[51:34] </w:t>
      </w:r>
      <w:r>
        <w:t>yani mein bheja gaya hoon</w:t>
      </w:r>
    </w:p>
    <w:p>
      <w:pPr>
        <w:jc w:val="right"/>
      </w:pPr>
      <w:r>
        <w:t>یعنی میں بھیجا گیا ہوں</w:t>
      </w:r>
    </w:p>
    <w:p>
      <w:r>
        <w:rPr>
          <w:b/>
        </w:rPr>
        <w:t xml:space="preserve">[51:39] </w:t>
      </w:r>
      <w:r>
        <w:t>saare insano ke liye, qayamat tak ke insano ke liye.</w:t>
      </w:r>
    </w:p>
    <w:p>
      <w:pPr>
        <w:jc w:val="right"/>
      </w:pPr>
      <w:r>
        <w:t>سارے انسانوں کے لیے، قیامت تک کے انسانوں کے لیے۔</w:t>
      </w:r>
    </w:p>
    <w:p>
      <w:r>
        <w:rPr>
          <w:b/>
        </w:rPr>
        <w:t xml:space="preserve">[51:43] </w:t>
      </w:r>
      <w:r>
        <w:t>lekin ab mein ja raha hoon is duniya se.</w:t>
      </w:r>
    </w:p>
    <w:p>
      <w:pPr>
        <w:jc w:val="right"/>
      </w:pPr>
      <w:r>
        <w:t>لیکن اب میں جا رہا ہوں اس دنیا سے۔</w:t>
      </w:r>
    </w:p>
    <w:p>
      <w:r>
        <w:rPr>
          <w:b/>
        </w:rPr>
        <w:t xml:space="preserve">[51:48] </w:t>
      </w:r>
      <w:r>
        <w:t>tum raho ge.</w:t>
      </w:r>
    </w:p>
    <w:p>
      <w:pPr>
        <w:jc w:val="right"/>
      </w:pPr>
      <w:r>
        <w:t>تم رہو گے۔</w:t>
      </w:r>
    </w:p>
    <w:p>
      <w:r>
        <w:rPr>
          <w:b/>
        </w:rPr>
        <w:t xml:space="preserve">[51:52] </w:t>
      </w:r>
      <w:r>
        <w:t>aik is taqreer ke do dhai mahine ke baad aap ki wafat ho gayi.</w:t>
      </w:r>
    </w:p>
    <w:p>
      <w:pPr>
        <w:jc w:val="right"/>
      </w:pPr>
      <w:r>
        <w:t>ایک اس تقریر کے دو ڈھائی مہینے کے بعد آپ کی وفات ہوگئی۔</w:t>
      </w:r>
    </w:p>
    <w:p>
      <w:r>
        <w:rPr>
          <w:b/>
        </w:rPr>
        <w:t xml:space="preserve">[51:56] </w:t>
      </w:r>
      <w:r>
        <w:t>yeh jo sermon diya tha aap ne hajj ke mauqe par, to is ke do dhai mahine ke</w:t>
      </w:r>
    </w:p>
    <w:p>
      <w:pPr>
        <w:jc w:val="right"/>
      </w:pPr>
      <w:r>
        <w:t>یہ جو سرمن دیا تھا آپ نے حج کے موقع پر، تو اس کے دو ڈھائی مہینے کے</w:t>
      </w:r>
    </w:p>
    <w:p>
      <w:r>
        <w:rPr>
          <w:b/>
        </w:rPr>
        <w:t xml:space="preserve">[52:01] </w:t>
      </w:r>
      <w:r>
        <w:t>baad aap ki wafat ho gayi.</w:t>
      </w:r>
    </w:p>
    <w:p>
      <w:pPr>
        <w:jc w:val="right"/>
      </w:pPr>
      <w:r>
        <w:t>بعد آپ کی وفات ہوگئی۔</w:t>
      </w:r>
    </w:p>
    <w:p>
      <w:r>
        <w:rPr>
          <w:b/>
        </w:rPr>
        <w:t xml:space="preserve">[52:05] </w:t>
      </w:r>
      <w:r>
        <w:t>is waqt aap ne saare ashaab wahan akhatta thay, aap ke arfaat ke maidan mein.</w:t>
      </w:r>
    </w:p>
    <w:p>
      <w:pPr>
        <w:jc w:val="right"/>
      </w:pPr>
      <w:r>
        <w:t>اس وقت آپ نے سارے اصحاب وہاں اکٹھا تھے، آپ کے عرفات کے میدان میں۔</w:t>
      </w:r>
    </w:p>
    <w:p>
      <w:r>
        <w:rPr>
          <w:b/>
        </w:rPr>
        <w:t xml:space="preserve">[52:10] </w:t>
      </w:r>
      <w:r>
        <w:t>is waqt aap ne kaha tha: "in Allah basni kafta lil nas fadoni".</w:t>
      </w:r>
    </w:p>
    <w:p>
      <w:pPr>
        <w:jc w:val="right"/>
      </w:pPr>
      <w:r>
        <w:t>اس وقت آپ نے کہا تھا: "ان اللہ باسنی کافت للناس فادونی"۔</w:t>
      </w:r>
    </w:p>
    <w:p>
      <w:r>
        <w:rPr>
          <w:b/>
        </w:rPr>
        <w:t xml:space="preserve">[52:15] </w:t>
      </w:r>
      <w:r>
        <w:t>is ka matlab yeh hai ke Khuda ne mujhe bheja hai saare insano ke liye.</w:t>
      </w:r>
    </w:p>
    <w:p>
      <w:pPr>
        <w:jc w:val="right"/>
      </w:pPr>
      <w:r>
        <w:t>اس کا مطلب یہ ہے کہ خدا نے مجھے بھیجا ہے سارے انسانوں کے لیے۔</w:t>
      </w:r>
    </w:p>
    <w:p>
      <w:r>
        <w:rPr>
          <w:b/>
        </w:rPr>
        <w:t xml:space="preserve">[52:20] </w:t>
      </w:r>
      <w:r>
        <w:t>lekin mein to qayamat tak rehne wala nahi hoon.</w:t>
      </w:r>
    </w:p>
    <w:p>
      <w:pPr>
        <w:jc w:val="right"/>
      </w:pPr>
      <w:r>
        <w:t>لیکن میں تو قیامت تک رہنے والا نہیں ہوں۔</w:t>
      </w:r>
    </w:p>
    <w:p>
      <w:r>
        <w:rPr>
          <w:b/>
        </w:rPr>
        <w:t xml:space="preserve">[52:26] </w:t>
      </w:r>
      <w:r>
        <w:t>mein to ab chala jaunga.</w:t>
      </w:r>
    </w:p>
    <w:p>
      <w:pPr>
        <w:jc w:val="right"/>
      </w:pPr>
      <w:r>
        <w:t>میں تو اب چلا جاؤں گا۔</w:t>
      </w:r>
    </w:p>
    <w:p>
      <w:r>
        <w:rPr>
          <w:b/>
        </w:rPr>
        <w:t xml:space="preserve">[52:31] </w:t>
      </w:r>
      <w:r>
        <w:t>tum raho ge.</w:t>
      </w:r>
    </w:p>
    <w:p>
      <w:pPr>
        <w:jc w:val="right"/>
      </w:pPr>
      <w:r>
        <w:t>تم رہو گے۔</w:t>
      </w:r>
    </w:p>
    <w:p>
      <w:r>
        <w:rPr>
          <w:b/>
        </w:rPr>
        <w:t xml:space="preserve">[52:36] </w:t>
      </w:r>
      <w:r>
        <w:t>to tum har generation mein, har generation mein mere laye hue message ko pohanchate rehna.</w:t>
      </w:r>
    </w:p>
    <w:p>
      <w:pPr>
        <w:jc w:val="right"/>
      </w:pPr>
      <w:r>
        <w:t>تو تم ہر جنریشن میں، ہر جنریشن میں میرے لائے ہوئے میسج کو پہنچاتے رہنا۔</w:t>
      </w:r>
    </w:p>
    <w:p>
      <w:r>
        <w:rPr>
          <w:b/>
        </w:rPr>
        <w:t xml:space="preserve">[52:42] </w:t>
      </w:r>
      <w:r>
        <w:t>pohanchate rehna.</w:t>
      </w:r>
    </w:p>
    <w:p>
      <w:pPr>
        <w:jc w:val="right"/>
      </w:pPr>
      <w:r>
        <w:t>پہنچاتے رہنا۔</w:t>
      </w:r>
    </w:p>
    <w:p>
      <w:r>
        <w:rPr>
          <w:b/>
        </w:rPr>
        <w:t xml:space="preserve">[52:45] </w:t>
      </w:r>
      <w:r>
        <w:t>ab yeh call jo rasoolullah ki thi, woh hum tak pahunch rahi hai.</w:t>
      </w:r>
    </w:p>
    <w:p>
      <w:pPr>
        <w:jc w:val="right"/>
      </w:pPr>
      <w:r>
        <w:t>اب یہ کال جو رسول اللہ کی تھی، وہ ہم تک پہنچ رہی ہے۔</w:t>
      </w:r>
    </w:p>
    <w:p>
      <w:r>
        <w:rPr>
          <w:b/>
        </w:rPr>
        <w:t xml:space="preserve">[52:48] </w:t>
      </w:r>
      <w:r>
        <w:t>yani contemporary jo thay musalman, unhon ne suna direct taur par.</w:t>
      </w:r>
    </w:p>
    <w:p>
      <w:pPr>
        <w:jc w:val="right"/>
      </w:pPr>
      <w:r>
        <w:t>یعنی کنٹیمپریری جو تھے مسلمان، انہوں نے سنا ڈائریکٹ طور پر۔</w:t>
      </w:r>
    </w:p>
    <w:p>
      <w:r>
        <w:rPr>
          <w:b/>
        </w:rPr>
        <w:t xml:space="preserve">[52:52] </w:t>
      </w:r>
      <w:r>
        <w:t>hum suntay hain indirect taur par.</w:t>
      </w:r>
    </w:p>
    <w:p>
      <w:pPr>
        <w:jc w:val="right"/>
      </w:pPr>
      <w:r>
        <w:t>ہم سنتے ہیں ان ڈائریکٹ طور پر۔</w:t>
      </w:r>
    </w:p>
    <w:p>
      <w:r>
        <w:rPr>
          <w:b/>
        </w:rPr>
        <w:t xml:space="preserve">[52:55] </w:t>
      </w:r>
      <w:r>
        <w:t>kitabon mein likha hua hai.</w:t>
      </w:r>
    </w:p>
    <w:p>
      <w:pPr>
        <w:jc w:val="right"/>
      </w:pPr>
      <w:r>
        <w:t>کتابوں میں لکھا ہوا ہے۔</w:t>
      </w:r>
    </w:p>
    <w:p>
      <w:r>
        <w:rPr>
          <w:b/>
        </w:rPr>
        <w:t xml:space="preserve">[52:59] </w:t>
      </w:r>
      <w:r>
        <w:t>us waqt jo contemporary muslims thay, jin ko hum ashaab-e-rasool kehtay hain, unhon ne rasoolullah se</w:t>
      </w:r>
    </w:p>
    <w:p>
      <w:pPr>
        <w:jc w:val="right"/>
      </w:pPr>
      <w:r>
        <w:t>اس وقت جو کنٹیمپریری مسلمز تھے، جن کو ہم اصحاب رسول کہتے ہیں، انہوں نے رسول اللہ سے</w:t>
      </w:r>
    </w:p>
    <w:p>
      <w:r>
        <w:rPr>
          <w:b/>
        </w:rPr>
        <w:t xml:space="preserve">[53:02] </w:t>
      </w:r>
      <w:r>
        <w:t>direct taur par suna.</w:t>
      </w:r>
    </w:p>
    <w:p>
      <w:pPr>
        <w:jc w:val="right"/>
      </w:pPr>
      <w:r>
        <w:t>ڈائریکٹ طور پر سنا۔</w:t>
      </w:r>
    </w:p>
    <w:p>
      <w:r>
        <w:rPr>
          <w:b/>
        </w:rPr>
        <w:t xml:space="preserve">[53:05] </w:t>
      </w:r>
      <w:r>
        <w:t>lekin yeh khatam nahi ho gaya.</w:t>
      </w:r>
    </w:p>
    <w:p>
      <w:pPr>
        <w:jc w:val="right"/>
      </w:pPr>
      <w:r>
        <w:t>لیکن یہ ختم نہیں ہوگیا۔</w:t>
      </w:r>
    </w:p>
    <w:p>
      <w:r>
        <w:rPr>
          <w:b/>
        </w:rPr>
        <w:t xml:space="preserve">[53:09] </w:t>
      </w:r>
      <w:r>
        <w:t>un ka kaha hua jo tha, woh sab likha gaya</w:t>
      </w:r>
    </w:p>
    <w:p>
      <w:pPr>
        <w:jc w:val="right"/>
      </w:pPr>
      <w:r>
        <w:t>ان کا کہا ہوا جو تھا، وہ سب لکھا گیا</w:t>
      </w:r>
    </w:p>
    <w:p>
      <w:r>
        <w:rPr>
          <w:b/>
        </w:rPr>
        <w:t xml:space="preserve">[53:12] </w:t>
      </w:r>
      <w:r>
        <w:t>, likh kar kitabon mein aa gaya, woh chhapa gaya.</w:t>
      </w:r>
    </w:p>
    <w:p>
      <w:pPr>
        <w:jc w:val="right"/>
      </w:pPr>
      <w:r>
        <w:t>، لکھ کر کتابوں میں آگیا، وہ چھاپا گیا۔</w:t>
      </w:r>
    </w:p>
    <w:p>
      <w:r>
        <w:rPr>
          <w:b/>
        </w:rPr>
        <w:t xml:space="preserve">[53:17] </w:t>
      </w:r>
      <w:r>
        <w:t>ab ghar ghar maujood hai, har library mein maujood hai.</w:t>
      </w:r>
    </w:p>
    <w:p>
      <w:pPr>
        <w:jc w:val="right"/>
      </w:pPr>
      <w:r>
        <w:t>اب گھر گھر موجود ہے، ہر لائبریری میں موجود ہے۔</w:t>
      </w:r>
    </w:p>
    <w:p>
      <w:r>
        <w:rPr>
          <w:b/>
        </w:rPr>
        <w:t xml:space="preserve">[53:22] </w:t>
      </w:r>
      <w:r>
        <w:t>to rasoolullah ki woh call aaj bhi hum ko pukaar rahi hai ke dekho, agar tum mujh</w:t>
      </w:r>
    </w:p>
    <w:p>
      <w:pPr>
        <w:jc w:val="right"/>
      </w:pPr>
      <w:r>
        <w:t>تو رسول اللہ کی وہ کال آج بھی ہم کو پکار رہی ہے کہ دیکھو، اگر تم مجھ</w:t>
      </w:r>
    </w:p>
    <w:p>
      <w:r>
        <w:rPr>
          <w:b/>
        </w:rPr>
        <w:t xml:space="preserve">[53:27] </w:t>
      </w:r>
      <w:r>
        <w:t>ko mantay ho, paighambar, aakhri paighambar, to mera wala kaam tum ko anjaam dena hai, dawat ka.</w:t>
      </w:r>
    </w:p>
    <w:p>
      <w:pPr>
        <w:jc w:val="right"/>
      </w:pPr>
      <w:r>
        <w:t>کو مانتے ہو، پیغمبر، آخری پیغمبر، تو میرا والا کام تم کو انجام دینا ہے، دعوت کا۔</w:t>
      </w:r>
    </w:p>
    <w:p>
      <w:r>
        <w:rPr>
          <w:b/>
        </w:rPr>
        <w:t xml:space="preserve">[53:32] </w:t>
      </w:r>
      <w:r>
        <w:t>warna tum pakray jaogay.</w:t>
      </w:r>
    </w:p>
    <w:p>
      <w:pPr>
        <w:jc w:val="right"/>
      </w:pPr>
      <w:r>
        <w:t>ورنہ تم پکڑے جاؤ گے۔</w:t>
      </w:r>
    </w:p>
    <w:p>
      <w:r>
        <w:rPr>
          <w:b/>
        </w:rPr>
        <w:t xml:space="preserve">[53:37] </w:t>
      </w:r>
      <w:r>
        <w:t>rasoolullah ke jo followers hain, Muhammad SA</w:t>
      </w:r>
    </w:p>
    <w:p>
      <w:pPr>
        <w:jc w:val="right"/>
      </w:pPr>
      <w:r>
        <w:t>رسول اللہ کے جو فالوورز ہیں، محمد ص</w:t>
      </w:r>
    </w:p>
    <w:p>
      <w:r>
        <w:rPr>
          <w:b/>
        </w:rPr>
        <w:t xml:space="preserve">[53:42] </w:t>
      </w:r>
      <w:r>
        <w:t>WW ke jo followers hain, un ke liye double reward ka ailaan hai.</w:t>
      </w:r>
    </w:p>
    <w:p>
      <w:pPr>
        <w:jc w:val="right"/>
      </w:pPr>
      <w:r>
        <w:t>لی اللہ علیہ وسلم کے جو فالوورز ہیں، ان کے لیے ڈبل ریوارڈ کا اعلان ہے۔</w:t>
      </w:r>
    </w:p>
    <w:p>
      <w:r>
        <w:rPr>
          <w:b/>
        </w:rPr>
        <w:t xml:space="preserve">[53:50] </w:t>
      </w:r>
      <w:r>
        <w:t>quran majeed mein ajruhum birtayn, un ko double reward diya jayega.</w:t>
      </w:r>
    </w:p>
    <w:p>
      <w:pPr>
        <w:jc w:val="right"/>
      </w:pPr>
      <w:r>
        <w:t>قرآن مجید میں اجرہم برتین، ان کو ڈبل ریوارڈ دیا جائے گا۔</w:t>
      </w:r>
    </w:p>
    <w:p>
      <w:r>
        <w:rPr>
          <w:b/>
        </w:rPr>
        <w:t xml:space="preserve">[53:57] </w:t>
      </w:r>
      <w:r>
        <w:t>ab sochiye ke double reward kyun? yeh double reward jo hai, yeh koi koi mysterious baat nahi hai.</w:t>
      </w:r>
    </w:p>
    <w:p>
      <w:pPr>
        <w:jc w:val="right"/>
      </w:pPr>
      <w:r>
        <w:t>اب سوچیے کہ ڈبل ریوارڈ کیوں؟ یہ ڈبل ریوارڈ جو ہے، یہ کوئی کوئی مسٹیریس بات نہیں ہے۔</w:t>
      </w:r>
    </w:p>
    <w:p>
      <w:r>
        <w:rPr>
          <w:b/>
        </w:rPr>
        <w:t xml:space="preserve">[54:05] </w:t>
      </w:r>
      <w:r>
        <w:t>koi mysterious baat nahi hai. yeh</w:t>
      </w:r>
    </w:p>
    <w:p>
      <w:pPr>
        <w:jc w:val="right"/>
      </w:pPr>
      <w:r>
        <w:t>کوئی مسٹیریس بات نہیں ہے۔ یہ</w:t>
      </w:r>
    </w:p>
    <w:p>
      <w:r>
        <w:rPr>
          <w:b/>
        </w:rPr>
        <w:t xml:space="preserve">[54:13] </w:t>
      </w:r>
      <w:r>
        <w:t>yeh double duty hai, is liye double reward hai.</w:t>
      </w:r>
    </w:p>
    <w:p>
      <w:pPr>
        <w:jc w:val="right"/>
      </w:pPr>
      <w:r>
        <w:t>یہ ڈبل ڈیوٹی ہے، اس لیے ڈبل ریوارڈ ہے۔</w:t>
      </w:r>
    </w:p>
    <w:p>
      <w:r>
        <w:rPr>
          <w:b/>
        </w:rPr>
        <w:t xml:space="preserve">[54:18] </w:t>
      </w:r>
      <w:r>
        <w:t>yani Muhammad SA WW ke followers ke double duty hai, is liye double reward hai.</w:t>
      </w:r>
    </w:p>
    <w:p>
      <w:pPr>
        <w:jc w:val="right"/>
      </w:pPr>
      <w:r>
        <w:t>یعنی محمد صلی اللہ علیہ وسلم کے فالوورز کے ڈبل ڈیوٹی ہے، اس لیے ڈبل ریوارڈ ہے۔</w:t>
      </w:r>
    </w:p>
    <w:p>
      <w:r>
        <w:rPr>
          <w:b/>
        </w:rPr>
        <w:t xml:space="preserve">[54:23] </w:t>
      </w:r>
      <w:r>
        <w:t>yani khud chalna rasoolullah wali baaton par aur rasoolullah ki baaton ko saaray dunya ko batana.</w:t>
      </w:r>
    </w:p>
    <w:p>
      <w:pPr>
        <w:jc w:val="right"/>
      </w:pPr>
      <w:r>
        <w:t>یعنی خود چلنا رسول اللہ والی باتوں پر اور رسول اللہ کی باتوں کو سارے دنیا کو بتانا۔</w:t>
      </w:r>
    </w:p>
    <w:p>
      <w:r>
        <w:rPr>
          <w:b/>
        </w:rPr>
        <w:t xml:space="preserve">[54:28] </w:t>
      </w:r>
      <w:r>
        <w:t>yeh double duty, khud follow karna aur doosray logon ko batana.</w:t>
      </w:r>
    </w:p>
    <w:p>
      <w:pPr>
        <w:jc w:val="right"/>
      </w:pPr>
      <w:r>
        <w:t>یہ ڈبل ڈیوٹی، خود فالو کرنا اور دوسرے لوگوں کو بتانا۔</w:t>
      </w:r>
    </w:p>
    <w:p>
      <w:r>
        <w:rPr>
          <w:b/>
        </w:rPr>
        <w:t xml:space="preserve">[54:33] </w:t>
      </w:r>
      <w:r>
        <w:t>to double duty ho gayi.</w:t>
      </w:r>
    </w:p>
    <w:p>
      <w:pPr>
        <w:jc w:val="right"/>
      </w:pPr>
      <w:r>
        <w:t>تو ڈبل ڈیوٹی ہوگئی۔</w:t>
      </w:r>
    </w:p>
    <w:p>
      <w:r>
        <w:rPr>
          <w:b/>
        </w:rPr>
        <w:t xml:space="preserve">[54:38] </w:t>
      </w:r>
      <w:r>
        <w:t>is double duty ki wajah se un ke double re</w:t>
      </w:r>
    </w:p>
    <w:p>
      <w:pPr>
        <w:jc w:val="right"/>
      </w:pPr>
      <w:r>
        <w:t>اس ڈبل ڈیوٹی کی وجہ سے ان کے ڈبل ری</w:t>
      </w:r>
    </w:p>
    <w:p>
      <w:r>
        <w:rPr>
          <w:b/>
        </w:rPr>
        <w:t xml:space="preserve">[54:43] </w:t>
      </w:r>
      <w:r>
        <w:t>ward hain. yeh hai hamari zimmedari. koi musalman is mein exempted nahi hai. apne apne capacity ke lehaz se har musalman ko dawat ka kaam karna hai. koi ek bhi musalman aise nahi jo is mein exempted ho. kuch nahi to woh dua kare. dua kare. zabaan se nahi bol sakta to literature phaila</w:t>
      </w:r>
    </w:p>
    <w:p>
      <w:pPr>
        <w:jc w:val="right"/>
      </w:pPr>
      <w:r>
        <w:t>وارڈ ہیں۔ یہ ہے ہماری ذمہ داری۔ کوئی مسلمان اس میں ایگزیمپٹڈ نہیں ہے۔ اپنے اپنے کیپیسٹی کے لحاظ سے ہر مسلمان کو دعوت کا کام کرنا ہے۔ کوئی ایک بھی مسلمان ایسے نہیں جو اس میں ایگزیمپٹڈ ہو۔ کچھ نہیں تو وہ دعا کرے۔ دعا کرے۔ زبان سے نہیں بول سکتا تو لٹریچر پھیل</w:t>
      </w:r>
    </w:p>
    <w:p>
      <w:r>
        <w:rPr>
          <w:b/>
        </w:rPr>
        <w:t xml:space="preserve">[55:13] </w:t>
      </w:r>
      <w:r>
        <w:t>aaye.</w:t>
      </w:r>
    </w:p>
    <w:p>
      <w:pPr>
        <w:jc w:val="right"/>
      </w:pPr>
      <w:r>
        <w:t>ائے۔</w:t>
      </w:r>
    </w:p>
    <w:p>
      <w:r>
        <w:rPr>
          <w:b/>
        </w:rPr>
        <w:t xml:space="preserve">[55:18] </w:t>
      </w:r>
      <w:r>
        <w:t>idhar idhar ja nahi sakta hai to woh islami kitabein logon tak by post bhejey. Dua karey.</w:t>
      </w:r>
    </w:p>
    <w:p>
      <w:pPr>
        <w:jc w:val="right"/>
      </w:pPr>
      <w:r>
        <w:t>ادھر ادھر جا نہیں سکتا ہے تو وہ اسلامی کتابیں لوگوں تک بائی پوسٹ بھیجے۔ دعا کرے۔</w:t>
      </w:r>
    </w:p>
    <w:p>
      <w:r>
        <w:rPr>
          <w:b/>
        </w:rPr>
        <w:t xml:space="preserve">[55:23] </w:t>
      </w:r>
      <w:r>
        <w:t>to har haal mein humein dawat ka kaam karna hai, chahey direct, chahey indirect, chahey zaban se,</w:t>
      </w:r>
    </w:p>
    <w:p>
      <w:pPr>
        <w:jc w:val="right"/>
      </w:pPr>
      <w:r>
        <w:t>تو ہر حال میں ہمیں دعوت کا کام کرنا ہے، چاہے ڈائریکٹ، چاہے ان ڈائریکٹ، چاہے زبان سے،</w:t>
      </w:r>
    </w:p>
    <w:p>
      <w:r>
        <w:rPr>
          <w:b/>
        </w:rPr>
        <w:t xml:space="preserve">[55:28] </w:t>
      </w:r>
      <w:r>
        <w:t>chahey dil se, ya qalam se, ya kitab se.</w:t>
      </w:r>
    </w:p>
    <w:p>
      <w:pPr>
        <w:jc w:val="right"/>
      </w:pPr>
      <w:r>
        <w:t>چاہے دل سے، یا قلم سے، یا کتاب سے۔</w:t>
      </w:r>
    </w:p>
    <w:p>
      <w:r>
        <w:rPr>
          <w:b/>
        </w:rPr>
        <w:t xml:space="preserve">[55:34] </w:t>
      </w:r>
      <w:r>
        <w:t>yeh hai zimmedari.</w:t>
      </w:r>
    </w:p>
    <w:p>
      <w:pPr>
        <w:jc w:val="right"/>
      </w:pPr>
      <w:r>
        <w:t>یہ ہے ذمہ داری۔</w:t>
      </w:r>
    </w:p>
    <w:p>
      <w:r>
        <w:rPr>
          <w:b/>
        </w:rPr>
        <w:t xml:space="preserve">[55:39] </w:t>
      </w:r>
      <w:r>
        <w:t>aqool qawli haza wastaghfirullaha li walakum ajmaeen</w:t>
      </w:r>
    </w:p>
    <w:p>
      <w:pPr>
        <w:jc w:val="right"/>
      </w:pPr>
      <w:r>
        <w:t>اقول قولیھذا واستغفراللہ لی ولکم اجمعین</w:t>
      </w:r>
    </w:p>
    <w:p>
      <w:r>
        <w:rPr>
          <w:b/>
        </w:rPr>
        <w:t xml:space="preserve">[55:44]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