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Realization of God June 30 2018</w:t>
      </w:r>
    </w:p>
    <w:p>
      <w:r>
        <w:t>https://www.youtube.com/watch?v=PglUZ23lzqE</w:t>
      </w:r>
    </w:p>
    <w:p>
      <w:r>
        <w:rPr>
          <w:b/>
        </w:rPr>
        <w:t xml:space="preserve">[00:14] </w:t>
      </w:r>
      <w:r>
        <w:t>Bismillah Rehman Rahim,</w:t>
      </w:r>
    </w:p>
    <w:p>
      <w:pPr>
        <w:jc w:val="right"/>
      </w:pPr>
      <w:r>
        <w:t>بسم اللہ الرحمن الرحیم،</w:t>
      </w:r>
    </w:p>
    <w:p>
      <w:r>
        <w:rPr>
          <w:b/>
        </w:rPr>
        <w:t xml:space="preserve">[00:19] </w:t>
      </w:r>
      <w:r>
        <w:t>wasalli Allah ala nabiyil kareem. 30 June 2018.</w:t>
      </w:r>
    </w:p>
    <w:p>
      <w:pPr>
        <w:jc w:val="right"/>
      </w:pPr>
      <w:r>
        <w:t>وصلی اللہ علی نبی الکریم۔ 30 جون 2018۔</w:t>
      </w:r>
    </w:p>
    <w:p>
      <w:r>
        <w:rPr>
          <w:b/>
        </w:rPr>
        <w:t xml:space="preserve">[00:35] </w:t>
      </w:r>
      <w:r>
        <w:t>aaj ka topic</w:t>
      </w:r>
    </w:p>
    <w:p>
      <w:pPr>
        <w:jc w:val="right"/>
      </w:pPr>
      <w:r>
        <w:t>آج کا ٹاپک</w:t>
      </w:r>
    </w:p>
    <w:p>
      <w:r>
        <w:rPr>
          <w:b/>
        </w:rPr>
        <w:t xml:space="preserve">[00:41] </w:t>
      </w:r>
      <w:r>
        <w:t>"life after death" hai.</w:t>
      </w:r>
    </w:p>
    <w:p>
      <w:pPr>
        <w:jc w:val="right"/>
      </w:pPr>
      <w:r>
        <w:t>"لائف آفٹر ڈیتھ" ہے۔</w:t>
      </w:r>
    </w:p>
    <w:p>
      <w:r>
        <w:rPr>
          <w:b/>
        </w:rPr>
        <w:t xml:space="preserve">[00:48] </w:t>
      </w:r>
      <w:r>
        <w:t>dekhiye,</w:t>
      </w:r>
    </w:p>
    <w:p>
      <w:pPr>
        <w:jc w:val="right"/>
      </w:pPr>
      <w:r>
        <w:t>دیکھیے،</w:t>
      </w:r>
    </w:p>
    <w:p>
      <w:r>
        <w:rPr>
          <w:b/>
        </w:rPr>
        <w:t xml:space="preserve">[00:52] </w:t>
      </w:r>
      <w:r>
        <w:t>hamari jo zindagi hai is duniya mein,</w:t>
      </w:r>
    </w:p>
    <w:p>
      <w:pPr>
        <w:jc w:val="right"/>
      </w:pPr>
      <w:r>
        <w:t>ہماری جو زندگی ہے اس دنیا میں،</w:t>
      </w:r>
    </w:p>
    <w:p>
      <w:r>
        <w:rPr>
          <w:b/>
        </w:rPr>
        <w:t xml:space="preserve">[00:57] </w:t>
      </w:r>
      <w:r>
        <w:t>to aap jante hain ke hum ne khud se apne aap ko paida nahi kiya hai. koi yeh nahi keh sakta ke maine khud se apne aap ko paida kiya hai.</w:t>
      </w:r>
    </w:p>
    <w:p>
      <w:pPr>
        <w:jc w:val="right"/>
      </w:pPr>
      <w:r>
        <w:t>تو آپ جانتے ہیں کہ ہم نے خود سے اپنے آپ کو پیدا نہیں کیا ہے۔ کوئی یہ نہیں کہہ سکتا کہ میں نے خود سے اپنے آپ کو پیدا کیا ہے۔</w:t>
      </w:r>
    </w:p>
    <w:p>
      <w:r>
        <w:rPr>
          <w:b/>
        </w:rPr>
        <w:t xml:space="preserve">[01:16] </w:t>
      </w:r>
      <w:r>
        <w:t>to paida karne wale ne apne hi,</w:t>
      </w:r>
    </w:p>
    <w:p>
      <w:pPr>
        <w:jc w:val="right"/>
      </w:pPr>
      <w:r>
        <w:t>تو پیدا کرنے والے نے اپنے ہی،</w:t>
      </w:r>
    </w:p>
    <w:p>
      <w:r>
        <w:rPr>
          <w:b/>
        </w:rPr>
        <w:t xml:space="preserve">[01:26] </w:t>
      </w:r>
      <w:r>
        <w:t>iska apna principle hai, iska apna law hai, us ke mutabiq paida kiya hai. woh kya hai?</w:t>
      </w:r>
    </w:p>
    <w:p>
      <w:pPr>
        <w:jc w:val="right"/>
      </w:pPr>
      <w:r>
        <w:t>اس کا اپنا پرنسپل ہے، اس کا اپنا لا ہے، اس کے مطابق پیدا کیا ہے۔ وہ کیا ہے؟</w:t>
      </w:r>
    </w:p>
    <w:p>
      <w:r>
        <w:rPr>
          <w:b/>
        </w:rPr>
        <w:t xml:space="preserve">[01:36] </w:t>
      </w:r>
      <w:r>
        <w:t>woh yeh hai ke har aadmi ko behal marna hai. kal nafsun za'iqatul maut.</w:t>
      </w:r>
    </w:p>
    <w:p>
      <w:pPr>
        <w:jc w:val="right"/>
      </w:pPr>
      <w:r>
        <w:t>وہ یہ ہے کہ ہر آدمی کو بہرحال مرنا ہے۔ کل نفس ذائقۃ الموت۔</w:t>
      </w:r>
    </w:p>
    <w:p>
      <w:r>
        <w:rPr>
          <w:b/>
        </w:rPr>
        <w:t xml:space="preserve">[01:45] </w:t>
      </w:r>
      <w:r>
        <w:t>har aadmi ko marna hai. is ka matlab kya hua? is ko gehrai mein sochiye.</w:t>
      </w:r>
    </w:p>
    <w:p>
      <w:pPr>
        <w:jc w:val="right"/>
      </w:pPr>
      <w:r>
        <w:t>ہر آدمی کو مرنا ہے۔ اس کا مطلب کیا ہوا؟ اس کو گہرائی میں سوچیے۔</w:t>
      </w:r>
    </w:p>
    <w:p>
      <w:r>
        <w:rPr>
          <w:b/>
        </w:rPr>
        <w:t xml:space="preserve">[01:55] </w:t>
      </w:r>
      <w:r>
        <w:t>is ka matlab hai ke har aadmi jo paida hua hai, pehle din se uska countdown ho raha hai. countdown.</w:t>
      </w:r>
    </w:p>
    <w:p>
      <w:pPr>
        <w:jc w:val="right"/>
      </w:pPr>
      <w:r>
        <w:t>اس کا مطلب ہے کہ ہر آدمی جو پیدا ہوا ہے، پہلے دن سے اس کا کاؤنٹ ڈاؤن ہو رہا ہے۔ کاؤنٹ ڈاؤن۔</w:t>
      </w:r>
    </w:p>
    <w:p>
      <w:r>
        <w:rPr>
          <w:b/>
        </w:rPr>
        <w:t xml:space="preserve">[02:09] </w:t>
      </w:r>
      <w:r>
        <w:t>kyun ke jis din paida hua, usi din creator ne likh diya ke is ko 80 saal jeena hai, farz ki jiye, ya 70 saal jeena hai.</w:t>
      </w:r>
    </w:p>
    <w:p>
      <w:pPr>
        <w:jc w:val="right"/>
      </w:pPr>
      <w:r>
        <w:t>کیونکہ جس دن پیدا ہوا، اسی دن کریٹر نے لکھ دیا کہ اس کو 80 سال جینا ہے، فرض کیجیے، یا 70 سال جینا ہے۔</w:t>
      </w:r>
    </w:p>
    <w:p>
      <w:r>
        <w:rPr>
          <w:b/>
        </w:rPr>
        <w:t xml:space="preserve">[02:25] </w:t>
      </w:r>
      <w:r>
        <w:t>aap jante hain kya? yeh is ka jo, is ki jo pata kiya gaya hai, insaan ki</w:t>
      </w:r>
    </w:p>
    <w:p>
      <w:pPr>
        <w:jc w:val="right"/>
      </w:pPr>
      <w:r>
        <w:t>آپ جانتے ہیں کیا؟ یہ اس کا جو، اس کی جو پتہ کیا گیا ہے، انسان کی</w:t>
      </w:r>
    </w:p>
    <w:p>
      <w:r>
        <w:rPr>
          <w:b/>
        </w:rPr>
        <w:t xml:space="preserve">[02:37] </w:t>
      </w:r>
      <w:r>
        <w:t>average umar ka, aur average, woh taqreeban 70 saal hai. average.</w:t>
      </w:r>
    </w:p>
    <w:p>
      <w:pPr>
        <w:jc w:val="right"/>
      </w:pPr>
      <w:r>
        <w:t>ایوریج عمر کا، اور ایوریج، وہ تقریباً 70 سال ہے۔ ایوریج۔</w:t>
      </w:r>
    </w:p>
    <w:p>
      <w:r>
        <w:rPr>
          <w:b/>
        </w:rPr>
        <w:t xml:space="preserve">[02:49] </w:t>
      </w:r>
      <w:r>
        <w:t>insaan ki average umar taqreeban 70 saal hai. to is ka matlab kya hua? ek aadmi jo paida hua hai, to agar yeh maan lein ke is ko 70 saal jeena hai,</w:t>
      </w:r>
    </w:p>
    <w:p>
      <w:pPr>
        <w:jc w:val="right"/>
      </w:pPr>
      <w:r>
        <w:t>انسان کی ایوریج عمر تقریباً 70 سال ہے۔ تو اس کا مطلب کیا ہوا؟ ایک آدمی جو پیدا ہوا ہے، تو اگر یہ مان لیں کہ اس کو 70 سال جینا ہے،</w:t>
      </w:r>
    </w:p>
    <w:p>
      <w:r>
        <w:rPr>
          <w:b/>
        </w:rPr>
        <w:t xml:space="preserve">[03:08] </w:t>
      </w:r>
      <w:r>
        <w:t>70 saal, to jante hain is ka matlab kya hai? is ka matlab hai ke har din uska countdown ho raha hai.</w:t>
      </w:r>
    </w:p>
    <w:p>
      <w:pPr>
        <w:jc w:val="right"/>
      </w:pPr>
      <w:r>
        <w:t>70 سال، تو جانتے ہیں اس کا مطلب کیا ہے؟ اس کا مطلب ہے کہ ہر دن اس کا کاؤنٹ ڈاؤن ہو رہا ہے۔</w:t>
      </w:r>
    </w:p>
    <w:p>
      <w:r>
        <w:rPr>
          <w:b/>
        </w:rPr>
        <w:t xml:space="preserve">[03:21] </w:t>
      </w:r>
      <w:r>
        <w:t>yaani aaj jo is ki umar thi 70 saal, kal kya ho jayegi? ho jayegi 69.</w:t>
      </w:r>
    </w:p>
    <w:p>
      <w:pPr>
        <w:jc w:val="right"/>
      </w:pPr>
      <w:r>
        <w:t>یعنی آج جو اس کی عمر تھی 70 سال، کل کیا ہو گئی؟ ہو جائے گی 69۔</w:t>
      </w:r>
    </w:p>
    <w:p>
      <w:r>
        <w:rPr>
          <w:b/>
        </w:rPr>
        <w:t xml:space="preserve">[03:31] </w:t>
      </w:r>
      <w:r>
        <w:t>phir kya ho jayegi? 68. to 69, 68, 67, 66, har din ek, ek, har, har din ek din kam.</w:t>
      </w:r>
    </w:p>
    <w:p>
      <w:pPr>
        <w:jc w:val="right"/>
      </w:pPr>
      <w:r>
        <w:t>پھر کیا ہو جائے گی؟ 68۔ تو 69، 68، 67، 66، ہر دن ایک، ایک، ہر، ہر دن ایک دن کم۔</w:t>
      </w:r>
    </w:p>
    <w:p>
      <w:r>
        <w:rPr>
          <w:b/>
        </w:rPr>
        <w:t xml:space="preserve">[03:53] </w:t>
      </w:r>
      <w:r>
        <w:t>countdown. aap sochiye ke kitni zyada bhayanak baat yeh hai.</w:t>
      </w:r>
    </w:p>
    <w:p>
      <w:pPr>
        <w:jc w:val="right"/>
      </w:pPr>
      <w:r>
        <w:t>کاؤنٹ ڈاؤن۔ آپ سوچیے کہ کتنی زیادہ بھیانک بات یہ ہے۔</w:t>
      </w:r>
    </w:p>
    <w:p>
      <w:r>
        <w:rPr>
          <w:b/>
        </w:rPr>
        <w:t xml:space="preserve">[04:04] </w:t>
      </w:r>
      <w:r>
        <w:t>poori history batati hai ke koi aadmi maut se bacha nahin.</w:t>
      </w:r>
    </w:p>
    <w:p>
      <w:pPr>
        <w:jc w:val="right"/>
      </w:pPr>
      <w:r>
        <w:t>پوری ہسٹری بتاتی ہے کہ کوئی آدمی موت سے بچا نہیں۔</w:t>
      </w:r>
    </w:p>
    <w:p>
      <w:r>
        <w:rPr>
          <w:b/>
        </w:rPr>
        <w:t xml:space="preserve">[04:14] </w:t>
      </w:r>
      <w:r>
        <w:t>koi aadmi maut se bacha nahin. jis aadmi ne apne aap paas bade bade doctoron ko lagaya, woh bhi nahin bacha.</w:t>
      </w:r>
    </w:p>
    <w:p>
      <w:pPr>
        <w:jc w:val="right"/>
      </w:pPr>
      <w:r>
        <w:t>کوئی آدمی موت سے بچا نہیں۔ جس آدمی نے اپنے آپ پاس بڑے بڑے ڈاکٹروں کو لگایا، وہ بھی نہیں بچے۔</w:t>
      </w:r>
    </w:p>
    <w:p>
      <w:r>
        <w:rPr>
          <w:b/>
        </w:rPr>
        <w:t xml:space="preserve">[04:25] </w:t>
      </w:r>
      <w:r>
        <w:t>jis ne daulat ikattha ki, us ne woh bhi nahin bacha.</w:t>
      </w:r>
    </w:p>
    <w:p>
      <w:pPr>
        <w:jc w:val="right"/>
      </w:pPr>
      <w:r>
        <w:t>جس نے دولت اکٹھا کی، اس نے وہ بھی نہیں بچا۔</w:t>
      </w:r>
    </w:p>
    <w:p>
      <w:r>
        <w:rPr>
          <w:b/>
        </w:rPr>
        <w:t xml:space="preserve">[04:31] </w:t>
      </w:r>
      <w:r>
        <w:t>main ne ek qissa parha tha ke qadeem zamane ke ek badshah</w:t>
      </w:r>
    </w:p>
    <w:p>
      <w:pPr>
        <w:jc w:val="right"/>
      </w:pPr>
      <w:r>
        <w:t>میں نے ایک قصہ پڑھا تھا کہ قدیم زمانے کے ایک بادشاہ</w:t>
      </w:r>
    </w:p>
    <w:p>
      <w:r>
        <w:rPr>
          <w:b/>
        </w:rPr>
        <w:t xml:space="preserve">[04:39] </w:t>
      </w:r>
      <w:r>
        <w:t>ko kisi ne bata diya tha ke maut sirf land mein safar karti hai, pani mein nahin.</w:t>
      </w:r>
    </w:p>
    <w:p>
      <w:pPr>
        <w:jc w:val="right"/>
      </w:pPr>
      <w:r>
        <w:t>کو کسی نے بتا دیا تھا کہ موت صرف لینڈ میں سفر کرتی ہے، پانی میں نہیں۔</w:t>
      </w:r>
    </w:p>
    <w:p>
      <w:r>
        <w:rPr>
          <w:b/>
        </w:rPr>
        <w:t xml:space="preserve">[04:51] </w:t>
      </w:r>
      <w:r>
        <w:t>pani mein woh is ka safar ruk jata hai. to us ne ek fort banaya, ek qila.</w:t>
      </w:r>
    </w:p>
    <w:p>
      <w:pPr>
        <w:jc w:val="right"/>
      </w:pPr>
      <w:r>
        <w:t>پانی میں وہ اس کا سفر رک جاتا ہے۔ تو اس نے ایک فورٹ بنایا، ایک قلعہ۔</w:t>
      </w:r>
    </w:p>
    <w:p>
      <w:r>
        <w:rPr>
          <w:b/>
        </w:rPr>
        <w:t xml:space="preserve">[05:01] </w:t>
      </w:r>
      <w:r>
        <w:t>us ke charon taraf us ne gadha khudwaya aur pani se bhar diya. to woh qila is tareeqe se tha ke beech mein to qila hai aur charon taraf pani, pani, charon taraf pani, pani.</w:t>
      </w:r>
    </w:p>
    <w:p>
      <w:pPr>
        <w:jc w:val="right"/>
      </w:pPr>
      <w:r>
        <w:t>اس کے چاروں طرف اس نے گڑھا کھدوایا اور پانی سے بھر دیا۔ تو وہ قلعہ اس طریقے سے تھا کہ بیچ میں تو قلعہ ہے اور چاروں طرف پانی، پانی، چاروں طرف پانی، پانی۔</w:t>
      </w:r>
    </w:p>
    <w:p>
      <w:r>
        <w:rPr>
          <w:b/>
        </w:rPr>
        <w:t xml:space="preserve">[05:25] </w:t>
      </w:r>
      <w:r>
        <w:t>yaani is qile tak pahunchne ke liye aadmi ko pani ko paar karna tha, pani se guzarna tha. baghair pani ko paar kiye woh pahunch, pahunch nahin sakta tha qile mein.</w:t>
      </w:r>
    </w:p>
    <w:p>
      <w:pPr>
        <w:jc w:val="right"/>
      </w:pPr>
      <w:r>
        <w:t>یعنی اس قلعے تک پہنچنے کے لیے آدمی کو پانی کو پار کرنا تھا، پانی سے گزرنا تھا۔ بغیر پانی کو پار کیے وہ پہنچ، پہنچ نہیں سکتا تھا قلعے میں۔</w:t>
      </w:r>
    </w:p>
    <w:p>
      <w:r>
        <w:rPr>
          <w:b/>
        </w:rPr>
        <w:t xml:space="preserve">[05:42] </w:t>
      </w:r>
      <w:r>
        <w:t>to us ne aisa qila banaya aur yeh samajh liya ke maut mushit nahin pahunche gi.</w:t>
      </w:r>
    </w:p>
    <w:p>
      <w:pPr>
        <w:jc w:val="right"/>
      </w:pPr>
      <w:r>
        <w:t>تو اس نے ایسا قلعہ بنایا اور یہ سمجھ لیا کہ موت مشتق نہیں پہنچے گی۔</w:t>
      </w:r>
    </w:p>
    <w:p>
      <w:r>
        <w:rPr>
          <w:b/>
        </w:rPr>
        <w:t xml:space="preserve">[05:53] </w:t>
      </w:r>
      <w:r>
        <w:t>is qile mein us ne apna rehne ka thikana bana liya. lekin jab time aaya to woh bhi mar gaye, woh bhi mar gaya.</w:t>
      </w:r>
    </w:p>
    <w:p>
      <w:pPr>
        <w:jc w:val="right"/>
      </w:pPr>
      <w:r>
        <w:t>اس قلعے میں اس نے اپنا رہنے کا ٹھکانہ بنا لیا۔ لیکن جب ٹائم آیا تو وہ بھی مر گئے، وہ بھی مر گیا۔</w:t>
      </w:r>
    </w:p>
    <w:p>
      <w:r>
        <w:rPr>
          <w:b/>
        </w:rPr>
        <w:t xml:space="preserve">[06:05] </w:t>
      </w:r>
      <w:r>
        <w:t>to is ke maani yeh hain ke is countdown ka jo la, countdown jo la hai, us se koi bhi insaan bacha hua nahin hai.</w:t>
      </w:r>
    </w:p>
    <w:p>
      <w:pPr>
        <w:jc w:val="right"/>
      </w:pPr>
      <w:r>
        <w:t>تو اس کے معنی یہ ہیں کہ اس کاؤنٹ ڈاؤن کا جو لا ہے، کاؤنٹ ڈاؤن جو لا ہے، اس سے کوئی بھی انسان بچا ہوا نہیں ہے۔</w:t>
      </w:r>
    </w:p>
    <w:p>
      <w:r>
        <w:rPr>
          <w:b/>
        </w:rPr>
        <w:t xml:space="preserve">[06:23] </w:t>
      </w:r>
      <w:r>
        <w:t>koi bhi insaan bacha hua nahin hai. main ne apne watan adam badh mein ek aadmi ko dekha tha,</w:t>
      </w:r>
    </w:p>
    <w:p>
      <w:pPr>
        <w:jc w:val="right"/>
      </w:pPr>
      <w:r>
        <w:t>کوئی بھی انسان بچا ہوا نہیں ہے۔ میں نے اپنے وطن آدم بڑھ میں ایک آدمی کو دیکھا تھا،</w:t>
      </w:r>
    </w:p>
    <w:p>
      <w:r>
        <w:rPr>
          <w:b/>
        </w:rPr>
        <w:t xml:space="preserve">[06:34] </w:t>
      </w:r>
      <w:r>
        <w:t>woh bohat hi healthy thay.</w:t>
      </w:r>
    </w:p>
    <w:p>
      <w:pPr>
        <w:jc w:val="right"/>
      </w:pPr>
      <w:r>
        <w:t>وہ بہت ہی ہیلدی تھے۔</w:t>
      </w:r>
    </w:p>
    <w:p>
      <w:r>
        <w:rPr>
          <w:b/>
        </w:rPr>
        <w:t xml:space="preserve">[06:39] </w:t>
      </w:r>
      <w:r>
        <w:t>log kehte thay ke yeh bilkul jis ko kehte hain surkh o safed, surkh o safed, yaani khoon ki lali un ke body mein jhaljhalati thi.</w:t>
      </w:r>
    </w:p>
    <w:p>
      <w:pPr>
        <w:jc w:val="right"/>
      </w:pPr>
      <w:r>
        <w:t>لوگ کہتے تھے کہ یہ بالکل جس کو کہتے ہیں سرخ و سفید، سرخ و سفید، یعنی خون کی لالی ان کے باڈی میں جھلجھلتی تھی۔</w:t>
      </w:r>
    </w:p>
    <w:p>
      <w:r>
        <w:rPr>
          <w:b/>
        </w:rPr>
        <w:t xml:space="preserve">[06:56] </w:t>
      </w:r>
      <w:r>
        <w:t>to kya hua? achaanak un ko brain hemorrhage hua aur woh mar gaya. pehli baar main ne brain hemorrhage ka naam inhi ke bare mein suna.</w:t>
      </w:r>
    </w:p>
    <w:p>
      <w:pPr>
        <w:jc w:val="right"/>
      </w:pPr>
      <w:r>
        <w:t>تو کیا ہوا؟ اچانک ان کو برین ہیمریج ہوا اور وہ مر گیا۔ پہلی بار میں نے برین ہیمریج کا نام انہی کے بارے میں سنا۔</w:t>
      </w:r>
    </w:p>
    <w:p>
      <w:r>
        <w:rPr>
          <w:b/>
        </w:rPr>
        <w:t xml:space="preserve">[07:09] </w:t>
      </w:r>
      <w:r>
        <w:t>ek aur sahib jo mere apne relative mein thay, woh kabhi bimar hote nahin thay, kabhi bimar hote nahin thay.</w:t>
      </w:r>
    </w:p>
    <w:p>
      <w:pPr>
        <w:jc w:val="right"/>
      </w:pPr>
      <w:r>
        <w:t>ایک اور صاحب جو میرے اپنے ریلیٹو میں تھے، وہ کبھی بیمار ہوتے نہیں تھے، کبھی بیمار ہوتے نہیں تھے۔</w:t>
      </w:r>
    </w:p>
    <w:p>
      <w:r>
        <w:rPr>
          <w:b/>
        </w:rPr>
        <w:t xml:space="preserve">[07:25] </w:t>
      </w:r>
      <w:r>
        <w:t>lekin taqreeban 65, 66 saal mein achaanak un ko bhi brain hemorrhage hua aur mar gaye.</w:t>
      </w:r>
    </w:p>
    <w:p>
      <w:pPr>
        <w:jc w:val="right"/>
      </w:pPr>
      <w:r>
        <w:t>لیکن تقریباً 65، 66 سال میں اچانک ان کو بھی برین ہیمریج ہوا اور مر گئے۔</w:t>
      </w:r>
    </w:p>
    <w:p>
      <w:r>
        <w:rPr>
          <w:b/>
        </w:rPr>
        <w:t xml:space="preserve">[07:42] </w:t>
      </w:r>
      <w:r>
        <w:t>is ke maani yeh hain ke jo aadmi paida hota hai, saath saath is ka countdown shuru ho jata hai. kisi ka 70 saal mein, kisi ka 60 saal mein,</w:t>
      </w:r>
    </w:p>
    <w:p>
      <w:pPr>
        <w:jc w:val="right"/>
      </w:pPr>
      <w:r>
        <w:t>اس کے معنی یہ ہیں کہ جو آدمی پیدا ہوتا ہے، ساتھ ساتھ اس کا کاؤنٹ ڈاؤن شروع ہو جاتا ہے۔ کسی کا 70 سال میں، کسی کا 60 سال میں،</w:t>
      </w:r>
    </w:p>
    <w:p>
      <w:r>
        <w:rPr>
          <w:b/>
        </w:rPr>
        <w:t xml:space="preserve">[08:00] </w:t>
      </w:r>
      <w:r>
        <w:t>kisi ka 80 saal mein.</w:t>
      </w:r>
    </w:p>
    <w:p>
      <w:pPr>
        <w:jc w:val="right"/>
      </w:pPr>
      <w:r>
        <w:t>کسی کا 80 سال میں۔</w:t>
      </w:r>
    </w:p>
    <w:p>
      <w:r>
        <w:rPr>
          <w:b/>
        </w:rPr>
        <w:t xml:space="preserve">[08:05] </w:t>
      </w:r>
      <w:r>
        <w:t>aaj akhbar mein tha ke ek aurat koi hai jo ek 120 saal mein mari hai, to is ka countdown 120 tak phaila hua tha.</w:t>
      </w:r>
    </w:p>
    <w:p>
      <w:pPr>
        <w:jc w:val="right"/>
      </w:pPr>
      <w:r>
        <w:t>آج اخبار میں تھا کہ ایک عورت کوئی ہے جو ایک سو بیس سال میں مری ہے، تو اس کا کاؤنٹ ڈاؤن 120 تک پھیلا ہوا تھا۔</w:t>
      </w:r>
    </w:p>
    <w:p>
      <w:r>
        <w:rPr>
          <w:b/>
        </w:rPr>
        <w:t xml:space="preserve">[08:19] </w:t>
      </w:r>
      <w:r>
        <w:t>mari to woh bhi, marna to us ke liye bhi tha. is ka countdown jo tha, woh 120 saal mein poora hua.</w:t>
      </w:r>
    </w:p>
    <w:p>
      <w:pPr>
        <w:jc w:val="right"/>
      </w:pPr>
      <w:r>
        <w:t>مری تو وہ بھی، مرنا تو اس کے لیے بھی تھا۔ اس کا کاؤنٹ ڈاؤن جو تھا، وہ 120 سال میں پورا ہوا۔</w:t>
      </w:r>
    </w:p>
    <w:p>
      <w:r>
        <w:rPr>
          <w:b/>
        </w:rPr>
        <w:t xml:space="preserve">[08:31] </w:t>
      </w:r>
      <w:r>
        <w:t>kisi aur ka kam mein, kisi aur ka zyada mein. to kaisi bhayanak awaz baat hai, bhayanak ke har din aap ki umar mein ek ek din kam ho raha hai, kam ho raha hai, kam ho raha hai,</w:t>
      </w:r>
    </w:p>
    <w:p>
      <w:pPr>
        <w:jc w:val="right"/>
      </w:pPr>
      <w:r>
        <w:t>کسی اور کا کم میں، کسی اور کا زیادہ میں۔ تو کیسی بھیانک آواز بات ہے، بھیانک کہ ہر دن آپ کی عمر میں ایک ایک دن کم ہو رہا ہے، کم ہو رہا ہے، کم ہو رہا ہے،</w:t>
      </w:r>
    </w:p>
    <w:p>
      <w:r>
        <w:rPr>
          <w:b/>
        </w:rPr>
        <w:t xml:space="preserve">[08:47] </w:t>
      </w:r>
      <w:r>
        <w:t>badh nahin raha hai.</w:t>
      </w:r>
    </w:p>
    <w:p>
      <w:pPr>
        <w:jc w:val="right"/>
      </w:pPr>
      <w:r>
        <w:t>بڑھ نہیں رہا ہے۔</w:t>
      </w:r>
    </w:p>
    <w:p>
      <w:r>
        <w:rPr>
          <w:b/>
        </w:rPr>
        <w:t xml:space="preserve">[08:51] </w:t>
      </w:r>
      <w:r>
        <w:t>har din aap ki umar badh nahin rahi hai, kam ho rahi hai.</w:t>
      </w:r>
    </w:p>
    <w:p>
      <w:pPr>
        <w:jc w:val="right"/>
      </w:pPr>
      <w:r>
        <w:t>ہر دن آپ کی عمر بڑھ نہیں رہی ہے، کم ہو رہی ہے۔</w:t>
      </w:r>
    </w:p>
    <w:p>
      <w:r>
        <w:rPr>
          <w:b/>
        </w:rPr>
        <w:t xml:space="preserve">[08:58] </w:t>
      </w:r>
      <w:r>
        <w:t>kehne ko to aap kehte hain ke main bees saal ka hua, 80 saal ka hua, lekin haqeeqat kya hai?</w:t>
      </w:r>
    </w:p>
    <w:p>
      <w:pPr>
        <w:jc w:val="right"/>
      </w:pPr>
      <w:r>
        <w:t>کہنے کو تو آپ کہتے ہیں کہ میں بیس سال کا ہوا، 80 سال کا ہوا، لیکن حقیقت کیا ہے؟</w:t>
      </w:r>
    </w:p>
    <w:p>
      <w:r>
        <w:rPr>
          <w:b/>
        </w:rPr>
        <w:t xml:space="preserve">[09:10] </w:t>
      </w:r>
      <w:r>
        <w:t>haqeeqat yeh hai ke aap ka jo</w:t>
      </w:r>
    </w:p>
    <w:p>
      <w:pPr>
        <w:jc w:val="right"/>
      </w:pPr>
      <w:r>
        <w:t>حقیقت یہ ہے کہ آپ کا جو</w:t>
      </w:r>
    </w:p>
    <w:p>
      <w:r>
        <w:rPr>
          <w:b/>
        </w:rPr>
        <w:t xml:space="preserve">[09:16] </w:t>
      </w:r>
      <w:r>
        <w:t>umar jo likhi hui hai, creator ne aap ki umar ka jo din likh rakha hai, us ke hisab se aap ka ek din kam hoga, ek din kam hoga.</w:t>
      </w:r>
    </w:p>
    <w:p>
      <w:pPr>
        <w:jc w:val="right"/>
      </w:pPr>
      <w:r>
        <w:t>عمر جو لکھی ہوئی ہے، کریٹر نے آپ کی عمر کا جو دن لکھ رکھا ہے، اس کے حساب سے آپ کا ایک دن کم ہوگا، ایک دن کم ہوگا۔</w:t>
      </w:r>
    </w:p>
    <w:p>
      <w:r>
        <w:rPr>
          <w:b/>
        </w:rPr>
        <w:t xml:space="preserve">[09:36] </w:t>
      </w:r>
      <w:r>
        <w:t>to har aadmi ka countdown ho raha hai.</w:t>
      </w:r>
    </w:p>
    <w:p>
      <w:pPr>
        <w:jc w:val="right"/>
      </w:pPr>
      <w:r>
        <w:t>تو ہر آدمی کا کاؤنٹ ڈاؤن ہو رہا ہے۔</w:t>
      </w:r>
    </w:p>
    <w:p>
      <w:r>
        <w:rPr>
          <w:b/>
        </w:rPr>
        <w:t xml:space="preserve">[09:42] </w:t>
      </w:r>
      <w:r>
        <w:t>aap ghor kijiye ke aadmi agar yeh soche</w:t>
      </w:r>
    </w:p>
    <w:p>
      <w:pPr>
        <w:jc w:val="right"/>
      </w:pPr>
      <w:r>
        <w:t>آپ غور کیجیے کہ آدمی اگر یہ سوچے</w:t>
      </w:r>
    </w:p>
    <w:p>
      <w:r>
        <w:rPr>
          <w:b/>
        </w:rPr>
        <w:t xml:space="preserve">[09:49] </w:t>
      </w:r>
      <w:r>
        <w:t>to jante hain kya hoga is ka haal? har din woh sochega. achha dekhiye, insaan ko, kisi kisi bhi insaan ko yeh bataya nahi gaya ke woh kam marega,</w:t>
      </w:r>
    </w:p>
    <w:p>
      <w:pPr>
        <w:jc w:val="right"/>
      </w:pPr>
      <w:r>
        <w:t>تو جانتے ہیں کیا ہوگا اس کا حال؟ ہر دن وہ سوچے گا۔ اچھا دیکھیے، انسان کو، کسی کسی بھی انسان کو یہ بتایا نہیں گیا کہ وہ کم مرے گا،</w:t>
      </w:r>
    </w:p>
    <w:p>
      <w:r>
        <w:rPr>
          <w:b/>
        </w:rPr>
        <w:t xml:space="preserve">[10:07] </w:t>
      </w:r>
      <w:r>
        <w:t>hata ke profit ko bhi nahi.</w:t>
      </w:r>
    </w:p>
    <w:p>
      <w:pPr>
        <w:jc w:val="right"/>
      </w:pPr>
      <w:r>
        <w:t>حتیٰ کہ پرافٹ کو بھی نہیں۔</w:t>
      </w:r>
    </w:p>
    <w:p>
      <w:r>
        <w:rPr>
          <w:b/>
        </w:rPr>
        <w:t xml:space="preserve">[10:14] </w:t>
      </w:r>
      <w:r>
        <w:t>kisi ko, kisi king ko, kisi doctor ko, kisi profit ko yeh nahi bataya gaya ke woh kam marega.</w:t>
      </w:r>
    </w:p>
    <w:p>
      <w:pPr>
        <w:jc w:val="right"/>
      </w:pPr>
      <w:r>
        <w:t>کسی کو، کسی کنگ کو، کسی ڈاکٹر کو، کسی پرافٹ کو یہ نہیں بتایا گیا کہ وہ کم مرے گا۔</w:t>
      </w:r>
    </w:p>
    <w:p>
      <w:r>
        <w:rPr>
          <w:b/>
        </w:rPr>
        <w:t xml:space="preserve">[10:27] </w:t>
      </w:r>
      <w:r>
        <w:t>is ka matlab kya hua? is ka matlab hai ke har har aadmi ko sense of urgency mein jeena hai.</w:t>
      </w:r>
    </w:p>
    <w:p>
      <w:pPr>
        <w:jc w:val="right"/>
      </w:pPr>
      <w:r>
        <w:t>اس کا مطلب کیا ہوا؟ اس کا مطلب ہے کہ ہر ہر آدمی کو سینس آف ارجنسی میں جینا ہے۔</w:t>
      </w:r>
    </w:p>
    <w:p>
      <w:r>
        <w:rPr>
          <w:b/>
        </w:rPr>
        <w:t xml:space="preserve">[10:37] </w:t>
      </w:r>
      <w:r>
        <w:t>har aadmi ko sense of urgency mein jeena hai ke ho sakta hai ke hamara countdown aaj hi poora ho gaya ho, ho sakta hai ke hamara countdown kal poora ho jaye.</w:t>
      </w:r>
    </w:p>
    <w:p>
      <w:pPr>
        <w:jc w:val="right"/>
      </w:pPr>
      <w:r>
        <w:t>ہر آدمی کو سینس آف ارجنسی میں جینا ہے کہ ہو سکتا ہے کہ ہمارا کاؤنٹ ڈاؤن آج ہی پورا ہو گیا ہو، ہو سکتا ہے کہ ہمارا کاؤنٹ ڈاؤن کل پورا ہو جائے۔</w:t>
      </w:r>
    </w:p>
    <w:p>
      <w:r>
        <w:rPr>
          <w:b/>
        </w:rPr>
        <w:t xml:space="preserve">[11:01] </w:t>
      </w:r>
      <w:r>
        <w:t>to aap ghor kijiye ke jab yeh haal hai</w:t>
      </w:r>
    </w:p>
    <w:p>
      <w:pPr>
        <w:jc w:val="right"/>
      </w:pPr>
      <w:r>
        <w:t>تو آپ غور کیجیے کہ جب یہ حال ہے</w:t>
      </w:r>
    </w:p>
    <w:p>
      <w:r>
        <w:rPr>
          <w:b/>
        </w:rPr>
        <w:t xml:space="preserve">[11:08] </w:t>
      </w:r>
      <w:r>
        <w:t>ke har insaan ka countdown ho raha hai aur yeh bataya nahi gaya ke woh countdown poora kab hoga, to har lamha woh us ko jeena padega urgency mein,</w:t>
      </w:r>
    </w:p>
    <w:p>
      <w:pPr>
        <w:jc w:val="right"/>
      </w:pPr>
      <w:r>
        <w:t>کہ ہر انسان کا کاؤنٹ ڈاؤن ہو رہا ہے اور یہ بتایا نہیں گیا کہ وہ کاؤنٹ ڈاؤن پورا کب ہوگا، تو ہر لمحہ وہ اس کو جینا پڑے گا ارجنسی میں،</w:t>
      </w:r>
    </w:p>
    <w:p>
      <w:r>
        <w:rPr>
          <w:b/>
        </w:rPr>
        <w:t xml:space="preserve">[11:22] </w:t>
      </w:r>
      <w:r>
        <w:t>sense of urgency mein.</w:t>
      </w:r>
    </w:p>
    <w:p>
      <w:pPr>
        <w:jc w:val="right"/>
      </w:pPr>
      <w:r>
        <w:t>سینس آف ارجنسی میں۔</w:t>
      </w:r>
    </w:p>
    <w:p>
      <w:r>
        <w:rPr>
          <w:b/>
        </w:rPr>
        <w:t xml:space="preserve">[11:27] </w:t>
      </w:r>
      <w:r>
        <w:t>sense of urgency mein. hamare ek sahab the, woh paise wale the, to un ki shadi tay hui.</w:t>
      </w:r>
    </w:p>
    <w:p>
      <w:pPr>
        <w:jc w:val="right"/>
      </w:pPr>
      <w:r>
        <w:t>سینس آف ارجنسی میں۔ ہمارے ایک صاحب تھے، وہ پیسے والے تھے، تو ان کی شادی طے ہوئی۔</w:t>
      </w:r>
    </w:p>
    <w:p>
      <w:r>
        <w:rPr>
          <w:b/>
        </w:rPr>
        <w:t xml:space="preserve">[11:41] </w:t>
      </w:r>
      <w:r>
        <w:t>kal shadi hone wali thi aur aaj achaanak mar gaye woh.</w:t>
      </w:r>
    </w:p>
    <w:p>
      <w:pPr>
        <w:jc w:val="right"/>
      </w:pPr>
      <w:r>
        <w:t>کل شادی ہونے والی تھی اور آج اچانک مر گئے وہ۔</w:t>
      </w:r>
    </w:p>
    <w:p>
      <w:r>
        <w:rPr>
          <w:b/>
        </w:rPr>
        <w:t xml:space="preserve">[11:50] </w:t>
      </w:r>
      <w:r>
        <w:t>yeh hamare area ke ek aadmi ka qissa hai. un ki love marriage thi, unhone khud se pasand kiya tha</w:t>
      </w:r>
    </w:p>
    <w:p>
      <w:pPr>
        <w:jc w:val="right"/>
      </w:pPr>
      <w:r>
        <w:t>یہ ہمارے ایریا کے ایک آدمی کا قصہ ہے۔ ان کی لو میرج تھی، انہوں نے خود سے پسند کیا تھا</w:t>
      </w:r>
    </w:p>
    <w:p>
      <w:r>
        <w:rPr>
          <w:b/>
        </w:rPr>
        <w:t xml:space="preserve">[12:03] </w:t>
      </w:r>
      <w:r>
        <w:t>aur bade dhoom se hone wali thi kyunke woh paise wale the.</w:t>
      </w:r>
    </w:p>
    <w:p>
      <w:pPr>
        <w:jc w:val="right"/>
      </w:pPr>
      <w:r>
        <w:t>اور بڑے دھوم سے ہونے والی تھی کیونکہ وہ پیسے والے تھے۔</w:t>
      </w:r>
    </w:p>
    <w:p>
      <w:r>
        <w:rPr>
          <w:b/>
        </w:rPr>
        <w:t xml:space="preserve">[12:12] </w:t>
      </w:r>
      <w:r>
        <w:t>to aaj aakhri din tha, khoob dhoom dham thi aur yeh sari kal shadi hogi.</w:t>
      </w:r>
    </w:p>
    <w:p>
      <w:pPr>
        <w:jc w:val="right"/>
      </w:pPr>
      <w:r>
        <w:t>تو آج آخری دن تھا، خوب دھوم دھام تھی اور یہ ساری کل شادی ہوگی۔</w:t>
      </w:r>
    </w:p>
    <w:p>
      <w:r>
        <w:rPr>
          <w:b/>
        </w:rPr>
        <w:t xml:space="preserve">[12:24] </w:t>
      </w:r>
      <w:r>
        <w:t>lekin kal subah ko un ka khatma ho gaya.</w:t>
      </w:r>
    </w:p>
    <w:p>
      <w:pPr>
        <w:jc w:val="right"/>
      </w:pPr>
      <w:r>
        <w:t>لیکن کل صبح کو ان کا خاتمہ ہو گیا۔</w:t>
      </w:r>
    </w:p>
    <w:p>
      <w:r>
        <w:rPr>
          <w:b/>
        </w:rPr>
        <w:t xml:space="preserve">[12:30] </w:t>
      </w:r>
      <w:r>
        <w:t>to kya kiya? un ka countdown jo hai, shadi ke ek din pehle khatam ho gaya.</w:t>
      </w:r>
    </w:p>
    <w:p>
      <w:pPr>
        <w:jc w:val="right"/>
      </w:pPr>
      <w:r>
        <w:t>تو کیا کیا؟ ان کا کاؤنٹ ڈاؤن جو ہے، شادی کے ایک دن پہلے ختم ہو گیا۔</w:t>
      </w:r>
    </w:p>
    <w:p>
      <w:r>
        <w:rPr>
          <w:b/>
        </w:rPr>
        <w:t xml:space="preserve">[12:40] </w:t>
      </w:r>
      <w:r>
        <w:t>hamare shehar mein, Adam badh mein, ek the Raja Harichand. hum bachpan mein dekhte the un ki kothi.</w:t>
      </w:r>
    </w:p>
    <w:p>
      <w:pPr>
        <w:jc w:val="right"/>
      </w:pPr>
      <w:r>
        <w:t>ہمارے شہر میں، آدم بڑھ میں، ایک تھے راجہ حرک چند۔ ہم بچپن میں دیکھتے تھے ان کی کوٹھی۔</w:t>
      </w:r>
    </w:p>
    <w:p>
      <w:r>
        <w:rPr>
          <w:b/>
        </w:rPr>
        <w:t xml:space="preserve">[12:54] </w:t>
      </w:r>
      <w:r>
        <w:t>mere samne un ki kothi bani thi aur bahut hi top ke banane wale ko bana rahe the. bahut hi,</w:t>
      </w:r>
    </w:p>
    <w:p>
      <w:pPr>
        <w:jc w:val="right"/>
      </w:pPr>
      <w:r>
        <w:t>میرے سامنے ان کی کوٹھی بنی تھی اور بہت ہی ٹاپ کے بنانے والے کو بنا رہے تھے۔ بہت ہی،</w:t>
      </w:r>
    </w:p>
    <w:p>
      <w:r>
        <w:rPr>
          <w:b/>
        </w:rPr>
        <w:t xml:space="preserve">[13:06] </w:t>
      </w:r>
      <w:r>
        <w:t>bahut hi phool boota is mein tha, bahut zabardast aur kai story ki thi woh. to aakhri story jo bani thi, to aakhri story ke upar ek, ek,</w:t>
      </w:r>
    </w:p>
    <w:p>
      <w:pPr>
        <w:jc w:val="right"/>
      </w:pPr>
      <w:r>
        <w:t>بہت ہی پھول بوٹا اس میں تھا، بہت زبردست اور کئی اسٹوری کی تھی وہ۔ تو آخری اسٹوری جو بنی تھی، تو آخری اسٹوری کے اوپر ایک، ایک،</w:t>
      </w:r>
    </w:p>
    <w:p>
      <w:r>
        <w:rPr>
          <w:b/>
        </w:rPr>
        <w:t xml:space="preserve">[13:23] </w:t>
      </w:r>
      <w:r>
        <w:t>ek tha two room set, ek dum upar.</w:t>
      </w:r>
    </w:p>
    <w:p>
      <w:pPr>
        <w:jc w:val="right"/>
      </w:pPr>
      <w:r>
        <w:t>ایک تھا ٹو روم سیٹ، ایک دم اوپر۔</w:t>
      </w:r>
    </w:p>
    <w:p>
      <w:r>
        <w:rPr>
          <w:b/>
        </w:rPr>
        <w:t xml:space="preserve">[13:31] </w:t>
      </w:r>
      <w:r>
        <w:t>to woh raja the, un ko koi farq nahi padta tha ke neeche se unhone bahut se bana laga diye the mazdoor ke pani pahunchane ke liye, khana pahunchane ke liye, har kaam ke liye kyunke is doran mein lift thi nahi.</w:t>
      </w:r>
    </w:p>
    <w:p>
      <w:pPr>
        <w:jc w:val="right"/>
      </w:pPr>
      <w:r>
        <w:t>تو وہ راجہ تھے، ان کو کوئی فرق نہیں پڑتا تھا کہ نیچے سے انہوں نے بہت سے بنا لگا دیے تھے مزدور کہ پانی پہنچانے کے لیے، کھانا پہنچانے کے لیے، ہر کام کے لیے کیونکہ اس دوران میں لفٹ تھی نہیں۔</w:t>
      </w:r>
    </w:p>
    <w:p>
      <w:r>
        <w:rPr>
          <w:b/>
        </w:rPr>
        <w:t xml:space="preserve">[13:51] </w:t>
      </w:r>
      <w:r>
        <w:t>lekin aap ko ta'ajjub hoga ke jab woh ghar ban kar tayyar ho gaya aur yeh tha ke ab chand din mein woh is par ja ke wahan rahenge apni بیوی ke sath,</w:t>
      </w:r>
    </w:p>
    <w:p>
      <w:pPr>
        <w:jc w:val="right"/>
      </w:pPr>
      <w:r>
        <w:t>لیکن آپ کو تعجب ہوگا کہ جب وہ گھر بن کر تیار ہو گیا اور یہ تھا کہ اب چند دن میں وہ اس پر جا کے وہاں رہیں گے اپنی بیوی کے ساتھ،</w:t>
      </w:r>
    </w:p>
    <w:p>
      <w:r>
        <w:rPr>
          <w:b/>
        </w:rPr>
        <w:t xml:space="preserve">[14:14] </w:t>
      </w:r>
      <w:r>
        <w:t>to mujhe yaad nahin ke kai din the, sirf chand din baqi the ke un ka khatma ho gaya, mar gaye. Woh bhi, woh building jo British period mein ban rahi thi,</w:t>
      </w:r>
    </w:p>
    <w:p>
      <w:pPr>
        <w:jc w:val="right"/>
      </w:pPr>
      <w:r>
        <w:t>تو مجھے یاد نہیں کہ کئی دن تھے، صرف چند دن باقی تھے کہ ان کا خاتمہ ہو گیا، مر گئے۔ وہ بھی، وہ بلڈنگ جو برٹش پیریڈ میں بن رہی تھی،</w:t>
      </w:r>
    </w:p>
    <w:p>
      <w:r>
        <w:rPr>
          <w:b/>
        </w:rPr>
        <w:t xml:space="preserve">[14:28] </w:t>
      </w:r>
      <w:r>
        <w:t>azadi ke baad government ne is ko qabza kar liya aur ab shayad is mein kuch government ke officers hain.</w:t>
      </w:r>
    </w:p>
    <w:p>
      <w:pPr>
        <w:jc w:val="right"/>
      </w:pPr>
      <w:r>
        <w:t>آزادی کے بعد گورنمنٹ نے اس کو قبضہ کر لیا اور اب شاید اس میں کچھ گورنمنٹ کے افیسرز ہیں۔</w:t>
      </w:r>
    </w:p>
    <w:p>
      <w:r>
        <w:rPr>
          <w:b/>
        </w:rPr>
        <w:t xml:space="preserve">[14:38] </w:t>
      </w:r>
      <w:r>
        <w:t>building to waise hi hai lekin ab is mein kuch officers hain. Un ki family mein koi tha bhi nahin, na beta, na beti, kyunke abhi to بیوی ke sath wahan rehne wale the.</w:t>
      </w:r>
    </w:p>
    <w:p>
      <w:pPr>
        <w:jc w:val="right"/>
      </w:pPr>
      <w:r>
        <w:t>بلڈنگ تو ویسے ہی ہے لیکن اب اس میں کچھ افیسرز ہیں۔ ان کی فیملی میں کوئی تھا بھی نہیں، نہ بیٹا، نہ بیٹی، کیونکہ ابھی تو بیوی کے ساتھ وہاں رہنے والے تھے۔</w:t>
      </w:r>
    </w:p>
    <w:p>
      <w:r>
        <w:rPr>
          <w:b/>
        </w:rPr>
        <w:t xml:space="preserve">[14:50] </w:t>
      </w:r>
      <w:r>
        <w:t>upar woh</w:t>
      </w:r>
    </w:p>
    <w:p>
      <w:pPr>
        <w:jc w:val="right"/>
      </w:pPr>
      <w:r>
        <w:t>اوپر وہ</w:t>
      </w:r>
    </w:p>
    <w:p>
      <w:r>
        <w:rPr>
          <w:b/>
        </w:rPr>
        <w:t xml:space="preserve">[14:59] </w:t>
      </w:r>
      <w:r>
        <w:t>ek, mein bohat zyada jata tha qabar, qabar ke yaani tajziya o takfeen mein.</w:t>
      </w:r>
    </w:p>
    <w:p>
      <w:pPr>
        <w:jc w:val="right"/>
      </w:pPr>
      <w:r>
        <w:t>ایک، میں بہت زیادہ جاتا تھا قبر، قبر کے یعنی تجزیہ و تکفین میں۔</w:t>
      </w:r>
    </w:p>
    <w:p>
      <w:r>
        <w:rPr>
          <w:b/>
        </w:rPr>
        <w:t xml:space="preserve">[15:13] </w:t>
      </w:r>
      <w:r>
        <w:t>ek manzar aisa maine dekha hai ke woh us ko so kar sochta hoon to kaanp uthta hoon apni aankhon se apne area mein.</w:t>
      </w:r>
    </w:p>
    <w:p>
      <w:pPr>
        <w:jc w:val="right"/>
      </w:pPr>
      <w:r>
        <w:t>ایک منظر ایسا میں نے دیکھا ہے کہ وہ اس کو سو کر سوچتا ہوں تو کانپ اٹھتا ہوں اپنی آنکھوں سے اپنے ایریا میں۔</w:t>
      </w:r>
    </w:p>
    <w:p>
      <w:r>
        <w:rPr>
          <w:b/>
        </w:rPr>
        <w:t xml:space="preserve">[15:25] </w:t>
      </w:r>
      <w:r>
        <w:t>woh Dilli ka waqia nahin hai, hamare area ka waqia hai. To hamare area mein jo jo zameen hai, woh us ko kehte hain retiri zameen.</w:t>
      </w:r>
    </w:p>
    <w:p>
      <w:pPr>
        <w:jc w:val="right"/>
      </w:pPr>
      <w:r>
        <w:t>وہ دلی کا واقعہ نہیں ہے، ہمارے ایریا کا واقعہ ہے۔ تو ہمارے ایریا میں جو جو زمین ہے، وہ اس کو کہتے ہیں ریتیری زمین۔</w:t>
      </w:r>
    </w:p>
    <w:p>
      <w:r>
        <w:rPr>
          <w:b/>
        </w:rPr>
        <w:t xml:space="preserve">[15:39] </w:t>
      </w:r>
      <w:r>
        <w:t>yeh bohat jald woh, woh, woh khari nahin hoti, tikti nahin. Woh to un ki maut hui to woh barsat ka zamana tha.</w:t>
      </w:r>
    </w:p>
    <w:p>
      <w:pPr>
        <w:jc w:val="right"/>
      </w:pPr>
      <w:r>
        <w:t>یہ بہت جلد وہ، وہ، وہ کھڑی نہیں ہوتی، ٹکتی نہیں۔ وہ تو ان کی موت ہوئی تو وہ برسات کا زمانہ تھا۔</w:t>
      </w:r>
    </w:p>
    <w:p>
      <w:r>
        <w:rPr>
          <w:b/>
        </w:rPr>
        <w:t xml:space="preserve">[15:54] </w:t>
      </w:r>
      <w:r>
        <w:t>aaye din barish, barish, barish, barish to zameen bohat naram ho gayi thi.</w:t>
      </w:r>
    </w:p>
    <w:p>
      <w:pPr>
        <w:jc w:val="right"/>
      </w:pPr>
      <w:r>
        <w:t>آئے دن بارش، بارش، بارش، بارش تو زمین بہت نرم ہو گئی تھی۔</w:t>
      </w:r>
    </w:p>
    <w:p>
      <w:r>
        <w:rPr>
          <w:b/>
        </w:rPr>
        <w:t xml:space="preserve">[16:02] </w:t>
      </w:r>
      <w:r>
        <w:t>un ki maut hui.</w:t>
      </w:r>
    </w:p>
    <w:p>
      <w:pPr>
        <w:jc w:val="right"/>
      </w:pPr>
      <w:r>
        <w:t>ان کی موت ہوئی۔</w:t>
      </w:r>
    </w:p>
    <w:p>
      <w:r>
        <w:rPr>
          <w:b/>
        </w:rPr>
        <w:t xml:space="preserve">[16:07] </w:t>
      </w:r>
      <w:r>
        <w:t>mere khayal se un ki umar jo thi, woh lag bhag 70 saal hui thi, lag bhag.</w:t>
      </w:r>
    </w:p>
    <w:p>
      <w:pPr>
        <w:jc w:val="right"/>
      </w:pPr>
      <w:r>
        <w:t>میرے خیال سے ان کی عمر جو تھی، وہ لگ بھگ 70 سال ہوئی تھی، لگ بھگ۔</w:t>
      </w:r>
    </w:p>
    <w:p>
      <w:r>
        <w:rPr>
          <w:b/>
        </w:rPr>
        <w:t xml:space="preserve">[16:16] </w:t>
      </w:r>
      <w:r>
        <w:t>paise wale aadmi the, woh bhi. To un ki death ho gayi. To qabar khodi gayi.</w:t>
      </w:r>
    </w:p>
    <w:p>
      <w:pPr>
        <w:jc w:val="right"/>
      </w:pPr>
      <w:r>
        <w:t>پیسے والے آدمی تھے، وہ بھی۔ تو ان کی ڈیتھ ہو گئی۔ تو قبر کھودی گئی۔</w:t>
      </w:r>
    </w:p>
    <w:p>
      <w:r>
        <w:rPr>
          <w:b/>
        </w:rPr>
        <w:t xml:space="preserve">[16:28] </w:t>
      </w:r>
      <w:r>
        <w:t>hum log, mein bhi tha is mein shamil, hum log gaye. Jab wahan un ka body rakha gaya qabar ke pas</w:t>
      </w:r>
    </w:p>
    <w:p>
      <w:pPr>
        <w:jc w:val="right"/>
      </w:pPr>
      <w:r>
        <w:t>ہم لوگ، میں بھی تھا اس میں شامل، ہم لوگ گئے۔ جب وہاں ان کا باڈی رکھا گیا قبر کے پاس</w:t>
      </w:r>
    </w:p>
    <w:p>
      <w:r>
        <w:rPr>
          <w:b/>
        </w:rPr>
        <w:t xml:space="preserve">[16:44] </w:t>
      </w:r>
      <w:r>
        <w:t>to qabar dhans gayi kyunke woh retili, retili zameen thi, bilkul jis ko kehte hain balu wali zameen,</w:t>
      </w:r>
    </w:p>
    <w:p>
      <w:pPr>
        <w:jc w:val="right"/>
      </w:pPr>
      <w:r>
        <w:t>تو قبر دھنس گئی کیونکہ وہ ریتیلی، ریتیلی زمین تھی، بالکل جس کو کہتے ہیں بالو والی زمین،</w:t>
      </w:r>
    </w:p>
    <w:p>
      <w:r>
        <w:rPr>
          <w:b/>
        </w:rPr>
        <w:t xml:space="preserve">[16:59] </w:t>
      </w:r>
      <w:r>
        <w:t>khari nahin thi. To is mein phir dafan nahin kar paye. To ek aur qabar khodi gayi.</w:t>
      </w:r>
    </w:p>
    <w:p>
      <w:pPr>
        <w:jc w:val="right"/>
      </w:pPr>
      <w:r>
        <w:t>کھڑی نہیں تھی۔ تو اس میں پھر دفن نہیں کر پائے۔ تو ایک اور قبر کھودی گئی۔</w:t>
      </w:r>
    </w:p>
    <w:p>
      <w:r>
        <w:rPr>
          <w:b/>
        </w:rPr>
        <w:t xml:space="preserve">[17:09] </w:t>
      </w:r>
      <w:r>
        <w:t>yeh mere aankhon ke samne ki baat hai. Ek aur qabar khodi gayi. Lekin qabar khodne ke baad jab use, us dead body ko is mein rakhne ke liye log aage badhe to phir woh bhi dhans gayi.</w:t>
      </w:r>
    </w:p>
    <w:p>
      <w:pPr>
        <w:jc w:val="right"/>
      </w:pPr>
      <w:r>
        <w:t>یہ میرے آنکھوں کے سامنے کی بات ہے۔ ایک اور قبر کھودی گئی۔ لیکن قبر کھودنے کے بعد جب اسے، اس ڈیڈ باڈی کو اس میں رکھنے کے لیے لوگ آگے بڑھے تو پھر وہ بھی دھنس گئی۔</w:t>
      </w:r>
    </w:p>
    <w:p>
      <w:r>
        <w:rPr>
          <w:b/>
        </w:rPr>
        <w:t xml:space="preserve">[17:31] </w:t>
      </w:r>
      <w:r>
        <w:t>hum, mein is mein shamil tha aur mein apni aankhon se dekh raha tha. To phir teesri qabar khodi gayi, teesri qabar.</w:t>
      </w:r>
    </w:p>
    <w:p>
      <w:pPr>
        <w:jc w:val="right"/>
      </w:pPr>
      <w:r>
        <w:t>ہم، میں اس میں شامل تھا اور میں اپنی آنکھوں سے دیکھ رہا تھا۔ تو پھر تیسری قبر کھودی گئی، تیسری قبر۔</w:t>
      </w:r>
    </w:p>
    <w:p>
      <w:r>
        <w:rPr>
          <w:b/>
        </w:rPr>
        <w:t xml:space="preserve">[17:48] </w:t>
      </w:r>
      <w:r>
        <w:t>aur kya hua ke woh teesri qabar jo thi, khodne ke to khod di gayi lekin woh bhi wahi balu wali thi aur bilkul pani se nam ho chuki thi.</w:t>
      </w:r>
    </w:p>
    <w:p>
      <w:pPr>
        <w:jc w:val="right"/>
      </w:pPr>
      <w:r>
        <w:t>اور کیا ہوا کہ وہ تیسری قبر جو تھی، کھودنے کے تو کھود دی گئی لیکن وہ بھی وہی بالو والی تھی اور بالکل پانی سے نم ہو چکی تھی۔</w:t>
      </w:r>
    </w:p>
    <w:p>
      <w:r>
        <w:rPr>
          <w:b/>
        </w:rPr>
        <w:t xml:space="preserve">[18:06] </w:t>
      </w:r>
      <w:r>
        <w:t>to jab body ko utha kar un ke pas le jaya gaya to woh bhi lagi, dhansne lagi.</w:t>
      </w:r>
    </w:p>
    <w:p>
      <w:pPr>
        <w:jc w:val="right"/>
      </w:pPr>
      <w:r>
        <w:t>تو جب باڈی کو اٹھا کر ان کے پاس لے جایا گیا تو وہ بھی لگی، دھنسنے لگی۔</w:t>
      </w:r>
    </w:p>
    <w:p>
      <w:r>
        <w:rPr>
          <w:b/>
        </w:rPr>
        <w:t xml:space="preserve">[18:17] </w:t>
      </w:r>
      <w:r>
        <w:t>jab dhansne lagi to logon ne kya kiya? Is body ko is ne phenk diya gadhe mein. Yaani woh qabar nahin, gadha tha woh.</w:t>
      </w:r>
    </w:p>
    <w:p>
      <w:pPr>
        <w:jc w:val="right"/>
      </w:pPr>
      <w:r>
        <w:t>جب دھنسنے لگی تو لوگوں نے کیا کیا؟ اس باڈی کو اس نے پھینک دیا گڑھے میں۔ یعنی وہ قبر نہیں، گڑھا تھا وہ۔</w:t>
      </w:r>
    </w:p>
    <w:p>
      <w:r>
        <w:rPr>
          <w:b/>
        </w:rPr>
        <w:t xml:space="preserve">[18:27] </w:t>
      </w:r>
      <w:r>
        <w:t>aur upar se aise mitti daal di. Qabar ka tareeqa yeh hai ke is mein lakri bichate hain aur</w:t>
      </w:r>
    </w:p>
    <w:p>
      <w:pPr>
        <w:jc w:val="right"/>
      </w:pPr>
      <w:r>
        <w:t>اور اوپر سے ایسے مٹی ڈال دی۔ قبر کا طریقہ یہ ہے کہ اس میں لکڑی بچھاتے ہیں اور</w:t>
      </w:r>
    </w:p>
    <w:p>
      <w:r>
        <w:rPr>
          <w:b/>
        </w:rPr>
        <w:t xml:space="preserve">[18:38] </w:t>
      </w:r>
      <w:r>
        <w:t>bohat achhe tareeqe se is ko, is ke upar sambhala jata hai.</w:t>
      </w:r>
    </w:p>
    <w:p>
      <w:pPr>
        <w:jc w:val="right"/>
      </w:pPr>
      <w:r>
        <w:t>بہت اچھے طریقے سے اس کو، اس کے اوپر سنبھالا جاتا ہے۔</w:t>
      </w:r>
    </w:p>
    <w:p>
      <w:r>
        <w:rPr>
          <w:b/>
        </w:rPr>
        <w:t xml:space="preserve">[18:48] </w:t>
      </w:r>
      <w:r>
        <w:t>lekin is ki wahan nobat hi nahin aayi. Do ek bar dhans gayi, doosri bar dhans gayi, teesri bar bhi dhansne wali thi.</w:t>
      </w:r>
    </w:p>
    <w:p>
      <w:pPr>
        <w:jc w:val="right"/>
      </w:pPr>
      <w:r>
        <w:t>لیکن اس کی وہاں نوبت ہی نہیں آئی۔ دو ایک بار دھنس گئی، دوسری بار دھنس گئی، تیسری بار بھی دھنسنے والی تھی۔</w:t>
      </w:r>
    </w:p>
    <w:p>
      <w:r>
        <w:rPr>
          <w:b/>
        </w:rPr>
        <w:t xml:space="preserve">[18:58] </w:t>
      </w:r>
      <w:r>
        <w:t>is ko isi mein daal diya.</w:t>
      </w:r>
    </w:p>
    <w:p>
      <w:pPr>
        <w:jc w:val="right"/>
      </w:pPr>
      <w:r>
        <w:t>اس کو اسی میں ڈال دیا۔</w:t>
      </w:r>
    </w:p>
    <w:p>
      <w:r>
        <w:rPr>
          <w:b/>
        </w:rPr>
        <w:t xml:space="preserve">[19:02] </w:t>
      </w:r>
      <w:r>
        <w:t>to aise hi baghair baqaida jo tareeqa hai, is tareeqe ko follow kiye baghair aisi mitti upar se woh gir rahi thi, usi ko aur gira diya, gira diya.</w:t>
      </w:r>
    </w:p>
    <w:p>
      <w:pPr>
        <w:jc w:val="right"/>
      </w:pPr>
      <w:r>
        <w:t>تو ایسے ہی بغیر باقاعدہ جو طریقہ ہے، اس طریقے کو فالو کیے بغیر ایسی مٹی اوپر سے وہ گر رہی تھی، اسی کو اور گرا دیا، گرا دیا۔</w:t>
      </w:r>
    </w:p>
    <w:p>
      <w:r>
        <w:rPr>
          <w:b/>
        </w:rPr>
        <w:t xml:space="preserve">[19:19] </w:t>
      </w:r>
      <w:r>
        <w:t>aur halki barish bhi ho rahi thi. is ke baad hum log ghar chale aaye. yeh waqia bohat pehle kaha hai,</w:t>
      </w:r>
    </w:p>
    <w:p>
      <w:pPr>
        <w:jc w:val="right"/>
      </w:pPr>
      <w:r>
        <w:t>اور ہلکی بارش بھی ہو رہی تھی۔ اس کے بعد ہم لوگ گھر چلے آئے۔ یہ واقعہ بہت پہلے کہا ہے،</w:t>
      </w:r>
    </w:p>
    <w:p>
      <w:r>
        <w:rPr>
          <w:b/>
        </w:rPr>
        <w:t xml:space="preserve">[19:33] </w:t>
      </w:r>
      <w:r>
        <w:t>kam se kam 50 saal to hua hoga magar mujhe aaj tak yaad hai. aur yaqeen kijiye ke main dua karta hoon ke khuda mera anjaam aisa na ho,</w:t>
      </w:r>
    </w:p>
    <w:p>
      <w:pPr>
        <w:jc w:val="right"/>
      </w:pPr>
      <w:r>
        <w:t>کم سے کم 50 سال تو ہوا ہوگا مگر مجھے آج تک یاد ہے۔ اور یقین کیجئے کہ میں دعا کرتا ہوں کہ خدا میرا انجام ایسا نہ ہو،</w:t>
      </w:r>
    </w:p>
    <w:p>
      <w:r>
        <w:rPr>
          <w:b/>
        </w:rPr>
        <w:t xml:space="preserve">[19:49] </w:t>
      </w:r>
      <w:r>
        <w:t>mera anjaam aisa na ho ke meri qabar khodi jaye, woh dhans jaye aur isi meri, mere dead body ko garhe mein daal ke wapas ho jaye.</w:t>
      </w:r>
    </w:p>
    <w:p>
      <w:pPr>
        <w:jc w:val="right"/>
      </w:pPr>
      <w:r>
        <w:t>میرا انجام ایسا نہ ہو کہ میری قبر کھودی جائے، وہ دھنس جائے اور اسی میری، میرے ڈیڈ باڈی کو گڑھے میں ڈال کے واپس ہو جائے۔</w:t>
      </w:r>
    </w:p>
    <w:p>
      <w:r>
        <w:rPr>
          <w:b/>
        </w:rPr>
        <w:t xml:space="preserve">[20:07] </w:t>
      </w:r>
      <w:r>
        <w:t>to yaad rakhiye, hum mein se har shakhs jo paida hua hai, uska countdown ho raha hai. chahe woh raja ho, chahe woh badshah ho,</w:t>
      </w:r>
    </w:p>
    <w:p>
      <w:pPr>
        <w:jc w:val="right"/>
      </w:pPr>
      <w:r>
        <w:t>تو یاد رکھیے، ہم میں سے ہر شخص جو پیدا ہوا ہے، اس کا کاؤنٹ ڈاؤن ہو رہا ہے۔ چاہے وہ راجہ ہو، چاہے وہ بادشاہ ہو،</w:t>
      </w:r>
    </w:p>
    <w:p>
      <w:r>
        <w:rPr>
          <w:b/>
        </w:rPr>
        <w:t xml:space="preserve">[20:23] </w:t>
      </w:r>
      <w:r>
        <w:t>chahe woh doctor ho, chahe woh paise wala ho, koi bhi ho.</w:t>
      </w:r>
    </w:p>
    <w:p>
      <w:pPr>
        <w:jc w:val="right"/>
      </w:pPr>
      <w:r>
        <w:t>چاہے وہ ڈاکٹر ہو، چاہے وہ پیسے والا ہو، کوئی بھی ہو۔</w:t>
      </w:r>
    </w:p>
    <w:p>
      <w:r>
        <w:rPr>
          <w:b/>
        </w:rPr>
        <w:t xml:space="preserve">[20:31] </w:t>
      </w:r>
      <w:r>
        <w:t>yeh aisa fact hai, yeh aisa fact hai</w:t>
      </w:r>
    </w:p>
    <w:p>
      <w:pPr>
        <w:jc w:val="right"/>
      </w:pPr>
      <w:r>
        <w:t>یہ ایسا فیکٹ ہے، یہ ایسا فیکٹ ہے</w:t>
      </w:r>
    </w:p>
    <w:p>
      <w:r>
        <w:rPr>
          <w:b/>
        </w:rPr>
        <w:t xml:space="preserve">[20:44] </w:t>
      </w:r>
      <w:r>
        <w:t>ke is se koi bachne wala nahi, is se koi bachne wala nahi.</w:t>
      </w:r>
    </w:p>
    <w:p>
      <w:pPr>
        <w:jc w:val="right"/>
      </w:pPr>
      <w:r>
        <w:t>کہ اس سے کوئی بچنے والا نہیں، اس سے کوئی بچنے والا نہیں۔</w:t>
      </w:r>
    </w:p>
    <w:p>
      <w:r>
        <w:rPr>
          <w:b/>
        </w:rPr>
        <w:t xml:space="preserve">[20:56] </w:t>
      </w:r>
      <w:r>
        <w:t>main ne ek aadmi dekha hai, aap jante hain ke meri umar Allah ne lambi kar di hai, shayad isi liye ke main jin auqaat ko main ne dekha hai, un ko main abhi insano ko bataoon,</w:t>
      </w:r>
    </w:p>
    <w:p>
      <w:pPr>
        <w:jc w:val="right"/>
      </w:pPr>
      <w:r>
        <w:t>میں نے ایک آدمی دیکھا ہے، آپ جانتے ہیں کہ میری عمر اللہ نے لمبی کر دی ہے، شاید اسی لیے کہ میں جن اوقات کو میں نے دیکھا ہے، ان کو میں ابھی انسانوں کو بتاؤں،</w:t>
      </w:r>
    </w:p>
    <w:p>
      <w:r>
        <w:rPr>
          <w:b/>
        </w:rPr>
        <w:t xml:space="preserve">[21:12] </w:t>
      </w:r>
      <w:r>
        <w:t>insano ko bataoon.</w:t>
      </w:r>
    </w:p>
    <w:p>
      <w:pPr>
        <w:jc w:val="right"/>
      </w:pPr>
      <w:r>
        <w:t>انسانوں کو بتاؤں۔</w:t>
      </w:r>
    </w:p>
    <w:p>
      <w:r>
        <w:rPr>
          <w:b/>
        </w:rPr>
        <w:t xml:space="preserve">[21:18] </w:t>
      </w:r>
      <w:r>
        <w:t>khud mere baap ka qissa suniye.</w:t>
      </w:r>
    </w:p>
    <w:p>
      <w:pPr>
        <w:jc w:val="right"/>
      </w:pPr>
      <w:r>
        <w:t>خود میرے باپ کا قصہ سنیے۔</w:t>
      </w:r>
    </w:p>
    <w:p>
      <w:r>
        <w:rPr>
          <w:b/>
        </w:rPr>
        <w:t xml:space="preserve">[21:24] </w:t>
      </w:r>
      <w:r>
        <w:t>yeh December 1929 ki baat hai.</w:t>
      </w:r>
    </w:p>
    <w:p>
      <w:pPr>
        <w:jc w:val="right"/>
      </w:pPr>
      <w:r>
        <w:t>یہ دسمبر 1929 کی بات ہے۔</w:t>
      </w:r>
    </w:p>
    <w:p>
      <w:r>
        <w:rPr>
          <w:b/>
        </w:rPr>
        <w:t xml:space="preserve">[21:31] </w:t>
      </w:r>
      <w:r>
        <w:t>yani sakht sardi thi. to hamara zamindari thi, to zamindari ki chhaoni hua karti thi.</w:t>
      </w:r>
    </w:p>
    <w:p>
      <w:pPr>
        <w:jc w:val="right"/>
      </w:pPr>
      <w:r>
        <w:t>یعنی سخت سردی تھی۔ تو ہمارا زمینداری تھی، تو زمینداری کی چھاؤنی ہوا کرتی تھی۔</w:t>
      </w:r>
    </w:p>
    <w:p>
      <w:r>
        <w:rPr>
          <w:b/>
        </w:rPr>
        <w:t xml:space="preserve">[21:42] </w:t>
      </w:r>
      <w:r>
        <w:t>to hum log gaon mein rehte the, gaon se taqreeban do kilometer ki doori par chhaoni thi.</w:t>
      </w:r>
    </w:p>
    <w:p>
      <w:pPr>
        <w:jc w:val="right"/>
      </w:pPr>
      <w:r>
        <w:t>تو ہم لوگ گاؤں میں رہتے تھے، گاؤں سے تقریباً دو کلومیٹر کی دوری پر چھاؤنی تھی۔</w:t>
      </w:r>
    </w:p>
    <w:p>
      <w:r>
        <w:rPr>
          <w:b/>
        </w:rPr>
        <w:t xml:space="preserve">[21:55] </w:t>
      </w:r>
      <w:r>
        <w:t>to hamare baap jo the, us ko dekhne ke liye jaya karte the, yani agriculture ke kaam ko.</w:t>
      </w:r>
    </w:p>
    <w:p>
      <w:pPr>
        <w:jc w:val="right"/>
      </w:pPr>
      <w:r>
        <w:t>تو ہمارے باپ جو تھے، اس کو دیکھنے کے لیے جایا کرتے تھے، یعنی ایگریکلچر کے کام کو۔</w:t>
      </w:r>
    </w:p>
    <w:p>
      <w:r>
        <w:rPr>
          <w:b/>
        </w:rPr>
        <w:t xml:space="preserve">[22:06] </w:t>
      </w:r>
      <w:r>
        <w:t>to December mein woh gaye the, December ki 29 tareekh thi shayad, aur sakht sardi thi.</w:t>
      </w:r>
    </w:p>
    <w:p>
      <w:pPr>
        <w:jc w:val="right"/>
      </w:pPr>
      <w:r>
        <w:t>تو دسمبر میں وہ گئے تھے، دسمبر کی 29 تاریخ تھی شاید، اور سخت سردی تھی۔</w:t>
      </w:r>
    </w:p>
    <w:p>
      <w:r>
        <w:rPr>
          <w:b/>
        </w:rPr>
        <w:t xml:space="preserve">[22:19] </w:t>
      </w:r>
      <w:r>
        <w:t>to is sakht sardi ki lapait aa gaye woh, yani stroke ho gaya</w:t>
      </w:r>
    </w:p>
    <w:p>
      <w:pPr>
        <w:jc w:val="right"/>
      </w:pPr>
      <w:r>
        <w:t>تو اس سخت سردی کی لپٹ آ گئے وہ، یعنی اسٹروک ہو گیا</w:t>
      </w:r>
    </w:p>
    <w:p>
      <w:r>
        <w:rPr>
          <w:b/>
        </w:rPr>
        <w:t xml:space="preserve">[22:29] </w:t>
      </w:r>
      <w:r>
        <w:t>to gir pade.</w:t>
      </w:r>
    </w:p>
    <w:p>
      <w:pPr>
        <w:jc w:val="right"/>
      </w:pPr>
      <w:r>
        <w:t>تو گر پڑے۔</w:t>
      </w:r>
    </w:p>
    <w:p>
      <w:r>
        <w:rPr>
          <w:b/>
        </w:rPr>
        <w:t xml:space="preserve">[22:38] </w:t>
      </w:r>
      <w:r>
        <w:t>to jo main woh wahan to maujood nahi tha, main to ghar par tha, chhota tha. lekin main ne suna ke un ke sath chand</w:t>
      </w:r>
    </w:p>
    <w:p>
      <w:pPr>
        <w:jc w:val="right"/>
      </w:pPr>
      <w:r>
        <w:t>تو جو میں وہ وہاں تو موجود نہیں تھا، میں تو گھر پر تھا، چھوٹا تھا۔ لیکن میں نے سنا کہ ان کے ساتھ چند</w:t>
      </w:r>
    </w:p>
    <w:p>
      <w:r>
        <w:rPr>
          <w:b/>
        </w:rPr>
        <w:t xml:space="preserve">[22:52] </w:t>
      </w:r>
      <w:r>
        <w:t>kaam karne wale chal rahe the, is mein kuch dalit the. to ek dalit qom ka ek aadmi, uska naam tha Batki, Batki.</w:t>
      </w:r>
    </w:p>
    <w:p>
      <w:pPr>
        <w:jc w:val="right"/>
      </w:pPr>
      <w:r>
        <w:t>کام کرنے والے چل رہے تھے، اس میں کچھ دلت تھے۔ تو ایک دلت قوم کا ایک آدمی، اس کا نام تھا بٹکی، بٹکی۔</w:t>
      </w:r>
    </w:p>
    <w:p>
      <w:r>
        <w:rPr>
          <w:b/>
        </w:rPr>
        <w:t xml:space="preserve">[23:08] </w:t>
      </w:r>
      <w:r>
        <w:t>to Batki ne kaha apni zuban mein ke chacha gir padein, chacha gir padein,</w:t>
      </w:r>
    </w:p>
    <w:p>
      <w:pPr>
        <w:jc w:val="right"/>
      </w:pPr>
      <w:r>
        <w:t>تو بٹکی نے کہا اپنی زبان میں کہ چاچا گر پڑ لیں، چاچا گر پڑ لیں،</w:t>
      </w:r>
    </w:p>
    <w:p>
      <w:r>
        <w:rPr>
          <w:b/>
        </w:rPr>
        <w:t xml:space="preserve">[23:21] </w:t>
      </w:r>
      <w:r>
        <w:t>yani chacha gir gaye.</w:t>
      </w:r>
    </w:p>
    <w:p>
      <w:pPr>
        <w:jc w:val="right"/>
      </w:pPr>
      <w:r>
        <w:t>یعنی چاچا گر گئے۔</w:t>
      </w:r>
    </w:p>
    <w:p>
      <w:r>
        <w:rPr>
          <w:b/>
        </w:rPr>
        <w:t xml:space="preserve">[23:25] </w:t>
      </w:r>
      <w:r>
        <w:t>to log daude, charpai laye gaon se, charpaye ko utha kar ke gaon mein laye.</w:t>
      </w:r>
    </w:p>
    <w:p>
      <w:pPr>
        <w:jc w:val="right"/>
      </w:pPr>
      <w:r>
        <w:t>تو لوگ دوڑے، چارپائی لائے گاؤں سے، چارپائے کو اٹھا کر کے گاؤں میں لائے۔</w:t>
      </w:r>
    </w:p>
    <w:p>
      <w:r>
        <w:rPr>
          <w:b/>
        </w:rPr>
        <w:t xml:space="preserve">[23:37] </w:t>
      </w:r>
      <w:r>
        <w:t>main ne un ko dekha hai death ke baad, un ka chehra to nahi dekha main ne. yeh mujhe yaad hai ke ghar ka ek kamra tha, wahan charpai bichi hui thi,</w:t>
      </w:r>
    </w:p>
    <w:p>
      <w:pPr>
        <w:jc w:val="right"/>
      </w:pPr>
      <w:r>
        <w:t>میں نے ان کو دیکھا ہے ڈیتھ کے بعد، ان کا چہرہ تو نہیں دیکھا میں نے۔ یہ مجھے یاد ہے کہ گھر کا ایک کمرہ تھا، وہاں چارپائی بچی ہوئی تھی،</w:t>
      </w:r>
    </w:p>
    <w:p>
      <w:r>
        <w:rPr>
          <w:b/>
        </w:rPr>
        <w:t xml:space="preserve">[23:55] </w:t>
      </w:r>
      <w:r>
        <w:t>aur wahan un ko la ke lita gaya, adha adha ke lita diya gaya.</w:t>
      </w:r>
    </w:p>
    <w:p>
      <w:pPr>
        <w:jc w:val="right"/>
      </w:pPr>
      <w:r>
        <w:t>اور وہاں ان کو لا کے لٹا گیا، اڑھا اڑھا کے لٹا دیا گیا۔</w:t>
      </w:r>
    </w:p>
    <w:p>
      <w:r>
        <w:rPr>
          <w:b/>
        </w:rPr>
        <w:t xml:space="preserve">[24:03] </w:t>
      </w:r>
      <w:r>
        <w:t>un ki ded badi lita di gayi aur is ke upar chadar orha di gayi. to bahir se maine dekha, mera baap leta hua hai.</w:t>
      </w:r>
    </w:p>
    <w:p>
      <w:pPr>
        <w:jc w:val="right"/>
      </w:pPr>
      <w:r>
        <w:t>ان کی ڈیڈ باڈی لٹا دی گئی اور اس کے اوپر چادر اڑھا دی گئی۔ تو باہر سے میں نے دیکھا، میرا باپ لیٹا ہوا ہے۔</w:t>
      </w:r>
    </w:p>
    <w:p>
      <w:r>
        <w:rPr>
          <w:b/>
        </w:rPr>
        <w:t xml:space="preserve">[24:17] </w:t>
      </w:r>
      <w:r>
        <w:t>is waqt meri umar shayad chah saal ki thi, shayad. to meri himmat nahi pari ke main ja kar ke kisi ne bataya ke tumhara baap mar gaya,</w:t>
      </w:r>
    </w:p>
    <w:p>
      <w:pPr>
        <w:jc w:val="right"/>
      </w:pPr>
      <w:r>
        <w:t>اس وقت میری عمر شاید چھ سال کی تھی، شاید۔ تو میری ہمت نہیں پڑی کہ میں جا کر کے کسی نے بتایا کہ تمہارا باپ مر گیا،</w:t>
      </w:r>
    </w:p>
    <w:p>
      <w:r>
        <w:rPr>
          <w:b/>
        </w:rPr>
        <w:t xml:space="preserve">[24:34] </w:t>
      </w:r>
      <w:r>
        <w:t>kisi ne bataya ke tumhara baap mar gaya.</w:t>
      </w:r>
    </w:p>
    <w:p>
      <w:pPr>
        <w:jc w:val="right"/>
      </w:pPr>
      <w:r>
        <w:t>کسی نے بتایا کہ تمہارا باپ مر گیا۔</w:t>
      </w:r>
    </w:p>
    <w:p>
      <w:r>
        <w:rPr>
          <w:b/>
        </w:rPr>
        <w:t xml:space="preserve">[24:40] </w:t>
      </w:r>
      <w:r>
        <w:t>to main ne bahir se, kamre ke bahir se dekha ke wo kamre ke andar litaye hue hain,</w:t>
      </w:r>
    </w:p>
    <w:p>
      <w:pPr>
        <w:jc w:val="right"/>
      </w:pPr>
      <w:r>
        <w:t>تو میں نے باہر سے، کمرے کے باہر سے دیکھا کہ وہ کمرے کے اندر لٹائے ہوئے ہیں،</w:t>
      </w:r>
    </w:p>
    <w:p>
      <w:r>
        <w:rPr>
          <w:b/>
        </w:rPr>
        <w:t xml:space="preserve">[24:52] </w:t>
      </w:r>
      <w:r>
        <w:t>kyun ke main andar nahi ja saka. kyun ke mere baap mujh ko bohat zyada mante the, tamam bachon mein mujh se sab se zyada un ko mohabbat thi, har waqt sath rehte, rakhte the, jahan jate sath le ate.</w:t>
      </w:r>
    </w:p>
    <w:p>
      <w:pPr>
        <w:jc w:val="right"/>
      </w:pPr>
      <w:r>
        <w:t>کیونکہ میں اندر نہیں جا سکا۔ کیونکہ میرے باپ مجھ کو بہت زیادہ مانتے تھے، تمام بچوں میں مجھ سے سب سے زیادہ ان کو محبت تھی، ہر وقت ساتھ رہتے، رکھتے تھے، جہاں جاتے ساتھ لے آتے۔</w:t>
      </w:r>
    </w:p>
    <w:p>
      <w:r>
        <w:rPr>
          <w:b/>
        </w:rPr>
        <w:t xml:space="preserve">[25:10] </w:t>
      </w:r>
      <w:r>
        <w:t>to is ke baad kya hua? meri maan batati thi ke mola, mera bolna band ho gaya.</w:t>
      </w:r>
    </w:p>
    <w:p>
      <w:pPr>
        <w:jc w:val="right"/>
      </w:pPr>
      <w:r>
        <w:t>تو اس کے بعد کیا ہوا؟ میری ماں بتاتی تھی کہ مولا، میرا بولنا بند ہو گیا۔</w:t>
      </w:r>
    </w:p>
    <w:p>
      <w:r>
        <w:rPr>
          <w:b/>
        </w:rPr>
        <w:t xml:space="preserve">[25:25] </w:t>
      </w:r>
      <w:r>
        <w:t>main bohat bolta tha, main mislan mere baap ki dadi thi to aisi dadi pakadta tha. yeh meri maan batati thi, aisi dadi pakad kaise karta tha ke khud to dadi barhai hai,</w:t>
      </w:r>
    </w:p>
    <w:p>
      <w:pPr>
        <w:jc w:val="right"/>
      </w:pPr>
      <w:r>
        <w:t>میں بہت بولتا تھا، میں مثلاً میرے باپ کی داڑھی تھی تو ایسی داڑھی پکڑتا تھا۔ یہ میری ماں بتاتی تھی، ایسی داڑھی پکڑ کیسے کرتا تھا کہ خود تو داڑھی بڑھائی ہے،</w:t>
      </w:r>
    </w:p>
    <w:p>
      <w:r>
        <w:rPr>
          <w:b/>
        </w:rPr>
        <w:t xml:space="preserve">[25:44] </w:t>
      </w:r>
      <w:r>
        <w:t>hum kya karein? hamare pas dadi hai hi nahi. aisi shokhi mein ke khud to dadi barha rakhi hai, aise hamare pas to dadi hai nahi, hum kya karein?</w:t>
      </w:r>
    </w:p>
    <w:p>
      <w:pPr>
        <w:jc w:val="right"/>
      </w:pPr>
      <w:r>
        <w:t>ہم کیا کریں؟ ہمارے پاس داڑھی ہے ہی نہیں۔ ایسی شوخی میں کہ خود تو داڑھی بڑھا رکھی ہے، ایسے ہمارے پاس تو داڑھی ہے نہیں، ہم کیا کریں؟</w:t>
      </w:r>
    </w:p>
    <w:p>
      <w:r>
        <w:rPr>
          <w:b/>
        </w:rPr>
        <w:t xml:space="preserve">[26:00] </w:t>
      </w:r>
      <w:r>
        <w:t>to yeh sab shokhi ki batein hain, shararat ki batein hain.</w:t>
      </w:r>
    </w:p>
    <w:p>
      <w:pPr>
        <w:jc w:val="right"/>
      </w:pPr>
      <w:r>
        <w:t>تو یہ سب شوخی کی باتیں ہیں، شرارت کی باتیں ہیں۔</w:t>
      </w:r>
    </w:p>
    <w:p>
      <w:r>
        <w:rPr>
          <w:b/>
        </w:rPr>
        <w:t xml:space="preserve">[26:08] </w:t>
      </w:r>
      <w:r>
        <w:t>to aisi sharartein karta tha jab baap zinda the, chah saal tak. lekin jab un mare wo to meri boli band ho gayi.</w:t>
      </w:r>
    </w:p>
    <w:p>
      <w:pPr>
        <w:jc w:val="right"/>
      </w:pPr>
      <w:r>
        <w:t>تو ایسی شرارتیں کرتا تھا جب باپ زندہ تھے، چھ سال تک۔ لیکن جب ان مرے وہ تو میری بولی بند ہو گئی۔</w:t>
      </w:r>
    </w:p>
    <w:p>
      <w:r>
        <w:rPr>
          <w:b/>
        </w:rPr>
        <w:t xml:space="preserve">[26:26] </w:t>
      </w:r>
      <w:r>
        <w:t>mujhe khud bhi yaad hai ke is baat bolna band ho gaya tha, yahan khara, wahan khara.</w:t>
      </w:r>
    </w:p>
    <w:p>
      <w:pPr>
        <w:jc w:val="right"/>
      </w:pPr>
      <w:r>
        <w:t>مجھے خود بھی یاد ہے کہ اس بات بولنا بند ہو گیا تھا، یہاں کھڑا، وہاں کھڑا۔</w:t>
      </w:r>
    </w:p>
    <w:p>
      <w:r>
        <w:rPr>
          <w:b/>
        </w:rPr>
        <w:t xml:space="preserve">[26:40] </w:t>
      </w:r>
      <w:r>
        <w:t>to yaad rakhiye, insan ko agar yaad, insan ko agar yeh yaqeen ho ke mera countdown ho raha hai aur countdown aaj sham ya kal subah khatam hone wala hai to sab ki boli band ho jayegi,</w:t>
      </w:r>
    </w:p>
    <w:p>
      <w:pPr>
        <w:jc w:val="right"/>
      </w:pPr>
      <w:r>
        <w:t>تو یاد رکھیے، انسان کو اگر یاد، انسان کو اگر یہ یقین ہو کہ میرا کاؤنٹ ڈاؤن ہو رہا ہے اور کاؤنٹ ڈاؤن آج شام یا کل صبح ختم ہونے والا ہے تو سب کی بولتی بند ہو جائے گی،</w:t>
      </w:r>
    </w:p>
    <w:p>
      <w:r>
        <w:rPr>
          <w:b/>
        </w:rPr>
        <w:t xml:space="preserve">[26:57] </w:t>
      </w:r>
      <w:r>
        <w:t>sirf meri nahi.</w:t>
      </w:r>
    </w:p>
    <w:p>
      <w:pPr>
        <w:jc w:val="right"/>
      </w:pPr>
      <w:r>
        <w:t>صرف میری نہیں۔</w:t>
      </w:r>
    </w:p>
    <w:p>
      <w:r>
        <w:rPr>
          <w:b/>
        </w:rPr>
        <w:t xml:space="preserve">[27:04] </w:t>
      </w:r>
      <w:r>
        <w:t>agar aadmi ko</w:t>
      </w:r>
    </w:p>
    <w:p>
      <w:pPr>
        <w:jc w:val="right"/>
      </w:pPr>
      <w:r>
        <w:t>اگر آدمی کو</w:t>
      </w:r>
    </w:p>
    <w:p>
      <w:r>
        <w:rPr>
          <w:b/>
        </w:rPr>
        <w:t xml:space="preserve">[27:12] </w:t>
      </w:r>
      <w:r>
        <w:t>yeh yaqeen ho jaye</w:t>
      </w:r>
    </w:p>
    <w:p>
      <w:pPr>
        <w:jc w:val="right"/>
      </w:pPr>
      <w:r>
        <w:t>یہ یقین ہو جائے</w:t>
      </w:r>
    </w:p>
    <w:p>
      <w:r>
        <w:rPr>
          <w:b/>
        </w:rPr>
        <w:t xml:space="preserve">[27:19] </w:t>
      </w:r>
      <w:r>
        <w:t>ya yeh aadmi agar yeh is baat ko jaan le ke mera countdown ho raha hai aur wo countdown ya to aaj sham ya kal subah pura hone wala hai,</w:t>
      </w:r>
    </w:p>
    <w:p>
      <w:pPr>
        <w:jc w:val="right"/>
      </w:pPr>
      <w:r>
        <w:t>یا یہ آدمی اگر یہ اس بات کو جان لے کہ میرا کاؤنٹ ڈاؤن ہو رہا ہے اور وہ کاؤنٹ ڈاؤن یا تو آج شام یا کل صبح پورا ہونے والا ہے،</w:t>
      </w:r>
    </w:p>
    <w:p>
      <w:r>
        <w:rPr>
          <w:b/>
        </w:rPr>
        <w:t xml:space="preserve">[27:40] </w:t>
      </w:r>
      <w:r>
        <w:t>aur phir yeh jo zinda, yeh jo, yeh jo zinda body hai, yeh dead body bach jayega. yaqeen kijiye ke main rozana sochta hoon ke jis sochta hoon, jis par yahan main sota hoon to taqreeban rozana main sochta hoon ke aaj</w:t>
      </w:r>
    </w:p>
    <w:p>
      <w:pPr>
        <w:jc w:val="right"/>
      </w:pPr>
      <w:r>
        <w:t>اور پھر یہ جو زندہ، یہ جو، یہ جو زندہ باڈی ہے، یہ ڈیڈ باڈی بچ جائے گا۔ یقین کیجئے کہ میں روزانہ سوچتا ہوں کہ جس سوچتا ہوں، جس پر یہاں میں سوتا ہوں تو تقریباً روزانہ میں سوچتا ہوں کہ آج</w:t>
      </w:r>
    </w:p>
    <w:p>
      <w:r>
        <w:rPr>
          <w:b/>
        </w:rPr>
        <w:t xml:space="preserve">[28:05] </w:t>
      </w:r>
      <w:r>
        <w:t>ek zinda hue din yahan so raha hai.</w:t>
      </w:r>
    </w:p>
    <w:p>
      <w:pPr>
        <w:jc w:val="right"/>
      </w:pPr>
      <w:r>
        <w:t>ایک زندہ ہوئے دن یہاں سو رہا ہے۔</w:t>
      </w:r>
    </w:p>
    <w:p>
      <w:r>
        <w:rPr>
          <w:b/>
        </w:rPr>
        <w:t xml:space="preserve">[28:10] </w:t>
      </w:r>
      <w:r>
        <w:t>kal koi ayega aur kahega ke jo aadmi yahan sota tha, us ki to death ho gayi,</w:t>
      </w:r>
    </w:p>
    <w:p>
      <w:pPr>
        <w:jc w:val="right"/>
      </w:pPr>
      <w:r>
        <w:t>کل کوئی آئے گا اور کہے گا کہ جو آدمی یہاں سوتا تھا، اس کی تو ڈیتھ ہو گئی،</w:t>
      </w:r>
    </w:p>
    <w:p>
      <w:r>
        <w:rPr>
          <w:b/>
        </w:rPr>
        <w:t xml:space="preserve">[28:24] </w:t>
      </w:r>
      <w:r>
        <w:t>jo aadmi yahan sota tha, us ki to death ho gayi.</w:t>
      </w:r>
    </w:p>
    <w:p>
      <w:pPr>
        <w:jc w:val="right"/>
      </w:pPr>
      <w:r>
        <w:t>جو آدمی یہاں سوتا تھا، اس کی تو ڈیتھ ہو گئی۔</w:t>
      </w:r>
    </w:p>
    <w:p>
      <w:r>
        <w:rPr>
          <w:b/>
        </w:rPr>
        <w:t xml:space="preserve">[28:32] </w:t>
      </w:r>
      <w:r>
        <w:t>to yaad rakhiye, aadmi ke pas is ke siwa kuch aur hai nahi ke apne countdown ko yaad rakha hai.</w:t>
      </w:r>
    </w:p>
    <w:p>
      <w:pPr>
        <w:jc w:val="right"/>
      </w:pPr>
      <w:r>
        <w:t>تو یاد رکھیے، آدمی کے پاس اس کے سوا کچھ اور ہے نہیں کہ اپنے کاؤنٹ ڈاؤن کو یاد رکھا ہے۔</w:t>
      </w:r>
    </w:p>
    <w:p>
      <w:r>
        <w:rPr>
          <w:b/>
        </w:rPr>
        <w:t xml:space="preserve">[28:46] </w:t>
      </w:r>
      <w:r>
        <w:t>aadmi ke pas is ke siwa kuch bhi nahi hai ke wo apne countdown ko yaad rakhe,</w:t>
      </w:r>
    </w:p>
    <w:p>
      <w:pPr>
        <w:jc w:val="right"/>
      </w:pPr>
      <w:r>
        <w:t>آدمی کے پاس اس کے سوا کچھ بھی نہیں ہے کہ وہ اپنے کاؤنٹ ڈاؤن کو یاد رکھے،</w:t>
      </w:r>
    </w:p>
    <w:p>
      <w:r>
        <w:rPr>
          <w:b/>
        </w:rPr>
        <w:t xml:space="preserve">[28:55] </w:t>
      </w:r>
      <w:r>
        <w:t>aur kal, aaj sham ko ya kal subah jab wo waqt aye ke us ka countdown pura ho jaye</w:t>
      </w:r>
    </w:p>
    <w:p>
      <w:pPr>
        <w:jc w:val="right"/>
      </w:pPr>
      <w:r>
        <w:t>اور کل، آج شام کو یا کل صبح جب وہ وقت آئے کہ اس کا کاؤنٹ ڈاؤن پورا ہو جائے</w:t>
      </w:r>
    </w:p>
    <w:p>
      <w:r>
        <w:rPr>
          <w:b/>
        </w:rPr>
        <w:t xml:space="preserve">[29:08] </w:t>
      </w:r>
      <w:r>
        <w:t>aur angels ayein us ko is duniya se is duniya mein le jane ke liye</w:t>
      </w:r>
    </w:p>
    <w:p>
      <w:pPr>
        <w:jc w:val="right"/>
      </w:pPr>
      <w:r>
        <w:t>اور اینجلز آئیں اس کو اس دنیا سے اس دنیا میں لے جانے کے لیے</w:t>
      </w:r>
    </w:p>
    <w:p>
      <w:r>
        <w:rPr>
          <w:b/>
        </w:rPr>
        <w:t xml:space="preserve">[29:18] </w:t>
      </w:r>
      <w:r>
        <w:t>to is safar ke liye wo tayyar ho.</w:t>
      </w:r>
    </w:p>
    <w:p>
      <w:pPr>
        <w:jc w:val="right"/>
      </w:pPr>
      <w:r>
        <w:t>تو اس سفر کے لیے وہ تیار ہو۔</w:t>
      </w:r>
    </w:p>
    <w:p>
      <w:r>
        <w:rPr>
          <w:b/>
        </w:rPr>
        <w:t xml:space="preserve">[29:25] </w:t>
      </w:r>
      <w:r>
        <w:t>to is safar ke liye woh tayyar ho. Allah taala mujh ko aur aap ko agle safar ke liye tayyari ki tofeeq de.</w:t>
      </w:r>
    </w:p>
    <w:p>
      <w:pPr>
        <w:jc w:val="right"/>
      </w:pPr>
      <w:r>
        <w:t>تو اس سفر کے لیے وہ تیار ہو۔ اللہ تعالیٰ مجھ کو اور آپ کو اگلے سفر کے لیے تیاری کی توفیق دے۔</w:t>
      </w:r>
    </w:p>
    <w:p>
      <w:r>
        <w:rPr>
          <w:b/>
        </w:rPr>
        <w:t xml:space="preserve">[29:40] </w:t>
      </w:r>
      <w:r>
        <w:t>Assalam o alaikum wa rehmatullah.</w:t>
      </w:r>
    </w:p>
    <w:p>
      <w:pPr>
        <w:jc w:val="right"/>
      </w:pPr>
      <w:r>
        <w:t>السلام علیکم ورحمۃ اللہ۔</w:t>
      </w:r>
    </w:p>
    <w:p>
      <w:r>
        <w:rPr>
          <w:b/>
        </w:rPr>
        <w:t xml:space="preserve">[29:56] </w:t>
      </w:r>
      <w:r>
        <w:t>Aap is ko ayat ka tarjuma parh dijiye.</w:t>
      </w:r>
    </w:p>
    <w:p>
      <w:pPr>
        <w:jc w:val="right"/>
      </w:pPr>
      <w:r>
        <w:t>آپ اس کو آیت کا ترجمہ پڑھ دیجئے۔</w:t>
      </w:r>
    </w:p>
    <w:p>
      <w:r>
        <w:rPr>
          <w:b/>
        </w:rPr>
        <w:t xml:space="preserve">[30:17] </w:t>
      </w:r>
      <w:r>
        <w:t>wa mayyatullah wal rasool folaikama allazeena an'amallahu alaihim minan nabiyyeena was siddiqeena wa shuhadaa'i wa salihina wa husna ulaa'ika rafeeqah.</w:t>
      </w:r>
    </w:p>
    <w:p>
      <w:pPr>
        <w:jc w:val="right"/>
      </w:pPr>
      <w:r>
        <w:t>ومیت اللہ والرسول فولائکما الذین انعم اللہ علیہم من النبیین وصدیقین وشہداء وصالحین وحسن اولائک رفیقہ۔</w:t>
      </w:r>
    </w:p>
    <w:p>
      <w:r>
        <w:rPr>
          <w:b/>
        </w:rPr>
        <w:t xml:space="preserve">[30:29] </w:t>
      </w:r>
      <w:r>
        <w:t>Aur jo Allah aur Rasool ki itaat karega, woh un logon ke saath hoga jin par Allah ne inaam kiya, yaani peghambar aur siddiq aur shaheed aur saalih.</w:t>
      </w:r>
    </w:p>
    <w:p>
      <w:pPr>
        <w:jc w:val="right"/>
      </w:pPr>
      <w:r>
        <w:t>اور جو اللہ اور رسول کی اطاعت کرے گا، وہ ان لوگوں کے ساتھ ہوگا جن پر اللہ نے انعام کیا، یعنی پیغمبر اور صدیق اور شہید اور صالح۔</w:t>
      </w:r>
    </w:p>
    <w:p>
      <w:r>
        <w:rPr>
          <w:b/>
        </w:rPr>
        <w:t xml:space="preserve">[30:41] </w:t>
      </w:r>
      <w:r>
        <w:t>Kaisi achhi hai un ki rifaqat!</w:t>
      </w:r>
    </w:p>
    <w:p>
      <w:pPr>
        <w:jc w:val="right"/>
      </w:pPr>
      <w:r>
        <w:t>کیسی اچھی ہے ان کی رفاقت!</w:t>
      </w:r>
    </w:p>
    <w:p>
      <w:r>
        <w:rPr>
          <w:b/>
        </w:rPr>
        <w:t xml:space="preserve">[30:45] </w:t>
      </w:r>
      <w:r>
        <w:t>Dekhiye, is ayat se yeh yeh nikalta hai</w:t>
      </w:r>
    </w:p>
    <w:p>
      <w:pPr>
        <w:jc w:val="right"/>
      </w:pPr>
      <w:r>
        <w:t>دیکھیے، اس آیت سے یہ یہ نکلتا ہے</w:t>
      </w:r>
    </w:p>
    <w:p>
      <w:r>
        <w:rPr>
          <w:b/>
        </w:rPr>
        <w:t xml:space="preserve">[30:53] </w:t>
      </w:r>
      <w:r>
        <w:t>ke paradise jo hai, woh ek bahut hi sacred logon ka neighborhood hai.</w:t>
      </w:r>
    </w:p>
    <w:p>
      <w:pPr>
        <w:jc w:val="right"/>
      </w:pPr>
      <w:r>
        <w:t>کہ پیرڈائز جو ہے، وہ ایک بہت ہی سیکٹرڈ لوگوں کا نیبرہڈ ہے۔</w:t>
      </w:r>
    </w:p>
    <w:p>
      <w:r>
        <w:rPr>
          <w:b/>
        </w:rPr>
        <w:t xml:space="preserve">[31:05] </w:t>
      </w:r>
      <w:r>
        <w:t>Woh chaar category ke log honge. Poori history se chaar category ke logon ko ikattha kiya jayega,</w:t>
      </w:r>
    </w:p>
    <w:p>
      <w:pPr>
        <w:jc w:val="right"/>
      </w:pPr>
      <w:r>
        <w:t>وہ چار کیٹگری کے لوگ ہوں گے۔ پوری ہسٹری سے چار کیٹگری کے لوگوں کو اکٹھا کیا جائے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