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Dars-e-Quran, Chapter 2, Verses 83-86, July 8, 2018</w:t>
      </w:r>
    </w:p>
    <w:p>
      <w:r>
        <w:t>https://www.youtube.com/watch?v=lMYyBKzipJI</w:t>
      </w:r>
    </w:p>
    <w:p>
      <w:r>
        <w:rPr>
          <w:b/>
        </w:rPr>
        <w:t xml:space="preserve">[00:10] </w:t>
      </w:r>
      <w:r>
        <w:t>Bismillah Rehmanur Rahim, wa salla Allahu ala nabiyyil kareem. Rabb ishrah li sadri, wa yassir li amri,</w:t>
      </w:r>
    </w:p>
    <w:p>
      <w:pPr>
        <w:jc w:val="right"/>
      </w:pPr>
      <w:r>
        <w:t>بسم اللہ الرحمن الرحیم، وصلی اللہ علی النبی الکریم۔ رب اشرح لی صدری، ویسر لی امری،</w:t>
      </w:r>
    </w:p>
    <w:p>
      <w:r>
        <w:rPr>
          <w:b/>
        </w:rPr>
        <w:t xml:space="preserve">[00:25] </w:t>
      </w:r>
      <w:r>
        <w:t>wah-lul uqdata min lisani yafqahu qawli. 8 July 2018.</w:t>
      </w:r>
    </w:p>
    <w:p>
      <w:pPr>
        <w:jc w:val="right"/>
      </w:pPr>
      <w:r>
        <w:t>واحل العقدۃ من لسانی یفقہ قولی۔ 8 جولائی 2018۔</w:t>
      </w:r>
    </w:p>
    <w:p>
      <w:r>
        <w:rPr>
          <w:b/>
        </w:rPr>
        <w:t xml:space="preserve">[00:37] </w:t>
      </w:r>
      <w:r>
        <w:t>Aaj Hazrat Baqarah Quran ka ek ruku parha jayega, aur us ki tashreeh ki jayegi, inshallah.</w:t>
      </w:r>
    </w:p>
    <w:p>
      <w:pPr>
        <w:jc w:val="right"/>
      </w:pPr>
      <w:r>
        <w:t>آج حضرت بامبل قرآن کا ایک رکوع پڑھا جائے گا، اور اس کی تشریح کی جائے گی، انشاءاللہ۔</w:t>
      </w:r>
    </w:p>
    <w:p>
      <w:r>
        <w:rPr>
          <w:b/>
        </w:rPr>
        <w:t xml:space="preserve">[00:51] </w:t>
      </w:r>
      <w:r>
        <w:t>Bismillah Rehmanur Rahim. Wa izha khazna meethaq Bani Israel la ta'abudoona illallaha wa bil walidayni ihsanan, wa zil qurba wal yataama wal masakeen,</w:t>
      </w:r>
    </w:p>
    <w:p>
      <w:pPr>
        <w:jc w:val="right"/>
      </w:pPr>
      <w:r>
        <w:t>بسم اللہ الرحمن الرحیم۔ وإذا خذنا ميثاق بنی اسرائیل لا تعبدون إلا الله وبالوالدین إحسانًا، وذي القربى والیتامى والمساکين،</w:t>
      </w:r>
    </w:p>
    <w:p>
      <w:r>
        <w:rPr>
          <w:b/>
        </w:rPr>
        <w:t xml:space="preserve">[01:05] </w:t>
      </w:r>
      <w:r>
        <w:t>wa qooloo linnaasi husnan wa aqeemus salata wa aatuz zakata, thumma tawallaytum illa qaleelan minkum wa antum mu'ridoon.</w:t>
      </w:r>
    </w:p>
    <w:p>
      <w:pPr>
        <w:jc w:val="right"/>
      </w:pPr>
      <w:r>
        <w:t>وقولوا للناس حسنًا وأقيموا الصلاة وأتوا الزكاة، ثم توليتم إلا قليلًا منكم وأنتم معرضون.</w:t>
      </w:r>
    </w:p>
    <w:p>
      <w:r>
        <w:rPr>
          <w:b/>
        </w:rPr>
        <w:t xml:space="preserve">[01:15] </w:t>
      </w:r>
      <w:r>
        <w:t>Wa izha akhazna meethaqakum la tasfaqoona dimaa'akum wa la tukhrijoona anfusakum min diyarikum, thumma aqrartum wa antum tashhadoon, thumma antum haa'ulaa'i taqtuloona anfusakum wa tukhrijoona fareeqan minkum min diyarim tuthahiroona alaihim bil ismi wal udwani,</w:t>
      </w:r>
    </w:p>
    <w:p>
      <w:pPr>
        <w:jc w:val="right"/>
      </w:pPr>
      <w:r>
        <w:t>وإذا أخذنا ميثاقكم لا تسبقون دماءكم ولا تخرجون أنفسكم من دياركم، ثم أقررتم وأنتم تشهدون، ثم أنتم هؤلاء تقتلون أنفسكم وتخرجون فريقًا منكم من ديارهم تظاهرون عليهم بالإثم والعدوان،</w:t>
      </w:r>
    </w:p>
    <w:p>
      <w:r>
        <w:rPr>
          <w:b/>
        </w:rPr>
        <w:t xml:space="preserve">[01:35] </w:t>
      </w:r>
      <w:r>
        <w:t>wa in ya'tookum usaara tafadoohum wa huwa muharramun alaikum ikhrajuhum, afatu'minoona bi ba'dhil kitabi wa takfuroona bi ba'dh, fa ma jaza'u man yaf'alu zaalika minkum illa khizyun fil hayati dunya,</w:t>
      </w:r>
    </w:p>
    <w:p>
      <w:pPr>
        <w:jc w:val="right"/>
      </w:pPr>
      <w:r>
        <w:t>وإن يأتوكم أسارى تفادوهم وهو محرم عليكم إخراجهم، أفتؤمنون ببعض الكتاب وتكفرون ببعض، فما جزاء من يفعل ذلك منكم إلا خزي في الحياة الدنيا،</w:t>
      </w:r>
    </w:p>
    <w:p>
      <w:r>
        <w:rPr>
          <w:b/>
        </w:rPr>
        <w:t xml:space="preserve">[01:51] </w:t>
      </w:r>
      <w:r>
        <w:t>wa yawmal qiyamati yuraddoona ila ashaddil azabi, wa Allahu bighaflin amma ta'maloona.</w:t>
      </w:r>
    </w:p>
    <w:p>
      <w:pPr>
        <w:jc w:val="right"/>
      </w:pPr>
      <w:r>
        <w:t>ويوم القيامة يردون إلى أشد العذاب، وما الله بغافل عما تعملون.</w:t>
      </w:r>
    </w:p>
    <w:p>
      <w:r>
        <w:rPr>
          <w:b/>
        </w:rPr>
        <w:t xml:space="preserve">[01:58] </w:t>
      </w:r>
      <w:r>
        <w:t>Ulaa'ikal lazeenash tarawl hayata dunya bil akhirati fala yukhaffafu anhumul azabu wa la hum yunsaroon. Surah Al Baqarah chapter number two, verse number 83 to 86.</w:t>
      </w:r>
    </w:p>
    <w:p>
      <w:pPr>
        <w:jc w:val="right"/>
      </w:pPr>
      <w:r>
        <w:t>أولئك الذين اشتروا الحياة الدنيا بالآخرة فلا يخفف عنهم العذاب ولا هم ينصرون. سورہ البقرہ چیپٹر نمبر ٹو، ورس نمبر 83 ٹو 86۔</w:t>
      </w:r>
    </w:p>
    <w:p>
      <w:r>
        <w:rPr>
          <w:b/>
        </w:rPr>
        <w:t xml:space="preserve">[02:14] </w:t>
      </w:r>
      <w:r>
        <w:t>Aur jab hum ne Bani Israel se ahad liya ke tum Allah ke siwa kisi ki ibadat na karoge, aur nek sulook karoge maa baap ke saath, qaraabat daaroun ke saath, yateemon aur miskeenon ke saath,</w:t>
      </w:r>
    </w:p>
    <w:p>
      <w:pPr>
        <w:jc w:val="right"/>
      </w:pPr>
      <w:r>
        <w:t>اور جب ہم نے بنی اسرائیل سے عہد لیا کہ تم اللہ کے سوا کسی کی عبادت نہ کرو گے، اور نیک سلوک کرو گے ماں باپ کے ساتھ، قرابت داروں کے ساتھ، یتیموں اور مسکینوں کے ساتھ،</w:t>
      </w:r>
    </w:p>
    <w:p>
      <w:r>
        <w:rPr>
          <w:b/>
        </w:rPr>
        <w:t xml:space="preserve">[02:30] </w:t>
      </w:r>
      <w:r>
        <w:t>aur yeh ke logon se achhi baat kaho, aur namaz qaim karo, aur zakaat ada karo, phir tum is se phir gaye siwa thode logon ke, aur tum iqraar kar ke is se hat jaane wale log ho.</w:t>
      </w:r>
    </w:p>
    <w:p>
      <w:pPr>
        <w:jc w:val="right"/>
      </w:pPr>
      <w:r>
        <w:t>اور یہ کہ لوگوں سے اچھی بات کہو، اور نماز قائم کرو، اور زکوٰۃ ادا کرو، پھر تم اس سے پھر گئے سوا تھوڑے لوگوں کے، اور تم اقرار کر کے اس سے ہٹ جانے والے لوگ ہو۔</w:t>
      </w:r>
    </w:p>
    <w:p>
      <w:r>
        <w:rPr>
          <w:b/>
        </w:rPr>
        <w:t xml:space="preserve">[02:43] </w:t>
      </w:r>
      <w:r>
        <w:t>Aur jab hum ne tum se yeh ahad liya ke tum apnon ka khoon na na bahao ge, aur apne logon ko apni bastiyon se na nikalo ge, to phir tum ne iqraar kiya, aur tum is is iqraar tum is ke gawah ho.</w:t>
      </w:r>
    </w:p>
    <w:p>
      <w:pPr>
        <w:jc w:val="right"/>
      </w:pPr>
      <w:r>
        <w:t>اور جب ہم نے تم سے یہ عہد لیا کہ تم اپنوں کا خون نہ نہ بہاؤ گے، اور اپنے لوگوں کو اپنی بستیوں سے نہ نکالو گے، تو پھر تم نے اقرار کیا، اور تم اس تم اس اقرار تم اس کے گواہ ہو۔</w:t>
      </w:r>
    </w:p>
    <w:p>
      <w:r>
        <w:rPr>
          <w:b/>
        </w:rPr>
        <w:t xml:space="preserve">[02:58] </w:t>
      </w:r>
      <w:r>
        <w:t>Phir tum hi woh log ho ke apnon ko qatl karte ho, aur apne hi ek giroh ko un ki bastiyon se nikalte ho. Tum un ke muqable mein un ke dushmanon ki madad karte ho, gunah aur zulm ke saath.</w:t>
      </w:r>
    </w:p>
    <w:p>
      <w:pPr>
        <w:jc w:val="right"/>
      </w:pPr>
      <w:r>
        <w:t>پھر تم ہی وہ لوگ ہو کہ اپنوں کو قتل کرتے ہو، اور اپنے ہی ایک گروہ کو ان کی بستیوں سے نکالتے ہو۔ تم ان کے مقابلے میں ان کے دشمنوں کی مدد کرتے ہو، گناہ اور ظلم کے ساتھ۔</w:t>
      </w:r>
    </w:p>
    <w:p>
      <w:r>
        <w:rPr>
          <w:b/>
        </w:rPr>
        <w:t xml:space="preserve">[03:10] </w:t>
      </w:r>
      <w:r>
        <w:t>Phir agar woh tumhare paas qaid ho kar aate hain to tum fidiya de kar un ko chhudate ho, haalankeh khud un ka nikalna tumhare upar haram tha.</w:t>
      </w:r>
    </w:p>
    <w:p>
      <w:pPr>
        <w:jc w:val="right"/>
      </w:pPr>
      <w:r>
        <w:t>پھر اگر وہ تمہارے پاس قید ہو کر آتے ہیں تو تم فدیہ دے کر ان کو چھڑاتے ہو، حالانکہ خود ان کا نکالنا تمہارے اوپر حرام تھا۔</w:t>
      </w:r>
    </w:p>
    <w:p>
      <w:r>
        <w:rPr>
          <w:b/>
        </w:rPr>
        <w:t xml:space="preserve">[03:20] </w:t>
      </w:r>
      <w:r>
        <w:t>Kya tum Allah kitaab ilahi ke ek hisse ko mante ho aur ek hisse ka inkaar karte ho? Pas tum mein se jo log aisa karein un ki saza is ke siwa kya hai ke un ko dunya ki zindagi mein ruswai ho, aur qayamat ke din un ko sakht azab mein daal diya jaye,</w:t>
      </w:r>
    </w:p>
    <w:p>
      <w:pPr>
        <w:jc w:val="right"/>
      </w:pPr>
      <w:r>
        <w:t>کیا تم اللہ کتاب الہی کے ایک حصے کو مانتے ہو اور ایک حصے کا انکار کرتے ہو؟ پس تم میں سے جو لوگ ایسا کریں ان کی سزا اس کے سوا کیا ہے کہ ان کو دنیا کی زندگی میں رسوائی ہو، اور قیامت کے دن ان کو سخت عذاب میں ڈال دیا جائے،</w:t>
      </w:r>
    </w:p>
    <w:p>
      <w:r>
        <w:rPr>
          <w:b/>
        </w:rPr>
        <w:t xml:space="preserve">[03:38] </w:t>
      </w:r>
      <w:r>
        <w:t>aur Allah is cheez se be khabar nahi jo tum kar rahe ho. Yahi log hain jinhone akhirat ke badle dunya ki zindagi khareedi, pas na un ka azab halka kiya jayega aur na un ko madad pah</w:t>
      </w:r>
    </w:p>
    <w:p>
      <w:pPr>
        <w:jc w:val="right"/>
      </w:pPr>
      <w:r>
        <w:t>اور اللہ اس چیز سے بے خبر نہیں جو تم کر رہے ہو۔ یہی لوگ ہیں جنہوں نے آخرت کے بدلے دنیا کی زندگی خریدی، پس نہ ان کا عذاب ہلکا کیا جائے گا اور نہ ان کو مدد پہنچ</w:t>
      </w:r>
    </w:p>
    <w:p>
      <w:r>
        <w:rPr>
          <w:b/>
        </w:rPr>
        <w:t xml:space="preserve">[03:51] </w:t>
      </w:r>
      <w:r>
        <w:t>e gi. dekhiye, quran ki enayaton mein yahood ka zikr hai. is mein bataya gaya hai ke yahood se ahad liya gaya, iqrar liya gaya,</w:t>
      </w:r>
    </w:p>
    <w:p>
      <w:pPr>
        <w:jc w:val="right"/>
      </w:pPr>
      <w:r>
        <w:t>ے گی۔ دیکھیے، قرآن کی عنایتوں میں یہود کا ذکر ہے۔ اس میں بتایا گیا ہے کہ یہود سے عہد لیا گیا، اقرار لیا گیا،</w:t>
      </w:r>
    </w:p>
    <w:p>
      <w:r>
        <w:rPr>
          <w:b/>
        </w:rPr>
        <w:t xml:space="preserve">[04:08] </w:t>
      </w:r>
      <w:r>
        <w:t>phir iqrar karne ke baad woh phir gaye aur iqrar ke khilaf karne lagay.</w:t>
      </w:r>
    </w:p>
    <w:p>
      <w:pPr>
        <w:jc w:val="right"/>
      </w:pPr>
      <w:r>
        <w:t>پھر اقرار کرنے کے بعد وہ پھر گئے اور اقرار کے خلاف کرنے لگے۔</w:t>
      </w:r>
    </w:p>
    <w:p>
      <w:r>
        <w:rPr>
          <w:b/>
        </w:rPr>
        <w:t xml:space="preserve">[04:16] </w:t>
      </w:r>
      <w:r>
        <w:t>to is ka matlab yeh nahi hai ke idhar iqrar hua, idhar munkir ban gaye. woh yeh darwazay se aaye, iqrar karte hue, is darwazay se nikal gaye, phir ke nikal gaye.</w:t>
      </w:r>
    </w:p>
    <w:p>
      <w:pPr>
        <w:jc w:val="right"/>
      </w:pPr>
      <w:r>
        <w:t>تو اس کا مطلب یہ نہیں ہے کہ ادھر اقرار ہوا، ادھر منکر بن گئے۔ وہ یہ دروازے سے آئے، اقرار کرتے ہوئے، اس دروازے سے نکل گئے، پھر کے نکل گئے۔</w:t>
      </w:r>
    </w:p>
    <w:p>
      <w:r>
        <w:rPr>
          <w:b/>
        </w:rPr>
        <w:t xml:space="preserve">[04:30] </w:t>
      </w:r>
      <w:r>
        <w:t>yeh matlab nahi hai is ka. yeh do naslon ki baat hai. iqrar shuru ki naslon se hua tha, phir aur naslein paida huien, aur yani baap ke bete, bete ke pote.</w:t>
      </w:r>
    </w:p>
    <w:p>
      <w:pPr>
        <w:jc w:val="right"/>
      </w:pPr>
      <w:r>
        <w:t>یہ مطلب نہیں ہے اس کا۔ یہ دو نسلوں کی بات ہے۔ اقرار شروع کی نسلوں سے ہوا تھا، پھر اور نسلیں پیدا ہوئیں، اور یعنی باپ کے بیٹے، بیٹے کے پوتے۔</w:t>
      </w:r>
    </w:p>
    <w:p>
      <w:r>
        <w:rPr>
          <w:b/>
        </w:rPr>
        <w:t xml:space="preserve">[04:48] </w:t>
      </w:r>
      <w:r>
        <w:t>to dheere dheere un mein degeneration aaya. degeneration to ibtidai naslon ne to iqrar kiya tha, lekin baad ki naslein jin mein degeneration aa chuka tha, to woh phir gaye.</w:t>
      </w:r>
    </w:p>
    <w:p>
      <w:pPr>
        <w:jc w:val="right"/>
      </w:pPr>
      <w:r>
        <w:t>تو دھیرے دھیرے ان میں ڈی جنریشن آیا۔ ڈی جنریشن تو ابتدائی نسلوں نے تو اقرار کیا تھا، لیکن بعد کی نسلیں جن میں ڈی جنریشن آ چکا تھا، تو وہ پھر گئے۔</w:t>
      </w:r>
    </w:p>
    <w:p>
      <w:r>
        <w:rPr>
          <w:b/>
        </w:rPr>
        <w:t xml:space="preserve">[05:05] </w:t>
      </w:r>
      <w:r>
        <w:t>yeh matlab hai is ka.</w:t>
      </w:r>
    </w:p>
    <w:p>
      <w:pPr>
        <w:jc w:val="right"/>
      </w:pPr>
      <w:r>
        <w:t>یہ مطلب ہے اس کا۔</w:t>
      </w:r>
    </w:p>
    <w:p>
      <w:r>
        <w:rPr>
          <w:b/>
        </w:rPr>
        <w:t xml:space="preserve">[05:09] </w:t>
      </w:r>
      <w:r>
        <w:t>kyun ke aisa hota nahi, aisa kabhi ho sakta hai ke is darwazay se aayein, iqrar karte hue, is darwazay se nikal jayein, munkir bankar ke.</w:t>
      </w:r>
    </w:p>
    <w:p>
      <w:pPr>
        <w:jc w:val="right"/>
      </w:pPr>
      <w:r>
        <w:t>کیونکہ ایسا ہوتا نہیں، ایسا کبھی ہو سکتا ہے کہ اس دروازے سے آئیں، اقرار کرتے ہوئے، اس دروازے سے نکل جائیں، منکر بن کر کے۔</w:t>
      </w:r>
    </w:p>
    <w:p>
      <w:r>
        <w:rPr>
          <w:b/>
        </w:rPr>
        <w:t xml:space="preserve">[05:19] </w:t>
      </w:r>
      <w:r>
        <w:t>aisa nahi hota. jo hota hai amalan fitri andaaz mein, woh matlab liya jayega. yahan</w:t>
      </w:r>
    </w:p>
    <w:p>
      <w:pPr>
        <w:jc w:val="right"/>
      </w:pPr>
      <w:r>
        <w:t>ایسا نہیں ہوتا۔ جو ہوتا ہے عملاً فطری انداز میں، وہ مطلب لیا جائے گا۔ یہاں</w:t>
      </w:r>
    </w:p>
    <w:p>
      <w:r>
        <w:rPr>
          <w:b/>
        </w:rPr>
        <w:t xml:space="preserve">[05:29] </w:t>
      </w:r>
      <w:r>
        <w:t>to is par aur deep mein jaiye, aur sochiye, aur sochiye to aap payenge ke is mein yahood ke ulma ke ek khaas ghalati ke point out kiya gaya hai.</w:t>
      </w:r>
    </w:p>
    <w:p>
      <w:pPr>
        <w:jc w:val="right"/>
      </w:pPr>
      <w:r>
        <w:t>تو اس پر اور ڈیپ میں جائیے، اور سوچیے، اور سوچیے تو آپ پائیں گے کہ اس میں یہود کے علماء کے ایک خاص غلطی کے پوائنٹ آؤٹ کیا گیا ہے۔</w:t>
      </w:r>
    </w:p>
    <w:p>
      <w:r>
        <w:rPr>
          <w:b/>
        </w:rPr>
        <w:t xml:space="preserve">[05:51] </w:t>
      </w:r>
      <w:r>
        <w:t>yahood ke ulma ki ek khaas ghalati ko point out kiya gaya hai. woh ghalati kya thi? yahood ki baad ki generation jis mein girawat aayi,</w:t>
      </w:r>
    </w:p>
    <w:p>
      <w:pPr>
        <w:jc w:val="right"/>
      </w:pPr>
      <w:r>
        <w:t>یہود کے علماء کی ایک خاص غلطی کو پوائنٹ آؤٹ کیا گیا ہے۔ وہ غلطی کیا تھی؟ یہود کی بعد کی جنریشن جس میں گراوٹ آئی،</w:t>
      </w:r>
    </w:p>
    <w:p>
      <w:r>
        <w:rPr>
          <w:b/>
        </w:rPr>
        <w:t xml:space="preserve">[06:10] </w:t>
      </w:r>
      <w:r>
        <w:t>yani baap logon mein nahi, baad ke logon mein nahi, bete, pote, nawase, woh jo nai nasl bani, un mein aayi girawat.</w:t>
      </w:r>
    </w:p>
    <w:p>
      <w:pPr>
        <w:jc w:val="right"/>
      </w:pPr>
      <w:r>
        <w:t>یعنی باپ لوگوں میں نہیں، بعد کے لوگوں میں نہیں، بیٹے، پوتے، نواسے، وہ جو نئی نسل بنی، ان میں آئی گراوٹ۔</w:t>
      </w:r>
    </w:p>
    <w:p>
      <w:r>
        <w:rPr>
          <w:b/>
        </w:rPr>
        <w:t xml:space="preserve">[06:23] </w:t>
      </w:r>
      <w:r>
        <w:t>to ulma ne is waqt, is waqt ke ulma ne, woh bhi pehle ulma nahi, pehle daur ke ulma mein nahi, baad ke daur ke ulma ne is waqt apni zimmedari ko ada nahi kiya.</w:t>
      </w:r>
    </w:p>
    <w:p>
      <w:pPr>
        <w:jc w:val="right"/>
      </w:pPr>
      <w:r>
        <w:t>تو علماء نے اس وقت، اس وقت کے علماء نے، وہ بھی پہلے علماء نہیں، پہلے دور کے علماء میں نہیں، بعد کے دور کے علماء نے اس وقت اپنی ذمہ داری کو ادا نہیں کیا۔</w:t>
      </w:r>
    </w:p>
    <w:p>
      <w:r>
        <w:rPr>
          <w:b/>
        </w:rPr>
        <w:t xml:space="preserve">[06:39] </w:t>
      </w:r>
      <w:r>
        <w:t>yeh hai baat kahi gayi is mein.</w:t>
      </w:r>
    </w:p>
    <w:p>
      <w:pPr>
        <w:jc w:val="right"/>
      </w:pPr>
      <w:r>
        <w:t>یہ ہے بات کہی گئی اس میں۔</w:t>
      </w:r>
    </w:p>
    <w:p>
      <w:r>
        <w:rPr>
          <w:b/>
        </w:rPr>
        <w:t xml:space="preserve">[06:43] </w:t>
      </w:r>
      <w:r>
        <w:t>aisa nahi ke idhar iqrar hua, idhar inkar hua. balkeh is ka matlab yeh hai ke iqrar kar ke ek ummat bani, unhon ne peghambaron ko mana, peghambaron ki baat ko mana,</w:t>
      </w:r>
    </w:p>
    <w:p>
      <w:pPr>
        <w:jc w:val="right"/>
      </w:pPr>
      <w:r>
        <w:t>ایسا نہیں کہ ادھر اقرار ہوا، ادھر انکار ہوا۔ بلکہ اس کا مطلب یہ ہے کہ اقرار کر کے ایک امت بنی، انہوں نے پیغمبروں کو مانا، پیغمبروں کی بات کو مانا،</w:t>
      </w:r>
    </w:p>
    <w:p>
      <w:r>
        <w:rPr>
          <w:b/>
        </w:rPr>
        <w:t xml:space="preserve">[06:59] </w:t>
      </w:r>
      <w:r>
        <w:t>is par chalne lagay. lekin jo baad ki naslein paida huien, baad ki naslon mein fitri taur par, yeh fitri taur par hota hai, fata'ala alaihim.</w:t>
      </w:r>
    </w:p>
    <w:p>
      <w:pPr>
        <w:jc w:val="right"/>
      </w:pPr>
      <w:r>
        <w:t>اس پر چلنے لگے۔ لیکن جو بعد کی نسلیں پیدا ہوئیں، بعد کی نسلوں میں فطری طور پر، یہ فطری طور پر ہوتا ہے، فتعلیٰ علیہم۔</w:t>
      </w:r>
    </w:p>
    <w:p>
      <w:r>
        <w:rPr>
          <w:b/>
        </w:rPr>
        <w:t xml:space="preserve">[07:12] </w:t>
      </w:r>
      <w:r>
        <w:t>alaihim amd, tul amd se aati hai girawat. tul amd, fata'ala alaihim al-amd.</w:t>
      </w:r>
    </w:p>
    <w:p>
      <w:pPr>
        <w:jc w:val="right"/>
      </w:pPr>
      <w:r>
        <w:t>علیہم امد، طول امد سے آتی ہے گراوٹ۔ طول امد، فتعلیٰ علیہم الامد۔</w:t>
      </w:r>
    </w:p>
    <w:p>
      <w:r>
        <w:rPr>
          <w:b/>
        </w:rPr>
        <w:t xml:space="preserve">[07:23] </w:t>
      </w:r>
      <w:r>
        <w:t>to is ko achhe se samajh lijiye ke is ka yeh matlab nahi ke pehle hi nasl mein girawat aa gayi. nahi, tul amd ke baad baad ki naslon mein girawat aayi.</w:t>
      </w:r>
    </w:p>
    <w:p>
      <w:pPr>
        <w:jc w:val="right"/>
      </w:pPr>
      <w:r>
        <w:t>تو اس کو اچھے سے سمجھ لیجئے کہ اس کا یہ مطلب نہیں کہ پہلے ہی نسل میں گراوٹ آ گئی۔ نہیں، طول امد کے بعد بعد کی نسلوں میں گراوٹ آئی۔</w:t>
      </w:r>
    </w:p>
    <w:p>
      <w:r>
        <w:rPr>
          <w:b/>
        </w:rPr>
        <w:t xml:space="preserve">[07:36] </w:t>
      </w:r>
      <w:r>
        <w:t>to tul amd ke baad aayi to kya hua? us waqt ke jo ulma thay, baad ke zamane ke ulma thay, unhon ne is ko apni zimmedari ko ada nahi kiya aur bimari badhta gaya, badhta gaya.</w:t>
      </w:r>
    </w:p>
    <w:p>
      <w:pPr>
        <w:jc w:val="right"/>
      </w:pPr>
      <w:r>
        <w:t>تو طول امد کے بعد آئی تو کیا ہوا؟ اس وقت کے جو علماء تھے، بعد کے زمانے کے علماء تھے، انہوں نے اس کو اپنی ذمہ داری کو ادا نہیں کیا اور بیمار بڑھتا گیا، بڑھتا گیا۔</w:t>
      </w:r>
    </w:p>
    <w:p>
      <w:r>
        <w:rPr>
          <w:b/>
        </w:rPr>
        <w:t xml:space="preserve">[07:53] </w:t>
      </w:r>
      <w:r>
        <w:t>ab is ko gehrai ke sath kijiye. to yeh surat-e-haal apply hoti hai khud ummat-e-muhammadi par. ummat-e-muhammadi mein bhi yahi hua aur yahi hoga fitri taur par ke shuru ke zamane ke jo ummat-e-muhammadi thi,</w:t>
      </w:r>
    </w:p>
    <w:p>
      <w:pPr>
        <w:jc w:val="right"/>
      </w:pPr>
      <w:r>
        <w:t>اب اس کو گہرائی کے ساتھ کیجئے۔ تو یہ صورتحال اپلائی ہوتی ہے خود امت محمدی پر۔ امت محمدی میں بھی یہی ہوا اور یہی ہوگا فطری طور پر کہ شروع کے زمانے کے جو امت محمدی تھی،</w:t>
      </w:r>
    </w:p>
    <w:p>
      <w:r>
        <w:rPr>
          <w:b/>
        </w:rPr>
        <w:t xml:space="preserve">[08:13] </w:t>
      </w:r>
      <w:r>
        <w:t>woh to right path par thi. phir bohat dinon tak un mein naslein paida huien, bohat dinon tak.</w:t>
      </w:r>
    </w:p>
    <w:p>
      <w:pPr>
        <w:jc w:val="right"/>
      </w:pPr>
      <w:r>
        <w:t>وہ تو رائٹ پاتھ پر تھی۔ پھر بہت دنوں تک ان میں نسلیں پیدا ہوئیں، بہت دنوں تک۔</w:t>
      </w:r>
    </w:p>
    <w:p>
      <w:r>
        <w:rPr>
          <w:b/>
        </w:rPr>
        <w:t xml:space="preserve">[08:22] </w:t>
      </w:r>
      <w:r>
        <w:t>to baad ko jo naslein paida huien, un mein girawat aayi. misaal ke taur par yeh ke deen ko unhon ne apna pride bana liya.</w:t>
      </w:r>
    </w:p>
    <w:p>
      <w:pPr>
        <w:jc w:val="right"/>
      </w:pPr>
      <w:r>
        <w:t>تو بعد کو جو نسلیں پیدا ہوئیں، ان میں گراوٹ آئی۔ مثلاً یہ کہ دین کو انہوں نے اپنا پرائیڈ بنا لیا۔</w:t>
      </w:r>
    </w:p>
    <w:p>
      <w:r>
        <w:rPr>
          <w:b/>
        </w:rPr>
        <w:t xml:space="preserve">[08:31] </w:t>
      </w:r>
      <w:r>
        <w:t>pride speed ke baad, baad bajaye woh form par chalne lagay. speed ke bajaye woh form par chalne lagay.</w:t>
      </w:r>
    </w:p>
    <w:p>
      <w:pPr>
        <w:jc w:val="right"/>
      </w:pPr>
      <w:r>
        <w:t>پرائیڈ اسپیڈ کے بعد، بعد بجائے وہ فارم پر چلنے لگے۔ اسپیڈ کے بجائے وہ فارم پر چلنے لگے۔</w:t>
      </w:r>
    </w:p>
    <w:p>
      <w:r>
        <w:rPr>
          <w:b/>
        </w:rPr>
        <w:t xml:space="preserve">[08:42] </w:t>
      </w:r>
      <w:r>
        <w:t>khud akhirat parasti ke bajaye un mein duniya parasti aa gayi. yeh sab hua. to jab yeh sab hua to yahan par sach poochhein to ummat-e-muslima ko khitab kiya gaya hai yahood ke hawale se.</w:t>
      </w:r>
    </w:p>
    <w:p>
      <w:pPr>
        <w:jc w:val="right"/>
      </w:pPr>
      <w:r>
        <w:t>خود آخرت پرستی کے بجائے ان میں خدا دنیا پرستی آ گئی۔ یہ سب ہوا۔ تو جب یہ سب ہوا تو یہاں پر سچ پوچھیں تو امت مسلمہ کو خطاب کیا گیا ہے یہود کے حوالے سے۔</w:t>
      </w:r>
    </w:p>
    <w:p>
      <w:r>
        <w:rPr>
          <w:b/>
        </w:rPr>
        <w:t xml:space="preserve">[09:00] </w:t>
      </w:r>
      <w:r>
        <w:t>yahood ke hawale se yeh bas wajah hai ke yahood ko condemn kiya gaya hai. nahi, ummat-e-muslima ke ulma ko un ki zimmedari yaad dilai gayi hai.</w:t>
      </w:r>
    </w:p>
    <w:p>
      <w:pPr>
        <w:jc w:val="right"/>
      </w:pPr>
      <w:r>
        <w:t>یہود کے حوالے سے یہ بس وجہ ہے کہ یہود کو کنڈیم کیا گیا ہے۔ نہیں، امت مسلمہ کے علماء کو ان کی ذمہ داری یاد دلائی گئی ہے۔</w:t>
      </w:r>
    </w:p>
    <w:p>
      <w:r>
        <w:rPr>
          <w:b/>
        </w:rPr>
        <w:t xml:space="preserve">[09:14] </w:t>
      </w:r>
      <w:r>
        <w:t>ummat-e-muslima ko ke ulma ko un ki zimmedari yaad dilai gayi hai. to khaas taur par total century mein, beesween sadi mein,</w:t>
      </w:r>
    </w:p>
    <w:p>
      <w:pPr>
        <w:jc w:val="right"/>
      </w:pPr>
      <w:r>
        <w:t>امت مسلمہ کو کے علماء کو ان کی ذمہ داری یاد دلائی گئی ہے۔ تو خاص طور پر ٹوٹل سنچری میں، بیسویں صدی میں،</w:t>
      </w:r>
    </w:p>
    <w:p>
      <w:r>
        <w:rPr>
          <w:b/>
        </w:rPr>
        <w:t xml:space="preserve">[09:29] </w:t>
      </w:r>
      <w:r>
        <w:t>yani musalman aik nasal bani, aik ummat bani, dunya bhar mein phaili. woh phir dhire dhire, dhire dhire un mein bigaad aaya.</w:t>
      </w:r>
    </w:p>
    <w:p>
      <w:pPr>
        <w:jc w:val="right"/>
      </w:pPr>
      <w:r>
        <w:t>یعنی مسلمان ایک نسل بنی، ایک امت بنی، دنیا بھر میں پھیلی۔ وہ پھر دھیرے دھیرے، دھیرے دھیرے ان میں بگاڑ آیا۔</w:t>
      </w:r>
    </w:p>
    <w:p>
      <w:r>
        <w:rPr>
          <w:b/>
        </w:rPr>
        <w:t xml:space="preserve">[09:41] </w:t>
      </w:r>
      <w:r>
        <w:t>aik nai nasal wajood mein aa gayi to degeneration hua. to jab yeh kuch ho gaya to mein samajhta hoon ke is ka culmination tha total century mein, beesveen sadi mein.</w:t>
      </w:r>
    </w:p>
    <w:p>
      <w:pPr>
        <w:jc w:val="right"/>
      </w:pPr>
      <w:r>
        <w:t>ایک نئی نسل وجود میں آ گئی تو ڈی جنریشن ہوا۔ تو جب یہ کچھ ہو گیا تو میں سمجھتا ہوں کہ اس کا کلمیشن تھا ٹوٹل سنچری میں، بیسویں صدی میں۔</w:t>
      </w:r>
    </w:p>
    <w:p>
      <w:r>
        <w:rPr>
          <w:b/>
        </w:rPr>
        <w:t xml:space="preserve">[09:56] </w:t>
      </w:r>
      <w:r>
        <w:t>is bigaad ka culmination</w:t>
      </w:r>
    </w:p>
    <w:p>
      <w:pPr>
        <w:jc w:val="right"/>
      </w:pPr>
      <w:r>
        <w:t>اس بگاڑ کا کلمیشن</w:t>
      </w:r>
    </w:p>
    <w:p>
      <w:r>
        <w:rPr>
          <w:b/>
        </w:rPr>
        <w:t xml:space="preserve">[10:01] </w:t>
      </w:r>
      <w:r>
        <w:t>to us waqt kya hua? hamare ulama ne sirf react kiya, sirf react. yani bajaye is ke ke case study karte,</w:t>
      </w:r>
    </w:p>
    <w:p>
      <w:pPr>
        <w:jc w:val="right"/>
      </w:pPr>
      <w:r>
        <w:t>تو اس وقت کیا ہوا؟ ہمارے علماء نے صرف ری ایکٹ کیا، صرف ری ایکٹ۔ یعنی بجائے اس کے کہ کیس اسٹڈی کرتے،</w:t>
      </w:r>
    </w:p>
    <w:p>
      <w:r>
        <w:rPr>
          <w:b/>
        </w:rPr>
        <w:t xml:space="preserve">[10:16] </w:t>
      </w:r>
      <w:r>
        <w:t>jane deep mein ja kar dekhte ke bigaad kyun aaya hai, kya is ka hal hai. bas react kiya. maslan</w:t>
      </w:r>
    </w:p>
    <w:p>
      <w:pPr>
        <w:jc w:val="right"/>
      </w:pPr>
      <w:r>
        <w:t>جان ڈیپ میں جا کر دیکھتے کہ بگاڑ کیوں آیا ہے، کیا اس کا حل ہے۔ بس ری ایکٹ کیا۔ مثلاً</w:t>
      </w:r>
    </w:p>
    <w:p>
      <w:r>
        <w:rPr>
          <w:b/>
        </w:rPr>
        <w:t xml:space="preserve">[10:28] </w:t>
      </w:r>
      <w:r>
        <w:t>kuch ulama ne kaha ke yeh yeh universities aur college jo hain, yeh qatl qatl gaah hain. hamare naujawanon ko qatl kiye ja rahe hain.</w:t>
      </w:r>
    </w:p>
    <w:p>
      <w:pPr>
        <w:jc w:val="right"/>
      </w:pPr>
      <w:r>
        <w:t>کچھ علماء نے کہا کہ یہ یہ یونیورسٹیاں اور کالج جو ہیں، یہ قتل قتل گاہ ہیں۔ ہمارے نوجوانوں کو قتل کیے جا رہے ہیں۔</w:t>
      </w:r>
    </w:p>
    <w:p>
      <w:r>
        <w:rPr>
          <w:b/>
        </w:rPr>
        <w:t xml:space="preserve">[10:40] </w:t>
      </w:r>
      <w:r>
        <w:t>batayi, kuch ulama ne yeh kiya ke unhon ne kaha ke radd babakna, yeh to irtidad ka case hai.</w:t>
      </w:r>
    </w:p>
    <w:p>
      <w:pPr>
        <w:jc w:val="right"/>
      </w:pPr>
      <w:r>
        <w:t>بتائی، کچھ علماء نے یہ کیا کہ انہوں نے کہا کہ ردت بابکنا، یہ تو ارتداد کا کیس ہے۔</w:t>
      </w:r>
    </w:p>
    <w:p>
      <w:r>
        <w:rPr>
          <w:b/>
        </w:rPr>
        <w:t xml:space="preserve">[10:48] </w:t>
      </w:r>
      <w:r>
        <w:t>sadr murtad ho rahe hain. aik shair the, unhon ne kaha ke bachon ke kabhi qatl se badnaam na hota.</w:t>
      </w:r>
    </w:p>
    <w:p>
      <w:pPr>
        <w:jc w:val="right"/>
      </w:pPr>
      <w:r>
        <w:t>صدر مرتد ہو رہے ہیں۔ ایک شاعر تھے، انہوں نے کہا کہ بچوں کے کبھی قتل سے بدنام نہ ہوتا۔</w:t>
      </w:r>
    </w:p>
    <w:p>
      <w:r>
        <w:rPr>
          <w:b/>
        </w:rPr>
        <w:t xml:space="preserve">[10:58] </w:t>
      </w:r>
      <w:r>
        <w:t>afsos ke firoun ko college ki na soojhi. to us waqt ke, yani total century ke sare ulama ne kya kiya? reaction, reaction, bura bhala kehna,</w:t>
      </w:r>
    </w:p>
    <w:p>
      <w:pPr>
        <w:jc w:val="right"/>
      </w:pPr>
      <w:r>
        <w:t>افسوس کہ فرعون کو کالج کی نہ سوجھی۔ تو اس وقت کے، یعنی ٹوٹل سنچری کے سارے علماء نے کیا کیا؟ ری ایکشن، ری ایکشن، برا بھلا کہنا،</w:t>
      </w:r>
    </w:p>
    <w:p>
      <w:r>
        <w:rPr>
          <w:b/>
        </w:rPr>
        <w:t xml:space="preserve">[11:12] </w:t>
      </w:r>
      <w:r>
        <w:t>fatwa dena. yeh nahi tha karna. yeh chahiye tha ke woh is ko sab se pehle case study ke taur par lete.</w:t>
      </w:r>
    </w:p>
    <w:p>
      <w:pPr>
        <w:jc w:val="right"/>
      </w:pPr>
      <w:r>
        <w:t>فتوی دینا۔ یہ نہیں تھا کرنا۔ یہ چاہیے تھا کہ وہ اس کو سب سے پہلے کیس اسٹڈی کے طور پر لیتے۔</w:t>
      </w:r>
    </w:p>
    <w:p>
      <w:r>
        <w:rPr>
          <w:b/>
        </w:rPr>
        <w:t xml:space="preserve">[11:24] </w:t>
      </w:r>
      <w:r>
        <w:t>woh deep study kar ke jante ke bigaad ki jar kya hai, jar kya hai.</w:t>
      </w:r>
    </w:p>
    <w:p>
      <w:pPr>
        <w:jc w:val="right"/>
      </w:pPr>
      <w:r>
        <w:t>وہ ڈیپ اسٹڈی کر کے جانتے کہ بگاڑ کی جڑ کیا ہے، جڑ کیا ہے۔</w:t>
      </w:r>
    </w:p>
    <w:p>
      <w:r>
        <w:rPr>
          <w:b/>
        </w:rPr>
        <w:t xml:space="preserve">[11:33] </w:t>
      </w:r>
      <w:r>
        <w:t>to bigaad ki ki jar agar janne ki koshish karte to maloom hota un ko ke asal baat doosri hai. yeh na to qatl gaah hai aur na yeh irtidad hai.</w:t>
      </w:r>
    </w:p>
    <w:p>
      <w:pPr>
        <w:jc w:val="right"/>
      </w:pPr>
      <w:r>
        <w:t>تو بگاڑ کی کی جڑ اگر جاننے کی کوشش کرتے تو معلوم ہوتا ان کو کہ اصل بات دوسری ہے۔ یہ نہ تو قتل گاہ ہے اور نہ یہ ارتداد ہے۔</w:t>
      </w:r>
    </w:p>
    <w:p>
      <w:r>
        <w:rPr>
          <w:b/>
        </w:rPr>
        <w:t xml:space="preserve">[11:46] </w:t>
      </w:r>
      <w:r>
        <w:t>yeh sab nahi hai. yeh mamla hai ke aaj ki jo generation hai, jo parhti hai college, university mein, woh hum hum jo kitabein un ko parhate hain, jo kitabein hum ne tayyar ki hain,</w:t>
      </w:r>
    </w:p>
    <w:p>
      <w:pPr>
        <w:jc w:val="right"/>
      </w:pPr>
      <w:r>
        <w:t>یہ سب نہیں ہے۔ یہ معاملہ ہے کہ آج کی جو جنریشن ہے، جو پڑھتی ہے کالجوں، یونیورسٹی میں، وہ ہم ہم جو کتابیں ان کو پڑھاتے ہیں، جو کتابیں ہم نے تیار کی ہیں،</w:t>
      </w:r>
    </w:p>
    <w:p>
      <w:r>
        <w:rPr>
          <w:b/>
        </w:rPr>
        <w:t xml:space="preserve">[12:05] </w:t>
      </w:r>
      <w:r>
        <w:t>woh un ke satisfactory level se kam hain. aaj jo kitabein tayyar kar ke un ko parhwa rahe hain madrasay mein ya universityon mein, to hamare naujawanon ka jo satisfactory level hai, us se kam hai.</w:t>
      </w:r>
    </w:p>
    <w:p>
      <w:pPr>
        <w:jc w:val="right"/>
      </w:pPr>
      <w:r>
        <w:t>وہ ان کے سیٹسفیکٹری لیول سے کم ہیں۔ آج جو کتابیں تیار کر کے ان کو پڑھوا رہے ہیں مدرسے میں یا یونیورسٹیوں میں، تو ہمارے نوجوانوں کا جو سیٹسفیکٹری لیول ہے، اس سے کم ہے۔</w:t>
      </w:r>
    </w:p>
    <w:p>
      <w:r>
        <w:rPr>
          <w:b/>
        </w:rPr>
        <w:t xml:space="preserve">[12:23] </w:t>
      </w:r>
      <w:r>
        <w:t>un ko satisfy nahi karti. to yeh na to qatl ka case hai, na irtidad ka case hai. yeh case hai intellectual dissatisfaction ka.</w:t>
      </w:r>
    </w:p>
    <w:p>
      <w:pPr>
        <w:jc w:val="right"/>
      </w:pPr>
      <w:r>
        <w:t>ان کو سیٹسفائی نہیں کرتی۔ تو یہ نہ تو قتل کا کیس ہے، نہ ارتداد کا کیس ہے۔ یہ کیس ہے انٹلیکچول ڈس سیٹسفیکشن کا۔</w:t>
      </w:r>
    </w:p>
    <w:p>
      <w:r>
        <w:rPr>
          <w:b/>
        </w:rPr>
        <w:t xml:space="preserve">[12:39] </w:t>
      </w:r>
      <w:r>
        <w:t>intellectual dissatisfaction, yani woh ghair mutma'in ho rahe hain. woh ghair mutma'in ho rahe hain hamare ulama ke jawab se.</w:t>
      </w:r>
    </w:p>
    <w:p>
      <w:pPr>
        <w:jc w:val="right"/>
      </w:pPr>
      <w:r>
        <w:t>انٹلیکچول ڈس سیٹسفیکشن، یعنی وہ غیر مطمئن ہو رہے ہیں۔ وہ غیر مطمئن ہو رہے ہیں ہمارے علماء کے جواب سے۔</w:t>
      </w:r>
    </w:p>
    <w:p>
      <w:r>
        <w:rPr>
          <w:b/>
        </w:rPr>
        <w:t xml:space="preserve">[12:49] </w:t>
      </w:r>
      <w:r>
        <w:t>to kya karna chahiye tha hamare ulama ko? yeh ulama in kitabon ko parhte jin kitabon ko parh kar ke hamare naujawan bigad rahe hain.</w:t>
      </w:r>
    </w:p>
    <w:p>
      <w:pPr>
        <w:jc w:val="right"/>
      </w:pPr>
      <w:r>
        <w:t>تو کیا کرنا چاہیے تھا ہمارے علماء کو؟ یہ علماء ان کتابوں کو پڑھتے جن کتابوں کو پڑھ کر کے ہمارے نوجوان بگڑ رہے ہیں۔</w:t>
      </w:r>
    </w:p>
    <w:p>
      <w:r>
        <w:rPr>
          <w:b/>
        </w:rPr>
        <w:t xml:space="preserve">[13:03] </w:t>
      </w:r>
      <w:r>
        <w:t>jaise hamare aik muslim shair the, unhon ne shair kaha tha: "hum aisi kul kitabein qabil zabti samajhte hain ke jin ko parh ke ladke baap ko khabti samajhte hain.</w:t>
      </w:r>
    </w:p>
    <w:p>
      <w:pPr>
        <w:jc w:val="right"/>
      </w:pPr>
      <w:r>
        <w:t>جیسے ہمارے ایک مسلم شاعر تھے، انہوں نے شعر کہا تھا: "ہم ایسی کل کتابیں قابل ضبطی سمجھتے ہیں کہ جن کو پڑھ کے لڑکے باپ کو خبطی سمجھتے ہیں۔</w:t>
      </w:r>
    </w:p>
    <w:p>
      <w:r>
        <w:rPr>
          <w:b/>
        </w:rPr>
        <w:t xml:space="preserve">[13:20] </w:t>
      </w:r>
      <w:r>
        <w:t>hum aisi kul kul kitabein qabil zabti samajhte hain ke jin ko parh ke ladke baap ko khabti samajhte hain." yeh bilkul galat shayari hai.</w:t>
      </w:r>
    </w:p>
    <w:p>
      <w:pPr>
        <w:jc w:val="right"/>
      </w:pPr>
      <w:r>
        <w:t>ہم ایسی کل کل کتابیں قابل ضبطی سمجھتے ہیں کہ جن کو پڑھ کے لڑکے باپ کو خبطی سمجھتے ہیں۔" یہ بالکل غلط شاعری ہے۔</w:t>
      </w:r>
    </w:p>
    <w:p>
      <w:r>
        <w:rPr>
          <w:b/>
        </w:rPr>
        <w:t xml:space="preserve">[13:33] </w:t>
      </w:r>
      <w:r>
        <w:t>nahi, un ko kehna chahiye tha ke in kitabon ko parho. ulama parhein in kitabon ko jin ko parh kar ke ulama, jin ko parh kar ke hamare naujawan bigad rahe hain.</w:t>
      </w:r>
    </w:p>
    <w:p>
      <w:pPr>
        <w:jc w:val="right"/>
      </w:pPr>
      <w:r>
        <w:t>نہیں، ان کو کہنا چاہیے تھا کہ ان کتابوں کو پڑھو۔ علماء پڑھیں ان کتابوں کو جن کو پڑھ کر کے علماء، جن کو پڑھ کر کے ہمارے نوجوان بگڑ رہے ہیں۔</w:t>
      </w:r>
    </w:p>
    <w:p>
      <w:r>
        <w:rPr>
          <w:b/>
        </w:rPr>
        <w:t xml:space="preserve">[13:45] </w:t>
      </w:r>
      <w:r>
        <w:t>to sare ulama par farz tha, farz tha, farz tha ke jin kitabon se, jin courses se, jin taleemi idaron se hamare naujawan bigad rahe hain, to in kitabon ko parhte, un ke mahaul ko jante,</w:t>
      </w:r>
    </w:p>
    <w:p>
      <w:pPr>
        <w:jc w:val="right"/>
      </w:pPr>
      <w:r>
        <w:t>تو سارے علماء پر فرض تھا، فرض تھا، فرض تھا کہ جن کتابوں سے، جن کورسز سے، جن تعلیمی اداروں سے ہمارے نوجوان بگڑ رہے ہیں، تو ان کتابوں کو پڑھتے، ان کے ماحول کو جانتے،</w:t>
      </w:r>
    </w:p>
    <w:p>
      <w:r>
        <w:rPr>
          <w:b/>
        </w:rPr>
        <w:t xml:space="preserve">[14:04] </w:t>
      </w:r>
      <w:r>
        <w:t>un ke mind ko samajhte ke kyun woh aisa ban rahe hain. woh yeh sab nahi kiya. to yeh ayaton ko aap ghor se parhiye.</w:t>
      </w:r>
    </w:p>
    <w:p>
      <w:pPr>
        <w:jc w:val="right"/>
      </w:pPr>
      <w:r>
        <w:t>ان کے مائنڈ کو سمجھتے کہ کیوں وہ ایسا بن رہے ہیں۔ وہ یہ سب نہیں کیا۔ تو یہ آیتوں کو آپ غور سے پڑھیے۔</w:t>
      </w:r>
    </w:p>
    <w:p>
      <w:r>
        <w:rPr>
          <w:b/>
        </w:rPr>
        <w:t xml:space="preserve">[14:15] </w:t>
      </w:r>
      <w:r>
        <w:t>is se yeh nikalta hai ke baad ki naslein, jab baad ki naslon mein fitri taur par, mein apne lafzon mein kahunga ke jo message hai in in ayat ka ke baad ki naslon mein jab degeneration ho, kuch fitrat ke kaam ki bina par,</w:t>
      </w:r>
    </w:p>
    <w:p>
      <w:pPr>
        <w:jc w:val="right"/>
      </w:pPr>
      <w:r>
        <w:t>اس سے یہ نکلتا ہے کہ بعد کی نسلیں، جب بعد کی نسلوں میں فطری طور پر، میں اپنے لفظوں میں کہوں گا کہ جو مسج ہے ان ان آیت کا کہ بعد کی نسلوں میں جب ڈی جنریشن ہو، کچھ فطرت کے کام کی بنا پر،</w:t>
      </w:r>
    </w:p>
    <w:p>
      <w:r>
        <w:rPr>
          <w:b/>
        </w:rPr>
        <w:t xml:space="preserve">[14:43] </w:t>
      </w:r>
      <w:r>
        <w:t>to ulama ko chahiye ke woh fatwa na dein, un ko murtad keh kar ke jaane mein na dalen, balkeh woh in in ideas ko parhein,</w:t>
      </w:r>
    </w:p>
    <w:p>
      <w:pPr>
        <w:jc w:val="right"/>
      </w:pPr>
      <w:r>
        <w:t>تو علماء کو چاہیے کہ وہ فتوی نہ دیں، ان کو مرتد کہہ کر کے جانے میں نہ ڈالیں، بلکہ وہ ان ان آئیڈیاز کو پڑھیں،</w:t>
      </w:r>
    </w:p>
    <w:p>
      <w:r>
        <w:rPr>
          <w:b/>
        </w:rPr>
        <w:t xml:space="preserve">[14:58] </w:t>
      </w:r>
      <w:r>
        <w:t>in in kitabon ko parhein, is daur ko samjhein, is daur ko jis daur ki wajah se hamare ladke bigad rahe hain.</w:t>
      </w:r>
    </w:p>
    <w:p>
      <w:pPr>
        <w:jc w:val="right"/>
      </w:pPr>
      <w:r>
        <w:t>ان ان کتابوں کو پڑھیں، اس دور کو سمجھیں، اس دور کو جس دور کی وجہ سے ہمارے لڑکے بگڑ رہے ہیں۔</w:t>
      </w:r>
    </w:p>
    <w:p>
      <w:r>
        <w:rPr>
          <w:b/>
        </w:rPr>
        <w:t xml:space="preserve">[15:08] </w:t>
      </w:r>
      <w:r>
        <w:t>to is is dour ko samjhein, is dour ko samjhein, aur phir is ke mutabiq literature tayyar karen.</w:t>
      </w:r>
    </w:p>
    <w:p>
      <w:pPr>
        <w:jc w:val="right"/>
      </w:pPr>
      <w:r>
        <w:t>تو اس اس دور کو سمجھیں، اس دور کو سمجھیں، اور پھر اس کے مطابق لٹریچر تیار کریں۔</w:t>
      </w:r>
    </w:p>
    <w:p>
      <w:r>
        <w:rPr>
          <w:b/>
        </w:rPr>
        <w:t xml:space="preserve">[15:19] </w:t>
      </w:r>
      <w:r>
        <w:t>wohi purani baatein karte hain to kuch is ka nateeja niklega. pichhle zamane ke logon ko ki kitabon ko chhappen.</w:t>
      </w:r>
    </w:p>
    <w:p>
      <w:pPr>
        <w:jc w:val="right"/>
      </w:pPr>
      <w:r>
        <w:t>وہی پرانی باتیں کرتے ہیں تو کچھ اس کا نتیجہ نکلے گا۔ پچھلے زمانے کے لوگوں کو کی کتابوں کو چھاپیں۔</w:t>
      </w:r>
    </w:p>
    <w:p>
      <w:r>
        <w:rPr>
          <w:b/>
        </w:rPr>
        <w:t xml:space="preserve">[15:30] </w:t>
      </w:r>
      <w:r>
        <w:t>aap shams, shams ul islam, hujjat ul islam, is tarah ke pareh altaab de kar is se kuch nahi hone wala, kuch nahi hone wala.</w:t>
      </w:r>
    </w:p>
    <w:p>
      <w:pPr>
        <w:jc w:val="right"/>
      </w:pPr>
      <w:r>
        <w:t>آپ شمس، شمس الاسلام، حجت الاسلام، اس طرح کے پرے القاب دے کر اس سے کچھ نہیں ہونے والا، کچھ نہیں ہونے والا۔</w:t>
      </w:r>
    </w:p>
    <w:p>
      <w:r>
        <w:rPr>
          <w:b/>
        </w:rPr>
        <w:t xml:space="preserve">[15:41] </w:t>
      </w:r>
      <w:r>
        <w:t>aap ko karna yeh hai ke aaj ka jo zamana hai, aaj ke zamane mein jo kitabein saamne aayi hain, jo uloom saamne aaye hain, aaj ke zamane mein jin uloom se mutasir ho kar logon ka zehan bigad gaya hai,</w:t>
      </w:r>
    </w:p>
    <w:p>
      <w:pPr>
        <w:jc w:val="right"/>
      </w:pPr>
      <w:r>
        <w:t>آپ کو کرنا یہ ہے کہ آج کا جو زمانہ ہے، آج کے زمانے میں جو کتابیں سامنے آئیں ہیں، جو علوم سامنے آئے ہیں، آج کے زمانے میں جن علوم سے متاثر ہو کر لوگوں کا ذہن بگڑ گیا ہے،</w:t>
      </w:r>
    </w:p>
    <w:p>
      <w:r>
        <w:rPr>
          <w:b/>
        </w:rPr>
        <w:t xml:space="preserve">[15:58] </w:t>
      </w:r>
      <w:r>
        <w:t>saari duniya mein, sirf india hai, pakistan mein nahi, to un uloom ko padhein, un ko padh kar ke samjhein, aur phir un par muassar andaaz mein kitabein chhappen,</w:t>
      </w:r>
    </w:p>
    <w:p>
      <w:pPr>
        <w:jc w:val="right"/>
      </w:pPr>
      <w:r>
        <w:t>ساری دنیا میں، صرف انڈیا ہے، پاکستان میں نہیں، تو ان علوم کو پڑھیں، ان کو پڑھ کر کے سمجھیں، اور پھر ان پر مؤثر انداز میں کتابیں چھاپیں،</w:t>
      </w:r>
    </w:p>
    <w:p>
      <w:r>
        <w:rPr>
          <w:b/>
        </w:rPr>
        <w:t xml:space="preserve">[16:18] </w:t>
      </w:r>
      <w:r>
        <w:t>muslim naujawanon ke liye. phir woh cheez khatm ho jayegi.</w:t>
      </w:r>
    </w:p>
    <w:p>
      <w:pPr>
        <w:jc w:val="right"/>
      </w:pPr>
      <w:r>
        <w:t>مسلم نوجوانوں کے لیے۔ پھر وہ چیز ختم ہو جائے گی۔</w:t>
      </w:r>
    </w:p>
    <w:p>
      <w:r>
        <w:rPr>
          <w:b/>
        </w:rPr>
        <w:t xml:space="preserve">[16:26] </w:t>
      </w:r>
      <w:r>
        <w:t>to in aayaton mein jo baat kahi gayi hai, yeh mat samjhiye ke woh yahood ko condemn karne ke liye hai, balke muslim ulama ko right path dikhane ke liye hai, muslim ulama ko sahi rasta dikhane ke liye.</w:t>
      </w:r>
    </w:p>
    <w:p>
      <w:pPr>
        <w:jc w:val="right"/>
      </w:pPr>
      <w:r>
        <w:t>تو ان آیتوں میں جو بات کہی گئی ہے، یہ مت سمجھیے کہ وہ یہود کو کنڈم کرنے کے لیے ہے، بلکہ مسلم علماء کو رائٹ پاتھ دکھانے کے لیے ہے، مسلم علماء کو صحیح راستہ دکھانے کے لیے۔</w:t>
      </w:r>
    </w:p>
    <w:p>
      <w:r>
        <w:rPr>
          <w:b/>
        </w:rPr>
        <w:t xml:space="preserve">[16:45] </w:t>
      </w:r>
      <w:r>
        <w:t>kyunke dekhiye, hadith mein aata hai ke</w:t>
      </w:r>
    </w:p>
    <w:p>
      <w:pPr>
        <w:jc w:val="right"/>
      </w:pPr>
      <w:r>
        <w:t>کیونکہ دیکھیے، حدیث میں آتا ہے کہ</w:t>
      </w:r>
    </w:p>
    <w:p>
      <w:r>
        <w:rPr>
          <w:b/>
        </w:rPr>
        <w:t xml:space="preserve">[16:53] </w:t>
      </w:r>
      <w:r>
        <w:t>yahan itteba ka matlab kya hai? woh halaat tum par bhi guzrenge jo pichhli ummaton par guzre the, aur woh halaat guzrenge baad ki naslon mein.</w:t>
      </w:r>
    </w:p>
    <w:p>
      <w:pPr>
        <w:jc w:val="right"/>
      </w:pPr>
      <w:r>
        <w:t>یہاں اتباع کا مطلب کیا ہے؟ وہ حالات تم پر بھی گزریں گے جو پچھلی امتوں پر گزرے تھے، اور وہ حالات گزریں گے بعد کی نسلوں میں۔</w:t>
      </w:r>
    </w:p>
    <w:p>
      <w:r>
        <w:rPr>
          <w:b/>
        </w:rPr>
        <w:t xml:space="preserve">[17:06] </w:t>
      </w:r>
      <w:r>
        <w:t>pehle nasal mein aisa nahi hota, pehli nasal mein aisa nahi hota, baad ki naslon mein hota hai.</w:t>
      </w:r>
    </w:p>
    <w:p>
      <w:pPr>
        <w:jc w:val="right"/>
      </w:pPr>
      <w:r>
        <w:t>پہلے نسل میں ایسا نہیں ہوتا، پہلی نسل میں ایسا نہیں ہوتا، بعد کی نسلوں میں ہوتا ہے۔</w:t>
      </w:r>
    </w:p>
    <w:p>
      <w:r>
        <w:rPr>
          <w:b/>
        </w:rPr>
        <w:t xml:space="preserve">[17:16] </w:t>
      </w:r>
      <w:r>
        <w:t>to to is ka matlab yeh hai ke baad ki naslon mein jab ummat ke andar bigaad paida ho, jab degeneration ho, to achhi tarah se samjho objective tor par ke woh kya afkaar hain, kya ideology hai,</w:t>
      </w:r>
    </w:p>
    <w:p>
      <w:pPr>
        <w:jc w:val="right"/>
      </w:pPr>
      <w:r>
        <w:t>تو تو اس کا مطلب یہ ہے کہ بعد کی نسلوں میں جب امت کے اندر بگاڑ پیدا ہو، جب ڈی جنریشن ہو، تو اچھی طریقے سے سمجھو ابجیکٹو طور پر کہ وہ کیا افکار ہیں، کیا آئیڈالوجی ہے،</w:t>
      </w:r>
    </w:p>
    <w:p>
      <w:r>
        <w:rPr>
          <w:b/>
        </w:rPr>
        <w:t xml:space="preserve">[17:36] </w:t>
      </w:r>
      <w:r>
        <w:t>kya uloom hain jo hamare naujawanon ko ghair mutma'in bana rahe hain, ghair mutma'in bana rahe hain.</w:t>
      </w:r>
    </w:p>
    <w:p>
      <w:pPr>
        <w:jc w:val="right"/>
      </w:pPr>
      <w:r>
        <w:t>کیا علوم ہیں جو ہمارے نوجوانوں کو غیر مطمئن بنا رہے ہیں، غیر مطمئن بنا رہے ہیں۔</w:t>
      </w:r>
    </w:p>
    <w:p>
      <w:r>
        <w:rPr>
          <w:b/>
        </w:rPr>
        <w:t xml:space="preserve">[17:48] </w:t>
      </w:r>
      <w:r>
        <w:t>aur phir is par kitaab likhte hain. aap jaise mein ek waqia bayan karta hoon aap ko ke mein ek zamane mein lucknow mein tha, lucknow mein to wahan mein ek bahut padhe likhe aadmi se mila.</w:t>
      </w:r>
    </w:p>
    <w:p>
      <w:pPr>
        <w:jc w:val="right"/>
      </w:pPr>
      <w:r>
        <w:t>اور پھر اس پر کتاب لکھتے ہیں۔ آپ جیسے میں ایک واقعہ بیان کرتا ہوں آپ کو کہ میں ایک زمانے میں لکھنو میں تھا، لکھنو میں تو وہاں میں ایک بہت پڑھے لکھے آدمی سے ملا۔</w:t>
      </w:r>
    </w:p>
    <w:p>
      <w:r>
        <w:rPr>
          <w:b/>
        </w:rPr>
        <w:t xml:space="preserve">[18:03] </w:t>
      </w:r>
      <w:r>
        <w:t>to unhon ne milne ke baad kya kaha? ke muhammad ko agar tareekh se nikaal diya jaye to tareekh mein kya kami reh jayegi?</w:t>
      </w:r>
    </w:p>
    <w:p>
      <w:pPr>
        <w:jc w:val="right"/>
      </w:pPr>
      <w:r>
        <w:t>تو انہوں نے ملنے کے بعد کیا کہا؟ کہ محمد کو اگر تاریخ سے نکال دیا جائے تو تاریخ میں کیا کمی رہ جائے گی؟</w:t>
      </w:r>
    </w:p>
    <w:p>
      <w:r>
        <w:rPr>
          <w:b/>
        </w:rPr>
        <w:t xml:space="preserve">[18:18] </w:t>
      </w:r>
      <w:r>
        <w:t>aise hi mein ek university mein gaya, wahan ke professor se mila to professor sahab ne kaha, aisi kaha tha, bahut hi delegatory andaaz mein ke molvi sahab, aap jaante hain,</w:t>
      </w:r>
    </w:p>
    <w:p>
      <w:pPr>
        <w:jc w:val="right"/>
      </w:pPr>
      <w:r>
        <w:t>ایسے ہی میں ایک یونیورسٹی میں گیا، وہاں کے پروفیسر سے ملا تو پروفیسر صاحب نے کہا، ایسی کہا تھا، بہت ہی ڈیلیگیٹری انداز میں کہ مولوی صاحب، آپ جانتے ہیں،</w:t>
      </w:r>
    </w:p>
    <w:p>
      <w:r>
        <w:rPr>
          <w:b/>
        </w:rPr>
        <w:t xml:space="preserve">[18:34] </w:t>
      </w:r>
      <w:r>
        <w:t>islam mein primary research nahi hai, islam mein secondary research hai. ab yeh sab bahut jald jhatka dene wali baatein thin, to mein ghussa nahi hua.</w:t>
      </w:r>
    </w:p>
    <w:p>
      <w:pPr>
        <w:jc w:val="right"/>
      </w:pPr>
      <w:r>
        <w:t>اسلام میں پرائمری ریسرچ نہیں ہے، اسلام میں سیکنڈری ریسرچ ہے۔ اب یہ سب بہت جلد جھٹکا دینے والی باتیں تھیں، تو میں غصہ نہیں ہوا۔</w:t>
      </w:r>
    </w:p>
    <w:p>
      <w:r>
        <w:rPr>
          <w:b/>
        </w:rPr>
        <w:t xml:space="preserve">[18:50] </w:t>
      </w:r>
      <w:r>
        <w:t>mein ne is baat ko gehrai mein samajhne ki koshish ki aur phir kitabein likhein. hamari jo kitabein hain, kuch log samajhte hain ke maine zindagi mein sab se bada kaam kiya ke taabeer ghalati likh di.</w:t>
      </w:r>
    </w:p>
    <w:p>
      <w:pPr>
        <w:jc w:val="right"/>
      </w:pPr>
      <w:r>
        <w:t>میں نے اس بات کو گہرائی میں سمجھنے کی کوشش کی اور پھر کتابیں لکھیں۔ ہماری جو کتابیں ہیں، کچھ لوگ سمجھتے ہیں کہ میں نے زندگی میں سب سے بڑا کام کیا کہ تعبیر غلطی لکھ دی۔</w:t>
      </w:r>
    </w:p>
    <w:p>
      <w:r>
        <w:rPr>
          <w:b/>
        </w:rPr>
        <w:t xml:space="preserve">[19:07] </w:t>
      </w:r>
      <w:r>
        <w:t>yeh mere kaam, mere kaam ko na samajhna hai. taabeer ghalati to bas kuch nahi samajhta, kuch bhi nahi.</w:t>
      </w:r>
    </w:p>
    <w:p>
      <w:pPr>
        <w:jc w:val="right"/>
      </w:pPr>
      <w:r>
        <w:t>یہ میرے کام، میرے کام کو نہ سمجھنا ہے۔ تعبیر غلطی تو بس کچھ نہیں سمجھتا، کچھ بھی نہیں۔</w:t>
      </w:r>
    </w:p>
    <w:p>
      <w:r>
        <w:rPr>
          <w:b/>
        </w:rPr>
        <w:t xml:space="preserve">[19:16] </w:t>
      </w:r>
      <w:r>
        <w:t>woh to ek zimni kaam tha. asal kaam jo hamare mission mein hua hai, woh hai jo likha rehta hai hamare arsalay mein, asli usloob mein islami literature.</w:t>
      </w:r>
    </w:p>
    <w:p>
      <w:pPr>
        <w:jc w:val="right"/>
      </w:pPr>
      <w:r>
        <w:t>وہ تو ایک ضمنی کام تھا۔ اصل کام جو ہمارے مشن میں ہوا ہے، وہ ہے جو لکھا رہتا ہے ہمارے ارسالے میں، اصلی اسلوب میں اسلامی لٹریچر۔</w:t>
      </w:r>
    </w:p>
    <w:p>
      <w:r>
        <w:rPr>
          <w:b/>
        </w:rPr>
        <w:t xml:space="preserve">[19:29] </w:t>
      </w:r>
      <w:r>
        <w:t>hamare mission ka kar nama batate hain ke taabeer ghalati, yeh pata ilzaam hai, yeh ilzaam yeh nahi hai, woh zimni kaam hai.</w:t>
      </w:r>
    </w:p>
    <w:p>
      <w:pPr>
        <w:jc w:val="right"/>
      </w:pPr>
      <w:r>
        <w:t>ہمارے مشن کا کارنامہ بتاتے ہیں کہ تعبیر غلطی، یہ پتہ الزام ہے، یہ الزام یہ نہیں ہے، وہ ضمنی کام ہے۔</w:t>
      </w:r>
    </w:p>
    <w:p>
      <w:r>
        <w:rPr>
          <w:b/>
        </w:rPr>
        <w:t xml:space="preserve">[19:41] </w:t>
      </w:r>
      <w:r>
        <w:t>taabeer ghalati ek zimni kaam hai. asal kaam jo hamare mission mein hua hai, woh hai asli usloob mein islami literature.</w:t>
      </w:r>
    </w:p>
    <w:p>
      <w:pPr>
        <w:jc w:val="right"/>
      </w:pPr>
      <w:r>
        <w:t>تعبیر غلطی ایک ضمنی کام ہے۔ اصل کام جو ہمارے مشن میں ہوا ہے، وہ ہے اصلی اسلوب میں اسلامی لٹریچر۔</w:t>
      </w:r>
    </w:p>
    <w:p>
      <w:r>
        <w:rPr>
          <w:b/>
        </w:rPr>
        <w:t xml:space="preserve">[19:53] </w:t>
      </w:r>
      <w:r>
        <w:t>to maine, mere saathi'on ne bahut gehrai ke saath yeh samajhne ki koshish ki ke aaj ka dour hai kya, aaj ka sochne ka mind hai kya,</w:t>
      </w:r>
    </w:p>
    <w:p>
      <w:pPr>
        <w:jc w:val="right"/>
      </w:pPr>
      <w:r>
        <w:t>تو میں نے، میرے ساتھیوں نے بہت گہرائی کے ساتھ یہ سمجھنے کی کوشش کی کہ آج کا دور ہے کیا، آج کا سوچنے کا مائنڈ ہے کیا،</w:t>
      </w:r>
    </w:p>
    <w:p>
      <w:r>
        <w:rPr>
          <w:b/>
        </w:rPr>
        <w:t xml:space="preserve">[20:08] </w:t>
      </w:r>
      <w:r>
        <w:t>bilkul objective tor par, objective tor par. maslan dekhiye, mujhe likhna tha evershel theory pe ek article, maqala likhna tha, article likhna tha.</w:t>
      </w:r>
    </w:p>
    <w:p>
      <w:pPr>
        <w:jc w:val="right"/>
      </w:pPr>
      <w:r>
        <w:t>بالکل ابجیکٹو طور پر، ابجیکٹو طور پر۔ مثلاً دیکھیے، مجھے لکھنا تھا ایورشل تھیوری پہ ایک آرٹیکل، مقالہ لکھنا تھا، آرٹیکل لکھنا تھا۔</w:t>
      </w:r>
    </w:p>
    <w:p>
      <w:r>
        <w:rPr>
          <w:b/>
        </w:rPr>
        <w:t xml:space="preserve">[20:24] </w:t>
      </w:r>
      <w:r>
        <w:t>to aisa nahi ke mein kaaghaz qalam likha likh likh shuru kar diya. ise is par mein ne baqayda tor par kitabein padhein, what is evolution theory, fraud ke bare mein,</w:t>
      </w:r>
    </w:p>
    <w:p>
      <w:pPr>
        <w:jc w:val="right"/>
      </w:pPr>
      <w:r>
        <w:t>تو ایسا نہیں کہ میں کاغذ قلم لکھا لکھ لکھ شروع کر دیا۔ اسے اس پر میں نے باقاعدہ طور پر کتابیں پڑھیں، واٹ از ایولوشن تھیوری، فراڈ کے بارے میں،</w:t>
      </w:r>
    </w:p>
    <w:p>
      <w:r>
        <w:rPr>
          <w:b/>
        </w:rPr>
        <w:t xml:space="preserve">[20:40] </w:t>
      </w:r>
      <w:r>
        <w:t>woh darwint ke bare mein padha mein ne, aur bahut si cheezein padhein. is ke baad dekhiye, evolution theory ka ke bana is ki buniyad bahut zyada hai fossils par.</w:t>
      </w:r>
    </w:p>
    <w:p>
      <w:pPr>
        <w:jc w:val="right"/>
      </w:pPr>
      <w:r>
        <w:t>وہ ڈائرمنٹ کے بارے میں پڑھا میں نے، اور بہت سی چیزیں پڑھیں۔ اس کے بعد دیکھیے، ایولوشن تھیوری کا کہ بنا اس کی بنیاد بہت زیادہ ہے فاسلز پر۔</w:t>
      </w:r>
    </w:p>
    <w:p>
      <w:r>
        <w:rPr>
          <w:b/>
        </w:rPr>
        <w:t xml:space="preserve">[20:58] </w:t>
      </w:r>
      <w:r>
        <w:t>faslz to India mein sab se zyada fasl nikle hain, shimla ke ilaqe mein, jis ko kehte hain sawalik pahariyan.</w:t>
      </w:r>
    </w:p>
    <w:p>
      <w:pPr>
        <w:jc w:val="right"/>
      </w:pPr>
      <w:r>
        <w:t>فاسلز تو انڈیا میں سب سے زیادہ فاسل نکلے ہیں، شملہ کے علاقے میں، جس کو کہتے ہیں سوالک پہاڑیاں۔</w:t>
      </w:r>
    </w:p>
    <w:p>
      <w:r>
        <w:rPr>
          <w:b/>
        </w:rPr>
        <w:t xml:space="preserve">[21:10] </w:t>
      </w:r>
      <w:r>
        <w:t>wahan ek pahari silsila hai, is ko kehte hain sawalik pahariyan. wahan par nikle hain faslz. to mein khud safar kar ke wahan gaya, wahan mein thehra</w:t>
      </w:r>
    </w:p>
    <w:p>
      <w:pPr>
        <w:jc w:val="right"/>
      </w:pPr>
      <w:r>
        <w:t>وہاں ایک پہاڑی سلسلہ ہے، اس کو کہتے ہیں سوالک پہاڑیاں۔ وہاں پر نکلے ہیں فاسلز۔ تو میں خود سفر کر کے وہاں گیا، وہاں میں ٹھہرا</w:t>
      </w:r>
    </w:p>
    <w:p>
      <w:r>
        <w:rPr>
          <w:b/>
        </w:rPr>
        <w:t xml:space="preserve">[21:26] </w:t>
      </w:r>
      <w:r>
        <w:t>is aadmi ke paas jo is ka incharge tha. yaani sawalik pahariyon mein jo faslz nikle hain, is ke study ka jo incharge tha, jo aadmi, is ke paas thehra mein.</w:t>
      </w:r>
    </w:p>
    <w:p>
      <w:pPr>
        <w:jc w:val="right"/>
      </w:pPr>
      <w:r>
        <w:t>اس آدمی کے پاس جو اس کا انچارج تھا۔ یعنی سوالک پہاڑیوں میں جو فاسلز نکلے ہیں، اس کے اسٹڈی کا جو انچارج تھا، جو آدمی، اس کے پاس ٹھہرا میں۔</w:t>
      </w:r>
    </w:p>
    <w:p>
      <w:r>
        <w:rPr>
          <w:b/>
        </w:rPr>
        <w:t xml:space="preserve">[21:42] </w:t>
      </w:r>
      <w:r>
        <w:t>is ke paas thehra mein. to mujhe ab ek cheez ab tak yaad hai ke maine dekha ke woh ke in ka tareeqa tha ke chawal bhi khate the, roti bhi khate the, lekin din ke khane mein chawal, raat ke khane mein roti.</w:t>
      </w:r>
    </w:p>
    <w:p>
      <w:pPr>
        <w:jc w:val="right"/>
      </w:pPr>
      <w:r>
        <w:t>اس کے پاس ٹھہرا میں۔ تو مجھے اب ایک چیز اب تک یاد ہے کہ میں نے دیکھا کہ وہ کہ ان کا طریقہ تھا کہ چاول بھی کھاتے تھے، روٹی بھی کھاتے تھے، لیکن دن کے کھانے میں چاول، رات کے کھانے میں روٹی۔</w:t>
      </w:r>
    </w:p>
    <w:p>
      <w:r>
        <w:rPr>
          <w:b/>
        </w:rPr>
        <w:t xml:space="preserve">[22:05] </w:t>
      </w:r>
      <w:r>
        <w:t>ke in ka tareeqa tha. ek yaad hai mujhe ke wahan kya hua tha. to woh din ke khane mein chawal khate the aur raat ke khane mein roti khate the.</w:t>
      </w:r>
    </w:p>
    <w:p>
      <w:pPr>
        <w:jc w:val="right"/>
      </w:pPr>
      <w:r>
        <w:t>کہ ان کا طریقہ تھا۔ ایک یاد ہے مجھے کہ وہاں کیا ہوا تھا۔ تو وہ دن کے کھانے میں چاول کھاتے تھے اور رات کے کھانے میں روٹی کھاتے تھے۔</w:t>
      </w:r>
    </w:p>
    <w:p>
      <w:r>
        <w:rPr>
          <w:b/>
        </w:rPr>
        <w:t xml:space="preserve">[22:18] </w:t>
      </w:r>
      <w:r>
        <w:t>in ke sath raha mein, in se baat ki, sawalik pahariyon mein gaya, baqayda study ki. tab maine likha is ke bare mein.</w:t>
      </w:r>
    </w:p>
    <w:p>
      <w:pPr>
        <w:jc w:val="right"/>
      </w:pPr>
      <w:r>
        <w:t>ان کے ساتھ رہا میں، ان سے بات کی، سوالک پہاڑیوں میں گیا، باقاعدہ اسٹڈی کی۔ تب میں نے لکھا اس کے بارے میں۔</w:t>
      </w:r>
    </w:p>
    <w:p>
      <w:r>
        <w:rPr>
          <w:b/>
        </w:rPr>
        <w:t xml:space="preserve">[22:29] </w:t>
      </w:r>
      <w:r>
        <w:t>hamare ulma ne yeh kaam hi nahi kiya. hamare ulma ne bas fatwa diya, fatwa diya ke yeh murtad ho gaye, yeh to qatl ho gaye, yeh to yeh ho gaye, to woh ho gaye.</w:t>
      </w:r>
    </w:p>
    <w:p>
      <w:pPr>
        <w:jc w:val="right"/>
      </w:pPr>
      <w:r>
        <w:t>ہمارے علماء نے یہ کام ہی نہیں کیا۔ ہمارے علماء نے بس فتوی دیا، فتوی دیا کہ یہ مرتد ہو گئے، یہ تو قتل ہو گئے، یہ تو یہ ہو گئے، تو وہ ہو گئے۔</w:t>
      </w:r>
    </w:p>
    <w:p>
      <w:r>
        <w:rPr>
          <w:b/>
        </w:rPr>
        <w:t xml:space="preserve">[22:42] </w:t>
      </w:r>
      <w:r>
        <w:t>to is ayat mein Quran ki yahi baat batai gayi hai. sach poochhein to is mein yahood ke reference mein asal jar ke bab batai gayi ke baad ki naslon mein jab degeneration ka daur aaye to tum is mein un ko kufr o murtad hone ka ailan mat karo,</w:t>
      </w:r>
    </w:p>
    <w:p>
      <w:pPr>
        <w:jc w:val="right"/>
      </w:pPr>
      <w:r>
        <w:t>تو اس آیت میں قرآن کی یہی بات بتائی گئی ہے۔ سچ پوچھیں تو اس میں یہود کے ریفرنس میں اصل جڑ کے باب بتائی گئی کہ بعد کی نسلوں میں جب ڈی جنریشن کا دور آئے تو تم اس میں ان کو کفر و مرتد ہونے کا اعلان مت کرو،</w:t>
      </w:r>
    </w:p>
    <w:p>
      <w:r>
        <w:rPr>
          <w:b/>
        </w:rPr>
        <w:t xml:space="preserve">[23:06] </w:t>
      </w:r>
      <w:r>
        <w:t>balke bohat hi mohabbat ke sath un ke case ko samjho aur un ki islaah ki koshish karo. yaani islaah ka andaaz hona chahiye, na ke takfeer ka andaaz.</w:t>
      </w:r>
    </w:p>
    <w:p>
      <w:pPr>
        <w:jc w:val="right"/>
      </w:pPr>
      <w:r>
        <w:t>بلکہ بہت ہی محبت کے ساتھ ان کے کیس کو سمجھو اور ان کی اصلاح کی کوشش کرو۔ یعنی اصلاح کا انداز ہونا چاہیے، نہ کہ تکفیر کا انداز۔</w:t>
      </w:r>
    </w:p>
    <w:p>
      <w:r>
        <w:rPr>
          <w:b/>
        </w:rPr>
        <w:t xml:space="preserve">[23:20] </w:t>
      </w:r>
      <w:r>
        <w:t>yeh bataya gaya hai, yeh hai islaah ka tareeqa.</w:t>
      </w:r>
    </w:p>
    <w:p>
      <w:pPr>
        <w:jc w:val="right"/>
      </w:pPr>
      <w:r>
        <w:t>یہ بتایا گیا ہے، یہ ہے اصلاح کا طریقہ۔</w:t>
      </w:r>
    </w:p>
    <w:p>
      <w:r>
        <w:rPr>
          <w:b/>
        </w:rPr>
        <w:t xml:space="preserve">[23:27] </w:t>
      </w:r>
      <w:r>
        <w:t>to log samajhte hain ke yeh yahood ko condemn kiya gaya hai, halanke yeh baat hi nahi hai. yahan ummat-e-muslima ke jo ulma hain, un ki un ki zimmedari ko yaad dilaya gaya hai ke yahi waqea hoga tumhare bhi fitrat ke qanoon ke mutabiq.</w:t>
      </w:r>
    </w:p>
    <w:p>
      <w:pPr>
        <w:jc w:val="right"/>
      </w:pPr>
      <w:r>
        <w:t>تو لوگ سمجھتے ہیں کہ یہ یہود کو کنڈم کیا گیا ہے، حالانکہ یہ بات ہی نہیں ہے۔ یہاں امت مسلمہ کے جو علماء ہیں، ان کی ان کی ذمہ داری کو یاد دلایا گیا ہے کہ یہی واقعہ ہوگا تمہارے بھی فطرت کے قانون کے مطابق۔</w:t>
      </w:r>
    </w:p>
    <w:p>
      <w:r>
        <w:rPr>
          <w:b/>
        </w:rPr>
        <w:t xml:space="preserve">[23:51] </w:t>
      </w:r>
      <w:r>
        <w:t>to us waqt tum aisa mat karna, woh ghalti mat karna ke fatwa de, fatwa do.</w:t>
      </w:r>
    </w:p>
    <w:p>
      <w:pPr>
        <w:jc w:val="right"/>
      </w:pPr>
      <w:r>
        <w:t>تو اس وقت تم ایسا مت کرنا، وہ غلطی مت کرنا کہ فتوی دے، فتوی دو۔</w:t>
      </w:r>
    </w:p>
    <w:p>
      <w:r>
        <w:rPr>
          <w:b/>
        </w:rPr>
        <w:t xml:space="preserve">[24:01] </w:t>
      </w:r>
      <w:r>
        <w:t>fatwa dene se kuch nahi hota, balke un ki islaah ki koshish karo humdardi aur karkai ke sath. yeh matlab hai is ka.</w:t>
      </w:r>
    </w:p>
    <w:p>
      <w:pPr>
        <w:jc w:val="right"/>
      </w:pPr>
      <w:r>
        <w:t>فتوی دینے سے کچھ نہیں ہوتا، بلکہ ان کی اصلاح کی کوشش کرو ہمدردی اور کارکائی کے ساتھ۔ یہ مطلب ہے اس کا۔</w:t>
      </w:r>
    </w:p>
    <w:p>
      <w:r>
        <w:rPr>
          <w:b/>
        </w:rPr>
        <w:t xml:space="preserve">[24:13] </w:t>
      </w:r>
      <w:r>
        <w:t>ab ghore kijiye ke kitni bari bari ghaltiyan kar rakhi hain logon ne. woh fatwa dete hain. to beesveen sadi mein musalmanon mein sab se zyada khul kar degeneration ka zamana aaya.</w:t>
      </w:r>
    </w:p>
    <w:p>
      <w:pPr>
        <w:jc w:val="right"/>
      </w:pPr>
      <w:r>
        <w:t>اب غور کیجئے کہ کتنی بڑی بڑی غلطیاں کر رکھی ہیں لوگوں نے۔ وہ فتوی دیتے ہیں۔ تو بیسویں صدی میں مسلمانوں میں سب سے زیادہ کھل کر ڈی جنریشن کا زمانہ آیا۔</w:t>
      </w:r>
    </w:p>
    <w:p>
      <w:r>
        <w:rPr>
          <w:b/>
        </w:rPr>
        <w:t xml:space="preserve">[24:30] </w:t>
      </w:r>
      <w:r>
        <w:t>degeneration. Ab zaroorat thi ke un ko regenerate kiya jaye. 20th century mein woh daur poori tarah aaya jab ke Musalmanon mein degeneration ka zamana aa gaya.</w:t>
      </w:r>
    </w:p>
    <w:p>
      <w:pPr>
        <w:jc w:val="right"/>
      </w:pPr>
      <w:r>
        <w:t>ڈی جنریشن۔ اب ضرورت تھی کہ ان کو ری جنریٹ کیا جائے۔ ٹونٹی سنچری میں وہ دور پوری طرح آیا جب کہ مسلمانوں میں ڈی جنریشن کا زمانہ آ گیا۔</w:t>
      </w:r>
    </w:p>
    <w:p>
      <w:r>
        <w:rPr>
          <w:b/>
        </w:rPr>
        <w:t xml:space="preserve">[24:46] </w:t>
      </w:r>
      <w:r>
        <w:t>degeneration. yeh tanazzul, tanazzul. ab jo kaam karna tha, woh un ko regenerate karne ka zamana.</w:t>
      </w:r>
    </w:p>
    <w:p>
      <w:pPr>
        <w:jc w:val="right"/>
      </w:pPr>
      <w:r>
        <w:t>ڈی جنریشن۔ یہ تنزل، تنزل۔ اب جو کام کرنا تھا، وہ ان کو ری جنریٹ کرنے کا زمانہ۔</w:t>
      </w:r>
    </w:p>
    <w:p>
      <w:r>
        <w:rPr>
          <w:b/>
        </w:rPr>
        <w:t xml:space="preserve">[24:56] </w:t>
      </w:r>
      <w:r>
        <w:t>regenerate. yeh kaam karna tha, lekin bas fatwa, fatwa. yeh to qatlgah hai, yeh to murtad ho gaye hain, yeh to kafir ho gaye hain.</w:t>
      </w:r>
    </w:p>
    <w:p>
      <w:pPr>
        <w:jc w:val="right"/>
      </w:pPr>
      <w:r>
        <w:t>ری جنریٹ۔ یہ کام کرنا تھا، لیکن بس فتوی، فتوی۔ یہ تو قتل گاہ ہے، یہ تو مرتد ہو گئے ہیں، یہ تو کافر ہو گئے ہیں۔</w:t>
      </w:r>
    </w:p>
    <w:p>
      <w:r>
        <w:rPr>
          <w:b/>
        </w:rPr>
        <w:t xml:space="preserve">[25:11] </w:t>
      </w:r>
      <w:r>
        <w:t>yeh ghalt reaction tha is ke bare mein. sach to sach poochhein ke yeh ayatein is ghalt radd-e-amal ke khilaf hain, na ke na ke yehood ke yahood ki ke andar jo bigar bigar aaya, us par ke bigar ki islaah par jo jo sahi amal nahi kiya gaya, us ke khilaf hai yeh,</w:t>
      </w:r>
    </w:p>
    <w:p>
      <w:pPr>
        <w:jc w:val="right"/>
      </w:pPr>
      <w:r>
        <w:t>یہ غلط ری ایکشن تھا اس کے بارے میں۔ سچ تو سچ پوچھیں کہ یہ آیتیں اس غلط رد عمل کے خلاف ہیں، نہ کہ نہ کہ یہود کے یہود کی کے اندر جو بگاڑ بگاڑ آیا، اس پر کہ بگاڑ کی اصلاح پر جو جو صحیح عمل نہیں کیا گیا، اس کے خلاف ہے یہ،</w:t>
      </w:r>
    </w:p>
    <w:p>
      <w:r>
        <w:rPr>
          <w:b/>
        </w:rPr>
        <w:t xml:space="preserve">[25:40] </w:t>
      </w:r>
      <w:r>
        <w:t>na ke yahood ke khilaf. to yeh hai matlab in in in ayaton ka.</w:t>
      </w:r>
    </w:p>
    <w:p>
      <w:pPr>
        <w:jc w:val="right"/>
      </w:pPr>
      <w:r>
        <w:t>نہ کہ یہود کے خلاف۔ تو یہ ہے مطلب ان ان ان آیتوں کا۔</w:t>
      </w:r>
    </w:p>
    <w:p>
      <w:r>
        <w:rPr>
          <w:b/>
        </w:rPr>
        <w:t xml:space="preserve">[25:51] </w:t>
      </w:r>
      <w:r>
        <w:t>yeh hai matlab in ayaton ka. to shuru ki suraton mein jo bohat zyada kaha gaya hai yahood ke bare mein, to woh sab ka sab isi yaani isi nuqta nazar se parhna chahiye.</w:t>
      </w:r>
    </w:p>
    <w:p>
      <w:pPr>
        <w:jc w:val="right"/>
      </w:pPr>
      <w:r>
        <w:t>یہ ہے مطلب ان آیتوں کا۔ تو شروع کی سورتوں میں جو بہت زیادہ کہا گیا ہے یہود کے بارے میں، تو وہ سب کا سب اسی یعنی اسی نقطہ نظر سے پڑھنا چاہیے۔</w:t>
      </w:r>
    </w:p>
    <w:p>
      <w:r>
        <w:rPr>
          <w:b/>
        </w:rPr>
        <w:t xml:space="preserve">[26:09] </w:t>
      </w:r>
      <w:r>
        <w:t>yaani shuru ki hissa jo Quran ka hai, is mein jo yahood ke bare mein kafi charchah hai, to is ka mutala isi nazar se karna chahiye.</w:t>
      </w:r>
    </w:p>
    <w:p>
      <w:pPr>
        <w:jc w:val="right"/>
      </w:pPr>
      <w:r>
        <w:t>یعنی شروع کی حصہ جو قرآن کا ہے، اس میں جو یہود کے بارے میں کافی چرچہ ہے، تو اس کا مطالعہ اسی نظر سے کرنا چاہیے۔</w:t>
      </w:r>
    </w:p>
    <w:p>
      <w:r>
        <w:rPr>
          <w:b/>
        </w:rPr>
        <w:t xml:space="preserve">[26:22] </w:t>
      </w:r>
      <w:r>
        <w:t>tab aap samjhenge ke Quran mein ke shuru mein kyun aisa hua, yahood ka zikr kyun zyada hai, yahood ko kyun condemn kiya gaya.</w:t>
      </w:r>
    </w:p>
    <w:p>
      <w:pPr>
        <w:jc w:val="right"/>
      </w:pPr>
      <w:r>
        <w:t>تب آپ سمجھیں گے کہ قرآن میں کہ شروع میں کیوں ایسا ہوا، یہود کا ذکر کیوں زیادہ ہے، یہود کو کیوں کنڈم کیا گیا۔</w:t>
      </w:r>
    </w:p>
    <w:p>
      <w:r>
        <w:rPr>
          <w:b/>
        </w:rPr>
        <w:t xml:space="preserve">[26:34] </w:t>
      </w:r>
      <w:r>
        <w:t>to is ke asal pehlu ko aap samajh payenge, warna bas yahood se nafrat le ke barh jayenge. aap yaani agar aap sahi taur par nahi samjhein in ayaton ko, to aap kya karenge?</w:t>
      </w:r>
    </w:p>
    <w:p>
      <w:pPr>
        <w:jc w:val="right"/>
      </w:pPr>
      <w:r>
        <w:t>تو اس کے اصل پہلو کو آپ سمجھ پائیں گے، ورنہ بس یہود سے نفرت لے کے بڑھے بڑھ جائیں گے۔ آپ یعنی اگر آپ صحیح طور پر نہیں سمجھیں ان آیتوں کو، تو آپ کیا کریں گے؟</w:t>
      </w:r>
    </w:p>
    <w:p>
      <w:r>
        <w:rPr>
          <w:b/>
        </w:rPr>
        <w:t xml:space="preserve">[26:48] </w:t>
      </w:r>
      <w:r>
        <w:t>yahood se nafrat le ke barh jayenge ke yahood maloon hain, yahood woh yahood yeh hain, yahood woh hain.</w:t>
      </w:r>
    </w:p>
    <w:p>
      <w:pPr>
        <w:jc w:val="right"/>
      </w:pPr>
      <w:r>
        <w:t>یہود سے نفرت لے کے بڑھ جائیں گے کہ یہود ملعون ہیں، یہود وہ یہود یہ ہیں، یہود وہ ہیں۔</w:t>
      </w:r>
    </w:p>
    <w:p>
      <w:r>
        <w:rPr>
          <w:b/>
        </w:rPr>
        <w:t xml:space="preserve">[26:59] </w:t>
      </w:r>
      <w:r>
        <w:t>yeh koi sahi reaction nahi hai. yahood bure hain, yeh yeh le ke baith jayen aap. yeh koi sahi baat nahi hai. sahi baat yeh hai ke aap apni zimmedariyon ko discover karein,</w:t>
      </w:r>
    </w:p>
    <w:p>
      <w:pPr>
        <w:jc w:val="right"/>
      </w:pPr>
      <w:r>
        <w:t>یہ کوئی صحیح ری ایکشن نہیں ہے۔ یہود برے ہیں، یہ یہ لے کے بیٹھ جائیں آپ۔ یہ کوئی صحیح بات نہیں ہے۔ صحیح بات یہ ہے کہ آپ اپنی ذمہ داریوں کو ڈسکور کریں،</w:t>
      </w:r>
    </w:p>
    <w:p>
      <w:r>
        <w:rPr>
          <w:b/>
        </w:rPr>
        <w:t xml:space="preserve">[27:14] </w:t>
      </w:r>
      <w:r>
        <w:t>apni kamyabiyon ko discover karen</w:t>
      </w:r>
    </w:p>
    <w:p>
      <w:pPr>
        <w:jc w:val="right"/>
      </w:pPr>
      <w:r>
        <w:t>اپنی کامیابیوں کو ڈسکور کریں۔</w:t>
      </w:r>
    </w:p>
    <w:p>
      <w:r>
        <w:rPr>
          <w:b/>
        </w:rPr>
        <w:t xml:space="preserve">[27:17] </w:t>
      </w:r>
      <w:r>
        <w:t>aap ko kya karna hai, is ko samjhen</w:t>
      </w:r>
    </w:p>
    <w:p>
      <w:pPr>
        <w:jc w:val="right"/>
      </w:pPr>
      <w:r>
        <w:t>آپ کو کیا کرنا ہے، اس کو سمجھیں۔</w:t>
      </w:r>
    </w:p>
    <w:p>
      <w:r>
        <w:rPr>
          <w:b/>
        </w:rPr>
        <w:t xml:space="preserve">[27:21] </w:t>
      </w:r>
      <w:r>
        <w:t>kyun ke jab yeh sabit hai hadith se ke ummat e muslema par bhi wahi bigad aayega jo bigad</w:t>
      </w:r>
    </w:p>
    <w:p>
      <w:pPr>
        <w:jc w:val="right"/>
      </w:pPr>
      <w:r>
        <w:t>کیونکہ جب یہ ثابت ہے حدیث سے کہ امت مسلمہ پر بھی وہی بگاڑ آئے گا جو بگاڑ</w:t>
      </w:r>
    </w:p>
    <w:p>
      <w:r>
        <w:rPr>
          <w:b/>
        </w:rPr>
        <w:t xml:space="preserve">[27:30] </w:t>
      </w:r>
      <w:r>
        <w:t>aaya is se pehle yahood par.</w:t>
      </w:r>
    </w:p>
    <w:p>
      <w:pPr>
        <w:jc w:val="right"/>
      </w:pPr>
      <w:r>
        <w:t>آیا اس سے پہلے یہود پر۔</w:t>
      </w:r>
    </w:p>
    <w:p>
      <w:r>
        <w:rPr>
          <w:b/>
        </w:rPr>
        <w:t xml:space="preserve">[27:45] </w:t>
      </w:r>
      <w:r>
        <w:t>itni zyada sarahat ke sath yeh jab bataya gaya hai ke jo kuch bigaad aaya yahud par, wahi sara bigaad aayega ummat-e-muslima par.</w:t>
      </w:r>
    </w:p>
    <w:p>
      <w:pPr>
        <w:jc w:val="right"/>
      </w:pPr>
      <w:r>
        <w:t>اتنی زیادہ صراحت کے ساتھ یہ جب بتایا گیا ہے کہ جو کچھ بگاڑ آیا یہود پر، وہی سارا بگاڑ آئے گا امت مسلمہ پر۔</w:t>
      </w:r>
    </w:p>
    <w:p>
      <w:r>
        <w:rPr>
          <w:b/>
        </w:rPr>
        <w:t xml:space="preserve">[27:59] </w:t>
      </w:r>
      <w:r>
        <w:t>to karne ka kaam yeh tha ke aap yeh daryaft karen, ummat-e-muslima ke bigaad ko daryaft karen, daur-e-jadeed ko daryaft karen, aaj ke halaat ko padhen.</w:t>
      </w:r>
    </w:p>
    <w:p>
      <w:pPr>
        <w:jc w:val="right"/>
      </w:pPr>
      <w:r>
        <w:t>تو کرنے کا کام یہ تھا کہ آپ یہ دریافت کریں، امت مسلمہ کے بگاڑ کو دریافت کریں، دور جدید کو دریافت کریں، آج کے حالات کو پڑھیں۔</w:t>
      </w:r>
    </w:p>
    <w:p>
      <w:r>
        <w:rPr>
          <w:b/>
        </w:rPr>
        <w:t xml:space="preserve">[28:13] </w:t>
      </w:r>
      <w:r>
        <w:t>hua yeh ke yahud ke khilaaf nafrat, maghrib ke khilaaf nafrat, bad-nafrati, nafrat. yeh in aayaton ka mad'da nahi tha ke aap is se nafrat ki ghiza laen.</w:t>
      </w:r>
    </w:p>
    <w:p>
      <w:pPr>
        <w:jc w:val="right"/>
      </w:pPr>
      <w:r>
        <w:t>ہوا یہ کہ یہود کے خلاف نفرت، مغرب کے خلاف نفرت، بد نفرتی، نفرت۔ یہ ان آیتوں کا مدعا نہیں تھا کہ آپ اس سے نفرت کی غذا لیں۔</w:t>
      </w:r>
    </w:p>
    <w:p>
      <w:r>
        <w:rPr>
          <w:b/>
        </w:rPr>
        <w:t xml:space="preserve">[28:28] </w:t>
      </w:r>
      <w:r>
        <w:t>nahi, is se zamane ko pehchanne ki ghiza lijiye, ummat-e-muslima ke ke case ko samajhne ki ghiza lijiye.</w:t>
      </w:r>
    </w:p>
    <w:p>
      <w:pPr>
        <w:jc w:val="right"/>
      </w:pPr>
      <w:r>
        <w:t>نہیں، اس سے زمانے کو پہچاننے کی غذا لیجئے، امت مسلمہ کے کے کیس کو سمجھنے کی غذا لیجئے۔</w:t>
      </w:r>
    </w:p>
    <w:p>
      <w:r>
        <w:rPr>
          <w:b/>
        </w:rPr>
        <w:t xml:space="preserve">[28:40] </w:t>
      </w:r>
      <w:r>
        <w:t>in aayaton se agar aap yeh ghiza len ke aap nafrat karen yahud se, nafrat karen maghrib se, to aap ne sahi ghiza nahi liya.</w:t>
      </w:r>
    </w:p>
    <w:p>
      <w:pPr>
        <w:jc w:val="right"/>
      </w:pPr>
      <w:r>
        <w:t>ان آیتوں سے اگر آپ یہ غذا لیں کہ آپ نفرت کریں یہود سے، نفرت کریں مغرب سے، تو آپ نے صحیح غذا نہیں لیا۔</w:t>
      </w:r>
    </w:p>
    <w:p>
      <w:r>
        <w:rPr>
          <w:b/>
        </w:rPr>
        <w:t xml:space="preserve">[28:54] </w:t>
      </w:r>
      <w:r>
        <w:t>sahi ghiza yeh hai ke aap ummat-e-muslima ke marz ko pehchanen, daur-e-jadeed ke case ko samjhen, aur is ke mutabiq aap sahi rehnumai faraham karen, khair khwahi ke sath.</w:t>
      </w:r>
    </w:p>
    <w:p>
      <w:pPr>
        <w:jc w:val="right"/>
      </w:pPr>
      <w:r>
        <w:t>صحیح غذا یہ ہے کہ آپ امت مسلمہ کے مرض کو پہچانیں، دور جدید کے کیس کو سمجھیں، اور اس کے مطابق آپ صحیح رہنمائی فراہم کریں، خیر خواہی کے ساتھ۔</w:t>
      </w:r>
    </w:p>
    <w:p>
      <w:r>
        <w:rPr>
          <w:b/>
        </w:rPr>
        <w:t xml:space="preserve">[29:11] </w:t>
      </w:r>
      <w:r>
        <w:t>yeh kaam hai karne ka. to beeswin sadi to kho diya musalmanon ne. yaad rakhiye, poori poori beeswin sadi musalmanon ne kho diya.</w:t>
      </w:r>
    </w:p>
    <w:p>
      <w:pPr>
        <w:jc w:val="right"/>
      </w:pPr>
      <w:r>
        <w:t>یہ کام ہے کرنے کا۔ تو بیسویں صدی تو کھو دیا مسلمانوں نے۔ یاد رکھیے، پوری پوری بیسویں صدی مسلمانوں نے کھو دیا۔</w:t>
      </w:r>
    </w:p>
    <w:p>
      <w:r>
        <w:rPr>
          <w:b/>
        </w:rPr>
        <w:t xml:space="preserve">[29:23] </w:t>
      </w:r>
      <w:r>
        <w:t>kyun? ladai karte rahe. poori beeswin sadi ladne mein guzar gayi. Asia mein, Africa mein khas taur par bas banduq chal rahi hai, bam chal raha hai,</w:t>
      </w:r>
    </w:p>
    <w:p>
      <w:pPr>
        <w:jc w:val="right"/>
      </w:pPr>
      <w:r>
        <w:t>کیوں؟ لڑائی کرتے رہے۔ پوری بیسویں صدی لڑنے میں گزر گئی۔ ایشیا میں، افریقہ میں خاص طور پر بس بندوق چل رہی ہے، بم چل رہا ہے،</w:t>
      </w:r>
    </w:p>
    <w:p>
      <w:r>
        <w:rPr>
          <w:b/>
        </w:rPr>
        <w:t xml:space="preserve">[29:37] </w:t>
      </w:r>
      <w:r>
        <w:t>gun chal rahi hai. bhai, yahi karte rahe poori 20th century mein. yaani bajaye is ke ke woh daur-e-jadeed ko samjhte, daur-e-jadeed ke khilaaf gun le ke khade ho gaye.</w:t>
      </w:r>
    </w:p>
    <w:p>
      <w:pPr>
        <w:jc w:val="right"/>
      </w:pPr>
      <w:r>
        <w:t>گن چل رہی ہے۔ بھئی، یہی کرتے رہے پوری ٹونٹی سنچری میں۔ یعنی بجائے اس کے کہ وہ دور جدید کو سمجھتے، دور جدید کے خلاف گن لے کے کھڑے ہو گئے۔</w:t>
      </w:r>
    </w:p>
    <w:p>
      <w:r>
        <w:rPr>
          <w:b/>
        </w:rPr>
        <w:t xml:space="preserve">[29:51] </w:t>
      </w:r>
      <w:r>
        <w:t>yeh koi sahi reaction nahi tha ke modern world ko ya daur-e-jadeed ko samajhne ke bajaye is ke khilaaf gun le khade ho gaye.</w:t>
      </w:r>
    </w:p>
    <w:p>
      <w:pPr>
        <w:jc w:val="right"/>
      </w:pPr>
      <w:r>
        <w:t>یہ کوئی صحیح ری ایکشن نہیں تھا کہ ماڈرن ورلڈ کو یا دور جدید کو سمجھنے کے بجائے اس کے خلاف گن لے کھڑے ہو گئے۔</w:t>
      </w:r>
    </w:p>
    <w:p>
      <w:r>
        <w:rPr>
          <w:b/>
        </w:rPr>
        <w:t xml:space="preserve">[30:05] </w:t>
      </w:r>
      <w:r>
        <w:t>rai, rai, rai!</w:t>
      </w:r>
    </w:p>
    <w:p>
      <w:pPr>
        <w:jc w:val="right"/>
      </w:pPr>
      <w:r>
        <w:t>رائی، رائی، رائی!</w:t>
      </w:r>
    </w:p>
    <w:p>
      <w:r>
        <w:rPr>
          <w:b/>
        </w:rPr>
        <w:t xml:space="preserve">[30:08] </w:t>
      </w:r>
      <w:r>
        <w:t>aur is ko keh diya yeh jihad hai. har giz har giz woh jihad nahi tha, na pehle tha, na ab hai. yeh jo musalmanon ne bam mare, gun culture chalaya,</w:t>
      </w:r>
    </w:p>
    <w:p>
      <w:pPr>
        <w:jc w:val="right"/>
      </w:pPr>
      <w:r>
        <w:t>اور اس کو کہہ دیا یہ جہاد ہے۔ ہرگز ہرگز وہ جہاد نہیں تھا، نہ پہلے تھا، نہ اب ہے۔ یہ جو مسلمانوں نے بم مارے، گن کلچر چلایا،</w:t>
      </w:r>
    </w:p>
    <w:p>
      <w:r>
        <w:rPr>
          <w:b/>
        </w:rPr>
        <w:t xml:space="preserve">[30:22] </w:t>
      </w:r>
      <w:r>
        <w:t>aur violence kiya, yeh har giz har giz jihad nahi tha, na na pehle. ab jo karne ka kaam yeh tha ke apni apni zimmedariyon ko samjho, apni zimmedari ko daryaft karo,</w:t>
      </w:r>
    </w:p>
    <w:p>
      <w:pPr>
        <w:jc w:val="right"/>
      </w:pPr>
      <w:r>
        <w:t>اور وائیلنس کیا، یہ ہرگز ہرگز جہاد نہیں تھا، نہ نہ پہلے۔ اب جو کرنے کا کام یہ تھا کہ اپنی اپنی ذمہ داریوں کو سمجھو، اپنی ذمہ داری کو دریافت کرو،</w:t>
      </w:r>
    </w:p>
    <w:p>
      <w:r>
        <w:rPr>
          <w:b/>
        </w:rPr>
        <w:t xml:space="preserve">[30:35] </w:t>
      </w:r>
      <w:r>
        <w:t>daur-e-jadeed ko</w:t>
      </w:r>
    </w:p>
    <w:p>
      <w:pPr>
        <w:jc w:val="right"/>
      </w:pPr>
      <w:r>
        <w:t>دور جدید کو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