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Social Harmony and Islam | June 10, 2008</w:t>
      </w:r>
    </w:p>
    <w:p>
      <w:r>
        <w:t>https://www.youtube.com/watch?v=x_Ocw0CGF0A</w:t>
      </w:r>
    </w:p>
    <w:p>
      <w:r>
        <w:rPr>
          <w:b/>
        </w:rPr>
        <w:t xml:space="preserve">[00:13] </w:t>
      </w:r>
      <w:r>
        <w:t>bismillah hir rahman nir raheem, wa salli allahu ala nabi al kareem.</w:t>
      </w:r>
    </w:p>
    <w:p>
      <w:pPr>
        <w:jc w:val="right"/>
      </w:pPr>
      <w:r>
        <w:t>بسم اللہ الرحمن الرحیم، و صلی اللہ علی النبی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ek sahib ne kaha ke islam mein</w:t>
      </w:r>
    </w:p>
    <w:p>
      <w:pPr>
        <w:jc w:val="right"/>
      </w:pPr>
      <w:r>
        <w:t>ایک صاحب نے کہا کہ اسلام میں</w:t>
      </w:r>
    </w:p>
    <w:p>
      <w:r>
        <w:rPr>
          <w:b/>
        </w:rPr>
        <w:t xml:space="preserve">[00:44] </w:t>
      </w:r>
      <w:r>
        <w:t>social compatibility nahi hai.</w:t>
      </w:r>
    </w:p>
    <w:p>
      <w:pPr>
        <w:jc w:val="right"/>
      </w:pPr>
      <w:r>
        <w:t>سوشل کمپیٹیبلٹی نہیں ہے۔</w:t>
      </w:r>
    </w:p>
    <w:p>
      <w:r>
        <w:rPr>
          <w:b/>
        </w:rPr>
        <w:t xml:space="preserve">[00:52] </w:t>
      </w:r>
      <w:r>
        <w:t>yeh ek sahib ki baat nahi hai, bohat se log aisa samajhte hain ke islam doosrey system ke</w:t>
      </w:r>
    </w:p>
    <w:p>
      <w:pPr>
        <w:jc w:val="right"/>
      </w:pPr>
      <w:r>
        <w:t>یہ ایک صاحب کی بات نہیں ہے، بہت سے لوگ ایسا سمجھتے ہیں کہ اسلام دوسرے سسٹم کے</w:t>
      </w:r>
    </w:p>
    <w:p>
      <w:r>
        <w:rPr>
          <w:b/>
        </w:rPr>
        <w:t xml:space="preserve">[01:00] </w:t>
      </w:r>
      <w:r>
        <w:t>sath adjust karke nahi reh sakta.</w:t>
      </w:r>
    </w:p>
    <w:p>
      <w:pPr>
        <w:jc w:val="right"/>
      </w:pPr>
      <w:r>
        <w:t>ساتھ ایڈجسٹ کر کے نہیں رہ سکتا۔</w:t>
      </w:r>
    </w:p>
    <w:p>
      <w:r>
        <w:rPr>
          <w:b/>
        </w:rPr>
        <w:t xml:space="preserve">[01:07] </w:t>
      </w:r>
      <w:r>
        <w:t>to yeh samjha jane laga hai ke islam mein social compatibility nahi hai.</w:t>
      </w:r>
    </w:p>
    <w:p>
      <w:pPr>
        <w:jc w:val="right"/>
      </w:pPr>
      <w:r>
        <w:t>تو یہ سمجھا جانے لگا ہے کہ اسلام میں سوشل کمپیٹیبلٹی نہیں ہے۔</w:t>
      </w:r>
    </w:p>
    <w:p>
      <w:r>
        <w:rPr>
          <w:b/>
        </w:rPr>
        <w:t xml:space="preserve">[01:15] </w:t>
      </w:r>
      <w:r>
        <w:t>mein samajhta hoon ke yeh sirf ek misunderstanding hai, iska reality se koi talluq nahi hai.</w:t>
      </w:r>
    </w:p>
    <w:p>
      <w:pPr>
        <w:jc w:val="right"/>
      </w:pPr>
      <w:r>
        <w:t>میں سمجھتا ہوں کہ یہ صرف ایک مس انڈرسٹینڈنگ ہے، اس کا ریلیٹی سے کوئی تعلق نہیں ہے۔</w:t>
      </w:r>
    </w:p>
    <w:p>
      <w:r>
        <w:rPr>
          <w:b/>
        </w:rPr>
        <w:t xml:space="preserve">[01:26] </w:t>
      </w:r>
      <w:r>
        <w:t>sab se pehle to yeh samjhiye ke compatibility ya social compatibility kaise hasil hoti hai.</w:t>
      </w:r>
    </w:p>
    <w:p>
      <w:pPr>
        <w:jc w:val="right"/>
      </w:pPr>
      <w:r>
        <w:t>سب سے پہلے تو یہ سمجھیے کہ کمپیٹیبلٹی یا سوشل کمپیٹیبلٹی کیسے حاصل ہوتی ہے۔</w:t>
      </w:r>
    </w:p>
    <w:p>
      <w:r>
        <w:rPr>
          <w:b/>
        </w:rPr>
        <w:t xml:space="preserve">[01:37] </w:t>
      </w:r>
      <w:r>
        <w:t>to kuch log yeh samajhte hain ke</w:t>
      </w:r>
    </w:p>
    <w:p>
      <w:pPr>
        <w:jc w:val="right"/>
      </w:pPr>
      <w:r>
        <w:t>تو کچھ لوگ یہ سمجھتے ہیں کہ</w:t>
      </w:r>
    </w:p>
    <w:p>
      <w:r>
        <w:rPr>
          <w:b/>
        </w:rPr>
        <w:t xml:space="preserve">[01:48] </w:t>
      </w:r>
      <w:r>
        <w:t>similar ideas jab hon tab aisa hoga.</w:t>
      </w:r>
    </w:p>
    <w:p>
      <w:pPr>
        <w:jc w:val="right"/>
      </w:pPr>
      <w:r>
        <w:t>سمیلر آئیڈیاز جب ہوں تب ایسا ہوگا۔</w:t>
      </w:r>
    </w:p>
    <w:p>
      <w:r>
        <w:rPr>
          <w:b/>
        </w:rPr>
        <w:t xml:space="preserve">[01:54] </w:t>
      </w:r>
      <w:r>
        <w:t>similar ideas na hon to wahan par compatibility nahi pai jayegi.</w:t>
      </w:r>
    </w:p>
    <w:p>
      <w:pPr>
        <w:jc w:val="right"/>
      </w:pPr>
      <w:r>
        <w:t>سمیلر آئیڈیاز نہ ہوں تو وہاں پر کمپیٹیبلٹی نہیں پائی جائے گی۔</w:t>
      </w:r>
    </w:p>
    <w:p>
      <w:r>
        <w:rPr>
          <w:b/>
        </w:rPr>
        <w:t xml:space="preserve">[02:00] </w:t>
      </w:r>
      <w:r>
        <w:t>dekhiye, yeh supposition hi galat hai.</w:t>
      </w:r>
    </w:p>
    <w:p>
      <w:pPr>
        <w:jc w:val="right"/>
      </w:pPr>
      <w:r>
        <w:t>دیکھیں، یہ سپوزیشن ہی غلط ہے۔</w:t>
      </w:r>
    </w:p>
    <w:p>
      <w:r>
        <w:rPr>
          <w:b/>
        </w:rPr>
        <w:t xml:space="preserve">[02:07] </w:t>
      </w:r>
      <w:r>
        <w:t>aap dekhiye ke politics mein kya hai abhi hamare paas.</w:t>
      </w:r>
    </w:p>
    <w:p>
      <w:pPr>
        <w:jc w:val="right"/>
      </w:pPr>
      <w:r>
        <w:t>آپ دیکھیں کہ پولیٹکس میں کیا ہے ابھی ہمارے پاس۔</w:t>
      </w:r>
    </w:p>
    <w:p>
      <w:r>
        <w:rPr>
          <w:b/>
        </w:rPr>
        <w:t xml:space="preserve">[02:13] </w:t>
      </w:r>
      <w:r>
        <w:t>duniya mein is waqt 200 countries hain,</w:t>
      </w:r>
    </w:p>
    <w:p>
      <w:pPr>
        <w:jc w:val="right"/>
      </w:pPr>
      <w:r>
        <w:t>دنیا میں اس وقت 200 کنٹریز ہیں،</w:t>
      </w:r>
    </w:p>
    <w:p>
      <w:r>
        <w:rPr>
          <w:b/>
        </w:rPr>
        <w:t xml:space="preserve">[02:19] </w:t>
      </w:r>
      <w:r>
        <w:t>sab United Nations ke member hain.</w:t>
      </w:r>
    </w:p>
    <w:p>
      <w:pPr>
        <w:jc w:val="right"/>
      </w:pPr>
      <w:r>
        <w:t>سب یونائٹڈ نیشنز کے ممبر ہیں۔</w:t>
      </w:r>
    </w:p>
    <w:p>
      <w:r>
        <w:rPr>
          <w:b/>
        </w:rPr>
        <w:t xml:space="preserve">[02:27] </w:t>
      </w:r>
      <w:r>
        <w:t>aur unhon ne jis formula ko apnaya hai woh hai co-existence ka formula.</w:t>
      </w:r>
    </w:p>
    <w:p>
      <w:pPr>
        <w:jc w:val="right"/>
      </w:pPr>
      <w:r>
        <w:t>اور انہوں نے جس فارمولے کو اپنایا ہے وہ ہے کو ایگزسٹنس کا فارمولا۔</w:t>
      </w:r>
    </w:p>
    <w:p>
      <w:r>
        <w:rPr>
          <w:b/>
        </w:rPr>
        <w:t xml:space="preserve">[02:34] </w:t>
      </w:r>
      <w:r>
        <w:t>co-existence ka matlab kya hai? differences ke hote hue mil jul kar rehna.</w:t>
      </w:r>
    </w:p>
    <w:p>
      <w:pPr>
        <w:jc w:val="right"/>
      </w:pPr>
      <w:r>
        <w:t>کو ایگزسٹنس کا مطلب کیا ہے؟ ڈیفرنسز کے ہوتے ہوئے مل جل کر رہنا۔</w:t>
      </w:r>
    </w:p>
    <w:p>
      <w:r>
        <w:rPr>
          <w:b/>
        </w:rPr>
        <w:t xml:space="preserve">[02:42] </w:t>
      </w:r>
      <w:r>
        <w:t>yeh sari duniya mein tamam countries ne isko maan liya hai ke</w:t>
      </w:r>
    </w:p>
    <w:p>
      <w:pPr>
        <w:jc w:val="right"/>
      </w:pPr>
      <w:r>
        <w:t>یہ ساری دنیا میں تمام کنٹریز نے اس کو مان لیا ہے کہ</w:t>
      </w:r>
    </w:p>
    <w:p>
      <w:r>
        <w:rPr>
          <w:b/>
        </w:rPr>
        <w:t xml:space="preserve">[02:50] </w:t>
      </w:r>
      <w:r>
        <w:t>co existence is the best way of existence in this world. to jo cheez political field mein theek hai wahi religion mein bhi kyun nahi theek hai. yani political field mein sab log mante hain ke co existence is the best formula. is se pehle dekhiye, 191</w:t>
      </w:r>
    </w:p>
    <w:p>
      <w:pPr>
        <w:jc w:val="right"/>
      </w:pPr>
      <w:r>
        <w:t>کو ایگزسٹنس از دا بیسٹ وے آف ایگزسٹنس ان دس ورلڈ۔ تو جو چیز پولیٹیکل فیلڈ میں ٹھیک ہے وہی ریلیجن میں بھی کیوں نہیں ٹھیک ہے۔ یعنی پولیٹیکل فیلڈ میں سب لوگ مانتے ہیں کہ کو ایگزسٹنس از دا بیسٹ فارمولا۔ اس سے پہلے دیکھیں، 191</w:t>
      </w:r>
    </w:p>
    <w:p>
      <w:r>
        <w:rPr>
          <w:b/>
        </w:rPr>
        <w:t xml:space="preserve">[03:20] </w:t>
      </w:r>
      <w:r>
        <w:t>7 mein communist empire bani jis ko Soviet Union kaha jata tha.</w:t>
      </w:r>
    </w:p>
    <w:p>
      <w:pPr>
        <w:jc w:val="right"/>
      </w:pPr>
      <w:r>
        <w:t>7 میں کمیونسٹ ایمپائر بنی جس کو سوویت یونین کہا جاتا تھا۔</w:t>
      </w:r>
    </w:p>
    <w:p>
      <w:r>
        <w:rPr>
          <w:b/>
        </w:rPr>
        <w:t xml:space="preserve">[03:30] </w:t>
      </w:r>
      <w:r>
        <w:t>to soviet union ka formula yeh tha ke communist system ke siwa har doosra system jo hai woh</w:t>
      </w:r>
    </w:p>
    <w:p>
      <w:pPr>
        <w:jc w:val="right"/>
      </w:pPr>
      <w:r>
        <w:t>تو سوویت یونین کا فارمولا یہ تھا کہ کمیونسٹ سسٹم کے سوا ہر دوسرا سسٹم جو ہے وہ</w:t>
      </w:r>
    </w:p>
    <w:p>
      <w:r>
        <w:rPr>
          <w:b/>
        </w:rPr>
        <w:t xml:space="preserve">[03:40] </w:t>
      </w:r>
      <w:r>
        <w:t>is qabil hai ke is ko eliminate kar diya jaye.</w:t>
      </w:r>
    </w:p>
    <w:p>
      <w:pPr>
        <w:jc w:val="right"/>
      </w:pPr>
      <w:r>
        <w:t>اس قابل ہے کہ اس کو ایلیمینیٹ کر دیا جائے۔</w:t>
      </w:r>
    </w:p>
    <w:p>
      <w:r>
        <w:rPr>
          <w:b/>
        </w:rPr>
        <w:t xml:space="preserve">[03:51] </w:t>
      </w:r>
      <w:r>
        <w:t>sari duniya ko woh chahte the ke sari duniya mein bas communist communist system hi sari duniya mein rahe, koi doosra system na rahe. yani religion ko mita dena chahte the woh, capitalism ko mita dena chahte the woh. to lekin kya hua? woh khud hi mit gaye. 75 years tak bohat dhoom dham ke baad aakhir kar woh khud hi khatam ho gaye.</w:t>
      </w:r>
    </w:p>
    <w:p>
      <w:pPr>
        <w:jc w:val="right"/>
      </w:pPr>
      <w:r>
        <w:t>ساری دنیا کو وہ چاہتے تھے کہ ساری دنیا میں بس کمیونسٹ کمیونسٹ سسٹم ہی ساری دنیا میں رہے، کوئی دوسرا سسٹم نہ رہے۔ یعنی ریلیجن کو مٹا دینا چاہتے تھے وہ، کیپیٹلزم کو مٹا دینا چاہتے تھے وہ۔ تو لیکن کیا ہوا؟ وہ خود ہی مٹ گئے۔ 75 ایئرز تک بہت دھوم دھام کے بعد آخر کار وہ خود ہی ختم ہو گئے۔</w:t>
      </w:r>
    </w:p>
    <w:p>
      <w:r>
        <w:rPr>
          <w:b/>
        </w:rPr>
        <w:t xml:space="preserve">[04:21] </w:t>
      </w:r>
      <w:r>
        <w:t>soviet union toot gaya.</w:t>
      </w:r>
    </w:p>
    <w:p>
      <w:pPr>
        <w:jc w:val="right"/>
      </w:pPr>
      <w:r>
        <w:t>سوویت یونین ٹوٹ گیا۔</w:t>
      </w:r>
    </w:p>
    <w:p>
      <w:r>
        <w:rPr>
          <w:b/>
        </w:rPr>
        <w:t xml:space="preserve">[04:27] </w:t>
      </w:r>
      <w:r>
        <w:t>ab khud soviet union mein bhi ab jo wahan par jo system hai, jo hukumat hai wahan par</w:t>
      </w:r>
    </w:p>
    <w:p>
      <w:pPr>
        <w:jc w:val="right"/>
      </w:pPr>
      <w:r>
        <w:t>اب خود سوویت یونین میں بھی اب جو وہاں پر جو سسٹم ہے، جو حکومت ہے وہاں پر</w:t>
      </w:r>
    </w:p>
    <w:p>
      <w:r>
        <w:rPr>
          <w:b/>
        </w:rPr>
        <w:t xml:space="preserve">[04:33] </w:t>
      </w:r>
      <w:r>
        <w:t>woh khud yahi mannay lagi hai ke co-existence hi sab se acha formula hai.</w:t>
      </w:r>
    </w:p>
    <w:p>
      <w:pPr>
        <w:jc w:val="right"/>
      </w:pPr>
      <w:r>
        <w:t>وہ خود یہی ماننے لگی ہے کہ کو ایگزسٹنس ہی سب سے اچھا فارمولا ہے۔</w:t>
      </w:r>
    </w:p>
    <w:p>
      <w:r>
        <w:rPr>
          <w:b/>
        </w:rPr>
        <w:t xml:space="preserve">[04:39] </w:t>
      </w:r>
      <w:r>
        <w:t>to yahi baat mazhab mein bhi hai.</w:t>
      </w:r>
    </w:p>
    <w:p>
      <w:pPr>
        <w:jc w:val="right"/>
      </w:pPr>
      <w:r>
        <w:t>تو یہی بات مذہب میں بھی ہے۔</w:t>
      </w:r>
    </w:p>
    <w:p>
      <w:r>
        <w:rPr>
          <w:b/>
        </w:rPr>
        <w:t xml:space="preserve">[04:45] </w:t>
      </w:r>
      <w:r>
        <w:t>dekhein, mazhab jo hai kya hai? mazhab naam hai spiritual science ka</w:t>
      </w:r>
    </w:p>
    <w:p>
      <w:pPr>
        <w:jc w:val="right"/>
      </w:pPr>
      <w:r>
        <w:t>دیکھیں، مذہب جو ہے کیا ہے؟ مذہب نام ہے اسپریچول سائنس کا</w:t>
      </w:r>
    </w:p>
    <w:p>
      <w:r>
        <w:rPr>
          <w:b/>
        </w:rPr>
        <w:t xml:space="preserve">[04:51] </w:t>
      </w:r>
      <w:r>
        <w:t>.</w:t>
      </w:r>
    </w:p>
    <w:p>
      <w:pPr>
        <w:jc w:val="right"/>
      </w:pPr>
      <w:r>
        <w:t>۔</w:t>
      </w:r>
    </w:p>
    <w:p>
      <w:r>
        <w:rPr>
          <w:b/>
        </w:rPr>
        <w:t xml:space="preserve">[04:57] </w:t>
      </w:r>
      <w:r>
        <w:t>spiritual science basically inner development ka naam hai.</w:t>
      </w:r>
    </w:p>
    <w:p>
      <w:pPr>
        <w:jc w:val="right"/>
      </w:pPr>
      <w:r>
        <w:t>اسپریچول سائنس بیسیکلی انر ڈیولپمنٹ کا نام ہے۔</w:t>
      </w:r>
    </w:p>
    <w:p>
      <w:r>
        <w:rPr>
          <w:b/>
        </w:rPr>
        <w:t xml:space="preserve">[05:03] </w:t>
      </w:r>
      <w:r>
        <w:t>apni personality ko develop karna, apne andar positive qualities paida karna, yeh sari cheezon ka naam hai mazhab.</w:t>
      </w:r>
    </w:p>
    <w:p>
      <w:pPr>
        <w:jc w:val="right"/>
      </w:pPr>
      <w:r>
        <w:t>اپنی پرسنیلٹی کو ڈیولپ کرنا، اپنے اندر پازیٹیو کوالٹیز پیدا کرنا، یہ ساری چیزوں کا نام ہے مذہب۔</w:t>
      </w:r>
    </w:p>
    <w:p>
      <w:r>
        <w:rPr>
          <w:b/>
        </w:rPr>
        <w:t xml:space="preserve">[05:09] </w:t>
      </w:r>
      <w:r>
        <w:t>to Islam is not, Islam is not an exception.</w:t>
      </w:r>
    </w:p>
    <w:p>
      <w:pPr>
        <w:jc w:val="right"/>
      </w:pPr>
      <w:r>
        <w:t>تو اسلام از ناٹ، اسلام از ناٹ این ایکسیپشن۔</w:t>
      </w:r>
    </w:p>
    <w:p>
      <w:r>
        <w:rPr>
          <w:b/>
        </w:rPr>
        <w:t xml:space="preserve">[05:15] </w:t>
      </w:r>
      <w:r>
        <w:t>yeh Islam ka bhi</w:t>
      </w:r>
    </w:p>
    <w:p>
      <w:pPr>
        <w:jc w:val="right"/>
      </w:pPr>
      <w:r>
        <w:t>یہ اسلام کا بھی</w:t>
      </w:r>
    </w:p>
    <w:p>
      <w:r>
        <w:rPr>
          <w:b/>
        </w:rPr>
        <w:t xml:space="preserve">[05:21] </w:t>
      </w:r>
      <w:r>
        <w:t>goal hai, Islam ka bhi yahi target hai. to is mein is baat ka koi, is baat ki koi gunjaish nahi ke aap doosre ke sath mil jul kar na reh saken. dekhiye, nature ne is ka bohat acha example set</w:t>
      </w:r>
    </w:p>
    <w:p>
      <w:pPr>
        <w:jc w:val="right"/>
      </w:pPr>
      <w:r>
        <w:t>گول ہے، اسلام کا بھی یہی ٹارگٹ ہے۔ تو اس میں اس بات کا کوئی، اس بات کی کوئی گنجائش نہیں کہ آپ دوسرے کے ساتھ مل جل کر نہ رہ سکیں۔ دیکھیں، نیچر نے اس کا بہت اچھا ایگزیمپل سیٹ</w:t>
      </w:r>
    </w:p>
    <w:p>
      <w:r>
        <w:rPr>
          <w:b/>
        </w:rPr>
        <w:t xml:space="preserve">[05:51] </w:t>
      </w:r>
      <w:r>
        <w:t>kya hai animal world mein.</w:t>
      </w:r>
    </w:p>
    <w:p>
      <w:pPr>
        <w:jc w:val="right"/>
      </w:pPr>
      <w:r>
        <w:t>کیا ہے اینیمل ورلڈ میں۔</w:t>
      </w:r>
    </w:p>
    <w:p>
      <w:r>
        <w:rPr>
          <w:b/>
        </w:rPr>
        <w:t xml:space="preserve">[05:57] </w:t>
      </w:r>
      <w:r>
        <w:t>aap dekhein, janglon mein bohat sare animal rehte hain.</w:t>
      </w:r>
    </w:p>
    <w:p>
      <w:pPr>
        <w:jc w:val="right"/>
      </w:pPr>
      <w:r>
        <w:t>آپ دیکھیں، جنگلوں میں بہت سارے اینیمل رہتے ہیں۔</w:t>
      </w:r>
    </w:p>
    <w:p>
      <w:r>
        <w:rPr>
          <w:b/>
        </w:rPr>
        <w:t xml:space="preserve">[06:03] </w:t>
      </w:r>
      <w:r>
        <w:t>aap jante hain ke animals mein bohat zyada differences hain, bohat zyada.</w:t>
      </w:r>
    </w:p>
    <w:p>
      <w:pPr>
        <w:jc w:val="right"/>
      </w:pPr>
      <w:r>
        <w:t>آپ جانتے ہیں کہ اینیملز میں بہت زیادہ ڈیفرنسز ہیں، بہت زیادہ۔</w:t>
      </w:r>
    </w:p>
    <w:p>
      <w:r>
        <w:rPr>
          <w:b/>
        </w:rPr>
        <w:t xml:space="preserve">[06:09] </w:t>
      </w:r>
      <w:r>
        <w:t>jaise kuch animal woh hain jo carnivorous hain, yani woh meat khate hain.</w:t>
      </w:r>
    </w:p>
    <w:p>
      <w:pPr>
        <w:jc w:val="right"/>
      </w:pPr>
      <w:r>
        <w:t>جیسے کچھ اینیمل وہ ہیں جو کارنیورس ہیں، یعنی وہ میٹ کھاتے ہیں۔</w:t>
      </w:r>
    </w:p>
    <w:p>
      <w:r>
        <w:rPr>
          <w:b/>
        </w:rPr>
        <w:t xml:space="preserve">[06:15] </w:t>
      </w:r>
      <w:r>
        <w:t>kuch animal woh hain jo</w:t>
      </w:r>
    </w:p>
    <w:p>
      <w:pPr>
        <w:jc w:val="right"/>
      </w:pPr>
      <w:r>
        <w:t>کچھ اینیمل وہ ہیں جو</w:t>
      </w:r>
    </w:p>
    <w:p>
      <w:r>
        <w:rPr>
          <w:b/>
        </w:rPr>
        <w:t xml:space="preserve">[06:21] </w:t>
      </w:r>
      <w:r>
        <w:t>herbivorous hain, yani woh ghaas pati khate hain.</w:t>
      </w:r>
    </w:p>
    <w:p>
      <w:pPr>
        <w:jc w:val="right"/>
      </w:pPr>
      <w:r>
        <w:t>ہربی وورس ہیں، یعنی وہ گھاس پتی کھاتے ہیں۔</w:t>
      </w:r>
    </w:p>
    <w:p>
      <w:r>
        <w:rPr>
          <w:b/>
        </w:rPr>
        <w:t xml:space="preserve">[06:26] </w:t>
      </w:r>
      <w:r>
        <w:t>to kitna bara difference hai yeh.</w:t>
      </w:r>
    </w:p>
    <w:p>
      <w:pPr>
        <w:jc w:val="right"/>
      </w:pPr>
      <w:r>
        <w:t>تو کتنا بڑا ڈیفرنس ہے یہ۔</w:t>
      </w:r>
    </w:p>
    <w:p>
      <w:r>
        <w:rPr>
          <w:b/>
        </w:rPr>
        <w:t xml:space="preserve">[06:31] </w:t>
      </w:r>
      <w:r>
        <w:t>kyunke dono mein koi ladai nahi hoti.</w:t>
      </w:r>
    </w:p>
    <w:p>
      <w:pPr>
        <w:jc w:val="right"/>
      </w:pPr>
      <w:r>
        <w:t>کیونکہ دونوں میں کوئی لڑائی نہیں ہوتی۔</w:t>
      </w:r>
    </w:p>
    <w:p>
      <w:r>
        <w:rPr>
          <w:b/>
        </w:rPr>
        <w:t xml:space="preserve">[06:36] </w:t>
      </w:r>
      <w:r>
        <w:t>woh apne tareeqay se rehte hain, woh apne tareeqay se rehte hain.</w:t>
      </w:r>
    </w:p>
    <w:p>
      <w:pPr>
        <w:jc w:val="right"/>
      </w:pPr>
      <w:r>
        <w:t>وہ اپنے طریقے سے رہتے ہیں، وہ اپنے طریقے سے رہتے ہیں۔</w:t>
      </w:r>
    </w:p>
    <w:p>
      <w:r>
        <w:rPr>
          <w:b/>
        </w:rPr>
        <w:t xml:space="preserve">[06:41] </w:t>
      </w:r>
      <w:r>
        <w:t>ladai hoti hai ya takrao jo hota hai asal mein is hota hai extremism ki wajah se hota hai.</w:t>
      </w:r>
    </w:p>
    <w:p>
      <w:pPr>
        <w:jc w:val="right"/>
      </w:pPr>
      <w:r>
        <w:t>لڑائی ہوتی ہے یا ٹکراؤ جو ہوتا ہے اصل میں اس ہوتا ہے ایکسٹریمزم کی وجہ سے ہوتا ہے۔</w:t>
      </w:r>
    </w:p>
    <w:p>
      <w:r>
        <w:rPr>
          <w:b/>
        </w:rPr>
        <w:t xml:space="preserve">[06:46] </w:t>
      </w:r>
      <w:r>
        <w:t>yani koi mazhab apne aap mein aisa nahi hai jo social</w:t>
      </w:r>
    </w:p>
    <w:p>
      <w:pPr>
        <w:jc w:val="right"/>
      </w:pPr>
      <w:r>
        <w:t>یعنی کوئی مذہب اپنے آپ میں ایسا نہیں ہے جو سوشل</w:t>
      </w:r>
    </w:p>
    <w:p>
      <w:r>
        <w:rPr>
          <w:b/>
        </w:rPr>
        <w:t xml:space="preserve">[06:51] </w:t>
      </w:r>
      <w:r>
        <w:t>harmony mein rukawat ho.</w:t>
      </w:r>
    </w:p>
    <w:p>
      <w:pPr>
        <w:jc w:val="right"/>
      </w:pPr>
      <w:r>
        <w:t>ہارمونی میں رکاوٹ ہو۔</w:t>
      </w:r>
    </w:p>
    <w:p>
      <w:r>
        <w:rPr>
          <w:b/>
        </w:rPr>
        <w:t xml:space="preserve">[06:57] </w:t>
      </w:r>
      <w:r>
        <w:t>jo cheez rukawat hai woh hai extremism, jis ko Islam mein ghalu kaha gaya hai.</w:t>
      </w:r>
    </w:p>
    <w:p>
      <w:pPr>
        <w:jc w:val="right"/>
      </w:pPr>
      <w:r>
        <w:t>جو چیز رکاوٹ ہے وہ ہے ایکسٹریمزم، جس کو اسلام میں غلو کہا گیا ہے۔</w:t>
      </w:r>
    </w:p>
    <w:p>
      <w:r>
        <w:rPr>
          <w:b/>
        </w:rPr>
        <w:t xml:space="preserve">[07:03] </w:t>
      </w:r>
      <w:r>
        <w:t>is baat ko achhi tarah samajh lena chahiye ke social harmony mein jo cheez rukawat dalati hai woh</w:t>
      </w:r>
    </w:p>
    <w:p>
      <w:pPr>
        <w:jc w:val="right"/>
      </w:pPr>
      <w:r>
        <w:t>اس بات کو اچھی طرح سمجھ لینا چاہیے کہ سوشل ہارمونی میں جو چیز رکاوٹ ڈالتی ہے وہ</w:t>
      </w:r>
    </w:p>
    <w:p>
      <w:r>
        <w:rPr>
          <w:b/>
        </w:rPr>
        <w:t xml:space="preserve">[07:09] </w:t>
      </w:r>
      <w:r>
        <w:t>khud mazhab nahin hai, Islam nahin hai.</w:t>
      </w:r>
    </w:p>
    <w:p>
      <w:pPr>
        <w:jc w:val="right"/>
      </w:pPr>
      <w:r>
        <w:t>خود مذہب نہیں ہے، اسلام نہیں ہے۔</w:t>
      </w:r>
    </w:p>
    <w:p>
      <w:r>
        <w:rPr>
          <w:b/>
        </w:rPr>
        <w:t xml:space="preserve">[07:16] </w:t>
      </w:r>
      <w:r>
        <w:t>balkeh woh hai extremism,</w:t>
      </w:r>
    </w:p>
    <w:p>
      <w:pPr>
        <w:jc w:val="right"/>
      </w:pPr>
      <w:r>
        <w:t>بلکہ وہ ہے ایکسٹریمزم،</w:t>
      </w:r>
    </w:p>
    <w:p>
      <w:r>
        <w:rPr>
          <w:b/>
        </w:rPr>
        <w:t xml:space="preserve">[07:22] </w:t>
      </w:r>
      <w:r>
        <w:t>kattar pan.</w:t>
      </w:r>
    </w:p>
    <w:p>
      <w:pPr>
        <w:jc w:val="right"/>
      </w:pPr>
      <w:r>
        <w:t>کٹر پن۔</w:t>
      </w:r>
    </w:p>
    <w:p>
      <w:r>
        <w:rPr>
          <w:b/>
        </w:rPr>
        <w:t xml:space="preserve">[07:28] </w:t>
      </w:r>
      <w:r>
        <w:t>kattar pan kya hai? jaise jungle ke jo animal hain, suppose jo jo carnivorous animal hain, woh dhoom</w:t>
      </w:r>
    </w:p>
    <w:p>
      <w:pPr>
        <w:jc w:val="right"/>
      </w:pPr>
      <w:r>
        <w:t>کٹر پن کیا ہے؟ جیسے جنگل کے جو اینیمل ہیں، سپوز جو جو کارنیورس اینیمل ہیں، وہ دھوم</w:t>
      </w:r>
    </w:p>
    <w:p>
      <w:r>
        <w:rPr>
          <w:b/>
        </w:rPr>
        <w:t xml:space="preserve">[07:34] </w:t>
      </w:r>
      <w:r>
        <w:t>machayen ke herbivore animal na rehne payen, sab ke sab jo hai meat khayen, koi ghaas sabzi na khaye.</w:t>
      </w:r>
    </w:p>
    <w:p>
      <w:pPr>
        <w:jc w:val="right"/>
      </w:pPr>
      <w:r>
        <w:t>مچائیں کہ ہربی وورس اینیمل نہ رہنے پائیں، سب کے سب جو ہے میٹ کھائیں، کوئی گھاس سبزی نہ کھائے۔</w:t>
      </w:r>
    </w:p>
    <w:p>
      <w:r>
        <w:rPr>
          <w:b/>
        </w:rPr>
        <w:t xml:space="preserve">[07:40] </w:t>
      </w:r>
      <w:r>
        <w:t>zahair hai ke dono mein takrao hoga.</w:t>
      </w:r>
    </w:p>
    <w:p>
      <w:pPr>
        <w:jc w:val="right"/>
      </w:pPr>
      <w:r>
        <w:t>ظاہر ہے کہ دونوں میں ٹکراؤ ہوگا۔</w:t>
      </w:r>
    </w:p>
    <w:p>
      <w:r>
        <w:rPr>
          <w:b/>
        </w:rPr>
        <w:t xml:space="preserve">[07:46] </w:t>
      </w:r>
      <w:r>
        <w:t>aise jo herbivore animal hain,</w:t>
      </w:r>
    </w:p>
    <w:p>
      <w:pPr>
        <w:jc w:val="right"/>
      </w:pPr>
      <w:r>
        <w:t>ایسے جو ہربی وورس اینیمل ہیں،</w:t>
      </w:r>
    </w:p>
    <w:p>
      <w:r>
        <w:rPr>
          <w:b/>
        </w:rPr>
        <w:t xml:space="preserve">[07:52] </w:t>
      </w:r>
      <w:r>
        <w:t>jo ghaas khate hain, pati khate hain, woh dhoom machayen ke jo log carnivorous hain, jo meat khate</w:t>
      </w:r>
    </w:p>
    <w:p>
      <w:pPr>
        <w:jc w:val="right"/>
      </w:pPr>
      <w:r>
        <w:t>جو گھاس کھاتے ہیں، پتی کھاتے ہیں، وہ دھوم مچائیں کہ جو لوگ کارنیورس ہیں، جو میٹ کھاتے</w:t>
      </w:r>
    </w:p>
    <w:p>
      <w:r>
        <w:rPr>
          <w:b/>
        </w:rPr>
        <w:t xml:space="preserve">[07:56] </w:t>
      </w:r>
      <w:r>
        <w:t>hain, woh meat na khayen, woh bhi sabzi khayen.</w:t>
      </w:r>
    </w:p>
    <w:p>
      <w:pPr>
        <w:jc w:val="right"/>
      </w:pPr>
      <w:r>
        <w:t>ہیں، وہ میٹ نہ کھائیں، وہ بھی سبزی کھائیں۔</w:t>
      </w:r>
    </w:p>
    <w:p>
      <w:r>
        <w:rPr>
          <w:b/>
        </w:rPr>
        <w:t xml:space="preserve">[08:00] </w:t>
      </w:r>
      <w:r>
        <w:t>to woh bhi wahan ladai hogi.</w:t>
      </w:r>
    </w:p>
    <w:p>
      <w:pPr>
        <w:jc w:val="right"/>
      </w:pPr>
      <w:r>
        <w:t>تو وہ بھی وہاں لڑائی ہوگی۔</w:t>
      </w:r>
    </w:p>
    <w:p>
      <w:r>
        <w:rPr>
          <w:b/>
        </w:rPr>
        <w:t xml:space="preserve">[08:05] </w:t>
      </w:r>
      <w:r>
        <w:t>lekin dono let's agree to disagree ke principle par chalte hain.</w:t>
      </w:r>
    </w:p>
    <w:p>
      <w:pPr>
        <w:jc w:val="right"/>
      </w:pPr>
      <w:r>
        <w:t>لیکن دونوں لیٹس ایگری ٹو ڈس ایگری کے پرنسپل پر چلتے ہیں۔</w:t>
      </w:r>
    </w:p>
    <w:p>
      <w:r>
        <w:rPr>
          <w:b/>
        </w:rPr>
        <w:t xml:space="preserve">[08:09] </w:t>
      </w:r>
      <w:r>
        <w:t>to koi takrao nahin hai wahan par.</w:t>
      </w:r>
    </w:p>
    <w:p>
      <w:pPr>
        <w:jc w:val="right"/>
      </w:pPr>
      <w:r>
        <w:t>تو کوئی ٹکراؤ نہیں ہے وہاں پر۔</w:t>
      </w:r>
    </w:p>
    <w:p>
      <w:r>
        <w:rPr>
          <w:b/>
        </w:rPr>
        <w:t xml:space="preserve">[08:13] </w:t>
      </w:r>
      <w:r>
        <w:t>to isi ka naam hai extremism.</w:t>
      </w:r>
    </w:p>
    <w:p>
      <w:pPr>
        <w:jc w:val="right"/>
      </w:pPr>
      <w:r>
        <w:t>تو اسی کا نام ہے ایکسٹریمزم۔</w:t>
      </w:r>
    </w:p>
    <w:p>
      <w:r>
        <w:rPr>
          <w:b/>
        </w:rPr>
        <w:t xml:space="preserve">[08:18] </w:t>
      </w:r>
      <w:r>
        <w:t>yani aap yeh chahen ke agar aap</w:t>
      </w:r>
    </w:p>
    <w:p>
      <w:pPr>
        <w:jc w:val="right"/>
      </w:pPr>
      <w:r>
        <w:t>یعنی آپ یہ چاہیں کہ اگر آپ</w:t>
      </w:r>
    </w:p>
    <w:p>
      <w:r>
        <w:rPr>
          <w:b/>
        </w:rPr>
        <w:t xml:space="preserve">[08:22] </w:t>
      </w:r>
      <w:r>
        <w:t>vegetarian hain to doosra bhi vegetarian ban jaye.</w:t>
      </w:r>
    </w:p>
    <w:p>
      <w:pPr>
        <w:jc w:val="right"/>
      </w:pPr>
      <w:r>
        <w:t>ویجیٹیرین ہیں تو دوسرا بھی ویجیٹیرین بن جائے۔</w:t>
      </w:r>
    </w:p>
    <w:p>
      <w:r>
        <w:rPr>
          <w:b/>
        </w:rPr>
        <w:t xml:space="preserve">[08:26] </w:t>
      </w:r>
      <w:r>
        <w:t>ya aap non vegetarian hain to aap chahen ke doosra bhi non vegetarian ban jaye.</w:t>
      </w:r>
    </w:p>
    <w:p>
      <w:pPr>
        <w:jc w:val="right"/>
      </w:pPr>
      <w:r>
        <w:t>یا آپ نان ویجیٹیرین ہیں تو آپ چاہیں کہ دوسرا بھی نان ویجیٹیرین بن جائے۔</w:t>
      </w:r>
    </w:p>
    <w:p>
      <w:r>
        <w:rPr>
          <w:b/>
        </w:rPr>
        <w:t xml:space="preserve">[08:30] </w:t>
      </w:r>
      <w:r>
        <w:t>to isi ka naam hai extremism.</w:t>
      </w:r>
    </w:p>
    <w:p>
      <w:pPr>
        <w:jc w:val="right"/>
      </w:pPr>
      <w:r>
        <w:t>تو اسی کا نام ہے ایکسٹریمزم۔</w:t>
      </w:r>
    </w:p>
    <w:p>
      <w:r>
        <w:rPr>
          <w:b/>
        </w:rPr>
        <w:t xml:space="preserve">[08:33] </w:t>
      </w:r>
      <w:r>
        <w:t>isko kehte hain ghalu.</w:t>
      </w:r>
    </w:p>
    <w:p>
      <w:pPr>
        <w:jc w:val="right"/>
      </w:pPr>
      <w:r>
        <w:t>اس کو کہتے ہیں غلو۔</w:t>
      </w:r>
    </w:p>
    <w:p>
      <w:r>
        <w:rPr>
          <w:b/>
        </w:rPr>
        <w:t xml:space="preserve">[08:37] </w:t>
      </w:r>
      <w:r>
        <w:t>to Quran mein hai ke la taghlu fi deenikum.</w:t>
      </w:r>
    </w:p>
    <w:p>
      <w:pPr>
        <w:jc w:val="right"/>
      </w:pPr>
      <w:r>
        <w:t>تو قرآن میں ہے کہ لا تغلو فی دینکم۔</w:t>
      </w:r>
    </w:p>
    <w:p>
      <w:r>
        <w:rPr>
          <w:b/>
        </w:rPr>
        <w:t xml:space="preserve">[08:41] </w:t>
      </w:r>
      <w:r>
        <w:t>ke deen ke mamle mein extremist na bano.</w:t>
      </w:r>
    </w:p>
    <w:p>
      <w:pPr>
        <w:jc w:val="right"/>
      </w:pPr>
      <w:r>
        <w:t>کہ دین کے معاملے میں ایکسٹریمسٹ نہ بنو۔</w:t>
      </w:r>
    </w:p>
    <w:p>
      <w:r>
        <w:rPr>
          <w:b/>
        </w:rPr>
        <w:t xml:space="preserve">[08:45] </w:t>
      </w:r>
      <w:r>
        <w:t>yeh Quran ki ek verse hai.</w:t>
      </w:r>
    </w:p>
    <w:p>
      <w:pPr>
        <w:jc w:val="right"/>
      </w:pPr>
      <w:r>
        <w:t>یہ قرآن کی ایک ورس ہے۔</w:t>
      </w:r>
    </w:p>
    <w:p>
      <w:r>
        <w:rPr>
          <w:b/>
        </w:rPr>
        <w:t xml:space="preserve">[08:48] </w:t>
      </w:r>
      <w:r>
        <w:t>la taghlu fi deenk</w:t>
      </w:r>
    </w:p>
    <w:p>
      <w:pPr>
        <w:jc w:val="right"/>
      </w:pPr>
      <w:r>
        <w:t>لا تغلو فی دینک</w:t>
      </w:r>
    </w:p>
    <w:p>
      <w:r>
        <w:rPr>
          <w:b/>
        </w:rPr>
        <w:t xml:space="preserve">[08:52] </w:t>
      </w:r>
      <w:r>
        <w:t>m.</w:t>
      </w:r>
    </w:p>
    <w:p>
      <w:pPr>
        <w:jc w:val="right"/>
      </w:pPr>
      <w:r>
        <w:t>م۔</w:t>
      </w:r>
    </w:p>
    <w:p>
      <w:r>
        <w:rPr>
          <w:b/>
        </w:rPr>
        <w:t xml:space="preserve">[08:57] </w:t>
      </w:r>
      <w:r>
        <w:t>ke deen ke mamle mein, religion ke mamle mein extremist na bano.</w:t>
      </w:r>
    </w:p>
    <w:p>
      <w:pPr>
        <w:jc w:val="right"/>
      </w:pPr>
      <w:r>
        <w:t>کہ دین کے معاملے میں، ریلیجن کے معاملے میں ایکسٹریمسٹ نہ بنو۔</w:t>
      </w:r>
    </w:p>
    <w:p>
      <w:r>
        <w:rPr>
          <w:b/>
        </w:rPr>
        <w:t xml:space="preserve">[09:02] </w:t>
      </w:r>
      <w:r>
        <w:t>yahi baat hadith mein bhi aayi hai.</w:t>
      </w:r>
    </w:p>
    <w:p>
      <w:pPr>
        <w:jc w:val="right"/>
      </w:pPr>
      <w:r>
        <w:t>یہی بات حدیث میں بھی آئی ہے۔</w:t>
      </w:r>
    </w:p>
    <w:p>
      <w:r>
        <w:rPr>
          <w:b/>
        </w:rPr>
        <w:t xml:space="preserve">[09:08] </w:t>
      </w:r>
      <w:r>
        <w:t>ayyakum walghulu fid deen.</w:t>
      </w:r>
    </w:p>
    <w:p>
      <w:pPr>
        <w:jc w:val="right"/>
      </w:pPr>
      <w:r>
        <w:t>ایاکم والغلو فی الدین۔</w:t>
      </w:r>
    </w:p>
    <w:p>
      <w:r>
        <w:rPr>
          <w:b/>
        </w:rPr>
        <w:t xml:space="preserve">[09:13] </w:t>
      </w:r>
      <w:r>
        <w:t>tum deen ke muamle mein extremist na bano.</w:t>
      </w:r>
    </w:p>
    <w:p>
      <w:pPr>
        <w:jc w:val="right"/>
      </w:pPr>
      <w:r>
        <w:t>تم دین کے معاملے میں ایکسٹریمسٹ نہ بنو۔</w:t>
      </w:r>
    </w:p>
    <w:p>
      <w:r>
        <w:rPr>
          <w:b/>
        </w:rPr>
        <w:t xml:space="preserve">[09:18] </w:t>
      </w:r>
      <w:r>
        <w:t>to quran mein aur hadith mein dono mein yeh kaha gaya hai ke extremist na bano.</w:t>
      </w:r>
    </w:p>
    <w:p>
      <w:pPr>
        <w:jc w:val="right"/>
      </w:pPr>
      <w:r>
        <w:t>تو قرآن میں اور حدیث میں دونوں میں یہ کہا گیا ہے کہ ایکسٹریمسٹ نہ بنو۔</w:t>
      </w:r>
    </w:p>
    <w:p>
      <w:r>
        <w:rPr>
          <w:b/>
        </w:rPr>
        <w:t xml:space="preserve">[09:23] </w:t>
      </w:r>
      <w:r>
        <w:t>extremism jo hai woh asal mein rukawat hai na ke khud religion.</w:t>
      </w:r>
    </w:p>
    <w:p>
      <w:pPr>
        <w:jc w:val="right"/>
      </w:pPr>
      <w:r>
        <w:t>ایکسٹریمزم جو ہے وہ اصل میں رکاوٹ ہے نہ کہ خود ریلیجن۔</w:t>
      </w:r>
    </w:p>
    <w:p>
      <w:r>
        <w:rPr>
          <w:b/>
        </w:rPr>
        <w:t xml:space="preserve">[09:29] </w:t>
      </w:r>
      <w:r>
        <w:t>ab mein aap se chand baatein arz karunga ke islam kya hai.</w:t>
      </w:r>
    </w:p>
    <w:p>
      <w:pPr>
        <w:jc w:val="right"/>
      </w:pPr>
      <w:r>
        <w:t>اب میں آپ سے چند باتیں عرض کروں گا کہ اسلام کیا ہے۔</w:t>
      </w:r>
    </w:p>
    <w:p>
      <w:r>
        <w:rPr>
          <w:b/>
        </w:rPr>
        <w:t xml:space="preserve">[09:35] </w:t>
      </w:r>
      <w:r>
        <w:t>dekhein, islam kis baat ka naam hai? basically islam yeh hai ke aap khuda ko sab se bara</w:t>
      </w:r>
    </w:p>
    <w:p>
      <w:pPr>
        <w:jc w:val="right"/>
      </w:pPr>
      <w:r>
        <w:t>دیکھیں، اسلام کس بات کا نام ہے؟ بیسیکلی اسلام یہ ہے کہ آپ خدا کو سب سے بڑا</w:t>
      </w:r>
    </w:p>
    <w:p>
      <w:r>
        <w:rPr>
          <w:b/>
        </w:rPr>
        <w:t xml:space="preserve">[09:41] </w:t>
      </w:r>
      <w:r>
        <w:t>maanein, Allah o akbar.</w:t>
      </w:r>
    </w:p>
    <w:p>
      <w:pPr>
        <w:jc w:val="right"/>
      </w:pPr>
      <w:r>
        <w:t>مانیں، اللہ اکبر۔</w:t>
      </w:r>
    </w:p>
    <w:p>
      <w:r>
        <w:rPr>
          <w:b/>
        </w:rPr>
        <w:t xml:space="preserve">[09:47] </w:t>
      </w:r>
      <w:r>
        <w:t>yeh jo Allah o akbar</w:t>
      </w:r>
    </w:p>
    <w:p>
      <w:pPr>
        <w:jc w:val="right"/>
      </w:pPr>
      <w:r>
        <w:t>یہ جو اللہ اکبر</w:t>
      </w:r>
    </w:p>
    <w:p>
      <w:r>
        <w:rPr>
          <w:b/>
        </w:rPr>
        <w:t xml:space="preserve">[09:53] </w:t>
      </w:r>
      <w:r>
        <w:t>jo hai, god is great.</w:t>
      </w:r>
    </w:p>
    <w:p>
      <w:pPr>
        <w:jc w:val="right"/>
      </w:pPr>
      <w:r>
        <w:t>جو ہے، گاڈ از گریٹ۔</w:t>
      </w:r>
    </w:p>
    <w:p>
      <w:r>
        <w:rPr>
          <w:b/>
        </w:rPr>
        <w:t xml:space="preserve">[09:58] </w:t>
      </w:r>
      <w:r>
        <w:t>god is great ka jo shabd hai.</w:t>
      </w:r>
    </w:p>
    <w:p>
      <w:pPr>
        <w:jc w:val="right"/>
      </w:pPr>
      <w:r>
        <w:t>گاڈ از گریٹ کا جو शब्द ہے۔</w:t>
      </w:r>
    </w:p>
    <w:p>
      <w:r>
        <w:rPr>
          <w:b/>
        </w:rPr>
        <w:t xml:space="preserve">[10:03] </w:t>
      </w:r>
      <w:r>
        <w:t>to rozana paanch time ki jo namazein padhi jaati hain, jo sunnatein padhi jaati hain, us mein 300</w:t>
      </w:r>
    </w:p>
    <w:p>
      <w:pPr>
        <w:jc w:val="right"/>
      </w:pPr>
      <w:r>
        <w:t>تو روزانہ پانچ ٹائم کی جو نمازیں پڑھی جاتی ہیں، جو سنتیں پڑھی جاتی ہیں، اس میں 300</w:t>
      </w:r>
    </w:p>
    <w:p>
      <w:r>
        <w:rPr>
          <w:b/>
        </w:rPr>
        <w:t xml:space="preserve">[10:09] </w:t>
      </w:r>
      <w:r>
        <w:t>time is ko repeat kiya jaata hai.</w:t>
      </w:r>
    </w:p>
    <w:p>
      <w:pPr>
        <w:jc w:val="right"/>
      </w:pPr>
      <w:r>
        <w:t>ٹائم اس کو ریپیٹ کیا جاتا ہے۔</w:t>
      </w:r>
    </w:p>
    <w:p>
      <w:r>
        <w:rPr>
          <w:b/>
        </w:rPr>
        <w:t xml:space="preserve">[10:14] </w:t>
      </w:r>
      <w:r>
        <w:t>daily 24 ghante ka jo routine hai, us mein jo hum namazein padhte hain, farz ko aur sunnaton</w:t>
      </w:r>
    </w:p>
    <w:p>
      <w:pPr>
        <w:jc w:val="right"/>
      </w:pPr>
      <w:r>
        <w:t>ڈیلی 24 گھنٹے کا جو روٹین ہے، اس میں جو ہم نمازیں پڑھتے ہیں، فرض کو اور سنتوں</w:t>
      </w:r>
    </w:p>
    <w:p>
      <w:r>
        <w:rPr>
          <w:b/>
        </w:rPr>
        <w:t xml:space="preserve">[10:19] </w:t>
      </w:r>
      <w:r>
        <w:t>ko milakar, to us mein hum</w:t>
      </w:r>
    </w:p>
    <w:p>
      <w:pPr>
        <w:jc w:val="right"/>
      </w:pPr>
      <w:r>
        <w:t>کو ملا کر، تو اس میں ہم</w:t>
      </w:r>
    </w:p>
    <w:p>
      <w:r>
        <w:rPr>
          <w:b/>
        </w:rPr>
        <w:t xml:space="preserve">[10:24] </w:t>
      </w:r>
      <w:r>
        <w:t>300 time kehte hain Allah o akbar.</w:t>
      </w:r>
    </w:p>
    <w:p>
      <w:pPr>
        <w:jc w:val="right"/>
      </w:pPr>
      <w:r>
        <w:t>300 ٹائم کہتے ہیں اللہ اکبر۔</w:t>
      </w:r>
    </w:p>
    <w:p>
      <w:r>
        <w:rPr>
          <w:b/>
        </w:rPr>
        <w:t xml:space="preserve">[10:29] </w:t>
      </w:r>
      <w:r>
        <w:t>aur tasbeeh padhte hain log, Allah o akbar ki tasbeeh us mein to hazaron baar padhte hain.</w:t>
      </w:r>
    </w:p>
    <w:p>
      <w:pPr>
        <w:jc w:val="right"/>
      </w:pPr>
      <w:r>
        <w:t>اور تسبیح پڑھتے ہیں لوگ، اللہ اکبر کی تسبیح اس میں تو ہزاروں بار پڑھتے ہیں۔</w:t>
      </w:r>
    </w:p>
    <w:p>
      <w:r>
        <w:rPr>
          <w:b/>
        </w:rPr>
        <w:t xml:space="preserve">[10:34] </w:t>
      </w:r>
      <w:r>
        <w:t>is ka matlab hai ke Allah bara hai, Allah bara hai, Allah bara hai.</w:t>
      </w:r>
    </w:p>
    <w:p>
      <w:pPr>
        <w:jc w:val="right"/>
      </w:pPr>
      <w:r>
        <w:t>اس کا معنی ہے کہ اللہ بڑا ہے، اللہ بڑا ہے، اللہ بڑا ہے۔</w:t>
      </w:r>
    </w:p>
    <w:p>
      <w:r>
        <w:rPr>
          <w:b/>
        </w:rPr>
        <w:t xml:space="preserve">[10:39] </w:t>
      </w:r>
      <w:r>
        <w:t>is ko hum baar baar repeat karte hain.</w:t>
      </w:r>
    </w:p>
    <w:p>
      <w:pPr>
        <w:jc w:val="right"/>
      </w:pPr>
      <w:r>
        <w:t>اس کو ہم بار بار ریپیٹ کرتے ہیں۔</w:t>
      </w:r>
    </w:p>
    <w:p>
      <w:r>
        <w:rPr>
          <w:b/>
        </w:rPr>
        <w:t xml:space="preserve">[10:44] </w:t>
      </w:r>
      <w:r>
        <w:t>matlab kya hua is ka? barhai sirf Allah ke liye, baqi sab sab barabar hain, sab barabar hain,</w:t>
      </w:r>
    </w:p>
    <w:p>
      <w:pPr>
        <w:jc w:val="right"/>
      </w:pPr>
      <w:r>
        <w:t>مطلب کیا ہوا اس کا؟ بڑائی صرف اللہ کے لیے، باقی سب سب برابر ہیں، سب برابر ہیں،</w:t>
      </w:r>
    </w:p>
    <w:p>
      <w:r>
        <w:rPr>
          <w:b/>
        </w:rPr>
        <w:t xml:space="preserve">[10:49] </w:t>
      </w:r>
      <w:r>
        <w:t>sab barabar hain. al ek</w:t>
      </w:r>
    </w:p>
    <w:p>
      <w:pPr>
        <w:jc w:val="right"/>
      </w:pPr>
      <w:r>
        <w:t>سب برابر ہیں۔ ال ایک</w:t>
      </w:r>
    </w:p>
    <w:p>
      <w:r>
        <w:rPr>
          <w:b/>
        </w:rPr>
        <w:t xml:space="preserve">[10:54] </w:t>
      </w:r>
      <w:r>
        <w:t>wal.</w:t>
      </w:r>
    </w:p>
    <w:p>
      <w:pPr>
        <w:jc w:val="right"/>
      </w:pPr>
      <w:r>
        <w:t>ول۔</w:t>
      </w:r>
    </w:p>
    <w:p>
      <w:r>
        <w:rPr>
          <w:b/>
        </w:rPr>
        <w:t xml:space="preserve">[10:59] </w:t>
      </w:r>
      <w:r>
        <w:t>yani khuda bara hai, baqi sab barabar hain.</w:t>
      </w:r>
    </w:p>
    <w:p>
      <w:pPr>
        <w:jc w:val="right"/>
      </w:pPr>
      <w:r>
        <w:t>یعنی خدا بڑا ہے، باقی سب برابر ہیں۔</w:t>
      </w:r>
    </w:p>
    <w:p>
      <w:r>
        <w:rPr>
          <w:b/>
        </w:rPr>
        <w:t xml:space="preserve">[11:04] </w:t>
      </w:r>
      <w:r>
        <w:t>ab bataiye ke jab hum yeh maanein ke bara to sirf khuda hai, baqi sab equal hain, sab</w:t>
      </w:r>
    </w:p>
    <w:p>
      <w:pPr>
        <w:jc w:val="right"/>
      </w:pPr>
      <w:r>
        <w:t>اب بتائیے کہ جب ہم یہ مانیں کہ بڑا تو صرف خدا ہے، باقی سب ایکول ہیں، سب</w:t>
      </w:r>
    </w:p>
    <w:p>
      <w:r>
        <w:rPr>
          <w:b/>
        </w:rPr>
        <w:t xml:space="preserve">[11:09] </w:t>
      </w:r>
      <w:r>
        <w:t>barabar hain, to is mein kya hoga? is mein ladai kahan se hogi? dekhein, ladai aati hai is</w:t>
      </w:r>
    </w:p>
    <w:p>
      <w:pPr>
        <w:jc w:val="right"/>
      </w:pPr>
      <w:r>
        <w:t>برابر ہیں، تو اس میں کیا ہوگا؟ اس میں لڑائی کہاں سے ہوگی؟ دیکھیں، لڑائی آتی ہے اس</w:t>
      </w:r>
    </w:p>
    <w:p>
      <w:r>
        <w:rPr>
          <w:b/>
        </w:rPr>
        <w:t xml:space="preserve">[11:14] </w:t>
      </w:r>
      <w:r>
        <w:t>mein jab aap in equality ko maanein ke mein bara hoon, woh chota hai.</w:t>
      </w:r>
    </w:p>
    <w:p>
      <w:pPr>
        <w:jc w:val="right"/>
      </w:pPr>
      <w:r>
        <w:t>میں جب آپ ان ایکولٹی کو مانیں کہ میں بڑا ہوں، وہ چھوٹا ہے۔</w:t>
      </w:r>
    </w:p>
    <w:p>
      <w:r>
        <w:rPr>
          <w:b/>
        </w:rPr>
        <w:t xml:space="preserve">[11:19] </w:t>
      </w:r>
      <w:r>
        <w:t>jaise pehle zamanay mein</w:t>
      </w:r>
    </w:p>
    <w:p>
      <w:pPr>
        <w:jc w:val="right"/>
      </w:pPr>
      <w:r>
        <w:t>جیسے پہلے زمانے میں</w:t>
      </w:r>
    </w:p>
    <w:p>
      <w:r>
        <w:rPr>
          <w:b/>
        </w:rPr>
        <w:t xml:space="preserve">[11:24] </w:t>
      </w:r>
      <w:r>
        <w:t>king log apne ko bara samajhte the, doosron ko woh subject mante the. to kingship ke zamane mein aap jante hain ke ladai hoti rehti thi. lekin jab sab log ek doosre ko barabar manen ke barai to sirf Khuda ke liye hai, baqi sab equal hain, sab equal hain, sab equal hain, to yeh sari duniya ek tarah ki family ban jati hai. kyun</w:t>
      </w:r>
    </w:p>
    <w:p>
      <w:pPr>
        <w:jc w:val="right"/>
      </w:pPr>
      <w:r>
        <w:t>کنگ لوگ اپنے کو بڑا سمجھتے تھے، دوسروں کو وہ سبجیکٹ مانتے تھے۔ تو کنگ شپ کے زمانے میں آپ جانتے ہیں کہ لڑائی ہوتی رہتی تھی۔ لیکن جب سب لوگ ایک دوسرے کو برابر مانیں کہ بڑائی تو صرف خدا کے لیے ہے، باقی سب ایکول ہیں، سب ایکول ہیں، سب ایکول ہیں، تو یہ ساری دنیا ایک طرح کی فیملی بن جاتی ہے۔ کیون</w:t>
      </w:r>
    </w:p>
    <w:p>
      <w:r>
        <w:rPr>
          <w:b/>
        </w:rPr>
        <w:t xml:space="preserve">[11:54] </w:t>
      </w:r>
      <w:r>
        <w:t>کہ فیملی میں کیا ہوتا ہے؟ فیملی میں یہ ہوتا ہے کہ all the members of family are equal.</w:t>
      </w:r>
    </w:p>
    <w:p>
      <w:pPr>
        <w:jc w:val="right"/>
      </w:pPr>
      <w:r>
        <w:t>کہ فیملی میں کیا ہوتا ہے؟ فیملی میں یہ ہوتا ہے کہ ال دا ممبرز آف فیملی آر ایکول۔</w:t>
      </w:r>
    </w:p>
    <w:p>
      <w:r>
        <w:rPr>
          <w:b/>
        </w:rPr>
        <w:t xml:space="preserve">[11:59] </w:t>
      </w:r>
      <w:r>
        <w:t>yeh culture hota hai family ka.</w:t>
      </w:r>
    </w:p>
    <w:p>
      <w:pPr>
        <w:jc w:val="right"/>
      </w:pPr>
      <w:r>
        <w:t>یہ کلچر ہوتا ہے فیملی کا۔</w:t>
      </w:r>
    </w:p>
    <w:p>
      <w:r>
        <w:rPr>
          <w:b/>
        </w:rPr>
        <w:t xml:space="preserve">[12:04] </w:t>
      </w:r>
      <w:r>
        <w:t>یعنی family culture is based on the principle of equality.</w:t>
      </w:r>
    </w:p>
    <w:p>
      <w:pPr>
        <w:jc w:val="right"/>
      </w:pPr>
      <w:r>
        <w:t>یعنی فیملی کلچر از بیسڈ ان دا پرنسپل آف ایکولٹی۔</w:t>
      </w:r>
    </w:p>
    <w:p>
      <w:r>
        <w:rPr>
          <w:b/>
        </w:rPr>
        <w:t xml:space="preserve">[12:09] </w:t>
      </w:r>
      <w:r>
        <w:t>wahan sab barabar, sab barabar, sab barabar.</w:t>
      </w:r>
    </w:p>
    <w:p>
      <w:pPr>
        <w:jc w:val="right"/>
      </w:pPr>
      <w:r>
        <w:t>وہاں سب برابر، سب برابر، سب برابر۔</w:t>
      </w:r>
    </w:p>
    <w:p>
      <w:r>
        <w:rPr>
          <w:b/>
        </w:rPr>
        <w:t xml:space="preserve">[12:14] </w:t>
      </w:r>
      <w:r>
        <w:t>to aap dekhiye ke equality ko jab apna leta hai ek family walay log, to wahan par sab</w:t>
      </w:r>
    </w:p>
    <w:p>
      <w:pPr>
        <w:jc w:val="right"/>
      </w:pPr>
      <w:r>
        <w:t>تو آپ دیکھیے کہ ایکولٹی کو جب اپنا لیتا ہے ایک فیملی والے لوگ، تو وہاں پر سب</w:t>
      </w:r>
    </w:p>
    <w:p>
      <w:r>
        <w:rPr>
          <w:b/>
        </w:rPr>
        <w:t xml:space="preserve">[12:19] </w:t>
      </w:r>
      <w:r>
        <w:t>mil jul kar rehte</w:t>
      </w:r>
    </w:p>
    <w:p>
      <w:pPr>
        <w:jc w:val="right"/>
      </w:pPr>
      <w:r>
        <w:t>مل جل کر رہتے</w:t>
      </w:r>
    </w:p>
    <w:p>
      <w:r>
        <w:rPr>
          <w:b/>
        </w:rPr>
        <w:t xml:space="preserve">[12:24] </w:t>
      </w:r>
      <w:r>
        <w:t>hain, koi takrao nahi hota hai. to basic baat yeh hai ke harmony jo hai woh result hai equality ka. disharmony result hai inequality ka. to yeh to Islam ka basic principle hai ke ek Khuda bara hai, barai sirf Khuda ke liye,</w:t>
      </w:r>
    </w:p>
    <w:p>
      <w:pPr>
        <w:jc w:val="right"/>
      </w:pPr>
      <w:r>
        <w:t>ہیں، کوئی ٹکراؤ نہیں ہوتا ہے۔ تو بیسک بات یہ ہے کہ ہارمونی جو ہے وہ رزلٹ ہے ایکولٹی کا۔ ڈس ہارمونی رزلٹ ہے ان ایکولٹی کا۔ تو یہ تو اسلام کا بیسک پرنسپل ہے کہ ایک خدا بڑا ہے، بڑائی صرف خدا کے لیے،</w:t>
      </w:r>
    </w:p>
    <w:p>
      <w:r>
        <w:rPr>
          <w:b/>
        </w:rPr>
        <w:t xml:space="preserve">[12:54] </w:t>
      </w:r>
      <w:r>
        <w:t>baqi sab barabar hain, sab barabar hain, sab barabar hain.</w:t>
      </w:r>
    </w:p>
    <w:p>
      <w:pPr>
        <w:jc w:val="right"/>
      </w:pPr>
      <w:r>
        <w:t>باقی سب برابر ہیں، سب برابر ہیں، سب برابر ہیں۔</w:t>
      </w:r>
    </w:p>
    <w:p>
      <w:r>
        <w:rPr>
          <w:b/>
        </w:rPr>
        <w:t xml:space="preserve">[13:01] </w:t>
      </w:r>
      <w:r>
        <w:t>aur is belief ko itna zyada mind mein inculcate kiya jata hai ke 300 time to namazein padhte</w:t>
      </w:r>
    </w:p>
    <w:p>
      <w:pPr>
        <w:jc w:val="right"/>
      </w:pPr>
      <w:r>
        <w:t>اور اس بیلیف کو اتنا زیادہ مائنڈ میں انکلکیٹ کیا جاتا ہے کہ 300 ٹائم تو نمازیں پڑھتے</w:t>
      </w:r>
    </w:p>
    <w:p>
      <w:r>
        <w:rPr>
          <w:b/>
        </w:rPr>
        <w:t xml:space="preserve">[13:07] </w:t>
      </w:r>
      <w:r>
        <w:t>hain, aur waise bhi aap tasbeeh padhte hain to baar baar padhte hain, quran padhte hain to quran</w:t>
      </w:r>
    </w:p>
    <w:p>
      <w:pPr>
        <w:jc w:val="right"/>
      </w:pPr>
      <w:r>
        <w:t>ہیں، اور ویسے بھی آپ تسبیح پڑھتے ہیں تو بار بار پڑھتے ہیں، قرآن پڑھتے ہیں تو قرآن</w:t>
      </w:r>
    </w:p>
    <w:p>
      <w:r>
        <w:rPr>
          <w:b/>
        </w:rPr>
        <w:t xml:space="preserve">[13:14] </w:t>
      </w:r>
      <w:r>
        <w:t>mein baar baar is ko bataya jata hai.</w:t>
      </w:r>
    </w:p>
    <w:p>
      <w:pPr>
        <w:jc w:val="right"/>
      </w:pPr>
      <w:r>
        <w:t>میں بار بار اس کو بتایا جاتا ہے۔</w:t>
      </w:r>
    </w:p>
    <w:p>
      <w:r>
        <w:rPr>
          <w:b/>
        </w:rPr>
        <w:t xml:space="preserve">[13:20] </w:t>
      </w:r>
      <w:r>
        <w:t>to yeh basic creed hai islam ka</w:t>
      </w:r>
    </w:p>
    <w:p>
      <w:pPr>
        <w:jc w:val="right"/>
      </w:pPr>
      <w:r>
        <w:t>تو یہ بیسک کریڈ ہے اسلام کا</w:t>
      </w:r>
    </w:p>
    <w:p>
      <w:r>
        <w:rPr>
          <w:b/>
        </w:rPr>
        <w:t xml:space="preserve">[13:27] </w:t>
      </w:r>
      <w:r>
        <w:t>ke barai sirf Khuda ke liye, bara sirf Khuda hai, baqi sab equal hain, equal hain, equal hain. is matlab hai ke extremism jo hai woh Islam mein hai nahi. yeh jo belief hai, yeh jo creed hai, yeh killer belief hai disharmony ke liye. disharmony ke liye. isi liye ek hadith mein aata hai</w:t>
      </w:r>
    </w:p>
    <w:p>
      <w:pPr>
        <w:jc w:val="right"/>
      </w:pPr>
      <w:r>
        <w:t>کہ بڑائی صرف خدا کے لیے، بڑا صرف خدا ہے، باقی سب ایکول ہیں، ایکول ہیں، ایکول ہیں۔ اس معنی ہے کہ ایکسٹریمزم جو ہے وہ اسلام میں ہے نہیں۔ یہ جو بیلیف ہے، یہ جو کریڈ ہے، یہ کلر بیلیف ہے ڈس ہارمونی کے لیے۔ ڈس ہارمونی کے لیے۔ اسی لیے ایک حدیث میں آتا ہے</w:t>
      </w:r>
    </w:p>
    <w:p>
      <w:r>
        <w:rPr>
          <w:b/>
        </w:rPr>
        <w:t xml:space="preserve">[13:57] </w:t>
      </w:r>
      <w:r>
        <w:t>ke khalq o ayal Allah, yani saare log, saare insaan ek divine family ki tarah se hain.</w:t>
      </w:r>
    </w:p>
    <w:p>
      <w:pPr>
        <w:jc w:val="right"/>
      </w:pPr>
      <w:r>
        <w:t>کہ الخلق و عیال اللہ، یعنی سارے لوگ، سارے انسان ایک ڈیوائن فیملی کی طرح سے ہیں۔</w:t>
      </w:r>
    </w:p>
    <w:p>
      <w:r>
        <w:rPr>
          <w:b/>
        </w:rPr>
        <w:t xml:space="preserve">[14:04] </w:t>
      </w:r>
      <w:r>
        <w:t>saare insaan jo hain ek divine family ke equal member hain.</w:t>
      </w:r>
    </w:p>
    <w:p>
      <w:pPr>
        <w:jc w:val="right"/>
      </w:pPr>
      <w:r>
        <w:t>سارے انسان جو ہیں ایک ڈیوائن فیملی کے ایکول ممبر ہیں۔</w:t>
      </w:r>
    </w:p>
    <w:p>
      <w:r>
        <w:rPr>
          <w:b/>
        </w:rPr>
        <w:t xml:space="preserve">[14:12] </w:t>
      </w:r>
      <w:r>
        <w:t>saare insaan, yani jis tarah se ek chota unit hai jis ko hum family kehte hain, isi tarah</w:t>
      </w:r>
    </w:p>
    <w:p>
      <w:pPr>
        <w:jc w:val="right"/>
      </w:pPr>
      <w:r>
        <w:t>سارے انسان، یعنی جس طرح سے ایک چھوٹا یونٹ ہے جس کو ہم فیملی کہتے ہیں، اسی طرح</w:t>
      </w:r>
    </w:p>
    <w:p>
      <w:r>
        <w:rPr>
          <w:b/>
        </w:rPr>
        <w:t xml:space="preserve">[14:19] </w:t>
      </w:r>
      <w:r>
        <w:t>ka bara unit jo hai woh</w:t>
      </w:r>
    </w:p>
    <w:p>
      <w:pPr>
        <w:jc w:val="right"/>
      </w:pPr>
      <w:r>
        <w:t>کا بڑا یونٹ جو ہے وہ</w:t>
      </w:r>
    </w:p>
    <w:p>
      <w:r>
        <w:rPr>
          <w:b/>
        </w:rPr>
        <w:t xml:space="preserve">[14:27] </w:t>
      </w:r>
      <w:r>
        <w:t>insaniyat hai, humanity hai.</w:t>
      </w:r>
    </w:p>
    <w:p>
      <w:pPr>
        <w:jc w:val="right"/>
      </w:pPr>
      <w:r>
        <w:t>انسانیت ہے، ہیومینٹی ہے۔</w:t>
      </w:r>
    </w:p>
    <w:p>
      <w:r>
        <w:rPr>
          <w:b/>
        </w:rPr>
        <w:t xml:space="preserve">[14:33] </w:t>
      </w:r>
      <w:r>
        <w:t>to poori humanity, saara mankind, ek divine family ke equal member hain.</w:t>
      </w:r>
    </w:p>
    <w:p>
      <w:pPr>
        <w:jc w:val="right"/>
      </w:pPr>
      <w:r>
        <w:t>تو پوری ہیومینٹی، سارا مین کائنڈ، ایک ڈیوائن فیملی کے ایکول ممبر ہیں۔</w:t>
      </w:r>
    </w:p>
    <w:p>
      <w:r>
        <w:rPr>
          <w:b/>
        </w:rPr>
        <w:t xml:space="preserve">[14:39] </w:t>
      </w:r>
      <w:r>
        <w:t>ab sochiye ke aisi halat mein kahan se takrao aayega, kahan se disharmony aayegi.</w:t>
      </w:r>
    </w:p>
    <w:p>
      <w:pPr>
        <w:jc w:val="right"/>
      </w:pPr>
      <w:r>
        <w:t>اب سوچیے کہ ایسی حالت میں کہاں سے ٹکراؤ آئے گا، کہاں سے ڈس ہارمونی آئے گی۔</w:t>
      </w:r>
    </w:p>
    <w:p>
      <w:r>
        <w:rPr>
          <w:b/>
        </w:rPr>
        <w:t xml:space="preserve">[14:45] </w:t>
      </w:r>
      <w:r>
        <w:t>to disharmony ka taluq islam se kuch bhi nahi hai.</w:t>
      </w:r>
    </w:p>
    <w:p>
      <w:pPr>
        <w:jc w:val="right"/>
      </w:pPr>
      <w:r>
        <w:t>تو ڈس ہارمونی کا تعلق اسلام سے کچھ بھی نہیں ہے۔</w:t>
      </w:r>
    </w:p>
    <w:p>
      <w:r>
        <w:rPr>
          <w:b/>
        </w:rPr>
        <w:t xml:space="preserve">[14:51] </w:t>
      </w:r>
      <w:r>
        <w:t>iska taluq</w:t>
      </w:r>
    </w:p>
    <w:p>
      <w:pPr>
        <w:jc w:val="right"/>
      </w:pPr>
      <w:r>
        <w:t>اس کا تعلق</w:t>
      </w:r>
    </w:p>
    <w:p>
      <w:r>
        <w:rPr>
          <w:b/>
        </w:rPr>
        <w:t xml:space="preserve">[14:57] </w:t>
      </w:r>
      <w:r>
        <w:t>extremism se hai.</w:t>
      </w:r>
    </w:p>
    <w:p>
      <w:pPr>
        <w:jc w:val="right"/>
      </w:pPr>
      <w:r>
        <w:t>ایکسٹریمزم سے ہے۔</w:t>
      </w:r>
    </w:p>
    <w:p>
      <w:r>
        <w:rPr>
          <w:b/>
        </w:rPr>
        <w:t xml:space="preserve">[15:02] </w:t>
      </w:r>
      <w:r>
        <w:t>extremism to aap kahin kisi maamle mein kar lijiye to takrao ho jayega.</w:t>
      </w:r>
    </w:p>
    <w:p>
      <w:pPr>
        <w:jc w:val="right"/>
      </w:pPr>
      <w:r>
        <w:t>ایکسٹریمزم تو آپ کہیں کسی معاملے میں کر لیجئے تو ٹکراؤ ہو جائے گا۔</w:t>
      </w:r>
    </w:p>
    <w:p>
      <w:r>
        <w:rPr>
          <w:b/>
        </w:rPr>
        <w:t xml:space="preserve">[15:07] </w:t>
      </w:r>
      <w:r>
        <w:t>jaise ke aap road par chalte hain to road par hamare haan jo principle hai, jo rule hai,</w:t>
      </w:r>
    </w:p>
    <w:p>
      <w:pPr>
        <w:jc w:val="right"/>
      </w:pPr>
      <w:r>
        <w:t>جیسے کہ آپ روڈ پر چلتے ہیں تو روڈ پر ہمارے ہاں جو پرنسپل ہے، جو رول ہے،</w:t>
      </w:r>
    </w:p>
    <w:p>
      <w:r>
        <w:rPr>
          <w:b/>
        </w:rPr>
        <w:t xml:space="preserve">[15:12] </w:t>
      </w:r>
      <w:r>
        <w:t>jo traffic rule, woh hai keep left ka principle hai ke baayein chalo.</w:t>
      </w:r>
    </w:p>
    <w:p>
      <w:pPr>
        <w:jc w:val="right"/>
      </w:pPr>
      <w:r>
        <w:t>جو ٹریفک رول، وہ ہے کیپ لیفٹ کا پرنسپل ہے کہ بائیں چلو۔</w:t>
      </w:r>
    </w:p>
    <w:p>
      <w:r>
        <w:rPr>
          <w:b/>
        </w:rPr>
        <w:t xml:space="preserve">[15:17] </w:t>
      </w:r>
      <w:r>
        <w:t>ab sab log baayein chalte hain to koi takrao nahi hota.</w:t>
      </w:r>
    </w:p>
    <w:p>
      <w:pPr>
        <w:jc w:val="right"/>
      </w:pPr>
      <w:r>
        <w:t>اب سب لوگ بائیں چلتے ہیں تو کوئی ٹکراؤ نہیں ہوتا۔</w:t>
      </w:r>
    </w:p>
    <w:p>
      <w:r>
        <w:rPr>
          <w:b/>
        </w:rPr>
        <w:t xml:space="preserve">[15:22] </w:t>
      </w:r>
      <w:r>
        <w:t>ab kuch log uthe hain, woh kahein ke nahi sahib,</w:t>
      </w:r>
    </w:p>
    <w:p>
      <w:pPr>
        <w:jc w:val="right"/>
      </w:pPr>
      <w:r>
        <w:t>اب کچھ لوگ اٹھے ہیں، وہ کہیں کہ نہیں صاحب،</w:t>
      </w:r>
    </w:p>
    <w:p>
      <w:r>
        <w:rPr>
          <w:b/>
        </w:rPr>
        <w:t xml:space="preserve">[15:28] </w:t>
      </w:r>
      <w:r>
        <w:t>baayein nahi, daayein jo hai, sab se daayein jo hai, daayein haath, daayein, daayein cheez jo hai zyada</w:t>
      </w:r>
    </w:p>
    <w:p>
      <w:pPr>
        <w:jc w:val="right"/>
      </w:pPr>
      <w:r>
        <w:t>بائیں نہیں، دائیں جو ہے، سب سے دائیں جو ہے، دائیں ہاتھ، دائیں، دائیں چیز جو ہے زیادہ</w:t>
      </w:r>
    </w:p>
    <w:p>
      <w:r>
        <w:rPr>
          <w:b/>
        </w:rPr>
        <w:t xml:space="preserve">[15:31] </w:t>
      </w:r>
      <w:r>
        <w:t>acchi hoti hai.</w:t>
      </w:r>
    </w:p>
    <w:p>
      <w:pPr>
        <w:jc w:val="right"/>
      </w:pPr>
      <w:r>
        <w:t>اچھی ہوتی ہے۔</w:t>
      </w:r>
    </w:p>
    <w:p>
      <w:r>
        <w:rPr>
          <w:b/>
        </w:rPr>
        <w:t xml:space="preserve">[15:35] </w:t>
      </w:r>
      <w:r>
        <w:t>to keep right ka principle hamein lena hai.</w:t>
      </w:r>
    </w:p>
    <w:p>
      <w:pPr>
        <w:jc w:val="right"/>
      </w:pPr>
      <w:r>
        <w:t>تو کیپ رائٹ کا پرنسپل ہمیں لینا ہے۔</w:t>
      </w:r>
    </w:p>
    <w:p>
      <w:r>
        <w:rPr>
          <w:b/>
        </w:rPr>
        <w:t xml:space="preserve">[15:39] </w:t>
      </w:r>
      <w:r>
        <w:t>to aap kahein ke sab log jo hain woh keep right ke principle par chalein.</w:t>
      </w:r>
    </w:p>
    <w:p>
      <w:pPr>
        <w:jc w:val="right"/>
      </w:pPr>
      <w:r>
        <w:t>تو آپ کہیں کہ سب لوگ جو ہیں وہ کیپ رائٹ کے پرنسپل پر چلیں۔</w:t>
      </w:r>
    </w:p>
    <w:p>
      <w:r>
        <w:rPr>
          <w:b/>
        </w:rPr>
        <w:t xml:space="preserve">[15:43] </w:t>
      </w:r>
      <w:r>
        <w:t>kya hoga? ladai bhadai hogi road par.</w:t>
      </w:r>
    </w:p>
    <w:p>
      <w:pPr>
        <w:jc w:val="right"/>
      </w:pPr>
      <w:r>
        <w:t>کیا ہوگا؟ لڑائی بھڑائی ہوگی روڈ پر۔</w:t>
      </w:r>
    </w:p>
    <w:p>
      <w:r>
        <w:rPr>
          <w:b/>
        </w:rPr>
        <w:t xml:space="preserve">[15:47] </w:t>
      </w:r>
      <w:r>
        <w:t>road par ladai bhadai honi shuru ho jayegi.</w:t>
      </w:r>
    </w:p>
    <w:p>
      <w:pPr>
        <w:jc w:val="right"/>
      </w:pPr>
      <w:r>
        <w:t>روڈ پر لڑائی بھڑائی ہونی شروع ہو جائے گی۔</w:t>
      </w:r>
    </w:p>
    <w:p>
      <w:r>
        <w:rPr>
          <w:b/>
        </w:rPr>
        <w:t xml:space="preserve">[15:51] </w:t>
      </w:r>
      <w:r>
        <w:t>har waqt accident hoga.</w:t>
      </w:r>
    </w:p>
    <w:p>
      <w:pPr>
        <w:jc w:val="right"/>
      </w:pPr>
      <w:r>
        <w:t>ہر وقت ایکسیڈنٹ ہوگا۔</w:t>
      </w:r>
    </w:p>
    <w:p>
      <w:r>
        <w:rPr>
          <w:b/>
        </w:rPr>
        <w:t xml:space="preserve">[15:55] </w:t>
      </w:r>
      <w:r>
        <w:t>to kisi bhi cheez ke maamle mein agar aap extremist ban jayein</w:t>
      </w:r>
    </w:p>
    <w:p>
      <w:pPr>
        <w:jc w:val="right"/>
      </w:pPr>
      <w:r>
        <w:t>تو کسی بھی چیز کے معاملے میں اگر آپ ایکسٹریمسٹ بن جائیں</w:t>
      </w:r>
    </w:p>
    <w:p>
      <w:r>
        <w:rPr>
          <w:b/>
        </w:rPr>
        <w:t xml:space="preserve">[15:59] </w:t>
      </w:r>
      <w:r>
        <w:t>تو وہ اصل میں پیدا کرتی ہے disharmony اور problem.</w:t>
      </w:r>
    </w:p>
    <w:p>
      <w:pPr>
        <w:jc w:val="right"/>
      </w:pPr>
      <w:r>
        <w:t>تو وہ اصل میں پیدا کرتی ہے ڈس ہارمونی اور پرابلم۔</w:t>
      </w:r>
    </w:p>
    <w:p>
      <w:r>
        <w:rPr>
          <w:b/>
        </w:rPr>
        <w:t xml:space="preserve">[16:07] </w:t>
      </w:r>
      <w:r>
        <w:t>to dekhein, hamari yeh duniya jo hai, is mein differences to part of nature hain.</w:t>
      </w:r>
    </w:p>
    <w:p>
      <w:pPr>
        <w:jc w:val="right"/>
      </w:pPr>
      <w:r>
        <w:t>تو دیکھیں، ہماری یہ دنیا جو ہے، اس میں ڈیفرنسز تو پارٹ آف نیچر ہیں۔</w:t>
      </w:r>
    </w:p>
    <w:p>
      <w:r>
        <w:rPr>
          <w:b/>
        </w:rPr>
        <w:t xml:space="preserve">[16:14] </w:t>
      </w:r>
      <w:r>
        <w:t>You cannot eliminate difference from your life.</w:t>
      </w:r>
    </w:p>
    <w:p>
      <w:pPr>
        <w:jc w:val="right"/>
      </w:pPr>
      <w:r>
        <w:t>یو کین ناٹ ایلیمینیٹ ڈیفرنس فرام یور لائف۔</w:t>
      </w:r>
    </w:p>
    <w:p>
      <w:r>
        <w:rPr>
          <w:b/>
        </w:rPr>
        <w:t xml:space="preserve">[16:22] </w:t>
      </w:r>
      <w:r>
        <w:t>to difference jab part of nature hai to kaise mitayein ge aap?</w:t>
      </w:r>
    </w:p>
    <w:p>
      <w:pPr>
        <w:jc w:val="right"/>
      </w:pPr>
      <w:r>
        <w:t>تو ڈیفرنس جب پارٹ آف نیچر ہے تو کیسے مٹائیں گے آپ؟</w:t>
      </w:r>
    </w:p>
    <w:p>
      <w:r>
        <w:rPr>
          <w:b/>
        </w:rPr>
        <w:t xml:space="preserve">[16:30] </w:t>
      </w:r>
      <w:r>
        <w:t>color mein difference hai, aap jante hain.</w:t>
      </w:r>
    </w:p>
    <w:p>
      <w:pPr>
        <w:jc w:val="right"/>
      </w:pPr>
      <w:r>
        <w:t>کلر میں ڈیفرنس ہے، آپ جانتے ہیں۔</w:t>
      </w:r>
    </w:p>
    <w:p>
      <w:r>
        <w:rPr>
          <w:b/>
        </w:rPr>
        <w:t xml:space="preserve">[16:34] </w:t>
      </w:r>
      <w:r>
        <w:t>test mein difference hai.</w:t>
      </w:r>
    </w:p>
    <w:p>
      <w:pPr>
        <w:jc w:val="right"/>
      </w:pPr>
      <w:r>
        <w:t>ٹیسٹ میں ڈیفرنس ہے۔</w:t>
      </w:r>
    </w:p>
    <w:p>
      <w:r>
        <w:rPr>
          <w:b/>
        </w:rPr>
        <w:t xml:space="preserve">[16:38] </w:t>
      </w:r>
      <w:r>
        <w:t>language mein difference hai.</w:t>
      </w:r>
    </w:p>
    <w:p>
      <w:pPr>
        <w:jc w:val="right"/>
      </w:pPr>
      <w:r>
        <w:t>لینگویج میں ڈیفرنس ہے۔</w:t>
      </w:r>
    </w:p>
    <w:p>
      <w:r>
        <w:rPr>
          <w:b/>
        </w:rPr>
        <w:t xml:space="preserve">[16:42] </w:t>
      </w:r>
      <w:r>
        <w:t>way of thinking mein difference hai.</w:t>
      </w:r>
    </w:p>
    <w:p>
      <w:pPr>
        <w:jc w:val="right"/>
      </w:pPr>
      <w:r>
        <w:t>وے آف تھنکنگ میں ڈیفرنس ہے۔</w:t>
      </w:r>
    </w:p>
    <w:p>
      <w:r>
        <w:rPr>
          <w:b/>
        </w:rPr>
        <w:t xml:space="preserve">[16:45] </w:t>
      </w:r>
      <w:r>
        <w:t>aap sari duniya ko, sare insano ko aap robot to bana nahi sakte.</w:t>
      </w:r>
    </w:p>
    <w:p>
      <w:pPr>
        <w:jc w:val="right"/>
      </w:pPr>
      <w:r>
        <w:t>آپ ساری دنیا کو، سارے انسانوں کو آپ روبوٹ تو بنا نہیں سکتے۔</w:t>
      </w:r>
    </w:p>
    <w:p>
      <w:r>
        <w:rPr>
          <w:b/>
        </w:rPr>
        <w:t xml:space="preserve">[16:49] </w:t>
      </w:r>
      <w:r>
        <w:t>to difference to baharhal exist karega.</w:t>
      </w:r>
    </w:p>
    <w:p>
      <w:pPr>
        <w:jc w:val="right"/>
      </w:pPr>
      <w:r>
        <w:t>تو ڈیفرنس تو بہرحال ایگزسٹ کرے گا۔</w:t>
      </w:r>
    </w:p>
    <w:p>
      <w:r>
        <w:rPr>
          <w:b/>
        </w:rPr>
        <w:t xml:space="preserve">[16:53] </w:t>
      </w:r>
      <w:r>
        <w:t>to difference ko le kar aap kahein ke sahib, yeh galat hai.</w:t>
      </w:r>
    </w:p>
    <w:p>
      <w:pPr>
        <w:jc w:val="right"/>
      </w:pPr>
      <w:r>
        <w:t>تو ڈیفرنس کو لے کر آپ کہیں کہ صاحب، یہ غلط ہے۔</w:t>
      </w:r>
    </w:p>
    <w:p>
      <w:r>
        <w:rPr>
          <w:b/>
        </w:rPr>
        <w:t xml:space="preserve">[16:57] </w:t>
      </w:r>
      <w:r>
        <w:t>differences ko mitayo, is ko eliminate karo.</w:t>
      </w:r>
    </w:p>
    <w:p>
      <w:pPr>
        <w:jc w:val="right"/>
      </w:pPr>
      <w:r>
        <w:t>ڈیفرنسز کو مٹاؤ، اس کو ایلیمینیٹ کرو۔</w:t>
      </w:r>
    </w:p>
    <w:p>
      <w:r>
        <w:rPr>
          <w:b/>
        </w:rPr>
        <w:t xml:space="preserve">[17:01] </w:t>
      </w:r>
      <w:r>
        <w:t>sab ko ek hi dhang par aisa banao ke sab log ek dhang par sochein.</w:t>
      </w:r>
    </w:p>
    <w:p>
      <w:pPr>
        <w:jc w:val="right"/>
      </w:pPr>
      <w:r>
        <w:t>سب کو ایک ہی ڈھنگ پر ایسا بناؤ کہ سب لوگ ایک ڈھنگ پر سوچیں۔</w:t>
      </w:r>
    </w:p>
    <w:p>
      <w:r>
        <w:rPr>
          <w:b/>
        </w:rPr>
        <w:t xml:space="preserve">[17:06] </w:t>
      </w:r>
      <w:r>
        <w:t>sab ka test ek ho, sab ki soch ek ho.</w:t>
      </w:r>
    </w:p>
    <w:p>
      <w:pPr>
        <w:jc w:val="right"/>
      </w:pPr>
      <w:r>
        <w:t>سب کا ٹیسٹ ایک ہو، سب کی سوچ ایک ہو۔</w:t>
      </w:r>
    </w:p>
    <w:p>
      <w:r>
        <w:rPr>
          <w:b/>
        </w:rPr>
        <w:t xml:space="preserve">[17:11] </w:t>
      </w:r>
      <w:r>
        <w:t>to yeh bilkul unnatural baat hai.</w:t>
      </w:r>
    </w:p>
    <w:p>
      <w:pPr>
        <w:jc w:val="right"/>
      </w:pPr>
      <w:r>
        <w:t>تو یہ بالکل ان نیچرل بات ہے۔</w:t>
      </w:r>
    </w:p>
    <w:p>
      <w:r>
        <w:rPr>
          <w:b/>
        </w:rPr>
        <w:t xml:space="preserve">[17:16] </w:t>
      </w:r>
      <w:r>
        <w:t>to yeh asal mein extremism hai jis se ke paida hota hai society mein takrao ka mahaul.</w:t>
      </w:r>
    </w:p>
    <w:p>
      <w:pPr>
        <w:jc w:val="right"/>
      </w:pPr>
      <w:r>
        <w:t>تو یہ اصل میں ایکسٹریمزم ہے جس سے کہ پیدا ہوتا ہے سوسائٹی میں ٹکراؤ کا ماحول۔</w:t>
      </w:r>
    </w:p>
    <w:p>
      <w:r>
        <w:rPr>
          <w:b/>
        </w:rPr>
        <w:t xml:space="preserve">[17:22] </w:t>
      </w:r>
      <w:r>
        <w:t>religion se nahi paida hota.</w:t>
      </w:r>
    </w:p>
    <w:p>
      <w:pPr>
        <w:jc w:val="right"/>
      </w:pPr>
      <w:r>
        <w:t>ریلیجن سے نہیں پیدا ہوتا۔</w:t>
      </w:r>
    </w:p>
    <w:p>
      <w:r>
        <w:rPr>
          <w:b/>
        </w:rPr>
        <w:t xml:space="preserve">[17:27] </w:t>
      </w:r>
      <w:r>
        <w:t>ab mein aap ko chand ek references doonga.</w:t>
      </w:r>
    </w:p>
    <w:p>
      <w:pPr>
        <w:jc w:val="right"/>
      </w:pPr>
      <w:r>
        <w:t>اب میں آپ کو چند ایک ریفرنسز دوں گا۔</w:t>
      </w:r>
    </w:p>
    <w:p>
      <w:r>
        <w:rPr>
          <w:b/>
        </w:rPr>
        <w:t xml:space="preserve">[17:32] </w:t>
      </w:r>
      <w:r>
        <w:t>jaise profit of islam ne kaha ke al muslim man salima al nas min lisanihi wa yadihi.</w:t>
      </w:r>
    </w:p>
    <w:p>
      <w:pPr>
        <w:jc w:val="right"/>
      </w:pPr>
      <w:r>
        <w:t>جیسے پرافٹ آف اسلام نے کہا کہ المسلم من سلم الناس من لسانہ ویدہ۔</w:t>
      </w:r>
    </w:p>
    <w:p>
      <w:r>
        <w:rPr>
          <w:b/>
        </w:rPr>
        <w:t xml:space="preserve">[17:40] </w:t>
      </w:r>
      <w:r>
        <w:t>اس کا مطلب یہ ہے کہ a true believer is one by whose hands and tongue.</w:t>
      </w:r>
    </w:p>
    <w:p>
      <w:pPr>
        <w:jc w:val="right"/>
      </w:pPr>
      <w:r>
        <w:t>اس کا مطلب یہ ہے کہ ا ٹرو بیلیور از ون بائی ہوز ہینڈز اینڈ ٹنگ۔</w:t>
      </w:r>
    </w:p>
    <w:p>
      <w:r>
        <w:rPr>
          <w:b/>
        </w:rPr>
        <w:t xml:space="preserve">[17:48] </w:t>
      </w:r>
      <w:r>
        <w:t>people are safe.</w:t>
      </w:r>
    </w:p>
    <w:p>
      <w:pPr>
        <w:jc w:val="right"/>
      </w:pPr>
      <w:r>
        <w:t>پیپل آر سیف۔</w:t>
      </w:r>
    </w:p>
    <w:p>
      <w:r>
        <w:rPr>
          <w:b/>
        </w:rPr>
        <w:t xml:space="preserve">[17:56] </w:t>
      </w:r>
      <w:r>
        <w:t>ab bataiye ke yeh hai islam ka, islam ka principle.</w:t>
      </w:r>
    </w:p>
    <w:p>
      <w:pPr>
        <w:jc w:val="right"/>
      </w:pPr>
      <w:r>
        <w:t>اب بتائیے کہ یہ ہے اسلام کا، اسلام کا پرنسپل۔</w:t>
      </w:r>
    </w:p>
    <w:p>
      <w:r>
        <w:rPr>
          <w:b/>
        </w:rPr>
        <w:t xml:space="preserve">[18:03] </w:t>
      </w:r>
      <w:r>
        <w:t>Yaani society mein is tarah raho. Tumhare haath se kisi ko kuch harm na pahunche. Tumhari zubaan se kisi ko kuch harm na pahunche. To yeh to harmony, harmony hai. Aayegi phir aisi jagah par jahan log is tarah rahein. Ek hadees mein hai keh wallahi la yumin, wallahi la yumin, wallahi la yumin alladhi la y</w:t>
      </w:r>
    </w:p>
    <w:p>
      <w:pPr>
        <w:jc w:val="right"/>
      </w:pPr>
      <w:r>
        <w:t>یعنی سوسائٹی میں اس طرح رہو۔ تمہارے ہاتھ سے کسی کو کچھ ہارم نہ پہنچے۔ تمہاری زبان سے کسی کو کچھ ہارم نہ پہنچے۔ تو یہ تو ہارمونی، ہارمونی ہے۔ آئے گی پھر ایسی جگہ پر جہاں لوگ اس طرح رہیں۔ ایک حدیث میں ہے کہ واللہ لا یومن، واللہ لا یومن، واللہ لا یومن الذی لا ی</w:t>
      </w:r>
    </w:p>
    <w:p>
      <w:r>
        <w:rPr>
          <w:b/>
        </w:rPr>
        <w:t xml:space="preserve">[18:33] </w:t>
      </w:r>
      <w:r>
        <w:t>aman jahir bawqi.</w:t>
      </w:r>
    </w:p>
    <w:p>
      <w:pPr>
        <w:jc w:val="right"/>
      </w:pPr>
      <w:r>
        <w:t>امن جارہ بواقہ۔</w:t>
      </w:r>
    </w:p>
    <w:p>
      <w:r>
        <w:rPr>
          <w:b/>
        </w:rPr>
        <w:t xml:space="preserve">[18:43] </w:t>
      </w:r>
      <w:r>
        <w:t>yani khuda ki qasam, woh momin nahi hai jis ka parosi is se aman mein na ho.</w:t>
      </w:r>
    </w:p>
    <w:p>
      <w:pPr>
        <w:jc w:val="right"/>
      </w:pPr>
      <w:r>
        <w:t>یعنی خدا کی قسم، وہ مومن نہیں ہے جس کا پڑوسی اس سے امن میں نہ ہو۔</w:t>
      </w:r>
    </w:p>
    <w:p>
      <w:r>
        <w:rPr>
          <w:b/>
        </w:rPr>
        <w:t xml:space="preserve">[18:53] </w:t>
      </w:r>
      <w:r>
        <w:t>اس کا مطلب کیا ہوا؟ One who creates problem for his neighbors, is not a true Muslim. یعنی</w:t>
      </w:r>
    </w:p>
    <w:p>
      <w:pPr>
        <w:jc w:val="right"/>
      </w:pPr>
      <w:r>
        <w:t>اس کا مطلب کیا ہوا؟ ون ہو کریٹس پرابلم فار ہز نیبرز، از ناٹ ا ٹرو مسلم۔ یعنی</w:t>
      </w:r>
    </w:p>
    <w:p>
      <w:r>
        <w:rPr>
          <w:b/>
        </w:rPr>
        <w:t xml:space="preserve">[19:03] </w:t>
      </w:r>
      <w:r>
        <w:t>problem create karna jo hai, woh apne aap ko islam se bahar kar dena hai.</w:t>
      </w:r>
    </w:p>
    <w:p>
      <w:pPr>
        <w:jc w:val="right"/>
      </w:pPr>
      <w:r>
        <w:t>پرابلم کریٹ کرنا جو ہے، وہ اپنے آپ کو اسلام سے باہر کر دینا ہے۔</w:t>
      </w:r>
    </w:p>
    <w:p>
      <w:r>
        <w:rPr>
          <w:b/>
        </w:rPr>
        <w:t xml:space="preserve">[19:11] </w:t>
      </w:r>
      <w:r>
        <w:t>ab dekhiye ke kitni bari yeh teaching hai ke aap agar ek family mein rehte hain, aap society</w:t>
      </w:r>
    </w:p>
    <w:p>
      <w:pPr>
        <w:jc w:val="right"/>
      </w:pPr>
      <w:r>
        <w:t>اب دیکھیں کہ کتنی بڑی یہ ٹیچنگ ہے کہ آپ اگر ایک فیملی میں رہتے ہیں، آپ سوسائٹی</w:t>
      </w:r>
    </w:p>
    <w:p>
      <w:r>
        <w:rPr>
          <w:b/>
        </w:rPr>
        <w:t xml:space="preserve">[19:19] </w:t>
      </w:r>
      <w:r>
        <w:t>mein rehte hain, aap ek country mein rehte hain, kahin bhi hain aap, to aap par yeh khuda</w:t>
      </w:r>
    </w:p>
    <w:p>
      <w:pPr>
        <w:jc w:val="right"/>
      </w:pPr>
      <w:r>
        <w:t>میں رہتے ہیں، آپ ایک کنٹری میں رہتے ہیں، کہیں بھی ہیں آپ، تو آپ پر یہ خدا</w:t>
      </w:r>
    </w:p>
    <w:p>
      <w:r>
        <w:rPr>
          <w:b/>
        </w:rPr>
        <w:t xml:space="preserve">[19:27] </w:t>
      </w:r>
      <w:r>
        <w:t>ki taraf se farz hai ke aap doosron ko</w:t>
      </w:r>
    </w:p>
    <w:p>
      <w:pPr>
        <w:jc w:val="right"/>
      </w:pPr>
      <w:r>
        <w:t>کی طرف سے فرض ہے کہ آپ دوسروں کو</w:t>
      </w:r>
    </w:p>
    <w:p>
      <w:r>
        <w:rPr>
          <w:b/>
        </w:rPr>
        <w:t xml:space="preserve">[19:35] </w:t>
      </w:r>
      <w:r>
        <w:t>is tarah rahen ke aap doosron ke liye problem create na karen.</w:t>
      </w:r>
    </w:p>
    <w:p>
      <w:pPr>
        <w:jc w:val="right"/>
      </w:pPr>
      <w:r>
        <w:t>اس طرح رہیں کہ آپ دوسروں کے لیے پرابلم کریٹ نہ کریں۔</w:t>
      </w:r>
    </w:p>
    <w:p>
      <w:r>
        <w:rPr>
          <w:b/>
        </w:rPr>
        <w:t xml:space="preserve">[19:41] </w:t>
      </w:r>
      <w:r>
        <w:t>yani no problem person ban kar rahen.</w:t>
      </w:r>
    </w:p>
    <w:p>
      <w:pPr>
        <w:jc w:val="right"/>
      </w:pPr>
      <w:r>
        <w:t>یعنی نو پرابلم پرسن بن کر رہیں۔</w:t>
      </w:r>
    </w:p>
    <w:p>
      <w:r>
        <w:rPr>
          <w:b/>
        </w:rPr>
        <w:t xml:space="preserve">[19:47] </w:t>
      </w:r>
      <w:r>
        <w:t>ab bataiye ke jahan yeh ho ke log apne mazhab ka yeh hukum samajhte hon ke hamein no</w:t>
      </w:r>
    </w:p>
    <w:p>
      <w:pPr>
        <w:jc w:val="right"/>
      </w:pPr>
      <w:r>
        <w:t>اب بتائیے کہ جہاں یہ ہو کہ لوگ اپنے مذہب کا یہ حکم سمجھتے ہوں کہ ہمیں نو</w:t>
      </w:r>
    </w:p>
    <w:p>
      <w:r>
        <w:rPr>
          <w:b/>
        </w:rPr>
        <w:t xml:space="preserve">[19:53] </w:t>
      </w:r>
      <w:r>
        <w:t>problem person ban kar rehna hai, to aap bataiye ke wahan to social harmony hogi aur kya hogi?</w:t>
      </w:r>
    </w:p>
    <w:p>
      <w:pPr>
        <w:jc w:val="right"/>
      </w:pPr>
      <w:r>
        <w:t>پرابلم پرسن بن کر رہنا ہے، تو آپ بتائیے کہ وہاں تو سوشل ہارمونی ہوگی اور کیا ہوگی؟</w:t>
      </w:r>
    </w:p>
    <w:p>
      <w:r>
        <w:rPr>
          <w:b/>
        </w:rPr>
        <w:t xml:space="preserve">[19:59] </w:t>
      </w:r>
      <w:r>
        <w:t>wahan har taraf peace hoga,</w:t>
      </w:r>
    </w:p>
    <w:p>
      <w:pPr>
        <w:jc w:val="right"/>
      </w:pPr>
      <w:r>
        <w:t>وہاں ہر طرف پیس ہوگا،</w:t>
      </w:r>
    </w:p>
    <w:p>
      <w:r>
        <w:rPr>
          <w:b/>
        </w:rPr>
        <w:t xml:space="preserve">[20:05] </w:t>
      </w:r>
      <w:r>
        <w:t>harmony hogi.</w:t>
      </w:r>
    </w:p>
    <w:p>
      <w:pPr>
        <w:jc w:val="right"/>
      </w:pPr>
      <w:r>
        <w:t>ہارمونی ہوگی۔</w:t>
      </w:r>
    </w:p>
    <w:p>
      <w:r>
        <w:rPr>
          <w:b/>
        </w:rPr>
        <w:t xml:space="preserve">[20:10] </w:t>
      </w:r>
      <w:r>
        <w:t>aise dekhiye, ek baat mein yeh bohat important aspect islam ka batana chahta hoon ke islam mein dekhiye,</w:t>
      </w:r>
    </w:p>
    <w:p>
      <w:pPr>
        <w:jc w:val="right"/>
      </w:pPr>
      <w:r>
        <w:t>ایسے دیکھیے، ایک بات میں یہ بہت امپورٹنٹ اسپیکٹ اسلام کا بتانا چاہتا ہوں کہ اسلام میں دیکھیے،</w:t>
      </w:r>
    </w:p>
    <w:p>
      <w:r>
        <w:rPr>
          <w:b/>
        </w:rPr>
        <w:t xml:space="preserve">[20:16] </w:t>
      </w:r>
      <w:r>
        <w:t>do tarah ki teaching hai.</w:t>
      </w:r>
    </w:p>
    <w:p>
      <w:pPr>
        <w:jc w:val="right"/>
      </w:pPr>
      <w:r>
        <w:t>دو طرح کی ٹیچنگ ہے۔</w:t>
      </w:r>
    </w:p>
    <w:p>
      <w:r>
        <w:rPr>
          <w:b/>
        </w:rPr>
        <w:t xml:space="preserve">[20:21] </w:t>
      </w:r>
      <w:r>
        <w:t>ek woh jo individual ko address karti hain, ek woh jo society ko address karti hain.</w:t>
      </w:r>
    </w:p>
    <w:p>
      <w:pPr>
        <w:jc w:val="right"/>
      </w:pPr>
      <w:r>
        <w:t>ایک وہ جو انڈیویجول کو ایڈریس کرتی ہیں، ایک وہ جو سوسائٹی کو ایڈریس کرتی ہیں۔</w:t>
      </w:r>
    </w:p>
    <w:p>
      <w:r>
        <w:rPr>
          <w:b/>
        </w:rPr>
        <w:t xml:space="preserve">[20:26] </w:t>
      </w:r>
      <w:r>
        <w:t>yani social teaching bhi hai aur individual teaching bhi hai.</w:t>
      </w:r>
    </w:p>
    <w:p>
      <w:pPr>
        <w:jc w:val="right"/>
      </w:pPr>
      <w:r>
        <w:t>یعنی سوشل ٹیچنگ بھی ہے اور انڈیویجول ٹیچنگ بھی ہے۔</w:t>
      </w:r>
    </w:p>
    <w:p>
      <w:r>
        <w:rPr>
          <w:b/>
        </w:rPr>
        <w:t xml:space="preserve">[20:31] </w:t>
      </w:r>
      <w:r>
        <w:t>lekin ek bohat bara difference hai dono mein. yaad rakhiye,</w:t>
      </w:r>
    </w:p>
    <w:p>
      <w:pPr>
        <w:jc w:val="right"/>
      </w:pPr>
      <w:r>
        <w:t>لیکن ایک بہت بڑا ڈیفرنس ہے دونوں میں۔ یاد رکھیے،</w:t>
      </w:r>
    </w:p>
    <w:p>
      <w:r>
        <w:rPr>
          <w:b/>
        </w:rPr>
        <w:t xml:space="preserve">[20:36] </w:t>
      </w:r>
      <w:r>
        <w:t>islam mein jo individual teachings hain, woh har ek ke liye hain.</w:t>
      </w:r>
    </w:p>
    <w:p>
      <w:pPr>
        <w:jc w:val="right"/>
      </w:pPr>
      <w:r>
        <w:t>اسلام میں جو انڈیویجول ٹیچنگز ہیں، وہ ہر ایک کے لیے ہیں۔</w:t>
      </w:r>
    </w:p>
    <w:p>
      <w:r>
        <w:rPr>
          <w:b/>
        </w:rPr>
        <w:t xml:space="preserve">[20:41] </w:t>
      </w:r>
      <w:r>
        <w:t>har ek ko apne aap par is ko impose karna hai.</w:t>
      </w:r>
    </w:p>
    <w:p>
      <w:pPr>
        <w:jc w:val="right"/>
      </w:pPr>
      <w:r>
        <w:t>ہر ایک کو اپنے آپ پر اس کو امپوز کرنا ہے۔</w:t>
      </w:r>
    </w:p>
    <w:p>
      <w:r>
        <w:rPr>
          <w:b/>
        </w:rPr>
        <w:t xml:space="preserve">[20:45] </w:t>
      </w:r>
      <w:r>
        <w:t>jaise quran mein hadith mein hai ke sach bolo, justice ke sath raho.</w:t>
      </w:r>
    </w:p>
    <w:p>
      <w:pPr>
        <w:jc w:val="right"/>
      </w:pPr>
      <w:r>
        <w:t>جیسے قرآن میں حدیث میں ہے کہ سچ بولو، جسٹس کے ساتھ رہو۔</w:t>
      </w:r>
    </w:p>
    <w:p>
      <w:r>
        <w:rPr>
          <w:b/>
        </w:rPr>
        <w:t xml:space="preserve">[20:49] </w:t>
      </w:r>
      <w:r>
        <w:t>to yeh mera apna kaam hai.</w:t>
      </w:r>
    </w:p>
    <w:p>
      <w:pPr>
        <w:jc w:val="right"/>
      </w:pPr>
      <w:r>
        <w:t>تو یہ میرا اپنا کام ہے۔</w:t>
      </w:r>
    </w:p>
    <w:p>
      <w:r>
        <w:rPr>
          <w:b/>
        </w:rPr>
        <w:t xml:space="preserve">[20:54] </w:t>
      </w:r>
      <w:r>
        <w:t>mujhe justice ke sath rehna hai.</w:t>
      </w:r>
    </w:p>
    <w:p>
      <w:pPr>
        <w:jc w:val="right"/>
      </w:pPr>
      <w:r>
        <w:t>مجھے جسٹس کے ساتھ رہنا ہے۔</w:t>
      </w:r>
    </w:p>
    <w:p>
      <w:r>
        <w:rPr>
          <w:b/>
        </w:rPr>
        <w:t xml:space="preserve">[20:58] </w:t>
      </w:r>
      <w:r>
        <w:t>mujhe sach bolte hue dunya mein rehna hai.</w:t>
      </w:r>
    </w:p>
    <w:p>
      <w:pPr>
        <w:jc w:val="right"/>
      </w:pPr>
      <w:r>
        <w:t>مجھے سچ بولتے ہوئے دنیا میں رہنا ہے۔</w:t>
      </w:r>
    </w:p>
    <w:p>
      <w:r>
        <w:rPr>
          <w:b/>
        </w:rPr>
        <w:t xml:space="preserve">[21:03] </w:t>
      </w:r>
      <w:r>
        <w:t>to is mein kya? is mein to koi</w:t>
      </w:r>
    </w:p>
    <w:p>
      <w:pPr>
        <w:jc w:val="right"/>
      </w:pPr>
      <w:r>
        <w:t>تو اس میں کیا؟ اس میں تو کوئی</w:t>
      </w:r>
    </w:p>
    <w:p>
      <w:r>
        <w:rPr>
          <w:b/>
        </w:rPr>
        <w:t xml:space="preserve">[21:07] </w:t>
      </w:r>
      <w:r>
        <w:t>kisi se takrao ki baat hi nahi hai.</w:t>
      </w:r>
    </w:p>
    <w:p>
      <w:pPr>
        <w:jc w:val="right"/>
      </w:pPr>
      <w:r>
        <w:t>کسی سے ٹکراؤ کی بات ہی نہیں ہے۔</w:t>
      </w:r>
    </w:p>
    <w:p>
      <w:r>
        <w:rPr>
          <w:b/>
        </w:rPr>
        <w:t xml:space="preserve">[21:11] </w:t>
      </w:r>
      <w:r>
        <w:t>mujhe khuda ki worship karna hai.</w:t>
      </w:r>
    </w:p>
    <w:p>
      <w:pPr>
        <w:jc w:val="right"/>
      </w:pPr>
      <w:r>
        <w:t>مجھے خدا کی ورشپ کرنا ہے۔</w:t>
      </w:r>
    </w:p>
    <w:p>
      <w:r>
        <w:rPr>
          <w:b/>
        </w:rPr>
        <w:t xml:space="preserve">[21:16] </w:t>
      </w:r>
      <w:r>
        <w:t>is mein koi takrao ki baat hi nahi hai.</w:t>
      </w:r>
    </w:p>
    <w:p>
      <w:pPr>
        <w:jc w:val="right"/>
      </w:pPr>
      <w:r>
        <w:t>اس میں کوئی ٹکراؤ کی بات ہی نہیں ہے۔</w:t>
      </w:r>
    </w:p>
    <w:p>
      <w:r>
        <w:rPr>
          <w:b/>
        </w:rPr>
        <w:t xml:space="preserve">[21:20] </w:t>
      </w:r>
      <w:r>
        <w:t>to jahan tak individual ke liye jo teachings hain islam mein, is mein koi aisi baat hi nahi</w:t>
      </w:r>
    </w:p>
    <w:p>
      <w:pPr>
        <w:jc w:val="right"/>
      </w:pPr>
      <w:r>
        <w:t>تو جہاں تک انڈیویجول کے لیے جو ٹیچنگز ہیں اسلام میں، اس میں کوئی ایسی بات ہی نہیں</w:t>
      </w:r>
    </w:p>
    <w:p>
      <w:r>
        <w:rPr>
          <w:b/>
        </w:rPr>
        <w:t xml:space="preserve">[21:24] </w:t>
      </w:r>
      <w:r>
        <w:t>jis se ke doosron se takrao ho ke tum khuda ki worship karo, tum sach bolo, tum justice</w:t>
      </w:r>
    </w:p>
    <w:p>
      <w:pPr>
        <w:jc w:val="right"/>
      </w:pPr>
      <w:r>
        <w:t>جس سے کہ دوسروں سے ٹکراؤ ہو کہ تم خدا کی ورشپ کرو، تم سچ بولو، تم جسٹس</w:t>
      </w:r>
    </w:p>
    <w:p>
      <w:r>
        <w:rPr>
          <w:b/>
        </w:rPr>
        <w:t xml:space="preserve">[21:29] </w:t>
      </w:r>
      <w:r>
        <w:t>ke sath raho, tum doosron ke liye problem create na karo.</w:t>
      </w:r>
    </w:p>
    <w:p>
      <w:pPr>
        <w:jc w:val="right"/>
      </w:pPr>
      <w:r>
        <w:t>کے ساتھ رہو، تم دوسروں کے لیے پرابلم کریٹ نہ کرو۔</w:t>
      </w:r>
    </w:p>
    <w:p>
      <w:r>
        <w:rPr>
          <w:b/>
        </w:rPr>
        <w:t xml:space="preserve">[21:33] </w:t>
      </w:r>
      <w:r>
        <w:t>yeh sari baatein woh hain jo individual ko</w:t>
      </w:r>
    </w:p>
    <w:p>
      <w:pPr>
        <w:jc w:val="right"/>
      </w:pPr>
      <w:r>
        <w:t>یہ ساری باتیں وہ ہیں جو انڈیویجول کو</w:t>
      </w:r>
    </w:p>
    <w:p>
      <w:r>
        <w:rPr>
          <w:b/>
        </w:rPr>
        <w:t xml:space="preserve">[21:37] </w:t>
      </w:r>
      <w:r>
        <w:t>address karne ke liye hain.</w:t>
      </w:r>
    </w:p>
    <w:p>
      <w:pPr>
        <w:jc w:val="right"/>
      </w:pPr>
      <w:r>
        <w:t>ایڈریس کرنے کے لیے ہیں۔</w:t>
      </w:r>
    </w:p>
    <w:p>
      <w:r>
        <w:rPr>
          <w:b/>
        </w:rPr>
        <w:t xml:space="preserve">[21:43] </w:t>
      </w:r>
      <w:r>
        <w:t>ek individual society mein kaise rahe? to woh is tarah se rahe.</w:t>
      </w:r>
    </w:p>
    <w:p>
      <w:pPr>
        <w:jc w:val="right"/>
      </w:pPr>
      <w:r>
        <w:t>ایک انڈیویجول سوسائٹی میں کیسے رہے؟ تو وہ اس طرح سے رہے۔</w:t>
      </w:r>
    </w:p>
    <w:p>
      <w:r>
        <w:rPr>
          <w:b/>
        </w:rPr>
        <w:t xml:space="preserve">[21:49] </w:t>
      </w:r>
      <w:r>
        <w:t>woh to islam ka jo islam ka jo permanent part hai, jo har ek har har waqt jo</w:t>
      </w:r>
    </w:p>
    <w:p>
      <w:pPr>
        <w:jc w:val="right"/>
      </w:pPr>
      <w:r>
        <w:t>وہ تو اسلام کا جو اسلام کا جو پرماننٹ پارٹ ہے، جو ہر ایک ہر ہر وقت جو</w:t>
      </w:r>
    </w:p>
    <w:p>
      <w:r>
        <w:rPr>
          <w:b/>
        </w:rPr>
        <w:t xml:space="preserve">[21:55] </w:t>
      </w:r>
      <w:r>
        <w:t>isko karna hai hamein, woh wahi hai jo individual ke liye hota hai.</w:t>
      </w:r>
    </w:p>
    <w:p>
      <w:pPr>
        <w:jc w:val="right"/>
      </w:pPr>
      <w:r>
        <w:t>اس کو کرنا ہے ہمیں، وہ وہی ہے جو انڈیویجول کے لیے ہوتا ہے۔</w:t>
      </w:r>
    </w:p>
    <w:p>
      <w:r>
        <w:rPr>
          <w:b/>
        </w:rPr>
        <w:t xml:space="preserve">[22:01] </w:t>
      </w:r>
      <w:r>
        <w:t>har individual chahe kahin bhi ho, is</w:t>
      </w:r>
    </w:p>
    <w:p>
      <w:pPr>
        <w:jc w:val="right"/>
      </w:pPr>
      <w:r>
        <w:t>ہر انڈیویجول چاہے کہیں بھی ہو، اس</w:t>
      </w:r>
    </w:p>
    <w:p>
      <w:r>
        <w:rPr>
          <w:b/>
        </w:rPr>
        <w:t xml:space="preserve">[22:07] </w:t>
      </w:r>
      <w:r>
        <w:t>ko yeh sab karna hai.</w:t>
      </w:r>
    </w:p>
    <w:p>
      <w:pPr>
        <w:jc w:val="right"/>
      </w:pPr>
      <w:r>
        <w:t>کو یہ سب کرنا ہے۔</w:t>
      </w:r>
    </w:p>
    <w:p>
      <w:r>
        <w:rPr>
          <w:b/>
        </w:rPr>
        <w:t xml:space="preserve">[22:14] </w:t>
      </w:r>
      <w:r>
        <w:t>yeh ek individual chahe ek country mein ho ya doosre country mein ho, woh ek developed country mein</w:t>
      </w:r>
    </w:p>
    <w:p>
      <w:pPr>
        <w:jc w:val="right"/>
      </w:pPr>
      <w:r>
        <w:t>یہ ایک انڈیویجول چاہے ایک کنٹری میں ہو یا دوسرے کنٹری میں ہو، وہ ایک ڈیولپ کنٹری میں</w:t>
      </w:r>
    </w:p>
    <w:p>
      <w:r>
        <w:rPr>
          <w:b/>
        </w:rPr>
        <w:t xml:space="preserve">[22:20] </w:t>
      </w:r>
      <w:r>
        <w:t>ho ya ya aisi country mein ho jahan abhi development nahi hua hai, kuch bhi ho, kahin bhi</w:t>
      </w:r>
    </w:p>
    <w:p>
      <w:pPr>
        <w:jc w:val="right"/>
      </w:pPr>
      <w:r>
        <w:t>ہو یا یا ایسی کنٹری میں ہو جہاں ابھی ڈیولپمنٹ نہیں ہوا ہے، کچھ بھی ہو، کہیں بھی</w:t>
      </w:r>
    </w:p>
    <w:p>
      <w:r>
        <w:rPr>
          <w:b/>
        </w:rPr>
        <w:t xml:space="preserve">[22:26] </w:t>
      </w:r>
      <w:r>
        <w:t>ho, to is ko hukum diya gaya hai ke tum khuda ki worship karo, tum sach bolo, tum</w:t>
      </w:r>
    </w:p>
    <w:p>
      <w:pPr>
        <w:jc w:val="right"/>
      </w:pPr>
      <w:r>
        <w:t>ہو، تو اس کو حکم دیا گیا ہے کہ تم خدا کی ورشپ کرو، تم سچ بولو، تم</w:t>
      </w:r>
    </w:p>
    <w:p>
      <w:r>
        <w:rPr>
          <w:b/>
        </w:rPr>
        <w:t xml:space="preserve">[22:32] </w:t>
      </w:r>
      <w:r>
        <w:t>justice ke sath raho, tum doosron ke liye problem create na karo,</w:t>
      </w:r>
    </w:p>
    <w:p>
      <w:pPr>
        <w:jc w:val="right"/>
      </w:pPr>
      <w:r>
        <w:t>جسٹس کے ساتھ رہو، تم دوسروں کے لیے پرابلم کریٹ نہ کرو،</w:t>
      </w:r>
    </w:p>
    <w:p>
      <w:r>
        <w:rPr>
          <w:b/>
        </w:rPr>
        <w:t xml:space="preserve">[22:39] </w:t>
      </w:r>
      <w:r>
        <w:t>tum hate mat karo, tum intolerant na bano, tum peaceful tareeqe se raho.</w:t>
      </w:r>
    </w:p>
    <w:p>
      <w:pPr>
        <w:jc w:val="right"/>
      </w:pPr>
      <w:r>
        <w:t>تم ہیٹ مت کرو، تم انٹولرنٹ نہ بنو، تم پیس فل طریقے سے رہو۔</w:t>
      </w:r>
    </w:p>
    <w:p>
      <w:r>
        <w:rPr>
          <w:b/>
        </w:rPr>
        <w:t xml:space="preserve">[22:46] </w:t>
      </w:r>
      <w:r>
        <w:t>yeh sari cheezein woh hain jo har har insaan ke liye, har believer ke liye farz hain, zaroori hain.</w:t>
      </w:r>
    </w:p>
    <w:p>
      <w:pPr>
        <w:jc w:val="right"/>
      </w:pPr>
      <w:r>
        <w:t>یہ ساری چیزیں وہ ہیں جو ہر ہر انسان کے لیے، ہر بیلیور کے لیے فرض ہیں، ضروری ہیں۔</w:t>
      </w:r>
    </w:p>
    <w:p>
      <w:r>
        <w:rPr>
          <w:b/>
        </w:rPr>
        <w:t xml:space="preserve">[22:54] </w:t>
      </w:r>
      <w:r>
        <w:t>har haal mein, har jagah is ko is par chalna hi chalna hai, is ko follow karna hi karna hai.</w:t>
      </w:r>
    </w:p>
    <w:p>
      <w:pPr>
        <w:jc w:val="right"/>
      </w:pPr>
      <w:r>
        <w:t>ہر حال میں، ہر جگہ اس کو اس پر چلنا ہی چلنا ہے، اس کو فالو کرنا ہی کرنا ہے۔</w:t>
      </w:r>
    </w:p>
    <w:p>
      <w:r>
        <w:rPr>
          <w:b/>
        </w:rPr>
        <w:t xml:space="preserve">[23:01] </w:t>
      </w:r>
      <w:r>
        <w:t>acha, jo social teachings hain islam ki, woh</w:t>
      </w:r>
    </w:p>
    <w:p>
      <w:pPr>
        <w:jc w:val="right"/>
      </w:pPr>
      <w:r>
        <w:t>اچھا، جو سوشل ٹیچنگز ہیں اسلام کی، وہ</w:t>
      </w:r>
    </w:p>
    <w:p>
      <w:r>
        <w:rPr>
          <w:b/>
        </w:rPr>
        <w:t xml:space="preserve">[23:09] </w:t>
      </w:r>
      <w:r>
        <w:t>iski relative teachings hain.</w:t>
      </w:r>
    </w:p>
    <w:p>
      <w:pPr>
        <w:jc w:val="right"/>
      </w:pPr>
      <w:r>
        <w:t>اس کی ریلیٹو ٹیچنگز ہیں۔</w:t>
      </w:r>
    </w:p>
    <w:p>
      <w:r>
        <w:rPr>
          <w:b/>
        </w:rPr>
        <w:t xml:space="preserve">[23:13] </w:t>
      </w:r>
      <w:r>
        <w:t>relative ka matlab kya hai? society agar woh chahe to wahan par woh implement kiya jayega, nahi</w:t>
      </w:r>
    </w:p>
    <w:p>
      <w:pPr>
        <w:jc w:val="right"/>
      </w:pPr>
      <w:r>
        <w:t>ریلیٹو کا مطلب کیا ہے؟ سوسائٹی اگر وہ چاہے تو وہاں پر وہ امپلیمنٹ کیا جائے گا، نہیں</w:t>
      </w:r>
    </w:p>
    <w:p>
      <w:r>
        <w:rPr>
          <w:b/>
        </w:rPr>
        <w:t xml:space="preserve">[23:17] </w:t>
      </w:r>
      <w:r>
        <w:t>tu nahi hoga.</w:t>
      </w:r>
    </w:p>
    <w:p>
      <w:pPr>
        <w:jc w:val="right"/>
      </w:pPr>
      <w:r>
        <w:t>تو نہیں ہوگا۔</w:t>
      </w:r>
    </w:p>
    <w:p>
      <w:r>
        <w:rPr>
          <w:b/>
        </w:rPr>
        <w:t xml:space="preserve">[23:22] </w:t>
      </w:r>
      <w:r>
        <w:t>woh yani aisa nahi hai ke jis tarah se ek aadmi apne upar implement karta hai, sach bolne</w:t>
      </w:r>
    </w:p>
    <w:p>
      <w:pPr>
        <w:jc w:val="right"/>
      </w:pPr>
      <w:r>
        <w:t>وہ یعنی ایسا نہیں ہے کہ جس طرح سے ایک آدمی اپنے اوپر امپلیمنٹ کرتا ہے، سچ بولنے</w:t>
      </w:r>
    </w:p>
    <w:p>
      <w:r>
        <w:rPr>
          <w:b/>
        </w:rPr>
        <w:t xml:space="preserve">[23:26] </w:t>
      </w:r>
      <w:r>
        <w:t>ka hukum jab hai to samajhta hai ke mujhe sach bolna hai.</w:t>
      </w:r>
    </w:p>
    <w:p>
      <w:pPr>
        <w:jc w:val="right"/>
      </w:pPr>
      <w:r>
        <w:t>کا حکم جب ہے تو سمجھتا ہے کہ مجھے سچ بولنا ہے۔</w:t>
      </w:r>
    </w:p>
    <w:p>
      <w:r>
        <w:rPr>
          <w:b/>
        </w:rPr>
        <w:t xml:space="preserve">[23:30] </w:t>
      </w:r>
      <w:r>
        <w:t>aise muamla society ka nahi hai.</w:t>
      </w:r>
    </w:p>
    <w:p>
      <w:pPr>
        <w:jc w:val="right"/>
      </w:pPr>
      <w:r>
        <w:t>ایسے معاملہ سوسائٹی کا نہیں ہے۔</w:t>
      </w:r>
    </w:p>
    <w:p>
      <w:r>
        <w:rPr>
          <w:b/>
        </w:rPr>
        <w:t xml:space="preserve">[23:35] </w:t>
      </w:r>
      <w:r>
        <w:t>society ka muamla yeh hai ke hadith</w:t>
      </w:r>
    </w:p>
    <w:p>
      <w:pPr>
        <w:jc w:val="right"/>
      </w:pPr>
      <w:r>
        <w:t>سوسائٹی کا معاملہ یہ ہے کہ حدیث</w:t>
      </w:r>
    </w:p>
    <w:p>
      <w:r>
        <w:rPr>
          <w:b/>
        </w:rPr>
        <w:t xml:space="preserve">[23:39] </w:t>
      </w:r>
      <w:r>
        <w:t>mein aata hai keh kama takoon kadhalik yuwalla alaikum. Yeh social will par woh depend karta hai. Social will agar hai to us par amal hoga, nahi to nahi. Yeh kitni badi hai jo yeh jo difference kiya gaya hai society mein aur individual mein, is se jud kar jaati hai takrao ki. Is se takrao ki jud kar jaati hai. Jaise com</w:t>
      </w:r>
    </w:p>
    <w:p>
      <w:pPr>
        <w:jc w:val="right"/>
      </w:pPr>
      <w:r>
        <w:t>میں آتا ہے کہ کما تکون کذالک یول علیکم۔ یہ سوشل ول پر وہ ڈیپینڈ کرتا ہے۔ سوشل ول اگر ہے تو اس پر عمل ہوگا، نہیں تو نہیں۔ یہ کتنی بڑی ہے جو یہ جو ڈیفرنس کیا گیا ہے سوسائٹی میں اور انڈیویجول میں، اس سے جڑ کر جاتی ہے ٹکراؤ کی۔ اس سے ٹکراؤ کی جڑ کر جاتی ہے۔ جیسے ک</w:t>
      </w:r>
    </w:p>
    <w:p>
      <w:r>
        <w:rPr>
          <w:b/>
        </w:rPr>
        <w:t xml:space="preserve">[24:09] </w:t>
      </w:r>
      <w:r>
        <w:t>munist log the, unhone chaha keh hum doosron par impose karein apne economic system ko. To takrao paida hua, zabardast takrao hua, cold war. Aap jaante hain keh bahut dino tak rahi. To woh apne system ko, apne economic system ko doosron par impose karna chahte the. Is se takrao paida hua. Islam mein aisa hai nahi keh aap impose karein. Islam ki jo so</w:t>
      </w:r>
    </w:p>
    <w:p>
      <w:pPr>
        <w:jc w:val="right"/>
      </w:pPr>
      <w:r>
        <w:t>میونسٹ لوگ تھے، انہوں نے چاہا کہ ہم دوسروں پر امپوز کریں اپنے اکنامک سسٹم کو۔ تو ٹکراؤ پیدا ہوا، زبردست ٹکراؤ ہوا، کولڈ وار۔ آپ جانتے ہیں کہ بہت دنوں تک رہی۔ تو وہ اپنے سسٹم کو، اپنے اکنامک سسٹم کو دوسروں پر امپوز کرنا چاہتے تھے۔ اس سے ٹکراؤ پیدا ہوا۔ اسلام میں ایسا ہے نہیں کہ آپ امپوز کریں۔ اسلام کی جو سو</w:t>
      </w:r>
    </w:p>
    <w:p>
      <w:r>
        <w:rPr>
          <w:b/>
        </w:rPr>
        <w:t xml:space="preserve">[24:39] </w:t>
      </w:r>
      <w:r>
        <w:t>shil teachings hain, is ko is ka jo yani is ka jo talluq hai, woh society se hai,</w:t>
      </w:r>
    </w:p>
    <w:p>
      <w:pPr>
        <w:jc w:val="right"/>
      </w:pPr>
      <w:r>
        <w:t>شل ٹیچنگز ہیں، اس کو اس کا جو یعنی اس کا جو تعلق ہے، وہ سوسائٹی سے ہے،</w:t>
      </w:r>
    </w:p>
    <w:p>
      <w:r>
        <w:rPr>
          <w:b/>
        </w:rPr>
        <w:t xml:space="preserve">[24:43] </w:t>
      </w:r>
      <w:r>
        <w:t>individual se nahi hai.</w:t>
      </w:r>
    </w:p>
    <w:p>
      <w:pPr>
        <w:jc w:val="right"/>
      </w:pPr>
      <w:r>
        <w:t>انڈیویجول سے نہیں ہے۔</w:t>
      </w:r>
    </w:p>
    <w:p>
      <w:r>
        <w:rPr>
          <w:b/>
        </w:rPr>
        <w:t xml:space="preserve">[24:48] </w:t>
      </w:r>
      <w:r>
        <w:t>yani kisi individual ki yeh responsibility nahi hai ke woh is teaching ko le kar ke impose kare</w:t>
      </w:r>
    </w:p>
    <w:p>
      <w:pPr>
        <w:jc w:val="right"/>
      </w:pPr>
      <w:r>
        <w:t>یعنی کسی انڈیویجول کی یہ رسپانسبیلٹی نہیں ہے کہ وہ اس ٹیچنگ کو لے کر کے امپوز کرے</w:t>
      </w:r>
    </w:p>
    <w:p>
      <w:r>
        <w:rPr>
          <w:b/>
        </w:rPr>
        <w:t xml:space="preserve">[24:52] </w:t>
      </w:r>
      <w:r>
        <w:t>society ke upar.</w:t>
      </w:r>
    </w:p>
    <w:p>
      <w:pPr>
        <w:jc w:val="right"/>
      </w:pPr>
      <w:r>
        <w:t>سوسائٹی کے اوپر۔</w:t>
      </w:r>
    </w:p>
    <w:p>
      <w:r>
        <w:rPr>
          <w:b/>
        </w:rPr>
        <w:t xml:space="preserve">[24:57] </w:t>
      </w:r>
      <w:r>
        <w:t>jaise aap ne baz country, baz countries mein aap ne dekha jo kehte hain aaj kal ki zuban</w:t>
      </w:r>
    </w:p>
    <w:p>
      <w:pPr>
        <w:jc w:val="right"/>
      </w:pPr>
      <w:r>
        <w:t>جیسے آپ نے بعض کنٹری، بعض کنٹریز میں آپ نے دیکھا جو کہتے ہیں آج کل کی زبان</w:t>
      </w:r>
    </w:p>
    <w:p>
      <w:r>
        <w:rPr>
          <w:b/>
        </w:rPr>
        <w:t xml:space="preserve">[25:01] </w:t>
      </w:r>
      <w:r>
        <w:t>mein kehte hain talibanization.</w:t>
      </w:r>
    </w:p>
    <w:p>
      <w:pPr>
        <w:jc w:val="right"/>
      </w:pPr>
      <w:r>
        <w:t>میں کہتے ہیں تالبنائزیشن۔</w:t>
      </w:r>
    </w:p>
    <w:p>
      <w:r>
        <w:rPr>
          <w:b/>
        </w:rPr>
        <w:t xml:space="preserve">[25:06] </w:t>
      </w:r>
      <w:r>
        <w:t>talibanization yeh Islam nahi hai</w:t>
      </w:r>
    </w:p>
    <w:p>
      <w:pPr>
        <w:jc w:val="right"/>
      </w:pPr>
      <w:r>
        <w:t>تالبنائزیشن یہ اسلام نہیں ہے</w:t>
      </w:r>
    </w:p>
    <w:p>
      <w:r>
        <w:rPr>
          <w:b/>
        </w:rPr>
        <w:t xml:space="preserve">[25:10] </w:t>
      </w:r>
      <w:r>
        <w:t>ke kuch logon ka apna ek soch hai, us ko chahte hain impose karna doosron ke upar, aur</w:t>
      </w:r>
    </w:p>
    <w:p>
      <w:pPr>
        <w:jc w:val="right"/>
      </w:pPr>
      <w:r>
        <w:t>کہ کچھ لوگوں کا اپنا ایک سوچ ہے، اس کو چاہتے ہیں امپوز کرنا دوسروں کے اوپر، اور</w:t>
      </w:r>
    </w:p>
    <w:p>
      <w:r>
        <w:rPr>
          <w:b/>
        </w:rPr>
        <w:t xml:space="preserve">[25:15] </w:t>
      </w:r>
      <w:r>
        <w:t>na woh maane to un ko flogging karo.</w:t>
      </w:r>
    </w:p>
    <w:p>
      <w:pPr>
        <w:jc w:val="right"/>
      </w:pPr>
      <w:r>
        <w:t>نہ وہ مانے تو ان کو فلاگنگ کرو۔</w:t>
      </w:r>
    </w:p>
    <w:p>
      <w:r>
        <w:rPr>
          <w:b/>
        </w:rPr>
        <w:t xml:space="preserve">[25:20] </w:t>
      </w:r>
      <w:r>
        <w:t>un ki yeh Islam nahi hai.</w:t>
      </w:r>
    </w:p>
    <w:p>
      <w:pPr>
        <w:jc w:val="right"/>
      </w:pPr>
      <w:r>
        <w:t>ان کی یہ اسلام نہیں ہے۔</w:t>
      </w:r>
    </w:p>
    <w:p>
      <w:r>
        <w:rPr>
          <w:b/>
        </w:rPr>
        <w:t xml:space="preserve">[25:26] </w:t>
      </w:r>
      <w:r>
        <w:t>aap agar ek sache believer hain to khud to aap ko follow karna hai Islam ki teaching ko.</w:t>
      </w:r>
    </w:p>
    <w:p>
      <w:pPr>
        <w:jc w:val="right"/>
      </w:pPr>
      <w:r>
        <w:t>آپ اگر ایک سچے بیلیور ہیں تو خود تو آپ کو فالو کرنا ہے اسلام کی ٹیچنگ کو۔</w:t>
      </w:r>
    </w:p>
    <w:p>
      <w:r>
        <w:rPr>
          <w:b/>
        </w:rPr>
        <w:t xml:space="preserve">[25:31] </w:t>
      </w:r>
      <w:r>
        <w:t>yani khud aap ko sach bolna hai, khud aap ko justice ke sath rehna hai, khud aap ko</w:t>
      </w:r>
    </w:p>
    <w:p>
      <w:pPr>
        <w:jc w:val="right"/>
      </w:pPr>
      <w:r>
        <w:t>یعنی خود آپ کو سچ بولنا ہے، خود آپ کو جسٹس کے ساتھ رہنا ہے، خود آپ کو</w:t>
      </w:r>
    </w:p>
    <w:p>
      <w:r>
        <w:rPr>
          <w:b/>
        </w:rPr>
        <w:t xml:space="preserve">[25:36] </w:t>
      </w:r>
      <w:r>
        <w:t>worship karni hai Khuda ki,</w:t>
      </w:r>
    </w:p>
    <w:p>
      <w:pPr>
        <w:jc w:val="right"/>
      </w:pPr>
      <w:r>
        <w:t>ورشپ کرنی ہے خدا کی،</w:t>
      </w:r>
    </w:p>
    <w:p>
      <w:r>
        <w:rPr>
          <w:b/>
        </w:rPr>
        <w:t xml:space="preserve">[25:41] </w:t>
      </w:r>
      <w:r>
        <w:t>Khuda ko ek manna hai aap ko.</w:t>
      </w:r>
    </w:p>
    <w:p>
      <w:pPr>
        <w:jc w:val="right"/>
      </w:pPr>
      <w:r>
        <w:t>خدا کو ایک ماننا ہے آپ کو۔</w:t>
      </w:r>
    </w:p>
    <w:p>
      <w:r>
        <w:rPr>
          <w:b/>
        </w:rPr>
        <w:t xml:space="preserve">[25:46] </w:t>
      </w:r>
      <w:r>
        <w:t>lekin jo social aspect hai, jo political aspect hai, woh society ki apni will par rahega, social</w:t>
      </w:r>
    </w:p>
    <w:p>
      <w:pPr>
        <w:jc w:val="right"/>
      </w:pPr>
      <w:r>
        <w:t>لیکن جو سوشل اسپیکٹ ہے، جو پولیٹیکل اسپیکٹ ہے، وہ سوسائٹی کی اپنی ول پر رہے گا، سوشل</w:t>
      </w:r>
    </w:p>
    <w:p>
      <w:r>
        <w:rPr>
          <w:b/>
        </w:rPr>
        <w:t xml:space="preserve">[25:51] </w:t>
      </w:r>
      <w:r>
        <w:t>will par rahega.</w:t>
      </w:r>
    </w:p>
    <w:p>
      <w:pPr>
        <w:jc w:val="right"/>
      </w:pPr>
      <w:r>
        <w:t>ول پر رہے گا۔</w:t>
      </w:r>
    </w:p>
    <w:p>
      <w:r>
        <w:rPr>
          <w:b/>
        </w:rPr>
        <w:t xml:space="preserve">[25:56] </w:t>
      </w:r>
      <w:r>
        <w:t>wo kama takun kadhalik yul alaykum.</w:t>
      </w:r>
    </w:p>
    <w:p>
      <w:pPr>
        <w:jc w:val="right"/>
      </w:pPr>
      <w:r>
        <w:t>وہ کما تکون کذالک یول علیکم۔</w:t>
      </w:r>
    </w:p>
    <w:p>
      <w:r>
        <w:rPr>
          <w:b/>
        </w:rPr>
        <w:t xml:space="preserve">[26:01] </w:t>
      </w:r>
      <w:r>
        <w:t>yani social will jo hai, woh determine karegi ke social level par kon sa system implement kiya jaye.</w:t>
      </w:r>
    </w:p>
    <w:p>
      <w:pPr>
        <w:jc w:val="right"/>
      </w:pPr>
      <w:r>
        <w:t>یعنی سوشل ول جو ہے، وہ ڈیٹرمن کرے گی کہ سوشل لیول پر کون سا سسٹم امپلیمنٹ کیا جائے۔</w:t>
      </w:r>
    </w:p>
    <w:p>
      <w:r>
        <w:rPr>
          <w:b/>
        </w:rPr>
        <w:t xml:space="preserve">[26:06] </w:t>
      </w:r>
      <w:r>
        <w:t>ab bataiye ke is mein takrao kahan hai?</w:t>
      </w:r>
    </w:p>
    <w:p>
      <w:pPr>
        <w:jc w:val="right"/>
      </w:pPr>
      <w:r>
        <w:t>اب بتائیے کہ اس میں ٹکراؤ کہاں ہے؟</w:t>
      </w:r>
    </w:p>
    <w:p>
      <w:r>
        <w:rPr>
          <w:b/>
        </w:rPr>
        <w:t xml:space="preserve">[26:11] </w:t>
      </w:r>
      <w:r>
        <w:t>jab poori society chahegi ke aisa system is ke darmiyan ho to apne aap hi woh wahan</w:t>
      </w:r>
    </w:p>
    <w:p>
      <w:pPr>
        <w:jc w:val="right"/>
      </w:pPr>
      <w:r>
        <w:t>جب پوری سوسائٹی چاہے گی کہ ایسا سسٹم اس کے درمیان ہو تو اپنے آپ ہی وہ وہاں</w:t>
      </w:r>
    </w:p>
    <w:p>
      <w:r>
        <w:rPr>
          <w:b/>
        </w:rPr>
        <w:t xml:space="preserve">[26:17] </w:t>
      </w:r>
      <w:r>
        <w:t>par implement ho jayega.</w:t>
      </w:r>
    </w:p>
    <w:p>
      <w:pPr>
        <w:jc w:val="right"/>
      </w:pPr>
      <w:r>
        <w:t>پر امپلیمنٹ ہو جائے گا۔</w:t>
      </w:r>
    </w:p>
    <w:p>
      <w:r>
        <w:rPr>
          <w:b/>
        </w:rPr>
        <w:t xml:space="preserve">[26:23] </w:t>
      </w:r>
      <w:r>
        <w:t>to individual level par hamein apni jo hamara irada hai, hamari apni jo will hai, us ke mutabiq</w:t>
      </w:r>
    </w:p>
    <w:p>
      <w:pPr>
        <w:jc w:val="right"/>
      </w:pPr>
      <w:r>
        <w:t>تو انڈیویجول لیول پر ہمیں اپنی جو ہمارا ارادہ ہے، ہماری اپنی جو ول ہے، اس کے مطابق</w:t>
      </w:r>
    </w:p>
    <w:p>
      <w:r>
        <w:rPr>
          <w:b/>
        </w:rPr>
        <w:t xml:space="preserve">[26:29] </w:t>
      </w:r>
      <w:r>
        <w:t>hum kaam karte hain.</w:t>
      </w:r>
    </w:p>
    <w:p>
      <w:pPr>
        <w:jc w:val="right"/>
      </w:pPr>
      <w:r>
        <w:t>ہم کام کرتے ہیں۔</w:t>
      </w:r>
    </w:p>
    <w:p>
      <w:r>
        <w:rPr>
          <w:b/>
        </w:rPr>
        <w:t xml:space="preserve">[26:35] </w:t>
      </w:r>
      <w:r>
        <w:t>lekin jo society ki baat yaad rakhein to wahan social will dekhi jayegi. So</w:t>
      </w:r>
    </w:p>
    <w:p>
      <w:pPr>
        <w:jc w:val="right"/>
      </w:pPr>
      <w:r>
        <w:t>لیکن جو سوسائٹی کی بات یاد رکھیں تو وہاں سوشل ول دیکھی جائے گی۔ سو</w:t>
      </w:r>
    </w:p>
    <w:p>
      <w:r>
        <w:rPr>
          <w:b/>
        </w:rPr>
        <w:t xml:space="preserve">[26:41] </w:t>
      </w:r>
      <w:r>
        <w:t>shall society kya chahti hai? Ab dekhiye ke agar aap dono ko alag kar dein to kabhi bhi</w:t>
      </w:r>
    </w:p>
    <w:p>
      <w:pPr>
        <w:jc w:val="right"/>
      </w:pPr>
      <w:r>
        <w:t>شل سوسائٹی کیا چاہتی ہے؟ اب دیکھیے کہ اگر آپ دونوں کو الگ کر دیں تو کبھی بھی</w:t>
      </w:r>
    </w:p>
    <w:p>
      <w:r>
        <w:rPr>
          <w:b/>
        </w:rPr>
        <w:t xml:space="preserve">[26:46] </w:t>
      </w:r>
      <w:r>
        <w:t>takrao ki baat hi nahi aayegi.</w:t>
      </w:r>
    </w:p>
    <w:p>
      <w:pPr>
        <w:jc w:val="right"/>
      </w:pPr>
      <w:r>
        <w:t>ٹکراؤ کی بات ہی نہیں آئے گی۔</w:t>
      </w:r>
    </w:p>
    <w:p>
      <w:r>
        <w:rPr>
          <w:b/>
        </w:rPr>
        <w:t xml:space="preserve">[26:51] </w:t>
      </w:r>
      <w:r>
        <w:t>baaz countries mein jo aap ne dekha ke wahan par logon ne flogging kar ke apne system ko</w:t>
      </w:r>
    </w:p>
    <w:p>
      <w:pPr>
        <w:jc w:val="right"/>
      </w:pPr>
      <w:r>
        <w:t>بعض کنٹریز میں جو آپ نے دیکھا کہ وہاں پر لوگوں نے فلاگنگ کر کے اپنے سسٹم کو</w:t>
      </w:r>
    </w:p>
    <w:p>
      <w:r>
        <w:rPr>
          <w:b/>
        </w:rPr>
        <w:t xml:space="preserve">[26:56] </w:t>
      </w:r>
      <w:r>
        <w:t>impose karna chaha to bara hungama hua.</w:t>
      </w:r>
    </w:p>
    <w:p>
      <w:pPr>
        <w:jc w:val="right"/>
      </w:pPr>
      <w:r>
        <w:t>امپوز کرنا چاہا تو بڑا ہنگامہ ہوا۔</w:t>
      </w:r>
    </w:p>
    <w:p>
      <w:r>
        <w:rPr>
          <w:b/>
        </w:rPr>
        <w:t xml:space="preserve">[27:01] </w:t>
      </w:r>
      <w:r>
        <w:t>wahan par violence aaya, wahan par gun culture chala.</w:t>
      </w:r>
    </w:p>
    <w:p>
      <w:pPr>
        <w:jc w:val="right"/>
      </w:pPr>
      <w:r>
        <w:t>وہاں پر وائیلنس آیا، وہاں پر گن کلچر چلا۔</w:t>
      </w:r>
    </w:p>
    <w:p>
      <w:r>
        <w:rPr>
          <w:b/>
        </w:rPr>
        <w:t xml:space="preserve">[27:06] </w:t>
      </w:r>
      <w:r>
        <w:t>is liye ke society par unhon ne impose karna chaha. Yeh</w:t>
      </w:r>
    </w:p>
    <w:p>
      <w:pPr>
        <w:jc w:val="right"/>
      </w:pPr>
      <w:r>
        <w:t>اس لیے کہ سوسائٹی پر انہوں نے امپوز کرنا چاہا۔ یہ</w:t>
      </w:r>
    </w:p>
    <w:p>
      <w:r>
        <w:rPr>
          <w:b/>
        </w:rPr>
        <w:t xml:space="preserve">[27:11] </w:t>
      </w:r>
      <w:r>
        <w:t>Islam mein hai hi nahi.</w:t>
      </w:r>
    </w:p>
    <w:p>
      <w:pPr>
        <w:jc w:val="right"/>
      </w:pPr>
      <w:r>
        <w:t>اسلام میں ہے ہی نہیں۔</w:t>
      </w:r>
    </w:p>
    <w:p>
      <w:r>
        <w:rPr>
          <w:b/>
        </w:rPr>
        <w:t xml:space="preserve">[27:16] </w:t>
      </w:r>
      <w:r>
        <w:t>wo cheezein hain jinka talluq societies hai, inka talluq social will se hai.</w:t>
      </w:r>
    </w:p>
    <w:p>
      <w:pPr>
        <w:jc w:val="right"/>
      </w:pPr>
      <w:r>
        <w:t>وہ چیزیں ہیں جن کا تعلق سوسائٹیز ہے، ان کا تعلق سوشل ول سے ہے۔</w:t>
      </w:r>
    </w:p>
    <w:p>
      <w:r>
        <w:rPr>
          <w:b/>
        </w:rPr>
        <w:t xml:space="preserve">[27:21] </w:t>
      </w:r>
      <w:r>
        <w:t>yani wo cheezein hain jinka talluq society se hai, wo depend karti hain social will par.</w:t>
      </w:r>
    </w:p>
    <w:p>
      <w:pPr>
        <w:jc w:val="right"/>
      </w:pPr>
      <w:r>
        <w:t>یعنی وہ چیزیں ہیں جن کا تعلق سوسائٹی سے ہے، وہ ڈیپینڈ کرتی ہیں سوشل ول پر۔</w:t>
      </w:r>
    </w:p>
    <w:p>
      <w:r>
        <w:rPr>
          <w:b/>
        </w:rPr>
        <w:t xml:space="preserve">[27:26] </w:t>
      </w:r>
      <w:r>
        <w:t>yani poori society mein agar log chahein ke aisa ho to apne aap phir wahan par wo ho</w:t>
      </w:r>
    </w:p>
    <w:p>
      <w:pPr>
        <w:jc w:val="right"/>
      </w:pPr>
      <w:r>
        <w:t>یعنی پوری سوسائٹی میں اگر لوگ چاہیں کہ ایسا ہو تو اپنے آپ پھر وہاں پر وہ ہو</w:t>
      </w:r>
    </w:p>
    <w:p>
      <w:r>
        <w:rPr>
          <w:b/>
        </w:rPr>
        <w:t xml:space="preserve">[27:31] </w:t>
      </w:r>
      <w:r>
        <w:t>jayega, wo uska implementation ho jayega.</w:t>
      </w:r>
    </w:p>
    <w:p>
      <w:pPr>
        <w:jc w:val="right"/>
      </w:pPr>
      <w:r>
        <w:t>جائے گا، وہ اس کا امپلیمنٹیشن ہو جائے گا۔</w:t>
      </w:r>
    </w:p>
    <w:p>
      <w:r>
        <w:rPr>
          <w:b/>
        </w:rPr>
        <w:t xml:space="preserve">[27:36] </w:t>
      </w:r>
      <w:r>
        <w:t>to phir takrao kahan</w:t>
      </w:r>
    </w:p>
    <w:p>
      <w:pPr>
        <w:jc w:val="right"/>
      </w:pPr>
      <w:r>
        <w:t>تو پھر ٹکراؤ کہاں</w:t>
      </w:r>
    </w:p>
    <w:p>
      <w:r>
        <w:rPr>
          <w:b/>
        </w:rPr>
        <w:t xml:space="preserve">[27:41] </w:t>
      </w:r>
      <w:r>
        <w:t>hai? Yani zabardasti zor dosti se logon ke upar kisi law ko aap nafeez karna chahein, zor dosti</w:t>
      </w:r>
    </w:p>
    <w:p>
      <w:pPr>
        <w:jc w:val="right"/>
      </w:pPr>
      <w:r>
        <w:t>ہے؟ یعنی زبردستی زور دوستی سے لوگوں کے اوپر کسی لاء کو آپ نافذ کرنا چاہیں، زور دوستی</w:t>
      </w:r>
    </w:p>
    <w:p>
      <w:r>
        <w:rPr>
          <w:b/>
        </w:rPr>
        <w:t xml:space="preserve">[27:51] </w:t>
      </w:r>
      <w:r>
        <w:t>se aap kisi law ko door par implement karna chahein, tab wahan par takrao aata hai. Warna nahi.</w:t>
      </w:r>
    </w:p>
    <w:p>
      <w:pPr>
        <w:jc w:val="right"/>
      </w:pPr>
      <w:r>
        <w:t>سے آپ کسی لاء کو دور پر امپلیمنٹ کرنا چاہیں، تب وہاں پر ٹکراؤ آتا ہے۔ ورنہ نہیں۔</w:t>
      </w:r>
    </w:p>
    <w:p>
      <w:r>
        <w:rPr>
          <w:b/>
        </w:rPr>
        <w:t xml:space="preserve">[28:01] </w:t>
      </w:r>
      <w:r>
        <w:t>to Islam mein dekhiye, yani Quran mein aaya hai, yeh hukum diya gaya</w:t>
      </w:r>
    </w:p>
    <w:p>
      <w:pPr>
        <w:jc w:val="right"/>
      </w:pPr>
      <w:r>
        <w:t>تو اسلام میں دیکھیے، یعنی قرآن میں آیا ہے، یہ حکم دیا گیا</w:t>
      </w:r>
    </w:p>
    <w:p>
      <w:r>
        <w:rPr>
          <w:b/>
        </w:rPr>
        <w:t xml:space="preserve">[28:11] </w:t>
      </w:r>
      <w:r>
        <w:t>hai ke "Asal al-khair peace is the best, peaceful living is the best."</w:t>
      </w:r>
    </w:p>
    <w:p>
      <w:pPr>
        <w:jc w:val="right"/>
      </w:pPr>
      <w:r>
        <w:t>ہے کہ "اصل الخیر پیس از دا بیسٹ، پیس فل لیونگ از دا بیسٹ"۔</w:t>
      </w:r>
    </w:p>
    <w:p>
      <w:r>
        <w:rPr>
          <w:b/>
        </w:rPr>
        <w:t xml:space="preserve">[28:19] </w:t>
      </w:r>
      <w:r>
        <w:t>یہ قرآن کی ایک ورس ہے: "اصل الخیر peaceful living is the best, harmonious living is the best"۔</w:t>
      </w:r>
    </w:p>
    <w:p>
      <w:pPr>
        <w:jc w:val="right"/>
      </w:pPr>
      <w:r>
        <w:t>یہ قرآن کی ایک ورس ہے: "اصل الخیر پیس فل لیونگ از دا بیسٹ، ہارمونیس لیونگ از دا بیسٹ"۔</w:t>
      </w:r>
    </w:p>
    <w:p>
      <w:r>
        <w:rPr>
          <w:b/>
        </w:rPr>
        <w:t xml:space="preserve">[28:27] </w:t>
      </w:r>
      <w:r>
        <w:t>is se bari baat kya ho sakti hai? Harmonious living kaise hoti hai? Is tarah hoti hai ke</w:t>
      </w:r>
    </w:p>
    <w:p>
      <w:pPr>
        <w:jc w:val="right"/>
      </w:pPr>
      <w:r>
        <w:t>اس سے بڑی بات کیا ہو سکتی ہے؟ ہارمونیس لیونگ کیسے ہوتی ہے؟ اس طرح ہوتی ہے کہ</w:t>
      </w:r>
    </w:p>
    <w:p>
      <w:r>
        <w:rPr>
          <w:b/>
        </w:rPr>
        <w:t xml:space="preserve">[28:34] </w:t>
      </w:r>
      <w:r>
        <w:t>aap difference ko</w:t>
      </w:r>
    </w:p>
    <w:p>
      <w:pPr>
        <w:jc w:val="right"/>
      </w:pPr>
      <w:r>
        <w:t>آپ ڈیفرنس کو</w:t>
      </w:r>
    </w:p>
    <w:p>
      <w:r>
        <w:rPr>
          <w:b/>
        </w:rPr>
        <w:t xml:space="preserve">[28:42] </w:t>
      </w:r>
      <w:r>
        <w:t>tolerate karein.</w:t>
      </w:r>
    </w:p>
    <w:p>
      <w:pPr>
        <w:jc w:val="right"/>
      </w:pPr>
      <w:r>
        <w:t>ٹالریٹ کریں۔</w:t>
      </w:r>
    </w:p>
    <w:p>
      <w:r>
        <w:rPr>
          <w:b/>
        </w:rPr>
        <w:t xml:space="preserve">[28:48] </w:t>
      </w:r>
      <w:r>
        <w:t>Harmonious living jab possible hoti hai jab ke aap difference ko tolerate karein.</w:t>
      </w:r>
    </w:p>
    <w:p>
      <w:pPr>
        <w:jc w:val="right"/>
      </w:pPr>
      <w:r>
        <w:t>ہارمونیس لیونگ جب پاسیبل ہوتی ہے جب کہ آپ ڈیفرنس کو ٹالریٹ کریں۔</w:t>
      </w:r>
    </w:p>
    <w:p>
      <w:r>
        <w:rPr>
          <w:b/>
        </w:rPr>
        <w:t xml:space="preserve">[28:55] </w:t>
      </w:r>
      <w:r>
        <w:t>difference ko mita kar nahi.</w:t>
      </w:r>
    </w:p>
    <w:p>
      <w:pPr>
        <w:jc w:val="right"/>
      </w:pPr>
      <w:r>
        <w:t>ڈیفرنس کو مٹا کر نہیں۔</w:t>
      </w:r>
    </w:p>
    <w:p>
      <w:r>
        <w:rPr>
          <w:b/>
        </w:rPr>
        <w:t xml:space="preserve">[29:02] </w:t>
      </w:r>
      <w:r>
        <w:t>isi liye Quran mein kaha gaya hai ke "lakum deenukum wali deen, for you your religion, for me mine".</w:t>
      </w:r>
    </w:p>
    <w:p>
      <w:pPr>
        <w:jc w:val="right"/>
      </w:pPr>
      <w:r>
        <w:t>اسی لیے قرآن میں کہا گیا ہے کہ "لکم دینکم ول دین، فار یو یور ریلیجن، فار می مائن"۔</w:t>
      </w:r>
    </w:p>
    <w:p>
      <w:r>
        <w:rPr>
          <w:b/>
        </w:rPr>
        <w:t xml:space="preserve">[29:08] </w:t>
      </w:r>
      <w:r>
        <w:t>tumhare liye tumhara religion, mere liye mera religion.</w:t>
      </w:r>
    </w:p>
    <w:p>
      <w:pPr>
        <w:jc w:val="right"/>
      </w:pPr>
      <w:r>
        <w:t>تمہارے لیے تمہارا ریلیجن، میرے لیے میرا ریلیجن۔</w:t>
      </w:r>
    </w:p>
    <w:p>
      <w:r>
        <w:rPr>
          <w:b/>
        </w:rPr>
        <w:t xml:space="preserve">[29:15] </w:t>
      </w:r>
      <w:r>
        <w:t>kitna acha formula hai yeh!</w:t>
      </w:r>
    </w:p>
    <w:p>
      <w:pPr>
        <w:jc w:val="right"/>
      </w:pPr>
      <w:r>
        <w:t>کتنا اچھا فارمولا ہے یہ!</w:t>
      </w:r>
    </w:p>
    <w:p>
      <w:r>
        <w:rPr>
          <w:b/>
        </w:rPr>
        <w:t xml:space="preserve">[29:25] </w:t>
      </w:r>
      <w:r>
        <w:t>yeh wahi formula hai jis ko social life mein aur political life mein kehte hain: "co existence".</w:t>
      </w:r>
    </w:p>
    <w:p>
      <w:pPr>
        <w:jc w:val="right"/>
      </w:pPr>
      <w:r>
        <w:t>یہ وہی فارمولا ہے جس کو سوشل لائف میں اور پولیٹیکل لائف میں کہتے ہیں: "کو ایگزسٹنس"۔</w:t>
      </w:r>
    </w:p>
    <w:p>
      <w:r>
        <w:rPr>
          <w:b/>
        </w:rPr>
        <w:t xml:space="preserve">[29:35] </w:t>
      </w:r>
      <w:r>
        <w:t>to peaceful co existence, inspired all though differences, yeh hai formula Islam ka: "lakum deenukum wa li deen".</w:t>
      </w:r>
    </w:p>
    <w:p>
      <w:pPr>
        <w:jc w:val="right"/>
      </w:pPr>
      <w:r>
        <w:t>تو پیس فل کو ایگزسٹنس، انسپائرڈ ال دو ڈیفرنسز، یہ ہے فارمولا اسلام کا: "لکم دینکم ول دین"۔</w:t>
      </w:r>
    </w:p>
    <w:p>
      <w:r>
        <w:rPr>
          <w:b/>
        </w:rPr>
        <w:t xml:space="preserve">[29:45] </w:t>
      </w:r>
      <w:r>
        <w:t>tumhare liye tumhara deen, mere liye mera deen.</w:t>
      </w:r>
    </w:p>
    <w:p>
      <w:pPr>
        <w:jc w:val="right"/>
      </w:pPr>
      <w:r>
        <w:t>تمہارے لیے تمہارا دین، میرے لیے میرا دین۔</w:t>
      </w:r>
    </w:p>
    <w:p>
      <w:r>
        <w:rPr>
          <w:b/>
        </w:rPr>
        <w:t xml:space="preserve">[29:53] </w:t>
      </w:r>
      <w:r>
        <w:t>is ko agar aap formulate karein to woh yeh hoga ke "follow one and respect all".</w:t>
      </w:r>
    </w:p>
    <w:p>
      <w:pPr>
        <w:jc w:val="right"/>
      </w:pPr>
      <w:r>
        <w:t>اس کو اگر آپ فارمولیٹ کریں تو وہ یہ ہوگا کہ "فالو ون اینڈ ریسپیکٹ ال"۔</w:t>
      </w:r>
    </w:p>
    <w:p>
      <w:r>
        <w:rPr>
          <w:b/>
        </w:rPr>
        <w:t xml:space="preserve">[30:00] </w:t>
      </w:r>
      <w:r>
        <w:t>"Follow one and respect all" yani ek tareeqa jis ko tum chahte ho, samajhte ho ke to walid,</w:t>
      </w:r>
    </w:p>
    <w:p>
      <w:pPr>
        <w:jc w:val="right"/>
      </w:pPr>
      <w:r>
        <w:t>"فالو ون اینڈ ریسپیکٹ ال" یعنی ایک طریقہ جس کو تم چاہتے ہو، سمجھتے ہو کہ تو ولید،</w:t>
      </w:r>
    </w:p>
    <w:p>
      <w:r>
        <w:rPr>
          <w:b/>
        </w:rPr>
        <w:t xml:space="preserve">[30:08] </w:t>
      </w:r>
      <w:r>
        <w:t>jis ko tum theek samajhte ho, yani ek cheez jis ko</w:t>
      </w:r>
    </w:p>
    <w:p>
      <w:pPr>
        <w:jc w:val="right"/>
      </w:pPr>
      <w:r>
        <w:t>جس کو تم ٹھیک سمجھتے ہو، یعنی ایک چیز جس کو</w:t>
      </w:r>
    </w:p>
    <w:p>
      <w:r>
        <w:rPr>
          <w:b/>
        </w:rPr>
        <w:t xml:space="preserve">[30:15] </w:t>
      </w:r>
      <w:r>
        <w:t>tum samajhte ho ke yeh theek hai, to tum follow karo is ko aur doosron ko chhod do</w:t>
      </w:r>
    </w:p>
    <w:p>
      <w:pPr>
        <w:jc w:val="right"/>
      </w:pPr>
      <w:r>
        <w:t>تم سمجھتے ہو کہ یہ ٹھیک ہے، تو تم فالو کرو اس کو اور دوسروں کو چھوڑ دو</w:t>
      </w:r>
    </w:p>
    <w:p>
      <w:r>
        <w:rPr>
          <w:b/>
        </w:rPr>
        <w:t xml:space="preserve">[30:20] </w:t>
      </w:r>
      <w:r>
        <w:t>un ke haal par.</w:t>
      </w:r>
    </w:p>
    <w:p>
      <w:pPr>
        <w:jc w:val="right"/>
      </w:pPr>
      <w:r>
        <w:t>ان کے حال پر۔</w:t>
      </w:r>
    </w:p>
    <w:p>
      <w:r>
        <w:rPr>
          <w:b/>
        </w:rPr>
        <w:t xml:space="preserve">[30:24] </w:t>
      </w:r>
      <w:r>
        <w:t>woh jis ko chahein, us ko follow karein.</w:t>
      </w:r>
    </w:p>
    <w:p>
      <w:pPr>
        <w:jc w:val="right"/>
      </w:pPr>
      <w:r>
        <w:t>وہ جس کو چاہیں، اس کو فالو کریں۔</w:t>
      </w:r>
    </w:p>
    <w:p>
      <w:r>
        <w:rPr>
          <w:b/>
        </w:rPr>
        <w:t xml:space="preserve">[30:28] </w:t>
      </w:r>
      <w:r>
        <w:t>yeh hai formula Islam ka: "follow one and respect all".</w:t>
      </w:r>
    </w:p>
    <w:p>
      <w:pPr>
        <w:jc w:val="right"/>
      </w:pPr>
      <w:r>
        <w:t>یہ ہے فارمولا اسلام کا: "فالو ون اینڈ ریسپیکٹ ال"۔</w:t>
      </w:r>
    </w:p>
    <w:p>
      <w:r>
        <w:rPr>
          <w:b/>
        </w:rPr>
        <w:t xml:space="preserve">[30:33] </w:t>
      </w:r>
      <w:r>
        <w:t>اس سے اچھا فارمولا کیا ہو سکتا ہے؟ اس میں کہیں بھی ٹکراؤ نہیں ہے، کہیں بھی dis</w:t>
      </w:r>
    </w:p>
    <w:p>
      <w:pPr>
        <w:jc w:val="right"/>
      </w:pPr>
      <w:r>
        <w:t>اس سے اچھا فارمولا کیا ہو سکتا ہے؟ اس میں کہیں بھی ٹکراؤ نہیں ہے، کہیں بھی ڈس</w:t>
      </w:r>
    </w:p>
    <w:p>
      <w:r>
        <w:rPr>
          <w:b/>
        </w:rPr>
        <w:t xml:space="preserve">[30:37] </w:t>
      </w:r>
      <w:r>
        <w:t>harmony نہیں ہے، کہیں بھی violence نہیں ہے۔</w:t>
      </w:r>
    </w:p>
    <w:p>
      <w:pPr>
        <w:jc w:val="right"/>
      </w:pPr>
      <w:r>
        <w:t>ہارمونی نہیں ہے، کہیں بھی وائیلنس نہیں ہے۔</w:t>
      </w:r>
    </w:p>
    <w:p>
      <w:r>
        <w:rPr>
          <w:b/>
        </w:rPr>
        <w:t xml:space="preserve">[30:41] </w:t>
      </w:r>
      <w:r>
        <w:t>jab aap is par</w:t>
      </w:r>
    </w:p>
    <w:p>
      <w:pPr>
        <w:jc w:val="right"/>
      </w:pPr>
      <w:r>
        <w:t>جب آپ اس پر</w:t>
      </w:r>
    </w:p>
    <w:p>
      <w:r>
        <w:rPr>
          <w:b/>
        </w:rPr>
        <w:t xml:space="preserve">[30:46] </w:t>
      </w:r>
      <w:r>
        <w:t>taiyar ho jayein, is par raazi ho jayein ke jis cheez ko main samajhta hoon theek, us pe</w:t>
      </w:r>
    </w:p>
    <w:p>
      <w:pPr>
        <w:jc w:val="right"/>
      </w:pPr>
      <w:r>
        <w:t>تیار ہو جائیں، اس پر راضی ہو جائیں کہ جس چیز کو میں سمجھتا ہوں ٹھیک، اس پہ</w:t>
      </w:r>
    </w:p>
    <w:p>
      <w:r>
        <w:rPr>
          <w:b/>
        </w:rPr>
        <w:t xml:space="preserve">[30:52] </w:t>
      </w:r>
      <w:r>
        <w:t>میں چلوں گا، باقی لوگوں کو میں freedom دوں گا۔ Freedom!</w:t>
      </w:r>
    </w:p>
    <w:p>
      <w:pPr>
        <w:jc w:val="right"/>
      </w:pPr>
      <w:r>
        <w:t>میں چلوں گا، باقی لوگوں کو میں فریڈم دوں گا۔ فریڈم!</w:t>
      </w:r>
    </w:p>
    <w:p>
      <w:r>
        <w:rPr>
          <w:b/>
        </w:rPr>
        <w:t xml:space="preserve">[30:58] </w:t>
      </w:r>
      <w:r>
        <w:t>اس کا مطلب یہ ہے کہ difference جو ہے، وہاں پر پیس فل ڈائیلاگ ہوگا۔</w:t>
      </w:r>
    </w:p>
    <w:p>
      <w:pPr>
        <w:jc w:val="right"/>
      </w:pPr>
      <w:r>
        <w:t>اس کا مطلب یہ ہے کہ ڈیفرنس جو ہے، وہاں پر پیس فل ڈائیلاگ ہوگا۔</w:t>
      </w:r>
    </w:p>
    <w:p>
      <w:r>
        <w:rPr>
          <w:b/>
        </w:rPr>
        <w:t xml:space="preserve">[31:04] </w:t>
      </w:r>
      <w:r>
        <w:t>"اصل الخیر" ka matlab kya hai? Yeh "peaceful living is the best" ka matlab kya hua? Ke</w:t>
      </w:r>
    </w:p>
    <w:p>
      <w:pPr>
        <w:jc w:val="right"/>
      </w:pPr>
      <w:r>
        <w:t>"اصل الخیر" کا مطلب کیا ہے؟ یہ "پیس فل لیونگ از دا بیسٹ" کا مطلب کیا ہوا؟ کہ</w:t>
      </w:r>
    </w:p>
    <w:p>
      <w:r>
        <w:rPr>
          <w:b/>
        </w:rPr>
        <w:t xml:space="preserve">[31:10] </w:t>
      </w:r>
      <w:r>
        <w:t>main jis cheez ko samajhta hoon theek, us ko main</w:t>
      </w:r>
    </w:p>
    <w:p>
      <w:pPr>
        <w:jc w:val="right"/>
      </w:pPr>
      <w:r>
        <w:t>میں جس چیز کو سمجھتا ہوں ٹھیک، اس کو میں</w:t>
      </w:r>
    </w:p>
    <w:p>
      <w:r>
        <w:rPr>
          <w:b/>
        </w:rPr>
        <w:t xml:space="preserve">[31:16] </w:t>
      </w:r>
      <w:r>
        <w:t>follow karunga.</w:t>
      </w:r>
    </w:p>
    <w:p>
      <w:pPr>
        <w:jc w:val="right"/>
      </w:pPr>
      <w:r>
        <w:t>فالو کروں گا۔</w:t>
      </w:r>
    </w:p>
    <w:p>
      <w:r>
        <w:rPr>
          <w:b/>
        </w:rPr>
        <w:t xml:space="preserve">[31:20] </w:t>
      </w:r>
      <w:r>
        <w:t>aur doosri jo cheezein hain, jin ka jahan ka jahan difference hai, to wahan par kya hoga? wahan</w:t>
      </w:r>
    </w:p>
    <w:p>
      <w:pPr>
        <w:jc w:val="right"/>
      </w:pPr>
      <w:r>
        <w:t>اور دوسری جو چیزیں ہیں، جن کا جہاں کا جہاں ڈیفرنس ہے، تو وہاں پر کیا ہوگا؟ وہاں</w:t>
      </w:r>
    </w:p>
    <w:p>
      <w:r>
        <w:rPr>
          <w:b/>
        </w:rPr>
        <w:t xml:space="preserve">[31:25] </w:t>
      </w:r>
      <w:r>
        <w:t>peaceful dialogue hoga.</w:t>
      </w:r>
    </w:p>
    <w:p>
      <w:pPr>
        <w:jc w:val="right"/>
      </w:pPr>
      <w:r>
        <w:t>پیس فل ڈائیلاگ ہوگا۔</w:t>
      </w:r>
    </w:p>
    <w:p>
      <w:r>
        <w:rPr>
          <w:b/>
        </w:rPr>
        <w:t xml:space="preserve">[31:29] </w:t>
      </w:r>
      <w:r>
        <w:t>kyun ke dialogue bhi ek part of nature hai, part of life hai.</w:t>
      </w:r>
    </w:p>
    <w:p>
      <w:pPr>
        <w:jc w:val="right"/>
      </w:pPr>
      <w:r>
        <w:t>کیونکہ ڈائیلاگ بھی ایک پارٹ آف نیچر ہے، پارٹ آف لائف ہے۔</w:t>
      </w:r>
    </w:p>
    <w:p>
      <w:r>
        <w:rPr>
          <w:b/>
        </w:rPr>
        <w:t xml:space="preserve">[31:33] </w:t>
      </w:r>
      <w:r>
        <w:t>dialogue to ek ek ek permanent feature hai zindagi ka.</w:t>
      </w:r>
    </w:p>
    <w:p>
      <w:pPr>
        <w:jc w:val="right"/>
      </w:pPr>
      <w:r>
        <w:t>ڈائیلاگ تو ایک ایک ایک پرماننٹ فیچر ہے زندگی کا۔</w:t>
      </w:r>
    </w:p>
    <w:p>
      <w:r>
        <w:rPr>
          <w:b/>
        </w:rPr>
        <w:t xml:space="preserve">[31:38] </w:t>
      </w:r>
      <w:r>
        <w:t>dialogue jo hai, woh permanent feature hai zindagi ka.</w:t>
      </w:r>
    </w:p>
    <w:p>
      <w:pPr>
        <w:jc w:val="right"/>
      </w:pPr>
      <w:r>
        <w:t>ڈائیلاگ جو ہے، وہ پرماننٹ فیچر ہے زندگی کا۔</w:t>
      </w:r>
    </w:p>
    <w:p>
      <w:r>
        <w:rPr>
          <w:b/>
        </w:rPr>
        <w:t xml:space="preserve">[31:42] </w:t>
      </w:r>
      <w:r>
        <w:t>har maamle mein dialogue chalta rehta hai.</w:t>
      </w:r>
    </w:p>
    <w:p>
      <w:pPr>
        <w:jc w:val="right"/>
      </w:pPr>
      <w:r>
        <w:t>ہر معاملے میں ڈائیلاگ چلتا رہتا ہے۔</w:t>
      </w:r>
    </w:p>
    <w:p>
      <w:r>
        <w:rPr>
          <w:b/>
        </w:rPr>
        <w:t xml:space="preserve">[31:47] </w:t>
      </w:r>
      <w:r>
        <w:t>to religion bhi wohi chalega. jitne bhi aspect hain insani zindagi ke, maslan, politics, economics, business, education, har jagah aap dekhiye, dialogue hamesha jaari rehta hai, chalta rehta hai. to bhai, religion ko bhi isi mein shamil samjhiye. jis tarah se har</w:t>
      </w:r>
    </w:p>
    <w:p>
      <w:pPr>
        <w:jc w:val="right"/>
      </w:pPr>
      <w:r>
        <w:t>تو ریلیجن بھی وہی چلے گا۔ جتنے بھی اسپیکٹ ہیں انسانی زندگی کے، مثلاً پولیٹکس، اکنامکس، بزنس، ایجوکیشن، ہر جگہ آپ دیکھیے، ڈائیلاگ ہمیشہ جاری رہتا ہے، چلتا رہتا ہے۔ تو بھئی، ریلیجن کو بھی اسی میں شامل سمجھیے۔ جس طرح سے ہ</w:t>
      </w:r>
    </w:p>
    <w:p>
      <w:r>
        <w:rPr>
          <w:b/>
        </w:rPr>
        <w:t xml:space="preserve">[32:17] </w:t>
      </w:r>
      <w:r>
        <w:t>jagah aap dialogue karte hain peaceful tareeqe se, wohi se hum religion mein bhi karein ge. agar difference hai to wahan par hum dialogue karein ge, na yeh ke doosre se ladne lagein. to yeh hai islam ka formula. is formula ko islam mein hamesha apnaya gaya. jaise</w:t>
      </w:r>
    </w:p>
    <w:p>
      <w:pPr>
        <w:jc w:val="right"/>
      </w:pPr>
      <w:r>
        <w:t>ر جگہ آپ ڈائیلاگ کرتے ہیں پیس فل طریقے سے، وہی سے ہم ریلیجن میں بھی کریں گے۔ اگر ڈیفرنس ہے تو وہاں پر ہم ڈائیلاگ کریں گے، نہ یہ کہ دوسرے سے لڑنے لگیں۔ تو یہ ہے اسلام کا فارمولا۔ اس فارمولے کو اسلام میں ہمیشہ اپنایا گیا۔ جیس</w:t>
      </w:r>
    </w:p>
    <w:p>
      <w:r>
        <w:rPr>
          <w:b/>
        </w:rPr>
        <w:t xml:space="preserve">[32:47] </w:t>
      </w:r>
      <w:r>
        <w:t>ہے کہ prophet کی زندگی کے دو پیریڈ ہیں، یعنی مکہ پیریڈ اور مدینہ پیریڈ، تو دونوں جگہ</w:t>
      </w:r>
    </w:p>
    <w:p>
      <w:pPr>
        <w:jc w:val="right"/>
      </w:pPr>
      <w:r>
        <w:t>ے کہ پرافٹ کی زندگی کے دو پیریڈ ہیں، یعنی مکہ پیریڈ اور مدینہ پیریڈ، تو دونوں جگہ</w:t>
      </w:r>
    </w:p>
    <w:p>
      <w:r>
        <w:rPr>
          <w:b/>
        </w:rPr>
        <w:t xml:space="preserve">[32:53] </w:t>
      </w:r>
      <w:r>
        <w:t>yeh isi tareeqe se, yani isi tareeqe ko apnaya gaya.</w:t>
      </w:r>
    </w:p>
    <w:p>
      <w:pPr>
        <w:jc w:val="right"/>
      </w:pPr>
      <w:r>
        <w:t>یہی اسی طریقے سے، یعنی اسی طریقے کو اپنایا گیا۔</w:t>
      </w:r>
    </w:p>
    <w:p>
      <w:r>
        <w:rPr>
          <w:b/>
        </w:rPr>
        <w:t xml:space="preserve">[32:59] </w:t>
      </w:r>
      <w:r>
        <w:t>abhi jo maine ayat padhi aap ke samne, yeh chapter jo hai Quran ka, utra tha Makka</w:t>
      </w:r>
    </w:p>
    <w:p>
      <w:pPr>
        <w:jc w:val="right"/>
      </w:pPr>
      <w:r>
        <w:t>ابھی جو میں نے آیت پڑھی آپ کے سامنے، یہ چیپٹر جو ہے قرآن کا، اترا تھا مکہ</w:t>
      </w:r>
    </w:p>
    <w:p>
      <w:r>
        <w:rPr>
          <w:b/>
        </w:rPr>
        <w:t xml:space="preserve">[33:05] </w:t>
      </w:r>
      <w:r>
        <w:t>mein: "lakum deenukum wa li deen".</w:t>
      </w:r>
    </w:p>
    <w:p>
      <w:pPr>
        <w:jc w:val="right"/>
      </w:pPr>
      <w:r>
        <w:t>میں: "لکم دینکم ول دین"۔</w:t>
      </w:r>
    </w:p>
    <w:p>
      <w:r>
        <w:rPr>
          <w:b/>
        </w:rPr>
        <w:t xml:space="preserve">[33:11] </w:t>
      </w:r>
      <w:r>
        <w:t>yeh yeh jo verse hai Quran ki,</w:t>
      </w:r>
    </w:p>
    <w:p>
      <w:pPr>
        <w:jc w:val="right"/>
      </w:pPr>
      <w:r>
        <w:t>یہ یہ جو ورس ہے قرآن کی،</w:t>
      </w:r>
    </w:p>
    <w:p>
      <w:r>
        <w:rPr>
          <w:b/>
        </w:rPr>
        <w:t xml:space="preserve">[33:17] </w:t>
      </w:r>
      <w:r>
        <w:t>یہ اتری تھی مکہ میں: "اتباع علی، اتباع religion میرے لیے، میرا religion"۔</w:t>
      </w:r>
    </w:p>
    <w:p>
      <w:pPr>
        <w:jc w:val="right"/>
      </w:pPr>
      <w:r>
        <w:t>یہ اتری تھی مکہ میں: "اتباع علی، اتباع ریلیجن میرے لیے، میرا ریلیجن"۔</w:t>
      </w:r>
    </w:p>
    <w:p>
      <w:r>
        <w:rPr>
          <w:b/>
        </w:rPr>
        <w:t xml:space="preserve">[33:25] </w:t>
      </w:r>
      <w:r>
        <w:t>phir jab prophet migrate kar ke madina gaye, wahan par unhon ne ek society banai.</w:t>
      </w:r>
    </w:p>
    <w:p>
      <w:pPr>
        <w:jc w:val="right"/>
      </w:pPr>
      <w:r>
        <w:t>پھر جب پرافٹ مائیگریٹ کر کے مدینہ گئے، وہاں پر انہوں نے ایک سوسائٹی بنائی۔</w:t>
      </w:r>
    </w:p>
    <w:p>
      <w:r>
        <w:rPr>
          <w:b/>
        </w:rPr>
        <w:t xml:space="preserve">[33:32] </w:t>
      </w:r>
      <w:r>
        <w:t>to wahan par aap ne kiya kiya? wahan par aap ne yeh principle apnaya ke "lillyahood deen, almuslimeen deen".</w:t>
      </w:r>
    </w:p>
    <w:p>
      <w:pPr>
        <w:jc w:val="right"/>
      </w:pPr>
      <w:r>
        <w:t>تو وہاں پر آپ نے کیا کیا؟ وہاں پر آپ نے یہ پرنسپل اپنایا کہ "للیہود دین، المسلمین دین"۔</w:t>
      </w:r>
    </w:p>
    <w:p>
      <w:r>
        <w:rPr>
          <w:b/>
        </w:rPr>
        <w:t xml:space="preserve">[33:40] </w:t>
      </w:r>
      <w:r>
        <w:t>kyunke wahan jewish community thi</w:t>
      </w:r>
    </w:p>
    <w:p>
      <w:pPr>
        <w:jc w:val="right"/>
      </w:pPr>
      <w:r>
        <w:t>کیونکہ وہاں جوئش کمیونٹی تھی</w:t>
      </w:r>
    </w:p>
    <w:p>
      <w:r>
        <w:rPr>
          <w:b/>
        </w:rPr>
        <w:t xml:space="preserve">[33:47] </w:t>
      </w:r>
      <w:r>
        <w:t>aur muslim community thi, basically do community theen wahan par: musalman ke liye musalman ka deen aur yahoodi</w:t>
      </w:r>
    </w:p>
    <w:p>
      <w:pPr>
        <w:jc w:val="right"/>
      </w:pPr>
      <w:r>
        <w:t>اور مسلم کمیونٹی تھی، بیسکلی دو کمیونٹی تھیں وہاں پر: مسلمان کے لیے مسلمان کا دین اور یہودی</w:t>
      </w:r>
    </w:p>
    <w:p>
      <w:r>
        <w:rPr>
          <w:b/>
        </w:rPr>
        <w:t xml:space="preserve">[33:52] </w:t>
      </w:r>
      <w:r>
        <w:t>ke liye yahoodi ka deen.</w:t>
      </w:r>
    </w:p>
    <w:p>
      <w:pPr>
        <w:jc w:val="right"/>
      </w:pPr>
      <w:r>
        <w:t>کے لیے یہودی کا دین۔</w:t>
      </w:r>
    </w:p>
    <w:p>
      <w:r>
        <w:rPr>
          <w:b/>
        </w:rPr>
        <w:t xml:space="preserve">[33:57] </w:t>
      </w:r>
      <w:r>
        <w:t>yeh hai religious co-existence.</w:t>
      </w:r>
    </w:p>
    <w:p>
      <w:pPr>
        <w:jc w:val="right"/>
      </w:pPr>
      <w:r>
        <w:t>یہ ہے ریلیجس کو ایگزسٹنس۔</w:t>
      </w:r>
    </w:p>
    <w:p>
      <w:r>
        <w:rPr>
          <w:b/>
        </w:rPr>
        <w:t xml:space="preserve">[34:02] </w:t>
      </w:r>
      <w:r>
        <w:t>religious co-existence: yahoodi ke liye yahoodi ka deen, musalman ke liye musalman ka deen.</w:t>
      </w:r>
    </w:p>
    <w:p>
      <w:pPr>
        <w:jc w:val="right"/>
      </w:pPr>
      <w:r>
        <w:t>ریلیجس کو ایگزسٹنس: یہودی کے لیے یہودی کا دین، مسلمان کے لیے مسلمان کا دین۔</w:t>
      </w:r>
    </w:p>
    <w:p>
      <w:r>
        <w:rPr>
          <w:b/>
        </w:rPr>
        <w:t xml:space="preserve">[34:07] </w:t>
      </w:r>
      <w:r>
        <w:t>"lillyahood deen, almuslimeen deen".</w:t>
      </w:r>
    </w:p>
    <w:p>
      <w:pPr>
        <w:jc w:val="right"/>
      </w:pPr>
      <w:r>
        <w:t>"للیہود دین، المسلمین دین"۔</w:t>
      </w:r>
    </w:p>
    <w:p>
      <w:r>
        <w:rPr>
          <w:b/>
        </w:rPr>
        <w:t xml:space="preserve">[34:12] </w:t>
      </w:r>
      <w:r>
        <w:t>yani yeh for</w:t>
      </w:r>
    </w:p>
    <w:p>
      <w:pPr>
        <w:jc w:val="right"/>
      </w:pPr>
      <w:r>
        <w:t>یعنی یہ فار</w:t>
      </w:r>
    </w:p>
    <w:p>
      <w:r>
        <w:rPr>
          <w:b/>
        </w:rPr>
        <w:t xml:space="preserve">[34:17] </w:t>
      </w:r>
      <w:r>
        <w:t>moula kiya hai? is ko aap keh sakte hain religious co-existence.</w:t>
      </w:r>
    </w:p>
    <w:p>
      <w:pPr>
        <w:jc w:val="right"/>
      </w:pPr>
      <w:r>
        <w:t>مولا کیا ہے؟ اس کو آپ کہہ سکتے ہیں ریلیجس کو ایگزسٹنس۔</w:t>
      </w:r>
    </w:p>
    <w:p>
      <w:r>
        <w:rPr>
          <w:b/>
        </w:rPr>
        <w:t xml:space="preserve">[34:33] </w:t>
      </w:r>
      <w:r>
        <w:t>to islam mein ek baat mein aur arz karun ke itni zyada important islam mein kyun hai? dekhen, islam</w:t>
      </w:r>
    </w:p>
    <w:p>
      <w:pPr>
        <w:jc w:val="right"/>
      </w:pPr>
      <w:r>
        <w:t>تو اسلام میں ایک بات میں اور عرض کروں کہ اتنی زیادہ امپورٹنٹ اسلام میں کیوں ہے؟ دیکھیں، اسلام</w:t>
      </w:r>
    </w:p>
    <w:p>
      <w:r>
        <w:rPr>
          <w:b/>
        </w:rPr>
        <w:t xml:space="preserve">[34:49] </w:t>
      </w:r>
      <w:r>
        <w:t>difference ko pasand karta hai, uniformity ko pasand nahi karta.</w:t>
      </w:r>
    </w:p>
    <w:p>
      <w:pPr>
        <w:jc w:val="right"/>
      </w:pPr>
      <w:r>
        <w:t>ڈیفرنس کو پسند کرتا ہے، یونیفارمیٹی کو پسند نہیں کرتا۔</w:t>
      </w:r>
    </w:p>
    <w:p>
      <w:r>
        <w:rPr>
          <w:b/>
        </w:rPr>
        <w:t xml:space="preserve">[34:57] </w:t>
      </w:r>
      <w:r>
        <w:t>islam kyun? islam mein sab se zyada jo cheez samjhi gayi bari, woh hai intellectual development.</w:t>
      </w:r>
    </w:p>
    <w:p>
      <w:pPr>
        <w:jc w:val="right"/>
      </w:pPr>
      <w:r>
        <w:t>اسلام کیوں؟ اسلام میں سب سے زیادہ جو چیز سمجھی گئی بڑی، وہ ہے انٹلیکچول ڈیولپمنٹ۔</w:t>
      </w:r>
    </w:p>
    <w:p>
      <w:r>
        <w:rPr>
          <w:b/>
        </w:rPr>
        <w:t xml:space="preserve">[35:04] </w:t>
      </w:r>
      <w:r>
        <w:t>intellectual development dekhiye, wahan ho sakta hai jahan ke logon mein differences hon, do different opinion hon, tabhi</w:t>
      </w:r>
    </w:p>
    <w:p>
      <w:pPr>
        <w:jc w:val="right"/>
      </w:pPr>
      <w:r>
        <w:t>انٹلیکچول ڈیولپمنٹ دیکھیے، وہاں ہو سکتا ہے جہاں کے لوگوں میں ڈیفرنسز ہوں، دو ڈفرنٹ اوپینین ہوں، تبھی</w:t>
      </w:r>
    </w:p>
    <w:p>
      <w:r>
        <w:rPr>
          <w:b/>
        </w:rPr>
        <w:t xml:space="preserve">[35:12] </w:t>
      </w:r>
      <w:r>
        <w:t>to wahan par discussion hoga,</w:t>
      </w:r>
    </w:p>
    <w:p>
      <w:pPr>
        <w:jc w:val="right"/>
      </w:pPr>
      <w:r>
        <w:t>تو وہاں پر ڈسکشن ہوگا،</w:t>
      </w:r>
    </w:p>
    <w:p>
      <w:r>
        <w:rPr>
          <w:b/>
        </w:rPr>
        <w:t xml:space="preserve">[35:20] </w:t>
      </w:r>
      <w:r>
        <w:t>dialogue hoga.</w:t>
      </w:r>
    </w:p>
    <w:p>
      <w:pPr>
        <w:jc w:val="right"/>
      </w:pPr>
      <w:r>
        <w:t>ڈائیلاگ ہوگا۔</w:t>
      </w:r>
    </w:p>
    <w:p>
      <w:r>
        <w:rPr>
          <w:b/>
        </w:rPr>
        <w:t xml:space="preserve">[35:26] </w:t>
      </w:r>
      <w:r>
        <w:t>jab dialogue hoga to wahan par intellectual development hoga.</w:t>
      </w:r>
    </w:p>
    <w:p>
      <w:pPr>
        <w:jc w:val="right"/>
      </w:pPr>
      <w:r>
        <w:t>جب ڈائیلاگ ہوگا تو وہاں پر انٹلیکچول ڈیولپمنٹ ہوگا۔</w:t>
      </w:r>
    </w:p>
    <w:p>
      <w:r>
        <w:rPr>
          <w:b/>
        </w:rPr>
        <w:t xml:space="preserve">[35:32] </w:t>
      </w:r>
      <w:r>
        <w:t>yani kisi society mein sab log ek hi baat manen, koi difference na ho, to wahan par kiya</w:t>
      </w:r>
    </w:p>
    <w:p>
      <w:pPr>
        <w:jc w:val="right"/>
      </w:pPr>
      <w:r>
        <w:t>یعنی کسی سوسائٹی میں سب لوگ ایک ہی بات مانیں، کوئی ڈیفرنس نہ ہو، تو وہاں پر کیا</w:t>
      </w:r>
    </w:p>
    <w:p>
      <w:r>
        <w:rPr>
          <w:b/>
        </w:rPr>
        <w:t xml:space="preserve">[35:38] </w:t>
      </w:r>
      <w:r>
        <w:t>hoga? wahan par dialogue nahi hoga, wahan par koi discussion nahi ho sakega.</w:t>
      </w:r>
    </w:p>
    <w:p>
      <w:pPr>
        <w:jc w:val="right"/>
      </w:pPr>
      <w:r>
        <w:t>ہوگا؟ وہاں پر ڈائیلاگ نہیں ہوگا، وہاں پر کوئی ڈسکشن نہیں ہو سکے گا۔</w:t>
      </w:r>
    </w:p>
    <w:p>
      <w:r>
        <w:rPr>
          <w:b/>
        </w:rPr>
        <w:t xml:space="preserve">[35:45] </w:t>
      </w:r>
      <w:r>
        <w:t>jis tarah se kisi jagah museum mein bohat sare statue rakhe hue hon, to statue mein aapas mein</w:t>
      </w:r>
    </w:p>
    <w:p>
      <w:pPr>
        <w:jc w:val="right"/>
      </w:pPr>
      <w:r>
        <w:t>جس طرح سے کسی جگہ میوزیم میں بہت سارے اسٹیچو رکھے ہوئے ہوں، تو اسٹیچو میں آپس میں</w:t>
      </w:r>
    </w:p>
    <w:p>
      <w:r>
        <w:rPr>
          <w:b/>
        </w:rPr>
        <w:t xml:space="preserve">[35:51] </w:t>
      </w:r>
      <w:r>
        <w:t>dialogue nahi hota.</w:t>
      </w:r>
    </w:p>
    <w:p>
      <w:pPr>
        <w:jc w:val="right"/>
      </w:pPr>
      <w:r>
        <w:t>ڈائیلاگ نہیں ہوتا۔</w:t>
      </w:r>
    </w:p>
    <w:p>
      <w:r>
        <w:rPr>
          <w:b/>
        </w:rPr>
        <w:t xml:space="preserve">[35:56] </w:t>
      </w:r>
      <w:r>
        <w:t>kisi museum mein bohat se statue khare hon, dekhenge aap, to mein dialogue nahi ho raha hoga.</w:t>
      </w:r>
    </w:p>
    <w:p>
      <w:pPr>
        <w:jc w:val="right"/>
      </w:pPr>
      <w:r>
        <w:t>کسی میوزیم میں بہت سے اسٹیچو کھڑے ہوں، دیکھیں گے آپ، تو میں ڈائیلاگ نہیں ہو رہا ہوگا۔</w:t>
      </w:r>
    </w:p>
    <w:p>
      <w:r>
        <w:rPr>
          <w:b/>
        </w:rPr>
        <w:t xml:space="preserve">[36:02] </w:t>
      </w:r>
      <w:r>
        <w:t>to kiya hoga? wahan development bhi nahi hoga.</w:t>
      </w:r>
    </w:p>
    <w:p>
      <w:pPr>
        <w:jc w:val="right"/>
      </w:pPr>
      <w:r>
        <w:t>تو کیا ہوگا؟ وہاں ڈیولپمنٹ بھی نہیں ہوگا۔</w:t>
      </w:r>
    </w:p>
    <w:p>
      <w:r>
        <w:rPr>
          <w:b/>
        </w:rPr>
        <w:t xml:space="preserve">[36:07] </w:t>
      </w:r>
      <w:r>
        <w:t>to jab tak difference na ho, dialogue nahi ho sakta.</w:t>
      </w:r>
    </w:p>
    <w:p>
      <w:pPr>
        <w:jc w:val="right"/>
      </w:pPr>
      <w:r>
        <w:t>تو جب تک ڈیفرنس نہ ہو، ڈائیلاگ نہیں ہو سکتا۔</w:t>
      </w:r>
    </w:p>
    <w:p>
      <w:r>
        <w:rPr>
          <w:b/>
        </w:rPr>
        <w:t xml:space="preserve">[36:12] </w:t>
      </w:r>
      <w:r>
        <w:t>to islam chunke pasand karta hai intellectual development ko, is liye woh pasand karta hai dialogue ko, is</w:t>
      </w:r>
    </w:p>
    <w:p>
      <w:pPr>
        <w:jc w:val="right"/>
      </w:pPr>
      <w:r>
        <w:t>تو اسلام چونکہ پسند کرتا ہے انٹلیکچول ڈیولپمنٹ کو، اس لیے وہ پسند کرتا ہے ڈائیلاگ کو، اس</w:t>
      </w:r>
    </w:p>
    <w:p>
      <w:r>
        <w:rPr>
          <w:b/>
        </w:rPr>
        <w:t xml:space="preserve">[36:18] </w:t>
      </w:r>
      <w:r>
        <w:t>liye woh pasand karta hai difference ko.</w:t>
      </w:r>
    </w:p>
    <w:p>
      <w:pPr>
        <w:jc w:val="right"/>
      </w:pPr>
      <w:r>
        <w:t>لیے وہ پسند کرتا ہے ڈیفرنس کو۔</w:t>
      </w:r>
    </w:p>
    <w:p>
      <w:r>
        <w:rPr>
          <w:b/>
        </w:rPr>
        <w:t xml:space="preserve">[36:23] </w:t>
      </w:r>
      <w:r>
        <w:t>یعنی "where there is difference, there is dialogue".</w:t>
      </w:r>
    </w:p>
    <w:p>
      <w:pPr>
        <w:jc w:val="right"/>
      </w:pPr>
      <w:r>
        <w:t>یعنی "ویر دیر از ڈیفرنس، دیر از ڈائیلاگ"۔</w:t>
      </w:r>
    </w:p>
    <w:p>
      <w:r>
        <w:rPr>
          <w:b/>
        </w:rPr>
        <w:t xml:space="preserve">[36:28] </w:t>
      </w:r>
      <w:r>
        <w:t>And "where there is dialogue, there is intellectual development".</w:t>
      </w:r>
    </w:p>
    <w:p>
      <w:pPr>
        <w:jc w:val="right"/>
      </w:pPr>
      <w:r>
        <w:t>اینڈ "ویر دیر از ڈائیلاگ، دیر از انٹلیکچول ڈیولپمنٹ"۔</w:t>
      </w:r>
    </w:p>
    <w:p>
      <w:r>
        <w:rPr>
          <w:b/>
        </w:rPr>
        <w:t xml:space="preserve">[36:33] </w:t>
      </w:r>
      <w:r>
        <w:t>yani jahan difference hai, wahan dialogue hoga, aur jahan dialogue hoga, wahan intellectual development hoga.</w:t>
      </w:r>
    </w:p>
    <w:p>
      <w:pPr>
        <w:jc w:val="right"/>
      </w:pPr>
      <w:r>
        <w:t>یعنی جہاں ڈیفرنس ہے، وہاں ڈائیلاگ ہوگا، اور جہاں ڈائیلاگ ہوگا، وہاں انٹلیکچول ڈیولپمنٹ ہوگا۔</w:t>
      </w:r>
    </w:p>
    <w:p>
      <w:r>
        <w:rPr>
          <w:b/>
        </w:rPr>
        <w:t xml:space="preserve">[36:38] </w:t>
      </w:r>
      <w:r>
        <w:t>yeh hai simple formula Islam ka.</w:t>
      </w:r>
    </w:p>
    <w:p>
      <w:pPr>
        <w:jc w:val="right"/>
      </w:pPr>
      <w:r>
        <w:t>یہ ہے سمپل فارمولا اسلام کا۔</w:t>
      </w:r>
    </w:p>
    <w:p>
      <w:r>
        <w:rPr>
          <w:b/>
        </w:rPr>
        <w:t xml:space="preserve">[36:43] </w:t>
      </w:r>
      <w:r>
        <w:t>Islam ka simple formula yeh hai.</w:t>
      </w:r>
    </w:p>
    <w:p>
      <w:pPr>
        <w:jc w:val="right"/>
      </w:pPr>
      <w:r>
        <w:t>اسلام کا سمپل فارمولا یہ ہے۔</w:t>
      </w:r>
    </w:p>
    <w:p>
      <w:r>
        <w:rPr>
          <w:b/>
        </w:rPr>
        <w:t xml:space="preserve">[36:48] </w:t>
      </w:r>
      <w:r>
        <w:t>toh Islam pasand karta hai</w:t>
      </w:r>
    </w:p>
    <w:p>
      <w:pPr>
        <w:jc w:val="right"/>
      </w:pPr>
      <w:r>
        <w:t>تو اسلام پسند کرتا ہے</w:t>
      </w:r>
    </w:p>
    <w:p>
      <w:r>
        <w:rPr>
          <w:b/>
        </w:rPr>
        <w:t xml:space="preserve">[36:54] </w:t>
      </w:r>
      <w:r>
        <w:t>differences ko, aur phir Islam pasand karta hai dialogue ko, phir Islam pasand karta hai intellectual development ko.</w:t>
      </w:r>
    </w:p>
    <w:p>
      <w:pPr>
        <w:jc w:val="right"/>
      </w:pPr>
      <w:r>
        <w:t>ڈیفرنسز کو، اور پھر اسلام پسند کرتا ہے ڈائیلاگ کو، پھر اسلام پسند کرتا ہے انٹلیکچول ڈیولپمنٹ کو۔</w:t>
      </w:r>
    </w:p>
    <w:p>
      <w:r>
        <w:rPr>
          <w:b/>
        </w:rPr>
        <w:t xml:space="preserve">[37:01] </w:t>
      </w:r>
      <w:r>
        <w:t>is tarah se social revolution aata hai.</w:t>
      </w:r>
    </w:p>
    <w:p>
      <w:pPr>
        <w:jc w:val="right"/>
      </w:pPr>
      <w:r>
        <w:t>اس طرح سے سوشل ریولوشن آتا ہے۔</w:t>
      </w:r>
    </w:p>
    <w:p>
      <w:r>
        <w:rPr>
          <w:b/>
        </w:rPr>
        <w:t xml:space="preserve">[37:09] </w:t>
      </w:r>
      <w:r>
        <w:t>dekhein, agar aap chahte hain ke society mein koi revolution layein, koi inqilab layein, koi bara badlao layein,</w:t>
      </w:r>
    </w:p>
    <w:p>
      <w:pPr>
        <w:jc w:val="right"/>
      </w:pPr>
      <w:r>
        <w:t>دیکھیں، اگر آپ چاہتے ہیں کہ سوسائٹی میں کوئی ریولوشن لائیں، کوئی انقلاب لائیں، کوئی بڑا بدلاؤ لائیں،</w:t>
      </w:r>
    </w:p>
    <w:p>
      <w:r>
        <w:rPr>
          <w:b/>
        </w:rPr>
        <w:t xml:space="preserve">[37:17] </w:t>
      </w:r>
      <w:r>
        <w:t>toh kaise aayega? Is tarah nahi aa sakta ke aap logon ko bulldozer karein,</w:t>
      </w:r>
    </w:p>
    <w:p>
      <w:pPr>
        <w:jc w:val="right"/>
      </w:pPr>
      <w:r>
        <w:t>تو کیسے آئے گا؟ اس طرح نہیں آ سکتا کہ آپ لوگوں کو بلڈوز کریں،</w:t>
      </w:r>
    </w:p>
    <w:p>
      <w:r>
        <w:rPr>
          <w:b/>
        </w:rPr>
        <w:t xml:space="preserve">[37:25] </w:t>
      </w:r>
      <w:r>
        <w:t>logon ke sath aap zor dosti karein. kyun? is liye ke dekhein, insan jo hai, woh mind se control hota hai. mind se aap ko agar society ko badalna hai to aap ko mind ko badalna padega. here is the starting point. agar aap ko society ko badalna hai to aap ko mind ko badalna padega. ye</w:t>
      </w:r>
    </w:p>
    <w:p>
      <w:pPr>
        <w:jc w:val="right"/>
      </w:pPr>
      <w:r>
        <w:t>لوگوں کے ساتھ آپ زور دوستی کریں۔ کیوں؟ اس لیے کہ دیکھیں، انسان جو ہے، وہ مائنڈ سے کنٹرول ہوتا ہے۔ مائنڈ سے آپ کو اگر سوسائٹی کو بدلنا ہے تو آپ کو مائنڈ کو بدلنا پڑے گا۔ ہیر از دا سٹارٹنگ پوائنٹ۔ اگر آپ کو سوسائٹی کو بدلنا ہے تو آپ کو مائنڈ کو بدلنا پڑے گا۔ ی</w:t>
      </w:r>
    </w:p>
    <w:p>
      <w:r>
        <w:rPr>
          <w:b/>
        </w:rPr>
        <w:t xml:space="preserve">[37:55] </w:t>
      </w:r>
      <w:r>
        <w:t>yani change begins from mind.</w:t>
      </w:r>
    </w:p>
    <w:p>
      <w:pPr>
        <w:jc w:val="right"/>
      </w:pPr>
      <w:r>
        <w:t>عنی چینج بگنز فرام مائنڈ۔</w:t>
      </w:r>
    </w:p>
    <w:p>
      <w:r>
        <w:rPr>
          <w:b/>
        </w:rPr>
        <w:t xml:space="preserve">[38:03] </w:t>
      </w:r>
      <w:r>
        <w:t>تو mind کیسے بدلے گا؟ وہ بدلے گا peaceful dialogue کے ذریعے، peaceful education کے ذریعے۔</w:t>
      </w:r>
    </w:p>
    <w:p>
      <w:pPr>
        <w:jc w:val="right"/>
      </w:pPr>
      <w:r>
        <w:t>تو مائنڈ کیسے بدلے گا؟ وہ بدلے گا پیس فل ڈائیلاگ کے ذریعے، پیس فل ایجوکیشن کے ذریعے۔</w:t>
      </w:r>
    </w:p>
    <w:p>
      <w:r>
        <w:rPr>
          <w:b/>
        </w:rPr>
        <w:t xml:space="preserve">[38:11] </w:t>
      </w:r>
      <w:r>
        <w:t>تو dialogue، education، interaction، یہ سب peaceful activities ہیں۔</w:t>
      </w:r>
    </w:p>
    <w:p>
      <w:pPr>
        <w:jc w:val="right"/>
      </w:pPr>
      <w:r>
        <w:t>تو ڈائیلاگ، ایجوکیشن، انٹریکشن، یہ سب پیس فل ایکٹیویٹیز ہیں۔</w:t>
      </w:r>
    </w:p>
    <w:p>
      <w:r>
        <w:rPr>
          <w:b/>
        </w:rPr>
        <w:t xml:space="preserve">[38:19] </w:t>
      </w:r>
      <w:r>
        <w:t>تو اگر آپ چاہتے ہیں individual کو بدلنا، تب بھی آپ کو peaceful method کو اپنانا ہوگا۔</w:t>
      </w:r>
    </w:p>
    <w:p>
      <w:pPr>
        <w:jc w:val="right"/>
      </w:pPr>
      <w:r>
        <w:t>تو اگر آپ چاہتے ہیں انڈیویجول کو بدلنا، تب بھی آپ کو پیس فل میتھڈ کو اپنانا ہوگا۔</w:t>
      </w:r>
    </w:p>
    <w:p>
      <w:r>
        <w:rPr>
          <w:b/>
        </w:rPr>
        <w:t xml:space="preserve">[38:27] </w:t>
      </w:r>
      <w:r>
        <w:t>kyunki individual ke mind ko aap address jab karenge, tabhi toh woh badlega.</w:t>
      </w:r>
    </w:p>
    <w:p>
      <w:pPr>
        <w:jc w:val="right"/>
      </w:pPr>
      <w:r>
        <w:t>کیونکہ انڈیویجول کے مائنڈ کو آپ ایڈریس جب کریں گے، تبھی تو وہ بدلے گا۔</w:t>
      </w:r>
    </w:p>
    <w:p>
      <w:r>
        <w:rPr>
          <w:b/>
        </w:rPr>
        <w:t xml:space="preserve">[38:33] </w:t>
      </w:r>
      <w:r>
        <w:t>وہ ورنہ وہ کیوں بدلے گا؟ وہ ایسے ہی اگر آپ چاہتے ہیں سوسائٹی میں چینج لانا، again،</w:t>
      </w:r>
    </w:p>
    <w:p>
      <w:pPr>
        <w:jc w:val="right"/>
      </w:pPr>
      <w:r>
        <w:t>وہ ورنہ وہ کیوں بدلے گا؟ وہ ایسے ہی اگر آپ چاہتے ہیں سوسائٹی میں چینج لانا، اگین،</w:t>
      </w:r>
    </w:p>
    <w:p>
      <w:r>
        <w:rPr>
          <w:b/>
        </w:rPr>
        <w:t xml:space="preserve">[38:40] </w:t>
      </w:r>
      <w:r>
        <w:t>You have to follow the peaceful method, otherwise there is no development.</w:t>
      </w:r>
    </w:p>
    <w:p>
      <w:pPr>
        <w:jc w:val="right"/>
      </w:pPr>
      <w:r>
        <w:t>یو ہیو ٹو فالو دا پیس فل میتھڈ، ادروائز دیر از نو ڈیولپمنٹ۔</w:t>
      </w:r>
    </w:p>
    <w:p>
      <w:r>
        <w:rPr>
          <w:b/>
        </w:rPr>
        <w:t xml:space="preserve">[38:46] </w:t>
      </w:r>
      <w:r>
        <w:t>aap political system mein aap badlao lana chahte hain, tab bhi aap ko peaceful method apnana hoga.</w:t>
      </w:r>
    </w:p>
    <w:p>
      <w:pPr>
        <w:jc w:val="right"/>
      </w:pPr>
      <w:r>
        <w:t>آپ پولیٹیکل سسٹم میں آپ بدلاؤ لانا چاہتے ہیں، تب بھی آپ کو پیس فل میتھڈ اپنانا ہوگا۔</w:t>
      </w:r>
    </w:p>
    <w:p>
      <w:r>
        <w:rPr>
          <w:b/>
        </w:rPr>
        <w:t xml:space="preserve">[38:53] </w:t>
      </w:r>
      <w:r>
        <w:t>nahi toh kya hoga? Takrao hoga, bloodshed hoga,</w:t>
      </w:r>
    </w:p>
    <w:p>
      <w:pPr>
        <w:jc w:val="right"/>
      </w:pPr>
      <w:r>
        <w:t>نہیں تو کیا ہوگا؟ ٹکراؤ ہوگا، بلڈ شیڈ ہوگا،</w:t>
      </w:r>
    </w:p>
    <w:p>
      <w:r>
        <w:rPr>
          <w:b/>
        </w:rPr>
        <w:t xml:space="preserve">[38:59] </w:t>
      </w:r>
      <w:r>
        <w:t>aur anarchy aayegi. to agar aap individual ko badalna chahein, tab bhi peaceful method se hi, peaceful method hi aap ko apnana hoga. aap society ko badalna chahte hain, tab bhi aap ko peaceful method par chalna hoga. agar aap political system ko badalna chahte hain, tab bhi aap ko</w:t>
      </w:r>
    </w:p>
    <w:p>
      <w:pPr>
        <w:jc w:val="right"/>
      </w:pPr>
      <w:r>
        <w:t>اور انارکی آئے گی۔ تو اگر آپ انڈیویجول کو بدلنا چاہیں، تب بھی پیس فل میتھڈ سے ہی، پیس فل میتھڈ ہی آپ کو اپنانا ہوگا۔ آپ سوسائٹی کو بدلنا چاہتے ہیں، تب بھی آپ کو پیس فل میتھڈ پر چلنا ہوگا۔ اگر آپ پولیٹیکل سسٹم کو بدلنا چاہتے ہیں، تب بھی آپ کو</w:t>
      </w:r>
    </w:p>
    <w:p>
      <w:r>
        <w:rPr>
          <w:b/>
        </w:rPr>
        <w:t xml:space="preserve">[39:29] </w:t>
      </w:r>
      <w:r>
        <w:t>peaceful method par chalna hoga. warna kuch bhi nahi hoga. to social harmony ko maintain karenge, tab yeh sab kaam ho sakta hai. social harmony jo hai, jab hogi, tabhi wahan par peaceful activities chal paayengi. to peaceful harmony to must hai har</w:t>
      </w:r>
    </w:p>
    <w:p>
      <w:pPr>
        <w:jc w:val="right"/>
      </w:pPr>
      <w:r>
        <w:t>پیس فل میتھڈ پر چلنا ہوگا۔ ورنہ کچھ بھی نہیں ہوگا۔ تو سوشل ہارمونی کو مینٹین کریں گے، تب یہ سب کام ہو سکتا ہے۔ سوشل ہارمونی جو ہے، جب ہوگی، تبھی وہاں پر پیس فل ایکٹیویٹیز چل پائیں گی۔ تو پیس فل ہارمونی تو مسٹ ہے ہر</w:t>
      </w:r>
    </w:p>
    <w:p>
      <w:r>
        <w:rPr>
          <w:b/>
        </w:rPr>
        <w:t xml:space="preserve">[39:59] </w:t>
      </w:r>
      <w:r>
        <w:t>ek ke liye, jis tarah se use Islam mein bhi hai.</w:t>
      </w:r>
    </w:p>
    <w:p>
      <w:pPr>
        <w:jc w:val="right"/>
      </w:pPr>
      <w:r>
        <w:t>ایک کے لیے، جس طرح سے اسے اسلام میں بھی ہے۔</w:t>
      </w:r>
    </w:p>
    <w:p>
      <w:r>
        <w:rPr>
          <w:b/>
        </w:rPr>
        <w:t xml:space="preserve">[40:05] </w:t>
      </w:r>
      <w:r>
        <w:t>Islam jo change lana chahta hai, jis tarah logon ko educate karna chahta hai, uski toh pehli</w:t>
      </w:r>
    </w:p>
    <w:p>
      <w:pPr>
        <w:jc w:val="right"/>
      </w:pPr>
      <w:r>
        <w:t>اسلام جو چینج لانا چاہتا ہے، جس طرح لوگوں کو ایجوکیٹ کرنا چاہتا ہے، اس کی تو پہلی</w:t>
      </w:r>
    </w:p>
    <w:p>
      <w:r>
        <w:rPr>
          <w:b/>
        </w:rPr>
        <w:t xml:space="preserve">[40:11] </w:t>
      </w:r>
      <w:r>
        <w:t>condition hai ke society mein harmony ho.</w:t>
      </w:r>
    </w:p>
    <w:p>
      <w:pPr>
        <w:jc w:val="right"/>
      </w:pPr>
      <w:r>
        <w:t>کنڈیشن ہے کہ سوسائٹی میں ہارمونی ہو۔</w:t>
      </w:r>
    </w:p>
    <w:p>
      <w:r>
        <w:rPr>
          <w:b/>
        </w:rPr>
        <w:t xml:space="preserve">[40:17] </w:t>
      </w:r>
      <w:r>
        <w:t>society mein agar harmony nahi hogi toh educational activism jo Islam ke hain, woh nahi chal payega.</w:t>
      </w:r>
    </w:p>
    <w:p>
      <w:pPr>
        <w:jc w:val="right"/>
      </w:pPr>
      <w:r>
        <w:t>سوسائٹی میں اگر ہارمونی نہیں ہوگی تو ایجوکیشنل ایکٹیوزم جو اسلام کے ہیں، وہ نہیں چل پائے گی۔</w:t>
      </w:r>
    </w:p>
    <w:p>
      <w:r>
        <w:rPr>
          <w:b/>
        </w:rPr>
        <w:t xml:space="preserve">[40:24] </w:t>
      </w:r>
      <w:r>
        <w:t>Islam ka activism jo hai, woh educational activism hai,</w:t>
      </w:r>
    </w:p>
    <w:p>
      <w:pPr>
        <w:jc w:val="right"/>
      </w:pPr>
      <w:r>
        <w:t>اسلام کا ایکٹیوزم جو ہے، وہ ایجوکیشنل ایکٹیوزم ہے،</w:t>
      </w:r>
    </w:p>
    <w:p>
      <w:r>
        <w:rPr>
          <w:b/>
        </w:rPr>
        <w:t xml:space="preserve">[40:30] </w:t>
      </w:r>
      <w:r>
        <w:t>aur educational activism requires peace and harmony.</w:t>
      </w:r>
    </w:p>
    <w:p>
      <w:pPr>
        <w:jc w:val="right"/>
      </w:pPr>
      <w:r>
        <w:t>اور ایجوکیشنل ایکٹیوزم ریکوائرز پیس اینڈ ہارمونی۔</w:t>
      </w:r>
    </w:p>
    <w:p>
      <w:r>
        <w:rPr>
          <w:b/>
        </w:rPr>
        <w:t xml:space="preserve">[40:38] </w:t>
      </w:r>
      <w:r>
        <w:t>toh bohat hi clear baat hai ke Islam mein na toh violence hai, na intolerance hai.</w:t>
      </w:r>
    </w:p>
    <w:p>
      <w:pPr>
        <w:jc w:val="right"/>
      </w:pPr>
      <w:r>
        <w:t>تو بہت ہی کلیئر بات ہے کہ اسلام میں نہ تو وائیلنس ہے، نہ انٹولرنس ہے۔</w:t>
      </w:r>
    </w:p>
    <w:p>
      <w:r>
        <w:rPr>
          <w:b/>
        </w:rPr>
        <w:t xml:space="preserve">[40:46] </w:t>
      </w:r>
      <w:r>
        <w:t>yeh sab peace, yeh sab misunderstanding hai.</w:t>
      </w:r>
    </w:p>
    <w:p>
      <w:pPr>
        <w:jc w:val="right"/>
      </w:pPr>
      <w:r>
        <w:t>یہ سب پیس، یہ سب مس انڈرسٹینڈنگ ہے۔</w:t>
      </w:r>
    </w:p>
    <w:p>
      <w:r>
        <w:rPr>
          <w:b/>
        </w:rPr>
        <w:t xml:space="preserve">[40:55] </w:t>
      </w:r>
      <w:r>
        <w:t>jahan tak maine is par socha hai,</w:t>
      </w:r>
    </w:p>
    <w:p>
      <w:pPr>
        <w:jc w:val="right"/>
      </w:pPr>
      <w:r>
        <w:t>جہاں تک میں نے اس پر سوچا ہے،</w:t>
      </w:r>
    </w:p>
    <w:p>
      <w:r>
        <w:rPr>
          <w:b/>
        </w:rPr>
        <w:t xml:space="preserve">[41:03] </w:t>
      </w:r>
      <w:r>
        <w:t>yeh misunderstanding ka reason jo hai, woh do hain. ek to khud musalmanon ki wajah se yeh paida hui hai. dekhiye, musalman jo hain, kai baar woh activist ban jaate hain, yaani khud apni soch se woh activist ban jaate hain, extremist. aur phir kya karte hain? right chhod dete hain. woh samajhte hain ke hamein apna jo goal hai, usko achieve karne ke liye hum violence tak ja sakte hain, hum gun</w:t>
      </w:r>
    </w:p>
    <w:p>
      <w:pPr>
        <w:jc w:val="right"/>
      </w:pPr>
      <w:r>
        <w:t>یہ مس انڈرسٹینڈنگ کا ریزن جو ہے، وہ دو ہے۔ ایک تو خود مسلمانوں کی وجہ سے یہ پیدا ہوئی ہے۔ دیکھیں، مسلمان جو ہیں، کئی بار وہ ایکٹیوسٹ بن جاتے ہیں، یعنی خود اپنی سوچ سے وہ ایکٹیوسٹ بن جاتے ہیں، ایکسٹریمسٹ۔ اور پھر کیا کرتے ہیں؟ رائٹ چھوڑ دیتے ہیں۔ وہ سمجھتے ہیں کہ ہمیں اپنا جو گول ہے، اس کو اچیو کرنے کے لیے ہم وائیلنس تک جا سکتے ہیں، ہم گ</w:t>
      </w:r>
    </w:p>
    <w:p>
      <w:r>
        <w:rPr>
          <w:b/>
        </w:rPr>
        <w:t xml:space="preserve">[41:33] </w:t>
      </w:r>
      <w:r>
        <w:t>na culture tak ja sakte hain.</w:t>
      </w:r>
    </w:p>
    <w:p>
      <w:pPr>
        <w:jc w:val="right"/>
      </w:pPr>
      <w:r>
        <w:t>ن کلچر تک جا سکتے ہیں۔</w:t>
      </w:r>
    </w:p>
    <w:p>
      <w:r>
        <w:rPr>
          <w:b/>
        </w:rPr>
        <w:t xml:space="preserve">[41:37] </w:t>
      </w:r>
      <w:r>
        <w:t>yeh unki apni soch hai, Islam ki nahi hai.</w:t>
      </w:r>
    </w:p>
    <w:p>
      <w:pPr>
        <w:jc w:val="right"/>
      </w:pPr>
      <w:r>
        <w:t>یہ ان کی اپنی سوچ ہے، اسلام کی نہیں ہے۔</w:t>
      </w:r>
    </w:p>
    <w:p>
      <w:r>
        <w:rPr>
          <w:b/>
        </w:rPr>
        <w:t xml:space="preserve">[41:42] </w:t>
      </w:r>
      <w:r>
        <w:t>Islam se deviation hai, yeh yaad rakhiye.</w:t>
      </w:r>
    </w:p>
    <w:p>
      <w:pPr>
        <w:jc w:val="right"/>
      </w:pPr>
      <w:r>
        <w:t>اسلام سے ڈیوی ایشن ہے، یہ یاد رکھیے۔</w:t>
      </w:r>
    </w:p>
    <w:p>
      <w:r>
        <w:rPr>
          <w:b/>
        </w:rPr>
        <w:t xml:space="preserve">[41:46] </w:t>
      </w:r>
      <w:r>
        <w:t>yeh islam ko follow kar ke nahi hai.</w:t>
      </w:r>
    </w:p>
    <w:p>
      <w:pPr>
        <w:jc w:val="right"/>
      </w:pPr>
      <w:r>
        <w:t>یہ اسلام کو فالو کر کے نہیں ہے۔</w:t>
      </w:r>
    </w:p>
    <w:p>
      <w:r>
        <w:rPr>
          <w:b/>
        </w:rPr>
        <w:t xml:space="preserve">[41:51] </w:t>
      </w:r>
      <w:r>
        <w:t>to jo musalman aisa soch rahe hon ke woh activist ban kar ke apna maqsad unhein hasil karna</w:t>
      </w:r>
    </w:p>
    <w:p>
      <w:pPr>
        <w:jc w:val="right"/>
      </w:pPr>
      <w:r>
        <w:t>تو جو مسلمان ایسا سوچ رہے ہوں کہ وہ ایکٹیوسٹ بن کر کے اپنا مقصد انہیں حاصل کرنا</w:t>
      </w:r>
    </w:p>
    <w:p>
      <w:r>
        <w:rPr>
          <w:b/>
        </w:rPr>
        <w:t xml:space="preserve">[41:55] </w:t>
      </w:r>
      <w:r>
        <w:t>hai, gun culture chala kar ke, bomb culture chala kar ke, woh suicide bombing kar ke, woh apna</w:t>
      </w:r>
    </w:p>
    <w:p>
      <w:pPr>
        <w:jc w:val="right"/>
      </w:pPr>
      <w:r>
        <w:t>ہے، گن کلچر چلا کر کے، بم کلچر چلا کر کے، وہ سوسائیڈ بمبنگ کر کے، وہ اپنا</w:t>
      </w:r>
    </w:p>
    <w:p>
      <w:r>
        <w:rPr>
          <w:b/>
        </w:rPr>
        <w:t xml:space="preserve">[42:00] </w:t>
      </w:r>
      <w:r>
        <w:t>achieve karein ge maqsad</w:t>
      </w:r>
    </w:p>
    <w:p>
      <w:pPr>
        <w:jc w:val="right"/>
      </w:pPr>
      <w:r>
        <w:t>اچیو کریں گے مقصد</w:t>
      </w:r>
    </w:p>
    <w:p>
      <w:r>
        <w:rPr>
          <w:b/>
        </w:rPr>
        <w:t xml:space="preserve">[42:04] </w:t>
      </w:r>
      <w:r>
        <w:t>to woh hai islam ka.</w:t>
      </w:r>
    </w:p>
    <w:p>
      <w:pPr>
        <w:jc w:val="right"/>
      </w:pPr>
      <w:r>
        <w:t>، تو وہ ہے اسلام کا۔</w:t>
      </w:r>
    </w:p>
    <w:p>
      <w:r>
        <w:rPr>
          <w:b/>
        </w:rPr>
        <w:t xml:space="preserve">[42:11] </w:t>
      </w:r>
      <w:r>
        <w:t>islam se deviation, islam ko follow na karne ka, woh hai.</w:t>
      </w:r>
    </w:p>
    <w:p>
      <w:pPr>
        <w:jc w:val="right"/>
      </w:pPr>
      <w:r>
        <w:t>اسلام سے ڈیوی ایشن، اسلام کو فالو نہ کرنے کا، وہ ہے۔</w:t>
      </w:r>
    </w:p>
    <w:p>
      <w:r>
        <w:rPr>
          <w:b/>
        </w:rPr>
        <w:t xml:space="preserve">[42:17] </w:t>
      </w:r>
      <w:r>
        <w:t>to kuch ek ek reason misunderstanding ka yeh hai ke musalman jo hain, un ki practice ko</w:t>
      </w:r>
    </w:p>
    <w:p>
      <w:pPr>
        <w:jc w:val="right"/>
      </w:pPr>
      <w:r>
        <w:t>تو کچھ ایک ایک ریزن مس انڈرسٹینڈنگ کا یہ ہے کہ مسلمان جو ہیں، ان کی پریکٹس کو</w:t>
      </w:r>
    </w:p>
    <w:p>
      <w:r>
        <w:rPr>
          <w:b/>
        </w:rPr>
        <w:t xml:space="preserve">[42:24] </w:t>
      </w:r>
      <w:r>
        <w:t>dekh kar ke log islam ke bare mein rai banate hain ke musalman khud se activist ban gaye,</w:t>
      </w:r>
    </w:p>
    <w:p>
      <w:pPr>
        <w:jc w:val="right"/>
      </w:pPr>
      <w:r>
        <w:t>دیکھ کر کے لوگ اسلام کے بارے میں رائے بناتے ہیں کہ مسلمان خود سے ایکٹیوسٹ بن گئے،</w:t>
      </w:r>
    </w:p>
    <w:p>
      <w:r>
        <w:rPr>
          <w:b/>
        </w:rPr>
        <w:t xml:space="preserve">[42:30] </w:t>
      </w:r>
      <w:r>
        <w:t>khud se woh militancy karne lage.</w:t>
      </w:r>
    </w:p>
    <w:p>
      <w:pPr>
        <w:jc w:val="right"/>
      </w:pPr>
      <w:r>
        <w:t>خود سے وہ ملٹینسی کرنے لگے۔</w:t>
      </w:r>
    </w:p>
    <w:p>
      <w:r>
        <w:rPr>
          <w:b/>
        </w:rPr>
        <w:t xml:space="preserve">[42:37] </w:t>
      </w:r>
      <w:r>
        <w:t>to is ko samajhte hain ke yeh islam sikhata hai, halanke woh islam se deviation hai, woh</w:t>
      </w:r>
    </w:p>
    <w:p>
      <w:pPr>
        <w:jc w:val="right"/>
      </w:pPr>
      <w:r>
        <w:t>تو اس کو سمجھتے ہیں کہ یہ اسلام سکھاتا ہے، حالانکہ وہ اسلام سے ڈیوی ایشن ہے، وہ</w:t>
      </w:r>
    </w:p>
    <w:p>
      <w:r>
        <w:rPr>
          <w:b/>
        </w:rPr>
        <w:t xml:space="preserve">[42:43] </w:t>
      </w:r>
      <w:r>
        <w:t>islam ko follow karna nahi hai.</w:t>
      </w:r>
    </w:p>
    <w:p>
      <w:pPr>
        <w:jc w:val="right"/>
      </w:pPr>
      <w:r>
        <w:t>اسلام کو فالو کرنا نہیں ہے۔</w:t>
      </w:r>
    </w:p>
    <w:p>
      <w:r>
        <w:rPr>
          <w:b/>
        </w:rPr>
        <w:t xml:space="preserve">[42:49] </w:t>
      </w:r>
      <w:r>
        <w:t>to is ka ek sabab yeh hai, yani islam ke bare mein yeh samajhna ke socially compatible nahi</w:t>
      </w:r>
    </w:p>
    <w:p>
      <w:pPr>
        <w:jc w:val="right"/>
      </w:pPr>
      <w:r>
        <w:t>تو اس کا ایک سبب یہ ہے، یعنی اسلام کے بارے میں یہ سمجھنا کہ سوشلی کمپیٹیبل نہیں</w:t>
      </w:r>
    </w:p>
    <w:p>
      <w:r>
        <w:rPr>
          <w:b/>
        </w:rPr>
        <w:t xml:space="preserve">[42:55] </w:t>
      </w:r>
      <w:r>
        <w:t>hai, islam to kuch musalmanon ko dekh kar woh yeh rai banate hain.</w:t>
      </w:r>
    </w:p>
    <w:p>
      <w:pPr>
        <w:jc w:val="right"/>
      </w:pPr>
      <w:r>
        <w:t>ہے، اسلام تو کچھ مسلمانوں کو دیکھ کر وہ یہ رائے بناتے ہیں۔</w:t>
      </w:r>
    </w:p>
    <w:p>
      <w:r>
        <w:rPr>
          <w:b/>
        </w:rPr>
        <w:t xml:space="preserve">[43:01] </w:t>
      </w:r>
      <w:r>
        <w:t>aap yeh keh sakte hain ke kuch musalman socially compatible nahi hain,</w:t>
      </w:r>
    </w:p>
    <w:p>
      <w:pPr>
        <w:jc w:val="right"/>
      </w:pPr>
      <w:r>
        <w:t>آپ یہ کہہ سکتے ہیں کہ کچھ مسلمان سوشلی کمپیٹیبل نہیں ہیں،</w:t>
      </w:r>
    </w:p>
    <w:p>
      <w:r>
        <w:rPr>
          <w:b/>
        </w:rPr>
        <w:t xml:space="preserve">[43:07] </w:t>
      </w:r>
      <w:r>
        <w:t>ya aap kahein to main manunga ke theek keh rahe hain aap ke kuch musalman socially compatible nahi hain. woh khwamkhwah ladte phirte rehte hain. lekin aap yeh kahein agar ke Islam socially compatible nahi hai to woh galat hoga, kyunke musalmanon ki practice karna ab Islam nahi hai. Islam to woh hai jo Khuda ne bataya hai, jo Rasool ne bataya hai, woh hai Islam. to ek reason</w:t>
      </w:r>
    </w:p>
    <w:p>
      <w:pPr>
        <w:jc w:val="right"/>
      </w:pPr>
      <w:r>
        <w:t>یا آپ کہیں تو میں مانوں گا کہ ٹھیک کہہ رہے ہیں آپ کہ کچھ مسلمان سوشلی کمپیٹیبل نہیں ہیں۔ وہ خوامخواہ لڑتے پھرتے رہتے ہیں۔ لیکن آپ یہ کہیں اگر کہ اسلام سوشلی کمپیٹیبل نہیں ہے تو وہ غلط ہوگا، کیونکہ مسلمانوں کی پریکٹس کرنا اب اسلام نہیں ہے۔ اسلام تو وہ ہے جو خدا نے بتایا ہے، جو رسول نے بتایا ہے، وہ ہے اسلام۔ تو ایک ریزن</w:t>
      </w:r>
    </w:p>
    <w:p>
      <w:r>
        <w:rPr>
          <w:b/>
        </w:rPr>
        <w:t xml:space="preserve">[43:37] </w:t>
      </w:r>
      <w:r>
        <w:t>yeh hai.</w:t>
      </w:r>
    </w:p>
    <w:p>
      <w:pPr>
        <w:jc w:val="right"/>
      </w:pPr>
      <w:r>
        <w:t>یہ ہے۔</w:t>
      </w:r>
    </w:p>
    <w:p>
      <w:r>
        <w:rPr>
          <w:b/>
        </w:rPr>
        <w:t xml:space="preserve">[43:43] </w:t>
      </w:r>
      <w:r>
        <w:t>doosra reason yeh hai ke logon ne khud se yeh samajh liya hai ke similar ideas hon, tab</w:t>
      </w:r>
    </w:p>
    <w:p>
      <w:pPr>
        <w:jc w:val="right"/>
      </w:pPr>
      <w:r>
        <w:t>دوسرا ریزن یہ ہے کہ لوگوں نے خود سے یہ سمجھ لیا ہے کہ سمیلر آئیڈیاز ہوں، تب</w:t>
      </w:r>
    </w:p>
    <w:p>
      <w:r>
        <w:rPr>
          <w:b/>
        </w:rPr>
        <w:t xml:space="preserve">[43:49] </w:t>
      </w:r>
      <w:r>
        <w:t>social harmony aye gi.</w:t>
      </w:r>
    </w:p>
    <w:p>
      <w:pPr>
        <w:jc w:val="right"/>
      </w:pPr>
      <w:r>
        <w:t>سوشل ہارمونی آئے گی۔</w:t>
      </w:r>
    </w:p>
    <w:p>
      <w:r>
        <w:rPr>
          <w:b/>
        </w:rPr>
        <w:t xml:space="preserve">[43:55] </w:t>
      </w:r>
      <w:r>
        <w:t>yeh yeh yeh supposition hi galat hai.</w:t>
      </w:r>
    </w:p>
    <w:p>
      <w:pPr>
        <w:jc w:val="right"/>
      </w:pPr>
      <w:r>
        <w:t>یہ یہ یہ سپوزیشن ہی غلط ہے۔</w:t>
      </w:r>
    </w:p>
    <w:p>
      <w:r>
        <w:rPr>
          <w:b/>
        </w:rPr>
        <w:t xml:space="preserve">[44:01] </w:t>
      </w:r>
      <w:r>
        <w:t>yeh samajh lena ke social ideas similar ideas hon, tab social harmony aye gi, to yeh hypothesis hi galat hai. yeh kyunke</w:t>
      </w:r>
    </w:p>
    <w:p>
      <w:pPr>
        <w:jc w:val="right"/>
      </w:pPr>
      <w:r>
        <w:t>یہ سمجھ لینا کہ سوشل آئیڈیاز سمیلر آئیڈیاز ہوں، تب سوشل ہارمونی آئے گی، تو یہ ہائیپوتھیسز ہی غلط ہے۔ یہ کیونکہ</w:t>
      </w:r>
    </w:p>
    <w:p>
      <w:r>
        <w:rPr>
          <w:b/>
        </w:rPr>
        <w:t xml:space="preserve">[44:07] </w:t>
      </w:r>
      <w:r>
        <w:t>asal cheez hai adjustment.</w:t>
      </w:r>
    </w:p>
    <w:p>
      <w:pPr>
        <w:jc w:val="right"/>
      </w:pPr>
      <w:r>
        <w:t>اصل چیز ہے ایڈجسٹمنٹ۔</w:t>
      </w:r>
    </w:p>
    <w:p>
      <w:r>
        <w:rPr>
          <w:b/>
        </w:rPr>
        <w:t xml:space="preserve">[44:13] </w:t>
      </w:r>
      <w:r>
        <w:t>similarity to na hui hai, na kabhi hoti hai.</w:t>
      </w:r>
    </w:p>
    <w:p>
      <w:pPr>
        <w:jc w:val="right"/>
      </w:pPr>
      <w:r>
        <w:t>سمیلریٹی تو نہ ہوئی ہے، نہ کبھی ہوتی ہے۔</w:t>
      </w:r>
    </w:p>
    <w:p>
      <w:r>
        <w:rPr>
          <w:b/>
        </w:rPr>
        <w:t xml:space="preserve">[44:19] </w:t>
      </w:r>
      <w:r>
        <w:t>ideas ka similar hona yeh na to na to yeh nature ka tareeqa hai, na islam ki teaching hai.</w:t>
      </w:r>
    </w:p>
    <w:p>
      <w:pPr>
        <w:jc w:val="right"/>
      </w:pPr>
      <w:r>
        <w:t>آئیڈیاز کا سمیلر ہونا یہ نہ تو نہ تو یہ نیچر کا طریقہ ہے، نہ اسلام کی ٹیچنگ ہے۔</w:t>
      </w:r>
    </w:p>
    <w:p>
      <w:r>
        <w:rPr>
          <w:b/>
        </w:rPr>
        <w:t xml:space="preserve">[44:25] </w:t>
      </w:r>
      <w:r>
        <w:t>ideas to similar kabhi hote hi nahi hain.</w:t>
      </w:r>
    </w:p>
    <w:p>
      <w:pPr>
        <w:jc w:val="right"/>
      </w:pPr>
      <w:r>
        <w:t>آئیڈیاز تو سمیلر کبھی ہوتے ہی نہیں ہیں۔</w:t>
      </w:r>
    </w:p>
    <w:p>
      <w:r>
        <w:rPr>
          <w:b/>
        </w:rPr>
        <w:t xml:space="preserve">[44:31] </w:t>
      </w:r>
      <w:r>
        <w:t>jab logon ke taste alag hain, soch alag hai to ideas sim</w:t>
      </w:r>
    </w:p>
    <w:p>
      <w:pPr>
        <w:jc w:val="right"/>
      </w:pPr>
      <w:r>
        <w:t>جب لوگوں کے ٹیسٹ الگ ہیں، سوچ الگ ہے تو آئیڈیاز سم</w:t>
      </w:r>
    </w:p>
    <w:p>
      <w:r>
        <w:rPr>
          <w:b/>
        </w:rPr>
        <w:t xml:space="preserve">[44:37] </w:t>
      </w:r>
      <w:r>
        <w:t>ilar kaise hon ge? to yeh samajh lena ke similar ideas hon ge, tab social harmony ho gi, yeh</w:t>
      </w:r>
    </w:p>
    <w:p>
      <w:pPr>
        <w:jc w:val="right"/>
      </w:pPr>
      <w:r>
        <w:t>یلر کیسے ہوں گے؟ تو یہ سمجھ لینا کہ سمیلر آئیڈیاز ہوں گے، تب سوشل ہارمونی ہوگی، یہ</w:t>
      </w:r>
    </w:p>
    <w:p>
      <w:r>
        <w:rPr>
          <w:b/>
        </w:rPr>
        <w:t xml:space="preserve">[44:43] </w:t>
      </w:r>
      <w:r>
        <w:t>apne aap mein soch hi galat hai.</w:t>
      </w:r>
    </w:p>
    <w:p>
      <w:pPr>
        <w:jc w:val="right"/>
      </w:pPr>
      <w:r>
        <w:t>اپنے آپ میں سوچ ہی غلط ہے۔</w:t>
      </w:r>
    </w:p>
    <w:p>
      <w:r>
        <w:rPr>
          <w:b/>
        </w:rPr>
        <w:t xml:space="preserve">[44:50] </w:t>
      </w:r>
      <w:r>
        <w:t>yani similar ideas se kabhi bhi aisa nahi ho sakta hai ke social harmony aa jaye.</w:t>
      </w:r>
    </w:p>
    <w:p>
      <w:pPr>
        <w:jc w:val="right"/>
      </w:pPr>
      <w:r>
        <w:t>یعنی سمیلر آئیڈیاز سے کبھی بھی ایسا نہیں ہو سکتا ہے کہ سوشل ہارمونی آ جائے۔</w:t>
      </w:r>
    </w:p>
    <w:p>
      <w:r>
        <w:rPr>
          <w:b/>
        </w:rPr>
        <w:t xml:space="preserve">[44:56] </w:t>
      </w:r>
      <w:r>
        <w:t>yani agar ideas ek hon, tab bhi larai ho sakti hai.</w:t>
      </w:r>
    </w:p>
    <w:p>
      <w:pPr>
        <w:jc w:val="right"/>
      </w:pPr>
      <w:r>
        <w:t>یعنی اگر آئیڈیاز ایک ہوں، تب بھی لڑائی ہو سکتی ہے۔</w:t>
      </w:r>
    </w:p>
    <w:p>
      <w:r>
        <w:rPr>
          <w:b/>
        </w:rPr>
        <w:t xml:space="preserve">[45:02] </w:t>
      </w:r>
      <w:r>
        <w:t>ek mazhab ke log aapas mein ladte hain,</w:t>
      </w:r>
    </w:p>
    <w:p>
      <w:pPr>
        <w:jc w:val="right"/>
      </w:pPr>
      <w:r>
        <w:t>ایک مذہب کے لوگ آپس میں لڑتے ہیں،</w:t>
      </w:r>
    </w:p>
    <w:p>
      <w:r>
        <w:rPr>
          <w:b/>
        </w:rPr>
        <w:t xml:space="preserve">[45:08] </w:t>
      </w:r>
      <w:r>
        <w:t>saari duniya mein.</w:t>
      </w:r>
    </w:p>
    <w:p>
      <w:pPr>
        <w:jc w:val="right"/>
      </w:pPr>
      <w:r>
        <w:t>ساری دنیا میں۔</w:t>
      </w:r>
    </w:p>
    <w:p>
      <w:r>
        <w:rPr>
          <w:b/>
        </w:rPr>
        <w:t xml:space="preserve">[45:14] </w:t>
      </w:r>
      <w:r>
        <w:t>ek mazhab ke manne wale aapas mein ladte hain, halanke dono ke ideas ek hain.</w:t>
      </w:r>
    </w:p>
    <w:p>
      <w:pPr>
        <w:jc w:val="right"/>
      </w:pPr>
      <w:r>
        <w:t>ایک مذہب کے ماننے والے آپس میں لڑتے ہیں، حالانکہ دونوں کے آئیڈیاز ایک ہیں۔</w:t>
      </w:r>
    </w:p>
    <w:p>
      <w:r>
        <w:rPr>
          <w:b/>
        </w:rPr>
        <w:t xml:space="preserve">[45:20] </w:t>
      </w:r>
      <w:r>
        <w:t>to iska talluq aap ke, dekhiye, aap ke temperaments se hai.</w:t>
      </w:r>
    </w:p>
    <w:p>
      <w:pPr>
        <w:jc w:val="right"/>
      </w:pPr>
      <w:r>
        <w:t>تو اس کا تعلق آپ کے، دیکھیے، آپ کے ٹیمپرامنٹس سے ہے۔</w:t>
      </w:r>
    </w:p>
    <w:p>
      <w:r>
        <w:rPr>
          <w:b/>
        </w:rPr>
        <w:t xml:space="preserve">[45:26] </w:t>
      </w:r>
      <w:r>
        <w:t>social harmony ka talluq aap ke temperaments se hai, aap ki soch se hai, aap ki thinking se hai.</w:t>
      </w:r>
    </w:p>
    <w:p>
      <w:pPr>
        <w:jc w:val="right"/>
      </w:pPr>
      <w:r>
        <w:t>سوشل ہارمونی کا تعلق آپ کے ٹیمپرامنٹس سے ہے، آپ کی سوچ سے ہے، آپ کی تھنکنگ سے ہے۔</w:t>
      </w:r>
    </w:p>
    <w:p>
      <w:r>
        <w:rPr>
          <w:b/>
        </w:rPr>
        <w:t xml:space="preserve">[45:32] </w:t>
      </w:r>
      <w:r>
        <w:t>agar aap ka temper</w:t>
      </w:r>
    </w:p>
    <w:p>
      <w:pPr>
        <w:jc w:val="right"/>
      </w:pPr>
      <w:r>
        <w:t>اگر آپ کا ٹیمپر</w:t>
      </w:r>
    </w:p>
    <w:p>
      <w:r>
        <w:rPr>
          <w:b/>
        </w:rPr>
        <w:t xml:space="preserve">[45:38] </w:t>
      </w:r>
      <w:r>
        <w:t>ament jo hai, woh adjustment ka hai to aap jis society mein rahenge, wahan par aap peace ke sath rahenge. isi liye ek aadmi aaya prophet ke paas, usne poocha ke ek baat thi, mujhe aisa formula bataiye zindagi ka jo har jagah applicable ho. to aap ne kaha ke la taghzab, ghussa na karo</w:t>
      </w:r>
    </w:p>
    <w:p>
      <w:pPr>
        <w:jc w:val="right"/>
      </w:pPr>
      <w:r>
        <w:t>امنٹ جو ہے، وہ ایڈجسٹمنٹ کا ہے تو آپ جس سوسائٹی میں رہیں گے، وہاں پر آپ پیس کے ساتھ رہیں گے۔ اسی لیے ایک آدمی آیا پرافٹ کے پاس، اس نے پوچھا کہ ایک بہت تھی، مجھے ایسا فارمولا بتائیے زندگی کا جو ہر جگہ ایپلیکیبل ہو۔ تو آپ نے کہا کہ لا تغضب، غصہ نہ کرو</w:t>
      </w:r>
    </w:p>
    <w:p>
      <w:r>
        <w:rPr>
          <w:b/>
        </w:rPr>
        <w:t xml:space="preserve">[46:08] </w:t>
      </w:r>
      <w:r>
        <w:t>don't be angry.</w:t>
      </w:r>
    </w:p>
    <w:p>
      <w:pPr>
        <w:jc w:val="right"/>
      </w:pPr>
      <w:r>
        <w:t>، ڈونٹ بی اینگری۔</w:t>
      </w:r>
    </w:p>
    <w:p>
      <w:r>
        <w:rPr>
          <w:b/>
        </w:rPr>
        <w:t xml:space="preserve">[46:14] </w:t>
      </w:r>
      <w:r>
        <w:t>iska matlab kya hai? ke negatively react na karo.</w:t>
      </w:r>
    </w:p>
    <w:p>
      <w:pPr>
        <w:jc w:val="right"/>
      </w:pPr>
      <w:r>
        <w:t>اس کا مطلب کیا ہے؟ کہ نیگیٹیولی ری ایکٹ نہ کرو۔</w:t>
      </w:r>
    </w:p>
    <w:p>
      <w:r>
        <w:rPr>
          <w:b/>
        </w:rPr>
        <w:t xml:space="preserve">[46:20] </w:t>
      </w:r>
      <w:r>
        <w:t>kitna acha formula hai, sochiye aap is par.</w:t>
      </w:r>
    </w:p>
    <w:p>
      <w:pPr>
        <w:jc w:val="right"/>
      </w:pPr>
      <w:r>
        <w:t>کتنا اچھا فارمولا ہے، سوچیے آپ اس پر۔</w:t>
      </w:r>
    </w:p>
    <w:p>
      <w:r>
        <w:rPr>
          <w:b/>
        </w:rPr>
        <w:t xml:space="preserve">[46:26] </w:t>
      </w:r>
      <w:r>
        <w:t>aadmi jab rehta hai kahin, chahe family mein ho, society mein ho, kahin bhi ho, to bar bar</w:t>
      </w:r>
    </w:p>
    <w:p>
      <w:pPr>
        <w:jc w:val="right"/>
      </w:pPr>
      <w:r>
        <w:t>آدمی جب رہتا ہے کہیں، چاہے فیملی میں ہو، سوسائٹی میں ہو، کہیں بھی ہو، تو بار بار</w:t>
      </w:r>
    </w:p>
    <w:p>
      <w:r>
        <w:rPr>
          <w:b/>
        </w:rPr>
        <w:t xml:space="preserve">[46:33] </w:t>
      </w:r>
      <w:r>
        <w:t>aisa hota hai ke us ki soch ke se alag doosron ki soch hoti hai.</w:t>
      </w:r>
    </w:p>
    <w:p>
      <w:pPr>
        <w:jc w:val="right"/>
      </w:pPr>
      <w:r>
        <w:t>ایسا ہوتا ہے کہ اس کی سوچ کے سے الگ دوسروں کی سوچ ہوتی ہے۔</w:t>
      </w:r>
    </w:p>
    <w:p>
      <w:r>
        <w:rPr>
          <w:b/>
        </w:rPr>
        <w:t xml:space="preserve">[46:39] </w:t>
      </w:r>
      <w:r>
        <w:t>log koi aisa kaam kar dete hain jo aap ko bura lagta hai, aap provoke ho jate hain.</w:t>
      </w:r>
    </w:p>
    <w:p>
      <w:pPr>
        <w:jc w:val="right"/>
      </w:pPr>
      <w:r>
        <w:t>لوگ کوئی ایسا کام کر دیتے ہیں جو آپ کو برا لگتا ہے، آپ پرووک ہو جاتے ہیں۔</w:t>
      </w:r>
    </w:p>
    <w:p>
      <w:r>
        <w:rPr>
          <w:b/>
        </w:rPr>
        <w:t xml:space="preserve">[46:44] </w:t>
      </w:r>
      <w:r>
        <w:t>is tarah ka bar bar hota hai.</w:t>
      </w:r>
    </w:p>
    <w:p>
      <w:pPr>
        <w:jc w:val="right"/>
      </w:pPr>
      <w:r>
        <w:t>اس طرح کا بار بار ہوتا ہے۔</w:t>
      </w:r>
    </w:p>
    <w:p>
      <w:r>
        <w:rPr>
          <w:b/>
        </w:rPr>
        <w:t xml:space="preserve">[46:49] </w:t>
      </w:r>
      <w:r>
        <w:t>to us waqt aap ghussa ho jate hain.</w:t>
      </w:r>
    </w:p>
    <w:p>
      <w:pPr>
        <w:jc w:val="right"/>
      </w:pPr>
      <w:r>
        <w:t>تو اس وقت آپ غصہ ہو جاتے ہیں۔</w:t>
      </w:r>
    </w:p>
    <w:p>
      <w:r>
        <w:rPr>
          <w:b/>
        </w:rPr>
        <w:t xml:space="preserve">[46:54] </w:t>
      </w:r>
      <w:r>
        <w:t>to jab aap ne yeh kaha ke la taghzab, ghussa na karo, to matlab kya hai? different situation</w:t>
      </w:r>
    </w:p>
    <w:p>
      <w:pPr>
        <w:jc w:val="right"/>
      </w:pPr>
      <w:r>
        <w:t>تو جب آپ نے یہ کہا کہ لا تغضب، غصہ نہ کرو، تو مطلب کیا ہے؟ ڈفرنٹ سچویشن</w:t>
      </w:r>
    </w:p>
    <w:p>
      <w:r>
        <w:rPr>
          <w:b/>
        </w:rPr>
        <w:t xml:space="preserve">[47:00] </w:t>
      </w:r>
      <w:r>
        <w:t>ko tolerate karo.</w:t>
      </w:r>
    </w:p>
    <w:p>
      <w:pPr>
        <w:jc w:val="right"/>
      </w:pPr>
      <w:r>
        <w:t>کو ٹولریٹ کرو۔</w:t>
      </w:r>
    </w:p>
    <w:p>
      <w:r>
        <w:rPr>
          <w:b/>
        </w:rPr>
        <w:t xml:space="preserve">[47:05] </w:t>
      </w:r>
      <w:r>
        <w:t>iska ulta kya hai? sochiye aap, ghussa na karo ka ulta kya hai?</w:t>
      </w:r>
    </w:p>
    <w:p>
      <w:pPr>
        <w:jc w:val="right"/>
      </w:pPr>
      <w:r>
        <w:t>اس کا الٹا کیا ہے؟ سوچیے آپ، غصہ نہ کرو کا الٹا کیا ہے؟</w:t>
      </w:r>
    </w:p>
    <w:p>
      <w:r>
        <w:rPr>
          <w:b/>
        </w:rPr>
        <w:t xml:space="preserve">[47:10] </w:t>
      </w:r>
      <w:r>
        <w:t>ghussa na karo ka ulta kya hai? iska matlab hai ke tolerate karo, adjust karo.</w:t>
      </w:r>
    </w:p>
    <w:p>
      <w:pPr>
        <w:jc w:val="right"/>
      </w:pPr>
      <w:r>
        <w:t>غصہ نہ کرو کا الٹا کیا ہے؟ اس کا مطلب ہے کہ ٹولریٹ کرو، ایڈجسٹ کرو۔</w:t>
      </w:r>
    </w:p>
    <w:p>
      <w:r>
        <w:rPr>
          <w:b/>
        </w:rPr>
        <w:t xml:space="preserve">[47:18] </w:t>
      </w:r>
      <w:r>
        <w:t>yani jo situation tum ko lagti hai ke yeh theek nahi hai, us ko mitane ke liye na utho.</w:t>
      </w:r>
    </w:p>
    <w:p>
      <w:pPr>
        <w:jc w:val="right"/>
      </w:pPr>
      <w:r>
        <w:t>یعنی جو سچویشن تم کو لگتی ہے کہ یہ ٹھیک نہیں ہے، اس کو مٹانے کے لیے نہ اٹھو۔</w:t>
      </w:r>
    </w:p>
    <w:p>
      <w:r>
        <w:rPr>
          <w:b/>
        </w:rPr>
        <w:t xml:space="preserve">[47:25] </w:t>
      </w:r>
      <w:r>
        <w:t>logon ko samjhao, pichao peaceful tareeqe se, woh tumhara right hai.</w:t>
      </w:r>
    </w:p>
    <w:p>
      <w:pPr>
        <w:jc w:val="right"/>
      </w:pPr>
      <w:r>
        <w:t>لوگوں کو سمجھاؤ، پوچھاؤ پیس فل طریقے سے، وہ تمہارا رائٹ ہے۔</w:t>
      </w:r>
    </w:p>
    <w:p>
      <w:r>
        <w:rPr>
          <w:b/>
        </w:rPr>
        <w:t xml:space="preserve">[47:33] </w:t>
      </w:r>
      <w:r>
        <w:t>lekin us ko elaborate karna chaho, us ko to bulldoze karna chaho. jaise ek</w:t>
      </w:r>
    </w:p>
    <w:p>
      <w:pPr>
        <w:jc w:val="right"/>
      </w:pPr>
      <w:r>
        <w:t>لیکن اس کو ایلیبریٹ کرنا چاہو، اس کو تو بلڈوز کرنا چاہو۔ جیسے ایک</w:t>
      </w:r>
    </w:p>
    <w:p>
      <w:r>
        <w:rPr>
          <w:b/>
        </w:rPr>
        <w:t xml:space="preserve">[47:40] </w:t>
      </w:r>
      <w:r>
        <w:t>speaker the, bare josh se bol rahe the.</w:t>
      </w:r>
    </w:p>
    <w:p>
      <w:pPr>
        <w:jc w:val="right"/>
      </w:pPr>
      <w:r>
        <w:t>اسپیکر تھے، بڑے جوش سے بول رہے تھے۔</w:t>
      </w:r>
    </w:p>
    <w:p>
      <w:r>
        <w:rPr>
          <w:b/>
        </w:rPr>
        <w:t xml:space="preserve">[47:46] </w:t>
      </w:r>
      <w:r>
        <w:t>wo bolte bolte wo kehte hain ke bilduz deam aal.</w:t>
      </w:r>
    </w:p>
    <w:p>
      <w:pPr>
        <w:jc w:val="right"/>
      </w:pPr>
      <w:r>
        <w:t>وہ بولتے بولتے وہ کہتے ہیں کہ بلڈوز دیم آل۔</w:t>
      </w:r>
    </w:p>
    <w:p>
      <w:r>
        <w:rPr>
          <w:b/>
        </w:rPr>
        <w:t xml:space="preserve">[47:52] </w:t>
      </w:r>
      <w:r>
        <w:t>aik speaker thay, to wo bohat, yaani orator thay, un ko oratory aati thi, bohat achay orator thay.</w:t>
      </w:r>
    </w:p>
    <w:p>
      <w:pPr>
        <w:jc w:val="right"/>
      </w:pPr>
      <w:r>
        <w:t>ایک اسپیکر تھے، تو وہ بہت، یعنی اوریٹر تھے، ان کو اوریٹری آتی تھی، بہت اچھے اوریٹر تھے۔</w:t>
      </w:r>
    </w:p>
    <w:p>
      <w:r>
        <w:rPr>
          <w:b/>
        </w:rPr>
        <w:t xml:space="preserve">[47:58] </w:t>
      </w:r>
      <w:r>
        <w:t>wo baray josh mein bol rahay thay, bolte bolte unhon nay kaha ke bilduz deam aal.</w:t>
      </w:r>
    </w:p>
    <w:p>
      <w:pPr>
        <w:jc w:val="right"/>
      </w:pPr>
      <w:r>
        <w:t>وہ بڑے جوش میں بول رہے تھے، بولتے بولتے انہوں نے کہا کہ بلڈوز دیم آل۔</w:t>
      </w:r>
    </w:p>
    <w:p>
      <w:r>
        <w:rPr>
          <w:b/>
        </w:rPr>
        <w:t xml:space="preserve">[48:04] </w:t>
      </w:r>
      <w:r>
        <w:t>to jo aap ko lagay ke aap kay rastay say alag rasta chal raha hai, to un ko bil</w:t>
      </w:r>
    </w:p>
    <w:p>
      <w:pPr>
        <w:jc w:val="right"/>
      </w:pPr>
      <w:r>
        <w:t>تو جو آپ کو لگے کہ آپ کے راستے سے الگ راستہ چل رہا ہے، تو ان کو بل</w:t>
      </w:r>
    </w:p>
    <w:p>
      <w:r>
        <w:rPr>
          <w:b/>
        </w:rPr>
        <w:t xml:space="preserve">[48:10] </w:t>
      </w:r>
      <w:r>
        <w:t>duz karo.</w:t>
      </w:r>
    </w:p>
    <w:p>
      <w:pPr>
        <w:jc w:val="right"/>
      </w:pPr>
      <w:r>
        <w:t>ڈوز کرو۔</w:t>
      </w:r>
    </w:p>
    <w:p>
      <w:r>
        <w:rPr>
          <w:b/>
        </w:rPr>
        <w:t xml:space="preserve">[48:16] </w:t>
      </w:r>
      <w:r>
        <w:t>It is this mentality that creates problem.</w:t>
      </w:r>
    </w:p>
    <w:p>
      <w:pPr>
        <w:jc w:val="right"/>
      </w:pPr>
      <w:r>
        <w:t>اٹ از دس مینٹیلٹی دیٹ کریٹس پرابلم۔</w:t>
      </w:r>
    </w:p>
    <w:p>
      <w:r>
        <w:rPr>
          <w:b/>
        </w:rPr>
        <w:t xml:space="preserve">[48:23] </w:t>
      </w:r>
      <w:r>
        <w:t>aap bilduz kyun karain gay? aap un say dialogue kijiye.</w:t>
      </w:r>
    </w:p>
    <w:p>
      <w:pPr>
        <w:jc w:val="right"/>
      </w:pPr>
      <w:r>
        <w:t>آپ بلڈوز کیوں کریں گے؟ آپ ان سے ڈائیلاگ کیجئے۔</w:t>
      </w:r>
    </w:p>
    <w:p>
      <w:r>
        <w:rPr>
          <w:b/>
        </w:rPr>
        <w:t xml:space="preserve">[48:29] </w:t>
      </w:r>
      <w:r>
        <w:t>initiate dialogue, initiate peaceful discussion.</w:t>
      </w:r>
    </w:p>
    <w:p>
      <w:pPr>
        <w:jc w:val="right"/>
      </w:pPr>
      <w:r>
        <w:t>انیشیٹ ڈائیلاگ، انیشیٹ پیس فل ڈسکشن۔</w:t>
      </w:r>
    </w:p>
    <w:p>
      <w:r>
        <w:rPr>
          <w:b/>
        </w:rPr>
        <w:t xml:space="preserve">[48:35] </w:t>
      </w:r>
      <w:r>
        <w:t>تو bulldoze them all mentality جو ہے، یہ پرابلم کریٹ کرتی ہے۔</w:t>
      </w:r>
    </w:p>
    <w:p>
      <w:pPr>
        <w:jc w:val="right"/>
      </w:pPr>
      <w:r>
        <w:t>تو بلڈوز دیم آل مینٹیلٹی جو ہے، یہ پرابلم کریٹ کرتی ہے۔</w:t>
      </w:r>
    </w:p>
    <w:p>
      <w:r>
        <w:rPr>
          <w:b/>
        </w:rPr>
        <w:t xml:space="preserve">[48:41] </w:t>
      </w:r>
      <w:r>
        <w:t>Aur ek baat aur bhi is mein hai, dekhiye, log jo hain, woh peaceful discussion ki value nahin samajhte.</w:t>
      </w:r>
    </w:p>
    <w:p>
      <w:pPr>
        <w:jc w:val="right"/>
      </w:pPr>
      <w:r>
        <w:t>اور ایک بات اور بھی اس میں ہے، دیکھیے، لوگ جو ہیں، وہ پیس فل ڈسکشن کی ویلیو نہیں سمجھتے۔</w:t>
      </w:r>
    </w:p>
    <w:p>
      <w:r>
        <w:rPr>
          <w:b/>
        </w:rPr>
        <w:t xml:space="preserve">[48:51] </w:t>
      </w:r>
      <w:r>
        <w:t>agar koi aisa aadmi milay jis ki soch mujh say alag ho, us say mein baat cheet karoon</w:t>
      </w:r>
    </w:p>
    <w:p>
      <w:pPr>
        <w:jc w:val="right"/>
      </w:pPr>
      <w:r>
        <w:t>اگر کوئی ایسا آدمی ملے جس کی سوچ مجھ سے الگ ہو، اس سے میں بات چیت کروں</w:t>
      </w:r>
    </w:p>
    <w:p>
      <w:r>
        <w:rPr>
          <w:b/>
        </w:rPr>
        <w:t xml:space="preserve">[49:02] </w:t>
      </w:r>
      <w:r>
        <w:t>پیس فل ڈھنگ پر، مطلب اس کی سنوں، اپنی کہوں، تو مجھے بہت زیادہ learning ہوتی ہے۔</w:t>
      </w:r>
    </w:p>
    <w:p>
      <w:pPr>
        <w:jc w:val="right"/>
      </w:pPr>
      <w:r>
        <w:t>پیس فل ڈھنگ پر، مطلب اس کی سنوں، اپنی کہوں، تو مجھے بہت زیادہ لرننگ ہوتی ہے۔</w:t>
      </w:r>
    </w:p>
    <w:p>
      <w:r>
        <w:rPr>
          <w:b/>
        </w:rPr>
        <w:t xml:space="preserve">[49:12] </w:t>
      </w:r>
      <w:r>
        <w:t>bahut zyada learning hoti hai. yaani agar koi aadmi hai jiski soch mujhse alag hai, aur main us se discussion karta hoon, to phir learning badhti hai. kyunke ek ek aur baat woh kahega, ek aur dhang se woh soch raha hoga, usko woh pesh karega. ab main usko sunoon. lekin log kya karte hain? maine dekha hai ke zyada tar do mein se ek evil mein log pade</w:t>
      </w:r>
    </w:p>
    <w:p>
      <w:pPr>
        <w:jc w:val="right"/>
      </w:pPr>
      <w:r>
        <w:t>بہت زیادہ لرننگ ہوتی ہے۔ یعنی اگر کوئی آدمی ہے جس کی سوچ مجھ سے الگ ہے، اور میں اس سے ڈسکشن کرتا ہوں، تو پھر لرننگ بڑھتی ہے۔ کیونکہ ایک ایک اور بات وہ کہے گا، ایک اور ڈھنگ سے وہ سوچ رہا ہوگا، اس کو وہ پیش کرے گا۔ اب میں اس کو سنوں۔ لیکن لوگ کیا کرتے ہیں؟ میں نے دیکھا ہے کہ زیادہ تر دو میں سے ایک ایول میں لوگ پڑے</w:t>
      </w:r>
    </w:p>
    <w:p>
      <w:r>
        <w:rPr>
          <w:b/>
        </w:rPr>
        <w:t xml:space="preserve">[49:42] </w:t>
      </w:r>
      <w:r>
        <w:t>rahtay hain.</w:t>
      </w:r>
    </w:p>
    <w:p>
      <w:pPr>
        <w:jc w:val="right"/>
      </w:pPr>
      <w:r>
        <w:t>رہتے ہیں۔</w:t>
      </w:r>
    </w:p>
    <w:p>
      <w:r>
        <w:rPr>
          <w:b/>
        </w:rPr>
        <w:t xml:space="preserve">[49:48] </w:t>
      </w:r>
      <w:r>
        <w:t>ya to wo mono logger ban jatay hain, ya violent ban jatay hain.</w:t>
      </w:r>
    </w:p>
    <w:p>
      <w:pPr>
        <w:jc w:val="right"/>
      </w:pPr>
      <w:r>
        <w:t>یا تو وہ مونو لاگر بن جاتے ہیں، یا وائلنٹ بن جاتے ہیں۔</w:t>
      </w:r>
    </w:p>
    <w:p>
      <w:r>
        <w:rPr>
          <w:b/>
        </w:rPr>
        <w:t xml:space="preserve">[49:55] </w:t>
      </w:r>
      <w:r>
        <w:t>jahan difference of opinion ho, wahan ya to wo ghusay mein aa jatay hain, larnay lagtay hain, militancy</w:t>
      </w:r>
    </w:p>
    <w:p>
      <w:pPr>
        <w:jc w:val="right"/>
      </w:pPr>
      <w:r>
        <w:t>جہاں ڈیفرنس آف اوپینین ہو، وہاں یا تو وہ غصہ میں آ جاتے ہیں، لڑنے لگتے ہیں، ملٹینسی</w:t>
      </w:r>
    </w:p>
    <w:p>
      <w:r>
        <w:rPr>
          <w:b/>
        </w:rPr>
        <w:t xml:space="preserve">[50:01] </w:t>
      </w:r>
      <w:r>
        <w:t>چلا دیتے ہیں، یا تو یہ کرتے ہیں، یا پھر وہ بس monologuer بن جاتے ہیں۔</w:t>
      </w:r>
    </w:p>
    <w:p>
      <w:pPr>
        <w:jc w:val="right"/>
      </w:pPr>
      <w:r>
        <w:t>چلا دیتے ہیں، یا تو یہ کرتے ہیں، یا پھر وہ بس مونو لاگر بن جاتے ہیں۔</w:t>
      </w:r>
    </w:p>
    <w:p>
      <w:r>
        <w:rPr>
          <w:b/>
        </w:rPr>
        <w:t xml:space="preserve">[50:08] </w:t>
      </w:r>
      <w:r>
        <w:t>yaani apni hi baat kehtay hain, doosri ko suntay nahin.</w:t>
      </w:r>
    </w:p>
    <w:p>
      <w:pPr>
        <w:jc w:val="right"/>
      </w:pPr>
      <w:r>
        <w:t>یعنی اپنی ہی بات کہتے ہیں، دوسری کو سنتے نہیں۔</w:t>
      </w:r>
    </w:p>
    <w:p>
      <w:r>
        <w:rPr>
          <w:b/>
        </w:rPr>
        <w:t xml:space="preserve">[50:14] </w:t>
      </w:r>
      <w:r>
        <w:t>تو اگر آپ militancy کے راستے پر چلے جائیں، تب بھی آپ کو کچھ فائدہ نہیں ہوا۔</w:t>
      </w:r>
    </w:p>
    <w:p>
      <w:pPr>
        <w:jc w:val="right"/>
      </w:pPr>
      <w:r>
        <w:t>تو اگر آپ ملٹینسی کے راستے پر چلے جائیں، تب بھی آپ کو کچھ فائدہ نہیں ہوا۔</w:t>
      </w:r>
    </w:p>
    <w:p>
      <w:r>
        <w:rPr>
          <w:b/>
        </w:rPr>
        <w:t xml:space="preserve">[50:20] </w:t>
      </w:r>
      <w:r>
        <w:t>lariye, mariye, lariye, mariye, kisi waqt khatam ho jaiye, to kiya faida mila aap ko? aur agar aap</w:t>
      </w:r>
    </w:p>
    <w:p>
      <w:pPr>
        <w:jc w:val="right"/>
      </w:pPr>
      <w:r>
        <w:t>لڑیے، مریے، لڑیے، مریے، کسی وقت ختم ہو جائیے، تو کیا فائدہ ملا آپ کو؟ اور اگر آپ</w:t>
      </w:r>
    </w:p>
    <w:p>
      <w:r>
        <w:rPr>
          <w:b/>
        </w:rPr>
        <w:t xml:space="preserve">[50:27] </w:t>
      </w:r>
      <w:r>
        <w:t>mono logger ban jayen, tab bhi koi faida nahin mila aap ko.</w:t>
      </w:r>
    </w:p>
    <w:p>
      <w:pPr>
        <w:jc w:val="right"/>
      </w:pPr>
      <w:r>
        <w:t>مونو لاگر بن جائیں، تب بھی کوئی فائدہ نہیں ملا آپ کو۔</w:t>
      </w:r>
    </w:p>
    <w:p>
      <w:r>
        <w:rPr>
          <w:b/>
        </w:rPr>
        <w:t xml:space="preserve">[50:33] </w:t>
      </w:r>
      <w:r>
        <w:t>kyunkay apnay paas jo hai, usi ko aap udail rahay hain, bas doosray say kuch aap share nahin</w:t>
      </w:r>
    </w:p>
    <w:p>
      <w:pPr>
        <w:jc w:val="right"/>
      </w:pPr>
      <w:r>
        <w:t>کیونکہ اپنے پاس جو ہے، اسی کو آپ اڈیل رہے ہیں، بس دوسرے سے کچھ آپ شیئر نہیں</w:t>
      </w:r>
    </w:p>
    <w:p>
      <w:r>
        <w:rPr>
          <w:b/>
        </w:rPr>
        <w:t xml:space="preserve">[50:40] </w:t>
      </w:r>
      <w:r>
        <w:t>کر رہے، دوسرے سے آپ کوئی learning نہیں کر رہے۔</w:t>
      </w:r>
    </w:p>
    <w:p>
      <w:pPr>
        <w:jc w:val="right"/>
      </w:pPr>
      <w:r>
        <w:t>کر رہے، دوسرے سے آپ کوئی لرننگ نہیں کر رہے۔</w:t>
      </w:r>
    </w:p>
    <w:p>
      <w:r>
        <w:rPr>
          <w:b/>
        </w:rPr>
        <w:t xml:space="preserve">[50:46] </w:t>
      </w:r>
      <w:r>
        <w:t>تو جو monologue ہوتا ہے، وہ بھی بہت بڑا، یعنی نقصان اٹھاتا ہے۔ نقصان۔</w:t>
      </w:r>
    </w:p>
    <w:p>
      <w:pPr>
        <w:jc w:val="right"/>
      </w:pPr>
      <w:r>
        <w:t>تو جو مونو لاگر ہوتا ہے، وہ بھی بہت بڑا، یعنی نقصان اٹھاتا ہے۔ نقصان۔</w:t>
      </w:r>
    </w:p>
    <w:p>
      <w:r>
        <w:rPr>
          <w:b/>
        </w:rPr>
        <w:t xml:space="preserve">[50:51] </w:t>
      </w:r>
      <w:r>
        <w:t>kyunkay us ko itna hi pata hai ke meray paas yeh ideas hain, in ko mujhe bolna hai.</w:t>
      </w:r>
    </w:p>
    <w:p>
      <w:pPr>
        <w:jc w:val="right"/>
      </w:pPr>
      <w:r>
        <w:t>کیونکہ اس کو اتنا ہی پتہ ہے کہ میرے پاس یہ آئیڈیاز ہیں، ان کو مجھے بولنا ہے۔</w:t>
      </w:r>
    </w:p>
    <w:p>
      <w:r>
        <w:rPr>
          <w:b/>
        </w:rPr>
        <w:t xml:space="preserve">[50:56] </w:t>
      </w:r>
      <w:r>
        <w:t>yeh nahin pata hai ke doosray kay paas bhi kuch baatein hain, us say mein share karoon, us</w:t>
      </w:r>
    </w:p>
    <w:p>
      <w:pPr>
        <w:jc w:val="right"/>
      </w:pPr>
      <w:r>
        <w:t>یہ نہیں پتہ ہے کہ دوسرے کے پاس بھی کچھ باتیں ہیں، اس سے میں شیئر کروں، اس</w:t>
      </w:r>
    </w:p>
    <w:p>
      <w:r>
        <w:rPr>
          <w:b/>
        </w:rPr>
        <w:t xml:space="preserve">[51:01] </w:t>
      </w:r>
      <w:r>
        <w:t>say mein learning karoon, us say mein kuch seekhoon.</w:t>
      </w:r>
    </w:p>
    <w:p>
      <w:pPr>
        <w:jc w:val="right"/>
      </w:pPr>
      <w:r>
        <w:t>سے میں لرننگ کروں، اس سے میں کچھ سیکھوں۔</w:t>
      </w:r>
    </w:p>
    <w:p>
      <w:r>
        <w:rPr>
          <w:b/>
        </w:rPr>
        <w:t xml:space="preserve">[51:06] </w:t>
      </w:r>
      <w:r>
        <w:t>yeh nahin kar pata woh.</w:t>
      </w:r>
    </w:p>
    <w:p>
      <w:pPr>
        <w:jc w:val="right"/>
      </w:pPr>
      <w:r>
        <w:t>یہ نہیں کر پاتا وہ۔</w:t>
      </w:r>
    </w:p>
    <w:p>
      <w:r>
        <w:rPr>
          <w:b/>
        </w:rPr>
        <w:t xml:space="preserve">[51:11] </w:t>
      </w:r>
      <w:r>
        <w:t>تو یاد رکھیے، militancy بھی غلط ہے،</w:t>
      </w:r>
    </w:p>
    <w:p>
      <w:pPr>
        <w:jc w:val="right"/>
      </w:pPr>
      <w:r>
        <w:t>تو یاد رکھیے، ملٹینسی بھی غلط ہے،</w:t>
      </w:r>
    </w:p>
    <w:p>
      <w:r>
        <w:rPr>
          <w:b/>
        </w:rPr>
        <w:t xml:space="preserve">[51:16] </w:t>
      </w:r>
      <w:r>
        <w:t>aur monologuy bhi galat hai.</w:t>
      </w:r>
    </w:p>
    <w:p>
      <w:pPr>
        <w:jc w:val="right"/>
      </w:pPr>
      <w:r>
        <w:t>اور مونو لاگی بھی غلط ہے۔</w:t>
      </w:r>
    </w:p>
    <w:p>
      <w:r>
        <w:rPr>
          <w:b/>
        </w:rPr>
        <w:t xml:space="preserve">[51:24] </w:t>
      </w:r>
      <w:r>
        <w:t>kyun galat? galat ka matlab kiya hua? aap ko koi faida nahin hai is mein.</w:t>
      </w:r>
    </w:p>
    <w:p>
      <w:pPr>
        <w:jc w:val="right"/>
      </w:pPr>
      <w:r>
        <w:t>کیوں غلط؟ غلط کا مطلب کیا ہوا؟ آپ کو کوئی فائدہ نہیں ہے اس میں۔</w:t>
      </w:r>
    </w:p>
    <w:p>
      <w:r>
        <w:rPr>
          <w:b/>
        </w:rPr>
        <w:t xml:space="preserve">[51:32] </w:t>
      </w:r>
      <w:r>
        <w:t>nuqsan hi nuqsan hai sirf aap ka.</w:t>
      </w:r>
    </w:p>
    <w:p>
      <w:pPr>
        <w:jc w:val="right"/>
      </w:pPr>
      <w:r>
        <w:t>نقصان ہی نقصان ہے صرف آپ کا۔</w:t>
      </w:r>
    </w:p>
    <w:p>
      <w:r>
        <w:rPr>
          <w:b/>
        </w:rPr>
        <w:t xml:space="preserve">[51:39] </w:t>
      </w:r>
      <w:r>
        <w:t>to mein yeh kahoon ga ke Islam jo hai, Islam mein</w:t>
      </w:r>
    </w:p>
    <w:p>
      <w:pPr>
        <w:jc w:val="right"/>
      </w:pPr>
      <w:r>
        <w:t>تو میں یہ کہوں گا کہ اسلام جو ہے، اسلام میں</w:t>
      </w:r>
    </w:p>
    <w:p>
      <w:r>
        <w:rPr>
          <w:b/>
        </w:rPr>
        <w:t xml:space="preserve">[51:47] </w:t>
      </w:r>
      <w:r>
        <w:t>peace sum bonum hai. yaani ideological sense mein tawheed sum bonum hai. yaani agar aap yeh poochein ke sab se badi ideology kya hai Islam mein? sab se bada, sab se badi cheez kya hai Islam mein? to main kahunga tawheed, oneness of God. to in terms of ideology, tawheed jo hai, woh sum bonum hai Islam mein</w:t>
      </w:r>
    </w:p>
    <w:p>
      <w:pPr>
        <w:jc w:val="right"/>
      </w:pPr>
      <w:r>
        <w:t>پیس سم بونم ہے۔ یعنی آئیڈیالوجیکل سینس میں توحید سم بونم ہے۔ یعنی اگر آپ یہ پوچھیں کہ سب سے بڑی آئیڈیالوجی کیا ہے اسلام میں؟ سب سے بڑا، سب سے بڑی چیز کیا ہے اسلام میں؟ تو میں کہوں گا توحید، وننس آف گاڈ۔ تو ان ٹرم آف آئیڈیالوجی، توحید جو ہے، وہ سم بونم ہے اسلام میں</w:t>
      </w:r>
    </w:p>
    <w:p>
      <w:r>
        <w:rPr>
          <w:b/>
        </w:rPr>
        <w:t xml:space="preserve">[52:17] </w:t>
      </w:r>
      <w:r>
        <w:t>—</w:t>
      </w:r>
    </w:p>
    <w:p>
      <w:pPr>
        <w:jc w:val="right"/>
      </w:pPr>
      <w:r>
        <w:t>۔</w:t>
      </w:r>
    </w:p>
    <w:p>
      <w:r>
        <w:rPr>
          <w:b/>
        </w:rPr>
        <w:t xml:space="preserve">[52:22] </w:t>
      </w:r>
      <w:r>
        <w:t>is mein koi shakk nahin.</w:t>
      </w:r>
    </w:p>
    <w:p>
      <w:pPr>
        <w:jc w:val="right"/>
      </w:pPr>
      <w:r>
        <w:t>اس میں کوئی شک نہیں۔</w:t>
      </w:r>
    </w:p>
    <w:p>
      <w:r>
        <w:rPr>
          <w:b/>
        </w:rPr>
        <w:t xml:space="preserve">[52:27] </w:t>
      </w:r>
      <w:r>
        <w:t>yaani Khuda ko aik manna, Khuda ko aik manna, jis ko tauheed kaha jata hai, there is no</w:t>
      </w:r>
    </w:p>
    <w:p>
      <w:pPr>
        <w:jc w:val="right"/>
      </w:pPr>
      <w:r>
        <w:t>یعنی خدا کو ایک ماننا، خدا کو ایک ماننا، جس کو توحید کہا جاتا ہے، دیر از نو</w:t>
      </w:r>
    </w:p>
    <w:p>
      <w:r>
        <w:rPr>
          <w:b/>
        </w:rPr>
        <w:t xml:space="preserve">[52:32] </w:t>
      </w:r>
      <w:r>
        <w:t>god but one god.</w:t>
      </w:r>
    </w:p>
    <w:p>
      <w:pPr>
        <w:jc w:val="right"/>
      </w:pPr>
      <w:r>
        <w:t>گاڈ بٹ ون گاڈ۔</w:t>
      </w:r>
    </w:p>
    <w:p>
      <w:r>
        <w:rPr>
          <w:b/>
        </w:rPr>
        <w:t xml:space="preserve">[52:37] </w:t>
      </w:r>
      <w:r>
        <w:t>یہ ہے some bonum in term of ideology.</w:t>
      </w:r>
    </w:p>
    <w:p>
      <w:pPr>
        <w:jc w:val="right"/>
      </w:pPr>
      <w:r>
        <w:t>یہ ہے سم بونم ان ٹرم آف آئیڈیالوجی۔</w:t>
      </w:r>
    </w:p>
    <w:p>
      <w:r>
        <w:rPr>
          <w:b/>
        </w:rPr>
        <w:t xml:space="preserve">[52:42] </w:t>
      </w:r>
      <w:r>
        <w:t>lekin social values ke aitbaar se dekha jaye, ya practical values ke aitbaar se dekha jaye, to</w:t>
      </w:r>
    </w:p>
    <w:p>
      <w:pPr>
        <w:jc w:val="right"/>
      </w:pPr>
      <w:r>
        <w:t>لیکن سوشل ویلیوز کے اعتبار سے دیکھا جائے، یا پریکٹیکل ویلیوز کے اعتبار سے دیکھا جائے، تو</w:t>
      </w:r>
    </w:p>
    <w:p>
      <w:r>
        <w:rPr>
          <w:b/>
        </w:rPr>
        <w:t xml:space="preserve">[52:47] </w:t>
      </w:r>
      <w:r>
        <w:t>peace some bonum hai.</w:t>
      </w:r>
    </w:p>
    <w:p>
      <w:pPr>
        <w:jc w:val="right"/>
      </w:pPr>
      <w:r>
        <w:t>پیس سم بونم ہے۔</w:t>
      </w:r>
    </w:p>
    <w:p>
      <w:r>
        <w:rPr>
          <w:b/>
        </w:rPr>
        <w:t xml:space="preserve">[52:52] </w:t>
      </w:r>
      <w:r>
        <w:t>Peaceful living jo hai, woh summum bonum hai.</w:t>
      </w:r>
    </w:p>
    <w:p>
      <w:pPr>
        <w:jc w:val="right"/>
      </w:pPr>
      <w:r>
        <w:t>پیس فل لیونگ جو ہے، وہ سم بونم ہے۔</w:t>
      </w:r>
    </w:p>
    <w:p>
      <w:r>
        <w:rPr>
          <w:b/>
        </w:rPr>
        <w:t xml:space="preserve">[52:57] </w:t>
      </w:r>
      <w:r>
        <w:t>کیونکہ peaceful living ہی سے سارے ڈیویلپمنٹ ہوتے ہیں، سارے پروگریس ہوتے ہیں۔</w:t>
      </w:r>
    </w:p>
    <w:p>
      <w:pPr>
        <w:jc w:val="right"/>
      </w:pPr>
      <w:r>
        <w:t>کیونکہ پیس فل لیونگ ہی سے سارے ڈیویلپمنٹ ہوتے ہیں، سارے پروگریس ہوتے ہیں۔</w:t>
      </w:r>
    </w:p>
    <w:p>
      <w:r>
        <w:rPr>
          <w:b/>
        </w:rPr>
        <w:t xml:space="preserve">[53:02] </w:t>
      </w:r>
      <w:r>
        <w:t>jahan peaceful living na hogi, wahan development bhi nahi hoga.</w:t>
      </w:r>
    </w:p>
    <w:p>
      <w:pPr>
        <w:jc w:val="right"/>
      </w:pPr>
      <w:r>
        <w:t>جہاں پیس فل لیونگ نہ ہوگی، وہاں ڈیویلپمنٹ بھی نہیں ہوگا۔</w:t>
      </w:r>
    </w:p>
    <w:p>
      <w:r>
        <w:rPr>
          <w:b/>
        </w:rPr>
        <w:t xml:space="preserve">[53:07] </w:t>
      </w:r>
      <w:r>
        <w:t>no peace, no development.</w:t>
      </w:r>
    </w:p>
    <w:p>
      <w:pPr>
        <w:jc w:val="right"/>
      </w:pPr>
      <w:r>
        <w:t>نو پیس، نو ڈیویلپمنٹ۔</w:t>
      </w:r>
    </w:p>
    <w:p>
      <w:r>
        <w:rPr>
          <w:b/>
        </w:rPr>
        <w:t xml:space="preserve">[53:12] </w:t>
      </w:r>
      <w:r>
        <w:t>no peace, no progress. to idea</w:t>
      </w:r>
    </w:p>
    <w:p>
      <w:pPr>
        <w:jc w:val="right"/>
      </w:pPr>
      <w:r>
        <w:t>نو پیس، نو پروگریس۔ تو آئیڈی</w:t>
      </w:r>
    </w:p>
    <w:p>
      <w:r>
        <w:rPr>
          <w:b/>
        </w:rPr>
        <w:t xml:space="preserve">[53:17] </w:t>
      </w:r>
      <w:r>
        <w:t>logical sense mein sab se bari cheez jo Islam batata hai, woh hai tauheed, oneness of god.</w:t>
      </w:r>
    </w:p>
    <w:p>
      <w:pPr>
        <w:jc w:val="right"/>
      </w:pPr>
      <w:r>
        <w:t>الوجیکل سینس میں سب سے بڑی چیز جو اسلام بتاتا ہے، وہ ہے توحید، وننس آف گاڈ۔</w:t>
      </w:r>
    </w:p>
    <w:p>
      <w:r>
        <w:rPr>
          <w:b/>
        </w:rPr>
        <w:t xml:space="preserve">[53:23] </w:t>
      </w:r>
      <w:r>
        <w:t>aur practical sense mein, social need ke aitbaar se, jo sab se bari cheez Islam batata hai, woh hai peace.</w:t>
      </w:r>
    </w:p>
    <w:p>
      <w:pPr>
        <w:jc w:val="right"/>
      </w:pPr>
      <w:r>
        <w:t>اور پریکٹیکل سینس میں، سوشل نیڈ کے اعتبار سے، جو سب سے بڑی چیز اسلام بتاتا ہے، وہ ہے پیس۔</w:t>
      </w:r>
    </w:p>
    <w:p>
      <w:r>
        <w:rPr>
          <w:b/>
        </w:rPr>
        <w:t xml:space="preserve">[53:28] </w:t>
      </w:r>
      <w:r>
        <w:t>peace, peace, peace.</w:t>
      </w:r>
    </w:p>
    <w:p>
      <w:pPr>
        <w:jc w:val="right"/>
      </w:pPr>
      <w:r>
        <w:t>پیس، پیس، پیس۔</w:t>
      </w:r>
    </w:p>
    <w:p>
      <w:r>
        <w:rPr>
          <w:b/>
        </w:rPr>
        <w:t xml:space="preserve">[53:33] </w:t>
      </w:r>
      <w:r>
        <w:t>yani har haal mein peace.</w:t>
      </w:r>
    </w:p>
    <w:p>
      <w:pPr>
        <w:jc w:val="right"/>
      </w:pPr>
      <w:r>
        <w:t>یعنی ہر حال میں پیس۔</w:t>
      </w:r>
    </w:p>
    <w:p>
      <w:r>
        <w:rPr>
          <w:b/>
        </w:rPr>
        <w:t xml:space="preserve">[53:38] </w:t>
      </w:r>
      <w:r>
        <w:t>peace ka matlab yeh nahi ke doosre log agar peaceful rahein to hum bhi peaceful rahein.</w:t>
      </w:r>
    </w:p>
    <w:p>
      <w:pPr>
        <w:jc w:val="right"/>
      </w:pPr>
      <w:r>
        <w:t>پیس کا مطلب یہ نہیں کہ دوسرے لوگ اگر پیس فل رہیں تو ہم بھی پیس فل رہیں۔</w:t>
      </w:r>
    </w:p>
    <w:p>
      <w:r>
        <w:rPr>
          <w:b/>
        </w:rPr>
        <w:t xml:space="preserve">[53:44] </w:t>
      </w:r>
      <w:r>
        <w:t>yeh matlab nahi hai.</w:t>
      </w:r>
    </w:p>
    <w:p>
      <w:pPr>
        <w:jc w:val="right"/>
      </w:pPr>
      <w:r>
        <w:t>یہ مطلب نہیں ہے۔</w:t>
      </w:r>
    </w:p>
    <w:p>
      <w:r>
        <w:rPr>
          <w:b/>
        </w:rPr>
        <w:t xml:space="preserve">[53:49] </w:t>
      </w:r>
      <w:r>
        <w:t>koi yeh agar samjhe ke mere rights sab mile hue hon, doosre log peaceful tareeqe se rah</w:t>
      </w:r>
    </w:p>
    <w:p>
      <w:pPr>
        <w:jc w:val="right"/>
      </w:pPr>
      <w:r>
        <w:t>کوئی یہ اگر سمجھے کہ میرے رائٹ سب ملے ہوئے ہوں، دوسرے لوگ پیس فل طریقے سے رہ</w:t>
      </w:r>
    </w:p>
    <w:p>
      <w:r>
        <w:rPr>
          <w:b/>
        </w:rPr>
        <w:t xml:space="preserve">[53:54] </w:t>
      </w:r>
      <w:r>
        <w:t>رہے ہوں، سب کو سب بہت اچھا ہو، ہر چیز، تب میں peaceful طریقے سے رہوں گا،</w:t>
      </w:r>
    </w:p>
    <w:p>
      <w:pPr>
        <w:jc w:val="right"/>
      </w:pPr>
      <w:r>
        <w:t>رہے ہوں، سب کو سب بہت اچھا ہو، ہر چیز، تب میں پیس فل طریقے سے رہوں گا،</w:t>
      </w:r>
    </w:p>
    <w:p>
      <w:r>
        <w:rPr>
          <w:b/>
        </w:rPr>
        <w:t xml:space="preserve">[53:59] </w:t>
      </w:r>
      <w:r>
        <w:t>to yeh peace nahi hai.</w:t>
      </w:r>
    </w:p>
    <w:p>
      <w:pPr>
        <w:jc w:val="right"/>
      </w:pPr>
      <w:r>
        <w:t>تو یہ پیس نہیں ہے۔</w:t>
      </w:r>
    </w:p>
    <w:p>
      <w:r>
        <w:rPr>
          <w:b/>
        </w:rPr>
        <w:t xml:space="preserve">[54:04] </w:t>
      </w:r>
      <w:r>
        <w:t>yeh peace nahi hai.</w:t>
      </w:r>
    </w:p>
    <w:p>
      <w:pPr>
        <w:jc w:val="right"/>
      </w:pPr>
      <w:r>
        <w:t>یہ پیس نہیں ہے۔</w:t>
      </w:r>
    </w:p>
    <w:p>
      <w:r>
        <w:rPr>
          <w:b/>
        </w:rPr>
        <w:t xml:space="preserve">[54:09] </w:t>
      </w:r>
      <w:r>
        <w:t>یہ پیس کا مطلب تو ہے کہ کہ in every situation, you can live in peace.</w:t>
      </w:r>
    </w:p>
    <w:p>
      <w:pPr>
        <w:jc w:val="right"/>
      </w:pPr>
      <w:r>
        <w:t>یہ پیس کا مطلب تو ہے کہ کہ ان ایوری سچویشن، یو کین لیو یو ان پیس۔</w:t>
      </w:r>
    </w:p>
    <w:p>
      <w:r>
        <w:rPr>
          <w:b/>
        </w:rPr>
        <w:t xml:space="preserve">[54:14] </w:t>
      </w:r>
      <w:r>
        <w:t>situation koi bhi ho, kaisi bhi situation ho</w:t>
      </w:r>
    </w:p>
    <w:p>
      <w:pPr>
        <w:jc w:val="right"/>
      </w:pPr>
      <w:r>
        <w:t>سچویشن کوئی بھی ہو، کیسی بھی سچویشن ہو</w:t>
      </w:r>
    </w:p>
    <w:p>
      <w:r>
        <w:rPr>
          <w:b/>
        </w:rPr>
        <w:t xml:space="preserve">[54:19] </w:t>
      </w:r>
      <w:r>
        <w:t>, aap unconditional tor par aap peaceful tareeqe par apne ko banaye rahen. Tab woh hai peace. Islam ka peace yeh nahin hai ke doosre peaceful hon to hum bhi peaceful rahen. Yeh Islam mein peace ka matlab yeh nahin hai. Doosre log peaceful tareeqe se na bhi rahen, tab bhi mujhe peaceful tareeqe</w:t>
      </w:r>
    </w:p>
    <w:p>
      <w:pPr>
        <w:jc w:val="right"/>
      </w:pPr>
      <w:r>
        <w:t>، آپ ان کنڈیشنل طور پر آپ پیس فل طریقے پر اپنے کو بنائے رہیں۔ تب وہ ہے پیس۔ اسلام کا پیس یہ نہیں ہے کہ دوسرے پیس فل ہوں تو ہم بھی پیس فل رہیں۔ یہ اسلام میں پیس کا مطلب یہ نہیں ہے۔ دوسرے لوگ پیس فل طریقے سے نہ بھی رہیں، تب بھی مجھے پیس فل طریقے</w:t>
      </w:r>
    </w:p>
    <w:p>
      <w:r>
        <w:rPr>
          <w:b/>
        </w:rPr>
        <w:t xml:space="preserve">[54:49] </w:t>
      </w:r>
      <w:r>
        <w:t>se rehna hai.</w:t>
      </w:r>
    </w:p>
    <w:p>
      <w:pPr>
        <w:jc w:val="right"/>
      </w:pPr>
      <w:r>
        <w:t>سے رہنا ہے۔</w:t>
      </w:r>
    </w:p>
    <w:p>
      <w:r>
        <w:rPr>
          <w:b/>
        </w:rPr>
        <w:t xml:space="preserve">[54:56] </w:t>
      </w:r>
      <w:r>
        <w:t>to peace, tolerance, harmony, adjustment, yeh sab Islam mein, yani supreme value ki hesiyat rakhte hain.</w:t>
      </w:r>
    </w:p>
    <w:p>
      <w:pPr>
        <w:jc w:val="right"/>
      </w:pPr>
      <w:r>
        <w:t>تو پیس، ٹولرنس، ہارمونی، ایڈجسٹمنٹ، یہ سب اسلام میں، یعنی سپریم ویلیو کی حیثیت رکھتے ہیں۔</w:t>
      </w:r>
    </w:p>
    <w:p>
      <w:r>
        <w:rPr>
          <w:b/>
        </w:rPr>
        <w:t xml:space="preserve">[55:02] </w:t>
      </w:r>
      <w:r>
        <w:t>yani practical life ke liye.</w:t>
      </w:r>
    </w:p>
    <w:p>
      <w:pPr>
        <w:jc w:val="right"/>
      </w:pPr>
      <w:r>
        <w:t>یعنی پریکٹیکل لائف کے لیے۔</w:t>
      </w:r>
    </w:p>
    <w:p>
      <w:r>
        <w:rPr>
          <w:b/>
        </w:rPr>
        <w:t xml:space="preserve">[55:09] </w:t>
      </w:r>
      <w:r>
        <w:t>mental life ke liye to mein ne kaha ke tauheed supreme hai.</w:t>
      </w:r>
    </w:p>
    <w:p>
      <w:pPr>
        <w:jc w:val="right"/>
      </w:pPr>
      <w:r>
        <w:t>مینٹل لائف کے لیے تو میں نے کہا کہ توحید سپریم ہے۔</w:t>
      </w:r>
    </w:p>
    <w:p>
      <w:r>
        <w:rPr>
          <w:b/>
        </w:rPr>
        <w:t xml:space="preserve">[55:15] </w:t>
      </w:r>
      <w:r>
        <w:t>lekin practical life mein jo cheez supreme hai, woh peace hai.</w:t>
      </w:r>
    </w:p>
    <w:p>
      <w:pPr>
        <w:jc w:val="right"/>
      </w:pPr>
      <w:r>
        <w:t>لیکن پریکٹیکل لائف میں جو چیز سپریم ہے، وہ پیس ہے۔</w:t>
      </w:r>
    </w:p>
    <w:p>
      <w:r>
        <w:rPr>
          <w:b/>
        </w:rPr>
        <w:t xml:space="preserve">[55:22] </w:t>
      </w:r>
      <w:r>
        <w:t>Peace ka matlab hai tolerance, harmony, adjustment. No problem ban kar rehna. Mein samajhta hoon ke yahi do sab se bari baat hain Islam mein. In term of ideology, jo cheez hai supreme, woh hai tauheed. Aur practical life ke liye</w:t>
      </w:r>
    </w:p>
    <w:p>
      <w:pPr>
        <w:jc w:val="right"/>
      </w:pPr>
      <w:r>
        <w:t>پیس کا مطلب ہے ٹولرنس، ہارمونی، ایڈجسٹمنٹ۔ نو پرابلم بن کر رہنا۔ میں سمجھتا ہوں کہ یہی دو سب سے بڑی بات ہیں اسلام میں۔ ان ٹرم آف آئیڈیالوجی، جو چیز ہے سپریم، وہ ہے توحید۔ اور پریکٹیکل لائف کے لیے</w:t>
      </w:r>
    </w:p>
    <w:p>
      <w:r>
        <w:rPr>
          <w:b/>
        </w:rPr>
        <w:t xml:space="preserve">[55:52] </w:t>
      </w:r>
      <w:r>
        <w:t>jo cheez sab se bari hai, woh hai peace.</w:t>
      </w:r>
    </w:p>
    <w:p>
      <w:pPr>
        <w:jc w:val="right"/>
      </w:pPr>
      <w:r>
        <w:t>جو چیز سب سے بڑی ہے، وہ ہے پیس۔</w:t>
      </w:r>
    </w:p>
    <w:p>
      <w:r>
        <w:rPr>
          <w:b/>
        </w:rPr>
        <w:t xml:space="preserve">[56:07] </w:t>
      </w:r>
      <w:r>
        <w:t>log samajhte hain ke profit of</w:t>
      </w:r>
    </w:p>
    <w:p>
      <w:pPr>
        <w:jc w:val="right"/>
      </w:pPr>
      <w:r>
        <w:t>لوگ سمجھتے ہیں کہ پرافٹ آف</w:t>
      </w:r>
    </w:p>
    <w:p>
      <w:r>
        <w:rPr>
          <w:b/>
        </w:rPr>
        <w:t xml:space="preserve">[56:22] </w:t>
      </w:r>
      <w:r>
        <w:t>Islam jo hain, woh zindagi bhar ladte phirte rahe.</w:t>
      </w:r>
    </w:p>
    <w:p>
      <w:pPr>
        <w:jc w:val="right"/>
      </w:pPr>
      <w:r>
        <w:t>اسلام جو ہیں، وہ زندگی بھر لڑتے پھرتے رہے۔</w:t>
      </w:r>
    </w:p>
    <w:p>
      <w:r>
        <w:rPr>
          <w:b/>
        </w:rPr>
        <w:t xml:space="preserve">[56:27] </w:t>
      </w:r>
      <w:r>
        <w:t>kyunke kitabon mein more than eighty ghazwaat ka zikr aata hai.</w:t>
      </w:r>
    </w:p>
    <w:p>
      <w:pPr>
        <w:jc w:val="right"/>
      </w:pPr>
      <w:r>
        <w:t>کیونکہ کتابوں میں مور دین ایٹی غضبات کا ذکر آتا ہے۔</w:t>
      </w:r>
    </w:p>
    <w:p>
      <w:r>
        <w:rPr>
          <w:b/>
        </w:rPr>
        <w:t xml:space="preserve">[56:32] </w:t>
      </w:r>
      <w:r>
        <w:t>more than eighty.</w:t>
      </w:r>
    </w:p>
    <w:p>
      <w:pPr>
        <w:jc w:val="right"/>
      </w:pPr>
      <w:r>
        <w:t>مور دین ایٹی۔</w:t>
      </w:r>
    </w:p>
    <w:p>
      <w:r>
        <w:rPr>
          <w:b/>
        </w:rPr>
        <w:t xml:space="preserve">[56:37] </w:t>
      </w:r>
      <w:r>
        <w:t>lekin aap is ko parhiye.</w:t>
      </w:r>
    </w:p>
    <w:p>
      <w:pPr>
        <w:jc w:val="right"/>
      </w:pPr>
      <w:r>
        <w:t>لیکن آپ اس کو پڑھیے۔</w:t>
      </w:r>
    </w:p>
    <w:p>
      <w:r>
        <w:rPr>
          <w:b/>
        </w:rPr>
        <w:t xml:space="preserve">[56:42] </w:t>
      </w:r>
      <w:r>
        <w:t>asal yeh hai ke woh jo society thi us zamane mein, woh religious intolerance ki society thi.</w:t>
      </w:r>
    </w:p>
    <w:p>
      <w:pPr>
        <w:jc w:val="right"/>
      </w:pPr>
      <w:r>
        <w:t>اصل یہ ہے کہ وہ جو سوسائٹی تھی اس زمانے میں، وہ ریلیجیس ان ٹولرنس کی سوسائٹی تھی۔</w:t>
      </w:r>
    </w:p>
    <w:p>
      <w:r>
        <w:rPr>
          <w:b/>
        </w:rPr>
        <w:t xml:space="preserve">[56:47] </w:t>
      </w:r>
      <w:r>
        <w:t>woh un ka jo culture tha, woh</w:t>
      </w:r>
    </w:p>
    <w:p>
      <w:pPr>
        <w:jc w:val="right"/>
      </w:pPr>
      <w:r>
        <w:t>وہ ان کا جو کلچر تھا، وہ</w:t>
      </w:r>
    </w:p>
    <w:p>
      <w:r>
        <w:rPr>
          <w:b/>
        </w:rPr>
        <w:t xml:space="preserve">[56:52] </w:t>
      </w:r>
      <w:r>
        <w:t>intolerance par base karta tha. intolerance.</w:t>
      </w:r>
    </w:p>
    <w:p>
      <w:pPr>
        <w:jc w:val="right"/>
      </w:pPr>
      <w:r>
        <w:t>ان ٹولرنس پر بیس کرتا تھا۔ ان ٹولرنس۔</w:t>
      </w:r>
    </w:p>
    <w:p>
      <w:r>
        <w:rPr>
          <w:b/>
        </w:rPr>
        <w:t xml:space="preserve">[56:58] </w:t>
      </w:r>
      <w:r>
        <w:t>to zahir hai ke doosre log aap ke dushman ban gaye.</w:t>
      </w:r>
    </w:p>
    <w:p>
      <w:pPr>
        <w:jc w:val="right"/>
      </w:pPr>
      <w:r>
        <w:t>تو ظاہر ہے کہ دوسرے لوگ آپ کے دشمن بن گئے۔</w:t>
      </w:r>
    </w:p>
    <w:p>
      <w:r>
        <w:rPr>
          <w:b/>
        </w:rPr>
        <w:t xml:space="preserve">[57:04] </w:t>
      </w:r>
      <w:r>
        <w:t>doosron ne more than eighty time chaha ke aap ko ladaai bhadaai mein uljhaayein.</w:t>
      </w:r>
    </w:p>
    <w:p>
      <w:pPr>
        <w:jc w:val="right"/>
      </w:pPr>
      <w:r>
        <w:t>دوسروں نے مور دین ایٹی ٹائم چاہا کہ آپ کو لڑائی بھڑائی میں الجھائیں۔</w:t>
      </w:r>
    </w:p>
    <w:p>
      <w:r>
        <w:rPr>
          <w:b/>
        </w:rPr>
        <w:t xml:space="preserve">[57:10] </w:t>
      </w:r>
      <w:r>
        <w:t>to un ki taraf se aisa to kiya gaya.</w:t>
      </w:r>
    </w:p>
    <w:p>
      <w:pPr>
        <w:jc w:val="right"/>
      </w:pPr>
      <w:r>
        <w:t>تو ان کی طرف سے ایسا تو کیا گیا۔</w:t>
      </w:r>
    </w:p>
    <w:p>
      <w:r>
        <w:rPr>
          <w:b/>
        </w:rPr>
        <w:t xml:space="preserve">[57:16] </w:t>
      </w:r>
      <w:r>
        <w:t>آپ نے کیا کیا؟ آپ لڑے نہیں، آپ نے avoid کیا۔ آپ</w:t>
      </w:r>
    </w:p>
    <w:p>
      <w:pPr>
        <w:jc w:val="right"/>
      </w:pPr>
      <w:r>
        <w:t>آپ نے کیا کیا؟ آپ لڑے نہیں، آپ نے اوائڈ کیا۔ آپ</w:t>
      </w:r>
    </w:p>
    <w:p>
      <w:r>
        <w:rPr>
          <w:b/>
        </w:rPr>
        <w:t xml:space="preserve">[57:22] </w:t>
      </w:r>
      <w:r>
        <w:t>hamesha avoid karte rahe.</w:t>
      </w:r>
    </w:p>
    <w:p>
      <w:pPr>
        <w:jc w:val="right"/>
      </w:pPr>
      <w:r>
        <w:t>ہمیشہ اوائڈ کرتے رہے۔</w:t>
      </w:r>
    </w:p>
    <w:p>
      <w:r>
        <w:rPr>
          <w:b/>
        </w:rPr>
        <w:t xml:space="preserve">[57:28] </w:t>
      </w:r>
      <w:r>
        <w:t>koi na koi tareeqa aap aisa ikhtiyar karte rahe ke dono mein ladaai na hone paaye.</w:t>
      </w:r>
    </w:p>
    <w:p>
      <w:pPr>
        <w:jc w:val="right"/>
      </w:pPr>
      <w:r>
        <w:t>کوئی نہ کوئی طریقہ آپ ایسا اختیار کرتے رہے کہ دونوں میں لڑائی نہ ہونے پائے۔</w:t>
      </w:r>
    </w:p>
    <w:p>
      <w:r>
        <w:rPr>
          <w:b/>
        </w:rPr>
        <w:t xml:space="preserve">[57:34] </w:t>
      </w:r>
      <w:r>
        <w:t>to aap ka tareeqa tha situation ko diffuse karna.</w:t>
      </w:r>
    </w:p>
    <w:p>
      <w:pPr>
        <w:jc w:val="right"/>
      </w:pPr>
      <w:r>
        <w:t>تو آپ کا طریقہ تھا سچویشن کو ڈیفیوز کرنا۔</w:t>
      </w:r>
    </w:p>
    <w:p>
      <w:r>
        <w:rPr>
          <w:b/>
        </w:rPr>
        <w:t xml:space="preserve">[57:40] </w:t>
      </w:r>
      <w:r>
        <w:t>jab bhi aisi koi situation aayi jis mein baat pahunch sakti thi violence tak, to aap ne koi</w:t>
      </w:r>
    </w:p>
    <w:p>
      <w:pPr>
        <w:jc w:val="right"/>
      </w:pPr>
      <w:r>
        <w:t>جب بھی ایسی کوئی سچویشن آئی جس میں بات پہنچ سکتی تھی وائلنس تک، تو آپ نے کوئی</w:t>
      </w:r>
    </w:p>
    <w:p>
      <w:r>
        <w:rPr>
          <w:b/>
        </w:rPr>
        <w:t xml:space="preserve">[57:47] </w:t>
      </w:r>
      <w:r>
        <w:t>na koi aisi tadbeer ki, koi na koi aisi tareeqa apnaya ke is se</w:t>
      </w:r>
    </w:p>
    <w:p>
      <w:pPr>
        <w:jc w:val="right"/>
      </w:pPr>
      <w:r>
        <w:t>نہ کوئی ایسی تدبیر کی، کوئی نہ کوئی ایسی طریقہ اپنایا کہ اس سے</w:t>
      </w:r>
    </w:p>
    <w:p>
      <w:r>
        <w:rPr>
          <w:b/>
        </w:rPr>
        <w:t xml:space="preserve">[57:53] </w:t>
      </w:r>
      <w:r>
        <w:t>situation ki gambhirta jo hai, woh diffuse ho gayi.</w:t>
      </w:r>
    </w:p>
    <w:p>
      <w:pPr>
        <w:jc w:val="right"/>
      </w:pPr>
      <w:r>
        <w:t>سچویشن کی گمبھیرتا جو ہے، وہ ڈیفیوز ہو گئی۔</w:t>
      </w:r>
    </w:p>
    <w:p>
      <w:r>
        <w:rPr>
          <w:b/>
        </w:rPr>
        <w:t xml:space="preserve">[57:59] </w:t>
      </w:r>
      <w:r>
        <w:t>mamla thanda ho gaya aur peace qaim ho gaya.</w:t>
      </w:r>
    </w:p>
    <w:p>
      <w:pPr>
        <w:jc w:val="right"/>
      </w:pPr>
      <w:r>
        <w:t>معاملہ ٹھنڈا ہو گیا اور پیس قائم ہو گیا۔</w:t>
      </w:r>
    </w:p>
    <w:p>
      <w:r>
        <w:rPr>
          <w:b/>
        </w:rPr>
        <w:t xml:space="preserve">[58:05] </w:t>
      </w:r>
      <w:r>
        <w:t>to yeh bohat hi zabardast baat hai samajhne ki.</w:t>
      </w:r>
    </w:p>
    <w:p>
      <w:pPr>
        <w:jc w:val="right"/>
      </w:pPr>
      <w:r>
        <w:t>تو یہ بہت ہی زبردست بات ہے سمجھنے کی۔</w:t>
      </w:r>
    </w:p>
    <w:p>
      <w:r>
        <w:rPr>
          <w:b/>
        </w:rPr>
        <w:t xml:space="preserve">[58:11] </w:t>
      </w:r>
      <w:r>
        <w:t>Art of defusing the situation, this you can learn from the Prophet's life.</w:t>
      </w:r>
    </w:p>
    <w:p>
      <w:pPr>
        <w:jc w:val="right"/>
      </w:pPr>
      <w:r>
        <w:t>آرٹ آف ڈیفیوزنگ دا سچویشن، یہ آپ سیکھ سکتے ہیں پرافٹ کی زندگی سے۔</w:t>
      </w:r>
    </w:p>
    <w:p>
      <w:r>
        <w:rPr>
          <w:b/>
        </w:rPr>
        <w:t xml:space="preserve">[58:17] </w:t>
      </w:r>
      <w:r>
        <w:t>jis tarah ghusse ko diffuse kiya jaata hai, is tareeqe se aap ne har us situation ko diffuse kiya jabke</w:t>
      </w:r>
    </w:p>
    <w:p>
      <w:pPr>
        <w:jc w:val="right"/>
      </w:pPr>
      <w:r>
        <w:t>جس طرح غصے کو ڈیفیوز کیا جاتا ہے، اس طریقے سے آپ نے ہر اس سچویشن کو ڈیفیوز کیا جبکہ</w:t>
      </w:r>
    </w:p>
    <w:p>
      <w:r>
        <w:rPr>
          <w:b/>
        </w:rPr>
        <w:t xml:space="preserve">[58:23] </w:t>
      </w:r>
      <w:r>
        <w:t>dono party aa gayi thi aur ladaai ho sakti thi.</w:t>
      </w:r>
    </w:p>
    <w:p>
      <w:pPr>
        <w:jc w:val="right"/>
      </w:pPr>
      <w:r>
        <w:t>دونوں پارٹی آ گئی تھی اور لڑائی ہو سکتی تھی۔</w:t>
      </w:r>
    </w:p>
    <w:p>
      <w:r>
        <w:rPr>
          <w:b/>
        </w:rPr>
        <w:t xml:space="preserve">[58:31] </w:t>
      </w:r>
      <w:r>
        <w:t>to main yeh kahunga Islam jo hai, woh poori tareeqe se harmony ko maanta hai.</w:t>
      </w:r>
    </w:p>
    <w:p>
      <w:pPr>
        <w:jc w:val="right"/>
      </w:pPr>
      <w:r>
        <w:t>تو میں یہ کہوں گا اسلام جو ہے، وہ پوری طریقے سے ہارمونی کو مانتا ہے۔</w:t>
      </w:r>
    </w:p>
    <w:p>
      <w:r>
        <w:rPr>
          <w:b/>
        </w:rPr>
        <w:t xml:space="preserve">[58:39] </w:t>
      </w:r>
      <w:r>
        <w:t>social harmony Islam ka tareeqa hai.</w:t>
      </w:r>
    </w:p>
    <w:p>
      <w:pPr>
        <w:jc w:val="right"/>
      </w:pPr>
      <w:r>
        <w:t>سوشل ہارمونی اسلام کا طریقہ ہے۔</w:t>
      </w:r>
    </w:p>
    <w:p>
      <w:r>
        <w:rPr>
          <w:b/>
        </w:rPr>
        <w:t xml:space="preserve">[58:46] </w:t>
      </w:r>
      <w:r>
        <w:t>Islam mein na to violence hai, na intolerance hai,</w:t>
      </w:r>
    </w:p>
    <w:p>
      <w:pPr>
        <w:jc w:val="right"/>
      </w:pPr>
      <w:r>
        <w:t>اسلام میں نہ تو وائلنس ہے، نہ ان ٹولرنس ہے،</w:t>
      </w:r>
    </w:p>
    <w:p>
      <w:r>
        <w:rPr>
          <w:b/>
        </w:rPr>
        <w:t xml:space="preserve">[58:54] </w:t>
      </w:r>
      <w:r>
        <w:t>na militancy hai. Yeh hai Islam.</w:t>
      </w:r>
    </w:p>
    <w:p>
      <w:pPr>
        <w:jc w:val="right"/>
      </w:pPr>
      <w:r>
        <w:t>نہ ملٹینسی ہے۔ یہ ہے اسلام۔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