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and Virtues of Ramadan April 2, 2023</w:t>
      </w:r>
    </w:p>
    <w:p>
      <w:r>
        <w:t>https://youtu.be/M2Phb22Vw_4</w:t>
      </w:r>
    </w:p>
    <w:p>
      <w:r>
        <w:rPr>
          <w:b/>
        </w:rPr>
        <w:t xml:space="preserve">[00:10] </w:t>
      </w:r>
      <w:r>
        <w:t>Assalam o alaikum. We are in the month of Ramadan, and we hope and pray that this Ramadan, God fills your heart and mind with His light.</w:t>
      </w:r>
    </w:p>
    <w:p>
      <w:pPr>
        <w:jc w:val="right"/>
      </w:pPr>
      <w:r>
        <w:t>السلام علیکم۔ We are in the month of Ramadan, and we hope and pray that this Ramadan, God fills your heart and mind with His light.</w:t>
      </w:r>
    </w:p>
    <w:p>
      <w:r>
        <w:rPr>
          <w:b/>
        </w:rPr>
        <w:t xml:space="preserve">[00:19] </w:t>
      </w:r>
      <w:r>
        <w:t>Ameen. As we know that Ramadan is a blessed month and has special significance</w:t>
      </w:r>
    </w:p>
    <w:p>
      <w:pPr>
        <w:jc w:val="right"/>
      </w:pPr>
      <w:r>
        <w:t>Ameen. As we know that Ramadan is a blessed month and has special significance</w:t>
      </w:r>
    </w:p>
    <w:p>
      <w:r>
        <w:rPr>
          <w:b/>
        </w:rPr>
        <w:t xml:space="preserve">[00:26] </w:t>
      </w:r>
      <w:r>
        <w:t>, it was in the month of Ramadan that Torah was revealed to Prophet Musa on 6th Ramadan, Zabur to Prophet Dawud on 12th Ramadan, Injil to Prophet Isa on 18th Ramadan, and Quran to Prophet Muhammad on 24th Ramadan.</w:t>
      </w:r>
    </w:p>
    <w:p>
      <w:pPr>
        <w:jc w:val="right"/>
      </w:pPr>
      <w:r>
        <w:t>, it was in the month of Ramadan that Torah was revealed to Prophet Musa on 6th Ramadan, Zabur to Prophet Dawud on 12th Ramadan, Injil to Prophet Isa on 18th Ramadan, and Quran to Prophet Muhammad on 24th Ramadan.</w:t>
      </w:r>
    </w:p>
    <w:p>
      <w:r>
        <w:rPr>
          <w:b/>
        </w:rPr>
        <w:t xml:space="preserve">[00:44] </w:t>
      </w:r>
      <w:r>
        <w:t>So today we will discuss the importance and virtues of Ramadan with Dr. Sanias Nain Khan sahib. To chaliye unhi se baatchit karte hain. Assalam o alaikum Doctor Sahib, kaise hain aap?</w:t>
      </w:r>
    </w:p>
    <w:p>
      <w:pPr>
        <w:jc w:val="right"/>
      </w:pPr>
      <w:r>
        <w:t>So today we will discuss the importance and virtues of Ramadan with Dr. Sanias Nain Khan صاحب. तो चलिए उन्हीं से बातचीत करते हैं। السلام علیکم ڈاکٹر صاحب، کیسے ہیں آپ؟</w:t>
      </w:r>
    </w:p>
    <w:p>
      <w:r>
        <w:rPr>
          <w:b/>
        </w:rPr>
        <w:t xml:space="preserve">[00:55] </w:t>
      </w:r>
      <w:r>
        <w:t>Walaikum Assalam, Alhamdulillah</w:t>
      </w:r>
    </w:p>
    <w:p>
      <w:pPr>
        <w:jc w:val="right"/>
      </w:pPr>
      <w:r>
        <w:t>وعلیکم السلام، الحمد</w:t>
      </w:r>
    </w:p>
    <w:p>
      <w:r>
        <w:rPr>
          <w:b/>
        </w:rPr>
        <w:t xml:space="preserve">[00:56] </w:t>
      </w:r>
      <w:r>
        <w:t>bilkul theek. Aap kaise hain? Alhamdulillah. Doctor Sahib, Ramadan ka mubarak mahina chal raha hai, to aaj ka topic bhi yahi hai. To sabse pehle to main yahi chahunga ke aap hum sab ko kuch sayings of Prophet regarding Ramadan, is ke bare mein bataein.</w:t>
      </w:r>
    </w:p>
    <w:p>
      <w:pPr>
        <w:jc w:val="right"/>
      </w:pPr>
      <w:r>
        <w:t>للہ بالکل ٹھیک۔ آپ کیسے ہیں؟ الحمدللہ۔ ڈاکٹر صاحب، رمضان کا مبارک مہینہ چل رہا ہے، تو آج کا ٹاپک بھی یہی ہے۔ تو سب سے پہلے تو میں یہی چاہوں گا کہ آپ ہم سب کو کچھ sayings of Prophet regarding Ramadan، اس کے بارے میں بتائیں۔</w:t>
      </w:r>
    </w:p>
    <w:p>
      <w:r>
        <w:rPr>
          <w:b/>
        </w:rPr>
        <w:t xml:space="preserve">[01:12] </w:t>
      </w:r>
      <w:r>
        <w:t>Wahan se shuru kijiye aap. Ba</w:t>
      </w:r>
    </w:p>
    <w:p>
      <w:pPr>
        <w:jc w:val="right"/>
      </w:pPr>
      <w:r>
        <w:t>وہاں سے شروع کیجیے آپ۔ ب</w:t>
      </w:r>
    </w:p>
    <w:p>
      <w:r>
        <w:rPr>
          <w:b/>
        </w:rPr>
        <w:t xml:space="preserve">[01:16] </w:t>
      </w:r>
      <w:r>
        <w:t>bismillah rahman rahim. rab ishrah li sadri, wa yassir li amri, wahlu l uqdatan min lisani, yafqahu qawli.</w:t>
      </w:r>
    </w:p>
    <w:p>
      <w:pPr>
        <w:jc w:val="right"/>
      </w:pPr>
      <w:r>
        <w:t>سم اللہ الرحمن الرحیم۔ رب اشرح لی صدری، ویسر لی امری، واحل العقدۃ من لسانی، یفقہ قولی۔</w:t>
      </w:r>
    </w:p>
    <w:p>
      <w:r>
        <w:rPr>
          <w:b/>
        </w:rPr>
        <w:t xml:space="preserve">[01:30] </w:t>
      </w:r>
      <w:r>
        <w:t>to ramzan ki haqeeqat ko janne ke liye ahadees ka jo collection hai woh bohat hi bara source hai, aur kuch ahadees mein aap ke samne rakhun ga.</w:t>
      </w:r>
    </w:p>
    <w:p>
      <w:pPr>
        <w:jc w:val="right"/>
      </w:pPr>
      <w:r>
        <w:t>تو رمضان کی حقیقت کو جاننے کے لیے احادیث کا جو collection ہے وہ بہت ہی بڑا source ہے، اور کچھ احادیث میں آپ کے سامنے رکھوں گا۔</w:t>
      </w:r>
    </w:p>
    <w:p>
      <w:r>
        <w:rPr>
          <w:b/>
        </w:rPr>
        <w:t xml:space="preserve">[01:46] </w:t>
      </w:r>
      <w:r>
        <w:t>jaise rasool Allah sal Allah alaihi wasallam ne farmaya ke jab ramzan ata hai to jannat ke darwaze khol diye jate hain aur jahannum ke darwaze band kar diye jate hain, aur sare shaitan zanjeeron mein jakad diye jate hain.</w:t>
      </w:r>
    </w:p>
    <w:p>
      <w:pPr>
        <w:jc w:val="right"/>
      </w:pPr>
      <w:r>
        <w:t>جیسے رسول اللہ صلی اللہ علیہ وسلم نے فرمایا کہ إذا جاء رمضان فتحت أبواب الجنة وغلقت أبواب جهنم وسلسلة الشياطين</w:t>
      </w:r>
    </w:p>
    <w:p>
      <w:r>
        <w:rPr>
          <w:b/>
        </w:rPr>
        <w:t xml:space="preserve">[02:03] </w:t>
      </w:r>
      <w:r>
        <w:t>ke jab ramzan aata hai to jannat ke darwaze khol diye jate hain aur jahannum ke darwaze band kar diye jate hain, aur sare shaitan zanjeeron mein jakad diye jate hain.</w:t>
      </w:r>
    </w:p>
    <w:p>
      <w:pPr>
        <w:jc w:val="right"/>
      </w:pPr>
      <w:r>
        <w:t>کہ جب رمضان آتا ہے تو جنت کے دروازے کھول دیے جاتے ہیں اور جہنم کے دروازے بند کر دیے جاتے ہیں، اور سارے شیطان زنجیروں میں جکڑ دیے جاتے ہیں۔</w:t>
      </w:r>
    </w:p>
    <w:p>
      <w:r>
        <w:rPr>
          <w:b/>
        </w:rPr>
        <w:t xml:space="preserve">[02:24] </w:t>
      </w:r>
      <w:r>
        <w:t>yeh hadees waise ek symbolic hadees hai, is ko bohat hi literal sense mein lena munasib nahi hai.</w:t>
      </w:r>
    </w:p>
    <w:p>
      <w:pPr>
        <w:jc w:val="right"/>
      </w:pPr>
      <w:r>
        <w:t>یہ حدیث ویسے ایک symbolic حدیث ہے، اس کو بہت ہی literal sense میں لینا مناسب نہیں ہے۔</w:t>
      </w:r>
    </w:p>
    <w:p>
      <w:r>
        <w:rPr>
          <w:b/>
        </w:rPr>
        <w:t xml:space="preserve">[02:32] </w:t>
      </w:r>
      <w:r>
        <w:t>chunki jaise is mein kaha gaya hai ke shaitanon ko chain mein bandh diya jata hai, is ka matlab yeh nahi hai ke physically shaitan chain mein bandh diye jate hain, balkeh matlab yeh hai ke woh rozedar jo poori spirit ke sath roze rakhe, to is ke liye jo shaitan ka attack hai woh ineffective ho jata hai, be asar ho jata hai.</w:t>
      </w:r>
    </w:p>
    <w:p>
      <w:pPr>
        <w:jc w:val="right"/>
      </w:pPr>
      <w:r>
        <w:t>چونکہ جیسے اس میں کہا گیا ہے کہ شیطانوں کو chain میں باندھ دیا جاتا ہے، اس کا مطلب یہ نہیں ہے کہ physically شیطان chain میں باندھ دیے جاتے ہیں، بلکہ مطلب یہ ہے کہ وہ روزے دار جو پوری spirit کے ساتھ روزے رکھے، تو اس کے لیے جو شیطان کا attack ہے وہ ineffective ہو جاتا ہے، بے اثر ہو جاتا ہے۔</w:t>
      </w:r>
    </w:p>
    <w:p>
      <w:r>
        <w:rPr>
          <w:b/>
        </w:rPr>
        <w:t xml:space="preserve">[02:56] </w:t>
      </w:r>
      <w:r>
        <w:t>to is sense mein yeh hadees hai aur bohat hi achi hadees hai. is se samajh mein aata hai ke spirit kya hai ramzan ki. aur isi tarike se hadees ka agla hissa hai ke ya baghi al khair aqbil wa ya baghi al sharr aqsar.</w:t>
      </w:r>
    </w:p>
    <w:p>
      <w:pPr>
        <w:jc w:val="right"/>
      </w:pPr>
      <w:r>
        <w:t>تو اس sense میں یہ حدیث ہے اور بہت ہی اچھی حدیث ہے۔ اس سے سمجھ میں آتا ہے کہ spirit کیا ہے رمضان کی۔ اور اسی طریقے سے حدیث کا اگلا حصہ ہے کہ يا باغي الخير اقبل ويا باغي الشر اقصر</w:t>
      </w:r>
    </w:p>
    <w:p>
      <w:r>
        <w:rPr>
          <w:b/>
        </w:rPr>
        <w:t xml:space="preserve">[03:19] </w:t>
      </w:r>
      <w:r>
        <w:t>yani ek awaz aati hai ke aye khair ke chahne wale aage barh aur aye burai ke chahne wale, evil ke chahne wale ruk ja.</w:t>
      </w:r>
    </w:p>
    <w:p>
      <w:pPr>
        <w:jc w:val="right"/>
      </w:pPr>
      <w:r>
        <w:t>یعنی ایک آواز آتی ہے کہ اے خیر کے چاہنے والے آگے بڑھ اور اے برائی کے چاہنے والے، evil کے چاہنے والے رک جا۔</w:t>
      </w:r>
    </w:p>
    <w:p>
      <w:r>
        <w:rPr>
          <w:b/>
        </w:rPr>
        <w:t xml:space="preserve">[03:35] </w:t>
      </w:r>
      <w:r>
        <w:t>to ek waqia aata hai kitabon mein ke Prophet Muhammad sal Allah alaihi wasallam ke pas ek badu aya, Bedwin</w:t>
      </w:r>
    </w:p>
    <w:p>
      <w:pPr>
        <w:jc w:val="right"/>
      </w:pPr>
      <w:r>
        <w:t>تو ایک واقعہ آتا ہے کتابوں میں کہ Prophet محمد صلی اللہ علیہ وسلم کے پاس ایک بدو آیا، Bedwin</w:t>
      </w:r>
    </w:p>
    <w:p>
      <w:r>
        <w:rPr>
          <w:b/>
        </w:rPr>
        <w:t xml:space="preserve">[03:47] </w:t>
      </w:r>
      <w:r>
        <w:t>, to us ne kaha ke aye Allah ke rasool mujhe kuch aisi baat bataiye ke jis ke zariye mein jannat mein chala jaun. to rasool Allah ne farmaya ke tum Allah ke siwa kisi aur ki ibadat mat karo aur namaz parho,</w:t>
      </w:r>
    </w:p>
    <w:p>
      <w:pPr>
        <w:jc w:val="right"/>
      </w:pPr>
      <w:r>
        <w:t>، تو اس نے کہا کہ اے خدا کے رسول مجھے کچھ ایسی بات بتائیے کہ جس کے ذریعے میں جنت میں چلا جاؤں۔ تو رسول اللہ نے فرمایا کہ تم اللہ کے سوا کسی اور کی عبادت مت کرو اور نماز پڑھو،</w:t>
      </w:r>
    </w:p>
    <w:p>
      <w:r>
        <w:rPr>
          <w:b/>
        </w:rPr>
        <w:t xml:space="preserve">[04:06] </w:t>
      </w:r>
      <w:r>
        <w:t>zakat do aur ramzan ke roze rakho.</w:t>
      </w:r>
    </w:p>
    <w:p>
      <w:pPr>
        <w:jc w:val="right"/>
      </w:pPr>
      <w:r>
        <w:t>زکوۃ دو اور رمضان کے روزے رکھو۔</w:t>
      </w:r>
    </w:p>
    <w:p>
      <w:r>
        <w:rPr>
          <w:b/>
        </w:rPr>
        <w:t xml:space="preserve">[04:12] </w:t>
      </w:r>
      <w:r>
        <w:t>to is badu ne kaha ke aap ne jaisa mujhe bataya hai mein exactly aise hi karun ga, na kuch kam karun ga na zyada karun ga.</w:t>
      </w:r>
    </w:p>
    <w:p>
      <w:pPr>
        <w:jc w:val="right"/>
      </w:pPr>
      <w:r>
        <w:t>تو اس بدو نے کہا کہ آپ نے جیسا مجھے بتایا ہے میں exactly ایسے ہی کروں گا، نہ کچھ کم کروں گا نہ زیادہ کروں گا۔</w:t>
      </w:r>
    </w:p>
    <w:p>
      <w:r>
        <w:rPr>
          <w:b/>
        </w:rPr>
        <w:t xml:space="preserve">[04:24] </w:t>
      </w:r>
      <w:r>
        <w:t>to yeh baat rasool Allah ko itni pasand aayi, is ki sadgi. chunki woh gaon ke jo log hote the bohat hi sada log hote the, seedhi seedhi baat karte the. to us ne kaha ke jo aap ne bataya as it is mein follow karun ga, na kam karun ga na zyada karun ga.</w:t>
      </w:r>
    </w:p>
    <w:p>
      <w:pPr>
        <w:jc w:val="right"/>
      </w:pPr>
      <w:r>
        <w:t>تو یہ بات رسول اللہ کو اتنی پسند آئی، اس کی سادگی۔ چونکہ وہ گاؤں کے جو لوگ ہوتے تھے بہت ہی سادہ لوگ ہوتے تھے، سیدھی سیدھی بات کرتے تھے۔ تو اس نے کہا کہ جو آپ نے بتایا as it is میں follow کروں گا، نہ کم کروں گا نہ زیادہ کروں گا۔</w:t>
      </w:r>
    </w:p>
    <w:p>
      <w:r>
        <w:rPr>
          <w:b/>
        </w:rPr>
        <w:t xml:space="preserve">[04:40] </w:t>
      </w:r>
      <w:r>
        <w:t>to jab woh aadmi bahar chala gaya to rasool Allah ne sahaba se kaha jo baithe the ke kisi ko agar jannati insan dekhna hai to us ko dekh le.</w:t>
      </w:r>
    </w:p>
    <w:p>
      <w:pPr>
        <w:jc w:val="right"/>
      </w:pPr>
      <w:r>
        <w:t>تو جب وہ آدمی باہر چلا گیا تو رسول اللہ نے صحابہ سے کہا جو بیٹھے تھے کہ کسی کو اگر جنتی انسان دیکھنا ہے تو اس کو دیکھ لے۔</w:t>
      </w:r>
    </w:p>
    <w:p>
      <w:r>
        <w:rPr>
          <w:b/>
        </w:rPr>
        <w:t xml:space="preserve">[04:51] </w:t>
      </w:r>
      <w:r>
        <w:t>to yeh chand ahadees hain jis se ramzan ki jo rooh hai woh pata chalti hai. ji mashallah.</w:t>
      </w:r>
    </w:p>
    <w:p>
      <w:pPr>
        <w:jc w:val="right"/>
      </w:pPr>
      <w:r>
        <w:t>تو یہ چند احادیث ہیں جس سے رمضان کی جو روح ہے وہ پتہ چلتی ہے۔ جی ماشاءاللہ۔</w:t>
      </w:r>
    </w:p>
    <w:p>
      <w:r>
        <w:rPr>
          <w:b/>
        </w:rPr>
        <w:t xml:space="preserve">[04:59] </w:t>
      </w:r>
      <w:r>
        <w:t>doctor sahib ek bohat hi hopeful hadees hai aur aksar mein is ko is hawale se bhi poochna chahun ga aap se ke gunah har ek insan se hota hai lekin aksar log jo hain woh phir is guilt wali feeling mein jeene lagte hain.</w:t>
      </w:r>
    </w:p>
    <w:p>
      <w:pPr>
        <w:jc w:val="right"/>
      </w:pPr>
      <w:r>
        <w:t>ڈاکٹر صاحب ایک بہت ہی hopeful حدیث ہے اور اکثر میں اس کو اس حوالے سے بھی پوچھنا چاہوں گا آپ سے کہ گناہ ہر ایک انسان سے ہوتا ہے لیکن اکثر لوگ جو ہیں وہ پھر اس guilt والی feeling میں جینے لگتے ہیں۔</w:t>
      </w:r>
    </w:p>
    <w:p>
      <w:r>
        <w:rPr>
          <w:b/>
        </w:rPr>
        <w:t xml:space="preserve">[05:14] </w:t>
      </w:r>
      <w:r>
        <w:t>lekin rasool Allah ne ek martaba farmaya ke Whoever fasts during Ramadan with sincerity and seeking God's reward, his past sins will be forgiven.</w:t>
      </w:r>
    </w:p>
    <w:p>
      <w:pPr>
        <w:jc w:val="right"/>
      </w:pPr>
      <w:r>
        <w:t>لیکن رسول اللہ نے ایک مرتبہ فرمایا کہ Whoever fasts during Ramadan with sincerity and seeking God's reward, his past sins will be forgiven.</w:t>
      </w:r>
    </w:p>
    <w:p>
      <w:r>
        <w:rPr>
          <w:b/>
        </w:rPr>
        <w:t xml:space="preserve">[05:25] </w:t>
      </w:r>
      <w:r>
        <w:t>to bohat hi hopeful hadees hai doctor sahib</w:t>
      </w:r>
    </w:p>
    <w:p>
      <w:pPr>
        <w:jc w:val="right"/>
      </w:pPr>
      <w:r>
        <w:t>تو بہت ہی hopeful حدیث ہے ڈاکٹر صاح</w:t>
      </w:r>
    </w:p>
    <w:p>
      <w:r>
        <w:rPr>
          <w:b/>
        </w:rPr>
        <w:t xml:space="preserve">[05:28] </w:t>
      </w:r>
      <w:r>
        <w:t>yeh. mein chahun ga ke is ko thoda wazeh karen. zaroor. yeh achi hadees hai jaisa aap ne bataya, it's a very nice hadees aur is mein teen baaten kahi gayi hain.</w:t>
      </w:r>
    </w:p>
    <w:p>
      <w:pPr>
        <w:jc w:val="right"/>
      </w:pPr>
      <w:r>
        <w:t>ب یہ۔ میں چاہوں گا کہ اس کو تھوڑا واضح کریں۔ ضرور۔ یہ اچھی حدیث ہے جیسا آپ نے بتایا، it's a very nice حدیث اور اس میں تین باتیں کہی گئی ہیں۔</w:t>
      </w:r>
    </w:p>
    <w:p>
      <w:r>
        <w:rPr>
          <w:b/>
        </w:rPr>
        <w:t xml:space="preserve">[05:39] </w:t>
      </w:r>
      <w:r>
        <w:t>pehla hai ke man sam ramzan imanan wahtisaban ghafara lahu ma taqaddama min zambihi wa phir kaha gaya ke wa man qama ramzan ihtisaban imanan wahtisaban ghafara lahu ma taqaddama min zambihi wa phir aya ke man qama laylata al qadr</w:t>
      </w:r>
    </w:p>
    <w:p>
      <w:pPr>
        <w:jc w:val="right"/>
      </w:pPr>
      <w:r>
        <w:t>پہلا ہے کہ من صام رمضان ایمانا واحتسابا غفر له ما تقدم من ذنبه اور پھر کہا گیا کہ ومن قام رمضان احتسابا ایمانا واحتسابا غفر له ما تقدم من ذنبه اور پھر آیا کہ من قام لیلۃ القدر</w:t>
      </w:r>
    </w:p>
    <w:p>
      <w:r>
        <w:rPr>
          <w:b/>
        </w:rPr>
        <w:t xml:space="preserve">[05:58] </w:t>
      </w:r>
      <w:r>
        <w:t>imanan wahtisaban ghafara lahu ma taqaddama min zambihi yani jis ne ramzan ke mahine mein roze rakhe, ji us ke aur iman aur ihtisab ke sath, hmm, us ke sare pichle gunah maaf ho jayen ge.</w:t>
      </w:r>
    </w:p>
    <w:p>
      <w:pPr>
        <w:jc w:val="right"/>
      </w:pPr>
      <w:r>
        <w:t>ایمانا واحتسابا غفر له ما تقدم من ذنبه یعنی جس نے رمضان کے مہینے میں روزے رکھے، جی اس کے اور ایمان اور احتساب کے ساتھ، ہمم، اس کے سارے پچھلے گناہ معاف ہو جائیں گے۔</w:t>
      </w:r>
    </w:p>
    <w:p>
      <w:r>
        <w:rPr>
          <w:b/>
        </w:rPr>
        <w:t xml:space="preserve">[06:13] </w:t>
      </w:r>
      <w:r>
        <w:t>ji aur phir kaha ke man qama ramzan yani qamahu ka matlab hai raat ko khada hona ibadat ke liye.</w:t>
      </w:r>
    </w:p>
    <w:p>
      <w:pPr>
        <w:jc w:val="right"/>
      </w:pPr>
      <w:r>
        <w:t>جی اور پھر کہا کہ من قام رمضان یعنی قامہ کا مطلب ہے رات کو کھڑا ہونا عبادت کے لیے۔</w:t>
      </w:r>
    </w:p>
    <w:p>
      <w:r>
        <w:rPr>
          <w:b/>
        </w:rPr>
        <w:t xml:space="preserve">[06:23] </w:t>
      </w:r>
      <w:r>
        <w:t>ji jo rasool Allah ka tareeqa tha qiyam al layl ka ke jis ne qiyam al layl kiya yani raat ko ibadat ki ya tahajjud ki ibadat ya aaj kal tarawih ke naam se log ibadat karte hain, to woh jis ne qiyam al layl kiya aur iman aur ihtisab ke sath to us ke sare pichle gunah maaf ho jayen ge.</w:t>
      </w:r>
    </w:p>
    <w:p>
      <w:pPr>
        <w:jc w:val="right"/>
      </w:pPr>
      <w:r>
        <w:t>جی جو رسول اللہ کا طریقہ تھا قیام اللیل کا کہ جس نے قیام اللیل کیا یعنی رات کو عبادت کی یا تہجد کی عبادت یا آج کل تراویح کے نام سے لوگ عبادت کرتے ہیں، تو وہ جس نے قیام اللیل کیا اور ایمان اور احتساب کے ساتھ تو اس کے سارے پچھلے گناہ معاف ہو جائیں گے۔</w:t>
      </w:r>
    </w:p>
    <w:p>
      <w:r>
        <w:rPr>
          <w:b/>
        </w:rPr>
        <w:t xml:space="preserve">[06:43] </w:t>
      </w:r>
      <w:r>
        <w:t>aise hi ke jis ne man qama laylata al qadr ke jis ne laylata al qadr mein namaz parhi, tahajjud ki aur raat ki namaz, to us ke sare pichle gunah maaf ho jayen ge.</w:t>
      </w:r>
    </w:p>
    <w:p>
      <w:pPr>
        <w:jc w:val="right"/>
      </w:pPr>
      <w:r>
        <w:t>ایسے ہی کہ جس نے من قام لیلۃ القدر کہ جس نے لیلۃ القدر میں نماز پڑھی، تہجد کی اور رات کی نماز، تو اس کے سارے پچھلے گناہ معاف ہو جائیں گے۔</w:t>
      </w:r>
    </w:p>
    <w:p>
      <w:r>
        <w:rPr>
          <w:b/>
        </w:rPr>
        <w:t xml:space="preserve">[06:57] </w:t>
      </w:r>
      <w:r>
        <w:t>to is mein jo ek lafz repeat ho raha hai woh hai ke iman aur ihtisab. ji imanan wahtisaban</w:t>
      </w:r>
    </w:p>
    <w:p>
      <w:pPr>
        <w:jc w:val="right"/>
      </w:pPr>
      <w:r>
        <w:t>تو اس میں جو ایک لفظ repeat ہو رہا ہے وہ ہے کہ ایمان اور احتساب۔ جی ایمانا واحتسابا</w:t>
      </w:r>
    </w:p>
    <w:p>
      <w:r>
        <w:rPr>
          <w:b/>
        </w:rPr>
        <w:t xml:space="preserve">[07:05] </w:t>
      </w:r>
      <w:r>
        <w:t>to eman jo hai Maulana kehte thay ke yeh sirf yeh nahi ke kalma parh lena eman hai balkay woh kehte thay arifan yaqeen.</w:t>
      </w:r>
    </w:p>
    <w:p>
      <w:pPr>
        <w:jc w:val="right"/>
      </w:pPr>
      <w:r>
        <w:t>تو ایمان جو ہے مولانا کہتے تھے کہ یہ صرف یہ نہیں کہ کلمہ پڑھ لینا ایمان ہے بلکہ وہ کہتے تھے عارفان یقین۔</w:t>
      </w:r>
    </w:p>
    <w:p>
      <w:r>
        <w:rPr>
          <w:b/>
        </w:rPr>
        <w:t xml:space="preserve">[07:15] </w:t>
      </w:r>
      <w:r>
        <w:t>ji yani aik jis ko Maulana kehte thay self discovered marifat. balkay hadith mein bhi aata hai ke pehle hum ne eman seekha phir hum ne quran seekha.</w:t>
      </w:r>
    </w:p>
    <w:p>
      <w:pPr>
        <w:jc w:val="right"/>
      </w:pPr>
      <w:r>
        <w:t>جی یعنی ایک جس کو مولانا کہتے تھے self discovered معرفت۔ بلکہ حدیث میں بھی آتا ہے کہ پہلے ہم نے ایمان سیکھا پھر ہم نے قرآن سیکھا۔</w:t>
      </w:r>
    </w:p>
    <w:p>
      <w:r>
        <w:rPr>
          <w:b/>
        </w:rPr>
        <w:t xml:space="preserve">[07:25] </w:t>
      </w:r>
      <w:r>
        <w:t>ji yani pehle hum ne apne andar marifat ko jagaya. ji aur jab hamare andar marifat jaag gayi, khuda ki marifat jaag gayi hamare andar, tab yeh mumkin hua ke hum quran ke gehre meaning tak pounch sake.</w:t>
      </w:r>
    </w:p>
    <w:p>
      <w:pPr>
        <w:jc w:val="right"/>
      </w:pPr>
      <w:r>
        <w:t>جی یعنی پہلے ہم نے اپنے اندر معرفت کو جگایا۔ جی اور جب ہمارے اندر معرفت جاگ گئی، خدا کی معرفت جاگ گئی ہمارے اندر، تب یہ ممکن ہوا کہ ہم قرآن کے گہرے meaning تک پہنچ سکے۔</w:t>
      </w:r>
    </w:p>
    <w:p>
      <w:r>
        <w:rPr>
          <w:b/>
        </w:rPr>
        <w:t xml:space="preserve">[07:42] </w:t>
      </w:r>
      <w:r>
        <w:t>aur jo doosra lafz hai woh ihtisab hai. ji ihtisab ka matlab hota hai in anticipation of god's re</w:t>
      </w:r>
    </w:p>
    <w:p>
      <w:pPr>
        <w:jc w:val="right"/>
      </w:pPr>
      <w:r>
        <w:t>اور جو دوسرا لفظ ہے وہ احتساب ہے۔ جی احتساب کا مطلب ہوتا ہے in anticipation of God's re</w:t>
      </w:r>
    </w:p>
    <w:p>
      <w:r>
        <w:rPr>
          <w:b/>
        </w:rPr>
        <w:t xml:space="preserve">[07:51] </w:t>
      </w:r>
      <w:r>
        <w:t>ward yani khuda ke se talab ajr yani ajr ki aur reward ki umeed se aur eman ke sath.</w:t>
      </w:r>
    </w:p>
    <w:p>
      <w:pPr>
        <w:jc w:val="right"/>
      </w:pPr>
      <w:r>
        <w:t>ward یعنی خدا کے سے طلب اجر یعنی اجر کی اور reward کی امید سے اور ایمان کے ساتھ۔</w:t>
      </w:r>
    </w:p>
    <w:p>
      <w:r>
        <w:rPr>
          <w:b/>
        </w:rPr>
        <w:t xml:space="preserve">[08:02] </w:t>
      </w:r>
      <w:r>
        <w:t>yeh do cheez bari important hain. ji eman aur ihtisab yani razae ilahi ke husool ke liye koi kaam karna yani koi kaam insan agar khalisatan kare Allah ke liye to woh ihtisab kehlayega.</w:t>
      </w:r>
    </w:p>
    <w:p>
      <w:pPr>
        <w:jc w:val="right"/>
      </w:pPr>
      <w:r>
        <w:t>یہ دو چیز بڑی important ہیں۔ جی ایمان اور احتساب یعنی رضائے الہی کے حصول کے لیے کوئی کام کرنا یعنی کوئی کام انسان اگر خالصتا کرے اللہ کے لیے تو وہ احتساب کہلائے گا۔</w:t>
      </w:r>
    </w:p>
    <w:p>
      <w:r>
        <w:rPr>
          <w:b/>
        </w:rPr>
        <w:t xml:space="preserve">[08:16] </w:t>
      </w:r>
      <w:r>
        <w:t>lekin isi cheez ko Maulana ne aur</w:t>
      </w:r>
    </w:p>
    <w:p>
      <w:pPr>
        <w:jc w:val="right"/>
      </w:pPr>
      <w:r>
        <w:t>لیکن اسی چیز کو مولانا نے اور</w:t>
      </w:r>
    </w:p>
    <w:p>
      <w:r>
        <w:rPr>
          <w:b/>
        </w:rPr>
        <w:t xml:space="preserve">[08:19] </w:t>
      </w:r>
      <w:r>
        <w:t>aasan alfaz mein samjhaya hai ke spirit yani aap ke andar spirit ho. ji ke aik sirf zahiri form nahi hai ke aik to zahiri shakal hai, zahiri form hai, sirf us ko dohrana kafi nahi hai balkay jo inner spirit hai wahi ihtisab hai.</w:t>
      </w:r>
    </w:p>
    <w:p>
      <w:pPr>
        <w:jc w:val="right"/>
      </w:pPr>
      <w:r>
        <w:t>آسان الفاظ میں سمجھایا ہے کہ spirit یعنی آپ کے اندر spirit ہو۔ جی کہ ایک صرف ظاہری form نہیں ہے کہ ایک تو ظاہری شکل ہے، ظاہری form ہے، صرف اس کو دہرانا کافی نہیں ہے بلکہ جو inner spirit ہے وہی احتساب ہے۔</w:t>
      </w:r>
    </w:p>
    <w:p>
      <w:r>
        <w:rPr>
          <w:b/>
        </w:rPr>
        <w:t xml:space="preserve">[08:37] </w:t>
      </w:r>
      <w:r>
        <w:t>aur is tarah se aik aur alfaz atay</w:t>
      </w:r>
    </w:p>
    <w:p>
      <w:pPr>
        <w:jc w:val="right"/>
      </w:pPr>
      <w:r>
        <w:t>اور اس طریقے سے ایک اور الفاظ آتے</w:t>
      </w:r>
    </w:p>
    <w:p>
      <w:r>
        <w:rPr>
          <w:b/>
        </w:rPr>
        <w:t xml:space="preserve">[08:41] </w:t>
      </w:r>
      <w:r>
        <w:t>hain faman samahu imanan wahtisaban kharaja min min althunob kayaw ولدتہ امہ yani jis ne ramzan eman aur ihtisab ke sath rakha woh goya aisa ho gaya ke isi din woh paida hua hai.</w:t>
      </w:r>
    </w:p>
    <w:p>
      <w:pPr>
        <w:jc w:val="right"/>
      </w:pPr>
      <w:r>
        <w:t>ہیں فمن صامه ایمانا واحتسابا خرج من من الذنوب کیوم ولدتہ امہ یعنی جس نے رمضان ایمان اور احتساب کے ساتھ رکھا وہ گویا ایسا ہو گیا کہ اسی دن وہ پیدا ہوا ہے۔</w:t>
      </w:r>
    </w:p>
    <w:p>
      <w:r>
        <w:rPr>
          <w:b/>
        </w:rPr>
        <w:t xml:space="preserve">[08:58] </w:t>
      </w:r>
      <w:r>
        <w:t>yani sare us ke gunah maaf ho jatay hain.</w:t>
      </w:r>
    </w:p>
    <w:p>
      <w:pPr>
        <w:jc w:val="right"/>
      </w:pPr>
      <w:r>
        <w:t>یعنی سارے اس کے گناہ معاف ہو جاتے ہیں۔</w:t>
      </w:r>
    </w:p>
    <w:p>
      <w:r>
        <w:rPr>
          <w:b/>
        </w:rPr>
        <w:t xml:space="preserve">[09:03] </w:t>
      </w:r>
      <w:r>
        <w:t>to Maulana ne is ko likha tha al risala mein, mein is ko parhta hoon, bohat achi tehreer hai ke eman aur ihtisab ke sath ada kiya janay wala yeh roza aur ibadat woh hai jis mein banda goya aansuon se wuzu karta hai,</w:t>
      </w:r>
    </w:p>
    <w:p>
      <w:pPr>
        <w:jc w:val="right"/>
      </w:pPr>
      <w:r>
        <w:t>تو مولانا نے اس کو لکھا تھا الرسالہ میں، میں اس کو پڑھتا ہوں، بہت اچھی تحریر ہے کہ ایمان اور احتساب کے ساتھ ادا کیا جانے والا یہ روزہ اور عبادت وہ ہے جس میں بندہ گویا آنسوؤں سے وضو کرتا ہے،</w:t>
      </w:r>
    </w:p>
    <w:p>
      <w:r>
        <w:rPr>
          <w:b/>
        </w:rPr>
        <w:t xml:space="preserve">[09:19] </w:t>
      </w:r>
      <w:r>
        <w:t>jis mein ruku aur sajda khuda ki maujoodgi ka tajurba karne ke hum maani hota hai, jis mein insan ilhami alfaz mein dua karne lagta hai, inspired prayer yani Allah inspire karta hai.</w:t>
      </w:r>
    </w:p>
    <w:p>
      <w:pPr>
        <w:jc w:val="right"/>
      </w:pPr>
      <w:r>
        <w:t>جس میں رکوع اور سجدہ خدا کی موجودگی کا تجربہ کرنے کے ہم معنی ہوتا ہے، جس میں انسان الہامی الفاظ میں دعا کرنے لگتا ہے، inspired prayer یعنی اللہ inspire کرتا ہے۔</w:t>
      </w:r>
    </w:p>
    <w:p>
      <w:r>
        <w:rPr>
          <w:b/>
        </w:rPr>
        <w:t xml:space="preserve">[09:29] </w:t>
      </w:r>
      <w:r>
        <w:t>aise shakhs ke liye yeh muqaddar hai ke us ke tamam gunah maaf kar diye jayen.</w:t>
      </w:r>
    </w:p>
    <w:p>
      <w:pPr>
        <w:jc w:val="right"/>
      </w:pPr>
      <w:r>
        <w:t>ایسے شخص کے لیے یہ مقدر ہے کہ اس کے تمام گناہ معاف کر دیے جائیں۔</w:t>
      </w:r>
    </w:p>
    <w:p>
      <w:r>
        <w:rPr>
          <w:b/>
        </w:rPr>
        <w:t xml:space="preserve">[09:39] </w:t>
      </w:r>
      <w:r>
        <w:t>to yeh hai matlab spirit jis ko Maulana ne bohat hi zor diya hai, woh spirit ko zor diya hai. aur hamesha se mujhe yaad hai ke bohat purani baat hai, early eighties mein, mid eighties mein jab cassettes ka daur tha to Maulana ne kaha ke mujhe cassette record karne hain.</w:t>
      </w:r>
    </w:p>
    <w:p>
      <w:pPr>
        <w:jc w:val="right"/>
      </w:pPr>
      <w:r>
        <w:t>تو یہ ہے مطلب spirit جس کو مولانا نے بہت ہی زور دیا ہے، وہ spirit کو زور دیا ہے۔ اور ہمیشہ سے مجھے یاد ہے کہ بہت پرانی بات ہے، early eighties میں، mid eighties میں جب کیسیٹس کا دور تھا تو مولانا نے کہا کہ مجھے کیسیٹ ریکارڈ کرنے ہیں۔</w:t>
      </w:r>
    </w:p>
    <w:p>
      <w:r>
        <w:rPr>
          <w:b/>
        </w:rPr>
        <w:t xml:space="preserve">[09:59] </w:t>
      </w:r>
      <w:r>
        <w:t>ji to mein darya ganj mein gaya, aik studio, hmv ka studio tha shayad, haan, to wahan baat ki to wahan Maulana ko le gaya mein.</w:t>
      </w:r>
    </w:p>
    <w:p>
      <w:pPr>
        <w:jc w:val="right"/>
      </w:pPr>
      <w:r>
        <w:t>جی تو میں دریا گنج میں گیا، ایک سٹوڈیو، ایچ ایم وی کا سٹوڈیو تھا شاید، ہاں، تو وہاں بات کی تو وہاں مولانا کو لے گیا میں۔</w:t>
      </w:r>
    </w:p>
    <w:p>
      <w:r>
        <w:rPr>
          <w:b/>
        </w:rPr>
        <w:t xml:space="preserve">[10:08] </w:t>
      </w:r>
      <w:r>
        <w:t>to panch cassettes record kiye Maulana ne, is ka naam tha haqeeqat eman, haqeeqat roza, haqeeqat zakat, haqeeqat hajj, aur aik aur haqeeqat,</w:t>
      </w:r>
    </w:p>
    <w:p>
      <w:pPr>
        <w:jc w:val="right"/>
      </w:pPr>
      <w:r>
        <w:t>تو پانچ کیسیٹس ریکارڈ کیے مولانا نے، اس کا نام تھا حقیقت ایمان، حقیقت روزہ، حقیقت زکوۃ، حقیقت حج، اور ایک اور حقیقت،</w:t>
      </w:r>
    </w:p>
    <w:p>
      <w:r>
        <w:rPr>
          <w:b/>
        </w:rPr>
        <w:t xml:space="preserve">[10:22] </w:t>
      </w:r>
      <w:r>
        <w:t>panch thay beharhal. ji zakat, haqeeqat zakat, haan, to woh panchoun arkan jo hain, us ko record karwaya tha us waqt. yani isi waqt se shuru se Maulana ki yeh soch thi ke jo haqeeqat hai, jo rooh hai, jo spir</w:t>
      </w:r>
    </w:p>
    <w:p>
      <w:pPr>
        <w:jc w:val="right"/>
      </w:pPr>
      <w:r>
        <w:t>پانچ تھے بہرحال۔ جی زکوۃ، حقیقت زکوۃ، ہاں، تو وہ پانچوں ارکان جو ہیں، اس کو ریکارڈ کروایا تھا اس وقت۔ یعنی اسی وقت سے شروع سے مولانا کی یہ سوچ تھی کہ جو حقیقت ہے، جو روح ہے، جو spir</w:t>
      </w:r>
    </w:p>
    <w:p>
      <w:r>
        <w:rPr>
          <w:b/>
        </w:rPr>
        <w:t xml:space="preserve">[10:37] </w:t>
      </w:r>
      <w:r>
        <w:t>it hai, wahi asal hai. to is pe hi hamesha zor raha. ji ji aur rozay ke baray mein bhi yahi baat hai. bohat khoob doctor sahib, yeh to bohat achay se aap ne is ko wazeh kiya, alhamdulillah.</w:t>
      </w:r>
    </w:p>
    <w:p>
      <w:pPr>
        <w:jc w:val="right"/>
      </w:pPr>
      <w:r>
        <w:t>it ہے، وہی اصل ہے۔ تو اس پہ ہی ہمیشہ زور رہا۔ جی جی اور روزے کے بارے میں بھی یہی بات ہے۔ بہت خوب ڈاکٹر صاحب، یہ تو بہت اچھے سے آپ نے اس کو واضح کیا، الحمدللہ۔</w:t>
      </w:r>
    </w:p>
    <w:p>
      <w:r>
        <w:rPr>
          <w:b/>
        </w:rPr>
        <w:t xml:space="preserve">[10:46] </w:t>
      </w:r>
      <w:r>
        <w:t>doctor sahib, isi tarah se aik aur hadith hai, rasool Allah ne farmaya ke there are three things that expire major sins.</w:t>
      </w:r>
    </w:p>
    <w:p>
      <w:pPr>
        <w:jc w:val="right"/>
      </w:pPr>
      <w:r>
        <w:t>ڈاکٹر صاحب، اسی طریقے سے ایک اور حدیث ہے، رسول اللہ نے فرمایا کہ There are three things that expire major sins.</w:t>
      </w:r>
    </w:p>
    <w:p>
      <w:r>
        <w:rPr>
          <w:b/>
        </w:rPr>
        <w:t xml:space="preserve">[10:57] </w:t>
      </w:r>
      <w:r>
        <w:t>matlab jo gunah hain woh maaf ho jayen ge teen cheezon se, aur is mein se aik cheez fasting ko hi bataya unhon ne. to is ko bhi aap wazeh karen doctor sahib.</w:t>
      </w:r>
    </w:p>
    <w:p>
      <w:pPr>
        <w:jc w:val="right"/>
      </w:pPr>
      <w:r>
        <w:t>مطلب جو گناہ ہیں وہ معاف ہو جائیں گے تین چیزوں سے، اور اس میں سے ایک چیز fasting کو ہی بتایا انہوں نے۔ تو اس کو بھی آپ واضح کریں ڈاکٹر صاحب۔</w:t>
      </w:r>
    </w:p>
    <w:p>
      <w:r>
        <w:rPr>
          <w:b/>
        </w:rPr>
        <w:t xml:space="preserve">[11:08] </w:t>
      </w:r>
      <w:r>
        <w:t>asal mein yeh aik waqia hai,</w:t>
      </w:r>
    </w:p>
    <w:p>
      <w:pPr>
        <w:jc w:val="right"/>
      </w:pPr>
      <w:r>
        <w:t>اصل میں یہ ایک واقعہ ہے،</w:t>
      </w:r>
    </w:p>
    <w:p>
      <w:r>
        <w:rPr>
          <w:b/>
        </w:rPr>
        <w:t xml:space="preserve">[11:14] </w:t>
      </w:r>
      <w:r>
        <w:t>aur woh aik bohat baray sahabi thay, Hazrat Umar ibn al-Aas. to un ka waqia hai, to woh jab un ki death qareeb hui to woh bistar pe letay huay thay, bimar thay bohat</w:t>
      </w:r>
    </w:p>
    <w:p>
      <w:pPr>
        <w:jc w:val="right"/>
      </w:pPr>
      <w:r>
        <w:t>اور وہ ایک بہت بڑے صحابی تھے، حضرت عمر ابن العاص۔ تو ان کا واقعہ ہے، تو وہ جب ان کی ڈیتھ قریب ہوئی تو وہ بستر پہ لیٹے ہوئے تھے، بیمار تھے بہت</w:t>
      </w:r>
    </w:p>
    <w:p>
      <w:r>
        <w:rPr>
          <w:b/>
        </w:rPr>
        <w:t xml:space="preserve">[11:31] </w:t>
      </w:r>
      <w:r>
        <w:t>، to woh behtasha rone lagay, bohat rone lagay, aur karwat li deewar ki taraf, aur phir rone lagay bohat.</w:t>
      </w:r>
    </w:p>
    <w:p>
      <w:pPr>
        <w:jc w:val="right"/>
      </w:pPr>
      <w:r>
        <w:t>، تو وہ بے تحاشہ رونے لگے، بہت رونے لگے، اور کروٹ کر لی دیوار کی طرف، اور پھر رونے لگے بہت۔</w:t>
      </w:r>
    </w:p>
    <w:p>
      <w:r>
        <w:rPr>
          <w:b/>
        </w:rPr>
        <w:t xml:space="preserve">[11:41] </w:t>
      </w:r>
      <w:r>
        <w:t>to un ke bete wahan maujood thay, bete ne kaha ke aap kyun ro rahe hain itna? aap ko to rasool Allah sallallahu alaihi wasallam ne basharat di hai jannat ki.</w:t>
      </w:r>
    </w:p>
    <w:p>
      <w:pPr>
        <w:jc w:val="right"/>
      </w:pPr>
      <w:r>
        <w:t>تو ان کے بیٹے وہاں موجود تھے، بیٹے نے کہا کہ آپ کیوں رو رہے ہیں اتنا؟ آپ کو تو رسول اللہ صلی اللہ علیہ وسلم نے بشارت دی ہے جنت کی۔</w:t>
      </w:r>
    </w:p>
    <w:p>
      <w:r>
        <w:rPr>
          <w:b/>
        </w:rPr>
        <w:t xml:space="preserve">[11:53] </w:t>
      </w:r>
      <w:r>
        <w:t>to unhon ne kaha ke main shuru mein rasool Allah salallaho alaihi wasallam ka bohat hi mukhalif tha, balkeh jani dushman tha.</w:t>
      </w:r>
    </w:p>
    <w:p>
      <w:pPr>
        <w:jc w:val="right"/>
      </w:pPr>
      <w:r>
        <w:t>تو انہوں نے کہا کہ میں شروع میں رسول اللہ صلی اللہ علیہ وسلم کا بہت ہی مخالف تھا، بلکہ جانی دشمن تھا۔</w:t>
      </w:r>
    </w:p>
    <w:p>
      <w:r>
        <w:rPr>
          <w:b/>
        </w:rPr>
        <w:t xml:space="preserve">[12:02] </w:t>
      </w:r>
      <w:r>
        <w:t>ek waqt aisa tha ke woh bohat hi against the Prophet ke, lekin phir Allah ne mujhe hidayat di.</w:t>
      </w:r>
    </w:p>
    <w:p>
      <w:pPr>
        <w:jc w:val="right"/>
      </w:pPr>
      <w:r>
        <w:t>ایک وقت ایسا تھا کہ وہ بہت ہی against تھے Prophet کے، لیکن پھر اللہ نے مجھے ہدایت دی۔</w:t>
      </w:r>
    </w:p>
    <w:p>
      <w:r>
        <w:rPr>
          <w:b/>
        </w:rPr>
        <w:t xml:space="preserve">[12:10] </w:t>
      </w:r>
      <w:r>
        <w:t>to unhon ne kaha ke agar is haal mein meri death ho jati to main to bohat bara gunhegar ho jata. to un ko yeh ehsas tha, to woh ro rahe the us waqt bohat.</w:t>
      </w:r>
    </w:p>
    <w:p>
      <w:pPr>
        <w:jc w:val="right"/>
      </w:pPr>
      <w:r>
        <w:t>تو انہوں نے کہا کہ اگر اس حال میں میری ڈیتھ ہو جاتی تو میں تو بہت بڑا گنہگار ہو جاتا۔ تو ان کو یہ احساس تھا، تو وہ رو رہے تھے اس وقت بہت۔</w:t>
      </w:r>
    </w:p>
    <w:p>
      <w:r>
        <w:rPr>
          <w:b/>
        </w:rPr>
        <w:t xml:space="preserve">[12:19] </w:t>
      </w:r>
      <w:r>
        <w:t>to phir unhon ne kaha ke phir Allah ne mujhe hidayat di, aur main Prophet ke paas gaya, aur main ne kaha ke apna hath aage barhaiye, right hand, main aap ke hath pe bai'at karunga, y</w:t>
      </w:r>
    </w:p>
    <w:p>
      <w:pPr>
        <w:jc w:val="right"/>
      </w:pPr>
      <w:r>
        <w:t>تو پھر انہوں نے کہا کہ پھر اللہ نے مجھے ہدایت دی، اور میں Prophet کے پاس گیا، اور میں نے کہا کہ اپنا ہاتھ آگے بڑھائیے،right hand، میں آپ کے ہاتھ پہ بیعت کروں گا، ی</w:t>
      </w:r>
    </w:p>
    <w:p>
      <w:r>
        <w:rPr>
          <w:b/>
        </w:rPr>
        <w:t xml:space="preserve">[12:32] </w:t>
      </w:r>
      <w:r>
        <w:t>ani oath of allegiance jo us us zamane mein aisi kuch hoti thi. to rasool Allah salallaho alaihi wasallam ne hath barhaya, to unhon ne apna hath peechay kar liya.</w:t>
      </w:r>
    </w:p>
    <w:p>
      <w:pPr>
        <w:jc w:val="right"/>
      </w:pPr>
      <w:r>
        <w:t>عنی oath of allegiance جو اس اس زمانے میں ایسی کچھ ہوتی تھی۔ تو رسول اللہ صلی اللہ علیہ وسلم نے ہاتھ بڑھایا، تو انہوں نے اپنا ہاتھ پیچھے کر لیا۔</w:t>
      </w:r>
    </w:p>
    <w:p>
      <w:r>
        <w:rPr>
          <w:b/>
        </w:rPr>
        <w:t xml:space="preserve">[12:43] </w:t>
      </w:r>
      <w:r>
        <w:t>to Prophet ne kaha ke kya baat hai, tum ne hath apna peechay kyun kar liya? to Hazrat Umar ibne Al-Aas Razi Allah Anho bolay ke main chahta hoon ke mere puranay gunah saare maaf ho jayen.</w:t>
      </w:r>
    </w:p>
    <w:p>
      <w:pPr>
        <w:jc w:val="right"/>
      </w:pPr>
      <w:r>
        <w:t>تو Prophet نے کہا کہ کیا بات ہے، تم نے ہاتھ اپنا پیچھے کیوں کر لیا؟ تو حضرت عمر ابن العاص رضی اللہ عنہ بولے کہ میں چاہتا ہوں کہ میرے پرانے گناہ سارے معاف ہو جائیں۔</w:t>
      </w:r>
    </w:p>
    <w:p>
      <w:r>
        <w:rPr>
          <w:b/>
        </w:rPr>
        <w:t xml:space="preserve">[12:57] </w:t>
      </w:r>
      <w:r>
        <w:t>to us waqt Prophet ne yeh kaha tha ke tumhein nahi pata ke teen cheezen aisi hain jis se puranay gunah maaf ho jate hain. ek hai entering into Islam, aur doosra hai performing Hajj, aur teesra hai migration for the sake of Allah.</w:t>
      </w:r>
    </w:p>
    <w:p>
      <w:pPr>
        <w:jc w:val="right"/>
      </w:pPr>
      <w:r>
        <w:t>تو اس وقت Prophet نے یہ کہا تھا کہ تمہیں نہیں پتہ کہ تین چیزیں ایسی ہیں جس سے پرانے گناہ معاف ہو جاتے ہیں۔ ایک ہے entering into اسلام، اور دوسرا ہے performing حج، اور تیسرا ہے migration for the sake of اللہ۔</w:t>
      </w:r>
    </w:p>
    <w:p>
      <w:r>
        <w:rPr>
          <w:b/>
        </w:rPr>
        <w:t xml:space="preserve">[13:14] </w:t>
      </w:r>
      <w:r>
        <w:t>ji to yeh teen cheezen hain, bhai, yani spirit ke aitbar se</w:t>
      </w:r>
    </w:p>
    <w:p>
      <w:pPr>
        <w:jc w:val="right"/>
      </w:pPr>
      <w:r>
        <w:t>جی تو یہ تین چیزیں ہیں، بھئی، یعنی spirit کے اعتبار سے</w:t>
      </w:r>
    </w:p>
    <w:p>
      <w:r>
        <w:rPr>
          <w:b/>
        </w:rPr>
        <w:t xml:space="preserve">[13:22] </w:t>
      </w:r>
      <w:r>
        <w:t>Hajj hai ya migration agar waqe'atan Allah ki raza ke liye aur for the sake of God koi karta hai, aur da'wati jazba hai us ke andar, to woh bohat hi bari cheez hogi.</w:t>
      </w:r>
    </w:p>
    <w:p>
      <w:pPr>
        <w:jc w:val="right"/>
      </w:pPr>
      <w:r>
        <w:t>حج ہے یا migration اگر واقعتا اللہ کی رضا کے لیے اور for the sake of God کوئی کرتا ہے، اور دعوتی جذبہ ہے اس کے اندر، تو وہ بہت ہی بڑی چیز ہوگی۔</w:t>
      </w:r>
    </w:p>
    <w:p>
      <w:r>
        <w:rPr>
          <w:b/>
        </w:rPr>
        <w:t xml:space="preserve">[13:34] </w:t>
      </w:r>
      <w:r>
        <w:t>aur aise hi koi Islam mein dakhil hota hai. to yeh ek waqia hai jis se pata chalta hai ke Allah taala gunah maaf kar deta hai pichlay.</w:t>
      </w:r>
    </w:p>
    <w:p>
      <w:pPr>
        <w:jc w:val="right"/>
      </w:pPr>
      <w:r>
        <w:t>اور ایسے ہی کوئی اسلام میں داخل ہوتا ہے۔ تو یہ ایک واقعہ ہے جس سے پتہ چلتا ہے کہ اللہ تعالی گناہ معاف کر دیتا ہے پچھلے۔</w:t>
      </w:r>
    </w:p>
    <w:p>
      <w:r>
        <w:rPr>
          <w:b/>
        </w:rPr>
        <w:t xml:space="preserve">[13:46] </w:t>
      </w:r>
      <w:r>
        <w:t>ji</w:t>
      </w:r>
    </w:p>
    <w:p>
      <w:pPr>
        <w:jc w:val="right"/>
      </w:pPr>
      <w:r>
        <w:t>جی</w:t>
      </w:r>
    </w:p>
    <w:p>
      <w:r>
        <w:rPr>
          <w:b/>
        </w:rPr>
        <w:t xml:space="preserve">[13:47] </w:t>
      </w:r>
      <w:r>
        <w:t>actually doctor sahib, main aim of fasting to yahi hai ke insaan ka jo hai material dependence weaken ho jaye, aur jo spiritual resolve hai woh strengthen ho jaye.</w:t>
      </w:r>
    </w:p>
    <w:p>
      <w:pPr>
        <w:jc w:val="right"/>
      </w:pPr>
      <w:r>
        <w:t>actually ڈاکٹر صاحب، main aim of fasting تو یہی ہے کہ انسان کا جو ہے material dependence weaken ہو جائے، اور جو spiritual resolve ہے وہ strengthen ہو جائے۔</w:t>
      </w:r>
    </w:p>
    <w:p>
      <w:r>
        <w:rPr>
          <w:b/>
        </w:rPr>
        <w:t xml:space="preserve">[13:59] </w:t>
      </w:r>
      <w:r>
        <w:t>kyun ke spiritual resolve se hi doctor sahib taqwa paida hota hai insaan ke andar, aur asal purpose fasting ka yeh hai ke insaan ke andar ek humility aaye.</w:t>
      </w:r>
    </w:p>
    <w:p>
      <w:pPr>
        <w:jc w:val="right"/>
      </w:pPr>
      <w:r>
        <w:t>کیونکہ spiritual resolve سے ہی ڈاکٹر صاحب تقویٰ پیدا ہوتا ہے انسان کے اندر، اور اصل purpose fasting کا یہ ہے کہ انسان کے اندر ایک humility آئے۔</w:t>
      </w:r>
    </w:p>
    <w:p>
      <w:r>
        <w:rPr>
          <w:b/>
        </w:rPr>
        <w:t xml:space="preserve">[14:08] </w:t>
      </w:r>
      <w:r>
        <w:t>aur humility Maulana Wahiduddin Khan sahib kaha karte the ke true repentance se hi produce hoti hai. aur rasool Allah ne bhi ek martaba doctor sahib farmaya ke "A person who does sincere repentance can do away with anything and everything."</w:t>
      </w:r>
    </w:p>
    <w:p>
      <w:pPr>
        <w:jc w:val="right"/>
      </w:pPr>
      <w:r>
        <w:t>اور humility مولانا وحید الدین خان صاحب کہا کرتے تھے کہ true repentance سے ہی produce ہوتی ہے۔ اور رسول اللہ نے بھی ایک مرتبہ ڈاکٹر صاحب فرمایا کہ "A person who does sincere repentance can do away with anything and everything."</w:t>
      </w:r>
    </w:p>
    <w:p>
      <w:r>
        <w:rPr>
          <w:b/>
        </w:rPr>
        <w:t xml:space="preserve">[14:25] </w:t>
      </w:r>
      <w:r>
        <w:t>to doctor sahib, aaj kyun ke hum Ramadan pe baat kar rahe hain, to hum hadithon ko le kar hi aap se sawal karenge. to is hadith ko bhi aap wazeh karen hum sab ke liye.</w:t>
      </w:r>
    </w:p>
    <w:p>
      <w:pPr>
        <w:jc w:val="right"/>
      </w:pPr>
      <w:r>
        <w:t>تو ڈاکٹر صاحب، آج کیونکہ ہم رمضان پہ بات کر رہے ہیں، تو ہم حدیثوں کو لے کر ہی آپ سے سوال کریں گے۔ تو اس حدیث کو بھی آپ واضح کریں ہم سب کے لیے۔</w:t>
      </w:r>
    </w:p>
    <w:p>
      <w:r>
        <w:rPr>
          <w:b/>
        </w:rPr>
        <w:t xml:space="preserve">[14:37] </w:t>
      </w:r>
      <w:r>
        <w:t>rasool Allah salallaho alaihi wasallam ne tauba-e-nasooha ki baat ki, tauba-e-nasooha yani sincere repentance. j</w:t>
      </w:r>
    </w:p>
    <w:p>
      <w:pPr>
        <w:jc w:val="right"/>
      </w:pPr>
      <w:r>
        <w:t>رسول اللہ صلی اللہ علیہ وسلم نے توبۃ النصوحہ کی بات کی، توبۃ النصوحہ یعنی sincere repentance۔ ج</w:t>
      </w:r>
    </w:p>
    <w:p>
      <w:r>
        <w:rPr>
          <w:b/>
        </w:rPr>
        <w:t xml:space="preserve">[14:44] </w:t>
      </w:r>
      <w:r>
        <w:t>i ke jo bhi Ramadan mein sincere repentance ke sath tauba karta hai to Allah taala usay qabool karta hai, aur saare jo gunah hain woh maaf ho jate hain.</w:t>
      </w:r>
    </w:p>
    <w:p>
      <w:pPr>
        <w:jc w:val="right"/>
      </w:pPr>
      <w:r>
        <w:t>ی کہ جو بھی رمضان میں sincere repentance کے ساتھ توبہ کرتا ہے تو اللہ تعالی اسے قبول کرتا ہے، اور سارے جو گناہ ہیں وہ معاف ہو جاتے ہیں۔</w:t>
      </w:r>
    </w:p>
    <w:p>
      <w:r>
        <w:rPr>
          <w:b/>
        </w:rPr>
        <w:t xml:space="preserve">[14:58] </w:t>
      </w:r>
      <w:r>
        <w:t>to asal mein kya baat hai ke Ramadan mein kyun ke aise halaat hote hain ke کیفیت badal jati hai, aur insaan apne aap ko Khuda se bohat qareeb mehsoos karta hai,</w:t>
      </w:r>
    </w:p>
    <w:p>
      <w:pPr>
        <w:jc w:val="right"/>
      </w:pPr>
      <w:r>
        <w:t>تو اصل میں کیا بات ہے کہ رمضان میں چونکہ ایسے حالات ہوتے ہیں کہ کیفیت بدل جاتی ہے، اور انسان اپنے آپ کو خدا سے بہت قریب محسوس کرتا ہے،</w:t>
      </w:r>
    </w:p>
    <w:p>
      <w:r>
        <w:rPr>
          <w:b/>
        </w:rPr>
        <w:t xml:space="preserve">[15:12] </w:t>
      </w:r>
      <w:r>
        <w:t>to woh jo closeness hai, closeness to Allah that you experience during this Ramadan is unlikely to get in other months.</w:t>
      </w:r>
    </w:p>
    <w:p>
      <w:pPr>
        <w:jc w:val="right"/>
      </w:pPr>
      <w:r>
        <w:t>تو وہ جو closeness ہے، closeness to اللہ that you experience during this Ramadan is unlikely to get in other months.</w:t>
      </w:r>
    </w:p>
    <w:p>
      <w:r>
        <w:rPr>
          <w:b/>
        </w:rPr>
        <w:t xml:space="preserve">[15:25] </w:t>
      </w:r>
      <w:r>
        <w:t>to is ki wajah se yeh yani ek bohat bari opportunity hai, it's a great opportunity to get closer to Allah and pray with sincerity.</w:t>
      </w:r>
    </w:p>
    <w:p>
      <w:pPr>
        <w:jc w:val="right"/>
      </w:pPr>
      <w:r>
        <w:t>تو اس کی وجہ سے یہ یعنی ایک بہت بڑی opportunity ہے، it's a great opportunity to get closer to Allah and pray with sincerity.</w:t>
      </w:r>
    </w:p>
    <w:p>
      <w:r>
        <w:rPr>
          <w:b/>
        </w:rPr>
        <w:t xml:space="preserve">[15:35] </w:t>
      </w:r>
      <w:r>
        <w:t>to is ki wajah se asal mein dua qabool hoti hai.</w:t>
      </w:r>
    </w:p>
    <w:p>
      <w:pPr>
        <w:jc w:val="right"/>
      </w:pPr>
      <w:r>
        <w:t>تو اس کی وجہ سے اصل میں دعا قبول ہوتی ہے۔</w:t>
      </w:r>
    </w:p>
    <w:p>
      <w:r>
        <w:rPr>
          <w:b/>
        </w:rPr>
        <w:t xml:space="preserve">[15:39] </w:t>
      </w:r>
      <w:r>
        <w:t>aisa nahi hai ke koi mahina hai, is mein aap ne dua kar li to dua qabool ho jayegi, balkeh woh jo کیفیت bedar hoti hai, kyun ke dua ka mamla insaan ki nisbat se hai, ji kisi mahine ki nisbat se nahi hai ya kisi din ya tareekh ya raat ho ya din, balkeh jo insaan ke dil mein کیفیت bedar hoti hai, aur Ramadan ke mahine mein woh ek mahol ban jata hai.</w:t>
      </w:r>
    </w:p>
    <w:p>
      <w:pPr>
        <w:jc w:val="right"/>
      </w:pPr>
      <w:r>
        <w:t>ایسا نہیں ہے کہ کوئی مہینہ ہے، اس میں آپ نے دعا کر لی تو دعا قبول ہو جائے گی، بلکہ وہ جو کیفیت بیدار ہوتی ہے، چونکہ دعا کا معاملہ انسان کی نسبت سے ہے، جی کسی مہینے کی نسبت سے نہیں ہے یا کسی دن یا تاریخ یا رات ہو یا دن، بلکہ جو انسان کے دل میں کیفیت بیدار ہوتی ہے، اور رمضان کے مہینے میں وہ ایک ماحول بن جاتا ہے۔</w:t>
      </w:r>
    </w:p>
    <w:p>
      <w:r>
        <w:rPr>
          <w:b/>
        </w:rPr>
        <w:t xml:space="preserve">[16:02] </w:t>
      </w:r>
      <w:r>
        <w:t>ji to woh zyada Quran parhta hai, woh zyada namaz parhta hai, woh zyada ghore o fikr mein jeeta hai, aur jo material dependence hai woh kam hoti hai, us ki bhook aur piyas ka tajurba.</w:t>
      </w:r>
    </w:p>
    <w:p>
      <w:pPr>
        <w:jc w:val="right"/>
      </w:pPr>
      <w:r>
        <w:t>جی تو وہ زیادہ قرآن پڑھتا ہے، وہ زیادہ نماز پڑھتا ہے، وہ زیادہ غور و فکر میں جیتا ہے، اور جو material dependence ہے وہ کم ہوتی ہے، اس کی بھوک اور پیاس کا تجربہ۔</w:t>
      </w:r>
    </w:p>
    <w:p>
      <w:r>
        <w:rPr>
          <w:b/>
        </w:rPr>
        <w:t xml:space="preserve">[16:14] </w:t>
      </w:r>
      <w:r>
        <w:t>to woh saari cheezen jab jama hui hoti hain to phir ek bari gehri dua mein dhal jati hain, aur isi ko rasool Allah ne tauba-e-nasooha ka naam diya hai ke yani sincere repentance ke sath jab aadmi dua karta hai to us ki dua qabool hoti hai.</w:t>
      </w:r>
    </w:p>
    <w:p>
      <w:pPr>
        <w:jc w:val="right"/>
      </w:pPr>
      <w:r>
        <w:t>تو وہ ساری چیزیں جب جمع ہوئی ہوتی ہیں تو پھر ایک بڑی گہری دعا میں ڈھل جاتی ہیں، اور اسی کو رسول اللہ نے توبۃ النصوحہ کا نام دیا ہے کہ یعنی sincere repentance کے ساتھ جب آدمی دعا کرتا ہے تو اس کی دعا قبول ہوتی ہے۔</w:t>
      </w:r>
    </w:p>
    <w:p>
      <w:r>
        <w:rPr>
          <w:b/>
        </w:rPr>
        <w:t xml:space="preserve">[16:30] </w:t>
      </w:r>
      <w:r>
        <w:t>ji ji ji doctor sahib, agar hum dekhen to is dunya mein har insaan do cheezon ka tajurba karta hai: pehle zindagi ka tajurba, aur phir us ke baad maut ka tajurba</w:t>
      </w:r>
    </w:p>
    <w:p>
      <w:pPr>
        <w:jc w:val="right"/>
      </w:pPr>
      <w:r>
        <w:t>جی جی جی ڈاکٹر صاحب، اگر ہم دیکھیں تو اس دنیا میں ہر انسان دو چیزوں کا تجربہ کرتا ہے: پہلے زندگی کا تجربہ، اور پھر اس کے بعد موت کا تجربہ</w:t>
      </w:r>
    </w:p>
    <w:p>
      <w:r>
        <w:rPr>
          <w:b/>
        </w:rPr>
        <w:t xml:space="preserve">[16:41] </w:t>
      </w:r>
      <w:r>
        <w:t>. aur agar insan ghhor se is baat ko soche to woh yeh daryaft karega ke is ko is dunya mein abad bator e inaam nahi balkeh bator e azmaish kiya gaya hai.</w:t>
      </w:r>
    </w:p>
    <w:p>
      <w:pPr>
        <w:jc w:val="right"/>
      </w:pPr>
      <w:r>
        <w:t>۔ اور اگر انسان غور سے اس بات کو سوچے تو وہ یہ دریافت کرے گا کہ اس کو اس دنیا میں آباد بطور انعام نہیں بلکہ بطور آزمائش کیا گیا ہے۔</w:t>
      </w:r>
    </w:p>
    <w:p>
      <w:r>
        <w:rPr>
          <w:b/>
        </w:rPr>
        <w:t xml:space="preserve">[16:53] </w:t>
      </w:r>
      <w:r>
        <w:t>to asal cheez to azmaish hai, aur doctor sahib, rasool ALLAH ne ek martaba farmaya ke "Test of a man lies in four things, and there are four things which atone them, and one of them is fasting." to is ke bare mein bhi doctor sahib aap batayen.</w:t>
      </w:r>
    </w:p>
    <w:p>
      <w:pPr>
        <w:jc w:val="right"/>
      </w:pPr>
      <w:r>
        <w:t>تو اصل چیز تو آزمائش ہے، اور ڈاکٹر صاحب، رسول اللہ نے ایک مرتبہ فرمایا کہ "Test of a man lies in four things, and there are four things which atone them, and one of them is fasting." تو اس کے بارے میں بھی ڈاکٹر صاحب آپ بتائیں۔</w:t>
      </w:r>
    </w:p>
    <w:p>
      <w:r>
        <w:rPr>
          <w:b/>
        </w:rPr>
        <w:t xml:space="preserve">[17:12] </w:t>
      </w:r>
      <w:r>
        <w:t>haan, yeh bohat achhi hadees hai, is ko fitna e shakhs kaha gaya hai. ji yani fitna e shakhs fi ahil o maal o walad o jar</w:t>
      </w:r>
    </w:p>
    <w:p>
      <w:pPr>
        <w:jc w:val="right"/>
      </w:pPr>
      <w:r>
        <w:t>ہاں، یہ بہت اچھی حدیث ہے، اس کو فتنۃ الرجل کہا گیا ہے۔ جی یعنی فتنۃ الرجل فی اہل ومال وولد وجاری</w:t>
      </w:r>
    </w:p>
    <w:p>
      <w:r>
        <w:rPr>
          <w:b/>
        </w:rPr>
        <w:t xml:space="preserve">[17:25] </w:t>
      </w:r>
      <w:r>
        <w:t>. yani "Test of a man lies in his family." family se matlab spouse hai, ji and wealth and children and neighbors.</w:t>
      </w:r>
    </w:p>
    <w:p>
      <w:pPr>
        <w:jc w:val="right"/>
      </w:pPr>
      <w:r>
        <w:t>۔ یعنی "Test of a man lies in his family." فیملی سے مطلب سپاؤس ہے، جی and wealth and children and neighbors.</w:t>
      </w:r>
    </w:p>
    <w:p>
      <w:r>
        <w:rPr>
          <w:b/>
        </w:rPr>
        <w:t xml:space="preserve">[17:38] </w:t>
      </w:r>
      <w:r>
        <w:t>ji aur kamal ki baat yeh hai ke in charon cheezon mein insan fail ho jata hai. ji ji ji aur bataya hai ke "وتكفرها الصلاۃ والصيام والصدقہ." ji yani in sab cheezon ko mita deti hai jo jo evil, jo insan ghalti karta hai, jo gunah karta hai, in in tests ki wajah se.</w:t>
      </w:r>
    </w:p>
    <w:p>
      <w:pPr>
        <w:jc w:val="right"/>
      </w:pPr>
      <w:r>
        <w:t>جی اور کمال کی بات یہ ہے کہ ان چاروں چیزوں میں انسان فیل ہو جاتا ہے۔ جی جی جی اور بتایا ہے کہ "وتكفرها الصلاۃ والصيام والصدقہ." جی یعنی ان سب چیزوں کو مٹا دیتی ہے جو جو ایول، جو انسان غلطی کرتا ہے، جو گناہ کرتا ہے، ان ان ٹیسٹس کی وجہ سے۔</w:t>
      </w:r>
    </w:p>
    <w:p>
      <w:r>
        <w:rPr>
          <w:b/>
        </w:rPr>
        <w:t xml:space="preserve">[18:00] </w:t>
      </w:r>
      <w:r>
        <w:t>in ko yeh cheezen khatam kar deti hain. ah ah</w:t>
      </w:r>
    </w:p>
    <w:p>
      <w:pPr>
        <w:jc w:val="right"/>
      </w:pPr>
      <w:r>
        <w:t>ان کو یہ چیزیں ختم کر دیتی ہیں۔ اہ اہ</w:t>
      </w:r>
    </w:p>
    <w:p>
      <w:r>
        <w:rPr>
          <w:b/>
        </w:rPr>
        <w:t xml:space="preserve">[18:06] </w:t>
      </w:r>
      <w:r>
        <w:t>is mein hai ke "الصلاۃ والصيام والصدقہ." yani namaz aur roza aur charity. aur doosri hadees mein yeh bhi aata hai ke "Enjoying good and forbidding evil." ji to yeh bari aham baat hai ke insan har waqt test mein rehta hai, to is ko janna chahiye ke yeh cheezen bohat hi aham hain aur bohat hi muhtat rehna chahiye.</w:t>
      </w:r>
    </w:p>
    <w:p>
      <w:pPr>
        <w:jc w:val="right"/>
      </w:pPr>
      <w:r>
        <w:t>اس میں ہے کہ "الصلاۃ والصيام والصدقہ." یعنی نماز اور روزہ اور چیریٹی۔ اور دوسری حدیث میں یہ بھی آتا ہے کہ "Enjoying good and forbidding evil." جی تو یہ بڑی اہم بات ہے کہ انسان ہر وقت ٹیسٹ میں رہتا ہے، تو اس کو جاننا چاہیے کہ یہ چیزیں بہت ہی اہم ہیں اور بہت ہی محتاط رہنا چاہیے۔</w:t>
      </w:r>
    </w:p>
    <w:p>
      <w:r>
        <w:rPr>
          <w:b/>
        </w:rPr>
        <w:t xml:space="preserve">[18:30] </w:t>
      </w:r>
      <w:r>
        <w:t>aise hi hadees mein aata hai ke "الصوم جنة." yani saum ya ramzan ya roza ah dhaal hai, shield hai. jaise purane zamane mein log jang mein ek dhaal rakhte the apne bachane ke liye, bachne ke liye.</w:t>
      </w:r>
    </w:p>
    <w:p>
      <w:pPr>
        <w:jc w:val="right"/>
      </w:pPr>
      <w:r>
        <w:t>ایسے ہی حدیث میں آتا ہے کہ "الصوم جنة." یعنی صوم یا رمضان یا روزہ اہ ڈھال ہے، شیلڈ ہے۔ جیسے پرانے زمانے میں لوگ جنگ میں ایک ڈھال رکھتے تھے اپنے بچانے کے لیے، بچنے کے لیے۔</w:t>
      </w:r>
    </w:p>
    <w:p>
      <w:r>
        <w:rPr>
          <w:b/>
        </w:rPr>
        <w:t xml:space="preserve">[18:44] </w:t>
      </w:r>
      <w:r>
        <w:t>to aise hi rasool ALLAH ne farmaya ke "الصوم جنة." saum ya roza bhi ek qism ki dhaal hai, aur kaha ke "فلایرفس ولا یجہل."</w:t>
      </w:r>
    </w:p>
    <w:p>
      <w:pPr>
        <w:jc w:val="right"/>
      </w:pPr>
      <w:r>
        <w:t>تو ایسے ہی رسول اللہ نے فرمایا کہ "الصوم جنة." صوم یا روزہ بھی ایک قسم کی ڈھال ہے، اور کہا کہ "فلایرفس ولا یجہل."</w:t>
      </w:r>
    </w:p>
    <w:p>
      <w:r>
        <w:rPr>
          <w:b/>
        </w:rPr>
        <w:t xml:space="preserve">[18:56] </w:t>
      </w:r>
      <w:r>
        <w:t>yani jab koi roza rakhe to woh koi ladaai bhadaai nahi kare, koi argument mein na phanse, aur koi ah behas mubhasah na kare.</w:t>
      </w:r>
    </w:p>
    <w:p>
      <w:pPr>
        <w:jc w:val="right"/>
      </w:pPr>
      <w:r>
        <w:t>یعنی جب کوئی روزہ رکھے تو وہ کوئی لڑائی بھڑائی نہیں کرے، کوئی ارگیومنٹ میں نہ پھنسے، اور کوئی اہ بحث مباحثہ نہ کرے۔</w:t>
      </w:r>
    </w:p>
    <w:p>
      <w:r>
        <w:rPr>
          <w:b/>
        </w:rPr>
        <w:t xml:space="preserve">[19:06] </w:t>
      </w:r>
      <w:r>
        <w:t>aur koi agar is se arguments karta hai, koi behas karta hai, koi ladaai karta hai to keh de ke "إنّي صائم، إنّي صائم." ji "I am fasting, I am fast</w:t>
      </w:r>
    </w:p>
    <w:p>
      <w:pPr>
        <w:jc w:val="right"/>
      </w:pPr>
      <w:r>
        <w:t>اور کوئی اگر اس سے ارگیومنٹس کرتا ہے، کوئی بحث کرتا ہے، کوئی لڑائی کرتا ہے تو کہہ دے کہ "إنّي صائم، إنّي صائم." جی "I am fasting, I am fast</w:t>
      </w:r>
    </w:p>
    <w:p>
      <w:r>
        <w:rPr>
          <w:b/>
        </w:rPr>
        <w:t xml:space="preserve">[19:14] </w:t>
      </w:r>
      <w:r>
        <w:t>ing." matlab yeh nahi hai ke yeh announce karna hai ke "I am fasting, I am fasting." balkeh yeh ek feeling honi chahiye ke ah mein ek paband insan hoon, mein rozay daar hoon, mein tumhari tarah se ah ek be paband insan nahi hoon ke jis tarah se boloon, jis tarah se jo chahe karoon, jaise alfaaz istemal karoon, ladaai jhagda karoon.</w:t>
      </w:r>
    </w:p>
    <w:p>
      <w:pPr>
        <w:jc w:val="right"/>
      </w:pPr>
      <w:r>
        <w:t>ing." مطلب یہ نہیں ہے کہ یہ اناؤنس کرنا ہے کہ "I am fasting, I am fasting." بلکہ یہ ایک فیلنگ ہونی چاہیے کہ اہ میں ایک پابند انسان ہوں، میں روزے دار ہوں، میں تمہاری طرح سے اہ ایک بے پابند انسان نہیں ہوں کہ جس طرح سے بولوں، جس طرح سے جو چاہے کروں، جیسے الفاظ استعمال کروں، لڑائی جھگڑا کروں۔</w:t>
      </w:r>
    </w:p>
    <w:p>
      <w:r>
        <w:rPr>
          <w:b/>
        </w:rPr>
        <w:t xml:space="preserve">[19:35] </w:t>
      </w:r>
      <w:r>
        <w:t>to mein ek paband insan hoon, mein mein mein azad</w:t>
      </w:r>
    </w:p>
    <w:p>
      <w:pPr>
        <w:jc w:val="right"/>
      </w:pPr>
      <w:r>
        <w:t>تو میں ایک پابند انسان ہوں، میں میں میں آز</w:t>
      </w:r>
    </w:p>
    <w:p>
      <w:r>
        <w:rPr>
          <w:b/>
        </w:rPr>
        <w:t xml:space="preserve">[19:39] </w:t>
      </w:r>
      <w:r>
        <w:t>nahi hoon. to is is sense mein kaha ke woh kahe ke mein rozay daar hoon, mein rozay daar hoon. aise hi ek lambi hadees hai, is ke aakhir mein aata hai "الصيام لی وانا اجزبہ." yeh bhi bohat achhi hadees hai ke roza mere liye ALLAH taala ne farmaya, khud apne ah apne ah taraf nisbat ki is ki ke roza mere liye hai "and I will give the reward." yani is ka reward mein khud hi doonga.</w:t>
      </w:r>
    </w:p>
    <w:p>
      <w:pPr>
        <w:jc w:val="right"/>
      </w:pPr>
      <w:r>
        <w:t>اد نہیں ہوں۔ تو اس اس سینس میں کہا کہ وہ کہے کہ میں روزے دار ہوں، میں روزے دار ہوں۔ ایسے ہی ایک لمبی حدیث ہے، اس کے آخر میں آتا ہے "الصيام لی وانا اجزبہ." یہ بھی بہت اچھی حدیث ہے کہ روزہ میرے لیے اللہ تعالی نے فرمایا، خود اپنے اہ اپنے اہ طرف نسبت کی اس کی کہ روزہ میرے لیے ہے "and I will give the reward." یعنی اس کا ریوارڈ میں خود ہی دوں گا۔</w:t>
      </w:r>
    </w:p>
    <w:p>
      <w:r>
        <w:rPr>
          <w:b/>
        </w:rPr>
        <w:t xml:space="preserve">[20:08] </w:t>
      </w:r>
      <w:r>
        <w:t>ji ab zahir hai ke jab Allah yeh keh raha hai ke mein khud doon ga to bohat</w:t>
      </w:r>
    </w:p>
    <w:p>
      <w:pPr>
        <w:jc w:val="right"/>
      </w:pPr>
      <w:r>
        <w:t>جی اب ظاہر ہے کہ جب اللہ یہ کہہ رہا ہے کہ میں خود دوں گا تو بہت</w:t>
      </w:r>
    </w:p>
    <w:p>
      <w:r>
        <w:rPr>
          <w:b/>
        </w:rPr>
        <w:t xml:space="preserve">[20:11] </w:t>
      </w:r>
      <w:r>
        <w:t>hi azeem reward hoga "fasting is for me, and I will reward the fasting person."</w:t>
      </w:r>
    </w:p>
    <w:p>
      <w:pPr>
        <w:jc w:val="right"/>
      </w:pPr>
      <w:r>
        <w:t>ہی عظیم ریوارڈ ہوگا "fasting is for me, and I will reward the fasting person."</w:t>
      </w:r>
    </w:p>
    <w:p>
      <w:r>
        <w:rPr>
          <w:b/>
        </w:rPr>
        <w:t xml:space="preserve">[20:17] </w:t>
      </w:r>
      <w:r>
        <w:t>isi tareeqe se aata hai ke "lisaimi farhatan."</w:t>
      </w:r>
    </w:p>
    <w:p>
      <w:pPr>
        <w:jc w:val="right"/>
      </w:pPr>
      <w:r>
        <w:t>اسی طریقے سے آتا ہے کہ "لسائم فرحتان."</w:t>
      </w:r>
    </w:p>
    <w:p>
      <w:r>
        <w:rPr>
          <w:b/>
        </w:rPr>
        <w:t xml:space="preserve">[20:21] </w:t>
      </w:r>
      <w:r>
        <w:t>keh roze daar ke liye do khushiyan hain "farhatun fi fitrihi wa farhatun inda liqa'i rabbi."</w:t>
      </w:r>
    </w:p>
    <w:p>
      <w:pPr>
        <w:jc w:val="right"/>
      </w:pPr>
      <w:r>
        <w:t>کہ روزے دار کے لیے دو خوشیاں ہیں "فرحة في فطره وفرحة عند لقاء ربي."</w:t>
      </w:r>
    </w:p>
    <w:p>
      <w:r>
        <w:rPr>
          <w:b/>
        </w:rPr>
        <w:t xml:space="preserve">[20:29] </w:t>
      </w:r>
      <w:r>
        <w:t>keh roze daar ke liye do khushiyan hain: ek to us ke iftar ke waqt, zahir hai woh</w:t>
      </w:r>
    </w:p>
    <w:p>
      <w:pPr>
        <w:jc w:val="right"/>
      </w:pPr>
      <w:r>
        <w:t>کہ روزے دار کے لیے دو خوشیاں ہیں: ایک تو اس کے افطار کے وقت، ظاہر ہے وہ</w:t>
      </w:r>
    </w:p>
    <w:p>
      <w:r>
        <w:rPr>
          <w:b/>
        </w:rPr>
        <w:t xml:space="preserve">[20:34] </w:t>
      </w:r>
      <w:r>
        <w:t>bhooka pyasa rehta hai, to jab iftar karta hai to us ko khushi mehsoos hoti hai; aur doosra</w:t>
      </w:r>
    </w:p>
    <w:p>
      <w:pPr>
        <w:jc w:val="right"/>
      </w:pPr>
      <w:r>
        <w:t>بھوکا پیاسا رہتا ہے، تو جب افطار کرتا ہے تو اس کو خوشی محسوس ہوتی ہے؛ اور دوسرا</w:t>
      </w:r>
    </w:p>
    <w:p>
      <w:r>
        <w:rPr>
          <w:b/>
        </w:rPr>
        <w:t xml:space="preserve">[20:39] </w:t>
      </w:r>
      <w:r>
        <w:t>hai jab jab woh Allah ta'ala se milega.</w:t>
      </w:r>
    </w:p>
    <w:p>
      <w:pPr>
        <w:jc w:val="right"/>
      </w:pPr>
      <w:r>
        <w:t>ہے جب جب وہ اللہ تعالی سے ملے گا۔</w:t>
      </w:r>
    </w:p>
    <w:p>
      <w:r>
        <w:rPr>
          <w:b/>
        </w:rPr>
        <w:t xml:space="preserve">[20:42] </w:t>
      </w:r>
      <w:r>
        <w:t>to yeh bari achhi hadeesen hain, is se yani roze ki jo spirit hai, real haqeeqat hai, woh pata chalti hai. ji jazak ALLAH doctor sahib, ah</w:t>
      </w:r>
    </w:p>
    <w:p>
      <w:pPr>
        <w:jc w:val="right"/>
      </w:pPr>
      <w:r>
        <w:t>تو یہ بڑی اچھی حدیثیں ہیں، اس سے یعنی روزے کی جو سپرٹ ہے، ریئل حقیقت ہے، وہ پتہ چلتی ہے۔ جی جزاک اللہ ڈاکٹر صاحب، اہ</w:t>
      </w:r>
    </w:p>
    <w:p>
      <w:r>
        <w:rPr>
          <w:b/>
        </w:rPr>
        <w:t xml:space="preserve">[20:50] </w:t>
      </w:r>
      <w:r>
        <w:t>bohat achhe se wazeh kiya aap ne is ko. doctor sahib, jaise ke hum jante hain, roza ek mahine ka hota hai, aur the food that we take before dawn is called sehri, and the food that we take after sunset is called iftar.</w:t>
      </w:r>
    </w:p>
    <w:p>
      <w:pPr>
        <w:jc w:val="right"/>
      </w:pPr>
      <w:r>
        <w:t>بہت اچھے سے واضح کیا آپ نے اس کو۔ ڈاکٹر صاحب، جیسے کہ ہم جانتے ہیں، روزہ ایک مہینے کا ہوتا ہے، اور the food that we take before dawn is called سحری, and the food that we take after sunset is called افطار۔</w:t>
      </w:r>
    </w:p>
    <w:p>
      <w:r>
        <w:rPr>
          <w:b/>
        </w:rPr>
        <w:t xml:space="preserve">[21:05] </w:t>
      </w:r>
      <w:r>
        <w:t>aur rasool ALLAH ne sahaba se kaha ke sehri lo, because it's a blessed food. to doctor sahib, mein chahoonga is ke bare mein aap batayen.</w:t>
      </w:r>
    </w:p>
    <w:p>
      <w:pPr>
        <w:jc w:val="right"/>
      </w:pPr>
      <w:r>
        <w:t>اور رسول اللہ نے صحابہ سے کہا کہ سحری لو، because it's a blessed food. تو ڈاکٹر صاحب، میں چاہوں گا اس کے بارے میں آپ بتائیں۔</w:t>
      </w:r>
    </w:p>
    <w:p>
      <w:r>
        <w:rPr>
          <w:b/>
        </w:rPr>
        <w:t xml:space="preserve">[21:13] </w:t>
      </w:r>
      <w:r>
        <w:t>kai log sehri miss bhi kar dete hain, chhod dete hain. ji to is ke bare mein aap kya kahenge</w:t>
      </w:r>
    </w:p>
    <w:p>
      <w:pPr>
        <w:jc w:val="right"/>
      </w:pPr>
      <w:r>
        <w:t>کئی لوگ سحری مس بھی کر دیتے ہیں، چھوڑ دیتے ہیں۔ جی تو اس کے بارے میں آپ کیا کہیں گے</w:t>
      </w:r>
    </w:p>
    <w:p>
      <w:r>
        <w:rPr>
          <w:b/>
        </w:rPr>
        <w:t xml:space="preserve">[21:19] </w:t>
      </w:r>
      <w:r>
        <w:t>? sehri jo lafz hai, woh to India mein hum use karte hain. ah waise arabi word hai "suhoor", aur yeh jo is ka jo jo verb hai, woh "sahra" hai.</w:t>
      </w:r>
    </w:p>
    <w:p>
      <w:pPr>
        <w:jc w:val="right"/>
      </w:pPr>
      <w:r>
        <w:t>؟ سحری جو لفظ ہے، وہ تو انڈیا میں ہم یوز کرتے ہیں۔ اہ ویسے عربی ورڈ ہے "سہور"، اور یہ جو اس کا جو جو ورب ہے، وہ "سہرا" ہے۔</w:t>
      </w:r>
    </w:p>
    <w:p>
      <w:r>
        <w:rPr>
          <w:b/>
        </w:rPr>
        <w:t xml:space="preserve">[21:31] </w:t>
      </w:r>
      <w:r>
        <w:t>ji sahra ka matlab hota hai doing something at night. ji koi raat ko koi kaam kare to us ko kaha yeh yeh word istemal hoga. aur sahar jaise lafz hum istemal karte hain, sahar ka matlab hai the time before the dawn.</w:t>
      </w:r>
    </w:p>
    <w:p>
      <w:pPr>
        <w:jc w:val="right"/>
      </w:pPr>
      <w:r>
        <w:t>جی سہرا کا مطلب ہوتا ہے doing something at night. جی کوئی رات کو کوئی کام کرے تو اس کو کہا یہ یہ ورڈ استعمال ہوگا۔ اور سحر جیسے لفظ ہم استعمال کرتے ہیں، سحر کا مطلب ہے the time before the dawn.</w:t>
      </w:r>
    </w:p>
    <w:p>
      <w:r>
        <w:rPr>
          <w:b/>
        </w:rPr>
        <w:t xml:space="preserve">[21:43] </w:t>
      </w:r>
      <w:r>
        <w:t>ah bilkul fajar se pehle ka waqt.</w:t>
      </w:r>
    </w:p>
    <w:p>
      <w:pPr>
        <w:jc w:val="right"/>
      </w:pPr>
      <w:r>
        <w:t>اہ بالکل فجر سے پہلے کا وقت۔</w:t>
      </w:r>
    </w:p>
    <w:p>
      <w:r>
        <w:rPr>
          <w:b/>
        </w:rPr>
        <w:t xml:space="preserve">[21:46] </w:t>
      </w:r>
      <w:r>
        <w:t>to ah yani ah aur "suhoor" ya "sehri" is is the food that is taken before ah ah fajar prayer.</w:t>
      </w:r>
    </w:p>
    <w:p>
      <w:pPr>
        <w:jc w:val="right"/>
      </w:pPr>
      <w:r>
        <w:t>تو اہ یعنی اہ اور "سہور" یا "سحری" is is the food that is taken before اہ اہ فجر پریر۔</w:t>
      </w:r>
    </w:p>
    <w:p>
      <w:r>
        <w:rPr>
          <w:b/>
        </w:rPr>
        <w:t xml:space="preserve">[21:58] </w:t>
      </w:r>
      <w:r>
        <w:t>aur rasool ALLAH sallallahu alaihi wasallam ek baar sehri kar rahe the to kuch log aaye. to ek sahabi batate hain ke mein gaya to sehri kar rahe the, Pro</w:t>
      </w:r>
    </w:p>
    <w:p>
      <w:pPr>
        <w:jc w:val="right"/>
      </w:pPr>
      <w:r>
        <w:t>اور رسول اللہ صلی اللہ علیہ وسلم ایک بار سحری کر رہے تھے تو کچھ لوگ آئے۔ تو ایک صحابی بتاتے ہیں کہ میں گیا تو سحری کر رہے تھے، Pro</w:t>
      </w:r>
    </w:p>
    <w:p>
      <w:r>
        <w:rPr>
          <w:b/>
        </w:rPr>
        <w:t xml:space="preserve">[22:09] </w:t>
      </w:r>
      <w:r>
        <w:t>phet to kaha ke "حلم الغداء المبارک، come and have the blessed food." to rasool ALLAH sallallahu alaihi wasallam ne is ko ah blessed food kaha, mubarak khana.</w:t>
      </w:r>
    </w:p>
    <w:p>
      <w:pPr>
        <w:jc w:val="right"/>
      </w:pPr>
      <w:r>
        <w:t>phet تو کہا کہ "حلم الغداء المبارک، come and have the blessed food." تو رسول اللہ صلی اللہ علیہ وسلم نے اس کو اہ blessed food کہا، مبارک کھانا۔</w:t>
      </w:r>
    </w:p>
    <w:p>
      <w:r>
        <w:rPr>
          <w:b/>
        </w:rPr>
        <w:t xml:space="preserve">[22:25] </w:t>
      </w:r>
      <w:r>
        <w:t>aao mubarak khana khao. to ah mubarak khana ka matlab yeh nahi hai ke woh jo khana hum kha rahe hain, is mein koi blessing hai ya is mein khana to sab hi mubarak hai aik aik aik lehaz se.</w:t>
      </w:r>
    </w:p>
    <w:p>
      <w:pPr>
        <w:jc w:val="right"/>
      </w:pPr>
      <w:r>
        <w:t>آؤ مبارک کھانا کھاؤ۔ تو اہ مبارک کھانا کا مطلب یہ نہیں ہے کہ وہ جو کھانا ہم کھا رہے ہیں، اس میں کوئی blessing ہے یا اس میں کھانا تو سب ہی مبارک ہے ایک ایک ایک لحاظ سے۔</w:t>
      </w:r>
    </w:p>
    <w:p>
      <w:r>
        <w:rPr>
          <w:b/>
        </w:rPr>
        <w:t xml:space="preserve">[22:38] </w:t>
      </w:r>
      <w:r>
        <w:t>lekin jo khaas ramzan ke sehri ke baray mein kaha to mubarak khana yeh hai ke jo woh waqt hota hai, woh bara qeemti hota hai subah ka, fajar se pehle, aur saare distractions nahi hote, koi disturbance nahi, koi phone call nahi, aur insaan bilkul sukoon mein aur solitude mein reh</w:t>
      </w:r>
    </w:p>
    <w:p>
      <w:pPr>
        <w:jc w:val="right"/>
      </w:pPr>
      <w:r>
        <w:t>لیکن جو خاص رمضان کے سحری کے بارے میں کہا تو مبارک کھانا یہ ہے کہ جو وہ وقت ہوتا ہے، وہ بڑا قیمتی ہوتا ہے صبح کا، فجر سے پہلے، اور سارے distractions نہیں ہوتے، کوئی disturbance نہیں، کوئی فون کال نہیں، اور انسان بالکل سکون میں اور solitude میں رہ</w:t>
      </w:r>
    </w:p>
    <w:p>
      <w:r>
        <w:rPr>
          <w:b/>
        </w:rPr>
        <w:t xml:space="preserve">[22:57] </w:t>
      </w:r>
      <w:r>
        <w:t>ta hai. to us waqt yani is ke is ke andar bari gehri کیفیت بیدار hoti hai. to us waqt koi bhi amal karna, sehri khana ya ya namaz parhna, to is mein کیفیت bohat ziyada barh jat</w:t>
      </w:r>
    </w:p>
    <w:p>
      <w:pPr>
        <w:jc w:val="right"/>
      </w:pPr>
      <w:r>
        <w:t>تا ہے۔ تو اس وقت یعنی اس کے اس کے اندر بڑی گہری کیفیت بیدار ہوتی ہے۔ تو اس وقت کوئی بھی عمل کرنا، سحری کھانا یا یا نماز پڑھنا، تو اس میں کیفیت بہت زیادہ بڑھ جات</w:t>
      </w:r>
    </w:p>
    <w:p>
      <w:r>
        <w:rPr>
          <w:b/>
        </w:rPr>
        <w:t xml:space="preserve">[23:11] </w:t>
      </w:r>
      <w:r>
        <w:t>i hai. is sense mein rasool ALLAH ne is ko mubarak khana kaha. aur aik hadith mein aata hai ke "la tanzal ummati bikhair ma ajjal al-iftar wa akhir al-suhur." ke meri jo ummat hai,</w:t>
      </w:r>
    </w:p>
    <w:p>
      <w:pPr>
        <w:jc w:val="right"/>
      </w:pPr>
      <w:r>
        <w:t>ی ہے۔ اس سینس میں رسول اللہ نے اس کو مبارک کھانا کہا۔ اور ایک حدیث میں آتا ہے کہ "لا تزال امتي بخير ما عجل الافطار واخر السحور." کہ میری جو امت ہے،</w:t>
      </w:r>
    </w:p>
    <w:p>
      <w:r>
        <w:rPr>
          <w:b/>
        </w:rPr>
        <w:t xml:space="preserve">[23:26] </w:t>
      </w:r>
      <w:r>
        <w:t>yeh hamesha ah ah khair pe rahe gi. ah yani as long as they make their iftar as early as possible and prolong or delay the suh</w:t>
      </w:r>
    </w:p>
    <w:p>
      <w:pPr>
        <w:jc w:val="right"/>
      </w:pPr>
      <w:r>
        <w:t>یہ ہمیشہ اہ اہ خیر پہ رہے گی۔ اہ یعنی as long as they make their افطار as early as possible and prolong or delay the suh</w:t>
      </w:r>
    </w:p>
    <w:p>
      <w:r>
        <w:rPr>
          <w:b/>
        </w:rPr>
        <w:t xml:space="preserve">[23:42] </w:t>
      </w:r>
      <w:r>
        <w:t>ur. yani iftar mein jaldi karna aur suhur ya sehri mein der karna. aur maulana ne is ko explain kiya tha aik baar ke agar aap ke andar spirit hai, spirit aap ke andar hai to aap yeh kahain ge ke bhai time ho gaya to iftar kar lo.</w:t>
      </w:r>
    </w:p>
    <w:p>
      <w:pPr>
        <w:jc w:val="right"/>
      </w:pPr>
      <w:r>
        <w:t>ur. یعنی افطار میں جلدی کرنا اور سحور یا سحری میں دیر کرنا۔ اور مولانا نے اس کو explain کیا تھا ایک بار کہ اگر آپ کے اندر سپرٹ ہے، سپرٹ آپ کے اندر ہے تو آپ یہ کہیں گے کہ بھئی ٹائم ہو گیا تو افطار کر لو۔</w:t>
      </w:r>
    </w:p>
    <w:p>
      <w:r>
        <w:rPr>
          <w:b/>
        </w:rPr>
        <w:t xml:space="preserve">[24:01] </w:t>
      </w:r>
      <w:r>
        <w:t>yeh nahi ke abhi do minute ruko, paanch minute ruko aur ehtiyat karo. to yeh yani jab spirit khatam ho jati hai to is tarah ki baatein log</w:t>
      </w:r>
    </w:p>
    <w:p>
      <w:pPr>
        <w:jc w:val="right"/>
      </w:pPr>
      <w:r>
        <w:t>یہ نہیں کہ ابھی دو منٹ رکو، پانچ منٹ رکو اور احتیاط کرو۔ تو یہ یعنی جب سپرٹ ختم ہو جاتی ہے تو اس طرح کی باتیں لوگ</w:t>
      </w:r>
    </w:p>
    <w:p>
      <w:r>
        <w:rPr>
          <w:b/>
        </w:rPr>
        <w:t xml:space="preserve">[24:09] </w:t>
      </w:r>
      <w:r>
        <w:t>karte hain. agar spirit zinda hai to phir foran jo time ho gaya, aur aaj kal to time bohat accurate hai. jab se mobile phone ka zamana aaya hai to woh paanch minute aage peechay bhi nahi hota.</w:t>
      </w:r>
    </w:p>
    <w:p>
      <w:pPr>
        <w:jc w:val="right"/>
      </w:pPr>
      <w:r>
        <w:t>کرتے ہیں۔ اگر سپرٹ زندہ ہے تو پھر فوراً جو ٹائم ہو گیا، اور آج کل تو ٹائم بہت accurate ہے۔ جب سے موبائل فون کا زمانہ آیا ہے تو وہ پانچ منٹ آگے پیچھے بھی نہیں ہوتا۔</w:t>
      </w:r>
    </w:p>
    <w:p>
      <w:r>
        <w:rPr>
          <w:b/>
        </w:rPr>
        <w:t xml:space="preserve">[24:20] </w:t>
      </w:r>
      <w:r>
        <w:t>to jab bhi time ho to is pe iftar kar lena behtar hai. aise hi ah ah rasool ALLAH ne kaha hai ke ke sehri zaroor karni chahiye, chahe tum aik ghont pani pi lo, even if it's a few sips of water,</w:t>
      </w:r>
    </w:p>
    <w:p>
      <w:pPr>
        <w:jc w:val="right"/>
      </w:pPr>
      <w:r>
        <w:t>تو جب بھی ٹائم ہو تو اس پہ افطار کر لینا بہتر ہے۔ ایسے ہی اہ اہ رسول اللہ نے کہا ہے کہ کہ سحری ضرور کرنی چاہیے، چاہے تم ایک گھنٹ پانی پی لو، even if it's a few sips of water،</w:t>
      </w:r>
    </w:p>
    <w:p>
      <w:r>
        <w:rPr>
          <w:b/>
        </w:rPr>
        <w:t xml:space="preserve">[24:38] </w:t>
      </w:r>
      <w:r>
        <w:t>lekin sehri zaroor karni chahiye. aur bohat achi baat hadith mein aati hai "fa inna ALLAH wa mala'ikatahu yusalluna 'ala al-mutasahhireen, God and His angels send blessings upon those who fast." ji to bohat hi umda baat hai yeh ke insaan ah roza rakhe aur sehri kare.</w:t>
      </w:r>
    </w:p>
    <w:p>
      <w:pPr>
        <w:jc w:val="right"/>
      </w:pPr>
      <w:r>
        <w:t>لیکن سحری ضرور کرنی چاہیے۔ اور بہت اچھی بات حدیث میں آتی ہے "فإن الله وملائكته يصلون على المتسحرين، God and His angels send blessings upon those who fast." جی تو بہت ہی عمدہ بات ہے یہ کہ انسان اہ روزہ رکھے اور سحری کرے۔</w:t>
      </w:r>
    </w:p>
    <w:p>
      <w:r>
        <w:rPr>
          <w:b/>
        </w:rPr>
        <w:t xml:space="preserve">[25:05] </w:t>
      </w:r>
      <w:r>
        <w:t>kuch log bana sehri ke roz</w:t>
      </w:r>
    </w:p>
    <w:p>
      <w:pPr>
        <w:jc w:val="right"/>
      </w:pPr>
      <w:r>
        <w:t>کچھ لوگ بنا سحری کے روز</w:t>
      </w:r>
    </w:p>
    <w:p>
      <w:r>
        <w:rPr>
          <w:b/>
        </w:rPr>
        <w:t xml:space="preserve">[25:07] </w:t>
      </w:r>
      <w:r>
        <w:t>eh rakh lete hain. ji to mera khayal hai sehri karna zaroori hai, chounke woh jo waqt qeemti waqt hai, is ka faida uthana chahiye. aur jab Prophet madina mein gaye to wahan azan ke liye aik to hazrat bilal r.a. ko appoint kiya, muazzin, aur isi ke sath sath ah abdullah ibn umm maktoom ko bhi.</w:t>
      </w:r>
    </w:p>
    <w:p>
      <w:pPr>
        <w:jc w:val="right"/>
      </w:pPr>
      <w:r>
        <w:t>ہ رکھ لیتے ہیں۔ جی تو میرا خیال ہے سحری کرنا ضروری ہے، چونکہ وہ جو وقت قیمتی وقت ہے، اس کا فائدہ اٹھانا چاہیے۔ اور جب Prophet مدینہ میں گئے تو وہاں اذان کے لیے ایک تو حضرت بلال رضی اللہ عنہ کو appoint کیا، موذن، اور اسی کے ساتھ ساتھ اہ عبداللہ ابن ام مکتوم کو بھی۔</w:t>
      </w:r>
    </w:p>
    <w:p>
      <w:r>
        <w:rPr>
          <w:b/>
        </w:rPr>
        <w:t xml:space="preserve">[25:30] </w:t>
      </w:r>
      <w:r>
        <w:t>do muazzin the. aam taur se log sirf hazrat bilal r.a. ko jante hain.</w:t>
      </w:r>
    </w:p>
    <w:p>
      <w:pPr>
        <w:jc w:val="right"/>
      </w:pPr>
      <w:r>
        <w:t>دو موذن تھے۔ عام طور سے لوگ صرف حضرت بلال رضی اللہ عنہ کو جانتے ہیں۔</w:t>
      </w:r>
    </w:p>
    <w:p>
      <w:r>
        <w:rPr>
          <w:b/>
        </w:rPr>
        <w:t xml:space="preserve">[25:35] </w:t>
      </w:r>
      <w:r>
        <w:t>to rasool ALLAH ne kaha ke ah jo bilal hain, un ki azan jab tak woh dein, tab tak tum khana khate raho.</w:t>
      </w:r>
    </w:p>
    <w:p>
      <w:pPr>
        <w:jc w:val="right"/>
      </w:pPr>
      <w:r>
        <w:t>تو رسول اللہ نے کہا کہ اہ جو بلال ہیں، ان کی اذان جب تک وہ دیں، تب تک تم کھانا کھاتے رہو۔</w:t>
      </w:r>
    </w:p>
    <w:p>
      <w:r>
        <w:rPr>
          <w:b/>
        </w:rPr>
        <w:t xml:space="preserve">[25:44] </w:t>
      </w:r>
      <w:r>
        <w:t>ji ah yani "let the azan of Bilal not stop you from eating and drinking." ji ke khana khate raho.</w:t>
      </w:r>
    </w:p>
    <w:p>
      <w:pPr>
        <w:jc w:val="right"/>
      </w:pPr>
      <w:r>
        <w:t>جی اہ یعنی "let the اذان of Bilal not stop you from eating and drinking." جی کہ کھانا کھاتے رہو۔</w:t>
      </w:r>
    </w:p>
    <w:p>
      <w:r>
        <w:rPr>
          <w:b/>
        </w:rPr>
        <w:t xml:space="preserve">[25:54] </w:t>
      </w:r>
      <w:r>
        <w:t>phir jab tum suno ah abdullah ibn umm maktoom ki awaz, ji ki azan, tab tum roko</w:t>
      </w:r>
    </w:p>
    <w:p>
      <w:pPr>
        <w:jc w:val="right"/>
      </w:pPr>
      <w:r>
        <w:t>پھر جب تم سنو اہ عبداللہ ابن ام مکتوم کی آواز، جی کی اذان، تب تم روکو</w:t>
      </w:r>
    </w:p>
    <w:p>
      <w:r>
        <w:rPr>
          <w:b/>
        </w:rPr>
        <w:t xml:space="preserve">[26:02] </w:t>
      </w:r>
      <w:r>
        <w:t>khana. ji asal mein jab hazrat bilal jatay hon ge, phir azan detay hon ge, phir utartay hon ge, phir hazrat abdullah ibn maktoom r.a. chartay hon ge azan ke liye, to is mein chaar paanch minute lagta hoga.</w:t>
      </w:r>
    </w:p>
    <w:p>
      <w:pPr>
        <w:jc w:val="right"/>
      </w:pPr>
      <w:r>
        <w:t>کھانا۔ جی اصل میں جب حضرت بلال جاتے ہوں گے، پھر اذان دیتے ہوں گے، پھر اترتے ہوں گے، پھر حضرت عبداللہ ابن مکتوم رضی اللہ عنہ چڑھتے ہوں گے اذان کے لیے، تو اس میں چار پانچ منٹ لگتا ہوگا۔</w:t>
      </w:r>
    </w:p>
    <w:p>
      <w:r>
        <w:rPr>
          <w:b/>
        </w:rPr>
        <w:t xml:space="preserve">[26:14] </w:t>
      </w:r>
      <w:r>
        <w:t>to matlab itna time hai ke aadmi ah woh ah thora ah thora waqt agar ziyada ho jaye to</w:t>
      </w:r>
    </w:p>
    <w:p>
      <w:pPr>
        <w:jc w:val="right"/>
      </w:pPr>
      <w:r>
        <w:t>تو مطلب اتنا ٹائم ہے کہ آدمی اہ وہ اہ تھوڑا اہ تھوڑا وقت اگر زیادہ ہو جائے تو</w:t>
      </w:r>
    </w:p>
    <w:p>
      <w:r>
        <w:rPr>
          <w:b/>
        </w:rPr>
        <w:t xml:space="preserve">[26:26] </w:t>
      </w:r>
      <w:r>
        <w:t>koi masla nahi hai. haan ji to yeh sab bohat achi hadithain hain jis se explain hota hai ji ah suhur aur iftar ka concept.</w:t>
      </w:r>
    </w:p>
    <w:p>
      <w:pPr>
        <w:jc w:val="right"/>
      </w:pPr>
      <w:r>
        <w:t>کوئی مسئلہ نہیں ہے۔ ہاں جی تو یہ سب بہت اچھی حدیثیں ہیں جس سے explain ہوتا ہے جی اہ سحور اور افطار کا concept۔</w:t>
      </w:r>
    </w:p>
    <w:p>
      <w:r>
        <w:rPr>
          <w:b/>
        </w:rPr>
        <w:t xml:space="preserve">[26:35] </w:t>
      </w:r>
      <w:r>
        <w:t>in fact, doctor sahib, sehri is a reminder for all the believers that if God gives a difficult command to follow, then He also makes the task easier by making arrangements, you know, for the believer to fulfill that command.</w:t>
      </w:r>
    </w:p>
    <w:p>
      <w:pPr>
        <w:jc w:val="right"/>
      </w:pPr>
      <w:r>
        <w:t>In fact, ڈاکٹر صاحب، سحری is a reminder for all the believers that if God gives a difficult command to follow, then He also makes the task easier by making arrangements, you know, for the believer to fulfill that command.</w:t>
      </w:r>
    </w:p>
    <w:p>
      <w:r>
        <w:rPr>
          <w:b/>
        </w:rPr>
        <w:t xml:space="preserve">[26:52] </w:t>
      </w:r>
      <w:r>
        <w:t>so sehri jo hai, woh aik tarah se woh easy hai,</w:t>
      </w:r>
    </w:p>
    <w:p>
      <w:pPr>
        <w:jc w:val="right"/>
      </w:pPr>
      <w:r>
        <w:t>So سحری جو ہے، وہ ایک طریقے سے وہ easy ہے،</w:t>
      </w:r>
    </w:p>
    <w:p>
      <w:r>
        <w:rPr>
          <w:b/>
        </w:rPr>
        <w:t xml:space="preserve">[26:55] </w:t>
      </w:r>
      <w:r>
        <w:t>jaise aap ne bhi abhi bataya ke kuch aur teen chaar minute mil jatay thay ah sehri ko continue karne mein. doctor sahib, agla sawal iftar se le kar hain.</w:t>
      </w:r>
    </w:p>
    <w:p>
      <w:pPr>
        <w:jc w:val="right"/>
      </w:pPr>
      <w:r>
        <w:t>جیسے آپ نے بھی ابھی بتایا کہ کچھ اور تین چار منٹ مل جاتے تھے اہ سحری کو continue کرنے میں۔ ڈاکٹر صاحب، اگلا سوال افطار سے لے کے ہیں۔</w:t>
      </w:r>
    </w:p>
    <w:p>
      <w:r>
        <w:rPr>
          <w:b/>
        </w:rPr>
        <w:t xml:space="preserve">[27:04] </w:t>
      </w:r>
      <w:r>
        <w:t>iftar is not just a dinner, but it's a dinner combined with a spiritual experience. aur rasool ALLAH ah dua kiya karte thay iftar se pehle?</w:t>
      </w:r>
    </w:p>
    <w:p>
      <w:pPr>
        <w:jc w:val="right"/>
      </w:pPr>
      <w:r>
        <w:t>Iftar is not just a dinner, but it's a dinner combined with a spiritual experience. اور رسول اللہ اہ دعا کیا کرتے تھے افطار سے پہلے؟</w:t>
      </w:r>
    </w:p>
    <w:p>
      <w:r>
        <w:rPr>
          <w:b/>
        </w:rPr>
        <w:t xml:space="preserve">[27:14] </w:t>
      </w:r>
      <w:r>
        <w:t>to dua ki kya ahmiyat hai iftar se pehle? is ke baray mein aap hum sab ko batain.</w:t>
      </w:r>
    </w:p>
    <w:p>
      <w:pPr>
        <w:jc w:val="right"/>
      </w:pPr>
      <w:r>
        <w:t>تو دعا کی کیا اہمیت ہے افطار سے پہلے؟ اس کے بارے میں آپ ہم سب کو بتائیں۔</w:t>
      </w:r>
    </w:p>
    <w:p>
      <w:r>
        <w:rPr>
          <w:b/>
        </w:rPr>
        <w:t xml:space="preserve">[27:21] </w:t>
      </w:r>
      <w:r>
        <w:t>prophet muhammad s.a.w. jab iftar karte thay to kitabon mein aata hai ke woh moist dates se karte thay, jo khajoorain hoti hain bilkul paki hui, us ko rutab kehte hain.</w:t>
      </w:r>
    </w:p>
    <w:p>
      <w:pPr>
        <w:jc w:val="right"/>
      </w:pPr>
      <w:r>
        <w:t>Prophet محمد صلی اللہ علیہ وسلم جب افطار کرتے تھے تو کتابوں میں آتا ہے کہ وہ moist dates سے کرتے تھے، جو کھجوریں ہوتی ہیں بالکل پکی ہوئی، اس کو رطب کہتے ہیں۔</w:t>
      </w:r>
    </w:p>
    <w:p>
      <w:r>
        <w:rPr>
          <w:b/>
        </w:rPr>
        <w:t xml:space="preserve">[27:33] </w:t>
      </w:r>
      <w:r>
        <w:t>agar woh ratab maujood nahin hai to woh ah dry dates use karte the, jis ko tamr kehte hain.</w:t>
      </w:r>
    </w:p>
    <w:p>
      <w:pPr>
        <w:jc w:val="right"/>
      </w:pPr>
      <w:r>
        <w:t>اگر وہ رطب موجود نہیں ہے تو وہ اہ dry dates use کرتے تھے، جس کو تمر کہتے ہیں۔</w:t>
      </w:r>
    </w:p>
    <w:p>
      <w:r>
        <w:rPr>
          <w:b/>
        </w:rPr>
        <w:t xml:space="preserve">[27:42] </w:t>
      </w:r>
      <w:r>
        <w:t>aur agar na ratab hai, na tamr hai, na dry dates hain, na moist dates hain to rasool Allah pani se iftar karte the. to</w:t>
      </w:r>
    </w:p>
    <w:p>
      <w:pPr>
        <w:jc w:val="right"/>
      </w:pPr>
      <w:r>
        <w:t>اور اگر نہ رطب ہے، نہ تمر ہے، نہ dry dates ہیں، نہ moist dates ہیں تو رسول اللہ پانی سے افطار کرتے تھے۔ تو</w:t>
      </w:r>
    </w:p>
    <w:p>
      <w:r>
        <w:rPr>
          <w:b/>
        </w:rPr>
        <w:t xml:space="preserve">[27:51] </w:t>
      </w:r>
      <w:r>
        <w:t>aaj kal log iftar mein khajoor se iftar karte hain, sunnat samajh ke, lekin darasal yeh sadgi ki example thi.</w:t>
      </w:r>
    </w:p>
    <w:p>
      <w:pPr>
        <w:jc w:val="right"/>
      </w:pPr>
      <w:r>
        <w:t>آج کل لوگ افطار میں کھجور سے افطار کرتے ہیں، سنت سمجھ کے، لیکن دراصل یہ سادگی کی example تھی۔</w:t>
      </w:r>
    </w:p>
    <w:p>
      <w:r>
        <w:rPr>
          <w:b/>
        </w:rPr>
        <w:t xml:space="preserve">[28:02] </w:t>
      </w:r>
      <w:r>
        <w:t>ab Prophet ke ghar mein us waqt Hazrat Aisha R.A. batati hain ke Prophet ki family ne kabhi do waqt khana nahin khaya, ek ke baad ek.</w:t>
      </w:r>
    </w:p>
    <w:p>
      <w:pPr>
        <w:jc w:val="right"/>
      </w:pPr>
      <w:r>
        <w:t>اب Prophet کے گھر میں اس وقت حضرت عائشہ رضی اللہ عنہا بتاتی ہیں کہ Prophet کی family نے کبھی دو وقت کھانا نہیں کھایا، ایک کے بعد ایک۔</w:t>
      </w:r>
    </w:p>
    <w:p>
      <w:r>
        <w:rPr>
          <w:b/>
        </w:rPr>
        <w:t xml:space="preserve">[28:15] </w:t>
      </w:r>
      <w:r>
        <w:t>yani lunch kiya to dinner nahin hai, ji aur dinner kiya to lunch nahin hai. yeh halaat the</w:t>
      </w:r>
    </w:p>
    <w:p>
      <w:pPr>
        <w:jc w:val="right"/>
      </w:pPr>
      <w:r>
        <w:t>یعنی lunch کیا تو dinner نہیں ہے، جی اور dinner کیا تو lunch نہیں ہے۔ یہ حالات تھے</w:t>
      </w:r>
    </w:p>
    <w:p>
      <w:r>
        <w:rPr>
          <w:b/>
        </w:rPr>
        <w:t xml:space="preserve">[28:20] </w:t>
      </w:r>
      <w:r>
        <w:t>puri zindagi mein, yeh halaat rahe Rasool Allah ke. baad mein thoda behtar ho gaye. aur Hazrat Aisha R.A. batati hain ke agar Prophet ki family ne do waqt khana khaya to us mein ek waqt khajoor ho rahi hogi.</w:t>
      </w:r>
    </w:p>
    <w:p>
      <w:pPr>
        <w:jc w:val="right"/>
      </w:pPr>
      <w:r>
        <w:t>پوری زندگی میں، یہ حالات رہے رسول اللہ کے۔ بعد میں تھوڑا بہتر ہو گئے۔ اور حضرت عائشہ رضی اللہ عنہا بتاتی ہیں کہ اگر Prophet کی family نے دو وقت کھانا کھایا تو اس میں ایک وقت کھجور ہو رہی ہوگی۔</w:t>
      </w:r>
    </w:p>
    <w:p>
      <w:r>
        <w:rPr>
          <w:b/>
        </w:rPr>
        <w:t xml:space="preserve">[28:33] </w:t>
      </w:r>
      <w:r>
        <w:t>hmm to yeh sadgi. ab to yeh ho raha hai ke iftar to aap theek hai, khajoor se karen, sunnat yeh woh, lekin bohat hi aali shaan dastar khwan, lavish dinner, exotic food, ji j</w:t>
      </w:r>
    </w:p>
    <w:p>
      <w:pPr>
        <w:jc w:val="right"/>
      </w:pPr>
      <w:r>
        <w:t>ہمم تو یہ سادگی۔ اب تو یہ ہو رہا ہے کہ افطار تو آپ ٹھیک ہے، کھجور سے کریں، سنت یہ وہ، لیکن بہت ہی عالی شان دسترخوان، lavish dinner, exotic food، جی ج</w:t>
      </w:r>
    </w:p>
    <w:p>
      <w:r>
        <w:rPr>
          <w:b/>
        </w:rPr>
        <w:t xml:space="preserve">[28:45] </w:t>
      </w:r>
      <w:r>
        <w:t>y, woh saare jo tawajjuh hai, woh woh waqt jaise aap ne kaha, bohat qeemti dua ka waqt hai. is is se hat ke woh lag jata hai ke biryani kaisi hai aur yeh kya hai.</w:t>
      </w:r>
    </w:p>
    <w:p>
      <w:pPr>
        <w:jc w:val="right"/>
      </w:pPr>
      <w:r>
        <w:t>ی، وہ سارے جو توجہ ہے، وہ وہ وقت جیسے آپ نے کہا، بہت قیمتی دعا کا وقت ہے۔ اس اس سے ہٹ کے وہ لگ جاتا ہے کہ بریانی کیسی ہے اور یہ کیا ہے۔</w:t>
      </w:r>
    </w:p>
    <w:p>
      <w:r>
        <w:rPr>
          <w:b/>
        </w:rPr>
        <w:t xml:space="preserve">[28:55] </w:t>
      </w:r>
      <w:r>
        <w:t>to saara saara zehan idhar chala jata hai. to sadgi bohat zaroori hai. aur aisi hadith mein aata hai ke ثلاثة لا ترد دعوتہم ke teen logon ki dua reject nahin hoti hai.</w:t>
      </w:r>
    </w:p>
    <w:p>
      <w:pPr>
        <w:jc w:val="right"/>
      </w:pPr>
      <w:r>
        <w:t>تو سارا سارا ذہن ادھر چلا جاتا ہے۔ تو سادگی بہت ضروری ہے۔ اور ایسی حدیث میں آتا ہے کہ ثلاثة لا ترد دعوتہم کہ تین لوگوں کی دعا ریجیکٹ نہیں ہوتی ہے۔</w:t>
      </w:r>
    </w:p>
    <w:p>
      <w:r>
        <w:rPr>
          <w:b/>
        </w:rPr>
        <w:t xml:space="preserve">[29:11] </w:t>
      </w:r>
      <w:r>
        <w:t>This application of three kinds of people never rejected.</w:t>
      </w:r>
    </w:p>
    <w:p>
      <w:pPr>
        <w:jc w:val="right"/>
      </w:pPr>
      <w:r>
        <w:t>This application of three kinds of people never rejected.</w:t>
      </w:r>
    </w:p>
    <w:p>
      <w:r>
        <w:rPr>
          <w:b/>
        </w:rPr>
        <w:t xml:space="preserve">[29:15] </w:t>
      </w:r>
      <w:r>
        <w:t>is mein ek hai السائم حتى یفطر ke jo ah rozedar hai, jab woh roza apna khole, yani iftar ke waqt.</w:t>
      </w:r>
    </w:p>
    <w:p>
      <w:pPr>
        <w:jc w:val="right"/>
      </w:pPr>
      <w:r>
        <w:t>اس میں ایک ہے السائم حتى یفطر کہ جو اہ روزے دار ہے، جب وہ روزہ اپنا کھولے، یعنی افطار کے وقت۔</w:t>
      </w:r>
    </w:p>
    <w:p>
      <w:r>
        <w:rPr>
          <w:b/>
        </w:rPr>
        <w:t xml:space="preserve">[29:26] </w:t>
      </w:r>
      <w:r>
        <w:t>aur the fasting person when he breaks his fast aur والامام العادل just ruler, ah yani jo king agar hai koi to woh agar just hai, bohat hi ah imandar hai aur ah just hai to woh bhi ah is ki bhi dua reject</w:t>
      </w:r>
    </w:p>
    <w:p>
      <w:pPr>
        <w:jc w:val="right"/>
      </w:pPr>
      <w:r>
        <w:t>اور the fasting person when he breaks his fast اور والامام العادل جسٹ رولر، اہ یعنی جو کنگ اگر ہے کوئی تو وہ اگر جسٹ ہے، بہت ہی اہ ایماندار ہے اور اہ جسٹ ہے تو وہ بھی اہ اس کی بھی دعا ریجیکٹ</w:t>
      </w:r>
    </w:p>
    <w:p>
      <w:r>
        <w:rPr>
          <w:b/>
        </w:rPr>
        <w:t xml:space="preserve">[29:44] </w:t>
      </w:r>
      <w:r>
        <w:t>nahin hoti hai. aise hi الدعوة المظلوم yani supplication of the oppressed person hmm aur hadith mein aata hai ke jab ek oppressed person dua karta hai to us ki dua badalon ki taraf jati hai aur Allah taala badalon ko hata deta hai aur aur ah aasman khul jata hai.</w:t>
      </w:r>
    </w:p>
    <w:p>
      <w:pPr>
        <w:jc w:val="right"/>
      </w:pPr>
      <w:r>
        <w:t>نہیں ہوتی ہے۔ ایسے ہی الدعوة المظلوم یعنی supplication of the oppressed person ہمم اور حدیث میں آتا ہے کہ جب ایک oppressed person دعا کرتا ہے تو اس کی دعا بادلوں کی طرف جاتی ہے اور اللہ تعالی بادلوں کو ہٹا دیتا ہے اور اور اہ آسمان کھل جاتا ہے۔</w:t>
      </w:r>
    </w:p>
    <w:p>
      <w:r>
        <w:rPr>
          <w:b/>
        </w:rPr>
        <w:t xml:space="preserve">[30:06] </w:t>
      </w:r>
      <w:r>
        <w:t>ji woh seedhe Allah taala ke paas pahunch jati hai dua. yani yeh ek explain karne ke liye hamare liye yeh sab baatein hain. kya haqeeqat hoti hogi, woh Allah hi behtar janta hai.</w:t>
      </w:r>
    </w:p>
    <w:p>
      <w:pPr>
        <w:jc w:val="right"/>
      </w:pPr>
      <w:r>
        <w:t>جی وہ سیدھے اللہ تعالی کے پاس پہنچ جاتی ہے دعا۔ یعنی یہ ایک explain کرنے کے لیے ہمارے لیے یہ سب باتیں ہیں۔ کیا حقیقت ہوتی ہوگی، وہ اللہ ہی بہتر جانتا ہے۔</w:t>
      </w:r>
    </w:p>
    <w:p>
      <w:r>
        <w:rPr>
          <w:b/>
        </w:rPr>
        <w:t xml:space="preserve">[30:17] </w:t>
      </w:r>
      <w:r>
        <w:t>aur Allah taala farmata hai ke by my glory I will surely answer your prayer even if it takes a little bit ٹائم. yani ho sakta hai kuch der ho lekin main tumhari dua zaroor qabool karunga.</w:t>
      </w:r>
    </w:p>
    <w:p>
      <w:pPr>
        <w:jc w:val="right"/>
      </w:pPr>
      <w:r>
        <w:t>اور اللہ تعالی فرماتا ہے کہ by my glory I will surely answer your prayer even if it takes a little bit ٹائم۔ یعنی ہو سکتا ہے کچھ دیر ہو لیکن میں تمہاری دعا ضرور قبول کروں گا۔</w:t>
      </w:r>
    </w:p>
    <w:p>
      <w:r>
        <w:rPr>
          <w:b/>
        </w:rPr>
        <w:t xml:space="preserve">[30:29] </w:t>
      </w:r>
      <w:r>
        <w:t>to yeh teen logon ke bare mein Quran mein aata hai jis mein ek jaise aap ne kaha ke rozedar ki bhi dua qabool hoti hai.</w:t>
      </w:r>
    </w:p>
    <w:p>
      <w:pPr>
        <w:jc w:val="right"/>
      </w:pPr>
      <w:r>
        <w:t>تو یہ تین لوگوں کے بارے میں قرآن میں آتا ہے جس میں ایک جیسے آپ نے کہا کہ روزے دار کی بھی دعا قبول ہوتی ہے۔</w:t>
      </w:r>
    </w:p>
    <w:p>
      <w:r>
        <w:rPr>
          <w:b/>
        </w:rPr>
        <w:t xml:space="preserve">[30:39] </w:t>
      </w:r>
      <w:r>
        <w:t>aur woh wohi wajah hai ke woh us waqt aisa hota hai ke us waqt کیفیت bohat barhi hui hoti hai aur bohat hi dil mein narmi paida ho jati hai.</w:t>
      </w:r>
    </w:p>
    <w:p>
      <w:pPr>
        <w:jc w:val="right"/>
      </w:pPr>
      <w:r>
        <w:t>اور وہ وہی وجہ ہے کہ وہ اس وقت ایسا ہوتا ہے کہ اس وقت کیفیت بہت بڑھی ہوئی ہوتی ہے اور بہت ہی دل میں نرمی پیدا ہو جاتی ہے۔</w:t>
      </w:r>
    </w:p>
    <w:p>
      <w:r>
        <w:rPr>
          <w:b/>
        </w:rPr>
        <w:t xml:space="preserve">[30:48] </w:t>
      </w:r>
      <w:r>
        <w:t>aur bohat insan Allah ki taraf raghib ho jata hai. to in sab cheezon ki wajah se dua mein کیفیت barh jati hai.</w:t>
      </w:r>
    </w:p>
    <w:p>
      <w:pPr>
        <w:jc w:val="right"/>
      </w:pPr>
      <w:r>
        <w:t>اور بہت انسان اللہ کی طرف راغب ہو جاتا ہے۔ تو ان سب چیزوں کی وجہ سے دعا میں کیفیت بڑھ جاتی ہے۔</w:t>
      </w:r>
    </w:p>
    <w:p>
      <w:r>
        <w:rPr>
          <w:b/>
        </w:rPr>
        <w:t xml:space="preserve">[30:56] </w:t>
      </w:r>
      <w:r>
        <w:t>Hazrat Aisha se kisi ne poocha ke ek shakhs hai jo iftar mein der karta hai aur maghrib ki namaz parhne mein der karta hai.</w:t>
      </w:r>
    </w:p>
    <w:p>
      <w:pPr>
        <w:jc w:val="right"/>
      </w:pPr>
      <w:r>
        <w:t>حضرت عائشہ سے کسی نے پوچھا کہ ایک شخص ہے جو افطار میں دیر کرتا ہے اور مغرب کی نماز پڑھنے میں دیر کرتا ہے۔</w:t>
      </w:r>
    </w:p>
    <w:p>
      <w:r>
        <w:rPr>
          <w:b/>
        </w:rPr>
        <w:t xml:space="preserve">[31:10] </w:t>
      </w:r>
      <w:r>
        <w:t>aur ek shakhs hai jo iftar mein jaldi karta hai aur namaz maghrib ki parhne mein jaldi karta hai. to kaun behtar hai?</w:t>
      </w:r>
    </w:p>
    <w:p>
      <w:pPr>
        <w:jc w:val="right"/>
      </w:pPr>
      <w:r>
        <w:t>اور ایک شخص ہے جو افطار میں جلدی کرتا ہے اور نماز مغرب کی پڑھنے میں جلدی کرتا ہے۔ تو کون بہتر ہے؟</w:t>
      </w:r>
    </w:p>
    <w:p>
      <w:r>
        <w:rPr>
          <w:b/>
        </w:rPr>
        <w:t xml:space="preserve">[31:17] </w:t>
      </w:r>
      <w:r>
        <w:t>hmm to Hazrat Aisha ne poocha ke iftar mein jaldi karta hai aur ah ah aur namaz maghrib ki namaz mein jaldi karta hai, woh kaun hai?</w:t>
      </w:r>
    </w:p>
    <w:p>
      <w:pPr>
        <w:jc w:val="right"/>
      </w:pPr>
      <w:r>
        <w:t>ہمم تو حضرت عائشہ نے پوچھا کہ افطار میں جلدی کرتا ہے اور اہ اہ اور نماز مغرب کی نماز میں جلدی کرتا ہے، وہ کون ہے؟</w:t>
      </w:r>
    </w:p>
    <w:p>
      <w:r>
        <w:rPr>
          <w:b/>
        </w:rPr>
        <w:t xml:space="preserve">[31:28] </w:t>
      </w:r>
      <w:r>
        <w:t>hmm to unhon ne bataya ke Abdullah Ibn Masood R.A. hmm ji to Hazrat Aisha ne kaha ke Prophet ka bhi yahi tareeqa</w:t>
      </w:r>
    </w:p>
    <w:p>
      <w:pPr>
        <w:jc w:val="right"/>
      </w:pPr>
      <w:r>
        <w:t>ہمم تو انہوں نے بتایا کہ عبداللہ ابن مسعود رضی اللہ عنہ۔ ہمم جی تو حضرت عائشہ نے کہا کہ Prophet کا بھی یہی طریقہ</w:t>
      </w:r>
    </w:p>
    <w:p>
      <w:r>
        <w:rPr>
          <w:b/>
        </w:rPr>
        <w:t xml:space="preserve">[31:36] </w:t>
      </w:r>
      <w:r>
        <w:t>tha. hmm to yeh ah yeh bohat hi khaas waqt hai iftar aur is ko yani hamein istemal karna chahiye ah gehri duaon ke liye,</w:t>
      </w:r>
    </w:p>
    <w:p>
      <w:pPr>
        <w:jc w:val="right"/>
      </w:pPr>
      <w:r>
        <w:t>تھا۔ ہمم تو یہ اہ یہ بہت ہی خاص وقت ہے افطار اور اس کو یعنی ہمیں استعمال کرنا چاہیے اہ گہری دعاؤں کے لیے،</w:t>
      </w:r>
    </w:p>
    <w:p>
      <w:r>
        <w:rPr>
          <w:b/>
        </w:rPr>
        <w:t xml:space="preserve">[31:50] </w:t>
      </w:r>
      <w:r>
        <w:t>ah na ke bohat hi lavish dinner ka intezam karna chahiye. to sadgi aur dua ka khaas yeh waqt hai.</w:t>
      </w:r>
    </w:p>
    <w:p>
      <w:pPr>
        <w:jc w:val="right"/>
      </w:pPr>
      <w:r>
        <w:t>اہ نہ کہ بہت ہی لیوش ڈنر کا انتظام کرنا چاہیے۔ تو سادگی اور دعا کا خاص یہ وقت ہے۔</w:t>
      </w:r>
    </w:p>
    <w:p>
      <w:r>
        <w:rPr>
          <w:b/>
        </w:rPr>
        <w:t xml:space="preserve">[32:00] </w:t>
      </w:r>
      <w:r>
        <w:t>bohat hi yeh important baat hai doctor sahib kyunke aksar yahi hota hai ke rozedar distract ho jata hai inhi sab cheezon se. saara focus khane pe hota hai.</w:t>
      </w:r>
    </w:p>
    <w:p>
      <w:pPr>
        <w:jc w:val="right"/>
      </w:pPr>
      <w:r>
        <w:t>بہت ہی یہ امپورٹنٹ بات ہے ڈاکٹر صاحب کیونکہ اکثر یہی ہوتا ہے کہ روزے دار ڈسٹریکٹ ہو جاتا ہے انہی سب چیزوں سے۔ سارا فوکس کھانے پہ ہوتا ہے۔</w:t>
      </w:r>
    </w:p>
    <w:p>
      <w:r>
        <w:rPr>
          <w:b/>
        </w:rPr>
        <w:t xml:space="preserve">[32:08] </w:t>
      </w:r>
      <w:r>
        <w:t>ji ji ji to woh zahir hai dua kahan rahegi? ji bilkul. aur aap jaise shuru se aap ne explain kiya ke spirit pe emphasis zyada rehna chahiye ek rozedar ka.</w:t>
      </w:r>
    </w:p>
    <w:p>
      <w:pPr>
        <w:jc w:val="right"/>
      </w:pPr>
      <w:r>
        <w:t>جی جی جی تو وہ ظاہر ہے دعا کہاں رہے گی؟ جی بالکل۔ اور آپ جیسے شروع سے آپ نے explain کیا کہ سپرٹ پہ emphasis زیادہ رہنا چاہیے ایک روزے دار کا۔</w:t>
      </w:r>
    </w:p>
    <w:p>
      <w:r>
        <w:rPr>
          <w:b/>
        </w:rPr>
        <w:t xml:space="preserve">[32:18] </w:t>
      </w:r>
      <w:r>
        <w:t>doctor sahib Prophet used to ah you know engage himself throughout ramzan in prayer and praise of God Almighty.</w:t>
      </w:r>
    </w:p>
    <w:p>
      <w:pPr>
        <w:jc w:val="right"/>
      </w:pPr>
      <w:r>
        <w:t>ڈاکٹر صاحب Prophet used to اہ you know engage himself throughout رمضان in prayer and praise of God Almighty۔</w:t>
      </w:r>
    </w:p>
    <w:p>
      <w:r>
        <w:rPr>
          <w:b/>
        </w:rPr>
        <w:t xml:space="preserve">[32:28] </w:t>
      </w:r>
      <w:r>
        <w:t>aur jab hum quran bhi parhte hain to hum apne aap ko Allah taala se qareeb mehsoos karte hain. to kis tarike se quran ka mutala karna chahiye, is ke bare mein aap bataein.</w:t>
      </w:r>
    </w:p>
    <w:p>
      <w:pPr>
        <w:jc w:val="right"/>
      </w:pPr>
      <w:r>
        <w:t>اور جب ہم قرآن بھی پڑھتے ہیں تو ہم اپنے آپ کو اللہ تعالی سے قریب محسوس کرتے ہیں۔ تو کس طریقے سے قرآن کا مطالعہ کرنا چاہیے، اس کے بارے میں آپ بتائیں۔</w:t>
      </w:r>
    </w:p>
    <w:p>
      <w:r>
        <w:rPr>
          <w:b/>
        </w:rPr>
        <w:t xml:space="preserve">[32:40] </w:t>
      </w:r>
      <w:r>
        <w:t>ah</w:t>
      </w:r>
    </w:p>
    <w:p>
      <w:pPr>
        <w:jc w:val="right"/>
      </w:pPr>
      <w:r>
        <w:t>اہ</w:t>
      </w:r>
    </w:p>
    <w:p>
      <w:r>
        <w:rPr>
          <w:b/>
        </w:rPr>
        <w:t xml:space="preserve">[32:41] </w:t>
      </w:r>
      <w:r>
        <w:t>quran ka jo mutala hai, woh aam taur se sirf log arabic mein parhna samajhte hain ke bas un woh yeh kehte hain ke bas ek baar quran parh lein, do baar parh lein mahine mein.</w:t>
      </w:r>
    </w:p>
    <w:p>
      <w:pPr>
        <w:jc w:val="right"/>
      </w:pPr>
      <w:r>
        <w:t>قرآن کا جو مطالعہ ہے، وہ عام طور سے صرف لوگ عربک میں پڑھنا سمجھتے ہیں کہ بس ان وہ یہ کہتے ہیں کہ بس ایک بار قرآن پڑھ لیں، دو بار پڑھ لیں مہینے میں۔</w:t>
      </w:r>
    </w:p>
    <w:p>
      <w:r>
        <w:rPr>
          <w:b/>
        </w:rPr>
        <w:t xml:space="preserve">[32:56] </w:t>
      </w:r>
      <w:r>
        <w:t>to</w:t>
      </w:r>
    </w:p>
    <w:p>
      <w:pPr>
        <w:jc w:val="right"/>
      </w:pPr>
      <w:r>
        <w:t>تو</w:t>
      </w:r>
    </w:p>
    <w:p>
      <w:r>
        <w:rPr>
          <w:b/>
        </w:rPr>
        <w:t xml:space="preserve">[32:57] </w:t>
      </w:r>
      <w:r>
        <w:t>yeh jo reading hai quran ki ya recitation hai, ya kuch log ah parhte hain ya kuch log audio sunte hain, to yeh sirf sirf quran ko ah ko parhna arabic mein ah ya is ki is ki recitation, tilawat, qirat ko sunna arabic mein kafi nahi hai.</w:t>
      </w:r>
    </w:p>
    <w:p>
      <w:pPr>
        <w:jc w:val="right"/>
      </w:pPr>
      <w:r>
        <w:t>یہ جو ریڈنگ ہے قرآن کی یا ریسیٹیشن ہے، یا کچھ لوگ اہ پڑھتے ہیں یا کچھ لوگ آڈیو سنتے ہیں، تو یہ صرف صرف قرآن کو اہ کو پڑھنا عربک میں اہ یا اس کی اس کی ریسیٹیشن، تلاوت، قرأت کو سننا عربک میں کافی نہیں ہے۔</w:t>
      </w:r>
    </w:p>
    <w:p>
      <w:r>
        <w:rPr>
          <w:b/>
        </w:rPr>
        <w:t xml:space="preserve">[33:19] </w:t>
      </w:r>
      <w:r>
        <w:t>balke tarjume se parhna chahiye.</w:t>
      </w:r>
    </w:p>
    <w:p>
      <w:pPr>
        <w:jc w:val="right"/>
      </w:pPr>
      <w:r>
        <w:t>بلکہ ترجمے سے پڑھنا چاہیے۔</w:t>
      </w:r>
    </w:p>
    <w:p>
      <w:r>
        <w:rPr>
          <w:b/>
        </w:rPr>
        <w:t xml:space="preserve">[33:23] </w:t>
      </w:r>
      <w:r>
        <w:t>tarjuma bhi parhna chahiye jaise yeh tarjuma hai ah quran ka urdu mein. aap kisi bhi zaban mein parh sakte hain: hindi, english, urdu, jo bhi aap ki madri.</w:t>
      </w:r>
    </w:p>
    <w:p>
      <w:pPr>
        <w:jc w:val="right"/>
      </w:pPr>
      <w:r>
        <w:t>ترجمہ بھی پڑھنا چاہیے جیسے یہ ترجمہ ہے اہ قرآن کا اردو میں۔ آپ کسی بھی زبان میں پڑھ سکتے ہیں: ہندی، انگلش، اردو، جو بھی آپ کی مادری۔</w:t>
      </w:r>
    </w:p>
    <w:p>
      <w:r>
        <w:rPr>
          <w:b/>
        </w:rPr>
        <w:t xml:space="preserve">[33:34] </w:t>
      </w:r>
      <w:r>
        <w:t>to tarjuma bohat zaroori hai. ji aur is ke baad tafseer ah bhi parhni</w:t>
      </w:r>
    </w:p>
    <w:p>
      <w:pPr>
        <w:jc w:val="right"/>
      </w:pPr>
      <w:r>
        <w:t>تو ترجمہ بہت ضروری ہے۔ جی اور اس کے بعد تفسیر اہ بھی پڑھنی</w:t>
      </w:r>
    </w:p>
    <w:p>
      <w:r>
        <w:rPr>
          <w:b/>
        </w:rPr>
        <w:t xml:space="preserve">[33:41] </w:t>
      </w:r>
      <w:r>
        <w:t>chahiye. main to hamesha recommend karta hoon Maulana Wahiduddin Khan sahib ki tafseer "Tazkir ul Quran". chounke yeh bohat hi unique ah tafseer hai is lehaz se ke is mein jo quran ke gehre meaning hain, woh ah in ko Maulana ne explain kiya hai.</w:t>
      </w:r>
    </w:p>
    <w:p>
      <w:pPr>
        <w:jc w:val="right"/>
      </w:pPr>
      <w:r>
        <w:t>چاہیے۔ میں تو ہمیشہ recommend کرتا ہوں مولانا وحید الدین خان صاحب کی تفسیر "تذکیر القرآن"۔ چونکہ یہ بہت ہی unique اہ تفسیر ہے اس لحاظ سے کہ اس میں جو قرآن کے گہرے meaning ہیں، وہ اہ ان کو مولانا نے explain کیا ہے۔</w:t>
      </w:r>
    </w:p>
    <w:p>
      <w:r>
        <w:rPr>
          <w:b/>
        </w:rPr>
        <w:t xml:space="preserve">[34:00] </w:t>
      </w:r>
      <w:r>
        <w:t>aur koi bhi hissa liya hai to aur is ki jo deeper meaning hai, chounke hadith mein aata hai لكل آية منها زهر وبطن ke har ayat ka ek outer meaning hai, basic meaning jo bظahir aap samajh sakte hain, lekin ek inner meaning hai, deeper meaning hai, between the line meaning hai.</w:t>
      </w:r>
    </w:p>
    <w:p>
      <w:pPr>
        <w:jc w:val="right"/>
      </w:pPr>
      <w:r>
        <w:t>اور کوئی بھی حصہ لیا ہے تو اور اس کی جو deeper meaning ہے، چونکہ حدیث میں آتا ہے لكل آية منها زهر وبطن کہ ہر آیت کا ایک outer meaning ہے، basic meaning جو بظاہر آپ سمجھ سکتے ہیں، لیکن ایک inner meaning ہے، deeper meaning ہے، between the line meaning ہے۔</w:t>
      </w:r>
    </w:p>
    <w:p>
      <w:r>
        <w:rPr>
          <w:b/>
        </w:rPr>
        <w:t xml:space="preserve">[34:19] </w:t>
      </w:r>
      <w:r>
        <w:t>to is tak pahunchna hai</w:t>
      </w:r>
    </w:p>
    <w:p>
      <w:pPr>
        <w:jc w:val="right"/>
      </w:pPr>
      <w:r>
        <w:t>تو اس تک پہنچنا ہے</w:t>
      </w:r>
    </w:p>
    <w:p>
      <w:r>
        <w:rPr>
          <w:b/>
        </w:rPr>
        <w:t xml:space="preserve">[34:22] </w:t>
      </w:r>
      <w:r>
        <w:t>jo deeper meaning hai, wohi real meaning hai. to is tak pahunchne ke liye "Tazkir ul Quran" ek bohat hi umda kitaab hai jo main khud mutala karta rehta hoon ke is mein Maulana ne koi bhi hissa quran ka liya hai aur is ke jo gehre asbaaq is mein chhupe hue hain, jo gehre baatein chhupe hue hain, woh is ko ah ah ujaagar kiya hai.</w:t>
      </w:r>
    </w:p>
    <w:p>
      <w:pPr>
        <w:jc w:val="right"/>
      </w:pPr>
      <w:r>
        <w:t>جو deeper meaning ہے، وہی real meaning ہے۔ تو اس تک پہنچنے کے لیے "تذکیر القرآن" ایک بہت ہی عمدہ کتاب ہے جو میں خود مطالعہ کرتا رہتا ہوں کہ اس میں مولانا نے کوئی بھی حصہ قرآن کا لیا ہے اور اس کے جو گہرے اسباق اس میں چھپے ہوئے ہیں، جو گہری باتیں چھپی ہوئی ہیں، وہ اس کو اہ اہ اجاگر کیا ہے۔</w:t>
      </w:r>
    </w:p>
    <w:p>
      <w:r>
        <w:rPr>
          <w:b/>
        </w:rPr>
        <w:t xml:space="preserve">[34:47] </w:t>
      </w:r>
      <w:r>
        <w:t>isi ko quran mein tafakkur aur tad</w:t>
      </w:r>
    </w:p>
    <w:p>
      <w:pPr>
        <w:jc w:val="right"/>
      </w:pPr>
      <w:r>
        <w:t>اسی کو قرآن میں تفکر اور تد</w:t>
      </w:r>
    </w:p>
    <w:p>
      <w:r>
        <w:rPr>
          <w:b/>
        </w:rPr>
        <w:t xml:space="preserve">[34:50] </w:t>
      </w:r>
      <w:r>
        <w:t>bur kaha gaya. yaani quran ke upar tadabbur karna, gehrai se sochna aur quran pe tafakkur karna, gehrai se is ki meaning tak pahunchna, yeh zaroori hai.</w:t>
      </w:r>
    </w:p>
    <w:p>
      <w:pPr>
        <w:jc w:val="right"/>
      </w:pPr>
      <w:r>
        <w:t>بر کہا گیا۔ یعنی قرآن کے اوپر تدبر کرنا، گہرائی سے سوچنا اور قرآن پہ تفکر کرنا، گہرائی سے اس کی meaning تک پہنچنا، یہ ضروری ہے۔</w:t>
      </w:r>
    </w:p>
    <w:p>
      <w:r>
        <w:rPr>
          <w:b/>
        </w:rPr>
        <w:t xml:space="preserve">[34:59] </w:t>
      </w:r>
      <w:r>
        <w:t>lekin mizaj ban gaya hai ke bas quran parh lein arabic mein aur khatm kar lein. jo khatm wali baat hai na, Maulana ne balke "Al Risala" mein likha tha ek mazmoon ke "Khatm e Quran" yeh tadabbur e Quran hai.</w:t>
      </w:r>
    </w:p>
    <w:p>
      <w:pPr>
        <w:jc w:val="right"/>
      </w:pPr>
      <w:r>
        <w:t>لیکن مزاج بن گیا ہے کہ بس قرآن پڑھ لیں عربک میں اور ختم کر لیں۔ جو ختم والی بات ہے نا، مولانا نے بلکہ "الرسالہ" میں لکھا تھا ایک مضمون کہ "ختم قرآن" یہ تدبر قرآن ہے۔</w:t>
      </w:r>
    </w:p>
    <w:p>
      <w:r>
        <w:rPr>
          <w:b/>
        </w:rPr>
        <w:t xml:space="preserve">[35:13] </w:t>
      </w:r>
      <w:r>
        <w:t>to khatm e quran ah bana tadabbur ke to woh khaas cheez nahi hai</w:t>
      </w:r>
    </w:p>
    <w:p>
      <w:pPr>
        <w:jc w:val="right"/>
      </w:pPr>
      <w:r>
        <w:t>تو ختم قرآن اہ بنا تدبر کے تو وہ خاص چیز نہیں ہے</w:t>
      </w:r>
    </w:p>
    <w:p>
      <w:r>
        <w:rPr>
          <w:b/>
        </w:rPr>
        <w:t xml:space="preserve">[35:18] </w:t>
      </w:r>
      <w:r>
        <w:t>jab tak ke aap tadabbur na karein aur sochein na gehrai se. jab aap sochenge to layer upon layer quran ke meaning aap ke upar khulte chale jayenge.</w:t>
      </w:r>
    </w:p>
    <w:p>
      <w:pPr>
        <w:jc w:val="right"/>
      </w:pPr>
      <w:r>
        <w:t>جب تک کہ آپ تدبر نہ کریں اور سوچیں نہ گہرائی سے۔ جب آپ سوچیں گے تو layer upon layer قرآن کے meaning آپ کے اوپر کھلتے چلے جائیں گے۔</w:t>
      </w:r>
    </w:p>
    <w:p>
      <w:r>
        <w:rPr>
          <w:b/>
        </w:rPr>
        <w:t xml:space="preserve">[35:27] </w:t>
      </w:r>
      <w:r>
        <w:t>phir aap chahenge ke in in teachings ko jo aap ne ah quran ki samjhi hain, woh apni zindagi mein apply karein.</w:t>
      </w:r>
    </w:p>
    <w:p>
      <w:pPr>
        <w:jc w:val="right"/>
      </w:pPr>
      <w:r>
        <w:t>پھر آپ چاہیں گے کہ ان ان teachings کو جو آپ نے اہ قرآن کی سمجھی ہیں، وہ اپنی زندگی میں اپلائی کریں۔</w:t>
      </w:r>
    </w:p>
    <w:p>
      <w:r>
        <w:rPr>
          <w:b/>
        </w:rPr>
        <w:t xml:space="preserve">[35:35] </w:t>
      </w:r>
      <w:r>
        <w:t>to yeh hai tareeqa. yaani quran ko arabic mein parhein, urdu translation parhein aur koi tafseer aap parh</w:t>
      </w:r>
    </w:p>
    <w:p>
      <w:pPr>
        <w:jc w:val="right"/>
      </w:pPr>
      <w:r>
        <w:t>تو یہ ہے طریقہ۔ یعنی قرآن کو عربک میں پڑھیں، اردو translation پڑھیں اور کوئی تفسیر آپ پڑھ</w:t>
      </w:r>
    </w:p>
    <w:p>
      <w:r>
        <w:rPr>
          <w:b/>
        </w:rPr>
        <w:t xml:space="preserve">[35:43] </w:t>
      </w:r>
      <w:r>
        <w:t>ein. ah lekin tafseer mein aap yeh cheez ghoor karein ke aam taur se tafaseer jo milti hain, woh zyada tar research ke andaaz ki hain ke bohat zyada references honge is mein.</w:t>
      </w:r>
    </w:p>
    <w:p>
      <w:pPr>
        <w:jc w:val="right"/>
      </w:pPr>
      <w:r>
        <w:t>یں۔ اہ لیکن تفسیر میں آپ یہ چیز غور کریں کہ عام طور سے تفسیریں جو ملتی ہیں، وہ زیادہ تر research کے انداز کی ہیں کہ بہت زیادہ references ہوں گے اس میں۔</w:t>
      </w:r>
    </w:p>
    <w:p>
      <w:r>
        <w:rPr>
          <w:b/>
        </w:rPr>
        <w:t xml:space="preserve">[35:54] </w:t>
      </w:r>
      <w:r>
        <w:t>to ek aam qari ke liye woh bara mushkil hai ke is mein se koi cheez grasp</w:t>
      </w:r>
    </w:p>
    <w:p>
      <w:pPr>
        <w:jc w:val="right"/>
      </w:pPr>
      <w:r>
        <w:t>تو ایک عام قاری کے لیے وہ بڑا مشکل ہے کہ اس میں سے کوئی چیز grasp</w:t>
      </w:r>
    </w:p>
    <w:p>
      <w:r>
        <w:rPr>
          <w:b/>
        </w:rPr>
        <w:t xml:space="preserve">[35:59] </w:t>
      </w:r>
      <w:r>
        <w:t>karna. lekin "Tazkir ul Quran" ka yeh andaaz hai ke is mein bohat zyada references nahi hain, woh research ka andaaz nahi hai balke ek tadabbur wala andaaz hai ke jo gehri ah baatein hain quran ki, is ko kaise hum samjhein aur apni zindagi mein apply karein.</w:t>
      </w:r>
    </w:p>
    <w:p>
      <w:pPr>
        <w:jc w:val="right"/>
      </w:pPr>
      <w:r>
        <w:t>کرنا۔ لیکن "تذکیر القرآن" کا یہ انداز ہے کہ اس میں بہت زیادہ references نہیں ہیں، وہ research کا انداز نہیں ہے بلکہ ایک تدبر والا انداز ہے کہ جو گہری اہ باتیں ہیں قرآن کی، اس کو کیسے ہم سمجھیں اور اپنی زندگی میں اپلائی کریں۔</w:t>
      </w:r>
    </w:p>
    <w:p>
      <w:r>
        <w:rPr>
          <w:b/>
        </w:rPr>
        <w:t xml:space="preserve">[36:15] </w:t>
      </w:r>
      <w:r>
        <w:t>to yeh hai tareeqa quran ko parhne ka. ji ah doctor sahib, kuch comments parhna chahunga. kafi log program ko dekh rahe hain, pasand kar rahe hain.</w:t>
      </w:r>
    </w:p>
    <w:p>
      <w:pPr>
        <w:jc w:val="right"/>
      </w:pPr>
      <w:r>
        <w:t>تو یہ ہے طریقہ قرآن کو پڑھنے کا۔ جی اہ ڈاکٹر صاحب، کچھ کمنٹس پڑھنا چاہوں گا۔ کافی لوگ پروگرام کو دیکھ رہے ہیں، پسند کر رہے ہیں۔</w:t>
      </w:r>
    </w:p>
    <w:p>
      <w:r>
        <w:rPr>
          <w:b/>
        </w:rPr>
        <w:t xml:space="preserve">[36:26] </w:t>
      </w:r>
      <w:r>
        <w:t>saare comments nahi le paunga. k</w:t>
      </w:r>
    </w:p>
    <w:p>
      <w:pPr>
        <w:jc w:val="right"/>
      </w:pPr>
      <w:r>
        <w:t>سارے کمنٹس نہیں لے پاؤں گا۔ ک</w:t>
      </w:r>
    </w:p>
    <w:p>
      <w:r>
        <w:rPr>
          <w:b/>
        </w:rPr>
        <w:t xml:space="preserve">[36:28] </w:t>
      </w:r>
      <w:r>
        <w:t>chhe comments padhna chahunga. yeh comment bheja hai ah fareeda kaam, miss fareeda kamran ne ah pakistan se. unhone likha hai: "islam is good for physical and spiritual health, very important topic and nicely explained.</w:t>
      </w:r>
    </w:p>
    <w:p>
      <w:pPr>
        <w:jc w:val="right"/>
      </w:pPr>
      <w:r>
        <w:t>چھ کمنٹس پڑھنا چاہوں گا۔ یہ کمنٹ بھیجا ہے اہ فریدہ کام، مس فریدہ کامران نے اہ پاکستان سے۔ انہوں نے لکھا ہے: "اسلام از گڈ فار فزیکل اینڈ سپرچول ہیلتھ، ویری امپورٹنٹ ٹاپک اینڈ نائسلی ایکسپلینڈ۔</w:t>
      </w:r>
    </w:p>
    <w:p>
      <w:r>
        <w:rPr>
          <w:b/>
        </w:rPr>
        <w:t xml:space="preserve">[36:42] </w:t>
      </w:r>
      <w:r>
        <w:t>jazak allah, mere allah, accept your devotion. ameen."</w:t>
      </w:r>
    </w:p>
    <w:p>
      <w:pPr>
        <w:jc w:val="right"/>
      </w:pPr>
      <w:r>
        <w:t>جزاک اللہ، میر اللہ، ایکسیپٹ یور ڈیوشن۔ آمین۔"</w:t>
      </w:r>
    </w:p>
    <w:p>
      <w:r>
        <w:rPr>
          <w:b/>
        </w:rPr>
        <w:t xml:space="preserve">[36:47] </w:t>
      </w:r>
      <w:r>
        <w:t>mohammad asif khan sahab ne kanpur se likha hai: "cps team ki taraf se islam ki spirit ko baqi rakhne par bahut zor diya jata hai aur roze ki bhi real spirit par.</w:t>
      </w:r>
    </w:p>
    <w:p>
      <w:pPr>
        <w:jc w:val="right"/>
      </w:pPr>
      <w:r>
        <w:t>محمد اصف خان صاحب نے کانپور سے لکھا ہے: "سی پی ایس ٹیم کی طرف سے اسلام کی سپرٹ کو باقی رکھنے پر بہت زور دیا جاتا ہے اور روزے کی بھی ریئل سپرٹ پر۔</w:t>
      </w:r>
    </w:p>
    <w:p>
      <w:r>
        <w:rPr>
          <w:b/>
        </w:rPr>
        <w:t xml:space="preserve">[36:59] </w:t>
      </w:r>
      <w:r>
        <w:t>doctor sahab ne bahut sari baatein aaj hum sab ke samne rakhi jo spirit par hain. iske liye aap logon ka bahut bahut shukriya.</w:t>
      </w:r>
    </w:p>
    <w:p>
      <w:pPr>
        <w:jc w:val="right"/>
      </w:pPr>
      <w:r>
        <w:t>ڈاکٹر صاحب نے بہت ساری باتیں آج ہم سب کے سامنے رکھیں جو سپرٹ پر ہیں۔ اس کے لیے آپ لوگوں کا بہت بہت شکریہ۔</w:t>
      </w:r>
    </w:p>
    <w:p>
      <w:r>
        <w:rPr>
          <w:b/>
        </w:rPr>
        <w:t xml:space="preserve">[37:08] </w:t>
      </w:r>
      <w:r>
        <w:t>allah qabool kare." syed haseeb shan naqvi sahab ne likha hai:</w:t>
      </w:r>
    </w:p>
    <w:p>
      <w:pPr>
        <w:jc w:val="right"/>
      </w:pPr>
      <w:r>
        <w:t>اللہ قبول کرے۔" سید حسیب شان نقوی صاحب نے لکھا ہے:</w:t>
      </w:r>
    </w:p>
    <w:p>
      <w:r>
        <w:rPr>
          <w:b/>
        </w:rPr>
        <w:t xml:space="preserve">[37:14] </w:t>
      </w:r>
      <w:r>
        <w:t>"maulana wahiduddin khan sahab ki booklet 'saum-e-ramzan' is very important because in it Maulana has clarified the purpose of fasting.</w:t>
      </w:r>
    </w:p>
    <w:p>
      <w:pPr>
        <w:jc w:val="right"/>
      </w:pPr>
      <w:r>
        <w:t>"مولانا وحید الدین خان صاحب کی بکلیٹ 'سوم رمضان' از ویری امپورٹنٹ بیکاز ان اٹ مولانا ہیز کلیریفائیڈ دا پرپس اف فاسٹنگ۔</w:t>
      </w:r>
    </w:p>
    <w:p>
      <w:r>
        <w:rPr>
          <w:b/>
        </w:rPr>
        <w:t xml:space="preserve">[37:23] </w:t>
      </w:r>
      <w:r>
        <w:t>in this ramzan we should understand quran through its translation." ah aur bhi comments aa rahe hain doctor sahab, ah jo main baad mein aap ke sath share karunga jab session khatam ho jayega.</w:t>
      </w:r>
    </w:p>
    <w:p>
      <w:pPr>
        <w:jc w:val="right"/>
      </w:pPr>
      <w:r>
        <w:t>ان دس رمضان وی شوڈ انڈرسٹینڈ قرآن تھرو اٹس ٹرانسلیشن۔" اہ اور بھی کمنٹس آ رہے ہیں ڈاکٹر صاحب، اہ جو میں بعد میں آپ کے ساتھ شیئر کروں گا جب سیشن ختم ہو جائے گا۔</w:t>
      </w:r>
    </w:p>
    <w:p>
      <w:r>
        <w:rPr>
          <w:b/>
        </w:rPr>
        <w:t xml:space="preserve">[37:36] </w:t>
      </w:r>
      <w:r>
        <w:t>ah agle sawal ki</w:t>
      </w:r>
    </w:p>
    <w:p>
      <w:pPr>
        <w:jc w:val="right"/>
      </w:pPr>
      <w:r>
        <w:t>اہ اگلے سوال کی</w:t>
      </w:r>
    </w:p>
    <w:p>
      <w:r>
        <w:rPr>
          <w:b/>
        </w:rPr>
        <w:t xml:space="preserve">[37:37] </w:t>
      </w:r>
      <w:r>
        <w:t>taraf badhte hain. doctor sahab, ah ah there is a special prayer, which is extra prayer, which is done after isha. it is called tarawih. and believers throughout quran recitation try to connect with god almighty.</w:t>
      </w:r>
    </w:p>
    <w:p>
      <w:pPr>
        <w:jc w:val="right"/>
      </w:pPr>
      <w:r>
        <w:t>طرف بڑھتے ہیں۔ ڈاکٹر صاحب، اہ اہ دیر از ا سپیشل پریئر، وچ از ایکسٹرا پریئر، وچ از ڈن افٹر عشاء۔ اٹ از کالڈ تراویح۔ اینڈ بیلیورز تھرو آؤٹ قرآن ریسیٹیشن ٹرائی ٹو کنیکٹ ود گاڈ المائٹی۔</w:t>
      </w:r>
    </w:p>
    <w:p>
      <w:r>
        <w:rPr>
          <w:b/>
        </w:rPr>
        <w:t xml:space="preserve">[37:51] </w:t>
      </w:r>
      <w:r>
        <w:t>toh tarawih ke bare mein main chahunga aap kuch bataein. zaroor. tarawih darasal wahi cheez hai jisko qiyam-ul-layl kaha gaya hai.</w:t>
      </w:r>
    </w:p>
    <w:p>
      <w:pPr>
        <w:jc w:val="right"/>
      </w:pPr>
      <w:r>
        <w:t>تو تراویح کے بارے میں میں چاہوں گا آپ کچھ بتائیں۔ ضرور۔ تراویح دراصل وہی چیز ہے جس کو قیام اللیل کہا گیا ہے۔</w:t>
      </w:r>
    </w:p>
    <w:p>
      <w:r>
        <w:rPr>
          <w:b/>
        </w:rPr>
        <w:t xml:space="preserve">[38:00] </w:t>
      </w:r>
      <w:r>
        <w:t>ji yani raat ki namaz. baad mein yeh tarawih ka silsila shuru hua.</w:t>
      </w:r>
    </w:p>
    <w:p>
      <w:pPr>
        <w:jc w:val="right"/>
      </w:pPr>
      <w:r>
        <w:t>جی یعنی رات کی نماز۔ بعد میں یہ تراویح کا سلسلہ شروع ہوا۔</w:t>
      </w:r>
    </w:p>
    <w:p>
      <w:r>
        <w:rPr>
          <w:b/>
        </w:rPr>
        <w:t xml:space="preserve">[38:06] </w:t>
      </w:r>
      <w:r>
        <w:t>ah tarawih ka matlab hai to rest. yani aisa hota hai ke char rakat padh ke, chuki lambi lambi ah rakat hoti hain, toh woh muqtadi jo hain, imam sahab aur muqtadi, thodi der ke liye rest karte hain.</w:t>
      </w:r>
    </w:p>
    <w:p>
      <w:pPr>
        <w:jc w:val="right"/>
      </w:pPr>
      <w:r>
        <w:t>اہ تراویح کا مطلب ہے ٹو ریسٹ۔ یعنی ایسا ہوتا ہے کہ چار رکعت پڑھ کے، چونکہ لمبی لمبی اہ رکعت ہوتی ہیں، تو وہ مقتدی جو ہیں، امام صاحب اور مقتدی، تھوڑی دیر کے لیے ریسٹ کرتے ہیں۔</w:t>
      </w:r>
    </w:p>
    <w:p>
      <w:r>
        <w:rPr>
          <w:b/>
        </w:rPr>
        <w:t xml:space="preserve">[38:23] </w:t>
      </w:r>
      <w:r>
        <w:t>toh isi wajah se iska naam tarawih pad gaya. ah yani ah to take break ah between four rakat.</w:t>
      </w:r>
    </w:p>
    <w:p>
      <w:pPr>
        <w:jc w:val="right"/>
      </w:pPr>
      <w:r>
        <w:t>تو اسی وجہ سے اس کا نام تراویح پڑ گیا۔ اہ یعنی اہ ٹو ٹیک بریک اہ بٹوین فور رکعت۔</w:t>
      </w:r>
    </w:p>
    <w:p>
      <w:r>
        <w:rPr>
          <w:b/>
        </w:rPr>
        <w:t xml:space="preserve">[38:32] </w:t>
      </w:r>
      <w:r>
        <w:t>toh yahan bhi wahi baat hai jo quran ki reading mein maine abhi thodi batane ki koshish ki ke tarawih ka bhi yeh mizaj ban gaya hai ke jaldi jaldi padh ke khatam kar diya jaye.</w:t>
      </w:r>
    </w:p>
    <w:p>
      <w:pPr>
        <w:jc w:val="right"/>
      </w:pPr>
      <w:r>
        <w:t>تو یہاں بھی وہی بات ہے جو قرآن کی ریڈنگ میں میں نے ابھی تھوڑی بتانے کی کوشش کی کہ تراویح کا بھی یہ مزاج بن گیا ہے کہ جلدی جلدی پڑھ کے ختم کر دیا جائے۔</w:t>
      </w:r>
    </w:p>
    <w:p>
      <w:r>
        <w:rPr>
          <w:b/>
        </w:rPr>
        <w:t xml:space="preserve">[38:43] </w:t>
      </w:r>
      <w:r>
        <w:t>yani kuch log, ah maine dekha hai ke woh kehte hain ke hum falan masjid mein padhte hain, wahan 15 din mein khatam ho jata hai. ji aur wahan padhte hain, wahan das din mein khatam ho jata hai.</w:t>
      </w:r>
    </w:p>
    <w:p>
      <w:pPr>
        <w:jc w:val="right"/>
      </w:pPr>
      <w:r>
        <w:t>یعنی کچھ لوگ، اہ میں نے دیکھا ہے کہ وہ کہتے ہیں کہ ہم فلاں مسجد میں پڑھتے ہیں، وہاں 15 دن میں ختم ہو جاتا ہے۔ جی اور وہاں پڑھتے ہیں، وہاں دس دن میں ختم ہو جاتا ہے۔</w:t>
      </w:r>
    </w:p>
    <w:p>
      <w:r>
        <w:rPr>
          <w:b/>
        </w:rPr>
        <w:t xml:space="preserve">[38:53] </w:t>
      </w:r>
      <w:r>
        <w:t>yani yeh koi aisi cheez hai ke jo woh khatam kar ke is se jaan chuda li jaye. balke aisa nahi hai.</w:t>
      </w:r>
    </w:p>
    <w:p>
      <w:pPr>
        <w:jc w:val="right"/>
      </w:pPr>
      <w:r>
        <w:t>یعنی یہ کوئی ایسی چیز ہے کہ جو وہ ختم کر کے اس سے جان چھڑا لی جائے۔ بلکہ ایسا نہیں ہے۔</w:t>
      </w:r>
    </w:p>
    <w:p>
      <w:r>
        <w:rPr>
          <w:b/>
        </w:rPr>
        <w:t xml:space="preserve">[38:59] </w:t>
      </w:r>
      <w:r>
        <w:t>ah Maulana ne kaha tha ke tarawih is is collective study of the quran. hmm yani mil ke hum quran ki study karein.</w:t>
      </w:r>
    </w:p>
    <w:p>
      <w:pPr>
        <w:jc w:val="right"/>
      </w:pPr>
      <w:r>
        <w:t>اہ مولانا نے کہا تھا کہ تراویح از از کلیکٹیو سٹڈی اف دا قرآن۔ ہمم یعنی مل کے ہم قرآن کی سٹڈی کریں۔</w:t>
      </w:r>
    </w:p>
    <w:p>
      <w:r>
        <w:rPr>
          <w:b/>
        </w:rPr>
        <w:t xml:space="preserve">[39:08] </w:t>
      </w:r>
      <w:r>
        <w:t>yeh nahi ke woh jaldi jaldi khatam kar dein. koi humare upar bojh hai, woh woh humare upar halka ho jaye. ji balke yeh collective study hai quran ki. yani wahi ghor o fikr aur tadabbur aur tafakkur.</w:t>
      </w:r>
    </w:p>
    <w:p>
      <w:pPr>
        <w:jc w:val="right"/>
      </w:pPr>
      <w:r>
        <w:t>یہ نہیں کہ وہ جلدی جلدی ختم کر دیں۔ کوئی ہمارے اوپر بوجھ ہے، وہ وہ ہمارے اوپر ہلکا ہو جائے۔ جی بلکہ یہ کلیکٹیو سٹڈی ہے قرآن کی۔ یعنی وہی غور و فکر اور تدبر اور تفکر۔</w:t>
      </w:r>
    </w:p>
    <w:p>
      <w:r>
        <w:rPr>
          <w:b/>
        </w:rPr>
        <w:t xml:space="preserve">[39:19] </w:t>
      </w:r>
      <w:r>
        <w:t>toh itni jaldi jaldi agar padhenge toh woh koi zahir hai koi faida nahi hoga. sirf aap ko yeh ehsas ho jayega ke aap ne namaz ada kardi. toh woh wahi spirit wali baat.</w:t>
      </w:r>
    </w:p>
    <w:p>
      <w:pPr>
        <w:jc w:val="right"/>
      </w:pPr>
      <w:r>
        <w:t>تو اتنی جلدی جلدی اگر پڑھیں گے تو وہ کوئی ظاہر ہے کوئی فائدہ نہیں ہوگا۔ صرف آپ کو یہ احساس ہو جائے گا کہ آپ نے نماز ادا کر دی۔ تو وہ وہی سپرٹ والی بات۔</w:t>
      </w:r>
    </w:p>
    <w:p>
      <w:r>
        <w:rPr>
          <w:b/>
        </w:rPr>
        <w:t xml:space="preserve">[39:29] </w:t>
      </w:r>
      <w:r>
        <w:t>ah</w:t>
      </w:r>
    </w:p>
    <w:p>
      <w:pPr>
        <w:jc w:val="right"/>
      </w:pPr>
      <w:r>
        <w:t>اہ</w:t>
      </w:r>
    </w:p>
    <w:p>
      <w:r>
        <w:rPr>
          <w:b/>
        </w:rPr>
        <w:t xml:space="preserve">[39:30] </w:t>
      </w:r>
      <w:r>
        <w:t>hazrat ayesha r.a. ki ek hadith hai. ah ah pucha kisi ne ah qiyam-ul-layl ke bare mein.</w:t>
      </w:r>
    </w:p>
    <w:p>
      <w:pPr>
        <w:jc w:val="right"/>
      </w:pPr>
      <w:r>
        <w:t>حضرت عائشہ رضی اللہ عنہا کی ایک حدیث ہے۔ اہ اہ پوچھا کسی نے اہ قیام اللیل کے بارے میں۔</w:t>
      </w:r>
    </w:p>
    <w:p>
      <w:r>
        <w:rPr>
          <w:b/>
        </w:rPr>
        <w:t xml:space="preserve">[39:39] </w:t>
      </w:r>
      <w:r>
        <w:t>bhai jis ko tarawih aaj kal kaha jata hai ke rasool allah kaise padhte the? toh hazrat ayesha ne bataya ke char rakat padhte the, phir rest karte the, phir char rakat padhte the.</w:t>
      </w:r>
    </w:p>
    <w:p>
      <w:pPr>
        <w:jc w:val="right"/>
      </w:pPr>
      <w:r>
        <w:t>بھئی جس کو تراویح آج کل کہا جاتا ہے کہ رسول اللہ کیسے پڑھتے تھے؟ تو حضرت عائشہ نے بتایا کہ چار رکعت پڑھتے تھے، پھر ریسٹ کرتے تھے، پھر چار رکعت پڑھتے تھے۔</w:t>
      </w:r>
    </w:p>
    <w:p>
      <w:r>
        <w:rPr>
          <w:b/>
        </w:rPr>
        <w:t xml:space="preserve">[39:52] </w:t>
      </w:r>
      <w:r>
        <w:t>yani two plus two plus two plus two four aur phir teen witr. lekin unhone jo baat kahi uske baad woh badi zabardast hai.</w:t>
      </w:r>
    </w:p>
    <w:p>
      <w:pPr>
        <w:jc w:val="right"/>
      </w:pPr>
      <w:r>
        <w:t>یعنی ٹو پلس ٹو پلس ٹو پلس ٹو فور اور پھر تین وتر۔ لیکن انہوں نے جو بات کہی اس کے بعد وہ بڑی زبردست ہے۔</w:t>
      </w:r>
    </w:p>
    <w:p>
      <w:r>
        <w:rPr>
          <w:b/>
        </w:rPr>
        <w:t xml:space="preserve">[40:00] </w:t>
      </w:r>
      <w:r>
        <w:t>kaha ke fal tas'al an husniha wa tulaha keh pucho mat mujh se ke kitni khoobsurat hoti thi woh aur kitni lambi hoti thi.</w:t>
      </w:r>
    </w:p>
    <w:p>
      <w:pPr>
        <w:jc w:val="right"/>
      </w:pPr>
      <w:r>
        <w:t>کہا کہ فلا تسأل عن حسنہن وطولہن کہ پوچھو مت مجھ سے کہ کتنی خوبصورت ہوتی تھی وہ اور کتنی لمبی ہوتی تھی۔</w:t>
      </w:r>
    </w:p>
    <w:p>
      <w:r>
        <w:rPr>
          <w:b/>
        </w:rPr>
        <w:t xml:space="preserve">[40:10] </w:t>
      </w:r>
      <w:r>
        <w:t>ji yani i cannot express in words.</w:t>
      </w:r>
    </w:p>
    <w:p>
      <w:pPr>
        <w:jc w:val="right"/>
      </w:pPr>
      <w:r>
        <w:t>Don't ask me how how beautiful they used to be and how long they used to be. جی یعنی I cannot express in words.</w:t>
      </w:r>
    </w:p>
    <w:p>
      <w:r>
        <w:rPr>
          <w:b/>
        </w:rPr>
        <w:t xml:space="preserve">[40:19] </w:t>
      </w:r>
      <w:r>
        <w:t>ji to phir hazrat aisha kehti hain ke maine a prophet se kaha ke aap 8 rak'at padh ke so jate hain.</w:t>
      </w:r>
    </w:p>
    <w:p>
      <w:pPr>
        <w:jc w:val="right"/>
      </w:pPr>
      <w:r>
        <w:t>جی تو پھر حضرت عائشہ کہتی ہیں کہ میں نے اہ پرافٹ سے کہا کہ آپ اٹھ رکعت پڑھ کے سو جاتے ہیں۔</w:t>
      </w:r>
    </w:p>
    <w:p>
      <w:r>
        <w:rPr>
          <w:b/>
        </w:rPr>
        <w:t xml:space="preserve">[40:31] </w:t>
      </w:r>
      <w:r>
        <w:t>ji to rasool allah ne kaha ke meri aankhein so rahi hoti hain lekin dil bedaar rehta hai. ji to paighambar ka to khair mamla alag hi hota hai.</w:t>
      </w:r>
    </w:p>
    <w:p>
      <w:pPr>
        <w:jc w:val="right"/>
      </w:pPr>
      <w:r>
        <w:t>جی تو رسول اللہ نے کہا کہ میری آنکھیں سو رہی ہوتی ہیں لیکن دل بیدار رہتا ہے۔ جی تو پیغمبر کا تو خیر معاملہ الگ ہی ہوتا ہے۔</w:t>
      </w:r>
    </w:p>
    <w:p>
      <w:r>
        <w:rPr>
          <w:b/>
        </w:rPr>
        <w:t xml:space="preserve">[40:40] </w:t>
      </w:r>
      <w:r>
        <w:t>ji ji ji to yeh jo baat kahi ke ek bahut hi khoobsurat namaz thi aur bahut hi lambi namaz thi, iska ek aur waqia bhi milta hai humein. ji ek sahabi the hazrat hudaifa raziallah anhu, to woh batate hain ke main ek raat ko rasool allah sallallahualaihiwasallam ke sath namaz maine padhi.</w:t>
      </w:r>
    </w:p>
    <w:p>
      <w:pPr>
        <w:jc w:val="right"/>
      </w:pPr>
      <w:r>
        <w:t>جی جی جی تو یہ جو بات کہی کہ ایک بہت ہی خوبصورت نماز تھی اور بہت ہی لمبی نماز تھی، اس کا ایک اور واقعہ بھی ملتا ہے ہمیں۔ جی ایک صحابی تھے حضرت حذیفہ رضی اللہ عنہ، تو وہ بتاتے ہیں کہ میں ایک رات کو رسول اللہ صلی اللہ علیہ وسلم کے ساتھ نماز میں نے پڑھی۔</w:t>
      </w:r>
    </w:p>
    <w:p>
      <w:r>
        <w:rPr>
          <w:b/>
        </w:rPr>
        <w:t xml:space="preserve">[40:59] </w:t>
      </w:r>
      <w:r>
        <w:t>to prophet ne namaz shuru ki aur surah al baqarah padhni shuru ki. hmm to maine socha ke 100 verses tak padhenge, phir rukoo mein chale jayenge.</w:t>
      </w:r>
    </w:p>
    <w:p>
      <w:pPr>
        <w:jc w:val="right"/>
      </w:pPr>
      <w:r>
        <w:t>تو پرافٹ نے نماز شروع کی اور سورہ البقرہ پڑھنی شروع کی۔ ہمم تو میں نے سوچا کہ سو ورسز تک پڑھیں گے، پھر رکوع میں چلے جائیں گے۔</w:t>
      </w:r>
    </w:p>
    <w:p>
      <w:r>
        <w:rPr>
          <w:b/>
        </w:rPr>
        <w:t xml:space="preserve">[41:12] </w:t>
      </w:r>
      <w:r>
        <w:t>lekin prophet 100 verses se aage badh gaye. ji to unhone socha ke acha lagta hai ke poori surah al baqarah khatam karenge.</w:t>
      </w:r>
    </w:p>
    <w:p>
      <w:pPr>
        <w:jc w:val="right"/>
      </w:pPr>
      <w:r>
        <w:t>لیکن پرافٹ سو ورسز سے آگے بڑھ گئے۔ جی تو انہوں نے سوچا کہ اچھا لگتا ہے کہ پوری سورہ البقرہ ختم کریں گے۔</w:t>
      </w:r>
    </w:p>
    <w:p>
      <w:r>
        <w:rPr>
          <w:b/>
        </w:rPr>
        <w:t xml:space="preserve">[41:21] </w:t>
      </w:r>
      <w:r>
        <w:t>ji to rasool allah sallallahualaihiwasallam ne poori surah al baqarah khatam kar di aur is se bhi aage badh ke surah an nisa padhni shuru kar di. j</w:t>
      </w:r>
    </w:p>
    <w:p>
      <w:pPr>
        <w:jc w:val="right"/>
      </w:pPr>
      <w:r>
        <w:t>جی تو رسول اللہ صلی اللہ علیہ وسلم نے پوری سورہ البقرہ ختم کر دی اور اس سے بھی آگے بڑھ کے سورہ النساء پڑھنی شروع کر دی۔ ج</w:t>
      </w:r>
    </w:p>
    <w:p>
      <w:r>
        <w:rPr>
          <w:b/>
        </w:rPr>
        <w:t xml:space="preserve">[41:28] </w:t>
      </w:r>
      <w:r>
        <w:t>i surah an nisa aur poori surah an nisa padhi aur phir is ke baad surah al imran poori complete ki.</w:t>
      </w:r>
    </w:p>
    <w:p>
      <w:pPr>
        <w:jc w:val="right"/>
      </w:pPr>
      <w:r>
        <w:t>ی سورہ النساء اور پوری سورہ النساء پڑھی اور پھر اس کے بعد سورہ ال عمران پوری کمپلیٹ کی۔</w:t>
      </w:r>
    </w:p>
    <w:p>
      <w:r>
        <w:rPr>
          <w:b/>
        </w:rPr>
        <w:t xml:space="preserve">[41:37] </w:t>
      </w:r>
      <w:r>
        <w:t>ji to a phir unhone rasool allah ne rukoo kiya.</w:t>
      </w:r>
    </w:p>
    <w:p>
      <w:pPr>
        <w:jc w:val="right"/>
      </w:pPr>
      <w:r>
        <w:t>جی تو اہ پھر انہوں نے رسول اللہ نے رکوع کیا۔</w:t>
      </w:r>
    </w:p>
    <w:p>
      <w:r>
        <w:rPr>
          <w:b/>
        </w:rPr>
        <w:t xml:space="preserve">[41:44] </w:t>
      </w:r>
      <w:r>
        <w:t>to sahabi batate hain ke jahan par bhi a koi a ayat aati thi, allah ki glory bayan karne wali, allah ki azmat bayan</w:t>
      </w:r>
    </w:p>
    <w:p>
      <w:pPr>
        <w:jc w:val="right"/>
      </w:pPr>
      <w:r>
        <w:t>تو صحابی بتاتے ہیں کہ جہاں پر بھی اہ کوئی اہ آیت آتی تھی، خدا کی گلوری بیان کرنے والی، خدا کی عظمت بیان</w:t>
      </w:r>
    </w:p>
    <w:p>
      <w:r>
        <w:rPr>
          <w:b/>
        </w:rPr>
        <w:t xml:space="preserve">[41:58] </w:t>
      </w:r>
      <w:r>
        <w:t>karne wali, to rasool allah wahan rukte the aur allah ki azmat aur glory bayan karte the. hmm aur jahan bhi koi dua ki baat aati thi to wahan rukte the aur dua karne lagte the.</w:t>
      </w:r>
    </w:p>
    <w:p>
      <w:pPr>
        <w:jc w:val="right"/>
      </w:pPr>
      <w:r>
        <w:t>کرنے والی، تو رسول اللہ وہاں رکتے تھے اور خدا کی عظمت اور گلوری بیان کرتے تھے۔ ہمم اور جہاں بھی کوئی دعا کی بات آتی تھی تو وہاں رکتے تھے اور دعا کرنے لگتے تھے۔</w:t>
      </w:r>
    </w:p>
    <w:p>
      <w:r>
        <w:rPr>
          <w:b/>
        </w:rPr>
        <w:t xml:space="preserve">[42:10] </w:t>
      </w:r>
      <w:r>
        <w:t>aur jahan kahin allah se panah mangne ki baat aati, koi allah se dar ki baat aati to wahan panah mangne lagte the ruk ke.</w:t>
      </w:r>
    </w:p>
    <w:p>
      <w:pPr>
        <w:jc w:val="right"/>
      </w:pPr>
      <w:r>
        <w:t>اور جہاں کہیں خدا سے پناہ مانگنے کی بات آتی، کوئی خدا سے ڈر کی بات آتی تو وہاں پناہ مانگنے لگتے تھے رک کے۔</w:t>
      </w:r>
    </w:p>
    <w:p>
      <w:r>
        <w:rPr>
          <w:b/>
        </w:rPr>
        <w:t xml:space="preserve">[42:20] </w:t>
      </w:r>
      <w:r>
        <w:t>to yani woh is tarah ki namaz padhte the. aur kaha ke jab rukoo mein gaye to itni hi der rukoo ki jitni der tilawat ki thi.</w:t>
      </w:r>
    </w:p>
    <w:p>
      <w:pPr>
        <w:jc w:val="right"/>
      </w:pPr>
      <w:r>
        <w:t>تو یعنی وہ اس طرح کی نماز پڑھتے تھے۔ اور کہا کہ جب رکوع میں گئے تو اتنی ہی دیر رکوع کی جتنی دیر تلاوت کی تھی۔</w:t>
      </w:r>
    </w:p>
    <w:p>
      <w:r>
        <w:rPr>
          <w:b/>
        </w:rPr>
        <w:t xml:space="preserve">[42:28] </w:t>
      </w:r>
      <w:r>
        <w:t>yani tasawwur nahi kar sakte, ek ghante se se zyada hi. ji yani rukoo mein bhi itni der rahe aur wahan bhi allah ki ki badai aur uska charcha aur uski azmat bayan karte rahe, glorify karte rahe.</w:t>
      </w:r>
    </w:p>
    <w:p>
      <w:pPr>
        <w:jc w:val="right"/>
      </w:pPr>
      <w:r>
        <w:t>یعنی تصور نہیں کر سکتے، ایک گھنٹے سے سے زیادہ ہی۔ جی یعنی رکوع میں بھی اتنی دیر رہے اور وہاں بھی خدا کی کی بڑائی اور اس کا چرچہ اور اس کی عظمت بیان کرتے رہے، گلوریفائی کرتے رہے۔</w:t>
      </w:r>
    </w:p>
    <w:p>
      <w:r>
        <w:rPr>
          <w:b/>
        </w:rPr>
        <w:t xml:space="preserve">[42:40] </w:t>
      </w:r>
      <w:r>
        <w:t>aur phir jab rukoo se khade hue, hmm to wahan bhi itni der tak khade rahe jitni der tak tilawat ki thi. matlab yeh dekhein kitni spirit hai iske andar.</w:t>
      </w:r>
    </w:p>
    <w:p>
      <w:pPr>
        <w:jc w:val="right"/>
      </w:pPr>
      <w:r>
        <w:t>اور پھر جب رکوع سے کھڑے ہوئے، ہمم تو وہاں بھی اتنی دیر تک کھڑے رہے جتنی دیر تک تلاوت کی تھی۔ مطلب یہ دیکھیں کتنی سپرٹ ہے اس کے اندر۔</w:t>
      </w:r>
    </w:p>
    <w:p>
      <w:r>
        <w:rPr>
          <w:b/>
        </w:rPr>
        <w:t xml:space="preserve">[42:50] </w:t>
      </w:r>
      <w:r>
        <w:t>ji bilkul. aur phir sahabi batate hain ke jab a sajde mein gaye to is mein bhi itni der tak sajda kiya.</w:t>
      </w:r>
    </w:p>
    <w:p>
      <w:pPr>
        <w:jc w:val="right"/>
      </w:pPr>
      <w:r>
        <w:t>جی بالکل۔ اور پھر صحابی بتاتے ہیں کہ جب اہ سجدے میں گئے تو اس میں بھی اتنی دیر تک سجدہ کیا۔</w:t>
      </w:r>
    </w:p>
    <w:p>
      <w:r>
        <w:rPr>
          <w:b/>
        </w:rPr>
        <w:t xml:space="preserve">[42:58] </w:t>
      </w:r>
      <w:r>
        <w:t>to yeh a a aur aur batate hain ke rasool allah bahut theher theher ke quran padh rahe the, jaldi jaldi nahi padh rahe the. itna lamba quran, 3 a longest surah ek sath padhi lekin theher theher ke aur is mein beech beech mein rukte the jahan jaisa jaisi verses aati thin, uske mutabiq dua karte the, glorify karte the, allah</w:t>
      </w:r>
    </w:p>
    <w:p>
      <w:pPr>
        <w:jc w:val="right"/>
      </w:pPr>
      <w:r>
        <w:t>تو یہ اہ اہ اور اور بتاتے ہیں کہ رسول اللہ بہت ٹھہر ٹھہر کے قرآن پڑھ رہے تھے، جلدی جلدی نہیں پڑھ رہے تھے۔ اتنا لمبا قرآن، تین اہ لانگیسٹ سورہ ایک ساتھ پڑھی لیکن ٹھہر ٹھہر کے اور اس میں بیچ بیچ میں رکتے تھے جہاں جیسا جیسی ورسز آتی تھیں، اس کے مطابق دعا کرتے تھے، گلوریفائی کرتے تھے، خدا</w:t>
      </w:r>
    </w:p>
    <w:p>
      <w:r>
        <w:rPr>
          <w:b/>
        </w:rPr>
        <w:t xml:space="preserve">[43:21] </w:t>
      </w:r>
      <w:r>
        <w:t>ki tareef karte the. ji to yeh yeh rasool allah sallallahualaihiwasallam ka tareeqa tha. aur is se pata chalta hai ke kya hoti hai spirit.</w:t>
      </w:r>
    </w:p>
    <w:p>
      <w:pPr>
        <w:jc w:val="right"/>
      </w:pPr>
      <w:r>
        <w:t>کی تعریف کرتے تھے۔ جی تو یہ یہ رسول اللہ صلی اللہ علیہ وسلم کا طریقہ تھا۔ اور اس سے پتہ چلتا ہے کہ کیا ہوتی ہے سپرٹ۔</w:t>
      </w:r>
    </w:p>
    <w:p>
      <w:r>
        <w:rPr>
          <w:b/>
        </w:rPr>
        <w:t xml:space="preserve">[43:32] </w:t>
      </w:r>
      <w:r>
        <w:t>ji tarawih ki spirit kya hai. mere ko woh bahut doctor sahib achhi line lagi thi. molana ek bar explain kar rahe the ke tarawih jo hai woh ibadat ki halat mein quran ka muhtat hai.</w:t>
      </w:r>
    </w:p>
    <w:p>
      <w:pPr>
        <w:jc w:val="right"/>
      </w:pPr>
      <w:r>
        <w:t>جی تراویح کی سپرٹ کیا ہے۔ میرے کو وہ بہت ڈاکٹر صاحب اچھی لائن لگی تھی۔ مولانا ایک بار ایکسپلین کر رہے تھے کہ تراویح جو ہے وہ عبادت کی حالت میں قرآن کا محتاط ہے۔</w:t>
      </w:r>
    </w:p>
    <w:p>
      <w:r>
        <w:rPr>
          <w:b/>
        </w:rPr>
        <w:t xml:space="preserve">[43:45] </w:t>
      </w:r>
      <w:r>
        <w:t>ji a aur jaise aap ne kaha, woh kehte the "it's a joint study, collective study. it's a joint study."</w:t>
      </w:r>
    </w:p>
    <w:p>
      <w:pPr>
        <w:jc w:val="right"/>
      </w:pPr>
      <w:r>
        <w:t>جی اہ اور جیسے آپ نے کہا، وہ کہتے تھے "It's a joint study, collective study. It's a joint study."</w:t>
      </w:r>
    </w:p>
    <w:p>
      <w:r>
        <w:rPr>
          <w:b/>
        </w:rPr>
        <w:t xml:space="preserve">[43:51] </w:t>
      </w:r>
      <w:r>
        <w:t>acha doctor sahib, kai bar aisa hota hai ke roze miss ho jate hain. a ab is se bahut zyada guilt feeling hoti hai rozedar ke dil mein.</w:t>
      </w:r>
    </w:p>
    <w:p>
      <w:pPr>
        <w:jc w:val="right"/>
      </w:pPr>
      <w:r>
        <w:t>اچھا ڈاکٹر صاحب، کئی بار ایسا ہوتا ہے کہ روزے مس ہو جاتے ہیں۔ اہ اب اس سے بہت زیادہ گلٹ فیلنگ ہوتی ہے روزے دار کے دل میں۔</w:t>
      </w:r>
    </w:p>
    <w:p>
      <w:r>
        <w:rPr>
          <w:b/>
        </w:rPr>
        <w:t xml:space="preserve">[43:59] </w:t>
      </w:r>
      <w:r>
        <w:t>to "how can someone make up missed fast?" is ke bare mein bhi batayein. haan, is pe hum thodi si baat kar sakte hain. ji waise yeh fiqhi masla hai.</w:t>
      </w:r>
    </w:p>
    <w:p>
      <w:pPr>
        <w:jc w:val="right"/>
      </w:pPr>
      <w:r>
        <w:t>تو "How can someone make up missed fast?" اس کے بارے میں بھی بتائیں۔ ہاں، اس پہ ہم تھوڑی سی بات کر سکتے ہیں۔ جی ویسے یہ فقہی مسئلہ ہے۔</w:t>
      </w:r>
    </w:p>
    <w:p>
      <w:r>
        <w:rPr>
          <w:b/>
        </w:rPr>
        <w:t xml:space="preserve">[44:09] </w:t>
      </w:r>
      <w:r>
        <w:t>ji a dekhiye, do tarah ki cheezein hain. ek to ab koi old age hai ya koi bimari hai. ji</w:t>
      </w:r>
    </w:p>
    <w:p>
      <w:pPr>
        <w:jc w:val="right"/>
      </w:pPr>
      <w:r>
        <w:t>جی اہ دیکھیے، دو طرح کی چیزیں ہیں۔ ایک تو اب کوئی اولڈ ایج ہے یا کوئی بیماری ہے۔ جی</w:t>
      </w:r>
    </w:p>
    <w:p>
      <w:r>
        <w:rPr>
          <w:b/>
        </w:rPr>
        <w:t xml:space="preserve">[44:18] </w:t>
      </w:r>
      <w:r>
        <w:t>a kuch old age mein log hote hain, woh roza rakh hi nahi sakte. ji a matlab woh ramzan mein bhi nahi rakh sakte, baad mein bhi nahi rakh sakte.</w:t>
      </w:r>
    </w:p>
    <w:p>
      <w:pPr>
        <w:jc w:val="right"/>
      </w:pPr>
      <w:r>
        <w:t>اہ کچھ اولڈ ایج میں لوگ ہوتے ہیں، وہ روزہ رکھ ہی نہیں سکتے۔ جی اہ مطلب وہ رمضان میں بھی نہیں رکھ سکتے، بعد میں بھی نہیں رکھ سکتے۔</w:t>
      </w:r>
    </w:p>
    <w:p>
      <w:r>
        <w:rPr>
          <w:b/>
        </w:rPr>
        <w:t xml:space="preserve">[44:27] </w:t>
      </w:r>
      <w:r>
        <w:t>hmm to compensate karne ka to sawal nahi hota hai. aur aise hi kuch bimariyan aisi hoti hain jaise diabetic.</w:t>
      </w:r>
    </w:p>
    <w:p>
      <w:pPr>
        <w:jc w:val="right"/>
      </w:pPr>
      <w:r>
        <w:t>ہمم تو کمپنسیٹ کرنے کا تو سوال نہیں ہوتا ہے۔ اور ایسے ہی کچھ بیماریاں ایسی ہوتی ہیں جیسے ڈائبیٹک۔</w:t>
      </w:r>
    </w:p>
    <w:p>
      <w:r>
        <w:rPr>
          <w:b/>
        </w:rPr>
        <w:t xml:space="preserve">[44:35] </w:t>
      </w:r>
      <w:r>
        <w:t>diabetes hai, woh bohat hi classic example hai ke is mein aadmi ko har teen char ghante pe kuch khana hota hai.</w:t>
      </w:r>
    </w:p>
    <w:p>
      <w:pPr>
        <w:jc w:val="right"/>
      </w:pPr>
      <w:r>
        <w:t>ڈائبیٹیز ہے، وہ بہت ہی کلاسک ایگزامپل ہے کہ اس میں آدمی کو ہر تین چار گھنٹے پہ کچھ کھانا ہوتا ہے۔</w:t>
      </w:r>
    </w:p>
    <w:p>
      <w:r>
        <w:rPr>
          <w:b/>
        </w:rPr>
        <w:t xml:space="preserve">[44:43] </w:t>
      </w:r>
      <w:r>
        <w:t>kuch aur bimariyan hain ke agar woh khaye nahi to us ke sir mein dard ho jata hai, migraine ho jata hai. Aur aur kai sari bimariyan hain ke us ko bhooka nahi reh sakta.</w:t>
      </w:r>
    </w:p>
    <w:p>
      <w:pPr>
        <w:jc w:val="right"/>
      </w:pPr>
      <w:r>
        <w:t>کچھ اور بیماریاں ہیں کہ اگر وہ کھائے نہیں تو اس کے سر میں درد ہو جاتا ہے، مائیگرین ہو جاتا ہے۔ اور اور کئی ساری بیماریاں ہیں کہ اس کو بھوکا نہیں رہ سکتا۔</w:t>
      </w:r>
    </w:p>
    <w:p>
      <w:r>
        <w:rPr>
          <w:b/>
        </w:rPr>
        <w:t xml:space="preserve">[44:53] </w:t>
      </w:r>
      <w:r>
        <w:t>ji ya bohat old ho gaya hai, waise hi weakness ho jati hai. To phir exempt hai. Na na woh Ramzan mein rakh sakta hai roza, na woh Ramzan ke baad rakh sakta hai.</w:t>
      </w:r>
    </w:p>
    <w:p>
      <w:pPr>
        <w:jc w:val="right"/>
      </w:pPr>
      <w:r>
        <w:t>جی یا بہت اولڈ ہو گیا ہے، ویسے ہی ویکنس ہو جاتی ہے۔ تو پھر ایگزیمپٹ ہے۔ نہ نہ وہ رمضان میں رکھ سکتا ہے روزہ، نہ وہ رمضان کے بعد رکھ سکتا ہے۔</w:t>
      </w:r>
    </w:p>
    <w:p>
      <w:r>
        <w:rPr>
          <w:b/>
        </w:rPr>
        <w:t xml:space="preserve">[45:05] </w:t>
      </w:r>
      <w:r>
        <w:t>to aisi surat mein woh aik aadmi ko khana khila de. Ji ah aik aik roze ke badle</w:t>
      </w:r>
    </w:p>
    <w:p>
      <w:pPr>
        <w:jc w:val="right"/>
      </w:pPr>
      <w:r>
        <w:t>تو ایسی صورت میں وہ ایک آدمی کو کھانا کھلا دے۔ جی اہ ایک ایک روزے کے بدلے</w:t>
      </w:r>
    </w:p>
    <w:p>
      <w:r>
        <w:rPr>
          <w:b/>
        </w:rPr>
        <w:t xml:space="preserve">[45:12] </w:t>
      </w:r>
      <w:r>
        <w:t>mein aik khana. 30 roze chhoot chhootay hain to 30 khana khila de. To puranay zamane mein yeh hota tha. Ab to jo organizations hain jo is tarah ke kaam karte hain, falahi, un ko paise de diye jatay hain.</w:t>
      </w:r>
    </w:p>
    <w:p>
      <w:pPr>
        <w:jc w:val="right"/>
      </w:pPr>
      <w:r>
        <w:t>میں ایک کھانا۔ 30 روزے چھوٹ چھوٹے ہیں تو 30 کھانا کھلا دے۔ تو پرانے زمانے میں یہ ہوتا تھا۔ اب تو جو ارگنائزیشنز ہیں جو اس طرح کے کام کرتے ہیں، فلاحی، ان کو پیسے دے دیے جاتے ہیں۔</w:t>
      </w:r>
    </w:p>
    <w:p>
      <w:r>
        <w:rPr>
          <w:b/>
        </w:rPr>
        <w:t xml:space="preserve">[45:24] </w:t>
      </w:r>
      <w:r>
        <w:t>aik khane ka jo bhi tay kare, 100 rupees, 200 rupees, multiplied by 30, to woh jo amount hai, woh de diya. Ya agar aap ko koi ghareeb milta hai to aap us ko de dein.</w:t>
      </w:r>
    </w:p>
    <w:p>
      <w:pPr>
        <w:jc w:val="right"/>
      </w:pPr>
      <w:r>
        <w:t>ایک کھانے کا جو بھی طے کرے، 100 روپیز، 200 روپیز، ملٹی پلائیڈ بائے 30، تو وہ جو اماؤنٹ ہے، وہ دے دیا۔ یا اگر آپ کو کوئی غریب ملتا ہے تو آپ اس کو دے دیں۔</w:t>
      </w:r>
    </w:p>
    <w:p>
      <w:r>
        <w:rPr>
          <w:b/>
        </w:rPr>
        <w:t xml:space="preserve">[45:34] </w:t>
      </w:r>
      <w:r>
        <w:t>to is tarah se woh aik tareeqay se compensate ho jata hai.</w:t>
      </w:r>
    </w:p>
    <w:p>
      <w:pPr>
        <w:jc w:val="right"/>
      </w:pPr>
      <w:r>
        <w:t>تو اس طرح سے وہ ایک طریقے سے کمپنسیٹ ہو جاتا ہے۔</w:t>
      </w:r>
    </w:p>
    <w:p>
      <w:r>
        <w:rPr>
          <w:b/>
        </w:rPr>
        <w:t xml:space="preserve">[45:38] </w:t>
      </w:r>
      <w:r>
        <w:t>ji is ke ilawa jaise bimari hai, healthy insan hai, bimar ho gaya Ramzan mein to ah woh baad mein jitnay roze chhootay hain, us ko compensate kar de.</w:t>
      </w:r>
    </w:p>
    <w:p>
      <w:pPr>
        <w:jc w:val="right"/>
      </w:pPr>
      <w:r>
        <w:t>جی اس کے علاوہ جیسے بیماری ہے، ہیلدی انسان ہے، بیمار ہو گیا رمضان میں تو اہ وہ بعد میں جتنے روزے چھوٹے ہیں، اس کو کمپنسیٹ کر دے۔</w:t>
      </w:r>
    </w:p>
    <w:p>
      <w:r>
        <w:rPr>
          <w:b/>
        </w:rPr>
        <w:t xml:space="preserve">[45:50] </w:t>
      </w:r>
      <w:r>
        <w:t>baad mein maan lijye, us ke lambay roze chhootay hain, poore mahine hi nahi rakh saka. Ji to zaroori nahi hai ke woh poore mahine aik saath rakhay. Woh har mahine char, paanch, saat, yani apne upar hai.</w:t>
      </w:r>
    </w:p>
    <w:p>
      <w:pPr>
        <w:jc w:val="right"/>
      </w:pPr>
      <w:r>
        <w:t>بعد میں مان لیجئے، اس کے لمبے روزے چھوٹے ہیں، پورے مہینے ہی نہیں رکھ سکا۔ جی تو ضروری نہیں ہے کہ وہ پورے مہینے ایک ساتھ رکھے۔ وہ ہر مہینے چار، پانچ، سات، یعنی اپنے اوپر ہے۔</w:t>
      </w:r>
    </w:p>
    <w:p>
      <w:r>
        <w:rPr>
          <w:b/>
        </w:rPr>
        <w:t xml:space="preserve">[46:01] </w:t>
      </w:r>
      <w:r>
        <w:t>ji woh rakh sakta hai jaise bhi. Is mein yani relaxation hai bohat ziyada. Aur aise hi child birth hai, kuch aur khawateen ki cheezein hoti hain.</w:t>
      </w:r>
    </w:p>
    <w:p>
      <w:pPr>
        <w:jc w:val="right"/>
      </w:pPr>
      <w:r>
        <w:t>جی وہ رکھ سکتا ہے جیسے بھی۔ اس میں یعنی ریلیکسیشن ہے بہت زیادہ۔ اور ایسے ہی چائلڈ برتھ ہے، کچھ اور خواتین کی چیزیں ہوتی ہیں۔</w:t>
      </w:r>
    </w:p>
    <w:p>
      <w:r>
        <w:rPr>
          <w:b/>
        </w:rPr>
        <w:t xml:space="preserve">[46:10] </w:t>
      </w:r>
      <w:r>
        <w:t>to woh un sab mein yeh hai ke woh baad mein rakh sakti hain roze. Aur traveling mein bhi exemption hai. Lekin traveling mein yeh hai ke 50-50 ka mamla hai.</w:t>
      </w:r>
    </w:p>
    <w:p>
      <w:pPr>
        <w:jc w:val="right"/>
      </w:pPr>
      <w:r>
        <w:t>تو وہ ان سب میں یہ ہے کہ وہ بعد میں رکھ سکتی ہیں روزے۔ اور ٹریولنگ میں بھی ایگزیمپشن ہے۔ لیکن ٹریولنگ میں یہ ہے کہ 50-50 کا معاملہ ہے۔</w:t>
      </w:r>
    </w:p>
    <w:p>
      <w:r>
        <w:rPr>
          <w:b/>
        </w:rPr>
        <w:t xml:space="preserve">[46:22] </w:t>
      </w:r>
      <w:r>
        <w:t>ji aap</w:t>
      </w:r>
    </w:p>
    <w:p>
      <w:pPr>
        <w:jc w:val="right"/>
      </w:pPr>
      <w:r>
        <w:t>جی آپ</w:t>
      </w:r>
    </w:p>
    <w:p>
      <w:r>
        <w:rPr>
          <w:b/>
        </w:rPr>
        <w:t xml:space="preserve">[46:23] </w:t>
      </w:r>
      <w:r>
        <w:t>rakh bhi sakte hain agar aap samajhtay hain aaj kal bohat aasan hai. Hmm ah ah flight pe aap gaye aur bohat hi sab kuch achi hai, koi exertion nahi hai.</w:t>
      </w:r>
    </w:p>
    <w:p>
      <w:pPr>
        <w:jc w:val="right"/>
      </w:pPr>
      <w:r>
        <w:t>رکھ بھی سکتے ہیں اگر آپ سمجھتے ہیں آج کل بہت آسان ہے۔ ہمم اہ اہ فلائٹ پہ آپ گئے اور بہت ہی سب کچھ اچھی ہے، کوئی ایگزرشن نہیں ہے۔</w:t>
      </w:r>
    </w:p>
    <w:p>
      <w:r>
        <w:rPr>
          <w:b/>
        </w:rPr>
        <w:t xml:space="preserve">[46:34] </w:t>
      </w:r>
      <w:r>
        <w:t>to aap roze rakh sakte hain. Yani aap ke upar hai. Agar aap rakhna chahein to roze rakhein, nahi rakhna chahein to baad mein bhi kar sakte hain. Choonkay prophet ne dono ah ah tarah se misaal milti hai.</w:t>
      </w:r>
    </w:p>
    <w:p>
      <w:pPr>
        <w:jc w:val="right"/>
      </w:pPr>
      <w:r>
        <w:t>تو آپ روزے رکھ سکتے ہیں۔ یعنی آپ کے اوپر ہے۔ اگر آپ رکھنا چاہیں تو روزے رکھیں، نہیں رکھنا چاہیں تو بعد میں بھی کر سکتے ہیں۔ چونکہ پرافٹ نے دونوں اہ اہ طرح سے مثال ملتی ہے۔</w:t>
      </w:r>
    </w:p>
    <w:p>
      <w:r>
        <w:rPr>
          <w:b/>
        </w:rPr>
        <w:t xml:space="preserve">[46:45] </w:t>
      </w:r>
      <w:r>
        <w:t>ah traveling mein roze rakha bhi unhon ne aur roza nahi bhi rakha. To</w:t>
      </w:r>
    </w:p>
    <w:p>
      <w:pPr>
        <w:jc w:val="right"/>
      </w:pPr>
      <w:r>
        <w:t>اہ ٹریولنگ میں روزے رکھا بھی انہوں نے اور روزہ نہیں بھی رکھا۔ تو</w:t>
      </w:r>
    </w:p>
    <w:p>
      <w:r>
        <w:rPr>
          <w:b/>
        </w:rPr>
        <w:t xml:space="preserve">[46:49] </w:t>
      </w:r>
      <w:r>
        <w:t>yeh yani ah ah you you should use your ah your better judgment ke kya sahi hai aur ah kiya.</w:t>
      </w:r>
    </w:p>
    <w:p>
      <w:pPr>
        <w:jc w:val="right"/>
      </w:pPr>
      <w:r>
        <w:t>یہ یعنی اہ اہ یو یو شوڈ یوز یور اہ یور بیٹر ججمنٹ کہ کیا صحیح ہے اور اہ کیا۔</w:t>
      </w:r>
    </w:p>
    <w:p>
      <w:r>
        <w:rPr>
          <w:b/>
        </w:rPr>
        <w:t xml:space="preserve">[46:59] </w:t>
      </w:r>
      <w:r>
        <w:t>to yeh kuch baatein hain. Waise ziyada aur detail mein kisi ko janna chahe to woh mufti hazraat aur us ki ziyada sahi tareeqay se aur ziyada detail mein bata sakte hain.</w:t>
      </w:r>
    </w:p>
    <w:p>
      <w:pPr>
        <w:jc w:val="right"/>
      </w:pPr>
      <w:r>
        <w:t>تو یہ کچھ باتیں ہیں۔ ویسے زیادہ اور ڈیٹیل میں کسی کو جاننا چاہے تو وہ مفتی حضرات اور اس کی زیادہ صحیح طریقے سے اور زیادہ ڈیٹیل میں بتا سکتے ہیں۔</w:t>
      </w:r>
    </w:p>
    <w:p>
      <w:r>
        <w:rPr>
          <w:b/>
        </w:rPr>
        <w:t xml:space="preserve">[47:09] </w:t>
      </w:r>
      <w:r>
        <w:t>ji ji jazak Allah doctor sahib. Doctor sahib, aakhri sawal ki taraf rukh karte hain. Ah aur yeh dua se related hai.</w:t>
      </w:r>
    </w:p>
    <w:p>
      <w:pPr>
        <w:jc w:val="right"/>
      </w:pPr>
      <w:r>
        <w:t>جی جی جزاک اللہ ڈاکٹر صاحب۔ ڈاکٹر صاحب، آخری سوال کی طرف رخ کرتے ہیں۔ اہ اور یہ دعا سے ریلیٹڈ ہے۔</w:t>
      </w:r>
    </w:p>
    <w:p>
      <w:r>
        <w:rPr>
          <w:b/>
        </w:rPr>
        <w:t xml:space="preserve">[47:17] </w:t>
      </w:r>
      <w:r>
        <w:t>ah dua as we know is calling to God aur doctor sahib, jab aik rozedar dua karta hai to hota yeh hai ke rozedar ki aik spiritual capability of heart barh jati hai.</w:t>
      </w:r>
    </w:p>
    <w:p>
      <w:pPr>
        <w:jc w:val="right"/>
      </w:pPr>
      <w:r>
        <w:t>اہ دعا as we know is calling to God اور ڈاکٹر صاحب، جب ایک روزے دار دعا کرتا ہے تو ہوتا یہ ہے کہ روزے دار کی ایک سپرچول کیپیبلٹی آف ا ہارٹ بڑھ جاتی ہے۔</w:t>
      </w:r>
    </w:p>
    <w:p>
      <w:r>
        <w:rPr>
          <w:b/>
        </w:rPr>
        <w:t xml:space="preserve">[47:30] </w:t>
      </w:r>
      <w:r>
        <w:t>kyonke us کیفیت mein woh roza rakhta hai, Allah se qareeb ho jata hai. Ah aur asal maani mein doctor sahib, yeh dua jo ah aik rozedar ke dil se nikalti hai, woh ziyada precious hoti hai as compared to a dua which is done in a non-fasting situation</w:t>
      </w:r>
    </w:p>
    <w:p>
      <w:pPr>
        <w:jc w:val="right"/>
      </w:pPr>
      <w:r>
        <w:t>کیونکہ اس کیفیت میں وہ روزہ رکھتا ہے، اللہ سے قریب ہو جاتا ہے۔ اہ اور اصل معنی میں ڈاکٹر صاحب، یہ دعا جو اہ ایک روزے دار کے دل سے نکلتی ہے، وہ زیادہ پریشیس ہوتی ہے as compared to a دعا which is done in a non-fasting situation</w:t>
      </w:r>
    </w:p>
    <w:p>
      <w:r>
        <w:rPr>
          <w:b/>
        </w:rPr>
        <w:t xml:space="preserve">[47:48] </w:t>
      </w:r>
      <w:r>
        <w:t>to asal fast wohi hai jis jis jis se dil se waisi dua nikle jo aik bohat hi ziyada ah deep dua ho.</w:t>
      </w:r>
    </w:p>
    <w:p>
      <w:pPr>
        <w:jc w:val="right"/>
      </w:pPr>
      <w:r>
        <w:t>تو اصل فاسٹ وہی ہے جس جس جس سے دل سے ویسی دعا نکلے جو ایک بہت ہی زیادہ اہ ڈیپ دعا ہو۔</w:t>
      </w:r>
    </w:p>
    <w:p>
      <w:r>
        <w:rPr>
          <w:b/>
        </w:rPr>
        <w:t xml:space="preserve">[47:57] </w:t>
      </w:r>
      <w:r>
        <w:t>to doctor sahib, main chahoon ga ke aap koi according to you koi best dua batayein taake rozedar jo program dekh bhi rahe hain, woh is dua ko practice kar sakein.</w:t>
      </w:r>
    </w:p>
    <w:p>
      <w:pPr>
        <w:jc w:val="right"/>
      </w:pPr>
      <w:r>
        <w:t>تو ڈاکٹر صاحب، میں چاہوں گا کہ آپ کوئی اکارڈنگ ٹو یو کوئی بیسٹ دعا بتائیں تاکہ روزے دار جو پروگرام دیکھ بھی رہے ہیں، وہ اس دعا کو پریکٹس کر سکیں۔</w:t>
      </w:r>
    </w:p>
    <w:p>
      <w:r>
        <w:rPr>
          <w:b/>
        </w:rPr>
        <w:t xml:space="preserve">[48:11] </w:t>
      </w:r>
      <w:r>
        <w:t>yeh aap ne bohat acha kaha ke کیفیت is mein bohat gehri hoti hai aur duaen nikalti hain.</w:t>
      </w:r>
    </w:p>
    <w:p>
      <w:pPr>
        <w:jc w:val="right"/>
      </w:pPr>
      <w:r>
        <w:t>یہ آپ نے بہت اچھا کہا کہ کیفیت اس میں بہت گہری ہوتی ہے اور دعائیں نکلتی ہیں۔</w:t>
      </w:r>
    </w:p>
    <w:p>
      <w:r>
        <w:rPr>
          <w:b/>
        </w:rPr>
        <w:t xml:space="preserve">[48:16] </w:t>
      </w:r>
      <w:r>
        <w:t>to aisa koi best dua to mere khayal se batana munasib nahi hai, na hai. Lekin yeh hai ke Ramzan mein jaise pehle bhi baat hui ke jo dili کیفیت hai, woh bohat hi ziyada bedaar ho jati hai aur barh jati hai.</w:t>
      </w:r>
    </w:p>
    <w:p>
      <w:pPr>
        <w:jc w:val="right"/>
      </w:pPr>
      <w:r>
        <w:t>تو ایسا کوئی بیسٹ دعا تو میرے خیال سے بتانا مناسب نہیں ہے، نہ ہے۔ لیکن یہ ہے کہ رمضان میں جیسے پہلے بھی بات ہوئی کہ جو دلی کیفیت ہے، وہ بہت ہی زیادہ بیدار ہو جاتی ہے اور بڑھ جاتی ہے۔</w:t>
      </w:r>
    </w:p>
    <w:p>
      <w:r>
        <w:rPr>
          <w:b/>
        </w:rPr>
        <w:t xml:space="preserve">[48:31] </w:t>
      </w:r>
      <w:r>
        <w:t>to is ki wajah se ah insan ah ke andar کیفیت barhne ki wajah se achi duaen nikalti hain. To Maulana ne bhi is ko kaha hai ke ke dua koi alfaaz ka naam nahi hai,</w:t>
      </w:r>
    </w:p>
    <w:p>
      <w:pPr>
        <w:jc w:val="right"/>
      </w:pPr>
      <w:r>
        <w:t>تو اس کی وجہ سے اہ انسان اہ کے اندر کیفیت بڑھنے کی وجہ سے اچھی دعائیں نکلتی ہیں۔ تو مولانا نے بھی اس کو کہا ہے کہ کہ دعا کوئی الفاظ کا نام نہیں ہے،</w:t>
      </w:r>
    </w:p>
    <w:p>
      <w:r>
        <w:rPr>
          <w:b/>
        </w:rPr>
        <w:t xml:space="preserve">[48:45] </w:t>
      </w:r>
      <w:r>
        <w:t>dua to aap ke dili ehsas ka naam hai. jab dil mein aik ehsas ka samandar ah ah umadne lage, aik aik samandar chal pare dil mein, aur wohi ehsasat jab lafzon mein dhalain to wohi haqeeqi dua hai.</w:t>
      </w:r>
    </w:p>
    <w:p>
      <w:pPr>
        <w:jc w:val="right"/>
      </w:pPr>
      <w:r>
        <w:t>دعا تو آپ کے دلی احساس کا نام ہے۔ جب دل میں ایک احساس کا سمندر اہ اہ امڑنے لگے، ایک ایک سمندر چل پڑے دل میں، اور وہی احساسات جب لفظوں میں ڈھلیں تو وہی حقیقی دعا ہے۔</w:t>
      </w:r>
    </w:p>
    <w:p>
      <w:r>
        <w:rPr>
          <w:b/>
        </w:rPr>
        <w:t xml:space="preserve">[49:02] </w:t>
      </w:r>
      <w:r>
        <w:t>wohi yani jis ko aap best dua keh rahe hain.</w:t>
      </w:r>
    </w:p>
    <w:p>
      <w:pPr>
        <w:jc w:val="right"/>
      </w:pPr>
      <w:r>
        <w:t>وہی یعنی جس کو آپ بیسٹ دعا کہہ رہے ہیں۔</w:t>
      </w:r>
    </w:p>
    <w:p>
      <w:r>
        <w:rPr>
          <w:b/>
        </w:rPr>
        <w:t xml:space="preserve">[49:05] </w:t>
      </w:r>
      <w:r>
        <w:t>kabhi aisa hota hai ke woh alfaaz aap ke nikaltay hain, kabhi woh aansuon mein hi dhal jatay hain. ji aur kabhi alfaaz ah zaroori nahi hai ke niklain, balkay woh aik mashhoor waqia hai camel wala.</w:t>
      </w:r>
    </w:p>
    <w:p>
      <w:pPr>
        <w:jc w:val="right"/>
      </w:pPr>
      <w:r>
        <w:t>کبھی ایسا ہوتا ہے کہ وہ الفاظ آپ کے نکلتے ہیں، کبھی وہ آنسوؤں میں ہی ڈھل جاتے ہیں۔ جی اور کبھی الفاظ اہ ضروری نہیں ہے کہ نکلیں، بلکہ وہ ایک مشہور واقعہ ہے کیمل والا۔</w:t>
      </w:r>
    </w:p>
    <w:p>
      <w:r>
        <w:rPr>
          <w:b/>
        </w:rPr>
        <w:t xml:space="preserve">[49:22] </w:t>
      </w:r>
      <w:r>
        <w:t>ji jo aik aik shakhs aik is pe ah desert mein hota hai aur camel uss ka gum ho jata hai.</w:t>
      </w:r>
    </w:p>
    <w:p>
      <w:pPr>
        <w:jc w:val="right"/>
      </w:pPr>
      <w:r>
        <w:t>جی جو ایک ایک شخص ایک اس پہ اہ ڈیزرٹ میں ہوتا ہے اور کیمل اس کا گم ہو جاتا ہے۔</w:t>
      </w:r>
    </w:p>
    <w:p>
      <w:r>
        <w:rPr>
          <w:b/>
        </w:rPr>
        <w:t xml:space="preserve">[49:32] </w:t>
      </w:r>
      <w:r>
        <w:t>woh akela hota hai aur camel hi ah is zamanay mein sab kuch cheez hoti hai. issi pe uska saman, issi pe sab kuch tha. to woh bechara dhoondhte dhoondhte itna pareshan ho gaya ke camel mila hi nahi usay.</w:t>
      </w:r>
    </w:p>
    <w:p>
      <w:pPr>
        <w:jc w:val="right"/>
      </w:pPr>
      <w:r>
        <w:t>وہ اکیلا ہوتا ہے اور کیمل ہی اہ اس زمانے میں سب کچھ چیز ہوتی ہے۔ اسی پہ اس کا سامان، اسی پہ سب کچھ تھا۔ تو وہ بیچارہ ڈھونڈتے ڈھونڈتے اتنا پریشان ہو گیا کہ کیمل ملا ہی نہیں اسے۔</w:t>
      </w:r>
    </w:p>
    <w:p>
      <w:r>
        <w:rPr>
          <w:b/>
        </w:rPr>
        <w:t xml:space="preserve">[49:45] </w:t>
      </w:r>
      <w:r>
        <w:t>to achaanak usay camel dikhai diya kisi pahari pe. to uss ke uss ke zuban se nikla Allahumma anta abdi wa ana rabbuk ke a Allah, tu mera banda hai aur main tera rab hoon.</w:t>
      </w:r>
    </w:p>
    <w:p>
      <w:pPr>
        <w:jc w:val="right"/>
      </w:pPr>
      <w:r>
        <w:t>تو اچانک اسے کیمل دکھائی دیا کسی پہاڑی پہ۔ تو اس کے اس کے زبان سے نکلا اللہم انت عبدی وانا ربک کہ اے اللہ، تو میرا بندہ ہے اور میں تیرا رب ہوں۔</w:t>
      </w:r>
    </w:p>
    <w:p>
      <w:r>
        <w:rPr>
          <w:b/>
        </w:rPr>
        <w:t xml:space="preserve">[49:59] </w:t>
      </w:r>
      <w:r>
        <w:t>ji yani ulti dua kar di, meaningless dua. ji lekin Allah ko itna pasand aayi woh dua ke issi pe uss ko jannat de di. ji to Allah taala ne dil ki kefiyat ko dekha.</w:t>
      </w:r>
    </w:p>
    <w:p>
      <w:pPr>
        <w:jc w:val="right"/>
      </w:pPr>
      <w:r>
        <w:t>جی یعنی الٹی دعا کر دی، میننگ لیس دعا۔ جی لیکن اللہ کو اتنا پسند آئی وہ دعا کہ اسی پہ اس کو جنت دے دی۔ جی تو اللہ تعالی نے دل کی کیفیت کو دیکھا۔</w:t>
      </w:r>
    </w:p>
    <w:p>
      <w:r>
        <w:rPr>
          <w:b/>
        </w:rPr>
        <w:t xml:space="preserve">[50:09] </w:t>
      </w:r>
      <w:r>
        <w:t>dil mein to bari gehri kefiyat thi uss waqt, lekin woh alfaaz nahi niklay. to alfaaz ka koi woh nahi hai, ah kefiyat honi chahiye dil mein.</w:t>
      </w:r>
    </w:p>
    <w:p>
      <w:pPr>
        <w:jc w:val="right"/>
      </w:pPr>
      <w:r>
        <w:t>دل میں تو بڑی گہری کیفیت تھی اس وقت، لیکن وہ الفاظ نہیں نکلے۔ تو الفاظ کا کوئی وہ نہیں ہے، اہ کیفیت ہونی چاہیے دل میں۔</w:t>
      </w:r>
    </w:p>
    <w:p>
      <w:r>
        <w:rPr>
          <w:b/>
        </w:rPr>
        <w:t xml:space="preserve">[50:19] </w:t>
      </w:r>
      <w:r>
        <w:t>aur Rasool Allah Sal Allahu Alaihi Wasallam ne kaha hai ke ah ke apne ghar mein bhi namaz parha karo. j</w:t>
      </w:r>
    </w:p>
    <w:p>
      <w:pPr>
        <w:jc w:val="right"/>
      </w:pPr>
      <w:r>
        <w:t>اور رسول اللہ صلی اللہ علیہ وسلم نے کہا ہے کہ اہ کہ اپنے گھر میں بھی نماز پڑھا کرو۔ ج</w:t>
      </w:r>
    </w:p>
    <w:p>
      <w:r>
        <w:rPr>
          <w:b/>
        </w:rPr>
        <w:t xml:space="preserve">[50:26] </w:t>
      </w:r>
      <w:r>
        <w:t>i don't make your houses graveyards hmm pray in your house yani jo namaz insan ghar mein parhta hai, solitude mein aur ekant mein, aur ah uss ki uss mein bohat asar hota hai.</w:t>
      </w:r>
    </w:p>
    <w:p>
      <w:pPr>
        <w:jc w:val="right"/>
      </w:pPr>
      <w:r>
        <w:t>ی don't make your houses graveyards ہمم pray in your house یعنی جو نماز انسان گھر میں پڑھتا ہے، سولیٹیوڈ میں اور ایکांत میں، اور اہ اس کی اس میں بہت اثر ہوتا ہے۔</w:t>
      </w:r>
    </w:p>
    <w:p>
      <w:r>
        <w:rPr>
          <w:b/>
        </w:rPr>
        <w:t xml:space="preserve">[50:42] </w:t>
      </w:r>
      <w:r>
        <w:t>ji aur ah ah bohat hi yani ah aik achi hadith hai, uss mein aaya hai ke jab insan namaz ke liye ghar mein khara hota hai to Allah taala aik farishtah bhejta hai jo right side pe aa ke khara ho jata hai.</w:t>
      </w:r>
    </w:p>
    <w:p>
      <w:pPr>
        <w:jc w:val="right"/>
      </w:pPr>
      <w:r>
        <w:t>جی اور اہ اہ بہت ہی یعنی اہ ایک اچھی حدیث ہے، اس میں آیا ہے کہ جب انسان نماز کے لیے گھر میں کھڑا ہوتا ہے تو اللہ تعالی ایک فرشتہ بھیجتا ہے جو رائٹ سائیڈ پہ آ کے کھڑا ہو جاتا ہے۔</w:t>
      </w:r>
    </w:p>
    <w:p>
      <w:r>
        <w:rPr>
          <w:b/>
        </w:rPr>
        <w:t xml:space="preserve">[50:58] </w:t>
      </w:r>
      <w:r>
        <w:t>ji woh namaz parhnay lagta hai aap ke sath, aur aik left side pe farishtah aa ke khara hota hai, woh bhi aap ke sath namaz parhnay lagta hai. aur aik peechay farishtah khara hota hai, amthal al jibal yani as tall as a mountain bohat bohat woh farishtah aa ke khara ho jata hai aur aap ke sath namaz parhta hai.</w:t>
      </w:r>
    </w:p>
    <w:p>
      <w:pPr>
        <w:jc w:val="right"/>
      </w:pPr>
      <w:r>
        <w:t>جی وہ نماز پڑھنے لگتا ہے آپ کے ساتھ، اور ایک لیفٹ سائیڈ پہ فرشتہ آ کے کھڑا ہوتا ہے، وہ بھی آپ کے ساتھ نماز پڑھنے لگتا ہے۔ اور ایک پیچھے فرشتہ کھڑا ہوتا ہے، امثال الجبال یعنی as tall as a mountain بہت بہت وہ فرشتہ آ کے کھڑا ہو جاتا ہے اور آپ کے ساتھ نماز پڑھتا ہے۔</w:t>
      </w:r>
    </w:p>
    <w:p>
      <w:r>
        <w:rPr>
          <w:b/>
        </w:rPr>
        <w:t xml:space="preserve">[51:14] </w:t>
      </w:r>
      <w:r>
        <w:t>yani aap ko farishtay inspire karte hain. jo dil mein gehri kefiyat paida hoti hai, woh woh farishtay ke inspiration se hoti hai. hmm</w:t>
      </w:r>
    </w:p>
    <w:p>
      <w:pPr>
        <w:jc w:val="right"/>
      </w:pPr>
      <w:r>
        <w:t>یعنی آپ کو فرشتے انسپائر کرتے ہیں۔ جو دل میں گہری کیفیت پیدا ہوتی ہے، وہ وہ فرشتوں کے انسپیریشن سے ہوتی ہے۔ ہمم</w:t>
      </w:r>
    </w:p>
    <w:p>
      <w:r>
        <w:rPr>
          <w:b/>
        </w:rPr>
        <w:t xml:space="preserve">[51:22] </w:t>
      </w:r>
      <w:r>
        <w:t>to yeh jo hum ah namaz parhtay hain ghar mein khamoshi se, solitude mein, ah akele, to uss ki bhi bari bari woh hai, ah ah ahmiyat hai.</w:t>
      </w:r>
    </w:p>
    <w:p>
      <w:pPr>
        <w:jc w:val="right"/>
      </w:pPr>
      <w:r>
        <w:t>تو یہ جو ہم اہ نماز پڑھتے ہیں گھر میں خاموشی سے، سولیٹیوڈ میں، اہ اکیلے، تو اس کی بھی بڑی بڑی وہ ہے، اہ اہ اہمیت ہے۔</w:t>
      </w:r>
    </w:p>
    <w:p>
      <w:r>
        <w:rPr>
          <w:b/>
        </w:rPr>
        <w:t xml:space="preserve">[51:35] </w:t>
      </w:r>
      <w:r>
        <w:t>ah aisi hadith mein aata hai ke jo congregational prayer hai, uss mein 25 times ah sawab hai. lekin jo solitude mein aur aik koi desolate land mein, koi jungle o biaban mein, koi aadmi namaz parhay to 50 times reward</w:t>
      </w:r>
    </w:p>
    <w:p>
      <w:pPr>
        <w:jc w:val="right"/>
      </w:pPr>
      <w:r>
        <w:t>اہ ایسی حدیث میں آتا ہے کہ جو کانگریگیشنل پریئر ہے، اس میں 25 ٹائمز اہ ثواب ہے۔ لیکن جو سولیٹیوڈ میں اور ایک کوئی ڈیسولیٹڈ لینڈ میں، کوئی جنگل و بیابان میں، کوئی آدمی نماز پڑھے تو 50 ٹائمز ریوارڈ</w:t>
      </w:r>
    </w:p>
    <w:p>
      <w:r>
        <w:rPr>
          <w:b/>
        </w:rPr>
        <w:t xml:space="preserve">[51:51] </w:t>
      </w:r>
      <w:r>
        <w:t>hai. chuna ke ah woh ah hadith mein aata hai ke aik aadmi ah shepherd hota hai, woh apne bheer bakri le ke kahin door nikal jata hai jungle o biaban mein.</w:t>
      </w:r>
    </w:p>
    <w:p>
      <w:pPr>
        <w:jc w:val="right"/>
      </w:pPr>
      <w:r>
        <w:t>ہے۔ چونکہ اہ وہ اہ حدیث میں آتا ہے کہ ایک آدمی اہ شیفرڈ ہوتا ہے، وہ اپنے بھیڑ بکری لے کے کہیں دور نکل جاتا ہے جنگل و بیابان میں۔</w:t>
      </w:r>
    </w:p>
    <w:p>
      <w:r>
        <w:rPr>
          <w:b/>
        </w:rPr>
        <w:t xml:space="preserve">[52:04] </w:t>
      </w:r>
      <w:r>
        <w:t>ji ab wahan azan ka waqt ho jata hai, namaz ka waqt ho jata hai, to woh khud khara ho ke azan deta hai. hmm aur iqamat parhta hai aur khud namaz parhnay lagta hai.</w:t>
      </w:r>
    </w:p>
    <w:p>
      <w:pPr>
        <w:jc w:val="right"/>
      </w:pPr>
      <w:r>
        <w:t>جی اب وہاں اذان کا وقت ہو جاتا ہے، نماز کا وقت ہو جاتا ہے، تو وہ خود کھڑا ہو کے اذان دیتا ہے۔ ہمم اور اقامت پڑھتا ہے اور خود نماز پڑھنے لگتا ہے۔</w:t>
      </w:r>
    </w:p>
    <w:p>
      <w:r>
        <w:rPr>
          <w:b/>
        </w:rPr>
        <w:t xml:space="preserve">[52:14] </w:t>
      </w:r>
      <w:r>
        <w:t>to Allah taala farishtay se kehta hai ke look at my servant hmm</w:t>
      </w:r>
    </w:p>
    <w:p>
      <w:pPr>
        <w:jc w:val="right"/>
      </w:pPr>
      <w:r>
        <w:t>تو اللہ تعالی فرشتوں سے کہتا ہے کہ look at my servant ہم</w:t>
      </w:r>
    </w:p>
    <w:p>
      <w:r>
        <w:rPr>
          <w:b/>
        </w:rPr>
        <w:t xml:space="preserve">[52:18] </w:t>
      </w:r>
      <w:r>
        <w:t>m kitna Allah taala ko khushi hoti hai uss se. mashallah aur ah Allah kehta hai ke qad ghaffart li abdi i forgive my servant wadakhalat al jannah and i have entered him into paradise to yeh jo kefiyat hai iss shakhs ki, Allah ko itni pasand aayi ke koi nahi hai wahan door door akele kharay ho ke woh namaz parh raha hai.</w:t>
      </w:r>
    </w:p>
    <w:p>
      <w:pPr>
        <w:jc w:val="right"/>
      </w:pPr>
      <w:r>
        <w:t>م کتنا اللہ تعالی کو خوشی ہوتی ہے اس سے۔ ماشاءاللہ اور اہ اللہ کہتا ہے کہ قد غفرت لعبدی آئی فارگیون مائی سرونٹ وادخلت الجنة and I have entered him into paradise تو یہ جو کیفیت ہے اس شخص کی، اللہ کو اتنی پسند آئی کہ کوئی نہیں ہے وہاں دور دور اکیلے کھڑے ہو کے وہ نماز پڑھ رہا ہے۔</w:t>
      </w:r>
    </w:p>
    <w:p>
      <w:r>
        <w:rPr>
          <w:b/>
        </w:rPr>
        <w:t xml:space="preserve">[52:45] </w:t>
      </w:r>
      <w:r>
        <w:t>to aisi hadith mein aata hai ke jo iss tarah se namaz parhta hai, koi bilkul akele door ja ke, to farishtay dono taraf kharay ho jatay hain.</w:t>
      </w:r>
    </w:p>
    <w:p>
      <w:pPr>
        <w:jc w:val="right"/>
      </w:pPr>
      <w:r>
        <w:t>تو ایسی حدیث میں آتا ہے کہ جو اس طرح سے نماز پڑھتا ہے، کوئی بالکل اکیلے دور جا کے، تو فرشتے دونوں طرف کھڑے ہو جاتے ہیں۔</w:t>
      </w:r>
    </w:p>
    <w:p>
      <w:r>
        <w:rPr>
          <w:b/>
        </w:rPr>
        <w:t xml:space="preserve">[52:53] </w:t>
      </w:r>
      <w:r>
        <w:t>itnay itnay farishtay hotay hain ke tah-e-nigah yani as long as you can see, you will just see angels on your right and on your left to yeh yeh sab cheezain kefiyat se taluq hai.</w:t>
      </w:r>
    </w:p>
    <w:p>
      <w:pPr>
        <w:jc w:val="right"/>
      </w:pPr>
      <w:r>
        <w:t>اتنے اتنے فرشتے ہوتے ہیں کہ تحد نگاہ یعنی as long as you can see, you will just see angels on yourright and on your left تو یہ یہ سب چیزیں کیفیت سے تعلق ہے۔</w:t>
      </w:r>
    </w:p>
    <w:p>
      <w:r>
        <w:rPr>
          <w:b/>
        </w:rPr>
        <w:t xml:space="preserve">[53:07] </w:t>
      </w:r>
      <w:r>
        <w:t>aur aur duain jo hoti hain, jaise duain Quran mein bhi bohat hain, hadith mein bhi bohat hain. j</w:t>
      </w:r>
    </w:p>
    <w:p>
      <w:pPr>
        <w:jc w:val="right"/>
      </w:pPr>
      <w:r>
        <w:t>اور اور دعائیں جو ہوتی ہیں، جیسے دعائیں قرآن میں بھی بہت ہیں، حدیث میں بھی بہت ہیں۔ ج</w:t>
      </w:r>
    </w:p>
    <w:p>
      <w:r>
        <w:rPr>
          <w:b/>
        </w:rPr>
        <w:t xml:space="preserve">[53:13] </w:t>
      </w:r>
      <w:r>
        <w:t>i to woh hamein aik ah tareeqa batati hain duaon ka. zaroori nahi hai ke inhi alfaaz ko aap dohraein, dohra bhi sakte hain. agar uss se aap ki kefiyat bedar ho rahi hai to woh duain bhi Quran ki Qurani duain.</w:t>
      </w:r>
    </w:p>
    <w:p>
      <w:pPr>
        <w:jc w:val="right"/>
      </w:pPr>
      <w:r>
        <w:t>ی تو وہ ہمیں ایک اہ طریقہ بتاتی ہیں دعاؤں کا۔ ضروری نہیں ہے کہ انہی الفاظ کو آپ دہرائیں، دہرا بھی سکتے ہیں۔ اگر اس سے آپ کی کیفیت بیدار ہو رہی ہے تو وہ دعائیں بھی قرآن کی قرآنی دعائیں۔</w:t>
      </w:r>
    </w:p>
    <w:p>
      <w:r>
        <w:rPr>
          <w:b/>
        </w:rPr>
        <w:t xml:space="preserve">[53:26] </w:t>
      </w:r>
      <w:r>
        <w:t>ab jaise Rasool Allah Sal Allahu Alaihi Wasallam ko bohat pasand thi jo dua, woh ah woh Quran ki jo Al-Imran ke aakhir mein jo baray achhay ah ah zameen o aasman ke baray mein ah jo ayatain aayin hain inna fi khalqi al samawati wal ardi wakhtilafi al laili wal nahari la ayatun li ulil albab to uss ko bohat parha karte thay.</w:t>
      </w:r>
    </w:p>
    <w:p>
      <w:pPr>
        <w:jc w:val="right"/>
      </w:pPr>
      <w:r>
        <w:t>اب جیسے رسول اللہ صلی اللہ علیہ وسلم کو بہت پسند تھی جو دعا، وہ اہ وہ قرآن کی جو ال عمران کے آخر میں جو بڑے اچھے اہ اہ زمین و آسمان کے بارے میں اہ جو آیتیں آئیں ہیں ان فی خلق السماوات والارض واختلاف الليل والنہار الا آیات الباب تو اس کو بہت پڑھا کرتے تھے۔</w:t>
      </w:r>
    </w:p>
    <w:p>
      <w:r>
        <w:rPr>
          <w:b/>
        </w:rPr>
        <w:t xml:space="preserve">[53:49] </w:t>
      </w:r>
      <w:r>
        <w:t>yani zameen o aasman ki banawat mein aur suraj aur chand ki banawat mein bohat hi ziyada hamare liye ah yani lay</w:t>
      </w:r>
    </w:p>
    <w:p>
      <w:pPr>
        <w:jc w:val="right"/>
      </w:pPr>
      <w:r>
        <w:t>یعنی زمین و آسمان کی بناوٹ میں اور سورج اور چاند کی بناوٹ میں بہت ہی زیادہ ہمارے لیے اہ یعنی لی</w:t>
      </w:r>
    </w:p>
    <w:p>
      <w:r>
        <w:rPr>
          <w:b/>
        </w:rPr>
        <w:t xml:space="preserve">[53:58] </w:t>
      </w:r>
      <w:r>
        <w:t>sun hai. to is se woh apne andar spirituality ko jaga dete the ke jo takhleeq hai, Allah taala ne jo hamare liye banai hai, kitni azeem hai. ji us ko bohat parhte the.</w:t>
      </w:r>
    </w:p>
    <w:p>
      <w:pPr>
        <w:jc w:val="right"/>
      </w:pPr>
      <w:r>
        <w:t>سن ہے۔ تو اس سے وہ اپنے اندر سپرچویلٹی کو جگا دیتے تھے کہ جو تخلیق ہے، اللہ تعالی نے جو ہمارے لیے بنائی ہے، کتنی عظیم ہے۔ جی اس کو بہت پڑھتے تھے۔</w:t>
      </w:r>
    </w:p>
    <w:p>
      <w:r>
        <w:rPr>
          <w:b/>
        </w:rPr>
        <w:t xml:space="preserve">[54:08] </w:t>
      </w:r>
      <w:r>
        <w:t>aise hi Rasool Allah ke bare mein aata hai ke Rabbana atina fid dunya hasana wa fil akhirati hasana yeh bhi bohat parhte the. bohat achhi dua hai yeh.</w:t>
      </w:r>
    </w:p>
    <w:p>
      <w:pPr>
        <w:jc w:val="right"/>
      </w:pPr>
      <w:r>
        <w:t>ایسے ہی رسول اللہ کے بارے میں آتا ہے کہ ربنا آتنا فی الدنیا حسنہ وفی الآخرة حسنہ یہ بھی بہت پڑھتے تھے۔ بہت اچھی دعا ہے یہ۔</w:t>
      </w:r>
    </w:p>
    <w:p>
      <w:r>
        <w:rPr>
          <w:b/>
        </w:rPr>
        <w:t xml:space="preserve">[54:17] </w:t>
      </w:r>
      <w:r>
        <w:t>yeh dua Maulana ne bohat achhi explain ki thi ek bar ke aye hamare Rab, hamein dunya ki achhai bhi de de aur akhirat ki bhi achha</w:t>
      </w:r>
    </w:p>
    <w:p>
      <w:pPr>
        <w:jc w:val="right"/>
      </w:pPr>
      <w:r>
        <w:t>یہ دعا مولانا نے بہت اچھی ایکسپلین کی تھی ایک بار کہ اے ہمارے رب، ہمیں دنیا کی اچھائی بھی دے دے اور آخرت کی بھی اچھ</w:t>
      </w:r>
    </w:p>
    <w:p>
      <w:r>
        <w:rPr>
          <w:b/>
        </w:rPr>
        <w:t xml:space="preserve">[54:25] </w:t>
      </w:r>
      <w:r>
        <w:t>i de de. log samajhte hain ke is ka matlab hai ke yeh dunya mein jo wealth hai, jo paisa hai, jo power hai, woh de de aur akhirat mein jannat de de. to Maulana ne samjhaya tha ke is ka matlab yeh hai ke banda Allah se dua karta hai ke aye Allah, tere nazdeek dunya ki jo behtareen cheez hai, jo dunya ka good hai, goodness hai, woh mujhe de de aur tere nazdeek jo akhirat ki behtar behtar cheez hai, jo goodness</w:t>
      </w:r>
    </w:p>
    <w:p>
      <w:pPr>
        <w:jc w:val="right"/>
      </w:pPr>
      <w:r>
        <w:t>ائی دے دے۔ لوگ سمجھتے ہیں کہ اس کا مطلب ہے کہ یہ دنیا میں جو ویلتھ ہے، جو پیسہ ہے، جو پاور ہے، وہ دے دے اور آخرت میں جنت دے دے۔ تو مولانا نے سمجھایا تھا کہ اس کا مطلب یہ ہے کہ بندہ اللہ سے دعا کرتا ہے کہ اے اللہ، تیرے نزدیک دنیا کی جو بہترین چیز ہے، جو دنیا کا گڈ ہے، گڈنس ہے، وہ مجھے دے دے اور تیرے نزدیک جو آخرت کی بہتر بہتر چیز ہے، جو گڈنس</w:t>
      </w:r>
    </w:p>
    <w:p>
      <w:r>
        <w:rPr>
          <w:b/>
        </w:rPr>
        <w:t xml:space="preserve">[54:50] </w:t>
      </w:r>
      <w:r>
        <w:t>hai, woh de de. yani woh Allah se keh raha hai ke tu de mujhe. yeh nahi ke mujhe dunya ki sari jo nematein hain, woh de de.</w:t>
      </w:r>
    </w:p>
    <w:p>
      <w:pPr>
        <w:jc w:val="right"/>
      </w:pPr>
      <w:r>
        <w:t>ہے، وہ دے دے۔ یعنی وہ اللہ سے کہہ رہا ہے کہ تو دے مجھے۔ یہ نہیں کہ مجھے دنیا کی ساری جو نعمتیں ہیں، وہ دے دے۔</w:t>
      </w:r>
    </w:p>
    <w:p>
      <w:r>
        <w:rPr>
          <w:b/>
        </w:rPr>
        <w:t xml:space="preserve">[54:59] </w:t>
      </w:r>
      <w:r>
        <w:t>woh to balkeh aur test ko barhana hai. ji to aise hi bohat sare ah ah paighambaron ki bhi duayein hain. woh to zahir hai bohat hi azeem duayein hain.</w:t>
      </w:r>
    </w:p>
    <w:p>
      <w:pPr>
        <w:jc w:val="right"/>
      </w:pPr>
      <w:r>
        <w:t>وہ تو بلکہ اور ٹیسٹ کو بڑھانا ہے۔ جی تو ایسے ہی بہت سارے اہ اہ پیغمبروں کی بھی دعائیں ہیں۔ وہ تو ظاہر ہے بہت ہی عظیم دعائیں ہیں۔</w:t>
      </w:r>
    </w:p>
    <w:p>
      <w:r>
        <w:rPr>
          <w:b/>
        </w:rPr>
        <w:t xml:space="preserve">[55:11] </w:t>
      </w:r>
      <w:r>
        <w:t>balkeh scholars ka kehna hai ke jo Quran mein Rabbana karke duayein aati hain, woh sari taqreeban paighambaron ki hain. ji kahin naam aa gaya hai, kahin naam nahi aaya hai.</w:t>
      </w:r>
    </w:p>
    <w:p>
      <w:pPr>
        <w:jc w:val="right"/>
      </w:pPr>
      <w:r>
        <w:t>بلکہ سکالرز کا کہنا ہے کہ جو قرآن میں ربنا کر کے دعائیں آتی ہیں، وہ ساری تقریباً پیغمبروں کی ہیں۔ جی کہیں نام آ گیا ہے، کہیں نام نہیں آیا ہے۔</w:t>
      </w:r>
    </w:p>
    <w:p>
      <w:r>
        <w:rPr>
          <w:b/>
        </w:rPr>
        <w:t xml:space="preserve">[55:21] </w:t>
      </w:r>
      <w:r>
        <w:t>jaise Hazrat Adam علیہ السلام ki dua bohat hi zabardast dua hai Rabbana zalamna anfus</w:t>
      </w:r>
    </w:p>
    <w:p>
      <w:pPr>
        <w:jc w:val="right"/>
      </w:pPr>
      <w:r>
        <w:t>جیسے حضرت آدم علیہ السلام کی دعا بہت ہی زبردست دعا ہے ربنا ظلمنا أنفس</w:t>
      </w:r>
    </w:p>
    <w:p>
      <w:r>
        <w:rPr>
          <w:b/>
        </w:rPr>
        <w:t xml:space="preserve">[55:26] </w:t>
      </w:r>
      <w:r>
        <w:t>na wa in lam taghfir lana wa tarhamna lana kunnana minal khasireen ke aye hamare Rab, hum ne apni janon pe zulm kiya. ji to to agar humein maaf nahi karega aur humare upar reham nahi karega, hum bade ghaate wale mein so jayenge.</w:t>
      </w:r>
    </w:p>
    <w:p>
      <w:pPr>
        <w:jc w:val="right"/>
      </w:pPr>
      <w:r>
        <w:t>نا وإن لم تغفر لنا وترحمنا لنكونن من الخاسرين کہ اے ہمارے رب، ہم نے اپنی جانوں پہ ظلم کیا۔ جی تو تو اگر ہمیں معاف نہیں کرے گا اور ہمارے اوپر رحم نہیں کرے گا، ہم بڑے گھاٹے والے میں سو جائیں گے۔</w:t>
      </w:r>
    </w:p>
    <w:p>
      <w:r>
        <w:rPr>
          <w:b/>
        </w:rPr>
        <w:t xml:space="preserve">[55:41] </w:t>
      </w:r>
      <w:r>
        <w:t>to yeh kitni zabardast d</w:t>
      </w:r>
    </w:p>
    <w:p>
      <w:pPr>
        <w:jc w:val="right"/>
      </w:pPr>
      <w:r>
        <w:t>تو یہ کتنی زبردست د</w:t>
      </w:r>
    </w:p>
    <w:p>
      <w:r>
        <w:rPr>
          <w:b/>
        </w:rPr>
        <w:t xml:space="preserve">[55:43] </w:t>
      </w:r>
      <w:r>
        <w:t>ua hai. yeh dono ne ki, Hazrat Adam علیہ السلام ne aur Hawa علیہ السلام dono ne yeh dua ki mil ke. chunchke is mein tasniya ka seigha hai, dual ka seigha hai.</w:t>
      </w:r>
    </w:p>
    <w:p>
      <w:pPr>
        <w:jc w:val="right"/>
      </w:pPr>
      <w:r>
        <w:t>عا ہے۔ یہ دونوں نے کی، حضرت آدم علیہ السلام نے اور حوا علیہ السلام دونوں نے یہ دعا کی مل کے۔ چونکہ اس میں تثنیہ کا صیغہ ہے، ڈول کا صیغہ ہے۔</w:t>
      </w:r>
    </w:p>
    <w:p>
      <w:r>
        <w:rPr>
          <w:b/>
        </w:rPr>
        <w:t xml:space="preserve">[55:52] </w:t>
      </w:r>
      <w:r>
        <w:t>ji ke hum dono yeh dua kar rahe hain ke aye Allah, to hum ne apne upar zulm kiya aur to humein maaf nahi karega, to hum bade ghaate walon mein so jayenge.</w:t>
      </w:r>
    </w:p>
    <w:p>
      <w:pPr>
        <w:jc w:val="right"/>
      </w:pPr>
      <w:r>
        <w:t>جی کہ ہم دونوں یہ دعا کر رہے ہیں کہ اے اللہ، تو ہم نے اپنے اوپر ظلم کیا اور تو ہمیں معاف نہیں کرے گا، تو ہم بڑے گھاٹے والوں میں سو جائیں گے۔</w:t>
      </w:r>
    </w:p>
    <w:p>
      <w:r>
        <w:rPr>
          <w:b/>
        </w:rPr>
        <w:t xml:space="preserve">[56:02] </w:t>
      </w:r>
      <w:r>
        <w:t>aur ek aur bohat achhi dua hai jo family ke liye hai ke Rabbana hab lana min azwajina wa zurriyatina qurrata a'yun waj'alna lilmuttaqeena imama</w:t>
      </w:r>
    </w:p>
    <w:p>
      <w:pPr>
        <w:jc w:val="right"/>
      </w:pPr>
      <w:r>
        <w:t>اور ایک اور بہت اچھی دعا ہے جو فیملی کے لیے ہے کہ ربنا حب لنا من ازواجنا وذریاتنا قرۃ عین وجعلنا للمتقین اماما</w:t>
      </w:r>
    </w:p>
    <w:p>
      <w:r>
        <w:rPr>
          <w:b/>
        </w:rPr>
        <w:t xml:space="preserve">[56:13] </w:t>
      </w:r>
      <w:r>
        <w:t>ke aye hamare Rab, hamari family ko aur hamare bachon ko ah imam bana de, model bana de righteous ka, righteous logon ka.</w:t>
      </w:r>
    </w:p>
    <w:p>
      <w:pPr>
        <w:jc w:val="right"/>
      </w:pPr>
      <w:r>
        <w:t>کہ اے ہمارے رب، ہماری فیملی کو اور ہمارے بچوں کو اہ امام بنا دے، ماڈل بنا دے رائچیس کا، رائچیس لوگوں کا۔</w:t>
      </w:r>
    </w:p>
    <w:p>
      <w:r>
        <w:rPr>
          <w:b/>
        </w:rPr>
        <w:t xml:space="preserve">[56:26] </w:t>
      </w:r>
      <w:r>
        <w:t>Lord, grant us joy in our spouses and our children and make us as model of righteous. zabardast dua hai ke bachhe isi raste pe chalein jo jo rasta Allah taala ko pasand</w:t>
      </w:r>
    </w:p>
    <w:p>
      <w:pPr>
        <w:jc w:val="right"/>
      </w:pPr>
      <w:r>
        <w:t>لارڈ، گرانٹ اس جوائے ان اور سپاؤسز اینڈ اور چلڈرن اینڈ میک میک اس ایز ماڈل اف رائچیس۔ زبردست دعا ہے کہ بچے اسی راستے پہ چلیں جو جو راستہ اللہ تعالی کو پسند</w:t>
      </w:r>
    </w:p>
    <w:p>
      <w:r>
        <w:rPr>
          <w:b/>
        </w:rPr>
        <w:t xml:space="preserve">[56:42] </w:t>
      </w:r>
      <w:r>
        <w:t>hai. aise hi Nuh علیہ السلام ki dua bohat hi short aur badi comprehensive hai ini maghloob fantansir ah I am overcome Lord, I am overcome, so help me.</w:t>
      </w:r>
    </w:p>
    <w:p>
      <w:pPr>
        <w:jc w:val="right"/>
      </w:pPr>
      <w:r>
        <w:t>ہے۔ ایسے ہی نوح علیہ السلام کی دعا بہت ہی شارٹ اور بڑی کمپرہنسیو ہے انی مغلوب فنتصر اہ ائی ایم اوورکم لارڈ، ائی ایم اوورکم، سو ہیلپ می۔</w:t>
      </w:r>
    </w:p>
    <w:p>
      <w:r>
        <w:rPr>
          <w:b/>
        </w:rPr>
        <w:t xml:space="preserve">[56:55] </w:t>
      </w:r>
      <w:r>
        <w:t>kitni zabardast dua hai aur very short. chunchke woh sare log aa ke un ko ek tarike se itna mara tha ke behosh ho gaye the,</w:t>
      </w:r>
    </w:p>
    <w:p>
      <w:pPr>
        <w:jc w:val="right"/>
      </w:pPr>
      <w:r>
        <w:t>کتنی زبردست دعا ہے اور ویری شارٹ۔ چونکہ وہ سارے لوگ ا کے ان کو ایک طریقے سے اتنا مارا تھا کہ بے ہوش ہو گئے تھے،</w:t>
      </w:r>
    </w:p>
    <w:p>
      <w:r>
        <w:rPr>
          <w:b/>
        </w:rPr>
        <w:t xml:space="preserve">[57:04] </w:t>
      </w:r>
      <w:r>
        <w:t>to phir Allah taala ne itna bada plan banaya ke kashti aur aur woh itna bada flood aaya. aur Rabbi ini maghloob fantansir.</w:t>
      </w:r>
    </w:p>
    <w:p>
      <w:pPr>
        <w:jc w:val="right"/>
      </w:pPr>
      <w:r>
        <w:t>تو پھر اللہ تعالی نے اتنا بڑا پلان بنایا کہ کشتی اور اور وہ اتنا بڑا فلڈ آیا۔ اور ربی انی مغلوب فنتصر۔</w:t>
      </w:r>
    </w:p>
    <w:p>
      <w:r>
        <w:rPr>
          <w:b/>
        </w:rPr>
        <w:t xml:space="preserve">[57:14] </w:t>
      </w:r>
      <w:r>
        <w:t>aise hi Yunus علیہ السلام ki dua jab woh machhli ke pait mein chale gaye La ilaha illa anta subhanaka inni kuntu minaz zalimeen ke there is no deity but You, glory be to You, and I was indeed r</w:t>
      </w:r>
    </w:p>
    <w:p>
      <w:pPr>
        <w:jc w:val="right"/>
      </w:pPr>
      <w:r>
        <w:t>ایسے ہی یونس علیہ السلام کی دعا جب وہ مچھلی کے پیٹ میں چلے گئے لا الہ الا انت سبحانک انی کنت من الظالمین کہ دیر از نو ڈیائٹی بٹ یو، گلوری بی ٹو یو، اینڈ ائی واز انڈیڈ ر</w:t>
      </w:r>
    </w:p>
    <w:p>
      <w:r>
        <w:rPr>
          <w:b/>
        </w:rPr>
        <w:t xml:space="preserve">[57:29] </w:t>
      </w:r>
      <w:r>
        <w:t>ong. pehle Allah taala ki woh azmat bayan ki ke koi ibadat ke laiq nahi hai aur main hi hoon ji jis ne ghalti ki. aur yeh dua aise qabool hui ke miraculous way mein machhli la ke daal diya us ne.</w:t>
      </w:r>
    </w:p>
    <w:p>
      <w:pPr>
        <w:jc w:val="right"/>
      </w:pPr>
      <w:r>
        <w:t>ونگ۔ پہلے اللہ تعالی کی وہ عظمت بیان کی کہ کوئی عبادت کے لائق نہیں ہے اور میں ہی ہوں جی جس نے غلطی کی۔ اور یہ دعا ایسے قبول ہوئی کہ میراکولس وے میں مچھلی لا کے ڈال دیا اس نے۔</w:t>
      </w:r>
    </w:p>
    <w:p>
      <w:r>
        <w:rPr>
          <w:b/>
        </w:rPr>
        <w:t xml:space="preserve">[57:42] </w:t>
      </w:r>
      <w:r>
        <w:t>aur yahan tak balkeh aur aage yeh dua ah extend ho gayi ke jo sare log the ji jo un ki baat nahi sun rahe the, woh sab un ke upar iman le aaye.</w:t>
      </w:r>
    </w:p>
    <w:p>
      <w:pPr>
        <w:jc w:val="right"/>
      </w:pPr>
      <w:r>
        <w:t>اور یہاں تک بلکہ اور آگے یہ دعا اہ ایکسٹینڈ ہو گئی کہ جو سارے لوگ تھے جی جو ان کی بات نہیں سن رہے تھے، وہ سب ان کے اوپر ایمان لے آئے۔</w:t>
      </w:r>
    </w:p>
    <w:p>
      <w:r>
        <w:rPr>
          <w:b/>
        </w:rPr>
        <w:t xml:space="preserve">[57:52] </w:t>
      </w:r>
      <w:r>
        <w:t>ji ji to kitni zabardast dua hai. aisi Hazrat Ayub علیہ السلام</w:t>
      </w:r>
    </w:p>
    <w:p>
      <w:pPr>
        <w:jc w:val="right"/>
      </w:pPr>
      <w:r>
        <w:t>جی جی تو کتنی زبردست دعا ہے۔ ایسی حضرت ایوب علیہ السلام</w:t>
      </w:r>
    </w:p>
    <w:p>
      <w:r>
        <w:rPr>
          <w:b/>
        </w:rPr>
        <w:t xml:space="preserve">[57:56] </w:t>
      </w:r>
      <w:r>
        <w:t>ki dua hai Rabbi inni massaniyad durru wa anta arhamur rahimin ke aye Allah, bimari ne mujhe aa ke jakad liya hai aur tu sab se zyada reham karne walon mein se sab se zyada reham karne wala hai.</w:t>
      </w:r>
    </w:p>
    <w:p>
      <w:pPr>
        <w:jc w:val="right"/>
      </w:pPr>
      <w:r>
        <w:t>کی دعا ہے ربی انی مسنی الدر وانت ارحم الراحمین کہ اے اللہ، بیماری نے مجھے آ کے جکڑ لیا ہے اور تو اس رحم کرنے والوں میں سے سب سے زیادہ رحم کرنے والا ہے۔</w:t>
      </w:r>
    </w:p>
    <w:p>
      <w:r>
        <w:rPr>
          <w:b/>
        </w:rPr>
        <w:t xml:space="preserve">[58:11] </w:t>
      </w:r>
      <w:r>
        <w:t>aise hi Hazrat Zakariya ki dua bohat hi achhi hai. Surah Maryam ke bilkul shuru mein hai id nadā rabbahu nidā'an khafiyya yani ah he called his Lord in low voice.</w:t>
      </w:r>
    </w:p>
    <w:p>
      <w:pPr>
        <w:jc w:val="right"/>
      </w:pPr>
      <w:r>
        <w:t>ایسے ہی حضرت زکریا کی دعا بہت ہی اچھی ہے۔ سورہ مریم کے بالکل شروع میں ہے اذ نادى ربه ندا خفیہ یعنی اہ ہی کالڈ ہز لارڈ ان لو وائس۔</w:t>
      </w:r>
    </w:p>
    <w:p>
      <w:r>
        <w:rPr>
          <w:b/>
        </w:rPr>
        <w:t xml:space="preserve">[58:25] </w:t>
      </w:r>
      <w:r>
        <w:t>khafi kehte hain bareek, khafi aur jali. to khafi yani bohat hi bareek awaz mein, yani aisi awaz jo sirf Allah ne suni.</w:t>
      </w:r>
    </w:p>
    <w:p>
      <w:pPr>
        <w:jc w:val="right"/>
      </w:pPr>
      <w:r>
        <w:t>خفی کہتے ہیں باریک، خفی اور جلی۔ تو خفی یعنی بہت ہی باریک آواز میں، یعنی ایسی آواز جو صرف اللہ نے سنی۔</w:t>
      </w:r>
    </w:p>
    <w:p>
      <w:r>
        <w:rPr>
          <w:b/>
        </w:rPr>
        <w:t xml:space="preserve">[58:34] </w:t>
      </w:r>
      <w:r>
        <w:t>jab naday rabbahu nadan khafiyya hi called upon his lord in low voice. aur hazrat zakariya ki dua hai ke wa lam akun biduaika rabbi shaqiyya ke kabhi mein tujh se dua kar ke mayoos nahi hua.</w:t>
      </w:r>
    </w:p>
    <w:p>
      <w:pPr>
        <w:jc w:val="right"/>
      </w:pPr>
      <w:r>
        <w:t>اذ نادى ربه ندا خفیہ ہی کالڈ اپون ہز لارڈ ان لو وائس۔ اور حضرت زکریا کی دعا ہے کہ ولم اکن بدعائک ربی شقیہ کہ کبھی میں تجھ سے دعا کر کے مایوس نہیں ہوا۔</w:t>
      </w:r>
    </w:p>
    <w:p>
      <w:r>
        <w:rPr>
          <w:b/>
        </w:rPr>
        <w:t xml:space="preserve">[58:50] </w:t>
      </w:r>
      <w:r>
        <w:t>hmm, i was never disappointed in my praying to you. aur kabhi mein mehroom nahi hua, mayoos nahi hua. aur musa alaihis salam ki dua to bohat hi zabardast hai aur woh with in minutes Allah ne us ko ji jawab de diya.</w:t>
      </w:r>
    </w:p>
    <w:p>
      <w:pPr>
        <w:jc w:val="right"/>
      </w:pPr>
      <w:r>
        <w:t>ہمم، ائی واز نیور ڈس اپوائنٹڈ ان مائی پریئنگ ٹو یو۔ اور کبھی میں محروم نہیں ہوا، مایوس نہیں ہوا۔ اور موسی علیہ السلام کی دعا تو بہت ہی زبردست ہے اور وہ ود ان منٹس اللہ نے اس کو جی جواب دے دیا۔</w:t>
      </w:r>
    </w:p>
    <w:p>
      <w:r>
        <w:rPr>
          <w:b/>
        </w:rPr>
        <w:t xml:space="preserve">[59:06] </w:t>
      </w:r>
      <w:r>
        <w:t>rabbi inni lima anzalta ilayya min khairin faqeer ji ke lord, i am truly in need of whatever blessing you may send down upon me.</w:t>
      </w:r>
    </w:p>
    <w:p>
      <w:pPr>
        <w:jc w:val="right"/>
      </w:pPr>
      <w:r>
        <w:t>ربی انی لما انزلت الی من خیر فقیر جی کہ لارڈ، ائی ایم ٹرولی ان نیڈ اف واٹ ایور بلیسنگ یو می سینڈ ڈاؤن اپون می۔</w:t>
      </w:r>
    </w:p>
    <w:p>
      <w:r>
        <w:rPr>
          <w:b/>
        </w:rPr>
        <w:t xml:space="preserve">[59:15] </w:t>
      </w:r>
      <w:r>
        <w:t>aur usi waqt ah woh dua qabool ho gayi aur woh khawateen aayi</w:t>
      </w:r>
    </w:p>
    <w:p>
      <w:pPr>
        <w:jc w:val="right"/>
      </w:pPr>
      <w:r>
        <w:t>اور اسی وقت اہ وہ دعا قبول ہوگئی اور وہ خواتین آئیں</w:t>
      </w:r>
    </w:p>
    <w:p>
      <w:r>
        <w:rPr>
          <w:b/>
        </w:rPr>
        <w:t xml:space="preserve">[59:20] </w:t>
      </w:r>
      <w:r>
        <w:t>, ek in mein se aayi aur le gayi apne ghar. to yeh bohat hi ah ah achi baat hai ke dua jo quran mein hai aur hadith mein hai, woh hum is ko parhein.</w:t>
      </w:r>
    </w:p>
    <w:p>
      <w:pPr>
        <w:jc w:val="right"/>
      </w:pPr>
      <w:r>
        <w:t>، ایک ان میں سے آئی اور لے گئی اپنے گھر۔ تو یہ بہت ہی اہ اہ اچھی بات ہے کہ دعا جو قرآن میں ہے اور حدیث میں ہے، وہ ہم اس کو پڑھیں۔</w:t>
      </w:r>
    </w:p>
    <w:p>
      <w:r>
        <w:rPr>
          <w:b/>
        </w:rPr>
        <w:t xml:space="preserve">[59:35] </w:t>
      </w:r>
      <w:r>
        <w:t>agar is se humein hamari kaifiyat mein ah ah tabdeeli aati hai to bohat acha hai. lekin Maulana ne hamesha kaha tha ke dua creative dua hoti hai.</w:t>
      </w:r>
    </w:p>
    <w:p>
      <w:pPr>
        <w:jc w:val="right"/>
      </w:pPr>
      <w:r>
        <w:t>اگر اس سے ہمیں ہماری کیفیت میں اہ اہ تبدیلی آتی ہے تو بہت اچھا ہے۔ لیکن مولانا نے ہمیشہ کہا تھا کہ دعا کریٹیو دعا ہوتی ہے۔</w:t>
      </w:r>
    </w:p>
    <w:p>
      <w:r>
        <w:rPr>
          <w:b/>
        </w:rPr>
        <w:t xml:space="preserve">[59:45] </w:t>
      </w:r>
      <w:r>
        <w:t>ji</w:t>
      </w:r>
    </w:p>
    <w:p>
      <w:pPr>
        <w:jc w:val="right"/>
      </w:pPr>
      <w:r>
        <w:t>جی</w:t>
      </w:r>
    </w:p>
    <w:p>
      <w:r>
        <w:rPr>
          <w:b/>
        </w:rPr>
        <w:t xml:space="preserve">[59:46] </w:t>
      </w:r>
      <w:r>
        <w:t>yani woh aap ki apni dua hai aur ah dil se, dil ki gehraiyon se dua nikalni chahiye.</w:t>
      </w:r>
    </w:p>
    <w:p>
      <w:pPr>
        <w:jc w:val="right"/>
      </w:pPr>
      <w:r>
        <w:t>یعنی وہ آپ کی اپنی دعا ہے اور اہ دل سے، دل کی گہرائیوں سے دعا نکلنی چاہیے۔</w:t>
      </w:r>
    </w:p>
    <w:p>
      <w:r>
        <w:rPr>
          <w:b/>
        </w:rPr>
        <w:t xml:space="preserve">[59:55] </w:t>
      </w:r>
      <w:r>
        <w:t>to Allah taala hum sab ki duaon ko qabool kare aur is rastay pe chala chalaye, is rastay ki tofeeq de jis ka, jis ki aakhri manzil jannat ho.</w:t>
      </w:r>
    </w:p>
    <w:p>
      <w:pPr>
        <w:jc w:val="right"/>
      </w:pPr>
      <w:r>
        <w:t>تو اللہ تعالی ہم سب کی دعاؤں کو قبول کرے اور اس راستے پہ چلا چلائے، اس راستے کی توفیق دے جس کا، جس کی آخری منزل جنت ہو۔</w:t>
      </w:r>
    </w:p>
    <w:p>
      <w:r>
        <w:rPr>
          <w:b/>
        </w:rPr>
        <w:t xml:space="preserve">[1:00:06] </w:t>
      </w:r>
      <w:r>
        <w:t>ameen.</w:t>
      </w:r>
    </w:p>
    <w:p>
      <w:pPr>
        <w:jc w:val="right"/>
      </w:pPr>
      <w:r>
        <w:t>آمین۔</w:t>
      </w:r>
    </w:p>
    <w:p>
      <w:r>
        <w:rPr>
          <w:b/>
        </w:rPr>
        <w:t xml:space="preserve">[1:00:07] </w:t>
      </w:r>
      <w:r>
        <w:t>masha Allah, doctor sahib, aaj to aap ne dua ka khazana khol diya aur aap ka poore talk ka jo emphasis tha, woh spirit pe tha. aur mein samajhta hoon ke yahi sab se aham cheez hai kyunke aksar log form ko le kar baat karte hain, rituals ko le kar baat karte hain, lekin spirit ko le kar bohat kam baat hoti hai.</w:t>
      </w:r>
    </w:p>
    <w:p>
      <w:pPr>
        <w:jc w:val="right"/>
      </w:pPr>
      <w:r>
        <w:t>ماشاءاللہ، ڈاکٹر صاحب، آج تو آپ نے دعا کا خزانہ کھول دیا اور آپ کا پورے ٹاک کا جو ایمفیسز تھا، وہ سپرٹ پہ تھا۔ اور میں سمجھتا ہوں کہ یہی سب سے اہم چیز ہے کیونکہ اکثر لوگ فارم کو لے کر بات کرتے ہیں، ریچولز کو لے کر بات کرتے ہیں، لیکن سپرٹ کو لے کر بہت کم بات ہوتی ہے۔</w:t>
      </w:r>
    </w:p>
    <w:p>
      <w:r>
        <w:rPr>
          <w:b/>
        </w:rPr>
        <w:t xml:space="preserve">[1:00:25] </w:t>
      </w:r>
      <w:r>
        <w:t>so, i am sure, all the viewers who are watching this program and people who will watch this program later. ah doctor sahib, they will benefit from ah today's spiritual talk aur woh apne is mahine ko ek marifat ka mahina bana sakenge.</w:t>
      </w:r>
    </w:p>
    <w:p>
      <w:pPr>
        <w:jc w:val="right"/>
      </w:pPr>
      <w:r>
        <w:t>سو، آئی ایم شور، ال دا ویوورز ہو آر واچنگ دس پروگرام اینڈ پیپل ہو ویل واچ دس پروگرام لیٹر۔ اہ ڈاکٹر صاحب، دے ویل بینیفٹ فرام اہ ٹوڈے سپرچول ٹاک اور وہ اپنے اس مہینے کو ایک معرفت کا مہینہ بنا سکیں گے۔</w:t>
      </w:r>
    </w:p>
    <w:p>
      <w:r>
        <w:rPr>
          <w:b/>
        </w:rPr>
        <w:t xml:space="preserve">[1:00:38] </w:t>
      </w:r>
      <w:r>
        <w:t>ah mein yeh bhi kehna chahunga ke Maulana Wahiduddin Khan sahib ki do kitabein, ah Ramadan: A Month of Purification and Spirit of Ramadan, ah yeh bohat hi achi kitabein hain.</w:t>
      </w:r>
    </w:p>
    <w:p>
      <w:pPr>
        <w:jc w:val="right"/>
      </w:pPr>
      <w:r>
        <w:t>اہ میں یہ بھی کہنا چاہوں گا کہ مولانا وحید الدین خان صاحب کی دو کتابیں، اہ رمضان: ا منتھ اف پیوریفیکیشن اینڈ سپرٹ اف رمضان، اہ یہ بہت ہی اچھی کتابیں ہیں۔</w:t>
      </w:r>
    </w:p>
    <w:p>
      <w:r>
        <w:rPr>
          <w:b/>
        </w:rPr>
        <w:t xml:space="preserve">[1:00:50] </w:t>
      </w:r>
      <w:r>
        <w:t>ah yeh cpsglobal.org mein aap ko ah</w:t>
      </w:r>
    </w:p>
    <w:p>
      <w:pPr>
        <w:jc w:val="right"/>
      </w:pPr>
      <w:r>
        <w:t>اہ یہ سی پی ایس گلوبل ڈاٹ او آر جی میں آپ کو اہ</w:t>
      </w:r>
    </w:p>
    <w:p>
      <w:r>
        <w:rPr>
          <w:b/>
        </w:rPr>
        <w:t xml:space="preserve">[1:00:54] </w:t>
      </w:r>
      <w:r>
        <w:t>mil jayengi. aap is ko download kar sakte hain, share bhi kar sakte hain aur is mein wohi sari spirit se bhari hui baatein hain jo humein practice karni chahiye Ramadan ke mahine mein.</w:t>
      </w:r>
    </w:p>
    <w:p>
      <w:pPr>
        <w:jc w:val="right"/>
      </w:pPr>
      <w:r>
        <w:t>مل جائیں گی۔ آپ اس کو ڈاؤن لوڈ کر سکتے ہیں، شیئر بھی کر سکتے ہیں اور اس میں وہی ساری سپرٹ سے بھری ہوئی باتیں ہیں جو ہمیں پریکٹس کرنی چاہیے رمضان کے مہینے میں۔</w:t>
      </w:r>
    </w:p>
    <w:p>
      <w:r>
        <w:rPr>
          <w:b/>
        </w:rPr>
        <w:t xml:space="preserve">[1:01:04] </w:t>
      </w:r>
      <w:r>
        <w:t>to doctor sahib, ah jazak Allah for doing an amazing session today. ah but we will not end the session today because there are two important releases.</w:t>
      </w:r>
    </w:p>
    <w:p>
      <w:pPr>
        <w:jc w:val="right"/>
      </w:pPr>
      <w:r>
        <w:t>تو ڈاکٹر صاحب، اہ جزاک اللہ فار ڈوئنگ این امیزنگ سیشن ٹوڈے۔ اہ بٹ وی ویل ناٹ اینڈ دی سیشن ٹوڈے بیکاز دیر ار ٹو امپورٹنٹ ریلیزز۔</w:t>
      </w:r>
    </w:p>
    <w:p>
      <w:r>
        <w:rPr>
          <w:b/>
        </w:rPr>
        <w:t xml:space="preserve">[1:01:14] </w:t>
      </w:r>
      <w:r>
        <w:t>lekin aap ki bhi jo baatein beech beech mein aap karte hain, is se bhi kafi asar padta hai. masha Allah, jazak Allah. thori thori, doctor sahib, but i am still learning. thank you so much for your encouragement.</w:t>
      </w:r>
    </w:p>
    <w:p>
      <w:pPr>
        <w:jc w:val="right"/>
      </w:pPr>
      <w:r>
        <w:t>لیکن آپ کی بھی جو باتیں بیچ بیچ میں آپ کرتے ہیں، اس سے بھی کافی اثر پڑتا ہے۔ ماشاءاللہ، جزاک اللہ۔ تھوڑی تھوڑی، ڈاکٹر صاحب، بٹ آئی ایم سٹل لرننگ۔ تھینک یو سو مچ فار یور انکریجمنٹ۔</w:t>
      </w:r>
    </w:p>
    <w:p>
      <w:r>
        <w:rPr>
          <w:b/>
        </w:rPr>
        <w:t xml:space="preserve">[1:01:24] </w:t>
      </w:r>
      <w:r>
        <w:t>ah jaisa ke hum log time to time share karte rehte hain ke CPS members, ah ah who have been engaged in da'wah work, translation work, and ah taking the message of the word to humanity.</w:t>
      </w:r>
    </w:p>
    <w:p>
      <w:pPr>
        <w:jc w:val="right"/>
      </w:pPr>
      <w:r>
        <w:t>اہ جیسا کہ ہم لوگ ٹائم ٹو ٹائم شیئر کرتے رہتے ہیں کہ سی پی ایس ممبرز، اہ اہ ہو ہیو بین انگیجڈ ان داؤ ورک، ٹرانسلیشن ورک، اینڈ اہ ٹیکنگ دی میسج اف دا ورڈ ٹو ہیومینٹی۔</w:t>
      </w:r>
    </w:p>
    <w:p>
      <w:r>
        <w:rPr>
          <w:b/>
        </w:rPr>
        <w:t xml:space="preserve">[1:01:39] </w:t>
      </w:r>
      <w:r>
        <w:t>ah to yeh translation ek bohat important hissa hai CPS activities ka. do kitabein aaj hum launch karne ja rahe hain aur yeh Tamil zaban mein hain.</w:t>
      </w:r>
    </w:p>
    <w:p>
      <w:pPr>
        <w:jc w:val="right"/>
      </w:pPr>
      <w:r>
        <w:t>اہ تو یہ ٹرانسلیشن ایک بہت امپورٹنٹ حصہ ہے سی پی ایس ایکٹیویٹیز کا۔ دو کتابیں آج ہم لانچ کرنے جا رہے ہیں اور یہ تمل زبان میں ہیں۔</w:t>
      </w:r>
    </w:p>
    <w:p>
      <w:r>
        <w:rPr>
          <w:b/>
        </w:rPr>
        <w:t xml:space="preserve">[1:01:50] </w:t>
      </w:r>
      <w:r>
        <w:t>yeh pehli kitab hai "Women in Islamic Sharia</w:t>
      </w:r>
    </w:p>
    <w:p>
      <w:pPr>
        <w:jc w:val="right"/>
      </w:pPr>
      <w:r>
        <w:t>یہ پہلی کتاب ہے "ومن ان اسلامک شریعہ</w:t>
      </w:r>
    </w:p>
    <w:p>
      <w:r>
        <w:rPr>
          <w:b/>
        </w:rPr>
        <w:t xml:space="preserve">[1:01:54] </w:t>
      </w:r>
      <w:r>
        <w:t>" Maulana Wahiduddin Khan sahib ki. yeh bohat popular kitab hai aur yeh sabhi zabano mein aani chahiye aur koshish ki ja rahi hai. to yeh kitab Tamil mein translate ki gayi hai by late engineer Abdul Samad sahib aur yeh publish ki gayi hai Furqan Publication Trust Chennai.</w:t>
      </w:r>
    </w:p>
    <w:p>
      <w:pPr>
        <w:jc w:val="right"/>
      </w:pPr>
      <w:r>
        <w:t>" مولانا وحید الدین خان صاحب کی۔ یہ بہت پاپولر کتاب ہے اور یہ سبھی زبانوں میں آنی چاہیے اور کوشش کی جا رہی ہے۔ تو یہ کتاب تمل میں ٹرانسلیٹ کی گئی ہے بائے لیٹ انجینئر عبدالصمد صاحب اور یہ پبلش کی گئی ہے فرقان پبلیکیشن ٹرسٹ چنئی۔</w:t>
      </w:r>
    </w:p>
    <w:p>
      <w:r>
        <w:rPr>
          <w:b/>
        </w:rPr>
        <w:t xml:space="preserve">[1:02:14] </w:t>
      </w:r>
      <w:r>
        <w:t>to mein chahunga ke doctor Sani Hasnain Khan sahib is kitab ko</w:t>
      </w:r>
    </w:p>
    <w:p>
      <w:pPr>
        <w:jc w:val="right"/>
      </w:pPr>
      <w:r>
        <w:t>تو میں چاہوں گا کہ ڈاکٹر ثانی حسنین خان صاحب اس کتاب کو</w:t>
      </w:r>
    </w:p>
    <w:p>
      <w:r>
        <w:rPr>
          <w:b/>
        </w:rPr>
        <w:t xml:space="preserve">[1:02:19] </w:t>
      </w:r>
      <w:r>
        <w:t>launch karein. yeh kitab aap download bhi kar sakte hain CPS website se aur aap is ko share kar sakte hain.</w:t>
      </w:r>
    </w:p>
    <w:p>
      <w:pPr>
        <w:jc w:val="right"/>
      </w:pPr>
      <w:r>
        <w:t>لانچ کریں۔ یہ کتاب آپ ڈاؤن لوڈ بھی کر سکتے ہیں سی پی ایس ویب سائٹ سے اور آپ اس کو شیئر کر سکتے ہیں۔</w:t>
      </w:r>
    </w:p>
    <w:p>
      <w:r>
        <w:rPr>
          <w:b/>
        </w:rPr>
        <w:t xml:space="preserve">[1:02:30] </w:t>
      </w:r>
      <w:r>
        <w:t>masha Allah, mujhe bohat khushi ho rahi hai is kitab ko release karte hue. jaisa doctor Rajat Malhotra ne bataya ke yeh "Women in Islamic Sharia" ka Tamil translation hai.</w:t>
      </w:r>
    </w:p>
    <w:p>
      <w:pPr>
        <w:jc w:val="right"/>
      </w:pPr>
      <w:r>
        <w:t>ماشاءاللہ، مجھے بہت خوشی ہو رہی ہے اس کتاب کو ریلیز کرتے ہوئے۔ جیسا ڈاکٹر رجت ملوترا نے بتایا کہ یہ "ومن ان اسلامک شریعہ" کا تمل ٹرانسلیشن ہے۔</w:t>
      </w:r>
    </w:p>
    <w:p>
      <w:r>
        <w:rPr>
          <w:b/>
        </w:rPr>
        <w:t xml:space="preserve">[1:02:41] </w:t>
      </w:r>
      <w:r>
        <w:t>masha Allah, yeh bohat acha kaam ho raha hai South India mein. bohat zaroorat hai aur yeh kisi bohat hi barhe publisher ne shaya kiya hai.</w:t>
      </w:r>
    </w:p>
    <w:p>
      <w:pPr>
        <w:jc w:val="right"/>
      </w:pPr>
      <w:r>
        <w:t>ماشاءاللہ، یہ بہت اچھا کام ہو رہا ہے ساؤتھ انڈیا میں۔ بہت ضرورت ہے اور یہ کسی بہت ہی بڑے پبلشر نے شائع کیا ہے۔</w:t>
      </w:r>
    </w:p>
    <w:p>
      <w:r>
        <w:rPr>
          <w:b/>
        </w:rPr>
        <w:t xml:space="preserve">[1:02:51] </w:t>
      </w:r>
      <w:r>
        <w:t>allah ta'ala in sab logon ko jaza-e-khair ata farmaye jin logon ne is mein sath, is kaam mein sath liya. ji yeh doosri kitaab hai, yeh bhi bohat hi widely read book hai Maulana Wahiduddin Khan sahib ki "Islam: The Creator of Modern</w:t>
      </w:r>
    </w:p>
    <w:p>
      <w:pPr>
        <w:jc w:val="right"/>
      </w:pPr>
      <w:r>
        <w:t>اللہ تعالی ان سب لوگوں کو جزائے خیر عطا فرمائے جن لوگوں نے اس میں ساتھ، اس کام میں ساتھ لیا۔ جی یہ دوسری کتاب ہے، یہ بھی بہت ہی وائیڈلی ریڈ بک ہے مولانا وحید الدین خان صاحب کی "اسلام: دا کریٹر اف ماڈرن</w:t>
      </w:r>
    </w:p>
    <w:p>
      <w:r>
        <w:rPr>
          <w:b/>
        </w:rPr>
        <w:t xml:space="preserve">[1:03:09] </w:t>
      </w:r>
      <w:r>
        <w:t>Age". is ko bhi Tamil mein translate kiya hai ah Engineer Abdus Samad sahib ne, ah jo by qualification BE, ah MSc, ah Engineering hain, Engineer hain.</w:t>
      </w:r>
    </w:p>
    <w:p>
      <w:pPr>
        <w:jc w:val="right"/>
      </w:pPr>
      <w:r>
        <w:t>ایج"۔ اس کو بھی تمل میں ٹرانسلیٹ کیا ہے اہ انجینئر عبدالصمد صاحب نے، اہ جو بائی کوالیفکیشن بی ای، اہ ایم ایس سی، اہ انجینئرنگ ہیں، انجینئر ہیں۔</w:t>
      </w:r>
    </w:p>
    <w:p>
      <w:r>
        <w:rPr>
          <w:b/>
        </w:rPr>
        <w:t xml:space="preserve">[1:03:21] </w:t>
      </w:r>
      <w:r>
        <w:t>aur yeh kitaab bhi ah Furqan Publication Trust Chennai ne ah is ko publish kiya hai. to Doctor sahib, is ko bhi aap launch karein.</w:t>
      </w:r>
    </w:p>
    <w:p>
      <w:pPr>
        <w:jc w:val="right"/>
      </w:pPr>
      <w:r>
        <w:t>اور یہ کتاب بھی اہ فرقان پبلیکیشن ٹرسٹ چنئی نے اہ اس کو پبلش کیا ہے۔ تو ڈاکٹر صاحب، اس کو بھی آپ لانچ کریں۔</w:t>
      </w:r>
    </w:p>
    <w:p>
      <w:r>
        <w:rPr>
          <w:b/>
        </w:rPr>
        <w:t xml:space="preserve">[1:03:36] </w:t>
      </w:r>
      <w:r>
        <w:t>ah Masha Allah, bohat acha yeh jo kitaab hai "ah Islam: Creator of the Modern Age", ah bohat hi ahem kitaab hai, bohat hi scientific kitaab hai.</w:t>
      </w:r>
    </w:p>
    <w:p>
      <w:pPr>
        <w:jc w:val="right"/>
      </w:pPr>
      <w:r>
        <w:t>اہ ماشاءاللہ، بہت اچھا یہ جو کتاب ہے "اہ اسلام: کریٹر اف دا ماڈرن ایج"، اہ بہت ہی اہم کتاب ہے، بہت ہی سائنٹیفک کتاب ہے۔</w:t>
      </w:r>
    </w:p>
    <w:p>
      <w:r>
        <w:rPr>
          <w:b/>
        </w:rPr>
        <w:t xml:space="preserve">[1:03:48] </w:t>
      </w:r>
      <w:r>
        <w:t>aur Furqan Trust ne publish kiya hai, jaise Doctor Rajat ne bataya. to Allah ta'ala in logon ko jaza-e-khair ah ata farmaye jin logon ne is ki translation aur publication mein hissa liya.</w:t>
      </w:r>
    </w:p>
    <w:p>
      <w:pPr>
        <w:jc w:val="right"/>
      </w:pPr>
      <w:r>
        <w:t>اور فرقان ٹرسٹ نے پبلش کیا ہے، جیسے ڈاکٹر رجت نے بتایا۔ تو اللہ تعالی ان لوگوں کو جزائے خیر اہ عطا فرمائے جن لوگوں نے اس کی ٹرانسلیشن اور پبلیکیشن میں حصہ لیا۔</w:t>
      </w:r>
    </w:p>
    <w:p>
      <w:r>
        <w:rPr>
          <w:b/>
        </w:rPr>
        <w:t xml:space="preserve">[1:04:00] </w:t>
      </w:r>
      <w:r>
        <w:t>wa akhir da'wana alhamdulillah rabbil alameen ji thank you so much Doctor sahib</w:t>
      </w:r>
    </w:p>
    <w:p>
      <w:pPr>
        <w:jc w:val="right"/>
      </w:pPr>
      <w:r>
        <w:t>واخر دعوانا الحمدللہ رب العالمین جی تھینک یو سو مچ ڈاکٹر صاحب</w:t>
      </w:r>
    </w:p>
    <w:p>
      <w:r>
        <w:rPr>
          <w:b/>
        </w:rPr>
        <w:t xml:space="preserve">[1:04:05] </w:t>
      </w:r>
      <w:r>
        <w:t>. ah so all those people who also want to distribute Quran, if they want CPS International to distribute Quran on their behalf, they can also give their zakat and donation to CPS International account.</w:t>
      </w:r>
    </w:p>
    <w:p>
      <w:pPr>
        <w:jc w:val="right"/>
      </w:pPr>
      <w:r>
        <w:t>۔ اہ سو ال دوز پیپل ہو السو وانٹ ٹو ڈسٹریبیوٹ قرآن، اف دے وانٹ سی پی ایس انٹرنیشنل ٹو ڈسٹریبیوٹ قرآن ان دیر بہاف، دے کین السو گیو دیر زکوۃ اینڈ ڈونیشن ٹو سی پی ایس انٹرنیشنل اکاؤنٹ۔</w:t>
      </w:r>
    </w:p>
    <w:p>
      <w:r>
        <w:rPr>
          <w:b/>
        </w:rPr>
        <w:t xml:space="preserve">[1:04:19] </w:t>
      </w:r>
      <w:r>
        <w:t>aap donation ki details CPS website se le sakte hain, and we will distribute Quran on your behalf. thank you for watching today program.</w:t>
      </w:r>
    </w:p>
    <w:p>
      <w:pPr>
        <w:jc w:val="right"/>
      </w:pPr>
      <w:r>
        <w:t>آپ ڈونیشن کی ڈیٹیلز سی پی ایس ویب سائٹ سے لے سکتے ہیں، اینڈ وی ویل ڈسٹریبیوٹ قرآن ان یور بہاف۔ تھینک یو فار واچنگ ٹوڈے پروگرام۔</w:t>
      </w:r>
    </w:p>
    <w:p>
      <w:r>
        <w:rPr>
          <w:b/>
        </w:rPr>
        <w:t xml:space="preserve">[1:04:29] </w:t>
      </w:r>
      <w:r>
        <w:t>hum phir lotenge agle Sunday saadey das bajey. thank you.</w:t>
      </w:r>
    </w:p>
    <w:p>
      <w:pPr>
        <w:jc w:val="right"/>
      </w:pPr>
      <w:r>
        <w:t>ہم پھر لوٹیں گے اگلے سنڈے ساڑھے دس بجے۔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