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Right Man at Wrong Place May 18, 2008</w:t>
      </w:r>
    </w:p>
    <w:p>
      <w:r>
        <w:t>https://youtu.be/sKwAjR3OAGo</w:t>
      </w:r>
    </w:p>
    <w:p>
      <w:r>
        <w:rPr>
          <w:b/>
        </w:rPr>
        <w:t xml:space="preserve">[00:14] </w:t>
      </w:r>
      <w:r>
        <w:t>bismillah hir rahman nir rahim, wa salli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 uqdatan min lisani, yafqahu qawli.</w:t>
      </w:r>
    </w:p>
    <w:p>
      <w:pPr>
        <w:jc w:val="right"/>
      </w:pPr>
      <w:r>
        <w:t>واحل العقدۃ من لسانی، یفقہ قولی۔</w:t>
      </w:r>
    </w:p>
    <w:p>
      <w:r>
        <w:rPr>
          <w:b/>
        </w:rPr>
        <w:t xml:space="preserve">[00:38] </w:t>
      </w:r>
      <w:r>
        <w:t>aaj ke liye jo theme hai woh hai: "right man at wrong place".</w:t>
      </w:r>
    </w:p>
    <w:p>
      <w:pPr>
        <w:jc w:val="right"/>
      </w:pPr>
      <w:r>
        <w:t>آج کے لیے جو تھیم ہے وہ ہے: "رائٹ مین ایٹ رونگ پلیس"۔</w:t>
      </w:r>
    </w:p>
    <w:p>
      <w:r>
        <w:rPr>
          <w:b/>
        </w:rPr>
        <w:t xml:space="preserve">[00:50] </w:t>
      </w:r>
      <w:r>
        <w:t>right man at wrong place. sahi aadmi galat jagah par.</w:t>
      </w:r>
    </w:p>
    <w:p>
      <w:pPr>
        <w:jc w:val="right"/>
      </w:pPr>
      <w:r>
        <w:t>رائٹ مین ایٹ رونگ پلیس۔ صحیح آدمی غلط جگہ پر۔</w:t>
      </w:r>
    </w:p>
    <w:p>
      <w:r>
        <w:rPr>
          <w:b/>
        </w:rPr>
        <w:t xml:space="preserve">[01:00] </w:t>
      </w:r>
      <w:r>
        <w:t>yeh theme mujhe—kuch aisi baatein huin jis ki wajah se aayi mere mind mein.</w:t>
      </w:r>
    </w:p>
    <w:p>
      <w:pPr>
        <w:jc w:val="right"/>
      </w:pPr>
      <w:r>
        <w:t>یہ تھیم مجھے— کچھ ایسی باتیں ہوئیں جس کی وجہ سے آئی میرے مائنڈ میں۔</w:t>
      </w:r>
    </w:p>
    <w:p>
      <w:r>
        <w:rPr>
          <w:b/>
        </w:rPr>
        <w:t xml:space="preserve">[01:08] </w:t>
      </w:r>
      <w:r>
        <w:t>jaise aaj morning mein mein radio sun raha tha, toh radio par ek well known leader ki speech aa rahi thi.</w:t>
      </w:r>
    </w:p>
    <w:p>
      <w:pPr>
        <w:jc w:val="right"/>
      </w:pPr>
      <w:r>
        <w:t>جیسے آج مارننگ میں میں ریڈیو سن رہا تھا، تو ریڈیو پر ایک ویل نون لیڈر کی اسپیچ آ رہی تھی۔</w:t>
      </w:r>
    </w:p>
    <w:p>
      <w:r>
        <w:rPr>
          <w:b/>
        </w:rPr>
        <w:t xml:space="preserve">[01:24] </w:t>
      </w:r>
      <w:r>
        <w:t>unhone kaha ke,</w:t>
      </w:r>
    </w:p>
    <w:p>
      <w:pPr>
        <w:jc w:val="right"/>
      </w:pPr>
      <w:r>
        <w:t>انہوں نے کہا کہ،</w:t>
      </w:r>
    </w:p>
    <w:p>
      <w:r>
        <w:rPr>
          <w:b/>
        </w:rPr>
        <w:t xml:space="preserve">[01:29] </w:t>
      </w:r>
      <w:r>
        <w:t>ke "we are facing a very serious kind of problem".</w:t>
      </w:r>
    </w:p>
    <w:p>
      <w:pPr>
        <w:jc w:val="right"/>
      </w:pPr>
      <w:r>
        <w:t>کہ "وی آر فیسنگ ا ویری سیریس کائنڈ آف پرابلم"۔</w:t>
      </w:r>
    </w:p>
    <w:p>
      <w:r>
        <w:rPr>
          <w:b/>
        </w:rPr>
        <w:t xml:space="preserve">[01:37] </w:t>
      </w:r>
      <w:r>
        <w:t>woh kya? woh hai "white collar crime". white collar crime.</w:t>
      </w:r>
    </w:p>
    <w:p>
      <w:pPr>
        <w:jc w:val="right"/>
      </w:pPr>
      <w:r>
        <w:t>وہ کیا؟ وہ ہے "وائٹ کالر کرائم"۔ وائٹ کالر کرائم۔</w:t>
      </w:r>
    </w:p>
    <w:p>
      <w:r>
        <w:rPr>
          <w:b/>
        </w:rPr>
        <w:t xml:space="preserve">[01:49] </w:t>
      </w:r>
      <w:r>
        <w:t>"White-collar crime" ek term hai jo Professor Edwin ne is ko istemal kiya tha.</w:t>
      </w:r>
    </w:p>
    <w:p>
      <w:pPr>
        <w:jc w:val="right"/>
      </w:pPr>
      <w:r>
        <w:t>وائٹ کالر کرائم ایک ٹرم ہے جو پروفیسر ایڈون نے اس کو استعمال کیا تھا۔</w:t>
      </w:r>
    </w:p>
    <w:p>
      <w:r>
        <w:rPr>
          <w:b/>
        </w:rPr>
        <w:t xml:space="preserve">[02:01] </w:t>
      </w:r>
      <w:r>
        <w:t>white collar crime kaha jata hai un logon ko jo parhe likhe hote hain aur jo qanoon jante hain, toh bohat hi legal way mein, organized way mein woh crime karte hain.</w:t>
      </w:r>
    </w:p>
    <w:p>
      <w:pPr>
        <w:jc w:val="right"/>
      </w:pPr>
      <w:r>
        <w:t>وائٹ کالر کرائم کہا جاتا ہے ان لوگوں کو جو پڑھے لکھے ہوتے ہیں اور جو قانون جانتے ہیں، تو بہت ہی لیگل وے میں، آرگنائزڈ وے میں وہ کرائم کرتے ہیں۔</w:t>
      </w:r>
    </w:p>
    <w:p>
      <w:r>
        <w:rPr>
          <w:b/>
        </w:rPr>
        <w:t xml:space="preserve">[02:20] </w:t>
      </w:r>
      <w:r>
        <w:t>toh yeh hai white collar crime.</w:t>
      </w:r>
    </w:p>
    <w:p>
      <w:pPr>
        <w:jc w:val="right"/>
      </w:pPr>
      <w:r>
        <w:t>تو یہ ہے وائٹ کالر کرائم۔</w:t>
      </w:r>
    </w:p>
    <w:p>
      <w:r>
        <w:rPr>
          <w:b/>
        </w:rPr>
        <w:t xml:space="preserve">[02:24] </w:t>
      </w:r>
      <w:r>
        <w:t>toh unhone kaha ke hamein is se nipatna hai, strictly is ko hamein crush karna hai, waghera. toh mein yeh sochne laga ke white collar crime toh bohat dinon se chal raha hai,</w:t>
      </w:r>
    </w:p>
    <w:p>
      <w:pPr>
        <w:jc w:val="right"/>
      </w:pPr>
      <w:r>
        <w:t>تو انہوں نے کہا کہ ہمیں اس سے ڈپٹنا ہے، اسٹرکٹلی اس کو ہمیں کرش کرنا ہے، وغیرہ۔ تو میں یہ سوچنے لگا کہ وائٹ کالر کرائم تو بہت دنوں سے چل رہا ہے،</w:t>
      </w:r>
    </w:p>
    <w:p>
      <w:r>
        <w:rPr>
          <w:b/>
        </w:rPr>
        <w:t xml:space="preserve">[02:41] </w:t>
      </w:r>
      <w:r>
        <w:t>aur terrorism bhi bohat dinon se chal raha hai. toh aaj kal daily hum sunte hain media mein ke hamein terrorism ko khatam karna hai, white collar crime ko khatam karna hai.</w:t>
      </w:r>
    </w:p>
    <w:p>
      <w:pPr>
        <w:jc w:val="right"/>
      </w:pPr>
      <w:r>
        <w:t>اور ٹیررزم بھی بہت دنوں سے چل رہا ہے۔ تو آج کل ڈیلی ہم سنتے ہیں میڈیا میں کہ ہمیں ٹیررزم کو ختم کرنا ہے، وائٹ کالر کرائم کو ختم کرنا ہے۔</w:t>
      </w:r>
    </w:p>
    <w:p>
      <w:r>
        <w:rPr>
          <w:b/>
        </w:rPr>
        <w:t xml:space="preserve">[02:55] </w:t>
      </w:r>
      <w:r>
        <w:t>toh mera mind yeh hai ke mein hamesha—root cause pe jata hoon, mein result ko dekhta hoon. toh mein ne socha ke yeh—yeh toh bohat dinon se ho raha hai.</w:t>
      </w:r>
    </w:p>
    <w:p>
      <w:pPr>
        <w:jc w:val="right"/>
      </w:pPr>
      <w:r>
        <w:t>تو میرا مائنڈ یہ ہے کہ میں ہمیشہ رز— روٹ کاز پہ جاتا ہوں، میں رزلٹ کو دیکھتا ہوں۔ تو میں نے سوچا کہ یہ— یہ تو بہت دنوں سے ہو رہا ہے۔</w:t>
      </w:r>
    </w:p>
    <w:p>
      <w:r>
        <w:rPr>
          <w:b/>
        </w:rPr>
        <w:t xml:space="preserve">[03:11] </w:t>
      </w:r>
      <w:r>
        <w:t>kitni sari states, kitni sari hukumatain, kitni sari international agencies lagi hui hain, tab phir bhi kyun khatam nahi hua woh?</w:t>
      </w:r>
    </w:p>
    <w:p>
      <w:pPr>
        <w:jc w:val="right"/>
      </w:pPr>
      <w:r>
        <w:t>کتنی ساری اسٹیٹس، کتنی ساری حکومتیں، کتنی ساری انٹرنیشنل ایجنسیز لگی ہوئی ہیں، تب پھر بھی کیوں ختم نہیں ہوا وہ؟</w:t>
      </w:r>
    </w:p>
    <w:p>
      <w:r>
        <w:rPr>
          <w:b/>
        </w:rPr>
        <w:t xml:space="preserve">[03:24] </w:t>
      </w:r>
      <w:r>
        <w:t>phir bhi kyon khatm nahin hua?</w:t>
      </w:r>
    </w:p>
    <w:p>
      <w:pPr>
        <w:jc w:val="right"/>
      </w:pPr>
      <w:r>
        <w:t>پھر بھی کیوں ختم نہیں ہوا؟</w:t>
      </w:r>
    </w:p>
    <w:p>
      <w:r>
        <w:rPr>
          <w:b/>
        </w:rPr>
        <w:t xml:space="preserve">[03:28] </w:t>
      </w:r>
      <w:r>
        <w:t>to dekhiye, yahan par lack of effort ka problem nahin hai, lack of result of effort ka problem hai.</w:t>
      </w:r>
    </w:p>
    <w:p>
      <w:pPr>
        <w:jc w:val="right"/>
      </w:pPr>
      <w:r>
        <w:t>تو دیکھیے، یہاں پر لیک آف ایفرٹ کا پرابلم نہیں ہے، لیک آف رزلٹ آف ایفرٹ کا پرابلم ہے۔</w:t>
      </w:r>
    </w:p>
    <w:p>
      <w:r>
        <w:rPr>
          <w:b/>
        </w:rPr>
        <w:t xml:space="preserve">[03:41] </w:t>
      </w:r>
      <w:r>
        <w:t>yani koshishen to bohat huin, ab aur kya hoga? kyunke kuch ho chuka hai, main nahin samajhta kuch zyada kuch ho sakta hai.</w:t>
      </w:r>
    </w:p>
    <w:p>
      <w:pPr>
        <w:jc w:val="right"/>
      </w:pPr>
      <w:r>
        <w:t>یعنی کوششیں تو بہت ہوئیں، اب اور کیا ہوگا؟ کیونکہ کچھ ہو چکا ہے، میں نہیں سمجھتا کچھ زیادہ کچھ ہو سکتا ہے۔</w:t>
      </w:r>
    </w:p>
    <w:p>
      <w:r>
        <w:rPr>
          <w:b/>
        </w:rPr>
        <w:t xml:space="preserve">[03:51] </w:t>
      </w:r>
      <w:r>
        <w:t>sab kuch koshish ki ja chuki hai, bohat baray baray level par.</w:t>
      </w:r>
    </w:p>
    <w:p>
      <w:pPr>
        <w:jc w:val="right"/>
      </w:pPr>
      <w:r>
        <w:t>سب کچھ کوشش کی جا چکی ہے، بہت بڑے بڑے لیول پر۔</w:t>
      </w:r>
    </w:p>
    <w:p>
      <w:r>
        <w:rPr>
          <w:b/>
        </w:rPr>
        <w:t xml:space="preserve">[03:57] </w:t>
      </w:r>
      <w:r>
        <w:t>phir bhi result nahin nikla. phir bhi terrorism khatm nahin hua. phir bhi white collar crime khatm nahin hua. to ab sochne ki baat yeh hai ke kyon yeh chala ja raha hai, kyon hum is ko crush nahin kar paate?</w:t>
      </w:r>
    </w:p>
    <w:p>
      <w:pPr>
        <w:jc w:val="right"/>
      </w:pPr>
      <w:r>
        <w:t>پھر بھی رزلٹ نہیں نکلا۔ پھر بھی ٹیررزم ختم نہیں ہوا۔ پھر بھی وائٹ کالر کرائم ختم نہیں ہوا۔ تو اب سوچنے کی بات یہ ہے کہ کیوں یہ چلا جا رہا ہے، کیوں ہم اس کو کرش نہیں کر پاتے؟</w:t>
      </w:r>
    </w:p>
    <w:p>
      <w:r>
        <w:rPr>
          <w:b/>
        </w:rPr>
        <w:t xml:space="preserve">[04:15] </w:t>
      </w:r>
      <w:r>
        <w:t>to main samajhta hoon ke yeh bohat deep rooted devil hai yeh. bohat zyada deep rooted devil hai.</w:t>
      </w:r>
    </w:p>
    <w:p>
      <w:pPr>
        <w:jc w:val="right"/>
      </w:pPr>
      <w:r>
        <w:t>تو میں سمجھتا ہوں کہ یہ بہت ڈیپ روٹڈ ڈیول ہے یہ۔ بہت زیادہ ڈیپ روٹڈ ڈیول ہے۔</w:t>
      </w:r>
    </w:p>
    <w:p>
      <w:r>
        <w:rPr>
          <w:b/>
        </w:rPr>
        <w:t xml:space="preserve">[04:24] </w:t>
      </w:r>
      <w:r>
        <w:t>is ki jar bohat gehrai tak jati hai.</w:t>
      </w:r>
    </w:p>
    <w:p>
      <w:pPr>
        <w:jc w:val="right"/>
      </w:pPr>
      <w:r>
        <w:t>اس کی جڑ بہت گہرائی تک جاتی ہے۔</w:t>
      </w:r>
    </w:p>
    <w:p>
      <w:r>
        <w:rPr>
          <w:b/>
        </w:rPr>
        <w:t xml:space="preserve">[04:28] </w:t>
      </w:r>
      <w:r>
        <w:t>ab dekhiye, jo white collar crime jo hai us ko sochiye aap. aur jo terrorism hai us ko bhi sochiye. yeh log jo hain, yeh ghareeb log nahin hote.</w:t>
      </w:r>
    </w:p>
    <w:p>
      <w:pPr>
        <w:jc w:val="right"/>
      </w:pPr>
      <w:r>
        <w:t>اب دیکھیے، جو وائٹ کالر کرائم جو ہے اس کو سوچیے آپ۔ اور جو ٹیررزم ہے اس کو بھی سوچیے۔ یہ لوگ جو ہیں، یہ غریب لوگ نہیں ہوتے۔</w:t>
      </w:r>
    </w:p>
    <w:p>
      <w:r>
        <w:rPr>
          <w:b/>
        </w:rPr>
        <w:t xml:space="preserve">[04:41] </w:t>
      </w:r>
      <w:r>
        <w:t>aap ne media mein dekha hoga ke yeh parhay likhay hote hain, yeh educated log hote hain. aur in ke paas paisa bhi hota hai.</w:t>
      </w:r>
    </w:p>
    <w:p>
      <w:pPr>
        <w:jc w:val="right"/>
      </w:pPr>
      <w:r>
        <w:t>آپ نے میڈیا میں دیکھا ہوگا کہ یہ پڑھے لکھے ہوتے ہیں، یہ ایجوکیٹڈ لوگ ہوتے ہیں۔ اور ان کے پاس پیسہ بھی ہوتا ہے۔</w:t>
      </w:r>
    </w:p>
    <w:p>
      <w:r>
        <w:rPr>
          <w:b/>
        </w:rPr>
        <w:t xml:space="preserve">[04:50] </w:t>
      </w:r>
      <w:r>
        <w:t>phir bhi yeh sari baatein karte hain.</w:t>
      </w:r>
    </w:p>
    <w:p>
      <w:pPr>
        <w:jc w:val="right"/>
      </w:pPr>
      <w:r>
        <w:t>پھر بھی یہ ساری باتیں کرتے ہیں۔</w:t>
      </w:r>
    </w:p>
    <w:p>
      <w:r>
        <w:rPr>
          <w:b/>
        </w:rPr>
        <w:t xml:space="preserve">[04:56] </w:t>
      </w:r>
      <w:r>
        <w:t>to is se aap is baat ko samajh sakte hain ke aisi cheez hai "dissatisfaction". yani sab kuch pa kar ke bhi satisfaction na milna.</w:t>
      </w:r>
    </w:p>
    <w:p>
      <w:pPr>
        <w:jc w:val="right"/>
      </w:pPr>
      <w:r>
        <w:t>تو اس سے آپ اس بات کو سمجھ سکتے ہیں کہ ایسی چیز ہے "ڈس سیٹسفیکشن"۔ یعنی سب کچھ پا کر کے بھی سیٹسفیکشن نہ ملنا۔</w:t>
      </w:r>
    </w:p>
    <w:p>
      <w:r>
        <w:rPr>
          <w:b/>
        </w:rPr>
        <w:t xml:space="preserve">[05:09] </w:t>
      </w:r>
      <w:r>
        <w:t>in logon ke paas paisa hai, in logon ke paas political power hai, in logon ke paas sab kuch hai.</w:t>
      </w:r>
    </w:p>
    <w:p>
      <w:pPr>
        <w:jc w:val="right"/>
      </w:pPr>
      <w:r>
        <w:t>ان لوگوں کے پاس پیسہ ہے، ان لوگوں کے پاس پولیٹیکل پاور ہے، ان لوگوں کے پاس سب کچھ ہے۔</w:t>
      </w:r>
    </w:p>
    <w:p>
      <w:r>
        <w:rPr>
          <w:b/>
        </w:rPr>
        <w:t xml:space="preserve">[05:21] </w:t>
      </w:r>
      <w:r>
        <w:t>lekin</w:t>
      </w:r>
    </w:p>
    <w:p>
      <w:pPr>
        <w:jc w:val="right"/>
      </w:pPr>
      <w:r>
        <w:t>لیکن</w:t>
      </w:r>
    </w:p>
    <w:p>
      <w:r>
        <w:rPr>
          <w:b/>
        </w:rPr>
        <w:t xml:space="preserve">[05:24] </w:t>
      </w:r>
      <w:r>
        <w:t>yeh out of dis— out of dissatisfaction yeh sara kaam ho raha hai. aise nahin ke inhein koi zaroorat hai is ki.</w:t>
      </w:r>
    </w:p>
    <w:p>
      <w:pPr>
        <w:jc w:val="right"/>
      </w:pPr>
      <w:r>
        <w:t>یہ آؤٹ آف ڈس— آؤٹ آف ڈس سیٹسفیکشن یہ سارا کام ہو رہا ہے۔ ایسے نہیں کہ انہیں کوئی ضرورت ہے اس کی۔</w:t>
      </w:r>
    </w:p>
    <w:p>
      <w:r>
        <w:rPr>
          <w:b/>
        </w:rPr>
        <w:t xml:space="preserve">[05:34] </w:t>
      </w:r>
      <w:r>
        <w:t>zaroorat to in ki poori ho chuki hai.</w:t>
      </w:r>
    </w:p>
    <w:p>
      <w:pPr>
        <w:jc w:val="right"/>
      </w:pPr>
      <w:r>
        <w:t>ضرورت تو ان کی پوری ہو چکی ہے۔</w:t>
      </w:r>
    </w:p>
    <w:p>
      <w:r>
        <w:rPr>
          <w:b/>
        </w:rPr>
        <w:t xml:space="preserve">[05:39] </w:t>
      </w:r>
      <w:r>
        <w:t>is ko sochte hue mujhe aik bohat hi zyada bari baat samajh aayi</w:t>
      </w:r>
    </w:p>
    <w:p>
      <w:pPr>
        <w:jc w:val="right"/>
      </w:pPr>
      <w:r>
        <w:t>اس کو سوچتے ہوئے مجھے ایک بہت ہی زیادہ بڑی بات سمجھ آئی</w:t>
      </w:r>
    </w:p>
    <w:p>
      <w:r>
        <w:rPr>
          <w:b/>
        </w:rPr>
        <w:t xml:space="preserve">[05:44] </w:t>
      </w:r>
      <w:r>
        <w:t>۔ to main ne aaj ka jo title rakha "right man at wrong place". yani is duniya mein insan apne aap ko aik aisi jagah pata hai jahan us ki desire poori nahin hoti.</w:t>
      </w:r>
    </w:p>
    <w:p>
      <w:pPr>
        <w:jc w:val="right"/>
      </w:pPr>
      <w:r>
        <w:t>۔ تو میں نے آج کا جو ٹائٹل رکھا "رائٹ مین ایٹ رونگ پلیس"۔ یعنی اس دنیا میں انسان اپنے آپ کو ایک ایسی جگہ پاتا ہے جہاں اس کی ڈیزائر پوری نہیں ہوتی۔</w:t>
      </w:r>
    </w:p>
    <w:p>
      <w:r>
        <w:rPr>
          <w:b/>
        </w:rPr>
        <w:t xml:space="preserve">[06:08] </w:t>
      </w:r>
      <w:r>
        <w:t>insan ke paas itna acha mind hai, itni achi body hai, itni sari desires hain. lekin kuch bhi paaye aadmi, political power mil jaye, fame mil jaye, paisa mil jaye, lekin us ka dissatisfaction khatm nahin hota.</w:t>
      </w:r>
    </w:p>
    <w:p>
      <w:pPr>
        <w:jc w:val="right"/>
      </w:pPr>
      <w:r>
        <w:t>انسان کے پاس اتنا اچھا مائنڈ ہے، اتنی اچھی باڈی ہے، اتنی ساری ڈیزائرز ہیں۔ لیکن کچھ بھی پائے آدمی، پولیٹیکل پاور مل جائے، فیم مل جائے، پیسہ مل جائے، لیکن اس کا ڈس سیٹسفیکشن ختم نہیں ہوتا۔</w:t>
      </w:r>
    </w:p>
    <w:p>
      <w:r>
        <w:rPr>
          <w:b/>
        </w:rPr>
        <w:t xml:space="preserve">[06:27] </w:t>
      </w:r>
      <w:r>
        <w:t>yeh hai sara muamla. wohi jo hai dissatisfaction, wohi yeh sab kaam karvata hai.</w:t>
      </w:r>
    </w:p>
    <w:p>
      <w:pPr>
        <w:jc w:val="right"/>
      </w:pPr>
      <w:r>
        <w:t>یہ ہے سارا معاملہ۔ وہی جو ہے ڈس سیٹسفیکشن، وہی یہ سب کام کرواتا ہے۔</w:t>
      </w:r>
    </w:p>
    <w:p>
      <w:r>
        <w:rPr>
          <w:b/>
        </w:rPr>
        <w:t xml:space="preserve">[06:37] </w:t>
      </w:r>
      <w:r>
        <w:t>to is ka raaz kya hai? is ka raaz jo hai</w:t>
      </w:r>
    </w:p>
    <w:p>
      <w:pPr>
        <w:jc w:val="right"/>
      </w:pPr>
      <w:r>
        <w:t>تو اس کا راز کیا ہے؟ اس کا راز جو ہے</w:t>
      </w:r>
    </w:p>
    <w:p>
      <w:r>
        <w:rPr>
          <w:b/>
        </w:rPr>
        <w:t xml:space="preserve">[06:44] </w:t>
      </w:r>
      <w:r>
        <w:t>quran ke study se main ne paya hai yeh baat ke yeh duniya jo Khuda ne banai hai, yahan par insan ke liye limited way mein satisfaction ka saman hai.</w:t>
      </w:r>
    </w:p>
    <w:p>
      <w:pPr>
        <w:jc w:val="right"/>
      </w:pPr>
      <w:r>
        <w:t>قرآن کے اسٹڈی سے میں نے پایا ہے یہ بات کہ یہ دنیا جو خدا نے بنائی ہے، یہاں پر انسان کے لیے لمیٹڈ وے میں سیٹسفیکشن کا سامان ہے۔</w:t>
      </w:r>
    </w:p>
    <w:p>
      <w:r>
        <w:rPr>
          <w:b/>
        </w:rPr>
        <w:t xml:space="preserve">[07:00] </w:t>
      </w:r>
      <w:r>
        <w:t>wa al-zaytun wa al-tur al-sinin wa ahdan balad al-amin laqad halaqna al-insana fi ahsani taqwim thumma radadnahu asfala al-safilin is ka matlab main yeh samjha hoon ke insan ko Khuda ne banaya bohat hi aala qualities ke sath.</w:t>
      </w:r>
    </w:p>
    <w:p>
      <w:pPr>
        <w:jc w:val="right"/>
      </w:pPr>
      <w:r>
        <w:t>وَتِّينَ بَالزَّيْتُونِ وَتُورِ السِّينِينِ وَعَهَدًا بَلَدِ الْأَمِينِ لَقَدْ خَلَقْنَا الْإِنْسَانَ فِي أَحْسَنِ تَقْوِيمٍ ثُمَّ رَضَدْنَاهُ عَسْفَلَ السَّافِرِينَ اس کا مطلب میں یہ سمجھا ہوں کہ انسان کو خدا نے بنایا بہت ہی اعلیٰ کوالٹیز کے ساتھ۔</w:t>
      </w:r>
    </w:p>
    <w:p>
      <w:r>
        <w:rPr>
          <w:b/>
        </w:rPr>
        <w:t xml:space="preserve">[07:22] </w:t>
      </w:r>
      <w:r>
        <w:t>lekin jis duniya mein is ko rakha hai, wahan par us ki us ko fulfillment nahin milta.</w:t>
      </w:r>
    </w:p>
    <w:p>
      <w:pPr>
        <w:jc w:val="right"/>
      </w:pPr>
      <w:r>
        <w:t>لیکن جس دنیا میں اس کو رکھا ہے، وہاں پر اس کی اس کو فلفلمنٹ نہیں ملتا۔</w:t>
      </w:r>
    </w:p>
    <w:p>
      <w:r>
        <w:rPr>
          <w:b/>
        </w:rPr>
        <w:t xml:space="preserve">[07:32] </w:t>
      </w:r>
      <w:r>
        <w:t>to aik taraf is ka intellectual capacity hai, woh to unlimited hai. aur doosri taraf jo physical world hai, us mein is ko rehna parta hai.</w:t>
      </w:r>
    </w:p>
    <w:p>
      <w:pPr>
        <w:jc w:val="right"/>
      </w:pPr>
      <w:r>
        <w:t>تو ایک طرف اس کا انٹلیکچول کیپیسٹی ہے، وہ تو ان لمیٹڈ ہے۔ اور دوسری طرف جو فزیکل ورلڈ ہے، اس میں اس کو رہنا پڑتا ہے۔</w:t>
      </w:r>
    </w:p>
    <w:p>
      <w:r>
        <w:rPr>
          <w:b/>
        </w:rPr>
        <w:t xml:space="preserve">[07:44] </w:t>
      </w:r>
      <w:r>
        <w:t>wahan par har cheez limited hai. unlimited satisfaction nahin pata is duniya mein aadmi.</w:t>
      </w:r>
    </w:p>
    <w:p>
      <w:pPr>
        <w:jc w:val="right"/>
      </w:pPr>
      <w:r>
        <w:t>وہاں پر ہر چیز لمیٹڈ ہے۔ ان لمیٹڈ سیٹسفیکشن نہیں پاتا اس دنیا میں آدمی۔</w:t>
      </w:r>
    </w:p>
    <w:p>
      <w:r>
        <w:rPr>
          <w:b/>
        </w:rPr>
        <w:t xml:space="preserve">[07:55] </w:t>
      </w:r>
      <w:r>
        <w:t>This generates frustration, disappointment. Yeh hai problem.</w:t>
      </w:r>
    </w:p>
    <w:p>
      <w:pPr>
        <w:jc w:val="right"/>
      </w:pPr>
      <w:r>
        <w:t>This generates frustration, disappointment. یہ ہے پرابلم۔</w:t>
      </w:r>
    </w:p>
    <w:p>
      <w:r>
        <w:rPr>
          <w:b/>
        </w:rPr>
        <w:t xml:space="preserve">[08:06] </w:t>
      </w:r>
      <w:r>
        <w:t>aap dekhen to poori history is mein involve hai. poori poori history. yahan tak ke jo pehla insan hai, first man yaani Adam, wohin se yeh story shuru hoti hai.</w:t>
      </w:r>
    </w:p>
    <w:p>
      <w:pPr>
        <w:jc w:val="right"/>
      </w:pPr>
      <w:r>
        <w:t>آپ دیکھیں تو پوری ہسٹری اس میں انوالو ہے۔ پوری پوری ہسٹری۔ یہاں تک کہ جو پہلا انسان ہے، فرسٹ مین یعنی آدم، وہیں سے یہ سٹوری شروع ہوتی ہے۔</w:t>
      </w:r>
    </w:p>
    <w:p>
      <w:r>
        <w:rPr>
          <w:b/>
        </w:rPr>
        <w:t xml:space="preserve">[08:22] </w:t>
      </w:r>
      <w:r>
        <w:t>yeh jo kahani hai, yeh first man se shuru hoti hai. woh kis tarah? aap jante hain ke Khuda ne jab pehla insan banaya, jis ko hum Adam kehte hain, to us ko jannat mein basaya.</w:t>
      </w:r>
    </w:p>
    <w:p>
      <w:pPr>
        <w:jc w:val="right"/>
      </w:pPr>
      <w:r>
        <w:t>یہ جو کہانی ہے، یہ فرسٹ مین سے شروع ہوتی ہے۔ وہ کس طرح؟ آپ جانتے ہیں کہ خدا نے جب پہلا انسان بنایا، جس کو ہم آدم کہتے ہیں، تو اس کو جنت میں بسایا۔</w:t>
      </w:r>
    </w:p>
    <w:p>
      <w:r>
        <w:rPr>
          <w:b/>
        </w:rPr>
        <w:t xml:space="preserve">[08:41] </w:t>
      </w:r>
      <w:r>
        <w:t>saath saath yeh kaha ke wahan par ek tree tha, ek darakht tha.</w:t>
      </w:r>
    </w:p>
    <w:p>
      <w:pPr>
        <w:jc w:val="right"/>
      </w:pPr>
      <w:r>
        <w:t>ساتھ ساتھ یہ کہا کہ وہاں پر ایک ٹری تھا، ایک درخت تھا۔</w:t>
      </w:r>
    </w:p>
    <w:p>
      <w:r>
        <w:rPr>
          <w:b/>
        </w:rPr>
        <w:t xml:space="preserve">[08:48] </w:t>
      </w:r>
      <w:r>
        <w:t>woh tha "forbidden tree". yaani shajar ممنوعہ.</w:t>
      </w:r>
    </w:p>
    <w:p>
      <w:pPr>
        <w:jc w:val="right"/>
      </w:pPr>
      <w:r>
        <w:t>وہ تھا "فاربیڈن ٹری"۔ یعنی شجر ممنوعہ۔</w:t>
      </w:r>
    </w:p>
    <w:p>
      <w:r>
        <w:rPr>
          <w:b/>
        </w:rPr>
        <w:t xml:space="preserve">[08:54] </w:t>
      </w:r>
      <w:r>
        <w:t>to Khuda ne kaha ke tum yahan par azaad ho. lekin is "forbidden tree" ko tumhein mana kar diya gaya hai.</w:t>
      </w:r>
    </w:p>
    <w:p>
      <w:pPr>
        <w:jc w:val="right"/>
      </w:pPr>
      <w:r>
        <w:t>تو خدا نے کہا کہ تم یہاں پر آزاد ہو۔ لیکن اس "فاربیڈن ٹری" کو تمہیں منع کر دیا گیا ہے۔</w:t>
      </w:r>
    </w:p>
    <w:p>
      <w:r>
        <w:rPr>
          <w:b/>
        </w:rPr>
        <w:t xml:space="preserve">[09:04] </w:t>
      </w:r>
      <w:r>
        <w:t>don't approach to this tree. ab shaitan ne, shaitan ki reach Adam tak thi.</w:t>
      </w:r>
    </w:p>
    <w:p>
      <w:pPr>
        <w:jc w:val="right"/>
      </w:pPr>
      <w:r>
        <w:t>Don't approach to this tree. اب شیطان نے، شیطان کی ریچ آدم تک تھی۔</w:t>
      </w:r>
    </w:p>
    <w:p>
      <w:r>
        <w:rPr>
          <w:b/>
        </w:rPr>
        <w:t xml:space="preserve">[09:13] </w:t>
      </w:r>
      <w:r>
        <w:t>to shaitan ne kaha, kaha Adam ko. bar bar is ko kaha, bar bar is ke dil mein dala. ke yeh jo roka hai Khuda ne tum ko, to yeh roka hai kis liye?</w:t>
      </w:r>
    </w:p>
    <w:p>
      <w:pPr>
        <w:jc w:val="right"/>
      </w:pPr>
      <w:r>
        <w:t>تو شیطان نے کہا، کہا آدم کو۔ بار بار اس کو کہا، بار بار اس کے دل میں ڈالا۔ کہ یہ جو روکا ہے خدا نے تم کو، تو یہ روکا ہے کس لیے؟</w:t>
      </w:r>
    </w:p>
    <w:p>
      <w:r>
        <w:rPr>
          <w:b/>
        </w:rPr>
        <w:t xml:space="preserve">[09:28] </w:t>
      </w:r>
      <w:r>
        <w:t>quran mein aata hai ke ya Adam hal adulluka ala shaitil khuldi wa mulkil lahi yablaghu</w:t>
      </w:r>
    </w:p>
    <w:p>
      <w:pPr>
        <w:jc w:val="right"/>
      </w:pPr>
      <w:r>
        <w:t>قرآن میں آتا ہے کہ يَا آَدَمُ هَلْ أَدُلُّكَ عَلَى شَيْطِ الْخُلْدِ وَمُلْكِ اللَّهِ يَبْلَغُ</w:t>
      </w:r>
    </w:p>
    <w:p>
      <w:r>
        <w:rPr>
          <w:b/>
        </w:rPr>
        <w:t xml:space="preserve">[09:38] </w:t>
      </w:r>
      <w:r>
        <w:t>yeh jo darakht hai, yeh to bohat bari cheez hai. yeh eternity ka darakht hai.</w:t>
      </w:r>
    </w:p>
    <w:p>
      <w:pPr>
        <w:jc w:val="right"/>
      </w:pPr>
      <w:r>
        <w:t>یہ جو درخت ہے، یہ تو بہت بڑی چیز ہے۔ یہ ایٹرنیٹی کا درخت ہے۔</w:t>
      </w:r>
    </w:p>
    <w:p>
      <w:r>
        <w:rPr>
          <w:b/>
        </w:rPr>
        <w:t xml:space="preserve">[09:47] </w:t>
      </w:r>
      <w:r>
        <w:t>aur yeh abadi iqtadar ka darakht hai. to yeh ayat jo hai quran ki, yeh hai surah number, chapter twenty, verse one twenty.</w:t>
      </w:r>
    </w:p>
    <w:p>
      <w:pPr>
        <w:jc w:val="right"/>
      </w:pPr>
      <w:r>
        <w:t>اور یہ ابدی اقتدار کا درخت ہے۔ تو یہ آیت جو ہے قرآن کی، یہ ہے سورہ نمبر، چیپٹر ٹوئنٹی، ورس ون ٹوئنٹی۔</w:t>
      </w:r>
    </w:p>
    <w:p>
      <w:r>
        <w:rPr>
          <w:b/>
        </w:rPr>
        <w:t xml:space="preserve">[10:01] </w:t>
      </w:r>
      <w:r>
        <w:t>twenty, one hundred twenty.</w:t>
      </w:r>
    </w:p>
    <w:p>
      <w:pPr>
        <w:jc w:val="right"/>
      </w:pPr>
      <w:r>
        <w:t>ٹوئنٹی، ون ہنڈرڈ ٹوئنٹی۔</w:t>
      </w:r>
    </w:p>
    <w:p>
      <w:r>
        <w:rPr>
          <w:b/>
        </w:rPr>
        <w:t xml:space="preserve">[10:06] </w:t>
      </w:r>
      <w:r>
        <w:t>to</w:t>
      </w:r>
    </w:p>
    <w:p>
      <w:pPr>
        <w:jc w:val="right"/>
      </w:pPr>
      <w:r>
        <w:t>تو</w:t>
      </w:r>
    </w:p>
    <w:p>
      <w:r>
        <w:rPr>
          <w:b/>
        </w:rPr>
        <w:t xml:space="preserve">[10:07] </w:t>
      </w:r>
      <w:r>
        <w:t>is ayat ka translation yeh hai ke o Adam, shall I lead you to the tree of eternity and to a kingdom that never declines?</w:t>
      </w:r>
    </w:p>
    <w:p>
      <w:pPr>
        <w:jc w:val="right"/>
      </w:pPr>
      <w:r>
        <w:t>اس آیت کا ٹرانسلیشن یہ ہے کہ O Adam, shall I lead you to the tree of eternity and to a kingdom that never declines?</w:t>
      </w:r>
    </w:p>
    <w:p>
      <w:r>
        <w:rPr>
          <w:b/>
        </w:rPr>
        <w:t xml:space="preserve">[10:32] </w:t>
      </w:r>
      <w:r>
        <w:t>yeh is ne kaha.</w:t>
      </w:r>
    </w:p>
    <w:p>
      <w:pPr>
        <w:jc w:val="right"/>
      </w:pPr>
      <w:r>
        <w:t>یہ اس نے کہا۔</w:t>
      </w:r>
    </w:p>
    <w:p>
      <w:r>
        <w:rPr>
          <w:b/>
        </w:rPr>
        <w:t xml:space="preserve">[10:34] </w:t>
      </w:r>
      <w:r>
        <w:t>to Adam ko dikhai diya ke abhi jo mujhe mila hua hai, woh to yaani woh hai kam hai. aur agar main darakht ka phal kha loon to mujhe zyada mil jayega.</w:t>
      </w:r>
    </w:p>
    <w:p>
      <w:pPr>
        <w:jc w:val="right"/>
      </w:pPr>
      <w:r>
        <w:t>تو آدم کو دکھائی دیا کہ ابھی جو مجھے ملا ہوا ہے، وہ تو یعنی وہ ہے کم ہے۔ اور اگر میں درخت کا پھل کھا لوں تو مجھے زیادہ مل جائے گا۔</w:t>
      </w:r>
    </w:p>
    <w:p>
      <w:r>
        <w:rPr>
          <w:b/>
        </w:rPr>
        <w:t xml:space="preserve">[10:49] </w:t>
      </w:r>
      <w:r>
        <w:t>unhon ne aisa kiya. aur is ke baad kya hua? ke woh paradise se nikal diye gaye. aur hum sab paida hue, yaani nasal chali, nasal chali, nasal chali.</w:t>
      </w:r>
    </w:p>
    <w:p>
      <w:pPr>
        <w:jc w:val="right"/>
      </w:pPr>
      <w:r>
        <w:t>انہوں نے ایسا کیا۔ اور اس کے بعد کیا ہوا؟ کہ وہ پیراڈائز سے نکال دیے گئے۔ اور ہم سب پیدا ہوئے، یعنی نسل چلی، نسل چلی، نسل چلی۔</w:t>
      </w:r>
    </w:p>
    <w:p>
      <w:r>
        <w:rPr>
          <w:b/>
        </w:rPr>
        <w:t xml:space="preserve">[11:01] </w:t>
      </w:r>
      <w:r>
        <w:t>isi ka hum sab log un ke bete aur betiyan hain. to yeh kya hai?</w:t>
      </w:r>
    </w:p>
    <w:p>
      <w:pPr>
        <w:jc w:val="right"/>
      </w:pPr>
      <w:r>
        <w:t>اسی کا ہم سب لوگ ان کے بیٹے اور بیٹیاں ہیں۔ تو یہ کیا ہے؟</w:t>
      </w:r>
    </w:p>
    <w:p>
      <w:r>
        <w:rPr>
          <w:b/>
        </w:rPr>
        <w:t xml:space="preserve">[11:11] </w:t>
      </w:r>
      <w:r>
        <w:t>is ko samjhiye, ek bohat hi important baat hai. yeh bohat important baat hai.</w:t>
      </w:r>
    </w:p>
    <w:p>
      <w:pPr>
        <w:jc w:val="right"/>
      </w:pPr>
      <w:r>
        <w:t>اس کو سمجھیے، ایک بہت ہی امپورٹنٹ بات ہے۔ یہ بہت امپورٹنٹ بات ہے۔</w:t>
      </w:r>
    </w:p>
    <w:p>
      <w:r>
        <w:rPr>
          <w:b/>
        </w:rPr>
        <w:t xml:space="preserve">[11:20] </w:t>
      </w:r>
      <w:r>
        <w:t>aur main yeh kahunga ke poori history mein yeh ho raha hai.</w:t>
      </w:r>
    </w:p>
    <w:p>
      <w:pPr>
        <w:jc w:val="right"/>
      </w:pPr>
      <w:r>
        <w:t>اور میں یہ کہوں گا کہ پوری ہسٹری میں یہ ہو رہا ہے۔</w:t>
      </w:r>
    </w:p>
    <w:p>
      <w:r>
        <w:rPr>
          <w:b/>
        </w:rPr>
        <w:t xml:space="preserve">[11:28] </w:t>
      </w:r>
      <w:r>
        <w:t>aap dekhiye ke jo Greek philosophers the, Socrates aur Plato aur Aristotle, to us waqt Greece mein ek bohat achi government thi.</w:t>
      </w:r>
    </w:p>
    <w:p>
      <w:pPr>
        <w:jc w:val="right"/>
      </w:pPr>
      <w:r>
        <w:t>آپ دیکھیے کہ جو گریک فلاسفرز تھے، ساکریٹیز اور پلیٹو اور ارسٹوٹل، تو اس وقت گریس میں ایک بہت اچھی گورنمنٹ تھی۔</w:t>
      </w:r>
    </w:p>
    <w:p>
      <w:r>
        <w:rPr>
          <w:b/>
        </w:rPr>
        <w:t xml:space="preserve">[11:41] </w:t>
      </w:r>
      <w:r>
        <w:t>sab kuch unhein khane peene ko mil raha tha. unhon ne kya socha? ideal state. kyunke jo mila hua tha, woh un ko lagta tha less than ideal.</w:t>
      </w:r>
    </w:p>
    <w:p>
      <w:pPr>
        <w:jc w:val="right"/>
      </w:pPr>
      <w:r>
        <w:t>سب کچھ انہیں کھانے پینے کو مل رہا تھا۔ انہوں نے کیا سوچا؟ آئیڈیل اسٹیٹ۔ کیونکہ جو ملا ہوا تھا، وہ ان کو لگتا تھا لیس دین آئیڈیل۔</w:t>
      </w:r>
    </w:p>
    <w:p>
      <w:r>
        <w:rPr>
          <w:b/>
        </w:rPr>
        <w:t xml:space="preserve">[11:53] </w:t>
      </w:r>
      <w:r>
        <w:t>ideal state ke liye unhon ne koshish ki.</w:t>
      </w:r>
    </w:p>
    <w:p>
      <w:pPr>
        <w:jc w:val="right"/>
      </w:pPr>
      <w:r>
        <w:t>آئیڈیل اسٹیٹ کے لیے انہوں نے کوشش کی۔</w:t>
      </w:r>
    </w:p>
    <w:p>
      <w:r>
        <w:rPr>
          <w:b/>
        </w:rPr>
        <w:t xml:space="preserve">[11:56] </w:t>
      </w:r>
      <w:r>
        <w:t>lekin kya hua result? complete failure. aur teeno yeh philosopher jo the, woh death hui un ki despair mein.</w:t>
      </w:r>
    </w:p>
    <w:p>
      <w:pPr>
        <w:jc w:val="right"/>
      </w:pPr>
      <w:r>
        <w:t>لیکن کیا ہوا رزلٹ؟ کمپلیٹ فیلئیر۔ اور تینوں یہ فلاسفر جو تھے، وہ ڈیتھ ہوئی ان کی ڈسپیئر میں۔</w:t>
      </w:r>
    </w:p>
    <w:p>
      <w:r>
        <w:rPr>
          <w:b/>
        </w:rPr>
        <w:t xml:space="preserve">[12:09] </w:t>
      </w:r>
      <w:r>
        <w:t>is ke baad bohat se aur log paida hue. jaise Bertrand Russell aur kai log. yeh sab ka jo dream tha, kya?</w:t>
      </w:r>
    </w:p>
    <w:p>
      <w:pPr>
        <w:jc w:val="right"/>
      </w:pPr>
      <w:r>
        <w:t>اس کے بعد بہت سے اور لوگ پیدا ہوئے۔ جیسے بارٹن رسل اور کئی لوگ۔ یہ سب کا جو ڈریم تھا، کیا؟</w:t>
      </w:r>
    </w:p>
    <w:p>
      <w:r>
        <w:rPr>
          <w:b/>
        </w:rPr>
        <w:t xml:space="preserve">[12:19] </w:t>
      </w:r>
      <w:r>
        <w:t>bartan rasal, karl marks aur russo aur bohat sari log. in ka dream tha ideal state, ideal society, ideal system.</w:t>
      </w:r>
    </w:p>
    <w:p>
      <w:pPr>
        <w:jc w:val="right"/>
      </w:pPr>
      <w:r>
        <w:t>بارٹن رسل، کارل مارکس اور روسو اور بہت سارے لوگ۔ ان کا ڈریم تھا آئیڈیل اسٹیٹ، آئیڈیل سوسائٹی، آئیڈیل سسٹم۔</w:t>
      </w:r>
    </w:p>
    <w:p>
      <w:r>
        <w:rPr>
          <w:b/>
        </w:rPr>
        <w:t xml:space="preserve">[12:31] </w:t>
      </w:r>
      <w:r>
        <w:t>lekin kisi ko kisi ka dream jo hai poora nahi hua. sab ke sab mare frustration mein.</w:t>
      </w:r>
    </w:p>
    <w:p>
      <w:pPr>
        <w:jc w:val="right"/>
      </w:pPr>
      <w:r>
        <w:t>لیکن کسی کو کسی کا ڈریم جو ہے پورا نہیں ہوا۔ سب کے سب مرے فرسٹریشن میں۔</w:t>
      </w:r>
    </w:p>
    <w:p>
      <w:r>
        <w:rPr>
          <w:b/>
        </w:rPr>
        <w:t xml:space="preserve">[12:42] </w:t>
      </w:r>
      <w:r>
        <w:t>hamare india mein lord karzan thay, jahan viceroy thay. aur viceroy jo hai, rashtrapati bhawan ka raja ho kar rehta tha. ab kitni bari un ki position thi.</w:t>
      </w:r>
    </w:p>
    <w:p>
      <w:pPr>
        <w:jc w:val="right"/>
      </w:pPr>
      <w:r>
        <w:t>ہمارے انڈیا میں لارڈ کارزن تھے، جہاں وائسرائے تھے۔ اور وائسرائے جو ہے، راشپتی بھون کا راجہ ہو کر رہتا تھا۔ اب کتنی بڑی ان کی پوزیشن تھی۔</w:t>
      </w:r>
    </w:p>
    <w:p>
      <w:r>
        <w:rPr>
          <w:b/>
        </w:rPr>
        <w:t xml:space="preserve">[12:54] </w:t>
      </w:r>
      <w:r>
        <w:t>lekin unhon ne phir bhi woh satisfaction nahi hua. kyon? woh chahte thay ke main britain ka prime minister ban jaon.</w:t>
      </w:r>
    </w:p>
    <w:p>
      <w:pPr>
        <w:jc w:val="right"/>
      </w:pPr>
      <w:r>
        <w:t>لیکن انہوں نے پھر بھی وہ سیٹسفیکشن نہیں ہوا۔ کیوں؟ وہ چاہتے تھے کہ میں برٹن کا پرائم منسٹر بن جاؤں۔</w:t>
      </w:r>
    </w:p>
    <w:p>
      <w:r>
        <w:rPr>
          <w:b/>
        </w:rPr>
        <w:t xml:space="preserve">[13:03] </w:t>
      </w:r>
      <w:r>
        <w:t>ab woh gaye wahan par to prime minister nahi ban sake. to aap parhiye un ke halaat. ke bohat hi despair mein mare, frustration mein mare.</w:t>
      </w:r>
    </w:p>
    <w:p>
      <w:pPr>
        <w:jc w:val="right"/>
      </w:pPr>
      <w:r>
        <w:t>اب وہ گئے وہاں پر تو پرائم منسٹر نہیں بن سکے۔ تو آپ پڑھیے ان کے حالات۔ کہ بہت ہی ڈسپیئر میں مرے، فرسٹریشن میں مرے۔</w:t>
      </w:r>
    </w:p>
    <w:p>
      <w:r>
        <w:rPr>
          <w:b/>
        </w:rPr>
        <w:t xml:space="preserve">[13:12] </w:t>
      </w:r>
      <w:r>
        <w:t>yani itni bari cheez pa kar ke bhi unhein maut aayi un ki despair mein.</w:t>
      </w:r>
    </w:p>
    <w:p>
      <w:pPr>
        <w:jc w:val="right"/>
      </w:pPr>
      <w:r>
        <w:t>یعنی اتنی بڑی چیز پا کر کے بھی انہیں موت آئی ان کی ڈسپیئر میں۔</w:t>
      </w:r>
    </w:p>
    <w:p>
      <w:r>
        <w:rPr>
          <w:b/>
        </w:rPr>
        <w:t xml:space="preserve">[13:20] </w:t>
      </w:r>
      <w:r>
        <w:t>kyon ke har cheez unhein lagti thi less than ideal. aur ideal milta nahi tha. to bohat se logon ka yahi hal hua.</w:t>
      </w:r>
    </w:p>
    <w:p>
      <w:pPr>
        <w:jc w:val="right"/>
      </w:pPr>
      <w:r>
        <w:t>کیونکہ ہر چیز انہیں لگتی تھی لیس دین آئیڈیل۔ اور آئیڈیل ملتا نہیں تھا۔ تو بہت سے لوگوں کا یہی حال ہوا۔</w:t>
      </w:r>
    </w:p>
    <w:p>
      <w:r>
        <w:rPr>
          <w:b/>
        </w:rPr>
        <w:t xml:space="preserve">[13:30] </w:t>
      </w:r>
      <w:r>
        <w:t>robert quister dekhiye, is ne suicide kar liya hai. is ke pas sab kuch tha, lekin suicide kar liya. charlie chaplin ke pas sab kuch tha.</w:t>
      </w:r>
    </w:p>
    <w:p>
      <w:pPr>
        <w:jc w:val="right"/>
      </w:pPr>
      <w:r>
        <w:t>رابرٹ کوئسٹر دیکھیے، اس نے سوسائیڈ کر لیا ہے۔ اس کے پاس سب کچھ تھا، لیکن سوسائیڈ کر لیا۔ چارلی چیپلن کے پاس سب کچھ تھا۔</w:t>
      </w:r>
    </w:p>
    <w:p>
      <w:r>
        <w:rPr>
          <w:b/>
        </w:rPr>
        <w:t xml:space="preserve">[13:39] </w:t>
      </w:r>
      <w:r>
        <w:t>logon ko hansata tha woh.</w:t>
      </w:r>
    </w:p>
    <w:p>
      <w:pPr>
        <w:jc w:val="right"/>
      </w:pPr>
      <w:r>
        <w:t>لوگوں کو ہنساتا تھا وہ۔</w:t>
      </w:r>
    </w:p>
    <w:p>
      <w:r>
        <w:rPr>
          <w:b/>
        </w:rPr>
        <w:t xml:space="preserve">[13:41] </w:t>
      </w:r>
      <w:r>
        <w:t>bohat bara ghar tha is ke, thirty seven acre mein. aur million million dollar is ke pas tha. sab kuch tha. lekin doosron ko hansata tha, khud rota tha.</w:t>
      </w:r>
    </w:p>
    <w:p>
      <w:pPr>
        <w:jc w:val="right"/>
      </w:pPr>
      <w:r>
        <w:t>بہت بڑا گھر تھا اس کے، تھرٹی سیون ایکڑ میں۔ اور ملین ملین ڈالر اس کے پاس تھا۔ سب کچھ تھا۔ لیکن دوسروں کو ہنساتا تھا، خود روتا تھا۔</w:t>
      </w:r>
    </w:p>
    <w:p>
      <w:r>
        <w:rPr>
          <w:b/>
        </w:rPr>
        <w:t xml:space="preserve">[13:55] </w:t>
      </w:r>
      <w:r>
        <w:t>is ne kaha ke I like to walk in rain so that no one can see my tears in my eye.</w:t>
      </w:r>
    </w:p>
    <w:p>
      <w:pPr>
        <w:jc w:val="right"/>
      </w:pPr>
      <w:r>
        <w:t>اس نے کہا کہ I like to walk in rain so that no one can see my tears in my eye.</w:t>
      </w:r>
    </w:p>
    <w:p>
      <w:r>
        <w:rPr>
          <w:b/>
        </w:rPr>
        <w:t xml:space="preserve">[14:06] </w:t>
      </w:r>
      <w:r>
        <w:t>to sab ka, kisi ek admi ke nahi hai.</w:t>
      </w:r>
    </w:p>
    <w:p>
      <w:pPr>
        <w:jc w:val="right"/>
      </w:pPr>
      <w:r>
        <w:t>تو سب کا، کسی ایک آدمی کے نہیں ہے۔</w:t>
      </w:r>
    </w:p>
    <w:p>
      <w:r>
        <w:rPr>
          <w:b/>
        </w:rPr>
        <w:t xml:space="preserve">[14:10] </w:t>
      </w:r>
      <w:r>
        <w:t>poori poori history mein yahi hua hai. walasridnal insanu ala fihi khusrun yani poori poori history ke baray mein quran kehta hai. poori poori history ke baray mein.</w:t>
      </w:r>
    </w:p>
    <w:p>
      <w:pPr>
        <w:jc w:val="right"/>
      </w:pPr>
      <w:r>
        <w:t>پوری پوری ہسٹری میں یہی ہوا ہے۔ وَلَاسْرِدْنَ الْإِنْسَانَ عَلَى فِيهِ خُسْرٍ یعنی پوری پوری ہسٹری کے بارے میں قرآن کہتا ہے۔ پوری پوری ہسٹری کے بارے میں۔</w:t>
      </w:r>
    </w:p>
    <w:p>
      <w:r>
        <w:rPr>
          <w:b/>
        </w:rPr>
        <w:t xml:space="preserve">[14:23] </w:t>
      </w:r>
      <w:r>
        <w:t>History is a witness that man is in loss.</w:t>
      </w:r>
    </w:p>
    <w:p>
      <w:pPr>
        <w:jc w:val="right"/>
      </w:pPr>
      <w:r>
        <w:t>History is a witness that man is in loss.</w:t>
      </w:r>
    </w:p>
    <w:p>
      <w:r>
        <w:rPr>
          <w:b/>
        </w:rPr>
        <w:t xml:space="preserve">[14:27] </w:t>
      </w:r>
      <w:r>
        <w:t>poori poori history, chahe woh king hon, chahe woh wild log hon, chahe jin ko bari bari fame mili hui ho, aakhir kar woh marte hain frustration mein, tension mein jeete hain, stress mein jeete hain.</w:t>
      </w:r>
    </w:p>
    <w:p>
      <w:pPr>
        <w:jc w:val="right"/>
      </w:pPr>
      <w:r>
        <w:t>پوری پوری ہسٹری، چاہے وہ کنگ ہوں، چاہے وہ ولدی لوگ ہوں، چاہے جن کو بڑی بڑی فیم ملی ہوئی ہو، آخر کار وہ مرتے ہیں فرسٹریشن میں، ٹینشن میں جیتے ہیں، اسٹریس میں جیتے ہیں۔</w:t>
      </w:r>
    </w:p>
    <w:p>
      <w:r>
        <w:rPr>
          <w:b/>
        </w:rPr>
        <w:t xml:space="preserve">[14:42] </w:t>
      </w:r>
      <w:r>
        <w:t>aur bohat hi buri maut aati hai. yeh sab kyon hai? yeh sab hai creation plan of god ko na samajhna.</w:t>
      </w:r>
    </w:p>
    <w:p>
      <w:pPr>
        <w:jc w:val="right"/>
      </w:pPr>
      <w:r>
        <w:t>اور بہت ہی بری موت آتی ہے۔ یہ سب کیوں ہے؟ یہ سب ہے کریشن پلان آف گاڈ کو نہ سمجھنا۔</w:t>
      </w:r>
    </w:p>
    <w:p>
      <w:r>
        <w:rPr>
          <w:b/>
        </w:rPr>
        <w:t xml:space="preserve">[14:58] </w:t>
      </w:r>
      <w:r>
        <w:t>creation plan of god ko na samajhna. dekhiye, khuda ne insan ko do cheezon ke beech mein rakha hai. ek hai aap ka mind, jis ke andar unlimited capacity hai think karne ki.</w:t>
      </w:r>
    </w:p>
    <w:p>
      <w:pPr>
        <w:jc w:val="right"/>
      </w:pPr>
      <w:r>
        <w:t>کریشن پلان آف گاڈ کو نہ سمجھنا۔ دیکھیے، خدا نے انسان کو دو چیزوں کے بیچ میں رکھا ہے۔ ایک ہے آپ کا مائنڈ، جس کے اندر ان لمیٹڈ کیپیسٹی ہے تھنک کرنے کی۔</w:t>
      </w:r>
    </w:p>
    <w:p>
      <w:r>
        <w:rPr>
          <w:b/>
        </w:rPr>
        <w:t xml:space="preserve">[15:15] </w:t>
      </w:r>
      <w:r>
        <w:t>mind ke andar think karne ki, sochne ki jo capacity hai, unlimited hai. lekin yeh duniya jis mein hum rehte hain, yahan har cheez jo hai woh limited hai.</w:t>
      </w:r>
    </w:p>
    <w:p>
      <w:pPr>
        <w:jc w:val="right"/>
      </w:pPr>
      <w:r>
        <w:t>مائنڈ کے اندر تھنک کرنے کی، سوچنے کی جو کیپیسٹی ہے، ان لمیٹڈ ہے۔ لیکن یہ دنیا جس میں ہم رہتے ہیں، یہاں ہر چیز جو ہے وہ لمیٹڈ ہے۔</w:t>
      </w:r>
    </w:p>
    <w:p>
      <w:r>
        <w:rPr>
          <w:b/>
        </w:rPr>
        <w:t xml:space="preserve">[15:29] </w:t>
      </w:r>
      <w:r>
        <w:t>to</w:t>
      </w:r>
    </w:p>
    <w:p>
      <w:pPr>
        <w:jc w:val="right"/>
      </w:pPr>
      <w:r>
        <w:t>تو</w:t>
      </w:r>
    </w:p>
    <w:p>
      <w:r>
        <w:rPr>
          <w:b/>
        </w:rPr>
        <w:t xml:space="preserve">[15:30] </w:t>
      </w:r>
      <w:r>
        <w:t>hota kya hai ke insan jo hai, mind ke jo andar ek arz hai, arz. ke unlimited way mein apni fulfillment, woh arz hai.</w:t>
      </w:r>
    </w:p>
    <w:p>
      <w:pPr>
        <w:jc w:val="right"/>
      </w:pPr>
      <w:r>
        <w:t>ہوتا کیا ہے کہ انسان جو ہے، مائنڈ کے جو اندر ایک عرض ہے، عرض۔ کہ ان لمیٹڈ وے میں اپنی فلفلمنٹ، وہ عرض ہے۔</w:t>
      </w:r>
    </w:p>
    <w:p>
      <w:r>
        <w:rPr>
          <w:b/>
        </w:rPr>
        <w:t xml:space="preserve">[15:42] </w:t>
      </w:r>
      <w:r>
        <w:t>woh kahan chahta hai pana? woh physical world mein. to physical world mein to limitations hain. to kaise payega woh?</w:t>
      </w:r>
    </w:p>
    <w:p>
      <w:pPr>
        <w:jc w:val="right"/>
      </w:pPr>
      <w:r>
        <w:t>وہ کہاں چاہتا ہے پانا؟ وہ فزیکل ورلڈ میں۔ تو فزیکل ورلڈ میں تو لیمیٹیشنز ہیں۔ تو کیسے پائے گا وہ؟</w:t>
      </w:r>
    </w:p>
    <w:p>
      <w:r>
        <w:rPr>
          <w:b/>
        </w:rPr>
        <w:t xml:space="preserve">[15:53] </w:t>
      </w:r>
      <w:r>
        <w:t>to khuda ka jo creation plan hai, woh is ke mutabiq kiya karna hai?</w:t>
      </w:r>
    </w:p>
    <w:p>
      <w:pPr>
        <w:jc w:val="right"/>
      </w:pPr>
      <w:r>
        <w:t>تو خدا کا جو کریشن پلان ہے، وہ اس کے مطابق کیا کرنا ہے؟</w:t>
      </w:r>
    </w:p>
    <w:p>
      <w:r>
        <w:rPr>
          <w:b/>
        </w:rPr>
        <w:t xml:space="preserve">[15:58] </w:t>
      </w:r>
      <w:r>
        <w:t>aap ko yeh janna chahiye ke mind ki jo capacity hai think karne ki, wahan sab kuch aap pa sakte hain unlimited way mein.</w:t>
      </w:r>
    </w:p>
    <w:p>
      <w:pPr>
        <w:jc w:val="right"/>
      </w:pPr>
      <w:r>
        <w:t>آپ کو یہ جاننا چاہیے کہ مائنڈ کی جو کیپیسٹی ہے تھنک کرنے کی، وہاں سب کچھ آپ پا سکتے ہیں ان لمیٹڈ وے میں۔</w:t>
      </w:r>
    </w:p>
    <w:p>
      <w:r>
        <w:rPr>
          <w:b/>
        </w:rPr>
        <w:t xml:space="preserve">[16:10] </w:t>
      </w:r>
      <w:r>
        <w:t>yani thinking ki capacity unlimited hai. aap zindagi bhar apne intellectual development kijiye. apni thinking capacity ko barhaiye.</w:t>
      </w:r>
    </w:p>
    <w:p>
      <w:pPr>
        <w:jc w:val="right"/>
      </w:pPr>
      <w:r>
        <w:t>یعنی تھنکنگ کی کیپیسٹی ان لمیٹڈ ہے۔ آپ زندگی بھر اپنے انٹلیکچوئل ڈیولپمنٹ کیجیے۔ اپنی تھنکنگ کیپیسٹی کو بڑھائیے۔</w:t>
      </w:r>
    </w:p>
    <w:p>
      <w:r>
        <w:rPr>
          <w:b/>
        </w:rPr>
        <w:t xml:space="preserve">[16:20] </w:t>
      </w:r>
      <w:r>
        <w:t>kahin koi limit nahi aayegi.</w:t>
      </w:r>
    </w:p>
    <w:p>
      <w:pPr>
        <w:jc w:val="right"/>
      </w:pPr>
      <w:r>
        <w:t>کہیں کوئی لمٹ نہیں آئے گی۔</w:t>
      </w:r>
    </w:p>
    <w:p>
      <w:r>
        <w:rPr>
          <w:b/>
        </w:rPr>
        <w:t xml:space="preserve">[16:23] </w:t>
      </w:r>
      <w:r>
        <w:t>lekin jab aap physical world mein is ko translate karna chahenge apni arz ko, to bar bar limit aayegi. bar bar limit aayegi.</w:t>
      </w:r>
    </w:p>
    <w:p>
      <w:pPr>
        <w:jc w:val="right"/>
      </w:pPr>
      <w:r>
        <w:t>لیکن جب آپ فزیکل ورلڈ میں اس کو ٹرانسلیٹ کرنا چاہیں گے اپنی عرض کو، تو بار بار لمٹ آئے گی۔ بار بار لمٹ آئے گی۔</w:t>
      </w:r>
    </w:p>
    <w:p>
      <w:r>
        <w:rPr>
          <w:b/>
        </w:rPr>
        <w:t xml:space="preserve">[16:34] </w:t>
      </w:r>
      <w:r>
        <w:t>jaisa ke maine arz kiya tha pichhli bar ke main kashmir mein ek bar gaya to wahan bohat hi achha chashma tha jo upar himalaya pahad se aa raha tha.</w:t>
      </w:r>
    </w:p>
    <w:p>
      <w:pPr>
        <w:jc w:val="right"/>
      </w:pPr>
      <w:r>
        <w:t>جیسا کہ میں نے عرض کیا تھا پچھلی بار کہ میں کشمیر میں ایک بار گیا تو وہاں بہت ہی اچھا چشمہ تھا جو اوپر ہمالیہ پہاڑ سے آ رہا تھا۔</w:t>
      </w:r>
    </w:p>
    <w:p>
      <w:r>
        <w:rPr>
          <w:b/>
        </w:rPr>
        <w:t xml:space="preserve">[16:45] </w:t>
      </w:r>
      <w:r>
        <w:t>bohat achha pani tha is ka. to maine ek glass pani liya peene ke liye. bada achha laga, bohat achha.</w:t>
      </w:r>
    </w:p>
    <w:p>
      <w:pPr>
        <w:jc w:val="right"/>
      </w:pPr>
      <w:r>
        <w:t>بہت اچھا پانی تھا اس کا۔ تو میں نے ایک گلاس پانی لیا پینے کے لیے۔ بڑا اچھا لگا، بہت اچھا۔</w:t>
      </w:r>
    </w:p>
    <w:p>
      <w:r>
        <w:rPr>
          <w:b/>
        </w:rPr>
        <w:t xml:space="preserve">[16:51] </w:t>
      </w:r>
      <w:r>
        <w:t>jo drink hain, un sab se achha. to main ek ke baad do, teen, chhe glass pi gaya. aur is ke baad sir mein bohat hi zyada dard hua.</w:t>
      </w:r>
    </w:p>
    <w:p>
      <w:pPr>
        <w:jc w:val="right"/>
      </w:pPr>
      <w:r>
        <w:t>جو ڈرنک ہیں، ان سب سے اچھا۔ تو میں ایک کے بعد دو، تین، چھ گلاس پی گیا۔ اور اس کے بعد سر میں بہت ہی زیادہ درد ہوا۔</w:t>
      </w:r>
    </w:p>
    <w:p>
      <w:r>
        <w:rPr>
          <w:b/>
        </w:rPr>
        <w:t xml:space="preserve">[17:01] </w:t>
      </w:r>
      <w:r>
        <w:t>itna dard hua ke main sham ka khana bhi nahin kha saka main. kahin mujhe dinner par jana tha. to yeh ek chhoti si misaal hai. to buniyadi baat kya hui?</w:t>
      </w:r>
    </w:p>
    <w:p>
      <w:pPr>
        <w:jc w:val="right"/>
      </w:pPr>
      <w:r>
        <w:t>اتنا درد ہوا کہ میں شام کا کھانا بھی نہیں کھا سکا میں۔ کہیں مجھے ڈنر پر جانا تھا۔ تو یہ ایک چھوٹی سی مثال ہے۔ تو بنیادی بات کیا ہوئی؟</w:t>
      </w:r>
    </w:p>
    <w:p>
      <w:r>
        <w:rPr>
          <w:b/>
        </w:rPr>
        <w:t xml:space="preserve">[17:14] </w:t>
      </w:r>
      <w:r>
        <w:t>ke aap khuda ki scheme ko samhiye.</w:t>
      </w:r>
    </w:p>
    <w:p>
      <w:pPr>
        <w:jc w:val="right"/>
      </w:pPr>
      <w:r>
        <w:t>کہ آپ خدا کی اسکیم کو سمجھیے۔</w:t>
      </w:r>
    </w:p>
    <w:p>
      <w:r>
        <w:rPr>
          <w:b/>
        </w:rPr>
        <w:t xml:space="preserve">[17:18] </w:t>
      </w:r>
      <w:r>
        <w:t>aap ke andar jo arz hai, us ki aap ko</w:t>
      </w:r>
    </w:p>
    <w:p>
      <w:pPr>
        <w:jc w:val="right"/>
      </w:pPr>
      <w:r>
        <w:t>آپ کے اندر جو عرض ہے، اس کی آپ کو</w:t>
      </w:r>
    </w:p>
    <w:p>
      <w:r>
        <w:rPr>
          <w:b/>
        </w:rPr>
        <w:t xml:space="preserve">[17:24] </w:t>
      </w:r>
      <w:r>
        <w:t>taskeen milegi. thinking process chalaiye aap apne mind mein. apne mind ki capacity ko istemal kijiye.</w:t>
      </w:r>
    </w:p>
    <w:p>
      <w:pPr>
        <w:jc w:val="right"/>
      </w:pPr>
      <w:r>
        <w:t>تسکین ملے گی۔ تھنکنگ پراسیس چلائیے آپ اپنے مائنڈ میں۔ اپنے مائنڈ کیپیسٹی کو استعمال کیجیے۔</w:t>
      </w:r>
    </w:p>
    <w:p>
      <w:r>
        <w:rPr>
          <w:b/>
        </w:rPr>
        <w:t xml:space="preserve">[17:34] </w:t>
      </w:r>
      <w:r>
        <w:t>to kahin limit nahin aayegi. unlimited capacity hai mind mein. aur world of jo world of fact hai, woh bhi unlimited hai.</w:t>
      </w:r>
    </w:p>
    <w:p>
      <w:pPr>
        <w:jc w:val="right"/>
      </w:pPr>
      <w:r>
        <w:t>تو کہیں لمٹ نہیں آئے گی۔ ان لمیٹڈ کیپیسٹی ہے مائنڈ میں۔ اور ورلڈ آف جو ورلڈ آف فیکٹ ہے، وہ بھی ان لمیٹڈ ہے۔</w:t>
      </w:r>
    </w:p>
    <w:p>
      <w:r>
        <w:rPr>
          <w:b/>
        </w:rPr>
        <w:t xml:space="preserve">[17:45] </w:t>
      </w:r>
      <w:r>
        <w:t>aap ka mind jo hai, us ka jo thinking capacity hai, woh kahan work karta hai? world of fact mein. world of fact jo hai, woh unlimited hai.</w:t>
      </w:r>
    </w:p>
    <w:p>
      <w:pPr>
        <w:jc w:val="right"/>
      </w:pPr>
      <w:r>
        <w:t>آپ کا مائنڈ جو ہے، اس کا جو تھنکنگ کیپیسٹی ہے، وہ کہاں ورک کرتا ہے؟ ورلڈ آف فیکٹ میں۔ ورلڈ آف فیکٹ جو ہے، وہ ان لمیٹڈ ہے۔</w:t>
      </w:r>
    </w:p>
    <w:p>
      <w:r>
        <w:rPr>
          <w:b/>
        </w:rPr>
        <w:t xml:space="preserve">[17:55] </w:t>
      </w:r>
      <w:r>
        <w:t>sochte rahiye. God ke bare mein sochte rahiye. God ka jo creation, jo God ki jo glory hai creation mein, us ko sochte rahiye.</w:t>
      </w:r>
    </w:p>
    <w:p>
      <w:pPr>
        <w:jc w:val="right"/>
      </w:pPr>
      <w:r>
        <w:t>سوچتے رہیے۔ گاڈ کے بارے میں سوچتے رہیے۔ گاڈ کا جو کریشن، جو گاڈ کی جو گلیری ہے کریشن میں، اس کو سوچتے رہیے۔</w:t>
      </w:r>
    </w:p>
    <w:p>
      <w:r>
        <w:rPr>
          <w:b/>
        </w:rPr>
        <w:t xml:space="preserve">[18:09] </w:t>
      </w:r>
      <w:r>
        <w:t>to intellectual development mein hamein apni is arz ko lagana</w:t>
      </w:r>
    </w:p>
    <w:p>
      <w:pPr>
        <w:jc w:val="right"/>
      </w:pPr>
      <w:r>
        <w:t>تو انٹلیکچوئل ڈیولپمنٹ میں ہمیں اپنی اس عرض کو لگانا</w:t>
      </w:r>
    </w:p>
    <w:p>
      <w:r>
        <w:rPr>
          <w:b/>
        </w:rPr>
        <w:t xml:space="preserve">[18:13] </w:t>
      </w:r>
      <w:r>
        <w:t>hai. lekin hum kya karte hain? ke physical world mein taskeen dhoondhne lagte hain. achha khana, achha kapda, achhe ghar, aur car, aur yeh aur woh duniya bhar ki cheezein.</w:t>
      </w:r>
    </w:p>
    <w:p>
      <w:pPr>
        <w:jc w:val="right"/>
      </w:pPr>
      <w:r>
        <w:t>ہے۔ لیکن ہم کیا کرتے ہیں؟ کہ فزیکل ورلڈ میں تسکین ڈھونڈنے لگتے ہیں۔ اچھا کھانا، اچھا کپڑا، اچھے گھر، اور کار، اور یہ اور وہ دنیا بھر کی چیزیں۔</w:t>
      </w:r>
    </w:p>
    <w:p>
      <w:r>
        <w:rPr>
          <w:b/>
        </w:rPr>
        <w:t xml:space="preserve">[18:27] </w:t>
      </w:r>
      <w:r>
        <w:t>to woh to hum ko kabhi bhi taskeen nahin dengi. to fulfillment milega aap ko intellectual development mein. physical enjoyment mein fulfillment nahin hai.</w:t>
      </w:r>
    </w:p>
    <w:p>
      <w:pPr>
        <w:jc w:val="right"/>
      </w:pPr>
      <w:r>
        <w:t>تو وہ تو ہم کو کبھی بھی تسکین نہیں دیں گی۔ تو فلفلمنٹ ملے گا آپ کو انٹلیکچوئل ڈیولپمنٹ میں۔ فزیکل انجوائے منٹ میں فلفلمنٹ نہیں ہے۔</w:t>
      </w:r>
    </w:p>
    <w:p>
      <w:r>
        <w:rPr>
          <w:b/>
        </w:rPr>
        <w:t xml:space="preserve">[18:38] </w:t>
      </w:r>
      <w:r>
        <w:t>aap dekh lijiye kisi bhi shakhs ko. jo physical world mein enjoy karna chahta ho, woh kabhi bhi khush nahin hoga andar se woh.</w:t>
      </w:r>
    </w:p>
    <w:p>
      <w:pPr>
        <w:jc w:val="right"/>
      </w:pPr>
      <w:r>
        <w:t>آپ دیکھ لیجیے کسی بھی شخص کو۔ جو فزیکل ورلڈ میں انجوائے کرنا چاہتا ہو، وہ کبھی بھی خوش نہیں ہوگا اندر سے وہ۔</w:t>
      </w:r>
    </w:p>
    <w:p>
      <w:r>
        <w:rPr>
          <w:b/>
        </w:rPr>
        <w:t xml:space="preserve">[18:48] </w:t>
      </w:r>
      <w:r>
        <w:t>woh tension mein hoga, stress mein hoga, despair mein hoga. woh marega to frustration mein marega woh. without any exception, main sab ke bare mein yeh kehta hoon.</w:t>
      </w:r>
    </w:p>
    <w:p>
      <w:pPr>
        <w:jc w:val="right"/>
      </w:pPr>
      <w:r>
        <w:t>وہ ٹینشن میں ہوگا، اسٹریس میں ہوگا، ڈسپیئر میں ہوگا۔ وہ مرے گا تو فرسٹریشن میں مرے گا وہ۔ ودا آؤٹ اینی ایکسیپشن، میں سب کے بارے میں یہ کہتا ہوں۔</w:t>
      </w:r>
    </w:p>
    <w:p>
      <w:r>
        <w:rPr>
          <w:b/>
        </w:rPr>
        <w:t xml:space="preserve">[18:59] </w:t>
      </w:r>
      <w:r>
        <w:t>without any exception. main bohat se logon ki kahaniyan bata chuka hoon aap logon ke samne.</w:t>
      </w:r>
    </w:p>
    <w:p>
      <w:pPr>
        <w:jc w:val="right"/>
      </w:pPr>
      <w:r>
        <w:t>ودا آؤٹ اینی ایکسیپشن۔ میں بہت سے لوگوں کی کہانیاں بتا چکا ہوں آپ لوگوں کے سامنے۔</w:t>
      </w:r>
    </w:p>
    <w:p>
      <w:r>
        <w:rPr>
          <w:b/>
        </w:rPr>
        <w:t xml:space="preserve">[19:09] </w:t>
      </w:r>
      <w:r>
        <w:t>abhi maine aap ko pichhli bar bataya tha ke internet mein nikala gaya top ke logon ki maut ke bare mein. to char sau do top ke log, jo paisa tha, fame thi, woh mare kahan?</w:t>
      </w:r>
    </w:p>
    <w:p>
      <w:pPr>
        <w:jc w:val="right"/>
      </w:pPr>
      <w:r>
        <w:t>ابھی میں نے آپ کو پچھلی بار بتایا تھا کہ انٹرنیٹ میں نکالا گیا ٹاپ کے لوگوں کی موت کے بارے میں۔ تو چار سو دو ٹاپ کے لوگ، جو پیسہ تھا، فیم تھی، وہ مرے کہاں؟</w:t>
      </w:r>
    </w:p>
    <w:p>
      <w:r>
        <w:rPr>
          <w:b/>
        </w:rPr>
        <w:t xml:space="preserve">[19:22] </w:t>
      </w:r>
      <w:r>
        <w:t>frustration mein. maine bataya tha aap ko. sab ka haal hai. woh saare log jinka formula yeh hai ke Right here, right now yani khoob enjoy karo physical world mein.</w:t>
      </w:r>
    </w:p>
    <w:p>
      <w:pPr>
        <w:jc w:val="right"/>
      </w:pPr>
      <w:r>
        <w:t>فرسٹریشن میں۔ میں نے بتایا تھا آپ کو۔ سب کا حال ہے۔ وہ سارے لوگ جن کا فارمولا یہ ہے کہ Right here,right now یعنی خوب انجوائے کرو فزیکل ورلڈ میں۔</w:t>
      </w:r>
    </w:p>
    <w:p>
      <w:r>
        <w:rPr>
          <w:b/>
        </w:rPr>
        <w:t xml:space="preserve">[19:40] </w:t>
      </w:r>
      <w:r>
        <w:t>un ke liye kya ho? anjam un ka hota hai car result. tension mein jeete hain, frustration mein jeete hain. kyun? mind jo chahta hai, unlimited fulfillment.</w:t>
      </w:r>
    </w:p>
    <w:p>
      <w:pPr>
        <w:jc w:val="right"/>
      </w:pPr>
      <w:r>
        <w:t>ان کے لیے کیا ہو؟ انجام ان کا ہوتا ہے کار رزلٹ۔ ٹینشن میں جیتے ہیں، فرسٹریشن میں جیتے ہیں۔ کیوں؟ مائنڈ جو چاہتا ہے، ان لمیٹڈ فلفلمنٹ۔</w:t>
      </w:r>
    </w:p>
    <w:p>
      <w:r>
        <w:rPr>
          <w:b/>
        </w:rPr>
        <w:t xml:space="preserve">[19:52] </w:t>
      </w:r>
      <w:r>
        <w:t>lekin physical world mein milta hai limited fulfillment. jab khuda ne physical world ko banaya hai limited, yeh jo physical world hai, us ko khuda ne jab limited banaya hai to aap unlimited fulfillment kaise pa sakte hain wahan?</w:t>
      </w:r>
    </w:p>
    <w:p>
      <w:pPr>
        <w:jc w:val="right"/>
      </w:pPr>
      <w:r>
        <w:t>لیکن فزیکل ورلڈ میں ملتا ہے لمیٹڈ فلفلمنٹ۔ جب خدا نے فزیکل ورلڈ کو بنایا ہے لمیٹڈ، یہ جو فزیکل ورلڈ ہے، اس کو خدا نے جب لمیٹڈ بنایا ہے تو آپ ان لمیٹڈ فلفلمنٹ کیسے پا سکتے ہیں وہاں؟</w:t>
      </w:r>
    </w:p>
    <w:p>
      <w:r>
        <w:rPr>
          <w:b/>
        </w:rPr>
        <w:t xml:space="preserve">[20:10] </w:t>
      </w:r>
      <w:r>
        <w:t>impossible hai. aap ko ek aur universe create karni padegi jo aap ke bas mein nahin hai. woh to aap ke bas mein nahin hai.</w:t>
      </w:r>
    </w:p>
    <w:p>
      <w:pPr>
        <w:jc w:val="right"/>
      </w:pPr>
      <w:r>
        <w:t>امپاسیبل ہے۔ آپ کو ایک اور یونیورس کریٹ کرنی پڑے گی جو آپ کے بس میں نہیں ہے۔ وہ تو آپ کے بس میں نہیں ہے۔</w:t>
      </w:r>
    </w:p>
    <w:p>
      <w:r>
        <w:rPr>
          <w:b/>
        </w:rPr>
        <w:t xml:space="preserve">[20:21] </w:t>
      </w:r>
      <w:r>
        <w:t>ab dekhiye, is mein ek aur baat samhiye.</w:t>
      </w:r>
    </w:p>
    <w:p>
      <w:pPr>
        <w:jc w:val="right"/>
      </w:pPr>
      <w:r>
        <w:t>اب دیکھیے، اس میں ایک اور بات سمجھیے۔</w:t>
      </w:r>
    </w:p>
    <w:p>
      <w:r>
        <w:rPr>
          <w:b/>
        </w:rPr>
        <w:t xml:space="preserve">[20:26] </w:t>
      </w:r>
      <w:r>
        <w:t>khuda ne duniya ko is liye banaya hi nahin hai ke aap physical entertainment karein. nahin. woh to life ke liye hai, jeene ke liye hai.</w:t>
      </w:r>
    </w:p>
    <w:p>
      <w:pPr>
        <w:jc w:val="right"/>
      </w:pPr>
      <w:r>
        <w:t>خدا نے دنیا کو اس لیے بنایا ہی نہیں ہے کہ آپ فزیکل انٹرٹینمنٹ کریں۔ نہیں۔ وہ تو لیڈ کے لیے ہے، جینے کے لیے ہے۔</w:t>
      </w:r>
    </w:p>
    <w:p>
      <w:r>
        <w:rPr>
          <w:b/>
        </w:rPr>
        <w:t xml:space="preserve">[20:39] </w:t>
      </w:r>
      <w:r>
        <w:t>bas. aap ko banaya hai khuda ne paradise ke liye. yahan to aap ko pachas, saath, sattar saal jeena hai. is ke baad aap ke liye khuda ne banai hai paradise.</w:t>
      </w:r>
    </w:p>
    <w:p>
      <w:pPr>
        <w:jc w:val="right"/>
      </w:pPr>
      <w:r>
        <w:t>بس۔ آپ کو بنایا ہے خدا نے پیراڈائز کے لیے۔ یہاں تو آپ کو پچاس، ساٹھ، ستر سال جینا ہے۔ اس کے بعد آپ کے لیے خدا نے بنائی ہے پیراڈائز۔</w:t>
      </w:r>
    </w:p>
    <w:p>
      <w:r>
        <w:rPr>
          <w:b/>
        </w:rPr>
        <w:t xml:space="preserve">[20:51] </w:t>
      </w:r>
      <w:r>
        <w:t>paradise mein kon jaye ga? paradise unlimited world hai. perfect world hai, ideal world hai. wahan kon jaye ga?</w:t>
      </w:r>
    </w:p>
    <w:p>
      <w:pPr>
        <w:jc w:val="right"/>
      </w:pPr>
      <w:r>
        <w:t>پیراڈائز میں کون جائے گا؟ پیراڈائز ان لمیٹڈ ورلڈ ہے۔ پرفیکٹ ورلڈ ہے، آئیڈیل ورلڈ ہے۔ وہاں کون جائے گا؟</w:t>
      </w:r>
    </w:p>
    <w:p>
      <w:r>
        <w:rPr>
          <w:b/>
        </w:rPr>
        <w:t xml:space="preserve">[21:01] </w:t>
      </w:r>
      <w:r>
        <w:t>woh wahan hi jaye ga jo intellectual development kare apna.</w:t>
      </w:r>
    </w:p>
    <w:p>
      <w:pPr>
        <w:jc w:val="right"/>
      </w:pPr>
      <w:r>
        <w:t>وہ وہاں ہی جائے گا جو انٹلیکچوئل ڈیولپمنٹ کرے اپنا۔</w:t>
      </w:r>
    </w:p>
    <w:p>
      <w:r>
        <w:rPr>
          <w:b/>
        </w:rPr>
        <w:t xml:space="preserve">[21:06] </w:t>
      </w:r>
      <w:r>
        <w:t>jo apne aap ko positive thinker banaye. jo apne andar positive personality paida kare.</w:t>
      </w:r>
    </w:p>
    <w:p>
      <w:pPr>
        <w:jc w:val="right"/>
      </w:pPr>
      <w:r>
        <w:t>جو اپنے آپ کو پازیٹیو تھنکر بنائے۔ جو اپنے اندر پازیٹیو پرسنیلٹی پیدا کرے۔</w:t>
      </w:r>
    </w:p>
    <w:p>
      <w:r>
        <w:rPr>
          <w:b/>
        </w:rPr>
        <w:t xml:space="preserve">[21:14] </w:t>
      </w:r>
      <w:r>
        <w:t>toh jo intellectual development kare, wohi intellectually developed log hi paradise mein basaye jayenge.</w:t>
      </w:r>
    </w:p>
    <w:p>
      <w:pPr>
        <w:jc w:val="right"/>
      </w:pPr>
      <w:r>
        <w:t>تو جو انٹلیکچوئل ڈیولپمنٹ کرے، وہی انٹلیکچوئلی ڈیولپڈ لوگ ہی پیراڈائز میں بسائے جائیں گے۔</w:t>
      </w:r>
    </w:p>
    <w:p>
      <w:r>
        <w:rPr>
          <w:b/>
        </w:rPr>
        <w:t xml:space="preserve">[21:24] </w:t>
      </w:r>
      <w:r>
        <w:t>toh physical world mein aap apne mind ko laga rahe hain. aur wahan par khuda ne banaya hi nahi hai. fulfillment ka saman hi nahi hai.</w:t>
      </w:r>
    </w:p>
    <w:p>
      <w:pPr>
        <w:jc w:val="right"/>
      </w:pPr>
      <w:r>
        <w:t>تو فزیکل ورلڈ میں آپ اپنے مائنڈ کو لگا رہے ہیں۔ اور وہاں پر خدا نے بنایا ہی نہیں ہے۔ فلفلمنٹ کا سامان ہی نہیں ہے۔</w:t>
      </w:r>
    </w:p>
    <w:p>
      <w:r>
        <w:rPr>
          <w:b/>
        </w:rPr>
        <w:t xml:space="preserve">[21:35] </w:t>
      </w:r>
      <w:r>
        <w:t>toh milta hai kya? frustration. aap ko karna hai kahan? intellectual world mein apni is arz ko istemal karna hai.</w:t>
      </w:r>
    </w:p>
    <w:p>
      <w:pPr>
        <w:jc w:val="right"/>
      </w:pPr>
      <w:r>
        <w:t>تو ملتا ہے کیا؟ فرسٹریشن۔ آپ کو کرنا ہے کہاں؟ انٹلیکچوئل ورلڈ میں اپنی اس عرض کو استعمال کرنا ہے۔</w:t>
      </w:r>
    </w:p>
    <w:p>
      <w:r>
        <w:rPr>
          <w:b/>
        </w:rPr>
        <w:t xml:space="preserve">[21:46] </w:t>
      </w:r>
      <w:r>
        <w:t>intellectual development ki koi had nahi hai. jitna hi chahein. isi liye jo log, yaad rakhiye, kisi bhi insan ko aap dekhiye jo physical world ko leta ho bator need ke, n double e d, need,</w:t>
      </w:r>
    </w:p>
    <w:p>
      <w:pPr>
        <w:jc w:val="right"/>
      </w:pPr>
      <w:r>
        <w:t>انٹلیکچوئل ڈیولپمنٹ کی کوئی حد نہیں ہے۔ جتنا ہی چاہیں۔ اسی لیے جو لوگ، یاد رکھیے، کسی بھی انسان کو آپ دیکھیے جو فزیکل ورلڈ کو لیتا ہو بطور نیڈ کے، این ڈبل ای ڈی، نیڈ،</w:t>
      </w:r>
    </w:p>
    <w:p>
      <w:r>
        <w:rPr>
          <w:b/>
        </w:rPr>
        <w:t xml:space="preserve">[22:03] </w:t>
      </w:r>
      <w:r>
        <w:t>aur intellectual development ke maidan mein khoob</w:t>
      </w:r>
    </w:p>
    <w:p>
      <w:pPr>
        <w:jc w:val="right"/>
      </w:pPr>
      <w:r>
        <w:t>اور انٹلیکچوئل ڈیولپمنٹ کے میدان میں خوب</w:t>
      </w:r>
    </w:p>
    <w:p>
      <w:r>
        <w:rPr>
          <w:b/>
        </w:rPr>
        <w:t xml:space="preserve">[22:07] </w:t>
      </w:r>
      <w:r>
        <w:t>aage badhne ki koshish karta ho, yani spiritual development, intellectual development, is mein fulfillment dhoondta ho, is ko aap payenge woh bilkul mutma'in jiye ga.</w:t>
      </w:r>
    </w:p>
    <w:p>
      <w:pPr>
        <w:jc w:val="right"/>
      </w:pPr>
      <w:r>
        <w:t>آگے بڑھنے کی کوشش کرتا ہو، یعنی سپریچول ڈیولپمنٹ، انٹلیکچوئل ڈیولپمنٹ، اس میں فلفلمنٹ ڈھونڈتا ہو، اس کو آپ پائیں گے وہ بالکل مطمئن جیئے گا۔</w:t>
      </w:r>
    </w:p>
    <w:p>
      <w:r>
        <w:rPr>
          <w:b/>
        </w:rPr>
        <w:t xml:space="preserve">[22:20] </w:t>
      </w:r>
      <w:r>
        <w:t>is ko satisfaction hoga. aur yahi woh log hain jin ko kaha gaya hai quran mein an-nafs al-mutma'innah. an-nafs al-mutma'innah.</w:t>
      </w:r>
    </w:p>
    <w:p>
      <w:pPr>
        <w:jc w:val="right"/>
      </w:pPr>
      <w:r>
        <w:t>اس کو سیٹسفیکشن ہوگا۔ اور یہی وہ لوگ ہیں جن کو کہا گیا ہے قرآن میں النفس المطمئنة ۔ النفس المطمئنة ۔</w:t>
      </w:r>
    </w:p>
    <w:p>
      <w:r>
        <w:rPr>
          <w:b/>
        </w:rPr>
        <w:t xml:space="preserve">[22:31] </w:t>
      </w:r>
      <w:r>
        <w:t>satisfied log. wohi jayenge paradise mein. wohi log. ab aap dekhiye ke khuda ke creation plan se deviate karne ka</w:t>
      </w:r>
    </w:p>
    <w:p>
      <w:pPr>
        <w:jc w:val="right"/>
      </w:pPr>
      <w:r>
        <w:t>سیٹسفائیڈ لوگ۔ وہی جائیں گے پیراڈائز میں۔ وہی لوگ۔ اب آپ دیکھیے کہ خدا کے کریشن پلان سے ڈیوی ایٹ کرنے کا</w:t>
      </w:r>
    </w:p>
    <w:p>
      <w:r>
        <w:rPr>
          <w:b/>
        </w:rPr>
        <w:t xml:space="preserve">[22:44] </w:t>
      </w:r>
      <w:r>
        <w:t>nuqsan kya hota hai. is ko samjhiye aap. khuda ka jo creation plan hai, is se jab aadmi deviate karta hai toh is ka bohat bara loss hota hai, bohat zyada bara.</w:t>
      </w:r>
    </w:p>
    <w:p>
      <w:pPr>
        <w:jc w:val="right"/>
      </w:pPr>
      <w:r>
        <w:t>نقصان کیا ہوتا ہے۔ اس کو سمجھیے آپ۔ خدا کا جو کریشن پلان ہے، اس سے جب آدمی ڈیوی ایٹ کرتا ہے تو اس کا بہت بڑا لاس ہوتا ہے، بہت زیادہ بڑا۔</w:t>
      </w:r>
    </w:p>
    <w:p>
      <w:r>
        <w:rPr>
          <w:b/>
        </w:rPr>
        <w:t xml:space="preserve">[22:56] </w:t>
      </w:r>
      <w:r>
        <w:t>mein do cheezon ki taraf aap ko remind karunga. dekhiye, pehla loss toh yeh hai ke aap positive thinking ko kho dete hain.</w:t>
      </w:r>
    </w:p>
    <w:p>
      <w:pPr>
        <w:jc w:val="right"/>
      </w:pPr>
      <w:r>
        <w:t>میں دو چیزوں کی طرف آپ کو ریمائنڈ کروں گا۔ دیکھیے، پہلا لاس تو یہ ہے کہ آپ پازیٹیو تھنکنگ کو کھو دیتے ہیں۔</w:t>
      </w:r>
    </w:p>
    <w:p>
      <w:r>
        <w:rPr>
          <w:b/>
        </w:rPr>
        <w:t xml:space="preserve">[23:12] </w:t>
      </w:r>
      <w:r>
        <w:t>kyun ke jab aap ko bar bar yeh tajurba hoga ke jo mein chahta tha woh mujh ko nahi mila, yani physical world mein aap ne chaha satisfaction, toh physical world mein is ka saman hi nahi tha.</w:t>
      </w:r>
    </w:p>
    <w:p>
      <w:pPr>
        <w:jc w:val="right"/>
      </w:pPr>
      <w:r>
        <w:t>کیونکہ جب آپ کو بار بار یہ تجربہ ہوگا کہ جو میں چاہتا تھا وہ مجھ کو نہیں ملا، یعنی فزیکل ورلڈ میں آپ نے چاہا سیٹسفیکشن، تو فزیکل ورلڈ میں اس کا سامان ہی نہیں تھا۔</w:t>
      </w:r>
    </w:p>
    <w:p>
      <w:r>
        <w:rPr>
          <w:b/>
        </w:rPr>
        <w:t xml:space="preserve">[23:27] </w:t>
      </w:r>
      <w:r>
        <w:t>jaise maine chaha ke woh pani ko khoob zyada piyun, toh meri capacity nahi thi woh peene ki.</w:t>
      </w:r>
    </w:p>
    <w:p>
      <w:pPr>
        <w:jc w:val="right"/>
      </w:pPr>
      <w:r>
        <w:t>جیسے میں نے چاہا کہ وہ پانی کو خوب زیادہ پیوں، تو میری کیپیسٹی نہیں تھی وہ پینے کی۔</w:t>
      </w:r>
    </w:p>
    <w:p>
      <w:r>
        <w:rPr>
          <w:b/>
        </w:rPr>
        <w:t xml:space="preserve">[23:35] </w:t>
      </w:r>
      <w:r>
        <w:t>toh physical world mein maine chaha satisfaction, woh physical world mein satisfaction thi hi nahi. yani according to the creation plan of god, wahan thi nahi.</w:t>
      </w:r>
    </w:p>
    <w:p>
      <w:pPr>
        <w:jc w:val="right"/>
      </w:pPr>
      <w:r>
        <w:t>تو فزیکل ورلڈ میں میں نے چاہا سیٹسفیکشن، وہ فزیکل ورلڈ میں سیٹسفیکشن تھی ہی نہیں۔ یعنی اکارڈنگ ٹو دا کریشن پلانٹ آف گاڈ، وہاں تھی نہیں۔</w:t>
      </w:r>
    </w:p>
    <w:p>
      <w:r>
        <w:rPr>
          <w:b/>
        </w:rPr>
        <w:t xml:space="preserve">[23:47] </w:t>
      </w:r>
      <w:r>
        <w:t>toh milegi bhi nahi hai mujh ko.</w:t>
      </w:r>
    </w:p>
    <w:p>
      <w:pPr>
        <w:jc w:val="right"/>
      </w:pPr>
      <w:r>
        <w:t>تو ملے گی بھی نہیں ہے مجھ کو۔</w:t>
      </w:r>
    </w:p>
    <w:p>
      <w:r>
        <w:rPr>
          <w:b/>
        </w:rPr>
        <w:t xml:space="preserve">[23:53] </w:t>
      </w:r>
      <w:r>
        <w:t>aur jahan khuda ne rakha tha intellectual development, is ko mein ignore karta raha.</w:t>
      </w:r>
    </w:p>
    <w:p>
      <w:pPr>
        <w:jc w:val="right"/>
      </w:pPr>
      <w:r>
        <w:t>اور جہاں خدا نے رکھا تھا انٹلیکچوئل ڈیولپمنٹ، اس کو میں اگنور کیا رہا۔</w:t>
      </w:r>
    </w:p>
    <w:p>
      <w:r>
        <w:rPr>
          <w:b/>
        </w:rPr>
        <w:t xml:space="preserve">[23:59] </w:t>
      </w:r>
      <w:r>
        <w:t>isi liye poori history mein aur aaj bhi dekhiye, jis ko bhi dekhiye, sab mein negative thought, negative thought, negative thought. mein apne experience ke mutabiq keh sakta hoon ke mujhe koi insan mila hi nahi jo negative thought mein na jeeta ho.</w:t>
      </w:r>
    </w:p>
    <w:p>
      <w:pPr>
        <w:jc w:val="right"/>
      </w:pPr>
      <w:r>
        <w:t>اسی لیے پوری ہسٹری میں اور آج بھی دیکھیے، جس کو بھی دیکھیے، سب میں نیگیٹیو تھاٹ، نیگیٹیو تھاٹ، نیگیٹیو تھاٹ۔ میں اپنے ایکسپیرینس کے مطابق کہہ سکتا ہوں کہ مجھے کوئی انسان ملا ہی نہیں جو نیگیٹیو تھاٹ میں نہ جیتا ہو۔</w:t>
      </w:r>
    </w:p>
    <w:p>
      <w:r>
        <w:rPr>
          <w:b/>
        </w:rPr>
        <w:t xml:space="preserve">[24:16] </w:t>
      </w:r>
      <w:r>
        <w:t>maine Europe mein dekha, America mein dekha, jahan log khoob paisa kama rahe hain, achhe achhe ghar banaye hue hain, bari bari gadiyon mein chalte hain, lekin baat kijiye toh negative boli bolenge.</w:t>
      </w:r>
    </w:p>
    <w:p>
      <w:pPr>
        <w:jc w:val="right"/>
      </w:pPr>
      <w:r>
        <w:t>میں نے یورپ میں دیکھا، امریکہ میں دیکھا، جہاں لوگ خوب پیسہ کما رہے ہیں، اچھے اچھے گھر بنائے ہوئے ہیں، بڑی بڑی گاڑیوں میں چلتے ہیں، لیکن بات کیجیے تو نیگیٹیو بولی بولیں گے۔</w:t>
      </w:r>
    </w:p>
    <w:p>
      <w:r>
        <w:rPr>
          <w:b/>
        </w:rPr>
        <w:t xml:space="preserve">[24:30] </w:t>
      </w:r>
      <w:r>
        <w:t>baat kijiye toh negative boli bolenge. kyun? unhon ne apne aap ko fulfillment wahan talash kiya jahan woh thi hi nahi.</w:t>
      </w:r>
    </w:p>
    <w:p>
      <w:pPr>
        <w:jc w:val="right"/>
      </w:pPr>
      <w:r>
        <w:t>بات کیجیے تو نیگیٹیو بولی بولیں گے۔ کیوں؟ انہوں نے اپنے آپ کو فلفلمنٹ وہاں تلاش کیا جہاں وہ تھی ہی نہیں۔</w:t>
      </w:r>
    </w:p>
    <w:p>
      <w:r>
        <w:rPr>
          <w:b/>
        </w:rPr>
        <w:t xml:space="preserve">[24:41] </w:t>
      </w:r>
      <w:r>
        <w:t>un fulfilled desires mein jeete hain woh. yeh saare log jo hain, they are living in unfulfilled desire.</w:t>
      </w:r>
    </w:p>
    <w:p>
      <w:pPr>
        <w:jc w:val="right"/>
      </w:pPr>
      <w:r>
        <w:t>ان فلفلڈ ڈیزائر میں جیتے ہیں وہ۔ یہ سارے لوگ جو ہیں، They are living in unfulfilled desire.</w:t>
      </w:r>
    </w:p>
    <w:p>
      <w:r>
        <w:rPr>
          <w:b/>
        </w:rPr>
        <w:t xml:space="preserve">[24:51] </w:t>
      </w:r>
      <w:r>
        <w:t>isi ka doosra naam hai negative thought. toh one to all, maine paya hai ke sab logon ke andar negative thought hota hai.</w:t>
      </w:r>
    </w:p>
    <w:p>
      <w:pPr>
        <w:jc w:val="right"/>
      </w:pPr>
      <w:r>
        <w:t>اسی کا دوسرا نام ہے نیگیٹیو تھاٹ۔ تو ون ٹو آل، میں نے پایا ہے کہ سب لوگوں کے اندر نیگیٹیو تھاٹ ہوتا ہے۔</w:t>
      </w:r>
    </w:p>
    <w:p>
      <w:r>
        <w:rPr>
          <w:b/>
        </w:rPr>
        <w:t xml:space="preserve">[24:59] </w:t>
      </w:r>
      <w:r>
        <w:t>is ka reason yahi hai. toh is ke ma'ani kya hue? ke aap ko jo sab se bari cheez yahan se lena tha, is duniya se positive thinking, isi ko aap nahi le paye aur mar gaye.</w:t>
      </w:r>
    </w:p>
    <w:p>
      <w:pPr>
        <w:jc w:val="right"/>
      </w:pPr>
      <w:r>
        <w:t>اس کا ریزن یہی ہے۔ تو اس کے معنی کیا ہوئے؟ کہ آپ کو جو سب سے بڑی چیز یہاں سے لینا تھا، اس دنیا سے پازیٹیو تھنکنگ، اسی کو آپ نہیں لے پائے اور مر گئے۔</w:t>
      </w:r>
    </w:p>
    <w:p>
      <w:r>
        <w:rPr>
          <w:b/>
        </w:rPr>
        <w:t xml:space="preserve">[25:15] </w:t>
      </w:r>
      <w:r>
        <w:t>isi ko aap nahi le paye aur mar gaye. kitni bari yeh, kitni bari yeh, yani mahroomi hai.</w:t>
      </w:r>
    </w:p>
    <w:p>
      <w:pPr>
        <w:jc w:val="right"/>
      </w:pPr>
      <w:r>
        <w:t>اسی کو آپ نہیں لے پائے اور مر گئے۔ کتنی بڑی یہ، کتنی بڑی یہ، یعنی محرومی ہے۔</w:t>
      </w:r>
    </w:p>
    <w:p>
      <w:r>
        <w:rPr>
          <w:b/>
        </w:rPr>
        <w:t xml:space="preserve">[25:24] </w:t>
      </w:r>
      <w:r>
        <w:t>to pehla loss creation plan of god se deviate karne ka yeh hota hai ke aap wahi cheez is dunya se achieve nahi kar paate jo is dunya mein lena tha aap ko.</w:t>
      </w:r>
    </w:p>
    <w:p>
      <w:pPr>
        <w:jc w:val="right"/>
      </w:pPr>
      <w:r>
        <w:t>تو پہلا لاس کریشن پلان آف گاڈ سے ڈیوی ایٹ کرنے کا یہ ہوتا ہے کہ آپ وہی چیز اس دنیا سے اچیو نہیں کر پاتے جو اس دنیا میں لینا تھا آپ کو۔</w:t>
      </w:r>
    </w:p>
    <w:p>
      <w:r>
        <w:rPr>
          <w:b/>
        </w:rPr>
        <w:t xml:space="preserve">[25:36] </w:t>
      </w:r>
      <w:r>
        <w:t>is dunya mein achieve karne ki jo cheez hai, woh hai intellectual development. isi se aap mehroom ho jaate hain. main bohat se logon se baat karta hoon</w:t>
      </w:r>
    </w:p>
    <w:p>
      <w:pPr>
        <w:jc w:val="right"/>
      </w:pPr>
      <w:r>
        <w:t>اس دنیا میں اچیو کرنے کی جو چیز ہے، وہ ہے انٹلیکچوئل ڈیولپمنٹ۔ اسی سے آپ محروم ہو جاتے ہیں۔ میں بہت سے لوگوں سے بات کرتا ہوں</w:t>
      </w:r>
    </w:p>
    <w:p>
      <w:r>
        <w:rPr>
          <w:b/>
        </w:rPr>
        <w:t xml:space="preserve">[25:46] </w:t>
      </w:r>
      <w:r>
        <w:t>jin ke paas sab kuch hai, in term of money, in term of building, in term of bank balance, sab kuch hai, sab kuch hai, sab kuch hai. lekin jab baat karta hoon main un se to bilkul stepped lagte hain mujhe, stepped.</w:t>
      </w:r>
    </w:p>
    <w:p>
      <w:pPr>
        <w:jc w:val="right"/>
      </w:pPr>
      <w:r>
        <w:t>جن کے پاس سب کچھ ہے، ان ٹرم آف منی، ان ٹرم آف بلڈنگ، ان ٹرم آف بینک بیلنس، سب کچھ ہے، سب کچھ ہے، سب کچھ ہے۔ لیکن جب بات کرتا ہوں میں ان سے تو بالکل سٹیپڈ لگتے ہیں مجھے، سٹیپڈ۔</w:t>
      </w:r>
    </w:p>
    <w:p>
      <w:r>
        <w:rPr>
          <w:b/>
        </w:rPr>
        <w:t xml:space="preserve">[26:00] </w:t>
      </w:r>
      <w:r>
        <w:t>bilkul stepped lagte hain. kyunke in ka intellectual level jo hai, woh neeche reh gaya, woh physical world mein woh phanse rahe, intellectual development kiya nahi unhon ne.</w:t>
      </w:r>
    </w:p>
    <w:p>
      <w:pPr>
        <w:jc w:val="right"/>
      </w:pPr>
      <w:r>
        <w:t>بالکل سٹیپڈ لگتے ہیں۔ کیونکہ ان کا انٹلیکچول لیول جو ہے، وہ نیچے رہ گیا، وہ فزیکل ورلڈ میں وہ پھنسے رہے، انٹلیکچوئل ڈیولپمنٹ کیا نہیں انہوں نے۔</w:t>
      </w:r>
    </w:p>
    <w:p>
      <w:r>
        <w:rPr>
          <w:b/>
        </w:rPr>
        <w:t xml:space="preserve">[26:14] </w:t>
      </w:r>
      <w:r>
        <w:t>to kitna bara loss hai ke log jo hain negative thought mein jee rahe hain. haalanke is dunya se jo cheez le kar jaana tha hamein, woh positive thought tha.</w:t>
      </w:r>
    </w:p>
    <w:p>
      <w:pPr>
        <w:jc w:val="right"/>
      </w:pPr>
      <w:r>
        <w:t>تو کتنا بڑا لاس ہے کہ لوگ جو ہیں نیگیٹیو تھاٹ میں جی رہے ہیں۔ حالانکہ اس دنیا سے جو چیز لے کر جانا تھا ہمیں، وہ پازیٹیو تھاٹ تھا۔</w:t>
      </w:r>
    </w:p>
    <w:p>
      <w:r>
        <w:rPr>
          <w:b/>
        </w:rPr>
        <w:t xml:space="preserve">[26:30] </w:t>
      </w:r>
      <w:r>
        <w:t>only positive thinkers can find entry into paradise. yaad rakhiye, wahan negative thinkers ka koi kaam nahi hai.</w:t>
      </w:r>
    </w:p>
    <w:p>
      <w:pPr>
        <w:jc w:val="right"/>
      </w:pPr>
      <w:r>
        <w:t>اونلی پازیٹیو تھنکرز کین فائنڈ انٹری انٹو پیراڈائز۔ یاد رکھیے، وہاں نیگیٹیو تھنکرز کا کوئی کام نہیں ہے۔</w:t>
      </w:r>
    </w:p>
    <w:p>
      <w:r>
        <w:rPr>
          <w:b/>
        </w:rPr>
        <w:t xml:space="preserve">[26:39] </w:t>
      </w:r>
      <w:r>
        <w:t>paradise mein in logon ka koi kaam nahi hai jo hate mein jeen, jo revenge mein jeen, jo malice mein jeen, jo lust mein jeen, jo anger mein jeen.</w:t>
      </w:r>
    </w:p>
    <w:p>
      <w:pPr>
        <w:jc w:val="right"/>
      </w:pPr>
      <w:r>
        <w:t>پیراڈائز میں ان لوگوں کا کوئی کام نہیں ہے جو ہیٹ میں جیئیں، جو ریونج میں جیئیں، جو میلث میں جیئیں، جو لسٹ میں جیئیں، جو اینگر میں جیئیں۔</w:t>
      </w:r>
    </w:p>
    <w:p>
      <w:r>
        <w:rPr>
          <w:b/>
        </w:rPr>
        <w:t xml:space="preserve">[26:54] </w:t>
      </w:r>
      <w:r>
        <w:t>aise logon ka paradise mein koi kaam nahi hai.</w:t>
      </w:r>
    </w:p>
    <w:p>
      <w:pPr>
        <w:jc w:val="right"/>
      </w:pPr>
      <w:r>
        <w:t>ایسے لوگوں کا پیراڈائز میں کوئی کام نہیں ہے۔</w:t>
      </w:r>
    </w:p>
    <w:p>
      <w:r>
        <w:rPr>
          <w:b/>
        </w:rPr>
        <w:t xml:space="preserve">[26:59] </w:t>
      </w:r>
      <w:r>
        <w:t>ab bataiye ke ke kitna bara loss hai ke dunya khuda ne hamein banaya ek eternal being ke taur par.</w:t>
      </w:r>
    </w:p>
    <w:p>
      <w:pPr>
        <w:jc w:val="right"/>
      </w:pPr>
      <w:r>
        <w:t>اب بتائیے کہ کہ کتنا بڑا لاس ہے کہ دنیا خدا نے ہمیں بنایا ایک ایٹرنل بینگ کے طور پر۔</w:t>
      </w:r>
    </w:p>
    <w:p>
      <w:r>
        <w:rPr>
          <w:b/>
        </w:rPr>
        <w:t xml:space="preserve">[27:08] </w:t>
      </w:r>
      <w:r>
        <w:t>har aadmi ab eternally, woh yaani eternity tak jiye ga, woh hum mein se har shakhs. yahan to hum pachas, sath, sattar saal ke liye hain.</w:t>
      </w:r>
    </w:p>
    <w:p>
      <w:pPr>
        <w:jc w:val="right"/>
      </w:pPr>
      <w:r>
        <w:t>ہر آدمی اب ایٹرنلی، وہ یعنی ایٹرنٹی تک جیئے گا، وہ ہم میں سے ہر شخص۔ یہاں تو ہم پچاس، ساٹھ، ستر سال کے لیے ہیں۔</w:t>
      </w:r>
    </w:p>
    <w:p>
      <w:r>
        <w:rPr>
          <w:b/>
        </w:rPr>
        <w:t xml:space="preserve">[27:18] </w:t>
      </w:r>
      <w:r>
        <w:t>to yeh jo chance tha hamein apne ko prepare karne ka, apne andar positivity bharne ka, woh hum ne kiya nahi.</w:t>
      </w:r>
    </w:p>
    <w:p>
      <w:pPr>
        <w:jc w:val="right"/>
      </w:pPr>
      <w:r>
        <w:t>تو یہ جو چانس تھا ہمیں اپنے کو پیر پیر کرنے کا، اپنے اندر پازیٹیوٹی بھرنے کا، وہ ہم نے کیا نہیں۔</w:t>
      </w:r>
    </w:p>
    <w:p>
      <w:r>
        <w:rPr>
          <w:b/>
        </w:rPr>
        <w:t xml:space="preserve">[27:30] </w:t>
      </w:r>
      <w:r>
        <w:t>so every work, everyone is missing the opportunity.</w:t>
      </w:r>
    </w:p>
    <w:p>
      <w:pPr>
        <w:jc w:val="right"/>
      </w:pPr>
      <w:r>
        <w:t>سو ایوری ور، ایوری ون از مسنگ دا اپرچونیٹی۔</w:t>
      </w:r>
    </w:p>
    <w:p>
      <w:r>
        <w:rPr>
          <w:b/>
        </w:rPr>
        <w:t xml:space="preserve">[27:36] </w:t>
      </w:r>
      <w:r>
        <w:t>har har aadmi ke liye kya hona hone wala hai ke maut ke baad woh yehi kahe ga ke mind was a case of missed opportunity.</w:t>
      </w:r>
    </w:p>
    <w:p>
      <w:pPr>
        <w:jc w:val="right"/>
      </w:pPr>
      <w:r>
        <w:t>ہر ہر آدمی کے لیے کیا ہونا ہونے والا ہے کہ موت کے بعد وہ یہی کہے گا کہ Mind was a case of missed opportunity.</w:t>
      </w:r>
    </w:p>
    <w:p>
      <w:r>
        <w:rPr>
          <w:b/>
        </w:rPr>
        <w:t xml:space="preserve">[27:50] </w:t>
      </w:r>
      <w:r>
        <w:t>mind was a case of missed opportunity. ab dobara to lotna nahi hai yahan.</w:t>
      </w:r>
    </w:p>
    <w:p>
      <w:pPr>
        <w:jc w:val="right"/>
      </w:pPr>
      <w:r>
        <w:t>Mind was a case of missed opportunity. اب دوبارہ تو لوٹنا نہیں ہے یہاں۔</w:t>
      </w:r>
    </w:p>
    <w:p>
      <w:r>
        <w:rPr>
          <w:b/>
        </w:rPr>
        <w:t xml:space="preserve">[28:00] </w:t>
      </w:r>
      <w:r>
        <w:t>to pehla loss jo hai, woh ye hai ke har aadmi negative thought mein jeena parta hai is ko.</w:t>
      </w:r>
    </w:p>
    <w:p>
      <w:pPr>
        <w:jc w:val="right"/>
      </w:pPr>
      <w:r>
        <w:t>تو پہلا لاس جو ہے، وہ یہ ہے کہ ہر آدمی نیگیٹیو تھاٹ میں جینا پڑتا ہے اس کو۔</w:t>
      </w:r>
    </w:p>
    <w:p>
      <w:r>
        <w:rPr>
          <w:b/>
        </w:rPr>
        <w:t xml:space="preserve">[28:07] </w:t>
      </w:r>
      <w:r>
        <w:t>main nahi jaanta ke is mein koi exception hai. is mein koi exception nahi hai. kitne log jo upar upar dikhate hain apne ko, nahi nahi sahib hum to.</w:t>
      </w:r>
    </w:p>
    <w:p>
      <w:pPr>
        <w:jc w:val="right"/>
      </w:pPr>
      <w:r>
        <w:t>میں نہیں جانتا کہ اس میں کوئی ایکسیپشن ہے۔ اس میں کوئی ایکسیپشن نہیں ہے۔ کتنے لوگ جو اوپر اوپر دکھاتے ہیں اپنے کو، نہیں نہیں صاحب ہم تو۔</w:t>
      </w:r>
    </w:p>
    <w:p>
      <w:r>
        <w:rPr>
          <w:b/>
        </w:rPr>
        <w:t xml:space="preserve">[28:18] </w:t>
      </w:r>
      <w:r>
        <w:t>aur jab main scrutiny karta hoon, scrutiny to niklta hai ke wahi isi mein jee rahe hain, frustration mein. bar bar mujhe aisa hua hai ke ek aadmi milta hai, khoob achhe achhe kapde pehne hue hain aur badi badi baatein karta hai.</w:t>
      </w:r>
    </w:p>
    <w:p>
      <w:pPr>
        <w:jc w:val="right"/>
      </w:pPr>
      <w:r>
        <w:t>اور جب میں سکروٹنی کرتا ہوں، سکروٹنی تو نکلتا ہے کہ وہی اسی میں جی رہے ہیں، فرسٹریشن میں۔ بار بار مجھے ایسا ہوا ہے کہ ایک آدمی ملتا ہے، خوب اچھے اچھے کپڑے پہنے ہوئے ہیں اور بڑی بڑی باتیں کرتا ہے۔</w:t>
      </w:r>
    </w:p>
    <w:p>
      <w:r>
        <w:rPr>
          <w:b/>
        </w:rPr>
        <w:t xml:space="preserve">[28:33] </w:t>
      </w:r>
      <w:r>
        <w:t>yeh show kar raha hai ke main to bohat hi khush hoon</w:t>
      </w:r>
    </w:p>
    <w:p>
      <w:pPr>
        <w:jc w:val="right"/>
      </w:pPr>
      <w:r>
        <w:t>یہ شو کر رہا ہے کہ میں تو بہت ہی خوش ہوں</w:t>
      </w:r>
    </w:p>
    <w:p>
      <w:r>
        <w:rPr>
          <w:b/>
        </w:rPr>
        <w:t xml:space="preserve">[28:36] </w:t>
      </w:r>
      <w:r>
        <w:t>. to phir main is ko scrutiny karta hoon, scrutiny. to kya pata chalta hai? ke andar se sad hai. yeh char chaplain doosron ko hansata tha, khud rota tha.</w:t>
      </w:r>
    </w:p>
    <w:p>
      <w:pPr>
        <w:jc w:val="right"/>
      </w:pPr>
      <w:r>
        <w:t>۔ تو پھر میں اس کو سکروٹنی کرتا ہوں، سکروٹنی۔ تو کیا پتہ چلتا ہے؟ کہ اندر سے سیڈ ہے۔ یہ چار چپلیں دوسروں کو ہنساتا تھا، خود روتا تھا۔</w:t>
      </w:r>
    </w:p>
    <w:p>
      <w:r>
        <w:rPr>
          <w:b/>
        </w:rPr>
        <w:t xml:space="preserve">[28:50] </w:t>
      </w:r>
      <w:r>
        <w:t>to ek loss ye hai ke har aadmi ye dunya se is tarah jaata hai ke woh negative thought mein, negative thought le kar jaata hai, negative personality le kar jaata hai.</w:t>
      </w:r>
    </w:p>
    <w:p>
      <w:pPr>
        <w:jc w:val="right"/>
      </w:pPr>
      <w:r>
        <w:t>تو ایک لاس یہ ہے کہ ہر آدمی یہ دنیا سے اس طرح جاتا ہے کہ وہ نیگیٹیو تھاٹ میں، نیگیٹیو تھاٹ لے کر جاتا ہے، نیگیٹیو پرسنیلٹی لے کر جاتا ہے۔</w:t>
      </w:r>
    </w:p>
    <w:p>
      <w:r>
        <w:rPr>
          <w:b/>
        </w:rPr>
        <w:t xml:space="preserve">[29:06] </w:t>
      </w:r>
      <w:r>
        <w:t>positive personality le kar jaana is ke liye possible na ho saka. ab dekhiye, doosra loss.</w:t>
      </w:r>
    </w:p>
    <w:p>
      <w:pPr>
        <w:jc w:val="right"/>
      </w:pPr>
      <w:r>
        <w:t>پازیٹیو پرسنیلٹی لے کر جانا اس کے لیے پاسیبل نہ ہو سکا۔ اب دیکھیے، دوسرا لاس۔</w:t>
      </w:r>
    </w:p>
    <w:p>
      <w:r>
        <w:rPr>
          <w:b/>
        </w:rPr>
        <w:t xml:space="preserve">[29:19] </w:t>
      </w:r>
      <w:r>
        <w:t>doosra loss kya hai? doosra loss jo hai, yaani loss to kai hain bohat se, lekin main do samajh samjhane ke liye, to set my point, main do cheezein bata raha hoon aap ko.</w:t>
      </w:r>
    </w:p>
    <w:p>
      <w:pPr>
        <w:jc w:val="right"/>
      </w:pPr>
      <w:r>
        <w:t>دوسرا لاس کیا ہے؟ دوسرا لاس جو ہے، یعنی لاس تو کئی ہیں بہت سے، لیکن میں دو سمجھ سمجھانے کے لیے، ٹو سیٹ مائی پوائنٹ، میں دو چیزیں بتا رہا ہوں آپ کو۔</w:t>
      </w:r>
    </w:p>
    <w:p>
      <w:r>
        <w:rPr>
          <w:b/>
        </w:rPr>
        <w:t xml:space="preserve">[29:31] </w:t>
      </w:r>
      <w:r>
        <w:t>doosra loss hai, is ko main kahun ga ke break in history. break in history. dekhiye, jo development hai insani zindagi ka, woh continuity chahta hai, continuity.</w:t>
      </w:r>
    </w:p>
    <w:p>
      <w:pPr>
        <w:jc w:val="right"/>
      </w:pPr>
      <w:r>
        <w:t>دوسرا لاس ہے، اس کو میں کہوں گا کہ بریک ان ہسٹری۔ بریک ان ہسٹری۔ دیکھیے، جو ڈیولپمنٹ ہے انسانی زندگی کا، وہ کنٹینیوٹی چاہتا ہے، کنٹینیوٹی۔</w:t>
      </w:r>
    </w:p>
    <w:p>
      <w:r>
        <w:rPr>
          <w:b/>
        </w:rPr>
        <w:t xml:space="preserve">[29:46] </w:t>
      </w:r>
      <w:r>
        <w:t>lekin yeh jo aap ka mizaj hai, yeh discontinue kar deta hai. isi ko main keh raha hoon break in history. jaise service mein break in history hota hai, aisi life mein bhi hota hai.</w:t>
      </w:r>
    </w:p>
    <w:p>
      <w:pPr>
        <w:jc w:val="right"/>
      </w:pPr>
      <w:r>
        <w:t>لیکن یہ جو آپ کا مزاج ہے، یہ ڈس کنٹینیو کر دیتا ہے۔ اسی کو میں کہہ رہا ہوں بریک ان ہسٹری۔ جیسے سروس میں بریک ان ہسٹری ہوتا ہے، ایسی لائف میں بھی ہوتا ہے۔</w:t>
      </w:r>
    </w:p>
    <w:p>
      <w:r>
        <w:rPr>
          <w:b/>
        </w:rPr>
        <w:t xml:space="preserve">[30:01] </w:t>
      </w:r>
      <w:r>
        <w:t>main aap ko kuch example doon ga to main baat clear hogi. dekhiye, ancient Greece mein ye kaha jaata hai, historian, history of thought mein ye maana jaata hai ke ancient Greece mein shuru hui learning.</w:t>
      </w:r>
    </w:p>
    <w:p>
      <w:pPr>
        <w:jc w:val="right"/>
      </w:pPr>
      <w:r>
        <w:t>میں آپ کو کچھ ایگزامپل دوں گا تو میں بات کلیئر ہوگی۔ دیکھیے، اینشینٹ گریس میں یہ کہا جاتا ہے، ہسٹورین، ہسٹری آف تھاٹ میں یہ مانا جاتا ہے کہ اینشینٹ گریس میں شروع ہوئی لرننگ۔</w:t>
      </w:r>
    </w:p>
    <w:p>
      <w:r>
        <w:rPr>
          <w:b/>
        </w:rPr>
        <w:t xml:space="preserve">[30:20] </w:t>
      </w:r>
      <w:r>
        <w:t>yani according to the modern history jo hum jantay hain. to ancient greece mein learning</w:t>
      </w:r>
    </w:p>
    <w:p>
      <w:pPr>
        <w:jc w:val="right"/>
      </w:pPr>
      <w:r>
        <w:t>یعنی اکارڈنگ ٹو دا ماڈرن ہسٹری جو ہم جانتے ہیں۔ تو اینشینٹ گریس میں لرننگ</w:t>
      </w:r>
    </w:p>
    <w:p>
      <w:r>
        <w:rPr>
          <w:b/>
        </w:rPr>
        <w:t xml:space="preserve">[30:30] </w:t>
      </w:r>
      <w:r>
        <w:t>shuru hui, baray baray philosopher, scholar wahan paida huay. lekin kya hua?</w:t>
      </w:r>
    </w:p>
    <w:p>
      <w:pPr>
        <w:jc w:val="right"/>
      </w:pPr>
      <w:r>
        <w:t>شروع ہوئی، بڑے بڑے فلاسفر، اسکالر وہاں پیدا ہوئے۔ لیکن کیا ہوا؟</w:t>
      </w:r>
    </w:p>
    <w:p>
      <w:r>
        <w:rPr>
          <w:b/>
        </w:rPr>
        <w:t xml:space="preserve">[30:39] </w:t>
      </w:r>
      <w:r>
        <w:t>alexander, alexander the great ke baad wahan par aik woh agaya, gap agaya. taqreeban do hazar saal ka gap.</w:t>
      </w:r>
    </w:p>
    <w:p>
      <w:pPr>
        <w:jc w:val="right"/>
      </w:pPr>
      <w:r>
        <w:t>الیگزینڈر، الیگزینڈر دا گریٹ کے بعد وہاں پر ایک وہ آگیا، گیپ آگیا۔ تقریباً دو ہزار سال کا گیپ۔</w:t>
      </w:r>
    </w:p>
    <w:p>
      <w:r>
        <w:rPr>
          <w:b/>
        </w:rPr>
        <w:t xml:space="preserve">[30:50] </w:t>
      </w:r>
      <w:r>
        <w:t>yani wahan par jo chala tha development, wahan philosophy develop kar rahi thi, medical science develop kar rahi thi, aur doosray sciences develop kar rahi thi.</w:t>
      </w:r>
    </w:p>
    <w:p>
      <w:pPr>
        <w:jc w:val="right"/>
      </w:pPr>
      <w:r>
        <w:t>یعنی وہاں پر جو چلا تھا ڈیولپمنٹ، وہاں فلاسفی ڈیولپ کر رہی تھی، میڈیکل سائنس ڈیولپ کر رہی تھی، اور دوسرے سائنسز ڈیولپ کر رہی تھی۔</w:t>
      </w:r>
    </w:p>
    <w:p>
      <w:r>
        <w:rPr>
          <w:b/>
        </w:rPr>
        <w:t xml:space="preserve">[31:01] </w:t>
      </w:r>
      <w:r>
        <w:t>chunaancha jab history of thought aap parhayenge to aksar bari bari cheezon ka jo sira milay ga aap ko, woh greece mein milay ga. koi na koi, jaisay ke misaal ke tor par yeh jo hai, yani solar system hai.</w:t>
      </w:r>
    </w:p>
    <w:p>
      <w:pPr>
        <w:jc w:val="right"/>
      </w:pPr>
      <w:r>
        <w:t>چنانچہ جب ہسٹری آف تھاٹ آپ پڑھیں گے تو اکثر بڑی بڑی چیزوں کا جو سرا ملے گا آپ کو، وہ گریس میں ملے گا۔ کوئی نہ کوئی، جیسے کہ مثال کے طور پر یہ جو ہے، یعنی سولر سسٹم ہے۔</w:t>
      </w:r>
    </w:p>
    <w:p>
      <w:r>
        <w:rPr>
          <w:b/>
        </w:rPr>
        <w:t xml:space="preserve">[31:16] </w:t>
      </w:r>
      <w:r>
        <w:t>yani jo ke solar system jo hai, jo ab mana jata hai, ab ke darmiyan mein suraj hai aur us ke charon taraf planet ghoom rahay hain.</w:t>
      </w:r>
    </w:p>
    <w:p>
      <w:pPr>
        <w:jc w:val="right"/>
      </w:pPr>
      <w:r>
        <w:t>یعنی جو کہ سولر سسٹم جو ہے، جو اب مانا جاتا ہے، اب کہ درمیان میں سورج ہے اور اس کے چاروں طرف پلینٹ گھوم رہے ہیں۔</w:t>
      </w:r>
    </w:p>
    <w:p>
      <w:r>
        <w:rPr>
          <w:b/>
        </w:rPr>
        <w:t xml:space="preserve">[31:28] </w:t>
      </w:r>
      <w:r>
        <w:t>jis ko kehtay hain heliocentric theory</w:t>
      </w:r>
    </w:p>
    <w:p>
      <w:pPr>
        <w:jc w:val="right"/>
      </w:pPr>
      <w:r>
        <w:t>جس کو کہتے ہیں ہیلیو سینٹرک تھیوری</w:t>
      </w:r>
    </w:p>
    <w:p>
      <w:r>
        <w:rPr>
          <w:b/>
        </w:rPr>
        <w:t xml:space="preserve">[31:30] </w:t>
      </w:r>
      <w:r>
        <w:t>. heliocentric theory jo hai, sab se pehle kis ne pesh ki thi? aik greek philosopher ne. to aisi bohat sari cheezen.</w:t>
      </w:r>
    </w:p>
    <w:p>
      <w:pPr>
        <w:jc w:val="right"/>
      </w:pPr>
      <w:r>
        <w:t>۔ ہیلیو سینٹرک تھیوری جو ہے، سب سے پہلے کس نے پیش کی تھی؟ ایک گریک فلاسفر نے۔ تو ایسی بہت ساری چیزیں۔</w:t>
      </w:r>
    </w:p>
    <w:p>
      <w:r>
        <w:rPr>
          <w:b/>
        </w:rPr>
        <w:t xml:space="preserve">[31:39] </w:t>
      </w:r>
      <w:r>
        <w:t>to yeh process ruk gaya beech mein. qareeb qareeb do hazar saal tak ruka raha. kyun?</w:t>
      </w:r>
    </w:p>
    <w:p>
      <w:pPr>
        <w:jc w:val="right"/>
      </w:pPr>
      <w:r>
        <w:t>تو یہ پروسیس رک گیا بیچ میں۔ قریب قریب دو ہزار سال تک رکا رہا۔ کیوں؟</w:t>
      </w:r>
    </w:p>
    <w:p>
      <w:r>
        <w:rPr>
          <w:b/>
        </w:rPr>
        <w:t xml:space="preserve">[31:49] </w:t>
      </w:r>
      <w:r>
        <w:t>jo wahan par jo king log thay, un ko yeh agaya ke hum sirf greece mein nahi balkay sari dunya mein hum rule karengay.</w:t>
      </w:r>
    </w:p>
    <w:p>
      <w:pPr>
        <w:jc w:val="right"/>
      </w:pPr>
      <w:r>
        <w:t>جو وہاں پر جو کنگ لوگ تھے، ان کو یہ آگیا کہ ہم صرف گریس میں نہیں بلکہ ساری دنیا میں ہم رول کریں گے۔</w:t>
      </w:r>
    </w:p>
    <w:p>
      <w:r>
        <w:rPr>
          <w:b/>
        </w:rPr>
        <w:t xml:space="preserve">[31:59] </w:t>
      </w:r>
      <w:r>
        <w:t>alexander the great jo hai, sari dunya ka emperor banna chahta tha. to saray sources jo thay, sara jo daulat thi, sara paisa jo tha, jhonk diya unhon ne army ko tayyar karne mein.</w:t>
      </w:r>
    </w:p>
    <w:p>
      <w:pPr>
        <w:jc w:val="right"/>
      </w:pPr>
      <w:r>
        <w:t>الیگزینڈر دا گریٹ جو ہے، ساری دنیا کا ایمپرر بننا چاہتا تھا۔ تو سارے سورسز جو تھے، سارا جو دولت تھی، سارا پیسہ جو تھا، جھونک دیا انہوں نے آرمی کو تیار کرنے میں۔</w:t>
      </w:r>
    </w:p>
    <w:p>
      <w:r>
        <w:rPr>
          <w:b/>
        </w:rPr>
        <w:t xml:space="preserve">[32:11] </w:t>
      </w:r>
      <w:r>
        <w:t>army. bas army, army, army. dekhiye, jab tak government woh patronize na kare, tab tak research ko boost nahi milti, boost.</w:t>
      </w:r>
    </w:p>
    <w:p>
      <w:pPr>
        <w:jc w:val="right"/>
      </w:pPr>
      <w:r>
        <w:t>آرمی۔ بس آرمی، آرمی، آرمی۔ دیکھیے، جب تک گورنمنٹ وہ پیٹرنائز نہ کرے، تب تک ریسرچ کو بوسٹ نہیں ملتی، بوسٹ۔</w:t>
      </w:r>
    </w:p>
    <w:p>
      <w:r>
        <w:rPr>
          <w:b/>
        </w:rPr>
        <w:t xml:space="preserve">[32:27] </w:t>
      </w:r>
      <w:r>
        <w:t>taraqqi nahi karti research. yaad rakhiye, koi bhi research ho, koi bhi ilmi kaam ho, koi bhi scientific kaam ho, government jab us ko patronize karti hai, tab us ko boost milta hai, tab us mein taraqqi hoti hai.</w:t>
      </w:r>
    </w:p>
    <w:p>
      <w:pPr>
        <w:jc w:val="right"/>
      </w:pPr>
      <w:r>
        <w:t>ترقی نہیں کرتی ریسرچ۔ یاد رکھیے، کوئی بھی ریسرچ ہو، کوئی بھی علمی کام ہو، کوئی بھی سائنٹیفک کام ہو، گورنمنٹ جب اس کو پیٹرنائز کرتی ہے، تب اس کو بوسٹ ملتا ہے، تب اس میں ترقی ہوتی ہے۔</w:t>
      </w:r>
    </w:p>
    <w:p>
      <w:r>
        <w:rPr>
          <w:b/>
        </w:rPr>
        <w:t xml:space="preserve">[32:44] </w:t>
      </w:r>
      <w:r>
        <w:t>to jab wahan ke jo king thay, un ko yeh aya ke sirf greece mein hum rule karna kafi nahi, hum to dunya par hukoomat karengay. to</w:t>
      </w:r>
    </w:p>
    <w:p>
      <w:pPr>
        <w:jc w:val="right"/>
      </w:pPr>
      <w:r>
        <w:t>تو جب وہاں کے جو کنگ تھے، ان کو یہ آیا کہ صرف گریس میں ہم رول کرنا کافی نہیں، ہماری ہم تو دنیا پر حکومت کریں گے۔ تو</w:t>
      </w:r>
    </w:p>
    <w:p>
      <w:r>
        <w:rPr>
          <w:b/>
        </w:rPr>
        <w:t xml:space="preserve">[32:53] </w:t>
      </w:r>
      <w:r>
        <w:t>woh un ko less than ideal laga. aur ideal yeh laga ke poori dunya mein hamara woh empire ban jaye.</w:t>
      </w:r>
    </w:p>
    <w:p>
      <w:pPr>
        <w:jc w:val="right"/>
      </w:pPr>
      <w:r>
        <w:t>وہ ان کو لیس دین آئیڈیل لگا۔ اور آئیڈیل یہ لگا کہ پوری دنیا میں ہمارا وہ ایمپائر بن جائے۔</w:t>
      </w:r>
    </w:p>
    <w:p>
      <w:r>
        <w:rPr>
          <w:b/>
        </w:rPr>
        <w:t xml:space="preserve">[33:04] </w:t>
      </w:r>
      <w:r>
        <w:t>to scientific research ka kaam thap ho gaya. kyunke is ko, yani mil, is ko, yani saray research government ke paas hotay thay.</w:t>
      </w:r>
    </w:p>
    <w:p>
      <w:pPr>
        <w:jc w:val="right"/>
      </w:pPr>
      <w:r>
        <w:t>تو سائنٹیفک ریسرچ کا کام ٹھپ ہو گیا۔ کیونکہ اس کو، یعنی مل، اس کو، یعنی سارے ریسرچ گورنمنٹ کے پاس ہوتے تھے۔</w:t>
      </w:r>
    </w:p>
    <w:p>
      <w:r>
        <w:rPr>
          <w:b/>
        </w:rPr>
        <w:t xml:space="preserve">[33:18] </w:t>
      </w:r>
      <w:r>
        <w:t>agriculture government ke paas hota tha. aur agriculture ke siwa koi is zamanay mein source nahi tha. to completely depend karti thi research is par ke government madad kare.</w:t>
      </w:r>
    </w:p>
    <w:p>
      <w:pPr>
        <w:jc w:val="right"/>
      </w:pPr>
      <w:r>
        <w:t>ایگریکلچر گورنمنٹ کے پاس ہوتا تھا۔ اور ایگریکلچر کے سوا کوئی اس زمانے میں سورس نہیں تھا۔ تو کمپلیٹلی ڈیپینڈ کرتی تھی ریسرچ اس پر کہ گورنمنٹ مدد کرے۔</w:t>
      </w:r>
    </w:p>
    <w:p>
      <w:r>
        <w:rPr>
          <w:b/>
        </w:rPr>
        <w:t xml:space="preserve">[33:32] </w:t>
      </w:r>
      <w:r>
        <w:t>to unhon ne divert kar diya apni sari daulat ko fauj par. kyunke unhein dunya mein hukoomat karna tha. to woh process ruk gaya.</w:t>
      </w:r>
    </w:p>
    <w:p>
      <w:pPr>
        <w:jc w:val="right"/>
      </w:pPr>
      <w:r>
        <w:t>تو انہوں نے ڈائیورٹ کر دیا اپنی ساری دولت کو فوج پر۔ کیونکہ انہیں دنیا میں حکومت کرنا تھا۔ تو وہ پراسیس رک گیا۔</w:t>
      </w:r>
    </w:p>
    <w:p>
      <w:r>
        <w:rPr>
          <w:b/>
        </w:rPr>
        <w:t xml:space="preserve">[33:42] </w:t>
      </w:r>
      <w:r>
        <w:t>do hazar saal ka gap parta hai. phir musalman ubhray</w:t>
      </w:r>
    </w:p>
    <w:p>
      <w:pPr>
        <w:jc w:val="right"/>
      </w:pPr>
      <w:r>
        <w:t>دو ہزار سال کا گیپ پڑتا ہے۔ پھر مسلمان ابھرت</w:t>
      </w:r>
    </w:p>
    <w:p>
      <w:r>
        <w:rPr>
          <w:b/>
        </w:rPr>
        <w:t xml:space="preserve">[33:46] </w:t>
      </w:r>
      <w:r>
        <w:t>hain. musalman jo hain, baghdad mein, cairo mein, cordoba mein, grand granada mein, woh research kartay hain. aur phir se zinda kartay hain.</w:t>
      </w:r>
    </w:p>
    <w:p>
      <w:pPr>
        <w:jc w:val="right"/>
      </w:pPr>
      <w:r>
        <w:t>ے ہیں۔ مسلمان جو ہیں، بغداد میں، قاہرہ میں، کارڈوبا میں، گرینڈ ناڈا میں، وہ ریسرچ کرتے ہیں۔ اور پھر سے زندہ کرتے ہیں۔</w:t>
      </w:r>
    </w:p>
    <w:p>
      <w:r>
        <w:rPr>
          <w:b/>
        </w:rPr>
        <w:t xml:space="preserve">[33:56] </w:t>
      </w:r>
      <w:r>
        <w:t>woh kaisay? unhon ne greece ki kitabon ko, jo urdu zaban mein theen, us ko mangwaya.</w:t>
      </w:r>
    </w:p>
    <w:p>
      <w:pPr>
        <w:jc w:val="right"/>
      </w:pPr>
      <w:r>
        <w:t>وہ کیسے؟ انہوں نے گریس کی کتابوں کو، جو یونانی زبان میں تھیں، اس کو منگوایا۔</w:t>
      </w:r>
    </w:p>
    <w:p>
      <w:r>
        <w:rPr>
          <w:b/>
        </w:rPr>
        <w:t xml:space="preserve">[34:06] </w:t>
      </w:r>
      <w:r>
        <w:t>mangwa kar us ko translation kiya. bait al-hikmat aur dar al-hikmat qaim hua. baghdad mein, cairo mein, aur spain mein.</w:t>
      </w:r>
    </w:p>
    <w:p>
      <w:pPr>
        <w:jc w:val="right"/>
      </w:pPr>
      <w:r>
        <w:t>منگوا کر اس کو ٹرانسیشن کیا۔ بیت الحکمت اور دارالحکمت قائم ہوا۔ بغداد میں، قاہرہ میں، اور اسپین میں۔</w:t>
      </w:r>
    </w:p>
    <w:p>
      <w:r>
        <w:rPr>
          <w:b/>
        </w:rPr>
        <w:t xml:space="preserve">[34:15] </w:t>
      </w:r>
      <w:r>
        <w:t>us ke translation kiye gaye. bohat baray large scale par. woh sara ilm jo tha, jo band tha libraries mein, us ko nikala unhon ne.</w:t>
      </w:r>
    </w:p>
    <w:p>
      <w:pPr>
        <w:jc w:val="right"/>
      </w:pPr>
      <w:r>
        <w:t>اس کے ٹرانسیشن کیے گئے۔ بہت بڑے لارج اسکیل پر۔ وہ سارا علم جو تھا، جو بند تھا لائبریریز میں، اس کو نکالا انہوں نے۔</w:t>
      </w:r>
    </w:p>
    <w:p>
      <w:r>
        <w:rPr>
          <w:b/>
        </w:rPr>
        <w:t xml:space="preserve">[34:25] </w:t>
      </w:r>
      <w:r>
        <w:t>phir yeh jo kitaben, jo arabic mein translation hui theen, yeh phir latin mein un ka tarjuma kiya hua. latin mein. jo ke europe ki zaban thi. to latin se phir unhein yeh ilm pohancha.</w:t>
      </w:r>
    </w:p>
    <w:p>
      <w:pPr>
        <w:jc w:val="right"/>
      </w:pPr>
      <w:r>
        <w:t>پھر یہ جو کتابیں، جو عربک میں ٹرانسیشن ہوئی تھیں، یہ پھر لیٹن میں ان کا ترجمہ کیا ہوا۔ لیٹن میں۔ جو کہ یورپ کی زبان تھی۔ تو لیٹن سے پھر انہیں یہ علم پہنچا۔</w:t>
      </w:r>
    </w:p>
    <w:p>
      <w:r>
        <w:rPr>
          <w:b/>
        </w:rPr>
        <w:t xml:space="preserve">[34:38] </w:t>
      </w:r>
      <w:r>
        <w:t>to kya hai ke beech ki kadi banay musalman.</w:t>
      </w:r>
    </w:p>
    <w:p>
      <w:pPr>
        <w:jc w:val="right"/>
      </w:pPr>
      <w:r>
        <w:t>تو کیا ہے کہ بیچ کی کڑی بنے مسلمان۔</w:t>
      </w:r>
    </w:p>
    <w:p>
      <w:r>
        <w:rPr>
          <w:b/>
        </w:rPr>
        <w:t xml:space="preserve">[34:42] </w:t>
      </w:r>
      <w:r>
        <w:t>do hazar saal ke gap ke baad musalmanon ne is ilm ko pohanchaya europe tak. to wahan par rensa hua. rensa. rensa ka matlab hota hai re birth.</w:t>
      </w:r>
    </w:p>
    <w:p>
      <w:pPr>
        <w:jc w:val="right"/>
      </w:pPr>
      <w:r>
        <w:t>دو ہزار سال کے گیپ کے بعد مسلمانوں نے اس علم کو پہنچایا یورپ تک۔ تو وہاں پر رینسا ہوا۔ رینسا۔ رینسا کا مطلب ہوتا ہے ری برتھ۔</w:t>
      </w:r>
    </w:p>
    <w:p>
      <w:r>
        <w:rPr>
          <w:b/>
        </w:rPr>
        <w:t xml:space="preserve">[34:51] </w:t>
      </w:r>
      <w:r>
        <w:t>re birth. naya janam. to naya janam kyun kehte hain woh? ke ke grek knowledge ko re birth mila is zamane mein, yani fifteen century mein, pandrahveen sadi mein.</w:t>
      </w:r>
    </w:p>
    <w:p>
      <w:pPr>
        <w:jc w:val="right"/>
      </w:pPr>
      <w:r>
        <w:t>ری برتھ۔ نیا جنم۔ تو نیا جنم کیوں کہتے ہیں وہ؟ کہ کہ گریک نالج کو ری برتھ ملا اس زمانے میں، یعنی ففٹین سینچری میں، پندرہویں صدی میں۔</w:t>
      </w:r>
    </w:p>
    <w:p>
      <w:r>
        <w:rPr>
          <w:b/>
        </w:rPr>
        <w:t xml:space="preserve">[35:06] </w:t>
      </w:r>
      <w:r>
        <w:t>to do hazar saal gap pada yeh.</w:t>
      </w:r>
    </w:p>
    <w:p>
      <w:pPr>
        <w:jc w:val="right"/>
      </w:pPr>
      <w:r>
        <w:t>تو دو ہزار سال گیپ پڑا یہ۔</w:t>
      </w:r>
    </w:p>
    <w:p>
      <w:r>
        <w:rPr>
          <w:b/>
        </w:rPr>
        <w:t xml:space="preserve">[35:09] </w:t>
      </w:r>
      <w:r>
        <w:t>kyun? wahan ke jo ruler the, wahan jo king the, unhein jo grace mila tha rule karne ke liye, unhein less than ideal laga.</w:t>
      </w:r>
    </w:p>
    <w:p>
      <w:pPr>
        <w:jc w:val="right"/>
      </w:pPr>
      <w:r>
        <w:t>کیوں؟ وہاں کے جو رولر تھے، وہاں جو کنگ تھے، انہیں جو گریس ملا تھا رول کرنے کے لیے، انہیں لیس دین آئیڈیل لگا۔</w:t>
      </w:r>
    </w:p>
    <w:p>
      <w:r>
        <w:rPr>
          <w:b/>
        </w:rPr>
        <w:t xml:space="preserve">[35:18] </w:t>
      </w:r>
      <w:r>
        <w:t>aur ideal yeh tha ke sari dunya mein unka empire ho. is mein sara jeopardise ho gaya sara mamla. beech ki kadi bane phir musalman.</w:t>
      </w:r>
    </w:p>
    <w:p>
      <w:pPr>
        <w:jc w:val="right"/>
      </w:pPr>
      <w:r>
        <w:t>اور آئیڈیل یہ تھا کہ ساری دنیا میں ان کا ایمپائر ہو۔ اس میں سارا جیپرٹائز ہو گیا سارا معاملہ۔ بیچ کی کڑی بنے پھر مسلمان۔</w:t>
      </w:r>
    </w:p>
    <w:p>
      <w:r>
        <w:rPr>
          <w:b/>
        </w:rPr>
        <w:t xml:space="preserve">[35:27] </w:t>
      </w:r>
      <w:r>
        <w:t>unhon ne latin, unhon ne tarjuma kiya arabic mein, phir latin mein tarjuma hua woh, phir europe par pohancha.</w:t>
      </w:r>
    </w:p>
    <w:p>
      <w:pPr>
        <w:jc w:val="right"/>
      </w:pPr>
      <w:r>
        <w:t>انہوں نے لیٹن، انہوں نے ترجمہ کیا عربک میں، پھر لیٹن میں ترجمہ ہوا وہ، پھر یورپ پر پہنچا۔</w:t>
      </w:r>
    </w:p>
    <w:p>
      <w:r>
        <w:rPr>
          <w:b/>
        </w:rPr>
        <w:t xml:space="preserve">[35:33] </w:t>
      </w:r>
      <w:r>
        <w:t>phir yeh modern, modern science wajood mein aayi, modern industry wajood mein aayi. is ka logon ne acknowledge kiya hai, bade bade scholars ne.</w:t>
      </w:r>
    </w:p>
    <w:p>
      <w:pPr>
        <w:jc w:val="right"/>
      </w:pPr>
      <w:r>
        <w:t>پھر یہ ماڈرن، ماڈرن سائنس وجود میں آئی، ماڈرن انڈسٹری وجود میں آئی۔ اس کا لوگوں نے اکنالج کیا ہے، بڑے بڑے سکالرز نے۔</w:t>
      </w:r>
    </w:p>
    <w:p>
      <w:r>
        <w:rPr>
          <w:b/>
        </w:rPr>
        <w:t xml:space="preserve">[35:47] </w:t>
      </w:r>
      <w:r>
        <w:t>misal ke taur par breifalt ne kaha hai ke but for the arabs the modern industrial civilization will never have anything at all</w:t>
      </w:r>
    </w:p>
    <w:p>
      <w:pPr>
        <w:jc w:val="right"/>
      </w:pPr>
      <w:r>
        <w:t>مثال کے طور پر بریفالٹ نے کہا ہے کہ but for the عربs the modern industrial civilization will never have anything at all</w:t>
      </w:r>
    </w:p>
    <w:p>
      <w:r>
        <w:rPr>
          <w:b/>
        </w:rPr>
        <w:t xml:space="preserve">[36:01] </w:t>
      </w:r>
      <w:r>
        <w:t>to yeh yeh jo hai kyun hua aisa hua yeh tha break in history yani grace ke jo jo grace mein jo ilm ka jo jo process chala tha is mein break in history ho gaya do hazar saal ka itna lamba gap hua phir is ke baad europe mein woh revive hua isi tarah aap dekhiye do misal aur doonga main aap ko</w:t>
      </w:r>
    </w:p>
    <w:p>
      <w:pPr>
        <w:jc w:val="right"/>
      </w:pPr>
      <w:r>
        <w:t>تو یہ یہ جو ہے کیوں ہوا ایسا ہوا یہ تھا بریک ان ہسٹری یعنی گریس کے جو جو گریس میں جو علم کا جو جو پراسیس چلا تھا اس میں بریک ان ہسٹری ہو گیا دو ہزار سال کا اتنا لمبا گیپ ہوا پھر اس کے بعد یورپ میں وہ ریوائیو ہوا اسی طرح آپ دیکھیے دو مثال اور دوں گا میں آپ کو</w:t>
      </w:r>
    </w:p>
    <w:p>
      <w:r>
        <w:rPr>
          <w:b/>
        </w:rPr>
        <w:t xml:space="preserve">[36:31] </w:t>
      </w:r>
      <w:r>
        <w:t>ek to musalmanon ki misal 1947 mein musalmanon ne pakistan banwaya pakistan was also kind of break in history dekhiye pakistan banne se bohat pehle main paida hua main ne apne bachpan guzara isi india mein jo ke partition jahan nahi hua tha hum jante bhi nahi the ke partition koi cheez hai is zamane mein hindu muslim mein itna acha mel milap tha</w:t>
      </w:r>
    </w:p>
    <w:p>
      <w:pPr>
        <w:jc w:val="right"/>
      </w:pPr>
      <w:r>
        <w:t>ایک تو مسلمانوں کی مثال 1947 میں مسلمانوں نے پاکستان بنوایا پاکستان واز السو کائنڈ آف بریک ان ہسٹری دیکھیے پاکستان بننے سے بہت پہلے میں پیدا ہوا میں نے اپنے بچپن گزارا اسی انڈیا میں جو کہ پارٹیشن جہاں نہیں ہوا تھا ہم جانتے بھی نہیں تھے کہ پارٹیشن کوئی چیز ہے اس زمانے میں ہندو مسلم میں اتنا اچھا میل ملاپ تھا</w:t>
      </w:r>
    </w:p>
    <w:p>
      <w:r>
        <w:rPr>
          <w:b/>
        </w:rPr>
        <w:t xml:space="preserve">[36:59] </w:t>
      </w:r>
      <w:r>
        <w:t>perfect mel milap tha perfect hamari zimmedari thi is zimmedari ke manager jo the ek hindu the bhau ram aur bhau ram is tarah kaam karte the ke hum khud bhi nahi kar sakte waise itna acha kaam karte the bhau ram to is zamane mein hindu muslim mel milap bohat hi perfect tha is tarah se aap dekhiye musalmanon mein is zamane mein bohat kaam ho rahe the</w:t>
      </w:r>
    </w:p>
    <w:p>
      <w:pPr>
        <w:jc w:val="right"/>
      </w:pPr>
      <w:r>
        <w:t>پرفیکٹ میل ملاپ تھا پرفیکٹ ہماری ذمہ داری تھی اس ذمہ داری کے مینیجر جو تھے ایک ہندو تھے بھاؤ رام اور بھاؤ رام اس طرح کام کرتے تھے کہ ہم خود بھی نہیں کر سکتے ویسے اتنا اچھا کام کرتے تھے بھاؤ رام تو اس زمانے میں ہندو مسلم میل ملاپ بہت ہی پرفیکٹ تھا اس طرح سے آپ دیکھیے مسلمانوں میں اس زمانے میں بہت کام ہو رہے تھے</w:t>
      </w:r>
    </w:p>
    <w:p>
      <w:r>
        <w:rPr>
          <w:b/>
        </w:rPr>
        <w:t xml:space="preserve">[37:26] </w:t>
      </w:r>
      <w:r>
        <w:t>jitne bade bade madarse hain is zamane mein qaim hue nadva deoband waghera jamia millia masjid university is zamane mein qaim hui badi badi kitabein is zamane mein likhi gayi osmania university bani is zamane mein darultarjama qaim hua isi zamane mein yani bohat zabardast kaam hua sufi log kaam kar rahe the isi zamane mein</w:t>
      </w:r>
    </w:p>
    <w:p>
      <w:pPr>
        <w:jc w:val="right"/>
      </w:pPr>
      <w:r>
        <w:t>جتنے بڑے بڑے مدرسے ہیں اس زمانے میں قائم ہوئے ندوہ دیوبند وغیرہ جامعہ ملیہ مسجد یونیورسٹی اس زمانے میں قائم ہوئی بڑی بڑی کتابیں اس زمانے میں لکھی گئیں عثمانیہ یونیورسٹی بنی اس زمانے میں دارالترجمہ قائم ہوا اسی زمانے میں یعنی بہت زبردست کام ہوا صوفی لوگ کام کر رہے تھے اسی زمانے میں</w:t>
      </w:r>
    </w:p>
    <w:p>
      <w:r>
        <w:rPr>
          <w:b/>
        </w:rPr>
        <w:t xml:space="preserve">[37:51] </w:t>
      </w:r>
      <w:r>
        <w:t>ek bohat bada process chal raha tha lekin jab pakistan bana to that was a break in history sab jeopardise ho gaya aur ek bohat bada setback hua ab kya hua setback ek choti si misal samjhiye aap ke indian subcontinent jo jis ko hum kehte hain is ke jo musalman hain woh paanch pocket mein bat gaye paanch yani ek mulk mein rehne wale log paanch mulk mein bat gaye</w:t>
      </w:r>
    </w:p>
    <w:p>
      <w:pPr>
        <w:jc w:val="right"/>
      </w:pPr>
      <w:r>
        <w:t>ایک بہت بڑا پراسیس چل رہا تھا لیکن جب پاکستان بنا تو دیٹ واز ا بریک ان ہسٹری سب جیپرٹائز ہو گیا اور ایک بہت بڑا سیٹ بیک ہوا اب کیا ہوا سیٹ بیک ایک چھوٹی سی مثال سمجھیے آپ کہ انڈین سب کانٹیننٹ جو جس کو ہم کہتے ہیں اس کے جو مسلمان ہیں وہ پانچ پاکٹ میں بٹ گئے پانچ یعنی ایک ملک میں رہنے والے لوگ پانچ ملک میں بٹ گئے</w:t>
      </w:r>
    </w:p>
    <w:p>
      <w:r>
        <w:rPr>
          <w:b/>
        </w:rPr>
        <w:t xml:space="preserve">[38:21] </w:t>
      </w:r>
      <w:r>
        <w:t>woh kaise? india that is bharat, pakistan, bangladesh aur kashmir aur diaspora bohat se musalman bhag bhag kar doosre mulkon mein chale gaye woh hai muslim sindh diaspora to paanch pocket ban gaye</w:t>
      </w:r>
    </w:p>
    <w:p>
      <w:pPr>
        <w:jc w:val="right"/>
      </w:pPr>
      <w:r>
        <w:t>وہ کیسے؟ انڈیا دیٹ از بھارت، پاکستان، بنگلہ دیش اور کاشمیر اور ڈائسپورا بہت سے مسلمان بھاگ بھاگ کر دوسرے ملکوں میں چلے گئے وہ ہے مسلم سندھ ڈائسپورا تو پانچ پاکٹ بن گئے</w:t>
      </w:r>
    </w:p>
    <w:p>
      <w:r>
        <w:rPr>
          <w:b/>
        </w:rPr>
        <w:t xml:space="preserve">[38:47] </w:t>
      </w:r>
      <w:r>
        <w:t>yani yeh bharat mein, pakistan mein, bangladesh mein, kashmir mein aur diaspora mein aap ghor kijiye ke ek country mein rehne wale log paanch hisse mein bat gaye yeh tha break in history ab jo kaam ho raha tha is zamane mein sab jeopardise ho gaya</w:t>
      </w:r>
    </w:p>
    <w:p>
      <w:pPr>
        <w:jc w:val="right"/>
      </w:pPr>
      <w:r>
        <w:t>یعنی یہ بھارت میں، پاکستان میں، بنگلہ دیش میں، کشمیر میں اور ڈائسپورا میں آپ غور کیجئے کہ ایک کنٹری میں رہنے والے لوگ پانچ حصے میں بٹ گئے یہ تھا بریک ان ہسٹری اب جو کام ہو رہا تھا اس زمانے میں سب جیپرٹائز ہو گیا</w:t>
      </w:r>
    </w:p>
    <w:p>
      <w:r>
        <w:rPr>
          <w:b/>
        </w:rPr>
        <w:t xml:space="preserve">[39:11] </w:t>
      </w:r>
      <w:r>
        <w:t>jab jeopardise ho gaya main khud is ka witness hoon ke kis tarah se hamare bachpan mein is mulk mein itna zabardast mel milap tha itna zabardast yani constructive activities thi itna zyada positive thinking thi to kaha jata hai ke it requires a lot of history to make a little tradition woh jo tradition thi woh to hazaron saal mein bani thi</w:t>
      </w:r>
    </w:p>
    <w:p>
      <w:pPr>
        <w:jc w:val="right"/>
      </w:pPr>
      <w:r>
        <w:t>جب جیپرٹائز ہو گیا میں خود اس کا وٹنس ہوں کہ کس طرح سے ہمارے بچپن میں اس ملک میں اتنا زبردست میل ملاپ تھا اتنا زبردست یعنی کنسٹرکٹیو ایکٹیویٹیز تھیں اتنا زیادہ پازیٹیو تھنکنگ تھی تو کہا جاتا ہے کہ it requires a lot of history to make a little tradition وہ جو ٹریڈیشن تھی وہ تو ہزاروں سال میں بنی تھی</w:t>
      </w:r>
    </w:p>
    <w:p>
      <w:r>
        <w:rPr>
          <w:b/>
        </w:rPr>
        <w:t xml:space="preserve">[39:41] </w:t>
      </w:r>
      <w:r>
        <w:t>sufiyon ki koshishein aur kya kya koshishein hui thi tab woh bani thi woh woh toot gaya hai sab to it requires a lot of history to to</w:t>
      </w:r>
    </w:p>
    <w:p>
      <w:pPr>
        <w:jc w:val="right"/>
      </w:pPr>
      <w:r>
        <w:t>صوفیوں کی کوششیں اور کیا کیا کوششیں ہوئی تھیں تب وہ بنی تھی وہ وہ ٹوٹ گیا ہے سب تو it requires a lot of history تو تو</w:t>
      </w:r>
    </w:p>
    <w:p>
      <w:r>
        <w:rPr>
          <w:b/>
        </w:rPr>
        <w:t xml:space="preserve">[39:58] </w:t>
      </w:r>
      <w:r>
        <w:t>ek ek poori tareekh chahiye bohat lambi tareekh tab ek ek tradition banti hai to sab toot phoot gaya</w:t>
      </w:r>
    </w:p>
    <w:p>
      <w:pPr>
        <w:jc w:val="right"/>
      </w:pPr>
      <w:r>
        <w:t>ایک ایک پوری تاریخ چاہیے بہت لمبی تاریخ تب ایک ایک ٹریڈیشن بنتی ہے تو سب ٹوٹ پھوٹ گیا</w:t>
      </w:r>
    </w:p>
    <w:p>
      <w:r>
        <w:rPr>
          <w:b/>
        </w:rPr>
        <w:t xml:space="preserve">[40:10] </w:t>
      </w:r>
      <w:r>
        <w:t>yeh tha break in history ka qissa hamari zindagi mein jiska mein witness hoon dono zamanon ko</w:t>
      </w:r>
    </w:p>
    <w:p>
      <w:pPr>
        <w:jc w:val="right"/>
      </w:pPr>
      <w:r>
        <w:t>یہ تھا بریک ان ہسٹری کا قصہ ہماری زندگی میں جس کا میں وٹنس ہوں دونوں زمانوں کو</w:t>
      </w:r>
    </w:p>
    <w:p>
      <w:r>
        <w:rPr>
          <w:b/>
        </w:rPr>
        <w:t xml:space="preserve">[40:16] </w:t>
      </w:r>
      <w:r>
        <w:t>mein ne dekha hai pehle wala bhi aur aaj bhi dekh raha hoon</w:t>
      </w:r>
    </w:p>
    <w:p>
      <w:pPr>
        <w:jc w:val="right"/>
      </w:pPr>
      <w:r>
        <w:t>میں نے دیکھا ہے پہلے والا بھی اور آج بھی دیکھ رہا ہوں</w:t>
      </w:r>
    </w:p>
    <w:p>
      <w:r>
        <w:rPr>
          <w:b/>
        </w:rPr>
        <w:t xml:space="preserve">[40:21] </w:t>
      </w:r>
      <w:r>
        <w:t>ab ek misaal aap dijiye super super power ki</w:t>
      </w:r>
    </w:p>
    <w:p>
      <w:pPr>
        <w:jc w:val="right"/>
      </w:pPr>
      <w:r>
        <w:t>اب ایک مثال آپ دیجئے سپر سپر پاور کی</w:t>
      </w:r>
    </w:p>
    <w:p>
      <w:r>
        <w:rPr>
          <w:b/>
        </w:rPr>
        <w:t xml:space="preserve">[40:27] </w:t>
      </w:r>
      <w:r>
        <w:t>united states of america</w:t>
      </w:r>
    </w:p>
    <w:p>
      <w:pPr>
        <w:jc w:val="right"/>
      </w:pPr>
      <w:r>
        <w:t>یونائٹڈ اسٹیٹس آف امریکہ</w:t>
      </w:r>
    </w:p>
    <w:p>
      <w:r>
        <w:rPr>
          <w:b/>
        </w:rPr>
        <w:t xml:space="preserve">[40:30] </w:t>
      </w:r>
      <w:r>
        <w:t>aap jante hain ke</w:t>
      </w:r>
    </w:p>
    <w:p>
      <w:pPr>
        <w:jc w:val="right"/>
      </w:pPr>
      <w:r>
        <w:t>آپ جانتے ہیں کہ</w:t>
      </w:r>
    </w:p>
    <w:p>
      <w:r>
        <w:rPr>
          <w:b/>
        </w:rPr>
        <w:t xml:space="preserve">[40:32] </w:t>
      </w:r>
      <w:r>
        <w:t>سب سے زیادہ ریسرچ کام جو ہوا ہے کام ریسرچ کا وہ امریکہ میں ہوا ہے</w:t>
      </w:r>
    </w:p>
    <w:p>
      <w:pPr>
        <w:jc w:val="right"/>
      </w:pPr>
      <w:r>
        <w:t>سب سے زیادہ ریسرچ کام جو ہوا ہے کام ریسرچ کا وہ وہ امریکہ میں ہوا ہے یو</w:t>
      </w:r>
    </w:p>
    <w:p>
      <w:r>
        <w:rPr>
          <w:b/>
        </w:rPr>
        <w:t xml:space="preserve">[40:37] </w:t>
      </w:r>
      <w:r>
        <w:t>USA mein hua hai</w:t>
      </w:r>
    </w:p>
    <w:p>
      <w:pPr>
        <w:jc w:val="right"/>
      </w:pPr>
      <w:r>
        <w:t>ایس اے میں ہوا ہے</w:t>
      </w:r>
    </w:p>
    <w:p>
      <w:r>
        <w:rPr>
          <w:b/>
        </w:rPr>
        <w:t xml:space="preserve">[40:41] </w:t>
      </w:r>
      <w:r>
        <w:t>billion trillion dollar kharch kar ke woh research kar rahe the woh sari nayi cheezein wohin research hui hain wohin bani hain</w:t>
      </w:r>
    </w:p>
    <w:p>
      <w:pPr>
        <w:jc w:val="right"/>
      </w:pPr>
      <w:r>
        <w:t>بلین ٹریلین ڈالر خرچ کر کے وہ ریسرچ کر رہے تھے وہ ساری نئی چیزیں وہیں ریسرچ ہوئی ہیں وہیں بنی ہیں</w:t>
      </w:r>
    </w:p>
    <w:p>
      <w:r>
        <w:rPr>
          <w:b/>
        </w:rPr>
        <w:t xml:space="preserve">[40:52] </w:t>
      </w:r>
      <w:r>
        <w:t>yahan tak ke ji is building pe jahan hum hain is ka main qissa batata hoon aap ko ek choti si example jab yeh building ban gayi to neeche se pani nikal aaya neeche pani tha ab to pani aur zyada neeche utar gaya hai lekin us waqt pani tha</w:t>
      </w:r>
    </w:p>
    <w:p>
      <w:pPr>
        <w:jc w:val="right"/>
      </w:pPr>
      <w:r>
        <w:t>یہاں تک کہ جی اس بلڈنگ پہ جہاں ہم ہیں اس کا میں قصہ بتاتا ہوں آپ کو ایک چھوٹی سی ایگزامپل جب یہ بلڈنگ بن گئی تو نیچے سے پانی نکل آیا نیچے پانی تھا اب تو پانی اور زیادہ نیچے اتر گیا ہے لیکن اس وقت پانی تھا</w:t>
      </w:r>
    </w:p>
    <w:p>
      <w:r>
        <w:rPr>
          <w:b/>
        </w:rPr>
        <w:t xml:space="preserve">[41:12] </w:t>
      </w:r>
      <w:r>
        <w:t>to neeche ka jo jo woh jo hai basement basement mein pani bhara hua tha aaj aap soch nahi sakte is baat ko ab main ne jab dekha yahan to main bohat ghabraya ke sara basement mein pani bhara hua hai to ek engineer sahab bulaye gaye unhon ne kaha ke sahab aap ki building to floating state mein hai is ko to todna padega phir se banana padega</w:t>
      </w:r>
    </w:p>
    <w:p>
      <w:pPr>
        <w:jc w:val="right"/>
      </w:pPr>
      <w:r>
        <w:t>تو نیچے کا جو جو وہ جو ہے بیسمنٹ بیسمنٹ میں پانی بھرا ہوا تھا آج آپ سوچ نہیں سکتے اس بات کو اب میں نے جب دیکھا یہاں تو میں بہت گھبرایا کہ سارا بیسمنٹ میں پانی بھرا ہوا ہے تو ایک انجینئر صاحب بلائے گئے انہوں نے کہا کہ صاحب آپ کی بلڈنگ تو فلوٹنگ اسٹیٹ میں ہے اس کو تو توڑنا پڑے گا پھر سے بنانا پڑے گا</w:t>
      </w:r>
    </w:p>
    <w:p>
      <w:r>
        <w:rPr>
          <w:b/>
        </w:rPr>
        <w:t xml:space="preserve">[41:36] </w:t>
      </w:r>
      <w:r>
        <w:t>yeh jahan aap baithe hue hain is ko unhon ne kaha ke yeh to floating state mein hai is ko todna padega ab main bohat pareshan hua to ek sir jo america mein parh kar aaye the ek engineer</w:t>
      </w:r>
    </w:p>
    <w:p>
      <w:pPr>
        <w:jc w:val="right"/>
      </w:pPr>
      <w:r>
        <w:t>یہ جہاں آپ بیٹھے ہوئے ہیں اس کو انہوں نے کہا کہ یہ تو فلوٹنگ اسٹیٹ میں ہے اس کو توڑنا پڑے گا اب میں بہت پریشان ہوا تو ایک سر جو امریکہ میں پڑھ کر آئے تھے ایک انجینئر</w:t>
      </w:r>
    </w:p>
    <w:p>
      <w:r>
        <w:rPr>
          <w:b/>
        </w:rPr>
        <w:t xml:space="preserve">[41:53] </w:t>
      </w:r>
      <w:r>
        <w:t>woh architect tha woh america se parh kar aaya tha woh ab to yeh technique bohat aam ho chuki hogi us waqt ki baat kar raha hoon main jab ke aaj technique bohat hi nayi thi wahan par</w:t>
      </w:r>
    </w:p>
    <w:p>
      <w:pPr>
        <w:jc w:val="right"/>
      </w:pPr>
      <w:r>
        <w:t>وہ آرکیٹیکٹ تھا وہ امریکہ سے پڑھ کر آیا تھا وہ اب تو یہ ٹیکنیک بہت عام ہو چکی ہوگی اس وقت کی بات کر رہا ہوں میں جب کہ آج ٹیکنیک بہت ہی نئی تھی وہاں پر</w:t>
      </w:r>
    </w:p>
    <w:p>
      <w:r>
        <w:rPr>
          <w:b/>
        </w:rPr>
        <w:t xml:space="preserve">[42:03] </w:t>
      </w:r>
      <w:r>
        <w:t>to unhon ne bataya ke america ne ek nikala hai bohat lambi research ke baad ek cheez ko woh inject karte hain unhon ne bataya ke jo aap ne jo banaya hai to bohat mota aap ne wahan par woh cement concrete bana diya hai lekin cement concrete phir bhi porous hota hai pani ke liye kitna hi mota aap bana dein woh porous rahega pani penetrate karega phir bhi</w:t>
      </w:r>
    </w:p>
    <w:p>
      <w:pPr>
        <w:jc w:val="right"/>
      </w:pPr>
      <w:r>
        <w:t>تو انہوں نے بتایا کہ امریکہ نے ایک نکالا ہے بہت لمبی ریسرچ کے بعد ایک چیز کو وہ انجیکٹ کرتے ہیں انہوں نے بتایا کہ جو آپ نے جو بنایا ہے تو بہت موٹا آپ نے وہاں پر وہ سیمنٹ کانکریٹ بنا دیا ہے لیکن سیمنٹ کانکریٹ پھر بھی پورس ہوتا ہے پانی کے لیے کتنا ہی موٹا آپ بنا دیں وہ پورس رہے گا پانی پریٹریٹ کرے گا پھر بھی</w:t>
      </w:r>
    </w:p>
    <w:p>
      <w:r>
        <w:rPr>
          <w:b/>
        </w:rPr>
        <w:t xml:space="preserve">[42:29] </w:t>
      </w:r>
      <w:r>
        <w:t>That was the problem ke ham ne mota cement ka bana diya tha basement mein ham samajhte the ke bas ab pani nahin aega unhon ne kaha ke aisa nahin hai pani ke lie cement ka vo lamba vo vo bhi porous hai vo is vajah se pani a raha hai to unhon ne nikala tha America walon ne ek vo inject karte the is mein is se sara porous jo hai vo band band band ho jata tha</w:t>
      </w:r>
    </w:p>
    <w:p>
      <w:pPr>
        <w:jc w:val="right"/>
      </w:pPr>
      <w:r>
        <w:t>دیٹ واز دا پرابلم کہ ہم نے موٹا سگن سیمنٹ کانکریٹ کا بنا دیا تھا بیسمنٹ میں ہم سمجھتے تھے کہ بس اب پانی نہیں آئے گا انہوں نے کہا کہ ایسا نہیں ہے پانی کے لیے سیمنٹ کا وہ لمبا وہ وہ بھی پورس ہے وہ اس وجہ سے پانی آ رہا ہے تو انہوں نے نکالا تھا امریکہ والوں نے ایک وہ انجیکٹ کرتے تھے اس میں اس سے سارا پورس جو ہے وہ بند بند بند ہو جاتا تھا</w:t>
      </w:r>
    </w:p>
    <w:p>
      <w:r>
        <w:rPr>
          <w:b/>
        </w:rPr>
        <w:t xml:space="preserve">[42:58] </w:t>
      </w:r>
      <w:r>
        <w:t>sameint ke andar jo vo inject karte the is mein to sahib vo kya unhon ne unhon ne kaha ke aap hamen sameint se bana manga dijie shayad 50 kahte hain bole mange unhon ne bas aur kuchh nahin baqi ham apna masla istemal karenge aur is ke pas ye dekhiye pani khatm vo bechare itne achhe aadmi the ke ham ne un ko paisa dena chaha to paisa bhi nahin liya unhon ne</w:t>
      </w:r>
    </w:p>
    <w:p>
      <w:pPr>
        <w:jc w:val="right"/>
      </w:pPr>
      <w:r>
        <w:t>سیمنٹ کے اندر جو وہ انجیکٹ کرتے تھے اس میں تو صاحب وہ کیا انہوں نے انہوں نے کہا کہ آپ ہمیں سیمنٹ سے بنا منگا دیجئے شاید 50 کہتے ہیں بولے مانگے انہوں نے بس اور کچھ نہیں باقی ہم اپنا مسئلہ استعمال کریں گے اور اس کے پاس یہ دیکھیے پانی ختم وہ بیچارے اتنے اچھے آدمی تھے کہ ہم نے ان کو پیسہ دینا چاہا تو پیسہ بھی نہیں لیا انہوں نے</w:t>
      </w:r>
    </w:p>
    <w:p>
      <w:r>
        <w:rPr>
          <w:b/>
        </w:rPr>
        <w:t xml:space="preserve">[43:24] </w:t>
      </w:r>
      <w:r>
        <w:t>ke sahib ye deen ka kam hai ham paisa bahut milega aap ko idhar udhar se yani ye bahut hi chhoti si misal hai sare research jo hai is zamane mein amreeka mein ho rahe the hawai jahaz ki research motor car ki research aur mobile ki research facts jitni bhi research hai sab amreeka mein amreeka mein</w:t>
      </w:r>
    </w:p>
    <w:p>
      <w:pPr>
        <w:jc w:val="right"/>
      </w:pPr>
      <w:r>
        <w:t>کہ صاحب یہ دین کا کام ہے ہم پیسہ بہت ملے گا آپ کو ادھر ادھر سے یعنی یہ بہت ہی چھوٹی سی مثال ہے سارے ریسرچ جو ہے اس زمانے میں امریکہ میں ہو رہے تھے ہوائی جہاز کی ریسرچ موٹر کار کی ریسرچ اور موبائل کی ریسرچ فیکٹس جتنی بھی ریسرچ ہے سب امریکہ میں امریکہ میں</w:t>
      </w:r>
    </w:p>
    <w:p>
      <w:r>
        <w:rPr>
          <w:b/>
        </w:rPr>
        <w:t xml:space="preserve">[43:44] </w:t>
      </w:r>
      <w:r>
        <w:t>ham ne to imitate kiya hai lekin jab amreeka iraq mein involve hua</w:t>
      </w:r>
    </w:p>
    <w:p>
      <w:pPr>
        <w:jc w:val="right"/>
      </w:pPr>
      <w:r>
        <w:t>ہم نے تو ایمیٹیٹ کیا ہے لیکن جب امریکہ عراق میں انوالو ہوا</w:t>
      </w:r>
    </w:p>
    <w:p>
      <w:r>
        <w:rPr>
          <w:b/>
        </w:rPr>
        <w:t xml:space="preserve">[43:53] </w:t>
      </w:r>
      <w:r>
        <w:t>aur duniya ki sab se badi jang ladi is mein aap ko ye malum hoga ke iraq mein jo jang ladi hai amreeka ne itni badi ladai kabhi duniya mein nahin ladi gai ladi gai lekin is ka vo vo kaha vo amreeka ke lie break in history ban gaya</w:t>
      </w:r>
    </w:p>
    <w:p>
      <w:pPr>
        <w:jc w:val="right"/>
      </w:pPr>
      <w:r>
        <w:t>اور دنیا کی سب سے بڑی جنگ لڑی اس میں آپ کو یہ معلوم ہوگا کہ عراق میں جو جنگ لڑی ہے امریکہ نے اتنی بڑی لڑائی کبھی دنیا میں نہیں لڑی گئی لڑی گئی لیکن اس کا وہ وہ کہا وہ امریکہ کے لیے بریک ان ہسٹری بن گیا</w:t>
      </w:r>
    </w:p>
    <w:p>
      <w:r>
        <w:rPr>
          <w:b/>
        </w:rPr>
        <w:t xml:space="preserve">[44:10] </w:t>
      </w:r>
      <w:r>
        <w:t>aaj ka jo amreeka hai aaj ka itna down fall hua un ki economy mein ke research ka kam bahut hi kam ho gaya hai theoretical science to bilkul band ho gai hai ye hai break in history amreeka ke lie to bat kya hai chahe individual hon ya nation hon vo chahte hain unlimited milta hai limited</w:t>
      </w:r>
    </w:p>
    <w:p>
      <w:pPr>
        <w:jc w:val="right"/>
      </w:pPr>
      <w:r>
        <w:t>آج کا جو امریکہ ہے آج کا اتنا ڈاؤن فال ہوا ان کی اکانومی میں کہ ریسرچ کا کام بہت ہی کم ہو گیا ہے تھریٹیکل سائنس تو بالکل بند ہو گئی ہے یہ ہے بریک ان ہسٹری امریکہ کے لیے تو بات کیا ہے چاہے انڈیویجول ہوں یا نیشن ہوں وہ چاہتے ہیں ان لمیٹڈ ملتا ہے لمیٹڈ</w:t>
      </w:r>
    </w:p>
    <w:p>
      <w:r>
        <w:rPr>
          <w:b/>
        </w:rPr>
        <w:t xml:space="preserve">[44:39] </w:t>
      </w:r>
      <w:r>
        <w:t>jo kuchh amreeka ke pas tha yani gulf war se pehle vo bahut tha is ke bahut tha is ke pas lekin vo us ko apne mind ke lahaz se less than ideal dikhai pada to unhon ne kaha ke aur world leader bane ham world leader banne ke chakar mein ye sab hua</w:t>
      </w:r>
    </w:p>
    <w:p>
      <w:pPr>
        <w:jc w:val="right"/>
      </w:pPr>
      <w:r>
        <w:t>جو کچھ امریکہ کے پاس تھا یعنی گلف وار سے پہلے وہ بہت تھا اس کے بہت تھا اس کے پاس لیکن وہ اس کو اپنے مائنڈ کے لحاظ سے لیس دین آئیڈیل دکھائی پڑا تو انہوں نے کہا کہ اور ورلڈ لیڈر بنے ہم ورلڈ لیڈر بننے کے چکر میں یہ سب ہوا</w:t>
      </w:r>
    </w:p>
    <w:p>
      <w:r>
        <w:rPr>
          <w:b/>
        </w:rPr>
        <w:t xml:space="preserve">[45:02] </w:t>
      </w:r>
      <w:r>
        <w:t>to zindagi ka formula jo diya hai yani profit of islam ne main samajhta hoon ke history mein ek hi insan hai jis ne jana ke how to establish peace peace ka formula vo kai koi nahin de saka kyon sare log peace se peace se bracket kiye hue hain is ko yani idealism ko</w:t>
      </w:r>
    </w:p>
    <w:p>
      <w:pPr>
        <w:jc w:val="right"/>
      </w:pPr>
      <w:r>
        <w:t>تو زندگی کا فارمولا جو دیا ہے یعنی پرافٹ آف اسلام نے میں سمجھتا ہوں کہ ہسٹری میں ایک ہی انسان ہے جس نے جانا کہ ہاؤ ٹو اسٹیبلش پیس پیس کا فارمولا وہ کئی کوئی نہیں دے سکا کیوں سارے لوگ پیس سے پیس سے بریکٹ کیے ہوئے ہیں اس کو یعنی آئیڈیلزم کو</w:t>
      </w:r>
    </w:p>
    <w:p>
      <w:r>
        <w:rPr>
          <w:b/>
        </w:rPr>
        <w:t xml:space="preserve">[45:29] </w:t>
      </w:r>
      <w:r>
        <w:t>sare reformers sare thinkers peace ke sath idealism ko break bracket kiye hue hain vo chahte hain ke peace peace aur ideal society ye jo lad rahe hain log idhar udhar vo kya hai yani aaj kal jo militancy chal rahi hai militancy maslan musalmanon ki militancy aap dekh li</w:t>
      </w:r>
    </w:p>
    <w:p>
      <w:pPr>
        <w:jc w:val="right"/>
      </w:pPr>
      <w:r>
        <w:t>سارے ریفارمرز سارے تھنکرز پیس کے ساتھ آئیڈیلزم کو بریک بریکٹ کیے ہوئے ہیں وہ چاہتے ہیں کہ پیس پیس اور آئیڈیل سوسائٹی یہ جو لڑ رہے ہیں لوگ ادھر ادھر وہ کیا ہے یعنی آج کل جو ملٹینسی چل رہی ہے ملٹینسی مثلاً مسلمانوں کی ملٹینسی آپ دیکھ لی</w:t>
      </w:r>
    </w:p>
    <w:p>
      <w:r>
        <w:rPr>
          <w:b/>
        </w:rPr>
        <w:t xml:space="preserve">[45:51] </w:t>
      </w:r>
      <w:r>
        <w:t>jaye yani kashmir mein musalmanon ko sab kuch hasil tha</w:t>
      </w:r>
    </w:p>
    <w:p>
      <w:pPr>
        <w:jc w:val="right"/>
      </w:pPr>
      <w:r>
        <w:t>جئے یعنی کشمیر میں مسلمانوں کو سب کچھ حاصل تھا</w:t>
      </w:r>
    </w:p>
    <w:p>
      <w:r>
        <w:rPr>
          <w:b/>
        </w:rPr>
        <w:t xml:space="preserve">[45:55] </w:t>
      </w:r>
      <w:r>
        <w:t>lekin woh unhein kam laga aur militancy chala di woh bhi khoya gaya falasteen mein bhi 48 mein</w:t>
      </w:r>
    </w:p>
    <w:p>
      <w:pPr>
        <w:jc w:val="right"/>
      </w:pPr>
      <w:r>
        <w:t>لیکن وہ انہیں کم لگا اور ملٹینسی چلا دی وہ بھی کھویا گیا فلسطین میں بھی 48 میں</w:t>
      </w:r>
    </w:p>
    <w:p>
      <w:r>
        <w:rPr>
          <w:b/>
        </w:rPr>
        <w:t xml:space="preserve">[46:04] </w:t>
      </w:r>
      <w:r>
        <w:t>عربوں کو سب کچھ ملا ہوا تھا لیکن انہیں less than ideal لگا اور انہوں نے militancy چلا</w:t>
      </w:r>
    </w:p>
    <w:p>
      <w:pPr>
        <w:jc w:val="right"/>
      </w:pPr>
      <w:r>
        <w:t>عربوں کو سب کچھ ملا ہوا تھا لیکن انہیں لیس دین آئیڈیل لگا اور انہوں نے ملٹینسی چلا</w:t>
      </w:r>
    </w:p>
    <w:p>
      <w:r>
        <w:rPr>
          <w:b/>
        </w:rPr>
        <w:t xml:space="preserve">[46:10] </w:t>
      </w:r>
      <w:r>
        <w:t>The toh sara mamla kya hai ke Khuda ne aapke mind mein aapko paida kiya paradise</w:t>
      </w:r>
    </w:p>
    <w:p>
      <w:pPr>
        <w:jc w:val="right"/>
      </w:pPr>
      <w:r>
        <w:t>دی تو سارا معاملہ کیا ہے کہ خدا نے آپ کے مائنڈ میں آپ کو پیدا کیا پیرائیز</w:t>
      </w:r>
    </w:p>
    <w:p>
      <w:r>
        <w:rPr>
          <w:b/>
        </w:rPr>
        <w:t xml:space="preserve">[46:18] </w:t>
      </w:r>
      <w:r>
        <w:t>seeking animal ke taur par</w:t>
      </w:r>
    </w:p>
    <w:p>
      <w:pPr>
        <w:jc w:val="right"/>
      </w:pPr>
      <w:r>
        <w:t>سیکنگ اینیمل کے طور پر</w:t>
      </w:r>
    </w:p>
    <w:p>
      <w:r>
        <w:rPr>
          <w:b/>
        </w:rPr>
        <w:t xml:space="preserve">[46:21] </w:t>
      </w:r>
      <w:r>
        <w:t>ya ideal seeking animal ke taur par aap ke mind bhara hua hai ideal world that is paradise aap ke mind mein bhara hua hai ek ideal world har har individual ke mind mein aae lekin vo paradise hai vo is duniya mein nahin hai vo is duniya mein to hamen qualify karna hai taake hum ko wahan entry mil sake</w:t>
      </w:r>
    </w:p>
    <w:p>
      <w:pPr>
        <w:jc w:val="right"/>
      </w:pPr>
      <w:r>
        <w:t>یا آئیڈیل سیکنگ اینیمل کے طور پر آپ کے مائنڈ بھرا ہوا ہے آئیڈیل ورلڈ دیٹ از پیرائیز آپ کے مائنڈ میں بھرا ہوا ہے ایک آئیڈیل ورلڈ ہر ہر انڈیویجول کے مائنڈ میں آئے لیکن وہ پیرائیز ہے وہ اس دنیا میں نہیں ہے وہ اس دنیا میں تو ہمیں کوالیفائی کرنا ہے تاکہ ہم کو وہاں انٹری مل سکے</w:t>
      </w:r>
    </w:p>
    <w:p>
      <w:r>
        <w:rPr>
          <w:b/>
        </w:rPr>
        <w:t xml:space="preserve">[46:48] </w:t>
      </w:r>
      <w:r>
        <w:t>ye duniya jo hai ye to period vo hai preparatory period hai vo ye duniya jo hai preparatory period hai ye enjoy karne ke lie nahin hai ye enjoy karne ke lie nahin hai</w:t>
      </w:r>
    </w:p>
    <w:p>
      <w:pPr>
        <w:jc w:val="right"/>
      </w:pPr>
      <w:r>
        <w:t>یہ دنیا جو ہے یہ تو پیریڈ وہ ہے پریپریٹری پیریڈ ہے وہ یہ دنیا جو ہے پریپریٹری پیریڈ ہے یہ انجوائے کرنے کے لیے نہیں ہے یہ انجوائے کرنے کے لیے نہیں ہے</w:t>
      </w:r>
    </w:p>
    <w:p>
      <w:r>
        <w:rPr>
          <w:b/>
        </w:rPr>
        <w:t xml:space="preserve">[47:05] </w:t>
      </w:r>
      <w:r>
        <w:t>lekin sab ka mamla kya hai ke har aadmi apne mind se jab dekhta hai to vo us ko less than ideal lagta hai vo</w:t>
      </w:r>
    </w:p>
    <w:p>
      <w:pPr>
        <w:jc w:val="right"/>
      </w:pPr>
      <w:r>
        <w:t>لیکن سب کا معاملہ کیا ہے کہ ہر آدمی اپنے مائنڈ سے جب دیکھتا ہے تو وہ اس کو لیس دین آئیڈیل لگتا ہے وہ</w:t>
      </w:r>
    </w:p>
    <w:p>
      <w:r>
        <w:rPr>
          <w:b/>
        </w:rPr>
        <w:t xml:space="preserve">[47:15] </w:t>
      </w:r>
      <w:r>
        <w:t>less than ideal</w:t>
      </w:r>
    </w:p>
    <w:p>
      <w:pPr>
        <w:jc w:val="right"/>
      </w:pPr>
      <w:r>
        <w:t>لیس دین آئیڈیل</w:t>
      </w:r>
    </w:p>
    <w:p>
      <w:r>
        <w:rPr>
          <w:b/>
        </w:rPr>
        <w:t xml:space="preserve">[47:19] </w:t>
      </w:r>
      <w:r>
        <w:t>apne mind mein to bhara hua hai ideal world perfect world unlimited world to ye samajh nahin pata ke ye jo hai ye paradise ke lie hai is duniya ke lie nahin hai vo paradise ke lie vo is duniya ke lie nahin hai jaise ek student agar jae examination hall mein wahan vo dorna chahe wahan football khelna chahe to log us ko kahenge ke nahin tum ye nahin khel sakte football</w:t>
      </w:r>
    </w:p>
    <w:p>
      <w:pPr>
        <w:jc w:val="right"/>
      </w:pPr>
      <w:r>
        <w:t>اپنے مائنڈ میں تو بھرا ہوا ہے آئیڈیل ورلڈ پرفیکٹ ورلڈ ان لمیٹڈ ورلڈ تو یہ سمجھ نہیں پاتا کہ یہ جو ہے یہ پیرائیز کے لیے ہے اس دنیا کے لیے نہیں ہے وہ پیرائیز کے لیے وہ اس دنیا کے لیے نہیں ہے جیسے ایک اسٹوڈنٹ اگر جائے ایگزامینیشن ہال میں وہاں وہ دوڑنا چاہے وہاں فٹبال کھیلنا چاہے تو لوگ اس کو کہیں گے کہ نہیں تم یہ نہیں کھیل سکتے فٹبال</w:t>
      </w:r>
    </w:p>
    <w:p>
      <w:r>
        <w:rPr>
          <w:b/>
        </w:rPr>
        <w:t xml:space="preserve">[47:47] </w:t>
      </w:r>
      <w:r>
        <w:t>examination hall jo hai vo to wahan football khelne ki jagah nahin hai khela jaega to pakda jaega vo agar khelega to to ye duniya khuda ne jo banai hai vo banai thi is lie ke aap ki zaruraten puri hoti rahen apni zaruraten puri karte hue aap vo kam karen jo asal kam hai yani intellectual development</w:t>
      </w:r>
    </w:p>
    <w:p>
      <w:pPr>
        <w:jc w:val="right"/>
      </w:pPr>
      <w:r>
        <w:t>ایگزامینیشن ہال جو ہے وہ تو وہاں فٹبال کھیلنے کی جگہ نہیں ہے کھیلا جائے گا تو پکڑا جائے گا وہ اگر کھیلے گا تو تو یہ دنیا خدا نے جو بنائی ہے وہ بنائی تھی اس لیے کہ آپ کی ضرورتیں پوری ہوتی رہیں اپنی ضرورتیں پوری کرتے ہوئے آپ وہ کام کریں جو اصل کام ہے یعنی انٹلیکچول ڈیولپمنٹ</w:t>
      </w:r>
    </w:p>
    <w:p>
      <w:r>
        <w:rPr>
          <w:b/>
        </w:rPr>
        <w:t xml:space="preserve">[48:12] </w:t>
      </w:r>
      <w:r>
        <w:t>lekin intellectual development ko to unhon ne band kar diya aur sara aap ne divert kar diya kar diya apni tawajjah ko kahan material enjoy ki taraf jo ke possible nahin tha</w:t>
      </w:r>
    </w:p>
    <w:p>
      <w:pPr>
        <w:jc w:val="right"/>
      </w:pPr>
      <w:r>
        <w:t>لیکن انٹلیکچول ڈیولپمنٹ کو تو انہوں نے بند کر دیا اور سارا آپ نے ڈائیورٹ کر دیا کر دیا اپنی توجہ کو کہاں مٹیریل انجوائے کی طرف جو کہ پاسیبل نہیں تھا</w:t>
      </w:r>
    </w:p>
    <w:p>
      <w:r>
        <w:rPr>
          <w:b/>
        </w:rPr>
        <w:t xml:space="preserve">[48:27] </w:t>
      </w:r>
      <w:r>
        <w:t>vo possible nahin tha to main kahunga ke ek formula agar aap chahen to ye vo ye hoga ke life is the art of the possible</w:t>
      </w:r>
    </w:p>
    <w:p>
      <w:pPr>
        <w:jc w:val="right"/>
      </w:pPr>
      <w:r>
        <w:t>وہ پاسیبل نہیں تھا تو میں کہوں گا کہ ایک فارمولا اگر آپ چاہیں تو یہ وہ یہ ہوگا کہ لائف از دا آرٹ آف دا پاسیبل</w:t>
      </w:r>
    </w:p>
    <w:p>
      <w:r>
        <w:rPr>
          <w:b/>
        </w:rPr>
        <w:t xml:space="preserve">[48:39] </w:t>
      </w:r>
      <w:r>
        <w:t>is duniya mein jo hai life is the art of the possible yani possible mein aap ko life mil sakti hai impossible mein nahin matlab less than ideal to milega ideal nahin milega aap ko</w:t>
      </w:r>
    </w:p>
    <w:p>
      <w:pPr>
        <w:jc w:val="right"/>
      </w:pPr>
      <w:r>
        <w:t>اس دنیا میں جو ہے لائف از دا آرٹ آف دا پاسیبل یعنی پاسیبل میں آپ کو لائف مل سکتی ہے امپاسیبل میں نہیں مطلب لیس دین آئیڈیل تو ملے گا آئیڈیل نہیں ملے گا آپ کو</w:t>
      </w:r>
    </w:p>
    <w:p>
      <w:r>
        <w:rPr>
          <w:b/>
        </w:rPr>
        <w:t xml:space="preserve">[48:57] </w:t>
      </w:r>
      <w:r>
        <w:t>aap ko less than ideal mein jina padega kyonke ideal to milta nahin hai to life is the art of the possible</w:t>
      </w:r>
    </w:p>
    <w:p>
      <w:pPr>
        <w:jc w:val="right"/>
      </w:pPr>
      <w:r>
        <w:t>آپ کو لیس دین آئیڈیل میں جینا پڑے گا کیونکہ آئیڈیل تو ملتا نہیں ہے تو لائف از دا آرٹ آف دا پاسیبل</w:t>
      </w:r>
    </w:p>
    <w:p>
      <w:r>
        <w:rPr>
          <w:b/>
        </w:rPr>
        <w:t xml:space="preserve">[49:08] </w:t>
      </w:r>
      <w:r>
        <w:t>is raz ko na samajhne ki vajah se puri history mein insan jo hai frustration ka shikar raha hai violence tension frustration war ye sab kis lie hai isi lie hai sab ke jo mila yani napoleon aur hitler ko ek pura mulk mila hua tha</w:t>
      </w:r>
    </w:p>
    <w:p>
      <w:pPr>
        <w:jc w:val="right"/>
      </w:pPr>
      <w:r>
        <w:t>اس راز کو نہ سمجھنے کی وجہ سے پوری ہسٹری میں انسان جو ہے فرسٹریشن کا شکار رہا ہے وائلنس ٹینشن فرسٹریشن وار یہ سب کس لیے ہے اسی لیے ہے سب کہ جو ملا یعنی نیپولین اور ہٹلر کو ایک پورا ملک ملا ہوا تھا</w:t>
      </w:r>
    </w:p>
    <w:p>
      <w:r>
        <w:rPr>
          <w:b/>
        </w:rPr>
        <w:t xml:space="preserve">[49:31] </w:t>
      </w:r>
      <w:r>
        <w:t>bahut sab kuchh tha un ke pas wahan lekin ek mulk ka ek country ka ruler banna unhen kam laga kaha world leader banun main aur unhon ne chhalang laga di aur natija kya hua ke complete failure un ke hisse mein aaya to jo chiz milni hai hamen paradise mein vo ham chahte hain ke isi duniya mein pa len</w:t>
      </w:r>
    </w:p>
    <w:p>
      <w:pPr>
        <w:jc w:val="right"/>
      </w:pPr>
      <w:r>
        <w:t>بہت سب کچھ تھا ان کے پاس وہاں لیکن ایک ملک کا ایک کنٹری کا رولر بننا انہیں کم لگا کہا ورلڈ لیڈر بنوں میں اور انہوں نے چھلانگ لگا دی اور نتیجہ کیا ہوا کہ کمپلیٹ فیلیر ان کے حصے میں آیا تو جو چیز ملنی ہے ہمیں پیرائیز میں وہ ہم چاہتے ہیں کہ اسی دنیا میں پا لیں</w:t>
      </w:r>
    </w:p>
    <w:p>
      <w:r>
        <w:rPr>
          <w:b/>
        </w:rPr>
        <w:t xml:space="preserve">[49:56] </w:t>
      </w:r>
      <w:r>
        <w:t>jaise ek examination hall mein ek student hai jo kuchh bl hai is hall ke bahar vo hall ke andar talash karne lage to kuchh nahin paega vo examination hall mein to bahut hi limited duniya hoti hai is limited duniya mein limited chizen pa sakta hai vo</w:t>
      </w:r>
    </w:p>
    <w:p>
      <w:pPr>
        <w:jc w:val="right"/>
      </w:pPr>
      <w:r>
        <w:t>جیسے ایک ایگزامینیشن ہال میں ایک اسٹوڈنٹ ہے جو کچھ بلی ہے اس ہال کے باہر وہ ہال کے اندر تلاش کرنے لگے تو کچھ نہیں پائے گا وہ ایگزامینیشن ہال میں تو بہت ہی لمیٹڈ دنیا ہوتی ہے اس لمیٹڈ دنیا میں لمیٹڈ چیزیں پا سکتا ہے وہ</w:t>
      </w:r>
    </w:p>
    <w:p>
      <w:r>
        <w:rPr>
          <w:b/>
        </w:rPr>
        <w:t xml:space="preserve">[50:16] </w:t>
      </w:r>
      <w:r>
        <w:t>examination hall mein koi park nahin hota examination hall mein koi road nahin hoti phir examination hall mein dorne ka maidan nahin hota examination hall mein vo football nahin khel sakta yahi mamla is duniya ka hai</w:t>
      </w:r>
    </w:p>
    <w:p>
      <w:pPr>
        <w:jc w:val="right"/>
      </w:pPr>
      <w:r>
        <w:t>ایگزامینیشن ہال میں کوئی پارک نہیں ہوتا ایگزامینیشن ہال میں کوئی روڈ نہیں ہوتی پھر ایگزامینیشن ہال میں دوڑنے کا میدان نہیں ہوتا ایگزامینیشن ہال میں وہ فٹبال نہیں کھیل سکتا یہی معاملہ اس دنیا کا ہے</w:t>
      </w:r>
    </w:p>
    <w:p>
      <w:r>
        <w:rPr>
          <w:b/>
        </w:rPr>
        <w:t xml:space="preserve">[50:33] </w:t>
      </w:r>
      <w:r>
        <w:t>to puri puri history ko aap dekhiye is chiz se trace ho rahi hai ke log jo hain creation plan of god ko na samajhne ki vajah se mind mein jo bada basa hua tha idealism us ko transfer karna chaha isi isi duniya mein jo ke possible nahin tha aap ka mind mein jo basa hua hai idealism vo transfert hoga paradise mein yahan transfert nahin ho sakta vo</w:t>
      </w:r>
    </w:p>
    <w:p>
      <w:pPr>
        <w:jc w:val="right"/>
      </w:pPr>
      <w:r>
        <w:t>تو پوری پوری ہسٹری کو آپ دیکھیے اس چیز سے ٹریس ہو رہی ہے کہ لوگ جو ہیں کریشن پلان آف گاڈ کو نہ سمجھنے کی وجہ سے مائنڈ میں جو بڑا بسا ہوا تھا آئیڈیلزم اس کو ٹرانسفر کرنا چاہا اسی اسی دنیا میں جو کہ پاسیبل نہیں تھا آپ کا مائنڈ میں جو بسا ہوا ہے آئیڈیلزم وہ ٹرانسفرٹ ہوگا پیرائیز میں یہاں ٹرانسفرٹ نہیں ہو سکتا وہ</w:t>
      </w:r>
    </w:p>
    <w:p>
      <w:r>
        <w:rPr>
          <w:b/>
        </w:rPr>
        <w:t xml:space="preserve">[51:03] </w:t>
      </w:r>
      <w:r>
        <w:t>yani idealism jo hai woh aap ka woh woh toh apni jagah par natural hai woh natural arz hai woh lekin is idealism ko aap transfer kar sakte hain sirf paradise mein is dunya mein nahi isi cheez ko na samajhne ki wajah se poori poori history jo hai us ke bare mein quran ka yeh tabsarah hua ke history is a witness that man is in loss</w:t>
      </w:r>
    </w:p>
    <w:p>
      <w:pPr>
        <w:jc w:val="right"/>
      </w:pPr>
      <w:r>
        <w:t>یعنی آئیڈیلزم جو ہے وہ آپ کا وہ وہ تو اپنی جگہ پر نیچرل ہے وہ نیچرل عرض ہے وہ لیکن اس آئیڈیلزم کو آپ ٹرانسفرٹ کر سکتے ہیں صرف پیرائیز میں اس دنیا میں نہیں اسی چیز کو نہ سمجھنے کی وجہ سے پوری پوری ہسٹری جو ہے اس کے بارے میں قرآن کا یہ تبصرہ ہوا کہ ہسٹری از اے وٹنس دیٹ مین از ان لاس</w:t>
      </w:r>
    </w:p>
    <w:p>
      <w:r>
        <w:rPr>
          <w:b/>
        </w:rPr>
        <w:t xml:space="preserve">[51:32] </w:t>
      </w:r>
      <w:r>
        <w:t>poori poori history ke liye ek sweeping remark hai quran ka yeh ghor kijiye poori poori history ke bare mein quran ek sweeping remark de raha hai</w:t>
      </w:r>
    </w:p>
    <w:p>
      <w:pPr>
        <w:jc w:val="right"/>
      </w:pPr>
      <w:r>
        <w:t>پوری پوری ہسٹری کے لیے ایک سویپنگ ریمارک ہے قرآن کا یہ غور کیجئے پوری پوری ہسٹری کے بارے میں قرآن ایک سویپنگ ریمارک دے رہا ہے</w:t>
      </w:r>
    </w:p>
    <w:p>
      <w:r>
        <w:rPr>
          <w:b/>
        </w:rPr>
        <w:t xml:space="preserve">[51:45] </w:t>
      </w:r>
      <w:r>
        <w:t>history history is a witness that man is in loss</w:t>
      </w:r>
    </w:p>
    <w:p>
      <w:pPr>
        <w:jc w:val="right"/>
      </w:pPr>
      <w:r>
        <w:t>ہسٹری ہسٹری از اے وٹنس دیٹ مین از ان لاس</w:t>
      </w:r>
    </w:p>
    <w:p>
      <w:r>
        <w:rPr>
          <w:b/>
        </w:rPr>
        <w:t xml:space="preserve">[51:53] </w:t>
      </w:r>
      <w:r>
        <w:t>aap dekh lijiye</w:t>
      </w:r>
    </w:p>
    <w:p>
      <w:pPr>
        <w:jc w:val="right"/>
      </w:pPr>
      <w:r>
        <w:t>آپ دیکھ لیجئے</w:t>
      </w:r>
    </w:p>
    <w:p>
      <w:r>
        <w:rPr>
          <w:b/>
        </w:rPr>
        <w:t xml:space="preserve">[51:56] </w:t>
      </w:r>
      <w:r>
        <w:t>right from the first person adam aur aaj ka jo insan zinda chal phir raha hai sab isi</w:t>
      </w:r>
    </w:p>
    <w:p>
      <w:pPr>
        <w:jc w:val="right"/>
      </w:pPr>
      <w:r>
        <w:t>رائٹ فرام دا فرسٹ پرسن ایڈم اور آج کا جو انسان زندہ چل پھر رہا ہے سب اسی</w:t>
      </w:r>
    </w:p>
    <w:p>
      <w:r>
        <w:rPr>
          <w:b/>
        </w:rPr>
        <w:t xml:space="preserve">[52:02] </w:t>
      </w:r>
      <w:r>
        <w:t>ke shikar hain</w:t>
      </w:r>
    </w:p>
    <w:p>
      <w:pPr>
        <w:jc w:val="right"/>
      </w:pPr>
      <w:r>
        <w:t>کے شکار ہیں</w:t>
      </w:r>
    </w:p>
    <w:p>
      <w:r>
        <w:rPr>
          <w:b/>
        </w:rPr>
        <w:t xml:space="preserve">[52:04] </w:t>
      </w:r>
      <w:r>
        <w:t>to Hazrat Adam ne to tauba kiya tauba kar ke woh is se bach gaye is se</w:t>
      </w:r>
    </w:p>
    <w:p>
      <w:pPr>
        <w:jc w:val="right"/>
      </w:pPr>
      <w:r>
        <w:t>تو حضرت آدم نے تو توبہ کیا توبہ کر کے وہ اس سے بچ گئے اس سے</w:t>
      </w:r>
    </w:p>
    <w:p>
      <w:r>
        <w:rPr>
          <w:b/>
        </w:rPr>
        <w:t xml:space="preserve">[52:10] </w:t>
      </w:r>
      <w:r>
        <w:t>aaj ke jo log hain woh tauba nahi karte tauba nahi karte to isi mein phanse rehte hain</w:t>
      </w:r>
    </w:p>
    <w:p>
      <w:pPr>
        <w:jc w:val="right"/>
      </w:pPr>
      <w:r>
        <w:t>آج کے جو لوگ ہیں وہ توبہ نہیں کرتے توبہ نہیں کرتے تو اسی میں پھنسے رہتے ہیں</w:t>
      </w:r>
    </w:p>
    <w:p>
      <w:r>
        <w:rPr>
          <w:b/>
        </w:rPr>
        <w:t xml:space="preserve">[52:14] </w:t>
      </w:r>
      <w:r>
        <w:t>phanse rehte hain isi mein marte hain isi mein</w:t>
      </w:r>
    </w:p>
    <w:p>
      <w:pPr>
        <w:jc w:val="right"/>
      </w:pPr>
      <w:r>
        <w:t>پھنسے رہتے ہیں اسی میں مرتے ہیں اسی میں</w:t>
      </w:r>
    </w:p>
    <w:p>
      <w:r>
        <w:rPr>
          <w:b/>
        </w:rPr>
        <w:t xml:space="preserve">[52:17] </w:t>
      </w:r>
      <w:r>
        <w:t>Hazrat Adam ka case to is ek is se exempt ho gaya kyunke unhon ne tauba kar liya</w:t>
      </w:r>
    </w:p>
    <w:p>
      <w:pPr>
        <w:jc w:val="right"/>
      </w:pPr>
      <w:r>
        <w:t>حضرت آدم کا کیس تو اس ایک اس سے ایگزیمپٹ ہو گیا کیونکہ انہوں نے توبہ کر لیا</w:t>
      </w:r>
    </w:p>
    <w:p>
      <w:r>
        <w:rPr>
          <w:b/>
        </w:rPr>
        <w:t xml:space="preserve">[52:21] </w:t>
      </w:r>
      <w:r>
        <w:t>tha woh</w:t>
      </w:r>
    </w:p>
    <w:p>
      <w:pPr>
        <w:jc w:val="right"/>
      </w:pPr>
      <w:r>
        <w:t>تھا وہ</w:t>
      </w:r>
    </w:p>
    <w:p>
      <w:r>
        <w:rPr>
          <w:b/>
        </w:rPr>
        <w:t xml:space="preserve">[52:24] </w:t>
      </w:r>
      <w:r>
        <w:t>hazrat adam ne tauba kar liya tha</w:t>
      </w:r>
    </w:p>
    <w:p>
      <w:pPr>
        <w:jc w:val="right"/>
      </w:pPr>
      <w:r>
        <w:t>حضرت آدم نے توبہ کر لیا تھا</w:t>
      </w:r>
    </w:p>
    <w:p>
      <w:r>
        <w:rPr>
          <w:b/>
        </w:rPr>
        <w:t xml:space="preserve">[52:28] </w:t>
      </w:r>
      <w:r>
        <w:t>jo hai quran mein bataya gaya hai ab mein ek aur example doonga is se aap baat shayad zyada clear ho jaye</w:t>
      </w:r>
    </w:p>
    <w:p>
      <w:pPr>
        <w:jc w:val="right"/>
      </w:pPr>
      <w:r>
        <w:t>جو ہے قرآن میں بتایا گیا ہے اب میں ایک اور ایگزامپل دوں گا اس سے آپ بات شاید زیادہ کلیئر ہو جائے</w:t>
      </w:r>
    </w:p>
    <w:p>
      <w:r>
        <w:rPr>
          <w:b/>
        </w:rPr>
        <w:t xml:space="preserve">[52:37] </w:t>
      </w:r>
      <w:r>
        <w:t>dekhiye</w:t>
      </w:r>
    </w:p>
    <w:p>
      <w:pPr>
        <w:jc w:val="right"/>
      </w:pPr>
      <w:r>
        <w:t>دیکھیے</w:t>
      </w:r>
    </w:p>
    <w:p>
      <w:r>
        <w:rPr>
          <w:b/>
        </w:rPr>
        <w:t xml:space="preserve">[52:40] </w:t>
      </w:r>
      <w:r>
        <w:t>bible mein ek bohat hi meaningful ek quotation hai ek prophet ka ek prophet ki zuban se bohat hi meaningful</w:t>
      </w:r>
    </w:p>
    <w:p>
      <w:pPr>
        <w:jc w:val="right"/>
      </w:pPr>
      <w:r>
        <w:t>بائبل میں ایک بہت ہی میننگ فل ایک کوٹیشن ہے ایک پرافٹ کا ایک پرافٹ کی زبان سے بہت ہی میننگ فل</w:t>
      </w:r>
    </w:p>
    <w:p>
      <w:r>
        <w:rPr>
          <w:b/>
        </w:rPr>
        <w:t xml:space="preserve">[52:52] </w:t>
      </w:r>
      <w:r>
        <w:t>bible mein jo ashya ka jo chapter hai us mein toh ek prophet ne yeh kaha ke dunya mein tum ko jo yeh rehna hai toh is mein toh tum ko musibatein rahengi jis mein tum tum ko yani problem face karna padega toh is mein unhon ne kaha ke yeh batate hue ke wahi jo maine arz kiya ke jannat mein milega sab ko</w:t>
      </w:r>
    </w:p>
    <w:p>
      <w:pPr>
        <w:jc w:val="right"/>
      </w:pPr>
      <w:r>
        <w:t>بائبل میں جو اشیاء کا جو چیپٹر ہے اس میں تو ایک پرافٹ نے یہ کہا کہ دنیا میں تم کو جو یہ رہنا ہے تو اس میں تو تم کو مصیبتیں رہیں گی جس میں تم تم کو یعنی پرابلم فیس کرنا پڑے گا تو اس میں انہوں نے کہا کہ یہ بتاتے ہوئے کہ وہی جو میں نے عرض کیا کہ جنت میں ملے گا سب کچھ کو</w:t>
      </w:r>
    </w:p>
    <w:p>
      <w:r>
        <w:rPr>
          <w:b/>
        </w:rPr>
        <w:t xml:space="preserve">[53:21] </w:t>
      </w:r>
      <w:r>
        <w:t>toh is mein woh kehte hain ke ke god will wipe away tears from all faces</w:t>
      </w:r>
    </w:p>
    <w:p>
      <w:pPr>
        <w:jc w:val="right"/>
      </w:pPr>
      <w:r>
        <w:t>تو اس میں وہ کہتے ہیں کہ کہ گاڈ ول وائپ اوے ٹیئرز فرام ال فیسز</w:t>
      </w:r>
    </w:p>
    <w:p>
      <w:r>
        <w:rPr>
          <w:b/>
        </w:rPr>
        <w:t xml:space="preserve">[53:38] </w:t>
      </w:r>
      <w:r>
        <w:t>god will wipe away tears from all faces</w:t>
      </w:r>
    </w:p>
    <w:p>
      <w:pPr>
        <w:jc w:val="right"/>
      </w:pPr>
      <w:r>
        <w:t>گاڈ ول وائپ اوے ٹیئرز فرام ال فیسز</w:t>
      </w:r>
    </w:p>
    <w:p>
      <w:r>
        <w:rPr>
          <w:b/>
        </w:rPr>
        <w:t xml:space="preserve">[53:46] </w:t>
      </w:r>
      <w:r>
        <w:t>yani god khuda ke khuda jo hai har aankh ke aansu poch dega matlab us waqt jab pahunchenge aap dunya mein toh aap musibatein uthayenge problem ko jhelenge lekin agar aap ne qualify kiya paradise ke liye aur wahan pahunche aap is tarah se toh wahan aap ke aansu phat jayenge wahan aap ko sukoon milega chain milega sab kuch milega</w:t>
      </w:r>
    </w:p>
    <w:p>
      <w:pPr>
        <w:jc w:val="right"/>
      </w:pPr>
      <w:r>
        <w:t>یعنی گاڈ خدا کے خدا جو ہے ہر انکھ کے انسو پوچھ دے گا مطلب اس وقت جب پہنچیں گے آپ دنیا میں تو آپ مصیبتیں اٹھائیں گے پرابلم کو جھیلیں گے لیکن اگر آپ نے کوالیفائی کیا پیرائیز کے لیے اور وہاں پہنچے آپ اس طریقے سے تو وہاں آپ کے انسو پھٹ جائیں گے وہاں آپ کو سکھ ملے گا چین ملے گا سب کچھ ملے گا</w:t>
      </w:r>
    </w:p>
    <w:p>
      <w:r>
        <w:rPr>
          <w:b/>
        </w:rPr>
        <w:t xml:space="preserve">[54:12] </w:t>
      </w:r>
      <w:r>
        <w:t>toh yeh hai yeh hai is mein bible mein ke god will wipe away tears from all faces ab kya hua ke is ko le liya tolstoy ne tolstoy ek bohat bara writer tha russia ka us ki kitab hai war and peace aur bohat si kitabein hain toh is ko dunya mein translate karna chaha unhon ne</w:t>
      </w:r>
    </w:p>
    <w:p>
      <w:pPr>
        <w:jc w:val="right"/>
      </w:pPr>
      <w:r>
        <w:t>تو یہ ہے یہ ہے اس میں بائبل میں کہ گاڈ ول وائپ اوے ٹیئرز فرام ال فیسز اب کیا ہوا کہ اس کو لے لیا ٹالسٹائے نے ٹالسٹائے ایک بہت بڑا رائٹر تھا رشیا کا اس کی کتاب ہے وار اینڈ پیس اور بہت سی کتابیں ہیں تو اس کو دنیا میں ٹرانسلیٹ کرنا چاہا انہوں نے</w:t>
      </w:r>
    </w:p>
    <w:p>
      <w:r>
        <w:rPr>
          <w:b/>
        </w:rPr>
        <w:t xml:space="preserve">[54:39] </w:t>
      </w:r>
      <w:r>
        <w:t>unhon ne yeh mashad banaya apna ke dunya mein jo insan hain jo society hai un ke aansu poochein hum agar aisi society banayein jis mein koi rota rone wala na ho toh kuch bhi nahi hua woh khud hi yani is mein jis peer mein mare 1910 mein 1910 mein un ka death hua tolstoy ka 1910 mein frustration mein mare woh</w:t>
      </w:r>
    </w:p>
    <w:p>
      <w:pPr>
        <w:jc w:val="right"/>
      </w:pPr>
      <w:r>
        <w:t>انہوں نے یہ مشہد بنایا اپنا کہ دنیا میں جو انسان ہیں جو سوسائٹی ہے ان کے انسو پوچھیں ہم اگر ایسی سوسائٹی بنائیں جس میں کوئی روتا رونے والا نہ ہو تو کچھ بھی نہیں ہوا وہ خود ہی یعنی اس میں جس پیر میں مرے 1910 میں 1910 میں ان کا ڈیتھ ہوا ٹالسٹائے کا 1910 میں فرسٹریشن میں مرے وہ</w:t>
      </w:r>
    </w:p>
    <w:p>
      <w:r>
        <w:rPr>
          <w:b/>
        </w:rPr>
        <w:t xml:space="preserve">[55:08] </w:t>
      </w:r>
      <w:r>
        <w:t>halankeh woh unki 88 years ho chuki thi kyunke woh ayat jo thi bible mein woh to</w:t>
      </w:r>
    </w:p>
    <w:p>
      <w:pPr>
        <w:jc w:val="right"/>
      </w:pPr>
      <w:r>
        <w:t>حالانکہ وہ ان کی 88 ایئرز ہو چکی تھی کیونکہ وہ ایت جو تھی بائبل میں وہ تو</w:t>
      </w:r>
    </w:p>
    <w:p>
      <w:r>
        <w:rPr>
          <w:b/>
        </w:rPr>
        <w:t xml:space="preserve">[55:14] </w:t>
      </w:r>
      <w:r>
        <w:t>aakhirat ke bare mein thi yeh dunya ke bare mein nahi thi yahi</w:t>
      </w:r>
    </w:p>
    <w:p>
      <w:pPr>
        <w:jc w:val="right"/>
      </w:pPr>
      <w:r>
        <w:t>اخرت کے بارے میں تھی یہ دنیا کے بارے میں نہیں تھی یہی</w:t>
      </w:r>
    </w:p>
    <w:p>
      <w:r>
        <w:rPr>
          <w:b/>
        </w:rPr>
        <w:t xml:space="preserve">[55:19] </w:t>
      </w:r>
      <w:r>
        <w:t>kahani hum India mein dekhte hain</w:t>
      </w:r>
    </w:p>
    <w:p>
      <w:pPr>
        <w:jc w:val="right"/>
      </w:pPr>
      <w:r>
        <w:t>کہانی ہم انڈیا میں دیکھتے ہیں</w:t>
      </w:r>
    </w:p>
    <w:p>
      <w:r>
        <w:rPr>
          <w:b/>
        </w:rPr>
        <w:t xml:space="preserve">[55:23] </w:t>
      </w:r>
      <w:r>
        <w:t>Mahatma Gandhi bohat hi barhe leader thay</w:t>
      </w:r>
    </w:p>
    <w:p>
      <w:pPr>
        <w:jc w:val="right"/>
      </w:pPr>
      <w:r>
        <w:t>مہاتما گاندھی بہت ہی بڑے لیڈر تھے</w:t>
      </w:r>
    </w:p>
    <w:p>
      <w:r>
        <w:rPr>
          <w:b/>
        </w:rPr>
        <w:t xml:space="preserve">[55:28] </w:t>
      </w:r>
      <w:r>
        <w:t>to unhon ne kaha tha azadi se pehle ke mera mission har aankh ke aansu poochna hai</w:t>
      </w:r>
    </w:p>
    <w:p>
      <w:pPr>
        <w:jc w:val="right"/>
      </w:pPr>
      <w:r>
        <w:t>تو انہوں نے کہا تھا ازادی سے پہلے کہ میرا مشن ہر انکھ کے انسو پوچھنا ہے</w:t>
      </w:r>
    </w:p>
    <w:p>
      <w:r>
        <w:rPr>
          <w:b/>
        </w:rPr>
        <w:t xml:space="preserve">[55:38] </w:t>
      </w:r>
      <w:r>
        <w:t>mahatma gandhi ne kaha tha azadi se pehle ke mera mission har aankh ke aansu pochhna hai toh 47 ke baad kya har aankh ke aansu poch gaye zahir hai ke nahi poche balkeh shayad rone walon ki aankh aur rone wali aankhein aur zyada ho gayin</w:t>
      </w:r>
    </w:p>
    <w:p>
      <w:pPr>
        <w:jc w:val="right"/>
      </w:pPr>
      <w:r>
        <w:t>مہاتما گاندھی نے کہا تھا ازادی سے پہلے کہ میرا مشن ہر انکھ کے انسو پوچھنا ہے تو 47 کے بعد کیا ہر انکھ کے انسو پوچھ گئے ظاہر ہے کہ نہیں پوچھے بلکہ شاید رونے والوں کی انکھ اور رونے والی انکھیں اور زیادہ ہو گئیں</w:t>
      </w:r>
    </w:p>
    <w:p>
      <w:r>
        <w:rPr>
          <w:b/>
        </w:rPr>
        <w:t xml:space="preserve">[55:58] </w:t>
      </w:r>
      <w:r>
        <w:t>1947 mein jo jawaharlal nehru ne kaha tha ke india mein 36 crore aadmi hain aur 36 crore problem hain aur aaj kitne aadmi hain aaj toh bohat zyada hamari ginti ho chuki hai toh rone wale hi barh gaye hain toh rone wale jo the un ke aansu kahan poche</w:t>
      </w:r>
    </w:p>
    <w:p>
      <w:pPr>
        <w:jc w:val="right"/>
      </w:pPr>
      <w:r>
        <w:t>1947 میں جو اعلیٰ نہرو نے کہا تھا کہ انڈیا میں 36 کروڑ ادمی ہیں اور 36 کروڑ پرابلم ہیں اور آج کتنے ادمی ہیں آج تو بہت زیادہ ہماری گنتی ہو چکی ہے تو رونے والے ہی بڑھ گئے ہیں تو رونے والے جو تھے ان کے انسو کہاں پوچھے</w:t>
      </w:r>
    </w:p>
    <w:p>
      <w:r>
        <w:rPr>
          <w:b/>
        </w:rPr>
        <w:t xml:space="preserve">[56:22] </w:t>
      </w:r>
      <w:r>
        <w:t>toh kyun aisa hua hamare leader ne is bible ke ek verse ko dunya mein transfer karna chaha jo thi akhirat ke liye paradise ke liye</w:t>
      </w:r>
    </w:p>
    <w:p>
      <w:pPr>
        <w:jc w:val="right"/>
      </w:pPr>
      <w:r>
        <w:t>تو کیوں ایسا ہوا ہمارے لیڈر نے اس بائبل کے ایک ورس کو دنیا میں ٹرانسفر کرنا چاہا جو تھی اخرت کے لیے پیرائیز کے لیے</w:t>
      </w:r>
    </w:p>
    <w:p>
      <w:r>
        <w:rPr>
          <w:b/>
        </w:rPr>
        <w:t xml:space="preserve">[56:36] </w:t>
      </w:r>
      <w:r>
        <w:t>yaad rakhiye ke dunya mein hamein yani khuda banaye nahi khuda ne dunya ko ke hum hamari desire yahan poori hon desire toh wahan poori hongi</w:t>
      </w:r>
    </w:p>
    <w:p>
      <w:pPr>
        <w:jc w:val="right"/>
      </w:pPr>
      <w:r>
        <w:t>یاد رکھیے کہ دنیا میں ہمیں یعنی خدا بنائے نہیں خدا نے دنیا کو کہ ہم ہماری ڈیزائر یہاں پوری ہوں ڈیزائر تو وہاں پوری ہوں گی</w:t>
      </w:r>
    </w:p>
    <w:p>
      <w:r>
        <w:rPr>
          <w:b/>
        </w:rPr>
        <w:t xml:space="preserve">[56:47] </w:t>
      </w:r>
      <w:r>
        <w:t>yahan toh hamein intellectual development karna hai spiritual development karna hai apne ko qualify karna hai taake hum paradise mein entry pa sakein toh itne barhe barhe log jo hain unhon ne aisa samjha ke bible ki woh ayat jo thi akhirat ke liye aur jannat ke liye is ko unhon ne chaha ke is dunya mein apply karein jo ke possible nahi tha woh woh possible nahi tha woh</w:t>
      </w:r>
    </w:p>
    <w:p>
      <w:pPr>
        <w:jc w:val="right"/>
      </w:pPr>
      <w:r>
        <w:t>یہاں تو ہمیں انٹلیکچول ڈیولپمنٹ کرنا ہے سپریچول ڈیولپمنٹ کرنا ہے اپنے کو کوالیفائی کرنا ہے تاکہ ہم پیرائیز میں انٹری پا سکیں تو اتنے بڑے بڑے لوگ جو ہیں انہوں نے ایسا سمجھا کہ بائبل کی وہ ایت جو تھی اخرت کے لیے اور جنت کے لیے اس کو انہوں نے چاہا کہ اس دنیا میں اپلائی کریں جو کہ پاسیبل نہیں تھا وہ وہ پاسیبل نہیں تھا وہ</w:t>
      </w:r>
    </w:p>
    <w:p>
      <w:r>
        <w:rPr>
          <w:b/>
        </w:rPr>
        <w:t xml:space="preserve">[57:16] </w:t>
      </w:r>
      <w:r>
        <w:t>You cannot achieve paradise in this world.</w:t>
      </w:r>
    </w:p>
    <w:p>
      <w:pPr>
        <w:jc w:val="right"/>
      </w:pPr>
      <w:r>
        <w:t>یو کین ناٹ اچیو پیرائیز دس ورلڈ</w:t>
      </w:r>
    </w:p>
    <w:p>
      <w:r>
        <w:rPr>
          <w:b/>
        </w:rPr>
        <w:t xml:space="preserve">[57:20] </w:t>
      </w:r>
      <w:r>
        <w:t>They wanted to establish paradise in this world but it was not possible</w:t>
      </w:r>
    </w:p>
    <w:p>
      <w:pPr>
        <w:jc w:val="right"/>
      </w:pPr>
      <w:r>
        <w:t>دے وانٹڈ ٹو اسٹیبلش پیرائیز دس ورلڈ بٹ اٹ واز ناٹ پاسیبل</w:t>
      </w:r>
    </w:p>
    <w:p>
      <w:r>
        <w:rPr>
          <w:b/>
        </w:rPr>
        <w:t xml:space="preserve">[57:25] </w:t>
      </w:r>
      <w:r>
        <w:t>You cannot achieve paradise in this world</w:t>
      </w:r>
    </w:p>
    <w:p>
      <w:pPr>
        <w:jc w:val="right"/>
      </w:pPr>
      <w:r>
        <w:t>یو کین ناٹ اچیو پیرائیز دس ورلڈ</w:t>
      </w:r>
    </w:p>
    <w:p>
      <w:r>
        <w:rPr>
          <w:b/>
        </w:rPr>
        <w:t xml:space="preserve">[57:30] </w:t>
      </w:r>
      <w:r>
        <w:t>to yeh hai kahani poori poori history ki</w:t>
      </w:r>
    </w:p>
    <w:p>
      <w:pPr>
        <w:jc w:val="right"/>
      </w:pPr>
      <w:r>
        <w:t>تو یہ ہے کہانی پوری پوری ہسٹری کی</w:t>
      </w:r>
    </w:p>
    <w:p>
      <w:r>
        <w:rPr>
          <w:b/>
        </w:rPr>
        <w:t xml:space="preserve">[57:34] </w:t>
      </w:r>
      <w:r>
        <w:t>کہ لوگ less than ideal پر راضی نہیں ہوتے اس لیے وہ زندگی میں فرسٹریشن میں رہتے ہیں</w:t>
      </w:r>
    </w:p>
    <w:p>
      <w:pPr>
        <w:jc w:val="right"/>
      </w:pPr>
      <w:r>
        <w:t>کہ لوگ لیس دین ائیڈیل پر راضی نہیں ہوتے اس لیے وہ زندگی میں فرسٹریشن میں رہتے ہیں</w:t>
      </w:r>
    </w:p>
    <w:p>
      <w:r>
        <w:rPr>
          <w:b/>
        </w:rPr>
        <w:t xml:space="preserve">[57:40] </w:t>
      </w:r>
      <w:r>
        <w:t>ap less than ideal par razi ho jaiye aur less than ideal par razi hone ka matlab kya</w:t>
      </w:r>
    </w:p>
    <w:p>
      <w:pPr>
        <w:jc w:val="right"/>
      </w:pPr>
      <w:r>
        <w:t>اپ لیس دین ائیڈیل پر راضی ہو جائیے اور لیس دین ائیڈیل پر راضی ہونے کا معنی کیا</w:t>
      </w:r>
    </w:p>
    <w:p>
      <w:r>
        <w:rPr>
          <w:b/>
        </w:rPr>
        <w:t xml:space="preserve">[57:45] </w:t>
      </w:r>
      <w:r>
        <w:t>hai</w:t>
      </w:r>
    </w:p>
    <w:p>
      <w:pPr>
        <w:jc w:val="right"/>
      </w:pPr>
      <w:r>
        <w:t>ہے</w:t>
      </w:r>
    </w:p>
    <w:p>
      <w:r>
        <w:rPr>
          <w:b/>
        </w:rPr>
        <w:t xml:space="preserve">[57:46] </w:t>
      </w:r>
      <w:r>
        <w:t>is ke baad aap ko opportunity milti hai ke aap ko prepare kar sakein less than ideal par razi hona apne aap ko woh opportunity avail karne ke qabil banana hai</w:t>
      </w:r>
    </w:p>
    <w:p>
      <w:pPr>
        <w:jc w:val="right"/>
      </w:pPr>
      <w:r>
        <w:t>اس کے بعد اپ کو اپرچونیٹی ملتی ہے کہ اپ کو پریپیئر کر سکیں لیس دین ائیڈیل پر راضی ہونا اپنے اپ کو وہ اپرچونیٹی اویل کرنے کے قابل بنانا ہے</w:t>
      </w:r>
    </w:p>
    <w:p>
      <w:r>
        <w:rPr>
          <w:b/>
        </w:rPr>
        <w:t xml:space="preserve">[58:02] </w:t>
      </w:r>
      <w:r>
        <w:t>jis ki wajah se aap ko akhirat mein paradise mile meri dua hai ke hum ko aur aap ko khuda sahi rasta dikhaye hum ko jannat mein dakhil kare</w:t>
      </w:r>
    </w:p>
    <w:p>
      <w:pPr>
        <w:jc w:val="right"/>
      </w:pPr>
      <w:r>
        <w:t>جس کی وجہ سے اپ کو اخرت میں پیرائیز ملے میری دعا ہے کہ ہم کو اور اپ کو خدا صحیح راستہ دکھائے ہم کو جنت میں داخل کرے</w:t>
      </w:r>
    </w:p>
    <w:p>
      <w:r>
        <w:rPr>
          <w:b/>
        </w:rPr>
        <w:t xml:space="preserve">[58:12] </w:t>
      </w:r>
      <w:r>
        <w:t>aqool qawli haza wastaghfirullaha lakum ajmaeen</w:t>
      </w:r>
    </w:p>
    <w:p>
      <w:pPr>
        <w:jc w:val="right"/>
      </w:pPr>
      <w:r>
        <w:t>اقول قولیھذا واستغفراللہ لیلکم اجمعین</w:t>
      </w:r>
    </w:p>
    <w:p>
      <w:r>
        <w:rPr>
          <w:b/>
        </w:rPr>
        <w:t xml:space="preserve">[58:28] </w:t>
      </w:r>
      <w:r>
        <w:t>this question is from dr naseem siddiqui on the recent jaipur bomb blast many innocent lives lost how should we educate muslims not to do such things</w:t>
      </w:r>
    </w:p>
    <w:p>
      <w:pPr>
        <w:jc w:val="right"/>
      </w:pPr>
      <w:r>
        <w:t>دس کوئسچن از فرام ڈاکٹر نسیم صدیقی ان دی ریسنٹ جے پور بمب بلاسٹ مینی انوسنٹ لائف لاسٹ ہاؤ شوڈ وی ایجوکیٹ مسلمز ناٹ ٹو ڈو سچ تھنگز</w:t>
      </w:r>
    </w:p>
    <w:p>
      <w:r>
        <w:rPr>
          <w:b/>
        </w:rPr>
        <w:t xml:space="preserve">[58:42] </w:t>
      </w:r>
      <w:r>
        <w:t>secondly how to educate non muslims that this is an islamic</w:t>
      </w:r>
    </w:p>
    <w:p>
      <w:pPr>
        <w:jc w:val="right"/>
      </w:pPr>
      <w:r>
        <w:t>سیکنڈلی ہاؤ ٹو ایجوکیٹ نان مسلمز دیٹ دس از ان اسلامک</w:t>
      </w:r>
    </w:p>
    <w:p>
      <w:r>
        <w:rPr>
          <w:b/>
        </w:rPr>
        <w:t xml:space="preserve">[58:55] </w:t>
      </w:r>
      <w:r>
        <w:t>ab dekhen yeh kis ne kiya yeh to abhi tak clear nahi hua hai jis ne bhi kiya ho</w:t>
      </w:r>
    </w:p>
    <w:p>
      <w:pPr>
        <w:jc w:val="right"/>
      </w:pPr>
      <w:r>
        <w:t>اب دیکھیں یہ کس نے کیا یہ تو ابھی تک کلیئر نہیں ہوا ہے جس نے بھی کیا ہو</w:t>
      </w:r>
    </w:p>
    <w:p>
      <w:r>
        <w:rPr>
          <w:b/>
        </w:rPr>
        <w:t xml:space="preserve">[59:02] </w:t>
      </w:r>
      <w:r>
        <w:t>to</w:t>
      </w:r>
    </w:p>
    <w:p>
      <w:pPr>
        <w:jc w:val="right"/>
      </w:pPr>
      <w:r>
        <w:t>تو</w:t>
      </w:r>
    </w:p>
    <w:p>
      <w:r>
        <w:rPr>
          <w:b/>
        </w:rPr>
        <w:t xml:space="preserve">[59:07] </w:t>
      </w:r>
      <w:r>
        <w:t>main to yeh samajhta hoon ke</w:t>
      </w:r>
    </w:p>
    <w:p>
      <w:pPr>
        <w:jc w:val="right"/>
      </w:pPr>
      <w:r>
        <w:t>میں تو یہ سمجھتا ہوں کہ</w:t>
      </w:r>
    </w:p>
    <w:p>
      <w:r>
        <w:rPr>
          <w:b/>
        </w:rPr>
        <w:t xml:space="preserve">[59:16] </w:t>
      </w:r>
      <w:r>
        <w:t>hum sirf condemn karne ki position mein hain yani government ko chahiye ke woh un ko pakre aur un ko punishment de aur hamare jaise log jo hain woh khule taur par condemn karein is ko</w:t>
      </w:r>
    </w:p>
    <w:p>
      <w:pPr>
        <w:jc w:val="right"/>
      </w:pPr>
      <w:r>
        <w:t>ہم صرف کنڈم کرنے کی پوزیشن میں ہیں یعنی گورنمنٹ کو چاہیے کہ وہ ان کو پکڑے اور ان کو پنشمنٹ دے اور ہمارے جیسے لوگ جو ہیں وہ کھلے طور پر کنڈم کریں اس کو</w:t>
      </w:r>
    </w:p>
    <w:p>
      <w:r>
        <w:rPr>
          <w:b/>
        </w:rPr>
        <w:t xml:space="preserve">[59:30] </w:t>
      </w:r>
      <w:r>
        <w:t>chahe apni qaum ka ho ya doosri qaum ka ho</w:t>
      </w:r>
    </w:p>
    <w:p>
      <w:pPr>
        <w:jc w:val="right"/>
      </w:pPr>
      <w:r>
        <w:t>چاہے اپنی قوم کا ہو یا دوسری قوم کا ہو</w:t>
      </w:r>
    </w:p>
    <w:p>
      <w:r>
        <w:rPr>
          <w:b/>
        </w:rPr>
        <w:t xml:space="preserve">[59:34] </w:t>
      </w:r>
      <w:r>
        <w:t>kai baar aisa hota hai ke apni qaum ka ho to log condemn nahi karte aur doosri qaum</w:t>
      </w:r>
    </w:p>
    <w:p>
      <w:pPr>
        <w:jc w:val="right"/>
      </w:pPr>
      <w:r>
        <w:t>کئی بار ایسا ہوتا ہے کہ اپنی قوم کا ہو تو لوگ کنڈم نہیں کرتے اور دوسری قوم</w:t>
      </w:r>
    </w:p>
    <w:p>
      <w:r>
        <w:rPr>
          <w:b/>
        </w:rPr>
        <w:t xml:space="preserve">[59:39] </w:t>
      </w:r>
      <w:r>
        <w:t>ka ho to condemn karte hain</w:t>
      </w:r>
    </w:p>
    <w:p>
      <w:pPr>
        <w:jc w:val="right"/>
      </w:pPr>
      <w:r>
        <w:t>کا ہو تو کنڈم کرتے ہیں</w:t>
      </w:r>
    </w:p>
    <w:p>
      <w:r>
        <w:rPr>
          <w:b/>
        </w:rPr>
        <w:t xml:space="preserve">[59:41] </w:t>
      </w:r>
      <w:r>
        <w:t>yeh tareeqa galat hai</w:t>
      </w:r>
    </w:p>
    <w:p>
      <w:pPr>
        <w:jc w:val="right"/>
      </w:pPr>
      <w:r>
        <w:t>یہ طریقہ غلط ہے</w:t>
      </w:r>
    </w:p>
    <w:p>
      <w:r>
        <w:rPr>
          <w:b/>
        </w:rPr>
        <w:t xml:space="preserve">[59:44] </w:t>
      </w:r>
      <w:r>
        <w:t>jo jo yani jo</w:t>
      </w:r>
    </w:p>
    <w:p>
      <w:pPr>
        <w:jc w:val="right"/>
      </w:pPr>
      <w:r>
        <w:t>جو جو یعنی جو</w:t>
      </w:r>
    </w:p>
    <w:p>
      <w:r>
        <w:rPr>
          <w:b/>
        </w:rPr>
        <w:t xml:space="preserve">[59:51] </w:t>
      </w:r>
      <w:r>
        <w:t>jo log hain jo jo likhte hain aur bolte hain unko openly condemn karna chahiye taake woh</w:t>
      </w:r>
    </w:p>
    <w:p>
      <w:pPr>
        <w:jc w:val="right"/>
      </w:pPr>
      <w:r>
        <w:t>جو لوگ ہیں جو جو لکھتے ہیں اور بولتے ہیں ان کو اوپنلی کنڈم کرنا چاہیے تاکہ وہ</w:t>
      </w:r>
    </w:p>
    <w:p>
      <w:r>
        <w:rPr>
          <w:b/>
        </w:rPr>
        <w:t xml:space="preserve">[59:57] </w:t>
      </w:r>
      <w:r>
        <w:t>unko discourage karne ke liye</w:t>
      </w:r>
    </w:p>
    <w:p>
      <w:pPr>
        <w:jc w:val="right"/>
      </w:pPr>
      <w:r>
        <w:t>ان کو ڈسکرج کرنے کے لیے</w:t>
      </w:r>
    </w:p>
    <w:p>
      <w:r>
        <w:rPr>
          <w:b/>
        </w:rPr>
        <w:t xml:space="preserve">[1:00:02] </w:t>
      </w:r>
      <w:r>
        <w:t>to main samajhta hoon ke hamare jaise logon ka role yeh hai ke hum khule taur par condemn karein aur government ka role yeh hai ke woh un ko pakar kar un ko punishment de main to samajhta hoon ke deterrent punishment dena chahiye deterrent punishment kyunke masoom logon ko yeh log marte hain bar bar aisa ho chuka hai to jab tak deterrent punishment na diya jaye yeh kaam rukne wala nahi hai</w:t>
      </w:r>
    </w:p>
    <w:p>
      <w:pPr>
        <w:jc w:val="right"/>
      </w:pPr>
      <w:r>
        <w:t>تو میں سمجھتا ہوں کہ ہمارے جیسے لوگوں کا رول یہ ہے کہ ہم کھلے طور پر کنڈم کریں اور گورنمنٹ کا رول یہ ہے کہ وہ ان کو پکڑ کر ان کو پنشمنٹ دے میں تو سمجھتا ہوں کہ ڈیٹرنٹ پنشمنٹ دینا چاہیے ڈیٹرنٹ پنشمنٹ کیونکہ معصوم لوگوں کو یہ لوگ مارتے ہیں بار بار ایسا ہو چکا ہے تو جب تک ڈیٹرنٹ پنشمنٹ نہ دیا جائے یہ کام رکنے والا نہیں ہے</w:t>
      </w:r>
    </w:p>
    <w:p>
      <w:r>
        <w:rPr>
          <w:b/>
        </w:rPr>
        <w:t xml:space="preserve">[1:00:27] </w:t>
      </w:r>
      <w:r>
        <w:t>this question is from mr hamid</w:t>
      </w:r>
    </w:p>
    <w:p>
      <w:pPr>
        <w:jc w:val="right"/>
      </w:pPr>
      <w:r>
        <w:t>دس کوئسچن از فرام مسٹر حامد</w:t>
      </w:r>
    </w:p>
    <w:p>
      <w:r>
        <w:rPr>
          <w:b/>
        </w:rPr>
        <w:t xml:space="preserve">[1:00:30] </w:t>
      </w:r>
      <w:r>
        <w:t>it is true that ideal is not possible and we cannot wipe away tears from all eyes but it is also a command by god that we must have a heart for the destitude and do charity and wipe out some tears quran says when is the worship without a heart for the poor kindly comment</w:t>
      </w:r>
    </w:p>
    <w:p>
      <w:pPr>
        <w:jc w:val="right"/>
      </w:pPr>
      <w:r>
        <w:t>اٹ از ٹرو دیٹ ائیڈیل از ناٹ پوسیبل اینڈ وی کین ناٹ وائپ اوے ٹیئرز فرام ال ائیز بٹ اٹ از السو ا کمانڈ بائے گاڈ دیٹ وی مسٹ ہیو ا ہارٹ فار دا ڈیسٹٹیوڈ اینڈ ڈو چیریٹی اینڈ وائپ اؤٹ سم ٹیئرز قران سیز وین از دا ورشپ ودا اؤٹ ا ہارٹ فار دا پور کائنڈلی کمنٹ</w:t>
      </w:r>
    </w:p>
    <w:p>
      <w:r>
        <w:rPr>
          <w:b/>
        </w:rPr>
        <w:t xml:space="preserve">[1:00:56] </w:t>
      </w:r>
      <w:r>
        <w:t>to theek hai main aisa to nahi kaha main ne ke jo bas mein aap na karein is ko jitna aap ke bas mein hai woh to karna hai main is pharasi ko is ideology ko keh raha hoon</w:t>
      </w:r>
    </w:p>
    <w:p>
      <w:pPr>
        <w:jc w:val="right"/>
      </w:pPr>
      <w:r>
        <w:t>تو ٹھیک ہے میں ایسا تو نہیں کہا میں نے کہ جو بس میں اپ نہ کریں اس کو جتنا اپ کے بس میں ہے وہ تو کرنا ہے میں اس فراسی کو اس ائیڈیالوجی کو کہہ رہا ہوں</w:t>
      </w:r>
    </w:p>
    <w:p>
      <w:r>
        <w:rPr>
          <w:b/>
        </w:rPr>
        <w:t xml:space="preserve">[1:01:10] </w:t>
      </w:r>
      <w:r>
        <w:t>aur yeh ideology aaj se hazaron saal se chal rahi hai ke ideal state banana ideal society banana ideal system banana sare log isi mein uljhe rahe hain</w:t>
      </w:r>
    </w:p>
    <w:p>
      <w:pPr>
        <w:jc w:val="right"/>
      </w:pPr>
      <w:r>
        <w:t>اور یہ ائیڈیالوجی اج سے ہزاروں سال سے چل رہی ہے کہ ائیڈیل اسٹیٹ بنانا ائیڈیل سوسائٹی بنانا ائیڈیل سسٹم بنانا سارے لوگ اسی میں الجھے رہے ہیں</w:t>
      </w:r>
    </w:p>
    <w:p>
      <w:r>
        <w:rPr>
          <w:b/>
        </w:rPr>
        <w:t xml:space="preserve">[1:01:21] </w:t>
      </w:r>
      <w:r>
        <w:t>to main ne yeh kaha hai ke woh jo ideology hai woh ideology is dunya mein translate ho nahi sakti hai to jo aap ke bas mein ho to zaroor kijiye aap lekin yeh philosophy jo banai gayi hai woh philosophy galat hai jo main keh raha hoon this question is from dr wasiq ur rehman</w:t>
      </w:r>
    </w:p>
    <w:p>
      <w:pPr>
        <w:jc w:val="right"/>
      </w:pPr>
      <w:r>
        <w:t>تو میں نے یہ کہا ہے کہ وہ جو ائیڈیالوجی ہے وہ ائیڈیالوجی اس دنیا میں ٹرانسلیٹ ہو نہیں سکتی ہے تو جو اپ کے بس میں ہو تو ضرور کیجئے اپ لیکن یہ فلاسفی جو بنائی گئی ہے وہ فلاسفی غلط ہے جو میں کہہ رہا ہوں دس کوئسچن از فرام ڈاکٹر وسق الرحمن</w:t>
      </w:r>
    </w:p>
    <w:p>
      <w:r>
        <w:rPr>
          <w:b/>
        </w:rPr>
        <w:t xml:space="preserve">[1:01:43] </w:t>
      </w:r>
      <w:r>
        <w:t>what rituals be followed during inauguration ceremonies of houses shops enterprises and meetings as per islamic spirit secondly what is the status of prevailing rituals of quran khwani lighting lamps etcetera in event of inauguration abhi sab cheezon ka taluq islam se to hai nahi</w:t>
      </w:r>
    </w:p>
    <w:p>
      <w:pPr>
        <w:jc w:val="right"/>
      </w:pPr>
      <w:r>
        <w:t>واٹ ریچولز بی فالوڈ ڈیورنگ اناگریشن سرمنیز اف ہاؤسز شاپس انٹرپرائزز اینڈ میٹنگز ایز پر اسلامک سپرٹ سیکنڈلی واٹ از دا سٹیٹس اف پریویلنگ ریچولز اف قران خوانی لائٹنگ لیمپس ایٹسرا ان ایونٹ اف اناگریشن ابھی سب چیزوں کا تعلق اسلام سے تو ہے نہیں</w:t>
      </w:r>
    </w:p>
    <w:p>
      <w:r>
        <w:rPr>
          <w:b/>
        </w:rPr>
        <w:t xml:space="preserve">[1:02:09] </w:t>
      </w:r>
      <w:r>
        <w:t>yeh to riwaj hain social custom hain yeh aap chahe kijiye chahe na kijiye is ka na koi sawab hai na koi azab hai</w:t>
      </w:r>
    </w:p>
    <w:p>
      <w:pPr>
        <w:jc w:val="right"/>
      </w:pPr>
      <w:r>
        <w:t>یہ تو رواج ہیں سوشل کسٹم ہیں یہ اپ چاہے کیجئے چاہے نہ کیجئے اس کا نہ کوئی ثواب ہے نہ کوئی عذاب ہے</w:t>
      </w:r>
    </w:p>
    <w:p>
      <w:r>
        <w:rPr>
          <w:b/>
        </w:rPr>
        <w:t xml:space="preserve">[1:02:21] </w:t>
      </w:r>
      <w:r>
        <w:t>islam se koi bhi taluq is ka nahi hai isi nizam west mein ek sahib ne ghar banaya char manzila ghar us waqt us poore area mein sab se zyada numayan ghar woh tha</w:t>
      </w:r>
    </w:p>
    <w:p>
      <w:pPr>
        <w:jc w:val="right"/>
      </w:pPr>
      <w:r>
        <w:t>اسلام سے کوئی بھی تعلق اس کا نہیں ہے اسی نظام ویسٹ میں ایک صاحب نے گھر بنایا چار منزلہ گھر اس وقت اس پورے ایریا میں سب سے زیادہ نمایاں گھر وہ تھا</w:t>
      </w:r>
    </w:p>
    <w:p>
      <w:r>
        <w:rPr>
          <w:b/>
        </w:rPr>
        <w:t xml:space="preserve">[1:02:38] </w:t>
      </w:r>
      <w:r>
        <w:t>to unhone is ka woh kiya yani ek kuch logon ko bulaya apne mujhe nahi maloom ke is ka naam kya hota hai yani inauguration hota hai kya naam hota hai lekin behal to us waqt molana izhar ul hassan sahab ek the tablighi jamaat ke buzurg woh zinda the un ko bulaya tha unhone to molana izhar ul hassan sahab bohat hi naik buzurg aadmi the</w:t>
      </w:r>
    </w:p>
    <w:p>
      <w:pPr>
        <w:jc w:val="right"/>
      </w:pPr>
      <w:r>
        <w:t>تو انہوں نے اس کا وہ کیا یعنی ایک کچھ لوگوں کو بلایا اپنے مجھے نہیں معلوم کہ اس کا نام کیا ہوتا ہے یعنی اناگریشن ہوتا ہے کیا نام ہوتا ہے لیکن بہرحال تو اس وقت مولانا اظہار الحسن صاحب ایک تھے تبلیغی جماعت کے بزرگ وہ زندہ تھے ان کو بلایا تھا انہوں نے تو مولانا اظہار الحسن صاحب بہت ہی نیک بزرگ ادمی تھے</w:t>
      </w:r>
    </w:p>
    <w:p>
      <w:r>
        <w:rPr>
          <w:b/>
        </w:rPr>
        <w:t xml:space="preserve">[1:03:05] </w:t>
      </w:r>
      <w:r>
        <w:t>woh hadith ke ustad the hadith parhate the to unhone ek hadith sunai us waqt to unhone kaha ke hadith mein aya hai ke kull bainin wa balun ala sahibahu illa mala illa mala</w:t>
      </w:r>
    </w:p>
    <w:p>
      <w:pPr>
        <w:jc w:val="right"/>
      </w:pPr>
      <w:r>
        <w:t>وہ حدیث کے استاد تھے حدیث پڑھاتے تھے تو انہوں نے ایک حدیث سنائی اس وقت تو انہوں نے کہا کہ حدیث میں ایا ہے کہ کل بینائن وبال علی صاحبہ الا مالا الا مالا</w:t>
      </w:r>
    </w:p>
    <w:p>
      <w:r>
        <w:rPr>
          <w:b/>
        </w:rPr>
        <w:t xml:space="preserve">[1:03:26] </w:t>
      </w:r>
      <w:r>
        <w:t>yani har taameer har building insan ke liye bal hai museebat hai siwa is ke jis ke baghair chara na ho siwa is ke jis ke baghair chara na ho yeh hadith sunadi unhone</w:t>
      </w:r>
    </w:p>
    <w:p>
      <w:pPr>
        <w:jc w:val="right"/>
      </w:pPr>
      <w:r>
        <w:t>یعنی ہر تعمیر ہر بلڈنگ انسان کے لیے وبال ہے مصیبت ہے سوا اس کے جس کے بغیر چارہ نہ ہو سوا اس کے جس کے بغیر چارہ نہ ہو یہ حدیث سنا دی انہوں نے</w:t>
      </w:r>
    </w:p>
    <w:p>
      <w:r>
        <w:rPr>
          <w:b/>
        </w:rPr>
        <w:t xml:space="preserve">[1:03:47] </w:t>
      </w:r>
      <w:r>
        <w:t>to unhone is building ki to koi tareef wa radd nahi ki is mein</w:t>
      </w:r>
    </w:p>
    <w:p>
      <w:pPr>
        <w:jc w:val="right"/>
      </w:pPr>
      <w:r>
        <w:t>تو انہوں نے اس بلڈنگ کی تو کوئی تعریف وارف نہیں کی اس میں</w:t>
      </w:r>
    </w:p>
    <w:p>
      <w:r>
        <w:rPr>
          <w:b/>
        </w:rPr>
        <w:t xml:space="preserve">[1:03:51] </w:t>
      </w:r>
      <w:r>
        <w:t>sirf mere bare mein unhone kaha ke yeh in ka yeh exempted hain is se kyunke yeh bhi isi colony mein rehte hain in ke paas bhi bara ghar hai lekin in ka ghar jo hai woh deen ke liye hai yeh deeni kaam kar rahe hain sab ke samne unhone yeh baat kahi mera naam le kar ke ke yeh exempted hain yeh mustasna hain kyunke yeh agarche bara ghar in ke paas hai lekin is mein woh deen ka kaam kar rahe hain</w:t>
      </w:r>
    </w:p>
    <w:p>
      <w:pPr>
        <w:jc w:val="right"/>
      </w:pPr>
      <w:r>
        <w:t>صرف میرے بارے میں انہوں نے کہا کہ یہ ان کا یہ ایگزیمپٹڈ ہیں اس سے کیونکہ یہ بھی اسی کالونی میں رہتے ہیں ان کے پاس بھی بڑا گھر ہے لیکن ان کا گھر جو ہے وہ دین کے لیے ہے یہ دینی کام کر رہے ہیں سب کے سامنے انہوں نے یہ بات کہی میرا نام لے کر کے کہ یہ ایگزیمپٹڈ ہیں یہ مستثنی ہیں کیونکہ یہ اگرچہ بڑا گھر ان کے پاس ہے لیکن اس میں وہ دین کا کام کر رہے ہیں</w:t>
      </w:r>
    </w:p>
    <w:p>
      <w:r>
        <w:rPr>
          <w:b/>
        </w:rPr>
        <w:t xml:space="preserve">[1:04:20] </w:t>
      </w:r>
      <w:r>
        <w:t>to is se aap yeh samajh sakte hain ke yeh ek relative term hai ke aap ka chota ghar hai bara ghar hai aisi cheez hai ke aap aap jo hai us ko deen ke liye istemal kar rahe hain ke sirf apne shan o shaukat ke liye kar rahe hain to koi bhi ghar jo hai jo banaya jata hai to woh need ke baghair to aap ka hai us ke baad aap ko is mein deen ka kaam karna hai</w:t>
      </w:r>
    </w:p>
    <w:p>
      <w:pPr>
        <w:jc w:val="right"/>
      </w:pPr>
      <w:r>
        <w:t>تو اس سے اپ یہ سمجھ سکتے ہیں کہ یہ ایک ریلیٹو ٹرم ہے کہ اپ کا چھوٹا گھر ہے بڑا گھر ہے ایسی چیز ہے کہ اپ اپ جو ہے اس کو دین کے لیے استعمال کر رہے ہیں کہ صرف اپنے شان و شوکت کے لیے کر رہے ہیں تو کوئی بھی گھر جو ہے جو بنایا جاتا ہے تو وہ نیڈ کے بقدر تو اپ کا ہے اس کے بعد اپ کو اس میں دین کا کام کرنا ہے</w:t>
      </w:r>
    </w:p>
    <w:p>
      <w:r>
        <w:rPr>
          <w:b/>
        </w:rPr>
        <w:t xml:space="preserve">[1:04:48] </w:t>
      </w:r>
      <w:r>
        <w:t>baqi jo rasmein jo hain to rasmon ko to main qail nahi hoon rasmon ko main is ka koi taluq shariyat se nahi hai koi kare to woh kare woh na us ko koi sawab hai na koi azab hai yeh main samajh paya hoon this question is from mr op sikha molana huzoor this is my first attendance and my query is age old</w:t>
      </w:r>
    </w:p>
    <w:p>
      <w:pPr>
        <w:jc w:val="right"/>
      </w:pPr>
      <w:r>
        <w:t>باقی جو رسمیں جو ہیں تو رسموں کو تو میں قائل نہیں ہوں رسموں کو میں اس کا کوئی تعلق شریعت سے نہیں ہے کوئی کرے تو وہ کرے وہ نہ اس کو کوئی ثواب ہے نہ کوئی عذاب ہے یہ میں سمجھ پایا ہوں دس کوئسچن از فرام مسٹر او پی سکہ مولانا حضور دس از مائی فرسٹ اٹینڈنس اینڈ مائی کوئری از ایج اولڈ</w:t>
      </w:r>
    </w:p>
    <w:p>
      <w:r>
        <w:rPr>
          <w:b/>
        </w:rPr>
        <w:t xml:space="preserve">[1:05:17] </w:t>
      </w:r>
      <w:r>
        <w:t>what am i what is the purpose of my life and my relation to god kindly comment</w:t>
      </w:r>
    </w:p>
    <w:p>
      <w:pPr>
        <w:jc w:val="right"/>
      </w:pPr>
      <w:r>
        <w:t>واٹ ایم ائی واٹ از دی پرپس اف مائی لائف اینڈ مائی ریلیشن ٹو گاڈ کائنڈلی کمنٹ</w:t>
      </w:r>
    </w:p>
    <w:p>
      <w:r>
        <w:rPr>
          <w:b/>
        </w:rPr>
        <w:t xml:space="preserve">[1:05:27] </w:t>
      </w:r>
      <w:r>
        <w:t>to theek hai aaj ka jo lecture tha woh to isi par tha</w:t>
      </w:r>
    </w:p>
    <w:p>
      <w:pPr>
        <w:jc w:val="right"/>
      </w:pPr>
      <w:r>
        <w:t>ٹھیک ہے اج کا جو لیکچر تھا وہ تو اسی پر تھا</w:t>
      </w:r>
    </w:p>
    <w:p>
      <w:r>
        <w:rPr>
          <w:b/>
        </w:rPr>
        <w:t xml:space="preserve">[1:05:36] </w:t>
      </w:r>
      <w:r>
        <w:t>khuda ne hum ko ek bohat bari opportunity ko avail karne ke liye yeh dunya mein basaya hai ek bohat bari opportunity yeh</w:t>
      </w:r>
    </w:p>
    <w:p>
      <w:pPr>
        <w:jc w:val="right"/>
      </w:pPr>
      <w:r>
        <w:t>خدا نے ہم کو ایک بہت بڑی اپرچونیٹی کو اویل کرنے کے لیے یہ دنیا میں بسایا ہے ایک بہت بڑی اپرچونیٹی یہ</w:t>
      </w:r>
    </w:p>
    <w:p>
      <w:r>
        <w:rPr>
          <w:b/>
        </w:rPr>
        <w:t xml:space="preserve">[1:05:47] </w:t>
      </w:r>
      <w:r>
        <w:t>blessing hai khuda ki ke is ne hamein yahan basaya hai to wo kya hai khuda ne ek bohat hi beautiful dunya banai ideal dunya perfect dunya jis ko hum kehte hain jannat ya paradise is dunya mein basane ke liye khuda ko qualified log chahiye qualified log isi ka ye preparatory ground hai ye dunya</w:t>
      </w:r>
    </w:p>
    <w:p>
      <w:pPr>
        <w:jc w:val="right"/>
      </w:pPr>
      <w:r>
        <w:t>بلیسنگ ہے خدا کی کہ اس نے ہمیں یہاں بسایا ہے تو وہ کیا ہے خدا نے ایک بہت ہی بیوٹی فل دنیا بنائی ائیڈیل دنیا پرفیکٹ دنیا جس کو ہم کہتے ہیں جنت یا پیرائیز اس دنیا میں بسانے کے لیے خدا کو کوالیفائیڈ لوگ چاہیے کوالیفائیڈ لوگ اسی کا یہ پریپریٹری گراؤنڈ ہے یہ دنیا</w:t>
      </w:r>
    </w:p>
    <w:p>
      <w:r>
        <w:rPr>
          <w:b/>
        </w:rPr>
        <w:t xml:space="preserve">[1:06:16] </w:t>
      </w:r>
      <w:r>
        <w:t>ye dunya hamein is liye nahi hai ke haan hum entertain karein enjoy karein apni shan o shaukat badhayein ya fame hasil karein right here right now ka culture yahan chalayein is ke liye dunya nahi banai gayi hai ye to us ko misuse karna hai</w:t>
      </w:r>
    </w:p>
    <w:p>
      <w:pPr>
        <w:jc w:val="right"/>
      </w:pPr>
      <w:r>
        <w:t>یہ دنیا ہمیں اس لیے نہیں ہے کہ ہاں ہم انٹرٹین کریں انجوائے کریں اپنی شان و شوکت بڑھائیں یا فیم حاصل کریں رائٹ ہیر رائٹ ناو کا کلچر یہاں چلائیں اس کے لیے دنیا نہیں بنائی گئی ہے یہ تو اس کو مس یوز کرنا ہے</w:t>
      </w:r>
    </w:p>
    <w:p>
      <w:r>
        <w:rPr>
          <w:b/>
        </w:rPr>
        <w:t xml:space="preserve">[1:06:36] </w:t>
      </w:r>
      <w:r>
        <w:t>banai gayi hai jo christian plan of god hai us ke mutabiq ke yahan ke har cheez ko aap bator opportunity lein bator opportunity lein aaj hi mein ne apni diary mein likha hai ke is dunya mein ankh wala wo hai jo har scene mein khuda ko dekhe</w:t>
      </w:r>
    </w:p>
    <w:p>
      <w:pPr>
        <w:jc w:val="right"/>
      </w:pPr>
      <w:r>
        <w:t>بنائی گئی ہے جو کرسچن پلانٹ اف گاڈ ہے اس کے مطابق کہ یہاں کے ہر چیز کو اپ بطور اپرچونیٹی لیں بطور اپرچونیٹی لیں اج ہی میں نے اپنی ڈائری میں لکھا ہے کہ اس دنیا میں انکھ والا وہ ہے جو ہر سین میں خدا کو دیکھے</w:t>
      </w:r>
    </w:p>
    <w:p>
      <w:r>
        <w:rPr>
          <w:b/>
        </w:rPr>
        <w:t xml:space="preserve">[1:07:02] </w:t>
      </w:r>
      <w:r>
        <w:t>is dunya mein kan wala wo hai jo har awaz mein khuda ki awaz sune</w:t>
      </w:r>
    </w:p>
    <w:p>
      <w:pPr>
        <w:jc w:val="right"/>
      </w:pPr>
      <w:r>
        <w:t>اس دنیا میں کان والا وہ ہے جو ہر اواز میں خدا کی اواز سنے</w:t>
      </w:r>
    </w:p>
    <w:p>
      <w:r>
        <w:rPr>
          <w:b/>
        </w:rPr>
        <w:t xml:space="preserve">[1:07:11] </w:t>
      </w:r>
      <w:r>
        <w:t>is dunya mein mind wala wo hai jo har experience mein khuda ko discover kar sake isi ke liye dunya banai gayi hai</w:t>
      </w:r>
    </w:p>
    <w:p>
      <w:pPr>
        <w:jc w:val="right"/>
      </w:pPr>
      <w:r>
        <w:t>اس دنیا میں مائنڈ والا وہ ہے جو ہر ایکسپیرینس میں خدا کو ڈسکور کر سکے اسی کے لیے دنیا بنائی گئی ہے</w:t>
      </w:r>
    </w:p>
    <w:p>
      <w:r>
        <w:rPr>
          <w:b/>
        </w:rPr>
        <w:t xml:space="preserve">[1:07:25] </w:t>
      </w:r>
      <w:r>
        <w:t>to jo log is ko ek opportunity ke tor par lein is opportunity ko avail karein to un ko maut ke baad paradise mein jagah milegi aur jo is ko avail na karein to jaisa ke mein ne arz kiya marne ke baad wo kahenge ke mind was a case of missed opportunity</w:t>
      </w:r>
    </w:p>
    <w:p>
      <w:pPr>
        <w:jc w:val="right"/>
      </w:pPr>
      <w:r>
        <w:t>تو جو لوگ اس کو ایک اپرچونیٹی کے طور پر لیں اس اپرچونیٹی کو اویل کریں تو ان کو موت کے بعد پیرائیز میں جگہ ملے گی اور جو اس کو اویل نہ کریں تو جیسا کہ میں نے عرض کیا مرنے کے بعد وہ کہیں گے کہ مائنڈ واز ا کیس اف مسڈ اپرچونیٹی</w:t>
      </w:r>
    </w:p>
    <w:p>
      <w:r>
        <w:rPr>
          <w:b/>
        </w:rPr>
        <w:t xml:space="preserve">[1:07:51] </w:t>
      </w:r>
      <w:r>
        <w:t>this question is from doctor wasiq ur rehman</w:t>
      </w:r>
    </w:p>
    <w:p>
      <w:pPr>
        <w:jc w:val="right"/>
      </w:pPr>
      <w:r>
        <w:t>دس کوئسچن از فرام ڈاکٹر وسق الرحمن</w:t>
      </w:r>
    </w:p>
    <w:p>
      <w:r>
        <w:rPr>
          <w:b/>
        </w:rPr>
        <w:t xml:space="preserve">[1:07:55] </w:t>
      </w:r>
      <w:r>
        <w:t>does prophet muhammad receive salam when we visit his place of last rest in masjid nabwi secondly if one happens to go to ajmer should he pay visit to khwaja moinuddin chishti mazar what one should do there apart from offering salam dekhein ye sab to bilkul sarrapa bidat hai mazar mein jana aur ise samajhna</w:t>
      </w:r>
    </w:p>
    <w:p>
      <w:pPr>
        <w:jc w:val="right"/>
      </w:pPr>
      <w:r>
        <w:t>ڈز پرافٹ محمد ریسیو سلام وین وی وزٹ ہز پلیس اف لاسٹ ریسٹ ان مسجد نبوی سیکنڈلی اف ون ہیپنز ٹو گو ٹو اجمیر شوڈ ہی پے وزٹ ٹو خواجہ معین الدین چشتی مزار واٹ ون شوڈ ڈو دیر اپارٹ فرام افرنگ سلام دیکھیں یہ سب تو بالکل سرتاپا بدعت ہے مزار میں جانا اور اسے سمجھنا</w:t>
      </w:r>
    </w:p>
    <w:p>
      <w:r>
        <w:rPr>
          <w:b/>
        </w:rPr>
        <w:t xml:space="preserve">[1:08:24] </w:t>
      </w:r>
      <w:r>
        <w:t>ke wahan barkat milegi ye sab bilkul islam mein nahi hai ye sab bidati bidat hai aur bidat ke bare mein hadith mein aya hai ke wo rejected hai mazaron se ye umeed karna ke wahan hamein kuch barkat milegi ye to bohat hi zyada ye to shirk hai ye to shirk hai khuda ke siwa koi aap ko kuch de nahi sakta</w:t>
      </w:r>
    </w:p>
    <w:p>
      <w:pPr>
        <w:jc w:val="right"/>
      </w:pPr>
      <w:r>
        <w:t>کہ وہاں برکت ملے گی یہ سب بالکل اسلام میں نہیں ہے یہ سب بدعتی بدعت ہے اور بدعت کے بارے میں حدیث میں ایا ہے کہ وہ ریجیکٹڈ ہے مزاروں سے یہ امید کرنا کہ وہاں ہمیں کچھ برکت ملے گی یہ تو بہت ہی زیادہ یہ تو شرک ہے یہ تو شرک ہے خدا کے سوا کوئی اپ کو کچھ دے نہیں سکتا</w:t>
      </w:r>
    </w:p>
    <w:p>
      <w:r>
        <w:rPr>
          <w:b/>
        </w:rPr>
        <w:t xml:space="preserve">[1:08:46] </w:t>
      </w:r>
      <w:r>
        <w:t>koi dene wala nahi hai aur salam ke bare mein ek ek mozu riwayat bana rakhi hai logon ne banawati riwayat fabrication ke agar rasool allah ko aap yahan yahan par reh kar ke salam bhejein to angels us ko le kar jate hain rasool allah tak pahunchate hain aur agar madina ja kar qabr par khade hon wahan bolein to wo rasool allah khud sunte hain ye sab bilkul baseless baatein hain ye sab mozu hai sab fabricated hai</w:t>
      </w:r>
    </w:p>
    <w:p>
      <w:pPr>
        <w:jc w:val="right"/>
      </w:pPr>
      <w:r>
        <w:t>کوئی دینے والا نہیں ہے اور سلام کے بارے میں ایک ایک موضوع روایت بنا رکھی ہے لوگوں نے بناوٹی روایت فیبریکیشن کہ اگر رسول اللہ کو اپ یہاں یہاں پر رہ کر کے سلام بھیجیں تو اینجلز اس کو لے کر جاتے ہیں رسول اللہ تک پہنچاتے ہیں اور اگر مدینہ جا کر قبر پر کھڑے ہوں وہاں بولیں تو وہ رسول اللہ خود سنتے ہیں یہ سب بالکل بیسلیس باتیں ہیں یہ سب موضوع ہے سب فیبریکیٹڈ ہے</w:t>
      </w:r>
    </w:p>
    <w:p>
      <w:r>
        <w:rPr>
          <w:b/>
        </w:rPr>
        <w:t xml:space="preserve">[1:09:15] </w:t>
      </w:r>
      <w:r>
        <w:t>is ka koi bhi taluq islam se shariyat se nahi hai jo log is ko islam ka batayein wo islam ki a b c d bhi nahi jante maulana he also wants to know what is the standing of fateha fateha to bidat hai koi na quran mein na hadith mein na rasool allah sallallahu alaihi wasallam ne kiya na sahaba ne kiya ye sara bidati bidat hai</w:t>
      </w:r>
    </w:p>
    <w:p>
      <w:pPr>
        <w:jc w:val="right"/>
      </w:pPr>
      <w:r>
        <w:t>اس کا کوئی بھی تعلق اسلام سے شریعت سے نہیں ہے جو لوگ اس کو اسلام کا بتائیں وہ اسلام کی اے بی سی ڈی بھی نہیں جانتے مولانا ہی السو وانٹس ٹو نو واٹ از دی سٹینڈنگ اف فاتحہ فاتحہ تو بدعت ہے کوئی نہ قران میں نہ حدیث میں نہ رسول اللہ صلی اللہ علیہ وسلم نے کیا نہ صحابہ نے کیا یہ سارا بدعتی بدعت ہے</w:t>
      </w:r>
    </w:p>
    <w:p>
      <w:r>
        <w:rPr>
          <w:b/>
        </w:rPr>
        <w:t xml:space="preserve">[1:09:43] </w:t>
      </w:r>
      <w:r>
        <w:t>aur abhi india mein hai ya bahar nahi hai ye sab</w:t>
      </w:r>
    </w:p>
    <w:p>
      <w:pPr>
        <w:jc w:val="right"/>
      </w:pPr>
      <w:r>
        <w:t>اور ابھی انڈیا میں ہے یا باہر نہیں ہے یہ سب</w:t>
      </w:r>
    </w:p>
    <w:p>
      <w:r>
        <w:rPr>
          <w:b/>
        </w:rPr>
        <w:t xml:space="preserve">[1:09:49] </w:t>
      </w:r>
      <w:r>
        <w:t>bidat kehte hain mudahasat ko bidat means mudahasat mudahasat ka matlab hota hai quran ka lafz hai ye mudahasat</w:t>
      </w:r>
    </w:p>
    <w:p>
      <w:pPr>
        <w:jc w:val="right"/>
      </w:pPr>
      <w:r>
        <w:t>بدعت کہتے ہیں مضاحات کو بدعت مینز مضاحات مضاحات کا مطلب ہوتا ہے قران کا لفظ ہے یہ مضاحات</w:t>
      </w:r>
    </w:p>
    <w:p>
      <w:r>
        <w:rPr>
          <w:b/>
        </w:rPr>
        <w:t xml:space="preserve">[1:10:01] </w:t>
      </w:r>
      <w:r>
        <w:t>yani hota ye hai ke jab jo log convert hote hain kisi mazhab se to us mazhab ke riwaj ko custom ko le kar aate hain to agar un ki training ho gayi taleem ho gayi to us se wo nikal aate hain nahi to isi ko islam mein dakhil kar dete hain aaj bhi aap jayein arab countries mein jahan islam barah e rast pahuncha hai sahaba kiram se wahan ye sab kuch bhi nahi hai kuch bhi nahi hai sab wahan simple islam hai bal</w:t>
      </w:r>
    </w:p>
    <w:p>
      <w:pPr>
        <w:jc w:val="right"/>
      </w:pPr>
      <w:r>
        <w:t>یعنی ہوتا یہ ہے کہ جب جو لوگ کنورٹ ہوتے ہیں کسی مذہب سے تو اس مذہب کے رواج کو کسٹم کو لے کر اتے ہیں تو اگر ان کی ٹریننگ ہو گئی تعلیم ہو گئی تو اس سے وہ نکل اتے ہیں نہیں تو اسی کو اسلام میں داخل کر دیتے ہیں اج بھی اپ جائیں عرب کنٹریز میں جہاں اسلام براہ راست پہنچا ہے صحابہ کرام سے وہاں یہ سب کچھ بھی نہیں ہے کچھ بھی نہیں ہے سب وہاں سمپل اسلام ہے بال</w:t>
      </w:r>
    </w:p>
    <w:p>
      <w:r>
        <w:rPr>
          <w:b/>
        </w:rPr>
        <w:t xml:space="preserve">[1:10:28] </w:t>
      </w:r>
      <w:r>
        <w:t>kal wahan na koi mazaar hai na koi qabar hai na koi dargah hai kuch bhi nahi hai</w:t>
      </w:r>
    </w:p>
    <w:p>
      <w:pPr>
        <w:jc w:val="right"/>
      </w:pPr>
      <w:r>
        <w:t>کل وہاں نہ کوئی مزار ہے نہ کوئی قبر ہے نہ کوئی درگاہ ہے کچھ بھی نہیں ہے</w:t>
      </w:r>
    </w:p>
    <w:p>
      <w:r>
        <w:rPr>
          <w:b/>
        </w:rPr>
        <w:t xml:space="preserve">[1:10:33] </w:t>
      </w:r>
      <w:r>
        <w:t>yeh sara yeh indian subcontinent mein hai aap ja ke dekh lijiye arab mein arab mein yeh</w:t>
      </w:r>
    </w:p>
    <w:p>
      <w:pPr>
        <w:jc w:val="right"/>
      </w:pPr>
      <w:r>
        <w:t>یہ سارا یہ انڈین سب کانٹیننٹ میں ہے اپ جا کے دیکھ لیجئے عرب میں عرب میں یہ</w:t>
      </w:r>
    </w:p>
    <w:p>
      <w:r>
        <w:rPr>
          <w:b/>
        </w:rPr>
        <w:t xml:space="preserve">[1:10:38] </w:t>
      </w:r>
      <w:r>
        <w:t>sab kuch bhi nahi hai kuch bhi nahi hai arab mein yeh sab kyunke arab mein islam aaya</w:t>
      </w:r>
    </w:p>
    <w:p>
      <w:pPr>
        <w:jc w:val="right"/>
      </w:pPr>
      <w:r>
        <w:t>سب کچھ بھی نہیں ہے کچھ بھی نہیں ہے عرب میں یہ سب کیونکہ عرب میں اسلام ایا</w:t>
      </w:r>
    </w:p>
    <w:p>
      <w:r>
        <w:rPr>
          <w:b/>
        </w:rPr>
        <w:t xml:space="preserve">[1:10:44] </w:t>
      </w:r>
      <w:r>
        <w:t>hai direct yahan pe is tarah se bhi nahi pahuncha yeh rasool allah sallallahu alaihi wasallam se</w:t>
      </w:r>
    </w:p>
    <w:p>
      <w:pPr>
        <w:jc w:val="right"/>
      </w:pPr>
      <w:r>
        <w:t>ہے ڈائریکٹ یہاں پہ اس طرح سے بھی نہیں پہنچا یہ رسول اللہ صلی اللہ علیہ وسلم سے</w:t>
      </w:r>
    </w:p>
    <w:p>
      <w:r>
        <w:rPr>
          <w:b/>
        </w:rPr>
        <w:t xml:space="preserve">[1:10:50] </w:t>
      </w:r>
      <w:r>
        <w:t>mila direct unko phir sahaba kiram se mila aur direct unko to wahan par bilkul yeh</w:t>
      </w:r>
    </w:p>
    <w:p>
      <w:pPr>
        <w:jc w:val="right"/>
      </w:pPr>
      <w:r>
        <w:t>ملا ڈائریکٹ ان کو پھر صحابہ کرام سے ملا اور ڈائریکٹ ان کو تو وہاں پر بالکل یہ</w:t>
      </w:r>
    </w:p>
    <w:p>
      <w:r>
        <w:rPr>
          <w:b/>
        </w:rPr>
        <w:t xml:space="preserve">[1:10:56] </w:t>
      </w:r>
      <w:r>
        <w:t>sab cheezein nahi hain qata'an nahi hain</w:t>
      </w:r>
    </w:p>
    <w:p>
      <w:pPr>
        <w:jc w:val="right"/>
      </w:pPr>
      <w:r>
        <w:t>سب چیزیں نہیں ہیں قطعا نہیں ہیں</w:t>
      </w:r>
    </w:p>
    <w:p>
      <w:r>
        <w:rPr>
          <w:b/>
        </w:rPr>
        <w:t xml:space="preserve">[1:11:05] </w:t>
      </w:r>
      <w:r>
        <w:t>this question is from ayesha and stuti why is that the poor and innocent people are impacted by any kind of natural calamities like it happened in china and myanmar then any kyun kaha ye hum to ne padha nahi kahin poor zyada hum to hum ko pata nahi bhai</w:t>
      </w:r>
    </w:p>
    <w:p>
      <w:pPr>
        <w:jc w:val="right"/>
      </w:pPr>
      <w:r>
        <w:t>دس کوئسچن از فرام عائشہ اینڈ ستوتی وائی از دیٹ دا پور اینڈ انوسنٹ پیپل ار امپیکٹڈ بائے اینی کائنڈ اف نیچرل کیلیمٹیز لائک اٹ ہیپنڈ ان چائنہ اینڈ مینمار دین اینی کیوں کہا یہ ہم تو نے پڑھا نہیں کہیں پور زیادہ ہم تو ہم کو پتہ نہیں بھئی</w:t>
      </w:r>
    </w:p>
    <w:p>
      <w:r>
        <w:rPr>
          <w:b/>
        </w:rPr>
        <w:t xml:space="preserve">[1:11:28] </w:t>
      </w:r>
      <w:r>
        <w:t>bhai sab log is mein ameer bhi ghareeb bhi sab is mein aate hain is ka hmm ye to hum koi aisa hum jante nahi bhai jo log bhi wahan rahenge</w:t>
      </w:r>
    </w:p>
    <w:p>
      <w:pPr>
        <w:jc w:val="right"/>
      </w:pPr>
      <w:r>
        <w:t>بھئی سب لوگ اس میں امیر بھی غریب بھی سب اس میں اتے ہیں اس کا ہمم یہ تو ہم کوئی ایسا ہم جانتے نہیں بھئی جو لوگ بھی وہاں رہیں گے</w:t>
      </w:r>
    </w:p>
    <w:p>
      <w:r>
        <w:rPr>
          <w:b/>
        </w:rPr>
        <w:t xml:space="preserve">[1:11:42] </w:t>
      </w:r>
      <w:r>
        <w:t>wo sab is ke everybody is intact haan mein to mein to yahi janta hoon bhai chun chun kar ke jab aata hai qissa to chun chun kar ke poor ke liye nahi aata hai wo jo is mein baste bhi hain sab ke liye aata hai is mein har qism ke log hote hain</w:t>
      </w:r>
    </w:p>
    <w:p>
      <w:pPr>
        <w:jc w:val="right"/>
      </w:pPr>
      <w:r>
        <w:t>وہ سب اس کے ایوری بڈی از انٹیکٹ ہاں میں تو میں تو یہی جانتا ہوں بھئی چن چن کر کے جب اتا ہے قصہ تو چن چن کر کے پور کے لیے نہیں اتا ہے وہ جو اس میں بستے بھی ہیں سب کے لیے اتا ہے اس میں ہر قسم کے لوگ ہوتے ہیں</w:t>
      </w:r>
    </w:p>
    <w:p>
      <w:r>
        <w:rPr>
          <w:b/>
        </w:rPr>
        <w:t xml:space="preserve">[1:11:58] </w:t>
      </w:r>
      <w:r>
        <w:t>ji haan mein to yahi janta hoon bhai this question is from idrees this world is not ideal peoples desire can not be fulfilled here however paradise is an ideal place then why Hazrat Adam had dissatisfaction there</w:t>
      </w:r>
    </w:p>
    <w:p>
      <w:pPr>
        <w:jc w:val="right"/>
      </w:pPr>
      <w:r>
        <w:t>جی ہاں میں تو یہی جانتا ہوں بھئی دس کوئسچن از فرام ادریس دس ورلڈ از ناٹ ائیڈیل پیپلز ڈیزائر کین ناٹ بی فلفلڈ ہیر ہاؤ ایور پیرائیز از این ائیڈیل پلیس دین وائی حضرت ادم ہیڈ ڈس سیٹسفیکشن دیر</w:t>
      </w:r>
    </w:p>
    <w:p>
      <w:r>
        <w:rPr>
          <w:b/>
        </w:rPr>
        <w:t xml:space="preserve">[1:12:23] </w:t>
      </w:r>
      <w:r>
        <w:t>dekhein wo jannat jo thi to wo jannat wo nahi thi jis mein ke aap ko maut ke baad jana hai wo to ek temporary jannat thi wo us ki detail hamein quran mein to nahi milti hai lekin bible mein hai ke khuda ne eden mein ek bagh lagaya aur wahan adam ko rakha ye bible mein hai eden aap jante hain ek mulk hai eden eden</w:t>
      </w:r>
    </w:p>
    <w:p>
      <w:pPr>
        <w:jc w:val="right"/>
      </w:pPr>
      <w:r>
        <w:t>دیکھیں وہ جنت جو تھی تو وہ جنت وہ نہیں تھی جس میں کہ اپ کو موت کے بعد جانا ہے وہ تو ایک ٹیمپرری جنت تھی وہ اس کی ڈیٹیل ہمیں قران میں تو نہیں ملتی ہے لیکن بائبل میں ہے کہ خدا نے عدن میں ایک باغ لگایا اور وہاں ادم کو رکھا یہ بائبل میں ہے عدن اپ جانتے ہیں ایک ملک ہے ای ڈی ای این ای ڈی ای این</w:t>
      </w:r>
    </w:p>
    <w:p>
      <w:r>
        <w:rPr>
          <w:b/>
        </w:rPr>
        <w:t xml:space="preserve">[1:12:50] </w:t>
      </w:r>
      <w:r>
        <w:t>to bible mein hai ke khuda ne eden mein ek baagh lagaya aur wahan unhone adam ko</w:t>
      </w:r>
    </w:p>
    <w:p>
      <w:pPr>
        <w:jc w:val="right"/>
      </w:pPr>
      <w:r>
        <w:t>تو بائبل میں ہے کہ خدا نے عدن میں ایک باغ لگایا اور وہاں انہوں نے ادم کو</w:t>
      </w:r>
    </w:p>
    <w:p>
      <w:r>
        <w:rPr>
          <w:b/>
        </w:rPr>
        <w:t xml:space="preserve">[1:12:56] </w:t>
      </w:r>
      <w:r>
        <w:t>rakha ho sakta hai ke yeh baat sahi ho main yaqeen ke saath nahi keh sakta lekin quran</w:t>
      </w:r>
    </w:p>
    <w:p>
      <w:pPr>
        <w:jc w:val="right"/>
      </w:pPr>
      <w:r>
        <w:t>رکھا ہو سکتا ہے کہ یہ بات صحیح ہو میں یقین کے ساتھ نہیں کہہ سکتا لیکن قران</w:t>
      </w:r>
    </w:p>
    <w:p>
      <w:r>
        <w:rPr>
          <w:b/>
        </w:rPr>
        <w:t xml:space="preserve">[1:13:00] </w:t>
      </w:r>
      <w:r>
        <w:t>mein yeh baat nahi hai lekin yeh baat sahi bhi ho sakti hai woh paradise jis mein ke</w:t>
      </w:r>
    </w:p>
    <w:p>
      <w:pPr>
        <w:jc w:val="right"/>
      </w:pPr>
      <w:r>
        <w:t>میں یہ بات نہیں ہے لیکن یہ بات صحیح بھی ہو سکتی ہے وہ پیرائیز جس میں کہ</w:t>
      </w:r>
    </w:p>
    <w:p>
      <w:r>
        <w:rPr>
          <w:b/>
        </w:rPr>
        <w:t xml:space="preserve">[1:13:06] </w:t>
      </w:r>
      <w:r>
        <w:t>aakhirat ke baad jana hai sab logon ko par is se alag koi jagah thi jahan Hazrat Adam</w:t>
      </w:r>
    </w:p>
    <w:p>
      <w:pPr>
        <w:jc w:val="right"/>
      </w:pPr>
      <w:r>
        <w:t>اخرت کے بعد جانا ہے سب لوگوں کو پر اس سے الگ کوئی جگہ تھی جہاں حضرت ادم</w:t>
      </w:r>
    </w:p>
    <w:p>
      <w:r>
        <w:rPr>
          <w:b/>
        </w:rPr>
        <w:t xml:space="preserve">[1:13:11] </w:t>
      </w:r>
      <w:r>
        <w:t>ko rakha gaya tha</w:t>
      </w:r>
    </w:p>
    <w:p>
      <w:pPr>
        <w:jc w:val="right"/>
      </w:pPr>
      <w:r>
        <w:t>کو رکھا گیا تھا</w:t>
      </w:r>
    </w:p>
    <w:p>
      <w:r>
        <w:rPr>
          <w:b/>
        </w:rPr>
        <w:t xml:space="preserve">[1:13:14] </w:t>
      </w:r>
      <w:r>
        <w:t>koi temporary jagah temporary</w:t>
      </w:r>
    </w:p>
    <w:p>
      <w:pPr>
        <w:jc w:val="right"/>
      </w:pPr>
      <w:r>
        <w:t>کوئی ٹیمپرری جگہ ٹیمپرری</w:t>
      </w:r>
    </w:p>
    <w:p>
      <w:r>
        <w:rPr>
          <w:b/>
        </w:rPr>
        <w:t xml:space="preserve">[1:13:18] </w:t>
      </w:r>
      <w:r>
        <w:t>this question is from yasser</w:t>
      </w:r>
    </w:p>
    <w:p>
      <w:pPr>
        <w:jc w:val="right"/>
      </w:pPr>
      <w:r>
        <w:t>دس کوئسچن از فرام یاسر</w:t>
      </w:r>
    </w:p>
    <w:p>
      <w:r>
        <w:rPr>
          <w:b/>
        </w:rPr>
        <w:t xml:space="preserve">[1:13:21] </w:t>
      </w:r>
      <w:r>
        <w:t>Does being a status quoist not limit our capabilities to achieve more in life? Kindly comment. Nahin nahin</w:t>
      </w:r>
    </w:p>
    <w:p>
      <w:pPr>
        <w:jc w:val="right"/>
      </w:pPr>
      <w:r>
        <w:t>ڈز بینگ ا سٹیٹس کوئسٹ ناٹ لیمٹ اور کیپیبلٹیز ٹو اچیو مور ان لائف کائنڈلی کمنٹ نہیں نہیں</w:t>
      </w:r>
    </w:p>
    <w:p>
      <w:r>
        <w:rPr>
          <w:b/>
        </w:rPr>
        <w:t xml:space="preserve">[1:13:30] </w:t>
      </w:r>
      <w:r>
        <w:t>woh toh zyada kar sakta hai yeh status quo ka matlab kya hai yani problem se na ulajhna</w:t>
      </w:r>
    </w:p>
    <w:p>
      <w:pPr>
        <w:jc w:val="right"/>
      </w:pPr>
      <w:r>
        <w:t>وہ تو زیادہ کر سکتا ہے یہ سٹیٹس کوئسٹ کا مطلب کیا ہے یعنی پرابلم سے نہ الجھنا</w:t>
      </w:r>
    </w:p>
    <w:p>
      <w:r>
        <w:rPr>
          <w:b/>
        </w:rPr>
        <w:t xml:space="preserve">[1:13:38] </w:t>
      </w:r>
      <w:r>
        <w:t>aur opportunities ko avail karna</w:t>
      </w:r>
    </w:p>
    <w:p>
      <w:pPr>
        <w:jc w:val="right"/>
      </w:pPr>
      <w:r>
        <w:t>اور اپرچونیٹیز کو اویل کرنا</w:t>
      </w:r>
    </w:p>
    <w:p>
      <w:r>
        <w:rPr>
          <w:b/>
        </w:rPr>
        <w:t xml:space="preserve">[1:13:41] </w:t>
      </w:r>
      <w:r>
        <w:t>jab aap problem ko ulajhenge to opportunity avail nahi kar payenge</w:t>
      </w:r>
    </w:p>
    <w:p>
      <w:pPr>
        <w:jc w:val="right"/>
      </w:pPr>
      <w:r>
        <w:t>جب اپ پرابلم کو الجھیں گے تو اپرچونیٹی اویل نہیں کر پائیں گے</w:t>
      </w:r>
    </w:p>
    <w:p>
      <w:r>
        <w:rPr>
          <w:b/>
        </w:rPr>
        <w:t xml:space="preserve">[1:13:47] </w:t>
      </w:r>
      <w:r>
        <w:t>isṭres kvisṭ kā matlab yah nahīñ ki ap in ekṭiv ho jāeñ</w:t>
      </w:r>
    </w:p>
    <w:p>
      <w:pPr>
        <w:jc w:val="right"/>
      </w:pPr>
      <w:r>
        <w:t>اسٹریس کوئسٹ کا مطلب یہ نہیں کہ اپ ان ایکٹیو ہو جائیں</w:t>
      </w:r>
    </w:p>
    <w:p>
      <w:r>
        <w:rPr>
          <w:b/>
        </w:rPr>
        <w:t xml:space="preserve">[1:13:52] </w:t>
      </w:r>
      <w:r>
        <w:t>stress quest ka matlab inactive hona nahi hai balki unnecessary involvement problems mein jo karte hain log us se apne ko bacha kar ke apna time apni energy us se bachayein aur jo opportunities hain un ko avail karein ye matlab hai isi liye hum kehte hain status quest jab hum bolte hain to hum kehte hain positive status quest</w:t>
      </w:r>
    </w:p>
    <w:p>
      <w:pPr>
        <w:jc w:val="right"/>
      </w:pPr>
      <w:r>
        <w:t>اسٹریس کوئسٹ کا مطلب ان ایکٹیو ہونا نہیں ہے بلکہ ان نیسیسری انوالومنٹ پرابلمز میں جو کرتے ہیں لوگ اس سے اپنے کو بچا کر کے اپنا ٹائم اپنی انرجی اس سے بچائیں اور جو اپرچونیٹیز ہیں ان کو اویل کریں یہ مطلب ہے اسی لیے ہم کہتے ہیں اسٹیٹس کوئز جب ہم بولتے ہیں تو ہم کہتے ہیں پازیٹیو اسٹیٹس کوئز</w:t>
      </w:r>
    </w:p>
    <w:p>
      <w:r>
        <w:rPr>
          <w:b/>
        </w:rPr>
        <w:t xml:space="preserve">[1:14:19] </w:t>
      </w:r>
      <w:r>
        <w:t>hamara jo status quism hai wo hai positive status quism isi sense mein this question is from doctor farida sufis have played a great role in spreading the message of god to people how should we acknowledge their contribution</w:t>
      </w:r>
    </w:p>
    <w:p>
      <w:pPr>
        <w:jc w:val="right"/>
      </w:pPr>
      <w:r>
        <w:t>ہمارا جو اسٹیٹس کوئزم ہے وہ ہے پازیٹیو اسٹیٹس کوئزم اسی سینس میں دس کوئسچن از فرام ڈاکٹر فریدہ صوفیز ہیو پلیڈ ا گریٹ رول ان سپریڈنگ دا میسج اف گاڈ ٹو پیپل ہاؤ شوڈ وی اکنالج دیر کنٹریبیوشن</w:t>
      </w:r>
    </w:p>
    <w:p>
      <w:r>
        <w:rPr>
          <w:b/>
        </w:rPr>
        <w:t xml:space="preserve">[1:14:43] </w:t>
      </w:r>
      <w:r>
        <w:t>bhai mein to bohat zyada manta hoon kyunke dekhein latter period mein aisa hua ke musalman kafi political activities mein pad gaye kafi log political activities mein to sufi log hi the jinhone ke islam ki spirit ko zinda rakha</w:t>
      </w:r>
    </w:p>
    <w:p>
      <w:pPr>
        <w:jc w:val="right"/>
      </w:pPr>
      <w:r>
        <w:t>بھئی میں تو بہت زیادہ مانتا ہوں کیونکہ دیکھیں لیٹر پیریڈ میں ایسا ہوا کہ مسلمان کافی پولیٹیکل ایکٹیویٹیز میں پڑ گئے کافی لوگ پولیٹیکل ایکٹیویٹیز میں تو صوفی لوگ ہی تھے جنہوں نے کہ اسلام کی سپرٹ کو زندہ رکھا</w:t>
      </w:r>
    </w:p>
    <w:p>
      <w:r>
        <w:rPr>
          <w:b/>
        </w:rPr>
        <w:t xml:space="preserve">[1:15:05] </w:t>
      </w:r>
      <w:r>
        <w:t>dekhen quran mein kaha gaya tha ke asal alkhair asal alkhair ka matlab hota hai reconciliation is the best yani conciliatory approach is the best yeh kyun tha quran majeed mein wahi jo maine abhi kaha ke aap jab uljhenge to kya hoga opportunities ko avail nahin kar payenge khaas taur par da'wa opportunities ko aap avail nahin kar payenge aap to</w:t>
      </w:r>
    </w:p>
    <w:p>
      <w:pPr>
        <w:jc w:val="right"/>
      </w:pPr>
      <w:r>
        <w:t>دیکھیں قران میں کہا گیا تھا کہ اصل الخیر اصل الخیر کا مطلب ہوتا ہے ریکانسیلی ایشن از دا بیسٹ یعنی کانسیلیٹری اپروچ از دا بیسٹ یہ کیوں تھا قران مجید میں وہی جو میں نے ابھی کہا کہ اپ جب الجھیں گے تو کیا ہوگا اپرچونیٹیز کو اویل نہیں کر پائیں گے خاص طور پر دعوی اپرچونیٹیز کو اپ اویل نہیں کر پائیں گے اپ تو</w:t>
      </w:r>
    </w:p>
    <w:p>
      <w:r>
        <w:rPr>
          <w:b/>
        </w:rPr>
        <w:t xml:space="preserve">[1:15:33] </w:t>
      </w:r>
      <w:r>
        <w:t>ek tabqa woh tha jo political activities mein pad gaya to woh opportunities avail nahin kar sakta tha woh woh to apni powerities mein laga rehta tha woh us waqt sufi logon ne bahut bada kaam kiya yani baghdad se le kar india tak aur sari duniya mein yahi to log hain jinhone ke sachai ka paigham pohanchaya hai</w:t>
      </w:r>
    </w:p>
    <w:p>
      <w:pPr>
        <w:jc w:val="right"/>
      </w:pPr>
      <w:r>
        <w:t>ایک طبقہ وہ تھا جو پولیٹیکل ایکٹیویٹیز میں پڑ گیا تو وہ اپرچونیٹیز اویل نہیں کر سکتا تھا وہ وہ تو اپنی پاورٹیز میں لگا رہتا تھا وہ اس وقت صوفی لوگوں نے بہت بڑا کام کیا یعنی بغداد سے لے کر انڈیا تک اور ساری دنیا میں یہی تو لوگ ہیں جنہوں نے کہ سچائی کا پیغام پہنچایا ہے</w:t>
      </w:r>
    </w:p>
    <w:p>
      <w:r>
        <w:rPr>
          <w:b/>
        </w:rPr>
        <w:t xml:space="preserve">[1:16:00] </w:t>
      </w:r>
      <w:r>
        <w:t>kyunki unhone apne ko uljhaya nahin political issues mein to sufism ka formula jo tha yeh isi par base karta tha sulah o khair isi liye woh kehte the ke sulah kul sufi logon ka formula tha sulah kul yani peace with all to peace with all ka matlab kya tha</w:t>
      </w:r>
    </w:p>
    <w:p>
      <w:pPr>
        <w:jc w:val="right"/>
      </w:pPr>
      <w:r>
        <w:t>کیونکہ انہوں نے اپنے کو الجھایا نہیں پولیٹیکل ایشوز میں تو صوفی ازم کا فارمولا جو تھا یہ اسی پر بیس کرتا تھا صلح و خیر اسی لیے وہ کہتے تھے کہ صلح کل صوفی لوگوں کا فارمولا تھا صلح کل یعنی پیس ود ال تو پیس ود ال کا مطلب کیا تھا</w:t>
      </w:r>
    </w:p>
    <w:p>
      <w:r>
        <w:rPr>
          <w:b/>
        </w:rPr>
        <w:t xml:space="preserve">[1:16:22] </w:t>
      </w:r>
      <w:r>
        <w:t>yahi tha ke woh log jinse hum uljh kar ke apna time barbad karte hain usko na uljhen unse avoid karen aur phir hum apne aap ko lagayen education mein tarbiyat mein da'wa work mein yeh sufi logon ne kiya to sufi logon ka bahut bada karnama islam ki history mein hai aur is par bahut kitaben likhi gayi hain aap padh sakte hain unko</w:t>
      </w:r>
    </w:p>
    <w:p>
      <w:pPr>
        <w:jc w:val="right"/>
      </w:pPr>
      <w:r>
        <w:t>یہی تھا کہ وہ لوگ جن سے ہم الجھ کر کے اپنا ٹائم برباد کرتے ہیں اس کو نہ الجھیں ان سے اوائڈ کریں اور پھر ہم اپنے اپ کو لگائیں ایجوکیشن میں تربیت میں داؤ ورک میں یہ صوفی لوگوں نے کیا تو صوفی لوگوں کا بہت بڑا کارنامہ اسلام کی ہسٹری میں ہے اور اس پر بہت کتابیں لکھی گئی ہیں اپ پڑھ سکتے ہیں ان کو</w:t>
      </w:r>
    </w:p>
    <w:p>
      <w:r>
        <w:rPr>
          <w:b/>
        </w:rPr>
        <w:t xml:space="preserve">[1:16:49] </w:t>
      </w:r>
      <w:r>
        <w:t>to baharhal main khud apne aap ko samajhta hoon ke main bhi ek sufi hoon yani priestless sufi nahin lekin yani jo meri spirit hai jo mere kaam ka tareeqa hai woh sab wahi hai is liye main apne ko sufi samajhta hoon to sufi logon ka to hum bahut zyada mante hain unke contribution ko aur hum khud isi hi tareeqe ko</w:t>
      </w:r>
    </w:p>
    <w:p>
      <w:pPr>
        <w:jc w:val="right"/>
      </w:pPr>
      <w:r>
        <w:t>تو بہرحال میں خود اپنے اپ کو سمجھتا ہوں کہ میں بھی ایک صوفی ہوں یعنی پریریسٹر صوفی نہیں لیکن یعنی جو میری سپرٹ ہے جو میرے کام کا طریقہ ہے وہ سب وہی ہے اس لیے میں اپنے کو صوفی سمجھتا ہوں تو صوفی لوگوں کا تو ہم بہت زیادہ مانتے ہیں ان کے کنٹریبیوشن کو اور ہم خود اسی ہی طریقے کو</w:t>
      </w:r>
    </w:p>
    <w:p>
      <w:r>
        <w:rPr>
          <w:b/>
        </w:rPr>
        <w:t xml:space="preserve">[1:17:16] </w:t>
      </w:r>
      <w:r>
        <w:t>fālo kar rahe haiñ hamārā bhī yahī hai ki ṣulḥ kul yāni pes vid āl ham ṭakrāv se</w:t>
      </w:r>
    </w:p>
    <w:p>
      <w:pPr>
        <w:jc w:val="right"/>
      </w:pPr>
      <w:r>
        <w:t>فالو کر رہے ہیں ہمارا بھی یہی ہے کہ صلح کل یعنی پیس ود ال ہم ٹکراؤ سے</w:t>
      </w:r>
    </w:p>
    <w:p>
      <w:r>
        <w:rPr>
          <w:b/>
        </w:rPr>
        <w:t xml:space="preserve">[1:17:22] </w:t>
      </w:r>
      <w:r>
        <w:t>dūr rahte haiñ poḷiṭikal iśūz meñ ham nahīñ ulajhte</w:t>
      </w:r>
    </w:p>
    <w:p>
      <w:pPr>
        <w:jc w:val="right"/>
      </w:pPr>
      <w:r>
        <w:t>دور رہتے ہیں پولیٹیکل ایشوز میں ہم نہیں الجھتے</w:t>
      </w:r>
    </w:p>
    <w:p>
      <w:r>
        <w:rPr>
          <w:b/>
        </w:rPr>
        <w:t xml:space="preserve">[1:17:26] </w:t>
      </w:r>
      <w:r>
        <w:t>hukūmat se ham koī lenā denā nahīñ rakhte isī lie tāki ham apnī inarjī ko apnī ṭāim ko</w:t>
      </w:r>
    </w:p>
    <w:p>
      <w:pPr>
        <w:jc w:val="right"/>
      </w:pPr>
      <w:r>
        <w:t>حکومت سے ہم کوئی لینا دینا نہیں رکھتے اسی لیے تاکہ ہم اپنی انرجی کو اپنے ٹائم کو</w:t>
      </w:r>
    </w:p>
    <w:p>
      <w:r>
        <w:rPr>
          <w:b/>
        </w:rPr>
        <w:t xml:space="preserve">[1:17:35] </w:t>
      </w:r>
      <w:r>
        <w:t>zyādah se zyādah kansṭrakṭiv ekṭiviṭīz meñ lagā sakeñ</w:t>
      </w:r>
    </w:p>
    <w:p>
      <w:pPr>
        <w:jc w:val="right"/>
      </w:pPr>
      <w:r>
        <w:t>زیادہ سے زیادہ کنسٹرکٹو ایکٹیویٹیز میں لگا سکیں</w:t>
      </w:r>
    </w:p>
    <w:p>
      <w:r>
        <w:rPr>
          <w:b/>
        </w:rPr>
        <w:t xml:space="preserve">[1:17:40] </w:t>
      </w:r>
      <w:r>
        <w:t>dāū vark meñ lagā sakeñ</w:t>
      </w:r>
    </w:p>
    <w:p>
      <w:pPr>
        <w:jc w:val="right"/>
      </w:pPr>
      <w:r>
        <w:t>داؤ ورک میں لگا سکیں</w:t>
      </w:r>
    </w:p>
    <w:p>
      <w:r>
        <w:rPr>
          <w:b/>
        </w:rPr>
        <w:t xml:space="preserve">[1:17:42] </w:t>
      </w:r>
      <w:r>
        <w:t>ispiṛicūal ekṭiviṭīz meñ hameñ ṭāim zyādah hī mil sake</w:t>
      </w:r>
    </w:p>
    <w:p>
      <w:pPr>
        <w:jc w:val="right"/>
      </w:pPr>
      <w:r>
        <w:t>اسپیریچول ایکٹیویٹیز میں ہمیں ٹائم زیادہ ہی مل سکے</w:t>
      </w:r>
    </w:p>
    <w:p>
      <w:r>
        <w:rPr>
          <w:b/>
        </w:rPr>
        <w:t xml:space="preserve">[1:17:46] </w:t>
      </w:r>
      <w:r>
        <w:t>to ham isī paiṭarn ko fālo kar rahe haiñ sirf ap yah kah sakte haiñ ki hamārā jo</w:t>
      </w:r>
    </w:p>
    <w:p>
      <w:pPr>
        <w:jc w:val="right"/>
      </w:pPr>
      <w:r>
        <w:t>تو ہم اسی پیٹرن کو فالو کر رہے ہیں صرف اپ یہ کہہ سکتے ہیں کہ ہمارا جو</w:t>
      </w:r>
    </w:p>
    <w:p>
      <w:r>
        <w:rPr>
          <w:b/>
        </w:rPr>
        <w:t xml:space="preserve">[1:17:50] </w:t>
      </w:r>
      <w:r>
        <w:t>ṣūfizm hai vah māḍarn ṣūfizm hai</w:t>
      </w:r>
    </w:p>
    <w:p>
      <w:pPr>
        <w:jc w:val="right"/>
      </w:pPr>
      <w:r>
        <w:t>صوفیزم ہے وہ ماڈرن صوفیزم ہے</w:t>
      </w:r>
    </w:p>
    <w:p>
      <w:r>
        <w:rPr>
          <w:b/>
        </w:rPr>
        <w:t xml:space="preserve">[1:17:54] </w:t>
      </w:r>
      <w:r>
        <w:t>yāni ki pichle ṣūfī jo the misāl ke taur par vah viḍiyo kaise nahīñ bante the un ke</w:t>
      </w:r>
    </w:p>
    <w:p>
      <w:pPr>
        <w:jc w:val="right"/>
      </w:pPr>
      <w:r>
        <w:t>یعنی کہ پچھلے صوفی جو تھے مثال کے طور پر وہ ویڈیو کیسے نہیں بنتے تھے ان کے</w:t>
      </w:r>
    </w:p>
    <w:p>
      <w:r>
        <w:rPr>
          <w:b/>
        </w:rPr>
        <w:t xml:space="preserve">[1:17:59] </w:t>
      </w:r>
      <w:r>
        <w:t>to yah thā yah ṭeknik nahīñ thī is zamāne meñ</w:t>
      </w:r>
    </w:p>
    <w:p>
      <w:pPr>
        <w:jc w:val="right"/>
      </w:pPr>
      <w:r>
        <w:t>تو یہ تھا یہ ٹیکنیک نہیں تھی اس زمانے میں</w:t>
      </w:r>
    </w:p>
    <w:p>
      <w:r>
        <w:rPr>
          <w:b/>
        </w:rPr>
        <w:t xml:space="preserve">[1:18:03] </w:t>
      </w:r>
      <w:r>
        <w:t>yah ṭeknik nahīñ thī to ham hamāre ṣūfizm ko ap kah sakte haiñ ki yah māḍarn ṣūfizm</w:t>
      </w:r>
    </w:p>
    <w:p>
      <w:pPr>
        <w:jc w:val="right"/>
      </w:pPr>
      <w:r>
        <w:t>یہ ٹیکنیک نہیں تھی تو ہم ہمارے صوفیزم کو اپ کہہ سکتے ہیں کہ یہ ماڈرن صوفیزم</w:t>
      </w:r>
    </w:p>
    <w:p>
      <w:r>
        <w:rPr>
          <w:b/>
        </w:rPr>
        <w:t xml:space="preserve">[1:18:10] </w:t>
      </w:r>
      <w:r>
        <w:t>bāqī ispeṭ vahī hai ispeṭ ke lihāz se koī farq nahīñ hai</w:t>
      </w:r>
    </w:p>
    <w:p>
      <w:pPr>
        <w:jc w:val="right"/>
      </w:pPr>
      <w:r>
        <w:t>باقی اسپیٹ وہی ہے اسپیٹ کے لحاظ سے کوئی فرق نہیں ہے</w:t>
      </w:r>
    </w:p>
    <w:p>
      <w:r>
        <w:rPr>
          <w:b/>
        </w:rPr>
        <w:t xml:space="preserve">[1:18:17] </w:t>
      </w:r>
      <w:r>
        <w:t>this question is from Maulana Nooruddin Nadvi aap ne farmaya ke jannat mein sirf woh log jayenge jo apna intellectual development karen is khaas islah ki wajahat chahta hoon jabke quran o sunnat mein ahl e jannat ko jo bayan kiya hai woh doosre shab mein hai aur unke alfaaz moajaz aur hamageer hote hain</w:t>
      </w:r>
    </w:p>
    <w:p>
      <w:pPr>
        <w:jc w:val="right"/>
      </w:pPr>
      <w:r>
        <w:t>دس کوئسچن از فرام مولانا نورالدین ندوی اپ نے فرمایا کہ جنت میں صرف وہ لوگ جائیں گے جو اپنا انٹلیکچول ڈیویلپمنٹ کریں اس خاص اصلاح کی وجاہت چاہتا ہوں جبکہ قران و سنت میں اہل جنت کو جو بیان کیا ہے وہ دوسرے شب میں ہے اور ان کے الفاظ معجز اور ہماگیر ہوتے ہیں</w:t>
      </w:r>
    </w:p>
    <w:p>
      <w:r>
        <w:rPr>
          <w:b/>
        </w:rPr>
        <w:t xml:space="preserve">[1:18:43] </w:t>
      </w:r>
      <w:r>
        <w:t>dekhen main lafz maine naya istemal kiya hai lekin woh baat quran ki hai quran mein hai dekhiye zaliq jaza man tazakka jannat milegi unko jinhone apne aap ko purify kiya tazakka mani purify karna word wahan purification hai purification matlab kya hai ke kya body ko dhoya body ko saaf suthra banaya kis cheez ko purify kiya unhone</w:t>
      </w:r>
    </w:p>
    <w:p>
      <w:pPr>
        <w:jc w:val="right"/>
      </w:pPr>
      <w:r>
        <w:t>دیکھیں میں لفظ میں نے نیا استعمال کیا ہے لیکن وہ بات قران کی ہے قران میں ہے دیکھیے ذالک جزا من تزکا جنت ملے گی ان کو جنہوں نے اپنے اپ کو پیوریفائی کیا تزکا معنی پیوریفائی کرنا ورڈ وہاں پیوریفیکیشن ہے پیوریفیکیشن مطلب کیا ہے کہ کیا باڈی کو دھویا باڈی کو صاف ستھرا بنایا کس چیز کو پیوریفائی کیا انہوں نے</w:t>
      </w:r>
    </w:p>
    <w:p>
      <w:r>
        <w:rPr>
          <w:b/>
        </w:rPr>
        <w:t xml:space="preserve">[1:19:11] </w:t>
      </w:r>
      <w:r>
        <w:t>kis cheez ko purify kiya isi ko main intellectual development keh raha hoon isi ko main keh raha hoon zaliq jaza man tazakka jinhone apna tazkiya kiya hai apne ko purify kiya hai apne ko purified soul</w:t>
      </w:r>
    </w:p>
    <w:p>
      <w:pPr>
        <w:jc w:val="right"/>
      </w:pPr>
      <w:r>
        <w:t>کس چیز کو پیوریفائی کیا اسی کو میں انٹلیکچول ڈیویلپمنٹ کہہ رہا ہوں اسی کو میں کہہ رہا ہوں ذالک جزا من تزکا جنہوں نے اپنا تزکیہ کیا ہے اپنے کو پیوریفائی کیا ہے اپنے کو پیوریفائیڈ سول</w:t>
      </w:r>
    </w:p>
    <w:p>
      <w:r>
        <w:rPr>
          <w:b/>
        </w:rPr>
        <w:t xml:space="preserve">[1:19:30] </w:t>
      </w:r>
      <w:r>
        <w:t>yani quran ki language mein hum yeh kahenge ke jin logon ne apne aap ko purified soul banaya soul jin logon ne apne aap ko purified soul banaya woh jannat mein jayenge</w:t>
      </w:r>
    </w:p>
    <w:p>
      <w:pPr>
        <w:jc w:val="right"/>
      </w:pPr>
      <w:r>
        <w:t>یعنی قران کی لینگویج میں ہم یہ کہیں گے کہ جن لوگوں نے اپنے اپ کو پیوریفائیڈ سول بنایا ایس او یو ایل جن لوگوں نے اپنے اپ کو پیوریفائیڈ سول بنایا وہ جنت میں جائیں گے</w:t>
      </w:r>
    </w:p>
    <w:p>
      <w:r>
        <w:rPr>
          <w:b/>
        </w:rPr>
        <w:t xml:space="preserve">[1:19:46] </w:t>
      </w:r>
      <w:r>
        <w:t>to isi baat ko main keh raha hoon intellectual development ka matlab hai yahi purification aur lafz to badalna hi padta hai sari sari tafseeron mein aap aisa to hai ke isi ko repeat kar diya karen agar repeat karna ho tafseer likhi nahin jaati itni sari jo commentary likhi gayi quran majeed ki to agar isi ko repeat karna ho quran ke word ko to phir tafseer kyun likhi jayegi iski zaroorat hi nahin phir</w:t>
      </w:r>
    </w:p>
    <w:p>
      <w:pPr>
        <w:jc w:val="right"/>
      </w:pPr>
      <w:r>
        <w:t>تو اسی بات کو میں کہہ رہا ہوں انٹلیکچول ڈیویلپمنٹ کا مطلب ہے یہی پیوریفیکیشن اور لفظ تو بدلنا ہی پڑتا ہے ساری ساری تفسیروں میں اپ ایسا تو ہے کہ اسی کو ریپیٹ کر دیا کریں اگر ریپیٹ کرنا ہو تفسیر لکھی نہیں جاتی اتنی ساری جو کمنٹری لکھی گئی قران مجید کی تو اگر اسی کو ریپیٹ کرنا ہو قران کے ورڈ کو تو پھر تفسیر کیوں لکھی جائے گی اس کی ضرورت ہی نہیں پھر</w:t>
      </w:r>
    </w:p>
    <w:p>
      <w:r>
        <w:rPr>
          <w:b/>
        </w:rPr>
        <w:t xml:space="preserve">[1:20:14] </w:t>
      </w:r>
      <w:r>
        <w:t>isi liye likha jata hai ke isko naya shab de saken taake log samajh saken basic baat dekhen yeh hai ke mukhateb ka mind address ho audience jo hai audience ka mind address ho to wa ma arsalna rasul illa bilisani qawmi har zamane ki lisani badal jati hai zuban badal jati hai idiom badal jata hai isko samajh lijiye aap idiom wahi nahin rehta har zamane mein</w:t>
      </w:r>
    </w:p>
    <w:p>
      <w:pPr>
        <w:jc w:val="right"/>
      </w:pPr>
      <w:r>
        <w:t>اسی لیے لکھا جاتا ہے کہ اس کو نیا شب دے سکیں تاکہ لوگ سمجھ سکیں بیسک بات دیکھیں یہ ہے کہ مخاطب کا مائنڈ ایڈریس ہو اڈینس جو ہے اڈینس کا مائنڈ ایڈریس ہو تو وما ارسلنا رسول اللہ بلسان قومی ہر زمانے کی لسان بدل جاتی ہے زبان بدل جاتی ہے ایڈیم بدل جاتا ہے اس کو سمجھ لیجئے اپ ایڈیم وہی نہیں رہتا ہر زمانے میں</w:t>
      </w:r>
    </w:p>
    <w:p>
      <w:r>
        <w:rPr>
          <w:b/>
        </w:rPr>
        <w:t xml:space="preserve">[1:20:44] </w:t>
      </w:r>
      <w:r>
        <w:t>to yani idiom yani andaaz e kalam badalta hai to isi ke lehaz se quran mein bataya ke har har paighambar ne apne zamane ke lehaz se jo us waqt jo idiom tha usko istemal kiya to hum aaj ka jo idiom hai aaj ka jo andaaz e kalam hai usko istemal karte hain taake aaj ke insan ka mind address ho aur yeh bhi quran se nikalta</w:t>
      </w:r>
    </w:p>
    <w:p>
      <w:pPr>
        <w:jc w:val="right"/>
      </w:pPr>
      <w:r>
        <w:t>تو یعنی ایڈیم یعنی انداز کلام بدلتا ہے تو اسی کے لحاظ سے قران میں بتایا کہ ہر ہر پیغمبر نے اپنے زمانے کے لحاظ سے جو اس وقت جو ایڈیم تھا اس کو استعمال کیا تو ہم اج کا جو ایڈیم ہے اج کا جو انداز کلام ہے اس کو استعمال کرتے ہیں تاکہ اج کے انسان کا مائنڈ ایڈریس ہو اور یہ بھی قران سے نکلتا</w:t>
      </w:r>
    </w:p>
    <w:p>
      <w:r>
        <w:rPr>
          <w:b/>
        </w:rPr>
        <w:t xml:space="preserve">[1:21:11] </w:t>
      </w:r>
      <w:r>
        <w:t>hai qul li qawmin fi qawlihi baligha keho un se baat un ke dil mein utarti hui to dil mein utarna kya hai ek uska mind address ho yani quran mein woh un lafzon mein hai ke keho baat un se dil tak pahoanchti hui hum usko kehte hain ke unka mind address ho is mein to wahi baat ko main aaj ke zuban mein bolta hoon</w:t>
      </w:r>
    </w:p>
    <w:p>
      <w:pPr>
        <w:jc w:val="right"/>
      </w:pPr>
      <w:r>
        <w:t>ہے کل لوگوں فی عرف قول بلیغہ کہو ان سے بات ان کے دل میں اترتی ہوئی تو دل میں اترنا کیا ہے ایک اس کا مائنڈ ایڈریس ہو یعنی قران میں وہ ان لفظوں میں ہے کہ کہو بات ان سے دل تک پہنچتی ہوئی ہم اس کو کہتے ہیں کہ ان کا مائنڈ ایڈریس ہو اس میں تو وہی بات کو میں اج کے زبان میں بولتا ہوں</w:t>
      </w:r>
    </w:p>
    <w:p>
      <w:r>
        <w:rPr>
          <w:b/>
        </w:rPr>
        <w:t xml:space="preserve">[1:21:39] </w:t>
      </w:r>
      <w:r>
        <w:t>to theek wahi baat hai lekin idiom badla hua hai bas aur koi farq nahin hai</w:t>
      </w:r>
    </w:p>
    <w:p>
      <w:pPr>
        <w:jc w:val="right"/>
      </w:pPr>
      <w:r>
        <w:t>تو ٹھیک وہی بات ہے لیکن ایڈیم بدلا ہوا ہے بس اور کوئی فرق نہیں ہے</w:t>
      </w:r>
    </w:p>
    <w:p>
      <w:r>
        <w:rPr>
          <w:b/>
        </w:rPr>
        <w:t xml:space="preserve">[1:21:48] </w:t>
      </w:r>
      <w:r>
        <w:t>this question is from Abdul Rahman there is a verse in quran which says qasam hai zamane ki kindly elaborate the meaning of such qasam qasam ka matlab dekhiye gawah hai zaman</w:t>
      </w:r>
    </w:p>
    <w:p>
      <w:pPr>
        <w:jc w:val="right"/>
      </w:pPr>
      <w:r>
        <w:t>دس کوئسچن از فرام عبدالرحمن دیر از ا ورس ان قران وچ سیز قسم ہے زمانے کی کائنڈلی الیبوریٹ دا میننگ اف سچ قسم قسم کا مطلب دیکھیے گواہ ہے زمان</w:t>
      </w:r>
    </w:p>
    <w:p>
      <w:r>
        <w:rPr>
          <w:b/>
        </w:rPr>
        <w:t xml:space="preserve">[1:22:05] </w:t>
      </w:r>
      <w:r>
        <w:t>ha is ke mutalliq kitab likhe Maulana Hamiduddin Farahi ne is ka naam hai Aqsam alQuran bahut zabardast kitab hai ke quran ki qasmon ke bare mein woh kitab hai research ki hai unhone to unhone bataya hai ke quran mein jab aata hai yeh qasam to is ka matlab hai gawah gawah hai zamana to jitni bhi qasmein aayi hain sab ke bare mein unhone is ko tehqeeq kar ke bataya hai main isi mani ke liye le</w:t>
      </w:r>
    </w:p>
    <w:p>
      <w:pPr>
        <w:jc w:val="right"/>
      </w:pPr>
      <w:r>
        <w:t>ہ اس کے متعلق کتاب لکھے مولانا حمید الدین افرائی نے اس کا نام ہے اقسام القران بہت زبردست کتاب ہے کہ قران کی قسموں کے بارے میں وہ کتاب ہے ریسرچ کی ہے انہوں نے تو انہوں نے بتایا ہے کہ قران میں جب اتا ہے یہ قسم تو اس کا مطلب ہے گواہ گواہ ہے زمانہ تو جتنی بھی قران میں قسمیں ائی ہیں سب کے بارے میں انہوں نے اس کو تحقیق کر کے بتایا ہے میں اسی معنی کے لیے لیت</w:t>
      </w:r>
    </w:p>
    <w:p>
      <w:r>
        <w:rPr>
          <w:b/>
        </w:rPr>
        <w:t xml:space="preserve">[1:22:32] </w:t>
      </w:r>
      <w:r>
        <w:t>ta hoon is ko ke qasam ke mani wahan par hain gawah yani yani is ka matlab hai ke time is witness ya us ko maine badal kar history kar diya hai history is a witness that my in loss</w:t>
      </w:r>
    </w:p>
    <w:p>
      <w:pPr>
        <w:jc w:val="right"/>
      </w:pPr>
      <w:r>
        <w:t>ا ہوں اس کو کہ قسم کے معنی وہاں پر ہیں گواہ یعنی یعنی اس کا مطلب ہے کہ ٹائم از وٹنس یا اس کو میں نے بدل کر ہسٹری کر دیا ہے ہسٹری از ا وٹنس دیٹ مائی ان لاس</w:t>
      </w:r>
    </w:p>
    <w:p>
      <w:r>
        <w:rPr>
          <w:b/>
        </w:rPr>
        <w:t xml:space="preserve">[1:22:51] </w:t>
      </w:r>
      <w:r>
        <w:t>in zamane ki qasam ke insan ghaate mein hai yani aap lafzi translation karen to woh hoga ke zamane ki qasam ke insan ghaate mein hai</w:t>
      </w:r>
    </w:p>
    <w:p>
      <w:pPr>
        <w:jc w:val="right"/>
      </w:pPr>
      <w:r>
        <w:t>ان زمانہ کی قسم کہ انسان گھاٹے میں ہے یعنی اپ لفظی ٹرانسیشن کریں تو وہ ہوگا کہ زمانے کی قسم کہ انسان گھاٹے میں ہے</w:t>
      </w:r>
    </w:p>
    <w:p>
      <w:r>
        <w:rPr>
          <w:b/>
        </w:rPr>
        <w:t xml:space="preserve">[1:23:01] </w:t>
      </w:r>
      <w:r>
        <w:t>isi ko main kehta hoon ke history is a witness that my in loss dekhen jab tak aap sab ko badlen nahin sunne wale ka mind address nahin hoga jab mind address nahin hoga to woh quran ke jo meyar hai ke qul li qawmin fi qawlihi baligha woh meyar poora nahin utrega aap ka kalam is meyar par is is criteria pe poora nahin utrega koi faida kya hai bolne se</w:t>
      </w:r>
    </w:p>
    <w:p>
      <w:pPr>
        <w:jc w:val="right"/>
      </w:pPr>
      <w:r>
        <w:t>اسی کو میں کہتا ہوں کہ ہسٹری از ا وٹنس دیٹ مائی ان لاس دیکھیں جب تک اپ سب کو بدلیں نہیں سننے والے کا مائنڈ ایڈریس نہیں ہوگا جب مائنڈ ایڈریس نہیں ہوگا تو وہ قران کے جو معیار ہے کہ کل فی قول بلیغہ وہ معیار پورا نہیں اترے گا اپ کا کلام اس معیار پر اس اس کرائٹیریا پہ پورا نہیں اترے گا کوئی فائدہ کیا ہے بولنے سے</w:t>
      </w:r>
    </w:p>
    <w:p>
      <w:r>
        <w:rPr>
          <w:b/>
        </w:rPr>
        <w:t xml:space="preserve">[1:23:30] </w:t>
      </w:r>
      <w:r>
        <w:t>this question is from Dr Farida Khanum how do those people will be judged by God who have not received divine guidance please explain jaise yeh sawal kiya gaya tha ek ek bade Deobandi aalim se yahi sawal to unhone bahut achha jawab diya bahut hi chhote shabdon mein unhone kaha ke jaisi tabligh waisa mawakhza</w:t>
      </w:r>
    </w:p>
    <w:p>
      <w:pPr>
        <w:jc w:val="right"/>
      </w:pPr>
      <w:r>
        <w:t>دس کوئسچن از فرام ڈاکٹر فریدہ خانم ہاؤ دوست پیپل ول بی ججڈ بائے گاڈ ہو ہیو ناٹ ریسیوڈ ڈیوائن گائیڈنس پلیز ایکسپلین جیسے یہ سوال کیا گیا تھا ایک ایک بڑے دیوبندی عالم سے یہی سوال تو انہوں نے بہت اچھا جواب دیا بہت ہی چھوٹے शब्दوں میں انہوں نے کہا کہ جیسی تبلیغ ویسا مواخذہ</w:t>
      </w:r>
    </w:p>
    <w:p>
      <w:r>
        <w:rPr>
          <w:b/>
        </w:rPr>
        <w:t xml:space="preserve">[1:23:58] </w:t>
      </w:r>
      <w:r>
        <w:t>yeh unki zuban thi yahi tabligh waisa mawakhza yani jitna baat pahoanchi hai un ko us ke lehaz se Khuda un ke samne woh accountable honge ab yeh sawal hai kitni baat pahoanchi hai to Khuda janta hai hum nahin jante unhone criteria bata diya ke accountability jo hogi woh is ke lehaz se hogi jitna ke un ko pahoanchi hai baat jitni tabligh itna mawakhza</w:t>
      </w:r>
    </w:p>
    <w:p>
      <w:pPr>
        <w:jc w:val="right"/>
      </w:pPr>
      <w:r>
        <w:t>یہ ان کی زبان تھی یہی تبلیغ ویسا مواخذہ یعنی جتنا بات پہنچی ہے ان کو اس کے لحاظ سے خدا ان کے سامنے وہ اکاؤنٹیبل ہوں گے اب یہ سوال ہے کتنی بات پہنچی ہے تو خدا جانتا ہے ہم نہیں جانتے انہوں نے کرائٹیریا بتا دیا کہ اکاؤنٹیبلٹی جو ہوگی وہ اس کے لحاظ سے ہوگی جتنا کہ ان کو پہنچی ہے بات جتنی تبلیغ اتنا مواخذہ</w:t>
      </w:r>
    </w:p>
    <w:p>
      <w:r>
        <w:rPr>
          <w:b/>
        </w:rPr>
        <w:t xml:space="preserve">[1:24:26] </w:t>
      </w:r>
      <w:r>
        <w:t>to Khuda ko maloom hai ke is ko kitni pahoanchi hai kitni baat hum ko nahin maloom hai to in principle hum yeh maan sakte hain ke Khuda ke haan jo pooch hogi woh isi lehaz se hogi ke is ko sachai ka message kitna pahoancha tha bas us ke aage jo hai woh Khuda ko maloom hai this question is from Danish Siddiqui</w:t>
      </w:r>
    </w:p>
    <w:p>
      <w:pPr>
        <w:jc w:val="right"/>
      </w:pPr>
      <w:r>
        <w:t>تو خدا کو معلوم ہے کہ اس کو کتنی پہنچی ہے کتنی بات ہم کو نہیں معلوم ہے تو ان پرنسپل ہم یہ مان سکتے ہیں کہ خدا کے ہاں جو پوچھ ہوگی وہ اسی لحاظ سے ہوگی کہ اس کو سچائی کا میسج کتنا پہنچا تھا بس اس کے اگے جو ہے وہ خدا کو معلوم ہے دس کوئسچن از فرام دانش صدیقی</w:t>
      </w:r>
    </w:p>
    <w:p>
      <w:r>
        <w:rPr>
          <w:b/>
        </w:rPr>
        <w:t xml:space="preserve">[1:24:55] </w:t>
      </w:r>
      <w:r>
        <w:t>how can we pray for our Muslim brothers and sisters who have died</w:t>
      </w:r>
    </w:p>
    <w:p>
      <w:pPr>
        <w:jc w:val="right"/>
      </w:pPr>
      <w:r>
        <w:t>ہاؤ کین وی پری فار اور مسلم برادرز اینڈ سسٹرز ہو ہیو ڈائیڈ</w:t>
      </w:r>
    </w:p>
    <w:p>
      <w:r>
        <w:rPr>
          <w:b/>
        </w:rPr>
        <w:t xml:space="preserve">[1:25:03] </w:t>
      </w:r>
      <w:r>
        <w:t>dekhen jo log mar chuke to ap ki dua se un ka future badal nahin jaega yeh impossible hai yeh bilkul impossible hai jo duaen hoti hain yeh sab to mere nazdeek bas dil ki taskeen ke liye hain dil ki taskeen ke liye hain</w:t>
      </w:r>
    </w:p>
    <w:p>
      <w:pPr>
        <w:jc w:val="right"/>
      </w:pPr>
      <w:r>
        <w:t>دیکھیں جو لوگ مر چکے تو اپ کی دعا سے ان کا فیوچر بدل نہیں جائے گا یہ امپاسیبل ہے یہ بالکل امپاسیبل ہے جو دعائیں ہوتی ہیں یہ سب تو میرے نزدیک بس دل کی تسکین کے لیے ہیں دل کی تسکین کے لیے ہیں</w:t>
      </w:r>
    </w:p>
    <w:p>
      <w:r>
        <w:rPr>
          <w:b/>
        </w:rPr>
        <w:t xml:space="preserve">[1:25:25] </w:t>
      </w:r>
      <w:r>
        <w:t>marne ke baad jis ko hadith mein inqita ka lafz istemal kiya gaya pura inqita ho jata hai is ka ke us ki baat hum tak nahin pahunchegi hamare paas us tak nahin pahunchegi to yeh dil ki taskeen ke liye ap dua karte rahiyye lekin jo woh kia tha us ne marne se pehle usi par is ka faisla hoga ab sirf ek cheez hai ke is ko kehte hain sadqa jariyah yani sirf ek hi exception hai sadqa ja</w:t>
      </w:r>
    </w:p>
    <w:p>
      <w:pPr>
        <w:jc w:val="right"/>
      </w:pPr>
      <w:r>
        <w:t>مرنے کے بعد جس کو حدیث میں انقطاع کا لفظ استعمال کیا گیا پورا انقطاع ہو جاتا ہے اس کا کہ اس کی بات ہم تک نہیں پہنچے گی ہمارے پاس اس تک نہیں پہنچے گی تو یہ دل کی تسکین کے لیے اپ دعا کرتے رہیے لیکن جو وہ کیا تھا اس نے مرنے سے پہلے اسی پر اس کا فیصلہ ہوگا اب صرف ایک چیز ہے کہ اس کو کہتے ہیں صدقہ جاریہ یعنی صرف ایک ہی ایکسیپشن ہے صدقہ ج</w:t>
      </w:r>
    </w:p>
    <w:p>
      <w:r>
        <w:rPr>
          <w:b/>
        </w:rPr>
        <w:t xml:space="preserve">[1:25:54] </w:t>
      </w:r>
      <w:r>
        <w:t>ariyah yani ek hi cheez aisi hai jis ko ke marne ke baad admi ko is ka sawab mil sakta hai ap ki dua se nahin kuch hoga ap hazar saal tak dua karte rahen marne wale ko kuch nahin milne wala hai han us ne khud agar koi aisi cheez ki thi khuda ke raza ke liye to jab tak woh kaam chalega is ka sawab is ko milta rahega yeh hai</w:t>
      </w:r>
    </w:p>
    <w:p>
      <w:pPr>
        <w:jc w:val="right"/>
      </w:pPr>
      <w:r>
        <w:t>اریہ یعنی ایک ہی چیز ایسی ہے جس کو کہ مرنے کے بعد ادمی کو اس کا ثواب مل سکتا ہے اپ کی دعا سے نہیں کچھ ہوگا اپ ہزار سال تک دعا کرتے رہیں مرنے والے کو کچھ نہیں ملنے والا ہے ہاں اس نے خود اگر کوئی ایسی چیز کی تھی خدا کے رضا کے لیے تو جب تک وہ کام چلے گا اس کا ثواب اس کو ملتا رہے گا یہ ہے</w:t>
      </w:r>
    </w:p>
    <w:p>
      <w:r>
        <w:rPr>
          <w:b/>
        </w:rPr>
        <w:t xml:space="preserve">[1:26:22] </w:t>
      </w:r>
      <w:r>
        <w:t>sadqa yani agar woh social work hai to woh nahin pahunchega kuch social work jo hota hai woh ek alag cheez hai khuda ki raza chahne ke liye agar us ne koi aisa kaam kia hai yani is ka intention tha khuda ki raza chahna aur woh woh kaam chal raha hai chal raha hai chal raha hai to is ka sawab zaroor is ko pahunchta rahega jis ko kehte hain shariyat mein sadqa jariyah to siwa sadqa jariyah ka aur koi exception nahin hai yaad rakhiye</w:t>
      </w:r>
    </w:p>
    <w:p>
      <w:pPr>
        <w:jc w:val="right"/>
      </w:pPr>
      <w:r>
        <w:t>صدقہ یعنی اگر وہ سوشل ورک ہے تو وہ نہیں پہنچے گا کچھ سوشل ورک جو ہوتا ہے وہ ایک الگ چیز ہے خدا کی رضا چاہنے کے لیے اگر اس نے کوئی ایسا کام کیا ہے یعنی اس کا انٹینشن تھا خدا کی رضا چاہنا اور وہ وہ کام چل رہا ہے چل رہا ہے چل رہا ہے تو اس کا ثواب ضرور اس کو پہنچتا رہے گا جس کو کہتے ہیں شریعت میں صدقہ جاریہ تو سوا صدقہ جاریہ کا اور کوئی ایکسیپشن نہیں ہے یاد رکھیے</w:t>
      </w:r>
    </w:p>
    <w:p>
      <w:r>
        <w:rPr>
          <w:b/>
        </w:rPr>
        <w:t xml:space="preserve">[1:26:52] </w:t>
      </w:r>
      <w:r>
        <w:t>jo aaj kal haj ka tareeqa nikla hai is haj ka sawab nahin pahunchta marne wale ko siwa is ke ke us ne wasiyat ki ho yeh bhi yaad rakhiye achi tarah se ke marne wale ne haj ka paisa ekatha kia tha bimar ho gaya marne laga aur us ne wasiyat ki ke yeh paisa kisi se koi de kar haj kara dena main nahin kar saka kisi se kara dena to agar us ne aisa wasiyat ki hai tab is ka faida is ko mil</w:t>
      </w:r>
    </w:p>
    <w:p>
      <w:pPr>
        <w:jc w:val="right"/>
      </w:pPr>
      <w:r>
        <w:t>جو اج کل حج کا طریقہ نکلا ہے اس حج کا ثواب نہیں پہنچتا مرنے والے کو سوا اس کے کہ اس نے وصیت کی ہو یہ بھی یاد رکھیے اچھی طریقے سے کہ مرنے والے نے حج کا پیسہ اکٹھا کیا تھا بیمار ہو گیا مرنے لگا اور اس نے وصیت کی کہ یہ پیسہ کسی سے کوئی دے کر حج کرا دینا میں نہیں کر سکا کسی سے کرا دینا تو اگر اس نے ایسا وصیت کی ہے تب اس کا فائدہ اس کو مل</w:t>
      </w:r>
    </w:p>
    <w:p>
      <w:r>
        <w:rPr>
          <w:b/>
        </w:rPr>
        <w:t xml:space="preserve">[1:27:21] </w:t>
      </w:r>
      <w:r>
        <w:t>e ga haj badal isi ko kehte hain log aaj kal zamane mein kia hua hai haj badal bhai yun karwate rehte hain is haj badal ka koi faida nahin koi faida nahin koi faida nahin jis baat ko na janta ho main kehta hoon woh shariyat ko nahin janta woh sirf haj badal woh hai jis ke admi ne wasiyat ki ho wasiyat na kiya ho aur ap haj badal karwate rahen apne dada ke liye apne rishtedaron ke liye is ka koi faida nahin hai</w:t>
      </w:r>
    </w:p>
    <w:p>
      <w:pPr>
        <w:jc w:val="right"/>
      </w:pPr>
      <w:r>
        <w:t>ے گا حج بدل اسی کو کہتے ہیں لوگ اج کل زمانے میں کیا ہوا ہے حج بدل بھئی یوں کرواتے رہتے ہیں اس حج بدل کا کوئی فائدہ نہیں کوئی فائدہ نہیں کوئی فائدہ نہیں جس بات کو نہ جانتا ہو میں کہتا ہوں وہ شریعت کو نہیں جانتا وہ صرف حج بدل وہ ہے جس کے ادمی نے وصیت کی ہو وصیت نہ کیا ہو اور اپ حج بدل کرواتے رہیں اپنے دادا کے لیے اپنے رشتہ داروں کے لیے اس کا کوئی فائدہ نہیں ہے</w:t>
      </w:r>
    </w:p>
    <w:p>
      <w:r>
        <w:rPr>
          <w:b/>
        </w:rPr>
        <w:t xml:space="preserve">[1:27:50] </w:t>
      </w:r>
      <w:r>
        <w:t>woh ap ke dil ki taskeen hai</w:t>
      </w:r>
    </w:p>
    <w:p>
      <w:pPr>
        <w:jc w:val="right"/>
      </w:pPr>
      <w:r>
        <w:t>وہ اپ کے دل کی تسکین ہے</w:t>
      </w:r>
    </w:p>
    <w:p>
      <w:r>
        <w:rPr>
          <w:b/>
        </w:rPr>
        <w:t xml:space="preserve">[1:27:54] </w:t>
      </w:r>
      <w:r>
        <w:t>das question is from raziyah will it be right to say that the paradise in which adam was kept was temporary or as it would not have been possible for satan to incite him to eat the fruit that will make him eternal</w:t>
      </w:r>
    </w:p>
    <w:p>
      <w:pPr>
        <w:jc w:val="right"/>
      </w:pPr>
      <w:r>
        <w:t>دس کوئسچن از فرام راضیہ ول اٹ بی رائٹ ٹو سے دیٹ دا پیراڈائز ان وچ ایڈم واز کیپٹ واز ٹیمپرری اور ایز اٹ وڈ ناٹ ہیو بین پوسیبل فار سیٹن ٹو انسائٹ ہم ٹو ایٹ دا فروٹ دیٹ ویل میک ہم ایٹرنل</w:t>
      </w:r>
    </w:p>
    <w:p>
      <w:r>
        <w:rPr>
          <w:b/>
        </w:rPr>
        <w:t xml:space="preserve">[1:28:12] </w:t>
      </w:r>
      <w:r>
        <w:t>dekhen yeh aisi baat nahin hai jis par hum koi bohat hi yani certainty ke sath koi statement de saken lekin hum mera apna kam az kam guess yeh hai ke woh temporary period paradise thi bible mein to clear hai ke adan mein ek bagh tha jahan rakhe gaye the hazrat adam lekin quran mein aisa kuch nahin hai hadith mein bhi aisa kuch nahin hai</w:t>
      </w:r>
    </w:p>
    <w:p>
      <w:pPr>
        <w:jc w:val="right"/>
      </w:pPr>
      <w:r>
        <w:t>دیکھیں یہ ایسی بات نہیں ہے جس پر ہم کوئی بہت ہی یعنی سرٹینٹی کے ساتھ کوئی سٹیٹمنٹ دے سکیں لیکن ہم میرا اپنا کم از کم گیس یہ ہے کہ وہ ٹیمپرری پیریڈ پیراڈائز تھی بائبل میں تو کلیئر ہے کہ عدن میں ایک باغ تھا جہاں رکھے گئے تھے حضرت ادم لیکن قران میں ایسا کچھ نہیں ہے حدیث میں بھی ایسا کچھ نہیں ہے</w:t>
      </w:r>
    </w:p>
    <w:p>
      <w:r>
        <w:rPr>
          <w:b/>
        </w:rPr>
        <w:t xml:space="preserve">[1:28:40] </w:t>
      </w:r>
      <w:r>
        <w:t>balkeh main guess yeh hai mera guess sahi bhi ho sakta hai galat bhi ho sakta hai ke woh paradise woh paradise ke siwa koi jagah thi jahan temporary tor par unhein rakha gaya tha quran mein jo lafz hai woh jannat jannat mani bagh quran mein jo lafz istemal hua hai woh jannat hai jannat ke mani bagh hote hain to hum guess kar sakte hain ke shayad woh koi temporary jagah ho</w:t>
      </w:r>
    </w:p>
    <w:p>
      <w:pPr>
        <w:jc w:val="right"/>
      </w:pPr>
      <w:r>
        <w:t>بلکہ میں گیس یہ ہے میرا گیس صحیح بھی ہو سکتا ہے غلط بھی ہو سکتا ہے کہ وہ پیراڈائز وہ پیراڈائز کے سوا کوئی جگہ تھی جہاں ٹیمپرری طور پر انہیں رکھا گیا تھا قران میں جو لفظ ہے وہ جنت جنت معنی باغ قران میں جو لفظ استعمال ہوا ہے وہ جنت ہے جنت کے معنی باغ ہوتے ہیں تو ہم گیس کر سکتے ہیں کہ شاید وہ کوئی ٹیمپرری جگہ ہو</w:t>
      </w:r>
    </w:p>
    <w:p>
      <w:r>
        <w:rPr>
          <w:b/>
        </w:rPr>
        <w:t xml:space="preserve">[1:29:07] </w:t>
      </w:r>
      <w:r>
        <w:t>lekin is bare mein koi quran mein ya hadith mein koi wazeh qism ki bohat hi clear qism ki koi statement nahin hai das question is from abdullah non muslims look towards some muslims worshipping graves and asking help from them and they think that this is islam</w:t>
      </w:r>
    </w:p>
    <w:p>
      <w:pPr>
        <w:jc w:val="right"/>
      </w:pPr>
      <w:r>
        <w:t>لیکن اس بارے میں کوئی قران میں یا حدیث میں کوئی واضح قسم کی بہت ہی کلیئر قسم کی کوئی سٹیٹمنٹ نہیں ہے دس کوئسچن از فرام عبداللہ نان مسلمز لوک ٹورڈز سم مسلمز ورشپنگ گریوز اینڈ اسکنگ ہیلپ فرام دیم اینڈ دے تھنک دیٹ دس از اسلام</w:t>
      </w:r>
    </w:p>
    <w:p>
      <w:r>
        <w:rPr>
          <w:b/>
        </w:rPr>
        <w:t xml:space="preserve">[1:29:30] </w:t>
      </w:r>
      <w:r>
        <w:t>they also say that the only difference between hindus and muslims is that muslims worship the idols in the form of graves and hindus worship the idols in standing form now maulana what would you suggest for non muslims how can they understand real islam dekhen main gaya rishikesh rishikesh hindu logon ka poster hai aap jante hain</w:t>
      </w:r>
    </w:p>
    <w:p>
      <w:pPr>
        <w:jc w:val="right"/>
      </w:pPr>
      <w:r>
        <w:t>دے السو سے دیٹ دا اونلی ڈیفرنس بٹوین ہندوز اینڈ مسلمز از دیٹ مسلمز ورشپ دا ائیڈلز ان دی فارم اف گریوز اینڈ ہندوز ورشپ دا ائیڈلز ان سٹینڈنگ فارم ناؤ مولانا واٹ وڈ یو سجیسٹ فار نان مسلمز ہاؤ کین دے انڈرسٹینڈ ریئل اسلام دیکھیں میں گیا رشیکیش رشیکیش ہندو لوگوں کا پوستر ہے اپ جانتے ہیں</w:t>
      </w:r>
    </w:p>
    <w:p>
      <w:r>
        <w:rPr>
          <w:b/>
        </w:rPr>
        <w:t xml:space="preserve">[1:30:00] </w:t>
      </w:r>
      <w:r>
        <w:t>to rishikesh mein ek jagah aisa tha ke un ke jo but hain kyunke rishikesh mein sadhan dharmi logon ka wahan par hai arya samaj mein jo log hain woh to but nahin pujte but parasti ke khilaf hain woh ke sadhan dharmi jo hai woh jo but ko pujte hain un logon ka wahan par hai center to but rakhe hue the idhar bhi udhar bhi to main wahan se guzar raha tha mere sath ek hindu the</w:t>
      </w:r>
    </w:p>
    <w:p>
      <w:pPr>
        <w:jc w:val="right"/>
      </w:pPr>
      <w:r>
        <w:t>تو رشیکیش میں ایک جگہ ایسا تھا کہ ان کے جو بت ہیں کیونکہ رشیکیش میں سادھن دھرمی لوگوں کا وہاں پر ہے اریہ سماج میں جو لوگ ہیں وہ تو بت نہیں پوجتے بت پرستی کے خلاف ہیں وہ کہ سادھن دھرمی جو ہے وہ جو بت کو پوجتے ہیں ان لوگوں کا وہاں پر ہے سینٹر تو بت رکھے ہوئے تھے ادھر بھی ادھر بھی تو میں وہاں سے گزر رہا تھا میرے ساتھ ایک ہندو تھے</w:t>
      </w:r>
    </w:p>
    <w:p>
      <w:r>
        <w:rPr>
          <w:b/>
        </w:rPr>
        <w:t xml:space="preserve">[1:30:29] </w:t>
      </w:r>
      <w:r>
        <w:t>to is hindu ne kaha ke maulana sahib kia farq hai hindu mein musalman mein bhi yahi to hai ke hum khara kar pujte hain woh leita kar pujte hain matlab qabar mein jo leita hua hai us ko woh pujte hain hum yahan baitha hua us ko pujte hain to bas batao unhon ne baat sahi kahi thi ke musalman leita kar pujte hain woh khara kar ke pujte hain</w:t>
      </w:r>
    </w:p>
    <w:p>
      <w:pPr>
        <w:jc w:val="right"/>
      </w:pPr>
      <w:r>
        <w:t>تو اس ہندو نے کہا کہ مولانا صاحب کیا فرق ہے ہندو میں مسلمان میں بھی یہی تو ہے کہ ہم کھڑا کر پوجتے ہیں وہ لیٹا کر پوجتے ہیں مطلب قبر میں جو لیٹا ہوا ہے اس کو وہ پوج رہے ہیں ہم یہاں بیٹھا ہوا اس کو پوج رہے ہیں تو بس بتاؤ انہوں نے بات صحیح کہی تھی کہ مسلمان لیٹا کر پوج رہے ہیں وہ کھڑا کر کے پوج رہے ہیں</w:t>
      </w:r>
    </w:p>
    <w:p>
      <w:r>
        <w:rPr>
          <w:b/>
        </w:rPr>
        <w:t xml:space="preserve">[1:30:56] </w:t>
      </w:r>
      <w:r>
        <w:t>isi liye is moamle mein deobandi ulama ka jo maslak hai wohi sahi hai deobandi ulama is ko shirk samajhte hain qabron ke puja karne ko qabron se murad mangne ko yeh sab ko deobandi ulama shirk samajhte hain main isi ko sahi samajhta hoon is moamle mein meri rai wahi hai jo deobandi ulama ki rai hai he also wanted to know how can hindus understand the real islam better direct padhen</w:t>
      </w:r>
    </w:p>
    <w:p>
      <w:pPr>
        <w:jc w:val="right"/>
      </w:pPr>
      <w:r>
        <w:t>اسی لیے اس معاملے میں دیوبندی علماء کا جو مسلک ہے وہی صحیح ہے دیوبندی علماء اس کو شرک سمجھتے ہیں قبروں کے پوجا کرنے کو قبروں سے مراد مانگنے کو یہ سب کو دیوبندی علماء شرک سمجھتے ہیں میں اسی کو صحیح سمجھتا ہوں اس معاملے میں میری رائے وہی ہے جو دیوبندی علماء کی رائے ہے ہی السو وانٹڈ ٹو نو ہاؤ کین ہندوز انڈرسٹینڈ دا ریئل اسلام بیٹر ڈائریکٹ پڑھیں</w:t>
      </w:r>
    </w:p>
    <w:p>
      <w:r>
        <w:rPr>
          <w:b/>
        </w:rPr>
        <w:t xml:space="preserve">[1:31:26] </w:t>
      </w:r>
      <w:r>
        <w:t>badi seedhi si baat hai quran padhiye hadith padhiye hamari literature padhiye hamari literature itni sari kitaben hain is ko padhiye yani musalmanon ko dekh kar aap rai na banaen balkeh islam ki scripture ko dekh kar rai banaen dekhen ek hai scriptures aur ek hai musalman musalmanon ki practice to musalmanon ki practice se aap na rai banaen ke islam kia hai</w:t>
      </w:r>
    </w:p>
    <w:p>
      <w:pPr>
        <w:jc w:val="right"/>
      </w:pPr>
      <w:r>
        <w:t>بڑی سیدھی سی بات ہے قران پڑھیے حدیث پڑھیے ہماری لٹریچر پڑھیے ہماری لٹریچر اتنی ساری کتابیں ہیں اس کو پڑھیے یعنی مسلمانوں کو دیکھ کر اپ رائے نہ بنائیں بلکہ اسلام کی سکرپچر کو دیکھ کر رائے بنائیں دیکھیں ایک ہے سکرپچرز اور ایک ہے مسلمان مسلمانوں کی پریکٹس تو مسلمانوں کی پریکٹس سے اپ نہ رائے بنائیں کہ اسلام کیا ہے</w:t>
      </w:r>
    </w:p>
    <w:p>
      <w:r>
        <w:rPr>
          <w:b/>
        </w:rPr>
        <w:t xml:space="preserve">[1:31:54] </w:t>
      </w:r>
      <w:r>
        <w:t>scriptures ko padhen is se rai banaen ke islam kia hai seedhi si baat hai.</w:t>
      </w:r>
    </w:p>
    <w:p>
      <w:pPr>
        <w:jc w:val="right"/>
      </w:pPr>
      <w:r>
        <w:t>سکرپچرز کو پڑھیں اس سے رائے بنائیں کہ اسلام کیا ہے سیدھی سی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