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Message of Eid al-Fitr June 16, 2018 Maulana Wahiduddin Khan</w:t>
      </w:r>
    </w:p>
    <w:p>
      <w:r>
        <w:t>https://www.youtube.com/watch?v=QlTiIy-mN8U</w:t>
      </w:r>
    </w:p>
    <w:p>
      <w:r>
        <w:rPr>
          <w:b/>
        </w:rPr>
        <w:t xml:space="preserve">[00:13] </w:t>
      </w:r>
      <w:r>
        <w:t>Bismillah Rahman Rahim,</w:t>
      </w:r>
    </w:p>
    <w:p>
      <w:pPr>
        <w:jc w:val="right"/>
      </w:pPr>
      <w:r>
        <w:t>بسم اللہ الرحمن الرحیم،</w:t>
      </w:r>
    </w:p>
    <w:p>
      <w:r>
        <w:rPr>
          <w:b/>
        </w:rPr>
        <w:t xml:space="preserve">[00:19] </w:t>
      </w:r>
      <w:r>
        <w:t>16 June 2018. Aaj Eid ul Fitr ka din hai,</w:t>
      </w:r>
    </w:p>
    <w:p>
      <w:pPr>
        <w:jc w:val="right"/>
      </w:pPr>
      <w:r>
        <w:t>16 جون 2018۔ آج عید الفطر کا دن ہے،</w:t>
      </w:r>
    </w:p>
    <w:p>
      <w:r>
        <w:rPr>
          <w:b/>
        </w:rPr>
        <w:t xml:space="preserve">[00:28] </w:t>
      </w:r>
      <w:r>
        <w:t>mujhe achaanak aik aayat yaad aayi. Mujhe nahin maloom ke yeh kyun aaya, yeh aayat yaad aayi, lekin behraal.</w:t>
      </w:r>
    </w:p>
    <w:p>
      <w:pPr>
        <w:jc w:val="right"/>
      </w:pPr>
      <w:r>
        <w:t>مجھے اچانک ایک آیت یاد آئی۔ مجھے نہیں معلوم کہ یہ کیوں آیا، یہ آیت یاد آئی، لیکن بہرحال۔</w:t>
      </w:r>
    </w:p>
    <w:p>
      <w:r>
        <w:rPr>
          <w:b/>
        </w:rPr>
        <w:t xml:space="preserve">[00:39] </w:t>
      </w:r>
      <w:r>
        <w:t>Yeh Surah Yusuf ki aik aayat hai: "Wa ay min ayatin fis samawati wal ardi yamurrun alaiha wa hum anha mu'ridun".</w:t>
      </w:r>
    </w:p>
    <w:p>
      <w:pPr>
        <w:jc w:val="right"/>
      </w:pPr>
      <w:r>
        <w:t>یہ سورہ یوسف کی ایک آیت ہے: "وقایب من آیت فی السماوات والارض یمرون علیہا وھمنا مردون"۔</w:t>
      </w:r>
    </w:p>
    <w:p>
      <w:r>
        <w:rPr>
          <w:b/>
        </w:rPr>
        <w:t xml:space="preserve">[00:54] </w:t>
      </w:r>
      <w:r>
        <w:t>Ke teen nishaniyan hain zameen o aasman mein, jis se woh guzarte hain</w:t>
      </w:r>
    </w:p>
    <w:p>
      <w:pPr>
        <w:jc w:val="right"/>
      </w:pPr>
      <w:r>
        <w:t>کہ تین نشانیاں ہیں زمین و آسمان میں، جس سے وہ گزرتے ہیں</w:t>
      </w:r>
    </w:p>
    <w:p>
      <w:r>
        <w:rPr>
          <w:b/>
        </w:rPr>
        <w:t xml:space="preserve">[01:06] </w:t>
      </w:r>
      <w:r>
        <w:t>aur is se woh i'raaz karte hain.</w:t>
      </w:r>
    </w:p>
    <w:p>
      <w:pPr>
        <w:jc w:val="right"/>
      </w:pPr>
      <w:r>
        <w:t>اور اس سے وہ اعراض کرتے ہیں۔</w:t>
      </w:r>
    </w:p>
    <w:p>
      <w:r>
        <w:rPr>
          <w:b/>
        </w:rPr>
        <w:t xml:space="preserve">[01:12] </w:t>
      </w:r>
      <w:r>
        <w:t>I'raaz ka matlab yeh hai ke woh sabak nahin lete.</w:t>
      </w:r>
    </w:p>
    <w:p>
      <w:pPr>
        <w:jc w:val="right"/>
      </w:pPr>
      <w:r>
        <w:t>اعراض کا مطلب یہ ہے کہ وہ سبق نہیں لیتے۔</w:t>
      </w:r>
    </w:p>
    <w:p>
      <w:r>
        <w:rPr>
          <w:b/>
        </w:rPr>
        <w:t xml:space="preserve">[01:20] </w:t>
      </w:r>
      <w:r>
        <w:t>To mera aaj ajeeb baat hai ke is aayat ko le kar mera mind trigger ho gaya. Aksar aisa hota hai ke kisi wajah se kisi baat ko le kar mind trigger ho jata hai.</w:t>
      </w:r>
    </w:p>
    <w:p>
      <w:pPr>
        <w:jc w:val="right"/>
      </w:pPr>
      <w:r>
        <w:t>تو میرا آج عجیب بات ہے کہ اس آیت کو لے کر میرا مائنڈ ٹریگر ہو گیا۔ اکثر ایسا ہوتا ہے کہ کسی وجہ سے کسی بات کو لے کر مائنڈ ٹریگر ہو جاتا ہے۔</w:t>
      </w:r>
    </w:p>
    <w:p>
      <w:r>
        <w:rPr>
          <w:b/>
        </w:rPr>
        <w:t xml:space="preserve">[01:37] </w:t>
      </w:r>
      <w:r>
        <w:t>Mein samajhta hoon ke yeh bohat hi zyada important baat hai Quran ko samajhne ke liye, Hadees ko samajhne ke liye. Sirf ahadees parhen, Quran parhen to aap kuch zyada paayenge nahin.</w:t>
      </w:r>
    </w:p>
    <w:p>
      <w:pPr>
        <w:jc w:val="right"/>
      </w:pPr>
      <w:r>
        <w:t>میں سمجھتا ہوں کہ یہ بہت ہی زیادہ امپورٹنٹ بات ہے قرآن کو سمجھنے کے لیے، حدیث کو سمجھنے کے لیے۔ صرف احادیث پڑھیں، قرآن پڑھیں تو آپ کچھ زیادہ پائیں گے نہیں۔</w:t>
      </w:r>
    </w:p>
    <w:p>
      <w:r>
        <w:rPr>
          <w:b/>
        </w:rPr>
        <w:t xml:space="preserve">[01:52] </w:t>
      </w:r>
      <w:r>
        <w:t>Aap ka mind trigger hona chahiye.</w:t>
      </w:r>
    </w:p>
    <w:p>
      <w:pPr>
        <w:jc w:val="right"/>
      </w:pPr>
      <w:r>
        <w:t>آپ کا مائنڈ ٹریگر ہونا چاہیے۔</w:t>
      </w:r>
    </w:p>
    <w:p>
      <w:r>
        <w:rPr>
          <w:b/>
        </w:rPr>
        <w:t xml:space="preserve">[01:59] </w:t>
      </w:r>
      <w:r>
        <w:t>Hamare haan jo dars e Quran, dars e Hadees hota hai to woh bas apne jahan rehta hai aadmi, wahan se nikal kar wahan aaya, wahan baith gaya aur dars dena shuru kar diya,</w:t>
      </w:r>
    </w:p>
    <w:p>
      <w:pPr>
        <w:jc w:val="right"/>
      </w:pPr>
      <w:r>
        <w:t>ہمارے ہاں جو درس قرآن، درس حدیث ہوتا ہے تو وہ بس اپنے جہاں رہتا ہے آدمی، وہاں سے نکل کر وہاں آیا، وہاں بیٹھ گیا اور درس دینا شروع کر دیا،</w:t>
      </w:r>
    </w:p>
    <w:p>
      <w:r>
        <w:rPr>
          <w:b/>
        </w:rPr>
        <w:t xml:space="preserve">[02:15] </w:t>
      </w:r>
      <w:r>
        <w:t>fani andaz mein. to is se jahan tak mera tajurba hai, logon ko kuch take away nahi milta.</w:t>
      </w:r>
    </w:p>
    <w:p>
      <w:pPr>
        <w:jc w:val="right"/>
      </w:pPr>
      <w:r>
        <w:t>فنی انداز میں۔ تو اس سے جہاں تک میرا تجربہ ہے، لوگوں کو کچھ ٹیک اوے نہیں ملتا۔</w:t>
      </w:r>
    </w:p>
    <w:p>
      <w:r>
        <w:rPr>
          <w:b/>
        </w:rPr>
        <w:t xml:space="preserve">[02:26] </w:t>
      </w:r>
      <w:r>
        <w:t>take away nahi milta. is ki jar yahi hai ke triggered mind nahi bolta,</w:t>
      </w:r>
    </w:p>
    <w:p>
      <w:pPr>
        <w:jc w:val="right"/>
      </w:pPr>
      <w:r>
        <w:t>ٹیک اوے نہیں ملتا۔ اس کی جڑ یہی ہے کہ ٹریگرڈ مائنڈ نہیں بولتا،</w:t>
      </w:r>
    </w:p>
    <w:p>
      <w:r>
        <w:rPr>
          <w:b/>
        </w:rPr>
        <w:t xml:space="preserve">[02:35] </w:t>
      </w:r>
      <w:r>
        <w:t>bas is kamre se nikle, is kamre mein baith gaye, aise log bolte hain. to main</w:t>
      </w:r>
    </w:p>
    <w:p>
      <w:pPr>
        <w:jc w:val="right"/>
      </w:pPr>
      <w:r>
        <w:t>بس اس کمرے سے نکلے، اس کمرے میں بیٹھ گئے، ایسے لوگ بولتے ہیں۔ تو میں</w:t>
      </w:r>
    </w:p>
    <w:p>
      <w:r>
        <w:rPr>
          <w:b/>
        </w:rPr>
        <w:t xml:space="preserve">[02:44] </w:t>
      </w:r>
      <w:r>
        <w:t>is ayat ko le kar mera mind trigger hua. ab main laga sochne, sochne, sochne. to meri samajh mein aaya ke yeh ek bohat hi universal law hai.</w:t>
      </w:r>
    </w:p>
    <w:p>
      <w:pPr>
        <w:jc w:val="right"/>
      </w:pPr>
      <w:r>
        <w:t>اس آیت کو لے کر میرا مائنڈ ٹریگر ہوا۔ اب میں لگا سوچنے، سوچنے، سوچنے۔ تو میری سمجھ میں آیا کہ یہ ایک بہت ہی یونیورسل لا ہے۔</w:t>
      </w:r>
    </w:p>
    <w:p>
      <w:r>
        <w:rPr>
          <w:b/>
        </w:rPr>
        <w:t xml:space="preserve">[02:59] </w:t>
      </w:r>
      <w:r>
        <w:t>har aadmi ka raat din is tarah guzarta hai ke subah, shaam, raat, din koi baatein pesh aati hain is ke aas paas, is ke mind ko trigger karne ke liye.</w:t>
      </w:r>
    </w:p>
    <w:p>
      <w:pPr>
        <w:jc w:val="right"/>
      </w:pPr>
      <w:r>
        <w:t>ہر آدمی کا رات دن اس طرح گزرتا ہے کہ صبح، شام، رات، دن کوئی باتیں پیش آتی ہیں اس کے آس پاس، اس کے مائنڈ کو ٹریگر کرنے کے لیے۔</w:t>
      </w:r>
    </w:p>
    <w:p>
      <w:r>
        <w:rPr>
          <w:b/>
        </w:rPr>
        <w:t xml:space="preserve">[03:14] </w:t>
      </w:r>
      <w:r>
        <w:t>yeh jo ayat hai, is ka matlab yahi hai ke Khuda aisi nishaniyan zahir karta hai jis se aap ka mind trigger ho.</w:t>
      </w:r>
    </w:p>
    <w:p>
      <w:pPr>
        <w:jc w:val="right"/>
      </w:pPr>
      <w:r>
        <w:t>یہ جو آیت ہے، اس کا مطلب یہی ہے کہ خدا ایسی نشانیاں ظاہر کرتا ہے جس سے آپ کا مائنڈ ٹریگر ہو۔</w:t>
      </w:r>
    </w:p>
    <w:p>
      <w:r>
        <w:rPr>
          <w:b/>
        </w:rPr>
        <w:t xml:space="preserve">[03:24] </w:t>
      </w:r>
      <w:r>
        <w:t>jab aap trigger ho ga, tabhi sochen ge aap. to yeh is ko koi barah khaas se koi jante hi nahi, madarse madarse ki zindagi se le kar ab tak kabhi maine suna bhi nahi hai ke "it requires a triggered mind to understand the real meaning of Quran and Hadith".</w:t>
      </w:r>
    </w:p>
    <w:p>
      <w:pPr>
        <w:jc w:val="right"/>
      </w:pPr>
      <w:r>
        <w:t>جب آپ ٹریگر ہو گا، تبھی سوچیں گے آپ۔ تو یہ اس کو کوئی براہ خاص سے کوئی جانتے ہی نہیں، مدرسے مدرسے کی زندگی سے لے کر اب تک کبھی میں نے سنا بھی نہیں ہے کہ "اٹ ریکوائرڈس ا ٹریگرڈ مائنڈ ٹو انڈرسٹینڈ دا ریل میننگ اف قرآن اینڈ حدیث"۔</w:t>
      </w:r>
    </w:p>
    <w:p>
      <w:r>
        <w:rPr>
          <w:b/>
        </w:rPr>
        <w:t xml:space="preserve">[03:50] </w:t>
      </w:r>
      <w:r>
        <w:t>"it requires a triggered mind to understand the real meaning of the Quran and the Hadith".</w:t>
      </w:r>
    </w:p>
    <w:p>
      <w:pPr>
        <w:jc w:val="right"/>
      </w:pPr>
      <w:r>
        <w:t>"اٹ ریکوائرڈس ا ٹریگرڈ مائنڈ ٹو انڈرسٹینڈ دا ریل میننگ اف دی قرآن اینڈ دی حدیث"۔</w:t>
      </w:r>
    </w:p>
    <w:p>
      <w:r>
        <w:rPr>
          <w:b/>
        </w:rPr>
        <w:t xml:space="preserve">[04:01] </w:t>
      </w:r>
      <w:r>
        <w:t>yeh maine suna hi nahi kabhi. jab ke jar ki baat yahi hai, jar ki baat yahi hai. main ab apna experience batata hoon aap ko.</w:t>
      </w:r>
    </w:p>
    <w:p>
      <w:pPr>
        <w:jc w:val="right"/>
      </w:pPr>
      <w:r>
        <w:t>یہ میں نے سنا ہی نہیں کبھی۔ جبکہ جڑ کی بات یہی ہے، جڑ کی بات یہی ہے۔ میں اب اپنا ایکسپیرینس بتاتا ہوں آپ کو۔</w:t>
      </w:r>
    </w:p>
    <w:p>
      <w:r>
        <w:rPr>
          <w:b/>
        </w:rPr>
        <w:t xml:space="preserve">[04:18] </w:t>
      </w:r>
      <w:r>
        <w:t>main ek gaon mein paida hua, ek gaon mein, aur yateem hoga paida hote hi.</w:t>
      </w:r>
    </w:p>
    <w:p>
      <w:pPr>
        <w:jc w:val="right"/>
      </w:pPr>
      <w:r>
        <w:t>میں ایک گاؤں میں پیدا ہوا، ایک گاؤں میں، اور یتیم ہوگا پیدا ہوتے ہی۔</w:t>
      </w:r>
    </w:p>
    <w:p>
      <w:r>
        <w:rPr>
          <w:b/>
        </w:rPr>
        <w:t xml:space="preserve">[04:30] </w:t>
      </w:r>
      <w:r>
        <w:t>mere ghar ke halaat bohat hi, yaani</w:t>
      </w:r>
    </w:p>
    <w:p>
      <w:pPr>
        <w:jc w:val="right"/>
      </w:pPr>
      <w:r>
        <w:t>میرے گھر کے حالات بہت ہی، یعنی</w:t>
      </w:r>
    </w:p>
    <w:p>
      <w:r>
        <w:rPr>
          <w:b/>
        </w:rPr>
        <w:t xml:space="preserve">[04:36] </w:t>
      </w:r>
      <w:r>
        <w:t>aise the ke har har har roz mind trigger karne wale</w:t>
      </w:r>
    </w:p>
    <w:p>
      <w:pPr>
        <w:jc w:val="right"/>
      </w:pPr>
      <w:r>
        <w:t>ایسے تھے کہ ہر ہر ہر روز مائنڈ ٹریگر کرنے والے</w:t>
      </w:r>
    </w:p>
    <w:p>
      <w:r>
        <w:rPr>
          <w:b/>
        </w:rPr>
        <w:t xml:space="preserve">[04:43] </w:t>
      </w:r>
      <w:r>
        <w:t>achhe halaat nahi the.</w:t>
      </w:r>
    </w:p>
    <w:p>
      <w:pPr>
        <w:jc w:val="right"/>
      </w:pPr>
      <w:r>
        <w:t>اچھے حالات نہیں تھے۔</w:t>
      </w:r>
    </w:p>
    <w:p>
      <w:r>
        <w:rPr>
          <w:b/>
        </w:rPr>
        <w:t xml:space="preserve">[04:47] </w:t>
      </w:r>
      <w:r>
        <w:t>to dekhiye, main aap ko arz kar doon ke ek ek phenomena jis ko main rozana dekhta tha apne ghar mein, daily,</w:t>
      </w:r>
    </w:p>
    <w:p>
      <w:pPr>
        <w:jc w:val="right"/>
      </w:pPr>
      <w:r>
        <w:t>تو دیکھیے، میں آپ کو عرض کر دوں کہ ایک ایک فیناومینا جس کو میں روزانہ دیکھتا تھا اپنے گھر میں، ڈیلی،</w:t>
      </w:r>
    </w:p>
    <w:p>
      <w:r>
        <w:rPr>
          <w:b/>
        </w:rPr>
        <w:t xml:space="preserve">[05:03] </w:t>
      </w:r>
      <w:r>
        <w:t>aur woh mere mind ko trigger karta tha.</w:t>
      </w:r>
    </w:p>
    <w:p>
      <w:pPr>
        <w:jc w:val="right"/>
      </w:pPr>
      <w:r>
        <w:t>اور وہ میرے مائنڈ کو ٹریگر کرتا تھا۔</w:t>
      </w:r>
    </w:p>
    <w:p>
      <w:r>
        <w:rPr>
          <w:b/>
        </w:rPr>
        <w:t xml:space="preserve">[05:09] </w:t>
      </w:r>
      <w:r>
        <w:t>trigger karna to woh halka lafz hai, strike karta tha, hammering karta tha. woh kya tha?</w:t>
      </w:r>
    </w:p>
    <w:p>
      <w:pPr>
        <w:jc w:val="right"/>
      </w:pPr>
      <w:r>
        <w:t>ٹریگر کرنا تو وہ ہلکا لفظ ہے، اسٹرائیک کرتا تھا، ہیمرنگ کرتا تھا۔ وہ کیا تھا؟</w:t>
      </w:r>
    </w:p>
    <w:p>
      <w:r>
        <w:rPr>
          <w:b/>
        </w:rPr>
        <w:t xml:space="preserve">[05:19] </w:t>
      </w:r>
      <w:r>
        <w:t>main jis ghar mein rehta tha</w:t>
      </w:r>
    </w:p>
    <w:p>
      <w:pPr>
        <w:jc w:val="right"/>
      </w:pPr>
      <w:r>
        <w:t>میں جس گھر میں رہتا تھا</w:t>
      </w:r>
    </w:p>
    <w:p>
      <w:r>
        <w:rPr>
          <w:b/>
        </w:rPr>
        <w:t xml:space="preserve">[05:25] </w:t>
      </w:r>
      <w:r>
        <w:t>to is mein</w:t>
      </w:r>
    </w:p>
    <w:p>
      <w:pPr>
        <w:jc w:val="right"/>
      </w:pPr>
      <w:r>
        <w:t>تو اس میں</w:t>
      </w:r>
    </w:p>
    <w:p>
      <w:r>
        <w:rPr>
          <w:b/>
        </w:rPr>
        <w:t xml:space="preserve">[05:31] </w:t>
      </w:r>
      <w:r>
        <w:t>ek taraf ki deewar poori ki poori mitti ki thi. ek taraf to eent ki deewar thi, pichla hissa jo tha woh poora ka poora mitti ki deewar thi.</w:t>
      </w:r>
    </w:p>
    <w:p>
      <w:pPr>
        <w:jc w:val="right"/>
      </w:pPr>
      <w:r>
        <w:t>ایک طرف کی دیوار پوری کی پوری مٹی کی تھی۔ ایک طرف تو اینٹ کی دیوار تھی، پچھلا حصہ جو تھا وہ پورا کا پورا مٹی کی دیوار تھی۔</w:t>
      </w:r>
    </w:p>
    <w:p>
      <w:r>
        <w:rPr>
          <w:b/>
        </w:rPr>
        <w:t xml:space="preserve">[05:46] </w:t>
      </w:r>
      <w:r>
        <w:t>woh</w:t>
      </w:r>
    </w:p>
    <w:p>
      <w:pPr>
        <w:jc w:val="right"/>
      </w:pPr>
      <w:r>
        <w:t>وہ</w:t>
      </w:r>
    </w:p>
    <w:p>
      <w:r>
        <w:rPr>
          <w:b/>
        </w:rPr>
        <w:t xml:space="preserve">[05:51] </w:t>
      </w:r>
      <w:r>
        <w:t>aur aap taajjub karein ge ke woh deewar jhuki hui thi, mitti ki deewar jhuki hui, aise hi. to har waqt khatra ke gir pare, gir pare, gir pare.</w:t>
      </w:r>
    </w:p>
    <w:p>
      <w:pPr>
        <w:jc w:val="right"/>
      </w:pPr>
      <w:r>
        <w:t>اور آپ تعجب کریں گے کہ وہ دیوار جھکی ہوئی تھی، مٹی کی دیوار جھکی ہوئی، ایسے ہی۔ تو ہر وقت خطرہ کہ گر پڑے، گر پڑے، گر پڑے۔</w:t>
      </w:r>
    </w:p>
    <w:p>
      <w:r>
        <w:rPr>
          <w:b/>
        </w:rPr>
        <w:t xml:space="preserve">[06:05] </w:t>
      </w:r>
      <w:r>
        <w:t>baqayda aise jhuki hui thi. aur isi ghar mein main barson barson raha, rozana us ko dekhta tha.</w:t>
      </w:r>
    </w:p>
    <w:p>
      <w:pPr>
        <w:jc w:val="right"/>
      </w:pPr>
      <w:r>
        <w:t>باقاعدہ ایسے جھکی ہوئی تھی۔ اور اسی گھر میں میں برسوں برسوں رہا، روزانہ اس کو دیکھتا تھا۔</w:t>
      </w:r>
    </w:p>
    <w:p>
      <w:r>
        <w:rPr>
          <w:b/>
        </w:rPr>
        <w:t xml:space="preserve">[06:21] </w:t>
      </w:r>
      <w:r>
        <w:t>to ek jhuki hui deewar ke andar main raha, aur woh kabhi woh deewar giri nahi, yahan tak ke mere bhai ne paisa kamaya, paisa kamakar ghar gira giraya,</w:t>
      </w:r>
    </w:p>
    <w:p>
      <w:pPr>
        <w:jc w:val="right"/>
      </w:pPr>
      <w:r>
        <w:t>تو ایک جھکی ہوئی دیوار کے اندر میں رہا، اور وہ کبھی وہ دیوار گری نہیں، یہاں تک کہ میرے بھائی نے پیسہ کمایا، پیسہ کما کر گھر گرا گرایا،</w:t>
      </w:r>
    </w:p>
    <w:p>
      <w:r>
        <w:rPr>
          <w:b/>
        </w:rPr>
        <w:t xml:space="preserve">[06:35] </w:t>
      </w:r>
      <w:r>
        <w:t>aur phir banwaya us ko phir se. tab woh giri, apne aap nahi giri. woh</w:t>
      </w:r>
    </w:p>
    <w:p>
      <w:pPr>
        <w:jc w:val="right"/>
      </w:pPr>
      <w:r>
        <w:t>اور پھر بنوایا اس کو پھر سے۔ تب وہ گری، اپنے آپ نہیں گری۔ وہ</w:t>
      </w:r>
    </w:p>
    <w:p>
      <w:r>
        <w:rPr>
          <w:b/>
        </w:rPr>
        <w:t xml:space="preserve">[06:43] </w:t>
      </w:r>
      <w:r>
        <w:t>to dekhiye, insaan do tareeqe se sochta hai: conscious mind se, unconscious mind se. ya bas wajah yeh hai ke insaan sirf conscious mind se sochta hai, unconscious mind se bhi sochta hai.</w:t>
      </w:r>
    </w:p>
    <w:p>
      <w:pPr>
        <w:jc w:val="right"/>
      </w:pPr>
      <w:r>
        <w:t>تو دیکھیے، انسان دو طریقے سے سوچتا ہے: کانشیس مائنڈ سے، انکانس مائنڈ سے۔ یا بس وجہ یہ ہے کہ انسان صرف کانشیس مائنڈ سے سوچتا ہے، انکانس مائنڈ سے بھی سوچتا ہے۔</w:t>
      </w:r>
    </w:p>
    <w:p>
      <w:r>
        <w:rPr>
          <w:b/>
        </w:rPr>
        <w:t xml:space="preserve">[06:57] </w:t>
      </w:r>
      <w:r>
        <w:t>woh to mein is waqt, yaani bachpan se, is qabil to nahi tha ke mein conscious mind se sochun, lekin unconscious mind se zaroor sochta tha mein, kyunke mera mind trigger hota tha, trigger hota tha.</w:t>
      </w:r>
    </w:p>
    <w:p>
      <w:pPr>
        <w:jc w:val="right"/>
      </w:pPr>
      <w:r>
        <w:t>وہ تو میں اس وقت، یعنی بچپن سے، اس قابل تو نہیں تھا کہ میں کانشیس مائنڈ سے سوچوں، لیکن انکانس مائنڈ سے ضرور سوچتا تھا میں، کیونکہ میرا مائنڈ ٹریگر ہوتا تھا، ٹریگر ہوتا تھا۔</w:t>
      </w:r>
    </w:p>
    <w:p>
      <w:r>
        <w:rPr>
          <w:b/>
        </w:rPr>
        <w:t xml:space="preserve">[07:18] </w:t>
      </w:r>
      <w:r>
        <w:t>to unconscious mind se mein sochta tha ke aakhir yeh kaun hai is deewar ko sambhali hui hai.</w:t>
      </w:r>
    </w:p>
    <w:p>
      <w:pPr>
        <w:jc w:val="right"/>
      </w:pPr>
      <w:r>
        <w:t>تو انکانس مائنڈ سے میں سوچتا تھا کہ آخر یہ کون ہے اس دیوار کو سنبھالی ہوئی ہے۔</w:t>
      </w:r>
    </w:p>
    <w:p>
      <w:r>
        <w:rPr>
          <w:b/>
        </w:rPr>
        <w:t xml:space="preserve">[07:29] </w:t>
      </w:r>
      <w:r>
        <w:t>hata ke mein aap ko arz karun, 1936 ka waqia, 1936,</w:t>
      </w:r>
    </w:p>
    <w:p>
      <w:pPr>
        <w:jc w:val="right"/>
      </w:pPr>
      <w:r>
        <w:t>حتی کہ میں آپ کو عرض کروں، 1936 کا واقعہ، 1936،</w:t>
      </w:r>
    </w:p>
    <w:p>
      <w:r>
        <w:rPr>
          <w:b/>
        </w:rPr>
        <w:t xml:space="preserve">[07:38] </w:t>
      </w:r>
      <w:r>
        <w:t>1936. aap jante hain 34 se kya hua tha? earthquake aaya tha.</w:t>
      </w:r>
    </w:p>
    <w:p>
      <w:pPr>
        <w:jc w:val="right"/>
      </w:pPr>
      <w:r>
        <w:t>1936۔ آپ جانتے ہیں 34 سے کیا ہوا تھا؟ ارتھ کویک آیا تھا۔</w:t>
      </w:r>
    </w:p>
    <w:p>
      <w:r>
        <w:rPr>
          <w:b/>
        </w:rPr>
        <w:t xml:space="preserve">[07:50] </w:t>
      </w:r>
      <w:r>
        <w:t>ek dum meri vivid memory mein, vivid meri Quetta mein aaya tha, jo aap Pakistan mein hain. to Quetta mein earthquake aaya hai 1936 mein,</w:t>
      </w:r>
    </w:p>
    <w:p>
      <w:pPr>
        <w:jc w:val="right"/>
      </w:pPr>
      <w:r>
        <w:t>ایک دم میری ویوڈ میموری میں، ویوڈ میری کوئٹہ میں آیا تھا، جو آپ پاکستان میں ہیں۔ تو کوئٹہ میں ارتھ کویک آیا ہے 1936 میں،</w:t>
      </w:r>
    </w:p>
    <w:p>
      <w:r>
        <w:rPr>
          <w:b/>
        </w:rPr>
        <w:t xml:space="preserve">[08:04] </w:t>
      </w:r>
      <w:r>
        <w:t>aur sab mein ne dekha ke sab hil raha hai. woh deewar bhi hil rahi hai ke gira kuch bhi nahi, mere ghar mein kahin koi kuch kuch giri nahi, halanke poora ghar hil hil raha tha.</w:t>
      </w:r>
    </w:p>
    <w:p>
      <w:pPr>
        <w:jc w:val="right"/>
      </w:pPr>
      <w:r>
        <w:t>اور سب میں نے دیکھا کہ سب ہل رہا ہے۔ وہ دیوار بھی ہل رہی ہے کہ گرا کچھ بھی نہیں، میرے گھر میں کہیں کوئی کچھ کچھ گری نہیں، حالانکہ پورا گھر ہل ہل رہا تھا۔</w:t>
      </w:r>
    </w:p>
    <w:p>
      <w:r>
        <w:rPr>
          <w:b/>
        </w:rPr>
        <w:t xml:space="preserve">[08:18] </w:t>
      </w:r>
      <w:r>
        <w:t>Quetta ko woh zalzala bohat bohat akhbaron mein aaya tha is zamane mein. hamare gaon mein ek sahib the, Munshi Mahmood Ali, woh shayar bhi the.</w:t>
      </w:r>
    </w:p>
    <w:p>
      <w:pPr>
        <w:jc w:val="right"/>
      </w:pPr>
      <w:r>
        <w:t>کوئٹہ کو وہ زلزلہ بہت بہت اخباروں میں آیا تھا اس زمانے میں۔ ہمارے گاؤں میں ایک صاحب تھے، منشی محمود علی، وہ شاعر بھی تھے۔</w:t>
      </w:r>
    </w:p>
    <w:p>
      <w:r>
        <w:rPr>
          <w:b/>
        </w:rPr>
        <w:t xml:space="preserve">[08:28] </w:t>
      </w:r>
      <w:r>
        <w:t>poori ek nazm likhi thi us Quetta ke zalzale par. unhon ne to ab zahir hai ke mera mind yeh sochta tha ke kaun taqat hai ke jhuki hui deewar ko earthquake aaya, phir bhi woh sambhali hui hai, gira nahi hai.</w:t>
      </w:r>
    </w:p>
    <w:p>
      <w:pPr>
        <w:jc w:val="right"/>
      </w:pPr>
      <w:r>
        <w:t>پورے ایک نظم لکھی تھی اس کوئٹے کے زلزلے پر۔ انہوں نے تو اب ظاہر ہے کہ میرا مائنڈ یہ سوچتا تھا کہ کون طاقت ہے کہ جھکی ہوئی دیوار کو ارتھ کویک آیا، پھر بھی وہ سنبھالی ہوئی ہے، گر نہیں رہا ہے۔</w:t>
      </w:r>
    </w:p>
    <w:p>
      <w:r>
        <w:rPr>
          <w:b/>
        </w:rPr>
        <w:t xml:space="preserve">[08:52] </w:t>
      </w:r>
      <w:r>
        <w:t>is tarah se mere mind mein</w:t>
      </w:r>
    </w:p>
    <w:p>
      <w:pPr>
        <w:jc w:val="right"/>
      </w:pPr>
      <w:r>
        <w:t>اس طرح سے میرے مائنڈ میں</w:t>
      </w:r>
    </w:p>
    <w:p>
      <w:r>
        <w:rPr>
          <w:b/>
        </w:rPr>
        <w:t xml:space="preserve">[08:58] </w:t>
      </w:r>
      <w:r>
        <w:t>kisi an dekhi is waqt zahir hai ke Allah par woh yaqeen mujhe nahi tha jo aaj Allah ke fazl, Allah ke fazl se hai ke koi na koi taqat, taqat hai jo sambhali hui hai.</w:t>
      </w:r>
    </w:p>
    <w:p>
      <w:pPr>
        <w:jc w:val="right"/>
      </w:pPr>
      <w:r>
        <w:t>کسی ان دیکھی اس وقت ظاہر ہے کہ اللہ پر وہ یقین مجھے نہیں تھا جو آج اللہ کے فضل، اللہ کے فضل سے ہے کہ کوئی نہ کوئی طاقت، طاقت ہے جو سنبھالی ہوئی ہے۔</w:t>
      </w:r>
    </w:p>
    <w:p>
      <w:r>
        <w:rPr>
          <w:b/>
        </w:rPr>
        <w:t xml:space="preserve">[09:10] </w:t>
      </w:r>
      <w:r>
        <w:t>Qayyum, Qayyum ke mani sambhalne wala, Walhayyul Qayyum, sambhalne wala.</w:t>
      </w:r>
    </w:p>
    <w:p>
      <w:pPr>
        <w:jc w:val="right"/>
      </w:pPr>
      <w:r>
        <w:t>قیوم، قیوم کے معنی سنبھالنے والا، والحی القیوم، سنبھالنے والا۔</w:t>
      </w:r>
    </w:p>
    <w:p>
      <w:r>
        <w:rPr>
          <w:b/>
        </w:rPr>
        <w:t xml:space="preserve">[09:22] </w:t>
      </w:r>
      <w:r>
        <w:t>to yeh kaisi ajeeb baat hai bachpan se. to yeh is mani ke woh jo Surah Yusuf mein hai ke ayatain dekhte hain lekin is se sabak nahi lete.</w:t>
      </w:r>
    </w:p>
    <w:p>
      <w:pPr>
        <w:jc w:val="right"/>
      </w:pPr>
      <w:r>
        <w:t>تو یہ کیسی عجیب بات ہے بچپن سے۔ تو یہ اس معنی کہ وہ جو سورہ یوسف میں ہے کہ آیتیں دیکھتے ہیں لیکن اس سے سبق نہیں لیتے۔</w:t>
      </w:r>
    </w:p>
    <w:p>
      <w:r>
        <w:rPr>
          <w:b/>
        </w:rPr>
        <w:t xml:space="preserve">[09:38] </w:t>
      </w:r>
      <w:r>
        <w:t>to yeh bhi isi mein se ek ek sabak tha,</w:t>
      </w:r>
    </w:p>
    <w:p>
      <w:pPr>
        <w:jc w:val="right"/>
      </w:pPr>
      <w:r>
        <w:t>تو یہ بھی اسی میں سے ایک ایک سبق تھا،</w:t>
      </w:r>
    </w:p>
    <w:p>
      <w:r>
        <w:rPr>
          <w:b/>
        </w:rPr>
        <w:t xml:space="preserve">[09:44] </w:t>
      </w:r>
      <w:r>
        <w:t>isi mein se ek sabak</w:t>
      </w:r>
    </w:p>
    <w:p>
      <w:pPr>
        <w:jc w:val="right"/>
      </w:pPr>
      <w:r>
        <w:t>اسی میں سے ایک سبق</w:t>
      </w:r>
    </w:p>
    <w:p>
      <w:r>
        <w:rPr>
          <w:b/>
        </w:rPr>
        <w:t xml:space="preserve">[09:48] </w:t>
      </w:r>
      <w:r>
        <w:t>ke dekho is deewar ko, dekho is deewar ko, dekho</w:t>
      </w:r>
    </w:p>
    <w:p>
      <w:pPr>
        <w:jc w:val="right"/>
      </w:pPr>
      <w:r>
        <w:t>کہ دیکھو اس دیوار کو، دیکھو اس دیوار کو، دیکھو</w:t>
      </w:r>
    </w:p>
    <w:p>
      <w:r>
        <w:rPr>
          <w:b/>
        </w:rPr>
        <w:t xml:space="preserve">[09:55] </w:t>
      </w:r>
      <w:r>
        <w:t>koi Qayyum hai, koi Hayyul Qayyum hai.</w:t>
      </w:r>
    </w:p>
    <w:p>
      <w:pPr>
        <w:jc w:val="right"/>
      </w:pPr>
      <w:r>
        <w:t>کوئی قیوم ہے، کوئی حج قیوم ہے۔</w:t>
      </w:r>
    </w:p>
    <w:p>
      <w:r>
        <w:rPr>
          <w:b/>
        </w:rPr>
        <w:t xml:space="preserve">[10:03] </w:t>
      </w:r>
      <w:r>
        <w:t>aise hi ek nahi, beshumar waqiat mere zindagi mein pesh aate rahe. mein bilkul chota tha to aap yeh dekh rahe hain, mera angotha bilkul kat kar nikal gaya.</w:t>
      </w:r>
    </w:p>
    <w:p>
      <w:pPr>
        <w:jc w:val="right"/>
      </w:pPr>
      <w:r>
        <w:t>ایسے ہی ایک نہیں، بے شمار واقعات میرے زندگی میں پیش آتے رہے۔ میں بالکل چھوٹا تھا تو آپ یہ دیکھ رہے ہیں، میرا انگوٹھا بالکل کٹ کر نکل گیا۔</w:t>
      </w:r>
    </w:p>
    <w:p>
      <w:r>
        <w:rPr>
          <w:b/>
        </w:rPr>
        <w:t xml:space="preserve">[10:18] </w:t>
      </w:r>
      <w:r>
        <w:t>aap dekh rahe honge ke yeh angotha kat ke nikal gaya.</w:t>
      </w:r>
    </w:p>
    <w:p>
      <w:pPr>
        <w:jc w:val="right"/>
      </w:pPr>
      <w:r>
        <w:t>آپ دیکھ رہے ہوں گے کہ یہ انگوٹھا کٹ کے نکل گیا۔</w:t>
      </w:r>
    </w:p>
    <w:p>
      <w:r>
        <w:rPr>
          <w:b/>
        </w:rPr>
        <w:t xml:space="preserve">[10:25] </w:t>
      </w:r>
      <w:r>
        <w:t>yahan par mere sir mein aap dekhenge to yahan par X ka nishan hai, bohat bara phora nikla tha. yahan par aise kehte hain saare waqiat.</w:t>
      </w:r>
    </w:p>
    <w:p>
      <w:pPr>
        <w:jc w:val="right"/>
      </w:pPr>
      <w:r>
        <w:t>یہاں پر میرے سر میں آپ دیکھیں گے تو یہاں پر ایکس کا نشان ہے، بہت بڑا پھوڑا نکلا تھا۔ یہاں پر ایسے کہتے ہیں سارے واقعات۔</w:t>
      </w:r>
    </w:p>
    <w:p>
      <w:r>
        <w:rPr>
          <w:b/>
        </w:rPr>
        <w:t xml:space="preserve">[10:37] </w:t>
      </w:r>
      <w:r>
        <w:t>to mera mind hamesha, yaani in the state of, yaani is trigger ki state mein jeeta tha.</w:t>
      </w:r>
    </w:p>
    <w:p>
      <w:pPr>
        <w:jc w:val="right"/>
      </w:pPr>
      <w:r>
        <w:t>تو میرا مائنڈ ہمیشہ، یعنی ان دی اسٹیٹ آف، یعنی اس ٹریگری کی اسٹیٹ میں جیتا تھا۔</w:t>
      </w:r>
    </w:p>
    <w:p>
      <w:r>
        <w:rPr>
          <w:b/>
        </w:rPr>
        <w:t xml:space="preserve">[10:48] </w:t>
      </w:r>
      <w:r>
        <w:t>yaad rakhiye, jis ki halaat achhe na hon, jis ki halaat achhe na hon, jis ko subah shaam problem, difficulties pesh aati hon, to is ka matlab kya hai?</w:t>
      </w:r>
    </w:p>
    <w:p>
      <w:pPr>
        <w:jc w:val="right"/>
      </w:pPr>
      <w:r>
        <w:t>یاد رکھیے، جس کی حالات اچھے نہ ہوں، جس کی حالات اچھے نہ ہوں، جس کو صبح شام پرابلم، ڈیفیکلٹیز پیش آتی ہوں، تو اس کا مطلب کیا ہے؟</w:t>
      </w:r>
    </w:p>
    <w:p>
      <w:r>
        <w:rPr>
          <w:b/>
        </w:rPr>
        <w:t xml:space="preserve">[11:02] </w:t>
      </w:r>
      <w:r>
        <w:t>har waqt is ko mind trigger, trigger, trigger ho ho raha hai.</w:t>
      </w:r>
    </w:p>
    <w:p>
      <w:pPr>
        <w:jc w:val="right"/>
      </w:pPr>
      <w:r>
        <w:t>ہر وقت اس کو مائنڈ ٹریگر، ٹریگر، ٹریگر ہو ہو رہا ہے۔</w:t>
      </w:r>
    </w:p>
    <w:p>
      <w:r>
        <w:rPr>
          <w:b/>
        </w:rPr>
        <w:t xml:space="preserve">[11:11] </w:t>
      </w:r>
      <w:r>
        <w:t>to mera mind har subah shaam trigger hota rehta tha.</w:t>
      </w:r>
    </w:p>
    <w:p>
      <w:pPr>
        <w:jc w:val="right"/>
      </w:pPr>
      <w:r>
        <w:t>تو میرا مائنڈ ہر صبح شام ٹریگر ہوتا رہتا تھا۔</w:t>
      </w:r>
    </w:p>
    <w:p>
      <w:r>
        <w:rPr>
          <w:b/>
        </w:rPr>
        <w:t xml:space="preserve">[11:22] </w:t>
      </w:r>
      <w:r>
        <w:t>to ek mizaj mera ban gaya sabak lene ka, sabak lene ka. kyunke jab aadmi mind, aap ka mind jab trigger hota hai to sochta hai, jab sochta hai to koi sabak nikalta hai.</w:t>
      </w:r>
    </w:p>
    <w:p>
      <w:pPr>
        <w:jc w:val="right"/>
      </w:pPr>
      <w:r>
        <w:t>تو ایک مزاج میرا بن گیا سبق لینے کا، سبق لینے کا۔ کیونکہ جب آدمی مائنڈ، آپ کا مائنڈ جب ٹریگر ہوتا ہے تو سوچتا ہے، جب سوچتا ہے تو کوئی سبق نکالتا ہے۔</w:t>
      </w:r>
    </w:p>
    <w:p>
      <w:r>
        <w:rPr>
          <w:b/>
        </w:rPr>
        <w:t xml:space="preserve">[11:47] </w:t>
      </w:r>
      <w:r>
        <w:t>to mere mind ne bachpan se yeh sabak nikala ke koi as tumhara sambhalne wala, koi jo tum ko tumhara Qayyum hai, Qayyum, sustainer.</w:t>
      </w:r>
    </w:p>
    <w:p>
      <w:pPr>
        <w:jc w:val="right"/>
      </w:pPr>
      <w:r>
        <w:t>تو میرے مائنڈ نے بچپن سے یہ سبق نکالا کہ کوئی ایس تمہارا سنبھالنے والا، کوئی جو تم کو تمہارا قیوم ہے، قیوم، سسٹینر۔</w:t>
      </w:r>
    </w:p>
    <w:p>
      <w:r>
        <w:rPr>
          <w:b/>
        </w:rPr>
        <w:t xml:space="preserve">[12:00] </w:t>
      </w:r>
      <w:r>
        <w:t>agar agar aisa na ho to kaise ho jaye? is waqt se phir poori zindagi meri ab tak ki</w:t>
      </w:r>
    </w:p>
    <w:p>
      <w:pPr>
        <w:jc w:val="right"/>
      </w:pPr>
      <w:r>
        <w:t>اگر اگر ایسا نہ ہو تو کیسے ہو جائے؟ اس وقت سے پھر پوری زندگی میری اب تک کی</w:t>
      </w:r>
    </w:p>
    <w:p>
      <w:r>
        <w:rPr>
          <w:b/>
        </w:rPr>
        <w:t xml:space="preserve">[12:13] </w:t>
      </w:r>
      <w:r>
        <w:t>isi mein guzri hai ke har din koi na koi waqea jo mere mind ko trigger karta karta tha,</w:t>
      </w:r>
    </w:p>
    <w:p>
      <w:pPr>
        <w:jc w:val="right"/>
      </w:pPr>
      <w:r>
        <w:t>اسی میں گزری ہے کہ ہر دن کوئی نہ کوئی واقعہ جو میرے مائنڈ کو ٹریگر کرتا کرتا تھا،</w:t>
      </w:r>
    </w:p>
    <w:p>
      <w:r>
        <w:rPr>
          <w:b/>
        </w:rPr>
        <w:t xml:space="preserve">[12:24] </w:t>
      </w:r>
      <w:r>
        <w:t>har har har din, aur woh sochne par majboor karta tha.</w:t>
      </w:r>
    </w:p>
    <w:p>
      <w:pPr>
        <w:jc w:val="right"/>
      </w:pPr>
      <w:r>
        <w:t>ہر ہر ہر دن، اور وہ سوچنے پر مجبور کرتا تھا۔</w:t>
      </w:r>
    </w:p>
    <w:p>
      <w:r>
        <w:rPr>
          <w:b/>
        </w:rPr>
        <w:t xml:space="preserve">[12:35] </w:t>
      </w:r>
      <w:r>
        <w:t>lekin asal cheez kya hai? woh minhā mōrdoon, magar woh karte hain a'irāz. to asal masla dekhiye, yeh nahi ke koi difficulty pesh aa jaye, koi masla pesh aaye.</w:t>
      </w:r>
    </w:p>
    <w:p>
      <w:pPr>
        <w:jc w:val="right"/>
      </w:pPr>
      <w:r>
        <w:t>لیکن اصل چیز کیا ہے؟ وہ منہا موردون، مگر وہ کرتے ہیں اعراض۔ تو اصل مسئلہ دیکھیے، یہ نہیں کہ کوئی ڈیفیکلٹی پیش آ جائے، کوئی مسئلہ پیش آئے۔</w:t>
      </w:r>
    </w:p>
    <w:p>
      <w:r>
        <w:rPr>
          <w:b/>
        </w:rPr>
        <w:t xml:space="preserve">[12:51] </w:t>
      </w:r>
      <w:r>
        <w:t>asal masla hai ke aap ke andar a'irāz ho, a'irāz. yaani saamne baatein pesh aayen, aap na sochein.</w:t>
      </w:r>
    </w:p>
    <w:p>
      <w:pPr>
        <w:jc w:val="right"/>
      </w:pPr>
      <w:r>
        <w:t>اصل مسئلہ ہے کہ آپ کے اندر اعراض ہو، اعراض۔ یعنی سامنے باتیں پیش آئیں، آپ نہ سوچیں۔</w:t>
      </w:r>
    </w:p>
    <w:p>
      <w:r>
        <w:rPr>
          <w:b/>
        </w:rPr>
        <w:t xml:space="preserve">[13:02] </w:t>
      </w:r>
      <w:r>
        <w:t>aap ko experience guzre lekin aap na sochein. to asal masla koi</w:t>
      </w:r>
    </w:p>
    <w:p>
      <w:pPr>
        <w:jc w:val="right"/>
      </w:pPr>
      <w:r>
        <w:t>آپ کو ایکسپیرینس گزرے لیکن آپ نہ سوچیں۔ تو اصل مسئلہ کوئی</w:t>
      </w:r>
    </w:p>
    <w:p>
      <w:r>
        <w:rPr>
          <w:b/>
        </w:rPr>
        <w:t xml:space="preserve">[13:13] </w:t>
      </w:r>
      <w:r>
        <w:t>pesh aanay wali baat nahi hai, asal masla a'irāz hai.</w:t>
      </w:r>
    </w:p>
    <w:p>
      <w:pPr>
        <w:jc w:val="right"/>
      </w:pPr>
      <w:r>
        <w:t>پیش آنے والی بات نہیں ہے، اصل مسئلہ اعراض ہے۔</w:t>
      </w:r>
    </w:p>
    <w:p>
      <w:r>
        <w:rPr>
          <w:b/>
        </w:rPr>
        <w:t xml:space="preserve">[13:25] </w:t>
      </w:r>
      <w:r>
        <w:t>asal masla yeh nahi ke kuch hua aap ke saath, koi aap ke khilaaf unwanted baat hui, aap ke saath koi unwanted baat hui.</w:t>
      </w:r>
    </w:p>
    <w:p>
      <w:pPr>
        <w:jc w:val="right"/>
      </w:pPr>
      <w:r>
        <w:t>اصل مسئلہ یہ نہیں کہ کچھ ہوا آپ کے ساتھ، کوئی آپ کے خلاف ان وانٹڈ بات ہوئی، آپ کے ساتھ کوئی ان وانٹڈ بات ہوئی۔</w:t>
      </w:r>
    </w:p>
    <w:p>
      <w:r>
        <w:rPr>
          <w:b/>
        </w:rPr>
        <w:t xml:space="preserve">[13:36] </w:t>
      </w:r>
      <w:r>
        <w:t>asal baat yeh nahi hai, woh to ho gayi, har ek ke saath hoti hai. asal cheez ke aap ke andar a'irāz kis ki kam weakness ho ke aap dekhte hain, dekha hai magar socha nahi, dekha hai magar aap ka mind trigger na ho,</w:t>
      </w:r>
    </w:p>
    <w:p>
      <w:pPr>
        <w:jc w:val="right"/>
      </w:pPr>
      <w:r>
        <w:t>اصل بات یہ نہیں ہے، وہ تو ہو گئی، ہر ایک کے ساتھ ہوتی ہے۔ اصل چیز کہ آپ کے اندر اعراض کس کی کم ویکنس ہو کہ آپ دیکھتے ہیں، دیکھا ہے مگر سوچا نہیں، دیکھا ہے مگر آپ کا مائنڈ ٹریگر نہ ہو،</w:t>
      </w:r>
    </w:p>
    <w:p>
      <w:r>
        <w:rPr>
          <w:b/>
        </w:rPr>
        <w:t xml:space="preserve">[13:52] </w:t>
      </w:r>
      <w:r>
        <w:t>dekha hai magar aap yaani sabak na lein. here is the problem,</w:t>
      </w:r>
    </w:p>
    <w:p>
      <w:pPr>
        <w:jc w:val="right"/>
      </w:pPr>
      <w:r>
        <w:t>دیکھا ہے مگر آپ یعنی سبق نہ لیں۔ ہیر از دا پرابلم،</w:t>
      </w:r>
    </w:p>
    <w:p>
      <w:r>
        <w:rPr>
          <w:b/>
        </w:rPr>
        <w:t xml:space="preserve">[14:02] </w:t>
      </w:r>
      <w:r>
        <w:t>here is the problem.</w:t>
      </w:r>
    </w:p>
    <w:p>
      <w:pPr>
        <w:jc w:val="right"/>
      </w:pPr>
      <w:r>
        <w:t>ہیر از دا پرابلم۔</w:t>
      </w:r>
    </w:p>
    <w:p>
      <w:r>
        <w:rPr>
          <w:b/>
        </w:rPr>
        <w:t xml:space="preserve">[14:06] </w:t>
      </w:r>
      <w:r>
        <w:t>ab mein aap ko ek aur waqea batata hoon. yeh to deewar jhuki hui deewar ka qissa tha, jhuki hui deewar ka qissa jo earthquake mein bhi giri nahi.</w:t>
      </w:r>
    </w:p>
    <w:p>
      <w:pPr>
        <w:jc w:val="right"/>
      </w:pPr>
      <w:r>
        <w:t>اب میں آپ کو ایک اور واقعہ بتاتا ہوں۔ یہ تو دیوار جھکی ہوئی دیوار کا قصہ تھا، جھکی ہوئی دیوار کا قصہ جو ارتھ کویک میں بھی گری نہیں۔</w:t>
      </w:r>
    </w:p>
    <w:p>
      <w:r>
        <w:rPr>
          <w:b/>
        </w:rPr>
        <w:t xml:space="preserve">[14:24] </w:t>
      </w:r>
      <w:r>
        <w:t>jo mere mind ko hammering karti rahi, woh woh deewar.</w:t>
      </w:r>
    </w:p>
    <w:p>
      <w:pPr>
        <w:jc w:val="right"/>
      </w:pPr>
      <w:r>
        <w:t>جو میرے مائنڈ کو ہیمرنگ کرتی رہی، وہ وہ دیوار۔</w:t>
      </w:r>
    </w:p>
    <w:p>
      <w:r>
        <w:rPr>
          <w:b/>
        </w:rPr>
        <w:t xml:space="preserve">[14:32] </w:t>
      </w:r>
      <w:r>
        <w:t>hamara jo ghar tha, us ghar mein ek hissay mein chhat thi, ek hissay mein to wahi kachi deewar thi, ek hissay mein chhat thi.</w:t>
      </w:r>
    </w:p>
    <w:p>
      <w:pPr>
        <w:jc w:val="right"/>
      </w:pPr>
      <w:r>
        <w:t>ہمارا جو گھر تھا، اس گھر میں ایک حصے میں چھت تھی، ایک حصے میں تو وہی کچی دیوار تھی، ایک حصے میں چھت تھی۔</w:t>
      </w:r>
    </w:p>
    <w:p>
      <w:r>
        <w:rPr>
          <w:b/>
        </w:rPr>
        <w:t xml:space="preserve">[14:49] </w:t>
      </w:r>
      <w:r>
        <w:t>to is chhat par mein aksar charh kar ke aasman ko dekhta tha. yeh baat us waqt ki hai jab ke aasman bohat hi clear hua karta tha.</w:t>
      </w:r>
    </w:p>
    <w:p>
      <w:pPr>
        <w:jc w:val="right"/>
      </w:pPr>
      <w:r>
        <w:t>تو اس چھت پر میں اکثر چڑھ کر کے آسمان کو دیکھتا تھا۔ یہ بات اس وقت کی ہے جب کہ آسمان بہت ہی کلیئر ہوا کرتا تھا۔</w:t>
      </w:r>
    </w:p>
    <w:p>
      <w:r>
        <w:rPr>
          <w:b/>
        </w:rPr>
        <w:t xml:space="preserve">[15:02] </w:t>
      </w:r>
      <w:r>
        <w:t>ab to aasman mein kuch dikhai nahi deta, aap ko itna zyada pollution hota hai, itna zyada pollution hota hai. lekin jis zamane ki baat mein kar raha hoon, us zamane mein pollution to tha hi nahi, bilkul pollution ka koi naam bhi nahi janta tha, tab ki baat kar raha hoon.</w:t>
      </w:r>
    </w:p>
    <w:p>
      <w:pPr>
        <w:jc w:val="right"/>
      </w:pPr>
      <w:r>
        <w:t>اب تو آسمان میں کچھ دکھائی نہیں دیتا، آپ کو اتنا زیادہ پولیوشن ہوتا ہے، اتنا زیادہ پولیوشن ہوتا ہے۔ لیکن جس زمانے کی بات میں کر رہا ہوں، اس زمانے میں پولیوشن تو تھا ہی نہیں، بالکل پولیوشن کا کوئی نام بھی نہیں جانتا تھا، تب کی بات کر رہا ہوں۔</w:t>
      </w:r>
    </w:p>
    <w:p>
      <w:r>
        <w:rPr>
          <w:b/>
        </w:rPr>
        <w:t xml:space="preserve">[15:24] </w:t>
      </w:r>
      <w:r>
        <w:t>to daily taqreeban mein oopar charh jata tha.</w:t>
      </w:r>
    </w:p>
    <w:p>
      <w:pPr>
        <w:jc w:val="right"/>
      </w:pPr>
      <w:r>
        <w:t>تو ڈیلی تقریباً میں اوپر چڑھ جاتا تھا۔</w:t>
      </w:r>
    </w:p>
    <w:p>
      <w:r>
        <w:rPr>
          <w:b/>
        </w:rPr>
        <w:t xml:space="preserve">[15:30] </w:t>
      </w:r>
      <w:r>
        <w:t>aur ek isi ke saath ek aur mera woh tha ke bhai gaon ke bahar ek naddi thi, choti si, wahan taqreeban wahan bhi daily aata tha mein.</w:t>
      </w:r>
    </w:p>
    <w:p>
      <w:pPr>
        <w:jc w:val="right"/>
      </w:pPr>
      <w:r>
        <w:t>اور ایک اسی کے ساتھ ایک اور میرا وہ تھا کہ بھئی گاؤں کے باہر ایک ندی تھی، چھوٹی سی، وہاں تقریباً وہاں بھی ڈیلی آتا تھا میں۔</w:t>
      </w:r>
    </w:p>
    <w:p>
      <w:r>
        <w:rPr>
          <w:b/>
        </w:rPr>
        <w:t xml:space="preserve">[15:44] </w:t>
      </w:r>
      <w:r>
        <w:t>to sunrise aur sunset ko dekhta tha. is zamane ki baat hai, sunrise aur sunset.</w:t>
      </w:r>
    </w:p>
    <w:p>
      <w:pPr>
        <w:jc w:val="right"/>
      </w:pPr>
      <w:r>
        <w:t>تو سن رائز اور سن سیٹ کو دیکھتا تھا۔ اس زمانے کی بات ہے، سن رائز اور سن سیٹ۔</w:t>
      </w:r>
    </w:p>
    <w:p>
      <w:r>
        <w:rPr>
          <w:b/>
        </w:rPr>
        <w:t xml:space="preserve">[15:54] </w:t>
      </w:r>
      <w:r>
        <w:t>idhar chhat par charhta tha raat ko to galaxy dekhta tha, kahin parti thi, galaxy jagmag, jagmag, jagmag, jagmag.</w:t>
      </w:r>
    </w:p>
    <w:p>
      <w:pPr>
        <w:jc w:val="right"/>
      </w:pPr>
      <w:r>
        <w:t>ادھر چھت پر چڑھتا تھا رات کو تو گلیکسی دیکھتا تھا، کہیں پڑتی تھی، گلیکسی جگمگ، جگمگ، جگمگ، جگمگ۔</w:t>
      </w:r>
    </w:p>
    <w:p>
      <w:r>
        <w:rPr>
          <w:b/>
        </w:rPr>
        <w:t xml:space="preserve">[16:05] </w:t>
      </w:r>
      <w:r>
        <w:t>aur wahan jata tha</w:t>
      </w:r>
    </w:p>
    <w:p>
      <w:pPr>
        <w:jc w:val="right"/>
      </w:pPr>
      <w:r>
        <w:t>اور وہاں جاتا تھا</w:t>
      </w:r>
    </w:p>
    <w:p>
      <w:r>
        <w:rPr>
          <w:b/>
        </w:rPr>
        <w:t xml:space="preserve">[16:09] </w:t>
      </w:r>
      <w:r>
        <w:t>to woh</w:t>
      </w:r>
    </w:p>
    <w:p>
      <w:pPr>
        <w:jc w:val="right"/>
      </w:pPr>
      <w:r>
        <w:t>تو وہ</w:t>
      </w:r>
    </w:p>
    <w:p>
      <w:r>
        <w:rPr>
          <w:b/>
        </w:rPr>
        <w:t xml:space="preserve">[16:13] </w:t>
      </w:r>
      <w:r>
        <w:t>sunset aur sunrise dikhai parta tha. to ek bohat hi bari baat jo is zamane mein mere andar unconscious level par hui, aur ab Allah ke fazal se conscious level par ho chuki hai, woh poori bari zindagi ka sab se bara waqea hai.</w:t>
      </w:r>
    </w:p>
    <w:p>
      <w:pPr>
        <w:jc w:val="right"/>
      </w:pPr>
      <w:r>
        <w:t>سن سیٹ اور سن رائز دکھائی پڑتا تھا۔ تو ایک بہت ہی بڑی بات جو اس زمانے میں میرے اندر انکانس لیول پر ہوئی، اور اب اللہ کے فضل سے کانشیس لیول پر ہو چکی ہے، وہ پوری بڑی زندگی کا سب سے بڑا واقعہ ہے۔</w:t>
      </w:r>
    </w:p>
    <w:p>
      <w:r>
        <w:rPr>
          <w:b/>
        </w:rPr>
        <w:t xml:space="preserve">[16:32] </w:t>
      </w:r>
      <w:r>
        <w:t>ab woh kya hai?</w:t>
      </w:r>
    </w:p>
    <w:p>
      <w:pPr>
        <w:jc w:val="right"/>
      </w:pPr>
      <w:r>
        <w:t>اب وہ کیا ہے؟</w:t>
      </w:r>
    </w:p>
    <w:p>
      <w:r>
        <w:rPr>
          <w:b/>
        </w:rPr>
        <w:t xml:space="preserve">[16:36] </w:t>
      </w:r>
      <w:r>
        <w:t>woh woh aap ne yeh musalsal suni hogi, ek saying ke in comparison that we understand,</w:t>
      </w:r>
    </w:p>
    <w:p>
      <w:pPr>
        <w:jc w:val="right"/>
      </w:pPr>
      <w:r>
        <w:t>وہ وہ آپ نے یہ مسلسل سنی ہوگی، ایک سینگ کہ ان کمپیریزن دیٹ وی انڈرسٹینڈ،</w:t>
      </w:r>
    </w:p>
    <w:p>
      <w:r>
        <w:rPr>
          <w:b/>
        </w:rPr>
        <w:t xml:space="preserve">[16:50] </w:t>
      </w:r>
      <w:r>
        <w:t>in comparison that we understand. arabi mein is ko kehte hain toruf al-ashya bi-azdadah, yani kisi cheez ko samajhna ho to is ka comparison talash karo,</w:t>
      </w:r>
    </w:p>
    <w:p>
      <w:pPr>
        <w:jc w:val="right"/>
      </w:pPr>
      <w:r>
        <w:t>ان کمپیریزن دیٹ وی انڈرسٹینڈ۔ عربی میں اس کو کہتے ہیں تورف الاشیاء بیازدادہ، یعنی کسی چیز کو سمجھنا ہو تو اس کا کمپیریزن تلاش کرو،</w:t>
      </w:r>
    </w:p>
    <w:p>
      <w:r>
        <w:rPr>
          <w:b/>
        </w:rPr>
        <w:t xml:space="preserve">[17:08] </w:t>
      </w:r>
      <w:r>
        <w:t>ulta part is ka, is se compare kar ke tum samjho ge is ko. in comparison that we understand.</w:t>
      </w:r>
    </w:p>
    <w:p>
      <w:pPr>
        <w:jc w:val="right"/>
      </w:pPr>
      <w:r>
        <w:t>الٹا پارٹ اس کا، اس سے کمپیئر کر کے تم سمجھو گے اس کو۔ ان کمپیریزن دیٹ وی انڈرسٹینڈ۔</w:t>
      </w:r>
    </w:p>
    <w:p>
      <w:r>
        <w:rPr>
          <w:b/>
        </w:rPr>
        <w:t xml:space="preserve">[17:20] </w:t>
      </w:r>
      <w:r>
        <w:t>to main, yani main ka matlab yeh hai ke agar aap apne mind ko bekar ki baaton se khali rakhein, khali rakhein.</w:t>
      </w:r>
    </w:p>
    <w:p>
      <w:pPr>
        <w:jc w:val="right"/>
      </w:pPr>
      <w:r>
        <w:t>تو میں، یعنی میں کا مطلب یہ ہے کہ اگر آپ اپنے مائنڈ کو بیکار کی باتوں سے خالی رکھیں، خالی رکھیں۔</w:t>
      </w:r>
    </w:p>
    <w:p>
      <w:r>
        <w:rPr>
          <w:b/>
        </w:rPr>
        <w:t xml:space="preserve">[17:37] </w:t>
      </w:r>
      <w:r>
        <w:t>jaise aaj mere paas ek sahib ko telephone aaya, aaj hi ki baat hai, woh gaye hain, yani west mein gaye hain, western countries mein ghoom rahe hain.</w:t>
      </w:r>
    </w:p>
    <w:p>
      <w:pPr>
        <w:jc w:val="right"/>
      </w:pPr>
      <w:r>
        <w:t>جیسے آج میرے پاس ایک صاحب کو ٹیلی فون آیا، آج ہی کی بات ہے، وہ گئے ہیں، یعنی ویسٹ میں گئے ہیں، ویسٹرن کنٹریز میں گھوم رہے ہیں۔</w:t>
      </w:r>
    </w:p>
    <w:p>
      <w:r>
        <w:rPr>
          <w:b/>
        </w:rPr>
        <w:t xml:space="preserve">[17:51] </w:t>
      </w:r>
      <w:r>
        <w:t>to unhon ne kaha ke west, western countries jo develop countries hain, to develop countries ko dekh kar mera haal ab yeh ho raha hai ke yeh nahi chahta ke main india wapas jaon,</w:t>
      </w:r>
    </w:p>
    <w:p>
      <w:pPr>
        <w:jc w:val="right"/>
      </w:pPr>
      <w:r>
        <w:t>تو انہوں نے کہا کہ ویسٹ، ویسٹرن کنٹریز جو ڈیولپ کنٹریز ہیں، تو ڈیولپ کنٹریز کو دیکھ کر میرا حال اب یہ ہو رہا ہے کہ یہ نہیں چاہتا کہ میں انڈیا واپس جاؤں،</w:t>
      </w:r>
    </w:p>
    <w:p>
      <w:r>
        <w:rPr>
          <w:b/>
        </w:rPr>
        <w:t xml:space="preserve">[18:05] </w:t>
      </w:r>
      <w:r>
        <w:t>chahta ke yahin reh jaon.</w:t>
      </w:r>
    </w:p>
    <w:p>
      <w:pPr>
        <w:jc w:val="right"/>
      </w:pPr>
      <w:r>
        <w:t>چاہتا کہ یہیں رہ جاؤں۔</w:t>
      </w:r>
    </w:p>
    <w:p>
      <w:r>
        <w:rPr>
          <w:b/>
        </w:rPr>
        <w:t xml:space="preserve">[18:10] </w:t>
      </w:r>
      <w:r>
        <w:t>ab main develop countries mein pata nahi kitni baar gaya hoon, das baar nahi, bees baar nahi, pata nahi kitni baar western countries mein, america mein, europe mein, mujhe kabhi ek second ke liye khayal nahi aaya ke main wahan reh jaon.</w:t>
      </w:r>
    </w:p>
    <w:p>
      <w:pPr>
        <w:jc w:val="right"/>
      </w:pPr>
      <w:r>
        <w:t>اب میں ڈیولپ کنٹریز میں پتہ نہیں کتنی بار گیا ہوں، دس بار نہیں، بیس بار نہیں، پتہ نہیں کتنی بار ویسٹرن کنٹریز میں، امریکہ میں، یورپ میں، مجھے کبھی ایک سیکنڈ کے لیے خیال نہیں آیا کہ میں وہاں رہ جاؤں۔</w:t>
      </w:r>
    </w:p>
    <w:p>
      <w:r>
        <w:rPr>
          <w:b/>
        </w:rPr>
        <w:t xml:space="preserve">[18:26] </w:t>
      </w:r>
      <w:r>
        <w:t>to yahi sab ka haal hai. to sab log apne mind ko yeh mauqa hi nahi dete ke in ka mind trigger, trigger ho, mauqa hi nahi dete kyunke woh aram chahiye, aram gadha chahiye.</w:t>
      </w:r>
    </w:p>
    <w:p>
      <w:pPr>
        <w:jc w:val="right"/>
      </w:pPr>
      <w:r>
        <w:t>تو یہی سب کا حال ہے۔ تو سب لوگ اپنے مائنڈ کو یہ موقع ہی نہیں دیتے کہ ان کا مائنڈ ٹریگر، ٹریگر ہو، موقع ہی نہیں دیتے کیونکہ وہ آرام چاہیے، آرام گدھا چاہیے۔</w:t>
      </w:r>
    </w:p>
    <w:p>
      <w:r>
        <w:rPr>
          <w:b/>
        </w:rPr>
        <w:t xml:space="preserve">[18:42] </w:t>
      </w:r>
      <w:r>
        <w:t>mera, mujhe aram, aram nahi chahiye. main aap ko ek qissa batata hoon ke main california mein ek sahib ke paas tha jo paise wale hain.</w:t>
      </w:r>
    </w:p>
    <w:p>
      <w:pPr>
        <w:jc w:val="right"/>
      </w:pPr>
      <w:r>
        <w:t>میرا، مجھے آرام، آرام نہیں چاہیے۔ میں آپ کو ایک قصہ بتاتا ہوں کہ میں کیلیفورنیا میں ایک صاحب کے پاس تھا جو پیسے والے ہیں۔</w:t>
      </w:r>
    </w:p>
    <w:p>
      <w:r>
        <w:rPr>
          <w:b/>
        </w:rPr>
        <w:t xml:space="preserve">[18:52] </w:t>
      </w:r>
      <w:r>
        <w:t>to raat ko unhon ne mere liye bistar bichhaya, mera jo kamra tha un ke ghar mein. to is ko kehte hain america mein fancy bed, america mein is ka naam hai fancy bed.</w:t>
      </w:r>
    </w:p>
    <w:p>
      <w:pPr>
        <w:jc w:val="right"/>
      </w:pPr>
      <w:r>
        <w:t>تو رات کو انہوں نے میرے لیے بستر بچھایا، میرا جو کمرہ تھا ان کے گھر میں۔ تو اس کو کہتے ہیں امریکہ میں فینسی بیڈ، امریکہ میں اس کا نام ہے فینسی بیڈ۔</w:t>
      </w:r>
    </w:p>
    <w:p>
      <w:r>
        <w:rPr>
          <w:b/>
        </w:rPr>
        <w:t xml:space="preserve">[19:06] </w:t>
      </w:r>
      <w:r>
        <w:t>to mere liye fancy bed bichhaya unhon ne, jo bohat acha gadha hota hai, bohat aram deh hota hai, aur is mein kai facilities hoti hain.</w:t>
      </w:r>
    </w:p>
    <w:p>
      <w:pPr>
        <w:jc w:val="right"/>
      </w:pPr>
      <w:r>
        <w:t>تو میرے لیے فینسی بیڈ بچھایا انہوں نے، جو بہت اچھا گدھا ہوتا ہے، بہت آرام دہ ہوتا ہے، اور اس میں کئی فیسلیٹیز ہوتی ہیں۔</w:t>
      </w:r>
    </w:p>
    <w:p>
      <w:r>
        <w:rPr>
          <w:b/>
        </w:rPr>
        <w:t xml:space="preserve">[19:18] </w:t>
      </w:r>
      <w:r>
        <w:t>to aap taajub karein ge ke is fancy bed par main so nahi saka.</w:t>
      </w:r>
    </w:p>
    <w:p>
      <w:pPr>
        <w:jc w:val="right"/>
      </w:pPr>
      <w:r>
        <w:t>تو آپ تعجب کریں گے کہ اس فینسی بیڈ پر میں سو نہیں سکا۔</w:t>
      </w:r>
    </w:p>
    <w:p>
      <w:r>
        <w:rPr>
          <w:b/>
        </w:rPr>
        <w:t xml:space="preserve">[19:25] </w:t>
      </w:r>
      <w:r>
        <w:t>kuch der laita, kuch der laita, karwat badalta raha, phir bed se utar kar ke neeche aa gaya farsh par, aur raat maine guzari farsh par, bed par nahi.</w:t>
      </w:r>
    </w:p>
    <w:p>
      <w:pPr>
        <w:jc w:val="right"/>
      </w:pPr>
      <w:r>
        <w:t>کچھ دیر لیٹا، کچھ دیر لیٹا، کرو کروٹ بدلتا رہا، پھر بیڈ سے اتر کر کے نیچے آ گیا فرش پر، اور رات میں نے گزاری فرش پر، بیڈ پر نہیں۔</w:t>
      </w:r>
    </w:p>
    <w:p>
      <w:r>
        <w:rPr>
          <w:b/>
        </w:rPr>
        <w:t xml:space="preserve">[19:43] </w:t>
      </w:r>
      <w:r>
        <w:t>aur woh sahib keh rahe hain ke yahan ka aram dekh kar aisa lagta hai ke ab yahin rehna chahiye, india jana nahi chahiye.</w:t>
      </w:r>
    </w:p>
    <w:p>
      <w:pPr>
        <w:jc w:val="right"/>
      </w:pPr>
      <w:r>
        <w:t>اور وہ صاحب کہہ رہے ہیں کہ یہاں کا آرام دیکھ کر ایسا لگتا ہے کہ اب یہیں رہنا چاہیے، انڈیا جانا نہیں چاہیے۔</w:t>
      </w:r>
    </w:p>
    <w:p>
      <w:r>
        <w:rPr>
          <w:b/>
        </w:rPr>
        <w:t xml:space="preserve">[19:52] </w:t>
      </w:r>
      <w:r>
        <w:t>to yeh log, yeh woh log hain jo apne mind ko mauqa hi nahi dete ke woh truck trigger kare.</w:t>
      </w:r>
    </w:p>
    <w:p>
      <w:pPr>
        <w:jc w:val="right"/>
      </w:pPr>
      <w:r>
        <w:t>تو یہ لوگ، یہ وہ لوگ ہیں جو اپنے مائنڈ کو موقع ہی نہیں دیتے کہ وہ ٹرک ٹریگر کرے۔</w:t>
      </w:r>
    </w:p>
    <w:p>
      <w:r>
        <w:rPr>
          <w:b/>
        </w:rPr>
        <w:t xml:space="preserve">[20:01] </w:t>
      </w:r>
      <w:r>
        <w:t>to kya samjhein ge woh? woh samjhein ge kya? yahi sab ka haal hai.</w:t>
      </w:r>
    </w:p>
    <w:p>
      <w:pPr>
        <w:jc w:val="right"/>
      </w:pPr>
      <w:r>
        <w:t>تو کیا سمجھیں گے وہ؟ وہ سمجھیں گے کیا؟ یہی سب کا حال ہے۔</w:t>
      </w:r>
    </w:p>
    <w:p>
      <w:r>
        <w:rPr>
          <w:b/>
        </w:rPr>
        <w:t xml:space="preserve">[20:10] </w:t>
      </w:r>
      <w:r>
        <w:t>hum bachpan mein jab angrezi parhna shuru kiya tha, shuru mein naujawan ki umar mein, to ek kitab mili thi hum ko parhne ke liye, is mein nehru ke bare mein tha:</w:t>
      </w:r>
    </w:p>
    <w:p>
      <w:pPr>
        <w:jc w:val="right"/>
      </w:pPr>
      <w:r>
        <w:t>ہم بچپن میں جب انگریزی پڑھنا شروع کیا تھا، شروع میں نوجوانی کی عمر میں، تو ایک کتاب ملی تھی ہم کو پڑھنے کے لیے، اس میں نہرو کے بارے میں تھا:</w:t>
      </w:r>
    </w:p>
    <w:p>
      <w:r>
        <w:rPr>
          <w:b/>
        </w:rPr>
        <w:t xml:space="preserve">[20:24] </w:t>
      </w:r>
      <w:r>
        <w:t>"nehru was born with a silver spoon in his mouth". ab tak mujhe yaad hai: "nehru was born with a silver spoon in his mouth".</w:t>
      </w:r>
    </w:p>
    <w:p>
      <w:pPr>
        <w:jc w:val="right"/>
      </w:pPr>
      <w:r>
        <w:t>"نہرواز بارن ود اے سلور سپون ان ہز ماؤتھ"۔ اب تک مجھے یاد ہے: "نہرواز بارن ود اے سلور سپون ان ہز ماؤتھ"۔</w:t>
      </w:r>
    </w:p>
    <w:p>
      <w:r>
        <w:rPr>
          <w:b/>
        </w:rPr>
        <w:t xml:space="preserve">[20:38] </w:t>
      </w:r>
      <w:r>
        <w:t>us waqt main ziyada nahi samjha is ko. ab main kehta hoon, ab main to ulta hua tha, main to mitti mein paida hua, lakri mein aur lohe mein paida hua.</w:t>
      </w:r>
    </w:p>
    <w:p>
      <w:pPr>
        <w:jc w:val="right"/>
      </w:pPr>
      <w:r>
        <w:t>اس وقت میں زیادہ نہیں سمجھا اس کو۔ اب میں کہتا ہوں، اب میں تو الٹا ہوا تھا، میں تو مٹی میں پیدا ہوا، لکڑی میں اور لوہے میں پیدا ہوا۔</w:t>
      </w:r>
    </w:p>
    <w:p>
      <w:r>
        <w:rPr>
          <w:b/>
        </w:rPr>
        <w:t xml:space="preserve">[20:52] </w:t>
      </w:r>
      <w:r>
        <w:t>to silver aur gold ka spoon mein jo paida ho, us ke mani ke is ko kabhi is ka mind kabhi triggery nahi hoga, is se aage develop bhi nahi kare gi,</w:t>
      </w:r>
    </w:p>
    <w:p>
      <w:pPr>
        <w:jc w:val="right"/>
      </w:pPr>
      <w:r>
        <w:t>تو سلور اور گولڈ کا سپون میں جو پیدا ہو، اس کے معنی کہ اس کو کبھی اس کا مائنڈ کبھی ٹریگری نہیں ہوگا، اس سے آگے ڈیولپ بھی نہیں کرے گی،</w:t>
      </w:r>
    </w:p>
    <w:p>
      <w:r>
        <w:rPr>
          <w:b/>
        </w:rPr>
        <w:t xml:space="preserve">[21:08] </w:t>
      </w:r>
      <w:r>
        <w:t>yani intellectual development ka is ko kabhi experience hi nahi hua. aur main paida hua lakri aur lohe mein, to main to subah sham mein mind trigger hota tha.</w:t>
      </w:r>
    </w:p>
    <w:p>
      <w:pPr>
        <w:jc w:val="right"/>
      </w:pPr>
      <w:r>
        <w:t>یعنی انٹلیکچول ڈیولپمنٹ کا اس کو کبھی ایکسپیرینس ہی نہیں ہوا۔ اور میں پیدا ہوا لکڑی اور لوہے میں، تو میں تو صبح شام میں مائنڈ ٹریگر ہوتا تھا۔</w:t>
      </w:r>
    </w:p>
    <w:p>
      <w:r>
        <w:rPr>
          <w:b/>
        </w:rPr>
        <w:t xml:space="preserve">[21:25] </w:t>
      </w:r>
      <w:r>
        <w:t>to main sochta hoon ke nature ne aap ke liye jo intizam kiya hai, nature ne, nature ne yeh intizam kiya hai ke aap ko subah sham kuch problem ho.</w:t>
      </w:r>
    </w:p>
    <w:p>
      <w:pPr>
        <w:jc w:val="right"/>
      </w:pPr>
      <w:r>
        <w:t>تو میں سوچتا ہوں کہ نیچر نے آپ کے لیے جو انتظام کیا ہے، نیچر نے، نیچر نے یہ انتظام کیا ہے کہ آپ کو صبح شام کچھ پرابلم ہو۔</w:t>
      </w:r>
    </w:p>
    <w:p>
      <w:r>
        <w:rPr>
          <w:b/>
        </w:rPr>
        <w:t xml:space="preserve">[21:42] </w:t>
      </w:r>
      <w:r>
        <w:t>quran mein hai: "laqad khalaqal insana fi kabad". kai ayatein aisi hain ke insan ko unhon ne museebat mein paida kiya, trigal, tribal mein paida kiya, difficulties mein paida kiya.</w:t>
      </w:r>
    </w:p>
    <w:p>
      <w:pPr>
        <w:jc w:val="right"/>
      </w:pPr>
      <w:r>
        <w:t>قرآن میں ہے: "لقد خلق الانسان فی کبد"۔ کئی آیتیں ایسی ہیں کہ انسان کو انہوں نے مصیبت میں پیدا کیا، ٹریگل، ٹریبل میں پیدا کیا، ڈیفیکلٹیز میں پیدا کیا۔</w:t>
      </w:r>
    </w:p>
    <w:p>
      <w:r>
        <w:rPr>
          <w:b/>
        </w:rPr>
        <w:t xml:space="preserve">[21:56] </w:t>
      </w:r>
      <w:r>
        <w:t>is ka mani kya hai? is ka mani yeh nahi ke museebat pare aur ha haaye kare. woh is ke mani yeh hain ke aap ke mind ko aise halaat aap kahoon ke aap ka mind bar bar trigger ho, trigger ho, trigger ho taake soche,</w:t>
      </w:r>
    </w:p>
    <w:p>
      <w:pPr>
        <w:jc w:val="right"/>
      </w:pPr>
      <w:r>
        <w:t>اس کا معنی کیا ہے؟ اس کا معنی یہ نہیں کہ مصیبت پڑے اور ہا ہائے کرے۔ وہ اس کے معنی یہ ہیں کہ آپ کے مائنڈ کو ایسے حالات آپ کہوں کہ آپ کا مائنڈ بار بار ٹریگر ہو، ٹریگر ہو، ٹریگر ہو تاکہ سوچے،</w:t>
      </w:r>
    </w:p>
    <w:p>
      <w:r>
        <w:rPr>
          <w:b/>
        </w:rPr>
        <w:t xml:space="preserve">[22:16] </w:t>
      </w:r>
      <w:r>
        <w:t>sochne ko enhance karne ke liye. yeh sab waqeyat aise hote hain ke sochna barhe, aap ka, aap ka sochna barhe.</w:t>
      </w:r>
    </w:p>
    <w:p>
      <w:pPr>
        <w:jc w:val="right"/>
      </w:pPr>
      <w:r>
        <w:t>سوچنے کو انہانس کرنے کے لیے۔ یہ سب واقعات ایسے ہوتے ہیں کہ سوچنا بڑھے، آپ کا، آپ کا سوچنا بڑھے۔</w:t>
      </w:r>
    </w:p>
    <w:p>
      <w:r>
        <w:rPr>
          <w:b/>
        </w:rPr>
        <w:t xml:space="preserve">[22:30] </w:t>
      </w:r>
      <w:r>
        <w:t>aaj mein ajeeb aik baat mere mind mein aai ke ghar hira socha maine. jaise yahan mein aaya to mujhe ghar hira yaad aaya ke ghar hira aik seclusion ka jagah tha.</w:t>
      </w:r>
    </w:p>
    <w:p>
      <w:pPr>
        <w:jc w:val="right"/>
      </w:pPr>
      <w:r>
        <w:t>آج میں عجیب ایک بات میرے مائنڈ میں آئی کہ غار حرا سوچا میں نے۔ جیسے یہاں میں آیا تو مجھے غار حرا یاد آیا کہ غار حرا ایک سیکلوژن کا جگہ تھی۔</w:t>
      </w:r>
    </w:p>
    <w:p>
      <w:r>
        <w:rPr>
          <w:b/>
        </w:rPr>
        <w:t xml:space="preserve">[22:44] </w:t>
      </w:r>
      <w:r>
        <w:t>seclusion to ghar hira ko jis ne dekha hai, woh jaanta hai ke ghar hira mein koi level masatt jagah nahi hai.</w:t>
      </w:r>
    </w:p>
    <w:p>
      <w:pPr>
        <w:jc w:val="right"/>
      </w:pPr>
      <w:r>
        <w:t>سیکلوژن تو غار حرا کو جس نے دیکھا ہے، وہ جانتا ہے کہ غار حرا میں کوئی لیول مسطح جگہ نہیں ہے۔</w:t>
      </w:r>
    </w:p>
    <w:p>
      <w:r>
        <w:rPr>
          <w:b/>
        </w:rPr>
        <w:t xml:space="preserve">[22:58] </w:t>
      </w:r>
      <w:r>
        <w:t>aik dam necha ooncha, aap is mein paon phaila kar ke aaram se so let nahi sakte. ghar hira mein aap paon phaila kar aap aaram se let nahi sakte.</w:t>
      </w:r>
    </w:p>
    <w:p>
      <w:pPr>
        <w:jc w:val="right"/>
      </w:pPr>
      <w:r>
        <w:t>ایک دم نیچا اونچا، آپ اس میں پاؤں پھیلا کر کے آرام سے سو لیٹ نہیں سکتے۔ غار حرا میں آپ پاؤں پھیلا کر آپ آرام سے لیٹ نہیں سکتے۔</w:t>
      </w:r>
    </w:p>
    <w:p>
      <w:r>
        <w:rPr>
          <w:b/>
        </w:rPr>
        <w:t xml:space="preserve">[23:09] </w:t>
      </w:r>
      <w:r>
        <w:t>aur wahan par rasool Allah jaate the baghair bistar ke aur museebaton se lete honge. to har in aap ka mind trigger rehta tha.</w:t>
      </w:r>
    </w:p>
    <w:p>
      <w:pPr>
        <w:jc w:val="right"/>
      </w:pPr>
      <w:r>
        <w:t>اور وہاں پر رسول اللہ جاتے تھے بغیر بستر کے اور مصیبتوں سے لیٹتے ہوں گے۔ تو ہر ان آپ کا مائنڈ ٹریگری رہتا تھا۔</w:t>
      </w:r>
    </w:p>
    <w:p>
      <w:r>
        <w:rPr>
          <w:b/>
        </w:rPr>
        <w:t xml:space="preserve">[23:24] </w:t>
      </w:r>
      <w:r>
        <w:t>to aap ne itna bara kaam kiya jo poori history mein kisi ne nahi kiya tha.</w:t>
      </w:r>
    </w:p>
    <w:p>
      <w:pPr>
        <w:jc w:val="right"/>
      </w:pPr>
      <w:r>
        <w:t>تو آپ نے اتنا بڑا کام کیا جو پوری ہسٹری میں کسی نے نہیں کیا تھا۔</w:t>
      </w:r>
    </w:p>
    <w:p>
      <w:r>
        <w:rPr>
          <w:b/>
        </w:rPr>
        <w:t xml:space="preserve">[23:35] </w:t>
      </w:r>
      <w:r>
        <w:t>woh Henry Peren ne likha hai yeh baat kai baar maine sunai hai aap ko ke "Islam changed the face of the globe".</w:t>
      </w:r>
    </w:p>
    <w:p>
      <w:pPr>
        <w:jc w:val="right"/>
      </w:pPr>
      <w:r>
        <w:t>وہ ہینری پرین نے لکھا ہے یہ بات کئی بار میں نے سنائی ہے آپ کو کہ "اسلام چینج دا فیس اف دا گلوب"۔</w:t>
      </w:r>
    </w:p>
    <w:p>
      <w:r>
        <w:rPr>
          <w:b/>
        </w:rPr>
        <w:t xml:space="preserve">[23:49] </w:t>
      </w:r>
      <w:r>
        <w:t>The traditional order of history was overthrown.</w:t>
      </w:r>
    </w:p>
    <w:p>
      <w:pPr>
        <w:jc w:val="right"/>
      </w:pPr>
      <w:r>
        <w:t>دا ٹریڈیشنل آرڈر اف ہسٹری واز اور تھرون۔</w:t>
      </w:r>
    </w:p>
    <w:p>
      <w:r>
        <w:rPr>
          <w:b/>
        </w:rPr>
        <w:t xml:space="preserve">[23:56] </w:t>
      </w:r>
      <w:r>
        <w:t>aap ne itna bara kaam kiya ke history poori history ke number one likhe gaye jo book hai, aap ne dekha hoga "The Hundred".</w:t>
      </w:r>
    </w:p>
    <w:p>
      <w:pPr>
        <w:jc w:val="right"/>
      </w:pPr>
      <w:r>
        <w:t>آپ نے اتنا بڑا کام کیا کہ ہسٹری پوری ہسٹری کے نمبر ون لکھے گئے جو بک ہے، آپ نے دیکھا ہوگا "دا ہنڈرڈ"۔</w:t>
      </w:r>
    </w:p>
    <w:p>
      <w:r>
        <w:rPr>
          <w:b/>
        </w:rPr>
        <w:t xml:space="preserve">[24:07] </w:t>
      </w:r>
      <w:r>
        <w:t>to is museebat mein jeene ke nateejay mein jo wahan na koi trigger hota tha, baar baar trigger hota tha. yaad rakhiye, museebat asal cheez nahi hai, asal cheez museebat nahi hai, asal cheez yeh hai ke aap ka mind trigger hota hai museebat mein.</w:t>
      </w:r>
    </w:p>
    <w:p>
      <w:pPr>
        <w:jc w:val="right"/>
      </w:pPr>
      <w:r>
        <w:t>تو اس مصیبت میں جینے کے نتیجے میں جو وہاں نہ کوئی ٹریگر ہوتا تھا، بار بار ٹریگر ہوتا تھا۔ یاد رکھیے، مصیبت اصل چیز نہیں ہے، اصل چیز مصیبت نہیں ہے، اصل چیز یہ ہے کہ آپ کا مائنڈ ٹریگر ہوتا ہے مصیبت میں۔</w:t>
      </w:r>
    </w:p>
    <w:p>
      <w:r>
        <w:rPr>
          <w:b/>
        </w:rPr>
        <w:t xml:space="preserve">[24:22] </w:t>
      </w:r>
      <w:r>
        <w:t>waise hota hi nahi. aksar log shikayat karte hain: "arey bari bari museebat hai</w:t>
      </w:r>
    </w:p>
    <w:p>
      <w:pPr>
        <w:jc w:val="right"/>
      </w:pPr>
      <w:r>
        <w:t>ویسے ہوتا ہی نہیں۔ اکثر لوگ شکایت کرتے ہیں: "ارے بڑی بڑی مصیبت ہے</w:t>
      </w:r>
    </w:p>
    <w:p>
      <w:r>
        <w:rPr>
          <w:b/>
        </w:rPr>
        <w:t xml:space="preserve">[24:28] </w:t>
      </w:r>
      <w:r>
        <w:t>! arey bari bara yeh hai, bara woh hai!" asal baat yeh nahi hai, asal baat yeh hai ke halaat jab shadeed hon to aap ka mind trigger hota hai,</w:t>
      </w:r>
    </w:p>
    <w:p>
      <w:pPr>
        <w:jc w:val="right"/>
      </w:pPr>
      <w:r>
        <w:t>! ارے بڑی بڑا یہ ہے، بڑا وہ ہے!" اصل بات یہ نہیں ہے، اصل بات یہ ہے کہ حالات جب شدید ہوں تو آپ کا مائنڈ ٹریگر ہوتا ہے،</w:t>
      </w:r>
    </w:p>
    <w:p>
      <w:r>
        <w:rPr>
          <w:b/>
        </w:rPr>
        <w:t xml:space="preserve">[24:41] </w:t>
      </w:r>
      <w:r>
        <w:t>tab baatein samajh mein aati hain. rasool Allah ne master forward daryaft kiya. aap jaante hain ke rasool Allah paida hue the is liye ke Hazrat Masih ke deen toheed ko zinda karein.</w:t>
      </w:r>
    </w:p>
    <w:p>
      <w:pPr>
        <w:jc w:val="right"/>
      </w:pPr>
      <w:r>
        <w:t>تب باتیں سمجھ میں آتی ہیں۔ رسول اللہ نے ماسٹر فارورڈ دریافت کیا۔ آپ جانتے ہیں کہ رسول اللہ پیدا ہوئے تھے اس لیے کہ حضرت مسیح کے دین توحید کو زندہ کریں۔</w:t>
      </w:r>
    </w:p>
    <w:p>
      <w:r>
        <w:rPr>
          <w:b/>
        </w:rPr>
        <w:t xml:space="preserve">[24:57] </w:t>
      </w:r>
      <w:r>
        <w:t>to hum ulama mante hain ji, aur woh Hazrat Masih ka amal, Hazrat Hazrat Ibrahim, Hazrat Ibrahim ke deen toheed ko zinda karein.</w:t>
      </w:r>
    </w:p>
    <w:p>
      <w:pPr>
        <w:jc w:val="right"/>
      </w:pPr>
      <w:r>
        <w:t>تو ہم علماء مانتے ہیں جی، اور وہ حضرت مسیح کا عمل، حضرت حضرت ابراہیم، حضرت ابراہیم کے دین توحید کو زندہ کریں۔</w:t>
      </w:r>
    </w:p>
    <w:p>
      <w:r>
        <w:rPr>
          <w:b/>
        </w:rPr>
        <w:t xml:space="preserve">[25:08] </w:t>
      </w:r>
      <w:r>
        <w:t>to jab rasool Allah aaye Makah mein to kya halat thi? Hazrat Ibrahim ka banaya hua kaba jo tha, us mein saare Arab ke but rakhe hue the.</w:t>
      </w:r>
    </w:p>
    <w:p>
      <w:pPr>
        <w:jc w:val="right"/>
      </w:pPr>
      <w:r>
        <w:t>تو جب رسول اللہ آئے مکہ میں تو کیا حالت تھی؟ حضرت ابراہیم کا بنایا ہوا کعبہ جو تھا، اس میں سارے عرب کے بت رکھے ہوئے تھے۔</w:t>
      </w:r>
    </w:p>
    <w:p>
      <w:r>
        <w:rPr>
          <w:b/>
        </w:rPr>
        <w:t xml:space="preserve">[25:20] </w:t>
      </w:r>
      <w:r>
        <w:t>har qabeela, har qabeela, har qabeela ka</w:t>
      </w:r>
    </w:p>
    <w:p>
      <w:pPr>
        <w:jc w:val="right"/>
      </w:pPr>
      <w:r>
        <w:t>ہر قبیلے، ہر قبیلے، ہر قبیلے کا</w:t>
      </w:r>
    </w:p>
    <w:p>
      <w:r>
        <w:rPr>
          <w:b/>
        </w:rPr>
        <w:t xml:space="preserve">[25:25] </w:t>
      </w:r>
      <w:r>
        <w:t>Arab mein har qabeela ka aik but hota tha qadeem zamane mein. to har qabeela ka but wahan par rakha hua tha. aap ghore kijiye, kitna provocative scene tha yeh is paighambar ke liye jo is liye aaya tha ke Ibrahimi kaba ko pak pak kare,</w:t>
      </w:r>
    </w:p>
    <w:p>
      <w:pPr>
        <w:jc w:val="right"/>
      </w:pPr>
      <w:r>
        <w:t>عرب میں ہر قبیلے کا ایک بت ہوتا تھا قدیم زمانے میں۔ تو ہر قبیلے کا بت وہاں پر رکھا ہوا تھا۔ آپ غور کیجئے، کتنا پرووکیٹیو سین تھا یہ اس پیغمبر کے لیے جو اس لیے آیا تھا کہ ابراہیمی کعبہ کو پاک پاک کرے،</w:t>
      </w:r>
    </w:p>
    <w:p>
      <w:r>
        <w:rPr>
          <w:b/>
        </w:rPr>
        <w:t xml:space="preserve">[25:48] </w:t>
      </w:r>
      <w:r>
        <w:t>us ko saaf sutthra kare. kitna provocative scene hoga yeh!</w:t>
      </w:r>
    </w:p>
    <w:p>
      <w:pPr>
        <w:jc w:val="right"/>
      </w:pPr>
      <w:r>
        <w:t>اس کو صاف ستھرا کرے۔ کتنا پرووکیٹیو سین ہوگا یہ!</w:t>
      </w:r>
    </w:p>
    <w:p>
      <w:r>
        <w:rPr>
          <w:b/>
        </w:rPr>
        <w:t xml:space="preserve">[25:53] </w:t>
      </w:r>
      <w:r>
        <w:t>lekin master forward nikala aap ne. aap ne socha ke yeh jo kaba mein jo but hain itne saare, us ki wajah se saare Arab ke log aate hain yahan poojne ke liye.</w:t>
      </w:r>
    </w:p>
    <w:p>
      <w:pPr>
        <w:jc w:val="right"/>
      </w:pPr>
      <w:r>
        <w:t>لیکن ماسٹر فارورڈ نکالا آپ نے۔ آپ نے سوچا کہ یہ جو کعبہ میں جو بت ہیں اتنے سارے، اس کی وجہ سے سارے عرب کے لوگ آتے ہیں یہاں پوجنے کے لیے۔</w:t>
      </w:r>
    </w:p>
    <w:p>
      <w:r>
        <w:rPr>
          <w:b/>
        </w:rPr>
        <w:t xml:space="preserve">[26:09] </w:t>
      </w:r>
      <w:r>
        <w:t>saare Arab ke log, poore Arab ki gathering hoti hai. is ka matlab kya hua? ke mujh ko Makah mein baithe baithe poora Arab ka audience mil raha hai.</w:t>
      </w:r>
    </w:p>
    <w:p>
      <w:pPr>
        <w:jc w:val="right"/>
      </w:pPr>
      <w:r>
        <w:t>سارے عرب کے لوگ، پورے عرب کی گیدرنگ ہوتی ہے۔ اس کا مطلب کیا ہوا؟ کہ مجھ کو مکہ میں بیٹھے بیٹھے پورا عرب کا آڈینس مل رہا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