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Sunnah | June 02, 2008</w:t>
      </w:r>
    </w:p>
    <w:p>
      <w:r>
        <w:t>https://www.youtube.com/watch?v=RHfm7wuEMEM</w:t>
      </w:r>
    </w:p>
    <w:p>
      <w:r>
        <w:rPr>
          <w:b/>
        </w:rPr>
        <w:t xml:space="preserve">[00:14] </w:t>
      </w:r>
      <w:r>
        <w:t>bismillah rahman rahim wa salallahu ala nabiyyil karim rabbishrah li sadri wa yassir li amri wahlul uqdat</w:t>
      </w:r>
    </w:p>
    <w:p>
      <w:pPr>
        <w:jc w:val="right"/>
      </w:pPr>
      <w:r>
        <w:t>بسم اللہ الرحمن الرحیم وصلی اللہ علی النبی الکریم رب اشرح لی صدری ویسر لی امری واحل العقدۃ</w:t>
      </w:r>
    </w:p>
    <w:p>
      <w:r>
        <w:rPr>
          <w:b/>
        </w:rPr>
        <w:t xml:space="preserve">[00:24] </w:t>
      </w:r>
      <w:r>
        <w:t>min lisani yafqahu qawli.</w:t>
      </w:r>
    </w:p>
    <w:p>
      <w:pPr>
        <w:jc w:val="right"/>
      </w:pPr>
      <w:r>
        <w:t>من لسانی یفقہ قولی۔</w:t>
      </w:r>
    </w:p>
    <w:p>
      <w:r>
        <w:rPr>
          <w:b/>
        </w:rPr>
        <w:t xml:space="preserve">[00:34] </w:t>
      </w:r>
      <w:r>
        <w:t>aaj main sunnat ke bare mein ka</w:t>
      </w:r>
    </w:p>
    <w:p>
      <w:pPr>
        <w:jc w:val="right"/>
      </w:pPr>
      <w:r>
        <w:t>آج میں سنت کے بارے میں ک</w:t>
      </w:r>
    </w:p>
    <w:p>
      <w:r>
        <w:rPr>
          <w:b/>
        </w:rPr>
        <w:t xml:space="preserve">[00:44] </w:t>
      </w:r>
      <w:r>
        <w:t>chah kehna chahta hoon, yaani Rasool Allah sallallahu alaihi wasallam ki sunnat.</w:t>
      </w:r>
    </w:p>
    <w:p>
      <w:pPr>
        <w:jc w:val="right"/>
      </w:pPr>
      <w:r>
        <w:t>چھ کہنا چاہتا ہوں، یعنی رسول اللہ صلی اللہ علیہ وسلم کی سنت۔</w:t>
      </w:r>
    </w:p>
    <w:p>
      <w:r>
        <w:rPr>
          <w:b/>
        </w:rPr>
        <w:t xml:space="preserve">[00:54] </w:t>
      </w:r>
      <w:r>
        <w:t>kal mere paas ek sahib ka telephone aaya, unhone kaha ke yeh sunnat hai ke har</w:t>
      </w:r>
    </w:p>
    <w:p>
      <w:pPr>
        <w:jc w:val="right"/>
      </w:pPr>
      <w:r>
        <w:t>کل میرے پاس ایک صاحب کا ٹیلی فون آیا، انہوں نے کہا کہ یہ سنت ہے کہ ہر</w:t>
      </w:r>
    </w:p>
    <w:p>
      <w:r>
        <w:rPr>
          <w:b/>
        </w:rPr>
        <w:t xml:space="preserve">[01:05] </w:t>
      </w:r>
      <w:r>
        <w:t>kaam ko dayen taraf se ya dayen haath se shuru kiya jaye.</w:t>
      </w:r>
    </w:p>
    <w:p>
      <w:pPr>
        <w:jc w:val="right"/>
      </w:pPr>
      <w:r>
        <w:t>کام کو دائیں طرف سے یا دائیں ہاتھ سے شروع کیا جائے۔</w:t>
      </w:r>
    </w:p>
    <w:p>
      <w:r>
        <w:rPr>
          <w:b/>
        </w:rPr>
        <w:t xml:space="preserve">[01:15] </w:t>
      </w:r>
      <w:r>
        <w:t>misalan pani piya jaye to dayen haath se piya jaye, rasta chala jaye to dayen taraf se chala jaye.</w:t>
      </w:r>
    </w:p>
    <w:p>
      <w:pPr>
        <w:jc w:val="right"/>
      </w:pPr>
      <w:r>
        <w:t>مثلاً پانی پیا جائے تو دائیں ہاتھ سے پیا جائے، راستہ چلا جائے تو دائیں طرف سے چلا جائے۔</w:t>
      </w:r>
    </w:p>
    <w:p>
      <w:r>
        <w:rPr>
          <w:b/>
        </w:rPr>
        <w:t xml:space="preserve">[01:23] </w:t>
      </w:r>
      <w:r>
        <w:t>koi bhi kaam dayen taraf se shuru karna yeh sunnat hai.</w:t>
      </w:r>
    </w:p>
    <w:p>
      <w:pPr>
        <w:jc w:val="right"/>
      </w:pPr>
      <w:r>
        <w:t>کوئی بھی کام دائیں طرف سے شروع کرنا یہ سنت ہے۔</w:t>
      </w:r>
    </w:p>
    <w:p>
      <w:r>
        <w:rPr>
          <w:b/>
        </w:rPr>
        <w:t xml:space="preserve">[01:32] </w:t>
      </w:r>
      <w:r>
        <w:t>main ne kaha ke dekhein yeh sab cheezein sahih maano mein zindagi ke aadab hain, sunnat to is</w:t>
      </w:r>
    </w:p>
    <w:p>
      <w:pPr>
        <w:jc w:val="right"/>
      </w:pPr>
      <w:r>
        <w:t>میں نے کہا کہ دیکھیں یہ سب چیزیں صحیح معنوں میں زندگی کے آداب ہیں، سنت تو اس</w:t>
      </w:r>
    </w:p>
    <w:p>
      <w:r>
        <w:rPr>
          <w:b/>
        </w:rPr>
        <w:t xml:space="preserve">[01:40] </w:t>
      </w:r>
      <w:r>
        <w:t>se zyada bari cheez ka naam hai.</w:t>
      </w:r>
    </w:p>
    <w:p>
      <w:pPr>
        <w:jc w:val="right"/>
      </w:pPr>
      <w:r>
        <w:t>سے زیادہ بڑی چیز کا نام ہے۔</w:t>
      </w:r>
    </w:p>
    <w:p>
      <w:r>
        <w:rPr>
          <w:b/>
        </w:rPr>
        <w:t xml:space="preserve">[01:48] </w:t>
      </w:r>
      <w:r>
        <w:t>phir main ne kaha ke is tarah ke maamle mein asal cheez yeh hai ke insaan ke liye</w:t>
      </w:r>
    </w:p>
    <w:p>
      <w:pPr>
        <w:jc w:val="right"/>
      </w:pPr>
      <w:r>
        <w:t>پھر میں نے کہا کہ اس طرح کے معاملے میں اصل چیز یہ ہے کہ انسان کے لیے</w:t>
      </w:r>
    </w:p>
    <w:p>
      <w:r>
        <w:rPr>
          <w:b/>
        </w:rPr>
        <w:t xml:space="preserve">[01:54] </w:t>
      </w:r>
      <w:r>
        <w:t>sahoolat kis mein hai.</w:t>
      </w:r>
    </w:p>
    <w:p>
      <w:pPr>
        <w:jc w:val="right"/>
      </w:pPr>
      <w:r>
        <w:t>سہولت کس میں ہے۔</w:t>
      </w:r>
    </w:p>
    <w:p>
      <w:r>
        <w:rPr>
          <w:b/>
        </w:rPr>
        <w:t xml:space="preserve">[02:00] </w:t>
      </w:r>
      <w:r>
        <w:t>zindagi ke jo aadab hain is mein asal cheez sahoolat hai.</w:t>
      </w:r>
    </w:p>
    <w:p>
      <w:pPr>
        <w:jc w:val="right"/>
      </w:pPr>
      <w:r>
        <w:t>زندگی کے جو آداب ہیں اس میں اصل چیز سہولت ہے۔</w:t>
      </w:r>
    </w:p>
    <w:p>
      <w:r>
        <w:rPr>
          <w:b/>
        </w:rPr>
        <w:t xml:space="preserve">[02:06] </w:t>
      </w:r>
      <w:r>
        <w:t>koi laga bandha ek hi tareeqa nahi hai jis ko aap hamesha har haal mein follow karein.</w:t>
      </w:r>
    </w:p>
    <w:p>
      <w:pPr>
        <w:jc w:val="right"/>
      </w:pPr>
      <w:r>
        <w:t>کوئی لگا بندھا ایک ہی طریقہ نہیں ہے جس کو آپ ہمیشہ ہر حال میں فالو کریں۔</w:t>
      </w:r>
    </w:p>
    <w:p>
      <w:r>
        <w:rPr>
          <w:b/>
        </w:rPr>
        <w:t xml:space="preserve">[02:12] </w:t>
      </w:r>
      <w:r>
        <w:t>main ne kaha ke aisa hai ke log kuch hadith</w:t>
      </w:r>
    </w:p>
    <w:p>
      <w:pPr>
        <w:jc w:val="right"/>
      </w:pPr>
      <w:r>
        <w:t>میں نے کہا کہ ایسا ہے کہ لوگ کچھ حدیث</w:t>
      </w:r>
    </w:p>
    <w:p>
      <w:r>
        <w:rPr>
          <w:b/>
        </w:rPr>
        <w:t xml:space="preserve">[02:18] </w:t>
      </w:r>
      <w:r>
        <w:t>on ko bohat hi mehdood maani mein le lete hain, is liye aisi baatein karte hain.</w:t>
      </w:r>
    </w:p>
    <w:p>
      <w:pPr>
        <w:jc w:val="right"/>
      </w:pPr>
      <w:r>
        <w:t>وں کو بہت ہی محدود معنی میں لے لیتے ہیں، اس لیے ایسی باتیں کرتے ہیں۔</w:t>
      </w:r>
    </w:p>
    <w:p>
      <w:r>
        <w:rPr>
          <w:b/>
        </w:rPr>
        <w:t xml:space="preserve">[02:26] </w:t>
      </w:r>
      <w:r>
        <w:t>is ki ek misaal yeh hai ke ek hadith mein aaya hai ke khana khao to joota utaar</w:t>
      </w:r>
    </w:p>
    <w:p>
      <w:pPr>
        <w:jc w:val="right"/>
      </w:pPr>
      <w:r>
        <w:t>اس کی ایک مثال یہ ہے کہ ایک حدیث میں آیا ہے کہ کھانا کھاؤ تو جوتا اتار</w:t>
      </w:r>
    </w:p>
    <w:p>
      <w:r>
        <w:rPr>
          <w:b/>
        </w:rPr>
        <w:t xml:space="preserve">[02:33] </w:t>
      </w:r>
      <w:r>
        <w:t>kar khana khao.</w:t>
      </w:r>
    </w:p>
    <w:p>
      <w:pPr>
        <w:jc w:val="right"/>
      </w:pPr>
      <w:r>
        <w:t>کر کھانا کھاؤ۔</w:t>
      </w:r>
    </w:p>
    <w:p>
      <w:r>
        <w:rPr>
          <w:b/>
        </w:rPr>
        <w:t xml:space="preserve">[02:41] </w:t>
      </w:r>
      <w:r>
        <w:t>yani aap joota pehne hue hain aur khana khana hai aap ko</w:t>
      </w:r>
    </w:p>
    <w:p>
      <w:pPr>
        <w:jc w:val="right"/>
      </w:pPr>
      <w:r>
        <w:t>یعنی آپ جوتا پہنے ہوئے ہیں اور کھانا کھانا ہے آپ کو</w:t>
      </w:r>
    </w:p>
    <w:p>
      <w:r>
        <w:rPr>
          <w:b/>
        </w:rPr>
        <w:t xml:space="preserve">[02:49] </w:t>
      </w:r>
      <w:r>
        <w:t>to joota utaar kar khana khaiye.</w:t>
      </w:r>
    </w:p>
    <w:p>
      <w:pPr>
        <w:jc w:val="right"/>
      </w:pPr>
      <w:r>
        <w:t>تو جوتا اتار کر کھانا کھائیے۔</w:t>
      </w:r>
    </w:p>
    <w:p>
      <w:r>
        <w:rPr>
          <w:b/>
        </w:rPr>
        <w:t xml:space="preserve">[02:54] </w:t>
      </w:r>
      <w:r>
        <w:t>yani hadith mein aata hai ke ikhla' na'alaikum.</w:t>
      </w:r>
    </w:p>
    <w:p>
      <w:pPr>
        <w:jc w:val="right"/>
      </w:pPr>
      <w:r>
        <w:t>یعنی حدیث میں آتا ہے کہ اخلع نعالکم۔</w:t>
      </w:r>
    </w:p>
    <w:p>
      <w:r>
        <w:rPr>
          <w:b/>
        </w:rPr>
        <w:t xml:space="preserve">[02:59] </w:t>
      </w:r>
      <w:r>
        <w:t>ikhla' na'alaikum ke maani hote hain ke apne joote utaar do.</w:t>
      </w:r>
    </w:p>
    <w:p>
      <w:pPr>
        <w:jc w:val="right"/>
      </w:pPr>
      <w:r>
        <w:t>اخلع نعالکم کے معنی ہوتے ہیں کہ اپنے جوتے اتار دو۔</w:t>
      </w:r>
    </w:p>
    <w:p>
      <w:r>
        <w:rPr>
          <w:b/>
        </w:rPr>
        <w:t xml:space="preserve">[03:04] </w:t>
      </w:r>
      <w:r>
        <w:t>lekin yeh hadith ka aadha hissa hai.</w:t>
      </w:r>
    </w:p>
    <w:p>
      <w:pPr>
        <w:jc w:val="right"/>
      </w:pPr>
      <w:r>
        <w:t>لیکن یہ حدیث کا آدھا حصہ ہے۔</w:t>
      </w:r>
    </w:p>
    <w:p>
      <w:r>
        <w:rPr>
          <w:b/>
        </w:rPr>
        <w:t xml:space="preserve">[03:10] </w:t>
      </w:r>
      <w:r>
        <w:t>yeh hadith ka aadha hissa hai.</w:t>
      </w:r>
    </w:p>
    <w:p>
      <w:pPr>
        <w:jc w:val="right"/>
      </w:pPr>
      <w:r>
        <w:t>یہ حدیث کا آدھا حصہ ہے۔</w:t>
      </w:r>
    </w:p>
    <w:p>
      <w:r>
        <w:rPr>
          <w:b/>
        </w:rPr>
        <w:t xml:space="preserve">[03:15] </w:t>
      </w:r>
      <w:r>
        <w:t>agla hissa hai fa innahu arohu li aqdaamikum.</w:t>
      </w:r>
    </w:p>
    <w:p>
      <w:pPr>
        <w:jc w:val="right"/>
      </w:pPr>
      <w:r>
        <w:t>اگلا حصہ ہے فإنه أروح لأقدامكم۔</w:t>
      </w:r>
    </w:p>
    <w:p>
      <w:r>
        <w:rPr>
          <w:b/>
        </w:rPr>
        <w:t xml:space="preserve">[03:20] </w:t>
      </w:r>
      <w:r>
        <w:t>kyun ke yeh tumhare pairon ke liye zyada rahat wala hai. arohu li aqdaamikum.</w:t>
      </w:r>
    </w:p>
    <w:p>
      <w:pPr>
        <w:jc w:val="right"/>
      </w:pPr>
      <w:r>
        <w:t>کیونکہ یہ تمہارے پیروں کے لیے زیادہ راحت والا ہے۔ أروح لأقدامكم۔</w:t>
      </w:r>
    </w:p>
    <w:p>
      <w:r>
        <w:rPr>
          <w:b/>
        </w:rPr>
        <w:t xml:space="preserve">[03:25] </w:t>
      </w:r>
      <w:r>
        <w:t>is mein tumhare pairon ke liye zyada rahat hai.</w:t>
      </w:r>
    </w:p>
    <w:p>
      <w:pPr>
        <w:jc w:val="right"/>
      </w:pPr>
      <w:r>
        <w:t>اس میں تمہارے پیروں کے لیے زیادہ راحت ہے۔</w:t>
      </w:r>
    </w:p>
    <w:p>
      <w:r>
        <w:rPr>
          <w:b/>
        </w:rPr>
        <w:t xml:space="preserve">[03:30] </w:t>
      </w:r>
      <w:r>
        <w:t>is se aap samjhiye ke asal cheez rahat hui.</w:t>
      </w:r>
    </w:p>
    <w:p>
      <w:pPr>
        <w:jc w:val="right"/>
      </w:pPr>
      <w:r>
        <w:t>اس سے آپ سمجھئے کہ اصل چیز راحت ہوئی۔</w:t>
      </w:r>
    </w:p>
    <w:p>
      <w:r>
        <w:rPr>
          <w:b/>
        </w:rPr>
        <w:t xml:space="preserve">[03:35] </w:t>
      </w:r>
      <w:r>
        <w:t>asal cheez yeh nahi ke khana khao to zaroor joota utaar do.</w:t>
      </w:r>
    </w:p>
    <w:p>
      <w:pPr>
        <w:jc w:val="right"/>
      </w:pPr>
      <w:r>
        <w:t>اصل چیز یہ نہیں کہ کھانا کھاؤ تو ضرور جوتا اتار دو۔</w:t>
      </w:r>
    </w:p>
    <w:p>
      <w:r>
        <w:rPr>
          <w:b/>
        </w:rPr>
        <w:t xml:space="preserve">[03:40] </w:t>
      </w:r>
      <w:r>
        <w:t>to jis mein rahat hai woh sunnat hai.</w:t>
      </w:r>
    </w:p>
    <w:p>
      <w:pPr>
        <w:jc w:val="right"/>
      </w:pPr>
      <w:r>
        <w:t>تو جس میں راحت ہے وہ سنت ہے۔</w:t>
      </w:r>
    </w:p>
    <w:p>
      <w:r>
        <w:rPr>
          <w:b/>
        </w:rPr>
        <w:t xml:space="preserve">[03:45] </w:t>
      </w:r>
      <w:r>
        <w:t>misalan sardi ka zamana hai, aap mode pe</w:t>
      </w:r>
    </w:p>
    <w:p>
      <w:pPr>
        <w:jc w:val="right"/>
      </w:pPr>
      <w:r>
        <w:t>مثلاً سردی کا زمانہ ہے، آپ مودہ پہ</w:t>
      </w:r>
    </w:p>
    <w:p>
      <w:r>
        <w:rPr>
          <w:b/>
        </w:rPr>
        <w:t xml:space="preserve">[03:50] </w:t>
      </w:r>
      <w:r>
        <w:t>ne hue hain, mode par joota pehne hue hain.</w:t>
      </w:r>
    </w:p>
    <w:p>
      <w:pPr>
        <w:jc w:val="right"/>
      </w:pPr>
      <w:r>
        <w:t>نے ہوئے ہیں، مودے پر جوتا پہنے ہوئے ہیں۔</w:t>
      </w:r>
    </w:p>
    <w:p>
      <w:r>
        <w:rPr>
          <w:b/>
        </w:rPr>
        <w:t xml:space="preserve">[03:56] </w:t>
      </w:r>
      <w:r>
        <w:t>to aisi halat mein agar aap joota utar dein to aap ko rahat nahi mile gi, musibat ho jae gi.</w:t>
      </w:r>
    </w:p>
    <w:p>
      <w:pPr>
        <w:jc w:val="right"/>
      </w:pPr>
      <w:r>
        <w:t>تو ایسی حالت میں اگر آپ جوتا اتار دیں تو آپ کو راحت نہیں ملے گی، مصیبت ہو جائے گی۔</w:t>
      </w:r>
    </w:p>
    <w:p>
      <w:r>
        <w:rPr>
          <w:b/>
        </w:rPr>
        <w:t xml:space="preserve">[04:02] </w:t>
      </w:r>
      <w:r>
        <w:t>ke paon aap ka is mein garam tha ab thanda ho jae ga.</w:t>
      </w:r>
    </w:p>
    <w:p>
      <w:pPr>
        <w:jc w:val="right"/>
      </w:pPr>
      <w:r>
        <w:t>کہ پاؤں آپ کا اس میں گرم تھا اب ٹھنڈا ہو جائے گا۔</w:t>
      </w:r>
    </w:p>
    <w:p>
      <w:r>
        <w:rPr>
          <w:b/>
        </w:rPr>
        <w:t xml:space="preserve">[04:08] </w:t>
      </w:r>
      <w:r>
        <w:t>to jis mein rahat hai wo tareeqa hai is tarah ke mamlaat mein.</w:t>
      </w:r>
    </w:p>
    <w:p>
      <w:pPr>
        <w:jc w:val="right"/>
      </w:pPr>
      <w:r>
        <w:t>تو جس میں راحت ہے وہ طریقہ ہے اس طرح کے معاملات میں۔</w:t>
      </w:r>
    </w:p>
    <w:p>
      <w:r>
        <w:rPr>
          <w:b/>
        </w:rPr>
        <w:t xml:space="preserve">[04:14] </w:t>
      </w:r>
      <w:r>
        <w:t>mein aik bar</w:t>
      </w:r>
    </w:p>
    <w:p>
      <w:pPr>
        <w:jc w:val="right"/>
      </w:pPr>
      <w:r>
        <w:t>میں ایک بار</w:t>
      </w:r>
    </w:p>
    <w:p>
      <w:r>
        <w:rPr>
          <w:b/>
        </w:rPr>
        <w:t xml:space="preserve">[04:20] </w:t>
      </w:r>
      <w:r>
        <w:t>america mein tha to wahan masjid mein aik sahab ne namaz ke baad taqreer ki.</w:t>
      </w:r>
    </w:p>
    <w:p>
      <w:pPr>
        <w:jc w:val="right"/>
      </w:pPr>
      <w:r>
        <w:t>امریکہ میں تھا تو وہاں مسجد میں ایک صاحب نے نماز کے بعد تقریر کی۔</w:t>
      </w:r>
    </w:p>
    <w:p>
      <w:r>
        <w:rPr>
          <w:b/>
        </w:rPr>
        <w:t xml:space="preserve">[04:31] </w:t>
      </w:r>
      <w:r>
        <w:t>unhon ne apni taqreer mein kaha ke aap log yehi baat kahi unhon ne, dayen taraf wali baat.</w:t>
      </w:r>
    </w:p>
    <w:p>
      <w:pPr>
        <w:jc w:val="right"/>
      </w:pPr>
      <w:r>
        <w:t>انہوں نے اپنی تقریر میں کہا کہ آپ لوگ یہی بات کہی انہوں نے، دائیں طرف والی بات۔</w:t>
      </w:r>
    </w:p>
    <w:p>
      <w:r>
        <w:rPr>
          <w:b/>
        </w:rPr>
        <w:t xml:space="preserve">[04:41] </w:t>
      </w:r>
      <w:r>
        <w:t>ke aap log yaani america ke log jo hain rozana gaari par unhein chalna hota hai.</w:t>
      </w:r>
    </w:p>
    <w:p>
      <w:pPr>
        <w:jc w:val="right"/>
      </w:pPr>
      <w:r>
        <w:t>کہ آپ لوگ یعنی امریکہ کے لوگ جو ہیں روزانہ گاڑی پر انہیں چلنا ہوتا ہے۔</w:t>
      </w:r>
    </w:p>
    <w:p>
      <w:r>
        <w:rPr>
          <w:b/>
        </w:rPr>
        <w:t xml:space="preserve">[04:51] </w:t>
      </w:r>
      <w:r>
        <w:t>kahin bhi jana hai to car par jana hota hai.</w:t>
      </w:r>
    </w:p>
    <w:p>
      <w:pPr>
        <w:jc w:val="right"/>
      </w:pPr>
      <w:r>
        <w:t>کہیں بھی جانا ہے تو کار پر جانا ہوتا ہے۔</w:t>
      </w:r>
    </w:p>
    <w:p>
      <w:r>
        <w:rPr>
          <w:b/>
        </w:rPr>
        <w:t xml:space="preserve">[04:55] </w:t>
      </w:r>
      <w:r>
        <w:t>to unhon ne kaha ke mein aap ko aik tareeqa batata hoon ke aap ka car mein aana</w:t>
      </w:r>
    </w:p>
    <w:p>
      <w:pPr>
        <w:jc w:val="right"/>
      </w:pPr>
      <w:r>
        <w:t>تو انہوں نے کہا کہ میں آپ کو ایک طریقہ بتاتا ہوں کہ آپ کا کار میں آنا</w:t>
      </w:r>
    </w:p>
    <w:p>
      <w:r>
        <w:rPr>
          <w:b/>
        </w:rPr>
        <w:t xml:space="preserve">[05:00] </w:t>
      </w:r>
      <w:r>
        <w:t>jana ibadat ban jae.</w:t>
      </w:r>
    </w:p>
    <w:p>
      <w:pPr>
        <w:jc w:val="right"/>
      </w:pPr>
      <w:r>
        <w:t>جانا عبادت بن جائے۔</w:t>
      </w:r>
    </w:p>
    <w:p>
      <w:r>
        <w:rPr>
          <w:b/>
        </w:rPr>
        <w:t xml:space="preserve">[05:04] </w:t>
      </w:r>
      <w:r>
        <w:t>khuda ki ibadat.</w:t>
      </w:r>
    </w:p>
    <w:p>
      <w:pPr>
        <w:jc w:val="right"/>
      </w:pPr>
      <w:r>
        <w:t>خدا کی عبادت۔</w:t>
      </w:r>
    </w:p>
    <w:p>
      <w:r>
        <w:rPr>
          <w:b/>
        </w:rPr>
        <w:t xml:space="preserve">[05:08] </w:t>
      </w:r>
      <w:r>
        <w:t>woh yeh bataya unhon ne ke jab aap car mein baithein to pehla paon jab aap car mein</w:t>
      </w:r>
    </w:p>
    <w:p>
      <w:pPr>
        <w:jc w:val="right"/>
      </w:pPr>
      <w:r>
        <w:t>وہ یہ بتایا انہوں نے کہ جب آپ کار میں بیٹھیں تو پہلا پاؤں جب آپ کار میں</w:t>
      </w:r>
    </w:p>
    <w:p>
      <w:r>
        <w:rPr>
          <w:b/>
        </w:rPr>
        <w:t xml:space="preserve">[05:13] </w:t>
      </w:r>
      <w:r>
        <w:t>baithein to sab se pehle apna dayen paon car mein dalen.</w:t>
      </w:r>
    </w:p>
    <w:p>
      <w:pPr>
        <w:jc w:val="right"/>
      </w:pPr>
      <w:r>
        <w:t>بیٹھیں تو سب سے پہلے اپنا دایاں پاؤں کار میں ڈالیں۔</w:t>
      </w:r>
    </w:p>
    <w:p>
      <w:r>
        <w:rPr>
          <w:b/>
        </w:rPr>
        <w:t xml:space="preserve">[05:17] </w:t>
      </w:r>
      <w:r>
        <w:t>aur jab aap utrein</w:t>
      </w:r>
    </w:p>
    <w:p>
      <w:pPr>
        <w:jc w:val="right"/>
      </w:pPr>
      <w:r>
        <w:t>اور جب آپ اتریں</w:t>
      </w:r>
    </w:p>
    <w:p>
      <w:r>
        <w:rPr>
          <w:b/>
        </w:rPr>
        <w:t xml:space="preserve">[05:21] </w:t>
      </w:r>
      <w:r>
        <w:t>to aap apna bayen paon bahir nikalein.</w:t>
      </w:r>
    </w:p>
    <w:p>
      <w:pPr>
        <w:jc w:val="right"/>
      </w:pPr>
      <w:r>
        <w:t>تو آپ اپنا بایاں پاؤں باہر نکالیں۔</w:t>
      </w:r>
    </w:p>
    <w:p>
      <w:r>
        <w:rPr>
          <w:b/>
        </w:rPr>
        <w:t xml:space="preserve">[05:27] </w:t>
      </w:r>
      <w:r>
        <w:t>to aik shakhs ne kaha ke yeh to bari musibat ki baat bata di aap ne.</w:t>
      </w:r>
    </w:p>
    <w:p>
      <w:pPr>
        <w:jc w:val="right"/>
      </w:pPr>
      <w:r>
        <w:t>تو ایک شخص نے کہا کہ یہ تو بڑی مصیبت کی بات بتا دی آپ نے۔</w:t>
      </w:r>
    </w:p>
    <w:p>
      <w:r>
        <w:rPr>
          <w:b/>
        </w:rPr>
        <w:t xml:space="preserve">[05:33] </w:t>
      </w:r>
      <w:r>
        <w:t>is liye car mein dayen taraf bhi door hota hai, bayen taraf bhi door hota hai.</w:t>
      </w:r>
    </w:p>
    <w:p>
      <w:pPr>
        <w:jc w:val="right"/>
      </w:pPr>
      <w:r>
        <w:t>اس لیے کار میں دائیں طرف بھی ڈور ہوتا ہے، بائیں طرف بھی ڈور ہوتا ہے۔</w:t>
      </w:r>
    </w:p>
    <w:p>
      <w:r>
        <w:rPr>
          <w:b/>
        </w:rPr>
        <w:t xml:space="preserve">[05:39] </w:t>
      </w:r>
      <w:r>
        <w:t>to agar aap gaari mein baithe is tarah se ke aap is ke left side se andar ja rahe hain.</w:t>
      </w:r>
    </w:p>
    <w:p>
      <w:pPr>
        <w:jc w:val="right"/>
      </w:pPr>
      <w:r>
        <w:t>تو اگر آپ گاڑی میں بیٹھے اس طرح سے کہ آپ اس کے لیفٹ سائیڈ سے اندر جا رہے ہیں۔</w:t>
      </w:r>
    </w:p>
    <w:p>
      <w:r>
        <w:rPr>
          <w:b/>
        </w:rPr>
        <w:t xml:space="preserve">[05:45] </w:t>
      </w:r>
      <w:r>
        <w:t>to aap ko pehle ap</w:t>
      </w:r>
    </w:p>
    <w:p>
      <w:pPr>
        <w:jc w:val="right"/>
      </w:pPr>
      <w:r>
        <w:t>تو آپ کو پہلے اپ</w:t>
      </w:r>
    </w:p>
    <w:p>
      <w:r>
        <w:rPr>
          <w:b/>
        </w:rPr>
        <w:t xml:space="preserve">[05:51] </w:t>
      </w:r>
      <w:r>
        <w:t>na dayen paon andar dalne mein aasani ho gi.</w:t>
      </w:r>
    </w:p>
    <w:p>
      <w:pPr>
        <w:jc w:val="right"/>
      </w:pPr>
      <w:r>
        <w:t>نا دایاں پاؤں اندر ڈالنے میں آسانی ہوگی۔</w:t>
      </w:r>
    </w:p>
    <w:p>
      <w:r>
        <w:rPr>
          <w:b/>
        </w:rPr>
        <w:t xml:space="preserve">[05:56] </w:t>
      </w:r>
      <w:r>
        <w:t>agar right side se aap andar ja rahe hain to aap ko bayen paon pehle andar dalne mein aasani ho gi.</w:t>
      </w:r>
    </w:p>
    <w:p>
      <w:pPr>
        <w:jc w:val="right"/>
      </w:pPr>
      <w:r>
        <w:t>اگر رائٹ سائیڈ سے آپ اندر جا رہے ہیں تو آپ کو بایاں پاؤں پہلے اندر ڈالنے میں آسانی ہوگی۔</w:t>
      </w:r>
    </w:p>
    <w:p>
      <w:r>
        <w:rPr>
          <w:b/>
        </w:rPr>
        <w:t xml:space="preserve">[06:00] </w:t>
      </w:r>
      <w:r>
        <w:t>warna bari musibat ho jae gi.</w:t>
      </w:r>
    </w:p>
    <w:p>
      <w:pPr>
        <w:jc w:val="right"/>
      </w:pPr>
      <w:r>
        <w:t>ورنہ بڑی مصیبت ہو جائے گی۔</w:t>
      </w:r>
    </w:p>
    <w:p>
      <w:r>
        <w:rPr>
          <w:b/>
        </w:rPr>
        <w:t xml:space="preserve">[06:05] </w:t>
      </w:r>
      <w:r>
        <w:t>to mein ne kaha ke yehi sahi keh rahe hain aap.</w:t>
      </w:r>
    </w:p>
    <w:p>
      <w:pPr>
        <w:jc w:val="right"/>
      </w:pPr>
      <w:r>
        <w:t>تو میں نے کہا کہ یہی صحیح کہہ رہے ہیں آپ۔</w:t>
      </w:r>
    </w:p>
    <w:p>
      <w:r>
        <w:rPr>
          <w:b/>
        </w:rPr>
        <w:t xml:space="preserve">[06:09] </w:t>
      </w:r>
      <w:r>
        <w:t>keh asal cheez yeh nahi keh dayaan paaon pehle daalo keh bayaan paaon pehle daalo.</w:t>
      </w:r>
    </w:p>
    <w:p>
      <w:pPr>
        <w:jc w:val="right"/>
      </w:pPr>
      <w:r>
        <w:t>کہ اصل چیز یہ نہیں کہ دایاں پاؤں پہلے ڈالو کہ بایاں پاؤں پہلے ڈالو۔</w:t>
      </w:r>
    </w:p>
    <w:p>
      <w:r>
        <w:rPr>
          <w:b/>
        </w:rPr>
        <w:t xml:space="preserve">[06:13] </w:t>
      </w:r>
      <w:r>
        <w:t>asal cheez yeh hai keh aap Allah ko yaad karte hue andar dakhil huiay.</w:t>
      </w:r>
    </w:p>
    <w:p>
      <w:pPr>
        <w:jc w:val="right"/>
      </w:pPr>
      <w:r>
        <w:t>اصل چیز یہ ہے کہ آپ اللہ کو یاد کرتے ہوئے اندر داخل ہوئیے۔</w:t>
      </w:r>
    </w:p>
    <w:p>
      <w:r>
        <w:rPr>
          <w:b/>
        </w:rPr>
        <w:t xml:space="preserve">[06:18] </w:t>
      </w:r>
      <w:r>
        <w:t>jo tareeqa aap ke liye sehoolat hai</w:t>
      </w:r>
    </w:p>
    <w:p>
      <w:pPr>
        <w:jc w:val="right"/>
      </w:pPr>
      <w:r>
        <w:t>جو طریقہ آپ کے لیے سہولت ہے</w:t>
      </w:r>
    </w:p>
    <w:p>
      <w:r>
        <w:rPr>
          <w:b/>
        </w:rPr>
        <w:t xml:space="preserve">[06:22] </w:t>
      </w:r>
      <w:r>
        <w:t>us ko ikhtiyar kijiye.</w:t>
      </w:r>
    </w:p>
    <w:p>
      <w:pPr>
        <w:jc w:val="right"/>
      </w:pPr>
      <w:r>
        <w:t>اس کو اختیار کیجیے۔</w:t>
      </w:r>
    </w:p>
    <w:p>
      <w:r>
        <w:rPr>
          <w:b/>
        </w:rPr>
        <w:t xml:space="preserve">[06:26] </w:t>
      </w:r>
      <w:r>
        <w:t>to asal cheez yeh nahi hai keh aap dayaan paaon daalein ya bayaan paaon daalein.</w:t>
      </w:r>
    </w:p>
    <w:p>
      <w:pPr>
        <w:jc w:val="right"/>
      </w:pPr>
      <w:r>
        <w:t>تو اصل چیز یہ نہیں ہے کہ آپ دایاں پاؤں ڈالیں یا بایاں پاؤں ڈالیں۔</w:t>
      </w:r>
    </w:p>
    <w:p>
      <w:r>
        <w:rPr>
          <w:b/>
        </w:rPr>
        <w:t xml:space="preserve">[06:30] </w:t>
      </w:r>
      <w:r>
        <w:t>asal cheez hai Allah ko yaad karna.</w:t>
      </w:r>
    </w:p>
    <w:p>
      <w:pPr>
        <w:jc w:val="right"/>
      </w:pPr>
      <w:r>
        <w:t>اصل چیز ہے اللہ کو یاد کرنا۔</w:t>
      </w:r>
    </w:p>
    <w:p>
      <w:r>
        <w:rPr>
          <w:b/>
        </w:rPr>
        <w:t xml:space="preserve">[06:33] </w:t>
      </w:r>
      <w:r>
        <w:t>keh Khuda ne kitni bari blessing ki hai hamare upar.</w:t>
      </w:r>
    </w:p>
    <w:p>
      <w:pPr>
        <w:jc w:val="right"/>
      </w:pPr>
      <w:r>
        <w:t>کہ خدا نے کتنی بڑی بلیسنگ کی ہے ہمارے اوپر۔</w:t>
      </w:r>
    </w:p>
    <w:p>
      <w:r>
        <w:rPr>
          <w:b/>
        </w:rPr>
        <w:t xml:space="preserve">[06:37] </w:t>
      </w:r>
      <w:r>
        <w:t>keh hum janwar paaon par chalte hain.</w:t>
      </w:r>
    </w:p>
    <w:p>
      <w:pPr>
        <w:jc w:val="right"/>
      </w:pPr>
      <w:r>
        <w:t>کہ ہم جانور پاؤں پر چلتے ہیں۔</w:t>
      </w:r>
    </w:p>
    <w:p>
      <w:r>
        <w:rPr>
          <w:b/>
        </w:rPr>
        <w:t xml:space="preserve">[06:41] </w:t>
      </w:r>
      <w:r>
        <w:t>hum ko Khuda ne sawari de di.</w:t>
      </w:r>
    </w:p>
    <w:p>
      <w:pPr>
        <w:jc w:val="right"/>
      </w:pPr>
      <w:r>
        <w:t>ہم کو خدا نے سواری دے دی۔</w:t>
      </w:r>
    </w:p>
    <w:p>
      <w:r>
        <w:rPr>
          <w:b/>
        </w:rPr>
        <w:t xml:space="preserve">[06:45] </w:t>
      </w:r>
      <w:r>
        <w:t>yeh saare janwar jo hain apne paaon par in ko chalna parta hai.</w:t>
      </w:r>
    </w:p>
    <w:p>
      <w:pPr>
        <w:jc w:val="right"/>
      </w:pPr>
      <w:r>
        <w:t>یہ سارے جانور جو ہیں اپنے پاؤں پر ان کو چلنا پڑتا ہے۔</w:t>
      </w:r>
    </w:p>
    <w:p>
      <w:r>
        <w:rPr>
          <w:b/>
        </w:rPr>
        <w:t xml:space="preserve">[06:48] </w:t>
      </w:r>
      <w:r>
        <w:t>yeh insaan ki sifat hai keh woh sawari</w:t>
      </w:r>
    </w:p>
    <w:p>
      <w:pPr>
        <w:jc w:val="right"/>
      </w:pPr>
      <w:r>
        <w:t>یہ انسان کی صفت ہے کہ وہ سواری</w:t>
      </w:r>
    </w:p>
    <w:p>
      <w:r>
        <w:rPr>
          <w:b/>
        </w:rPr>
        <w:t xml:space="preserve">[06:52] </w:t>
      </w:r>
      <w:r>
        <w:t>banata hai.</w:t>
      </w:r>
    </w:p>
    <w:p>
      <w:pPr>
        <w:jc w:val="right"/>
      </w:pPr>
      <w:r>
        <w:t>بناتا ہے۔</w:t>
      </w:r>
    </w:p>
    <w:p>
      <w:r>
        <w:rPr>
          <w:b/>
        </w:rPr>
        <w:t xml:space="preserve">[06:56] </w:t>
      </w:r>
      <w:r>
        <w:t>is sawari par baith ke chalta hai.</w:t>
      </w:r>
    </w:p>
    <w:p>
      <w:pPr>
        <w:jc w:val="right"/>
      </w:pPr>
      <w:r>
        <w:t>اس سواری پر بیٹھ کے چلتا ہے۔</w:t>
      </w:r>
    </w:p>
    <w:p>
      <w:r>
        <w:rPr>
          <w:b/>
        </w:rPr>
        <w:t xml:space="preserve">[07:01] </w:t>
      </w:r>
      <w:r>
        <w:t>to yeh yaad karein aap keh Khuda ki nemat hai yeh sawari.</w:t>
      </w:r>
    </w:p>
    <w:p>
      <w:pPr>
        <w:jc w:val="right"/>
      </w:pPr>
      <w:r>
        <w:t>تو یہ یاد کریں آپ کہ خدا کی نعمت ہے یہ سواری۔</w:t>
      </w:r>
    </w:p>
    <w:p>
      <w:r>
        <w:rPr>
          <w:b/>
        </w:rPr>
        <w:t xml:space="preserve">[07:05] </w:t>
      </w:r>
      <w:r>
        <w:t>is se aap ke andar shukr paida ho.</w:t>
      </w:r>
    </w:p>
    <w:p>
      <w:pPr>
        <w:jc w:val="right"/>
      </w:pPr>
      <w:r>
        <w:t>اس سے آپ کے اندر شکر پیدا ہو۔</w:t>
      </w:r>
    </w:p>
    <w:p>
      <w:r>
        <w:rPr>
          <w:b/>
        </w:rPr>
        <w:t xml:space="preserve">[07:09] </w:t>
      </w:r>
      <w:r>
        <w:t>asal asal sunnat yeh hai.</w:t>
      </w:r>
    </w:p>
    <w:p>
      <w:pPr>
        <w:jc w:val="right"/>
      </w:pPr>
      <w:r>
        <w:t>اصل اصل سنت یہ ہے۔</w:t>
      </w:r>
    </w:p>
    <w:p>
      <w:r>
        <w:rPr>
          <w:b/>
        </w:rPr>
        <w:t xml:space="preserve">[07:14] </w:t>
      </w:r>
      <w:r>
        <w:t>to dekhiye Islam jo hai woh spirit ka naam hai, form ka naam nahi hai.</w:t>
      </w:r>
    </w:p>
    <w:p>
      <w:pPr>
        <w:jc w:val="right"/>
      </w:pPr>
      <w:r>
        <w:t>تو دیکھیے اسلام جو ہے وہ اسپرٹ کا نام ہے، فارم کا نام نہیں ہے۔</w:t>
      </w:r>
    </w:p>
    <w:p>
      <w:r>
        <w:rPr>
          <w:b/>
        </w:rPr>
        <w:t xml:space="preserve">[07:18] </w:t>
      </w:r>
      <w:r>
        <w:t>Islam chahe ibadat ka mamla ho</w:t>
      </w:r>
    </w:p>
    <w:p>
      <w:pPr>
        <w:jc w:val="right"/>
      </w:pPr>
      <w:r>
        <w:t>اسلام چاہے عبادت کا معاملہ ہو</w:t>
      </w:r>
    </w:p>
    <w:p>
      <w:r>
        <w:rPr>
          <w:b/>
        </w:rPr>
        <w:t xml:space="preserve">[07:22] </w:t>
      </w:r>
      <w:r>
        <w:t>ya rozmarra ki zindagi ka ada ka mamla ho to woh spirit ka mamla hai, form ka mamla nahi hai.</w:t>
      </w:r>
    </w:p>
    <w:p>
      <w:pPr>
        <w:jc w:val="right"/>
      </w:pPr>
      <w:r>
        <w:t>یا روزمرہ کی زندگی کا ادا کا معاملہ ہو تو وہ اسپرٹ کا معاملہ ہے، فارم کا معاملہ نہیں ہے۔</w:t>
      </w:r>
    </w:p>
    <w:p>
      <w:r>
        <w:rPr>
          <w:b/>
        </w:rPr>
        <w:t xml:space="preserve">[07:28] </w:t>
      </w:r>
      <w:r>
        <w:t>hadees mein aata hai keh Rasool Allah Sal Allahu Alaihi Wasallam ne joota pehan kar bhi namaz parhi</w:t>
      </w:r>
    </w:p>
    <w:p>
      <w:pPr>
        <w:jc w:val="right"/>
      </w:pPr>
      <w:r>
        <w:t>حدیث میں آتا ہے کہ رسول اللہ صلی اللہ علیہ وسلم نے جوتا پہن کر بھی نماز پڑھی</w:t>
      </w:r>
    </w:p>
    <w:p>
      <w:r>
        <w:rPr>
          <w:b/>
        </w:rPr>
        <w:t xml:space="preserve">[07:33] </w:t>
      </w:r>
      <w:r>
        <w:t>aur joota utaar kar bhi namaz parhi.</w:t>
      </w:r>
    </w:p>
    <w:p>
      <w:pPr>
        <w:jc w:val="right"/>
      </w:pPr>
      <w:r>
        <w:t>اور جوتا اتار کر بھی نماز پڑھی۔</w:t>
      </w:r>
    </w:p>
    <w:p>
      <w:r>
        <w:rPr>
          <w:b/>
        </w:rPr>
        <w:t xml:space="preserve">[07:38] </w:t>
      </w:r>
      <w:r>
        <w:t>yani sallaa munta'alan wa ghaira munta'alan.</w:t>
      </w:r>
    </w:p>
    <w:p>
      <w:pPr>
        <w:jc w:val="right"/>
      </w:pPr>
      <w:r>
        <w:t>یعنی صلی منتعلا وغیر منتعلا۔</w:t>
      </w:r>
    </w:p>
    <w:p>
      <w:r>
        <w:rPr>
          <w:b/>
        </w:rPr>
        <w:t xml:space="preserve">[07:43] </w:t>
      </w:r>
      <w:r>
        <w:t>aap ne namaz parhi joota pehan kar ke bhi aur joota utaar kar ke bhi.</w:t>
      </w:r>
    </w:p>
    <w:p>
      <w:pPr>
        <w:jc w:val="right"/>
      </w:pPr>
      <w:r>
        <w:t>آپ نے نماز پڑھی جوتا پہن کر کے بھی اور جوتا اتار کر کے بھی۔</w:t>
      </w:r>
    </w:p>
    <w:p>
      <w:r>
        <w:rPr>
          <w:b/>
        </w:rPr>
        <w:t xml:space="preserve">[07:48] </w:t>
      </w:r>
      <w:r>
        <w:t>is ka matlab kya hua?</w:t>
      </w:r>
    </w:p>
    <w:p>
      <w:pPr>
        <w:jc w:val="right"/>
      </w:pPr>
      <w:r>
        <w:t>اس کا مطلب کیا ہوا؟</w:t>
      </w:r>
    </w:p>
    <w:p>
      <w:r>
        <w:rPr>
          <w:b/>
        </w:rPr>
        <w:t xml:space="preserve">[07:53] </w:t>
      </w:r>
      <w:r>
        <w:t>keh joota utaar kar namaz padhein to yeh bhi sunnat hai.</w:t>
      </w:r>
    </w:p>
    <w:p>
      <w:pPr>
        <w:jc w:val="right"/>
      </w:pPr>
      <w:r>
        <w:t>کہ جوتا اتار کر نماز پڑھیں تو یہ بھی سنت ہے۔</w:t>
      </w:r>
    </w:p>
    <w:p>
      <w:r>
        <w:rPr>
          <w:b/>
        </w:rPr>
        <w:t xml:space="preserve">[07:57] </w:t>
      </w:r>
      <w:r>
        <w:t>aur joota pehan kar namaz parhein to yeh bhi sunnat hai.</w:t>
      </w:r>
    </w:p>
    <w:p>
      <w:pPr>
        <w:jc w:val="right"/>
      </w:pPr>
      <w:r>
        <w:t>اور جوتا پہن کر نماز پڑھیں تو یہ بھی سنت ہے۔</w:t>
      </w:r>
    </w:p>
    <w:p>
      <w:r>
        <w:rPr>
          <w:b/>
        </w:rPr>
        <w:t xml:space="preserve">[08:02] </w:t>
      </w:r>
      <w:r>
        <w:t>to asal cheez to form nahi hai.</w:t>
      </w:r>
    </w:p>
    <w:p>
      <w:pPr>
        <w:jc w:val="right"/>
      </w:pPr>
      <w:r>
        <w:t>تو اصل چیز تو فارم نہیں ہے۔</w:t>
      </w:r>
    </w:p>
    <w:p>
      <w:r>
        <w:rPr>
          <w:b/>
        </w:rPr>
        <w:t xml:space="preserve">[08:06] </w:t>
      </w:r>
      <w:r>
        <w:t>asal cheez to form nahi hai.</w:t>
      </w:r>
    </w:p>
    <w:p>
      <w:pPr>
        <w:jc w:val="right"/>
      </w:pPr>
      <w:r>
        <w:t>اصل چیز تو فارم نہیں ہے۔</w:t>
      </w:r>
    </w:p>
    <w:p>
      <w:r>
        <w:rPr>
          <w:b/>
        </w:rPr>
        <w:t xml:space="preserve">[08:10] </w:t>
      </w:r>
      <w:r>
        <w:t>asal cheez yeh hai ke Khuda ko yaad karte rehna.</w:t>
      </w:r>
    </w:p>
    <w:p>
      <w:pPr>
        <w:jc w:val="right"/>
      </w:pPr>
      <w:r>
        <w:t>اصل چیز یہ ہے کہ خدا کو یاد کرتے رہنا۔</w:t>
      </w:r>
    </w:p>
    <w:p>
      <w:r>
        <w:rPr>
          <w:b/>
        </w:rPr>
        <w:t xml:space="preserve">[08:14] </w:t>
      </w:r>
      <w:r>
        <w:t>har cheez mein Khuda ke shukar ka pehlu nikalna.</w:t>
      </w:r>
    </w:p>
    <w:p>
      <w:pPr>
        <w:jc w:val="right"/>
      </w:pPr>
      <w:r>
        <w:t>ہر چیز میں خدا کے شکر کا پہلو نکالنا۔</w:t>
      </w:r>
    </w:p>
    <w:p>
      <w:r>
        <w:rPr>
          <w:b/>
        </w:rPr>
        <w:t xml:space="preserve">[08:19] </w:t>
      </w:r>
      <w:r>
        <w:t>to Khuda ki yaad asal cheez hui na ke yeh form. to dekhi</w:t>
      </w:r>
    </w:p>
    <w:p>
      <w:pPr>
        <w:jc w:val="right"/>
      </w:pPr>
      <w:r>
        <w:t>تو خدا کی یاد اصل چیز ہوئی نہ کہ یہ فارم۔ تو دیکھی</w:t>
      </w:r>
    </w:p>
    <w:p>
      <w:r>
        <w:rPr>
          <w:b/>
        </w:rPr>
        <w:t xml:space="preserve">[08:23] </w:t>
      </w:r>
      <w:r>
        <w:t>ye is tarah ka jo muamla hai yeh koi saada muamla nahi.</w:t>
      </w:r>
    </w:p>
    <w:p>
      <w:pPr>
        <w:jc w:val="right"/>
      </w:pPr>
      <w:r>
        <w:t>ے اس طرح کا جو معاملہ ہے یہ کوئی سادہ معاملہ نہیں۔</w:t>
      </w:r>
    </w:p>
    <w:p>
      <w:r>
        <w:rPr>
          <w:b/>
        </w:rPr>
        <w:t xml:space="preserve">[08:31] </w:t>
      </w:r>
      <w:r>
        <w:t>ek martaba maine ek Angrezi akhbar mein parha tha, ek aam tabsarah tha is ka, aam halat</w:t>
      </w:r>
    </w:p>
    <w:p>
      <w:pPr>
        <w:jc w:val="right"/>
      </w:pPr>
      <w:r>
        <w:t>ایک مرتبہ میں نے ایک انگریزی اخبار میں پڑھا تھا، ایک عام تبصرہ تھا اس کا، عام حالت</w:t>
      </w:r>
    </w:p>
    <w:p>
      <w:r>
        <w:rPr>
          <w:b/>
        </w:rPr>
        <w:t xml:space="preserve">[08:38] </w:t>
      </w:r>
      <w:r>
        <w:t>par hamare mulk ki.</w:t>
      </w:r>
    </w:p>
    <w:p>
      <w:pPr>
        <w:jc w:val="right"/>
      </w:pPr>
      <w:r>
        <w:t>پر ہمارے ملک کی۔</w:t>
      </w:r>
    </w:p>
    <w:p>
      <w:r>
        <w:rPr>
          <w:b/>
        </w:rPr>
        <w:t xml:space="preserve">[08:46] </w:t>
      </w:r>
      <w:r>
        <w:t>تو اس میں کہا تھا کہ people's minds are lost in trivialities and not attuned to the challenging issues of</w:t>
      </w:r>
    </w:p>
    <w:p>
      <w:pPr>
        <w:jc w:val="right"/>
      </w:pPr>
      <w:r>
        <w:t>تو اس میں کہا تھا کہ پیپلز مائنڈ آر لاسٹ ان ٹریویالٹیز اینڈ ناٹ اٹیون ٹو دا چیلنجنگ ایشوز آف</w:t>
      </w:r>
    </w:p>
    <w:p>
      <w:r>
        <w:rPr>
          <w:b/>
        </w:rPr>
        <w:t xml:space="preserve">[08:53] </w:t>
      </w:r>
      <w:r>
        <w:t>da time.</w:t>
      </w:r>
    </w:p>
    <w:p>
      <w:pPr>
        <w:jc w:val="right"/>
      </w:pPr>
      <w:r>
        <w:t>دا ٹائم۔</w:t>
      </w:r>
    </w:p>
    <w:p>
      <w:r>
        <w:rPr>
          <w:b/>
        </w:rPr>
        <w:t xml:space="preserve">[08:58] </w:t>
      </w:r>
      <w:r>
        <w:t>and not attuned to the challenging issues of the time.</w:t>
      </w:r>
    </w:p>
    <w:p>
      <w:pPr>
        <w:jc w:val="right"/>
      </w:pPr>
      <w:r>
        <w:t>اینڈ ناٹ اٹیون ٹو دا چیلنجنگ ایشوز آف دا ٹائم۔</w:t>
      </w:r>
    </w:p>
    <w:p>
      <w:r>
        <w:rPr>
          <w:b/>
        </w:rPr>
        <w:t xml:space="preserve">[09:04] </w:t>
      </w:r>
      <w:r>
        <w:t>is ka matlab yeh hai ke agar log choti choti baaton ko zyada emphasize karein ge to bari</w:t>
      </w:r>
    </w:p>
    <w:p>
      <w:pPr>
        <w:jc w:val="right"/>
      </w:pPr>
      <w:r>
        <w:t>اس کا مطلب یہ ہے کہ اگر لوگ چھوٹی چھوٹی باتوں کو زیادہ ایمفسائز کریں گے تو بڑی</w:t>
      </w:r>
    </w:p>
    <w:p>
      <w:r>
        <w:rPr>
          <w:b/>
        </w:rPr>
        <w:t xml:space="preserve">[09:09] </w:t>
      </w:r>
      <w:r>
        <w:t>bari baatein reh jayengi.</w:t>
      </w:r>
    </w:p>
    <w:p>
      <w:pPr>
        <w:jc w:val="right"/>
      </w:pPr>
      <w:r>
        <w:t>بڑی باتیں رہ جائیں گی۔</w:t>
      </w:r>
    </w:p>
    <w:p>
      <w:r>
        <w:rPr>
          <w:b/>
        </w:rPr>
        <w:t xml:space="preserve">[09:14] </w:t>
      </w:r>
      <w:r>
        <w:t>isi ko Quran mein kaha gaya hai ke ke Khuda ne insan ke andar do dil nahi banaye.</w:t>
      </w:r>
    </w:p>
    <w:p>
      <w:pPr>
        <w:jc w:val="right"/>
      </w:pPr>
      <w:r>
        <w:t>اسی کو قرآن میں کہا گیا ہے کہ کہ خدا نے انسان کے اندر دو دل نہیں بنائے۔</w:t>
      </w:r>
    </w:p>
    <w:p>
      <w:r>
        <w:rPr>
          <w:b/>
        </w:rPr>
        <w:t xml:space="preserve">[09:19] </w:t>
      </w:r>
      <w:r>
        <w:t>ma ja'ala Allahu lirrajuli min qalbayni fi jawfihi.</w:t>
      </w:r>
    </w:p>
    <w:p>
      <w:pPr>
        <w:jc w:val="right"/>
      </w:pPr>
      <w:r>
        <w:t>ما جعل اللہ لرجل من قلبین فی جوفی۔</w:t>
      </w:r>
    </w:p>
    <w:p>
      <w:r>
        <w:rPr>
          <w:b/>
        </w:rPr>
        <w:t xml:space="preserve">[09:24] </w:t>
      </w:r>
      <w:r>
        <w:t>یعنی emphasize کرنا جو ہے سادہ بات نہیں ہے۔</w:t>
      </w:r>
    </w:p>
    <w:p>
      <w:pPr>
        <w:jc w:val="right"/>
      </w:pPr>
      <w:r>
        <w:t>یعنی ایمفسائز کرنا جو ہے سادہ بات نہیں ہے۔</w:t>
      </w:r>
    </w:p>
    <w:p>
      <w:r>
        <w:rPr>
          <w:b/>
        </w:rPr>
        <w:t xml:space="preserve">[09:29] </w:t>
      </w:r>
      <w:r>
        <w:t>اگر آپ چھوٹی باتوں کو زیادہ امپورٹنس دیں گے، اس کو emphasize کریں گے، اسی پر زیادہ زور</w:t>
      </w:r>
    </w:p>
    <w:p>
      <w:pPr>
        <w:jc w:val="right"/>
      </w:pPr>
      <w:r>
        <w:t>اگر آپ چھوٹی باتوں کو زیادہ امپورٹنس دیں گے، اس کو ایمفسائز کریں گے، اسی پر زیادہ زور</w:t>
      </w:r>
    </w:p>
    <w:p>
      <w:r>
        <w:rPr>
          <w:b/>
        </w:rPr>
        <w:t xml:space="preserve">[09:35] </w:t>
      </w:r>
      <w:r>
        <w:t>ڈالیں گے تو اس کی price یہ دینی پڑے گی کہ بڑی بڑی باتیں جو ہیں وہ ignore</w:t>
      </w:r>
    </w:p>
    <w:p>
      <w:pPr>
        <w:jc w:val="right"/>
      </w:pPr>
      <w:r>
        <w:t>ڈالیں گے تو اس کی پرائس یہ دینی پڑے گی کہ بڑی بڑی باتیں جو ہیں وہ اگنور</w:t>
      </w:r>
    </w:p>
    <w:p>
      <w:r>
        <w:rPr>
          <w:b/>
        </w:rPr>
        <w:t xml:space="preserve">[09:40] </w:t>
      </w:r>
      <w:r>
        <w:t>ho jayengi.</w:t>
      </w:r>
    </w:p>
    <w:p>
      <w:pPr>
        <w:jc w:val="right"/>
      </w:pPr>
      <w:r>
        <w:t>ہو جائیں گی۔</w:t>
      </w:r>
    </w:p>
    <w:p>
      <w:r>
        <w:rPr>
          <w:b/>
        </w:rPr>
        <w:t xml:space="preserve">[09:45] </w:t>
      </w:r>
      <w:r>
        <w:t>bari bari baatein zehan se nikal jayengi.</w:t>
      </w:r>
    </w:p>
    <w:p>
      <w:pPr>
        <w:jc w:val="right"/>
      </w:pPr>
      <w:r>
        <w:t>بڑی بڑی باتیں ذہن سے نکل جائیں گی۔</w:t>
      </w:r>
    </w:p>
    <w:p>
      <w:r>
        <w:rPr>
          <w:b/>
        </w:rPr>
        <w:t xml:space="preserve">[09:50] </w:t>
      </w:r>
      <w:r>
        <w:t>ab main aap ko misaal deta hoon</w:t>
      </w:r>
    </w:p>
    <w:p>
      <w:pPr>
        <w:jc w:val="right"/>
      </w:pPr>
      <w:r>
        <w:t>اب میں آپ کو مثال دیتا ہوں</w:t>
      </w:r>
    </w:p>
    <w:p>
      <w:r>
        <w:rPr>
          <w:b/>
        </w:rPr>
        <w:t xml:space="preserve">[09:55] </w:t>
      </w:r>
      <w:r>
        <w:t>ke kaise aisa hota hai. dekhiye mere paas jin sahib ko telephone aaya tha ke har kaam dain taraf se karna chahiye. to mein ne un se poocha ke is se bari bari sunnatain hain kya is par amal kar rahe hain aap? maslan yeh hai ke insaan se mohabbat karna. zyada bari sunnat hai ke insaan se mohabbat karen aap. to mein ne kaha ke aap jo hain mujhe bataiye ke aaj kal saare duniya</w:t>
      </w:r>
    </w:p>
    <w:p>
      <w:pPr>
        <w:jc w:val="right"/>
      </w:pPr>
      <w:r>
        <w:t>کہ کیسے ایسا ہوتا ہے۔ دیکھیے میرے پاس جن صاحب کو ٹیلی فون آیا تھا کہ ہر کام دائیں طرف سے کرنا چاہیے۔ تو میں نے ان سے پوچھا کہ اس سے بڑی بڑی سنتیں ہیں کیا اس پر عمل کر رہے ہیں آپ؟ مثلاً یہ ہے کہ انسان سے محبت کرنا۔ زیادہ بڑی سنت ہے کہ انسان سے محبت کریں آپ۔ تو میں نے کہا کہ آپ جو ہیں مجھے بتائیے کہ آج کل سارے دنیا</w:t>
      </w:r>
    </w:p>
    <w:p>
      <w:r>
        <w:rPr>
          <w:b/>
        </w:rPr>
        <w:t xml:space="preserve">[10:25] </w:t>
      </w:r>
      <w:r>
        <w:t>ke log insan se, saare dunya ke Musalman jo hain insan se nafrat karte hain.</w:t>
      </w:r>
    </w:p>
    <w:p>
      <w:pPr>
        <w:jc w:val="right"/>
      </w:pPr>
      <w:r>
        <w:t>کے لوگ انسان سے، سارے دنیا کے مسلمان جو ہیں انسان سے نفرت کرتے ہیں۔</w:t>
      </w:r>
    </w:p>
    <w:p>
      <w:r>
        <w:rPr>
          <w:b/>
        </w:rPr>
        <w:t xml:space="preserve">[10:30] </w:t>
      </w:r>
      <w:r>
        <w:t>ke America Islam ka dushman hai, Yahudi Islam ke dushman hain, Hindu jo hain woh woh bhi isi</w:t>
      </w:r>
    </w:p>
    <w:p>
      <w:pPr>
        <w:jc w:val="right"/>
      </w:pPr>
      <w:r>
        <w:t>کہ امریکہ اسلام کا دشمن ہے، یہودی اسلام کے دشمن ہیں، ہندو جو ہیں وہ وہ بھی اسی</w:t>
      </w:r>
    </w:p>
    <w:p>
      <w:r>
        <w:rPr>
          <w:b/>
        </w:rPr>
        <w:t xml:space="preserve">[10:35] </w:t>
      </w:r>
      <w:r>
        <w:t>category mein dalte hain, aap un ko bhi.</w:t>
      </w:r>
    </w:p>
    <w:p>
      <w:pPr>
        <w:jc w:val="right"/>
      </w:pPr>
      <w:r>
        <w:t>کیٹگری میں ڈالتے ہیں، آپ ان کو بھی۔</w:t>
      </w:r>
    </w:p>
    <w:p>
      <w:r>
        <w:rPr>
          <w:b/>
        </w:rPr>
        <w:t xml:space="preserve">[10:40] </w:t>
      </w:r>
      <w:r>
        <w:t>to sabhi ko aap Islam ke dushman batate hain.</w:t>
      </w:r>
    </w:p>
    <w:p>
      <w:pPr>
        <w:jc w:val="right"/>
      </w:pPr>
      <w:r>
        <w:t>تو سبھی کو آپ اسلام کے دشمن بتاتے ہیں۔</w:t>
      </w:r>
    </w:p>
    <w:p>
      <w:r>
        <w:rPr>
          <w:b/>
        </w:rPr>
        <w:t xml:space="preserve">[10:45] </w:t>
      </w:r>
      <w:r>
        <w:t>تو میں نے ان سے پوچھا کہ آپ بتائیے کہ آپ exception ہیں؟ آپ کی سوچ ایسی نہیں</w:t>
      </w:r>
    </w:p>
    <w:p>
      <w:pPr>
        <w:jc w:val="right"/>
      </w:pPr>
      <w:r>
        <w:t>تو میں نے ان سے پوچھا کہ آپ بتائیے کہ آپ ایکسیپشن ہیں؟ آپ کی سوچ ایسی نہیں</w:t>
      </w:r>
    </w:p>
    <w:p>
      <w:r>
        <w:rPr>
          <w:b/>
        </w:rPr>
        <w:t xml:space="preserve">[10:50] </w:t>
      </w:r>
      <w:r>
        <w:t>ہے؟ تو جب میں نے scrutiny کی تو معلوم ہوا کہ وہ بھی اسی طرح سوچتے ہیں۔</w:t>
      </w:r>
    </w:p>
    <w:p>
      <w:pPr>
        <w:jc w:val="right"/>
      </w:pPr>
      <w:r>
        <w:t>ہے؟ تو جب میں نے سکروٹنی کی تو معلوم ہوا کہ وہ بھی اسی طرح سوچتے ہیں۔</w:t>
      </w:r>
    </w:p>
    <w:p>
      <w:r>
        <w:rPr>
          <w:b/>
        </w:rPr>
        <w:t xml:space="preserve">[10:55] </w:t>
      </w:r>
      <w:r>
        <w:t>to insan ke bare mein maine kaha ke aap nafrat mein mubtala hain aur choti choti cheezon</w:t>
      </w:r>
    </w:p>
    <w:p>
      <w:pPr>
        <w:jc w:val="right"/>
      </w:pPr>
      <w:r>
        <w:t>تو انسان کے بارے میں میں نے کہا کہ آپ نفرت میں مبتلا ہیں اور چھوٹی چھوٹی چیزوں</w:t>
      </w:r>
    </w:p>
    <w:p>
      <w:r>
        <w:rPr>
          <w:b/>
        </w:rPr>
        <w:t xml:space="preserve">[11:00] </w:t>
      </w:r>
      <w:r>
        <w:t>ko samajhte hain ke sunnat hai.</w:t>
      </w:r>
    </w:p>
    <w:p>
      <w:pPr>
        <w:jc w:val="right"/>
      </w:pPr>
      <w:r>
        <w:t>کو سمجھتے ہیں کہ سنت ہے۔</w:t>
      </w:r>
    </w:p>
    <w:p>
      <w:r>
        <w:rPr>
          <w:b/>
        </w:rPr>
        <w:t xml:space="preserve">[11:04] </w:t>
      </w:r>
      <w:r>
        <w:t>to maine kaha yeh galat hai.</w:t>
      </w:r>
    </w:p>
    <w:p>
      <w:pPr>
        <w:jc w:val="right"/>
      </w:pPr>
      <w:r>
        <w:t>تو میں نے کہا یہ غلط ہے۔</w:t>
      </w:r>
    </w:p>
    <w:p>
      <w:r>
        <w:rPr>
          <w:b/>
        </w:rPr>
        <w:t xml:space="preserve">[11:09] </w:t>
      </w:r>
      <w:r>
        <w:t>Allah ke Rasool ki zyada bari sunnat yeh hai ke aap insan se mohabbat karein.</w:t>
      </w:r>
    </w:p>
    <w:p>
      <w:pPr>
        <w:jc w:val="right"/>
      </w:pPr>
      <w:r>
        <w:t>اللہ کے رسول کی زیادہ بڑی سنت یہ ہے کہ آپ انسان سے محبت کریں۔</w:t>
      </w:r>
    </w:p>
    <w:p>
      <w:r>
        <w:rPr>
          <w:b/>
        </w:rPr>
        <w:t xml:space="preserve">[11:13] </w:t>
      </w:r>
      <w:r>
        <w:t>insan ke bare mein apni zimmedari ko samjhein.</w:t>
      </w:r>
    </w:p>
    <w:p>
      <w:pPr>
        <w:jc w:val="right"/>
      </w:pPr>
      <w:r>
        <w:t>انسان کے بارے میں اپنی ذمہ داری کو سمجھیں۔</w:t>
      </w:r>
    </w:p>
    <w:p>
      <w:r>
        <w:rPr>
          <w:b/>
        </w:rPr>
        <w:t xml:space="preserve">[11:18] </w:t>
      </w:r>
      <w:r>
        <w:t>yeh zyada badi sunnat hai.</w:t>
      </w:r>
    </w:p>
    <w:p>
      <w:pPr>
        <w:jc w:val="right"/>
      </w:pPr>
      <w:r>
        <w:t>یہ زیادہ بڑی سنت ہے۔</w:t>
      </w:r>
    </w:p>
    <w:p>
      <w:r>
        <w:rPr>
          <w:b/>
        </w:rPr>
        <w:t xml:space="preserve">[11:22] </w:t>
      </w:r>
      <w:r>
        <w:t>is tarah se yeh sunnat hai ke aap</w:t>
      </w:r>
    </w:p>
    <w:p>
      <w:pPr>
        <w:jc w:val="right"/>
      </w:pPr>
      <w:r>
        <w:t>اس طرح سے یہ سنت ہے کہ آپ</w:t>
      </w:r>
    </w:p>
    <w:p>
      <w:r>
        <w:rPr>
          <w:b/>
        </w:rPr>
        <w:t xml:space="preserve">[11:26] </w:t>
      </w:r>
      <w:r>
        <w:t>amal bil maroof aur nahi anil munkar karein.</w:t>
      </w:r>
    </w:p>
    <w:p>
      <w:pPr>
        <w:jc w:val="right"/>
      </w:pPr>
      <w:r>
        <w:t>عمل بالمعروف اور نہی عن المنکر کریں۔</w:t>
      </w:r>
    </w:p>
    <w:p>
      <w:r>
        <w:rPr>
          <w:b/>
        </w:rPr>
        <w:t xml:space="preserve">[11:31] </w:t>
      </w:r>
      <w:r>
        <w:t>جیسے آج کل آپ دیکھیے جگہ جگہ تشدد ہو رہا ہے، لوگ suicide bombing کر رہے ہیں، گن</w:t>
      </w:r>
    </w:p>
    <w:p>
      <w:pPr>
        <w:jc w:val="right"/>
      </w:pPr>
      <w:r>
        <w:t>جیسے آج کل آپ دیکھیے جگہ جگہ تشدد ہو رہا ہے، لوگ سوسائیڈ بمبنگ کر رہے ہیں، گن</w:t>
      </w:r>
    </w:p>
    <w:p>
      <w:r>
        <w:rPr>
          <w:b/>
        </w:rPr>
        <w:t xml:space="preserve">[11:35] </w:t>
      </w:r>
      <w:r>
        <w:t>culture chala rahe hain.</w:t>
      </w:r>
    </w:p>
    <w:p>
      <w:pPr>
        <w:jc w:val="right"/>
      </w:pPr>
      <w:r>
        <w:t>کلچر چلا رہے ہیں۔</w:t>
      </w:r>
    </w:p>
    <w:p>
      <w:r>
        <w:rPr>
          <w:b/>
        </w:rPr>
        <w:t xml:space="preserve">[11:39] </w:t>
      </w:r>
      <w:r>
        <w:t>یہاں پر ذمہ داری کیا ہے؟ کہ آپ ان کو condemn کریں۔</w:t>
      </w:r>
    </w:p>
    <w:p>
      <w:pPr>
        <w:jc w:val="right"/>
      </w:pPr>
      <w:r>
        <w:t>یہاں پر ذمہ داری کیا ہے؟ کہ آپ ان کو کنڈم کریں۔</w:t>
      </w:r>
    </w:p>
    <w:p>
      <w:r>
        <w:rPr>
          <w:b/>
        </w:rPr>
        <w:t xml:space="preserve">[11:44] </w:t>
      </w:r>
      <w:r>
        <w:t>aap unki mazammat karein.</w:t>
      </w:r>
    </w:p>
    <w:p>
      <w:pPr>
        <w:jc w:val="right"/>
      </w:pPr>
      <w:r>
        <w:t>آپ ان کی مذمت کریں۔</w:t>
      </w:r>
    </w:p>
    <w:p>
      <w:r>
        <w:rPr>
          <w:b/>
        </w:rPr>
        <w:t xml:space="preserve">[11:48] </w:t>
      </w:r>
      <w:r>
        <w:t>chup rehna agar aap ki community ke log aisa kar rahe hon, aap chup rahein.</w:t>
      </w:r>
    </w:p>
    <w:p>
      <w:pPr>
        <w:jc w:val="right"/>
      </w:pPr>
      <w:r>
        <w:t>چپ رہنا اگر آپ کی کمیونٹی کے لوگ ایسا کر رہے ہوں، آپ چپ رہیں۔</w:t>
      </w:r>
    </w:p>
    <w:p>
      <w:r>
        <w:rPr>
          <w:b/>
        </w:rPr>
        <w:t xml:space="preserve">[11:52] </w:t>
      </w:r>
      <w:r>
        <w:t>aap indifferent ban jayein. aap</w:t>
      </w:r>
    </w:p>
    <w:p>
      <w:pPr>
        <w:jc w:val="right"/>
      </w:pPr>
      <w:r>
        <w:t>آپ انڈیفرنٹ بن جائیں۔ آپ</w:t>
      </w:r>
    </w:p>
    <w:p>
      <w:r>
        <w:rPr>
          <w:b/>
        </w:rPr>
        <w:t xml:space="preserve">[11:57] </w:t>
      </w:r>
      <w:r>
        <w:t>unko condemn na karein.</w:t>
      </w:r>
    </w:p>
    <w:p>
      <w:pPr>
        <w:jc w:val="right"/>
      </w:pPr>
      <w:r>
        <w:t>ان کو کنڈم نہ کریں۔</w:t>
      </w:r>
    </w:p>
    <w:p>
      <w:r>
        <w:rPr>
          <w:b/>
        </w:rPr>
        <w:t xml:space="preserve">[12:01] </w:t>
      </w:r>
      <w:r>
        <w:t>is mani ke ek badi badi sunnat jo hai, ek bohat badi sunnat ko aap ne chhod diya.</w:t>
      </w:r>
    </w:p>
    <w:p>
      <w:pPr>
        <w:jc w:val="right"/>
      </w:pPr>
      <w:r>
        <w:t>اس معنی کہ ایک بڑی بڑی سنت جو ہے، ایک بہت بڑی سنت کو آپ نے چھوڑ دیا۔</w:t>
      </w:r>
    </w:p>
    <w:p>
      <w:r>
        <w:rPr>
          <w:b/>
        </w:rPr>
        <w:t xml:space="preserve">[12:05] </w:t>
      </w:r>
      <w:r>
        <w:t>maine kaha ke dekhiye aaj kal bohat dahshatgardi ke khilaf conferences ho rahi hain.</w:t>
      </w:r>
    </w:p>
    <w:p>
      <w:pPr>
        <w:jc w:val="right"/>
      </w:pPr>
      <w:r>
        <w:t>میں نے کہا کہ دیکھیے آج کل بہت دہشت گردی کے خلاف کانفرنسیں ہو رہی ہیں۔</w:t>
      </w:r>
    </w:p>
    <w:p>
      <w:r>
        <w:rPr>
          <w:b/>
        </w:rPr>
        <w:t xml:space="preserve">[12:10] </w:t>
      </w:r>
      <w:r>
        <w:t>aur bayanat jari kiye ja rahe hain.</w:t>
      </w:r>
    </w:p>
    <w:p>
      <w:pPr>
        <w:jc w:val="right"/>
      </w:pPr>
      <w:r>
        <w:t>اور بیانات جاری کیے جا رہے ہیں۔</w:t>
      </w:r>
    </w:p>
    <w:p>
      <w:r>
        <w:rPr>
          <w:b/>
        </w:rPr>
        <w:t xml:space="preserve">[12:14] </w:t>
      </w:r>
      <w:r>
        <w:t>log taqreerein kar rahe hain.</w:t>
      </w:r>
    </w:p>
    <w:p>
      <w:pPr>
        <w:jc w:val="right"/>
      </w:pPr>
      <w:r>
        <w:t>لوگ تقریریں کر رہے ہیں۔</w:t>
      </w:r>
    </w:p>
    <w:p>
      <w:r>
        <w:rPr>
          <w:b/>
        </w:rPr>
        <w:t xml:space="preserve">[12:18] </w:t>
      </w:r>
      <w:r>
        <w:t>dahshatgardi Islam mein nahi hai, dahshatgardi Islam mein nahi hai.</w:t>
      </w:r>
    </w:p>
    <w:p>
      <w:pPr>
        <w:jc w:val="right"/>
      </w:pPr>
      <w:r>
        <w:t>دہشت گردی اسلام میں نہیں ہے، دہشت گردی اسلام میں نہیں ہے۔</w:t>
      </w:r>
    </w:p>
    <w:p>
      <w:r>
        <w:rPr>
          <w:b/>
        </w:rPr>
        <w:t xml:space="preserve">[12:23] </w:t>
      </w:r>
      <w:r>
        <w:t>magar yeh jitne bhi bayanat hain aap unko ghaur se padhiye.</w:t>
      </w:r>
    </w:p>
    <w:p>
      <w:pPr>
        <w:jc w:val="right"/>
      </w:pPr>
      <w:r>
        <w:t>مگر یہ جتنے بھی بیانات ہیں آپ ان کو غور سے پڑھیے۔</w:t>
      </w:r>
    </w:p>
    <w:p>
      <w:r>
        <w:rPr>
          <w:b/>
        </w:rPr>
        <w:t xml:space="preserve">[12:27] </w:t>
      </w:r>
      <w:r>
        <w:t>to pehli baat yeh hai ke in logon ko batana chahiye ke dahshatgardi hai kya? sab se</w:t>
      </w:r>
    </w:p>
    <w:p>
      <w:pPr>
        <w:jc w:val="right"/>
      </w:pPr>
      <w:r>
        <w:t>تو پہلی بات یہ ہے کہ ان لوگوں کو بتانا چاہیے کہ دہشت گردی ہے کیا؟ سب سے</w:t>
      </w:r>
    </w:p>
    <w:p>
      <w:r>
        <w:rPr>
          <w:b/>
        </w:rPr>
        <w:t xml:space="preserve">[12:33] </w:t>
      </w:r>
      <w:r>
        <w:t>pehley aap dahshatgardi ki definition batayein, definition, uski taareef.</w:t>
      </w:r>
    </w:p>
    <w:p>
      <w:pPr>
        <w:jc w:val="right"/>
      </w:pPr>
      <w:r>
        <w:t>پہلے آپ دہشت گردی کی ڈیفینیشن بتائیں، ڈیفینیشن، اس کی تعریف۔</w:t>
      </w:r>
    </w:p>
    <w:p>
      <w:r>
        <w:rPr>
          <w:b/>
        </w:rPr>
        <w:t xml:space="preserve">[12:39] </w:t>
      </w:r>
      <w:r>
        <w:t>phir aap batayein specific taur par ke kaun log hain jo is mein mubtala hain aur unko</w:t>
      </w:r>
    </w:p>
    <w:p>
      <w:pPr>
        <w:jc w:val="right"/>
      </w:pPr>
      <w:r>
        <w:t>پھر آپ بتائیں اسپیسیفک طور پر کہ کون لوگ ہیں جو اس میں مبتلا ہیں اور ان کو</w:t>
      </w:r>
    </w:p>
    <w:p>
      <w:r>
        <w:rPr>
          <w:b/>
        </w:rPr>
        <w:t xml:space="preserve">[12:45] </w:t>
      </w:r>
      <w:r>
        <w:t>aap specific taur par condemn karein.</w:t>
      </w:r>
    </w:p>
    <w:p>
      <w:pPr>
        <w:jc w:val="right"/>
      </w:pPr>
      <w:r>
        <w:t>آپ اسپیسیفک طور پر کنڈم کریں۔</w:t>
      </w:r>
    </w:p>
    <w:p>
      <w:r>
        <w:rPr>
          <w:b/>
        </w:rPr>
        <w:t xml:space="preserve">[12:51] </w:t>
      </w:r>
      <w:r>
        <w:t>ab dekhiye ke yeh saare log jo dahshatgardi ke khilaf bolte hain aur likhte hain to yeh nahi</w:t>
      </w:r>
    </w:p>
    <w:p>
      <w:pPr>
        <w:jc w:val="right"/>
      </w:pPr>
      <w:r>
        <w:t>اب دیکھیے کہ یہ سارے لوگ جو دہشت گردی کے خلاف بولتے ہیں اور لکھتے ہیں تو یہ نہیں</w:t>
      </w:r>
    </w:p>
    <w:p>
      <w:r>
        <w:rPr>
          <w:b/>
        </w:rPr>
        <w:t xml:space="preserve">[12:57] </w:t>
      </w:r>
      <w:r>
        <w:t>batate ke dahshatgardi hai kya? ab dekhiye ke woh log jin ko duniya mein, woh saare tashaddud</w:t>
      </w:r>
    </w:p>
    <w:p>
      <w:pPr>
        <w:jc w:val="right"/>
      </w:pPr>
      <w:r>
        <w:t>بتاتے کہ دہشت گردی ہے کیا؟ اب دیکھیے کہ وہ لوگ جن کو دنیا میں، وہ سارے تشدد</w:t>
      </w:r>
    </w:p>
    <w:p>
      <w:r>
        <w:rPr>
          <w:b/>
        </w:rPr>
        <w:t xml:space="preserve">[13:05] </w:t>
      </w:r>
      <w:r>
        <w:t>wale kaam jin ko duniya mein dahshatgardi kaha jata hai, media mein jin ko dahshatgardi batate hain.</w:t>
      </w:r>
    </w:p>
    <w:p>
      <w:pPr>
        <w:jc w:val="right"/>
      </w:pPr>
      <w:r>
        <w:t>والے کام جن کو دنیا میں دہشت گردی کہا جاتا ہے، میڈیا میں جن کو دہشت گردی بتاتے ہیں۔</w:t>
      </w:r>
    </w:p>
    <w:p>
      <w:r>
        <w:rPr>
          <w:b/>
        </w:rPr>
        <w:t xml:space="preserve">[13:12] </w:t>
      </w:r>
      <w:r>
        <w:t>to khud woh log jo hain woh kya kehte hain apne kaam ko? yani media mein in ko</w:t>
      </w:r>
    </w:p>
    <w:p>
      <w:pPr>
        <w:jc w:val="right"/>
      </w:pPr>
      <w:r>
        <w:t>تو خود وہ لوگ جو ہیں وہ کیا کہتے ہیں اپنے کام کو؟ یعنی میڈیا میں ان کو</w:t>
      </w:r>
    </w:p>
    <w:p>
      <w:r>
        <w:rPr>
          <w:b/>
        </w:rPr>
        <w:t xml:space="preserve">[13:20] </w:t>
      </w:r>
      <w:r>
        <w:t>bataya jayega dahshatgard to woh khud apne ko kya kehte hain? woh kehte hain ke hum to azadi</w:t>
      </w:r>
    </w:p>
    <w:p>
      <w:pPr>
        <w:jc w:val="right"/>
      </w:pPr>
      <w:r>
        <w:t>بتایا جائے گا دہشت گرد تو وہ خود اپنے کو کیا کہتے ہیں؟ وہ کہتے ہیں کہ ہم تو آزادی</w:t>
      </w:r>
    </w:p>
    <w:p>
      <w:r>
        <w:rPr>
          <w:b/>
        </w:rPr>
        <w:t xml:space="preserve">[13:27] </w:t>
      </w:r>
      <w:r>
        <w:t>e watan ki jang lad rahe hain.</w:t>
      </w:r>
    </w:p>
    <w:p>
      <w:pPr>
        <w:jc w:val="right"/>
      </w:pPr>
      <w:r>
        <w:t>وطن کی جنگ لڑ رہے ہیں۔</w:t>
      </w:r>
    </w:p>
    <w:p>
      <w:r>
        <w:rPr>
          <w:b/>
        </w:rPr>
        <w:t xml:space="preserve">[13:31] </w:t>
      </w:r>
      <w:r>
        <w:t>woh kehte hain ke hum azadi watan ki larai lar rahe hain.</w:t>
      </w:r>
    </w:p>
    <w:p>
      <w:pPr>
        <w:jc w:val="right"/>
      </w:pPr>
      <w:r>
        <w:t>وہ کہتے ہیں کہ ہم آزادی وطن کی لڑائی لڑ رہے ہیں۔</w:t>
      </w:r>
    </w:p>
    <w:p>
      <w:r>
        <w:rPr>
          <w:b/>
        </w:rPr>
        <w:t xml:space="preserve">[13:34] </w:t>
      </w:r>
      <w:r>
        <w:t>woh kehte hain hum insani huqooq ki larai lar rahe hain.</w:t>
      </w:r>
    </w:p>
    <w:p>
      <w:pPr>
        <w:jc w:val="right"/>
      </w:pPr>
      <w:r>
        <w:t>وہ کہتے ہیں ہم انسانی حقوق کی لڑائی لڑ رہے ہیں۔</w:t>
      </w:r>
    </w:p>
    <w:p>
      <w:r>
        <w:rPr>
          <w:b/>
        </w:rPr>
        <w:t xml:space="preserve">[13:37] </w:t>
      </w:r>
      <w:r>
        <w:t>yani hum azadi ke liye lar rahe hain, huqooq ke liye lar rahe hain.</w:t>
      </w:r>
    </w:p>
    <w:p>
      <w:pPr>
        <w:jc w:val="right"/>
      </w:pPr>
      <w:r>
        <w:t>یعنی ہم آزادی کے لیے لڑ رہے ہیں، حقوق کے لیے لڑ رہے ہیں۔</w:t>
      </w:r>
    </w:p>
    <w:p>
      <w:r>
        <w:rPr>
          <w:b/>
        </w:rPr>
        <w:t xml:space="preserve">[13:41] </w:t>
      </w:r>
      <w:r>
        <w:t>woh apne ko khud dahshatgardi yeh batate hain.</w:t>
      </w:r>
    </w:p>
    <w:p>
      <w:pPr>
        <w:jc w:val="right"/>
      </w:pPr>
      <w:r>
        <w:t>وہ اپنے کو خود دہشت گردی یہ بتاتے ہیں۔</w:t>
      </w:r>
    </w:p>
    <w:p>
      <w:r>
        <w:rPr>
          <w:b/>
        </w:rPr>
        <w:t xml:space="preserve">[13:44] </w:t>
      </w:r>
      <w:r>
        <w:t>to aap jab kahein ke dahshatgardi buri cheez hai to woh samjhein ke hum to dahshat gard</w:t>
      </w:r>
    </w:p>
    <w:p>
      <w:pPr>
        <w:jc w:val="right"/>
      </w:pPr>
      <w:r>
        <w:t>تو آپ جب کہیں کہ دہشت گردی بری چیز ہے تو وہ سمجھیں کہ ہم تو دہشت گرد</w:t>
      </w:r>
    </w:p>
    <w:p>
      <w:r>
        <w:rPr>
          <w:b/>
        </w:rPr>
        <w:t xml:space="preserve">[13:48] </w:t>
      </w:r>
      <w:r>
        <w:t>hain hi nahi.</w:t>
      </w:r>
    </w:p>
    <w:p>
      <w:pPr>
        <w:jc w:val="right"/>
      </w:pPr>
      <w:r>
        <w:t>ہیں ہی نہیں۔</w:t>
      </w:r>
    </w:p>
    <w:p>
      <w:r>
        <w:rPr>
          <w:b/>
        </w:rPr>
        <w:t xml:space="preserve">[13:51] </w:t>
      </w:r>
      <w:r>
        <w:t>jo hoga us par aap ki baat padegi.</w:t>
      </w:r>
    </w:p>
    <w:p>
      <w:pPr>
        <w:jc w:val="right"/>
      </w:pPr>
      <w:r>
        <w:t>جو ہوگا اس پر آپ کی بات پڑے گی۔</w:t>
      </w:r>
    </w:p>
    <w:p>
      <w:r>
        <w:rPr>
          <w:b/>
        </w:rPr>
        <w:t xml:space="preserve">[13:54] </w:t>
      </w:r>
      <w:r>
        <w:t>yani dahshatgardi ke khilaf aap bolenge</w:t>
      </w:r>
    </w:p>
    <w:p>
      <w:pPr>
        <w:jc w:val="right"/>
      </w:pPr>
      <w:r>
        <w:t>یعنی دہشت گردی کے خلاف آپ بولیں گے</w:t>
      </w:r>
    </w:p>
    <w:p>
      <w:r>
        <w:rPr>
          <w:b/>
        </w:rPr>
        <w:t xml:space="preserve">[13:58] </w:t>
      </w:r>
      <w:r>
        <w:t>aur jo log is kaam mein mubtala hain woh samjhenge ke iska talluq hum se to hai nahi.</w:t>
      </w:r>
    </w:p>
    <w:p>
      <w:pPr>
        <w:jc w:val="right"/>
      </w:pPr>
      <w:r>
        <w:t>اور جو لوگ اس کام میں مبتلا ہیں وہ سمجھیں گے کہ اس کا تعلق ہم سے تو ہے نہیں۔</w:t>
      </w:r>
    </w:p>
    <w:p>
      <w:r>
        <w:rPr>
          <w:b/>
        </w:rPr>
        <w:t xml:space="preserve">[14:02] </w:t>
      </w:r>
      <w:r>
        <w:t>hum to azadi watan ki larai lar rahe hain.</w:t>
      </w:r>
    </w:p>
    <w:p>
      <w:pPr>
        <w:jc w:val="right"/>
      </w:pPr>
      <w:r>
        <w:t>ہم تو آزادی وطن کی لڑائی لڑ رہے ہیں۔</w:t>
      </w:r>
    </w:p>
    <w:p>
      <w:r>
        <w:rPr>
          <w:b/>
        </w:rPr>
        <w:t xml:space="preserve">[14:06] </w:t>
      </w:r>
      <w:r>
        <w:t>hum to huqooq ki larai lar rahe hain.</w:t>
      </w:r>
    </w:p>
    <w:p>
      <w:pPr>
        <w:jc w:val="right"/>
      </w:pPr>
      <w:r>
        <w:t>ہم تو حقوق کی لڑائی لڑ رہے ہیں۔</w:t>
      </w:r>
    </w:p>
    <w:p>
      <w:r>
        <w:rPr>
          <w:b/>
        </w:rPr>
        <w:t xml:space="preserve">[14:11] </w:t>
      </w:r>
      <w:r>
        <w:t>hum dahshat gard to hain nahi.</w:t>
      </w:r>
    </w:p>
    <w:p>
      <w:pPr>
        <w:jc w:val="right"/>
      </w:pPr>
      <w:r>
        <w:t>ہم دہشت گرد تو ہیں نہیں۔</w:t>
      </w:r>
    </w:p>
    <w:p>
      <w:r>
        <w:rPr>
          <w:b/>
        </w:rPr>
        <w:t xml:space="preserve">[14:15] </w:t>
      </w:r>
      <w:r>
        <w:t>to aap ko batana padega yeh jo sunnat-e-rasool hai ke burai dekho to us ko roko,</w:t>
      </w:r>
    </w:p>
    <w:p>
      <w:pPr>
        <w:jc w:val="right"/>
      </w:pPr>
      <w:r>
        <w:t>تو آپ کو بتانا پڑے گا یہ جو سنت رسول ہے کہ برائی دیکھو تو اس کو روکو،</w:t>
      </w:r>
    </w:p>
    <w:p>
      <w:r>
        <w:rPr>
          <w:b/>
        </w:rPr>
        <w:t xml:space="preserve">[14:19] </w:t>
      </w:r>
      <w:r>
        <w:t>is ke khilaf bolo.</w:t>
      </w:r>
    </w:p>
    <w:p>
      <w:pPr>
        <w:jc w:val="right"/>
      </w:pPr>
      <w:r>
        <w:t>اس کے خلاف بولو۔</w:t>
      </w:r>
    </w:p>
    <w:p>
      <w:r>
        <w:rPr>
          <w:b/>
        </w:rPr>
        <w:t xml:space="preserve">[14:24] </w:t>
      </w:r>
      <w:r>
        <w:t>is sunnat par agar aap ko amal karna hai aap ko to is ka</w:t>
      </w:r>
    </w:p>
    <w:p>
      <w:pPr>
        <w:jc w:val="right"/>
      </w:pPr>
      <w:r>
        <w:t>اس سنت پر اگر آپ کو عمل کرنا ہے آپ کو تو اس کا</w:t>
      </w:r>
    </w:p>
    <w:p>
      <w:r>
        <w:rPr>
          <w:b/>
        </w:rPr>
        <w:t xml:space="preserve">[14:28] </w:t>
      </w:r>
      <w:r>
        <w:t>yeh tareeqa nahi hai ke aap aap general andaaz mein kahein ke dahshatgardi buri cheez hai.</w:t>
      </w:r>
    </w:p>
    <w:p>
      <w:pPr>
        <w:jc w:val="right"/>
      </w:pPr>
      <w:r>
        <w:t>یہ طریقہ نہیں ہے کہ آپ آپ جنرل انداز میں کہیں کہ دہشت گردی بری چیز ہے۔</w:t>
      </w:r>
    </w:p>
    <w:p>
      <w:r>
        <w:rPr>
          <w:b/>
        </w:rPr>
        <w:t xml:space="preserve">[14:36] </w:t>
      </w:r>
      <w:r>
        <w:t>aur jo log is mein mubtala hain woh samjhein ke hum to dahshat gard hain hi nahi hain.</w:t>
      </w:r>
    </w:p>
    <w:p>
      <w:pPr>
        <w:jc w:val="right"/>
      </w:pPr>
      <w:r>
        <w:t>اور جو لوگ اس میں مبتلا ہیں وہ سمجھیں کہ ہم تو دہشت گرد ہیں ہی نہیں ہیں۔</w:t>
      </w:r>
    </w:p>
    <w:p>
      <w:r>
        <w:rPr>
          <w:b/>
        </w:rPr>
        <w:t xml:space="preserve">[14:44] </w:t>
      </w:r>
      <w:r>
        <w:t>ise sahi tareeqa kya hai? dekhiye sahi tareeqa yeh hai ke yeh bataya jaye ke tashaddud ke hathiyar</w:t>
      </w:r>
    </w:p>
    <w:p>
      <w:pPr>
        <w:jc w:val="right"/>
      </w:pPr>
      <w:r>
        <w:t>اسے صحیح طریقہ کیا ہے؟ دیکھیے صحیح طریقہ یہ ہے کہ یہ بتایا جائے کہ تشدد کے ہتھیار</w:t>
      </w:r>
    </w:p>
    <w:p>
      <w:r>
        <w:rPr>
          <w:b/>
        </w:rPr>
        <w:t xml:space="preserve">[14:52] </w:t>
      </w:r>
      <w:r>
        <w:t>ka istemal ghair hukoomati tanzeemon ke liye jaiz hi nahi hai.</w:t>
      </w:r>
    </w:p>
    <w:p>
      <w:pPr>
        <w:jc w:val="right"/>
      </w:pPr>
      <w:r>
        <w:t>کا استعمال غیر حکومتی تنظیموں کے لیے جائز ہی نہیں ہے۔</w:t>
      </w:r>
    </w:p>
    <w:p>
      <w:r>
        <w:rPr>
          <w:b/>
        </w:rPr>
        <w:t xml:space="preserve">[15:00] </w:t>
      </w:r>
      <w:r>
        <w:t>yeh bataya jaye abhi jo jagah jagah jo tashaddud ho raha hai, log hathiyar uthaye hue hain, gun</w:t>
      </w:r>
    </w:p>
    <w:p>
      <w:pPr>
        <w:jc w:val="right"/>
      </w:pPr>
      <w:r>
        <w:t>یہ بتایا جائے ابھی جو جگہ جگہ جو تشدد ہو رہا ہے، لوگ ہتھیار اٹھائے ہوئے ہیں، گن</w:t>
      </w:r>
    </w:p>
    <w:p>
      <w:r>
        <w:rPr>
          <w:b/>
        </w:rPr>
        <w:t xml:space="preserve">[15:05] </w:t>
      </w:r>
      <w:r>
        <w:t>chalate hain, bam chalate hain.</w:t>
      </w:r>
    </w:p>
    <w:p>
      <w:pPr>
        <w:jc w:val="right"/>
      </w:pPr>
      <w:r>
        <w:t>چلاتے ہیں، بم چلاتے ہیں۔</w:t>
      </w:r>
    </w:p>
    <w:p>
      <w:r>
        <w:rPr>
          <w:b/>
        </w:rPr>
        <w:t xml:space="preserve">[15:11] </w:t>
      </w:r>
      <w:r>
        <w:t>to yeh sab log kaun hain? yeh hukoomat ki fauj nahi hai.</w:t>
      </w:r>
    </w:p>
    <w:p>
      <w:pPr>
        <w:jc w:val="right"/>
      </w:pPr>
      <w:r>
        <w:t>تو یہ سب لوگ کون ہیں؟ یہ حکومت کی فوج نہیں ہے۔</w:t>
      </w:r>
    </w:p>
    <w:p>
      <w:r>
        <w:rPr>
          <w:b/>
        </w:rPr>
        <w:t xml:space="preserve">[15:16] </w:t>
      </w:r>
      <w:r>
        <w:t>yeh hukoomat ki army nahi hai.</w:t>
      </w:r>
    </w:p>
    <w:p>
      <w:pPr>
        <w:jc w:val="right"/>
      </w:pPr>
      <w:r>
        <w:t>یہ حکومت کی آرمی نہیں ہے۔</w:t>
      </w:r>
    </w:p>
    <w:p>
      <w:r>
        <w:rPr>
          <w:b/>
        </w:rPr>
        <w:t xml:space="preserve">[15:21] </w:t>
      </w:r>
      <w:r>
        <w:t>kisi bhi hukoomat ki army is nahi hai.</w:t>
      </w:r>
    </w:p>
    <w:p>
      <w:pPr>
        <w:jc w:val="right"/>
      </w:pPr>
      <w:r>
        <w:t>کسی بھی حکومت کی آرمی اس نہیں ہے۔</w:t>
      </w:r>
    </w:p>
    <w:p>
      <w:r>
        <w:rPr>
          <w:b/>
        </w:rPr>
        <w:t xml:space="preserve">[15:26] </w:t>
      </w:r>
      <w:r>
        <w:t>balkeh hukoomat ke bahar logon ne organization banai hai, jamaatein banai hain, group banaye hain. woh</w:t>
      </w:r>
    </w:p>
    <w:p>
      <w:pPr>
        <w:jc w:val="right"/>
      </w:pPr>
      <w:r>
        <w:t>بلکہ حکومت کے باہر لوگوں نے ارگنائزیشن بنائی ہے، جماعتیں بنائی ہیں، گروپ بنائے ہیں۔ وہ</w:t>
      </w:r>
    </w:p>
    <w:p>
      <w:r>
        <w:rPr>
          <w:b/>
        </w:rPr>
        <w:t xml:space="preserve">[15:31] </w:t>
      </w:r>
      <w:r>
        <w:t>aisa kar rahe hain.</w:t>
      </w:r>
    </w:p>
    <w:p>
      <w:pPr>
        <w:jc w:val="right"/>
      </w:pPr>
      <w:r>
        <w:t>ایسا کر رہے ہیں۔</w:t>
      </w:r>
    </w:p>
    <w:p>
      <w:r>
        <w:rPr>
          <w:b/>
        </w:rPr>
        <w:t xml:space="preserve">[15:37] </w:t>
      </w:r>
      <w:r>
        <w:t>to sahi kaam is mauqa par yeh hai ke yeh bataya jaye ke islam mein ghair hukoomti organizations</w:t>
      </w:r>
    </w:p>
    <w:p>
      <w:pPr>
        <w:jc w:val="right"/>
      </w:pPr>
      <w:r>
        <w:t>تو صحیح کام اس موقع پر یہ ہے کہ یہ بتایا جائے کہ اسلام میں غیر حکومتی ارگنائزیشنز</w:t>
      </w:r>
    </w:p>
    <w:p>
      <w:r>
        <w:rPr>
          <w:b/>
        </w:rPr>
        <w:t xml:space="preserve">[15:43] </w:t>
      </w:r>
      <w:r>
        <w:t>ke liye, NGOs ke liye yeh jaiz hi nahi hai ke woh hathyar uthayein huqooq ke</w:t>
      </w:r>
    </w:p>
    <w:p>
      <w:pPr>
        <w:jc w:val="right"/>
      </w:pPr>
      <w:r>
        <w:t>کے لیے، این جی اوز کے لیے یہ جائز ہی نہیں ہے کہ وہ ہتھیار اٹھائیں حقوق کے</w:t>
      </w:r>
    </w:p>
    <w:p>
      <w:r>
        <w:rPr>
          <w:b/>
        </w:rPr>
        <w:t xml:space="preserve">[15:49] </w:t>
      </w:r>
      <w:r>
        <w:t>naam par ya kisi bhi naam par.</w:t>
      </w:r>
    </w:p>
    <w:p>
      <w:pPr>
        <w:jc w:val="right"/>
      </w:pPr>
      <w:r>
        <w:t>نام پر یا کسی بھی نام پر۔</w:t>
      </w:r>
    </w:p>
    <w:p>
      <w:r>
        <w:rPr>
          <w:b/>
        </w:rPr>
        <w:t xml:space="preserve">[15:55] </w:t>
      </w:r>
      <w:r>
        <w:t>dekhiye islam ki taleem kya hai is tarah ke mamle mein? Islam ki taleem yeh</w:t>
      </w:r>
    </w:p>
    <w:p>
      <w:pPr>
        <w:jc w:val="right"/>
      </w:pPr>
      <w:r>
        <w:t>دیکھیے اسلام کی تعلیم کیا ہے اس طرح کے معاملے میں؟ اسلام کی تعلیم یہ</w:t>
      </w:r>
    </w:p>
    <w:p>
      <w:r>
        <w:rPr>
          <w:b/>
        </w:rPr>
        <w:t xml:space="preserve">[16:01] </w:t>
      </w:r>
      <w:r>
        <w:t>hai ke agar aap dekhein ke aap ke mulk mein, aap ke ilaqe mein koi aisa kaam ho</w:t>
      </w:r>
    </w:p>
    <w:p>
      <w:pPr>
        <w:jc w:val="right"/>
      </w:pPr>
      <w:r>
        <w:t>ہے کہ اگر آپ دیکھیں کہ آپ کے ملک میں، آپ کے علاقے میں کوئی ایسا کام ہو</w:t>
      </w:r>
    </w:p>
    <w:p>
      <w:r>
        <w:rPr>
          <w:b/>
        </w:rPr>
        <w:t xml:space="preserve">[16:08] </w:t>
      </w:r>
      <w:r>
        <w:t>raha hai jo aap ke nazdeek ghalat hai to aap sirf itna hi haq hai aap ko ke</w:t>
      </w:r>
    </w:p>
    <w:p>
      <w:pPr>
        <w:jc w:val="right"/>
      </w:pPr>
      <w:r>
        <w:t>رہا ہے جو آپ کے نزدیک غلط ہے تو آپ صرف اتنا ہی حق ہے آپ کو کہ</w:t>
      </w:r>
    </w:p>
    <w:p>
      <w:r>
        <w:rPr>
          <w:b/>
        </w:rPr>
        <w:t xml:space="preserve">[16:16] </w:t>
      </w:r>
      <w:r>
        <w:t>aap is ke khilaf bolein thande tareeqe se, reason ki zuban mein jo insaan samajh sake.</w:t>
      </w:r>
    </w:p>
    <w:p>
      <w:pPr>
        <w:jc w:val="right"/>
      </w:pPr>
      <w:r>
        <w:t>آپ اس کے خلاف بولیں ٹھنڈے طریقے سے، ریزن کی زبان میں جو انسان سمجھ سکے۔</w:t>
      </w:r>
    </w:p>
    <w:p>
      <w:r>
        <w:rPr>
          <w:b/>
        </w:rPr>
        <w:t xml:space="preserve">[16:24] </w:t>
      </w:r>
      <w:r>
        <w:t>bas aap ko yeh haq nahi hai</w:t>
      </w:r>
    </w:p>
    <w:p>
      <w:pPr>
        <w:jc w:val="right"/>
      </w:pPr>
      <w:r>
        <w:t>بس آپ کو یہ حق نہیں ہے</w:t>
      </w:r>
    </w:p>
    <w:p>
      <w:r>
        <w:rPr>
          <w:b/>
        </w:rPr>
        <w:t xml:space="preserve">[16:32] </w:t>
      </w:r>
      <w:r>
        <w:t>ke is par aap tashaddud karein, is ko goli marein.</w:t>
      </w:r>
    </w:p>
    <w:p>
      <w:pPr>
        <w:jc w:val="right"/>
      </w:pPr>
      <w:r>
        <w:t>کہ اس پر آپ تشدد کریں، اس کو گولی ماریں۔</w:t>
      </w:r>
    </w:p>
    <w:p>
      <w:r>
        <w:rPr>
          <w:b/>
        </w:rPr>
        <w:t xml:space="preserve">[16:37] </w:t>
      </w:r>
      <w:r>
        <w:t>bilkul haq nahi hai aap ko.</w:t>
      </w:r>
    </w:p>
    <w:p>
      <w:pPr>
        <w:jc w:val="right"/>
      </w:pPr>
      <w:r>
        <w:t>بالکل حق نہیں ہے آپ کو۔</w:t>
      </w:r>
    </w:p>
    <w:p>
      <w:r>
        <w:rPr>
          <w:b/>
        </w:rPr>
        <w:t xml:space="preserve">[16:42] </w:t>
      </w:r>
      <w:r>
        <w:t>aap ya to report kijiye police ko ya government ko report kijiye ya jo rulers hain un se</w:t>
      </w:r>
    </w:p>
    <w:p>
      <w:pPr>
        <w:jc w:val="right"/>
      </w:pPr>
      <w:r>
        <w:t>آپ یا تو رپورٹ کیجیے پولیس کو یا گورنمنٹ کو رپورٹ کیجیے یا جو روڈرز ہیں ان سے</w:t>
      </w:r>
    </w:p>
    <w:p>
      <w:r>
        <w:rPr>
          <w:b/>
        </w:rPr>
        <w:t xml:space="preserve">[16:48] </w:t>
      </w:r>
      <w:r>
        <w:t>mil kar ke un ko bataiye.</w:t>
      </w:r>
    </w:p>
    <w:p>
      <w:pPr>
        <w:jc w:val="right"/>
      </w:pPr>
      <w:r>
        <w:t>مل کر کے ان کو بتائیے۔</w:t>
      </w:r>
    </w:p>
    <w:p>
      <w:r>
        <w:rPr>
          <w:b/>
        </w:rPr>
        <w:t xml:space="preserve">[16:53] </w:t>
      </w:r>
      <w:r>
        <w:t>bas kyunke hathyar uthana sirf hukoomat ka kaam hai.</w:t>
      </w:r>
    </w:p>
    <w:p>
      <w:pPr>
        <w:jc w:val="right"/>
      </w:pPr>
      <w:r>
        <w:t>بس کیونکہ ہتھیار اٹھانا صرف حکومت کا کام ہے۔</w:t>
      </w:r>
    </w:p>
    <w:p>
      <w:r>
        <w:rPr>
          <w:b/>
        </w:rPr>
        <w:t xml:space="preserve">[16:58] </w:t>
      </w:r>
      <w:r>
        <w:t>islam ka usool dekhiye yeh hai ke ar-ra'il lil-imam</w:t>
      </w:r>
    </w:p>
    <w:p>
      <w:pPr>
        <w:jc w:val="right"/>
      </w:pPr>
      <w:r>
        <w:t>اسلام کا اصول دیکھیے یہ ہے کہ الرحیل للامام</w:t>
      </w:r>
    </w:p>
    <w:p>
      <w:r>
        <w:rPr>
          <w:b/>
        </w:rPr>
        <w:t xml:space="preserve">[17:04] </w:t>
      </w:r>
      <w:r>
        <w:t>ke hathyar uthana, jang karna yeh sirf hakim ka kaam hai.</w:t>
      </w:r>
    </w:p>
    <w:p>
      <w:pPr>
        <w:jc w:val="right"/>
      </w:pPr>
      <w:r>
        <w:t>کہ ہتھیار اٹھانا، جنگ کرنا یہ صرف حاکم کا کام ہے۔</w:t>
      </w:r>
    </w:p>
    <w:p>
      <w:r>
        <w:rPr>
          <w:b/>
        </w:rPr>
        <w:t xml:space="preserve">[17:11] </w:t>
      </w:r>
      <w:r>
        <w:t>hakim ke siwa kisi ko haq hi nahi hai ke woh hathyar uthaye, woh jang kare.</w:t>
      </w:r>
    </w:p>
    <w:p>
      <w:pPr>
        <w:jc w:val="right"/>
      </w:pPr>
      <w:r>
        <w:t>حاکم کے سوا کسی کو حق ہی نہیں ہے کہ وہ ہتھیار اٹھائے، وہ جنگ کرے۔</w:t>
      </w:r>
    </w:p>
    <w:p>
      <w:r>
        <w:rPr>
          <w:b/>
        </w:rPr>
        <w:t xml:space="preserve">[17:19] </w:t>
      </w:r>
      <w:r>
        <w:t>aur hakim bhi jang kar sakta hai sirf difaa ke liye, defense ke liye.</w:t>
      </w:r>
    </w:p>
    <w:p>
      <w:pPr>
        <w:jc w:val="right"/>
      </w:pPr>
      <w:r>
        <w:t>اور حاکم بھی جنگ کر سکتا ہے صرف دفاع کے لیے، ڈیفنس کے لیے۔</w:t>
      </w:r>
    </w:p>
    <w:p>
      <w:r>
        <w:rPr>
          <w:b/>
        </w:rPr>
        <w:t xml:space="preserve">[17:26] </w:t>
      </w:r>
      <w:r>
        <w:t>yani agar bahar se koi qaum attack kar de, is ko kaha jata hai</w:t>
      </w:r>
    </w:p>
    <w:p>
      <w:pPr>
        <w:jc w:val="right"/>
      </w:pPr>
      <w:r>
        <w:t>یعنی اگر باہر سے کوئی قوم اٹیک کر دے، اس کو کہا جاتا ہے</w:t>
      </w:r>
    </w:p>
    <w:p>
      <w:r>
        <w:rPr>
          <w:b/>
        </w:rPr>
        <w:t xml:space="preserve">[17:34] </w:t>
      </w:r>
      <w:r>
        <w:t>yani defensive situation. to agar koi bahar se attack kar de, yani border cross kar ke woh aap ke mulk mein dakhil ho jaye to woh hai attack, woh hai aggression. is ka muqabla hukumat karegi, fauj karegi, army karegi. aam log is mein aisa nahi kar sakte ke woh bandook le kar ke lage laren. to us waqt jo dahshatgardi ke mamle</w:t>
      </w:r>
    </w:p>
    <w:p>
      <w:pPr>
        <w:jc w:val="right"/>
      </w:pPr>
      <w:r>
        <w:t>یعنی ڈیفنسو سچویشن۔ تو اگر کوئی باہر سے اٹیک کر دے، یعنی بارڈر کراس کر کے وہ آپ کے ملک میں داخل ہو جائے تو وہ ہے اٹیک، وہ ہے ایگریشن۔ اس کا مقابلہ حکومت کرے گی، فوج کرے گی، آرمی کرے گی۔ عام لوگ اس میں ایسا نہیں کر سکتے کہ وہ بندوق لے کر کے لگے لڑ لیں۔ تو اس وقت جو دہشت گردی کے معامل</w:t>
      </w:r>
    </w:p>
    <w:p>
      <w:r>
        <w:rPr>
          <w:b/>
        </w:rPr>
        <w:t xml:space="preserve">[18:04] </w:t>
      </w:r>
      <w:r>
        <w:t>mein jo batane ki baat hai woh yeh hai ke jo log tashaddud kar rahe hain, jinhone</w:t>
      </w:r>
    </w:p>
    <w:p>
      <w:pPr>
        <w:jc w:val="right"/>
      </w:pPr>
      <w:r>
        <w:t>ے میں جو بتانے کی بات ہے وہ یہ ہے کہ جو لوگ تشدد کر رہے ہیں، جنہوں</w:t>
      </w:r>
    </w:p>
    <w:p>
      <w:r>
        <w:rPr>
          <w:b/>
        </w:rPr>
        <w:t xml:space="preserve">[18:10] </w:t>
      </w:r>
      <w:r>
        <w:t>ne hathyar utha rakha hai, un ke liye hathyar uthana jaiz hi nahi hai.</w:t>
      </w:r>
    </w:p>
    <w:p>
      <w:pPr>
        <w:jc w:val="right"/>
      </w:pPr>
      <w:r>
        <w:t>نے ہتھیار اٹھا رکھا ہے، ان کے لیے ہتھیار اٹھانا جائز ہی نہیں ہے۔</w:t>
      </w:r>
    </w:p>
    <w:p>
      <w:r>
        <w:rPr>
          <w:b/>
        </w:rPr>
        <w:t xml:space="preserve">[18:16] </w:t>
      </w:r>
      <w:r>
        <w:t>to un ka, un ki jo jahad hai, un ki jo struggle hai, woh dahshat gardi is liye</w:t>
      </w:r>
    </w:p>
    <w:p>
      <w:pPr>
        <w:jc w:val="right"/>
      </w:pPr>
      <w:r>
        <w:t>تو ان کا، ان کی جو جدوجہد ہے، ان کی جو سٹرگل ہے، وہ دہشت گردی اس لیے</w:t>
      </w:r>
    </w:p>
    <w:p>
      <w:r>
        <w:rPr>
          <w:b/>
        </w:rPr>
        <w:t xml:space="preserve">[18:22] </w:t>
      </w:r>
      <w:r>
        <w:t>hai ke woh government nahi hai, tab bhi hathyar utha hui hai.</w:t>
      </w:r>
    </w:p>
    <w:p>
      <w:pPr>
        <w:jc w:val="right"/>
      </w:pPr>
      <w:r>
        <w:t>ہے کہ وہ گورنمنٹ نہیں ہے، تب بھی ہتھیار اٹھا ہوئی ہے۔</w:t>
      </w:r>
    </w:p>
    <w:p>
      <w:r>
        <w:rPr>
          <w:b/>
        </w:rPr>
        <w:t xml:space="preserve">[18:29] </w:t>
      </w:r>
      <w:r>
        <w:t>is liye woh dahshat gardi hai.</w:t>
      </w:r>
    </w:p>
    <w:p>
      <w:pPr>
        <w:jc w:val="right"/>
      </w:pPr>
      <w:r>
        <w:t>اس لیے وہ دہشت گردی ہے۔</w:t>
      </w:r>
    </w:p>
    <w:p>
      <w:r>
        <w:rPr>
          <w:b/>
        </w:rPr>
        <w:t xml:space="preserve">[18:35] </w:t>
      </w:r>
      <w:r>
        <w:t>dahshat gardi ki tareef yeh hai ke ke aise log hathyar uthayein jo hukoomat nahi hain, jinhein haq</w:t>
      </w:r>
    </w:p>
    <w:p>
      <w:pPr>
        <w:jc w:val="right"/>
      </w:pPr>
      <w:r>
        <w:t>دہشت گردی کی تعریف یہ ہے کہ کہ ایسے لوگ ہتھیار اٹھائیں جو حکومت نہیں ہیں، جنہیں حق</w:t>
      </w:r>
    </w:p>
    <w:p>
      <w:r>
        <w:rPr>
          <w:b/>
        </w:rPr>
        <w:t xml:space="preserve">[18:40] </w:t>
      </w:r>
      <w:r>
        <w:t>nahi hai ke hathyar uthayein, jinhein sirf haq tha ke aman ke sath, peaceful tareeqe se logon</w:t>
      </w:r>
    </w:p>
    <w:p>
      <w:pPr>
        <w:jc w:val="right"/>
      </w:pPr>
      <w:r>
        <w:t>نہیں ہے کہ ہتھیار اٹھائیں، جنہیں صرف حق تھا کہ امن کے ساتھ، پیس فل طریقے سے لوگوں</w:t>
      </w:r>
    </w:p>
    <w:p>
      <w:r>
        <w:rPr>
          <w:b/>
        </w:rPr>
        <w:t xml:space="preserve">[18:45] </w:t>
      </w:r>
      <w:r>
        <w:t>se persuade karein.</w:t>
      </w:r>
    </w:p>
    <w:p>
      <w:pPr>
        <w:jc w:val="right"/>
      </w:pPr>
      <w:r>
        <w:t>سے پرسویٹ کریں۔</w:t>
      </w:r>
    </w:p>
    <w:p>
      <w:r>
        <w:rPr>
          <w:b/>
        </w:rPr>
        <w:t xml:space="preserve">[18:50] </w:t>
      </w:r>
      <w:r>
        <w:t>Unhone hathyar utha liya, yahi hai dahshat gardi.</w:t>
      </w:r>
    </w:p>
    <w:p>
      <w:pPr>
        <w:jc w:val="right"/>
      </w:pPr>
      <w:r>
        <w:t>انہوں نے ہتھیار اٹھا لیا، یہی ہے دہشت گردی۔</w:t>
      </w:r>
    </w:p>
    <w:p>
      <w:r>
        <w:rPr>
          <w:b/>
        </w:rPr>
        <w:t xml:space="preserve">[18:55] </w:t>
      </w:r>
      <w:r>
        <w:t>Is tarah se batana parega.</w:t>
      </w:r>
    </w:p>
    <w:p>
      <w:pPr>
        <w:jc w:val="right"/>
      </w:pPr>
      <w:r>
        <w:t>اس طرح سے بتانا پڑے گا۔</w:t>
      </w:r>
    </w:p>
    <w:p>
      <w:r>
        <w:rPr>
          <w:b/>
        </w:rPr>
        <w:t xml:space="preserve">[19:00] </w:t>
      </w:r>
      <w:r>
        <w:t>Sirf yeh kehna ke dahshat gardi buri cheez hai, is se kuch kuch nahi hota.</w:t>
      </w:r>
    </w:p>
    <w:p>
      <w:pPr>
        <w:jc w:val="right"/>
      </w:pPr>
      <w:r>
        <w:t>صرف یہ کہنا کہ دہشت گردی بری چیز ہے، اس سے کچھ کچھ نہیں ہوتا۔</w:t>
      </w:r>
    </w:p>
    <w:p>
      <w:r>
        <w:rPr>
          <w:b/>
        </w:rPr>
        <w:t xml:space="preserve">[19:06] </w:t>
      </w:r>
      <w:r>
        <w:t>Kyunke woh log jo azadi ke naam par lad rahe hain, woh log jo huqooq ke naam par,</w:t>
      </w:r>
    </w:p>
    <w:p>
      <w:pPr>
        <w:jc w:val="right"/>
      </w:pPr>
      <w:r>
        <w:t>کیونکہ وہ لوگ جو آزادی کے نام پر لڑ رہے ہیں، وہ لوگ جو حقوق کے نام پر،</w:t>
      </w:r>
    </w:p>
    <w:p>
      <w:r>
        <w:rPr>
          <w:b/>
        </w:rPr>
        <w:t xml:space="preserve">[19:12] </w:t>
      </w:r>
      <w:r>
        <w:t>right ke naam par lad rahe hain, unko yeh batana parega ke tum ladna tumhara kaam nahi hai.</w:t>
      </w:r>
    </w:p>
    <w:p>
      <w:pPr>
        <w:jc w:val="right"/>
      </w:pPr>
      <w:r>
        <w:t>رائٹ کے نام پر لڑ رہے ہیں، ان کو یہ بتانا پڑے گا کہ تم لڑنا تمہارا کام نہیں ہے۔</w:t>
      </w:r>
    </w:p>
    <w:p>
      <w:r>
        <w:rPr>
          <w:b/>
        </w:rPr>
        <w:t xml:space="preserve">[19:18] </w:t>
      </w:r>
      <w:r>
        <w:t>Tumhara kaam hai peaceful struggle.</w:t>
      </w:r>
    </w:p>
    <w:p>
      <w:pPr>
        <w:jc w:val="right"/>
      </w:pPr>
      <w:r>
        <w:t>تمہارا کام ہے پیس فل اسٹرگل۔</w:t>
      </w:r>
    </w:p>
    <w:p>
      <w:r>
        <w:rPr>
          <w:b/>
        </w:rPr>
        <w:t xml:space="preserve">[19:24] </w:t>
      </w:r>
      <w:r>
        <w:t>Bas aman ke bahir kuch bhi jo tum karoge, wahi dahshat gardi hai.</w:t>
      </w:r>
    </w:p>
    <w:p>
      <w:pPr>
        <w:jc w:val="right"/>
      </w:pPr>
      <w:r>
        <w:t>بس امن کے باہر کچھ بھی جو تم کرو گے، وہی دہشت گردی ہے۔</w:t>
      </w:r>
    </w:p>
    <w:p>
      <w:r>
        <w:rPr>
          <w:b/>
        </w:rPr>
        <w:t xml:space="preserve">[19:30] </w:t>
      </w:r>
      <w:r>
        <w:t>Chahe aap naam lein Islam ka, chahe aap naam lein ke hum</w:t>
      </w:r>
    </w:p>
    <w:p>
      <w:pPr>
        <w:jc w:val="right"/>
      </w:pPr>
      <w:r>
        <w:t>چاہے آپ نام لیں اسلام کا، چاہے آپ نام لیں کہ ہم</w:t>
      </w:r>
    </w:p>
    <w:p>
      <w:r>
        <w:rPr>
          <w:b/>
        </w:rPr>
        <w:t xml:space="preserve">[19:36] </w:t>
      </w:r>
      <w:r>
        <w:t>aaye, yeh hamare right hain, chahe aap naam lein ke hum justice ke liye lad rahe hain.</w:t>
      </w:r>
    </w:p>
    <w:p>
      <w:pPr>
        <w:jc w:val="right"/>
      </w:pPr>
      <w:r>
        <w:t>آئے، یہ ہمارے رائٹ ہیں، چاہے آپ نام لیں کہ ہم جسٹس کے لیے لڑ رہے ہیں۔</w:t>
      </w:r>
    </w:p>
    <w:p>
      <w:r>
        <w:rPr>
          <w:b/>
        </w:rPr>
        <w:t xml:space="preserve">[19:43] </w:t>
      </w:r>
      <w:r>
        <w:t>Justice ke naam par ladna aap ke kaam ko sahi nahi bana dega.</w:t>
      </w:r>
    </w:p>
    <w:p>
      <w:pPr>
        <w:jc w:val="right"/>
      </w:pPr>
      <w:r>
        <w:t>جسٹس کے نام پر لڑنا آپ کے کام کو صحیح نہیں بنا دے گا۔</w:t>
      </w:r>
    </w:p>
    <w:p>
      <w:r>
        <w:rPr>
          <w:b/>
        </w:rPr>
        <w:t xml:space="preserve">[19:50] </w:t>
      </w:r>
      <w:r>
        <w:t>Koi bhi naam lein, aap justice ka naam lein ya koi bhi naam lein, lekin jab aap ne</w:t>
      </w:r>
    </w:p>
    <w:p>
      <w:pPr>
        <w:jc w:val="right"/>
      </w:pPr>
      <w:r>
        <w:t>کوئی بھی نام لیں، آپ جسٹس کا نام لیں یا کوئی بھی نام لیں، لیکن جب آپ نے</w:t>
      </w:r>
    </w:p>
    <w:p>
      <w:r>
        <w:rPr>
          <w:b/>
        </w:rPr>
        <w:t xml:space="preserve">[19:57] </w:t>
      </w:r>
      <w:r>
        <w:t>hathyar uthaya, hukumat na hote hue to aap dahshat gard ban gaye.</w:t>
      </w:r>
    </w:p>
    <w:p>
      <w:pPr>
        <w:jc w:val="right"/>
      </w:pPr>
      <w:r>
        <w:t>ہتھیار اٹھایا، حکومت نہ ہوتے ہوئے تو آپ دہشت گرد بن گئے۔</w:t>
      </w:r>
    </w:p>
    <w:p>
      <w:r>
        <w:rPr>
          <w:b/>
        </w:rPr>
        <w:t xml:space="preserve">[20:04] </w:t>
      </w:r>
      <w:r>
        <w:t>Yeh hai woh baat jo logon ko batana chahiye.</w:t>
      </w:r>
    </w:p>
    <w:p>
      <w:pPr>
        <w:jc w:val="right"/>
      </w:pPr>
      <w:r>
        <w:t>یہ ہے وہ بات جو لوگوں کو بتانا چاہیے۔</w:t>
      </w:r>
    </w:p>
    <w:p>
      <w:r>
        <w:rPr>
          <w:b/>
        </w:rPr>
        <w:t xml:space="preserve">[20:11] </w:t>
      </w:r>
      <w:r>
        <w:t>Dekhein sunnat jo hai to us ko aap do hisse mein bant sakte hain.</w:t>
      </w:r>
    </w:p>
    <w:p>
      <w:pPr>
        <w:jc w:val="right"/>
      </w:pPr>
      <w:r>
        <w:t>دیکھیں سنت جو ہے تو اس کو آپ دو حصے میں بانٹ سکتے ہیں۔</w:t>
      </w:r>
    </w:p>
    <w:p>
      <w:r>
        <w:rPr>
          <w:b/>
        </w:rPr>
        <w:t xml:space="preserve">[20:18] </w:t>
      </w:r>
      <w:r>
        <w:t>Ek rozmarra ki zindagi mein aap ne kya tareeqa ikhtiyar farmaya? Masalan pani peena, chalna, khana khana, sona,</w:t>
      </w:r>
    </w:p>
    <w:p>
      <w:pPr>
        <w:jc w:val="right"/>
      </w:pPr>
      <w:r>
        <w:t>ایک روزمرہ کی زندگی میں آپ نے کیا طریقہ اختیار فرمایا؟ مثلاً پانی پینا، چلنا، کھانا کھانا، سونا،</w:t>
      </w:r>
    </w:p>
    <w:p>
      <w:r>
        <w:rPr>
          <w:b/>
        </w:rPr>
        <w:t xml:space="preserve">[20:26] </w:t>
      </w:r>
      <w:r>
        <w:t>baithna, uthna, yeh hai is mein.</w:t>
      </w:r>
    </w:p>
    <w:p>
      <w:pPr>
        <w:jc w:val="right"/>
      </w:pPr>
      <w:r>
        <w:t>بیٹھنا، اٹھنا، یہ ہے اس میں۔</w:t>
      </w:r>
    </w:p>
    <w:p>
      <w:r>
        <w:rPr>
          <w:b/>
        </w:rPr>
        <w:t xml:space="preserve">[20:33] </w:t>
      </w:r>
      <w:r>
        <w:t>To yeh bhi sunnat hai, lekin asal sunnat jo hai</w:t>
      </w:r>
    </w:p>
    <w:p>
      <w:pPr>
        <w:jc w:val="right"/>
      </w:pPr>
      <w:r>
        <w:t>تو یہ بھی سنت ہے، لیکن اصل سنت جو ہے</w:t>
      </w:r>
    </w:p>
    <w:p>
      <w:r>
        <w:rPr>
          <w:b/>
        </w:rPr>
        <w:t xml:space="preserve">[20:41] </w:t>
      </w:r>
      <w:r>
        <w:t>yahi nahi hai. yani Rasool Allah Sal Allahu Alaihi Wasallam is liye nahi aaye the ke logon ko yeh batayen ke dekho bhai, dahne hath se pani piyo, dekho bhai, chalo to daayen taraf se chalo. yeh to bohat bari museebat hai. agar aap yeh samjhen ke Rasool Allah ka tareeqa yeh tha ke daayen taraf se chala jaye, to agar aap aise mulk mein hon jahan ki left ka usool hai, to aap kya karenge? aap daayen taraf chalenge aur woh mulk to keh raha hai ke left,</w:t>
      </w:r>
    </w:p>
    <w:p>
      <w:pPr>
        <w:jc w:val="right"/>
      </w:pPr>
      <w:r>
        <w:t>یہی نہیں ہے۔ یعنی رسول اللہ صلی اللہ علیہ وسلم اس لیے نہیں آئے تھے کہ لوگوں کو یہ بتائیں کہ دیکھو بھائی، داہنے ہاتھ سے پانی پیو، دیکھو بھائی، چلو تو دائیں طرف سے چلو۔ یہ تو بہت بڑی مصیبت ہے۔ اگر آپ یہ سمجھیں کہ رسول اللہ کا طریقہ یہ تھا کہ داہنی طرف سے چلا جائے، تو اگر آپ ایسے ملک میں ہوں جہاں کی لیفٹ کا اصول ہے، تو آپ کیا کریں گے؟ آپ دائیں طرف چلیں گے اور وہ ملک تو کہہ رہا ہے کہ لیفٹ،</w:t>
      </w:r>
    </w:p>
    <w:p>
      <w:r>
        <w:rPr>
          <w:b/>
        </w:rPr>
        <w:t xml:space="preserve">[21:11] </w:t>
      </w:r>
      <w:r>
        <w:t>baayein taraf se chalo, phir to takrao hoga.</w:t>
      </w:r>
    </w:p>
    <w:p>
      <w:pPr>
        <w:jc w:val="right"/>
      </w:pPr>
      <w:r>
        <w:t>بائیں طرف سے چلو، پھر تو ٹکراؤ ہوگا۔</w:t>
      </w:r>
    </w:p>
    <w:p>
      <w:r>
        <w:rPr>
          <w:b/>
        </w:rPr>
        <w:t xml:space="preserve">[21:15] </w:t>
      </w:r>
      <w:r>
        <w:t>To aap ko is mulk ke traffic ko follow karna hoga.</w:t>
      </w:r>
    </w:p>
    <w:p>
      <w:pPr>
        <w:jc w:val="right"/>
      </w:pPr>
      <w:r>
        <w:t>تو آپ کو اس ملک کے ٹریفک کو فالو کرنا ہوگا۔</w:t>
      </w:r>
    </w:p>
    <w:p>
      <w:r>
        <w:rPr>
          <w:b/>
        </w:rPr>
        <w:t xml:space="preserve">[21:20] </w:t>
      </w:r>
      <w:r>
        <w:t>Is mulk ka jo rule ho traffic ka, us ko follow karna hoga.</w:t>
      </w:r>
    </w:p>
    <w:p>
      <w:pPr>
        <w:jc w:val="right"/>
      </w:pPr>
      <w:r>
        <w:t>اس ملک کا جو رول ہو ٹریفک کا، اس کو فالو کرنا ہوگا۔</w:t>
      </w:r>
    </w:p>
    <w:p>
      <w:r>
        <w:rPr>
          <w:b/>
        </w:rPr>
        <w:t xml:space="preserve">[21:24] </w:t>
      </w:r>
      <w:r>
        <w:t>Agar keep left ka usool hai to aap ko bhi keep left, keep left ka usool follow karna hoga.</w:t>
      </w:r>
    </w:p>
    <w:p>
      <w:pPr>
        <w:jc w:val="right"/>
      </w:pPr>
      <w:r>
        <w:t>اگر کیپ لیفٹ کا اصول ہے تو آپ کو بھی کیپ لیفٹ، کیپ لیفٹ کا اصول فالو کرنا ہوگا۔</w:t>
      </w:r>
    </w:p>
    <w:p>
      <w:r>
        <w:rPr>
          <w:b/>
        </w:rPr>
        <w:t xml:space="preserve">[21:28] </w:t>
      </w:r>
      <w:r>
        <w:t>Keep right ka hai to keep right follow karna hoga.</w:t>
      </w:r>
    </w:p>
    <w:p>
      <w:pPr>
        <w:jc w:val="right"/>
      </w:pPr>
      <w:r>
        <w:t>کیپ رائٹ کا ہے تو کیپ رائٹ فالو کرنا ہوگا۔</w:t>
      </w:r>
    </w:p>
    <w:p>
      <w:r>
        <w:rPr>
          <w:b/>
        </w:rPr>
        <w:t xml:space="preserve">[21:33] </w:t>
      </w:r>
      <w:r>
        <w:t>Yeh nahi ke aap kahein ke sahib, hamare rasool ne bataya hai ke dahni chalo, to hum to</w:t>
      </w:r>
    </w:p>
    <w:p>
      <w:pPr>
        <w:jc w:val="right"/>
      </w:pPr>
      <w:r>
        <w:t>یہ نہیں کہ آپ کہیں کہ صاحب، ہمارے رسول نے بتایا ہے کہ داہنی چلو، تو ہم تو</w:t>
      </w:r>
    </w:p>
    <w:p>
      <w:r>
        <w:rPr>
          <w:b/>
        </w:rPr>
        <w:t xml:space="preserve">[21:37] </w:t>
      </w:r>
      <w:r>
        <w:t>dahni chalen ge, chahe takrain, chahe sarak par takra kar marain.</w:t>
      </w:r>
    </w:p>
    <w:p>
      <w:pPr>
        <w:jc w:val="right"/>
      </w:pPr>
      <w:r>
        <w:t>داہنی چلیں گے، چاہے ٹکرائیں، چاہے سڑک پر ٹکرا کر مریں۔</w:t>
      </w:r>
    </w:p>
    <w:p>
      <w:r>
        <w:rPr>
          <w:b/>
        </w:rPr>
        <w:t xml:space="preserve">[21:42] </w:t>
      </w:r>
      <w:r>
        <w:t>yeh koi sunnat nahi hai.</w:t>
      </w:r>
    </w:p>
    <w:p>
      <w:pPr>
        <w:jc w:val="right"/>
      </w:pPr>
      <w:r>
        <w:t>یہ کوئی سنت نہیں ہے۔</w:t>
      </w:r>
    </w:p>
    <w:p>
      <w:r>
        <w:rPr>
          <w:b/>
        </w:rPr>
        <w:t xml:space="preserve">[21:47] </w:t>
      </w:r>
      <w:r>
        <w:t>to sunnat jo hai woh cheez hai jo convenient ho, jis mein sahulat ho, jis mein kisi ke</w:t>
      </w:r>
    </w:p>
    <w:p>
      <w:pPr>
        <w:jc w:val="right"/>
      </w:pPr>
      <w:r>
        <w:t>تو سنت جو ہے وہ چیز ہے جو کنوینینٹ ہو، جس میں سہولت ہو، جس میں کسی کے</w:t>
      </w:r>
    </w:p>
    <w:p>
      <w:r>
        <w:rPr>
          <w:b/>
        </w:rPr>
        <w:t xml:space="preserve">[21:52] </w:t>
      </w:r>
      <w:r>
        <w:t>liye aap problem na bante hon.</w:t>
      </w:r>
    </w:p>
    <w:p>
      <w:pPr>
        <w:jc w:val="right"/>
      </w:pPr>
      <w:r>
        <w:t>لیے آپ پرابلم نہ بنتے ہوں۔</w:t>
      </w:r>
    </w:p>
    <w:p>
      <w:r>
        <w:rPr>
          <w:b/>
        </w:rPr>
        <w:t xml:space="preserve">[21:57] </w:t>
      </w:r>
      <w:r>
        <w:t>woh sunnat hai is tarah ke chhote mamlaat mein.</w:t>
      </w:r>
    </w:p>
    <w:p>
      <w:pPr>
        <w:jc w:val="right"/>
      </w:pPr>
      <w:r>
        <w:t>وہ سنت ہے اس طرح کے چھوٹے معاملات میں۔</w:t>
      </w:r>
    </w:p>
    <w:p>
      <w:r>
        <w:rPr>
          <w:b/>
        </w:rPr>
        <w:t xml:space="preserve">[22:02] </w:t>
      </w:r>
      <w:r>
        <w:t>ab bari sunnat kya hai? bari sunnat woh hai jis ke liye rasool Allah bheje gaye.</w:t>
      </w:r>
    </w:p>
    <w:p>
      <w:pPr>
        <w:jc w:val="right"/>
      </w:pPr>
      <w:r>
        <w:t>اب بڑی سنت کیا ہے؟ بڑی سنت وہ ہے جس کے لیے رسول اللہ بھیجے گئے۔</w:t>
      </w:r>
    </w:p>
    <w:p>
      <w:r>
        <w:rPr>
          <w:b/>
        </w:rPr>
        <w:t xml:space="preserve">[22:07] </w:t>
      </w:r>
      <w:r>
        <w:t>jo aap ne zindagi bhar kiya, woh kiya kiya aap ne? aap ki sab se bari sunnat thi dawat</w:t>
      </w:r>
    </w:p>
    <w:p>
      <w:pPr>
        <w:jc w:val="right"/>
      </w:pPr>
      <w:r>
        <w:t>جو آپ نے زندگی بھر کیا، وہ کیا کیا آپ نے؟ آپ کی سب سے بڑی سنت تھی دعوت</w:t>
      </w:r>
    </w:p>
    <w:p>
      <w:r>
        <w:rPr>
          <w:b/>
        </w:rPr>
        <w:t xml:space="preserve">[22:12] </w:t>
      </w:r>
      <w:r>
        <w:t>. dawat.</w:t>
      </w:r>
    </w:p>
    <w:p>
      <w:pPr>
        <w:jc w:val="right"/>
      </w:pPr>
      <w:r>
        <w:t>۔ دعوت۔</w:t>
      </w:r>
    </w:p>
    <w:p>
      <w:r>
        <w:rPr>
          <w:b/>
        </w:rPr>
        <w:t xml:space="preserve">[22:16] </w:t>
      </w:r>
      <w:r>
        <w:t>quran mein bataya gaya hai ke hum ne rasool ko bheja hai daai bana kar.</w:t>
      </w:r>
    </w:p>
    <w:p>
      <w:pPr>
        <w:jc w:val="right"/>
      </w:pPr>
      <w:r>
        <w:t>قرآن میں بتایا گیا ہے کہ ہم نے رسول کو بھیجا ہے داعی بنا کر۔</w:t>
      </w:r>
    </w:p>
    <w:p>
      <w:r>
        <w:rPr>
          <w:b/>
        </w:rPr>
        <w:t xml:space="preserve">[22:20] </w:t>
      </w:r>
      <w:r>
        <w:t>daai ila Allah bhej nahi.</w:t>
      </w:r>
    </w:p>
    <w:p>
      <w:pPr>
        <w:jc w:val="right"/>
      </w:pPr>
      <w:r>
        <w:t>داعی الا اللہ بھیج نہیں۔</w:t>
      </w:r>
    </w:p>
    <w:p>
      <w:r>
        <w:rPr>
          <w:b/>
        </w:rPr>
        <w:t xml:space="preserve">[22:25] </w:t>
      </w:r>
      <w:r>
        <w:t>rasool ko bheja hai hum ne daai bana kar.</w:t>
      </w:r>
    </w:p>
    <w:p>
      <w:pPr>
        <w:jc w:val="right"/>
      </w:pPr>
      <w:r>
        <w:t>رسول کو بھیجا ہے ہم نے داعی بنا کر۔</w:t>
      </w:r>
    </w:p>
    <w:p>
      <w:r>
        <w:rPr>
          <w:b/>
        </w:rPr>
        <w:t xml:space="preserve">[22:29] </w:t>
      </w:r>
      <w:r>
        <w:t>to aap jab peghambar banaya hai Allah taala ne aap ko to foran aap ne dawat shuru kar</w:t>
      </w:r>
    </w:p>
    <w:p>
      <w:pPr>
        <w:jc w:val="right"/>
      </w:pPr>
      <w:r>
        <w:t>تو آپ جب پیغمبر بنایا ہے اللہ تعالیٰ نے آپ کو تو فوراً آپ نے دعوت شروع کر</w:t>
      </w:r>
    </w:p>
    <w:p>
      <w:r>
        <w:rPr>
          <w:b/>
        </w:rPr>
        <w:t xml:space="preserve">[22:33] </w:t>
      </w:r>
      <w:r>
        <w:t>di aur aakhir umar tak dawat dete rahe aap.</w:t>
      </w:r>
    </w:p>
    <w:p>
      <w:pPr>
        <w:jc w:val="right"/>
      </w:pPr>
      <w:r>
        <w:t>دی اور آخر عمر تک دعوت دیتے رہے آپ۔</w:t>
      </w:r>
    </w:p>
    <w:p>
      <w:r>
        <w:rPr>
          <w:b/>
        </w:rPr>
        <w:t xml:space="preserve">[22:38] </w:t>
      </w:r>
      <w:r>
        <w:t>yani 23 saal aap nabi ki hesiyat</w:t>
      </w:r>
    </w:p>
    <w:p>
      <w:pPr>
        <w:jc w:val="right"/>
      </w:pPr>
      <w:r>
        <w:t>یعنی 23 سال آپ نبی کی حیثیت</w:t>
      </w:r>
    </w:p>
    <w:p>
      <w:r>
        <w:rPr>
          <w:b/>
        </w:rPr>
        <w:t xml:space="preserve">[22:42] </w:t>
      </w:r>
      <w:r>
        <w:t>se dunya mein rahe to barabar aap dawat ka kaam karte rahe.</w:t>
      </w:r>
    </w:p>
    <w:p>
      <w:pPr>
        <w:jc w:val="right"/>
      </w:pPr>
      <w:r>
        <w:t>سے دنیا میں رہے تو برابر آپ دعوت کا کام کرتے رہے۔</w:t>
      </w:r>
    </w:p>
    <w:p>
      <w:r>
        <w:rPr>
          <w:b/>
        </w:rPr>
        <w:t xml:space="preserve">[22:47] </w:t>
      </w:r>
      <w:r>
        <w:t>to sab bari sunnat to dawat hai.</w:t>
      </w:r>
    </w:p>
    <w:p>
      <w:pPr>
        <w:jc w:val="right"/>
      </w:pPr>
      <w:r>
        <w:t>تو سب بڑی سنت تو دعوت ہے۔</w:t>
      </w:r>
    </w:p>
    <w:p>
      <w:r>
        <w:rPr>
          <w:b/>
        </w:rPr>
        <w:t xml:space="preserve">[22:52] </w:t>
      </w:r>
      <w:r>
        <w:t>yani woh cheez jis ke liye aap bheje gaye, jis par aap sare oopar qaim rahe, to sab</w:t>
      </w:r>
    </w:p>
    <w:p>
      <w:pPr>
        <w:jc w:val="right"/>
      </w:pPr>
      <w:r>
        <w:t>یعنی وہ چیز جس کے لیے آپ بھیجے گئے، جس پر آپ سارے اوپر قائم رہے، تو سب</w:t>
      </w:r>
    </w:p>
    <w:p>
      <w:r>
        <w:rPr>
          <w:b/>
        </w:rPr>
        <w:t xml:space="preserve">[22:57] </w:t>
      </w:r>
      <w:r>
        <w:t>se bari sunnat woh qarar paye gi.</w:t>
      </w:r>
    </w:p>
    <w:p>
      <w:pPr>
        <w:jc w:val="right"/>
      </w:pPr>
      <w:r>
        <w:t>سے بڑی سنت وہ قرار پائے گی۔</w:t>
      </w:r>
    </w:p>
    <w:p>
      <w:r>
        <w:rPr>
          <w:b/>
        </w:rPr>
        <w:t xml:space="preserve">[23:02] </w:t>
      </w:r>
      <w:r>
        <w:t>to mein yeh kahoon ga ke rasool Allah ki sab se bari sunnat jo hai woh dawat hai.</w:t>
      </w:r>
    </w:p>
    <w:p>
      <w:pPr>
        <w:jc w:val="right"/>
      </w:pPr>
      <w:r>
        <w:t>تو میں یہ کہوں گا کہ رسول اللہ کی سب سے بڑی سنت جو ہے وہ دعوت ہے۔</w:t>
      </w:r>
    </w:p>
    <w:p>
      <w:r>
        <w:rPr>
          <w:b/>
        </w:rPr>
        <w:t xml:space="preserve">[23:07] </w:t>
      </w:r>
      <w:r>
        <w:t>yani aam insaanon ko Khuda ka paigham pohanchana peaceful tareeqe se.</w:t>
      </w:r>
    </w:p>
    <w:p>
      <w:pPr>
        <w:jc w:val="right"/>
      </w:pPr>
      <w:r>
        <w:t>یعنی عام انسانوں کو خدا کا پیغام پہنچانا پیس فل طریقے سے۔</w:t>
      </w:r>
    </w:p>
    <w:p>
      <w:r>
        <w:rPr>
          <w:b/>
        </w:rPr>
        <w:t xml:space="preserve">[23:12] </w:t>
      </w:r>
      <w:r>
        <w:t>phir dekhiye isi se aur kai sunnaten nikalti hain.</w:t>
      </w:r>
    </w:p>
    <w:p>
      <w:pPr>
        <w:jc w:val="right"/>
      </w:pPr>
      <w:r>
        <w:t>پھر دیکھیے اسی سے اور کئی سنتیں نکلتی ہیں۔</w:t>
      </w:r>
    </w:p>
    <w:p>
      <w:r>
        <w:rPr>
          <w:b/>
        </w:rPr>
        <w:t xml:space="preserve">[23:20] </w:t>
      </w:r>
      <w:r>
        <w:t>misalan ek sunnat yeh hai isi se juri hui ke insaan se hum mohabbat karein, insaan se nafrat na karein.</w:t>
      </w:r>
    </w:p>
    <w:p>
      <w:pPr>
        <w:jc w:val="right"/>
      </w:pPr>
      <w:r>
        <w:t>مثلاً ایک سنت یہ ہے اسی سے جڑی ہوئی کہ انسان سے ہم محبت کریں، انسان سے نفرت نہ کریں۔</w:t>
      </w:r>
    </w:p>
    <w:p>
      <w:r>
        <w:rPr>
          <w:b/>
        </w:rPr>
        <w:t xml:space="preserve">[23:28] </w:t>
      </w:r>
      <w:r>
        <w:t>kyun? is liye ke woh insaan jis se aap ko, woh insaan jis ko aap ko mukhatib karna</w:t>
      </w:r>
    </w:p>
    <w:p>
      <w:pPr>
        <w:jc w:val="right"/>
      </w:pPr>
      <w:r>
        <w:t>کیوں؟ اس لیے کہ وہ انسان جس سے آپ کو، وہ انسان جس کو آپ کو مخاطب کرنا</w:t>
      </w:r>
    </w:p>
    <w:p>
      <w:r>
        <w:rPr>
          <w:b/>
        </w:rPr>
        <w:t xml:space="preserve">[23:35] </w:t>
      </w:r>
      <w:r>
        <w:t>hai, jis ko batana hai Khuda ki baat,</w:t>
      </w:r>
    </w:p>
    <w:p>
      <w:pPr>
        <w:jc w:val="right"/>
      </w:pPr>
      <w:r>
        <w:t>ہے، جس کو بتانا ہے خدا کی بات،</w:t>
      </w:r>
    </w:p>
    <w:p>
      <w:r>
        <w:rPr>
          <w:b/>
        </w:rPr>
        <w:t xml:space="preserve">[23:43] </w:t>
      </w:r>
      <w:r>
        <w:t>to agar aap is se nafrat kar rahe hon to aap normal tareeqe se baat bata nahi sakte. kaise batayenge aap? is se aap ko khair khwahi, is ka is se aap ko khair khwahi hona chahiye, is se aap ko mohabbat hona chahiye. tab aap ke dil mein sachha jazba paida hoga dawat ka. warna aap karenge to phir sirf phir woh announcement hoga ya loud speaker se bol diya. sachhi dawat nikalti hai khair khwahi ke</w:t>
      </w:r>
    </w:p>
    <w:p>
      <w:pPr>
        <w:jc w:val="right"/>
      </w:pPr>
      <w:r>
        <w:t>تو اگر آپ اس سے نفرت کر رہے ہوں تو آپ نارمل طریقے سے بات بتا نہیں سکتے۔ کیسے بتائیں گے آپ؟ اس سے آپ کو خیر خواہی، اس کا اس سے آپ کو خیر خواہی ہونا چاہیے، اس سے آپ کو محبت ہونا چاہیے۔ تب آپ کے دل میں سچا جذبہ پیدا ہوگا دعوت کا۔ ورنہ آپ کریں گے تو پھر صرف پھر وہ اناؤنسمنٹ ہوگا یا لاؤڈ سپیکر سے بول دیا۔ سچی دعوت نکلتی ہے خیر خواہی کے</w:t>
      </w:r>
    </w:p>
    <w:p>
      <w:r>
        <w:rPr>
          <w:b/>
        </w:rPr>
        <w:t xml:space="preserve">[24:13] </w:t>
      </w:r>
      <w:r>
        <w:t>jazbe se.</w:t>
      </w:r>
    </w:p>
    <w:p>
      <w:pPr>
        <w:jc w:val="right"/>
      </w:pPr>
      <w:r>
        <w:t>جذبے سے۔</w:t>
      </w:r>
    </w:p>
    <w:p>
      <w:r>
        <w:rPr>
          <w:b/>
        </w:rPr>
        <w:t xml:space="preserve">[24:18] </w:t>
      </w:r>
      <w:r>
        <w:t>aap ke dil mein gehri khair khwahi ho, gehri shafqat ho, gehri yani aap friendly behaviour aap ka</w:t>
      </w:r>
    </w:p>
    <w:p>
      <w:pPr>
        <w:jc w:val="right"/>
      </w:pPr>
      <w:r>
        <w:t>آپ کے دل میں گہری خیر خواہی ہو، گہری شفقت ہو، گہری یعنی آپ فرینڈلی بیہیویئر آپ کا</w:t>
      </w:r>
    </w:p>
    <w:p>
      <w:r>
        <w:rPr>
          <w:b/>
        </w:rPr>
        <w:t xml:space="preserve">[24:23] </w:t>
      </w:r>
      <w:r>
        <w:t>ho doosron ke ta'ai'n.</w:t>
      </w:r>
    </w:p>
    <w:p>
      <w:pPr>
        <w:jc w:val="right"/>
      </w:pPr>
      <w:r>
        <w:t>ہو دوسروں کے تئیں۔</w:t>
      </w:r>
    </w:p>
    <w:p>
      <w:r>
        <w:rPr>
          <w:b/>
        </w:rPr>
        <w:t xml:space="preserve">[24:29] </w:t>
      </w:r>
      <w:r>
        <w:t>tabhi mumkin hai ke aap un ko sachi dawat de saken.</w:t>
      </w:r>
    </w:p>
    <w:p>
      <w:pPr>
        <w:jc w:val="right"/>
      </w:pPr>
      <w:r>
        <w:t>تبھی ممکن ہے کہ آپ ان کو سچی دعوت دے سکیں۔</w:t>
      </w:r>
    </w:p>
    <w:p>
      <w:r>
        <w:rPr>
          <w:b/>
        </w:rPr>
        <w:t xml:space="preserve">[24:34] </w:t>
      </w:r>
      <w:r>
        <w:t>phir dekhiye ijtamai zindagi mein yani social life mein aisa hota hai ke kai baar controversy paida hoti</w:t>
      </w:r>
    </w:p>
    <w:p>
      <w:pPr>
        <w:jc w:val="right"/>
      </w:pPr>
      <w:r>
        <w:t>پھر دیکھیے اجتماعی زندگی میں یعنی سوشل لائف میں ایسا ہوتا ہے کہ کئی بار کنٹروورسی پیدا ہوتی</w:t>
      </w:r>
    </w:p>
    <w:p>
      <w:r>
        <w:rPr>
          <w:b/>
        </w:rPr>
        <w:t xml:space="preserve">[24:40] </w:t>
      </w:r>
      <w:r>
        <w:t>hai, aik doosre se differences aate hain.</w:t>
      </w:r>
    </w:p>
    <w:p>
      <w:pPr>
        <w:jc w:val="right"/>
      </w:pPr>
      <w:r>
        <w:t>ہے، ایک دوسرے سے ڈیفرنسز آتے ہیں۔</w:t>
      </w:r>
    </w:p>
    <w:p>
      <w:r>
        <w:rPr>
          <w:b/>
        </w:rPr>
        <w:t xml:space="preserve">[24:45] </w:t>
      </w:r>
      <w:r>
        <w:t>to us waqt jo hai agar aap khade ho jayen ladne ke liye to kya hoga? normal situation khatam ho jayegi. yani agar aap apne padosi se, aas paas ke logon se jin ke beech mein aap rehte hain, un se controversial mauqe par ladai chhed den, un se j</w:t>
      </w:r>
    </w:p>
    <w:p>
      <w:pPr>
        <w:jc w:val="right"/>
      </w:pPr>
      <w:r>
        <w:t>تو اس وقت جو ہے اگر آپ کھڑے ہو جائیں لڑنے کے لیے تو کیا ہوگا؟ نارمل سچویشن ختم ہو جائے گی۔ یعنی اگر آپ اپنے پڑوسی سے، آس پاس کے لوگوں سے جن کے بیچ میں آپ رہتے ہیں، ان سے کنٹروورشل موقع پر لڑائی چھیڑ دیں، ان سے ج</w:t>
      </w:r>
    </w:p>
    <w:p>
      <w:r>
        <w:rPr>
          <w:b/>
        </w:rPr>
        <w:t xml:space="preserve">[25:15] </w:t>
      </w:r>
      <w:r>
        <w:t>hagda karen, un se takrar karen, un se ladai karen to kya hoga? aap ka un ke beech mein normal situation maujood nahi rahegi. moetadil taluqat nahi rahenge baqi. is wajah se is sunnat ka yeh bhi ek zaroori taqaza hai ke aap apne aur doosron ke beech mein hamesha normal taluqat banaye rakhen. normal taluq</w:t>
      </w:r>
    </w:p>
    <w:p>
      <w:pPr>
        <w:jc w:val="right"/>
      </w:pPr>
      <w:r>
        <w:t>ھگڑا کریں، ان سے تکرار کریں، ان سے لڑائی کریں تو کیا ہوگا؟ آپ کا ان کے بیچ میں نارمل سچویشن موجود نہیں رہے گی۔ معتدل تعلقات نہیں رہیں گے باقی۔ اس وجہ سے اس سنت کا یہ بھی ایک ضروری تقاضا ہے کہ آپ اپنے اور دوسروں کے بیچ میں ہمیشہ نارمل تعلقات بنائے رہیں۔ نارمل تعلق</w:t>
      </w:r>
    </w:p>
    <w:p>
      <w:r>
        <w:rPr>
          <w:b/>
        </w:rPr>
        <w:t xml:space="preserve">[25:45] </w:t>
      </w:r>
      <w:r>
        <w:t>at ko kabhi bigadne na den. yeh bohat zaroori hai. to dawat ko le kar ke jab aap sochenge to apne aap aap ke dil mein aayega ke mujhe logon se mohabbat karna hai, logon ka khair khwah banna hai, logon se jhagda nahi karna hai. phir aap kya karenge? aap study karenge, aap padhenge cheezon ko, aap jaan</w:t>
      </w:r>
    </w:p>
    <w:p>
      <w:pPr>
        <w:jc w:val="right"/>
      </w:pPr>
      <w:r>
        <w:t>ات کو کبھی بگڑنے نہ دیں۔ یہ بہت ضروری ہے۔ تو دعوت کو لے کر کے جب آپ سوچیں گے تو اپنے آپ آپ کے دل میں آئے گا کہ مجھے لوگوں سے محبت کرنا ہے، لوگوں کا خیر خواہ بننا ہے، لوگوں سے جھگڑا نہیں کرنا ہے۔ پھر آپ کیا کریں گے؟ آپ اسٹڈی کریں گے، آپ پڑھیں گے چیزوں کو، آپ جان</w:t>
      </w:r>
    </w:p>
    <w:p>
      <w:r>
        <w:rPr>
          <w:b/>
        </w:rPr>
        <w:t xml:space="preserve">[26:15] </w:t>
      </w:r>
      <w:r>
        <w:t>hain gay.</w:t>
      </w:r>
    </w:p>
    <w:p>
      <w:pPr>
        <w:jc w:val="right"/>
      </w:pPr>
      <w:r>
        <w:t>یں گے۔</w:t>
      </w:r>
    </w:p>
    <w:p>
      <w:r>
        <w:rPr>
          <w:b/>
        </w:rPr>
        <w:t xml:space="preserve">[26:20] </w:t>
      </w:r>
      <w:r>
        <w:t>aap apne jin ko aap ko mukhatib karna hai, jo aap ke mudda'i hain, jo aap ke mad'u</w:t>
      </w:r>
    </w:p>
    <w:p>
      <w:pPr>
        <w:jc w:val="right"/>
      </w:pPr>
      <w:r>
        <w:t>آپ اپنے جن کو آپ کو مخاطب کرنا ہے، جو آپ کے مدعی ہیں، جو آپ کے مدعو</w:t>
      </w:r>
    </w:p>
    <w:p>
      <w:r>
        <w:rPr>
          <w:b/>
        </w:rPr>
        <w:t xml:space="preserve">[26:26] </w:t>
      </w:r>
      <w:r>
        <w:t>ہیں، ان کے mind کو read کریں گے۔</w:t>
      </w:r>
    </w:p>
    <w:p>
      <w:pPr>
        <w:jc w:val="right"/>
      </w:pPr>
      <w:r>
        <w:t>ہیں، ان کے مائنڈ کو ریڈ کریں گے۔</w:t>
      </w:r>
    </w:p>
    <w:p>
      <w:r>
        <w:rPr>
          <w:b/>
        </w:rPr>
        <w:t xml:space="preserve">[26:31] </w:t>
      </w:r>
      <w:r>
        <w:t>aap un ki soch kya hai, un ki language kya hai, un ki zaban kya hai? kyunke koi</w:t>
      </w:r>
    </w:p>
    <w:p>
      <w:pPr>
        <w:jc w:val="right"/>
      </w:pPr>
      <w:r>
        <w:t>آپ ان کی سوچ کیا ہے، ان کی لینگویج کیا ہے، ان کی زبان کیا ہے؟ کیونکہ کوئی</w:t>
      </w:r>
    </w:p>
    <w:p>
      <w:r>
        <w:rPr>
          <w:b/>
        </w:rPr>
        <w:t xml:space="preserve">[26:36] </w:t>
      </w:r>
      <w:r>
        <w:t>baat isi waqt baat hai jab ke woh sunne wale ke mind ko address kare.</w:t>
      </w:r>
    </w:p>
    <w:p>
      <w:pPr>
        <w:jc w:val="right"/>
      </w:pPr>
      <w:r>
        <w:t>بات اسی وقت بات ہے جب کہ وہ سننے والے کے مائنڈ کو ایڈریس کرے۔</w:t>
      </w:r>
    </w:p>
    <w:p>
      <w:r>
        <w:rPr>
          <w:b/>
        </w:rPr>
        <w:t xml:space="preserve">[26:42] </w:t>
      </w:r>
      <w:r>
        <w:t>agar us ke mind ko woh address na kare to woh baat hi nahi hai, woh kuch bhi nahi hai.</w:t>
      </w:r>
    </w:p>
    <w:p>
      <w:pPr>
        <w:jc w:val="right"/>
      </w:pPr>
      <w:r>
        <w:t>اگر اس کے مائنڈ کو وہ ایڈریس نہ کرے تو وہ بات ہی نہیں ہے، وہ کچھ بھی نہیں ہے۔</w:t>
      </w:r>
    </w:p>
    <w:p>
      <w:r>
        <w:rPr>
          <w:b/>
        </w:rPr>
        <w:t xml:space="preserve">[26:47] </w:t>
      </w:r>
      <w:r>
        <w:t>to baat ko is tarah kehna ke sunne wala sune, is se woh mutasir ho, is se woh sabak le.</w:t>
      </w:r>
    </w:p>
    <w:p>
      <w:pPr>
        <w:jc w:val="right"/>
      </w:pPr>
      <w:r>
        <w:t>تو بات کو اس طرح کہنا کہ سننے والا سنے، اس سے وہ متاثر ہو، اس سے وہ سبق لے۔</w:t>
      </w:r>
    </w:p>
    <w:p>
      <w:r>
        <w:rPr>
          <w:b/>
        </w:rPr>
        <w:t xml:space="preserve">[26:57] </w:t>
      </w:r>
      <w:r>
        <w:t>yeh jabhi hoga jab ke aap gehra mutala'a karen, gehrai ke sath samjhen mad'u ko ke us ke</w:t>
      </w:r>
    </w:p>
    <w:p>
      <w:pPr>
        <w:jc w:val="right"/>
      </w:pPr>
      <w:r>
        <w:t>یہ جبھی ہوگا جب کہ آپ گہرا مطالعہ کریں، گہرائی کے ساتھ سمجھیں مدعو کو کہ اس کے</w:t>
      </w:r>
    </w:p>
    <w:p>
      <w:r>
        <w:rPr>
          <w:b/>
        </w:rPr>
        <w:t xml:space="preserve">[27:06] </w:t>
      </w:r>
      <w:r>
        <w:t>mind ko samjhen.</w:t>
      </w:r>
    </w:p>
    <w:p>
      <w:pPr>
        <w:jc w:val="right"/>
      </w:pPr>
      <w:r>
        <w:t>مائنڈ کو سمجھیں۔</w:t>
      </w:r>
    </w:p>
    <w:p>
      <w:r>
        <w:rPr>
          <w:b/>
        </w:rPr>
        <w:t xml:space="preserve">[27:16] </w:t>
      </w:r>
      <w:r>
        <w:t>tabhi aisa mumkin ho sakta hai.</w:t>
      </w:r>
    </w:p>
    <w:p>
      <w:pPr>
        <w:jc w:val="right"/>
      </w:pPr>
      <w:r>
        <w:t>تبھی ایسا ممکن ہو سکتا ہے۔</w:t>
      </w:r>
    </w:p>
    <w:p>
      <w:r>
        <w:rPr>
          <w:b/>
        </w:rPr>
        <w:t xml:space="preserve">[27:25] </w:t>
      </w:r>
      <w:r>
        <w:t>to yeh sab asal cheez hai, yeh sab asal hai yani Rasool Allah Sal Allahu Alaihi Wasallam ki sunnat.</w:t>
      </w:r>
    </w:p>
    <w:p>
      <w:pPr>
        <w:jc w:val="right"/>
      </w:pPr>
      <w:r>
        <w:t>تو یہ سب اصل چیز ہے، یہ سب اصل ہے یعنی رسول اللہ صلی اللہ علیہ وسلم کی سنت۔</w:t>
      </w:r>
    </w:p>
    <w:p>
      <w:r>
        <w:rPr>
          <w:b/>
        </w:rPr>
        <w:t xml:space="preserve">[27:35] </w:t>
      </w:r>
      <w:r>
        <w:t>dekhiye ulama ne kaha hai ke sunnat ke do qismein hain.</w:t>
      </w:r>
    </w:p>
    <w:p>
      <w:pPr>
        <w:jc w:val="right"/>
      </w:pPr>
      <w:r>
        <w:t>دیکھیے علماء نے کہا ہے کہ سنت کے دو قسمیں ہیں۔</w:t>
      </w:r>
    </w:p>
    <w:p>
      <w:r>
        <w:rPr>
          <w:b/>
        </w:rPr>
        <w:t xml:space="preserve">[27:41] </w:t>
      </w:r>
      <w:r>
        <w:t>aik sunnat woh hai jo aadmi bator aadat karta hai aur aik sunnat woh hai jis ko qaim</w:t>
      </w:r>
    </w:p>
    <w:p>
      <w:pPr>
        <w:jc w:val="right"/>
      </w:pPr>
      <w:r>
        <w:t>ایک سنت وہ ہے جو آدمی بطور عادت کرتا ہے اور ایک سنت وہ ہے جس کو قائم</w:t>
      </w:r>
    </w:p>
    <w:p>
      <w:r>
        <w:rPr>
          <w:b/>
        </w:rPr>
        <w:t xml:space="preserve">[27:47] </w:t>
      </w:r>
      <w:r>
        <w:t>karne ke liye aap tashreef laye.</w:t>
      </w:r>
    </w:p>
    <w:p>
      <w:pPr>
        <w:jc w:val="right"/>
      </w:pPr>
      <w:r>
        <w:t>کرنے کے لیے آپ تشریف لائے۔</w:t>
      </w:r>
    </w:p>
    <w:p>
      <w:r>
        <w:rPr>
          <w:b/>
        </w:rPr>
        <w:t xml:space="preserve">[27:53] </w:t>
      </w:r>
      <w:r>
        <w:t>to aadat ka ta'alluq aap jante hain ke mahol se hota hai.</w:t>
      </w:r>
    </w:p>
    <w:p>
      <w:pPr>
        <w:jc w:val="right"/>
      </w:pPr>
      <w:r>
        <w:t>تو عادت کا تعلق آپ جانتے ہیں کہ ماحول سے ہوتا ہے۔</w:t>
      </w:r>
    </w:p>
    <w:p>
      <w:r>
        <w:rPr>
          <w:b/>
        </w:rPr>
        <w:t xml:space="preserve">[28:00] </w:t>
      </w:r>
      <w:r>
        <w:t>jaise ke aap agar sard mulk mein rahen to aap garam kapra pehnge,</w:t>
      </w:r>
    </w:p>
    <w:p>
      <w:pPr>
        <w:jc w:val="right"/>
      </w:pPr>
      <w:r>
        <w:t>جیسے کہ آپ اگر سرد ملک میں رہیں تو آپ گرم کپڑا پہنیں گے،</w:t>
      </w:r>
    </w:p>
    <w:p>
      <w:r>
        <w:rPr>
          <w:b/>
        </w:rPr>
        <w:t xml:space="preserve">[28:06] </w:t>
      </w:r>
      <w:r>
        <w:t>agar sard mulk mein rahen to aap garam kapra pehnge, aur garam garam mulk mein rahen to</w:t>
      </w:r>
    </w:p>
    <w:p>
      <w:pPr>
        <w:jc w:val="right"/>
      </w:pPr>
      <w:r>
        <w:t>اگر سرد ملک میں رہیں تو آپ گرم کپڑا پہنیں گے، اور گرم گرم ملک میں رہیں تو</w:t>
      </w:r>
    </w:p>
    <w:p>
      <w:r>
        <w:rPr>
          <w:b/>
        </w:rPr>
        <w:t xml:space="preserve">[28:12] </w:t>
      </w:r>
      <w:r>
        <w:t>aap garam kapra nahi pehnge, tab mamooli kapra pehnge.</w:t>
      </w:r>
    </w:p>
    <w:p>
      <w:pPr>
        <w:jc w:val="right"/>
      </w:pPr>
      <w:r>
        <w:t>آپ گرم کپڑا نہیں پہنیں گے، تب معمولی کپڑا پہنیں گے۔</w:t>
      </w:r>
    </w:p>
    <w:p>
      <w:r>
        <w:rPr>
          <w:b/>
        </w:rPr>
        <w:t xml:space="preserve">[28:18] </w:t>
      </w:r>
      <w:r>
        <w:t>aap to aap dekhiye aadat farq halaat ke aitbar se aadat mein farq ho gaya ke garam mulkon</w:t>
      </w:r>
    </w:p>
    <w:p>
      <w:pPr>
        <w:jc w:val="right"/>
      </w:pPr>
      <w:r>
        <w:t>آپ تو آپ دیکھیے عادت فرق حالات کے اعتبار سے عادت میں فرق ہو گیا کہ گرم ملکوں</w:t>
      </w:r>
    </w:p>
    <w:p>
      <w:r>
        <w:rPr>
          <w:b/>
        </w:rPr>
        <w:t xml:space="preserve">[28:24] </w:t>
      </w:r>
      <w:r>
        <w:t>ke logon ki aadat kapre ke bare mein aur hogi aur sard mulkon ke logon ki aadat kapre</w:t>
      </w:r>
    </w:p>
    <w:p>
      <w:pPr>
        <w:jc w:val="right"/>
      </w:pPr>
      <w:r>
        <w:t>کے لوگوں کی عادت کپڑے کے بارے میں اور ہوگی اور سرد ملکوں کے لوگوں کی عادت کپڑے</w:t>
      </w:r>
    </w:p>
    <w:p>
      <w:r>
        <w:rPr>
          <w:b/>
        </w:rPr>
        <w:t xml:space="preserve">[28:30] </w:t>
      </w:r>
      <w:r>
        <w:t>ke bare mein aur hogi.</w:t>
      </w:r>
    </w:p>
    <w:p>
      <w:pPr>
        <w:jc w:val="right"/>
      </w:pPr>
      <w:r>
        <w:t>کے بارے میں اور ہوگی۔</w:t>
      </w:r>
    </w:p>
    <w:p>
      <w:r>
        <w:rPr>
          <w:b/>
        </w:rPr>
        <w:t xml:space="preserve">[28:36] </w:t>
      </w:r>
      <w:r>
        <w:t>yeh maamla har cheez ka hai.</w:t>
      </w:r>
    </w:p>
    <w:p>
      <w:pPr>
        <w:jc w:val="right"/>
      </w:pPr>
      <w:r>
        <w:t>یہ معاملہ ہر چیز کا ہے۔</w:t>
      </w:r>
    </w:p>
    <w:p>
      <w:r>
        <w:rPr>
          <w:b/>
        </w:rPr>
        <w:t xml:space="preserve">[28:41] </w:t>
      </w:r>
      <w:r>
        <w:t>to kuch cheezein woh hoti hain jin ka talluq aadat se hota hai aur aadat banti hai apne</w:t>
      </w:r>
    </w:p>
    <w:p>
      <w:pPr>
        <w:jc w:val="right"/>
      </w:pPr>
      <w:r>
        <w:t>تو کچھ چیزیں وہ ہوتی ہیں جن کا تعلق عادت سے ہوتا ہے اور عادت بنتی ہے اپنے</w:t>
      </w:r>
    </w:p>
    <w:p>
      <w:r>
        <w:rPr>
          <w:b/>
        </w:rPr>
        <w:t xml:space="preserve">[28:45] </w:t>
      </w:r>
      <w:r>
        <w:t>aas paas ke mahol se, is situation se jahan aap reh rahe hon, us se aadatein banti hain.</w:t>
      </w:r>
    </w:p>
    <w:p>
      <w:pPr>
        <w:jc w:val="right"/>
      </w:pPr>
      <w:r>
        <w:t>آس پاس کے ماحول سے، اس سچویشن سے جہاں آپ رہ رہے ہوں، اس سے عادتیں بنتی ہیں۔</w:t>
      </w:r>
    </w:p>
    <w:p>
      <w:r>
        <w:rPr>
          <w:b/>
        </w:rPr>
        <w:t xml:space="preserve">[28:49] </w:t>
      </w:r>
      <w:r>
        <w:t>aadat koi absolute cheez nahi hoti hai.</w:t>
      </w:r>
    </w:p>
    <w:p>
      <w:pPr>
        <w:jc w:val="right"/>
      </w:pPr>
      <w:r>
        <w:t>عادت کوئی ایبسولیوٹ چیز نہیں ہوتی ہے۔</w:t>
      </w:r>
    </w:p>
    <w:p>
      <w:r>
        <w:rPr>
          <w:b/>
        </w:rPr>
        <w:t xml:space="preserve">[28:53] </w:t>
      </w:r>
      <w:r>
        <w:t>to ulma ne kaha ke Rasool Allah Sal Allahu Alaihi Wasallam ki baaz cheezein woh hain jo un</w:t>
      </w:r>
    </w:p>
    <w:p>
      <w:pPr>
        <w:jc w:val="right"/>
      </w:pPr>
      <w:r>
        <w:t>تو علماء نے کہا کہ رسول اللہ صلی اللہ علیہ وسلم کی بعض چیزیں وہ ہیں جو ان</w:t>
      </w:r>
    </w:p>
    <w:p>
      <w:r>
        <w:rPr>
          <w:b/>
        </w:rPr>
        <w:t xml:space="preserve">[28:58] </w:t>
      </w:r>
      <w:r>
        <w:t>ka talluq aadat se hai.</w:t>
      </w:r>
    </w:p>
    <w:p>
      <w:pPr>
        <w:jc w:val="right"/>
      </w:pPr>
      <w:r>
        <w:t>کا تعلق عادت سے ہے۔</w:t>
      </w:r>
    </w:p>
    <w:p>
      <w:r>
        <w:rPr>
          <w:b/>
        </w:rPr>
        <w:t xml:space="preserve">[29:02] </w:t>
      </w:r>
      <w:r>
        <w:t>yani aap chunke Arab mein paida hue, Arab mein rahe, is nisbat se aap ki</w:t>
      </w:r>
    </w:p>
    <w:p>
      <w:pPr>
        <w:jc w:val="right"/>
      </w:pPr>
      <w:r>
        <w:t>یعنی آپ چونکہ عرب میں پیدا ہوئے، عرب میں رہے، اس نسبت سے آپ کی</w:t>
      </w:r>
    </w:p>
    <w:p>
      <w:r>
        <w:rPr>
          <w:b/>
        </w:rPr>
        <w:t xml:space="preserve">[29:06] </w:t>
      </w:r>
      <w:r>
        <w:t>kuch aadatein bani.</w:t>
      </w:r>
    </w:p>
    <w:p>
      <w:pPr>
        <w:jc w:val="right"/>
      </w:pPr>
      <w:r>
        <w:t>کچھ عادتیں بنیں۔</w:t>
      </w:r>
    </w:p>
    <w:p>
      <w:r>
        <w:rPr>
          <w:b/>
        </w:rPr>
        <w:t xml:space="preserve">[29:11] </w:t>
      </w:r>
      <w:r>
        <w:t>to woh woh cheez nahi hai jo jin ko qaim karne ke liye aap tashreef laye dunya mein.</w:t>
      </w:r>
    </w:p>
    <w:p>
      <w:pPr>
        <w:jc w:val="right"/>
      </w:pPr>
      <w:r>
        <w:t>تو وہ وہ چیز نہیں ہے جو جن کو قائم کرنے کے لیے آپ تشریف لائے دنیا میں۔</w:t>
      </w:r>
    </w:p>
    <w:p>
      <w:r>
        <w:rPr>
          <w:b/>
        </w:rPr>
        <w:t xml:space="preserve">[29:15] </w:t>
      </w:r>
      <w:r>
        <w:t>doosri cheezein woh hain jin ko qaim karne ke liye aap tashreef laye.</w:t>
      </w:r>
    </w:p>
    <w:p>
      <w:pPr>
        <w:jc w:val="right"/>
      </w:pPr>
      <w:r>
        <w:t>دوسری چیزیں وہ ہیں جن کو قائم کرنے کے لیے آپ تشریف لائے۔</w:t>
      </w:r>
    </w:p>
    <w:p>
      <w:r>
        <w:rPr>
          <w:b/>
        </w:rPr>
        <w:t xml:space="preserve">[29:19] </w:t>
      </w:r>
      <w:r>
        <w:t>to yeh bhi zaroori hai ke farq karein aap dono cheezon mein.</w:t>
      </w:r>
    </w:p>
    <w:p>
      <w:pPr>
        <w:jc w:val="right"/>
      </w:pPr>
      <w:r>
        <w:t>تو یہ بھی ضروری ہے کہ فرق کریں آپ دونوں چیزوں میں۔</w:t>
      </w:r>
    </w:p>
    <w:p>
      <w:r>
        <w:rPr>
          <w:b/>
        </w:rPr>
        <w:t xml:space="preserve">[29:24] </w:t>
      </w:r>
      <w:r>
        <w:t>You have to differentiate between the two.</w:t>
      </w:r>
    </w:p>
    <w:p>
      <w:pPr>
        <w:jc w:val="right"/>
      </w:pPr>
      <w:r>
        <w:t>یو ہیو ٹو ڈیفرنشیٹ بٹوین دا ٹو۔</w:t>
      </w:r>
    </w:p>
    <w:p>
      <w:r>
        <w:rPr>
          <w:b/>
        </w:rPr>
        <w:t xml:space="preserve">[29:28] </w:t>
      </w:r>
      <w:r>
        <w:t>dono ko ek darja dena yeh sahi nahi hai.</w:t>
      </w:r>
    </w:p>
    <w:p>
      <w:pPr>
        <w:jc w:val="right"/>
      </w:pPr>
      <w:r>
        <w:t>دونوں کو ایک درجہ دینا یہ صحیح نہیں ہے۔</w:t>
      </w:r>
    </w:p>
    <w:p>
      <w:r>
        <w:rPr>
          <w:b/>
        </w:rPr>
        <w:t xml:space="preserve">[29:32] </w:t>
      </w:r>
      <w:r>
        <w:t>ab is ko janne ke liye kya karna hoga?</w:t>
      </w:r>
    </w:p>
    <w:p>
      <w:pPr>
        <w:jc w:val="right"/>
      </w:pPr>
      <w:r>
        <w:t>اب اس کو جاننے کے لیے کیا کرنا ہوگا؟</w:t>
      </w:r>
    </w:p>
    <w:p>
      <w:r>
        <w:rPr>
          <w:b/>
        </w:rPr>
        <w:t xml:space="preserve">[29:37] </w:t>
      </w:r>
      <w:r>
        <w:t>is ko janne ke lie karna hoga ke aap bahut hi sincerely mutalaah karen. misaal ke taur par rasool Allah oont par baithte the. ab aap kahenge oont par baithna sunnat hai. chnanche ek sahab the, isi lie vah oont par baith kar haj karne gae. bahut dinon ke baad pata nahin vah pahunche ya nahin pahunche ke sahab oont par baith kar haj karna sunnat hai. halanake yah galat tha un ka sochna. a</w:t>
      </w:r>
    </w:p>
    <w:p>
      <w:pPr>
        <w:jc w:val="right"/>
      </w:pPr>
      <w:r>
        <w:t>اس کو جاننے کے لیے کرنا ہوگا کہ آپ بہت ہی سنسیرلی مطالعہ کریں۔ مثال کے طور پر رسول اللہ اونٹ پر بیٹھتے تھے۔ اب آپ کہیں گے اونٹ پر بیٹھنا سنت ہے۔ چنانچہ ایک صاحب تھے، اسی لیے وہ اونٹ پر بیٹھ کر حج کرنے گئے۔ بہت دنوں کے بعد پتہ نہیں وہ پہنچے یا نہیں پہنچے کہ صاحب اونٹ پر بیٹھ کر حج کرنا سنت ہے۔ حالانکہ یہ غلط تھا ان کا سوچنا۔ ا</w:t>
      </w:r>
    </w:p>
    <w:p>
      <w:r>
        <w:rPr>
          <w:b/>
        </w:rPr>
        <w:t xml:space="preserve">[30:07] </w:t>
      </w:r>
      <w:r>
        <w:t>unt par aap baithe is liye ke Arab mein oont par baitha jata tha.</w:t>
      </w:r>
    </w:p>
    <w:p>
      <w:pPr>
        <w:jc w:val="right"/>
      </w:pPr>
      <w:r>
        <w:t>ونٹ پر آپ بیٹھے اس لیے کہ عرب میں اونٹ پر بیٹھا جاتا تھا۔</w:t>
      </w:r>
    </w:p>
    <w:p>
      <w:r>
        <w:rPr>
          <w:b/>
        </w:rPr>
        <w:t xml:space="preserve">[30:10] </w:t>
      </w:r>
      <w:r>
        <w:t>ab woh bhi khatm ho gaya.</w:t>
      </w:r>
    </w:p>
    <w:p>
      <w:pPr>
        <w:jc w:val="right"/>
      </w:pPr>
      <w:r>
        <w:t>اب وہ بھی ختم ہو گیا۔</w:t>
      </w:r>
    </w:p>
    <w:p>
      <w:r>
        <w:rPr>
          <w:b/>
        </w:rPr>
        <w:t xml:space="preserve">[30:14] </w:t>
      </w:r>
      <w:r>
        <w:t>ab wahan bhi log car par chalte hain.</w:t>
      </w:r>
    </w:p>
    <w:p>
      <w:pPr>
        <w:jc w:val="right"/>
      </w:pPr>
      <w:r>
        <w:t>اب وہاں بھی لوگ کار پر چلتے ہیں۔</w:t>
      </w:r>
    </w:p>
    <w:p>
      <w:r>
        <w:rPr>
          <w:b/>
        </w:rPr>
        <w:t xml:space="preserve">[30:18] </w:t>
      </w:r>
      <w:r>
        <w:t>to Rasool Allah oont par baithe to yeh is ko aap nahi keh sakte ke oont par baithna sunnat hai.</w:t>
      </w:r>
    </w:p>
    <w:p>
      <w:pPr>
        <w:jc w:val="right"/>
      </w:pPr>
      <w:r>
        <w:t>تو رسول اللہ اونٹ پر بیٹھے تو یہ اس کو آپ نہیں کہہ سکتے کہ اونٹ پر بیٹھنا سنت ہے۔</w:t>
      </w:r>
    </w:p>
    <w:p>
      <w:r>
        <w:rPr>
          <w:b/>
        </w:rPr>
        <w:t xml:space="preserve">[30:22] </w:t>
      </w:r>
      <w:r>
        <w:t>is ka talluq aap ki aadat se tha ke jis mulk mein aap paida hue, us mulk mein</w:t>
      </w:r>
    </w:p>
    <w:p>
      <w:pPr>
        <w:jc w:val="right"/>
      </w:pPr>
      <w:r>
        <w:t>اس کا تعلق آپ کی عادت سے تھا کہ جس ملک میں آپ پیدا ہوئے، اس ملک میں</w:t>
      </w:r>
    </w:p>
    <w:p>
      <w:r>
        <w:rPr>
          <w:b/>
        </w:rPr>
        <w:t xml:space="preserve">[30:25] </w:t>
      </w:r>
      <w:r>
        <w:t>riwaj tha oont par baithne ka.</w:t>
      </w:r>
    </w:p>
    <w:p>
      <w:pPr>
        <w:jc w:val="right"/>
      </w:pPr>
      <w:r>
        <w:t>رواج تھا اونٹ پر بیٹھنے کا۔</w:t>
      </w:r>
    </w:p>
    <w:p>
      <w:r>
        <w:rPr>
          <w:b/>
        </w:rPr>
        <w:t xml:space="preserve">[30:29] </w:t>
      </w:r>
      <w:r>
        <w:t>to aap bhi oont par baithe.</w:t>
      </w:r>
    </w:p>
    <w:p>
      <w:pPr>
        <w:jc w:val="right"/>
      </w:pPr>
      <w:r>
        <w:t>تو آپ بھی اونٹ پر بیٹھے۔</w:t>
      </w:r>
    </w:p>
    <w:p>
      <w:r>
        <w:rPr>
          <w:b/>
        </w:rPr>
        <w:t xml:space="preserve">[30:33] </w:t>
      </w:r>
      <w:r>
        <w:t>to yeh woh</w:t>
      </w:r>
    </w:p>
    <w:p>
      <w:pPr>
        <w:jc w:val="right"/>
      </w:pPr>
      <w:r>
        <w:t>تو یہ وہ</w:t>
      </w:r>
    </w:p>
    <w:p>
      <w:r>
        <w:rPr>
          <w:b/>
        </w:rPr>
        <w:t xml:space="preserve">[30:37] </w:t>
      </w:r>
      <w:r>
        <w:t>sunnat hai jis ka talluq aap ki aadat se tha.</w:t>
      </w:r>
    </w:p>
    <w:p>
      <w:pPr>
        <w:jc w:val="right"/>
      </w:pPr>
      <w:r>
        <w:t>سنت ہے جس کا تعلق آپ کی عادت سے تھا۔</w:t>
      </w:r>
    </w:p>
    <w:p>
      <w:r>
        <w:rPr>
          <w:b/>
        </w:rPr>
        <w:t xml:space="preserve">[30:42] </w:t>
      </w:r>
      <w:r>
        <w:t>doosri cheezein woh hain jo Allah Ta'ala ne aap ko hukum diya, jis ke liye aap ko dunya</w:t>
      </w:r>
    </w:p>
    <w:p>
      <w:pPr>
        <w:jc w:val="right"/>
      </w:pPr>
      <w:r>
        <w:t>دوسری چیزیں وہ ہیں جو اللہ تعالیٰ نے آپ کو حکم دیا، جس کے لیے آپ کو دنیا</w:t>
      </w:r>
    </w:p>
    <w:p>
      <w:r>
        <w:rPr>
          <w:b/>
        </w:rPr>
        <w:t xml:space="preserve">[30:47] </w:t>
      </w:r>
      <w:r>
        <w:t>mein bheja gaya, jo aap ne zindagi bhar kiya gaya.</w:t>
      </w:r>
    </w:p>
    <w:p>
      <w:pPr>
        <w:jc w:val="right"/>
      </w:pPr>
      <w:r>
        <w:t>میں بھیجا گیا، جو آپ نے زندگی بھر کیا گیا۔</w:t>
      </w:r>
    </w:p>
    <w:p>
      <w:r>
        <w:rPr>
          <w:b/>
        </w:rPr>
        <w:t xml:space="preserve">[30:52] </w:t>
      </w:r>
      <w:r>
        <w:t>to wohi mein ne arz kiya ke dawat, dawat to aap ke ba'sat ka maqsad tha.</w:t>
      </w:r>
    </w:p>
    <w:p>
      <w:pPr>
        <w:jc w:val="right"/>
      </w:pPr>
      <w:r>
        <w:t>تو وہی میں نے عرض کیا کہ دعوت، دعوت تو آپ کے بعثت کا مقصد تھا۔</w:t>
      </w:r>
    </w:p>
    <w:p>
      <w:r>
        <w:rPr>
          <w:b/>
        </w:rPr>
        <w:t xml:space="preserve">[30:57] </w:t>
      </w:r>
      <w:r>
        <w:t>dawati ke liye aap dunya mein bheje gaye.</w:t>
      </w:r>
    </w:p>
    <w:p>
      <w:pPr>
        <w:jc w:val="right"/>
      </w:pPr>
      <w:r>
        <w:t>دعوتی کے لیے آپ دنیا میں بھیجے گئے۔</w:t>
      </w:r>
    </w:p>
    <w:p>
      <w:r>
        <w:rPr>
          <w:b/>
        </w:rPr>
        <w:t xml:space="preserve">[31:02] </w:t>
      </w:r>
      <w:r>
        <w:t>to yeh sunnat woh hai jo hum pakrein, jis par amal</w:t>
      </w:r>
    </w:p>
    <w:p>
      <w:pPr>
        <w:jc w:val="right"/>
      </w:pPr>
      <w:r>
        <w:t>تو یہ سنت وہ ہے جو ہم پکڑیں، جس پر عمل</w:t>
      </w:r>
    </w:p>
    <w:p>
      <w:r>
        <w:rPr>
          <w:b/>
        </w:rPr>
        <w:t xml:space="preserve">[31:07] </w:t>
      </w:r>
      <w:r>
        <w:t>karein.</w:t>
      </w:r>
    </w:p>
    <w:p>
      <w:pPr>
        <w:jc w:val="right"/>
      </w:pPr>
      <w:r>
        <w:t>کریں۔</w:t>
      </w:r>
    </w:p>
    <w:p>
      <w:r>
        <w:rPr>
          <w:b/>
        </w:rPr>
        <w:t xml:space="preserve">[31:13] </w:t>
      </w:r>
      <w:r>
        <w:t>dawat ki sunnat jo hai, woh aik aisi sunnat hai jo hamein bharpoor tor par is par amal karna chahiye.</w:t>
      </w:r>
    </w:p>
    <w:p>
      <w:pPr>
        <w:jc w:val="right"/>
      </w:pPr>
      <w:r>
        <w:t>دعوت کی سنت جو ہے، وہ ایک ایسی سنت ہے جو ہمیں بھرپور طور پر اس پر عمل کرنا چاہیے۔</w:t>
      </w:r>
    </w:p>
    <w:p>
      <w:r>
        <w:rPr>
          <w:b/>
        </w:rPr>
        <w:t xml:space="preserve">[31:19] </w:t>
      </w:r>
      <w:r>
        <w:t>woh har har mahol ke liye hai, har mulk ke liye.</w:t>
      </w:r>
    </w:p>
    <w:p>
      <w:pPr>
        <w:jc w:val="right"/>
      </w:pPr>
      <w:r>
        <w:t>وہ ہر ہر ماحول کے لیے ہے، ہر ملک کے لیے۔</w:t>
      </w:r>
    </w:p>
    <w:p>
      <w:r>
        <w:rPr>
          <w:b/>
        </w:rPr>
        <w:t xml:space="preserve">[31:25] </w:t>
      </w:r>
      <w:r>
        <w:t>aap jahan kahin bhi hon, aap ko is par amal karna hai.</w:t>
      </w:r>
    </w:p>
    <w:p>
      <w:pPr>
        <w:jc w:val="right"/>
      </w:pPr>
      <w:r>
        <w:t>آپ جہاں کہیں بھی ہوں، آپ کو اس پر عمل کرنا ہے۔</w:t>
      </w:r>
    </w:p>
    <w:p>
      <w:r>
        <w:rPr>
          <w:b/>
        </w:rPr>
        <w:t xml:space="preserve">[31:31] </w:t>
      </w:r>
      <w:r>
        <w:t>to kisi bhi cheez ko janne ke liye bohat zaroori hai ke aap sincere hon, is ka acha mutal</w:t>
      </w:r>
    </w:p>
    <w:p>
      <w:pPr>
        <w:jc w:val="right"/>
      </w:pPr>
      <w:r>
        <w:t>تو کسی بھی چیز کو جاننے کے لیے بہت ضروری ہے کہ آپ سنسیئر ہوں، اس کا اچھا مطال</w:t>
      </w:r>
    </w:p>
    <w:p>
      <w:r>
        <w:rPr>
          <w:b/>
        </w:rPr>
        <w:t xml:space="preserve">[31:37] </w:t>
      </w:r>
      <w:r>
        <w:t>aah karein, achi tarah se samjhein.</w:t>
      </w:r>
    </w:p>
    <w:p>
      <w:pPr>
        <w:jc w:val="right"/>
      </w:pPr>
      <w:r>
        <w:t>عہ کریں، اچھی طریقے سے سمجھیں۔</w:t>
      </w:r>
    </w:p>
    <w:p>
      <w:r>
        <w:rPr>
          <w:b/>
        </w:rPr>
        <w:t xml:space="preserve">[31:43] </w:t>
      </w:r>
      <w:r>
        <w:t>jaise aap dekhiye ke hazrat hazrat aisha farmati hain ke rasool Allah apni zaat ke mamle mein kabhi</w:t>
      </w:r>
    </w:p>
    <w:p>
      <w:pPr>
        <w:jc w:val="right"/>
      </w:pPr>
      <w:r>
        <w:t>جیسے آپ دیکھیے کہ حضرت حضرت عائشہ فرماتی ہیں کہ رسول اللہ اپنی ذات کے معاملے میں کبھی</w:t>
      </w:r>
    </w:p>
    <w:p>
      <w:r>
        <w:rPr>
          <w:b/>
        </w:rPr>
        <w:t xml:space="preserve">[31:49] </w:t>
      </w:r>
      <w:r>
        <w:t>ghussa nahi hotay thay.</w:t>
      </w:r>
    </w:p>
    <w:p>
      <w:pPr>
        <w:jc w:val="right"/>
      </w:pPr>
      <w:r>
        <w:t>غصہ نہیں ہوتے تھے۔</w:t>
      </w:r>
    </w:p>
    <w:p>
      <w:r>
        <w:rPr>
          <w:b/>
        </w:rPr>
        <w:t xml:space="preserve">[31:55] </w:t>
      </w:r>
      <w:r>
        <w:t>ab yeh bhi aik sunnat hai ke zaat ke mamle mein ghussa na hona.</w:t>
      </w:r>
    </w:p>
    <w:p>
      <w:pPr>
        <w:jc w:val="right"/>
      </w:pPr>
      <w:r>
        <w:t>اب یہ بھی ایک سنت ہے کہ ذات کے معاملے میں غصہ نہ ہونا۔</w:t>
      </w:r>
    </w:p>
    <w:p>
      <w:r>
        <w:rPr>
          <w:b/>
        </w:rPr>
        <w:t xml:space="preserve">[32:01] </w:t>
      </w:r>
      <w:r>
        <w:t>zaat ke mamle mein ghussa hona kya hai? kisi ne mujh ko gaali de di, kisi ne mujhe</w:t>
      </w:r>
    </w:p>
    <w:p>
      <w:pPr>
        <w:jc w:val="right"/>
      </w:pPr>
      <w:r>
        <w:t>ذات کے معاملے میں غصہ ہونا کیا ہے؟ کسی نے مجھ کو گالی دے دی، کسی نے مجھے</w:t>
      </w:r>
    </w:p>
    <w:p>
      <w:r>
        <w:rPr>
          <w:b/>
        </w:rPr>
        <w:t xml:space="preserve">[32:07] </w:t>
      </w:r>
      <w:r>
        <w:t>pathar maar diya, kisi ne mujhe koi nuqsan pohanchaya.</w:t>
      </w:r>
    </w:p>
    <w:p>
      <w:pPr>
        <w:jc w:val="right"/>
      </w:pPr>
      <w:r>
        <w:t>پتھر مار دیا، کسی نے مجھے کوئی نقصان پہنچایا۔</w:t>
      </w:r>
    </w:p>
    <w:p>
      <w:r>
        <w:rPr>
          <w:b/>
        </w:rPr>
        <w:t xml:space="preserve">[32:12] </w:t>
      </w:r>
      <w:r>
        <w:t>yeh zaat ka mamla hota hai.</w:t>
      </w:r>
    </w:p>
    <w:p>
      <w:pPr>
        <w:jc w:val="right"/>
      </w:pPr>
      <w:r>
        <w:t>یہ ذات کا معاملہ ہوتا ہے۔</w:t>
      </w:r>
    </w:p>
    <w:p>
      <w:r>
        <w:rPr>
          <w:b/>
        </w:rPr>
        <w:t xml:space="preserve">[32:17] </w:t>
      </w:r>
      <w:r>
        <w:t>to aam tor par dekhiye log ghussa hotay hain isi tarah ke mamle mein.</w:t>
      </w:r>
    </w:p>
    <w:p>
      <w:pPr>
        <w:jc w:val="right"/>
      </w:pPr>
      <w:r>
        <w:t>تو عام طور پر دیکھیے لوگ غصہ ہوتے ہیں اسی طرح کے معاملے میں۔</w:t>
      </w:r>
    </w:p>
    <w:p>
      <w:r>
        <w:rPr>
          <w:b/>
        </w:rPr>
        <w:t xml:space="preserve">[32:22] </w:t>
      </w:r>
      <w:r>
        <w:t>zaat ka mamla ho to khoob ghussa ho jatay hain.</w:t>
      </w:r>
    </w:p>
    <w:p>
      <w:pPr>
        <w:jc w:val="right"/>
      </w:pPr>
      <w:r>
        <w:t>ذات کا معاملہ ہو تو خوب غصہ ہو جاتے ہیں۔</w:t>
      </w:r>
    </w:p>
    <w:p>
      <w:r>
        <w:rPr>
          <w:b/>
        </w:rPr>
        <w:t xml:space="preserve">[32:27] </w:t>
      </w:r>
      <w:r>
        <w:t>aur yahan par ghussa hona aap ka tareeqa nahi tha.</w:t>
      </w:r>
    </w:p>
    <w:p>
      <w:pPr>
        <w:jc w:val="right"/>
      </w:pPr>
      <w:r>
        <w:t>اور یہاں پر غصہ ہونا آپ کا طریقہ نہیں تھا۔</w:t>
      </w:r>
    </w:p>
    <w:p>
      <w:r>
        <w:rPr>
          <w:b/>
        </w:rPr>
        <w:t xml:space="preserve">[32:32] </w:t>
      </w:r>
      <w:r>
        <w:t>to is sunnat, is sunnat ko hamein pakadna chahiye ke agar koi hamein sat</w:t>
      </w:r>
    </w:p>
    <w:p>
      <w:pPr>
        <w:jc w:val="right"/>
      </w:pPr>
      <w:r>
        <w:t>تو اس سنت، اس سنت کو ہمیں پکڑنا چاہیے کہ اگر کوئی ہمیں ست</w:t>
      </w:r>
    </w:p>
    <w:p>
      <w:r>
        <w:rPr>
          <w:b/>
        </w:rPr>
        <w:t xml:space="preserve">[32:37] </w:t>
      </w:r>
      <w:r>
        <w:t>aye, zaati tor par hamein kuch takleef pohanchaye to wahan hamein yeh ghussa nahi hona hai.</w:t>
      </w:r>
    </w:p>
    <w:p>
      <w:pPr>
        <w:jc w:val="right"/>
      </w:pPr>
      <w:r>
        <w:t>ائے، ذاتی طور پر ہمیں کچھ تکلیف پہنچائے تو وہاں ہمیں یہ غصہ نہیں ہونا ہے۔</w:t>
      </w:r>
    </w:p>
    <w:p>
      <w:r>
        <w:rPr>
          <w:b/>
        </w:rPr>
        <w:t xml:space="preserve">[32:43] </w:t>
      </w:r>
      <w:r>
        <w:t>kyun ke rasool Allah ka tareeqa yeh tha is tarah ke mamle mein ghussa na hone ka.</w:t>
      </w:r>
    </w:p>
    <w:p>
      <w:pPr>
        <w:jc w:val="right"/>
      </w:pPr>
      <w:r>
        <w:t>کیونکہ رسول اللہ کا طریقہ یہ تھا اس طرح کے معاملے میں غصہ نہ ہونے کا۔</w:t>
      </w:r>
    </w:p>
    <w:p>
      <w:r>
        <w:rPr>
          <w:b/>
        </w:rPr>
        <w:t xml:space="preserve">[32:48] </w:t>
      </w:r>
      <w:r>
        <w:t>is tareeqay se aap ke aik khadim thay, unhon ne kaha ke rasool Allah ne kabhi mujh ko</w:t>
      </w:r>
    </w:p>
    <w:p>
      <w:pPr>
        <w:jc w:val="right"/>
      </w:pPr>
      <w:r>
        <w:t>اس طریقے سے آپ کے ایک خادم تھے، انہوں نے کہا کہ رسول اللہ نے کبھی مجھ کو</w:t>
      </w:r>
    </w:p>
    <w:p>
      <w:r>
        <w:rPr>
          <w:b/>
        </w:rPr>
        <w:t xml:space="preserve">[32:53] </w:t>
      </w:r>
      <w:r>
        <w:t>na daanta na mara.</w:t>
      </w:r>
    </w:p>
    <w:p>
      <w:pPr>
        <w:jc w:val="right"/>
      </w:pPr>
      <w:r>
        <w:t>نہ ڈانٹا نہ مارا۔</w:t>
      </w:r>
    </w:p>
    <w:p>
      <w:r>
        <w:rPr>
          <w:b/>
        </w:rPr>
        <w:t xml:space="preserve">[32:58] </w:t>
      </w:r>
      <w:r>
        <w:t>ab yeh aik sunnat hai.</w:t>
      </w:r>
    </w:p>
    <w:p>
      <w:pPr>
        <w:jc w:val="right"/>
      </w:pPr>
      <w:r>
        <w:t>اب یہ ایک سنت ہے۔</w:t>
      </w:r>
    </w:p>
    <w:p>
      <w:r>
        <w:rPr>
          <w:b/>
        </w:rPr>
        <w:t xml:space="preserve">[33:04] </w:t>
      </w:r>
      <w:r>
        <w:t>to to aaj kal dekhiye</w:t>
      </w:r>
    </w:p>
    <w:p>
      <w:pPr>
        <w:jc w:val="right"/>
      </w:pPr>
      <w:r>
        <w:t>تو تو آج کل دیکھیے</w:t>
      </w:r>
    </w:p>
    <w:p>
      <w:r>
        <w:rPr>
          <w:b/>
        </w:rPr>
        <w:t xml:space="preserve">[33:09] </w:t>
      </w:r>
      <w:r>
        <w:t>logon ke haan servant hote hain, khadim hote hain, kaam karne wale hote hain. to un ko bahut aasani se log danț dete hain, mar bhi dete hain. yah sunnat ke khilaf hai. to jo log sunnat ka ihtimam karte hain, sirf is mein ke dayen chalo aur dayen hath se karo kaam, un ko janna chahie ke sab se badi sunnat yah sab chizen hain ke aap apne khadim ko danțen nahin, apne khadim ko haqir na samajhen. danțne ka matlab hai haqir samj</w:t>
      </w:r>
    </w:p>
    <w:p>
      <w:pPr>
        <w:jc w:val="right"/>
      </w:pPr>
      <w:r>
        <w:t>لوگوں کے ہاں سرونٹ ہوتے ہیں، خادم ہوتے ہیں، کام کرنے والے ہوتے ہیں۔ تو ان کو بہت آسانی سے لوگ ڈانٹ دیتے ہیں، مار بھی دیتے ہیں۔ یہ سنت کے خلاف ہے۔ تو جو لوگ سنت کا اہتمام کرتے ہیں، صرف اس میں کہ دائیں چلو اور دائیں ہاتھ سے کرو کام، ان کو جاننا چاہیے کہ سب سے بڑی سنت یہ سب چیزیں ہیں کہ آپ اپنے خادم کو ڈانٹیں نہیں، اپنے خادم کو حقیر نہ سمجھیں۔ ڈانٹنے کا مطلب ہے حقیر سمج</w:t>
      </w:r>
    </w:p>
    <w:p>
      <w:r>
        <w:rPr>
          <w:b/>
        </w:rPr>
        <w:t xml:space="preserve">[33:39] </w:t>
      </w:r>
      <w:r>
        <w:t>hna.</w:t>
      </w:r>
    </w:p>
    <w:p>
      <w:pPr>
        <w:jc w:val="right"/>
      </w:pPr>
      <w:r>
        <w:t>ھنا۔</w:t>
      </w:r>
    </w:p>
    <w:p>
      <w:r>
        <w:rPr>
          <w:b/>
        </w:rPr>
        <w:t xml:space="preserve">[33:43] </w:t>
      </w:r>
      <w:r>
        <w:t>log samajhte hain ke khadim ko hum mahine mein tankhwah dete hain to hum chahe is ko daantain, chahe maarain.</w:t>
      </w:r>
    </w:p>
    <w:p>
      <w:pPr>
        <w:jc w:val="right"/>
      </w:pPr>
      <w:r>
        <w:t>لوگ سمجھتے ہیں کہ خادم کو ہم مہینے میں تنخواہ دیتے ہیں تو ہم چاہے اس کو ڈانٹیں، چاہے ماریں۔</w:t>
      </w:r>
    </w:p>
    <w:p>
      <w:r>
        <w:rPr>
          <w:b/>
        </w:rPr>
        <w:t xml:space="preserve">[33:47] </w:t>
      </w:r>
      <w:r>
        <w:t>yeh soch galat hai.</w:t>
      </w:r>
    </w:p>
    <w:p>
      <w:pPr>
        <w:jc w:val="right"/>
      </w:pPr>
      <w:r>
        <w:t>یہ سوچ غلط ہے۔</w:t>
      </w:r>
    </w:p>
    <w:p>
      <w:r>
        <w:rPr>
          <w:b/>
        </w:rPr>
        <w:t xml:space="preserve">[33:50] </w:t>
      </w:r>
      <w:r>
        <w:t>kisi ko haqeer samajhna yeh sunnat ke khilaaf hai.</w:t>
      </w:r>
    </w:p>
    <w:p>
      <w:pPr>
        <w:jc w:val="right"/>
      </w:pPr>
      <w:r>
        <w:t>کسی کو حقیر سمجھنا یہ سنت کے خلاف ہے۔</w:t>
      </w:r>
    </w:p>
    <w:p>
      <w:r>
        <w:rPr>
          <w:b/>
        </w:rPr>
        <w:t xml:space="preserve">[33:54] </w:t>
      </w:r>
      <w:r>
        <w:t>rasool Allah sab ko barabar samajhte thay, kisi ko haqeer nahin samajhte thay.</w:t>
      </w:r>
    </w:p>
    <w:p>
      <w:pPr>
        <w:jc w:val="right"/>
      </w:pPr>
      <w:r>
        <w:t>رسول اللہ سب کو برابر سمجھتے تھے، کسی کو حقیر نہیں سمجھتے تھے۔</w:t>
      </w:r>
    </w:p>
    <w:p>
      <w:r>
        <w:rPr>
          <w:b/>
        </w:rPr>
        <w:t xml:space="preserve">[33:58] </w:t>
      </w:r>
      <w:r>
        <w:t>is sunnat ko aap pakriye.</w:t>
      </w:r>
    </w:p>
    <w:p>
      <w:pPr>
        <w:jc w:val="right"/>
      </w:pPr>
      <w:r>
        <w:t>اس سنت کو آپ پکڑیے۔</w:t>
      </w:r>
    </w:p>
    <w:p>
      <w:r>
        <w:rPr>
          <w:b/>
        </w:rPr>
        <w:t xml:space="preserve">[34:02] </w:t>
      </w:r>
      <w:r>
        <w:t>aap insaan ko kabhi haqeer na samjhiye.</w:t>
      </w:r>
    </w:p>
    <w:p>
      <w:pPr>
        <w:jc w:val="right"/>
      </w:pPr>
      <w:r>
        <w:t>آپ انسان کو کبھی حقیر نہ سمجھیے۔</w:t>
      </w:r>
    </w:p>
    <w:p>
      <w:r>
        <w:rPr>
          <w:b/>
        </w:rPr>
        <w:t xml:space="preserve">[34:05] </w:t>
      </w:r>
      <w:r>
        <w:t>kisi insaan ko</w:t>
      </w:r>
    </w:p>
    <w:p>
      <w:pPr>
        <w:jc w:val="right"/>
      </w:pPr>
      <w:r>
        <w:t>کسی انسان کو</w:t>
      </w:r>
    </w:p>
    <w:p>
      <w:r>
        <w:rPr>
          <w:b/>
        </w:rPr>
        <w:t xml:space="preserve">[34:09] </w:t>
      </w:r>
      <w:r>
        <w:t>aap zaleel mat kijiye.</w:t>
      </w:r>
    </w:p>
    <w:p>
      <w:pPr>
        <w:jc w:val="right"/>
      </w:pPr>
      <w:r>
        <w:t>آپ ذلیل مت کیجئے۔</w:t>
      </w:r>
    </w:p>
    <w:p>
      <w:r>
        <w:rPr>
          <w:b/>
        </w:rPr>
        <w:t xml:space="preserve">[34:14] </w:t>
      </w:r>
      <w:r>
        <w:t>hazrat ayesha kehti hain ke apne zaati maamle mein rasool Allah ne kabhi inteqaam nahin liya.</w:t>
      </w:r>
    </w:p>
    <w:p>
      <w:pPr>
        <w:jc w:val="right"/>
      </w:pPr>
      <w:r>
        <w:t>حضرت عائشہ کہتی ہیں کہ اپنے ذاتی معاملے میں رسول اللہ نے کبھی انتقام نہیں لیا۔</w:t>
      </w:r>
    </w:p>
    <w:p>
      <w:r>
        <w:rPr>
          <w:b/>
        </w:rPr>
        <w:t xml:space="preserve">[34:18] </w:t>
      </w:r>
      <w:r>
        <w:t>inteqaam kab lete hain aap? jab koi shikayat pa jao kisi ke kisi se.</w:t>
      </w:r>
    </w:p>
    <w:p>
      <w:pPr>
        <w:jc w:val="right"/>
      </w:pPr>
      <w:r>
        <w:t>انتقام کب لیتے ہیں آپ؟ جب کوئی شکایت پا جاؤ کسی کے کسی سے۔</w:t>
      </w:r>
    </w:p>
    <w:p>
      <w:r>
        <w:rPr>
          <w:b/>
        </w:rPr>
        <w:t xml:space="preserve">[34:22] </w:t>
      </w:r>
      <w:r>
        <w:t>aap ko jab dil mein shikayat aa jati hai to dil mein ek aag lag jati hai ke</w:t>
      </w:r>
    </w:p>
    <w:p>
      <w:pPr>
        <w:jc w:val="right"/>
      </w:pPr>
      <w:r>
        <w:t>آپ کو جب دل میں شکایت آ جاتی ہے تو دل میں ایک آگ لگ جاتی ہے کہ</w:t>
      </w:r>
    </w:p>
    <w:p>
      <w:r>
        <w:rPr>
          <w:b/>
        </w:rPr>
        <w:t xml:space="preserve">[34:26] </w:t>
      </w:r>
      <w:r>
        <w:t>bhai is ko sabak parhana hai, ise badla lena hai.</w:t>
      </w:r>
    </w:p>
    <w:p>
      <w:pPr>
        <w:jc w:val="right"/>
      </w:pPr>
      <w:r>
        <w:t>بھئی اس کو سبق پڑھانا ہے، اسے بدلہ لینا ہے۔</w:t>
      </w:r>
    </w:p>
    <w:p>
      <w:r>
        <w:rPr>
          <w:b/>
        </w:rPr>
        <w:t xml:space="preserve">[34:31] </w:t>
      </w:r>
      <w:r>
        <w:t>yeh sunnat ke khilaaf hai.</w:t>
      </w:r>
    </w:p>
    <w:p>
      <w:pPr>
        <w:jc w:val="right"/>
      </w:pPr>
      <w:r>
        <w:t>یہ سنت کے خلاف ہے۔</w:t>
      </w:r>
    </w:p>
    <w:p>
      <w:r>
        <w:rPr>
          <w:b/>
        </w:rPr>
        <w:t xml:space="preserve">[34:35] </w:t>
      </w:r>
      <w:r>
        <w:t>to yeh ek bohat</w:t>
      </w:r>
    </w:p>
    <w:p>
      <w:pPr>
        <w:jc w:val="right"/>
      </w:pPr>
      <w:r>
        <w:t>تو یہ ایک بہت</w:t>
      </w:r>
    </w:p>
    <w:p>
      <w:r>
        <w:rPr>
          <w:b/>
        </w:rPr>
        <w:t xml:space="preserve">[34:39] </w:t>
      </w:r>
      <w:r>
        <w:t>badi sunnat hai ke aap agar shikayat ho jaye to is shikayat ko bhool dein, is shikayat ko bhula dein.</w:t>
      </w:r>
    </w:p>
    <w:p>
      <w:pPr>
        <w:jc w:val="right"/>
      </w:pPr>
      <w:r>
        <w:t>بڑی سنت ہے کہ آپ اگر شکایت ہو جائے تو اس شکایت کو بھول دیں، اس شکایت کو بھلا دیں۔</w:t>
      </w:r>
    </w:p>
    <w:p>
      <w:r>
        <w:rPr>
          <w:b/>
        </w:rPr>
        <w:t xml:space="preserve">[34:46] </w:t>
      </w:r>
      <w:r>
        <w:t>is shikayat ko le kar ke aap apne dil mein keena rakh lein aur is aadmi se inteqaam</w:t>
      </w:r>
    </w:p>
    <w:p>
      <w:pPr>
        <w:jc w:val="right"/>
      </w:pPr>
      <w:r>
        <w:t>اس شکایت کو لے کر کے آپ اپنے دل میں کینہ رکھ لیں اور اس آدمی سے انتقام</w:t>
      </w:r>
    </w:p>
    <w:p>
      <w:r>
        <w:rPr>
          <w:b/>
        </w:rPr>
        <w:t xml:space="preserve">[34:52] </w:t>
      </w:r>
      <w:r>
        <w:t>lene ka mansooba banayein, is ko sabak sikhane ka mansooba banayein.</w:t>
      </w:r>
    </w:p>
    <w:p>
      <w:pPr>
        <w:jc w:val="right"/>
      </w:pPr>
      <w:r>
        <w:t>لینے کا منصوبہ بنائیں، اس کو سبق سکھانے کا منصوبہ بنائیں۔</w:t>
      </w:r>
    </w:p>
    <w:p>
      <w:r>
        <w:rPr>
          <w:b/>
        </w:rPr>
        <w:t xml:space="preserve">[34:59] </w:t>
      </w:r>
      <w:r>
        <w:t>yeh galat hai, yeh islam mein nahin hai, rasool Allah ki sunnat nahin hai.</w:t>
      </w:r>
    </w:p>
    <w:p>
      <w:pPr>
        <w:jc w:val="right"/>
      </w:pPr>
      <w:r>
        <w:t>یہ غلط ہے، یہ اسلام میں نہیں ہے، رسول اللہ کی سنت نہیں ہے۔</w:t>
      </w:r>
    </w:p>
    <w:p>
      <w:r>
        <w:rPr>
          <w:b/>
        </w:rPr>
        <w:t xml:space="preserve">[35:05] </w:t>
      </w:r>
      <w:r>
        <w:t>yeh sab sunnaten hain.</w:t>
      </w:r>
    </w:p>
    <w:p>
      <w:pPr>
        <w:jc w:val="right"/>
      </w:pPr>
      <w:r>
        <w:t>یہ سب سنتیں ہیں۔</w:t>
      </w:r>
    </w:p>
    <w:p>
      <w:r>
        <w:rPr>
          <w:b/>
        </w:rPr>
        <w:t xml:space="preserve">[35:12] </w:t>
      </w:r>
      <w:r>
        <w:t>to log jo hain choti choti chizon ko to kahte hain ke yah sunnat hai, ab badi badi chizon ko sunnat nahin batat. jaise misaal ke taur par aaj kal aap dekhenge ke log vali mah karenge, kahenge yah sunnat hai. dekhen, sunnat hai saada shadi, na ke vali mah. tamam log</w:t>
      </w:r>
    </w:p>
    <w:p>
      <w:pPr>
        <w:jc w:val="right"/>
      </w:pPr>
      <w:r>
        <w:t>تو لوگ جو ہیں چھوٹی چھوٹی چیزوں کو تو کہتے ہیں کہ یہ سنت ہے، اب بڑی بڑی چیزوں کو سنت نہیں بتاتے۔ جیسے مثال کے طور پر آج کل آپ دیکھیں گے کہ لوگ ولیمہ کریں گے، کہیں گے یہ سنت ہے۔ دیکھیں، سنت ہے سادہ شادی، نہ کہ ولیمہ۔ تمام لوگ</w:t>
      </w:r>
    </w:p>
    <w:p>
      <w:r>
        <w:rPr>
          <w:b/>
        </w:rPr>
        <w:t xml:space="preserve">[35:42] </w:t>
      </w:r>
      <w:r>
        <w:t>shadiyon mein kya karte hain? dhoom dhaam se waleema karte hain.</w:t>
      </w:r>
    </w:p>
    <w:p>
      <w:pPr>
        <w:jc w:val="right"/>
      </w:pPr>
      <w:r>
        <w:t>شادیوں میں کیا کرتے ہیں؟ دھوم دھام سے ولیمہ کرتے ہیں۔</w:t>
      </w:r>
    </w:p>
    <w:p>
      <w:r>
        <w:rPr>
          <w:b/>
        </w:rPr>
        <w:t xml:space="preserve">[35:48] </w:t>
      </w:r>
      <w:r>
        <w:t>kehte hain ke sunnat hai, sunnat hai saada shadi.</w:t>
      </w:r>
    </w:p>
    <w:p>
      <w:pPr>
        <w:jc w:val="right"/>
      </w:pPr>
      <w:r>
        <w:t>کہتے ہیں کہ سنت ہے، سنت ہے سادہ شادی۔</w:t>
      </w:r>
    </w:p>
    <w:p>
      <w:r>
        <w:rPr>
          <w:b/>
        </w:rPr>
        <w:t xml:space="preserve">[35:54] </w:t>
      </w:r>
      <w:r>
        <w:t>sab se zyada sunnat ke khilaaf log chalte hain shadiyon mein.</w:t>
      </w:r>
    </w:p>
    <w:p>
      <w:pPr>
        <w:jc w:val="right"/>
      </w:pPr>
      <w:r>
        <w:t>سب سے زیادہ سنت کے خلاف لوگ چلتے ہیں شادیوں میں۔</w:t>
      </w:r>
    </w:p>
    <w:p>
      <w:r>
        <w:rPr>
          <w:b/>
        </w:rPr>
        <w:t xml:space="preserve">[36:00] </w:t>
      </w:r>
      <w:r>
        <w:t>rasool Allah ke zamane mein bohat mamooli mahaul hota tha, bilkul saada shadi hoti thi, na koi barat</w:t>
      </w:r>
    </w:p>
    <w:p>
      <w:pPr>
        <w:jc w:val="right"/>
      </w:pPr>
      <w:r>
        <w:t>رسول اللہ کے زمانے میں بہت معمولی ماحول ہوتا تھا، بالکل سادہ شادی ہوتی تھی، نہ کوئی بارات</w:t>
      </w:r>
    </w:p>
    <w:p>
      <w:r>
        <w:rPr>
          <w:b/>
        </w:rPr>
        <w:t xml:space="preserve">[36:06] </w:t>
      </w:r>
      <w:r>
        <w:t>hoti thi, na na koi na dhoom na dhaam, kuch bhi nahin. koi pamp</w:t>
      </w:r>
    </w:p>
    <w:p>
      <w:pPr>
        <w:jc w:val="right"/>
      </w:pPr>
      <w:r>
        <w:t>ہوتی تھی، نہ نہ کوئی نہ دھوم نہ دھام، کچھ بھی نہیں۔ کوئی پامپ</w:t>
      </w:r>
    </w:p>
    <w:p>
      <w:r>
        <w:rPr>
          <w:b/>
        </w:rPr>
        <w:t xml:space="preserve">[36:13] </w:t>
      </w:r>
      <w:r>
        <w:t>koi kisi qism ki dhoom dham nahin. to shadi ke mamle mein, nikah ke mamle mein asal sunnat jo hai vah sadgi hai, sadgi hai ke barat ka tareeqa jo aaj kal dhoom machi rahti hai shadiyon mein, vah sarr se sunnat mein hai hi nahin. khane mein jo vali mah mein itna dhoom machai jati hai, khane pine</w:t>
      </w:r>
    </w:p>
    <w:p>
      <w:pPr>
        <w:jc w:val="right"/>
      </w:pPr>
      <w:r>
        <w:t>، کوئی کسی قسم کی دھوم دھام نہیں۔ تو شادی کے معاملے میں، نکاح کے معاملے میں اصل سنت جو ہے وہ سادگی ہے، سادگی ہے کہ بارات کا طریقہ جو آج کل دھوم مچی رہتی ہے شادیوں میں، وہ سرے سے سنت میں ہے ہی نہیں۔ کھانے میں جو ولیمہ میں اتنا دھوم مچائی جاتی ہے، کھانے پینے</w:t>
      </w:r>
    </w:p>
    <w:p>
      <w:r>
        <w:rPr>
          <w:b/>
        </w:rPr>
        <w:t xml:space="preserve">[36:43] </w:t>
      </w:r>
      <w:r>
        <w:t>mein, is zamane mein sirf saada tor par log kha lete thay.</w:t>
      </w:r>
    </w:p>
    <w:p>
      <w:pPr>
        <w:jc w:val="right"/>
      </w:pPr>
      <w:r>
        <w:t>میں، اس زمانے میں صرف سادہ طور پر لوگ کھا لیتے تھے۔</w:t>
      </w:r>
    </w:p>
    <w:p>
      <w:r>
        <w:rPr>
          <w:b/>
        </w:rPr>
        <w:t xml:space="preserve">[36:50] </w:t>
      </w:r>
      <w:r>
        <w:t>bas to nikah mein sab se bari sunnat hai sadgi, bila kharch shadi karna, bila kharch nikah karna.</w:t>
      </w:r>
    </w:p>
    <w:p>
      <w:pPr>
        <w:jc w:val="right"/>
      </w:pPr>
      <w:r>
        <w:t>بس تو نکاح میں سب سے بڑی سنت ہے سادگی، بلا خرچ شادی کرنا، بلا خرچ نکاح کرنا۔</w:t>
      </w:r>
    </w:p>
    <w:p>
      <w:r>
        <w:rPr>
          <w:b/>
        </w:rPr>
        <w:t xml:space="preserve">[36:58] </w:t>
      </w:r>
      <w:r>
        <w:t>ek maqam par main gaya to maloom hua ke wahan par ek sahib ki ladki ki shadi thi,</w:t>
      </w:r>
    </w:p>
    <w:p>
      <w:pPr>
        <w:jc w:val="right"/>
      </w:pPr>
      <w:r>
        <w:t>ایک مقام پر میں گیا تو معلوم ہوا کہ وہاں پر ایک صاحب کی لڑکی کی شادی تھی،</w:t>
      </w:r>
    </w:p>
    <w:p>
      <w:r>
        <w:rPr>
          <w:b/>
        </w:rPr>
        <w:t xml:space="preserve">[37:05] </w:t>
      </w:r>
      <w:r>
        <w:t>to unhon ne apni ladki ki shadi ke liye masjid mein intizam</w:t>
      </w:r>
    </w:p>
    <w:p>
      <w:pPr>
        <w:jc w:val="right"/>
      </w:pPr>
      <w:r>
        <w:t>تو انہوں نے اپنی لڑکی کی شادی کے لیے مسجد میں انتظام</w:t>
      </w:r>
    </w:p>
    <w:p>
      <w:r>
        <w:rPr>
          <w:b/>
        </w:rPr>
        <w:t xml:space="preserve">[37:13] </w:t>
      </w:r>
      <w:r>
        <w:t>kiya tha.</w:t>
      </w:r>
    </w:p>
    <w:p>
      <w:pPr>
        <w:jc w:val="right"/>
      </w:pPr>
      <w:r>
        <w:t>کیا تھا۔</w:t>
      </w:r>
    </w:p>
    <w:p>
      <w:r>
        <w:rPr>
          <w:b/>
        </w:rPr>
        <w:t xml:space="preserve">[37:18] </w:t>
      </w:r>
      <w:r>
        <w:t>masjid mein shadi to un se poocha gaya ke bhai kyon? bhai unhon ne kaha ke yeh sunnat</w:t>
      </w:r>
    </w:p>
    <w:p>
      <w:pPr>
        <w:jc w:val="right"/>
      </w:pPr>
      <w:r>
        <w:t>مسجد میں شادی تو ان سے پوچھا گیا کہ بھئی کیوں؟ بھئی انہوں نے کہا کہ یہ سنت</w:t>
      </w:r>
    </w:p>
    <w:p>
      <w:r>
        <w:rPr>
          <w:b/>
        </w:rPr>
        <w:t xml:space="preserve">[37:23] </w:t>
      </w:r>
      <w:r>
        <w:t>hai, masjid mein shadi sunnat hai, aur woh masjid mein nikah sunnat hai.</w:t>
      </w:r>
    </w:p>
    <w:p>
      <w:pPr>
        <w:jc w:val="right"/>
      </w:pPr>
      <w:r>
        <w:t>ہے، مسجد میں شادی سنت ہے، اور وہ مسجد میں نکاح سنت ہے۔</w:t>
      </w:r>
    </w:p>
    <w:p>
      <w:r>
        <w:rPr>
          <w:b/>
        </w:rPr>
        <w:t xml:space="preserve">[37:28] </w:t>
      </w:r>
      <w:r>
        <w:t>ab is ke baad sab masjid mein nikah ke baad unhon ne woh sara kiya jo riwaj tha,</w:t>
      </w:r>
    </w:p>
    <w:p>
      <w:pPr>
        <w:jc w:val="right"/>
      </w:pPr>
      <w:r>
        <w:t>اب اس کے بعد سب مسجد میں نکاح کے بعد انہوں نے وہ سارا کیا جو رواج تھا،</w:t>
      </w:r>
    </w:p>
    <w:p>
      <w:r>
        <w:rPr>
          <w:b/>
        </w:rPr>
        <w:t xml:space="preserve">[37:33] </w:t>
      </w:r>
      <w:r>
        <w:t>wohi jehez dena, wohi walime ki dhoom dham, wohi barat, wohi sab kuch.</w:t>
      </w:r>
    </w:p>
    <w:p>
      <w:pPr>
        <w:jc w:val="right"/>
      </w:pPr>
      <w:r>
        <w:t>وہی جہیز دینا، وہی ولیمے کی دھوم دھام، وہی بارات، وہی سب کچھ۔</w:t>
      </w:r>
    </w:p>
    <w:p>
      <w:r>
        <w:rPr>
          <w:b/>
        </w:rPr>
        <w:t xml:space="preserve">[37:38] </w:t>
      </w:r>
      <w:r>
        <w:t>yeh bhi ek ajeeb o ghareeb baat hai ke</w:t>
      </w:r>
    </w:p>
    <w:p>
      <w:pPr>
        <w:jc w:val="right"/>
      </w:pPr>
      <w:r>
        <w:t>یہ بھی ایک عجیب و غریب بات ہے کہ</w:t>
      </w:r>
    </w:p>
    <w:p>
      <w:r>
        <w:rPr>
          <w:b/>
        </w:rPr>
        <w:t xml:space="preserve">[37:43] </w:t>
      </w:r>
      <w:r>
        <w:t>sunnat ke naam par aap masjid mein nikah karen, aur us ke baad masjid se bahar niklen to</w:t>
      </w:r>
    </w:p>
    <w:p>
      <w:pPr>
        <w:jc w:val="right"/>
      </w:pPr>
      <w:r>
        <w:t>سنت کے نام پر آپ مسجد میں نکاح کریں، اور اس کے بعد مسجد سے باہر نکلیں تو</w:t>
      </w:r>
    </w:p>
    <w:p>
      <w:r>
        <w:rPr>
          <w:b/>
        </w:rPr>
        <w:t xml:space="preserve">[37:50] </w:t>
      </w:r>
      <w:r>
        <w:t>sare wohi dhoom machayen jo ke samaj mein is ka riwaj hai.</w:t>
      </w:r>
    </w:p>
    <w:p>
      <w:pPr>
        <w:jc w:val="right"/>
      </w:pPr>
      <w:r>
        <w:t>سارے وہی دھوم مچائیں جو کہ سماج میں اس کا رواج ہے۔</w:t>
      </w:r>
    </w:p>
    <w:p>
      <w:r>
        <w:rPr>
          <w:b/>
        </w:rPr>
        <w:t xml:space="preserve">[37:58] </w:t>
      </w:r>
      <w:r>
        <w:t>yeh to bohat galat baat hai.</w:t>
      </w:r>
    </w:p>
    <w:p>
      <w:pPr>
        <w:jc w:val="right"/>
      </w:pPr>
      <w:r>
        <w:t>یہ تو بہت غلط بات ہے۔</w:t>
      </w:r>
    </w:p>
    <w:p>
      <w:r>
        <w:rPr>
          <w:b/>
        </w:rPr>
        <w:t xml:space="preserve">[38:05] </w:t>
      </w:r>
      <w:r>
        <w:t>yani ek to yeh hai ke shadiyon mein israf karna, paisa barbad karna, khud apne aap mein buri</w:t>
      </w:r>
    </w:p>
    <w:p>
      <w:pPr>
        <w:jc w:val="right"/>
      </w:pPr>
      <w:r>
        <w:t>یعنی ایک تو یہ ہے کہ شادیوں میں اسراف کرنا، پیسہ برباد کرنا، خود اپنے آپ میں بری</w:t>
      </w:r>
    </w:p>
    <w:p>
      <w:r>
        <w:rPr>
          <w:b/>
        </w:rPr>
        <w:t xml:space="preserve">[38:13] </w:t>
      </w:r>
      <w:r>
        <w:t>cheez hai, aur phir sunnat ke naam par karna to aur zyada bura hai, woh aur zyada bura hai,</w:t>
      </w:r>
    </w:p>
    <w:p>
      <w:pPr>
        <w:jc w:val="right"/>
      </w:pPr>
      <w:r>
        <w:t>چیز ہے، اور پھر سنت کے نام پر کرنا تو اور زیادہ برا ہے، وہ اور زیادہ برا ہے،</w:t>
      </w:r>
    </w:p>
    <w:p>
      <w:r>
        <w:rPr>
          <w:b/>
        </w:rPr>
        <w:t xml:space="preserve">[38:20] </w:t>
      </w:r>
      <w:r>
        <w:t>woh to aur bhi zyada bura hai.</w:t>
      </w:r>
    </w:p>
    <w:p>
      <w:pPr>
        <w:jc w:val="right"/>
      </w:pPr>
      <w:r>
        <w:t>وہ تو اور بھی زیادہ برا ہے۔</w:t>
      </w:r>
    </w:p>
    <w:p>
      <w:r>
        <w:rPr>
          <w:b/>
        </w:rPr>
        <w:t xml:space="preserve">[38:26] </w:t>
      </w:r>
      <w:r>
        <w:t>to dekhen, kisi cheez ko hum khud se keh den ke yeh sunnat hai to hamare kehne se</w:t>
      </w:r>
    </w:p>
    <w:p>
      <w:pPr>
        <w:jc w:val="right"/>
      </w:pPr>
      <w:r>
        <w:t>تو دیکھیں، کسی چیز کو ہم خود سے کہہ دیں کہ یہ سنت ہے تو ہمارے کہنے سے</w:t>
      </w:r>
    </w:p>
    <w:p>
      <w:r>
        <w:rPr>
          <w:b/>
        </w:rPr>
        <w:t xml:space="preserve">[38:32] </w:t>
      </w:r>
      <w:r>
        <w:t>woh sunnat nahi ban jayegi.</w:t>
      </w:r>
    </w:p>
    <w:p>
      <w:pPr>
        <w:jc w:val="right"/>
      </w:pPr>
      <w:r>
        <w:t>وہ سنت نہیں بن جائے گی۔</w:t>
      </w:r>
    </w:p>
    <w:p>
      <w:r>
        <w:rPr>
          <w:b/>
        </w:rPr>
        <w:t xml:space="preserve">[38:38] </w:t>
      </w:r>
      <w:r>
        <w:t>hum ko janna parega ke rasool Allah ne kin halaton mein aisa kiya, aur kis spirit ke</w:t>
      </w:r>
    </w:p>
    <w:p>
      <w:pPr>
        <w:jc w:val="right"/>
      </w:pPr>
      <w:r>
        <w:t>ہم کو جاننا پڑے گا کہ رسول اللہ نے کن حالات میں ایسا کیا، اور کس اسپرٹ کے</w:t>
      </w:r>
    </w:p>
    <w:p>
      <w:r>
        <w:rPr>
          <w:b/>
        </w:rPr>
        <w:t xml:space="preserve">[38:44] </w:t>
      </w:r>
      <w:r>
        <w:t>saath kiya, aur</w:t>
      </w:r>
    </w:p>
    <w:p>
      <w:pPr>
        <w:jc w:val="right"/>
      </w:pPr>
      <w:r>
        <w:t>ساتھ کیا، اور</w:t>
      </w:r>
    </w:p>
    <w:p>
      <w:r>
        <w:rPr>
          <w:b/>
        </w:rPr>
        <w:t xml:space="preserve">[38:50] </w:t>
      </w:r>
      <w:r>
        <w:t>waqai kya surat thi jo aap ne kiya.</w:t>
      </w:r>
    </w:p>
    <w:p>
      <w:pPr>
        <w:jc w:val="right"/>
      </w:pPr>
      <w:r>
        <w:t>واقعتا کیا صورت تھی جو آپ نے کیا۔</w:t>
      </w:r>
    </w:p>
    <w:p>
      <w:r>
        <w:rPr>
          <w:b/>
        </w:rPr>
        <w:t xml:space="preserve">[38:57] </w:t>
      </w:r>
      <w:r>
        <w:t>aaj kal yeh aam baat hai ke log kisi bhi cheez ko kehte the sunnat hai, mislan woh</w:t>
      </w:r>
    </w:p>
    <w:p>
      <w:pPr>
        <w:jc w:val="right"/>
      </w:pPr>
      <w:r>
        <w:t>آج کل یہ عام بات ہے کہ لوگ کسی بھی چیز کو کہتے تھے سنت ہے، مثلاً وہ</w:t>
      </w:r>
    </w:p>
    <w:p>
      <w:r>
        <w:rPr>
          <w:b/>
        </w:rPr>
        <w:t xml:space="preserve">[39:04] </w:t>
      </w:r>
      <w:r>
        <w:t>halwa pakayenge, bohat dhoom ke saath halwa.</w:t>
      </w:r>
    </w:p>
    <w:p>
      <w:pPr>
        <w:jc w:val="right"/>
      </w:pPr>
      <w:r>
        <w:t>حلوہ پکائیں گے، بہت دھوم کے ساتھ حلوہ۔</w:t>
      </w:r>
    </w:p>
    <w:p>
      <w:r>
        <w:rPr>
          <w:b/>
        </w:rPr>
        <w:t xml:space="preserve">[39:10] </w:t>
      </w:r>
      <w:r>
        <w:t>kehte hain ke rasool Allah meetha pasand karte the, meetha khana rasool Allah ki sunnat hai.</w:t>
      </w:r>
    </w:p>
    <w:p>
      <w:pPr>
        <w:jc w:val="right"/>
      </w:pPr>
      <w:r>
        <w:t>کہتے ہیں کہ رسول اللہ میٹھا پسند کرتے تھے، میٹھا کھانا رسول اللہ کی سنت ہے۔</w:t>
      </w:r>
    </w:p>
    <w:p>
      <w:r>
        <w:rPr>
          <w:b/>
        </w:rPr>
        <w:t xml:space="preserve">[39:17] </w:t>
      </w:r>
      <w:r>
        <w:t>yeh bilkul galat baat hai, yeh bilkul galat, galat baat hai. yeh</w:t>
      </w:r>
    </w:p>
    <w:p>
      <w:pPr>
        <w:jc w:val="right"/>
      </w:pPr>
      <w:r>
        <w:t>یہ بالکل غلط بات ہے، یہ بالکل غلط، غلط بات ہے۔ یہ</w:t>
      </w:r>
    </w:p>
    <w:p>
      <w:r>
        <w:rPr>
          <w:b/>
        </w:rPr>
        <w:t xml:space="preserve">[39:23] </w:t>
      </w:r>
      <w:r>
        <w:t>yad rakhiye, rasool Allah ki is tarah ke mamlat mein sab se badi sunnat jo thi vah sadgi thi, simplicity. har mamle mein rasool Allah sadgi ko pasand karte the. khana, kapda, uthna, baithna, har mamle mein sadgi. to sab se badi sunnat jo hai is tarah ke mamle mein sadgi hai, aur log ka hal yah hai ke s</w:t>
      </w:r>
    </w:p>
    <w:p>
      <w:pPr>
        <w:jc w:val="right"/>
      </w:pPr>
      <w:r>
        <w:t>یاد رکھیے، رسول اللہ کی اس طرح کے معاملات میں سب سے بڑی سنت جو تھی وہ سادگی تھی، سمپلیسٹی۔ ہر معاملے میں رسول اللہ سادگی کو پسند کرتے تھے۔ کھانا، کپڑا، اٹھنا، بیٹھنا، ہر معاملے میں سادگی۔ تو سب سے بڑی سنت جو ہے اس طرح کے معاملے میں سادگی ہے، اور لوگ کا حال یہ ہے کہ س</w:t>
      </w:r>
    </w:p>
    <w:p>
      <w:r>
        <w:rPr>
          <w:b/>
        </w:rPr>
        <w:t xml:space="preserve">[39:53] </w:t>
      </w:r>
      <w:r>
        <w:t>sadgi to karte nahi, aur sunnat ke naam par ajeeb ajeeb.</w:t>
      </w:r>
    </w:p>
    <w:p>
      <w:pPr>
        <w:jc w:val="right"/>
      </w:pPr>
      <w:r>
        <w:t>ادگی تو کرتے نہیں، اور سنت کے نام پر عجیب عجیب۔</w:t>
      </w:r>
    </w:p>
    <w:p>
      <w:r>
        <w:rPr>
          <w:b/>
        </w:rPr>
        <w:t xml:space="preserve">[39:59] </w:t>
      </w:r>
      <w:r>
        <w:t>ek martaba mein gaya ek ek ek doosre mulk mein, to wahan par mujh se kaha gaya ke</w:t>
      </w:r>
    </w:p>
    <w:p>
      <w:pPr>
        <w:jc w:val="right"/>
      </w:pPr>
      <w:r>
        <w:t>ایک مرتبہ میں گیا ایک ایک ایک دوسرے ملک میں، تو وہاں پر مجھ سے کہا گیا کہ</w:t>
      </w:r>
    </w:p>
    <w:p>
      <w:r>
        <w:rPr>
          <w:b/>
        </w:rPr>
        <w:t xml:space="preserve">[40:06] </w:t>
      </w:r>
      <w:r>
        <w:t>yahan par ek khutba ceremony hai.</w:t>
      </w:r>
    </w:p>
    <w:p>
      <w:pPr>
        <w:jc w:val="right"/>
      </w:pPr>
      <w:r>
        <w:t>یہاں پر ایک خطبہ سرمنی ہے۔</w:t>
      </w:r>
    </w:p>
    <w:p>
      <w:r>
        <w:rPr>
          <w:b/>
        </w:rPr>
        <w:t xml:space="preserve">[40:12] </w:t>
      </w:r>
      <w:r>
        <w:t>khutba ceremony, khutba kehte hain mangni ko.</w:t>
      </w:r>
    </w:p>
    <w:p>
      <w:pPr>
        <w:jc w:val="right"/>
      </w:pPr>
      <w:r>
        <w:t>خطبہ سرمنی، خطبہ کہتے ہیں منگنی کو۔</w:t>
      </w:r>
    </w:p>
    <w:p>
      <w:r>
        <w:rPr>
          <w:b/>
        </w:rPr>
        <w:t xml:space="preserve">[40:18] </w:t>
      </w:r>
      <w:r>
        <w:t>mangni to khutba arabi lafz hai, to mein samjha ke khutba jo hai</w:t>
      </w:r>
    </w:p>
    <w:p>
      <w:pPr>
        <w:jc w:val="right"/>
      </w:pPr>
      <w:r>
        <w:t>منگنی تو خطبہ عربی لفظ ہے، تو میں سمجھا کہ خطبہ جو ہے</w:t>
      </w:r>
    </w:p>
    <w:p>
      <w:r>
        <w:rPr>
          <w:b/>
        </w:rPr>
        <w:t xml:space="preserve">[40:24] </w:t>
      </w:r>
      <w:r>
        <w:t>yani kuch aise hi hoga.</w:t>
      </w:r>
    </w:p>
    <w:p>
      <w:pPr>
        <w:jc w:val="right"/>
      </w:pPr>
      <w:r>
        <w:t>یعنی کچھ ایسے ہی ہوگا۔</w:t>
      </w:r>
    </w:p>
    <w:p>
      <w:r>
        <w:rPr>
          <w:b/>
        </w:rPr>
        <w:t xml:space="preserve">[40:29] </w:t>
      </w:r>
      <w:r>
        <w:t>ab log baith kar ke idhar ke rishtedar, idhar rishtedar ek mangni kar lenge.</w:t>
      </w:r>
    </w:p>
    <w:p>
      <w:pPr>
        <w:jc w:val="right"/>
      </w:pPr>
      <w:r>
        <w:t>اب لوگ بیٹھ کر کے ادھر کے رشتہ دار، ادھر رشتہ دار ایک منگنی کر لیں گے۔</w:t>
      </w:r>
    </w:p>
    <w:p>
      <w:r>
        <w:rPr>
          <w:b/>
        </w:rPr>
        <w:t xml:space="preserve">[40:33] </w:t>
      </w:r>
      <w:r>
        <w:t>jab mein wahan gaya to wahan ek poori dhoom machi hui thi, ek bahut bade hall ke andar</w:t>
      </w:r>
    </w:p>
    <w:p>
      <w:pPr>
        <w:jc w:val="right"/>
      </w:pPr>
      <w:r>
        <w:t>جب میں وہاں گیا تو وہاں ایک پوری دھوم مچی ہوئی تھی، ایک بہت بڑے ہال کے اندر</w:t>
      </w:r>
    </w:p>
    <w:p>
      <w:r>
        <w:rPr>
          <w:b/>
        </w:rPr>
        <w:t xml:space="preserve">[40:37] </w:t>
      </w:r>
      <w:r>
        <w:t>bahut se mezain lagi hui theen, is mein shandar khane saje hue thay.</w:t>
      </w:r>
    </w:p>
    <w:p>
      <w:pPr>
        <w:jc w:val="right"/>
      </w:pPr>
      <w:r>
        <w:t>بہت سے میزیں لگی ہوئی تھیں، اس میں شاندار کھانے سجے ہوئے تھے۔</w:t>
      </w:r>
    </w:p>
    <w:p>
      <w:r>
        <w:rPr>
          <w:b/>
        </w:rPr>
        <w:t xml:space="preserve">[40:42] </w:t>
      </w:r>
      <w:r>
        <w:t>log aaye, wahan dhoom se khana khaya.</w:t>
      </w:r>
    </w:p>
    <w:p>
      <w:pPr>
        <w:jc w:val="right"/>
      </w:pPr>
      <w:r>
        <w:t>لوگ آئے، وہاں دھوم سے کھانا کھایا۔</w:t>
      </w:r>
    </w:p>
    <w:p>
      <w:r>
        <w:rPr>
          <w:b/>
        </w:rPr>
        <w:t xml:space="preserve">[40:46] </w:t>
      </w:r>
      <w:r>
        <w:t>unhon ne yeh thi khutba ceremony.</w:t>
      </w:r>
    </w:p>
    <w:p>
      <w:pPr>
        <w:jc w:val="right"/>
      </w:pPr>
      <w:r>
        <w:t>انہوں نے یہ تھی خطبہ سرمنی۔</w:t>
      </w:r>
    </w:p>
    <w:p>
      <w:r>
        <w:rPr>
          <w:b/>
        </w:rPr>
        <w:t xml:space="preserve">[40:50] </w:t>
      </w:r>
      <w:r>
        <w:t>dekhein, paise ka ziya, waqt</w:t>
      </w:r>
    </w:p>
    <w:p>
      <w:pPr>
        <w:jc w:val="right"/>
      </w:pPr>
      <w:r>
        <w:t>دیکھیں، پیسے کا ضیاع، وقت</w:t>
      </w:r>
    </w:p>
    <w:p>
      <w:r>
        <w:rPr>
          <w:b/>
        </w:rPr>
        <w:t xml:space="preserve">[40:55] </w:t>
      </w:r>
      <w:r>
        <w:t>ka ziya, yani waste of money khula khula. is ko kahte hain ke yah sunnat hai. Islam mein is tarah ki khutba ceremony hargiz nahin hai. saada taur par aap mangni karen to us mein koi harj nahin hai. mangni ka matlab yah hai ke ek taraf ke rishtedar aur doosri taraf ke rishtedar milen, kahen ke bhai ham nikah karna</w:t>
      </w:r>
    </w:p>
    <w:p>
      <w:pPr>
        <w:jc w:val="right"/>
      </w:pPr>
      <w:r>
        <w:t>کا ضیاع، یعنی ویسٹ آف منی کھلا کھلا۔ اس کو کہتے ہیں کہ یہ سنت ہے۔ اسلام میں اس طرح کی خطبہ سرمنی ہرگز نہیں ہے۔ سادہ طور پر آپ منگنی کریں تو اس میں کوئی حرج نہیں ہے۔ منگنی کا مطلب یہ ہے کہ ایک طرف کے رشتہ دار اور دوسری طرف کے رشتہ دار ملیں، کہیں کہ بھئی ہم نکاح کرنا</w:t>
      </w:r>
    </w:p>
    <w:p>
      <w:r>
        <w:rPr>
          <w:b/>
        </w:rPr>
        <w:t xml:space="preserve">[41:25] </w:t>
      </w:r>
      <w:r>
        <w:t>hai hum tumhari ladki se, tumhare ladke se.</w:t>
      </w:r>
    </w:p>
    <w:p>
      <w:pPr>
        <w:jc w:val="right"/>
      </w:pPr>
      <w:r>
        <w:t>ہے ہم تمہاری لڑکی سے، تمہارے لڑکے سے۔</w:t>
      </w:r>
    </w:p>
    <w:p>
      <w:r>
        <w:rPr>
          <w:b/>
        </w:rPr>
        <w:t xml:space="preserve">[41:32] </w:t>
      </w:r>
      <w:r>
        <w:t>lekin yeh jo dhoom dham machai jati hai, jo is ka taluq kuch bhi sunnat se nahi hai.</w:t>
      </w:r>
    </w:p>
    <w:p>
      <w:pPr>
        <w:jc w:val="right"/>
      </w:pPr>
      <w:r>
        <w:t>لیکن یہ جو دھوم دھام مچائی جاتی ہے، جو اس کا تعلق کچھ بھی سنت سے نہیں ہے۔</w:t>
      </w:r>
    </w:p>
    <w:p>
      <w:r>
        <w:rPr>
          <w:b/>
        </w:rPr>
        <w:t xml:space="preserve">[41:40] </w:t>
      </w:r>
      <w:r>
        <w:t>ek sahib ka mein gaya, woh jaane wale thay haj ke liye, to unhon ne kaha ke bhai</w:t>
      </w:r>
    </w:p>
    <w:p>
      <w:pPr>
        <w:jc w:val="right"/>
      </w:pPr>
      <w:r>
        <w:t>ایک صاحب کا میں گیا، وہ جانے والے تھے حج کے لیے، تو انہوں نے کہا کہ بھئی</w:t>
      </w:r>
    </w:p>
    <w:p>
      <w:r>
        <w:rPr>
          <w:b/>
        </w:rPr>
        <w:t xml:space="preserve">[41:47] </w:t>
      </w:r>
      <w:r>
        <w:t>haj ka fariza baki tha, aur mein ne socha ke mein haj ka fariza a</w:t>
      </w:r>
    </w:p>
    <w:p>
      <w:pPr>
        <w:jc w:val="right"/>
      </w:pPr>
      <w:r>
        <w:t>حج کا فریضہ باقی تھا، اور میں نے سوچا کہ میں حج کا فریضہ ا</w:t>
      </w:r>
    </w:p>
    <w:p>
      <w:r>
        <w:rPr>
          <w:b/>
        </w:rPr>
        <w:t xml:space="preserve">[41:55] </w:t>
      </w:r>
      <w:r>
        <w:t>da kar loon.</w:t>
      </w:r>
    </w:p>
    <w:p>
      <w:pPr>
        <w:jc w:val="right"/>
      </w:pPr>
      <w:r>
        <w:t>دا کر لوں۔</w:t>
      </w:r>
    </w:p>
    <w:p>
      <w:r>
        <w:rPr>
          <w:b/>
        </w:rPr>
        <w:t xml:space="preserve">[42:01] </w:t>
      </w:r>
      <w:r>
        <w:t>yani haj ke liye ja raha hoon, to haj ko unhon ne bator fariza bataya.</w:t>
      </w:r>
    </w:p>
    <w:p>
      <w:pPr>
        <w:jc w:val="right"/>
      </w:pPr>
      <w:r>
        <w:t>یعنی حج کے لیے جا رہا ہوں، تو حج کو انہوں نے بطور فریضہ بتایا۔</w:t>
      </w:r>
    </w:p>
    <w:p>
      <w:r>
        <w:rPr>
          <w:b/>
        </w:rPr>
        <w:t xml:space="preserve">[42:07] </w:t>
      </w:r>
      <w:r>
        <w:t>to yeh to theek hai, lekin wahan mein ne dekha itni dhoom machi hui thi haj ke, yani</w:t>
      </w:r>
    </w:p>
    <w:p>
      <w:pPr>
        <w:jc w:val="right"/>
      </w:pPr>
      <w:r>
        <w:t>تو یہ تو ٹھیک ہے، لیکن وہاں میں نے دیکھا اتنی دھوم مچی ہوئی تھی حج کے، یعنی</w:t>
      </w:r>
    </w:p>
    <w:p>
      <w:r>
        <w:rPr>
          <w:b/>
        </w:rPr>
        <w:t xml:space="preserve">[42:14] </w:t>
      </w:r>
      <w:r>
        <w:t>jab woh rawana hone wale thay, har qism ka saman aur duniya bhar ke bheed wahan, khana peena, ek shor.</w:t>
      </w:r>
    </w:p>
    <w:p>
      <w:pPr>
        <w:jc w:val="right"/>
      </w:pPr>
      <w:r>
        <w:t>جب وہ روانہ ہونے والے تھے، ہر قسم کا سامان اور دنیا بھر کے بھیڑ وہاں، کھانا پینا، ایک شور۔</w:t>
      </w:r>
    </w:p>
    <w:p>
      <w:r>
        <w:rPr>
          <w:b/>
        </w:rPr>
        <w:t xml:space="preserve">[42:20] </w:t>
      </w:r>
      <w:r>
        <w:t>to haj ka fariza ada karne ke naam par sab sunnat ke khilaf baatein ho rahi theen. wahan par</w:t>
      </w:r>
    </w:p>
    <w:p>
      <w:pPr>
        <w:jc w:val="right"/>
      </w:pPr>
      <w:r>
        <w:t>تو حج کا فریضہ ادا کرنے کے نام پر سب سنت کے خلاف باتیں ہو رہی تھیں۔ وہاں پر</w:t>
      </w:r>
    </w:p>
    <w:p>
      <w:r>
        <w:rPr>
          <w:b/>
        </w:rPr>
        <w:t xml:space="preserve">[42:27] </w:t>
      </w:r>
      <w:r>
        <w:t>jab woh gaye to station par ek dhoom machi hui thi.</w:t>
      </w:r>
    </w:p>
    <w:p>
      <w:pPr>
        <w:jc w:val="right"/>
      </w:pPr>
      <w:r>
        <w:t>جب وہ گئے تو اسٹیشن پر ایک دھوم مچی ہوئی تھی۔</w:t>
      </w:r>
    </w:p>
    <w:p>
      <w:r>
        <w:rPr>
          <w:b/>
        </w:rPr>
        <w:t xml:space="preserve">[42:32] </w:t>
      </w:r>
      <w:r>
        <w:t>wapas aaye tab bhi is station par dhoom machi hui thi.</w:t>
      </w:r>
    </w:p>
    <w:p>
      <w:pPr>
        <w:jc w:val="right"/>
      </w:pPr>
      <w:r>
        <w:t>واپس آئے تب بھی اس اسٹیشن پر دھوم مچی ہوئی تھی۔</w:t>
      </w:r>
    </w:p>
    <w:p>
      <w:r>
        <w:rPr>
          <w:b/>
        </w:rPr>
        <w:t xml:space="preserve">[42:37] </w:t>
      </w:r>
      <w:r>
        <w:t>yeh sab kuch bhi is ka taluq haj se nahi hai ya sunnat se nahi hai.</w:t>
      </w:r>
    </w:p>
    <w:p>
      <w:pPr>
        <w:jc w:val="right"/>
      </w:pPr>
      <w:r>
        <w:t>یہ سب کچھ بھی اس کا تعلق حج سے نہیں ہے یا سنت سے نہیں ہے۔</w:t>
      </w:r>
    </w:p>
    <w:p>
      <w:r>
        <w:rPr>
          <w:b/>
        </w:rPr>
        <w:t xml:space="preserve">[42:42] </w:t>
      </w:r>
      <w:r>
        <w:t>to yaad rakhiye, kisi cheez ko hum khud apni taraf se sunnat keh dein to woh sunnat nahi</w:t>
      </w:r>
    </w:p>
    <w:p>
      <w:pPr>
        <w:jc w:val="right"/>
      </w:pPr>
      <w:r>
        <w:t>تو یاد رکھیے، کسی چیز کو ہم خود اپنی طرف سے سنت کہہ دیں تو وہ سنت نہیں</w:t>
      </w:r>
    </w:p>
    <w:p>
      <w:r>
        <w:rPr>
          <w:b/>
        </w:rPr>
        <w:t xml:space="preserve">[42:47] </w:t>
      </w:r>
      <w:r>
        <w:t>hogi ho jayegi.</w:t>
      </w:r>
    </w:p>
    <w:p>
      <w:pPr>
        <w:jc w:val="right"/>
      </w:pPr>
      <w:r>
        <w:t>ہوئی ہو جائے گی۔</w:t>
      </w:r>
    </w:p>
    <w:p>
      <w:r>
        <w:rPr>
          <w:b/>
        </w:rPr>
        <w:t xml:space="preserve">[42:52] </w:t>
      </w:r>
      <w:r>
        <w:t>aise hi aaj kal dekhiye, jagah jagah musalman jo hain woh jihad kar rahe hain,</w:t>
      </w:r>
    </w:p>
    <w:p>
      <w:pPr>
        <w:jc w:val="right"/>
      </w:pPr>
      <w:r>
        <w:t>ایسے ہی آج کل دیکھیے، جگہ جگہ مسلمان جو ہیں وہ جہاد کر رہے ہیں،</w:t>
      </w:r>
    </w:p>
    <w:p>
      <w:r>
        <w:rPr>
          <w:b/>
        </w:rPr>
        <w:t xml:space="preserve">[42:57] </w:t>
      </w:r>
      <w:r>
        <w:t>jihad ke naam par yaani ladai chhede hue hain.</w:t>
      </w:r>
    </w:p>
    <w:p>
      <w:pPr>
        <w:jc w:val="right"/>
      </w:pPr>
      <w:r>
        <w:t>جہاد کے نام پر یعنی لڑائی چھڑے ہوئے ہیں۔</w:t>
      </w:r>
    </w:p>
    <w:p>
      <w:r>
        <w:rPr>
          <w:b/>
        </w:rPr>
        <w:t xml:space="preserve">[43:02] </w:t>
      </w:r>
      <w:r>
        <w:t>jagah jahan ladai chhede hue hain, woh to kehte hain ke hum jihad kar rahe hain.</w:t>
      </w:r>
    </w:p>
    <w:p>
      <w:pPr>
        <w:jc w:val="right"/>
      </w:pPr>
      <w:r>
        <w:t>جگہ جہاں لڑائی چھڑے ہوئے ہیں، وہ تو کہتے ہیں کہ ہم جہاد کر رہے ہیں۔</w:t>
      </w:r>
    </w:p>
    <w:p>
      <w:r>
        <w:rPr>
          <w:b/>
        </w:rPr>
        <w:t xml:space="preserve">[43:07] </w:t>
      </w:r>
      <w:r>
        <w:t>to jihad kehne se woh jihad nahi ho jayega.</w:t>
      </w:r>
    </w:p>
    <w:p>
      <w:pPr>
        <w:jc w:val="right"/>
      </w:pPr>
      <w:r>
        <w:t>تو جہاد کہنے سے وہ جہاد نہیں ہو جائے گا۔</w:t>
      </w:r>
    </w:p>
    <w:p>
      <w:r>
        <w:rPr>
          <w:b/>
        </w:rPr>
        <w:t xml:space="preserve">[43:12] </w:t>
      </w:r>
      <w:r>
        <w:t>yaad rakhiye, yaani agar hum koi ladai chheden to hum kahein kisi jihad hai to aise jihad nahi</w:t>
      </w:r>
    </w:p>
    <w:p>
      <w:pPr>
        <w:jc w:val="right"/>
      </w:pPr>
      <w:r>
        <w:t>یاد رکھیے، یعنی اگر ہم کوئی لڑائی چھڑیں تو ہم کہیں کسی جہاد ہے تو ایسے جہاد نہیں</w:t>
      </w:r>
    </w:p>
    <w:p>
      <w:r>
        <w:rPr>
          <w:b/>
        </w:rPr>
        <w:t xml:space="preserve">[43:17] </w:t>
      </w:r>
      <w:r>
        <w:t>ho jayega.</w:t>
      </w:r>
    </w:p>
    <w:p>
      <w:pPr>
        <w:jc w:val="right"/>
      </w:pPr>
      <w:r>
        <w:t>ہو جائے گا۔</w:t>
      </w:r>
    </w:p>
    <w:p>
      <w:r>
        <w:rPr>
          <w:b/>
        </w:rPr>
        <w:t xml:space="preserve">[43:22] </w:t>
      </w:r>
      <w:r>
        <w:t>woh dekhein, jihad ke mamle mein achhi tarah samajh lijiye ke jihad ka matlab qital se nahi hai.</w:t>
      </w:r>
    </w:p>
    <w:p>
      <w:pPr>
        <w:jc w:val="right"/>
      </w:pPr>
      <w:r>
        <w:t>وہ دیکھیں، جہاد کے معاملے میں اچھی طرح سمجھ لیجئے کہ جہاد کا مطلب قتال سے نہیں ہے۔</w:t>
      </w:r>
    </w:p>
    <w:p>
      <w:r>
        <w:rPr>
          <w:b/>
        </w:rPr>
        <w:t xml:space="preserve">[43:28] </w:t>
      </w:r>
      <w:r>
        <w:t>jihad ka maani ladai nahi hai.</w:t>
      </w:r>
    </w:p>
    <w:p>
      <w:pPr>
        <w:jc w:val="right"/>
      </w:pPr>
      <w:r>
        <w:t>جہاد کا معنی لڑائی نہیں ہے۔</w:t>
      </w:r>
    </w:p>
    <w:p>
      <w:r>
        <w:rPr>
          <w:b/>
        </w:rPr>
        <w:t xml:space="preserve">[43:34] </w:t>
      </w:r>
      <w:r>
        <w:t>jihad to peaceful struggle ka naam hai, yaani puraman koshish, achhe kaam ke liye puraman koshish karna.</w:t>
      </w:r>
    </w:p>
    <w:p>
      <w:pPr>
        <w:jc w:val="right"/>
      </w:pPr>
      <w:r>
        <w:t>جہاد تو پیس فل سٹرگل کا نام ہے، یعنی پرامن کوشش، اچھے کام کے لیے پرامن کوشش کرنا۔</w:t>
      </w:r>
    </w:p>
    <w:p>
      <w:r>
        <w:rPr>
          <w:b/>
        </w:rPr>
        <w:t xml:space="preserve">[43:40] </w:t>
      </w:r>
      <w:r>
        <w:t>yeh hai jihad, aur jo jis ko qital kaha jata hai, woh yeh hai ke koi mulk sarhad</w:t>
      </w:r>
    </w:p>
    <w:p>
      <w:pPr>
        <w:jc w:val="right"/>
      </w:pPr>
      <w:r>
        <w:t>یہ ہے جہاد، اور جو جس کو قتال کہا جاتا ہے، وہ یہ ہے کہ کوئی ملک سرحد</w:t>
      </w:r>
    </w:p>
    <w:p>
      <w:r>
        <w:rPr>
          <w:b/>
        </w:rPr>
        <w:t xml:space="preserve">[43:47] </w:t>
      </w:r>
      <w:r>
        <w:t>ko paar kar ke dakhil ho jaye aap ke mulk mein, attack kare to wahan par farz ho</w:t>
      </w:r>
    </w:p>
    <w:p>
      <w:pPr>
        <w:jc w:val="right"/>
      </w:pPr>
      <w:r>
        <w:t>کو پار کر کے داخل ہو جائے آپ کے ملک میں، اٹیک کرے تو وہاں پر فرض ہو</w:t>
      </w:r>
    </w:p>
    <w:p>
      <w:r>
        <w:rPr>
          <w:b/>
        </w:rPr>
        <w:t xml:space="preserve">[43:53] </w:t>
      </w:r>
      <w:r>
        <w:t>jata hai ke is se</w:t>
      </w:r>
    </w:p>
    <w:p>
      <w:pPr>
        <w:jc w:val="right"/>
      </w:pPr>
      <w:r>
        <w:t>جاتا ہے کہ اس سے</w:t>
      </w:r>
    </w:p>
    <w:p>
      <w:r>
        <w:rPr>
          <w:b/>
        </w:rPr>
        <w:t xml:space="preserve">[44:00] </w:t>
      </w:r>
      <w:r>
        <w:t>defensive war ki jaye.</w:t>
      </w:r>
    </w:p>
    <w:p>
      <w:pPr>
        <w:jc w:val="right"/>
      </w:pPr>
      <w:r>
        <w:t>ڈیفینسو وار کی جائے۔</w:t>
      </w:r>
    </w:p>
    <w:p>
      <w:r>
        <w:rPr>
          <w:b/>
        </w:rPr>
        <w:t xml:space="preserve">[44:05] </w:t>
      </w:r>
      <w:r>
        <w:t>lekin kaun karega? sirf hukumat karegi, aam log nahi kar sakte.</w:t>
      </w:r>
    </w:p>
    <w:p>
      <w:pPr>
        <w:jc w:val="right"/>
      </w:pPr>
      <w:r>
        <w:t>لیکن کون کرے گا؟ صرف حکومت کرے گی، عام لوگ نہیں کر سکتے۔</w:t>
      </w:r>
    </w:p>
    <w:p>
      <w:r>
        <w:rPr>
          <w:b/>
        </w:rPr>
        <w:t xml:space="preserve">[44:10] </w:t>
      </w:r>
      <w:r>
        <w:t>yaani agar attack kare koi, aggression ki soorat-e-haal paida ho jaye, tab bhi sirf jo established government hai,</w:t>
      </w:r>
    </w:p>
    <w:p>
      <w:pPr>
        <w:jc w:val="right"/>
      </w:pPr>
      <w:r>
        <w:t>یعنی اگر اٹیک کرے کوئی، ایگریشن کی صورتحال پیدا ہو جائے، تب بھی صرف جو اسٹیبلش گورنمنٹ ہے،</w:t>
      </w:r>
    </w:p>
    <w:p>
      <w:r>
        <w:rPr>
          <w:b/>
        </w:rPr>
        <w:t xml:space="preserve">[44:15] </w:t>
      </w:r>
      <w:r>
        <w:t>woh is ka muqabla karegi, woh is ke muqable mein defensive war karegi.</w:t>
      </w:r>
    </w:p>
    <w:p>
      <w:pPr>
        <w:jc w:val="right"/>
      </w:pPr>
      <w:r>
        <w:t>وہ اس کا مقابلہ کرے گی، وہ اس کے مقابلے میں ڈیفنسو وار کرے گی۔</w:t>
      </w:r>
    </w:p>
    <w:p>
      <w:r>
        <w:rPr>
          <w:b/>
        </w:rPr>
        <w:t xml:space="preserve">[44:20] </w:t>
      </w:r>
      <w:r>
        <w:t>aam logon ki ijazat phir bhi nahi hogi.</w:t>
      </w:r>
    </w:p>
    <w:p>
      <w:pPr>
        <w:jc w:val="right"/>
      </w:pPr>
      <w:r>
        <w:t>عام لوگوں کی اجازت پھر بھی نہیں ہوگی۔</w:t>
      </w:r>
    </w:p>
    <w:p>
      <w:r>
        <w:rPr>
          <w:b/>
        </w:rPr>
        <w:t xml:space="preserve">[44:25] </w:t>
      </w:r>
      <w:r>
        <w:t>to kisi kaam ko hum khud</w:t>
      </w:r>
    </w:p>
    <w:p>
      <w:pPr>
        <w:jc w:val="right"/>
      </w:pPr>
      <w:r>
        <w:t>تو کسی کام کو ہم خود</w:t>
      </w:r>
    </w:p>
    <w:p>
      <w:r>
        <w:rPr>
          <w:b/>
        </w:rPr>
        <w:t xml:space="preserve">[44:30] </w:t>
      </w:r>
      <w:r>
        <w:t>se kahein yeh sunnat hai, kisi kaam ko hum khud se kahein ke yeh jihad hai,</w:t>
      </w:r>
    </w:p>
    <w:p>
      <w:pPr>
        <w:jc w:val="right"/>
      </w:pPr>
      <w:r>
        <w:t>سے کہہ دیں یہ سنت ہے، کسی کام کو ہم خود سے کہہ دیں کہ یہ جہاد ہے،</w:t>
      </w:r>
    </w:p>
    <w:p>
      <w:r>
        <w:rPr>
          <w:b/>
        </w:rPr>
        <w:t xml:space="preserve">[44:36] </w:t>
      </w:r>
      <w:r>
        <w:t>to hamare kehne se na woh sunnat ho jayega aur na jihad ho jayega.</w:t>
      </w:r>
    </w:p>
    <w:p>
      <w:pPr>
        <w:jc w:val="right"/>
      </w:pPr>
      <w:r>
        <w:t>تو ہمارے کہنے سے نہ وہ سنت ہو جائے گا اور نہ جہاد ہو جائے گا۔</w:t>
      </w:r>
    </w:p>
    <w:p>
      <w:r>
        <w:rPr>
          <w:b/>
        </w:rPr>
        <w:t xml:space="preserve">[44:42] </w:t>
      </w:r>
      <w:r>
        <w:t>humein rasool Allah ki zindagi ko padh kar ke jaanana padega ke jo aap ne jo zindagi</w:t>
      </w:r>
    </w:p>
    <w:p>
      <w:pPr>
        <w:jc w:val="right"/>
      </w:pPr>
      <w:r>
        <w:t>ہمیں رسول اللہ کی زندگی کو پڑھ کر کے جاننا پڑے گا کہ جو آپ نے جو زندگی</w:t>
      </w:r>
    </w:p>
    <w:p>
      <w:r>
        <w:rPr>
          <w:b/>
        </w:rPr>
        <w:t xml:space="preserve">[44:48] </w:t>
      </w:r>
      <w:r>
        <w:t>ka namuna chhoda hai, jo aaj bhi maujood hai kitabon mein, poori tarike se us ko padh kar</w:t>
      </w:r>
    </w:p>
    <w:p>
      <w:pPr>
        <w:jc w:val="right"/>
      </w:pPr>
      <w:r>
        <w:t>کا نمونہ چھوڑا ہے، جو آج بھی موجود ہے کتابوں میں، پوری طریقے سے اس کو پڑھ کر</w:t>
      </w:r>
    </w:p>
    <w:p>
      <w:r>
        <w:rPr>
          <w:b/>
        </w:rPr>
        <w:t xml:space="preserve">[44:54] </w:t>
      </w:r>
      <w:r>
        <w:t>jaanana padega ke kya</w:t>
      </w:r>
    </w:p>
    <w:p>
      <w:pPr>
        <w:jc w:val="right"/>
      </w:pPr>
      <w:r>
        <w:t>جاننا پڑے گا کہ کیا</w:t>
      </w:r>
    </w:p>
    <w:p>
      <w:r>
        <w:rPr>
          <w:b/>
        </w:rPr>
        <w:t xml:space="preserve">[45:00] </w:t>
      </w:r>
      <w:r>
        <w:t>tha aap ka tareeqa.</w:t>
      </w:r>
    </w:p>
    <w:p>
      <w:pPr>
        <w:jc w:val="right"/>
      </w:pPr>
      <w:r>
        <w:t>تھا آپ کا طریقہ۔</w:t>
      </w:r>
    </w:p>
    <w:p>
      <w:r>
        <w:rPr>
          <w:b/>
        </w:rPr>
        <w:t xml:space="preserve">[45:07] </w:t>
      </w:r>
      <w:r>
        <w:t>jo tareeqa aap ne chhoda hai, usi tareeqe ko pakadein tab woh sunnat hoga, warna sunnat nahi hoga.</w:t>
      </w:r>
    </w:p>
    <w:p>
      <w:pPr>
        <w:jc w:val="right"/>
      </w:pPr>
      <w:r>
        <w:t>جو طریقہ آپ نے چھوڑا ہے، اسی طریقے کو پکڑیں تب وہ سنت ہوگا، ورنہ سنت نہیں ہوگا۔</w:t>
      </w:r>
    </w:p>
    <w:p>
      <w:r>
        <w:rPr>
          <w:b/>
        </w:rPr>
        <w:t xml:space="preserve">[45:15] </w:t>
      </w:r>
      <w:r>
        <w:t>to aaj kal mein dekhta hoon ke khud hi khud log kehte hain ke sunnat hai.</w:t>
      </w:r>
    </w:p>
    <w:p>
      <w:pPr>
        <w:jc w:val="right"/>
      </w:pPr>
      <w:r>
        <w:t>تو آج کل میں دیکھتا ہوں کہ خود ہی خود لوگ کہتے ہیں کہ سنت ہے۔</w:t>
      </w:r>
    </w:p>
    <w:p>
      <w:r>
        <w:rPr>
          <w:b/>
        </w:rPr>
        <w:t xml:space="preserve">[45:22] </w:t>
      </w:r>
      <w:r>
        <w:t>aise hi aap ne suna hoga kehte hain ke rasool Allah ko meetha bohat pasand tha, ras</w:t>
      </w:r>
    </w:p>
    <w:p>
      <w:pPr>
        <w:jc w:val="right"/>
      </w:pPr>
      <w:r>
        <w:t>ایسے ہی آپ نے سنا ہوگا کہتے ہیں کہ رسول اللہ کو میٹھا بہت پسند تھا، رس</w:t>
      </w:r>
    </w:p>
    <w:p>
      <w:r>
        <w:rPr>
          <w:b/>
        </w:rPr>
        <w:t xml:space="preserve">[45:30] </w:t>
      </w:r>
      <w:r>
        <w:t>ool Allah ko loki bohat pasand thi, loka rasool Allah ko gosht bohat pasand tha.</w:t>
      </w:r>
    </w:p>
    <w:p>
      <w:pPr>
        <w:jc w:val="right"/>
      </w:pPr>
      <w:r>
        <w:t>ول اللہ کو لوکی بہت پسند تھی، لوکا رسول اللہ کو گوشت بہت پسند تھا۔</w:t>
      </w:r>
    </w:p>
    <w:p>
      <w:r>
        <w:rPr>
          <w:b/>
        </w:rPr>
        <w:t xml:space="preserve">[45:38] </w:t>
      </w:r>
      <w:r>
        <w:t>to is ki dhoom machate hain, is ko pakate hain, khate hain ke rasool Allah ka pasandeeda khana,</w:t>
      </w:r>
    </w:p>
    <w:p>
      <w:pPr>
        <w:jc w:val="right"/>
      </w:pPr>
      <w:r>
        <w:t>تو اس کی دھوم مچاتے ہیں، اس کو پکاتے ہیں، کھاتے ہیں کہ رسول اللہ کا پسندیدہ کھانا،</w:t>
      </w:r>
    </w:p>
    <w:p>
      <w:r>
        <w:rPr>
          <w:b/>
        </w:rPr>
        <w:t xml:space="preserve">[45:46] </w:t>
      </w:r>
      <w:r>
        <w:t>rasool Allah ki pasand ka khana.</w:t>
      </w:r>
    </w:p>
    <w:p>
      <w:pPr>
        <w:jc w:val="right"/>
      </w:pPr>
      <w:r>
        <w:t>رسول اللہ کی پسند کا کھانا۔</w:t>
      </w:r>
    </w:p>
    <w:p>
      <w:r>
        <w:rPr>
          <w:b/>
        </w:rPr>
        <w:t xml:space="preserve">[45:54] </w:t>
      </w:r>
      <w:r>
        <w:t>to mein ne is par hadeeson ko parha to mein ne paya ke hadeeson mein aisa hai ke</w:t>
      </w:r>
    </w:p>
    <w:p>
      <w:pPr>
        <w:jc w:val="right"/>
      </w:pPr>
      <w:r>
        <w:t>تو میں نے اس پر حدیثوں کو پڑھا تو میں نے پایا کہ حدیثوں میں ایسا ہے کہ</w:t>
      </w:r>
    </w:p>
    <w:p>
      <w:r>
        <w:rPr>
          <w:b/>
        </w:rPr>
        <w:t xml:space="preserve">[46:02] </w:t>
      </w:r>
      <w:r>
        <w:t>yeh yeh hadeesein sab madine se talluq rakhti hain, makkah se nahin.</w:t>
      </w:r>
    </w:p>
    <w:p>
      <w:pPr>
        <w:jc w:val="right"/>
      </w:pPr>
      <w:r>
        <w:t>یہ یہ حدیثیں سب مدینے سے تعلق رکھتی ہیں، مکے سے نہیں۔</w:t>
      </w:r>
    </w:p>
    <w:p>
      <w:r>
        <w:rPr>
          <w:b/>
        </w:rPr>
        <w:t xml:space="preserve">[46:08] </w:t>
      </w:r>
      <w:r>
        <w:t>is qism ki hadeesein jo hain to madine mein jitne bhi khane the, sab ke baray mein hai</w:t>
      </w:r>
    </w:p>
    <w:p>
      <w:pPr>
        <w:jc w:val="right"/>
      </w:pPr>
      <w:r>
        <w:t>اس قسم کی حدیثیں جو ہیں تو مدینے میں جتنے بھی کھانے تھے، سب کے بارے میں ہے</w:t>
      </w:r>
    </w:p>
    <w:p>
      <w:r>
        <w:rPr>
          <w:b/>
        </w:rPr>
        <w:t xml:space="preserve">[46:14] </w:t>
      </w:r>
      <w:r>
        <w:t>ke rasool Allah ko pasand tha.</w:t>
      </w:r>
    </w:p>
    <w:p>
      <w:pPr>
        <w:jc w:val="right"/>
      </w:pPr>
      <w:r>
        <w:t>کہ رسول اللہ کو پسند تھا۔</w:t>
      </w:r>
    </w:p>
    <w:p>
      <w:r>
        <w:rPr>
          <w:b/>
        </w:rPr>
        <w:t xml:space="preserve">[46:20] </w:t>
      </w:r>
      <w:r>
        <w:t>yeh mislan madine mein khajoor hoti thi ya roti hoti thi ya zaitoon ka tail hota tha ya</w:t>
      </w:r>
    </w:p>
    <w:p>
      <w:pPr>
        <w:jc w:val="right"/>
      </w:pPr>
      <w:r>
        <w:t>یہ مثلاً مدینے میں کھجور ہوتی تھی یا روٹی ہوتی تھی یا زیتون کا تیل ہوتا تھا یا</w:t>
      </w:r>
    </w:p>
    <w:p>
      <w:r>
        <w:rPr>
          <w:b/>
        </w:rPr>
        <w:t xml:space="preserve">[46:26] </w:t>
      </w:r>
      <w:r>
        <w:t>gosht hota tha, is tarah ki kuch cheezein bilkul saada</w:t>
      </w:r>
    </w:p>
    <w:p>
      <w:pPr>
        <w:jc w:val="right"/>
      </w:pPr>
      <w:r>
        <w:t>گوشت ہوتا تھا، اس طرح کی کچھ چیزیں بالکل سادہ</w:t>
      </w:r>
    </w:p>
    <w:p>
      <w:r>
        <w:rPr>
          <w:b/>
        </w:rPr>
        <w:t xml:space="preserve">[46:32] </w:t>
      </w:r>
      <w:r>
        <w:t>qism ki, wali jaise aisa nahi jaise ke aaj kal hamare haan hota hai, bilkul saada. mislan in ka gosht kya hota tha? na use masala, na tel, na kuch, aise bhun liya aur kha liya. to phir main ne socha ke agar rasool Allah ko sab cheez pasand thi to pasand to kisi ek cheez ki hoti hai, sab cheez pasand ho to pasand hi nahi hai. phir to phir main ne waqeyat ko jab padha to mujhe</w:t>
      </w:r>
    </w:p>
    <w:p>
      <w:pPr>
        <w:jc w:val="right"/>
      </w:pPr>
      <w:r>
        <w:t>قسم کی، ولی جیسے ایسا نہیں جیسے کہ آج کل ہمارے ہاں ہوتا ہے، بالکل سادہ۔ مثلاً ان کا گوشت کیا ہوتا تھا؟ نہ اسے مصالحہ، نہ تیل، نہ کچھ، ایسے بھول لیا اور کھا لیا۔ تو پھر میں نے سوچا کہ اگر رسول اللہ کو سب چیز پسند تھی تو پسند تو کسی ایک چیز کی ہوتی ہے، سب چیز پسند ہو تو پسند ہی نہیں ہے۔ پھر تو پھر میں نے واقعات کو جب پڑھا تو مجھے</w:t>
      </w:r>
    </w:p>
    <w:p>
      <w:r>
        <w:rPr>
          <w:b/>
        </w:rPr>
        <w:t xml:space="preserve">[47:02] </w:t>
      </w:r>
      <w:r>
        <w:t>samajh mein aaya ke asal mein jab rasool Allah hijrat kar ke madina gaye to wahan par back</w:t>
      </w:r>
    </w:p>
    <w:p>
      <w:pPr>
        <w:jc w:val="right"/>
      </w:pPr>
      <w:r>
        <w:t>سمجھ میں آیا کہ اصل میں جب رسول اللہ ہجرت کر کے مدینہ گئے تو وہاں پر بیک</w:t>
      </w:r>
    </w:p>
    <w:p>
      <w:r>
        <w:rPr>
          <w:b/>
        </w:rPr>
        <w:t xml:space="preserve">[47:08] </w:t>
      </w:r>
      <w:r>
        <w:t>waqt bohat se log aa gaye the, wahan par abadi barh gayi aur wahan par jo zarraye the</w:t>
      </w:r>
    </w:p>
    <w:p>
      <w:pPr>
        <w:jc w:val="right"/>
      </w:pPr>
      <w:r>
        <w:t>وقت بہت سے لوگ آ گئے تھے، وہاں پر آبادی بڑھ گئی اور وہاں پر جو ذرائع تھے</w:t>
      </w:r>
    </w:p>
    <w:p>
      <w:r>
        <w:rPr>
          <w:b/>
        </w:rPr>
        <w:t xml:space="preserve">[47:14] </w:t>
      </w:r>
      <w:r>
        <w:t>woh kam the.</w:t>
      </w:r>
    </w:p>
    <w:p>
      <w:pPr>
        <w:jc w:val="right"/>
      </w:pPr>
      <w:r>
        <w:t>وہ کم تھے۔</w:t>
      </w:r>
    </w:p>
    <w:p>
      <w:r>
        <w:rPr>
          <w:b/>
        </w:rPr>
        <w:t xml:space="preserve">[47:20] </w:t>
      </w:r>
      <w:r>
        <w:t>to logon ko mushkilat pesh aati thin, kai baar khana nahin milta tha.</w:t>
      </w:r>
    </w:p>
    <w:p>
      <w:pPr>
        <w:jc w:val="right"/>
      </w:pPr>
      <w:r>
        <w:t>تو لوگوں کو مشکلات پیش آتی تھیں، کئی بار کھانا نہیں ملتا تھا۔</w:t>
      </w:r>
    </w:p>
    <w:p>
      <w:r>
        <w:rPr>
          <w:b/>
        </w:rPr>
        <w:t xml:space="preserve">[47:26] </w:t>
      </w:r>
      <w:r>
        <w:t>khud rasool Allah ko kai baar aisa hota tha ke khana nahin khaya aap ne.</w:t>
      </w:r>
    </w:p>
    <w:p>
      <w:pPr>
        <w:jc w:val="right"/>
      </w:pPr>
      <w:r>
        <w:t>خود رسول اللہ کو کئی بار ایسا ہوتا تھا کہ کھانا نہیں کھایا آپ نے۔</w:t>
      </w:r>
    </w:p>
    <w:p>
      <w:r>
        <w:rPr>
          <w:b/>
        </w:rPr>
        <w:t xml:space="preserve">[47:33] </w:t>
      </w:r>
      <w:r>
        <w:t>to aisa hota tha ke yeh ziyada tar ansar ke sath hota tha.</w:t>
      </w:r>
    </w:p>
    <w:p>
      <w:pPr>
        <w:jc w:val="right"/>
      </w:pPr>
      <w:r>
        <w:t>تو ایسا ہوتا تھا کہ یہ زیادہ تر انصار کے ساتھ ہوتا تھا۔</w:t>
      </w:r>
    </w:p>
    <w:p>
      <w:r>
        <w:rPr>
          <w:b/>
        </w:rPr>
        <w:t xml:space="preserve">[47:38] </w:t>
      </w:r>
      <w:r>
        <w:t>aik ansar un ko kehte hain jo madine ke local log the, yani ke jo madine ke pehle</w:t>
      </w:r>
    </w:p>
    <w:p>
      <w:pPr>
        <w:jc w:val="right"/>
      </w:pPr>
      <w:r>
        <w:t>ایک انصار ان کو کہتے ہیں جو مدینے کے لوکل لوگ تھے، یعنی کہ جو مدینے کے پہلے</w:t>
      </w:r>
    </w:p>
    <w:p>
      <w:r>
        <w:rPr>
          <w:b/>
        </w:rPr>
        <w:t xml:space="preserve">[47:43] </w:t>
      </w:r>
      <w:r>
        <w:t>se reh rahe the.</w:t>
      </w:r>
    </w:p>
    <w:p>
      <w:pPr>
        <w:jc w:val="right"/>
      </w:pPr>
      <w:r>
        <w:t>سے رہ رہے تھے۔</w:t>
      </w:r>
    </w:p>
    <w:p>
      <w:r>
        <w:rPr>
          <w:b/>
        </w:rPr>
        <w:t xml:space="preserve">[47:48] </w:t>
      </w:r>
      <w:r>
        <w:t>ab aik ansari ko maloom hua ke rasool Allah jo hain, unhon ne khana nahin khaya hai to</w:t>
      </w:r>
    </w:p>
    <w:p>
      <w:pPr>
        <w:jc w:val="right"/>
      </w:pPr>
      <w:r>
        <w:t>اب ایک انصاری کو معلوم ہوا کہ رسول اللہ جو ہیں، انہوں نے کھانا نہیں کھایا ہے تو</w:t>
      </w:r>
    </w:p>
    <w:p>
      <w:r>
        <w:rPr>
          <w:b/>
        </w:rPr>
        <w:t xml:space="preserve">[47:53] </w:t>
      </w:r>
      <w:r>
        <w:t>aaye woh aap ke paas ke chaliye mere haan khana kha lijiyey.</w:t>
      </w:r>
    </w:p>
    <w:p>
      <w:pPr>
        <w:jc w:val="right"/>
      </w:pPr>
      <w:r>
        <w:t>آئے وہ آپ کے پاس کہ چلیے میرے ہاں کھانا کھا لیجئے۔</w:t>
      </w:r>
    </w:p>
    <w:p>
      <w:r>
        <w:rPr>
          <w:b/>
        </w:rPr>
        <w:t xml:space="preserve">[47:58] </w:t>
      </w:r>
      <w:r>
        <w:t>ab rasool Allah ke sath</w:t>
      </w:r>
    </w:p>
    <w:p>
      <w:pPr>
        <w:jc w:val="right"/>
      </w:pPr>
      <w:r>
        <w:t>اب رسول اللہ کے ساتھ</w:t>
      </w:r>
    </w:p>
    <w:p>
      <w:r>
        <w:rPr>
          <w:b/>
        </w:rPr>
        <w:t xml:space="preserve">[48:03] </w:t>
      </w:r>
      <w:r>
        <w:t>aur bhi ek do sahabi the, muhajir, un ko le ke gaya apne ghar. to wahan koi takalluf nahi karte the woh log, yani apne ghar mein batate bhi nahi the ke hum rasool Allah ko la rahe hain khana khilane ke liye. aise hi bas le ke chale gaye. be takalluf wahan gaye to bithaya aap ko ghar mein, gaye biwi se kaha ke dekho rasool Allah aaye hain, falan falan log aaye hain, un ko khana khilana hai. ab biwi kehti hai ke aap bataye kuch nahi, aap ne yahan to kuch bhi nahi hai, yeh</w:t>
      </w:r>
    </w:p>
    <w:p>
      <w:pPr>
        <w:jc w:val="right"/>
      </w:pPr>
      <w:r>
        <w:t>اور بھی ایک دو صحابی تھے، مہاجر، ان کو لے کے گیا اپنے گھر۔ تو وہاں کوئی تکلف نہیں کرتے تھے وہ لوگ، یعنی اپنے گھر میں بتاتے بھی نہیں تھے کہ ہم رسول اللہ کو لا رہے ہیں کھانا کھلانے کے لیے۔ ایسے ہی بس لے کے چلے گئے۔ بے تکلف وہاں گئے تو بٹھایا آپ کو گھر میں، گئے بیوی سے کہا کہ دیکھو رسول اللہ آئے ہیں، فلاں فلاں لوگ آئے ہیں، ان کو کھانا کھلانا ہے۔ اب بیوی کہتی ہے کہ آپ بتائے کچھ نہیں، آپ نے یہاں تو کچھ بھی نہیں ہے، یہ</w:t>
      </w:r>
    </w:p>
    <w:p>
      <w:r>
        <w:rPr>
          <w:b/>
        </w:rPr>
        <w:t xml:space="preserve">[48:33] </w:t>
      </w:r>
      <w:r>
        <w:t>han to khali roti hai, yahan to khali thoda sa zaitoon ka tel hai, yahan to thodi si khajoor hai, yahan to thoda sa doodh hai. to kaha jo hai wohi lao, wohi jo hai wohi de do. ab aap le aaye to aap ne dekh kar aap sari situation aap zahir hai ke padh li thi aap ne. to aap un ne kaha ke yeh to bada achha khana hai, bhai zaitoon to bada achha salan hai, roti to badi achhi cheez hai khane ki, khajoor to bahut achhi chee</w:t>
      </w:r>
    </w:p>
    <w:p>
      <w:pPr>
        <w:jc w:val="right"/>
      </w:pPr>
      <w:r>
        <w:t>اں تو خالی روٹی ہے، یہاں تو خالی تھوڑا سا زیتون کا تیل ہے، یہاں تو تھوڑی سی کھجور ہے، یہاں تو تھوڑا سا دودھ ہے۔ تو کہا جو ہے وہی لاؤ، وہی جو ہے وہی دے دو۔ اب آپ لے آئے تو آپ نے دیکھ کر آپ ساری سچوئیشن آپ ظاہر ہے کہ پڑھ لی تھی آپ نے۔ تو آپ ان نے کہا کہ یہ تو بڑا اچھا کھانا ہے، بھئی زیتون تو بڑا اچھا سالن ہے، روٹی تو بڑی اچھی چیز ہے کھانے کی، کھجور تو بہت اچھی چ</w:t>
      </w:r>
    </w:p>
    <w:p>
      <w:r>
        <w:rPr>
          <w:b/>
        </w:rPr>
        <w:t xml:space="preserve">[49:03] </w:t>
      </w:r>
      <w:r>
        <w:t>yaz hai.</w:t>
      </w:r>
    </w:p>
    <w:p>
      <w:pPr>
        <w:jc w:val="right"/>
      </w:pPr>
      <w:r>
        <w:t>یز ہے۔</w:t>
      </w:r>
    </w:p>
    <w:p>
      <w:r>
        <w:rPr>
          <w:b/>
        </w:rPr>
        <w:t xml:space="preserve">[49:08] </w:t>
      </w:r>
      <w:r>
        <w:t>yeh karte the aap is ki sharmindagi ko mitane ke liye jo apne ghar le gaya tha ke</w:t>
      </w:r>
    </w:p>
    <w:p>
      <w:pPr>
        <w:jc w:val="right"/>
      </w:pPr>
      <w:r>
        <w:t>یہ کرتے تھے آپ اس کی شرمندگی کو مٹانے کے لیے جو اپنے گھر لے گیا تھا کہ</w:t>
      </w:r>
    </w:p>
    <w:p>
      <w:r>
        <w:rPr>
          <w:b/>
        </w:rPr>
        <w:t xml:space="preserve">[49:13] </w:t>
      </w:r>
      <w:r>
        <w:t>jo apne ghar le gaya hota tha, woh sochta tha ke bhai mein laya aur ghar mein to</w:t>
      </w:r>
    </w:p>
    <w:p>
      <w:pPr>
        <w:jc w:val="right"/>
      </w:pPr>
      <w:r>
        <w:t>جو اپنے گھر لے گیا ہوتا تھا، وہ سوچتا تھا کہ بھئی میں لایا اور گھر میں تو</w:t>
      </w:r>
    </w:p>
    <w:p>
      <w:r>
        <w:rPr>
          <w:b/>
        </w:rPr>
        <w:t xml:space="preserve">[49:18] </w:t>
      </w:r>
      <w:r>
        <w:t>kuch hai nahi khilany ke liye, koi mamooli si cheez hai.</w:t>
      </w:r>
    </w:p>
    <w:p>
      <w:pPr>
        <w:jc w:val="right"/>
      </w:pPr>
      <w:r>
        <w:t>کچھ ہے نہیں کھلانے کے لیے، کوئی معمولی سی چیز ہے۔</w:t>
      </w:r>
    </w:p>
    <w:p>
      <w:r>
        <w:rPr>
          <w:b/>
        </w:rPr>
        <w:t xml:space="preserve">[49:23] </w:t>
      </w:r>
      <w:r>
        <w:t>to wo sharm ke sath wo la kar rakha us ne bahir.</w:t>
      </w:r>
    </w:p>
    <w:p>
      <w:pPr>
        <w:jc w:val="right"/>
      </w:pPr>
      <w:r>
        <w:t>تو وہ شرم کے ساتھ وہ لا کر رکھا اس نے باہر۔</w:t>
      </w:r>
    </w:p>
    <w:p>
      <w:r>
        <w:rPr>
          <w:b/>
        </w:rPr>
        <w:t xml:space="preserve">[49:29] </w:t>
      </w:r>
      <w:r>
        <w:t>to aap is ki sharmindagi ko mitany ke liye kehty thy ke bohat acha khana hai, bohat acha khana hai.</w:t>
      </w:r>
    </w:p>
    <w:p>
      <w:pPr>
        <w:jc w:val="right"/>
      </w:pPr>
      <w:r>
        <w:t>تو آپ اس کی شرمندگی کو مٹانے کے لیے کہتے تھے کہ بہت اچھا کھانا ہے، بہت اچھا کھانا ہے۔</w:t>
      </w:r>
    </w:p>
    <w:p>
      <w:r>
        <w:rPr>
          <w:b/>
        </w:rPr>
        <w:t xml:space="preserve">[49:34] </w:t>
      </w:r>
      <w:r>
        <w:t>to sach poochen, ye jo aap ne kaha madine mein chand bar kisi khany ko dekh kar ke</w:t>
      </w:r>
    </w:p>
    <w:p>
      <w:pPr>
        <w:jc w:val="right"/>
      </w:pPr>
      <w:r>
        <w:t>تو سچ پوچھیں، یہ جو آپ نے کہا مدینے میں چند بار کسی کھانے کو دیکھ کر کہ</w:t>
      </w:r>
    </w:p>
    <w:p>
      <w:r>
        <w:rPr>
          <w:b/>
        </w:rPr>
        <w:t xml:space="preserve">[49:40] </w:t>
      </w:r>
      <w:r>
        <w:t>ye bohat acha khana hai, to ye aap ne apni pasand ko nahi bataya.</w:t>
      </w:r>
    </w:p>
    <w:p>
      <w:pPr>
        <w:jc w:val="right"/>
      </w:pPr>
      <w:r>
        <w:t>یہ بہت اچھا کھانا ہے، تو یہ آپ نے اپنی پسند کو نہیں بتایا۔</w:t>
      </w:r>
    </w:p>
    <w:p>
      <w:r>
        <w:rPr>
          <w:b/>
        </w:rPr>
        <w:t xml:space="preserve">[49:47] </w:t>
      </w:r>
      <w:r>
        <w:t>ye akhlaqi kalma tha, akhlaqi pasand ka kalma nahi tha.</w:t>
      </w:r>
    </w:p>
    <w:p>
      <w:pPr>
        <w:jc w:val="right"/>
      </w:pPr>
      <w:r>
        <w:t>یہ اخلاقی کلمہ تھا، اخلاقی پسند کا کلمہ نہیں تھا۔</w:t>
      </w:r>
    </w:p>
    <w:p>
      <w:r>
        <w:rPr>
          <w:b/>
        </w:rPr>
        <w:t xml:space="preserve">[49:53] </w:t>
      </w:r>
      <w:r>
        <w:t>wo dosry ki izzat rakhna, dosry ki sharmindagi ko mitana.</w:t>
      </w:r>
    </w:p>
    <w:p>
      <w:pPr>
        <w:jc w:val="right"/>
      </w:pPr>
      <w:r>
        <w:t>وہ دوسرے کی عزت رکھنا، دوسرے کی شرمندگی کو مٹانا۔</w:t>
      </w:r>
    </w:p>
    <w:p>
      <w:r>
        <w:rPr>
          <w:b/>
        </w:rPr>
        <w:t xml:space="preserve">[49:59] </w:t>
      </w:r>
      <w:r>
        <w:t>to isi ke liye main kehta hoon ke akhlaqi kalma tha, ye ke pasand ka kalma tha hi nahi.</w:t>
      </w:r>
    </w:p>
    <w:p>
      <w:pPr>
        <w:jc w:val="right"/>
      </w:pPr>
      <w:r>
        <w:t>تو اسی کے لیے میں کہتا ہوں کہ اخلاقی کلمہ تھا، یہ کہ پسند کا کلمہ تھا ہی نہیں۔</w:t>
      </w:r>
    </w:p>
    <w:p>
      <w:r>
        <w:rPr>
          <w:b/>
        </w:rPr>
        <w:t xml:space="preserve">[50:06] </w:t>
      </w:r>
      <w:r>
        <w:t>ab is ko ly kar log dhoom machaty hain ke rasool Allah ko falan cheez pasand thi, ab</w:t>
      </w:r>
    </w:p>
    <w:p>
      <w:pPr>
        <w:jc w:val="right"/>
      </w:pPr>
      <w:r>
        <w:t>اب اس کو لے کر لوگ دھوم مچاتے ہیں کہ رسول اللہ کو فلاں چیز پسند تھی، اب</w:t>
      </w:r>
    </w:p>
    <w:p>
      <w:r>
        <w:rPr>
          <w:b/>
        </w:rPr>
        <w:t xml:space="preserve">[50:10] </w:t>
      </w:r>
      <w:r>
        <w:t>is ko pakaao.</w:t>
      </w:r>
    </w:p>
    <w:p>
      <w:pPr>
        <w:jc w:val="right"/>
      </w:pPr>
      <w:r>
        <w:t>اس کو پکاؤ۔</w:t>
      </w:r>
    </w:p>
    <w:p>
      <w:r>
        <w:rPr>
          <w:b/>
        </w:rPr>
        <w:t xml:space="preserve">[50:14] </w:t>
      </w:r>
      <w:r>
        <w:t>ab pakta hai aur dhoom machati hai aur log aty hain khana khany ke liye ke rasool Allah</w:t>
      </w:r>
    </w:p>
    <w:p>
      <w:pPr>
        <w:jc w:val="right"/>
      </w:pPr>
      <w:r>
        <w:t>اب پکتا ہے اور دھوم مچتی ہے اور لوگ آتے ہیں کھانا کھانے کے لیے کہ رسول اللہ</w:t>
      </w:r>
    </w:p>
    <w:p>
      <w:r>
        <w:rPr>
          <w:b/>
        </w:rPr>
        <w:t xml:space="preserve">[50:18] </w:t>
      </w:r>
      <w:r>
        <w:t>ko pasand khana.</w:t>
      </w:r>
    </w:p>
    <w:p>
      <w:pPr>
        <w:jc w:val="right"/>
      </w:pPr>
      <w:r>
        <w:t>کو پسند کھانا۔</w:t>
      </w:r>
    </w:p>
    <w:p>
      <w:r>
        <w:rPr>
          <w:b/>
        </w:rPr>
        <w:t xml:space="preserve">[50:23] </w:t>
      </w:r>
      <w:r>
        <w:t>ye sab jo hai, achy se samajh lijiye ke hum agar kisi cheez ko keh dein ke rasool</w:t>
      </w:r>
    </w:p>
    <w:p>
      <w:pPr>
        <w:jc w:val="right"/>
      </w:pPr>
      <w:r>
        <w:t>یہ سب جو ہے، اچھے سے سمجھ لیجئے کہ ہم اگر کسی چیز کو کہہ دیں کہ رسول</w:t>
      </w:r>
    </w:p>
    <w:p>
      <w:r>
        <w:rPr>
          <w:b/>
        </w:rPr>
        <w:t xml:space="preserve">[50:27] </w:t>
      </w:r>
      <w:r>
        <w:t>Allah ko pasand khana hai to ye aisa nahi ho jay ga.</w:t>
      </w:r>
    </w:p>
    <w:p>
      <w:pPr>
        <w:jc w:val="right"/>
      </w:pPr>
      <w:r>
        <w:t>اللہ کو پسند کھانا ہے تو یہ ایسا نہیں ہو جائے گا۔</w:t>
      </w:r>
    </w:p>
    <w:p>
      <w:r>
        <w:rPr>
          <w:b/>
        </w:rPr>
        <w:t xml:space="preserve">[50:31] </w:t>
      </w:r>
      <w:r>
        <w:t>rasool Allah is liye nahi aty duniya mein ke pasand khana batayen, pasand ka khana batany ke liye</w:t>
      </w:r>
    </w:p>
    <w:p>
      <w:pPr>
        <w:jc w:val="right"/>
      </w:pPr>
      <w:r>
        <w:t>رسول اللہ اس لیے نہیں آئے دنیا میں کہ پسند کھانا بتائیں، پسند کا کھانا بتانے کے لیے</w:t>
      </w:r>
    </w:p>
    <w:p>
      <w:r>
        <w:rPr>
          <w:b/>
        </w:rPr>
        <w:t xml:space="preserve">[50:35] </w:t>
      </w:r>
      <w:r>
        <w:t>nahi aty thy.</w:t>
      </w:r>
    </w:p>
    <w:p>
      <w:pPr>
        <w:jc w:val="right"/>
      </w:pPr>
      <w:r>
        <w:t>نہیں آئے تھے۔</w:t>
      </w:r>
    </w:p>
    <w:p>
      <w:r>
        <w:rPr>
          <w:b/>
        </w:rPr>
        <w:t xml:space="preserve">[50:39] </w:t>
      </w:r>
      <w:r>
        <w:t>ye to duniya mein duniya ki cheezen hain.</w:t>
      </w:r>
    </w:p>
    <w:p>
      <w:pPr>
        <w:jc w:val="right"/>
      </w:pPr>
      <w:r>
        <w:t>یہ تو دنیا میں دنیا کی چیزیں ہیں۔</w:t>
      </w:r>
    </w:p>
    <w:p>
      <w:r>
        <w:rPr>
          <w:b/>
        </w:rPr>
        <w:t xml:space="preserve">[50:44] </w:t>
      </w:r>
      <w:r>
        <w:t>aadmi jahan rahy ga, us ke hisab se wo khaye ga, piye ga.</w:t>
      </w:r>
    </w:p>
    <w:p>
      <w:pPr>
        <w:jc w:val="right"/>
      </w:pPr>
      <w:r>
        <w:t>آدمی جہاں رہے گا، اس کے حساب سے وہ کھائے گا، پیئے گا۔</w:t>
      </w:r>
    </w:p>
    <w:p>
      <w:r>
        <w:rPr>
          <w:b/>
        </w:rPr>
        <w:t xml:space="preserve">[50:50] </w:t>
      </w:r>
      <w:r>
        <w:t>aap ka jo maqsad tha nabuwat ka, jis maqsad ke liye khuda ne aap ko nabi banaya, wo</w:t>
      </w:r>
    </w:p>
    <w:p>
      <w:pPr>
        <w:jc w:val="right"/>
      </w:pPr>
      <w:r>
        <w:t>آپ کا جو مقصد تھا نبوت کا، جس مقصد کے لیے خدا نے آپ کو نبی بنایا، وہ</w:t>
      </w:r>
    </w:p>
    <w:p>
      <w:r>
        <w:rPr>
          <w:b/>
        </w:rPr>
        <w:t xml:space="preserve">[50:55] </w:t>
      </w:r>
      <w:r>
        <w:t>ye sab cheezen nahi thi.</w:t>
      </w:r>
    </w:p>
    <w:p>
      <w:pPr>
        <w:jc w:val="right"/>
      </w:pPr>
      <w:r>
        <w:t>یہ سب چیزیں نہیں تھیں۔</w:t>
      </w:r>
    </w:p>
    <w:p>
      <w:r>
        <w:rPr>
          <w:b/>
        </w:rPr>
        <w:t xml:space="preserve">[51:00] </w:t>
      </w:r>
      <w:r>
        <w:t>wo to thi ke khuda ke deen ki dawat dena, khuda ki ibadat kis tarah ki jaye, is</w:t>
      </w:r>
    </w:p>
    <w:p>
      <w:pPr>
        <w:jc w:val="right"/>
      </w:pPr>
      <w:r>
        <w:t>وہ تو تھی کہ خدا کے دین کی دعوت دینا، خدا کی عبادت کس طرح کی جائے، اس</w:t>
      </w:r>
    </w:p>
    <w:p>
      <w:r>
        <w:rPr>
          <w:b/>
        </w:rPr>
        <w:t xml:space="preserve">[51:05] </w:t>
      </w:r>
      <w:r>
        <w:t>ko batana, toheed se duniya ko ba khabar karna</w:t>
      </w:r>
    </w:p>
    <w:p>
      <w:pPr>
        <w:jc w:val="right"/>
      </w:pPr>
      <w:r>
        <w:t>کو بتانا، توحید سے دنیا کو باخبر کرنا</w:t>
      </w:r>
    </w:p>
    <w:p>
      <w:r>
        <w:rPr>
          <w:b/>
        </w:rPr>
        <w:t xml:space="preserve">[51:10] </w:t>
      </w:r>
      <w:r>
        <w:t>akhirat ke bare mein batana, yeh batana hai ke dekho, aisa karoge to jahannum mein jaoge, aisa karoge to jannat mein jaoge. yeh sari cheezein jo aap ne batayin, wohi thi aap ki zindagi ka asal maqsad. baqi cheezein jo hain, woh un ki woh sanvi theen, woh secondary theen. to yeh hai, agar aap badi badi chee</w:t>
      </w:r>
    </w:p>
    <w:p>
      <w:pPr>
        <w:jc w:val="right"/>
      </w:pPr>
      <w:r>
        <w:t>، آخرت کے بارے میں بتانا، یہ بتانا ہے کہ دیکھو، ایسا کرو گے تو جہنم میں جاؤ گے، ایسا کرو گے تو جنت میں جاؤ گے۔ یہ ساری چیزیں جو آپ نے بتائیں، وہی تھی آپ کی زندگی کا اصل مقصد۔ باقی چیزیں جو ہیں، وہ ان کی وہ ثانوی تھیں، وہ سیکنڈری تھیں۔ تو یہ ہے، اگر آپ بڑی بڑی چ</w:t>
      </w:r>
    </w:p>
    <w:p>
      <w:r>
        <w:rPr>
          <w:b/>
        </w:rPr>
        <w:t xml:space="preserve">[51:40] </w:t>
      </w:r>
      <w:r>
        <w:t>yzon par zor na dein, choti choti cheezon par ziyada charcha karti hai.</w:t>
      </w:r>
    </w:p>
    <w:p>
      <w:pPr>
        <w:jc w:val="right"/>
      </w:pPr>
      <w:r>
        <w:t>یزوں پر زور نہ دیں، چھوٹی چھوٹی چیزوں پر زیادہ چرچا کرتی ہے۔</w:t>
      </w:r>
    </w:p>
    <w:p>
      <w:r>
        <w:rPr>
          <w:b/>
        </w:rPr>
        <w:t xml:space="preserve">[51:45] </w:t>
      </w:r>
      <w:r>
        <w:t>hoga shift of emphasis.</w:t>
      </w:r>
    </w:p>
    <w:p>
      <w:pPr>
        <w:jc w:val="right"/>
      </w:pPr>
      <w:r>
        <w:t>ہوگا شفٹ آف ایمفیزز۔</w:t>
      </w:r>
    </w:p>
    <w:p>
      <w:r>
        <w:rPr>
          <w:b/>
        </w:rPr>
        <w:t xml:space="preserve">[51:50] </w:t>
      </w:r>
      <w:r>
        <w:t>shift of emphasis to bohat ghalat cheez hai ke bari cheezon ko nazar andaz karna aur choti cheezon</w:t>
      </w:r>
    </w:p>
    <w:p>
      <w:pPr>
        <w:jc w:val="right"/>
      </w:pPr>
      <w:r>
        <w:t>شفٹ آف ایمفیزز تو بہت غلط چیز ہے کہ بڑی چیزوں کو نظر انداز کرنا اور چھوٹی چیزوں</w:t>
      </w:r>
    </w:p>
    <w:p>
      <w:r>
        <w:rPr>
          <w:b/>
        </w:rPr>
        <w:t xml:space="preserve">[51:55] </w:t>
      </w:r>
      <w:r>
        <w:t>ko dhoom machana.</w:t>
      </w:r>
    </w:p>
    <w:p>
      <w:pPr>
        <w:jc w:val="right"/>
      </w:pPr>
      <w:r>
        <w:t>کو دھوم مچانا۔</w:t>
      </w:r>
    </w:p>
    <w:p>
      <w:r>
        <w:rPr>
          <w:b/>
        </w:rPr>
        <w:t xml:space="preserve">[52:00] </w:t>
      </w:r>
      <w:r>
        <w:t>yeh to koi tareeqa nahi hai.</w:t>
      </w:r>
    </w:p>
    <w:p>
      <w:pPr>
        <w:jc w:val="right"/>
      </w:pPr>
      <w:r>
        <w:t>یہ تو کوئی طریقہ نہیں ہے۔</w:t>
      </w:r>
    </w:p>
    <w:p>
      <w:r>
        <w:rPr>
          <w:b/>
        </w:rPr>
        <w:t xml:space="preserve">[52:05] </w:t>
      </w:r>
      <w:r>
        <w:t>aise hi aap dekhiye, aaj kal kya hota hai jab hum mil jul kar rehte hain to kai</w:t>
      </w:r>
    </w:p>
    <w:p>
      <w:pPr>
        <w:jc w:val="right"/>
      </w:pPr>
      <w:r>
        <w:t>ایسے ہی آپ دیکھیے، آج کل کیا ہوتا ہے جب ہم مل جل کر رہتے ہیں تو کئی</w:t>
      </w:r>
    </w:p>
    <w:p>
      <w:r>
        <w:rPr>
          <w:b/>
        </w:rPr>
        <w:t xml:space="preserve">[52:10] </w:t>
      </w:r>
      <w:r>
        <w:t>baar aisa hota hai ke ek se doosre ko shikayat ho jati hai. ab kya kiya ke bol chaal band, woh alag ghussa hai, woh alag ghussa hai. rasool Allah ka tareeqa yeh nahi tha. rasool Allah ka tareeqa yeh tha ke agar kisi se kuch ho jaye to usi waqt dena dena khatam kar do, usi waqt khatam. aap ne kaha ke kisi ko kisi ke liye jaiz nahi ke teen din se zyada woh</w:t>
      </w:r>
    </w:p>
    <w:p>
      <w:pPr>
        <w:jc w:val="right"/>
      </w:pPr>
      <w:r>
        <w:t>بار ایسا ہوتا ہے کہ ایک سے دوسرے کو شکایت ہو جاتی ہے۔ اب کیا کیا کہ بول چال بند، وہ الگ غصہ ہے، وہ الگ غصہ ہے۔ رسول اللہ کا طریقہ یہ نہیں تھا۔ رسول اللہ کا طریقہ یہ تھا کہ اگر کسی سے کچھ ہو جائے تو اسی وقت دینا دینا ختم کر دو، اسی وقت ختم۔ آپ نے کہا کہ کسی کو کسی کے لیے جائز نہیں کہ تین دن سے زیادہ وہ</w:t>
      </w:r>
    </w:p>
    <w:p>
      <w:r>
        <w:rPr>
          <w:b/>
        </w:rPr>
        <w:t xml:space="preserve">[52:40] </w:t>
      </w:r>
      <w:r>
        <w:t>apne bhai se salam kalam na kare.</w:t>
      </w:r>
    </w:p>
    <w:p>
      <w:pPr>
        <w:jc w:val="right"/>
      </w:pPr>
      <w:r>
        <w:t>اپنے بھائی سے سلام کلام نہ کرے۔</w:t>
      </w:r>
    </w:p>
    <w:p>
      <w:r>
        <w:rPr>
          <w:b/>
        </w:rPr>
        <w:t xml:space="preserve">[52:45] </w:t>
      </w:r>
      <w:r>
        <w:t>is ka matlab yeh hai ke agar kisi se koi shikayat ho jaye, wahin ke wahin khatam kar</w:t>
      </w:r>
    </w:p>
    <w:p>
      <w:pPr>
        <w:jc w:val="right"/>
      </w:pPr>
      <w:r>
        <w:t>اس کا مطلب یہ ہے کہ اگر کسی سے کوئی شکایت ہو جائے، وہیں کے وہیں ختم کر</w:t>
      </w:r>
    </w:p>
    <w:p>
      <w:r>
        <w:rPr>
          <w:b/>
        </w:rPr>
        <w:t xml:space="preserve">[52:50] </w:t>
      </w:r>
      <w:r>
        <w:t>do is ko, is ke dil mein liye na raho.</w:t>
      </w:r>
    </w:p>
    <w:p>
      <w:pPr>
        <w:jc w:val="right"/>
      </w:pPr>
      <w:r>
        <w:t>دو اس کو، اس کے دل میں لیے نہ رہو۔</w:t>
      </w:r>
    </w:p>
    <w:p>
      <w:r>
        <w:rPr>
          <w:b/>
        </w:rPr>
        <w:t xml:space="preserve">[52:55] </w:t>
      </w:r>
      <w:r>
        <w:t>ab aam taur par logon ka haal aap dekhiye, har ek apne dil mein shikayatein liye hue hain.</w:t>
      </w:r>
    </w:p>
    <w:p>
      <w:pPr>
        <w:jc w:val="right"/>
      </w:pPr>
      <w:r>
        <w:t>اب عام طور پر لوگوں کا حال آپ دیکھیے، ہر ایک اپنے دل میں شکایتیں لیے ہوئے ہیں۔</w:t>
      </w:r>
    </w:p>
    <w:p>
      <w:r>
        <w:rPr>
          <w:b/>
        </w:rPr>
        <w:t xml:space="preserve">[53:01] </w:t>
      </w:r>
      <w:r>
        <w:t>jis ko dekhiye, shikayatein liye hue hain.</w:t>
      </w:r>
    </w:p>
    <w:p>
      <w:pPr>
        <w:jc w:val="right"/>
      </w:pPr>
      <w:r>
        <w:t>جس کو دیکھیے، شکایتیں لیے ہوئے ہیں۔</w:t>
      </w:r>
    </w:p>
    <w:p>
      <w:r>
        <w:rPr>
          <w:b/>
        </w:rPr>
        <w:t xml:space="preserve">[53:06] </w:t>
      </w:r>
      <w:r>
        <w:t>koi apne ghar walon ke sath shikayat, kisi ko rishtedaron ke sath shikayat,</w:t>
      </w:r>
    </w:p>
    <w:p>
      <w:pPr>
        <w:jc w:val="right"/>
      </w:pPr>
      <w:r>
        <w:t>کوئی اپنے گھر والوں کے ساتھ شکایت، کسی کو رشتہ داروں کے ساتھ شکایت،</w:t>
      </w:r>
    </w:p>
    <w:p>
      <w:r>
        <w:rPr>
          <w:b/>
        </w:rPr>
        <w:t xml:space="preserve">[53:11] </w:t>
      </w:r>
      <w:r>
        <w:t>kisi ko kisi ko doosron se shikayat, kisi ko sari duniya se shikayat.</w:t>
      </w:r>
    </w:p>
    <w:p>
      <w:pPr>
        <w:jc w:val="right"/>
      </w:pPr>
      <w:r>
        <w:t>کسی کو کسی کو دوسروں سے شکایت، کسی کو ساری دنیا سے شکایت۔</w:t>
      </w:r>
    </w:p>
    <w:p>
      <w:r>
        <w:rPr>
          <w:b/>
        </w:rPr>
        <w:t xml:space="preserve">[53:18] </w:t>
      </w:r>
      <w:r>
        <w:t>to shikayatein log apne dil mein liye hue hain.</w:t>
      </w:r>
    </w:p>
    <w:p>
      <w:pPr>
        <w:jc w:val="right"/>
      </w:pPr>
      <w:r>
        <w:t>تو شکایتیں لوگ اپنے دل میں لیے ہوئے ہیں۔</w:t>
      </w:r>
    </w:p>
    <w:p>
      <w:r>
        <w:rPr>
          <w:b/>
        </w:rPr>
        <w:t xml:space="preserve">[53:26] </w:t>
      </w:r>
      <w:r>
        <w:t>yeh to sab se zyada hai sunnat ke khilaf amal.</w:t>
      </w:r>
    </w:p>
    <w:p>
      <w:pPr>
        <w:jc w:val="right"/>
      </w:pPr>
      <w:r>
        <w:t>یہ تو سب سے زیادہ ہے سنت کے خلاف عمل۔</w:t>
      </w:r>
    </w:p>
    <w:p>
      <w:r>
        <w:rPr>
          <w:b/>
        </w:rPr>
        <w:t xml:space="preserve">[53:34] </w:t>
      </w:r>
      <w:r>
        <w:t>to asal cheez jo hai, woh janna chahiye ke asal cheez kya aati hai, woh jo sunnat hai.</w:t>
      </w:r>
    </w:p>
    <w:p>
      <w:pPr>
        <w:jc w:val="right"/>
      </w:pPr>
      <w:r>
        <w:t>تو اصل چیز جو ہے، وہ جاننا چاہیے کہ اصل چیز کیا آتی ہے، وہ جو سنت ہے۔</w:t>
      </w:r>
    </w:p>
    <w:p>
      <w:r>
        <w:rPr>
          <w:b/>
        </w:rPr>
        <w:t xml:space="preserve">[53:42] </w:t>
      </w:r>
      <w:r>
        <w:t>ke jab bhi shikayat ka mauqa aaye to wahin dena dena is ko khatam karna, is ko paalna nahi.</w:t>
      </w:r>
    </w:p>
    <w:p>
      <w:pPr>
        <w:jc w:val="right"/>
      </w:pPr>
      <w:r>
        <w:t>کہ جب بھی شکایت کا موقع آئے تو وہیں دینا دینا اس کو ختم کرنا، اس کو پالنا نہیں۔</w:t>
      </w:r>
    </w:p>
    <w:p>
      <w:r>
        <w:rPr>
          <w:b/>
        </w:rPr>
        <w:t xml:space="preserve">[53:52] </w:t>
      </w:r>
      <w:r>
        <w:t>ek to mera yeh tajurba hai ke ke aksar shikayat ka sabab hota hai galat fehmi.</w:t>
      </w:r>
    </w:p>
    <w:p>
      <w:pPr>
        <w:jc w:val="right"/>
      </w:pPr>
      <w:r>
        <w:t>ایک تو میرا یہ تجربہ ہے کہ کہ اکثر شکایت کا سبب ہوتا ہے غلط فہمی۔</w:t>
      </w:r>
    </w:p>
    <w:p>
      <w:r>
        <w:rPr>
          <w:b/>
        </w:rPr>
        <w:t xml:space="preserve">[54:02] </w:t>
      </w:r>
      <w:r>
        <w:t>ke galat fehmi se bacho, kyun ke galat fehmi gunah hai. aksar</w:t>
      </w:r>
    </w:p>
    <w:p>
      <w:pPr>
        <w:jc w:val="right"/>
      </w:pPr>
      <w:r>
        <w:t>کہ غلط فہمی سے بچو، کیونکہ غلط فہمی گناہ ہے۔ اکثر</w:t>
      </w:r>
    </w:p>
    <w:p>
      <w:r>
        <w:rPr>
          <w:b/>
        </w:rPr>
        <w:t xml:space="preserve">[54:12] </w:t>
      </w:r>
      <w:r>
        <w:t>aisa hota hai ke hum ko ek ek baat pahunchi to hum ne suna, is ko maan liya,</w:t>
      </w:r>
    </w:p>
    <w:p>
      <w:pPr>
        <w:jc w:val="right"/>
      </w:pPr>
      <w:r>
        <w:t>ایسا ہوتا ہے کہ ہم کو ایک ایک بات پہنچی تو ہم نے سنا، اس کو مان لیا،</w:t>
      </w:r>
    </w:p>
    <w:p>
      <w:r>
        <w:rPr>
          <w:b/>
        </w:rPr>
        <w:t xml:space="preserve">[54:18] </w:t>
      </w:r>
      <w:r>
        <w:t>waise hi ke waise hi aur shikayat dil mein bana liya.</w:t>
      </w:r>
    </w:p>
    <w:p>
      <w:pPr>
        <w:jc w:val="right"/>
      </w:pPr>
      <w:r>
        <w:t>ویسے ہی کے ویسے ہی اور شکایت دل میں بنا لیا۔</w:t>
      </w:r>
    </w:p>
    <w:p>
      <w:r>
        <w:rPr>
          <w:b/>
        </w:rPr>
        <w:t xml:space="preserve">[54:24] </w:t>
      </w:r>
      <w:r>
        <w:t>yeh bilkul galat hai.</w:t>
      </w:r>
    </w:p>
    <w:p>
      <w:pPr>
        <w:jc w:val="right"/>
      </w:pPr>
      <w:r>
        <w:t>یہ بالکل غلط ہے۔</w:t>
      </w:r>
    </w:p>
    <w:p>
      <w:r>
        <w:rPr>
          <w:b/>
        </w:rPr>
        <w:t xml:space="preserve">[54:30] </w:t>
      </w:r>
      <w:r>
        <w:t>agar koi aap se bataye ke falan ne aisa koi galat baat bataye to aap ke liye do</w:t>
      </w:r>
    </w:p>
    <w:p>
      <w:pPr>
        <w:jc w:val="right"/>
      </w:pPr>
      <w:r>
        <w:t>اگر کوئی آپ سے بتائے کہ فلاں نے ایسا کوئی غلط بات بتائے تو آپ کے لیے دو</w:t>
      </w:r>
    </w:p>
    <w:p>
      <w:r>
        <w:rPr>
          <w:b/>
        </w:rPr>
        <w:t xml:space="preserve">[54:36] </w:t>
      </w:r>
      <w:r>
        <w:t>option hain, do mein se ek option</w:t>
      </w:r>
    </w:p>
    <w:p>
      <w:pPr>
        <w:jc w:val="right"/>
      </w:pPr>
      <w:r>
        <w:t>آپشن ہیں، دو میں سے ایک آپشن</w:t>
      </w:r>
    </w:p>
    <w:p>
      <w:r>
        <w:rPr>
          <w:b/>
        </w:rPr>
        <w:t xml:space="preserve">[54:43] </w:t>
      </w:r>
      <w:r>
        <w:t>ya to us ki baat ko suna hi nahi, dil mein rakha hi nahi.</w:t>
      </w:r>
    </w:p>
    <w:p>
      <w:pPr>
        <w:jc w:val="right"/>
      </w:pPr>
      <w:r>
        <w:t>یا تو اس کی بات کو سنا ہی نہیں، دل میں رکھا ہی نہیں۔</w:t>
      </w:r>
    </w:p>
    <w:p>
      <w:r>
        <w:rPr>
          <w:b/>
        </w:rPr>
        <w:t xml:space="preserve">[54:49] </w:t>
      </w:r>
      <w:r>
        <w:t>aap soch lein ke bhai woh jaane, us ka kaam jaane.</w:t>
      </w:r>
    </w:p>
    <w:p>
      <w:pPr>
        <w:jc w:val="right"/>
      </w:pPr>
      <w:r>
        <w:t>آپ سوچ لیں کہ بھئی وہ جانے، اس کا کام جانے۔</w:t>
      </w:r>
    </w:p>
    <w:p>
      <w:r>
        <w:rPr>
          <w:b/>
        </w:rPr>
        <w:t xml:space="preserve">[54:55] </w:t>
      </w:r>
      <w:r>
        <w:t>yani kisi ki taraf se koi baat aap ko aisi pahunche jis mein aap ke liye shikayat ka</w:t>
      </w:r>
    </w:p>
    <w:p>
      <w:pPr>
        <w:jc w:val="right"/>
      </w:pPr>
      <w:r>
        <w:t>یعنی کسی کی طرف سے کوئی بات آپ کو ایسی پہنچے جس میں آپ کے لیے شکایت کا</w:t>
      </w:r>
    </w:p>
    <w:p>
      <w:r>
        <w:rPr>
          <w:b/>
        </w:rPr>
        <w:t xml:space="preserve">[55:01] </w:t>
      </w:r>
      <w:r>
        <w:t>pehlu ho to us ko wahin ke wahin bhula dein.</w:t>
      </w:r>
    </w:p>
    <w:p>
      <w:pPr>
        <w:jc w:val="right"/>
      </w:pPr>
      <w:r>
        <w:t>پہلو ہو تو اس کو وہیں کے وہیں بھلا دیں۔</w:t>
      </w:r>
    </w:p>
    <w:p>
      <w:r>
        <w:rPr>
          <w:b/>
        </w:rPr>
        <w:t xml:space="preserve">[55:07] </w:t>
      </w:r>
      <w:r>
        <w:t>aik tareeqa to yeh hai, aik option to yeh hai aap ke liye.</w:t>
      </w:r>
    </w:p>
    <w:p>
      <w:pPr>
        <w:jc w:val="right"/>
      </w:pPr>
      <w:r>
        <w:t>ایک طریقہ تو یہ ہے، ایک آپشن تو یہ ہے آپ کے لیے۔</w:t>
      </w:r>
    </w:p>
    <w:p>
      <w:r>
        <w:rPr>
          <w:b/>
        </w:rPr>
        <w:t xml:space="preserve">[55:14] </w:t>
      </w:r>
      <w:r>
        <w:t>doosra option yeh hai ke aap is ko bhulana nahi chahte to aap ko phir is ki tehqeeq</w:t>
      </w:r>
    </w:p>
    <w:p>
      <w:pPr>
        <w:jc w:val="right"/>
      </w:pPr>
      <w:r>
        <w:t>دوسرا آپشن یہ ہے کہ آپ اس کو بھلانا نہیں چاہتے تو آپ کو پھر اس کی تحقیق</w:t>
      </w:r>
    </w:p>
    <w:p>
      <w:r>
        <w:rPr>
          <w:b/>
        </w:rPr>
        <w:t xml:space="preserve">[55:18] </w:t>
      </w:r>
      <w:r>
        <w:t>karni paray gi, scrutiny karni paray gi.</w:t>
      </w:r>
    </w:p>
    <w:p>
      <w:pPr>
        <w:jc w:val="right"/>
      </w:pPr>
      <w:r>
        <w:t>کرنی پڑے گی، سکروٹنی کرنی پڑے گی۔</w:t>
      </w:r>
    </w:p>
    <w:p>
      <w:r>
        <w:rPr>
          <w:b/>
        </w:rPr>
        <w:t xml:space="preserve">[55:23] </w:t>
      </w:r>
      <w:r>
        <w:t>kyun ke reporting aksar ghalat hoti hai.</w:t>
      </w:r>
    </w:p>
    <w:p>
      <w:pPr>
        <w:jc w:val="right"/>
      </w:pPr>
      <w:r>
        <w:t>کیونکہ رپورٹنگ اکثر غلط ہوتی ہے۔</w:t>
      </w:r>
    </w:p>
    <w:p>
      <w:r>
        <w:rPr>
          <w:b/>
        </w:rPr>
        <w:t xml:space="preserve">[55:27] </w:t>
      </w:r>
      <w:r>
        <w:t>mera tajurba yeh hai ke mr. a ki baat agar mr. b aap ko aa kar batata hai</w:t>
      </w:r>
    </w:p>
    <w:p>
      <w:pPr>
        <w:jc w:val="right"/>
      </w:pPr>
      <w:r>
        <w:t>میرا تجربہ یہ ہے کہ مسٹر اے کی بات اگر مسٹر بی آپ کو آ کر بتاتا ہے</w:t>
      </w:r>
    </w:p>
    <w:p>
      <w:r>
        <w:rPr>
          <w:b/>
        </w:rPr>
        <w:t xml:space="preserve">[55:32] </w:t>
      </w:r>
      <w:r>
        <w:t>to us ne reporting mein zaroor ghalati ki hogi.</w:t>
      </w:r>
    </w:p>
    <w:p>
      <w:pPr>
        <w:jc w:val="right"/>
      </w:pPr>
      <w:r>
        <w:t>تو اس نے رپورٹنگ میں ضرور غلطی کی ہوگی۔</w:t>
      </w:r>
    </w:p>
    <w:p>
      <w:r>
        <w:rPr>
          <w:b/>
        </w:rPr>
        <w:t xml:space="preserve">[55:37] </w:t>
      </w:r>
      <w:r>
        <w:t>aik dam as it is us ne nahi bataya hoga aap ko ke asal baat kuch hogi aur</w:t>
      </w:r>
    </w:p>
    <w:p>
      <w:pPr>
        <w:jc w:val="right"/>
      </w:pPr>
      <w:r>
        <w:t>ایک دم ایز اٹ از اس نے نہیں بتایا ہوگا آپ کو کہ اصل بات کچھ ہوگی اور</w:t>
      </w:r>
    </w:p>
    <w:p>
      <w:r>
        <w:rPr>
          <w:b/>
        </w:rPr>
        <w:t xml:space="preserve">[55:41] </w:t>
      </w:r>
      <w:r>
        <w:t>woh report kuch kar raha hoga.</w:t>
      </w:r>
    </w:p>
    <w:p>
      <w:pPr>
        <w:jc w:val="right"/>
      </w:pPr>
      <w:r>
        <w:t>وہ رپورٹ کچھ کر رہا ہوگا۔</w:t>
      </w:r>
    </w:p>
    <w:p>
      <w:r>
        <w:rPr>
          <w:b/>
        </w:rPr>
        <w:t xml:space="preserve">[55:46] </w:t>
      </w:r>
      <w:r>
        <w:t>is liye jab bhi aap sunen kisi ke baray mein to us ko aap janchiye, us ki scrutiny</w:t>
      </w:r>
    </w:p>
    <w:p>
      <w:pPr>
        <w:jc w:val="right"/>
      </w:pPr>
      <w:r>
        <w:t>اس لیے جب بھی آپ سنیں کسی کے بارے میں تو اس کو آپ جانچیے، اس کی سکروٹنی</w:t>
      </w:r>
    </w:p>
    <w:p>
      <w:r>
        <w:rPr>
          <w:b/>
        </w:rPr>
        <w:t xml:space="preserve">[55:53] </w:t>
      </w:r>
      <w:r>
        <w:t>kijiye, us ko pata kijiye.</w:t>
      </w:r>
    </w:p>
    <w:p>
      <w:pPr>
        <w:jc w:val="right"/>
      </w:pPr>
      <w:r>
        <w:t>کیجئے، اس کو پتہ کیجئے۔</w:t>
      </w:r>
    </w:p>
    <w:p>
      <w:r>
        <w:rPr>
          <w:b/>
        </w:rPr>
        <w:t xml:space="preserve">[56:01] </w:t>
      </w:r>
      <w:r>
        <w:t>mera tajurba yeh hai ke more than 99 percent jo hai, shikayatein agar paida hoti hain ghalat fehmi</w:t>
      </w:r>
    </w:p>
    <w:p>
      <w:pPr>
        <w:jc w:val="right"/>
      </w:pPr>
      <w:r>
        <w:t>میرا تجربہ یہ ہے کہ مور دین 99 پرسنٹ جو ہے، شکایتیں اگر پیدا ہوتی ہیں غلط فہمی</w:t>
      </w:r>
    </w:p>
    <w:p>
      <w:r>
        <w:rPr>
          <w:b/>
        </w:rPr>
        <w:t xml:space="preserve">[56:09] </w:t>
      </w:r>
      <w:r>
        <w:t>ki wajah par, ghalat fehmi, misunderstanding.</w:t>
      </w:r>
    </w:p>
    <w:p>
      <w:pPr>
        <w:jc w:val="right"/>
      </w:pPr>
      <w:r>
        <w:t>کی وجہ پر، غلط فہمی، مس انڈرسٹینڈنگ۔</w:t>
      </w:r>
    </w:p>
    <w:p>
      <w:r>
        <w:rPr>
          <w:b/>
        </w:rPr>
        <w:t xml:space="preserve">[56:16] </w:t>
      </w:r>
      <w:r>
        <w:t>to agar aap pooch gach karen, agar aap is ki scrutiny karen to wahin ke wahin ghalat fehmi</w:t>
      </w:r>
    </w:p>
    <w:p>
      <w:pPr>
        <w:jc w:val="right"/>
      </w:pPr>
      <w:r>
        <w:t>تو اگر آپ پوچھ گچھ کریں، اگر آپ اس کی سکروٹنی کریں تو وہیں کے وہیں غلط فہمی</w:t>
      </w:r>
    </w:p>
    <w:p>
      <w:r>
        <w:rPr>
          <w:b/>
        </w:rPr>
        <w:t xml:space="preserve">[56:23] </w:t>
      </w:r>
      <w:r>
        <w:t>khatam ho jaye gi.</w:t>
      </w:r>
    </w:p>
    <w:p>
      <w:pPr>
        <w:jc w:val="right"/>
      </w:pPr>
      <w:r>
        <w:t>ختم ہو جائے گی۔</w:t>
      </w:r>
    </w:p>
    <w:p>
      <w:r>
        <w:rPr>
          <w:b/>
        </w:rPr>
        <w:t xml:space="preserve">[56:29] </w:t>
      </w:r>
      <w:r>
        <w:t>pata chalay ga use kuch aur kaha tha, batane walay ne kuch aur bata diya.</w:t>
      </w:r>
    </w:p>
    <w:p>
      <w:pPr>
        <w:jc w:val="right"/>
      </w:pPr>
      <w:r>
        <w:t>پتہ چلے گا اسے کچھ اور کہا تھا، بتانے والے نے کچھ اور بتا دیا۔</w:t>
      </w:r>
    </w:p>
    <w:p>
      <w:r>
        <w:rPr>
          <w:b/>
        </w:rPr>
        <w:t xml:space="preserve">[56:36] </w:t>
      </w:r>
      <w:r>
        <w:t>to is tarah ke mamlay mein rasool Allah ka tareeqa yeh hai ke ya to aap us ko</w:t>
      </w:r>
    </w:p>
    <w:p>
      <w:pPr>
        <w:jc w:val="right"/>
      </w:pPr>
      <w:r>
        <w:t>تو اس طرح کے معاملے میں رسول اللہ کا طریقہ یہ ہے کہ یا تو آپ اس کو</w:t>
      </w:r>
    </w:p>
    <w:p>
      <w:r>
        <w:rPr>
          <w:b/>
        </w:rPr>
        <w:t xml:space="preserve">[56:42] </w:t>
      </w:r>
      <w:r>
        <w:t>dil mein dalen, sun kar bhula den, us ko Khuda par dal den,</w:t>
      </w:r>
    </w:p>
    <w:p>
      <w:pPr>
        <w:jc w:val="right"/>
      </w:pPr>
      <w:r>
        <w:t>دل میں ڈالیں، سن کر بھلا دیں، اس کو خدا پر ڈال دیں،</w:t>
      </w:r>
    </w:p>
    <w:p>
      <w:r>
        <w:rPr>
          <w:b/>
        </w:rPr>
        <w:t xml:space="preserve">[56:48] </w:t>
      </w:r>
      <w:r>
        <w:t>apne kaam se kaam rakhen.</w:t>
      </w:r>
    </w:p>
    <w:p>
      <w:pPr>
        <w:jc w:val="right"/>
      </w:pPr>
      <w:r>
        <w:t>اپنے کام سے کام رکھیں۔</w:t>
      </w:r>
    </w:p>
    <w:p>
      <w:r>
        <w:rPr>
          <w:b/>
        </w:rPr>
        <w:t xml:space="preserve">[56:54] </w:t>
      </w:r>
      <w:r>
        <w:t>aur agar aap us ko sun kar ke na bhool saken to phir aap par farz hai, farz</w:t>
      </w:r>
    </w:p>
    <w:p>
      <w:pPr>
        <w:jc w:val="right"/>
      </w:pPr>
      <w:r>
        <w:t>اور اگر آپ اس کو سن کر کے نہ بھول سکیں تو پھر آپ پر فرض ہے، فرض</w:t>
      </w:r>
    </w:p>
    <w:p>
      <w:r>
        <w:rPr>
          <w:b/>
        </w:rPr>
        <w:t xml:space="preserve">[57:01] </w:t>
      </w:r>
      <w:r>
        <w:t>hai, farz hai ke aap us ko tehqeeq karen, us ko gehrai ke sath janne ki koshish karen</w:t>
      </w:r>
    </w:p>
    <w:p>
      <w:pPr>
        <w:jc w:val="right"/>
      </w:pPr>
      <w:r>
        <w:t>ہے، فرض ہے کہ آپ اس کو تحقیق کریں، اس کو گہرائی کے ساتھ جاننے کی کوشش کریں</w:t>
      </w:r>
    </w:p>
    <w:p>
      <w:r>
        <w:rPr>
          <w:b/>
        </w:rPr>
        <w:t xml:space="preserve">[57:07] </w:t>
      </w:r>
      <w:r>
        <w:t>aur us ki scrutiny karen.</w:t>
      </w:r>
    </w:p>
    <w:p>
      <w:pPr>
        <w:jc w:val="right"/>
      </w:pPr>
      <w:r>
        <w:t>اور اس کی سکروٹنی کریں۔</w:t>
      </w:r>
    </w:p>
    <w:p>
      <w:r>
        <w:rPr>
          <w:b/>
        </w:rPr>
        <w:t xml:space="preserve">[57:13] </w:t>
      </w:r>
      <w:r>
        <w:t>mein hamesha scrutiny karta hoon, hamesha scrutiny karta hoon.</w:t>
      </w:r>
    </w:p>
    <w:p>
      <w:pPr>
        <w:jc w:val="right"/>
      </w:pPr>
      <w:r>
        <w:t>میں ہمیشہ سکروٹنی کرتا ہوں، ہمیشہ سکروٹنی کرتا ہوں۔</w:t>
      </w:r>
    </w:p>
    <w:p>
      <w:r>
        <w:rPr>
          <w:b/>
        </w:rPr>
        <w:t xml:space="preserve">[57:19] </w:t>
      </w:r>
      <w:r>
        <w:t>scrutiny se bhi baat na bane to aap direct us se jaa kar milein, us aadmi se, use poochhiye ke tum ne kya kaha tha. to pata chalega us ne to kuch aur hi baat kahi thi aur pohnchte pohnchte aap tak kuch aur baat ban gayi. woh yeh sab sunnat-e-Rasool hai ke zindagi mein positive thinking ke saath rehna. yeh Rasool Allah ka hukum hai ke zindagi mein is tarah raho</w:t>
      </w:r>
    </w:p>
    <w:p>
      <w:pPr>
        <w:jc w:val="right"/>
      </w:pPr>
      <w:r>
        <w:t>سکروٹنی سے بھی بات نہ بنے تو آپ ڈائریکٹ اس سے جا کے ملیے، اس آدمی سے، اسے پوچھیے کہ تم نے کیا کہا تھا۔ تو پتہ چلے گا اس نے تو کچھ اور ہی بات کہی تھی اور پہنچتے پہنچتے آپ تک کچھ اور بات بن گئی۔ وہ یہ سب سنت رسول ہے کہ زندگی میں پوزیٹیو تھنکنگ کے ساتھ رہنا۔ یہ رسول اللہ کا حکم ہے کہ زندگی میں اس طرح رہو</w:t>
      </w:r>
    </w:p>
    <w:p>
      <w:r>
        <w:rPr>
          <w:b/>
        </w:rPr>
        <w:t xml:space="preserve">[57:49] </w:t>
      </w:r>
      <w:r>
        <w:t>logon ke saath ke tumhare dil mein kisi ke khilaaf nafrat na ho, kisi ke khilaaf shikayat na ho. yaani negative thought ke saath rehna. yeh Rasool Allah ko sakht, Rasool Allah ke liye galat tha. to sab se bari sunnat yeh hai ke aap positive thinking ke saath duniya mein rahein, har ek ke liye khair khwah bane rahein aur kabhi bhi kisi ki burai na chahein. yeh</w:t>
      </w:r>
    </w:p>
    <w:p>
      <w:pPr>
        <w:jc w:val="right"/>
      </w:pPr>
      <w:r>
        <w:t>لوگوں کے ساتھ کہ تمہارے دل میں کسی کے خلاف نفرت نہ ہو، کسی کے خلاف شکایت نہ ہو۔ یعنی نیگیٹیو تھاٹ کے ساتھ رہنا۔ یہ رسول اللہ کو سخت، رسول اللہ کے لیے غلط تھا۔ تو سب سے بڑی سنت یہ ہے کہ آپ پوزیٹیو تھنکنگ کے ساتھ دنیا میں رہیں، ہر ایک کے لیے خیر خواہ بنے رہیں اور کبھی بھی کسی کی برائی نہ چاہیں۔ یہ</w:t>
      </w:r>
    </w:p>
    <w:p>
      <w:r>
        <w:rPr>
          <w:b/>
        </w:rPr>
        <w:t xml:space="preserve">[58:19] </w:t>
      </w:r>
      <w:r>
        <w:t>hai Rasool Allah sallallahu alaihi wasallam ki sunnat, yahi har ek ko karna hai.</w:t>
      </w:r>
    </w:p>
    <w:p>
      <w:pPr>
        <w:jc w:val="right"/>
      </w:pPr>
      <w:r>
        <w:t>ہے رسول اللہ صلی اللہ علیہ وسلم کی سنت، یہی ہر ایک کو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