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Reason and Human Life | June 25, 2008</w:t>
      </w:r>
    </w:p>
    <w:p>
      <w:r>
        <w:t>https://www.youtube.com/watch?v=BlKDj7xKEYA</w:t>
      </w:r>
    </w:p>
    <w:p>
      <w:r>
        <w:rPr>
          <w:b/>
        </w:rPr>
        <w:t xml:space="preserve">[00:13] </w:t>
      </w:r>
      <w:r>
        <w:t>bismillah rahman rahim.</w:t>
      </w:r>
    </w:p>
    <w:p>
      <w:pPr>
        <w:jc w:val="right"/>
      </w:pPr>
      <w:r>
        <w:t>بسم اللہ الرحمن الرحیم۔</w:t>
      </w:r>
    </w:p>
    <w:p>
      <w:r>
        <w:rPr>
          <w:b/>
        </w:rPr>
        <w:t xml:space="preserve">[00:21] </w:t>
      </w:r>
      <w:r>
        <w:t>wasalli Allahu ala nabi al karim.</w:t>
      </w:r>
    </w:p>
    <w:p>
      <w:pPr>
        <w:jc w:val="right"/>
      </w:pPr>
      <w:r>
        <w:t>وصلی اللہ علی النبی الکریم۔</w:t>
      </w:r>
    </w:p>
    <w:p>
      <w:r>
        <w:rPr>
          <w:b/>
        </w:rPr>
        <w:t xml:space="preserve">[00:29]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aaj ka topic hai: reason and</w:t>
      </w:r>
    </w:p>
    <w:p>
      <w:pPr>
        <w:jc w:val="right"/>
      </w:pPr>
      <w:r>
        <w:t>آج کا ٹاپک ہے: ریزن اینڈ</w:t>
      </w:r>
    </w:p>
    <w:p>
      <w:r>
        <w:rPr>
          <w:b/>
        </w:rPr>
        <w:t xml:space="preserve">[00:44] </w:t>
      </w:r>
      <w:r>
        <w:t>human life.</w:t>
      </w:r>
    </w:p>
    <w:p>
      <w:pPr>
        <w:jc w:val="right"/>
      </w:pPr>
      <w:r>
        <w:t>ہیومن لائف۔</w:t>
      </w:r>
    </w:p>
    <w:p>
      <w:r>
        <w:rPr>
          <w:b/>
        </w:rPr>
        <w:t xml:space="preserve">[00:52] </w:t>
      </w:r>
      <w:r>
        <w:t>insani zindagi mein aqal ka maqam.</w:t>
      </w:r>
    </w:p>
    <w:p>
      <w:pPr>
        <w:jc w:val="right"/>
      </w:pPr>
      <w:r>
        <w:t>انسانی زندگی میں عقل کا مقام۔</w:t>
      </w:r>
    </w:p>
    <w:p>
      <w:r>
        <w:rPr>
          <w:b/>
        </w:rPr>
        <w:t xml:space="preserve">[01:00] </w:t>
      </w:r>
      <w:r>
        <w:t>dekhiye, is dunya mein ya is universe mein ek to insan hai aur doosri bohat sari cheezain hain.</w:t>
      </w:r>
    </w:p>
    <w:p>
      <w:pPr>
        <w:jc w:val="right"/>
      </w:pPr>
      <w:r>
        <w:t>دیکھیے، اس دنیا میں یا اس یونیورس میں ایک تو انسان ہے اور دوسری بہت ساری چیزیں ہیں۔</w:t>
      </w:r>
    </w:p>
    <w:p>
      <w:r>
        <w:rPr>
          <w:b/>
        </w:rPr>
        <w:t xml:space="preserve">[01:07] </w:t>
      </w:r>
      <w:r>
        <w:t>lekin aqal jo hai</w:t>
      </w:r>
    </w:p>
    <w:p>
      <w:pPr>
        <w:jc w:val="right"/>
      </w:pPr>
      <w:r>
        <w:t>لیکن عقل جو ہے</w:t>
      </w:r>
    </w:p>
    <w:p>
      <w:r>
        <w:rPr>
          <w:b/>
        </w:rPr>
        <w:t xml:space="preserve">[01:15] </w:t>
      </w:r>
      <w:r>
        <w:t>wo insan ki speciality hai.</w:t>
      </w:r>
    </w:p>
    <w:p>
      <w:pPr>
        <w:jc w:val="right"/>
      </w:pPr>
      <w:r>
        <w:t>وہ انسان کی اسپیشلٹی ہے۔</w:t>
      </w:r>
    </w:p>
    <w:p>
      <w:r>
        <w:rPr>
          <w:b/>
        </w:rPr>
        <w:t xml:space="preserve">[01:21] </w:t>
      </w:r>
      <w:r>
        <w:t>aap jante hain ke suraj aur chand aur galaxy, pahad pahad aur samandar, in ke haan aqal ka</w:t>
      </w:r>
    </w:p>
    <w:p>
      <w:pPr>
        <w:jc w:val="right"/>
      </w:pPr>
      <w:r>
        <w:t>آپ جانتے ہیں کہ سورج اور چاند اور گلیکسی، پہاڑ پہاڑ اور سمندر، ان کے ہاں عقل کا</w:t>
      </w:r>
    </w:p>
    <w:p>
      <w:r>
        <w:rPr>
          <w:b/>
        </w:rPr>
        <w:t xml:space="preserve">[01:27] </w:t>
      </w:r>
      <w:r>
        <w:t>koi role nahi hai.</w:t>
      </w:r>
    </w:p>
    <w:p>
      <w:pPr>
        <w:jc w:val="right"/>
      </w:pPr>
      <w:r>
        <w:t>کوئی رول نہیں ہے۔</w:t>
      </w:r>
    </w:p>
    <w:p>
      <w:r>
        <w:rPr>
          <w:b/>
        </w:rPr>
        <w:t xml:space="preserve">[01:33] </w:t>
      </w:r>
      <w:r>
        <w:t>aisi darakhton ko dekhiye, paudon ko dekhiye, wahan bhi aqal ka koi role nahi hai.</w:t>
      </w:r>
    </w:p>
    <w:p>
      <w:pPr>
        <w:jc w:val="right"/>
      </w:pPr>
      <w:r>
        <w:t>ایسی درختوں کو دیکھیے، پودوں کو دیکھیے، وہاں بھی عقل کا کوئی رول نہیں ہے۔</w:t>
      </w:r>
    </w:p>
    <w:p>
      <w:r>
        <w:rPr>
          <w:b/>
        </w:rPr>
        <w:t xml:space="preserve">[01:39] </w:t>
      </w:r>
      <w:r>
        <w:t>animal mein hai to bohat hi</w:t>
      </w:r>
    </w:p>
    <w:p>
      <w:pPr>
        <w:jc w:val="right"/>
      </w:pPr>
      <w:r>
        <w:t>اینیمل میں ہے تو بہت ہی</w:t>
      </w:r>
    </w:p>
    <w:p>
      <w:r>
        <w:rPr>
          <w:b/>
        </w:rPr>
        <w:t xml:space="preserve">[01:45] </w:t>
      </w:r>
      <w:r>
        <w:t>limited sense mein hai.</w:t>
      </w:r>
    </w:p>
    <w:p>
      <w:pPr>
        <w:jc w:val="right"/>
      </w:pPr>
      <w:r>
        <w:t>لمیٹڈ سینس میں ہے۔</w:t>
      </w:r>
    </w:p>
    <w:p>
      <w:r>
        <w:rPr>
          <w:b/>
        </w:rPr>
        <w:t xml:space="preserve">[01:50] </w:t>
      </w:r>
      <w:r>
        <w:t>sirf insan hai jis ki zindagi mein aqal ka role hai.</w:t>
      </w:r>
    </w:p>
    <w:p>
      <w:pPr>
        <w:jc w:val="right"/>
      </w:pPr>
      <w:r>
        <w:t>صرف انسان ہے جس کی زندگی میں عقل کا رول ہے۔</w:t>
      </w:r>
    </w:p>
    <w:p>
      <w:r>
        <w:rPr>
          <w:b/>
        </w:rPr>
        <w:t xml:space="preserve">[01:54] </w:t>
      </w:r>
      <w:r>
        <w:t>aqal ka matlab hai cheezon ko reason out karna.</w:t>
      </w:r>
    </w:p>
    <w:p>
      <w:pPr>
        <w:jc w:val="right"/>
      </w:pPr>
      <w:r>
        <w:t>عقل کا مطلب ہے چیزوں کو ریزن آؤٹ کرنا۔</w:t>
      </w:r>
    </w:p>
    <w:p>
      <w:r>
        <w:rPr>
          <w:b/>
        </w:rPr>
        <w:t xml:space="preserve">[01:58] </w:t>
      </w:r>
      <w:r>
        <w:t>cheezon ko aqli ghor o fikr se.</w:t>
      </w:r>
    </w:p>
    <w:p>
      <w:pPr>
        <w:jc w:val="right"/>
      </w:pPr>
      <w:r>
        <w:t>چیزوں کو عقلی غور و فکر سے۔</w:t>
      </w:r>
    </w:p>
    <w:p>
      <w:r>
        <w:rPr>
          <w:b/>
        </w:rPr>
        <w:t xml:space="preserve">[02:02] </w:t>
      </w:r>
      <w:r>
        <w:t>cheezon ko aqli ghor o fikr se samajhna.</w:t>
      </w:r>
    </w:p>
    <w:p>
      <w:pPr>
        <w:jc w:val="right"/>
      </w:pPr>
      <w:r>
        <w:t>چیزوں کو عقلی غور و فکر سے سمجھنا۔</w:t>
      </w:r>
    </w:p>
    <w:p>
      <w:r>
        <w:rPr>
          <w:b/>
        </w:rPr>
        <w:t xml:space="preserve">[02:07] </w:t>
      </w:r>
      <w:r>
        <w:t>baaton ke oonch neech ko jan kar phir kuch karna.</w:t>
      </w:r>
    </w:p>
    <w:p>
      <w:pPr>
        <w:jc w:val="right"/>
      </w:pPr>
      <w:r>
        <w:t>باتوں کے اونچ نیچ کو جان کر پھر کچھ کرنا۔</w:t>
      </w:r>
    </w:p>
    <w:p>
      <w:r>
        <w:rPr>
          <w:b/>
        </w:rPr>
        <w:t xml:space="preserve">[02:11] </w:t>
      </w:r>
      <w:r>
        <w:t>to yeh aqal</w:t>
      </w:r>
    </w:p>
    <w:p>
      <w:pPr>
        <w:jc w:val="right"/>
      </w:pPr>
      <w:r>
        <w:t>تو یہ عقل</w:t>
      </w:r>
    </w:p>
    <w:p>
      <w:r>
        <w:rPr>
          <w:b/>
        </w:rPr>
        <w:t xml:space="preserve">[02:15] </w:t>
      </w:r>
      <w:r>
        <w:t>hai.</w:t>
      </w:r>
    </w:p>
    <w:p>
      <w:pPr>
        <w:jc w:val="right"/>
      </w:pPr>
      <w:r>
        <w:t>ہے۔</w:t>
      </w:r>
    </w:p>
    <w:p>
      <w:r>
        <w:rPr>
          <w:b/>
        </w:rPr>
        <w:t xml:space="preserve">[02:22] </w:t>
      </w:r>
      <w:r>
        <w:t>aqal ka taluq aap jante hain ke mind se hota hai.</w:t>
      </w:r>
    </w:p>
    <w:p>
      <w:pPr>
        <w:jc w:val="right"/>
      </w:pPr>
      <w:r>
        <w:t>عقل کا تعلق آپ جانتے ہیں کہ مائنڈ سے ہوتا ہے۔</w:t>
      </w:r>
    </w:p>
    <w:p>
      <w:r>
        <w:rPr>
          <w:b/>
        </w:rPr>
        <w:t xml:space="preserve">[02:28] </w:t>
      </w:r>
      <w:r>
        <w:t>to mind ka istemal kar ke zindagi ko manage karna, yeh sirf insan ki speciality hai.</w:t>
      </w:r>
    </w:p>
    <w:p>
      <w:pPr>
        <w:jc w:val="right"/>
      </w:pPr>
      <w:r>
        <w:t>تو مائنڈ کا استعمال کر کے زندگی کو مینج کرنا، یہ صرف انسان کی اسپیشلٹی ہے۔</w:t>
      </w:r>
    </w:p>
    <w:p>
      <w:r>
        <w:rPr>
          <w:b/>
        </w:rPr>
        <w:t xml:space="preserve">[02:34] </w:t>
      </w:r>
      <w:r>
        <w:t>to is yeh baat bohat zyada sochne ki hai ke kis tarah hum apni zindagi mein aqal ko</w:t>
      </w:r>
    </w:p>
    <w:p>
      <w:pPr>
        <w:jc w:val="right"/>
      </w:pPr>
      <w:r>
        <w:t>تو اس یہ بات بہت زیادہ سوچنے کی ہے کہ کس طرح ہم اپنی زندگی میں عقل کو</w:t>
      </w:r>
    </w:p>
    <w:p>
      <w:r>
        <w:rPr>
          <w:b/>
        </w:rPr>
        <w:t xml:space="preserve">[02:41] </w:t>
      </w:r>
      <w:r>
        <w:t>istemal karein, successful tareeqay par</w:t>
      </w:r>
    </w:p>
    <w:p>
      <w:pPr>
        <w:jc w:val="right"/>
      </w:pPr>
      <w:r>
        <w:t>استعمال کریں، سکسیس فل طریقے پر</w:t>
      </w:r>
    </w:p>
    <w:p>
      <w:r>
        <w:rPr>
          <w:b/>
        </w:rPr>
        <w:t xml:space="preserve">[02:47] </w:t>
      </w:r>
      <w:r>
        <w:t>.</w:t>
      </w:r>
    </w:p>
    <w:p>
      <w:pPr>
        <w:jc w:val="right"/>
      </w:pPr>
      <w:r>
        <w:t>۔</w:t>
      </w:r>
    </w:p>
    <w:p>
      <w:r>
        <w:rPr>
          <w:b/>
        </w:rPr>
        <w:t xml:space="preserve">[02:52] </w:t>
      </w:r>
      <w:r>
        <w:t>taake hum kamyab hon.</w:t>
      </w:r>
    </w:p>
    <w:p>
      <w:pPr>
        <w:jc w:val="right"/>
      </w:pPr>
      <w:r>
        <w:t>تاکہ ہم کامیاب ہوں۔</w:t>
      </w:r>
    </w:p>
    <w:p>
      <w:r>
        <w:rPr>
          <w:b/>
        </w:rPr>
        <w:t xml:space="preserve">[02:57] </w:t>
      </w:r>
      <w:r>
        <w:t>kal mere paas kuch log aaye.</w:t>
      </w:r>
    </w:p>
    <w:p>
      <w:pPr>
        <w:jc w:val="right"/>
      </w:pPr>
      <w:r>
        <w:t>کل میرے پاس کچھ لوگ آئے۔</w:t>
      </w:r>
    </w:p>
    <w:p>
      <w:r>
        <w:rPr>
          <w:b/>
        </w:rPr>
        <w:t xml:space="preserve">[03:02] </w:t>
      </w:r>
      <w:r>
        <w:t>woh bangal se talluq rakhte thay.</w:t>
      </w:r>
    </w:p>
    <w:p>
      <w:pPr>
        <w:jc w:val="right"/>
      </w:pPr>
      <w:r>
        <w:t>وہ بنگال سے تعلق رکھتے تھے۔</w:t>
      </w:r>
    </w:p>
    <w:p>
      <w:r>
        <w:rPr>
          <w:b/>
        </w:rPr>
        <w:t xml:space="preserve">[03:07] </w:t>
      </w:r>
      <w:r>
        <w:t>toh ek sahab ne kaha ke meri behan jo rehti hai kolkata mein, woh bohat pareshan hai.</w:t>
      </w:r>
    </w:p>
    <w:p>
      <w:pPr>
        <w:jc w:val="right"/>
      </w:pPr>
      <w:r>
        <w:t>تو ایک صاحب نے کہا کہ میری بہن جو رہتی ہے کلکتہ میں، وہ بہت پریشان ہے۔</w:t>
      </w:r>
    </w:p>
    <w:p>
      <w:r>
        <w:rPr>
          <w:b/>
        </w:rPr>
        <w:t xml:space="preserve">[03:12] </w:t>
      </w:r>
      <w:r>
        <w:t>toh aap is ko kuch</w:t>
      </w:r>
    </w:p>
    <w:p>
      <w:pPr>
        <w:jc w:val="right"/>
      </w:pPr>
      <w:r>
        <w:t>تو آپ اس کو کچھ</w:t>
      </w:r>
    </w:p>
    <w:p>
      <w:r>
        <w:rPr>
          <w:b/>
        </w:rPr>
        <w:t xml:space="preserve">[03:17] </w:t>
      </w:r>
      <w:r>
        <w:t>bataiye. to unhone bataya ke un ki behan ne ek khwab dekha. ke khwab dekha us ne ke mein chaar saal mein mar jaungi. koi keh raha hai us se khwab mein ke tum chaar saal mein mar jaogi. to un ki behan usi se un ki behan un ki behan usi waqt se</w:t>
      </w:r>
    </w:p>
    <w:p>
      <w:pPr>
        <w:jc w:val="right"/>
      </w:pPr>
      <w:r>
        <w:t>بتائیے۔ تو انہوں نے بتایا کہ ان کی بہن نے ایک خواب دیکھا۔ کہ خواب دیکھا اس نے کہ میں چار سال میں مر جاؤں گی۔ کوئی کہہ رہا ہے اس سے خواب میں کہ تم چار سال میں مر جاؤ گی۔ تو ان کی بہن اسی سے انہیں ان کی بہن ان کی بہن اسی وقت سے</w:t>
      </w:r>
    </w:p>
    <w:p>
      <w:r>
        <w:rPr>
          <w:b/>
        </w:rPr>
        <w:t xml:space="preserve">[03:47] </w:t>
      </w:r>
      <w:r>
        <w:t>bohat pareshan.</w:t>
      </w:r>
    </w:p>
    <w:p>
      <w:pPr>
        <w:jc w:val="right"/>
      </w:pPr>
      <w:r>
        <w:t>بہت پریشان۔</w:t>
      </w:r>
    </w:p>
    <w:p>
      <w:r>
        <w:rPr>
          <w:b/>
        </w:rPr>
        <w:t xml:space="preserve">[03:52] </w:t>
      </w:r>
      <w:r>
        <w:t>un ke alfaaz mein gumsum rehti hain, bolti nahi.</w:t>
      </w:r>
    </w:p>
    <w:p>
      <w:pPr>
        <w:jc w:val="right"/>
      </w:pPr>
      <w:r>
        <w:t>ان کے الفاظ میں گم سم رہتی ہیں، بولتی نہیں۔</w:t>
      </w:r>
    </w:p>
    <w:p>
      <w:r>
        <w:rPr>
          <w:b/>
        </w:rPr>
        <w:t xml:space="preserve">[03:57] </w:t>
      </w:r>
      <w:r>
        <w:t>ab maa baap pareshan, ghar wale pareshan.</w:t>
      </w:r>
    </w:p>
    <w:p>
      <w:pPr>
        <w:jc w:val="right"/>
      </w:pPr>
      <w:r>
        <w:t>اب ماں باپ پریشان، گھر والے پریشان۔</w:t>
      </w:r>
    </w:p>
    <w:p>
      <w:r>
        <w:rPr>
          <w:b/>
        </w:rPr>
        <w:t xml:space="preserve">[04:02] </w:t>
      </w:r>
      <w:r>
        <w:t>toh maine kaha ke acha theek hai.</w:t>
      </w:r>
    </w:p>
    <w:p>
      <w:pPr>
        <w:jc w:val="right"/>
      </w:pPr>
      <w:r>
        <w:t>تو میں نے کہا کہ اچھا ٹھیک ہے۔</w:t>
      </w:r>
    </w:p>
    <w:p>
      <w:r>
        <w:rPr>
          <w:b/>
        </w:rPr>
        <w:t xml:space="preserve">[04:07] </w:t>
      </w:r>
      <w:r>
        <w:t>aap ne kya kiya? unhon ne kaha hum ne bohat samjhaya magar woh kuch samajhti nahi.</w:t>
      </w:r>
    </w:p>
    <w:p>
      <w:pPr>
        <w:jc w:val="right"/>
      </w:pPr>
      <w:r>
        <w:t>آپ نے کیا کیا؟ انہوں نے کہا ہم نے بہت سمجھایا مگر وہ کچھ سمجھتی نہیں۔</w:t>
      </w:r>
    </w:p>
    <w:p>
      <w:r>
        <w:rPr>
          <w:b/>
        </w:rPr>
        <w:t xml:space="preserve">[04:12] </w:t>
      </w:r>
      <w:r>
        <w:t>toh maine kaha aaj sahab mujh se baat karwaiye.</w:t>
      </w:r>
    </w:p>
    <w:p>
      <w:pPr>
        <w:jc w:val="right"/>
      </w:pPr>
      <w:r>
        <w:t>تو میں نے کہا آج صاحب مجھ سے بات کروائیے۔</w:t>
      </w:r>
    </w:p>
    <w:p>
      <w:r>
        <w:rPr>
          <w:b/>
        </w:rPr>
        <w:t xml:space="preserve">[04:17] </w:t>
      </w:r>
      <w:r>
        <w:t>toh un ki behan jo kolkata mein theen, un se meri baat hui.</w:t>
      </w:r>
    </w:p>
    <w:p>
      <w:pPr>
        <w:jc w:val="right"/>
      </w:pPr>
      <w:r>
        <w:t>تو ان کی بہن جو کلکتہ میں تھیں، ان سے میری بات ہوئی۔</w:t>
      </w:r>
    </w:p>
    <w:p>
      <w:r>
        <w:rPr>
          <w:b/>
        </w:rPr>
        <w:t xml:space="preserve">[04:24] </w:t>
      </w:r>
      <w:r>
        <w:t>yeh bhi Khuda ki ek nemmat hai is zamane ke lehaz se. tele communication.</w:t>
      </w:r>
    </w:p>
    <w:p>
      <w:pPr>
        <w:jc w:val="right"/>
      </w:pPr>
      <w:r>
        <w:t>یہ بھی خدا کی ایک نعمت ہے اس زمانے کے لحاظ سے۔ ٹیلی کمیونیکیشن۔</w:t>
      </w:r>
    </w:p>
    <w:p>
      <w:r>
        <w:rPr>
          <w:b/>
        </w:rPr>
        <w:t xml:space="preserve">[04:30] </w:t>
      </w:r>
      <w:r>
        <w:t>yaani main hoon Delhi mein, un ki behan hai kolkata mein.</w:t>
      </w:r>
    </w:p>
    <w:p>
      <w:pPr>
        <w:jc w:val="right"/>
      </w:pPr>
      <w:r>
        <w:t>یعنی میں ہوں دلی میں، ان کی بہن ہے کلکتہ میں۔</w:t>
      </w:r>
    </w:p>
    <w:p>
      <w:r>
        <w:rPr>
          <w:b/>
        </w:rPr>
        <w:t xml:space="preserve">[04:37] </w:t>
      </w:r>
      <w:r>
        <w:t>aur yahan se baat ho rahi hai.</w:t>
      </w:r>
    </w:p>
    <w:p>
      <w:pPr>
        <w:jc w:val="right"/>
      </w:pPr>
      <w:r>
        <w:t>اور یہاں سے بات ہو رہی ہے۔</w:t>
      </w:r>
    </w:p>
    <w:p>
      <w:r>
        <w:rPr>
          <w:b/>
        </w:rPr>
        <w:t xml:space="preserve">[04:43] </w:t>
      </w:r>
      <w:r>
        <w:t>toh kitna bara Khuda ka yeh shukr hai ke hum ko tele communication ki nemmat Khuda ne di.</w:t>
      </w:r>
    </w:p>
    <w:p>
      <w:pPr>
        <w:jc w:val="right"/>
      </w:pPr>
      <w:r>
        <w:t>تو کتنا بڑا خدا کا یہ شکر ہے کہ ہم کو ٹیلی کمیونیکیشن کی نعمت خدا نے دی۔</w:t>
      </w:r>
    </w:p>
    <w:p>
      <w:r>
        <w:rPr>
          <w:b/>
        </w:rPr>
        <w:t xml:space="preserve">[04:49] </w:t>
      </w:r>
      <w:r>
        <w:t>toh khair maine un se kaha ke aap ne jo khwab dekha hai woh khwab baseless hai.</w:t>
      </w:r>
    </w:p>
    <w:p>
      <w:pPr>
        <w:jc w:val="right"/>
      </w:pPr>
      <w:r>
        <w:t>تو خیر میں نے ان سے کہا کہ آپ نے جو خواب دیکھا ہے وہ خواب بیس لیس ہے۔</w:t>
      </w:r>
    </w:p>
    <w:p>
      <w:r>
        <w:rPr>
          <w:b/>
        </w:rPr>
        <w:t xml:space="preserve">[04:55] </w:t>
      </w:r>
      <w:r>
        <w:t>be buniyad hai.</w:t>
      </w:r>
    </w:p>
    <w:p>
      <w:pPr>
        <w:jc w:val="right"/>
      </w:pPr>
      <w:r>
        <w:t>بے بنیاد ہے۔</w:t>
      </w:r>
    </w:p>
    <w:p>
      <w:r>
        <w:rPr>
          <w:b/>
        </w:rPr>
        <w:t xml:space="preserve">[05:00] </w:t>
      </w:r>
      <w:r>
        <w:t>is ko le kar ke aap pareshan hain.</w:t>
      </w:r>
    </w:p>
    <w:p>
      <w:pPr>
        <w:jc w:val="right"/>
      </w:pPr>
      <w:r>
        <w:t>اس کو لے کر کے آپ پریشان ہیں۔</w:t>
      </w:r>
    </w:p>
    <w:p>
      <w:r>
        <w:rPr>
          <w:b/>
        </w:rPr>
        <w:t xml:space="preserve">[05:05] </w:t>
      </w:r>
      <w:r>
        <w:t>toh dekhiye unhon ne is khwab par reason ko apply nahi kiya.</w:t>
      </w:r>
    </w:p>
    <w:p>
      <w:pPr>
        <w:jc w:val="right"/>
      </w:pPr>
      <w:r>
        <w:t>تو دیکھیے انہوں نے اس خواب پر ریزن کو اپلائی نہیں کیا۔</w:t>
      </w:r>
    </w:p>
    <w:p>
      <w:r>
        <w:rPr>
          <w:b/>
        </w:rPr>
        <w:t xml:space="preserve">[05:11] </w:t>
      </w:r>
      <w:r>
        <w:t>is khwab par unhon ne aql ko istemal nahi kiya. socha nahi.</w:t>
      </w:r>
    </w:p>
    <w:p>
      <w:pPr>
        <w:jc w:val="right"/>
      </w:pPr>
      <w:r>
        <w:t>اس خواب پر انہوں نے عقل کو استعمال نہیں کیا۔ سوچا نہیں۔</w:t>
      </w:r>
    </w:p>
    <w:p>
      <w:r>
        <w:rPr>
          <w:b/>
        </w:rPr>
        <w:t xml:space="preserve">[05:16] </w:t>
      </w:r>
      <w:r>
        <w:t>is wajah se pareshani pareshan hain bas.</w:t>
      </w:r>
    </w:p>
    <w:p>
      <w:pPr>
        <w:jc w:val="right"/>
      </w:pPr>
      <w:r>
        <w:t>اس وجہ سے پریشانی پریشان ہیں بس۔</w:t>
      </w:r>
    </w:p>
    <w:p>
      <w:r>
        <w:rPr>
          <w:b/>
        </w:rPr>
        <w:t xml:space="preserve">[05:21] </w:t>
      </w:r>
      <w:r>
        <w:t>to maine kaha ke dekhiye maut jo hai is ka ta'alluq kis se hai? Khuda se hai. Khuda ki kitab hai Quran. Quran mein bataya gaya hai ke wa ma tadri nafsun madha taksefu ghadan wa ma tadri nafsun bi ayyi ardin tamoot. yaani kisi insaan ko yeh pata nahi ke woh kab marega, kaise marega, kahan marega. is ka kuch pata nahi</w:t>
      </w:r>
    </w:p>
    <w:p>
      <w:pPr>
        <w:jc w:val="right"/>
      </w:pPr>
      <w:r>
        <w:t>تو میں نے کہا کہ دیکھیے موت جو ہے اس کا تعلق کس سے ہے؟ خدا سے ہے۔ خدا کی کتاب ہے قرآن۔ قرآن میں بتایا گیا ہے کہ وما تدری نفس ماذا تک سے بغدا وما تدری نفس بای ارض تموت۔ یعنی کسی انسان کو یہ پتہ نہیں کہ وہ کب مرے گا، کیسے مرے گا، کہاں مرے گا۔ اس کا کچھ پتہ نہیں</w:t>
      </w:r>
    </w:p>
    <w:p>
      <w:r>
        <w:rPr>
          <w:b/>
        </w:rPr>
        <w:t xml:space="preserve">[05:51] </w:t>
      </w:r>
      <w:r>
        <w:t>is ko.</w:t>
      </w:r>
    </w:p>
    <w:p>
      <w:pPr>
        <w:jc w:val="right"/>
      </w:pPr>
      <w:r>
        <w:t>اس کو۔</w:t>
      </w:r>
    </w:p>
    <w:p>
      <w:r>
        <w:rPr>
          <w:b/>
        </w:rPr>
        <w:t xml:space="preserve">[05:56] </w:t>
      </w:r>
      <w:r>
        <w:t>is ka matlab kya hua? Khuda ka jo creation plan hai is ke mutabiq kisi insan ko yeh</w:t>
      </w:r>
    </w:p>
    <w:p>
      <w:pPr>
        <w:jc w:val="right"/>
      </w:pPr>
      <w:r>
        <w:t>اس کا مطلب کیا ہوا؟ خدا کا جو کریشن پلان ہے اس کے مطابق کسی انسان کو یہ</w:t>
      </w:r>
    </w:p>
    <w:p>
      <w:r>
        <w:rPr>
          <w:b/>
        </w:rPr>
        <w:t xml:space="preserve">[06:01] </w:t>
      </w:r>
      <w:r>
        <w:t>bataya nahi jata ke tum kab maroge.</w:t>
      </w:r>
    </w:p>
    <w:p>
      <w:pPr>
        <w:jc w:val="right"/>
      </w:pPr>
      <w:r>
        <w:t>بتایا نہیں جاتا کہ تم کب مرو گے۔</w:t>
      </w:r>
    </w:p>
    <w:p>
      <w:r>
        <w:rPr>
          <w:b/>
        </w:rPr>
        <w:t xml:space="preserve">[06:06] </w:t>
      </w:r>
      <w:r>
        <w:t>That is against the creation plan of God.</w:t>
      </w:r>
    </w:p>
    <w:p>
      <w:pPr>
        <w:jc w:val="right"/>
      </w:pPr>
      <w:r>
        <w:t>دیٹ از اگینسٹ دا کریشن پلان آف گاڈ۔</w:t>
      </w:r>
    </w:p>
    <w:p>
      <w:r>
        <w:rPr>
          <w:b/>
        </w:rPr>
        <w:t xml:space="preserve">[06:11] </w:t>
      </w:r>
      <w:r>
        <w:t>maut achaanak aati hai.</w:t>
      </w:r>
    </w:p>
    <w:p>
      <w:pPr>
        <w:jc w:val="right"/>
      </w:pPr>
      <w:r>
        <w:t>موت اچانک آتی ہے۔</w:t>
      </w:r>
    </w:p>
    <w:p>
      <w:r>
        <w:rPr>
          <w:b/>
        </w:rPr>
        <w:t xml:space="preserve">[06:16] </w:t>
      </w:r>
      <w:r>
        <w:t>maut jab bhi aati hai achaanak aati hai</w:t>
      </w:r>
    </w:p>
    <w:p>
      <w:pPr>
        <w:jc w:val="right"/>
      </w:pPr>
      <w:r>
        <w:t>موت جب بھی آتی ہے اچانک آتی ہے</w:t>
      </w:r>
    </w:p>
    <w:p>
      <w:r>
        <w:rPr>
          <w:b/>
        </w:rPr>
        <w:t xml:space="preserve">[06:21] </w:t>
      </w:r>
      <w:r>
        <w:t>chahay koi bhi shakhs ho.</w:t>
      </w:r>
    </w:p>
    <w:p>
      <w:pPr>
        <w:jc w:val="right"/>
      </w:pPr>
      <w:r>
        <w:t>چاہے کوئی بھی شخص ہو۔</w:t>
      </w:r>
    </w:p>
    <w:p>
      <w:r>
        <w:rPr>
          <w:b/>
        </w:rPr>
        <w:t xml:space="preserve">[06:25] </w:t>
      </w:r>
      <w:r>
        <w:t>kyunke is dunya mein aadmi test ke liye hai.</w:t>
      </w:r>
    </w:p>
    <w:p>
      <w:pPr>
        <w:jc w:val="right"/>
      </w:pPr>
      <w:r>
        <w:t>کیونکہ اس دنیا میں آدمی ٹیسٹ کے لیے ہے۔</w:t>
      </w:r>
    </w:p>
    <w:p>
      <w:r>
        <w:rPr>
          <w:b/>
        </w:rPr>
        <w:t xml:space="preserve">[06:30] </w:t>
      </w:r>
      <w:r>
        <w:t>to bataya nahi ja sakta ke tumhara test kis tareekh tak hai.</w:t>
      </w:r>
    </w:p>
    <w:p>
      <w:pPr>
        <w:jc w:val="right"/>
      </w:pPr>
      <w:r>
        <w:t>تو بتایا نہیں جا سکتا کہ تمہارا ٹیسٹ کس تاریخ تک ہے۔</w:t>
      </w:r>
    </w:p>
    <w:p>
      <w:r>
        <w:rPr>
          <w:b/>
        </w:rPr>
        <w:t xml:space="preserve">[06:34] </w:t>
      </w:r>
      <w:r>
        <w:t>yeh nahi bataya sakta.</w:t>
      </w:r>
    </w:p>
    <w:p>
      <w:pPr>
        <w:jc w:val="right"/>
      </w:pPr>
      <w:r>
        <w:t>یہ نہیں بتایا سکتا۔</w:t>
      </w:r>
    </w:p>
    <w:p>
      <w:r>
        <w:rPr>
          <w:b/>
        </w:rPr>
        <w:t xml:space="preserve">[06:38] </w:t>
      </w:r>
      <w:r>
        <w:t>to yeh baat Quran o Hadees mein bohat hi clear hai ke maut ki exact khabar kisi bhi</w:t>
      </w:r>
    </w:p>
    <w:p>
      <w:pPr>
        <w:jc w:val="right"/>
      </w:pPr>
      <w:r>
        <w:t>تو یہ بات قرآن و حدیث میں بہت ہی کلیئر ہے کہ موت کی ایگزیکٹ خبر کسی بھی</w:t>
      </w:r>
    </w:p>
    <w:p>
      <w:r>
        <w:rPr>
          <w:b/>
        </w:rPr>
        <w:t xml:space="preserve">[06:43] </w:t>
      </w:r>
      <w:r>
        <w:t>insaan ko kabhi nahi diya sakti.</w:t>
      </w:r>
    </w:p>
    <w:p>
      <w:pPr>
        <w:jc w:val="right"/>
      </w:pPr>
      <w:r>
        <w:t>انسان کو کبھی نہیں دیا سکتی۔</w:t>
      </w:r>
    </w:p>
    <w:p>
      <w:r>
        <w:rPr>
          <w:b/>
        </w:rPr>
        <w:t xml:space="preserve">[06:47] </w:t>
      </w:r>
      <w:r>
        <w:t>kyunke woh Khuda</w:t>
      </w:r>
    </w:p>
    <w:p>
      <w:pPr>
        <w:jc w:val="right"/>
      </w:pPr>
      <w:r>
        <w:t>کیونکہ وہ خدا</w:t>
      </w:r>
    </w:p>
    <w:p>
      <w:r>
        <w:rPr>
          <w:b/>
        </w:rPr>
        <w:t xml:space="preserve">[06:51] </w:t>
      </w:r>
      <w:r>
        <w:t>کا جو creation plan ہے اسی کے خلاف ہو جائے گا۔</w:t>
      </w:r>
    </w:p>
    <w:p>
      <w:pPr>
        <w:jc w:val="right"/>
      </w:pPr>
      <w:r>
        <w:t>کا جو کریشن پلان ہے اسی کے خلاف ہو جائے گا۔</w:t>
      </w:r>
    </w:p>
    <w:p>
      <w:r>
        <w:rPr>
          <w:b/>
        </w:rPr>
        <w:t xml:space="preserve">[06:55] </w:t>
      </w:r>
      <w:r>
        <w:t>to mein ne kaha yeh yeh yeh khwab ko aap jhoota samjhiye.</w:t>
      </w:r>
    </w:p>
    <w:p>
      <w:pPr>
        <w:jc w:val="right"/>
      </w:pPr>
      <w:r>
        <w:t>تو میں نے کہا یہ یہ یہ خواب کو آپ جھوٹا سمجھیے۔</w:t>
      </w:r>
    </w:p>
    <w:p>
      <w:r>
        <w:rPr>
          <w:b/>
        </w:rPr>
        <w:t xml:space="preserve">[07:00] </w:t>
      </w:r>
      <w:r>
        <w:t>phir mein ne kaha ke dekhiye mein bohat se jaata hoon bohat se logon ko jaanta hoon jinhon</w:t>
      </w:r>
    </w:p>
    <w:p>
      <w:pPr>
        <w:jc w:val="right"/>
      </w:pPr>
      <w:r>
        <w:t>پھر میں نے کہا کہ دیکھیے میں بہت سے جاتا ہوں بہت سے لوگوں کو جانتا ہوں جنہوں</w:t>
      </w:r>
    </w:p>
    <w:p>
      <w:r>
        <w:rPr>
          <w:b/>
        </w:rPr>
        <w:t xml:space="preserve">[07:04] </w:t>
      </w:r>
      <w:r>
        <w:t>ne khwab dekhe aur jhoote nikle woh.</w:t>
      </w:r>
    </w:p>
    <w:p>
      <w:pPr>
        <w:jc w:val="right"/>
      </w:pPr>
      <w:r>
        <w:t>نے خواب دیکھے اور جھوٹے نکلے وہ۔</w:t>
      </w:r>
    </w:p>
    <w:p>
      <w:r>
        <w:rPr>
          <w:b/>
        </w:rPr>
        <w:t xml:space="preserve">[07:08] </w:t>
      </w:r>
      <w:r>
        <w:t>khud mein apna batata hoon aap ko.</w:t>
      </w:r>
    </w:p>
    <w:p>
      <w:pPr>
        <w:jc w:val="right"/>
      </w:pPr>
      <w:r>
        <w:t>خود میں اپنا بتاتا ہوں آپ کو۔</w:t>
      </w:r>
    </w:p>
    <w:p>
      <w:r>
        <w:rPr>
          <w:b/>
        </w:rPr>
        <w:t xml:space="preserve">[07:13] </w:t>
      </w:r>
      <w:r>
        <w:t>is se pehle mein Adam barh mein tha bohat pehle.</w:t>
      </w:r>
    </w:p>
    <w:p>
      <w:pPr>
        <w:jc w:val="right"/>
      </w:pPr>
      <w:r>
        <w:t>اس سے پہلے میں آدم بڑھ میں تھا بہت پہلے۔</w:t>
      </w:r>
    </w:p>
    <w:p>
      <w:r>
        <w:rPr>
          <w:b/>
        </w:rPr>
        <w:t xml:space="preserve">[07:17] </w:t>
      </w:r>
      <w:r>
        <w:t>yaani ninety six</w:t>
      </w:r>
    </w:p>
    <w:p>
      <w:pPr>
        <w:jc w:val="right"/>
      </w:pPr>
      <w:r>
        <w:t>یعنی نائنٹی س</w:t>
      </w:r>
    </w:p>
    <w:p>
      <w:r>
        <w:rPr>
          <w:b/>
        </w:rPr>
        <w:t xml:space="preserve">[07:21] </w:t>
      </w:r>
      <w:r>
        <w:t>I came to Delhi in 1967.</w:t>
      </w:r>
    </w:p>
    <w:p>
      <w:pPr>
        <w:jc w:val="right"/>
      </w:pPr>
      <w:r>
        <w:t>کسٹی نائنٹین سکسٹی سیون میں دلی آیا ہوں۔</w:t>
      </w:r>
    </w:p>
    <w:p>
      <w:r>
        <w:rPr>
          <w:b/>
        </w:rPr>
        <w:t xml:space="preserve">[07:26] </w:t>
      </w:r>
      <w:r>
        <w:t>is se pehle mein Adam barh mein rehta tha.</w:t>
      </w:r>
    </w:p>
    <w:p>
      <w:pPr>
        <w:jc w:val="right"/>
      </w:pPr>
      <w:r>
        <w:t>اس سے پہلے میں آدم بڑھ میں رہتا تھا۔</w:t>
      </w:r>
    </w:p>
    <w:p>
      <w:r>
        <w:rPr>
          <w:b/>
        </w:rPr>
        <w:t xml:space="preserve">[07:31] </w:t>
      </w:r>
      <w:r>
        <w:t>to wahan mein ne khud khwab dekha mein ne khud ke meri biwi mar gayi hain.</w:t>
      </w:r>
    </w:p>
    <w:p>
      <w:pPr>
        <w:jc w:val="right"/>
      </w:pPr>
      <w:r>
        <w:t>تو وہاں میں نے خود خواب دیکھا میں نے خود کہ میری بیوی مر گئی ہیں۔</w:t>
      </w:r>
    </w:p>
    <w:p>
      <w:r>
        <w:rPr>
          <w:b/>
        </w:rPr>
        <w:t xml:space="preserve">[07:36] </w:t>
      </w:r>
      <w:r>
        <w:t>abhi tak woh naqsha meri aankhon ke samne hai ke wahan par ek the Doctor Abdullah.</w:t>
      </w:r>
    </w:p>
    <w:p>
      <w:pPr>
        <w:jc w:val="right"/>
      </w:pPr>
      <w:r>
        <w:t>ابھی تک وہ نقشہ میری آنکھوں کے سامنے ہے کہ وہاں پر ایک تھے ڈاکٹر عبداللہ۔</w:t>
      </w:r>
    </w:p>
    <w:p>
      <w:r>
        <w:rPr>
          <w:b/>
        </w:rPr>
        <w:t xml:space="preserve">[07:41] </w:t>
      </w:r>
      <w:r>
        <w:t>homeopathic doctor the woh.</w:t>
      </w:r>
    </w:p>
    <w:p>
      <w:pPr>
        <w:jc w:val="right"/>
      </w:pPr>
      <w:r>
        <w:t>ہومیوپیتھک ڈاکٹر تھے وہ۔</w:t>
      </w:r>
    </w:p>
    <w:p>
      <w:r>
        <w:rPr>
          <w:b/>
        </w:rPr>
        <w:t xml:space="preserve">[07:46] </w:t>
      </w:r>
      <w:r>
        <w:t>to mein ne dekha ke Doctor Abdullah ke ghar ke sam</w:t>
      </w:r>
    </w:p>
    <w:p>
      <w:pPr>
        <w:jc w:val="right"/>
      </w:pPr>
      <w:r>
        <w:t>تو میں نے دیکھا کہ ڈاکٹر عبداللہ کے گھر کے سام</w:t>
      </w:r>
    </w:p>
    <w:p>
      <w:r>
        <w:rPr>
          <w:b/>
        </w:rPr>
        <w:t xml:space="preserve">[07:51] </w:t>
      </w:r>
      <w:r>
        <w:t>ne meri biwi ka janaza ek charpai par rakha hua hai. us ke upar chadar padi hui hai. zahir hai ke us ke baad woh mein kehta hoon ke chaalis saal se bhi zyada muddat tak zinda rahein. to khwab se is tarah se rai nahi banani chahiye jise qabil bana liya hai. phir dekhiye Hadees mein bataya gaya hai khwab teen qism ke hote</w:t>
      </w:r>
    </w:p>
    <w:p>
      <w:pPr>
        <w:jc w:val="right"/>
      </w:pPr>
      <w:r>
        <w:t>نے میری بیوی کا جنازہ ایک چارپائی پر رکھا ہوا ہے۔ اس کے اوپر چادر پڑی ہوئی ہے۔ ظاہر ہے کہ اس کے بعد وہ میں کہتا ہوں کہ چالیس سال سے بھی زیادہ مدت تک زندہ رہیں۔ تو خواب سے اس طرح سے رائے نہیں بنانی چاہیے جسے قابل بنا لیا ہے۔ پھر دیکھیے حدیث میں بتایا گیا ہے خواب تین قسم کے ہوت</w:t>
      </w:r>
    </w:p>
    <w:p>
      <w:r>
        <w:rPr>
          <w:b/>
        </w:rPr>
        <w:t xml:space="preserve">[08:21] </w:t>
      </w:r>
      <w:r>
        <w:t>ne hain.</w:t>
      </w:r>
    </w:p>
    <w:p>
      <w:pPr>
        <w:jc w:val="right"/>
      </w:pPr>
      <w:r>
        <w:t>ے ہیں۔</w:t>
      </w:r>
    </w:p>
    <w:p>
      <w:r>
        <w:rPr>
          <w:b/>
        </w:rPr>
        <w:t xml:space="preserve">[08:28] </w:t>
      </w:r>
      <w:r>
        <w:t>hadees al-nafs takhweef al-shaitan wa bushra min Allah.</w:t>
      </w:r>
    </w:p>
    <w:p>
      <w:pPr>
        <w:jc w:val="right"/>
      </w:pPr>
      <w:r>
        <w:t>حدیث النفس تخویف الشیطان اور بشریٰ من اللہ۔</w:t>
      </w:r>
    </w:p>
    <w:p>
      <w:r>
        <w:rPr>
          <w:b/>
        </w:rPr>
        <w:t xml:space="preserve">[08:35] </w:t>
      </w:r>
      <w:r>
        <w:t>yaani ek khwab woh hai ke dil ki baat jo hai woh aap ne dekh liya.</w:t>
      </w:r>
    </w:p>
    <w:p>
      <w:pPr>
        <w:jc w:val="right"/>
      </w:pPr>
      <w:r>
        <w:t>یعنی ایک خواب وہ ہے کہ دل کی بات جو ہے وہ آپ نے دیکھ لیا۔</w:t>
      </w:r>
    </w:p>
    <w:p>
      <w:r>
        <w:rPr>
          <w:b/>
        </w:rPr>
        <w:t xml:space="preserve">[08:41] </w:t>
      </w:r>
      <w:r>
        <w:t>ek khwab woh hai jo shaitan ka darawa hota hai.</w:t>
      </w:r>
    </w:p>
    <w:p>
      <w:pPr>
        <w:jc w:val="right"/>
      </w:pPr>
      <w:r>
        <w:t>ایک خواب وہ ہے جو شیطان کا ڈراوا ہوتا ہے۔</w:t>
      </w:r>
    </w:p>
    <w:p>
      <w:r>
        <w:rPr>
          <w:b/>
        </w:rPr>
        <w:t xml:space="preserve">[08:48] </w:t>
      </w:r>
      <w:r>
        <w:t>shaitan ghabrata hai aap ko.</w:t>
      </w:r>
    </w:p>
    <w:p>
      <w:pPr>
        <w:jc w:val="right"/>
      </w:pPr>
      <w:r>
        <w:t>شیطان گھبراتا ہے آپ کو۔</w:t>
      </w:r>
    </w:p>
    <w:p>
      <w:r>
        <w:rPr>
          <w:b/>
        </w:rPr>
        <w:t xml:space="preserve">[08:54] </w:t>
      </w:r>
      <w:r>
        <w:t>aur teesra khwab woh hai jo Khuda ki taraf se good news ke taur par aata hai.</w:t>
      </w:r>
    </w:p>
    <w:p>
      <w:pPr>
        <w:jc w:val="right"/>
      </w:pPr>
      <w:r>
        <w:t>اور تیسرا خواب وہ ہے جو خدا کی طرف سے گڈ نیوز کے طور پر آتا ہے۔</w:t>
      </w:r>
    </w:p>
    <w:p>
      <w:r>
        <w:rPr>
          <w:b/>
        </w:rPr>
        <w:t xml:space="preserve">[08:59] </w:t>
      </w:r>
      <w:r>
        <w:t>ek achi baat jo hone wali hai us ko Khuda aap ko yaani pehle hi bata deta hai.</w:t>
      </w:r>
    </w:p>
    <w:p>
      <w:pPr>
        <w:jc w:val="right"/>
      </w:pPr>
      <w:r>
        <w:t>ایک اچھی بات جو ہونے والی ہے اس کو خدا آپ کو یعنی پہلے ہی بتا دیتا ہے۔</w:t>
      </w:r>
    </w:p>
    <w:p>
      <w:r>
        <w:rPr>
          <w:b/>
        </w:rPr>
        <w:t xml:space="preserve">[09:04] </w:t>
      </w:r>
      <w:r>
        <w:t>تو آپ اپنی common sense کو use کیجیے۔</w:t>
      </w:r>
    </w:p>
    <w:p>
      <w:pPr>
        <w:jc w:val="right"/>
      </w:pPr>
      <w:r>
        <w:t>تو آپ اپنی کامن سینس کو یوز کیجیے۔</w:t>
      </w:r>
    </w:p>
    <w:p>
      <w:r>
        <w:rPr>
          <w:b/>
        </w:rPr>
        <w:t xml:space="preserve">[09:09] </w:t>
      </w:r>
      <w:r>
        <w:t>اور دیکھیے کہ آپ کا خواب جو ہے آپ کا جو dream ہے ان تینوں میں سے کس</w:t>
      </w:r>
    </w:p>
    <w:p>
      <w:pPr>
        <w:jc w:val="right"/>
      </w:pPr>
      <w:r>
        <w:t>اور دیکھیے کہ آپ کا خواب جو ہے آپ کا جو ڈریم ہے ان تینوں میں سے کس</w:t>
      </w:r>
    </w:p>
    <w:p>
      <w:r>
        <w:rPr>
          <w:b/>
        </w:rPr>
        <w:t xml:space="preserve">[09:15] </w:t>
      </w:r>
      <w:r>
        <w:t>ketegri mein aata hai.</w:t>
      </w:r>
    </w:p>
    <w:p>
      <w:pPr>
        <w:jc w:val="right"/>
      </w:pPr>
      <w:r>
        <w:t>کیٹیگری میں آتا ہے۔</w:t>
      </w:r>
    </w:p>
    <w:p>
      <w:r>
        <w:rPr>
          <w:b/>
        </w:rPr>
        <w:t xml:space="preserve">[09:20] </w:t>
      </w:r>
      <w:r>
        <w:t>ab aap dekhiye hadith al-nafs ki ketegri mein to nahi aayega.</w:t>
      </w:r>
    </w:p>
    <w:p>
      <w:pPr>
        <w:jc w:val="right"/>
      </w:pPr>
      <w:r>
        <w:t>اب آپ دیکھیے حدیث النفس کی کیٹیگری میں تو نہیں آئے گا۔</w:t>
      </w:r>
    </w:p>
    <w:p>
      <w:r>
        <w:rPr>
          <w:b/>
        </w:rPr>
        <w:t xml:space="preserve">[09:25] </w:t>
      </w:r>
      <w:r>
        <w:t>kyun ke aap wajih mein yeh to tha nahi ke aap mar jaen. to is ko khwab mein aap kaise dekhenge? doosri category lijiye. jo hai takhweef al-shaytan. yaani shaytan ka ghabrana ghabrane ke liye khwab dikhana. yeh clear taur par yeh isi category mein aata hai yeh. shaytan chahta hai ke aap ko ghabraye. aap ke andar aap ko first</w:t>
      </w:r>
    </w:p>
    <w:p>
      <w:pPr>
        <w:jc w:val="right"/>
      </w:pPr>
      <w:r>
        <w:t>کیونکہ آپ وجیہ میں یہ تو تھا نہیں کہ آپ مر جائیں۔ تو اس کو خواب میں آپ کیسے دیکھیں گے؟ دوسری کیٹیگری لیجیے۔ جو ہے تخویف الشیطان۔ یعنی شیطان کا گھبران گھبرانے کے لیے خواب دکھانا۔ یہ کلیئر طور پر یہ اسی کیٹیگری میں آتا ہے یہ۔ شیطان چاہتا ہے کہ آپ کو گھبرائے۔ آپ کے اندر آپ کو فرسٹ</w:t>
      </w:r>
    </w:p>
    <w:p>
      <w:r>
        <w:rPr>
          <w:b/>
        </w:rPr>
        <w:t xml:space="preserve">[09:55] </w:t>
      </w:r>
      <w:r>
        <w:t>rezaan mein daale.</w:t>
      </w:r>
    </w:p>
    <w:p>
      <w:pPr>
        <w:jc w:val="right"/>
      </w:pPr>
      <w:r>
        <w:t>ریشن میں ڈالے۔</w:t>
      </w:r>
    </w:p>
    <w:p>
      <w:r>
        <w:rPr>
          <w:b/>
        </w:rPr>
        <w:t xml:space="preserve">[09:59] </w:t>
      </w:r>
      <w:r>
        <w:t>aap kaam na kar saken.</w:t>
      </w:r>
    </w:p>
    <w:p>
      <w:pPr>
        <w:jc w:val="right"/>
      </w:pPr>
      <w:r>
        <w:t>آپ کام نہ کر سکیں۔</w:t>
      </w:r>
    </w:p>
    <w:p>
      <w:r>
        <w:rPr>
          <w:b/>
        </w:rPr>
        <w:t xml:space="preserve">[10:03] </w:t>
      </w:r>
      <w:r>
        <w:t>to is ne aap ko yeh dikhaya ke tum to chaar saal mein mar jao ge tumhein kya</w:t>
      </w:r>
    </w:p>
    <w:p>
      <w:pPr>
        <w:jc w:val="right"/>
      </w:pPr>
      <w:r>
        <w:t>تو اس نے آپ کو یہ دکھایا کہ تم تو چار سال میں مر جاؤ گے تمہیں کیا</w:t>
      </w:r>
    </w:p>
    <w:p>
      <w:r>
        <w:rPr>
          <w:b/>
        </w:rPr>
        <w:t xml:space="preserve">[10:08] </w:t>
      </w:r>
      <w:r>
        <w:t>karna hai? to yeh to yeh shaitani khwab hai.</w:t>
      </w:r>
    </w:p>
    <w:p>
      <w:pPr>
        <w:jc w:val="right"/>
      </w:pPr>
      <w:r>
        <w:t>کرنا ہے؟ تو یہ تو یہ شیطانی خواب ہے۔</w:t>
      </w:r>
    </w:p>
    <w:p>
      <w:r>
        <w:rPr>
          <w:b/>
        </w:rPr>
        <w:t xml:space="preserve">[10:12] </w:t>
      </w:r>
      <w:r>
        <w:t>to telephone par woh bilkul khush ho gayeen aur unhon ne kaha ke aap mujhe itminan ho</w:t>
      </w:r>
    </w:p>
    <w:p>
      <w:pPr>
        <w:jc w:val="right"/>
      </w:pPr>
      <w:r>
        <w:t>تو ٹیلی فونی پر وہ بالکل خوش ہو گئیں اور انہوں نے کہا کہ آپ مجھے اطمینان ہو</w:t>
      </w:r>
    </w:p>
    <w:p>
      <w:r>
        <w:rPr>
          <w:b/>
        </w:rPr>
        <w:t xml:space="preserve">[10:16] </w:t>
      </w:r>
      <w:r>
        <w:t>gaya aap se baat cheet karne ke baad.</w:t>
      </w:r>
    </w:p>
    <w:p>
      <w:pPr>
        <w:jc w:val="right"/>
      </w:pPr>
      <w:r>
        <w:t>گیا آپ سے بات چیت کرنے کے بعد۔</w:t>
      </w:r>
    </w:p>
    <w:p>
      <w:r>
        <w:rPr>
          <w:b/>
        </w:rPr>
        <w:t xml:space="preserve">[10:21] </w:t>
      </w:r>
      <w:r>
        <w:t>to yeh hai</w:t>
      </w:r>
    </w:p>
    <w:p>
      <w:pPr>
        <w:jc w:val="right"/>
      </w:pPr>
      <w:r>
        <w:t>تو یہ ہے</w:t>
      </w:r>
    </w:p>
    <w:p>
      <w:r>
        <w:rPr>
          <w:b/>
        </w:rPr>
        <w:t xml:space="preserve">[10:25] </w:t>
      </w:r>
      <w:r>
        <w:t>thaat management.</w:t>
      </w:r>
    </w:p>
    <w:p>
      <w:pPr>
        <w:jc w:val="right"/>
      </w:pPr>
      <w:r>
        <w:t>تھاٹ مینجمنٹ۔</w:t>
      </w:r>
    </w:p>
    <w:p>
      <w:r>
        <w:rPr>
          <w:b/>
        </w:rPr>
        <w:t xml:space="preserve">[10:29] </w:t>
      </w:r>
      <w:r>
        <w:t>art of thaat management.</w:t>
      </w:r>
    </w:p>
    <w:p>
      <w:pPr>
        <w:jc w:val="right"/>
      </w:pPr>
      <w:r>
        <w:t>آرٹ آف تھاٹ مینجمنٹ۔</w:t>
      </w:r>
    </w:p>
    <w:p>
      <w:r>
        <w:rPr>
          <w:b/>
        </w:rPr>
        <w:t xml:space="preserve">[10:33] </w:t>
      </w:r>
      <w:r>
        <w:t>Jab bhi koi baat ho to aap apne reason se usko manage kijiye.</w:t>
      </w:r>
    </w:p>
    <w:p>
      <w:pPr>
        <w:jc w:val="right"/>
      </w:pPr>
      <w:r>
        <w:t>جب بھی کوئی بات ہو تو آپ اپنے ریزن سے اس کو مینج کیجیے۔</w:t>
      </w:r>
    </w:p>
    <w:p>
      <w:r>
        <w:rPr>
          <w:b/>
        </w:rPr>
        <w:t xml:space="preserve">[10:37] </w:t>
      </w:r>
      <w:r>
        <w:t>apne rezaan se is ko manage kijiye.</w:t>
      </w:r>
    </w:p>
    <w:p>
      <w:pPr>
        <w:jc w:val="right"/>
      </w:pPr>
      <w:r>
        <w:t>اپنے ریزن سے اس کو مینج کیجیے۔</w:t>
      </w:r>
    </w:p>
    <w:p>
      <w:r>
        <w:rPr>
          <w:b/>
        </w:rPr>
        <w:t xml:space="preserve">[10:41] </w:t>
      </w:r>
      <w:r>
        <w:t>is lady ne manage nahi kiya.</w:t>
      </w:r>
    </w:p>
    <w:p>
      <w:pPr>
        <w:jc w:val="right"/>
      </w:pPr>
      <w:r>
        <w:t>اس لیڈی نے مینج نہیں کیا۔</w:t>
      </w:r>
    </w:p>
    <w:p>
      <w:r>
        <w:rPr>
          <w:b/>
        </w:rPr>
        <w:t xml:space="preserve">[10:45] </w:t>
      </w:r>
      <w:r>
        <w:t>to pareshan pareshan pareshan theen saare ghar wale pareshan.</w:t>
      </w:r>
    </w:p>
    <w:p>
      <w:pPr>
        <w:jc w:val="right"/>
      </w:pPr>
      <w:r>
        <w:t>تو پریشان پریشان پریشان تھیں سارے گھر والے پریشان۔</w:t>
      </w:r>
    </w:p>
    <w:p>
      <w:r>
        <w:rPr>
          <w:b/>
        </w:rPr>
        <w:t xml:space="preserve">[10:49] </w:t>
      </w:r>
      <w:r>
        <w:t>ab jab unhon ne manage kar liya to wohi lady khush ho gayi.</w:t>
      </w:r>
    </w:p>
    <w:p>
      <w:pPr>
        <w:jc w:val="right"/>
      </w:pPr>
      <w:r>
        <w:t>اب جب انہوں نے مینج کر لیا تو وہی لیڈی خوش ہو گئی۔</w:t>
      </w:r>
    </w:p>
    <w:p>
      <w:r>
        <w:rPr>
          <w:b/>
        </w:rPr>
        <w:t xml:space="preserve">[10:53] </w:t>
      </w:r>
      <w:r>
        <w:t>phir un ke andar normalcy aa gayi.</w:t>
      </w:r>
    </w:p>
    <w:p>
      <w:pPr>
        <w:jc w:val="right"/>
      </w:pPr>
      <w:r>
        <w:t>پھر ان کے اندر نارملسی آ گئی۔</w:t>
      </w:r>
    </w:p>
    <w:p>
      <w:r>
        <w:rPr>
          <w:b/>
        </w:rPr>
        <w:t xml:space="preserve">[10:57] </w:t>
      </w:r>
      <w:r>
        <w:t>to Khuda ne aap ko aql di hai rezaan diya hai.</w:t>
      </w:r>
    </w:p>
    <w:p>
      <w:pPr>
        <w:jc w:val="right"/>
      </w:pPr>
      <w:r>
        <w:t>تو خدا نے آپ کو عقل دی ہے ریزن دیا ہے۔</w:t>
      </w:r>
    </w:p>
    <w:p>
      <w:r>
        <w:rPr>
          <w:b/>
        </w:rPr>
        <w:t xml:space="preserve">[11:03] </w:t>
      </w:r>
      <w:r>
        <w:t>تاکہ اس کے ذریعے آپ یعنی you have to so that you may manage all the affairs of your life.</w:t>
      </w:r>
    </w:p>
    <w:p>
      <w:pPr>
        <w:jc w:val="right"/>
      </w:pPr>
      <w:r>
        <w:t>تاکہ اس کے ذریعے آپ یعنی یو ہیو ٹو سو دیٹ یو می مینج آل دا افیئرز آف یور لائف۔</w:t>
      </w:r>
    </w:p>
    <w:p>
      <w:r>
        <w:rPr>
          <w:b/>
        </w:rPr>
        <w:t xml:space="preserve">[11:09] </w:t>
      </w:r>
      <w:r>
        <w:t>yeh hai rezaan yeh hai aql.</w:t>
      </w:r>
    </w:p>
    <w:p>
      <w:pPr>
        <w:jc w:val="right"/>
      </w:pPr>
      <w:r>
        <w:t>یہ ہے ریزن یہ ہے عقل۔</w:t>
      </w:r>
    </w:p>
    <w:p>
      <w:r>
        <w:rPr>
          <w:b/>
        </w:rPr>
        <w:t xml:space="preserve">[11:15] </w:t>
      </w:r>
      <w:r>
        <w:t>to aadmiyon ko chahiye ke har maamle mein woh apni aql ko istemal karen.</w:t>
      </w:r>
    </w:p>
    <w:p>
      <w:pPr>
        <w:jc w:val="right"/>
      </w:pPr>
      <w:r>
        <w:t>تو آدمیوں کو چاہیے کہ ہر معاملے میں وہ اپنی عقل کو استعمال کریں۔</w:t>
      </w:r>
    </w:p>
    <w:p>
      <w:r>
        <w:rPr>
          <w:b/>
        </w:rPr>
        <w:t xml:space="preserve">[11:21] </w:t>
      </w:r>
      <w:r>
        <w:t>har maamle mein. log</w:t>
      </w:r>
    </w:p>
    <w:p>
      <w:pPr>
        <w:jc w:val="right"/>
      </w:pPr>
      <w:r>
        <w:t>ہر معاملے میں۔ لوگ</w:t>
      </w:r>
    </w:p>
    <w:p>
      <w:r>
        <w:rPr>
          <w:b/>
        </w:rPr>
        <w:t xml:space="preserve">[11:27] </w:t>
      </w:r>
      <w:r>
        <w:t>aql rakhte hue aql ko istemal nahi karte.</w:t>
      </w:r>
    </w:p>
    <w:p>
      <w:pPr>
        <w:jc w:val="right"/>
      </w:pPr>
      <w:r>
        <w:t>عقل رکھتے ہوئے عقل کو استعمال نہیں کرتے۔</w:t>
      </w:r>
    </w:p>
    <w:p>
      <w:r>
        <w:rPr>
          <w:b/>
        </w:rPr>
        <w:t xml:space="preserve">[11:31] </w:t>
      </w:r>
      <w:r>
        <w:t>aur phir pareshan rehte hain.</w:t>
      </w:r>
    </w:p>
    <w:p>
      <w:pPr>
        <w:jc w:val="right"/>
      </w:pPr>
      <w:r>
        <w:t>اور پھر پریشان رہتے ہیں۔</w:t>
      </w:r>
    </w:p>
    <w:p>
      <w:r>
        <w:rPr>
          <w:b/>
        </w:rPr>
        <w:t xml:space="preserve">[11:36] </w:t>
      </w:r>
      <w:r>
        <w:t>ek aur sahib mile.</w:t>
      </w:r>
    </w:p>
    <w:p>
      <w:pPr>
        <w:jc w:val="right"/>
      </w:pPr>
      <w:r>
        <w:t>ایک اور صاحب ملے۔</w:t>
      </w:r>
    </w:p>
    <w:p>
      <w:r>
        <w:rPr>
          <w:b/>
        </w:rPr>
        <w:t xml:space="preserve">[11:40] </w:t>
      </w:r>
      <w:r>
        <w:t>woh ja rahe the ek dargah mein.</w:t>
      </w:r>
    </w:p>
    <w:p>
      <w:pPr>
        <w:jc w:val="right"/>
      </w:pPr>
      <w:r>
        <w:t>وہ جا رہے تھے ایک درگاہ میں۔</w:t>
      </w:r>
    </w:p>
    <w:p>
      <w:r>
        <w:rPr>
          <w:b/>
        </w:rPr>
        <w:t xml:space="preserve">[11:45] </w:t>
      </w:r>
      <w:r>
        <w:t>main ne poocha ke dargah mein kyun ja rahe hain? ek mashhoor dargah mein jahan hazaron hazar log</w:t>
      </w:r>
    </w:p>
    <w:p>
      <w:pPr>
        <w:jc w:val="right"/>
      </w:pPr>
      <w:r>
        <w:t>میں نے پوچھا کہ درگاہ میں کیوں جا رہے ہیں؟ ایک مشہور درگاہ میں جہاں ہزاروں ہزار لوگ</w:t>
      </w:r>
    </w:p>
    <w:p>
      <w:r>
        <w:rPr>
          <w:b/>
        </w:rPr>
        <w:t xml:space="preserve">[11:49] </w:t>
      </w:r>
      <w:r>
        <w:t>shayad rozana jatay hain.</w:t>
      </w:r>
    </w:p>
    <w:p>
      <w:pPr>
        <w:jc w:val="right"/>
      </w:pPr>
      <w:r>
        <w:t>شاید روزانہ جاتے ہوں۔</w:t>
      </w:r>
    </w:p>
    <w:p>
      <w:r>
        <w:rPr>
          <w:b/>
        </w:rPr>
        <w:t xml:space="preserve">[11:54] </w:t>
      </w:r>
      <w:r>
        <w:t>aur chadrein charhatay hain.</w:t>
      </w:r>
    </w:p>
    <w:p>
      <w:pPr>
        <w:jc w:val="right"/>
      </w:pPr>
      <w:r>
        <w:t>اور چادریں چڑھاتے ہوں۔</w:t>
      </w:r>
    </w:p>
    <w:p>
      <w:r>
        <w:rPr>
          <w:b/>
        </w:rPr>
        <w:t xml:space="preserve">[11:58] </w:t>
      </w:r>
      <w:r>
        <w:t>pata yeh chala ke woh pareshan hain. main ne kaha kyun pareshan hain bhai? maloom hua ke bees saal se un ka ek property ka case chal raha hai. bees saal se property ka case chal raha hai. to wahan ja rahe hain mint manenge. dargah wale qabr qabr wale se ke mera ki</w:t>
      </w:r>
    </w:p>
    <w:p>
      <w:pPr>
        <w:jc w:val="right"/>
      </w:pPr>
      <w:r>
        <w:t>پتہ یہ چلا کہ وہ پریشان ہیں۔ میں نے کہا کیوں پریشان ہیں بھئی؟ معلوم ہوا کہ بیس سال سے ان کا ایک پراپرٹی کا کیس چل رہا ہے۔ بیس سال سے پراپرٹی کا کیس چل رہا ہے۔ تو وہاں جا رہے ہیں منت مانیں گے۔ درگاہ والے قبر قبر والے سے کہ میرا کی</w:t>
      </w:r>
    </w:p>
    <w:p>
      <w:r>
        <w:rPr>
          <w:b/>
        </w:rPr>
        <w:t xml:space="preserve">[12:28] </w:t>
      </w:r>
      <w:r>
        <w:t>is mein apni case case jeet jaon to mein yeh karon ga woh karon ga.</w:t>
      </w:r>
    </w:p>
    <w:p>
      <w:pPr>
        <w:jc w:val="right"/>
      </w:pPr>
      <w:r>
        <w:t>س میں اپنی کیس کیس جیت جاؤں تو میں یہ کروں گا وہ کروں گا۔</w:t>
      </w:r>
    </w:p>
    <w:p>
      <w:r>
        <w:rPr>
          <w:b/>
        </w:rPr>
        <w:t xml:space="preserve">[12:33] </w:t>
      </w:r>
      <w:r>
        <w:t>mein ne kaha ke wahan kaha rakha hai qabar ko aap khodain to kuch hadiyan milain gi.</w:t>
      </w:r>
    </w:p>
    <w:p>
      <w:pPr>
        <w:jc w:val="right"/>
      </w:pPr>
      <w:r>
        <w:t>میں نے کہا کہ وہاں کہا رکھا ہے قبر کو آپ کھودیں تو کچھ ہڈیاں ملیں گی۔</w:t>
      </w:r>
    </w:p>
    <w:p>
      <w:r>
        <w:rPr>
          <w:b/>
        </w:rPr>
        <w:t xml:space="preserve">[12:38] </w:t>
      </w:r>
      <w:r>
        <w:t>in hadiyon se aap ja rahay hain mannat mangnay ke liye.</w:t>
      </w:r>
    </w:p>
    <w:p>
      <w:pPr>
        <w:jc w:val="right"/>
      </w:pPr>
      <w:r>
        <w:t>ان ہڈیوں سے آپ جا رہے ہیں منت مانگنے کے لیے۔</w:t>
      </w:r>
    </w:p>
    <w:p>
      <w:r>
        <w:rPr>
          <w:b/>
        </w:rPr>
        <w:t xml:space="preserve">[12:43] </w:t>
      </w:r>
      <w:r>
        <w:t>mein ne kaha yahan bhi reason ko istemal kijiyay.</w:t>
      </w:r>
    </w:p>
    <w:p>
      <w:pPr>
        <w:jc w:val="right"/>
      </w:pPr>
      <w:r>
        <w:t>میں نے کہا یہاں بھی ریزن کو استعمال کیجیے۔</w:t>
      </w:r>
    </w:p>
    <w:p>
      <w:r>
        <w:rPr>
          <w:b/>
        </w:rPr>
        <w:t xml:space="preserve">[12:48] </w:t>
      </w:r>
      <w:r>
        <w:t>itna paisa jo kharch kar rahay hain aap.</w:t>
      </w:r>
    </w:p>
    <w:p>
      <w:pPr>
        <w:jc w:val="right"/>
      </w:pPr>
      <w:r>
        <w:t>اتنا پیسہ جو خرچ کر رہے ہیں آپ۔</w:t>
      </w:r>
    </w:p>
    <w:p>
      <w:r>
        <w:rPr>
          <w:b/>
        </w:rPr>
        <w:t xml:space="preserve">[12:53] </w:t>
      </w:r>
      <w:r>
        <w:t>wahan jayen gay sathiyon ko le kar jayen gay phir ayen gay aur sab bekar</w:t>
      </w:r>
    </w:p>
    <w:p>
      <w:pPr>
        <w:jc w:val="right"/>
      </w:pPr>
      <w:r>
        <w:t>وہاں جائیں گے ساتھیوں کو لے کر جائیں گے پھر آئیں گے اور سب بیکار</w:t>
      </w:r>
    </w:p>
    <w:p>
      <w:r>
        <w:rPr>
          <w:b/>
        </w:rPr>
        <w:t xml:space="preserve">[12:58] </w:t>
      </w:r>
      <w:r>
        <w:t>ka paisa aap kharch kar rahay hain.</w:t>
      </w:r>
    </w:p>
    <w:p>
      <w:pPr>
        <w:jc w:val="right"/>
      </w:pPr>
      <w:r>
        <w:t>کا پیسہ آپ خرچ کر رہے ہیں۔</w:t>
      </w:r>
    </w:p>
    <w:p>
      <w:r>
        <w:rPr>
          <w:b/>
        </w:rPr>
        <w:t xml:space="preserve">[13:03] </w:t>
      </w:r>
      <w:r>
        <w:t>to mein ne kaha ke case jo hai woh law se decide hota hai.</w:t>
      </w:r>
    </w:p>
    <w:p>
      <w:pPr>
        <w:jc w:val="right"/>
      </w:pPr>
      <w:r>
        <w:t>تو میں نے کہا کہ کیس جو ہے وہ لا سے ڈیسائیڈ ہوتا ہے۔</w:t>
      </w:r>
    </w:p>
    <w:p>
      <w:r>
        <w:rPr>
          <w:b/>
        </w:rPr>
        <w:t xml:space="preserve">[13:07] </w:t>
      </w:r>
      <w:r>
        <w:t>kisi qabar se nahin.</w:t>
      </w:r>
    </w:p>
    <w:p>
      <w:pPr>
        <w:jc w:val="right"/>
      </w:pPr>
      <w:r>
        <w:t>کسی قبر سے نہیں۔</w:t>
      </w:r>
    </w:p>
    <w:p>
      <w:r>
        <w:rPr>
          <w:b/>
        </w:rPr>
        <w:t xml:space="preserve">[13:11] </w:t>
      </w:r>
      <w:r>
        <w:t>koi qabar jo hai woh law woh koi qabar jo hai woh case ko decide nahin karti.</w:t>
      </w:r>
    </w:p>
    <w:p>
      <w:pPr>
        <w:jc w:val="right"/>
      </w:pPr>
      <w:r>
        <w:t>کوئی قبر جو ہے وہ لا وہ کوئی قبر جو ہے وہ کیس کو ڈیسائیڈ نہیں کرتی۔</w:t>
      </w:r>
    </w:p>
    <w:p>
      <w:r>
        <w:rPr>
          <w:b/>
        </w:rPr>
        <w:t xml:space="preserve">[13:16] </w:t>
      </w:r>
      <w:r>
        <w:t>law se decide hota hai.</w:t>
      </w:r>
    </w:p>
    <w:p>
      <w:pPr>
        <w:jc w:val="right"/>
      </w:pPr>
      <w:r>
        <w:t>لا سے ڈیسائیڈ ہوتا ہے۔</w:t>
      </w:r>
    </w:p>
    <w:p>
      <w:r>
        <w:rPr>
          <w:b/>
        </w:rPr>
        <w:t xml:space="preserve">[13:20] </w:t>
      </w:r>
      <w:r>
        <w:t>to aap ke liye do mein se aik option hai.</w:t>
      </w:r>
    </w:p>
    <w:p>
      <w:pPr>
        <w:jc w:val="right"/>
      </w:pPr>
      <w:r>
        <w:t>تو آپ کے لیے دو میں سے ایک آپشن ہے۔</w:t>
      </w:r>
    </w:p>
    <w:p>
      <w:r>
        <w:rPr>
          <w:b/>
        </w:rPr>
        <w:t xml:space="preserve">[13:24] </w:t>
      </w:r>
      <w:r>
        <w:t>agar aap ke paas paisa hai</w:t>
      </w:r>
    </w:p>
    <w:p>
      <w:pPr>
        <w:jc w:val="right"/>
      </w:pPr>
      <w:r>
        <w:t>اگر آپ کے پاس پیسہ ہے</w:t>
      </w:r>
    </w:p>
    <w:p>
      <w:r>
        <w:rPr>
          <w:b/>
        </w:rPr>
        <w:t xml:space="preserve">[13:28] </w:t>
      </w:r>
      <w:r>
        <w:t>to kisi bohat baray wakeel ko hire kijiyay.</w:t>
      </w:r>
    </w:p>
    <w:p>
      <w:pPr>
        <w:jc w:val="right"/>
      </w:pPr>
      <w:r>
        <w:t>تو کسی بہت بڑے وکیل کو ہائر کیجیے۔</w:t>
      </w:r>
    </w:p>
    <w:p>
      <w:r>
        <w:rPr>
          <w:b/>
        </w:rPr>
        <w:t xml:space="preserve">[13:34] </w:t>
      </w:r>
      <w:r>
        <w:t>yani aap ka jo aap ki jo mukhalif party hai us ka koi wakeel hoga.</w:t>
      </w:r>
    </w:p>
    <w:p>
      <w:pPr>
        <w:jc w:val="right"/>
      </w:pPr>
      <w:r>
        <w:t>یعنی آپ کا جو آپ کی جو مخالف پارٹی ہے اس کا کوئی وکیل ہوگا۔</w:t>
      </w:r>
    </w:p>
    <w:p>
      <w:r>
        <w:rPr>
          <w:b/>
        </w:rPr>
        <w:t xml:space="preserve">[13:41] </w:t>
      </w:r>
      <w:r>
        <w:t>us ka koi lawyer hoga.</w:t>
      </w:r>
    </w:p>
    <w:p>
      <w:pPr>
        <w:jc w:val="right"/>
      </w:pPr>
      <w:r>
        <w:t>اس کا کوئی لائر ہوگا۔</w:t>
      </w:r>
    </w:p>
    <w:p>
      <w:r>
        <w:rPr>
          <w:b/>
        </w:rPr>
        <w:t xml:space="preserve">[13:47] </w:t>
      </w:r>
      <w:r>
        <w:t>aap us se bara lawyer hire kijiyay.</w:t>
      </w:r>
    </w:p>
    <w:p>
      <w:pPr>
        <w:jc w:val="right"/>
      </w:pPr>
      <w:r>
        <w:t>آپ اس سے بڑا لائر ہائر کیجیے۔</w:t>
      </w:r>
    </w:p>
    <w:p>
      <w:r>
        <w:rPr>
          <w:b/>
        </w:rPr>
        <w:t xml:space="preserve">[13:53] </w:t>
      </w:r>
      <w:r>
        <w:t>to is zamanay mein hamari courton mein jo judgment de atay hain woh judges ke nahin hotay</w:t>
      </w:r>
    </w:p>
    <w:p>
      <w:pPr>
        <w:jc w:val="right"/>
      </w:pPr>
      <w:r>
        <w:t>تو اس زمانے میں ہماری کورٹوں میں جو ججمنٹ دے آتے ہیں وہ ججز کے نہیں ہوتے و</w:t>
      </w:r>
    </w:p>
    <w:p>
      <w:r>
        <w:rPr>
          <w:b/>
        </w:rPr>
        <w:t xml:space="preserve">[13:59] </w:t>
      </w:r>
      <w:r>
        <w:t>wakeelon ke hotay hain woh.</w:t>
      </w:r>
    </w:p>
    <w:p>
      <w:pPr>
        <w:jc w:val="right"/>
      </w:pPr>
      <w:r>
        <w:t>کیلوں کے ہوتے ہیں وہ۔</w:t>
      </w:r>
    </w:p>
    <w:p>
      <w:r>
        <w:rPr>
          <w:b/>
        </w:rPr>
        <w:t xml:space="preserve">[14:04] </w:t>
      </w:r>
      <w:r>
        <w:t>wakeelon ke hath mein sara mamla hota hai.</w:t>
      </w:r>
    </w:p>
    <w:p>
      <w:pPr>
        <w:jc w:val="right"/>
      </w:pPr>
      <w:r>
        <w:t>وکیلوں کے ہاتھ میں سارا معاملہ ہوتا ہے۔</w:t>
      </w:r>
    </w:p>
    <w:p>
      <w:r>
        <w:rPr>
          <w:b/>
        </w:rPr>
        <w:t xml:space="preserve">[14:09] </w:t>
      </w:r>
      <w:r>
        <w:t>to aap ke paas agar bohat paisa ho bohat paisa ho bohat paisa ho to aik bara wakeel hire kijiyay.</w:t>
      </w:r>
    </w:p>
    <w:p>
      <w:pPr>
        <w:jc w:val="right"/>
      </w:pPr>
      <w:r>
        <w:t>تو آپ کے پاس اگر بہت پیسہ ہو بہت پیسہ ہو بہت پیسہ ہو تو ایک بڑا وکیل ہائر کیجیے۔</w:t>
      </w:r>
    </w:p>
    <w:p>
      <w:r>
        <w:rPr>
          <w:b/>
        </w:rPr>
        <w:t xml:space="preserve">[14:14] </w:t>
      </w:r>
      <w:r>
        <w:t>chahe aap ko property se bhi ziyada paisa kharch karna paray.</w:t>
      </w:r>
    </w:p>
    <w:p>
      <w:pPr>
        <w:jc w:val="right"/>
      </w:pPr>
      <w:r>
        <w:t>چاہے آپ کو پراپرٹی سے بھی زیادہ پیسہ خرچ کرنا پڑے۔</w:t>
      </w:r>
    </w:p>
    <w:p>
      <w:r>
        <w:rPr>
          <w:b/>
        </w:rPr>
        <w:t xml:space="preserve">[14:19] </w:t>
      </w:r>
      <w:r>
        <w:t>to woh wakeel aap ko jeeta de ga.</w:t>
      </w:r>
    </w:p>
    <w:p>
      <w:pPr>
        <w:jc w:val="right"/>
      </w:pPr>
      <w:r>
        <w:t>تو وہ وکیل آپ کو جیتا دے گا۔</w:t>
      </w:r>
    </w:p>
    <w:p>
      <w:r>
        <w:rPr>
          <w:b/>
        </w:rPr>
        <w:t xml:space="preserve">[14:24] </w:t>
      </w:r>
      <w:r>
        <w:t>kyunke yeh jo hai court kiya hai court mein kya hota hai sara maamla jo hai woh loop hole t</w:t>
      </w:r>
    </w:p>
    <w:p>
      <w:pPr>
        <w:jc w:val="right"/>
      </w:pPr>
      <w:r>
        <w:t>کیونکہ یہ جو ہے کورٹ کیا ہے کورٹ میں کیا ہوتا ہے سارا معاملہ جو ہے وہ لوپ ہول ٹ</w:t>
      </w:r>
    </w:p>
    <w:p>
      <w:r>
        <w:rPr>
          <w:b/>
        </w:rPr>
        <w:t xml:space="preserve">[14:29] </w:t>
      </w:r>
      <w:r>
        <w:t>echnical ground ka hai.</w:t>
      </w:r>
    </w:p>
    <w:p>
      <w:pPr>
        <w:jc w:val="right"/>
      </w:pPr>
      <w:r>
        <w:t>یکنیکل گراؤنڈ کا ہے۔</w:t>
      </w:r>
    </w:p>
    <w:p>
      <w:r>
        <w:rPr>
          <w:b/>
        </w:rPr>
        <w:t xml:space="preserve">[14:33] </w:t>
      </w:r>
      <w:r>
        <w:t>sara maamla technical ground courton mein jo faisle hote hain woh technical technical ground pe hote hain.</w:t>
      </w:r>
    </w:p>
    <w:p>
      <w:pPr>
        <w:jc w:val="right"/>
      </w:pPr>
      <w:r>
        <w:t>سارا معاملہ ٹیکنیکل گراؤنڈ کورٹوں میں جو فیصلے ہوتے ہیں وہ ٹیکنیکل ٹیکنیکل گراؤنڈ پہ ہوتے ہیں۔</w:t>
      </w:r>
    </w:p>
    <w:p>
      <w:r>
        <w:rPr>
          <w:b/>
        </w:rPr>
        <w:t xml:space="preserve">[14:38] </w:t>
      </w:r>
      <w:r>
        <w:t>har law mein kuch koi loop holes hote hain.</w:t>
      </w:r>
    </w:p>
    <w:p>
      <w:pPr>
        <w:jc w:val="right"/>
      </w:pPr>
      <w:r>
        <w:t>ہر لا میں کچھ کوئی لوپ ہولز ہوتے ہیں۔</w:t>
      </w:r>
    </w:p>
    <w:p>
      <w:r>
        <w:rPr>
          <w:b/>
        </w:rPr>
        <w:t xml:space="preserve">[14:43] </w:t>
      </w:r>
      <w:r>
        <w:t>to bara wakeel yeh karta hai ke loop hole talash karta hai.</w:t>
      </w:r>
    </w:p>
    <w:p>
      <w:pPr>
        <w:jc w:val="right"/>
      </w:pPr>
      <w:r>
        <w:t>تو بڑا وکیل یہ کرتا ہے کہ لوپ ہول تلاش کرتا ہے۔</w:t>
      </w:r>
    </w:p>
    <w:p>
      <w:r>
        <w:rPr>
          <w:b/>
        </w:rPr>
        <w:t xml:space="preserve">[14:47] </w:t>
      </w:r>
      <w:r>
        <w:t>aur judge ko majboor karta hai ke wahi faisle de jo is ne nikala hai technical point.</w:t>
      </w:r>
    </w:p>
    <w:p>
      <w:pPr>
        <w:jc w:val="right"/>
      </w:pPr>
      <w:r>
        <w:t>اور جج کو مجبور کرتا ہے کہ وہی فیصلے دے جو اس نے نکالا ہے ٹیکنیکل پوائنٹ۔</w:t>
      </w:r>
    </w:p>
    <w:p>
      <w:r>
        <w:rPr>
          <w:b/>
        </w:rPr>
        <w:t xml:space="preserve">[14:52] </w:t>
      </w:r>
      <w:r>
        <w:t>to is ke liye aap bara mind hire kijiye.</w:t>
      </w:r>
    </w:p>
    <w:p>
      <w:pPr>
        <w:jc w:val="right"/>
      </w:pPr>
      <w:r>
        <w:t>تو اس کے لیے آپ بڑا مائنڈ ہائر کیجیے۔</w:t>
      </w:r>
    </w:p>
    <w:p>
      <w:r>
        <w:rPr>
          <w:b/>
        </w:rPr>
        <w:t xml:space="preserve">[14:57] </w:t>
      </w:r>
      <w:r>
        <w:t>aur aap ke paas bhi yeh nahi hai to phir compromise kar lijiye.</w:t>
      </w:r>
    </w:p>
    <w:p>
      <w:pPr>
        <w:jc w:val="right"/>
      </w:pPr>
      <w:r>
        <w:t>اور آپ کے پاس بھی یہ نہیں ہے تو پھر کمپرومائز کر لیجیے۔</w:t>
      </w:r>
    </w:p>
    <w:p>
      <w:r>
        <w:rPr>
          <w:b/>
        </w:rPr>
        <w:t xml:space="preserve">[15:01] </w:t>
      </w:r>
      <w:r>
        <w:t>compromise kar lijiye.</w:t>
      </w:r>
    </w:p>
    <w:p>
      <w:pPr>
        <w:jc w:val="right"/>
      </w:pPr>
      <w:r>
        <w:t>کمپرومائز کر لیجیے۔</w:t>
      </w:r>
    </w:p>
    <w:p>
      <w:r>
        <w:rPr>
          <w:b/>
        </w:rPr>
        <w:t xml:space="preserve">[15:08] </w:t>
      </w:r>
      <w:r>
        <w:t>baqi yeh dargah mein jaane se koi faisla nahi ho sakta.</w:t>
      </w:r>
    </w:p>
    <w:p>
      <w:pPr>
        <w:jc w:val="right"/>
      </w:pPr>
      <w:r>
        <w:t>باقی یہ درگاہ میں جانے سے کوئی فیصلہ نہیں ہو سکتا۔</w:t>
      </w:r>
    </w:p>
    <w:p>
      <w:r>
        <w:rPr>
          <w:b/>
        </w:rPr>
        <w:t xml:space="preserve">[15:14] </w:t>
      </w:r>
      <w:r>
        <w:t>to ab dekhiye ke jo pehla maamla tha khwab wala agar is ko common sense apply karte ho</w:t>
      </w:r>
    </w:p>
    <w:p>
      <w:pPr>
        <w:jc w:val="right"/>
      </w:pPr>
      <w:r>
        <w:t>تو اب دیکھیے کہ جو پہلا معاملہ تھا خواب والا اگر اس کو کامن سینس اپلائی کرتے ہو</w:t>
      </w:r>
    </w:p>
    <w:p>
      <w:r>
        <w:rPr>
          <w:b/>
        </w:rPr>
        <w:t xml:space="preserve">[15:21] </w:t>
      </w:r>
      <w:r>
        <w:t>to kya maloom hota? yeh maloom hota ke prima facie it is sters ejected.</w:t>
      </w:r>
    </w:p>
    <w:p>
      <w:pPr>
        <w:jc w:val="right"/>
      </w:pPr>
      <w:r>
        <w:t>تو کیا معلوم ہوتا؟ یہ معلوم ہوتا کہ پرائما فیشی اٹ از سٹیرس ایجیکٹڈ۔</w:t>
      </w:r>
    </w:p>
    <w:p>
      <w:r>
        <w:rPr>
          <w:b/>
        </w:rPr>
        <w:t xml:space="preserve">[15:27] </w:t>
      </w:r>
      <w:r>
        <w:t>yeh to shaitani khwab hai.</w:t>
      </w:r>
    </w:p>
    <w:p>
      <w:pPr>
        <w:jc w:val="right"/>
      </w:pPr>
      <w:r>
        <w:t>یہ تو شیطانی خواب ہے۔</w:t>
      </w:r>
    </w:p>
    <w:p>
      <w:r>
        <w:rPr>
          <w:b/>
        </w:rPr>
        <w:t xml:space="preserve">[15:34] </w:t>
      </w:r>
      <w:r>
        <w:t>is ko chodo.</w:t>
      </w:r>
    </w:p>
    <w:p>
      <w:pPr>
        <w:jc w:val="right"/>
      </w:pPr>
      <w:r>
        <w:t>اس کو چھوڑو۔</w:t>
      </w:r>
    </w:p>
    <w:p>
      <w:r>
        <w:rPr>
          <w:b/>
        </w:rPr>
        <w:t xml:space="preserve">[15:38] </w:t>
      </w:r>
      <w:r>
        <w:t>dusra maamla jo hai case ka wahan bhi aap common sense use karen.</w:t>
      </w:r>
    </w:p>
    <w:p>
      <w:pPr>
        <w:jc w:val="right"/>
      </w:pPr>
      <w:r>
        <w:t>دوسرا معاملہ جو ہے کیس کا وہاں بھی آپ کامن سینس یوز کریں۔</w:t>
      </w:r>
    </w:p>
    <w:p>
      <w:r>
        <w:rPr>
          <w:b/>
        </w:rPr>
        <w:t xml:space="preserve">[15:43] </w:t>
      </w:r>
      <w:r>
        <w:t>to kya maloom hoga? seedhi seedhi baat bohat paisa tumhare paas hai ek bara wakeel karo.</w:t>
      </w:r>
    </w:p>
    <w:p>
      <w:pPr>
        <w:jc w:val="right"/>
      </w:pPr>
      <w:r>
        <w:t>تو کیا معلوم ہوگا؟ سیدھی سیدھی بات بہت پیسہ تمہارے پاس ہے ایک بڑا وکیل کرو۔</w:t>
      </w:r>
    </w:p>
    <w:p>
      <w:r>
        <w:rPr>
          <w:b/>
        </w:rPr>
        <w:t xml:space="preserve">[15:48] </w:t>
      </w:r>
      <w:r>
        <w:t>woh wakeel jeeta de ga tum ko.</w:t>
      </w:r>
    </w:p>
    <w:p>
      <w:pPr>
        <w:jc w:val="right"/>
      </w:pPr>
      <w:r>
        <w:t>وہ وکیل جیتا دے گا تم کو۔</w:t>
      </w:r>
    </w:p>
    <w:p>
      <w:r>
        <w:rPr>
          <w:b/>
        </w:rPr>
        <w:t xml:space="preserve">[15:53] </w:t>
      </w:r>
      <w:r>
        <w:t>warna yeh to compromise kar lo.</w:t>
      </w:r>
    </w:p>
    <w:p>
      <w:pPr>
        <w:jc w:val="right"/>
      </w:pPr>
      <w:r>
        <w:t>ورنہ یہ تو کمپرومائز کر لو۔</w:t>
      </w:r>
    </w:p>
    <w:p>
      <w:r>
        <w:rPr>
          <w:b/>
        </w:rPr>
        <w:t xml:space="preserve">[15:58] </w:t>
      </w:r>
      <w:r>
        <w:t>to log superstition mein pade hue hain yeh sab superstition hai.</w:t>
      </w:r>
    </w:p>
    <w:p>
      <w:pPr>
        <w:jc w:val="right"/>
      </w:pPr>
      <w:r>
        <w:t>تو لوگ سپر سٹیشن میں پڑے ہوئے ہیں یہ سب سپر سٹیشن ہے۔</w:t>
      </w:r>
    </w:p>
    <w:p>
      <w:r>
        <w:rPr>
          <w:b/>
        </w:rPr>
        <w:t xml:space="preserve">[16:02] </w:t>
      </w:r>
      <w:r>
        <w:t>superstition mein pade hue hain apni reason ko jo khuda ne diya us ko istemal nahi karte.</w:t>
      </w:r>
    </w:p>
    <w:p>
      <w:pPr>
        <w:jc w:val="right"/>
      </w:pPr>
      <w:r>
        <w:t>سپر سٹیشن میں پڑے ہوئے ہیں اپنی ریزن کو جو خدا نے دیا اس کو استعمال نہیں کرتے۔</w:t>
      </w:r>
    </w:p>
    <w:p>
      <w:r>
        <w:rPr>
          <w:b/>
        </w:rPr>
        <w:t xml:space="preserve">[16:07] </w:t>
      </w:r>
      <w:r>
        <w:t>yeh kitni ajeeb baat hai ke khuda ne itni bari aqal di hai rational thinking di hai is</w:t>
      </w:r>
    </w:p>
    <w:p>
      <w:pPr>
        <w:jc w:val="right"/>
      </w:pPr>
      <w:r>
        <w:t>یہ کتنی عجیب بات ہے کہ خدا نے اتنی بڑی عقل دی ہے ریشنل تھنکنگ دی ہے اس</w:t>
      </w:r>
    </w:p>
    <w:p>
      <w:r>
        <w:rPr>
          <w:b/>
        </w:rPr>
        <w:t xml:space="preserve">[16:15] </w:t>
      </w:r>
      <w:r>
        <w:t>ko istemal nahi karenge.</w:t>
      </w:r>
    </w:p>
    <w:p>
      <w:pPr>
        <w:jc w:val="right"/>
      </w:pPr>
      <w:r>
        <w:t>کو استعمال نہیں کریں گے۔</w:t>
      </w:r>
    </w:p>
    <w:p>
      <w:r>
        <w:rPr>
          <w:b/>
        </w:rPr>
        <w:t xml:space="preserve">[16:24] </w:t>
      </w:r>
      <w:r>
        <w:t>andhe bure ki tarah se apni zindagi ka naqsha banayenge.</w:t>
      </w:r>
    </w:p>
    <w:p>
      <w:pPr>
        <w:jc w:val="right"/>
      </w:pPr>
      <w:r>
        <w:t>اندھے برے کی طرح سے اپنی زندگی کا نقشہ بنائیں گے۔</w:t>
      </w:r>
    </w:p>
    <w:p>
      <w:r>
        <w:rPr>
          <w:b/>
        </w:rPr>
        <w:t xml:space="preserve">[16:32] </w:t>
      </w:r>
      <w:r>
        <w:t>to har maamle mein chahiye ke aadmi soche.</w:t>
      </w:r>
    </w:p>
    <w:p>
      <w:pPr>
        <w:jc w:val="right"/>
      </w:pPr>
      <w:r>
        <w:t>تو ہر معاملے میں چاہیے کہ آدمی سوچے۔</w:t>
      </w:r>
    </w:p>
    <w:p>
      <w:r>
        <w:rPr>
          <w:b/>
        </w:rPr>
        <w:t xml:space="preserve">[16:40] </w:t>
      </w:r>
      <w:r>
        <w:t>har maamle mein chahiye ke is ko reason out kare.</w:t>
      </w:r>
    </w:p>
    <w:p>
      <w:pPr>
        <w:jc w:val="right"/>
      </w:pPr>
      <w:r>
        <w:t>ہر معاملے میں چاہیے کہ اس کو ریزن آؤٹ کرے۔</w:t>
      </w:r>
    </w:p>
    <w:p>
      <w:r>
        <w:rPr>
          <w:b/>
        </w:rPr>
        <w:t xml:space="preserve">[16:44] </w:t>
      </w:r>
      <w:r>
        <w:t>baat ko gehrai ke saath samjhe baghair woh koi step na le.</w:t>
      </w:r>
    </w:p>
    <w:p>
      <w:pPr>
        <w:jc w:val="right"/>
      </w:pPr>
      <w:r>
        <w:t>بات کو گہرائی کے ساتھ سمجھے بغیر وہ کوئی سٹیپ نہ لے۔</w:t>
      </w:r>
    </w:p>
    <w:p>
      <w:r>
        <w:rPr>
          <w:b/>
        </w:rPr>
        <w:t xml:space="preserve">[16:48] </w:t>
      </w:r>
      <w:r>
        <w:t>yahan tak ke bole bhi nahin.</w:t>
      </w:r>
    </w:p>
    <w:p>
      <w:pPr>
        <w:jc w:val="right"/>
      </w:pPr>
      <w:r>
        <w:t>یہاں تک کہ بولے بھی نہیں۔</w:t>
      </w:r>
    </w:p>
    <w:p>
      <w:r>
        <w:rPr>
          <w:b/>
        </w:rPr>
        <w:t xml:space="preserve">[16:53] </w:t>
      </w:r>
      <w:r>
        <w:t>aadmi ko chahiye ke bolne se pehle soche.</w:t>
      </w:r>
    </w:p>
    <w:p>
      <w:pPr>
        <w:jc w:val="right"/>
      </w:pPr>
      <w:r>
        <w:t>آدمی کو چاہیے کہ بولنے سے پہلے سوچے۔</w:t>
      </w:r>
    </w:p>
    <w:p>
      <w:r>
        <w:rPr>
          <w:b/>
        </w:rPr>
        <w:t xml:space="preserve">[16:57] </w:t>
      </w:r>
      <w:r>
        <w:t>soche phir bole.</w:t>
      </w:r>
    </w:p>
    <w:p>
      <w:pPr>
        <w:jc w:val="right"/>
      </w:pPr>
      <w:r>
        <w:t>سوچے پھر بولے۔</w:t>
      </w:r>
    </w:p>
    <w:p>
      <w:r>
        <w:rPr>
          <w:b/>
        </w:rPr>
        <w:t xml:space="preserve">[17:01] </w:t>
      </w:r>
      <w:r>
        <w:t>yani reason ko pehle istemal kare.</w:t>
      </w:r>
    </w:p>
    <w:p>
      <w:pPr>
        <w:jc w:val="right"/>
      </w:pPr>
      <w:r>
        <w:t>یعنی ریزن کو پہلے استعمال کرے۔</w:t>
      </w:r>
    </w:p>
    <w:p>
      <w:r>
        <w:rPr>
          <w:b/>
        </w:rPr>
        <w:t xml:space="preserve">[17:06] </w:t>
      </w:r>
      <w:r>
        <w:t>sochna kya hai? apne reason ko</w:t>
      </w:r>
    </w:p>
    <w:p>
      <w:pPr>
        <w:jc w:val="right"/>
      </w:pPr>
      <w:r>
        <w:t>سوچنا کیا ہے؟ اپنے ریزن کو</w:t>
      </w:r>
    </w:p>
    <w:p>
      <w:r>
        <w:rPr>
          <w:b/>
        </w:rPr>
        <w:t xml:space="preserve">[17:10] </w:t>
      </w:r>
      <w:r>
        <w:t>istemal karna apne mind ko istemal karna.</w:t>
      </w:r>
    </w:p>
    <w:p>
      <w:pPr>
        <w:jc w:val="right"/>
      </w:pPr>
      <w:r>
        <w:t>استعمال کرنا اپنے مائنڈ کو استعمال کرنا۔</w:t>
      </w:r>
    </w:p>
    <w:p>
      <w:r>
        <w:rPr>
          <w:b/>
        </w:rPr>
        <w:t xml:space="preserve">[17:15] </w:t>
      </w:r>
      <w:r>
        <w:t>ke zaban ko active karne se pehle apne mind ko active kare.</w:t>
      </w:r>
    </w:p>
    <w:p>
      <w:pPr>
        <w:jc w:val="right"/>
      </w:pPr>
      <w:r>
        <w:t>کہ زبان کو ایکٹیو کرنے سے پہلے اپنے مائنڈ کو ایکٹیو کرے۔</w:t>
      </w:r>
    </w:p>
    <w:p>
      <w:r>
        <w:rPr>
          <w:b/>
        </w:rPr>
        <w:t xml:space="preserve">[17:21] </w:t>
      </w:r>
      <w:r>
        <w:t>pehle mind uske baad zaban.</w:t>
      </w:r>
    </w:p>
    <w:p>
      <w:pPr>
        <w:jc w:val="right"/>
      </w:pPr>
      <w:r>
        <w:t>پہلے مائنڈ اس کے بعد زبان۔</w:t>
      </w:r>
    </w:p>
    <w:p>
      <w:r>
        <w:rPr>
          <w:b/>
        </w:rPr>
        <w:t xml:space="preserve">[17:26] </w:t>
      </w:r>
      <w:r>
        <w:t>yeh insan ka tareeqa hona chahiye.</w:t>
      </w:r>
    </w:p>
    <w:p>
      <w:pPr>
        <w:jc w:val="right"/>
      </w:pPr>
      <w:r>
        <w:t>یہ انسان کا طریقہ ہونا چاہیے۔</w:t>
      </w:r>
    </w:p>
    <w:p>
      <w:r>
        <w:rPr>
          <w:b/>
        </w:rPr>
        <w:t xml:space="preserve">[17:32] </w:t>
      </w:r>
      <w:r>
        <w:t>ek student se meri mulaqat hui.</w:t>
      </w:r>
    </w:p>
    <w:p>
      <w:pPr>
        <w:jc w:val="right"/>
      </w:pPr>
      <w:r>
        <w:t>ایک اسٹوڈنٹ سے میری ملاقات ہوئی۔</w:t>
      </w:r>
    </w:p>
    <w:p>
      <w:r>
        <w:rPr>
          <w:b/>
        </w:rPr>
        <w:t xml:space="preserve">[17:37] </w:t>
      </w:r>
      <w:r>
        <w:t>to unhon ne kaha ke mere ghar wale mujh ko bohat</w:t>
      </w:r>
    </w:p>
    <w:p>
      <w:pPr>
        <w:jc w:val="right"/>
      </w:pPr>
      <w:r>
        <w:t>تو انہوں نے کہا کہ میرے گھر والے مجھ کو بہت</w:t>
      </w:r>
    </w:p>
    <w:p>
      <w:r>
        <w:rPr>
          <w:b/>
        </w:rPr>
        <w:t xml:space="preserve">[17:42] </w:t>
      </w:r>
      <w:r>
        <w:t>daant dapt karte hain.</w:t>
      </w:r>
    </w:p>
    <w:p>
      <w:pPr>
        <w:jc w:val="right"/>
      </w:pPr>
      <w:r>
        <w:t>ڈانٹ ڈپٹ کرتے ہیں۔</w:t>
      </w:r>
    </w:p>
    <w:p>
      <w:r>
        <w:rPr>
          <w:b/>
        </w:rPr>
        <w:t xml:space="preserve">[17:47] </w:t>
      </w:r>
      <w:r>
        <w:t>main ne kaha kya baat hai? to pata yeh chala pooch gach se scrutiny karne se ke woh</w:t>
      </w:r>
    </w:p>
    <w:p>
      <w:pPr>
        <w:jc w:val="right"/>
      </w:pPr>
      <w:r>
        <w:t>میں نے کہا کیا بات ہے؟ تو پتہ یہ چلا پوچھ گچھ سے سکروٹنی کرنے سے کہ وہ</w:t>
      </w:r>
    </w:p>
    <w:p>
      <w:r>
        <w:rPr>
          <w:b/>
        </w:rPr>
        <w:t xml:space="preserve">[17:51] </w:t>
      </w:r>
      <w:r>
        <w:t>aadmi jo hai woh computer par cheating karta hai.</w:t>
      </w:r>
    </w:p>
    <w:p>
      <w:pPr>
        <w:jc w:val="right"/>
      </w:pPr>
      <w:r>
        <w:t>آدمی جو ہے وہ کمپیوٹر پر چیٹنگ کرتا ہے۔</w:t>
      </w:r>
    </w:p>
    <w:p>
      <w:r>
        <w:rPr>
          <w:b/>
        </w:rPr>
        <w:t xml:space="preserve">[17:55] </w:t>
      </w:r>
      <w:r>
        <w:t>der der tak cheating.</w:t>
      </w:r>
    </w:p>
    <w:p>
      <w:pPr>
        <w:jc w:val="right"/>
      </w:pPr>
      <w:r>
        <w:t>دیر دیر تک چیٹنگ۔</w:t>
      </w:r>
    </w:p>
    <w:p>
      <w:r>
        <w:rPr>
          <w:b/>
        </w:rPr>
        <w:t xml:space="preserve">[18:00] </w:t>
      </w:r>
      <w:r>
        <w:t>to is ke ma bap mana karte hain ke khoob cheating karte ho time waste karte ho.</w:t>
      </w:r>
    </w:p>
    <w:p>
      <w:pPr>
        <w:jc w:val="right"/>
      </w:pPr>
      <w:r>
        <w:t>تو اس کے ماں باپ منع کرتے ہیں کہ خوب چیٹنگ کرتے ہو ٹائم ویسٹ کرتے ہو۔</w:t>
      </w:r>
    </w:p>
    <w:p>
      <w:r>
        <w:rPr>
          <w:b/>
        </w:rPr>
        <w:t xml:space="preserve">[18:04] </w:t>
      </w:r>
      <w:r>
        <w:t>to is ne kaha ke bhai cheating main karta hoon to yeh to meri private baat hai.</w:t>
      </w:r>
    </w:p>
    <w:p>
      <w:pPr>
        <w:jc w:val="right"/>
      </w:pPr>
      <w:r>
        <w:t>تو اس نے کہا کہ بھئی چیٹنگ میں کرتا ہوں تو یہ تو میری پرائیویٹ بات ہے۔</w:t>
      </w:r>
    </w:p>
    <w:p>
      <w:r>
        <w:rPr>
          <w:b/>
        </w:rPr>
        <w:t xml:space="preserve">[18:09] </w:t>
      </w:r>
      <w:r>
        <w:t>meri private life se is ka taluq hai.</w:t>
      </w:r>
    </w:p>
    <w:p>
      <w:pPr>
        <w:jc w:val="right"/>
      </w:pPr>
      <w:r>
        <w:t>میری پرائیویٹ لائف سے اس کا تعلق ہے۔</w:t>
      </w:r>
    </w:p>
    <w:p>
      <w:r>
        <w:rPr>
          <w:b/>
        </w:rPr>
        <w:t xml:space="preserve">[18:13] </w:t>
      </w:r>
      <w:r>
        <w:t>cheating karna meri hobby hai. to is mein kisi ko interview karne ki kya zaroorat? dekhiye baaz reason jo hain woh reason nahi hote. woh reason nahi hote woh us ki ek misaal main de raha hoon aap ko. dekhne mein to woh ek reason istemal kiya us ne. ke yeh meri private life ki baat hai. mujhe cheating karne ke hub cheating karna me</w:t>
      </w:r>
    </w:p>
    <w:p>
      <w:pPr>
        <w:jc w:val="right"/>
      </w:pPr>
      <w:r>
        <w:t>چیٹنگ کرنا میری ہابی ہے۔ تو اس میں کسی کو انٹرویو کرنے کی کیا ضرورت؟ دیکھیے بعض ریزن جو ہیں وہ ریزن نہیں ہوتے۔ وہ ریزن نہیں ہوتے وہ اس کی ایک مثال میں دے رہا ہوں آپ کو۔ دیکھنے میں تو وہ ایک ریزن استعمال کیا اس نے۔ کہ یہ میری پرائیویٹ لائف کی بات ہے۔ مجھے چیٹنگ کرنے کے حب چیٹنگ کرنا می</w:t>
      </w:r>
    </w:p>
    <w:p>
      <w:r>
        <w:rPr>
          <w:b/>
        </w:rPr>
        <w:t xml:space="preserve">[18:43] </w:t>
      </w:r>
      <w:r>
        <w:t>ri hobby hai. to mujhe karne dijiye. aap ko interview karte hain is mein. dekhne mein to ek reason ki baat hai lekin reason nahi hai yeh. woh kaise? to main ne is student se kaha ke dekhiye aap jante hain ke is zamane mein ek lafz hai jis ko kehte hain passive smoking. ek aadmi jo</w:t>
      </w:r>
    </w:p>
    <w:p>
      <w:pPr>
        <w:jc w:val="right"/>
      </w:pPr>
      <w:r>
        <w:t>ری ہابی ہے۔ تو مجھے کرنے دیجیے۔ آپ کو انٹرویو کرتے ہیں اس میں۔ دیکھنے میں تو ایک ریزن کی بات ہے لیکن ریزن نہیں ہے یہ۔ وہ کیسے؟ تو میں نے اس اسٹوڈنٹ سے کہا کہ دیکھیے آپ جانتے ہیں کہ اس زمانے میں ایک لفظ ہے جس کو کہتے ہیں پیسیو سموکنگ۔ ایک آدمی جو</w:t>
      </w:r>
    </w:p>
    <w:p>
      <w:r>
        <w:rPr>
          <w:b/>
        </w:rPr>
        <w:t xml:space="preserve">[19:13] </w:t>
      </w:r>
      <w:r>
        <w:t>cigarette peeta hai to khud to woh active smoker hai. lekin saath saath woh doosron ko passive smoker banata hai. ghar wale ko paas paros ko society ko. to ek aadmi agar smoking kar raha hai cigarette pe raha hai us ko mana kiya jaye. ke bhai yeh meri private baat hai. aap kyun is mein interview karte hain? main peeta hoon mujhe acha lagta hai is liye piunga</w:t>
      </w:r>
    </w:p>
    <w:p>
      <w:pPr>
        <w:jc w:val="right"/>
      </w:pPr>
      <w:r>
        <w:t>سگریٹ پیتا ہے تو خود تو وہ ایکٹیو سموکر ہے۔ لیکن ساتھ ساتھ وہ دوسروں کو پیسیو سموکر بناتا ہے۔ گھر والے کو پاس پڑوس کو سوسائٹی کو۔ تو ایک آدمی اگر سموکنگ کر رہا ہے سگریٹ پی رہا ہے اس کو منع کیا جائے۔ کہ بھئی یہ میری پرائیویٹ بات ہے۔ آپ کیوں اس میں انٹرویو کرتے ہیں؟ میں پیتا ہوں مجھے اچھا لگتا ہے اس لیے پیوں گا</w:t>
      </w:r>
    </w:p>
    <w:p>
      <w:r>
        <w:rPr>
          <w:b/>
        </w:rPr>
        <w:t xml:space="preserve">[19:43] </w:t>
      </w:r>
      <w:r>
        <w:t>mein.</w:t>
      </w:r>
    </w:p>
    <w:p>
      <w:pPr>
        <w:jc w:val="right"/>
      </w:pPr>
      <w:r>
        <w:t>میں۔</w:t>
      </w:r>
    </w:p>
    <w:p>
      <w:r>
        <w:rPr>
          <w:b/>
        </w:rPr>
        <w:t xml:space="preserve">[19:48] </w:t>
      </w:r>
      <w:r>
        <w:t>aap ko kya? yeh logic sahi nahin hai.</w:t>
      </w:r>
    </w:p>
    <w:p>
      <w:pPr>
        <w:jc w:val="right"/>
      </w:pPr>
      <w:r>
        <w:t>آپ کو کیا؟ یہ لاجک صحیح نہیں ہے۔</w:t>
      </w:r>
    </w:p>
    <w:p>
      <w:r>
        <w:rPr>
          <w:b/>
        </w:rPr>
        <w:t xml:space="preserve">[19:53] </w:t>
      </w:r>
      <w:r>
        <w:t>kaha jayega ke yeh logic tumhari sahi nahin hai.</w:t>
      </w:r>
    </w:p>
    <w:p>
      <w:pPr>
        <w:jc w:val="right"/>
      </w:pPr>
      <w:r>
        <w:t>کہا جائے گا کہ یہ لاجک تمہاری صحیح نہیں ہے۔</w:t>
      </w:r>
    </w:p>
    <w:p>
      <w:r>
        <w:rPr>
          <w:b/>
        </w:rPr>
        <w:t xml:space="preserve">[19:58] </w:t>
      </w:r>
      <w:r>
        <w:t>ke tum active smoking kar ke doosron ko passive smoking karate ho.</w:t>
      </w:r>
    </w:p>
    <w:p>
      <w:pPr>
        <w:jc w:val="right"/>
      </w:pPr>
      <w:r>
        <w:t>کہ تم ایکٹیو سموکنگ کر کے دوسروں کو پیسیو سموکنگ کراتے ہو۔</w:t>
      </w:r>
    </w:p>
    <w:p>
      <w:r>
        <w:rPr>
          <w:b/>
        </w:rPr>
        <w:t xml:space="preserve">[20:03] </w:t>
      </w:r>
      <w:r>
        <w:t>kyun ke jo dhuwan nikalte ho tum woh dhuwan phailta hai hawa ke saath.</w:t>
      </w:r>
    </w:p>
    <w:p>
      <w:pPr>
        <w:jc w:val="right"/>
      </w:pPr>
      <w:r>
        <w:t>کیونکہ جو دھواں نکالتے ہو تم وہ دھواں پھیلتا ہے ہوا کے ساتھ۔</w:t>
      </w:r>
    </w:p>
    <w:p>
      <w:r>
        <w:rPr>
          <w:b/>
        </w:rPr>
        <w:t xml:space="preserve">[20:08] </w:t>
      </w:r>
      <w:r>
        <w:t>yani cigarette peene mein jo dhuwan nikalta hai woh hawa mein aata hai.</w:t>
      </w:r>
    </w:p>
    <w:p>
      <w:pPr>
        <w:jc w:val="right"/>
      </w:pPr>
      <w:r>
        <w:t>یعنی سگریٹ پینے میں جو دھواں نکلتا ہے وہ ہوا میں آتا ہے۔</w:t>
      </w:r>
    </w:p>
    <w:p>
      <w:r>
        <w:rPr>
          <w:b/>
        </w:rPr>
        <w:t xml:space="preserve">[20:13] </w:t>
      </w:r>
      <w:r>
        <w:t>hawa mein aata hai to to phailta hai phailta hai sab tak phochta hai.</w:t>
      </w:r>
    </w:p>
    <w:p>
      <w:pPr>
        <w:jc w:val="right"/>
      </w:pPr>
      <w:r>
        <w:t>ہوا میں آتا ہے تو تو پھیلتا ہے پھیلتا ہے سب تک پہنچتا ہے۔</w:t>
      </w:r>
    </w:p>
    <w:p>
      <w:r>
        <w:rPr>
          <w:b/>
        </w:rPr>
        <w:t xml:space="preserve">[20:18] </w:t>
      </w:r>
      <w:r>
        <w:t>to tum kar rahe ho active smoking aur doosron ko karwate ho zabardasti passive smoking.</w:t>
      </w:r>
    </w:p>
    <w:p>
      <w:pPr>
        <w:jc w:val="right"/>
      </w:pPr>
      <w:r>
        <w:t>تو تم کر رہے ہو ایکٹیو سموکنگ اور دوسروں کو کرواتے ہو زبردستی پیسیو سموکنگ۔</w:t>
      </w:r>
    </w:p>
    <w:p>
      <w:r>
        <w:rPr>
          <w:b/>
        </w:rPr>
        <w:t xml:space="preserve">[20:22] </w:t>
      </w:r>
      <w:r>
        <w:t>to tumhari logic kahan sahi hai? tumhari logic to sahi nahi hai.</w:t>
      </w:r>
    </w:p>
    <w:p>
      <w:pPr>
        <w:jc w:val="right"/>
      </w:pPr>
      <w:r>
        <w:t>تو تمہاری لاجک کہاں صحیح ہے؟ تمہاری لاجک تو صحیح نہیں ہے۔</w:t>
      </w:r>
    </w:p>
    <w:p>
      <w:r>
        <w:rPr>
          <w:b/>
        </w:rPr>
        <w:t xml:space="preserve">[20:27] </w:t>
      </w:r>
      <w:r>
        <w:t>You are a problem creator of the society.</w:t>
      </w:r>
    </w:p>
    <w:p>
      <w:pPr>
        <w:jc w:val="right"/>
      </w:pPr>
      <w:r>
        <w:t>یو آر اے پرابلم کریٹر آف دا سوسائٹی۔</w:t>
      </w:r>
    </w:p>
    <w:p>
      <w:r>
        <w:rPr>
          <w:b/>
        </w:rPr>
        <w:t xml:space="preserve">[20:31] </w:t>
      </w:r>
      <w:r>
        <w:t>yeh maine kaha is student se.</w:t>
      </w:r>
    </w:p>
    <w:p>
      <w:pPr>
        <w:jc w:val="right"/>
      </w:pPr>
      <w:r>
        <w:t>یہ میں نے کہا اس اسٹوڈنٹ سے۔</w:t>
      </w:r>
    </w:p>
    <w:p>
      <w:r>
        <w:rPr>
          <w:b/>
        </w:rPr>
        <w:t xml:space="preserve">[20:35] </w:t>
      </w:r>
      <w:r>
        <w:t>ab is ka is ke paas koi is ka jawab nahi tha.</w:t>
      </w:r>
    </w:p>
    <w:p>
      <w:pPr>
        <w:jc w:val="right"/>
      </w:pPr>
      <w:r>
        <w:t>اب اس کا اس کے پاس کوئی اس کا جواب نہیں تھا۔</w:t>
      </w:r>
    </w:p>
    <w:p>
      <w:r>
        <w:rPr>
          <w:b/>
        </w:rPr>
        <w:t xml:space="preserve">[20:39] </w:t>
      </w:r>
      <w:r>
        <w:t>is ne samjha ke mere paas ek logic hai mere paas ek reason hai.</w:t>
      </w:r>
    </w:p>
    <w:p>
      <w:pPr>
        <w:jc w:val="right"/>
      </w:pPr>
      <w:r>
        <w:t>اس نے سمجھا کہ میرے پاس ایک لاجک ہے میرے پاس ایک ریزن ہے۔</w:t>
      </w:r>
    </w:p>
    <w:p>
      <w:r>
        <w:rPr>
          <w:b/>
        </w:rPr>
        <w:t xml:space="preserve">[20:44] </w:t>
      </w:r>
      <w:r>
        <w:t>lekin jab main is ko</w:t>
      </w:r>
    </w:p>
    <w:p>
      <w:pPr>
        <w:jc w:val="right"/>
      </w:pPr>
      <w:r>
        <w:t>لیکن جب میں اس کو</w:t>
      </w:r>
    </w:p>
    <w:p>
      <w:r>
        <w:rPr>
          <w:b/>
        </w:rPr>
        <w:t xml:space="preserve">[20:48] </w:t>
      </w:r>
      <w:r>
        <w:t>is tareeqe se analysis kiya.</w:t>
      </w:r>
    </w:p>
    <w:p>
      <w:pPr>
        <w:jc w:val="right"/>
      </w:pPr>
      <w:r>
        <w:t>اس طریقے سے انالیسز کیا۔</w:t>
      </w:r>
    </w:p>
    <w:p>
      <w:r>
        <w:rPr>
          <w:b/>
        </w:rPr>
        <w:t xml:space="preserve">[20:54] </w:t>
      </w:r>
      <w:r>
        <w:t>to isi tarah se dekhiye cheating bhi ek hai active cheating ek is passive is cheat passive cheating.</w:t>
      </w:r>
    </w:p>
    <w:p>
      <w:pPr>
        <w:jc w:val="right"/>
      </w:pPr>
      <w:r>
        <w:t>تو اسی طرح سے دیکھیے چیٹنگ بھی ایک ہے ایکٹیو چیٹنگ ایک اس پیسیو اس چیٹ پیسیو چیٹنگ۔</w:t>
      </w:r>
    </w:p>
    <w:p>
      <w:r>
        <w:rPr>
          <w:b/>
        </w:rPr>
        <w:t xml:space="preserve">[21:00] </w:t>
      </w:r>
      <w:r>
        <w:t>yeh na samjhiye ke yeh sirf active cheating hai.</w:t>
      </w:r>
    </w:p>
    <w:p>
      <w:pPr>
        <w:jc w:val="right"/>
      </w:pPr>
      <w:r>
        <w:t>یہ نہ سمجھئے کہ یہ صرف ایکٹیو چیٹنگ ہے۔</w:t>
      </w:r>
    </w:p>
    <w:p>
      <w:r>
        <w:rPr>
          <w:b/>
        </w:rPr>
        <w:t xml:space="preserve">[21:06] </w:t>
      </w:r>
      <w:r>
        <w:t>yahan pe ek passive cheating hai.</w:t>
      </w:r>
    </w:p>
    <w:p>
      <w:pPr>
        <w:jc w:val="right"/>
      </w:pPr>
      <w:r>
        <w:t>یہاں پہ ایک پیسیو چیٹنگ ہے۔</w:t>
      </w:r>
    </w:p>
    <w:p>
      <w:r>
        <w:rPr>
          <w:b/>
        </w:rPr>
        <w:t xml:space="preserve">[21:12] </w:t>
      </w:r>
      <w:r>
        <w:t>yani ek aadmi agar cheating karta hai to woh woh khud to actively involve hai is is cheating mein. lekin society</w:t>
      </w:r>
    </w:p>
    <w:p>
      <w:pPr>
        <w:jc w:val="right"/>
      </w:pPr>
      <w:r>
        <w:t>یعنی ایک آدمی اگر چیٹنگ کرتا ہے تو وہ وہ خود تو ایکٹیولی انوالو ہے اس اس چیٹنگ میں۔ لیکن سوسائ</w:t>
      </w:r>
    </w:p>
    <w:p>
      <w:r>
        <w:rPr>
          <w:b/>
        </w:rPr>
        <w:t xml:space="preserve">[21:18] </w:t>
      </w:r>
      <w:r>
        <w:t>mein bhi sab ko is ka asar daal raha hai.</w:t>
      </w:r>
    </w:p>
    <w:p>
      <w:pPr>
        <w:jc w:val="right"/>
      </w:pPr>
      <w:r>
        <w:t>ٹی میں بھی سب کو اس کا اثر ڈال رہا ہے۔</w:t>
      </w:r>
    </w:p>
    <w:p>
      <w:r>
        <w:rPr>
          <w:b/>
        </w:rPr>
        <w:t xml:space="preserve">[21:24] </w:t>
      </w:r>
      <w:r>
        <w:t>woh kaise? dekhiye ek philosopher ne bohat hi meaningful baat kahi.</w:t>
      </w:r>
    </w:p>
    <w:p>
      <w:pPr>
        <w:jc w:val="right"/>
      </w:pPr>
      <w:r>
        <w:t>وہ کیسے؟ دیکھیے ایک فلاسفر نے بہت ہی میننگ فل بات کہی۔</w:t>
      </w:r>
    </w:p>
    <w:p>
      <w:r>
        <w:rPr>
          <w:b/>
        </w:rPr>
        <w:t xml:space="preserve">[21:30] </w:t>
      </w:r>
      <w:r>
        <w:t>ek philosopher ne bohat meaningful baat kahi.</w:t>
      </w:r>
    </w:p>
    <w:p>
      <w:pPr>
        <w:jc w:val="right"/>
      </w:pPr>
      <w:r>
        <w:t>ایک فلاسفر نے بہت میننگ فل بات کہی۔</w:t>
      </w:r>
    </w:p>
    <w:p>
      <w:r>
        <w:rPr>
          <w:b/>
        </w:rPr>
        <w:t xml:space="preserve">[21:36] </w:t>
      </w:r>
      <w:r>
        <w:t>ke is ne kaha ke aadmi hairan apne aap ko radiate karta rehta hai.</w:t>
      </w:r>
    </w:p>
    <w:p>
      <w:pPr>
        <w:jc w:val="right"/>
      </w:pPr>
      <w:r>
        <w:t>کہ اس نے کہا کہ آدمی حیران اپنے آپ کو ریڈی ایٹ کرتا رہتا ہے۔</w:t>
      </w:r>
    </w:p>
    <w:p>
      <w:r>
        <w:rPr>
          <w:b/>
        </w:rPr>
        <w:t xml:space="preserve">[21:42] </w:t>
      </w:r>
      <w:r>
        <w:t>یعنی اس نے کہا کہ man radiates himself every moment.</w:t>
      </w:r>
    </w:p>
    <w:p>
      <w:pPr>
        <w:jc w:val="right"/>
      </w:pPr>
      <w:r>
        <w:t>یعنی اس نے کہا کہ مین ریڈی ایٹس ہم سیلف ایوری مومنٹ۔</w:t>
      </w:r>
    </w:p>
    <w:p>
      <w:r>
        <w:rPr>
          <w:b/>
        </w:rPr>
        <w:t xml:space="preserve">[21:49] </w:t>
      </w:r>
      <w:r>
        <w:t>man every moment radiates himself.</w:t>
      </w:r>
    </w:p>
    <w:p>
      <w:pPr>
        <w:jc w:val="right"/>
      </w:pPr>
      <w:r>
        <w:t>مین ایوری مومنٹ ریڈی ایٹس ہم سیلف۔</w:t>
      </w:r>
    </w:p>
    <w:p>
      <w:r>
        <w:rPr>
          <w:b/>
        </w:rPr>
        <w:t xml:space="preserve">[21:55] </w:t>
      </w:r>
      <w:r>
        <w:t>Man every moment radiates himself.</w:t>
      </w:r>
    </w:p>
    <w:p>
      <w:pPr>
        <w:jc w:val="right"/>
      </w:pPr>
      <w:r>
        <w:t>مین ایوری مومنٹ ریڈی ایٹس ہم سیلف۔</w:t>
      </w:r>
    </w:p>
    <w:p>
      <w:r>
        <w:rPr>
          <w:b/>
        </w:rPr>
        <w:t xml:space="preserve">[22:01] </w:t>
      </w:r>
      <w:r>
        <w:t>aadmi hairan apne aap ko radiate karta rehta hai.</w:t>
      </w:r>
    </w:p>
    <w:p>
      <w:pPr>
        <w:jc w:val="right"/>
      </w:pPr>
      <w:r>
        <w:t>آدمی حیران اپنے آپ کو ریڈی ایٹ کرتا رہتا ہے۔</w:t>
      </w:r>
    </w:p>
    <w:p>
      <w:r>
        <w:rPr>
          <w:b/>
        </w:rPr>
        <w:t xml:space="preserve">[22:07] </w:t>
      </w:r>
      <w:r>
        <w:t>yani smoking ka jo phailaao hai woh hota hai dhuen se.</w:t>
      </w:r>
    </w:p>
    <w:p>
      <w:pPr>
        <w:jc w:val="right"/>
      </w:pPr>
      <w:r>
        <w:t>یعنی سموکنگ کا جو پھیلاؤ ہے وہ ہوتا ہے دھوئیں سے۔</w:t>
      </w:r>
    </w:p>
    <w:p>
      <w:r>
        <w:rPr>
          <w:b/>
        </w:rPr>
        <w:t xml:space="preserve">[22:13] </w:t>
      </w:r>
      <w:r>
        <w:t>aur is ka phailaao hota hai radiation se.</w:t>
      </w:r>
    </w:p>
    <w:p>
      <w:pPr>
        <w:jc w:val="right"/>
      </w:pPr>
      <w:r>
        <w:t>اور اس کا پھیلاؤ ہوتا ہے ریڈی ایشن سے۔</w:t>
      </w:r>
    </w:p>
    <w:p>
      <w:r>
        <w:rPr>
          <w:b/>
        </w:rPr>
        <w:t xml:space="preserve">[22:19] </w:t>
      </w:r>
      <w:r>
        <w:t>through radiation.</w:t>
      </w:r>
    </w:p>
    <w:p>
      <w:pPr>
        <w:jc w:val="right"/>
      </w:pPr>
      <w:r>
        <w:t>تھرو ریڈی ایشن۔</w:t>
      </w:r>
    </w:p>
    <w:p>
      <w:r>
        <w:rPr>
          <w:b/>
        </w:rPr>
        <w:t xml:space="preserve">[22:25] </w:t>
      </w:r>
      <w:r>
        <w:t>to woh yani silently sara aas paas ke log is ke influence mein aa jate hain.</w:t>
      </w:r>
    </w:p>
    <w:p>
      <w:pPr>
        <w:jc w:val="right"/>
      </w:pPr>
      <w:r>
        <w:t>تو وہ یعنی سائلنٹلی سارا آس پاس کے لوگ اس کے انفلوئنس میں آ جاتے ہیں۔</w:t>
      </w:r>
    </w:p>
    <w:p>
      <w:r>
        <w:rPr>
          <w:b/>
        </w:rPr>
        <w:t xml:space="preserve">[22:31] </w:t>
      </w:r>
      <w:r>
        <w:t>is ke negative influence mein.</w:t>
      </w:r>
    </w:p>
    <w:p>
      <w:pPr>
        <w:jc w:val="right"/>
      </w:pPr>
      <w:r>
        <w:t>اس کے نیگیٹیو انفلوئنس میں۔</w:t>
      </w:r>
    </w:p>
    <w:p>
      <w:r>
        <w:rPr>
          <w:b/>
        </w:rPr>
        <w:t xml:space="preserve">[22:37] </w:t>
      </w:r>
      <w:r>
        <w:t>to society mein koi aadmi is tarah nahi reh sakta ke woh kahe bhai yeh mera private mamla</w:t>
      </w:r>
    </w:p>
    <w:p>
      <w:pPr>
        <w:jc w:val="right"/>
      </w:pPr>
      <w:r>
        <w:t>تو سوسائٹی میں کوئی آدمی اس طرح نہیں رہ سکتا کہ وہ کہے بھئی یہ میرا پرائیویٹ معاملہ</w:t>
      </w:r>
    </w:p>
    <w:p>
      <w:r>
        <w:rPr>
          <w:b/>
        </w:rPr>
        <w:t xml:space="preserve">[22:43] </w:t>
      </w:r>
      <w:r>
        <w:t>hai aap kyun dakhal dete hain? kyunke cigarette smoking se yeh maloom hua ke</w:t>
      </w:r>
    </w:p>
    <w:p>
      <w:pPr>
        <w:jc w:val="right"/>
      </w:pPr>
      <w:r>
        <w:t>ہے آپ کیوں دخل دیتے ہیں؟ کیونکہ سگریٹ سموکنگ سے یہ معلوم ہوا کہ</w:t>
      </w:r>
    </w:p>
    <w:p>
      <w:r>
        <w:rPr>
          <w:b/>
        </w:rPr>
        <w:t xml:space="preserve">[22:49] </w:t>
      </w:r>
      <w:r>
        <w:t>agar ek aadmi active smoker hai to doosron ko woh passive smoker bana raha hai.</w:t>
      </w:r>
    </w:p>
    <w:p>
      <w:pPr>
        <w:jc w:val="right"/>
      </w:pPr>
      <w:r>
        <w:t>اگر ایک آدمی ایکٹیو سموکر ہے تو دوسروں کو وہ پیسیو سموکر بنا رہا ہے۔</w:t>
      </w:r>
    </w:p>
    <w:p>
      <w:r>
        <w:rPr>
          <w:b/>
        </w:rPr>
        <w:t xml:space="preserve">[22:57] </w:t>
      </w:r>
      <w:r>
        <w:t>to dekhiye tamam religious system tamam spiritual system tamam moral system yeh kehte hain ke aadmi ke liye</w:t>
      </w:r>
    </w:p>
    <w:p>
      <w:pPr>
        <w:jc w:val="right"/>
      </w:pPr>
      <w:r>
        <w:t>تو دیکھیے تمام ریلیجس سسٹم تمام اسپریچول سسٹم تمام مورل سسٹم یہ کہتے ہیں کہ آدمی کے لیے</w:t>
      </w:r>
    </w:p>
    <w:p>
      <w:r>
        <w:rPr>
          <w:b/>
        </w:rPr>
        <w:t xml:space="preserve">[23:04] </w:t>
      </w:r>
      <w:r>
        <w:t>jo minimum requirement hai society mein rehne ki woh yeh hai ke woh no problem person ban kar rahe.</w:t>
      </w:r>
    </w:p>
    <w:p>
      <w:pPr>
        <w:jc w:val="right"/>
      </w:pPr>
      <w:r>
        <w:t>جو منیمم ریکوائرمنٹ ہے سوسائٹی میں رہنے کی وہ یہ ہے کہ وہ نو پرابلم پرسن بن کر رہے۔</w:t>
      </w:r>
    </w:p>
    <w:p>
      <w:r>
        <w:rPr>
          <w:b/>
        </w:rPr>
        <w:t xml:space="preserve">[23:12] </w:t>
      </w:r>
      <w:r>
        <w:t>yeh sab yeh kehte hain. jitne</w:t>
      </w:r>
    </w:p>
    <w:p>
      <w:pPr>
        <w:jc w:val="right"/>
      </w:pPr>
      <w:r>
        <w:t>یہ سب یہ کہتے ہیں۔ جتنے</w:t>
      </w:r>
    </w:p>
    <w:p>
      <w:r>
        <w:rPr>
          <w:b/>
        </w:rPr>
        <w:t xml:space="preserve">[23:20] </w:t>
      </w:r>
      <w:r>
        <w:t>yeh reformer hain jitne system hain sab ke sab.</w:t>
      </w:r>
    </w:p>
    <w:p>
      <w:pPr>
        <w:jc w:val="right"/>
      </w:pPr>
      <w:r>
        <w:t>یہ ریفارمر ہیں جتنے سسٹم ہیں سب کے سب۔</w:t>
      </w:r>
    </w:p>
    <w:p>
      <w:r>
        <w:rPr>
          <w:b/>
        </w:rPr>
        <w:t xml:space="preserve">[23:27] </w:t>
      </w:r>
      <w:r>
        <w:t>ke aadmi ke liye minimum requirement society mein rehne ke liye.</w:t>
      </w:r>
    </w:p>
    <w:p>
      <w:pPr>
        <w:jc w:val="right"/>
      </w:pPr>
      <w:r>
        <w:t>کہ آدمی کے لیے منیمم ریکوائرمنٹ سوسائٹی میں رہنے کے لیے۔</w:t>
      </w:r>
    </w:p>
    <w:p>
      <w:r>
        <w:rPr>
          <w:b/>
        </w:rPr>
        <w:t xml:space="preserve">[23:35] </w:t>
      </w:r>
      <w:r>
        <w:t>yaani society ka healthy member banne ke liye.</w:t>
      </w:r>
    </w:p>
    <w:p>
      <w:pPr>
        <w:jc w:val="right"/>
      </w:pPr>
      <w:r>
        <w:t>یعنی سوسائٹی کا ہیلدی ممبر بننے کے لیے۔</w:t>
      </w:r>
    </w:p>
    <w:p>
      <w:r>
        <w:rPr>
          <w:b/>
        </w:rPr>
        <w:t xml:space="preserve">[23:43] </w:t>
      </w:r>
      <w:r>
        <w:t>minimum requirement yeh hai ke woh no problem person ban kar rahe.</w:t>
      </w:r>
    </w:p>
    <w:p>
      <w:pPr>
        <w:jc w:val="right"/>
      </w:pPr>
      <w:r>
        <w:t>منیمم ریکوائرمنٹ یہ ہے کہ وہ نو پرابلم پرسن بن کر رہے۔</w:t>
      </w:r>
    </w:p>
    <w:p>
      <w:r>
        <w:rPr>
          <w:b/>
        </w:rPr>
        <w:t xml:space="preserve">[23:50] </w:t>
      </w:r>
      <w:r>
        <w:t>lekin dekhiye kitna mushkil hai yeh kaam.</w:t>
      </w:r>
    </w:p>
    <w:p>
      <w:pPr>
        <w:jc w:val="right"/>
      </w:pPr>
      <w:r>
        <w:t>لیکن دیکھیے کتنا مشکل ہے یہ کام۔</w:t>
      </w:r>
    </w:p>
    <w:p>
      <w:r>
        <w:rPr>
          <w:b/>
        </w:rPr>
        <w:t xml:space="preserve">[23:55] </w:t>
      </w:r>
      <w:r>
        <w:t>no problem person ban kar rehna aasan nahi hai.</w:t>
      </w:r>
    </w:p>
    <w:p>
      <w:pPr>
        <w:jc w:val="right"/>
      </w:pPr>
      <w:r>
        <w:t>نو پرابلم پرسن بن کر رہنا آسان نہیں ہے۔</w:t>
      </w:r>
    </w:p>
    <w:p>
      <w:r>
        <w:rPr>
          <w:b/>
        </w:rPr>
        <w:t xml:space="preserve">[24:00] </w:t>
      </w:r>
      <w:r>
        <w:t>یہ نہیں کہ آپ سموکنگ کر رہے ہیں تو دوسروں کو آپ passive smoking کرا رہے ہیں۔</w:t>
      </w:r>
    </w:p>
    <w:p>
      <w:pPr>
        <w:jc w:val="right"/>
      </w:pPr>
      <w:r>
        <w:t>یہ نہیں کہ آپ سموکنگ کر رہے ہیں تو دوسروں کو آپ پیسیو سموکنگ کرا رہے ہیں۔</w:t>
      </w:r>
    </w:p>
    <w:p>
      <w:r>
        <w:rPr>
          <w:b/>
        </w:rPr>
        <w:t xml:space="preserve">[24:06] </w:t>
      </w:r>
      <w:r>
        <w:t>ایسے جتنے بھی کام ہیں آپ اگر actively اس میں involve ہیں تو دوسروں کو passively involve کر</w:t>
      </w:r>
    </w:p>
    <w:p>
      <w:pPr>
        <w:jc w:val="right"/>
      </w:pPr>
      <w:r>
        <w:t>ایسے جتنے بھی کام ہیں آپ اگر ایکٹیولی اس میں انوالو ہیں تو دوسروں کو پیسیولی انوالو کر</w:t>
      </w:r>
    </w:p>
    <w:p>
      <w:r>
        <w:rPr>
          <w:b/>
        </w:rPr>
        <w:t xml:space="preserve">[24:11] </w:t>
      </w:r>
      <w:r>
        <w:t>rahe hain aap.</w:t>
      </w:r>
    </w:p>
    <w:p>
      <w:pPr>
        <w:jc w:val="right"/>
      </w:pPr>
      <w:r>
        <w:t>رہے ہیں آپ۔</w:t>
      </w:r>
    </w:p>
    <w:p>
      <w:r>
        <w:rPr>
          <w:b/>
        </w:rPr>
        <w:t xml:space="preserve">[24:16] </w:t>
      </w:r>
      <w:r>
        <w:t>jaise ek aadmi industry lagata hai.</w:t>
      </w:r>
    </w:p>
    <w:p>
      <w:pPr>
        <w:jc w:val="right"/>
      </w:pPr>
      <w:r>
        <w:t>جیسے ایک آدمی انڈسٹری لگاتا ہے۔</w:t>
      </w:r>
    </w:p>
    <w:p>
      <w:r>
        <w:rPr>
          <w:b/>
        </w:rPr>
        <w:t xml:space="preserve">[24:21] </w:t>
      </w:r>
      <w:r>
        <w:t>kehta hai ke maine investment kiya hai maine industry lagai aap ko kya is se? lekin</w:t>
      </w:r>
    </w:p>
    <w:p>
      <w:pPr>
        <w:jc w:val="right"/>
      </w:pPr>
      <w:r>
        <w:t>کہتا ہے کہ میں نے انویسٹمنٹ کیا ہے میں نے انڈسٹری لگائی آپ کو کیا اس سے؟ لیکن</w:t>
      </w:r>
    </w:p>
    <w:p>
      <w:r>
        <w:rPr>
          <w:b/>
        </w:rPr>
        <w:t xml:space="preserve">[24:27] </w:t>
      </w:r>
      <w:r>
        <w:t>apni industry laga kar sare sare air pollution phaila raha hai har taraf.</w:t>
      </w:r>
    </w:p>
    <w:p>
      <w:pPr>
        <w:jc w:val="right"/>
      </w:pPr>
      <w:r>
        <w:t>اپنی انڈسٹری لگا کر سارے سارے ایئر پولیوشن پھیلا رہا ہے ہر طرف۔</w:t>
      </w:r>
    </w:p>
    <w:p>
      <w:r>
        <w:rPr>
          <w:b/>
        </w:rPr>
        <w:t xml:space="preserve">[24:33] </w:t>
      </w:r>
      <w:r>
        <w:t>industry laga kar ke woh sar har taraf carbon dioxide phailwa raha hai.</w:t>
      </w:r>
    </w:p>
    <w:p>
      <w:pPr>
        <w:jc w:val="right"/>
      </w:pPr>
      <w:r>
        <w:t>انڈسٹری لگا کر کے وہ سر ہر طرف کاربن ڈائی آکسائیڈ پھیلوا رہا ہے۔</w:t>
      </w:r>
    </w:p>
    <w:p>
      <w:r>
        <w:rPr>
          <w:b/>
        </w:rPr>
        <w:t xml:space="preserve">[24:39] </w:t>
      </w:r>
      <w:r>
        <w:t>to industry laga kar ke pure mahaul ko woh pollute kar raha hai.</w:t>
      </w:r>
    </w:p>
    <w:p>
      <w:pPr>
        <w:jc w:val="right"/>
      </w:pPr>
      <w:r>
        <w:t>تو انڈسٹری لگا کر کے پورے ماحول کو وہ پلوٹ کر رہا ہے۔</w:t>
      </w:r>
    </w:p>
    <w:p>
      <w:r>
        <w:rPr>
          <w:b/>
        </w:rPr>
        <w:t xml:space="preserve">[24:45] </w:t>
      </w:r>
      <w:r>
        <w:t>to is maane ke woh is minimum requirement ko pura nahi utra ke society ka</w:t>
      </w:r>
    </w:p>
    <w:p>
      <w:pPr>
        <w:jc w:val="right"/>
      </w:pPr>
      <w:r>
        <w:t>تو اس معنی کہ وہ اس منیمم ریکوائرمنٹ کو پورا نہیں اترا کہ سوسائٹی کا</w:t>
      </w:r>
    </w:p>
    <w:p>
      <w:r>
        <w:rPr>
          <w:b/>
        </w:rPr>
        <w:t xml:space="preserve">[24:51] </w:t>
      </w:r>
      <w:r>
        <w:t>no problem person bane woh.</w:t>
      </w:r>
    </w:p>
    <w:p>
      <w:pPr>
        <w:jc w:val="right"/>
      </w:pPr>
      <w:r>
        <w:t>نو پرابلم پرسن بنے وہ۔</w:t>
      </w:r>
    </w:p>
    <w:p>
      <w:r>
        <w:rPr>
          <w:b/>
        </w:rPr>
        <w:t xml:space="preserve">[24:55] </w:t>
      </w:r>
      <w:r>
        <w:t>ab kaisi ajeeb baat hai.</w:t>
      </w:r>
    </w:p>
    <w:p>
      <w:pPr>
        <w:jc w:val="right"/>
      </w:pPr>
      <w:r>
        <w:t>اب کیسی عجیب بات ہے۔</w:t>
      </w:r>
    </w:p>
    <w:p>
      <w:r>
        <w:rPr>
          <w:b/>
        </w:rPr>
        <w:t xml:space="preserve">[24:59] </w:t>
      </w:r>
      <w:r>
        <w:t>mujh se ek sahab ne kaha ke sahab aap kehte hain ke jo aah jo true believer hai</w:t>
      </w:r>
    </w:p>
    <w:p>
      <w:pPr>
        <w:jc w:val="right"/>
      </w:pPr>
      <w:r>
        <w:t>مجھ سے ایک صاحب نے کہا کہ صاحب آپ کہتے ہیں کہ جو آہ جو ٹرو بیلیور ہے</w:t>
      </w:r>
    </w:p>
    <w:p>
      <w:r>
        <w:rPr>
          <w:b/>
        </w:rPr>
        <w:t xml:space="preserve">[25:03] </w:t>
      </w:r>
      <w:r>
        <w:t>wahi paradise mein jayega.</w:t>
      </w:r>
    </w:p>
    <w:p>
      <w:pPr>
        <w:jc w:val="right"/>
      </w:pPr>
      <w:r>
        <w:t>وہی پیراڈائز میں جائے گا۔</w:t>
      </w:r>
    </w:p>
    <w:p>
      <w:r>
        <w:rPr>
          <w:b/>
        </w:rPr>
        <w:t xml:space="preserve">[25:06] </w:t>
      </w:r>
      <w:r>
        <w:t>aur sab log itne achhe achhe log hain.</w:t>
      </w:r>
    </w:p>
    <w:p>
      <w:pPr>
        <w:jc w:val="right"/>
      </w:pPr>
      <w:r>
        <w:t>اور سب لوگ اتنے اچھے اچھے لوگ ہیں۔</w:t>
      </w:r>
    </w:p>
    <w:p>
      <w:r>
        <w:rPr>
          <w:b/>
        </w:rPr>
        <w:t xml:space="preserve">[25:10] </w:t>
      </w:r>
      <w:r>
        <w:t>ab dekhiye mujhe dekhiye aur doosron ko dekhiye sab achhe achhe tareeqe se rehte hain.</w:t>
      </w:r>
    </w:p>
    <w:p>
      <w:pPr>
        <w:jc w:val="right"/>
      </w:pPr>
      <w:r>
        <w:t>اب دیکھیے مجھے دیکھیے اور دوسروں کو دیکھیے سب اچھے اچھے طریقے سے رہتے ہیں۔</w:t>
      </w:r>
    </w:p>
    <w:p>
      <w:r>
        <w:rPr>
          <w:b/>
        </w:rPr>
        <w:t xml:space="preserve">[25:14] </w:t>
      </w:r>
      <w:r>
        <w:t>to kya woh sab hell mein jayenge? to maine kaha ke yeh baat un ko maine kahi.</w:t>
      </w:r>
    </w:p>
    <w:p>
      <w:pPr>
        <w:jc w:val="right"/>
      </w:pPr>
      <w:r>
        <w:t>تو کیا وہ سب ہیلپ میں جائیں گے؟ تو میں نے کہا کہ یہ بات ان کو میں نے کہی۔</w:t>
      </w:r>
    </w:p>
    <w:p>
      <w:r>
        <w:rPr>
          <w:b/>
        </w:rPr>
        <w:t xml:space="preserve">[25:18] </w:t>
      </w:r>
      <w:r>
        <w:t>ke ek hai kisi cheez</w:t>
      </w:r>
    </w:p>
    <w:p>
      <w:pPr>
        <w:jc w:val="right"/>
      </w:pPr>
      <w:r>
        <w:t>کہ ایک ہے کسی چیز</w:t>
      </w:r>
    </w:p>
    <w:p>
      <w:r>
        <w:rPr>
          <w:b/>
        </w:rPr>
        <w:t xml:space="preserve">[25:21] </w:t>
      </w:r>
      <w:r>
        <w:t>mein actively involve hona.</w:t>
      </w:r>
    </w:p>
    <w:p>
      <w:pPr>
        <w:jc w:val="right"/>
      </w:pPr>
      <w:r>
        <w:t>میں ایکٹیولی انوالو ہونا۔</w:t>
      </w:r>
    </w:p>
    <w:p>
      <w:r>
        <w:rPr>
          <w:b/>
        </w:rPr>
        <w:t xml:space="preserve">[25:27] </w:t>
      </w:r>
      <w:r>
        <w:t>aur doosra aspect yeh hai ke doosron ko passively is mein involve karna.</w:t>
      </w:r>
    </w:p>
    <w:p>
      <w:pPr>
        <w:jc w:val="right"/>
      </w:pPr>
      <w:r>
        <w:t>اور دوسرا آسپیکٹ یہ ہے کہ دوسروں کو پیسیولی اس میں انوالو کرنا۔</w:t>
      </w:r>
    </w:p>
    <w:p>
      <w:r>
        <w:rPr>
          <w:b/>
        </w:rPr>
        <w:t xml:space="preserve">[25:32] </w:t>
      </w:r>
      <w:r>
        <w:t>is ko aap dekhiye to koi bhi is mein is criterion pe poora nahi utre ga.</w:t>
      </w:r>
    </w:p>
    <w:p>
      <w:pPr>
        <w:jc w:val="right"/>
      </w:pPr>
      <w:r>
        <w:t>اس کو آپ دیکھیے تو کوئی بھی اس میں اس کرائیٹیرین پہ پورا نہیں اترے گا۔</w:t>
      </w:r>
    </w:p>
    <w:p>
      <w:r>
        <w:rPr>
          <w:b/>
        </w:rPr>
        <w:t xml:space="preserve">[25:38] </w:t>
      </w:r>
      <w:r>
        <w:t>ke is minimum criterion par ke aadmi apne society ka no problem person ban kar rahe.</w:t>
      </w:r>
    </w:p>
    <w:p>
      <w:pPr>
        <w:jc w:val="right"/>
      </w:pPr>
      <w:r>
        <w:t>کہ اس منیمم کرائیٹیرین پر کہ آدمی اپنے سوسائٹی کا نو پرابلم پرسن بن کر رہے۔</w:t>
      </w:r>
    </w:p>
    <w:p>
      <w:r>
        <w:rPr>
          <w:b/>
        </w:rPr>
        <w:t xml:space="preserve">[25:43] </w:t>
      </w:r>
      <w:r>
        <w:t>isi par nahi poora utar raha hai.</w:t>
      </w:r>
    </w:p>
    <w:p>
      <w:pPr>
        <w:jc w:val="right"/>
      </w:pPr>
      <w:r>
        <w:t>اسی پر نہیں پورا اتر رہا ہے۔</w:t>
      </w:r>
    </w:p>
    <w:p>
      <w:r>
        <w:rPr>
          <w:b/>
        </w:rPr>
        <w:t xml:space="preserve">[25:48] </w:t>
      </w:r>
      <w:r>
        <w:t>aap kaise keh rahe hain ke sab log baray achhe achhe log hain? to yeh hai bila soche samjhe</w:t>
      </w:r>
    </w:p>
    <w:p>
      <w:pPr>
        <w:jc w:val="right"/>
      </w:pPr>
      <w:r>
        <w:t>آپ کیسے کہہ رہے ہیں کہ سب لوگ بڑے اچھے اچھے لوگ ہیں؟ تو یہ ہے بلا سوچے سمجھے</w:t>
      </w:r>
    </w:p>
    <w:p>
      <w:r>
        <w:rPr>
          <w:b/>
        </w:rPr>
        <w:t xml:space="preserve">[25:54] </w:t>
      </w:r>
      <w:r>
        <w:t>raye banana.</w:t>
      </w:r>
    </w:p>
    <w:p>
      <w:pPr>
        <w:jc w:val="right"/>
      </w:pPr>
      <w:r>
        <w:t>رائے بنانا۔</w:t>
      </w:r>
    </w:p>
    <w:p>
      <w:r>
        <w:rPr>
          <w:b/>
        </w:rPr>
        <w:t xml:space="preserve">[25:58] </w:t>
      </w:r>
      <w:r>
        <w:t>aaj hi subah mere paas aik sahib ka telephone aaya.</w:t>
      </w:r>
    </w:p>
    <w:p>
      <w:pPr>
        <w:jc w:val="right"/>
      </w:pPr>
      <w:r>
        <w:t>آج ہی صبح میرے پاس ایک صاحب کا ٹیلی فون آیا۔</w:t>
      </w:r>
    </w:p>
    <w:p>
      <w:r>
        <w:rPr>
          <w:b/>
        </w:rPr>
        <w:t xml:space="preserve">[26:02] </w:t>
      </w:r>
      <w:r>
        <w:t>mein aaj kal bohat kam jaata hoon idhar udhar to logon ka aksar telephone aate rehte hain mujh se.</w:t>
      </w:r>
    </w:p>
    <w:p>
      <w:pPr>
        <w:jc w:val="right"/>
      </w:pPr>
      <w:r>
        <w:t>میں آج کل بہت کم جاتا ہوں ادھر ادھر تو لوگوں کا اکثر ٹیلی فون آتے رہتے ہیں مجھ سے۔</w:t>
      </w:r>
    </w:p>
    <w:p>
      <w:r>
        <w:rPr>
          <w:b/>
        </w:rPr>
        <w:t xml:space="preserve">[26:07] </w:t>
      </w:r>
      <w:r>
        <w:t>india ke andar bhi india ke bahar ko bhi.</w:t>
      </w:r>
    </w:p>
    <w:p>
      <w:pPr>
        <w:jc w:val="right"/>
      </w:pPr>
      <w:r>
        <w:t>انڈیا کے اندر بھی انڈیا کے باہر کو بھی۔</w:t>
      </w:r>
    </w:p>
    <w:p>
      <w:r>
        <w:rPr>
          <w:b/>
        </w:rPr>
        <w:t xml:space="preserve">[26:11] </w:t>
      </w:r>
      <w:r>
        <w:t>to subah telephone aaya aik sahib ka.</w:t>
      </w:r>
    </w:p>
    <w:p>
      <w:pPr>
        <w:jc w:val="right"/>
      </w:pPr>
      <w:r>
        <w:t>تو صبح ٹیلی فون آیا ایک صاحب کا۔</w:t>
      </w:r>
    </w:p>
    <w:p>
      <w:r>
        <w:rPr>
          <w:b/>
        </w:rPr>
        <w:t xml:space="preserve">[26:15] </w:t>
      </w:r>
      <w:r>
        <w:t>to unhon ne quran ki aik ayat padhi.</w:t>
      </w:r>
    </w:p>
    <w:p>
      <w:pPr>
        <w:jc w:val="right"/>
      </w:pPr>
      <w:r>
        <w:t>تو انہوں نے قرآن کی ایک آیت پڑھی۔</w:t>
      </w:r>
    </w:p>
    <w:p>
      <w:r>
        <w:rPr>
          <w:b/>
        </w:rPr>
        <w:t xml:space="preserve">[26:20] </w:t>
      </w:r>
      <w:r>
        <w:t>quran mein chapter</w:t>
      </w:r>
    </w:p>
    <w:p>
      <w:pPr>
        <w:jc w:val="right"/>
      </w:pPr>
      <w:r>
        <w:t>قرآن میں چیپٹر</w:t>
      </w:r>
    </w:p>
    <w:p>
      <w:r>
        <w:rPr>
          <w:b/>
        </w:rPr>
        <w:t xml:space="preserve">[26:24] </w:t>
      </w:r>
      <w:r>
        <w:t>number thirty three.</w:t>
      </w:r>
    </w:p>
    <w:p>
      <w:pPr>
        <w:jc w:val="right"/>
      </w:pPr>
      <w:r>
        <w:t>نمبر تھرٹی تھری۔</w:t>
      </w:r>
    </w:p>
    <w:p>
      <w:r>
        <w:rPr>
          <w:b/>
        </w:rPr>
        <w:t xml:space="preserve">[26:32] </w:t>
      </w:r>
      <w:r>
        <w:t>quran mein chapter number thirty three al ahzab.</w:t>
      </w:r>
    </w:p>
    <w:p>
      <w:pPr>
        <w:jc w:val="right"/>
      </w:pPr>
      <w:r>
        <w:t>قرآن میں چیپٹر نمبر تھرٹی تھری الاحزاب۔</w:t>
      </w:r>
    </w:p>
    <w:p>
      <w:r>
        <w:rPr>
          <w:b/>
        </w:rPr>
        <w:t xml:space="preserve">[26:39] </w:t>
      </w:r>
      <w:r>
        <w:t>ki aik verse hai aik ayat hai.</w:t>
      </w:r>
    </w:p>
    <w:p>
      <w:pPr>
        <w:jc w:val="right"/>
      </w:pPr>
      <w:r>
        <w:t>کی ایک ورس ہے ایک آیت ہے۔</w:t>
      </w:r>
    </w:p>
    <w:p>
      <w:r>
        <w:rPr>
          <w:b/>
        </w:rPr>
        <w:t xml:space="preserve">[26:47] </w:t>
      </w:r>
      <w:r>
        <w:t>is mein kaha gaya hai ke khuda ne ab khuda ne amanat pesh ki zameen o aasman ke samne.</w:t>
      </w:r>
    </w:p>
    <w:p>
      <w:pPr>
        <w:jc w:val="right"/>
      </w:pPr>
      <w:r>
        <w:t>اس میں کہا گیا ہے کہ خدا نے اب خدا نے امانت پیش کی زمین و آسمان کے سامنے۔</w:t>
      </w:r>
    </w:p>
    <w:p>
      <w:r>
        <w:rPr>
          <w:b/>
        </w:rPr>
        <w:t xml:space="preserve">[26:55] </w:t>
      </w:r>
      <w:r>
        <w:t>to sab ne inkaar kar diya lene se. to insaan ne le liya us ko. inna aradna al-amanata al-samawati wal-ardi wal-jibali fa-abaina an yahmilnaha wa-ashfaqna minha wa-hamala al-insanu innahu kana zulumman jahula. yaani Khuda ne amanat pesh ki. zameen ke saamne aasman ke saamne pahadon ke saamne ke us ko qabool kar</w:t>
      </w:r>
    </w:p>
    <w:p>
      <w:pPr>
        <w:jc w:val="right"/>
      </w:pPr>
      <w:r>
        <w:t>تو سب نے انکار کر دیا لینے سے۔ تو انسان نے لے لیا اس کو۔ انا ارضنا الامانۃ السماوات والارض والجبال فابین اللہ واشفق منہا وحمل الانسان فانه کان ذلوبا جہولا یعنی خدا نے امانت پیش کی۔ زمین کے سامنے آسمان کے سامنے پہاڑوں کے سامنے کہ اس کو قبول کر</w:t>
      </w:r>
    </w:p>
    <w:p>
      <w:r>
        <w:rPr>
          <w:b/>
        </w:rPr>
        <w:t xml:space="preserve">[27:25] </w:t>
      </w:r>
      <w:r>
        <w:t>lo.</w:t>
      </w:r>
    </w:p>
    <w:p>
      <w:pPr>
        <w:jc w:val="right"/>
      </w:pPr>
      <w:r>
        <w:t>لو۔</w:t>
      </w:r>
    </w:p>
    <w:p>
      <w:r>
        <w:rPr>
          <w:b/>
        </w:rPr>
        <w:t xml:space="preserve">[27:29] </w:t>
      </w:r>
      <w:r>
        <w:t>amanat ka matlab hota hai trust.</w:t>
      </w:r>
    </w:p>
    <w:p>
      <w:pPr>
        <w:jc w:val="right"/>
      </w:pPr>
      <w:r>
        <w:t>امانت کا معنی ہوتا ہے ٹرسٹ۔</w:t>
      </w:r>
    </w:p>
    <w:p>
      <w:r>
        <w:rPr>
          <w:b/>
        </w:rPr>
        <w:t xml:space="preserve">[27:34] </w:t>
      </w:r>
      <w:r>
        <w:t>to koi tayyar nahi hua is ko lene ke liye.</w:t>
      </w:r>
    </w:p>
    <w:p>
      <w:pPr>
        <w:jc w:val="right"/>
      </w:pPr>
      <w:r>
        <w:t>تو کوئی تیار نہیں ہوا اس کو لینے کے لیے۔</w:t>
      </w:r>
    </w:p>
    <w:p>
      <w:r>
        <w:rPr>
          <w:b/>
        </w:rPr>
        <w:t xml:space="preserve">[27:38] </w:t>
      </w:r>
      <w:r>
        <w:t>sab ne inkar kar diya.</w:t>
      </w:r>
    </w:p>
    <w:p>
      <w:pPr>
        <w:jc w:val="right"/>
      </w:pPr>
      <w:r>
        <w:t>سب نے انکار کر دیا۔</w:t>
      </w:r>
    </w:p>
    <w:p>
      <w:r>
        <w:rPr>
          <w:b/>
        </w:rPr>
        <w:t xml:space="preserve">[27:42] </w:t>
      </w:r>
      <w:r>
        <w:t>to phir insan ne is ko qabool kar liya.</w:t>
      </w:r>
    </w:p>
    <w:p>
      <w:pPr>
        <w:jc w:val="right"/>
      </w:pPr>
      <w:r>
        <w:t>تو پھر انسان نے اس کو قبول کر لیا۔</w:t>
      </w:r>
    </w:p>
    <w:p>
      <w:r>
        <w:rPr>
          <w:b/>
        </w:rPr>
        <w:t xml:space="preserve">[27:47] </w:t>
      </w:r>
      <w:r>
        <w:t>to khuda ne insan ko woh amanat de di.</w:t>
      </w:r>
    </w:p>
    <w:p>
      <w:pPr>
        <w:jc w:val="right"/>
      </w:pPr>
      <w:r>
        <w:t>تو خدا نے انسان کو وہ امانت دے دی۔</w:t>
      </w:r>
    </w:p>
    <w:p>
      <w:r>
        <w:rPr>
          <w:b/>
        </w:rPr>
        <w:t xml:space="preserve">[27:51] </w:t>
      </w:r>
      <w:r>
        <w:t>ab woh kya kehte hain? ke yahan amanat se murad kuch logon</w:t>
      </w:r>
    </w:p>
    <w:p>
      <w:pPr>
        <w:jc w:val="right"/>
      </w:pPr>
      <w:r>
        <w:t>اب وہ کیا کہتے ہیں؟ کہ یہاں امانت سے مراد کچھ لوگوں</w:t>
      </w:r>
    </w:p>
    <w:p>
      <w:r>
        <w:rPr>
          <w:b/>
        </w:rPr>
        <w:t xml:space="preserve">[27:55] </w:t>
      </w:r>
      <w:r>
        <w:t>ne likha hai is ko le kar woh bol rahe thay ke amanat se murad khilafat hai.</w:t>
      </w:r>
    </w:p>
    <w:p>
      <w:pPr>
        <w:jc w:val="right"/>
      </w:pPr>
      <w:r>
        <w:t>نے لکھا ہے اس کو لے کر وہ بول رہے تھے کہ امانت سے مراد خلافت ہے۔</w:t>
      </w:r>
    </w:p>
    <w:p>
      <w:r>
        <w:rPr>
          <w:b/>
        </w:rPr>
        <w:t xml:space="preserve">[27:59] </w:t>
      </w:r>
      <w:r>
        <w:t>yani wohi cheez jo quran ki surah al baqarah mein yani chapter number two mein hai ke inni ja'il</w:t>
      </w:r>
    </w:p>
    <w:p>
      <w:pPr>
        <w:jc w:val="right"/>
      </w:pPr>
      <w:r>
        <w:t>یعنی وہی چیز جو قرآن کی سورہ البقرہ میں یعنی چیپٹر نمبر ٹو میں ہے کہ انی جائل</w:t>
      </w:r>
    </w:p>
    <w:p>
      <w:r>
        <w:rPr>
          <w:b/>
        </w:rPr>
        <w:t xml:space="preserve">[28:04] </w:t>
      </w:r>
      <w:r>
        <w:t>fi al-ardh khaleefa keh zameen mein khaleefa bananay ka zikr hai surah baqarah mein.</w:t>
      </w:r>
    </w:p>
    <w:p>
      <w:pPr>
        <w:jc w:val="right"/>
      </w:pPr>
      <w:r>
        <w:t>فی الارض خلیفہ کہ زمین میں خلیفہ بنانے کا ذکر ہے سورہ بقرہ میں۔</w:t>
      </w:r>
    </w:p>
    <w:p>
      <w:r>
        <w:rPr>
          <w:b/>
        </w:rPr>
        <w:t xml:space="preserve">[28:08] </w:t>
      </w:r>
      <w:r>
        <w:t>to yahan bhi wohi cheez hai.</w:t>
      </w:r>
    </w:p>
    <w:p>
      <w:pPr>
        <w:jc w:val="right"/>
      </w:pPr>
      <w:r>
        <w:t>تو یہاں بھی وہی چیز ہے۔</w:t>
      </w:r>
    </w:p>
    <w:p>
      <w:r>
        <w:rPr>
          <w:b/>
        </w:rPr>
        <w:t xml:space="preserve">[28:12] </w:t>
      </w:r>
      <w:r>
        <w:t>amanat se murad hai khilafat.</w:t>
      </w:r>
    </w:p>
    <w:p>
      <w:pPr>
        <w:jc w:val="right"/>
      </w:pPr>
      <w:r>
        <w:t>امانت سے مراد ہے خلافت۔</w:t>
      </w:r>
    </w:p>
    <w:p>
      <w:r>
        <w:rPr>
          <w:b/>
        </w:rPr>
        <w:t xml:space="preserve">[28:17] </w:t>
      </w:r>
      <w:r>
        <w:t>halankeh amanat ke maani hain trust.</w:t>
      </w:r>
    </w:p>
    <w:p>
      <w:pPr>
        <w:jc w:val="right"/>
      </w:pPr>
      <w:r>
        <w:t>حالانکہ امانت کے معنی ہیں ٹرسٹ۔</w:t>
      </w:r>
    </w:p>
    <w:p>
      <w:r>
        <w:rPr>
          <w:b/>
        </w:rPr>
        <w:t xml:space="preserve">[28:21] </w:t>
      </w:r>
      <w:r>
        <w:t>aur khilafat ke maani hain succession.</w:t>
      </w:r>
    </w:p>
    <w:p>
      <w:pPr>
        <w:jc w:val="right"/>
      </w:pPr>
      <w:r>
        <w:t>اور خلافت کے معنی ہیں سکسیشن۔</w:t>
      </w:r>
    </w:p>
    <w:p>
      <w:r>
        <w:rPr>
          <w:b/>
        </w:rPr>
        <w:t xml:space="preserve">[28:25] </w:t>
      </w:r>
      <w:r>
        <w:t>ab koi dono mein koi mel mel nahin.</w:t>
      </w:r>
    </w:p>
    <w:p>
      <w:pPr>
        <w:jc w:val="right"/>
      </w:pPr>
      <w:r>
        <w:t>اب کوئی دونوں میں کوئی میل میل نہیں۔</w:t>
      </w:r>
    </w:p>
    <w:p>
      <w:r>
        <w:rPr>
          <w:b/>
        </w:rPr>
        <w:t xml:space="preserve">[28:30] </w:t>
      </w:r>
      <w:r>
        <w:t>ab to waise unhon ne amanat ko bana liya khilafat.</w:t>
      </w:r>
    </w:p>
    <w:p>
      <w:pPr>
        <w:jc w:val="right"/>
      </w:pPr>
      <w:r>
        <w:t>اب تو ویسے انہوں نے امانت کو بنا لیا خلافت۔</w:t>
      </w:r>
    </w:p>
    <w:p>
      <w:r>
        <w:rPr>
          <w:b/>
        </w:rPr>
        <w:t xml:space="preserve">[28:34] </w:t>
      </w:r>
      <w:r>
        <w:t>aur khilafat ke maani kya banaye? yani political role qaim karna is zameen par.</w:t>
      </w:r>
    </w:p>
    <w:p>
      <w:pPr>
        <w:jc w:val="right"/>
      </w:pPr>
      <w:r>
        <w:t>اور خلافت کے معنی کیا بنائے؟ یعنی پولیٹیکل رول قائم کرنا اس زمین پر۔</w:t>
      </w:r>
    </w:p>
    <w:p>
      <w:r>
        <w:rPr>
          <w:b/>
        </w:rPr>
        <w:t xml:space="preserve">[28:38] </w:t>
      </w:r>
      <w:r>
        <w:t>yani Khuda ne goya yeh kaha sab se keh tum log dunya mein divine rule qaim karo.</w:t>
      </w:r>
    </w:p>
    <w:p>
      <w:pPr>
        <w:jc w:val="right"/>
      </w:pPr>
      <w:r>
        <w:t>یعنی خدا نے گویا یہ کہا سب سے کہ تم لوگ دنیا میں ڈیوائن رول قائم کرو۔</w:t>
      </w:r>
    </w:p>
    <w:p>
      <w:r>
        <w:rPr>
          <w:b/>
        </w:rPr>
        <w:t xml:space="preserve">[28:43] </w:t>
      </w:r>
      <w:r>
        <w:t>to zameen aasman pahad sab ne inkar kar diya.</w:t>
      </w:r>
    </w:p>
    <w:p>
      <w:pPr>
        <w:jc w:val="right"/>
      </w:pPr>
      <w:r>
        <w:t>تو زمین آسمان پہاڑ سب نے انکار کر دیا۔</w:t>
      </w:r>
    </w:p>
    <w:p>
      <w:r>
        <w:rPr>
          <w:b/>
        </w:rPr>
        <w:t xml:space="preserve">[28:47] </w:t>
      </w:r>
      <w:r>
        <w:t>phir insan ne le liya.</w:t>
      </w:r>
    </w:p>
    <w:p>
      <w:pPr>
        <w:jc w:val="right"/>
      </w:pPr>
      <w:r>
        <w:t>پھر انسان نے لے لیا۔</w:t>
      </w:r>
    </w:p>
    <w:p>
      <w:r>
        <w:rPr>
          <w:b/>
        </w:rPr>
        <w:t xml:space="preserve">[28:51] </w:t>
      </w:r>
      <w:r>
        <w:t>to unhon ne kaha</w:t>
      </w:r>
    </w:p>
    <w:p>
      <w:pPr>
        <w:jc w:val="right"/>
      </w:pPr>
      <w:r>
        <w:t>تو انہوں نے کہا</w:t>
      </w:r>
    </w:p>
    <w:p>
      <w:r>
        <w:rPr>
          <w:b/>
        </w:rPr>
        <w:t xml:space="preserve">[28:55] </w:t>
      </w:r>
      <w:r>
        <w:t>keh insan ki yeh insan ki responsibility hai insan ka yeh role hai keh woh dunya mein yani</w:t>
      </w:r>
    </w:p>
    <w:p>
      <w:pPr>
        <w:jc w:val="right"/>
      </w:pPr>
      <w:r>
        <w:t>کہ انسان کی یہ انسان کی رسپانسبیلٹی ہے انسان کا یہ رول ہے کہ وہ دنیا میں یعنی</w:t>
      </w:r>
    </w:p>
    <w:p>
      <w:r>
        <w:rPr>
          <w:b/>
        </w:rPr>
        <w:t xml:space="preserve">[29:01] </w:t>
      </w:r>
      <w:r>
        <w:t>is planet earth par divine rule qaim kare.</w:t>
      </w:r>
    </w:p>
    <w:p>
      <w:pPr>
        <w:jc w:val="right"/>
      </w:pPr>
      <w:r>
        <w:t>اس پلینٹ ارتھ پر ڈیوائن رول قائم کرے۔</w:t>
      </w:r>
    </w:p>
    <w:p>
      <w:r>
        <w:rPr>
          <w:b/>
        </w:rPr>
        <w:t xml:space="preserve">[29:06] </w:t>
      </w:r>
      <w:r>
        <w:t>kingdom of God qaim kare.</w:t>
      </w:r>
    </w:p>
    <w:p>
      <w:pPr>
        <w:jc w:val="right"/>
      </w:pPr>
      <w:r>
        <w:t>کنگڈم آف گاڈ قائم کرے۔</w:t>
      </w:r>
    </w:p>
    <w:p>
      <w:r>
        <w:rPr>
          <w:b/>
        </w:rPr>
        <w:t xml:space="preserve">[29:11] </w:t>
      </w:r>
      <w:r>
        <w:t>ab dekhiye koi is mein is ka reason se koi talluq nahin.</w:t>
      </w:r>
    </w:p>
    <w:p>
      <w:pPr>
        <w:jc w:val="right"/>
      </w:pPr>
      <w:r>
        <w:t>اب دیکھیے کوئی اس میں اس کا ریزن سے کوئی تعلق نہیں۔</w:t>
      </w:r>
    </w:p>
    <w:p>
      <w:r>
        <w:rPr>
          <w:b/>
        </w:rPr>
        <w:t xml:space="preserve">[29:16] </w:t>
      </w:r>
      <w:r>
        <w:t>pehli baat yeh hai keh unhein sochna chahiye keh amanat ke literal meaning kya hai? koi bhi dictionary</w:t>
      </w:r>
    </w:p>
    <w:p>
      <w:pPr>
        <w:jc w:val="right"/>
      </w:pPr>
      <w:r>
        <w:t>پہلی بات یہ ہے کہ انہیں سوچنا چاہیے کہ امانت کے لیٹرل میننگ کیا ہے؟ کوئی بھی ڈکشنری</w:t>
      </w:r>
    </w:p>
    <w:p>
      <w:r>
        <w:rPr>
          <w:b/>
        </w:rPr>
        <w:t xml:space="preserve">[29:21] </w:t>
      </w:r>
      <w:r>
        <w:t>woh dekhte hain to maloom hota hai keh amanat ke maani khilafat nahin hai.</w:t>
      </w:r>
    </w:p>
    <w:p>
      <w:pPr>
        <w:jc w:val="right"/>
      </w:pPr>
      <w:r>
        <w:t>وہ دیکھتے ہیں تو معلوم ہوتا ہے کہ امانت کے معنی خلافت نہیں ہے۔</w:t>
      </w:r>
    </w:p>
    <w:p>
      <w:r>
        <w:rPr>
          <w:b/>
        </w:rPr>
        <w:t xml:space="preserve">[29:26] </w:t>
      </w:r>
      <w:r>
        <w:t>amanat ke maani hain trust.</w:t>
      </w:r>
    </w:p>
    <w:p>
      <w:pPr>
        <w:jc w:val="right"/>
      </w:pPr>
      <w:r>
        <w:t>امانت کے معنی ہیں ٹرسٹ۔</w:t>
      </w:r>
    </w:p>
    <w:p>
      <w:r>
        <w:rPr>
          <w:b/>
        </w:rPr>
        <w:t xml:space="preserve">[29:32] </w:t>
      </w:r>
      <w:r>
        <w:t>achha doosri baat yeh hai keh reason lagate hue mein ne kaha un se telephone par keh</w:t>
      </w:r>
    </w:p>
    <w:p>
      <w:pPr>
        <w:jc w:val="right"/>
      </w:pPr>
      <w:r>
        <w:t>اچھا دوسری بات یہ ہے کہ ریزن لگاتے ہوئے میں نے کہا ان سے ٹیلی فون پر کہ</w:t>
      </w:r>
    </w:p>
    <w:p>
      <w:r>
        <w:rPr>
          <w:b/>
        </w:rPr>
        <w:t xml:space="preserve">[29:39] </w:t>
      </w:r>
      <w:r>
        <w:t>Khuda ne is mein teen ka zikr hai pahad aasman aur zameen.</w:t>
      </w:r>
    </w:p>
    <w:p>
      <w:pPr>
        <w:jc w:val="right"/>
      </w:pPr>
      <w:r>
        <w:t>خدا نے اس میں تین کا ذکر ہے پہاڑ آسمان اور زمین۔</w:t>
      </w:r>
    </w:p>
    <w:p>
      <w:r>
        <w:rPr>
          <w:b/>
        </w:rPr>
        <w:t xml:space="preserve">[29:45] </w:t>
      </w:r>
      <w:r>
        <w:t>to aap sochiye zameen se kaha gaya hai keh zameen par Khuda ki hukoomat qaim karo.</w:t>
      </w:r>
    </w:p>
    <w:p>
      <w:pPr>
        <w:jc w:val="right"/>
      </w:pPr>
      <w:r>
        <w:t>تو آپ سوچیے زمین سے کہا گیا ہے کہ زمین پر خدا کی حکومت قائم کرو۔</w:t>
      </w:r>
    </w:p>
    <w:p>
      <w:r>
        <w:rPr>
          <w:b/>
        </w:rPr>
        <w:t xml:space="preserve">[29:51] </w:t>
      </w:r>
      <w:r>
        <w:t>aasman se kaha gaya hai keh tum aasman mein</w:t>
      </w:r>
    </w:p>
    <w:p>
      <w:pPr>
        <w:jc w:val="right"/>
      </w:pPr>
      <w:r>
        <w:t>آسمان سے کہا گیا ہے کہ تم آسمان میں</w:t>
      </w:r>
    </w:p>
    <w:p>
      <w:r>
        <w:rPr>
          <w:b/>
        </w:rPr>
        <w:t xml:space="preserve">[29:57] </w:t>
      </w:r>
      <w:r>
        <w:t>zameen par aa kar ke yahan divine rule banao.</w:t>
      </w:r>
    </w:p>
    <w:p>
      <w:pPr>
        <w:jc w:val="right"/>
      </w:pPr>
      <w:r>
        <w:t>زمین پر آ کر کے یہاں ڈیوائن رول بناؤ۔</w:t>
      </w:r>
    </w:p>
    <w:p>
      <w:r>
        <w:rPr>
          <w:b/>
        </w:rPr>
        <w:t xml:space="preserve">[30:03] </w:t>
      </w:r>
      <w:r>
        <w:t>aur pahadon se mountain se kaha gaya hai keh tum zameen par Khuda ka rule qaim karo.</w:t>
      </w:r>
    </w:p>
    <w:p>
      <w:pPr>
        <w:jc w:val="right"/>
      </w:pPr>
      <w:r>
        <w:t>اور پہاڑوں سے ماؤنٹین سے کہا گیا ہے کہ تم زمین پر خدا کا رول قائم کرو۔</w:t>
      </w:r>
    </w:p>
    <w:p>
      <w:r>
        <w:rPr>
          <w:b/>
        </w:rPr>
        <w:t xml:space="preserve">[30:08] </w:t>
      </w:r>
      <w:r>
        <w:t>kehte hain afsurda baat hai yeh.</w:t>
      </w:r>
    </w:p>
    <w:p>
      <w:pPr>
        <w:jc w:val="right"/>
      </w:pPr>
      <w:r>
        <w:t>کہتے ہیں افسرد بات ہے یہ۔</w:t>
      </w:r>
    </w:p>
    <w:p>
      <w:r>
        <w:rPr>
          <w:b/>
        </w:rPr>
        <w:t xml:space="preserve">[30:13] </w:t>
      </w:r>
      <w:r>
        <w:t>yani yeh jo yeh jo hamari zameen hai yeh planet hai to pahar is par divine rule qaim</w:t>
      </w:r>
    </w:p>
    <w:p>
      <w:pPr>
        <w:jc w:val="right"/>
      </w:pPr>
      <w:r>
        <w:t>یعنی یہ جو یہ جو ہماری زمین ہے یہ پلینٹ ہے تو پہاڑ اس پر ڈیوائن رول قائم</w:t>
      </w:r>
    </w:p>
    <w:p>
      <w:r>
        <w:rPr>
          <w:b/>
        </w:rPr>
        <w:t xml:space="preserve">[30:18] </w:t>
      </w:r>
      <w:r>
        <w:t>karenge? kya matlab hai is ka? kya sense hai is baat ka? ke aasman aur pahar jo</w:t>
      </w:r>
    </w:p>
    <w:p>
      <w:pPr>
        <w:jc w:val="right"/>
      </w:pPr>
      <w:r>
        <w:t>کریں گے؟ کیا مطلب ہے اس کا؟ کیا سینس ہے اس بات کا؟ کہ آسمان اور پہاڑ جو</w:t>
      </w:r>
    </w:p>
    <w:p>
      <w:r>
        <w:rPr>
          <w:b/>
        </w:rPr>
        <w:t xml:space="preserve">[30:23] </w:t>
      </w:r>
      <w:r>
        <w:t>hain woh zameen par divine rule banayenge khilafat qaim karenge.</w:t>
      </w:r>
    </w:p>
    <w:p>
      <w:pPr>
        <w:jc w:val="right"/>
      </w:pPr>
      <w:r>
        <w:t>ہیں وہ زمین پر ڈیوائن رول بنائیں گے خلافت قائم کریں گے۔</w:t>
      </w:r>
    </w:p>
    <w:p>
      <w:r>
        <w:rPr>
          <w:b/>
        </w:rPr>
        <w:t xml:space="preserve">[30:28] </w:t>
      </w:r>
      <w:r>
        <w:t>koi sense hai is baat ka? bas unhon ne parh liya kaha yeh bara acha laga in ko</w:t>
      </w:r>
    </w:p>
    <w:p>
      <w:pPr>
        <w:jc w:val="right"/>
      </w:pPr>
      <w:r>
        <w:t>کوئی سینس ہے اس بات کا؟ بس انہوں نے پڑھ لیا کہا یہ بڑا اچھا لگا ان کو</w:t>
      </w:r>
    </w:p>
    <w:p>
      <w:r>
        <w:rPr>
          <w:b/>
        </w:rPr>
        <w:t xml:space="preserve">[30:33] </w:t>
      </w:r>
      <w:r>
        <w:t>aik bohat hi unique idea laga unique idea.</w:t>
      </w:r>
    </w:p>
    <w:p>
      <w:pPr>
        <w:jc w:val="right"/>
      </w:pPr>
      <w:r>
        <w:t>ایک بہت ہی یونیک آئیڈیا لگا یونیک آئیڈیا۔</w:t>
      </w:r>
    </w:p>
    <w:p>
      <w:r>
        <w:rPr>
          <w:b/>
        </w:rPr>
        <w:t xml:space="preserve">[30:38] </w:t>
      </w:r>
      <w:r>
        <w:t>yani na is ka taluq yani dictionary se hai na is ka taluq context se hai na is</w:t>
      </w:r>
    </w:p>
    <w:p>
      <w:pPr>
        <w:jc w:val="right"/>
      </w:pPr>
      <w:r>
        <w:t>یعنی نہ اس کا تعلق یعنی ڈکشنری سے ہے نہ اس کا تعلق کنٹیکسٹ سے ہے نہ اس</w:t>
      </w:r>
    </w:p>
    <w:p>
      <w:r>
        <w:rPr>
          <w:b/>
        </w:rPr>
        <w:t xml:space="preserve">[30:43] </w:t>
      </w:r>
      <w:r>
        <w:t>ka taluq reason se hai common sense se hai.</w:t>
      </w:r>
    </w:p>
    <w:p>
      <w:pPr>
        <w:jc w:val="right"/>
      </w:pPr>
      <w:r>
        <w:t>کا تعلق ریزن سے ہے کامن سینس سے ہے۔</w:t>
      </w:r>
    </w:p>
    <w:p>
      <w:r>
        <w:rPr>
          <w:b/>
        </w:rPr>
        <w:t xml:space="preserve">[30:48] </w:t>
      </w:r>
      <w:r>
        <w:t>koi kaisi ajeeb baat hai ke pahar se kaha jaye ke tum zameen mein divine rule qaim karo.</w:t>
      </w:r>
    </w:p>
    <w:p>
      <w:pPr>
        <w:jc w:val="right"/>
      </w:pPr>
      <w:r>
        <w:t>کوئی کیسی عجیب بات ہے کہ پہاڑ سے کہا جائے کہ تم زمین میں ڈیوائن رول قائم کرو۔</w:t>
      </w:r>
    </w:p>
    <w:p>
      <w:r>
        <w:rPr>
          <w:b/>
        </w:rPr>
        <w:t xml:space="preserve">[30:53] </w:t>
      </w:r>
      <w:r>
        <w:t>kya matlab hai is ka?</w:t>
      </w:r>
    </w:p>
    <w:p>
      <w:pPr>
        <w:jc w:val="right"/>
      </w:pPr>
      <w:r>
        <w:t>کیا مطلب ہے اس کا؟</w:t>
      </w:r>
    </w:p>
    <w:p>
      <w:r>
        <w:rPr>
          <w:b/>
        </w:rPr>
        <w:t xml:space="preserve">[30:58] </w:t>
      </w:r>
      <w:r>
        <w:t>aasmanon se kaha jaye ke tum zameen mein divine rule qaim karo kingdom of god qaim karo.</w:t>
      </w:r>
    </w:p>
    <w:p>
      <w:pPr>
        <w:jc w:val="right"/>
      </w:pPr>
      <w:r>
        <w:t>آسمانوں سے کہا جائے کہ تم زمین میں ڈیوائن رول قائم کرو کنگڈم آف گاڈ قائم کرو۔</w:t>
      </w:r>
    </w:p>
    <w:p>
      <w:r>
        <w:rPr>
          <w:b/>
        </w:rPr>
        <w:t xml:space="preserve">[31:04] </w:t>
      </w:r>
      <w:r>
        <w:t>koi sense nahi hai is baat ka.</w:t>
      </w:r>
    </w:p>
    <w:p>
      <w:pPr>
        <w:jc w:val="right"/>
      </w:pPr>
      <w:r>
        <w:t>کوئی سینس نہیں ہے اس بات کا۔</w:t>
      </w:r>
    </w:p>
    <w:p>
      <w:r>
        <w:rPr>
          <w:b/>
        </w:rPr>
        <w:t xml:space="preserve">[31:09] </w:t>
      </w:r>
      <w:r>
        <w:t>lekin unhon ne kahin parha bara acha laga bohat hi unique laga idea in ko ke wah wah</w:t>
      </w:r>
    </w:p>
    <w:p>
      <w:pPr>
        <w:jc w:val="right"/>
      </w:pPr>
      <w:r>
        <w:t>لیکن انہوں نے کہیں پڑھا بڑا اچھا لگا بہت ہی یونیک لگا آئیڈیا ان کو کہ واہ واہ</w:t>
      </w:r>
    </w:p>
    <w:p>
      <w:r>
        <w:rPr>
          <w:b/>
        </w:rPr>
        <w:t xml:space="preserve">[31:14] </w:t>
      </w:r>
      <w:r>
        <w:t>kya umda baat hai ke khilafat di gayi insan ko.</w:t>
      </w:r>
    </w:p>
    <w:p>
      <w:pPr>
        <w:jc w:val="right"/>
      </w:pPr>
      <w:r>
        <w:t>کیا عمدہ بات ہے کہ خلافت دی گئی انسان کو۔</w:t>
      </w:r>
    </w:p>
    <w:p>
      <w:r>
        <w:rPr>
          <w:b/>
        </w:rPr>
        <w:t xml:space="preserve">[31:19] </w:t>
      </w:r>
      <w:r>
        <w:t>to insan ko di gayi to yeh nahi socha unhon ne ke paharon ke samne to pesh ki</w:t>
      </w:r>
    </w:p>
    <w:p>
      <w:pPr>
        <w:jc w:val="right"/>
      </w:pPr>
      <w:r>
        <w:t>تو انسان کو دی گئی تو یہ نہیں سوچا انہوں نے کہ پہاڑوں کے سامنے تو پیش کی</w:t>
      </w:r>
    </w:p>
    <w:p>
      <w:r>
        <w:rPr>
          <w:b/>
        </w:rPr>
        <w:t xml:space="preserve">[31:24] </w:t>
      </w:r>
      <w:r>
        <w:t>gayi thi to pahar ko na aqal hai na soojh hai</w:t>
      </w:r>
    </w:p>
    <w:p>
      <w:pPr>
        <w:jc w:val="right"/>
      </w:pPr>
      <w:r>
        <w:t>گئی تھی تو پہاڑ کو نہ عقل ہے نہ سوجھ ہے</w:t>
      </w:r>
    </w:p>
    <w:p>
      <w:r>
        <w:rPr>
          <w:b/>
        </w:rPr>
        <w:t xml:space="preserve">[31:29] </w:t>
      </w:r>
      <w:r>
        <w:t>na na na un ko dekhte na sunte na samajhte to role kaise qaim karenge woh? maine kaha ke dekhiye is aayat ka koi ta'alluq khilafat se nahi hai divine role se nahi hai kingdom of God se nahi hai. is aayat mein jo baat kahi gayi hai woh</w:t>
      </w:r>
    </w:p>
    <w:p>
      <w:pPr>
        <w:jc w:val="right"/>
      </w:pPr>
      <w:r>
        <w:t>نہ نہ نہ ان کو دیکھتے نہ سنتے نہ سمجھتے تو رول کیسے قائم کریں گے وہ؟ میں نے کہا کہ دیکھیے اس آیت کا کوئی تعلق خلافت سے نہیں ہے ڈیوائن رول سے نہیں ہے کنگڈم آف گاڈ سے نہیں ہے۔ اس آیت میں جو بات کہی گئی ہے وہ</w:t>
      </w:r>
    </w:p>
    <w:p>
      <w:r>
        <w:rPr>
          <w:b/>
        </w:rPr>
        <w:t xml:space="preserve">[31:59] </w:t>
      </w:r>
      <w:r>
        <w:t>yeh hai ke is aayat mein jo baat kahi gayi hai is ka matlab hai yaani dekhiye is duniya mein jo bhi cheezein hain chahe zameen o aasman ho suraj chand ho ya insaan ho sab ko Khuda ke aage surrender kar ke rehna hai yaani Khuda ke hukum ko follow karna hai. to do tareeqe hain</w:t>
      </w:r>
    </w:p>
    <w:p>
      <w:pPr>
        <w:jc w:val="right"/>
      </w:pPr>
      <w:r>
        <w:t>یہ ہے کہ اس آیت میں جو بات کہی گئی ہے اس کا مطلب ہے یعنی دیکھیے اس دنیا میں جو بھی چیزیں ہیں چاہے زمین و آسمان ہو سورج چاند ہو یا انسان ہو سب کو خدا کے آگے سرینڈر کر کے رہنا ہے یعنی خدا کے حکم کو فالو کرنا ہے۔ تو دو طریقے ہیں</w:t>
      </w:r>
    </w:p>
    <w:p>
      <w:r>
        <w:rPr>
          <w:b/>
        </w:rPr>
        <w:t xml:space="preserve">[32:29] </w:t>
      </w:r>
      <w:r>
        <w:t>surrender ke.</w:t>
      </w:r>
    </w:p>
    <w:p>
      <w:pPr>
        <w:jc w:val="right"/>
      </w:pPr>
      <w:r>
        <w:t>سرینڈر کے۔</w:t>
      </w:r>
    </w:p>
    <w:p>
      <w:r>
        <w:rPr>
          <w:b/>
        </w:rPr>
        <w:t xml:space="preserve">[32:34] </w:t>
      </w:r>
      <w:r>
        <w:t>aik hai compulsory surrender.</w:t>
      </w:r>
    </w:p>
    <w:p>
      <w:pPr>
        <w:jc w:val="right"/>
      </w:pPr>
      <w:r>
        <w:t>ایک ہے کمپلسو سرینڈر۔</w:t>
      </w:r>
    </w:p>
    <w:p>
      <w:r>
        <w:rPr>
          <w:b/>
        </w:rPr>
        <w:t xml:space="preserve">[32:39] </w:t>
      </w:r>
      <w:r>
        <w:t>aik hai optional surrender.</w:t>
      </w:r>
    </w:p>
    <w:p>
      <w:pPr>
        <w:jc w:val="right"/>
      </w:pPr>
      <w:r>
        <w:t>ایک ہے آپشنل سرینڈر۔</w:t>
      </w:r>
    </w:p>
    <w:p>
      <w:r>
        <w:rPr>
          <w:b/>
        </w:rPr>
        <w:t xml:space="preserve">[32:44] </w:t>
      </w:r>
      <w:r>
        <w:t>compulsory surrender and optional surrender.</w:t>
      </w:r>
    </w:p>
    <w:p>
      <w:pPr>
        <w:jc w:val="right"/>
      </w:pPr>
      <w:r>
        <w:t>کمپلسو سرینڈر اینڈ آپشنل سرینڈر۔</w:t>
      </w:r>
    </w:p>
    <w:p>
      <w:r>
        <w:rPr>
          <w:b/>
        </w:rPr>
        <w:t xml:space="preserve">[32:49] </w:t>
      </w:r>
      <w:r>
        <w:t>yani majburana itaat ya ikhtiyarana itaat.</w:t>
      </w:r>
    </w:p>
    <w:p>
      <w:pPr>
        <w:jc w:val="right"/>
      </w:pPr>
      <w:r>
        <w:t>یعنی مجبرانہ اطاعت یا اختارانہ اطاعت۔</w:t>
      </w:r>
    </w:p>
    <w:p>
      <w:r>
        <w:rPr>
          <w:b/>
        </w:rPr>
        <w:t xml:space="preserve">[32:54] </w:t>
      </w:r>
      <w:r>
        <w:t>to dekhiye ke jo aur cheezen hain jo material world hai woh compulsory surrender ki</w:t>
      </w:r>
    </w:p>
    <w:p>
      <w:pPr>
        <w:jc w:val="right"/>
      </w:pPr>
      <w:r>
        <w:t>تو دیکھیے کہ جو اور چیزیں ہیں جو مٹیریل ورلڈ ہے وہ کمپلسولی سرینڈر کی</w:t>
      </w:r>
    </w:p>
    <w:p>
      <w:r>
        <w:rPr>
          <w:b/>
        </w:rPr>
        <w:t xml:space="preserve">[32:59] </w:t>
      </w:r>
      <w:r>
        <w:t>hui hai. yaani jo law of nature hai law of nature ko poori tarah follow karti hai. jaise zameen revolve kar rahi hai. chand bhi revolve kar raha hai. saare sitare revolve kar rahe hain. to Khuda ne un ke liye jo course muqarrar kar diya course law of nature ke tehat usi par woh chal rahe hain. z</w:t>
      </w:r>
    </w:p>
    <w:p>
      <w:pPr>
        <w:jc w:val="right"/>
      </w:pPr>
      <w:r>
        <w:t>ہوئی ہے۔ یعنی جو لاء آف نیچر ہے لاء آف نیچر کو پوری طرح فالو کرتی ہے۔ جیسے زمین ریوالو کر رہی ہے۔ چاند بھی ریوالو کر رہا ہے۔ سارے ستارے ریوالو کر رہے ہیں۔ تو خدا نے ان کے لیے جو کورس مقرر کر دیا کورس لاء آف نیچر کے تحت اسی پر وہ چل رہے ہیں۔ ذ</w:t>
      </w:r>
    </w:p>
    <w:p>
      <w:r>
        <w:rPr>
          <w:b/>
        </w:rPr>
        <w:t xml:space="preserve">[33:29] </w:t>
      </w:r>
      <w:r>
        <w:t>ra sa idhar hote hain na zara sa idhar hote hain.</w:t>
      </w:r>
    </w:p>
    <w:p>
      <w:pPr>
        <w:jc w:val="right"/>
      </w:pPr>
      <w:r>
        <w:t>را سا ادھر ہوتے ہیں نہ ذرا سا ادھر ہوتے ہیں۔</w:t>
      </w:r>
    </w:p>
    <w:p>
      <w:r>
        <w:rPr>
          <w:b/>
        </w:rPr>
        <w:t xml:space="preserve">[33:34] </w:t>
      </w:r>
      <w:r>
        <w:t>that is compulsory surrender.</w:t>
      </w:r>
    </w:p>
    <w:p>
      <w:pPr>
        <w:jc w:val="right"/>
      </w:pPr>
      <w:r>
        <w:t>دیٹ از کمپلسو سرینڈر۔</w:t>
      </w:r>
    </w:p>
    <w:p>
      <w:r>
        <w:rPr>
          <w:b/>
        </w:rPr>
        <w:t xml:space="preserve">[33:39] </w:t>
      </w:r>
      <w:r>
        <w:t>acha insan se bhi yahi requirement hai khuda ki ke tum bhi surrender karke duniya mein raho.</w:t>
      </w:r>
    </w:p>
    <w:p>
      <w:pPr>
        <w:jc w:val="right"/>
      </w:pPr>
      <w:r>
        <w:t>اچھا انسان سے بھی یہی ریکوائرمنٹ ہے خدا کی کہ تم بھی سرینڈر کر کے دنیا میں رہو۔</w:t>
      </w:r>
    </w:p>
    <w:p>
      <w:r>
        <w:rPr>
          <w:b/>
        </w:rPr>
        <w:t xml:space="preserve">[33:44] </w:t>
      </w:r>
      <w:r>
        <w:t>jo khuda ka hukum hai us ko follow karo.</w:t>
      </w:r>
    </w:p>
    <w:p>
      <w:pPr>
        <w:jc w:val="right"/>
      </w:pPr>
      <w:r>
        <w:t>جو خدا کا حکم ہے اس کو فالو کرو۔</w:t>
      </w:r>
    </w:p>
    <w:p>
      <w:r>
        <w:rPr>
          <w:b/>
        </w:rPr>
        <w:t xml:space="preserve">[33:50] </w:t>
      </w:r>
      <w:r>
        <w:t>jo khuda ke do's and don'ts hain us par chalo.</w:t>
      </w:r>
    </w:p>
    <w:p>
      <w:pPr>
        <w:jc w:val="right"/>
      </w:pPr>
      <w:r>
        <w:t>جو خدا کے ڈوز اینڈ ڈونٹس ہیں اس پر چلو۔</w:t>
      </w:r>
    </w:p>
    <w:p>
      <w:r>
        <w:rPr>
          <w:b/>
        </w:rPr>
        <w:t xml:space="preserve">[33:55] </w:t>
      </w:r>
      <w:r>
        <w:t>khuda ne jo haram o halaal ya lawful ya unlawful kiya hai us ko poori tarah se maano.</w:t>
      </w:r>
    </w:p>
    <w:p>
      <w:pPr>
        <w:jc w:val="right"/>
      </w:pPr>
      <w:r>
        <w:t>خدا نے جو حرام و حلال یا لافل یا ان لافل کیا ہے اس کو پوری طرح سے مانو۔</w:t>
      </w:r>
    </w:p>
    <w:p>
      <w:r>
        <w:rPr>
          <w:b/>
        </w:rPr>
        <w:t xml:space="preserve">[34:00] </w:t>
      </w:r>
      <w:r>
        <w:t>lekin yeh maanna tumhara jo hai apne ikhtiyar se hoga.</w:t>
      </w:r>
    </w:p>
    <w:p>
      <w:pPr>
        <w:jc w:val="right"/>
      </w:pPr>
      <w:r>
        <w:t>لیکن یہ ماننا تمہارا جو ہے اپنے اختیار سے ہوگا۔</w:t>
      </w:r>
    </w:p>
    <w:p>
      <w:r>
        <w:rPr>
          <w:b/>
        </w:rPr>
        <w:t xml:space="preserve">[34:06] </w:t>
      </w:r>
      <w:r>
        <w:t>yaani optional surrender matloob hai insaan se. optional surrender. ikhtiyaraana itaat.</w:t>
      </w:r>
    </w:p>
    <w:p>
      <w:pPr>
        <w:jc w:val="right"/>
      </w:pPr>
      <w:r>
        <w:t>یعنی آپشنل سرینڈر مطلوب ہے انسان سے۔ آپشنل سرینڈر۔ اختارانہ اطاعت۔</w:t>
      </w:r>
    </w:p>
    <w:p>
      <w:r>
        <w:rPr>
          <w:b/>
        </w:rPr>
        <w:t xml:space="preserve">[34:12] </w:t>
      </w:r>
      <w:r>
        <w:t>to is aayat mein yeh baat kahi gayi hai tamseel ki zabaan mein ke ikhtiyaraana itaat jo hai</w:t>
      </w:r>
    </w:p>
    <w:p>
      <w:pPr>
        <w:jc w:val="right"/>
      </w:pPr>
      <w:r>
        <w:t>تو اس آیت میں یہ بات کہی گئی ہے تمثیل کی زبان میں کہ اختارانہ اطاعت جو ہے</w:t>
      </w:r>
    </w:p>
    <w:p>
      <w:r>
        <w:rPr>
          <w:b/>
        </w:rPr>
        <w:t xml:space="preserve">[34:18] </w:t>
      </w:r>
      <w:r>
        <w:t>kitna mushkil kaam hai.</w:t>
      </w:r>
    </w:p>
    <w:p>
      <w:pPr>
        <w:jc w:val="right"/>
      </w:pPr>
      <w:r>
        <w:t>کتنا مشکل کام ہے۔</w:t>
      </w:r>
    </w:p>
    <w:p>
      <w:r>
        <w:rPr>
          <w:b/>
        </w:rPr>
        <w:t xml:space="preserve">[34:25] </w:t>
      </w:r>
      <w:r>
        <w:t>کیوں؟ Compulsive surrender میں تو کوئی punishment نہیں۔</w:t>
      </w:r>
    </w:p>
    <w:p>
      <w:pPr>
        <w:jc w:val="right"/>
      </w:pPr>
      <w:r>
        <w:t>کیوں؟ کمپلسو سرینڈر میں تو کوئی پنشمنٹ نہیں۔</w:t>
      </w:r>
    </w:p>
    <w:p>
      <w:r>
        <w:rPr>
          <w:b/>
        </w:rPr>
        <w:t xml:space="preserve">[34:31] </w:t>
      </w:r>
      <w:r>
        <w:t>kuch bhi nahin.</w:t>
      </w:r>
    </w:p>
    <w:p>
      <w:pPr>
        <w:jc w:val="right"/>
      </w:pPr>
      <w:r>
        <w:t>کچھ بھی نہیں۔</w:t>
      </w:r>
    </w:p>
    <w:p>
      <w:r>
        <w:rPr>
          <w:b/>
        </w:rPr>
        <w:t xml:space="preserve">[34:36] </w:t>
      </w:r>
      <w:r>
        <w:t>kyunke jo khuda ka rule hai usi pe chal rahe hain already woh.</w:t>
      </w:r>
    </w:p>
    <w:p>
      <w:pPr>
        <w:jc w:val="right"/>
      </w:pPr>
      <w:r>
        <w:t>کیونکہ جو خدا کا رول ہے اسی پہ چل رہے ہیں الریڈی وہ۔</w:t>
      </w:r>
    </w:p>
    <w:p>
      <w:r>
        <w:rPr>
          <w:b/>
        </w:rPr>
        <w:t xml:space="preserve">[34:41] </w:t>
      </w:r>
      <w:r>
        <w:t>to isey punishment ka to koi baat nahin aati.</w:t>
      </w:r>
    </w:p>
    <w:p>
      <w:pPr>
        <w:jc w:val="right"/>
      </w:pPr>
      <w:r>
        <w:t>تو اسے پنشمنٹ کا تو کوئی بات نہیں آتی۔</w:t>
      </w:r>
    </w:p>
    <w:p>
      <w:r>
        <w:rPr>
          <w:b/>
        </w:rPr>
        <w:t xml:space="preserve">[34:46] </w:t>
      </w:r>
      <w:r>
        <w:t>لیکن optional surrender mein foran aata hai punishment.</w:t>
      </w:r>
    </w:p>
    <w:p>
      <w:pPr>
        <w:jc w:val="right"/>
      </w:pPr>
      <w:r>
        <w:t>لیکن آپشنل سرینڈر میں فوراً آتا ہے پنشمنٹ۔</w:t>
      </w:r>
    </w:p>
    <w:p>
      <w:r>
        <w:rPr>
          <w:b/>
        </w:rPr>
        <w:t xml:space="preserve">[34:51] </w:t>
      </w:r>
      <w:r>
        <w:t>کہ اگر آپ نے ٹھیک ٹھیک follow کیا تب تو آپ کے لیے reward ہے۔</w:t>
      </w:r>
    </w:p>
    <w:p>
      <w:pPr>
        <w:jc w:val="right"/>
      </w:pPr>
      <w:r>
        <w:t>کہ اگر آپ نے ٹھیک ٹھیک فالو کیا تب تو آپ کے لیے ریوارڈ ہے۔</w:t>
      </w:r>
    </w:p>
    <w:p>
      <w:r>
        <w:rPr>
          <w:b/>
        </w:rPr>
        <w:t xml:space="preserve">[34:56] </w:t>
      </w:r>
      <w:r>
        <w:t>اور اگر آپ نے ٹھیک ٹھیک فالو نہیں کیا تو کیا ہے آپ کے لیے؟ punishment ہے آپ کے لیے۔</w:t>
      </w:r>
    </w:p>
    <w:p>
      <w:pPr>
        <w:jc w:val="right"/>
      </w:pPr>
      <w:r>
        <w:t>اور اگر آپ نے ٹھیک ٹھیک فالو نہیں کیا تو کیا ہے آپ کے لیے؟ پنشمنٹ ہے آپ کے لیے۔</w:t>
      </w:r>
    </w:p>
    <w:p>
      <w:r>
        <w:rPr>
          <w:b/>
        </w:rPr>
        <w:t xml:space="preserve">[35:01] </w:t>
      </w:r>
      <w:r>
        <w:t>to chunke is mein reward aur punishment dono ka maamla aa jata hai is wajah se yeh yeh soorat pesh aai. to is aayat mein darasal yahi baat batai gai hai ke ek hota hai compulsory surrender aur doosra hai optional surrender. to insaan ko is ki responsibility yaad dilai gai hai. ke tum ko bohat bara reward</w:t>
      </w:r>
    </w:p>
    <w:p>
      <w:pPr>
        <w:jc w:val="right"/>
      </w:pPr>
      <w:r>
        <w:t>تو چونکہ اس میں ریوارڈ اور پنشمنٹ دونوں کا معاملہ آ جاتا ہے اس وجہ سے یہ یہ صورت پیش آئی۔ تو اس آیت میں دراصل یہی بات بتائی گئی ہے کہ ایک ہوتا ہے کمپلسری سرینڈر اور دوسرا ہے آپشنل سرینڈر۔ تو انسان کو اس کی رسپانسبیلٹی یاد دلائی گئی ہے۔ کہ تم کو بہت بڑا ریوار</w:t>
      </w:r>
    </w:p>
    <w:p>
      <w:r>
        <w:rPr>
          <w:b/>
        </w:rPr>
        <w:t xml:space="preserve">[35:31] </w:t>
      </w:r>
      <w:r>
        <w:t>ڈ تمہارے لیے خدا نے رکھ دیا ہے Paradise کی شکل میں۔</w:t>
      </w:r>
    </w:p>
    <w:p>
      <w:pPr>
        <w:jc w:val="right"/>
      </w:pPr>
      <w:r>
        <w:t>ڈ تمہارے لیے خدا نے رکھ دیا ہے پیراڈائز کی شکل میں۔</w:t>
      </w:r>
    </w:p>
    <w:p>
      <w:r>
        <w:rPr>
          <w:b/>
        </w:rPr>
        <w:t xml:space="preserve">[35:35] </w:t>
      </w:r>
      <w:r>
        <w:t>kyunke aap jaante hain ke pahadon ke liye paradise nahin hai.</w:t>
      </w:r>
    </w:p>
    <w:p>
      <w:pPr>
        <w:jc w:val="right"/>
      </w:pPr>
      <w:r>
        <w:t>کیونکہ آپ جانتے ہیں کہ پہاڑوں کے لیے پیراڈائز نہیں ہے۔</w:t>
      </w:r>
    </w:p>
    <w:p>
      <w:r>
        <w:rPr>
          <w:b/>
        </w:rPr>
        <w:t xml:space="preserve">[35:40] </w:t>
      </w:r>
      <w:r>
        <w:t>ocean ke liye koi paradise nahin hai.</w:t>
      </w:r>
    </w:p>
    <w:p>
      <w:pPr>
        <w:jc w:val="right"/>
      </w:pPr>
      <w:r>
        <w:t>اوشن کے لیے کوئی پیراڈائز نہیں ہے۔</w:t>
      </w:r>
    </w:p>
    <w:p>
      <w:r>
        <w:rPr>
          <w:b/>
        </w:rPr>
        <w:t xml:space="preserve">[35:44] </w:t>
      </w:r>
      <w:r>
        <w:t>galaxy ke liye koi paradise nahin hai.</w:t>
      </w:r>
    </w:p>
    <w:p>
      <w:pPr>
        <w:jc w:val="right"/>
      </w:pPr>
      <w:r>
        <w:t>گلیکسی کے لیے کوئی پیراڈائز نہیں ہے۔</w:t>
      </w:r>
    </w:p>
    <w:p>
      <w:r>
        <w:rPr>
          <w:b/>
        </w:rPr>
        <w:t xml:space="preserve">[35:48] </w:t>
      </w:r>
      <w:r>
        <w:t>chaand ke liye koi paradise nahin hai.</w:t>
      </w:r>
    </w:p>
    <w:p>
      <w:pPr>
        <w:jc w:val="right"/>
      </w:pPr>
      <w:r>
        <w:t>چاند کے لیے کوئی پیراڈائز نہیں ہے۔</w:t>
      </w:r>
    </w:p>
    <w:p>
      <w:r>
        <w:rPr>
          <w:b/>
        </w:rPr>
        <w:t xml:space="preserve">[35:52] </w:t>
      </w:r>
      <w:r>
        <w:t>paradise jo bahut badi blessing hai bahut hi badi blessing khuda ki woh to sirf insaan ke liye hai.</w:t>
      </w:r>
    </w:p>
    <w:p>
      <w:pPr>
        <w:jc w:val="right"/>
      </w:pPr>
      <w:r>
        <w:t>پیراڈائز جو بہت بڑی بلیسنگ ہے بہت ہی بڑی بلیسنگ خدا کی وہ تو صرف انسان کے لیے ہے۔</w:t>
      </w:r>
    </w:p>
    <w:p>
      <w:r>
        <w:rPr>
          <w:b/>
        </w:rPr>
        <w:t xml:space="preserve">[35:57] </w:t>
      </w:r>
      <w:r>
        <w:t>kyunke aap dekhiye is tarah so</w:t>
      </w:r>
    </w:p>
    <w:p>
      <w:pPr>
        <w:jc w:val="right"/>
      </w:pPr>
      <w:r>
        <w:t>کیونکہ آپ دیکھیے اس طرح سو</w:t>
      </w:r>
    </w:p>
    <w:p>
      <w:r>
        <w:rPr>
          <w:b/>
        </w:rPr>
        <w:t xml:space="preserve">[36:01] </w:t>
      </w:r>
      <w:r>
        <w:t>chiye aap. insaan ke andar ek bari anokhi cheez hai. woh hai enjoyment. enjoy karna. yani kisi pleasure se enjoy karna. isi liye dekhiye insaan muskurata hai ismail. ismail kisi</w:t>
      </w:r>
    </w:p>
    <w:p>
      <w:pPr>
        <w:jc w:val="right"/>
      </w:pPr>
      <w:r>
        <w:t>چیے آپ۔ انسان کے اندر ایک بڑی انوکھی چیز ہے۔ وہ ہے انجوائے منٹ۔ انجوائے کرنا۔ یعنی کسی پلیزر سے انجوائے کرنا۔ اسی لیے دیکھیے انسان مسکراتا ہے اسماعیل۔ اسماعیل کسی</w:t>
      </w:r>
    </w:p>
    <w:p>
      <w:r>
        <w:rPr>
          <w:b/>
        </w:rPr>
        <w:t xml:space="preserve">[36:31] </w:t>
      </w:r>
      <w:r>
        <w:t>bhi aur cheez mein nahin.</w:t>
      </w:r>
    </w:p>
    <w:p>
      <w:pPr>
        <w:jc w:val="right"/>
      </w:pPr>
      <w:r>
        <w:t>بھی اور چیز میں نہیں۔</w:t>
      </w:r>
    </w:p>
    <w:p>
      <w:r>
        <w:rPr>
          <w:b/>
        </w:rPr>
        <w:t xml:space="preserve">[36:35] </w:t>
      </w:r>
      <w:r>
        <w:t>koi pahad ismail nahin kar sakta.</w:t>
      </w:r>
    </w:p>
    <w:p>
      <w:pPr>
        <w:jc w:val="right"/>
      </w:pPr>
      <w:r>
        <w:t>کوئی پہاڑ اسماعیل نہیں کر سکتا۔</w:t>
      </w:r>
    </w:p>
    <w:p>
      <w:r>
        <w:rPr>
          <w:b/>
        </w:rPr>
        <w:t xml:space="preserve">[36:39] </w:t>
      </w:r>
      <w:r>
        <w:t>کوئی ocean is mail نہیں کر سکتا۔</w:t>
      </w:r>
    </w:p>
    <w:p>
      <w:pPr>
        <w:jc w:val="right"/>
      </w:pPr>
      <w:r>
        <w:t>کوئی اوشن اسماعیل نہیں کر سکتا۔</w:t>
      </w:r>
    </w:p>
    <w:p>
      <w:r>
        <w:rPr>
          <w:b/>
        </w:rPr>
        <w:t xml:space="preserve">[36:43] </w:t>
      </w:r>
      <w:r>
        <w:t>سورج اور چاند ismail nahin kar sakte.</w:t>
      </w:r>
    </w:p>
    <w:p>
      <w:pPr>
        <w:jc w:val="right"/>
      </w:pPr>
      <w:r>
        <w:t>سورج اور چاند اسماعیل نہیں کر سکتے۔</w:t>
      </w:r>
    </w:p>
    <w:p>
      <w:r>
        <w:rPr>
          <w:b/>
        </w:rPr>
        <w:t xml:space="preserve">[36:47] </w:t>
      </w:r>
      <w:r>
        <w:t>کوئی galaxy is not kar sakti.</w:t>
      </w:r>
    </w:p>
    <w:p>
      <w:pPr>
        <w:jc w:val="right"/>
      </w:pPr>
      <w:r>
        <w:t>کوئی گلیکسی اسماعیل نہیں کر سکتی۔</w:t>
      </w:r>
    </w:p>
    <w:p>
      <w:r>
        <w:rPr>
          <w:b/>
        </w:rPr>
        <w:t xml:space="preserve">[36:51] </w:t>
      </w:r>
      <w:r>
        <w:t>ismail is a sign of pleasure.</w:t>
      </w:r>
    </w:p>
    <w:p>
      <w:pPr>
        <w:jc w:val="right"/>
      </w:pPr>
      <w:r>
        <w:t>اسماعیل از ا سائن آف پلیزر۔</w:t>
      </w:r>
    </w:p>
    <w:p>
      <w:r>
        <w:rPr>
          <w:b/>
        </w:rPr>
        <w:t xml:space="preserve">[36:55] </w:t>
      </w:r>
      <w:r>
        <w:t>jab aap khush hote hain to aap muskurate hain hanste hain.</w:t>
      </w:r>
    </w:p>
    <w:p>
      <w:pPr>
        <w:jc w:val="right"/>
      </w:pPr>
      <w:r>
        <w:t>جب آپ خوش ہوتے ہیں تو آپ مسکراتے ہیں ہنستے ہیں۔</w:t>
      </w:r>
    </w:p>
    <w:p>
      <w:r>
        <w:rPr>
          <w:b/>
        </w:rPr>
        <w:t xml:space="preserve">[36:59] </w:t>
      </w:r>
      <w:r>
        <w:t>to kitni unique baat hai ke is poori universe mein sirf ek hi creature hai insaan.</w:t>
      </w:r>
    </w:p>
    <w:p>
      <w:pPr>
        <w:jc w:val="right"/>
      </w:pPr>
      <w:r>
        <w:t>تو کتنی یونیک بات ہے کہ اس پوری یونیورس میں صرف ایک ہی کریچر ہے انسان۔</w:t>
      </w:r>
    </w:p>
    <w:p>
      <w:r>
        <w:rPr>
          <w:b/>
        </w:rPr>
        <w:t xml:space="preserve">[37:03] </w:t>
      </w:r>
      <w:r>
        <w:t>jo jis ke andar sense of pleasure hai.</w:t>
      </w:r>
    </w:p>
    <w:p>
      <w:pPr>
        <w:jc w:val="right"/>
      </w:pPr>
      <w:r>
        <w:t>جو جس کے اندر سینس آف پلیزر ہے۔</w:t>
      </w:r>
    </w:p>
    <w:p>
      <w:r>
        <w:rPr>
          <w:b/>
        </w:rPr>
        <w:t xml:space="preserve">[37:07] </w:t>
      </w:r>
      <w:r>
        <w:t>sense of enjoyment hai.</w:t>
      </w:r>
    </w:p>
    <w:p>
      <w:pPr>
        <w:jc w:val="right"/>
      </w:pPr>
      <w:r>
        <w:t>سینس آف انجوائے منٹ ہے۔</w:t>
      </w:r>
    </w:p>
    <w:p>
      <w:r>
        <w:rPr>
          <w:b/>
        </w:rPr>
        <w:t xml:space="preserve">[37:11] </w:t>
      </w:r>
      <w:r>
        <w:t>tabhi to paradise chahiye is ko.</w:t>
      </w:r>
    </w:p>
    <w:p>
      <w:pPr>
        <w:jc w:val="right"/>
      </w:pPr>
      <w:r>
        <w:t>تبھی تو پیراڈائز چاہیے اس کو۔</w:t>
      </w:r>
    </w:p>
    <w:p>
      <w:r>
        <w:rPr>
          <w:b/>
        </w:rPr>
        <w:t xml:space="preserve">[37:16] </w:t>
      </w:r>
      <w:r>
        <w:t>aap paradise mein ek patthar ko daal dein to us ko kya hai woh to kuch pleasure nahin</w:t>
      </w:r>
    </w:p>
    <w:p>
      <w:pPr>
        <w:jc w:val="right"/>
      </w:pPr>
      <w:r>
        <w:t>آپ پیراڈائز میں ایک پتھر کو ڈال دیں تو اس کو کیا ہے وہ تو کچھ پلیزر نہیں</w:t>
      </w:r>
    </w:p>
    <w:p>
      <w:r>
        <w:rPr>
          <w:b/>
        </w:rPr>
        <w:t xml:space="preserve">[37:20] </w:t>
      </w:r>
      <w:r>
        <w:t>pa sakta is mein.</w:t>
      </w:r>
    </w:p>
    <w:p>
      <w:pPr>
        <w:jc w:val="right"/>
      </w:pPr>
      <w:r>
        <w:t>پا سکتا اس میں۔</w:t>
      </w:r>
    </w:p>
    <w:p>
      <w:r>
        <w:rPr>
          <w:b/>
        </w:rPr>
        <w:t xml:space="preserve">[37:24] </w:t>
      </w:r>
      <w:r>
        <w:t>yani paradise mein aap daal dein ek pathar ko to us ko kiya mile ga? kuch bhi nahi mile ga.</w:t>
      </w:r>
    </w:p>
    <w:p>
      <w:pPr>
        <w:jc w:val="right"/>
      </w:pPr>
      <w:r>
        <w:t>یعنی پیراڈائز میں آپ ڈال دیں ایک پتھر کو تو اس کو کیا ملے گا؟ کچھ بھی نہیں ملے گا۔</w:t>
      </w:r>
    </w:p>
    <w:p>
      <w:r>
        <w:rPr>
          <w:b/>
        </w:rPr>
        <w:t xml:space="preserve">[37:29] </w:t>
      </w:r>
      <w:r>
        <w:t>to paradise banai gai insan ke liye.</w:t>
      </w:r>
    </w:p>
    <w:p>
      <w:pPr>
        <w:jc w:val="right"/>
      </w:pPr>
      <w:r>
        <w:t>تو پیراڈائز بنائی گئی انسان کے لیے۔</w:t>
      </w:r>
    </w:p>
    <w:p>
      <w:r>
        <w:rPr>
          <w:b/>
        </w:rPr>
        <w:t xml:space="preserve">[37:33] </w:t>
      </w:r>
      <w:r>
        <w:t>kyun ke insani mein sense of pleasure hai.</w:t>
      </w:r>
    </w:p>
    <w:p>
      <w:pPr>
        <w:jc w:val="right"/>
      </w:pPr>
      <w:r>
        <w:t>کیونکہ انسانی میں سینس آف پلیزر ہے۔</w:t>
      </w:r>
    </w:p>
    <w:p>
      <w:r>
        <w:rPr>
          <w:b/>
        </w:rPr>
        <w:t xml:space="preserve">[37:37] </w:t>
      </w:r>
      <w:r>
        <w:t>insani mein yeh hai ke woh kisi cheez se khush hota hai.</w:t>
      </w:r>
    </w:p>
    <w:p>
      <w:pPr>
        <w:jc w:val="right"/>
      </w:pPr>
      <w:r>
        <w:t>انسانی میں یہ ہے کہ وہ کسی چیز سے خوش ہوتا ہے۔</w:t>
      </w:r>
    </w:p>
    <w:p>
      <w:r>
        <w:rPr>
          <w:b/>
        </w:rPr>
        <w:t xml:space="preserve">[37:41] </w:t>
      </w:r>
      <w:r>
        <w:t>kisi cheez ko lazzat milti hai.</w:t>
      </w:r>
    </w:p>
    <w:p>
      <w:pPr>
        <w:jc w:val="right"/>
      </w:pPr>
      <w:r>
        <w:t>کسی چیز کو لذت ملتی ہے۔</w:t>
      </w:r>
    </w:p>
    <w:p>
      <w:r>
        <w:rPr>
          <w:b/>
        </w:rPr>
        <w:t xml:space="preserve">[37:45] </w:t>
      </w:r>
      <w:r>
        <w:t>kisi cheez se woh enjoy karta hai.</w:t>
      </w:r>
    </w:p>
    <w:p>
      <w:pPr>
        <w:jc w:val="right"/>
      </w:pPr>
      <w:r>
        <w:t>کسی چیز سے وہ انجوائے کرتا ہے۔</w:t>
      </w:r>
    </w:p>
    <w:p>
      <w:r>
        <w:rPr>
          <w:b/>
        </w:rPr>
        <w:t xml:space="preserve">[37:48] </w:t>
      </w:r>
      <w:r>
        <w:t>haqeeqat yeh hai ke insan ke liye har cheez mein har cheez source of enjoyment hai.</w:t>
      </w:r>
    </w:p>
    <w:p>
      <w:pPr>
        <w:jc w:val="right"/>
      </w:pPr>
      <w:r>
        <w:t>حقیقت یہ ہے کہ انسان کے لیے ہر چیز میں ہر چیز سورس آف انجوائے منٹ ہے۔</w:t>
      </w:r>
    </w:p>
    <w:p>
      <w:r>
        <w:rPr>
          <w:b/>
        </w:rPr>
        <w:t xml:space="preserve">[37:52] </w:t>
      </w:r>
      <w:r>
        <w:t>aap ek achi cheez ko chhoote hain touch karte hain tab bhi aap ko is mein ek enjoy</w:t>
      </w:r>
    </w:p>
    <w:p>
      <w:pPr>
        <w:jc w:val="right"/>
      </w:pPr>
      <w:r>
        <w:t>آپ ایک اچھی چیز کو چھوتے ہیں ٹچ کرتے ہیں تب بھی آپ کو اس میں ایک انجوائے</w:t>
      </w:r>
    </w:p>
    <w:p>
      <w:r>
        <w:rPr>
          <w:b/>
        </w:rPr>
        <w:t xml:space="preserve">[37:56] </w:t>
      </w:r>
      <w:r>
        <w:t>ment milta hai.</w:t>
      </w:r>
    </w:p>
    <w:p>
      <w:pPr>
        <w:jc w:val="right"/>
      </w:pPr>
      <w:r>
        <w:t>منٹ ملتا ہے۔</w:t>
      </w:r>
    </w:p>
    <w:p>
      <w:r>
        <w:rPr>
          <w:b/>
        </w:rPr>
        <w:t xml:space="preserve">[38:00] </w:t>
      </w:r>
      <w:r>
        <w:t>ek bohat acha lawn ek</w:t>
      </w:r>
    </w:p>
    <w:p>
      <w:pPr>
        <w:jc w:val="right"/>
      </w:pPr>
      <w:r>
        <w:t>ایک بہت اچھا لان ایک</w:t>
      </w:r>
    </w:p>
    <w:p>
      <w:r>
        <w:rPr>
          <w:b/>
        </w:rPr>
        <w:t xml:space="preserve">[38:03] </w:t>
      </w:r>
      <w:r>
        <w:t>hai is par aap chaliye joote utar kar ke to paon jab touch karta hai is ghaas par</w:t>
      </w:r>
    </w:p>
    <w:p>
      <w:pPr>
        <w:jc w:val="right"/>
      </w:pPr>
      <w:r>
        <w:t>ہے اس پر آپ چلیے جوتے اتار کر کے تو پاؤں جب ٹچ کرتا ہے اس گھاس پر</w:t>
      </w:r>
    </w:p>
    <w:p>
      <w:r>
        <w:rPr>
          <w:b/>
        </w:rPr>
        <w:t xml:space="preserve">[38:09] </w:t>
      </w:r>
      <w:r>
        <w:t>to is mein aap ko ek enjoyment milta hai.</w:t>
      </w:r>
    </w:p>
    <w:p>
      <w:pPr>
        <w:jc w:val="right"/>
      </w:pPr>
      <w:r>
        <w:t>تو اس میں آپ کو ایک انجوائے منٹ ملتا ہے۔</w:t>
      </w:r>
    </w:p>
    <w:p>
      <w:r>
        <w:rPr>
          <w:b/>
        </w:rPr>
        <w:t xml:space="preserve">[38:16] </w:t>
      </w:r>
      <w:r>
        <w:t>ek bohat beautiful scene hai is ko dekhiye to aankh ko enjoyment mile ga.</w:t>
      </w:r>
    </w:p>
    <w:p>
      <w:pPr>
        <w:jc w:val="right"/>
      </w:pPr>
      <w:r>
        <w:t>ایک بہت بیوٹی فل سین ہے اس کو دیکھیے تو آنکھ کو انجوائے منٹ ملے گا۔</w:t>
      </w:r>
    </w:p>
    <w:p>
      <w:r>
        <w:rPr>
          <w:b/>
        </w:rPr>
        <w:t xml:space="preserve">[38:22] </w:t>
      </w:r>
      <w:r>
        <w:t>ke bohat hi achi awaz hai is ko suniye to aap ke kaan is se enjoy karein ge.</w:t>
      </w:r>
    </w:p>
    <w:p>
      <w:pPr>
        <w:jc w:val="right"/>
      </w:pPr>
      <w:r>
        <w:t>کہ بہت ہی اچھی آواز ہے اس کو سنیے تو آپ کے کان اس سے انجوائے کریں گے۔</w:t>
      </w:r>
    </w:p>
    <w:p>
      <w:r>
        <w:rPr>
          <w:b/>
        </w:rPr>
        <w:t xml:space="preserve">[38:28] </w:t>
      </w:r>
      <w:r>
        <w:t>to jis cheez mein aap dekhiye khane mein</w:t>
      </w:r>
    </w:p>
    <w:p>
      <w:pPr>
        <w:jc w:val="right"/>
      </w:pPr>
      <w:r>
        <w:t>تو جس چیز میں آپ دیکھیے کھانے میں</w:t>
      </w:r>
    </w:p>
    <w:p>
      <w:r>
        <w:rPr>
          <w:b/>
        </w:rPr>
        <w:t xml:space="preserve">[38:34] </w:t>
      </w:r>
      <w:r>
        <w:t>saans lene mein bohat achi fresh air ho is wajah se aap saans lete hain to kitna ziyada</w:t>
      </w:r>
    </w:p>
    <w:p>
      <w:pPr>
        <w:jc w:val="right"/>
      </w:pPr>
      <w:r>
        <w:t>سانس لینے میں بہت اچھی فریش ایئر ہو اس وجہ سے آپ سانس لیتے ہیں تو کتنا زیادہ</w:t>
      </w:r>
    </w:p>
    <w:p>
      <w:r>
        <w:rPr>
          <w:b/>
        </w:rPr>
        <w:t xml:space="preserve">[38:39] </w:t>
      </w:r>
      <w:r>
        <w:t>acha lagta hai.</w:t>
      </w:r>
    </w:p>
    <w:p>
      <w:pPr>
        <w:jc w:val="right"/>
      </w:pPr>
      <w:r>
        <w:t>اچھا لگتا ہے۔</w:t>
      </w:r>
    </w:p>
    <w:p>
      <w:r>
        <w:rPr>
          <w:b/>
        </w:rPr>
        <w:t xml:space="preserve">[38:44] </w:t>
      </w:r>
      <w:r>
        <w:t>yahan tak ke sochna positive ideas le kar soch rahe hon aap positive baaton ko le kar soch</w:t>
      </w:r>
    </w:p>
    <w:p>
      <w:pPr>
        <w:jc w:val="right"/>
      </w:pPr>
      <w:r>
        <w:t>یہاں تک کہ سوچنا پازیٹیو آئیڈیاز لے کر سوچ رہے ہوں آپ پازیٹیو باتوں کو لے کر سوچ</w:t>
      </w:r>
    </w:p>
    <w:p>
      <w:r>
        <w:rPr>
          <w:b/>
        </w:rPr>
        <w:t xml:space="preserve">[38:49] </w:t>
      </w:r>
      <w:r>
        <w:t>rahe hon aap to sochna kitna acha lagta hai.</w:t>
      </w:r>
    </w:p>
    <w:p>
      <w:pPr>
        <w:jc w:val="right"/>
      </w:pPr>
      <w:r>
        <w:t>رہے ہوں آپ تو سوچنا کتنا اچھا لگتا ہے۔</w:t>
      </w:r>
    </w:p>
    <w:p>
      <w:r>
        <w:rPr>
          <w:b/>
        </w:rPr>
        <w:t xml:space="preserve">[38:54] </w:t>
      </w:r>
      <w:r>
        <w:t>تو انسان جو ہے وہ ایک یعنی ایک ہی ایسی creature ہے اس زمین پر جس کے</w:t>
      </w:r>
    </w:p>
    <w:p>
      <w:pPr>
        <w:jc w:val="right"/>
      </w:pPr>
      <w:r>
        <w:t>تو انسان جو ہے وہ ایک ایکسی یعنی ایک ہی ایسی کریچر ہے اس زمین پر جس کے</w:t>
      </w:r>
    </w:p>
    <w:p>
      <w:r>
        <w:rPr>
          <w:b/>
        </w:rPr>
        <w:t xml:space="preserve">[38:59] </w:t>
      </w:r>
      <w:r>
        <w:t>andar sense of enjoyment hai</w:t>
      </w:r>
    </w:p>
    <w:p>
      <w:pPr>
        <w:jc w:val="right"/>
      </w:pPr>
      <w:r>
        <w:t>اندر سینس آف انجوائے منٹ ہے</w:t>
      </w:r>
    </w:p>
    <w:p>
      <w:r>
        <w:rPr>
          <w:b/>
        </w:rPr>
        <w:t xml:space="preserve">[39:04] </w:t>
      </w:r>
      <w:r>
        <w:t>jis ke andar desire hai jo kisi cheez se khush hota hai.</w:t>
      </w:r>
    </w:p>
    <w:p>
      <w:pPr>
        <w:jc w:val="right"/>
      </w:pPr>
      <w:r>
        <w:t>جس کے اندر ڈیزائر ہے جو کسی چیز سے خوش ہوتا ہے۔</w:t>
      </w:r>
    </w:p>
    <w:p>
      <w:r>
        <w:rPr>
          <w:b/>
        </w:rPr>
        <w:t xml:space="preserve">[39:09] </w:t>
      </w:r>
      <w:r>
        <w:t>to isi ke liye khuda ne banai hai paradise.</w:t>
      </w:r>
    </w:p>
    <w:p>
      <w:pPr>
        <w:jc w:val="right"/>
      </w:pPr>
      <w:r>
        <w:t>تو اسی کے لیے خدا نے بنائی ہے پیراڈائز۔</w:t>
      </w:r>
    </w:p>
    <w:p>
      <w:r>
        <w:rPr>
          <w:b/>
        </w:rPr>
        <w:t xml:space="preserve">[39:14] </w:t>
      </w:r>
      <w:r>
        <w:t>to bohat bari khuda ki blessing hai paradise.</w:t>
      </w:r>
    </w:p>
    <w:p>
      <w:pPr>
        <w:jc w:val="right"/>
      </w:pPr>
      <w:r>
        <w:t>تو بہت بڑی خدا کی بلیسنگ ہے پیراڈائز۔</w:t>
      </w:r>
    </w:p>
    <w:p>
      <w:r>
        <w:rPr>
          <w:b/>
        </w:rPr>
        <w:t xml:space="preserve">[39:19] </w:t>
      </w:r>
      <w:r>
        <w:t>khuda ki pehli blessing insan par yeh hui ke is ke andar khuda ne senses rakhe.</w:t>
      </w:r>
    </w:p>
    <w:p>
      <w:pPr>
        <w:jc w:val="right"/>
      </w:pPr>
      <w:r>
        <w:t>خدا کی پہلی بلیسنگ انسان پر یہ ہوئی کہ اس کے اندر خدا نے سینسز رکھے۔</w:t>
      </w:r>
    </w:p>
    <w:p>
      <w:r>
        <w:rPr>
          <w:b/>
        </w:rPr>
        <w:t xml:space="preserve">[39:24] </w:t>
      </w:r>
      <w:r>
        <w:t>sense of enjoyment rakha is ke andar.</w:t>
      </w:r>
    </w:p>
    <w:p>
      <w:pPr>
        <w:jc w:val="right"/>
      </w:pPr>
      <w:r>
        <w:t>سینس آف انجوائے منٹ رکھا اس کے اندر۔</w:t>
      </w:r>
    </w:p>
    <w:p>
      <w:r>
        <w:rPr>
          <w:b/>
        </w:rPr>
        <w:t xml:space="preserve">[39:29] </w:t>
      </w:r>
      <w:r>
        <w:t>phir doosri blessing khuda ki yeh hai ke is tarah ka ek dunya</w:t>
      </w:r>
    </w:p>
    <w:p>
      <w:pPr>
        <w:jc w:val="right"/>
      </w:pPr>
      <w:r>
        <w:t>پھر دوسری بلیسنگ خدا کی یہ ہے کہ اس طرح کا ایک دنیا</w:t>
      </w:r>
    </w:p>
    <w:p>
      <w:r>
        <w:rPr>
          <w:b/>
        </w:rPr>
        <w:t xml:space="preserve">[39:34] </w:t>
      </w:r>
      <w:r>
        <w:t>bana di paradise ki shakal mein jahan woh eternally enjoy kar sake cheezon ko.</w:t>
      </w:r>
    </w:p>
    <w:p>
      <w:pPr>
        <w:jc w:val="right"/>
      </w:pPr>
      <w:r>
        <w:t>بنا دی پیراڈائز کی شکل میں جہاں وہ ایٹرنلی انجوائے کر سکے چیزوں کو۔</w:t>
      </w:r>
    </w:p>
    <w:p>
      <w:r>
        <w:rPr>
          <w:b/>
        </w:rPr>
        <w:t xml:space="preserve">[39:40] </w:t>
      </w:r>
      <w:r>
        <w:t>ab sawal yeh tha ke is ki price kya hai? is ki price kya hai? to surah ahzab</w:t>
      </w:r>
    </w:p>
    <w:p>
      <w:pPr>
        <w:jc w:val="right"/>
      </w:pPr>
      <w:r>
        <w:t>اب سوال یہ تھا کہ اس کی پرائس کیا ہے؟ اس کی پرائس کیا ہے؟ تو سورہ احزاب</w:t>
      </w:r>
    </w:p>
    <w:p>
      <w:r>
        <w:rPr>
          <w:b/>
        </w:rPr>
        <w:t xml:space="preserve">[39:46] </w:t>
      </w:r>
      <w:r>
        <w:t>mein yani chapter number 33 mein yeh baat batai gayi hai.</w:t>
      </w:r>
    </w:p>
    <w:p>
      <w:pPr>
        <w:jc w:val="right"/>
      </w:pPr>
      <w:r>
        <w:t>میں یعنی چیپٹر نمبر 33 میں یہ بات بتائی گئی ہے۔</w:t>
      </w:r>
    </w:p>
    <w:p>
      <w:r>
        <w:rPr>
          <w:b/>
        </w:rPr>
        <w:t xml:space="preserve">[39:52] </w:t>
      </w:r>
      <w:r>
        <w:t>is ki price hai optional surrender.</w:t>
      </w:r>
    </w:p>
    <w:p>
      <w:pPr>
        <w:jc w:val="right"/>
      </w:pPr>
      <w:r>
        <w:t>اس کی پرائس ہے آپشنل سرینڈر۔</w:t>
      </w:r>
    </w:p>
    <w:p>
      <w:r>
        <w:rPr>
          <w:b/>
        </w:rPr>
        <w:t xml:space="preserve">[39:58] </w:t>
      </w:r>
      <w:r>
        <w:t>to pahad ko ocean ko suraj chand ko</w:t>
      </w:r>
    </w:p>
    <w:p>
      <w:pPr>
        <w:jc w:val="right"/>
      </w:pPr>
      <w:r>
        <w:t>تو پہاڑ کو اوشن کو سورج چاند کو</w:t>
      </w:r>
    </w:p>
    <w:p>
      <w:r>
        <w:rPr>
          <w:b/>
        </w:rPr>
        <w:t xml:space="preserve">[40:05] </w:t>
      </w:r>
      <w:r>
        <w:t>pahad paradise nahi hai.</w:t>
      </w:r>
    </w:p>
    <w:p>
      <w:pPr>
        <w:jc w:val="right"/>
      </w:pPr>
      <w:r>
        <w:t>پہاڑ پیراڈائز نہیں ہے۔</w:t>
      </w:r>
    </w:p>
    <w:p>
      <w:r>
        <w:rPr>
          <w:b/>
        </w:rPr>
        <w:t xml:space="preserve">[40:11] </w:t>
      </w:r>
      <w:r>
        <w:t>insan ko paradise hai.</w:t>
      </w:r>
    </w:p>
    <w:p>
      <w:pPr>
        <w:jc w:val="right"/>
      </w:pPr>
      <w:r>
        <w:t>انسان کو پیراڈائز ہے۔</w:t>
      </w:r>
    </w:p>
    <w:p>
      <w:r>
        <w:rPr>
          <w:b/>
        </w:rPr>
        <w:t xml:space="preserve">[40:17] </w:t>
      </w:r>
      <w:r>
        <w:t>yahan par jo is ayat mein yani chapter number 33 mein ke is ayat mein jo baat kahi</w:t>
      </w:r>
    </w:p>
    <w:p>
      <w:pPr>
        <w:jc w:val="right"/>
      </w:pPr>
      <w:r>
        <w:t>یہاں پر جو اس آیت میں یعنی چیپٹر نمبر 33 میں کہ اس آیت میں جو بات کہی</w:t>
      </w:r>
    </w:p>
    <w:p>
      <w:r>
        <w:rPr>
          <w:b/>
        </w:rPr>
        <w:t xml:space="preserve">[40:23] </w:t>
      </w:r>
      <w:r>
        <w:t>gayi hai woh bohat zyada bari baat hai bohat sochne ki baat hai.</w:t>
      </w:r>
    </w:p>
    <w:p>
      <w:pPr>
        <w:jc w:val="right"/>
      </w:pPr>
      <w:r>
        <w:t>گئی ہے وہ بہت زیادہ بڑی بات ہے بہت سوچنے کی بات ہے۔</w:t>
      </w:r>
    </w:p>
    <w:p>
      <w:r>
        <w:rPr>
          <w:b/>
        </w:rPr>
        <w:t xml:space="preserve">[40:29] </w:t>
      </w:r>
      <w:r>
        <w:t>ke khuda ne jo paradise banai wahan wohi insan enjoy kar sakta hai</w:t>
      </w:r>
    </w:p>
    <w:p>
      <w:pPr>
        <w:jc w:val="right"/>
      </w:pPr>
      <w:r>
        <w:t>کہ خدا نے جو پیراڈائز بنائی وہاں وہی انسان انجوائے کر سکتا ہے</w:t>
      </w:r>
    </w:p>
    <w:p>
      <w:r>
        <w:rPr>
          <w:b/>
        </w:rPr>
        <w:t xml:space="preserve">[40:35] </w:t>
      </w:r>
      <w:r>
        <w:t>jo is baat jo is ki price de.</w:t>
      </w:r>
    </w:p>
    <w:p>
      <w:pPr>
        <w:jc w:val="right"/>
      </w:pPr>
      <w:r>
        <w:t>جو اس بات جو اس کی پرائس دے۔</w:t>
      </w:r>
    </w:p>
    <w:p>
      <w:r>
        <w:rPr>
          <w:b/>
        </w:rPr>
        <w:t xml:space="preserve">[40:40] </w:t>
      </w:r>
      <w:r>
        <w:t>paradise isi ko milegi jo is ki price ada kare.</w:t>
      </w:r>
    </w:p>
    <w:p>
      <w:pPr>
        <w:jc w:val="right"/>
      </w:pPr>
      <w:r>
        <w:t>پیراڈائز اسی کو ملے گی جو اس کی پرائس ادا کرے۔</w:t>
      </w:r>
    </w:p>
    <w:p>
      <w:r>
        <w:rPr>
          <w:b/>
        </w:rPr>
        <w:t xml:space="preserve">[40:45] </w:t>
      </w:r>
      <w:r>
        <w:t>aur price kya hai? optional surrender.</w:t>
      </w:r>
    </w:p>
    <w:p>
      <w:pPr>
        <w:jc w:val="right"/>
      </w:pPr>
      <w:r>
        <w:t>اور پرائس کیا ہے؟ آپشنل سرینڈر۔</w:t>
      </w:r>
    </w:p>
    <w:p>
      <w:r>
        <w:rPr>
          <w:b/>
        </w:rPr>
        <w:t xml:space="preserve">[40:50] </w:t>
      </w:r>
      <w:r>
        <w:t>yani apne ikhtiyar se surrender kar dena.</w:t>
      </w:r>
    </w:p>
    <w:p>
      <w:pPr>
        <w:jc w:val="right"/>
      </w:pPr>
      <w:r>
        <w:t>یعنی اپنے اختیار سے سرینڈر کر دینا۔</w:t>
      </w:r>
    </w:p>
    <w:p>
      <w:r>
        <w:rPr>
          <w:b/>
        </w:rPr>
        <w:t xml:space="preserve">[40:55] </w:t>
      </w:r>
      <w:r>
        <w:t>azadi rakhte hue surrender kar dena.</w:t>
      </w:r>
    </w:p>
    <w:p>
      <w:pPr>
        <w:jc w:val="right"/>
      </w:pPr>
      <w:r>
        <w:t>آزادی رکھتے ہوئے سرینڈر کر دینا۔</w:t>
      </w:r>
    </w:p>
    <w:p>
      <w:r>
        <w:rPr>
          <w:b/>
        </w:rPr>
        <w:t xml:space="preserve">[41:00] </w:t>
      </w:r>
      <w:r>
        <w:t>aap ko yeh azadi hai ke aap chahein kahin ke khuda nahi hai main khuda ko nahi manta</w:t>
      </w:r>
    </w:p>
    <w:p>
      <w:pPr>
        <w:jc w:val="right"/>
      </w:pPr>
      <w:r>
        <w:t>آپ کو یہ آزادی ہے کہ آپ چاہیں کہیں کہ خدا نہیں ہے میں خدا کو نہیں مانتا</w:t>
      </w:r>
    </w:p>
    <w:p>
      <w:r>
        <w:rPr>
          <w:b/>
        </w:rPr>
        <w:t xml:space="preserve">[41:05] </w:t>
      </w:r>
      <w:r>
        <w:t>آپ کی زبان سے یہ یہ یہ shabda bhi niklenge lekin aap aisa nahin karte aap kehte</w:t>
      </w:r>
    </w:p>
    <w:p>
      <w:pPr>
        <w:jc w:val="right"/>
      </w:pPr>
      <w:r>
        <w:t>آپ کی زبان سے یہ یہ یہ शब्द بھی نکلیں گے لیکن آپ ایسا نہیں کرتے آپ کہتے</w:t>
      </w:r>
    </w:p>
    <w:p>
      <w:r>
        <w:rPr>
          <w:b/>
        </w:rPr>
        <w:t xml:space="preserve">[41:12] </w:t>
      </w:r>
      <w:r>
        <w:t>hain khudaya main tere tujh ko manta hoon aur tere aage surrender karta hoon.</w:t>
      </w:r>
    </w:p>
    <w:p>
      <w:pPr>
        <w:jc w:val="right"/>
      </w:pPr>
      <w:r>
        <w:t>ہیں خدایا میں تیرے تجھ کو مانتا ہوں اور تیرے آگے سرینڈر کرتا ہوں۔</w:t>
      </w:r>
    </w:p>
    <w:p>
      <w:r>
        <w:rPr>
          <w:b/>
        </w:rPr>
        <w:t xml:space="preserve">[41:18] </w:t>
      </w:r>
      <w:r>
        <w:t>تو نے جو مقرر کیا ہے do's and don'ts اس کو میں مانتا ہوں۔</w:t>
      </w:r>
    </w:p>
    <w:p>
      <w:pPr>
        <w:jc w:val="right"/>
      </w:pPr>
      <w:r>
        <w:t>تو نے جو مقرر کیا ہے ڈوز اینڈ ڈونٹس اس کو میں مانتا ہوں۔</w:t>
      </w:r>
    </w:p>
    <w:p>
      <w:r>
        <w:rPr>
          <w:b/>
        </w:rPr>
        <w:t xml:space="preserve">[41:24] </w:t>
      </w:r>
      <w:r>
        <w:t>tere hukumon ko main paalan karta hoon.</w:t>
      </w:r>
    </w:p>
    <w:p>
      <w:pPr>
        <w:jc w:val="right"/>
      </w:pPr>
      <w:r>
        <w:t>تیرے حکموں کو میں پالن کرتا ہوں۔</w:t>
      </w:r>
    </w:p>
    <w:p>
      <w:r>
        <w:rPr>
          <w:b/>
        </w:rPr>
        <w:t xml:space="preserve">[41:30] </w:t>
      </w:r>
      <w:r>
        <w:t>dil se aur poore apne poore</w:t>
      </w:r>
    </w:p>
    <w:p>
      <w:pPr>
        <w:jc w:val="right"/>
      </w:pPr>
      <w:r>
        <w:t>دل سے اور پورے اپنے پورے</w:t>
      </w:r>
    </w:p>
    <w:p>
      <w:r>
        <w:rPr>
          <w:b/>
        </w:rPr>
        <w:t xml:space="preserve">[41:36] </w:t>
      </w:r>
      <w:r>
        <w:t>wajood se.</w:t>
      </w:r>
    </w:p>
    <w:p>
      <w:pPr>
        <w:jc w:val="right"/>
      </w:pPr>
      <w:r>
        <w:t>وجود سے۔</w:t>
      </w:r>
    </w:p>
    <w:p>
      <w:r>
        <w:rPr>
          <w:b/>
        </w:rPr>
        <w:t xml:space="preserve">[41:42] </w:t>
      </w:r>
      <w:r>
        <w:t>اس طرح سے جب آپ زندگی گزارتے ہیں تو کیا ہوتا ہے کہ آپ price دی آپ نے۔</w:t>
      </w:r>
    </w:p>
    <w:p>
      <w:pPr>
        <w:jc w:val="right"/>
      </w:pPr>
      <w:r>
        <w:t>اس طرح سے جب آپ زندگی گزارتے ہیں تو کیا ہوتا ہے کہ آپ پرائس دی آپ نے۔</w:t>
      </w:r>
    </w:p>
    <w:p>
      <w:r>
        <w:rPr>
          <w:b/>
        </w:rPr>
        <w:t xml:space="preserve">[41:48] </w:t>
      </w:r>
      <w:r>
        <w:t>yeh price hai.</w:t>
      </w:r>
    </w:p>
    <w:p>
      <w:pPr>
        <w:jc w:val="right"/>
      </w:pPr>
      <w:r>
        <w:t>یہ پرائس ہے۔</w:t>
      </w:r>
    </w:p>
    <w:p>
      <w:r>
        <w:rPr>
          <w:b/>
        </w:rPr>
        <w:t xml:space="preserve">[41:54] </w:t>
      </w:r>
      <w:r>
        <w:t>یعنی optional surrender جو ہے وہی پرائس ہے paradise کی۔</w:t>
      </w:r>
    </w:p>
    <w:p>
      <w:pPr>
        <w:jc w:val="right"/>
      </w:pPr>
      <w:r>
        <w:t>یعنی آپشنل سرینڈر جو ہے وہی پرائس ہے پیراڈائز کی۔</w:t>
      </w:r>
    </w:p>
    <w:p>
      <w:r>
        <w:rPr>
          <w:b/>
        </w:rPr>
        <w:t xml:space="preserve">[42:00] </w:t>
      </w:r>
      <w:r>
        <w:t>optional surrender ke siwa koi aur cheez nahi hai jo paradise ki price ban sake. to dekhiye</w:t>
      </w:r>
    </w:p>
    <w:p>
      <w:pPr>
        <w:jc w:val="right"/>
      </w:pPr>
      <w:r>
        <w:t>آپشنل سرینڈر کے سوا کوئی اور چیز نہیں ہے جو پیراڈائز کی پرائس بن سکے۔ تو دیکھیے</w:t>
      </w:r>
    </w:p>
    <w:p>
      <w:r>
        <w:rPr>
          <w:b/>
        </w:rPr>
        <w:t xml:space="preserve">[42:07] </w:t>
      </w:r>
      <w:r>
        <w:t>چاہے روزمرہ کی daily life ہو ہماری daily life میں جو problem آتے ہیں اس کا معاملہ ہو۔</w:t>
      </w:r>
    </w:p>
    <w:p>
      <w:pPr>
        <w:jc w:val="right"/>
      </w:pPr>
      <w:r>
        <w:t>چاہے روزمرہ کی ڈیلی لائف ہو ہماری ڈیلی لائف میں جو پرابلم آتے ہیں اس کا معاملہ ہو۔</w:t>
      </w:r>
    </w:p>
    <w:p>
      <w:r>
        <w:rPr>
          <w:b/>
        </w:rPr>
        <w:t xml:space="preserve">[42:13] </w:t>
      </w:r>
      <w:r>
        <w:t>ya quran ko aur hadith ko samajhna ho.</w:t>
      </w:r>
    </w:p>
    <w:p>
      <w:pPr>
        <w:jc w:val="right"/>
      </w:pPr>
      <w:r>
        <w:t>یا قرآن کو اور حدیث کو سمجھنا ہو۔</w:t>
      </w:r>
    </w:p>
    <w:p>
      <w:r>
        <w:rPr>
          <w:b/>
        </w:rPr>
        <w:t xml:space="preserve">[42:19] </w:t>
      </w:r>
      <w:r>
        <w:t>yani koi secular issue ho ya religious issue ho.</w:t>
      </w:r>
    </w:p>
    <w:p>
      <w:pPr>
        <w:jc w:val="right"/>
      </w:pPr>
      <w:r>
        <w:t>یعنی کوئی سیکولر ایشو ہو یا ریلیجیس ایشو ہو۔</w:t>
      </w:r>
    </w:p>
    <w:p>
      <w:r>
        <w:rPr>
          <w:b/>
        </w:rPr>
        <w:t xml:space="preserve">[42:25] </w:t>
      </w:r>
      <w:r>
        <w:t>har jagah aap isi waqt samajh sakte hain gehri baaton ko jabke aap apni reason ko istemal karen.</w:t>
      </w:r>
    </w:p>
    <w:p>
      <w:pPr>
        <w:jc w:val="right"/>
      </w:pPr>
      <w:r>
        <w:t>ہر جگہ آپ اسی وقت سمجھ سکتے ہیں گہری باتوں کو جبکہ آپ اپنی ریزن کو استعمال کریں۔</w:t>
      </w:r>
    </w:p>
    <w:p>
      <w:r>
        <w:rPr>
          <w:b/>
        </w:rPr>
        <w:t xml:space="preserve">[42:31] </w:t>
      </w:r>
      <w:r>
        <w:t>apni aqal ko istemal karen.</w:t>
      </w:r>
    </w:p>
    <w:p>
      <w:pPr>
        <w:jc w:val="right"/>
      </w:pPr>
      <w:r>
        <w:t>اپنی عقل کو استعمال کریں۔</w:t>
      </w:r>
    </w:p>
    <w:p>
      <w:r>
        <w:rPr>
          <w:b/>
        </w:rPr>
        <w:t xml:space="preserve">[42:37] </w:t>
      </w:r>
      <w:r>
        <w:t>aqal ko istemal kiye baghair kisi bhi baat ko aap gehrai ke sath samajh nahin sakte. samajh hi nahin sakte. jaise ek sahab mere paas aaye unhone kaha ke falan aadmi ne mujhe aisa kiya hai mujhe takleef pohanchai hai mujhe dhoka diya hai mujhe nuqsan pohanchaya hai ab main use marunga. un ke kuch saathi the unhone</w:t>
      </w:r>
    </w:p>
    <w:p>
      <w:pPr>
        <w:jc w:val="right"/>
      </w:pPr>
      <w:r>
        <w:t>عقل کو استعمال کیے بغیر کسی بھی بات کو آپ گہرائی کے ساتھ سمجھ نہیں سکتے۔ سمجھ ہی نہیں سکتے۔ جیسے ایک صاحب میرے پاس آئے انہوں نے کہا کہ فلاں آدمی نے مجھے ایسا کیا ہے مجھے تکلیف پہنچائی ہے مجھے دھوکہ دیا ہے مجھے نقصان پہنچایا ہے اب میں اسے ماروں گا۔ ان کے کچھ ساتھی تھے انہوں نے</w:t>
      </w:r>
    </w:p>
    <w:p>
      <w:r>
        <w:rPr>
          <w:b/>
        </w:rPr>
        <w:t xml:space="preserve">[43:07] </w:t>
      </w:r>
      <w:r>
        <w:t>kaha ke main apne sathiyon ko le kar kahin ambush karunga aur wahan us ko pakar kar marunga.</w:t>
      </w:r>
    </w:p>
    <w:p>
      <w:pPr>
        <w:jc w:val="right"/>
      </w:pPr>
      <w:r>
        <w:t>کہا کہ میں اپنے ساتھیوں کو لے کر کہیں ایمبش کروں گا اور وہاں اس کو پکڑ کر ماروں گا۔</w:t>
      </w:r>
    </w:p>
    <w:p>
      <w:r>
        <w:rPr>
          <w:b/>
        </w:rPr>
        <w:t xml:space="preserve">[43:12] </w:t>
      </w:r>
      <w:r>
        <w:t>to main ne kaha theek hai is ke baad kya hoga? aap ko police arrest karegi aap</w:t>
      </w:r>
    </w:p>
    <w:p>
      <w:pPr>
        <w:jc w:val="right"/>
      </w:pPr>
      <w:r>
        <w:t>تو میں نے کہا ٹھیک ہے اس کے بعد کیا ہوگا؟ آپ کو پولیس اریسٹ کرے گی آپ</w:t>
      </w:r>
    </w:p>
    <w:p>
      <w:r>
        <w:rPr>
          <w:b/>
        </w:rPr>
        <w:t xml:space="preserve">[43:17] </w:t>
      </w:r>
      <w:r>
        <w:t>ko? to phir kya karenge aap? isi Dilli ka ek qissa hai ke ek aadmi road par</w:t>
      </w:r>
    </w:p>
    <w:p>
      <w:pPr>
        <w:jc w:val="right"/>
      </w:pPr>
      <w:r>
        <w:t>کو؟ تو پھر کیا کریں گے آپ؟ اسی دلی کا ایک قصہ ہے کہ ایک آدمی روڈ پر</w:t>
      </w:r>
    </w:p>
    <w:p>
      <w:r>
        <w:rPr>
          <w:b/>
        </w:rPr>
        <w:t xml:space="preserve">[43:22] </w:t>
      </w:r>
      <w:r>
        <w:t>chal raha tha paidal.</w:t>
      </w:r>
    </w:p>
    <w:p>
      <w:pPr>
        <w:jc w:val="right"/>
      </w:pPr>
      <w:r>
        <w:t>چل رہا تھا پیدل۔</w:t>
      </w:r>
    </w:p>
    <w:p>
      <w:r>
        <w:rPr>
          <w:b/>
        </w:rPr>
        <w:t xml:space="preserve">[43:27] </w:t>
      </w:r>
      <w:r>
        <w:t>dusra aadmi scooter dorata hua aaya us ko takra diya.</w:t>
      </w:r>
    </w:p>
    <w:p>
      <w:pPr>
        <w:jc w:val="right"/>
      </w:pPr>
      <w:r>
        <w:t>دوسرا آدمی اسکوٹر دوڑاتا ہوا آیا اس کو ٹکرا دیا۔</w:t>
      </w:r>
    </w:p>
    <w:p>
      <w:r>
        <w:rPr>
          <w:b/>
        </w:rPr>
        <w:t xml:space="preserve">[43:32] </w:t>
      </w:r>
      <w:r>
        <w:t>ab wo gir pada bechara. ab wo</w:t>
      </w:r>
    </w:p>
    <w:p>
      <w:pPr>
        <w:jc w:val="right"/>
      </w:pPr>
      <w:r>
        <w:t>اب وہ گر پڑا بیچارہ۔ اب وہ</w:t>
      </w:r>
    </w:p>
    <w:p>
      <w:r>
        <w:rPr>
          <w:b/>
        </w:rPr>
        <w:t xml:space="preserve">[43:37] </w:t>
      </w:r>
      <w:r>
        <w:t>jab utha kuch bolne laga to yahan aur ghussa aaya in ko.</w:t>
      </w:r>
    </w:p>
    <w:p>
      <w:pPr>
        <w:jc w:val="right"/>
      </w:pPr>
      <w:r>
        <w:t>جب اٹھا کچھ بولنے لگا تو یہاں اور غصہ آیا ان کو۔</w:t>
      </w:r>
    </w:p>
    <w:p>
      <w:r>
        <w:rPr>
          <w:b/>
        </w:rPr>
        <w:t xml:space="preserve">[43:42] </w:t>
      </w:r>
      <w:r>
        <w:t>ek in ke paas wohin kahin lakri thi ek lakri utha kar maar diya us ko.</w:t>
      </w:r>
    </w:p>
    <w:p>
      <w:pPr>
        <w:jc w:val="right"/>
      </w:pPr>
      <w:r>
        <w:t>ایک ان کے پاس وہیں کہیں لکڑی تھی ایک لکڑی اٹھا کر مار دیا اس کو۔</w:t>
      </w:r>
    </w:p>
    <w:p>
      <w:r>
        <w:rPr>
          <w:b/>
        </w:rPr>
        <w:t xml:space="preserve">[43:47] </w:t>
      </w:r>
      <w:r>
        <w:t>ab kya hua is ke baad? baat khatam thori hui.</w:t>
      </w:r>
    </w:p>
    <w:p>
      <w:pPr>
        <w:jc w:val="right"/>
      </w:pPr>
      <w:r>
        <w:t>اب کیا ہوا اس کے بعد؟ بات ختم تھوڑی ہوئی۔</w:t>
      </w:r>
    </w:p>
    <w:p>
      <w:r>
        <w:rPr>
          <w:b/>
        </w:rPr>
        <w:t xml:space="preserve">[43:53] </w:t>
      </w:r>
      <w:r>
        <w:t>police case ban gaya is ka.</w:t>
      </w:r>
    </w:p>
    <w:p>
      <w:pPr>
        <w:jc w:val="right"/>
      </w:pPr>
      <w:r>
        <w:t>پولیس کیس بن گیا اس کا۔</w:t>
      </w:r>
    </w:p>
    <w:p>
      <w:r>
        <w:rPr>
          <w:b/>
        </w:rPr>
        <w:t xml:space="preserve">[43:58] </w:t>
      </w:r>
      <w:r>
        <w:t>police case ban gaya yeh pakre gaye aur bachne ke liye inhon ne bohat zyada paisa kharch kiya.</w:t>
      </w:r>
    </w:p>
    <w:p>
      <w:pPr>
        <w:jc w:val="right"/>
      </w:pPr>
      <w:r>
        <w:t>پولیس کیس بن گیا یہ پکڑے گئے اور بچنے کے لیے انہوں نے بہت زیادہ پیسہ خرچ کیا۔</w:t>
      </w:r>
    </w:p>
    <w:p>
      <w:r>
        <w:rPr>
          <w:b/>
        </w:rPr>
        <w:t xml:space="preserve">[44:03] </w:t>
      </w:r>
      <w:r>
        <w:t>tab bache warna case banta jail jaate.</w:t>
      </w:r>
    </w:p>
    <w:p>
      <w:pPr>
        <w:jc w:val="right"/>
      </w:pPr>
      <w:r>
        <w:t>تب بچے ورنہ کیس بنتا جیل جاتے۔</w:t>
      </w:r>
    </w:p>
    <w:p>
      <w:r>
        <w:rPr>
          <w:b/>
        </w:rPr>
        <w:t xml:space="preserve">[44:09] </w:t>
      </w:r>
      <w:r>
        <w:t>kyunke is aadmi ko unhone lakri se maara tha aur us ko kafi chot aai thi is ki body mein. to result ko dekh kar koi kaam karna. log kya karte hain aise mauqe par apne emotion ko follow karte hain. woh reason ko dekh kar nahin chalte nahin chalte. woh aadmi agar sochta to aadmi lakri se kyun maarta is ka? is ke bajaye ke agar</w:t>
      </w:r>
    </w:p>
    <w:p>
      <w:pPr>
        <w:jc w:val="right"/>
      </w:pPr>
      <w:r>
        <w:t>کیونکہ اس آدمی کو انہوں نے لکڑی سے مارا تھا اور اس کو کافی چوٹ آئی تھی اس کی باڈی میں۔ تو رزلٹ کو دیکھ کر کوئی کام کرنا۔ لوگ کیا کرتے ہیں ایسے موقع پر اپنے ایموشن کو فالو کرتے ہیں۔ وہ ریزن کو دیکھ کر نہیں چلتے نہیں چلتے۔ وہ آدمی اگر سوچتا تو آدمی لکڑی سے کیوں مارتا اس کا؟ اس کے بجائے کہ اگر</w:t>
      </w:r>
    </w:p>
    <w:p>
      <w:r>
        <w:rPr>
          <w:b/>
        </w:rPr>
        <w:t xml:space="preserve">[44:39] </w:t>
      </w:r>
      <w:r>
        <w:t>main lakri se marunga to case to badhega police case ban jayega.</w:t>
      </w:r>
    </w:p>
    <w:p>
      <w:pPr>
        <w:jc w:val="right"/>
      </w:pPr>
      <w:r>
        <w:t>میں لکڑی سے ماروں گا تو کیس تو بڑھے گا پولیس کیس بن جائے گا۔</w:t>
      </w:r>
    </w:p>
    <w:p>
      <w:r>
        <w:rPr>
          <w:b/>
        </w:rPr>
        <w:t xml:space="preserve">[44:43] </w:t>
      </w:r>
      <w:r>
        <w:t>abhi to ek pe is aadmi se maaf mang lo.</w:t>
      </w:r>
    </w:p>
    <w:p>
      <w:pPr>
        <w:jc w:val="right"/>
      </w:pPr>
      <w:r>
        <w:t>ابھی تو ایک پہ اس آدمی سے معافی مانگ لو۔</w:t>
      </w:r>
    </w:p>
    <w:p>
      <w:r>
        <w:rPr>
          <w:b/>
        </w:rPr>
        <w:t xml:space="preserve">[44:47] </w:t>
      </w:r>
      <w:r>
        <w:t>jo aadmi road par khara hua hai us se maaf mang lo.</w:t>
      </w:r>
    </w:p>
    <w:p>
      <w:pPr>
        <w:jc w:val="right"/>
      </w:pPr>
      <w:r>
        <w:t>جو آدمی روڈ پر کھڑا ہوا ہے اس سے معافی مانگ لو۔</w:t>
      </w:r>
    </w:p>
    <w:p>
      <w:r>
        <w:rPr>
          <w:b/>
        </w:rPr>
        <w:t xml:space="preserve">[44:52] </w:t>
      </w:r>
      <w:r>
        <w:t>baaten yeh khatam ho jayen.</w:t>
      </w:r>
    </w:p>
    <w:p>
      <w:pPr>
        <w:jc w:val="right"/>
      </w:pPr>
      <w:r>
        <w:t>باتیں یہ ختم ہو جائیں۔</w:t>
      </w:r>
    </w:p>
    <w:p>
      <w:r>
        <w:rPr>
          <w:b/>
        </w:rPr>
        <w:t xml:space="preserve">[44:56] </w:t>
      </w:r>
      <w:r>
        <w:t>ek baar tha main Mughal Sarai ke hisse se phir tha.</w:t>
      </w:r>
    </w:p>
    <w:p>
      <w:pPr>
        <w:jc w:val="right"/>
      </w:pPr>
      <w:r>
        <w:t>ایک بار تھا میں مغل سلائے کے حصے سے پھر تھا۔</w:t>
      </w:r>
    </w:p>
    <w:p>
      <w:r>
        <w:rPr>
          <w:b/>
        </w:rPr>
        <w:t xml:space="preserve">[45:00] </w:t>
      </w:r>
      <w:r>
        <w:t>to do aadmi dono bus stand par the koi shayad tourist the.</w:t>
      </w:r>
    </w:p>
    <w:p>
      <w:pPr>
        <w:jc w:val="right"/>
      </w:pPr>
      <w:r>
        <w:t>تو دو آدمی دونوں بس سٹینڈرڈ تھے کوئی شاید ٹورسٹ تھے۔</w:t>
      </w:r>
    </w:p>
    <w:p>
      <w:r>
        <w:rPr>
          <w:b/>
        </w:rPr>
        <w:t xml:space="preserve">[45:04] </w:t>
      </w:r>
      <w:r>
        <w:t>to do aadmi platform par tez chal rahe the ek aage ek peechay. it</w:t>
      </w:r>
    </w:p>
    <w:p>
      <w:pPr>
        <w:jc w:val="right"/>
      </w:pPr>
      <w:r>
        <w:t>تو دو آدمی پلیٹ فارم پر تیز چل رہے تھے ایک آگے ایک پیچھے۔ ات</w:t>
      </w:r>
    </w:p>
    <w:p>
      <w:r>
        <w:rPr>
          <w:b/>
        </w:rPr>
        <w:t xml:space="preserve">[45:09] </w:t>
      </w:r>
      <w:r>
        <w:t>faaq dono ke hath mein kuch bag ya trunk kuch tha.</w:t>
      </w:r>
    </w:p>
    <w:p>
      <w:pPr>
        <w:jc w:val="right"/>
      </w:pPr>
      <w:r>
        <w:t>فاق دونوں کے ہاتھ میں کچھ بیگ یا ٹرنک کچھ تھا۔</w:t>
      </w:r>
    </w:p>
    <w:p>
      <w:r>
        <w:rPr>
          <w:b/>
        </w:rPr>
        <w:t xml:space="preserve">[45:16] </w:t>
      </w:r>
      <w:r>
        <w:t>to tez se tezi se chalne mein aisa hua ke peechay wale se aagay wale ko dhakka lag gaya.</w:t>
      </w:r>
    </w:p>
    <w:p>
      <w:pPr>
        <w:jc w:val="right"/>
      </w:pPr>
      <w:r>
        <w:t>تو تیز سے تیزی سے چلنے میں ایسا ہوا کہ پیچھے والے سے آگے والے کو دھکا لگ گیا۔</w:t>
      </w:r>
    </w:p>
    <w:p>
      <w:r>
        <w:rPr>
          <w:b/>
        </w:rPr>
        <w:t xml:space="preserve">[45:24] </w:t>
      </w:r>
      <w:r>
        <w:t>us ke hath mein jo bag ya trunk koi cheez thi ab wo aadmi gir pada platform par.</w:t>
      </w:r>
    </w:p>
    <w:p>
      <w:pPr>
        <w:jc w:val="right"/>
      </w:pPr>
      <w:r>
        <w:t>اس کے ہاتھ میں جو بیگ یا ٹرنک کوئی چیز تھی اب وہ آدمی گر پڑا پلیٹ فارم پر۔</w:t>
      </w:r>
    </w:p>
    <w:p>
      <w:r>
        <w:rPr>
          <w:b/>
        </w:rPr>
        <w:t xml:space="preserve">[45:32] </w:t>
      </w:r>
      <w:r>
        <w:t>ab dekhiye wahan par kya hua? peechay walay nay jis nay dhakka de diya tha us nay kaha keh sorry.</w:t>
      </w:r>
    </w:p>
    <w:p>
      <w:pPr>
        <w:jc w:val="right"/>
      </w:pPr>
      <w:r>
        <w:t>اب دیکھیے وہاں پر کیا ہوا؟ پیچھے والے نے جس نے دھکا دے دیا تھا اس نے کہا کہ سوری۔</w:t>
      </w:r>
    </w:p>
    <w:p>
      <w:r>
        <w:rPr>
          <w:b/>
        </w:rPr>
        <w:t xml:space="preserve">[45:39] </w:t>
      </w:r>
      <w:r>
        <w:t>to doosra wala tha us ne kaha ke okay. to sorry woh okay baat khatam ho gai woh aage badh gaye woh. ab woh kehta hai ke tum andhe ho. to kehta hai tum behre ho. tum ko dikhai nahin deta tum ko chalna nahin aata. ab baat badhte badhte aapas mein lad jaate dono. phir police case banta. to dekhiye ek tareeqa yeh hai ke aap apne emotion par chalen apne jazbaat par chalen. koi bharkaye to aap bhark</w:t>
      </w:r>
    </w:p>
    <w:p>
      <w:pPr>
        <w:jc w:val="right"/>
      </w:pPr>
      <w:r>
        <w:t>تو دوسرا والا تھا اس نے کہا کہ اوکے۔ تو سوری وہ اوکے بات ختم ہو گئی وہ آگے بڑھ گئے وہ۔ اب وہ کہتا ہے کہ تم اندھے ہو۔ تو کہتا ہے تم بہرے ہو۔ تم کو دکھائی نہیں دیتا تم کو چلنا نہیں آتا۔ اب بات بڑھتے بڑھتے آپس میں لڑ جاتے دونوں۔ پھر پولیس کیس بنتا۔ تو دیکھیے ایک طریقہ یہ ہے کہ آپ اپنے ایموشن پر چلیں اپنے جذبات پر چلیں۔ کوئی بھڑکائے تو آپ بھڑک</w:t>
      </w:r>
    </w:p>
    <w:p>
      <w:r>
        <w:rPr>
          <w:b/>
        </w:rPr>
        <w:t xml:space="preserve">[46:09] </w:t>
      </w:r>
      <w:r>
        <w:t>jayen.</w:t>
      </w:r>
    </w:p>
    <w:p>
      <w:pPr>
        <w:jc w:val="right"/>
      </w:pPr>
      <w:r>
        <w:t>جائیں۔</w:t>
      </w:r>
    </w:p>
    <w:p>
      <w:r>
        <w:rPr>
          <w:b/>
        </w:rPr>
        <w:t xml:space="preserve">[46:14] </w:t>
      </w:r>
      <w:r>
        <w:t>koi ghussa dilaye to aap ghussa kernay lagen.</w:t>
      </w:r>
    </w:p>
    <w:p>
      <w:pPr>
        <w:jc w:val="right"/>
      </w:pPr>
      <w:r>
        <w:t>کوئی غصہ دلائے تو آپ غصہ کرنے لگیں۔</w:t>
      </w:r>
    </w:p>
    <w:p>
      <w:r>
        <w:rPr>
          <w:b/>
        </w:rPr>
        <w:t xml:space="preserve">[46:19] </w:t>
      </w:r>
      <w:r>
        <w:t>aik tareeqa yeh hai.</w:t>
      </w:r>
    </w:p>
    <w:p>
      <w:pPr>
        <w:jc w:val="right"/>
      </w:pPr>
      <w:r>
        <w:t>ایک طریقہ یہ ہے۔</w:t>
      </w:r>
    </w:p>
    <w:p>
      <w:r>
        <w:rPr>
          <w:b/>
        </w:rPr>
        <w:t xml:space="preserve">[46:24] </w:t>
      </w:r>
      <w:r>
        <w:t>to is ka tareeqa jo log is tareeqay par chalain hamesha un ko bura anjam dekhna parta hai.</w:t>
      </w:r>
    </w:p>
    <w:p>
      <w:pPr>
        <w:jc w:val="right"/>
      </w:pPr>
      <w:r>
        <w:t>تو اس کا طریقہ جو لوگ اس طریقے پر چلیں ہمیشہ ان کو برا انجام دیکھنا پڑتا ہے۔</w:t>
      </w:r>
    </w:p>
    <w:p>
      <w:r>
        <w:rPr>
          <w:b/>
        </w:rPr>
        <w:t xml:space="preserve">[46:29] </w:t>
      </w:r>
      <w:r>
        <w:t>yani abhi nuqsan agar aik rupay ka hua tha to ab hazar rupay ka nuqsan uthana parta hai.</w:t>
      </w:r>
    </w:p>
    <w:p>
      <w:pPr>
        <w:jc w:val="right"/>
      </w:pPr>
      <w:r>
        <w:t>یعنی ابھی نقصان اگر ایک روپے کا ہوا تھا تو اب ہزار روپے کا نقصان اٹھانا پڑتا ہے۔</w:t>
      </w:r>
    </w:p>
    <w:p>
      <w:r>
        <w:rPr>
          <w:b/>
        </w:rPr>
        <w:t xml:space="preserve">[46:34] </w:t>
      </w:r>
      <w:r>
        <w:t>lekin jo log apni aqal ko istemal karen to foran sochen keh bhai</w:t>
      </w:r>
    </w:p>
    <w:p>
      <w:pPr>
        <w:jc w:val="right"/>
      </w:pPr>
      <w:r>
        <w:t>لیکن جو لوگ اپنی عقل کو استعمال کریں تو فوراً سوچیں کہ بھئی</w:t>
      </w:r>
    </w:p>
    <w:p>
      <w:r>
        <w:rPr>
          <w:b/>
        </w:rPr>
        <w:t xml:space="preserve">[46:39] </w:t>
      </w:r>
      <w:r>
        <w:t>mujhe is waqt mauqa par kya karna chahiye? to jaisay wahan hua mogaal silaye ke railway station par</w:t>
      </w:r>
    </w:p>
    <w:p>
      <w:pPr>
        <w:jc w:val="right"/>
      </w:pPr>
      <w:r>
        <w:t>مجھے اس وقت موقع پر کیا کرنا چاہیے؟ تو جیسے وہاں ہوا مغل سلائے کے ریلوے اسٹیشن پر</w:t>
      </w:r>
    </w:p>
    <w:p>
      <w:r>
        <w:rPr>
          <w:b/>
        </w:rPr>
        <w:t xml:space="preserve">[46:44] </w:t>
      </w:r>
      <w:r>
        <w:t>keh jaldi se us nay kaha keh sorry.</w:t>
      </w:r>
    </w:p>
    <w:p>
      <w:pPr>
        <w:jc w:val="right"/>
      </w:pPr>
      <w:r>
        <w:t>کہ جلدی سے اس نے کہا کہ سوری۔</w:t>
      </w:r>
    </w:p>
    <w:p>
      <w:r>
        <w:rPr>
          <w:b/>
        </w:rPr>
        <w:t xml:space="preserve">[46:50] </w:t>
      </w:r>
      <w:r>
        <w:t>to doosray nay bhi keh diya keh okay.</w:t>
      </w:r>
    </w:p>
    <w:p>
      <w:pPr>
        <w:jc w:val="right"/>
      </w:pPr>
      <w:r>
        <w:t>تو دوسرے نے بھی کہہ دیا کہ اوکے۔</w:t>
      </w:r>
    </w:p>
    <w:p>
      <w:r>
        <w:rPr>
          <w:b/>
        </w:rPr>
        <w:t xml:space="preserve">[46:55] </w:t>
      </w:r>
      <w:r>
        <w:t>to sorry mein okay mein do shabdon mein baat khatam ho gayi.</w:t>
      </w:r>
    </w:p>
    <w:p>
      <w:pPr>
        <w:jc w:val="right"/>
      </w:pPr>
      <w:r>
        <w:t>تو سوری میں اوکے میں دو शब्दوں میں بات ختم ہو گئی۔</w:t>
      </w:r>
    </w:p>
    <w:p>
      <w:r>
        <w:rPr>
          <w:b/>
        </w:rPr>
        <w:t xml:space="preserve">[47:00] </w:t>
      </w:r>
      <w:r>
        <w:t>aur road par kitni baar aap dekhen gay keh aik aadmi kahay ga tum andhay ho.</w:t>
      </w:r>
    </w:p>
    <w:p>
      <w:pPr>
        <w:jc w:val="right"/>
      </w:pPr>
      <w:r>
        <w:t>اور روڈ پر کتنی بار آپ دیکھیں گے کہ ایک آدمی کہے گا تم اندھے ہو۔</w:t>
      </w:r>
    </w:p>
    <w:p>
      <w:r>
        <w:rPr>
          <w:b/>
        </w:rPr>
        <w:t xml:space="preserve">[47:06] </w:t>
      </w:r>
      <w:r>
        <w:t>doosra kahay ga tum behray ho.</w:t>
      </w:r>
    </w:p>
    <w:p>
      <w:pPr>
        <w:jc w:val="right"/>
      </w:pPr>
      <w:r>
        <w:t>دوسرا کہے گا تم بہرے ہو۔</w:t>
      </w:r>
    </w:p>
    <w:p>
      <w:r>
        <w:rPr>
          <w:b/>
        </w:rPr>
        <w:t xml:space="preserve">[47:11] </w:t>
      </w:r>
      <w:r>
        <w:t>aur baat barhtay barhtay kya hoga? keh lar jayen gay.</w:t>
      </w:r>
    </w:p>
    <w:p>
      <w:pPr>
        <w:jc w:val="right"/>
      </w:pPr>
      <w:r>
        <w:t>اور بات بڑھتے بڑھتے کیا ہوگا؟ کہ لڑ جائیں گے۔</w:t>
      </w:r>
    </w:p>
    <w:p>
      <w:r>
        <w:rPr>
          <w:b/>
        </w:rPr>
        <w:t xml:space="preserve">[47:17] </w:t>
      </w:r>
      <w:r>
        <w:t>lar jayen gay aur is kay baad police case ban jayega.</w:t>
      </w:r>
    </w:p>
    <w:p>
      <w:pPr>
        <w:jc w:val="right"/>
      </w:pPr>
      <w:r>
        <w:t>لڑ جائیں گے اور اس کے بعد پولیس کیس بن جائے گا۔</w:t>
      </w:r>
    </w:p>
    <w:p>
      <w:r>
        <w:rPr>
          <w:b/>
        </w:rPr>
        <w:t xml:space="preserve">[47:23] </w:t>
      </w:r>
      <w:r>
        <w:t>to zindagi mein yaad rakhiye chahay koi secular maamla ho ya religious maamla ho.</w:t>
      </w:r>
    </w:p>
    <w:p>
      <w:pPr>
        <w:jc w:val="right"/>
      </w:pPr>
      <w:r>
        <w:t>تو زندگی میں یاد رکھیے چاہے کوئی سیکولر معاملہ ہو یا ریلیجیس معاملہ ہو۔</w:t>
      </w:r>
    </w:p>
    <w:p>
      <w:r>
        <w:rPr>
          <w:b/>
        </w:rPr>
        <w:t xml:space="preserve">[47:29] </w:t>
      </w:r>
      <w:r>
        <w:t>hamesha reason ko wahan istemal karna hai.</w:t>
      </w:r>
    </w:p>
    <w:p>
      <w:pPr>
        <w:jc w:val="right"/>
      </w:pPr>
      <w:r>
        <w:t>ہمیشہ ریزن کو وہاں استعمال کرنا ہے۔</w:t>
      </w:r>
    </w:p>
    <w:p>
      <w:r>
        <w:rPr>
          <w:b/>
        </w:rPr>
        <w:t xml:space="preserve">[47:35] </w:t>
      </w:r>
      <w:r>
        <w:t>aqal ko istemal karna hai.</w:t>
      </w:r>
    </w:p>
    <w:p>
      <w:pPr>
        <w:jc w:val="right"/>
      </w:pPr>
      <w:r>
        <w:t>عقل کو استعمال کرنا ہے۔</w:t>
      </w:r>
    </w:p>
    <w:p>
      <w:r>
        <w:rPr>
          <w:b/>
        </w:rPr>
        <w:t xml:space="preserve">[47:40] </w:t>
      </w:r>
      <w:r>
        <w:t>hadees mein aata hai keh aadmi amal karta hai.</w:t>
      </w:r>
    </w:p>
    <w:p>
      <w:pPr>
        <w:jc w:val="right"/>
      </w:pPr>
      <w:r>
        <w:t>حدیث میں آتا ہے کہ آدمی عمل کرتا ہے۔</w:t>
      </w:r>
    </w:p>
    <w:p>
      <w:r>
        <w:rPr>
          <w:b/>
        </w:rPr>
        <w:t xml:space="preserve">[47:46] </w:t>
      </w:r>
      <w:r>
        <w:t>yani is dunya mein har aadmi amal kar raha hai. lekin jab akhirat mein pahunchega to kya hoga? wa la yujza illa bi qadri aqlihi. har aadmi jo hai apni aql ke barabar is ka badla payega. yani jitni bari aql ke sath is ne amal kiya</w:t>
      </w:r>
    </w:p>
    <w:p>
      <w:pPr>
        <w:jc w:val="right"/>
      </w:pPr>
      <w:r>
        <w:t>یعنی اس دنیا میں ہر آدمی عمل کر رہا ہے۔ لیکن جب آخرت میں پہنچے گا تو کیا ہوگا؟ ولا یجزا الا بقدر عقلہ۔ ہر آدمی جو ہے اپنی عقل کے برابر اس کا بدلہ پائے گا۔ یعنی جتنی بڑی عقل کے ساتھ اس نے عمل کیا</w:t>
      </w:r>
    </w:p>
    <w:p>
      <w:r>
        <w:rPr>
          <w:b/>
        </w:rPr>
        <w:t xml:space="preserve">[48:16] </w:t>
      </w:r>
      <w:r>
        <w:t>hai utni bari us ko reward milega. is mani ke kitna bara darja hai hamare dimagh ka hamari aql ka hamari reason ka. yani aap jaise maslan namaz parhte hain aap. to aap namaz is tarah parhein ke aap poori soch aap ki is mein lagi hui ho. poori aql is mein lagi hui ho. to is namaz mein ek nayi spirit aa jayegi yani nayi ek jaan paida ho jayegi. is namaz ki value bohat</w:t>
      </w:r>
    </w:p>
    <w:p>
      <w:pPr>
        <w:jc w:val="right"/>
      </w:pPr>
      <w:r>
        <w:t>ہے اتنی بڑا اس کو ریوارڈ ملے گا۔ اس معنی کہ کتنا بڑا درجہ ہے ہمارے دماغ کا ہماری عقل کا ہماری ریزن کا۔ یعنی آپ جیسے مثلاً نماز پڑھتے ہیں آپ۔ تو آپ نماز اس طرح پڑھیں کہ آپ پوری سوچ آپ کی اس میں لگی ہوئی ہو۔ پوری عقل اس میں لگی ہوئی ہو۔ تو اس نماز میں ایک نئی اسپرٹ آ جائے گی یعنی نئی ایک جان پیدا ہو جائے گی۔ اس نماز کی ویلیو بہت بڑ</w:t>
      </w:r>
    </w:p>
    <w:p>
      <w:r>
        <w:rPr>
          <w:b/>
        </w:rPr>
        <w:t xml:space="preserve">[48:46] </w:t>
      </w:r>
      <w:r>
        <w:t>h jayegi.</w:t>
      </w:r>
    </w:p>
    <w:p>
      <w:pPr>
        <w:jc w:val="right"/>
      </w:pPr>
      <w:r>
        <w:t>ھ جائے گی۔</w:t>
      </w:r>
    </w:p>
    <w:p>
      <w:r>
        <w:rPr>
          <w:b/>
        </w:rPr>
        <w:t xml:space="preserve">[48:51] </w:t>
      </w:r>
      <w:r>
        <w:t>agar aisa ho keh aap ki body to namaz parh rahi hai.</w:t>
      </w:r>
    </w:p>
    <w:p>
      <w:pPr>
        <w:jc w:val="right"/>
      </w:pPr>
      <w:r>
        <w:t>اگر ایسا ہو کہ آپ کی باڈی تو نماز پڑھ رہی ہے۔</w:t>
      </w:r>
    </w:p>
    <w:p>
      <w:r>
        <w:rPr>
          <w:b/>
        </w:rPr>
        <w:t xml:space="preserve">[48:56] </w:t>
      </w:r>
      <w:r>
        <w:t>aur aap ki aqal is say alag hai.</w:t>
      </w:r>
    </w:p>
    <w:p>
      <w:pPr>
        <w:jc w:val="right"/>
      </w:pPr>
      <w:r>
        <w:t>اور آپ کی عقل اس سے الگ ہے۔</w:t>
      </w:r>
    </w:p>
    <w:p>
      <w:r>
        <w:rPr>
          <w:b/>
        </w:rPr>
        <w:t xml:space="preserve">[49:01] </w:t>
      </w:r>
      <w:r>
        <w:t>yani bodily you are in a prayer.</w:t>
      </w:r>
    </w:p>
    <w:p>
      <w:pPr>
        <w:jc w:val="right"/>
      </w:pPr>
      <w:r>
        <w:t>یعنی باڈیلی یو آر ان اے پریئر۔</w:t>
      </w:r>
    </w:p>
    <w:p>
      <w:r>
        <w:rPr>
          <w:b/>
        </w:rPr>
        <w:t xml:space="preserve">[49:05] </w:t>
      </w:r>
      <w:r>
        <w:t>lekin aap ki aqal aap ki reason aap ka zehn aap ki thinking is say alag hai is</w:t>
      </w:r>
    </w:p>
    <w:p>
      <w:pPr>
        <w:jc w:val="right"/>
      </w:pPr>
      <w:r>
        <w:t>لیکن آپ کی عقل آپ کی ریزن آپ کا ذہن آپ کی تھنکنگ اس سے الگ ہے اس</w:t>
      </w:r>
    </w:p>
    <w:p>
      <w:r>
        <w:rPr>
          <w:b/>
        </w:rPr>
        <w:t xml:space="preserve">[49:10] </w:t>
      </w:r>
      <w:r>
        <w:t>say koi matlab nahi hota.</w:t>
      </w:r>
    </w:p>
    <w:p>
      <w:pPr>
        <w:jc w:val="right"/>
      </w:pPr>
      <w:r>
        <w:t>سے کوئی مطلب نہیں ہوتا۔</w:t>
      </w:r>
    </w:p>
    <w:p>
      <w:r>
        <w:rPr>
          <w:b/>
        </w:rPr>
        <w:t xml:space="preserve">[49:15] </w:t>
      </w:r>
      <w:r>
        <w:t>to aisi namaz kya hai? aisi namaz to kuch bhi nahin.</w:t>
      </w:r>
    </w:p>
    <w:p>
      <w:pPr>
        <w:jc w:val="right"/>
      </w:pPr>
      <w:r>
        <w:t>تو ایسی نماز کیا ہے؟ ایسی نماز تو کچھ بھی نہیں۔</w:t>
      </w:r>
    </w:p>
    <w:p>
      <w:r>
        <w:rPr>
          <w:b/>
        </w:rPr>
        <w:t xml:space="preserve">[49:19] </w:t>
      </w:r>
      <w:r>
        <w:t>jaise hadith mein aata hai kuch aise hain ke raton ko namaz parhte hain lekin un se kya milta hai un ko uthna baithna. bas. to jab tak aap apni aql ko shamil na karein to ibadat bhi spirit-less hai be faida hai. aur doosre saare kaam bhi be faida hain. ek hadith hai ke aadmi ko Khuda ne sirf sab se</w:t>
      </w:r>
    </w:p>
    <w:p>
      <w:pPr>
        <w:jc w:val="right"/>
      </w:pPr>
      <w:r>
        <w:t>جیسے حدیث میں آتا ہے کچھ ایسے ہیں کہ راتوں کو نماز پڑھتے ہیں لیکن ان سے کیا ملتا ہے ان کو اٹھنا بیٹھنا۔ بس۔ تو جب تک آپ اپنی عقل کو شامل نہ کریں تو عبادت بھی اسپرٹ لیس ہے بے فائدہ ہے۔ اور دوسرے سارے کام بھی بے فائدہ ہیں۔ ایک حدیث ہے کہ آدمی کو خدا نے صرف سب سے</w:t>
      </w:r>
    </w:p>
    <w:p>
      <w:r>
        <w:rPr>
          <w:b/>
        </w:rPr>
        <w:t xml:space="preserve">[49:49] </w:t>
      </w:r>
      <w:r>
        <w:t>bari cheez di hai woh aql hai.</w:t>
      </w:r>
    </w:p>
    <w:p>
      <w:pPr>
        <w:jc w:val="right"/>
      </w:pPr>
      <w:r>
        <w:t>بڑی چیز دی ہے وہ عقل ہے۔</w:t>
      </w:r>
    </w:p>
    <w:p>
      <w:r>
        <w:rPr>
          <w:b/>
        </w:rPr>
        <w:t xml:space="preserve">[49:54] </w:t>
      </w:r>
      <w:r>
        <w:t>aql sochne ki taqat. mind.</w:t>
      </w:r>
    </w:p>
    <w:p>
      <w:pPr>
        <w:jc w:val="right"/>
      </w:pPr>
      <w:r>
        <w:t>عقل سوچنے کی طاقت۔ مائنڈ۔</w:t>
      </w:r>
    </w:p>
    <w:p>
      <w:r>
        <w:rPr>
          <w:b/>
        </w:rPr>
        <w:t xml:space="preserve">[49:58] </w:t>
      </w:r>
      <w:r>
        <w:t>sab se bari cheez.</w:t>
      </w:r>
    </w:p>
    <w:p>
      <w:pPr>
        <w:jc w:val="right"/>
      </w:pPr>
      <w:r>
        <w:t>سب سے بڑی چیز۔</w:t>
      </w:r>
    </w:p>
    <w:p>
      <w:r>
        <w:rPr>
          <w:b/>
        </w:rPr>
        <w:t xml:space="preserve">[50:02] </w:t>
      </w:r>
      <w:r>
        <w:t>yeh yeh body to aql ka vehicle hai.</w:t>
      </w:r>
    </w:p>
    <w:p>
      <w:pPr>
        <w:jc w:val="right"/>
      </w:pPr>
      <w:r>
        <w:t>یہ یہ باڈی تو عقل کا وہیکل ہے۔</w:t>
      </w:r>
    </w:p>
    <w:p>
      <w:r>
        <w:rPr>
          <w:b/>
        </w:rPr>
        <w:t xml:space="preserve">[50:06] </w:t>
      </w:r>
      <w:r>
        <w:t>mind ka vehicle hai.</w:t>
      </w:r>
    </w:p>
    <w:p>
      <w:pPr>
        <w:jc w:val="right"/>
      </w:pPr>
      <w:r>
        <w:t>مائنڈ کا وہیکل ہے۔</w:t>
      </w:r>
    </w:p>
    <w:p>
      <w:r>
        <w:rPr>
          <w:b/>
        </w:rPr>
        <w:t xml:space="preserve">[50:10] </w:t>
      </w:r>
      <w:r>
        <w:t>asal insan to wohi hai jo mind hai.</w:t>
      </w:r>
    </w:p>
    <w:p>
      <w:pPr>
        <w:jc w:val="right"/>
      </w:pPr>
      <w:r>
        <w:t>اصل انسان تو وہی ہے جو مائنڈ ہے۔</w:t>
      </w:r>
    </w:p>
    <w:p>
      <w:r>
        <w:rPr>
          <w:b/>
        </w:rPr>
        <w:t xml:space="preserve">[50:14] </w:t>
      </w:r>
      <w:r>
        <w:t>mind hi aap ki asal personality hai.</w:t>
      </w:r>
    </w:p>
    <w:p>
      <w:pPr>
        <w:jc w:val="right"/>
      </w:pPr>
      <w:r>
        <w:t>مائنڈ ہی آپ کی اصل پرسنیلٹی ہے۔</w:t>
      </w:r>
    </w:p>
    <w:p>
      <w:r>
        <w:rPr>
          <w:b/>
        </w:rPr>
        <w:t xml:space="preserve">[50:18] </w:t>
      </w:r>
      <w:r>
        <w:t>aur yeh body aap ka yeh is ka vehicle hai.</w:t>
      </w:r>
    </w:p>
    <w:p>
      <w:pPr>
        <w:jc w:val="right"/>
      </w:pPr>
      <w:r>
        <w:t>اور یہ باڈی آپ کا یہ اس کا وہیکل ہے۔</w:t>
      </w:r>
    </w:p>
    <w:p>
      <w:r>
        <w:rPr>
          <w:b/>
        </w:rPr>
        <w:t xml:space="preserve">[50:22] </w:t>
      </w:r>
      <w:r>
        <w:t>to vehicle ko aap khoob sanwaren banaen.</w:t>
      </w:r>
    </w:p>
    <w:p>
      <w:pPr>
        <w:jc w:val="right"/>
      </w:pPr>
      <w:r>
        <w:t>تو وہیکل کو آپ خوب سنواریں بنائیں۔</w:t>
      </w:r>
    </w:p>
    <w:p>
      <w:r>
        <w:rPr>
          <w:b/>
        </w:rPr>
        <w:t xml:space="preserve">[50:26] </w:t>
      </w:r>
      <w:r>
        <w:t>is ko khoob beautify karen.</w:t>
      </w:r>
    </w:p>
    <w:p>
      <w:pPr>
        <w:jc w:val="right"/>
      </w:pPr>
      <w:r>
        <w:t>اس کو خوب بیوٹیفائی کریں۔</w:t>
      </w:r>
    </w:p>
    <w:p>
      <w:r>
        <w:rPr>
          <w:b/>
        </w:rPr>
        <w:t xml:space="preserve">[50:31] </w:t>
      </w:r>
      <w:r>
        <w:t>aur mind ko istemal na karen.</w:t>
      </w:r>
    </w:p>
    <w:p>
      <w:pPr>
        <w:jc w:val="right"/>
      </w:pPr>
      <w:r>
        <w:t>اور مائنڈ کو استعمال نہ کریں۔</w:t>
      </w:r>
    </w:p>
    <w:p>
      <w:r>
        <w:rPr>
          <w:b/>
        </w:rPr>
        <w:t xml:space="preserve">[50:35] </w:t>
      </w:r>
      <w:r>
        <w:t>to kitni bari yeh kitna bara loss hai yeh.</w:t>
      </w:r>
    </w:p>
    <w:p>
      <w:pPr>
        <w:jc w:val="right"/>
      </w:pPr>
      <w:r>
        <w:t>تو کتنی بڑی یہ کتنا بڑا لاس ہے یہ۔</w:t>
      </w:r>
    </w:p>
    <w:p>
      <w:r>
        <w:rPr>
          <w:b/>
        </w:rPr>
        <w:t xml:space="preserve">[50:40] </w:t>
      </w:r>
      <w:r>
        <w:t>main ne aise bohat se log dekhe hain ke khoob acha acha kapra pehnen ge.</w:t>
      </w:r>
    </w:p>
    <w:p>
      <w:pPr>
        <w:jc w:val="right"/>
      </w:pPr>
      <w:r>
        <w:t>میں نے ایسے بہت سے لوگ دیکھے ہیں کہ خوب اچھا اچھا کپڑا پہنیں گے۔</w:t>
      </w:r>
    </w:p>
    <w:p>
      <w:r>
        <w:rPr>
          <w:b/>
        </w:rPr>
        <w:t xml:space="preserve">[50:44] </w:t>
      </w:r>
      <w:r>
        <w:t>khoob apni body ko beautify karen ge.</w:t>
      </w:r>
    </w:p>
    <w:p>
      <w:pPr>
        <w:jc w:val="right"/>
      </w:pPr>
      <w:r>
        <w:t>خوب اپنی باڈی کو بیوٹیفائی کریں گے۔</w:t>
      </w:r>
    </w:p>
    <w:p>
      <w:r>
        <w:rPr>
          <w:b/>
        </w:rPr>
        <w:t xml:space="preserve">[50:49] </w:t>
      </w:r>
      <w:r>
        <w:t>khoob apne ko banaen sanwaren ge.</w:t>
      </w:r>
    </w:p>
    <w:p>
      <w:pPr>
        <w:jc w:val="right"/>
      </w:pPr>
      <w:r>
        <w:t>خوب اپنے کو بنائیں سنواریں گے۔</w:t>
      </w:r>
    </w:p>
    <w:p>
      <w:r>
        <w:rPr>
          <w:b/>
        </w:rPr>
        <w:t xml:space="preserve">[50:53] </w:t>
      </w:r>
      <w:r>
        <w:t>aur ache ache khane kha kar apne ko khoob healthy banaen ge.</w:t>
      </w:r>
    </w:p>
    <w:p>
      <w:pPr>
        <w:jc w:val="right"/>
      </w:pPr>
      <w:r>
        <w:t>اور اچھے اچھے کھانے کھا کر اپنے کو خوب ہیلتھی بنائیں گے۔</w:t>
      </w:r>
    </w:p>
    <w:p>
      <w:r>
        <w:rPr>
          <w:b/>
        </w:rPr>
        <w:t xml:space="preserve">[51:00] </w:t>
      </w:r>
      <w:r>
        <w:t>lekin agar in se aap baat karen to kisi bhi topic pe woh koi baat nahin kar paate.</w:t>
      </w:r>
    </w:p>
    <w:p>
      <w:pPr>
        <w:jc w:val="right"/>
      </w:pPr>
      <w:r>
        <w:t>لیکن اگر ان سے آپ بات کریں تو کسی بھی ٹاپک پہ وہ کوئی بات نہیں کر پاتے۔</w:t>
      </w:r>
    </w:p>
    <w:p>
      <w:r>
        <w:rPr>
          <w:b/>
        </w:rPr>
        <w:t xml:space="preserve">[51:06] </w:t>
      </w:r>
      <w:r>
        <w:t>kisi topic par bhi woh koi baat nahin kar paate.</w:t>
      </w:r>
    </w:p>
    <w:p>
      <w:pPr>
        <w:jc w:val="right"/>
      </w:pPr>
      <w:r>
        <w:t>کسی ٹاپک پر بھی وہ کوئی بات نہیں کر پاتے۔</w:t>
      </w:r>
    </w:p>
    <w:p>
      <w:r>
        <w:rPr>
          <w:b/>
        </w:rPr>
        <w:t xml:space="preserve">[51:13] </w:t>
      </w:r>
      <w:r>
        <w:t>in se aap koi intellectual discussion nahin kar sakte.</w:t>
      </w:r>
    </w:p>
    <w:p>
      <w:pPr>
        <w:jc w:val="right"/>
      </w:pPr>
      <w:r>
        <w:t>ان سے آپ کوئی انٹلیکچول ڈسکشن نہیں کر سکتے۔</w:t>
      </w:r>
    </w:p>
    <w:p>
      <w:r>
        <w:rPr>
          <w:b/>
        </w:rPr>
        <w:t xml:space="preserve">[51:19] </w:t>
      </w:r>
      <w:r>
        <w:t>kyun? is liye ke in ka koi intellectual development nahin hua.</w:t>
      </w:r>
    </w:p>
    <w:p>
      <w:pPr>
        <w:jc w:val="right"/>
      </w:pPr>
      <w:r>
        <w:t>کیوں؟ اس لیے کہ ان کا کوئی انٹلیکچول ڈیولپمنٹ نہیں ہوا۔</w:t>
      </w:r>
    </w:p>
    <w:p>
      <w:r>
        <w:rPr>
          <w:b/>
        </w:rPr>
        <w:t xml:space="preserve">[51:26] </w:t>
      </w:r>
      <w:r>
        <w:t>koi intellectual development nahin hua.</w:t>
      </w:r>
    </w:p>
    <w:p>
      <w:pPr>
        <w:jc w:val="right"/>
      </w:pPr>
      <w:r>
        <w:t>کوئی انٹلیکچول ڈیولپمنٹ نہیں ہوا۔</w:t>
      </w:r>
    </w:p>
    <w:p>
      <w:r>
        <w:rPr>
          <w:b/>
        </w:rPr>
        <w:t xml:space="preserve">[51:30] </w:t>
      </w:r>
      <w:r>
        <w:t>ek martaba main ek sahib ke haan gaya jo ek farmhouse mein rehte the.</w:t>
      </w:r>
    </w:p>
    <w:p>
      <w:pPr>
        <w:jc w:val="right"/>
      </w:pPr>
      <w:r>
        <w:t>ایک مرتبہ میں ایک صاحب کے ہاں گیا جو ایک فارم ہاؤس میں رہتے تھے۔</w:t>
      </w:r>
    </w:p>
    <w:p>
      <w:r>
        <w:rPr>
          <w:b/>
        </w:rPr>
        <w:t xml:space="preserve">[51:33] </w:t>
      </w:r>
      <w:r>
        <w:t>ek ek paise wale aadmi the bohat wealthy aadmi.</w:t>
      </w:r>
    </w:p>
    <w:p>
      <w:pPr>
        <w:jc w:val="right"/>
      </w:pPr>
      <w:r>
        <w:t>ایک ایک پیسے والے آدمی تھے بہت ویلدی آدمی۔</w:t>
      </w:r>
    </w:p>
    <w:p>
      <w:r>
        <w:rPr>
          <w:b/>
        </w:rPr>
        <w:t xml:space="preserve">[51:37] </w:t>
      </w:r>
      <w:r>
        <w:t>un ke woh bete the.</w:t>
      </w:r>
    </w:p>
    <w:p>
      <w:pPr>
        <w:jc w:val="right"/>
      </w:pPr>
      <w:r>
        <w:t>ان کے وہ بیٹے تھے۔</w:t>
      </w:r>
    </w:p>
    <w:p>
      <w:r>
        <w:rPr>
          <w:b/>
        </w:rPr>
        <w:t xml:space="preserve">[51:41] </w:t>
      </w:r>
      <w:r>
        <w:t>to baap ne un ke liye ek farmhouse banaya.</w:t>
      </w:r>
    </w:p>
    <w:p>
      <w:pPr>
        <w:jc w:val="right"/>
      </w:pPr>
      <w:r>
        <w:t>تو باپ نے ان کے لیے ایک فارم ہاؤس بنایا۔</w:t>
      </w:r>
    </w:p>
    <w:p>
      <w:r>
        <w:rPr>
          <w:b/>
        </w:rPr>
        <w:t xml:space="preserve">[51:45] </w:t>
      </w:r>
      <w:r>
        <w:t>baap jo tha woh paise wala tha.</w:t>
      </w:r>
    </w:p>
    <w:p>
      <w:pPr>
        <w:jc w:val="right"/>
      </w:pPr>
      <w:r>
        <w:t>باپ جو تھا وہ پیسے والا تھا۔</w:t>
      </w:r>
    </w:p>
    <w:p>
      <w:r>
        <w:rPr>
          <w:b/>
        </w:rPr>
        <w:t xml:space="preserve">[51:49] </w:t>
      </w:r>
      <w:r>
        <w:t>to is mein ek bohat achha sa beautiful makaan is ke paas bagh.</w:t>
      </w:r>
    </w:p>
    <w:p>
      <w:pPr>
        <w:jc w:val="right"/>
      </w:pPr>
      <w:r>
        <w:t>تو اس میں ایک بہت اچھا سا بیوٹی فل مکان اس کے پاس باغ۔</w:t>
      </w:r>
    </w:p>
    <w:p>
      <w:r>
        <w:rPr>
          <w:b/>
        </w:rPr>
        <w:t xml:space="preserve">[51:52] </w:t>
      </w:r>
      <w:r>
        <w:t>to ek far</w:t>
      </w:r>
    </w:p>
    <w:p>
      <w:pPr>
        <w:jc w:val="right"/>
      </w:pPr>
      <w:r>
        <w:t>تو ایک فار</w:t>
      </w:r>
    </w:p>
    <w:p>
      <w:r>
        <w:rPr>
          <w:b/>
        </w:rPr>
        <w:t xml:space="preserve">[51:56] </w:t>
      </w:r>
      <w:r>
        <w:t>m house banakar unhone apne bete ko de diya. to un ki low marriage hui. to apni biwi ke sath wahan rehte the woh. to main gaya ek bar wahan. mere sath ek aur sahib the. hum do aadmi gaye. asal mein doosre sahib jo mere saathi the woh un ke mulakati the. main to un se mulaqat nahi thi meri. woh mujhe</w:t>
      </w:r>
    </w:p>
    <w:p>
      <w:pPr>
        <w:jc w:val="right"/>
      </w:pPr>
      <w:r>
        <w:t>م ہاؤس بنا کر انہوں نے اپنے بیٹے کو دے دیا۔ تو ان کی لو میرج ہوئی۔ تو اپنی بیوی کے ساتھ وہاں رہتے تھے وہ۔ تو میں گیا ایک بار وہاں۔ میرے ساتھ ایک اور صاحب تھے۔ ہم دو آدمی گئے۔ اصل میں دوسرے صاحب جو میرے ساتھی تھے وہ ان کے ملاقاتی تھے۔ میں تو ان سے ملاقات نہیں تھی میری۔ وہ مج</w:t>
      </w:r>
    </w:p>
    <w:p>
      <w:r>
        <w:rPr>
          <w:b/>
        </w:rPr>
        <w:t xml:space="preserve">[52:26] </w:t>
      </w:r>
      <w:r>
        <w:t>he saath le gaye the apne ke chalo hum apne ek dost se aap ko milate hain.</w:t>
      </w:r>
    </w:p>
    <w:p>
      <w:pPr>
        <w:jc w:val="right"/>
      </w:pPr>
      <w:r>
        <w:t>ھے ساتھ لے گئے تھے اپنے کہ چلو ہم اپنے ایک دوست سے آپ کو ملاتے ہیں۔</w:t>
      </w:r>
    </w:p>
    <w:p>
      <w:r>
        <w:rPr>
          <w:b/>
        </w:rPr>
        <w:t xml:space="preserve">[52:31] </w:t>
      </w:r>
      <w:r>
        <w:t>to main gaya wahan par un ke farmhouse mein.</w:t>
      </w:r>
    </w:p>
    <w:p>
      <w:pPr>
        <w:jc w:val="right"/>
      </w:pPr>
      <w:r>
        <w:t>تو میں گیا وہاں پر ان کے فارم ہاؤس میں۔</w:t>
      </w:r>
    </w:p>
    <w:p>
      <w:r>
        <w:rPr>
          <w:b/>
        </w:rPr>
        <w:t xml:space="preserve">[52:36] </w:t>
      </w:r>
      <w:r>
        <w:t>hum log wahan kaafi der tak rahe kai ghante tak.</w:t>
      </w:r>
    </w:p>
    <w:p>
      <w:pPr>
        <w:jc w:val="right"/>
      </w:pPr>
      <w:r>
        <w:t>ہم لوگ وہاں کافی دیر تک رہے کئی گھنٹے تک۔</w:t>
      </w:r>
    </w:p>
    <w:p>
      <w:r>
        <w:rPr>
          <w:b/>
        </w:rPr>
        <w:t xml:space="preserve">[52:41] </w:t>
      </w:r>
      <w:r>
        <w:t>to main ne dekha ke woh jo sahab the jo farmhouse mein rehte the is qadar stepped</w:t>
      </w:r>
    </w:p>
    <w:p>
      <w:pPr>
        <w:jc w:val="right"/>
      </w:pPr>
      <w:r>
        <w:t>تو میں نے دیکھا کہ وہ جو صاحب تھے جو فارم ہاؤس میں رہتے تھے اس قدر سٹیپڈ</w:t>
      </w:r>
    </w:p>
    <w:p>
      <w:r>
        <w:rPr>
          <w:b/>
        </w:rPr>
        <w:t xml:space="preserve">[52:46] </w:t>
      </w:r>
      <w:r>
        <w:t>maane hue the mujh ko ke kisi bhi subject par un se koi baat nahi ho saki.</w:t>
      </w:r>
    </w:p>
    <w:p>
      <w:pPr>
        <w:jc w:val="right"/>
      </w:pPr>
      <w:r>
        <w:t>مانے ہوئے تھے مجھ کو کہ کسی بھی سبجیکٹ پر ان سے کوئی بات نہیں ہو سکی۔</w:t>
      </w:r>
    </w:p>
    <w:p>
      <w:r>
        <w:rPr>
          <w:b/>
        </w:rPr>
        <w:t xml:space="preserve">[52:51] </w:t>
      </w:r>
      <w:r>
        <w:t>khoob healthy aadmi the.</w:t>
      </w:r>
    </w:p>
    <w:p>
      <w:pPr>
        <w:jc w:val="right"/>
      </w:pPr>
      <w:r>
        <w:t>خوب ہیلتھی آدمی تھے۔</w:t>
      </w:r>
    </w:p>
    <w:p>
      <w:r>
        <w:rPr>
          <w:b/>
        </w:rPr>
        <w:t xml:space="preserve">[52:56] </w:t>
      </w:r>
      <w:r>
        <w:t>khoob acha kapra pehne hue the. aur bohat hi furnished ghar tha un ka. ache ache khane bhi wahan the. ghar ke aas paas wahan garden tha. fountain tha. sab kuch tha. lekin woh jo insan tha is ghar mein is se aap koi intellectual discussion nahi kar sakte the. hum kai ghante un ke paas rahe khaya</w:t>
      </w:r>
    </w:p>
    <w:p>
      <w:pPr>
        <w:jc w:val="right"/>
      </w:pPr>
      <w:r>
        <w:t>خوب اچھا کپڑا پہنے ہوئے تھے۔ اور بہت ہی فرنش گھر تھا ان کا۔ اچھے اچھے کھانے بھی وہاں تھے۔ گھر کے آس پاس وہاں گارڈن تھا۔ فاؤنٹین تھا۔ سب کچھ تھا۔ لیکن وہ جو انسان تھا اس گھر میں اس سے آپ کوئی انٹلیکچول ڈسکشن نہیں کر سکتے تھے۔ ہم کئی گھنٹے ان کے پاس رہے کھایا</w:t>
      </w:r>
    </w:p>
    <w:p>
      <w:r>
        <w:rPr>
          <w:b/>
        </w:rPr>
        <w:t xml:space="preserve">[53:26] </w:t>
      </w:r>
      <w:r>
        <w:t>piya bhi un ke haan.</w:t>
      </w:r>
    </w:p>
    <w:p>
      <w:pPr>
        <w:jc w:val="right"/>
      </w:pPr>
      <w:r>
        <w:t>پیا بھی ان کے ہاں۔</w:t>
      </w:r>
    </w:p>
    <w:p>
      <w:r>
        <w:rPr>
          <w:b/>
        </w:rPr>
        <w:t xml:space="preserve">[53:31] </w:t>
      </w:r>
      <w:r>
        <w:t>lekin lagta tha ke hum ek ek aise ghar mein hain jahan ek ek animal basa hua hai bas.</w:t>
      </w:r>
    </w:p>
    <w:p>
      <w:pPr>
        <w:jc w:val="right"/>
      </w:pPr>
      <w:r>
        <w:t>لیکن لگتا تھا کہ ہم ایک ایک ایسے گھر میں ہیں جہاں ایک ایک اینیمل بسا ہوا ہے بس۔</w:t>
      </w:r>
    </w:p>
    <w:p>
      <w:r>
        <w:rPr>
          <w:b/>
        </w:rPr>
        <w:t xml:space="preserve">[53:37] </w:t>
      </w:r>
      <w:r>
        <w:t>insaan jaisa ek animal.</w:t>
      </w:r>
    </w:p>
    <w:p>
      <w:pPr>
        <w:jc w:val="right"/>
      </w:pPr>
      <w:r>
        <w:t>انسان جیسا ایک اینیمل۔</w:t>
      </w:r>
    </w:p>
    <w:p>
      <w:r>
        <w:rPr>
          <w:b/>
        </w:rPr>
        <w:t xml:space="preserve">[53:42] </w:t>
      </w:r>
      <w:r>
        <w:t>aap kisi animal ke saath rahen bohat hi beautiful ek ek deer bohat hi beautiful ek</w:t>
      </w:r>
    </w:p>
    <w:p>
      <w:pPr>
        <w:jc w:val="right"/>
      </w:pPr>
      <w:r>
        <w:t>آپ کسی اینیمل کے ساتھ رہیں بہت ہی بیوٹی فل ایک ایک ڈیئر بہت ہی بیوٹی فل ایک</w:t>
      </w:r>
    </w:p>
    <w:p>
      <w:r>
        <w:rPr>
          <w:b/>
        </w:rPr>
        <w:t xml:space="preserve">[53:47] </w:t>
      </w:r>
      <w:r>
        <w:t>bird to aap ka exchange to nahi hoga is ke saath.</w:t>
      </w:r>
    </w:p>
    <w:p>
      <w:pPr>
        <w:jc w:val="right"/>
      </w:pPr>
      <w:r>
        <w:t>برڈ تو آپ کا ایکسچینج تو نہیں ہوگا اس کے ساتھ۔</w:t>
      </w:r>
    </w:p>
    <w:p>
      <w:r>
        <w:rPr>
          <w:b/>
        </w:rPr>
        <w:t xml:space="preserve">[53:52] </w:t>
      </w:r>
      <w:r>
        <w:t>main ne abhi ek ek ek report padhi</w:t>
      </w:r>
    </w:p>
    <w:p>
      <w:pPr>
        <w:jc w:val="right"/>
      </w:pPr>
      <w:r>
        <w:t>میں نے ابھی ایک ایک ایک رپورٹ پڑھی</w:t>
      </w:r>
    </w:p>
    <w:p>
      <w:r>
        <w:rPr>
          <w:b/>
        </w:rPr>
        <w:t xml:space="preserve">[53:57] </w:t>
      </w:r>
      <w:r>
        <w:t>ke western countries mein kis tarah log woh pets se bohat hi love karte hain.</w:t>
      </w:r>
    </w:p>
    <w:p>
      <w:pPr>
        <w:jc w:val="right"/>
      </w:pPr>
      <w:r>
        <w:t>کہ ویسٹرن کنٹریز میں کس طرح لوگ وہ پٹس سے بہت ہی لو کرتے ہیں۔</w:t>
      </w:r>
    </w:p>
    <w:p>
      <w:r>
        <w:rPr>
          <w:b/>
        </w:rPr>
        <w:t xml:space="preserve">[54:04] </w:t>
      </w:r>
      <w:r>
        <w:t>log pet jo hai paaltu janwar paalte hain jaisa dog hai aur parrot hai aur rabbit hai aur cat hai.</w:t>
      </w:r>
    </w:p>
    <w:p>
      <w:pPr>
        <w:jc w:val="right"/>
      </w:pPr>
      <w:r>
        <w:t>لوگ پٹ جو ہے پالتو جانور پالتے ہیں جیسے ڈاگ ہے اور پیرٹ ہے اور ریبٹ ہے اور کیٹ ہے۔</w:t>
      </w:r>
    </w:p>
    <w:p>
      <w:r>
        <w:rPr>
          <w:b/>
        </w:rPr>
        <w:t xml:space="preserve">[54:12] </w:t>
      </w:r>
      <w:r>
        <w:t>to is mein likha tha ke woh log bohat zyada is se is ko pyar karte hain.</w:t>
      </w:r>
    </w:p>
    <w:p>
      <w:pPr>
        <w:jc w:val="right"/>
      </w:pPr>
      <w:r>
        <w:t>تو اس میں لکھا تھا کہ وہ لوگ بہت زیادہ اس سے اس کو پیار کرتے ہیں۔</w:t>
      </w:r>
    </w:p>
    <w:p>
      <w:r>
        <w:rPr>
          <w:b/>
        </w:rPr>
        <w:t xml:space="preserve">[54:19] </w:t>
      </w:r>
      <w:r>
        <w:t>aur apne paas sulate hain apne paas</w:t>
      </w:r>
    </w:p>
    <w:p>
      <w:pPr>
        <w:jc w:val="right"/>
      </w:pPr>
      <w:r>
        <w:t>اور اپنے پاس سلاتے ہیں اپنے پاس</w:t>
      </w:r>
    </w:p>
    <w:p>
      <w:r>
        <w:rPr>
          <w:b/>
        </w:rPr>
        <w:t xml:space="preserve">[54:27] </w:t>
      </w:r>
      <w:r>
        <w:t>apni kursi pe bithate hain. dining table par is ko bithakar khana khilate hain. yeh sab tha is mein bohat lambi report thi. lekin main dhoondhta raha ke kahin aisa bhi hai ke un ka koi exchange hota ho is in animal se. to mujhe nahi mila. kyun ke animal exchange kiya karega? to maine socha ke yeh log kis tarah stepped log hain. mera companion jis se mera koi baat</w:t>
      </w:r>
    </w:p>
    <w:p>
      <w:pPr>
        <w:jc w:val="right"/>
      </w:pPr>
      <w:r>
        <w:t>اپنی کرسی پہ بٹھاتے ہیں۔ ڈائننگ ٹیبل پر اس کو بٹھا کر کھانا کھلاتے ہیں۔ یہ سب تھا اس میں بہت لمبی رپورٹ تھی۔ لیکن میں ڈھونڈتا رہا کہ کہیں ایسا بھی ہے کہ ان کا کوئی ایکسچینج ہوتا ہو اس ان اینیمل سے۔ تو مجھے نہیں ملا۔ کیونکہ اینیمل ایکسچینج کیا کرے گا؟ تو میں نے سوچا کہ یہ لوگ کس طرح سٹیپڈ لوگ ہیں۔ میرا کمپینین جس سے میرا کوئی بات</w:t>
      </w:r>
    </w:p>
    <w:p>
      <w:r>
        <w:rPr>
          <w:b/>
        </w:rPr>
        <w:t xml:space="preserve">[54:57] </w:t>
      </w:r>
      <w:r>
        <w:t>cheet na ho.</w:t>
      </w:r>
    </w:p>
    <w:p>
      <w:pPr>
        <w:jc w:val="right"/>
      </w:pPr>
      <w:r>
        <w:t>چیت نہ ہو۔</w:t>
      </w:r>
    </w:p>
    <w:p>
      <w:r>
        <w:rPr>
          <w:b/>
        </w:rPr>
        <w:t xml:space="preserve">[55:02] </w:t>
      </w:r>
      <w:r>
        <w:t>to companion kya hota hai? woh to ant pathar hai.</w:t>
      </w:r>
    </w:p>
    <w:p>
      <w:pPr>
        <w:jc w:val="right"/>
      </w:pPr>
      <w:r>
        <w:t>تو کمپینین کیا ہوتا ہے؟ وہ تو اینٹ پتھر ہے۔</w:t>
      </w:r>
    </w:p>
    <w:p>
      <w:r>
        <w:rPr>
          <w:b/>
        </w:rPr>
        <w:t xml:space="preserve">[55:07] </w:t>
      </w:r>
      <w:r>
        <w:t>jaisa yeh furniture waisa woh woh bhi woh pet bhi.</w:t>
      </w:r>
    </w:p>
    <w:p>
      <w:pPr>
        <w:jc w:val="right"/>
      </w:pPr>
      <w:r>
        <w:t>جیسا یہ فرنیچر ویسا وہ وہ بھی وہ پٹ بھی۔</w:t>
      </w:r>
    </w:p>
    <w:p>
      <w:r>
        <w:rPr>
          <w:b/>
        </w:rPr>
        <w:t xml:space="preserve">[55:13] </w:t>
      </w:r>
      <w:r>
        <w:t>insaan dekhen chahta hai ke is se kisi apne companion se baat cheet kare.</w:t>
      </w:r>
    </w:p>
    <w:p>
      <w:pPr>
        <w:jc w:val="right"/>
      </w:pPr>
      <w:r>
        <w:t>انسان دیکھیں چاہتا ہے کہ اس سے کسی اپنے کمپینین سے بات چیت کرے۔</w:t>
      </w:r>
    </w:p>
    <w:p>
      <w:r>
        <w:rPr>
          <w:b/>
        </w:rPr>
        <w:t xml:space="preserve">[55:18] </w:t>
      </w:r>
      <w:r>
        <w:t>is ka exchange ho is ka dialogue ho.</w:t>
      </w:r>
    </w:p>
    <w:p>
      <w:pPr>
        <w:jc w:val="right"/>
      </w:pPr>
      <w:r>
        <w:t>اس کا ایکسچینج ہو اس کا ڈائیلاگ ہو۔</w:t>
      </w:r>
    </w:p>
    <w:p>
      <w:r>
        <w:rPr>
          <w:b/>
        </w:rPr>
        <w:t xml:space="preserve">[55:23] </w:t>
      </w:r>
      <w:r>
        <w:t>to be shumar log tarah tarah ke animal paale hue hain jin ko pets kaha jata hai.</w:t>
      </w:r>
    </w:p>
    <w:p>
      <w:pPr>
        <w:jc w:val="right"/>
      </w:pPr>
      <w:r>
        <w:t>تو بے شمار لوگ طرح طرح کے اینیمل پالے ہوئے ہیں جن کو پٹس کہا جاتا ہے۔</w:t>
      </w:r>
    </w:p>
    <w:p>
      <w:r>
        <w:rPr>
          <w:b/>
        </w:rPr>
        <w:t xml:space="preserve">[55:28] </w:t>
      </w:r>
      <w:r>
        <w:t>aur khoob is ko yani pyar karte hain bohat zyada.</w:t>
      </w:r>
    </w:p>
    <w:p>
      <w:pPr>
        <w:jc w:val="right"/>
      </w:pPr>
      <w:r>
        <w:t>اور خوب اس کو یعنی پیار کرتے ہیں بہت زیادہ۔</w:t>
      </w:r>
    </w:p>
    <w:p>
      <w:r>
        <w:rPr>
          <w:b/>
        </w:rPr>
        <w:t xml:space="preserve">[55:34] </w:t>
      </w:r>
      <w:r>
        <w:t>lekin yeh pyar bilkul unilateral hota hai.</w:t>
      </w:r>
    </w:p>
    <w:p>
      <w:pPr>
        <w:jc w:val="right"/>
      </w:pPr>
      <w:r>
        <w:t>لیکن یہ پیار بالکل یونی لیٹرل ہوتا ہے۔</w:t>
      </w:r>
    </w:p>
    <w:p>
      <w:r>
        <w:rPr>
          <w:b/>
        </w:rPr>
        <w:t xml:space="preserve">[55:39] </w:t>
      </w:r>
      <w:r>
        <w:t>yani is sense mein ke koi is se koi intellectual contact nahi hota.</w:t>
      </w:r>
    </w:p>
    <w:p>
      <w:pPr>
        <w:jc w:val="right"/>
      </w:pPr>
      <w:r>
        <w:t>یعنی اس سینس میں کہ کوئی اس سے کوئی کنٹیکٹ نہیں ہوتا انٹلیکچول کنٹیکٹ۔</w:t>
      </w:r>
    </w:p>
    <w:p>
      <w:r>
        <w:rPr>
          <w:b/>
        </w:rPr>
        <w:t xml:space="preserve">[55:45] </w:t>
      </w:r>
      <w:r>
        <w:t>yani physical level par contact hota hoga sath le kar sote hain.</w:t>
      </w:r>
    </w:p>
    <w:p>
      <w:pPr>
        <w:jc w:val="right"/>
      </w:pPr>
      <w:r>
        <w:t>یعنی فزیکل لیول پر کنٹیکٹ ہوتا ہوگا ساتھ لے کر سوتے ہیں۔</w:t>
      </w:r>
    </w:p>
    <w:p>
      <w:r>
        <w:rPr>
          <w:b/>
        </w:rPr>
        <w:t xml:space="preserve">[55:50] </w:t>
      </w:r>
      <w:r>
        <w:t>lekin intellectual level par koi contact nahi.</w:t>
      </w:r>
    </w:p>
    <w:p>
      <w:pPr>
        <w:jc w:val="right"/>
      </w:pPr>
      <w:r>
        <w:t>لیکن انٹلیکچول لیول پر کوئی کنٹیکٹ نہیں۔</w:t>
      </w:r>
    </w:p>
    <w:p>
      <w:r>
        <w:rPr>
          <w:b/>
        </w:rPr>
        <w:t xml:space="preserve">[55:55] </w:t>
      </w:r>
      <w:r>
        <w:t>to kaisi ajib mahrumi hai.</w:t>
      </w:r>
    </w:p>
    <w:p>
      <w:pPr>
        <w:jc w:val="right"/>
      </w:pPr>
      <w:r>
        <w:t>تو کیسی عجیب محرومی ہے۔</w:t>
      </w:r>
    </w:p>
    <w:p>
      <w:r>
        <w:rPr>
          <w:b/>
        </w:rPr>
        <w:t xml:space="preserve">[56:01] </w:t>
      </w:r>
      <w:r>
        <w:t>to main samajhta hoon ke aaj kal ke zamane mein khaas tor par yeh baat bohat barh gayi hai ke log physical level par sab kuch karte hain. acha kapra pehanna acha khana khana ache bed par sona. main ek bar to America gaya ek sahib ke haan jo paise wale the. to raat ko mere liye ek ek bed</w:t>
      </w:r>
    </w:p>
    <w:p>
      <w:pPr>
        <w:jc w:val="right"/>
      </w:pPr>
      <w:r>
        <w:t>تو میں سمجھتا ہوں کہ آج کل کے زمانے میں خاص طور پر یہ بات بہت بڑھ گئی ہے کہ لوگ فزیکل لیول پر سب کچھ کرتے ہیں۔ اچھا کپڑا پہننا اچھا کھانا کھانا اچھے بیڈ پر سونا۔ میں ایک بار تو امریکہ گیا ایک صاحب کے ہاں جو پیسے والے تھے۔ تو رات کو میرے لیے ایک ایک بیڈ اس</w:t>
      </w:r>
    </w:p>
    <w:p>
      <w:r>
        <w:rPr>
          <w:b/>
        </w:rPr>
        <w:t xml:space="preserve">[56:31] </w:t>
      </w:r>
      <w:r>
        <w:t>special bed wahan par mere kamre mein bichhaya gaya.</w:t>
      </w:r>
    </w:p>
    <w:p>
      <w:pPr>
        <w:jc w:val="right"/>
      </w:pPr>
      <w:r>
        <w:t>پیشل بیڈ وہاں پر میرے کمرے میں بچھایا گیا۔</w:t>
      </w:r>
    </w:p>
    <w:p>
      <w:r>
        <w:rPr>
          <w:b/>
        </w:rPr>
        <w:t xml:space="preserve">[56:35] </w:t>
      </w:r>
      <w:r>
        <w:t>jo jo wahan par jo charpai thi woh hatayi gayi hata kar ke ek nayi layi gayi.</w:t>
      </w:r>
    </w:p>
    <w:p>
      <w:pPr>
        <w:jc w:val="right"/>
      </w:pPr>
      <w:r>
        <w:t>جو جو وہاں پر جو چارپائی تھی وہ ہٹائی گئی ہٹا کر کے ایک نئی لائی گئی۔</w:t>
      </w:r>
    </w:p>
    <w:p>
      <w:r>
        <w:rPr>
          <w:b/>
        </w:rPr>
        <w:t xml:space="preserve">[56:40] </w:t>
      </w:r>
      <w:r>
        <w:t>to bataya gaya ke yeh fancy bed hai.</w:t>
      </w:r>
    </w:p>
    <w:p>
      <w:pPr>
        <w:jc w:val="right"/>
      </w:pPr>
      <w:r>
        <w:t>تو بتایا گیا کہ یہ فینسی بیڈ ہے۔</w:t>
      </w:r>
    </w:p>
    <w:p>
      <w:r>
        <w:rPr>
          <w:b/>
        </w:rPr>
        <w:t xml:space="preserve">[56:44] </w:t>
      </w:r>
      <w:r>
        <w:t>ab woh fancy bed jo tha us mein mere liye to musibat tha woh.</w:t>
      </w:r>
    </w:p>
    <w:p>
      <w:pPr>
        <w:jc w:val="right"/>
      </w:pPr>
      <w:r>
        <w:t>اب وہ فینسی بیڈ جو تھا اس میں میرے لیے تو مصیبت تھا وہ۔</w:t>
      </w:r>
    </w:p>
    <w:p>
      <w:r>
        <w:rPr>
          <w:b/>
        </w:rPr>
        <w:t xml:space="preserve">[56:49] </w:t>
      </w:r>
      <w:r>
        <w:t>to main to us waqt soya bhi nahi main to neeche carpet par so gaya.</w:t>
      </w:r>
    </w:p>
    <w:p>
      <w:pPr>
        <w:jc w:val="right"/>
      </w:pPr>
      <w:r>
        <w:t>تو میں تو اس وقت سویا بھی نہیں میں تو نیچے کارپٹ پر سو گیا۔</w:t>
      </w:r>
    </w:p>
    <w:p>
      <w:r>
        <w:rPr>
          <w:b/>
        </w:rPr>
        <w:t xml:space="preserve">[56:53] </w:t>
      </w:r>
      <w:r>
        <w:t>woh fancy bed jo hai mere liye ek musibat thi woh.</w:t>
      </w:r>
    </w:p>
    <w:p>
      <w:pPr>
        <w:jc w:val="right"/>
      </w:pPr>
      <w:r>
        <w:t>وہ فینسی بیڈ جو ہے میرے لیے ایک مصیبت تھی وہ۔</w:t>
      </w:r>
    </w:p>
    <w:p>
      <w:r>
        <w:rPr>
          <w:b/>
        </w:rPr>
        <w:t xml:space="preserve">[56:58] </w:t>
      </w:r>
      <w:r>
        <w:t>to log jo hain</w:t>
      </w:r>
    </w:p>
    <w:p>
      <w:pPr>
        <w:jc w:val="right"/>
      </w:pPr>
      <w:r>
        <w:t>تو لوگ جو ہیں</w:t>
      </w:r>
    </w:p>
    <w:p>
      <w:r>
        <w:rPr>
          <w:b/>
        </w:rPr>
        <w:t xml:space="preserve">[57:02] </w:t>
      </w:r>
      <w:r>
        <w:t>inhi cheezon mein khush rehte hain ke fancy bed hai dekhne mein acha lagta hai.</w:t>
      </w:r>
    </w:p>
    <w:p>
      <w:pPr>
        <w:jc w:val="right"/>
      </w:pPr>
      <w:r>
        <w:t>انہی چیزوں میں خوش رہتے ہیں کہ فینسی بیڈ ہے دیکھنے میں اچھا لگتا ہے۔</w:t>
      </w:r>
    </w:p>
    <w:p>
      <w:r>
        <w:rPr>
          <w:b/>
        </w:rPr>
        <w:t xml:space="preserve">[57:06] </w:t>
      </w:r>
      <w:r>
        <w:t>aur bohat comfortable hai.</w:t>
      </w:r>
    </w:p>
    <w:p>
      <w:pPr>
        <w:jc w:val="right"/>
      </w:pPr>
      <w:r>
        <w:t>اور بہت کمفرٹیبل ہے۔</w:t>
      </w:r>
    </w:p>
    <w:p>
      <w:r>
        <w:rPr>
          <w:b/>
        </w:rPr>
        <w:t xml:space="preserve">[57:10] </w:t>
      </w:r>
      <w:r>
        <w:t>bohat tasty hai.</w:t>
      </w:r>
    </w:p>
    <w:p>
      <w:pPr>
        <w:jc w:val="right"/>
      </w:pPr>
      <w:r>
        <w:t>بہت ٹیسٹی ہے۔</w:t>
      </w:r>
    </w:p>
    <w:p>
      <w:r>
        <w:rPr>
          <w:b/>
        </w:rPr>
        <w:t xml:space="preserve">[57:14] </w:t>
      </w:r>
      <w:r>
        <w:t>mujhe in cheezon se koi dilchaspi nahi.</w:t>
      </w:r>
    </w:p>
    <w:p>
      <w:pPr>
        <w:jc w:val="right"/>
      </w:pPr>
      <w:r>
        <w:t>مجھے ان چیزوں سے کوئی دلچسپی نہیں۔</w:t>
      </w:r>
    </w:p>
    <w:p>
      <w:r>
        <w:rPr>
          <w:b/>
        </w:rPr>
        <w:t xml:space="preserve">[57:18] </w:t>
      </w:r>
      <w:r>
        <w:t>main to chahta hoon koi aisa companion mera ho jis se mera exchange ho.</w:t>
      </w:r>
    </w:p>
    <w:p>
      <w:pPr>
        <w:jc w:val="right"/>
      </w:pPr>
      <w:r>
        <w:t>میں تو چاہتا ہوں کوئی ایسا کمپینین میرا ہو جس سے میرا ایکسچینج ہو۔</w:t>
      </w:r>
    </w:p>
    <w:p>
      <w:r>
        <w:rPr>
          <w:b/>
        </w:rPr>
        <w:t xml:space="preserve">[57:21] </w:t>
      </w:r>
      <w:r>
        <w:t>jis se main dialogue karoon.</w:t>
      </w:r>
    </w:p>
    <w:p>
      <w:pPr>
        <w:jc w:val="right"/>
      </w:pPr>
      <w:r>
        <w:t>جس سے میں ڈائیلاگ کروں۔</w:t>
      </w:r>
    </w:p>
    <w:p>
      <w:r>
        <w:rPr>
          <w:b/>
        </w:rPr>
        <w:t xml:space="preserve">[57:25] </w:t>
      </w:r>
      <w:r>
        <w:t>kyun? is liye ke intellectual exchange se aap ka intellectual development hota hai.</w:t>
      </w:r>
    </w:p>
    <w:p>
      <w:pPr>
        <w:jc w:val="right"/>
      </w:pPr>
      <w:r>
        <w:t>کیوں؟ اس لیے کہ انٹلیکچول ایکسچینج سے آپ کا انٹلیکچول ڈیولپمنٹ ہوتا ہے۔</w:t>
      </w:r>
    </w:p>
    <w:p>
      <w:r>
        <w:rPr>
          <w:b/>
        </w:rPr>
        <w:t xml:space="preserve">[57:29] </w:t>
      </w:r>
      <w:r>
        <w:t>aap ka mind jo hai taraqqi karta hai.</w:t>
      </w:r>
    </w:p>
    <w:p>
      <w:pPr>
        <w:jc w:val="right"/>
      </w:pPr>
      <w:r>
        <w:t>آپ کا مائنڈ جو ہے ترقی کرتا ہے۔</w:t>
      </w:r>
    </w:p>
    <w:p>
      <w:r>
        <w:rPr>
          <w:b/>
        </w:rPr>
        <w:t xml:space="preserve">[57:33] </w:t>
      </w:r>
      <w:r>
        <w:t>to mind ke level par jo taraqqi ho wohi taraqqi hai.</w:t>
      </w:r>
    </w:p>
    <w:p>
      <w:pPr>
        <w:jc w:val="right"/>
      </w:pPr>
      <w:r>
        <w:t>تو مائنڈ کے لیول پر جو ترقی ہو وہی ترقی ہے۔</w:t>
      </w:r>
    </w:p>
    <w:p>
      <w:r>
        <w:rPr>
          <w:b/>
        </w:rPr>
        <w:t xml:space="preserve">[57:39] </w:t>
      </w:r>
      <w:r>
        <w:t>physical level par jo taraqqi hai woh kya hai woh to animal ki bhi ho sakti hai.</w:t>
      </w:r>
    </w:p>
    <w:p>
      <w:pPr>
        <w:jc w:val="right"/>
      </w:pPr>
      <w:r>
        <w:t>فزیکل لیول پر جو ترقی ہے وہ کیا ہے وہ تو اینیمل کی بھی ہو سکتی ہے۔</w:t>
      </w:r>
    </w:p>
    <w:p>
      <w:r>
        <w:rPr>
          <w:b/>
        </w:rPr>
        <w:t xml:space="preserve">[57:45] </w:t>
      </w:r>
      <w:r>
        <w:t>to main yeh kahunga ke aap is baat ko samjhiye ke Khuda ne mind ki surat mein</w:t>
      </w:r>
    </w:p>
    <w:p>
      <w:pPr>
        <w:jc w:val="right"/>
      </w:pPr>
      <w:r>
        <w:t>تو میں یہ کہوں گا کہ آپ اس بات کو سمجھئے کہ خدا نے مائنڈ کی صورت میں</w:t>
      </w:r>
    </w:p>
    <w:p>
      <w:r>
        <w:rPr>
          <w:b/>
        </w:rPr>
        <w:t xml:space="preserve">[57:51] </w:t>
      </w:r>
      <w:r>
        <w:t>aap ko aik bohat bari blessing di hai bohat bari nemat di hai nemat.</w:t>
      </w:r>
    </w:p>
    <w:p>
      <w:pPr>
        <w:jc w:val="right"/>
      </w:pPr>
      <w:r>
        <w:t>آپ کو ایک بہت بڑی بلیسنگ دی ہے بہت بڑی نعمت دی ہے نعمت۔</w:t>
      </w:r>
    </w:p>
    <w:p>
      <w:r>
        <w:rPr>
          <w:b/>
        </w:rPr>
        <w:t xml:space="preserve">[57:57] </w:t>
      </w:r>
      <w:r>
        <w:t>is ko samjhiye is ko develop kijiye. intellectual</w:t>
      </w:r>
    </w:p>
    <w:p>
      <w:pPr>
        <w:jc w:val="right"/>
      </w:pPr>
      <w:r>
        <w:t>اس کو سمجھئے اس کو ڈیولپ کیجئے۔ انٹلیکچول</w:t>
      </w:r>
    </w:p>
    <w:p>
      <w:r>
        <w:rPr>
          <w:b/>
        </w:rPr>
        <w:t xml:space="preserve">[58:03] </w:t>
      </w:r>
      <w:r>
        <w:t>development mein samajhta hoon ke sab se bari cheez hai jis ke liye aap ko karna chahiye kuch. intellectual development hi is dunya mein sab se bari achievable cheez hai kisi insan ke liye.</w:t>
      </w:r>
    </w:p>
    <w:p>
      <w:pPr>
        <w:jc w:val="right"/>
      </w:pPr>
      <w:r>
        <w:t>ڈیولپمنٹ میں سمجھتا ہوں کہ سب سے بڑی چیز ہے جس کے لیے آپ کو کرنا چاہیے کچھ۔ انٹلیکچول ڈیولپمنٹ ہی اس دنیا میں سب سے بڑی اچیو ایبل چیز ہے کسی انسان کے لیے۔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