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Memory and Power of Analysis 27 06 08</w:t>
      </w:r>
    </w:p>
    <w:p>
      <w:r>
        <w:t>https://www.youtube.com/watch?v=nWf6kN3zTWQ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wasallu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[00:30] </w:t>
      </w:r>
      <w:r>
        <w:t>wahal al 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[00:34]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[00:41] </w:t>
      </w:r>
      <w:r>
        <w:t>aaj ka topic hai "</w:t>
      </w:r>
    </w:p>
    <w:p>
      <w:pPr>
        <w:jc w:val="right"/>
      </w:pPr>
      <w:r>
        <w:t>آج کا ٹاپک ہے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