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Reason | October 19, 2008</w:t>
      </w:r>
    </w:p>
    <w:p>
      <w:r>
        <w:t>https://www.youtube.com/watch?v=fonwQAw1vCw</w:t>
      </w:r>
    </w:p>
    <w:p>
      <w:r>
        <w:rPr>
          <w:b/>
        </w:rPr>
        <w:t xml:space="preserve">[00:13]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[00:23] </w:t>
      </w:r>
      <w:r>
        <w:t>aaj ka topic hai islam and reason.</w:t>
      </w:r>
    </w:p>
    <w:p>
      <w:pPr>
        <w:jc w:val="right"/>
      </w:pPr>
      <w:r>
        <w:t>آج کا ٹاپک ہے اسلام اینڈ ریزن۔</w:t>
      </w:r>
    </w:p>
    <w:p>
      <w:r>
        <w:rPr>
          <w:b/>
        </w:rPr>
        <w:t xml:space="preserve">[00:34] </w:t>
      </w:r>
      <w:r>
        <w:t>islam aur aql. mein</w:t>
      </w:r>
    </w:p>
    <w:p>
      <w:pPr>
        <w:jc w:val="right"/>
      </w:pPr>
      <w:r>
        <w:t>اسلام اور عقل۔ میں</w:t>
      </w:r>
    </w:p>
    <w:p>
      <w:r>
        <w:rPr>
          <w:b/>
        </w:rPr>
        <w:t xml:space="preserve">[00:44] </w:t>
      </w:r>
      <w:r>
        <w:t>aik sawal se bohat dinon se aik aik aik question mere mind mein tha. aaj hi is ka mujhe jawab mila. woh question yeh tha ke aap jante hain ke yahoodi log jo hain woh ahle kitab kaha gaya un ko quran majeed mein. yani un par khuda ki kitab utri thi jis ko hum torat kehte hain. to isi</w:t>
      </w:r>
    </w:p>
    <w:p>
      <w:pPr>
        <w:jc w:val="right"/>
      </w:pPr>
      <w:r>
        <w:t>ایک سوال سے بہت دنوں سے ایک ایک ایک کوئسچن میرے مائنڈ میں تھا۔ آج ہی اس کا مجھے جواب ملا۔ وہ کوئسچن یہ تھا کہ آپ جانتے ہیں کہ یہودی لوگ جو ہیں وہ اہلِ کتاب کہا گیا ان کو قرآن مجید میں۔ یعنی ان پر خدا کی کتاب اتری تھی جس کو ہم تورات کہتے ہیں۔ تو اسی</w:t>
      </w:r>
    </w:p>
    <w:p>
      <w:r>
        <w:rPr>
          <w:b/>
        </w:rPr>
        <w:t xml:space="preserve">[01:14] </w:t>
      </w:r>
      <w:r>
        <w:t>ke sath in ke haan aik aur cheez hai jis ko kehte hain talmud.</w:t>
      </w:r>
    </w:p>
    <w:p>
      <w:pPr>
        <w:jc w:val="right"/>
      </w:pPr>
      <w:r>
        <w:t>کے ساتھ ان کے ہاں ایک اور چیز ہے جس کو کہتے ہیں تالمود۔</w:t>
      </w:r>
    </w:p>
    <w:p>
      <w:r>
        <w:rPr>
          <w:b/>
        </w:rPr>
        <w:t xml:space="preserve">[01:20] </w:t>
      </w:r>
      <w:r>
        <w:t>talmud aisi aisi ke hamare haan hadisain hain.</w:t>
      </w:r>
    </w:p>
    <w:p>
      <w:pPr>
        <w:jc w:val="right"/>
      </w:pPr>
      <w:r>
        <w:t>تالمود ایسی ایسی کہ ہمارے ہاں حدیثیں ہیں۔</w:t>
      </w:r>
    </w:p>
    <w:p>
      <w:r>
        <w:rPr>
          <w:b/>
        </w:rPr>
        <w:t xml:space="preserve">[01:26] </w:t>
      </w:r>
      <w:r>
        <w:t>to jo torah ya jo bible hai us ke siwa aik bohat bara in ke haan bohat sari</w:t>
      </w:r>
    </w:p>
    <w:p>
      <w:pPr>
        <w:jc w:val="right"/>
      </w:pPr>
      <w:r>
        <w:t>تو جو تورات یا جو بائبل ہے اس کے سوا ایک بہت بڑا ان کے ہاں بہت ساری</w:t>
      </w:r>
    </w:p>
    <w:p>
      <w:r>
        <w:rPr>
          <w:b/>
        </w:rPr>
        <w:t xml:space="preserve">[01:32] </w:t>
      </w:r>
      <w:r>
        <w:t>kitaben hain jo talmud ke mukhtalif part hain.</w:t>
      </w:r>
    </w:p>
    <w:p>
      <w:pPr>
        <w:jc w:val="right"/>
      </w:pPr>
      <w:r>
        <w:t>کتابیں ہیں جو تالمود کے مختلف پارٹ ہیں۔</w:t>
      </w:r>
    </w:p>
    <w:p>
      <w:r>
        <w:rPr>
          <w:b/>
        </w:rPr>
        <w:t xml:space="preserve">[01:38] </w:t>
      </w:r>
      <w:r>
        <w:t>to talmud mein bohat si kahaniyan hain, bohat se qisse hain.</w:t>
      </w:r>
    </w:p>
    <w:p>
      <w:pPr>
        <w:jc w:val="right"/>
      </w:pPr>
      <w:r>
        <w:t>تو تالمود میں بہت سی کہانیاں ہیں، بہت سے قصے ہیں۔</w:t>
      </w:r>
    </w:p>
    <w:p>
      <w:r>
        <w:rPr>
          <w:b/>
        </w:rPr>
        <w:t xml:space="preserve">[01:44] </w:t>
      </w:r>
      <w:r>
        <w:t>to is mein se aik qissa yeh hai ke hazrat musa ne jo khuda ke peghambar the aur</w:t>
      </w:r>
    </w:p>
    <w:p>
      <w:pPr>
        <w:jc w:val="right"/>
      </w:pPr>
      <w:r>
        <w:t>تو اس میں سے ایک قصہ یہ ہے کہ حضرت موسیٰ نے جو خدا کے پیغمبر تھے اور</w:t>
      </w:r>
    </w:p>
    <w:p>
      <w:r>
        <w:rPr>
          <w:b/>
        </w:rPr>
        <w:t xml:space="preserve">[01:52] </w:t>
      </w:r>
      <w:r>
        <w:t>yehudi logon mein aaye woh to unhon ne khuda se kaha ke aye khuda tu meri qom se</w:t>
      </w:r>
    </w:p>
    <w:p>
      <w:pPr>
        <w:jc w:val="right"/>
      </w:pPr>
      <w:r>
        <w:t>یہودی لوگوں میں آئے وہ تو انہوں نے خدا سے کہا کہ اے خدا تو میری قوم سے</w:t>
      </w:r>
    </w:p>
    <w:p>
      <w:r>
        <w:rPr>
          <w:b/>
        </w:rPr>
        <w:t xml:space="preserve">[02:00] </w:t>
      </w:r>
      <w:r>
        <w:t>har cheez chheenna magar aik cheez mat chheenna.</w:t>
      </w:r>
    </w:p>
    <w:p>
      <w:pPr>
        <w:jc w:val="right"/>
      </w:pPr>
      <w:r>
        <w:t>ہر چیز چھیننا مگر ایک چیز مت چھیننا۔</w:t>
      </w:r>
    </w:p>
    <w:p>
      <w:r>
        <w:rPr>
          <w:b/>
        </w:rPr>
        <w:t xml:space="preserve">[02:07] </w:t>
      </w:r>
      <w:r>
        <w:t>woh hai aql</w:t>
      </w:r>
    </w:p>
    <w:p>
      <w:pPr>
        <w:jc w:val="right"/>
      </w:pPr>
      <w:r>
        <w:t>وہ ہے عقل</w:t>
      </w:r>
    </w:p>
    <w:p>
      <w:r>
        <w:rPr>
          <w:b/>
        </w:rPr>
        <w:t xml:space="preserve">[02:15] </w:t>
      </w:r>
      <w:r>
        <w:t>.</w:t>
      </w:r>
    </w:p>
    <w:p>
      <w:pPr>
        <w:jc w:val="right"/>
      </w:pPr>
      <w:r>
        <w:t>۔</w:t>
      </w:r>
    </w:p>
    <w:p>
      <w:r>
        <w:rPr>
          <w:b/>
        </w:rPr>
        <w:t xml:space="preserve">[02:20] </w:t>
      </w:r>
      <w:r>
        <w:t>yani hazrat musa ne kaha ke aye khuda tu meri qom se sab kuch chheen le to chheen</w:t>
      </w:r>
    </w:p>
    <w:p>
      <w:pPr>
        <w:jc w:val="right"/>
      </w:pPr>
      <w:r>
        <w:t>یعنی حضرت موسیٰ نے کہا کہ اے خدا تو میری قوم سے سب کچھ چھین لے تو چھین</w:t>
      </w:r>
    </w:p>
    <w:p>
      <w:r>
        <w:rPr>
          <w:b/>
        </w:rPr>
        <w:t xml:space="preserve">[02:25] </w:t>
      </w:r>
      <w:r>
        <w:t>le lekin aql mat chheenna.</w:t>
      </w:r>
    </w:p>
    <w:p>
      <w:pPr>
        <w:jc w:val="right"/>
      </w:pPr>
      <w:r>
        <w:t>لے لیکن عقل مت چھیننا۔</w:t>
      </w:r>
    </w:p>
    <w:p>
      <w:r>
        <w:rPr>
          <w:b/>
        </w:rPr>
        <w:t xml:space="preserve">[02:30] </w:t>
      </w:r>
      <w:r>
        <w:t>to khuda ne jawab diya ke aye musa jab hum chheente hain kisi se jab hum chheente hain</w:t>
      </w:r>
    </w:p>
    <w:p>
      <w:pPr>
        <w:jc w:val="right"/>
      </w:pPr>
      <w:r>
        <w:t>تو خدا نے جواب دیا کہ اے موسیٰ جب ہم چھینتے ہیں کسی سے جب ہم چھینتے ہیں</w:t>
      </w:r>
    </w:p>
    <w:p>
      <w:r>
        <w:rPr>
          <w:b/>
        </w:rPr>
        <w:t xml:space="preserve">[02:35] </w:t>
      </w:r>
      <w:r>
        <w:t>kisi qom se to sab se pehle hum is ki aql hi to chheente hain.</w:t>
      </w:r>
    </w:p>
    <w:p>
      <w:pPr>
        <w:jc w:val="right"/>
      </w:pPr>
      <w:r>
        <w:t>کسی قوم سے تو سب سے پہلے ہم اس کی عقل ہی تو چھینتے ہیں۔</w:t>
      </w:r>
    </w:p>
    <w:p>
      <w:r>
        <w:rPr>
          <w:b/>
        </w:rPr>
        <w:t xml:space="preserve">[02:40] </w:t>
      </w:r>
      <w:r>
        <w:t>yeh maine bohat pehle parha tha lekin</w:t>
      </w:r>
    </w:p>
    <w:p>
      <w:pPr>
        <w:jc w:val="right"/>
      </w:pPr>
      <w:r>
        <w:t>یہ میں نے بہت پہلے پڑھا تھا لیکن</w:t>
      </w:r>
    </w:p>
    <w:p>
      <w:r>
        <w:rPr>
          <w:b/>
        </w:rPr>
        <w:t xml:space="preserve">[02:45] </w:t>
      </w:r>
      <w:r>
        <w:t>is ka matlab samajh mein nahi aata tha.</w:t>
      </w:r>
    </w:p>
    <w:p>
      <w:pPr>
        <w:jc w:val="right"/>
      </w:pPr>
      <w:r>
        <w:t>اس کا مطلب سمجھ میں نہیں آتا تھا۔</w:t>
      </w:r>
    </w:p>
    <w:p>
      <w:r>
        <w:rPr>
          <w:b/>
        </w:rPr>
        <w:t xml:space="preserve">[02:51] </w:t>
      </w:r>
      <w:r>
        <w:t>aaj mujhe samajh mein aaya ke chheenne ka matlab kya hai.</w:t>
      </w:r>
    </w:p>
    <w:p>
      <w:pPr>
        <w:jc w:val="right"/>
      </w:pPr>
      <w:r>
        <w:t>آج مجھے سمجھ میں آیا کہ چھیننے کا مطلب کیا ہے۔</w:t>
      </w:r>
    </w:p>
    <w:p>
      <w:r>
        <w:rPr>
          <w:b/>
        </w:rPr>
        <w:t xml:space="preserve">[02:57] </w:t>
      </w:r>
      <w:r>
        <w:t>yeh darasal aik aik woh zamana hai jabke koi ahle kitab qom yani jin par ke khuda ki</w:t>
      </w:r>
    </w:p>
    <w:p>
      <w:pPr>
        <w:jc w:val="right"/>
      </w:pPr>
      <w:r>
        <w:t>یہ دراصل ایک ایک وہ زمانہ ہے جبکہ کوئی اہلِ کتاب قوم یعنی جن پر کہ خدا کی</w:t>
      </w:r>
    </w:p>
    <w:p>
      <w:r>
        <w:rPr>
          <w:b/>
        </w:rPr>
        <w:t xml:space="preserve">[03:04] </w:t>
      </w:r>
      <w:r>
        <w:t>kitab utri ho woh apne decline ke period mein hoti hai.</w:t>
      </w:r>
    </w:p>
    <w:p>
      <w:pPr>
        <w:jc w:val="right"/>
      </w:pPr>
      <w:r>
        <w:t>کتاب اتری ہو وہ اپنے ڈیکلائن کے پیریڈ میں ہوتی ہے۔</w:t>
      </w:r>
    </w:p>
    <w:p>
      <w:r>
        <w:rPr>
          <w:b/>
        </w:rPr>
        <w:t xml:space="preserve">[03:10] </w:t>
      </w:r>
      <w:r>
        <w:t>zawal ke period mein.</w:t>
      </w:r>
    </w:p>
    <w:p>
      <w:pPr>
        <w:jc w:val="right"/>
      </w:pPr>
      <w:r>
        <w:t>زوال کے پیریڈ میں۔</w:t>
      </w:r>
    </w:p>
    <w:p>
      <w:r>
        <w:rPr>
          <w:b/>
        </w:rPr>
        <w:t xml:space="preserve">[03:16] </w:t>
      </w:r>
      <w:r>
        <w:t>is waqt mazhab ka ek reduced form is ke paas reh jata hai.</w:t>
      </w:r>
    </w:p>
    <w:p>
      <w:pPr>
        <w:jc w:val="right"/>
      </w:pPr>
      <w:r>
        <w:t>اس وقت مذہب کا ایک ریڈیوسڈ فارم اس کے پاس رہ جاتا ہے۔</w:t>
      </w:r>
    </w:p>
    <w:p>
      <w:r>
        <w:rPr>
          <w:b/>
        </w:rPr>
        <w:t xml:space="preserve">[03:23] </w:t>
      </w:r>
      <w:r>
        <w:t>jo rituals par rituals hote hain bas. rituals.</w:t>
      </w:r>
    </w:p>
    <w:p>
      <w:pPr>
        <w:jc w:val="right"/>
      </w:pPr>
      <w:r>
        <w:t>جو ریچولز پر ریچولز ہوتے ہیں بس۔ ریچولز۔</w:t>
      </w:r>
    </w:p>
    <w:p>
      <w:r>
        <w:rPr>
          <w:b/>
        </w:rPr>
        <w:t xml:space="preserve">[03:29] </w:t>
      </w:r>
      <w:r>
        <w:t>yani spirit ghayeb ho jati hai, rituals hote hain.</w:t>
      </w:r>
    </w:p>
    <w:p>
      <w:pPr>
        <w:jc w:val="right"/>
      </w:pPr>
      <w:r>
        <w:t>یعنی اسپرٹ غائب ہو جاتی ہے، ریچولز ہوتے ہیں۔</w:t>
      </w:r>
    </w:p>
    <w:p>
      <w:r>
        <w:rPr>
          <w:b/>
        </w:rPr>
        <w:t xml:space="preserve">[03:35] </w:t>
      </w:r>
      <w:r>
        <w:t>to wo zamana jab aa jata hai kisi qaum par to wo kya karti hai? aql ko apply</w:t>
      </w:r>
    </w:p>
    <w:p>
      <w:pPr>
        <w:jc w:val="right"/>
      </w:pPr>
      <w:r>
        <w:t>تو وہ زمانہ جب آ جاتا ہے کسی قوم پر تو وہ کیا کرتی ہے؟ عقل کو اپلائی</w:t>
      </w:r>
    </w:p>
    <w:p>
      <w:r>
        <w:rPr>
          <w:b/>
        </w:rPr>
        <w:t xml:space="preserve">[03:42] </w:t>
      </w:r>
      <w:r>
        <w:t>nahi karti apne mazhabi cheezon par.</w:t>
      </w:r>
    </w:p>
    <w:p>
      <w:pPr>
        <w:jc w:val="right"/>
      </w:pPr>
      <w:r>
        <w:t>نہیں کرتی اپنے مذہبی چیزوں پر۔</w:t>
      </w:r>
    </w:p>
    <w:p>
      <w:r>
        <w:rPr>
          <w:b/>
        </w:rPr>
        <w:t xml:space="preserve">[03:48] </w:t>
      </w:r>
      <w:r>
        <w:t>reason ko apply nahi karti.</w:t>
      </w:r>
    </w:p>
    <w:p>
      <w:pPr>
        <w:jc w:val="right"/>
      </w:pPr>
      <w:r>
        <w:t>ریزن کو اپلائی نہیں کرتی۔</w:t>
      </w:r>
    </w:p>
    <w:p>
      <w:r>
        <w:rPr>
          <w:b/>
        </w:rPr>
        <w:t xml:space="preserve">[03:53] </w:t>
      </w:r>
      <w:r>
        <w:t>kyun? is liye ke wo samajhte hain ke bas ye jo rituals hain in ko poora karte rehna hai.</w:t>
      </w:r>
    </w:p>
    <w:p>
      <w:pPr>
        <w:jc w:val="right"/>
      </w:pPr>
      <w:r>
        <w:t>کیوں؟ اس لیے کہ وہ سمجھتے ہیں کہ بس یہ جو ریچولز ہیں ان کو پورا کرتے رہنا ہے۔</w:t>
      </w:r>
    </w:p>
    <w:p>
      <w:r>
        <w:rPr>
          <w:b/>
        </w:rPr>
        <w:t xml:space="preserve">[03:59] </w:t>
      </w:r>
      <w:r>
        <w:t>aql ka talluq to dunya se hai, deen se hai nahi.</w:t>
      </w:r>
    </w:p>
    <w:p>
      <w:pPr>
        <w:jc w:val="right"/>
      </w:pPr>
      <w:r>
        <w:t>عقل کا تعلق تو دنیا سے ہے، دین سے ہے نہیں۔</w:t>
      </w:r>
    </w:p>
    <w:p>
      <w:r>
        <w:rPr>
          <w:b/>
        </w:rPr>
        <w:t xml:space="preserve">[04:04] </w:t>
      </w:r>
      <w:r>
        <w:t>to chhenne ka matlab hai ke chhan jana.</w:t>
      </w:r>
    </w:p>
    <w:p>
      <w:pPr>
        <w:jc w:val="right"/>
      </w:pPr>
      <w:r>
        <w:t>تو چھیننے کا مطلب ہے کہ چھن جانا۔</w:t>
      </w:r>
    </w:p>
    <w:p>
      <w:r>
        <w:rPr>
          <w:b/>
        </w:rPr>
        <w:t xml:space="preserve">[04:10] </w:t>
      </w:r>
      <w:r>
        <w:t>ye khud qaum hi ki ek halat ki baat hai na ke apni taraf se koi koi chheen leta hai.</w:t>
      </w:r>
    </w:p>
    <w:p>
      <w:pPr>
        <w:jc w:val="right"/>
      </w:pPr>
      <w:r>
        <w:t>یہ خود قوم ہی کی ایک حالت کی بات ہے نہ کہ اپنی طرف سے کوئی کوئی چھین لیتا ہے۔</w:t>
      </w:r>
    </w:p>
    <w:p>
      <w:r>
        <w:rPr>
          <w:b/>
        </w:rPr>
        <w:t xml:space="preserve">[04:15] </w:t>
      </w:r>
      <w:r>
        <w:t>yani Khuda ki taraf se chheena jata hai.</w:t>
      </w:r>
    </w:p>
    <w:p>
      <w:pPr>
        <w:jc w:val="right"/>
      </w:pPr>
      <w:r>
        <w:t>یعنی خدا کی طرف سے چھینا جاتا ہے۔</w:t>
      </w:r>
    </w:p>
    <w:p>
      <w:r>
        <w:rPr>
          <w:b/>
        </w:rPr>
        <w:t xml:space="preserve">[04:20] </w:t>
      </w:r>
      <w:r>
        <w:t>yani qaum ki is halat ka is mein bayan kiya gaya hai jabke girawat ki wajah se wo</w:t>
      </w:r>
    </w:p>
    <w:p>
      <w:pPr>
        <w:jc w:val="right"/>
      </w:pPr>
      <w:r>
        <w:t>یعنی قوم کی اس حالت کا اس میں بیان کیا گیا ہے جبکہ گراوٹ کی وجہ سے وہ</w:t>
      </w:r>
    </w:p>
    <w:p>
      <w:r>
        <w:rPr>
          <w:b/>
        </w:rPr>
        <w:t xml:space="preserve">[04:25] </w:t>
      </w:r>
      <w:r>
        <w:t>ek aisi halat mein pahunch jati hai ke wo kuch rituals ko mazhab samajh leti hai, isi ko</w:t>
      </w:r>
    </w:p>
    <w:p>
      <w:pPr>
        <w:jc w:val="right"/>
      </w:pPr>
      <w:r>
        <w:t>ایک ایسی حالت میں پہنچ جاتی ہے کہ وہ کچھ ریچولز کو مذہب سمجھ لیتی ہے، اسی کو</w:t>
      </w:r>
    </w:p>
    <w:p>
      <w:r>
        <w:rPr>
          <w:b/>
        </w:rPr>
        <w:t xml:space="preserve">[04:29] </w:t>
      </w:r>
      <w:r>
        <w:t>poora karti rehti hai.</w:t>
      </w:r>
    </w:p>
    <w:p>
      <w:pPr>
        <w:jc w:val="right"/>
      </w:pPr>
      <w:r>
        <w:t>پورا کرتی رہتی ہے۔</w:t>
      </w:r>
    </w:p>
    <w:p>
      <w:r>
        <w:rPr>
          <w:b/>
        </w:rPr>
        <w:t xml:space="preserve">[04:33] </w:t>
      </w:r>
      <w:r>
        <w:t>aur aql ko apply nahi karti.</w:t>
      </w:r>
    </w:p>
    <w:p>
      <w:pPr>
        <w:jc w:val="right"/>
      </w:pPr>
      <w:r>
        <w:t>اور عقل کو اپلائی نہیں کرتی۔</w:t>
      </w:r>
    </w:p>
    <w:p>
      <w:r>
        <w:rPr>
          <w:b/>
        </w:rPr>
        <w:t xml:space="preserve">[04:38] </w:t>
      </w:r>
      <w:r>
        <w:t>ye hai matlab is ka.</w:t>
      </w:r>
    </w:p>
    <w:p>
      <w:pPr>
        <w:jc w:val="right"/>
      </w:pPr>
      <w:r>
        <w:t>یہ ہے مطلب اس کا۔</w:t>
      </w:r>
    </w:p>
    <w:p>
      <w:r>
        <w:rPr>
          <w:b/>
        </w:rPr>
        <w:t xml:space="preserve">[04:42] </w:t>
      </w:r>
      <w:r>
        <w:t>ye meri samajh mein kaise aaya? aaj subah ek telephone aaya America se.</w:t>
      </w:r>
    </w:p>
    <w:p>
      <w:pPr>
        <w:jc w:val="right"/>
      </w:pPr>
      <w:r>
        <w:t>یہ میری سمجھ میں کیسے آیا؟ آج صبح ایک ٹیلی فون آیا امریکہ سے۔</w:t>
      </w:r>
    </w:p>
    <w:p>
      <w:r>
        <w:rPr>
          <w:b/>
        </w:rPr>
        <w:t xml:space="preserve">[04:46] </w:t>
      </w:r>
      <w:r>
        <w:t>aksar telephone is tarah ke</w:t>
      </w:r>
    </w:p>
    <w:p>
      <w:pPr>
        <w:jc w:val="right"/>
      </w:pPr>
      <w:r>
        <w:t>اکثر ٹیلی فون اس طرح کے</w:t>
      </w:r>
    </w:p>
    <w:p>
      <w:r>
        <w:rPr>
          <w:b/>
        </w:rPr>
        <w:t xml:space="preserve">[04:51] </w:t>
      </w:r>
      <w:r>
        <w:t>mere paas aate rehte hain. to unhon ne bataya ke wahan ke masjidon mein wohi jhagde hain jo india aur pakistan mein hain. choti choti baton par. india mein aap jante hain ke choti choti baton par jhagde hote hain. bilkul choti choti baton par. maslan jab aap namaz ki niyat bandhein to hath uthayen to aap ka hath kahan tak jaye? to aik hai ke yahan tak</w:t>
      </w:r>
    </w:p>
    <w:p>
      <w:pPr>
        <w:jc w:val="right"/>
      </w:pPr>
      <w:r>
        <w:t>میرے پاس آتے رہتے ہیں۔ تو انہوں نے بتایا کہ وہاں کے مسجدوں میں وہی جھگڑے ہیں جو انڈیا اور پاکستان میں ہیں۔ چھوٹی چھوٹی باتوں پر۔ انڈیا میں آپ جانتے ہیں کہ چھوٹی چھوٹی باتوں پر جھگڑے ہوتے ہیں۔ بالکل چھوٹی چھوٹی باتوں پر۔ مثلاً جب آپ نماز کی نیت باندھیں تو ہاتھ اٹھائیں تو آپ کا ہاتھ کہاں تک جائے؟ تو ایک ہے کہ یہاں تک</w:t>
      </w:r>
    </w:p>
    <w:p>
      <w:r>
        <w:rPr>
          <w:b/>
        </w:rPr>
        <w:t xml:space="preserve">[05:21] </w:t>
      </w:r>
      <w:r>
        <w:t>jana chahiye ke kaan aur angootha ek kaan ke seedh mein ho jaye.</w:t>
      </w:r>
    </w:p>
    <w:p>
      <w:pPr>
        <w:jc w:val="right"/>
      </w:pPr>
      <w:r>
        <w:t>جانا چاہیے کہ کان اور انگوٹھا ایک کان کے سیدھ میں ہو جائے۔</w:t>
      </w:r>
    </w:p>
    <w:p>
      <w:r>
        <w:rPr>
          <w:b/>
        </w:rPr>
        <w:t xml:space="preserve">[05:25] </w:t>
      </w:r>
      <w:r>
        <w:t>bilkul jab kaan ke seedh mein agar nahi hua to sahi aap ne niyat nahi bandhi.</w:t>
      </w:r>
    </w:p>
    <w:p>
      <w:pPr>
        <w:jc w:val="right"/>
      </w:pPr>
      <w:r>
        <w:t>بالکل جب کان کے سیدھ میں اگر نہیں ہوا تو صحیح آپ نے نیت نہیں باندھی۔</w:t>
      </w:r>
    </w:p>
    <w:p>
      <w:r>
        <w:rPr>
          <w:b/>
        </w:rPr>
        <w:t xml:space="preserve">[05:29] </w:t>
      </w:r>
      <w:r>
        <w:t>aur aise hi aap ne bandh liya to wo niyat nahi hui.</w:t>
      </w:r>
    </w:p>
    <w:p>
      <w:pPr>
        <w:jc w:val="right"/>
      </w:pPr>
      <w:r>
        <w:t>اور ایسے ہی آپ نے باندھ لیا تو وہ نیت نہیں ہوئی۔</w:t>
      </w:r>
    </w:p>
    <w:p>
      <w:r>
        <w:rPr>
          <w:b/>
        </w:rPr>
        <w:t xml:space="preserve">[05:33] </w:t>
      </w:r>
      <w:r>
        <w:t>aise hi niyat bandhi aap ne yahan to sahi nahi hai.</w:t>
      </w:r>
    </w:p>
    <w:p>
      <w:pPr>
        <w:jc w:val="right"/>
      </w:pPr>
      <w:r>
        <w:t>ایسے ہی نیت باندھی آپ نے یہاں تو صحیح نہیں ہے۔</w:t>
      </w:r>
    </w:p>
    <w:p>
      <w:r>
        <w:rPr>
          <w:b/>
        </w:rPr>
        <w:t xml:space="preserve">[05:38] </w:t>
      </w:r>
      <w:r>
        <w:t>ye niyat yahan bandhna chahiye.</w:t>
      </w:r>
    </w:p>
    <w:p>
      <w:pPr>
        <w:jc w:val="right"/>
      </w:pPr>
      <w:r>
        <w:t>یہ نیت یہاں باندھنا چاہیے۔</w:t>
      </w:r>
    </w:p>
    <w:p>
      <w:r>
        <w:rPr>
          <w:b/>
        </w:rPr>
        <w:t xml:space="preserve">[05:42] </w:t>
      </w:r>
      <w:r>
        <w:t>aisi ajeeb ajeeb qism ki baaten.</w:t>
      </w:r>
    </w:p>
    <w:p>
      <w:pPr>
        <w:jc w:val="right"/>
      </w:pPr>
      <w:r>
        <w:t>ایسی عجیب عجیب قسم کی باتیں۔</w:t>
      </w:r>
    </w:p>
    <w:p>
      <w:r>
        <w:rPr>
          <w:b/>
        </w:rPr>
        <w:t xml:space="preserve">[05:46] </w:t>
      </w:r>
      <w:r>
        <w:t>ab jaise wahan par ek masjid mein khutba hota hai</w:t>
      </w:r>
    </w:p>
    <w:p>
      <w:pPr>
        <w:jc w:val="right"/>
      </w:pPr>
      <w:r>
        <w:t>اب جیسے وہاں پر ایک مسجد میں خطبہ ہوتا ہے</w:t>
      </w:r>
    </w:p>
    <w:p>
      <w:r>
        <w:rPr>
          <w:b/>
        </w:rPr>
        <w:t xml:space="preserve">[05:51] </w:t>
      </w:r>
      <w:r>
        <w:t>to jo aalim hain woh arabi mein khutba dete hain. to wahan par yeh hua ke bhai kuch baat aur batai jaye jis se logon ko deen ki baaten maloom hon. to aik sahab liye gaye jo urdu hi bol sakte the, woh english mein nahi bol sakte the. to woh khutbe se pehle urdu mein kuch baaten kehte hain. phir aik sahab is ka translation karte hain english mein. is par</w:t>
      </w:r>
    </w:p>
    <w:p>
      <w:pPr>
        <w:jc w:val="right"/>
      </w:pPr>
      <w:r>
        <w:t>تو جو عالم ہیں وہ عربی میں خطبہ دیتے ہیں۔ تو وہاں پر یہ ہوا کہ بھئی کچھ بات اور بتائی جائے جس سے لوگوں کو دین کی باتیں معلوم ہوں۔ تو ایک صاحب لیے گئے جو اردو ہی بول سکتے تھے، وہ انگلش میں نہیں بول سکتے تھے۔ تو وہ خطبے سے پہلے اردو میں کچھ باتیں کہتے ہیں۔ پھر ایک صاحب اس کا ٹرانسلیشن کرتے ہیں انگلش میں۔ اس پر</w:t>
      </w:r>
    </w:p>
    <w:p>
      <w:r>
        <w:rPr>
          <w:b/>
        </w:rPr>
        <w:t xml:space="preserve">[06:21] </w:t>
      </w:r>
      <w:r>
        <w:t>bhi bohat zabardast wahan par aitraaz hua.</w:t>
      </w:r>
    </w:p>
    <w:p>
      <w:pPr>
        <w:jc w:val="right"/>
      </w:pPr>
      <w:r>
        <w:t>بھی بہت زبردست وہاں پر اعتراض ہوا۔</w:t>
      </w:r>
    </w:p>
    <w:p>
      <w:r>
        <w:rPr>
          <w:b/>
        </w:rPr>
        <w:t xml:space="preserve">[06:25] </w:t>
      </w:r>
      <w:r>
        <w:t>yeh to bid'at hai.</w:t>
      </w:r>
    </w:p>
    <w:p>
      <w:pPr>
        <w:jc w:val="right"/>
      </w:pPr>
      <w:r>
        <w:t>یہ تو بدعت ہے۔</w:t>
      </w:r>
    </w:p>
    <w:p>
      <w:r>
        <w:rPr>
          <w:b/>
        </w:rPr>
        <w:t xml:space="preserve">[06:28] </w:t>
      </w:r>
      <w:r>
        <w:t>khutba to sirf arabi mein hona chahiye.</w:t>
      </w:r>
    </w:p>
    <w:p>
      <w:pPr>
        <w:jc w:val="right"/>
      </w:pPr>
      <w:r>
        <w:t>خطبہ تو صرف عربی میں ہونا چاہیے۔</w:t>
      </w:r>
    </w:p>
    <w:p>
      <w:r>
        <w:rPr>
          <w:b/>
        </w:rPr>
        <w:t xml:space="preserve">[06:32] </w:t>
      </w:r>
      <w:r>
        <w:t>na urdu mein na angrezi mein.</w:t>
      </w:r>
    </w:p>
    <w:p>
      <w:pPr>
        <w:jc w:val="right"/>
      </w:pPr>
      <w:r>
        <w:t>نہ اردو میں نہ انگریزی میں۔</w:t>
      </w:r>
    </w:p>
    <w:p>
      <w:r>
        <w:rPr>
          <w:b/>
        </w:rPr>
        <w:t xml:space="preserve">[06:36] </w:t>
      </w:r>
      <w:r>
        <w:t>اس طرح کے انتہائی unnecessary ٹائپ کے جھگڑے جو آپ دیکھتے ہیں انڈیا اور پاکستان میں، بنگلہ</w:t>
      </w:r>
    </w:p>
    <w:p>
      <w:pPr>
        <w:jc w:val="right"/>
      </w:pPr>
      <w:r>
        <w:t>اس طرح کے انتہائی ان نیسیسری ٹائپ کے جھگڑے جو آپ دیکھتے ہیں انڈیا اور پاکستان میں، بنگلہ</w:t>
      </w:r>
    </w:p>
    <w:p>
      <w:r>
        <w:rPr>
          <w:b/>
        </w:rPr>
        <w:t xml:space="preserve">[06:40] </w:t>
      </w:r>
      <w:r>
        <w:t>desh mein wahi wahan bhi hain.</w:t>
      </w:r>
    </w:p>
    <w:p>
      <w:pPr>
        <w:jc w:val="right"/>
      </w:pPr>
      <w:r>
        <w:t>دیش میں وہی وہاں بھی ہیں۔</w:t>
      </w:r>
    </w:p>
    <w:p>
      <w:r>
        <w:rPr>
          <w:b/>
        </w:rPr>
        <w:t xml:space="preserve">[06:44] </w:t>
      </w:r>
      <w:r>
        <w:t>to kyun aisa hai? maine un se poocha jo sahib ka telephone aaya tha ke yeh</w:t>
      </w:r>
    </w:p>
    <w:p>
      <w:pPr>
        <w:jc w:val="right"/>
      </w:pPr>
      <w:r>
        <w:t>تو کیوں ایسا ہے؟ میں نے ان سے پوچھا جو صاحب کا ٹیلی فون آیا تھا کہ یہ</w:t>
      </w:r>
    </w:p>
    <w:p>
      <w:r>
        <w:rPr>
          <w:b/>
        </w:rPr>
        <w:t xml:space="preserve">[06:47] </w:t>
      </w:r>
      <w:r>
        <w:t>jhagde yahan the to wahan kaise pahunch gaye? unhon ne kaha ke yeh log</w:t>
      </w:r>
    </w:p>
    <w:p>
      <w:pPr>
        <w:jc w:val="right"/>
      </w:pPr>
      <w:r>
        <w:t>جھگڑے یہاں تھے تو وہاں کیسے پہنچ گئے؟ انہوں نے کہا کہ یہ لوگ</w:t>
      </w:r>
    </w:p>
    <w:p>
      <w:r>
        <w:rPr>
          <w:b/>
        </w:rPr>
        <w:t xml:space="preserve">[06:51] </w:t>
      </w:r>
      <w:r>
        <w:t>اسلام کو ایک mysterious way میں دیکھتے ہیں۔</w:t>
      </w:r>
    </w:p>
    <w:p>
      <w:pPr>
        <w:jc w:val="right"/>
      </w:pPr>
      <w:r>
        <w:t>اسلام کو ایک مسٹیریس وے میں دیکھتے ہیں۔</w:t>
      </w:r>
    </w:p>
    <w:p>
      <w:r>
        <w:rPr>
          <w:b/>
        </w:rPr>
        <w:t xml:space="preserve">[06:55] </w:t>
      </w:r>
      <w:r>
        <w:t>اسلام میں جو چیزیں ہیں وہ سب ان کو mysterious way میں دیکھتے ہیں۔</w:t>
      </w:r>
    </w:p>
    <w:p>
      <w:pPr>
        <w:jc w:val="right"/>
      </w:pPr>
      <w:r>
        <w:t>اسلام میں جو چیزیں ہیں وہ سب ان کو مسٹیریس وے میں دیکھتے ہیں۔</w:t>
      </w:r>
    </w:p>
    <w:p>
      <w:r>
        <w:rPr>
          <w:b/>
        </w:rPr>
        <w:t xml:space="preserve">[06:59] </w:t>
      </w:r>
      <w:r>
        <w:t>یعنی mysteriously کچھ اس کے اندر فائدے ہیں بس۔</w:t>
      </w:r>
    </w:p>
    <w:p>
      <w:pPr>
        <w:jc w:val="right"/>
      </w:pPr>
      <w:r>
        <w:t>یعنی مسٹیریسلی کچھ اس کے اندر فائدے ہیں بس۔</w:t>
      </w:r>
    </w:p>
    <w:p>
      <w:r>
        <w:rPr>
          <w:b/>
        </w:rPr>
        <w:t xml:space="preserve">[07:02] </w:t>
      </w:r>
      <w:r>
        <w:t>matlab aisa kar diya to wahan faida likh diya gaya.</w:t>
      </w:r>
    </w:p>
    <w:p>
      <w:pPr>
        <w:jc w:val="right"/>
      </w:pPr>
      <w:r>
        <w:t>مطلب ایسا کر دیا تو وہاں فائدہ لکھ دیا گیا۔</w:t>
      </w:r>
    </w:p>
    <w:p>
      <w:r>
        <w:rPr>
          <w:b/>
        </w:rPr>
        <w:t xml:space="preserve">[07:06] </w:t>
      </w:r>
      <w:r>
        <w:t>ایسا کیا تو فائدہ نہیں لکھا گیا۔ mysteriously.</w:t>
      </w:r>
    </w:p>
    <w:p>
      <w:pPr>
        <w:jc w:val="right"/>
      </w:pPr>
      <w:r>
        <w:t>ایسا کیا تو فائدہ نہیں لکھا گیا۔ مسٹیریسلی۔</w:t>
      </w:r>
    </w:p>
    <w:p>
      <w:r>
        <w:rPr>
          <w:b/>
        </w:rPr>
        <w:t xml:space="preserve">[07:10] </w:t>
      </w:r>
      <w:r>
        <w:t>without applying their reason.</w:t>
      </w:r>
    </w:p>
    <w:p>
      <w:pPr>
        <w:jc w:val="right"/>
      </w:pPr>
      <w:r>
        <w:t>ودا آؤٹ اپلائنگ دیر ریزن۔</w:t>
      </w:r>
    </w:p>
    <w:p>
      <w:r>
        <w:rPr>
          <w:b/>
        </w:rPr>
        <w:t xml:space="preserve">[07:14] </w:t>
      </w:r>
      <w:r>
        <w:t>to yahan bhi mazhab ka matlab wahi samajhte the.</w:t>
      </w:r>
    </w:p>
    <w:p>
      <w:pPr>
        <w:jc w:val="right"/>
      </w:pPr>
      <w:r>
        <w:t>تو یہاں بھی مذہب کا مطلب وہی سمجھتے تھے۔</w:t>
      </w:r>
    </w:p>
    <w:p>
      <w:r>
        <w:rPr>
          <w:b/>
        </w:rPr>
        <w:t xml:space="preserve">[07:17] </w:t>
      </w:r>
      <w:r>
        <w:t>wahan bhi mazhab ka matlab wahi le</w:t>
      </w:r>
    </w:p>
    <w:p>
      <w:pPr>
        <w:jc w:val="right"/>
      </w:pPr>
      <w:r>
        <w:t>وہاں بھی مذہب کا مطلب وہی لے</w:t>
      </w:r>
    </w:p>
    <w:p>
      <w:r>
        <w:rPr>
          <w:b/>
        </w:rPr>
        <w:t xml:space="preserve">[07:21] </w:t>
      </w:r>
      <w:r>
        <w:t>kar pahunch gaye wahan par.</w:t>
      </w:r>
    </w:p>
    <w:p>
      <w:pPr>
        <w:jc w:val="right"/>
      </w:pPr>
      <w:r>
        <w:t>کر پہنچ گئے وہاں پر۔</w:t>
      </w:r>
    </w:p>
    <w:p>
      <w:r>
        <w:rPr>
          <w:b/>
        </w:rPr>
        <w:t xml:space="preserve">[07:27] </w:t>
      </w:r>
      <w:r>
        <w:t>to yeh zamana jis mein hum jee rahe hain is mein saare dunya ke musalman na sirf asia</w:t>
      </w:r>
    </w:p>
    <w:p>
      <w:pPr>
        <w:jc w:val="right"/>
      </w:pPr>
      <w:r>
        <w:t>تو یہ زمانہ جس میں ہم جی رہے ہیں اس میں سارے دنیا کے مسلمان نہ صرف ایشیا</w:t>
      </w:r>
    </w:p>
    <w:p>
      <w:r>
        <w:rPr>
          <w:b/>
        </w:rPr>
        <w:t xml:space="preserve">[07:34] </w:t>
      </w:r>
      <w:r>
        <w:t>اور افریقہ کے نہیں، Western countries تک کے مسلمان جی رہے ہیں اسلام کے reduced form پر۔</w:t>
      </w:r>
    </w:p>
    <w:p>
      <w:pPr>
        <w:jc w:val="right"/>
      </w:pPr>
      <w:r>
        <w:t>اور افریقہ کے نہیں، ویسٹرن کنٹریز تک کے مسلمان جی رہے ہیں اسلام کے ریڈیوسڈ فارم پر۔</w:t>
      </w:r>
    </w:p>
    <w:p>
      <w:r>
        <w:rPr>
          <w:b/>
        </w:rPr>
        <w:t xml:space="preserve">[07:40] </w:t>
      </w:r>
      <w:r>
        <w:t>reduced form jo hai woh ek mysterious form.</w:t>
      </w:r>
    </w:p>
    <w:p>
      <w:pPr>
        <w:jc w:val="right"/>
      </w:pPr>
      <w:r>
        <w:t>ریڈیوسڈ فارم جو ہے وہ ایک مسٹیریس فارم۔</w:t>
      </w:r>
    </w:p>
    <w:p>
      <w:r>
        <w:rPr>
          <w:b/>
        </w:rPr>
        <w:t xml:space="preserve">[07:46] </w:t>
      </w:r>
      <w:r>
        <w:t>kuch rituals kar lo, kuch shabd ko munh se bol do,</w:t>
      </w:r>
    </w:p>
    <w:p>
      <w:pPr>
        <w:jc w:val="right"/>
      </w:pPr>
      <w:r>
        <w:t>کچھ ریچولز کر لو، کچھ शब्द کو منہ سے بول دو،</w:t>
      </w:r>
    </w:p>
    <w:p>
      <w:r>
        <w:rPr>
          <w:b/>
        </w:rPr>
        <w:t xml:space="preserve">[07:52] </w:t>
      </w:r>
      <w:r>
        <w:t>kuch haath paon aise kar do to bas tumhara jannat tumhare liye reserve ho gaya.</w:t>
      </w:r>
    </w:p>
    <w:p>
      <w:pPr>
        <w:jc w:val="right"/>
      </w:pPr>
      <w:r>
        <w:t>کچھ ہاتھ پاؤں ایسے کر دو تو بس تمہارا جنت تمہارے لیے ریزرو ہو گئی۔</w:t>
      </w:r>
    </w:p>
    <w:p>
      <w:r>
        <w:rPr>
          <w:b/>
        </w:rPr>
        <w:t xml:space="preserve">[07:58] </w:t>
      </w:r>
      <w:r>
        <w:t>main yahan jo hamare paas jo park hai ek din mein wahan par khada tha to kuch musalman</w:t>
      </w:r>
    </w:p>
    <w:p>
      <w:pPr>
        <w:jc w:val="right"/>
      </w:pPr>
      <w:r>
        <w:t>میں یہاں جو ہمارے پاس جو پارک ہے ایک دن میں وہاں پر کھڑا تھا تو کچھ مسلمان</w:t>
      </w:r>
    </w:p>
    <w:p>
      <w:r>
        <w:rPr>
          <w:b/>
        </w:rPr>
        <w:t xml:space="preserve">[08:05] </w:t>
      </w:r>
      <w:r>
        <w:t>wahan dakhil hue.</w:t>
      </w:r>
    </w:p>
    <w:p>
      <w:pPr>
        <w:jc w:val="right"/>
      </w:pPr>
      <w:r>
        <w:t>وہاں داخل ہوئے۔</w:t>
      </w:r>
    </w:p>
    <w:p>
      <w:r>
        <w:rPr>
          <w:b/>
        </w:rPr>
        <w:t xml:space="preserve">[08:11] </w:t>
      </w:r>
      <w:r>
        <w:t>to is mein se غالباً chaar musalman the.</w:t>
      </w:r>
    </w:p>
    <w:p>
      <w:pPr>
        <w:jc w:val="right"/>
      </w:pPr>
      <w:r>
        <w:t>تو اس میں سے غالباً چار مسلمان تھے۔</w:t>
      </w:r>
    </w:p>
    <w:p>
      <w:r>
        <w:rPr>
          <w:b/>
        </w:rPr>
        <w:t xml:space="preserve">[08:17] </w:t>
      </w:r>
      <w:r>
        <w:t>to teen jo hain woh lift ki taraf jaane lage.</w:t>
      </w:r>
    </w:p>
    <w:p>
      <w:pPr>
        <w:jc w:val="right"/>
      </w:pPr>
      <w:r>
        <w:t>تو تین جو ہیں وہ لفٹ کی طرف جانے لگے۔</w:t>
      </w:r>
    </w:p>
    <w:p>
      <w:r>
        <w:rPr>
          <w:b/>
        </w:rPr>
        <w:t xml:space="preserve">[08:24] </w:t>
      </w:r>
      <w:r>
        <w:t>kyun ke hamare desh mein keep lift ka principle hai aap jante hain.</w:t>
      </w:r>
    </w:p>
    <w:p>
      <w:pPr>
        <w:jc w:val="right"/>
      </w:pPr>
      <w:r>
        <w:t>کیونکہ ہمارے દેશ میں کیپ لفٹ کا پرنسپل ہے آپ جانتے ہیں۔</w:t>
      </w:r>
    </w:p>
    <w:p>
      <w:r>
        <w:rPr>
          <w:b/>
        </w:rPr>
        <w:t xml:space="preserve">[08:28] </w:t>
      </w:r>
      <w:r>
        <w:t>to ek aadmi kehta hai ulti taraf kahan ja rahe ho? islami tareeqe par chalo.</w:t>
      </w:r>
    </w:p>
    <w:p>
      <w:pPr>
        <w:jc w:val="right"/>
      </w:pPr>
      <w:r>
        <w:t>تو ایک آدمی کہتا ہے الٹی طرف کہاں جا رہے ہو؟ اسلامی طریقے پر چلو۔</w:t>
      </w:r>
    </w:p>
    <w:p>
      <w:r>
        <w:rPr>
          <w:b/>
        </w:rPr>
        <w:t xml:space="preserve">[08:33] </w:t>
      </w:r>
      <w:r>
        <w:t>yani dayen taraf chalein to woh islami tareeqa ho gaya.</w:t>
      </w:r>
    </w:p>
    <w:p>
      <w:pPr>
        <w:jc w:val="right"/>
      </w:pPr>
      <w:r>
        <w:t>یعنی دائیں طرف چلیں تو وہ اسلامی طریقہ ہو گیا۔</w:t>
      </w:r>
    </w:p>
    <w:p>
      <w:r>
        <w:rPr>
          <w:b/>
        </w:rPr>
        <w:t xml:space="preserve">[08:37] </w:t>
      </w:r>
      <w:r>
        <w:t>bayen taraf chalenge to woh un islamic tareeqa ho gaya.</w:t>
      </w:r>
    </w:p>
    <w:p>
      <w:pPr>
        <w:jc w:val="right"/>
      </w:pPr>
      <w:r>
        <w:t>بائیں طرف چلیں گے تو وہ ان اسلامک طریقہ ہو گیا۔</w:t>
      </w:r>
    </w:p>
    <w:p>
      <w:r>
        <w:rPr>
          <w:b/>
        </w:rPr>
        <w:t xml:space="preserve">[08:42] </w:t>
      </w:r>
      <w:r>
        <w:t>yani bayen taraf chaliye to paradise likh gayi.</w:t>
      </w:r>
    </w:p>
    <w:p>
      <w:pPr>
        <w:jc w:val="right"/>
      </w:pPr>
      <w:r>
        <w:t>یعنی بائیں طرف چلیے تو پیراڈائز لکھ گئی۔</w:t>
      </w:r>
    </w:p>
    <w:p>
      <w:r>
        <w:rPr>
          <w:b/>
        </w:rPr>
        <w:t xml:space="preserve">[08:46] </w:t>
      </w:r>
      <w:r>
        <w:t>bayein taraf jaiye to paradise nahi likhi jayegi.</w:t>
      </w:r>
    </w:p>
    <w:p>
      <w:pPr>
        <w:jc w:val="right"/>
      </w:pPr>
      <w:r>
        <w:t>بائیں طرف جائیے تو پیراڈائز نہیں لکھی جائے گی۔</w:t>
      </w:r>
    </w:p>
    <w:p>
      <w:r>
        <w:rPr>
          <w:b/>
        </w:rPr>
        <w:t xml:space="preserve">[08:51] </w:t>
      </w:r>
      <w:r>
        <w:t>yeh kya hai? mysterious</w:t>
      </w:r>
    </w:p>
    <w:p>
      <w:pPr>
        <w:jc w:val="right"/>
      </w:pPr>
      <w:r>
        <w:t>یہ کیا ہے؟ مسٹیریس</w:t>
      </w:r>
    </w:p>
    <w:p>
      <w:r>
        <w:rPr>
          <w:b/>
        </w:rPr>
        <w:t xml:space="preserve">[08:55] </w:t>
      </w:r>
      <w:r>
        <w:t>way mein lena islam ki baaton ko.</w:t>
      </w:r>
    </w:p>
    <w:p>
      <w:pPr>
        <w:jc w:val="right"/>
      </w:pPr>
      <w:r>
        <w:t>وے میں لینا اسلام کی باتوں کو۔</w:t>
      </w:r>
    </w:p>
    <w:p>
      <w:r>
        <w:rPr>
          <w:b/>
        </w:rPr>
        <w:t xml:space="preserve">[09:00] </w:t>
      </w:r>
      <w:r>
        <w:t>aur aql ko apply na karna.</w:t>
      </w:r>
    </w:p>
    <w:p>
      <w:pPr>
        <w:jc w:val="right"/>
      </w:pPr>
      <w:r>
        <w:t>اور عقل کو اپلائی نہ کرنا۔</w:t>
      </w:r>
    </w:p>
    <w:p>
      <w:r>
        <w:rPr>
          <w:b/>
        </w:rPr>
        <w:t xml:space="preserve">[09:04] </w:t>
      </w:r>
      <w:r>
        <w:t>yeh sab se bara problem hai jo is waqt musalmanon ko sari duniya mein darpesh hai.</w:t>
      </w:r>
    </w:p>
    <w:p>
      <w:pPr>
        <w:jc w:val="right"/>
      </w:pPr>
      <w:r>
        <w:t>یہ سب سے بڑا پرابلم ہے جو اس وقت مسلمانوں کو ساری دنیا میں درپیش ہے۔</w:t>
      </w:r>
    </w:p>
    <w:p>
      <w:r>
        <w:rPr>
          <w:b/>
        </w:rPr>
        <w:t xml:space="preserve">[09:09] </w:t>
      </w:r>
      <w:r>
        <w:t>ke aql ko apply hi nahi karte.</w:t>
      </w:r>
    </w:p>
    <w:p>
      <w:pPr>
        <w:jc w:val="right"/>
      </w:pPr>
      <w:r>
        <w:t>کہ عقل کو اپلائی ہی نہیں کرتے۔</w:t>
      </w:r>
    </w:p>
    <w:p>
      <w:r>
        <w:rPr>
          <w:b/>
        </w:rPr>
        <w:t xml:space="preserve">[09:13] </w:t>
      </w:r>
      <w:r>
        <w:t>aql ko apply hi nahi karte.</w:t>
      </w:r>
    </w:p>
    <w:p>
      <w:pPr>
        <w:jc w:val="right"/>
      </w:pPr>
      <w:r>
        <w:t>عقل کو اپلائی ہی نہیں کرتے۔</w:t>
      </w:r>
    </w:p>
    <w:p>
      <w:r>
        <w:rPr>
          <w:b/>
        </w:rPr>
        <w:t xml:space="preserve">[09:18] </w:t>
      </w:r>
      <w:r>
        <w:t>iski wajah se kya nuqsan hai? iska mein arz karta hoon.</w:t>
      </w:r>
    </w:p>
    <w:p>
      <w:pPr>
        <w:jc w:val="right"/>
      </w:pPr>
      <w:r>
        <w:t>اس کی وجہ سے کیا نقصان ہے؟ اس کا میں عرض کرتا ہوں۔</w:t>
      </w:r>
    </w:p>
    <w:p>
      <w:r>
        <w:rPr>
          <w:b/>
        </w:rPr>
        <w:t xml:space="preserve">[09:22] </w:t>
      </w:r>
      <w:r>
        <w:t>yeh jo communal rights hain india mein sab isi liye hain ke aql ko apply nahi karte.</w:t>
      </w:r>
    </w:p>
    <w:p>
      <w:pPr>
        <w:jc w:val="right"/>
      </w:pPr>
      <w:r>
        <w:t>یہ جو کمرل رائٹس ہیں انڈیا میں سب اسی لیے ہیں کہ عقل کو اپلائی نہیں کرتے۔</w:t>
      </w:r>
    </w:p>
    <w:p>
      <w:r>
        <w:rPr>
          <w:b/>
        </w:rPr>
        <w:t xml:space="preserve">[09:27] </w:t>
      </w:r>
      <w:r>
        <w:t>sab ke sab.</w:t>
      </w:r>
    </w:p>
    <w:p>
      <w:pPr>
        <w:jc w:val="right"/>
      </w:pPr>
      <w:r>
        <w:t>سب کے سب۔</w:t>
      </w:r>
    </w:p>
    <w:p>
      <w:r>
        <w:rPr>
          <w:b/>
        </w:rPr>
        <w:t xml:space="preserve">[09:31] </w:t>
      </w:r>
      <w:r>
        <w:t>yani sab log mazhab apne khayal se mazhab par hain.</w:t>
      </w:r>
    </w:p>
    <w:p>
      <w:pPr>
        <w:jc w:val="right"/>
      </w:pPr>
      <w:r>
        <w:t>یعنی سب لوگ مذہب اپنے خیال سے مذہب پر ہیں۔</w:t>
      </w:r>
    </w:p>
    <w:p>
      <w:r>
        <w:rPr>
          <w:b/>
        </w:rPr>
        <w:t xml:space="preserve">[09:35] </w:t>
      </w:r>
      <w:r>
        <w:t>yani woh namaz parhte hain, roza rakhte hain, hajj karte hain, jehad karte hain.</w:t>
      </w:r>
    </w:p>
    <w:p>
      <w:pPr>
        <w:jc w:val="right"/>
      </w:pPr>
      <w:r>
        <w:t>یعنی وہ نماز پڑھتے ہیں، روزہ رکھتے ہیں، حج کرتے ہیں، جہاد کرتے ہیں۔</w:t>
      </w:r>
    </w:p>
    <w:p>
      <w:r>
        <w:rPr>
          <w:b/>
        </w:rPr>
        <w:t xml:space="preserve">[09:38] </w:t>
      </w:r>
      <w:r>
        <w:t>woh hajj karte hain, zakat dete hain.</w:t>
      </w:r>
    </w:p>
    <w:p>
      <w:pPr>
        <w:jc w:val="right"/>
      </w:pPr>
      <w:r>
        <w:t>وہ حج کرتے ہیں، زکوٰۃ دیتے ہیں۔</w:t>
      </w:r>
    </w:p>
    <w:p>
      <w:r>
        <w:rPr>
          <w:b/>
        </w:rPr>
        <w:t xml:space="preserve">[09:42] </w:t>
      </w:r>
      <w:r>
        <w:t>lekin wahi ek mysterious cheez samajh kar ke.</w:t>
      </w:r>
    </w:p>
    <w:p>
      <w:pPr>
        <w:jc w:val="right"/>
      </w:pPr>
      <w:r>
        <w:t>لیکن وہی ایک مسٹیریس چیز سمجھ کر کے۔</w:t>
      </w:r>
    </w:p>
    <w:p>
      <w:r>
        <w:rPr>
          <w:b/>
        </w:rPr>
        <w:t xml:space="preserve">[09:46] </w:t>
      </w:r>
      <w:r>
        <w:t>aql unki aql jo hai woh activity nahi hui, aql ko apply nahi karte kisi cheez par.</w:t>
      </w:r>
    </w:p>
    <w:p>
      <w:pPr>
        <w:jc w:val="right"/>
      </w:pPr>
      <w:r>
        <w:t>عقل ان کی عقل جو ہے وہ ایکٹیویٹی نہیں ہوئی، عقل کو اپلائی نہیں کرتے کسی چیز پر۔</w:t>
      </w:r>
    </w:p>
    <w:p>
      <w:r>
        <w:rPr>
          <w:b/>
        </w:rPr>
        <w:t xml:space="preserve">[09:50] </w:t>
      </w:r>
      <w:r>
        <w:t>jaise india dekhein kya hai.</w:t>
      </w:r>
    </w:p>
    <w:p>
      <w:pPr>
        <w:jc w:val="right"/>
      </w:pPr>
      <w:r>
        <w:t>جیسے انڈیا دیکھیں کیا ہے۔</w:t>
      </w:r>
    </w:p>
    <w:p>
      <w:r>
        <w:rPr>
          <w:b/>
        </w:rPr>
        <w:t xml:space="preserve">[09:54] </w:t>
      </w:r>
      <w:r>
        <w:t>mein 1948 se dekh raha hoon yeh qissa.</w:t>
      </w:r>
    </w:p>
    <w:p>
      <w:pPr>
        <w:jc w:val="right"/>
      </w:pPr>
      <w:r>
        <w:t>میں انیس سو اڑتالیس سے دیکھ رہا ہوں یہ قصہ۔</w:t>
      </w:r>
    </w:p>
    <w:p>
      <w:r>
        <w:rPr>
          <w:b/>
        </w:rPr>
        <w:t xml:space="preserve">[09:58] </w:t>
      </w:r>
      <w:r>
        <w:t>ab kal mere paas telephone aaya hyderabad se ek sahab ka.</w:t>
      </w:r>
    </w:p>
    <w:p>
      <w:pPr>
        <w:jc w:val="right"/>
      </w:pPr>
      <w:r>
        <w:t>اب کل میرے پاس ٹیلی فون آیا حیدرآباد سے ایک صاحب کا۔</w:t>
      </w:r>
    </w:p>
    <w:p>
      <w:r>
        <w:rPr>
          <w:b/>
        </w:rPr>
        <w:t xml:space="preserve">[10:02] </w:t>
      </w:r>
      <w:r>
        <w:t>jo risala ke reader hain.</w:t>
      </w:r>
    </w:p>
    <w:p>
      <w:pPr>
        <w:jc w:val="right"/>
      </w:pPr>
      <w:r>
        <w:t>جو رسالہ کے ریڈر ہیں۔</w:t>
      </w:r>
    </w:p>
    <w:p>
      <w:r>
        <w:rPr>
          <w:b/>
        </w:rPr>
        <w:t xml:space="preserve">[10:06] </w:t>
      </w:r>
      <w:r>
        <w:t>unhone kaha ke hyderabad ke kuch areas mein shahdalabad waghera mein yahan par firqawarana yani communal</w:t>
      </w:r>
    </w:p>
    <w:p>
      <w:pPr>
        <w:jc w:val="right"/>
      </w:pPr>
      <w:r>
        <w:t>انہوں نے کہا کہ حیدرآباد کے کچھ ایریاز میں شاہدالآباد وغیرہ میں یہاں پر فرقہ وارانہ یعنی کمرل</w:t>
      </w:r>
    </w:p>
    <w:p>
      <w:r>
        <w:rPr>
          <w:b/>
        </w:rPr>
        <w:t xml:space="preserve">[10:10] </w:t>
      </w:r>
      <w:r>
        <w:t>rights ho rahe hain.</w:t>
      </w:r>
    </w:p>
    <w:p>
      <w:pPr>
        <w:jc w:val="right"/>
      </w:pPr>
      <w:r>
        <w:t>رائٹس ہو رہے ہیں۔</w:t>
      </w:r>
    </w:p>
    <w:p>
      <w:r>
        <w:rPr>
          <w:b/>
        </w:rPr>
        <w:t xml:space="preserve">[10:15] </w:t>
      </w:r>
      <w:r>
        <w:t>aur bahut se gharon ko jala diya gaya hai, kuch logon ko maar dala hai waghera.</w:t>
      </w:r>
    </w:p>
    <w:p>
      <w:pPr>
        <w:jc w:val="right"/>
      </w:pPr>
      <w:r>
        <w:t>اور بہت سے گھروں کو جلا دیا گیا ہے، کچھ لوگوں کو مار ڈالا ہے وغیرہ۔</w:t>
      </w:r>
    </w:p>
    <w:p>
      <w:r>
        <w:rPr>
          <w:b/>
        </w:rPr>
        <w:t xml:space="preserve">[10:19] </w:t>
      </w:r>
      <w:r>
        <w:t>to unhone kaha ke hyderabad mein is waqt sab se zyada charcha isi cheezon ka hai.</w:t>
      </w:r>
    </w:p>
    <w:p>
      <w:pPr>
        <w:jc w:val="right"/>
      </w:pPr>
      <w:r>
        <w:t>تو انہوں نے کہا کہ حیدرآباد میں اس وقت سب سے زیادہ چرچا اسی چیزوں کا ہے۔</w:t>
      </w:r>
    </w:p>
    <w:p>
      <w:r>
        <w:rPr>
          <w:b/>
        </w:rPr>
        <w:t xml:space="preserve">[10:23] </w:t>
      </w:r>
      <w:r>
        <w:t>to maine poocha ke yeh jo waqiyat</w:t>
      </w:r>
    </w:p>
    <w:p>
      <w:pPr>
        <w:jc w:val="right"/>
      </w:pPr>
      <w:r>
        <w:t>تو میں نے پوچھا کہ یہ جو واقعات</w:t>
      </w:r>
    </w:p>
    <w:p>
      <w:r>
        <w:rPr>
          <w:b/>
        </w:rPr>
        <w:t xml:space="preserve">[10:28] </w:t>
      </w:r>
      <w:r>
        <w:t>ہوئے ہیں تو اس کی beginning کہاں سے ہوئی؟ یعنی یہ جو communal rights بتا رہے ہیں آپ</w:t>
      </w:r>
    </w:p>
    <w:p>
      <w:pPr>
        <w:jc w:val="right"/>
      </w:pPr>
      <w:r>
        <w:t>ہوئے ہیں تو اس کی بگننگ کہاں سے ہوئی؟ یعنی یہ جو کمرل رائٹس بتا رہے ہیں آپ</w:t>
      </w:r>
    </w:p>
    <w:p>
      <w:r>
        <w:rPr>
          <w:b/>
        </w:rPr>
        <w:t xml:space="preserve">[10:33] </w:t>
      </w:r>
      <w:r>
        <w:t>kai jagah to shuru kahan se hua? to woh kya kehte hain ke humne iski to</w:t>
      </w:r>
    </w:p>
    <w:p>
      <w:pPr>
        <w:jc w:val="right"/>
      </w:pPr>
      <w:r>
        <w:t>کئی جگہ تو شروع کہاں سے ہوا؟ تو وہ کیا کہتے ہیں کہ ہم نے اس کی تو</w:t>
      </w:r>
    </w:p>
    <w:p>
      <w:r>
        <w:rPr>
          <w:b/>
        </w:rPr>
        <w:t xml:space="preserve">[10:38] </w:t>
      </w:r>
      <w:r>
        <w:t>tahqeeq nahi ki, us ko janne ki koshish nahi ki.</w:t>
      </w:r>
    </w:p>
    <w:p>
      <w:pPr>
        <w:jc w:val="right"/>
      </w:pPr>
      <w:r>
        <w:t>تحقیق نہیں کی، اس کو جاننے کی کوشش نہیں کی۔</w:t>
      </w:r>
    </w:p>
    <w:p>
      <w:r>
        <w:rPr>
          <w:b/>
        </w:rPr>
        <w:t xml:space="preserve">[10:43] </w:t>
      </w:r>
      <w:r>
        <w:t>ab dekhen ek aadmi jo padha likha hai aur risala bhi padhta hai wo lekin hamari sohbat mein</w:t>
      </w:r>
    </w:p>
    <w:p>
      <w:pPr>
        <w:jc w:val="right"/>
      </w:pPr>
      <w:r>
        <w:t>اب دیکھیں ایک آدمی جو پڑھا لکھا ہے اور رسالہ بھی پڑھتا ہے وہ لیکن ہماری صحبت میں</w:t>
      </w:r>
    </w:p>
    <w:p>
      <w:r>
        <w:rPr>
          <w:b/>
        </w:rPr>
        <w:t xml:space="preserve">[10:48] </w:t>
      </w:r>
      <w:r>
        <w:t>to nahi aa raha hai wo.</w:t>
      </w:r>
    </w:p>
    <w:p>
      <w:pPr>
        <w:jc w:val="right"/>
      </w:pPr>
      <w:r>
        <w:t>تو نہیں آ رہا ہے وہ۔</w:t>
      </w:r>
    </w:p>
    <w:p>
      <w:r>
        <w:rPr>
          <w:b/>
        </w:rPr>
        <w:t xml:space="preserve">[10:53] </w:t>
      </w:r>
      <w:r>
        <w:t>class attend nahi kiya hai is ne.</w:t>
      </w:r>
    </w:p>
    <w:p>
      <w:pPr>
        <w:jc w:val="right"/>
      </w:pPr>
      <w:r>
        <w:t>کلاس اٹینڈ نہیں کیا ہے اس نے۔</w:t>
      </w:r>
    </w:p>
    <w:p>
      <w:r>
        <w:rPr>
          <w:b/>
        </w:rPr>
        <w:t xml:space="preserve">[10:58] </w:t>
      </w:r>
      <w:r>
        <w:t>to is art of life ko nahi janta wo.</w:t>
      </w:r>
    </w:p>
    <w:p>
      <w:pPr>
        <w:jc w:val="right"/>
      </w:pPr>
      <w:r>
        <w:t>تو اس آرٹ آف لائف کو نہیں جانتا وہ۔</w:t>
      </w:r>
    </w:p>
    <w:p>
      <w:r>
        <w:rPr>
          <w:b/>
        </w:rPr>
        <w:t xml:space="preserve">[11:03] </w:t>
      </w:r>
      <w:r>
        <w:t>کہ جو beginner ہے وہی responsible ہے۔ البعدی اظلم۔</w:t>
      </w:r>
    </w:p>
    <w:p>
      <w:pPr>
        <w:jc w:val="right"/>
      </w:pPr>
      <w:r>
        <w:t>کہ جو بگنر ہے وہی ریسپانسبل ہے۔ البعدی اظلم۔</w:t>
      </w:r>
    </w:p>
    <w:p>
      <w:r>
        <w:rPr>
          <w:b/>
        </w:rPr>
        <w:t xml:space="preserve">[11:08] </w:t>
      </w:r>
      <w:r>
        <w:t>koi jhagda, koi ladai jo bigan kare, jo start kare, jo shuru kare wahi asal zalim hota hai.</w:t>
      </w:r>
    </w:p>
    <w:p>
      <w:pPr>
        <w:jc w:val="right"/>
      </w:pPr>
      <w:r>
        <w:t>کوئی جھگڑا، کوئی لڑائی جو بگن کرے، جو سٹارٹ کرے، جو شروع کرے وہی اصل ظالم ہوتا ہے۔</w:t>
      </w:r>
    </w:p>
    <w:p>
      <w:r>
        <w:rPr>
          <w:b/>
        </w:rPr>
        <w:t xml:space="preserve">[11:13] </w:t>
      </w:r>
      <w:r>
        <w:t>wahi asal responsible hota hai.</w:t>
      </w:r>
    </w:p>
    <w:p>
      <w:pPr>
        <w:jc w:val="right"/>
      </w:pPr>
      <w:r>
        <w:t>وہی اصل ریسپانسبل ہوتا ہے۔</w:t>
      </w:r>
    </w:p>
    <w:p>
      <w:r>
        <w:rPr>
          <w:b/>
        </w:rPr>
        <w:t xml:space="preserve">[11:18] </w:t>
      </w:r>
      <w:r>
        <w:t>albadi azlam shuru karne wala hi zalim hai.</w:t>
      </w:r>
    </w:p>
    <w:p>
      <w:pPr>
        <w:jc w:val="right"/>
      </w:pPr>
      <w:r>
        <w:t>البعدی اظلم شروع کرنے والا ہی ظالم ہے۔</w:t>
      </w:r>
    </w:p>
    <w:p>
      <w:r>
        <w:rPr>
          <w:b/>
        </w:rPr>
        <w:t xml:space="preserve">[11:23] </w:t>
      </w:r>
      <w:r>
        <w:t>shuru karne wala hi responsible hai.</w:t>
      </w:r>
    </w:p>
    <w:p>
      <w:pPr>
        <w:jc w:val="right"/>
      </w:pPr>
      <w:r>
        <w:t>شروع کرنے والا ہی ریسپانسبل ہے۔</w:t>
      </w:r>
    </w:p>
    <w:p>
      <w:r>
        <w:rPr>
          <w:b/>
        </w:rPr>
        <w:t xml:space="preserve">[11:28] </w:t>
      </w:r>
      <w:r>
        <w:t>ab bataen ke har jagah charcha ho raha hai ke zulm, zulm, zulm. bas zulm kaise shuru hua? to shuru kaise hua? wahan par mujhe pata hai, maine alag se tehqeeq ki thi ke hindu logon ka aik jaloos nikla. jaisa ke hindu logon mein jaloos nikalte rehte hain. aik masjid ke samne pahuncha to kisi ne gulal phenk diya jo rang hota</w:t>
      </w:r>
    </w:p>
    <w:p>
      <w:pPr>
        <w:jc w:val="right"/>
      </w:pPr>
      <w:r>
        <w:t>اب بتائیں کہ ہر جگہ چرچا ہو رہا ہے کہ ظلم، ظلم، ظلم۔ بس ظلم کیسے شروع ہوا؟ تو شروع کیسے ہوا؟ وہاں پر مجھے پتہ ہے، میں نے الگ سے تحقیق کی تھی کہ ہندو لوگوں کا ایک جلوس نکلا۔ جیسا کہ ہندو لوگوں میں جلوس نکلتے رہتے ہیں۔ ایک مسجد کے سامنے پہنچا تو کسی نے گلال پھینک دیا جو رنگ ہوتا</w:t>
      </w:r>
    </w:p>
    <w:p>
      <w:r>
        <w:rPr>
          <w:b/>
        </w:rPr>
        <w:t xml:space="preserve">[11:58] </w:t>
      </w:r>
      <w:r>
        <w:t>hai hinduo ke haan masjid ki deewar par.</w:t>
      </w:r>
    </w:p>
    <w:p>
      <w:pPr>
        <w:jc w:val="right"/>
      </w:pPr>
      <w:r>
        <w:t>ہے ہندوؤں کے ہاں مسجد کی دیوار پر۔</w:t>
      </w:r>
    </w:p>
    <w:p>
      <w:r>
        <w:rPr>
          <w:b/>
        </w:rPr>
        <w:t xml:space="preserve">[12:02] </w:t>
      </w:r>
      <w:r>
        <w:t>ab wahan log mushtael ho gaye to masjid ki be-hurmati ho gayi.</w:t>
      </w:r>
    </w:p>
    <w:p>
      <w:pPr>
        <w:jc w:val="right"/>
      </w:pPr>
      <w:r>
        <w:t>اب وہاں لوگ مشتعل ہو گئے تو مسجد کی بے حرمتی ہو گئی۔</w:t>
      </w:r>
    </w:p>
    <w:p>
      <w:r>
        <w:rPr>
          <w:b/>
        </w:rPr>
        <w:t xml:space="preserve">[12:05] </w:t>
      </w:r>
      <w:r>
        <w:t>masjid par gulal.</w:t>
      </w:r>
    </w:p>
    <w:p>
      <w:pPr>
        <w:jc w:val="right"/>
      </w:pPr>
      <w:r>
        <w:t>مسجد پر گلام۔</w:t>
      </w:r>
    </w:p>
    <w:p>
      <w:r>
        <w:rPr>
          <w:b/>
        </w:rPr>
        <w:t xml:space="preserve">[12:09] </w:t>
      </w:r>
      <w:r>
        <w:t>tauheed ke markaz par shirk ka chhidkao ho gaya.</w:t>
      </w:r>
    </w:p>
    <w:p>
      <w:pPr>
        <w:jc w:val="right"/>
      </w:pPr>
      <w:r>
        <w:t>توحید کے مرکز پر شرک کا چھڑکاؤ ہو گیا۔</w:t>
      </w:r>
    </w:p>
    <w:p>
      <w:r>
        <w:rPr>
          <w:b/>
        </w:rPr>
        <w:t xml:space="preserve">[12:12] </w:t>
      </w:r>
      <w:r>
        <w:t>ab unho ne wahan se wo ghussa ho gaye.</w:t>
      </w:r>
    </w:p>
    <w:p>
      <w:pPr>
        <w:jc w:val="right"/>
      </w:pPr>
      <w:r>
        <w:t>اب انہوں نے وہاں سے وہ غصہ ہو گئے۔</w:t>
      </w:r>
    </w:p>
    <w:p>
      <w:r>
        <w:rPr>
          <w:b/>
        </w:rPr>
        <w:t xml:space="preserve">[12:15] </w:t>
      </w:r>
      <w:r>
        <w:t>to pehle takrar hui zuban se.</w:t>
      </w:r>
    </w:p>
    <w:p>
      <w:pPr>
        <w:jc w:val="right"/>
      </w:pPr>
      <w:r>
        <w:t>تو پہلے تکرار ہوئی زبان سے۔</w:t>
      </w:r>
    </w:p>
    <w:p>
      <w:r>
        <w:rPr>
          <w:b/>
        </w:rPr>
        <w:t xml:space="preserve">[12:19] </w:t>
      </w:r>
      <w:r>
        <w:t>hote hote pathar chale.</w:t>
      </w:r>
    </w:p>
    <w:p>
      <w:pPr>
        <w:jc w:val="right"/>
      </w:pPr>
      <w:r>
        <w:t>ہوتے ہوتے پتھر چلے۔</w:t>
      </w:r>
    </w:p>
    <w:p>
      <w:r>
        <w:rPr>
          <w:b/>
        </w:rPr>
        <w:t xml:space="preserve">[12:22] </w:t>
      </w:r>
      <w:r>
        <w:t>phir aur wo aur hua kya jalane phoonkne ka mamla shuru ho gaya.</w:t>
      </w:r>
    </w:p>
    <w:p>
      <w:pPr>
        <w:jc w:val="right"/>
      </w:pPr>
      <w:r>
        <w:t>پھر اور وہ اور ہوا کیا جلانے پھونکنے کا معاملہ شروع ہو گیا۔</w:t>
      </w:r>
    </w:p>
    <w:p>
      <w:r>
        <w:rPr>
          <w:b/>
        </w:rPr>
        <w:t xml:space="preserve">[12:25] </w:t>
      </w:r>
      <w:r>
        <w:t>to beginning kahan se hui?</w:t>
      </w:r>
    </w:p>
    <w:p>
      <w:pPr>
        <w:jc w:val="right"/>
      </w:pPr>
      <w:r>
        <w:t>تو بگننگ کہاں سے ہوئی؟</w:t>
      </w:r>
    </w:p>
    <w:p>
      <w:r>
        <w:rPr>
          <w:b/>
        </w:rPr>
        <w:t xml:space="preserve">[12:29] </w:t>
      </w:r>
      <w:r>
        <w:t>beginning.</w:t>
      </w:r>
    </w:p>
    <w:p>
      <w:pPr>
        <w:jc w:val="right"/>
      </w:pPr>
      <w:r>
        <w:t>بگننگ۔</w:t>
      </w:r>
    </w:p>
    <w:p>
      <w:r>
        <w:rPr>
          <w:b/>
        </w:rPr>
        <w:t xml:space="preserve">[12:33] </w:t>
      </w:r>
      <w:r>
        <w:t>ke gulal jo hai wo chhidkao to kar hi rahe the aapas mein.</w:t>
      </w:r>
    </w:p>
    <w:p>
      <w:pPr>
        <w:jc w:val="right"/>
      </w:pPr>
      <w:r>
        <w:t>کہ گلال جو ہے وہ چھڑکاؤ تو کر ہی رہے تھے آپس میں۔</w:t>
      </w:r>
    </w:p>
    <w:p>
      <w:r>
        <w:rPr>
          <w:b/>
        </w:rPr>
        <w:t xml:space="preserve">[12:37] </w:t>
      </w:r>
      <w:r>
        <w:t>to pad gaya kuch masjid ki deewar par.</w:t>
      </w:r>
    </w:p>
    <w:p>
      <w:pPr>
        <w:jc w:val="right"/>
      </w:pPr>
      <w:r>
        <w:t>تو پڑ گیا کچھ مسجد کی دیوار پر۔</w:t>
      </w:r>
    </w:p>
    <w:p>
      <w:r>
        <w:rPr>
          <w:b/>
        </w:rPr>
        <w:t xml:space="preserve">[12:41] </w:t>
      </w:r>
      <w:r>
        <w:t>yeh abhi jo hyderabad ka qissa hai wahi qissa hai.</w:t>
      </w:r>
    </w:p>
    <w:p>
      <w:pPr>
        <w:jc w:val="right"/>
      </w:pPr>
      <w:r>
        <w:t>یہ ابھی جو حیدرآباد کا قصہ ہے وہی قصہ ہے۔</w:t>
      </w:r>
    </w:p>
    <w:p>
      <w:r>
        <w:rPr>
          <w:b/>
        </w:rPr>
        <w:t xml:space="preserve">[12:46] </w:t>
      </w:r>
      <w:r>
        <w:t>to wo ghussa ho gaya aur jhaggad gaye aur pathar phenke aur yeh hua wo hua.</w:t>
      </w:r>
    </w:p>
    <w:p>
      <w:pPr>
        <w:jc w:val="right"/>
      </w:pPr>
      <w:r>
        <w:t>تو وہ غصہ ہو گیا اور جھگڑ گئے اور پتھر پھینکے اور یہ ہوا وہ ہوا۔</w:t>
      </w:r>
    </w:p>
    <w:p>
      <w:r>
        <w:rPr>
          <w:b/>
        </w:rPr>
        <w:t xml:space="preserve">[12:50] </w:t>
      </w:r>
      <w:r>
        <w:t>ab maine un ko qissa bataya jo sahib ka telephone mere paas aaya tha.</w:t>
      </w:r>
    </w:p>
    <w:p>
      <w:pPr>
        <w:jc w:val="right"/>
      </w:pPr>
      <w:r>
        <w:t>اب میں نے ان کو قصہ بتایا جو صاحب کا ٹیلی فون میرے پاس آیا تھا۔</w:t>
      </w:r>
    </w:p>
    <w:p>
      <w:r>
        <w:rPr>
          <w:b/>
        </w:rPr>
        <w:t xml:space="preserve">[12:54] </w:t>
      </w:r>
      <w:r>
        <w:t>ke aap log masjid ki deewar</w:t>
      </w:r>
    </w:p>
    <w:p>
      <w:pPr>
        <w:jc w:val="right"/>
      </w:pPr>
      <w:r>
        <w:t>کہ آپ لوگ مسجد کی دیوار</w:t>
      </w:r>
    </w:p>
    <w:p>
      <w:r>
        <w:rPr>
          <w:b/>
        </w:rPr>
        <w:t xml:space="preserve">[12:59] </w:t>
      </w:r>
      <w:r>
        <w:t>par gilaal par gaya to is par ghussa ho gaye.</w:t>
      </w:r>
    </w:p>
    <w:p>
      <w:pPr>
        <w:jc w:val="right"/>
      </w:pPr>
      <w:r>
        <w:t>پر گلال پڑ گیا تو اس پر غصہ ہو گئے۔</w:t>
      </w:r>
    </w:p>
    <w:p>
      <w:r>
        <w:rPr>
          <w:b/>
        </w:rPr>
        <w:t xml:space="preserve">[13:05] </w:t>
      </w:r>
      <w:r>
        <w:t>aap bukhari ko parhiye jo asah al-kitab baad kitab Allah kahi jati hai.</w:t>
      </w:r>
    </w:p>
    <w:p>
      <w:pPr>
        <w:jc w:val="right"/>
      </w:pPr>
      <w:r>
        <w:t>آپ بخاری کو پڑھیے جو اصح الکتاب بعد کتاب اللہ کہی جاتی ہے۔</w:t>
      </w:r>
    </w:p>
    <w:p>
      <w:r>
        <w:rPr>
          <w:b/>
        </w:rPr>
        <w:t xml:space="preserve">[13:11] </w:t>
      </w:r>
      <w:r>
        <w:t>yani musalmanon ka aqeedah hai ke quran ke baad sab se zyada sahih kitab, authentic kitab sahih al- Bukhari hai.</w:t>
      </w:r>
    </w:p>
    <w:p>
      <w:pPr>
        <w:jc w:val="right"/>
      </w:pPr>
      <w:r>
        <w:t>یعنی مسلمانوں کا عقیدہ ہے کہ قرآن کے بعد سب سے زیادہ صحیح کتاب، آتھینٹک کتاب صحیح البخاری ہے۔</w:t>
      </w:r>
    </w:p>
    <w:p>
      <w:r>
        <w:rPr>
          <w:b/>
        </w:rPr>
        <w:t xml:space="preserve">[13:17] </w:t>
      </w:r>
      <w:r>
        <w:t>is mein yeh qissa likha hua hai ke rasool Allah sal Allah alaihi wasallam ke zamane mein wahan</w:t>
      </w:r>
    </w:p>
    <w:p>
      <w:pPr>
        <w:jc w:val="right"/>
      </w:pPr>
      <w:r>
        <w:t>اس میں یہ قصہ لکھا ہوا ہے کہ رسول اللہ صلی اللہ علیہ وسلم کے زمانے میں وہاں</w:t>
      </w:r>
    </w:p>
    <w:p>
      <w:r>
        <w:rPr>
          <w:b/>
        </w:rPr>
        <w:t xml:space="preserve">[13:23] </w:t>
      </w:r>
      <w:r>
        <w:t>par jab masjid bani jis ko hum kehte hain masjid Nabwi.</w:t>
      </w:r>
    </w:p>
    <w:p>
      <w:pPr>
        <w:jc w:val="right"/>
      </w:pPr>
      <w:r>
        <w:t>پر جب مسجد بنی جس کو ہم کہتے ہیں مسجد نبوی۔</w:t>
      </w:r>
    </w:p>
    <w:p>
      <w:r>
        <w:rPr>
          <w:b/>
        </w:rPr>
        <w:t xml:space="preserve">[13:29] </w:t>
      </w:r>
      <w:r>
        <w:t>yani madine ki masjid ya haram Nabwi.</w:t>
      </w:r>
    </w:p>
    <w:p>
      <w:pPr>
        <w:jc w:val="right"/>
      </w:pPr>
      <w:r>
        <w:t>یعنی مدینے کی مسجد یا حرم نبوی۔</w:t>
      </w:r>
    </w:p>
    <w:p>
      <w:r>
        <w:rPr>
          <w:b/>
        </w:rPr>
        <w:t xml:space="preserve">[13:34] </w:t>
      </w:r>
      <w:r>
        <w:t>jo bohat hi zyada musalmanon mein muqaddas samjhi jati hai.</w:t>
      </w:r>
    </w:p>
    <w:p>
      <w:pPr>
        <w:jc w:val="right"/>
      </w:pPr>
      <w:r>
        <w:t>جو بہت ہی زیادہ مسلمانوں میں مقدس سمجھی جاتی ہے۔</w:t>
      </w:r>
    </w:p>
    <w:p>
      <w:r>
        <w:rPr>
          <w:b/>
        </w:rPr>
        <w:t xml:space="preserve">[13:39] </w:t>
      </w:r>
      <w:r>
        <w:t>to kya hua? ek badu bahar se aaya.</w:t>
      </w:r>
    </w:p>
    <w:p>
      <w:pPr>
        <w:jc w:val="right"/>
      </w:pPr>
      <w:r>
        <w:t>تو کیا ہوا؟ ایک بدو باہر سے آیا۔</w:t>
      </w:r>
    </w:p>
    <w:p>
      <w:r>
        <w:rPr>
          <w:b/>
        </w:rPr>
        <w:t xml:space="preserve">[13:44] </w:t>
      </w:r>
      <w:r>
        <w:t>badu matlab dehati, villager, illiterate.</w:t>
      </w:r>
    </w:p>
    <w:p>
      <w:pPr>
        <w:jc w:val="right"/>
      </w:pPr>
      <w:r>
        <w:t>بدو مطلب دیہاتی، ویلیجر، اِلٹریٹ۔</w:t>
      </w:r>
    </w:p>
    <w:p>
      <w:r>
        <w:rPr>
          <w:b/>
        </w:rPr>
        <w:t xml:space="preserve">[13:49] </w:t>
      </w:r>
      <w:r>
        <w:t>aaya bahar se aur is ne kya kiya ke masjid ke andar aaya aur masjid ke andar is</w:t>
      </w:r>
    </w:p>
    <w:p>
      <w:pPr>
        <w:jc w:val="right"/>
      </w:pPr>
      <w:r>
        <w:t>آیا باہر سے اور اس نے کیا کیا کہ مسجد کے اندر آیا اور مسجد کے اندر اس</w:t>
      </w:r>
    </w:p>
    <w:p>
      <w:r>
        <w:rPr>
          <w:b/>
        </w:rPr>
        <w:t xml:space="preserve">[13:54] </w:t>
      </w:r>
      <w:r>
        <w:t>ne ganda kar diya. gan</w:t>
      </w:r>
    </w:p>
    <w:p>
      <w:pPr>
        <w:jc w:val="right"/>
      </w:pPr>
      <w:r>
        <w:t>نے گندا کر دیا۔ گ</w:t>
      </w:r>
    </w:p>
    <w:p>
      <w:r>
        <w:rPr>
          <w:b/>
        </w:rPr>
        <w:t xml:space="preserve">[13:59] </w:t>
      </w:r>
      <w:r>
        <w:t>da kar diya.</w:t>
      </w:r>
    </w:p>
    <w:p>
      <w:pPr>
        <w:jc w:val="right"/>
      </w:pPr>
      <w:r>
        <w:t>ندا کر دیا۔</w:t>
      </w:r>
    </w:p>
    <w:p>
      <w:r>
        <w:rPr>
          <w:b/>
        </w:rPr>
        <w:t xml:space="preserve">[14:02] </w:t>
      </w:r>
      <w:r>
        <w:t>ab woh woh log culture in ka koi tha nahi.</w:t>
      </w:r>
    </w:p>
    <w:p>
      <w:pPr>
        <w:jc w:val="right"/>
      </w:pPr>
      <w:r>
        <w:t>اب وہ وہ لوگ کلچر ان کا کوئی تھا نہیں۔</w:t>
      </w:r>
    </w:p>
    <w:p>
      <w:r>
        <w:rPr>
          <w:b/>
        </w:rPr>
        <w:t xml:space="preserve">[14:06] </w:t>
      </w:r>
      <w:r>
        <w:t>kahin bhi woh bol o baraz karte thay.</w:t>
      </w:r>
    </w:p>
    <w:p>
      <w:pPr>
        <w:jc w:val="right"/>
      </w:pPr>
      <w:r>
        <w:t>کہیں بھی وہ بول و براز کرتے تھے۔</w:t>
      </w:r>
    </w:p>
    <w:p>
      <w:r>
        <w:rPr>
          <w:b/>
        </w:rPr>
        <w:t xml:space="preserve">[14:09] </w:t>
      </w:r>
      <w:r>
        <w:t>to masjid ke andar is ne ganda kar diya.</w:t>
      </w:r>
    </w:p>
    <w:p>
      <w:pPr>
        <w:jc w:val="right"/>
      </w:pPr>
      <w:r>
        <w:t>تو مسجد کے اندر اس نے گندا کر دیا۔</w:t>
      </w:r>
    </w:p>
    <w:p>
      <w:r>
        <w:rPr>
          <w:b/>
        </w:rPr>
        <w:t xml:space="preserve">[14:12] </w:t>
      </w:r>
      <w:r>
        <w:t>rasool Allah maujood thay wahan par, kuch sahaba bhi maujood thay.</w:t>
      </w:r>
    </w:p>
    <w:p>
      <w:pPr>
        <w:jc w:val="right"/>
      </w:pPr>
      <w:r>
        <w:t>رسول اللہ موجود تھے وہاں پر، کچھ صحابہ بھی موجود تھے۔</w:t>
      </w:r>
    </w:p>
    <w:p>
      <w:r>
        <w:rPr>
          <w:b/>
        </w:rPr>
        <w:t xml:space="preserve">[14:16] </w:t>
      </w:r>
      <w:r>
        <w:t>to sahaba uthe ke is ko pakrein, koi daant dapt karein.</w:t>
      </w:r>
    </w:p>
    <w:p>
      <w:pPr>
        <w:jc w:val="right"/>
      </w:pPr>
      <w:r>
        <w:t>تو صحابہ اٹھے کہ اس کو پکڑیں، کوئی ڈانٹ ڈپٹ کریں۔</w:t>
      </w:r>
    </w:p>
    <w:p>
      <w:r>
        <w:rPr>
          <w:b/>
        </w:rPr>
        <w:t xml:space="preserve">[14:19] </w:t>
      </w:r>
      <w:r>
        <w:t>to rasool Allah ne mana kar diya.</w:t>
      </w:r>
    </w:p>
    <w:p>
      <w:pPr>
        <w:jc w:val="right"/>
      </w:pPr>
      <w:r>
        <w:t>تو رسول اللہ نے منع کر دیا۔</w:t>
      </w:r>
    </w:p>
    <w:p>
      <w:r>
        <w:rPr>
          <w:b/>
        </w:rPr>
        <w:t xml:space="preserve">[14:22] </w:t>
      </w:r>
      <w:r>
        <w:t>kuch mat karo.</w:t>
      </w:r>
    </w:p>
    <w:p>
      <w:pPr>
        <w:jc w:val="right"/>
      </w:pPr>
      <w:r>
        <w:t>کچھ مت کرو۔</w:t>
      </w:r>
    </w:p>
    <w:p>
      <w:r>
        <w:rPr>
          <w:b/>
        </w:rPr>
        <w:t xml:space="preserve">[14:26] </w:t>
      </w:r>
      <w:r>
        <w:t>kuch mat karo</w:t>
      </w:r>
    </w:p>
    <w:p>
      <w:pPr>
        <w:jc w:val="right"/>
      </w:pPr>
      <w:r>
        <w:t>کچھ مت کرو</w:t>
      </w:r>
    </w:p>
    <w:p>
      <w:r>
        <w:rPr>
          <w:b/>
        </w:rPr>
        <w:t xml:space="preserve">[14:29] </w:t>
      </w:r>
      <w:r>
        <w:t>sirf yeh karo ke pani la kar ke wahan par baha do. woh saaf woh jagah saaf ho jayegi. to main ne kaha ke dekhiye yani aap ki masjid jo hai us par gilaal par gaya to masjid be-hurmat ho gayi. aur madine ki masjid nabwi par gandagi daal diya tab bhi be-hurmat nahin hui woh. yeh kaun sa islam hai aap logon ka? to yeh hai aqal ko istemal na karna. aqal ka chhan jana. kyunke log sam</w:t>
      </w:r>
    </w:p>
    <w:p>
      <w:pPr>
        <w:jc w:val="right"/>
      </w:pPr>
      <w:r>
        <w:t>۔ صرف یہ کرو کہ پانی لا کر کے وہاں پر بہا دو۔ وہ صاف وہ جگہ صاف ہو جائے گی۔ تو میں نے کہا کہ دیکھیے یعنی آپ کی مسجد جو ہے اس پر گلال پڑ گیا تو مسجد بے حرمت ہو گئی۔ اور مدینے کی مسجد نبوی پر گندگی ڈال دیا تب بھی بے حرمت نہیں ہوئی وہ۔ یہ کون سا اسلام ہے آپ لوگوں کا؟ تو یہ ہے عقل کو استعمال نہ کرنا۔ عقل کا چھن جانا۔ کیونکہ لوگ سم</w:t>
      </w:r>
    </w:p>
    <w:p>
      <w:r>
        <w:rPr>
          <w:b/>
        </w:rPr>
        <w:t xml:space="preserve">[14:59] </w:t>
      </w:r>
      <w:r>
        <w:t>jhuthte hain ke hum ne jo ek rituals hai, ek set of rituals is ko ada kar liya</w:t>
      </w:r>
    </w:p>
    <w:p>
      <w:pPr>
        <w:jc w:val="right"/>
      </w:pPr>
      <w:r>
        <w:t>جھتے ہیں کہ ہم نے جو ایک ریچولز ہے، ایک سیٹ آف ریچولز اس کو ادا کر لیا</w:t>
      </w:r>
    </w:p>
    <w:p>
      <w:r>
        <w:rPr>
          <w:b/>
        </w:rPr>
        <w:t xml:space="preserve">[15:03] </w:t>
      </w:r>
      <w:r>
        <w:t>to bas ibadat ho gayi.</w:t>
      </w:r>
    </w:p>
    <w:p>
      <w:pPr>
        <w:jc w:val="right"/>
      </w:pPr>
      <w:r>
        <w:t>تو بس عبادت ہو گئی۔</w:t>
      </w:r>
    </w:p>
    <w:p>
      <w:r>
        <w:rPr>
          <w:b/>
        </w:rPr>
        <w:t xml:space="preserve">[15:08] </w:t>
      </w:r>
      <w:r>
        <w:t>aql ko istemal nahi karte, aql ko activate nahi karte.</w:t>
      </w:r>
    </w:p>
    <w:p>
      <w:pPr>
        <w:jc w:val="right"/>
      </w:pPr>
      <w:r>
        <w:t>عقل کو استعمال نہیں کرتے، عقل کو ایکٹیویٹ نہیں کرتے۔</w:t>
      </w:r>
    </w:p>
    <w:p>
      <w:r>
        <w:rPr>
          <w:b/>
        </w:rPr>
        <w:t xml:space="preserve">[15:12] </w:t>
      </w:r>
      <w:r>
        <w:t>apni aql ko jagate nahi.</w:t>
      </w:r>
    </w:p>
    <w:p>
      <w:pPr>
        <w:jc w:val="right"/>
      </w:pPr>
      <w:r>
        <w:t>اپنی عقل کو جگاتے نہیں۔</w:t>
      </w:r>
    </w:p>
    <w:p>
      <w:r>
        <w:rPr>
          <w:b/>
        </w:rPr>
        <w:t xml:space="preserve">[15:16] </w:t>
      </w:r>
      <w:r>
        <w:t>to aql apni jagah par aur rituals apni jagah par.</w:t>
      </w:r>
    </w:p>
    <w:p>
      <w:pPr>
        <w:jc w:val="right"/>
      </w:pPr>
      <w:r>
        <w:t>تو عقل اپنی جگہ پر اور ریچولز اپنی جگہ پر۔</w:t>
      </w:r>
    </w:p>
    <w:p>
      <w:r>
        <w:rPr>
          <w:b/>
        </w:rPr>
        <w:t xml:space="preserve">[15:21] </w:t>
      </w:r>
      <w:r>
        <w:t>aql apni jagah par, rituals apni jagah par.</w:t>
      </w:r>
    </w:p>
    <w:p>
      <w:pPr>
        <w:jc w:val="right"/>
      </w:pPr>
      <w:r>
        <w:t>عقل اپنی جگہ پر، ریچولز اپنی جگہ پر۔</w:t>
      </w:r>
    </w:p>
    <w:p>
      <w:r>
        <w:rPr>
          <w:b/>
        </w:rPr>
        <w:t xml:space="preserve">[15:25] </w:t>
      </w:r>
      <w:r>
        <w:t>sahaba karam jo thay woh na</w:t>
      </w:r>
    </w:p>
    <w:p>
      <w:pPr>
        <w:jc w:val="right"/>
      </w:pPr>
      <w:r>
        <w:t>صحابہ کرام جو تھے وہ ن</w:t>
      </w:r>
    </w:p>
    <w:p>
      <w:r>
        <w:rPr>
          <w:b/>
        </w:rPr>
        <w:t xml:space="preserve">[15:29] </w:t>
      </w:r>
      <w:r>
        <w:t>amaz parhte thay sath sath un ke andar aqal bhi jaag padi thi un ki. aisa nahin tha ke bas namaz parh lein aur aqal jo hai woh aisi ki aisi rahe, band dabbe mein rahe. to ek sahabi ka qaul hai, yani yeh qaul rasool nahin hai, sahabi ka qaul hai. is haqiqat ko kis tarah jaan liya tha unhon ne us waqt, chaudah sau saal pehle jis ko aaj bhi musalman nahin jante. unhon ne kaha ke مَلَّا يَرْزَا بِالْقَلِيلِ مِمَّا يَعْتِم</w:t>
      </w:r>
    </w:p>
    <w:p>
      <w:pPr>
        <w:jc w:val="right"/>
      </w:pPr>
      <w:r>
        <w:t>ماز پڑھتے تھے ساتھ ساتھ ان کے اندر عقل بھی جاگ پڑی تھی ان کی۔ ایسا نہیں تھا کہ بس نماز پڑھ لیں اور عقل جو ہے وہ ایسی کی ویسی رہے، بند ڈبے میں رہے۔ تو ایک صحابی کا قول ہے، یعنی یہ قول رسول نہیں ہے، صحابی کا قول ہے۔ اس حقیقت کو کس طرح جان لیا تھا انہوں نے اس وقت، چودہ سو سال پہلے جس کو آج بھی مسلمان نہیں جانتے۔ انہوں نے کہا کہ مَلَّا یَرْزَا بِالْقَلِيلِ مِمَّا یَعْتِم</w:t>
      </w:r>
    </w:p>
    <w:p>
      <w:r>
        <w:rPr>
          <w:b/>
        </w:rPr>
        <w:t xml:space="preserve">[15:59] </w:t>
      </w:r>
      <w:r>
        <w:t>bi-l-safiyu yarza bi-l-kathir.</w:t>
      </w:r>
    </w:p>
    <w:p>
      <w:pPr>
        <w:jc w:val="right"/>
      </w:pPr>
      <w:r>
        <w:t>َ بِالْصَفِيهُ یَرْزَا بِالْكَثِيرِ۔</w:t>
      </w:r>
    </w:p>
    <w:p>
      <w:r>
        <w:rPr>
          <w:b/>
        </w:rPr>
        <w:t xml:space="preserve">[16:03] </w:t>
      </w:r>
      <w:r>
        <w:t>yeh sahabi ka qaul hai.</w:t>
      </w:r>
    </w:p>
    <w:p>
      <w:pPr>
        <w:jc w:val="right"/>
      </w:pPr>
      <w:r>
        <w:t>یہ صحابی کا قول ہے۔</w:t>
      </w:r>
    </w:p>
    <w:p>
      <w:r>
        <w:rPr>
          <w:b/>
        </w:rPr>
        <w:t xml:space="preserve">[16:08] </w:t>
      </w:r>
      <w:r>
        <w:t>yani companion of the prophet.</w:t>
      </w:r>
    </w:p>
    <w:p>
      <w:pPr>
        <w:jc w:val="right"/>
      </w:pPr>
      <w:r>
        <w:t>یعنی کمپینین آف دا پرافٹ۔</w:t>
      </w:r>
    </w:p>
    <w:p>
      <w:r>
        <w:rPr>
          <w:b/>
        </w:rPr>
        <w:t xml:space="preserve">[16:12] </w:t>
      </w:r>
      <w:r>
        <w:t>unhon ne kaha ke jo aadmi nadan ke chote shar ko bardasht nahi karega us ko nadan</w:t>
      </w:r>
    </w:p>
    <w:p>
      <w:pPr>
        <w:jc w:val="right"/>
      </w:pPr>
      <w:r>
        <w:t>انہوں نے کہا کہ جو آدمی نادان کے چھوٹے شر کو برداشت نہیں کرے گا اس کو نادان</w:t>
      </w:r>
    </w:p>
    <w:p>
      <w:r>
        <w:rPr>
          <w:b/>
        </w:rPr>
        <w:t xml:space="preserve">[16:16] </w:t>
      </w:r>
      <w:r>
        <w:t>ke bare shar ko bardasht karna parega.</w:t>
      </w:r>
    </w:p>
    <w:p>
      <w:pPr>
        <w:jc w:val="right"/>
      </w:pPr>
      <w:r>
        <w:t>کے بڑے شر کو برداشت کرنا پڑے گا۔</w:t>
      </w:r>
    </w:p>
    <w:p>
      <w:r>
        <w:rPr>
          <w:b/>
        </w:rPr>
        <w:t xml:space="preserve">[16:21] </w:t>
      </w:r>
      <w:r>
        <w:t>kitni bari wisdom ki baat hai zara dekhiye.</w:t>
      </w:r>
    </w:p>
    <w:p>
      <w:pPr>
        <w:jc w:val="right"/>
      </w:pPr>
      <w:r>
        <w:t>کتنی بڑی وزڈم کی بات ہے ذرا دیکھیے۔</w:t>
      </w:r>
    </w:p>
    <w:p>
      <w:r>
        <w:rPr>
          <w:b/>
        </w:rPr>
        <w:t xml:space="preserve">[16:25] </w:t>
      </w:r>
      <w:r>
        <w:t>iska matlab kya hai</w:t>
      </w:r>
    </w:p>
    <w:p>
      <w:pPr>
        <w:jc w:val="right"/>
      </w:pPr>
      <w:r>
        <w:t>اس کا مطلب کیا ہے</w:t>
      </w:r>
    </w:p>
    <w:p>
      <w:r>
        <w:rPr>
          <w:b/>
        </w:rPr>
        <w:t xml:space="preserve">[16:29] </w:t>
      </w:r>
      <w:r>
        <w:t>iski jaiye gehrai mein.</w:t>
      </w:r>
    </w:p>
    <w:p>
      <w:pPr>
        <w:jc w:val="right"/>
      </w:pPr>
      <w:r>
        <w:t>اس کی جائیے گہرائی میں۔</w:t>
      </w:r>
    </w:p>
    <w:p>
      <w:r>
        <w:rPr>
          <w:b/>
        </w:rPr>
        <w:t xml:space="preserve">[16:34] </w:t>
      </w:r>
      <w:r>
        <w:t>dekhiye social life mein ya samajhi zindagi mein bar bar aisa hota hai ke ek se doosre ko</w:t>
      </w:r>
    </w:p>
    <w:p>
      <w:pPr>
        <w:jc w:val="right"/>
      </w:pPr>
      <w:r>
        <w:t>دیکھیے سوشل لائف میں یا سماجی زندگی میں بار بار ایسا ہوتا ہے کہ ایک سے دوسرے کو</w:t>
      </w:r>
    </w:p>
    <w:p>
      <w:r>
        <w:rPr>
          <w:b/>
        </w:rPr>
        <w:t xml:space="preserve">[16:38] </w:t>
      </w:r>
      <w:r>
        <w:t>kuch na kuch kuch na kuch yani unwanted experience ho jaye.</w:t>
      </w:r>
    </w:p>
    <w:p>
      <w:pPr>
        <w:jc w:val="right"/>
      </w:pPr>
      <w:r>
        <w:t>کچھ نہ کچھ کچھ نہ کچھ یعنی ان وانٹڈ ایکسپیرئینس ہو جائے۔</w:t>
      </w:r>
    </w:p>
    <w:p>
      <w:r>
        <w:rPr>
          <w:b/>
        </w:rPr>
        <w:t xml:space="preserve">[16:43] </w:t>
      </w:r>
      <w:r>
        <w:t>kuch na kuch nagawar baat ho jaye.</w:t>
      </w:r>
    </w:p>
    <w:p>
      <w:pPr>
        <w:jc w:val="right"/>
      </w:pPr>
      <w:r>
        <w:t>کچھ نہ کچھ ناخوشگوار بات ہو جائے۔</w:t>
      </w:r>
    </w:p>
    <w:p>
      <w:r>
        <w:rPr>
          <w:b/>
        </w:rPr>
        <w:t xml:space="preserve">[16:47] </w:t>
      </w:r>
      <w:r>
        <w:t>yeh hona hi hona hai.</w:t>
      </w:r>
    </w:p>
    <w:p>
      <w:pPr>
        <w:jc w:val="right"/>
      </w:pPr>
      <w:r>
        <w:t>یہ ہونا ہی ہونا ہے۔</w:t>
      </w:r>
    </w:p>
    <w:p>
      <w:r>
        <w:rPr>
          <w:b/>
        </w:rPr>
        <w:t xml:space="preserve">[16:52] </w:t>
      </w:r>
      <w:r>
        <w:t>yani social life mein yeh hai hona hi honi hai but natural.</w:t>
      </w:r>
    </w:p>
    <w:p>
      <w:pPr>
        <w:jc w:val="right"/>
      </w:pPr>
      <w:r>
        <w:t>یعنی سوشل لائف میں یہ ہے ہونا ہی ہونی ہے بٹ نیچرل۔</w:t>
      </w:r>
    </w:p>
    <w:p>
      <w:r>
        <w:rPr>
          <w:b/>
        </w:rPr>
        <w:t xml:space="preserve">[16:56] </w:t>
      </w:r>
      <w:r>
        <w:t>to aap kya karein?</w:t>
      </w:r>
    </w:p>
    <w:p>
      <w:pPr>
        <w:jc w:val="right"/>
      </w:pPr>
      <w:r>
        <w:t>تو آپ کیا کریں؟</w:t>
      </w:r>
    </w:p>
    <w:p>
      <w:r>
        <w:rPr>
          <w:b/>
        </w:rPr>
        <w:t xml:space="preserve">[17:01] </w:t>
      </w:r>
      <w:r>
        <w:t>karein kya? avoid karein? bas? kyunke avoid aap nahi kareinge to kya hoga? baat badhegi, badhe</w:t>
      </w:r>
    </w:p>
    <w:p>
      <w:pPr>
        <w:jc w:val="right"/>
      </w:pPr>
      <w:r>
        <w:t>کریں کیا؟ اوائڈ کریں؟ بس؟ کیونکہ اوائڈ آپ نہیں کریں گے تو کیا ہوگا؟ بات بڑھے گی، بڑھے</w:t>
      </w:r>
    </w:p>
    <w:p>
      <w:r>
        <w:rPr>
          <w:b/>
        </w:rPr>
        <w:t xml:space="preserve">[17:05] </w:t>
      </w:r>
      <w:r>
        <w:t>gi, badhegi.</w:t>
      </w:r>
    </w:p>
    <w:p>
      <w:pPr>
        <w:jc w:val="right"/>
      </w:pPr>
      <w:r>
        <w:t>گی، بڑھے گی۔</w:t>
      </w:r>
    </w:p>
    <w:p>
      <w:r>
        <w:rPr>
          <w:b/>
        </w:rPr>
        <w:t xml:space="preserve">[17:10] </w:t>
      </w:r>
      <w:r>
        <w:t>phir pandora box khul jayega.</w:t>
      </w:r>
    </w:p>
    <w:p>
      <w:pPr>
        <w:jc w:val="right"/>
      </w:pPr>
      <w:r>
        <w:t>پھر پینڈورا باکس کھل جائے گا۔</w:t>
      </w:r>
    </w:p>
    <w:p>
      <w:r>
        <w:rPr>
          <w:b/>
        </w:rPr>
        <w:t xml:space="preserve">[17:14] </w:t>
      </w:r>
      <w:r>
        <w:t>yani chota tajurba to hona hi hona hai.</w:t>
      </w:r>
    </w:p>
    <w:p>
      <w:pPr>
        <w:jc w:val="right"/>
      </w:pPr>
      <w:r>
        <w:t>یعنی چھوٹا تجربہ تو ہونا ہی ہونا ہے۔</w:t>
      </w:r>
    </w:p>
    <w:p>
      <w:r>
        <w:rPr>
          <w:b/>
        </w:rPr>
        <w:t xml:space="preserve">[17:19] </w:t>
      </w:r>
      <w:r>
        <w:t>chota tajurba to hona hi hona hai.</w:t>
      </w:r>
    </w:p>
    <w:p>
      <w:pPr>
        <w:jc w:val="right"/>
      </w:pPr>
      <w:r>
        <w:t>چھوٹا تجربہ تو ہونا ہی ہونا ہے۔</w:t>
      </w:r>
    </w:p>
    <w:p>
      <w:r>
        <w:rPr>
          <w:b/>
        </w:rPr>
        <w:t xml:space="preserve">[17:23] </w:t>
      </w:r>
      <w:r>
        <w:t>yani ek kanta chubhna hi chubhna hai.</w:t>
      </w:r>
    </w:p>
    <w:p>
      <w:pPr>
        <w:jc w:val="right"/>
      </w:pPr>
      <w:r>
        <w:t>یعنی ایک کانٹا چبھنا ہی چبھنا ہے۔</w:t>
      </w:r>
    </w:p>
    <w:p>
      <w:r>
        <w:rPr>
          <w:b/>
        </w:rPr>
        <w:t xml:space="preserve">[17:28] </w:t>
      </w:r>
      <w:r>
        <w:t>aap ko is se bachana hai ke sari jhaadi aap ke upar na toot pare.</w:t>
      </w:r>
    </w:p>
    <w:p>
      <w:pPr>
        <w:jc w:val="right"/>
      </w:pPr>
      <w:r>
        <w:t>آپ کو اس سے بچانا ہے کہ ساری جھاڑی آپ کے اوپر نہ ٹوٹ پڑے۔</w:t>
      </w:r>
    </w:p>
    <w:p>
      <w:r>
        <w:rPr>
          <w:b/>
        </w:rPr>
        <w:t xml:space="preserve">[17:32] </w:t>
      </w:r>
      <w:r>
        <w:t>to sahabi ne kaha ke مَلَّا يَرْزَا بِالْقَلِيلِ مِمَّا يَعْتِمَ بِالْصَفِيهُ يَرْزَا بِالْكَثِيرِ. yani aadmi ko chahiye ke woh choti unwanted cheez par bardasht kar le. choti unwanted cheez ko avoid kar de. taake zyada bari cheez ka samna na pesh aaye. yani matlab kya hua? agar aap gilaal bardasht nahin karenge to</w:t>
      </w:r>
    </w:p>
    <w:p>
      <w:pPr>
        <w:jc w:val="right"/>
      </w:pPr>
      <w:r>
        <w:t>تو صحابی نے کہا کہ مَلَّا یَرْزَا بِالْقَلِيلِ مِمَّا یَعْتِمَ بِالْصَفِيهُ یَرْزَا بِالْكَثِيرِ۔ یعنی آدمی کو چاہیے کہ وہ چھوٹی ان وانٹڈ چیز پر برداشت کر لے۔ چھوٹی ان وانٹڈ چیز کو اوائڈ کر دے۔ تاکہ زیادہ بڑی چیز کا سامنا نہ پیش آئے۔ یعنی مطلب کیا ہوا؟ اگر آپ گلال برداشت نہیں کریں گے تو</w:t>
      </w:r>
    </w:p>
    <w:p>
      <w:r>
        <w:rPr>
          <w:b/>
        </w:rPr>
        <w:t xml:space="preserve">[18:02] </w:t>
      </w:r>
      <w:r>
        <w:t>patthar aayega.</w:t>
      </w:r>
    </w:p>
    <w:p>
      <w:pPr>
        <w:jc w:val="right"/>
      </w:pPr>
      <w:r>
        <w:t>پتھر آئے گا۔</w:t>
      </w:r>
    </w:p>
    <w:p>
      <w:r>
        <w:rPr>
          <w:b/>
        </w:rPr>
        <w:t xml:space="preserve">[18:06] </w:t>
      </w:r>
      <w:r>
        <w:t>patthar nahi bardasht kareinge to goli aayegi.</w:t>
      </w:r>
    </w:p>
    <w:p>
      <w:pPr>
        <w:jc w:val="right"/>
      </w:pPr>
      <w:r>
        <w:t>پتھر نہیں برداشت کریں گے تو گولی آئے گی۔</w:t>
      </w:r>
    </w:p>
    <w:p>
      <w:r>
        <w:rPr>
          <w:b/>
        </w:rPr>
        <w:t xml:space="preserve">[18:09] </w:t>
      </w:r>
      <w:r>
        <w:t>goli nahi bardasht karenge to bam aayega.</w:t>
      </w:r>
    </w:p>
    <w:p>
      <w:pPr>
        <w:jc w:val="right"/>
      </w:pPr>
      <w:r>
        <w:t>گولی نہیں برداشت کریں گے تو بم آئے گا۔</w:t>
      </w:r>
    </w:p>
    <w:p>
      <w:r>
        <w:rPr>
          <w:b/>
        </w:rPr>
        <w:t xml:space="preserve">[18:13] </w:t>
      </w:r>
      <w:r>
        <w:t>yeh hai zindagi ki haqeeqat.</w:t>
      </w:r>
    </w:p>
    <w:p>
      <w:pPr>
        <w:jc w:val="right"/>
      </w:pPr>
      <w:r>
        <w:t>یہ ہے زندگی کی حقیقت۔</w:t>
      </w:r>
    </w:p>
    <w:p>
      <w:r>
        <w:rPr>
          <w:b/>
        </w:rPr>
        <w:t xml:space="preserve">[18:16] </w:t>
      </w:r>
      <w:r>
        <w:t>kitna zabardast woh logon ki aqal thi un logon ki.</w:t>
      </w:r>
    </w:p>
    <w:p>
      <w:pPr>
        <w:jc w:val="right"/>
      </w:pPr>
      <w:r>
        <w:t>کتنا زبردست وہ لوگوں کی عقل تھی ان لوگوں کی۔</w:t>
      </w:r>
    </w:p>
    <w:p>
      <w:r>
        <w:rPr>
          <w:b/>
        </w:rPr>
        <w:t xml:space="preserve">[18:19] </w:t>
      </w:r>
      <w:r>
        <w:t>un baton ko woh jante the.</w:t>
      </w:r>
    </w:p>
    <w:p>
      <w:pPr>
        <w:jc w:val="right"/>
      </w:pPr>
      <w:r>
        <w:t>ان باتوں کو وہ جانتے تھے۔</w:t>
      </w:r>
    </w:p>
    <w:p>
      <w:r>
        <w:rPr>
          <w:b/>
        </w:rPr>
        <w:t xml:space="preserve">[18:23] </w:t>
      </w:r>
      <w:r>
        <w:t>کیونکہ ان کا اسلام جو تھا وہ rituals، set of rituals کے بارے میں نہیں تھا۔</w:t>
      </w:r>
    </w:p>
    <w:p>
      <w:pPr>
        <w:jc w:val="right"/>
      </w:pPr>
      <w:r>
        <w:t>کیونکہ ان کا اسلام جو تھا وہ ریچولز، سیٹ آف ریچولز کے بارے میں نہیں تھا۔</w:t>
      </w:r>
    </w:p>
    <w:p>
      <w:r>
        <w:rPr>
          <w:b/>
        </w:rPr>
        <w:t xml:space="preserve">[18:26] </w:t>
      </w:r>
      <w:r>
        <w:t>un ka jo islam tha woh yeh nahi tha ke kuch rituals hain, kuch rasam hain, kuch forms</w:t>
      </w:r>
    </w:p>
    <w:p>
      <w:pPr>
        <w:jc w:val="right"/>
      </w:pPr>
      <w:r>
        <w:t>ان کا جو اسلام تھا وہ یہ نہیں تھا کہ کچھ ریچولز ہیں، کچھ رسم ہیں، کچھ فارمز</w:t>
      </w:r>
    </w:p>
    <w:p>
      <w:r>
        <w:rPr>
          <w:b/>
        </w:rPr>
        <w:t xml:space="preserve">[18:30] </w:t>
      </w:r>
      <w:r>
        <w:t>hain, is ko dohra do bas</w:t>
      </w:r>
    </w:p>
    <w:p>
      <w:pPr>
        <w:jc w:val="right"/>
      </w:pPr>
      <w:r>
        <w:t>ہیں، اس کو دہرا دو بس</w:t>
      </w:r>
    </w:p>
    <w:p>
      <w:r>
        <w:rPr>
          <w:b/>
        </w:rPr>
        <w:t xml:space="preserve">[18:33] </w:t>
      </w:r>
      <w:r>
        <w:t>islam ho gaya. nahin un ke nazdeek islam tha aqal ko activate karne ka. yani jis ko main kahun ga ke intellectual awakening. un ka islam tha intellectual awakening. aaj kal ke musalmanon ka islam kya hai? bas ek rituals kuch hain, us ko dohra lo bas ho gaya bas baat khatam. isi baat ko main hadith mein bhi aaya hai. aur isi</w:t>
      </w:r>
    </w:p>
    <w:p>
      <w:pPr>
        <w:jc w:val="right"/>
      </w:pPr>
      <w:r>
        <w:t>اسلام ہو گیا۔ نہیں ان کے نزدیک اسلام تھا عقل کو ایکٹیویٹ کرنے کا۔ یعنی جس کو میں کہوں گا کہ انٹلیکچول اویکننگ۔ ان کا اسلام تھا انٹلیکچول اویکننگ۔ آج کل کے مسلمانوں کا اسلام کیا ہے؟ بس ایک ریچولز کچھ ہیں، اس کو دہرا لو بس ہو گیا بس بات ختم۔ اسی بات کو میں حدیث میں بھی آیا ہے۔ اور اسی</w:t>
      </w:r>
    </w:p>
    <w:p>
      <w:r>
        <w:rPr>
          <w:b/>
        </w:rPr>
        <w:t xml:space="preserve">[19:03] </w:t>
      </w:r>
      <w:r>
        <w:t>baat ko hatim ne kaha, us ko main aap ko sunata chahta hoon. hadith mein hai ke اِنَّ الْفِتْنَةَ نَاعِمَةٌ لَعَنَ اللَّهُ مَنْ قَيْقَظَهَا. yeh baatein main is liye keh raha hoon ke aaj kal bohat zor shor se har jagah akhbaron mein chhap raha hai, jalsay ho rahe hain rozana. aur sari india mein charcha hai communal rights ka aur communal violence ka. aur sab zulm ho</w:t>
      </w:r>
    </w:p>
    <w:p>
      <w:pPr>
        <w:jc w:val="right"/>
      </w:pPr>
      <w:r>
        <w:t>بات کو حاتم نے کہا، اس کو میں آپ کو سناتا چاہتا ہوں۔ حدیث میں ہے کہ اِنَّ الْفِتْنَةَ نَاعِمَةٌ لَعَنَ اللَّهُ مَنْ قَيْقَظَهَا۔ یہ باتیں میں اس لیے کہہ رہا ہوں کہ آج کل بہت زور شور سے ہر جگہ اخباروں میں چھپ رہا ہے، جلسے ہو رہے ہیں روزانہ۔ اور ساری انڈیا میں چرچا ہے کمرل رائٹس کا اور کمرل وائلنس کا۔ اور سب ظلم ہو</w:t>
      </w:r>
    </w:p>
    <w:p>
      <w:r>
        <w:rPr>
          <w:b/>
        </w:rPr>
        <w:t xml:space="preserve">[19:33] </w:t>
      </w:r>
      <w:r>
        <w:t>raha hai, yeh ho raha hai, woh ho raha hai. yeh sab ka khulasa kya hai? ke musalman chote shar ko bardasht nahin karte, is liye bara shar un ke samne aa jata hai. sab ka khulasa yeh hai. to hadith mein hai ke اِنَّ الْفِتْنَةَ نَاعِمَةٌ لَعَنَ اللَّهُ مَنْ قَيْقَظَهَا. haan is se pehle dekhiye main ek aur qissa arz kar doon. hamara jo district hai us mein pehle tha mo</w:t>
      </w:r>
    </w:p>
    <w:p>
      <w:pPr>
        <w:jc w:val="right"/>
      </w:pPr>
      <w:r>
        <w:t>رہا ہے، یہ ہو رہا ہے، وہ ہو رہا ہے۔ یہ سب کا خلاصہ کیا ہے؟ کہ مسلمان چھوٹے شر کو برداشت نہیں کرتے، اس لیے بڑا شر ان کے سامنے آ جاتا ہے۔ سب کا خلاصہ یہ ہے۔ تو حدیث میں ہے کہ اِنَّ الْفِتْنَةَ نَاعِمَةٌ لَعَنَ اللَّهُ مَنْ قَيْقَظَهَا۔ ہاں اس سے پہلے دیکھیں میں ایک اور قصہ عرض کر دوں۔ ہمارا جو ڈسٹرکٹ ہے اس میں پہلے تھا مو</w:t>
      </w:r>
    </w:p>
    <w:p>
      <w:r>
        <w:rPr>
          <w:b/>
        </w:rPr>
        <w:t xml:space="preserve">[20:03] </w:t>
      </w:r>
      <w:r>
        <w:t>—</w:t>
      </w:r>
    </w:p>
    <w:p>
      <w:pPr>
        <w:jc w:val="right"/>
      </w:pPr>
      <w:r>
        <w:t>۔</w:t>
      </w:r>
    </w:p>
    <w:p>
      <w:r>
        <w:rPr>
          <w:b/>
        </w:rPr>
        <w:t xml:space="preserve">[20:07] </w:t>
      </w:r>
      <w:r>
        <w:t>to mau mein bara zabardast fasad hua, bohat jalana phookne ka qissa hua.</w:t>
      </w:r>
    </w:p>
    <w:p>
      <w:pPr>
        <w:jc w:val="right"/>
      </w:pPr>
      <w:r>
        <w:t>تو مو میں بڑا زبردست فساد ہوا، بہت جلانا پھوکنے کا قصہ ہوا۔</w:t>
      </w:r>
    </w:p>
    <w:p>
      <w:r>
        <w:rPr>
          <w:b/>
        </w:rPr>
        <w:t xml:space="preserve">[20:12] </w:t>
      </w:r>
      <w:r>
        <w:t>khoob chhupa akhbaron mein.</w:t>
      </w:r>
    </w:p>
    <w:p>
      <w:pPr>
        <w:jc w:val="right"/>
      </w:pPr>
      <w:r>
        <w:t>خوب چھپا اخباروں میں۔</w:t>
      </w:r>
    </w:p>
    <w:p>
      <w:r>
        <w:rPr>
          <w:b/>
        </w:rPr>
        <w:t xml:space="preserve">[20:16] </w:t>
      </w:r>
      <w:r>
        <w:t>ke sahib jala dala, phoonk dala, yeh kya, woh kiya.</w:t>
      </w:r>
    </w:p>
    <w:p>
      <w:pPr>
        <w:jc w:val="right"/>
      </w:pPr>
      <w:r>
        <w:t>کہ صاحب جلا ڈالا، پھونک ڈالا، یہ کیا، وہ کیا۔</w:t>
      </w:r>
    </w:p>
    <w:p>
      <w:r>
        <w:rPr>
          <w:b/>
        </w:rPr>
        <w:t xml:space="preserve">[20:20] </w:t>
      </w:r>
      <w:r>
        <w:t>to mein hamesha dekhein yeh dhoondta rehta hoon ke root cause kya thi, shuru kahan se hua? beginning</w:t>
      </w:r>
    </w:p>
    <w:p>
      <w:pPr>
        <w:jc w:val="right"/>
      </w:pPr>
      <w:r>
        <w:t>تو میں ہمیشہ دیکھیں یہ ڈھونڈتا رہتا ہوں کہ روٹ کاز کیا تھی، شروع کہاں سے ہوا؟ بگننگ</w:t>
      </w:r>
    </w:p>
    <w:p>
      <w:r>
        <w:rPr>
          <w:b/>
        </w:rPr>
        <w:t xml:space="preserve">[20:25] </w:t>
      </w:r>
      <w:r>
        <w:t>kahan se hui? kyunke yahi islam ka tareeqa hai.</w:t>
      </w:r>
    </w:p>
    <w:p>
      <w:pPr>
        <w:jc w:val="right"/>
      </w:pPr>
      <w:r>
        <w:t>کہاں سے ہوئی؟ کیونکہ یہی اسلام کا طریقہ ہے۔</w:t>
      </w:r>
    </w:p>
    <w:p>
      <w:r>
        <w:rPr>
          <w:b/>
        </w:rPr>
        <w:t xml:space="preserve">[20:29] </w:t>
      </w:r>
      <w:r>
        <w:t>wa hum badawku maw walbarr.</w:t>
      </w:r>
    </w:p>
    <w:p>
      <w:pPr>
        <w:jc w:val="right"/>
      </w:pPr>
      <w:r>
        <w:t>وَهُمْ بَدَوْكُ مَوْ وَلَبَرَّ۔</w:t>
      </w:r>
    </w:p>
    <w:p>
      <w:r>
        <w:rPr>
          <w:b/>
        </w:rPr>
        <w:t xml:space="preserve">[20:33] </w:t>
      </w:r>
      <w:r>
        <w:t>to ek sahib hain wahan par mau mein, woh qasmi hain, woh parhe likhe aadmi hain.</w:t>
      </w:r>
    </w:p>
    <w:p>
      <w:pPr>
        <w:jc w:val="right"/>
      </w:pPr>
      <w:r>
        <w:t>تو ایک صاحب ہیں وہاں پر مو میں، وہ قاسمی ہیں، وہ پڑھے لکھے آدمی ہیں۔</w:t>
      </w:r>
    </w:p>
    <w:p>
      <w:r>
        <w:rPr>
          <w:b/>
        </w:rPr>
        <w:t xml:space="preserve">[20:38] </w:t>
      </w:r>
      <w:r>
        <w:t>un ka telephone aaya.</w:t>
      </w:r>
    </w:p>
    <w:p>
      <w:pPr>
        <w:jc w:val="right"/>
      </w:pPr>
      <w:r>
        <w:t>ان کا ٹیلی فون آیا۔</w:t>
      </w:r>
    </w:p>
    <w:p>
      <w:r>
        <w:rPr>
          <w:b/>
        </w:rPr>
        <w:t xml:space="preserve">[20:43] </w:t>
      </w:r>
      <w:r>
        <w:t>to mein ne poocha un se ke sab akhbaron mein yahi chhap raha hai ke wahan zulm kiya</w:t>
      </w:r>
    </w:p>
    <w:p>
      <w:pPr>
        <w:jc w:val="right"/>
      </w:pPr>
      <w:r>
        <w:t>تو میں نے پوچھا ان سے کہ سب اخباروں میں یہی چھپ رہا ہے کہ وہاں ظلم کیا</w:t>
      </w:r>
    </w:p>
    <w:p>
      <w:r>
        <w:rPr>
          <w:b/>
        </w:rPr>
        <w:t xml:space="preserve">[20:48] </w:t>
      </w:r>
      <w:r>
        <w:t>gaya musalmanon ke sath, yeh bataiye ke shuru kahan se hua? jo ke akhbaron mein bilkul nahi aaya tha.</w:t>
      </w:r>
    </w:p>
    <w:p>
      <w:pPr>
        <w:jc w:val="right"/>
      </w:pPr>
      <w:r>
        <w:t>گیا مسلمانوں کے ساتھ، یہ بتائیے کہ شروع کہاں سے ہوا؟ جو کہ اخباروں میں بالکل نہیں آیا تھا۔</w:t>
      </w:r>
    </w:p>
    <w:p>
      <w:r>
        <w:rPr>
          <w:b/>
        </w:rPr>
        <w:t xml:space="preserve">[20:53] </w:t>
      </w:r>
      <w:r>
        <w:t>wa ma warqat siya ghasht budda ijaz.</w:t>
      </w:r>
    </w:p>
    <w:p>
      <w:pPr>
        <w:jc w:val="right"/>
      </w:pPr>
      <w:r>
        <w:t>وَمَا وَرَقْتَ سِيَا غَشْتَ بُدَّاۤ اِعْجَازٍ۔</w:t>
      </w:r>
    </w:p>
    <w:p>
      <w:r>
        <w:rPr>
          <w:b/>
        </w:rPr>
        <w:t xml:space="preserve">[20:58] </w:t>
      </w:r>
      <w:r>
        <w:t>kisi bhi muslim akhbar mein,</w:t>
      </w:r>
    </w:p>
    <w:p>
      <w:pPr>
        <w:jc w:val="right"/>
      </w:pPr>
      <w:r>
        <w:t>کسی بھی مسلم اخبار میں،</w:t>
      </w:r>
    </w:p>
    <w:p>
      <w:r>
        <w:rPr>
          <w:b/>
        </w:rPr>
        <w:t xml:space="preserve">[21:03] </w:t>
      </w:r>
      <w:r>
        <w:t>kisi bhi muslim magazine mein, kisi bhi muslim taqreer mein yeh nahi bataya gaya ke shuru kahan se hua.</w:t>
      </w:r>
    </w:p>
    <w:p>
      <w:pPr>
        <w:jc w:val="right"/>
      </w:pPr>
      <w:r>
        <w:t>کسی بھی مسلم میگزین میں، کسی بھی مسلم تقریر میں یہ نہیں بتایا گیا کہ شروع کہاں سے ہوا۔</w:t>
      </w:r>
    </w:p>
    <w:p>
      <w:r>
        <w:rPr>
          <w:b/>
        </w:rPr>
        <w:t xml:space="preserve">[21:07] </w:t>
      </w:r>
      <w:r>
        <w:t>bas yeh zulm, woh zulm, bas yahi.</w:t>
      </w:r>
    </w:p>
    <w:p>
      <w:pPr>
        <w:jc w:val="right"/>
      </w:pPr>
      <w:r>
        <w:t>بس یہ ظلم، وہ ظلم، بس یہی۔</w:t>
      </w:r>
    </w:p>
    <w:p>
      <w:r>
        <w:rPr>
          <w:b/>
        </w:rPr>
        <w:t xml:space="preserve">[21:11] </w:t>
      </w:r>
      <w:r>
        <w:t>yani story ka second half batana, story ka first half na batana.</w:t>
      </w:r>
    </w:p>
    <w:p>
      <w:pPr>
        <w:jc w:val="right"/>
      </w:pPr>
      <w:r>
        <w:t>یعنی اسٹوری کا سیکنڈ ہاف بتانا، اسٹوری کا فرسٹ ہاف نہ بتانا۔</w:t>
      </w:r>
    </w:p>
    <w:p>
      <w:r>
        <w:rPr>
          <w:b/>
        </w:rPr>
        <w:t xml:space="preserve">[21:15] </w:t>
      </w:r>
      <w:r>
        <w:t>beginning jo hai woh story ka first half hai.</w:t>
      </w:r>
    </w:p>
    <w:p>
      <w:pPr>
        <w:jc w:val="right"/>
      </w:pPr>
      <w:r>
        <w:t>بگننگ جو ہے وہ اسٹوری کا فرسٹ ہاف ہے۔</w:t>
      </w:r>
    </w:p>
    <w:p>
      <w:r>
        <w:rPr>
          <w:b/>
        </w:rPr>
        <w:t xml:space="preserve">[21:19] </w:t>
      </w:r>
      <w:r>
        <w:t>aur is ke baad jo kuch hua woh story ka second half hai.</w:t>
      </w:r>
    </w:p>
    <w:p>
      <w:pPr>
        <w:jc w:val="right"/>
      </w:pPr>
      <w:r>
        <w:t>اور اس کے بعد جو کچھ ہوا وہ اسٹوری کا سیکنڈ ہاف ہے۔</w:t>
      </w:r>
    </w:p>
    <w:p>
      <w:r>
        <w:rPr>
          <w:b/>
        </w:rPr>
        <w:t xml:space="preserve">[21:23] </w:t>
      </w:r>
      <w:r>
        <w:t>to sare log jo hain abhi jalsay ho rahe hain, dilli mein kai jalsay aap ne agar suna</w:t>
      </w:r>
    </w:p>
    <w:p>
      <w:pPr>
        <w:jc w:val="right"/>
      </w:pPr>
      <w:r>
        <w:t>تو سارے لوگ جو ہیں ابھی جلسے ہو رہے ہیں، دلی میں کئی جلسے آپ نے اگر سنا</w:t>
      </w:r>
    </w:p>
    <w:p>
      <w:r>
        <w:rPr>
          <w:b/>
        </w:rPr>
        <w:t xml:space="preserve">[21:27] </w:t>
      </w:r>
      <w:r>
        <w:t>ho, sab mein story ka second half le kar ke taqreerein ho rahi hain.</w:t>
      </w:r>
    </w:p>
    <w:p>
      <w:pPr>
        <w:jc w:val="right"/>
      </w:pPr>
      <w:r>
        <w:t>ہو، سب میں اسٹوری کا سیکنڈ ہاف لے کر کے تقریریں ہو رہی ہیں۔</w:t>
      </w:r>
    </w:p>
    <w:p>
      <w:r>
        <w:rPr>
          <w:b/>
        </w:rPr>
        <w:t xml:space="preserve">[21:31] </w:t>
      </w:r>
      <w:r>
        <w:t>story ka first half koi nahi batata.</w:t>
      </w:r>
    </w:p>
    <w:p>
      <w:pPr>
        <w:jc w:val="right"/>
      </w:pPr>
      <w:r>
        <w:t>اسٹوری کا فرسٹ ہاف کوئی نہیں بتاتا۔</w:t>
      </w:r>
    </w:p>
    <w:p>
      <w:r>
        <w:rPr>
          <w:b/>
        </w:rPr>
        <w:t xml:space="preserve">[21:35] </w:t>
      </w:r>
      <w:r>
        <w:t>to maine unse poocha ke mau mein kya hua? unhone bataya ke mau mein yeh</w:t>
      </w:r>
    </w:p>
    <w:p>
      <w:pPr>
        <w:jc w:val="right"/>
      </w:pPr>
      <w:r>
        <w:t>تو میں نے ان سے پوچھا کہ مو میں کیا ہوا؟ انہوں نے بتایا کہ مو میں یہ</w:t>
      </w:r>
    </w:p>
    <w:p>
      <w:r>
        <w:rPr>
          <w:b/>
        </w:rPr>
        <w:t xml:space="preserve">[21:40] </w:t>
      </w:r>
      <w:r>
        <w:t>hua ke yeh ramzan ka zamana tha.</w:t>
      </w:r>
    </w:p>
    <w:p>
      <w:pPr>
        <w:jc w:val="right"/>
      </w:pPr>
      <w:r>
        <w:t>ہوا کہ یہ رمضان کا زمانہ تھا۔</w:t>
      </w:r>
    </w:p>
    <w:p>
      <w:r>
        <w:rPr>
          <w:b/>
        </w:rPr>
        <w:t xml:space="preserve">[21:44] </w:t>
      </w:r>
      <w:r>
        <w:t>musalman masjid mein jama the taravih ke liye.</w:t>
      </w:r>
    </w:p>
    <w:p>
      <w:pPr>
        <w:jc w:val="right"/>
      </w:pPr>
      <w:r>
        <w:t>مسلمان مسجد میں جمع تھے تراویح کے لیے۔</w:t>
      </w:r>
    </w:p>
    <w:p>
      <w:r>
        <w:rPr>
          <w:b/>
        </w:rPr>
        <w:t xml:space="preserve">[21:48] </w:t>
      </w:r>
      <w:r>
        <w:t>to paas ke mandir mein bhajan hone laga loudspeaker par.</w:t>
      </w:r>
    </w:p>
    <w:p>
      <w:pPr>
        <w:jc w:val="right"/>
      </w:pPr>
      <w:r>
        <w:t>تو پاس کے مندر میں بھجن ہونے لگا لاؤڈ سپیکر پر۔</w:t>
      </w:r>
    </w:p>
    <w:p>
      <w:r>
        <w:rPr>
          <w:b/>
        </w:rPr>
        <w:t xml:space="preserve">[21:53] </w:t>
      </w:r>
      <w:r>
        <w:t>wahan se awaz aane lagi.</w:t>
      </w:r>
    </w:p>
    <w:p>
      <w:pPr>
        <w:jc w:val="right"/>
      </w:pPr>
      <w:r>
        <w:t>وہاں سے آواز آنے لگی۔</w:t>
      </w:r>
    </w:p>
    <w:p>
      <w:r>
        <w:rPr>
          <w:b/>
        </w:rPr>
        <w:t xml:space="preserve">[21:57] </w:t>
      </w:r>
      <w:r>
        <w:t>to kuch muslim naujawan wahan gaye ke hamari taravih hone wali hai ya ho rahi hai, aap log</w:t>
      </w:r>
    </w:p>
    <w:p>
      <w:pPr>
        <w:jc w:val="right"/>
      </w:pPr>
      <w:r>
        <w:t>تو کچھ مسلم نوجوان وہاں گئے کہ ہماری تراویح ہونے والی ہے یا ہو رہی ہے، آپ لوگ</w:t>
      </w:r>
    </w:p>
    <w:p>
      <w:r>
        <w:rPr>
          <w:b/>
        </w:rPr>
        <w:t xml:space="preserve">[22:01] </w:t>
      </w:r>
      <w:r>
        <w:t>loudspeaker band kijiye.</w:t>
      </w:r>
    </w:p>
    <w:p>
      <w:pPr>
        <w:jc w:val="right"/>
      </w:pPr>
      <w:r>
        <w:t>لاؤڈ سپیکر بند کیجیے۔</w:t>
      </w:r>
    </w:p>
    <w:p>
      <w:r>
        <w:rPr>
          <w:b/>
        </w:rPr>
        <w:t xml:space="preserve">[22:06] </w:t>
      </w:r>
      <w:r>
        <w:t>to unhone kaha ke hum authorities se ijazat le kar humne lagaya hai loudspeaker, hum</w:t>
      </w:r>
    </w:p>
    <w:p>
      <w:pPr>
        <w:jc w:val="right"/>
      </w:pPr>
      <w:r>
        <w:t>تو انہوں نے کہا کہ ہم اتھارٹیز سے اجازت لے کر ہم نے لگایا ہے لاؤڈ سپیکر، ہم</w:t>
      </w:r>
    </w:p>
    <w:p>
      <w:r>
        <w:rPr>
          <w:b/>
        </w:rPr>
        <w:t xml:space="preserve">[22:12] </w:t>
      </w:r>
      <w:r>
        <w:t>kyun band karein? ab kya hua ke jab woh nahi tayyar hue band karne ke liye to yeh</w:t>
      </w:r>
    </w:p>
    <w:p>
      <w:pPr>
        <w:jc w:val="right"/>
      </w:pPr>
      <w:r>
        <w:t>کیوں بند کریں؟ اب کیا ہوا کہ جب وہ نہیں تیار ہوئے بند کرنے کے لیے تو یہ</w:t>
      </w:r>
    </w:p>
    <w:p>
      <w:r>
        <w:rPr>
          <w:b/>
        </w:rPr>
        <w:t xml:space="preserve">[22:18] </w:t>
      </w:r>
      <w:r>
        <w:t>ghussa ho gaye aur yahan kya kiya unhone loudspeaker ko tod ke phenk diya.</w:t>
      </w:r>
    </w:p>
    <w:p>
      <w:pPr>
        <w:jc w:val="right"/>
      </w:pPr>
      <w:r>
        <w:t>غصہ ہو گئے اور یہاں کیا کیا انہوں نے لاؤڈ سپیکر کو توڑ کے پھینک دیا۔</w:t>
      </w:r>
    </w:p>
    <w:p>
      <w:r>
        <w:rPr>
          <w:b/>
        </w:rPr>
        <w:t xml:space="preserve">[22:25] </w:t>
      </w:r>
      <w:r>
        <w:t>to kya aap samajhte hain ke iske baad kuch nahi hoga? woh aap todega iske</w:t>
      </w:r>
    </w:p>
    <w:p>
      <w:pPr>
        <w:jc w:val="right"/>
      </w:pPr>
      <w:r>
        <w:t>تو کیا آپ سمجھتے ہیں کہ اس کے بعد کچھ نہیں ہوگا؟ وہ آپ توڑے گا اس کے</w:t>
      </w:r>
    </w:p>
    <w:p>
      <w:r>
        <w:rPr>
          <w:b/>
        </w:rPr>
        <w:t xml:space="preserve">[22:31] </w:t>
      </w:r>
      <w:r>
        <w:t>loudspeaker ko, aap ko aap khud aap ko tod dalega.</w:t>
      </w:r>
    </w:p>
    <w:p>
      <w:pPr>
        <w:jc w:val="right"/>
      </w:pPr>
      <w:r>
        <w:t>لاؤڈ سپیکر کو، آپ کو آپ خود آپ کو توڑ ڈالے گا۔</w:t>
      </w:r>
    </w:p>
    <w:p>
      <w:r>
        <w:rPr>
          <w:b/>
        </w:rPr>
        <w:t xml:space="preserve">[22:37] </w:t>
      </w:r>
      <w:r>
        <w:t>yeh to hoga, hoga.</w:t>
      </w:r>
    </w:p>
    <w:p>
      <w:pPr>
        <w:jc w:val="right"/>
      </w:pPr>
      <w:r>
        <w:t>یہ تو ہوگا، ہوگا۔</w:t>
      </w:r>
    </w:p>
    <w:p>
      <w:r>
        <w:rPr>
          <w:b/>
        </w:rPr>
        <w:t xml:space="preserve">[22:42] </w:t>
      </w:r>
      <w:r>
        <w:t>yeh mujhe bahut dinon, bahut tehqeeq ke baad pata chala ke beginning yeh thi mau ke fasaad mein.</w:t>
      </w:r>
    </w:p>
    <w:p>
      <w:pPr>
        <w:jc w:val="right"/>
      </w:pPr>
      <w:r>
        <w:t>یہ مجھے بہت دنوں، بہت تحقیق کے بعد پتہ چلا کہ بگننگ یہ تھی مو کے فساد میں۔</w:t>
      </w:r>
    </w:p>
    <w:p>
      <w:r>
        <w:rPr>
          <w:b/>
        </w:rPr>
        <w:t xml:space="preserve">[22:46] </w:t>
      </w:r>
      <w:r>
        <w:t>aur yeh yahi batate hain yeh log.</w:t>
      </w:r>
    </w:p>
    <w:p>
      <w:pPr>
        <w:jc w:val="right"/>
      </w:pPr>
      <w:r>
        <w:t>اور یہ یہی بتاتے ہیں یہ لوگ۔</w:t>
      </w:r>
    </w:p>
    <w:p>
      <w:r>
        <w:rPr>
          <w:b/>
        </w:rPr>
        <w:t xml:space="preserve">[22:50] </w:t>
      </w:r>
      <w:r>
        <w:t>is aisi reporting islam mein bilkul jaiz hi nahi hai.</w:t>
      </w:r>
    </w:p>
    <w:p>
      <w:pPr>
        <w:jc w:val="right"/>
      </w:pPr>
      <w:r>
        <w:t>اس ایسی رپورٹنگ اسلام میں بالکل جائز ہی نہیں ہے۔</w:t>
      </w:r>
    </w:p>
    <w:p>
      <w:r>
        <w:rPr>
          <w:b/>
        </w:rPr>
        <w:t xml:space="preserve">[22:55] </w:t>
      </w:r>
      <w:r>
        <w:t>yaad rakhiye yeh tatfeef hai, isko quran mein tatfeef kaha gaya hai.</w:t>
      </w:r>
    </w:p>
    <w:p>
      <w:pPr>
        <w:jc w:val="right"/>
      </w:pPr>
      <w:r>
        <w:t>یاد رکھیے یہ تطفیف ہے، اس کو قرآن میں تطفیف کہا گیا ہے۔</w:t>
      </w:r>
    </w:p>
    <w:p>
      <w:r>
        <w:rPr>
          <w:b/>
        </w:rPr>
        <w:t xml:space="preserve">[22:59] </w:t>
      </w:r>
      <w:r>
        <w:t>agar aap kisi waqeye ke first half na batayein, second half likh kar khoob taqreerein karein, yeh islam</w:t>
      </w:r>
    </w:p>
    <w:p>
      <w:pPr>
        <w:jc w:val="right"/>
      </w:pPr>
      <w:r>
        <w:t>اگر آپ کسی واقعے کے فرسٹ ہاف نہ بتائیں، سیکنڈ ہاف لکھ کر خوب تقریریں کریں، یہ اسلام</w:t>
      </w:r>
    </w:p>
    <w:p>
      <w:r>
        <w:rPr>
          <w:b/>
        </w:rPr>
        <w:t xml:space="preserve">[23:03] </w:t>
      </w:r>
      <w:r>
        <w:t>mein bilkul jaiz nahi hai.</w:t>
      </w:r>
    </w:p>
    <w:p>
      <w:pPr>
        <w:jc w:val="right"/>
      </w:pPr>
      <w:r>
        <w:t>میں بالکل جائز نہیں ہے۔</w:t>
      </w:r>
    </w:p>
    <w:p>
      <w:r>
        <w:rPr>
          <w:b/>
        </w:rPr>
        <w:t xml:space="preserve">[23:08] </w:t>
      </w:r>
      <w:r>
        <w:t>aap ko poora batana padega.</w:t>
      </w:r>
    </w:p>
    <w:p>
      <w:pPr>
        <w:jc w:val="right"/>
      </w:pPr>
      <w:r>
        <w:t>آپ کو پورا بتانا پڑے گا۔</w:t>
      </w:r>
    </w:p>
    <w:p>
      <w:r>
        <w:rPr>
          <w:b/>
        </w:rPr>
        <w:t xml:space="preserve">[23:14] </w:t>
      </w:r>
      <w:r>
        <w:t>to hadith mein hai dekhiye inn al fitnata naimatun laan allahu man qayqazaha.</w:t>
      </w:r>
    </w:p>
    <w:p>
      <w:pPr>
        <w:jc w:val="right"/>
      </w:pPr>
      <w:r>
        <w:t>تو حدیث میں ہے دیکھیے اِنَّ الْفِتْنَةَ نَاعِمَةٌ لَعَنَ اللَّهُ مَنْ قَيْقَظَهَا۔</w:t>
      </w:r>
    </w:p>
    <w:p>
      <w:r>
        <w:rPr>
          <w:b/>
        </w:rPr>
        <w:t xml:space="preserve">[23:20] </w:t>
      </w:r>
      <w:r>
        <w:t>fitna soya hua hai, is par laanat hai jo isko jagaye.</w:t>
      </w:r>
    </w:p>
    <w:p>
      <w:pPr>
        <w:jc w:val="right"/>
      </w:pPr>
      <w:r>
        <w:t>فتنہ سویا ہوا ہے، اس پر لعنت ہے جو اس کو جگائے۔</w:t>
      </w:r>
    </w:p>
    <w:p>
      <w:r>
        <w:rPr>
          <w:b/>
        </w:rPr>
        <w:t xml:space="preserve">[23:26] </w:t>
      </w:r>
      <w:r>
        <w:t>yeh hadith hai kund al imbal mein.</w:t>
      </w:r>
    </w:p>
    <w:p>
      <w:pPr>
        <w:jc w:val="right"/>
      </w:pPr>
      <w:r>
        <w:t>یہ حدیث ہے کند الامبال میں۔</w:t>
      </w:r>
    </w:p>
    <w:p>
      <w:r>
        <w:rPr>
          <w:b/>
        </w:rPr>
        <w:t xml:space="preserve">[23:32] </w:t>
      </w:r>
      <w:r>
        <w:t>is ka matlab kya hai? is ka matlab hai ke har insan ke andar Khuda ne ego rakh diya hai. ego</w:t>
      </w:r>
    </w:p>
    <w:p>
      <w:pPr>
        <w:jc w:val="right"/>
      </w:pPr>
      <w:r>
        <w:t>اس کا مطلب کیا ہے؟ اس کا مطلب ہے کہ ہر انسان کے اندر خدا نے ایگو رکھ دیا ہے۔ ایگو</w:t>
      </w:r>
    </w:p>
    <w:p>
      <w:r>
        <w:rPr>
          <w:b/>
        </w:rPr>
        <w:t xml:space="preserve">[23:38] </w:t>
      </w:r>
      <w:r>
        <w:t>chahe ghareeb ho ya ameer ho.</w:t>
      </w:r>
    </w:p>
    <w:p>
      <w:pPr>
        <w:jc w:val="right"/>
      </w:pPr>
      <w:r>
        <w:t>چاہے غریب ہو یا امیر ہو۔</w:t>
      </w:r>
    </w:p>
    <w:p>
      <w:r>
        <w:rPr>
          <w:b/>
        </w:rPr>
        <w:t xml:space="preserve">[23:42] </w:t>
      </w:r>
      <w:r>
        <w:t>ya parha likha ho ya be parha likha ho.</w:t>
      </w:r>
    </w:p>
    <w:p>
      <w:pPr>
        <w:jc w:val="right"/>
      </w:pPr>
      <w:r>
        <w:t>یا پڑھا لکھا ہو یا بے پڑھا لکھا ہو۔</w:t>
      </w:r>
    </w:p>
    <w:p>
      <w:r>
        <w:rPr>
          <w:b/>
        </w:rPr>
        <w:t xml:space="preserve">[23:45] </w:t>
      </w:r>
      <w:r>
        <w:t>ego har insan ke andar hota hai.</w:t>
      </w:r>
    </w:p>
    <w:p>
      <w:pPr>
        <w:jc w:val="right"/>
      </w:pPr>
      <w:r>
        <w:t>ایگو ہر انسان کے اندر ہوتا ہے۔</w:t>
      </w:r>
    </w:p>
    <w:p>
      <w:r>
        <w:rPr>
          <w:b/>
        </w:rPr>
        <w:t xml:space="preserve">[23:48] </w:t>
      </w:r>
      <w:r>
        <w:t>lekin woh ego jo hai hamesha dormant position mein hota hai.</w:t>
      </w:r>
    </w:p>
    <w:p>
      <w:pPr>
        <w:jc w:val="right"/>
      </w:pPr>
      <w:r>
        <w:t>لیکن وہ ایگو جو ہے ہمیشہ ڈارمنٹ پوزیشن میں ہوتا ہے۔</w:t>
      </w:r>
    </w:p>
    <w:p>
      <w:r>
        <w:rPr>
          <w:b/>
        </w:rPr>
        <w:t xml:space="preserve">[23:52] </w:t>
      </w:r>
      <w:r>
        <w:t>soya hua hota hai.</w:t>
      </w:r>
    </w:p>
    <w:p>
      <w:pPr>
        <w:jc w:val="right"/>
      </w:pPr>
      <w:r>
        <w:t>سویا ہوا ہوتا ہے۔</w:t>
      </w:r>
    </w:p>
    <w:p>
      <w:r>
        <w:rPr>
          <w:b/>
        </w:rPr>
        <w:t xml:space="preserve">[23:55] </w:t>
      </w:r>
      <w:r>
        <w:t>matlab aadmi normal rahega, normal tareeqay se aap se baatein karega, normal tareeqay se aap se</w:t>
      </w:r>
    </w:p>
    <w:p>
      <w:pPr>
        <w:jc w:val="right"/>
      </w:pPr>
      <w:r>
        <w:t>مطلب آدمی نارمل رہے گا، نارمل طریقے سے آپ سے باتیں کرے گا، نارمل طریقے سے آپ سے</w:t>
      </w:r>
    </w:p>
    <w:p>
      <w:r>
        <w:rPr>
          <w:b/>
        </w:rPr>
        <w:t xml:space="preserve">[23:59] </w:t>
      </w:r>
      <w:r>
        <w:t>behave karega.</w:t>
      </w:r>
    </w:p>
    <w:p>
      <w:pPr>
        <w:jc w:val="right"/>
      </w:pPr>
      <w:r>
        <w:t>بیہیو کرے گا۔</w:t>
      </w:r>
    </w:p>
    <w:p>
      <w:r>
        <w:rPr>
          <w:b/>
        </w:rPr>
        <w:t xml:space="preserve">[24:02] </w:t>
      </w:r>
      <w:r>
        <w:t>agarche woh ego is ka yahan soya hua hoga.</w:t>
      </w:r>
    </w:p>
    <w:p>
      <w:pPr>
        <w:jc w:val="right"/>
      </w:pPr>
      <w:r>
        <w:t>اگرچہ وہ ایگو اس کا یہاں سویا ہوا ہوگا۔</w:t>
      </w:r>
    </w:p>
    <w:p>
      <w:r>
        <w:rPr>
          <w:b/>
        </w:rPr>
        <w:t xml:space="preserve">[24:05] </w:t>
      </w:r>
      <w:r>
        <w:t>ab agar aap yeh karein ke is ke ego ko bharka dein,</w:t>
      </w:r>
    </w:p>
    <w:p>
      <w:pPr>
        <w:jc w:val="right"/>
      </w:pPr>
      <w:r>
        <w:t>اب اگر آپ یہ کریں کہ اس کے ایگو کو بھڑکا دیں،</w:t>
      </w:r>
    </w:p>
    <w:p>
      <w:r>
        <w:rPr>
          <w:b/>
        </w:rPr>
        <w:t xml:space="preserve">[24:09] </w:t>
      </w:r>
      <w:r>
        <w:t>is ko gaali de dein, is ko maar dein, is ke loudspeaker ko tod dein to kya</w:t>
      </w:r>
    </w:p>
    <w:p>
      <w:pPr>
        <w:jc w:val="right"/>
      </w:pPr>
      <w:r>
        <w:t>اس کو گالی دے دیں، اس کو مار دیں، اس کے لاؤڈ سپیکر کو توڑ دیں تو کیا</w:t>
      </w:r>
    </w:p>
    <w:p>
      <w:r>
        <w:rPr>
          <w:b/>
        </w:rPr>
        <w:t xml:space="preserve">[24:15] </w:t>
      </w:r>
      <w:r>
        <w:t>hoga? aap ne is soye hue ego ko jaga diya.</w:t>
      </w:r>
    </w:p>
    <w:p>
      <w:pPr>
        <w:jc w:val="right"/>
      </w:pPr>
      <w:r>
        <w:t>ہوگا؟ آپ نے اس سوئے ہوئے ایگو کو جگا دیا۔</w:t>
      </w:r>
    </w:p>
    <w:p>
      <w:r>
        <w:rPr>
          <w:b/>
        </w:rPr>
        <w:t xml:space="preserve">[24:21] </w:t>
      </w:r>
      <w:r>
        <w:t>soye hue ego jaagega to zahir hai ke phir woh breakdown hoga.</w:t>
      </w:r>
    </w:p>
    <w:p>
      <w:pPr>
        <w:jc w:val="right"/>
      </w:pPr>
      <w:r>
        <w:t>سوئے ہوئے ایگو جاگے گا تو ظاہر ہے کہ پھر وہ بریک ڈاؤن ہوگا۔</w:t>
      </w:r>
    </w:p>
    <w:p>
      <w:r>
        <w:rPr>
          <w:b/>
        </w:rPr>
        <w:t xml:space="preserve">[24:27] </w:t>
      </w:r>
      <w:r>
        <w:t>اس کا فارمولا یہ ہے کہ when one's ego is touched, it turns you to super ego.</w:t>
      </w:r>
    </w:p>
    <w:p>
      <w:pPr>
        <w:jc w:val="right"/>
      </w:pPr>
      <w:r>
        <w:t>اس کا فارمولا یہ ہے کہ وین ونس ایگو از ٹچڈ، اٹ ٹرنز یو ٹو سپر ایگو۔</w:t>
      </w:r>
    </w:p>
    <w:p>
      <w:r>
        <w:rPr>
          <w:b/>
        </w:rPr>
        <w:t xml:space="preserve">[24:33] </w:t>
      </w:r>
      <w:r>
        <w:t>and the result is breakdown. yeh</w:t>
      </w:r>
    </w:p>
    <w:p>
      <w:pPr>
        <w:jc w:val="right"/>
      </w:pPr>
      <w:r>
        <w:t>اینڈ دی رزلٹ از بریک ڈاؤن۔ یہ</w:t>
      </w:r>
    </w:p>
    <w:p>
      <w:r>
        <w:rPr>
          <w:b/>
        </w:rPr>
        <w:t xml:space="preserve">[24:39] </w:t>
      </w:r>
      <w:r>
        <w:t>formula hai, yahi isi baat ko sari duniya ke Musalman nahi jaante.</w:t>
      </w:r>
    </w:p>
    <w:p>
      <w:pPr>
        <w:jc w:val="right"/>
      </w:pPr>
      <w:r>
        <w:t>فارمولا ہے، یہی اسی بات کو ساری دنیا کے مسلمان نہیں جانتے۔</w:t>
      </w:r>
    </w:p>
    <w:p>
      <w:r>
        <w:rPr>
          <w:b/>
        </w:rPr>
        <w:t xml:space="preserve">[24:44] </w:t>
      </w:r>
      <w:r>
        <w:t>har jagah woh bharkate hain, is ke baad jab is ka result saamne aata hai, negative result to</w:t>
      </w:r>
    </w:p>
    <w:p>
      <w:pPr>
        <w:jc w:val="right"/>
      </w:pPr>
      <w:r>
        <w:t>ہر جگہ وہ بھڑکاتے ہیں، اس کے بعد جب اس کا رزلٹ سامنے آتا ہے، نیگیٹیو رزلٹ تو</w:t>
      </w:r>
    </w:p>
    <w:p>
      <w:r>
        <w:rPr>
          <w:b/>
        </w:rPr>
        <w:t xml:space="preserve">[24:49] </w:t>
      </w:r>
      <w:r>
        <w:t>phir chalate hain ke zulm ho raha hai, zulm ho raha hai, zulm ho raha hai.</w:t>
      </w:r>
    </w:p>
    <w:p>
      <w:pPr>
        <w:jc w:val="right"/>
      </w:pPr>
      <w:r>
        <w:t>پھر چلاتے ہیں کہ ظلم ہو رہا ہے، ظلم ہو رہا ہے، ظلم ہو رہا ہے۔</w:t>
      </w:r>
    </w:p>
    <w:p>
      <w:r>
        <w:rPr>
          <w:b/>
        </w:rPr>
        <w:t xml:space="preserve">[24:54] </w:t>
      </w:r>
      <w:r>
        <w:t>yeh hargiz Islam nahi hai.</w:t>
      </w:r>
    </w:p>
    <w:p>
      <w:pPr>
        <w:jc w:val="right"/>
      </w:pPr>
      <w:r>
        <w:t>یہ ہرگز اسلام نہیں ہے۔</w:t>
      </w:r>
    </w:p>
    <w:p>
      <w:r>
        <w:rPr>
          <w:b/>
        </w:rPr>
        <w:t xml:space="preserve">[24:59] </w:t>
      </w:r>
      <w:r>
        <w:t>yeh be aqli hai, be aqli.</w:t>
      </w:r>
    </w:p>
    <w:p>
      <w:pPr>
        <w:jc w:val="right"/>
      </w:pPr>
      <w:r>
        <w:t>یہ بے عقلی ہے، بے عقلی۔</w:t>
      </w:r>
    </w:p>
    <w:p>
      <w:r>
        <w:rPr>
          <w:b/>
        </w:rPr>
        <w:t xml:space="preserve">[25:04] </w:t>
      </w:r>
      <w:r>
        <w:t>to chunke Musalman is zamane ke Islam ka ek reduced form ko unhone paya hai. reduced form</w:t>
      </w:r>
    </w:p>
    <w:p>
      <w:pPr>
        <w:jc w:val="right"/>
      </w:pPr>
      <w:r>
        <w:t>تو چونکہ مسلمان اس زمانے کے اسلام کا ایک ریڈیوسڈ فارم کو انہوں نے پایا ہے۔ ریڈیوسڈ فار</w:t>
      </w:r>
    </w:p>
    <w:p>
      <w:r>
        <w:rPr>
          <w:b/>
        </w:rPr>
        <w:t xml:space="preserve">[25:09] </w:t>
      </w:r>
      <w:r>
        <w:t>form, wohi rituals.</w:t>
      </w:r>
    </w:p>
    <w:p>
      <w:pPr>
        <w:jc w:val="right"/>
      </w:pPr>
      <w:r>
        <w:t>م، وہی ریچولز۔</w:t>
      </w:r>
    </w:p>
    <w:p>
      <w:r>
        <w:rPr>
          <w:b/>
        </w:rPr>
        <w:t xml:space="preserve">[25:13] </w:t>
      </w:r>
      <w:r>
        <w:t>rituals kya hain? Islam ka reduced form hai.</w:t>
      </w:r>
    </w:p>
    <w:p>
      <w:pPr>
        <w:jc w:val="right"/>
      </w:pPr>
      <w:r>
        <w:t>ریچولز کیا ہیں؟ اسلام کا ریڈیوسڈ فارم ہے۔</w:t>
      </w:r>
    </w:p>
    <w:p>
      <w:r>
        <w:rPr>
          <w:b/>
        </w:rPr>
        <w:t xml:space="preserve">[25:18] </w:t>
      </w:r>
      <w:r>
        <w:t>Islam ki wisdom ko nahi paya unhone.</w:t>
      </w:r>
    </w:p>
    <w:p>
      <w:pPr>
        <w:jc w:val="right"/>
      </w:pPr>
      <w:r>
        <w:t>اسلام کی وزڈم کو نہیں پایا انہوں نے۔</w:t>
      </w:r>
    </w:p>
    <w:p>
      <w:r>
        <w:rPr>
          <w:b/>
        </w:rPr>
        <w:t xml:space="preserve">[25:22] </w:t>
      </w:r>
      <w:r>
        <w:t>Islam ke andar jo gehri wisdom hai is ko paya hi nahi unhone.</w:t>
      </w:r>
    </w:p>
    <w:p>
      <w:pPr>
        <w:jc w:val="right"/>
      </w:pPr>
      <w:r>
        <w:t>اسلام کے اندر جو گہری وزڈم ہے اس کو پایا ہی نہیں انہوں نے۔</w:t>
      </w:r>
    </w:p>
    <w:p>
      <w:r>
        <w:rPr>
          <w:b/>
        </w:rPr>
        <w:t xml:space="preserve">[25:26] </w:t>
      </w:r>
      <w:r>
        <w:t>is liye un ki un ki intellectual awakening nahi hui.</w:t>
      </w:r>
    </w:p>
    <w:p>
      <w:pPr>
        <w:jc w:val="right"/>
      </w:pPr>
      <w:r>
        <w:t>اس لیے ان کی ان کی انٹلیکچول اویکننگ نہیں ہوئی۔</w:t>
      </w:r>
    </w:p>
    <w:p>
      <w:r>
        <w:rPr>
          <w:b/>
        </w:rPr>
        <w:t xml:space="preserve">[25:31] </w:t>
      </w:r>
      <w:r>
        <w:t>yani islam ne un ke aql ke darwaze ko nak nahi kiya.</w:t>
      </w:r>
    </w:p>
    <w:p>
      <w:pPr>
        <w:jc w:val="right"/>
      </w:pPr>
      <w:r>
        <w:t>یعنی اسلام نے ان کے عقل کے دروازے کو ناک نہیں کیا۔</w:t>
      </w:r>
    </w:p>
    <w:p>
      <w:r>
        <w:rPr>
          <w:b/>
        </w:rPr>
        <w:t xml:space="preserve">[25:35] </w:t>
      </w:r>
      <w:r>
        <w:t>islam ne un ki un ki reason ko activate nahi kiya.</w:t>
      </w:r>
    </w:p>
    <w:p>
      <w:pPr>
        <w:jc w:val="right"/>
      </w:pPr>
      <w:r>
        <w:t>اسلام نے ان کی ان کی ریزن کو ایکٹیویٹ نہیں کیا۔</w:t>
      </w:r>
    </w:p>
    <w:p>
      <w:r>
        <w:rPr>
          <w:b/>
        </w:rPr>
        <w:t xml:space="preserve">[25:39] </w:t>
      </w:r>
      <w:r>
        <w:t>bas formal tor par kuch rituals hain, is ko dohra liya, namaz ho gayi, roza ho gaya, haj ho gaya.</w:t>
      </w:r>
    </w:p>
    <w:p>
      <w:pPr>
        <w:jc w:val="right"/>
      </w:pPr>
      <w:r>
        <w:t>بس فارمل طور پر کچھ ریچولز ہیں، اس کو دہرا لیا، نماز ہو گئی، روزہ ہو گیا، حج ہو گیا۔</w:t>
      </w:r>
    </w:p>
    <w:p>
      <w:r>
        <w:rPr>
          <w:b/>
        </w:rPr>
        <w:t xml:space="preserve">[25:45] </w:t>
      </w:r>
      <w:r>
        <w:t>halankay islam jo hai aql ko nak karta hai.</w:t>
      </w:r>
    </w:p>
    <w:p>
      <w:pPr>
        <w:jc w:val="right"/>
      </w:pPr>
      <w:r>
        <w:t>حالانکہ اسلام جو ہے عقل کو ناک کرتا ہے۔</w:t>
      </w:r>
    </w:p>
    <w:p>
      <w:r>
        <w:rPr>
          <w:b/>
        </w:rPr>
        <w:t xml:space="preserve">[25:51] </w:t>
      </w:r>
      <w:r>
        <w:t>quran ko parhiya to quran mein bar bar yeh hai ke socho, socho, socho, socho, aql ko istemal karo.</w:t>
      </w:r>
    </w:p>
    <w:p>
      <w:pPr>
        <w:jc w:val="right"/>
      </w:pPr>
      <w:r>
        <w:t>قرآن کو پڑھیا تو قرآن میں بار بار یہ ہے کہ سوچو، سوچو، سوچو، سوچو، عقل کو استعمال کرو۔</w:t>
      </w:r>
    </w:p>
    <w:p>
      <w:r>
        <w:rPr>
          <w:b/>
        </w:rPr>
        <w:t xml:space="preserve">[25:57] </w:t>
      </w:r>
      <w:r>
        <w:t>aql ko na istemal karne ki wajah se is raaz hayat ko log nahi jaan paye.</w:t>
      </w:r>
    </w:p>
    <w:p>
      <w:pPr>
        <w:jc w:val="right"/>
      </w:pPr>
      <w:r>
        <w:t>عقل کو نہ استعمال کرنے کی وجہ سے اس راز حیات کو لوگ نہیں جان پائے۔</w:t>
      </w:r>
    </w:p>
    <w:p>
      <w:r>
        <w:rPr>
          <w:b/>
        </w:rPr>
        <w:t xml:space="preserve">[26:04] </w:t>
      </w:r>
      <w:r>
        <w:t>is law of nature ko nahi jaan paye.</w:t>
      </w:r>
    </w:p>
    <w:p>
      <w:pPr>
        <w:jc w:val="right"/>
      </w:pPr>
      <w:r>
        <w:t>اس لاء آف نیچر کو نہیں جان پائے۔</w:t>
      </w:r>
    </w:p>
    <w:p>
      <w:r>
        <w:rPr>
          <w:b/>
        </w:rPr>
        <w:t xml:space="preserve">[26:10] </w:t>
      </w:r>
      <w:r>
        <w:t>ke khuda ne duniya mein logon ko azadi di hai.</w:t>
      </w:r>
    </w:p>
    <w:p>
      <w:pPr>
        <w:jc w:val="right"/>
      </w:pPr>
      <w:r>
        <w:t>کہ خدا نے دنیا میں لوگوں کو آزادی دی ہے۔</w:t>
      </w:r>
    </w:p>
    <w:p>
      <w:r>
        <w:rPr>
          <w:b/>
        </w:rPr>
        <w:t xml:space="preserve">[26:16] </w:t>
      </w:r>
      <w:r>
        <w:t>azadi di hai to har aadmi ko ego bhi diya hai.</w:t>
      </w:r>
    </w:p>
    <w:p>
      <w:pPr>
        <w:jc w:val="right"/>
      </w:pPr>
      <w:r>
        <w:t>آزادی دی ہے تو ہر آدمی کو ایگو بھی دیا ہے۔</w:t>
      </w:r>
    </w:p>
    <w:p>
      <w:r>
        <w:rPr>
          <w:b/>
        </w:rPr>
        <w:t xml:space="preserve">[26:22] </w:t>
      </w:r>
      <w:r>
        <w:t>ego hai to is ko touch karoge to bhadke ga, bhadke ga to break down tak baat pahunche gi.</w:t>
      </w:r>
    </w:p>
    <w:p>
      <w:pPr>
        <w:jc w:val="right"/>
      </w:pPr>
      <w:r>
        <w:t>ایگو ہے تو اس کو ٹچ کرو گے تو بھڑکے گا، بھڑکے گا تو بریک ڈاؤن تک بات پہنچے گی۔</w:t>
      </w:r>
    </w:p>
    <w:p>
      <w:r>
        <w:rPr>
          <w:b/>
        </w:rPr>
        <w:t xml:space="preserve">[26:28] </w:t>
      </w:r>
      <w:r>
        <w:t>isi ko hatim ne kaha tha ke lays al aaqil alladhi ya'rif al khair min al sharr walakinnahu alladhi ya'rif khair al sharrrain.</w:t>
      </w:r>
    </w:p>
    <w:p>
      <w:pPr>
        <w:jc w:val="right"/>
      </w:pPr>
      <w:r>
        <w:t>اسی کو حاتم نے کہا تھا کہ لیس العاقل الذی یعرف الخیر من الشر ولكنه الذی یعرف خیر الشرین۔</w:t>
      </w:r>
    </w:p>
    <w:p>
      <w:r>
        <w:rPr>
          <w:b/>
        </w:rPr>
        <w:t xml:space="preserve">[26:34] </w:t>
      </w:r>
      <w:r>
        <w:t>yani wa'iz aadmi woh nahi hai</w:t>
      </w:r>
    </w:p>
    <w:p>
      <w:pPr>
        <w:jc w:val="right"/>
      </w:pPr>
      <w:r>
        <w:t>یعنی واعظ آدمی وہ نہیں ہے</w:t>
      </w:r>
    </w:p>
    <w:p>
      <w:r>
        <w:rPr>
          <w:b/>
        </w:rPr>
        <w:t xml:space="preserve">[26:40] </w:t>
      </w:r>
      <w:r>
        <w:t>jo yeh jaane ke yeh yeh khair hai ya sharr hai, yeh acha hai ya bura hai.</w:t>
      </w:r>
    </w:p>
    <w:p>
      <w:pPr>
        <w:jc w:val="right"/>
      </w:pPr>
      <w:r>
        <w:t>جو یہ جانے کہ یہ یہ خیر ہے یا شر ہے، یہ اچھا ہے یا برا ہے۔</w:t>
      </w:r>
    </w:p>
    <w:p>
      <w:r>
        <w:rPr>
          <w:b/>
        </w:rPr>
        <w:t xml:space="preserve">[26:45] </w:t>
      </w:r>
      <w:r>
        <w:t>balkay yeh jaane ke do bure mein kam bura kaun hai.</w:t>
      </w:r>
    </w:p>
    <w:p>
      <w:pPr>
        <w:jc w:val="right"/>
      </w:pPr>
      <w:r>
        <w:t>بلکہ یہ جانے کہ دو برے میں کم برا کون ہے۔</w:t>
      </w:r>
    </w:p>
    <w:p>
      <w:r>
        <w:rPr>
          <w:b/>
        </w:rPr>
        <w:t xml:space="preserve">[26:50] </w:t>
      </w:r>
      <w:r>
        <w:t>kaisi anokhi baat hai, zara ghor kijiye.</w:t>
      </w:r>
    </w:p>
    <w:p>
      <w:pPr>
        <w:jc w:val="right"/>
      </w:pPr>
      <w:r>
        <w:t>کیسی انوکھی بات ہے، ذرا غور کیجیے۔</w:t>
      </w:r>
    </w:p>
    <w:p>
      <w:r>
        <w:rPr>
          <w:b/>
        </w:rPr>
        <w:t xml:space="preserve">[26:55] </w:t>
      </w:r>
      <w:r>
        <w:t>yeh second caliph ki baat thi.</w:t>
      </w:r>
    </w:p>
    <w:p>
      <w:pPr>
        <w:jc w:val="right"/>
      </w:pPr>
      <w:r>
        <w:t>یہ سیکنڈ کیلف کی بات تھی۔</w:t>
      </w:r>
    </w:p>
    <w:p>
      <w:r>
        <w:rPr>
          <w:b/>
        </w:rPr>
        <w:t xml:space="preserve">[27:00] </w:t>
      </w:r>
      <w:r>
        <w:t>walakinnahu alladhi ya'rif khair al sharrrain.</w:t>
      </w:r>
    </w:p>
    <w:p>
      <w:pPr>
        <w:jc w:val="right"/>
      </w:pPr>
      <w:r>
        <w:t>ولكن یعرف خیر الشرین۔</w:t>
      </w:r>
    </w:p>
    <w:p>
      <w:r>
        <w:rPr>
          <w:b/>
        </w:rPr>
        <w:t xml:space="preserve">[27:06] </w:t>
      </w:r>
      <w:r>
        <w:t>khair al sharrrain ke mani hain ke do bure mein se kam bura.</w:t>
      </w:r>
    </w:p>
    <w:p>
      <w:pPr>
        <w:jc w:val="right"/>
      </w:pPr>
      <w:r>
        <w:t>خیر الشرین کے معنی ہیں کہ دو برے میں سے کم برا۔</w:t>
      </w:r>
    </w:p>
    <w:p>
      <w:r>
        <w:rPr>
          <w:b/>
        </w:rPr>
        <w:t xml:space="preserve">[27:11] </w:t>
      </w:r>
      <w:r>
        <w:t>is ka matlab kya hua? is ka matlab yeh hai ke zindagi jo hai, jo khuda ne hamein</w:t>
      </w:r>
    </w:p>
    <w:p>
      <w:pPr>
        <w:jc w:val="right"/>
      </w:pPr>
      <w:r>
        <w:t>اس کا مطلب کیا ہوا؟ اس کا مطلب یہ ہے کہ زندگی جو ہے، جو خدا نے ہمیں</w:t>
      </w:r>
    </w:p>
    <w:p>
      <w:r>
        <w:rPr>
          <w:b/>
        </w:rPr>
        <w:t xml:space="preserve">[27:15] </w:t>
      </w:r>
      <w:r>
        <w:t>di hai duniya mein, is mein choice good aur bad ke darmiyan nahi hai.</w:t>
      </w:r>
    </w:p>
    <w:p>
      <w:pPr>
        <w:jc w:val="right"/>
      </w:pPr>
      <w:r>
        <w:t>دی ہے دنیا میں، اس میں چوائس گڈ اور بیڈ کے درمیان نہیں ہے۔</w:t>
      </w:r>
    </w:p>
    <w:p>
      <w:r>
        <w:rPr>
          <w:b/>
        </w:rPr>
        <w:t xml:space="preserve">[27:20] </w:t>
      </w:r>
      <w:r>
        <w:t>yani yeh yeh all good hai ya all bad hai.</w:t>
      </w:r>
    </w:p>
    <w:p>
      <w:pPr>
        <w:jc w:val="right"/>
      </w:pPr>
      <w:r>
        <w:t>یعنی یہ یہ ال گڈ ہے یا ال بیڈ ہے۔</w:t>
      </w:r>
    </w:p>
    <w:p>
      <w:r>
        <w:rPr>
          <w:b/>
        </w:rPr>
        <w:t xml:space="preserve">[27:25] </w:t>
      </w:r>
      <w:r>
        <w:t>to hum chahein ke all good ko le lein aur bad ko na lein.</w:t>
      </w:r>
    </w:p>
    <w:p>
      <w:pPr>
        <w:jc w:val="right"/>
      </w:pPr>
      <w:r>
        <w:t>تو ہم چاہیں کہ ال گڈ کو لے لیں اور بیڈ کو نہ لیں۔</w:t>
      </w:r>
    </w:p>
    <w:p>
      <w:r>
        <w:rPr>
          <w:b/>
        </w:rPr>
        <w:t xml:space="preserve">[27:29] </w:t>
      </w:r>
      <w:r>
        <w:t>yeh choice hi nahi hai kisi ke liye.</w:t>
      </w:r>
    </w:p>
    <w:p>
      <w:pPr>
        <w:jc w:val="right"/>
      </w:pPr>
      <w:r>
        <w:t>یہ چوائس ہی نہیں ہے کسی کے لیے۔</w:t>
      </w:r>
    </w:p>
    <w:p>
      <w:r>
        <w:rPr>
          <w:b/>
        </w:rPr>
        <w:t xml:space="preserve">[27:34] </w:t>
      </w:r>
      <w:r>
        <w:t>prophet ke liye bhi yeh choice nahi hai.</w:t>
      </w:r>
    </w:p>
    <w:p>
      <w:pPr>
        <w:jc w:val="right"/>
      </w:pPr>
      <w:r>
        <w:t>پرافٹ کے لیے بھی یہ چوائس نہیں ہے۔</w:t>
      </w:r>
    </w:p>
    <w:p>
      <w:r>
        <w:rPr>
          <w:b/>
        </w:rPr>
        <w:t xml:space="preserve">[27:39] </w:t>
      </w:r>
      <w:r>
        <w:t>Choice fast is not between all good or all bad.</w:t>
      </w:r>
    </w:p>
    <w:p>
      <w:pPr>
        <w:jc w:val="right"/>
      </w:pPr>
      <w:r>
        <w:t>چوائس فاسٹ از ناٹ بٹوین ال گڈ اور ال بیڈ۔</w:t>
      </w:r>
    </w:p>
    <w:p>
      <w:r>
        <w:rPr>
          <w:b/>
        </w:rPr>
        <w:t xml:space="preserve">[27:43] </w:t>
      </w:r>
      <w:r>
        <w:t>kin do ke darmiyan choice hai? lesser evil aur greater evil ke darmiyan.</w:t>
      </w:r>
    </w:p>
    <w:p>
      <w:pPr>
        <w:jc w:val="right"/>
      </w:pPr>
      <w:r>
        <w:t>کن دو کے درمیان چوائس ہے؟ لیسر ریویل اور گیٹر ریویل کے درمیان۔</w:t>
      </w:r>
    </w:p>
    <w:p>
      <w:r>
        <w:rPr>
          <w:b/>
        </w:rPr>
        <w:t xml:space="preserve">[27:49] </w:t>
      </w:r>
      <w:r>
        <w:t>yeh bohat bari hikmat hai, bohat bari wisdom hai jo second caliph mein batai.</w:t>
      </w:r>
    </w:p>
    <w:p>
      <w:pPr>
        <w:jc w:val="right"/>
      </w:pPr>
      <w:r>
        <w:t>یہ بہت بڑی حکمت ہے، بہت بڑی وزڈم ہے جو سیکنڈ کیلف میں بتائی۔</w:t>
      </w:r>
    </w:p>
    <w:p>
      <w:r>
        <w:rPr>
          <w:b/>
        </w:rPr>
        <w:t xml:space="preserve">[27:54] </w:t>
      </w:r>
      <w:r>
        <w:t>kyunke in ka in ka mind islam ne activate kar diya tha.</w:t>
      </w:r>
    </w:p>
    <w:p>
      <w:pPr>
        <w:jc w:val="right"/>
      </w:pPr>
      <w:r>
        <w:t>کیونکہ ان کا ان کا مائنڈ اسلام نے ایکٹیویٹ کر دیا تھا۔</w:t>
      </w:r>
    </w:p>
    <w:p>
      <w:r>
        <w:rPr>
          <w:b/>
        </w:rPr>
        <w:t xml:space="preserve">[27:59] </w:t>
      </w:r>
      <w:r>
        <w:t>in ke mind ki window islam ne khol diya tha.</w:t>
      </w:r>
    </w:p>
    <w:p>
      <w:pPr>
        <w:jc w:val="right"/>
      </w:pPr>
      <w:r>
        <w:t>ان کے مائنڈ کی ونڈو اسلام نے کھول دیا تھا۔</w:t>
      </w:r>
    </w:p>
    <w:p>
      <w:r>
        <w:rPr>
          <w:b/>
        </w:rPr>
        <w:t xml:space="preserve">[28:04] </w:t>
      </w:r>
      <w:r>
        <w:t>in ko reason, reason out ki taqat de di thi islam ne.</w:t>
      </w:r>
    </w:p>
    <w:p>
      <w:pPr>
        <w:jc w:val="right"/>
      </w:pPr>
      <w:r>
        <w:t>ان کو ریزن، ریزن آؤٹ کی طاقت دے دی تھی اسلام نے۔</w:t>
      </w:r>
    </w:p>
    <w:p>
      <w:r>
        <w:rPr>
          <w:b/>
        </w:rPr>
        <w:t xml:space="preserve">[28:09] </w:t>
      </w:r>
      <w:r>
        <w:t>in ka islam woh nahi tha jo aaj ka islam hai.</w:t>
      </w:r>
    </w:p>
    <w:p>
      <w:pPr>
        <w:jc w:val="right"/>
      </w:pPr>
      <w:r>
        <w:t>ان کا اسلام وہ نہیں تھا جو آج کا اسلام ہے۔</w:t>
      </w:r>
    </w:p>
    <w:p>
      <w:r>
        <w:rPr>
          <w:b/>
        </w:rPr>
        <w:t xml:space="preserve">[28:14] </w:t>
      </w:r>
      <w:r>
        <w:t>ke kuch rituals hain. hatim se kisi ne ek aadmi ki bari tareef ki, bara acha, bara acha, bara acha. to unhon ne kaha ke tum ne is ko se koi dealing ki hai? is se tumhari koi dealing is se hui hai? to unhon ne kaha nahi. to jante hain kya kaha unhon ne? hatim ne kaha ke phir tum ne is ko masjid mein uthte baithte dekha hoga. zara un ki wis</w:t>
      </w:r>
    </w:p>
    <w:p>
      <w:pPr>
        <w:jc w:val="right"/>
      </w:pPr>
      <w:r>
        <w:t>کہ کچھ ریچولز ہیں۔ حاتم سے کسی نے ایک آدمی کی بڑی تعریف کی، بڑا اچھا، بڑا اچھا، بڑا اچھا۔ تو انہوں نے کہا کہ تم نے اس کو سے کوئی ڈیلنگ کی ہے؟ اس سے تمہاری کوئی ڈیلنگ اس سے ہوئی ہے؟ تو انہوں نے کہا نہیں۔ تو جانتے ہیں کیا کہا انہوں نے؟ حاتم نے کہا کہ پھر تم نے اس کو مسجد میں اٹھتے بیٹھتے دیکھا ہوگا۔ ذرا ان کی وز</w:t>
      </w:r>
    </w:p>
    <w:p>
      <w:r>
        <w:rPr>
          <w:b/>
        </w:rPr>
        <w:t xml:space="preserve">[28:44] </w:t>
      </w:r>
      <w:r>
        <w:t>dom dekhiye, wisdom un ki. ke ek shakhs kisi aadmi ki tareef karta hai ke bara acha aadmi hai. to poochte kya hain woh? yeh nahi poochte ke kya takbeer-e-oola us ki faut nahi hui? kya hai panch waqt woh theek waqt par masjid mein aa jata hai? yeh yeh sab kuch nahi poocha unhon ne. unhon ne poocha kya is se tumhari koi dealing hui hai? koi muamla pesh aaya hai? kaha</w:t>
      </w:r>
    </w:p>
    <w:p>
      <w:pPr>
        <w:jc w:val="right"/>
      </w:pPr>
      <w:r>
        <w:t>ڈم دیکھیے، وزڈم ان کی۔ کہ ایک شخص کسی آدمی کی تعریف کرتا ہے کہ بڑا اچھا آدمی ہے۔ تو پوچھتے کیا ہیں وہ؟ یہ نہیں پوچھتے کہ کیا تکبیر اولیٰ اس کی فوت نہیں ہوئی؟ کیا ہے پانچ وقت وہ ٹھیک وقت پر مسجد میں آ جاتا ہے؟ یہ یہ سب کچھ نہیں پوچھا انہوں نے۔ انہوں نے پوچھا کیا اس سے تمہاری کوئی ڈیلنگ ہوئی ہے؟ کوئی معاملہ پیش آیا ہے؟ کہا</w:t>
      </w:r>
    </w:p>
    <w:p>
      <w:r>
        <w:rPr>
          <w:b/>
        </w:rPr>
        <w:t xml:space="preserve">[29:14] </w:t>
      </w:r>
      <w:r>
        <w:t>nahi.</w:t>
      </w:r>
    </w:p>
    <w:p>
      <w:pPr>
        <w:jc w:val="right"/>
      </w:pPr>
      <w:r>
        <w:t>نہیں۔</w:t>
      </w:r>
    </w:p>
    <w:p>
      <w:r>
        <w:rPr>
          <w:b/>
        </w:rPr>
        <w:t xml:space="preserve">[29:20] </w:t>
      </w:r>
      <w:r>
        <w:t>kaha kya tum ne kabhi is ke sath safar kiya hai? kaha nahi.</w:t>
      </w:r>
    </w:p>
    <w:p>
      <w:pPr>
        <w:jc w:val="right"/>
      </w:pPr>
      <w:r>
        <w:t>کہا کیا تم نے کبھی اس کے ساتھ سفر کیا ہے؟ کہا نہیں۔</w:t>
      </w:r>
    </w:p>
    <w:p>
      <w:r>
        <w:rPr>
          <w:b/>
        </w:rPr>
        <w:t xml:space="preserve">[29:26] </w:t>
      </w:r>
      <w:r>
        <w:t>kabhi tumhara is se koi difference hua hai? kaha nahi.</w:t>
      </w:r>
    </w:p>
    <w:p>
      <w:pPr>
        <w:jc w:val="right"/>
      </w:pPr>
      <w:r>
        <w:t>کبھی تمہارا اس سے کوئی ڈیفرنس ہوا ہے؟ کہا نہیں۔</w:t>
      </w:r>
    </w:p>
    <w:p>
      <w:r>
        <w:rPr>
          <w:b/>
        </w:rPr>
        <w:t xml:space="preserve">[29:32] </w:t>
      </w:r>
      <w:r>
        <w:t>to unhon ne kaha ke phir tum ne is ko masjid mein uthte baithte dekha hoga.</w:t>
      </w:r>
    </w:p>
    <w:p>
      <w:pPr>
        <w:jc w:val="right"/>
      </w:pPr>
      <w:r>
        <w:t>تو انہوں نے کہا کہ پھر تم نے اس کو مسجد میں اٹھتے بیٹھتے دیکھا ہوگا۔</w:t>
      </w:r>
    </w:p>
    <w:p>
      <w:r>
        <w:rPr>
          <w:b/>
        </w:rPr>
        <w:t xml:space="preserve">[29:38] </w:t>
      </w:r>
      <w:r>
        <w:t>matlab is ko woh islam nahi mila hai jo aadmi ke andar ek intellectual revolution lata hai. intellectual revolution. phir is</w:t>
      </w:r>
    </w:p>
    <w:p>
      <w:pPr>
        <w:jc w:val="right"/>
      </w:pPr>
      <w:r>
        <w:t>مطلب اس کو وہ اسلام نہیں ملا ہے جو آدمی کے اندر ایک انٹلیکچول ریولوشن لاتا ہے۔ انٹلیکچول ریولوشن۔ پھر اس</w:t>
      </w:r>
    </w:p>
    <w:p>
      <w:r>
        <w:rPr>
          <w:b/>
        </w:rPr>
        <w:t xml:space="preserve">[29:44] </w:t>
      </w:r>
      <w:r>
        <w:t>ke is ke liye is ki zindagi ko regulate karta hai, is ki zindagi ko control karta hai,</w:t>
      </w:r>
    </w:p>
    <w:p>
      <w:pPr>
        <w:jc w:val="right"/>
      </w:pPr>
      <w:r>
        <w:t>کے اس کے لیے اس کی زندگی کو ریگولیٹ کرتا ہے، اس کی زندگی کو کنٹرول کرتا ہے،</w:t>
      </w:r>
    </w:p>
    <w:p>
      <w:r>
        <w:rPr>
          <w:b/>
        </w:rPr>
        <w:t xml:space="preserve">[29:48] </w:t>
      </w:r>
      <w:r>
        <w:t>is ko wisdom deta hai, is ko art of management deta hai.</w:t>
      </w:r>
    </w:p>
    <w:p>
      <w:pPr>
        <w:jc w:val="right"/>
      </w:pPr>
      <w:r>
        <w:t>اس کو وزڈم دیتا ہے، اس کو آرٹ آف مینجمنٹ دیتا ہے۔</w:t>
      </w:r>
    </w:p>
    <w:p>
      <w:r>
        <w:rPr>
          <w:b/>
        </w:rPr>
        <w:t xml:space="preserve">[29:53] </w:t>
      </w:r>
      <w:r>
        <w:t>woh islam nahi mila.</w:t>
      </w:r>
    </w:p>
    <w:p>
      <w:pPr>
        <w:jc w:val="right"/>
      </w:pPr>
      <w:r>
        <w:t>وہ اسلام نہیں ملا۔</w:t>
      </w:r>
    </w:p>
    <w:p>
      <w:r>
        <w:rPr>
          <w:b/>
        </w:rPr>
        <w:t xml:space="preserve">[29:57] </w:t>
      </w:r>
      <w:r>
        <w:t>to yeh sab se bari musibat jo is zamane mein hai woh yeh hai ke musalmanon ne musalmanon</w:t>
      </w:r>
    </w:p>
    <w:p>
      <w:pPr>
        <w:jc w:val="right"/>
      </w:pPr>
      <w:r>
        <w:t>تو یہ سب سے بڑی مصیبت جو اس زمانے میں ہے وہ یہ ہے کہ مسلمانوں نے مسلمانوں</w:t>
      </w:r>
    </w:p>
    <w:p>
      <w:r>
        <w:rPr>
          <w:b/>
        </w:rPr>
        <w:t xml:space="preserve">[30:02] </w:t>
      </w:r>
      <w:r>
        <w:t>ke pas jo islam hai woh is ka reduced form hai.</w:t>
      </w:r>
    </w:p>
    <w:p>
      <w:pPr>
        <w:jc w:val="right"/>
      </w:pPr>
      <w:r>
        <w:t>کے پاس جو اسلام ہے وہ اس کا ریڈیوسڈ فارم ہے۔</w:t>
      </w:r>
    </w:p>
    <w:p>
      <w:r>
        <w:rPr>
          <w:b/>
        </w:rPr>
        <w:t xml:space="preserve">[30:06] </w:t>
      </w:r>
      <w:r>
        <w:t>reduced form ka matlab yeh hai ke set of rituals.</w:t>
      </w:r>
    </w:p>
    <w:p>
      <w:pPr>
        <w:jc w:val="right"/>
      </w:pPr>
      <w:r>
        <w:t>ریڈیوسڈ فارم کا مطلب یہ ہے کہ سیٹ آف ریچولز۔</w:t>
      </w:r>
    </w:p>
    <w:p>
      <w:r>
        <w:rPr>
          <w:b/>
        </w:rPr>
        <w:t xml:space="preserve">[30:11] </w:t>
      </w:r>
      <w:r>
        <w:t>set of rituals.</w:t>
      </w:r>
    </w:p>
    <w:p>
      <w:pPr>
        <w:jc w:val="right"/>
      </w:pPr>
      <w:r>
        <w:t>سیٹ آف ریچولز۔</w:t>
      </w:r>
    </w:p>
    <w:p>
      <w:r>
        <w:rPr>
          <w:b/>
        </w:rPr>
        <w:t xml:space="preserve">[30:15] </w:t>
      </w:r>
      <w:r>
        <w:t>mein america mein gaya to wahan ek sahib yahan se jama'atein jati hain, aap jante hain har jagah. to masjid mein ek sahib taqreer kar rahe the. to unhon ne kaha ke bhaiyon aap chahein to har cheez aap ke liye sawab ban jaye, yani reward har cheez milne lage aap ko. to misal di unhon ne ke jaise aap rozana car mein baithte hain. to aap jante hain ke aaj kal ke zamane mein log safar car par karte hain. america mein to</w:t>
      </w:r>
    </w:p>
    <w:p>
      <w:pPr>
        <w:jc w:val="right"/>
      </w:pPr>
      <w:r>
        <w:t>میں امریکہ میں گیا تو وہاں ایک صاحب یہاں سے جماعتیں جاتی ہیں، آپ جانتے ہیں ہر جگہ۔ تو مسجد میں ایک صاحب تقریر کر رہے تھے۔ تو انہوں نے کہا کہ بھائیوں آپ چاہیں تو ہر چیز آپ کے لیے ثواب بن جائے، یعنی ریوارڈ ہر چیز ملنے لگے آپ کو۔ تو مثال دی انہوں نے کہ جیسے آپ روزانہ کار میں بیٹھتے ہیں۔ تو آپ جانتے ہیں کہ آج کل کے زمانے میں لوگ سفر کار پر کرتے ہیں۔ امریکہ میں تو</w:t>
      </w:r>
    </w:p>
    <w:p>
      <w:r>
        <w:rPr>
          <w:b/>
        </w:rPr>
        <w:t xml:space="preserve">[30:45] </w:t>
      </w:r>
      <w:r>
        <w:t>zyadatar gariyon par chalte hain log.</w:t>
      </w:r>
    </w:p>
    <w:p>
      <w:pPr>
        <w:jc w:val="right"/>
      </w:pPr>
      <w:r>
        <w:t>زیادہ تر گاڑیوں پر چلتے ہیں لوگ۔</w:t>
      </w:r>
    </w:p>
    <w:p>
      <w:r>
        <w:rPr>
          <w:b/>
        </w:rPr>
        <w:t xml:space="preserve">[30:49] </w:t>
      </w:r>
      <w:r>
        <w:t>to unhon ne kaha ke jab aap apni car mein baithein, car mein jab andar dakhil hon to</w:t>
      </w:r>
    </w:p>
    <w:p>
      <w:pPr>
        <w:jc w:val="right"/>
      </w:pPr>
      <w:r>
        <w:t>تو انہوں نے کہا کہ جب آپ اپنی کار میں بیٹھیں، کار میں جب اندر داخل ہوں تو</w:t>
      </w:r>
    </w:p>
    <w:p>
      <w:r>
        <w:rPr>
          <w:b/>
        </w:rPr>
        <w:t xml:space="preserve">[30:54] </w:t>
      </w:r>
      <w:r>
        <w:t>pehlay dahna hath, dahna paon daliye gari ke andar.</w:t>
      </w:r>
    </w:p>
    <w:p>
      <w:pPr>
        <w:jc w:val="right"/>
      </w:pPr>
      <w:r>
        <w:t>پہلے داہنا ہاتھ، داہنا پاؤں ڈالیے گاڑی کے اندر۔</w:t>
      </w:r>
    </w:p>
    <w:p>
      <w:r>
        <w:rPr>
          <w:b/>
        </w:rPr>
        <w:t xml:space="preserve">[30:58] </w:t>
      </w:r>
      <w:r>
        <w:t>aur jab niklein to pehle bayen paon nikaliye.</w:t>
      </w:r>
    </w:p>
    <w:p>
      <w:pPr>
        <w:jc w:val="right"/>
      </w:pPr>
      <w:r>
        <w:t>اور جب نکلیں تو پہلے بائیں پاؤں نکالیے۔</w:t>
      </w:r>
    </w:p>
    <w:p>
      <w:r>
        <w:rPr>
          <w:b/>
        </w:rPr>
        <w:t xml:space="preserve">[31:02] </w:t>
      </w:r>
      <w:r>
        <w:t>to aap ka gari par baithna bhi sawab ban jayega.</w:t>
      </w:r>
    </w:p>
    <w:p>
      <w:pPr>
        <w:jc w:val="right"/>
      </w:pPr>
      <w:r>
        <w:t>تو آپ کا گاڑی پر بیٹھنا بھی ثواب بن جائے گا۔</w:t>
      </w:r>
    </w:p>
    <w:p>
      <w:r>
        <w:rPr>
          <w:b/>
        </w:rPr>
        <w:t xml:space="preserve">[31:07] </w:t>
      </w:r>
      <w:r>
        <w:t>is par bhi aap ko reward milega.</w:t>
      </w:r>
    </w:p>
    <w:p>
      <w:pPr>
        <w:jc w:val="right"/>
      </w:pPr>
      <w:r>
        <w:t>اس پر بھی آپ کو ریوارڈ ملے گا۔</w:t>
      </w:r>
    </w:p>
    <w:p>
      <w:r>
        <w:rPr>
          <w:b/>
        </w:rPr>
        <w:t xml:space="preserve">[31:11] </w:t>
      </w:r>
      <w:r>
        <w:t>to ek aadmi ne kaha yeh to bari musibat hai. kyunke ek</w:t>
      </w:r>
    </w:p>
    <w:p>
      <w:pPr>
        <w:jc w:val="right"/>
      </w:pPr>
      <w:r>
        <w:t>تو ایک آدمی نے کہا یہ تو بڑی مصیبت ہے۔ کیونکہ ایک</w:t>
      </w:r>
    </w:p>
    <w:p>
      <w:r>
        <w:rPr>
          <w:b/>
        </w:rPr>
        <w:t xml:space="preserve">[31:15] </w:t>
      </w:r>
      <w:r>
        <w:t>aadmi jo driving kar raha hai, farz kijiye. to jab woh baithega wahan to right jab yahan to left driving ka usool hai, wahan right ka usool hai. to aap india ke lehaz se aap sochiye ke aadmi baithta hai baein taraf se. nahi, dahein taraf se baithta hai. dahein taraf se jab baithega to asan yeh hai ke uska baein paon pehle dale. ab woh kahe ke</w:t>
      </w:r>
    </w:p>
    <w:p>
      <w:pPr>
        <w:jc w:val="right"/>
      </w:pPr>
      <w:r>
        <w:t>آدمی جو ڈرائیونگ کر رہا ہے، فرض کیجیے۔ تو جب وہ بیٹھے گا وہاں تو رائٹ جب یہاں تو لیفٹ ڈرائیونگ کا اصول ہے، وہاں رائٹ کا اصول ہے۔ تو آپ انڈیا کے لحاظ سے آپ سوچیے کہ آدمی بیٹھتا ہے بائیں طرف سے۔ نہیں، دائیں طرف سے بیٹھتا ہے۔ دائیں طرف سے جب بیٹھے گا تو آسان یہ ہے کہ اس کا بایاں پاؤں پہلے ڈالے۔ اب وہ کہے کہ</w:t>
      </w:r>
    </w:p>
    <w:p>
      <w:r>
        <w:rPr>
          <w:b/>
        </w:rPr>
        <w:t xml:space="preserve">[31:45] </w:t>
      </w:r>
      <w:r>
        <w:t>nahi tum dayen paon pehle dalo.</w:t>
      </w:r>
    </w:p>
    <w:p>
      <w:pPr>
        <w:jc w:val="right"/>
      </w:pPr>
      <w:r>
        <w:t>نہیں تم دائیں پاؤں پہلے ڈالو۔</w:t>
      </w:r>
    </w:p>
    <w:p>
      <w:r>
        <w:rPr>
          <w:b/>
        </w:rPr>
        <w:t xml:space="preserve">[31:50] </w:t>
      </w:r>
      <w:r>
        <w:t>ab kitni bari musibat hai yeh.</w:t>
      </w:r>
    </w:p>
    <w:p>
      <w:pPr>
        <w:jc w:val="right"/>
      </w:pPr>
      <w:r>
        <w:t>اب کتنی بڑی مصیبت ہے یہ۔</w:t>
      </w:r>
    </w:p>
    <w:p>
      <w:r>
        <w:rPr>
          <w:b/>
        </w:rPr>
        <w:t xml:space="preserve">[31:54] </w:t>
      </w:r>
      <w:r>
        <w:t>aur jab jo utarna hai is ko to woh kahengay pehle bayan paon nikalo.</w:t>
      </w:r>
    </w:p>
    <w:p>
      <w:pPr>
        <w:jc w:val="right"/>
      </w:pPr>
      <w:r>
        <w:t>اور جب جو اترنا ہے اس کو تو وہ کہیں گے پہلے بایاں پاؤں نکالو۔</w:t>
      </w:r>
    </w:p>
    <w:p>
      <w:r>
        <w:rPr>
          <w:b/>
        </w:rPr>
        <w:t xml:space="preserve">[31:58] </w:t>
      </w:r>
      <w:r>
        <w:t>aur is aasani hai is ko ke dayen nikal ke utar jaye.</w:t>
      </w:r>
    </w:p>
    <w:p>
      <w:pPr>
        <w:jc w:val="right"/>
      </w:pPr>
      <w:r>
        <w:t>اور اس آسانی ہے اس کو کہ دائیں نکال کے اتر جائے۔</w:t>
      </w:r>
    </w:p>
    <w:p>
      <w:r>
        <w:rPr>
          <w:b/>
        </w:rPr>
        <w:t xml:space="preserve">[32:03] </w:t>
      </w:r>
      <w:r>
        <w:t>to kitni bari musibat hai.</w:t>
      </w:r>
    </w:p>
    <w:p>
      <w:pPr>
        <w:jc w:val="right"/>
      </w:pPr>
      <w:r>
        <w:t>تو کتنی بڑی مصیبت ہے۔</w:t>
      </w:r>
    </w:p>
    <w:p>
      <w:r>
        <w:rPr>
          <w:b/>
        </w:rPr>
        <w:t xml:space="preserve">[32:07] </w:t>
      </w:r>
      <w:r>
        <w:t>to is ne kaha ke yeh kaun sa Islam hai is ko aql se koi talluq nahi.</w:t>
      </w:r>
    </w:p>
    <w:p>
      <w:pPr>
        <w:jc w:val="right"/>
      </w:pPr>
      <w:r>
        <w:t>تو اس نے کہا کہ یہ کون سا اسلام ہے اس کو عقل سے کوئی تعلق نہیں۔</w:t>
      </w:r>
    </w:p>
    <w:p>
      <w:r>
        <w:rPr>
          <w:b/>
        </w:rPr>
        <w:t xml:space="preserve">[32:12] </w:t>
      </w:r>
      <w:r>
        <w:t>اس نے بہت ridicule کیا اس بات کو کہ اسلام ایسی چیز کا عقل سے کوئی تعلق نہیں۔</w:t>
      </w:r>
    </w:p>
    <w:p>
      <w:pPr>
        <w:jc w:val="right"/>
      </w:pPr>
      <w:r>
        <w:t>اس نے بہت ریڈیکول کیا اس بات کو کہ اسلام ایسی چیز کا عقل سے کوئی تعلق نہیں۔</w:t>
      </w:r>
    </w:p>
    <w:p>
      <w:r>
        <w:rPr>
          <w:b/>
        </w:rPr>
        <w:t xml:space="preserve">[32:16] </w:t>
      </w:r>
      <w:r>
        <w:t>to jab islam reduced ho kar ke ek ek form ban jaye, ek set of rituals ban jaye tab yahi sab hota hai. to woh jo mein ne parha tha ke yahudi tradition mein ke jab khuda chheenta hai kisi se to aql hi pehle chheenta hai. is ke ma'ne aql chhin jati hai, aql ka istemal khatm ho jata hai. kyun? mazhab ko le lete hain reduced form is ka. mazhab ko apply</w:t>
      </w:r>
    </w:p>
    <w:p>
      <w:pPr>
        <w:jc w:val="right"/>
      </w:pPr>
      <w:r>
        <w:t>تو جب اسلام ریڈیوسڈ ہو کر کے ایک ایک فارم بن جائے، ایک سیٹ آف ریچولز بن جائے تب یہی سب ہوتا ہے۔ تو وہ جو میں نے پڑھا تھا کہ یہودی ٹریڈیشن میں کہ جب خدا چھینتا ہے کسی سے تو عقل ہی پہلے چھینتا ہے۔ اس کے معنی عقل چھن جاتی ہے، عقل کا استعمال ختم ہو جاتا ہے۔ کیوں؟ مذہب کو لے لیتے ہیں ریڈیوسڈ فارم اس کا۔ مذہب کو اپلائی</w:t>
      </w:r>
    </w:p>
    <w:p>
      <w:r>
        <w:rPr>
          <w:b/>
        </w:rPr>
        <w:t xml:space="preserve">[32:46] </w:t>
      </w:r>
      <w:r>
        <w:t>نہیں کرتے عقل پر، apply نہیں کرتے reason پر۔</w:t>
      </w:r>
    </w:p>
    <w:p>
      <w:pPr>
        <w:jc w:val="right"/>
      </w:pPr>
      <w:r>
        <w:t>نہیں کرتے عقل پر، اپلائی نہیں کرتے ریزن پر۔</w:t>
      </w:r>
    </w:p>
    <w:p>
      <w:r>
        <w:rPr>
          <w:b/>
        </w:rPr>
        <w:t xml:space="preserve">[32:51] </w:t>
      </w:r>
      <w:r>
        <w:t>wohi aaj musalmanon ka haal hai.</w:t>
      </w:r>
    </w:p>
    <w:p>
      <w:pPr>
        <w:jc w:val="right"/>
      </w:pPr>
      <w:r>
        <w:t>وہی آج مسلمانوں کا حال ہے۔</w:t>
      </w:r>
    </w:p>
    <w:p>
      <w:r>
        <w:rPr>
          <w:b/>
        </w:rPr>
        <w:t xml:space="preserve">[32:57] </w:t>
      </w:r>
      <w:r>
        <w:t>jitnay jalsay hain, jitnay musalmanon ke akhbarat hain, jitnay magazine hain sab mein mujhe bilkul be aqli ki</w:t>
      </w:r>
    </w:p>
    <w:p>
      <w:pPr>
        <w:jc w:val="right"/>
      </w:pPr>
      <w:r>
        <w:t>جتنے جلسے ہیں، جتنے مسلمانوں کے اخبارات ہیں، جتنے میگزین ہیں سب میں مجھے بالکل بے عقلی کی</w:t>
      </w:r>
    </w:p>
    <w:p>
      <w:r>
        <w:rPr>
          <w:b/>
        </w:rPr>
        <w:t xml:space="preserve">[33:02] </w:t>
      </w:r>
      <w:r>
        <w:t>baten dikhai parti hain.</w:t>
      </w:r>
    </w:p>
    <w:p>
      <w:pPr>
        <w:jc w:val="right"/>
      </w:pPr>
      <w:r>
        <w:t>باتیں دکھائی پڑتی ہیں۔</w:t>
      </w:r>
    </w:p>
    <w:p>
      <w:r>
        <w:rPr>
          <w:b/>
        </w:rPr>
        <w:t xml:space="preserve">[33:07] </w:t>
      </w:r>
      <w:r>
        <w:t>sab be aqli ki baten hain.</w:t>
      </w:r>
    </w:p>
    <w:p>
      <w:pPr>
        <w:jc w:val="right"/>
      </w:pPr>
      <w:r>
        <w:t>سب بے عقلی کی باتیں ہیں۔</w:t>
      </w:r>
    </w:p>
    <w:p>
      <w:r>
        <w:rPr>
          <w:b/>
        </w:rPr>
        <w:t xml:space="preserve">[33:12] </w:t>
      </w:r>
      <w:r>
        <w:t>misalan dekhiye har aadmi America ki burai karta hai.</w:t>
      </w:r>
    </w:p>
    <w:p>
      <w:pPr>
        <w:jc w:val="right"/>
      </w:pPr>
      <w:r>
        <w:t>مثلاً دیکھیے ہر آدمی امریکہ کی برائی کرتا ہے۔</w:t>
      </w:r>
    </w:p>
    <w:p>
      <w:r>
        <w:rPr>
          <w:b/>
        </w:rPr>
        <w:t xml:space="preserve">[33:18] </w:t>
      </w:r>
      <w:r>
        <w:t>har aadmi america ki burai karta hai. mujhe to koi aadmi nahi mila jo america ki burai na karta ho. lekin wohi aadmi apne bete ko, apne damad ko america mein settle kiya hua hai. fakhr se kehta hai ke mein mera beta wahan rehta hai aur mein abhi ek mahina wahan guzar kar aya hoon. ab yeh kya hai? is ke ma'ne yeh hain ke aap aql ko aap ne istemal nahi kiya. to aap kya samajhte hain ke america islam ka dushman hai</w:t>
      </w:r>
    </w:p>
    <w:p>
      <w:pPr>
        <w:jc w:val="right"/>
      </w:pPr>
      <w:r>
        <w:t>ہر آدمی امریکہ کی برائی کرتا ہے۔ مجھے تو کوئی آدمی نہیں ملا جو امریکہ کی برائی نہ کرتا ہو۔ لیکن وہی آدمی اپنے بیٹے کو، اپنے داماد کو امریکہ میں سیٹل کیا ہوا ہے۔ فخر سے کہتا ہے کہ میں میرا بیٹا وہاں رہتا ہے اور میں ابھی ایک مہینہ وہاں گزار کر آیا ہوں۔ اب یہ کیا ہے؟ اس کے معنی یہ ہیں کہ آپ عقل کو آپ نے استعمال نہیں کیا۔ تو آپ کیا سمجھتے ہیں کہ امریکہ اسلام کا دشمن ہے</w:t>
      </w:r>
    </w:p>
    <w:p>
      <w:r>
        <w:rPr>
          <w:b/>
        </w:rPr>
        <w:t xml:space="preserve">[33:48] </w:t>
      </w:r>
      <w:r>
        <w:t>kyunke aap ne aql ko istemal nahi kiya.</w:t>
      </w:r>
    </w:p>
    <w:p>
      <w:pPr>
        <w:jc w:val="right"/>
      </w:pPr>
      <w:r>
        <w:t>؟ کیونکہ آپ نے عقل کو استعمال نہیں کیا۔</w:t>
      </w:r>
    </w:p>
    <w:p>
      <w:r>
        <w:rPr>
          <w:b/>
        </w:rPr>
        <w:t xml:space="preserve">[33:52] </w:t>
      </w:r>
      <w:r>
        <w:t>bas jazbati taur par dekha ke America jo hai Israel ki, ke woh Israel ka woh madad karta</w:t>
      </w:r>
    </w:p>
    <w:p>
      <w:pPr>
        <w:jc w:val="right"/>
      </w:pPr>
      <w:r>
        <w:t>بس جذباتی طور پر دیکھا کہ امریکہ جو ہے اسرائیل کی، کہ وہ اسرائیل کا وہ مدد کرتا</w:t>
      </w:r>
    </w:p>
    <w:p>
      <w:r>
        <w:rPr>
          <w:b/>
        </w:rPr>
        <w:t xml:space="preserve">[33:56] </w:t>
      </w:r>
      <w:r>
        <w:t>hai, us ki help karta hai.</w:t>
      </w:r>
    </w:p>
    <w:p>
      <w:pPr>
        <w:jc w:val="right"/>
      </w:pPr>
      <w:r>
        <w:t>ہے، اس کی ہیلپ کرتا ہے۔</w:t>
      </w:r>
    </w:p>
    <w:p>
      <w:r>
        <w:rPr>
          <w:b/>
        </w:rPr>
        <w:t xml:space="preserve">[34:01] </w:t>
      </w:r>
      <w:r>
        <w:t>to dushman ban gaya woh.</w:t>
      </w:r>
    </w:p>
    <w:p>
      <w:pPr>
        <w:jc w:val="right"/>
      </w:pPr>
      <w:r>
        <w:t>تو دشمن بن گیا وہ۔</w:t>
      </w:r>
    </w:p>
    <w:p>
      <w:r>
        <w:rPr>
          <w:b/>
        </w:rPr>
        <w:t xml:space="preserve">[34:05] </w:t>
      </w:r>
      <w:r>
        <w:t>agar aap aql ko istemal karte to aap ko maloom hota ke America yani sari dunya ka ek</w:t>
      </w:r>
    </w:p>
    <w:p>
      <w:pPr>
        <w:jc w:val="right"/>
      </w:pPr>
      <w:r>
        <w:t>اگر آپ عقل کو استعمال کرتے تو آپ کو معلوم ہوتا کہ امریکہ یعنی ساری دنیا کا ایک</w:t>
      </w:r>
    </w:p>
    <w:p>
      <w:r>
        <w:rPr>
          <w:b/>
        </w:rPr>
        <w:t xml:space="preserve">[34:09] </w:t>
      </w:r>
      <w:r>
        <w:t>hi usool hai.</w:t>
      </w:r>
    </w:p>
    <w:p>
      <w:pPr>
        <w:jc w:val="right"/>
      </w:pPr>
      <w:r>
        <w:t>ہی اصول ہے۔</w:t>
      </w:r>
    </w:p>
    <w:p>
      <w:r>
        <w:rPr>
          <w:b/>
        </w:rPr>
        <w:t xml:space="preserve">[34:14] </w:t>
      </w:r>
      <w:r>
        <w:t>woh hai interest based. America mein</w:t>
      </w:r>
    </w:p>
    <w:p>
      <w:pPr>
        <w:jc w:val="right"/>
      </w:pPr>
      <w:r>
        <w:t>وہ ہے انٹرسٹ بیسڈ۔ امریکہ میں</w:t>
      </w:r>
    </w:p>
    <w:p>
      <w:r>
        <w:rPr>
          <w:b/>
        </w:rPr>
        <w:t xml:space="preserve">[34:18] </w:t>
      </w:r>
      <w:r>
        <w:t>formula hota hai ke the business of america is business. to yeh sab business matlab material interest ki baat hai. is ka interest material tha israel se to us ko bhi help kiya us ne. pakistan se pakistan ki bhi help kiya us ne. to dekhein pakistan to muslim mulk hai. is ka bhi madad kar raha hai, israel ki madad kar raha hai. kyun? dono jagah is ka interest juda hua hai. bas saudi arab ki madad kar raha hai woh america.</w:t>
      </w:r>
    </w:p>
    <w:p>
      <w:pPr>
        <w:jc w:val="right"/>
      </w:pPr>
      <w:r>
        <w:t>فارمولا ہوتا ہے کہ دا بزنس آف امریکہ از بزنس۔ تو یہ سب بزنس مطلب مٹیریل انٹرسٹ کی بات ہے۔ اس کا انٹرسٹ مٹیریل تھا اسرائیل سے تو اس کو بھی ہیلپ کیا اس نے۔ پاکستان سے پاکستان کی بھی ہیلپ کیا اس نے۔ تو دیکھیں پاکستان تو مسلم ملک ہے۔ اس کا بھی مدد کر رہا ہے، اسرائیل کی مدد کر رہا ہے۔ کیوں؟ دونوں جگہ اس کا انٹرسٹ جڑا ہوا ہے۔ بس سعودی عرب کی مدد کر رہا ہے وہ امریکہ۔</w:t>
      </w:r>
    </w:p>
    <w:p>
      <w:r>
        <w:rPr>
          <w:b/>
        </w:rPr>
        <w:t xml:space="preserve">[34:48] </w:t>
      </w:r>
      <w:r>
        <w:t>kyun? is se juda hua hai.</w:t>
      </w:r>
    </w:p>
    <w:p>
      <w:pPr>
        <w:jc w:val="right"/>
      </w:pPr>
      <w:r>
        <w:t>کیوں؟ اس سے جڑا ہوا ہے۔</w:t>
      </w:r>
    </w:p>
    <w:p>
      <w:r>
        <w:rPr>
          <w:b/>
        </w:rPr>
        <w:t xml:space="preserve">[34:52] </w:t>
      </w:r>
      <w:r>
        <w:t>تو اگر آپ reason out کر لیں اس بات کو تو کیا ہوگا؟ آپ کو hypocrite نہیں بننا پڑے گا۔</w:t>
      </w:r>
    </w:p>
    <w:p>
      <w:pPr>
        <w:jc w:val="right"/>
      </w:pPr>
      <w:r>
        <w:t>تو اگر آپ ریزن آؤٹ کر لیں اس بات کو تو کیا ہوگا؟ آپ کو ہپوکریٹ نہیں بننا پڑے گا۔</w:t>
      </w:r>
    </w:p>
    <w:p>
      <w:r>
        <w:rPr>
          <w:b/>
        </w:rPr>
        <w:t xml:space="preserve">[34:55] </w:t>
      </w:r>
      <w:r>
        <w:t>abhi kya karte hain log? America ko kehte hain ke Islam dushman hai woh.</w:t>
      </w:r>
    </w:p>
    <w:p>
      <w:pPr>
        <w:jc w:val="right"/>
      </w:pPr>
      <w:r>
        <w:t>ابھی کیا کرتے ہیں لوگ؟ امریکہ کو کہتے ہیں کہ اسلام دشمن ہے وہ۔</w:t>
      </w:r>
    </w:p>
    <w:p>
      <w:r>
        <w:rPr>
          <w:b/>
        </w:rPr>
        <w:t xml:space="preserve">[34:59] </w:t>
      </w:r>
      <w:r>
        <w:t>aur phir wohi ja kar apne bete ko, apne damad ko rakhte hain.</w:t>
      </w:r>
    </w:p>
    <w:p>
      <w:pPr>
        <w:jc w:val="right"/>
      </w:pPr>
      <w:r>
        <w:t>اور پھر وہی جا کر اپنے بیٹے کو، اپنے داماد کو رکھتے ہیں۔</w:t>
      </w:r>
    </w:p>
    <w:p>
      <w:r>
        <w:rPr>
          <w:b/>
        </w:rPr>
        <w:t xml:space="preserve">[35:03] </w:t>
      </w:r>
      <w:r>
        <w:t>yeh to haram hai.</w:t>
      </w:r>
    </w:p>
    <w:p>
      <w:pPr>
        <w:jc w:val="right"/>
      </w:pPr>
      <w:r>
        <w:t>یہ تو حرام ہے۔</w:t>
      </w:r>
    </w:p>
    <w:p>
      <w:r>
        <w:rPr>
          <w:b/>
        </w:rPr>
        <w:t xml:space="preserve">[35:07] </w:t>
      </w:r>
      <w:r>
        <w:t>agar woh dushman hai to aap ko wahan ja kar rehna hai, wahan kamana yeh to haram hai</w:t>
      </w:r>
    </w:p>
    <w:p>
      <w:pPr>
        <w:jc w:val="right"/>
      </w:pPr>
      <w:r>
        <w:t>اگر وہ دشمن ہے تو آپ کو وہاں جا کر رہنا ہے، وہاں کمانا یہ تو حرام ہے</w:t>
      </w:r>
    </w:p>
    <w:p>
      <w:r>
        <w:rPr>
          <w:b/>
        </w:rPr>
        <w:t xml:space="preserve">[35:10] </w:t>
      </w:r>
      <w:r>
        <w:t>aap ke liye.</w:t>
      </w:r>
    </w:p>
    <w:p>
      <w:pPr>
        <w:jc w:val="right"/>
      </w:pPr>
      <w:r>
        <w:t>آپ کے لیے۔</w:t>
      </w:r>
    </w:p>
    <w:p>
      <w:r>
        <w:rPr>
          <w:b/>
        </w:rPr>
        <w:t xml:space="preserve">[35:14] </w:t>
      </w:r>
      <w:r>
        <w:t>lekin ek haram kaam ko</w:t>
      </w:r>
    </w:p>
    <w:p>
      <w:pPr>
        <w:jc w:val="right"/>
      </w:pPr>
      <w:r>
        <w:t>لیکن ایک حرام کام کو</w:t>
      </w:r>
    </w:p>
    <w:p>
      <w:r>
        <w:rPr>
          <w:b/>
        </w:rPr>
        <w:t xml:space="preserve">[35:18] </w:t>
      </w:r>
      <w:r>
        <w:t>wahan par jaiz kar lete hain. kyun? munafiqat ke zariye se, hypocrisy ke zariye se. to agar aap reason out na kar saken to aap ko munafiq banna padta hai. kyunke america ki jo policy hai mein ne is ko reason out kar liya ke is ka interest hai america ka pakistan se to us ki bhi help kar raha hai woh. israel se hai to us ki bhi help kar raha hai. saudi arab se hai to us ki bhi help kar raha hai. iraq se gussa ho gaya to bombardment kar diya. woh sab us</w:t>
      </w:r>
    </w:p>
    <w:p>
      <w:pPr>
        <w:jc w:val="right"/>
      </w:pPr>
      <w:r>
        <w:t>وہاں پر جائز کر لیتے ہیں۔ کیوں؟ منافقت کے ذریعے سے، ہپوکریسی کے ذریعے سے۔ تو اگر آپ ریزن آؤٹ نہ کر سکیں تو آپ کو منافق بننا پڑتا ہے۔ کیونکہ امریکہ کی جو پالیسی ہے میں نے اس کو ریزن آؤٹ کر لیا کہ اس کا انٹرسٹ ہے امریکہ کا پاکستان سے تو اس کی بھی ہیلپ کر رہا ہے وہ۔ اسرائیل سے ہے تو اس کی بھی ہیلپ کر رہا ہے۔ سعودی عرب سے ہے تو اس کی بھی ہیلپ کر رہا ہے۔ عراق سے غصہ ہو گیا تو بمبارمنٹ کر دیا۔ وہ سب اس</w:t>
      </w:r>
    </w:p>
    <w:p>
      <w:r>
        <w:rPr>
          <w:b/>
        </w:rPr>
        <w:t xml:space="preserve">[35:48] </w:t>
      </w:r>
      <w:r>
        <w:t>ka apna interest tha.</w:t>
      </w:r>
    </w:p>
    <w:p>
      <w:pPr>
        <w:jc w:val="right"/>
      </w:pPr>
      <w:r>
        <w:t>کا اپنا انٹرسٹ تھا۔</w:t>
      </w:r>
    </w:p>
    <w:p>
      <w:r>
        <w:rPr>
          <w:b/>
        </w:rPr>
        <w:t xml:space="preserve">[35:51] </w:t>
      </w:r>
      <w:r>
        <w:t>yani bombardment bhi apne interest bhi kiya is ne.</w:t>
      </w:r>
    </w:p>
    <w:p>
      <w:pPr>
        <w:jc w:val="right"/>
      </w:pPr>
      <w:r>
        <w:t>یعنی بمبارمنٹ بھی اپنے انٹرسٹ بھی کیا اس نے۔</w:t>
      </w:r>
    </w:p>
    <w:p>
      <w:r>
        <w:rPr>
          <w:b/>
        </w:rPr>
        <w:t xml:space="preserve">[35:55] </w:t>
      </w:r>
      <w:r>
        <w:t>wo favour de raha tha ab bhi apne interest bhi de raha hai.</w:t>
      </w:r>
    </w:p>
    <w:p>
      <w:pPr>
        <w:jc w:val="right"/>
      </w:pPr>
      <w:r>
        <w:t>وہ فیور دے رہا تھا اب بھی اپنے انٹرسٹ بھی دے رہا ہے۔</w:t>
      </w:r>
    </w:p>
    <w:p>
      <w:r>
        <w:rPr>
          <w:b/>
        </w:rPr>
        <w:t xml:space="preserve">[35:58] </w:t>
      </w:r>
      <w:r>
        <w:t>saudi arab ko ya pakistan ko.</w:t>
      </w:r>
    </w:p>
    <w:p>
      <w:pPr>
        <w:jc w:val="right"/>
      </w:pPr>
      <w:r>
        <w:t>سعودی عرب کو یا پاکستان کو۔</w:t>
      </w:r>
    </w:p>
    <w:p>
      <w:r>
        <w:rPr>
          <w:b/>
        </w:rPr>
        <w:t xml:space="preserve">[36:01] </w:t>
      </w:r>
      <w:r>
        <w:t>is mein koi talluq is ka islam dushmani se nahi hai.</w:t>
      </w:r>
    </w:p>
    <w:p>
      <w:pPr>
        <w:jc w:val="right"/>
      </w:pPr>
      <w:r>
        <w:t>اس میں کوئی تعلق اس کا اسلام دشمنی سے نہیں ہے۔</w:t>
      </w:r>
    </w:p>
    <w:p>
      <w:r>
        <w:rPr>
          <w:b/>
        </w:rPr>
        <w:t xml:space="preserve">[36:05] </w:t>
      </w:r>
      <w:r>
        <w:t>yani yeh bilkul hi absurd baat hai yeh kehna ke America aduvul Islam raqam wahid.</w:t>
      </w:r>
    </w:p>
    <w:p>
      <w:pPr>
        <w:jc w:val="right"/>
      </w:pPr>
      <w:r>
        <w:t>یعنی یہ بالکل ہی ایبسرٹ بات ہے یہ کہنا کہ امریکہ عدو الاسلام رقم واحد۔</w:t>
      </w:r>
    </w:p>
    <w:p>
      <w:r>
        <w:rPr>
          <w:b/>
        </w:rPr>
        <w:t xml:space="preserve">[36:08] </w:t>
      </w:r>
      <w:r>
        <w:t>yeh arab log kehte hain.</w:t>
      </w:r>
    </w:p>
    <w:p>
      <w:pPr>
        <w:jc w:val="right"/>
      </w:pPr>
      <w:r>
        <w:t>یہ عرب لوگ کہتے ہیں۔</w:t>
      </w:r>
    </w:p>
    <w:p>
      <w:r>
        <w:rPr>
          <w:b/>
        </w:rPr>
        <w:t xml:space="preserve">[36:11] </w:t>
      </w:r>
      <w:r>
        <w:t>یعنی امریکہ is enemy number one of Islam.</w:t>
      </w:r>
    </w:p>
    <w:p>
      <w:pPr>
        <w:jc w:val="right"/>
      </w:pPr>
      <w:r>
        <w:t>یعنی امریکہ از اینمی نمبر ون آف اسلام۔</w:t>
      </w:r>
    </w:p>
    <w:p>
      <w:r>
        <w:rPr>
          <w:b/>
        </w:rPr>
        <w:t xml:space="preserve">[36:15] </w:t>
      </w:r>
      <w:r>
        <w:t>yeh bilkul absurd baat</w:t>
      </w:r>
    </w:p>
    <w:p>
      <w:pPr>
        <w:jc w:val="right"/>
      </w:pPr>
      <w:r>
        <w:t>یہ بالکل ایبسرٹ بات</w:t>
      </w:r>
    </w:p>
    <w:p>
      <w:r>
        <w:rPr>
          <w:b/>
        </w:rPr>
        <w:t xml:space="preserve">[36:18] </w:t>
      </w:r>
      <w:r>
        <w:t>hai.</w:t>
      </w:r>
    </w:p>
    <w:p>
      <w:pPr>
        <w:jc w:val="right"/>
      </w:pPr>
      <w:r>
        <w:t>ہے۔</w:t>
      </w:r>
    </w:p>
    <w:p>
      <w:r>
        <w:rPr>
          <w:b/>
        </w:rPr>
        <w:t xml:space="preserve">[36:23] </w:t>
      </w:r>
      <w:r>
        <w:t>تو آپ چونکہ reason out نہیں کر پاتے یعنی عقلی طور پر اس کو explain نہیں کر پاتے</w:t>
      </w:r>
    </w:p>
    <w:p>
      <w:pPr>
        <w:jc w:val="right"/>
      </w:pPr>
      <w:r>
        <w:t>تو آپ چونکہ ریزن آؤٹ نہیں کر پاتے یعنی عقلی طور پر اس کو ایکسپلین نہیں کر پاتے</w:t>
      </w:r>
    </w:p>
    <w:p>
      <w:r>
        <w:rPr>
          <w:b/>
        </w:rPr>
        <w:t xml:space="preserve">[36:29] </w:t>
      </w:r>
      <w:r>
        <w:t>ke kyun america ki policy yeh hai doosre countries mein.</w:t>
      </w:r>
    </w:p>
    <w:p>
      <w:pPr>
        <w:jc w:val="right"/>
      </w:pPr>
      <w:r>
        <w:t>کہ کیوں امریکہ کی پالیسی یہ ہے دوسرے کنٹریز میں۔</w:t>
      </w:r>
    </w:p>
    <w:p>
      <w:r>
        <w:rPr>
          <w:b/>
        </w:rPr>
        <w:t xml:space="preserve">[36:34] </w:t>
      </w:r>
      <w:r>
        <w:t>wo apne interest ke liye hai, apne business ko bachane ke liye hai.</w:t>
      </w:r>
    </w:p>
    <w:p>
      <w:pPr>
        <w:jc w:val="right"/>
      </w:pPr>
      <w:r>
        <w:t>وہ اپنے انٹرسٹ کے لیے ہے، اپنے بزنس کو بچانے کے لیے ہے۔</w:t>
      </w:r>
    </w:p>
    <w:p>
      <w:r>
        <w:rPr>
          <w:b/>
        </w:rPr>
        <w:t xml:space="preserve">[36:39] </w:t>
      </w:r>
      <w:r>
        <w:t>تو تو تو ایک ہی فارمولا ہے امریکہ کا وہ ہے the business of America is business.</w:t>
      </w:r>
    </w:p>
    <w:p>
      <w:pPr>
        <w:jc w:val="right"/>
      </w:pPr>
      <w:r>
        <w:t>تو تو تو ایک ہی فارمولا ہے امریکہ کا وہ ہے دا بزنس آف امریکہ از بزنس۔</w:t>
      </w:r>
    </w:p>
    <w:p>
      <w:r>
        <w:rPr>
          <w:b/>
        </w:rPr>
        <w:t xml:space="preserve">[36:44] </w:t>
      </w:r>
      <w:r>
        <w:t>isi ke tehat kahin yeh karta hai, kahin wo karta hai.</w:t>
      </w:r>
    </w:p>
    <w:p>
      <w:pPr>
        <w:jc w:val="right"/>
      </w:pPr>
      <w:r>
        <w:t>اسی کے تحت کہیں یہ کرتا ہے، کہیں وہ کرتا ہے۔</w:t>
      </w:r>
    </w:p>
    <w:p>
      <w:r>
        <w:rPr>
          <w:b/>
        </w:rPr>
        <w:t xml:space="preserve">[36:50] </w:t>
      </w:r>
      <w:r>
        <w:t>to jab aap reason out kar lein to phir is ko aap samjhenge ke bhai jaise sab log apne interest chalte hain, america bhi chalta hai interest par. to aap hypocrite bankar america mein nahi rahenge. to agar aap dekhein yeh bohat aham baat hai is ko samjhiye ke agar aap reason out na kar saken to kya hoga? hypocrite bankar rehna padega. isi india mein bhi ek hota hai. ek ek</w:t>
      </w:r>
    </w:p>
    <w:p>
      <w:pPr>
        <w:jc w:val="right"/>
      </w:pPr>
      <w:r>
        <w:t>تو جب آپ ریزن آؤٹ کر لیں تو پھر اس کو آپ سمجھیں گے کہ بھئی جیسے سب لوگ اپنے انٹرسٹ چلتے ہیں، امریکہ بھی چلتا ہے انٹرسٹ پر۔ تو آپ ہپوکریٹ بن کر امریکہ میں نہیں رہیں گے۔ تو اگر آپ دیکھیں یہ بہت اہم بات ہے اس کو سمجھیے کہ اگر آپ ریزن آؤٹ نہ کر سکیں تو کیا ہوگا؟ ہپوکریٹ بن کر رہنا پڑے گا۔ اسی انڈیا میں بھی ایک ہوتا ہے۔ ایک ایک</w:t>
      </w:r>
    </w:p>
    <w:p>
      <w:r>
        <w:rPr>
          <w:b/>
        </w:rPr>
        <w:t xml:space="preserve">[37:20] </w:t>
      </w:r>
      <w:r>
        <w:t>city mein, ek shehar mein communal riot hui hai.</w:t>
      </w:r>
    </w:p>
    <w:p>
      <w:pPr>
        <w:jc w:val="right"/>
      </w:pPr>
      <w:r>
        <w:t>سٹی میں، ایک شہر میں کمیونل رائٹ ہوئی ہے۔</w:t>
      </w:r>
    </w:p>
    <w:p>
      <w:r>
        <w:rPr>
          <w:b/>
        </w:rPr>
        <w:t xml:space="preserve">[37:24] </w:t>
      </w:r>
      <w:r>
        <w:t>mein wahan gaya tha riot se pehle wahan par zara kuch jab tanav tha, tension tha.</w:t>
      </w:r>
    </w:p>
    <w:p>
      <w:pPr>
        <w:jc w:val="right"/>
      </w:pPr>
      <w:r>
        <w:t>میں وہاں گیا تھا رائٹ سے پہلے وہاں پر ذرا کچھ جب تناؤ تھا، ٹینشن تھا۔</w:t>
      </w:r>
    </w:p>
    <w:p>
      <w:r>
        <w:rPr>
          <w:b/>
        </w:rPr>
        <w:t xml:space="preserve">[37:28] </w:t>
      </w:r>
      <w:r>
        <w:t>to maine kaha adjust kar lijiye, chhod diya yeh jhagda.</w:t>
      </w:r>
    </w:p>
    <w:p>
      <w:pPr>
        <w:jc w:val="right"/>
      </w:pPr>
      <w:r>
        <w:t>تو میں نے کہا ایڈجسٹ کر لیجیے، چھوڑ دیا یہ جھگڑا۔</w:t>
      </w:r>
    </w:p>
    <w:p>
      <w:r>
        <w:rPr>
          <w:b/>
        </w:rPr>
        <w:t xml:space="preserve">[37:32] </w:t>
      </w:r>
      <w:r>
        <w:t>to kaha adjust kaise kar lein? hamara yeh izzat ka sawal hai aur yani dignity ki baat hai.</w:t>
      </w:r>
    </w:p>
    <w:p>
      <w:pPr>
        <w:jc w:val="right"/>
      </w:pPr>
      <w:r>
        <w:t>تو کہا ایڈجسٹ کیسے کر لیں؟ ہمارا یہ عزت کا سوال ہے اور یعنی ڈیئرٹی کی بات ہے۔</w:t>
      </w:r>
    </w:p>
    <w:p>
      <w:r>
        <w:rPr>
          <w:b/>
        </w:rPr>
        <w:t xml:space="preserve">[37:37] </w:t>
      </w:r>
      <w:r>
        <w:t>humein islam ke jhanda ko bacha banaye rakhna hai.</w:t>
      </w:r>
    </w:p>
    <w:p>
      <w:pPr>
        <w:jc w:val="right"/>
      </w:pPr>
      <w:r>
        <w:t>ہمیں اسلام کے جھنڈا کو بچا بنائے رکھنا ہے۔</w:t>
      </w:r>
    </w:p>
    <w:p>
      <w:r>
        <w:rPr>
          <w:b/>
        </w:rPr>
        <w:t xml:space="preserve">[37:41] </w:t>
      </w:r>
      <w:r>
        <w:t>meri baat ko nahi maane wo.</w:t>
      </w:r>
    </w:p>
    <w:p>
      <w:pPr>
        <w:jc w:val="right"/>
      </w:pPr>
      <w:r>
        <w:t>میری بات کو نہیں مانے وہ۔</w:t>
      </w:r>
    </w:p>
    <w:p>
      <w:r>
        <w:rPr>
          <w:b/>
        </w:rPr>
        <w:t xml:space="preserve">[37:45] </w:t>
      </w:r>
      <w:r>
        <w:t>aakhir fasad hua</w:t>
      </w:r>
    </w:p>
    <w:p>
      <w:pPr>
        <w:jc w:val="right"/>
      </w:pPr>
      <w:r>
        <w:t>آخر فساد ہوا</w:t>
      </w:r>
    </w:p>
    <w:p>
      <w:r>
        <w:rPr>
          <w:b/>
        </w:rPr>
        <w:t xml:space="preserve">[37:50] </w:t>
      </w:r>
      <w:r>
        <w:t>, bohat bohat ziyada musalmanon ko nuqsan hua.</w:t>
      </w:r>
    </w:p>
    <w:p>
      <w:pPr>
        <w:jc w:val="right"/>
      </w:pPr>
      <w:r>
        <w:t>، بہت بہت زیادہ مسلمانوں کو نقصان ہوا۔</w:t>
      </w:r>
    </w:p>
    <w:p>
      <w:r>
        <w:rPr>
          <w:b/>
        </w:rPr>
        <w:t xml:space="preserve">[37:54] </w:t>
      </w:r>
      <w:r>
        <w:t>ab isi shehar mein log khoob theek se reh rahe hain.</w:t>
      </w:r>
    </w:p>
    <w:p>
      <w:pPr>
        <w:jc w:val="right"/>
      </w:pPr>
      <w:r>
        <w:t>اب اسی شہر میں لوگ خوب ٹھیک سے رہ رہے ہیں۔</w:t>
      </w:r>
    </w:p>
    <w:p>
      <w:r>
        <w:rPr>
          <w:b/>
        </w:rPr>
        <w:t xml:space="preserve">[37:58] </w:t>
      </w:r>
      <w:r>
        <w:t>mein un se kehta hoon ke aakhir pehle agar aap ne aisa kiya hota to nuqsan uthaye baghair</w:t>
      </w:r>
    </w:p>
    <w:p>
      <w:pPr>
        <w:jc w:val="right"/>
      </w:pPr>
      <w:r>
        <w:t>میں ان سے کہتا ہوں کہ آخر پہلے اگر آپ نے ایسا کیا ہوتا تو نقصان اٹھائے بغیر</w:t>
      </w:r>
    </w:p>
    <w:p>
      <w:r>
        <w:rPr>
          <w:b/>
        </w:rPr>
        <w:t xml:space="preserve">[38:03] </w:t>
      </w:r>
      <w:r>
        <w:t>hi aap aaram se rehte hain yahan par.</w:t>
      </w:r>
    </w:p>
    <w:p>
      <w:pPr>
        <w:jc w:val="right"/>
      </w:pPr>
      <w:r>
        <w:t>ہی آپ آرام سے رہتے ہیں یہاں پر۔</w:t>
      </w:r>
    </w:p>
    <w:p>
      <w:r>
        <w:rPr>
          <w:b/>
        </w:rPr>
        <w:t xml:space="preserve">[38:07] </w:t>
      </w:r>
      <w:r>
        <w:t>to jab as a principle unhein adjust karna tha tab adjust nahi kiya unhone.</w:t>
      </w:r>
    </w:p>
    <w:p>
      <w:pPr>
        <w:jc w:val="right"/>
      </w:pPr>
      <w:r>
        <w:t>تو جب ایز اے پرنسپل انہیں ایڈجسٹ کرنا تھا تب ایڈجسٹ نہیں کیا انہوں نے۔</w:t>
      </w:r>
    </w:p>
    <w:p>
      <w:r>
        <w:rPr>
          <w:b/>
        </w:rPr>
        <w:t xml:space="preserve">[38:12] </w:t>
      </w:r>
      <w:r>
        <w:t>ab as a matter of interest adjust karna pada unhein to ab ab wo hypocrite bankar adjust</w:t>
      </w:r>
    </w:p>
    <w:p>
      <w:pPr>
        <w:jc w:val="right"/>
      </w:pPr>
      <w:r>
        <w:t>اب ایز اے میٹر آف انٹرسٹ ایڈجسٹ کرنا پڑا انہیں تو اب اب وہ ہپوکریٹ بن کر ایڈجسٹ</w:t>
      </w:r>
    </w:p>
    <w:p>
      <w:r>
        <w:rPr>
          <w:b/>
        </w:rPr>
        <w:t xml:space="preserve">[38:16] </w:t>
      </w:r>
      <w:r>
        <w:t>kiye hue hain.</w:t>
      </w:r>
    </w:p>
    <w:p>
      <w:pPr>
        <w:jc w:val="right"/>
      </w:pPr>
      <w:r>
        <w:t>کیے ہوئے ہیں۔</w:t>
      </w:r>
    </w:p>
    <w:p>
      <w:r>
        <w:rPr>
          <w:b/>
        </w:rPr>
        <w:t xml:space="preserve">[38:21] </w:t>
      </w:r>
      <w:r>
        <w:t>to yaad rakhiye yeh duniya jo hai yahan par adjustment hi chalta hai.</w:t>
      </w:r>
    </w:p>
    <w:p>
      <w:pPr>
        <w:jc w:val="right"/>
      </w:pPr>
      <w:r>
        <w:t>تو یاد رکھیے یہ دنیا جو ہے یہاں پر ایڈجسٹمنٹ ہی چلتا ہے۔</w:t>
      </w:r>
    </w:p>
    <w:p>
      <w:r>
        <w:rPr>
          <w:b/>
        </w:rPr>
        <w:t xml:space="preserve">[38:26] </w:t>
      </w:r>
      <w:r>
        <w:t>Adjustment is the only principle of life.</w:t>
      </w:r>
    </w:p>
    <w:p>
      <w:pPr>
        <w:jc w:val="right"/>
      </w:pPr>
      <w:r>
        <w:t>ایڈجسٹمنٹ از دا اونلی پرنسپل آف لائف۔</w:t>
      </w:r>
    </w:p>
    <w:p>
      <w:r>
        <w:rPr>
          <w:b/>
        </w:rPr>
        <w:t xml:space="preserve">[38:31] </w:t>
      </w:r>
      <w:r>
        <w:t>agar aap as a principal adjust nahi karengay to kya hoga? aap ko hypocrite ban kar ke</w:t>
      </w:r>
    </w:p>
    <w:p>
      <w:pPr>
        <w:jc w:val="right"/>
      </w:pPr>
      <w:r>
        <w:t>اگر آپ ایز اے پرنسپل ایڈجسٹ نہیں کریں گے تو کیا ہوگا؟ آپ کو ہپوکریٹ بن کر کے</w:t>
      </w:r>
    </w:p>
    <w:p>
      <w:r>
        <w:rPr>
          <w:b/>
        </w:rPr>
        <w:t xml:space="preserve">[38:36] </w:t>
      </w:r>
      <w:r>
        <w:t>adjust karna parega.</w:t>
      </w:r>
    </w:p>
    <w:p>
      <w:pPr>
        <w:jc w:val="right"/>
      </w:pPr>
      <w:r>
        <w:t>ایڈجسٹ کرنا پڑے گا۔</w:t>
      </w:r>
    </w:p>
    <w:p>
      <w:r>
        <w:rPr>
          <w:b/>
        </w:rPr>
        <w:t xml:space="preserve">[38:41] </w:t>
      </w:r>
      <w:r>
        <w:t>munafiq ban kar ke aap ko adjust karna parega.</w:t>
      </w:r>
    </w:p>
    <w:p>
      <w:pPr>
        <w:jc w:val="right"/>
      </w:pPr>
      <w:r>
        <w:t>منافق بن کر کے آپ کو ایڈجسٹ کرنا پڑے گا۔</w:t>
      </w:r>
    </w:p>
    <w:p>
      <w:r>
        <w:rPr>
          <w:b/>
        </w:rPr>
        <w:t xml:space="preserve">[38:46] </w:t>
      </w:r>
      <w:r>
        <w:t>yahi case aaj kal saaray logon ka hai.</w:t>
      </w:r>
    </w:p>
    <w:p>
      <w:pPr>
        <w:jc w:val="right"/>
      </w:pPr>
      <w:r>
        <w:t>یہی کیس آج کل سارے لوگوں کا ہے۔</w:t>
      </w:r>
    </w:p>
    <w:p>
      <w:r>
        <w:rPr>
          <w:b/>
        </w:rPr>
        <w:t xml:space="preserve">[38:51] </w:t>
      </w:r>
      <w:r>
        <w:t>ke as a principal woh adjust nahi kar sake.</w:t>
      </w:r>
    </w:p>
    <w:p>
      <w:pPr>
        <w:jc w:val="right"/>
      </w:pPr>
      <w:r>
        <w:t>کہ ایز اے پرنسپل وہ ایڈجسٹ نہیں کر سکے۔</w:t>
      </w:r>
    </w:p>
    <w:p>
      <w:r>
        <w:rPr>
          <w:b/>
        </w:rPr>
        <w:t xml:space="preserve">[38:58] </w:t>
      </w:r>
      <w:r>
        <w:t>ab kya hai? isi hi jagah, isi hi maqam par woh hypocrite, hypocrite ban kar ke adjust kiye hue hain.</w:t>
      </w:r>
    </w:p>
    <w:p>
      <w:pPr>
        <w:jc w:val="right"/>
      </w:pPr>
      <w:r>
        <w:t>اب کیا ہے؟ اسی ہی جگہ، اسی ہی مقام پر وہ ہپوکریٹ، ہپوکریٹ بن کر کے ایڈجسٹ کیے ہوئے ہیں۔</w:t>
      </w:r>
    </w:p>
    <w:p>
      <w:r>
        <w:rPr>
          <w:b/>
        </w:rPr>
        <w:t xml:space="preserve">[39:06] </w:t>
      </w:r>
      <w:r>
        <w:t>kyun? hota kya hai? hota yeh hai ke jab aap ne adjust nahi kiya aur jhagda kiya aur</w:t>
      </w:r>
    </w:p>
    <w:p>
      <w:pPr>
        <w:jc w:val="right"/>
      </w:pPr>
      <w:r>
        <w:t>کیوں؟ ہوتا کیا ہے؟ ہوتا یہ ہے کہ جب آپ نے ایڈجسٹ نہیں کیا اور جھگڑا کیا اور</w:t>
      </w:r>
    </w:p>
    <w:p>
      <w:r>
        <w:rPr>
          <w:b/>
        </w:rPr>
        <w:t xml:space="preserve">[39:13] </w:t>
      </w:r>
      <w:r>
        <w:t>wahan par fasad hua, right</w:t>
      </w:r>
    </w:p>
    <w:p>
      <w:pPr>
        <w:jc w:val="right"/>
      </w:pPr>
      <w:r>
        <w:t>وہاں پر فساد ہوا، رائٹ</w:t>
      </w:r>
    </w:p>
    <w:p>
      <w:r>
        <w:rPr>
          <w:b/>
        </w:rPr>
        <w:t xml:space="preserve">[39:21] </w:t>
      </w:r>
      <w:r>
        <w:t>hua, bloodshed hua to saari economy shatter ho jati hai.</w:t>
      </w:r>
    </w:p>
    <w:p>
      <w:pPr>
        <w:jc w:val="right"/>
      </w:pPr>
      <w:r>
        <w:t>ہوا، بلڈ شیڈ ہوا تو ساری اکانومی شیٹر ہو جاتی ہے۔</w:t>
      </w:r>
    </w:p>
    <w:p>
      <w:r>
        <w:rPr>
          <w:b/>
        </w:rPr>
        <w:t xml:space="preserve">[39:27] </w:t>
      </w:r>
      <w:r>
        <w:t>phir aap ke bachon ki taleem kharab, bachon ki education kharab, aap ka business kharab.</w:t>
      </w:r>
    </w:p>
    <w:p>
      <w:pPr>
        <w:jc w:val="right"/>
      </w:pPr>
      <w:r>
        <w:t>پھر آپ کے بچوں کی تعلیم خراب، بچوں کی ایجوکیشن خراب، آپ کا بزنس خراب۔</w:t>
      </w:r>
    </w:p>
    <w:p>
      <w:r>
        <w:rPr>
          <w:b/>
        </w:rPr>
        <w:t xml:space="preserve">[39:33] </w:t>
      </w:r>
      <w:r>
        <w:t>saara maamla bigad jata hai.</w:t>
      </w:r>
    </w:p>
    <w:p>
      <w:pPr>
        <w:jc w:val="right"/>
      </w:pPr>
      <w:r>
        <w:t>سارا معاملہ بگڑ جاتا ہے۔</w:t>
      </w:r>
    </w:p>
    <w:p>
      <w:r>
        <w:rPr>
          <w:b/>
        </w:rPr>
        <w:t xml:space="preserve">[39:39] </w:t>
      </w:r>
      <w:r>
        <w:t>to phir aap kya karte hain? ke bhai yeh to bohat museebat hai, saara maamla bura chala ja raha hai.</w:t>
      </w:r>
    </w:p>
    <w:p>
      <w:pPr>
        <w:jc w:val="right"/>
      </w:pPr>
      <w:r>
        <w:t>تو پھر آپ کیا کرتے ہیں؟ کہ بھئی یہ تو بہت مصیبت ہے، سارا معاملہ برا چلا جا رہا ہے۔</w:t>
      </w:r>
    </w:p>
    <w:p>
      <w:r>
        <w:rPr>
          <w:b/>
        </w:rPr>
        <w:t xml:space="preserve">[39:45] </w:t>
      </w:r>
      <w:r>
        <w:t>to is waqt agar yeh karein ke hum pehle we were wrong, agar yeh keh dein ke hamari pehli policy</w:t>
      </w:r>
    </w:p>
    <w:p>
      <w:pPr>
        <w:jc w:val="right"/>
      </w:pPr>
      <w:r>
        <w:t>تو اس وقت اگر یہ کریں کہ ہم پہلے وی ویر رونگ، اگر یہ کہہ دیں کہ ہماری پچھلی پالیسی</w:t>
      </w:r>
    </w:p>
    <w:p>
      <w:r>
        <w:rPr>
          <w:b/>
        </w:rPr>
        <w:t xml:space="preserve">[39:51] </w:t>
      </w:r>
      <w:r>
        <w:t>galat thi tab bhi theek hai. yeh nahin kehte magar. yeh bhi nahin kehte ke pehli policy galat thi hamari. yeh kahe baghair adjust karne lagte hain. that is hypocrisy. hypocrisy ka matlab hai munafiqat. to yeh jab aql chhin jati hai to log cheezon ko reason, reason, reason out nahin kar paate. yaani aql se is ko explain nahin kar paate. yahi sab</w:t>
      </w:r>
    </w:p>
    <w:p>
      <w:pPr>
        <w:jc w:val="right"/>
      </w:pPr>
      <w:r>
        <w:t>غلط تھی تب بھی ٹھیک ہے۔ یہ نہیں کہتے مگر۔ یہ بھی نہیں کہتے کہ پچھلی پالیسی غلط تھی ہماری۔ یہ کہے بغیر ایڈجسٹ کرنے لگتے ہیں۔ دیٹ از ہپوکریسی۔ ہپوکریسی کا مطلب ہے منافقت۔ تو یہ جب عقل چھن جاتی ہے تو لوگ چیزوں کو ریزن، ریزن، ریزن آؤٹ نہیں کر پاتے۔ یعنی عقل سے اس کو ایکسپلین نہیں کر پاتے۔ یہی سب</w:t>
      </w:r>
    </w:p>
    <w:p>
      <w:r>
        <w:rPr>
          <w:b/>
        </w:rPr>
        <w:t xml:space="preserve">[40:21] </w:t>
      </w:r>
      <w:r>
        <w:t>kis se pesh aate hain.</w:t>
      </w:r>
    </w:p>
    <w:p>
      <w:pPr>
        <w:jc w:val="right"/>
      </w:pPr>
      <w:r>
        <w:t>کس سے پیش آتے ہیں۔</w:t>
      </w:r>
    </w:p>
    <w:p>
      <w:r>
        <w:rPr>
          <w:b/>
        </w:rPr>
        <w:t xml:space="preserve">[40:26] </w:t>
      </w:r>
      <w:r>
        <w:t>hamara mission mein aap jante hain ke hum bar bar zor dete hain intellectual development par. intellectual development.</w:t>
      </w:r>
    </w:p>
    <w:p>
      <w:pPr>
        <w:jc w:val="right"/>
      </w:pPr>
      <w:r>
        <w:t>ہمارا مشن میں آپ جانتے ہیں کہ ہم بار بار زور دیتے ہیں انٹلیکچول ڈیولپمنٹ پر۔ انٹلیکچول ڈیولپمنٹ۔</w:t>
      </w:r>
    </w:p>
    <w:p>
      <w:r>
        <w:rPr>
          <w:b/>
        </w:rPr>
        <w:t xml:space="preserve">[40:31] </w:t>
      </w:r>
      <w:r>
        <w:t>hum samajhte hain ke wahi Islam Islam hai jo aap ke aql ko barhaye.</w:t>
      </w:r>
    </w:p>
    <w:p>
      <w:pPr>
        <w:jc w:val="right"/>
      </w:pPr>
      <w:r>
        <w:t>ہم سمجھتے ہیں کہ وہی اسلام اسلام ہے جو آپ کے عقل کو بڑھائے۔</w:t>
      </w:r>
    </w:p>
    <w:p>
      <w:r>
        <w:rPr>
          <w:b/>
        </w:rPr>
        <w:t xml:space="preserve">[40:36] </w:t>
      </w:r>
      <w:r>
        <w:t>woh Islam Islami nahi hai jis se aap ki aql na barhe.</w:t>
      </w:r>
    </w:p>
    <w:p>
      <w:pPr>
        <w:jc w:val="right"/>
      </w:pPr>
      <w:r>
        <w:t>وہ اسلام اسلامی نہیں ہے جس سے آپ کی عقل نہ بڑھے۔</w:t>
      </w:r>
    </w:p>
    <w:p>
      <w:r>
        <w:rPr>
          <w:b/>
        </w:rPr>
        <w:t xml:space="preserve">[40:41] </w:t>
      </w:r>
      <w:r>
        <w:t>پھر تو animal, animal type کا ہو گیا یہ۔</w:t>
      </w:r>
    </w:p>
    <w:p>
      <w:pPr>
        <w:jc w:val="right"/>
      </w:pPr>
      <w:r>
        <w:t>پھر تو اینیمل، اینیمل ٹائپ کا ہو گیا یہ۔</w:t>
      </w:r>
    </w:p>
    <w:p>
      <w:r>
        <w:rPr>
          <w:b/>
        </w:rPr>
        <w:t xml:space="preserve">[40:46] </w:t>
      </w:r>
      <w:r>
        <w:t>Islam is liye nahi aaya ke aap ko</w:t>
      </w:r>
    </w:p>
    <w:p>
      <w:pPr>
        <w:jc w:val="right"/>
      </w:pPr>
      <w:r>
        <w:t>اسلام اس لیے نہیں آیا کہ آپ کو</w:t>
      </w:r>
    </w:p>
    <w:p>
      <w:r>
        <w:rPr>
          <w:b/>
        </w:rPr>
        <w:t xml:space="preserve">[40:51] </w:t>
      </w:r>
      <w:r>
        <w:t>animal bana kar chhod de.</w:t>
      </w:r>
    </w:p>
    <w:p>
      <w:pPr>
        <w:jc w:val="right"/>
      </w:pPr>
      <w:r>
        <w:t>اینیمل بنا کر چھوڑ دے۔</w:t>
      </w:r>
    </w:p>
    <w:p>
      <w:r>
        <w:rPr>
          <w:b/>
        </w:rPr>
        <w:t xml:space="preserve">[40:56] </w:t>
      </w:r>
      <w:r>
        <w:t>Islam is liye aaya ke aap ki aql ko activate kare, aap ko samajhdar banaye.</w:t>
      </w:r>
    </w:p>
    <w:p>
      <w:pPr>
        <w:jc w:val="right"/>
      </w:pPr>
      <w:r>
        <w:t>اسلام اس لیے آیا کہ آپ کی عقل کو ایکٹیویٹ کرے، آپ کو سمجھدار بنائے۔</w:t>
      </w:r>
    </w:p>
    <w:p>
      <w:r>
        <w:rPr>
          <w:b/>
        </w:rPr>
        <w:t xml:space="preserve">[41:01] </w:t>
      </w:r>
      <w:r>
        <w:t>isi liye hadith mein aata hai ittaqu firasat al momin fa innahu yanzuru bi noorillah.</w:t>
      </w:r>
    </w:p>
    <w:p>
      <w:pPr>
        <w:jc w:val="right"/>
      </w:pPr>
      <w:r>
        <w:t>اسی لیے حدیث میں آتا ہے اتقو فراست المومن فانہینظر بنور اللہ۔</w:t>
      </w:r>
    </w:p>
    <w:p>
      <w:r>
        <w:rPr>
          <w:b/>
        </w:rPr>
        <w:t xml:space="preserve">[41:06] </w:t>
      </w:r>
      <w:r>
        <w:t>ittaqu firasat al momin fa innahu yanzuru bi noorillah.</w:t>
      </w:r>
    </w:p>
    <w:p>
      <w:pPr>
        <w:jc w:val="right"/>
      </w:pPr>
      <w:r>
        <w:t>اتقو فراست المومن فانہینظر بنور اللہ۔</w:t>
      </w:r>
    </w:p>
    <w:p>
      <w:r>
        <w:rPr>
          <w:b/>
        </w:rPr>
        <w:t xml:space="preserve">[41:11] </w:t>
      </w:r>
      <w:r>
        <w:t>momin ki, momin ki wisdom se bacho.</w:t>
      </w:r>
    </w:p>
    <w:p>
      <w:pPr>
        <w:jc w:val="right"/>
      </w:pPr>
      <w:r>
        <w:t>مومن کی، مومن کی وزڈم سے بچو۔</w:t>
      </w:r>
    </w:p>
    <w:p>
      <w:r>
        <w:rPr>
          <w:b/>
        </w:rPr>
        <w:t xml:space="preserve">[41:16] </w:t>
      </w:r>
      <w:r>
        <w:t>kaisi ajeeb hadith yeh hai dekhiye.</w:t>
      </w:r>
    </w:p>
    <w:p>
      <w:pPr>
        <w:jc w:val="right"/>
      </w:pPr>
      <w:r>
        <w:t>کیسی عجیب حدیث یہ ہے دیکھیے۔</w:t>
      </w:r>
    </w:p>
    <w:p>
      <w:r>
        <w:rPr>
          <w:b/>
        </w:rPr>
        <w:t xml:space="preserve">[41:21] </w:t>
      </w:r>
      <w:r>
        <w:t>momin ki wisdom se bacho.</w:t>
      </w:r>
    </w:p>
    <w:p>
      <w:pPr>
        <w:jc w:val="right"/>
      </w:pPr>
      <w:r>
        <w:t>مومن کی وزڈم سے بچو۔</w:t>
      </w:r>
    </w:p>
    <w:p>
      <w:r>
        <w:rPr>
          <w:b/>
        </w:rPr>
        <w:t xml:space="preserve">[41:26] </w:t>
      </w:r>
      <w:r>
        <w:t>kyunke momin khuda ki roshni se dekhta hai, khuda ki light se dekhta hai.</w:t>
      </w:r>
    </w:p>
    <w:p>
      <w:pPr>
        <w:jc w:val="right"/>
      </w:pPr>
      <w:r>
        <w:t>کیونکہ مومن خدا کی روشنی سے دیکھتا ہے، خدا کی لائٹ سے دیکھتا ہے۔</w:t>
      </w:r>
    </w:p>
    <w:p>
      <w:r>
        <w:rPr>
          <w:b/>
        </w:rPr>
        <w:t xml:space="preserve">[41:30] </w:t>
      </w:r>
      <w:r>
        <w:t>اس کا مطلب یہ ہو کہ ایمان جو ہے آپ کا، faith جو ہے وہ آپ کو enlighten کرتا ہے۔</w:t>
      </w:r>
    </w:p>
    <w:p>
      <w:pPr>
        <w:jc w:val="right"/>
      </w:pPr>
      <w:r>
        <w:t>اس کا مطلب یہ ہو کہ ایمان جو ہے آپ کا، فیتھ جو ہے وہ آپ کو انلائٹن کرتا ہے۔</w:t>
      </w:r>
    </w:p>
    <w:p>
      <w:r>
        <w:rPr>
          <w:b/>
        </w:rPr>
        <w:t xml:space="preserve">[41:34] </w:t>
      </w:r>
      <w:r>
        <w:t>khula ho jaye iska matlab yahi hai.</w:t>
      </w:r>
    </w:p>
    <w:p>
      <w:pPr>
        <w:jc w:val="right"/>
      </w:pPr>
      <w:r>
        <w:t>کھلا ہو جائے اس کا مطلب یہی ہے۔</w:t>
      </w:r>
    </w:p>
    <w:p>
      <w:r>
        <w:rPr>
          <w:b/>
        </w:rPr>
        <w:t xml:space="preserve">[41:39] </w:t>
      </w:r>
      <w:r>
        <w:t>atqu firasat al-momin fa innahu yanzuru bi-nurillah.</w:t>
      </w:r>
    </w:p>
    <w:p>
      <w:pPr>
        <w:jc w:val="right"/>
      </w:pPr>
      <w:r>
        <w:t>اتقو فراست المومن فانہینظر بنور اللہ۔</w:t>
      </w:r>
    </w:p>
    <w:p>
      <w:r>
        <w:rPr>
          <w:b/>
        </w:rPr>
        <w:t xml:space="preserve">[41:43] </w:t>
      </w:r>
      <w:r>
        <w:t>islam aap ko unlighten karta hai.</w:t>
      </w:r>
    </w:p>
    <w:p>
      <w:pPr>
        <w:jc w:val="right"/>
      </w:pPr>
      <w:r>
        <w:t>اسلام آپ کو انلائٹن کرتا ہے۔</w:t>
      </w:r>
    </w:p>
    <w:p>
      <w:r>
        <w:rPr>
          <w:b/>
        </w:rPr>
        <w:t xml:space="preserve">[41:47] </w:t>
      </w:r>
      <w:r>
        <w:t>aap ki aqal ko roshni deta hai.</w:t>
      </w:r>
    </w:p>
    <w:p>
      <w:pPr>
        <w:jc w:val="right"/>
      </w:pPr>
      <w:r>
        <w:t>آپ کی عقل کو روشنی دیتا ہے۔</w:t>
      </w:r>
    </w:p>
    <w:p>
      <w:r>
        <w:rPr>
          <w:b/>
        </w:rPr>
        <w:t xml:space="preserve">[41:52] </w:t>
      </w:r>
      <w:r>
        <w:t>aap ko samajhdar banata hai.</w:t>
      </w:r>
    </w:p>
    <w:p>
      <w:pPr>
        <w:jc w:val="right"/>
      </w:pPr>
      <w:r>
        <w:t>آپ کو سمجھدار بناتا ہے۔</w:t>
      </w:r>
    </w:p>
    <w:p>
      <w:r>
        <w:rPr>
          <w:b/>
        </w:rPr>
        <w:t xml:space="preserve">[41:57] </w:t>
      </w:r>
      <w:r>
        <w:t>آپ کے اندر یہ صلاحیت پیدا کرتا ہے کہ آپ چیزوں کو آپ reason out کر سکیں۔</w:t>
      </w:r>
    </w:p>
    <w:p>
      <w:pPr>
        <w:jc w:val="right"/>
      </w:pPr>
      <w:r>
        <w:t>آپ کے اندر یہ صلاحیت پیدا کرتا ہے کہ آپ چیزوں کو آپ ریزن آؤٹ کر سکیں۔</w:t>
      </w:r>
    </w:p>
    <w:p>
      <w:r>
        <w:rPr>
          <w:b/>
        </w:rPr>
        <w:t xml:space="preserve">[42:02] </w:t>
      </w:r>
      <w:r>
        <w:t>اس میں میں ایک بات یہ عرض کروں گا کہ دیکھیں reason out کرنا کیوں لوگ reason، reason،</w:t>
      </w:r>
    </w:p>
    <w:p>
      <w:pPr>
        <w:jc w:val="right"/>
      </w:pPr>
      <w:r>
        <w:t>اس میں میں ایک بات یہ عرض کروں گا کہ دیکھیں ریزن آؤٹ کرنا کیوں لوگ ریزن، ریزن،</w:t>
      </w:r>
    </w:p>
    <w:p>
      <w:r>
        <w:rPr>
          <w:b/>
        </w:rPr>
        <w:t xml:space="preserve">[42:08] </w:t>
      </w:r>
      <w:r>
        <w:t>reason out nahi kar paate controversial cheezon ko.</w:t>
      </w:r>
    </w:p>
    <w:p>
      <w:pPr>
        <w:jc w:val="right"/>
      </w:pPr>
      <w:r>
        <w:t>ریزن آؤٹ نہیں کر پاتے کنٹروورشل چیزوں کو۔</w:t>
      </w:r>
    </w:p>
    <w:p>
      <w:r>
        <w:rPr>
          <w:b/>
        </w:rPr>
        <w:t xml:space="preserve">[42:13] </w:t>
      </w:r>
      <w:r>
        <w:t>to aaj hi ek baat mujhe samajh mein aayi.</w:t>
      </w:r>
    </w:p>
    <w:p>
      <w:pPr>
        <w:jc w:val="right"/>
      </w:pPr>
      <w:r>
        <w:t>تو آج ہی ایک بات مجھے سمجھ میں آئی۔</w:t>
      </w:r>
    </w:p>
    <w:p>
      <w:r>
        <w:rPr>
          <w:b/>
        </w:rPr>
        <w:t xml:space="preserve">[42:18] </w:t>
      </w:r>
      <w:r>
        <w:t>is par maine ek page ka mazmoon aaj hi likha hai.</w:t>
      </w:r>
    </w:p>
    <w:p>
      <w:pPr>
        <w:jc w:val="right"/>
      </w:pPr>
      <w:r>
        <w:t>اس پر میں نے ایک پیج کا مضمون آج ہی لکھا ہے۔</w:t>
      </w:r>
    </w:p>
    <w:p>
      <w:r>
        <w:rPr>
          <w:b/>
        </w:rPr>
        <w:t xml:space="preserve">[42:23] </w:t>
      </w:r>
      <w:r>
        <w:t>bahut purana ek misl hai ke ek chup hazar bala taalti hai.</w:t>
      </w:r>
    </w:p>
    <w:p>
      <w:pPr>
        <w:jc w:val="right"/>
      </w:pPr>
      <w:r>
        <w:t>بہت پرانا ایک مثل ہے کہ ایک چپ ہزار بلا ٹالتی ہے۔</w:t>
      </w:r>
    </w:p>
    <w:p>
      <w:r>
        <w:rPr>
          <w:b/>
        </w:rPr>
        <w:t xml:space="preserve">[42:28] </w:t>
      </w:r>
      <w:r>
        <w:t>bahut purana misl hai.</w:t>
      </w:r>
    </w:p>
    <w:p>
      <w:pPr>
        <w:jc w:val="right"/>
      </w:pPr>
      <w:r>
        <w:t>بہت پرانا مثل ہے۔</w:t>
      </w:r>
    </w:p>
    <w:p>
      <w:r>
        <w:rPr>
          <w:b/>
        </w:rPr>
        <w:t xml:space="preserve">[42:32] </w:t>
      </w:r>
      <w:r>
        <w:t>ek chup hazar bala taalti hai.</w:t>
      </w:r>
    </w:p>
    <w:p>
      <w:pPr>
        <w:jc w:val="right"/>
      </w:pPr>
      <w:r>
        <w:t>ایک چپ ہزار بلا ٹالتی ہے۔</w:t>
      </w:r>
    </w:p>
    <w:p>
      <w:r>
        <w:rPr>
          <w:b/>
        </w:rPr>
        <w:t xml:space="preserve">[42:36] </w:t>
      </w:r>
      <w:r>
        <w:t>یہ مثل different لفظوں میں ہر ہر لینگویج میں موجود ہے۔</w:t>
      </w:r>
    </w:p>
    <w:p>
      <w:pPr>
        <w:jc w:val="right"/>
      </w:pPr>
      <w:r>
        <w:t>یہ مثل ڈفرنٹ शब्दوں میں ہر ہر لینگویج میں موجود ہے۔</w:t>
      </w:r>
    </w:p>
    <w:p>
      <w:r>
        <w:rPr>
          <w:b/>
        </w:rPr>
        <w:t xml:space="preserve">[42:41] </w:t>
      </w:r>
      <w:r>
        <w:t>har jagah kahin kahin na kahin iska ek misl aisi maujood hai.</w:t>
      </w:r>
    </w:p>
    <w:p>
      <w:pPr>
        <w:jc w:val="right"/>
      </w:pPr>
      <w:r>
        <w:t>ہر جگہ کہیں کہیں نہ کہیں اس کا ایک مثل ایسی موجود ہے۔</w:t>
      </w:r>
    </w:p>
    <w:p>
      <w:r>
        <w:rPr>
          <w:b/>
        </w:rPr>
        <w:t xml:space="preserve">[42:45] </w:t>
      </w:r>
      <w:r>
        <w:t>har har ek chup hazar bala taalti hai.</w:t>
      </w:r>
    </w:p>
    <w:p>
      <w:pPr>
        <w:jc w:val="right"/>
      </w:pPr>
      <w:r>
        <w:t>ہر ہر ایک چپ ہزار بلا ٹالتی ہے۔</w:t>
      </w:r>
    </w:p>
    <w:p>
      <w:r>
        <w:rPr>
          <w:b/>
        </w:rPr>
        <w:t xml:space="preserve">[42:49] </w:t>
      </w:r>
      <w:r>
        <w:t>to aaj main soch raha tha</w:t>
      </w:r>
    </w:p>
    <w:p>
      <w:pPr>
        <w:jc w:val="right"/>
      </w:pPr>
      <w:r>
        <w:t>تو آج میں سوچ رہا تھا</w:t>
      </w:r>
    </w:p>
    <w:p>
      <w:r>
        <w:rPr>
          <w:b/>
        </w:rPr>
        <w:t xml:space="preserve">[42:53] </w:t>
      </w:r>
      <w:r>
        <w:t>ek sahab ko telephone aaya isi par yeh yeh sochne laga main ke kya wajah hai ke</w:t>
      </w:r>
    </w:p>
    <w:p>
      <w:pPr>
        <w:jc w:val="right"/>
      </w:pPr>
      <w:r>
        <w:t>ایک صاحب کو ٹیلی فون آیا اسی پر یہ یہ سوچنے لگا میں کہ کیا وجہ ہے کہ</w:t>
      </w:r>
    </w:p>
    <w:p>
      <w:r>
        <w:rPr>
          <w:b/>
        </w:rPr>
        <w:t xml:space="preserve">[42:58] </w:t>
      </w:r>
      <w:r>
        <w:t>سب لوگ جانتے ہیں اس مثل کو، اس thing کو۔</w:t>
      </w:r>
    </w:p>
    <w:p>
      <w:pPr>
        <w:jc w:val="right"/>
      </w:pPr>
      <w:r>
        <w:t>سب لوگ جانتے ہیں اس مثل کو، اس سینگ کو۔</w:t>
      </w:r>
    </w:p>
    <w:p>
      <w:r>
        <w:rPr>
          <w:b/>
        </w:rPr>
        <w:t xml:space="preserve">[43:03] </w:t>
      </w:r>
      <w:r>
        <w:t>yeh seen jo hai sab ko jaante hain, sab log pata hai.</w:t>
      </w:r>
    </w:p>
    <w:p>
      <w:pPr>
        <w:jc w:val="right"/>
      </w:pPr>
      <w:r>
        <w:t>یہ سینگ جو ہے سب کو جانتے ہیں، سب لوگ پتہ ہے۔</w:t>
      </w:r>
    </w:p>
    <w:p>
      <w:r>
        <w:rPr>
          <w:b/>
        </w:rPr>
        <w:t xml:space="preserve">[43:07] </w:t>
      </w:r>
      <w:r>
        <w:t>lekin apply koi nahi karta.</w:t>
      </w:r>
    </w:p>
    <w:p>
      <w:pPr>
        <w:jc w:val="right"/>
      </w:pPr>
      <w:r>
        <w:t>لیکن اپلائی کوئی نہیں کرتا۔</w:t>
      </w:r>
    </w:p>
    <w:p>
      <w:r>
        <w:rPr>
          <w:b/>
        </w:rPr>
        <w:t xml:space="preserve">[43:12] </w:t>
      </w:r>
      <w:r>
        <w:t>ke bahut hi kam koi aisa aadmi hoga, shayad hazar mein ek bhi nahi, jo sach much apni</w:t>
      </w:r>
    </w:p>
    <w:p>
      <w:pPr>
        <w:jc w:val="right"/>
      </w:pPr>
      <w:r>
        <w:t>کہ بہت ہی کم کوئی ایسا آدمی ہوگا، شاید ہزار میں ایک بھی نہیں، جو سچ مچ اپنی</w:t>
      </w:r>
    </w:p>
    <w:p>
      <w:r>
        <w:rPr>
          <w:b/>
        </w:rPr>
        <w:t xml:space="preserve">[43:16] </w:t>
      </w:r>
      <w:r>
        <w:t>practical life mein isko apply kare.</w:t>
      </w:r>
    </w:p>
    <w:p>
      <w:pPr>
        <w:jc w:val="right"/>
      </w:pPr>
      <w:r>
        <w:t>پریکٹیکل لائف میں اس کو اپلائی کرے۔</w:t>
      </w:r>
    </w:p>
    <w:p>
      <w:r>
        <w:rPr>
          <w:b/>
        </w:rPr>
        <w:t xml:space="preserve">[43:21] </w:t>
      </w:r>
      <w:r>
        <w:t>yaani chup reh kar ke woh</w:t>
      </w:r>
    </w:p>
    <w:p>
      <w:pPr>
        <w:jc w:val="right"/>
      </w:pPr>
      <w:r>
        <w:t>یعنی چپ رہ کر کے وہ</w:t>
      </w:r>
    </w:p>
    <w:p>
      <w:r>
        <w:rPr>
          <w:b/>
        </w:rPr>
        <w:t xml:space="preserve">[43:25] </w:t>
      </w:r>
      <w:r>
        <w:t>。 abhi ek hamare ek saathi ka telephone aaya is par yeh mujhe samajh mein aaya. ek jagah hain woh Delhi se bahar yaani bahar ke country mein rehte hain, India se bahar. to wahan par ek masjid hai us mein woh kaam karte hain. ek naujawan koi bahar se aaya to wahan laga un ke khilaf bolne. matlab asal ke khilaf. ab is se woh ulajh gaye. to maine un se poocha</w:t>
      </w:r>
    </w:p>
    <w:p>
      <w:pPr>
        <w:jc w:val="right"/>
      </w:pPr>
      <w:r>
        <w:t>۔ ابھی ایک ہمارے ایک ساتھی کا ٹیلی فون آیا اس پر یہ مجھے سمجھ میں آیا۔ ایک جگہ ہیں وہ دہلی سے باہر یعنی باہر کے کنٹری میں رہتے ہیں، انڈیا سے باہر۔ تو وہاں پر ایک مسجد ہے اس میں وہ کام کرتے ہیں۔ ایک نوجوان کوئی باہر سے آیا تو وہاں لگا ان کے خلاف بولنے۔ مطلب ارسال کے خلاف۔ اب اس سے وہ الجھ گئے۔ تو میں نے ان سے پوچھا</w:t>
      </w:r>
    </w:p>
    <w:p>
      <w:r>
        <w:rPr>
          <w:b/>
        </w:rPr>
        <w:t xml:space="preserve">[43:55] </w:t>
      </w:r>
      <w:r>
        <w:t>ke yeh bataiye ke masjid ka jo mutawalli hai, jo is ka chairman hai us ke kya khayalat hain? unhon ne kaha ke woh to bilkul hamare saath hai. woh kehta hai ke tum apni kitaben lao masjid mein. yahi to baat hai jo logon se batani ki hai. to maine kaha phir aap is ko ulajh kyun gaye is naujawan se? kya zaroorat ulajhne ki? jab asal yeh jis ke haath mein masjid hai, jab woh aap ke favor mein hai to is se ulajhne ki kya zaroorat hai? to phir meri samajh mein baat yeh aayi</w:t>
      </w:r>
    </w:p>
    <w:p>
      <w:pPr>
        <w:jc w:val="right"/>
      </w:pPr>
      <w:r>
        <w:t>کہ یہ بتائیے کہ مسجد کا جو متولی ہے، جو اس کا چیئرمین ہے اس کے کیا خیالات ہیں؟ انہوں نے کہا کہ وہ تو بالکل ہمارے ساتھ ہے۔ وہ کہتا ہے کہ تم اپنی کتابیں لاؤ مسجد میں۔ یہی تو بات ہے جو لوگوں سے بتانی کی ہے۔ تو میں نے کہا پھر آپ اس کو الجھ کیوں گئے اس نوجوان سے؟ کیا ضرورت الجھنے کی؟ جب اصل یہ جس کے ہاتھ میں مسجد ہے، جب وہ آپ کے فیور میں ہے تو اس سے الجھنے کی کیا ضرورت ہے؟ تو پھر میری سمجھ میں بات یہ آئی</w:t>
      </w:r>
    </w:p>
    <w:p>
      <w:r>
        <w:rPr>
          <w:b/>
        </w:rPr>
        <w:t xml:space="preserve">[44:25] </w:t>
      </w:r>
      <w:r>
        <w:t>ke hota yeh hai ke ek chup hazar bala taalte hain apni kitab mein padha. jab hum ne padha us waqt hum normal mind mein the. bilkul normal mind. to normal mind hone ki wajah se hum is ko samajh paye ke badi achhi baat hai yeh. lekin jab koi aadmi aap ko provoke karta hai, jab koi aadmi aap ko koi ishtial dilata hai, jab koi aadmi bhadka deta hai aap ko, tab aadmi ke dimagh par us ke us ke</w:t>
      </w:r>
    </w:p>
    <w:p>
      <w:pPr>
        <w:jc w:val="right"/>
      </w:pPr>
      <w:r>
        <w:t>کہ ہوتا یہ ہے کہ ایک چپ ہزار بلا ٹالتے ہیں اپنی کتاب میں پڑھا۔ جب ہم نے پڑھا اس وقت ہم نارمل مائنڈ میں تھے۔ بالکل نارمل مائنڈ۔ تو نارمل مائنڈ ہونے کی وجہ سے ہم اس کو سمجھ پائے کہ بڑی اچھی بات ہے یہ۔ لیکن جب کوئی آدمی آپ کو پرووک کرتا ہے، جب کوئی آدمی آپ کو کوئی اشتعال دلاتا ہے، جب کوئی آدمی بھڑکا دیتا ہے آپ کو، تب آدمی کے دماغ پر اس کے اس کے</w:t>
      </w:r>
    </w:p>
    <w:p>
      <w:r>
        <w:rPr>
          <w:b/>
        </w:rPr>
        <w:t xml:space="preserve">[44:55] </w:t>
      </w:r>
      <w:r>
        <w:t>sentiments چھا جاتے ہیں، اس کے emotions چھا جاتے ہیں۔</w:t>
      </w:r>
    </w:p>
    <w:p>
      <w:pPr>
        <w:jc w:val="right"/>
      </w:pPr>
      <w:r>
        <w:t>سینٹیمنٹس چھا جاتے ہیں، اس کے ایموشنز چھا جاتے ہیں۔</w:t>
      </w:r>
    </w:p>
    <w:p>
      <w:r>
        <w:rPr>
          <w:b/>
        </w:rPr>
        <w:t xml:space="preserve">[45:00] </w:t>
      </w:r>
      <w:r>
        <w:t>اس وقت آدمی emotional ہو جاتا ہے۔</w:t>
      </w:r>
    </w:p>
    <w:p>
      <w:pPr>
        <w:jc w:val="right"/>
      </w:pPr>
      <w:r>
        <w:t>اس وقت آدمی ایموشنل ہو جاتا ہے۔</w:t>
      </w:r>
    </w:p>
    <w:p>
      <w:r>
        <w:rPr>
          <w:b/>
        </w:rPr>
        <w:t xml:space="preserve">[45:04] </w:t>
      </w:r>
      <w:r>
        <w:t>jab padha tha aap ne isko tab to aap rational way mein liya isko aap ne.</w:t>
      </w:r>
    </w:p>
    <w:p>
      <w:pPr>
        <w:jc w:val="right"/>
      </w:pPr>
      <w:r>
        <w:t>جب پڑھا تھا آپ نے اس کو تب تو آپ ریشنل وے میں لیا اس کو آپ نے۔</w:t>
      </w:r>
    </w:p>
    <w:p>
      <w:r>
        <w:rPr>
          <w:b/>
        </w:rPr>
        <w:t xml:space="preserve">[45:08] </w:t>
      </w:r>
      <w:r>
        <w:t>لیکن جب کوئی practical چیز پیش آئی تو وہ وقت تھا جب کہ کسی نے بھڑکا دیا تھا</w:t>
      </w:r>
    </w:p>
    <w:p>
      <w:pPr>
        <w:jc w:val="right"/>
      </w:pPr>
      <w:r>
        <w:t>لیکن جب کوئی پریکٹیکل چیز پیش آئی تو وہ وقت تھا جب کہ کسی نے بھڑکا دیا تھا</w:t>
      </w:r>
    </w:p>
    <w:p>
      <w:r>
        <w:rPr>
          <w:b/>
        </w:rPr>
        <w:t xml:space="preserve">[45:13] </w:t>
      </w:r>
      <w:r>
        <w:t>آپ کو، کسی نے provoke کر دیا تھا آپ کو۔</w:t>
      </w:r>
    </w:p>
    <w:p>
      <w:pPr>
        <w:jc w:val="right"/>
      </w:pPr>
      <w:r>
        <w:t>آپ کو، کسی نے پرووک کر دیا تھا آپ کو۔</w:t>
      </w:r>
    </w:p>
    <w:p>
      <w:r>
        <w:rPr>
          <w:b/>
        </w:rPr>
        <w:t xml:space="preserve">[45:17] </w:t>
      </w:r>
      <w:r>
        <w:t>اس وقت آپ sentimental ہو گئے تھے، اس وقت آپ emotional ہو گئے تھے۔</w:t>
      </w:r>
    </w:p>
    <w:p>
      <w:pPr>
        <w:jc w:val="right"/>
      </w:pPr>
      <w:r>
        <w:t>اس وقت آپ سینٹیمنٹل ہو گئے تھے، اس وقت آپ ایموشنل ہو گئے تھے۔</w:t>
      </w:r>
    </w:p>
    <w:p>
      <w:r>
        <w:rPr>
          <w:b/>
        </w:rPr>
        <w:t xml:space="preserve">[45:21] </w:t>
      </w:r>
      <w:r>
        <w:t>to jab aap emotional ho jaate hain to us waqt aap ki aqal dab jaati hai</w:t>
      </w:r>
    </w:p>
    <w:p>
      <w:pPr>
        <w:jc w:val="right"/>
      </w:pPr>
      <w:r>
        <w:t>تو جب آپ ایموشنل ہو جاتے ہیں تو اس وقت آپ کی عقل دب جاتی ہے</w:t>
      </w:r>
    </w:p>
    <w:p>
      <w:r>
        <w:rPr>
          <w:b/>
        </w:rPr>
        <w:t xml:space="preserve">[45:26] </w:t>
      </w:r>
      <w:r>
        <w:t>kuchh der ke liye. us waqt aap soch nahin paate ke dekho yeh misl hai is ko yahan apply karna hai. us waqt aap ke zehen mein kya aa jata hai? ent ka jawab patthar se. woh bole to humein bhi bolna hai. unhon ne ulta seedha kaha to humein bhi ulta seedha kehna hai. phir baat badh jati hai, badhte badhte aap jante hain ke phir break down ho jata hai. to is misl ko ke ek chup h</w:t>
      </w:r>
    </w:p>
    <w:p>
      <w:pPr>
        <w:jc w:val="right"/>
      </w:pPr>
      <w:r>
        <w:t>کچھ دیر کے لیے۔ اس وقت آپ سوچ نہیں پاتے کہ دیکھو یہ مثل ہے اس کو یہاں اپلائی کرنا ہے۔ اس وقت آپ کے ذہن میں کیا آ جاتا ہے؟ اینٹ کا جواب پتھر سے۔ وہ بولے تو ہمیں بھی بولنا ہے۔ انہوں نے الٹا سیدھا کہا تو ہمیں بھی الٹا سیدھا کہنا ہے۔ پھر بات بڑھ جاتی ہے، بڑھتے بڑھتے آپ جانتے ہیں کہ پھر بریک ڈاؤن ہو جاتا ہے۔ تو اس مثل کو کہ ایک چپ ہ</w:t>
      </w:r>
    </w:p>
    <w:p>
      <w:r>
        <w:rPr>
          <w:b/>
        </w:rPr>
        <w:t xml:space="preserve">[45:56] </w:t>
      </w:r>
      <w:r>
        <w:t>zar bala taalti hai, hum jab sunte hain ya padhte hain us waqt hum normal hote hain.</w:t>
      </w:r>
    </w:p>
    <w:p>
      <w:pPr>
        <w:jc w:val="right"/>
      </w:pPr>
      <w:r>
        <w:t>زار بلا ٹالتی ہے، ہم جب سنتے ہیں یا پڑھتے ہیں اس وقت ہم نارمل ہوتے ہیں۔</w:t>
      </w:r>
    </w:p>
    <w:p>
      <w:r>
        <w:rPr>
          <w:b/>
        </w:rPr>
        <w:t xml:space="preserve">[46:00] </w:t>
      </w:r>
      <w:r>
        <w:t>tab hamein bada acha lagta hai yeh.</w:t>
      </w:r>
    </w:p>
    <w:p>
      <w:pPr>
        <w:jc w:val="right"/>
      </w:pPr>
      <w:r>
        <w:t>تب ہمیں بڑا اچھا لگتا ہے یہ۔</w:t>
      </w:r>
    </w:p>
    <w:p>
      <w:r>
        <w:rPr>
          <w:b/>
        </w:rPr>
        <w:t xml:space="preserve">[46:04] </w:t>
      </w:r>
      <w:r>
        <w:t>لیکن جب آتا ہے time apply کرنے کا، یعنی practical application کا، تب ہم نارمل نہیں ہوتے ہیں۔</w:t>
      </w:r>
    </w:p>
    <w:p>
      <w:pPr>
        <w:jc w:val="right"/>
      </w:pPr>
      <w:r>
        <w:t>لیکن جب آتا ہے ٹائم اپلائی کرنے کا، یعنی پریکٹیکل ایپلیکیشن کا، تب ہم نارمل نہیں ہوتے ہیں۔</w:t>
      </w:r>
    </w:p>
    <w:p>
      <w:r>
        <w:rPr>
          <w:b/>
        </w:rPr>
        <w:t xml:space="preserve">[46:09] </w:t>
      </w:r>
      <w:r>
        <w:t>tab bhadke hue hote hain.</w:t>
      </w:r>
    </w:p>
    <w:p>
      <w:pPr>
        <w:jc w:val="right"/>
      </w:pPr>
      <w:r>
        <w:t>تب بھڑکے ہوئے ہوتے ہیں۔</w:t>
      </w:r>
    </w:p>
    <w:p>
      <w:r>
        <w:rPr>
          <w:b/>
        </w:rPr>
        <w:t xml:space="preserve">[46:13] </w:t>
      </w:r>
      <w:r>
        <w:t>yani kisi ne hum ko bhadka diya hota hai us waqt.</w:t>
      </w:r>
    </w:p>
    <w:p>
      <w:pPr>
        <w:jc w:val="right"/>
      </w:pPr>
      <w:r>
        <w:t>یعنی کسی نے ہم کو بھڑکا دیا ہوتا ہے اس وقت۔</w:t>
      </w:r>
    </w:p>
    <w:p>
      <w:r>
        <w:rPr>
          <w:b/>
        </w:rPr>
        <w:t xml:space="preserve">[46:17] </w:t>
      </w:r>
      <w:r>
        <w:t>تو ہم سوچ نہیں پاتے، ہم بھول جاتے ہیں کہ دیکھو کہتا ہے اچھا muscle تھا وہ۔</w:t>
      </w:r>
    </w:p>
    <w:p>
      <w:pPr>
        <w:jc w:val="right"/>
      </w:pPr>
      <w:r>
        <w:t>تو ہم سوچ نہیں پاتے، ہم بھول جاتے ہیں کہ دیکھو کہتا ہے اچھا مثل تھا وہ۔</w:t>
      </w:r>
    </w:p>
    <w:p>
      <w:r>
        <w:rPr>
          <w:b/>
        </w:rPr>
        <w:t xml:space="preserve">[46:22] </w:t>
      </w:r>
      <w:r>
        <w:t>aur phir ulajh jaate hain. to bohat</w:t>
      </w:r>
    </w:p>
    <w:p>
      <w:pPr>
        <w:jc w:val="right"/>
      </w:pPr>
      <w:r>
        <w:t>اور پھر الجھ جاتے ہیں۔ تو بہت</w:t>
      </w:r>
    </w:p>
    <w:p>
      <w:r>
        <w:rPr>
          <w:b/>
        </w:rPr>
        <w:t xml:space="preserve">[46:26] </w:t>
      </w:r>
      <w:r>
        <w:t>ضروری ہے کہ آدمی چیزوں کو reason out کرے۔</w:t>
      </w:r>
    </w:p>
    <w:p>
      <w:pPr>
        <w:jc w:val="right"/>
      </w:pPr>
      <w:r>
        <w:t>ضروری ہے کہ آدمی چیزوں کو ریزن آؤٹ کرے۔</w:t>
      </w:r>
    </w:p>
    <w:p>
      <w:r>
        <w:rPr>
          <w:b/>
        </w:rPr>
        <w:t xml:space="preserve">[46:30] </w:t>
      </w:r>
      <w:r>
        <w:t>introspection karta rahe.</w:t>
      </w:r>
    </w:p>
    <w:p>
      <w:pPr>
        <w:jc w:val="right"/>
      </w:pPr>
      <w:r>
        <w:t>انٹرسپیکشن کرتا رہے۔</w:t>
      </w:r>
    </w:p>
    <w:p>
      <w:r>
        <w:rPr>
          <w:b/>
        </w:rPr>
        <w:t xml:space="preserve">[46:35] </w:t>
      </w:r>
      <w:r>
        <w:t>baaton ko zyada deep mein samajhne ki koshish karta rahe.</w:t>
      </w:r>
    </w:p>
    <w:p>
      <w:pPr>
        <w:jc w:val="right"/>
      </w:pPr>
      <w:r>
        <w:t>باتوں کو زیادہ ڈیپ میں سمجھنے کی کوشش کرتا رہے۔</w:t>
      </w:r>
    </w:p>
    <w:p>
      <w:r>
        <w:rPr>
          <w:b/>
        </w:rPr>
        <w:t xml:space="preserve">[46:39] </w:t>
      </w:r>
      <w:r>
        <w:t>tabhi hum is dunya mein hum reh paayenge.</w:t>
      </w:r>
    </w:p>
    <w:p>
      <w:pPr>
        <w:jc w:val="right"/>
      </w:pPr>
      <w:r>
        <w:t>تبھی ہم اس دنیا میں ہم رہ پائیں گے۔</w:t>
      </w:r>
    </w:p>
    <w:p>
      <w:r>
        <w:rPr>
          <w:b/>
        </w:rPr>
        <w:t xml:space="preserve">[46:43] </w:t>
      </w:r>
      <w:r>
        <w:t>sukh ke saath, peace ke saath aur tension free ho kar.</w:t>
      </w:r>
    </w:p>
    <w:p>
      <w:pPr>
        <w:jc w:val="right"/>
      </w:pPr>
      <w:r>
        <w:t>سکھ کے ساتھ، پیس کے ساتھ اور ٹینشن فری ہو کر۔</w:t>
      </w:r>
    </w:p>
    <w:p>
      <w:r>
        <w:rPr>
          <w:b/>
        </w:rPr>
        <w:t xml:space="preserve">[46:48] </w:t>
      </w:r>
      <w:r>
        <w:t>abhi aaj hi mujhe ek sahab ka qissa maloom hua ke woh bohat achhi health thi un ki.</w:t>
      </w:r>
    </w:p>
    <w:p>
      <w:pPr>
        <w:jc w:val="right"/>
      </w:pPr>
      <w:r>
        <w:t>ابھی آج ہی مجھے ایک صاحب کا قصہ معلوم ہوا کہ وہ بہت اچھی ہیلتھ تھی ان کی۔</w:t>
      </w:r>
    </w:p>
    <w:p>
      <w:r>
        <w:rPr>
          <w:b/>
        </w:rPr>
        <w:t xml:space="preserve">[46:52] </w:t>
      </w:r>
      <w:r>
        <w:t>bohat achhi health thi.</w:t>
      </w:r>
    </w:p>
    <w:p>
      <w:pPr>
        <w:jc w:val="right"/>
      </w:pPr>
      <w:r>
        <w:t>بہت اچھی ہیلتھ تھی۔</w:t>
      </w:r>
    </w:p>
    <w:p>
      <w:r>
        <w:rPr>
          <w:b/>
        </w:rPr>
        <w:t xml:space="preserve">[46:56] </w:t>
      </w:r>
      <w:r>
        <w:t>abhi maine suna ke woh diabetic ho gaye hain aur tarah tarah ki un ko bimari lag gayi hai.</w:t>
      </w:r>
    </w:p>
    <w:p>
      <w:pPr>
        <w:jc w:val="right"/>
      </w:pPr>
      <w:r>
        <w:t>ابھی میں نے سنا کہ وہ ڈائبیٹک ہو گئے ہیں اور طرح طرح کی ان کو بیماری لگ گئی ہے۔</w:t>
      </w:r>
    </w:p>
    <w:p>
      <w:r>
        <w:rPr>
          <w:b/>
        </w:rPr>
        <w:t xml:space="preserve">[47:00] </w:t>
      </w:r>
      <w:r>
        <w:t>to kyun? is ki wajah yeh hai ke woh logon ke saath bohat achha sulook karte the, logon</w:t>
      </w:r>
    </w:p>
    <w:p>
      <w:pPr>
        <w:jc w:val="right"/>
      </w:pPr>
      <w:r>
        <w:t>تو کیوں؟ اس کی وجہ یہ ہے کہ وہ لوگوں کے ساتھ بہت اچھا سلوک کرتے تھے، لوگوں</w:t>
      </w:r>
    </w:p>
    <w:p>
      <w:r>
        <w:rPr>
          <w:b/>
        </w:rPr>
        <w:t xml:space="preserve">[47:04] </w:t>
      </w:r>
      <w:r>
        <w:t>ko paisa dete the, logon ke kaam aate the.</w:t>
      </w:r>
    </w:p>
    <w:p>
      <w:pPr>
        <w:jc w:val="right"/>
      </w:pPr>
      <w:r>
        <w:t>کو پیسہ دیتے تھے، لوگوں کے کام آتے تھے۔</w:t>
      </w:r>
    </w:p>
    <w:p>
      <w:r>
        <w:rPr>
          <w:b/>
        </w:rPr>
        <w:t xml:space="preserve">[47:08] </w:t>
      </w:r>
      <w:r>
        <w:t>yeh un ka tareeqa tha.</w:t>
      </w:r>
    </w:p>
    <w:p>
      <w:pPr>
        <w:jc w:val="right"/>
      </w:pPr>
      <w:r>
        <w:t>یہ ان کا طریقہ تھا۔</w:t>
      </w:r>
    </w:p>
    <w:p>
      <w:r>
        <w:rPr>
          <w:b/>
        </w:rPr>
        <w:t xml:space="preserve">[47:11] </w:t>
      </w:r>
      <w:r>
        <w:t>khilate pilate the.</w:t>
      </w:r>
    </w:p>
    <w:p>
      <w:pPr>
        <w:jc w:val="right"/>
      </w:pPr>
      <w:r>
        <w:t>کھلاتے پلاتے تھے۔</w:t>
      </w:r>
    </w:p>
    <w:p>
      <w:r>
        <w:rPr>
          <w:b/>
        </w:rPr>
        <w:t xml:space="preserve">[47:15] </w:t>
      </w:r>
      <w:r>
        <w:t>aur sab ne kya kiya ke jab time aaya, pehle service karte the, ab service jab chhoot gayi</w:t>
      </w:r>
    </w:p>
    <w:p>
      <w:pPr>
        <w:jc w:val="right"/>
      </w:pPr>
      <w:r>
        <w:t>اور سب نے کیا کیا کہ جب ٹائم آیا، پہلے سروس کرتے تھے، اب سروس جب چھوٹ گئی</w:t>
      </w:r>
    </w:p>
    <w:p>
      <w:r>
        <w:rPr>
          <w:b/>
        </w:rPr>
        <w:t xml:space="preserve">[47:19] </w:t>
      </w:r>
      <w:r>
        <w:t>to ab sab ne un ka saath chhod diya.</w:t>
      </w:r>
    </w:p>
    <w:p>
      <w:pPr>
        <w:jc w:val="right"/>
      </w:pPr>
      <w:r>
        <w:t>تو اب سب نے ان کا ساتھ چھوڑ دیا۔</w:t>
      </w:r>
    </w:p>
    <w:p>
      <w:r>
        <w:rPr>
          <w:b/>
        </w:rPr>
        <w:t xml:space="preserve">[47:23] </w:t>
      </w:r>
      <w:r>
        <w:t>ab koi un ke paas na aata hai</w:t>
      </w:r>
    </w:p>
    <w:p>
      <w:pPr>
        <w:jc w:val="right"/>
      </w:pPr>
      <w:r>
        <w:t>اب کوئی ان کے پاس نہ آتا ہے</w:t>
      </w:r>
    </w:p>
    <w:p>
      <w:r>
        <w:rPr>
          <w:b/>
        </w:rPr>
        <w:t xml:space="preserve">[47:27] </w:t>
      </w:r>
      <w:r>
        <w:t>aur na kisi ko yaad hai ke unhon ne mere saath yeh kiya tha, woh kiya tha.</w:t>
      </w:r>
    </w:p>
    <w:p>
      <w:pPr>
        <w:jc w:val="right"/>
      </w:pPr>
      <w:r>
        <w:t>اور نہ کسی کو یاد ہے کہ انہوں نے میرے ساتھ یہ کیا تھا، وہ کیا تھا۔</w:t>
      </w:r>
    </w:p>
    <w:p>
      <w:r>
        <w:rPr>
          <w:b/>
        </w:rPr>
        <w:t xml:space="preserve">[47:32] </w:t>
      </w:r>
      <w:r>
        <w:t>ab is ka unhon ne asar le liya ke dekho maine itna zyada kiya logon ke saath,</w:t>
      </w:r>
    </w:p>
    <w:p>
      <w:pPr>
        <w:jc w:val="right"/>
      </w:pPr>
      <w:r>
        <w:t>اب اس کا انہوں نے اثر لے لیا کہ دیکھو میں نے اتنا زیادہ کیا لوگوں کے ساتھ،</w:t>
      </w:r>
    </w:p>
    <w:p>
      <w:r>
        <w:rPr>
          <w:b/>
        </w:rPr>
        <w:t xml:space="preserve">[47:37] </w:t>
      </w:r>
      <w:r>
        <w:t>ab main retire ho gaya hoon to mere paas koi aata bhi nahin, koi acknowledge bhi nahin karta.</w:t>
      </w:r>
    </w:p>
    <w:p>
      <w:pPr>
        <w:jc w:val="right"/>
      </w:pPr>
      <w:r>
        <w:t>اب میں ریٹائر ہو گیا ہوں تو میرے پاس کوئی آتا بھی نہیں، کوئی اکنالج بھی نہیں کرتا۔</w:t>
      </w:r>
    </w:p>
    <w:p>
      <w:r>
        <w:rPr>
          <w:b/>
        </w:rPr>
        <w:t xml:space="preserve">[47:42] </w:t>
      </w:r>
      <w:r>
        <w:t>ab in ko tension ho gaya.</w:t>
      </w:r>
    </w:p>
    <w:p>
      <w:pPr>
        <w:jc w:val="right"/>
      </w:pPr>
      <w:r>
        <w:t>اب ان کو ٹینشن ہو گیا۔</w:t>
      </w:r>
    </w:p>
    <w:p>
      <w:r>
        <w:rPr>
          <w:b/>
        </w:rPr>
        <w:t xml:space="preserve">[47:47] </w:t>
      </w:r>
      <w:r>
        <w:t>تو یہاں بھی دیکھیے، اب اس کو reason out نہیں کر سکے وہ۔</w:t>
      </w:r>
    </w:p>
    <w:p>
      <w:pPr>
        <w:jc w:val="right"/>
      </w:pPr>
      <w:r>
        <w:t>تو یہاں بھی دیکھیے، اب اس کو ریزن آؤٹ نہیں کر سکے وہ۔</w:t>
      </w:r>
    </w:p>
    <w:p>
      <w:r>
        <w:rPr>
          <w:b/>
        </w:rPr>
        <w:t xml:space="preserve">[47:52] </w:t>
      </w:r>
      <w:r>
        <w:t>dehat mein misl hai ke jab tak jareeb haath mein tab tak deewan de</w:t>
      </w:r>
    </w:p>
    <w:p>
      <w:pPr>
        <w:jc w:val="right"/>
      </w:pPr>
      <w:r>
        <w:t>دیہات میں مثل ہے کہ جب تک جریب ہاتھ میں تب تک دیوان دی</w:t>
      </w:r>
    </w:p>
    <w:p>
      <w:r>
        <w:rPr>
          <w:b/>
        </w:rPr>
        <w:t xml:space="preserve">[47:57] </w:t>
      </w:r>
      <w:r>
        <w:t>waan.</w:t>
      </w:r>
    </w:p>
    <w:p>
      <w:pPr>
        <w:jc w:val="right"/>
      </w:pPr>
      <w:r>
        <w:t>وان۔</w:t>
      </w:r>
    </w:p>
    <w:p>
      <w:r>
        <w:rPr>
          <w:b/>
        </w:rPr>
        <w:t xml:space="preserve">[48:00] </w:t>
      </w:r>
      <w:r>
        <w:t>is ko shayad aap log nahin samjhenge is language ko.</w:t>
      </w:r>
    </w:p>
    <w:p>
      <w:pPr>
        <w:jc w:val="right"/>
      </w:pPr>
      <w:r>
        <w:t>اس کو شاید آپ لوگ نہیں سمجھیں گے اس لینگویج کو۔</w:t>
      </w:r>
    </w:p>
    <w:p>
      <w:r>
        <w:rPr>
          <w:b/>
        </w:rPr>
        <w:t xml:space="preserve">[48:04] </w:t>
      </w:r>
      <w:r>
        <w:t>jab tak jareeb haath mein jab tak deewan deewan.</w:t>
      </w:r>
    </w:p>
    <w:p>
      <w:pPr>
        <w:jc w:val="right"/>
      </w:pPr>
      <w:r>
        <w:t>جب تک جریب ہاتھ میں جب تک دیوان دیوان۔</w:t>
      </w:r>
    </w:p>
    <w:p>
      <w:r>
        <w:rPr>
          <w:b/>
        </w:rPr>
        <w:t xml:space="preserve">[48:07] </w:t>
      </w:r>
      <w:r>
        <w:t>matlab ek jab tak aadmi seat par hota hai to har aadmi jhukta hai aa kar us ke aagay.</w:t>
      </w:r>
    </w:p>
    <w:p>
      <w:pPr>
        <w:jc w:val="right"/>
      </w:pPr>
      <w:r>
        <w:t>مطلب ایک جب تک آدمی سیٹ پر ہوتا ہے تو ہر آدمی جھکتا ہے آ کر اس کے آگے۔</w:t>
      </w:r>
    </w:p>
    <w:p>
      <w:r>
        <w:rPr>
          <w:b/>
        </w:rPr>
        <w:t xml:space="preserve">[48:10] </w:t>
      </w:r>
      <w:r>
        <w:t>jab seat par nahi hai to us ko janna chahiye ke koi nahi jhuke ga ab.</w:t>
      </w:r>
    </w:p>
    <w:p>
      <w:pPr>
        <w:jc w:val="right"/>
      </w:pPr>
      <w:r>
        <w:t>جب سیٹ پر نہیں ہے تو اس کو جاننا چاہیے کہ کوئی نہیں جھکے گا اب۔</w:t>
      </w:r>
    </w:p>
    <w:p>
      <w:r>
        <w:rPr>
          <w:b/>
        </w:rPr>
        <w:t xml:space="preserve">[48:14] </w:t>
      </w:r>
      <w:r>
        <w:t>woh woh seat thi, mein nahi tha.</w:t>
      </w:r>
    </w:p>
    <w:p>
      <w:pPr>
        <w:jc w:val="right"/>
      </w:pPr>
      <w:r>
        <w:t>وہ وہ سیٹ تھی، میں نہیں تھا۔</w:t>
      </w:r>
    </w:p>
    <w:p>
      <w:r>
        <w:rPr>
          <w:b/>
        </w:rPr>
        <w:t xml:space="preserve">[48:17] </w:t>
      </w:r>
      <w:r>
        <w:t>log samajh rahe thay ke mere aagay jhuk raha tha woh.</w:t>
      </w:r>
    </w:p>
    <w:p>
      <w:pPr>
        <w:jc w:val="right"/>
      </w:pPr>
      <w:r>
        <w:t>لوگ سمجھ رہے تھے کہ میرے آگے جھک رہا تھا وہ۔</w:t>
      </w:r>
    </w:p>
    <w:p>
      <w:r>
        <w:rPr>
          <w:b/>
        </w:rPr>
        <w:t xml:space="preserve">[48:21] </w:t>
      </w:r>
      <w:r>
        <w:t>nahi, woh seat ke aagay jhuk raha tha woh.</w:t>
      </w:r>
    </w:p>
    <w:p>
      <w:pPr>
        <w:jc w:val="right"/>
      </w:pPr>
      <w:r>
        <w:t>نہیں، وہ سیٹ کے آگے جھک رہا تھا وہ۔</w:t>
      </w:r>
    </w:p>
    <w:p>
      <w:r>
        <w:rPr>
          <w:b/>
        </w:rPr>
        <w:t xml:space="preserve">[48:24] </w:t>
      </w:r>
      <w:r>
        <w:t>to agar yeh jaan le aadmi, us ko reason out kar le</w:t>
      </w:r>
    </w:p>
    <w:p>
      <w:pPr>
        <w:jc w:val="right"/>
      </w:pPr>
      <w:r>
        <w:t>تو اگر یہ جان لے آدمی، اس کو ریزن آؤٹ کر لے</w:t>
      </w:r>
    </w:p>
    <w:p>
      <w:r>
        <w:rPr>
          <w:b/>
        </w:rPr>
        <w:t xml:space="preserve">[48:27] </w:t>
      </w:r>
      <w:r>
        <w:t>ke log seat ki wajah se itna zyada jhukte thay mere aagay aa kar ke us se</w:t>
      </w:r>
    </w:p>
    <w:p>
      <w:pPr>
        <w:jc w:val="right"/>
      </w:pPr>
      <w:r>
        <w:t>کہ لوگ سیٹ کی وجہ سے اتنا زیادہ جھکتے تھے میرے آگے آ کر کے کہ اس سے</w:t>
      </w:r>
    </w:p>
    <w:p>
      <w:r>
        <w:rPr>
          <w:b/>
        </w:rPr>
        <w:t xml:space="preserve">[48:33] </w:t>
      </w:r>
      <w:r>
        <w:t>mein un ko faida pohncha sakta tha.</w:t>
      </w:r>
    </w:p>
    <w:p>
      <w:pPr>
        <w:jc w:val="right"/>
      </w:pPr>
      <w:r>
        <w:t>میں ان کو فائدہ پہنچا سکتا تھا۔</w:t>
      </w:r>
    </w:p>
    <w:p>
      <w:r>
        <w:rPr>
          <w:b/>
        </w:rPr>
        <w:t xml:space="preserve">[48:39] </w:t>
      </w:r>
      <w:r>
        <w:t>ab seat nahi hai to mein faida pohnchanay ki position mein nahi hoon.</w:t>
      </w:r>
    </w:p>
    <w:p>
      <w:pPr>
        <w:jc w:val="right"/>
      </w:pPr>
      <w:r>
        <w:t>اب سیٹ نہیں ہے تو میں فائدہ پہنچانے کی پوزیشن میں نہیں ہوں۔</w:t>
      </w:r>
    </w:p>
    <w:p>
      <w:r>
        <w:rPr>
          <w:b/>
        </w:rPr>
        <w:t xml:space="preserve">[48:45] </w:t>
      </w:r>
      <w:r>
        <w:t>to reason out karne ka jo hai woh aadmi ko poori zindagi mein is ki zaroorat hai.</w:t>
      </w:r>
    </w:p>
    <w:p>
      <w:pPr>
        <w:jc w:val="right"/>
      </w:pPr>
      <w:r>
        <w:t>تو ریزن آؤٹ کرنے کا جو ہے وہ آدمی کو پوری زندگی میں اس کی ضرورت ہے۔</w:t>
      </w:r>
    </w:p>
    <w:p>
      <w:r>
        <w:rPr>
          <w:b/>
        </w:rPr>
        <w:t xml:space="preserve">[48:51] </w:t>
      </w:r>
      <w:r>
        <w:t>ke ke bilkul objective way mein aap baaton ko explain kar saken. Objec</w:t>
      </w:r>
    </w:p>
    <w:p>
      <w:pPr>
        <w:jc w:val="right"/>
      </w:pPr>
      <w:r>
        <w:t>کہ کہ بالکل ابجیکٹو وے میں آپ باتوں کو ایکسپلین کر سکیں۔ ابج</w:t>
      </w:r>
    </w:p>
    <w:p>
      <w:r>
        <w:rPr>
          <w:b/>
        </w:rPr>
        <w:t xml:space="preserve">[48:57] </w:t>
      </w:r>
      <w:r>
        <w:t>tive way mein.</w:t>
      </w:r>
    </w:p>
    <w:p>
      <w:pPr>
        <w:jc w:val="right"/>
      </w:pPr>
      <w:r>
        <w:t>یکٹو وے میں۔</w:t>
      </w:r>
    </w:p>
    <w:p>
      <w:r>
        <w:rPr>
          <w:b/>
        </w:rPr>
        <w:t xml:space="preserve">[49:02] </w:t>
      </w:r>
      <w:r>
        <w:t>nahi to kya hoga? phir tension hoga.</w:t>
      </w:r>
    </w:p>
    <w:p>
      <w:pPr>
        <w:jc w:val="right"/>
      </w:pPr>
      <w:r>
        <w:t>نہیں تو کیا ہوگا؟ پھر ٹینشن ہوگا۔</w:t>
      </w:r>
    </w:p>
    <w:p>
      <w:r>
        <w:rPr>
          <w:b/>
        </w:rPr>
        <w:t xml:space="preserve">[49:07] </w:t>
      </w:r>
      <w:r>
        <w:t>jab bhi kisi baat ko aap explain nahi kar paate, tabhi to tension hota hai.</w:t>
      </w:r>
    </w:p>
    <w:p>
      <w:pPr>
        <w:jc w:val="right"/>
      </w:pPr>
      <w:r>
        <w:t>جب بھی کسی بات کو آپ ایکسپلین نہیں کر پاتے، تبھی تو ٹینشن ہوتا ہے۔</w:t>
      </w:r>
    </w:p>
    <w:p>
      <w:r>
        <w:rPr>
          <w:b/>
        </w:rPr>
        <w:t xml:space="preserve">[49:12] </w:t>
      </w:r>
      <w:r>
        <w:t>jab kisi loss ko, kisi nuqsan ko, kisi unpleasant situation ko, kisi unwanted experience ko aap</w:t>
      </w:r>
    </w:p>
    <w:p>
      <w:pPr>
        <w:jc w:val="right"/>
      </w:pPr>
      <w:r>
        <w:t>جب کسی لاس کو، کسی نقصان کو، کسی ان پلیزنٹ سچویشن کو، کسی ان وانٹڈ ایکسپیرینس کو آپ</w:t>
      </w:r>
    </w:p>
    <w:p>
      <w:r>
        <w:rPr>
          <w:b/>
        </w:rPr>
        <w:t xml:space="preserve">[49:17] </w:t>
      </w:r>
      <w:r>
        <w:t>explain nahi kar paate to aap us se bura asar le lete hain.</w:t>
      </w:r>
    </w:p>
    <w:p>
      <w:pPr>
        <w:jc w:val="right"/>
      </w:pPr>
      <w:r>
        <w:t>ایکسپلین نہیں کر پاتے تو آپ اس سے برا اثر لے لیتے ہیں۔</w:t>
      </w:r>
    </w:p>
    <w:p>
      <w:r>
        <w:rPr>
          <w:b/>
        </w:rPr>
        <w:t xml:space="preserve">[49:22] </w:t>
      </w:r>
      <w:r>
        <w:t>phir aap ko tension aata hai, tension aata hai, tarah tarah ki bimari paida hoti</w:t>
      </w:r>
    </w:p>
    <w:p>
      <w:pPr>
        <w:jc w:val="right"/>
      </w:pPr>
      <w:r>
        <w:t>پھر آپ کو ٹینشن آتا ہے، ٹینشن آتا ہے، طرح طرح کی بیماری پیدا ہوتی</w:t>
      </w:r>
    </w:p>
    <w:p>
      <w:r>
        <w:rPr>
          <w:b/>
        </w:rPr>
        <w:t xml:space="preserve">[49:27] </w:t>
      </w:r>
      <w:r>
        <w:t>hai.</w:t>
      </w:r>
    </w:p>
    <w:p>
      <w:pPr>
        <w:jc w:val="right"/>
      </w:pPr>
      <w:r>
        <w:t>ہے۔</w:t>
      </w:r>
    </w:p>
    <w:p>
      <w:r>
        <w:rPr>
          <w:b/>
        </w:rPr>
        <w:t xml:space="preserve">[49:34] </w:t>
      </w:r>
      <w:r>
        <w:t>to yahan par dekhiye ek bifurcation ho gaya hai Islam mein.</w:t>
      </w:r>
    </w:p>
    <w:p>
      <w:pPr>
        <w:jc w:val="right"/>
      </w:pPr>
      <w:r>
        <w:t>تو یہاں پر دیکھیے ایک بائی فرکیشن ہو گیا ہے اسلام میں۔</w:t>
      </w:r>
    </w:p>
    <w:p>
      <w:r>
        <w:rPr>
          <w:b/>
        </w:rPr>
        <w:t xml:space="preserve">[49:40] </w:t>
      </w:r>
      <w:r>
        <w:t>ke rituals alag ho gaye hain aur aur aql alag ho gayi hai.</w:t>
      </w:r>
    </w:p>
    <w:p>
      <w:pPr>
        <w:jc w:val="right"/>
      </w:pPr>
      <w:r>
        <w:t>کہ ریچولز الگ ہو گئے ہیں اور اور عقل الگ ہو گئی ہے۔</w:t>
      </w:r>
    </w:p>
    <w:p>
      <w:r>
        <w:rPr>
          <w:b/>
        </w:rPr>
        <w:t xml:space="preserve">[49:46] </w:t>
      </w:r>
      <w:r>
        <w:t>yani rituals ke aitbar se, rituals ke aitbar se unhon ne Islam ko le rakha hai.</w:t>
      </w:r>
    </w:p>
    <w:p>
      <w:pPr>
        <w:jc w:val="right"/>
      </w:pPr>
      <w:r>
        <w:t>یعنی ریچولز کے اعتبار سے، ریچولز کے اعتبار سے انہوں نے اسلام کو لے رکھا ہے۔</w:t>
      </w:r>
    </w:p>
    <w:p>
      <w:r>
        <w:rPr>
          <w:b/>
        </w:rPr>
        <w:t xml:space="preserve">[49:52] </w:t>
      </w:r>
      <w:r>
        <w:t>ke aisi topi, aisa kapra aur paanch waqt ki yani woh form wali namaz aur saal mein</w:t>
      </w:r>
    </w:p>
    <w:p>
      <w:pPr>
        <w:jc w:val="right"/>
      </w:pPr>
      <w:r>
        <w:t>کہ ایسی ٹوپی، ایسا کپڑا اور پانچ وقت کی یعنی وہ فارم والی نماز اور سال میں</w:t>
      </w:r>
    </w:p>
    <w:p>
      <w:r>
        <w:rPr>
          <w:b/>
        </w:rPr>
        <w:t xml:space="preserve">[49:58] </w:t>
      </w:r>
      <w:r>
        <w:t>form wala hajj.</w:t>
      </w:r>
    </w:p>
    <w:p>
      <w:pPr>
        <w:jc w:val="right"/>
      </w:pPr>
      <w:r>
        <w:t>فارم والا حج۔</w:t>
      </w:r>
    </w:p>
    <w:p>
      <w:r>
        <w:rPr>
          <w:b/>
        </w:rPr>
        <w:t xml:space="preserve">[50:02] </w:t>
      </w:r>
      <w:r>
        <w:t>yeh rituals hain.</w:t>
      </w:r>
    </w:p>
    <w:p>
      <w:pPr>
        <w:jc w:val="right"/>
      </w:pPr>
      <w:r>
        <w:t>یہ ریچولز ہیں۔</w:t>
      </w:r>
    </w:p>
    <w:p>
      <w:r>
        <w:rPr>
          <w:b/>
        </w:rPr>
        <w:t xml:space="preserve">[50:06] </w:t>
      </w:r>
      <w:r>
        <w:t>to rituals ke aitbar se Islam ko le rakha hai.</w:t>
      </w:r>
    </w:p>
    <w:p>
      <w:pPr>
        <w:jc w:val="right"/>
      </w:pPr>
      <w:r>
        <w:t>تو ریچولز کے اعتبار سے اسلام کو لے رکھا ہے۔</w:t>
      </w:r>
    </w:p>
    <w:p>
      <w:r>
        <w:rPr>
          <w:b/>
        </w:rPr>
        <w:t xml:space="preserve">[50:10] </w:t>
      </w:r>
      <w:r>
        <w:t>lekin woh islam jo aap ki aqal ko hilaye, jo aap ki aqal ko activate kare, woh islam</w:t>
      </w:r>
    </w:p>
    <w:p>
      <w:pPr>
        <w:jc w:val="right"/>
      </w:pPr>
      <w:r>
        <w:t>لیکن وہ اسلام جو آپ کی عقل کو ہلائے، جو آپ کی عقل کو ایکٹیویٹ کرے، وہ اسلام</w:t>
      </w:r>
    </w:p>
    <w:p>
      <w:r>
        <w:rPr>
          <w:b/>
        </w:rPr>
        <w:t xml:space="preserve">[50:14] </w:t>
      </w:r>
      <w:r>
        <w:t>unhein mila hi nahin.</w:t>
      </w:r>
    </w:p>
    <w:p>
      <w:pPr>
        <w:jc w:val="right"/>
      </w:pPr>
      <w:r>
        <w:t>انہیں ملا ہی نہیں۔</w:t>
      </w:r>
    </w:p>
    <w:p>
      <w:r>
        <w:rPr>
          <w:b/>
        </w:rPr>
        <w:t xml:space="preserve">[50:18] </w:t>
      </w:r>
      <w:r>
        <w:t>kyunke inka islam jo hai shuru hua hai birth se, paidaish se.</w:t>
      </w:r>
    </w:p>
    <w:p>
      <w:pPr>
        <w:jc w:val="right"/>
      </w:pPr>
      <w:r>
        <w:t>کیونکہ ان کا اسلام جو ہے شروع ہوا ہے برتھ سے، پیدائش سے۔</w:t>
      </w:r>
    </w:p>
    <w:p>
      <w:r>
        <w:rPr>
          <w:b/>
        </w:rPr>
        <w:t xml:space="preserve">[50:22] </w:t>
      </w:r>
      <w:r>
        <w:t>discovery se nahin shuru hua.</w:t>
      </w:r>
    </w:p>
    <w:p>
      <w:pPr>
        <w:jc w:val="right"/>
      </w:pPr>
      <w:r>
        <w:t>ڈسکوری سے نہیں شروع ہوا۔</w:t>
      </w:r>
    </w:p>
    <w:p>
      <w:r>
        <w:rPr>
          <w:b/>
        </w:rPr>
        <w:t xml:space="preserve">[50:26] </w:t>
      </w:r>
      <w:r>
        <w:t>isi liye main aksar kaha karta hoon ke islam begins from discovery.</w:t>
      </w:r>
    </w:p>
    <w:p>
      <w:pPr>
        <w:jc w:val="right"/>
      </w:pPr>
      <w:r>
        <w:t>اسی لیے میں اکثر کہا کرتا ہوں کہ اسلام بگنز فرام ڈسکوری۔</w:t>
      </w:r>
    </w:p>
    <w:p>
      <w:r>
        <w:rPr>
          <w:b/>
        </w:rPr>
        <w:t xml:space="preserve">[50:30] </w:t>
      </w:r>
      <w:r>
        <w:t>log samajhte hain ke Musalman ghar mein paida ho gaye to bas hum Musalman ho gaye. unhon ne kaha Islam shuru hota hai birth se. yaani accidental birth se. paidaish ho gayi, Muslim gharane mein paida ho gaye to bas Islam mil gaya hum ko. to jin logon ka Islam shuru hota hai sirf birth se, paidaish se, to wahi woh log hain jo rituals ko Islam samajh lete hain. lekin mein</w:t>
      </w:r>
    </w:p>
    <w:p>
      <w:pPr>
        <w:jc w:val="right"/>
      </w:pPr>
      <w:r>
        <w:t>لوگ سمجھتے ہیں کہ مسلمان گھر میں پیدا ہو گئے تو بس ہم مسلمان ہو گئے۔ انہوں نے کہا اسلام شروع ہوتا ہے برتھ سے۔ یعنی ایکسیڈنٹل برتھ سے۔ پیدائش ہو گئی، مسلم گھرانے میں پیدا ہو گئے تو بس اسلام مل گیا ہم کو۔ تو جن لوگوں کا اسلام شروع ہوتا ہے صرف برتھ سے، پیدائش سے، تو وہی وہ لوگ ہیں جو ریچولز کو اسلام سمجھ لیتے ہیں۔ لیکن میں</w:t>
      </w:r>
    </w:p>
    <w:p>
      <w:r>
        <w:rPr>
          <w:b/>
        </w:rPr>
        <w:t xml:space="preserve">[51:00] </w:t>
      </w:r>
      <w:r>
        <w:t>yeh manta hoon ke chahe aap muslim ghar mein paida hue hon ya paida na hue hon, dono</w:t>
      </w:r>
    </w:p>
    <w:p>
      <w:pPr>
        <w:jc w:val="right"/>
      </w:pPr>
      <w:r>
        <w:t>یہ مانتا ہوں کہ چاہے آپ مسلم گھر میں پیدا ہوئے ہوں یا پیدا نہ ہوئے ہوں، دونوں</w:t>
      </w:r>
    </w:p>
    <w:p>
      <w:r>
        <w:rPr>
          <w:b/>
        </w:rPr>
        <w:t xml:space="preserve">[51:06] </w:t>
      </w:r>
      <w:r>
        <w:t>halaton mein islam agar aap ki zindagi mein aayega to discovery ke through aayega, realization ke</w:t>
      </w:r>
    </w:p>
    <w:p>
      <w:pPr>
        <w:jc w:val="right"/>
      </w:pPr>
      <w:r>
        <w:t>حالتوں میں اسلام اگر آپ کی زندگی میں آئے گا تو ڈسکوری کے تھرو آئے گا، ریلائزیشن کے</w:t>
      </w:r>
    </w:p>
    <w:p>
      <w:r>
        <w:rPr>
          <w:b/>
        </w:rPr>
        <w:t xml:space="preserve">[51:12] </w:t>
      </w:r>
      <w:r>
        <w:t>تھرو آئے گا، intellectual revolution کے تھرو آئے گا۔</w:t>
      </w:r>
    </w:p>
    <w:p>
      <w:pPr>
        <w:jc w:val="right"/>
      </w:pPr>
      <w:r>
        <w:t>تھرو آئے گا، انٹلیکچول ریولوشن کے تھرو آئے گا۔</w:t>
      </w:r>
    </w:p>
    <w:p>
      <w:r>
        <w:rPr>
          <w:b/>
        </w:rPr>
        <w:t xml:space="preserve">[51:18] </w:t>
      </w:r>
      <w:r>
        <w:t>nahin to islam aaya bhi nahin.</w:t>
      </w:r>
    </w:p>
    <w:p>
      <w:pPr>
        <w:jc w:val="right"/>
      </w:pPr>
      <w:r>
        <w:t>نہیں تو اسلام آیا بھی نہیں۔</w:t>
      </w:r>
    </w:p>
    <w:p>
      <w:r>
        <w:rPr>
          <w:b/>
        </w:rPr>
        <w:t xml:space="preserve">[51:25] </w:t>
      </w:r>
      <w:r>
        <w:t>to jin logon ki zindagi mein islam aata hai, yaani discovery ke ke zariye, realization ke zariye, marfat ke zariye,</w:t>
      </w:r>
    </w:p>
    <w:p>
      <w:pPr>
        <w:jc w:val="right"/>
      </w:pPr>
      <w:r>
        <w:t>تو جن لوگوں کی زندگی میں اسلام آتا ہے، یعنی ڈسکوری کے کے ذریعے، ریلائزیشن کے ذریعے، معرفت کے ذریعے،</w:t>
      </w:r>
    </w:p>
    <w:p>
      <w:r>
        <w:rPr>
          <w:b/>
        </w:rPr>
        <w:t xml:space="preserve">[51:31] </w:t>
      </w:r>
      <w:r>
        <w:t>to un ke andar aik aqli inqilab aa jata hai. aik intellectual revolution aa jata hai. un ko sochne ka tareeqa aa jata hai, sochne ka tareeqa. art of thinking, yani art of thinking jo hai woh bilkul integral part hai islam ka. is islam ka jo aap ko mile discovery ke zariye se. jis cheez ko mein kaha karta hoon art of thinking. art of thinking jo hai woh islam</w:t>
      </w:r>
    </w:p>
    <w:p>
      <w:pPr>
        <w:jc w:val="right"/>
      </w:pPr>
      <w:r>
        <w:t>تو ان کے اندر ایک عقلی انقلاب آ جاتا ہے۔ ایک انٹلیکچول ریولوشن آ جاتا ہے۔ ان کو سوچنے کا طریقہ آ جاتا ہے، سوچنے کا طریقہ۔ آرٹ آف تھنکنگ، یعنی آرٹ آف تھنکنگ جو ہے وہ بالکل انٹیگرل پارٹ ہے اسلام کا۔ اس اسلام کا جو آپ کو ملے ڈسکوری کے ذریعے سے۔ جس چیز کو میں کہا کرتا ہوں آرٹ آف تھنکنگ۔ آرٹ آف تھنکنگ جو ہے وہ اسلام</w:t>
      </w:r>
    </w:p>
    <w:p>
      <w:r>
        <w:rPr>
          <w:b/>
        </w:rPr>
        <w:t xml:space="preserve">[52:01] </w:t>
      </w:r>
      <w:r>
        <w:t>hi ka ek ek integral part hai.</w:t>
      </w:r>
    </w:p>
    <w:p>
      <w:pPr>
        <w:jc w:val="right"/>
      </w:pPr>
      <w:r>
        <w:t>ہی کا ایک ایک انٹیگرل پارٹ ہے۔</w:t>
      </w:r>
    </w:p>
    <w:p>
      <w:r>
        <w:rPr>
          <w:b/>
        </w:rPr>
        <w:t xml:space="preserve">[52:06] </w:t>
      </w:r>
      <w:r>
        <w:t>is islam ka, jis islam ko aap paate hain discovery ke zariye se.</w:t>
      </w:r>
    </w:p>
    <w:p>
      <w:pPr>
        <w:jc w:val="right"/>
      </w:pPr>
      <w:r>
        <w:t>اس اسلام کا، جس اسلام کو آپ پاتے ہیں ڈسکوری کے ذریعے سے۔</w:t>
      </w:r>
    </w:p>
    <w:p>
      <w:r>
        <w:rPr>
          <w:b/>
        </w:rPr>
        <w:t xml:space="preserve">[52:11] </w:t>
      </w:r>
      <w:r>
        <w:t>aur yeh islam jo aap ko paidaish se mil gaya, jo kuch set of rituals ko aap ne</w:t>
      </w:r>
    </w:p>
    <w:p>
      <w:pPr>
        <w:jc w:val="right"/>
      </w:pPr>
      <w:r>
        <w:t>اور یہ اسلام جو آپ کو پیدائش سے مل گیا، جو کچھ سیٹ آف ریچولز کو آپ نے</w:t>
      </w:r>
    </w:p>
    <w:p>
      <w:r>
        <w:rPr>
          <w:b/>
        </w:rPr>
        <w:t xml:space="preserve">[52:16] </w:t>
      </w:r>
      <w:r>
        <w:t>follow kiya aur mil gaya, is se to kuch bhi nahin ho sakta hai.</w:t>
      </w:r>
    </w:p>
    <w:p>
      <w:pPr>
        <w:jc w:val="right"/>
      </w:pPr>
      <w:r>
        <w:t>فالو کیا اور مل گیا، اس سے تو کچھ بھی نہیں ہو سکتا ہے۔</w:t>
      </w:r>
    </w:p>
    <w:p>
      <w:r>
        <w:rPr>
          <w:b/>
        </w:rPr>
        <w:t xml:space="preserve">[52:21] </w:t>
      </w:r>
      <w:r>
        <w:t>kal mere paas ek sahab aaye kashmir ke.</w:t>
      </w:r>
    </w:p>
    <w:p>
      <w:pPr>
        <w:jc w:val="right"/>
      </w:pPr>
      <w:r>
        <w:t>کل میرے پاس ایک صاحب آئے کشمیر کے۔</w:t>
      </w:r>
    </w:p>
    <w:p>
      <w:r>
        <w:rPr>
          <w:b/>
        </w:rPr>
        <w:t xml:space="preserve">[52:26] </w:t>
      </w:r>
      <w:r>
        <w:t>apne ab woh inke maa baap bhi saath</w:t>
      </w:r>
    </w:p>
    <w:p>
      <w:pPr>
        <w:jc w:val="right"/>
      </w:pPr>
      <w:r>
        <w:t>اپنے اب وہ ان کے ماں باپ بھی ساتھ</w:t>
      </w:r>
    </w:p>
    <w:p>
      <w:r>
        <w:rPr>
          <w:b/>
        </w:rPr>
        <w:t xml:space="preserve">[52:31] </w:t>
      </w:r>
      <w:r>
        <w:t>the inke.</w:t>
      </w:r>
    </w:p>
    <w:p>
      <w:pPr>
        <w:jc w:val="right"/>
      </w:pPr>
      <w:r>
        <w:t>تھے ان کے۔</w:t>
      </w:r>
    </w:p>
    <w:p>
      <w:r>
        <w:rPr>
          <w:b/>
        </w:rPr>
        <w:t xml:space="preserve">[52:35] </w:t>
      </w:r>
      <w:r>
        <w:t>to unhone kaha ke hum daawati kaam hum karna chahte hain.</w:t>
      </w:r>
    </w:p>
    <w:p>
      <w:pPr>
        <w:jc w:val="right"/>
      </w:pPr>
      <w:r>
        <w:t>تو انہوں نے کہا کہ ہم دعوتی کام ہم کرنا چاہتے ہیں۔</w:t>
      </w:r>
    </w:p>
    <w:p>
      <w:r>
        <w:rPr>
          <w:b/>
        </w:rPr>
        <w:t xml:space="preserve">[52:40] </w:t>
      </w:r>
      <w:r>
        <w:t>to aap bataiye ke hum kaise karein daawati kaam? inka matlab yeh tha ke daawati kaam aap</w:t>
      </w:r>
    </w:p>
    <w:p>
      <w:pPr>
        <w:jc w:val="right"/>
      </w:pPr>
      <w:r>
        <w:t>تو آپ بتائیے کہ ہم کیسے کریں دعوتی کام؟ ان کا مطلب یہ تھا کہ دعوتی کام آپ</w:t>
      </w:r>
    </w:p>
    <w:p>
      <w:r>
        <w:rPr>
          <w:b/>
        </w:rPr>
        <w:t xml:space="preserve">[52:44] </w:t>
      </w:r>
      <w:r>
        <w:t>kehte hain ke non muslims mein karna hai.</w:t>
      </w:r>
    </w:p>
    <w:p>
      <w:pPr>
        <w:jc w:val="right"/>
      </w:pPr>
      <w:r>
        <w:t>کہتے ہیں کہ نان مسلمز میں کرنا ہے۔</w:t>
      </w:r>
    </w:p>
    <w:p>
      <w:r>
        <w:rPr>
          <w:b/>
        </w:rPr>
        <w:t xml:space="preserve">[52:49] </w:t>
      </w:r>
      <w:r>
        <w:t>inka matlab yeh tha ke daawati kaam ka matlab aap batate hain ke non muslims mein karna hai.</w:t>
      </w:r>
    </w:p>
    <w:p>
      <w:pPr>
        <w:jc w:val="right"/>
      </w:pPr>
      <w:r>
        <w:t>ان کا مطلب یہ تھا کہ دعوتی کام کا مطلب آپ بتاتے ہیں کہ نان مسلمز میں کرنا ہے۔</w:t>
      </w:r>
    </w:p>
    <w:p>
      <w:r>
        <w:rPr>
          <w:b/>
        </w:rPr>
        <w:t xml:space="preserve">[52:53] </w:t>
      </w:r>
      <w:r>
        <w:t>to kashmir mein non muslims tha hi nahin.</w:t>
      </w:r>
    </w:p>
    <w:p>
      <w:pPr>
        <w:jc w:val="right"/>
      </w:pPr>
      <w:r>
        <w:t>تو کشمیر میں نان مسلمز تھا ہی نہیں۔</w:t>
      </w:r>
    </w:p>
    <w:p>
      <w:r>
        <w:rPr>
          <w:b/>
        </w:rPr>
        <w:t xml:space="preserve">[52:58] </w:t>
      </w:r>
      <w:r>
        <w:t>wahan sab musalman musalman hain.</w:t>
      </w:r>
    </w:p>
    <w:p>
      <w:pPr>
        <w:jc w:val="right"/>
      </w:pPr>
      <w:r>
        <w:t>وہاں سب مسلمان مسلمان ہیں۔</w:t>
      </w:r>
    </w:p>
    <w:p>
      <w:r>
        <w:rPr>
          <w:b/>
        </w:rPr>
        <w:t xml:space="preserve">[53:02] </w:t>
      </w:r>
      <w:r>
        <w:t>main ne kaha ke non muslims jo yahan jo army hai, aap kehte hain kashmir wale kehte hain</w:t>
      </w:r>
    </w:p>
    <w:p>
      <w:pPr>
        <w:jc w:val="right"/>
      </w:pPr>
      <w:r>
        <w:t>میں نے کہا کہ نان مسلمز جو یہاں جو آرمی ہے، آپ کہتے ہیں کشمیر والے کہتے ہیں</w:t>
      </w:r>
    </w:p>
    <w:p>
      <w:r>
        <w:rPr>
          <w:b/>
        </w:rPr>
        <w:t xml:space="preserve">[53:07] </w:t>
      </w:r>
      <w:r>
        <w:t>ke wahan army har road par, har ghar ke saamne khadi hui hai.</w:t>
      </w:r>
    </w:p>
    <w:p>
      <w:pPr>
        <w:jc w:val="right"/>
      </w:pPr>
      <w:r>
        <w:t>کہ وہاں آرمی ہر روڈ پر، ہر گھر کے سامنے کھڑی ہوئی ہے۔</w:t>
      </w:r>
    </w:p>
    <w:p>
      <w:r>
        <w:rPr>
          <w:b/>
        </w:rPr>
        <w:t xml:space="preserve">[53:12] </w:t>
      </w:r>
      <w:r>
        <w:t>itni army hai ke har jagah woh phaili hui hai.</w:t>
      </w:r>
    </w:p>
    <w:p>
      <w:pPr>
        <w:jc w:val="right"/>
      </w:pPr>
      <w:r>
        <w:t>اتنی آرمی ہے کہ ہر جگہ وہ پھیلی ہوئی ہے۔</w:t>
      </w:r>
    </w:p>
    <w:p>
      <w:r>
        <w:rPr>
          <w:b/>
        </w:rPr>
        <w:t xml:space="preserve">[53:17] </w:t>
      </w:r>
      <w:r>
        <w:t>to mein ne kaha army baddu nahi hai aap ki? army mein sab non muslim, sab non woh</w:t>
      </w:r>
    </w:p>
    <w:p>
      <w:pPr>
        <w:jc w:val="right"/>
      </w:pPr>
      <w:r>
        <w:t>تو میں نے کہا آرمی بدو نہیں ہے آپ کی؟ آرمی میں سب نان مسلم، سب نان وہ</w:t>
      </w:r>
    </w:p>
    <w:p>
      <w:r>
        <w:rPr>
          <w:b/>
        </w:rPr>
        <w:t xml:space="preserve">[53:22] </w:t>
      </w:r>
      <w:r>
        <w:t>hotay hain, yaani non muslim hotay hain.</w:t>
      </w:r>
    </w:p>
    <w:p>
      <w:pPr>
        <w:jc w:val="right"/>
      </w:pPr>
      <w:r>
        <w:t>ہوتے ہیں، یعنی نان مسلم ہوتے ہیں۔</w:t>
      </w:r>
    </w:p>
    <w:p>
      <w:r>
        <w:rPr>
          <w:b/>
        </w:rPr>
        <w:t xml:space="preserve">[53:27] </w:t>
      </w:r>
      <w:r>
        <w:t>to to woh aap ko baddu nahi hai kiya? is tarah socha hi nahi</w:t>
      </w:r>
    </w:p>
    <w:p>
      <w:pPr>
        <w:jc w:val="right"/>
      </w:pPr>
      <w:r>
        <w:t>تو تو وہ آپ کو بدو نہیں ہے کیا؟ اس طرح سوچا ہی نہیں</w:t>
      </w:r>
    </w:p>
    <w:p>
      <w:r>
        <w:rPr>
          <w:b/>
        </w:rPr>
        <w:t xml:space="preserve">[53:32] </w:t>
      </w:r>
      <w:r>
        <w:t>tha unhon ne.</w:t>
      </w:r>
    </w:p>
    <w:p>
      <w:pPr>
        <w:jc w:val="right"/>
      </w:pPr>
      <w:r>
        <w:t>تھا انہوں نے۔</w:t>
      </w:r>
    </w:p>
    <w:p>
      <w:r>
        <w:rPr>
          <w:b/>
        </w:rPr>
        <w:t xml:space="preserve">[53:36] </w:t>
      </w:r>
      <w:r>
        <w:t>bas yeh unhon ne dekha ke hum yeh kehte hain ke daawa work hota hai non muslim mein.</w:t>
      </w:r>
    </w:p>
    <w:p>
      <w:pPr>
        <w:jc w:val="right"/>
      </w:pPr>
      <w:r>
        <w:t>بس یہ انہوں نے دیکھا کہ ہم یہ کہتے ہیں کہ دعویٰ ورک ہوتا ہے نان مسلم میں۔</w:t>
      </w:r>
    </w:p>
    <w:p>
      <w:r>
        <w:rPr>
          <w:b/>
        </w:rPr>
        <w:t xml:space="preserve">[53:41] </w:t>
      </w:r>
      <w:r>
        <w:t>aur socha unhon ne ke kashmir mein sab musalman musalman hain to wahan daawa work kaisay hoga? mein</w:t>
      </w:r>
    </w:p>
    <w:p>
      <w:pPr>
        <w:jc w:val="right"/>
      </w:pPr>
      <w:r>
        <w:t>اور سوچا انہوں نے کہ کشمیر میں سب مسلمان مسلمان ہیں تو وہاں دعویٰ ورک کیسے ہوگا؟ میں</w:t>
      </w:r>
    </w:p>
    <w:p>
      <w:r>
        <w:rPr>
          <w:b/>
        </w:rPr>
        <w:t xml:space="preserve">[53:45] </w:t>
      </w:r>
      <w:r>
        <w:t>ne kaha saaray army ke log jo aap ke liye baddu hain.</w:t>
      </w:r>
    </w:p>
    <w:p>
      <w:pPr>
        <w:jc w:val="right"/>
      </w:pPr>
      <w:r>
        <w:t>نے کہا سارے آرمی کے لوگ جو آپ کے لیے بدو ہیں۔</w:t>
      </w:r>
    </w:p>
    <w:p>
      <w:r>
        <w:rPr>
          <w:b/>
        </w:rPr>
        <w:t xml:space="preserve">[53:49] </w:t>
      </w:r>
      <w:r>
        <w:t>jo tourist atay hain woh aap ke liye baddu hain.</w:t>
      </w:r>
    </w:p>
    <w:p>
      <w:pPr>
        <w:jc w:val="right"/>
      </w:pPr>
      <w:r>
        <w:t>جو ٹورسٹ آتے ہیں وہ آپ کے لیے بدو ہیں۔</w:t>
      </w:r>
    </w:p>
    <w:p>
      <w:r>
        <w:rPr>
          <w:b/>
        </w:rPr>
        <w:t xml:space="preserve">[53:54] </w:t>
      </w:r>
      <w:r>
        <w:t>to mein ne kaha ke aap log jo hain asal yeh hai ke aaj waqt daawa blind hain.</w:t>
      </w:r>
    </w:p>
    <w:p>
      <w:pPr>
        <w:jc w:val="right"/>
      </w:pPr>
      <w:r>
        <w:t>تو میں نے کہا کہ آپ لوگ جو ہیں اصل یہ ہے کہ آج وقت دعویٰ بلائنڈ ہیں۔</w:t>
      </w:r>
    </w:p>
    <w:p>
      <w:r>
        <w:rPr>
          <w:b/>
        </w:rPr>
        <w:t xml:space="preserve">[53:58] </w:t>
      </w:r>
      <w:r>
        <w:t>aap logon ka</w:t>
      </w:r>
    </w:p>
    <w:p>
      <w:pPr>
        <w:jc w:val="right"/>
      </w:pPr>
      <w:r>
        <w:t>آپ لوگوں کا</w:t>
      </w:r>
    </w:p>
    <w:p>
      <w:r>
        <w:rPr>
          <w:b/>
        </w:rPr>
        <w:t xml:space="preserve">[54:02] </w:t>
      </w:r>
      <w:r>
        <w:t>problem yeh hai ke aap log daawa blind hain.</w:t>
      </w:r>
    </w:p>
    <w:p>
      <w:pPr>
        <w:jc w:val="right"/>
      </w:pPr>
      <w:r>
        <w:t>پرابلم یہ ہے کہ آپ لوگ دعویٰ بلائنڈ ہیں۔</w:t>
      </w:r>
    </w:p>
    <w:p>
      <w:r>
        <w:rPr>
          <w:b/>
        </w:rPr>
        <w:t xml:space="preserve">[54:07] </w:t>
      </w:r>
      <w:r>
        <w:t>phir mein ne un se poocha ke aap dawat ko kiya samajhte hain? dawat ka matlab hai insaan</w:t>
      </w:r>
    </w:p>
    <w:p>
      <w:pPr>
        <w:jc w:val="right"/>
      </w:pPr>
      <w:r>
        <w:t>پھر میں نے ان سے پوچھا کہ آپ دعوت کو کیا سمجھتے ہیں؟ دعوت کا مطلب ہے انسان</w:t>
      </w:r>
    </w:p>
    <w:p>
      <w:r>
        <w:rPr>
          <w:b/>
        </w:rPr>
        <w:t xml:space="preserve">[54:11] </w:t>
      </w:r>
      <w:r>
        <w:t>se mohabbat karna.</w:t>
      </w:r>
    </w:p>
    <w:p>
      <w:pPr>
        <w:jc w:val="right"/>
      </w:pPr>
      <w:r>
        <w:t>سے محبت کرنا۔</w:t>
      </w:r>
    </w:p>
    <w:p>
      <w:r>
        <w:rPr>
          <w:b/>
        </w:rPr>
        <w:t xml:space="preserve">[54:15] </w:t>
      </w:r>
      <w:r>
        <w:t>jab aap insaan se mohabbat karte hain tab hi aap dawti kaam kar sakte hain.</w:t>
      </w:r>
    </w:p>
    <w:p>
      <w:pPr>
        <w:jc w:val="right"/>
      </w:pPr>
      <w:r>
        <w:t>جب آپ انسان سے محبت کرتے ہیں تب ہی آپ دعوتی کام کر سکتے ہیں۔</w:t>
      </w:r>
    </w:p>
    <w:p>
      <w:r>
        <w:rPr>
          <w:b/>
        </w:rPr>
        <w:t xml:space="preserve">[54:19] </w:t>
      </w:r>
      <w:r>
        <w:t>phir unhon ne poocha ke aap ki yeh mother yahan baithi hui hain.</w:t>
      </w:r>
    </w:p>
    <w:p>
      <w:pPr>
        <w:jc w:val="right"/>
      </w:pPr>
      <w:r>
        <w:t>پھر انہوں نے پوچھا کہ آپ کی یہ مدر یہاں بیٹھی ہوئی ہیں۔</w:t>
      </w:r>
    </w:p>
    <w:p>
      <w:r>
        <w:rPr>
          <w:b/>
        </w:rPr>
        <w:t xml:space="preserve">[54:24] </w:t>
      </w:r>
      <w:r>
        <w:t>aap in se mohabbat karte hain? kaha haan bohat ziyada mohabbat karte hain.</w:t>
      </w:r>
    </w:p>
    <w:p>
      <w:pPr>
        <w:jc w:val="right"/>
      </w:pPr>
      <w:r>
        <w:t>آپ ان سے محبت کرتے ہیں؟ کہا ہاں بہت زیادہ محبت کرتے ہیں۔</w:t>
      </w:r>
    </w:p>
    <w:p>
      <w:r>
        <w:rPr>
          <w:b/>
        </w:rPr>
        <w:t xml:space="preserve">[54:28] </w:t>
      </w:r>
      <w:r>
        <w:t>to mein ne kaha kiya e</w:t>
      </w:r>
    </w:p>
    <w:p>
      <w:pPr>
        <w:jc w:val="right"/>
      </w:pPr>
      <w:r>
        <w:t>تو میں نے کہا کیا ای</w:t>
      </w:r>
    </w:p>
    <w:p>
      <w:r>
        <w:rPr>
          <w:b/>
        </w:rPr>
        <w:t xml:space="preserve">[54:32] </w:t>
      </w:r>
      <w:r>
        <w:t>si mohabbat aap insaan se bhi karte hain? ab woh chup ho gaye.</w:t>
      </w:r>
    </w:p>
    <w:p>
      <w:pPr>
        <w:jc w:val="right"/>
      </w:pPr>
      <w:r>
        <w:t>سی محبت آپ انسان سے بھی کرتے ہیں؟ اب وہ چپ ہو گئے۔</w:t>
      </w:r>
    </w:p>
    <w:p>
      <w:r>
        <w:rPr>
          <w:b/>
        </w:rPr>
        <w:t xml:space="preserve">[54:38] </w:t>
      </w:r>
      <w:r>
        <w:t>mein ne kaha aisi mohabbat kiya insaan se karte hain aap? jo army ke log hain, misaal ke tor par jo</w:t>
      </w:r>
    </w:p>
    <w:p>
      <w:pPr>
        <w:jc w:val="right"/>
      </w:pPr>
      <w:r>
        <w:t>میں نے کہا ایسی محبت کیا انسان سے کرتے ہیں آپ؟ جو آرمی کے لوگ ہیں، مثلاً جو</w:t>
      </w:r>
    </w:p>
    <w:p>
      <w:r>
        <w:rPr>
          <w:b/>
        </w:rPr>
        <w:t xml:space="preserve">[54:43] </w:t>
      </w:r>
      <w:r>
        <w:t>army ke log hain aap ke kashmir mein, aisi mohabbat un se bhi karte hain aap? ke jo</w:t>
      </w:r>
    </w:p>
    <w:p>
      <w:pPr>
        <w:jc w:val="right"/>
      </w:pPr>
      <w:r>
        <w:t>آرمی کے لوگ ہیں آپ کے کشمیر میں، ایسی محبت ان سے بھی کرتے ہیں آپ؟ کہ جو</w:t>
      </w:r>
    </w:p>
    <w:p>
      <w:r>
        <w:rPr>
          <w:b/>
        </w:rPr>
        <w:t xml:space="preserve">[54:48] </w:t>
      </w:r>
      <w:r>
        <w:t>mohabbat aap karte hain apni mother se, wahi mohabbat ka aap ko is insaan se hai jo army</w:t>
      </w:r>
    </w:p>
    <w:p>
      <w:pPr>
        <w:jc w:val="right"/>
      </w:pPr>
      <w:r>
        <w:t>محبت آپ کرتے ہیں اپنی مدر سے، وہی محبت کا آپ کو اس انسان سے ہے جو آرمی</w:t>
      </w:r>
    </w:p>
    <w:p>
      <w:r>
        <w:rPr>
          <w:b/>
        </w:rPr>
        <w:t xml:space="preserve">[54:54] </w:t>
      </w:r>
      <w:r>
        <w:t>ke roop mein aap kashmir mein aap ko dikhai parta hai? woh chup ho gaye kyunke woh mohabbat</w:t>
      </w:r>
    </w:p>
    <w:p>
      <w:pPr>
        <w:jc w:val="right"/>
      </w:pPr>
      <w:r>
        <w:t>کے روپ میں آپ کشمیر میں آپ کو دکھائی پڑتا ہے؟ وہ چپ ہو گئے کیونکہ وہ محبت</w:t>
      </w:r>
    </w:p>
    <w:p>
      <w:r>
        <w:rPr>
          <w:b/>
        </w:rPr>
        <w:t xml:space="preserve">[54:59] </w:t>
      </w:r>
      <w:r>
        <w:t>to karte nahi thay woh.</w:t>
      </w:r>
    </w:p>
    <w:p>
      <w:pPr>
        <w:jc w:val="right"/>
      </w:pPr>
      <w:r>
        <w:t>تو کرتے نہیں تھے وہ۔</w:t>
      </w:r>
    </w:p>
    <w:p>
      <w:r>
        <w:rPr>
          <w:b/>
        </w:rPr>
        <w:t xml:space="preserve">[55:04] </w:t>
      </w:r>
      <w:r>
        <w:t>to mein ne kaha ke phir kiya muft mein dawat ka inaam milega aap ko Khuda ke</w:t>
      </w:r>
    </w:p>
    <w:p>
      <w:pPr>
        <w:jc w:val="right"/>
      </w:pPr>
      <w:r>
        <w:t>تو میں نے کہا کہ پھر کیا مفت میں دعوت کا انعام ملے گا آپ کو خدا کے</w:t>
      </w:r>
    </w:p>
    <w:p>
      <w:r>
        <w:rPr>
          <w:b/>
        </w:rPr>
        <w:t xml:space="preserve">[55:12] </w:t>
      </w:r>
      <w:r>
        <w:t>haan? mein ne kaha yaad rakhiye jo mohabbat aap ko apni maa se hai, wahi mohabbat aap jab</w:t>
      </w:r>
    </w:p>
    <w:p>
      <w:pPr>
        <w:jc w:val="right"/>
      </w:pPr>
      <w:r>
        <w:t>ہاں؟ میں نے کہا یاد رکھیے جو محبت آپ کو اپنی ماں سے ہے، وہی محبت آپ جب</w:t>
      </w:r>
    </w:p>
    <w:p>
      <w:r>
        <w:rPr>
          <w:b/>
        </w:rPr>
        <w:t xml:space="preserve">[55:20] </w:t>
      </w:r>
      <w:r>
        <w:t>insaan se karen ge, tab aap ko Khuda daai ke register mein likhe ga, unhen nahin likhe ga.</w:t>
      </w:r>
    </w:p>
    <w:p>
      <w:pPr>
        <w:jc w:val="right"/>
      </w:pPr>
      <w:r>
        <w:t>انسان سے کریں گے، تب آپ کو خدا داعی کے رجسٹر میں لکھے گا، انہیں نہیں لکھے گا۔</w:t>
      </w:r>
    </w:p>
    <w:p>
      <w:r>
        <w:rPr>
          <w:b/>
        </w:rPr>
        <w:t xml:space="preserve">[55:27] </w:t>
      </w:r>
      <w:r>
        <w:t>kabhi bhi yeh Khuda ke register mein aap daai ki hesiyat se</w:t>
      </w:r>
    </w:p>
    <w:p>
      <w:pPr>
        <w:jc w:val="right"/>
      </w:pPr>
      <w:r>
        <w:t>کبھی بھی یہ خدا کے رجسٹر میں آپ داعی کی حیثیت سے</w:t>
      </w:r>
    </w:p>
    <w:p>
      <w:r>
        <w:rPr>
          <w:b/>
        </w:rPr>
        <w:t xml:space="preserve">[55:35] </w:t>
      </w:r>
      <w:r>
        <w:t>nahin likhe jaaen ge.</w:t>
      </w:r>
    </w:p>
    <w:p>
      <w:pPr>
        <w:jc w:val="right"/>
      </w:pPr>
      <w:r>
        <w:t>نہیں لکھے جائیں گے۔</w:t>
      </w:r>
    </w:p>
    <w:p>
      <w:r>
        <w:rPr>
          <w:b/>
        </w:rPr>
        <w:t xml:space="preserve">[55:39] </w:t>
      </w:r>
      <w:r>
        <w:t>un ke baap bhi sun rahe the, un ki maan bhi sun rahi thi.</w:t>
      </w:r>
    </w:p>
    <w:p>
      <w:pPr>
        <w:jc w:val="right"/>
      </w:pPr>
      <w:r>
        <w:t>ان کے باپ بھی سن رہے تھے، ان کی ماں بھی سن رہی تھی۔</w:t>
      </w:r>
    </w:p>
    <w:p>
      <w:r>
        <w:rPr>
          <w:b/>
        </w:rPr>
        <w:t xml:space="preserve">[55:43] </w:t>
      </w:r>
      <w:r>
        <w:t>donon wahan the.</w:t>
      </w:r>
    </w:p>
    <w:p>
      <w:pPr>
        <w:jc w:val="right"/>
      </w:pPr>
      <w:r>
        <w:t>دونوں وہاں تھے۔</w:t>
      </w:r>
    </w:p>
    <w:p>
      <w:r>
        <w:rPr>
          <w:b/>
        </w:rPr>
        <w:t xml:space="preserve">[55:47] </w:t>
      </w:r>
      <w:r>
        <w:t>main ne kaha dawat bohat bara amal hai jis ka inaam jannat ka sab se ooncha darja hai.</w:t>
      </w:r>
    </w:p>
    <w:p>
      <w:pPr>
        <w:jc w:val="right"/>
      </w:pPr>
      <w:r>
        <w:t>میں نے کہا دعوت بہت بڑا عمل ہے جس کا انعام جنت کا سب سے اونچا درجہ ہے۔</w:t>
      </w:r>
    </w:p>
    <w:p>
      <w:r>
        <w:rPr>
          <w:b/>
        </w:rPr>
        <w:t xml:space="preserve">[55:52] </w:t>
      </w:r>
      <w:r>
        <w:t>jannat ke sab se oonche darje mein woh log pahunchaaye jaaen ge jinhon ne dawah work kiya tha dunya mein.</w:t>
      </w:r>
    </w:p>
    <w:p>
      <w:pPr>
        <w:jc w:val="right"/>
      </w:pPr>
      <w:r>
        <w:t>جنت کے سب سے اونچے درجے میں وہ لوگ پہنچائے جائیں گے جنہوں نے دعویٰ ورک کیا تھا دنیا میں۔</w:t>
      </w:r>
    </w:p>
    <w:p>
      <w:r>
        <w:rPr>
          <w:b/>
        </w:rPr>
        <w:t xml:space="preserve">[55:56] </w:t>
      </w:r>
      <w:r>
        <w:t>to main ne kaha ke dawah work kiya aap samajhte hain ke aise koi free mein mil jaae</w:t>
      </w:r>
    </w:p>
    <w:p>
      <w:pPr>
        <w:jc w:val="right"/>
      </w:pPr>
      <w:r>
        <w:t>تو میں نے کہا کہ دعویٰ ورک کیا آپ سمجھتے ہیں کہ ایسے کوئی فری میں مل جائے</w:t>
      </w:r>
    </w:p>
    <w:p>
      <w:r>
        <w:rPr>
          <w:b/>
        </w:rPr>
        <w:t xml:space="preserve">[56:00] </w:t>
      </w:r>
      <w:r>
        <w:t>ga itna bara inaam? is ki beginning yeh</w:t>
      </w:r>
    </w:p>
    <w:p>
      <w:pPr>
        <w:jc w:val="right"/>
      </w:pPr>
      <w:r>
        <w:t>گا اتنا بڑا انعام؟ اس کی بگننگ یہ</w:t>
      </w:r>
    </w:p>
    <w:p>
      <w:r>
        <w:rPr>
          <w:b/>
        </w:rPr>
        <w:t xml:space="preserve">[56:05] </w:t>
      </w:r>
      <w:r>
        <w:t>hai, beginning. ke insaan se aap woh mohabbat karein jo aap apni mother se karte hain, jo aap apni maa se karte hain. nahi to dawat ka naam hi mat li jiye. to kya hai sochte nahi hain log? logon ki soch bilkul thap ho gayi hai. to mujhe woh tab yeh sab tajurbe ke baad mujhe samajh mein aya ke is ka matlab kya hai ke aql chhin jati hai. aur chhinne ka matlab hai ke maz</w:t>
      </w:r>
    </w:p>
    <w:p>
      <w:pPr>
        <w:jc w:val="right"/>
      </w:pPr>
      <w:r>
        <w:t>ی ہے، بگننگ۔ کہ انسان سے آپ وہ محبت کریں جو آپ اپنی مدر سے کرتے ہیں، جو آپ اپنی ماں سے کرتے ہیں۔ نہیں تو دعوت کا نام ہی مت لیجیے۔ تو کیا ہے سوچتے نہیں ہیں لوگ؟ لوگوں کی سوچ بالکل ٹھپ ہو گئی ہے۔ تو مجھے وہ تب یہ سب تجربے کے بعد مجھے سمجھ میں آیا کہ اس کا مطلب کیا ہے کہ عقل چھن جاتی ہے۔ اور چھننے کا مطلب ہے کہ مذ</w:t>
      </w:r>
    </w:p>
    <w:p>
      <w:r>
        <w:rPr>
          <w:b/>
        </w:rPr>
        <w:t xml:space="preserve">[56:35] </w:t>
      </w:r>
      <w:r>
        <w:t>hub ka aik aik naya edition ban jaata hai.</w:t>
      </w:r>
    </w:p>
    <w:p>
      <w:pPr>
        <w:jc w:val="right"/>
      </w:pPr>
      <w:r>
        <w:t>ہب کا ایک ایک نیا ایڈیشن بن جاتا ہے۔</w:t>
      </w:r>
    </w:p>
    <w:p>
      <w:r>
        <w:rPr>
          <w:b/>
        </w:rPr>
        <w:t xml:space="preserve">[56:38] </w:t>
      </w:r>
      <w:r>
        <w:t>jo base karta hai rituals par.</w:t>
      </w:r>
    </w:p>
    <w:p>
      <w:pPr>
        <w:jc w:val="right"/>
      </w:pPr>
      <w:r>
        <w:t>جو بیس کرتا ہے ریچولز پر۔</w:t>
      </w:r>
    </w:p>
    <w:p>
      <w:r>
        <w:rPr>
          <w:b/>
        </w:rPr>
        <w:t xml:space="preserve">[56:42] </w:t>
      </w:r>
      <w:r>
        <w:t>yeh mazhab ka aik naya edition ban jaata hai, aik reduce form ban jaata hai.</w:t>
      </w:r>
    </w:p>
    <w:p>
      <w:pPr>
        <w:jc w:val="right"/>
      </w:pPr>
      <w:r>
        <w:t>یہ مذہب کا ایک نیا ایڈیشن بن جاتا ہے، ایک ریڈیوس فارم بن جاتا ہے۔</w:t>
      </w:r>
    </w:p>
    <w:p>
      <w:r>
        <w:rPr>
          <w:b/>
        </w:rPr>
        <w:t xml:space="preserve">[56:46] </w:t>
      </w:r>
      <w:r>
        <w:t>jis mein aql ka koi sawal nahin hota.</w:t>
      </w:r>
    </w:p>
    <w:p>
      <w:pPr>
        <w:jc w:val="right"/>
      </w:pPr>
      <w:r>
        <w:t>جس میں عقل کا کوئی سوال نہیں ہوتا۔</w:t>
      </w:r>
    </w:p>
    <w:p>
      <w:r>
        <w:rPr>
          <w:b/>
        </w:rPr>
        <w:t xml:space="preserve">[56:50] </w:t>
      </w:r>
      <w:r>
        <w:t>bas sirf yeh kuch rituals hain is ko follow karte raho.</w:t>
      </w:r>
    </w:p>
    <w:p>
      <w:pPr>
        <w:jc w:val="right"/>
      </w:pPr>
      <w:r>
        <w:t>بس صرف یہ کچھ ریچولز ہیں اس کو فالو کرتے رہو۔</w:t>
      </w:r>
    </w:p>
    <w:p>
      <w:r>
        <w:rPr>
          <w:b/>
        </w:rPr>
        <w:t xml:space="preserve">[56:53] </w:t>
      </w:r>
      <w:r>
        <w:t>bas woh mazhab un se chhoot jaata hai.</w:t>
      </w:r>
    </w:p>
    <w:p>
      <w:pPr>
        <w:jc w:val="right"/>
      </w:pPr>
      <w:r>
        <w:t>بس وہ مذہب ان سے چھوٹ جاتا ہے۔</w:t>
      </w:r>
    </w:p>
    <w:p>
      <w:r>
        <w:rPr>
          <w:b/>
        </w:rPr>
        <w:t xml:space="preserve">[56:57] </w:t>
      </w:r>
      <w:r>
        <w:t>jo un ki aql ki hampering kare.</w:t>
      </w:r>
    </w:p>
    <w:p>
      <w:pPr>
        <w:jc w:val="right"/>
      </w:pPr>
      <w:r>
        <w:t>جو ان کی عقل کی ہیمبرنگ کرے۔</w:t>
      </w:r>
    </w:p>
    <w:p>
      <w:r>
        <w:rPr>
          <w:b/>
        </w:rPr>
        <w:t xml:space="preserve">[57:01] </w:t>
      </w:r>
      <w:r>
        <w:t>jo un ki aql ko actively</w:t>
      </w:r>
    </w:p>
    <w:p>
      <w:pPr>
        <w:jc w:val="right"/>
      </w:pPr>
      <w:r>
        <w:t>جو ان کی عقل کو ایکٹیوی</w:t>
      </w:r>
    </w:p>
    <w:p>
      <w:r>
        <w:rPr>
          <w:b/>
        </w:rPr>
        <w:t xml:space="preserve">[57:05] </w:t>
      </w:r>
      <w:r>
        <w:t>te kare.</w:t>
      </w:r>
    </w:p>
    <w:p>
      <w:pPr>
        <w:jc w:val="right"/>
      </w:pPr>
      <w:r>
        <w:t>ٹ کرے۔</w:t>
      </w:r>
    </w:p>
    <w:p>
      <w:r>
        <w:rPr>
          <w:b/>
        </w:rPr>
        <w:t xml:space="preserve">[57:09] </w:t>
      </w:r>
      <w:r>
        <w:t>tab ja kar yeh un ke andar yeh salahiyat paida hoti hai ke cheezon ko reason out kar saken woh.</w:t>
      </w:r>
    </w:p>
    <w:p>
      <w:pPr>
        <w:jc w:val="right"/>
      </w:pPr>
      <w:r>
        <w:t>تب جا کر یہ ان کے اندر یہ صلاحیت پیدا ہوتی ہے کہ چیزوں کو ریزن آؤٹ کر سکیں وہ۔</w:t>
      </w:r>
    </w:p>
    <w:p>
      <w:r>
        <w:rPr>
          <w:b/>
        </w:rPr>
        <w:t xml:space="preserve">[57:14] </w:t>
      </w:r>
      <w:r>
        <w:t>isi liye hum apni is class mein jo aap jaante hain ke sab se zyada zor dete hain</w:t>
      </w:r>
    </w:p>
    <w:p>
      <w:pPr>
        <w:jc w:val="right"/>
      </w:pPr>
      <w:r>
        <w:t>اسی لیے ہم اپنی اس کلاس میں جو آپ جانتے ہیں کہ سب سے زیادہ زور دیتے ہیں</w:t>
      </w:r>
    </w:p>
    <w:p>
      <w:r>
        <w:rPr>
          <w:b/>
        </w:rPr>
        <w:t xml:space="preserve">[57:18] </w:t>
      </w:r>
      <w:r>
        <w:t>hum intellectual development par.</w:t>
      </w:r>
    </w:p>
    <w:p>
      <w:pPr>
        <w:jc w:val="right"/>
      </w:pPr>
      <w:r>
        <w:t>ہم انٹلیکچول ڈیولپمنٹ پر۔</w:t>
      </w:r>
    </w:p>
    <w:p>
      <w:r>
        <w:rPr>
          <w:b/>
        </w:rPr>
        <w:t xml:space="preserve">[57:23] </w:t>
      </w:r>
      <w:r>
        <w:t>sab se zyada.</w:t>
      </w:r>
    </w:p>
    <w:p>
      <w:pPr>
        <w:jc w:val="right"/>
      </w:pPr>
      <w:r>
        <w:t>سب سے زیادہ۔</w:t>
      </w:r>
    </w:p>
    <w:p>
      <w:r>
        <w:rPr>
          <w:b/>
        </w:rPr>
        <w:t xml:space="preserve">[57:27] </w:t>
      </w:r>
      <w:r>
        <w:t>hamare haan to aik Islam naam hi hai intellectual development ka.</w:t>
      </w:r>
    </w:p>
    <w:p>
      <w:pPr>
        <w:jc w:val="right"/>
      </w:pPr>
      <w:r>
        <w:t>ہمارے ہاں تو ایک اسلام نام ہی ہے انٹلیکچول ڈیولپمنٹ کا۔</w:t>
      </w:r>
    </w:p>
    <w:p>
      <w:r>
        <w:rPr>
          <w:b/>
        </w:rPr>
        <w:t xml:space="preserve">[57:31] </w:t>
      </w:r>
      <w:r>
        <w:t>without without intellectual development, toh nahi toh Islam.</w:t>
      </w:r>
    </w:p>
    <w:p>
      <w:pPr>
        <w:jc w:val="right"/>
      </w:pPr>
      <w:r>
        <w:t>ودا آؤٹ ودا آؤٹ انٹلیکچول ڈیولپمنٹ تو نہیں تو اسلام۔</w:t>
      </w:r>
    </w:p>
    <w:p>
      <w:r>
        <w:rPr>
          <w:b/>
        </w:rPr>
        <w:t xml:space="preserve">[57:36] </w:t>
      </w:r>
      <w:r>
        <w:t>to main yeh kahoon ga ke aap log khoob study karen.</w:t>
      </w:r>
    </w:p>
    <w:p>
      <w:pPr>
        <w:jc w:val="right"/>
      </w:pPr>
      <w:r>
        <w:t>تو میں یہ کہوں گا کہ آپ لوگ خوب اسٹڈی کریں۔</w:t>
      </w:r>
    </w:p>
    <w:p>
      <w:r>
        <w:rPr>
          <w:b/>
        </w:rPr>
        <w:t xml:space="preserve">[57:40] </w:t>
      </w:r>
      <w:r>
        <w:t>cheezon ko gehrai se samjhen.</w:t>
      </w:r>
    </w:p>
    <w:p>
      <w:pPr>
        <w:jc w:val="right"/>
      </w:pPr>
      <w:r>
        <w:t>چیزوں کو گہرائی سے سمجھیں۔</w:t>
      </w:r>
    </w:p>
    <w:p>
      <w:r>
        <w:rPr>
          <w:b/>
        </w:rPr>
        <w:t xml:space="preserve">[57:44] </w:t>
      </w:r>
      <w:r>
        <w:t>in biased way mein.</w:t>
      </w:r>
    </w:p>
    <w:p>
      <w:pPr>
        <w:jc w:val="right"/>
      </w:pPr>
      <w:r>
        <w:t>ان بائزڈ وے میں۔</w:t>
      </w:r>
    </w:p>
    <w:p>
      <w:r>
        <w:rPr>
          <w:b/>
        </w:rPr>
        <w:t xml:space="preserve">[57:47] </w:t>
      </w:r>
      <w:r>
        <w:t>objective way mein.</w:t>
      </w:r>
    </w:p>
    <w:p>
      <w:pPr>
        <w:jc w:val="right"/>
      </w:pPr>
      <w:r>
        <w:t>ابجیکٹو وے میں۔</w:t>
      </w:r>
    </w:p>
    <w:p>
      <w:r>
        <w:rPr>
          <w:b/>
        </w:rPr>
        <w:t xml:space="preserve">[57:51] </w:t>
      </w:r>
      <w:r>
        <w:t>cheezon ko samjhein.</w:t>
      </w:r>
    </w:p>
    <w:p>
      <w:pPr>
        <w:jc w:val="right"/>
      </w:pPr>
      <w:r>
        <w:t>چیزوں کو سمجھیں۔</w:t>
      </w:r>
    </w:p>
    <w:p>
      <w:r>
        <w:rPr>
          <w:b/>
        </w:rPr>
        <w:t xml:space="preserve">[57:55] </w:t>
      </w:r>
      <w:r>
        <w:t>emotional soch se bahar aayen.</w:t>
      </w:r>
    </w:p>
    <w:p>
      <w:pPr>
        <w:jc w:val="right"/>
      </w:pPr>
      <w:r>
        <w:t>ایموشنل سوچ سے باہر آئیں۔</w:t>
      </w:r>
    </w:p>
    <w:p>
      <w:r>
        <w:rPr>
          <w:b/>
        </w:rPr>
        <w:t xml:space="preserve">[57:59] </w:t>
      </w:r>
      <w:r>
        <w:t>rational soch jo hai woh aap ke andar aana chahiye.</w:t>
      </w:r>
    </w:p>
    <w:p>
      <w:pPr>
        <w:jc w:val="right"/>
      </w:pPr>
      <w:r>
        <w:t>ریشنل سوچ جو ہے وہ آپ کے اندر آنا چاہیے۔</w:t>
      </w:r>
    </w:p>
    <w:p>
      <w:r>
        <w:rPr>
          <w:b/>
        </w:rPr>
        <w:t xml:space="preserve">[58:02] </w:t>
      </w:r>
      <w:r>
        <w:t>to is is ka tareeqa kya hai ke study, soch bichar karna,</w:t>
      </w:r>
    </w:p>
    <w:p>
      <w:pPr>
        <w:jc w:val="right"/>
      </w:pPr>
      <w:r>
        <w:t>تو اس اس کا طریقہ کیا ہے کہ اسٹڈی، سوچ بچار کرنا،</w:t>
      </w:r>
    </w:p>
    <w:p>
      <w:r>
        <w:rPr>
          <w:b/>
        </w:rPr>
        <w:t xml:space="preserve">[58:06] </w:t>
      </w:r>
      <w:r>
        <w:t>ghor o fikr.</w:t>
      </w:r>
    </w:p>
    <w:p>
      <w:pPr>
        <w:jc w:val="right"/>
      </w:pPr>
      <w:r>
        <w:t>غور و فکر۔</w:t>
      </w:r>
    </w:p>
    <w:p>
      <w:r>
        <w:rPr>
          <w:b/>
        </w:rPr>
        <w:t xml:space="preserve">[58:12] </w:t>
      </w:r>
      <w:r>
        <w:t>aur is ki jar mein yeh hai ke aap ke andar bias thinking bilkul na ho.</w:t>
      </w:r>
    </w:p>
    <w:p>
      <w:pPr>
        <w:jc w:val="right"/>
      </w:pPr>
      <w:r>
        <w:t>اور اس کی جڑ میں یہ ہے کہ آپ کے اندر بائس تھنکنگ بالکل نہ ہو۔</w:t>
      </w:r>
    </w:p>
    <w:p>
      <w:r>
        <w:rPr>
          <w:b/>
        </w:rPr>
        <w:t xml:space="preserve">[58:17] </w:t>
      </w:r>
      <w:r>
        <w:t>sab se bari rukawat jo hoti hai woh bias, ta'assub.</w:t>
      </w:r>
    </w:p>
    <w:p>
      <w:pPr>
        <w:jc w:val="right"/>
      </w:pPr>
      <w:r>
        <w:t>سب سے بڑی رکاوٹ جو ہوتی ہے وہ بائس، تعصب۔</w:t>
      </w:r>
    </w:p>
    <w:p>
      <w:r>
        <w:rPr>
          <w:b/>
        </w:rPr>
        <w:t xml:space="preserve">[58:23] </w:t>
      </w:r>
      <w:r>
        <w:t>yani pre-occupied mind se sochna.</w:t>
      </w:r>
    </w:p>
    <w:p>
      <w:pPr>
        <w:jc w:val="right"/>
      </w:pPr>
      <w:r>
        <w:t>یعنی پری اکوپائیڈ مائنڈ سے سوچنا۔</w:t>
      </w:r>
    </w:p>
    <w:p>
      <w:r>
        <w:rPr>
          <w:b/>
        </w:rPr>
        <w:t xml:space="preserve">[58:28] </w:t>
      </w:r>
      <w:r>
        <w:t>jab bhi aap preoccupation mein honge, pre-occupied mind se sochenge aap, to sachai aap</w:t>
      </w:r>
    </w:p>
    <w:p>
      <w:pPr>
        <w:jc w:val="right"/>
      </w:pPr>
      <w:r>
        <w:t>جب بھی آپ پری اکوپیشن میں ہوں گے، پری اکوپائیڈ مائنڈ سے سوچیں گے آپ، تو سچائی آپ</w:t>
      </w:r>
    </w:p>
    <w:p>
      <w:r>
        <w:rPr>
          <w:b/>
        </w:rPr>
        <w:t xml:space="preserve">[58:34] </w:t>
      </w:r>
      <w:r>
        <w:t>ko kabhi dikhai nahi degi.</w:t>
      </w:r>
    </w:p>
    <w:p>
      <w:pPr>
        <w:jc w:val="right"/>
      </w:pPr>
      <w:r>
        <w:t>کو کبھی دکھائی نہیں دے گی۔</w:t>
      </w:r>
    </w:p>
    <w:p>
      <w:r>
        <w:rPr>
          <w:b/>
        </w:rPr>
        <w:t xml:space="preserve">[58:40] </w:t>
      </w:r>
      <w:r>
        <w:t>preoccupation ka matlab yeh hai ke aap apni aankh par ek aaink lagai hon, ek rangeen aaink.</w:t>
      </w:r>
    </w:p>
    <w:p>
      <w:pPr>
        <w:jc w:val="right"/>
      </w:pPr>
      <w:r>
        <w:t>پری اکوپیشن کا مطلب یہ ہے کہ آپ اپنی آنکھ پر ایک عینک لگائی ہوں، ایک رنگین عینک۔</w:t>
      </w:r>
    </w:p>
    <w:p>
      <w:r>
        <w:rPr>
          <w:b/>
        </w:rPr>
        <w:t xml:space="preserve">[58:47] </w:t>
      </w:r>
      <w:r>
        <w:t>to cheezen wahi dikhai dengi jaise ke aap ka color ka, jaise aap ke aaink ka color hai.</w:t>
      </w:r>
    </w:p>
    <w:p>
      <w:pPr>
        <w:jc w:val="right"/>
      </w:pPr>
      <w:r>
        <w:t>تو چیزیں وہی دکھائی دیں گی جیسے کہ آپ کا کلر کا، جیسے آپ کے عینک کا کلر ہے۔</w:t>
      </w:r>
    </w:p>
    <w:p>
      <w:r>
        <w:rPr>
          <w:b/>
        </w:rPr>
        <w:t xml:space="preserve">[58:55] </w:t>
      </w:r>
      <w:r>
        <w:t>to apne aap ko, yani apne aap ko aisa banaiye ke aap ki aqal taraqqi kare, intellectual development</w:t>
      </w:r>
    </w:p>
    <w:p>
      <w:pPr>
        <w:jc w:val="right"/>
      </w:pPr>
      <w:r>
        <w:t>تو اپنے آپ کو، یعنی اپنے آپ کو ایسا بنائیے کہ آپ کی عقل ترقی کرے، انٹلیکچول ڈیولپمنٹ</w:t>
      </w:r>
    </w:p>
    <w:p>
      <w:r>
        <w:rPr>
          <w:b/>
        </w:rPr>
        <w:t xml:space="preserve">[59:02] </w:t>
      </w:r>
      <w:r>
        <w:t>aap ke andar aaye.</w:t>
      </w:r>
    </w:p>
    <w:p>
      <w:pPr>
        <w:jc w:val="right"/>
      </w:pPr>
      <w:r>
        <w:t>آپ کے اندر آئے۔</w:t>
      </w:r>
    </w:p>
    <w:p>
      <w:r>
        <w:rPr>
          <w:b/>
        </w:rPr>
        <w:t xml:space="preserve">[59:10] </w:t>
      </w:r>
      <w:r>
        <w:t>aur sachaiyon ko as it is aap dekh sakein. sachaiyon ko as it is dekhna seekhiye. aur is ke liye dua karte rahiye. dua jo hai woh yani aik taqat hai. prayer is power. aqool qawlaha wa astaghfirullaha li walakum ajmaeen.</w:t>
      </w:r>
    </w:p>
    <w:p>
      <w:pPr>
        <w:jc w:val="right"/>
      </w:pPr>
      <w:r>
        <w:t>اور سچائیوں کو ایز اٹ از آپ دیکھ سکیں۔ سچائیوں کو ایز اٹ از دیکھنا سیکھیے۔ اور اس کے لیے دعا کرتے رہیے۔ دعا جو ہے وہ یعنی ایک طاقت ہے۔ پریر از پاور۔ اقول قولھذا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