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Dars e Quran, Ch 2 Vs 80 82, July 01, 2018</w:t>
      </w:r>
    </w:p>
    <w:p>
      <w:r>
        <w:t>https://www.youtube.com/watch?v=BuLkoCE6j18</w:t>
      </w:r>
    </w:p>
    <w:p>
      <w:r>
        <w:rPr>
          <w:b/>
        </w:rPr>
        <w:t xml:space="preserve">[00:11] </w:t>
      </w:r>
      <w:r>
        <w:t>bismillah rahman rahim, wasallahu ala nabiyil karim. rab ishrah li sadri, wa yassir li amri,</w:t>
      </w:r>
    </w:p>
    <w:p>
      <w:pPr>
        <w:jc w:val="right"/>
      </w:pPr>
      <w:r>
        <w:t>بسم اللہ الرحمن الرحیم، وصلی اللہ علی النبی الکریم۔ رب اشرح لی صدری، ویسر لی امری،</w:t>
      </w:r>
    </w:p>
    <w:p>
      <w:r>
        <w:rPr>
          <w:b/>
        </w:rPr>
        <w:t xml:space="preserve">[00:27] </w:t>
      </w:r>
      <w:r>
        <w:t>wah al uqdata min lisani yafqahu qawli. July first, 2018.</w:t>
      </w:r>
    </w:p>
    <w:p>
      <w:pPr>
        <w:jc w:val="right"/>
      </w:pPr>
      <w:r>
        <w:t>واحل العقدۃ من لسانی یفقہ قولی۔ جولائی فرسٹ، 2018۔</w:t>
      </w:r>
    </w:p>
    <w:p>
      <w:r>
        <w:rPr>
          <w:b/>
        </w:rPr>
        <w:t xml:space="preserve">[00:44] </w:t>
      </w:r>
      <w:r>
        <w:t>routine ke mutabiq aaj quran ka dars hoga,</w:t>
      </w:r>
    </w:p>
    <w:p>
      <w:pPr>
        <w:jc w:val="right"/>
      </w:pPr>
      <w:r>
        <w:t>روٹین کے مطابق آج قرآن کا درس ہوگا،</w:t>
      </w:r>
    </w:p>
    <w:p>
      <w:r>
        <w:rPr>
          <w:b/>
        </w:rPr>
        <w:t xml:space="preserve">[00:53] </w:t>
      </w:r>
      <w:r>
        <w:t>mutalliq ayaten padhi jayengi aur iska tarjuma, phir inshallah iski sharah ki jayegi.</w:t>
      </w:r>
    </w:p>
    <w:p>
      <w:pPr>
        <w:jc w:val="right"/>
      </w:pPr>
      <w:r>
        <w:t>متعلق آیتیں پڑھی جائیں گی اور اس کا ترجمہ، پھر انشاءاللہ اس کی شرح کی جائے گی۔</w:t>
      </w:r>
    </w:p>
    <w:p>
      <w:r>
        <w:rPr>
          <w:b/>
        </w:rPr>
        <w:t xml:space="preserve">[01:02] </w:t>
      </w:r>
      <w:r>
        <w:t>bismillah rehman rehim. wa qalu lan tamassana nar illa ayyamam ma'duda. qul attakhaztum indallahi ahdan falan yukhlifullahu ahdahu am taquluna allahi ma la ta'lamun?</w:t>
      </w:r>
    </w:p>
    <w:p>
      <w:pPr>
        <w:jc w:val="right"/>
      </w:pPr>
      <w:r>
        <w:t>بسم اللہ الرحمن الرحیم۔ وقالوا لن تمسنا النار الا ایام معدودہ۔ قل اتخذتم عند اللہ عہدا فلن یخلف اللہ عہدہ ام تقولون علی اللہ ما لا تعلمون؟</w:t>
      </w:r>
    </w:p>
    <w:p>
      <w:r>
        <w:rPr>
          <w:b/>
        </w:rPr>
        <w:t xml:space="preserve">[01:19] </w:t>
      </w:r>
      <w:r>
        <w:t>bila man kasaba sayyia wa ahathat bihi khateea, fa'ula'ika ashabun nari fiha khalidoon. wallazina amanu wa amilus salihat, ula'ika ashabul jannati fiha khalidoon.</w:t>
      </w:r>
    </w:p>
    <w:p>
      <w:pPr>
        <w:jc w:val="right"/>
      </w:pPr>
      <w:r>
        <w:t>بلا من کسب سیۃ واحاطت بہ خطیۃ، فاولئک اصحاب النار فیہا خالدون۔ والذین امنو وعمل الصالحات، اولئک اصحاب الجنہ فیہا خالدون۔</w:t>
      </w:r>
    </w:p>
    <w:p>
      <w:r>
        <w:rPr>
          <w:b/>
        </w:rPr>
        <w:t xml:space="preserve">[01:35] </w:t>
      </w:r>
      <w:r>
        <w:t>surah al-baqarah chapter number 2, verse number 80, 81, 82. aur woh kehte hain hum ko dozaq ki aag nahi chhooe gi magar ginti ke chand din.</w:t>
      </w:r>
    </w:p>
    <w:p>
      <w:pPr>
        <w:jc w:val="right"/>
      </w:pPr>
      <w:r>
        <w:t>سورہ البقرہ چیپٹر نمبر ٹو، ورس نمبر 80، 81، 82۔ اور وہ کہتے ہیں ہم کو دوزخ کی آگ نہیں چھوئے گی مگر گنتی کے چند دن۔</w:t>
      </w:r>
    </w:p>
    <w:p>
      <w:r>
        <w:rPr>
          <w:b/>
        </w:rPr>
        <w:t xml:space="preserve">[01:48] </w:t>
      </w:r>
      <w:r>
        <w:t>kaho kya tum ne Allah ke paas se koi wada le liya hai ke Allah apne wade ke khilaf nahi karega? ya Allah ke upar aisi baat kehte ho jo tum nahi jante?</w:t>
      </w:r>
    </w:p>
    <w:p>
      <w:pPr>
        <w:jc w:val="right"/>
      </w:pPr>
      <w:r>
        <w:t>کہو کیا تم نے اللہ کے پاس سے کوئی وعدہ لے لیا ہے کہ اللہ اپنے وعدے کے خلاف نہیں کرے گا؟ یا اللہ کے اوپر ایسی بات کہتے ہو جو تم نہیں جانتے؟</w:t>
      </w:r>
    </w:p>
    <w:p>
      <w:r>
        <w:rPr>
          <w:b/>
        </w:rPr>
        <w:t xml:space="preserve">[02:01] </w:t>
      </w:r>
      <w:r>
        <w:t>haan, jis ne koi burai ki aur us ke gunah ne us ko apne ghere mein le liya to wohi log dozaq wale hain, woh is mein hamesha rahenge.</w:t>
      </w:r>
    </w:p>
    <w:p>
      <w:pPr>
        <w:jc w:val="right"/>
      </w:pPr>
      <w:r>
        <w:t>ہاں، جس نے کوئی برائی کی اور اس کے گناہ نے اس کو اپنے گھیرے میں لے لیا تو وہی لوگ دوزخ والے ہیں، وہ اس میں ہمیشہ رہیں گے۔</w:t>
      </w:r>
    </w:p>
    <w:p>
      <w:r>
        <w:rPr>
          <w:b/>
        </w:rPr>
        <w:t xml:space="preserve">[02:11] </w:t>
      </w:r>
      <w:r>
        <w:t>aur jo iman laye aur jinhon ne naik amal kiye woh jannat wale log hain, woh is mein hamesha rahenge.</w:t>
      </w:r>
    </w:p>
    <w:p>
      <w:pPr>
        <w:jc w:val="right"/>
      </w:pPr>
      <w:r>
        <w:t>اور جو ایمان لائے اور جنہوں نے نیک عمل کیے وہ جنت والے لوگ ہیں، وہ اس میں ہمیشہ رہیں گے۔</w:t>
      </w:r>
    </w:p>
    <w:p>
      <w:r>
        <w:rPr>
          <w:b/>
        </w:rPr>
        <w:t xml:space="preserve">[02:22] </w:t>
      </w:r>
      <w:r>
        <w:t>in ayaton par ghor karte hue</w:t>
      </w:r>
    </w:p>
    <w:p>
      <w:pPr>
        <w:jc w:val="right"/>
      </w:pPr>
      <w:r>
        <w:t>ان آیتوں پر غور کرتے ہوئے</w:t>
      </w:r>
    </w:p>
    <w:p>
      <w:r>
        <w:rPr>
          <w:b/>
        </w:rPr>
        <w:t xml:space="preserve">[02:28] </w:t>
      </w:r>
      <w:r>
        <w:t>mujhe woh ayat yaad aayi jo quran mein hai doosre maqam par ke paighambar Allah se yeh shikayat karega ke rab inna qawmi attakhazu al-qurana mahjoora.</w:t>
      </w:r>
    </w:p>
    <w:p>
      <w:pPr>
        <w:jc w:val="right"/>
      </w:pPr>
      <w:r>
        <w:t>مجھے وہ آیت یاد آئی جو قرآن میں ہے دوسرے مقام پر کہ پیغمبر اللہ سے یہ شکایت کرے گا کہ رب ان قوم تقضو القرآن محجورہ۔</w:t>
      </w:r>
    </w:p>
    <w:p>
      <w:r>
        <w:rPr>
          <w:b/>
        </w:rPr>
        <w:t xml:space="preserve">[02:48] </w:t>
      </w:r>
      <w:r>
        <w:t>is poori ayat padhi hai, iska tarjuma padhiye.</w:t>
      </w:r>
    </w:p>
    <w:p>
      <w:pPr>
        <w:jc w:val="right"/>
      </w:pPr>
      <w:r>
        <w:t>اس پوری آیت پڑھی ہے، اس کا ترجمہ پڑھیے۔</w:t>
      </w:r>
    </w:p>
    <w:p>
      <w:r>
        <w:rPr>
          <w:b/>
        </w:rPr>
        <w:t xml:space="preserve">[02:51] </w:t>
      </w:r>
      <w:r>
        <w:t>wa qala ar-rasoolu ya rabbi inna qawmi attakhazu al-qurana mahjoora. surah al-furqan chapter number 25, verse number 30.</w:t>
      </w:r>
    </w:p>
    <w:p>
      <w:pPr>
        <w:jc w:val="right"/>
      </w:pPr>
      <w:r>
        <w:t>وقال الرسول یا رب ان قوم تقضو القرآن محجورہ۔ سورہ الفرقان چیپٹر نمبر 25، ورس نمبر 30۔</w:t>
      </w:r>
    </w:p>
    <w:p>
      <w:r>
        <w:rPr>
          <w:b/>
        </w:rPr>
        <w:t xml:space="preserve">[03:01] </w:t>
      </w:r>
      <w:r>
        <w:t>aur rasool kahega ke aye mere rab, meri qaum ne is quran ko bilkul nazar andaaz kar diya.</w:t>
      </w:r>
    </w:p>
    <w:p>
      <w:pPr>
        <w:jc w:val="right"/>
      </w:pPr>
      <w:r>
        <w:t>اور رسول کہے گا کہ اے میرے رب، میری قوم نے اس قرآن کو بالکل نظر انداز کر دیا۔</w:t>
      </w:r>
    </w:p>
    <w:p>
      <w:r>
        <w:rPr>
          <w:b/>
        </w:rPr>
        <w:t xml:space="preserve">[03:09] </w:t>
      </w:r>
      <w:r>
        <w:t>hmm, nazar andaaz nahi, kitab mahjoor bana diya, yani abandoned book bana diya.</w:t>
      </w:r>
    </w:p>
    <w:p>
      <w:pPr>
        <w:jc w:val="right"/>
      </w:pPr>
      <w:r>
        <w:t>ہمم، نظر انداز نہیں، کتاب معجور بنا دیا، یعنی ابینڈڈ بک بنا دیا۔</w:t>
      </w:r>
    </w:p>
    <w:p>
      <w:r>
        <w:rPr>
          <w:b/>
        </w:rPr>
        <w:t xml:space="preserve">[03:19] </w:t>
      </w:r>
      <w:r>
        <w:t>lafzi tarjuma kya hai?</w:t>
      </w:r>
    </w:p>
    <w:p>
      <w:pPr>
        <w:jc w:val="right"/>
      </w:pPr>
      <w:r>
        <w:t>لفظی ترجمہ کیا ہے؟</w:t>
      </w:r>
    </w:p>
    <w:p>
      <w:r>
        <w:rPr>
          <w:b/>
        </w:rPr>
        <w:t xml:space="preserve">[03:22] </w:t>
      </w:r>
      <w:r>
        <w:t>kitab mahjoor bana diya, abandoned book bana diya. haan, yeh lafzi tarjuma hai.</w:t>
      </w:r>
    </w:p>
    <w:p>
      <w:pPr>
        <w:jc w:val="right"/>
      </w:pPr>
      <w:r>
        <w:t>کتاب محجور بنا دیا، ابینڈن بک بنا دیا۔ ہاں، یہ لفظی ترجمہ ہے۔</w:t>
      </w:r>
    </w:p>
    <w:p>
      <w:r>
        <w:rPr>
          <w:b/>
        </w:rPr>
        <w:t xml:space="preserve">[03:30] </w:t>
      </w:r>
      <w:r>
        <w:t>rasool Allah rab-ul-alameen se yeh kahega ke aye rab,</w:t>
      </w:r>
    </w:p>
    <w:p>
      <w:pPr>
        <w:jc w:val="right"/>
      </w:pPr>
      <w:r>
        <w:t>رسول اللہ رب العالمین سے یہ کہے گا کہ اے رب،</w:t>
      </w:r>
    </w:p>
    <w:p>
      <w:r>
        <w:rPr>
          <w:b/>
        </w:rPr>
        <w:t xml:space="preserve">[03:37] </w:t>
      </w:r>
      <w:r>
        <w:t>meri qaum ne. meri qaum se murad kaun hai? rasool se murad kaun hai? rasool se murad rasool Allah sallallahu alaihi wasallam hain, Muhammad rasool Allah.</w:t>
      </w:r>
    </w:p>
    <w:p>
      <w:pPr>
        <w:jc w:val="right"/>
      </w:pPr>
      <w:r>
        <w:t>میری قوم نے۔ میری قوم سے مراد کون ہے؟ رسول سے مراد کون ہے؟ رسول سے مراد رسول اللہ صلی اللہ علیہ وسلم ہیں، محمد رسول اللہ۔</w:t>
      </w:r>
    </w:p>
    <w:p>
      <w:r>
        <w:rPr>
          <w:b/>
        </w:rPr>
        <w:t xml:space="preserve">[03:50] </w:t>
      </w:r>
      <w:r>
        <w:t>aur meri qaum se murad musalman hain. is par ghor karte hue mujhe samajh mein aaya ke yeh kya mamla hai?</w:t>
      </w:r>
    </w:p>
    <w:p>
      <w:pPr>
        <w:jc w:val="right"/>
      </w:pPr>
      <w:r>
        <w:t>اور میری قوم سے مراد مسلمان ہیں۔ اس پر غور کرتے ہوئے مجھے سمجھ میں آیا کہ یہ کیا معاملہ ہے؟</w:t>
      </w:r>
    </w:p>
    <w:p>
      <w:r>
        <w:rPr>
          <w:b/>
        </w:rPr>
        <w:t xml:space="preserve">[04:04] </w:t>
      </w:r>
      <w:r>
        <w:t>kitab mahjoor banana kya cheez hai? abandoned book banana kya cheez hai?</w:t>
      </w:r>
    </w:p>
    <w:p>
      <w:pPr>
        <w:jc w:val="right"/>
      </w:pPr>
      <w:r>
        <w:t>کتاب محجور بنانا کیا چیز ہے؟ ابینڈڈ بک بنانا کیا چیز ہے؟</w:t>
      </w:r>
    </w:p>
    <w:p>
      <w:r>
        <w:rPr>
          <w:b/>
        </w:rPr>
        <w:t xml:space="preserve">[04:16] </w:t>
      </w:r>
      <w:r>
        <w:t>dekhiye, jab quran utra</w:t>
      </w:r>
    </w:p>
    <w:p>
      <w:pPr>
        <w:jc w:val="right"/>
      </w:pPr>
      <w:r>
        <w:t>دیکھیے، جب قرآن اترا</w:t>
      </w:r>
    </w:p>
    <w:p>
      <w:r>
        <w:rPr>
          <w:b/>
        </w:rPr>
        <w:t xml:space="preserve">[04:22] </w:t>
      </w:r>
      <w:r>
        <w:t>rasool Allah sallallahu alaihi wasallam par to woh literal ma'ne mein matloob tha us waqt. literal ma'ne mein.</w:t>
      </w:r>
    </w:p>
    <w:p>
      <w:pPr>
        <w:jc w:val="right"/>
      </w:pPr>
      <w:r>
        <w:t>رسول اللہ صلی اللہ علیہ وسلم پر تو وہ لٹرل معنی میں مطلوب تھا اس وقت۔ لٹرل معنی میں۔</w:t>
      </w:r>
    </w:p>
    <w:p>
      <w:r>
        <w:rPr>
          <w:b/>
        </w:rPr>
        <w:t xml:space="preserve">[04:33] </w:t>
      </w:r>
      <w:r>
        <w:t>lekin baad ke zamane mein, baad ke zamane mein quran matloob ho gaya applied ma'ne mein.</w:t>
      </w:r>
    </w:p>
    <w:p>
      <w:pPr>
        <w:jc w:val="right"/>
      </w:pPr>
      <w:r>
        <w:t>لیکن بعد کے زمانے میں، بعد کے زمانے میں قرآن مطلوب ہو گیا اپلائیڈ معنی میں۔</w:t>
      </w:r>
    </w:p>
    <w:p>
      <w:r>
        <w:rPr>
          <w:b/>
        </w:rPr>
        <w:t xml:space="preserve">[04:47] </w:t>
      </w:r>
      <w:r>
        <w:t>to yahan rasool ki shikayat ka matlab yeh hai</w:t>
      </w:r>
    </w:p>
    <w:p>
      <w:pPr>
        <w:jc w:val="right"/>
      </w:pPr>
      <w:r>
        <w:t>تو یہاں رسول کی شکایت کا مطلب یہ ہے</w:t>
      </w:r>
    </w:p>
    <w:p>
      <w:r>
        <w:rPr>
          <w:b/>
        </w:rPr>
        <w:t xml:space="preserve">[04:52] </w:t>
      </w:r>
      <w:r>
        <w:t>ke baad ke zamane mein, yani ummat ke baad ke zamane mein, logon ne quran ko applied way mein daryaft nahi kiya,</w:t>
      </w:r>
    </w:p>
    <w:p>
      <w:pPr>
        <w:jc w:val="right"/>
      </w:pPr>
      <w:r>
        <w:t>کہ بعد کے زمانے میں، یعنی امت کے بعد کے زمانے میں، لوگوں نے قرآن کو اپلائیڈ وے میں دریافت نہیں کیا،</w:t>
      </w:r>
    </w:p>
    <w:p>
      <w:r>
        <w:rPr>
          <w:b/>
        </w:rPr>
        <w:t xml:space="preserve">[05:07] </w:t>
      </w:r>
      <w:r>
        <w:t>bas is ko tilawat karte rahe woh</w:t>
      </w:r>
    </w:p>
    <w:p>
      <w:pPr>
        <w:jc w:val="right"/>
      </w:pPr>
      <w:r>
        <w:t>بس اس کو تلاوت کرتے رہے۔ وہ</w:t>
      </w:r>
    </w:p>
    <w:p>
      <w:r>
        <w:rPr>
          <w:b/>
        </w:rPr>
        <w:t xml:space="preserve">[05:13] </w:t>
      </w:r>
      <w:r>
        <w:t>asal matlab is ka yeh hai ke kitab mehjoor banana zahir hai ke aap aap tareekh dekhiye musalmanon ki, ummat e muslema ki tareekh to literal maani mein kabhi bhi ummat ne quran ko kitab mehjoor nahi banaya,</w:t>
      </w:r>
    </w:p>
    <w:p>
      <w:pPr>
        <w:jc w:val="right"/>
      </w:pPr>
      <w:r>
        <w:t>اصل مطلب اس کا یہ ہے کہ کتاب محجور بنانا ظاہر ہے کہ آپ آپ تاریخ دیکھیے مسلمانوں کی، امت مسلمہ کی تاریخ تو لٹرل معنی میں کبھی بھی امت نے قرآن کو کتاب معجور نہیں بنایا،</w:t>
      </w:r>
    </w:p>
    <w:p>
      <w:r>
        <w:rPr>
          <w:b/>
        </w:rPr>
        <w:t xml:space="preserve">[05:32] </w:t>
      </w:r>
      <w:r>
        <w:t>kabhi bhi nahi. kitab mehjoor banaya hai applied maani mein. applied maani ka matlab kya hai?</w:t>
      </w:r>
    </w:p>
    <w:p>
      <w:pPr>
        <w:jc w:val="right"/>
      </w:pPr>
      <w:r>
        <w:t>کبھی بھی نہیں۔ کتاب معجور بنایا ہے اپلائیڈ معنی میں۔ اپلائیڈ معنی کا مطلب کیا ہے؟</w:t>
      </w:r>
    </w:p>
    <w:p>
      <w:r>
        <w:rPr>
          <w:b/>
        </w:rPr>
        <w:t xml:space="preserve">[05:45] </w:t>
      </w:r>
      <w:r>
        <w:t>yani yeh daryaft karna tha. achha, doosri baat yeh bhi samajh lijiye ke yahood ke baray mein jo aaya hai, woh samajhte hain log aam taur par ke bas ek ek qaum thi, yahood ya hai,</w:t>
      </w:r>
    </w:p>
    <w:p>
      <w:pPr>
        <w:jc w:val="right"/>
      </w:pPr>
      <w:r>
        <w:t>یعنی یہ دریافت کرنا تھا۔ اچھا، دوسری بات یہ بھی سمجھ لیجئے کہ یہود کے بارے میں جو آیا ہے، وہ سمجھتے ہیں لوگ عام طور پر کہ بس ایک ایک قوم تھی، یہود یا ہے،</w:t>
      </w:r>
    </w:p>
    <w:p>
      <w:r>
        <w:rPr>
          <w:b/>
        </w:rPr>
        <w:t xml:space="preserve">[06:04] </w:t>
      </w:r>
      <w:r>
        <w:t>is ki mazammat, is ka condemnation, yani yahood ke condemnation ke maani mein lete hain. hargiz is ka yeh matlab nahi hai</w:t>
      </w:r>
    </w:p>
    <w:p>
      <w:pPr>
        <w:jc w:val="right"/>
      </w:pPr>
      <w:r>
        <w:t>اس کی مذمت، اس کا کنڈیمنیشن، یعنی یہود کے کنڈیمنیشن کے معنی میں لیتے ہیں۔ ہرگز اس کا یہ مطلب نہیں ہے</w:t>
      </w:r>
    </w:p>
    <w:p>
      <w:r>
        <w:rPr>
          <w:b/>
        </w:rPr>
        <w:t xml:space="preserve">[06:18] </w:t>
      </w:r>
      <w:r>
        <w:t>ke ek yahood the jin ka doosra naam bani israel hai rasool Allah ke zamane mein, to bas un ko condemn karna, un ki mazammat karna.</w:t>
      </w:r>
    </w:p>
    <w:p>
      <w:pPr>
        <w:jc w:val="right"/>
      </w:pPr>
      <w:r>
        <w:t>کہ ایک یہود تھے جن کا دوسرا نام بنی اسرائیل ہے رسول اللہ کے زمانے میں، تو بس ان کو کنڈم کرنا، ان کی مذمت کرنا۔</w:t>
      </w:r>
    </w:p>
    <w:p>
      <w:r>
        <w:rPr>
          <w:b/>
        </w:rPr>
        <w:t xml:space="preserve">[06:31] </w:t>
      </w:r>
      <w:r>
        <w:t>aap ghaur kijiye, kya Allah rabb ul alameen ka yahi kaam hai? kisi ko condemn kare? nahi, yeh ayat fitrat aur qanoon bata rahi hain yahood ki misaal ke zariye.</w:t>
      </w:r>
    </w:p>
    <w:p>
      <w:pPr>
        <w:jc w:val="right"/>
      </w:pPr>
      <w:r>
        <w:t>آپ غور کیجئے، کیا اللہ رب العالمین کا یہی کام ہے؟ کسی کو کنڈم کرے؟ نہیں، یہ آیات فطرت اور قانون بتا رہی ہیں یہود کی مثال کے ذریعے۔</w:t>
      </w:r>
    </w:p>
    <w:p>
      <w:r>
        <w:rPr>
          <w:b/>
        </w:rPr>
        <w:t xml:space="preserve">[06:50] </w:t>
      </w:r>
      <w:r>
        <w:t>yani koi ummat,</w:t>
      </w:r>
    </w:p>
    <w:p>
      <w:pPr>
        <w:jc w:val="right"/>
      </w:pPr>
      <w:r>
        <w:t>یعنی کوئی امت،</w:t>
      </w:r>
    </w:p>
    <w:p>
      <w:r>
        <w:rPr>
          <w:b/>
        </w:rPr>
        <w:t xml:space="preserve">[06:56] </w:t>
      </w:r>
      <w:r>
        <w:t>koi ummat jab jab kisi ummat par jab zyada waqt guzarta hai, hatta ada taala alaihim al abd,</w:t>
      </w:r>
    </w:p>
    <w:p>
      <w:pPr>
        <w:jc w:val="right"/>
      </w:pPr>
      <w:r>
        <w:t>کوئی امت جب جب کسی امت پر جب زیادہ وقت گزرتا ہے، حتیٰ ادا تعالیٰ علیہم العبد،</w:t>
      </w:r>
    </w:p>
    <w:p>
      <w:r>
        <w:rPr>
          <w:b/>
        </w:rPr>
        <w:t xml:space="preserve">[07:09] </w:t>
      </w:r>
      <w:r>
        <w:t>hatta ada taala alaihim al abd, kisi ummat par jab kai naslein guzar jati hain to baad ki naslon mein, yeh baad ke daur mein,</w:t>
      </w:r>
    </w:p>
    <w:p>
      <w:pPr>
        <w:jc w:val="right"/>
      </w:pPr>
      <w:r>
        <w:t>حتیٰ ادا تعالیٰ علیہم العبد، کسی امت پر جب کئی نسلیں گزر جاتی ہیں تو بعد کی نسلوں میں، یہ بعد کے دور میں،</w:t>
      </w:r>
    </w:p>
    <w:p>
      <w:r>
        <w:rPr>
          <w:b/>
        </w:rPr>
        <w:t xml:space="preserve">[07:23] </w:t>
      </w:r>
      <w:r>
        <w:t>is ke andar degeneration aata hai, zawal aata hai. to yeh case jo hai ummat, yani zawal yafta ummat ka qissa bayan kiya gaya hai.</w:t>
      </w:r>
    </w:p>
    <w:p>
      <w:pPr>
        <w:jc w:val="right"/>
      </w:pPr>
      <w:r>
        <w:t>اس کے اندر ڈی جنریشن آتا ہے، زوال آتا ہے۔ تو یہ کیس جو ہے امت، یعنی زوال یافتہ امت کا قصہ بیان کیا گیا ہے۔</w:t>
      </w:r>
    </w:p>
    <w:p>
      <w:r>
        <w:rPr>
          <w:b/>
        </w:rPr>
        <w:t xml:space="preserve">[07:40] </w:t>
      </w:r>
      <w:r>
        <w:t>bas yeh nahi ke bas ek ek ek yahoodi ek qaum se oopar laanat ki ja rahi hai, hargiz aisa nahi hai. to is ke maani kya hue?</w:t>
      </w:r>
    </w:p>
    <w:p>
      <w:pPr>
        <w:jc w:val="right"/>
      </w:pPr>
      <w:r>
        <w:t>بس یہ نہیں کہ بس ایک ایک ایک یہودی ایک قوم سے اوپر لعنت کی جا رہی ہے، ہرگز ایسا نہیں ہے۔ تو اس کے معنی کیا ہوئے؟</w:t>
      </w:r>
    </w:p>
    <w:p>
      <w:r>
        <w:rPr>
          <w:b/>
        </w:rPr>
        <w:t xml:space="preserve">[07:52] </w:t>
      </w:r>
      <w:r>
        <w:t>ummat yahood ki misaal ke zariye ummat e Muhammad ko warning di gayi hai ke tum apne aap ko is anjaam se bachao.</w:t>
      </w:r>
    </w:p>
    <w:p>
      <w:pPr>
        <w:jc w:val="right"/>
      </w:pPr>
      <w:r>
        <w:t>امت یہود کی مثال کے ذریعے امت محمد کو وارننگ دی گئی ہے کہ تم اپنے آپ کو اس انجام سے بچاؤ۔</w:t>
      </w:r>
    </w:p>
    <w:p>
      <w:r>
        <w:rPr>
          <w:b/>
        </w:rPr>
        <w:t xml:space="preserve">[08:05] </w:t>
      </w:r>
      <w:r>
        <w:t>yeh jo shuru ayat quran ke shuru ki ayaton mein jo yahood ka idhar udhar zikr hai, to is ka khulasa yeh hai</w:t>
      </w:r>
    </w:p>
    <w:p>
      <w:pPr>
        <w:jc w:val="right"/>
      </w:pPr>
      <w:r>
        <w:t>یہ جو شروع آیت قرآن کے شروع کی آیتوں میں جو یہود کا ادھر ادھر ذکر ہے، تو اس کا خلاصہ یہ ہے</w:t>
      </w:r>
    </w:p>
    <w:p>
      <w:r>
        <w:rPr>
          <w:b/>
        </w:rPr>
        <w:t xml:space="preserve">[08:18] </w:t>
      </w:r>
      <w:r>
        <w:t>ke ek zawal yafta ummat ban gaye the yahood is zamane mein. to musalman bhi baad ke daur mein zawal yafta ummat banne wale the.</w:t>
      </w:r>
    </w:p>
    <w:p>
      <w:pPr>
        <w:jc w:val="right"/>
      </w:pPr>
      <w:r>
        <w:t>کہ ایک زوال یافتہ امت بن گئے تھے یہود اس زمانے میں۔ تو مسلمان بھی بعد کے دور میں زوال یافتہ امت بننے والے تھے۔</w:t>
      </w:r>
    </w:p>
    <w:p>
      <w:r>
        <w:rPr>
          <w:b/>
        </w:rPr>
        <w:t xml:space="preserve">[08:33] </w:t>
      </w:r>
      <w:r>
        <w:t>is bina par Allah ne yahood ki misaal ke zariye ummat e Muhammad ko nasihat ki hai ke tum apne daur e zawal mein is se bachao, bachao apne aap ko jo guzra yahood par.</w:t>
      </w:r>
    </w:p>
    <w:p>
      <w:pPr>
        <w:jc w:val="right"/>
      </w:pPr>
      <w:r>
        <w:t>اس بنا پر اللہ نے یہود کی مثال کے ذریعے امت محمدی کو نصیحت کی ہے کہ تم اپنے دور زوال میں اس سے بچاؤ، بچاؤ اپنے آپ کو جو گزرا یہود پر۔</w:t>
      </w:r>
    </w:p>
    <w:p>
      <w:r>
        <w:rPr>
          <w:b/>
        </w:rPr>
        <w:t xml:space="preserve">[08:55] </w:t>
      </w:r>
      <w:r>
        <w:t>yeh baat maine ek aur ayat ki mutala samjhi. ek aur ayat yeh hai jo is ko samajhne mein madad deti hai.</w:t>
      </w:r>
    </w:p>
    <w:p>
      <w:pPr>
        <w:jc w:val="right"/>
      </w:pPr>
      <w:r>
        <w:t>یہ بات میں نے ایک اور آیت کی مطالعہ سمجھی۔ ایک اور آیت یہ ہے جو اس کو سمجھنے میں مدد دیتی ہے۔</w:t>
      </w:r>
    </w:p>
    <w:p>
      <w:r>
        <w:rPr>
          <w:b/>
        </w:rPr>
        <w:t xml:space="preserve">[09:07] </w:t>
      </w:r>
      <w:r>
        <w:t>is ayat ko padhiye aur is ka tarjuma ke "lais bi amani kum wa la amani ahl al kitab man ya'mal su yujzabi".</w:t>
      </w:r>
    </w:p>
    <w:p>
      <w:pPr>
        <w:jc w:val="right"/>
      </w:pPr>
      <w:r>
        <w:t>اس آیت کو پڑھیے اور اس کا ترجمہ کہ "لیس بے امانیکم ولا امانی اہل الکتاب من یعمل سو یجزبی"۔</w:t>
      </w:r>
    </w:p>
    <w:p>
      <w:r>
        <w:rPr>
          <w:b/>
        </w:rPr>
        <w:t xml:space="preserve">[09:16] </w:t>
      </w:r>
      <w:r>
        <w:t>lais bi amani kum wa la amani ahl al kitab man ya'mal su yujzabi wa la yajid min dunillahi waliyan wa la naseera.</w:t>
      </w:r>
    </w:p>
    <w:p>
      <w:pPr>
        <w:jc w:val="right"/>
      </w:pPr>
      <w:r>
        <w:t>لیس بے امانیکم ولا امانی اہل الکتاب من یعمل سو یجزبی ولا یجد من دون اللہ ولی ولا نصیرا۔</w:t>
      </w:r>
    </w:p>
    <w:p>
      <w:r>
        <w:rPr>
          <w:b/>
        </w:rPr>
        <w:t xml:space="preserve">[09:27] </w:t>
      </w:r>
      <w:r>
        <w:t>surah nisa chapter four verse 123. na tumhari aarzuon par aur na ahl e kitab ki aarzuon par.</w:t>
      </w:r>
    </w:p>
    <w:p>
      <w:pPr>
        <w:jc w:val="right"/>
      </w:pPr>
      <w:r>
        <w:t>سورہ النساء چیپٹر فور ورس 123۔ نہ تمہاری آرزوؤں پر اور نہ اہل کتاب کی آرزوؤں پر۔</w:t>
      </w:r>
    </w:p>
    <w:p>
      <w:r>
        <w:rPr>
          <w:b/>
        </w:rPr>
        <w:t xml:space="preserve">[09:36] </w:t>
      </w:r>
      <w:r>
        <w:t>jo koi bhi bura karega woh is ka badla payega aur na woh payega Allah ke siwa apna koi himayati aur na madadgar.</w:t>
      </w:r>
    </w:p>
    <w:p>
      <w:pPr>
        <w:jc w:val="right"/>
      </w:pPr>
      <w:r>
        <w:t>جو کوئی بھی برا کرے گا وہ اس کا بدلہ پائے گا اور نہ وہ پائے گا اللہ کے سوا اپنا کوئی حمایتی اور نہ مددگار۔</w:t>
      </w:r>
    </w:p>
    <w:p>
      <w:r>
        <w:rPr>
          <w:b/>
        </w:rPr>
        <w:t xml:space="preserve">[09:47] </w:t>
      </w:r>
      <w:r>
        <w:t>dekhiye,</w:t>
      </w:r>
    </w:p>
    <w:p>
      <w:pPr>
        <w:jc w:val="right"/>
      </w:pPr>
      <w:r>
        <w:t>دیکھیے،</w:t>
      </w:r>
    </w:p>
    <w:p>
      <w:r>
        <w:rPr>
          <w:b/>
        </w:rPr>
        <w:t xml:space="preserve">[09:50] </w:t>
      </w:r>
      <w:r>
        <w:t>jab koi qaum apne zawal ke daur pahunchti ki pahunchti hai to yahi hota hai ke woh amani par qaim ho jati hai.</w:t>
      </w:r>
    </w:p>
    <w:p>
      <w:pPr>
        <w:jc w:val="right"/>
      </w:pPr>
      <w:r>
        <w:t>جب کوئی قوم اپنے زوال کے دور پہنچتی کی پہنچتی ہے تو یہی ہوتا ہے کہ وہ امانی پر قائم ہو جاتی ہے۔</w:t>
      </w:r>
    </w:p>
    <w:p>
      <w:r>
        <w:rPr>
          <w:b/>
        </w:rPr>
        <w:t xml:space="preserve">[10:04] </w:t>
      </w:r>
      <w:r>
        <w:t>amani maani wishful thinking.</w:t>
      </w:r>
    </w:p>
    <w:p>
      <w:pPr>
        <w:jc w:val="right"/>
      </w:pPr>
      <w:r>
        <w:t>امانی معنی بشپل تھنکنگ۔</w:t>
      </w:r>
    </w:p>
    <w:p>
      <w:r>
        <w:rPr>
          <w:b/>
        </w:rPr>
        <w:t xml:space="preserve">[10:11] </w:t>
      </w:r>
      <w:r>
        <w:t>to ummat ummat yahood ka jo case tha, tareekh se bhi sabit hota hai aur quran se bhi.</w:t>
      </w:r>
    </w:p>
    <w:p>
      <w:pPr>
        <w:jc w:val="right"/>
      </w:pPr>
      <w:r>
        <w:t>تو امت امت محمد، امت یہود کا جو کیس تھا، تاریخ سے بھی ثابت ہوتا ہے اور قرآن سے بھی۔</w:t>
      </w:r>
    </w:p>
    <w:p>
      <w:r>
        <w:rPr>
          <w:b/>
        </w:rPr>
        <w:t xml:space="preserve">[10:22] </w:t>
      </w:r>
      <w:r>
        <w:t>is zamane mein, yaani saatvin sadi isvi mein, unka case yeh ban gaya tha ke woh spirit se to khaali ho gaye the,</w:t>
      </w:r>
    </w:p>
    <w:p>
      <w:pPr>
        <w:jc w:val="right"/>
      </w:pPr>
      <w:r>
        <w:t>اس زمانے میں، یعنی ساتویں صدی عیسوی میں، ان کا کیس یہ بن گیا تھا کہ وہ اسپرٹ سے تو خالی ہو گئے تھے،</w:t>
      </w:r>
    </w:p>
    <w:p>
      <w:r>
        <w:rPr>
          <w:b/>
        </w:rPr>
        <w:t xml:space="preserve">[10:36] </w:t>
      </w:r>
      <w:r>
        <w:t>deen-e-khudawandi ki spirit un mein baqi nahi rahi thi. Lekin</w:t>
      </w:r>
    </w:p>
    <w:p>
      <w:pPr>
        <w:jc w:val="right"/>
      </w:pPr>
      <w:r>
        <w:t>دین خداوندی کی اسپرٹ ان میں باقی نہیں رہی تھی۔ لیکن</w:t>
      </w:r>
    </w:p>
    <w:p>
      <w:r>
        <w:rPr>
          <w:b/>
        </w:rPr>
        <w:t xml:space="preserve">[10:46] </w:t>
      </w:r>
      <w:r>
        <w:t>lekin amaanen bohat zyada theen. Chote qisse kahani aur mauzu rawaiyaten is ki buniyad par</w:t>
      </w:r>
    </w:p>
    <w:p>
      <w:pPr>
        <w:jc w:val="right"/>
      </w:pPr>
      <w:r>
        <w:t>لیکن امانیں بہت زیادہ تھیں۔ چھوٹے قصے کہانی اور موضوع روایتیں اس کی بنیاد پر</w:t>
      </w:r>
    </w:p>
    <w:p>
      <w:r>
        <w:rPr>
          <w:b/>
        </w:rPr>
        <w:t xml:space="preserve">[11:03] </w:t>
      </w:r>
      <w:r>
        <w:t>bohat zyada un ka khush fehmiyan phaili hui theen. Masalan ek rawaiyat ki thi un ke haan ke Hazrat Ibrahim qayamat ke din dozakh ke darwaze par khade ho jayenge,</w:t>
      </w:r>
    </w:p>
    <w:p>
      <w:pPr>
        <w:jc w:val="right"/>
      </w:pPr>
      <w:r>
        <w:t>بہت زیادہ ان کا خوش فہمیاں پھیلی ہوئی تھیں۔ مثلاً ایک روایت کی تھی ان کے ہاں کہ حضرت ابراہیم قیامت کے دن دوزخ کے دروازے پر کھڑے ہو جائیں گے،</w:t>
      </w:r>
    </w:p>
    <w:p>
      <w:r>
        <w:rPr>
          <w:b/>
        </w:rPr>
        <w:t xml:space="preserve">[11:24] </w:t>
      </w:r>
      <w:r>
        <w:t>danda lekar, aur kisi yahood, kisi Yahudi ko nahi dakhil hone denge. Yahood sab Yahudiyon ko jannat mein dakhil kar denge.</w:t>
      </w:r>
    </w:p>
    <w:p>
      <w:pPr>
        <w:jc w:val="right"/>
      </w:pPr>
      <w:r>
        <w:t>ڈنڈا لے کر، اور کسی یہود، کسی یہودی کو نہیں داخل ہونے دیں گے۔ یہود سب یہودیوں کو جنت میں داخل کر دیں گے۔</w:t>
      </w:r>
    </w:p>
    <w:p>
      <w:r>
        <w:rPr>
          <w:b/>
        </w:rPr>
        <w:t xml:space="preserve">[11:39] </w:t>
      </w:r>
      <w:r>
        <w:t>bilkul jhooti baat hai. Kisi paighambar ko yeh haq nahi hai ke woh faisla kare ke kaun jannat mein jayega, kaun dozakh mein jayega.</w:t>
      </w:r>
    </w:p>
    <w:p>
      <w:pPr>
        <w:jc w:val="right"/>
      </w:pPr>
      <w:r>
        <w:t>بالکل جھوٹی بات ہے۔ کسی پیغمبر کو یہ حق نہیں ہے کہ وہ فیصلہ کرے کہ کون جنت میں جائے گا، کون دوزخ میں جائے گا۔</w:t>
      </w:r>
    </w:p>
    <w:p>
      <w:r>
        <w:rPr>
          <w:b/>
        </w:rPr>
        <w:t xml:space="preserve">[11:49] </w:t>
      </w:r>
      <w:r>
        <w:t>yeh Allah Rabb-ul-Alameen ka kaam hai. To isi tarah ke Musalmanon mein baad ke zamane mein to daur-e-zuwal ki tasweer hai Yahudi ka case.</w:t>
      </w:r>
    </w:p>
    <w:p>
      <w:pPr>
        <w:jc w:val="right"/>
      </w:pPr>
      <w:r>
        <w:t>یہ اللہ رب العالمین کا کام ہے۔ تو اسی طرح کے مسلمانوں میں بعد کے زمانے میں تو دور زوال کی تصویر ہے یہودی کا کیس۔</w:t>
      </w:r>
    </w:p>
    <w:p>
      <w:r>
        <w:rPr>
          <w:b/>
        </w:rPr>
        <w:t xml:space="preserve">[12:07] </w:t>
      </w:r>
      <w:r>
        <w:t>to Yahud ki misaal se bataya gaya ke ae ummat</w:t>
      </w:r>
    </w:p>
    <w:p>
      <w:pPr>
        <w:jc w:val="right"/>
      </w:pPr>
      <w:r>
        <w:t>تو یہود کی مثال سے بتایا گیا کہ اے امت</w:t>
      </w:r>
    </w:p>
    <w:p>
      <w:r>
        <w:rPr>
          <w:b/>
        </w:rPr>
        <w:t xml:space="preserve">[12:13] </w:t>
      </w:r>
      <w:r>
        <w:t>Muhammad, tumhara bhi yahi hoga baad ke zamane mein hoga. Achha, Hadees se is ki taqwiyat milti hai kyunke Hadees mein saaf saaf aaya hai ke "min qablakum".</w:t>
      </w:r>
    </w:p>
    <w:p>
      <w:pPr>
        <w:jc w:val="right"/>
      </w:pPr>
      <w:r>
        <w:t>محمد، تمہارا بھی یہی ہوگا بعد کے زمانے میں ہوگا۔ اچھا، حدیث سے اس کی تقویت ملتی ہے کیونکہ حدیث میں صاف صاف آیا ہے کہ "من قبلکم"۔</w:t>
      </w:r>
    </w:p>
    <w:p>
      <w:r>
        <w:rPr>
          <w:b/>
        </w:rPr>
        <w:t xml:space="preserve">[12:36] </w:t>
      </w:r>
      <w:r>
        <w:t>to yaad rakhiye, yeh sab aayaten jo Quran mein shuru ki suraton mein hain, woh mazammat-e-Yahud pe nahi hain.</w:t>
      </w:r>
    </w:p>
    <w:p>
      <w:pPr>
        <w:jc w:val="right"/>
      </w:pPr>
      <w:r>
        <w:t>تو یاد رکھیے، یہ سب آیتیں جو قرآن میں شروع کی سورتوں میں ہیں، وہ مذمت یہود پہ نہیں ہیں۔</w:t>
      </w:r>
    </w:p>
    <w:p>
      <w:r>
        <w:rPr>
          <w:b/>
        </w:rPr>
        <w:t xml:space="preserve">[12:49] </w:t>
      </w:r>
      <w:r>
        <w:t>Quran is liye nahi utra, utara hai Allah ne ke Yahud ki mazammat kare. Yahud ki mazammat ke liye Quran nahi utra hai.</w:t>
      </w:r>
    </w:p>
    <w:p>
      <w:pPr>
        <w:jc w:val="right"/>
      </w:pPr>
      <w:r>
        <w:t>قرآن اس لیے نہیں اترا، اتارا ہے اللہ نے کہ یہود کی مذمت کرے۔ یہود کی مذمت کے لیے قرآن نہیں اترا ہے۔</w:t>
      </w:r>
    </w:p>
    <w:p>
      <w:r>
        <w:rPr>
          <w:b/>
        </w:rPr>
        <w:t xml:space="preserve">[12:59] </w:t>
      </w:r>
      <w:r>
        <w:t>Quran utra hai ke Yahud ki misaal de kar ke bataya jaye ke ummat-e-Muhammad par zuwal aayega to un ka wahi haal hoga jo Yahud ka ho chuka hai.</w:t>
      </w:r>
    </w:p>
    <w:p>
      <w:pPr>
        <w:jc w:val="right"/>
      </w:pPr>
      <w:r>
        <w:t>قرآن اترا ہے کہ یہود کی مثال دے کر کے بتایا جائے کہ امت محمد پر زوال آئے گا تو ان کا وہی حال ہوگا جو یہود کا ہو چکا ہے۔</w:t>
      </w:r>
    </w:p>
    <w:p>
      <w:r>
        <w:rPr>
          <w:b/>
        </w:rPr>
        <w:t xml:space="preserve">[13:10] </w:t>
      </w:r>
      <w:r>
        <w:t>to apne ko is se bachao, is anjaam se apne ko is anjaam se bachao. To in aayaton mein jo tasweer di gayi Yahud ke hawale se, woh darasal warning hai ummat-e-Muhammad ke liye.</w:t>
      </w:r>
    </w:p>
    <w:p>
      <w:pPr>
        <w:jc w:val="right"/>
      </w:pPr>
      <w:r>
        <w:t>تو اپنے کو اس سے بچاؤ، اس انجام سے اپنے کو اس انجام سے بچاؤ۔ تو ان آیتوں میں جو تصویر دی گئی یہود کے حوالے سے، وہ دراصل وارننگ ہے امت محمد کے لیے۔</w:t>
      </w:r>
    </w:p>
    <w:p>
      <w:r>
        <w:rPr>
          <w:b/>
        </w:rPr>
        <w:t xml:space="preserve">[13:31] </w:t>
      </w:r>
      <w:r>
        <w:t>to ummat-e-Muhammad ke liye warning hai.</w:t>
      </w:r>
    </w:p>
    <w:p>
      <w:pPr>
        <w:jc w:val="right"/>
      </w:pPr>
      <w:r>
        <w:t>تو امت محمد کے لیے وارننگ ہے۔</w:t>
      </w:r>
    </w:p>
    <w:p>
      <w:r>
        <w:rPr>
          <w:b/>
        </w:rPr>
        <w:t xml:space="preserve">[13:38] </w:t>
      </w:r>
      <w:r>
        <w:t>to ummat-e-Muhammad ne Quran ko kitaab-e-mehjoor bana diya, abandoned book bana diya.</w:t>
      </w:r>
    </w:p>
    <w:p>
      <w:pPr>
        <w:jc w:val="right"/>
      </w:pPr>
      <w:r>
        <w:t>تو امت محمد نے قرآن کو کتاب محجور بنا دیا، ابینڈڈ بک بنا دیا۔</w:t>
      </w:r>
    </w:p>
    <w:p>
      <w:r>
        <w:rPr>
          <w:b/>
        </w:rPr>
        <w:t xml:space="preserve">[13:47] </w:t>
      </w:r>
      <w:r>
        <w:t>is ka matlab yahi hai</w:t>
      </w:r>
    </w:p>
    <w:p>
      <w:pPr>
        <w:jc w:val="right"/>
      </w:pPr>
      <w:r>
        <w:t>اس کا مطلب یہی ہے</w:t>
      </w:r>
    </w:p>
    <w:p>
      <w:r>
        <w:rPr>
          <w:b/>
        </w:rPr>
        <w:t xml:space="preserve">[13:53] </w:t>
      </w:r>
      <w:r>
        <w:t>ke jo warning thi, us ko pakda nahi. Jo applied meaning thi, us ko pakda nahi.</w:t>
      </w:r>
    </w:p>
    <w:p>
      <w:pPr>
        <w:jc w:val="right"/>
      </w:pPr>
      <w:r>
        <w:t>کہ جو وارننگ تھی، اس کو پکڑا نہیں۔ جو اپلائیڈ میننگ تھی، اس کو پکڑا نہیں۔</w:t>
      </w:r>
    </w:p>
    <w:p>
      <w:r>
        <w:rPr>
          <w:b/>
        </w:rPr>
        <w:t xml:space="preserve">[14:04] </w:t>
      </w:r>
      <w:r>
        <w:t>jhooti qisse kahaniyon mein phanse rahe, mauzu rawaiyon mein phanse rahe. Theek wahi aqeedey bana liye jo Yahud ka aqeedah the ke jahannum to doosron ke liye hai aur jannat Musalmanon ke liye hai.</w:t>
      </w:r>
    </w:p>
    <w:p>
      <w:pPr>
        <w:jc w:val="right"/>
      </w:pPr>
      <w:r>
        <w:t>جھوٹی قصے کہانیوں میں پھنسے رہے، موضوع روایتوں میں پھنسے رہے۔ ٹھیک وہی عقیدے بنا لیے جو یہود کا عقیدہ تھے کہ جہنم تو دوسروں کے لیے ہے اور جنت مسلمانوں کے لیے ہے۔</w:t>
      </w:r>
    </w:p>
    <w:p>
      <w:r>
        <w:rPr>
          <w:b/>
        </w:rPr>
        <w:t xml:space="preserve">[14:28] </w:t>
      </w:r>
      <w:r>
        <w:t>ek mauzu rawaiyat hai, bilkul mauzu, sar ta pa mauzu "Al-salih lil-lah wal-ta'ala". Yaani Rasool Allah Sal-lal-lahu Alaihi Wasallam farmate hain ke jo bure Musalman honge,</w:t>
      </w:r>
    </w:p>
    <w:p>
      <w:pPr>
        <w:jc w:val="right"/>
      </w:pPr>
      <w:r>
        <w:t>ایک موضوع روایت ہے، بالکل موضوع، سر تاثر موضوع "الصالح للہ والتعالی"۔ یعنی رسول اللہ صلی اللہ علیہ وسلم فرماتے ہیں کہ جو برے مسلمان ہوں گے،</w:t>
      </w:r>
    </w:p>
    <w:p>
      <w:r>
        <w:rPr>
          <w:b/>
        </w:rPr>
        <w:t xml:space="preserve">[14:42] </w:t>
      </w:r>
      <w:r>
        <w:t>woh sab mein un ko loonga aur un ko sab ko jannat mein dakhil kar doonga. Yaad rakhiye, jannat aur dozakh mein dakhle ka mamla kisi bhi paighambar, kisi bhi buzurg ka har giz har giz nahi hai.</w:t>
      </w:r>
    </w:p>
    <w:p>
      <w:pPr>
        <w:jc w:val="right"/>
      </w:pPr>
      <w:r>
        <w:t>وہ سب میں ان کو لوں گا اور ان کو سب کو جنت میں داخل کر دوں گا۔ یاد رکھیے، جنت اور دوزخ میں داخلے کا معاملہ کسی بھی پیغمبر، کسی بھی بزرگ کا ہرگز ہرگز نہیں ہے۔</w:t>
      </w:r>
    </w:p>
    <w:p>
      <w:r>
        <w:rPr>
          <w:b/>
        </w:rPr>
        <w:t xml:space="preserve">[15:00] </w:t>
      </w:r>
      <w:r>
        <w:t>woh sara mamla Allah Rabb-ul-Alameen ka hai. To in aayaton mein jo Quran ki shuru ke mein aayaten hain, woh sach poochhein to Yahud ke hawale se Musalmanon ko warning hai.</w:t>
      </w:r>
    </w:p>
    <w:p>
      <w:pPr>
        <w:jc w:val="right"/>
      </w:pPr>
      <w:r>
        <w:t>وہ سارا معاملہ اللہ رب العالمین کا ہے۔ تو ان آیتوں میں جو قرآن کی شروع کے میں آیتیں ہیں، وہ سچ پوچھیں تو یہود کے حوالے سے مسلمانوں کو وارننگ ہے۔</w:t>
      </w:r>
    </w:p>
    <w:p>
      <w:r>
        <w:rPr>
          <w:b/>
        </w:rPr>
        <w:t xml:space="preserve">[15:19] </w:t>
      </w:r>
      <w:r>
        <w:t>Yahud ke hawale se Musalmanon ko warning hai ke tumhare upar bhi baad ki naslon mein daur-e-zuwal aayega.</w:t>
      </w:r>
    </w:p>
    <w:p>
      <w:pPr>
        <w:jc w:val="right"/>
      </w:pPr>
      <w:r>
        <w:t>یہود کے حوالے سے مسلمانوں کو وارننگ ہے کہ تمہارے اوپر بھی بعد کی نسلوں میں دور زوال آئے گا۔</w:t>
      </w:r>
    </w:p>
    <w:p>
      <w:r>
        <w:rPr>
          <w:b/>
        </w:rPr>
        <w:t xml:space="preserve">[15:30] </w:t>
      </w:r>
      <w:r>
        <w:t>aur daur-e-zuwal jab aayega to zuwal wali khusoosiyat tumhare andar paida ho jayengi. To tumhare andar aise Muslim uthne chahiye, aise ulama uthne chahiye jo is se bachaye qaum ko,</w:t>
      </w:r>
    </w:p>
    <w:p>
      <w:pPr>
        <w:jc w:val="right"/>
      </w:pPr>
      <w:r>
        <w:t>اور دور زوال جب آئے گا تو زوال والی خصوصیات تمہارے اندر پیدا ہو جائیں گی۔ تو تمہارے اندر ایسے مسلم اٹھنے چاہیے، ایسے علماء اٹھنے چاہیے جو اس سے بچائیں قوم کو،</w:t>
      </w:r>
    </w:p>
    <w:p>
      <w:r>
        <w:rPr>
          <w:b/>
        </w:rPr>
        <w:t xml:space="preserve">[15:48] </w:t>
      </w:r>
      <w:r>
        <w:t>bataye is mamle ko, batayein. Bad-qismati se amalan ulta hua.</w:t>
      </w:r>
    </w:p>
    <w:p>
      <w:pPr>
        <w:jc w:val="right"/>
      </w:pPr>
      <w:r>
        <w:t>بتائیں اس معاملے کو، بتائیں۔ بدقسمتی سے عملاً الٹا ہوا۔</w:t>
      </w:r>
    </w:p>
    <w:p>
      <w:r>
        <w:rPr>
          <w:b/>
        </w:rPr>
        <w:t xml:space="preserve">[15:59] </w:t>
      </w:r>
      <w:r>
        <w:t>yaani logon ne kisi mauzu rawaiyaten ghadi, fazail ki aur khush. Woh</w:t>
      </w:r>
    </w:p>
    <w:p>
      <w:pPr>
        <w:jc w:val="right"/>
      </w:pPr>
      <w:r>
        <w:t>یعنی لوگوں نے کسی موضوع روایتیں گھڑی، فضائل کی اور خوش۔ وہ</w:t>
      </w:r>
    </w:p>
    <w:p>
      <w:r>
        <w:rPr>
          <w:b/>
        </w:rPr>
        <w:t xml:space="preserve">[16:12] </w:t>
      </w:r>
      <w:r>
        <w:t>isi qism ki jo yahood ka jo rawa phaila hua tha ke</w:t>
      </w:r>
    </w:p>
    <w:p>
      <w:pPr>
        <w:jc w:val="right"/>
      </w:pPr>
      <w:r>
        <w:t>اسی قسم کی جو یہود کا جو روا پھیلا ہوا تھا کہ</w:t>
      </w:r>
    </w:p>
    <w:p>
      <w:r>
        <w:rPr>
          <w:b/>
        </w:rPr>
        <w:t xml:space="preserve">[16:21] </w:t>
      </w:r>
      <w:r>
        <w:t>jahannum doosron ke liye aur jannat hamare liye,</w:t>
      </w:r>
    </w:p>
    <w:p>
      <w:pPr>
        <w:jc w:val="right"/>
      </w:pPr>
      <w:r>
        <w:t>جہنم دوسروں کے لیے اور جنت ہمارے لیے،</w:t>
      </w:r>
    </w:p>
    <w:p>
      <w:r>
        <w:rPr>
          <w:b/>
        </w:rPr>
        <w:t xml:space="preserve">[16:29] </w:t>
      </w:r>
      <w:r>
        <w:t>to isi mein ummat phans gayi. yahi hai matlab is ka,</w:t>
      </w:r>
    </w:p>
    <w:p>
      <w:pPr>
        <w:jc w:val="right"/>
      </w:pPr>
      <w:r>
        <w:t>تو اسی میں امت پھنس گئی۔ یہی ہے مطلب اس کا،</w:t>
      </w:r>
    </w:p>
    <w:p>
      <w:r>
        <w:rPr>
          <w:b/>
        </w:rPr>
        <w:t xml:space="preserve">[16:37] </w:t>
      </w:r>
      <w:r>
        <w:t>yeh is ka matlab hai "an iqamatkhudhu al-quran mahjoora". yani quran ko applied way mein discover nahi kiya, apni jhooti qisse kahaniyon mein phans gaye.</w:t>
      </w:r>
    </w:p>
    <w:p>
      <w:pPr>
        <w:jc w:val="right"/>
      </w:pPr>
      <w:r>
        <w:t>یہ اس کا مطلب ہے "ان اقامتخذو القرآن محجورہ"۔ یعنی قرآن کو اپلائیڈ وے میں ڈسکور نہیں کیا، اپنی جھوٹی قصے کہانیوں میں پھنس گئے۔</w:t>
      </w:r>
    </w:p>
    <w:p>
      <w:r>
        <w:rPr>
          <w:b/>
        </w:rPr>
        <w:t xml:space="preserve">[16:54] </w:t>
      </w:r>
      <w:r>
        <w:t>abani mein jin ko abani kaha gaya hai, yahood bhi abani mein phanse the, ab musalman bhi abani mein phans gaye.</w:t>
      </w:r>
    </w:p>
    <w:p>
      <w:pPr>
        <w:jc w:val="right"/>
      </w:pPr>
      <w:r>
        <w:t>ابانی میں جن کو ابانی کہا گیا ہے، یہود بھی ابانی میں پھنسے تھے، اب مسلمان بھی ابانی میں پھنس گئے۔</w:t>
      </w:r>
    </w:p>
    <w:p>
      <w:r>
        <w:rPr>
          <w:b/>
        </w:rPr>
        <w:t xml:space="preserve">[17:04] </w:t>
      </w:r>
      <w:r>
        <w:t>amani ke mani hote hain khush fehmi, wishful thinking, be buniyad aarzoein.</w:t>
      </w:r>
    </w:p>
    <w:p>
      <w:pPr>
        <w:jc w:val="right"/>
      </w:pPr>
      <w:r>
        <w:t>امانی کے معنی ہوتے ہیں خوش فہمی، بشپل تھنکنگ، بے بنیاد آرزوئیں۔</w:t>
      </w:r>
    </w:p>
    <w:p>
      <w:r>
        <w:rPr>
          <w:b/>
        </w:rPr>
        <w:t xml:space="preserve">[17:16] </w:t>
      </w:r>
      <w:r>
        <w:t>yeh hua tha yahood ke sath ke unhon ne</w:t>
      </w:r>
    </w:p>
    <w:p>
      <w:pPr>
        <w:jc w:val="right"/>
      </w:pPr>
      <w:r>
        <w:t>یہ ہوا تھا یہود کے ساتھ کہ انہوں نے</w:t>
      </w:r>
    </w:p>
    <w:p>
      <w:r>
        <w:rPr>
          <w:b/>
        </w:rPr>
        <w:t xml:space="preserve">[17:24] </w:t>
      </w:r>
      <w:r>
        <w:t>wo kya tha hazrat ibrahim ke bare mein ke wo khare wo khare ho jayenge, wo batai do.</w:t>
      </w:r>
    </w:p>
    <w:p>
      <w:pPr>
        <w:jc w:val="right"/>
      </w:pPr>
      <w:r>
        <w:t>وہ کیا تھا حضرت ابراہیم کے بارے میں کہ وہ کھڑے وہ کھڑے ہو جائیں گے، وہ بتائی دو۔</w:t>
      </w:r>
    </w:p>
    <w:p>
      <w:r>
        <w:rPr>
          <w:b/>
        </w:rPr>
        <w:t xml:space="preserve">[17:34] </w:t>
      </w:r>
      <w:r>
        <w:t>wo ghaleban by daryabadi ne naqal kiya hai. ji, talmud ke intikhabat ka ek majmooa angrezi mein doctor cohen ka murattab kiya hua hai.</w:t>
      </w:r>
    </w:p>
    <w:p>
      <w:pPr>
        <w:jc w:val="right"/>
      </w:pPr>
      <w:r>
        <w:t>وہ غالباً بائی دریابادی نے نقل کیا ہے۔ جی، تالمود کے انتخابات کا ایک مجموعہ انگریزی میں ڈاکٹر کوہن کا مرتب کیا ہوا ہے۔</w:t>
      </w:r>
    </w:p>
    <w:p>
      <w:r>
        <w:rPr>
          <w:b/>
        </w:rPr>
        <w:t xml:space="preserve">[17:44] </w:t>
      </w:r>
      <w:r>
        <w:t>is mein yun aaya hai: "qayamat ke din ibrahim dozeh par tashreef rakhte honge aur kisi makhtoon israeli ko is mein girne na denge".</w:t>
      </w:r>
    </w:p>
    <w:p>
      <w:pPr>
        <w:jc w:val="right"/>
      </w:pPr>
      <w:r>
        <w:t>اس میں یوں آیا ہے: "قیامت کے دن ابراہیم دوزخ پر تشریف رکھتے ہوں گے اور کسی مختون اسرائیلی کو اس میں گرنے نہ دیں گے"۔</w:t>
      </w:r>
    </w:p>
    <w:p>
      <w:r>
        <w:rPr>
          <w:b/>
        </w:rPr>
        <w:t xml:space="preserve">[17:56] </w:t>
      </w:r>
      <w:r>
        <w:t>talmud ka darja yahood mein ba-shaiy se hamari yahood ki hadith ka darja hai. yani bible ke ilawa bohat sari rawaiyat un ke haan hain, wo sab talmud ka hissa hain.</w:t>
      </w:r>
    </w:p>
    <w:p>
      <w:pPr>
        <w:jc w:val="right"/>
      </w:pPr>
      <w:r>
        <w:t>تالمود کا درجہ یہود میں بشیع سے ہماری یہود کی حدیث کا درجہ ہے۔ یعنی بائبل کے علاوہ بہت ساری روایتیں ان کے ہاں ہیں، وہ سب تالمود کا حصہ ہیں۔</w:t>
      </w:r>
    </w:p>
    <w:p>
      <w:r>
        <w:rPr>
          <w:b/>
        </w:rPr>
        <w:t xml:space="preserve">[18:10] </w:t>
      </w:r>
      <w:r>
        <w:t>is mein yeh cheez aayi hai, aisi bohat sari cheezein, aisi bohat sari cheezein jin ko amani kaha gaya quran mein. amani</w:t>
      </w:r>
    </w:p>
    <w:p>
      <w:pPr>
        <w:jc w:val="right"/>
      </w:pPr>
      <w:r>
        <w:t>اس میں یہ چیز آئی ہے، ایسی بہت ساری چیزیں، ایسی بہت ساری چیزیں جن کو ابانی کہا گیا قرآن میں۔ امانی</w:t>
      </w:r>
    </w:p>
    <w:p>
      <w:r>
        <w:rPr>
          <w:b/>
        </w:rPr>
        <w:t xml:space="preserve">[18:23] </w:t>
      </w:r>
      <w:r>
        <w:t>to isi ko mein keh raha hoon ke baad ke zamane mein quran ko applied way mein lena tha. applied way mein ek mani hai ke jo baatein yahood ke hawale se kahi gayi hain, un ke mutaliq yeh daryaft karna ke yeh to musalmanon ke liye, ummat e muhammad ke liye warning hai, yeh un par apply kar ke parhna hai.</w:t>
      </w:r>
    </w:p>
    <w:p>
      <w:pPr>
        <w:jc w:val="right"/>
      </w:pPr>
      <w:r>
        <w:t>تو اسی کو میں کہہ رہا ہوں کہ بعد کے زمانے میں قرآن کو اپلائیڈ وے میں لینا تھا۔ اپلائیڈ وے میں ایک معنی ہے کہ جو باتیں یہود کے حوالے سے کہی گئی ہیں، ان کے متعلق یہ دریافت کرنا کہ یہ تو مسلمانوں کے لیے، امت محمد کے لیے وارننگ ہے، یہ ان پر اپلائی کر کے پڑھنا ہے۔</w:t>
      </w:r>
    </w:p>
    <w:p>
      <w:r>
        <w:rPr>
          <w:b/>
        </w:rPr>
        <w:t xml:space="preserve">[18:49] </w:t>
      </w:r>
      <w:r>
        <w:t>is ko</w:t>
      </w:r>
    </w:p>
    <w:p>
      <w:pPr>
        <w:jc w:val="right"/>
      </w:pPr>
      <w:r>
        <w:t>اس کو</w:t>
      </w:r>
    </w:p>
    <w:p>
      <w:r>
        <w:rPr>
          <w:b/>
        </w:rPr>
        <w:t xml:space="preserve">[18:55] </w:t>
      </w:r>
      <w:r>
        <w:t>to yeh hai quran ko mahjoor banana. yaad rakhein, quran ko mahjoor banane ka matlab yeh harghiz nahi hai ke hafiz nahi karenge, log tilawat nahi karenge, log tahaffuz e quran ke madaris nahi honge.</w:t>
      </w:r>
    </w:p>
    <w:p>
      <w:pPr>
        <w:jc w:val="right"/>
      </w:pPr>
      <w:r>
        <w:t>تو یہ ہے قرآن کو محجور بنانا۔ یاد رکھیں، قرآن کو محجور بنانے کا مطلب یہ ہرگز نہیں ہے کہ حافظہ نہیں کریں گے، لوگ تلاوت نہیں کریں گے، لوگ تحفظ قرآن کے مدرسے نہیں ہوں گے۔</w:t>
      </w:r>
    </w:p>
    <w:p>
      <w:r>
        <w:rPr>
          <w:b/>
        </w:rPr>
        <w:t xml:space="preserve">[19:11] </w:t>
      </w:r>
      <w:r>
        <w:t>yeh wo to harghiz nahi hai, balkeh quran ka jo applied mafhoom hai, us par charcha khatm ho jayega.</w:t>
      </w:r>
    </w:p>
    <w:p>
      <w:pPr>
        <w:jc w:val="right"/>
      </w:pPr>
      <w:r>
        <w:t>یہ وہ تو ہرگز نہیں ہے، بلکہ قرآن کا جو اپلائیڈ مفہوم ہے، اس پر چرچہ ختم ہو جائے گا۔</w:t>
      </w:r>
    </w:p>
    <w:p>
      <w:r>
        <w:rPr>
          <w:b/>
        </w:rPr>
        <w:t xml:space="preserve">[19:25] </w:t>
      </w:r>
      <w:r>
        <w:t>us par charcha khatm ho jayega. yani applied mafhoom ka matlab yahi hai ke</w:t>
      </w:r>
    </w:p>
    <w:p>
      <w:pPr>
        <w:jc w:val="right"/>
      </w:pPr>
      <w:r>
        <w:t>اس پر چرچہ ختم ہو جائے گا۔ یعنی اپلائیڈ مفہوم کا مطلب یہی ہے کہ</w:t>
      </w:r>
    </w:p>
    <w:p>
      <w:r>
        <w:rPr>
          <w:b/>
        </w:rPr>
        <w:t xml:space="preserve">[19:35] </w:t>
      </w:r>
      <w:r>
        <w:t>jo baatein quran mein aayi hain yahood ke hawale se, wo haqeeqat mein mutaffiq hoti hain ummat e mohammadi ke baad ke daur mein, daur ke liye.</w:t>
      </w:r>
    </w:p>
    <w:p>
      <w:pPr>
        <w:jc w:val="right"/>
      </w:pPr>
      <w:r>
        <w:t>جو باتیں قرآن میں آئی ہیں یہود کے حوالے سے، وہ حقیقت میں متفق ہوتی ہیں امت محمدی کے بعد کے دور میں، دور کے لیے۔</w:t>
      </w:r>
    </w:p>
    <w:p>
      <w:r>
        <w:rPr>
          <w:b/>
        </w:rPr>
        <w:t xml:space="preserve">[19:49] </w:t>
      </w:r>
      <w:r>
        <w:t>to yeh batana to baad ke zamane mein musalmanon mein aise ulma uthne chahiye, aise musleh uthne chahiye jo quran ke applied mafhoom ko batayein.</w:t>
      </w:r>
    </w:p>
    <w:p>
      <w:pPr>
        <w:jc w:val="right"/>
      </w:pPr>
      <w:r>
        <w:t>تو یہ بتانا تو بعد کے زمانے میں مسلمانوں میں ایسے علماء اٹھنے چاہیے، ایسے مصلحین اٹھنے چاہیے جو قرآن کے اپلائیڈ مفہوم کو بتائیں۔</w:t>
      </w:r>
    </w:p>
    <w:p>
      <w:r>
        <w:rPr>
          <w:b/>
        </w:rPr>
        <w:t xml:space="preserve">[20:02] </w:t>
      </w:r>
      <w:r>
        <w:t>applied mafhoom sirf literal mafhoom ko nahi, jo log literal mafhoom ko batayenge, wo ummat ke rehnumai ka haq nahi ada kar sakenge.</w:t>
      </w:r>
    </w:p>
    <w:p>
      <w:pPr>
        <w:jc w:val="right"/>
      </w:pPr>
      <w:r>
        <w:t>اپلائیڈ مفہوم صرف لٹرل مفہوم کو نہیں، جو لوگ لٹرل مفہوم کو بتائیں گے، وہ امت کے رہنمائی کا حق نہیں ادا کر سکیں گے۔</w:t>
      </w:r>
    </w:p>
    <w:p>
      <w:r>
        <w:rPr>
          <w:b/>
        </w:rPr>
        <w:t xml:space="preserve">[20:16] </w:t>
      </w:r>
      <w:r>
        <w:t>literal mafhoom ko jo log batayenge, baad ke zamane mein to quran apne ibtedai daur mein apne literal mafhoom ke aitbar se matloob tha, lekin baad ke zamane mein wo apne applied mafhoom ke aitbar se matloob hai.</w:t>
      </w:r>
    </w:p>
    <w:p>
      <w:pPr>
        <w:jc w:val="right"/>
      </w:pPr>
      <w:r>
        <w:t>لٹرل مفہوم کو جو لوگ بتائیں گے، بعد کے زمانے میں تو قرآن اپنے ابتدائی دور میں اپنے لٹرل مفہوم کے اعتبار سے مطلوب تھا، لیکن بعد کے زمانے میں وہ اپنے اپلائیڈ مفہوم کے اعتبار سے مطلوب ہے۔</w:t>
      </w:r>
    </w:p>
    <w:p>
      <w:r>
        <w:rPr>
          <w:b/>
        </w:rPr>
        <w:t xml:space="preserve">[20:33] </w:t>
      </w:r>
      <w:r>
        <w:t>kyun ke ummat mein zawal to baad ke zamane mein aayega, ummat mein zawal jo hai rasool Allah ke zamane mein nahi aa sakta. baad ki naslon hi mein aata hai zawal, hamesha pehli nasal pe zawal nahi aata hai,</w:t>
      </w:r>
    </w:p>
    <w:p>
      <w:pPr>
        <w:jc w:val="right"/>
      </w:pPr>
      <w:r>
        <w:t>کیونکہ امت میں زوال تو بعد کے زمانے میں آئے گا، امت میں زوال جو ہے رسول اللہ کے زمانے میں نہیں آ سکتا۔ بعد کی نسلوں ہی میں آتا ہے زوال، ہمیشہ پہلی نسل پہ زوال نہیں آتا ہے،</w:t>
      </w:r>
    </w:p>
    <w:p>
      <w:r>
        <w:rPr>
          <w:b/>
        </w:rPr>
        <w:t xml:space="preserve">[20:52] </w:t>
      </w:r>
      <w:r>
        <w:t>hamesha zawal aata hai baad ki naslon mein. to applied mafhoom matloob ho jata hai baad ke zamane mein. to us waqt aise ulma uthne chahiye, aise rehnuma uthne chahiye jo ummat ko is ke applied mafhoom se waqif karayein,</w:t>
      </w:r>
    </w:p>
    <w:p>
      <w:pPr>
        <w:jc w:val="right"/>
      </w:pPr>
      <w:r>
        <w:t>ہمیشہ زوال آتا ہے بعد کی نسلوں میں۔ تو اپلائیڈ مفہوم مطلوب ہو جاتا ہے بعد کے زمانے میں۔ تو اس وقت ایسے علماء اٹھنے چاہیے، ایسے رہنما اٹھنے چاہیے جو امت کو اس کے اپلائیڈ مفہوم سے واقف کرائیں،</w:t>
      </w:r>
    </w:p>
    <w:p>
      <w:r>
        <w:rPr>
          <w:b/>
        </w:rPr>
        <w:t xml:space="preserve">[21:15] </w:t>
      </w:r>
      <w:r>
        <w:t>yani tatbeeqi mafhoom. lekin yahan kya hua? is ka ulta hua, yani bas literal bhi nahi, literal bhi nahi, peechay lag lag gaye.</w:t>
      </w:r>
    </w:p>
    <w:p>
      <w:pPr>
        <w:jc w:val="right"/>
      </w:pPr>
      <w:r>
        <w:t>یعنی تطبیقی مفہوم۔ لیکن یہاں کیا ہوا؟ اس کا الٹا ہوا، یعنی بس لٹرل بھی نہیں، لٹرل بھی نہیں، پیچھے لگ لگ گئے۔</w:t>
      </w:r>
    </w:p>
    <w:p>
      <w:r>
        <w:rPr>
          <w:b/>
        </w:rPr>
        <w:t xml:space="preserve">[21:27] </w:t>
      </w:r>
      <w:r>
        <w:t>yani kuch logon ne quran ke literal meaning ko zor diya, lafzi tashrihat kar ke, aur kuch log jo the, wo aisi hadith failayi, mauzu hadith,</w:t>
      </w:r>
    </w:p>
    <w:p>
      <w:pPr>
        <w:jc w:val="right"/>
      </w:pPr>
      <w:r>
        <w:t>یعنی کچھ لوگوں نے قرآن کے لٹرل میننگ کو زور دیا، لفظی تشریحات کر کے، اور کچھ لوگ جو تھے، وہ ایسی حدیثیں پھیلائی، موضوع حدیثیں،</w:t>
      </w:r>
    </w:p>
    <w:p>
      <w:r>
        <w:rPr>
          <w:b/>
        </w:rPr>
        <w:t xml:space="preserve">[21:47] </w:t>
      </w:r>
      <w:r>
        <w:t>khud sakhta qisay kahaniyan, jis mein musalmanon ko amani ki ghiza milti thi.</w:t>
      </w:r>
    </w:p>
    <w:p>
      <w:pPr>
        <w:jc w:val="right"/>
      </w:pPr>
      <w:r>
        <w:t>خود ساختہ قصے کہانیاں، جس میں مسلمانوں کو امانی کی غذا ملتی تھی۔</w:t>
      </w:r>
    </w:p>
    <w:p>
      <w:r>
        <w:rPr>
          <w:b/>
        </w:rPr>
        <w:t xml:space="preserve">[21:55] </w:t>
      </w:r>
      <w:r>
        <w:t>amani, amani ki ghiza milti thi. yeh matlab hai is ka ke baad ke zamanay mein ummat-e-muhammadi Quran ko kitab mehjoor bana de gi.</w:t>
      </w:r>
    </w:p>
    <w:p>
      <w:pPr>
        <w:jc w:val="right"/>
      </w:pPr>
      <w:r>
        <w:t>امانی، امانی کی غذا ملتی تھی۔ یہ مطلب ہے اس کا کہ بعد کے زمانے میں امت محمدی قرآن کو کتاب محجور بنا دے گی۔</w:t>
      </w:r>
    </w:p>
    <w:p>
      <w:r>
        <w:rPr>
          <w:b/>
        </w:rPr>
        <w:t xml:space="preserve">[22:12] </w:t>
      </w:r>
      <w:r>
        <w:t>to kitab mehjoor bananay ka matlab khud asli kitab nahi hai, balkay woh matloob mafhoom jo hai, matloob mafhoom is ke aitbar se kitab mehjoor ban raha hai.</w:t>
      </w:r>
    </w:p>
    <w:p>
      <w:pPr>
        <w:jc w:val="right"/>
      </w:pPr>
      <w:r>
        <w:t>تو کتاب محجور بنانے کا مطلب خود اصلی کتاب نہیں ہے، بلکہ وہ مطلوب مفہوم جو ہے، مطلوب مفہوم اس کے اعتبار سے کتاب محجور بن رہا ہے۔</w:t>
      </w:r>
    </w:p>
    <w:p>
      <w:r>
        <w:rPr>
          <w:b/>
        </w:rPr>
        <w:t xml:space="preserve">[22:32] </w:t>
      </w:r>
      <w:r>
        <w:t>to mein samajhta hoon ke aaj kal jo bas dhoom hawa ja raha hai, Quran, Quran, Quran, lekin applied mafhoom ki dhoom nahi hai, jahan tak mein janta hoon, bas alfaz ki dhoom hai.</w:t>
      </w:r>
    </w:p>
    <w:p>
      <w:pPr>
        <w:jc w:val="right"/>
      </w:pPr>
      <w:r>
        <w:t>تو میں سمجھتا ہوں کہ آج کل جو بس دھوم ہوا جا رہا ہے، قرآن، قرآن، قرآن، لیکن اپلائیڈ مفہوم کی دھوم نہیں ہے، جہاں تک میں جانتا ہوں، بس الفاظ کی دھوم ہے۔</w:t>
      </w:r>
    </w:p>
    <w:p>
      <w:r>
        <w:rPr>
          <w:b/>
        </w:rPr>
        <w:t xml:space="preserve">[22:49] </w:t>
      </w:r>
      <w:r>
        <w:t>allama anwar shah kashmiri ne ek ayat ya ek hadith kya likha?</w:t>
      </w:r>
    </w:p>
    <w:p>
      <w:pPr>
        <w:jc w:val="right"/>
      </w:pPr>
      <w:r>
        <w:t>علامہ انور شاہ کشمیری نے ایک آیت یا ایک حدیث کیا لکھا؟</w:t>
      </w:r>
    </w:p>
    <w:p>
      <w:r>
        <w:rPr>
          <w:b/>
        </w:rPr>
        <w:t xml:space="preserve">[22:58] </w:t>
      </w:r>
      <w:r>
        <w:t>unhon ne "lam yatahassal 'indana shay' ghair hall al-alfaz". haan, woh hadith ke baray mein ki hadith, ayat ke baray mein hadith, hadith.</w:t>
      </w:r>
    </w:p>
    <w:p>
      <w:pPr>
        <w:jc w:val="right"/>
      </w:pPr>
      <w:r>
        <w:t>انہوں نے "لم یتحصل عندنا شیئ غیر حل الالفاظ"۔ ہاں، وہ حدیث کے بارے میں کی حدیث، آیت کے بارے میں حدیث، حدیث۔</w:t>
      </w:r>
    </w:p>
    <w:p>
      <w:r>
        <w:rPr>
          <w:b/>
        </w:rPr>
        <w:t xml:space="preserve">[23:09] </w:t>
      </w:r>
      <w:r>
        <w:t>to wohi muamla jo hadith ka hua hai, wohi ayaton ka hua hai. to unhon ne kisi</w:t>
      </w:r>
    </w:p>
    <w:p>
      <w:pPr>
        <w:jc w:val="right"/>
      </w:pPr>
      <w:r>
        <w:t>تو وہی معاملہ جو حدیث کا ہوا ہے، وہی آیتوں کا ہوا ہے۔ تو انہوں نے کسی</w:t>
      </w:r>
    </w:p>
    <w:p>
      <w:r>
        <w:rPr>
          <w:b/>
        </w:rPr>
        <w:t xml:space="preserve">[23:18] </w:t>
      </w:r>
      <w:r>
        <w:t>kisi hawale ko talash kiya sari kitabon mein, sari kitabon mein, lekin un ko is se kuch mila nahi.</w:t>
      </w:r>
    </w:p>
    <w:p>
      <w:pPr>
        <w:jc w:val="right"/>
      </w:pPr>
      <w:r>
        <w:t>کسی حوالے کو تلاش کیا ساری کتابوں میں، ساری کتابوں میں، لیکن ان کو اس سے کچھ ملا نہیں۔</w:t>
      </w:r>
    </w:p>
    <w:p>
      <w:r>
        <w:rPr>
          <w:b/>
        </w:rPr>
        <w:t xml:space="preserve">[23:28] </w:t>
      </w:r>
      <w:r>
        <w:t>to unhon ne likha hai, peechay parhiye, is ko is ka tarjuma bataiye "lam yatahassal 'indana minhu shay' ghair hall al-alfaz" ke hamein is se is ki sharah mein alfaz ki tashreeh ke ilawa kuch bhi hasil nahi hua.</w:t>
      </w:r>
    </w:p>
    <w:p>
      <w:pPr>
        <w:jc w:val="right"/>
      </w:pPr>
      <w:r>
        <w:t>تو انہوں نے لکھا ہے، پیچھے پڑھیے، اس کو اس کا ترجمہ بتائیے "لم یتحصل عندنا منہ شیئ غیر حل الالفاظ" کہ ہمیں اس سے اس کی شرح میں الفاظ کی تشریح کے علاوہ کچھ بھی حاصل نہیں ہوا۔</w:t>
      </w:r>
    </w:p>
    <w:p>
      <w:r>
        <w:rPr>
          <w:b/>
        </w:rPr>
        <w:t xml:space="preserve">[23:47] </w:t>
      </w:r>
      <w:r>
        <w:t>hmm, to yeh baad ke zamanay mein jo paish aya, is ka is ki ek is ka ek bayan hai yeh ke baad ke zamanay mein log jo matan tha,</w:t>
      </w:r>
    </w:p>
    <w:p>
      <w:pPr>
        <w:jc w:val="right"/>
      </w:pPr>
      <w:r>
        <w:t>ہمم، تو یہ بعد کے زمانے میں جو پیش آیا، اس کا اس کی ایک اس کا ایک بیان ہے یہ کہ بعد کے زمانے میں لوگ جو متن تھا،</w:t>
      </w:r>
    </w:p>
    <w:p>
      <w:r>
        <w:rPr>
          <w:b/>
        </w:rPr>
        <w:t xml:space="preserve">[24:02] </w:t>
      </w:r>
      <w:r>
        <w:t>matan ke jo alfaz thay, bas usi ki dhoom machai unhon ne. matan ke alfaz ki dhoom aur is matan ka jo tatbiqi mafhoom tha, jo applied mafhoom tha, uska koi charchah nahi hua.</w:t>
      </w:r>
    </w:p>
    <w:p>
      <w:pPr>
        <w:jc w:val="right"/>
      </w:pPr>
      <w:r>
        <w:t>متن کے جو الفاظ تھے، بس اسی کی دھوم مچائی انہوں نے۔ متن کے الفاظ کی دھوم اور اس متن کا جو تطبیقی مفہوم تھا، جو اپلائیڈ مفہوم تھا، اس کا کوئی چرچہ نہیں ہوا۔</w:t>
      </w:r>
    </w:p>
    <w:p>
      <w:r>
        <w:rPr>
          <w:b/>
        </w:rPr>
        <w:t xml:space="preserve">[24:21] </w:t>
      </w:r>
      <w:r>
        <w:t>natija kya? yahi hai woh cheez jis ko ke peghambar farmayenge ke ummat ne Quran ko kitab mehjoor bana diya, abandoned book bana diya.</w:t>
      </w:r>
    </w:p>
    <w:p>
      <w:pPr>
        <w:jc w:val="right"/>
      </w:pPr>
      <w:r>
        <w:t>نتیجہ کیا؟ یہی ہے وہ چیز جس کو کہ پیغمبر فرمائیں گے کہ امت نے قرآن کو کتاب محجور بنا دیا، ابینڈڈ بک بنا دیا۔</w:t>
      </w:r>
    </w:p>
    <w:p>
      <w:r>
        <w:rPr>
          <w:b/>
        </w:rPr>
        <w:t xml:space="preserve">[24:34] </w:t>
      </w:r>
      <w:r>
        <w:t>kyun ke matloob yeh nahi ke aap alfaz ki dhoom machayen,</w:t>
      </w:r>
    </w:p>
    <w:p>
      <w:pPr>
        <w:jc w:val="right"/>
      </w:pPr>
      <w:r>
        <w:t>کیونکہ مطلوب یہ نہیں کہ آپ الفاظ کی دھوم مچائیں،</w:t>
      </w:r>
    </w:p>
    <w:p>
      <w:r>
        <w:rPr>
          <w:b/>
        </w:rPr>
        <w:t xml:space="preserve">[24:42] </w:t>
      </w:r>
      <w:r>
        <w:t>yani Quran ka hafizah, Quran ka nazirah, Quran ki tilawat, is ki dhoom machayen, aur jo alfaz hain, alfaz ki ki tehqeeq kar ke alfaz ka matlab nikalein.</w:t>
      </w:r>
    </w:p>
    <w:p>
      <w:pPr>
        <w:jc w:val="right"/>
      </w:pPr>
      <w:r>
        <w:t>یعنی قرآن کا حافظہ، قرآن کا ناظرہ، قرآن کی تلاوت، اس کی دھوم مچائیں، اور جو الفاظ ہیں، الفاظ کی کی تحقیق کر کے الفاظ کا مطلب نکالیں۔</w:t>
      </w:r>
    </w:p>
    <w:p>
      <w:r>
        <w:rPr>
          <w:b/>
        </w:rPr>
        <w:t xml:space="preserve">[24:59] </w:t>
      </w:r>
      <w:r>
        <w:t>yeh yeh nahi hai, is ka matlab is ka matlab hai ke jo tatbiqi mafhoom hai ayaton ka, jo applied mafhoom hai ayaton ka, jis par aaj ummat-e-muslima ko chalna hai,</w:t>
      </w:r>
    </w:p>
    <w:p>
      <w:pPr>
        <w:jc w:val="right"/>
      </w:pPr>
      <w:r>
        <w:t>یہ یہ نہیں ہے، اس کا مطلب اس کا مطلب ہے کہ جو تطبیقی مفہوم ہے آیتوں کا، جو اپلائیڈ مفہوم ہے آیتوں کا، جس پر آج امت مسلمہ کو چلنا ہے،</w:t>
      </w:r>
    </w:p>
    <w:p>
      <w:r>
        <w:rPr>
          <w:b/>
        </w:rPr>
        <w:t xml:space="preserve">[25:15] </w:t>
      </w:r>
      <w:r>
        <w:t>jis par aaj ummat-e-muslima ko rehnumai lena hai, woh batana, is ka charchah karna.</w:t>
      </w:r>
    </w:p>
    <w:p>
      <w:pPr>
        <w:jc w:val="right"/>
      </w:pPr>
      <w:r>
        <w:t>جس پر آج امت مسلمہ کو رہنمائی لینا ہے، وہ بتانا، اس کا چرچہ کرنا۔</w:t>
      </w:r>
    </w:p>
    <w:p>
      <w:r>
        <w:rPr>
          <w:b/>
        </w:rPr>
        <w:t xml:space="preserve">[25:24] </w:t>
      </w:r>
      <w:r>
        <w:t>to jo likha hai anwar shah kashmiri ne ek hawale ke baray mein, wohi amalan sari Quran ke baray mein sabit ho, sabit ho gaya.</w:t>
      </w:r>
    </w:p>
    <w:p>
      <w:pPr>
        <w:jc w:val="right"/>
      </w:pPr>
      <w:r>
        <w:t>تو جو لکھا ہے انور شاہ کشمیری نے ایک حوالے کے بارے میں، وہی عملاً سارے قرآن کے بارے میں ثابت ہو، ثابت ہو گیا۔</w:t>
      </w:r>
    </w:p>
    <w:p>
      <w:r>
        <w:rPr>
          <w:b/>
        </w:rPr>
        <w:t xml:space="preserve">[25:41] </w:t>
      </w:r>
      <w:r>
        <w:t>to yeh wajah hai ke is ki wajah se mein jab bachcha chhota tha, tab se mein sun raha hoon Quran, Quran, Quran.</w:t>
      </w:r>
    </w:p>
    <w:p>
      <w:pPr>
        <w:jc w:val="right"/>
      </w:pPr>
      <w:r>
        <w:t>تو یہ وجہ ہے کہ اس کی وجہ سے میں جب بچہ چھوٹا تھا، تب سے میں سن رہا ہوں قرآن، قرآن، قرآن۔</w:t>
      </w:r>
    </w:p>
    <w:p>
      <w:r>
        <w:rPr>
          <w:b/>
        </w:rPr>
        <w:t xml:space="preserve">[25:51] </w:t>
      </w:r>
      <w:r>
        <w:t>aaj se nahi, us waqt se</w:t>
      </w:r>
    </w:p>
    <w:p>
      <w:pPr>
        <w:jc w:val="right"/>
      </w:pPr>
      <w:r>
        <w:t>آج سے نہیں، اس وقت سے</w:t>
      </w:r>
    </w:p>
    <w:p>
      <w:r>
        <w:rPr>
          <w:b/>
        </w:rPr>
        <w:t xml:space="preserve">[25:58] </w:t>
      </w:r>
      <w:r>
        <w:t>Quran ka charch, Quran ki yeh Quran ka woh. lekin jo un ke zehan mein jo tha, jo kiya unhon ne, woh tha Quran ke</w:t>
      </w:r>
    </w:p>
    <w:p>
      <w:pPr>
        <w:jc w:val="right"/>
      </w:pPr>
      <w:r>
        <w:t>قرآن کا چرچ، قرآن کی یہ قرآن کا وہ۔ لیکن جو ان کے ذہن میں جو تھا، جو کیا انہوں نے، وہ تھا قرآن کے</w:t>
      </w:r>
    </w:p>
    <w:p>
      <w:r>
        <w:rPr>
          <w:b/>
        </w:rPr>
        <w:t xml:space="preserve">[26:11] </w:t>
      </w:r>
      <w:r>
        <w:t>ani hall alfaz, hall mushkilat,</w:t>
      </w:r>
    </w:p>
    <w:p>
      <w:pPr>
        <w:jc w:val="right"/>
      </w:pPr>
      <w:r>
        <w:t>انی حل الفاظ، حل مشکلات،</w:t>
      </w:r>
    </w:p>
    <w:p>
      <w:r>
        <w:rPr>
          <w:b/>
        </w:rPr>
        <w:t xml:space="preserve">[26:16] </w:t>
      </w:r>
      <w:r>
        <w:t>zahiri mafhoom jo nikalta tha lafz alfaz se, is ka charchah. tatbiqi mafhoom nahi,</w:t>
      </w:r>
    </w:p>
    <w:p>
      <w:pPr>
        <w:jc w:val="right"/>
      </w:pPr>
      <w:r>
        <w:t>ظاہری مفہوم جو نکلتا تھا لفظ الفاظ سے، اس کا چرچہ۔ تطبیقی مفہوم نہیں،</w:t>
      </w:r>
    </w:p>
    <w:p>
      <w:r>
        <w:rPr>
          <w:b/>
        </w:rPr>
        <w:t xml:space="preserve">[26:27] </w:t>
      </w:r>
      <w:r>
        <w:t>jo tatbiqi mafhoom nahi tha, jo</w:t>
      </w:r>
    </w:p>
    <w:p>
      <w:pPr>
        <w:jc w:val="right"/>
      </w:pPr>
      <w:r>
        <w:t>جو تطبیقی مفہوم نہیں تھا، جو</w:t>
      </w:r>
    </w:p>
    <w:p>
      <w:r>
        <w:rPr>
          <w:b/>
        </w:rPr>
        <w:t xml:space="preserve">[26:34] </w:t>
      </w:r>
      <w:r>
        <w:t>misal ke taur par dekhiye, aap tadreeb, tadreeb mafhoom kya cheez hai, is ki ek misal deta hoon. woh ayat parhiye to "wa in ahadun minal mushrikeenastajaraka".</w:t>
      </w:r>
    </w:p>
    <w:p>
      <w:pPr>
        <w:jc w:val="right"/>
      </w:pPr>
      <w:r>
        <w:t>مثلاً دیکھیے، آپ تدریب، تدریب مفہوم کیا چیز ہے، اس کی ایک مثال دیتا ہوں۔ وہ آیت پڑھیے تو "وین احد من المشرکین استجارک"۔</w:t>
      </w:r>
    </w:p>
    <w:p>
      <w:r>
        <w:rPr>
          <w:b/>
        </w:rPr>
        <w:t xml:space="preserve">[26:45] </w:t>
      </w:r>
      <w:r>
        <w:t>"wa in ahadun minal mushrikeenastajaraka faji'ruhu hatta yasma'a kalamallahi thumma ablig'nahu ma'manahum la yalamoon".</w:t>
      </w:r>
    </w:p>
    <w:p>
      <w:pPr>
        <w:jc w:val="right"/>
      </w:pPr>
      <w:r>
        <w:t>"وین احد من المشرکین استجارک فاجروا حتی یسمع کلام اللہ ثم ابلغنا ذالک بانہم قوم لا یعلمون"۔</w:t>
      </w:r>
    </w:p>
    <w:p>
      <w:r>
        <w:rPr>
          <w:b/>
        </w:rPr>
        <w:t xml:space="preserve">[26:56] </w:t>
      </w:r>
      <w:r>
        <w:t>aur mushrikeen mein se koi tum se panaah talab kare to tum panaah de do, yahan tak ke woh Allah ke kalaam ko sun le, phir un ko us ke aman ki jagah mein pahuncha do.</w:t>
      </w:r>
    </w:p>
    <w:p>
      <w:pPr>
        <w:jc w:val="right"/>
      </w:pPr>
      <w:r>
        <w:t>اور مشرکین میں سے کوئی تم سے پناہ طلب کرے تو تم پناہ دے دو، یہاں تک کہ وہ اللہ کے کلام کو سن لے، پھر ان کو اس کے امن کی جگہ میں پہنچا دو۔</w:t>
      </w:r>
    </w:p>
    <w:p>
      <w:r>
        <w:rPr>
          <w:b/>
        </w:rPr>
        <w:t xml:space="preserve">[27:08] </w:t>
      </w:r>
      <w:r>
        <w:t>yeh is liye ke woh log aisay log hain, woh aisi qaum hai jo nahin jantay. Surah Tobah aayat number chhay. Dekhein, panaah ka matlab lafzi maani mein panaah nahin hai.</w:t>
      </w:r>
    </w:p>
    <w:p>
      <w:pPr>
        <w:jc w:val="right"/>
      </w:pPr>
      <w:r>
        <w:t>یہ اس لیے کہ وہ لوگ ایسے لوگ ہیں، وہ ایسی قوم ہے جو نہیں جانتے۔ سورہ توبہ آیت نمبر چھ۔ دیکھیں، پناہ کا مطلب لفظی معنی میں پناہ نہیں ہے۔</w:t>
      </w:r>
    </w:p>
    <w:p>
      <w:r>
        <w:rPr>
          <w:b/>
        </w:rPr>
        <w:t xml:space="preserve">[27:21] </w:t>
      </w:r>
      <w:r>
        <w:t>tumhare area mein aaye, tumhare area mein aaye, mislan maghrib ke insaan tumhare mulkon mein aayen,</w:t>
      </w:r>
    </w:p>
    <w:p>
      <w:pPr>
        <w:jc w:val="right"/>
      </w:pPr>
      <w:r>
        <w:t>تمہارے ایریا میں آئے، تمہارے ایریا میں آئے، مثلاً مغرب کے انسان تمہارے ملکوں میں آئیں،</w:t>
      </w:r>
    </w:p>
    <w:p>
      <w:r>
        <w:rPr>
          <w:b/>
        </w:rPr>
        <w:t xml:space="preserve">[27:35] </w:t>
      </w:r>
      <w:r>
        <w:t>America ke log tumhare mulkon mein aayen, yeh matlab hai is ka. Tumhare area mein, tumhare bilaad mein woh aayen to un ko kalaam Allah sunao,</w:t>
      </w:r>
    </w:p>
    <w:p>
      <w:pPr>
        <w:jc w:val="right"/>
      </w:pPr>
      <w:r>
        <w:t>امریکہ کے لوگ تمہارے ملکوں میں آئیں، یہ مطلب ہے اس کا۔ تمہارے ایریا میں، تمہارے بلاد میں وہ آئیں تو ان کو کلام اللہ سناؤ،</w:t>
      </w:r>
    </w:p>
    <w:p>
      <w:r>
        <w:rPr>
          <w:b/>
        </w:rPr>
        <w:t xml:space="preserve">[27:49] </w:t>
      </w:r>
      <w:r>
        <w:t>un ko Quran se waaqif karao, aur aman ke saath un ko poora tahaffuz do. Un ko bomb maarna nahin hai, tahaffuz dena hai.</w:t>
      </w:r>
    </w:p>
    <w:p>
      <w:pPr>
        <w:jc w:val="right"/>
      </w:pPr>
      <w:r>
        <w:t>ان کو قرآن سے واقف کراؤ، اور امن کے ساتھ ان کو پورا تحفظ دو۔ ان کو بم مارنا نہیں ہے، تحفظ دینا ہے۔</w:t>
      </w:r>
    </w:p>
    <w:p>
      <w:r>
        <w:rPr>
          <w:b/>
        </w:rPr>
        <w:t xml:space="preserve">[28:02] </w:t>
      </w:r>
      <w:r>
        <w:t>to dekhiye, is ka applied mafhoom kya hai? Qadeem zamanay mein to koi aik do mushrik is tareeqay se aa jata tha, idhar se udhar, idhar udhar.</w:t>
      </w:r>
    </w:p>
    <w:p>
      <w:pPr>
        <w:jc w:val="right"/>
      </w:pPr>
      <w:r>
        <w:t>تو دیکھیے، اس کا اپلائیڈ مفہوم کیا ہے؟ قدیم زمانے میں تو کوئی ایک دو مشرک اس طریقے سے آ جاتا تھا، ادھر سے ادھر، ادھر ادھر۔</w:t>
      </w:r>
    </w:p>
    <w:p>
      <w:r>
        <w:rPr>
          <w:b/>
        </w:rPr>
        <w:t xml:space="preserve">[28:14] </w:t>
      </w:r>
      <w:r>
        <w:t>ab aik culture bana, aalmi culture, is ko kehtay hain tourism. Maujooda zamanay mein tourism bohat hi bara aik aik culture hai.</w:t>
      </w:r>
    </w:p>
    <w:p>
      <w:pPr>
        <w:jc w:val="right"/>
      </w:pPr>
      <w:r>
        <w:t>اب ایک کلچر بنا، عالمی کلچر، اس کو کہتے ہیں ٹورزم۔ موجودہ زمانے میں ٹورزم بہت ہی بڑا ایک ایک کلچر ہے۔</w:t>
      </w:r>
    </w:p>
    <w:p>
      <w:r>
        <w:rPr>
          <w:b/>
        </w:rPr>
        <w:t xml:space="preserve">[28:27] </w:t>
      </w:r>
      <w:r>
        <w:t>saaray duniya ke musalman, saaray duniya ke log idhar se idhar ja rahay hain, idhar se idhar ja rahay hain, tourism ke taur par, yaani dekhnay ke liye mukhtalif mulkon ke jo yaadgaarein hain,</w:t>
      </w:r>
    </w:p>
    <w:p>
      <w:pPr>
        <w:jc w:val="right"/>
      </w:pPr>
      <w:r>
        <w:t>سارے دنیا کے مسلمان، سارے دنیا کے لوگ ادھر سے ادھر جا رہے ہیں، ادھر سے ادھر جا رہے ہیں، ٹورزم کے طور پر، یعنی دیکھنے کے لیے مختلف ملکوں کے جو یادگاریں ہیں،</w:t>
      </w:r>
    </w:p>
    <w:p>
      <w:r>
        <w:rPr>
          <w:b/>
        </w:rPr>
        <w:t xml:space="preserve">[28:42] </w:t>
      </w:r>
      <w:r>
        <w:t>jo dekhnay ki cheezein hain, wahan ja rahay hain. To pehlay zamanay mein aik do mushrik idhar se idhar ja sakta tha, ab to poori duniya idhar se idhar ja rahi hai, idhar se idhar ja rahi hai,</w:t>
      </w:r>
    </w:p>
    <w:p>
      <w:pPr>
        <w:jc w:val="right"/>
      </w:pPr>
      <w:r>
        <w:t>جو دیکھنے کی چیزیں ہیں، وہاں جا رہے ہیں۔ تو پہلے زمانے میں ایک دو مشرک ادھر سے ادھر جا سکتا تھا، اب تو پوری دنیا ادھر سے ادھر جا رہی ہے، ادھر سے ادھر جا رہی ہے،</w:t>
      </w:r>
    </w:p>
    <w:p>
      <w:r>
        <w:rPr>
          <w:b/>
        </w:rPr>
        <w:t xml:space="preserve">[28:58] </w:t>
      </w:r>
      <w:r>
        <w:t>aur zahir hai ke is mein Muslim mumalik bhi hain, beshumaar log Turkey mein aatay hain, beshumaar log India mein aatay hain, beshumaar log yeh Falasteen mein aur Shaam mein,</w:t>
      </w:r>
    </w:p>
    <w:p>
      <w:pPr>
        <w:jc w:val="right"/>
      </w:pPr>
      <w:r>
        <w:t>اور ظاہر ہے کہ اس میں مسلم ممالک بھی ہیں، بے شمار لوگ ترکی میں آتے ہیں، بے شمار لوگ انڈیا میں آتے ہیں، بے شمار لوگ یہ فلسطین میں اور شام میں،</w:t>
      </w:r>
    </w:p>
    <w:p>
      <w:r>
        <w:rPr>
          <w:b/>
        </w:rPr>
        <w:t xml:space="preserve">[29:15] </w:t>
      </w:r>
      <w:r>
        <w:t>Iraq mein, Arab mumalik mein aatay hain. To is ka maani kya hai? Ke wohi cheez jis ka zikr hai Quran mein, maujooda zamanay mein bohat hi baray point par dohrai ja rahi hai,</w:t>
      </w:r>
    </w:p>
    <w:p>
      <w:pPr>
        <w:jc w:val="right"/>
      </w:pPr>
      <w:r>
        <w:t>عراق میں، عرب ملکوں میں آتے ہیں۔ تو اس کا معنی کیا ہے؟ کہ وہی چیز جس کا ذکر ہے قرآن میں، موجودہ زمانے میں بہت ہی بڑے پوائنٹ پر دہرائی جا رہی ہے،</w:t>
      </w:r>
    </w:p>
    <w:p>
      <w:r>
        <w:rPr>
          <w:b/>
        </w:rPr>
        <w:t xml:space="preserve">[29:30] </w:t>
      </w:r>
      <w:r>
        <w:t>bohat baray point par. To ab aap ko kya karna hai? Ab karna yeh hai ke saari duniya ke logon ki jo zubanein hain, un ki zubanon mein aap tarjuma tayyar karein, is ko chhapaayein, chhupa kar ke har jagah faraham karein,</w:t>
      </w:r>
    </w:p>
    <w:p>
      <w:pPr>
        <w:jc w:val="right"/>
      </w:pPr>
      <w:r>
        <w:t>بہت بڑے پوائنٹ پر۔ تو اب آپ کو کیا کرنا ہے؟ اب کرنا یہ ہے کہ ساری دنیا کے لوگوں کی جو زبانیں ہیں، ان کی زبانوں میں آپ ترجمہ تیار کریں، اس کو چھپائیں، چھپا کر کے ہر جگہ فراہم کریں،</w:t>
      </w:r>
    </w:p>
    <w:p>
      <w:r>
        <w:rPr>
          <w:b/>
        </w:rPr>
        <w:t xml:space="preserve">[29:47] </w:t>
      </w:r>
      <w:r>
        <w:t>jo jahan jahan tourist ke maqamat jo hain, wahan aur logon ko dein, bohat hi izzat ke saath, bohat hi ehtaraam ke saath, aur bohat hi achhay andaaz mein taake is ko parhein.</w:t>
      </w:r>
    </w:p>
    <w:p>
      <w:pPr>
        <w:jc w:val="right"/>
      </w:pPr>
      <w:r>
        <w:t>جو جہاں جہاں ٹورسٹ کے مقامات جو ہیں، وہاں اور لوگوں کو دیں، بہت ہی عزت کے ساتھ، بہت ہی احترام کے ساتھ، اور بہت ہی اچھے انداز میں تاکہ اس کو پڑھیں۔</w:t>
      </w:r>
    </w:p>
    <w:p>
      <w:r>
        <w:rPr>
          <w:b/>
        </w:rPr>
        <w:t xml:space="preserve">[30:02] </w:t>
      </w:r>
      <w:r>
        <w:t>Hatta yusabbih kalaam Allah, hatta yusabbih kalaam Allah, yaani aap ko mauqa mila hai ke saari duniya ke logon ko kalaam Allah se waaqif karayein aur un ko un ko tahaffuz dein, un ko aman dein, aur phir un ko mauqa dein ke laut ke jayein apnay mulkon mein.</w:t>
      </w:r>
    </w:p>
    <w:p>
      <w:pPr>
        <w:jc w:val="right"/>
      </w:pPr>
      <w:r>
        <w:t>حتیٰ یسبح کلام اللہ، حتیٰ یسبح کلام اللہ، یعنی آپ کو موقع ملا ہے کہ ساری دنیا کے لوگوں کو کلام اللہ سے واقف کرائیں اور ان کو ان کو تحفظ دیں، ان کو امن دیں، اور پھر ان کو موقع دیں کہ لوٹ کے جائیں اپنے ملکوں میں۔</w:t>
      </w:r>
    </w:p>
    <w:p>
      <w:r>
        <w:rPr>
          <w:b/>
        </w:rPr>
        <w:t xml:space="preserve">[30:23] </w:t>
      </w:r>
      <w:r>
        <w:t>Yeh hai applied mafhoom. Applied mafhoom ka matlab yeh hai. To aaj jo hai, aap yeh yeh jo yeh jo bataya gaya hai Quran mein ke koi koi mushrik agar tumhare ilaqay mein aa jaye to us ko aman ke saath rakho aur us ko kalaam Allah ka samajhnay ka mauqa do, aur phir woh us ka wapas janay ka mauqa do.</w:t>
      </w:r>
    </w:p>
    <w:p>
      <w:pPr>
        <w:jc w:val="right"/>
      </w:pPr>
      <w:r>
        <w:t>یہ ہے اپلائیڈ مفہوم۔ اپلائیڈ مفہوم کا مطلب یہ ہے۔ تو آج جو ہے، آپ یہ یہ جو یہ جو بتایا گیا ہے قرآن میں کہ کوئی کوئی مشرک اگر تمہارے علاقے میں آ جائے تو اس کو امن کے ساتھ رکھو اور اس کو کلام اللہ کا سمجھنے کا موقع دو، اور پھر وہ اس کا واپس جانے کا موقع دو۔</w:t>
      </w:r>
    </w:p>
    <w:p>
      <w:r>
        <w:rPr>
          <w:b/>
        </w:rPr>
        <w:t xml:space="preserve">[30:52] </w:t>
      </w:r>
      <w:r>
        <w:t>To aaj yeh aik toofan hai, toofan. Saari duniya idhar se ja rahi hai, idhar ja rahi hai, idhar udhar ja rahi hai. Aap ko karna kya hai? Un ko aap aman dein, un ko un ko bomb maarna, pathar maarne ko haram samjhein, haram apnay liye dozakh samjhein, na ke un ke liye.</w:t>
      </w:r>
    </w:p>
    <w:p>
      <w:pPr>
        <w:jc w:val="right"/>
      </w:pPr>
      <w:r>
        <w:t>تو آج یہ ایک طوفان ہے، طوفان۔ ساری دنیا ادھر سے جا رہی ہے، ادھر جا رہی ہے، ادھر ادھر جا رہی ہے۔ آپ کو کرنا کیا ہے؟ ان کو آپ امن دیں، ان کو ان کو بم مارنا، پتھر مارنے کو حرام سمجھیں، حرام اپنے لیے دوزخ سمجھیں، نہ کہ ان کے لیے۔</w:t>
      </w:r>
    </w:p>
    <w:p>
      <w:r>
        <w:rPr>
          <w:b/>
        </w:rPr>
        <w:t xml:space="preserve">[31:16] </w:t>
      </w:r>
      <w:r>
        <w:t>Aur phir Quran ke tarjumay tamam dauron mein tayyar karein aur har jagah us ko faraham karein logon ke liye, aur isi ke saath supporting literature bhi faraham karein.</w:t>
      </w:r>
    </w:p>
    <w:p>
      <w:pPr>
        <w:jc w:val="right"/>
      </w:pPr>
      <w:r>
        <w:t>اور پھر قرآن کے ترجمے تمام دوروں میں تیار کریں اور ہر جگہ اس کو فراہم کریں لوگوں کے لیے، اور اسی کے ساتھ سپورٹنگ لٹریچر بھی فراہم کریں۔</w:t>
      </w:r>
    </w:p>
    <w:p>
      <w:r>
        <w:rPr>
          <w:b/>
        </w:rPr>
        <w:t xml:space="preserve">[31:30] </w:t>
      </w:r>
      <w:r>
        <w:t>To saari duniya jo hai, aap ki mad'u ban jati hai, ban gayi hai. Is zamanay mein saari duniya aap ki mad'u ban gayi hai, lekin chounkay musalman Quran ke applied mafhoom ko nahin jantay,</w:t>
      </w:r>
    </w:p>
    <w:p>
      <w:pPr>
        <w:jc w:val="right"/>
      </w:pPr>
      <w:r>
        <w:t>تو ساری دنیا جو ہے، آپ کی مدعو بن جاتی ہے، بن گئی ہے۔ اس زمانے میں ساری دنیا آپ کی مدعو بن گئی ہے، لیکن چونکہ مسلمان قرآن کے اپلائیڈ مفہوم کو نہیں جانتے،</w:t>
      </w:r>
    </w:p>
    <w:p>
      <w:r>
        <w:rPr>
          <w:b/>
        </w:rPr>
        <w:t xml:space="preserve">[31:46] </w:t>
      </w:r>
      <w:r>
        <w:t>woh sirf literal maani ko jantay hain. Aik aayat o dua ke beech mein kya rabt hai? Bas nazm badl ayat isi ko jantay hain, isi mein lagtay, yaani isi mein tehqeeq karte rehtay hain.</w:t>
      </w:r>
    </w:p>
    <w:p>
      <w:pPr>
        <w:jc w:val="right"/>
      </w:pPr>
      <w:r>
        <w:t>وہ صرف لٹرل معنی کو جانتے ہیں۔ ایک آیت و دعا کے بیچ میں کیا ربط ہے؟ بس نظم بدل آیات اسی کو جانتے ہیں، اسی میں لگتے، یعنی اسی میں تحقیق کرتے رہتے ہیں۔</w:t>
      </w:r>
    </w:p>
    <w:p>
      <w:r>
        <w:rPr>
          <w:b/>
        </w:rPr>
        <w:t xml:space="preserve">[32:01] </w:t>
      </w:r>
      <w:r>
        <w:t>Yeh is lafz ka matlab kya? Is lafz ka matlab kya? Rabb banl ayat ka. Yeh yeh to bohat hi choti baat hai. Bari baat yeh hai ke aap yeh daryaft karein ke jis jis opportunity ka dukh Quran mein aaya hai,</w:t>
      </w:r>
    </w:p>
    <w:p>
      <w:pPr>
        <w:jc w:val="right"/>
      </w:pPr>
      <w:r>
        <w:t>یہ اس لفظ کا مطلب کیا؟ اس لفظ کا مطلب کیا؟ رب بنل آیات کا۔ یہ یہ تو بہت ہی چھوٹی بات ہے۔ بڑی بات یہ ہے کہ آپ یہ دریافت کریں کہ جس جس اپرچونیٹی کا دکھ قرآن میں آیا ہے،</w:t>
      </w:r>
    </w:p>
    <w:p>
      <w:r>
        <w:rPr>
          <w:b/>
        </w:rPr>
        <w:t xml:space="preserve">[32:20] </w:t>
      </w:r>
      <w:r>
        <w:t>woh apni zuban mein flit ke taur par aagay duniya mein wa'n ahad mein mushrikeen istijar ka faajir ho. Achha, flit hai, flit to khoob daudo un ko Quran pohnchanay ke liye, khoob daudo un ko Allah ka deen pohnchanay ke liye.</w:t>
      </w:r>
    </w:p>
    <w:p>
      <w:pPr>
        <w:jc w:val="right"/>
      </w:pPr>
      <w:r>
        <w:t>وہ اپنی زبان میں فلٹ کے طور پر آگے دنیا میں وین احد میں مشرکین استجار کا فاجر ہو۔ اچھا، فلٹ ہے، فلٹ تو خوب دوڑو ان کو قرآن پہنچانے کے لیے، خوب دوڑو ان کو اللہ کا دین پہنچانے کے لیے۔</w:t>
      </w:r>
    </w:p>
    <w:p>
      <w:r>
        <w:rPr>
          <w:b/>
        </w:rPr>
        <w:t xml:space="preserve">[32:38] </w:t>
      </w:r>
      <w:r>
        <w:t>Yeh hai. Ab to chounkay applied mafhoom se bekhabar hain, is liye is aayat ka koi matlab hi un ko theek nahin. Khali wohi dhoondhtay rehtay hain ke Allah lafz ka matlab kya hai, nabwi o sarfi aitbaar se is ka matlab kya hai.</w:t>
      </w:r>
    </w:p>
    <w:p>
      <w:pPr>
        <w:jc w:val="right"/>
      </w:pPr>
      <w:r>
        <w:t>یہ ہے۔ اب تو چونکہ اپلائیڈ مفہوم سے بے خبر ہیں، اس لیے اس آیت کا کوئی مطلب ہی ان کو ٹھیک نہیں۔ خالی وہی ڈھونڈتے رہتے ہیں کہ اللہ لفظ کا مطلب کیا ہے، نبوی و صرفی اعتبار سے اس کا مطلب کیا ہے۔</w:t>
      </w:r>
    </w:p>
    <w:p>
      <w:r>
        <w:rPr>
          <w:b/>
        </w:rPr>
        <w:t xml:space="preserve">[32:54] </w:t>
      </w:r>
      <w:r>
        <w:t>Aik aayat to doosri aayat to darmiyan rabt ka hai, yeh sab kuch bhi nahin, nothing hai. Yeh sab asal cheez hai ke is woh aik opportunity khuli hai, opportunity flit ki tarah khuli hai.</w:t>
      </w:r>
    </w:p>
    <w:p>
      <w:pPr>
        <w:jc w:val="right"/>
      </w:pPr>
      <w:r>
        <w:t>ایک آیت تو دوسری آیت تو درمیان ربط کا ہے، یہ سب کچھ بھی نہیں، نتھنگ ہے۔ یہ سب اصل چیز ہے کہ اس وہ ایک اپرچونیٹی کھلی ہے، اپرچونیٹی فلٹ کی طرح کھلی ہے۔</w:t>
      </w:r>
    </w:p>
    <w:p>
      <w:r>
        <w:rPr>
          <w:b/>
        </w:rPr>
        <w:t xml:space="preserve">[33:07] </w:t>
      </w:r>
      <w:r>
        <w:t>Flit aik opportunity ka flit aaya hai, is ko aap janiye aur Quran ko logon tak pohnchanay ka, yaani pohnchanay ka ki planning karein, is ko manage karein.</w:t>
      </w:r>
    </w:p>
    <w:p>
      <w:pPr>
        <w:jc w:val="right"/>
      </w:pPr>
      <w:r>
        <w:t>فلٹ ایک اپرچونیٹی کا فلٹ آیا ہے، اس کو آپ جانیں اور قرآن کو لوگوں تک پہنچانے کا، یعنی پہنچانے کا کی پلاننگ کریں، اس کو مانج کریں۔</w:t>
      </w:r>
    </w:p>
    <w:p>
      <w:r>
        <w:rPr>
          <w:b/>
        </w:rPr>
        <w:t xml:space="preserve">[33:24] </w:t>
      </w:r>
      <w:r>
        <w:t>To saaray alam mein is waqt saaray alam aap ke darwazay pe aaya hua hai, matlab mad'u ho gaya. Yaani sara alam aap ke darwazay pe khada hua hai, mad'u ke taur par.</w:t>
      </w:r>
    </w:p>
    <w:p>
      <w:pPr>
        <w:jc w:val="right"/>
      </w:pPr>
      <w:r>
        <w:t>تو سارے عالم میں اس وقت سارے عالم آپ کے دروازے پہ آیا ہوا ہے، مطلب مدعو ہو گیا۔ یعنی سارا عالم آپ کے دروازے پہ کھڑا ہوا ہے، مدعو کے طور پر۔</w:t>
      </w:r>
    </w:p>
    <w:p>
      <w:r>
        <w:rPr>
          <w:b/>
        </w:rPr>
        <w:t xml:space="preserve">[33:37] </w:t>
      </w:r>
      <w:r>
        <w:t>kyunke muslim mulkon mein, muslim mulkon mein woh tareekhi yaadgaarein bohat zyada hain, har jagah tareekhi yaadgaarein bohat zyada hain.</w:t>
      </w:r>
    </w:p>
    <w:p>
      <w:pPr>
        <w:jc w:val="right"/>
      </w:pPr>
      <w:r>
        <w:t>کیونکہ مسلم ملکوں میں، مسلم ملکوں میں وہ تاریخی یادگاریں بہت زیادہ ہیں، ہر جگہ تاریخی یادگاریں بہت زیادہ ہیں۔</w:t>
      </w:r>
    </w:p>
    <w:p>
      <w:r>
        <w:rPr>
          <w:b/>
        </w:rPr>
        <w:t xml:space="preserve">[33:52] </w:t>
      </w:r>
      <w:r>
        <w:t>to dekhiye, yeh bhi iska ek pehlu yeh hai ke musalman sirf ek hi baat jante hain ke apne daur hukoomat ko lotayein, phir se usmani saltanat qaim karein, phir se mughal saltanat ko qaim karein.</w:t>
      </w:r>
    </w:p>
    <w:p>
      <w:pPr>
        <w:jc w:val="right"/>
      </w:pPr>
      <w:r>
        <w:t>تو دیکھیے، یہ بھی اس کا ایک پہلو یہ ہے کہ مسلمان صرف ایک ہی بات جانتے ہیں کہ اپنے دور حکومت کو لوٹائیں، پھر سے عثمانی سلطنت قائم کریں، پھر سے مغل سلطنت کو قائم کریں۔</w:t>
      </w:r>
    </w:p>
    <w:p>
      <w:r>
        <w:rPr>
          <w:b/>
        </w:rPr>
        <w:t xml:space="preserve">[34:08] </w:t>
      </w:r>
      <w:r>
        <w:t>aap ghor kijiye ke yeh daur khatm ho gaya. musalman is ko bhi jante nahin jante ke nation state ka zamana aane se pehle yeh sab saltantein qaim hui theen.</w:t>
      </w:r>
    </w:p>
    <w:p>
      <w:pPr>
        <w:jc w:val="right"/>
      </w:pPr>
      <w:r>
        <w:t>آپ غور کیجئے کہ یہ دور ختم ہو گیا۔ مسلمان اس کو بھی جانتے نہیں جانتے کہ نیشن اسٹیٹ کا زمانہ آنے سے پہلے یہ سب سلطنتیں قائم ہوئی تھیں۔</w:t>
      </w:r>
    </w:p>
    <w:p>
      <w:r>
        <w:rPr>
          <w:b/>
        </w:rPr>
        <w:t xml:space="preserve">[34:20] </w:t>
      </w:r>
      <w:r>
        <w:t>jis cheez ko aap kehte hain muslim baatein, aadat hukoomat, woh darasal nation state se pehle ka baat hai. ab nation state ka zamana aa gaya to woh bhi khatm ho gaya.</w:t>
      </w:r>
    </w:p>
    <w:p>
      <w:pPr>
        <w:jc w:val="right"/>
      </w:pPr>
      <w:r>
        <w:t>جس چیز کو آپ کہتے ہیں مسلم باتیں، عادت حکومت، وہ دراصل نیشن اسٹیٹ سے پہلے کا بات ہے۔ اب نیشن اسٹیٹ کا زمانہ آ گیا تو وہ بھی ختم ہو گیا۔</w:t>
      </w:r>
    </w:p>
    <w:p>
      <w:r>
        <w:rPr>
          <w:b/>
        </w:rPr>
        <w:t xml:space="preserve">[34:34] </w:t>
      </w:r>
      <w:r>
        <w:t>nation state ke zamane mein ab dobara na turk khilafat qaim hogi, na mughal saltanat qaim hogi. qayamat tak aisa hone wala nahin hai.</w:t>
      </w:r>
    </w:p>
    <w:p>
      <w:pPr>
        <w:jc w:val="right"/>
      </w:pPr>
      <w:r>
        <w:t>نیشن اسٹیٹ کے زمانے میں اب دوبارہ نہ ترک خلافت قائم ہوگی، نہ مغل سلطنت قائم ہوگی۔ قیامت تک ایسا ہونے والا نہیں ہے۔</w:t>
      </w:r>
    </w:p>
    <w:p>
      <w:r>
        <w:rPr>
          <w:b/>
        </w:rPr>
        <w:t xml:space="preserve">[34:44] </w:t>
      </w:r>
      <w:r>
        <w:t>aur isi waqt saare log sar sar patak rahe hain, saare log sar patak rahe hain ke dobara mughal daur aaye, dobara dobara turki khilafat ka daur aaye, dobara abbasi daur aaye.</w:t>
      </w:r>
    </w:p>
    <w:p>
      <w:pPr>
        <w:jc w:val="right"/>
      </w:pPr>
      <w:r>
        <w:t>اور اسی وقت سارے لوگ سر سر پٹک رہے ہیں، سارے لوگ سر پٹک رہے ہیں کہ دوبارہ مغل دور آئے، دوبارہ دوبارہ ترکی خلافت کا دور آئے، دوبارہ عباسی دور آئے۔</w:t>
      </w:r>
    </w:p>
    <w:p>
      <w:r>
        <w:rPr>
          <w:b/>
        </w:rPr>
        <w:t xml:space="preserve">[34:57] </w:t>
      </w:r>
      <w:r>
        <w:t>woh to aa hi nahin sakta kyunke nation state ke zamane mein aane ke baad is ka khataama ho gaya. lekin is se bada ek zamana aa chuka hai, is se bada,</w:t>
      </w:r>
    </w:p>
    <w:p>
      <w:pPr>
        <w:jc w:val="right"/>
      </w:pPr>
      <w:r>
        <w:t>وہ تو آ ہی نہیں سکتا کیونکہ نیشن اسٹیٹ کے زمانے میں آنے کے بعد اس کا خاتمہ ہو گیا۔ لیکن اس سے بڑا ایک زمانہ آ چکا ہے، اس سے بڑا،</w:t>
      </w:r>
    </w:p>
    <w:p>
      <w:r>
        <w:rPr>
          <w:b/>
        </w:rPr>
        <w:t xml:space="preserve">[35:11] </w:t>
      </w:r>
      <w:r>
        <w:t>aur woh hai tourism. tourism ke zariye modern tourism, modern tourism ki saari duniya ubal padi hai.</w:t>
      </w:r>
    </w:p>
    <w:p>
      <w:pPr>
        <w:jc w:val="right"/>
      </w:pPr>
      <w:r>
        <w:t>اور وہ ہے ٹورزم۔ ٹورزم کے ذریعے ماڈرن ٹورزم، ماڈرن ٹورزم کی ساری دنیا ابل پڑی ہے۔</w:t>
      </w:r>
    </w:p>
    <w:p>
      <w:r>
        <w:rPr>
          <w:b/>
        </w:rPr>
        <w:t xml:space="preserve">[35:21] </w:t>
      </w:r>
      <w:r>
        <w:t>ek flight aa gaya hai ke log yahan jayein, wahan jayein. to aap quran ko phailayein, khoob!</w:t>
      </w:r>
    </w:p>
    <w:p>
      <w:pPr>
        <w:jc w:val="right"/>
      </w:pPr>
      <w:r>
        <w:t>ایک فلٹ آ گیا ہے کہ لوگ یہاں جائیں، وہاں جائیں۔ تو آپ قرآن کو پھیلائیے، خوب!</w:t>
      </w:r>
    </w:p>
    <w:p>
      <w:r>
        <w:rPr>
          <w:b/>
        </w:rPr>
        <w:t xml:space="preserve">[35:27] </w:t>
      </w:r>
      <w:r>
        <w:t>wa in ahad minal mushrikeen tayyar ka fajir ho, hatta yusabbih kalamullah. yeh ayat jo hai, is zamane mein kisi ek do aadmi par apply hoti thi, aaj to saari duniya par apply ho rahi hai.</w:t>
      </w:r>
    </w:p>
    <w:p>
      <w:pPr>
        <w:jc w:val="right"/>
      </w:pPr>
      <w:r>
        <w:t>وین احد من المشرکین تیار کا فاجر ہو، حتیٰ یسبح کلام اللہ۔ یہ آیت جو ہے، اس زمانے میں کسی ایک دو آدمی پر اپلائی ہوتی تھی، آج تو ساری دنیا پر اپلائی ہو رہی ہے۔</w:t>
      </w:r>
    </w:p>
    <w:p>
      <w:r>
        <w:rPr>
          <w:b/>
        </w:rPr>
        <w:t xml:space="preserve">[35:41] </w:t>
      </w:r>
      <w:r>
        <w:t>ek flight hai, flight to. lekin chunke applied way pe quran ka study karna jante nahin, to alfaaz ke chakkar mein pad jaate hain.</w:t>
      </w:r>
    </w:p>
    <w:p>
      <w:pPr>
        <w:jc w:val="right"/>
      </w:pPr>
      <w:r>
        <w:t>ایک فلٹ ہے، فلٹ تو۔ لیکن چونکہ اپلائیڈ وے پہ قرآن کا اسٹڈی کرنا جانتے نہیں، تو الفاظ کے چکر میں پڑ جاتے ہیں۔</w:t>
      </w:r>
    </w:p>
    <w:p>
      <w:r>
        <w:rPr>
          <w:b/>
        </w:rPr>
        <w:t xml:space="preserve">[35:55] </w:t>
      </w:r>
      <w:r>
        <w:t>alfaaz ke alfaaz ke bare mein aur nahv ke bare mein aur ashaar arab ke bare mein isi mein phanse rehte hain.</w:t>
      </w:r>
    </w:p>
    <w:p>
      <w:pPr>
        <w:jc w:val="right"/>
      </w:pPr>
      <w:r>
        <w:t>الفاظ کے الفاظ کے بارے میں اور نحو کے بارے میں اور اشعار عرب کے بارے میں اسی میں پھنسے رہتے ہیں۔</w:t>
      </w:r>
    </w:p>
    <w:p>
      <w:r>
        <w:rPr>
          <w:b/>
        </w:rPr>
        <w:t xml:space="preserve">[36:05] </w:t>
      </w:r>
      <w:r>
        <w:t>aur jo bada mafhoom is ka hai, applied mafhoom, is se bekhabar. isi ko kehte hain, isi ko kaha gaya hai quran mein ke inqamat quran mahjoora.</w:t>
      </w:r>
    </w:p>
    <w:p>
      <w:pPr>
        <w:jc w:val="right"/>
      </w:pPr>
      <w:r>
        <w:t>اور جو بڑا مفہوم اس کا ہے، اپلائیڈ مفہوم، اس سے بے خبر۔ اسی کو کہتے ہیں، اسی کو کہا گیا ہے قرآن میں کہ انقامت القرآن محجورہ۔</w:t>
      </w:r>
    </w:p>
    <w:p>
      <w:r>
        <w:rPr>
          <w:b/>
        </w:rPr>
        <w:t xml:space="preserve">[36:21] </w:t>
      </w:r>
      <w:r>
        <w:t>yahi matlab hai quran ko kitab mahjoor bana diya ke quran kitab abundant book bana diya. aur kuch nahin, doosra koi matlab nahin hai is ka.</w:t>
      </w:r>
    </w:p>
    <w:p>
      <w:pPr>
        <w:jc w:val="right"/>
      </w:pPr>
      <w:r>
        <w:t>یہی مطلب ہے قرآن کو کتاب محجور بنا دیا کہ قرآن کتاب ابینڈنٹ بک بنا دیا۔ اور کچھ نہیں، دوسرا کوئی مطلب نہیں ہے اس کا۔</w:t>
      </w:r>
    </w:p>
    <w:p>
      <w:r>
        <w:rPr>
          <w:b/>
        </w:rPr>
        <w:t xml:space="preserve">[36:35] </w:t>
      </w:r>
      <w:r>
        <w:t>to</w:t>
      </w:r>
    </w:p>
    <w:p>
      <w:pPr>
        <w:jc w:val="right"/>
      </w:pPr>
      <w:r>
        <w:t>تو</w:t>
      </w:r>
    </w:p>
    <w:p>
      <w:r>
        <w:rPr>
          <w:b/>
        </w:rPr>
        <w:t xml:space="preserve">[36:39] </w:t>
      </w:r>
      <w:r>
        <w:t>humein zaroorat hai ke hum quran ko rediscover karein, apni apni zimmedari ko rediscover karein, rasool Allah ki taleemat ko rediscover karein.</w:t>
      </w:r>
    </w:p>
    <w:p>
      <w:pPr>
        <w:jc w:val="right"/>
      </w:pPr>
      <w:r>
        <w:t>ہمیں ضرورت ہے کہ ہم قرآن کو ری ڈسکور کریں، اپنی اپنی ذمہ داری کو ری ڈسکور کریں، رسول اللہ کی تعلیمات کو ری ڈسکور کریں۔</w:t>
      </w:r>
    </w:p>
    <w:p>
      <w:r>
        <w:rPr>
          <w:b/>
        </w:rPr>
        <w:t xml:space="preserve">[36:53] </w:t>
      </w:r>
      <w:r>
        <w:t>humein kya karna hai? ummat mehdi ki hesiyat se is ko rediscover karein. is ki zaroorat hai.</w:t>
      </w:r>
    </w:p>
    <w:p>
      <w:pPr>
        <w:jc w:val="right"/>
      </w:pPr>
      <w:r>
        <w:t>ہمیں کیا کرنا ہے؟ امت مہدی کی حیثیت سے اس کو ری ڈسکور کریں۔ اس کی ضرورت ہے۔</w:t>
      </w:r>
    </w:p>
    <w:p>
      <w:r>
        <w:rPr>
          <w:b/>
        </w:rPr>
        <w:t xml:space="preserve">[37:05] </w:t>
      </w:r>
      <w:r>
        <w:t>jo is waqt ho raha hai, is ko is ko karte hue so saal beet gaye, nateeja kuch nahin.</w:t>
      </w:r>
    </w:p>
    <w:p>
      <w:pPr>
        <w:jc w:val="right"/>
      </w:pPr>
      <w:r>
        <w:t>جو اس وقت ہو رہا ہے، اس کو اس کو کرتے ہوئے سو سال بیت گئے، نتیجہ کچھ نہیں۔</w:t>
      </w:r>
    </w:p>
    <w:p>
      <w:r>
        <w:rPr>
          <w:b/>
        </w:rPr>
        <w:t xml:space="preserve">[37:14] </w:t>
      </w:r>
      <w:r>
        <w:t>kyun? applied way pe nahin ho raha hai, woh</w:t>
      </w:r>
    </w:p>
    <w:p>
      <w:pPr>
        <w:jc w:val="right"/>
      </w:pPr>
      <w:r>
        <w:t>کیوں؟ اپلائیڈ وے پہ نہیں ہو رہا ہے، وہ</w:t>
      </w:r>
    </w:p>
    <w:p>
      <w:r>
        <w:rPr>
          <w:b/>
        </w:rPr>
        <w:t xml:space="preserve">[37:20] </w:t>
      </w:r>
      <w:r>
        <w:t>applied way pe nahin ho raha hai.</w:t>
      </w:r>
    </w:p>
    <w:p>
      <w:pPr>
        <w:jc w:val="right"/>
      </w:pPr>
      <w:r>
        <w:t>اپلائیڈ وے پہ نہیں ہو رہا ہے۔</w:t>
      </w:r>
    </w:p>
    <w:p>
      <w:r>
        <w:rPr>
          <w:b/>
        </w:rPr>
        <w:t xml:space="preserve">[37:25] </w:t>
      </w:r>
      <w:r>
        <w:t>to aaj jo zaroorat hai, sab se badi woh hai rediscovery ki ke musalman apni zimmedariyon ko phir se daryaft karein.</w:t>
      </w:r>
    </w:p>
    <w:p>
      <w:pPr>
        <w:jc w:val="right"/>
      </w:pPr>
      <w:r>
        <w:t>تو آج جو ضرورت ہے، سب سے بڑی وہ ہے ری ڈسکوری کی کہ مسلمان اپنی ذمہ داریوں کو پھر سے دریافت کریں۔</w:t>
      </w:r>
    </w:p>
    <w:p>
      <w:r>
        <w:rPr>
          <w:b/>
        </w:rPr>
        <w:t xml:space="preserve">[37:37] </w:t>
      </w:r>
      <w:r>
        <w:t>musalman quran ke taqaze ko, quran ke taqaze ko phir se samjhein. quran ke taqaze ko phir se samjhein. quran ke jo taqaze hain, isi se musalman bekhabar ho gaye.</w:t>
      </w:r>
    </w:p>
    <w:p>
      <w:pPr>
        <w:jc w:val="right"/>
      </w:pPr>
      <w:r>
        <w:t>مسلمان قرآن کے تقاضے کو، قرآن کے تقاضے کو پھر سے سمجھیں۔ قرآن کے تقاضے کو پھر سے سمجھیں۔ قرآن کے جو تقاضے ہیں، اسی سے مسلمان بے خبر ہو گئے۔</w:t>
      </w:r>
    </w:p>
    <w:p>
      <w:r>
        <w:rPr>
          <w:b/>
        </w:rPr>
        <w:t xml:space="preserve">[37:50] </w:t>
      </w:r>
      <w:r>
        <w:t>bas quran, quran karte hain aur is ke taqaze se bekhabar. to aap kehte hain, yeh quran, quran kijiye, lekin aap taqaze agar na jante hon to kuch hone wala nahin, na aap ko kuch milega, na doosron ko kuch de payenge.</w:t>
      </w:r>
    </w:p>
    <w:p>
      <w:pPr>
        <w:jc w:val="right"/>
      </w:pPr>
      <w:r>
        <w:t>بس قرآن، قرآن کرتے ہیں اور اس کے تقاضے سے بے خبر۔ تو آپ کہتے ہیں، یہ قرآن، قرآن کیجئے، لیکن آپ تقاضے اگر نہ جانتے ہوں تو کچھ ہونے والا نہیں، نہ آپ کو کچھ ملے گا، نہ دوسروں کو کچھ دے پائیں گے۔</w:t>
      </w:r>
    </w:p>
    <w:p>
      <w:r>
        <w:rPr>
          <w:b/>
        </w:rPr>
        <w:t xml:space="preserve">[38:03] </w:t>
      </w:r>
      <w:r>
        <w:t>aap yani quran ke jo asli taqaze hain, quran ke jo asli jo matloobat hain, us ko aap na jaanein to kitna hi aap quran, quran kijiye,</w:t>
      </w:r>
    </w:p>
    <w:p>
      <w:pPr>
        <w:jc w:val="right"/>
      </w:pPr>
      <w:r>
        <w:t>آپ یعنی قرآن کے جو اصلی تقاضے ہیں، قرآن کے جو اصلی جو مطلوبات ہیں، اس کو آپ نہ جانیں تو کتنا ہی آپ قرآن، قرآن کیجئے،</w:t>
      </w:r>
    </w:p>
    <w:p>
      <w:r>
        <w:rPr>
          <w:b/>
        </w:rPr>
        <w:t xml:space="preserve">[38:20] </w:t>
      </w:r>
      <w:r>
        <w:t>na aap ko kuch milega, na doosron ko kuch aap de payenge.</w:t>
      </w:r>
    </w:p>
    <w:p>
      <w:pPr>
        <w:jc w:val="right"/>
      </w:pPr>
      <w:r>
        <w:t>نہ آپ کو کچھ ملے گا، نہ دوسروں کو کچھ آپ دے پائیں گے۔</w:t>
      </w:r>
    </w:p>
    <w:p>
      <w:r>
        <w:rPr>
          <w:b/>
        </w:rPr>
        <w:t xml:space="preserve">[38:26] </w:t>
      </w:r>
      <w:r>
        <w:t>to yeh mein samjha hoon masla jo ummat ka aaj, aaj jo ummat ka masla hai, woh yahi hai ke woh bekhabari mein jee rahe hain.</w:t>
      </w:r>
    </w:p>
    <w:p>
      <w:pPr>
        <w:jc w:val="right"/>
      </w:pPr>
      <w:r>
        <w:t>تو یہ میں سمجھا ہوں مسئلہ جو امت کا آج، آج جو امت کا مسئلہ ہے، وہ یہی ہے کہ وہ بے خبری میں جی رہے ہیں۔</w:t>
      </w:r>
    </w:p>
    <w:p>
      <w:r>
        <w:rPr>
          <w:b/>
        </w:rPr>
        <w:t xml:space="preserve">[38:40] </w:t>
      </w:r>
      <w:r>
        <w:t>aaj jo ummat ka masla hai, woh bekhabari mein jeene ka masla hai ke jahan quran dene ka mauqa hai, wahan pathar maar rahe hain.</w:t>
      </w:r>
    </w:p>
    <w:p>
      <w:pPr>
        <w:jc w:val="right"/>
      </w:pPr>
      <w:r>
        <w:t>آج جو امت کا مسئلہ ہے، وہ بے خبری میں جینے کا مسئلہ ہے کہ جہاں قرآن دینے کا موقع ہے، وہاں پتھر مار رہے ہیں۔</w:t>
      </w:r>
    </w:p>
    <w:p>
      <w:r>
        <w:rPr>
          <w:b/>
        </w:rPr>
        <w:t xml:space="preserve">[38:53] </w:t>
      </w:r>
      <w:r>
        <w:t>jahan quran pohnchanay ka masla hai, wahan bomb maar rahe hain. yeh kya hai? yeh to bekhabari ki aakhri had hai.</w:t>
      </w:r>
    </w:p>
    <w:p>
      <w:pPr>
        <w:jc w:val="right"/>
      </w:pPr>
      <w:r>
        <w:t>جہاں قرآن پہنچانے کا مسئلہ ہے، وہاں بم مار رہے ہیں۔ یہ کیا ہے؟ یہ تو بے خبری کی آخری حد ہے۔</w:t>
      </w:r>
    </w:p>
    <w:p>
      <w:r>
        <w:rPr>
          <w:b/>
        </w:rPr>
        <w:t xml:space="preserve">[39:03] </w:t>
      </w:r>
      <w:r>
        <w:t>bekhabari ki aakhri had hai. jahan dekhiye, jahan musalmanon ko mauqa, mauqa hasil hai ke wahan par log aa rahe hain, bahir ke log, aur un ko quran, quran pohnchanay ka mauqa un ko mil raha hai, to wahan woh pathar maarte hain,</w:t>
      </w:r>
    </w:p>
    <w:p>
      <w:pPr>
        <w:jc w:val="right"/>
      </w:pPr>
      <w:r>
        <w:t>بے خبری کی آخری حد ہے۔ جہاں دیکھیے، جہاں مسلمانوں کو موقع، موقع حاصل ہے کہ وہاں پر لوگ آ رہے ہیں، باہر کے لوگ، اور ان کو قرآن، قرآن پہنچانے کا موقع ان کو مل رہا ہے، تو وہاں وہ پتھر مارتے ہیں،</w:t>
      </w:r>
    </w:p>
    <w:p>
      <w:r>
        <w:rPr>
          <w:b/>
        </w:rPr>
        <w:t xml:space="preserve">[39:25] </w:t>
      </w:r>
      <w:r>
        <w:t>bomb maarte hain, gun chalaate hain, nafrat karte hain, nafrat, nafrat, nafrat. to yeh, yeh, yeh is bekhabari ko todna hai, is bekhabari ko todna hai.</w:t>
      </w:r>
    </w:p>
    <w:p>
      <w:pPr>
        <w:jc w:val="right"/>
      </w:pPr>
      <w:r>
        <w:t>بم مارتے ہیں، گن چلاتے ہیں، نفرت کرتے ہیں، نفرت، نفرت، نفرت۔ تو یہ، یہ، یہ اس بے خبری کو توڑنا ہے، اس بے خبری کو توڑنا ہے۔</w:t>
      </w:r>
    </w:p>
    <w:p>
      <w:r>
        <w:rPr>
          <w:b/>
        </w:rPr>
        <w:t xml:space="preserve">[39:41] </w:t>
      </w:r>
      <w:r>
        <w:t>aur aur quran ki jo yeh aayatein hain, is ko maine kai tafseeron mein dekha to kya hai? har tafseer mein bas yahood ki mazammat.</w:t>
      </w:r>
    </w:p>
    <w:p>
      <w:pPr>
        <w:jc w:val="right"/>
      </w:pPr>
      <w:r>
        <w:t>اور اور قرآن کی جو یہ آیتیں ہیں، اس کو میں نے کئی تفسیروں میں دیکھا تو کیا ہے؟ ہر تفسیر میں بس یہود کی مذمت۔</w:t>
      </w:r>
    </w:p>
    <w:p>
      <w:r>
        <w:rPr>
          <w:b/>
        </w:rPr>
        <w:t xml:space="preserve">[39:52] </w:t>
      </w:r>
      <w:r>
        <w:t>yeh jo aayatein aap ke samne padhi gayi, is ko aap tafseeron mein padhein to lagta hai ke Allah taala ne jo aayatein utari hain, yahood ki mazammat mein hain.</w:t>
      </w:r>
    </w:p>
    <w:p>
      <w:pPr>
        <w:jc w:val="right"/>
      </w:pPr>
      <w:r>
        <w:t>یہ جو آیتیں آپ کے سامنے پڑھی گئیں، اس کو آپ تفسیروں میں پڑھیں تو لگتا ہے کہ اللہ تعالیٰ نے جو آیتیں اتاری ہیں، یہود کی مذمت میں ہیں۔</w:t>
      </w:r>
    </w:p>
    <w:p>
      <w:r>
        <w:rPr>
          <w:b/>
        </w:rPr>
        <w:t xml:space="preserve">[40:01] </w:t>
      </w:r>
      <w:r>
        <w:t>pata hai yeh koi kaam hai? Allah rab ul alameen ki shan nahi hai, Allah rab ul alameen ki shan ke khilaf hai ke yahood ki mazammat mein quran utar diya.</w:t>
      </w:r>
    </w:p>
    <w:p>
      <w:pPr>
        <w:jc w:val="right"/>
      </w:pPr>
      <w:r>
        <w:t>پتہ ہے یہ کوئی کام ہے؟ اللہ رب العالمین کی شان نہیں ہے، اللہ رب العالمین کی شان کے خلاف ہے کہ یہود کی مذمت میں قرآن اتار دیا۔</w:t>
      </w:r>
    </w:p>
    <w:p>
      <w:r>
        <w:rPr>
          <w:b/>
        </w:rPr>
        <w:t xml:space="preserve">[40:15] </w:t>
      </w:r>
      <w:r>
        <w:t>nahi, in aayaton ka matlab yeh hai ke aye ummat e muhammadi, sabaq lo yahood se, kyunke wahi tumhare upar bhi dohraya jaane wala hai.</w:t>
      </w:r>
    </w:p>
    <w:p>
      <w:pPr>
        <w:jc w:val="right"/>
      </w:pPr>
      <w:r>
        <w:t>نہیں، ان آیتوں کا مطلب یہ ہے کہ اے امت محمدی، سبق لو یہود سے، کیونکہ وہی تمہارے اوپر بھی دہرایا جانے والا ہے۔</w:t>
      </w:r>
    </w:p>
    <w:p>
      <w:r>
        <w:rPr>
          <w:b/>
        </w:rPr>
        <w:t xml:space="preserve">[40:27] </w:t>
      </w:r>
      <w:r>
        <w:t>lehaza tabun ne suna: "man man kan qablakum" is se apne ko bachao. aur phir yahi isi par kaafi nahi hai, hamein naye mauqa ko discover karna hai, jise maine kaha ke tourism,</w:t>
      </w:r>
    </w:p>
    <w:p>
      <w:pPr>
        <w:jc w:val="right"/>
      </w:pPr>
      <w:r>
        <w:t>لہذا تبون نے سنا: "من من کان قبلکم" اس سے اپنے کو بچاؤ۔ اور پھر یہی اسی پر کافی نہیں ہے، ہمیں نئے مواقع کو ڈسکور کرنا ہے، جسے میں نے کہا کہ ٹورزم،</w:t>
      </w:r>
    </w:p>
    <w:p>
      <w:r>
        <w:rPr>
          <w:b/>
        </w:rPr>
        <w:t xml:space="preserve">[40:44] </w:t>
      </w:r>
      <w:r>
        <w:t>tourism ek naya mauqa jo pehle zamane mein tha nahi, is ko daryaft karna. yaani madعو ka ya infijar ek hai, explosion ek hai,</w:t>
      </w:r>
    </w:p>
    <w:p>
      <w:pPr>
        <w:jc w:val="right"/>
      </w:pPr>
      <w:r>
        <w:t>ٹورزم ایک نیا موقع جو پہلے زمانے میں تھا نہیں، اس کو دریافت کرنا۔ یعنی مدعو کا یا انفجار ایک ہے، ایکسپلوژن ایک ہے،</w:t>
      </w:r>
    </w:p>
    <w:p>
      <w:r>
        <w:rPr>
          <w:b/>
        </w:rPr>
        <w:t xml:space="preserve">[40:59] </w:t>
      </w:r>
      <w:r>
        <w:t>madعو ka ek explosion hai. sari duniya mein phail rahe hain woh log. mein wahan gaya turkey to turkey mein aap jante hain ke yaani</w:t>
      </w:r>
    </w:p>
    <w:p>
      <w:pPr>
        <w:jc w:val="right"/>
      </w:pPr>
      <w:r>
        <w:t>مدعو کا ایک ایکسپلوژن ہے۔ ساری دنیا میں پھیل رہے ہیں وہ لوگ۔ میں وہاں گیا ترکی تو ترکی میں آپ جانتے ہیں کہ یعنی</w:t>
      </w:r>
    </w:p>
    <w:p>
      <w:r>
        <w:rPr>
          <w:b/>
        </w:rPr>
        <w:t xml:space="preserve">[41:15] </w:t>
      </w:r>
      <w:r>
        <w:t>turkish empire qaim thi. to wahan par jidhar jaiye, idhar yaadgaar hain, historical monument hain, masjidain badi badi, badi badi buildingen.</w:t>
      </w:r>
    </w:p>
    <w:p>
      <w:pPr>
        <w:jc w:val="right"/>
      </w:pPr>
      <w:r>
        <w:t>ٹرکش ایمپائر قائم تھی۔ تو وہاں پر جدھر جائیے، ادھر یادگار ہیں، ہسٹوریکل مونومنٹ ہیں، مسجدیں بڑی بڑی، بڑی بڑی بلڈنگیں۔</w:t>
      </w:r>
    </w:p>
    <w:p>
      <w:r>
        <w:rPr>
          <w:b/>
        </w:rPr>
        <w:t xml:space="preserve">[41:31] </w:t>
      </w:r>
      <w:r>
        <w:t>to maine dekha ke wahan mukhtalif mulkon ke, mukhtalif mulkon ke, woh</w:t>
      </w:r>
    </w:p>
    <w:p>
      <w:pPr>
        <w:jc w:val="right"/>
      </w:pPr>
      <w:r>
        <w:t>تو میں نے دیکھا کہ وہاں مختلف ملکوں کے، مختلف ملکوں کے، وہ</w:t>
      </w:r>
    </w:p>
    <w:p>
      <w:r>
        <w:rPr>
          <w:b/>
        </w:rPr>
        <w:t xml:space="preserve">[41:41] </w:t>
      </w:r>
      <w:r>
        <w:t>mukhtalif mulkon ke</w:t>
      </w:r>
    </w:p>
    <w:p>
      <w:pPr>
        <w:jc w:val="right"/>
      </w:pPr>
      <w:r>
        <w:t>مختلف ملکوں کے</w:t>
      </w:r>
    </w:p>
    <w:p>
      <w:r>
        <w:rPr>
          <w:b/>
        </w:rPr>
        <w:t xml:space="preserve">[41:45] </w:t>
      </w:r>
      <w:r>
        <w:t>tourist siyaha jook dar jook chale aa rahe hain. har jagah bheed hai, har jagah bheed hai. to yeh, yeh kya hai?</w:t>
      </w:r>
    </w:p>
    <w:p>
      <w:pPr>
        <w:jc w:val="right"/>
      </w:pPr>
      <w:r>
        <w:t>ٹورسٹ سیاح جوک در جوک چلے آ رہے ہیں۔ ہر جگہ بھیڑ ہے، ہر جگہ بھیڑ ہے۔ تو یہ، یہ کیا ہے؟</w:t>
      </w:r>
    </w:p>
    <w:p>
      <w:r>
        <w:rPr>
          <w:b/>
        </w:rPr>
        <w:t xml:space="preserve">[41:57] </w:t>
      </w:r>
      <w:r>
        <w:t>yeh madعو ki bheed hai.</w:t>
      </w:r>
    </w:p>
    <w:p>
      <w:pPr>
        <w:jc w:val="right"/>
      </w:pPr>
      <w:r>
        <w:t>یہ مدعو کی بھیڑ ہے۔</w:t>
      </w:r>
    </w:p>
    <w:p>
      <w:r>
        <w:rPr>
          <w:b/>
        </w:rPr>
        <w:t xml:space="preserve">[42:01] </w:t>
      </w:r>
      <w:r>
        <w:t>har zaban ke log aa rahe hain, har mulk ke log aa rahe hain. to aap quran ke tarjume har zaban mein tayyar kijiye aur tamam duniya mein jo phailay hue hain siyaha,</w:t>
      </w:r>
    </w:p>
    <w:p>
      <w:pPr>
        <w:jc w:val="right"/>
      </w:pPr>
      <w:r>
        <w:t>ہر زبان کے لوگ آ رہے ہیں، ہر ملک کے لوگ آ رہے ہیں۔ تو آپ قرآن کے ترجمے ہر زبان میں تیار کیجئے اور تمام دنیا میں جو پھیلے ہوئے ہیں سیاح،</w:t>
      </w:r>
    </w:p>
    <w:p>
      <w:r>
        <w:rPr>
          <w:b/>
        </w:rPr>
        <w:t xml:space="preserve">[42:14] </w:t>
      </w:r>
      <w:r>
        <w:t>un ko faraham kijiye, un ko mauqa dijiye ke woh padhein Allah ka kalam. to waan ahad min al mushrikeen kalam Allah,</w:t>
      </w:r>
    </w:p>
    <w:p>
      <w:pPr>
        <w:jc w:val="right"/>
      </w:pPr>
      <w:r>
        <w:t>ان کو فراہم کیجئے، ان کو موقع دیجئے کہ وہ پڑھیں اللہ کا کلام۔ تو وین احد من المشرکین کلام اللہ،</w:t>
      </w:r>
    </w:p>
    <w:p>
      <w:r>
        <w:rPr>
          <w:b/>
        </w:rPr>
        <w:t xml:space="preserve">[42:28] </w:t>
      </w:r>
      <w:r>
        <w:t>aaj woh flood ban gaya hai, flood ek toofan ban gaya hai, explosion ban gaya hai. to meri dua hai ke Allah taala musalmanon ko aqal de, is baat ko samjhein.</w:t>
      </w:r>
    </w:p>
    <w:p>
      <w:pPr>
        <w:jc w:val="right"/>
      </w:pPr>
      <w:r>
        <w:t>آج وہ فلٹ بن گیا ہے، فلٹ ایک طوفان بن گیا ہے، ایکسپلوژن بن گیا ہے۔ تو میری دعا ہے کہ اللہ تعالیٰ مسلمانوں کو عقل دے، اس بات کو سمجھیں۔</w:t>
      </w:r>
    </w:p>
    <w:p>
      <w:r>
        <w:rPr>
          <w:b/>
        </w:rPr>
        <w:t xml:space="preserve">[42:42] </w:t>
      </w:r>
      <w:r>
        <w:t>assalam o alaikum wa rehmatullah.</w:t>
      </w:r>
    </w:p>
    <w:p>
      <w:pPr>
        <w:jc w:val="right"/>
      </w:pPr>
      <w:r>
        <w:t>السلام علیکم ورحمۃ اللہ۔</w:t>
      </w:r>
    </w:p>
    <w:p>
      <w:r>
        <w:rPr>
          <w:b/>
        </w:rPr>
        <w:t xml:space="preserve">[42:54] </w:t>
      </w:r>
      <w:r>
        <w:t>okay, before we start with the question answer session, there is an important launch today. uh, Kerala team has translated the tenth work of Maulana Wahiduddin Khan sahib in Malayalam, and this translation is of the book "Dawa Made Simple".</w:t>
      </w:r>
    </w:p>
    <w:p>
      <w:pPr>
        <w:jc w:val="right"/>
      </w:pPr>
      <w:r>
        <w:t>اوکے، بیفور وی سٹارٹ ود دی کوئسچن انسر سیشن، دیر از ا امپورٹنٹ لانچ ٹوڈے۔ اہ، کیریلا ٹیم ہیز ٹرانسلیٹڈ دی ٹینتھ ورک اف مولانا وحید الدین خان صاحب ان ملیالم، اینڈ دس ٹرانسلیشن از اف دا بک "داوی میڈ سمپل"۔</w:t>
      </w:r>
    </w:p>
    <w:p>
      <w:r>
        <w:rPr>
          <w:b/>
        </w:rPr>
        <w:t xml:space="preserve">[43:14] </w:t>
      </w:r>
      <w:r>
        <w:t>uh, this translation has been done by professor KK Hashim sahib, and you can source this translation from Shabbir Ali sahib from Kerala team, or you can write to us at info@cpsglobal.org.</w:t>
      </w:r>
    </w:p>
    <w:p>
      <w:pPr>
        <w:jc w:val="right"/>
      </w:pPr>
      <w:r>
        <w:t>اہ، دس ٹرانسلیشن ہیز بین ڈن بائے پروفیسر کے کے ہاشم صاحب، اینڈ یو کین سورس دس ٹرانسلیشن فرام شبیر علی صاحب فرام کیریلا ٹیم، اور یو کین رائٹ ٹو اس ایٹ انفو ایٹ سی پی ایس گلوبل ڈاٹ ار جی۔</w:t>
      </w:r>
    </w:p>
    <w:p>
      <w:r>
        <w:rPr>
          <w:b/>
        </w:rPr>
        <w:t xml:space="preserve">[43:30] </w:t>
      </w:r>
      <w:r>
        <w:t>so with this, I will request Maulana Wahiduddin Khan sahib to release the new translated uh book "Dawa Made Simple" in Malayalam language.</w:t>
      </w:r>
    </w:p>
    <w:p>
      <w:pPr>
        <w:jc w:val="right"/>
      </w:pPr>
      <w:r>
        <w:t>سو ود دس، ائی ویل ریکویسٹ مولانا وحید الدین خان صاحب ٹو ریلیز دا نیو ٹرانسلیٹڈ اہ بک "داوی میڈ سمپل" ان ملیالم لینگویج۔</w:t>
      </w:r>
    </w:p>
    <w:p>
      <w:r>
        <w:rPr>
          <w:b/>
        </w:rPr>
        <w:t xml:space="preserve">[43:45] </w:t>
      </w:r>
      <w:r>
        <w:t>yeh hai woh kitab. mein dua karta hoon ke Allah taala is kitab ko maqbool banaye aur logon tak yeh kitab pohnchaye, inshallah.</w:t>
      </w:r>
    </w:p>
    <w:p>
      <w:pPr>
        <w:jc w:val="right"/>
      </w:pPr>
      <w:r>
        <w:t>یہ ہے وہ کتاب۔ میں دعا کرتا ہوں کہ اللہ تعالیٰ اس کتاب کو مقبول بنائے اور لوگوں تک یہ کتاب پہنچائے، انشاءاللہ۔</w:t>
      </w:r>
    </w:p>
    <w:p>
      <w:r>
        <w:rPr>
          <w:b/>
        </w:rPr>
        <w:t xml:space="preserve">[44:02] </w:t>
      </w:r>
      <w:r>
        <w:t>boht hi qabil e tareef kaam hua hai, Allah taala is ko qabool farmaye.</w:t>
      </w:r>
    </w:p>
    <w:p>
      <w:pPr>
        <w:jc w:val="right"/>
      </w:pPr>
      <w:r>
        <w:t>بہت ہی قابل تعریف کام ہوا ہے، اللہ تعالیٰ اس کو قبول فرمائے۔</w:t>
      </w:r>
    </w:p>
    <w:p>
      <w:r>
        <w:rPr>
          <w:b/>
        </w:rPr>
        <w:t xml:space="preserve">[44:14] </w:t>
      </w:r>
      <w:r>
        <w:t>This book has been published by Good World Books. Okay, so we will start with the comments and question-answer session now.</w:t>
      </w:r>
    </w:p>
    <w:p>
      <w:pPr>
        <w:jc w:val="right"/>
      </w:pPr>
      <w:r>
        <w:t>دس بک ہیز بین پبلش بائے گڈ ورلڈ بکس۔ اوکے، سو وی ویل سٹارٹ ود دی کمنٹس اینڈ کوئسچن انسر سیشن ناو۔</w:t>
      </w:r>
    </w:p>
    <w:p>
      <w:r>
        <w:rPr>
          <w:b/>
        </w:rPr>
        <w:t xml:space="preserve">[44:24] </w:t>
      </w:r>
      <w:r>
        <w:t>All the viewers are watching this program, once again we request them to also post their location when they send their questions and comments. Maulana, sab se pehle comment lena chahenge.</w:t>
      </w:r>
    </w:p>
    <w:p>
      <w:pPr>
        <w:jc w:val="right"/>
      </w:pPr>
      <w:r>
        <w:t>ال دی ویوورز ار واچنگ دس پروگرام، ونس اگین وی ریکویسٹ دیم ٹو السو پوسٹ دیر لوکیشن وین دے سینڈ دیر کوئسچنز اینڈ کمنٹس۔ مولانا، سب سے پہلے کمنٹ لینا چاہیں گے۔</w:t>
      </w:r>
    </w:p>
    <w:p>
      <w:r>
        <w:rPr>
          <w:b/>
        </w:rPr>
        <w:t xml:space="preserve">[44:36] </w:t>
      </w:r>
      <w:r>
        <w:t>azhar rizvi sahib ne karachi pakistan se likha hai: "in my limited knowledge of Quran, I have seen the applied meaning of Quran changing according to the needs, state of technology and level of human comprehension.</w:t>
      </w:r>
    </w:p>
    <w:p>
      <w:pPr>
        <w:jc w:val="right"/>
      </w:pPr>
      <w:r>
        <w:t>اظہر رضوی صاحب نے کراچی پاکستان سے لکھا ہے: "ان مائی لمیٹڈ نالج اف قرآن، ائی ہیو سین دی اپلائیڈ میننگ اف قرآن چینجنگ اکارڈنگ ٹو دا نیڈز، سٹیٹ اف ٹیکنالوجی اینڈ لیول اف ہیومن کمپریہنشن۔</w:t>
      </w:r>
    </w:p>
    <w:p>
      <w:r>
        <w:rPr>
          <w:b/>
        </w:rPr>
        <w:t xml:space="preserve">[44:55] </w:t>
      </w:r>
      <w:r>
        <w:t>its a living document for all the times to come. subhan Allah, and I open it for every Muslim. jazak Allah maulana sahib." Asad Parviz sahib ne Bihar se likha hai: "Your lectures are full of learning and wisdom for those who seek and pay attention.</w:t>
      </w:r>
    </w:p>
    <w:p>
      <w:pPr>
        <w:jc w:val="right"/>
      </w:pPr>
      <w:r>
        <w:t>اٹس ا لیونگ ڈاکومنٹ فار ال دا ٹائمز ٹو کم۔ سبحان اللہ، اینڈ ائی اوپنر فار ایوری مسلم۔ جزاک اللہ مولانا صاحب۔" اسد پرویز صاحب نے بہار سے لکھا ہے: "یور لیکچرز ار فل اف لرننگ اینڈ وزڈم فار دوز ہو سیک اینڈ پے اٹینشن۔</w:t>
      </w:r>
    </w:p>
    <w:p>
      <w:r>
        <w:rPr>
          <w:b/>
        </w:rPr>
        <w:t xml:space="preserve">[45:17] </w:t>
      </w:r>
      <w:r>
        <w:t>Over the last few weeks, I realized that our mission is gaining greater momentum every day. I have been actively distributing the Quran over the last few weeks and realized that there are so many people who are already reading your literature and recommending it to others.</w:t>
      </w:r>
    </w:p>
    <w:p>
      <w:pPr>
        <w:jc w:val="right"/>
      </w:pPr>
      <w:r>
        <w:t>اوور دا لاسٹ فیو ویکس، ائی ریلائزڈ دیٹ اور مشن از گیننگ گریٹر مومنٹم ایوری ڈے۔ ائی ہیو بین ایکٹیولی ڈسٹریبیوٹنگ دا قرآن اوور دا لاسٹ فیو ویکس اینڈ ریلائزڈ دیٹ دیر ار سو مینی پیپل ہو ار الریڈی ریڈنگ یور لٹریچر اینڈ ریکمنڈنگ اٹ ٹو ادر۔</w:t>
      </w:r>
    </w:p>
    <w:p>
      <w:r>
        <w:rPr>
          <w:b/>
        </w:rPr>
        <w:t xml:space="preserve">[45:38] </w:t>
      </w:r>
      <w:r>
        <w:t>These are people outside CPS, and All India Radio journalist who attended my sister wedding said that at the beginning of his career, there were a lot of negativity towards your work.</w:t>
      </w:r>
    </w:p>
    <w:p>
      <w:pPr>
        <w:jc w:val="right"/>
      </w:pPr>
      <w:r>
        <w:t>دیز ار پیپل اؤٹ سائیڈ سی پی ایس، اینڈ ال انڈیا ریڈیو جرنلسٹ ہو اٹینڈڈ مائی سسٹر ویڈنگ سیڈ دیٹ ایٹ دا بگننگ اف ہز کریئر، دیر وار ا لاٹ اف نیگیٹیوٹی ٹورڈز یور ورک۔</w:t>
      </w:r>
    </w:p>
    <w:p>
      <w:r>
        <w:rPr>
          <w:b/>
        </w:rPr>
        <w:t xml:space="preserve">[45:54] </w:t>
      </w:r>
      <w:r>
        <w:t>But today he finds that you are the only scholar who can address the modern mind and his sense a huge view of people reading and referring to your work.</w:t>
      </w:r>
    </w:p>
    <w:p>
      <w:pPr>
        <w:jc w:val="right"/>
      </w:pPr>
      <w:r>
        <w:t>بٹ ٹوڈے ہی فائنڈز دیٹ یو ار دا اونلی سکالر ہو کین ایڈریس دی ماڈرن مائنڈ اینڈ ہیز سینس ا ہیوج ویو اف پیپل ریڈنگ اینڈ ریفرنگ ٹو یور ورک۔</w:t>
      </w:r>
    </w:p>
    <w:p>
      <w:r>
        <w:rPr>
          <w:b/>
        </w:rPr>
        <w:t xml:space="preserve">[46:06] </w:t>
      </w:r>
      <w:r>
        <w:t>I have invited him to meet you and the CPS team in July. May your work prosper greatly, insha Allah." Maulana, ab saval lete hain.</w:t>
      </w:r>
    </w:p>
    <w:p>
      <w:pPr>
        <w:jc w:val="right"/>
      </w:pPr>
      <w:r>
        <w:t>ائی ہیو انوائٹڈ ہم ٹو میٹ یو اینڈ دا سی پی ایس ٹیم ان جولائی۔ می یور ورک پروسپر گریٹلی، انشاءاللہ۔" مولانا، اب سوال لیتے ہیں۔</w:t>
      </w:r>
    </w:p>
    <w:p>
      <w:r>
        <w:rPr>
          <w:b/>
        </w:rPr>
        <w:t xml:space="preserve">[46:18] </w:t>
      </w:r>
      <w:r>
        <w:t>ah, ye saval bheja hai sri nagar se mis Karolin ne. unhon ne likha hai: "Muslims have been time and again warned to avoid the decline and degeneration which the Jews suffered from.</w:t>
      </w:r>
    </w:p>
    <w:p>
      <w:pPr>
        <w:jc w:val="right"/>
      </w:pPr>
      <w:r>
        <w:t>اہ، یہ سوال بھیجا ہے سری نگر سے مس کروتلین نے۔ انہوں نے لکھا ہے: "مسلمز ہیو بین ٹائم اینڈ اگین وارنڈ ٹو اوائڈ دا ڈیکلائن اینڈ ڈی جنریشن وچ دا جیوس سفرڈ فرام۔</w:t>
      </w:r>
    </w:p>
    <w:p>
      <w:r>
        <w:rPr>
          <w:b/>
        </w:rPr>
        <w:t xml:space="preserve">[46:36] </w:t>
      </w:r>
      <w:r>
        <w:t>But unfortunately, Muslims over all turn a deaf ear to such a great warning." Maulana sahib, why is this so?</w:t>
      </w:r>
    </w:p>
    <w:p>
      <w:pPr>
        <w:jc w:val="right"/>
      </w:pPr>
      <w:r>
        <w:t>بٹ انفارچونیٹلی، مسلمز اوور آل ٹرن دا ڈیف ایئر ٹو سچ ا گریٹ وارننگ۔" مولانا صاحب، وائی از دس سو؟</w:t>
      </w:r>
    </w:p>
    <w:p>
      <w:r>
        <w:rPr>
          <w:b/>
        </w:rPr>
        <w:t xml:space="preserve">[46:48] </w:t>
      </w:r>
      <w:r>
        <w:t>main samajhta hun ke in unawareness, bekhabri, in unawareness. Musliman jo hain is zamane mein, ye concept nahin jante ke Quran ko applied, Quran ke applied meaning ko discover karna hai.</w:t>
      </w:r>
    </w:p>
    <w:p>
      <w:pPr>
        <w:jc w:val="right"/>
      </w:pPr>
      <w:r>
        <w:t>میں سمجھتا ہوں کہ ان اویرنس، بے خبری، ان اویرنس۔ مسلمان جو ہیں اس زمانے میں، یہ کانسیپٹ نہیں جانتے کہ قرآن کو اپلائیڈ، قرآن کے اپلائیڈ میننگ کو ڈسکور کرنا ہے۔</w:t>
      </w:r>
    </w:p>
    <w:p>
      <w:r>
        <w:rPr>
          <w:b/>
        </w:rPr>
        <w:t xml:space="preserve">[47:09] </w:t>
      </w:r>
      <w:r>
        <w:t>khvahish vahi jo literal meaning hai, usi ko repeat karna hai. ye nahin hai.</w:t>
      </w:r>
    </w:p>
    <w:p>
      <w:pPr>
        <w:jc w:val="right"/>
      </w:pPr>
      <w:r>
        <w:t>خواہش وہی جو لٹرل میننگ ہے، اسی کو ریپیٹ کرنا ہے۔ یہ نہیں ہے۔</w:t>
      </w:r>
    </w:p>
    <w:p>
      <w:r>
        <w:rPr>
          <w:b/>
        </w:rPr>
        <w:t xml:space="preserve">[47:18] </w:t>
      </w:r>
      <w:r>
        <w:t>sare ab is bat phanse hue hain isi mein ke Quran ke literal meaning ko khub khub janen. nahin, Quran ke applied meaning ko khub khub janen.</w:t>
      </w:r>
    </w:p>
    <w:p>
      <w:pPr>
        <w:jc w:val="right"/>
      </w:pPr>
      <w:r>
        <w:t>سارے اب اس بات پھنسے ہوئے ہیں اسی میں کہ قرآن کے لٹرل میننگ کو خوب خوب جانیں۔ نہیں، قرآن کے اپلائیڈ میننگ کو خوب خوب جانیں۔</w:t>
      </w:r>
    </w:p>
    <w:p>
      <w:r>
        <w:rPr>
          <w:b/>
        </w:rPr>
        <w:t xml:space="preserve">[47:30] </w:t>
      </w:r>
      <w:r>
        <w:t>main samajhta hun ke yahi, ye chiz jo lekr rahi hai, aur isi ko hamen zinda karna hai, insha Allah.</w:t>
      </w:r>
    </w:p>
    <w:p>
      <w:pPr>
        <w:jc w:val="right"/>
      </w:pPr>
      <w:r>
        <w:t>میں سمجھتا ہوں کہ یہی، یہ چیز جو لیک کر رہی ہے، اور اسی کو ہمیں زندہ کرنا ہے، انشاءاللہ۔</w:t>
      </w:r>
    </w:p>
    <w:p>
      <w:r>
        <w:rPr>
          <w:b/>
        </w:rPr>
        <w:t xml:space="preserve">[47:42] </w:t>
      </w:r>
      <w:r>
        <w:t>Maulana, agla comment bheja hai Srinagar se Riyaz Bhatt sahib ne. Inka saval hai, Maulana, ye unhon ne pucha hai ke: "The main obstacle before Muslims to become da'is is their belief in self-glory and wishful thinking, the trait Quran has attributed to Jews of the Prophet's time." Maulana sahib, what are your views on this issue?</w:t>
      </w:r>
    </w:p>
    <w:p>
      <w:pPr>
        <w:jc w:val="right"/>
      </w:pPr>
      <w:r>
        <w:t>مولانا، اگلا کمنٹ بھیجا ہے سری نگر سے ریاض بھٹ صاحب نے۔ ان کا سوال ہے، مولانا، یہ انہوں نے پوچھا ہے کہ: "دا مین ابسٹیکل بیفور مسلمز ٹو بیکم دائز از دیر بیلیف ان سیلف گلوری اینڈ وش فل تھنکنگ، دا ٹریٹ قرآن ہیز ایٹریبیوٹڈ ٹو جیوز اف دا پرافٹس ٹائم۔" مولانا صاحب، واٹ ار یور ویوز ان دس ایشو؟</w:t>
      </w:r>
    </w:p>
    <w:p>
      <w:r>
        <w:rPr>
          <w:b/>
        </w:rPr>
        <w:t xml:space="preserve">[48:09] </w:t>
      </w:r>
      <w:r>
        <w:t>dekhiye, ye sel glori jo hai, ye kalar kansipt hai, kalar. kyonke sel glori aap ko pasṭ mein chizen sikhata hai.</w:t>
      </w:r>
    </w:p>
    <w:p>
      <w:pPr>
        <w:jc w:val="right"/>
      </w:pPr>
      <w:r>
        <w:t>دیکھیے، یہ سیلف گلوری جو ہے، یہ کلر کانسیپٹ ہے، کلر۔ کیونکہ سیلف گلوری آپ کو پاسٹ میں چیزیں سکھاتی ہے۔</w:t>
      </w:r>
    </w:p>
    <w:p>
      <w:r>
        <w:rPr>
          <w:b/>
        </w:rPr>
        <w:t xml:space="preserve">[48:20] </w:t>
      </w:r>
      <w:r>
        <w:t>ye glori jo hai, vo to pasṭ ki hai. glor, jis jo muslimanon ne jis ko glori bana rakha hai, vo pasṭ hai.</w:t>
      </w:r>
    </w:p>
    <w:p>
      <w:pPr>
        <w:jc w:val="right"/>
      </w:pPr>
      <w:r>
        <w:t>یہ گلوری جو ہے، وہ تو پاسٹ کی ہے۔ گلور، جس جو مسلمانوں نے جس کو گلوری بنا رکھا ہے، وہ پاسٹ ہے۔</w:t>
      </w:r>
    </w:p>
    <w:p>
      <w:r>
        <w:rPr>
          <w:b/>
        </w:rPr>
        <w:t xml:space="preserve">[48:29] </w:t>
      </w:r>
      <w:r>
        <w:t>yani utman aimpair ki glori, espin ki glori, abbas piriyad ki glori, ye to pasṭ ki baten hain.</w:t>
      </w:r>
    </w:p>
    <w:p>
      <w:pPr>
        <w:jc w:val="right"/>
      </w:pPr>
      <w:r>
        <w:t>یعنی اٹمان ایمپائر کی گلوری، اسپین کی گلوری، عباس پیریڈ کی گلوری، یہ تو پاسٹ کی باتیں ہیں۔</w:t>
      </w:r>
    </w:p>
    <w:p>
      <w:r>
        <w:rPr>
          <w:b/>
        </w:rPr>
        <w:t xml:space="preserve">[48:40] </w:t>
      </w:r>
      <w:r>
        <w:t>to sel glori jo hai, apne aap mein ek kalar, kalar, kalar kansipt hai, kalar qatil. kyonke aap ko pasṭ mein jina sikhata hai.</w:t>
      </w:r>
    </w:p>
    <w:p>
      <w:pPr>
        <w:jc w:val="right"/>
      </w:pPr>
      <w:r>
        <w:t>تو سیلف گلوری جو ہے، اپنے آپ میں ایک کلر، کلر، کلر کانسیپٹ ہے، کلر قاتل۔ کیونکہ آپ کو پاسٹ میں جینا سکھاتا ہے۔</w:t>
      </w:r>
    </w:p>
    <w:p>
      <w:r>
        <w:rPr>
          <w:b/>
        </w:rPr>
        <w:t xml:space="preserve">[48:51] </w:t>
      </w:r>
      <w:r>
        <w:t>sahi kansipt vo hai jo aap ko prezenṭ mein aur fiūchr mein jina sikhaye. pasṭ to khatm ho gaya, ab vo us ke us mein jine se fals,</w:t>
      </w:r>
    </w:p>
    <w:p>
      <w:pPr>
        <w:jc w:val="right"/>
      </w:pPr>
      <w:r>
        <w:t>صحیح کانسیپٹ وہ ہے جو آپ کو پریزنٹ میں اور فیوچر میں جینا سکھائے۔ پاسٹ تو ختم ہو گیا، اب وہ اس کے اس میں جینے سے فالس،</w:t>
      </w:r>
    </w:p>
    <w:p>
      <w:r>
        <w:rPr>
          <w:b/>
        </w:rPr>
        <w:t xml:space="preserve">[49:05] </w:t>
      </w:r>
      <w:r>
        <w:t>yani ek fals praiḍ aega aur kuch nahin aega. to glori mein jina, fals praiḍ mein jina hai. sahi ye hai ke aap prezenṭ mein jiyen ya fiūchr mein jiyen,</w:t>
      </w:r>
    </w:p>
    <w:p>
      <w:pPr>
        <w:jc w:val="right"/>
      </w:pPr>
      <w:r>
        <w:t>یعنی ایک فالس پرائیڈ آئے گا اور کچھ نہیں آئے گا۔ تو گلوری میں جینا، فالس پرائیڈ میں جینا ہے۔ صحیح یہ ہے کہ آپ پریزنٹ میں جئیں یا فیوچر میں جئیں،</w:t>
      </w:r>
    </w:p>
    <w:p>
      <w:r>
        <w:rPr>
          <w:b/>
        </w:rPr>
        <w:t xml:space="preserve">[49:20] </w:t>
      </w:r>
      <w:r>
        <w:t>tab aap ki taraqqi hogi.</w:t>
      </w:r>
    </w:p>
    <w:p>
      <w:pPr>
        <w:jc w:val="right"/>
      </w:pPr>
      <w:r>
        <w:t>تب آپ کی ترقی ہوگی۔</w:t>
      </w:r>
    </w:p>
    <w:p>
      <w:r>
        <w:rPr>
          <w:b/>
        </w:rPr>
        <w:t xml:space="preserve">[49:28] </w:t>
      </w:r>
      <w:r>
        <w:t>Maulana, agla saval Syed Mubin Bukhari sahib ne bheja hai Dammam, Saudi Arabia se. Unhon ne likha hai: "Hadith literature has confused Muslim ummah and they have completely left the Quran and its understanding.</w:t>
      </w:r>
    </w:p>
    <w:p>
      <w:pPr>
        <w:jc w:val="right"/>
      </w:pPr>
      <w:r>
        <w:t>مولانا، اگلا سوال سید مبین بخاری صاحب نے بھیجا ہے دمام سعودی عربیہ سے۔ انہوں نے لکھا ہے: "حدیث لٹریچر ہیز کنفیوزڈ مسلم امہ اینڈ دے ہیو کمپلیٹلی لیفٹ دی قرآن اینڈ اٹس انڈرسٹینڈنگ۔</w:t>
      </w:r>
    </w:p>
    <w:p>
      <w:r>
        <w:rPr>
          <w:b/>
        </w:rPr>
        <w:t xml:space="preserve">[49:45] </w:t>
      </w:r>
      <w:r>
        <w:t>so are we making "the cry of the prophet in the day of resurrection will be, 'My Lord, my people have abandoned my book.'"</w:t>
      </w:r>
    </w:p>
    <w:p>
      <w:pPr>
        <w:jc w:val="right"/>
      </w:pPr>
      <w:r>
        <w:t>سو ار وی میکنگ دا کلیم ٹرو دیٹ دا کرائے اف دا پرافٹ ان دا ڈے اف ریسرکشن ول بی مائی لارڈ، مائی پیپل ہیو ابینڈن مائی بک۔"</w:t>
      </w:r>
    </w:p>
    <w:p>
      <w:r>
        <w:rPr>
          <w:b/>
        </w:rPr>
        <w:t xml:space="preserve">[50:00] </w:t>
      </w:r>
      <w:r>
        <w:t>hadith ko mat kahiye, balkeh history ko kahiye. hadith to bohat hi positive cheez hai musalmanon ke liye,</w:t>
      </w:r>
    </w:p>
    <w:p>
      <w:pPr>
        <w:jc w:val="right"/>
      </w:pPr>
      <w:r>
        <w:t>حدیث کو مت کہیے، بلکہ ہسٹری کو کہیے۔ حدیث تو بہت ہی پازیٹیو چیز ہے مسلمانوں کے لیے،</w:t>
      </w:r>
    </w:p>
    <w:p>
      <w:r>
        <w:rPr>
          <w:b/>
        </w:rPr>
        <w:t xml:space="preserve">[50:15] </w:t>
      </w:r>
      <w:r>
        <w:t>lekin musalman jo hain, guzri hui tareekh mein jeete hain. isi ka naam hai glory. to hadith mein masroof hona to bilkul sahi hai,</w:t>
      </w:r>
    </w:p>
    <w:p>
      <w:pPr>
        <w:jc w:val="right"/>
      </w:pPr>
      <w:r>
        <w:t>لیکن مسلمان جو ہیں، گزری ہوئی تاریخ میں جیتے ہیں۔ اسی کا نام ہے گلوری۔ تو حدیث میں مشغول ہونا تو بالکل صحیح ہے،</w:t>
      </w:r>
    </w:p>
    <w:p>
      <w:r>
        <w:rPr>
          <w:b/>
        </w:rPr>
        <w:t xml:space="preserve">[50:31] </w:t>
      </w:r>
      <w:r>
        <w:t>lekin musalman hadith se masroof nahi hain, balkeh tareekh mein masroof hain, jo ke sirf false glory ka zun banta hai.</w:t>
      </w:r>
    </w:p>
    <w:p>
      <w:pPr>
        <w:jc w:val="right"/>
      </w:pPr>
      <w:r>
        <w:t>لیکن مسلمان حدیث سے مشغول نہیں ہیں، بلکہ تاریخ میں مشغول ہیں، جو کہ صرف فالس گلوری کا ذن بنتا ہے۔</w:t>
      </w:r>
    </w:p>
    <w:p>
      <w:r>
        <w:rPr>
          <w:b/>
        </w:rPr>
        <w:t xml:space="preserve">[50:43] </w:t>
      </w:r>
      <w:r>
        <w:t>iski wajah se</w:t>
      </w:r>
    </w:p>
    <w:p>
      <w:pPr>
        <w:jc w:val="right"/>
      </w:pPr>
      <w:r>
        <w:t>اس کی وجہ سے</w:t>
      </w:r>
    </w:p>
    <w:p>
      <w:r>
        <w:rPr>
          <w:b/>
        </w:rPr>
        <w:t xml:space="preserve">[50:47] </w:t>
      </w:r>
      <w:r>
        <w:t>Maulana, agla sawal lene se pehle Muhammad Yaqoob Umri sahib ka comment padhna chahenge. Dilli se bheja hai unhone. Unhone likha hai: "Maulana, it is an eye opening lecture for me to know the meaning of Kitab Mahjoor.</w:t>
      </w:r>
    </w:p>
    <w:p>
      <w:pPr>
        <w:jc w:val="right"/>
      </w:pPr>
      <w:r>
        <w:t>مولانا، اگلا سوال لینے سے پہلے محمد یعقوب عمری صاحب کا کمنٹ پڑھنا چاہیں گے۔ دلی سے بھیجا ہے انہوں نے۔ انہوں نے لکھا ہے: "مولانا، اٹ از این ائی اوپننگ لیکچر فار می ٹو نو دا میننگ اف کتاب مہجور۔</w:t>
      </w:r>
    </w:p>
    <w:p>
      <w:r>
        <w:rPr>
          <w:b/>
        </w:rPr>
        <w:t xml:space="preserve">[51:03] </w:t>
      </w:r>
      <w:r>
        <w:t>it help me to get myself out of wishful thinking. jazak allah." maulana, agla sawal bheja hai fawad kadwai sahib ne lucknow se.</w:t>
      </w:r>
    </w:p>
    <w:p>
      <w:pPr>
        <w:jc w:val="right"/>
      </w:pPr>
      <w:r>
        <w:t>اٹ ہیلپ می ٹو گیٹ مائی سیلف اؤٹ اف وش فل تھنکنگ۔ جزاک اللہ۔" مولانا، اگلا سوال بھیجا ہے فواد کدوئی صاحب نے لکھنو سے۔</w:t>
      </w:r>
    </w:p>
    <w:p>
      <w:r>
        <w:rPr>
          <w:b/>
        </w:rPr>
        <w:t xml:space="preserve">[51:18] </w:t>
      </w:r>
      <w:r>
        <w:t>unhone likha hai: "maulana sahib, how can we train our mind to be disciplined towards purification and good thoughts?</w:t>
      </w:r>
    </w:p>
    <w:p>
      <w:pPr>
        <w:jc w:val="right"/>
      </w:pPr>
      <w:r>
        <w:t>انہوں نے لکھا ہے: "مولانا صاحب، ہاؤ کین وی ٹرین اور مائنڈ ٹو بی ڈسپلن ٹورڈز پیوریفیکیشن اینڈ گڈ تھاٹس؟</w:t>
      </w:r>
    </w:p>
    <w:p>
      <w:r>
        <w:rPr>
          <w:b/>
        </w:rPr>
        <w:t xml:space="preserve">[51:29] </w:t>
      </w:r>
      <w:r>
        <w:t>how can we save our self from getting distracted towards the wrong path? please guide us." main kehta hoon ke objectivity ki zaroorat hai.</w:t>
      </w:r>
    </w:p>
    <w:p>
      <w:pPr>
        <w:jc w:val="right"/>
      </w:pPr>
      <w:r>
        <w:t>ہاؤ کین وی سیو اور سیلف فرام گیٹنگ ڈسٹریکٹڈ ٹورڈز دا رونگ پاتھ؟ پلیز گائیڈ اس۔" میں کہتا ہوں کہ ابجیکٹوٹی کی ضرورت ہے۔</w:t>
      </w:r>
    </w:p>
    <w:p>
      <w:r>
        <w:rPr>
          <w:b/>
        </w:rPr>
        <w:t xml:space="preserve">[51:43] </w:t>
      </w:r>
      <w:r>
        <w:t>objective mind se study karna.</w:t>
      </w:r>
    </w:p>
    <w:p>
      <w:pPr>
        <w:jc w:val="right"/>
      </w:pPr>
      <w:r>
        <w:t>ابجیکٹو مائنڈ سے اسٹڈی کرنا۔</w:t>
      </w:r>
    </w:p>
    <w:p>
      <w:r>
        <w:rPr>
          <w:b/>
        </w:rPr>
        <w:t xml:space="preserve">[51:49] </w:t>
      </w:r>
      <w:r>
        <w:t>rukawat jo hai, woh hai ek objective thinking. musalmanon mein bohat kam ho gayi hai. isi ko revive kijiye to sab baat apne aap aa jayegi.</w:t>
      </w:r>
    </w:p>
    <w:p>
      <w:pPr>
        <w:jc w:val="right"/>
      </w:pPr>
      <w:r>
        <w:t>رکاوٹ جو ہے، وہ ہے ایک ابجیکٹو تھنکنگ۔ مسلمانوں میں بہت کم ہو گئی ہے۔ اسی کو ریوائیو کیجئے تو سب بات اپنے آپ آ جائے گی۔</w:t>
      </w:r>
    </w:p>
    <w:p>
      <w:r>
        <w:rPr>
          <w:b/>
        </w:rPr>
        <w:t xml:space="preserve">[52:07] </w:t>
      </w:r>
      <w:r>
        <w:t>maulana, agla sawal srinagar se bheja hai aamir mori sahib ne. unhone likha hai: "maulana, if every words of the quran has an applied meaning, is it the responsibility of scholars then to derive the applied meaning of the quran?</w:t>
      </w:r>
    </w:p>
    <w:p>
      <w:pPr>
        <w:jc w:val="right"/>
      </w:pPr>
      <w:r>
        <w:t>مولانا، اگلا سوال سری نگر سے بھیجا ہے عامر موری صاحب نے۔ انہوں نے لکھا ہے: "مولانا، اف ایوری ورڈز اف دا قرآن ہیز این اپلائیڈ میننگ، از اٹ دا رسپانسبیلٹی اف سکالرز دین ٹو ڈرائیو دا اپلائیڈ میننگ اف دا قرآن؟</w:t>
      </w:r>
    </w:p>
    <w:p>
      <w:r>
        <w:rPr>
          <w:b/>
        </w:rPr>
        <w:t xml:space="preserve">[52:25] </w:t>
      </w:r>
      <w:r>
        <w:t>or can an individual also derive it as per his or her own understanding? kindly guide us in this matter." haan, aap ne khud hi jo baat hai woh kar diya.</w:t>
      </w:r>
    </w:p>
    <w:p>
      <w:pPr>
        <w:jc w:val="right"/>
      </w:pPr>
      <w:r>
        <w:t>اور کین اینڈ انڈیویجول السو ڈرائیو اٹ ایز پر ہز اور ہر اون انڈرسٹینڈنگ؟ کائنڈلی گائیڈ اس ان دس میٹر۔" ہاں، آپ نے خود ہی جو بات ہے وہ کر دیا۔</w:t>
      </w:r>
    </w:p>
    <w:p>
      <w:r>
        <w:rPr>
          <w:b/>
        </w:rPr>
        <w:t xml:space="preserve">[52:41] </w:t>
      </w:r>
      <w:r>
        <w:t>yeh isi ki zaroorat hai. aap ki baat se mujhe ittefaq hai. main is pe agree karta hoon.</w:t>
      </w:r>
    </w:p>
    <w:p>
      <w:pPr>
        <w:jc w:val="right"/>
      </w:pPr>
      <w:r>
        <w:t>یہ اسی کی ضرورت ہے۔ آپ کی بات سے مجھے اتفاق ہے۔ میں اس پہ ایگری کرتا ہوں۔</w:t>
      </w:r>
    </w:p>
    <w:p>
      <w:r>
        <w:rPr>
          <w:b/>
        </w:rPr>
        <w:t xml:space="preserve">[52:55] </w:t>
      </w:r>
      <w:r>
        <w:t>maulana, agla sawal miss shabana ansari ne bheja hai pakistan se. unhone likha hai: "maulana, you mentioned applied way in today talk.</w:t>
      </w:r>
    </w:p>
    <w:p>
      <w:pPr>
        <w:jc w:val="right"/>
      </w:pPr>
      <w:r>
        <w:t>مولانا، اگلا سوال مس شبانہ انصاری نے بھیجا ہے پاکستان سے۔ انہوں نے لکھا ہے: "مولانا، یو مینشنڈ اپلائیڈ وے ان ٹوڈے ٹاک۔</w:t>
      </w:r>
    </w:p>
    <w:p>
      <w:r>
        <w:rPr>
          <w:b/>
        </w:rPr>
        <w:t xml:space="preserve">[53:07] </w:t>
      </w:r>
      <w:r>
        <w:t>so does this mean? does this refer to creativity and ijtihad? iske bare mein batayein."</w:t>
      </w:r>
    </w:p>
    <w:p>
      <w:pPr>
        <w:jc w:val="right"/>
      </w:pPr>
      <w:r>
        <w:t>سو ڈز دس مین؟ ڈز دس ریفر ٹو کریٹیوٹی اینڈ اجتہاد؟ اس کے بارے میں بتائیں۔"</w:t>
      </w:r>
    </w:p>
    <w:p>
      <w:r>
        <w:rPr>
          <w:b/>
        </w:rPr>
        <w:t xml:space="preserve">[53:17] </w:t>
      </w:r>
      <w:r>
        <w:t>applied meaning samajhne ke liye creative thinking must hai. must!</w:t>
      </w:r>
    </w:p>
    <w:p>
      <w:pPr>
        <w:jc w:val="right"/>
      </w:pPr>
      <w:r>
        <w:t>اپلائیڈ میننگ سمجھنے کے لیے کریٹیو تھنکنگ مسٹ ہے۔ مسٹ!</w:t>
      </w:r>
    </w:p>
    <w:p>
      <w:r>
        <w:rPr>
          <w:b/>
        </w:rPr>
        <w:t xml:space="preserve">[53:24] </w:t>
      </w:r>
      <w:r>
        <w:t>baghair creative thinking ke applied meaning aap ja nahi sakte. to creative thinking aati hai.</w:t>
      </w:r>
    </w:p>
    <w:p>
      <w:pPr>
        <w:jc w:val="right"/>
      </w:pPr>
      <w:r>
        <w:t>بغیر کریٹیو تھنکنگ کے اپلائیڈ میننگ آپ جا نہیں سکتے۔ تو کریٹیو تھنکنگ آتی ہے۔</w:t>
      </w:r>
    </w:p>
    <w:p>
      <w:r>
        <w:rPr>
          <w:b/>
        </w:rPr>
        <w:t xml:space="preserve">[53:35] </w:t>
      </w:r>
      <w:r>
        <w:t>objectivity ho, objective design ke sath aap study karein aur past mein jeene ki bajaye future mein jeena seekhein.</w:t>
      </w:r>
    </w:p>
    <w:p>
      <w:pPr>
        <w:jc w:val="right"/>
      </w:pPr>
      <w:r>
        <w:t>ابجیکٹوٹی ہو، ابجیکٹو ڈیزائن کے ساتھ آپ اسٹڈی کریں اور پاسٹ میں جینے کی بجائے فیوچر میں جینا سیکھیں۔</w:t>
      </w:r>
    </w:p>
    <w:p>
      <w:r>
        <w:rPr>
          <w:b/>
        </w:rPr>
        <w:t xml:space="preserve">[53:47] </w:t>
      </w:r>
      <w:r>
        <w:t>nafrat ko khatam karein. yeh musalman jo doosron ko zimmedar thahra ke nafrat karte hain,</w:t>
      </w:r>
    </w:p>
    <w:p>
      <w:pPr>
        <w:jc w:val="right"/>
      </w:pPr>
      <w:r>
        <w:t>نفرت کو ختم کریں۔ یہ مسلمان جو دوسروں کو ذمہ دار ٹھہرا کے نفرت کرتے ہیں،</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