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79 June 24, 2018</w:t>
      </w:r>
    </w:p>
    <w:p>
      <w:r>
        <w:t>https://www.youtube.com/watch?v=7OeNcHSoPp0</w:t>
      </w:r>
    </w:p>
    <w:p>
      <w:r>
        <w:rPr>
          <w:b/>
        </w:rPr>
        <w:t xml:space="preserve">[00:10] </w:t>
      </w:r>
      <w:r>
        <w:t>bismillah rahman rahim, wasallallahu ala nabiyyil karim. rab ishrah li sadri, wa yassir li amri,</w:t>
      </w:r>
    </w:p>
    <w:p>
      <w:pPr>
        <w:jc w:val="right"/>
      </w:pPr>
      <w:r>
        <w:t>بسم اللہ الرحمن الرحیم، وصلی اللہ علی النبی الکریم۔ رب اشرح لی صدری، ویسر لی ابری،</w:t>
      </w:r>
    </w:p>
    <w:p>
      <w:r>
        <w:rPr>
          <w:b/>
        </w:rPr>
        <w:t xml:space="preserve">[00:25] </w:t>
      </w:r>
      <w:r>
        <w:t>wahlul uqdatam mil lisani yafqahu qawli. 24 june 2018.</w:t>
      </w:r>
    </w:p>
    <w:p>
      <w:pPr>
        <w:jc w:val="right"/>
      </w:pPr>
      <w:r>
        <w:t>واحل العقدۃ من لسانی یفقہ قولی۔ 24 جون 2018۔</w:t>
      </w:r>
    </w:p>
    <w:p>
      <w:r>
        <w:rPr>
          <w:b/>
        </w:rPr>
        <w:t xml:space="preserve">[00:40] </w:t>
      </w:r>
      <w:r>
        <w:t>routine ke mutabiq aaj pehle quran ka koi hissa padha jayega, phir main iske bare mein</w:t>
      </w:r>
    </w:p>
    <w:p>
      <w:pPr>
        <w:jc w:val="right"/>
      </w:pPr>
      <w:r>
        <w:t>روٹین کے مطابق آج پہلے قرآن کا کوئی حصہ پڑھا جائے گا، پھر میں اس کے بارے میں</w:t>
      </w:r>
    </w:p>
    <w:p>
      <w:r>
        <w:rPr>
          <w:b/>
        </w:rPr>
        <w:t xml:space="preserve">[01:00] </w:t>
      </w:r>
      <w:r>
        <w:t>kuch tashreeh arz karunga.</w:t>
      </w:r>
    </w:p>
    <w:p>
      <w:pPr>
        <w:jc w:val="right"/>
      </w:pPr>
      <w:r>
        <w:t>کچھ تشریح عرض کروں گا۔</w:t>
      </w:r>
    </w:p>
    <w:p>
      <w:r>
        <w:rPr>
          <w:b/>
        </w:rPr>
        <w:t xml:space="preserve">[01:02] </w:t>
      </w:r>
      <w:r>
        <w:t>bismillah rahman rahim. fawailul alladhina yaktubunal kitaba bi aydihim thumma yaqulunahadha min indallahi liyastaru bihi thamanan qalila.</w:t>
      </w:r>
    </w:p>
    <w:p>
      <w:pPr>
        <w:jc w:val="right"/>
      </w:pPr>
      <w:r>
        <w:t>بسم اللہ الرحمن الرحیم۔ فویل الذین یکتبون الکتاب بی ایدیہم ثم یقولونھذا من عند اللہ لیشترو بہ ثمنا قلیلا۔</w:t>
      </w:r>
    </w:p>
    <w:p>
      <w:r>
        <w:rPr>
          <w:b/>
        </w:rPr>
        <w:t xml:space="preserve">[01:15] </w:t>
      </w:r>
      <w:r>
        <w:t>fawailul lahum mimma katabat aydihim wawaylul lahum mimma yaksibun. surah al baqarah chapter 2 verse number 79.</w:t>
      </w:r>
    </w:p>
    <w:p>
      <w:pPr>
        <w:jc w:val="right"/>
      </w:pPr>
      <w:r>
        <w:t>فویل لہم مما کتبت ایدیہم وویل لہم مما یکسبون۔ سورہ البقرہ چیپٹر ٹو ورس نمبر 79۔</w:t>
      </w:r>
    </w:p>
    <w:p>
      <w:r>
        <w:rPr>
          <w:b/>
        </w:rPr>
        <w:t xml:space="preserve">[01:25] </w:t>
      </w:r>
      <w:r>
        <w:t>pas kharabi hai un logon ke liye jo apne hath se kitab likhte hain, phir kehte hain ke yeh Allah ki janib se hai, taake is ke zariye woh thori si ponji hasil kar lein.</w:t>
      </w:r>
    </w:p>
    <w:p>
      <w:pPr>
        <w:jc w:val="right"/>
      </w:pPr>
      <w:r>
        <w:t>پس خرابی ہے ان لوگوں کے لیے جو اپنے ہاتھ سے کتاب لکھتے ہیں، پھر کہتے ہیں کہ یہ اللہ کی جانب سے ہے، تاکہ اس کے ذریعے وہ تھوڑی سی پونجی حاصل کر لیں۔</w:t>
      </w:r>
    </w:p>
    <w:p>
      <w:r>
        <w:rPr>
          <w:b/>
        </w:rPr>
        <w:t xml:space="preserve">[01:38] </w:t>
      </w:r>
      <w:r>
        <w:t>pas kharabi hai is cheez ki badolat jo un ke hathon ne likhi, aur un ke liye kharabi hai apni is kamai se.</w:t>
      </w:r>
    </w:p>
    <w:p>
      <w:pPr>
        <w:jc w:val="right"/>
      </w:pPr>
      <w:r>
        <w:t>پس خرابی ہے اس چیز کی بدولت جو ان کے ہاتھوں نے لکھی، اور ان کے لیے خرابی ہے اپنی اس کمائی سے۔</w:t>
      </w:r>
    </w:p>
    <w:p>
      <w:r>
        <w:rPr>
          <w:b/>
        </w:rPr>
        <w:t xml:space="preserve">[01:50] </w:t>
      </w:r>
      <w:r>
        <w:t>dekhiye,</w:t>
      </w:r>
    </w:p>
    <w:p>
      <w:pPr>
        <w:jc w:val="right"/>
      </w:pPr>
      <w:r>
        <w:t>دیکھیے،</w:t>
      </w:r>
    </w:p>
    <w:p>
      <w:r>
        <w:rPr>
          <w:b/>
        </w:rPr>
        <w:t xml:space="preserve">[01:54] </w:t>
      </w:r>
      <w:r>
        <w:t>quran ko samajhna ho ya kisi bhi khaas baat ko samajhna ho to aap ko yeh jaanna chahiye ke aap is waqt samajh payenge jab ke aap open mind hon.</w:t>
      </w:r>
    </w:p>
    <w:p>
      <w:pPr>
        <w:jc w:val="right"/>
      </w:pPr>
      <w:r>
        <w:t>قرآن کو سمجھنا ہو یا کسی بھی خاص بات کو سمجھنا ہو تو آپ کو یہ جاننا چاہیے کہ آپ اس وقت سمجھ پائیں گے جب کہ آپ اوپن مائنڈ ہوں۔</w:t>
      </w:r>
    </w:p>
    <w:p>
      <w:r>
        <w:rPr>
          <w:b/>
        </w:rPr>
        <w:t xml:space="preserve">[02:13] </w:t>
      </w:r>
      <w:r>
        <w:t>yani open mind ki hesiyat number aik ki hai. to quran ko samajhne ke liye zaroori hai ke aap ke andar open mind ho. aap ne apne aap ko train kiya ho ke is cheezon ko open mind ke sath dekhen.</w:t>
      </w:r>
    </w:p>
    <w:p>
      <w:pPr>
        <w:jc w:val="right"/>
      </w:pPr>
      <w:r>
        <w:t>یعنی اوپن مائنڈ کی حیثیت نمبر ایک کی ہے۔ تو قرآن کو سمجھنے کے لیے ضروری ہے کہ آپ کے اندر اوپن مائنڈ ہو۔ آپ نے اپنے آپ کو ٹرین کیا ہو کہ اس چیزوں کو اوپن مائنڈ کے ساتھ دیکھیں۔</w:t>
      </w:r>
    </w:p>
    <w:p>
      <w:r>
        <w:rPr>
          <w:b/>
        </w:rPr>
        <w:t xml:space="preserve">[02:28] </w:t>
      </w:r>
      <w:r>
        <w:t>to yahan par jo baat kahi gayi hai yahood ke bare mein, jab mein is ko parhta hoon aur doosre hisse jo yahan par yahood ka zikr hai,</w:t>
      </w:r>
    </w:p>
    <w:p>
      <w:pPr>
        <w:jc w:val="right"/>
      </w:pPr>
      <w:r>
        <w:t>تو یہاں پر جو بات کہی گئی ہے یہود کے بارے میں، جب میں اس کو پڑھتا ہوں اور دوسرے حصے جو یہاں پر یہود کا ذکر ہے،</w:t>
      </w:r>
    </w:p>
    <w:p>
      <w:r>
        <w:rPr>
          <w:b/>
        </w:rPr>
        <w:t xml:space="preserve">[02:45] </w:t>
      </w:r>
      <w:r>
        <w:t>to mere zehen mein aik aur baat aati hai. yahan par aik baat mein yeh arz kar doon ke quran ko samajhne ke liye yeh kafi nahi hai ke aap average reference ko jaan lein.</w:t>
      </w:r>
    </w:p>
    <w:p>
      <w:pPr>
        <w:jc w:val="right"/>
      </w:pPr>
      <w:r>
        <w:t>تو میرے ذہن میں ایک اور بات آتی ہے۔ یہاں پر ایک بات میں یہ عرض کر دوں کہ قرآن کو سمجھنے کے لیے یہ کافی نہیں ہے کہ آپ ایویجٹ ریفرنس کو جان لیں۔</w:t>
      </w:r>
    </w:p>
    <w:p>
      <w:r>
        <w:rPr>
          <w:b/>
        </w:rPr>
        <w:t xml:space="preserve">[03:01] </w:t>
      </w:r>
      <w:r>
        <w:t>yani fori taur par jo depth hai us ko jaan lein. yeh har giz kafi nahi hai.</w:t>
      </w:r>
    </w:p>
    <w:p>
      <w:pPr>
        <w:jc w:val="right"/>
      </w:pPr>
      <w:r>
        <w:t>یعنی فوری طور پر جو ڈیپتھ ہے اس کو جان لیں۔ یہ ہرگز کافی نہیں ہے۔</w:t>
      </w:r>
    </w:p>
    <w:p>
      <w:r>
        <w:rPr>
          <w:b/>
        </w:rPr>
        <w:t xml:space="preserve">[03:10] </w:t>
      </w:r>
      <w:r>
        <w:t>yani is ayat ke aage, is ayat ke peeche fori taur par kya hai, is ka jaanna har giz kafi nahi hai. kyunke quran ka dekhiye usool hai ke is mein agar baat</w:t>
      </w:r>
    </w:p>
    <w:p>
      <w:pPr>
        <w:jc w:val="right"/>
      </w:pPr>
      <w:r>
        <w:t>یعنی اس آیت کے آگے، اس آیت کے پیچھے فوری طور پر کیا ہے، اس کا جاننا ہرگز کافی نہیں ہے۔ کیونکہ قرآن کا دیکھیں اصول ہے کہ اس میں اگر بات</w:t>
      </w:r>
    </w:p>
    <w:p>
      <w:r>
        <w:rPr>
          <w:b/>
        </w:rPr>
        <w:t xml:space="preserve">[03:26] </w:t>
      </w:r>
      <w:r>
        <w:t>yani story jaisi ho, jis tarah doosre ka qissa, to is mein to silsila war ho sakta hai. lekin jab koi hikmat ho, koi wisdom ho, to wahan silsila war nahi hota hai.</w:t>
      </w:r>
    </w:p>
    <w:p>
      <w:pPr>
        <w:jc w:val="right"/>
      </w:pPr>
      <w:r>
        <w:t>یعنی سٹوری جیسی ہو، جس طرح دوسرے کا قصہ، تو اس میں تو سلسلہ وار ہو سکتا ہے۔ لیکن جب کوئی حکمت ہو، کوئی وزڈم ہو، تو وہاں سلسلہ وار نہیں ہوتا ہے۔</w:t>
      </w:r>
    </w:p>
    <w:p>
      <w:r>
        <w:rPr>
          <w:b/>
        </w:rPr>
        <w:t xml:space="preserve">[03:39] </w:t>
      </w:r>
      <w:r>
        <w:t>wahan par yeh hota hai ke koi hissa aik jagah to koi doosra hissa doosri jagah. yani fragmentary method.</w:t>
      </w:r>
    </w:p>
    <w:p>
      <w:pPr>
        <w:jc w:val="right"/>
      </w:pPr>
      <w:r>
        <w:t>وہاں پر یہ ہوتا ہے کہ کوئی حصہ ایک جگہ تو کوئی دوسرا حصہ دوسری جگہ۔ یعنی فریگمنٹری میتھڈ۔</w:t>
      </w:r>
    </w:p>
    <w:p>
      <w:r>
        <w:rPr>
          <w:b/>
        </w:rPr>
        <w:t xml:space="preserve">[03:53] </w:t>
      </w:r>
      <w:r>
        <w:t>aise muamle mein quran fragmentary method istemal karta hai. to aap ko is usool ko jaanna chahiye. maslan dekhiye, surah baqarah mein yeh jo ayaten hain,</w:t>
      </w:r>
    </w:p>
    <w:p>
      <w:pPr>
        <w:jc w:val="right"/>
      </w:pPr>
      <w:r>
        <w:t>ایسے معاملے میں قرآن فریگمنٹری میتھڈ استعمال کرتا ہے۔ تو آپ کو اس اصول کو جاننا چاہیے۔ مثلاً دیکھیے، سورہ بقرہ میں یہ جو آیتیں ہیں،</w:t>
      </w:r>
    </w:p>
    <w:p>
      <w:r>
        <w:rPr>
          <w:b/>
        </w:rPr>
        <w:t xml:space="preserve">[04:08] </w:t>
      </w:r>
      <w:r>
        <w:t>to is mein yahood ka yeh mazammat nikalti hai. to yahood ke mazammat se logon ke mein yeh zehen bana hai ke yahood bohat kharab log hain.</w:t>
      </w:r>
    </w:p>
    <w:p>
      <w:pPr>
        <w:jc w:val="right"/>
      </w:pPr>
      <w:r>
        <w:t>تو اس میں یہود کا یہ مذمت نکلتی ہے۔ تو یہود کے مذمت سے لوگوں کے میں یہ ذہن بنا ہے کہ یہود بہت خراب لوگ ہیں۔</w:t>
      </w:r>
    </w:p>
    <w:p>
      <w:r>
        <w:rPr>
          <w:b/>
        </w:rPr>
        <w:t xml:space="preserve">[04:23] </w:t>
      </w:r>
      <w:r>
        <w:t>bas sari dunya ke musalman aik hi baat jante hain ke yahoodi bohat kharab log hain. lekin yeh bilkul galat hai, saat feesad galat hai. quran se is ka koi talluq nahi hai.</w:t>
      </w:r>
    </w:p>
    <w:p>
      <w:pPr>
        <w:jc w:val="right"/>
      </w:pPr>
      <w:r>
        <w:t>بس ساری دنیا کے مسلمان ایک ہی بات جانتے ہیں کہ یہودی بہت خراب لوگ ہیں۔ لیکن یہ بالکل غلط ہے، سات فیصد غلط ہے۔ قرآن سے اس کا کوئی تعلق نہیں ہے۔</w:t>
      </w:r>
    </w:p>
    <w:p>
      <w:r>
        <w:rPr>
          <w:b/>
        </w:rPr>
        <w:t xml:space="preserve">[04:35] </w:t>
      </w:r>
      <w:r>
        <w:t>quran se is ka koi talluq nahi hai. kyunke jo haqeeqat hai, us haqeeqat ka aik hissa yahan banwa hai, doosra hissa doosri jagah banwa hai.</w:t>
      </w:r>
    </w:p>
    <w:p>
      <w:pPr>
        <w:jc w:val="right"/>
      </w:pPr>
      <w:r>
        <w:t>قرآن سے اس کا کوئی تعلق نہیں ہے۔ کیونکہ جو حقیقت ہے، اس حقیقت کا ایک حصہ یہاں بانوا ہے، دوسرا حصہ دوسری جگہ بانوا ہے۔</w:t>
      </w:r>
    </w:p>
    <w:p>
      <w:r>
        <w:rPr>
          <w:b/>
        </w:rPr>
        <w:t xml:space="preserve">[04:49] </w:t>
      </w:r>
      <w:r>
        <w:t>woh ayat aap parhiye, is mein ke woh</w:t>
      </w:r>
    </w:p>
    <w:p>
      <w:pPr>
        <w:jc w:val="right"/>
      </w:pPr>
      <w:r>
        <w:t>وہ آیت آپ پڑھیے، اس میں کہ وہ</w:t>
      </w:r>
    </w:p>
    <w:p>
      <w:r>
        <w:rPr>
          <w:b/>
        </w:rPr>
        <w:t xml:space="preserve">[04:57] </w:t>
      </w:r>
      <w:r>
        <w:t>woh jo hai</w:t>
      </w:r>
    </w:p>
    <w:p>
      <w:pPr>
        <w:jc w:val="right"/>
      </w:pPr>
      <w:r>
        <w:t>وہ جو ہے</w:t>
      </w:r>
    </w:p>
    <w:p>
      <w:r>
        <w:rPr>
          <w:b/>
        </w:rPr>
        <w:t xml:space="preserve">[05:05] </w:t>
      </w:r>
      <w:r>
        <w:t>"alam ta'lam annallaha yuhyi al-ard ba'da mawtihā" is ko parhiye, do ayaten.</w:t>
      </w:r>
    </w:p>
    <w:p>
      <w:pPr>
        <w:jc w:val="right"/>
      </w:pPr>
      <w:r>
        <w:t>"الم تعلم ان اللہ یولی الموت" اس کو پڑھیے، دو آیتیں۔</w:t>
      </w:r>
    </w:p>
    <w:p>
      <w:r>
        <w:rPr>
          <w:b/>
        </w:rPr>
        <w:t xml:space="preserve">[05:15] </w:t>
      </w:r>
      <w:r>
        <w:t>alam yanni alladhina amanu antakhsh qulubuhum lidhikrillah wama nazala min al-haqq. wala yakunu alladhina utu al-kitaba min qablu fatala alayhimu al-amadu fa qasut qulubuhum wakathirun minhum fasiqon.</w:t>
      </w:r>
    </w:p>
    <w:p>
      <w:pPr>
        <w:jc w:val="right"/>
      </w:pPr>
      <w:r>
        <w:t>الم یعنی الذین آمنوا انتخش قلوبہم لذکر اللہ وما نسل من الحق۔ ولا یکون الذین اوتوا الکتاب من قبل فتال علیہم الامد فقصد قلوبہم وکثیر منہم فاسقون۔</w:t>
      </w:r>
    </w:p>
    <w:p>
      <w:r>
        <w:rPr>
          <w:b/>
        </w:rPr>
        <w:t xml:space="preserve">[05:29] </w:t>
      </w:r>
      <w:r>
        <w:t>i'lamu annallaha yuhyi al-arda ba'da mawtihā qad bayyana lakum al-ayata la'allakum</w:t>
      </w:r>
    </w:p>
    <w:p>
      <w:pPr>
        <w:jc w:val="right"/>
      </w:pPr>
      <w:r>
        <w:t>اعلموا ان اللہ یحیی الارض بعد موتہ قد بینا لکم الایات لعلكم</w:t>
      </w:r>
    </w:p>
    <w:p>
      <w:r>
        <w:rPr>
          <w:b/>
        </w:rPr>
        <w:t xml:space="preserve">[05:35] </w:t>
      </w:r>
      <w:r>
        <w:t>ta'qilun. dekhiye, in ayaton par ghor kijiye. aik taraf to quran ke bare mein yahan aur doosri jagah yeh bataya gaya hai ke bohat taza qasawat aa gayi hai un ke andar.</w:t>
      </w:r>
    </w:p>
    <w:p>
      <w:pPr>
        <w:jc w:val="right"/>
      </w:pPr>
      <w:r>
        <w:t>تعقلون۔ دیکھیے، ان آیتوں پر غور کیجئے۔ ایک طرف تو قرآن کے بارے میں یہاں اور دوسری جگہ یہ بتایا گیا ہے کہ بہت تازہ قساوت آ گئی ہے ان کے اندر۔</w:t>
      </w:r>
    </w:p>
    <w:p>
      <w:r>
        <w:rPr>
          <w:b/>
        </w:rPr>
        <w:t xml:space="preserve">[05:48] </w:t>
      </w:r>
      <w:r>
        <w:t>qasawat</w:t>
      </w:r>
    </w:p>
    <w:p>
      <w:pPr>
        <w:jc w:val="right"/>
      </w:pPr>
      <w:r>
        <w:t>قساوت</w:t>
      </w:r>
    </w:p>
    <w:p>
      <w:r>
        <w:rPr>
          <w:b/>
        </w:rPr>
        <w:t xml:space="preserve">[05:52] </w:t>
      </w:r>
      <w:r>
        <w:t>sakht tabiy ki gayi hai ke tumhari taraf qasawat aa gayi hai. aur yahan par dekhiye ke qasawat ke baad koi halat bani hui hai.</w:t>
      </w:r>
    </w:p>
    <w:p>
      <w:pPr>
        <w:jc w:val="right"/>
      </w:pPr>
      <w:r>
        <w:t>سخت تبی کی گئی ہے کہ تمہاری طرف قساوت آ گئی ہے۔ اور یہاں پر دیکھیے کہ قساوت کے بعد کوئی حالت بانی ہوئی ہے۔</w:t>
      </w:r>
    </w:p>
    <w:p>
      <w:r>
        <w:rPr>
          <w:b/>
        </w:rPr>
        <w:t xml:space="preserve">[06:03] </w:t>
      </w:r>
      <w:r>
        <w:t>phir se parhiye.</w:t>
      </w:r>
    </w:p>
    <w:p>
      <w:pPr>
        <w:jc w:val="right"/>
      </w:pPr>
      <w:r>
        <w:t>پھر سے پڑھیے۔</w:t>
      </w:r>
    </w:p>
    <w:p>
      <w:r>
        <w:rPr>
          <w:b/>
        </w:rPr>
        <w:t xml:space="preserve">[06:05] </w:t>
      </w:r>
      <w:r>
        <w:t>alam yanni alladhina amanu antakhsh qulubuhum lidhikrillah wama nazala min al-haqq. wala yakunu alladhina utu al-kitaba min qablu fatala alayhimu al-amadu fa qasut qulubuhum wakathirun minhum fasiqon.</w:t>
      </w:r>
    </w:p>
    <w:p>
      <w:pPr>
        <w:jc w:val="right"/>
      </w:pPr>
      <w:r>
        <w:t>الم یعنی الذین آمنوا انتخش قلوبہم لذکر اللہ وما نزر من الحق۔ ولا یکون الذین اوتوا الکتاب من قبل فتال علیہم الامد فقصد قلوبہم وکثیر منہم فاسقون۔</w:t>
      </w:r>
    </w:p>
    <w:p>
      <w:r>
        <w:rPr>
          <w:b/>
        </w:rPr>
        <w:t xml:space="preserve">[06:19] </w:t>
      </w:r>
      <w:r>
        <w:t>haan, dekhiye, yahan jo hai yeh qasaawat ke baad ki halat hai. woh yeh hai ke qaumon mein bigaad aata hai.</w:t>
      </w:r>
    </w:p>
    <w:p>
      <w:pPr>
        <w:jc w:val="right"/>
      </w:pPr>
      <w:r>
        <w:t>ہاں، دیکھیے، یہاں جو ہے یہ قساوت کے بعد کی حالت ہے۔ وہ یہ ہے کہ قوموں میں بگاڑ آتا ہے۔</w:t>
      </w:r>
    </w:p>
    <w:p>
      <w:r>
        <w:rPr>
          <w:b/>
        </w:rPr>
        <w:t xml:space="preserve">[06:30] </w:t>
      </w:r>
      <w:r>
        <w:t>har qaum mein, kisi ek qaum mein nahin.</w:t>
      </w:r>
    </w:p>
    <w:p>
      <w:pPr>
        <w:jc w:val="right"/>
      </w:pPr>
      <w:r>
        <w:t>ہر قوم میں، کسی ایک قوم میں نہیں۔</w:t>
      </w:r>
    </w:p>
    <w:p>
      <w:r>
        <w:rPr>
          <w:b/>
        </w:rPr>
        <w:t xml:space="preserve">[06:35] </w:t>
      </w:r>
      <w:r>
        <w:t>yani bigaad asal kya hota hai? qasaawat, be haisi. to qasaawat aane ke baad</w:t>
      </w:r>
    </w:p>
    <w:p>
      <w:pPr>
        <w:jc w:val="right"/>
      </w:pPr>
      <w:r>
        <w:t>یعنی بگاڑ اصل کیا ہوتا ہے؟ قساوت، بے حیسی۔ تو قساوت آنے کے بعد</w:t>
      </w:r>
    </w:p>
    <w:p>
      <w:r>
        <w:rPr>
          <w:b/>
        </w:rPr>
        <w:t xml:space="preserve">[06:48] </w:t>
      </w:r>
      <w:r>
        <w:t>phir maslay uthte hain, halaat paida hote hain, un ke andar rethinking aati hai, un ki islaah hoti hai.</w:t>
      </w:r>
    </w:p>
    <w:p>
      <w:pPr>
        <w:jc w:val="right"/>
      </w:pPr>
      <w:r>
        <w:t>پھر مسئلے اٹھتے ہیں، حالات پیدا ہوتے ہیں، ان کے اندر ری تھنکنگ آتی ہے، ان کی اصلاح ہوتی ہے۔</w:t>
      </w:r>
    </w:p>
    <w:p>
      <w:r>
        <w:rPr>
          <w:b/>
        </w:rPr>
        <w:t xml:space="preserve">[07:00] </w:t>
      </w:r>
      <w:r>
        <w:t>to qasaawat qaumon ki tareekh mein aakhri baat nahin hai. qasaawat ke baad bhi ek baat hai, aur woh hai rawai hona.</w:t>
      </w:r>
    </w:p>
    <w:p>
      <w:pPr>
        <w:jc w:val="right"/>
      </w:pPr>
      <w:r>
        <w:t>تو قساوت قوموں کی تاریخ میں آخری بات نہیں ہے۔ قساوت کے بعد بھی ایک بات ہے، اور وہ ہے روائی ہونا۔</w:t>
      </w:r>
    </w:p>
    <w:p>
      <w:r>
        <w:rPr>
          <w:b/>
        </w:rPr>
        <w:t xml:space="preserve">[07:15] </w:t>
      </w:r>
      <w:r>
        <w:t>chunaanche yahan misaal di gayi hai baarish ki ke dekho, zameen sookh jaati hai, phir baarish hoti hai.</w:t>
      </w:r>
    </w:p>
    <w:p>
      <w:pPr>
        <w:jc w:val="right"/>
      </w:pPr>
      <w:r>
        <w:t>چنانچہ یہاں مثال دی گئی ہے بارش کی کہ دیکھو، زمین سوکھ جاتی ہے، پھر بارش ہوتی ہے۔</w:t>
      </w:r>
    </w:p>
    <w:p>
      <w:r>
        <w:rPr>
          <w:b/>
        </w:rPr>
        <w:t xml:space="preserve">[07:24] </w:t>
      </w:r>
      <w:r>
        <w:t>to is zameen mein, woh zameen fertile ho jaati hai, is mein sabza ugta hai, is mein kheti laala uthti hai.</w:t>
      </w:r>
    </w:p>
    <w:p>
      <w:pPr>
        <w:jc w:val="right"/>
      </w:pPr>
      <w:r>
        <w:t>تو اس زمین میں، وہ زمین فرٹائل ہو جاتی ہے، اس میں سبزہ اگتا ہے، اس میں کھیتی لالہ اٹھتی ہے۔</w:t>
      </w:r>
    </w:p>
    <w:p>
      <w:r>
        <w:rPr>
          <w:b/>
        </w:rPr>
        <w:t xml:space="preserve">[07:36] </w:t>
      </w:r>
      <w:r>
        <w:t>to yeh jo hai rebirth, yeh usool sirf zameen ka nahin hai, yeh insaan ka bhi hai.</w:t>
      </w:r>
    </w:p>
    <w:p>
      <w:pPr>
        <w:jc w:val="right"/>
      </w:pPr>
      <w:r>
        <w:t>تو یہ جو ہے ری برتھ، یہ اصول صرف زمین کا نہیں ہے، یہ انسان کا بھی ہے۔</w:t>
      </w:r>
    </w:p>
    <w:p>
      <w:r>
        <w:rPr>
          <w:b/>
        </w:rPr>
        <w:t xml:space="preserve">[07:46] </w:t>
      </w:r>
      <w:r>
        <w:t>is aayat mein bataya gaya hai ke jis tarah zameen mein rebirth hota hai, phir se zameen zinda hoti hai, phir se is mein fasal ugti hai.</w:t>
      </w:r>
    </w:p>
    <w:p>
      <w:pPr>
        <w:jc w:val="right"/>
      </w:pPr>
      <w:r>
        <w:t>اس آیت میں بتایا گیا ہے کہ جس طرح زمین میں ری برتھ ہوتا ہے، پھر سے زمین زندہ ہوتی ہے، پھر سے اس میں فصل اگتی ہے۔</w:t>
      </w:r>
    </w:p>
    <w:p>
      <w:r>
        <w:rPr>
          <w:b/>
        </w:rPr>
        <w:t xml:space="preserve">[07:59] </w:t>
      </w:r>
      <w:r>
        <w:t>aise hi qaumon mein hota hai, qaumein qasaawat aa jaati hai, bigaad aa jaata hai, phir aise asbaab paida hote hain ke un ke andar revival hota hai.</w:t>
      </w:r>
    </w:p>
    <w:p>
      <w:pPr>
        <w:jc w:val="right"/>
      </w:pPr>
      <w:r>
        <w:t>ایسے ہی قوموں میں ہوتا ہے، قومیں قساوت آ جاتی ہے، بگاڑ آ جاتا ہے، پھر ایسے اسباب پیدا ہوتے ہیں کہ ان کے اندر ریوائیول ہوتا ہے۔</w:t>
      </w:r>
    </w:p>
    <w:p>
      <w:r>
        <w:rPr>
          <w:b/>
        </w:rPr>
        <w:t xml:space="preserve">[08:12] </w:t>
      </w:r>
      <w:r>
        <w:t>revival, aur un ke ek nayi zindagi paida hoti hai. to quran mein jo yahood ki tareekh bayan ki gayi hai, us ko samajhna mein mein jahan tak baja aata hoon, galat tafseel le rakha hai.</w:t>
      </w:r>
    </w:p>
    <w:p>
      <w:pPr>
        <w:jc w:val="right"/>
      </w:pPr>
      <w:r>
        <w:t>ریوائیول، اور ان کے ایک نئی زندگی پیدا ہوتی ہے۔ تو قرآن میں جو یہود کی تاریخ بیان کی گئی ہے، اس کو سمجھنا میں میں جہاں تک بجا آتا ہوں، غلط تفصیل لے رکھا ہے۔</w:t>
      </w:r>
    </w:p>
    <w:p>
      <w:r>
        <w:rPr>
          <w:b/>
        </w:rPr>
        <w:t xml:space="preserve">[08:29] </w:t>
      </w:r>
      <w:r>
        <w:t>yani ek aayat padhte hain, doosri aayat nahin padhte. ek baat surah baqarah mein hai, doosri baat surah hadeed mein hai. yani same formula apply hota hai insaan ke upar ke jis tarah baarish se qaumon mein, woh zameen mein phir se fertility aati hai,</w:t>
      </w:r>
    </w:p>
    <w:p>
      <w:pPr>
        <w:jc w:val="right"/>
      </w:pPr>
      <w:r>
        <w:t>یعنی ایک آیت پڑھتے ہیں، دوسری آیت نہیں پڑھتے۔ ایک بات سورہ بقرہ میں ہے، دوسری بات سورہ الحدید میں ہے۔ یعنی سیم فارمولا اپلائی ہوتا ہے انسان کے اوپر کہ جس طرح بارش سے قوموں میں، وہ زمین میں پھر سے فرٹیلٹی آتی ہے،</w:t>
      </w:r>
    </w:p>
    <w:p>
      <w:r>
        <w:rPr>
          <w:b/>
        </w:rPr>
        <w:t xml:space="preserve">[08:58] </w:t>
      </w:r>
      <w:r>
        <w:t>aise hi qaumon mein halaat badalne se, aur halaat badalne se phir se zindagi aati hai, phir se zindagi aati hai.</w:t>
      </w:r>
    </w:p>
    <w:p>
      <w:pPr>
        <w:jc w:val="right"/>
      </w:pPr>
      <w:r>
        <w:t>ایسے ہی قوموں میں حالات بدلنے سے، اور حالات بدلنے سے پھر سے زندگی آتی ہے، پھر سے زندگی آتی ہے۔</w:t>
      </w:r>
    </w:p>
    <w:p>
      <w:r>
        <w:rPr>
          <w:b/>
        </w:rPr>
        <w:t xml:space="preserve">[09:11] </w:t>
      </w:r>
      <w:r>
        <w:t>yeh us ko samjho. to maine dekh, yeh phir se zindagi laane ke liye Allah taala ne poori tareekh mein ek amal jaari kar rakha hai, aur woh hai yani</w:t>
      </w:r>
    </w:p>
    <w:p>
      <w:pPr>
        <w:jc w:val="right"/>
      </w:pPr>
      <w:r>
        <w:t>یہ اس کو سمجھو۔ تو میں نے دیکھ، یہ پھر سے زندگی لانے کے لیے اللہ تعالی نے پوری تاریخ میں ایک عمل جاری کر رکھا ہے، اور وہ ہے یعنی</w:t>
      </w:r>
    </w:p>
    <w:p>
      <w:r>
        <w:rPr>
          <w:b/>
        </w:rPr>
        <w:t xml:space="preserve">[09:28] </w:t>
      </w:r>
      <w:r>
        <w:t>uchhal phisal paida karna qaumon mein. is ka sab se pehla jo pehli misaal jo hai, woh hai Hazrat Nuh ka.</w:t>
      </w:r>
    </w:p>
    <w:p>
      <w:pPr>
        <w:jc w:val="right"/>
      </w:pPr>
      <w:r>
        <w:t>اچھل پھسل پیدا کرنا قوموں میں۔ اس کا سب سے پہلا جو پہلی مثال جو ہے، وہ ہے حضرت نوح کا۔</w:t>
      </w:r>
    </w:p>
    <w:p>
      <w:r>
        <w:rPr>
          <w:b/>
        </w:rPr>
        <w:t xml:space="preserve">[09:39] </w:t>
      </w:r>
      <w:r>
        <w:t>Hazrat Nuh ka toofan. log samajhte hain ke koi toofan, koi ek hi baat jaante hain ke azaab, azaab, azaab.</w:t>
      </w:r>
    </w:p>
    <w:p>
      <w:pPr>
        <w:jc w:val="right"/>
      </w:pPr>
      <w:r>
        <w:t>حضرت نوح کا طوفان۔ لوگ سمجھتے ہیں کہ کوئی طوفان، کوئی ایک ہی بات جانتے ہیں کہ عذاب، عذاب، عذاب۔</w:t>
      </w:r>
    </w:p>
    <w:p>
      <w:r>
        <w:rPr>
          <w:b/>
        </w:rPr>
        <w:t xml:space="preserve">[09:50] </w:t>
      </w:r>
      <w:r>
        <w:t>bas isi itna hi jaante hain. nahin, Allah taala ke har kaam mein koi koi maslehat hoti hai. to toofan Nuh jo tha, woh sirf azaab nahin tha,</w:t>
      </w:r>
    </w:p>
    <w:p>
      <w:pPr>
        <w:jc w:val="right"/>
      </w:pPr>
      <w:r>
        <w:t>بس اسی اتنا ہی جانتے ہیں۔ نہیں، اللہ تعالی کے ہر کام میں کوئی کوئی مصلحت ہوتی ہے۔ تو طوفان نوح جو تھا، وہ صرف عذاب نہیں تھا،</w:t>
      </w:r>
    </w:p>
    <w:p>
      <w:r>
        <w:rPr>
          <w:b/>
        </w:rPr>
        <w:t xml:space="preserve">[10:03] </w:t>
      </w:r>
      <w:r>
        <w:t>woh Allah taala ka yani jo jo qaumon ko revival ka karte hue tareeqa hai, us ko apply karna tha. chunaanche dekhiye, toofan Nuh mein kya hua?</w:t>
      </w:r>
    </w:p>
    <w:p>
      <w:pPr>
        <w:jc w:val="right"/>
      </w:pPr>
      <w:r>
        <w:t>وہ اللہ تعالی کا یعنی جو جو قوموں کو ریوائیول کا کرتے ہوئے طریقہ ہے، اس کو اپلائی کرنا تھا۔ چنانچہ دیکھیے، طوفان نوح میں کیا ہوا؟</w:t>
      </w:r>
    </w:p>
    <w:p>
      <w:r>
        <w:rPr>
          <w:b/>
        </w:rPr>
        <w:t xml:space="preserve">[10:18] </w:t>
      </w:r>
      <w:r>
        <w:t>us waqt jo tak jo aabadi thi, woh sab ki sab Iraq ke is ilaaqe mein rehti thi jo kehte hain Misr Patakhiyan, yani Dajla aur Furaat ke darmiyan.</w:t>
      </w:r>
    </w:p>
    <w:p>
      <w:pPr>
        <w:jc w:val="right"/>
      </w:pPr>
      <w:r>
        <w:t>اس وقت جو تک جو آبادی تھی، وہ سب کی سب عراق کے اس علاقے میں رہتی تھی جو کہتے ہیں مصر پٹاخیاں، یعنی دجلہ اور فرات کے درمیان۔</w:t>
      </w:r>
    </w:p>
    <w:p>
      <w:r>
        <w:rPr>
          <w:b/>
        </w:rPr>
        <w:t xml:space="preserve">[10:32] </w:t>
      </w:r>
      <w:r>
        <w:t>Dajla aur Furaat dono daryayein hain. to Dajla aur Furaat ke darmiyan ka jo ilaaqa tha, us ko kehte thay Misr Patakhiyan.</w:t>
      </w:r>
    </w:p>
    <w:p>
      <w:pPr>
        <w:jc w:val="right"/>
      </w:pPr>
      <w:r>
        <w:t>دجلہ اور فرات دونوں دریائیں ہیں۔ تو دجلہ اور فرات کے درمیان کا جو علاقہ تھا، اس کو کہتے تھے مصر پٹاخیاں۔</w:t>
      </w:r>
    </w:p>
    <w:p>
      <w:r>
        <w:rPr>
          <w:b/>
        </w:rPr>
        <w:t xml:space="preserve">[10:42] </w:t>
      </w:r>
      <w:r>
        <w:t>us waqt ki insani aabadi is ilaaqe mein thi. to Allah taala ne flood ka process chalaya, yani bohat bara sailab aaya.</w:t>
      </w:r>
    </w:p>
    <w:p>
      <w:pPr>
        <w:jc w:val="right"/>
      </w:pPr>
      <w:r>
        <w:t>اس وقت کی انسانی آبادی اس علاقے میں تھی۔ تو اللہ تعالی نے فلوڈ کا پراسیس چلایا، یعنی بہت بڑا سیلاب آیا۔</w:t>
      </w:r>
    </w:p>
    <w:p>
      <w:r>
        <w:rPr>
          <w:b/>
        </w:rPr>
        <w:t xml:space="preserve">[10:56] </w:t>
      </w:r>
      <w:r>
        <w:t>log kashtiyon par sawaar ho kar ke wahan se muntakil kar diye gaye. to ab dekhen, kahan gaye woh? woh gaye Turkey ki sarhad par, aur Ararat pahaad ke naani ke utar utaar diye gaye,</w:t>
      </w:r>
    </w:p>
    <w:p>
      <w:pPr>
        <w:jc w:val="right"/>
      </w:pPr>
      <w:r>
        <w:t>لوگ کشتیوں پر سوار ہو کر کے وہاں سے منتقل کر دیے گئے۔ تو اب دیکھیں، کہاں گئے وہ؟ وہ گئے ترکی کی سرحد پر، اور ارارات پہاڑ کے نانی کے اتر اتار دیے گئے،</w:t>
      </w:r>
    </w:p>
    <w:p>
      <w:r>
        <w:rPr>
          <w:b/>
        </w:rPr>
        <w:t xml:space="preserve">[11:14] </w:t>
      </w:r>
      <w:r>
        <w:t>yani Europe ke kinare.</w:t>
      </w:r>
    </w:p>
    <w:p>
      <w:pPr>
        <w:jc w:val="right"/>
      </w:pPr>
      <w:r>
        <w:t>یعنی یورپ کے کنارے۔</w:t>
      </w:r>
    </w:p>
    <w:p>
      <w:r>
        <w:rPr>
          <w:b/>
        </w:rPr>
        <w:t xml:space="preserve">[11:19] </w:t>
      </w:r>
      <w:r>
        <w:t>Europe ke kinare. to jo insaniyat confined ho gayi thi is ilaaqe mein, jis ko Misr Patakhiyan kehte thay,</w:t>
      </w:r>
    </w:p>
    <w:p>
      <w:pPr>
        <w:jc w:val="right"/>
      </w:pPr>
      <w:r>
        <w:t>یورپ کے کنارے۔ تو جو انسانیت کنفائن ہو گئی تھی اس علاقے میں، جس کو مصر پٹاخیاں کہتے تھے،</w:t>
      </w:r>
    </w:p>
    <w:p>
      <w:r>
        <w:rPr>
          <w:b/>
        </w:rPr>
        <w:t xml:space="preserve">[11:32] </w:t>
      </w:r>
      <w:r>
        <w:t>us ko wahan se nikaal kar le gaye Europe ki sarhad par. aur baaz muhqqiqeen ne likha hai ke yahi woh log hain jo jis se Western Europe bana, aur jin se Western civilization aayi, aur jin se yani White Race develop hui.</w:t>
      </w:r>
    </w:p>
    <w:p>
      <w:pPr>
        <w:jc w:val="right"/>
      </w:pPr>
      <w:r>
        <w:t>اس کو وہاں سے نکال کر لے گئے یورپ کی سرحد پر۔ اور بعض محققین نے لکھا ہے کہ یہی وہ لوگ ہیں جو جس سے ویسٹرن یورپ بنا، اور جن سے ویسٹرن سولائزیشن آئی، اور جن سے یعنی وائٹ ریس ڈیولپ ہوئی۔</w:t>
      </w:r>
    </w:p>
    <w:p>
      <w:r>
        <w:rPr>
          <w:b/>
        </w:rPr>
        <w:t xml:space="preserve">[11:55] </w:t>
      </w:r>
      <w:r>
        <w:t>to kiya yeh yeh agar yeh kehna hai ke azab, azab, azab to aap ne ek rukh ko dekha, doosre rukh ko nahi dekha. woh tha is ek bohat hi fertile qaum thi, woh jo daway mein thi,</w:t>
      </w:r>
    </w:p>
    <w:p>
      <w:pPr>
        <w:jc w:val="right"/>
      </w:pPr>
      <w:r>
        <w:t>تو کیا یہ یہ اگر یہ کہنا ہے کہ عذاب، عذاب، عذاب تو آپ نے ایک رخ کو دیکھا، دوسرے رخ کو نہیں دیکھا۔ وہ تھا اس ایک بہت ہی فرٹائل قوم تھی، وہ جو دعویٰ میں تھی،</w:t>
      </w:r>
    </w:p>
    <w:p>
      <w:r>
        <w:rPr>
          <w:b/>
        </w:rPr>
        <w:t xml:space="preserve">[12:13] </w:t>
      </w:r>
      <w:r>
        <w:t>ek bohat hi zinda qaum thi, woh lekin pad gayi thi ghalati mein. is ko is ko utha kar le gaye, wahan par daal diya</w:t>
      </w:r>
    </w:p>
    <w:p>
      <w:pPr>
        <w:jc w:val="right"/>
      </w:pPr>
      <w:r>
        <w:t>ایک بہت ہی زندہ قوم تھی، وہ لیکن پڑ گئی تھی غلطی میں۔ اس کو اس کو اٹھا کر لے گئے، وہاں پر ڈال دیا</w:t>
      </w:r>
    </w:p>
    <w:p>
      <w:r>
        <w:rPr>
          <w:b/>
        </w:rPr>
        <w:t xml:space="preserve">[12:25] </w:t>
      </w:r>
      <w:r>
        <w:t>turki ke pahaar ararat par, jo ke sar europe ki sarhad par tha. to ek nayi qaum banana, is qaum se naya kaam lena, yeh wohi sahi amal tha jis tarah ke arab mein hua.</w:t>
      </w:r>
    </w:p>
    <w:p>
      <w:pPr>
        <w:jc w:val="right"/>
      </w:pPr>
      <w:r>
        <w:t>ترکی کے پہاڑ ارارات پر، جو کہ سر یورپ کی سرحد پر تھا۔ تو ایک نئی قوم بنانا، اس قوم سے نیا کام لینا، یہ وہی صحیح عمل تھا جس طرح کہ عرب میں ہوا۔</w:t>
      </w:r>
    </w:p>
    <w:p>
      <w:r>
        <w:rPr>
          <w:b/>
        </w:rPr>
        <w:t xml:space="preserve">[12:42] </w:t>
      </w:r>
      <w:r>
        <w:t>hazrat ibrahim ne apne bachon ko la kar ke iraq se la kar ke basa diya, yani makkah mein.</w:t>
      </w:r>
    </w:p>
    <w:p>
      <w:pPr>
        <w:jc w:val="right"/>
      </w:pPr>
      <w:r>
        <w:t>حضرت ابراہیم نے اپنے بچوں کو لا کر کے عراق سے لا کر کے بسا دیا، یعنی مکہ میں۔</w:t>
      </w:r>
    </w:p>
    <w:p>
      <w:r>
        <w:rPr>
          <w:b/>
        </w:rPr>
        <w:t xml:space="preserve">[12:52] </w:t>
      </w:r>
      <w:r>
        <w:t>to woh tha desert therapy,</w:t>
      </w:r>
    </w:p>
    <w:p>
      <w:pPr>
        <w:jc w:val="right"/>
      </w:pPr>
      <w:r>
        <w:t>تو وہ تھا ڈیزرٹ تھیراپی،</w:t>
      </w:r>
    </w:p>
    <w:p>
      <w:r>
        <w:rPr>
          <w:b/>
        </w:rPr>
        <w:t xml:space="preserve">[13:01] </w:t>
      </w:r>
      <w:r>
        <w:t>aur yeh jo tha, yeh tha flood therapy. hazrat ibrahim ke sath jo muamla hua ke hajra aur ismail iraq se nikle, aur aage base makkah ke pas desert mein, to that was desert therapy.</w:t>
      </w:r>
    </w:p>
    <w:p>
      <w:pPr>
        <w:jc w:val="right"/>
      </w:pPr>
      <w:r>
        <w:t>اور یہ جو تھا، یہ تھا فلوڈ تھیراپی۔ حضرت ابراہیم کے ساتھ جو معاملہ ہوا کہ ہاجرہ اور اسماعیل عراق سے نکلے، اور آگے بسے مکہ کے پاس ڈیزرٹ میں، تو دیٹ واز ڈیزرٹ تھیراپی۔</w:t>
      </w:r>
    </w:p>
    <w:p>
      <w:r>
        <w:rPr>
          <w:b/>
        </w:rPr>
        <w:t xml:space="preserve">[13:19] </w:t>
      </w:r>
      <w:r>
        <w:t>aur yeh jo nasl uthai gayi wahan se, aur la kar ararat par basai gayi, that was flood therapy. to yeh yeh yahi muamla hua yahood ke sath.</w:t>
      </w:r>
    </w:p>
    <w:p>
      <w:pPr>
        <w:jc w:val="right"/>
      </w:pPr>
      <w:r>
        <w:t>اور یہ جو نسل اٹھائی گئی وہاں سے، اور لا کر ارارات پر بسائی گئی، دیٹ واز فلوڈ تھیراپی۔ تو یہ یہ یہی معاملہ ہوا یہود کے ساتھ۔</w:t>
      </w:r>
    </w:p>
    <w:p>
      <w:r>
        <w:rPr>
          <w:b/>
        </w:rPr>
        <w:t xml:space="preserve">[13:32] </w:t>
      </w:r>
      <w:r>
        <w:t>yahood ke baad quran mein surah bani israel mein hai ke do bar badshah, yani irani badshah aur babal ke badshah ke zariye un ki hamle ki gayi, un ko nikala gaya.</w:t>
      </w:r>
    </w:p>
    <w:p>
      <w:pPr>
        <w:jc w:val="right"/>
      </w:pPr>
      <w:r>
        <w:t>یہود کے بعد قرآن میں سورہ بنی اسرائیل میں ہے کہ دو بار بادشاہ، یعنی ایرانی بادشاہ اور بابل کے بادشاہ کے ذریعے ان کی حملے کی گئی، ان کو نکالا گیا۔</w:t>
      </w:r>
    </w:p>
    <w:p>
      <w:r>
        <w:rPr>
          <w:b/>
        </w:rPr>
        <w:t xml:space="preserve">[13:45] </w:t>
      </w:r>
      <w:r>
        <w:t>to yahoodi log falasteen ke area se nikle, aur nikal ke jante hain kahan gaye? zyada tar gaye europe mein, developed countries mein.</w:t>
      </w:r>
    </w:p>
    <w:p>
      <w:pPr>
        <w:jc w:val="right"/>
      </w:pPr>
      <w:r>
        <w:t>تو یہودی لوگ فلسطین کے ایریا سے نکلے، اور نکل کے جانتے ہیں کہاں گئے؟ زیادہ تر گئے یورپ میں، ڈیولپ کنٹریز میں۔</w:t>
      </w:r>
    </w:p>
    <w:p>
      <w:r>
        <w:rPr>
          <w:b/>
        </w:rPr>
        <w:t xml:space="preserve">[14:00] </w:t>
      </w:r>
      <w:r>
        <w:t>wahan unhone bohat bohat kuch saha, museebatein sahein, museebatein sehte sehte unhone phir kiya kiya?</w:t>
      </w:r>
    </w:p>
    <w:p>
      <w:pPr>
        <w:jc w:val="right"/>
      </w:pPr>
      <w:r>
        <w:t>وہاں انہوں نے بہت بہت کچھ سہا، مصیبتیں سہیں، مصیبتیں سہتے سہتے انہوں نے پھر کیا کیا؟</w:t>
      </w:r>
    </w:p>
    <w:p>
      <w:r>
        <w:rPr>
          <w:b/>
        </w:rPr>
        <w:t xml:space="preserve">[14:10] </w:t>
      </w:r>
      <w:r>
        <w:t>education mein aaye, woh to western jo education system tha, us mein shamil hue, aur unhone padha, science khaas tor par padhi, aur ek nayi qaum ban gayi.</w:t>
      </w:r>
    </w:p>
    <w:p>
      <w:pPr>
        <w:jc w:val="right"/>
      </w:pPr>
      <w:r>
        <w:t>ایجوکیشن میں آئے، وہ تو ویسٹرن جو ایجوکیشن سسٹم تھا، اس میں شامل ہوئے، اور انہوں نے پڑھا، سائنس خاص طور پر پڑھی، اور ایک نئی قوم بن گئی۔</w:t>
      </w:r>
    </w:p>
    <w:p>
      <w:r>
        <w:rPr>
          <w:b/>
        </w:rPr>
        <w:t xml:space="preserve">[14:24] </w:t>
      </w:r>
      <w:r>
        <w:t>israel ek nayi qaum ban gayi. musalman sirf wohi jante hain jo madine mein kuch log the, unhi unhi yahudiyon ko jante hain.</w:t>
      </w:r>
    </w:p>
    <w:p>
      <w:pPr>
        <w:jc w:val="right"/>
      </w:pPr>
      <w:r>
        <w:t>اسرائیل ایک نئی قوم بن گئی۔ مسلمان صرف وہی جانتے ہیں جو مدینے میں کچھ لوگ تھے، انہی انہی یہودیوں کو جانتے ہیں۔</w:t>
      </w:r>
    </w:p>
    <w:p>
      <w:r>
        <w:rPr>
          <w:b/>
        </w:rPr>
        <w:t xml:space="preserve">[14:34] </w:t>
      </w:r>
      <w:r>
        <w:t>woh yahoodi jo diaspora mein ja kar ka trend hua, aur ek nayi qaum ubhri un ke andar se, woh ek alag qaum thi, alag qaum hai.</w:t>
      </w:r>
    </w:p>
    <w:p>
      <w:pPr>
        <w:jc w:val="right"/>
      </w:pPr>
      <w:r>
        <w:t>وہ یہودی جو جو ڈاسپرا میں جا کر کا ٹرینڈ ہوا، اور ایک نئی قوم ابھری ان کے اندر سے، وہ ایک الگ قوم تھی، الگ قوم ہے۔</w:t>
      </w:r>
    </w:p>
    <w:p>
      <w:r>
        <w:rPr>
          <w:b/>
        </w:rPr>
        <w:t xml:space="preserve">[14:48] </w:t>
      </w:r>
      <w:r>
        <w:t>misal ke taur par dekhiye, aap safar kijiye america ka, aur wahan par aap dekhiye, study kijiye yahoodi school aur yahoodi college ka,</w:t>
      </w:r>
    </w:p>
    <w:p>
      <w:pPr>
        <w:jc w:val="right"/>
      </w:pPr>
      <w:r>
        <w:t>مثلاً دیکھیے، آپ سفر کیجئے امریکہ کا، اور وہاں پر آپ دیکھیے، اسٹڈی کیجئے یہودی اسکول اور یہودی کالج کا،</w:t>
      </w:r>
    </w:p>
    <w:p>
      <w:r>
        <w:rPr>
          <w:b/>
        </w:rPr>
        <w:t xml:space="preserve">[15:03] </w:t>
      </w:r>
      <w:r>
        <w:t>yahoodi school aur yahoodi college ka, aur jo doosre school aur college hain, aap payenge ke yahudiyon ke jo school aur college hain, woh far better hain, kyun ke unhone jo saha tha, un par jo maar padi thi, us se un ke andar ek naya zehan emerge hua, ek nayi baat aayi.</w:t>
      </w:r>
    </w:p>
    <w:p>
      <w:pPr>
        <w:jc w:val="right"/>
      </w:pPr>
      <w:r>
        <w:t>یہودی اسکول اور یہودی کالج کا، اور جو دوسرے اسکول اور کالج ہیں، آپ پائیں گے کہ یہودیوں کے جو اسکول اور کالج ہیں، وہ فار بیٹر ہیں، کیونکہ انہوں نے جو سہا تھا، ان پر جو مار پڑی تھی، اس سے ان کے اندر ایک نیا ذہن ایمرج ہوا، ایک نئی بات آئی۔</w:t>
      </w:r>
    </w:p>
    <w:p>
      <w:r>
        <w:rPr>
          <w:b/>
        </w:rPr>
        <w:t xml:space="preserve">[15:24] </w:t>
      </w:r>
      <w:r>
        <w:t>misal ke taur par dekhiye, main jata hoon kahin to main yeh sab baatein pata pata karta hoon. america mein ek riwayat hai yahudiyon ke darmiyan.</w:t>
      </w:r>
    </w:p>
    <w:p>
      <w:pPr>
        <w:jc w:val="right"/>
      </w:pPr>
      <w:r>
        <w:t>مثلاً دیکھیے، میں جاتا ہوں کہیں تو میں یہ سب باتیں پتہ پتہ کرتا ہوں۔ امریکہ میں ایک روایت ہے یہودیوں کے درمیان۔</w:t>
      </w:r>
    </w:p>
    <w:p>
      <w:r>
        <w:rPr>
          <w:b/>
        </w:rPr>
        <w:t xml:space="preserve">[15:35] </w:t>
      </w:r>
      <w:r>
        <w:t>main ek martaba jo hamare jo sathi the, khwaja kaleemuddin sahib, main ne un se kaha ke chaliye, aap paidal chal ke walk karenge.</w:t>
      </w:r>
    </w:p>
    <w:p>
      <w:pPr>
        <w:jc w:val="right"/>
      </w:pPr>
      <w:r>
        <w:t>میں ایک مرتبہ جو ہمارے جو ساتھی تھے، خواجہ کلیم الدین صاحب، میں نے ان سے کہا کہ چلیے، آپ پیدل چل کے واک کریں گے۔</w:t>
      </w:r>
    </w:p>
    <w:p>
      <w:r>
        <w:rPr>
          <w:b/>
        </w:rPr>
        <w:t xml:space="preserve">[15:46] </w:t>
      </w:r>
      <w:r>
        <w:t>to hum newark ke ek area mein gaye, wahan par yahoodi abad the. wahan par main ne dekha ke bohat hi safai, bohat hi sukoon, bohat hi mukhtalif tha woh area doosre area se.</w:t>
      </w:r>
    </w:p>
    <w:p>
      <w:pPr>
        <w:jc w:val="right"/>
      </w:pPr>
      <w:r>
        <w:t>تو ہم نیوار کے ایک ایریا میں گئے، وہاں پر یہودی آباد تھے۔ وہاں پر میں نے دیکھا کہ بہت ہی صفائی، بہت ہی سکون، بہت ہی مختلف تھا وہ ایریا دوسرے ایریا سے۔</w:t>
      </w:r>
    </w:p>
    <w:p>
      <w:r>
        <w:rPr>
          <w:b/>
        </w:rPr>
        <w:t xml:space="preserve">[16:01] </w:t>
      </w:r>
      <w:r>
        <w:t>hamare waqiyat yahoodi yahan baste hain. to yahudiyon ne yeh kiya ke sara focus daal diya education par.</w:t>
      </w:r>
    </w:p>
    <w:p>
      <w:pPr>
        <w:jc w:val="right"/>
      </w:pPr>
      <w:r>
        <w:t>ہمارے واقعات یہودی یہاں بستے ہیں۔ تو یہودیوں نے یہ کیا کہ سارا فوکس ڈال دیا ایجوکیشن پر۔</w:t>
      </w:r>
    </w:p>
    <w:p>
      <w:r>
        <w:rPr>
          <w:b/>
        </w:rPr>
        <w:t xml:space="preserve">[16:10] </w:t>
      </w:r>
      <w:r>
        <w:t>misal ke taur par dekhiye, wahan ek riwayat hai ke ghar ka bachcha padhega school mein, aaj ka khushi khushi baap se padhega ke baap mere 80 number aaye hain, 80, 80.</w:t>
      </w:r>
    </w:p>
    <w:p>
      <w:pPr>
        <w:jc w:val="right"/>
      </w:pPr>
      <w:r>
        <w:t>مثلاً دیکھیے، وہاں ایک روایت ہے کہ گھر کا بچہ پڑھے گا اسکول میں، آج کا خوشی خوشی باپ سے پڑھے گا کہ باپ میرے 80 نمبر آئے ہیں، 80، 80۔</w:t>
      </w:r>
    </w:p>
    <w:p>
      <w:r>
        <w:rPr>
          <w:b/>
        </w:rPr>
        <w:t xml:space="preserve">[16:29] </w:t>
      </w:r>
      <w:r>
        <w:t>to baap yeh nahi kahega, shabash, shabash, yeh nahi kahega, baat kahega, why not 85? woh kahega, 80 percent mile to baap khush nahi hoga.</w:t>
      </w:r>
    </w:p>
    <w:p>
      <w:pPr>
        <w:jc w:val="right"/>
      </w:pPr>
      <w:r>
        <w:t>تو باپ یہ نہیں کہے گا، شاباش، شاباش، یہ نہیں کہے گا، بات کہے گا، وائی ناٹ 85؟ وہ کہے گا، 80 پرسنٹ ملے تو باپ خوش نہیں ہوگا۔</w:t>
      </w:r>
    </w:p>
    <w:p>
      <w:r>
        <w:rPr>
          <w:b/>
        </w:rPr>
        <w:t xml:space="preserve">[16:43] </w:t>
      </w:r>
      <w:r>
        <w:t>woh kahega, why not 85? achha, agle saal mein mehnat ki, mehnat ki, mehnat ki. agar baap se kehta hai ke baap is saal mein ne 90 percent number aaye hain, in to baap kahega, why not 95?</w:t>
      </w:r>
    </w:p>
    <w:p>
      <w:pPr>
        <w:jc w:val="right"/>
      </w:pPr>
      <w:r>
        <w:t>وہ کہے گا، وائی ناٹ 85؟ اچھا، اگلے سال میں محنت کی، محنت کی، محنت کی۔ اگر باپ سے کہتا ہے کہ باپ اس سال میں نے 90 پرسنٹ نمبرز آئے ہیں، ان تو باپ کہے گا، وائی ناٹ 95؟</w:t>
      </w:r>
    </w:p>
    <w:p>
      <w:r>
        <w:rPr>
          <w:b/>
        </w:rPr>
        <w:t xml:space="preserve">[17:02] </w:t>
      </w:r>
      <w:r>
        <w:t>is tarah se woh un ko boost karte hain, boost, boost karte hain. hamare delhi ke ek naujawan the jo america gaye, wahan ek yahoodi college mein padha unhone.</w:t>
      </w:r>
    </w:p>
    <w:p>
      <w:pPr>
        <w:jc w:val="right"/>
      </w:pPr>
      <w:r>
        <w:t>اس طرح سے وہ ان کو بوسٹ کرتے ہیں، بوسٹ، بوسٹ کرتے ہیں۔ ہمارے دلی کے ایک نوجوان تھے جو امریکہ گئے، وہاں ایک یہودی کالج میں پڑھا انہوں نے۔</w:t>
      </w:r>
    </w:p>
    <w:p>
      <w:r>
        <w:rPr>
          <w:b/>
        </w:rPr>
        <w:t xml:space="preserve">[17:14] </w:t>
      </w:r>
      <w:r>
        <w:t>to main ne un se poocha ke aap ne yahoodi college mein kyun padha? america mein to doosre college bhi hain. to unhone bataya ke yahoodi college mein jo mahaul hai, woh bohat hi zyada pro education hai,</w:t>
      </w:r>
    </w:p>
    <w:p>
      <w:pPr>
        <w:jc w:val="right"/>
      </w:pPr>
      <w:r>
        <w:t>تو میں نے ان سے پوچھا کہ آپ نے یہودی کالج میں کیوں پڑھا؟ امریکہ میں تو دوسرے کالج بھی ہیں۔ تو انہوں نے بتایا کہ یہودی کالج میں جو ماحول ہے، وہ بہت ہی زیادہ پرو ایجوکیشن ہے،</w:t>
      </w:r>
    </w:p>
    <w:p>
      <w:r>
        <w:rPr>
          <w:b/>
        </w:rPr>
        <w:t xml:space="preserve">[17:30] </w:t>
      </w:r>
      <w:r>
        <w:t>pro education. to unhone bataya ek misal ke class hogi, ladke niklenge class se to aur ladke chale jayenge apne room mein.</w:t>
      </w:r>
    </w:p>
    <w:p>
      <w:pPr>
        <w:jc w:val="right"/>
      </w:pPr>
      <w:r>
        <w:t>پرو ایجوکیشن۔ تو انہوں نے بتایا ایک مثال کہ کلاس ہوگی، لڑکے نکلیں گے کلاس سے تو اور لڑکے چلے جائیں گے اپنے روم میں۔</w:t>
      </w:r>
    </w:p>
    <w:p>
      <w:r>
        <w:rPr>
          <w:b/>
        </w:rPr>
        <w:t xml:space="preserve">[17:43] </w:t>
      </w:r>
      <w:r>
        <w:t>lekin yahudi bachche jo hote hain, woh jama ho jate hain dobara wahan ke park mein, aur woh kya karte hain?</w:t>
      </w:r>
    </w:p>
    <w:p>
      <w:pPr>
        <w:jc w:val="right"/>
      </w:pPr>
      <w:r>
        <w:t>لیکن یہودی بچے جو ہوتے ہیں، وہ جمع ہو جاتے ہیں دوبارہ وہاں کے پارک میں، اور وہ کیا کرتے ہیں؟</w:t>
      </w:r>
    </w:p>
    <w:p>
      <w:r>
        <w:rPr>
          <w:b/>
        </w:rPr>
        <w:t xml:space="preserve">[17:53] </w:t>
      </w:r>
      <w:r>
        <w:t>apas mein woh karte hain muzakra, jo padha hai, usko phir se revive karte hain. Yeh anokha tareeqa hai unka, yeh unhon ne bataya mujhe.</w:t>
      </w:r>
    </w:p>
    <w:p>
      <w:pPr>
        <w:jc w:val="right"/>
      </w:pPr>
      <w:r>
        <w:t>آپس میں وہ کرتے ہیں مذاکرہ، جو پڑھا ہے، اس کو پھر سے ریوائیو کرتے ہیں۔ یہ انوکھا طریقہ ہے ان کا، یہ انہوں نے بتایا مجھے۔</w:t>
      </w:r>
    </w:p>
    <w:p>
      <w:r>
        <w:rPr>
          <w:b/>
        </w:rPr>
        <w:t xml:space="preserve">[18:06] </w:t>
      </w:r>
      <w:r>
        <w:t>toh dekhiye, aap log</w:t>
      </w:r>
    </w:p>
    <w:p>
      <w:pPr>
        <w:jc w:val="right"/>
      </w:pPr>
      <w:r>
        <w:t>تو دیکھیے، آپ لوگ</w:t>
      </w:r>
    </w:p>
    <w:p>
      <w:r>
        <w:rPr>
          <w:b/>
        </w:rPr>
        <w:t xml:space="preserve">[18:11] </w:t>
      </w:r>
      <w:r>
        <w:t>tareekh ko adhuri nazar se mat dekhiye.</w:t>
      </w:r>
    </w:p>
    <w:p>
      <w:pPr>
        <w:jc w:val="right"/>
      </w:pPr>
      <w:r>
        <w:t>تاریخ کو ادھوری نظر سے مت دیکھیے۔</w:t>
      </w:r>
    </w:p>
    <w:p>
      <w:r>
        <w:rPr>
          <w:b/>
        </w:rPr>
        <w:t xml:space="preserve">[18:17] </w:t>
      </w:r>
      <w:r>
        <w:t>jo log jo yahudi madine mein the, woh bhi diaspora wale the, woh bhi yahudi. Unko bar bar unko shakk pahunchai gayi.</w:t>
      </w:r>
    </w:p>
    <w:p>
      <w:pPr>
        <w:jc w:val="right"/>
      </w:pPr>
      <w:r>
        <w:t>جو لوگ جو یہودی مدینہ میں تھے، وہ بھی ڈاسپرا والے تھے، وہ بھی یہودی۔ ان کو بار بار ان کو شک پہنچائی گئی۔</w:t>
      </w:r>
    </w:p>
    <w:p>
      <w:r>
        <w:rPr>
          <w:b/>
        </w:rPr>
        <w:t xml:space="preserve">[18:30] </w:t>
      </w:r>
      <w:r>
        <w:t>toh woh pehle aaye madine mein aur khyber mein, phir phir unko wahan se shakk laga.</w:t>
      </w:r>
    </w:p>
    <w:p>
      <w:pPr>
        <w:jc w:val="right"/>
      </w:pPr>
      <w:r>
        <w:t>تو وہ پہلے آئے مدینے میں اور خیبر میں، پھر پھر ان کو وہاں سے شک لگا۔</w:t>
      </w:r>
    </w:p>
    <w:p>
      <w:r>
        <w:rPr>
          <w:b/>
        </w:rPr>
        <w:t xml:space="preserve">[18:41] </w:t>
      </w:r>
      <w:r>
        <w:t>toh do baar toh quran mein zikr hai surah bani israel mein, martabtain aaya hai wahan par. Teen logon ko shakk laga kar ke nikala gaya, niklo, ghettos se niklo.</w:t>
      </w:r>
    </w:p>
    <w:p>
      <w:pPr>
        <w:jc w:val="right"/>
      </w:pPr>
      <w:r>
        <w:t>تو دو بار تو قرآن میں ذکر ہے سورہ بنی اسرائیل میں، مرتین آیا ہے وہاں پر۔ تین لوگوں کو شک لگا کر کے نکالا گیا، نکلو، گھیٹوں سے نکلو۔</w:t>
      </w:r>
    </w:p>
    <w:p>
      <w:r>
        <w:rPr>
          <w:b/>
        </w:rPr>
        <w:t xml:space="preserve">[18:55] </w:t>
      </w:r>
      <w:r>
        <w:t>woh unke liye ghettos ban gaya tha, jahan yahudi rehte the, woh ghettos ghettos ban gaya tha. So niklo toh nikal kar gaye bahar, aur zyada tar gaye Europe ke countries mein.</w:t>
      </w:r>
    </w:p>
    <w:p>
      <w:pPr>
        <w:jc w:val="right"/>
      </w:pPr>
      <w:r>
        <w:t>وہ ان کے لیے گھیٹوں بن گیا تھا، جہاں یہودی رہتے تھے، وہ گھیٹوں گھیٹوں بن گیا تھا۔ سو نکلو تو نکل کر گئے باہر، اور زیادہ تر گئے یورپ کے کنٹریز میں۔</w:t>
      </w:r>
    </w:p>
    <w:p>
      <w:r>
        <w:rPr>
          <w:b/>
        </w:rPr>
        <w:t xml:space="preserve">[19:10] </w:t>
      </w:r>
      <w:r>
        <w:t>woh padha toh khud unhon ne ek system develop kiya. Ab yeh log jab falasteen mein israel bana toh yeh jo log the,</w:t>
      </w:r>
    </w:p>
    <w:p>
      <w:pPr>
        <w:jc w:val="right"/>
      </w:pPr>
      <w:r>
        <w:t>وہ پڑھا تو خود انہوں نے ایک سسٹم ڈیولپ کیا۔ اب یہ لوگ جب فلسطین میں اسرائیل بنا تو یہ جو لوگ تھے،</w:t>
      </w:r>
    </w:p>
    <w:p>
      <w:r>
        <w:rPr>
          <w:b/>
        </w:rPr>
        <w:t xml:space="preserve">[19:24] </w:t>
      </w:r>
      <w:r>
        <w:t>yeh aaj ka jo jo jo yahudi falasteen mein hai, jo yahudi israel mein hai, woh waisa nahi jo madine mein hota tha. Wahi woh log samajhte hain ke wahi yahudi jo madine mein hota tha.</w:t>
      </w:r>
    </w:p>
    <w:p>
      <w:pPr>
        <w:jc w:val="right"/>
      </w:pPr>
      <w:r>
        <w:t>یہ آج کا جو جو جو یہودی فلسطین میں ہے، جو یہودی اسرائیل میں ہے، وہ ویسا نہیں جو مدینے میں ہوتا تھا۔ وہی وہ لوگ سمجھتے ہیں کہ وہی یہودی جو مدینے میں ہوتا تھا۔</w:t>
      </w:r>
    </w:p>
    <w:p>
      <w:r>
        <w:rPr>
          <w:b/>
        </w:rPr>
        <w:t xml:space="preserve">[19:38] </w:t>
      </w:r>
      <w:r>
        <w:t>itne zyada openness unke andar hai, itne zyada yani weak end hain. Woh log, main ek misaal deta hoon aap ko.</w:t>
      </w:r>
    </w:p>
    <w:p>
      <w:pPr>
        <w:jc w:val="right"/>
      </w:pPr>
      <w:r>
        <w:t>اتنے زیادہ اوپننس ان کے اندر ہے، اتنے زیادہ یعنی ویک اینڈ ہیں۔ وہ لوگ، میں ایک مثال دیتا ہوں آپ کو۔</w:t>
      </w:r>
    </w:p>
    <w:p>
      <w:r>
        <w:rPr>
          <w:b/>
        </w:rPr>
        <w:t xml:space="preserve">[19:48] </w:t>
      </w:r>
      <w:r>
        <w:t>hamare kuch saathi gaye tel aviv, yani israel, wahan par book fair thi. Toh unhon ne wahan par quran ka stall lagaya.</w:t>
      </w:r>
    </w:p>
    <w:p>
      <w:pPr>
        <w:jc w:val="right"/>
      </w:pPr>
      <w:r>
        <w:t>ہمارے کچھ ساتھی گئے تل ابیب، یعنی اسرائیل، وہاں پر بک فیئر تھی۔ تو انہوں نے وہاں پر قرآن کا اسٹار لگایا۔</w:t>
      </w:r>
    </w:p>
    <w:p>
      <w:r>
        <w:rPr>
          <w:b/>
        </w:rPr>
        <w:t xml:space="preserve">[20:02] </w:t>
      </w:r>
      <w:r>
        <w:t>toh yeh hamare jo saathi the, jo aane walon ko explain karte the English mein, toh woh log zyada samajhte the Hebrew.</w:t>
      </w:r>
    </w:p>
    <w:p>
      <w:pPr>
        <w:jc w:val="right"/>
      </w:pPr>
      <w:r>
        <w:t>تو یہ ہمارے جو ساتھی تھے، جو آنے والوں کو ایکسپلین کرتے تھے انگلش میں، تو وہ لوگ زیادہ سمجھتے تھے ہبرو۔</w:t>
      </w:r>
    </w:p>
    <w:p>
      <w:r>
        <w:rPr>
          <w:b/>
        </w:rPr>
        <w:t xml:space="preserve">[20:15] </w:t>
      </w:r>
      <w:r>
        <w:t>toh poori tareeqe se yani baatein ho paati thi. Toh kuch yahudi ladkon ne dekha ke aisa ho raha hai, toh khud hi khade ho gaye, aage ke khud israel ke yahudi ladke khud khade ho gaye.</w:t>
      </w:r>
    </w:p>
    <w:p>
      <w:pPr>
        <w:jc w:val="right"/>
      </w:pPr>
      <w:r>
        <w:t>تو پوری طریقے سے یعنی باتیں ہو پاتی تھیں۔ تو کچھ یہودی لڑکوں نے دیکھا کہ ایسا ہو رہا ہے، تو خود ہی کھڑے ہوگئے، آگے کے خود اسرائیل کے یہودی لڑکے خود کھڑے ہوگئے۔</w:t>
      </w:r>
    </w:p>
    <w:p>
      <w:r>
        <w:rPr>
          <w:b/>
        </w:rPr>
        <w:t xml:space="preserve">[20:30] </w:t>
      </w:r>
      <w:r>
        <w:t>unhon ne kaha ke hum karte hain yeh kaam, aur le ke le liya unhon ne quran ki. Yeh hai musalmanon ki kitab, padho isko Hebrew mein, aur isko explain kiya.</w:t>
      </w:r>
    </w:p>
    <w:p>
      <w:pPr>
        <w:jc w:val="right"/>
      </w:pPr>
      <w:r>
        <w:t>انہوں نے کہا کہ ہم کرتے ہیں یہ کام، اور لے کے لے لیا انہوں نے قرآن کی۔ یہ ہے مسلمانوں کی کتاب، پڑھو اس کو ہبرو میں، اور اس کو ایکسپلین کیا۔</w:t>
      </w:r>
    </w:p>
    <w:p>
      <w:r>
        <w:rPr>
          <w:b/>
        </w:rPr>
        <w:t xml:space="preserve">[20:42] </w:t>
      </w:r>
      <w:r>
        <w:t>toh aaj ka yahudi woh nahi hai, usne English padhi, usne science padhi, usne history padhi, toh ek nayi qaum bani hai.</w:t>
      </w:r>
    </w:p>
    <w:p>
      <w:pPr>
        <w:jc w:val="right"/>
      </w:pPr>
      <w:r>
        <w:t>تو آج کا یہودی وہ نہیں ہے، اس نے انگلش پڑھی، اس نے سائنس پڑھی، اس نے ہسٹری پڑھی، تو ایک نئی قوم بنی ہے۔</w:t>
      </w:r>
    </w:p>
    <w:p>
      <w:r>
        <w:rPr>
          <w:b/>
        </w:rPr>
        <w:t xml:space="preserve">[20:54] </w:t>
      </w:r>
      <w:r>
        <w:t>dekhiye, musalmanon bhi direct program mein gaye, bahut zyada, lekin musalmanon mein is tarah ka development bahut kam ho saka. Iski wajah kya hai?</w:t>
      </w:r>
    </w:p>
    <w:p>
      <w:pPr>
        <w:jc w:val="right"/>
      </w:pPr>
      <w:r>
        <w:t>دیکھیں، مسلمانوں بھی ڈائریکٹ پروگرام میں گئے، بہت زیادہ، لیکن مسلمانوں میں اس طرح کا ڈیولپمنٹ بہت کم ہو سکا۔ اس کی وجہ کیا ہے؟</w:t>
      </w:r>
    </w:p>
    <w:p>
      <w:r>
        <w:rPr>
          <w:b/>
        </w:rPr>
        <w:t xml:space="preserve">[21:03] </w:t>
      </w:r>
      <w:r>
        <w:t>iski wajah hai ke musalman jo hate mein pad gaye, hate mein nafrat, nafrat, nafrat, ab saari duniya se nafrat. Aaj ka musalman ka sab se bada masla yeh hai ke negative ho gaye hain doosron ke bare mein,</w:t>
      </w:r>
    </w:p>
    <w:p>
      <w:pPr>
        <w:jc w:val="right"/>
      </w:pPr>
      <w:r>
        <w:t>اس کی وجہ ہے کہ مسلمان جو ہیٹ میں پڑ گئے، ہیٹ میں نفرت، نفرت، نفرت، اب ساری دنیا سے نفرت۔ آج کا مسلمان کا سب سے بڑا مسئلہ یہ ہے کہ نیگیٹیو ہو گئے ہیں دوسروں کے بارے میں،</w:t>
      </w:r>
    </w:p>
    <w:p>
      <w:r>
        <w:rPr>
          <w:b/>
        </w:rPr>
        <w:t xml:space="preserve">[21:18] </w:t>
      </w:r>
      <w:r>
        <w:t>apne bare mein toh self glory, aur doosron ke bare mein nafrat, nafrat, nafrat, negative thinking. Warna musalmanon mein bhi ek nayi qaum emerge karti,</w:t>
      </w:r>
    </w:p>
    <w:p>
      <w:pPr>
        <w:jc w:val="right"/>
      </w:pPr>
      <w:r>
        <w:t>اپنے بارے میں تو سیلف گلوری، اور دوسروں کے بارے میں نفرت، نفرت، نفرت، نیگیٹیو تھنکنگ۔ ورنہ مسلمانوں میں بھی ایک نئی قوم ایمرج کرتی،</w:t>
      </w:r>
    </w:p>
    <w:p>
      <w:r>
        <w:rPr>
          <w:b/>
        </w:rPr>
        <w:t xml:space="preserve">[21:32] </w:t>
      </w:r>
      <w:r>
        <w:t>jis tarah yahudiyon mein ek nayi qaum emerge kiya. Lekin badqismati se hamare haan koi itna danishwar qism ka masla nahi mila musalmanon mein.</w:t>
      </w:r>
    </w:p>
    <w:p>
      <w:pPr>
        <w:jc w:val="right"/>
      </w:pPr>
      <w:r>
        <w:t>جس طرح یہودیوں میں ایک نئی قوم ایمرج کیا۔ لیکن بدقسمتی سے ہمارے ہاں کوئی اتنا دانشور قسم کا مسئلہ نہیں ملا مسلمانوں میں۔</w:t>
      </w:r>
    </w:p>
    <w:p>
      <w:r>
        <w:rPr>
          <w:b/>
        </w:rPr>
        <w:t xml:space="preserve">[21:44] </w:t>
      </w:r>
      <w:r>
        <w:t>musalman jo bhi mile, sab negative boli bolne wale. Masalan main khud ek muslim mulk ke magazine mein padha, muslim mulk ke magazine mein, us mein likha tha: "duniya mein musalmanon ke do abadi dushman hain." Yeh likha tha us mein: "duniya mein musalmanon ke do abadi dushman hain, ek yahood aur doosra hindoo." Yeh kitni bilkul baseless baat hai,</w:t>
      </w:r>
    </w:p>
    <w:p>
      <w:pPr>
        <w:jc w:val="right"/>
      </w:pPr>
      <w:r>
        <w:t>مسلمان جو بھی ملے، سب نیگیٹیو بولی بولنے والے۔ مثلاً میں خود ایک مسلم ملک کے میگزین میں پڑھا، مسلم ملک کے میگزین میں، اس میں لکھا تھا: "دنیا میں مسلمانوں کے دو ابدی دشمن ہیں۔" یہ لکھا تھا اس میں: "دنیا میں مسلمانوں کے دو ابدی دشمن ہیں، ایک یہود اور دوسرا ہنود۔" یہ کتنی بالکل بیسلیس بات ہے،</w:t>
      </w:r>
    </w:p>
    <w:p>
      <w:r>
        <w:rPr>
          <w:b/>
        </w:rPr>
        <w:t xml:space="preserve">[22:12] </w:t>
      </w:r>
      <w:r>
        <w:t>bilkul hi baseless baat hai. Yeh dushman hai, woh dushman hai, ek dam baseless baat hai. Na hindu dushman hai, na yahudi dushman hai. Iski wajah se is yani hamare rehnamaon ke is galat rehnumai ke nateejay mein kya hua ke jo diaspora mein gaye musalman, woh isko positive nahi bana sake,</w:t>
      </w:r>
    </w:p>
    <w:p>
      <w:pPr>
        <w:jc w:val="right"/>
      </w:pPr>
      <w:r>
        <w:t>بالکل ہی بیسلیس بات ہے۔ یہ دشمن ہے، وہ دشمن ہے، ایک دم بیسلیس بات ہے۔ نہ ہندو دشمن ہے، نہ یہودی دشمن ہے۔ اس کی وجہ سے اس یعنی ہمارے رہنماؤں کے اس غلط رہنمائی کے نتیجے میں کیا ہوا کہ جو ڈائسپرا میں گئے مسلمان، وہ اس کو پازیٹیو نہیں بنا سکے،</w:t>
      </w:r>
    </w:p>
    <w:p>
      <w:r>
        <w:rPr>
          <w:b/>
        </w:rPr>
        <w:t xml:space="preserve">[22:33] </w:t>
      </w:r>
      <w:r>
        <w:t>ek positive waqeye mein convert nahi kar sake. Yeh bahut badi baat hai sochne ki ke yahudi gaye diaspora mein toh unhon ne apne waqeye ko,</w:t>
      </w:r>
    </w:p>
    <w:p>
      <w:pPr>
        <w:jc w:val="right"/>
      </w:pPr>
      <w:r>
        <w:t>ایک پازیٹیو واقعے میں کنورٹ نہیں کر سکے۔ یہ بہت بڑی بات ہے سوچنے کی کہ یہودی گئے ڈائسپورا میں تو انہوں نے اپنے واقعے کو،</w:t>
      </w:r>
    </w:p>
    <w:p>
      <w:r>
        <w:rPr>
          <w:b/>
        </w:rPr>
        <w:t xml:space="preserve">[22:46] </w:t>
      </w:r>
      <w:r>
        <w:t>apne diaspora ko positive diaspora bana diya. Yahudi gaye bahar ke mulkon mein toh unhon ne apne diaspora ko gaye ka jaana pada.</w:t>
      </w:r>
    </w:p>
    <w:p>
      <w:pPr>
        <w:jc w:val="right"/>
      </w:pPr>
      <w:r>
        <w:t>اپنے ڈائسپورا کو پازیٹیو ڈائسپورا بنا دیا۔ یہودی گئے باہر کے ملکوں میں تو انہوں نے اپنے ڈائسپورا کو گئے کا جانا پڑا۔</w:t>
      </w:r>
    </w:p>
    <w:p>
      <w:r>
        <w:rPr>
          <w:b/>
        </w:rPr>
        <w:t xml:space="preserve">[23:03] </w:t>
      </w:r>
      <w:r>
        <w:t>toh apne apne areas mein woh rehte the, us mein</w:t>
      </w:r>
    </w:p>
    <w:p>
      <w:pPr>
        <w:jc w:val="right"/>
      </w:pPr>
      <w:r>
        <w:t>تو اپنے اپنے ایریاز میں وہ رہتے تھے، اس میں</w:t>
      </w:r>
    </w:p>
    <w:p>
      <w:r>
        <w:rPr>
          <w:b/>
        </w:rPr>
        <w:t xml:space="preserve">[23:11] </w:t>
      </w:r>
      <w:r>
        <w:t>bari halat mein. to jab woh diaspora mein gaye, jana pada to unhon ne apne negative diaspora ko positive diaspora mein convert kar diya,</w:t>
      </w:r>
    </w:p>
    <w:p>
      <w:pPr>
        <w:jc w:val="right"/>
      </w:pPr>
      <w:r>
        <w:t>بری حالت میں۔ تو جب وہ ڈائسپورا میں گئے، جانا پڑا تو انہوں نے اپنے نیگیٹیو ڈائسپورا کو پازیٹیو ڈائسپورا میں کنورٹ کر دیا،</w:t>
      </w:r>
    </w:p>
    <w:p>
      <w:r>
        <w:rPr>
          <w:b/>
        </w:rPr>
        <w:t xml:space="preserve">[23:28] </w:t>
      </w:r>
      <w:r>
        <w:t>negative diaspora ko positive diaspora mein convert kar diya. lekin musalmanon mein achhe masle nahi mile. to yeh inqalab yahan nahi aa saka.</w:t>
      </w:r>
    </w:p>
    <w:p>
      <w:pPr>
        <w:jc w:val="right"/>
      </w:pPr>
      <w:r>
        <w:t>نیگیٹیو ڈائسپورا کو پازیٹیو ڈائسپورا میں کنورٹ کر دیا۔ لیکن مسلمانوں میں اچھے مسئلے نہیں ملے۔ تو یہ انقلاب یہاں نہیں آ سکا۔</w:t>
      </w:r>
    </w:p>
    <w:p>
      <w:r>
        <w:rPr>
          <w:b/>
        </w:rPr>
        <w:t xml:space="preserve">[23:38] </w:t>
      </w:r>
      <w:r>
        <w:t>kuchh musalman zahiri taur par kama lete hain paisa, lekin woh ek alag cheez hai. beshak ummat ke jo taraqqi honi chahiye thi, woh nahi hui.</w:t>
      </w:r>
    </w:p>
    <w:p>
      <w:pPr>
        <w:jc w:val="right"/>
      </w:pPr>
      <w:r>
        <w:t>کچھ مسلمان ظاہری طور پر کما لیتے ہیں پیسہ، لیکن وہ ایک الگ چیز ہے۔ بے شک امت کے جو ترقی ہونی چاہیے تھی، وہ نہیں ہوئی۔</w:t>
      </w:r>
    </w:p>
    <w:p>
      <w:r>
        <w:rPr>
          <w:b/>
        </w:rPr>
        <w:t xml:space="preserve">[23:49] </w:t>
      </w:r>
      <w:r>
        <w:t>ek naya zehan banta, woh dunya ke halaat ko samajhne wala, jise maslan agar aap jayen America mein to aap payenge bahut ek ajib baat ke woh log jo diaspora mein nikal ke pahunche, pahunchte the America mein,</w:t>
      </w:r>
    </w:p>
    <w:p>
      <w:pPr>
        <w:jc w:val="right"/>
      </w:pPr>
      <w:r>
        <w:t>ایک نیا ذہن بنتا، وہ دنیا کے حالات کو سمجھنے والا، جسے مثلاً اگر آپ جائیں امریکہ میں تو آپ پائیں گے بہت ایک عجیب بات کہ وہ لوگ جو ڈائسپورا میں نکل کے پہنچتے، پہنچتے تھے امریکہ میں،</w:t>
      </w:r>
    </w:p>
    <w:p>
      <w:r>
        <w:rPr>
          <w:b/>
        </w:rPr>
        <w:t xml:space="preserve">[24:06] </w:t>
      </w:r>
      <w:r>
        <w:t>behtareen doctor un mein hote hain, behtareen scientist un mein hote hain, yani har shobe ke behtareen engineer un mein hote hain.</w:t>
      </w:r>
    </w:p>
    <w:p>
      <w:pPr>
        <w:jc w:val="right"/>
      </w:pPr>
      <w:r>
        <w:t>بہترین ڈاکٹر ان میں ہوتے ہیں، بہترین سائنٹسٹ ان میں ہوتے ہیں، یعنی ہر شعبے کے بہترین انجینئر ان میں ہوتے ہیں۔</w:t>
      </w:r>
    </w:p>
    <w:p>
      <w:r>
        <w:rPr>
          <w:b/>
        </w:rPr>
        <w:t xml:space="preserve">[24:16] </w:t>
      </w:r>
      <w:r>
        <w:t>yahi baat musalmanon mein nahi keh sakti. zyada tar parson woh kama lete hain, is kuchh musalman, lekin yeh nahi unki image bani hai. yeh image nahi bani hai ke achhe engineer, achhe doctor, achhe scientist chahte ho to yahudi ko pakdo.</w:t>
      </w:r>
    </w:p>
    <w:p>
      <w:pPr>
        <w:jc w:val="right"/>
      </w:pPr>
      <w:r>
        <w:t>یہی بات مسلمانوں میں نہیں کہہ سکتی۔ زیادہ تر پرسوں وہ کما لیتے ہیں، اس کچھ مسلمان، لیکن یہ نہیں ان کی امیج بنی ہے۔ یہ امیج نہیں بنی ہے کہ اچھے انجینئر، اچھے ڈاکٹر، اچھے سائنٹسٹ چاہتے ہو تو یہودی کو پکڑو۔</w:t>
      </w:r>
    </w:p>
    <w:p>
      <w:r>
        <w:rPr>
          <w:b/>
        </w:rPr>
        <w:t xml:space="preserve">[24:35] </w:t>
      </w:r>
      <w:r>
        <w:t>yeh image nahi bani. maslan dekhen, yahudi kabhi jhoot nahi bolta, kyunke woh janta hai ke jhoot bole to business chale, chale nahi chalega.</w:t>
      </w:r>
    </w:p>
    <w:p>
      <w:pPr>
        <w:jc w:val="right"/>
      </w:pPr>
      <w:r>
        <w:t>یہ امیج نہیں بنی۔ مثلاً دیکھیں، یہودی کبھی جھوٹ نہیں بولتا، کیونکہ وہ جانتا ہے کہ جھوٹ بولے تو بزنس چلے، چلے نہیں چلے گا۔</w:t>
      </w:r>
    </w:p>
    <w:p>
      <w:r>
        <w:rPr>
          <w:b/>
        </w:rPr>
        <w:t xml:space="preserve">[24:47] </w:t>
      </w:r>
      <w:r>
        <w:t>yeh baat mujh se khud Bombay ke ek musalman ne kahi. Bombay ke ek musalman jo wahan par rehte hain, woh Dharavi mein, unhon ne partnership kiya tha ek yahudi se.</w:t>
      </w:r>
    </w:p>
    <w:p>
      <w:pPr>
        <w:jc w:val="right"/>
      </w:pPr>
      <w:r>
        <w:t>یہ بات مجھ سے خود بمبئی کے ایک مسلمان نے کہی۔ بمبئی کے ایک مسلمان جو وہاں پر رہتے ہیں، وہ دھاروی میں، انہوں نے پارٹنرشپ کیا تھا ایک یہودی سے۔</w:t>
      </w:r>
    </w:p>
    <w:p>
      <w:r>
        <w:rPr>
          <w:b/>
        </w:rPr>
        <w:t xml:space="preserve">[25:03] </w:t>
      </w:r>
      <w:r>
        <w:t>yahudi se partnership kiya tha. unhon ne bataya ke bahut kamyab rahi woh partnership. kabhi is yahudi ne unko dhoka nahi diya.</w:t>
      </w:r>
    </w:p>
    <w:p>
      <w:pPr>
        <w:jc w:val="right"/>
      </w:pPr>
      <w:r>
        <w:t>یہودی سے پارٹنرشپ کیا تھا۔ انہوں نے بتایا کہ بہت کامیاب رہی وہ پارٹنرشپ۔ کبھی اس یہودی نے ان کو دھوکہ نہیں دیا۔</w:t>
      </w:r>
    </w:p>
    <w:p>
      <w:r>
        <w:rPr>
          <w:b/>
        </w:rPr>
        <w:t xml:space="preserve">[25:16] </w:t>
      </w:r>
      <w:r>
        <w:t>jab tak partnership rahi, bahut achha partner raha woh. lekin baad ko us ne kisi wajah se faisla kiya ke main Israel jaon to Bombay ko chhod kar chala gaya Israel.</w:t>
      </w:r>
    </w:p>
    <w:p>
      <w:pPr>
        <w:jc w:val="right"/>
      </w:pPr>
      <w:r>
        <w:t>جب تک پارٹنرشپ رہی، بہت اچھا پارٹنر رہا وہ۔ لیکن بعد کو اس نے کسی وجہ سے فیصلہ کیا کہ میں اسرائیل جاؤں تو بمبئی کو چھوڑ کر چلا گیا اسرائیل۔</w:t>
      </w:r>
    </w:p>
    <w:p>
      <w:r>
        <w:rPr>
          <w:b/>
        </w:rPr>
        <w:t xml:space="preserve">[25:29] </w:t>
      </w:r>
      <w:r>
        <w:t>warna woh mujh se khud kaha tha unhon ne ke itna achha partner mujhe musalmanon mein koi nahi mila. to musalmanon ka masla yeh hai ke same halaat paida hue.</w:t>
      </w:r>
    </w:p>
    <w:p>
      <w:pPr>
        <w:jc w:val="right"/>
      </w:pPr>
      <w:r>
        <w:t>ورنہ وہ مجھ سے خود کہا تھا انہوں نے کہ اتنا اچھا پارٹنر مجھے مسلمانوں میں کوئی نہیں ملا۔ تو مسلمانوں کا مسئلہ یہ ہے کہ سیم حالات پیدا ہوئے۔</w:t>
      </w:r>
    </w:p>
    <w:p>
      <w:r>
        <w:rPr>
          <w:b/>
        </w:rPr>
        <w:t xml:space="preserve">[25:43] </w:t>
      </w:r>
      <w:r>
        <w:t>to yahudiyon ne apne diaspora ko positive diaspora bana diya, lekin musalman apne diaspora ko positive diaspora nahi bana sake, kyunke nafrat, negative thinking ki wajah se yeh samajhta hai.</w:t>
      </w:r>
    </w:p>
    <w:p>
      <w:pPr>
        <w:jc w:val="right"/>
      </w:pPr>
      <w:r>
        <w:t>تو یہودیوں نے اپنے ڈائسپورا کو پازیٹیو ڈائسپورا بنا دیا، لیکن مسلمان اپنے ڈائسپورا کو پازیٹیو ڈائسپورا نہیں بنا سکے، کیونکہ نفرت، نیگیٹیو تھنکنگ کی وجہ سے یہ سمجھتا ہے۔</w:t>
      </w:r>
    </w:p>
    <w:p>
      <w:r>
        <w:rPr>
          <w:b/>
        </w:rPr>
        <w:t xml:space="preserve">[25:59] </w:t>
      </w:r>
      <w:r>
        <w:t>to yeh jo Quran ki ayaten padhi gayi aap ke samne, is ko padh kar aap samjhen ke yahudi bade kharab hain. lekin yeh mazi ki baat hai, aaj ki baat nahi hai.</w:t>
      </w:r>
    </w:p>
    <w:p>
      <w:pPr>
        <w:jc w:val="right"/>
      </w:pPr>
      <w:r>
        <w:t>تو یہ جو قرآن کی آیتیں پڑھی گئی آپ کے سامنے، اس کو پڑھ کر آپ سمجھیں کہ یہودی بڑے خراب ہیں۔ لیکن یہ ماضی کی بات ہے، آج کی بات نہیں ہے۔</w:t>
      </w:r>
    </w:p>
    <w:p>
      <w:r>
        <w:rPr>
          <w:b/>
        </w:rPr>
        <w:t xml:space="preserve">[26:12] </w:t>
      </w:r>
      <w:r>
        <w:t>isi ko liye baithe hain musalman. to mazi mein to dekhiye, qul ya ayuhal kafirun Quran mein hai.</w:t>
      </w:r>
    </w:p>
    <w:p>
      <w:pPr>
        <w:jc w:val="right"/>
      </w:pPr>
      <w:r>
        <w:t>اسی کو لیے بیٹھے ہیں مسلمان۔ تو ماضی میں تو دیکھیے، قل یا ایہا الکافرون قرآن میں ہے۔</w:t>
      </w:r>
    </w:p>
    <w:p>
      <w:r>
        <w:rPr>
          <w:b/>
        </w:rPr>
        <w:t xml:space="preserve">[26:21] </w:t>
      </w:r>
      <w:r>
        <w:t>yeh mazi ke ahl-e-Makkah ki ko kaha gaya hai. mazi mein jo ahl-e-Makkah the, unko Quran kehta hai ke ya ayuhal kafirun.</w:t>
      </w:r>
    </w:p>
    <w:p>
      <w:pPr>
        <w:jc w:val="right"/>
      </w:pPr>
      <w:r>
        <w:t>یہ ماضی کے اہل مکہ کی کو کہا گیا ہے۔ ماضی میں جو اہل مکہ تھے، ان کو قرآن کہتا ہے کہ یا ایہا الکافرون۔</w:t>
      </w:r>
    </w:p>
    <w:p>
      <w:r>
        <w:rPr>
          <w:b/>
        </w:rPr>
        <w:t xml:space="preserve">[26:31] </w:t>
      </w:r>
      <w:r>
        <w:t>lekin kya aaj bhi wahi hai? sara Makkah Islam mein dakhil ho gaya. to woh sare log jin ko Quran ne kaha tha ayuhal kafirun, woh sab Islam mein dakhil ho gaye.</w:t>
      </w:r>
    </w:p>
    <w:p>
      <w:pPr>
        <w:jc w:val="right"/>
      </w:pPr>
      <w:r>
        <w:t>لیکن کیا آج بھی وہی ہے؟ سارا مکہ اسلام میں داخل ہو گیا۔ تو وہ سارے لوگ جن کو قرآن نے کہا تھا ایہا الکافرون، وہ سب اسلام میں داخل ہو گئے۔</w:t>
      </w:r>
    </w:p>
    <w:p>
      <w:r>
        <w:rPr>
          <w:b/>
        </w:rPr>
        <w:t xml:space="preserve">[26:45] </w:t>
      </w:r>
      <w:r>
        <w:t>to bahut bada change aa chuka hai Israel mein. lekin jo ladai jari rakh kar rakhi hai hamare leaderon ne, is ka sab parda daal rakha hai.</w:t>
      </w:r>
    </w:p>
    <w:p>
      <w:pPr>
        <w:jc w:val="right"/>
      </w:pPr>
      <w:r>
        <w:t>تو بہت بڑا چینج آ چکا ہے اسرائیل میں۔ لیکن جو لڑائی جاری رکھ کر رکھی ہے ہمارے لیڈروں نے، اس کا سب پردہ ڈال رکھا ہے۔</w:t>
      </w:r>
    </w:p>
    <w:p>
      <w:r>
        <w:rPr>
          <w:b/>
        </w:rPr>
        <w:t xml:space="preserve">[26:57] </w:t>
      </w:r>
      <w:r>
        <w:t>maslan main aap se kehta hoon ke is zamane mein bhi jab ke ladai jari hai, bahut se bahut hi achhe qism ke musalman aap ko yahudiyon mein mile hain.</w:t>
      </w:r>
    </w:p>
    <w:p>
      <w:pPr>
        <w:jc w:val="right"/>
      </w:pPr>
      <w:r>
        <w:t>مثلاً میں آپ سے کہتا ہوں کہ اس زمانے میں بھی جب کہ لڑائی جاری ہے، بہت سے بہت ہی اچھے قسم کے مسلمان آپ کو یہودیوں میں ملے ہیں۔</w:t>
      </w:r>
    </w:p>
    <w:p>
      <w:r>
        <w:rPr>
          <w:b/>
        </w:rPr>
        <w:t xml:space="preserve">[27:07] </w:t>
      </w:r>
      <w:r>
        <w:t>misal ke taur par dekhiye, America ki Maryam, Maryam Jameela, Maryam Jameela, America mein ek khatoon thin, Maryam Jameela, achhi taleem yafta.</w:t>
      </w:r>
    </w:p>
    <w:p>
      <w:pPr>
        <w:jc w:val="right"/>
      </w:pPr>
      <w:r>
        <w:t>مثال کے طور پر دیکھیے، امریکہ کی مریم، مریم جیملی، مریم جمیلہ، امریکہ میں ایک خاتون تھیں، مریم جمیلہ، اچھی تعلیم یافتہ۔</w:t>
      </w:r>
    </w:p>
    <w:p>
      <w:r>
        <w:rPr>
          <w:b/>
        </w:rPr>
        <w:t xml:space="preserve">[27:20] </w:t>
      </w:r>
      <w:r>
        <w:t>woh yahudi family mein paida huin, yahudi family mein. phir woh Islam qabool kiya unhon ne aur Pakistan chali gayin.</w:t>
      </w:r>
    </w:p>
    <w:p>
      <w:pPr>
        <w:jc w:val="right"/>
      </w:pPr>
      <w:r>
        <w:t>وہ یہودی فیملی میں پیدا ہوئیں، یہودی فیملی میں۔ پھر وہ اسلام قبول کیا انہوں نے اور پاکستان چلی گئیں۔</w:t>
      </w:r>
    </w:p>
    <w:p>
      <w:r>
        <w:rPr>
          <w:b/>
        </w:rPr>
        <w:t xml:space="preserve">[27:30] </w:t>
      </w:r>
      <w:r>
        <w:t>aur bahut si kitaben likhin unhon ne Islam par. aisi dekhiye, woh woh woh yahudi family se taluq tha unka. aisi Asad sahab jo hain, jinka naam tha Leopold Asad,</w:t>
      </w:r>
    </w:p>
    <w:p>
      <w:pPr>
        <w:jc w:val="right"/>
      </w:pPr>
      <w:r>
        <w:t>اور بہت سی کتابیں لکھیں انہوں نے اسلام پر۔ ایسی دیکھیے، وہ وہ وہ یہودی فیملی سے تعلق تھا ان کا۔ ایسی اسد صاحب جو ہیں، جن کا نام تھا لیوپورٹ اسد،</w:t>
      </w:r>
    </w:p>
    <w:p>
      <w:r>
        <w:rPr>
          <w:b/>
        </w:rPr>
        <w:t xml:space="preserve">[27:44] </w:t>
      </w:r>
      <w:r>
        <w:t>ab unka naam Muhammad Asad. unhon ne kai kitaben likhi hain, Islam aur takras road aur tasweer likhi hai. unhon ne bahut hi unki kitaben bahut aam samjhi jati hain.</w:t>
      </w:r>
    </w:p>
    <w:p>
      <w:pPr>
        <w:jc w:val="right"/>
      </w:pPr>
      <w:r>
        <w:t>اب ان کا نام محمد اسد۔ انہوں نے کئی کتابیں لکھی ہیں، اسلام اور تکراس روڈ اور تصویر لکھی ہے۔ انہوں نے بہت ہی ان کی کتابیں بہت عام سمجھی جاتی ہیں۔</w:t>
      </w:r>
    </w:p>
    <w:p>
      <w:r>
        <w:rPr>
          <w:b/>
        </w:rPr>
        <w:t xml:space="preserve">[27:57] </w:t>
      </w:r>
      <w:r>
        <w:t>yeh yahudi family paida hui hai, woh Austria ke. to musalmanon ne agar yaad rakhiye, agar ladai rakhi hoti yahud se Falasteen Israel banne ke baad, to Israeli is area mein musalmanon ke behtareen partner bante hain.</w:t>
      </w:r>
    </w:p>
    <w:p>
      <w:pPr>
        <w:jc w:val="right"/>
      </w:pPr>
      <w:r>
        <w:t>یہ یہودی فیملی پیدا ہوئی ہے، وہ اسٹریا کے۔ تو مسلمانوں نے اگر یاد رکھیے، اگر لڑائی رکھی ہوتی یہود سے فلسطین اسرائیل بننے کے بعد، تو اسرائیلی اس ایریا میں مسلمانوں کے بہترین پارٹنر بنتے ہیں۔</w:t>
      </w:r>
    </w:p>
    <w:p>
      <w:r>
        <w:rPr>
          <w:b/>
        </w:rPr>
        <w:t xml:space="preserve">[28:17] </w:t>
      </w:r>
      <w:r>
        <w:t>partner education mein, industry mein, agriculture mein, city planning, har cheez behtareen partner bante.</w:t>
      </w:r>
    </w:p>
    <w:p>
      <w:pPr>
        <w:jc w:val="right"/>
      </w:pPr>
      <w:r>
        <w:t>پارٹنر ایجوکیشن میں، انڈسٹری میں، ایگریکلچر میں، سٹی پلاننگ، ہر چیز بہترین پارٹنر بنتے۔</w:t>
      </w:r>
    </w:p>
    <w:p>
      <w:r>
        <w:rPr>
          <w:b/>
        </w:rPr>
        <w:t xml:space="preserve">[28:29] </w:t>
      </w:r>
      <w:r>
        <w:t>lekin bas ladai, ladai, ladai. musalman jante nahi kuchh sare ladai ke. is ladai ko samajhte hain ke yeh jihad hai, halanke woh jihad nahi hai.</w:t>
      </w:r>
    </w:p>
    <w:p>
      <w:pPr>
        <w:jc w:val="right"/>
      </w:pPr>
      <w:r>
        <w:t>لیکن بس لڑائی، لڑائی، لڑائی۔ مسلمان جانتے نہیں کچھ سارے لڑائی کے۔ اس لڑائی کو سمجھتے ہیں کہ یہ جہاد ہے، حالانکہ وہ جہاد نہیں ہے۔</w:t>
      </w:r>
    </w:p>
    <w:p>
      <w:r>
        <w:rPr>
          <w:b/>
        </w:rPr>
        <w:t xml:space="preserve">[28:39] </w:t>
      </w:r>
      <w:r>
        <w:t>woh be beslis un ki shikayaton ko le kar ladna padna hai. ab dekhiye, khushwant singh ne likha tha, mr khushwant singh, jin ko ab death ho chuki hai,</w:t>
      </w:r>
    </w:p>
    <w:p>
      <w:pPr>
        <w:jc w:val="right"/>
      </w:pPr>
      <w:r>
        <w:t>وہ بے بیسلیس ان کی شکایتوں کو لے کر لڑنا پڑنا ہے۔ اب دیکھیے، خوشوند سنگھ نے لکھا تھا، مسٹر خوشوند سنگھ، جن کو اب ڈیتھ ہو چکی ہے،</w:t>
      </w:r>
    </w:p>
    <w:p>
      <w:r>
        <w:rPr>
          <w:b/>
        </w:rPr>
        <w:t xml:space="preserve">[28:53] </w:t>
      </w:r>
      <w:r>
        <w:t>ke woh gaya toh unhon ne dekha, yaani falasteen ke arab part ko bhi aur falasteen ke israeli part ko bhi. toh unhon ne kaha ke jo falasteen ka arab part tha, wahan toh ret, ret, ret tha.</w:t>
      </w:r>
    </w:p>
    <w:p>
      <w:pPr>
        <w:jc w:val="right"/>
      </w:pPr>
      <w:r>
        <w:t>کہ وہ گیا تو انہوں نے دیکھا، یعنی فلسطین کے عرب پارٹ کو بھی اور فلسطین کے اسرائیلی پارٹ کو بھی۔ تو انہوں نے کہا کہ جو فلسطین کا عرب پارٹ تھا، وہاں تو ریت، ریت، ریت تھا۔</w:t>
      </w:r>
    </w:p>
    <w:p>
      <w:r>
        <w:rPr>
          <w:b/>
        </w:rPr>
        <w:t xml:space="preserve">[29:09] </w:t>
      </w:r>
      <w:r>
        <w:t>lekin jo israeli part tha, wahan par baagh thay, agriculture tha, sab sab saadab tha. kyun?</w:t>
      </w:r>
    </w:p>
    <w:p>
      <w:pPr>
        <w:jc w:val="right"/>
      </w:pPr>
      <w:r>
        <w:t>لیکن جو اسرائیلی پارٹ تھا، وہاں پر باغ تھے، ایگریکلچر تھا، سب سب ساداب تھا۔ کیوں؟</w:t>
      </w:r>
    </w:p>
    <w:p>
      <w:r>
        <w:rPr>
          <w:b/>
        </w:rPr>
        <w:t xml:space="preserve">[29:18] </w:t>
      </w:r>
      <w:r>
        <w:t>wahan bhi desert tha pehle. lekin israel mein jo yahoodi thay, unhon ne ek naya tareeqa nikala, jis ko jis ko kehte hain drip, drip irrigation.</w:t>
      </w:r>
    </w:p>
    <w:p>
      <w:pPr>
        <w:jc w:val="right"/>
      </w:pPr>
      <w:r>
        <w:t>وہاں بھی ڈیزرٹ تھا پہلے۔ لیکن اسرائیل میں جو یہودی تھے، انہوں نے ایک نیا طریقہ نکالا، جس کو جس کو کہتے ہیں ڈرپ، ڈرپ اریگیشن۔</w:t>
      </w:r>
    </w:p>
    <w:p>
      <w:r>
        <w:rPr>
          <w:b/>
        </w:rPr>
        <w:t xml:space="preserve">[29:36] </w:t>
      </w:r>
      <w:r>
        <w:t>yaani yeh samjha jata tha ke desert mein toh baarish nahi, desert mein toh pani nahi, yahan kaise kheti hogi? yaani hazaron saal se yeh chala raha tha ke yeh toh desert hai, yahan toh koi agriculture nahi ho sakta, heart hi kata nahi ho sakta.</w:t>
      </w:r>
    </w:p>
    <w:p>
      <w:pPr>
        <w:jc w:val="right"/>
      </w:pPr>
      <w:r>
        <w:t>یعنی یہ سمجھا جاتا تھا کہ ڈیزرٹ میں تو بارش نہیں، ڈیزرٹ میں تو پانی نہیں، یہاں کیسے کھیتی ہوگی؟ یعنی ہزاروں سال سے یہ چلا رہا تھا کہ یہ تو ڈیزرٹ ہے، یہاں تو کوئی ایگریکلچر نہیں ہو سکتا، ہارٹ ہی کاٹا نہیں ہو سکتا۔</w:t>
      </w:r>
    </w:p>
    <w:p>
      <w:r>
        <w:rPr>
          <w:b/>
        </w:rPr>
        <w:t xml:space="preserve">[29:52] </w:t>
      </w:r>
      <w:r>
        <w:t>lekin jo yahoodi wahan par aaye, israel banaya unhon ne, toh unhon ne rethink kiya, rethink, aur ek ijtihadi tareeqa nikala unhon ne, jis ko kehte hain drip irrigation.</w:t>
      </w:r>
    </w:p>
    <w:p>
      <w:pPr>
        <w:jc w:val="right"/>
      </w:pPr>
      <w:r>
        <w:t>لیکن جو یہودی وہاں پر آئے، اسرائیل بنایا انہوں نے، تو انہوں نے ری تھنکنگ کیا، ری تھنکنگ، اور ایک اجتہادی طریقہ نکالا انہوں نے، جس کو کہتے ہیں ڈرپ اریگیشن۔</w:t>
      </w:r>
    </w:p>
    <w:p>
      <w:r>
        <w:rPr>
          <w:b/>
        </w:rPr>
        <w:t xml:space="preserve">[30:06] </w:t>
      </w:r>
      <w:r>
        <w:t>toh drip irrigation ke zariye se unhon ne khushwant ne likha hai ke is desert ko unhon ne lalta hua ilaqa bana diya, sab sab ilaqa ilaqa bana diya.</w:t>
      </w:r>
    </w:p>
    <w:p>
      <w:pPr>
        <w:jc w:val="right"/>
      </w:pPr>
      <w:r>
        <w:t>تو ڈرپ اریگیشن کے ذریعے سے انہوں نے خوشوند نے لکھا ہے کہ اس ڈیزرٹ کو انہوں نے لالاتا ہوا علاقہ بنا دیا، سب سب علاقہ علاقہ بنا دیا۔</w:t>
      </w:r>
    </w:p>
    <w:p>
      <w:r>
        <w:rPr>
          <w:b/>
        </w:rPr>
        <w:t xml:space="preserve">[30:20] </w:t>
      </w:r>
      <w:r>
        <w:t>toh musalmanon ko aaj chahiye ke rethink karein apne har mamle mein, chahe hindu ka mamla ho, chahe yahoodi ka mamla ho, chahe christian ka mamla ho.</w:t>
      </w:r>
    </w:p>
    <w:p>
      <w:pPr>
        <w:jc w:val="right"/>
      </w:pPr>
      <w:r>
        <w:t>تو مسلمانوں کو آج چاہیے کہ ری تھنکنگ کریں اپنے ہر معاملے میں، چاہے ہندو کا معاملہ ہو، چاہے یہودی کا معاملہ ہو، چاہے کرسچن کا معاملہ ہو۔</w:t>
      </w:r>
    </w:p>
    <w:p>
      <w:r>
        <w:rPr>
          <w:b/>
        </w:rPr>
        <w:t xml:space="preserve">[30:30] </w:t>
      </w:r>
      <w:r>
        <w:t>rethink, rethink, rethink. bas yahi jante hain musalman ke meri qaum aur ghair qaum itne jante hain. jis kisi se baat kijiye toh ek meri qaum hai, ek ghair qaum hai.</w:t>
      </w:r>
    </w:p>
    <w:p>
      <w:pPr>
        <w:jc w:val="right"/>
      </w:pPr>
      <w:r>
        <w:t>ری تھنکنگ، ری تھنکنگ، ری تھنکنگ۔ بس یہی جانتے ہیں مسلمان کہ میری قوم اور غیر قوم اتنے جانتے ہیں۔ جس کسی سے بات کیجئے تو ایک میری قوم ہے، ایک غیر قوم ہے۔</w:t>
      </w:r>
    </w:p>
    <w:p>
      <w:r>
        <w:rPr>
          <w:b/>
        </w:rPr>
        <w:t xml:space="preserve">[30:43] </w:t>
      </w:r>
      <w:r>
        <w:t>bilkul bhi beslis baat hai yeh. woh bhi insaan, woh bhi insaan. rasool Allah ne madine mein ek yahoodi ke sath izzat ka mamla kiya.</w:t>
      </w:r>
    </w:p>
    <w:p>
      <w:pPr>
        <w:jc w:val="right"/>
      </w:pPr>
      <w:r>
        <w:t>بالکل بھی بیسلیس بات ہے یہ۔ وہ بھی انسان، وہ بھی انسان۔ رسول اللہ نے مدینے میں ایک یہودی کے ساتھ عزت کا معاملہ کیا۔</w:t>
      </w:r>
    </w:p>
    <w:p>
      <w:r>
        <w:rPr>
          <w:b/>
        </w:rPr>
        <w:t xml:space="preserve">[30:55] </w:t>
      </w:r>
      <w:r>
        <w:t>yahoodi janaze ke sath aap uth kar khade hogaye. kisi ne kaha ke yeh toh yahoodi ka janaza tha. toh aap ne kaha: "alaihis salam, alaihis salam, alaihis salam." kaha: "woh insaan nahi." toh rasool Allah ne yahoodi ko insaan ke roop mein dekha.</w:t>
      </w:r>
    </w:p>
    <w:p>
      <w:pPr>
        <w:jc w:val="right"/>
      </w:pPr>
      <w:r>
        <w:t>یہودی جنازے کے ساتھ آپ اٹھ کر کھڑے ہوگئے۔ کسی نے کہا کہ یہ تو یہودی کا جنازہ تھا۔ تو آپ نے کہا: "علیہ السلام، علیہ السلام، علیہ السلام۔" کہا: "وہ انسان نہیں۔" تو رسول اللہ نے یہودی کو انسان کے روپ میں دیکھا۔</w:t>
      </w:r>
    </w:p>
    <w:p>
      <w:r>
        <w:rPr>
          <w:b/>
        </w:rPr>
        <w:t xml:space="preserve">[31:14] </w:t>
      </w:r>
      <w:r>
        <w:t>rasool Allah ne yahoodi ko insaan ke roop mein dekha. aur aaj ka musalman yahoodi ko maloon ke roop mein dekhte hain. sahi, koi sunnat rasool hai yeh.</w:t>
      </w:r>
    </w:p>
    <w:p>
      <w:pPr>
        <w:jc w:val="right"/>
      </w:pPr>
      <w:r>
        <w:t>رسول اللہ نے یہودی کو انسان کے روپ میں دیکھا۔ اور آج کا مسلمان یہودی کو ملعون کے روپ میں دیکھتے ہیں۔ صحیح، کوئی سنت رسول ہے یہ۔</w:t>
      </w:r>
    </w:p>
    <w:p>
      <w:r>
        <w:rPr>
          <w:b/>
        </w:rPr>
        <w:t xml:space="preserve">[31:26] </w:t>
      </w:r>
      <w:r>
        <w:t>toh baharhaal main samajhta hoon ke hamein rethink karna hai, phir se apni rai ko</w:t>
      </w:r>
    </w:p>
    <w:p>
      <w:pPr>
        <w:jc w:val="right"/>
      </w:pPr>
      <w:r>
        <w:t>تو بہرحال میں سمجھتا ہوں کہ ہمیں ری تھنکنگ کرنا ہے، پھر سے اپنی رائے کو</w:t>
      </w:r>
    </w:p>
    <w:p>
      <w:r>
        <w:rPr>
          <w:b/>
        </w:rPr>
        <w:t xml:space="preserve">[31:37] </w:t>
      </w:r>
      <w:r>
        <w:t>banana hai, phir se planning karni hai, phir se har mamle ko durust karna hai nai soch ke sath.</w:t>
      </w:r>
    </w:p>
    <w:p>
      <w:pPr>
        <w:jc w:val="right"/>
      </w:pPr>
      <w:r>
        <w:t>بنانا ہے، پھر سے پلاننگ کرنی ہے، پھر سے ہر معاملے کو درست کرنا ہے نئی سوچ کے ساتھ۔</w:t>
      </w:r>
    </w:p>
    <w:p>
      <w:r>
        <w:rPr>
          <w:b/>
        </w:rPr>
        <w:t xml:space="preserve">[31:47] </w:t>
      </w:r>
      <w:r>
        <w:t>aur khaas tor par naye halaat jo hain, jo naye halaat hain, naye naye asbab jo hain, un ko janna hai.</w:t>
      </w:r>
    </w:p>
    <w:p>
      <w:pPr>
        <w:jc w:val="right"/>
      </w:pPr>
      <w:r>
        <w:t>اور خاص طور پر نئے حالات جو ہیں، جو نئے حالات ہیں، نئے نئے اسباب جو ہیں، ان کو جاننا ہے۔</w:t>
      </w:r>
    </w:p>
    <w:p>
      <w:r>
        <w:rPr>
          <w:b/>
        </w:rPr>
        <w:t xml:space="preserve">[31:58] </w:t>
      </w:r>
      <w:r>
        <w:t>yeh bohat zaroori hai. aur yeh jo jo tareeqa chala aa raha hai ke bas yeh farz kar liya hai ke yahoodi toh maloon hai, yahoodi toh kharab hai.</w:t>
      </w:r>
    </w:p>
    <w:p>
      <w:pPr>
        <w:jc w:val="right"/>
      </w:pPr>
      <w:r>
        <w:t>یہ بہت ضروری ہے۔ اور یہ جو جو طریقہ چلا آ رہا ہے کہ بس یہ فرض کر لیا ہے کہ یہودی تو ملعون ہے، یہودی تو خراب ہے۔</w:t>
      </w:r>
    </w:p>
    <w:p>
      <w:r>
        <w:rPr>
          <w:b/>
        </w:rPr>
        <w:t xml:space="preserve">[32:11] </w:t>
      </w:r>
      <w:r>
        <w:t>aur main aap ko aap ko ek tajruba batata hoon, bohat hi ajeeb tajruba ke main</w:t>
      </w:r>
    </w:p>
    <w:p>
      <w:pPr>
        <w:jc w:val="right"/>
      </w:pPr>
      <w:r>
        <w:t>اور میں آپ کو آپ کو ایک تجربہ بتاتا ہوں، بہت ہی عجیب تجربہ کہ میں</w:t>
      </w:r>
    </w:p>
    <w:p>
      <w:r>
        <w:rPr>
          <w:b/>
        </w:rPr>
        <w:t xml:space="preserve">[32:19] </w:t>
      </w:r>
      <w:r>
        <w:t>gaya woh middle east mein. middle east mein maine ek yeh jo nail cutter hota hai, nail cutter, ek nail cutter mujhe mila kahin se, kisi ne diya toh bara acha kaatta tha.</w:t>
      </w:r>
    </w:p>
    <w:p>
      <w:pPr>
        <w:jc w:val="right"/>
      </w:pPr>
      <w:r>
        <w:t>گیا وہ مڈل ایسٹ میں۔ مڈل ایسٹ میں میں نے ایک یہ جو نیل کٹر ہوتا ہے، نیل کٹر، ایک نیل کٹر مجھے ملا کہیں سے، کسی نے دیا تو بڑا اچھا کاٹتا تھا۔</w:t>
      </w:r>
    </w:p>
    <w:p>
      <w:r>
        <w:rPr>
          <w:b/>
        </w:rPr>
        <w:t xml:space="preserve">[32:37] </w:t>
      </w:r>
      <w:r>
        <w:t>woh waisa nail cutter mujhe abhi tak nahi mila tha. toh maine us se kaha ke main ek nail cutter khareedna chahta hoon. kya us par koi likha nahi hai ke kahan bana hua hai?</w:t>
      </w:r>
    </w:p>
    <w:p>
      <w:pPr>
        <w:jc w:val="right"/>
      </w:pPr>
      <w:r>
        <w:t>وہ ویسا نیل کٹر مجھے ابھی تک نہیں ملا تھا۔ تو میں نے اس سے کہا کہ میں ایک نیل کٹر خریدنا چاہتا ہوں۔ کیا اس پر کوئی لکھا نہیں ہے کہ کہاں بنا ہوا ہے؟</w:t>
      </w:r>
    </w:p>
    <w:p>
      <w:r>
        <w:rPr>
          <w:b/>
        </w:rPr>
        <w:t xml:space="preserve">[32:49] </w:t>
      </w:r>
      <w:r>
        <w:t>toh woh woh aadmi ne kaha ke yeh nahi milega aap ko. yeh nail cutter israel ka bana hua hai. aur chuna ke arbon ne boycott kar rakha hai, israel ka maal woh toh nahi khareeden ge.</w:t>
      </w:r>
    </w:p>
    <w:p>
      <w:pPr>
        <w:jc w:val="right"/>
      </w:pPr>
      <w:r>
        <w:t>تو وہ وہ آدمی نے کہا کہ یہ نہیں ملے گا آپ کو۔ یہ نیل کٹر اسرائیل کا بنا ہوا ہے۔ اور چونکہ عربوں نے بائیکاٹ کر رکھا ہے، اسرائیل کا مال وہ تو نہیں خریدیں گے۔</w:t>
      </w:r>
    </w:p>
    <w:p>
      <w:r>
        <w:rPr>
          <w:b/>
        </w:rPr>
        <w:t xml:space="preserve">[33:02] </w:t>
      </w:r>
      <w:r>
        <w:t>woh toh unhon ne kiya kiya ke israel likhte hi nahi. woh made in israel, woh likhte hi nahi.</w:t>
      </w:r>
    </w:p>
    <w:p>
      <w:pPr>
        <w:jc w:val="right"/>
      </w:pPr>
      <w:r>
        <w:t>وہ تو انہوں نے کیا کیا کہ اسرائیل لکھتے ہی نہیں۔ وہ میڈ ان اسرائیل، وہ لکھتے ہی نہیں۔</w:t>
      </w:r>
    </w:p>
    <w:p>
      <w:r>
        <w:rPr>
          <w:b/>
        </w:rPr>
        <w:t xml:space="preserve">[33:12] </w:t>
      </w:r>
      <w:r>
        <w:t>bas saman dete hain. is ka matlab kya hai ke unhon ne quality paida ki. quality rahega toh aadmi kharede ga. toh apni quality ke bal par israel apne saman ko duniya mein bech raha hai.</w:t>
      </w:r>
    </w:p>
    <w:p>
      <w:pPr>
        <w:jc w:val="right"/>
      </w:pPr>
      <w:r>
        <w:t>بس سامان دیتے ہیں۔ اس کا معنی کیا ہے کہ انہوں نے کوالٹی پیدا کی۔ کوالٹی رہے گا تو آدمی خریدے گا۔ تو اپنی کوالٹی کے بل پر اسرائیل اپنے سامان کو دنیا میں بیچ رہا ہے۔</w:t>
      </w:r>
    </w:p>
    <w:p>
      <w:r>
        <w:rPr>
          <w:b/>
        </w:rPr>
        <w:t xml:space="preserve">[33:27] </w:t>
      </w:r>
      <w:r>
        <w:t>aaj aap ko maloom hona chahiye ke aaj duniya mein behtareen saman israel ka bana hua hota hai. behtareen saman. maslan hamara mulk india mein aap jante hain ke yeh armament jo tha, liya jata tha ziyada tar.</w:t>
      </w:r>
    </w:p>
    <w:p>
      <w:pPr>
        <w:jc w:val="right"/>
      </w:pPr>
      <w:r>
        <w:t>آج آپ کو معلوم ہونا چاہیے کہ آج دنیا میں بہترین سامان اسرائیل کا بنا ہوا ہوتا ہے۔ بہترین سامان۔ مثلاً ہمارا ملک انڈیا میں آپ جانتے ہیں کہ یہ ارمانمنٹ جو تھا، لیا جاتا تھا زیادہ تر۔</w:t>
      </w:r>
    </w:p>
    <w:p>
      <w:r>
        <w:rPr>
          <w:b/>
        </w:rPr>
        <w:t xml:space="preserve">[33:44] </w:t>
      </w:r>
      <w:r>
        <w:t>israel woh is se roos se hamare india mein azadi ke baad jo policy bani woh pro russia thi.</w:t>
      </w:r>
    </w:p>
    <w:p>
      <w:pPr>
        <w:jc w:val="right"/>
      </w:pPr>
      <w:r>
        <w:t>اسرائیل وہ اس سے روس سے ہمارے انڈیا میں آزادی کے بعد جو پالیسی بنی وہ پرو رشیا تھی۔</w:t>
      </w:r>
    </w:p>
    <w:p>
      <w:r>
        <w:rPr>
          <w:b/>
        </w:rPr>
        <w:t xml:space="preserve">[33:53] </w:t>
      </w:r>
      <w:r>
        <w:t>toh wahan se khareedte thay log hathiyar. lekin ab jo hai aap ko pata hona chahiye ke ziyada tar hathiyar liye ja rahe hain israel se.</w:t>
      </w:r>
    </w:p>
    <w:p>
      <w:pPr>
        <w:jc w:val="right"/>
      </w:pPr>
      <w:r>
        <w:t>تو وہاں سے خریدتے تھے لوگ ہتھیار۔ لیکن اب جو ہے آپ کو پتہ ہونا چاہیے کہ زیادہ تر ہتھیار لیے جا رہے ہیں اسرائیل سے۔</w:t>
      </w:r>
    </w:p>
    <w:p>
      <w:r>
        <w:rPr>
          <w:b/>
        </w:rPr>
        <w:t xml:space="preserve">[34:07] </w:t>
      </w:r>
      <w:r>
        <w:t>aaj india zayada tar hathiyar le raha hai israel se. kyon? tajrube se bataya hai ke basco mein ke russia mein jo hathiyar bante hain us se behtar hote hain israel ke hathiyar.</w:t>
      </w:r>
    </w:p>
    <w:p>
      <w:pPr>
        <w:jc w:val="right"/>
      </w:pPr>
      <w:r>
        <w:t>آج انڈیا زیادہ تر ہتھیار لے رہا ہے اسرائیل سے۔ کیوں؟ تجربے سے بتایا ہے کہ باسکو میں کہ رشیا میں جو ہتھیار بنتے ہیں اس سے بیٹر ہوتے ہیں اسرائیل کے ہتھیار۔</w:t>
      </w:r>
    </w:p>
    <w:p>
      <w:r>
        <w:rPr>
          <w:b/>
        </w:rPr>
        <w:t xml:space="preserve">[34:19] </w:t>
      </w:r>
      <w:r>
        <w:t>to aaj ka jo israel hai wo apni quality ke bal par zinda hai. wo israel nahi hai jo pehle pehle hua karta tha. aese sare logon ka haal, sare koi qaum yaad rakhiye, chahe yahudi hon, chahe hindu hon ya american hon, koi bhi musalman koi dushman nahi hai.</w:t>
      </w:r>
    </w:p>
    <w:p>
      <w:pPr>
        <w:jc w:val="right"/>
      </w:pPr>
      <w:r>
        <w:t>تو آج کا جو اسرائیل ہے وہ اپنی کوالٹی کے بل پر زندہ ہے۔ وہ اسرائیل نہیں ہے جو پہلے پہلے ہوا کرتا تھا۔ ایسے سارے لوگوں کا حال، سارے کوئی قوم یاد رکھیے، چاہے یہودی ہوں، چاہے ہندو ہوں یا امریکن ہوں، کوئی بھی مسلمان کوئی دشمن نہیں ہے۔</w:t>
      </w:r>
    </w:p>
    <w:p>
      <w:r>
        <w:rPr>
          <w:b/>
        </w:rPr>
        <w:t xml:space="preserve">[34:41] </w:t>
      </w:r>
      <w:r>
        <w:t>wo doori khatm ho gaya. ye bhi musalman nahi jante ke wo doori khatm hoga. dushmani wala daur.</w:t>
      </w:r>
    </w:p>
    <w:p>
      <w:pPr>
        <w:jc w:val="right"/>
      </w:pPr>
      <w:r>
        <w:t>وہ دوری ختم ہو گیا۔ یہ بھی مسلمان نہیں جانتے کہ وہ دوری ختم ہوگا۔ دشمنی والا دور۔</w:t>
      </w:r>
    </w:p>
    <w:p>
      <w:r>
        <w:rPr>
          <w:b/>
        </w:rPr>
        <w:t xml:space="preserve">[34:51] </w:t>
      </w:r>
      <w:r>
        <w:t>pehley zamane ki baat thi. tribal age. tribal age mein koi dost hota tha, koi dushman hota tha. tribal age aaj nahi hai.</w:t>
      </w:r>
    </w:p>
    <w:p>
      <w:pPr>
        <w:jc w:val="right"/>
      </w:pPr>
      <w:r>
        <w:t>پہلے زمانے کی بات تھی۔ ٹرائبل ایج۔ ٹرائبل ایج میں کوئی دوست ہوتا تھا، کوئی دشمن ہوتا تھا۔ ٹرائبل ایج آج نہیں ہے۔</w:t>
      </w:r>
    </w:p>
    <w:p>
      <w:r>
        <w:rPr>
          <w:b/>
        </w:rPr>
        <w:t xml:space="preserve">[34:59] </w:t>
      </w:r>
      <w:r>
        <w:t>esa aaj ka daur jo hai yaad rakhiye, ye business ka daur hai. business. ab sari duniya ko apna saman bechna hai.</w:t>
      </w:r>
    </w:p>
    <w:p>
      <w:pPr>
        <w:jc w:val="right"/>
      </w:pPr>
      <w:r>
        <w:t>ایسا آج کا دور جو ہے یاد رکھیے، یہ بزنس کا دور ہے۔ بزنس۔ اب ساری دنیا کو اپنا سامان بیچنا ہے۔</w:t>
      </w:r>
    </w:p>
    <w:p>
      <w:r>
        <w:rPr>
          <w:b/>
        </w:rPr>
        <w:t xml:space="preserve">[35:13] </w:t>
      </w:r>
      <w:r>
        <w:t>sirf chote chote chote chote saman nahi, bade bade saman. maslan car hai, hawai jahaz hai waghera.</w:t>
      </w:r>
    </w:p>
    <w:p>
      <w:pPr>
        <w:jc w:val="right"/>
      </w:pPr>
      <w:r>
        <w:t>صرف چھوٹے چھوٹے چھوٹے چھوٹے سامان نہیں، بڑے بڑے سامان۔ مثلاً کار ہے، ہوائی جہاز ہے وغیرہ۔</w:t>
      </w:r>
    </w:p>
    <w:p>
      <w:r>
        <w:rPr>
          <w:b/>
        </w:rPr>
        <w:t xml:space="preserve">[35:24] </w:t>
      </w:r>
      <w:r>
        <w:t>to sab ko, tamam qaumon ko, chahe america ho, chahe japan ho, chahe germany ho, koi bhi, is ko apni apni saman bechna hai.</w:t>
      </w:r>
    </w:p>
    <w:p>
      <w:pPr>
        <w:jc w:val="right"/>
      </w:pPr>
      <w:r>
        <w:t>تو سب کو، تمام قوموں کو، چاہے امریکہ ہو، چاہے جاپان ہو، چاہے جرمنی ہو، کوئی بھی، اس کو اپنی اپنی سامان بیچنا ہے۔</w:t>
      </w:r>
    </w:p>
    <w:p>
      <w:r>
        <w:rPr>
          <w:b/>
        </w:rPr>
        <w:t xml:space="preserve">[35:37] </w:t>
      </w:r>
      <w:r>
        <w:t>maslan mein ek jab mein dilli aaya to mein mein ne socha tha shuru shuru mein ke mein ek printing press kharidun ga, printing press kharidun ga.</w:t>
      </w:r>
    </w:p>
    <w:p>
      <w:pPr>
        <w:jc w:val="right"/>
      </w:pPr>
      <w:r>
        <w:t>مثلاً میں ایک جب میں دلی آیا تو میں میں نے سوچا تھا شروع شروع میں کہ میں ایک پریس خریدوں گا، پرنٹنگ پریس خریدوں گا۔</w:t>
      </w:r>
    </w:p>
    <w:p>
      <w:r>
        <w:rPr>
          <w:b/>
        </w:rPr>
        <w:t xml:space="preserve">[35:50] </w:t>
      </w:r>
      <w:r>
        <w:t>to mein wahan gaya bazaar mein. ek sahab jo ke printing press ke malik the, un se mein ne mashwara kiya ke kaun sa press mein kharidun, kaun sa press.</w:t>
      </w:r>
    </w:p>
    <w:p>
      <w:pPr>
        <w:jc w:val="right"/>
      </w:pPr>
      <w:r>
        <w:t>تو میں وہاں گیا بازار میں۔ ایک صاحب جو کہ پرنٹنگ پریس کے مالک تھے، ان سے میں نے مشورہ کیا کہ کون سا پریس میں خریدوں، کون سا پریس۔</w:t>
      </w:r>
    </w:p>
    <w:p>
      <w:r>
        <w:rPr>
          <w:b/>
        </w:rPr>
        <w:t xml:space="preserve">[36:04] </w:t>
      </w:r>
      <w:r>
        <w:t>to unhon ne kaha ke germany germany ka press khareeden aap. kyun ke german press ki resale value hoti hai. ye pehli bar badi lafz jana, pehli bar ke agar is par likha hoga "made in germany" to is ki resale value hoti hai.</w:t>
      </w:r>
    </w:p>
    <w:p>
      <w:pPr>
        <w:jc w:val="right"/>
      </w:pPr>
      <w:r>
        <w:t>تو انہوں نے کہا کہ جرمنی جرمنی کا پریس خریدیں آپ۔ کیونکہ جرمن پریس کی ری سیل ویلیو ہوتی ہے۔ یہ پہلی بار بڑی لفظ جانا، پہلی بار کہ اگر اس پر لکھا ہوگا "میڈ ان جرمنی" تو اس کی ری سیل ویلیو ہوتی ہے۔</w:t>
      </w:r>
    </w:p>
    <w:p>
      <w:r>
        <w:rPr>
          <w:b/>
        </w:rPr>
        <w:t xml:space="preserve">[36:23] </w:t>
      </w:r>
      <w:r>
        <w:t>aur doosre press aap lenge to is ki koi resale value nahi hai. kyun? is ki quality phir bhi achi rehti hai, itni zabardast quality hoti hai ke phir se becha to market mein achhe daam pe bik jayega.</w:t>
      </w:r>
    </w:p>
    <w:p>
      <w:pPr>
        <w:jc w:val="right"/>
      </w:pPr>
      <w:r>
        <w:t>اور دوسرے پریس آپ لیں گے تو اس کی کوئی ری سیل ویلیو نہیں ہے۔ کیوں؟ اس کی کوالٹی پھر بھی اچھی رہتی ہے، اتنی زبردست کوالٹی ہوتی ہے کہ پھر سے بیچا تو مارکیٹ میں اچھے دام پہ بک جائے گا۔</w:t>
      </w:r>
    </w:p>
    <w:p>
      <w:r>
        <w:rPr>
          <w:b/>
        </w:rPr>
        <w:t xml:space="preserve">[36:41] </w:t>
      </w:r>
      <w:r>
        <w:t>aaj ki duniya ye hai. aaj ki duniya hai ko duniya ko business karna hai. koi hathiyar bech raha hai, koi machine bech raha hai, koi mulk product bech raha hai.</w:t>
      </w:r>
    </w:p>
    <w:p>
      <w:pPr>
        <w:jc w:val="right"/>
      </w:pPr>
      <w:r>
        <w:t>آج کی دنیا یہ ہے۔ آج کی دنیا ہے کو دنیا کو بزنس کرنا ہے۔ کوئی ہتھیار بیچ رہا ہے، کوئی مشین بیچ رہا ہے، کوئی ملک پروڈکٹ بیچ رہا ہے۔</w:t>
      </w:r>
    </w:p>
    <w:p>
      <w:r>
        <w:rPr>
          <w:b/>
        </w:rPr>
        <w:t xml:space="preserve">[36:55] </w:t>
      </w:r>
      <w:r>
        <w:t>har ek ko bechna hai, bechna hai, bechna hai. to har ek ye jaan chuka hai, har qaum ke quality pe bikta saman, quality par achha, achhi quality hai to bikega, nahi to nahi bikega.</w:t>
      </w:r>
    </w:p>
    <w:p>
      <w:pPr>
        <w:jc w:val="right"/>
      </w:pPr>
      <w:r>
        <w:t>ہر ایک کو بیچنا ہے، بیچنا ہے، بیچنا ہے۔ تو ہر ایک یہ جان چکا ہے، ہر قوم کہ کوالٹی پہ بکتا سامان، کوالٹی پر اچھا، اچھی کوالٹی ہے تو بکے گا، نہیں تو نہیں بکے گا۔</w:t>
      </w:r>
    </w:p>
    <w:p>
      <w:r>
        <w:rPr>
          <w:b/>
        </w:rPr>
        <w:t xml:space="preserve">[37:08] </w:t>
      </w:r>
      <w:r>
        <w:t>to aaj ki jo qaumein hain, aaj ke jo mulk hain, wo sara focus is pe hain ke quality ka saman paida karo.</w:t>
      </w:r>
    </w:p>
    <w:p>
      <w:pPr>
        <w:jc w:val="right"/>
      </w:pPr>
      <w:r>
        <w:t>تو آج کی جو قومیں ہیں، آج کے جو ملک ہیں، وہ سارا فوکس اس پہ ہیں کہ کوالٹی کا سامان پیدا کرو۔</w:t>
      </w:r>
    </w:p>
    <w:p>
      <w:r>
        <w:rPr>
          <w:b/>
        </w:rPr>
        <w:t xml:space="preserve">[37:18] </w:t>
      </w:r>
      <w:r>
        <w:t>ab aap dekhiye, india mein bahut se school hain, college hain, university hain. log jate hain australia, australia parhne ke liye. kyun ke australia mein quality education hai, quality education.</w:t>
      </w:r>
    </w:p>
    <w:p>
      <w:pPr>
        <w:jc w:val="right"/>
      </w:pPr>
      <w:r>
        <w:t>اب آپ دیکھیے، انڈیا میں بہت سے اسکول ہیں، کالج ہیں، یونیورسٹیاں ہیں۔ لوگ جاتے ہیں اسٹریلیا، اسٹریلیا پڑھنے کے لیے۔ کیونکہ اسٹریلیا میں کوالٹی ایجوکیشن ہے، کوالٹی ایجوکیشن۔</w:t>
      </w:r>
    </w:p>
    <w:p>
      <w:r>
        <w:rPr>
          <w:b/>
        </w:rPr>
        <w:t xml:space="preserve">[37:33] </w:t>
      </w:r>
      <w:r>
        <w:t>to wo doori khatm ho gaya jab ye sab alfaaz bole jate the. ab doosra daur hai, ek dam hi doosra daur hai.</w:t>
      </w:r>
    </w:p>
    <w:p>
      <w:pPr>
        <w:jc w:val="right"/>
      </w:pPr>
      <w:r>
        <w:t>تو وہ دوری ختم ہو گیا جب یہ سب الفاظ بولے جاتے تھے۔ اب دوسرا دور ہے، ایک دم ہی دوسرا دور ہے۔</w:t>
      </w:r>
    </w:p>
    <w:p>
      <w:r>
        <w:rPr>
          <w:b/>
        </w:rPr>
        <w:t xml:space="preserve">[37:44] </w:t>
      </w:r>
      <w:r>
        <w:t>to mein samajhta hoon ke quran ko samajhne ke liye zaroori hai ke aap naye daur ko samjhen. khud quran ko samajhne ke liye bhi zaroori hai ke aap naye daur ko samjhen.</w:t>
      </w:r>
    </w:p>
    <w:p>
      <w:pPr>
        <w:jc w:val="right"/>
      </w:pPr>
      <w:r>
        <w:t>تو میں سمجھتا ہوں کہ قرآن کو سمجھنے کے لیے ضروری ہے کہ آپ نئے دور کو سمجھیں۔ خود قرآن کو سمجھنے کے لیے بھی ضروری ہے کہ آپ نئے دور کو سمجھیں۔</w:t>
      </w:r>
    </w:p>
    <w:p>
      <w:r>
        <w:rPr>
          <w:b/>
        </w:rPr>
        <w:t xml:space="preserve">[37:56] </w:t>
      </w:r>
      <w:r>
        <w:t>warna quran se bhi bekhabar aur naye daur se bhi bekhabar.</w:t>
      </w:r>
    </w:p>
    <w:p>
      <w:pPr>
        <w:jc w:val="right"/>
      </w:pPr>
      <w:r>
        <w:t>ورنہ قرآن سے بھی بے خبر اور نئے دور سے بھی بے خبر۔</w:t>
      </w:r>
    </w:p>
    <w:p>
      <w:r>
        <w:rPr>
          <w:b/>
        </w:rPr>
        <w:t xml:space="preserve">[38:03] </w:t>
      </w:r>
      <w:r>
        <w:t>aur ek bahut badi baat jo duniya mein paida hui, jo rasool Allah ke zamane mein ya paighambaron ke zamane mein nahi thi, wo hai open opens.</w:t>
      </w:r>
    </w:p>
    <w:p>
      <w:pPr>
        <w:jc w:val="right"/>
      </w:pPr>
      <w:r>
        <w:t>اور ایک بہت بڑی بات جو دنیا میں پیدا ہوئی، جو رسول اللہ کے زمانے میں یا پیغمبروں کے زمانے میں نہیں تھی، وہ ہے اوپن اوپنس۔</w:t>
      </w:r>
    </w:p>
    <w:p>
      <w:r>
        <w:rPr>
          <w:b/>
        </w:rPr>
        <w:t xml:space="preserve">[38:13] </w:t>
      </w:r>
      <w:r>
        <w:t>pehley zamane mein koi sochta nahi tha ke aap ka mazhab kya hai. pehley zamane mein ladai bhadai, mera mazhab hai to okay, doosre ka to lad ke marun ga is ko.</w:t>
      </w:r>
    </w:p>
    <w:p>
      <w:pPr>
        <w:jc w:val="right"/>
      </w:pPr>
      <w:r>
        <w:t>پہلے زمانے میں کوئی سوچتا نہیں تھا کہ آپ کا مذہب کیا ہے۔ پہلے زمانے میں لڑائی بھڑائی، میرا مذہب ہے تو اوکے، دوسرے کا تو لڑ کے ماروں گا اس کو۔</w:t>
      </w:r>
    </w:p>
    <w:p>
      <w:r>
        <w:rPr>
          <w:b/>
        </w:rPr>
        <w:t xml:space="preserve">[38:23] </w:t>
      </w:r>
      <w:r>
        <w:t>mein is zamane mein dekhiye, duniya mein tha jis ko kehte hain "regis prosecution". qadeem zamana "regis prosecution" ka zamana tha.</w:t>
      </w:r>
    </w:p>
    <w:p>
      <w:pPr>
        <w:jc w:val="right"/>
      </w:pPr>
      <w:r>
        <w:t>میں اس زمانے میں دیکھیے، دنیا میں تھا جس کو کہتے ہیں "ریجس پرسیکیوشن"۔ قدیم زمانہ "ریجس پرسیکیوشن" کا زمانہ تھا۔</w:t>
      </w:r>
    </w:p>
    <w:p>
      <w:r>
        <w:rPr>
          <w:b/>
        </w:rPr>
        <w:t xml:space="preserve">[38:35] </w:t>
      </w:r>
      <w:r>
        <w:t>doosre ke mazhab ko insan tayyar nahi tha ke is par ghaur kare. wo jis ko kehte the "regis prosecution".</w:t>
      </w:r>
    </w:p>
    <w:p>
      <w:pPr>
        <w:jc w:val="right"/>
      </w:pPr>
      <w:r>
        <w:t>دوسرے کے مذہب کو انسان تیار نہیں تھا کہ اس پر غور کرے۔ وہ جس کو کہتے تھے "ریجس پرسیکیوشن"۔</w:t>
      </w:r>
    </w:p>
    <w:p>
      <w:r>
        <w:rPr>
          <w:b/>
        </w:rPr>
        <w:t xml:space="preserve">[38:43] </w:t>
      </w:r>
      <w:r>
        <w:t>aaj ka hai, aaj ka zamana "regis freedom". aaj ka insan ladai bhadai nahi chahta, peace chahta hai.</w:t>
      </w:r>
    </w:p>
    <w:p>
      <w:pPr>
        <w:jc w:val="right"/>
      </w:pPr>
      <w:r>
        <w:t>آج کا ہے، آج کا زمانہ "ریجس فریڈم"۔ آج کا انسان لڑائی بھڑائی نہیں چاہتا، پیس چاہتا ہے۔</w:t>
      </w:r>
    </w:p>
    <w:p>
      <w:r>
        <w:rPr>
          <w:b/>
        </w:rPr>
        <w:t xml:space="preserve">[38:55] </w:t>
      </w:r>
      <w:r>
        <w:t>kyun ke is ka jo bada concern hai, bada concern business hai, paisa kamana, paisa kamana,</w:t>
      </w:r>
    </w:p>
    <w:p>
      <w:pPr>
        <w:jc w:val="right"/>
      </w:pPr>
      <w:r>
        <w:t>کیونکہ اس کا جو بڑا کنسرن ہے، بڑا کنسرن بزنس ہے، پیسہ کمانا، پیسہ کمانا،</w:t>
      </w:r>
    </w:p>
    <w:p>
      <w:r>
        <w:rPr>
          <w:b/>
        </w:rPr>
        <w:t xml:space="preserve">[39:11] </w:t>
      </w:r>
      <w:r>
        <w:t>paisa kamana. to baqi just kar rahi hai. to aap mazhab kya hai? koi bhi mazhab ho, mera saman kharido.</w:t>
      </w:r>
    </w:p>
    <w:p>
      <w:pPr>
        <w:jc w:val="right"/>
      </w:pPr>
      <w:r>
        <w:t>پیسہ کمانا۔ تو باقی جسٹ کر رہی ہے۔ تو آپ مذہب کیا ہے؟ کوئی بھی مذہب ہو، میرا سامان خریدو۔</w:t>
      </w:r>
    </w:p>
    <w:p>
      <w:r>
        <w:rPr>
          <w:b/>
        </w:rPr>
        <w:t xml:space="preserve">[39:21] </w:t>
      </w:r>
      <w:r>
        <w:t>to bas mazhab kuch bhi ho, mera saman kharido. kyunke mere saman ki quality better hai. to falastini jo hain, ladte hain, ladte hain, ladte hain.</w:t>
      </w:r>
    </w:p>
    <w:p>
      <w:pPr>
        <w:jc w:val="right"/>
      </w:pPr>
      <w:r>
        <w:t>تو بس مذہب کچھ بھی ہو، میرا سامان خریدو۔ کیونکہ میرے سامان کی کوالٹی بیٹر ہے۔ تو فلسطینی جو ہیں، لڑتے ہیں، لڑتے ہیں، لڑتے ہیں۔</w:t>
      </w:r>
    </w:p>
    <w:p>
      <w:r>
        <w:rPr>
          <w:b/>
        </w:rPr>
        <w:t xml:space="preserve">[39:36] </w:t>
      </w:r>
      <w:r>
        <w:t>abhi aaj kal khabrein aayi hain. agar woh hosh mein, inko jante hain modern daur ko, to woh jo area hai, kai baar yeh baat bani kehi hai ke woh jo area hai, woh best area hai tourism ke liye.</w:t>
      </w:r>
    </w:p>
    <w:p>
      <w:pPr>
        <w:jc w:val="right"/>
      </w:pPr>
      <w:r>
        <w:t>ابھی آج کل خبریں آئی ہیں۔ اگر وہ ہوش میں، ان کو جانتے ہیں ماڈرن دور کو، تو وہ جو ایریا ہے، کئی بار یہ بات بانی کہی ہے کہ وہ جو ایریا ہے، وہ بیسٹ ایریا ہے ٹورزم کے لیے۔</w:t>
      </w:r>
    </w:p>
    <w:p>
      <w:r>
        <w:rPr>
          <w:b/>
        </w:rPr>
        <w:t xml:space="preserve">[39:54] </w:t>
      </w:r>
      <w:r>
        <w:t>duniya ka sab se best area jo hai, jis ko, jis mein yeh is mulk hain: falasteen, misr, arab, urdun, lubnan,</w:t>
      </w:r>
    </w:p>
    <w:p>
      <w:pPr>
        <w:jc w:val="right"/>
      </w:pPr>
      <w:r>
        <w:t>دنیا کا سب سے بیسٹ ایریا جو ہے، جس کو، جس میں یہ اس ممالک ہیں: فلسطین، مصر، عرب، اردن، لبنان،</w:t>
      </w:r>
    </w:p>
    <w:p>
      <w:r>
        <w:rPr>
          <w:b/>
        </w:rPr>
        <w:t xml:space="preserve">[40:09] </w:t>
      </w:r>
      <w:r>
        <w:t>sham, iraq. to yahan par agar planning ki jaye to zabardast faida utha sakte hain arab log, falastini log.</w:t>
      </w:r>
    </w:p>
    <w:p>
      <w:pPr>
        <w:jc w:val="right"/>
      </w:pPr>
      <w:r>
        <w:t>شام، عراق۔ تو یہاں پر اگر پلاننگ کی جائے تو زبردست فائدہ اٹھا سکتے ہیں عرب لوگ، فلسطینی لوگ۔</w:t>
      </w:r>
    </w:p>
    <w:p>
      <w:r>
        <w:rPr>
          <w:b/>
        </w:rPr>
        <w:t xml:space="preserve">[40:20] </w:t>
      </w:r>
      <w:r>
        <w:t>lekin jate hue lad rahe hain, lad rahe hain, lad rahe hain, lad rahe hain. duniya ki sab se bari daulat tel ke ilawa bhi ek hai, yeh nahi jante woh.</w:t>
      </w:r>
    </w:p>
    <w:p>
      <w:pPr>
        <w:jc w:val="right"/>
      </w:pPr>
      <w:r>
        <w:t>لیکن جاتے ہوئے لڑ رہے ہیں، لڑ رہے ہیں، لڑ رہے ہیں، لڑ رہے ہیں۔ دنیا کی سب سے بڑی دولت تیل کے علاوہ بھی ایک ہے، یہ نہیں جانتے وہ۔</w:t>
      </w:r>
    </w:p>
    <w:p>
      <w:r>
        <w:rPr>
          <w:b/>
        </w:rPr>
        <w:t xml:space="preserve">[40:32] </w:t>
      </w:r>
      <w:r>
        <w:t>yani arbon ke paas tel ki daulat hai to samajhte hain ke yahi daulat hai. is se bhi bari daulat ek hai tourism. tourism, is se faida utha rahe hain log.</w:t>
      </w:r>
    </w:p>
    <w:p>
      <w:pPr>
        <w:jc w:val="right"/>
      </w:pPr>
      <w:r>
        <w:t>یعنی عربوں کے پاس تیل کی دولت ہے تو سمجھتے ہیں کہ یہی دولت ہے۔ اس سے بھی بڑی دولت ایک ہے ٹورزم۔ ٹورزم، اس سے فائدہ اٹھا رہے ہیں لوگ۔</w:t>
      </w:r>
    </w:p>
    <w:p>
      <w:r>
        <w:rPr>
          <w:b/>
        </w:rPr>
        <w:t xml:space="preserve">[40:44] </w:t>
      </w:r>
      <w:r>
        <w:t>lekin musalman, muslim countries mein to tourism hai hi nahi. woh jante hi nahi ke tourism bhi koi source hai income ka.</w:t>
      </w:r>
    </w:p>
    <w:p>
      <w:pPr>
        <w:jc w:val="right"/>
      </w:pPr>
      <w:r>
        <w:t>لیکن مسلمان، مسلم کنٹریز میں تو ٹورزم ہے ہی نہیں۔ وہ جانتے ہی نہیں کہ ٹورزم بھی کوئی سورس ہے انکم کا۔</w:t>
      </w:r>
    </w:p>
    <w:p>
      <w:r>
        <w:rPr>
          <w:b/>
        </w:rPr>
        <w:t xml:space="preserve">[40:57] </w:t>
      </w:r>
      <w:r>
        <w:t>to sab se bari cheez hai apne attitude ko badalna. isi ayat ko jab aaj padhi gayi hai, yahud ke bare mein hai, isi ko le kar sochiye ke jis jin yahud ka zikr hai yahan par, woh to ek negative picture hai,</w:t>
      </w:r>
    </w:p>
    <w:p>
      <w:pPr>
        <w:jc w:val="right"/>
      </w:pPr>
      <w:r>
        <w:t>تو سب سے بڑی چیز ہے اپنے ایٹیٹیوڈ کو بدلنا۔ اسی آیت کو جب آج پڑھی گئی ہے، یہود کے بارے میں ہے، اسی کو لے کر سوچیے کہ جس جن یہود کا ذکر ہے یہاں پر، وہ تو ایک نیگیٹیو پکچر ہے،</w:t>
      </w:r>
    </w:p>
    <w:p>
      <w:r>
        <w:rPr>
          <w:b/>
        </w:rPr>
        <w:t xml:space="preserve">[41:13] </w:t>
      </w:r>
      <w:r>
        <w:t>negative picture hai. lekin aaj ka jo yahudi hai, woh to duniya mein zabardast, is ka ek prestige hai, behtareen saman, behtareen engineer, behtareen doctor.</w:t>
      </w:r>
    </w:p>
    <w:p>
      <w:pPr>
        <w:jc w:val="right"/>
      </w:pPr>
      <w:r>
        <w:t>نیگیٹیو پکچر ہے۔ لیکن آج کا جو یہودی ہے، وہ تو دنیا میں زبردست، اس کا ایک پریسٹیج ہے، بہترین سامان، بہترین انجینئر، بہترین ڈاکٹر۔</w:t>
      </w:r>
    </w:p>
    <w:p>
      <w:r>
        <w:rPr>
          <w:b/>
        </w:rPr>
        <w:t xml:space="preserve">[41:30] </w:t>
      </w:r>
      <w:r>
        <w:t>ek ek bare aalim the, un ka mein ne qissa padha tha india mein. balkeh do aalim, ek india ke, ek pakistan ke, woh ja rahe the operation ke liye amreeka.</w:t>
      </w:r>
    </w:p>
    <w:p>
      <w:pPr>
        <w:jc w:val="right"/>
      </w:pPr>
      <w:r>
        <w:t>ایک ایک بڑے عالم تھے، ان کا میں نے قصہ پڑھا تھا انڈیا میں۔ بلکہ دو عالم، ایک انڈیا کے، ایک پاکستان کے، وہ جا رہے تھے آپریشن کے لیے امریکہ۔</w:t>
      </w:r>
    </w:p>
    <w:p>
      <w:r>
        <w:rPr>
          <w:b/>
        </w:rPr>
        <w:t xml:space="preserve">[41:45] </w:t>
      </w:r>
      <w:r>
        <w:t>to dono ke jo, woh un ke jo followers the, dono ke bare mein maine padha tha un ka ke hazrat, wahan par yahudi se doctor sabt kijiye ga.</w:t>
      </w:r>
    </w:p>
    <w:p>
      <w:pPr>
        <w:jc w:val="right"/>
      </w:pPr>
      <w:r>
        <w:t>تو دونوں کے جو، وہ ان کے جو فالوورز تھے، دونوں کے بارے میں میں نے پڑھا تھا ان کا کہ حضرت، وہاں پر یہودی سے ڈاکٹر سبت کیجئے گا۔</w:t>
      </w:r>
    </w:p>
    <w:p>
      <w:r>
        <w:rPr>
          <w:b/>
        </w:rPr>
        <w:t xml:space="preserve">[41:59] </w:t>
      </w:r>
      <w:r>
        <w:t>kyunke yahudi doctor muslim dushman hota hai. yani na hazrat ko pata hai, na is ko, is ko, is is advisor ko pata.</w:t>
      </w:r>
    </w:p>
    <w:p>
      <w:pPr>
        <w:jc w:val="right"/>
      </w:pPr>
      <w:r>
        <w:t>کیونکہ یہودی ڈاکٹر مسلم دشمن ہوتا ہے۔ یعنی نہ حضرت کو پتہ ہے، نہ اس کو، اس کو، اس اس ایڈوائزر کو پتہ۔</w:t>
      </w:r>
    </w:p>
    <w:p>
      <w:r>
        <w:rPr>
          <w:b/>
        </w:rPr>
        <w:t xml:space="preserve">[42:10] </w:t>
      </w:r>
      <w:r>
        <w:t>sab se ke yeh daur professionals ka daur hai. yeh nahi aadmi dekhta ke yahudi, yeh ke yeh musalman hai, ke yeh hai, ke woh hai, yeh nahi dekhta koi is ke sath.</w:t>
      </w:r>
    </w:p>
    <w:p>
      <w:pPr>
        <w:jc w:val="right"/>
      </w:pPr>
      <w:r>
        <w:t>سب سے کہ یہ دور پروفیشنلز کا دور ہے۔ یہ نہیں آدمی دیکھتا کہ یہودی، یہ کہ یہ مسلمان ہے، کہ یہ ہے، کہ وہ ہے، یہ نہیں دیکھتا کوئی اس کے ساتھ۔</w:t>
      </w:r>
    </w:p>
    <w:p>
      <w:r>
        <w:rPr>
          <w:b/>
        </w:rPr>
        <w:t xml:space="preserve">[42:23] </w:t>
      </w:r>
      <w:r>
        <w:t>yeh professionals ka zamana hai. jo aadmi doctor ki degree le ke baitha hai market mein, woh yeh nahi dekhta ke aaney wala muslim hai ke kya hai.</w:t>
      </w:r>
    </w:p>
    <w:p>
      <w:pPr>
        <w:jc w:val="right"/>
      </w:pPr>
      <w:r>
        <w:t>یہ پروفیشنلز کا زمانہ ہے۔ جو آدمی ڈاکٹر کی ڈگری لے کے بیٹھا ہے مارکیٹ میں، وہ یہ نہیں دیکھتا کہ آنے والا مسلم ہے کہ کیا ہے۔</w:t>
      </w:r>
    </w:p>
    <w:p>
      <w:r>
        <w:rPr>
          <w:b/>
        </w:rPr>
        <w:t xml:space="preserve">[42:34] </w:t>
      </w:r>
      <w:r>
        <w:t>woh best apna best skill jo hai, woh istemal karega taake dobara woh aaye, dobara aaye, dobara aaye. yeh bhi log khabar nahi.</w:t>
      </w:r>
    </w:p>
    <w:p>
      <w:pPr>
        <w:jc w:val="right"/>
      </w:pPr>
      <w:r>
        <w:t>وہ بیسٹ اپنا بیسٹ سکل جو ہے، وہ استعمال کرے گا تاکہ دوبارہ وہ آئے، دوبارہ آئے، دوبارہ آئے۔ یہ بھی لوگ خبر نہیں۔</w:t>
      </w:r>
    </w:p>
    <w:p>
      <w:r>
        <w:rPr>
          <w:b/>
        </w:rPr>
        <w:t xml:space="preserve">[42:44] </w:t>
      </w:r>
      <w:r>
        <w:t>do bare aalim ke jo un ke followers the, qareebi log the, unhone kaha ke hazrat, yahudi se mat operation karwaiye ga, woh musalman dushman hote hain.</w:t>
      </w:r>
    </w:p>
    <w:p>
      <w:pPr>
        <w:jc w:val="right"/>
      </w:pPr>
      <w:r>
        <w:t>دو بڑے عالم کے جو ان کے فالوورز تھے، قریبی لوگ تھے، انہوں نے کہا کہ حضرت، یہودی سے مت آپریشن کروائیے گا، وہ مسلمان دشمن ہوتے ہیں۔</w:t>
      </w:r>
    </w:p>
    <w:p>
      <w:r>
        <w:rPr>
          <w:b/>
        </w:rPr>
        <w:t xml:space="preserve">[42:56] </w:t>
      </w:r>
      <w:r>
        <w:t>halanke jo koi best baat hai, yahud ke haan yeh sab nahi chalta. yeh musalman hai, yeh falan hai. un ke haan professionalism hai, skill hai,</w:t>
      </w:r>
    </w:p>
    <w:p>
      <w:pPr>
        <w:jc w:val="right"/>
      </w:pPr>
      <w:r>
        <w:t>حالانکہ جو کوئی بیسٹ بات ہے، یہود کے ہاں یہ سب نہیں چلتا۔ یہ مسلمان ہے، یہ فلاں ہے۔ ان کے ہاں پروفیشنلزم ہے، سکل ہے،</w:t>
      </w:r>
    </w:p>
    <w:p>
      <w:r>
        <w:rPr>
          <w:b/>
        </w:rPr>
        <w:t xml:space="preserve">[43:09] </w:t>
      </w:r>
      <w:r>
        <w:t>expertise hai, is ki is se bekhabar hain log. to mein samajhta hoon ke sab se pehli cheez hai is is bekhabari se bahar aana, is bekhabari se bahar aana.</w:t>
      </w:r>
    </w:p>
    <w:p>
      <w:pPr>
        <w:jc w:val="right"/>
      </w:pPr>
      <w:r>
        <w:t>ایکسپرٹیز ہے، اس کی اس سے بے خبر ہیں لوگ۔ تو میں سمجھتا ہوں کہ سب سے پہلی چیز ہے اس اس بے خبری سے باہر آنا، اس بے خبری سے باہر آنا۔</w:t>
      </w:r>
    </w:p>
    <w:p>
      <w:r>
        <w:rPr>
          <w:b/>
        </w:rPr>
        <w:t xml:space="preserve">[43:25] </w:t>
      </w:r>
      <w:r>
        <w:t>phir to hum rastay khulein ge. meri dua hai ke Allah taala hum ko aur aap ko tofeeq de ke hum right angle se sochein, right angle se dekh kar rai banayein.</w:t>
      </w:r>
    </w:p>
    <w:p>
      <w:pPr>
        <w:jc w:val="right"/>
      </w:pPr>
      <w:r>
        <w:t>پھر تو ہم راستے کھلیں گے۔ میری دعا ہے کہ اللہ تعالی ہم کو اور آپ کو توفیق دے کہ ہم رائٹ اینگل سے سوچیں، رائٹ اینگل سے دیکھ کر رائے بنائیں۔</w:t>
      </w:r>
    </w:p>
    <w:p>
      <w:r>
        <w:rPr>
          <w:b/>
        </w:rPr>
        <w:t xml:space="preserve">[43:42] </w:t>
      </w:r>
      <w:r>
        <w:t>assalam o alaikum wa rehmatullah.</w:t>
      </w:r>
    </w:p>
    <w:p>
      <w:pPr>
        <w:jc w:val="right"/>
      </w:pPr>
      <w:r>
        <w:t>السلام علیکم ورحمۃ اللہ۔</w:t>
      </w:r>
    </w:p>
    <w:p>
      <w:r>
        <w:rPr>
          <w:b/>
        </w:rPr>
        <w:t xml:space="preserve">[43:57] </w:t>
      </w:r>
      <w:r>
        <w:t>okay, so we will start with the question answer session now. all the online viewers are requested that when they post their questions or comments, please also mention your respective location.</w:t>
      </w:r>
    </w:p>
    <w:p>
      <w:pPr>
        <w:jc w:val="right"/>
      </w:pPr>
      <w:r>
        <w:t>اوکے، سو وی ویل سٹارٹ ود دی کوئسچن انسر سیشن ناو۔ ال دی ان لائن ویوورز ار ریکویسٹڈ دیٹ وین دے پوسٹ دے کوئسچنز اور کمنٹس، پلیز السو مینشن یور ریسپیکٹیو لوکیشن۔</w:t>
      </w:r>
    </w:p>
    <w:p>
      <w:r>
        <w:rPr>
          <w:b/>
        </w:rPr>
        <w:t xml:space="preserve">[44:11] </w:t>
      </w:r>
      <w:r>
        <w:t>so i will first read out the comments that you all have sent, followed by questions. Maulana Shabina Ali ne Kolkata se comment bheja hai, likha hai: "jazak Allah Maulana for highly informative lecture about Jews,</w:t>
      </w:r>
    </w:p>
    <w:p>
      <w:pPr>
        <w:jc w:val="right"/>
      </w:pPr>
      <w:r>
        <w:t>سو ائی ویل فرسٹ ریڈ آؤٹ دا کمنٹس دیٹ یو ال ہیو سینڈ، فالوڈ بائے کوئسچنز۔ مولانا شبینہ علی نے کلکتہ سے کمنٹ بھیجا ہے، لکھا ہے: "جزاک اللہ مولانا فار ہائیلی انفارمیٹیو لیکچر اباؤٹ جیوز،</w:t>
      </w:r>
    </w:p>
    <w:p>
      <w:r>
        <w:rPr>
          <w:b/>
        </w:rPr>
        <w:t xml:space="preserve">[44:28] </w:t>
      </w:r>
      <w:r>
        <w:t>their positivity in spite of being in diaspora. this set an example how to change their problems into opportunities, and hence have become one among the world leaders.</w:t>
      </w:r>
    </w:p>
    <w:p>
      <w:pPr>
        <w:jc w:val="right"/>
      </w:pPr>
      <w:r>
        <w:t>دیر پوزیٹیوٹی ان سپائٹ اف بینگ ان ڈائیسپورا۔ دس سیٹ این ایگزیمپل ہاؤ ٹو چینج دے پرابلمز انٹو اپرچونیٹیز، اینڈ ہینس ہیو بیکم ون امنگ دا ورلڈ لیڈرز۔</w:t>
      </w:r>
    </w:p>
    <w:p>
      <w:r>
        <w:rPr>
          <w:b/>
        </w:rPr>
        <w:t xml:space="preserve">[44:43] </w:t>
      </w:r>
      <w:r>
        <w:t>we should rethink, change our attitude, develop skills, and come out of our negative thinking." Miss Shabana Ansari ne Pakistan se likha hai: "Jews erases their name from products for business, but Muslims cannot erase their wrong negative emotions for the sake of paradise, and don't give the quality religion to the world.</w:t>
      </w:r>
    </w:p>
    <w:p>
      <w:pPr>
        <w:jc w:val="right"/>
      </w:pPr>
      <w:r>
        <w:t>وی شوڈ ری تھنک، چینج اور ایٹیٹیوڈ، ڈیویلپ سکلز، اینڈ کم آؤٹ اف اور نیگیٹیو تھنکنگ۔" مس شبانہ انصاری نے پاکستان سے لکھا ہے: "جیوز ایریز دیر نیم فرام پروڈکٹس فار بزنس، بٹ مسلمز کین ناٹ ایریز دیر رونگ نیگیٹیو ایموشنز فار دی سیک اف پیراڈائز، اینڈ ڈونٹ گیو دا کوالٹی ریلیجن ٹو دا ورلڈ۔</w:t>
      </w:r>
    </w:p>
    <w:p>
      <w:r>
        <w:rPr>
          <w:b/>
        </w:rPr>
        <w:t xml:space="preserve">[45:11] </w:t>
      </w:r>
      <w:r>
        <w:t>how strange is this?" mashallah.</w:t>
      </w:r>
    </w:p>
    <w:p>
      <w:pPr>
        <w:jc w:val="right"/>
      </w:pPr>
      <w:r>
        <w:t>ہاؤ سٹرینج از دس؟" ماشاءاللہ۔</w:t>
      </w:r>
    </w:p>
    <w:p>
      <w:r>
        <w:rPr>
          <w:b/>
        </w:rPr>
        <w:t xml:space="preserve">[45:22] </w:t>
      </w:r>
      <w:r>
        <w:t>miss gulzibah ne meri land se likha hai, comment aap ke pichhle talk ke upar. unhon ne likha hai: "today after listening to your talk about spiritual cleaning, i have learned many new things.</w:t>
      </w:r>
    </w:p>
    <w:p>
      <w:pPr>
        <w:jc w:val="right"/>
      </w:pPr>
      <w:r>
        <w:t>مس گلزیبہ نے میری لینڈ سے لکھا ہے، کمنٹ آپ کے پچھلے ٹاک کے اوپر۔ انہوں نے لکھا ہے: "ٹوڈے افٹر لسننگ ٹو یور ٹاک اباؤٹ سپریچول کلیننگ، ائی ہیو لرنڈ مینی نیو تھنگز۔</w:t>
      </w:r>
    </w:p>
    <w:p>
      <w:r>
        <w:rPr>
          <w:b/>
        </w:rPr>
        <w:t xml:space="preserve">[45:39] </w:t>
      </w:r>
      <w:r>
        <w:t>first i learned that i should take criticism as a process for my spiritual cleaning. even if i think the other person is not my well wisher, they are providing me with an opportunity to correct myself.</w:t>
      </w:r>
    </w:p>
    <w:p>
      <w:pPr>
        <w:jc w:val="right"/>
      </w:pPr>
      <w:r>
        <w:t>فرسٹ ائی لرنڈ دیٹ ائی شوڈ ٹیک کریٹیسزم ایز ا پروسیس فار مائی سپریچول کلیننگ۔ ایون اف ائی تھنک دی ادر پرسن از ناٹ مائی ویل وشر، دے ار پرووائیڈنگ می ود این اپرچونیٹی ٹو کریکٹ مائی سیلف۔</w:t>
      </w:r>
    </w:p>
    <w:p>
      <w:r>
        <w:rPr>
          <w:b/>
        </w:rPr>
        <w:t xml:space="preserve">[45:56] </w:t>
      </w:r>
      <w:r>
        <w:t>another thing very encouraging for me is that you explained the great benefits of giving the comments. inshallah from now on i am going to do this.</w:t>
      </w:r>
    </w:p>
    <w:p>
      <w:pPr>
        <w:jc w:val="right"/>
      </w:pPr>
      <w:r>
        <w:t>انادر تھنگ ویری انکریجنگ فار می از دیٹ یو ایکسپلین دا گریٹ بینیفٹس اف گیونگ دی کمنٹس۔ انشاءاللہ فرام ناؤ ان ائی ایم گوئنگ ٹو ڈو دس۔</w:t>
      </w:r>
    </w:p>
    <w:p>
      <w:r>
        <w:rPr>
          <w:b/>
        </w:rPr>
        <w:t xml:space="preserve">[46:08] </w:t>
      </w:r>
      <w:r>
        <w:t>thank you so much for being a wonderful mentor to me. jazak allah khair."</w:t>
      </w:r>
    </w:p>
    <w:p>
      <w:pPr>
        <w:jc w:val="right"/>
      </w:pPr>
      <w:r>
        <w:t>تھینک یو سو مچ فار بینگ ا ونڈرفل مینٹر ٹو می۔ جزاک اللہ خیر۔"</w:t>
      </w:r>
    </w:p>
    <w:p>
      <w:r>
        <w:rPr>
          <w:b/>
        </w:rPr>
        <w:t xml:space="preserve">[46:19] </w:t>
      </w:r>
      <w:r>
        <w:t>miss carothlin ne srinagar se likha hai: "every natural calamity is meant to awaken the communities from deep slumber to realize god and his creation plan.</w:t>
      </w:r>
    </w:p>
    <w:p>
      <w:pPr>
        <w:jc w:val="right"/>
      </w:pPr>
      <w:r>
        <w:t>مس کروتلین نے سری نگر سے لکھا ہے: "ایوری نیچرل کیلیمٹی از مینٹ ٹو اویکن دا کمیونٹیز فرام ڈیپ سلمبر ٹو ریلائز گاڈ اینڈ ہز کریشن پلان۔</w:t>
      </w:r>
    </w:p>
    <w:p>
      <w:r>
        <w:rPr>
          <w:b/>
        </w:rPr>
        <w:t xml:space="preserve">[46:33] </w:t>
      </w:r>
      <w:r>
        <w:t>flood and desert therapy in the islamic history is a testimony of this. so after every natural calamity, it infuses new enthusiasm and energy.</w:t>
      </w:r>
    </w:p>
    <w:p>
      <w:pPr>
        <w:jc w:val="right"/>
      </w:pPr>
      <w:r>
        <w:t>فلڈ اینڈ ڈیزرٹ تھیراپی ان دا اسلامک ہسٹری از ا ٹیسٹیمونی اف دس۔ سو افٹر ایوری نیچرل کیلیمٹی، اٹ انفیوزز نیو انتھوزیازم اینڈ انرجی۔</w:t>
      </w:r>
    </w:p>
    <w:p>
      <w:r>
        <w:rPr>
          <w:b/>
        </w:rPr>
        <w:t xml:space="preserve">[46:48] </w:t>
      </w:r>
      <w:r>
        <w:t>what an enlightened explanation of historical upheavals</w:t>
      </w:r>
    </w:p>
    <w:p>
      <w:pPr>
        <w:jc w:val="right"/>
      </w:pPr>
      <w:r>
        <w:t>واٹ این انلائٹنڈ ایکسپلینیشن اف ہسٹوریکل اپ ہیولز</w:t>
      </w:r>
    </w:p>
    <w:p>
      <w:r>
        <w:rPr>
          <w:b/>
        </w:rPr>
        <w:t xml:space="preserve">[46:54] </w:t>
      </w:r>
      <w:r>
        <w:t>!" mashallah. doctor naghma siddiqui ne delhi se likha hai: "today i understood that degeneration is natural, revival is possible, and shock treatment in reviving a community or an individual is the only way.</w:t>
      </w:r>
    </w:p>
    <w:p>
      <w:pPr>
        <w:jc w:val="right"/>
      </w:pPr>
      <w:r>
        <w:t>!" ماشاءاللہ۔ ڈاکٹر نغمہ صدیقی نے دلی سے لکھا ہے: "ٹوڈے ائی انڈرسٹڈ دیٹ ڈی جنریشن از نیچرل، ریوائیول از پوسیبل، اینڈ شاک ٹریٹمنٹ ان ریوائیونگ ا کمیونٹی اور اینڈ انڈیویجول از دی اونلی وے۔</w:t>
      </w:r>
    </w:p>
    <w:p>
      <w:r>
        <w:rPr>
          <w:b/>
        </w:rPr>
        <w:t xml:space="preserve">[47:14] </w:t>
      </w:r>
      <w:r>
        <w:t>but its condition is only one: that one should remain objective and a well wisher of all, and a self critic who strives for ones excellence.</w:t>
      </w:r>
    </w:p>
    <w:p>
      <w:pPr>
        <w:jc w:val="right"/>
      </w:pPr>
      <w:r>
        <w:t>بٹ اٹس کنڈیشن از اونلی ون: دیٹ ون شوڈ ریمین ابجیکٹیو اینڈ ا ویل وشر اف ال، اینڈ ا سیلف کریٹک ہو سٹرائیو فار ونز ایکسیلنس۔</w:t>
      </w:r>
    </w:p>
    <w:p>
      <w:r>
        <w:rPr>
          <w:b/>
        </w:rPr>
        <w:t xml:space="preserve">[47:28] </w:t>
      </w:r>
      <w:r>
        <w:t>second, i understood the importance of making a positive diaspora community through shock treatment. jazak allah maulana."</w:t>
      </w:r>
    </w:p>
    <w:p>
      <w:pPr>
        <w:jc w:val="right"/>
      </w:pPr>
      <w:r>
        <w:t>سیکنڈ، ائی انڈرسٹڈ دی امپورٹنس اف میکنگ ا پوزیٹیو ڈائیسپورا کمیونٹی تھرو شاک ٹریٹمنٹ۔ جزاک اللہ مولانا۔"</w:t>
      </w:r>
    </w:p>
    <w:p>
      <w:r>
        <w:rPr>
          <w:b/>
        </w:rPr>
        <w:t xml:space="preserve">[47:38] </w:t>
      </w:r>
      <w:r>
        <w:t>shabana ansari ne pakistan se ek aur comment bheja hai. unhon ne likha hai: "negative thinking is the biggest problem of muslim ummah.</w:t>
      </w:r>
    </w:p>
    <w:p>
      <w:pPr>
        <w:jc w:val="right"/>
      </w:pPr>
      <w:r>
        <w:t>شبانہ انصاری نے پاکستان سے ایک اور کمنٹ بھیجا ہے۔ انہوں نے لکھا ہے: "نیگیٹیو تھنکنگ از دا بگسٹ پرابلم اف مسلم امہ۔</w:t>
      </w:r>
    </w:p>
    <w:p>
      <w:r>
        <w:rPr>
          <w:b/>
        </w:rPr>
        <w:t xml:space="preserve">[47:48] </w:t>
      </w:r>
      <w:r>
        <w:t>they are living in diaspora with the same approach, and thats why there is no creativity in their life, and no well wishing for jews, christians and hindus." maulana, ab hum sawal lete hain.</w:t>
      </w:r>
    </w:p>
    <w:p>
      <w:pPr>
        <w:jc w:val="right"/>
      </w:pPr>
      <w:r>
        <w:t>دے ار لیونگ ان ڈائیسپورا ود دا سیم اپروچ، اینڈ دیٹس وائی دیر از نو کریٹیوٹی ان دیر لائف، اینڈ نو ویل وشنگ فار جیوز، کرسچنز اینڈ ہندوس۔" مولانا، اب ہم سوال لیتے ہیں۔</w:t>
      </w:r>
    </w:p>
    <w:p>
      <w:r>
        <w:rPr>
          <w:b/>
        </w:rPr>
        <w:t xml:space="preserve">[48:04] </w:t>
      </w:r>
      <w:r>
        <w:t>yeh sawal bheja hai miss fozia hassan ne australia se. unhon ne likha hai: "maulana, i have noticed in your books and also in your talks that you mention various writers and thinkers.</w:t>
      </w:r>
    </w:p>
    <w:p>
      <w:pPr>
        <w:jc w:val="right"/>
      </w:pPr>
      <w:r>
        <w:t>یہ سوال بھیجا ہے مس فوزیہ حسان نے اسٹریلیا سے۔ انہوں نے لکھا ہے: "مولانا، ائی ہیو نوٹس ان یور بکس اینڈ السو ان یور ٹاکس دیٹ یو مینشن ویریس رائٹرز اینڈ تھنکرز۔</w:t>
      </w:r>
    </w:p>
    <w:p>
      <w:r>
        <w:rPr>
          <w:b/>
        </w:rPr>
        <w:t xml:space="preserve">[48:22] </w:t>
      </w:r>
      <w:r>
        <w:t>i often try to read the books mentioned by you. i humble request you to please give your recommended reading list for the growth of our consciousness.</w:t>
      </w:r>
    </w:p>
    <w:p>
      <w:pPr>
        <w:jc w:val="right"/>
      </w:pPr>
      <w:r>
        <w:t>ائی افن ٹرائی ٹو ریڈ دا بکس مینشن بائی یو۔ ائی ہمبل ریکویسٹ یو ٹو پلیز گیو یور ریکمنڈڈ ریڈنگ لسٹ فار دی گروتھ اف اور کانشیس۔</w:t>
      </w:r>
    </w:p>
    <w:p>
      <w:r>
        <w:rPr>
          <w:b/>
        </w:rPr>
        <w:t xml:space="preserve">[48:34] </w:t>
      </w:r>
      <w:r>
        <w:t>my second question is out of curiosity that how you were able to discover the great books. may allah reward you for your efforts." bhai, is zamane mein to</w:t>
      </w:r>
    </w:p>
    <w:p>
      <w:pPr>
        <w:jc w:val="right"/>
      </w:pPr>
      <w:r>
        <w:t>مائی سیکنڈ کوئسچن از اؤٹ اف کریوسٹی دیٹ ہاؤ یو وار ایبل ٹو ڈسکور دا گریٹ بکس۔ می اللہ ریوارڈ یو فار یور ایفرٹس۔" بھائی، اس زمانے میں تو</w:t>
      </w:r>
    </w:p>
    <w:p>
      <w:r>
        <w:rPr>
          <w:b/>
        </w:rPr>
        <w:t xml:space="preserve">[48:52] </w:t>
      </w:r>
      <w:r>
        <w:t>bahut asan hai. ek ek computer ke expert ne kaha ek bar ke is zamane ka sab se bada muhaddis google hai.</w:t>
      </w:r>
    </w:p>
    <w:p>
      <w:pPr>
        <w:jc w:val="right"/>
      </w:pPr>
      <w:r>
        <w:t>بہت اسان ہے۔ ایک ایک کمپیوٹر کے ایکسپرٹ نے کہا ایک بار کہ اس زمانے کا سب سے بڑا محدث گوگل ہے۔</w:t>
      </w:r>
    </w:p>
    <w:p>
      <w:r>
        <w:rPr>
          <w:b/>
        </w:rPr>
        <w:t xml:space="preserve">[49:07] </w:t>
      </w:r>
      <w:r>
        <w:t>main ne padha tha yeh ke is zamane ke sab se bada google jo hai, woh bahut uska sab se bada muhaddis google hai.</w:t>
      </w:r>
    </w:p>
    <w:p>
      <w:pPr>
        <w:jc w:val="right"/>
      </w:pPr>
      <w:r>
        <w:t>میں نے پڑھا تھا یہ کہ اس زمانے کے سب سے بڑا گوگل جو ہے، وہ بہت اس کا سب سے بڑا محدث گوگل ہے۔</w:t>
      </w:r>
    </w:p>
    <w:p>
      <w:r>
        <w:rPr>
          <w:b/>
        </w:rPr>
        <w:t xml:space="preserve">[49:18] </w:t>
      </w:r>
      <w:r>
        <w:t>kyun ke sare maloomat, sari kitaben bhari hui hain is mein. hamare zamane mein jab hum padhte the to to libraries chhanani padti thi.</w:t>
      </w:r>
    </w:p>
    <w:p>
      <w:pPr>
        <w:jc w:val="right"/>
      </w:pPr>
      <w:r>
        <w:t>کیونکہ سارے معلومات، ساری کتابیں بھری ہوئی ہیں اس میں۔ ہمارے زمانے میں جب ہم پڑھتے تھے تو تو لائبریریاں چھاننی پڑتی تھیں۔</w:t>
      </w:r>
    </w:p>
    <w:p>
      <w:r>
        <w:rPr>
          <w:b/>
        </w:rPr>
        <w:t xml:space="preserve">[49:30] </w:t>
      </w:r>
      <w:r>
        <w:t>ab kaha hai, ab to aap le ke baithe hain apne apne mez par</w:t>
      </w:r>
    </w:p>
    <w:p>
      <w:pPr>
        <w:jc w:val="right"/>
      </w:pPr>
      <w:r>
        <w:t>اب کہا ہے، اب تو آپ لے کے بیٹھے ہیں اپنے اپنے میز پر</w:t>
      </w:r>
    </w:p>
    <w:p>
      <w:r>
        <w:rPr>
          <w:b/>
        </w:rPr>
        <w:t xml:space="preserve">[49:36] </w:t>
      </w:r>
      <w:r>
        <w:t>internet aur sari baaten isi mein se nikalte rahiye, nikalte rahiye, nikalte rahiye. to main samajhta hoon ke ab to aap ko google se puchhna chahiye, na ke mujh se.</w:t>
      </w:r>
    </w:p>
    <w:p>
      <w:pPr>
        <w:jc w:val="right"/>
      </w:pPr>
      <w:r>
        <w:t>انٹرنیٹ اور ساری باتیں اسی میں سے نکالتے رہیے، نکالتے رہیے، نکالتے رہیے۔ تو میں سمجھتا ہوں کہ اب تو آپ کو گوگل سے پوچھنا چاہیے، نہ کہ مجھ سے۔</w:t>
      </w:r>
    </w:p>
    <w:p>
      <w:r>
        <w:rPr>
          <w:b/>
        </w:rPr>
        <w:t xml:space="preserve">[49:58] </w:t>
      </w:r>
      <w:r>
        <w:t>maulana ghazi islam sahib ne patna se sawal bheja hai. unhon ne likha hai: "maulana sahib, ideally education should bring wisdom and enlightenment to a person, but it is a common observation that now adays educated and so called intellectuals are lacking wisdom and human values.</w:t>
      </w:r>
    </w:p>
    <w:p>
      <w:pPr>
        <w:jc w:val="right"/>
      </w:pPr>
      <w:r>
        <w:t>مولانا غازی اسلام صاحب نے پٹنہ سے سوال بھیجا ہے۔ انہوں نے لکھا ہے: "مولانا صاحب، آئیڈیلی ایجوکیشن شوڈ برنگ وزڈم اینڈ انلائٹنمنٹ ٹو ا پرسن، بٹ اٹ از ا کامن ابزرویشن دیٹ ناؤ ایڈیز ایجوکیٹڈ اینڈ سو کالڈ انٹلیکچولز ار لیکنگ وزڈم اینڈ ہیومن ویلیوز۔</w:t>
      </w:r>
    </w:p>
    <w:p>
      <w:r>
        <w:rPr>
          <w:b/>
        </w:rPr>
        <w:t xml:space="preserve">[50:22] </w:t>
      </w:r>
      <w:r>
        <w:t>they are more biased and filled with hatred. why is this so?"</w:t>
      </w:r>
    </w:p>
    <w:p>
      <w:pPr>
        <w:jc w:val="right"/>
      </w:pPr>
      <w:r>
        <w:t>دے ار مور بائسڈ اینڈ فلڈ ود ہیٹریڈ۔ وائی از دس سو؟"</w:t>
      </w:r>
    </w:p>
    <w:p>
      <w:r>
        <w:rPr>
          <w:b/>
        </w:rPr>
        <w:t xml:space="preserve">[50:34] </w:t>
      </w:r>
      <w:r>
        <w:t>kya just hai is sawal ka ke maulana, education se to insan ko wisdom aur enlightenment milni chahiye, lekin aaj kal jo educated log hain, woh zyada hatred mein hain.</w:t>
      </w:r>
    </w:p>
    <w:p>
      <w:pPr>
        <w:jc w:val="right"/>
      </w:pPr>
      <w:r>
        <w:t>کیا جسٹ ہے اس سوال کا کہ مولانا، ایجوکیشن سے تو انسان کو وزڈم اور انلائٹنمنٹ ملنی چاہیے، لیکن آج کل جو ایجوکیٹڈ لوگ ہیں، وہ زیادہ ہیٹریڈ میں ہیں۔</w:t>
      </w:r>
    </w:p>
    <w:p>
      <w:r>
        <w:rPr>
          <w:b/>
        </w:rPr>
        <w:t xml:space="preserve">[50:48] </w:t>
      </w:r>
      <w:r>
        <w:t>to aisa kyun hai? dekhen, yeh log jo jin ko aap kaha aap ne educated, woh sahi maano mein kya hai?</w:t>
      </w:r>
    </w:p>
    <w:p>
      <w:pPr>
        <w:jc w:val="right"/>
      </w:pPr>
      <w:r>
        <w:t>تو ایسا کیوں ہے؟ دیکھیں، یہ لوگ جو جن کو آپ کہا آپ نے ایجوکیٹڈ، وہ صحیح معنوں میں کیا ہے؟</w:t>
      </w:r>
    </w:p>
    <w:p>
      <w:r>
        <w:rPr>
          <w:b/>
        </w:rPr>
        <w:t xml:space="preserve">[51:03] </w:t>
      </w:r>
      <w:r>
        <w:t>yani job ke liye to degree lete hain, degree, aur baqi jo zehn saazi karte hain apni, woh media se.</w:t>
      </w:r>
    </w:p>
    <w:p>
      <w:pPr>
        <w:jc w:val="right"/>
      </w:pPr>
      <w:r>
        <w:t>یعنی جاب کے لیے تو ڈگری لیتے ہیں، ڈگری، اور باقی جو ذہن سازی کرتے ہیں اپنی، وہ میڈیا سے۔</w:t>
      </w:r>
    </w:p>
    <w:p>
      <w:r>
        <w:rPr>
          <w:b/>
        </w:rPr>
        <w:t xml:space="preserve">[51:15] </w:t>
      </w:r>
      <w:r>
        <w:t>aik hai educational system, aik hai media. yeh saare logon ke bare mein meri rai yahi hai ke bas job ke liye woh parhte hain, degree lete hain, lekin jo soch hai, jo rai hai, woh media se banate hain.</w:t>
      </w:r>
    </w:p>
    <w:p>
      <w:pPr>
        <w:jc w:val="right"/>
      </w:pPr>
      <w:r>
        <w:t>ایک ہے ایجوکیشنل سسٹم، ایک ہے میڈیا۔ یہ سارے لوگوں کے بارے میں میری رائے یہی ہے کہ بس جاب کے لیے وہ پڑھتے ہیں، ڈگری لیتے ہیں، لیکن جو سوچ ہے، جو رائے ہے، وہ میڈیا سے بناتے ہیں۔</w:t>
      </w:r>
    </w:p>
    <w:p>
      <w:r>
        <w:rPr>
          <w:b/>
        </w:rPr>
        <w:t xml:space="preserve">[51:33] </w:t>
      </w:r>
      <w:r>
        <w:t>aur media jante hain, sensational news ko leta hai hamesha. toh saari negative news ka source media hai aur kuch nahi.</w:t>
      </w:r>
    </w:p>
    <w:p>
      <w:pPr>
        <w:jc w:val="right"/>
      </w:pPr>
      <w:r>
        <w:t>اور میڈیا جانتے ہیں، سینسٹیشنل نیوز کو لیتا ہے ہمیشہ۔ تو ساری نیگیٹیو نیوز کا سورس میڈیا ہے اور کچھ نہیں۔</w:t>
      </w:r>
    </w:p>
    <w:p>
      <w:r>
        <w:rPr>
          <w:b/>
        </w:rPr>
        <w:t xml:space="preserve">[51:48] </w:t>
      </w:r>
      <w:r>
        <w:t>toh mein media ko bhi bura nahi kehta, inki industry hai, inki industry hai, toh woh sensational news chhapenge. aap kyun is se apna mind banate hain?</w:t>
      </w:r>
    </w:p>
    <w:p>
      <w:pPr>
        <w:jc w:val="right"/>
      </w:pPr>
      <w:r>
        <w:t>تو میں میڈیا کو بھی برا نہیں کہتا، ان کی انڈسٹری ہے، ان کی انڈسٹری ہے، تو وہ سینسٹیشنل نیوز چھاپیں گے۔ آپ کیوں اس سے اپنا مائنڈ بناتے ہیں؟</w:t>
      </w:r>
    </w:p>
    <w:p>
      <w:r>
        <w:rPr>
          <w:b/>
        </w:rPr>
        <w:t xml:space="preserve">[52:01] </w:t>
      </w:r>
      <w:r>
        <w:t>aap study kijiye, study kar ke mind banaiye. media se kyun mind banate hain? yeh hai meri rai.</w:t>
      </w:r>
    </w:p>
    <w:p>
      <w:pPr>
        <w:jc w:val="right"/>
      </w:pPr>
      <w:r>
        <w:t>آپ اسٹڈی کیجئے، اسٹڈی کر کے مائنڈ بنائیے۔ میڈیا سے کیوں مائنڈ بناتے ہیں؟ یہ ہے میری رائے۔</w:t>
      </w:r>
    </w:p>
    <w:p>
      <w:r>
        <w:rPr>
          <w:b/>
        </w:rPr>
        <w:t xml:space="preserve">[52:12] </w:t>
      </w:r>
      <w:r>
        <w:t>maulana, agla sawal bhagalpur se azhar mubarak sahib ne bheja hai. unhone aap se poocha hai ke "what is the relation between psychology and wisdom?</w:t>
      </w:r>
    </w:p>
    <w:p>
      <w:pPr>
        <w:jc w:val="right"/>
      </w:pPr>
      <w:r>
        <w:t>مولانا، اگلا سوال بھاگلپور سے اظہر مبارک صاحب نے بھیجا ہے۔ انہوں نے آپ سے پوچھا ہے کہ "واٹ از دا ریلیشن بٹوین سائیکالوجی اینڈ وزڈم؟</w:t>
      </w:r>
    </w:p>
    <w:p>
      <w:r>
        <w:rPr>
          <w:b/>
        </w:rPr>
        <w:t xml:space="preserve">[52:25] </w:t>
      </w:r>
      <w:r>
        <w:t>how internal conditions effect anyone's cognitive health?" jis cheez ko aap ne psychology kaha hai, wahi toh hai conditioning.</w:t>
      </w:r>
    </w:p>
    <w:p>
      <w:pPr>
        <w:jc w:val="right"/>
      </w:pPr>
      <w:r>
        <w:t>ہاؤ انٹرنل کنڈیشنز ایفیکٹ اینی ونز کاگنیٹیو ہیلتھ؟" جس چیز کو آپ نے سائیکالوجی کہا ہے، وہی تو ہے کنڈیشننگ۔</w:t>
      </w:r>
    </w:p>
    <w:p>
      <w:r>
        <w:rPr>
          <w:b/>
        </w:rPr>
        <w:t xml:space="preserve">[52:39] </w:t>
      </w:r>
      <w:r>
        <w:t>yani conditioned mind jo hai, us se rai banate hain log.</w:t>
      </w:r>
    </w:p>
    <w:p>
      <w:pPr>
        <w:jc w:val="right"/>
      </w:pPr>
      <w:r>
        <w:t>یعنی کنڈیشنڈ مائنڈ جو ہے، اس سے رائے بناتے ہیں لوگ۔</w:t>
      </w:r>
    </w:p>
    <w:p>
      <w:r>
        <w:rPr>
          <w:b/>
        </w:rPr>
        <w:t xml:space="preserve">[52:48] </w:t>
      </w:r>
      <w:r>
        <w:t>toh aadmi ko agar objective thinker banna hai toh us ko is se bachna parega ke conditioning se us ki rai bane.</w:t>
      </w:r>
    </w:p>
    <w:p>
      <w:pPr>
        <w:jc w:val="right"/>
      </w:pPr>
      <w:r>
        <w:t>تو آدمی کو اگر ابجیکٹیو تھنکر بننا ہے تو اس کو اس سے بچنا پڑے گا کہ کنڈیشننگ سے اس کی رائے بنے۔</w:t>
      </w:r>
    </w:p>
    <w:p>
      <w:r>
        <w:rPr>
          <w:b/>
        </w:rPr>
        <w:t xml:space="preserve">[53:01] </w:t>
      </w:r>
      <w:r>
        <w:t>jis jis aadmi ko objective thinker banna hai, toh us ko yeh karna parega ke us ki rai</w:t>
      </w:r>
    </w:p>
    <w:p>
      <w:pPr>
        <w:jc w:val="right"/>
      </w:pPr>
      <w:r>
        <w:t>جس جس آدمی کو ابجیکٹیو تھنکر بننا ہے، تو اس کو یہ کرنا پڑے گا کہ اس کی رائے</w:t>
      </w:r>
    </w:p>
    <w:p>
      <w:r>
        <w:rPr>
          <w:b/>
        </w:rPr>
        <w:t xml:space="preserve">[53:16] </w:t>
      </w:r>
      <w:r>
        <w:t>object thinking se rai bane, na ke kisi aur cheez se. toh psychology koi alag cheez nahi hai.</w:t>
      </w:r>
    </w:p>
    <w:p>
      <w:pPr>
        <w:jc w:val="right"/>
      </w:pPr>
      <w:r>
        <w:t>ابجیکٹ تھنکنگ سے رائے بنے، نہ کہ کسی اور چیز سے۔ تو سائیکالوجی کوئی الگ چیز نہیں ہے۔</w:t>
      </w:r>
    </w:p>
    <w:p>
      <w:r>
        <w:rPr>
          <w:b/>
        </w:rPr>
        <w:t xml:space="preserve">[53:26] </w:t>
      </w:r>
      <w:r>
        <w:t>humein hum hi banate hain apni psychology. har aadmi apni psychology khud banata hai. psychology ko trend kijiye. agar aap trend karenge toh aap ki psychology sahi direction mein aap ko rehnumai karegi.</w:t>
      </w:r>
    </w:p>
    <w:p>
      <w:pPr>
        <w:jc w:val="right"/>
      </w:pPr>
      <w:r>
        <w:t>ہمیں ہم ہی بناتے ہیں اپنی سائیکالوجی۔ ہر آدمی اپنی سائیکالوجی خود بناتا ہے۔ سائیکالوجی کو ٹرینڈ کیجئے۔ اگر آپ ٹرینڈ کریں گے تو آپ کی سائیکالوجی صحیح ڈائریکشن میں آپ کو رہنمائی کرے گی۔</w:t>
      </w:r>
    </w:p>
    <w:p>
      <w:r>
        <w:rPr>
          <w:b/>
        </w:rPr>
        <w:t xml:space="preserve">[53:45] </w:t>
      </w:r>
      <w:r>
        <w:t>maulana, agla sawal chennai se bheja hai maulana iqbal umri ne, aur unhone likha hai: "maulana, aaj ki replanning kya hai?</w:t>
      </w:r>
    </w:p>
    <w:p>
      <w:pPr>
        <w:jc w:val="right"/>
      </w:pPr>
      <w:r>
        <w:t>مولانا، اگلا سوال چنئی سے بھیجا ہے مولانا اقبال عمری نے، اور انہوں نے لکھا ہے: "مولانا، آج کی ری پلاننگ کیا ہے؟</w:t>
      </w:r>
    </w:p>
    <w:p>
      <w:r>
        <w:rPr>
          <w:b/>
        </w:rPr>
        <w:t xml:space="preserve">[53:57] </w:t>
      </w:r>
      <w:r>
        <w:t>allah taala ka matloob is daur mein kya hai? is ko wazeh karein."</w:t>
      </w:r>
    </w:p>
    <w:p>
      <w:pPr>
        <w:jc w:val="right"/>
      </w:pPr>
      <w:r>
        <w:t>اللہ تعالی کا مطلوب اس دور میں کیا ہے؟ اس کو واضح کریں۔"</w:t>
      </w:r>
    </w:p>
    <w:p>
      <w:r>
        <w:rPr>
          <w:b/>
        </w:rPr>
        <w:t xml:space="preserve">[54:08] </w:t>
      </w:r>
      <w:r>
        <w:t>mein toh samajhta hoon ke agar aap daur ko le ke sochein toh woh toh hai ke allah ne dawat ke raaste khol diye hain.</w:t>
      </w:r>
    </w:p>
    <w:p>
      <w:pPr>
        <w:jc w:val="right"/>
      </w:pPr>
      <w:r>
        <w:t>میں تو سمجھتا ہوں کہ اگر آپ دور کو لے کے سوچیں تو وہ تو ہے کہ اللہ نے دعوت کے راستے کھول دیے ہیں۔</w:t>
      </w:r>
    </w:p>
    <w:p>
      <w:r>
        <w:rPr>
          <w:b/>
        </w:rPr>
        <w:t xml:space="preserve">[54:18] </w:t>
      </w:r>
      <w:r>
        <w:t>dawat ke liye pehle raaste band thay. waise ek zamana tha ke jab ke printing press nahi tha toh aap chhap kar ke koi material phaila nahi sakte thay.</w:t>
      </w:r>
    </w:p>
    <w:p>
      <w:pPr>
        <w:jc w:val="right"/>
      </w:pPr>
      <w:r>
        <w:t>دعوت کے لیے پہلے راستے بند تھے۔ ویسے ایک زمانہ تھا کہ جب کہ پرنٹنگ پریس نہیں تھا تو آپ چھاپ کر کے کوئی مٹیریل پھیلا نہیں سکتے تھے۔</w:t>
      </w:r>
    </w:p>
    <w:p>
      <w:r>
        <w:rPr>
          <w:b/>
        </w:rPr>
        <w:t xml:space="preserve">[54:32] </w:t>
      </w:r>
      <w:r>
        <w:t>modern communication nahi tha. har jagah aap ko apni pahunch chalna parta tha. pehle zamane mein opinions nahi thay. pehle zamane mein leges persecution tha.</w:t>
      </w:r>
    </w:p>
    <w:p>
      <w:pPr>
        <w:jc w:val="right"/>
      </w:pPr>
      <w:r>
        <w:t>ماڈرن کمیونیکیشن نہیں تھا۔ ہر جگہ آپ کو اپنی پہنچ چلنا پڑتا تھا۔ پہلے زمانے میں اوپیننس نہیں تھا۔ پہلے زمانے میں لیجس پرسیکیوشن تھا۔</w:t>
      </w:r>
    </w:p>
    <w:p>
      <w:r>
        <w:rPr>
          <w:b/>
        </w:rPr>
        <w:t xml:space="preserve">[54:46] </w:t>
      </w:r>
      <w:r>
        <w:t>toh saare jo halaat hain, un ko allah ne mawafeq bana diya. mawafeq!</w:t>
      </w:r>
    </w:p>
    <w:p>
      <w:pPr>
        <w:jc w:val="right"/>
      </w:pPr>
      <w:r>
        <w:t>تو سارے جو حالات ہیں، ان کو اللہ نے موافق بنا دیا۔ موافق!</w:t>
      </w:r>
    </w:p>
    <w:p>
      <w:r>
        <w:rPr>
          <w:b/>
        </w:rPr>
        <w:t xml:space="preserve">[54:53] </w:t>
      </w:r>
      <w:r>
        <w:t>toh ab toh sirf yeh karna hai ke negative thinking ko hamesha ke liye bari kar dein. bari! aur positive soch ke sath dawat ki planning kijiye.</w:t>
      </w:r>
    </w:p>
    <w:p>
      <w:pPr>
        <w:jc w:val="right"/>
      </w:pPr>
      <w:r>
        <w:t>تو اب تو صرف یہ کرنا ہے کہ نیگیٹیو تھنکنگ کو ہمیشہ کے لیے بری کر دیے۔ بری! اور پازیٹیو سوچ کے ساتھ دعوت کی پلاننگ کیجئے۔</w:t>
      </w:r>
    </w:p>
    <w:p>
      <w:r>
        <w:rPr>
          <w:b/>
        </w:rPr>
        <w:t xml:space="preserve">[55:05] </w:t>
      </w:r>
      <w:r>
        <w:t>bas!</w:t>
      </w:r>
    </w:p>
    <w:p>
      <w:pPr>
        <w:jc w:val="right"/>
      </w:pPr>
      <w:r>
        <w:t>بس!</w:t>
      </w:r>
    </w:p>
    <w:p>
      <w:r>
        <w:rPr>
          <w:b/>
        </w:rPr>
        <w:t xml:space="preserve">[55:08] </w:t>
      </w:r>
      <w:r>
        <w:t>maulana, in ka ek aur sawal hai. unhone likha hai: "maulana, ek misri aap ki kitabon se mutasir hai magar yahood se nafrat bhi karta hai.</w:t>
      </w:r>
    </w:p>
    <w:p>
      <w:pPr>
        <w:jc w:val="right"/>
      </w:pPr>
      <w:r>
        <w:t>مولانا، ان کا ایک اور سوال ہے۔ انہوں نے لکھا ہے: "مولانا، ایک مصری آپ کی کتابوں سے متاثر ہے مگر یہود سے نفرت بھی کرتا ہے۔</w:t>
      </w:r>
    </w:p>
    <w:p>
      <w:r>
        <w:rPr>
          <w:b/>
        </w:rPr>
        <w:t xml:space="preserve">[55:21] </w:t>
      </w:r>
      <w:r>
        <w:t>jab maine us se kuch aur baat kahi toh quran ki ayat pesh karne laga. adawat ki ayat. us par aap ka advice kya hoga?" advice yeh hai ke aap yeh sochein</w:t>
      </w:r>
    </w:p>
    <w:p>
      <w:pPr>
        <w:jc w:val="right"/>
      </w:pPr>
      <w:r>
        <w:t>جب میں نے اس سے کچھ اور بات کہی تو قرآن کی آیت پیش کرنے لگے۔ عداوت کی آیت۔ اس پر آپ کا ایڈوائس کیا ہوگا؟" ایڈوائس یہ ہے کہ آپ یہ سوچیں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