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Verses 75-78 June 17, 2018</w:t>
      </w:r>
    </w:p>
    <w:p>
      <w:r>
        <w:t>https://www.youtube.com/watch?v=2qkgyTF6bt8</w:t>
      </w:r>
    </w:p>
    <w:p>
      <w:r>
        <w:rPr>
          <w:b/>
        </w:rPr>
        <w:t xml:space="preserve">[00:11] </w:t>
      </w:r>
      <w:r>
        <w:t>bismillah rahman rahim,</w:t>
      </w:r>
    </w:p>
    <w:p>
      <w:pPr>
        <w:jc w:val="right"/>
      </w:pPr>
      <w:r>
        <w:t>بسم اللہ الرحمن الرحیم،</w:t>
      </w:r>
    </w:p>
    <w:p>
      <w:r>
        <w:rPr>
          <w:b/>
        </w:rPr>
        <w:t xml:space="preserve">[00:16] </w:t>
      </w:r>
      <w:r>
        <w:t>wasalli allah ala nabiyil karim. rab ishrah li sadri, wa yassir li amri, wahlul uqdatan min lisani yafqahu qawli.</w:t>
      </w:r>
    </w:p>
    <w:p>
      <w:pPr>
        <w:jc w:val="right"/>
      </w:pPr>
      <w:r>
        <w:t>وصلی اللہ علی النبی الکریم۔ رب اشرح لی صدری، ویسر لی امری، واحل العقدۃ من لسانی یفقہ قولی۔</w:t>
      </w:r>
    </w:p>
    <w:p>
      <w:r>
        <w:rPr>
          <w:b/>
        </w:rPr>
        <w:t xml:space="preserve">[00:33] </w:t>
      </w:r>
      <w:r>
        <w:t>17 june 2018.</w:t>
      </w:r>
    </w:p>
    <w:p>
      <w:pPr>
        <w:jc w:val="right"/>
      </w:pPr>
      <w:r>
        <w:t>17 جون 2018۔</w:t>
      </w:r>
    </w:p>
    <w:p>
      <w:r>
        <w:rPr>
          <w:b/>
        </w:rPr>
        <w:t xml:space="preserve">[00:43] </w:t>
      </w:r>
      <w:r>
        <w:t>aaj routine ke mutabiq quran ki kuch ayatein padhi jayengi, us ke baad mein is par apna kuch comment pesh karunga.</w:t>
      </w:r>
    </w:p>
    <w:p>
      <w:pPr>
        <w:jc w:val="right"/>
      </w:pPr>
      <w:r>
        <w:t>آج روٹین کے مطابق قرآن کی کچھ آیتیں پڑھی جائیں گی، اس کے بعد میں اس پر اپنا کچھ کمنٹ پیش کروں گا۔</w:t>
      </w:r>
    </w:p>
    <w:p>
      <w:r>
        <w:rPr>
          <w:b/>
        </w:rPr>
        <w:t xml:space="preserve">[01:00] </w:t>
      </w:r>
      <w:r>
        <w:t>bismillah hir rahman nir rahim. aftatma'un an yu'minu lakum wa qad kana fariqun minhum yasma'una kalami allahi thumma yuharrifunahu thumma yuharrifunahu min ba'di ma 'aqaluhu wa hum ya'lamun.</w:t>
      </w:r>
    </w:p>
    <w:p>
      <w:pPr>
        <w:jc w:val="right"/>
      </w:pPr>
      <w:r>
        <w:t>بسم اللہ الرحمن الرحیم۔ أَفَتَطْمَعُونَ أَنْ يُؤْمِنُوا لَكُمْ وَقَدْ كَانَ فَرِيقٌ مِنْهُمْ يَسْمَعُونَ كَلَامَ اللَّهِ ثُمَّ يُحَرِّفُونَهُ ثُمَّ يُحَرِّفُونَهُ مِنْ بَعْدِ مَا عَقَلُوهُ وَهُمْ يَعْلَمُونَ۔</w:t>
      </w:r>
    </w:p>
    <w:p>
      <w:r>
        <w:rPr>
          <w:b/>
        </w:rPr>
        <w:t xml:space="preserve">[01:16] </w:t>
      </w:r>
      <w:r>
        <w:t>wa idha laqu alladhina amanu qalu amanna, wa idha khala ba'dhuhum ila ba'dh qalu atahaddithunahum bima fataha allahu 'alaykum lihajujakum bihi 'inda rabbikum afla ta'qilun?</w:t>
      </w:r>
    </w:p>
    <w:p>
      <w:pPr>
        <w:jc w:val="right"/>
      </w:pPr>
      <w:r>
        <w:t>وإذا لقوا الذين آمنوا قالوا آمنا، وإذا خلا بعضهم إلى بعض قالوا أتحدثونهم بما فتح الله عليكم ليحاجوكم به عند ربكم أفلا تعقلون؟</w:t>
      </w:r>
    </w:p>
    <w:p>
      <w:r>
        <w:rPr>
          <w:b/>
        </w:rPr>
        <w:t xml:space="preserve">[01:32] </w:t>
      </w:r>
      <w:r>
        <w:t>awala ya'lamuna anna allaha ya'lamu ma yusirruna wa ma yu'linun? wa minhum ummiyyuna la ya'lamuna alkitaba illa amaniyya wa innahum illa yazunnun.</w:t>
      </w:r>
    </w:p>
    <w:p>
      <w:pPr>
        <w:jc w:val="right"/>
      </w:pPr>
      <w:r>
        <w:t>أولا يعلمون أن الله يعلم ما يسرون وما يعلنون؟ ومنهم أميون لا يعلمون الكتاب إلا أمانيًا وإنهم إلا يظنون۔</w:t>
      </w:r>
    </w:p>
    <w:p>
      <w:r>
        <w:rPr>
          <w:b/>
        </w:rPr>
        <w:t xml:space="preserve">[01:45] </w:t>
      </w:r>
      <w:r>
        <w:t>surah al-baqarah ayat number 75, 76, 77, 78. kya tum yeh ummeed rakhte ho ke yeh yahood tumhare kehne se iman le aayenge,</w:t>
      </w:r>
    </w:p>
    <w:p>
      <w:pPr>
        <w:jc w:val="right"/>
      </w:pPr>
      <w:r>
        <w:t>سورہ البقرہ آیت نمبر 75، 76، 77، 78۔ کیا تم یہ امید رکھتے ہو کہ یہ یہود تمہارے کہنے سے ایمان لے آئیں گے،</w:t>
      </w:r>
    </w:p>
    <w:p>
      <w:r>
        <w:rPr>
          <w:b/>
        </w:rPr>
        <w:t xml:space="preserve">[02:00] </w:t>
      </w:r>
      <w:r>
        <w:t>halanke un mein se kuch log aise hain ke woh allah ka kalam sunte the phir us ko badal dalte the, samajhne ke baad, aur woh jante hain?</w:t>
      </w:r>
    </w:p>
    <w:p>
      <w:pPr>
        <w:jc w:val="right"/>
      </w:pPr>
      <w:r>
        <w:t>حالانکہ ان میں سے کچھ لوگ ایسے ہیں کہ وہ اللہ کا کلام سنتے تھے پھر اس کو بدل ڈالتے تھے، سمجھنے کے بعد، اور وہ جانتے ہیں؟</w:t>
      </w:r>
    </w:p>
    <w:p>
      <w:r>
        <w:rPr>
          <w:b/>
        </w:rPr>
        <w:t xml:space="preserve">[02:12] </w:t>
      </w:r>
      <w:r>
        <w:t>jab woh ahle iman se milte hain to kehte hain ke hum iman late laye hue hain, aur jab woh aapas mein ek doosre se milte hain to kehte hain ke kya tum un ko woh baatein batate ho jo allah ne tum par kholi hain ke woh tumhare rab ke paas tum se hujjat karen?</w:t>
      </w:r>
    </w:p>
    <w:p>
      <w:pPr>
        <w:jc w:val="right"/>
      </w:pPr>
      <w:r>
        <w:t>جب وہ اہل ایمان سے ملتے ہیں تو کہتے ہیں کہ ہم ایمان لاتے لائے ہوئے ہیں، اور جب وہ آپس میں ایک دوسرے سے ملتے ہیں تو کہتے ہیں کہ کیا تم ان کو وہ باتیں بتاتے ہو جو اللہ نے تم پر کھولی ہیں کہ وہ تمہارے رب کے پاس تم سے حجت کریں؟</w:t>
      </w:r>
    </w:p>
    <w:p>
      <w:r>
        <w:rPr>
          <w:b/>
        </w:rPr>
        <w:t xml:space="preserve">[02:29] </w:t>
      </w:r>
      <w:r>
        <w:t>kya tum samajhte nahin? kya woh nahin jante ke allah ko maloom hai jo kuch woh chupate hain aur jo kuch woh zahir karte hain?</w:t>
      </w:r>
    </w:p>
    <w:p>
      <w:pPr>
        <w:jc w:val="right"/>
      </w:pPr>
      <w:r>
        <w:t>کیا تم سمجھتے نہیں؟ کیا وہ نہیں جانتے کہ اللہ کو معلوم ہے جو کچھ وہ چھپاتے ہیں اور جو کچھ وہ ظاہر کرتے ہیں؟</w:t>
      </w:r>
    </w:p>
    <w:p>
      <w:r>
        <w:rPr>
          <w:b/>
        </w:rPr>
        <w:t xml:space="preserve">[02:39] </w:t>
      </w:r>
      <w:r>
        <w:t>aur un mein anpadh hain jo nahin jante kitab ko magar aarzuwein, un ke paas guman ke siwa aur kuch nahin.</w:t>
      </w:r>
    </w:p>
    <w:p>
      <w:pPr>
        <w:jc w:val="right"/>
      </w:pPr>
      <w:r>
        <w:t>اور ان میں ان پڑھ ہیں جو نہیں جانتے کتاب کو مگر آرزوئیں، ان کے پاس گمان کے سوا اور کچھ نہیں۔</w:t>
      </w:r>
    </w:p>
    <w:p>
      <w:r>
        <w:rPr>
          <w:b/>
        </w:rPr>
        <w:t xml:space="preserve">[02:48] </w:t>
      </w:r>
      <w:r>
        <w:t>dekhiye, yeh surah al-baqarah ki aayatein hain. aap jante hain ke al-baqarah shuru ki surah hai, aur is mein dhai para tak phaili hui hai.</w:t>
      </w:r>
    </w:p>
    <w:p>
      <w:pPr>
        <w:jc w:val="right"/>
      </w:pPr>
      <w:r>
        <w:t>دیکھیے، یہ سورہ البقرہ کی آیتیں ہیں۔ آپ جانتے ہیں کہ البقرہ شروع کی سورہ ہے، اور اس میں ڈھائی پارہ تک پھیلی ہوئی ہے۔</w:t>
      </w:r>
    </w:p>
    <w:p>
      <w:r>
        <w:rPr>
          <w:b/>
        </w:rPr>
        <w:t xml:space="preserve">[03:08] </w:t>
      </w:r>
      <w:r>
        <w:t>to surah al-baqarah mein zyada tar zikr hai yahood ka, aise aur bhi shuru ki jo suratein hain is mein yahood ka zikr hai.</w:t>
      </w:r>
    </w:p>
    <w:p>
      <w:pPr>
        <w:jc w:val="right"/>
      </w:pPr>
      <w:r>
        <w:t>تو سورہ البقرہ میں زیادہ تر ذکر ہے یہود کا، ایسے اور بھی شروع کی جو سورتیں ہیں اس میں یہود کا ذکر ہے۔</w:t>
      </w:r>
    </w:p>
    <w:p>
      <w:r>
        <w:rPr>
          <w:b/>
        </w:rPr>
        <w:t xml:space="preserve">[03:19] </w:t>
      </w:r>
      <w:r>
        <w:t>to mein aksar sochta tha ke quran mein shuru ki suraton mein ya madani suraton mein kyun yahood ka zikr itna zyada hai,</w:t>
      </w:r>
    </w:p>
    <w:p>
      <w:pPr>
        <w:jc w:val="right"/>
      </w:pPr>
      <w:r>
        <w:t>تو میں اکثر سوچتا تھا کہ قرآن میں شروع کی سورتوں میں یا مدنی سورتوں میں کیوں یہود کا ذکر اتنا زیادہ ہے،</w:t>
      </w:r>
    </w:p>
    <w:p>
      <w:r>
        <w:rPr>
          <w:b/>
        </w:rPr>
        <w:t xml:space="preserve">[03:38] </w:t>
      </w:r>
      <w:r>
        <w:t>yani jab ke woh utri hain baat ko.</w:t>
      </w:r>
    </w:p>
    <w:p>
      <w:pPr>
        <w:jc w:val="right"/>
      </w:pPr>
      <w:r>
        <w:t>یعنی جب کہ وہ اتری ہیں بات کو۔</w:t>
      </w:r>
    </w:p>
    <w:p>
      <w:r>
        <w:rPr>
          <w:b/>
        </w:rPr>
        <w:t xml:space="preserve">[03:45] </w:t>
      </w:r>
      <w:r>
        <w:t>to phir ek cheez meri samajh mein aayi ke same period mein, yani madani period mein jab rasool allah makkah se hijrat kar ke madinah pahunche,</w:t>
      </w:r>
    </w:p>
    <w:p>
      <w:pPr>
        <w:jc w:val="right"/>
      </w:pPr>
      <w:r>
        <w:t>تو پھر ایک چیز میری سمجھ میں آئی کہ سیم پیریڈ میں، یعنی مدنی پیریڈ میں جب رسول اللہ مکہ سے ہجرت کر کے مدینہ پہنچے،</w:t>
      </w:r>
    </w:p>
    <w:p>
      <w:r>
        <w:rPr>
          <w:b/>
        </w:rPr>
        <w:t xml:space="preserve">[04:02] </w:t>
      </w:r>
      <w:r>
        <w:t>isi zamane mein ek aur waqea hua jo bilkul contradictory tha, ek dum contradictory. yani quran ki madani suraton mein to yahood ko qadeem kiya ja raha hai, un par criticize kiya ja raha hai,</w:t>
      </w:r>
    </w:p>
    <w:p>
      <w:pPr>
        <w:jc w:val="right"/>
      </w:pPr>
      <w:r>
        <w:t>اسی زمانے میں ایک اور واقعہ ہوا جو بالکل کنٹراڈکٹری تھا، ایک دم کنٹراڈکٹری۔ یعنی قرآن کی مدنی سورتوں میں تو یہود کو قدیم کیا جا رہا ہے، ان پر کرسائز کیا جا رہا ہے،</w:t>
      </w:r>
    </w:p>
    <w:p>
      <w:r>
        <w:rPr>
          <w:b/>
        </w:rPr>
        <w:t xml:space="preserve">[04:17] </w:t>
      </w:r>
      <w:r>
        <w:t>aur isi zamane mein jate hi, madine pahunchte hi, aap ne aelan kar diya ke hamara qibla badar muqaddas hoga.</w:t>
      </w:r>
    </w:p>
    <w:p>
      <w:pPr>
        <w:jc w:val="right"/>
      </w:pPr>
      <w:r>
        <w:t>اور اسی زمانے میں جاتے ہی، مدینے پہنچتے ہی، آپ نے اعلان کر دیا کہ ہمارا قبلہ بدر مقدس ہوگا۔</w:t>
      </w:r>
    </w:p>
    <w:p>
      <w:r>
        <w:rPr>
          <w:b/>
        </w:rPr>
        <w:t xml:space="preserve">[04:30] </w:t>
      </w:r>
      <w:r>
        <w:t>aap ghaur ghaur farmayein ke yeh bazahir yeh contradictory state hai, yani ek taraf yahood ko itna zyada karna padna aur doosri taraf yahood ko accept karna un ke qibla ke maamle mein, kisi ajeeb baat hai.</w:t>
      </w:r>
    </w:p>
    <w:p>
      <w:pPr>
        <w:jc w:val="right"/>
      </w:pPr>
      <w:r>
        <w:t>آپ غور غور فرمائیے کہ یہ بظاہر یہ کنٹراڈکٹری اسٹیٹ ہے، یعنی ایک طرف یہود کو اتنا زیادہ کرنا پڑنا اور دوسری طرف یہود کو ایکسیپٹ کرنا ان کے قبلہ کے معاملے میں، کسی عجیب بات ہے۔</w:t>
      </w:r>
    </w:p>
    <w:p>
      <w:r>
        <w:rPr>
          <w:b/>
        </w:rPr>
        <w:t xml:space="preserve">[04:52] </w:t>
      </w:r>
      <w:r>
        <w:t>to mein bahut dinon se sochta tha ke yeh kya maamla hai, kya hai, kya maamla hai. to meri samajh mein aaya ke rasool allah ki yeh uswah hasanah ka hi part hai jo quran mein hai ke laqad kana 'alaykum fi rasul allahi uswatun hasanah.</w:t>
      </w:r>
    </w:p>
    <w:p>
      <w:pPr>
        <w:jc w:val="right"/>
      </w:pPr>
      <w:r>
        <w:t>تو میں بہت دنوں سے سوچتا تھا کہ یہ کیا معاملہ ہے، کیا ہے، کیا معاملہ ہے۔ تو میری سمجھ میں آیا کہ رسول اللہ کی یہ اس اسوہ حسنہ کا ہی پارٹ ہے جو قرآن میں ہے کہ لقد کان علیکم فی رسول اللہ اسوۃ حسنہ۔</w:t>
      </w:r>
    </w:p>
    <w:p>
      <w:r>
        <w:rPr>
          <w:b/>
        </w:rPr>
        <w:t xml:space="preserve">[05:18] </w:t>
      </w:r>
      <w:r>
        <w:t>rasool allah ki zindagi mein uswah hasanah ka namuna hai, yani best conduct, best example.</w:t>
      </w:r>
    </w:p>
    <w:p>
      <w:pPr>
        <w:jc w:val="right"/>
      </w:pPr>
      <w:r>
        <w:t>رسول اللہ کی زندگی میں اسوہ حسنہ کا نمونہ ہے، یعنی بیسٹ کنڈکٹ، بیسٹ ایگزامپل۔</w:t>
      </w:r>
    </w:p>
    <w:p>
      <w:r>
        <w:rPr>
          <w:b/>
        </w:rPr>
        <w:t xml:space="preserve">[05:30] </w:t>
      </w:r>
      <w:r>
        <w:t>to ab phir mein is tareeqe se sochna shuru kiya to mein samajhta hoon ke yeh is ka hissa hai is tareeqe se ke poori sirat ko aap padhein, rasool allah ki jo poori surah hai,</w:t>
      </w:r>
    </w:p>
    <w:p>
      <w:pPr>
        <w:jc w:val="right"/>
      </w:pPr>
      <w:r>
        <w:t>تو اب پھر میں اس طریقے سے سوچنا شروع کیا تو میں سمجھتا ہوں کہ یہ اس کا حصہ ہے اس طریقے سے کہ پوری سیرت کو آپ پڑھیں، رسول اللہ کی جو پوری سورت ہے،</w:t>
      </w:r>
    </w:p>
    <w:p>
      <w:r>
        <w:rPr>
          <w:b/>
        </w:rPr>
        <w:t xml:space="preserve">[05:48] </w:t>
      </w:r>
      <w:r>
        <w:t>poori surah mein uswah hasanah milta hai. poori zindagi mein woh kya hai?</w:t>
      </w:r>
    </w:p>
    <w:p>
      <w:pPr>
        <w:jc w:val="right"/>
      </w:pPr>
      <w:r>
        <w:t>پوری سورت میں اسوہ حسنہ ملتا ہے۔ پوری زندگی میں وہ کیا ہے؟</w:t>
      </w:r>
    </w:p>
    <w:p>
      <w:r>
        <w:rPr>
          <w:b/>
        </w:rPr>
        <w:t xml:space="preserve">[05:58] </w:t>
      </w:r>
      <w:r>
        <w:t>ek ek namuna, ek aap ka principle, woh kya hai? mein is ko kahunga ke</w:t>
      </w:r>
    </w:p>
    <w:p>
      <w:pPr>
        <w:jc w:val="right"/>
      </w:pPr>
      <w:r>
        <w:t>ایک ایک نمونہ، ایک آپ کا پرنسپل، وہ کیا ہے؟ میں اس کو کہوں گا کہ</w:t>
      </w:r>
    </w:p>
    <w:p>
      <w:r>
        <w:rPr>
          <w:b/>
        </w:rPr>
        <w:t xml:space="preserve">[06:10] </w:t>
      </w:r>
      <w:r>
        <w:t>delinking model,</w:t>
      </w:r>
    </w:p>
    <w:p>
      <w:pPr>
        <w:jc w:val="right"/>
      </w:pPr>
      <w:r>
        <w:t>ڈی لنکنگ ماڈل،</w:t>
      </w:r>
    </w:p>
    <w:p>
      <w:r>
        <w:rPr>
          <w:b/>
        </w:rPr>
        <w:t xml:space="preserve">[06:15] </w:t>
      </w:r>
      <w:r>
        <w:t>delinking model, yani do waqe ko alag karna. to aap makkah mein hon ya madine mein hon, aap ne yeh delinking model ko ikhtiyar kiya,</w:t>
      </w:r>
    </w:p>
    <w:p>
      <w:pPr>
        <w:jc w:val="right"/>
      </w:pPr>
      <w:r>
        <w:t>ڈی لنکنگ ماڈل، یعنی دو واقعے کو الگ کرنا۔ تو آپ مکہ میں ہوں یا مدینے میں ہوں، آپ نے یہ ڈی لنکنگ ماڈل کو اختیار کیا،</w:t>
      </w:r>
    </w:p>
    <w:p>
      <w:r>
        <w:rPr>
          <w:b/>
        </w:rPr>
        <w:t xml:space="preserve">[06:30] </w:t>
      </w:r>
      <w:r>
        <w:t>aur yahi uswah hasanah hai mere khayal se.</w:t>
      </w:r>
    </w:p>
    <w:p>
      <w:pPr>
        <w:jc w:val="right"/>
      </w:pPr>
      <w:r>
        <w:t>اور یہی اسوہ حسنہ ہے میرے خیال سے۔</w:t>
      </w:r>
    </w:p>
    <w:p>
      <w:r>
        <w:rPr>
          <w:b/>
        </w:rPr>
        <w:t xml:space="preserve">[06:36] </w:t>
      </w:r>
      <w:r>
        <w:t>dekhiye, jab aap koi kaam karein, ijtamai zindagi mein, social life mein, logon ke darmiyan, to koi bhi kaam ho, mazhabi ho ya secular,</w:t>
      </w:r>
    </w:p>
    <w:p>
      <w:pPr>
        <w:jc w:val="right"/>
      </w:pPr>
      <w:r>
        <w:t>دیکھیے، جب آپ کوئی کام کریں، اجتماعی زندگی میں، سوشل لائف میں، لوگوں کے درمیان، تو کوئی بھی کام ہو، مذہبی ہو یا سیکولر،</w:t>
      </w:r>
    </w:p>
    <w:p>
      <w:r>
        <w:rPr>
          <w:b/>
        </w:rPr>
        <w:t xml:space="preserve">[06:56] </w:t>
      </w:r>
      <w:r>
        <w:t>is ke kuch part, kuch hissay aisay honge jo controversial honge, aur kuch aisay honge jo controversial nahi honge, yani non-controversial aur controversial.</w:t>
      </w:r>
    </w:p>
    <w:p>
      <w:pPr>
        <w:jc w:val="right"/>
      </w:pPr>
      <w:r>
        <w:t>اس کے کچھ پارٹ، کچھ حصے ایسے ہوں گے جو کنٹروورشل ہوں گے، اور کچھ ایسے ہوں گے جو کنٹروورشل نہیں ہوں گے، یعنی نان کنٹروورشل اور کنٹروورشل۔</w:t>
      </w:r>
    </w:p>
    <w:p>
      <w:r>
        <w:rPr>
          <w:b/>
        </w:rPr>
        <w:t xml:space="preserve">[07:10] </w:t>
      </w:r>
      <w:r>
        <w:t>to aap ghor kijiye ke rasool Allah ki zindagi mein poora jo namoona hai, woh yeh hai ke controversial part ko non-controversial part se dealing karna,</w:t>
      </w:r>
    </w:p>
    <w:p>
      <w:pPr>
        <w:jc w:val="right"/>
      </w:pPr>
      <w:r>
        <w:t>تو آپ غور کیجئے کہ رسول اللہ کی زندگی میں پورا جو نمونہ ہے، وہ یہ ہے کہ کنٹروورشل پارٹ کو نان کنٹرول پارٹ سے ڈیلنگ کرنا،</w:t>
      </w:r>
    </w:p>
    <w:p>
      <w:r>
        <w:rPr>
          <w:b/>
        </w:rPr>
        <w:t xml:space="preserve">[07:26] </w:t>
      </w:r>
      <w:r>
        <w:t>jis ke baray mein kai baar misaal di hai ke itna bara controversial part tha Makkah mein ke wahan ke logon, log us ko us waqt mushrikeen, mushrik banay hue thay.</w:t>
      </w:r>
    </w:p>
    <w:p>
      <w:pPr>
        <w:jc w:val="right"/>
      </w:pPr>
      <w:r>
        <w:t>جس کے بارے میں کئی بار مثال دی ہے کہ اتنا بڑا کنٹروورشل پارٹ تھا مکہ میں کہ وہاں کے لوگوں، لوگ اس کو اس وقت مشرکین، مشرک بنے ہوئے تھے۔</w:t>
      </w:r>
    </w:p>
    <w:p>
      <w:r>
        <w:rPr>
          <w:b/>
        </w:rPr>
        <w:t xml:space="preserve">[07:45] </w:t>
      </w:r>
      <w:r>
        <w:t>to unhon ne Kaaba ko jo tauheed ke liye banaya gaya tha, wahan but bohat saray rakh diye, yani saaray Arab ke but.</w:t>
      </w:r>
    </w:p>
    <w:p>
      <w:pPr>
        <w:jc w:val="right"/>
      </w:pPr>
      <w:r>
        <w:t>تو انہوں نے کعبہ کو جو توحید کے لیے بنایا گیا تھا، وہاں بت بہت سارے رکھ دیے، یعنی سارے عرب کے بت۔</w:t>
      </w:r>
    </w:p>
    <w:p>
      <w:r>
        <w:rPr>
          <w:b/>
        </w:rPr>
        <w:t xml:space="preserve">[07:56] </w:t>
      </w:r>
      <w:r>
        <w:t>ab Arabon ka mizaj yeh tha ke har qabeelay ka ek alag but tha, jitnay qabeelay thay Arab mein, sab ka but. to har ek ne apna apna but la kar ke Kaaba mein rakh diya tha,</w:t>
      </w:r>
    </w:p>
    <w:p>
      <w:pPr>
        <w:jc w:val="right"/>
      </w:pPr>
      <w:r>
        <w:t>اب عربوں کا مزاج یہ تھا کہ ہر قبیلے کا ایک الگ بت تھا، جتنے قبیلے تھے عرب میں، سب کا بت۔ تو ہر ایک نے اپنا اپنا بت لا کر کے کعبہ میں رکھ دیا تھا،</w:t>
      </w:r>
    </w:p>
    <w:p>
      <w:r>
        <w:rPr>
          <w:b/>
        </w:rPr>
        <w:t xml:space="preserve">[08:10] </w:t>
      </w:r>
      <w:r>
        <w:t>yani chotay chotay hotay thay, bara bara Bab-ul-Hawl ki tarah nahi hota tha, chotay chotay, lekin har ek ka but wahan maujood tha.</w:t>
      </w:r>
    </w:p>
    <w:p>
      <w:pPr>
        <w:jc w:val="right"/>
      </w:pPr>
      <w:r>
        <w:t>یعنی چھوٹے چھوٹے ہوتے تھے، بڑا بڑا باب الحول کی طرح نہیں ہوتا تھا، چھوٹے چھوٹے، لیکن ہر ایک کا بت وہاں موجود تھا۔</w:t>
      </w:r>
    </w:p>
    <w:p>
      <w:r>
        <w:rPr>
          <w:b/>
        </w:rPr>
        <w:t xml:space="preserve">[08:22] </w:t>
      </w:r>
      <w:r>
        <w:t>to aap ne is par ghor kiya to aap ne paya hai ke yahan bhi do pehlu hain.</w:t>
      </w:r>
    </w:p>
    <w:p>
      <w:pPr>
        <w:jc w:val="right"/>
      </w:pPr>
      <w:r>
        <w:t>تو آپ نے اس پر غور کیا تو آپ نے پایا ہے کہ یہاں بھی دو پہلو ہیں۔</w:t>
      </w:r>
    </w:p>
    <w:p>
      <w:r>
        <w:rPr>
          <w:b/>
        </w:rPr>
        <w:t xml:space="preserve">[08:32] </w:t>
      </w:r>
      <w:r>
        <w:t>ek pehlu hai ke in buton ki wajah se saaray Arab ke log wahan ikattha hotay hain, un ke ikattha honay se ek audience banta hai,</w:t>
      </w:r>
    </w:p>
    <w:p>
      <w:pPr>
        <w:jc w:val="right"/>
      </w:pPr>
      <w:r>
        <w:t>ایک پہلو ہے کہ ان بتوں کی وجہ سے سارے عرب کے لوگ وہاں اکٹھا ہوتے ہیں، ان کے اکٹھا ہونے سے ایک آڈینس بنتا ہے،</w:t>
      </w:r>
    </w:p>
    <w:p>
      <w:r>
        <w:rPr>
          <w:b/>
        </w:rPr>
        <w:t xml:space="preserve">[08:46] </w:t>
      </w:r>
      <w:r>
        <w:t>yani</w:t>
      </w:r>
    </w:p>
    <w:p>
      <w:pPr>
        <w:jc w:val="right"/>
      </w:pPr>
      <w:r>
        <w:t>یعنی</w:t>
      </w:r>
    </w:p>
    <w:p>
      <w:r>
        <w:rPr>
          <w:b/>
        </w:rPr>
        <w:t xml:space="preserve">[08:50] </w:t>
      </w:r>
      <w:r>
        <w:t>poore poore mulk ka audience, national audience.</w:t>
      </w:r>
    </w:p>
    <w:p>
      <w:pPr>
        <w:jc w:val="right"/>
      </w:pPr>
      <w:r>
        <w:t>پورے پورے ملک کا آڈینس، نیشنل آڈینس۔</w:t>
      </w:r>
    </w:p>
    <w:p>
      <w:r>
        <w:rPr>
          <w:b/>
        </w:rPr>
        <w:t xml:space="preserve">[09:00] </w:t>
      </w:r>
      <w:r>
        <w:t>aur doosra yeh hai ke Kaaba mein but hai. to aap ne dealing kiya, aap ne dealing kiya to gathering ko aap ne istemal kiya as an audience.</w:t>
      </w:r>
    </w:p>
    <w:p>
      <w:pPr>
        <w:jc w:val="right"/>
      </w:pPr>
      <w:r>
        <w:t>اور دوسرا یہ ہے کہ کعبہ میں بت ہے۔ تو آپ نے ڈیلنگ کیا، آپ نے ڈیلنگ کیا تو گیدرنگ کو آپ نے استعمال کیا ایز این آڈینس۔</w:t>
      </w:r>
    </w:p>
    <w:p>
      <w:r>
        <w:rPr>
          <w:b/>
        </w:rPr>
        <w:t xml:space="preserve">[09:18] </w:t>
      </w:r>
      <w:r>
        <w:t>aur doosri cheez jo doosra pehlu tha, us ko ignore kiya, ignore kiya.</w:t>
      </w:r>
    </w:p>
    <w:p>
      <w:pPr>
        <w:jc w:val="right"/>
      </w:pPr>
      <w:r>
        <w:t>اور دوسری چیز جو دوسرا پہلو تھا، اس کو اگنور کیا، اگنور کیا۔</w:t>
      </w:r>
    </w:p>
    <w:p>
      <w:r>
        <w:rPr>
          <w:b/>
        </w:rPr>
        <w:t xml:space="preserve">[09:29] </w:t>
      </w:r>
      <w:r>
        <w:t>to yahi kiya aap ne Madinah pohanchne ke baad, aap Madine ki Madani suratein jo Quran ke shuru mein shamil ki gayi hain, un ko parhiye.</w:t>
      </w:r>
    </w:p>
    <w:p>
      <w:pPr>
        <w:jc w:val="right"/>
      </w:pPr>
      <w:r>
        <w:t>تو یہی کیا آپ نے مدینہ پہنچنے کے بعد، آپ مدینے کی مدنی سورتیں جو قرآن کے شروع میں شامل کی گئی ہیں، ان کو پڑھیے۔</w:t>
      </w:r>
    </w:p>
    <w:p>
      <w:r>
        <w:rPr>
          <w:b/>
        </w:rPr>
        <w:t xml:space="preserve">[09:44] </w:t>
      </w:r>
      <w:r>
        <w:t>to Yahood ko qadeem kiya gaya hai, is mein bohat ziyada, bohat qadeem kiya, hatta ke un ko ga maazool kar diya gaya,</w:t>
      </w:r>
    </w:p>
    <w:p>
      <w:pPr>
        <w:jc w:val="right"/>
      </w:pPr>
      <w:r>
        <w:t>تو یہود کو قدیم کیا گیا ہے، اس میں بہت زیادہ، بہت قدیم کیا، حتیٰ کہ ان کو گا معذول کر دیا گیا،</w:t>
      </w:r>
    </w:p>
    <w:p>
      <w:r>
        <w:rPr>
          <w:b/>
        </w:rPr>
        <w:t xml:space="preserve">[09:56] </w:t>
      </w:r>
      <w:r>
        <w:t>yani numaindagi se Islam se pehle, yani Musalmanon se pehle, Yahood jo thay, deen-e-Khudaawandi ke numainda banay hue thay, numainda represent kar rahe thay.</w:t>
      </w:r>
    </w:p>
    <w:p>
      <w:pPr>
        <w:jc w:val="right"/>
      </w:pPr>
      <w:r>
        <w:t>یعنی نمائندگی سے اسلام سے پہلے، یعنی مسلمانوں سے پہلے، یہود جو تھے، دین خداوندی کے نمائندہ بنے ہوئے تھے، نمائندہ ریپریزنٹ کر رہے تھے۔</w:t>
      </w:r>
    </w:p>
    <w:p>
      <w:r>
        <w:rPr>
          <w:b/>
        </w:rPr>
        <w:t xml:space="preserve">[10:13] </w:t>
      </w:r>
      <w:r>
        <w:t>un ki siyasat ko khatam, khatam kar diya gaya, khatam kar diya gaya. lekin aap ghor kijiye ke ab shuru ke taqreeban 16 mahine, taqreeban 16 mahine inhi ke, yani jab aap Madine mein thay to inhi ke, yani Yahood ke</w:t>
      </w:r>
    </w:p>
    <w:p>
      <w:pPr>
        <w:jc w:val="right"/>
      </w:pPr>
      <w:r>
        <w:t>ان کی سیاست کو ختم، ختم کر دیا گیا، ختم کر دیا گیا۔ لیکن آپ غور کیجئے کہ اب شروع کے تقریباً 16 مہینہ، تقریباً 16 مہینہ انہی کے، یعنی جب آپ مدینے میں تھے تو انہی کے، یعنی یہود کے</w:t>
      </w:r>
    </w:p>
    <w:p>
      <w:r>
        <w:rPr>
          <w:b/>
        </w:rPr>
        <w:t xml:space="preserve">[10:39] </w:t>
      </w:r>
      <w:r>
        <w:t>qibla ko qibla bana liya, yani ek taraf un ko condemn karna jo maazool karne mein tak pohanchne wala tha, aur doosri taraf un ke,</w:t>
      </w:r>
    </w:p>
    <w:p>
      <w:pPr>
        <w:jc w:val="right"/>
      </w:pPr>
      <w:r>
        <w:t>قبلہ کو قبلہ بنا لیا، یعنی ایک طرف ان کو کنڈم کرنا جو معذور کرنے میں تک پہنچنے والا تھا، اور دوسری طرف ان کے،</w:t>
      </w:r>
    </w:p>
    <w:p>
      <w:r>
        <w:rPr>
          <w:b/>
        </w:rPr>
        <w:t xml:space="preserve">[10:55] </w:t>
      </w:r>
      <w:r>
        <w:t>un ke qibla ko apna qibla bananay, banana yeh kaisi ajeeb baat hai. to yeh bhi wohi hai,</w:t>
      </w:r>
    </w:p>
    <w:p>
      <w:pPr>
        <w:jc w:val="right"/>
      </w:pPr>
      <w:r>
        <w:t>ان کے قبلہ کو اپنا قبلہ بنانے، بنانا یہ کیسی عجیب بات ہے۔ تو یہ بھی وہی ہے،</w:t>
      </w:r>
    </w:p>
    <w:p>
      <w:r>
        <w:rPr>
          <w:b/>
        </w:rPr>
        <w:t xml:space="preserve">[11:08] </w:t>
      </w:r>
      <w:r>
        <w:t>yeh de-linking model, de-linking model, ek pehlu ko lena aur doosre pehlu ko alag kar dena.</w:t>
      </w:r>
    </w:p>
    <w:p>
      <w:pPr>
        <w:jc w:val="right"/>
      </w:pPr>
      <w:r>
        <w:t>یہ ڈی لنکنگ ماڈل، ڈی لنکنگ ماڈل، ایک پہلو کو لینا اور دوسرے پہلو کو الگ کر دینا۔</w:t>
      </w:r>
    </w:p>
    <w:p>
      <w:r>
        <w:rPr>
          <w:b/>
        </w:rPr>
        <w:t xml:space="preserve">[11:24] </w:t>
      </w:r>
      <w:r>
        <w:t>aur yeh is liye tha taake shuru ke daur mein Yahood se koi takrao na ho, kyunke Yahood us waqt ke Madine mein bohat dominant position rakhte thay.</w:t>
      </w:r>
    </w:p>
    <w:p>
      <w:pPr>
        <w:jc w:val="right"/>
      </w:pPr>
      <w:r>
        <w:t>اور یہ اس لیے تھا تاکہ شروع کے دور میں یہود سے کوئی ٹکراؤ نہ ہو، کیونکہ یہود اس وقت کے مدینے میں بہت ڈومیننٹ پوزیشن رکھتے تھے۔</w:t>
      </w:r>
    </w:p>
    <w:p>
      <w:r>
        <w:rPr>
          <w:b/>
        </w:rPr>
        <w:t xml:space="preserve">[11:43] </w:t>
      </w:r>
      <w:r>
        <w:t>us waqt ka jo Madinah tha, us mein Yahood taqreeban 50-50 ka ratio tha, un ka Madine ki abadi mein, aur business to unhi ke hath mein tha.</w:t>
      </w:r>
    </w:p>
    <w:p>
      <w:pPr>
        <w:jc w:val="right"/>
      </w:pPr>
      <w:r>
        <w:t>اس وقت کا جو مدینہ تھا، اس میں یہود تقریباً 50-50 کا ریشو تھا، ان کا مدینے کی آبادی میں، اور بزنس تو انہی کے ہاتھ میں تھا۔</w:t>
      </w:r>
    </w:p>
    <w:p>
      <w:r>
        <w:rPr>
          <w:b/>
        </w:rPr>
        <w:t xml:space="preserve">[11:57] </w:t>
      </w:r>
      <w:r>
        <w:t>to woh dominate kar rahe thay Madine ki economy ko. to aap ne chaha ke is pehlu se un se takrao na kiya jaye,</w:t>
      </w:r>
    </w:p>
    <w:p>
      <w:pPr>
        <w:jc w:val="right"/>
      </w:pPr>
      <w:r>
        <w:t>تو تو وہ ڈومینیٹ کر رہے تھے مدینے کی اکانومی کو۔ تو آپ نے چاہا کہ اس پہلو سے ان سے ٹکراؤ نہ کیا جائے،</w:t>
      </w:r>
    </w:p>
    <w:p>
      <w:r>
        <w:rPr>
          <w:b/>
        </w:rPr>
        <w:t xml:space="preserve">[12:11] </w:t>
      </w:r>
      <w:r>
        <w:t>aur doosri taraf un ke baray mein jo ailaan karna hai, woh ailaan bhi hota rahe. to yeh wohi hua, de-linking model, de-linking model.</w:t>
      </w:r>
    </w:p>
    <w:p>
      <w:pPr>
        <w:jc w:val="right"/>
      </w:pPr>
      <w:r>
        <w:t>اور دوسری طرف ان کے بارے میں جو اعلان کرنا ہے، وہ اعلان بھی ہوتا رہے۔ تو یہ وہی ہوا، ڈی لنکنگ ماڈل، ڈی لنکنگ ماڈل۔</w:t>
      </w:r>
    </w:p>
    <w:p>
      <w:r>
        <w:rPr>
          <w:b/>
        </w:rPr>
        <w:t xml:space="preserve">[12:28] </w:t>
      </w:r>
      <w:r>
        <w:t>to bas phir main ne socha, main ne socha, main ne socha, to mujhe laga ke yeh to bohat hi universal truth hai,</w:t>
      </w:r>
    </w:p>
    <w:p>
      <w:pPr>
        <w:jc w:val="right"/>
      </w:pPr>
      <w:r>
        <w:t>تو بس پھر میں نے سوچا، میں نے سوچا، میں نے سوچا، تو مجھے لگا کہ یہ تو بہت ہی یونیورسل ٹروتھ ہے،</w:t>
      </w:r>
    </w:p>
    <w:p>
      <w:r>
        <w:rPr>
          <w:b/>
        </w:rPr>
        <w:t xml:space="preserve">[12:40] </w:t>
      </w:r>
      <w:r>
        <w:t>yahan tak ke main ne socha ke agar koi mujh se pooche ke Prophet Muhammad ka contribution universal maani mein kya hai,</w:t>
      </w:r>
    </w:p>
    <w:p>
      <w:pPr>
        <w:jc w:val="right"/>
      </w:pPr>
      <w:r>
        <w:t>یہاں تک کہ میں نے سوچا کہ اگر کوئی مجھ سے پوچھے کہ پرافٹ محمد کا کنٹریبیوشن یونیورسل معنی میں کیا ہے،</w:t>
      </w:r>
    </w:p>
    <w:p>
      <w:r>
        <w:rPr>
          <w:b/>
        </w:rPr>
        <w:t xml:space="preserve">[12:53] </w:t>
      </w:r>
      <w:r>
        <w:t>in saare insaanon ke lihaaz se woh kya hai jis mein sab ko faida ho, to main kahunga de-linking model.</w:t>
      </w:r>
    </w:p>
    <w:p>
      <w:pPr>
        <w:jc w:val="right"/>
      </w:pPr>
      <w:r>
        <w:t>ان سارے انسانوں کے لحاظ سے وہ کیا ہے جس میں سب کو فائدہ ہو، تو میں کہوں گا ڈی لنکنگ ماڈل۔</w:t>
      </w:r>
    </w:p>
    <w:p>
      <w:r>
        <w:rPr>
          <w:b/>
        </w:rPr>
        <w:t xml:space="preserve">[13:06] </w:t>
      </w:r>
      <w:r>
        <w:t>aur is zamane mein kuch qaumon ne is ko istemaal bhi kiya, misaal ke taur par dekhiye, Japan ne aur Germany ne sikhhan sikhhan balwa ke baad is ko istemaal kiya,</w:t>
      </w:r>
    </w:p>
    <w:p>
      <w:pPr>
        <w:jc w:val="right"/>
      </w:pPr>
      <w:r>
        <w:t>اور اس زمانے میں کچھ قوموں نے اس کو استعمال بھی کیا، مثلاً دیکھیے، جاپان نے اور جرمنی نے سکھن سکھن بلوار کے بعد اس کو استعمال کیا،</w:t>
      </w:r>
    </w:p>
    <w:p>
      <w:r>
        <w:rPr>
          <w:b/>
        </w:rPr>
        <w:t xml:space="preserve">[13:23] </w:t>
      </w:r>
      <w:r>
        <w:t>yaani dono ka jhagda tha America se aur maghribi qaumon se, lekin dono ne de-linking kiya,</w:t>
      </w:r>
    </w:p>
    <w:p>
      <w:pPr>
        <w:jc w:val="right"/>
      </w:pPr>
      <w:r>
        <w:t>یعنی دونوں کا جھگڑا تھا امریکہ سے اور مغربی قوموں سے، لیکن دونوں نے ڈیلنگ کیا،</w:t>
      </w:r>
    </w:p>
    <w:p>
      <w:r>
        <w:rPr>
          <w:b/>
        </w:rPr>
        <w:t xml:space="preserve">[13:39] </w:t>
      </w:r>
      <w:r>
        <w:t>de-linking kiya, aur jo jhagde wala partner tha, us ko side pe rakh diya, aur jo non-controversial tha, us ko ba-taur opportunity ke istemaal kiya.</w:t>
      </w:r>
    </w:p>
    <w:p>
      <w:pPr>
        <w:jc w:val="right"/>
      </w:pPr>
      <w:r>
        <w:t>ڈیلنگ کیا، اور جو جھگڑے والا پارٹنر تھا، اس کو سائیڈ پہ رکھ دیا، اور جو نان کنٹروورشل تھا، اس کو بطور اپرچونیٹی کے استعمال کیا۔</w:t>
      </w:r>
    </w:p>
    <w:p>
      <w:r>
        <w:rPr>
          <w:b/>
        </w:rPr>
        <w:t xml:space="preserve">[13:56] </w:t>
      </w:r>
      <w:r>
        <w:t>to yeh to bohat hi bara contribution hai Rasool Allah Sal Allahu Alaihi Wa Sallam ka saare aalam ke liye,</w:t>
      </w:r>
    </w:p>
    <w:p>
      <w:pPr>
        <w:jc w:val="right"/>
      </w:pPr>
      <w:r>
        <w:t>تو یہ تو بہت ہی بڑا کنٹریبیوشن ہے رسول اللہ صلی اللہ علیہ وسلم کا سارے عالم کے لیے،</w:t>
      </w:r>
    </w:p>
    <w:p>
      <w:r>
        <w:rPr>
          <w:b/>
        </w:rPr>
        <w:t xml:space="preserve">[14:05] </w:t>
      </w:r>
      <w:r>
        <w:t>kyun ke dekhiye, jab bhi aap koi kaam karenge, hatta ke family mein bhi koi kaam karenge, aap family ke andar bhi, to jab bhi aap koi kaam karenge ijtimaai zindagi mein,</w:t>
      </w:r>
    </w:p>
    <w:p>
      <w:pPr>
        <w:jc w:val="right"/>
      </w:pPr>
      <w:r>
        <w:t>کیونکہ دیکھیے، جب بھی آپ کوئی کام کریں گے، حتیٰ کہ فیملی میں بھی کوئی کام کریں گے، آپ فیملی کے اندر بھی، تو جب بھی آپ کوئی کام کریں گے اجتماعی زندگی میں،</w:t>
      </w:r>
    </w:p>
    <w:p>
      <w:r>
        <w:rPr>
          <w:b/>
        </w:rPr>
        <w:t xml:space="preserve">[14:19] </w:t>
      </w:r>
      <w:r>
        <w:t>to zaroor aisa hoga ke kuch point controversial honge aur kuch point controversial nahi honge, aisa zaroor hoga.</w:t>
      </w:r>
    </w:p>
    <w:p>
      <w:pPr>
        <w:jc w:val="right"/>
      </w:pPr>
      <w:r>
        <w:t>تو ضرور ایسا ہوگا کہ کچھ پوائنٹ کنٹروورشل ہوں گے اور کچھ پوائنٹ کنٹروورشل نہیں ہوں گے، ایسا ضرور ہوگا۔</w:t>
      </w:r>
    </w:p>
    <w:p>
      <w:r>
        <w:rPr>
          <w:b/>
        </w:rPr>
        <w:t xml:space="preserve">[14:32] </w:t>
      </w:r>
      <w:r>
        <w:t>to</w:t>
      </w:r>
    </w:p>
    <w:p>
      <w:pPr>
        <w:jc w:val="right"/>
      </w:pPr>
      <w:r>
        <w:t>تو</w:t>
      </w:r>
    </w:p>
    <w:p>
      <w:r>
        <w:rPr>
          <w:b/>
        </w:rPr>
        <w:t xml:space="preserve">[14:37] </w:t>
      </w:r>
      <w:r>
        <w:t>agar aap start karein controversial point se, to aap ke paas jo available time hai, wohi sab zaya hota rahega, aur agar aap non-controversial se start karein,</w:t>
      </w:r>
    </w:p>
    <w:p>
      <w:pPr>
        <w:jc w:val="right"/>
      </w:pPr>
      <w:r>
        <w:t>اگر آپ اسٹارٹ کریں کنٹروورشل پوائنٹ سے، تو آپ کے پاس جو اویلیبل ٹائم ہے، وہی سب ضائع ہوتا رہے گا، اور اگر آپ نان کنٹروورشل سے اسٹارٹ کریں،</w:t>
      </w:r>
    </w:p>
    <w:p>
      <w:r>
        <w:rPr>
          <w:b/>
        </w:rPr>
        <w:t xml:space="preserve">[14:55] </w:t>
      </w:r>
      <w:r>
        <w:t>to poora poora time istemaal hota hai. Is ke bawajood, main ek misaal India ke milti julti si South Africa ki hai, South Africa mein British rule kar rahe the,</w:t>
      </w:r>
    </w:p>
    <w:p>
      <w:pPr>
        <w:jc w:val="right"/>
      </w:pPr>
      <w:r>
        <w:t>تو پورا پورا ٹائم استعمال ہوتا ہے۔ اس کے باوجود، میں ایک مثال انڈیا کے ملتی جلتی ساؤتھ افریقہ کی ہے، ساؤتھ افریقہ میں برٹش رول کر رہے تھے،</w:t>
      </w:r>
    </w:p>
    <w:p>
      <w:r>
        <w:rPr>
          <w:b/>
        </w:rPr>
        <w:t xml:space="preserve">[15:14] </w:t>
      </w:r>
      <w:r>
        <w:t>lekin lambi muddat tak South Africa ne koi takrao nahi kiya. Aaj aap dekhein, agar aap jayein, farz kijiye ke South Africa aur India mein aap ghoomein, to aap dekhenge ke South Africa har angle se India se zyada taraqqi yafta hai.</w:t>
      </w:r>
    </w:p>
    <w:p>
      <w:pPr>
        <w:jc w:val="right"/>
      </w:pPr>
      <w:r>
        <w:t>لیکن لمبی مدت تک ساؤتھ افریقہ نے کوئی ٹکراؤ نہیں کیا۔ آج آپ دیکھیں، اگر آپ جائیں، فرض کیجئے کہ ساؤتھ افریقہ اور انڈیا میں آپ گھومیں، تو آپ دیکھیں گے کہ ساؤتھ افریقہ ہر اینگل سے انڈیا سے زیادہ ترقی یافتہ ہے۔</w:t>
      </w:r>
    </w:p>
    <w:p>
      <w:r>
        <w:rPr>
          <w:b/>
        </w:rPr>
        <w:t xml:space="preserve">[15:38] </w:t>
      </w:r>
      <w:r>
        <w:t>education hai, infrastructure hai, sadak ka hai, education hai, business hai, har lihaaz se. To South Africa aaj developed country mein shumaar hota hai,</w:t>
      </w:r>
    </w:p>
    <w:p>
      <w:pPr>
        <w:jc w:val="right"/>
      </w:pPr>
      <w:r>
        <w:t>ایجوکیشن ہے، انفراسٹرکچر ہے، سڑک کا ہے، ایجوکیشن ہے، بزنس ہے، ہر لحاظ سے۔ تو ساؤتھ افریقہ آج ڈیولپ کنٹری میں شمار ہوتا ہے،</w:t>
      </w:r>
    </w:p>
    <w:p>
      <w:r>
        <w:rPr>
          <w:b/>
        </w:rPr>
        <w:t xml:space="preserve">[15:54] </w:t>
      </w:r>
      <w:r>
        <w:t>South Africa aaj developed country mein shumaar hota hai, jab ke India abhi bhi developed country mein khud to kuch bhi aadmi dawah kare, lekin duniya to accept karti nahi.</w:t>
      </w:r>
    </w:p>
    <w:p>
      <w:pPr>
        <w:jc w:val="right"/>
      </w:pPr>
      <w:r>
        <w:t>ساؤتھ افریقہ آج ڈیولپ کنٹری میں شمار ہوتا ہے، جبکہ انڈیا ابھی بھی ڈیولپ کنٹری میں خود تو کچھ بھی آدمی دعویٰ کرے، لیکن دنیا تو ایکسیپٹ کرتی نہیں۔</w:t>
      </w:r>
    </w:p>
    <w:p>
      <w:r>
        <w:rPr>
          <w:b/>
        </w:rPr>
        <w:t xml:space="preserve">[16:09] </w:t>
      </w:r>
      <w:r>
        <w:t>yahan ki education standard ki nahi, yahan ka industry standard ki nahi, yahan ka infrastructure standard ki nahi.</w:t>
      </w:r>
    </w:p>
    <w:p>
      <w:pPr>
        <w:jc w:val="right"/>
      </w:pPr>
      <w:r>
        <w:t>یہاں کی ایجوکیشن اسٹینڈرڈ کی نہیں، یہاں کا انڈسٹری اسٹینڈرڈ کی نہیں، یہاں کا انفراسٹرکچر اسٹینڈرڈ کی نہیں۔</w:t>
      </w:r>
    </w:p>
    <w:p>
      <w:r>
        <w:rPr>
          <w:b/>
        </w:rPr>
        <w:t xml:space="preserve">[16:21] </w:t>
      </w:r>
      <w:r>
        <w:t>to raaz kya hai? South Africa mein under compression, main nahi kahunga ke soch samajh kar, under compression aisa hua ke dono cheezein de-linking ho gayi,</w:t>
      </w:r>
    </w:p>
    <w:p>
      <w:pPr>
        <w:jc w:val="right"/>
      </w:pPr>
      <w:r>
        <w:t>تو راز کیا ہے؟ ساؤتھ افریقہ میں انڈر کمپرشن، میں نہیں کہوں گا کہ سوچ سمجھ کر، انڈر کمپرشن ایسا ہوا کہ دونوں چیزیں ڈیلنگ ہو گئی،</w:t>
      </w:r>
    </w:p>
    <w:p>
      <w:r>
        <w:rPr>
          <w:b/>
        </w:rPr>
        <w:t xml:space="preserve">[16:35] </w:t>
      </w:r>
      <w:r>
        <w:t>yaani political contribution nahi hua, aur jo taameer ke kaam hain, woh khoob hue, misaal ke taur par education, road, manufacturing waghera mein khoob kaam hua.</w:t>
      </w:r>
    </w:p>
    <w:p>
      <w:pPr>
        <w:jc w:val="right"/>
      </w:pPr>
      <w:r>
        <w:t>یعنی پولیٹیکل کنٹریبیوشن نہیں ہوا، اور جو تعمیر کے کام ہیں، وہ خوب ہوئے، مثلاً ایجوکیشن، روڈ، مینوفیکچرنگ وغیرہ میں خوب کام ہوا۔</w:t>
      </w:r>
    </w:p>
    <w:p>
      <w:r>
        <w:rPr>
          <w:b/>
        </w:rPr>
        <w:t xml:space="preserve">[16:54] </w:t>
      </w:r>
      <w:r>
        <w:t>to khamoshi ke saath wahan par taameer ka kaam jaari raha, aur koi rukawat nahi padi, kyun ke takrao ruka hua tha, takrao ruka hua tha.</w:t>
      </w:r>
    </w:p>
    <w:p>
      <w:pPr>
        <w:jc w:val="right"/>
      </w:pPr>
      <w:r>
        <w:t>تو خاموشی کے ساتھ وہاں پر تعمیر کا کام جاری رہا، اور کوئی رکاوٹ نہیں پڑی، کیونکہ ٹکراؤ رکا ہوا تھا، ٹکراؤ رکا ہوا تھا۔</w:t>
      </w:r>
    </w:p>
    <w:p>
      <w:r>
        <w:rPr>
          <w:b/>
        </w:rPr>
        <w:t xml:space="preserve">[17:05] </w:t>
      </w:r>
      <w:r>
        <w:t>to Rasool Allah ne dekhiye, Makka mein bhi yahi kiya</w:t>
      </w:r>
    </w:p>
    <w:p>
      <w:pPr>
        <w:jc w:val="right"/>
      </w:pPr>
      <w:r>
        <w:t>تو رسول اللہ نے دیکھیے، مکہ میں بھی یہی کیا</w:t>
      </w:r>
    </w:p>
    <w:p>
      <w:r>
        <w:rPr>
          <w:b/>
        </w:rPr>
        <w:t xml:space="preserve">[17:11] </w:t>
      </w:r>
      <w:r>
        <w:t>ke aap ne de-linking model istemaal kiya,</w:t>
      </w:r>
    </w:p>
    <w:p>
      <w:pPr>
        <w:jc w:val="right"/>
      </w:pPr>
      <w:r>
        <w:t>کہ آپ نے ڈیلنگ کی ماڈل استعمال کیا،</w:t>
      </w:r>
    </w:p>
    <w:p>
      <w:r>
        <w:rPr>
          <w:b/>
        </w:rPr>
        <w:t xml:space="preserve">[17:18] </w:t>
      </w:r>
      <w:r>
        <w:t>aur Madine mein bhi yahi kiya. Aaj aaj India duniya mein Musalmanon ke kai pocket hain, aur kahin bhi Musalman is ko istemaal nahi kar paaye, misaal ke taur par Kashmir mein, misaal ke taur par Palestine mein, misaal ke taur par Pakistan mein</w:t>
      </w:r>
    </w:p>
    <w:p>
      <w:pPr>
        <w:jc w:val="right"/>
      </w:pPr>
      <w:r>
        <w:t>اور مدینے میں بھی یہی کیا۔ آج آج انڈیا دنیا میں مسلمانوں کے کئی پاکٹ ہیں، اور کہیں بھی مسلمان اس کو استعمال نہیں کر پائے، مثلاً کشمیر میں، مثلاً فلسطین میں، مثلاً پاکستان میں</w:t>
      </w:r>
    </w:p>
    <w:p>
      <w:r>
        <w:rPr>
          <w:b/>
        </w:rPr>
        <w:t xml:space="preserve">[17:37] </w:t>
      </w:r>
      <w:r>
        <w:t>controversy chal rahi hai, Pakistan mein India ke saath, Palestine mein Israel ke saath, Kashmir bhi India ke saath.</w:t>
      </w:r>
    </w:p>
    <w:p>
      <w:pPr>
        <w:jc w:val="right"/>
      </w:pPr>
      <w:r>
        <w:t>کنٹروورسی چل رہی ہے، پاکستان میں انڈیا کے ساتھ، فلسطین میں اسرائیل کے ساتھ، کشمیر بھی انڈیا کے ساتھ۔</w:t>
      </w:r>
    </w:p>
    <w:p>
      <w:r>
        <w:rPr>
          <w:b/>
        </w:rPr>
        <w:t xml:space="preserve">[17:47] </w:t>
      </w:r>
      <w:r>
        <w:t>to agar yeh log</w:t>
      </w:r>
    </w:p>
    <w:p>
      <w:pPr>
        <w:jc w:val="right"/>
      </w:pPr>
      <w:r>
        <w:t>تو اگر یہ لوگ</w:t>
      </w:r>
    </w:p>
    <w:p>
      <w:r>
        <w:rPr>
          <w:b/>
        </w:rPr>
        <w:t xml:space="preserve">[17:52] </w:t>
      </w:r>
      <w:r>
        <w:t>linking model ko istemaal karte to kya hota?</w:t>
      </w:r>
    </w:p>
    <w:p>
      <w:pPr>
        <w:jc w:val="right"/>
      </w:pPr>
      <w:r>
        <w:t>لنکنگ ماڈل کو استعمال کرتے تو کیا ہوتا؟</w:t>
      </w:r>
    </w:p>
    <w:p>
      <w:r>
        <w:rPr>
          <w:b/>
        </w:rPr>
        <w:t xml:space="preserve">[17:58] </w:t>
      </w:r>
      <w:r>
        <w:t>misaal ke taur par dekhiye, jo controversial point tha Kashmir mein ya Palestine mein ya Pakistan mein, political takrao, us ko side pe rakh dete,</w:t>
      </w:r>
    </w:p>
    <w:p>
      <w:pPr>
        <w:jc w:val="right"/>
      </w:pPr>
      <w:r>
        <w:t>مثلاً دیکھیے، جو کنٹروورشل پوائنٹ تھا کشمیر میں یا فلسطین میں یا پاکستان میں، پولیٹیکل ٹکراؤ، اس کو سائیڈ پہ رکھ دیتے،</w:t>
      </w:r>
    </w:p>
    <w:p>
      <w:r>
        <w:rPr>
          <w:b/>
        </w:rPr>
        <w:t xml:space="preserve">[18:14] </w:t>
      </w:r>
      <w:r>
        <w:t>aur jo non-controversial hai, misaal ke taur par education, health, infrastructure ko develop karna, industry ko develop karna waghera, us mein koi takrao nahi,</w:t>
      </w:r>
    </w:p>
    <w:p>
      <w:pPr>
        <w:jc w:val="right"/>
      </w:pPr>
      <w:r>
        <w:t>اور جو نان کنٹروورشل ہے، مثلاً ایجوکیشن، ہیلتھ، انفراسٹرکچر کو ڈیولپ کرنا، انڈسٹری کو ڈیولپ کرنا وغیرہ، اس میں کوئی ٹکراؤ نہیں،</w:t>
      </w:r>
    </w:p>
    <w:p>
      <w:r>
        <w:rPr>
          <w:b/>
        </w:rPr>
        <w:t xml:space="preserve">[18:28] </w:t>
      </w:r>
      <w:r>
        <w:t>is mein kaam karte. to aaj yeh mulk, yaani kashmir bhi, falasteen bhi, aur pakistan bhi, hazaar guna zyada taraqqi kar chuke hote, lekin ab ab jo hai kuch bhi taraqqi nahi hui wahan, kyunke is is hikmat ko ikhtiyar nahi kar sake.</w:t>
      </w:r>
    </w:p>
    <w:p>
      <w:pPr>
        <w:jc w:val="right"/>
      </w:pPr>
      <w:r>
        <w:t>اس میں کام کرتے۔ تو آج یہ ممالک، یعنی کشمیر بھی، فلسطین بھی، اور پاکستان بھی، ہزار گنا زیادہ ترقی کر چکے ہوتے، لیکن اب اب جو ہے کچھ بھی ترقی نہیں ہوئی وہاں، کیونکہ اس اس حکمت کو اختیار نہیں کر سکے۔</w:t>
      </w:r>
    </w:p>
    <w:p>
      <w:r>
        <w:rPr>
          <w:b/>
        </w:rPr>
        <w:t xml:space="preserve">[18:51] </w:t>
      </w:r>
      <w:r>
        <w:t>to is par sochte hue meri samajh mein aaya ke jo quran mein hai, laqad kana alaikum fi rasool Allahi uswa hasana, mein bohat sochta tha ke uswa hasana ki tarjuma hai,</w:t>
      </w:r>
    </w:p>
    <w:p>
      <w:pPr>
        <w:jc w:val="right"/>
      </w:pPr>
      <w:r>
        <w:t>تو اس پر سوچتے ہوئے میری سمجھ میں آیا کہ جو قرآن میں ہے، لقد کان علیکم فی رسول اللہ اسوۃ حسنہ، میں بہت سوچتا تھا کہ اسوۃ حسنہ کی ترجمہ ہے،</w:t>
      </w:r>
    </w:p>
    <w:p>
      <w:r>
        <w:rPr>
          <w:b/>
        </w:rPr>
        <w:t xml:space="preserve">[19:05] </w:t>
      </w:r>
      <w:r>
        <w:t>bohat achha namuna, achha namuna, good example, lekin kya hai woh good?</w:t>
      </w:r>
    </w:p>
    <w:p>
      <w:pPr>
        <w:jc w:val="right"/>
      </w:pPr>
      <w:r>
        <w:t>بہت اچھا نمونہ، اچھا نمونہ، گڈ ایگزیمپل، لیکن کیا ہے وہ گڈ؟</w:t>
      </w:r>
    </w:p>
    <w:p>
      <w:r>
        <w:rPr>
          <w:b/>
        </w:rPr>
        <w:t xml:space="preserve">[19:15] </w:t>
      </w:r>
      <w:r>
        <w:t>yeh to vague hai, aap gaye, agar kahein ke achha namuna, yeh vague hai, specific baat nahi hui hai. mein bohat sochta tha, is se bohat dino se, aaj se nahi, pata nahi kitne baras se ke baaz yeh kehna ke achha namuna hai, yeh to good, yeh to vague hai,</w:t>
      </w:r>
    </w:p>
    <w:p>
      <w:pPr>
        <w:jc w:val="right"/>
      </w:pPr>
      <w:r>
        <w:t>یہ تو ویگ ہے، آپ گئے، اگر کہیں کہ اچھا نمونہ، یہ ویگ ہے، سپیسیفک بات نہیں ہوئی ہے۔ میں بہت سوچتا تھا، اس سے بہت دنوں سے، آج سے نہیں، پتہ نہیں کتنے برس سے کہ بعض یہ کہنا کہ اچھا نمونہ ہے، یہ تو گڈ، یہ تو ویگ ہے،</w:t>
      </w:r>
    </w:p>
    <w:p>
      <w:r>
        <w:rPr>
          <w:b/>
        </w:rPr>
        <w:t xml:space="preserve">[19:37] </w:t>
      </w:r>
      <w:r>
        <w:t>batana padega specific language mein ke woh achha kya hai, woh achha kya hai. to mein sach poochhein to abhi kal hi mein is mujh par khula hai, kal yeh baat ke achha namuna ke maani kya hain?</w:t>
      </w:r>
    </w:p>
    <w:p>
      <w:pPr>
        <w:jc w:val="right"/>
      </w:pPr>
      <w:r>
        <w:t>بتانا پڑے گا سپیسیفک لینگویج میں کہ وہ اچھا کیا ہے، وہ اچھا کیا ہے۔ تو میں سچ پوچھیں تو ابھی کل ہی میں اس مجھ پر کھلا ہے، کل یہ بات کہ اچھا نمونہ کے معنی کیا ہیں؟</w:t>
      </w:r>
    </w:p>
    <w:p>
      <w:r>
        <w:rPr>
          <w:b/>
        </w:rPr>
        <w:t xml:space="preserve">[19:57] </w:t>
      </w:r>
      <w:r>
        <w:t>de-de-linking namuna, de-linking model ke har kaam mein kuch controversial rahega, kuch non-controversial rahega.</w:t>
      </w:r>
    </w:p>
    <w:p>
      <w:pPr>
        <w:jc w:val="right"/>
      </w:pPr>
      <w:r>
        <w:t>ڈی ڈی لنکنگ نمونہ، ڈی لنکنگ ماڈل کہ ہر کام میں کچھ کنٹروورشل رہے گا، کچھ نان کنٹروورشل رہے گا۔</w:t>
      </w:r>
    </w:p>
    <w:p>
      <w:r>
        <w:rPr>
          <w:b/>
        </w:rPr>
        <w:t xml:space="preserve">[20:12] </w:t>
      </w:r>
      <w:r>
        <w:t>to tum controversial ko side pe rakh do aur non-controversial ko istemal avail karo as an opportunity, maslan india aur pakistan darmyan education,</w:t>
      </w:r>
    </w:p>
    <w:p>
      <w:pPr>
        <w:jc w:val="right"/>
      </w:pPr>
      <w:r>
        <w:t>تو تم کنٹروورشل کو سائیڈ پہ رکھ دو اور نان کنٹروورشل کو استعمال اویل کرو ایز این اپرچونیٹی، مثلاً انڈیا اور پاکستان درمیان ایجوکیشن،</w:t>
      </w:r>
    </w:p>
    <w:p>
      <w:r>
        <w:rPr>
          <w:b/>
        </w:rPr>
        <w:t xml:space="preserve">[20:29] </w:t>
      </w:r>
      <w:r>
        <w:t>health, industry, business, infrastructure, yeh saari cheezein aisi hain jin mein koi controversy nahi, aur wazeh taur par ke in mamlaat mein hamara approach se bilkul peeche hai,</w:t>
      </w:r>
    </w:p>
    <w:p>
      <w:pPr>
        <w:jc w:val="right"/>
      </w:pPr>
      <w:r>
        <w:t>ہیلتھ، انڈسٹری، بزنس، انفراسٹرکچر، یہ ساری چیزیں ایسی ہیں جن میں کوئی کنٹروورسی نہیں، اور واضح طور پر کہ ان معاملات میں ہمارا اپروچ سے بالکل پیچھے ہے،</w:t>
      </w:r>
    </w:p>
    <w:p>
      <w:r>
        <w:rPr>
          <w:b/>
        </w:rPr>
        <w:t xml:space="preserve">[20:46] </w:t>
      </w:r>
      <w:r>
        <w:t>peeche. to is ka poora mauqa tha ke 1947 ke baad</w:t>
      </w:r>
    </w:p>
    <w:p>
      <w:pPr>
        <w:jc w:val="right"/>
      </w:pPr>
      <w:r>
        <w:t>پیچھے۔ تو اس کا پورا موقع تھا کہ 1947 کے بعد</w:t>
      </w:r>
    </w:p>
    <w:p>
      <w:r>
        <w:rPr>
          <w:b/>
        </w:rPr>
        <w:t xml:space="preserve">[20:59] </w:t>
      </w:r>
      <w:r>
        <w:t>in de-linking model ko istemal kiya jaye aur ikhtilaf wale part ko mez par rakh diya jaye negotiation ke liye.</w:t>
      </w:r>
    </w:p>
    <w:p>
      <w:pPr>
        <w:jc w:val="right"/>
      </w:pPr>
      <w:r>
        <w:t>ان ڈی لنکنگ ماڈل کو استعمال کیا جائے اور اختلاف والے پارٹوں کو میز پر رکھ دیا جائے نیگوشی ایشن کے لیے۔</w:t>
      </w:r>
    </w:p>
    <w:p>
      <w:r>
        <w:rPr>
          <w:b/>
        </w:rPr>
        <w:t xml:space="preserve">[21:11] </w:t>
      </w:r>
      <w:r>
        <w:t>ikhtilaf wala jo point hai, woh mez par rakh diya jaye negotiation ke liye, aur jis mein ikhtilaf nahi hai, ikhtilaf jis mein nahi hai, us mein khoob achhi tarah se dono ek doosre se faida uthayein,</w:t>
      </w:r>
    </w:p>
    <w:p>
      <w:pPr>
        <w:jc w:val="right"/>
      </w:pPr>
      <w:r>
        <w:t>اختلاف والا جو پوائنٹ ہے، وہ میز پر رکھ دیا جائے نیگوشی ایشن کے لیے، اور جس میں اختلاف نہیں ہے، اختلاف جس میں نہیں ہے، اس میں خوب اچھی طریقے سے دونوں ایک دوسرے سے فائدہ اٹھائیں،</w:t>
      </w:r>
    </w:p>
    <w:p>
      <w:r>
        <w:rPr>
          <w:b/>
        </w:rPr>
        <w:t xml:space="preserve">[21:34] </w:t>
      </w:r>
      <w:r>
        <w:t>ek doosre se faida uthayein ke trade mein, industry mein, education mein, health mein waghera waghera. to aaj dono mulk taraqqi karte hain zyada, jaisa ke japan mein hua, germany mein hua,</w:t>
      </w:r>
    </w:p>
    <w:p>
      <w:pPr>
        <w:jc w:val="right"/>
      </w:pPr>
      <w:r>
        <w:t>ایک دوسرے سے فائدہ اٹھائیں کہ ٹریڈ میں، انڈسٹری میں، ایجوکیشن میں، ہیلتھ میں وغیرہ وغیرہ۔ تو آج دونوں ملک ترقی کرتے ہیں زیادہ، جیسا کہ جاپان میں ہوا، جرمنی میں ہوا،</w:t>
      </w:r>
    </w:p>
    <w:p>
      <w:r>
        <w:rPr>
          <w:b/>
        </w:rPr>
        <w:t xml:space="preserve">[21:51] </w:t>
      </w:r>
      <w:r>
        <w:t>isi liye ke unhone de-linking model ikhtiyar kiya.</w:t>
      </w:r>
    </w:p>
    <w:p>
      <w:pPr>
        <w:jc w:val="right"/>
      </w:pPr>
      <w:r>
        <w:t>اسی لیے کہ انہوں نے ڈی لنکنگ ماڈل اختیار کیا۔</w:t>
      </w:r>
    </w:p>
    <w:p>
      <w:r>
        <w:rPr>
          <w:b/>
        </w:rPr>
        <w:t xml:space="preserve">[21:58] </w:t>
      </w:r>
      <w:r>
        <w:t>to quran ke shuru mein jo yeh baat hum ne dekhte hain ke isi zamane mein, yaani makki period mein nahi, balke madani period mein, rasool Allah ne ek taraf yeh kiya ke taqreeban 16 baje tak yahood ke qibla ko apna qibla bana liya,</w:t>
      </w:r>
    </w:p>
    <w:p>
      <w:pPr>
        <w:jc w:val="right"/>
      </w:pPr>
      <w:r>
        <w:t>تو قرآن کے شروع میں جو یہ بات ہم نے دیکھتے ہیں کہ اسی زمانے میں، یعنی مکی پیریڈ میں نہیں، بلکہ مدنی پیریڈ میں، رسول اللہ نے ایک طرف یہ کیا کہ تقریباً 16 بجے تک یہود کے قبلہ کو اپنا قبلہ بنا لیا،</w:t>
      </w:r>
    </w:p>
    <w:p>
      <w:r>
        <w:rPr>
          <w:b/>
        </w:rPr>
        <w:t xml:space="preserve">[22:20] </w:t>
      </w:r>
      <w:r>
        <w:t>aur isi zamane mein yeh aayatein utrein, madani suratein utrein jin mein yahood ko bohat condemn kiya gaya. to mein samajhta hoon ke yeh pacify karne ke liye tha.</w:t>
      </w:r>
    </w:p>
    <w:p>
      <w:pPr>
        <w:jc w:val="right"/>
      </w:pPr>
      <w:r>
        <w:t>اور اسی زمانے میں یہ آیتیں اتریں، مدنی سورتیں اتریں جن میں یہود کو بہت کنڈم کیا گیا۔ تو میں سمجھتا ہوں کہ یہ پیسیفائی کرنے کے لیے تھا۔</w:t>
      </w:r>
    </w:p>
    <w:p>
      <w:r>
        <w:rPr>
          <w:b/>
        </w:rPr>
        <w:t xml:space="preserve">[22:33] </w:t>
      </w:r>
      <w:r>
        <w:t>is zamane mein dono kaam kiya jata hai, agar yeh bhi, woh bhi, to ghussa, ghussa, ghussa, wahi badhta.</w:t>
      </w:r>
    </w:p>
    <w:p>
      <w:pPr>
        <w:jc w:val="right"/>
      </w:pPr>
      <w:r>
        <w:t>اس زمانے میں دونوں کام کیا جاتا ہے، اگر یہ بھی، وہ بھی، تو غصہ، غصہ، غصہ، وہی بڑھتا۔</w:t>
      </w:r>
    </w:p>
    <w:p>
      <w:r>
        <w:rPr>
          <w:b/>
        </w:rPr>
        <w:t xml:space="preserve">[22:43] </w:t>
      </w:r>
      <w:r>
        <w:t>to rasool Allah ne unke qibla ko ikhtira kar ke pacify kar diya unko, aur idhar yeh kaam hota raha.</w:t>
      </w:r>
    </w:p>
    <w:p>
      <w:pPr>
        <w:jc w:val="right"/>
      </w:pPr>
      <w:r>
        <w:t>تو رسول اللہ نے ان کے قبلے کو اختراع کر کے پیسیفائی کر دیا ان کو، اور ادھر یہ کام ہوتا رہا۔</w:t>
      </w:r>
    </w:p>
    <w:p>
      <w:r>
        <w:rPr>
          <w:b/>
        </w:rPr>
        <w:t xml:space="preserve">[22:55] </w:t>
      </w:r>
      <w:r>
        <w:t>jaise farsi ka sher hai ke "darashti o narmi ba ham dar peh hast, charkh din ke jaraah o marham marham na hast".</w:t>
      </w:r>
    </w:p>
    <w:p>
      <w:pPr>
        <w:jc w:val="right"/>
      </w:pPr>
      <w:r>
        <w:t>جیسے فارسی کا شعر ہے کہ "درشتی و نرمی باہم در پہ ہست، چرخ دن کے جراح و مرہم مرہم نہ ہست"۔</w:t>
      </w:r>
    </w:p>
    <w:p>
      <w:r>
        <w:rPr>
          <w:b/>
        </w:rPr>
        <w:t xml:space="preserve">[23:05] </w:t>
      </w:r>
      <w:r>
        <w:t>dono cheezein, dono cheezein ke aap ko yahood ke par tanqeed karna hai to aap unke jab jab aap ne unke qibla ko apna liya to woh pacify ho gaye,</w:t>
      </w:r>
    </w:p>
    <w:p>
      <w:pPr>
        <w:jc w:val="right"/>
      </w:pPr>
      <w:r>
        <w:t>دونوں چیزیں، دونوں چیزیں کہ آپ کو یہود کے پر تنقید کرنا ہے تو آپ ان کے جب جب آپ نے ان کے قبلہ کو اپنا لیا تو وہ پیسیفائی ہو گئے،</w:t>
      </w:r>
    </w:p>
    <w:p>
      <w:r>
        <w:rPr>
          <w:b/>
        </w:rPr>
        <w:t xml:space="preserve">[23:23] </w:t>
      </w:r>
      <w:r>
        <w:t>aur bohat gadh, yaani pacify ke maani ke binamize ho gaya, ikhtilaf binamize ho gaya, bohat kam ho gaya.</w:t>
      </w:r>
    </w:p>
    <w:p>
      <w:pPr>
        <w:jc w:val="right"/>
      </w:pPr>
      <w:r>
        <w:t>اور بہت گڑھ، یعنی پیسیفائی کے معنی کہ بینامائز ہو گیا، اختلاف بینامائز ہو گیا، بہت کم ہو گیا۔</w:t>
      </w:r>
    </w:p>
    <w:p>
      <w:r>
        <w:rPr>
          <w:b/>
        </w:rPr>
        <w:t xml:space="preserve">[23:34] </w:t>
      </w:r>
      <w:r>
        <w:t>yeh sab se badi wisdom hai jo rasool Allah ne di hai duniya ko, duniya ko, poori duniya ko. to kuch ne is ko ikhtiyar kiya, jaise south africa ne, japan ne, germany ne,</w:t>
      </w:r>
    </w:p>
    <w:p>
      <w:pPr>
        <w:jc w:val="right"/>
      </w:pPr>
      <w:r>
        <w:t>یہ سب سے بڑی وزڈم ہے جو رسول اللہ نے دی ہے دنیا کو، دنیا کو، پوری دنیا کو۔ تو کچھ نے اس کو اختیار کیا، جیسے ساؤتھ افریقہ نے، جاپان نے، جرمنی نے،</w:t>
      </w:r>
    </w:p>
    <w:p>
      <w:r>
        <w:rPr>
          <w:b/>
        </w:rPr>
        <w:t xml:space="preserve">[23:51] </w:t>
      </w:r>
      <w:r>
        <w:t>lekin bohat se country bhi hain jo is ko ikhtiyar nahi kar sake.</w:t>
      </w:r>
    </w:p>
    <w:p>
      <w:pPr>
        <w:jc w:val="right"/>
      </w:pPr>
      <w:r>
        <w:t>لیکن بہت سے کنٹری بھی ہیں جو اس کو اختیار نہیں کر سکے۔</w:t>
      </w:r>
    </w:p>
    <w:p>
      <w:r>
        <w:rPr>
          <w:b/>
        </w:rPr>
        <w:t xml:space="preserve">[24:00] </w:t>
      </w:r>
      <w:r>
        <w:t>aap dekhiye, germany ne jang chodi thi, second bulwar jo thi, woh germany ne chodi thi, is ka champion tha.</w:t>
      </w:r>
    </w:p>
    <w:p>
      <w:pPr>
        <w:jc w:val="right"/>
      </w:pPr>
      <w:r>
        <w:t>آپ دیکھیے، جرمنی نے جنگ چھوڑی تھی، سیکنڈ بلوار جو تھی، وہ جرمنی نے چھوڑی تھی، اس کا چیمپیئن تھا۔</w:t>
      </w:r>
    </w:p>
    <w:p>
      <w:r>
        <w:rPr>
          <w:b/>
        </w:rPr>
        <w:t xml:space="preserve">[24:12] </w:t>
      </w:r>
      <w:r>
        <w:t>to jab jang khatm hui to one third germany ka dushmanon ke qabze mein chala gaya.</w:t>
      </w:r>
    </w:p>
    <w:p>
      <w:pPr>
        <w:jc w:val="right"/>
      </w:pPr>
      <w:r>
        <w:t>تو جب جنگ ختم ہوئی تو ون تھرڈ جرمنی کا دشمنوں کے قابض میں چلا گیا۔</w:t>
      </w:r>
    </w:p>
    <w:p>
      <w:r>
        <w:rPr>
          <w:b/>
        </w:rPr>
        <w:t xml:space="preserve">[24:23] </w:t>
      </w:r>
      <w:r>
        <w:t>to ab germany ke liye yeh masla tha ke isi isi one third ke liye lade, lade, lade, lade. to germany ke leaderon ne yeh mujhe na maloom ke lafz istemal kiya hai, nahi kiya, lekin policy ikhtiyar ki,</w:t>
      </w:r>
    </w:p>
    <w:p>
      <w:pPr>
        <w:jc w:val="right"/>
      </w:pPr>
      <w:r>
        <w:t>تو اب جرمنی کے لیے یہ مسئلہ تھا کہ اسی اسی ون تھرڈ کے لیے لڑے، لڑے، لڑے، لڑے۔ تو جرمنی کے لیڈروں نے یہ مجھے نہ معلوم کہ لفظ استعمال کیا ہے، نہیں کیا، لیکن پالیسی اختیار کی،</w:t>
      </w:r>
    </w:p>
    <w:p>
      <w:r>
        <w:rPr>
          <w:b/>
        </w:rPr>
        <w:t xml:space="preserve">[24:40] </w:t>
      </w:r>
      <w:r>
        <w:t>de-linking policy,</w:t>
      </w:r>
    </w:p>
    <w:p>
      <w:pPr>
        <w:jc w:val="right"/>
      </w:pPr>
      <w:r>
        <w:t>ڈی لنکنگ پالیسی،</w:t>
      </w:r>
    </w:p>
    <w:p>
      <w:r>
        <w:rPr>
          <w:b/>
        </w:rPr>
        <w:t xml:space="preserve">[24:44] </w:t>
      </w:r>
      <w:r>
        <w:t>aur one-third ke maamle mein unhon ne woh kar diya, avoid kiya, aur jo un ke paas tha, abhi bhi Germany, us ko develop karna shuru kiya.</w:t>
      </w:r>
    </w:p>
    <w:p>
      <w:pPr>
        <w:jc w:val="right"/>
      </w:pPr>
      <w:r>
        <w:t>اور ون تھرڈ کے معاملے میں انہوں نے وہ کر دیا، اوائڈ کیا، اور جو ان کے پاس تھا، ابھی بھی جرمنی، اس کو ڈیولپ کرنا شروع کیا۔</w:t>
      </w:r>
    </w:p>
    <w:p>
      <w:r>
        <w:rPr>
          <w:b/>
        </w:rPr>
        <w:t xml:space="preserve">[24:59] </w:t>
      </w:r>
      <w:r>
        <w:t>to nateeja kya hua? bohat thori muddat mein Germany dobara rise kar gaya, develop country ban gaya, aur jo hissa chhin gaya tha us se second blue war mein, woh dobara mil bhi gaya.</w:t>
      </w:r>
    </w:p>
    <w:p>
      <w:pPr>
        <w:jc w:val="right"/>
      </w:pPr>
      <w:r>
        <w:t>تو نتیجہ کیا ہوا؟ بہت تھوڑی مدت میں جرمنی دوبارہ رائز کر گیا، ڈیولپ کنٹری بن گیا، اور جو حصہ چھن گیا تھا اس سے سیکنڈ بلوار میں، وہ دوبارہ مل بھی گیا۔</w:t>
      </w:r>
    </w:p>
    <w:p>
      <w:r>
        <w:rPr>
          <w:b/>
        </w:rPr>
        <w:t xml:space="preserve">[25:18] </w:t>
      </w:r>
      <w:r>
        <w:t>yeh tha breakal, yeh tha breakal de-linking policy ka, de-linking method ka, ya de-linking model ka.</w:t>
      </w:r>
    </w:p>
    <w:p>
      <w:pPr>
        <w:jc w:val="right"/>
      </w:pPr>
      <w:r>
        <w:t>یہ تھا بریکل، یہ تھا بریکل ڈی لنکنگ پالیسی کا، ڈی لنکنگ میتھڈ کا، یا ڈی لنکنگ ماڈل کا۔</w:t>
      </w:r>
    </w:p>
    <w:p>
      <w:r>
        <w:rPr>
          <w:b/>
        </w:rPr>
        <w:t xml:space="preserve">[25:33] </w:t>
      </w:r>
      <w:r>
        <w:t>to main samajhta hoon ke yeh jo yeh baat, yaani ek din mein nahin meri samajh mein aayi, bohat dinon tak sochne ke baad, bohat dinon tak sochne ke baad,</w:t>
      </w:r>
    </w:p>
    <w:p>
      <w:pPr>
        <w:jc w:val="right"/>
      </w:pPr>
      <w:r>
        <w:t>تو میں سمجھتا ہوں کہ یہ جو یہ بات، یعنی ایک دن میں نہیں میری سمجھ میں آئی، بہت دنوں تک سوچنے کے بعد، بہت دنوں تک سوچنے کے بعد،</w:t>
      </w:r>
    </w:p>
    <w:p>
      <w:r>
        <w:rPr>
          <w:b/>
        </w:rPr>
        <w:t xml:space="preserve">[25:50] </w:t>
      </w:r>
      <w:r>
        <w:t>ab main is par bilkul mutmaeen hoon, hundred percent mutmaeen hoon ke hamare jitne masail hain, chahe India mein hon ya doosre Muslim ilaqon mein hon,</w:t>
      </w:r>
    </w:p>
    <w:p>
      <w:pPr>
        <w:jc w:val="right"/>
      </w:pPr>
      <w:r>
        <w:t>اب میں اس پر بالکل مطمئن ہوں، ہنڈرڈ پرسنٹ مطمئن ہوں کہ ہمارے جتنے مسائل ہیں، چاہے انڈیا میں ہوں یا دوسرے مسلم علاقوں میں ہوں،</w:t>
      </w:r>
    </w:p>
    <w:p>
      <w:r>
        <w:rPr>
          <w:b/>
        </w:rPr>
        <w:t xml:space="preserve">[26:05] </w:t>
      </w:r>
      <w:r>
        <w:t>sab isi liye hain, sab ke hamare leaders ne de-linking policy ikhtiyar nahin ki.</w:t>
      </w:r>
    </w:p>
    <w:p>
      <w:pPr>
        <w:jc w:val="right"/>
      </w:pPr>
      <w:r>
        <w:t>سب اسی لیے ہیں، سب کہ ہمارے لیڈروں نے ڈی لنکنگ پالیسی اختیار نہیں کی۔</w:t>
      </w:r>
    </w:p>
    <w:p>
      <w:r>
        <w:rPr>
          <w:b/>
        </w:rPr>
        <w:t xml:space="preserve">[26:16] </w:t>
      </w:r>
      <w:r>
        <w:t>misalan sab se bara issue mana jata hai Babri Masjid. Bab Masjid ka isi liye hua ke dhoop bacha diya us ke liye.</w:t>
      </w:r>
    </w:p>
    <w:p>
      <w:pPr>
        <w:jc w:val="right"/>
      </w:pPr>
      <w:r>
        <w:t>مثلاً سب سے بڑا ایشو مانا جاتا ہے بابری مسجد۔ باب مسجد کا اسی لیے ہوا کہ دھوپ بچا دیا اس کے لیے۔</w:t>
      </w:r>
    </w:p>
    <w:p>
      <w:r>
        <w:rPr>
          <w:b/>
        </w:rPr>
        <w:t xml:space="preserve">[26:27] </w:t>
      </w:r>
      <w:r>
        <w:t>ek Bab Masjid chhoo kar dekho, yeh yeh naare laga dete the un jalson mein ke Bab Masjid ko chhoo kar dekho.</w:t>
      </w:r>
    </w:p>
    <w:p>
      <w:pPr>
        <w:jc w:val="right"/>
      </w:pPr>
      <w:r>
        <w:t>ایک باب مسجد چھو کر دیکھو، یہ یہ نعرے لگا دیتے تھے ان جلسوں میں کہ باب مسجد کو چھو کر دیکھو۔</w:t>
      </w:r>
    </w:p>
    <w:p>
      <w:r>
        <w:rPr>
          <w:b/>
        </w:rPr>
        <w:t xml:space="preserve">[26:38] </w:t>
      </w:r>
      <w:r>
        <w:t>to unhon ne kaha ke Abbas, hum tod tod kar dikhayenge. to zid ka mahaul bana diya. agar de-linking policy hoti ke jo bhi hamara woh tha, maqsad tha,</w:t>
      </w:r>
    </w:p>
    <w:p>
      <w:pPr>
        <w:jc w:val="right"/>
      </w:pPr>
      <w:r>
        <w:t>تو انہوں نے کہا کہ عباس، ہم توڑ توڑ کر دکھائیں گے۔ تو ضد کا ماحول بنا دیا۔ اگر ڈی لنکنگ پالیسی ہوتی کہ جو بھی ہمارا وہ تھا، مقصد تھا،</w:t>
      </w:r>
    </w:p>
    <w:p>
      <w:r>
        <w:rPr>
          <w:b/>
        </w:rPr>
        <w:t xml:space="preserve">[26:52] </w:t>
      </w:r>
      <w:r>
        <w:t>woh khamoshi ke sath us ke liye kaam karte aur zid ka mahaul na banate, fareeq-e-sani ko ke andar zid ki nafsiyat na paida karte,</w:t>
      </w:r>
    </w:p>
    <w:p>
      <w:pPr>
        <w:jc w:val="right"/>
      </w:pPr>
      <w:r>
        <w:t>وہ خاموشی کے ساتھ اس کے لیے کام کرتے اور ضد کا ماحول نہ بناتے، فریق ثانی کو کے اندر ضد کی نفسیات نہ پیدا کرتے،</w:t>
      </w:r>
    </w:p>
    <w:p>
      <w:r>
        <w:rPr>
          <w:b/>
        </w:rPr>
        <w:t xml:space="preserve">[27:08] </w:t>
      </w:r>
      <w:r>
        <w:t>to shayad ab tak maamla sulajh gaya hota.</w:t>
      </w:r>
    </w:p>
    <w:p>
      <w:pPr>
        <w:jc w:val="right"/>
      </w:pPr>
      <w:r>
        <w:t>تو شاید اب تک معاملہ سلجھ گیا ہوتا۔</w:t>
      </w:r>
    </w:p>
    <w:p>
      <w:r>
        <w:rPr>
          <w:b/>
        </w:rPr>
        <w:t xml:space="preserve">[27:14] </w:t>
      </w:r>
      <w:r>
        <w:t>maamla sulajh gaya hota. aise saare maamlaat, saare maamlaat, saare maamlaat isi liye hain ke hamare leaders ne yeh jana hi nahin.</w:t>
      </w:r>
    </w:p>
    <w:p>
      <w:pPr>
        <w:jc w:val="right"/>
      </w:pPr>
      <w:r>
        <w:t>معاملہ سلجھ گیا ہوتا۔ ایسے سارے معاملات، سارے معاملات، سارے معاملات اسی لیے ہیں کہ ہمارے لیڈروں نے یہ جانا ہی نہیں۔</w:t>
      </w:r>
    </w:p>
    <w:p>
      <w:r>
        <w:rPr>
          <w:b/>
        </w:rPr>
        <w:t xml:space="preserve">[27:28] </w:t>
      </w:r>
      <w:r>
        <w:t>leaders ko pata hi nahin ke Rasool Allah ki sunnat kya hai, Rasool Allah ka uswa-e-hasna hai kya, Rasool Allah sallallahu alaihi wasallam ka uswa-e-hasna hai kya, yeh jaane hi nahin.</w:t>
      </w:r>
    </w:p>
    <w:p>
      <w:pPr>
        <w:jc w:val="right"/>
      </w:pPr>
      <w:r>
        <w:t>لیڈروں کو پتہ ہی نہیں کہ رسول اللہ کی سنت کیا ہے، رسول اللہ کا اسوہ حسنہ ہے کیا، رسول اللہ صلی اللہ علیہ وسلم کا اسوہ حسنہ ہے کیا، یہ جانے ہی نہیں۔</w:t>
      </w:r>
    </w:p>
    <w:p>
      <w:r>
        <w:rPr>
          <w:b/>
        </w:rPr>
        <w:t xml:space="preserve">[27:40] </w:t>
      </w:r>
      <w:r>
        <w:t>woh hai de-linking policy, de-linking model, de-linking method.</w:t>
      </w:r>
    </w:p>
    <w:p>
      <w:pPr>
        <w:jc w:val="right"/>
      </w:pPr>
      <w:r>
        <w:t>وہ ہے ڈی لنکنگ پالیسی، ڈی لنکنگ ماڈل، ڈی لنکنگ میتھڈ۔</w:t>
      </w:r>
    </w:p>
    <w:p>
      <w:r>
        <w:rPr>
          <w:b/>
        </w:rPr>
        <w:t xml:space="preserve">[27:49] </w:t>
      </w:r>
      <w:r>
        <w:t>isi baat ko Hazrat Aisha ne apne lafzon pe kaha, apne lafzon ki is zamane mein de-linking model to main samajhta hoon ke raaij nahin tha.</w:t>
      </w:r>
    </w:p>
    <w:p>
      <w:pPr>
        <w:jc w:val="right"/>
      </w:pPr>
      <w:r>
        <w:t>اسی بات کو حضرت عائشہ نے اپنے لفظوں پہ کہا، اپنے لفظوں کی اس زمانے میں ڈی لنکنگ ماڈل تو میں سمجھتا ہوں کہ رائج نہیں تھا۔</w:t>
      </w:r>
    </w:p>
    <w:p>
      <w:r>
        <w:rPr>
          <w:b/>
        </w:rPr>
        <w:t xml:space="preserve">[28:03] </w:t>
      </w:r>
      <w:r>
        <w:t>to Hazrat Aisha ne kaha, Bukhari ki riwayat hai ke ma khair Rasool Allah sallallahu alaihi wasallam bayna amrain illa ikhtar Aisha rahimah.</w:t>
      </w:r>
    </w:p>
    <w:p>
      <w:pPr>
        <w:jc w:val="right"/>
      </w:pPr>
      <w:r>
        <w:t>تو حضرت عائشہ نے کہا، بخاری کی روایت ہے کہ ما خیر رسول اللہ صلی اللہ علیہ وسلم بین امرین الاختار عائشہ رحمہ۔</w:t>
      </w:r>
    </w:p>
    <w:p>
      <w:r>
        <w:rPr>
          <w:b/>
        </w:rPr>
        <w:t xml:space="preserve">[28:18] </w:t>
      </w:r>
      <w:r>
        <w:t>is ka tarjuma yeh hai ke whenever the Prophet had to choose between the two, he always opted for either option reason harder option.</w:t>
      </w:r>
    </w:p>
    <w:p>
      <w:pPr>
        <w:jc w:val="right"/>
      </w:pPr>
      <w:r>
        <w:t>اس کا ترجمہ یہ ہے کہ وین ایور دا پرافٹ ہیڈ ٹو چوز بٹوین دا ٹو، ہی الویز اپٹڈ فار ایزر اپشن ریزن ہارڈر اپشن۔</w:t>
      </w:r>
    </w:p>
    <w:p>
      <w:r>
        <w:rPr>
          <w:b/>
        </w:rPr>
        <w:t xml:space="preserve">[28:37] </w:t>
      </w:r>
      <w:r>
        <w:t>to wohi isi ke liye doosra lafz hai, yaani maamlaat mein, jaisa ke maine arz kiya, hamesha aisa hota hai ke ijtima'i maamlaat mein do qism ki baatein hoti hain:</w:t>
      </w:r>
    </w:p>
    <w:p>
      <w:pPr>
        <w:jc w:val="right"/>
      </w:pPr>
      <w:r>
        <w:t>تو وہی اسی کے لیے دوسرا لفظ ہے، یعنی معاملات میں، جیسا کہ میں نے عرض کیا، ہمیشہ ایسا ہوتا ہے کہ اجتماعی معاملات میں دو قسم کی باتیں ہوتی ہیں:</w:t>
      </w:r>
    </w:p>
    <w:p>
      <w:r>
        <w:rPr>
          <w:b/>
        </w:rPr>
        <w:t xml:space="preserve">[28:55] </w:t>
      </w:r>
      <w:r>
        <w:t>ek controversial, ek non-controversial, ek peaceful aur ek non-peaceful. to agar aap koi bhi maamla pesh aaye aur aap apna kaam shuru karein wahan se jahan koi controversy nahin hai,</w:t>
      </w:r>
    </w:p>
    <w:p>
      <w:pPr>
        <w:jc w:val="right"/>
      </w:pPr>
      <w:r>
        <w:t>ایک کنٹروورشل، ایک نان کنٹروورشل، ایک پیس فل اور ایک نان پیس فل۔ تو اگر آپ کوئی بھی معاملہ پیش آئے اور آپ اپنا کام شروع کریں وہاں سے جہاں کوئی کنٹروورسی نہیں ہے،</w:t>
      </w:r>
    </w:p>
    <w:p>
      <w:r>
        <w:rPr>
          <w:b/>
        </w:rPr>
        <w:t xml:space="preserve">[29:16] </w:t>
      </w:r>
      <w:r>
        <w:t>to kaun aap ko rokne rokne aayega? kaun aap ko learn ladne aayega? to aap khamoshi se karte rahiye, yahan tak ke jab aap ka kaam ban jayega,</w:t>
      </w:r>
    </w:p>
    <w:p>
      <w:pPr>
        <w:jc w:val="right"/>
      </w:pPr>
      <w:r>
        <w:t>تو کون آپ کو روکنے روکنے آئے گا؟ کون آپ کو لرن لڑنے آئے گا؟ تو آپ خاموشی سے کرتے رہیے، یہاں تک کہ جب آپ کا کام بن جائے گا،</w:t>
      </w:r>
    </w:p>
    <w:p>
      <w:r>
        <w:rPr>
          <w:b/>
        </w:rPr>
        <w:t xml:space="preserve">[29:33] </w:t>
      </w:r>
      <w:r>
        <w:t>tab logon ko khabar ho ke yeh yeh aisa ho gaya.</w:t>
      </w:r>
    </w:p>
    <w:p>
      <w:pPr>
        <w:jc w:val="right"/>
      </w:pPr>
      <w:r>
        <w:t>تب لوگوں کو خبر ہو کہ یہ یہ ایسا ہو گیا۔</w:t>
      </w:r>
    </w:p>
    <w:p>
      <w:r>
        <w:rPr>
          <w:b/>
        </w:rPr>
        <w:t xml:space="preserve">[29:39] </w:t>
      </w:r>
      <w:r>
        <w:t>to main samajhta hoon ke</w:t>
      </w:r>
    </w:p>
    <w:p>
      <w:pPr>
        <w:jc w:val="right"/>
      </w:pPr>
      <w:r>
        <w:t>تو میں سمجھتا ہوں کہ</w:t>
      </w:r>
    </w:p>
    <w:p>
      <w:r>
        <w:rPr>
          <w:b/>
        </w:rPr>
        <w:t xml:space="preserve">[29:43] </w:t>
      </w:r>
      <w:r>
        <w:t>yeh</w:t>
      </w:r>
    </w:p>
    <w:p>
      <w:pPr>
        <w:jc w:val="right"/>
      </w:pPr>
      <w:r>
        <w:t>یہ</w:t>
      </w:r>
    </w:p>
    <w:p>
      <w:r>
        <w:rPr>
          <w:b/>
        </w:rPr>
        <w:t xml:space="preserve">[29:47] </w:t>
      </w:r>
      <w:r>
        <w:t>yeh Rasool Quran ki Madani suraton mein, yaani shuru shuru zamane ki suraton mein, jo taqreeban ghaliban saat paile tak phaili hui hain,</w:t>
      </w:r>
    </w:p>
    <w:p>
      <w:pPr>
        <w:jc w:val="right"/>
      </w:pPr>
      <w:r>
        <w:t>یہ رسول قرآن کی مدنی سورتوں میں، یعنی شروع شروع زمانے کی سورتوں میں، جو تقریباً غالباً سات پلے تک پھیلی ہوئی ہیں،</w:t>
      </w:r>
    </w:p>
    <w:p>
      <w:r>
        <w:rPr>
          <w:b/>
        </w:rPr>
        <w:t xml:space="preserve">[30:01] </w:t>
      </w:r>
      <w:r>
        <w:t>to un mein yeh namona bataya gaya hai ke rasool Allah ka namona jo tha, woh de-linking policy par mabni tha.</w:t>
      </w:r>
    </w:p>
    <w:p>
      <w:pPr>
        <w:jc w:val="right"/>
      </w:pPr>
      <w:r>
        <w:t>تو ان میں یہ نمونہ بتایا گیا ہے کہ رسول اللہ کا نمونہ جو تھا، وہ ڈی لنکنگ پالیسی پر مبنی تھا۔</w:t>
      </w:r>
    </w:p>
    <w:p>
      <w:r>
        <w:rPr>
          <w:b/>
        </w:rPr>
        <w:t xml:space="preserve">[30:14] </w:t>
      </w:r>
      <w:r>
        <w:t>wohi tum ikhtiyar karo to hamesha kamyab raho ge. aur hum dunya ko bhi bata sakte hain, dunya yeh janti hai ke hamare rasool ka jo namona hai, wohi markaat ka namona hai.</w:t>
      </w:r>
    </w:p>
    <w:p>
      <w:pPr>
        <w:jc w:val="right"/>
      </w:pPr>
      <w:r>
        <w:t>وہی تم اختیار کرو تو ہمیشہ کامیاب رہو گے۔ اور ہم دنیا کو بھی بتا سکتے ہیں، دنیا یہ جانتی ہے کہ ہمارے رسول کا جو نمونہ ہے، وہی مارکاٹ کا نمونہ ہے۔</w:t>
      </w:r>
    </w:p>
    <w:p>
      <w:r>
        <w:rPr>
          <w:b/>
        </w:rPr>
        <w:t xml:space="preserve">[30:30] </w:t>
      </w:r>
      <w:r>
        <w:t>yeh jante hain log.</w:t>
      </w:r>
    </w:p>
    <w:p>
      <w:pPr>
        <w:jc w:val="right"/>
      </w:pPr>
      <w:r>
        <w:t>یہ جانتے ہیں لوگ۔</w:t>
      </w:r>
    </w:p>
    <w:p>
      <w:r>
        <w:rPr>
          <w:b/>
        </w:rPr>
        <w:t xml:space="preserve">[30:35] </w:t>
      </w:r>
      <w:r>
        <w:t>hum yeh keh sakte hain ke rasool Allah ki zindagi mein jo namona hai, woh to fateh azeem ka namona hai.</w:t>
      </w:r>
    </w:p>
    <w:p>
      <w:pPr>
        <w:jc w:val="right"/>
      </w:pPr>
      <w:r>
        <w:t>ہم یہ کہہ سکتے ہیں کہ رسول اللہ کی زندگی میں جو نمونہ ہے، وہ تو فتح عظیم کا نمونہ ہے۔</w:t>
      </w:r>
    </w:p>
    <w:p>
      <w:r>
        <w:rPr>
          <w:b/>
        </w:rPr>
        <w:t xml:space="preserve">[30:43] </w:t>
      </w:r>
      <w:r>
        <w:t>de-linking model ikhtiyar karo, woh fateh azeem hasil hogi, jaise Japan rasool Allah ne kiya, aur bohat se zamane mein South Africa ne kiya, phir Japan ne kiya, Germany ne kiya.</w:t>
      </w:r>
    </w:p>
    <w:p>
      <w:pPr>
        <w:jc w:val="right"/>
      </w:pPr>
      <w:r>
        <w:t>ڈی لنکنگ ماڈل اختیار کرو، وہ فتح عظیم حاصل ہوگی، جیسے جاپان رسول اللہ نے کیا، اور بہت سے زمانے میں ساؤتھ افریقہ نے کیا، پھر جاپان نے کیا، جرمنی نے کیا۔</w:t>
      </w:r>
    </w:p>
    <w:p>
      <w:r>
        <w:rPr>
          <w:b/>
        </w:rPr>
        <w:t xml:space="preserve">[31:00] </w:t>
      </w:r>
      <w:r>
        <w:t>to de-linking model jo hai, woh</w:t>
      </w:r>
    </w:p>
    <w:p>
      <w:pPr>
        <w:jc w:val="right"/>
      </w:pPr>
      <w:r>
        <w:t>تو ڈی لنکنگ ماڈل جو ہے، وہ</w:t>
      </w:r>
    </w:p>
    <w:p>
      <w:r>
        <w:rPr>
          <w:b/>
        </w:rPr>
        <w:t xml:space="preserve">[31:09] </w:t>
      </w:r>
      <w:r>
        <w:t>woh har mamle mein waqt ka, chahe family ke mamlaat hon, society ke mamlaat hon ya nation ke mamlaat hon, koi bhi mamla aap ka ho,</w:t>
      </w:r>
    </w:p>
    <w:p>
      <w:pPr>
        <w:jc w:val="right"/>
      </w:pPr>
      <w:r>
        <w:t>وہ ہر معاملے میں وقت کا، چاہے فیملی کے معاملات ہوں، سوسائٹی کے معاملات ہوں یا نیشن کے معاملات ہوں، کوئی بھی معاملہ آپ کا ہو،</w:t>
      </w:r>
    </w:p>
    <w:p>
      <w:r>
        <w:rPr>
          <w:b/>
        </w:rPr>
        <w:t xml:space="preserve">[31:23] </w:t>
      </w:r>
      <w:r>
        <w:t>jab bhi aap ko dikhai parhe ke controversial convert controversy paida ho rahi hai, to foran aap dhoondhiye ke controversial point ko chhod kar ke non-controversial point kaun se hain,</w:t>
      </w:r>
    </w:p>
    <w:p>
      <w:pPr>
        <w:jc w:val="right"/>
      </w:pPr>
      <w:r>
        <w:t>جب بھی آپ کو دکھائی پڑے کہ کنٹروورشل کنورٹ کنٹروورسی پیدا ہو رہی ہے، تو فوراً آپ ڈھونڈیے کہ کنٹروورشل پوائنٹ کو چھوڑ کر کے نان کنٹروورشل پوائنٹ کون سے ہیں،</w:t>
      </w:r>
    </w:p>
    <w:p>
      <w:r>
        <w:rPr>
          <w:b/>
        </w:rPr>
        <w:t xml:space="preserve">[31:43] </w:t>
      </w:r>
      <w:r>
        <w:t>aur us par stick kijiye.</w:t>
      </w:r>
    </w:p>
    <w:p>
      <w:pPr>
        <w:jc w:val="right"/>
      </w:pPr>
      <w:r>
        <w:t>اور اس پر اسٹک کیجئے۔</w:t>
      </w:r>
    </w:p>
    <w:p>
      <w:r>
        <w:rPr>
          <w:b/>
        </w:rPr>
        <w:t xml:space="preserve">[31:47] </w:t>
      </w:r>
      <w:r>
        <w:t>to controversial point ko rakh dijiye mez par negotiation ke liye, peaceful negotiation, aur non-controversial point ko le kar ke us ko bator opportunity istemal kijiye.</w:t>
      </w:r>
    </w:p>
    <w:p>
      <w:pPr>
        <w:jc w:val="right"/>
      </w:pPr>
      <w:r>
        <w:t>تو کنٹروورشل پوائنٹ کو رکھ دیجئے میز پر نیگوشی ایشن کے لیے، پیس فل نیگوشی ایشن، اور نان کنٹروورشل پوائنٹ کو لے کر کے اس کو بطور اپرچونیٹی استعمال کیجئے۔</w:t>
      </w:r>
    </w:p>
    <w:p>
      <w:r>
        <w:rPr>
          <w:b/>
        </w:rPr>
        <w:t xml:space="preserve">[32:02] </w:t>
      </w:r>
      <w:r>
        <w:t>aap dekhen ke bohat hi kam muddat mein aap ko kamyabi hasil ho gayi hai. is tareeqe ko doosre lafzon mein aap keh sakte hain, yeh yeh tha, yaani low profile mein kaam karna.</w:t>
      </w:r>
    </w:p>
    <w:p>
      <w:pPr>
        <w:jc w:val="right"/>
      </w:pPr>
      <w:r>
        <w:t>آپ دیکھیں کہ بہت ہی کم مدت میں آپ کو کامیابی حاصل ہو گئی ہے۔ اس طریقے کو دوسرے لفظوں میں آپ کہہ سکتے ہیں، یہ یہ تھا، یعنی لو پروفائل میں کام کرنا۔</w:t>
      </w:r>
    </w:p>
    <w:p>
      <w:r>
        <w:rPr>
          <w:b/>
        </w:rPr>
        <w:t xml:space="preserve">[32:18] </w:t>
      </w:r>
      <w:r>
        <w:t>is ko doosre tareeqe par bhi keh sakte hain. jab aap controversial point se kaam shuru karenge to woh high profile mein chale jayenge aap.</w:t>
      </w:r>
    </w:p>
    <w:p>
      <w:pPr>
        <w:jc w:val="right"/>
      </w:pPr>
      <w:r>
        <w:t>اس کو دوسرے طریقے پر بھی کہہ سکتے ہیں۔ جب آپ کنٹروورشل پوائنٹ سے کام شروع کریں گے تو وہ ہائی پروفائل میں چلے جائیں گے آپ۔</w:t>
      </w:r>
    </w:p>
    <w:p>
      <w:r>
        <w:rPr>
          <w:b/>
        </w:rPr>
        <w:t xml:space="preserve">[32:29] </w:t>
      </w:r>
      <w:r>
        <w:t>lekin agar aap non-controversial point ko len to shuru se aakhir tak aap low profile mein rehte hain, aur low profile mein aap jab rahenge to kamyabi aap ke liye yaqini hai.</w:t>
      </w:r>
    </w:p>
    <w:p>
      <w:pPr>
        <w:jc w:val="right"/>
      </w:pPr>
      <w:r>
        <w:t>لیکن اگر آپ نان کنٹروورشل پوائنٹ کو لیں تو شروع سے آخر تک آپ لو پروفائل میں رہتے ہیں، اور لو پروفائل میں آپ جب رہیں گے تو کامیابی آپ کے لیے یقینی ہے۔</w:t>
      </w:r>
    </w:p>
    <w:p>
      <w:r>
        <w:rPr>
          <w:b/>
        </w:rPr>
        <w:t xml:space="preserve">[32:49] </w:t>
      </w:r>
      <w:r>
        <w:t>to yeh baat mere samne kal aayi ke yeh saada baat nahi hai ke ke Madani surtein utri hain Madani ke daur mein, aur isi zamane mein ailaan ho gaya ke ke filhal jo qibla hai,</w:t>
      </w:r>
    </w:p>
    <w:p>
      <w:pPr>
        <w:jc w:val="right"/>
      </w:pPr>
      <w:r>
        <w:t>تو یہ بات میرے سامنے کل آئی کہ یہ سادہ بات نہیں ہے کہ کہ مدنی سورتیں اتری ہیں مدنی کے دور میں، اور اسی زمانے میں اعلان ہو گیا کہ کہ فی الحال جو قبلہ ہے،</w:t>
      </w:r>
    </w:p>
    <w:p>
      <w:r>
        <w:rPr>
          <w:b/>
        </w:rPr>
        <w:t xml:space="preserve">[33:15] </w:t>
      </w:r>
      <w:r>
        <w:t>woh wahi rahega jo ab tak jaari tha. kyunke dekhiye, agar shuru se rasool Allah agar shuru se yeh karte ke Kaba ko qabza hone ka ailaan kar dete, shuru se to Madine mein jo maroof tha, woh Kaba ka qabza hona maroof nahi tha,</w:t>
      </w:r>
    </w:p>
    <w:p>
      <w:pPr>
        <w:jc w:val="right"/>
      </w:pPr>
      <w:r>
        <w:t>وہ وہی رہے گا جو اب تک جاری تھا۔ کیونکہ دیکھیے، اگر شروع سے رسول اللہ اگر شروع سے یہ کرتے کہ کعبہ کو قبضہ ہونے کا اعلان کر دیتے، شروع سے تو مدینے میں جو معروف تھا، وہ کعبہ کا قبضہ ہونا معروف نہیں تھا،</w:t>
      </w:r>
    </w:p>
    <w:p>
      <w:r>
        <w:rPr>
          <w:b/>
        </w:rPr>
        <w:t xml:space="preserve">[33:44] </w:t>
      </w:r>
      <w:r>
        <w:t>balke Bait ul Maqdis ka qabza hona maroof maroof tha. to Yahood ko yeh mauqa milta kehne ka ke dekho saare anbiya jo aaye hain, saare ka qibla tha Bait ul Maqdis.</w:t>
      </w:r>
    </w:p>
    <w:p>
      <w:pPr>
        <w:jc w:val="right"/>
      </w:pPr>
      <w:r>
        <w:t>بلکہ بیت المقدس کا قبضہ ہونا معروف معروف تھا۔ تو یہود کو یہ موقع ملتا کہنے کا کہ دیکھو سارے انبیاء جو آئے ہیں، سارے کا قبلہ تھا بیت المقدس۔</w:t>
      </w:r>
    </w:p>
    <w:p>
      <w:r>
        <w:rPr>
          <w:b/>
        </w:rPr>
        <w:t xml:space="preserve">[34:00] </w:t>
      </w:r>
      <w:r>
        <w:t>yeh kaun sa nabi hai jo naya qibla nikala hai? yeh isi sequence mein aap ne chalne diya is mamle ko.</w:t>
      </w:r>
    </w:p>
    <w:p>
      <w:pPr>
        <w:jc w:val="right"/>
      </w:pPr>
      <w:r>
        <w:t>یہ کون سا نبی ہے جو نیا قبلہ نکالا ہے؟ یہ اسی سیکوئنس میں آپ نے چلنے دیا اس معاملے کو۔</w:t>
      </w:r>
    </w:p>
    <w:p>
      <w:r>
        <w:rPr>
          <w:b/>
        </w:rPr>
        <w:t xml:space="preserve">[34:12] </w:t>
      </w:r>
      <w:r>
        <w:t>isi sequence mein agar aap sequence ko todte aur kehte ke aaj se</w:t>
      </w:r>
    </w:p>
    <w:p>
      <w:pPr>
        <w:jc w:val="right"/>
      </w:pPr>
      <w:r>
        <w:t>اسی سیکوئنس میں اگر آپ سیکوئنس کو توڑتے اور کہتے کہ آج سے</w:t>
      </w:r>
    </w:p>
    <w:p>
      <w:r>
        <w:rPr>
          <w:b/>
        </w:rPr>
        <w:t xml:space="preserve">[34:24] </w:t>
      </w:r>
      <w:r>
        <w:t>qibla jo hai Kaba hoga, sequence ko tod kar ke, aur naya to wahan logon ko lagta ke yeh to naya qibla hai, aur phir khwamkhwah controversy, khwamkhwah ka ikhtilafat, khwamkhwah ka jhanjhat paida ho jata.</w:t>
      </w:r>
    </w:p>
    <w:p>
      <w:pPr>
        <w:jc w:val="right"/>
      </w:pPr>
      <w:r>
        <w:t>قبلہ جو ہے کعبہ ہوگا، سیکوئنس کو توڑ کر کے، اور نیا تو وہاں لوگوں کو لگتا کہ یہ تو نیا قبلہ ہے، اور پھر خوامخواہ کنٹروورسی، خوامخواہ کا اختلافات، خوامخواہ کا جھجھٹ پیدا ہو جاتا۔</w:t>
      </w:r>
    </w:p>
    <w:p>
      <w:r>
        <w:rPr>
          <w:b/>
        </w:rPr>
        <w:t xml:space="preserve">[34:45] </w:t>
      </w:r>
      <w:r>
        <w:t>to peaceful tareeqe se kaam hota raha. dekhen, kisi ne likha hai ke rasool Allah ne jo inqilab barpa kiya Arab mein,</w:t>
      </w:r>
    </w:p>
    <w:p>
      <w:pPr>
        <w:jc w:val="right"/>
      </w:pPr>
      <w:r>
        <w:t>تو پیس فل طریقے سے کام ہوتا رہا۔ دیکھیں، کسی نے لکھا ہے کہ رسول اللہ نے جو انقلاب برپا کیا عرب میں،</w:t>
      </w:r>
    </w:p>
    <w:p>
      <w:r>
        <w:rPr>
          <w:b/>
        </w:rPr>
        <w:t xml:space="preserve">[34:59] </w:t>
      </w:r>
      <w:r>
        <w:t>woh tha</w:t>
      </w:r>
    </w:p>
    <w:p>
      <w:pPr>
        <w:jc w:val="right"/>
      </w:pPr>
      <w:r>
        <w:t>وہ تھا</w:t>
      </w:r>
    </w:p>
    <w:p>
      <w:r>
        <w:rPr>
          <w:b/>
        </w:rPr>
        <w:t xml:space="preserve">[35:03] </w:t>
      </w:r>
      <w:r>
        <w:t>woh bloodless revolution.</w:t>
      </w:r>
    </w:p>
    <w:p>
      <w:pPr>
        <w:jc w:val="right"/>
      </w:pPr>
      <w:r>
        <w:t>وہ بلڈ لیس ریولوشن۔</w:t>
      </w:r>
    </w:p>
    <w:p>
      <w:r>
        <w:rPr>
          <w:b/>
        </w:rPr>
        <w:t xml:space="preserve">[35:09] </w:t>
      </w:r>
      <w:r>
        <w:t>yeh kisi ne likha hai ke rasool Allah ka laya hua inqilab Arab mein bloodless revolution tha, kyunke jitna takrao hua,</w:t>
      </w:r>
    </w:p>
    <w:p>
      <w:pPr>
        <w:jc w:val="right"/>
      </w:pPr>
      <w:r>
        <w:t>یہ کسی نے لکھا ہے کہ رسول اللہ کا لایا ہوا انقلاب عرب میں بلڈ لیس ریولوشن تھا، کیونکہ جتنا ٹکراؤ ہوا،</w:t>
      </w:r>
    </w:p>
    <w:p>
      <w:r>
        <w:rPr>
          <w:b/>
        </w:rPr>
        <w:t xml:space="preserve">[35:23] </w:t>
      </w:r>
      <w:r>
        <w:t>woh to bilkul bilkul ek nominal tha. ek martaba mein ne is ki research kiya ke full-fledged war kaun maani aati hai international dunya mein.</w:t>
      </w:r>
    </w:p>
    <w:p>
      <w:pPr>
        <w:jc w:val="right"/>
      </w:pPr>
      <w:r>
        <w:t>وہ تو بالکل بالکل ایک نامرل تھا۔ ایک مرتبہ میں نے اس کی ریسرچ کیا کہ فل فلیج وار کون معنی آتی ہے انٹرنیشنل دنیا میں۔</w:t>
      </w:r>
    </w:p>
    <w:p>
      <w:r>
        <w:rPr>
          <w:b/>
        </w:rPr>
        <w:t xml:space="preserve">[35:41] </w:t>
      </w:r>
      <w:r>
        <w:t>full-fledged war to mein ne dekha ke scholars jo hain, woh chhe din ki war ko full-fledged war mante hain.</w:t>
      </w:r>
    </w:p>
    <w:p>
      <w:pPr>
        <w:jc w:val="right"/>
      </w:pPr>
      <w:r>
        <w:t>فل فلیج وار تو میں نے دیکھا کہ اسکالرز جو ہیں، وہ چھ دن کی وار کو فل فلیج وار مانتے ہیں۔</w:t>
      </w:r>
    </w:p>
    <w:p>
      <w:r>
        <w:rPr>
          <w:b/>
        </w:rPr>
        <w:t xml:space="preserve">[35:53] </w:t>
      </w:r>
      <w:r>
        <w:t>chay din ki war ko full fledge war mante hain. to rasool Allah to kabhi chay din ki larai lari hi nahin. aap ne rasool Allah ne kabhi chay din ki larai lari hi nahin.</w:t>
      </w:r>
    </w:p>
    <w:p>
      <w:pPr>
        <w:jc w:val="right"/>
      </w:pPr>
      <w:r>
        <w:t>چھ دن کی وار کو فل فلیج وار مانتے ہیں۔ تو رسول اللہ تو کبھی چھ دن کی لڑائی لڑی ہی نہیں۔ آپ نے رسول اللہ نے کبھی چھ دن کی لڑائی لڑی ہی نہیں۔</w:t>
      </w:r>
    </w:p>
    <w:p>
      <w:r>
        <w:rPr>
          <w:b/>
        </w:rPr>
        <w:t xml:space="preserve">[36:06] </w:t>
      </w:r>
      <w:r>
        <w:t>is ka mani kya hua? yeh ke rasool Allah ki so called larai koi bhi larai nahin thi, woh thi skirmishes, jis ko kehte hain jhadap.</w:t>
      </w:r>
    </w:p>
    <w:p>
      <w:pPr>
        <w:jc w:val="right"/>
      </w:pPr>
      <w:r>
        <w:t>اس کا معنی کیا ہوا؟ یہ کہ رسول اللہ کی سو کالڈ لڑائی کوئی بھی لڑائی نہیں تھی، وہ تھی اسکرمیشنز، جس کو کہتے ہیں جھڑپ۔</w:t>
      </w:r>
    </w:p>
    <w:p>
      <w:r>
        <w:rPr>
          <w:b/>
        </w:rPr>
        <w:t xml:space="preserve">[36:19] </w:t>
      </w:r>
      <w:r>
        <w:t>rasool Allah ki laraian skirmishes thin, woh full fledge war nahin thi. kyun aisa hua ke rasool Allah ne woh jo model ikhtiyar kiya, yani</w:t>
      </w:r>
    </w:p>
    <w:p>
      <w:pPr>
        <w:jc w:val="right"/>
      </w:pPr>
      <w:r>
        <w:t>رسول اللہ کی لڑائیاں اسکرمیشنز تھیں، وہ فل فلیج وار نہیں تھی۔ کیوں ایسا ہوا کہ رسول اللہ نے وہ جو ماڈل اختیار کیا، یعنی</w:t>
      </w:r>
    </w:p>
    <w:p>
      <w:r>
        <w:rPr>
          <w:b/>
        </w:rPr>
        <w:t xml:space="preserve">[36:36] </w:t>
      </w:r>
      <w:r>
        <w:t>jis ko maine kaha ke woh delinking model, is ka Christmas tha, yeh is ka break-all tha.</w:t>
      </w:r>
    </w:p>
    <w:p>
      <w:pPr>
        <w:jc w:val="right"/>
      </w:pPr>
      <w:r>
        <w:t>جس کو میں نے کہا کہ وہ ڈی لنکنگ ماڈل، اس کا کرسمس تھا، یہ اس کا بریکل تھا۔</w:t>
      </w:r>
    </w:p>
    <w:p>
      <w:r>
        <w:rPr>
          <w:b/>
        </w:rPr>
        <w:t xml:space="preserve">[36:45] </w:t>
      </w:r>
      <w:r>
        <w:t>to aap ko maloom hai ke yeh hum ko taleem di gayi hai ke roze ke mahine mein ya aitkaf ke zamane mein quran khoob parhein.</w:t>
      </w:r>
    </w:p>
    <w:p>
      <w:pPr>
        <w:jc w:val="right"/>
      </w:pPr>
      <w:r>
        <w:t>تو آپ کو معلوم ہے کہ یہ ہم کو تعلیم دی گئی ہے کہ روزے کے مہینے میں یا اعتکاف کے زمانے میں قرآن خوب پڑھیں۔</w:t>
      </w:r>
    </w:p>
    <w:p>
      <w:r>
        <w:rPr>
          <w:b/>
        </w:rPr>
        <w:t xml:space="preserve">[36:58] </w:t>
      </w:r>
      <w:r>
        <w:t>to quran parhne ka mani yeh nahin ke be samjhe mujhe tilawat, be samjhe mujhe tilawat ko.</w:t>
      </w:r>
    </w:p>
    <w:p>
      <w:pPr>
        <w:jc w:val="right"/>
      </w:pPr>
      <w:r>
        <w:t>تو قرآن پڑھنے کا معنی یہ نہیں کہ بے سمجھے مجھے تلاوت، بے سمجھے مجھے تلاوت کو۔</w:t>
      </w:r>
    </w:p>
    <w:p>
      <w:r>
        <w:rPr>
          <w:b/>
        </w:rPr>
        <w:t xml:space="preserve">[37:06] </w:t>
      </w:r>
      <w:r>
        <w:t>to hazrat aisha ne, hazrat aisha se aik martaba kaha tha ke falan falan log phir phir phir phir phir quran ki tilawat karte hain, matlab baghair soche bas parh rahe hain, parh rahe hain, parh rahe hain.</w:t>
      </w:r>
    </w:p>
    <w:p>
      <w:pPr>
        <w:jc w:val="right"/>
      </w:pPr>
      <w:r>
        <w:t>تو حضرت عائشہ نے، حضرت عائشہ سے ایک مرتبہ کہا تھا کہ فلاں فلاں لوگ پھر پھر پھر پھر پھر قرآن کی تلاوت کرتے ہیں، مطلب بغیر سوچے بس پڑھ رہے ہیں، پڑھ رہے ہیں، پڑھ رہے ہیں۔</w:t>
      </w:r>
    </w:p>
    <w:p>
      <w:r>
        <w:rPr>
          <w:b/>
        </w:rPr>
        <w:t xml:space="preserve">[37:23] </w:t>
      </w:r>
      <w:r>
        <w:t>to hazrat aisha ne kaha ke olaye ka qaru wa la yiqru, olaye ka qaru wa la yiqru, yani unhon ne parha magar unhon ne nahin parha.</w:t>
      </w:r>
    </w:p>
    <w:p>
      <w:pPr>
        <w:jc w:val="right"/>
      </w:pPr>
      <w:r>
        <w:t>تو حضرت عائشہ نے کہا کہ اولائے کا قرو ولب یقرو، اولائے کا قرو ولب یقرو، یعنی انہوں نے پڑھا مگر انہوں نے نہیں پڑھا۔</w:t>
      </w:r>
    </w:p>
    <w:p>
      <w:r>
        <w:rPr>
          <w:b/>
        </w:rPr>
        <w:t xml:space="preserve">[37:41] </w:t>
      </w:r>
      <w:r>
        <w:t>unhon ne parha magar unhon ne nahin parha. to is saal jo ramzan mein aitkaf mein logon ne quran parha hai, is ko phir se recall karein, phir sochein.</w:t>
      </w:r>
    </w:p>
    <w:p>
      <w:pPr>
        <w:jc w:val="right"/>
      </w:pPr>
      <w:r>
        <w:t>انہوں نے پڑھا مگر انہوں نے نہیں پڑھا۔ تو اس سال جو رمضان میں اعتکاف میں لوگوں نے قرآن پڑھا ہے، اس کو پھر سے ریکال کریں، پھر سوچیں۔</w:t>
      </w:r>
    </w:p>
    <w:p>
      <w:r>
        <w:rPr>
          <w:b/>
        </w:rPr>
        <w:t xml:space="preserve">[37:59] </w:t>
      </w:r>
      <w:r>
        <w:t>agar unhon ne is ko note tayar kiya ho to is par dobara ghor karein aur yeh sochein ke hamare jo mamlat hain, kya hum ne is par delinking model ko apply kiya hai?</w:t>
      </w:r>
    </w:p>
    <w:p>
      <w:pPr>
        <w:jc w:val="right"/>
      </w:pPr>
      <w:r>
        <w:t>اگر انہوں نے اس کو نوٹ تیار کیا ہو تو اس پر دوبارہ غور کریں اور یہ سوچیں کہ ہمارے جو معاملات ہیں، کیا ہم نے اس پر ڈی لنکنگ ماڈل کو اپلائی کیا ہے؟</w:t>
      </w:r>
    </w:p>
    <w:p>
      <w:r>
        <w:rPr>
          <w:b/>
        </w:rPr>
        <w:t xml:space="preserve">[38:15] </w:t>
      </w:r>
      <w:r>
        <w:t>hamare jo mamlat hain poori dunya mein, kya hum ne is par delinking model ko apply kiya hai? to main sochta hoon ke har aadmi ke dil kahega ke nahin, delinking model ko nahin.</w:t>
      </w:r>
    </w:p>
    <w:p>
      <w:pPr>
        <w:jc w:val="right"/>
      </w:pPr>
      <w:r>
        <w:t>ہمارے جو معاملات ہیں پوری دنیا میں، کیا ہم نے اس پر ڈی لنکنگ ماڈل کو اپلائی کیا ہے؟ تو میں سوچتا ہوں کہ ہر آدمی کے دل کہے گا کہ نہیں، ڈی لنکنگ ماڈل کو نہیں۔</w:t>
      </w:r>
    </w:p>
    <w:p>
      <w:r>
        <w:rPr>
          <w:b/>
        </w:rPr>
        <w:t xml:space="preserve">[38:33] </w:t>
      </w:r>
      <w:r>
        <w:t>to ramzan to guzar gaya, aitkaf nikal gaya, shab qadar bhi chali gayi, lekin</w:t>
      </w:r>
    </w:p>
    <w:p>
      <w:pPr>
        <w:jc w:val="right"/>
      </w:pPr>
      <w:r>
        <w:t>تو رمضان تو گزر گیا، اعتکاف نکل گیا، شب قدر بھی چلی گئی، لیکن</w:t>
      </w:r>
    </w:p>
    <w:p>
      <w:r>
        <w:rPr>
          <w:b/>
        </w:rPr>
        <w:t xml:space="preserve">[38:46] </w:t>
      </w:r>
      <w:r>
        <w:t>har gaya hua maqam dobara hasil karne ka chance baqi rehta hai. agar aap toba karein, yeh bhi toba hai, yeh bhi toba hai ke aap sochein ke dekho yeh tha quran mein ke shuru ke kay paray mein yeh yeh lesson tha,</w:t>
      </w:r>
    </w:p>
    <w:p>
      <w:pPr>
        <w:jc w:val="right"/>
      </w:pPr>
      <w:r>
        <w:t>ہر گیا ہوا مقام دوبارہ حاصل کرنے کا چانس باقی رہتا ہے۔ اگر آپ توبہ کریں، یہ بھی توبہ ہے، یہ بھی توبہ ہے کہ آپ سوچیں کہ دیکھو یہ تھا قرآن میں کہ شروع کے کئی پارے میں یہ یہ لیسن تھا،</w:t>
      </w:r>
    </w:p>
    <w:p>
      <w:r>
        <w:rPr>
          <w:b/>
        </w:rPr>
        <w:t xml:space="preserve">[39:16] </w:t>
      </w:r>
      <w:r>
        <w:t>jaisa ke maine arz kiya,</w:t>
      </w:r>
    </w:p>
    <w:p>
      <w:pPr>
        <w:jc w:val="right"/>
      </w:pPr>
      <w:r>
        <w:t>جیسا کہ میں نے عرض کیا،</w:t>
      </w:r>
    </w:p>
    <w:p>
      <w:r>
        <w:rPr>
          <w:b/>
        </w:rPr>
        <w:t xml:space="preserve">[39:20] </w:t>
      </w:r>
      <w:r>
        <w:t>delinking model ko ikhtiyar karo. to aap jab sochein ge to lagen ge, to aap ko aaye ga ke hum se to bhool ho gayi.</w:t>
      </w:r>
    </w:p>
    <w:p>
      <w:pPr>
        <w:jc w:val="right"/>
      </w:pPr>
      <w:r>
        <w:t>ڈی لنکنگ ماڈل کو اختیار کرو۔ تو آپ جب سوچیں گے تو لگے گے، تو آپ کو آئے گا کہ ہم سے تو بھول ہو گئی۔</w:t>
      </w:r>
    </w:p>
    <w:p>
      <w:r>
        <w:rPr>
          <w:b/>
        </w:rPr>
        <w:t xml:space="preserve">[39:31] </w:t>
      </w:r>
      <w:r>
        <w:t>to bhool ho gayi to koi nahin, aap se shuru kijiye.</w:t>
      </w:r>
    </w:p>
    <w:p>
      <w:pPr>
        <w:jc w:val="right"/>
      </w:pPr>
      <w:r>
        <w:t>تو بھول ہو گئی تو کوئی نہیں، آپ سے شروع کیجئے۔</w:t>
      </w:r>
    </w:p>
    <w:p>
      <w:r>
        <w:rPr>
          <w:b/>
        </w:rPr>
        <w:t xml:space="preserve">[39:37] </w:t>
      </w:r>
      <w:r>
        <w:t>kal ba'd al-ladhi asraf la taqrut rahmat Allah, Allah.</w:t>
      </w:r>
    </w:p>
    <w:p>
      <w:pPr>
        <w:jc w:val="right"/>
      </w:pPr>
      <w:r>
        <w:t>کل بعد الذی اصرف لا تقرت رحمت اللہ، اللہ۔</w:t>
      </w:r>
    </w:p>
    <w:p>
      <w:r>
        <w:rPr>
          <w:b/>
        </w:rPr>
        <w:t xml:space="preserve">[39:51] </w:t>
      </w:r>
      <w:r>
        <w:t>to agar hum se bhool ho gayi ke delinking model ko hum discover nahin kar sake, aur ab agar woh sahib aata hai ke yeh to bhool ho gayi,</w:t>
      </w:r>
    </w:p>
    <w:p>
      <w:pPr>
        <w:jc w:val="right"/>
      </w:pPr>
      <w:r>
        <w:t>تو اگر ہم سے بھول ہو گئی کہ ڈی لنکنگ ماڈل کو ہم ڈسکر ڈسکور نہیں کر سکے، اور اب اگر وہ صاحب آتا ہے کہ یہ تو بھول ہو گئی،</w:t>
      </w:r>
    </w:p>
    <w:p>
      <w:r>
        <w:rPr>
          <w:b/>
        </w:rPr>
        <w:t xml:space="preserve">[40:06] </w:t>
      </w:r>
      <w:r>
        <w:t>to aap toba ka tareeqa ikhtiyar kijiye aur ab se sochein ke hum kis tarah delinking model ko apply kar sakte hain, kis tarah apply kar sakte hain.</w:t>
      </w:r>
    </w:p>
    <w:p>
      <w:pPr>
        <w:jc w:val="right"/>
      </w:pPr>
      <w:r>
        <w:t>تو آپ توبہ کا طریقہ اختیار کیجئے اور اب سے سوچیں کہ ہم کس طرح ڈی لنکنگ ماڈل کو اپلائی کر سکتے ہیں، کس طرح اپلائی کر سکتے ہیں۔</w:t>
      </w:r>
    </w:p>
    <w:p>
      <w:r>
        <w:rPr>
          <w:b/>
        </w:rPr>
        <w:t xml:space="preserve">[40:23] </w:t>
      </w:r>
      <w:r>
        <w:t>isi liye main bohat zyada zor deta hoon hate khatam karne par. hate khatam karo, kyunke jab hate rehti hai to aadmi blind ho jata hai,</w:t>
      </w:r>
    </w:p>
    <w:p>
      <w:pPr>
        <w:jc w:val="right"/>
      </w:pPr>
      <w:r>
        <w:t>اسی لیے میں بہت زیادہ زور دیتا ہوں ہیٹ ختم کرنے پر۔ ہیٹ ختم کرو، کیونکہ جب ہیٹ رہتی ہے تو آدمی بلائنڈ ہو جاتا ہے،</w:t>
      </w:r>
    </w:p>
    <w:p>
      <w:r>
        <w:rPr>
          <w:b/>
        </w:rPr>
        <w:t xml:space="preserve">[40:36] </w:t>
      </w:r>
      <w:r>
        <w:t>baat ko pakad nahin pata.</w:t>
      </w:r>
    </w:p>
    <w:p>
      <w:pPr>
        <w:jc w:val="right"/>
      </w:pPr>
      <w:r>
        <w:t>بات کو پکڑ نہیں پاتا۔</w:t>
      </w:r>
    </w:p>
    <w:p>
      <w:r>
        <w:rPr>
          <w:b/>
        </w:rPr>
        <w:t xml:space="preserve">[40:42] </w:t>
      </w:r>
      <w:r>
        <w:t>jab aap ke andar hate aa jaye gi to aap pakad nahin paein ge.</w:t>
      </w:r>
    </w:p>
    <w:p>
      <w:pPr>
        <w:jc w:val="right"/>
      </w:pPr>
      <w:r>
        <w:t>جب آپ کے اندر ہیٹ آ جائے گی تو آپ پکڑ نہیں پائیں گے۔</w:t>
      </w:r>
    </w:p>
    <w:p>
      <w:r>
        <w:rPr>
          <w:b/>
        </w:rPr>
        <w:t xml:space="preserve">[40:50] </w:t>
      </w:r>
      <w:r>
        <w:t>to khulasa yeh hai ke waqt kabhi khoya nahin jata, hamesha hum is ko lauta sakte hain toba ke zariye se, rujoo ila Allah ke zariye se.</w:t>
      </w:r>
    </w:p>
    <w:p>
      <w:pPr>
        <w:jc w:val="right"/>
      </w:pPr>
      <w:r>
        <w:t>تو خلاصہ یہ ہے کہ وقت کبھی کھویا نہیں جاتا، ہمیشہ ہم اس کو لوٹا سکتے ہیں توبہ کے ذریعے سے، رجوع الی اللہ کے ذریعے سے۔</w:t>
      </w:r>
    </w:p>
    <w:p>
      <w:r>
        <w:rPr>
          <w:b/>
        </w:rPr>
        <w:t xml:space="preserve">[41:07] </w:t>
      </w:r>
      <w:r>
        <w:t>toba ka jo concept hai Islam mein, is ka matlab yahi hai.</w:t>
      </w:r>
    </w:p>
    <w:p>
      <w:pPr>
        <w:jc w:val="right"/>
      </w:pPr>
      <w:r>
        <w:t>توبہ کا جو کانسیپٹ ہے اسلام میں، اس کا مطلب یہی ہے۔</w:t>
      </w:r>
    </w:p>
    <w:p>
      <w:r>
        <w:rPr>
          <w:b/>
        </w:rPr>
        <w:t xml:space="preserve">[41:14] </w:t>
      </w:r>
      <w:r>
        <w:t>toba aur rujoo ila Allah ka jo concept hai, is ka matlab yahi hai ke waqt momin ke liye waqt kabhi khoya nahin jata, hamesha mauqa rehta hai ke woh rujoo kare, toba kare aur</w:t>
      </w:r>
    </w:p>
    <w:p>
      <w:pPr>
        <w:jc w:val="right"/>
      </w:pPr>
      <w:r>
        <w:t>توبہ اور رجوع الی اللہ کا جو کانسیپٹ ہے، اس کا مطلب یہی ہے کہ وقت مومن کے لیے وقت کبھی کھویا نہیں جاتا، ہمیشہ موقع رہتا ہے کہ وہ رجوع کرے، توبہ کرے اور</w:t>
      </w:r>
    </w:p>
    <w:p>
      <w:r>
        <w:rPr>
          <w:b/>
        </w:rPr>
        <w:t xml:space="preserve">[41:31] </w:t>
      </w:r>
      <w:r>
        <w:t>waqt ko dobara istemal kare, mazi ki ghalti ko haal mein repeat na kare.</w:t>
      </w:r>
    </w:p>
    <w:p>
      <w:pPr>
        <w:jc w:val="right"/>
      </w:pPr>
      <w:r>
        <w:t>وقت کو دوبارہ استعمال کرے، ماضی کی غلطی کو حال میں ریپیٹ نہ کرے۔</w:t>
      </w:r>
    </w:p>
    <w:p>
      <w:r>
        <w:rPr>
          <w:b/>
        </w:rPr>
        <w:t xml:space="preserve">[41:47] </w:t>
      </w:r>
      <w:r>
        <w:t>to yeh baat kal zyada wazeh taur par us waqt aayi ke rasool Allah ka uswa hasna jo tha, kyunke dekhiye, uswa hasna to ek bazahir weak lafz hai,</w:t>
      </w:r>
    </w:p>
    <w:p>
      <w:pPr>
        <w:jc w:val="right"/>
      </w:pPr>
      <w:r>
        <w:t>تو یہ بات کل زیادہ واضح طور پر اس وقت آئی کہ رسول اللہ کا اسوہ حسنہ جو تھا، کیونکہ دیکھیے، اسوہ حسنہ تو ایک بظاہر ویک لفظ ہے،</w:t>
      </w:r>
    </w:p>
    <w:p>
      <w:r>
        <w:rPr>
          <w:b/>
        </w:rPr>
        <w:t xml:space="preserve">[42:04] </w:t>
      </w:r>
      <w:r>
        <w:t>to us uswa hasna mutayyan taur par kya hai, specific taur par kya hai, woh yahi hai ke delinking model ko ikhtiyar karna.</w:t>
      </w:r>
    </w:p>
    <w:p>
      <w:pPr>
        <w:jc w:val="right"/>
      </w:pPr>
      <w:r>
        <w:t>تو اس اسوہ حسنہ متعین طور پر کیا ہے، اسپیسیفک طور پر کیا ہے، وہ یہی ہے کہ ڈی لنکنگ ماڈل کو اختیار کرنا۔</w:t>
      </w:r>
    </w:p>
    <w:p>
      <w:r>
        <w:rPr>
          <w:b/>
        </w:rPr>
        <w:t xml:space="preserve">[42:17] </w:t>
      </w:r>
      <w:r>
        <w:t>main dua karta hoon ke Allah taala mujh ko aur aap ko tofeeq de ke hum rasool Allah ke uswa ko jaanein aur us ko apnayein apni zindagi mein, apni qaumi zindagi mein.</w:t>
      </w:r>
    </w:p>
    <w:p>
      <w:pPr>
        <w:jc w:val="right"/>
      </w:pPr>
      <w:r>
        <w:t>میں دعا کرتا ہوں کہ اللہ تعالی مجھ کو اور آپ کو توفیق دے کہ ہم رسول اللہ کے اسوہ کو جانیں اور اس کو اپنائیں اپنی زندگیوں میں، اپنی قومی زندگیوں میں۔</w:t>
      </w:r>
    </w:p>
    <w:p>
      <w:r>
        <w:rPr>
          <w:b/>
        </w:rPr>
        <w:t xml:space="preserve">[42:35] </w:t>
      </w:r>
      <w:r>
        <w:t>Allah taala hamari hifazat farmaye. Assalam o alaikum wa rehmatullah.</w:t>
      </w:r>
    </w:p>
    <w:p>
      <w:pPr>
        <w:jc w:val="right"/>
      </w:pPr>
      <w:r>
        <w:t>اللہ تعالی ہماری حفاظت فرمائے۔ السلام علیکم ورحمۃ اللہ۔</w:t>
      </w:r>
    </w:p>
    <w:p>
      <w:r>
        <w:rPr>
          <w:b/>
        </w:rPr>
        <w:t xml:space="preserve">[42:49] </w:t>
      </w:r>
      <w:r>
        <w:t>okay, we will start with the question answer session. All the viewers are requested to send their comments and questions on info at cpsglobal.org, or they can post it in the comment section of the facebook.</w:t>
      </w:r>
    </w:p>
    <w:p>
      <w:pPr>
        <w:jc w:val="right"/>
      </w:pPr>
      <w:r>
        <w:t>اوکے، وی ویل سٹارٹ ود دی کوئسچن انسر سیشن۔ آل دی ویورز آر ریکویسٹڈ ٹو سینڈ دیر کمنٹس اینڈ کوئسچنز ان انفو ایٹ سی پی ایس گلوبل ڈاٹ او آر جی، اور دے کین پوسٹ اٹ ان دی کمنٹ سیکشن آف دا فیس بک۔</w:t>
      </w:r>
    </w:p>
    <w:p>
      <w:r>
        <w:rPr>
          <w:b/>
        </w:rPr>
        <w:t xml:space="preserve">[43:05] </w:t>
      </w:r>
      <w:r>
        <w:t>please do mention a location when you send your comments or questions. Maulana sabse pehle comment lena chahenge. Tariq Badar sahab ne Lahore Pakistan se likha hai:</w:t>
      </w:r>
    </w:p>
    <w:p>
      <w:pPr>
        <w:jc w:val="right"/>
      </w:pPr>
      <w:r>
        <w:t>پلیز ڈو مینشن اے لوکیشن وین یو سینڈ یور کمنٹس اور کوئسچنز۔ مولانا سب سے پہلے کمنٹ لینا چاہیں گے۔ طارق بدر صاحب نے لاہور پاکستان سے لکھا ہے:</w:t>
      </w:r>
    </w:p>
    <w:p>
      <w:r>
        <w:rPr>
          <w:b/>
        </w:rPr>
        <w:t xml:space="preserve">[43:19] </w:t>
      </w:r>
      <w:r>
        <w:t>"Maulana sahab, today it was further clarified what is the meaning of working low profile for our mission that we have to separate controversial part from the non controversial part and look for the opportunity in the process by delinking controversial part.</w:t>
      </w:r>
    </w:p>
    <w:p>
      <w:pPr>
        <w:jc w:val="right"/>
      </w:pPr>
      <w:r>
        <w:t>"مولانا صاحب، ٹوڈے اٹ واز فردر کلیریفائیڈ واٹ از دا میننگ آف ورکنگ لو پروفائل فار اور مشن دیٹ وی ہیو ٹو سیپریٹ کنٹروورشل پارٹ فرام دا نان کنٹروورشل پارٹ اینڈ لوک فار دی اپرچونیٹی ان دی پروسیس بائے ڈی لنکنگ کنٹروورشل پارٹ۔</w:t>
      </w:r>
    </w:p>
    <w:p>
      <w:r>
        <w:rPr>
          <w:b/>
        </w:rPr>
        <w:t xml:space="preserve">[43:43] </w:t>
      </w:r>
      <w:r>
        <w:t>Jazak Allah, we will implement the same principle in our dawah mission."</w:t>
      </w:r>
    </w:p>
    <w:p>
      <w:pPr>
        <w:jc w:val="right"/>
      </w:pPr>
      <w:r>
        <w:t>جزاک اللہ، وی ویل امپلیمنٹ دا سیم پرنسپل ان اور دعویٰ مشن۔"</w:t>
      </w:r>
    </w:p>
    <w:p>
      <w:r>
        <w:rPr>
          <w:b/>
        </w:rPr>
        <w:t xml:space="preserve">[43:52] </w:t>
      </w:r>
      <w:r>
        <w:t>Miss Shabana Ansari ne Pakistan se likha hai: "Delinking policy is a progressive strategy." Dr. Naghma Siddiqui ne Delhi se likha hai: "I understood today that working in low profile assures success.</w:t>
      </w:r>
    </w:p>
    <w:p>
      <w:pPr>
        <w:jc w:val="right"/>
      </w:pPr>
      <w:r>
        <w:t>مس شبانہ انصاری نے پاکستان سے لکھا ہے: "ڈی لنکنگ پالیسی از ا پروگریسو سٹریٹیجی۔" ڈاکٹر نغمہ صدیقی نے دلی سے لکھا ہے: "آئی انڈرسٹوڈ ٹوڈے دیٹ ورکنگ ان لو پروفائل ایشورز سکسیس۔</w:t>
      </w:r>
    </w:p>
    <w:p>
      <w:r>
        <w:rPr>
          <w:b/>
        </w:rPr>
        <w:t xml:space="preserve">[44:09] </w:t>
      </w:r>
      <w:r>
        <w:t>I have understood this for the first time.</w:t>
      </w:r>
    </w:p>
    <w:p>
      <w:pPr>
        <w:jc w:val="right"/>
      </w:pPr>
      <w:r>
        <w:t>آئی ہیو انڈرسٹوڈ دس فار دا فرسٹ ٹائم۔</w:t>
      </w:r>
    </w:p>
    <w:p>
      <w:r>
        <w:rPr>
          <w:b/>
        </w:rPr>
        <w:t xml:space="preserve">[44:13] </w:t>
      </w:r>
      <w:r>
        <w:t>It is an important lesson for me.</w:t>
      </w:r>
    </w:p>
    <w:p>
      <w:pPr>
        <w:jc w:val="right"/>
      </w:pPr>
      <w:r>
        <w:t>اٹ از این امپورٹنٹ لیسن فار می۔</w:t>
      </w:r>
    </w:p>
    <w:p>
      <w:r>
        <w:rPr>
          <w:b/>
        </w:rPr>
        <w:t xml:space="preserve">[44:16] </w:t>
      </w:r>
      <w:r>
        <w:t>I will work in low profile with total hope from God, InshaAllah."</w:t>
      </w:r>
    </w:p>
    <w:p>
      <w:pPr>
        <w:jc w:val="right"/>
      </w:pPr>
      <w:r>
        <w:t>آئی ویل ورک ان لو پروفائل ود ٹوٹل ہوپ فرام گاڈ، انشاءاللہ۔"</w:t>
      </w:r>
    </w:p>
    <w:p>
      <w:r>
        <w:rPr>
          <w:b/>
        </w:rPr>
        <w:t xml:space="preserve">[44:23] </w:t>
      </w:r>
      <w:r>
        <w:t>Muhammad Hamid Siddiqui, Hamid Siddiqui sahib ne poone se likha hai: "rally</w:t>
      </w:r>
    </w:p>
    <w:p>
      <w:pPr>
        <w:jc w:val="right"/>
      </w:pPr>
      <w:r>
        <w:t>محمد حامد صدیقی، حامد صدیقی صاحب نے پونے سے لکھا ہے: "ریلی</w:t>
      </w:r>
    </w:p>
    <w:p>
      <w:r>
        <w:rPr>
          <w:b/>
        </w:rPr>
        <w:t xml:space="preserve">[44:31] </w:t>
      </w:r>
      <w:r>
        <w:t>مولانا, if all Muslim politicians apply this delinking practice, then every solution will be solved.</w:t>
      </w:r>
    </w:p>
    <w:p>
      <w:pPr>
        <w:jc w:val="right"/>
      </w:pPr>
      <w:r>
        <w:t>مولانا، اف آل مسلم پولیٹیشنز اپلائی دس ڈی لنکنگ پریکٹس، دین ایوری سولیوشن ویل بی سالوڈ۔</w:t>
      </w:r>
    </w:p>
    <w:p>
      <w:r>
        <w:rPr>
          <w:b/>
        </w:rPr>
        <w:t xml:space="preserve">[44:40] </w:t>
      </w:r>
      <w:r>
        <w:t>Jazak Allah for enlightening this concept with all of us." Maulana sawal lete hain.</w:t>
      </w:r>
    </w:p>
    <w:p>
      <w:pPr>
        <w:jc w:val="right"/>
      </w:pPr>
      <w:r>
        <w:t>جزاک اللہ فار انلائٹننگ دس کانسیپٹ ود آل آف اس۔" مولانا سوال لیتے ہیں۔</w:t>
      </w:r>
    </w:p>
    <w:p>
      <w:r>
        <w:rPr>
          <w:b/>
        </w:rPr>
        <w:t xml:space="preserve">[44:48] </w:t>
      </w:r>
      <w:r>
        <w:t>Yeh sawal bheja hai Zubair Siddiqui sahab ne Lucknow se. Unhone likha hai: "Maulana, you spoke about delinking model in today talk.</w:t>
      </w:r>
    </w:p>
    <w:p>
      <w:pPr>
        <w:jc w:val="right"/>
      </w:pPr>
      <w:r>
        <w:t>یہ سوال بھیجا ہے زبیر صدیقی صاحب نے لکھنو سے۔ انہوں نے لکھا ہے: "مولانا، یو سپوک اباؤٹ ڈی لنکنگ ماڈل ان ٹوڈے ٹاک۔</w:t>
      </w:r>
    </w:p>
    <w:p>
      <w:r>
        <w:rPr>
          <w:b/>
        </w:rPr>
        <w:t xml:space="preserve">[45:02] </w:t>
      </w:r>
      <w:r>
        <w:t>My question is: how to develop a mindset which adopts delinking approach? Normally emotions come into play at the time of controversy, but delinking approach requires objective thinking.</w:t>
      </w:r>
    </w:p>
    <w:p>
      <w:pPr>
        <w:jc w:val="right"/>
      </w:pPr>
      <w:r>
        <w:t>مائی کوئسچن از: ہاؤ ٹو ڈیویلپ ا مائنڈ سیٹ وچ اڈاپٹس ڈی لنکنگ اپروچ؟ نارملی ایموشنز کم انٹو پلے ایٹ دا ٹائم آف کنٹروورسی، بٹ ڈی لنکنگ اپروچ ریکوائر ابجیکٹو تھنکنگ۔</w:t>
      </w:r>
    </w:p>
    <w:p>
      <w:r>
        <w:rPr>
          <w:b/>
        </w:rPr>
        <w:t xml:space="preserve">[45:20] </w:t>
      </w:r>
      <w:r>
        <w:t>Please advise how to develop delinking mindset."</w:t>
      </w:r>
    </w:p>
    <w:p>
      <w:pPr>
        <w:jc w:val="right"/>
      </w:pPr>
      <w:r>
        <w:t>پلیز ایڈوائس ہاؤ ٹو ڈیویلپ ڈی لنکنگ مائنڈ سیٹ۔"</w:t>
      </w:r>
    </w:p>
    <w:p>
      <w:r>
        <w:rPr>
          <w:b/>
        </w:rPr>
        <w:t xml:space="preserve">[45:29] </w:t>
      </w:r>
      <w:r>
        <w:t>Dekhiye, delinking mindset jo hai, woh fitri mindset hai, natural mindset hai.</w:t>
      </w:r>
    </w:p>
    <w:p>
      <w:pPr>
        <w:jc w:val="right"/>
      </w:pPr>
      <w:r>
        <w:t>دیکھیے، ڈی لنکنگ مائنڈ سیٹ جو ہے، وہ فطری مائنڈ سیٹ ہے، نیچرل مائنڈ سیٹ ہے۔</w:t>
      </w:r>
    </w:p>
    <w:p>
      <w:r>
        <w:rPr>
          <w:b/>
        </w:rPr>
        <w:t xml:space="preserve">[45:43] </w:t>
      </w:r>
      <w:r>
        <w:t>Sach poochhein to hamare akhbar, hamare leader, so called leader, is ke zimmedar hain ke josheeli taqreerein karte hain, josheeli taqreerein kar kar ke awam ko bharka dete hain.</w:t>
      </w:r>
    </w:p>
    <w:p>
      <w:pPr>
        <w:jc w:val="right"/>
      </w:pPr>
      <w:r>
        <w:t>سچ پوچھیں تو ہمارے اخبار، ہمارے لیڈر، سو کالڈ لیڈر، اس کے ذمہ دار ہیں کہ جوشیلی تقریریں کرتے ہیں، جوشیلی تقریریں کر کر کے عوام کو بھڑکا دیتے ہیں۔</w:t>
      </w:r>
    </w:p>
    <w:p>
      <w:r>
        <w:rPr>
          <w:b/>
        </w:rPr>
        <w:t xml:space="preserve">[45:59] </w:t>
      </w:r>
      <w:r>
        <w:t>Yaqeen kijiye ke agar yeh hamare akhbar na hon, jo sansani khaiz khabrein chhapte hain, aur leader na hon, log apni normal halat mein rahein to kuch bhi nahi paida hua.</w:t>
      </w:r>
    </w:p>
    <w:p>
      <w:pPr>
        <w:jc w:val="right"/>
      </w:pPr>
      <w:r>
        <w:t>یقین کیجئے کہ اگر یہ ہمارے اخبار نہ ہوں، جو سنسنی خیز خبریں چھاپتے ہیں، اور لیڈر نہ ہوں، لوگ اپنی نارمل حالت میں رہیں تو کچھ بھی نہیں پیدا ہوا۔</w:t>
      </w:r>
    </w:p>
    <w:p>
      <w:r>
        <w:rPr>
          <w:b/>
        </w:rPr>
        <w:t xml:space="preserve">[46:17] </w:t>
      </w:r>
      <w:r>
        <w:t>Main apni misaal de sakta hoon ke main paida hua jab ke akhbarat nahi hua karte the, leader bhi nahi hua karte the.</w:t>
      </w:r>
    </w:p>
    <w:p>
      <w:pPr>
        <w:jc w:val="right"/>
      </w:pPr>
      <w:r>
        <w:t>میں اپنی مثال دے سکتا ہوں کہ میں پیدا ہوا جب کہ اخبارات نہیں ہوا کرتے تھے، لیڈر بھی نہیں ہوا کرتے تھے۔</w:t>
      </w:r>
    </w:p>
    <w:p>
      <w:r>
        <w:rPr>
          <w:b/>
        </w:rPr>
        <w:t xml:space="preserve">[46:27] </w:t>
      </w:r>
      <w:r>
        <w:t>Yeh mera area tha, gaon ka area, gaon ka hai, wahan koi akhbar nahi, koi leader nahi. To saare bas saare aisi halat ho jate the, aapas mein mashwara karke koi ladai jhagda hota hi nahi tha.</w:t>
      </w:r>
    </w:p>
    <w:p>
      <w:pPr>
        <w:jc w:val="right"/>
      </w:pPr>
      <w:r>
        <w:t>یہ میرا ایریا تھا، گاؤں کا ایریا، گاؤں کا ہے، وہاں کوئی اخبار نہیں، کوئی لیڈر نہیں۔ تو سارے بس سارے ایسی حالت ہو جاتے تھے، آپس میں مشورہ کر کے کوئی لڑائی جھگڑا ہوتا ہی نہیں تھا۔</w:t>
      </w:r>
    </w:p>
    <w:p>
      <w:r>
        <w:rPr>
          <w:b/>
        </w:rPr>
        <w:t xml:space="preserve">[46:45] </w:t>
      </w:r>
      <w:r>
        <w:t>To yeh, yeh to, yeh to sach poochhein to jo aap ne farmaya, yeh yeh masnooi hai, masnooi, artificial.</w:t>
      </w:r>
    </w:p>
    <w:p>
      <w:pPr>
        <w:jc w:val="right"/>
      </w:pPr>
      <w:r>
        <w:t>تو یہ، یہ تو، یہ تو سچ پوچھیں تو جو آپ نے فرمایا، یہ یہ مصنوعی ہے، مصنوعی، آرٹیفیشل۔</w:t>
      </w:r>
    </w:p>
    <w:p>
      <w:r>
        <w:rPr>
          <w:b/>
        </w:rPr>
        <w:t xml:space="preserve">[46:57] </w:t>
      </w:r>
      <w:r>
        <w:t>Main is ko real nahi manta.</w:t>
      </w:r>
    </w:p>
    <w:p>
      <w:pPr>
        <w:jc w:val="right"/>
      </w:pPr>
      <w:r>
        <w:t>میں اس کو ریئل نہیں مانتا۔</w:t>
      </w:r>
    </w:p>
    <w:p>
      <w:r>
        <w:rPr>
          <w:b/>
        </w:rPr>
        <w:t xml:space="preserve">[47:03] </w:t>
      </w:r>
      <w:r>
        <w:t>Maulana, do aur comment padhna chahenge. Muhammad Zakariya sahab ne Kashmir se likha hai: "Absolutely overwhelming and impressive interpretation by Maulana.</w:t>
      </w:r>
    </w:p>
    <w:p>
      <w:pPr>
        <w:jc w:val="right"/>
      </w:pPr>
      <w:r>
        <w:t>مولانا، دو اور کمنٹ پڑھنا چاہیں گے۔ محمد زکریا صاحب نے کشمیر سے لکھا ہے: "ایبسولیوٹلی اوور ویلمنگ اینڈ امپریسو انٹرپریٹیشن بائے مولانا۔</w:t>
      </w:r>
    </w:p>
    <w:p>
      <w:r>
        <w:rPr>
          <w:b/>
        </w:rPr>
        <w:t xml:space="preserve">[47:15] </w:t>
      </w:r>
      <w:r>
        <w:t>We are stunned. Still an available and open option to execute in today issues, whether national or international.</w:t>
      </w:r>
    </w:p>
    <w:p>
      <w:pPr>
        <w:jc w:val="right"/>
      </w:pPr>
      <w:r>
        <w:t>وی آر سٹنڈ۔ سٹل این اویلیبل اینڈ اوپن آپشن ٹو ایگزیکیوٹ ان ٹوڈے ایشوز، ویدر نیشنل اور انٹرنیشنل۔</w:t>
      </w:r>
    </w:p>
    <w:p>
      <w:r>
        <w:rPr>
          <w:b/>
        </w:rPr>
        <w:t xml:space="preserve">[47:27] </w:t>
      </w:r>
      <w:r>
        <w:t>May Allah help our higher ups to make proper execution of prophets great method to solve issues." Dr. Safina Tabassum ne Saharanpur se likha hai: "I think that the controversial elements in our society is a distraction for a man of mission." Maulana, agla ek comment aur sawal aaya hai Kashmir se.</w:t>
      </w:r>
    </w:p>
    <w:p>
      <w:pPr>
        <w:jc w:val="right"/>
      </w:pPr>
      <w:r>
        <w:t>می اللہ ہیلپ اور ہائر اپس ٹو میک پراپر ایگزیکیوشن آف پرافٹس گریٹ میتھڈ ٹو سالو ایشوز۔" ڈاکٹر صفینہ تبسم نے سارن پور سے لکھا ہے: "آئی تھنک دیٹ دا کنٹروورشل ایلیمنٹس ان اور سوسائٹی از ا ڈسٹریکشن فار ا مین آف مشن۔" مولانا، اگلا ایک کمنٹ اور سوال آیا ہے کشمیر سے۔</w:t>
      </w:r>
    </w:p>
    <w:p>
      <w:r>
        <w:rPr>
          <w:b/>
        </w:rPr>
        <w:t xml:space="preserve">[47:54] </w:t>
      </w:r>
      <w:r>
        <w:t>عامر موری صاحب نے بھیجا ہے، انہوں نے لکھا ہے کہ: "I think after adopting the delinking</w:t>
      </w:r>
    </w:p>
    <w:p>
      <w:pPr>
        <w:jc w:val="right"/>
      </w:pPr>
      <w:r>
        <w:t>عامر موری صاحب نے بھیجا ہے، انہوں نے لکھا ہے کہ: "آئی تھنک افٹر اڈاپٹنگ دا ڈی لنکنگ</w:t>
      </w:r>
    </w:p>
    <w:p>
      <w:r>
        <w:rPr>
          <w:b/>
        </w:rPr>
        <w:t xml:space="preserve">[48:00] </w:t>
      </w:r>
      <w:r>
        <w:t>model in the matters of controversy,</w:t>
      </w:r>
    </w:p>
    <w:p>
      <w:pPr>
        <w:jc w:val="right"/>
      </w:pPr>
      <w:r>
        <w:t>ماڈل ان دی میٹرز آف کنٹروورسی،</w:t>
      </w:r>
    </w:p>
    <w:p>
      <w:r>
        <w:rPr>
          <w:b/>
        </w:rPr>
        <w:t xml:space="preserve">[48:04] </w:t>
      </w:r>
      <w:r>
        <w:t>A time will come when all controversial matters will be converted into non-controversial,</w:t>
      </w:r>
    </w:p>
    <w:p>
      <w:pPr>
        <w:jc w:val="right"/>
      </w:pPr>
      <w:r>
        <w:t>ا ٹائم ویل کم وین آل کنٹروورشل میٹرز ویل بی کنورٹڈ انٹو نان کنٹروورشل،</w:t>
      </w:r>
    </w:p>
    <w:p>
      <w:r>
        <w:rPr>
          <w:b/>
        </w:rPr>
        <w:t xml:space="preserve">[48:12] </w:t>
      </w:r>
      <w:r>
        <w:t>"and the result will be only peace, harmony and development."</w:t>
      </w:r>
    </w:p>
    <w:p>
      <w:pPr>
        <w:jc w:val="right"/>
      </w:pPr>
      <w:r>
        <w:t>اینڈ دا رزلٹ ویل بی اونلی پیس، ہارمونی اینڈ ڈیویلپمنٹ۔"</w:t>
      </w:r>
    </w:p>
    <w:p>
      <w:r>
        <w:rPr>
          <w:b/>
        </w:rPr>
        <w:t xml:space="preserve">[48:18] </w:t>
      </w:r>
      <w:r>
        <w:t>مولانا صاحب، my question is: "Why Muslims have failed to discover this great wisdom from the life of</w:t>
      </w:r>
    </w:p>
    <w:p>
      <w:pPr>
        <w:jc w:val="right"/>
      </w:pPr>
      <w:r>
        <w:t>مولانا صاحب، مائی کوئسچن از: "وائی مسلمز ہیو فیل ٹو ڈسکور دس گریٹ وزڈم فرام دا لائف آف</w:t>
      </w:r>
    </w:p>
    <w:p>
      <w:r>
        <w:rPr>
          <w:b/>
        </w:rPr>
        <w:t xml:space="preserve">[48:26] </w:t>
      </w:r>
      <w:r>
        <w:t>"The Prophet, and what is a sacrifice one has to make to implement this model?"</w:t>
      </w:r>
    </w:p>
    <w:p>
      <w:pPr>
        <w:jc w:val="right"/>
      </w:pPr>
      <w:r>
        <w:t>دا پرافٹ، اینڈ واٹ از ا سیکریفائس ون ہیز ٹو میک ٹو امپلیمنٹ دس ماڈل؟"</w:t>
      </w:r>
    </w:p>
    <w:p>
      <w:r>
        <w:rPr>
          <w:b/>
        </w:rPr>
        <w:t xml:space="preserve">[48:35] </w:t>
      </w:r>
      <w:r>
        <w:t>bhai, mein to yahi samajhta hoon ke sab unnatural hai,</w:t>
      </w:r>
    </w:p>
    <w:p>
      <w:pPr>
        <w:jc w:val="right"/>
      </w:pPr>
      <w:r>
        <w:t>بھئی، میں تو یہی سمجھتا ہوں کہ سب ان نیچرل ہے،</w:t>
      </w:r>
    </w:p>
    <w:p>
      <w:r>
        <w:rPr>
          <w:b/>
        </w:rPr>
        <w:t xml:space="preserve">[48:38] </w:t>
      </w:r>
      <w:r>
        <w:t>ghair fitri, aur unnatural jo paida hua hai, mostly jo akhbarat hamare hain, jo sensus, sensationals par believe karte hain, sensational news,</w:t>
      </w:r>
    </w:p>
    <w:p>
      <w:pPr>
        <w:jc w:val="right"/>
      </w:pPr>
      <w:r>
        <w:t>غیر فطری، اور ان نیچرل جو پیدا ہوا ہے، موسٹلی جو اخبارات ہمارے ہیں، جو سینسس، سینسیشنلز پر بیلیو کرتے ہیں، سینسیشنل نیوز،</w:t>
      </w:r>
    </w:p>
    <w:p>
      <w:r>
        <w:rPr>
          <w:b/>
        </w:rPr>
        <w:t xml:space="preserve">[48:55] </w:t>
      </w:r>
      <w:r>
        <w:t>kyunke inka akhbar bikta hai, aur doosre hamare jo so called leaders hain, woh bhi jazbati tabqe hain, khare hain kahin jab mic le gaye to light lagayenge, woh josh o kharosh ke sath bolne hain.</w:t>
      </w:r>
    </w:p>
    <w:p>
      <w:pPr>
        <w:jc w:val="right"/>
      </w:pPr>
      <w:r>
        <w:t>کیونکہ ان کا اخبار بکتا ہے، اور دوسرے ہمارے جو سو کالڈ لیڈرز ہیں، وہ بھی جذباتی طبقے ہیں، کھڑے ہیں کہیں جب مائیک لے گئے تو لائٹ لگائیں گے، وہ جوش و خروش کے ساتھ بولنے ہیں۔</w:t>
      </w:r>
    </w:p>
    <w:p>
      <w:r>
        <w:rPr>
          <w:b/>
        </w:rPr>
        <w:t xml:space="preserve">[49:13] </w:t>
      </w:r>
      <w:r>
        <w:t>jaise main misaal deta hoon aap ko ke bangladesh mein jo band banduq uthe the, sheikh mujib rehman, to woh woh pure baron mein ek rebar tha, idhar tha woh aadmi,</w:t>
      </w:r>
    </w:p>
    <w:p>
      <w:pPr>
        <w:jc w:val="right"/>
      </w:pPr>
      <w:r>
        <w:t>جیسے میں مثال دیتا ہوں آپ کو کہ بنگلہ دیش میں جو بند بندوق اٹھے تھے، شیخ مجیب الرحمن، تو وہ وہ پورے باروں میں ایک ریبڑ تھا، ادھر تھا وہ آدمی،</w:t>
      </w:r>
    </w:p>
    <w:p>
      <w:r>
        <w:rPr>
          <w:b/>
        </w:rPr>
        <w:t xml:space="preserve">[49:33] </w:t>
      </w:r>
      <w:r>
        <w:t>to woh kehte the: "sonar bangla, joshe josh ke liye andaaz mein kaha bangladesh agar ban jaye to woh sonar bangla hoga, sone ka bangla hoga." yeh kya hi jazbati baatein theen!</w:t>
      </w:r>
    </w:p>
    <w:p>
      <w:pPr>
        <w:jc w:val="right"/>
      </w:pPr>
      <w:r>
        <w:t>تو وہ کہتے تھے: "سونار بنگلہ، جوشی جوش کے لیے انداز میں کہا بنگلہ دیش اگر بن جائے تو وہ سونار بنگلہ ہوگا، سونے کا بنگلہ ہوگا۔" یہ کیا ہی جذباتی باتیں تھیں!</w:t>
      </w:r>
    </w:p>
    <w:p>
      <w:r>
        <w:rPr>
          <w:b/>
        </w:rPr>
        <w:t xml:space="preserve">[49:49] </w:t>
      </w:r>
      <w:r>
        <w:t>koi na sona na chandi hai, to yeh jazbati bhadkao baatein kar ke logon ne logon ko unnatural bana diya hai.</w:t>
      </w:r>
    </w:p>
    <w:p>
      <w:pPr>
        <w:jc w:val="right"/>
      </w:pPr>
      <w:r>
        <w:t>کوئی نہ سونا نہ چاندی ہے، تو یہ جذباتی بھڑکاؤ باتیں کر کے لوگوں نے لوگوں کو ان نیچرل بنا دیا ہے۔</w:t>
      </w:r>
    </w:p>
    <w:p>
      <w:r>
        <w:rPr>
          <w:b/>
        </w:rPr>
        <w:t xml:space="preserve">[49:59] </w:t>
      </w:r>
      <w:r>
        <w:t>warna log fitrat, fitrat par rahein to kuch bhi nahi hoga. aur main ne apni bachpan mein khoob khoob dekha hai ke hamare gaon mein, aas paas mein, main aap ko ek qissa batata hoon.</w:t>
      </w:r>
    </w:p>
    <w:p>
      <w:pPr>
        <w:jc w:val="right"/>
      </w:pPr>
      <w:r>
        <w:t>ورنہ لوگ فطرت، فطرت پر رہیں تو کچھ بھی نہیں ہوگا۔ اور میں نے اپنی بچپن میں خوب خوب دیکھا ہے کہ ہمارے گاؤں میں، اس پاس میں، میں آپ کو ایک قصہ بتاتا ہوں۔</w:t>
      </w:r>
    </w:p>
    <w:p>
      <w:r>
        <w:rPr>
          <w:b/>
        </w:rPr>
        <w:t xml:space="preserve">[50:15] </w:t>
      </w:r>
      <w:r>
        <w:t>mere apne gaon mein ek ek bohat hi</w:t>
      </w:r>
    </w:p>
    <w:p>
      <w:pPr>
        <w:jc w:val="right"/>
      </w:pPr>
      <w:r>
        <w:t>میرے اپنے گاؤں میں ایک ایک بہت ہی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