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Major Signs of Doomsday November 26, 2023</w:t>
      </w:r>
    </w:p>
    <w:p>
      <w:r>
        <w:t>https://youtu.be/pMRzFjrkWf4</w:t>
      </w:r>
    </w:p>
    <w:p>
      <w:r>
        <w:rPr>
          <w:b/>
        </w:rPr>
        <w:t xml:space="preserve">[00:11] </w:t>
      </w:r>
      <w:r>
        <w:t>assalam o alaikum. today we will have conversation with professor farida khanam on the subject "major signs of the doomsday".</w:t>
      </w:r>
    </w:p>
    <w:p>
      <w:pPr>
        <w:jc w:val="right"/>
      </w:pPr>
      <w:r>
        <w:t>السلام علیکم۔ ٹوڈے وی ویل ہیو کانورسیشن ود پروفیسر فریدہ خانم آن دا سبجیکٹ "میجر سائنز آف دا ڈومز ڈے"۔</w:t>
      </w:r>
    </w:p>
    <w:p>
      <w:r>
        <w:rPr>
          <w:b/>
        </w:rPr>
        <w:t xml:space="preserve">[00:20] </w:t>
      </w:r>
      <w:r>
        <w:t>the history of religion tells us that from the time god created mankind, he has been sending prophets for its guidance.</w:t>
      </w:r>
    </w:p>
    <w:p>
      <w:pPr>
        <w:jc w:val="right"/>
      </w:pPr>
      <w:r>
        <w:t>دی ہسٹری آف ریلیجن ٹیلز اس دیٹ فرام دا ٹائم گاڈ کریٹڈ مین کائنڈ، ہی ہیز بین سینڈنگ پرافٹس فار اٹس گائیڈنس۔</w:t>
      </w:r>
    </w:p>
    <w:p>
      <w:r>
        <w:rPr>
          <w:b/>
        </w:rPr>
        <w:t xml:space="preserve">[00:30] </w:t>
      </w:r>
      <w:r>
        <w:t>the prophets from time to time have been telling humanity that this world is temporary, and its term will soon come to an end.</w:t>
      </w:r>
    </w:p>
    <w:p>
      <w:pPr>
        <w:jc w:val="right"/>
      </w:pPr>
      <w:r>
        <w:t>دی پرافٹس فرام ٹائم ٹو ٹائم ہیو بین ٹیلنگ ہیومینٹی دیٹ دس ورلڈ از ٹیمپرری، اینڈ اٹس ٹرم ویل سون کم ٹو این اینڈ۔</w:t>
      </w:r>
    </w:p>
    <w:p>
      <w:r>
        <w:rPr>
          <w:b/>
        </w:rPr>
        <w:t xml:space="preserve">[00:40] </w:t>
      </w:r>
      <w:r>
        <w:t>when we study the quran and the hadith, we find out that before the end of times, there will some clear signs emerge warning the humanity.</w:t>
      </w:r>
    </w:p>
    <w:p>
      <w:pPr>
        <w:jc w:val="right"/>
      </w:pPr>
      <w:r>
        <w:t>وین وی سٹڈی دا قرآن اینڈ دا حدیث، وی فائنڈ آؤٹ دیٹ بیفور دی اینڈ آف ٹائمز، دیر ویل سم کلیئر سائنز ایمرج وارننگ دی ہیومینٹی۔</w:t>
      </w:r>
    </w:p>
    <w:p>
      <w:r>
        <w:rPr>
          <w:b/>
        </w:rPr>
        <w:t xml:space="preserve">[00:51] </w:t>
      </w:r>
      <w:r>
        <w:t>chief among those ten signs that prophet mentioned are rise of killings, appearance of yajooj, majooj, dajaal, daaba, descent of isa bin mariyam, and rise of rising of sun from the west instead of the east.</w:t>
      </w:r>
    </w:p>
    <w:p>
      <w:pPr>
        <w:jc w:val="right"/>
      </w:pPr>
      <w:r>
        <w:t>چیف امنگ دوز ٹین سائنز دیٹ پرافٹ مینشنڈ آر رائز آف کلنگز، اپیئرنس آف دکان، دجال، دابا، ڈیسنٹ آف عیسیٰ بن مریم، اینڈ رائز آف رائزنگ آف سن فرام دا ویسٹ انسٹیڈ آف دا ایسٹ۔</w:t>
      </w:r>
    </w:p>
    <w:p>
      <w:r>
        <w:rPr>
          <w:b/>
        </w:rPr>
        <w:t xml:space="preserve">[01:10] </w:t>
      </w:r>
      <w:r>
        <w:t>so today we will have conversation on some of the signs with farida apa. to chaliye inhi se baat cheet karte hain. assalam o alaikum apa, kaise hain aap? waalaikum assalam.</w:t>
      </w:r>
    </w:p>
    <w:p>
      <w:pPr>
        <w:jc w:val="right"/>
      </w:pPr>
      <w:r>
        <w:t>سو ٹوڈے وی ویل ہیو کانورسیشن آن سم آف دی سائنز ود فریدہ آپا۔ تو چلیے انہی سے بات چیت کرتے ہیں۔ السلام علیکم آپا، کیسے ہیں آپ؟ وعلیکم السلام۔</w:t>
      </w:r>
    </w:p>
    <w:p>
      <w:r>
        <w:rPr>
          <w:b/>
        </w:rPr>
        <w:t xml:space="preserve">[01:19] </w:t>
      </w:r>
      <w:r>
        <w:t>aap khairiyat se hain? ji alhamdulillah. apa, sab se pehla jo sawal main aap se poochna chahunga, woh yeh hai ke hadith hai ke qayamat se pehle it is mention that there will be lot of harj.</w:t>
      </w:r>
    </w:p>
    <w:p>
      <w:pPr>
        <w:jc w:val="right"/>
      </w:pPr>
      <w:r>
        <w:t>آپ خیریت سے ہیں؟ جی الحمدللہ۔ آپا، سب سے پہلا جو سوال میں آپ سے پوچھنا چاہوں گا، وہ یہ ہے کہ حدیث ہے کہ قیامت سے پہلے اٹ از مینشن دیٹ دیر ویل بی لاٹ آف حرج۔</w:t>
      </w:r>
    </w:p>
    <w:p>
      <w:r>
        <w:rPr>
          <w:b/>
        </w:rPr>
        <w:t xml:space="preserve">[01:33] </w:t>
      </w:r>
      <w:r>
        <w:t>to prophet se poocha gaya ke yeh harj kia hai? to unhon ne kaha killings.</w:t>
      </w:r>
    </w:p>
    <w:p>
      <w:pPr>
        <w:jc w:val="right"/>
      </w:pPr>
      <w:r>
        <w:t>تو پرافٹ سے پوچھا گیا کہ یہ حرج کیا ہے؟ تو انہوں نے کہا کلنگز۔</w:t>
      </w:r>
    </w:p>
    <w:p>
      <w:r>
        <w:rPr>
          <w:b/>
        </w:rPr>
        <w:t xml:space="preserve">[01:39] </w:t>
      </w:r>
      <w:r>
        <w:t>to mein chahunga apa is ke bare mein aap hum sab ko bataein. haan, sahih muslim mein ek pura chapter hai, kitab ul fitan.</w:t>
      </w:r>
    </w:p>
    <w:p>
      <w:pPr>
        <w:jc w:val="right"/>
      </w:pPr>
      <w:r>
        <w:t>تو میں چاہوں گا آپا اس کے بارے میں آپ ہم سب کو بتائیں۔ ہاں، صحیح مسلم میں ایک پورا چیپٹر ہے، کتاب الفتن۔</w:t>
      </w:r>
    </w:p>
    <w:p>
      <w:r>
        <w:rPr>
          <w:b/>
        </w:rPr>
        <w:t xml:space="preserve">[01:50] </w:t>
      </w:r>
      <w:r>
        <w:t>is mein bohat sari baatein hain kyunke rasool Allah sal Allah alaih wasallam ne prediction ke taur par bohat sari baatein bataein taake hum log tayyar rahein aur qayamat aane wali hai,</w:t>
      </w:r>
    </w:p>
    <w:p>
      <w:pPr>
        <w:jc w:val="right"/>
      </w:pPr>
      <w:r>
        <w:t>اس میں بہت ساری باتیں ہیں کیونکہ رسول اللہ صلی اللہ علیہ وسلم نے پیشن گوئی کے طور پر بہت ساری باتیں بتائیں تاکہ ہم لوگ تیار رہیں اور قیامت آنے والی ہے،</w:t>
      </w:r>
    </w:p>
    <w:p>
      <w:r>
        <w:rPr>
          <w:b/>
        </w:rPr>
        <w:t xml:space="preserve">[02:06] </w:t>
      </w:r>
      <w:r>
        <w:t>is ke liye apne aap ko tayyar karein.</w:t>
      </w:r>
    </w:p>
    <w:p>
      <w:pPr>
        <w:jc w:val="right"/>
      </w:pPr>
      <w:r>
        <w:t>اس کے لیے اپنے آپ کو تیار کریں۔</w:t>
      </w:r>
    </w:p>
    <w:p>
      <w:r>
        <w:rPr>
          <w:b/>
        </w:rPr>
        <w:t xml:space="preserve">[02:09] </w:t>
      </w:r>
      <w:r>
        <w:t>to is mein kuch hum jo major signs hain, usi ko hum ne liya hai. to is mein hai ke harj jo hai, qayamat qaim na hogi jab tak ke do bare group jang na karein.</w:t>
      </w:r>
    </w:p>
    <w:p>
      <w:pPr>
        <w:jc w:val="right"/>
      </w:pPr>
      <w:r>
        <w:t>تو اس میں کچھ ہم جو میجر سائنز ہیں، اسی کو ہم نے لیا ہے۔ تو اس میں ہے کہ حرج جو ہے، قیامت قائم نہ ہوگی جب تک کہ دو بڑے گروپ جنگ نہ کریں۔</w:t>
      </w:r>
    </w:p>
    <w:p>
      <w:r>
        <w:rPr>
          <w:b/>
        </w:rPr>
        <w:t xml:space="preserve">[02:23] </w:t>
      </w:r>
      <w:r>
        <w:t>is jang mein bohat log mare jayenge. to is mein hai ke bohat zyada harj hoga. to rasool Allah sal Allah alaih wasallam se aap ke ashaab ne poocha ke harj kya matlab hai?</w:t>
      </w:r>
    </w:p>
    <w:p>
      <w:pPr>
        <w:jc w:val="right"/>
      </w:pPr>
      <w:r>
        <w:t>اس جنگ میں بہت لوگ مارے جائیں گے۔ تو اس میں ہے کہ بہت زیادہ حرج ہوگا۔ تو رسول اللہ صلی اللہ علیہ وسلم سے آپ کے اصحاب نے پوچھا کہ حرج کیا مطلب ہے؟</w:t>
      </w:r>
    </w:p>
    <w:p>
      <w:r>
        <w:rPr>
          <w:b/>
        </w:rPr>
        <w:t xml:space="preserve">[02:35] </w:t>
      </w:r>
      <w:r>
        <w:t>to aap ne kaha qatl, qatl, killing, kill</w:t>
      </w:r>
    </w:p>
    <w:p>
      <w:pPr>
        <w:jc w:val="right"/>
      </w:pPr>
      <w:r>
        <w:t>تو آپ نے کہا قتل، قتل، کلنگ، کل</w:t>
      </w:r>
    </w:p>
    <w:p>
      <w:r>
        <w:rPr>
          <w:b/>
        </w:rPr>
        <w:t xml:space="preserve">[02:38] </w:t>
      </w:r>
      <w:r>
        <w:t>ling. to bohat zyada killing ho hi rahi hai, pura ab jagah jagah jangien ho rahi hain kyunke weapons bhi bohat naye naye develop ho gaye hain.</w:t>
      </w:r>
    </w:p>
    <w:p>
      <w:pPr>
        <w:jc w:val="right"/>
      </w:pPr>
      <w:r>
        <w:t>نگ۔ تو بہت زیادہ کلنگ ہو ہی رہی ہے، پورا اب جگہ جگہ جنگیں ہو رہی ہیں کیونکہ ویپنز بھی بہت نئے نئے ڈیویلپ ہو گئے ہیں۔</w:t>
      </w:r>
    </w:p>
    <w:p>
      <w:r>
        <w:rPr>
          <w:b/>
        </w:rPr>
        <w:t xml:space="preserve">[02:48] </w:t>
      </w:r>
      <w:r>
        <w:t>to jang karna jo hai, wo bohat zyada logon ko mauqa mil gaya jang karne ka. pehle to sirf talwar hoti thi, to maidan jang mein limited tareeqe se jang hoti thi.</w:t>
      </w:r>
    </w:p>
    <w:p>
      <w:pPr>
        <w:jc w:val="right"/>
      </w:pPr>
      <w:r>
        <w:t>تو جنگ کرنا جو ہے، وہ بہت زیادہ لوگوں کو موقع مل گیا جنگ کرنے کا۔ پہلے تو صرف تلوار ہوتی تھی، تو میدان جنگ میں لمیٹڈ طریقے سے جنگ ہوتی تھی۔</w:t>
      </w:r>
    </w:p>
    <w:p>
      <w:r>
        <w:rPr>
          <w:b/>
        </w:rPr>
        <w:t xml:space="preserve">[03:01] </w:t>
      </w:r>
      <w:r>
        <w:t>ab to door mar hathiyar hain, kahin bhi koi baitha hua hai, kisi ko bhi maar sakta hai. to is tareeqe se bohat zyada jangon mein izafa hua.</w:t>
      </w:r>
    </w:p>
    <w:p>
      <w:pPr>
        <w:jc w:val="right"/>
      </w:pPr>
      <w:r>
        <w:t>اب تو دور مار ہتھیار ہیں، کہیں بھی کوئی بیٹھا ہوا ہے، کسی کو بھی مار سکتا ہے۔ تو اس طریقے سے بہت زیادہ جنگوں میں اضافہ ہوا۔</w:t>
      </w:r>
    </w:p>
    <w:p>
      <w:r>
        <w:rPr>
          <w:b/>
        </w:rPr>
        <w:t xml:space="preserve">[03:10] </w:t>
      </w:r>
      <w:r>
        <w:t>aur yeh rasool Allah ki prediction thi, us waqt to maloom bhi nahi tha ke ek zamana ayega jab door mar hathiyar ho jayenge aur jang karna bohat aasan ho jayega.</w:t>
      </w:r>
    </w:p>
    <w:p>
      <w:pPr>
        <w:jc w:val="right"/>
      </w:pPr>
      <w:r>
        <w:t>اور یہ رسول اللہ کی پیشن گوئی تھی، اس وقت تو معلوم بھی نہیں تھا کہ ایک زمانہ آئے گا جب دور مار ہتھیار ہو جائیں گے اور جنگ کرنا بہت آسان ہو جائے گا۔</w:t>
      </w:r>
    </w:p>
    <w:p>
      <w:r>
        <w:rPr>
          <w:b/>
        </w:rPr>
        <w:t xml:space="preserve">[03:20] </w:t>
      </w:r>
      <w:r>
        <w:t>to jo latest jo jang hai, wo falasteen aur israel ki jang hai, is mein bohat zyada tabahi hui hai. aur dono ki tabahi hoti hai, jang mein koi na jeetta hai na koi haarta hai, balke yeh pyrrhic victory hoti hai.</w:t>
      </w:r>
    </w:p>
    <w:p>
      <w:pPr>
        <w:jc w:val="right"/>
      </w:pPr>
      <w:r>
        <w:t>تو جو لیٹسٹ جو جنگ ہے، وہ فلسطین اور اسرائیل کی جنگ ہے، اس میں بہت زیادہ تباہی ہوئی ہے۔ اور دونوں کی تباہی ہوتی ہے، جنگ میں کوئی نہ جیتتا ہے نہ کوئی ہارتا ہے، بلکہ یہ پرک وکٹری ہوتی ہے۔</w:t>
      </w:r>
    </w:p>
    <w:p>
      <w:r>
        <w:rPr>
          <w:b/>
        </w:rPr>
        <w:t xml:space="preserve">[03:34] </w:t>
      </w:r>
      <w:r>
        <w:t>jo jo jeetne wala hai, wo bhi loser hota hai. kyunke jang mein sirf tabahi tabahi hai. is liye rasool Allah sal Allah alaih wasallam ne hamesha jang ko avoid kiya, sulah ka tareeqa ikhtiyar kiya.</w:t>
      </w:r>
    </w:p>
    <w:p>
      <w:pPr>
        <w:jc w:val="right"/>
      </w:pPr>
      <w:r>
        <w:t>جو جو جیتنے والا ہے، وہ بھی لوزر ہوتا ہے۔ کیونکہ جنگ میں صرف تباہی تباہی ہے۔ اس لیے رسول اللہ صلی اللہ علیہ وسلم نے ہمیشہ جنگ کو اوائڈ کیا، صلح کا طریقہ اختیار کیا۔</w:t>
      </w:r>
    </w:p>
    <w:p>
      <w:r>
        <w:rPr>
          <w:b/>
        </w:rPr>
        <w:t xml:space="preserve">[03:47] </w:t>
      </w:r>
      <w:r>
        <w:t>lekin musalman chunke quran se, hadith se, rasool Allah sal Allah alaih wasallam ke uswa se itna zyada door hain ke jaise lagta hai ke un ka is se koi talluq hi nahi hai.</w:t>
      </w:r>
    </w:p>
    <w:p>
      <w:pPr>
        <w:jc w:val="right"/>
      </w:pPr>
      <w:r>
        <w:t>لیکن مسلمان چونکہ قرآن سے، حدیث سے، رسول اللہ صلی اللہ علیہ وسلم کے اسوہ سے اتنا زیادہ دور ہیں کہ جیسے لگتا ہے کہ ان کا اس سے کوئی تعلق ہی نہیں ہے۔</w:t>
      </w:r>
    </w:p>
    <w:p>
      <w:r>
        <w:rPr>
          <w:b/>
        </w:rPr>
        <w:t xml:space="preserve">[03:58] </w:t>
      </w:r>
      <w:r>
        <w:t>rasool Allah ne das saal ka na jang muahida kiya tha, in logon ne char din ka kiya hai. to yeh log jang karna chahte hain aur sulah nahi chahte hain, jabke rasool Allah ka uswa sulah ka hai.</w:t>
      </w:r>
    </w:p>
    <w:p>
      <w:pPr>
        <w:jc w:val="right"/>
      </w:pPr>
      <w:r>
        <w:t>رسول اللہ نے دس سال کا ناجنگ معاہدہ کیا تھا، ان لوگوں نے چار دن کا کیا ہے۔ تو یہ لوگ جنگ کرنا چاہتے ہیں اور صلح نہیں چاہتے ہیں، جبکہ رسول اللہ کا اسوہ صلح کا ہے۔</w:t>
      </w:r>
    </w:p>
    <w:p>
      <w:r>
        <w:rPr>
          <w:b/>
        </w:rPr>
        <w:t xml:space="preserve">[04:11] </w:t>
      </w:r>
      <w:r>
        <w:t>to rasool Allah sal Allah alaih wasallam ne kabhi jang mein pehal nahi ki. yeh log jo hain, jang mein pehal karte hain.</w:t>
      </w:r>
    </w:p>
    <w:p>
      <w:pPr>
        <w:jc w:val="right"/>
      </w:pPr>
      <w:r>
        <w:t>تو رسول اللہ صلی اللہ علیہ وسلم نے کبھی جنگ میں پہل نہیں کی۔ یہ لوگ جو ہیں، جنگ میں پہل کرتے ہیں۔</w:t>
      </w:r>
    </w:p>
    <w:p>
      <w:r>
        <w:rPr>
          <w:b/>
        </w:rPr>
        <w:t xml:space="preserve">[04:19] </w:t>
      </w:r>
      <w:r>
        <w:t>to in logon ek to na yeh log quran o hadith se guidance lete hain aur na yeh logon ka aql se koi talluq hai.</w:t>
      </w:r>
    </w:p>
    <w:p>
      <w:pPr>
        <w:jc w:val="right"/>
      </w:pPr>
      <w:r>
        <w:t>تو ان لوگوں ایک تو نہ یہ لوگ قرآن و حدیث سے گائیڈنس لیتے ہیں اور نہ یہ لوگوں کا عقل سے کوئی تعلق ہے۔</w:t>
      </w:r>
    </w:p>
    <w:p>
      <w:r>
        <w:rPr>
          <w:b/>
        </w:rPr>
        <w:t xml:space="preserve">[04:28] </w:t>
      </w:r>
      <w:r>
        <w:t>kyunke ab jab jang mein bohat zyada tabahi hui to yeh log ya mahdi ya mahdi karne lage. ab unhone jo mahdi ka jo concept develop kiya hai, is mein yeh kya hai ke wo ek jangi leader hoga, ek political leader hoga, jabke aisa kuch nahi hai hadithon mein.</w:t>
      </w:r>
    </w:p>
    <w:p>
      <w:pPr>
        <w:jc w:val="right"/>
      </w:pPr>
      <w:r>
        <w:t>کیونکہ اب جب جنگ میں بہت زیادہ تباہی ہوئی تو یہ لوگ یا مہدی یا مہدی کرنے لگے۔ اب انہوں نے جو مہدی کا جو کانسیپٹ ڈیویلپ کیا ہے، اس میں یہ کیا ہے کہ وہ ایک جنگی لیڈر ہوگا، ایک پولیٹیکل لیڈر ہوگا، جبکہ ایسا کچھ نہیں ہے حدیثوں میں۔</w:t>
      </w:r>
    </w:p>
    <w:p>
      <w:r>
        <w:rPr>
          <w:b/>
        </w:rPr>
        <w:t xml:space="preserve">[04:48] </w:t>
      </w:r>
      <w:r>
        <w:t>to ab agar un ko un ke hisab se agar mahdi ek jangi leader hai to jab jangi leader un ke paas aa jata, tabhi jang karte.</w:t>
      </w:r>
    </w:p>
    <w:p>
      <w:pPr>
        <w:jc w:val="right"/>
      </w:pPr>
      <w:r>
        <w:t>تو اب اگر ان کو ان کے حساب سے اگر مہدی ایک جنگی لیڈر ہے تو جب جنگی لیڈر ان کے پاس آ جاتا، تبھی جنگ کرتے۔</w:t>
      </w:r>
    </w:p>
    <w:p>
      <w:r>
        <w:rPr>
          <w:b/>
        </w:rPr>
        <w:t xml:space="preserve">[04:57] </w:t>
      </w:r>
      <w:r>
        <w:t>un ka concept yeh hai ke jab mahdi ayega to us ke sath le kar ke wo sari dunya mein mushrikeen ko aur kafiron ko jang kar ke hara denge aur islam ki hukumat qaim hogi.</w:t>
      </w:r>
    </w:p>
    <w:p>
      <w:pPr>
        <w:jc w:val="right"/>
      </w:pPr>
      <w:r>
        <w:t>ان کا کانسیپٹ یہ ہے کہ جب مہدی آئے گا تو اس کے ساتھ لے کر کے وہ ساری دنیا میں مشرکین کو اور کافروں کو جنگ کر کے ہرا دیں گے اور اسلام کی حکومت قائم ہوگی۔</w:t>
      </w:r>
    </w:p>
    <w:p>
      <w:r>
        <w:rPr>
          <w:b/>
        </w:rPr>
        <w:t xml:space="preserve">[05:09] </w:t>
      </w:r>
      <w:r>
        <w:t>ab jab haar rahe hain, tabahi aa rahi hai to ya mahdi ya mahdi kar rahe hain. to na aql se koi talluq hai, na quran o hadith se koi talluq hai.</w:t>
      </w:r>
    </w:p>
    <w:p>
      <w:pPr>
        <w:jc w:val="right"/>
      </w:pPr>
      <w:r>
        <w:t>اب جب ہار رہے ہیں، تباہی آ رہی ہے تو یا مہدی یا مہدی کر رہے ہیں۔ تو نہ عقل سے کوئی تعلق ہے، نہ قرآن و حدیث سے کوئی تعلق ہے۔</w:t>
      </w:r>
    </w:p>
    <w:p>
      <w:r>
        <w:rPr>
          <w:b/>
        </w:rPr>
        <w:t xml:space="preserve">[05:18] </w:t>
      </w:r>
      <w:r>
        <w:t>to ab aap bataiye ke kaise Khuda ki madad un ko hasil hogi?</w:t>
      </w:r>
    </w:p>
    <w:p>
      <w:pPr>
        <w:jc w:val="right"/>
      </w:pPr>
      <w:r>
        <w:t>تو اب آپ بتائیے کہ کیسے خدا کی مدد ان کو حاصل ہوگی؟</w:t>
      </w:r>
    </w:p>
    <w:p>
      <w:r>
        <w:rPr>
          <w:b/>
        </w:rPr>
        <w:t xml:space="preserve">[05:23] </w:t>
      </w:r>
      <w:r>
        <w:t>to Allah taala ne sare resources jo diya, naye opportunities diya, naya zamana diya, religious freedom di. to itna zyada petrol dollars ke zariye se un ke paas resources aaye, wo sara unhone jang mein tabah kar diya.</w:t>
      </w:r>
    </w:p>
    <w:p>
      <w:pPr>
        <w:jc w:val="right"/>
      </w:pPr>
      <w:r>
        <w:t>تو اللہ تعالیٰ نے سارے ریسورسز جو دیا، نئی اپرچونیٹیز دیا، نیا زمانہ دیا، ریلیجس فریڈم دی۔ تو اتنا زیادہ پیٹرول ڈالرز کے ذریعے سے ان کے پاس ریسورسز آئے، وہ سارا انہوں نے جنگ میں تباہ کر دیا۔</w:t>
      </w:r>
    </w:p>
    <w:p>
      <w:r>
        <w:rPr>
          <w:b/>
        </w:rPr>
        <w:t xml:space="preserve">[05:40] </w:t>
      </w:r>
      <w:r>
        <w:t>kuch bhi unhone is se deen ka kaam nahi kiya. daawa work ka to un ke haan concept hi nahi hai ke daawa work bhi koi kaam hai.</w:t>
      </w:r>
    </w:p>
    <w:p>
      <w:pPr>
        <w:jc w:val="right"/>
      </w:pPr>
      <w:r>
        <w:t>کچھ بھی انہوں نے اس سے دین کا کام نہیں کیا۔ دعویٰ ورک کا تو ان کے ہاں کانسیپٹ ہی نہیں ہے کہ دعویٰ ورک بھی کوئی کام ہے۔</w:t>
      </w:r>
    </w:p>
    <w:p>
      <w:r>
        <w:rPr>
          <w:b/>
        </w:rPr>
        <w:t xml:space="preserve">[05:49] </w:t>
      </w:r>
      <w:r>
        <w:t>to is tareeqe se yahan par mujhe wo yaad aata hai, Hazrat Musa alaih wasallam ne jab kaha tha ke aye Allah, meri qaum se aql mat chheenna.</w:t>
      </w:r>
    </w:p>
    <w:p>
      <w:pPr>
        <w:jc w:val="right"/>
      </w:pPr>
      <w:r>
        <w:t>تو اس طریقے سے یہاں پر مجھے وہ یاد آتا ہے، حضرت موسیٰ علیہ السلام نے جب کہا تھا کہ اے اللہ، میری قوم سے عقل مت چھیننا۔</w:t>
      </w:r>
    </w:p>
    <w:p>
      <w:r>
        <w:rPr>
          <w:b/>
        </w:rPr>
        <w:t xml:space="preserve">[06:02] </w:t>
      </w:r>
      <w:r>
        <w:t>to Allah taala ne kaha ke hum jab kisi se naraz hote hain to sab se pehle aql hi chheente hain. to wahi ho gaya, aql chhan gayi hai. to un ko kuch samajh mein nahi aa raha ke kya karna hai, kya nahi karna hai.</w:t>
      </w:r>
    </w:p>
    <w:p>
      <w:pPr>
        <w:jc w:val="right"/>
      </w:pPr>
      <w:r>
        <w:t>تو اللہ تعالیٰ نے کہا کہ ہم جب کسی سے ناراض ہوتے ہیں تو سب سے پہلے عقل ہی چھینتے ہیں۔ تو وہی ہو گیا، عقل چھن گئی ہے۔ تو ان کو کچھ سمجھ میں نہیں آ رہا کہ کیا کرنا ہے، کیا نہیں کرنا ہے۔</w:t>
      </w:r>
    </w:p>
    <w:p>
      <w:r>
        <w:rPr>
          <w:b/>
        </w:rPr>
        <w:t xml:space="preserve">[06:13] </w:t>
      </w:r>
      <w:r>
        <w:t>ji</w:t>
      </w:r>
    </w:p>
    <w:p>
      <w:pPr>
        <w:jc w:val="right"/>
      </w:pPr>
      <w:r>
        <w:t>جی</w:t>
      </w:r>
    </w:p>
    <w:p>
      <w:r>
        <w:rPr>
          <w:b/>
        </w:rPr>
        <w:t xml:space="preserve">[06:14] </w:t>
      </w:r>
      <w:r>
        <w:t>apa, bilkul bohat achhe se wazeh kiya aap ne. kyunke yeh ek political interpretation aur dawah culture ka khatam hona, yeh bohat hi serious baat hai.</w:t>
      </w:r>
    </w:p>
    <w:p>
      <w:pPr>
        <w:jc w:val="right"/>
      </w:pPr>
      <w:r>
        <w:t>آپا، بالکل بہت اچھے سے واضح کیا آپ نے۔ کیونکہ یہ ایک پولیٹیکل انٹرپریٹیشن اور دعویٰ کلچر کا ختم ہونا، یہ بہت ہی سیریس بات ہے۔</w:t>
      </w:r>
    </w:p>
    <w:p>
      <w:r>
        <w:rPr>
          <w:b/>
        </w:rPr>
        <w:t xml:space="preserve">[06:26] </w:t>
      </w:r>
      <w:r>
        <w:t>in fact, apa Maulana ki jo kitaab hai "political interpretation of Islam", is mein Maulana ne ek bohat achhe se, ek bada simple example, ek analogy ki soorat mein is baat ko samjhaya hai ke agar maan lijiye ke do log hain,</w:t>
      </w:r>
    </w:p>
    <w:p>
      <w:pPr>
        <w:jc w:val="right"/>
      </w:pPr>
      <w:r>
        <w:t>ان فیکٹ، آپا مولانا کی جو کتاب ہے "پولیٹیکل انٹرپریٹیشن آف اسلام"، اس میں مولانا نے ایک بہت اچھے سے، ایک بڑا سمپل ایگزامپل، ایک نالوجی کی صورت میں اس بات کو سمجھایا ہے کہ اگر مان لیجئے کہ دو لوگ ہیں،</w:t>
      </w:r>
    </w:p>
    <w:p>
      <w:r>
        <w:rPr>
          <w:b/>
        </w:rPr>
        <w:t xml:space="preserve">[06:41] </w:t>
      </w:r>
      <w:r>
        <w:t>is mein se ek shakhs yellow object ko continuously dekhta hai aur doosra shakhs jo hai, wohi yellow tinted spectacles daal leta hai.</w:t>
      </w:r>
    </w:p>
    <w:p>
      <w:pPr>
        <w:jc w:val="right"/>
      </w:pPr>
      <w:r>
        <w:t>اس میں سے ایک شخصیلو کلر ابجیکٹ کو کنٹینیوسلی دیکھتا ہے اور دوسرا شخص جو ہے، وہیلو ٹنٹڈ سپیکٹیکلز ڈال لیتا ہے۔</w:t>
      </w:r>
    </w:p>
    <w:p>
      <w:r>
        <w:rPr>
          <w:b/>
        </w:rPr>
        <w:t xml:space="preserve">[06:51] </w:t>
      </w:r>
      <w:r>
        <w:t>to ab aap dekhen, dono ka result kya ho</w:t>
      </w:r>
    </w:p>
    <w:p>
      <w:pPr>
        <w:jc w:val="right"/>
      </w:pPr>
      <w:r>
        <w:t>تو اب آپ دیکھیں، دونوں کا رزلٹ کیا ہو</w:t>
      </w:r>
    </w:p>
    <w:p>
      <w:r>
        <w:rPr>
          <w:b/>
        </w:rPr>
        <w:t xml:space="preserve">[06:53] </w:t>
      </w:r>
      <w:r>
        <w:t>ga? jo shakhs continuously, yeh aap ne khud bhi mehsoos kiya hoga ke agar aap ek color ko musalsal dekhte rahen, continuously, and then suddenly you turn your attention to roam around, then everything will appear yellow,</w:t>
      </w:r>
    </w:p>
    <w:p>
      <w:pPr>
        <w:jc w:val="right"/>
      </w:pPr>
      <w:r>
        <w:t>گا؟ جو شخص کنٹینیوسلی، یہ آپ نے خود بھی محسوس کیا ہوگا کہ اگر آپ ایک کلر کو مسلسل دیکھتے رہیں، کنٹینیوسلی، اینڈ دین سڈنلی یو ٹرن یور اٹینشن ٹو روم اراؤنڈ، دین ایوری تھنگ ویل اپیئریلو،</w:t>
      </w:r>
    </w:p>
    <w:p>
      <w:r>
        <w:rPr>
          <w:b/>
        </w:rPr>
        <w:t xml:space="preserve">[07:07] </w:t>
      </w:r>
      <w:r>
        <w:t>but then its effect will wear off. thori der mein woh asar khatam ho jayega aur aap ko natural colors dikhne lag jayenge. lekin jis shakhs ne yellow tinted spectacles daale hain, us ko sari cheezein yellow dikhengi, natural color to dikhega hi nahin.</w:t>
      </w:r>
    </w:p>
    <w:p>
      <w:pPr>
        <w:jc w:val="right"/>
      </w:pPr>
      <w:r>
        <w:t>بٹ دین اٹس ایفیکٹ ویل ویئر آف۔ تھوڑی دیر میں وہ اثر ختم ہو جائے گا اور آپ کو نیچرل کلرز دکھنے لگ جائیں گے۔ لیکن جس شخص نےیلو ٹنٹڈ سپیکٹیکلز ڈالے ہیں، اس کو ساری چیزیںیلو دکھیں گی، نیچرل کلر تو دکھے گا ہی نہیں۔</w:t>
      </w:r>
    </w:p>
    <w:p>
      <w:r>
        <w:rPr>
          <w:b/>
        </w:rPr>
        <w:t xml:space="preserve">[07:22] </w:t>
      </w:r>
      <w:r>
        <w:t>yahi haal deen ka kya hai political chashma daalne ke baad. kyunke har cheez jo hai, aap ko political dikhti hai.</w:t>
      </w:r>
    </w:p>
    <w:p>
      <w:pPr>
        <w:jc w:val="right"/>
      </w:pPr>
      <w:r>
        <w:t>یہی حال دین کا کیا ہے پولیٹیکل چشمہ ڈالنے کے بعد۔ کیونکہ ہر چیز جو ہے، آپ کو پولیٹیکل دکھتی ہے۔</w:t>
      </w:r>
    </w:p>
    <w:p>
      <w:r>
        <w:rPr>
          <w:b/>
        </w:rPr>
        <w:t xml:space="preserve">[07:30] </w:t>
      </w:r>
      <w:r>
        <w:t>aap ko namaz, roza, zakat, hajj, day to day activities, sab mein jo hai, ek political effect aa gaya hai. asal mein to apa, jaise aap ne bataya ke sahi relationship believer ka to daai aur madhu ka hai, lekin yeh political chashma daalne se ek rivalry ka relationship khada ho gaya hai.</w:t>
      </w:r>
    </w:p>
    <w:p>
      <w:pPr>
        <w:jc w:val="right"/>
      </w:pPr>
      <w:r>
        <w:t>آپ کو نماز، روزہ، زکوۃ، حج، ڈے ٹو ڈے ایکٹیویٹیز، سب میں جو ہے، ایک پولیٹیکل ایفیکٹ آ گیا ہے۔ اصل میں تو آپا، جیسے آپ نے بتایا کہ صحیح ریلیشن شپ بیلیور کا تو دائی اور مدھو کا ہے، لیکن یہ پولیٹیکل چشمہ ڈالنے سے ایک رائیولری کا ریلیشن شپ کھڑا ہو گیا ہے۔</w:t>
      </w:r>
    </w:p>
    <w:p>
      <w:r>
        <w:rPr>
          <w:b/>
        </w:rPr>
        <w:t xml:space="preserve">[07:51] </w:t>
      </w:r>
      <w:r>
        <w:t>dawah culture khatam ho gaya hai aur political culture saamne aa gaya hai. to yeh bohat bada fitna hai yeh. aur isi ko durust karna bohat bohat zaroori hai.</w:t>
      </w:r>
    </w:p>
    <w:p>
      <w:pPr>
        <w:jc w:val="right"/>
      </w:pPr>
      <w:r>
        <w:t>دعویٰ کلچر ختم ہو گیا ہے اور پولیٹیکل کلچر سامنے آ گیا ہے۔ تو یہ بہت بڑا فتنہ ہے یہ۔ اور اسی کو درست کرنا بہت بہت ضروری ہے۔</w:t>
      </w:r>
    </w:p>
    <w:p>
      <w:r>
        <w:rPr>
          <w:b/>
        </w:rPr>
        <w:t xml:space="preserve">[08:02] </w:t>
      </w:r>
      <w:r>
        <w:t>apa, agla sawal mein ek prediction ko le ke poochna chahunga ke there is a prediction that in there is a future occurrence prophet mentioned when a big house will be burned.</w:t>
      </w:r>
    </w:p>
    <w:p>
      <w:pPr>
        <w:jc w:val="right"/>
      </w:pPr>
      <w:r>
        <w:t>آپا، اگلا سوال میں ایک پریڈکشن کو لے کے پوچھنا چاہوں گا کہ دیر از ا پریڈکشن دیٹ ان دیر از ا فیوچر اکرنس پرافٹ مینشنڈ وین ا بگ ہاؤس ویل بی برنڈ۔</w:t>
      </w:r>
    </w:p>
    <w:p>
      <w:r>
        <w:rPr>
          <w:b/>
        </w:rPr>
        <w:t xml:space="preserve">[08:15] </w:t>
      </w:r>
      <w:r>
        <w:t>to is se kya murad hai apa? is ke bare mein aap hum sab ko bataen.</w:t>
      </w:r>
    </w:p>
    <w:p>
      <w:pPr>
        <w:jc w:val="right"/>
      </w:pPr>
      <w:r>
        <w:t>تو اس سے کیا مراد ہے آپا؟ اس کے بارے میں آپ ہم سب کو بتائیں۔</w:t>
      </w:r>
    </w:p>
    <w:p>
      <w:r>
        <w:rPr>
          <w:b/>
        </w:rPr>
        <w:t xml:space="preserve">[08:19] </w:t>
      </w:r>
      <w:r>
        <w:t>wo sahi Muslim ki jo chapter hai kitaab al-fitan, is mein hai ke tum thore dinon ke baad ek bada hadsa dekhoge jo ek bade ghar ko jala dega aur woh zaroor hoga.</w:t>
      </w:r>
    </w:p>
    <w:p>
      <w:pPr>
        <w:jc w:val="right"/>
      </w:pPr>
      <w:r>
        <w:t>وہ صحیح مسلم کی جو چیپٹر ہے کتاب الفتن، اس میں ہے کہ تم تھوڑے دنوں کے بعد ایک بڑا حادثہ دیکھو گے جو ایک بڑے گھر کو جلا دے گا اور وہ ضرور ہوگا۔</w:t>
      </w:r>
    </w:p>
    <w:p>
      <w:r>
        <w:rPr>
          <w:b/>
        </w:rPr>
        <w:t xml:space="preserve">[08:32] </w:t>
      </w:r>
      <w:r>
        <w:t>ab sochiye ke kitna bada is ke consequences kitne zyada the jo hadith mein is ko prediction ke taur par mention kiya gaya.</w:t>
      </w:r>
    </w:p>
    <w:p>
      <w:pPr>
        <w:jc w:val="right"/>
      </w:pPr>
      <w:r>
        <w:t>اب سوچیے کہ کتنا بڑا اس کے کانسیکونسز کتنے زیادہ تھے جو حدیث میں اس کو پیشن گوئی کے طور پر مینشن کیا گیا۔</w:t>
      </w:r>
    </w:p>
    <w:p>
      <w:r>
        <w:rPr>
          <w:b/>
        </w:rPr>
        <w:t xml:space="preserve">[08:42] </w:t>
      </w:r>
      <w:r>
        <w:t>aur isi ke saath yeh hai ke dajjal meri ummat mein niklega. jah</w:t>
      </w:r>
    </w:p>
    <w:p>
      <w:pPr>
        <w:jc w:val="right"/>
      </w:pPr>
      <w:r>
        <w:t>اور اسی کے ساتھ یہ ہے کہ دجال میری امت میں نکلے گا۔ جہ</w:t>
      </w:r>
    </w:p>
    <w:p>
      <w:r>
        <w:rPr>
          <w:b/>
        </w:rPr>
        <w:t xml:space="preserve">[08:46] </w:t>
      </w:r>
      <w:r>
        <w:t>an bade ghar ki baat hai na, isi ke saath hai ke dajjal meri ummat mein niklega. aur dajjal jab niklega to isi wajah se ke woh ghussa hoga logon par.</w:t>
      </w:r>
    </w:p>
    <w:p>
      <w:pPr>
        <w:jc w:val="right"/>
      </w:pPr>
      <w:r>
        <w:t>اں بڑے گھر کی بات ہے نا، اسی کے ساتھ ہے کہ دجال میری امت میں نکلے گا۔ اور دجال جب نکلے گا تو اسی وجہ سے کہ وہ غصہ ہوگا لوگوں پر۔</w:t>
      </w:r>
    </w:p>
    <w:p>
      <w:r>
        <w:rPr>
          <w:b/>
        </w:rPr>
        <w:t xml:space="preserve">[08:55] </w:t>
      </w:r>
      <w:r>
        <w:t>to wohi jo aap ne farmaya ke sab har ek rival hai, har ek hamara dushman hai, to ghusse mein bhare hue hain. aur is ghusse ki wajah se un ko samajh mein nahin aata ke Khuda ka deen rehmat un ko pahunchana hai, na ke un se jang karni hai.</w:t>
      </w:r>
    </w:p>
    <w:p>
      <w:pPr>
        <w:jc w:val="right"/>
      </w:pPr>
      <w:r>
        <w:t>تو وہی جو آپ نے فرمایا کہ سب ہر ایک رائیول ہے، ہر ایک ہمارا دشمن ہے، تو غصے میں بھرے ہوئے ہیں۔ اور اس غصے کی وجہ سے ان کو سمجھ میں نہیں آتا کہ خدا کا دین رحمت ان کو پہنچانا ہے، نہ کہ ان سے جنگ کرنی ہے۔</w:t>
      </w:r>
    </w:p>
    <w:p>
      <w:r>
        <w:rPr>
          <w:b/>
        </w:rPr>
        <w:t xml:space="preserve">[09:09] </w:t>
      </w:r>
      <w:r>
        <w:t>to ji koi dawah work karte hi nahin, jabke prophet din raat dawah work karte the.</w:t>
      </w:r>
    </w:p>
    <w:p>
      <w:pPr>
        <w:jc w:val="right"/>
      </w:pPr>
      <w:r>
        <w:t>تو جی کوئی دعویٰ ورک کرتے ہی نہیں، جبکہ پرافٹ دن رات دعویٰ ورک کرتے تھے۔</w:t>
      </w:r>
    </w:p>
    <w:p>
      <w:r>
        <w:rPr>
          <w:b/>
        </w:rPr>
        <w:t xml:space="preserve">[09:16] </w:t>
      </w:r>
      <w:r>
        <w:t>aur kabhi kabhi aisa hota tha ke muqabla karna pad jata tha, woh bhi aap sirf defense mein muqable kiye hain aap ne. aur limit kiya hai aadhe din ki jang.</w:t>
      </w:r>
    </w:p>
    <w:p>
      <w:pPr>
        <w:jc w:val="right"/>
      </w:pPr>
      <w:r>
        <w:t>اور کبھی کبھی ایسا ہوتا تھا کہ مقابلہ کرنا پڑ جاتا تھا، وہ بھی آپ صرف ڈیفنس میں مقابلے کیے ہیں آپ نے۔ اور لمٹ کیا ہے آدھے دن کی جنگ۔</w:t>
      </w:r>
    </w:p>
    <w:p>
      <w:r>
        <w:rPr>
          <w:b/>
        </w:rPr>
        <w:t xml:space="preserve">[09:27] </w:t>
      </w:r>
      <w:r>
        <w:t>char jangain huin, sirf aadhe aadhe din ki. aur yahan la-nahai yeh jang saalon saalon chalti rehti hai. to yahi hai ke un ko Rasool Allah salallahu alaihi wasallam ke uswa se koi matlab nahin hai, aap ki teaching se koi matlab nahin hai.</w:t>
      </w:r>
    </w:p>
    <w:p>
      <w:pPr>
        <w:jc w:val="right"/>
      </w:pPr>
      <w:r>
        <w:t>چار جنگیں ہوئیں، صرف آدھے آدھے دن کی۔ اور یہاں لامتناہی یہ جنگ سالوں سالوں چلتی رہتی ہے۔ تو یہی ہے کہ ان کو رسول اللہ صلی اللہ علیہ وسلم کے اسوے سے کوئی مطلب نہیں ہے، آپ کی ٹیچنگ سے کوئی مطلب نہیں ہے۔</w:t>
      </w:r>
    </w:p>
    <w:p>
      <w:r>
        <w:rPr>
          <w:b/>
        </w:rPr>
        <w:t xml:space="preserve">[09:40] </w:t>
      </w:r>
      <w:r>
        <w:t>wo</w:t>
      </w:r>
    </w:p>
    <w:p>
      <w:pPr>
        <w:jc w:val="right"/>
      </w:pPr>
      <w:r>
        <w:t>وہ</w:t>
      </w:r>
    </w:p>
    <w:p>
      <w:r>
        <w:rPr>
          <w:b/>
        </w:rPr>
        <w:t xml:space="preserve">[09:41] </w:t>
      </w:r>
      <w:r>
        <w:t>apne musalmanon ne kya kiya? apne jazbat ko Islamize kar liya hai. isi ko woh Islam samajhte hain. to woh jo nayi technology aayi thi, naye mawaqe aaye the, naye hathiyar aaye the, to yeh saare unhone itne destructive tareeqe se istemal kiya ke bohat badi, sab se badi building thi woh.</w:t>
      </w:r>
    </w:p>
    <w:p>
      <w:pPr>
        <w:jc w:val="right"/>
      </w:pPr>
      <w:r>
        <w:t>اپنے مسلمانوں نے کیا کیا؟ اپنے جذبات کو اسلامائز کر لیا ہے۔ اسی کو وہ اسلام سمجھتے ہیں۔ تو وہ جو نئی ٹیکنالوجی آئی تھی، نئے مواقع آئے تھے، نئے ہتھیار آئے تھے، تو یہ سارے انہوں نے اتنے ڈسٹرکٹو طریقے سے استعمال کیا کہ بہت بڑی، سب سے بڑی بلڈنگ تھی وہ۔</w:t>
      </w:r>
    </w:p>
    <w:p>
      <w:r>
        <w:rPr>
          <w:b/>
        </w:rPr>
        <w:t xml:space="preserve">[10:02] </w:t>
      </w:r>
      <w:r>
        <w:t>ab hum logon ne woh building dekhi thi, hum log kis building mein gaye the wahan par? to woh bohat badi building thi, doosri building mein gaye the.</w:t>
      </w:r>
    </w:p>
    <w:p>
      <w:pPr>
        <w:jc w:val="right"/>
      </w:pPr>
      <w:r>
        <w:t>اب ہم لوگوں نے وہ بلڈنگ دیکھی تھی، ہم لوگ کس بلڈنگ میں گئے تھے وہاں پر؟ تو وہ بہت بڑی بلڈنگ تھی، دوسری بلڈنگ میں گئے تھے۔</w:t>
      </w:r>
    </w:p>
    <w:p>
      <w:r>
        <w:rPr>
          <w:b/>
        </w:rPr>
        <w:t xml:space="preserve">[10:10] </w:t>
      </w:r>
      <w:r>
        <w:t>wo Chicago mein gaye the shayad. ji. to woh bhi bohat badi building thi. to isi tareeqe se woh bhi thi. to unhone is building mein jahaz takra diya.</w:t>
      </w:r>
    </w:p>
    <w:p>
      <w:pPr>
        <w:jc w:val="right"/>
      </w:pPr>
      <w:r>
        <w:t>وہ شکاگو میں گئے تھے شاید۔ جی۔ تو وہ بھی بہت بڑی بلڈنگ تھی۔ تو اسی طریقے سے وہ بھی تھی۔ تو انہوں نے اس بلڈنگ میں جہاز ٹکرا دیا۔</w:t>
      </w:r>
    </w:p>
    <w:p>
      <w:r>
        <w:rPr>
          <w:b/>
        </w:rPr>
        <w:t xml:space="preserve">[10:19] </w:t>
      </w:r>
      <w:r>
        <w:t>aur phir baad mein kehte rahe ke kisi aur ne kiya, kisi aur ne kiya. America ne khud hi kar liya. koi apne ghar mein aag lagayega? to jo jhoot bhi alag alag bolte hain.</w:t>
      </w:r>
    </w:p>
    <w:p>
      <w:pPr>
        <w:jc w:val="right"/>
      </w:pPr>
      <w:r>
        <w:t>اور پھر بعد میں کہتے رہے کہ کسی اور نے کیا، کسی اور نے کیا۔ امریکہ نے خود ہی کر لیا۔ کوئی اپنے گھر میں آگ لگائے گا؟ تو جو جھوٹ بھی الگ الگ بولتے ہیں۔</w:t>
      </w:r>
    </w:p>
    <w:p>
      <w:r>
        <w:rPr>
          <w:b/>
        </w:rPr>
        <w:t xml:space="preserve">[10:29] </w:t>
      </w:r>
      <w:r>
        <w:t>to yeh is tareeqay say unhon nay woh kiya. aur is kay baad kya hua? is say pehlay bohat achhay taluqaat thay.</w:t>
      </w:r>
    </w:p>
    <w:p>
      <w:pPr>
        <w:jc w:val="right"/>
      </w:pPr>
      <w:r>
        <w:t>تو یہ اس طریقے سے انہوں نے وہ کیا۔ اور اس کے بعد کیا ہوا؟ اس سے پہلے بہت اچھے تعلقات تھے۔</w:t>
      </w:r>
    </w:p>
    <w:p>
      <w:r>
        <w:rPr>
          <w:b/>
        </w:rPr>
        <w:t xml:space="preserve">[10:35] </w:t>
      </w:r>
      <w:r>
        <w:t>to log jo hain bilkul wahan freedom kay saath Europe America mein rehtay thay, pooray mawaaqay thay, bohat baray baray Islamic centers thay.</w:t>
      </w:r>
    </w:p>
    <w:p>
      <w:pPr>
        <w:jc w:val="right"/>
      </w:pPr>
      <w:r>
        <w:t>تو لوگ جو ہیں بالکل وہاں فریڈم کے ساتھ یورپ امریکہ میں رہتے تھے، پورے مواقع تھے، بہت بڑے بڑے اسلامک سینٹرز تھے۔</w:t>
      </w:r>
    </w:p>
    <w:p>
      <w:r>
        <w:rPr>
          <w:b/>
        </w:rPr>
        <w:t xml:space="preserve">[10:44] </w:t>
      </w:r>
      <w:r>
        <w:t>lekan is kay baad jo hai halaat bohat ziyada kharab ho gaye. log samajhnay lagay kay Musalman jo hain woh hamaray say in ko achhay taluqaat nahi ban saktay hain.</w:t>
      </w:r>
    </w:p>
    <w:p>
      <w:pPr>
        <w:jc w:val="right"/>
      </w:pPr>
      <w:r>
        <w:t>لیکن اس کے بعد جو ہے حالات بہت زیادہ خراب ہو گئے۔ لوگ سمجھنے لگے کہ مسلمان جو ہیں وہ ہمارے سے ان کو اچھے تعلقات نہیں بن سکتے ہیں۔</w:t>
      </w:r>
    </w:p>
    <w:p>
      <w:r>
        <w:rPr>
          <w:b/>
        </w:rPr>
        <w:t xml:space="preserve">[10:57] </w:t>
      </w:r>
      <w:r>
        <w:t>to zindagi mein daikhain, bohat saray negative waqiaat hotay hain, individual kay liye bhi, nations kay liye. lekin in negative waqiaat ko humain positive mein turn karna hai.</w:t>
      </w:r>
    </w:p>
    <w:p>
      <w:pPr>
        <w:jc w:val="right"/>
      </w:pPr>
      <w:r>
        <w:t>تو زندگی میں دیکھیں، بہت سارے نیگیٹیو واقعات ہوتے ہیں، انڈیویجول کے لیے بھی، نیشنز کے لیے۔ لیکن ان نیگیٹیو واقعات کو ہمیں پازیٹیو میں ٹرن کرنا ہے۔</w:t>
      </w:r>
    </w:p>
    <w:p>
      <w:r>
        <w:rPr>
          <w:b/>
        </w:rPr>
        <w:t xml:space="preserve">[11:09] </w:t>
      </w:r>
      <w:r>
        <w:t>isko is ka solution dhoondna hai Quran o Hadees say. na yeh kay ja kay jang karna shuru kar daina hai. lekin ab naya zamanay yeh aa gaya, media ka zamanay hai.</w:t>
      </w:r>
    </w:p>
    <w:p>
      <w:pPr>
        <w:jc w:val="right"/>
      </w:pPr>
      <w:r>
        <w:t>اس کو اس کا سلوشن ڈھونڈنا ہے قرآن و حدیث سے۔ نہ یہ کہ جا کے جنگ کرنا شروع کر دینا ہے۔ لیکن اب نیا زمانہ یہ آ گیا، میڈیا کا زمانہ ہے۔</w:t>
      </w:r>
    </w:p>
    <w:p>
      <w:r>
        <w:rPr>
          <w:b/>
        </w:rPr>
        <w:t xml:space="preserve">[11:19] </w:t>
      </w:r>
      <w:r>
        <w:t>ab media mein kya hai kay koi cheez aisa phaila di jati hai,</w:t>
      </w:r>
    </w:p>
    <w:p>
      <w:pPr>
        <w:jc w:val="right"/>
      </w:pPr>
      <w:r>
        <w:t>اب میڈیا میں کیا ہے کہ کوئی چیز ایسا پھیلا دی جاتی ہے،</w:t>
      </w:r>
    </w:p>
    <w:p>
      <w:r>
        <w:rPr>
          <w:b/>
        </w:rPr>
        <w:t xml:space="preserve">[11:24] </w:t>
      </w:r>
      <w:r>
        <w:t>chahay woh jhooti ho, aisa phaila di jati hai kay tamam log mutasir ho jatay hain. to yeh masla hua. pehlay to battlefield mein hi limited hoti thi jang.</w:t>
      </w:r>
    </w:p>
    <w:p>
      <w:pPr>
        <w:jc w:val="right"/>
      </w:pPr>
      <w:r>
        <w:t>چاہے وہ جھوٹی ہو، ایسا پھیلا دی جاتی ہے کہ تمام لوگ متاثر ہو جاتے ہیں۔ تو یہ مسئلہ ہوا۔ پہلے تو بیٹل فیلڈ میں ہی لمیٹڈ ہوتی تھی جنگ۔</w:t>
      </w:r>
    </w:p>
    <w:p>
      <w:r>
        <w:rPr>
          <w:b/>
        </w:rPr>
        <w:t xml:space="preserve">[11:34] </w:t>
      </w:r>
      <w:r>
        <w:t>to itna bara masla nahi hota tha. lekin aaj jo hai woh baat jo hai phail jati hai, aik aik aadmi, bachha bachha jaan jata hai kay kahan kya waqia ho raha hai.</w:t>
      </w:r>
    </w:p>
    <w:p>
      <w:pPr>
        <w:jc w:val="right"/>
      </w:pPr>
      <w:r>
        <w:t>تو اتنا بڑا مسئلہ نہیں ہوتا تھا۔ لیکن آج جو ہے وہ بات جو ہے پھیل جاتی ہے، ایک ایک آدمی، بچہ بچہ جان جاتا ہے کہ کہاں کیا واقعہ ہو رہا ہے۔</w:t>
      </w:r>
    </w:p>
    <w:p>
      <w:r>
        <w:rPr>
          <w:b/>
        </w:rPr>
        <w:t xml:space="preserve">[11:46] </w:t>
      </w:r>
      <w:r>
        <w:t>is waqia ko humain diffuse karna hai. na yeh kay is ko aggravate karna hai.</w:t>
      </w:r>
    </w:p>
    <w:p>
      <w:pPr>
        <w:jc w:val="right"/>
      </w:pPr>
      <w:r>
        <w:t>اس واقعے کو ہمیں ڈیفیوز کرنا ہے۔ نہ یہ کہ اس کو ایگریویٹ کرنا ہے۔</w:t>
      </w:r>
    </w:p>
    <w:p>
      <w:r>
        <w:rPr>
          <w:b/>
        </w:rPr>
        <w:t xml:space="preserve">[11:51] </w:t>
      </w:r>
      <w:r>
        <w:t>to ab aap samajh lijiye kay agar hum agar sachai par hon, sahi rastay par hon, hum mazloom hon to zaroor Khuda ki madad aaye gi. ji. Khuda ki madad nahi aa rahi hai.</w:t>
      </w:r>
    </w:p>
    <w:p>
      <w:pPr>
        <w:jc w:val="right"/>
      </w:pPr>
      <w:r>
        <w:t>تو اب آپ سمجھ لیجئے کہ اگر ہم اگر سچائی پر ہوں، صحیح راستے پر ہوں، ہم مظلوم ہوں تو ضرور خدا کی مدد آئے گی۔ جی۔ خدا کی مدد نہیں آ رہی ہے۔</w:t>
      </w:r>
    </w:p>
    <w:p>
      <w:r>
        <w:rPr>
          <w:b/>
        </w:rPr>
        <w:t xml:space="preserve">[12:00] </w:t>
      </w:r>
      <w:r>
        <w:t>aur log qunoot-e-nazila parh rahay hain, is kay bawajood bhi. dushman ko to koi nuqsan nahi pohanch raha hai. hum dushman in inverted commas mein, hum is dushman nahi samajhtay, hum to madhu samajhtay hain.</w:t>
      </w:r>
    </w:p>
    <w:p>
      <w:pPr>
        <w:jc w:val="right"/>
      </w:pPr>
      <w:r>
        <w:t>اور لوگ قنوت نازلہ پڑھ رہے ہیں، اس کے باوجود بھی۔ دشمن کو تو کوئی نقصان نہیں پہنچ رہا ہے۔ ہم دشمن انورٹڈ کاماز میں، ہم اس دشمن نہیں سمجھتے، ہم تو مدھو سمجھتے ہیں۔</w:t>
      </w:r>
    </w:p>
    <w:p>
      <w:r>
        <w:rPr>
          <w:b/>
        </w:rPr>
        <w:t xml:space="preserve">[12:11] </w:t>
      </w:r>
      <w:r>
        <w:t>to is ko to koi nuqsan nahi ho raha hai, lekin nuqsan sirf Musalmanon ka ho raha hai. pooray pooray mulk tabah o barbaad ho rahay hain.</w:t>
      </w:r>
    </w:p>
    <w:p>
      <w:pPr>
        <w:jc w:val="right"/>
      </w:pPr>
      <w:r>
        <w:t>تو اس کو تو کوئی نقصان نہیں ہو رہا ہے، لیکن نقصان صرف مسلمانوں کا ہو رہا ہے۔ پورے پورے ملک تباہ و برباد ہو رہے ہیں۔</w:t>
      </w:r>
    </w:p>
    <w:p>
      <w:r>
        <w:rPr>
          <w:b/>
        </w:rPr>
        <w:t xml:space="preserve">[12:20] </w:t>
      </w:r>
      <w:r>
        <w:t>to madad daikhiye, yeh samajhna chahiye Musalmanon ko, madad jab aaye gi jab hum Quran o Hadees par chalain gay, Rasool Allah Salallaho Alaihi Wasallam ki taleemat par chalain gay.</w:t>
      </w:r>
    </w:p>
    <w:p>
      <w:pPr>
        <w:jc w:val="right"/>
      </w:pPr>
      <w:r>
        <w:t>تو مدد دیکھیے، یہ سمجھنا چاہیے مسلمانوں کو، مدد جب آئے گی جب ہم قرآن و حدیث پر چلیں گے، رسول اللہ صلی اللہ علیہ وسلم کی تعلیمات پر چلیں گے۔</w:t>
      </w:r>
    </w:p>
    <w:p>
      <w:r>
        <w:rPr>
          <w:b/>
        </w:rPr>
        <w:t xml:space="preserve">[12:29] </w:t>
      </w:r>
      <w:r>
        <w:t>aur sab say bari taleem aap ki hai da'wah work. da'wah work hamara khud Baitul Maqdis mein hamara da'wah work ho raha tha. aur bohat ziyada khushi say log atay thay wahan par, Quran lay kay jatay thay.</w:t>
      </w:r>
    </w:p>
    <w:p>
      <w:pPr>
        <w:jc w:val="right"/>
      </w:pPr>
      <w:r>
        <w:t>اور سب سے بڑی تعلیم آپ کی ہے دعویٰ ورک۔ دعویٰ ورک ہمارا خود بیت المقدس میں ہمارا دعویٰ ورک ہو رہا تھا۔ اور بہت زیادہ خوشی سے لوگ آتے تھے وہاں پر، قرآن لے کے جاتے تھے۔</w:t>
      </w:r>
    </w:p>
    <w:p>
      <w:r>
        <w:rPr>
          <w:b/>
        </w:rPr>
        <w:t xml:space="preserve">[12:41] </w:t>
      </w:r>
      <w:r>
        <w:t>ab pata nahi wahan kya haal hai. to aaj jo hai na religious freedom hai.</w:t>
      </w:r>
    </w:p>
    <w:p>
      <w:pPr>
        <w:jc w:val="right"/>
      </w:pPr>
      <w:r>
        <w:t>اب پتہ نہیں وہاں کیا حال ہے۔ تو آج جو ہے نا ریلیجس فریڈم ہے۔</w:t>
      </w:r>
    </w:p>
    <w:p>
      <w:r>
        <w:rPr>
          <w:b/>
        </w:rPr>
        <w:t xml:space="preserve">[12:47] </w:t>
      </w:r>
      <w:r>
        <w:t>Maulana nay bar bar likha hai kay humain nay zamanay ko samajhna hoga. Musalman kya hai? aap nay jo kahaylo aainak, to Musalman woh puranay zamanay ki aainak jo hai, woh laga kay nay zamanay ko daikh rahay hain.</w:t>
      </w:r>
    </w:p>
    <w:p>
      <w:pPr>
        <w:jc w:val="right"/>
      </w:pPr>
      <w:r>
        <w:t>مولانا نے بار بار لکھا ہے کہ ہمیں نئے زمانے کو سمجھنا ہوگا۔ مسلمان کیا ہے؟ آپ نے جو کہایلو عینک، تو مسلمان وہ پرانے زمانے کی عینک جو ہے، وہ لگا کے نئے زمانے کو دیکھ رہے ہیں۔</w:t>
      </w:r>
    </w:p>
    <w:p>
      <w:r>
        <w:rPr>
          <w:b/>
        </w:rPr>
        <w:t xml:space="preserve">[13:00] </w:t>
      </w:r>
      <w:r>
        <w:t>to is liye woh un ko naya zamanay samajh mein hi nahi aata. nay zamanay mein itnay opportunities hain. aur sab say bari cheez kay religious freedom hai.</w:t>
      </w:r>
    </w:p>
    <w:p>
      <w:pPr>
        <w:jc w:val="right"/>
      </w:pPr>
      <w:r>
        <w:t>تو اس لیے وہ ان کو نیا زمانہ سمجھ میں ہی نہیں آتا۔ نئے زمانے میں اتنے اپرچونیٹیز ہیں۔ اور سب سے بڑی چیز کہ ریلیجس فریڈم ہے۔</w:t>
      </w:r>
    </w:p>
    <w:p>
      <w:r>
        <w:rPr>
          <w:b/>
        </w:rPr>
        <w:t xml:space="preserve">[13:09] </w:t>
      </w:r>
      <w:r>
        <w:t>to hum freely, hum woh Khuda kay deen ko sari duniya mein pohancha saktay hain.</w:t>
      </w:r>
    </w:p>
    <w:p>
      <w:pPr>
        <w:jc w:val="right"/>
      </w:pPr>
      <w:r>
        <w:t>تو ہم فریلی، ہم وہ خدا کے دین کو ساری دنیا میں پہنچا سکتے ہیں۔</w:t>
      </w:r>
    </w:p>
    <w:p>
      <w:r>
        <w:rPr>
          <w:b/>
        </w:rPr>
        <w:t xml:space="preserve">[13:15] </w:t>
      </w:r>
      <w:r>
        <w:t>lekan hum is ko baaton ko samajh nahi rahay, koi kuch kehta hai to us kay upar hi ghussa ho jatay hain kay tum galat keh rahay ho, yeh log dushman hain.</w:t>
      </w:r>
    </w:p>
    <w:p>
      <w:pPr>
        <w:jc w:val="right"/>
      </w:pPr>
      <w:r>
        <w:t>لیکن ہم اس کو باتوں کو سمجھ نہیں رہے، کوئی کچھ کہتا ہے تو اس کے اوپر ہی غصہ ہو جاتے ہیں کہ تم غلط کہہ رہے ہو، یہ لوگ دشمن ہیں۔</w:t>
      </w:r>
    </w:p>
    <w:p>
      <w:r>
        <w:rPr>
          <w:b/>
        </w:rPr>
        <w:t xml:space="preserve">[13:24] </w:t>
      </w:r>
      <w:r>
        <w:t>to Rasool Allah Salallaho Alaihi Wasallam nay to kabhi kisi ko dushman kaha hi nahi. ji. jab Rasool Allah ko nikal diya gaya Makka say aur aap Madinay gay to aap nay aik sentence bhi nahi bola kay yeh log kitnay buray hain, humain apnay watan say nikal diya.</w:t>
      </w:r>
    </w:p>
    <w:p>
      <w:pPr>
        <w:jc w:val="right"/>
      </w:pPr>
      <w:r>
        <w:t>تو رسول اللہ صلی اللہ علیہ وسلم نے تو کبھی کسی کو دشمن کہا ہی نہیں۔ جی۔ جب رسول اللہ کو نکال دیا گیا مکہ سے اور آپ مدینے گئے تو آپ نے ایک سینٹنس بھی نہیں بولا کہ یہ لوگ کتنے برے ہیں، ہمیں اپنے وطن سے نکال دیا۔</w:t>
      </w:r>
    </w:p>
    <w:p>
      <w:r>
        <w:rPr>
          <w:b/>
        </w:rPr>
        <w:t xml:space="preserve">[13:38] </w:t>
      </w:r>
      <w:r>
        <w:t>aik sentence bhi nahi bola. balkay sirf yeh kaha kay tum log apnay aap ko aag say bachao. to sab say bara jo hamara masla hai woh yeh hai kay qayamat aanay wali hai, humain apnay aap ko us say bachana hai.</w:t>
      </w:r>
    </w:p>
    <w:p>
      <w:pPr>
        <w:jc w:val="right"/>
      </w:pPr>
      <w:r>
        <w:t>ایک سینٹنس بھی نہیں بولا۔ بلکہ صرف یہ کہا کہ تم لوگ اپنے آپ کو آگ سے بچاؤ۔ تو سب سے بڑا جو ہمارا مسئلہ ہے وہ یہ ہے کہ قیامت آنے والی ہے، ہمیں اپنے آپ کو اس سے بچانا ہے۔</w:t>
      </w:r>
    </w:p>
    <w:p>
      <w:r>
        <w:rPr>
          <w:b/>
        </w:rPr>
        <w:t xml:space="preserve">[13:51] </w:t>
      </w:r>
      <w:r>
        <w:t>ji. kyunkay woh to Rasool Allah Salallaho Alaihi Wasallam nay kaha kay chahay tumhain</w:t>
      </w:r>
    </w:p>
    <w:p>
      <w:pPr>
        <w:jc w:val="right"/>
      </w:pPr>
      <w:r>
        <w:t>جی۔ کیونکہ وہ تو رسول اللہ صلی اللہ علیہ وسلم نے کہا کہ چاہے تمہیں</w:t>
      </w:r>
    </w:p>
    <w:p>
      <w:r>
        <w:rPr>
          <w:b/>
        </w:rPr>
        <w:t xml:space="preserve">[13:55] </w:t>
      </w:r>
      <w:r>
        <w:t>aik khajoor bhi day kar apnay aap ko bacha sako to us say bachao. yeh koi masla nahi hai dushmani. dushmani to ghar mein bhi hoti hai, to kya hum aapas mein larne lagtay hain?</w:t>
      </w:r>
    </w:p>
    <w:p>
      <w:pPr>
        <w:jc w:val="right"/>
      </w:pPr>
      <w:r>
        <w:t>ایک کھجور بھی دے کر اپنے آپ کو بچا سکو تو اس سے بچاؤ۔ یہ کوئی مسئلہ نہیں ہے دشمنی۔ دشمنی تو گھر میں بھی ہوتی ہے، تو کیا ہم آپس میں لڑنے لگتے ہیں؟</w:t>
      </w:r>
    </w:p>
    <w:p>
      <w:r>
        <w:rPr>
          <w:b/>
        </w:rPr>
        <w:t xml:space="preserve">[14:05] </w:t>
      </w:r>
      <w:r>
        <w:t>bohat kuch hota hai. har aadmi ki thinking different hai. har aadmi ka tareeqa karnay ka kaam different hai. humain is hum agree nahi kartay, lekin kal hum laitay hain.</w:t>
      </w:r>
    </w:p>
    <w:p>
      <w:pPr>
        <w:jc w:val="right"/>
      </w:pPr>
      <w:r>
        <w:t>بہت کچھ ہوتا ہے۔ ہر آدمی کے تھنکنگ ڈفرنٹ ہے۔ ہر آدمی کا طریقہ کرنے کا کام ڈفرنٹ ہے۔ ہمیں اس ہم ایگری نہیں کرتے، لیکن کل ہم لڑتے ہیں۔</w:t>
      </w:r>
    </w:p>
    <w:p>
      <w:r>
        <w:rPr>
          <w:b/>
        </w:rPr>
        <w:t xml:space="preserve">[14:16] </w:t>
      </w:r>
      <w:r>
        <w:t>isi tareeqay say humain bahar ki duniya mein bhi rehna hai. ji. bilkul apa, bohat aap nay sahi kaha. in fact, apa Rasool Allah</w:t>
      </w:r>
    </w:p>
    <w:p>
      <w:pPr>
        <w:jc w:val="right"/>
      </w:pPr>
      <w:r>
        <w:t>اسی طریقے سے ہمیں باہر کی دنیا میں بھی رہنا ہے۔ جی۔ بالکل آپا، بہت آپ نے صحیح کہا۔ ان فیکٹ، آپا رسول اللہ</w:t>
      </w:r>
    </w:p>
    <w:p>
      <w:r>
        <w:rPr>
          <w:b/>
        </w:rPr>
        <w:t xml:space="preserve">[14:25] </w:t>
      </w:r>
      <w:r>
        <w:t>ko hi dekhen, quran mein aaya hai ke he was sent as a mercy to mankind. so how can we be called as followers of prophet if we don't have mercy in our hearts?</w:t>
      </w:r>
    </w:p>
    <w:p>
      <w:pPr>
        <w:jc w:val="right"/>
      </w:pPr>
      <w:r>
        <w:t>کو ہی دیکھیں، قرآن میں آیا ہے کہ ہی واز سینٹ ایز اے مرسی ٹو مین کائنڈ۔ سو ہاؤ کین وی بی کالڈ ایز فالوورز آف پرافٹ اف وی ڈونٹ ہیو مرسی ان اور ہارٹس؟</w:t>
      </w:r>
    </w:p>
    <w:p>
      <w:r>
        <w:rPr>
          <w:b/>
        </w:rPr>
        <w:t xml:space="preserve">[14:34] </w:t>
      </w:r>
      <w:r>
        <w:t>aur jaise aap ne bhi bataya ke prophet ka jo tareeqa tha maaf karne ka, jab makkah fatah hua to taqreeban unhon ne sabhi logon ko maaf kiya, aur wahi log baad mein ja ke pillars bane islam ke.</w:t>
      </w:r>
    </w:p>
    <w:p>
      <w:pPr>
        <w:jc w:val="right"/>
      </w:pPr>
      <w:r>
        <w:t>اور جیسے آپ نے بھی بتایا کہ پرافٹ کا جو طریقہ تھا معاف کرنے کا، جب مکہ فتح ہوا تو تقریباً انہوں نے سبھی لوگوں کو معاف کیا، اور وہی لوگ بعد میں جا کے پلرز بنے اسلام کے۔</w:t>
      </w:r>
    </w:p>
    <w:p>
      <w:r>
        <w:rPr>
          <w:b/>
        </w:rPr>
        <w:t xml:space="preserve">[14:47] </w:t>
      </w:r>
      <w:r>
        <w:t>they became strength of islam. they started following prophet muhammad</w:t>
      </w:r>
    </w:p>
    <w:p>
      <w:pPr>
        <w:jc w:val="right"/>
      </w:pPr>
      <w:r>
        <w:t>دے بیکم سٹرینتھ آف اسلام۔ دے سٹارٹڈ فالونگ پرافٹ محمد</w:t>
      </w:r>
    </w:p>
    <w:p>
      <w:r>
        <w:rPr>
          <w:b/>
        </w:rPr>
        <w:t xml:space="preserve">[14:51] </w:t>
      </w:r>
      <w:r>
        <w:t>. so this is a very important thing that we have to bring in our thinking, that we have to become merciful towards others.</w:t>
      </w:r>
    </w:p>
    <w:p>
      <w:pPr>
        <w:jc w:val="right"/>
      </w:pPr>
      <w:r>
        <w:t>۔ سو دس از اے ویری امپورٹنٹ تھنگ دیٹ وی ہیو ٹو برنگ ان اور تھنکنگ، دیٹ وی ہیو ٹو بیکم مرسی فل ٹورڈز ادر۔</w:t>
      </w:r>
    </w:p>
    <w:p>
      <w:r>
        <w:rPr>
          <w:b/>
        </w:rPr>
        <w:t xml:space="preserve">[15:00] </w:t>
      </w:r>
      <w:r>
        <w:t>agar hum chahte hain ke allah hamari taraf merciful ho to hamein doosron ki taraf merciful banna parega. achha apa, ek mashhoor nishani aap ne bhi abhi zikr kiya dajjal ka.</w:t>
      </w:r>
    </w:p>
    <w:p>
      <w:pPr>
        <w:jc w:val="right"/>
      </w:pPr>
      <w:r>
        <w:t>اگر ہم چاہتے ہیں کہ اللہ ہماری طرف مرسی فل ہو تو ہمیں دوسروں کی طرف مرسی فل بننا پڑے گا۔ اچھا آپا، ایک مشہور نشانی آپ نے بھی ابھی ذکر کیا دجال کا۔</w:t>
      </w:r>
    </w:p>
    <w:p>
      <w:r>
        <w:rPr>
          <w:b/>
        </w:rPr>
        <w:t xml:space="preserve">[15:11] </w:t>
      </w:r>
      <w:r>
        <w:t>aur dajjal jo hai apa, aisa nahi hai ke woh koi sword le ke aayega. kyunke it is very difficult to mislead people with sword.</w:t>
      </w:r>
    </w:p>
    <w:p>
      <w:pPr>
        <w:jc w:val="right"/>
      </w:pPr>
      <w:r>
        <w:t>اور دجال جو ہے آپا، ایسا نہیں ہے کہ وہ کوئی سوارڈ لے کے آئے گا۔ کیونکہ اٹ از ویری ڈیفیکلٹ ٹو مس لیڈ پیپل ود سوارڈ۔</w:t>
      </w:r>
    </w:p>
    <w:p>
      <w:r>
        <w:rPr>
          <w:b/>
        </w:rPr>
        <w:t xml:space="preserve">[15:21] </w:t>
      </w:r>
      <w:r>
        <w:t>but he will mislead people with false reasoning. to apa, main chahunga ke is ke bare mein thoda batayen, aur kaise hum is fitne se apne aap ko bacha sakte hain?</w:t>
      </w:r>
    </w:p>
    <w:p>
      <w:pPr>
        <w:jc w:val="right"/>
      </w:pPr>
      <w:r>
        <w:t>بٹ ہی ویل مس لیڈ پیپل ود فالس ریزننگ۔ تو آپا، میں چاہوں گا کہ اس کے بارے میں تھوڑا بتائیں، اور کیسے ہم اس فتنے سے اپنے آپ کو بچا سکتے ہیں؟</w:t>
      </w:r>
    </w:p>
    <w:p>
      <w:r>
        <w:rPr>
          <w:b/>
        </w:rPr>
        <w:t xml:space="preserve">[15:31] </w:t>
      </w:r>
      <w:r>
        <w:t>is ke bare mein batayen. dajjal ke bare mein hadith mein aaya hai ke itna bada fitna kabhi bhi duniya mein nahi aaya, itna bada fitna hai dajjal ka.</w:t>
      </w:r>
    </w:p>
    <w:p>
      <w:pPr>
        <w:jc w:val="right"/>
      </w:pPr>
      <w:r>
        <w:t>اس کے بارے میں بتائیں۔ دجال کے بارے میں حدیث میں آیا ہے کہ اتنا بڑا فتنہ کبھی بھی دنیا میں نہیں آیا، اتنا بڑا فتنہ ہے دجال کا۔</w:t>
      </w:r>
    </w:p>
    <w:p>
      <w:r>
        <w:rPr>
          <w:b/>
        </w:rPr>
        <w:t xml:space="preserve">[15:43] </w:t>
      </w:r>
      <w:r>
        <w:t>ji. kyunke woh khoobsurti se behkata hai.</w:t>
      </w:r>
    </w:p>
    <w:p>
      <w:pPr>
        <w:jc w:val="right"/>
      </w:pPr>
      <w:r>
        <w:t>جی۔ کیونکہ وہ خوبصورتی سے بہکاتا ہے۔</w:t>
      </w:r>
    </w:p>
    <w:p>
      <w:r>
        <w:rPr>
          <w:b/>
        </w:rPr>
        <w:t xml:space="preserve">[15:47] </w:t>
      </w:r>
      <w:r>
        <w:t>dujal, dujal kehte hain deceive. to dajjal kehte hain deceiver ko, aur dajjal maani great deceiver. to itna zabardast, itna beautiful ideology develop karega ke har aadmi jo hai woh is mein behak jayega.</w:t>
      </w:r>
    </w:p>
    <w:p>
      <w:pPr>
        <w:jc w:val="right"/>
      </w:pPr>
      <w:r>
        <w:t>دجل، دجل کہتے ہیں ڈیسیو۔ تو داجل کہتے ہیں ڈیسیور کو، اور دجال معنی گریٹ ڈیسیور۔ تو اتنا زبردست، اتنا بیوٹی فل آئیڈیالوجی ڈیولپ کرے گا کہ ہر آدمی جو ہے وہ اس میں بہک جائے گا۔</w:t>
      </w:r>
    </w:p>
    <w:p>
      <w:r>
        <w:rPr>
          <w:b/>
        </w:rPr>
        <w:t xml:space="preserve">[16:03] </w:t>
      </w:r>
      <w:r>
        <w:t>to yeh hai. to dujal jo hai to dekhiye, thoda hamesha hi se hota tha. hamesha hi log galat tareeqe se cheezon ko interpret karte the.</w:t>
      </w:r>
    </w:p>
    <w:p>
      <w:pPr>
        <w:jc w:val="right"/>
      </w:pPr>
      <w:r>
        <w:t>تو یہ ہے۔ تو دجل جو ہے تو دیکھیے، تھوڑا ہمیشہ ہی سے ہوتا تھا۔ ہمیشہ ہی لوگ غلط طریقے سے چیزوں کو انٹرپریٹ کرتے تھے۔</w:t>
      </w:r>
    </w:p>
    <w:p>
      <w:r>
        <w:rPr>
          <w:b/>
        </w:rPr>
        <w:t xml:space="preserve">[16:13] </w:t>
      </w:r>
      <w:r>
        <w:t>lekin ab wahi jo hai na, media ka zamana hai.</w:t>
      </w:r>
    </w:p>
    <w:p>
      <w:pPr>
        <w:jc w:val="right"/>
      </w:pPr>
      <w:r>
        <w:t>لیکن اب وہی جو ہے نا، میڈیا کا زمانہ ہے۔</w:t>
      </w:r>
    </w:p>
    <w:p>
      <w:r>
        <w:rPr>
          <w:b/>
        </w:rPr>
        <w:t xml:space="preserve">[16:16] </w:t>
      </w:r>
      <w:r>
        <w:t>to is ki wajah se woh dujal jo hai woh sari duniya mein phail jata hai. to jo isi liye hai ke jo sab se bada dhoka jo hai woh daleel ke zariye diya jata hai, na ke talwar ke zariye.</w:t>
      </w:r>
    </w:p>
    <w:p>
      <w:pPr>
        <w:jc w:val="right"/>
      </w:pPr>
      <w:r>
        <w:t>تو اس کی وجہ سے وہ دجل جو ہے وہ ساری دنیا میں پھیل جاتا ہے۔ تو جو اسی لیے ہے کہ جو سب سے بڑا دھوکہ جو ہے وہ دلیل کے ذریعے دیا جاتا ہے، نہ کہ تلوار کے ذریعے۔</w:t>
      </w:r>
    </w:p>
    <w:p>
      <w:r>
        <w:rPr>
          <w:b/>
        </w:rPr>
        <w:t xml:space="preserve">[16:29] </w:t>
      </w:r>
      <w:r>
        <w:t>to limited hoga. to woh jo zehni gumrahi hai, zehni deviation hai, intellectual deviation hai, wahi sab se bada deviation hai.</w:t>
      </w:r>
    </w:p>
    <w:p>
      <w:pPr>
        <w:jc w:val="right"/>
      </w:pPr>
      <w:r>
        <w:t>تو لمیٹڈ ہوگا۔ تو وہ جو ذہنی گمراہی ہے، ذہنی ڈیوی ایشن ہے، انٹلیکچول ڈیوی ایشن ہے، وہی سب سے بڑا ڈیوی ایشن ہے۔</w:t>
      </w:r>
    </w:p>
    <w:p>
      <w:r>
        <w:rPr>
          <w:b/>
        </w:rPr>
        <w:t xml:space="preserve">[16:38] </w:t>
      </w:r>
      <w:r>
        <w:t>to woh tazeen ke zariye se, woh shaitan ne kaha hi tha ke main tazeen karunga aur tamam tere bandon ko behka dunga. to</w:t>
      </w:r>
    </w:p>
    <w:p>
      <w:pPr>
        <w:jc w:val="right"/>
      </w:pPr>
      <w:r>
        <w:t>تو وہ تزین کے ذریعے سے، وہ شیطان نے کہا ہی تھا کہ میں تزین کروں گا اور تمام تیرے بندوں کو بہکا دوں گا۔ تو</w:t>
      </w:r>
    </w:p>
    <w:p>
      <w:r>
        <w:rPr>
          <w:b/>
        </w:rPr>
        <w:t xml:space="preserve">[16:46] </w:t>
      </w:r>
      <w:r>
        <w:t>woh tazeen ke zariye se dajjal ne sari duniya ke logon ko behka diya. aur tazeen ka jo ek jo sab se bada jo uska hathiyar hai, woh yeh ke us ne political interpretation di.</w:t>
      </w:r>
    </w:p>
    <w:p>
      <w:pPr>
        <w:jc w:val="right"/>
      </w:pPr>
      <w:r>
        <w:t>وہ تزین کے ذریعے سے دجال نے ساری دنیا کے لوگوں کو بہکا دیا۔ اور تزین کا جو ایک جو سب سے بڑا جو اس کا ہتھیار ہے، وہ یہ کہ اس نے پولیٹیکل انٹرپریٹیشن دیا۔</w:t>
      </w:r>
    </w:p>
    <w:p>
      <w:r>
        <w:rPr>
          <w:b/>
        </w:rPr>
        <w:t xml:space="preserve">[17:00] </w:t>
      </w:r>
      <w:r>
        <w:t>is is political interpretation yeh tha ke islam jo hai woh laws ka ek majmooa hai. aur in laws ko jab tak ke hum implement nahi karenge, to implement karne ke liye hukoomat chahiye.</w:t>
      </w:r>
    </w:p>
    <w:p>
      <w:pPr>
        <w:jc w:val="right"/>
      </w:pPr>
      <w:r>
        <w:t>اس اس پولیٹیکل انٹرپریٹیشن یہ تھا کہ اسلام جو ہے وہ لاز کا ایک مجموعہ ہے۔ اور ان لاز کو جب تک کہ ہم امپلیمنٹ نہیں کریں گے، تو امپلیمنٹ کرنے کے لیے حکومت چاہیے۔</w:t>
      </w:r>
    </w:p>
    <w:p>
      <w:r>
        <w:rPr>
          <w:b/>
        </w:rPr>
        <w:t xml:space="preserve">[17:15] </w:t>
      </w:r>
      <w:r>
        <w:t>to jab tak implement nahi karenge, hamara islam hi namukammal hai. to is wajah se sari duniya mein musalman etwar ho gaye. bahar non muslim se woh etwar hain, aur apne apne mulkon mein secular ruler se etwar hain.</w:t>
      </w:r>
    </w:p>
    <w:p>
      <w:pPr>
        <w:jc w:val="right"/>
      </w:pPr>
      <w:r>
        <w:t>تو جب تک امپلیمنٹ نہیں کریں گے، ہمارا اسلام ہی نامکمل ہے۔ تو اس وجہ سے ساری دنیا میں مسلمان ایٹوار ہو گئے۔ باہر نان مسلم سے وہ ایٹوار ہیں، اور اپنے اپنے ملکوں میں سیکولر رولر سے ایٹوار ہیں۔</w:t>
      </w:r>
    </w:p>
    <w:p>
      <w:r>
        <w:rPr>
          <w:b/>
        </w:rPr>
        <w:t xml:space="preserve">[17:30] </w:t>
      </w:r>
      <w:r>
        <w:t>to kisi bhi mulk mein dekhiye, kahin bhi peaceful tareeqe se hukoomat nahi chal rahi. isi wajah se arab mulkon mein dictatorship hai. kyunke yeh log chalne hi nahi det</w:t>
      </w:r>
    </w:p>
    <w:p>
      <w:pPr>
        <w:jc w:val="right"/>
      </w:pPr>
      <w:r>
        <w:t>تو کسی بھی ملک میں دیکھیے، کہیں بھی پیس فل طریقے سے حکومت نہیں چل رہی۔ اسی وجہ سے عرب ملکوں میں ڈکٹیٹر شپ ہے۔ کیونکہ یہ لوگ چلنے ہی نہیں دیت</w:t>
      </w:r>
    </w:p>
    <w:p>
      <w:r>
        <w:rPr>
          <w:b/>
        </w:rPr>
        <w:t xml:space="preserve">[17:40] </w:t>
      </w:r>
      <w:r>
        <w:t>e. jahan koi bhi ruler aaya, to ruler to har jo group hota hai, bahut se log mulk mein hote hain, har mazhab ke log hote hain.</w:t>
      </w:r>
    </w:p>
    <w:p>
      <w:pPr>
        <w:jc w:val="right"/>
      </w:pPr>
      <w:r>
        <w:t>ے۔ جہاں کوئی بھی رولر آیا، تو رولر تو ہر جو گروپ ہوتا ہے، بہت سے لوگ ملک میں ہوتے ہیں، ہر مذہب کے لوگ ہوتے ہیں۔</w:t>
      </w:r>
    </w:p>
    <w:p>
      <w:r>
        <w:rPr>
          <w:b/>
        </w:rPr>
        <w:t xml:space="preserve">[17:49] </w:t>
      </w:r>
      <w:r>
        <w:t>to un ka khayal rakhna padta hai. ab woh chahte hain ke sare ke sare islam ke qanoon naafiz kar diye jayen. jabke woh log khud apne upar bhi nahi naafiz karenge.</w:t>
      </w:r>
    </w:p>
    <w:p>
      <w:pPr>
        <w:jc w:val="right"/>
      </w:pPr>
      <w:r>
        <w:t>تو ان کا خیال رکھنا پڑتا ہے۔ اب وہ چاہتے ہیں کہ سارے کے سارے اسلام کے قوانین نافذ کر دیے جائیں۔ جبکہ وہ لوگ خود اپنے اوپر بھی نہیں نافذ کریں گے۔</w:t>
      </w:r>
    </w:p>
    <w:p>
      <w:r>
        <w:rPr>
          <w:b/>
        </w:rPr>
        <w:t xml:space="preserve">[17:59] </w:t>
      </w:r>
      <w:r>
        <w:t>kaun chori karne par apna hath katwayega? lekin woh ek, woh logon ko bewakoof banane ke liye, logon ko apni taraf lane ke liye, woh matlab bolne mein bahut khoobsurat lagta hai</w:t>
      </w:r>
    </w:p>
    <w:p>
      <w:pPr>
        <w:jc w:val="right"/>
      </w:pPr>
      <w:r>
        <w:t>کون چوری کرنے پر اپنا ہاتھ کٹوائے گا؟ لیکن وہ ایک، وہ لوگوں کو بیوقوف بنانے کے لیے، لوگوں کو اپنی طرف لانے کے لیے، وہ مطلب بولنے میں بہت خوبصورت لگتا ہے</w:t>
      </w:r>
    </w:p>
    <w:p>
      <w:r>
        <w:rPr>
          <w:b/>
        </w:rPr>
        <w:t xml:space="preserve">[18:11] </w:t>
      </w:r>
      <w:r>
        <w:t>ke poora qanoon jo hai woh naafiz ho jayega, aur phir islam jo hai sari duniya mein is ki hukoomat qaim hogi. to yeh bahut achha lagta hai.</w:t>
      </w:r>
    </w:p>
    <w:p>
      <w:pPr>
        <w:jc w:val="right"/>
      </w:pPr>
      <w:r>
        <w:t>کہ پورا قانون جو ہے وہ نافذ ہو جائے گا، اور پھر اسلام جو ہے ساری دنیا میں اس کی حکومت قائم ہوگی۔ تو یہ بہت اچھا لگتا ہے۔</w:t>
      </w:r>
    </w:p>
    <w:p>
      <w:r>
        <w:rPr>
          <w:b/>
        </w:rPr>
        <w:t xml:space="preserve">[18:20] </w:t>
      </w:r>
      <w:r>
        <w:t>to is wajah se tamam log jo hain is mein behak kar aa jate hain.</w:t>
      </w:r>
    </w:p>
    <w:p>
      <w:pPr>
        <w:jc w:val="right"/>
      </w:pPr>
      <w:r>
        <w:t>تو اس وجہ سے تمام لوگ جو ہیں اس میں بہک کر آ جاتے ہیں۔</w:t>
      </w:r>
    </w:p>
    <w:p>
      <w:r>
        <w:rPr>
          <w:b/>
        </w:rPr>
        <w:t xml:space="preserve">[18:26] </w:t>
      </w:r>
      <w:r>
        <w:t>aur to sari duniya mein jo hai islam ki hukoomat hogi, to yeh itni badi baat hai ke har aadmi jo hai us se is is se is se behak jata hai.</w:t>
      </w:r>
    </w:p>
    <w:p>
      <w:pPr>
        <w:jc w:val="right"/>
      </w:pPr>
      <w:r>
        <w:t>اور تو ساری دنیا میں جو ہے اسلام کی حکومت ہوگی، تو یہ اتنی بڑی بات ہے کہ ہر آدمی جو ہے اس سے اس اس سے اس سے بہک جاتا ہے۔</w:t>
      </w:r>
    </w:p>
    <w:p>
      <w:r>
        <w:rPr>
          <w:b/>
        </w:rPr>
        <w:t xml:space="preserve">[18:38] </w:t>
      </w:r>
      <w:r>
        <w:t>aur phir in dajjal ke sath, is mein hadith mein hai ke tamam log dajjal ke sath aa jayenge. to dajjal ke sath bohat ziyada resources honge.</w:t>
      </w:r>
    </w:p>
    <w:p>
      <w:pPr>
        <w:jc w:val="right"/>
      </w:pPr>
      <w:r>
        <w:t>اور پھر ان دجال کے ساتھ، اس میں حدیث میں ہے کہ تمام لوگ دجال کے ساتھ آ جائیں گے۔ تو دجال کے ساتھ بہت زیادہ ریسورسز ہوں گے۔</w:t>
      </w:r>
    </w:p>
    <w:p>
      <w:r>
        <w:rPr>
          <w:b/>
        </w:rPr>
        <w:t xml:space="preserve">[18:48] </w:t>
      </w:r>
      <w:r>
        <w:t>kyunke is kaam ke liye log bohat ziyada support karte hain.</w:t>
      </w:r>
    </w:p>
    <w:p>
      <w:pPr>
        <w:jc w:val="right"/>
      </w:pPr>
      <w:r>
        <w:t>کیونکہ اس کام کے لیے لوگ بہت زیادہ سپورٹ کرتے ہیں۔</w:t>
      </w:r>
    </w:p>
    <w:p>
      <w:r>
        <w:rPr>
          <w:b/>
        </w:rPr>
        <w:t xml:space="preserve">[18:52] </w:t>
      </w:r>
      <w:r>
        <w:t>to abhi hum kahein ke hamein quran sari duniya mein distribute karna hai, to bohat kam hamein madad milegi. lekin agar kahein ke hamein jang karni hai, aur sari duniya ke logon ko maar kar islam ki hukumat qaim karni hai, to khoob support milega.</w:t>
      </w:r>
    </w:p>
    <w:p>
      <w:pPr>
        <w:jc w:val="right"/>
      </w:pPr>
      <w:r>
        <w:t>تو ابھی ہم کہیں کہ ہمیں قرآن ساری دنیا میں ڈسٹریبیوٹ کرنا ہے، تو بہت کم ہمیں مدد ملے گی۔ لیکن اگر کہیں کہ ہمیں جنگ کرنی ہے، اور ساری دنیا کے لوگوں کو مار کر اسلام کی حکومت قائم کرنی ہے، تو خوب سپورٹ ملے گی۔</w:t>
      </w:r>
    </w:p>
    <w:p>
      <w:r>
        <w:rPr>
          <w:b/>
        </w:rPr>
        <w:t xml:space="preserve">[19:07] </w:t>
      </w:r>
      <w:r>
        <w:t>to is ideology ko hamein kill karna hai, na ke person ko kill karna hai. to jang ke zariye se aap jante hain ke kabhi bhi jang ke zariye se kabhi bhi koi positive kaam nahi hua, kabhi bhi peace qaim nahi</w:t>
      </w:r>
    </w:p>
    <w:p>
      <w:pPr>
        <w:jc w:val="right"/>
      </w:pPr>
      <w:r>
        <w:t>تو اس آئیڈیالوجی کو ہمیں کل کرنا ہے، نہ کہ پرسن کو کل کرنا ہے۔ تو جنگ کے ذریعے سے آپ جانتے ہیں کہ کبھی بھی جنگ کے ذریعے سے کبھی بھی کوئی پازیٹیو کام نہیں ہوا، کبھی بھی پیس قائم نہیں</w:t>
      </w:r>
    </w:p>
    <w:p>
      <w:r>
        <w:rPr>
          <w:b/>
        </w:rPr>
        <w:t xml:space="preserve">[19:21] </w:t>
      </w:r>
      <w:r>
        <w:t>hua. khud rasool Allah salallahu alaihi wasallam ne sulah qaim ki, tab ja ke wahan par islam ka paigham sari duniya mein pohncha, aur woh jo hai sari makkah jo hai aap ke surrender kar diya.</w:t>
      </w:r>
    </w:p>
    <w:p>
      <w:pPr>
        <w:jc w:val="right"/>
      </w:pPr>
      <w:r>
        <w:t>ہوا۔ خود رسول اللہ صلی اللہ علیہ وسلم نے صلح قائم کی، تب جا کے وہاں پر اسلام کا پیغام ساری دنیا میں پہنچا، اور وہ جو ہے ساری مکہ جو ہے آپ کے سرنڈر کر دیا۔</w:t>
      </w:r>
    </w:p>
    <w:p>
      <w:r>
        <w:rPr>
          <w:b/>
        </w:rPr>
        <w:t xml:space="preserve">[19:35] </w:t>
      </w:r>
      <w:r>
        <w:t>makkah ne, makkah walon ne kiya, pure arab ne. to asal mein kya hai ke hadithain jo hain woh is mein symbolic language mein</w:t>
      </w:r>
    </w:p>
    <w:p>
      <w:pPr>
        <w:jc w:val="right"/>
      </w:pPr>
      <w:r>
        <w:t>مکے نے، مکہ والوں نے کیا، پورے عرب نے۔ تو اصل میں کیا ہے کہ حدیثیں جو ہیں وہ اس میں سمبالک لینگویج میں</w:t>
      </w:r>
    </w:p>
    <w:p>
      <w:r>
        <w:rPr>
          <w:b/>
        </w:rPr>
        <w:t xml:space="preserve">[19:44] </w:t>
      </w:r>
      <w:r>
        <w:t>hain. misaal ke taur par yeh aata hai ke dajjal aisi awaz se pukarega jo mashriq aur maghrib ke dono siron ke darmiyan sunai degi.</w:t>
      </w:r>
    </w:p>
    <w:p>
      <w:pPr>
        <w:jc w:val="right"/>
      </w:pPr>
      <w:r>
        <w:t>ہیں۔ مثال کے طور پر یہ آتا ہے کہ دجال ایسی آواز سے پکارے گا جو مشرق اور مغرب کے دونوں سروں کے درمیان سنائی دے گی۔</w:t>
      </w:r>
    </w:p>
    <w:p>
      <w:r>
        <w:rPr>
          <w:b/>
        </w:rPr>
        <w:t xml:space="preserve">[19:55] </w:t>
      </w:r>
      <w:r>
        <w:t>to ab log sach much samajhte the ke dajjal ki awaz itni zor hogi ke puri duniya mein woh sunai degi. ab aap sochiye ge to agar puri duniya mein kisi ki awaz sunai de to kaan hi phat jayenge, sun sunenge kaise hum</w:t>
      </w:r>
    </w:p>
    <w:p>
      <w:pPr>
        <w:jc w:val="right"/>
      </w:pPr>
      <w:r>
        <w:t>تو اب لوگ سچ مچ سمجھتے تھے کہ دجال کی آواز اتنی زور ہوگی کہ پوری دنیا میں وہ سنائی دے گی۔ اب آپ سوچیے گے تو اگر پوری دنیا میں کسی کی آواز سنائی دے تو کان ہی پھٹ جائیں گے، سن سنیں گے کیسے ہم</w:t>
      </w:r>
    </w:p>
    <w:p>
      <w:r>
        <w:rPr>
          <w:b/>
        </w:rPr>
        <w:t xml:space="preserve">[20:10] </w:t>
      </w:r>
      <w:r>
        <w:t>? to woh naya zamana tha ke media ka zamana tha, telecommunication ka zamana ke aaj koi bhi hum baat jo hai sari duniya mein pohncha sakte hain.</w:t>
      </w:r>
    </w:p>
    <w:p>
      <w:pPr>
        <w:jc w:val="right"/>
      </w:pPr>
      <w:r>
        <w:t>؟ تو وہ نیا زمانہ تھا کہ میڈیا کا زمانہ تھا، ٹیلی کمیونیکیشن کا زمانہ کہ آج کوئی بھی ہم بات جو ہے ساری دنیا میں پہنچا سکتے ہیں۔</w:t>
      </w:r>
    </w:p>
    <w:p>
      <w:r>
        <w:rPr>
          <w:b/>
        </w:rPr>
        <w:t xml:space="preserve">[20:22] </w:t>
      </w:r>
      <w:r>
        <w:t>communication jo itna ziyada develop ho gaya hai. to yeh tamam jo peshin goiyan hain, woh symbolic language mein hain.</w:t>
      </w:r>
    </w:p>
    <w:p>
      <w:pPr>
        <w:jc w:val="right"/>
      </w:pPr>
      <w:r>
        <w:t>کمیونیکیشن جو اتنا زیادہ ڈیولپ ہو گیا ہے۔ تو یہ تمام جو پیشین گوئیاں ہیں، وہ سمبالک لینگویج میں ہیں۔</w:t>
      </w:r>
    </w:p>
    <w:p>
      <w:r>
        <w:rPr>
          <w:b/>
        </w:rPr>
        <w:t xml:space="preserve">[20:31] </w:t>
      </w:r>
      <w:r>
        <w:t>to woh is ko samajhna parega.</w:t>
      </w:r>
    </w:p>
    <w:p>
      <w:pPr>
        <w:jc w:val="right"/>
      </w:pPr>
      <w:r>
        <w:t>تو وہ اس کو سمجھنا پڑے گا۔</w:t>
      </w:r>
    </w:p>
    <w:p>
      <w:r>
        <w:rPr>
          <w:b/>
        </w:rPr>
        <w:t xml:space="preserve">[20:34] </w:t>
      </w:r>
      <w:r>
        <w:t>isi tarike se mehdi ka jo concept hai, log samajhte hain ke koi bohat bara leader hoga, aur talwar le kar aayega, aur farishton ke sath, aur woh phir tamam dushmanon ko zair karega.</w:t>
      </w:r>
    </w:p>
    <w:p>
      <w:pPr>
        <w:jc w:val="right"/>
      </w:pPr>
      <w:r>
        <w:t>اسی طریقے سے مہدی کا جو کانسیپٹ ہے، لوگ سمجھتے ہیں کہ کوئی بہت بڑا لیڈر ہوگا، اور تلوار لے کر آئے گا، اور فرشتوں کے ساتھ، اور وہ پھر تمام دشمنوں کو زیر کرے گا۔</w:t>
      </w:r>
    </w:p>
    <w:p>
      <w:r>
        <w:rPr>
          <w:b/>
        </w:rPr>
        <w:t xml:space="preserve">[20:48] </w:t>
      </w:r>
      <w:r>
        <w:t>to yeh hai. halanke woh ek aam aadmi hoga. mehdi ke mani religious, mehdi ke mani hain guided person.</w:t>
      </w:r>
    </w:p>
    <w:p>
      <w:pPr>
        <w:jc w:val="right"/>
      </w:pPr>
      <w:r>
        <w:t>تو یہ ہے۔ حالانکہ وہ ایک عام آدمی ہوگا۔ مہدی کے معنی ریلیجس، مہدی کے معنی ہیں گائیڈڈ پرسن۔</w:t>
      </w:r>
    </w:p>
    <w:p>
      <w:r>
        <w:rPr>
          <w:b/>
        </w:rPr>
        <w:t xml:space="preserve">[20:58] </w:t>
      </w:r>
      <w:r>
        <w:t>ji. woh guide nahi hoga. guide hota hai Hadi</w:t>
      </w:r>
    </w:p>
    <w:p>
      <w:pPr>
        <w:jc w:val="right"/>
      </w:pPr>
      <w:r>
        <w:t>جی۔ وہ گائیڈ نہیں ہوگا۔ گائیڈ ہوتا ہے ہادی</w:t>
      </w:r>
    </w:p>
    <w:p>
      <w:r>
        <w:rPr>
          <w:b/>
        </w:rPr>
        <w:t xml:space="preserve">[21:02] </w:t>
      </w:r>
      <w:r>
        <w:t>. woh sirf khud guided hoga, aur woh marifat ka rasta khud dikhayega, aur baqayda hai ke woh peace qaim karega.</w:t>
      </w:r>
    </w:p>
    <w:p>
      <w:pPr>
        <w:jc w:val="right"/>
      </w:pPr>
      <w:r>
        <w:t>۔ وہ صرف خود گائیڈڈ ہوگا، اور وہ معرفت کا راستہ خود دکھائے گا، اور باقاعدہ ہے کہ وہ پیس قائم کرے گا۔</w:t>
      </w:r>
    </w:p>
    <w:p>
      <w:r>
        <w:rPr>
          <w:b/>
        </w:rPr>
        <w:t xml:space="preserve">[21:11] </w:t>
      </w:r>
      <w:r>
        <w:t>to aap samjhein, aap ek aadmi talwar le kar sari duniya mein peace qaim hi nahi kar sakta, yeh to bilkul aql ke khilaf hai yeh baat. to lekin ek peaceful ideology aap develop karein, us ko logon ko batayein, samjhayein, to bohat sare log aap ko us ko manne wale milenge.</w:t>
      </w:r>
    </w:p>
    <w:p>
      <w:pPr>
        <w:jc w:val="right"/>
      </w:pPr>
      <w:r>
        <w:t>تو آپ سمجھ، آپ ایک آدمی تلوار لے کر ساری دنیا میں پیس قائم ہی نہیں کر سکتا، یہ تو بالکل عقل کے خلاف ہے یہ بات۔ تو لیکن ایک پیس فل آئیڈیالوجی آپ ڈیولپ کریں، اس کو لوگوں کو بتائیں، سمجھائیں، تو بہت سارے لوگ آپ کو اس کو ماننے والے ملیں گے۔</w:t>
      </w:r>
    </w:p>
    <w:p>
      <w:r>
        <w:rPr>
          <w:b/>
        </w:rPr>
        <w:t xml:space="preserve">[21:29] </w:t>
      </w:r>
      <w:r>
        <w:t>lekin in logon ne chunke har cheez ko politicize kar rakha hai, isi tarike se unhone mehdi ka concept bhi politicize kar liya hai.</w:t>
      </w:r>
    </w:p>
    <w:p>
      <w:pPr>
        <w:jc w:val="right"/>
      </w:pPr>
      <w:r>
        <w:t>لیکن ان لوگوں نے چونکہ ہر چیز کو پولیٹیسائز کر رکھا ہے، اسی طریقے سے انہوں نے مہدی کا کانسیپٹ بھی پولیٹیسائز کر لیا ہے۔</w:t>
      </w:r>
    </w:p>
    <w:p>
      <w:r>
        <w:rPr>
          <w:b/>
        </w:rPr>
        <w:t xml:space="preserve">[21:39] </w:t>
      </w:r>
      <w:r>
        <w:t>jabke bilkul clear hai ke mehdi jo hai peace qaim karega, aur jo dajjal ka jo fitna hai, us ko daleel ke zariye se counter karega.</w:t>
      </w:r>
    </w:p>
    <w:p>
      <w:pPr>
        <w:jc w:val="right"/>
      </w:pPr>
      <w:r>
        <w:t>جبکہ بالکل کلیئر ہے کہ مہدی جو ہے پیس قائم کرے گا، اور جو دجال کا جو فتنہ ہے، اس کو دلیل کے ذریعے سے کاؤنٹر کرے گا۔</w:t>
      </w:r>
    </w:p>
    <w:p>
      <w:r>
        <w:rPr>
          <w:b/>
        </w:rPr>
        <w:t xml:space="preserve">[21:48] </w:t>
      </w:r>
      <w:r>
        <w:t>daleel ke zariye se khatam karega. isi liye hajjaj ka lafz aaya hai sahih Muslim mein ke woh daleel ke zariye se is fitne ko khatam karega, na ke talwar ke zariye se</w:t>
      </w:r>
    </w:p>
    <w:p>
      <w:pPr>
        <w:jc w:val="right"/>
      </w:pPr>
      <w:r>
        <w:t>دلیل کے ذریعے سے ختم کرے گا۔ اسی لیے حجیج کا لفظ آیا ہے صحیح مسلم میں کہ وہ دلیل کے ذریعے سے اس فتنے کو ختم کرے گا، نہ کہ تلوار کے ذریعے سے</w:t>
      </w:r>
    </w:p>
    <w:p>
      <w:r>
        <w:rPr>
          <w:b/>
        </w:rPr>
        <w:t xml:space="preserve">[21:59] </w:t>
      </w:r>
      <w:r>
        <w:t>. yeh to bilkul hi jo hai us ko literal lena hai. literal agar aap lenge in predictions ko to aap kuch samajh nahi sakte.</w:t>
      </w:r>
    </w:p>
    <w:p>
      <w:pPr>
        <w:jc w:val="right"/>
      </w:pPr>
      <w:r>
        <w:t>۔ یہ تو بالکل ہی جو ہے اس کو لٹرل لینا ہے۔ لٹرل اگر آپ لیں گے ان پریڈکشنز کو تو آپ کچھ سمجھ نہیں سکتے۔</w:t>
      </w:r>
    </w:p>
    <w:p>
      <w:r>
        <w:rPr>
          <w:b/>
        </w:rPr>
        <w:t xml:space="preserve">[22:09] </w:t>
      </w:r>
      <w:r>
        <w:t>ji ji ji. apa aap ne mehdi ka zikr kiya, isi tarike se Isa bin Maryam ka bhi zikr aaya hai ke end of times se pehle hi will also appear.</w:t>
      </w:r>
    </w:p>
    <w:p>
      <w:pPr>
        <w:jc w:val="right"/>
      </w:pPr>
      <w:r>
        <w:t>جی جی جی۔ آپا آپ نے مہدی کا ذکر کیا، اسی طریقے سے عیسیٰ بن مریم کا بھی ذکر آیا ہے کہ اینڈ آف ٹائمز سے پہلے ہی ویل آلسو اپیئر۔</w:t>
      </w:r>
    </w:p>
    <w:p>
      <w:r>
        <w:rPr>
          <w:b/>
        </w:rPr>
        <w:t xml:space="preserve">[22:19] </w:t>
      </w:r>
      <w:r>
        <w:t>to main chahunga woh bhi aap is point ko bhi aap wazeh karein. asal mein is mein bohat rai hai. kuch log kehte hain ke mehdi o masih ek hi character hain.</w:t>
      </w:r>
    </w:p>
    <w:p>
      <w:pPr>
        <w:jc w:val="right"/>
      </w:pPr>
      <w:r>
        <w:t>تو میں چاہوں گا وہ بھی آپ اس پوائنٹ کو بھی آپ واضح کریں۔ اصل میں اس میں بہت رائے ہے۔ کچھ لوگ کہتے ہیں کہ مہدی و مسیح ایک ہی کریکٹر ہیں۔</w:t>
      </w:r>
    </w:p>
    <w:p>
      <w:r>
        <w:rPr>
          <w:b/>
        </w:rPr>
        <w:t xml:space="preserve">[22:29] </w:t>
      </w:r>
      <w:r>
        <w:t>ji. matlab aakhri zamane mein jab fitne bohat badh jayenge, hidayat ka rasta gum ho jayega, to us waqt Allah taala ek shakhs ko hidayat dega, aur woh is hidayat ko logon tak pohnchayega.</w:t>
      </w:r>
    </w:p>
    <w:p>
      <w:pPr>
        <w:jc w:val="right"/>
      </w:pPr>
      <w:r>
        <w:t>جی۔ مطلب آخری زمانے میں جب فتنے بہت بڑھ جائیں گے، ہدایت کا راستہ گم ہو جائے گا، تو اس وقت اللہ تعالیٰ ایک شخص کو ہدایت دے گا، اور وہ اس ہدایت کو لوگوں تک پہنچائے گا۔</w:t>
      </w:r>
    </w:p>
    <w:p>
      <w:r>
        <w:rPr>
          <w:b/>
        </w:rPr>
        <w:t xml:space="preserve">[22:41] </w:t>
      </w:r>
      <w:r>
        <w:t>naye zamane mein, naye zamane ke jo resources hain, jo media hai, aur jo telecommunication ka zariya hai, sara woh us ke zariye se woh is paigham ko doosron tak pohnchayega.</w:t>
      </w:r>
    </w:p>
    <w:p>
      <w:pPr>
        <w:jc w:val="right"/>
      </w:pPr>
      <w:r>
        <w:t>نئے زمانے میں، نئے زمانے کے جو ریسورسز ہیں، جو میڈیا ہے، اور جو ٹیلی کمیونیکیشن کا ذریعہ ہے، سارا وہ اس کے ذریعے سے وہ اس پیغام کو دوسروں تک پہنچائے گا۔</w:t>
      </w:r>
    </w:p>
    <w:p>
      <w:r>
        <w:rPr>
          <w:b/>
        </w:rPr>
        <w:t xml:space="preserve">[22:55] </w:t>
      </w:r>
      <w:r>
        <w:t>to aur aisa kuch nahi hai ke woh kuch woh miracle hoga, aur farishton ke zariye se aayega. is mein hai ke hadith mein ke woh badalon mein udegaga.</w:t>
      </w:r>
    </w:p>
    <w:p>
      <w:pPr>
        <w:jc w:val="right"/>
      </w:pPr>
      <w:r>
        <w:t>تو اور ایسا کچھ نہیں ہے کہ وہ کچھ وہ میریکل ہوگا، اور فرشتوں کے ذریعے سے آئے گا۔ اس میں ہے کہ حدیث میں کہ وہ بادلوں میں اڑے گا۔</w:t>
      </w:r>
    </w:p>
    <w:p>
      <w:r>
        <w:rPr>
          <w:b/>
        </w:rPr>
        <w:t xml:space="preserve">[23:07] </w:t>
      </w:r>
      <w:r>
        <w:t>maseeh jo hain badalon mein urenge. to badalon mein urenge, is ka matlab yeh nahi ke woh khud badalon mein urenge. kyunke woh hai, woh jahaz ke zamane mein aayega.</w:t>
      </w:r>
    </w:p>
    <w:p>
      <w:pPr>
        <w:jc w:val="right"/>
      </w:pPr>
      <w:r>
        <w:t>مسیح جو ہیں بادلوں میں اڑیں گے۔ تو بادلوں میں اڑیں گے، اس کا مطلب یہ نہیں کہ وہ خود بادلوں میں اڑیں گے۔ کیونکہ وہ ہے، وہ جہاز کے زمانے میں آئے گا۔</w:t>
      </w:r>
    </w:p>
    <w:p>
      <w:r>
        <w:rPr>
          <w:b/>
        </w:rPr>
        <w:t xml:space="preserve">[23:17] </w:t>
      </w:r>
      <w:r>
        <w:t>jahaz to badalon mein urta hai.</w:t>
      </w:r>
    </w:p>
    <w:p>
      <w:pPr>
        <w:jc w:val="right"/>
      </w:pPr>
      <w:r>
        <w:t>جہاز تو بادلوں میں اڑتا ہے۔</w:t>
      </w:r>
    </w:p>
    <w:p>
      <w:r>
        <w:rPr>
          <w:b/>
        </w:rPr>
        <w:t xml:space="preserve">[23:20] </w:t>
      </w:r>
      <w:r>
        <w:t>to is tareeqe se agar aap samjhen to sab baat samajh mein aa jayegi ke woh Khuda ka dekhiye, ek hai qanoon-e-iltibaas.</w:t>
      </w:r>
    </w:p>
    <w:p>
      <w:pPr>
        <w:jc w:val="right"/>
      </w:pPr>
      <w:r>
        <w:t>تو اس طریقے سے اگر آپ سمجھیں تو سب بات سمجھ میں آ جائے گی کہ وہ خدا کا دیکھیے، ایک ہے قانون التباس۔</w:t>
      </w:r>
    </w:p>
    <w:p>
      <w:r>
        <w:rPr>
          <w:b/>
        </w:rPr>
        <w:t xml:space="preserve">[23:30] </w:t>
      </w:r>
      <w:r>
        <w:t>veil of doubt har cheez par hai. veil of doubt itna zyada hai, itna zyada hai ke Allah taala ne har cheez ko makhfi rakha hai, posheeda rakha hai.</w:t>
      </w:r>
    </w:p>
    <w:p>
      <w:pPr>
        <w:jc w:val="right"/>
      </w:pPr>
      <w:r>
        <w:t>ویل آف ڈاؤٹ ہر چیز پر ہے۔ ویل آف ڈاؤٹ اتنا زیادہ ہے، اتنا زیادہ ہے کہ اللہ تعالیٰ نے ہر چیز کو مخفی رکھا ہے، پوشیدہ رکھا ہے۔</w:t>
      </w:r>
    </w:p>
    <w:p>
      <w:r>
        <w:rPr>
          <w:b/>
        </w:rPr>
        <w:t xml:space="preserve">[23:40] </w:t>
      </w:r>
      <w:r>
        <w:t>to Abdullah ibn Masood, jo itne senior sahabi the, woh farmate hain ke Allah taala ne farmaya ke maine qayamat ko tamam makhlooq se makhfi rakha hai.</w:t>
      </w:r>
    </w:p>
    <w:p>
      <w:pPr>
        <w:jc w:val="right"/>
      </w:pPr>
      <w:r>
        <w:t>تو عبداللہ ابن مسعود، جو اتنے سینئر صحابی تھے، وہ فرماتے ہیں کہ اللہ تعالیٰ نے فرمایا کہ میں نے قیامت کو تمام مخلوق سے مخفی رکھا ہے۔</w:t>
      </w:r>
    </w:p>
    <w:p>
      <w:r>
        <w:rPr>
          <w:b/>
        </w:rPr>
        <w:t xml:space="preserve">[23:50] </w:t>
      </w:r>
      <w:r>
        <w:t>hata ke agar agar apne aap se Khuda keh raha hai, agar apne aap se is ko makhfi rakhna mumkin hota to main khud apne aap se bhi is ko makhfi rakhta.</w:t>
      </w:r>
    </w:p>
    <w:p>
      <w:pPr>
        <w:jc w:val="right"/>
      </w:pPr>
      <w:r>
        <w:t>حتیٰ کہ اگر اگر اپنے آپ سے خدا کہہ رہا ہے، اگر اپنے آپ سے اس کو مخفی رکھنا ممکن ہوتا تو میں خود اپنے آپ سے بھی اس کو مخفی رکھتا۔</w:t>
      </w:r>
    </w:p>
    <w:p>
      <w:r>
        <w:rPr>
          <w:b/>
        </w:rPr>
        <w:t xml:space="preserve">[24:01] </w:t>
      </w:r>
      <w:r>
        <w:t>to</w:t>
      </w:r>
    </w:p>
    <w:p>
      <w:pPr>
        <w:jc w:val="right"/>
      </w:pPr>
      <w:r>
        <w:t>تو</w:t>
      </w:r>
    </w:p>
    <w:p>
      <w:r>
        <w:rPr>
          <w:b/>
        </w:rPr>
        <w:t xml:space="preserve">[24:02] </w:t>
      </w:r>
      <w:r>
        <w:t>ab aap samjhiye ke jo qanoon-e-iltibaas itna zyada important hai, kyunke hum haalat-e-test mein hain. agar hum dekhenge ke Isa jo hain aasman se badalon mein farishton ke sath utar rahe hain, to woh to hamara woh iltibaas ka parda khatm ho jayega.</w:t>
      </w:r>
    </w:p>
    <w:p>
      <w:pPr>
        <w:jc w:val="right"/>
      </w:pPr>
      <w:r>
        <w:t>اب آپ سمجھئے کہ جو قانون التباس اتنا زیادہ امپورٹنٹ ہے، کیونکہ ہم حالت ٹیسٹ میں ہیں۔ اگر ہم دیکھیں گے کہ عیسیٰ جو ہیں آسمان سے بادلوں میں فرشتوں کے ساتھ اتر رہے ہیں، تو وہ تو ہمارا وہ التباس کا پردہ ختم ہو جائے گا۔</w:t>
      </w:r>
    </w:p>
    <w:p>
      <w:r>
        <w:rPr>
          <w:b/>
        </w:rPr>
        <w:t xml:space="preserve">[24:20] </w:t>
      </w:r>
      <w:r>
        <w:t>aur woh to zaroori hai jab tak ke qayamat nahi aa jayegi. iltibaas ka parda nahi khatm ho sakta.</w:t>
      </w:r>
    </w:p>
    <w:p>
      <w:pPr>
        <w:jc w:val="right"/>
      </w:pPr>
      <w:r>
        <w:t>اور وہ تو ضروری ہے جب تک کہ قیامت نہیں آ جائے گی۔ التباس کا پردہ نہیں ختم ہو سکتا۔</w:t>
      </w:r>
    </w:p>
    <w:p>
      <w:r>
        <w:rPr>
          <w:b/>
        </w:rPr>
        <w:t xml:space="preserve">[24:27] </w:t>
      </w:r>
      <w:r>
        <w:t>to is wajah se woh ek aam aadmi hoga. aur hadees mein hai ke tum jab woh aayega to tum is ko pehchan lena aur is ka saath dena. agar woh aasman se utar raha hota to kaun nahi is ko pehchanega?</w:t>
      </w:r>
    </w:p>
    <w:p>
      <w:pPr>
        <w:jc w:val="right"/>
      </w:pPr>
      <w:r>
        <w:t>تو اس وجہ سے وہ ایک عام آدمی ہوگا۔ اور حدیث میں ہے کہ تم جب وہ آئے گا تو تم اس کو پہچان لینا اور اس کا ساتھ دینا۔ اگر وہ آسمان سے اتر رہا ہوتا تو کون نہیں اس کو پہچانے گا؟</w:t>
      </w:r>
    </w:p>
    <w:p>
      <w:r>
        <w:rPr>
          <w:b/>
        </w:rPr>
        <w:t xml:space="preserve">[24:39] </w:t>
      </w:r>
      <w:r>
        <w:t>to isi tareeqe se tamam hadeesen hain. to woh sab jo hain symbolic language mein hain, aur woh is ko samajhne ke liye is ko alag tareeqe se dekhna hoga.</w:t>
      </w:r>
    </w:p>
    <w:p>
      <w:pPr>
        <w:jc w:val="right"/>
      </w:pPr>
      <w:r>
        <w:t>تو اسی طریقے سے تمام حدیثیں ہیں۔ تو وہ سب جو ہیں سمبالک لینگویج میں ہیں، اور وہ اس کو سمجھنے کے لیے اس کو الگ طریقے سے دیکھنا ہوگا۔</w:t>
      </w:r>
    </w:p>
    <w:p>
      <w:r>
        <w:rPr>
          <w:b/>
        </w:rPr>
        <w:t xml:space="preserve">[24:51] </w:t>
      </w:r>
      <w:r>
        <w:t>literal agar aap dekhenge to aap nahi samajh sakenge.</w:t>
      </w:r>
    </w:p>
    <w:p>
      <w:pPr>
        <w:jc w:val="right"/>
      </w:pPr>
      <w:r>
        <w:t>لٹرل اگر آپ دیکھیں گے تو آپ نہیں سمجھ سکیں گے۔</w:t>
      </w:r>
    </w:p>
    <w:p>
      <w:r>
        <w:rPr>
          <w:b/>
        </w:rPr>
        <w:t xml:space="preserve">[24:55] </w:t>
      </w:r>
      <w:r>
        <w:t>jaise hai ke Dajjal ke bare mein hai ke is ki peshani par ke kaf fa ra yani kafir kufr likha hua hoga.</w:t>
      </w:r>
    </w:p>
    <w:p>
      <w:pPr>
        <w:jc w:val="right"/>
      </w:pPr>
      <w:r>
        <w:t>جیسے ہے کہ دجال کے بارے میں ہے کہ اس کی پیشانی پر کہ کف ف رے یعنی کافر کفر لکھا ہوا ہوگا۔</w:t>
      </w:r>
    </w:p>
    <w:p>
      <w:r>
        <w:rPr>
          <w:b/>
        </w:rPr>
        <w:t xml:space="preserve">[25:04] </w:t>
      </w:r>
      <w:r>
        <w:t>to kaun aisa aadmi aayega agar is ki peshani par kufr likha hoga? to kaun jo hai is ko follow karega? kyunke yeh to hum haalat-e-test mein hain na ke ek Dajjal aaye aur hum is hum is ki is ki tazeen ko samajh saken aur is se apne aap ko door rakhen.</w:t>
      </w:r>
    </w:p>
    <w:p>
      <w:pPr>
        <w:jc w:val="right"/>
      </w:pPr>
      <w:r>
        <w:t>تو کون ایسا آدمی آئے گا اگر اس کی پیشانی پر کفر لکھا ہوگا؟ تو کون جو ہے اس کو فالو کرے گا؟ کیونکہ یہ تو ہم حالت ٹیسٹ میں ہیں نا کہ ایک دجال آئے اور ہم اس ہم اس کی اس کے جو ہے اس کی تزین کو سمجھ سکیں اور اس سے اپنے آپ کو دور رکھیں۔</w:t>
      </w:r>
    </w:p>
    <w:p>
      <w:r>
        <w:rPr>
          <w:b/>
        </w:rPr>
        <w:t xml:space="preserve">[25:24] </w:t>
      </w:r>
      <w:r>
        <w:t>to yahi to hamara test hai. agar is ki peshani par kufr likha hua hai to is ke paas kaun jayega?</w:t>
      </w:r>
    </w:p>
    <w:p>
      <w:pPr>
        <w:jc w:val="right"/>
      </w:pPr>
      <w:r>
        <w:t>تو یہی تو ہمارا ٹیسٹ ہے۔ اگر اس کی پیشانی پر کفر لکھا ہوا ہے تو اس کے پاس کون جائے گا؟</w:t>
      </w:r>
    </w:p>
    <w:p>
      <w:r>
        <w:rPr>
          <w:b/>
        </w:rPr>
        <w:t xml:space="preserve">[25:32] </w:t>
      </w:r>
      <w:r>
        <w:t>to is tareeqe se yeh jo hai hamesha hamein alfaaz ka jo hai gehrai se samajhna hoga.</w:t>
      </w:r>
    </w:p>
    <w:p>
      <w:pPr>
        <w:jc w:val="right"/>
      </w:pPr>
      <w:r>
        <w:t>تو اس طریقے سے یہ جو ہے ہمیشہ ہمیں الفاظ کا جو ہے گہرائی سے سمجھنا ہوگا۔</w:t>
      </w:r>
    </w:p>
    <w:p>
      <w:r>
        <w:rPr>
          <w:b/>
        </w:rPr>
        <w:t xml:space="preserve">[25:42] </w:t>
      </w:r>
      <w:r>
        <w:t>aur naye zamane ke jo halaat hain, woh Allah taala ne jo aise alfaaz Rasool Allah Salallahu Alaihi Wasallam ne jo aise alfaaz use kiye hain, woh is liye ke hamara jo iltibaas ka parda qaim rahe aur is ke bawajood hum sachai tak</w:t>
      </w:r>
    </w:p>
    <w:p>
      <w:pPr>
        <w:jc w:val="right"/>
      </w:pPr>
      <w:r>
        <w:t>اور نئے زمانے کے جو حالات ہیں، وہ اللہ تعالیٰ نے جو ایسے الفاظ رسول اللہ صلی اللہ علیہ وسلم نے جو ایسے الفاظ یوز کیے ہیں، وہ اس لیے کہ ہمارا جو التباس کا پردہ قائم رہے اور اس کے باوجود ہم سچائی تک</w:t>
      </w:r>
    </w:p>
    <w:p>
      <w:r>
        <w:rPr>
          <w:b/>
        </w:rPr>
        <w:t xml:space="preserve">[26:02] </w:t>
      </w:r>
      <w:r>
        <w:t>sachai ko pa saken. to</w:t>
      </w:r>
    </w:p>
    <w:p>
      <w:pPr>
        <w:jc w:val="right"/>
      </w:pPr>
      <w:r>
        <w:t>سچائی کو پا سکیں۔ تو</w:t>
      </w:r>
    </w:p>
    <w:p>
      <w:r>
        <w:rPr>
          <w:b/>
        </w:rPr>
        <w:t xml:space="preserve">[26:04] </w:t>
      </w:r>
      <w:r>
        <w:t>is tareeqe se woh Maulana ne yahi likha hai ke yeh ideological qatl hoga. jo qatl hai ke maseeh aayenge aur Dajjal ko qatl karenge, to woh qatl waisa nahi hoga.</w:t>
      </w:r>
    </w:p>
    <w:p>
      <w:pPr>
        <w:jc w:val="right"/>
      </w:pPr>
      <w:r>
        <w:t>اس طریقے سے وہ مولانا نے یہی لکھا ہے کہ یہ آئیڈیالوجیکل قتل ہوگا۔ جو قتل ہے کہ مسیح آئیں گے اور دجال کو قتل کریں گے، تو وہ قتل ویسا نہیں ہوگا۔</w:t>
      </w:r>
    </w:p>
    <w:p>
      <w:r>
        <w:rPr>
          <w:b/>
        </w:rPr>
        <w:t xml:space="preserve">[26:17] </w:t>
      </w:r>
      <w:r>
        <w:t>aise koi qatl kar hi bhi nahi sakta kisi ko. woh woh nahi marega. Dajjal bhi to bohat strong hai, to woh nahi marega.</w:t>
      </w:r>
    </w:p>
    <w:p>
      <w:pPr>
        <w:jc w:val="right"/>
      </w:pPr>
      <w:r>
        <w:t>ایسے کوئی قتل کر ہی بھی نہیں سکتا کسی کو۔ وہ وہ نہیں مارے گا۔ دجال بھی تو بہت سٹرانگ ہے، تو وہ نہیں مارے گا۔</w:t>
      </w:r>
    </w:p>
    <w:p>
      <w:r>
        <w:rPr>
          <w:b/>
        </w:rPr>
        <w:t xml:space="preserve">[26:25] </w:t>
      </w:r>
      <w:r>
        <w:t>to woh qatl woh jo ideological qatl hoga, yani in is ki jo false ideology hogi, us ko woh daleel ke zariye se kaatenge.</w:t>
      </w:r>
    </w:p>
    <w:p>
      <w:pPr>
        <w:jc w:val="right"/>
      </w:pPr>
      <w:r>
        <w:t>تو وہ قتل وہ جو آئیڈیالوجیکل قتل ہوگا، یعنی ان اس کی جو فالس آئیڈیالوجی ہوگی، اس کو وہ دلیل کے ذریعے سے کاٹیں گے۔</w:t>
      </w:r>
    </w:p>
    <w:p>
      <w:r>
        <w:rPr>
          <w:b/>
        </w:rPr>
        <w:t xml:space="preserve">[26:36] </w:t>
      </w:r>
      <w:r>
        <w:t>Mehdi maseeh jo bhi hain, to muqabla arguments se hoga, na ke talwar se hoga. to isi liye hujjat kaha gaya hai.</w:t>
      </w:r>
    </w:p>
    <w:p>
      <w:pPr>
        <w:jc w:val="right"/>
      </w:pPr>
      <w:r>
        <w:t>مہدی مسیح جو بھی ہیں، تو مقابلہ ارگومنٹس سے ہوگا، نہ کہ تلوار سے ہوگا۔ تو اسی لیے حجیج کہا گیا ہے۔</w:t>
      </w:r>
    </w:p>
    <w:p>
      <w:r>
        <w:rPr>
          <w:b/>
        </w:rPr>
        <w:t xml:space="preserve">[26:46] </w:t>
      </w:r>
      <w:r>
        <w:t>ji. ab aap sochiye ke Hazrat maseeh jab pehli bar aaye to un ko crucify kiya gaya, phansi ki saza di gayi, aur sab se buri saza hoti thi us zamane mein.</w:t>
      </w:r>
    </w:p>
    <w:p>
      <w:pPr>
        <w:jc w:val="right"/>
      </w:pPr>
      <w:r>
        <w:t>جی۔ اب آپ سوچیے کہ حضرت مسیح جب پہلی بار آئے تو ان کو کروسیفائی کیا گیا، پھانسی کی سزا دی گئی، اور سب سے بری سزا ہوتی تھی اس زمانے میں۔</w:t>
      </w:r>
    </w:p>
    <w:p>
      <w:r>
        <w:rPr>
          <w:b/>
        </w:rPr>
        <w:t xml:space="preserve">[26:56] </w:t>
      </w:r>
      <w:r>
        <w:t>ab doosri bar aayenge to un ko world leader man lenge. aql mein yeh baat aati hai. ji. apa kuch comments aur ek sawal aaya hai, main woh lena chahunga.</w:t>
      </w:r>
    </w:p>
    <w:p>
      <w:pPr>
        <w:jc w:val="right"/>
      </w:pPr>
      <w:r>
        <w:t>اب دوسری بار آئیں گے تو ان کو ورلڈ لیڈر مان لیں گے۔ عقل میں یہ بات آتی ہے۔ جی۔ آپا کچھ کمنٹس اور ایک سوال آیا ہے، میں وہ لینا چاہوں گا۔</w:t>
      </w:r>
    </w:p>
    <w:p>
      <w:r>
        <w:rPr>
          <w:b/>
        </w:rPr>
        <w:t xml:space="preserve">[27:07] </w:t>
      </w:r>
      <w:r>
        <w:t>yeh comment bheja hai Miss Fareeda Kamran ne Pakistan se. unhone likha hai: "jazak Allah, very effective and mind blowing session"</w:t>
      </w:r>
    </w:p>
    <w:p>
      <w:pPr>
        <w:jc w:val="right"/>
      </w:pPr>
      <w:r>
        <w:t>یہ کمنٹ بھیجا ہے مس فریدہ کامران نے پاکستان سے۔ انہوں نے لکھا ہے: "جزاک اللہ، ویری ایفیکٹو اینڈ مائنڈ بلوئنگ سیشن</w:t>
      </w:r>
    </w:p>
    <w:p>
      <w:r>
        <w:rPr>
          <w:b/>
        </w:rPr>
        <w:t xml:space="preserve">[27:15] </w:t>
      </w:r>
      <w:r>
        <w:t>aur focus should be in akhra. Muhammad Asghar sahib ne Dilli se likha hai: "very true, very well explained." Abdul Basit Umri sahib ne Gulbarga se likha hai: "Apa, aap ne zabardast baat batai ke Quran distribution ke liye kahengay to bohat kam log aayengay.</w:t>
      </w:r>
    </w:p>
    <w:p>
      <w:pPr>
        <w:jc w:val="right"/>
      </w:pPr>
      <w:r>
        <w:t>۔" اور فوکس شوڈ بی ان اکھرا۔ محمد اصغر صاحب نے دلی سے لکھا ہے: "ویری ٹرو، ویری ویل ایکسپلینڈ۔" عبدالباسط عمری صاحب نے گلبرگہ سے لکھا ہے: "آپا، آپ نے زبردست بات بتائی کہ قرآن ڈسٹریبیوشن کے لیے کہیں گے تو بہت کم لوگ آئیں گے۔</w:t>
      </w:r>
    </w:p>
    <w:p>
      <w:r>
        <w:rPr>
          <w:b/>
        </w:rPr>
        <w:t xml:space="preserve">[27:33] </w:t>
      </w:r>
      <w:r>
        <w:t>aur agar yeh kahengay ke poori dunya mein Islami hukumat ko qaim karne ke liye jang karni hai to sab log aa jayengay. Jazak Allah, Apa."</w:t>
      </w:r>
    </w:p>
    <w:p>
      <w:pPr>
        <w:jc w:val="right"/>
      </w:pPr>
      <w:r>
        <w:t>اور اگر یہ کہیں گے کہ پوری دنیا میں اسلامی حکومت کو قائم کرنے کے لیے جنگ کرنی ہے تو سب لوگ آ جائیں گے۔ جزاک اللہ، آپا۔"</w:t>
      </w:r>
    </w:p>
    <w:p>
      <w:r>
        <w:rPr>
          <w:b/>
        </w:rPr>
        <w:t xml:space="preserve">[27:43] </w:t>
      </w:r>
      <w:r>
        <w:t>Syed Haseeb Shah Naqvi sahib ne Pakistan se likha hai ke: "book fair Pakistan team has and has participated in the Islamabad book fair, and he is asked people who are stay in that area to come and visit the book fair, and Maulana Wahiduddin Khan sahib books are available at the stall." Apa, yeh aik sawal aaya hai Jammu se.</w:t>
      </w:r>
    </w:p>
    <w:p>
      <w:pPr>
        <w:jc w:val="right"/>
      </w:pPr>
      <w:r>
        <w:t>سید حسیب شاہ نقوی صاحب نے پاکستان سے لکھا ہے کہ: "بک فیئر پاکستان ٹیم ہیز اور ہیز پارٹیسپیٹڈ ان دی اسلام آباد بک فیئر، اینڈ ہی از اسکڈ پیپل ہو آر سٹے ان دیٹ ایریا ٹو کم اینڈ وزٹ دا بک فیئر، اینڈ مولانا وحید الدین خان صاحب بکس آر اویلیبل ایٹ دی سٹال۔" آپا، یہ ایک سوال آیا ہے جموں سے۔</w:t>
      </w:r>
    </w:p>
    <w:p>
      <w:r>
        <w:rPr>
          <w:b/>
        </w:rPr>
        <w:t xml:space="preserve">[28:08] </w:t>
      </w:r>
      <w:r>
        <w:t>Junaid Muhammad sahib ne bheja</w:t>
      </w:r>
    </w:p>
    <w:p>
      <w:pPr>
        <w:jc w:val="right"/>
      </w:pPr>
      <w:r>
        <w:t>جنید محمد صاحب نے بھیجا</w:t>
      </w:r>
    </w:p>
    <w:p>
      <w:r>
        <w:rPr>
          <w:b/>
        </w:rPr>
        <w:t xml:space="preserve">[28:10] </w:t>
      </w:r>
      <w:r>
        <w:t>hai. Unhon ne likha hai ke: "Apa, if emotions are taken out of deen, then according to rationality, how can you inspire people to do religious deeds?</w:t>
      </w:r>
    </w:p>
    <w:p>
      <w:pPr>
        <w:jc w:val="right"/>
      </w:pPr>
      <w:r>
        <w:t>ہے۔ انہوں نے لکھا ہے کہ: "آپا، اف ایموشنز آر ٹیکن آؤٹ آف دین، دین اکارڈنگ ٹو ریشنلٹی، ہاؤ کین یو انسپائر پیپل ٹو ڈو ریلیجیس ڈیٹس؟</w:t>
      </w:r>
    </w:p>
    <w:p>
      <w:r>
        <w:rPr>
          <w:b/>
        </w:rPr>
        <w:t xml:space="preserve">[28:22] </w:t>
      </w:r>
      <w:r>
        <w:t>If Ibrahim Alaihissalam had used only mind at the time of his sacrifice of his son Ismail, he would not have done the deed.</w:t>
      </w:r>
    </w:p>
    <w:p>
      <w:pPr>
        <w:jc w:val="right"/>
      </w:pPr>
      <w:r>
        <w:t>اف ابراہیم علیہ السلام ہیڈ یوزڈ اونلی مائنڈ ایٹ دا ٹائم آف ہز سیکریفائس آف ہز سن اسماعیل، ہی وڈ ناٹ ہیو ڈن دا ڈیٹ۔</w:t>
      </w:r>
    </w:p>
    <w:p>
      <w:r>
        <w:rPr>
          <w:b/>
        </w:rPr>
        <w:t xml:space="preserve">[28:31] </w:t>
      </w:r>
      <w:r>
        <w:t>How can we separate Islam from emotions and social justice?"</w:t>
      </w:r>
    </w:p>
    <w:p>
      <w:pPr>
        <w:jc w:val="right"/>
      </w:pPr>
      <w:r>
        <w:t>ہاؤ کین وی سیپریٹ اسلام فرام ایموشنز اینڈ سوشل جسٹس؟"</w:t>
      </w:r>
    </w:p>
    <w:p>
      <w:r>
        <w:rPr>
          <w:b/>
        </w:rPr>
        <w:t xml:space="preserve">[28:37] </w:t>
      </w:r>
      <w:r>
        <w:t>to woh yeh sawal aap se pooch rahe hain. Apa, is ke baray mein kuch bataein. To emotions to positive bhi hotay hain, negative bhi hotay hain. Ab Khuda ke liye hamaray jazbat hain, deen ke liye jazbat hain.</w:t>
      </w:r>
    </w:p>
    <w:p>
      <w:pPr>
        <w:jc w:val="right"/>
      </w:pPr>
      <w:r>
        <w:t>تو وہ یہ سوال آپ سے پوچھ رہے ہیں۔ آپا، اس کے بارے میں کچھ بتائیں۔ تو ایموشنز تو پازیٹیو بھی ہوتے ہیں، نیگیٹیو بھی ہوتے ہیں۔ اب خدا کے لیے ہمارے جذبات ہیں، دین کے لیے جذبات ہیں۔</w:t>
      </w:r>
    </w:p>
    <w:p>
      <w:r>
        <w:rPr>
          <w:b/>
        </w:rPr>
        <w:t xml:space="preserve">[28:48] </w:t>
      </w:r>
      <w:r>
        <w:t>to woh to bohat acha jazbat hain. Insan to ke andar to jazbat bhare hue hain, lekin ghalat jazbat, ghalat jazbat ka ghalat direction ke hum tamam logon ko apna dushman maan lein to aur jazbat mein un se jang karna shuru kar dein.</w:t>
      </w:r>
    </w:p>
    <w:p>
      <w:pPr>
        <w:jc w:val="right"/>
      </w:pPr>
      <w:r>
        <w:t>تو وہ تو بہت اچھا جذبات ہیں۔ انسان تو کے اندر تو جذبات بھرے ہوئے ہیں، لیکن غلط جذبات، غلط جذبات کا غلط ڈائریکشن کہ ہم تمام لوگوں کو اپنا دشمن مان لیں تو اور جذبات میں ان سے جنگ کرنا شروع کر دیں۔</w:t>
      </w:r>
    </w:p>
    <w:p>
      <w:r>
        <w:rPr>
          <w:b/>
        </w:rPr>
        <w:t xml:space="preserve">[29:04] </w:t>
      </w:r>
      <w:r>
        <w:t>to jazbat, hamara jazba yeh hona chahiye ke hum tamam logon ko Khuda ka deen pohanchayengay, un ko jannat ka rasta dikhayengay. To jazbat bhi to is ka direction sahi hona chahiye na?</w:t>
      </w:r>
    </w:p>
    <w:p>
      <w:pPr>
        <w:jc w:val="right"/>
      </w:pPr>
      <w:r>
        <w:t>تو جذبات، ہمارا جذبہ یہ ہونا چاہیے کہ ہم تمام لوگوں کو خدا کا دین پہنچائیں گے، ان کو جنت کا راستہ دکھائیں گے۔ تو جذبات بھی تو اس کا ڈائریکشن صحیح ہونا چاہیے نا؟</w:t>
      </w:r>
    </w:p>
    <w:p>
      <w:r>
        <w:rPr>
          <w:b/>
        </w:rPr>
        <w:t xml:space="preserve">[29:15] </w:t>
      </w:r>
      <w:r>
        <w:t>Jazbat to rahengay, jazbat ko to hum alag kar hi nahi sakte. Insan to jazbat insan ke andar bohat ziyada hain. Kai kai aisay mazahib hain jo kehtay hain ke desires ko alag karo, lekin desires khatam karo, lekin yeh possible nahi hai.</w:t>
      </w:r>
    </w:p>
    <w:p>
      <w:pPr>
        <w:jc w:val="right"/>
      </w:pPr>
      <w:r>
        <w:t>جذبات تو رہیں گے، جذبات کو تو ہم الگ کر ہی نہیں سکتے۔ انسان تو جذبات انسان کے اندر بہت زیادہ ہیں۔ کئی کئی ایسے مذاہب ہیں جو کہتے ہیں کہ ڈیزائرز کو الگ کرو، لیکن ڈیزائرز ختم کرو، لیکن یہ پاسیبل نہیں ہے۔</w:t>
      </w:r>
    </w:p>
    <w:p>
      <w:r>
        <w:rPr>
          <w:b/>
        </w:rPr>
        <w:t xml:space="preserve">[29:33] </w:t>
      </w:r>
      <w:r>
        <w:t>Desires ko, emotions ko khatam nahi kar sakte, bas is ka sahi direction mutayyan kar sakte hain. Aur Apa, yeh bohat zaroori hai ke emotional response jo hai, woh hamesha reaction hota hai.</w:t>
      </w:r>
    </w:p>
    <w:p>
      <w:pPr>
        <w:jc w:val="right"/>
      </w:pPr>
      <w:r>
        <w:t>ڈیزائرز کو، ایموشنز کو ختم نہیں کر سکتے، بس اس کا صحیح ڈائریکشن متعین کر سکتے ہیں۔ اور آپا، یہ بہت ضروری ہے کہ ایموشنل رسپانس جو ہے، وہ ہمیشہ ری ایکشن ہوتا ہے۔</w:t>
      </w:r>
    </w:p>
    <w:p>
      <w:r>
        <w:rPr>
          <w:b/>
        </w:rPr>
        <w:t xml:space="preserve">[29:47] </w:t>
      </w:r>
      <w:r>
        <w:t>Lekin agar aap soch samajh ke aap jawab dein to woh well considered response hota hai.</w:t>
      </w:r>
    </w:p>
    <w:p>
      <w:pPr>
        <w:jc w:val="right"/>
      </w:pPr>
      <w:r>
        <w:t>لیکن اگر آپ سوچ سمجھ کے آپ جواب دیں تو وہ ویل کنسیڈرڈ رسپانس ہوتا ہے۔</w:t>
      </w:r>
    </w:p>
    <w:p>
      <w:r>
        <w:rPr>
          <w:b/>
        </w:rPr>
        <w:t xml:space="preserve">[29:53] </w:t>
      </w:r>
      <w:r>
        <w:t>Aur Apa, sab se bara, I think, example Islamic history mein jo hamein milta hai ke kyun emotional response nahi dena chahiye, woh Rasool Allah ki zindagi se Hudaybiyyah treaty se hamein milta hai.</w:t>
      </w:r>
    </w:p>
    <w:p>
      <w:pPr>
        <w:jc w:val="right"/>
      </w:pPr>
      <w:r>
        <w:t>اور آپا، سب سے بڑا، آئی تھنک، ایگزیمپل اسلامک ہسٹری میں جو ہمیں ملتا ہے کہ کیوں ایموشنل رسپانس نہیں دینا چاہیے، وہ رسول اللہ کی زندگی سے حدیبیہ ٹریٹی سے ہمیں ملتا ہے۔</w:t>
      </w:r>
    </w:p>
    <w:p>
      <w:r>
        <w:rPr>
          <w:b/>
        </w:rPr>
        <w:t xml:space="preserve">[30:05] </w:t>
      </w:r>
      <w:r>
        <w:t>Jab treaty sign honi thi to likha tha ke Prophet of Allah. To Suhail ibn Amr thay Quraish ke side se, unhon ne kaha ke nahi, aap likhein Muhammad ibn Abdullah, hum aap ko Prophet nahi mantay hain.</w:t>
      </w:r>
    </w:p>
    <w:p>
      <w:pPr>
        <w:jc w:val="right"/>
      </w:pPr>
      <w:r>
        <w:t>جب ٹریٹی سائن ہونی تھی تو لکھا تھا کہ پرافٹ آف اللہ۔ تو سہیل ابن عمر تھے قریش کے سائیڈ سے، انہوں نے کہا کہ نہیں، آپ لکھیں محمد ابن عبداللہ، ہم آپ کو پرافٹ نہیں مانتے ہیں۔</w:t>
      </w:r>
    </w:p>
    <w:p>
      <w:r>
        <w:rPr>
          <w:b/>
        </w:rPr>
        <w:t xml:space="preserve">[30:18] </w:t>
      </w:r>
      <w:r>
        <w:t>To ab dekhiye, itna bara yeh aik emotional point tha.</w:t>
      </w:r>
    </w:p>
    <w:p>
      <w:pPr>
        <w:jc w:val="right"/>
      </w:pPr>
      <w:r>
        <w:t>تو اب دیکھیے، اتنا بڑا یہ ایک ایموشنل پوائنٹ تھا۔</w:t>
      </w:r>
    </w:p>
    <w:p>
      <w:r>
        <w:rPr>
          <w:b/>
        </w:rPr>
        <w:t xml:space="preserve">[30:22] </w:t>
      </w:r>
      <w:r>
        <w:t>Sahaba jo thay, woh naraz ho rahe thay ke aisay kaise ho sakta hai? Hazrat Ali ne mitanay se mana kar diya tha, Prophet ne khud mitaya tha, lekin Prophet future ko dekh ke faisla le rahe thay.</w:t>
      </w:r>
    </w:p>
    <w:p>
      <w:pPr>
        <w:jc w:val="right"/>
      </w:pPr>
      <w:r>
        <w:t>صحابہ جو تھے، وہ ناراض ہو رہے تھے کہ ایسے کیسے ہو سکتا ہے؟ حضرت علی نے مٹانے سے منع کر دیا تھا، پرافٹ نے خود مٹایا تھا، لیکن پرافٹ فیوچر کو دیکھ کے فیصلہ لے رہے تھے۔</w:t>
      </w:r>
    </w:p>
    <w:p>
      <w:r>
        <w:rPr>
          <w:b/>
        </w:rPr>
        <w:t xml:space="preserve">[30:34] </w:t>
      </w:r>
      <w:r>
        <w:t>Agar us waqt emotion ke sath faisla lete to shayad woh ayat bhi nahi aati jo Fatah Mubeen ki aayi thi. Ayat aur us ke baad hum jantay hain ke kis tarah se aasani se Islam phail gaya aur Makkah bhi fateh hua.</w:t>
      </w:r>
    </w:p>
    <w:p>
      <w:pPr>
        <w:jc w:val="right"/>
      </w:pPr>
      <w:r>
        <w:t>اگر اس وقت ایموشن کے ساتھ فیصلہ لیتے تو شاید وہ آیت بھی نہیں آتی جو فتح مبین کی آئی تھی۔ آیت اور اس کے بعد ہم جانتے ہیں کہ کس طریقے سے آسانی سے اسلام پھیل گیا اور مکہ بھی فتح ہوا۔</w:t>
      </w:r>
    </w:p>
    <w:p>
      <w:r>
        <w:rPr>
          <w:b/>
        </w:rPr>
        <w:t xml:space="preserve">[30:50] </w:t>
      </w:r>
      <w:r>
        <w:t>To yeh bara important hai ke aap ne sahi kaha, jazbat bohat important hain, lekin is ko sahi direction dena, is ke liye mind ka istemal karna bohat zaroori hai.</w:t>
      </w:r>
    </w:p>
    <w:p>
      <w:pPr>
        <w:jc w:val="right"/>
      </w:pPr>
      <w:r>
        <w:t>تو یہ بڑا امپورٹنٹ ہے کہ آپ نے صحیح کہا، جذبات بہت امپورٹنٹ ہیں، لیکن اس کو صحیح ڈائریکشن دینا، اس کے لیے مائنڈ کا استعمال کرنا بہت ضروری ہے۔</w:t>
      </w:r>
    </w:p>
    <w:p>
      <w:r>
        <w:rPr>
          <w:b/>
        </w:rPr>
        <w:t xml:space="preserve">[31:00] </w:t>
      </w:r>
      <w:r>
        <w:t>Aur yeh hamein Hudaybiyyah treaty se bohat achay se yeh wazeh hota hai. Apa, agla sawal. Woh social justice ka jo keh rahe hain.</w:t>
      </w:r>
    </w:p>
    <w:p>
      <w:pPr>
        <w:jc w:val="right"/>
      </w:pPr>
      <w:r>
        <w:t>اور یہ ہمیں حدیبیہ ٹریٹی سے بہت اچھے سے یہ واضح ہوتا ہے۔ آپا، اگلا سوال۔ وہ سوشل جسٹس کا جو کہہ رہے ہیں۔</w:t>
      </w:r>
    </w:p>
    <w:p>
      <w:r>
        <w:rPr>
          <w:b/>
        </w:rPr>
        <w:t xml:space="preserve">[31:09] </w:t>
      </w:r>
      <w:r>
        <w:t>Ji. Matlab social justice to aisa justice to kabhi milta hi nahi hai ke jang se justice milay. Aap us ke liye mehnat karengay.</w:t>
      </w:r>
    </w:p>
    <w:p>
      <w:pPr>
        <w:jc w:val="right"/>
      </w:pPr>
      <w:r>
        <w:t>جی۔ مطلب سوشل جسٹس تو ایسا جسٹس تو کبھی ملتا ہی نہیں ہے کہ جنگ سے جسٹس ملے۔ آپ اس کے لیے محنت کریں گے۔</w:t>
      </w:r>
    </w:p>
    <w:p>
      <w:r>
        <w:rPr>
          <w:b/>
        </w:rPr>
        <w:t xml:space="preserve">[31:17] </w:t>
      </w:r>
      <w:r>
        <w:t>Ji. Jaise sulah Hudaybiyyah Rasool Allah Sallallahu Alaihi Wasallam ne kiya, phir daawa work kiya, tamam logon ke dil naram kiye. To woh sab kuch mil gaya. Ji. Nahi, social justice jo hai, woh jang ke zariye nahi milega, sulah ke zariye milega.</w:t>
      </w:r>
    </w:p>
    <w:p>
      <w:pPr>
        <w:jc w:val="right"/>
      </w:pPr>
      <w:r>
        <w:t>جی۔ جیسے صلح حدیبیہ رسول اللہ صلی اللہ علیہ وسلم نے کیا، پھر دعویٰ ورک کیا، تمام لوگوں کے دل نرم کیے۔ تو وہ سب کچھ مل گیا۔ جی۔ نہیں، سوشل جسٹس جو ہے، وہ جنگ کے ذریعے نہیں ملے گا، صلح کے ذریعے ملے گا۔</w:t>
      </w:r>
    </w:p>
    <w:p>
      <w:r>
        <w:rPr>
          <w:b/>
        </w:rPr>
        <w:t xml:space="preserve">[31:30] </w:t>
      </w:r>
      <w:r>
        <w:t>Bilkul, bilkul.</w:t>
      </w:r>
    </w:p>
    <w:p>
      <w:pPr>
        <w:jc w:val="right"/>
      </w:pPr>
      <w:r>
        <w:t>بالکل، بالکل۔</w:t>
      </w:r>
    </w:p>
    <w:p>
      <w:r>
        <w:rPr>
          <w:b/>
        </w:rPr>
        <w:t xml:space="preserve">[31:31] </w:t>
      </w:r>
      <w:r>
        <w:t>Woh Maulana Wahiduddin Khan sahib ne bohat achay se explain kiya ke opportunities hoti hain. Problem hai to opportunities bhi hain. Aap ko woh opportunities ko discover karna hai, identify karna hai.</w:t>
      </w:r>
    </w:p>
    <w:p>
      <w:pPr>
        <w:jc w:val="right"/>
      </w:pPr>
      <w:r>
        <w:t>وہ مولانا وحید الدین خان صاحب نے بہت اچھے سے ایکسپلین کیا کہ اپرچونیٹیز ہوتی ہیں۔ پرابلم ہے تو اپرچونیٹیز بھی ہیں۔ آپ کو وہ اپرچونیٹیز کو ڈسکور کرنا ہے، آئیڈینٹیفائی کرنا ہے۔</w:t>
      </w:r>
    </w:p>
    <w:p>
      <w:r>
        <w:rPr>
          <w:b/>
        </w:rPr>
        <w:t xml:space="preserve">[31:42] </w:t>
      </w:r>
      <w:r>
        <w:t>Once you identify those opportunities, you avail those opportunities, then you eventually get justice. Jaisa ke hum ne Hudaybiyyah treaty mein bhi dekha, woh justice nahi tha ke aap Paighambar ko keh rahe hain ke aap hata dein ke aap Prophet hain.</w:t>
      </w:r>
    </w:p>
    <w:p>
      <w:pPr>
        <w:jc w:val="right"/>
      </w:pPr>
      <w:r>
        <w:t>ونس یو آئیڈینٹیفائی دوز اپرچونیٹیز، یو اویل دوز اپرچونیٹیز، دین یو ایونچولی گیٹ جسٹس۔ جیسا کہ ہم نے حدیبیہ ٹریٹی میں بھی دیکھا، وہ جسٹس نہیں تھا کہ آپ پیغمبر کو کہہ رہے ہیں کہ آپ ہٹا دیں کہ آپ پرافٹ ہیں۔</w:t>
      </w:r>
    </w:p>
    <w:p>
      <w:r>
        <w:rPr>
          <w:b/>
        </w:rPr>
        <w:t xml:space="preserve">[31:56] </w:t>
      </w:r>
      <w:r>
        <w:t>lekin opportunity avail kare profit ne, aur us ke baad jaisa hum jante hain ke kis tarah Islam poori duniya mein phail gaya. ab mein ab ek real qissa batati hoon, hamari ek jannane wale, qareebi jannane wale, to woh un ko un ke father ki death ho gayi thi.</w:t>
      </w:r>
    </w:p>
    <w:p>
      <w:pPr>
        <w:jc w:val="right"/>
      </w:pPr>
      <w:r>
        <w:t>لیکن اپرچونیٹی اویل کری پرافٹ نے، اور اس کے بعد جیسا ہم جانتے ہیں کہ کس طرح اسلام پوری دنیا میں پھیل گیا۔ اب میں اب ایک ریئل قصہ بتاتی ہوں، ہماری ایک جاننے والے، قریبی جاننے والے، تو وہ ان کو ان کے فادر کی ڈیتھ ہو گئی تھی۔</w:t>
      </w:r>
    </w:p>
    <w:p>
      <w:r>
        <w:rPr>
          <w:b/>
        </w:rPr>
        <w:t xml:space="preserve">[32:15] </w:t>
      </w:r>
      <w:r>
        <w:t>to ab zamindari mein kya hota tha? jab father ki death ho jaye to phir woh woh nahi karte, hissa nahi dete. ji. to wahi wahan hua.</w:t>
      </w:r>
    </w:p>
    <w:p>
      <w:pPr>
        <w:jc w:val="right"/>
      </w:pPr>
      <w:r>
        <w:t>تو اب زمینداری میں کیا ہوتا تھا؟ جب فادر کی ڈیتھ ہو جائے تو پھر وہ وہ نہیں کرتے، حصہ نہیں دیتے۔ جی۔ تو وہی وہاں ہوا۔</w:t>
      </w:r>
    </w:p>
    <w:p>
      <w:r>
        <w:rPr>
          <w:b/>
        </w:rPr>
        <w:t xml:space="preserve">[32:24] </w:t>
      </w:r>
      <w:r>
        <w:t>ab logon ki bohat halaat kharab ho gaye. to woh jo bara beta tha, us ne business kiya, zabardast business kiya, bohat bohat zabardast company qaim ki.</w:t>
      </w:r>
    </w:p>
    <w:p>
      <w:pPr>
        <w:jc w:val="right"/>
      </w:pPr>
      <w:r>
        <w:t>اب لوگوں کی بہت حالات خراب ہو گئے۔ تو وہ جو بڑا بیٹا تھا، اس نے بزنس کیا، زبردست بزنس کیا، بہت بہت زبردست کمپنی قائم کی۔</w:t>
      </w:r>
    </w:p>
    <w:p>
      <w:r>
        <w:rPr>
          <w:b/>
        </w:rPr>
        <w:t xml:space="preserve">[32:36] </w:t>
      </w:r>
      <w:r>
        <w:t>phir us ke baad kya hua? jab un ki woh sab se zyada unhon ne paisa kamaya, sab se zyada hasiyat un ki ho gayi.</w:t>
      </w:r>
    </w:p>
    <w:p>
      <w:pPr>
        <w:jc w:val="right"/>
      </w:pPr>
      <w:r>
        <w:t>پھر اس کے بعد کیا ہوا؟ جب ان کی وہ سب سے زیادہ انہوں نے پیسہ کمایا، سب سے زیادہ حیثیت ان کی ہو گئی۔</w:t>
      </w:r>
    </w:p>
    <w:p>
      <w:r>
        <w:rPr>
          <w:b/>
        </w:rPr>
        <w:t xml:space="preserve">[32:44] </w:t>
      </w:r>
      <w:r>
        <w:t>phir us ke baad woh us position mein ho gaye ke is zamindari ko khud taqseem</w:t>
      </w:r>
    </w:p>
    <w:p>
      <w:pPr>
        <w:jc w:val="right"/>
      </w:pPr>
      <w:r>
        <w:t>پھر اس کے بعد وہ اس پوزیشن میں ہو گئے کہ اس زمینداری کو خود تقسیم</w:t>
      </w:r>
    </w:p>
    <w:p>
      <w:r>
        <w:rPr>
          <w:b/>
        </w:rPr>
        <w:t xml:space="preserve">[32:50] </w:t>
      </w:r>
      <w:r>
        <w:t>karein. ji. phir sab kuch un ko mil gaya. agar us waqt woh ladai kar dete shuru to kuch bhi nahi milta. jo kuch raha saath tha, woh bhi barbaad ho jata.</w:t>
      </w:r>
    </w:p>
    <w:p>
      <w:pPr>
        <w:jc w:val="right"/>
      </w:pPr>
      <w:r>
        <w:t>کریں۔ جی۔ پھر سب کچھ ان کو مل گیا۔ اگر اس وقت وہ لڑائی کر دیتے شروع تو کچھ بھی نہیں ملتا۔ جو کچھ رہا ساتھ تھا، وہ بھی برباد ہو جاتا۔</w:t>
      </w:r>
    </w:p>
    <w:p>
      <w:r>
        <w:rPr>
          <w:b/>
        </w:rPr>
        <w:t xml:space="preserve">[32:58] </w:t>
      </w:r>
      <w:r>
        <w:t>ji. real qissa hai. ji. jazak Allah, apaa. apaa, agla sawal mein Dajjal ke relation mein poochna chahunga ke yeh bhi ek nishani batayi gayi hai, end of times ke aanay se pehle, emergency of Dajjal.</w:t>
      </w:r>
    </w:p>
    <w:p>
      <w:pPr>
        <w:jc w:val="right"/>
      </w:pPr>
      <w:r>
        <w:t>جی۔ ریئل قصہ ہے۔ جی۔ جزاک اللہ، آپا۔ آپا، اگلا سوال میں دابا کے ریلیشن میں پوچھنا چاہوں گا کہ یہ بھی ایک نشانی بتائی گئی ہے، اینڈ آف ٹائمز کے آنے سے پہلے، ایمرجنسی آف دابا۔</w:t>
      </w:r>
    </w:p>
    <w:p>
      <w:r>
        <w:rPr>
          <w:b/>
        </w:rPr>
        <w:t xml:space="preserve">[33:15] </w:t>
      </w:r>
      <w:r>
        <w:t>Maulana Wahiduddin Khan sahib ne Al-Risala mein is ko Hazrat Nuh (AS) ki kashti bataya hai. to mein chahunga ke is is ke bare mein bhi aap thoda wazeh karein.</w:t>
      </w:r>
    </w:p>
    <w:p>
      <w:pPr>
        <w:jc w:val="right"/>
      </w:pPr>
      <w:r>
        <w:t>مولانا وحید الدین خان صاحب نے الرسالہ میں اس کو حضرت نوح علیہ السلام کی کشتی بتایا ہے۔ تو میں چاہوں گا کہ اس اس کے بارے میں بھی آپ تھوڑا واضح کریں۔</w:t>
      </w:r>
    </w:p>
    <w:p>
      <w:r>
        <w:rPr>
          <w:b/>
        </w:rPr>
        <w:t xml:space="preserve">[33:27] </w:t>
      </w:r>
      <w:r>
        <w:t>yeh bohat hi important nishani hai qayamat ki. to Dajjal, lekin log samajhte nahi.</w:t>
      </w:r>
    </w:p>
    <w:p>
      <w:pPr>
        <w:jc w:val="right"/>
      </w:pPr>
      <w:r>
        <w:t>یہ بہت ہی امپورٹنٹ نشانی ہے قیامت کی۔ تو دابا، لیکن لوگ سمجھتے ہیں نہیں۔</w:t>
      </w:r>
    </w:p>
    <w:p>
      <w:r>
        <w:rPr>
          <w:b/>
        </w:rPr>
        <w:t xml:space="preserve">[33:36] </w:t>
      </w:r>
      <w:r>
        <w:t>woh purane zamane ke lehaz se literal, woh ek to purana zamana tha, us mein bohat sari cheezein hamare samne thi nahi. aur doosre, woh samajhte the har cheez ko literal, yani ke literal samajhna cha rahe the, to woh samajh mein nahi aata tha.</w:t>
      </w:r>
    </w:p>
    <w:p>
      <w:pPr>
        <w:jc w:val="right"/>
      </w:pPr>
      <w:r>
        <w:t>وہ پرانے زمانے کے لحاظ سے لٹرل، وہ ایک تو پرانا زمانہ تھا، اس میں بہت ساری چیزیں ہمارے سامنے تھیں نہیں۔ اور دوسرے، وہ سمجھتے تھے ہر چیز کو لٹرل، یعنی کہ لٹرل سمجھنا چاہ رہے تھے، تو وہ سمجھ میں نہیں آتا تھا۔</w:t>
      </w:r>
    </w:p>
    <w:p>
      <w:r>
        <w:rPr>
          <w:b/>
        </w:rPr>
        <w:t xml:space="preserve">[33:52] </w:t>
      </w:r>
      <w:r>
        <w:t>to Dajjal ka mein sahi Muslim mein jo tashreeh likhi hui hai na, woh bohat ajeeb o ghareeb tashreeh hai. ji. ke bohat bara janwar Safa pahad se niklega, 60 gaz lamba uska sar hoga,</w:t>
      </w:r>
    </w:p>
    <w:p>
      <w:pPr>
        <w:jc w:val="right"/>
      </w:pPr>
      <w:r>
        <w:t>تو دابا کا میں صحیح مسلم میں جو تشریح لکھی ہوئی ہے نا، وہ بہت عجیب و غریب تشریح ہے۔ جی۔ کہ بہت بڑا جانور صفا پہاڑ سے نکلے گا، 60 گز لمبا اس کا سر ہوگا،</w:t>
      </w:r>
    </w:p>
    <w:p>
      <w:r>
        <w:rPr>
          <w:b/>
        </w:rPr>
        <w:t xml:space="preserve">[34:06] </w:t>
      </w:r>
      <w:r>
        <w:t>hathi ke jaise kaan, sing pahadi bakri jaisa, sina sher ka. ji. hath paon oont ke.</w:t>
      </w:r>
    </w:p>
    <w:p>
      <w:pPr>
        <w:jc w:val="right"/>
      </w:pPr>
      <w:r>
        <w:t>ہاتھی کے جیسے کان، سینگ پہاڑی بکری جیسا، سینہ شیر کا۔ جی۔ ہاتھ پاؤں اونٹ کے۔</w:t>
      </w:r>
    </w:p>
    <w:p>
      <w:r>
        <w:rPr>
          <w:b/>
        </w:rPr>
        <w:t xml:space="preserve">[34:16] </w:t>
      </w:r>
      <w:r>
        <w:t>Hazrat Musa (AS) ka asaa aur Hazrat Suleman (AS) ki angoothi le kar woh woh aye ga, aur Musalman aur kafir ko soongh kar bata dega ke kaun sachay deen par hai,</w:t>
      </w:r>
    </w:p>
    <w:p>
      <w:pPr>
        <w:jc w:val="right"/>
      </w:pPr>
      <w:r>
        <w:t>حضرت موسیٰ کا عصا اور حضرت سلیمان کی انگوٹھی لے کر وہ وہ آئے گا، اور مسلمان اور کافر کو سونگھ کر بتا دے گا کہ کون سچے دین پر ہے،</w:t>
      </w:r>
    </w:p>
    <w:p>
      <w:r>
        <w:rPr>
          <w:b/>
        </w:rPr>
        <w:t xml:space="preserve">[34:27] </w:t>
      </w:r>
      <w:r>
        <w:t>kaun nahi hai. ji. ab aap sochiye, is ka kuch bhi aql se taluq nahi ke itna bara janwar nikal ke aye ga to sab log bhagenge.</w:t>
      </w:r>
    </w:p>
    <w:p>
      <w:pPr>
        <w:jc w:val="right"/>
      </w:pPr>
      <w:r>
        <w:t>کون نہیں ہے۔ جی۔ اب آپ سوچیے، اس کا کچھ بھی عقل سے تعلق نہیں کہ اتنا بڑا جانور نکل کے آئے گا تو سب لوگ بھاگیں گے۔</w:t>
      </w:r>
    </w:p>
    <w:p>
      <w:r>
        <w:rPr>
          <w:b/>
        </w:rPr>
        <w:t xml:space="preserve">[34:38] </w:t>
      </w:r>
      <w:r>
        <w:t>woh kab soonghne ko is ko milega? yeh sab ko soonghega, phir bataye ga kaun kafir hai, kaun momin hai. ji. to Maulana ne is par bohat likha hai, balkay ek pamphlet bhi shaya hua tha.</w:t>
      </w:r>
    </w:p>
    <w:p>
      <w:pPr>
        <w:jc w:val="right"/>
      </w:pPr>
      <w:r>
        <w:t>وہ کب سونگھنے کو اس کو ملے گا؟ یہ سب کو سونگھے گا، پھر بتائے گا کون کافر ہے، کون مومن ہے۔ جی۔ تو مولانا نے اس پر بہت لکھا ہے، بلکہ ایک پیمفلیٹ بھی شائع ہوا تھا۔</w:t>
      </w:r>
    </w:p>
    <w:p>
      <w:r>
        <w:rPr>
          <w:b/>
        </w:rPr>
        <w:t xml:space="preserve">[34:50] </w:t>
      </w:r>
      <w:r>
        <w:t>ji. to ise English mein bhi aya</w:t>
      </w:r>
    </w:p>
    <w:p>
      <w:pPr>
        <w:jc w:val="right"/>
      </w:pPr>
      <w:r>
        <w:t>جی۔ تو اسے انگلش میں بھی آیا</w:t>
      </w:r>
    </w:p>
    <w:p>
      <w:r>
        <w:rPr>
          <w:b/>
        </w:rPr>
        <w:t xml:space="preserve">[34:54] </w:t>
      </w:r>
      <w:r>
        <w:t>hai. to yeh sare jo alfaaz hote hain na, yeh symbolic hote hain.</w:t>
      </w:r>
    </w:p>
    <w:p>
      <w:pPr>
        <w:jc w:val="right"/>
      </w:pPr>
      <w:r>
        <w:t>ہے۔ تو یہ سارے جو الفاظ ہوتے ہیں نا، یہ سمبالک ہوتے ہیں۔</w:t>
      </w:r>
    </w:p>
    <w:p>
      <w:r>
        <w:rPr>
          <w:b/>
        </w:rPr>
        <w:t xml:space="preserve">[35:00] </w:t>
      </w:r>
      <w:r>
        <w:t>to is mein Maulana ne likha hai ke jo Allah Ta'ala ki jo Sunnat al-Ibtila hai, jo ke har cheez par Allah Ta'ala ne veil of doubt rakha hai, yeh Surah Al-An'am mein verse nine.</w:t>
      </w:r>
    </w:p>
    <w:p>
      <w:pPr>
        <w:jc w:val="right"/>
      </w:pPr>
      <w:r>
        <w:t>تو اس میں مولانا نے لکھا ہے کہ جو اللہ تعالیٰ کی جو سنت التباس ہے، جو کہ ہر چیز پر اللہ تعالیٰ نے ویل آف ڈاؤٹ رکھا ہے، یہ سورہ الانعام میں ورس نائن۔</w:t>
      </w:r>
    </w:p>
    <w:p>
      <w:r>
        <w:rPr>
          <w:b/>
        </w:rPr>
        <w:t xml:space="preserve">[35:15] </w:t>
      </w:r>
      <w:r>
        <w:t>to</w:t>
      </w:r>
    </w:p>
    <w:p>
      <w:pPr>
        <w:jc w:val="right"/>
      </w:pPr>
      <w:r>
        <w:t>تو</w:t>
      </w:r>
    </w:p>
    <w:p>
      <w:r>
        <w:rPr>
          <w:b/>
        </w:rPr>
        <w:t xml:space="preserve">[35:16] </w:t>
      </w:r>
      <w:r>
        <w:t>kashti ke zariye jo Allah Ta'ala ne jo message diya hai insano ko, to woh ek disguised name hai Dajjal, kyunke kashti rengte rengte pani par chalti hai.</w:t>
      </w:r>
    </w:p>
    <w:p>
      <w:pPr>
        <w:jc w:val="right"/>
      </w:pPr>
      <w:r>
        <w:t>کشتی کے ذریعے جو اللہ تعالیٰ نے جو میسج دیا ہے انسانوں کو، تو وہ ایک ڈسگائسڈ نیم ہے دابا، کیونکہ کشتی رینگتے رینگتے پانی پر چلتی ہے۔</w:t>
      </w:r>
    </w:p>
    <w:p>
      <w:r>
        <w:rPr>
          <w:b/>
        </w:rPr>
        <w:t xml:space="preserve">[35:28] </w:t>
      </w:r>
      <w:r>
        <w:t>ji. to woh us ko disguise kiya jata tha. to is pe qanoon al-ibtila ki wajah se us ko Dajjal kaha gaya.</w:t>
      </w:r>
    </w:p>
    <w:p>
      <w:pPr>
        <w:jc w:val="right"/>
      </w:pPr>
      <w:r>
        <w:t>جی۔ تو وہ اس کو ڈسگائس کیا جاتا تھا۔ تو اس پہ قانون التباس کی وجہ سے اس کو دابا کہا گیا۔</w:t>
      </w:r>
    </w:p>
    <w:p>
      <w:r>
        <w:rPr>
          <w:b/>
        </w:rPr>
        <w:t xml:space="preserve">[35:37] </w:t>
      </w:r>
      <w:r>
        <w:t>to jo hai Dajjal ke lafzi maani to rengne wale hain, creeper, aise jo bel hoti hai na, jo upar chadhti hai. ji. us ko bhi Dajjal kehte hain.</w:t>
      </w:r>
    </w:p>
    <w:p>
      <w:pPr>
        <w:jc w:val="right"/>
      </w:pPr>
      <w:r>
        <w:t>تو جو ہے دابا کے لفظی معنی تو رینگنے والے ہیں، کریپر، ایسے جو بیل ہوتی ہے نا، جو اوپر چڑھتی ہے۔ جی۔ اس کو بھی دابا کہتے ہیں۔</w:t>
      </w:r>
    </w:p>
    <w:p>
      <w:r>
        <w:rPr>
          <w:b/>
        </w:rPr>
        <w:t xml:space="preserve">[35:48] </w:t>
      </w:r>
      <w:r>
        <w:t>aur koi bhi cheez dheere dheere chal rahi ho, jaise train hi hai, bohat dheere dheere chal rahi ho, to us ko bhi Dajjal kaha jata hai. to Quran mein aya hai ke jab waqt aye ga to hum logon ke liye zameen se ek Dajjal nikalenge.</w:t>
      </w:r>
    </w:p>
    <w:p>
      <w:pPr>
        <w:jc w:val="right"/>
      </w:pPr>
      <w:r>
        <w:t>اور کوئی بھی چیز دھیرے دھیرے چل رہی ہو، جیسے ٹرین ہی ہے، بہت دھیرے دھیرے چل رہی ہو، تو اس کو بھی دابا کہا جاتا ہے۔ تو قرآن میں آیا ہے کہ جب وقت آئے گا تو ہم لوگوں کے لیے زمین سے ایک دابا نکالیں گے۔</w:t>
      </w:r>
    </w:p>
    <w:p>
      <w:r>
        <w:rPr>
          <w:b/>
        </w:rPr>
        <w:t xml:space="preserve">[36:02] </w:t>
      </w:r>
      <w:r>
        <w:t>ab zameen se ek Dajjal nikalenge, zameen ke andar janwar mar nahi jayega,</w:t>
      </w:r>
    </w:p>
    <w:p>
      <w:pPr>
        <w:jc w:val="right"/>
      </w:pPr>
      <w:r>
        <w:t>اب زمین سے ایک دابا نکالیں گے، زمین کے اندر جانور مر نہیں جائے گا،</w:t>
      </w:r>
    </w:p>
    <w:p>
      <w:r>
        <w:rPr>
          <w:b/>
        </w:rPr>
        <w:t xml:space="preserve">[36:06] </w:t>
      </w:r>
      <w:r>
        <w:t>zameen se kaise Dajjal niklega? ji. to yeh hai Surah Al-Naml mein aya hai. to jo hai is mein jab Hazrat Nuh (AS) bohat bare paighambar the, to unhon ne taqreeban nau sau saal tak Khuda ka paigham pohanchaya, lekin logon ne un ka paigham nahi mana.</w:t>
      </w:r>
    </w:p>
    <w:p>
      <w:pPr>
        <w:jc w:val="right"/>
      </w:pPr>
      <w:r>
        <w:t>زمین سے کیسے دابا نکلے گا؟ جی۔ تو یہ ہے سورہ النمل میں آیا ہے۔ تو جو ہے اس میں جب حضرت نوح علیہ السلام بہت بڑے پیغمبر تھے، تو انہوں نے تقریباً نو سو سال تک خدا کا پیغام پہنچایا، لیکن لوگوں نے ان کا پیغام نہیں مانا۔</w:t>
      </w:r>
    </w:p>
    <w:p>
      <w:r>
        <w:rPr>
          <w:b/>
        </w:rPr>
        <w:t xml:space="preserve">[36:29] </w:t>
      </w:r>
      <w:r>
        <w:t>to jab prophet ehitmam-e-hujjat kar de aur uska paigham na maana jaaye, phir Allah taala pehle to warning deta hai, jaise yeh aaj kal jo sab ho raha hai na, global warming waghera, yeh sab warning hai.</w:t>
      </w:r>
    </w:p>
    <w:p>
      <w:pPr>
        <w:jc w:val="right"/>
      </w:pPr>
      <w:r>
        <w:t>تو جب پرافٹ اہتمام حجت کر دے اور اس کا پیغام نہ مانا جائے، پھر اللہ تعالیٰ پہلے تو وارننگ دیتا ہے، جیسے یہ آج کل جو سب ہو رہا ہے نا، گلوبل وارمنگ وغیرہ، یہ سب وارننگ ہے۔</w:t>
      </w:r>
    </w:p>
    <w:p>
      <w:r>
        <w:rPr>
          <w:b/>
        </w:rPr>
        <w:t xml:space="preserve">[36:44] </w:t>
      </w:r>
      <w:r>
        <w:t>ji. to pehle to warning deta hai, phir azaab aata hai.</w:t>
      </w:r>
    </w:p>
    <w:p>
      <w:pPr>
        <w:jc w:val="right"/>
      </w:pPr>
      <w:r>
        <w:t>جی۔ تو پہلے تو وارننگ دیتا ہے، پھر عذاب آتا ہے۔</w:t>
      </w:r>
    </w:p>
    <w:p>
      <w:r>
        <w:rPr>
          <w:b/>
        </w:rPr>
        <w:t xml:space="preserve">[36:48] </w:t>
      </w:r>
      <w:r>
        <w:t>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p>
    <w:p>
      <w:pPr>
        <w:jc w:val="right"/>
      </w:pPr>
      <w:r>
        <w:t>تو اسی طریقے سے حضرت نوح علیہ السلام کے زمانے میں جو سیلاب آیا، تو وہ ان لوگوں نے جو حضرت نوح علیہ السلام کو ٹھکرا دیا، ریجیکٹ کر دیا، تو اس وجہ سے اللہ تعالیٰ نے وہ سارا جو ہے، ان کو پوری نسل کو ختم کر دیا کہ اب نئی نسل پیدا ہوگی اور اس میں سے لوگ نکلیں گے جو اللہ تعالیٰ کی عبادت کریں گے۔</w:t>
      </w:r>
    </w:p>
    <w:p>
      <w:r>
        <w:rPr>
          <w:b/>
        </w:rPr>
        <w:t xml:space="preserve">[37:15] </w:t>
      </w:r>
      <w:r>
        <w:t>to is mein jo hai, is mein jo hai, bolne kehte hain, woh kalam karega. to kalam bhi wohi symbolic language hai.</w:t>
      </w:r>
    </w:p>
    <w:p>
      <w:pPr>
        <w:jc w:val="right"/>
      </w:pPr>
      <w:r>
        <w:t>تو اس میں جو ہے، اس میں جو ہے، بولنے کہتے ہیں، وہ کلام کرے گا۔ تو کلام بھی وہی سمبالک لینگویج ہے۔</w:t>
      </w:r>
    </w:p>
    <w:p>
      <w:r>
        <w:rPr>
          <w:b/>
        </w:rPr>
        <w:t xml:space="preserve">[37:24] </w:t>
      </w:r>
      <w:r>
        <w:t>matlab woh kashti jo hai, woh khud ba khud is shahadat degi ke ek paighambar aaya tha aur logon ne is ko reject kiya, to Allah taala ne palat bheja aur sab khatam ho gaye.</w:t>
      </w:r>
    </w:p>
    <w:p>
      <w:pPr>
        <w:jc w:val="right"/>
      </w:pPr>
      <w:r>
        <w:t>مطلب وہ کشتی جو ہے، وہ خود بخود اس شہادت دے گی کہ ایک پیغمبر آیا تھا اور لوگوں نے اس کو ریجیکٹ کیا، تو اللہ تعالیٰ نے پلٹ بھیجا اور سب ختم ہو گئے۔</w:t>
      </w:r>
    </w:p>
    <w:p>
      <w:r>
        <w:rPr>
          <w:b/>
        </w:rPr>
        <w:t xml:space="preserve">[37:36] </w:t>
      </w:r>
      <w:r>
        <w:t>to ab woh jo tha, kyunke insaan ko is duniya mein ek creation plan ke tehat paida</w:t>
      </w:r>
    </w:p>
    <w:p>
      <w:pPr>
        <w:jc w:val="right"/>
      </w:pPr>
      <w:r>
        <w:t>تو اب وہ جو تھا، کیونکہ انسان کو اس دنیا میں ایک کریشن پلان کے تحت پیدا</w:t>
      </w:r>
    </w:p>
    <w:p>
      <w:r>
        <w:rPr>
          <w:b/>
        </w:rPr>
        <w:t xml:space="preserve">[37:43] </w:t>
      </w:r>
      <w:r>
        <w:t>kiya gaya hai, yun hi nahi ke at drink and be merry. ji. to woh creation plan ke tehat paida kiya gaya hai. to woh ek poora reminder hai ke creation plan ke tehat paida kiya gaya tha, bar bar rasool bheje gaye, lekin unhone Khuda ko paigham ko radd kar diya.</w:t>
      </w:r>
    </w:p>
    <w:p>
      <w:pPr>
        <w:jc w:val="right"/>
      </w:pPr>
      <w:r>
        <w:t>کیا گیا ہے، یوں ہی نہیں کہ ایٹ ڈرنک اینڈ بی میری۔ جی۔ تو وہ کریشن پلان کے تحت پیدا کیا گیا ہے۔ تو وہ ایک پورا ریمائنڈر ہے کہ کریشن پلان کے تحت پیدا کیا گیا تھا، بار بار رسول بھیجے گئے، لیکن انہوں نے خدا کو پیغام کو رد کر دیا۔</w:t>
      </w:r>
    </w:p>
    <w:p>
      <w:r>
        <w:rPr>
          <w:b/>
        </w:rPr>
        <w:t xml:space="preserve">[38:01] </w:t>
      </w:r>
      <w:r>
        <w:t>to is wajah se woh flood aaya aur sab khatam kar diye gaye.</w:t>
      </w:r>
    </w:p>
    <w:p>
      <w:pPr>
        <w:jc w:val="right"/>
      </w:pPr>
      <w:r>
        <w:t>تو اس وجہ سے وہ فلڈ آیا اور سب ختم کر دیے گئے۔</w:t>
      </w:r>
    </w:p>
    <w:p>
      <w:r>
        <w:rPr>
          <w:b/>
        </w:rPr>
        <w:t xml:space="preserve">[38:05] </w:t>
      </w:r>
      <w:r>
        <w:t>to yahi jo hai sabak ab is se mila, kyunke woh kashti jo hai, woh Iraq mein jo Mesopotamia ka jo ilaaqa tha, wahan se gayi thi upar Turkey ke upar Koh Ararat.</w:t>
      </w:r>
    </w:p>
    <w:p>
      <w:pPr>
        <w:jc w:val="right"/>
      </w:pPr>
      <w:r>
        <w:t>تو یہی جو ہے سبق اب اس سے ملا، کیونکہ وہ کشتی جو ہے، وہ عراق میں جو میسوپوٹیمیا کا جو علاقہ تھا، وہاں سے گئی تھی اوپر ترکی کے اوپر کوہ ارارات۔</w:t>
      </w:r>
    </w:p>
    <w:p>
      <w:r>
        <w:rPr>
          <w:b/>
        </w:rPr>
        <w:t xml:space="preserve">[38:23] </w:t>
      </w:r>
      <w:r>
        <w:t>ji. Ararat ek pahad hai aur Turkey jaante hain, aap bahut thanda ilaaqa hai, to wahan bahut barf hai.</w:t>
      </w:r>
    </w:p>
    <w:p>
      <w:pPr>
        <w:jc w:val="right"/>
      </w:pPr>
      <w:r>
        <w:t>جی۔ ارارات ایک پہاڑ ہے اور ترکی جانتے ہیں، آپ بہت ٹھنڈا علاقہ ہے، تو وہاں بہت برف ہے۔</w:t>
      </w:r>
    </w:p>
    <w:p>
      <w:r>
        <w:rPr>
          <w:b/>
        </w:rPr>
        <w:t xml:space="preserve">[38:29] </w:t>
      </w:r>
      <w:r>
        <w:t>to wahan par sab log musafir jo the, utar gaye, phir barf itna barf bari hui ke woh is mein barf mein woh dab gayi.</w:t>
      </w:r>
    </w:p>
    <w:p>
      <w:pPr>
        <w:jc w:val="right"/>
      </w:pPr>
      <w:r>
        <w:t>تو وہاں پر سب لوگ مسافر جو تھے، اتر گئے، پھر برف اتنا برف باری ہوئی کہ وہ اس میں برف میں وہ دب گئی۔</w:t>
      </w:r>
    </w:p>
    <w:p>
      <w:r>
        <w:rPr>
          <w:b/>
        </w:rPr>
        <w:t xml:space="preserve">[38:38] </w:t>
      </w:r>
      <w:r>
        <w:t>to us ke baad jo barf mein koi cheez dabi rehti hai, to kimiyaai amal ke tehat woh fossil ban jaati hai, to bilkul pathar ki shakal ho jaati hai, to woh kharab nahi hoti phir.</w:t>
      </w:r>
    </w:p>
    <w:p>
      <w:pPr>
        <w:jc w:val="right"/>
      </w:pPr>
      <w:r>
        <w:t>تو اس کے بعد جو برف میں کوئی چیز دبی رہتی ہے، تو کیمیائی عمل کے تحت وہ فاصل بن جاتی ہے، تو بالکل پتھر کی شکل ہو جاتی ہے، تو وہ خراب نہیں ہوتی پھر۔</w:t>
      </w:r>
    </w:p>
    <w:p>
      <w:r>
        <w:rPr>
          <w:b/>
        </w:rPr>
        <w:t xml:space="preserve">[38:51] </w:t>
      </w:r>
      <w:r>
        <w:t>ji. to is tareeqe se woh jo hai, woh pathar ban gayi. aur jab global warming hui to us ke baad kya hua ke woh dheere dheere barf pighalne laga, barf pighalne laga to woh dikhne lagi.</w:t>
      </w:r>
    </w:p>
    <w:p>
      <w:pPr>
        <w:jc w:val="right"/>
      </w:pPr>
      <w:r>
        <w:t>جی۔ تو اس طریقے سے وہ جو ہے، وہ پتھر بن گئی۔ اور جب گلوبل وارمنگ ہوئی تو اس کے بعد کیا ہوا کہ وہ دھیرے دھیرے برف پگھلنے لگا، برف پگھلنے لگا تو وہ دکھنے لگی۔</w:t>
      </w:r>
    </w:p>
    <w:p>
      <w:r>
        <w:rPr>
          <w:b/>
        </w:rPr>
        <w:t xml:space="preserve">[39:04] </w:t>
      </w:r>
      <w:r>
        <w:t>woh</w:t>
      </w:r>
    </w:p>
    <w:p>
      <w:pPr>
        <w:jc w:val="right"/>
      </w:pPr>
      <w:r>
        <w:t>وہ</w:t>
      </w:r>
    </w:p>
    <w:p>
      <w:r>
        <w:rPr>
          <w:b/>
        </w:rPr>
        <w:t xml:space="preserve">[39:05] </w:t>
      </w:r>
      <w:r>
        <w:t>to kuch pilots ne dekha, kyunke Bible mein bhi bahut detail mein hai Nuh ki, Nuh ki kashti ke bare mein.</w:t>
      </w:r>
    </w:p>
    <w:p>
      <w:pPr>
        <w:jc w:val="right"/>
      </w:pPr>
      <w:r>
        <w:t>تو کچھ پائلٹس نے دیکھا، کیونکہ بائبل میں بھی بہت ڈیٹیل میں ہے نوحہ کی، نوحہ کی کشتی کے بارے میں۔</w:t>
      </w:r>
    </w:p>
    <w:p>
      <w:r>
        <w:rPr>
          <w:b/>
        </w:rPr>
        <w:t xml:space="preserve">[39:14] </w:t>
      </w:r>
      <w:r>
        <w:t>to pilots ne dekha, jo ke Christian rahe honge, to unko woh similarity nazar aayi ke jo mentioned hai Bible mein, to yeh wahi kashti nazar aa rahi hai.</w:t>
      </w:r>
    </w:p>
    <w:p>
      <w:pPr>
        <w:jc w:val="right"/>
      </w:pPr>
      <w:r>
        <w:t>تو پائلٹس نے دیکھا، جو کہ کرسچن رہے ہوں گے، تو ان کو وہ سمیلیرٹی نظر آئی کہ جو مینشنڈ ہے بائبل میں، تو یہ وہی کشتی نظر آ رہی ہے۔</w:t>
      </w:r>
    </w:p>
    <w:p>
      <w:r>
        <w:rPr>
          <w:b/>
        </w:rPr>
        <w:t xml:space="preserve">[39:24] </w:t>
      </w:r>
      <w:r>
        <w:t>phir ek bahut badi team Yahudi, Isai, scholars ki, bahut badi, taqreeban sau log wahan gaye aur is ko poora unhone carbon dating waghera se saara check kiya.</w:t>
      </w:r>
    </w:p>
    <w:p>
      <w:pPr>
        <w:jc w:val="right"/>
      </w:pPr>
      <w:r>
        <w:t>پھر ایک بہت بڑی ٹیم یہودی، عیسائی، سکالرز کی، بہت بڑی، تقریباً سو لوگ وہاں گئے اور اس کو پورا انہوں نے کاربن ڈیٹنگ وغیرہ سے سارا چیک کیا۔</w:t>
      </w:r>
    </w:p>
    <w:p>
      <w:r>
        <w:rPr>
          <w:b/>
        </w:rPr>
        <w:t xml:space="preserve">[39:35] </w:t>
      </w:r>
      <w:r>
        <w:t>to unhone taqreeban 99.9 feesad kaha ke yeh wahi kashti hai. ji. to is tareeqe se ek woh Allah taala ne ek theoretical evidence to hota hi tha,</w:t>
      </w:r>
    </w:p>
    <w:p>
      <w:pPr>
        <w:jc w:val="right"/>
      </w:pPr>
      <w:r>
        <w:t>تو انہوں نے تقریباً 99.9 فیصد کہا کہ یہ وہی کشتی ہے۔ جی۔ تو اس طریقے سے ایک وہ اللہ تعالیٰ نے ایک تھیوریٹیکل ایویڈنس تو ہوتا ہی تھا،</w:t>
      </w:r>
    </w:p>
    <w:p>
      <w:r>
        <w:rPr>
          <w:b/>
        </w:rPr>
        <w:t xml:space="preserve">[39:50] </w:t>
      </w:r>
      <w:r>
        <w:t>paigām lāte the vah aur mesenjars, to vah thīoriṭikal evīḍens hotā thā.</w:t>
      </w:r>
    </w:p>
    <w:p>
      <w:pPr>
        <w:jc w:val="right"/>
      </w:pPr>
      <w:r>
        <w:t>پیغام لاتے تھے وہ اور میسنجرز، تو وہ تھیوریٹیکل ایویڈنس ہوتا تھا۔</w:t>
      </w:r>
    </w:p>
    <w:p>
      <w:r>
        <w:rPr>
          <w:b/>
        </w:rPr>
        <w:t xml:space="preserve">[39:57] </w:t>
      </w:r>
      <w:r>
        <w:t>allāh taʿālā ne ek maṭīriyal evīḍens bhī</w:t>
      </w:r>
    </w:p>
    <w:p>
      <w:pPr>
        <w:jc w:val="right"/>
      </w:pPr>
      <w:r>
        <w:t>اللہ تعالیٰ نے ایک مٹیریل ایویڈنس بھی</w:t>
      </w:r>
    </w:p>
    <w:p>
      <w:r>
        <w:rPr>
          <w:b/>
        </w:rPr>
        <w:t xml:space="preserve">[40:01] </w:t>
      </w:r>
      <w:r>
        <w:t>prizarv kar diyā tāki jab āindah logoñ ko jab vah sāmane āege to vah jis ko kahte</w:t>
      </w:r>
    </w:p>
    <w:p>
      <w:pPr>
        <w:jc w:val="right"/>
      </w:pPr>
      <w:r>
        <w:t>پریزرو کر دیا تاکہ جب آئندہ لوگوں کو جب وہ سامنے آئے گی تو وہ جس کو کہتے</w:t>
      </w:r>
    </w:p>
    <w:p>
      <w:r>
        <w:rPr>
          <w:b/>
        </w:rPr>
        <w:t xml:space="preserve">[40:07] </w:t>
      </w:r>
      <w:r>
        <w:t>haiñ zabān hāl se bolege ki in logoñ ke sāth aisā huā thā aur ab tum log</w:t>
      </w:r>
    </w:p>
    <w:p>
      <w:pPr>
        <w:jc w:val="right"/>
      </w:pPr>
      <w:r>
        <w:t>ہیں زبان حال سے بولے گی کہ ان لوگوں کے ساتھ ایسا ہوا تھا اور اب تم لوگ</w:t>
      </w:r>
    </w:p>
    <w:p>
      <w:r>
        <w:rPr>
          <w:b/>
        </w:rPr>
        <w:t xml:space="preserve">[40:12] </w:t>
      </w:r>
      <w:r>
        <w:t>jo hai ā jāo rāh rāst par varna qayāmat kā ʿazāb āege aur sāre log khatm kar</w:t>
      </w:r>
    </w:p>
    <w:p>
      <w:pPr>
        <w:jc w:val="right"/>
      </w:pPr>
      <w:r>
        <w:t>جو ہے آ جاؤ راہ راست پر ورنہ قیامت کا عذاب آئے گا اور سارے لوگ ختم کر</w:t>
      </w:r>
    </w:p>
    <w:p>
      <w:r>
        <w:rPr>
          <w:b/>
        </w:rPr>
        <w:t xml:space="preserve">[40:20] </w:t>
      </w:r>
      <w:r>
        <w:t>diyā jāeñge.</w:t>
      </w:r>
    </w:p>
    <w:p>
      <w:pPr>
        <w:jc w:val="right"/>
      </w:pPr>
      <w:r>
        <w:t>دیے جائیں گے۔</w:t>
      </w:r>
    </w:p>
    <w:p>
      <w:r>
        <w:rPr>
          <w:b/>
        </w:rPr>
        <w:t xml:space="preserve">[40:22] </w:t>
      </w:r>
      <w:r>
        <w:t>to woh kashti jo hai bahut saari baatein batati hai ke insaan ko ek creation plan ke tehat Allah taala ne paida kiya hai, aise hi nahi paida kar diya gaya hai.</w:t>
      </w:r>
    </w:p>
    <w:p>
      <w:pPr>
        <w:jc w:val="right"/>
      </w:pPr>
      <w:r>
        <w:t>تو وہ کشتی جو ہے بہت ساری باتیں بتاتی ہے کہ انسان کو ایک کریشن پلان کے تحت اللہ تعالیٰ نے پیدا کیا ہے، ایسے ہی نہیں پیدا کر دیا گیا ہے۔</w:t>
      </w:r>
    </w:p>
    <w:p>
      <w:r>
        <w:rPr>
          <w:b/>
        </w:rPr>
        <w:t xml:space="preserve">[40:31] </w:t>
      </w:r>
      <w:r>
        <w:t>to woh ek jo hai, ek kashti jo hai, ek undeniable evidence ho gayi ke insaan is ko deny nahi kar sakta.</w:t>
      </w:r>
    </w:p>
    <w:p>
      <w:pPr>
        <w:jc w:val="right"/>
      </w:pPr>
      <w:r>
        <w:t>تو وہ ایک جو ہے، ایک کشتی جو ہے، ایک ان ڈینائیبل ایویڈنس ہو گئی کہ انسان اس کو ڈینائی نہیں کر سکتا۔</w:t>
      </w:r>
    </w:p>
    <w:p>
      <w:r>
        <w:rPr>
          <w:b/>
        </w:rPr>
        <w:t xml:space="preserve">[40:41] </w:t>
      </w:r>
      <w:r>
        <w:t>pehla kya tha? log mazhabi cheezon ko kahani qissa samajhte the</w:t>
      </w:r>
    </w:p>
    <w:p>
      <w:pPr>
        <w:jc w:val="right"/>
      </w:pPr>
      <w:r>
        <w:t>پہلے کیا تھا؟ لوگ مذہبی چیزوں کو کہانی قصہ سمجھتے تھے</w:t>
      </w:r>
    </w:p>
    <w:p>
      <w:r>
        <w:rPr>
          <w:b/>
        </w:rPr>
        <w:t xml:space="preserve">[40:45] </w:t>
      </w:r>
      <w:r>
        <w:t>, legend samajhte the, lekin kashti se pata chala ke woh legend nahi tha, woh real waqia tha. to yeh bahut badi cheez thi jo Allah taala ne aaj ke logon ke liye ek historical reminder bana diya ke ab aakhri waqt aa gaya hai,</w:t>
      </w:r>
    </w:p>
    <w:p>
      <w:pPr>
        <w:jc w:val="right"/>
      </w:pPr>
      <w:r>
        <w:t>، لیجنڈ سمجھتے تھے، لیکن کشتی سے پتہ چلا کہ وہ لیجنڈ نہیں تھا، وہ ریئل واقعہ تھا۔ تو یہ بہت بڑی چیز تھی جو اللہ تعالیٰ نے آج کے لوگوں کے لیے ایک ہسٹوریکل ریمائنڈر بنا دیا کہ اب آخری وقت آ گیا ہے،</w:t>
      </w:r>
    </w:p>
    <w:p>
      <w:r>
        <w:rPr>
          <w:b/>
        </w:rPr>
        <w:t xml:space="preserve">[41:05] </w:t>
      </w:r>
      <w:r>
        <w:t>toofan aane wala hai aur tum log jo hai ab se apne aap ko sudharo, islaah karo. aur kyunke is ke baad to bas ab Surah Israfeel hai aur us waqt phir amal ka waqt khatam ho jayega.</w:t>
      </w:r>
    </w:p>
    <w:p>
      <w:pPr>
        <w:jc w:val="right"/>
      </w:pPr>
      <w:r>
        <w:t>طوفان آنے والا ہے اور تم لوگ جو ہے اب سے اپنے آپ کو سدھارو، اصلاح کرو۔ اور کیونکہ اس کے بعد تو بس اب سورہ اسرافیل ہے اور اس وقت پھر عمل کا وقت ختم ہو جائے گا۔</w:t>
      </w:r>
    </w:p>
    <w:p>
      <w:r>
        <w:rPr>
          <w:b/>
        </w:rPr>
        <w:t xml:space="preserve">[41:19] </w:t>
      </w:r>
      <w:r>
        <w:t>abhi bhi amal ka waqt hai, kehte hain jab tak suraj pashim se nahi nikal aayega, tab tak hamari paas amal ka waqt hai aur hamari tauba qubool hogi.</w:t>
      </w:r>
    </w:p>
    <w:p>
      <w:pPr>
        <w:jc w:val="right"/>
      </w:pPr>
      <w:r>
        <w:t>ابھی بھی عمل کا وقت ہے، کہتے ہیں جب تک سورج पश्चिم سے نہیں نکل آئے گا، تب تک ہماری پاس عمل کا وقت ہے اور ہماری توبہ قبول ہوگی۔</w:t>
      </w:r>
    </w:p>
    <w:p>
      <w:r>
        <w:rPr>
          <w:b/>
        </w:rPr>
        <w:t xml:space="preserve">[41:30] </w:t>
      </w:r>
      <w:r>
        <w:t>ji. jazak allah, apa. apa, agla sawal lene se pehle kuch comments parhna chahunga. kafi log program ko dekh rahe hain, pasand kar rahe hain. doctor aslam khan sahab ne abu dhabi se likha hai: "nicely describe and giving rational expression</w:t>
      </w:r>
    </w:p>
    <w:p>
      <w:pPr>
        <w:jc w:val="right"/>
      </w:pPr>
      <w:r>
        <w:t>جی۔ جزاک اللہ، آپا۔ آپا، اگلا سوال لینے سے پہلے کچھ کمنٹس پڑھنا چاہوں گا۔ کافی لوگ پروگرام کو دیکھ رہے ہیں، پسند کر رہے ہیں۔ ڈاکٹر اسلم خان صاحب نے ابو دھابی سے لکھا ہے: "نائسلی ڈسکرائب اینڈ گیونگ ریشنل ایکسپریشن</w:t>
      </w:r>
    </w:p>
    <w:p>
      <w:r>
        <w:rPr>
          <w:b/>
        </w:rPr>
        <w:t xml:space="preserve">[41:47] </w:t>
      </w:r>
      <w:r>
        <w:t>by you. thanks professor farida." arman khan sahab ne aur iqbal umri sahab ne likha hai ke "very well explained, apa.</w:t>
      </w:r>
    </w:p>
    <w:p>
      <w:pPr>
        <w:jc w:val="right"/>
      </w:pPr>
      <w:r>
        <w:t>بائی یو۔ تھینکس پروفیسر فریدہ۔" ارمان خان صاحب نے اور اقبال عمری صاحب نے لکھا ہے کہ "ویری ویل ایکسپلینڈ، آپا۔</w:t>
      </w:r>
    </w:p>
    <w:p>
      <w:r>
        <w:rPr>
          <w:b/>
        </w:rPr>
        <w:t xml:space="preserve">[41:58] </w:t>
      </w:r>
      <w:r>
        <w:t>much needed message of a time." muhammad asif khan sahab ne kanpur se likha hai ke "bahut achha program hai" aur aur bhi aise comments apa aa rahe hain.</w:t>
      </w:r>
    </w:p>
    <w:p>
      <w:pPr>
        <w:jc w:val="right"/>
      </w:pPr>
      <w:r>
        <w:t>مچ نیڈڈ میسج آف ا ٹائم۔" محمد اصف خان صاحب نے کانپور سے لکھا ہے کہ "بہت اچھا پروگرام ہے" اور اور بھی ایسے کمنٹس آپا آ رہے ہیں۔</w:t>
      </w:r>
    </w:p>
    <w:p>
      <w:r>
        <w:rPr>
          <w:b/>
        </w:rPr>
        <w:t xml:space="preserve">[42:09] </w:t>
      </w:r>
      <w:r>
        <w:t>apa, ek riwayat hai hazrat abu huray</w:t>
      </w:r>
    </w:p>
    <w:p>
      <w:pPr>
        <w:jc w:val="right"/>
      </w:pPr>
      <w:r>
        <w:t>آپا، ایک روایت ہے حضرت ابو ہری</w:t>
      </w:r>
    </w:p>
    <w:p>
      <w:r>
        <w:rPr>
          <w:b/>
        </w:rPr>
        <w:t xml:space="preserve">[42:12] </w:t>
      </w:r>
      <w:r>
        <w:t>rah se, unhon ne kaha ke rasool allah ne ek martaba kaha ke "euphrates river will uncover treasure of gold." so this refers to a prediction in hadith which talks about petrol which in present times apa fec is called as liquid gold.</w:t>
      </w:r>
    </w:p>
    <w:p>
      <w:pPr>
        <w:jc w:val="right"/>
      </w:pPr>
      <w:r>
        <w:t>رہ سے، انہوں نے کہا کہ رسول اللہ نے ایک مرتبہ کہا کہ "یوفریٹس ریور ول ان کور ٹریژر آف گولڈ۔" سو دس ریفرز ٹو ا پریڈکشن ان حدیث وچ ٹاکس اباؤٹ پیٹرول وچ ان پریزنٹ ٹائمز آپا ایف ای سی از کالڈ ایز لیکوڈ گولڈ۔</w:t>
      </w:r>
    </w:p>
    <w:p>
      <w:r>
        <w:rPr>
          <w:b/>
        </w:rPr>
        <w:t xml:space="preserve">[42:33] </w:t>
      </w:r>
      <w:r>
        <w:t>to main chahunga is is ko aap wazeh karen, is point ko ye liquid gold ko lekar,</w:t>
      </w:r>
    </w:p>
    <w:p>
      <w:pPr>
        <w:jc w:val="right"/>
      </w:pPr>
      <w:r>
        <w:t>تو میں چاہوں گا اس اس کو آپ واضح کریں، اس پوائنٹ کو یہ لیکوڈ گولڈ کو لے کر،</w:t>
      </w:r>
    </w:p>
    <w:p>
      <w:r>
        <w:rPr>
          <w:b/>
        </w:rPr>
        <w:t xml:space="preserve">[42:39] </w:t>
      </w:r>
      <w:r>
        <w:t>kyun ke rasool allah ne kaha tha ke jo ye treasure uncover hoga, tum us mein se mat lena. to main chahunga is ke bare mein aap kuch batayen.</w:t>
      </w:r>
    </w:p>
    <w:p>
      <w:pPr>
        <w:jc w:val="right"/>
      </w:pPr>
      <w:r>
        <w:t>کیونکہ رسول اللہ نے کہا تھا کہ جو یہ ٹریژر ان کور ہوگا، تم اس میں سے مت لینا۔ تو میں چاہوں گا اس کے بارے میں آپ کچھ بتائیں۔</w:t>
      </w:r>
    </w:p>
    <w:p>
      <w:r>
        <w:rPr>
          <w:b/>
        </w:rPr>
        <w:t xml:space="preserve">[42:49] </w:t>
      </w:r>
      <w:r>
        <w:t>haan, woh prediction hai ke qayamat qaim na hogi yahan tak ke darya-e-furaat mein ek pahad niklega sone ka.</w:t>
      </w:r>
    </w:p>
    <w:p>
      <w:pPr>
        <w:jc w:val="right"/>
      </w:pPr>
      <w:r>
        <w:t>ہاں، وہ پریڈکشن ہے کہ قیامت قائم نہ ہوگی یہاں تک کہ دریائے فرات میں ایک پہاڑ نکلے گا سونے کا۔</w:t>
      </w:r>
    </w:p>
    <w:p>
      <w:r>
        <w:rPr>
          <w:b/>
        </w:rPr>
        <w:t xml:space="preserve">[42:58] </w:t>
      </w:r>
      <w:r>
        <w:t>ji. to log us ke liye ladenge. to wahi liquid gold ya arabi mein kehte hain seyal sona, to us ke liye log ladenge aur jab se wo nikla hai, tab se ladai ho rahi</w:t>
      </w:r>
    </w:p>
    <w:p>
      <w:pPr>
        <w:jc w:val="right"/>
      </w:pPr>
      <w:r>
        <w:t>جی۔ تو لوگ اس کے لیے لڑیں گے۔ تو وہی لیکوڈ گولڈ یا عربی میں کہتے ہیں سیال سونا، تو اس کے لیے لوگ لڑیں گے اور جب سے وہ نکلا ہے، تب سے لڑائی ہو رہی</w:t>
      </w:r>
    </w:p>
    <w:p>
      <w:r>
        <w:rPr>
          <w:b/>
        </w:rPr>
        <w:t xml:space="preserve">[43:08] </w:t>
      </w:r>
      <w:r>
        <w:t>hai. ji. to wo kyun ke bahut hi qeemti hai, usi ki wajah se poori hamari industrial civilization chal rahi hai. halanke allah taala ne is dunya ko ki takhleeq ka maqsad ye tha ke log allah ke bataye hue tareeqe par chalen aur aakhirat mein wo un ko jannat mein jagah mile,</w:t>
      </w:r>
    </w:p>
    <w:p>
      <w:pPr>
        <w:jc w:val="right"/>
      </w:pPr>
      <w:r>
        <w:t>ہے۔ جی۔ تو وہ کیونکہ بہت ہی قیمتی ہے، اسی کی وجہ سے پوری ہماری انڈسٹریل سولائزیشن چل رہی ہے۔ حالانکہ اللہ تعالیٰ نے اس دنیا کو کی تخلیق کا مقصد یہ تھا کہ لوگ اللہ کے بتائے ہوئے طریقے پر چلیں اور آخرت میں وہ ان کو جنت میں جگہ ملے،</w:t>
      </w:r>
    </w:p>
    <w:p>
      <w:r>
        <w:rPr>
          <w:b/>
        </w:rPr>
        <w:t xml:space="preserve">[43:32] </w:t>
      </w:r>
      <w:r>
        <w:t>kamyabi un ko mile, wahan par jahannum mein se bachen, bachayen apne aap ko. to to pehle to allah taala paighambar bhejta tha, lekin rasool allah sallallahu alaihi wasallam aakhri paighambar the.</w:t>
      </w:r>
    </w:p>
    <w:p>
      <w:pPr>
        <w:jc w:val="right"/>
      </w:pPr>
      <w:r>
        <w:t>کامیابی ان کو ملے، وہاں پر جہنم میں سے بچیں، بچائیں اپنے آپ کو۔ تو تو پہلے تو اللہ تعالیٰ پیغمبر بھیجتا تھا، لیکن رسول اللہ صلی اللہ علیہ وسلم آخری پیغمبر تھے۔</w:t>
      </w:r>
    </w:p>
    <w:p>
      <w:r>
        <w:rPr>
          <w:b/>
        </w:rPr>
        <w:t xml:space="preserve">[43:45] </w:t>
      </w:r>
      <w:r>
        <w:t>to is ke baad to ab paighambar aayega nahin. to allah taala ne ye intezam kiya ke musalmanon ko itne resources de diye jayen ke wo in resources ka sahi istemal kar ke aakhri paighambar ka jo paigham hai, wo sari dunya mein pahuncha den.</w:t>
      </w:r>
    </w:p>
    <w:p>
      <w:pPr>
        <w:jc w:val="right"/>
      </w:pPr>
      <w:r>
        <w:t>تو اس کے بعد تو اب پیغمبر آئے گا نہیں۔ تو اللہ تعالیٰ نے یہ انتظام کیا کہ مسلمانوں کو اتنے ریسورسز دے دیے جائیں کہ وہ ان ریسورسز کا صحیح استعمال کر کے آخری پیغمبر کا جو پیغام ہے، وہ ساری دنیا میں پہنچا دیں۔</w:t>
      </w:r>
    </w:p>
    <w:p>
      <w:r>
        <w:rPr>
          <w:b/>
        </w:rPr>
        <w:t xml:space="preserve">[44:03] </w:t>
      </w:r>
      <w:r>
        <w:t>lekin bas yahi kaam nahin hua, har kaam ho raha hai, bas yahi kaam nahin hua. kuch paisa to aish o ishrat mein kh</w:t>
      </w:r>
    </w:p>
    <w:p>
      <w:pPr>
        <w:jc w:val="right"/>
      </w:pPr>
      <w:r>
        <w:t>لیکن بس یہی کام نہیں ہوا، ہر کام ہو رہا ہے، بس یہی کام نہیں ہوا۔ کچھ پیسہ تو عیش و عشرت میں خ</w:t>
      </w:r>
    </w:p>
    <w:p>
      <w:r>
        <w:rPr>
          <w:b/>
        </w:rPr>
        <w:t xml:space="preserve">[44:09] </w:t>
      </w:r>
      <w:r>
        <w:t>tam ho raha hai, kuch paisa jangon mein khatm ho raha hai, aur daawa barq mein to shayad baraye naam hi kuch ho raha hoga. quran bhi wo log distribute kar den to arabi mein.</w:t>
      </w:r>
    </w:p>
    <w:p>
      <w:pPr>
        <w:jc w:val="right"/>
      </w:pPr>
      <w:r>
        <w:t>تم ہو رہا ہے، کچھ پیسہ جنگوں میں ختم ہو رہا ہے، اور دعویٰ ورق میں تو شاید برائے نام ہی کچھ ہو رہا ہوگا۔ قرآن بھی وہ لوگ ڈسٹریبیوٹ کر دیں تو عربی میں۔</w:t>
      </w:r>
    </w:p>
    <w:p>
      <w:r>
        <w:rPr>
          <w:b/>
        </w:rPr>
        <w:t xml:space="preserve">[44:19] </w:t>
      </w:r>
      <w:r>
        <w:t>ji. ab arabi mein is ko kaun padh sakta hai? wo to bas ek apni almari ki ek zeenat ban jayega. to is tareeqe se in logon ko daawa ka koi ehsas hi nahin hai.</w:t>
      </w:r>
    </w:p>
    <w:p>
      <w:pPr>
        <w:jc w:val="right"/>
      </w:pPr>
      <w:r>
        <w:t>جی۔ اب عربی میں اس کو کون پڑھ سکتا ہے؟ وہ تو بس ایک اپنی الماری کی ایک زینت بن جائے گا۔ تو اس طریقے سے ان لوگوں کو دعویٰ کا کوئی احساس ہی نہیں ہے۔</w:t>
      </w:r>
    </w:p>
    <w:p>
      <w:r>
        <w:rPr>
          <w:b/>
        </w:rPr>
        <w:t xml:space="preserve">[44:29] </w:t>
      </w:r>
      <w:r>
        <w:t>wo aur ye hadith agar un ko batai jaye to aise aadmi ko to wo deport kar dete hain ke wo un ko sunna bhi nahin hai, samajhna bhi nahin hai.</w:t>
      </w:r>
    </w:p>
    <w:p>
      <w:pPr>
        <w:jc w:val="right"/>
      </w:pPr>
      <w:r>
        <w:t>وہ اور یہ حدیث اگر ان کو بتائی جائے تو ایسے آدمی کو تو وہ ڈیپورٹ کر دیتے ہیں کہ وہ ان کو سننا بھی نہیں ہے، سمجھنا بھی نہیں ہے۔</w:t>
      </w:r>
    </w:p>
    <w:p>
      <w:r>
        <w:rPr>
          <w:b/>
        </w:rPr>
        <w:t xml:space="preserve">[44:39] </w:t>
      </w:r>
      <w:r>
        <w:t>khali wahi kiya, aaj sare musalmanon ko wahi haal hai ke un ko apne jazbat ke khilaf agar rasool allah sallallahu alaihi wasallam ki koi taleem batai jaye, quran se kuch bataya jaye to wo us ko ek dam nahin sunte hain.</w:t>
      </w:r>
    </w:p>
    <w:p>
      <w:pPr>
        <w:jc w:val="right"/>
      </w:pPr>
      <w:r>
        <w:t>خالی وہی کیا، آج سارے مسلمانوں کو وہی حال ہے کہ ان کو اپنے جذبات کے خلاف اگر رسول اللہ صلی اللہ علیہ وسلم کی کوئی تعلیم بتائی جائے، قرآن سے کچھ بتایا جائے تو وہ اس کو ایک دم نہیں سنتے ہیں۔</w:t>
      </w:r>
    </w:p>
    <w:p>
      <w:r>
        <w:rPr>
          <w:b/>
        </w:rPr>
        <w:t xml:space="preserve">[44:52] </w:t>
      </w:r>
      <w:r>
        <w:t>wo apne jazbat hi ko asal samajhte hain.</w:t>
      </w:r>
    </w:p>
    <w:p>
      <w:pPr>
        <w:jc w:val="right"/>
      </w:pPr>
      <w:r>
        <w:t>وہ اپنے جذبات ہی کو اصل سمجھتے ہیں۔</w:t>
      </w:r>
    </w:p>
    <w:p>
      <w:r>
        <w:rPr>
          <w:b/>
        </w:rPr>
        <w:t xml:space="preserve">[44:56] </w:t>
      </w:r>
      <w:r>
        <w:t>to ye jo hai, agar maulana ne bahut zyada likha ke hamara jo asal maqsad hai ummat-e-muslima ka, wo hai sari dunya mein logon ko allah ka paigham pahunchana, lekin logon ne suna hi nahin, sunte hi nahin hain.</w:t>
      </w:r>
    </w:p>
    <w:p>
      <w:pPr>
        <w:jc w:val="right"/>
      </w:pPr>
      <w:r>
        <w:t>تو یہ جو ہے، اگر مولانا نے بہت زیادہ لکھا کہ ہمارا جو اصل مقصد ہے امت مسلمہ کا، وہ ہے ساری دنیا میں لوگوں کو اللہ کا پیغام پہنچانا، لیکن لوگوں نے سنا ہی نہیں، سنتے ہی نہیں ہیں۔</w:t>
      </w:r>
    </w:p>
    <w:p>
      <w:r>
        <w:rPr>
          <w:b/>
        </w:rPr>
        <w:t xml:space="preserve">[45:13] </w:t>
      </w:r>
      <w:r>
        <w:t>wo to is wajah se kya hua ke kisi ko sahi rasta nahin mila. wo samajhte hain paisa hai to aish o ishrat ke liye hai, ya to phir ye destructive activities ke liye hai.</w:t>
      </w:r>
    </w:p>
    <w:p>
      <w:pPr>
        <w:jc w:val="right"/>
      </w:pPr>
      <w:r>
        <w:t>وہ تو اس وجہ سے کیا ہوا کہ کسی کو صحیح راستہ نہیں ملا۔ وہ سمجھتے ہیں پیسہ ہے تو عیش و عشرت کے لیے ہے، یا تو پھر یہ ڈسٹریکٹو ایکٹیویٹیز کے لیے ہے۔</w:t>
      </w:r>
    </w:p>
    <w:p>
      <w:r>
        <w:rPr>
          <w:b/>
        </w:rPr>
        <w:t xml:space="preserve">[45:24] </w:t>
      </w:r>
      <w:r>
        <w:t>ji.</w:t>
      </w:r>
    </w:p>
    <w:p>
      <w:pPr>
        <w:jc w:val="right"/>
      </w:pPr>
      <w:r>
        <w:t>جی۔</w:t>
      </w:r>
    </w:p>
    <w:p>
      <w:r>
        <w:rPr>
          <w:b/>
        </w:rPr>
        <w:t xml:space="preserve">[45:25] </w:t>
      </w:r>
      <w:r>
        <w:t>to wo itna clear hadith mein hai ke ye paisa tum log, ye jo hai sona jo niklega, us ko tum log apne personal use mein mat lena.</w:t>
      </w:r>
    </w:p>
    <w:p>
      <w:pPr>
        <w:jc w:val="right"/>
      </w:pPr>
      <w:r>
        <w:t>تو وہ اتنا کلیئر حدیث میں ہے کہ یہ پیسہ تم لوگ، یہ جو ہے سونا جو نکلے گا، اس کو تم لوگ اپنے پرسنل یوز میں مت لینا۔</w:t>
      </w:r>
    </w:p>
    <w:p>
      <w:r>
        <w:rPr>
          <w:b/>
        </w:rPr>
        <w:t xml:space="preserve">[45:35] </w:t>
      </w:r>
      <w:r>
        <w:t>phir bhi nahin samajhte. hmm. ab to wo qayamat hi, surah israfil hi se in logon ko baat samajh mein aayi hai, lekin us waqt amal ka mauqa khatm ho chuka hoga.</w:t>
      </w:r>
    </w:p>
    <w:p>
      <w:pPr>
        <w:jc w:val="right"/>
      </w:pPr>
      <w:r>
        <w:t>پھر بھی نہیں سمجھتے۔ ہمم۔ اب تو وہ قیامت ہی، سورہ اسرافیل ہی سے ان لوگوں کو بات سمجھ میں آئی ہے، لیکن اس وقت عمل کا موقع ختم ہو چکا ہوگا۔</w:t>
      </w:r>
    </w:p>
    <w:p>
      <w:r>
        <w:rPr>
          <w:b/>
        </w:rPr>
        <w:t xml:space="preserve">[45:45] </w:t>
      </w:r>
      <w:r>
        <w:t>ji. apa, ek aur nishani jo hadith mein bhi aayi hai aur quran ke chapter 44 mein bhi aayi hai, dukhan ke bare mein, yani smoke.</w:t>
      </w:r>
    </w:p>
    <w:p>
      <w:pPr>
        <w:jc w:val="right"/>
      </w:pPr>
      <w:r>
        <w:t>جی۔ آپا، ایک اور نشانی جو حدیث میں بھی آئی ہے اور قرآن کے چیپٹر 44 میں بھی آئی ہے، دخان کے بارے میں، یعنی سموک۔</w:t>
      </w:r>
    </w:p>
    <w:p>
      <w:r>
        <w:rPr>
          <w:b/>
        </w:rPr>
        <w:t xml:space="preserve">[45:55] </w:t>
      </w:r>
      <w:r>
        <w:t>quran mein jaise aaya hai ke "watch out for the day when sky sends out visible clouds of smoke, that will envelop the people.</w:t>
      </w:r>
    </w:p>
    <w:p>
      <w:pPr>
        <w:jc w:val="right"/>
      </w:pPr>
      <w:r>
        <w:t>قرآن میں جیسے آیا ہے کہ "واچ آؤٹ فار دا ڈے وین سکائی سینڈز آؤٹ ویزیبل کلاؤڈز آف سموک، دیٹ ویل انولپ دا پیپل۔</w:t>
      </w:r>
    </w:p>
    <w:p>
      <w:r>
        <w:rPr>
          <w:b/>
        </w:rPr>
        <w:t xml:space="preserve">[46:05] </w:t>
      </w:r>
      <w:r>
        <w:t>das wal bi a very painful punishment. to apa, yeh nishani jo batai hai, jo smoke, emergency of smoke, mein chahunga is ke baray mein bhi aap hum sab ko bataein.</w:t>
      </w:r>
    </w:p>
    <w:p>
      <w:pPr>
        <w:jc w:val="right"/>
      </w:pPr>
      <w:r>
        <w:t>دس ول بی ا ویری پین فل پنشمنٹ۔" تو آپا، یہ نشانی جو بتائی ہے، جو سموک، ایمرجنسی آف سموک، میں چاہوں گا اس کے بارے میں بھی آپ ہم سب کو بتائیں۔</w:t>
      </w:r>
    </w:p>
    <w:p>
      <w:r>
        <w:rPr>
          <w:b/>
        </w:rPr>
        <w:t xml:space="preserve">[46:17] </w:t>
      </w:r>
      <w:r>
        <w:t>yeh bhi bari nishaniyon mein se hai ke jab qayamat qareeb hogi to bohat ziyada surah ad-dukhn ek poora chapter hai quran mein.</w:t>
      </w:r>
    </w:p>
    <w:p>
      <w:pPr>
        <w:jc w:val="right"/>
      </w:pPr>
      <w:r>
        <w:t>یہ بھی بڑی نشانیوں میں سے ہے کہ جب قیامت قریب ہوگی تو بہت زیادہ سورہ الدخان ایک پورا چیپٹر ہے قرآن میں۔</w:t>
      </w:r>
    </w:p>
    <w:p>
      <w:r>
        <w:rPr>
          <w:b/>
        </w:rPr>
        <w:t xml:space="preserve">[46:28] </w:t>
      </w:r>
      <w:r>
        <w:t>aasman ek khulay hue dhuein ke sath zahir ho jayega, woh logon ko gher le ga. to is ka ibtidai form to yahi pollution lagta hai ke itna ziyada pollution kabhi bhi nahi tha jitna ab ho raha hai.</w:t>
      </w:r>
    </w:p>
    <w:p>
      <w:pPr>
        <w:jc w:val="right"/>
      </w:pPr>
      <w:r>
        <w:t>آسمان ایک کھلے ہوئے دھوئیں کے ساتھ ظاہر ہو جائے گا، وہ لوگوں کو گھیر لے گا۔ تو اس کا ابتدائی فارم تو یہی پولیوشن لگتا ہے کہ اتنا زیادہ پولیوشن کبھی بھی نہیں تھا جتنا اب ہو رہا ہے۔</w:t>
      </w:r>
    </w:p>
    <w:p>
      <w:r>
        <w:rPr>
          <w:b/>
        </w:rPr>
        <w:t xml:space="preserve">[46:41] </w:t>
      </w:r>
      <w:r>
        <w:t>phir jab volcano phatta hai to bohat ziyada pollution ho jata hai poore dhuein mein, poore fiza mein dhuaan dhuaan bhar jata hai.</w:t>
      </w:r>
    </w:p>
    <w:p>
      <w:pPr>
        <w:jc w:val="right"/>
      </w:pPr>
      <w:r>
        <w:t>پھر جب والکنوں پھٹتا ہے تو بہت زیادہ پولیوشن ہو جاتا ہے پورے دھواں میں، پورے فضا میں دھواں دھواں بھر جاتا ہے۔</w:t>
      </w:r>
    </w:p>
    <w:p>
      <w:r>
        <w:rPr>
          <w:b/>
        </w:rPr>
        <w:t xml:space="preserve">[46:50] </w:t>
      </w:r>
      <w:r>
        <w:t>to abhi Iceland mein 2010 mein volcano phatta tha to raakh jo hai na poore Europe mein phail gayi thi. to ab jo hai Iceland mein ek bohat bara volcano phat sakta hai, eminent hai bilkul.</w:t>
      </w:r>
    </w:p>
    <w:p>
      <w:pPr>
        <w:jc w:val="right"/>
      </w:pPr>
      <w:r>
        <w:t>تو ابھی آئس لینڈ میں 2010 میں والکنوں پھٹا تھا تو راکھ جو ہے نا پورے یورپ میں پھیل گئی تھی۔ تو اب جو ہے آئس لینڈ میں ایک بہت بڑا والکنوں پھٹ سکتا ہے، ایمیننٹ ہے بالکل۔</w:t>
      </w:r>
    </w:p>
    <w:p>
      <w:r>
        <w:rPr>
          <w:b/>
        </w:rPr>
        <w:t xml:space="preserve">[47:07] </w:t>
      </w:r>
      <w:r>
        <w:t>to is mein taqreeban char hazar se ziyada zalzale aa chuke hain. to log wahan poora ilaaqa jo hai woh poora town khali kara liya gaya hai.</w:t>
      </w:r>
    </w:p>
    <w:p>
      <w:pPr>
        <w:jc w:val="right"/>
      </w:pPr>
      <w:r>
        <w:t>تو اس میں تقریباً چار ہزار سے زیادہ زلزلے آ چکے ہیں۔ تو لوگ وہاں پورا علاقہ جو ہے وہ پورا ٹاؤن خالی کرا لیا گیا ہے۔</w:t>
      </w:r>
    </w:p>
    <w:p>
      <w:r>
        <w:rPr>
          <w:b/>
        </w:rPr>
        <w:t xml:space="preserve">[47:18] </w:t>
      </w:r>
      <w:r>
        <w:t>to yeh wohi hai, yeh sari cheezein jo hain ke aakhri azaab yani qayamat aanay se pehle Allah taala warning deta hai ke ab bhi log sudhar jayein, ab bhi log apni islah kar lein.</w:t>
      </w:r>
    </w:p>
    <w:p>
      <w:pPr>
        <w:jc w:val="right"/>
      </w:pPr>
      <w:r>
        <w:t>تو یہ وہی ہے، یہ ساری چیزیں جو ہیں کہ آخری عذاب یعنی قیامت آنے سے پہلے اللہ تعالیٰ وارننگ دیتا ہے کہ اب بھی لوگ سدھر جائیں، اب بھی لوگ اپنی اصلاح کر لیں۔</w:t>
      </w:r>
    </w:p>
    <w:p>
      <w:r>
        <w:rPr>
          <w:b/>
        </w:rPr>
        <w:t xml:space="preserve">[47:32] </w:t>
      </w:r>
      <w:r>
        <w:t>bilkul aise hi jaise Firon ki qaum ko warning di gayi thi,</w:t>
      </w:r>
    </w:p>
    <w:p>
      <w:pPr>
        <w:jc w:val="right"/>
      </w:pPr>
      <w:r>
        <w:t>بالکل ایسے ہی جیسے فرعون کی قوم کو وارننگ دی گئی تھی،</w:t>
      </w:r>
    </w:p>
    <w:p>
      <w:r>
        <w:rPr>
          <w:b/>
        </w:rPr>
        <w:t xml:space="preserve">[47:37] </w:t>
      </w:r>
      <w:r>
        <w:t>bar bar warning di gayi thi, lekin us ke bawajood un un un logon ne is warning par koi tawajjuh nahi di.</w:t>
      </w:r>
    </w:p>
    <w:p>
      <w:pPr>
        <w:jc w:val="right"/>
      </w:pPr>
      <w:r>
        <w:t>بار بار وارننگ دی گئی تھی، لیکن اس کے باوجود ان ان ان لوگوں نے اس وارننگ پر کوئی توجہ نہیں دی۔</w:t>
      </w:r>
    </w:p>
    <w:p>
      <w:r>
        <w:rPr>
          <w:b/>
        </w:rPr>
        <w:t xml:space="preserve">[47:45] </w:t>
      </w:r>
      <w:r>
        <w:t>to is ke baad un ko samandar mein gharaq kar diya gaya. to wohi hai, ab ho sakta hai ke abhi ibtidai shakal ho aur ziyada aur baray, koi bara volcano agar hua to aadhi duniya to is smoke se bhar jayegi</w:t>
      </w:r>
    </w:p>
    <w:p>
      <w:pPr>
        <w:jc w:val="right"/>
      </w:pPr>
      <w:r>
        <w:t>تو اس کے بعد ان کو سمندر میں غرق کر دیا گیا۔ تو وہی ہے، اب ہو سکتا ہے کہ ابھی ابتدائی شکل ہو اور زیادہ اور بڑے، کوئی بڑا والکنوں اگر ہوا تو آدھی دنیا تو اس سموک سے بھر جائے گی</w:t>
      </w:r>
    </w:p>
    <w:p>
      <w:r>
        <w:rPr>
          <w:b/>
        </w:rPr>
        <w:t xml:space="preserve">[48:02] </w:t>
      </w:r>
      <w:r>
        <w:t>. to abhi is mein kuch bohat clear nahi hai, lekin pollution to hai hi hai. acha, apa, bohat ziyada scientific reports aati rehti hain global warming ko le kar aur scientific community bohat ziyada jo hai serious hain, pareshan hain is phenomena ko le kar.</w:t>
      </w:r>
    </w:p>
    <w:p>
      <w:pPr>
        <w:jc w:val="right"/>
      </w:pPr>
      <w:r>
        <w:t>۔ تو ابھی اس میں کچھ بہت کلیئر نہیں ہے، لیکن پولیوشن تو ہے ہی ہے۔ اچھا، آپا، بہت زیادہ سائنٹیفک رپورٹس آتی رہتی ہیں گلوبل وارمنگ کو لے کر اور سائنٹیفک کمیونٹی بہت زیادہ جو ہے سیریس ہیں، پریشان ہیں اس فیناومینا کو لے کر۔</w:t>
      </w:r>
    </w:p>
    <w:p>
      <w:r>
        <w:rPr>
          <w:b/>
        </w:rPr>
        <w:t xml:space="preserve">[48:25] </w:t>
      </w:r>
      <w:r>
        <w:t>to mein chahunga ke is ke baray mein thori thori aap roshni dalei.</w:t>
      </w:r>
    </w:p>
    <w:p>
      <w:pPr>
        <w:jc w:val="right"/>
      </w:pPr>
      <w:r>
        <w:t>تو میں چاہوں گا کہ اس کے بارے میں تھوڑی تھوڑی آپ روشنی ڈالیں۔</w:t>
      </w:r>
    </w:p>
    <w:p>
      <w:r>
        <w:rPr>
          <w:b/>
        </w:rPr>
        <w:t xml:space="preserve">[48:31] </w:t>
      </w:r>
      <w:r>
        <w:t>yeh 25 November ka akhbar hai, Times of India. to is mein bohat hi ziyada daranay wali khabrein hain, kyunke global warming mein to yeh sab ho hi raha hai, glaciers jo hain pighal rahe hain, ice pighal rahi hai, samandaron mein aa rahi hai.</w:t>
      </w:r>
    </w:p>
    <w:p>
      <w:pPr>
        <w:jc w:val="right"/>
      </w:pPr>
      <w:r>
        <w:t>یہ 25 نومبر کا اخبار ہے، ٹائمز آف انڈیا۔ تو اس میں بہت ہی زیادہ ڈرانے والی خبریں ہیں، کیونکہ گلوبل وارمنگ میں تو یہ سب ہو ہی رہا ہے، گلیشیئرز جو ہیں پگھل رہے ہیں، آئس پگھل رہی ہے، سمندروں میں آ رہی ہے۔</w:t>
      </w:r>
    </w:p>
    <w:p>
      <w:r>
        <w:rPr>
          <w:b/>
        </w:rPr>
        <w:t xml:space="preserve">[48:46] </w:t>
      </w:r>
      <w:r>
        <w:t>aur lekin yeh jo khabar thi is mein ke "World's largest iceberg has broken free and it is on the move"</w:t>
      </w:r>
    </w:p>
    <w:p>
      <w:pPr>
        <w:jc w:val="right"/>
      </w:pPr>
      <w:r>
        <w:t>اور لیکن یہ جو خبر تھی اس میں کہ "ورلڈز لارجسٹ آئس برگ ہیز بروکن فری اینڈ اٹ از ان دا موو"</w:t>
      </w:r>
    </w:p>
    <w:p>
      <w:r>
        <w:rPr>
          <w:b/>
        </w:rPr>
        <w:t xml:space="preserve">[48:55] </w:t>
      </w:r>
      <w:r>
        <w:t>to yeh largest iceberg jo hai woh char hazar square kilometer is ki lambai hai aur yeh among the world's oldest bhi hai.</w:t>
      </w:r>
    </w:p>
    <w:p>
      <w:pPr>
        <w:jc w:val="right"/>
      </w:pPr>
      <w:r>
        <w:t>تو یہ لارجسٹ آئس برگ جو ہے وہ چار ہزار سکوئر کلومیٹر اس کی لمبائی ہے اور یہ امنگ دا ورلڈز اولڈسٹ بھی ہے۔</w:t>
      </w:r>
    </w:p>
    <w:p>
      <w:r>
        <w:rPr>
          <w:b/>
        </w:rPr>
        <w:t xml:space="preserve">[49:06] </w:t>
      </w:r>
      <w:r>
        <w:t>apa, yeh kon sa newspaper hai? yeh Times of India. Times of India ka newspaper. 25 November ka. 25 November 2023. haan ji. to New York shehar ka yeh teen guna yeh iceberg hai.</w:t>
      </w:r>
    </w:p>
    <w:p>
      <w:pPr>
        <w:jc w:val="right"/>
      </w:pPr>
      <w:r>
        <w:t>آپا، یہ کون سا نیوز پیپر ہے؟ یہ ٹائمز آف انڈیا۔ ٹائمز آف انڈیا کا نیوز پیپر۔ 25 نومبر کا۔ 25 نومبر 2023۔ ہاں جی۔ تو نیویارک شہر کا یہ تین گنا یہ آئس برگ ہے۔</w:t>
      </w:r>
    </w:p>
    <w:p>
      <w:r>
        <w:rPr>
          <w:b/>
        </w:rPr>
        <w:t xml:space="preserve">[49:17] </w:t>
      </w:r>
      <w:r>
        <w:t>to ab itna baray baray jab niklein ge wahan se barf ke tude aur woh samandar mein aa jayein ge to jante hain is se samandar ke sea level bohat barh jayega.</w:t>
      </w:r>
    </w:p>
    <w:p>
      <w:pPr>
        <w:jc w:val="right"/>
      </w:pPr>
      <w:r>
        <w:t>تو اب اتنا بڑے بڑے جب نکلیں گے وہاں سے برف کے تودے اور وہ سمندر میں آ جائیں گے تو جانتے ہیں اس سے سمندر کے سی لیول بہت بڑھ جائے گا۔</w:t>
      </w:r>
    </w:p>
    <w:p>
      <w:r>
        <w:rPr>
          <w:b/>
        </w:rPr>
        <w:t xml:space="preserve">[49:30] </w:t>
      </w:r>
      <w:r>
        <w:t>aur sea level barhne se phir kya hai ke abhi aap ne pichlay dinon dekha kitna sailab aa raha tha. ji. to jitna sea level barhta jayega, utna sailab barhta chala jayega.</w:t>
      </w:r>
    </w:p>
    <w:p>
      <w:pPr>
        <w:jc w:val="right"/>
      </w:pPr>
      <w:r>
        <w:t>اور سی لیول بڑھنے سے پھر کیا ہے کہ ابھی آپ نے پچھلے دنوں دیکھا کتنا سیلاب آ رہا تھا۔ جی۔ تو جتنا سی لیول بڑھتا جائے گا، اتنا سیلاب بڑھتا چلا جائے گا۔</w:t>
      </w:r>
    </w:p>
    <w:p>
      <w:r>
        <w:rPr>
          <w:b/>
        </w:rPr>
        <w:t xml:space="preserve">[49:40] </w:t>
      </w:r>
      <w:r>
        <w:t>kehte hain ke bohat sare shehar jo samandar ke kinare hain, woh sab doob jayein ge. aur phir yeh glaciers ka bohat bara role hota hai ke jo sun ki jo rays aati hain, jo jo heat aati hai, woh us ko reflect back kar deta hai.</w:t>
      </w:r>
    </w:p>
    <w:p>
      <w:pPr>
        <w:jc w:val="right"/>
      </w:pPr>
      <w:r>
        <w:t>کہتے ہیں کہ بہت سارے شہر جو سمندر کے کنارے ہیں، وہ سب ڈوب جائیں گے۔ اور پھر یہ گلیشیئرز کا بہت بڑا رول ہوتا ہے کہ جو سن کی جو ریز آتی ہیں، جو جو ہیٹ آتی ہے، وہ اس کو ریفلیکٹ بیک کر دیتا ہے۔</w:t>
      </w:r>
    </w:p>
    <w:p>
      <w:r>
        <w:rPr>
          <w:b/>
        </w:rPr>
        <w:t xml:space="preserve">[49:57] </w:t>
      </w:r>
      <w:r>
        <w:t>aur jab agar yeh nahi rahein ge, yeh kam ho jayein ge to woh jo protective cover hai, woh khatam ho jayega.</w:t>
      </w:r>
    </w:p>
    <w:p>
      <w:pPr>
        <w:jc w:val="right"/>
      </w:pPr>
      <w:r>
        <w:t>اور جب اگر یہ نہیں رہیں گے، یہ کم ہو جائیں گے تو وہ جو پروٹیکٹو کور ہے، وہ ختم ہو جائے گا۔</w:t>
      </w:r>
    </w:p>
    <w:p>
      <w:r>
        <w:rPr>
          <w:b/>
        </w:rPr>
        <w:t xml:space="preserve">[50:04] </w:t>
      </w:r>
      <w:r>
        <w:t>phir woh heat itni ziyada barh jayegi ke yeh duniya jo hai, is mein insan jaisi makhlooq survive nahi kar sakegi. to yeh bohat ziyada important hai ke yeh barf ka cover zameen par baqi rahe.</w:t>
      </w:r>
    </w:p>
    <w:p>
      <w:pPr>
        <w:jc w:val="right"/>
      </w:pPr>
      <w:r>
        <w:t>پھر وہ ہیٹ اتنی زیادہ بڑھ جائے گی کہ یہ دنیا جو ہے، اس میں انسان جیسی مخلوق سروائیو نہیں کر سکے گی۔ تو یہ بہت زیادہ امپورٹنٹ ہے کہ یہ برف کا کور زمین پر باقی رہے۔</w:t>
      </w:r>
    </w:p>
    <w:p>
      <w:r>
        <w:rPr>
          <w:b/>
        </w:rPr>
        <w:t xml:space="preserve">[50:19] </w:t>
      </w:r>
      <w:r>
        <w:t>ji. lekin yeh musalsal yeh ho raha hai. to is se logon ko darna chahiye, logon ko apne sahi rastay par aayein aur khaas tor par da'wa bil-haqq mein lagein.</w:t>
      </w:r>
    </w:p>
    <w:p>
      <w:pPr>
        <w:jc w:val="right"/>
      </w:pPr>
      <w:r>
        <w:t>جی۔ لیکن یہ مسلسل یہ ہو رہا ہے۔ تو اس سے لوگوں کو ڈرنا چاہیے، لوگوں کو اپنے صحیح راستے پر آئیں اور خاص طور پر دعویٰ ورق میں لگیں۔</w:t>
      </w:r>
    </w:p>
    <w:p>
      <w:r>
        <w:rPr>
          <w:b/>
        </w:rPr>
        <w:t xml:space="preserve">[50:34] </w:t>
      </w:r>
      <w:r>
        <w:t>jī. āpā, in fekṭ, kyoñki ab vakt bhī ho gayā hai, ek ākhirī savāl āp se pūchhnā chāhūñ</w:t>
      </w:r>
    </w:p>
    <w:p>
      <w:pPr>
        <w:jc w:val="right"/>
      </w:pPr>
      <w:r>
        <w:t>جی۔ آپا، ان فیکٹ، کیونکہ اب وقت بھی ہو گیا ہے، ایک آخری سوال آپ سے پوچھنا چاہوں</w:t>
      </w:r>
    </w:p>
    <w:p>
      <w:r>
        <w:rPr>
          <w:b/>
        </w:rPr>
        <w:t xml:space="preserve">[50:39] </w:t>
      </w:r>
      <w:r>
        <w:t>گا کہ "the emergency of this smoke is last, but then there is one more sign, which is</w:t>
      </w:r>
    </w:p>
    <w:p>
      <w:pPr>
        <w:jc w:val="right"/>
      </w:pPr>
      <w:r>
        <w:t>گا کہ "دی ایمرجنسی آف دس سموک از لاسٹ، بٹ دین دیر از ون مور سائن، وچ از</w:t>
      </w:r>
    </w:p>
    <w:p>
      <w:r>
        <w:rPr>
          <w:b/>
        </w:rPr>
        <w:t xml:space="preserve">[50:46] </w:t>
      </w:r>
      <w:r>
        <w:t>This is the last sign that will appear as final warning to humanity, which is the rising of the</w:t>
      </w:r>
    </w:p>
    <w:p>
      <w:pPr>
        <w:jc w:val="right"/>
      </w:pPr>
      <w:r>
        <w:t>دی دا لاسٹ سائن دیٹ ول اپیئر ایز فائنل وارننگ ٹو ہیومینٹی، وچ از دا رائزنگ آف دا</w:t>
      </w:r>
    </w:p>
    <w:p>
      <w:r>
        <w:rPr>
          <w:b/>
        </w:rPr>
        <w:t xml:space="preserve">[50:54] </w:t>
      </w:r>
      <w:r>
        <w:t>san frām dā vesṭ insṭeḍ of dā esṭ" aur yah kahā jātā hai ki is ke bād</w:t>
      </w:r>
    </w:p>
    <w:p>
      <w:pPr>
        <w:jc w:val="right"/>
      </w:pPr>
      <w:r>
        <w:t>سن فرام دا ویسٹ انسٹیڈ آف دا ایسٹ" اور یہ کہا جاتا ہے کہ اس کے بعد</w:t>
      </w:r>
    </w:p>
    <w:p>
      <w:r>
        <w:rPr>
          <w:b/>
        </w:rPr>
        <w:t xml:space="preserve">[51:01] </w:t>
      </w:r>
      <w:r>
        <w:t>enjal isrāfīl jo haiñ, apnā sar jo hai, vah phūñk deñge.</w:t>
      </w:r>
    </w:p>
    <w:p>
      <w:pPr>
        <w:jc w:val="right"/>
      </w:pPr>
      <w:r>
        <w:t>اینجل اسرافیل جو ہیں، اپنا سر جو ہے، وہ پھونک دیں گے۔</w:t>
      </w:r>
    </w:p>
    <w:p>
      <w:r>
        <w:rPr>
          <w:b/>
        </w:rPr>
        <w:t xml:space="preserve">[51:05] </w:t>
      </w:r>
      <w:r>
        <w:t>to</w:t>
      </w:r>
    </w:p>
    <w:p>
      <w:pPr>
        <w:jc w:val="right"/>
      </w:pPr>
      <w:r>
        <w:t>تو</w:t>
      </w:r>
    </w:p>
    <w:p>
      <w:r>
        <w:rPr>
          <w:b/>
        </w:rPr>
        <w:t xml:space="preserve">[51:06] </w:t>
      </w:r>
      <w:r>
        <w:t>mein chahunga ke is ke baray mein aap bataein.</w:t>
      </w:r>
    </w:p>
    <w:p>
      <w:pPr>
        <w:jc w:val="right"/>
      </w:pPr>
      <w:r>
        <w:t>میں چاہوں گا کہ اس کے بارے میں آپ بتائیں۔</w:t>
      </w:r>
    </w:p>
    <w:p>
      <w:r>
        <w:rPr>
          <w:b/>
        </w:rPr>
        <w:t xml:space="preserve">[51:12] </w:t>
      </w:r>
      <w:r>
        <w:t>haan, yahi aakhri sign hai. kehte hain ke is ke baad phir toba qabool nahi hogi, kyunke is liye qabool nahi hogi ke phir to Allah taala haalat-e-shuhood mein aa gaya na.</w:t>
      </w:r>
    </w:p>
    <w:p>
      <w:pPr>
        <w:jc w:val="right"/>
      </w:pPr>
      <w:r>
        <w:t>ہاں، یہی آخری سائن ہے۔ کہتے ہیں کہ اس کے بعد پھر توبہ قبول نہیں ہوگی، کیونکہ اس لیے قبول نہیں ہوگی کہ پھر تو اللہ تعالیٰ حالت شہود میں آ گیا نا۔</w:t>
      </w:r>
    </w:p>
    <w:p>
      <w:r>
        <w:rPr>
          <w:b/>
        </w:rPr>
        <w:t xml:space="preserve">[51:23] </w:t>
      </w:r>
      <w:r>
        <w:t>jab Allah taala ko saara aasman dikhai dene lagega, aakhirat ka manzar dikhai dene lagega, to phir hum haalat-e-test hamara khatam ho jayega.</w:t>
      </w:r>
    </w:p>
    <w:p>
      <w:pPr>
        <w:jc w:val="right"/>
      </w:pPr>
      <w:r>
        <w:t>جب اللہ تعالیٰ کو سارا آسمان دکھائی دینے لگے گا، آخرت کا منظر دکھائی دینے لگے گا، تو پھر ہم حالت ٹیسٹ ہمارا ختم ہو جائے گا۔</w:t>
      </w:r>
    </w:p>
    <w:p>
      <w:r>
        <w:rPr>
          <w:b/>
        </w:rPr>
        <w:t xml:space="preserve">[51:34] </w:t>
      </w:r>
      <w:r>
        <w:t>to is se pehle pehle humein apni islaah kar leni hai. to yeh jo hai mumkin hai, kyunke kehte hain ke taqreeban ek lakh saal pehle poore tareeqe se zameen ka jo magnetic pole hai na, is ka reversal hua tha.</w:t>
      </w:r>
    </w:p>
    <w:p>
      <w:pPr>
        <w:jc w:val="right"/>
      </w:pPr>
      <w:r>
        <w:t>تو اس سے پہلے پہلے ہمیں اپنی اصلاح کر لینی ہے۔ تو یہ جو ہے ممکن ہے، کیونکہ کہتے ہیں کہ تقریباً ایک لاکھ سال پہلے پورے طریقے سے زمین کا جو میگنیٹک پول ہے نا، اس کا ریورسل ہوا تھا۔</w:t>
      </w:r>
    </w:p>
    <w:p>
      <w:r>
        <w:rPr>
          <w:b/>
        </w:rPr>
        <w:t xml:space="preserve">[51:50] </w:t>
      </w:r>
      <w:r>
        <w:t>to ab scientist keh rahe hain ke yeh kyunke possible to hai hi hai, aur kuch logon ne yeh bhi kaha hai ke ek din mein bhi woh reversal ho sakta hai, aur lambe time mein bhi reversal ho sakta hai.</w:t>
      </w:r>
    </w:p>
    <w:p>
      <w:pPr>
        <w:jc w:val="right"/>
      </w:pPr>
      <w:r>
        <w:t>تو اب سائنٹسٹ کہہ رہے ہیں کہ یہ چونکہ پاسیبل تو ہے ہی ہے، اور کچھ لوگوں نے یہ بھی کہا ہے کہ ایک دن میں بھی وہ ریورسل ہو سکتا ہے، اور لمبے ٹائم میں بھی ریورسل ہو سکتا ہے۔</w:t>
      </w:r>
    </w:p>
    <w:p>
      <w:r>
        <w:rPr>
          <w:b/>
        </w:rPr>
        <w:t xml:space="preserve">[52:04] </w:t>
      </w:r>
      <w:r>
        <w:t>to</w:t>
      </w:r>
    </w:p>
    <w:p>
      <w:pPr>
        <w:jc w:val="right"/>
      </w:pPr>
      <w:r>
        <w:t>تو</w:t>
      </w:r>
    </w:p>
    <w:p>
      <w:r>
        <w:rPr>
          <w:b/>
        </w:rPr>
        <w:t xml:space="preserve">[52:06] </w:t>
      </w:r>
      <w:r>
        <w:t>ek scientist ne kaha hai ke "we are overdue for one" matlab yeh to reversal hona jo hai, overdue ho chuka hai, kabhi bhi ho sakta hai.</w:t>
      </w:r>
    </w:p>
    <w:p>
      <w:pPr>
        <w:jc w:val="right"/>
      </w:pPr>
      <w:r>
        <w:t>ایک سائنٹسٹ نے کہا ہے کہ "وی آر اوور ڈیو فار ون" مطلب یہ تو ریورسل ہونا جو ہے، اوور ڈیو ہو چکا ہے، کبھی بھی ہو سکتا ہے۔</w:t>
      </w:r>
    </w:p>
    <w:p>
      <w:r>
        <w:rPr>
          <w:b/>
        </w:rPr>
        <w:t xml:space="preserve">[52:16] </w:t>
      </w:r>
      <w:r>
        <w:t>to ab jo volcanoes, agar koi bara volcano aaye ga to volcano se bhi yeh hota hai. kehte hain ke "it's accelerating super volcano maybe related to it" to volcano ka bhi is se ta'alluq hai.</w:t>
      </w:r>
    </w:p>
    <w:p>
      <w:pPr>
        <w:jc w:val="right"/>
      </w:pPr>
      <w:r>
        <w:t>تو اب جو والکنوں، اگر کوئی بڑا والکنوں آئے گا تو والکنوں سے بھی یہ ہوتا ہے۔ کہتے ہیں کہ "اٹس ایکسیلریٹنگ سپر والکنوں می بی ریلیٹڈ ٹو اٹ" تو والکنوں کا بھی اس سے تعلق ہے۔</w:t>
      </w:r>
    </w:p>
    <w:p>
      <w:r>
        <w:rPr>
          <w:b/>
        </w:rPr>
        <w:t xml:space="preserve">[52:32] </w:t>
      </w:r>
      <w:r>
        <w:t>to is tareeqe se ek kitaab hai "Adam and Eve Story", is mein unhon ne bohat detail se yeh baat batai hai, aur is mein keh rahe hain ke agar aisa hua to poori tehzeeb khatam ho jayegi, saare sheher khatam ho jayenge.</w:t>
      </w:r>
    </w:p>
    <w:p>
      <w:pPr>
        <w:jc w:val="right"/>
      </w:pPr>
      <w:r>
        <w:t>تو اس طریقے سے ایک کتاب ہے "ایڈم اینڈ ایو سٹوری"، اس میں انہوں نے بہت ڈیٹیل سے یہ بات بتائی ہے، اور اس میں کہہ رہے ہیں کہ اگر ایسا ہوا تو پوری تہذیب ختم ہو جائے گی، سارے شہر ختم ہو جائیں گے۔</w:t>
      </w:r>
    </w:p>
    <w:p>
      <w:r>
        <w:rPr>
          <w:b/>
        </w:rPr>
        <w:t xml:space="preserve">[52:46] </w:t>
      </w:r>
      <w:r>
        <w:t>matlab wahi aakhirat hoga, wahi qayamat hogi.</w:t>
      </w:r>
    </w:p>
    <w:p>
      <w:pPr>
        <w:jc w:val="right"/>
      </w:pPr>
      <w:r>
        <w:t>مطلب وہی آخرت ہوگا، وہی قیامت ہوگی۔</w:t>
      </w:r>
    </w:p>
    <w:p>
      <w:r>
        <w:rPr>
          <w:b/>
        </w:rPr>
        <w:t xml:space="preserve">[52:49] </w:t>
      </w:r>
      <w:r>
        <w:t>to yeh is mein mein apne ek do khwaab bhi batana chahungi ke mein ne aur bhi khwaab hain diary mein, lekin mein apna bata rahi hoon ke teen khwaab mein ne aise dekhe hain ke mein ek baar Maulana ke kamre mein gayi hoon, to is mein do raaste hain.</w:t>
      </w:r>
    </w:p>
    <w:p>
      <w:pPr>
        <w:jc w:val="right"/>
      </w:pPr>
      <w:r>
        <w:t>تو یہ اس میں میں اپنے ایک دو خواب بھی بتانا چاہوں گی کہ میں نے اور بھی خواب ہیں ڈائری میں، لیکن میں اپنا بتا رہی ہوں کہ تین خواب میں نے ایسے دیکھے ہیں کہ میں ایک بار مولانا کے کمرے میں گئی ہوں، تو اس میں دو راستے ہیں۔</w:t>
      </w:r>
    </w:p>
    <w:p>
      <w:r>
        <w:rPr>
          <w:b/>
        </w:rPr>
        <w:t xml:space="preserve">[53:06] </w:t>
      </w:r>
      <w:r>
        <w:t>to jo idhar saamne wala hai, wahan se gayi hoon to poore janmaz jo hain na, woh ulti direction mein bichhe hue hain, maghrib ki taraf.</w:t>
      </w:r>
    </w:p>
    <w:p>
      <w:pPr>
        <w:jc w:val="right"/>
      </w:pPr>
      <w:r>
        <w:t>تو جو ادھر سامنے والا ہے، وہاں سے گئی ہوں تو پورے جانماز جو ہیں نا، وہ الٹی ڈائریکشن میں بچھے ہوئے ہیں، पश्चिم کی طرف۔</w:t>
      </w:r>
    </w:p>
    <w:p>
      <w:r>
        <w:rPr>
          <w:b/>
        </w:rPr>
        <w:t xml:space="preserve">[53:17] </w:t>
      </w:r>
      <w:r>
        <w:t>aur is ke baad ek baar peechhe ke darwaze se gayi hoon to wahan do teen ladies jo hain, woh barfe ki tarah poora kapra covered hai, aur woh namaz padh rahi hain ulti direction ki taraf.</w:t>
      </w:r>
    </w:p>
    <w:p>
      <w:pPr>
        <w:jc w:val="right"/>
      </w:pPr>
      <w:r>
        <w:t>اور اس کے بعد ایک بار پیچھے کے دروازے سے گئی ہوں تو وہاں دو تین لیڈیز جو ہیں، وہ برفے کی طرح پورا کپڑا کورڈ ہے، اور وہ نماز پڑھ رہی ہیں الٹی ڈائریکشن کی طرف۔</w:t>
      </w:r>
    </w:p>
    <w:p>
      <w:r>
        <w:rPr>
          <w:b/>
        </w:rPr>
        <w:t xml:space="preserve">[53:29] </w:t>
      </w:r>
      <w:r>
        <w:t>phir is ke baad teesra khwaab mein ne dekha ke jo hamara balcony hai, jahan Maulana baitha karte the, to wahan subah subah dhoop aati hai, kyunke suraj idhar se hi nikalta hai.</w:t>
      </w:r>
    </w:p>
    <w:p>
      <w:pPr>
        <w:jc w:val="right"/>
      </w:pPr>
      <w:r>
        <w:t>پھر اس کے بعد تیسرا خواب میں نے دیکھا کہ جو ہمارا بالکنی ہے، جہاں مولانا بیٹھا کرتے تھے، تو وہاں صبح صبح دھوپ آتی ہے، کیونکہ سورج ادھر سے ہی نکلتا ہے۔</w:t>
      </w:r>
    </w:p>
    <w:p>
      <w:r>
        <w:rPr>
          <w:b/>
        </w:rPr>
        <w:t xml:space="preserve">[53:41] </w:t>
      </w:r>
      <w:r>
        <w:t>phir wahan mein shaam ke waqt baithi hoon, aur bohat hi clear dhoop nikli hui hai. ab mein keh rahi hoon, us waqt kaisi dhoop hai? yeh kehti hoon, meri aankh khul jaati hai.</w:t>
      </w:r>
    </w:p>
    <w:p>
      <w:pPr>
        <w:jc w:val="right"/>
      </w:pPr>
      <w:r>
        <w:t>پھر وہاں میں شام کے وقت بیٹھی ہوں، اور بہت ہی کلیئر دھوپ نکلی ہوئی ہے۔ اب میں کہہ رہی ہوں، اس وقت کیسی دھوپ ہے؟ یہ کہتی ہوں، میری آنکھ کھل جاتی ہے۔</w:t>
      </w:r>
    </w:p>
    <w:p>
      <w:r>
        <w:rPr>
          <w:b/>
        </w:rPr>
        <w:t xml:space="preserve">[53:50] </w:t>
      </w:r>
      <w:r>
        <w:t>to yeh bohat hi matlab bohat hi qareeb hai, aur humein bohat zyada apne aap ki apni tayyari karni hai,</w:t>
      </w:r>
    </w:p>
    <w:p>
      <w:pPr>
        <w:jc w:val="right"/>
      </w:pPr>
      <w:r>
        <w:t>تو یہ بہت ہی مطلب بہت ہی قریب ہے، اور ہمیں بہت زیادہ اپنے آپ کی اپنی تیاری کرنی ہے،</w:t>
      </w:r>
    </w:p>
    <w:p>
      <w:r>
        <w:rPr>
          <w:b/>
        </w:rPr>
        <w:t xml:space="preserve">[53:59] </w:t>
      </w:r>
      <w:r>
        <w:t>Day of Judgement ki apne aap ki bhi islaah karni hai, aur doosron ko Khuda ka paigham pahunchana hai. kyunke baad mein to phir mauqa hi nahi hoga.</w:t>
      </w:r>
    </w:p>
    <w:p>
      <w:pPr>
        <w:jc w:val="right"/>
      </w:pPr>
      <w:r>
        <w:t>ڈے آف ججمنٹ کی اپنے آپ کی بھی اصلاح کرنی ہے، اور دوسروں کو خدا کا پیغام پہنچانا ہے۔ کیونکہ بعد میں تو پھر موقع ہی نہیں ہوگا۔</w:t>
      </w:r>
    </w:p>
    <w:p>
      <w:r>
        <w:rPr>
          <w:b/>
        </w:rPr>
        <w:t xml:space="preserve">[54:09] </w:t>
      </w:r>
      <w:r>
        <w:t>abhi jo hai, woh mauqa hai hamare paas. agar hum abhi kaam nahi karenge to phir is ke baad mauqa nahi hamare paas hoga. yahi last chance hai hamara, hum apna islaah karein aur doosron ko Khuda ka paigham pahunchayein.</w:t>
      </w:r>
    </w:p>
    <w:p>
      <w:pPr>
        <w:jc w:val="right"/>
      </w:pPr>
      <w:r>
        <w:t>ابھی جو ہے، وہ موقع ہے ہمارے پاس۔ اگر ہم ابھی کام نہیں کریں گے تو پھر اس کے بعد موقع نہیں ہمارے پاس ہوگا۔ یہی لاسٹ چانس ہے ہمارا، ہم اپنا اصلاح کریں اور دوسروں کو خدا کا پیغام پہنچائیں۔</w:t>
      </w:r>
    </w:p>
    <w:p>
      <w:r>
        <w:rPr>
          <w:b/>
        </w:rPr>
        <w:t xml:space="preserve">[54:23] </w:t>
      </w:r>
      <w:r>
        <w:t>ji, yaqeenan. thank you, apa, for doing an amazing session and guiding us</w:t>
      </w:r>
    </w:p>
    <w:p>
      <w:pPr>
        <w:jc w:val="right"/>
      </w:pPr>
      <w:r>
        <w:t>جی، یقیناً۔ تھینک یو، آپا، فار ڈوئنگ این امیزنگ سیشن اینڈ گائیڈنگ اس</w:t>
      </w:r>
    </w:p>
    <w:p>
      <w:r>
        <w:rPr>
          <w:b/>
        </w:rPr>
        <w:t xml:space="preserve">[54:28] </w:t>
      </w:r>
      <w:r>
        <w:t>all. so, with this, we will end today's session. we will be back next Sunday at 10:30 AM. thank you.</w:t>
      </w:r>
    </w:p>
    <w:p>
      <w:pPr>
        <w:jc w:val="right"/>
      </w:pPr>
      <w:r>
        <w:t>آل۔ سو، ود دس، وی ویل اینڈ ٹوڈے سیشن۔ وی ویل بی بیک نیکسٹ سنڈے ایٹ 10:30 اے ایم۔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