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Akhirat In Islam May 27, 2008 Maulana Wahiduddin Khan</w:t>
      </w:r>
    </w:p>
    <w:p>
      <w:r>
        <w:t>https://www.youtube.com/watch?v=zmPqj-gdaIQ</w:t>
      </w:r>
    </w:p>
    <w:p>
      <w:r>
        <w:rPr>
          <w:b/>
        </w:rPr>
        <w:t xml:space="preserve">[00:14] </w:t>
      </w:r>
      <w:r>
        <w:t>bismillah rehman rehim.</w:t>
      </w:r>
    </w:p>
    <w:p>
      <w:pPr>
        <w:jc w:val="right"/>
      </w:pPr>
      <w:r>
        <w:t>بسم اللہ الرحمن الرحیم۔</w:t>
      </w:r>
    </w:p>
    <w:p>
      <w:r>
        <w:rPr>
          <w:b/>
        </w:rPr>
        <w:t xml:space="preserve">[00:20] </w:t>
      </w:r>
      <w:r>
        <w:t>is waqt main</w:t>
      </w:r>
    </w:p>
    <w:p>
      <w:pPr>
        <w:jc w:val="right"/>
      </w:pPr>
      <w:r>
        <w:t>اس وقت میں</w:t>
      </w:r>
    </w:p>
    <w:p>
      <w:r>
        <w:rPr>
          <w:b/>
        </w:rPr>
        <w:t xml:space="preserve">[00:23] </w:t>
      </w:r>
      <w:r>
        <w:t>islam ke ek</w:t>
      </w:r>
    </w:p>
    <w:p>
      <w:pPr>
        <w:jc w:val="right"/>
      </w:pPr>
      <w:r>
        <w:t>اسلام کے ایک</w:t>
      </w:r>
    </w:p>
    <w:p>
      <w:r>
        <w:rPr>
          <w:b/>
        </w:rPr>
        <w:t xml:space="preserve">[00:30] </w:t>
      </w:r>
      <w:r>
        <w:t>belief ya aqeedah ke bare mein kuch kahunga. isko kehte hain akhirat. akhirat means world here after.</w:t>
      </w:r>
    </w:p>
    <w:p>
      <w:pPr>
        <w:jc w:val="right"/>
      </w:pPr>
      <w:r>
        <w:t>بیلیف یا عقیدہ کے بارے میں کچھ کہوں گا۔ اس کو کہتے ہیں آخرت۔ آخرت مینز ورلڈ ہیئر آفٹر۔</w:t>
      </w:r>
    </w:p>
    <w:p>
      <w:r>
        <w:rPr>
          <w:b/>
        </w:rPr>
        <w:t xml:space="preserve">[00:46] </w:t>
      </w:r>
      <w:r>
        <w:t>islam ka jo belief system hai is mein kuch cheezein bohat basic hain.</w:t>
      </w:r>
    </w:p>
    <w:p>
      <w:pPr>
        <w:jc w:val="right"/>
      </w:pPr>
      <w:r>
        <w:t>اسلام کا جو بیلیف سسٹم ہے اس میں کچھ چیزیں بہت بیسک ہیں۔</w:t>
      </w:r>
    </w:p>
    <w:p>
      <w:r>
        <w:rPr>
          <w:b/>
        </w:rPr>
        <w:t xml:space="preserve">[00:55] </w:t>
      </w:r>
      <w:r>
        <w:t>in mein se ek hai akhirat. yani world here after ko manna.</w:t>
      </w:r>
    </w:p>
    <w:p>
      <w:pPr>
        <w:jc w:val="right"/>
      </w:pPr>
      <w:r>
        <w:t>ان میں سے ایک ہے آخرت۔ یعنی ورلڈ ہیئر آفٹر کو ماننا۔</w:t>
      </w:r>
    </w:p>
    <w:p>
      <w:r>
        <w:rPr>
          <w:b/>
        </w:rPr>
        <w:t xml:space="preserve">[01:06] </w:t>
      </w:r>
      <w:r>
        <w:t>main yahan sab se pehle aap ko prophet of islam ka ya islam ke jo paighambar the muhammad sallallahu alaihi wasallam un ka</w:t>
      </w:r>
    </w:p>
    <w:p>
      <w:pPr>
        <w:jc w:val="right"/>
      </w:pPr>
      <w:r>
        <w:t>میں یہاں سب سے پہلے آپ کو پرافٹ آف اسلام کا یا اسلام کے جو پیغمبر تھے محمد صلی اللہ علیہ وسلم ان کا</w:t>
      </w:r>
    </w:p>
    <w:p>
      <w:r>
        <w:rPr>
          <w:b/>
        </w:rPr>
        <w:t xml:space="preserve">[01:20] </w:t>
      </w:r>
      <w:r>
        <w:t>ek waqia sunana chahta hoon. muhammad sallallahu alaihi wasallam ko jab khuda ne apna paighambar banaya to us waqt aap makka mein the.</w:t>
      </w:r>
    </w:p>
    <w:p>
      <w:pPr>
        <w:jc w:val="right"/>
      </w:pPr>
      <w:r>
        <w:t>ایک واقعہ سنانا چاہتا ہوں۔ محمد صلی اللہ علیہ وسلم کو جب خدا نے اپنا پیغمبر بنایا تو اس وقت آپ مکہ میں تھے۔</w:t>
      </w:r>
    </w:p>
    <w:p>
      <w:r>
        <w:rPr>
          <w:b/>
        </w:rPr>
        <w:t xml:space="preserve">[01:36] </w:t>
      </w:r>
      <w:r>
        <w:t>yeh christian calendar ke hisab se chhe sau das ki baat hai. to makka mein city ke bahar ek chattan hua karti thi.</w:t>
      </w:r>
    </w:p>
    <w:p>
      <w:pPr>
        <w:jc w:val="right"/>
      </w:pPr>
      <w:r>
        <w:t>یہ کرسچن کیلنڈر کے حساب سے چھ سو دس کی بات ہے۔ تو مکہ میں سٹی کے باہر ایک چٹان ہوا کرتی تھی۔</w:t>
      </w:r>
    </w:p>
    <w:p>
      <w:r>
        <w:rPr>
          <w:b/>
        </w:rPr>
        <w:t xml:space="preserve">[01:54] </w:t>
      </w:r>
      <w:r>
        <w:t>isko kehte the safa. woh koi bada pahad nahi tha. ek chattan thi. chota pahad keh sakte hain aap.</w:t>
      </w:r>
    </w:p>
    <w:p>
      <w:pPr>
        <w:jc w:val="right"/>
      </w:pPr>
      <w:r>
        <w:t>اس کو کہتے تھے صفا۔ وہ کوئی بڑا پہاڑ نہیں تھا۔ ایک چٹان تھی۔ چھوٹا پہاڑ کہہ سکتے ہیں آپ۔</w:t>
      </w:r>
    </w:p>
    <w:p>
      <w:r>
        <w:rPr>
          <w:b/>
        </w:rPr>
        <w:t xml:space="preserve">[02:04] </w:t>
      </w:r>
      <w:r>
        <w:t>ya pahadi. to iska naam safa tha. to us zamane mein log safa ko ek stage ke taur par istemal karte the.</w:t>
      </w:r>
    </w:p>
    <w:p>
      <w:pPr>
        <w:jc w:val="right"/>
      </w:pPr>
      <w:r>
        <w:t>یا پہاڑی۔ تو اس کا نام صفا تھا۔ تو اس زمانے میں لوگ صفا کو ایک اسٹیج کے طور پر استعمال کرتے تھے۔</w:t>
      </w:r>
    </w:p>
    <w:p>
      <w:r>
        <w:rPr>
          <w:b/>
        </w:rPr>
        <w:t xml:space="preserve">[02:22] </w:t>
      </w:r>
      <w:r>
        <w:t>us zamane mein aaj kal ki tarah se auditorium to hota nahi tha. aaj kal ki tarah se wahan stage nahi banaye jate the. to jis ko koi baat jis ko kisi baat hoti jis par woh public ko address karna chahta to wahan par aa kar woh</w:t>
      </w:r>
    </w:p>
    <w:p>
      <w:pPr>
        <w:jc w:val="right"/>
      </w:pPr>
      <w:r>
        <w:t>اس زمانے میں آج کل کی طرح سے آڈیٹوریم تو ہوتا نہیں تھا۔ آج کل کی طرح سے وہاں اسٹیج نہیں بنائے جاتے تھے۔ تو جس کو کوئی بات جس کو کسی بات ہوتی جس پر وہ پبلک کو ایڈریس کرنا چاہتا تو وہاں پر آ کر وہ</w:t>
      </w:r>
    </w:p>
    <w:p>
      <w:r>
        <w:rPr>
          <w:b/>
        </w:rPr>
        <w:t xml:space="preserve">[02:48] </w:t>
      </w:r>
      <w:r>
        <w:t>awaz deta aur log ikhatta ho jate safa ke paas. phir safa ke upar khare ho kar woh unhein address karta tha.</w:t>
      </w:r>
    </w:p>
    <w:p>
      <w:pPr>
        <w:jc w:val="right"/>
      </w:pPr>
      <w:r>
        <w:t>آواز دیتا اور لوگ اکٹھا ہو جاتے صفا کے پاس۔ پھر صفا کے اوپر کھڑے ہو کر وہ انہیں ایڈریس کرتا تھا۔</w:t>
      </w:r>
    </w:p>
    <w:p>
      <w:r>
        <w:rPr>
          <w:b/>
        </w:rPr>
        <w:t xml:space="preserve">[03:00] </w:t>
      </w:r>
      <w:r>
        <w:t>to prophet of islam ne isi tradition ko istemal kiya. jab khuda ne aap ko paighambar banaya to aap wahan gaye aur safa pahadi par aap charhe.</w:t>
      </w:r>
    </w:p>
    <w:p>
      <w:pPr>
        <w:jc w:val="right"/>
      </w:pPr>
      <w:r>
        <w:t>تو پرافٹ آف اسلام نے اسی ٹریڈیشن کو استعمال کیا۔ جب خدا نے آپ کو پیغمبر بنایا تو آپ وہاں گئے اور صفا پہاڑی پر آپ چڑھے۔</w:t>
      </w:r>
    </w:p>
    <w:p>
      <w:r>
        <w:rPr>
          <w:b/>
        </w:rPr>
        <w:t xml:space="preserve">[03:18] </w:t>
      </w:r>
      <w:r>
        <w:t>wahan charh kar aap ne kaha yani jo wahan par use hota tha word us ko aap ne istemal kiya.</w:t>
      </w:r>
    </w:p>
    <w:p>
      <w:pPr>
        <w:jc w:val="right"/>
      </w:pPr>
      <w:r>
        <w:t>وہاں چڑھ کر آپ نے کہا یعنی جو وہاں پر یوز ہوتا تھا ورڈ اس کو آپ نے استعمال کیا۔</w:t>
      </w:r>
    </w:p>
    <w:p>
      <w:r>
        <w:rPr>
          <w:b/>
        </w:rPr>
        <w:t xml:space="preserve">[03:28] </w:t>
      </w:r>
      <w:r>
        <w:t>aap ne kaha ke "أنا النذير العریان" yani zor se aisa bole aap ke "أنا النذير العریان".</w:t>
      </w:r>
    </w:p>
    <w:p>
      <w:pPr>
        <w:jc w:val="right"/>
      </w:pPr>
      <w:r>
        <w:t>آپ نے کہا کہ "أنا النذير العریان" یعنی زور سے ایسا بولے آپ کہ "أنا النذير العریان"۔</w:t>
      </w:r>
    </w:p>
    <w:p>
      <w:r>
        <w:rPr>
          <w:b/>
        </w:rPr>
        <w:t xml:space="preserve">[03:39] </w:t>
      </w:r>
      <w:r>
        <w:t>iska matlab hai i am an open warner. yani main khula aagah karne wala hoon.</w:t>
      </w:r>
    </w:p>
    <w:p>
      <w:pPr>
        <w:jc w:val="right"/>
      </w:pPr>
      <w:r>
        <w:t>اس کا مطلب ہے آئی ایم اے اوپن وارنر۔ یعنی میں کھلا آگاہ کرنے والا ہوں۔</w:t>
      </w:r>
    </w:p>
    <w:p>
      <w:r>
        <w:rPr>
          <w:b/>
        </w:rPr>
        <w:t xml:space="preserve">[03:53] </w:t>
      </w:r>
      <w:r>
        <w:t>I am an eye opener. To jab koi bohat bari baat kehna hota kisi ko to yahi kehta tha woh.</w:t>
      </w:r>
    </w:p>
    <w:p>
      <w:pPr>
        <w:jc w:val="right"/>
      </w:pPr>
      <w:r>
        <w:t>آئی ایم اے اوپن وارنر۔ تو جب کوئی بہت بڑی بات کہنا ہوتا کسی کو تو یہی کہتا تھا وہ۔</w:t>
      </w:r>
    </w:p>
    <w:p>
      <w:r>
        <w:rPr>
          <w:b/>
        </w:rPr>
        <w:t xml:space="preserve">[04:04] </w:t>
      </w:r>
      <w:r>
        <w:t>to us ko kehte thay nazeer huria. open warner. to is tarah se aap wahan khare hue. logon ko pukara.</w:t>
      </w:r>
    </w:p>
    <w:p>
      <w:pPr>
        <w:jc w:val="right"/>
      </w:pPr>
      <w:r>
        <w:t>تو اس کو کہتے تھے نذیر حوریہ۔ اوپن وارنر۔ تو اس طرح سے آپ وہاں کھڑے ہوئے۔ لوگوں کو پکارا۔</w:t>
      </w:r>
    </w:p>
    <w:p>
      <w:r>
        <w:rPr>
          <w:b/>
        </w:rPr>
        <w:t xml:space="preserve">[04:16] </w:t>
      </w:r>
      <w:r>
        <w:t>log ikatha hue. to aap ne jo baat kahi woh kya thi? woh yahi akhirat ki baat thi. world hereafter ki baat thi.</w:t>
      </w:r>
    </w:p>
    <w:p>
      <w:pPr>
        <w:jc w:val="right"/>
      </w:pPr>
      <w:r>
        <w:t>لوگ اکٹھا ہوئے۔ تو آپ نے جو بات کہی وہ کیا تھی؟ وہ یہی آخرت کی بات تھی۔ ورلڈ ہیئر آفٹر کی بات تھی۔</w:t>
      </w:r>
    </w:p>
    <w:p>
      <w:r>
        <w:rPr>
          <w:b/>
        </w:rPr>
        <w:t xml:space="preserve">[04:28] </w:t>
      </w:r>
      <w:r>
        <w:t>aap ne kaha ke "ae logon sun lo.</w:t>
      </w:r>
    </w:p>
    <w:p>
      <w:pPr>
        <w:jc w:val="right"/>
      </w:pPr>
      <w:r>
        <w:t>آپ نے کہا کہ "اے لوگوں سن لو۔</w:t>
      </w:r>
    </w:p>
    <w:p>
      <w:r>
        <w:rPr>
          <w:b/>
        </w:rPr>
        <w:t xml:space="preserve">[04:35] </w:t>
      </w:r>
      <w:r>
        <w:t>zindagi ki jo sab se bari sachai hai is ko sun lo."</w:t>
      </w:r>
    </w:p>
    <w:p>
      <w:pPr>
        <w:jc w:val="right"/>
      </w:pPr>
      <w:r>
        <w:t>زندگی کی جو سب سے بڑی سچائی ہے اس کو سن لو۔"</w:t>
      </w:r>
    </w:p>
    <w:p>
      <w:r>
        <w:rPr>
          <w:b/>
        </w:rPr>
        <w:t xml:space="preserve">[04:42] </w:t>
      </w:r>
      <w:r>
        <w:t>innakum la tamootoon kama namoon wa la tuhyoon kama tastaiqizoon wa innaha lajannatun abadan wa lannari abadan.</w:t>
      </w:r>
    </w:p>
    <w:p>
      <w:pPr>
        <w:jc w:val="right"/>
      </w:pPr>
      <w:r>
        <w:t>إنكم لا تموتون کما تنامون ولا تحیون کما تستيقظون وإنها لجنة أبدًا أو لنار أبدًا۔</w:t>
      </w:r>
    </w:p>
    <w:p>
      <w:r>
        <w:rPr>
          <w:b/>
        </w:rPr>
        <w:t xml:space="preserve">[05:01] </w:t>
      </w:r>
      <w:r>
        <w:t>to insaan ka yeh common experience hai ke is ko neend aati hai woh so jata hai. jab sota hai to woh aik dam unaware ho jata hai.</w:t>
      </w:r>
    </w:p>
    <w:p>
      <w:pPr>
        <w:jc w:val="right"/>
      </w:pPr>
      <w:r>
        <w:t>تو انسان کا یہ کامن ایکسپیرینس ہے کہ اس کو نیند آتی ہے وہ سو جاتا ہے۔ جب سوتا ہے تو وہ ایک دم ان اویر ہو جاتا ہے۔</w:t>
      </w:r>
    </w:p>
    <w:p>
      <w:r>
        <w:rPr>
          <w:b/>
        </w:rPr>
        <w:t xml:space="preserve">[05:12] </w:t>
      </w:r>
      <w:r>
        <w:t>be khabar. yani maray hue insaan ki tarah se. yani half dead samajh lijiye aik sonay walay aadmi ko.</w:t>
      </w:r>
    </w:p>
    <w:p>
      <w:pPr>
        <w:jc w:val="right"/>
      </w:pPr>
      <w:r>
        <w:t>بے خبر۔ یعنی مرے ہوئے انسان کی طرح سے۔ یعنی ہاف ڈیڈ سمجھ لیجیے ایک سونے والے آدمی کو۔</w:t>
      </w:r>
    </w:p>
    <w:p>
      <w:r>
        <w:rPr>
          <w:b/>
        </w:rPr>
        <w:t xml:space="preserve">[05:23] </w:t>
      </w:r>
      <w:r>
        <w:t>phir woh jagta hai. to sota hai jagta hai sota hai jagta hai. yeh hamari zindagi ka aik part hai jo sab ko jis ka aik experience sab ko hota hai.</w:t>
      </w:r>
    </w:p>
    <w:p>
      <w:pPr>
        <w:jc w:val="right"/>
      </w:pPr>
      <w:r>
        <w:t>پھر وہ جاگتا ہے۔ تو سوتا ہے جاگتا ہے سوتا ہے جاگتا ہے۔ یہ ہماری زندگی کا ایک پارٹ ہے جو سب کو جس کا ایک ایکسپیرینس سب کو ہوتا ہے۔</w:t>
      </w:r>
    </w:p>
    <w:p>
      <w:r>
        <w:rPr>
          <w:b/>
        </w:rPr>
        <w:t xml:space="preserve">[05:39] </w:t>
      </w:r>
      <w:r>
        <w:t>to aap ne is ko le kar kaha ke "ae logon sun lo. jis tarah tum sote ho usi tarah tum maro ge."</w:t>
      </w:r>
    </w:p>
    <w:p>
      <w:pPr>
        <w:jc w:val="right"/>
      </w:pPr>
      <w:r>
        <w:t>تو آپ نے اس کو لے کر کہا کہ "اے لوگوں سن لو۔ جس طرح تم سوتے ہو اسی طرح تم مرو گے۔"</w:t>
      </w:r>
    </w:p>
    <w:p>
      <w:r>
        <w:rPr>
          <w:b/>
        </w:rPr>
        <w:t xml:space="preserve">[05:53] </w:t>
      </w:r>
      <w:r>
        <w:t>ae logon jis tarah tum sote ho usi tarah tum maro ge. aur jis tarah tum jagte ho usi tarah tum dobara zinda kiye jao ge.</w:t>
      </w:r>
    </w:p>
    <w:p>
      <w:pPr>
        <w:jc w:val="right"/>
      </w:pPr>
      <w:r>
        <w:t>اے لوگوں جس طرح تم سوتے ہو اسی طرح تم مرو گے۔ اور جس طرح تم جاگتے ہو اسی طرح تم دوبارہ زندہ کیے جاؤ گے۔</w:t>
      </w:r>
    </w:p>
    <w:p>
      <w:r>
        <w:rPr>
          <w:b/>
        </w:rPr>
        <w:t xml:space="preserve">[06:09] </w:t>
      </w:r>
      <w:r>
        <w:t>aur is ke baad kya hai? ya to eternal fire hai ya eternal paradise hai. ya to hamesha ki jahannum hai ya hamesha ki jannat hai.</w:t>
      </w:r>
    </w:p>
    <w:p>
      <w:pPr>
        <w:jc w:val="right"/>
      </w:pPr>
      <w:r>
        <w:t>اور اس کے بعد کیا ہے؟ یا تو ایٹرنل فائر ہے یا ایٹرنل پیراڈائز ہے۔ یا تو ہمیشہ کی جہنم ہے یا ہمیشہ کی جنت ہے۔</w:t>
      </w:r>
    </w:p>
    <w:p>
      <w:r>
        <w:rPr>
          <w:b/>
        </w:rPr>
        <w:t xml:space="preserve">[06:28] </w:t>
      </w:r>
      <w:r>
        <w:t>is tarah se aap ne aik common experience ko lete hue bataya ke Khuda ka creation plan kya hai?</w:t>
      </w:r>
    </w:p>
    <w:p>
      <w:pPr>
        <w:jc w:val="right"/>
      </w:pPr>
      <w:r>
        <w:t>اس طرح سے آپ نے ایک کامن ایکسپیرینس کو لیتے ہوئے بتایا کہ خدا کا کریشن پلان کیا ہے؟</w:t>
      </w:r>
    </w:p>
    <w:p>
      <w:r>
        <w:rPr>
          <w:b/>
        </w:rPr>
        <w:t xml:space="preserve">[06:40] </w:t>
      </w:r>
      <w:r>
        <w:t>woh yeh hai ke Khuda ne insaan ko paida kiya is tarah se ke woh eternal being hai.</w:t>
      </w:r>
    </w:p>
    <w:p>
      <w:pPr>
        <w:jc w:val="right"/>
      </w:pPr>
      <w:r>
        <w:t>وہ یہ ہے کہ خدا نے انسان کو پیدا کیا اس طرح سے کہ وہ ایٹرنل بینگ ہے۔</w:t>
      </w:r>
    </w:p>
    <w:p>
      <w:r>
        <w:rPr>
          <w:b/>
        </w:rPr>
        <w:t xml:space="preserve">[06:53] </w:t>
      </w:r>
      <w:r>
        <w:t>paida ho gaya to ab is ko hamesha rehna hai. lekin insaan ki life ko Khuda ne do hissay mein bant diya.</w:t>
      </w:r>
    </w:p>
    <w:p>
      <w:pPr>
        <w:jc w:val="right"/>
      </w:pPr>
      <w:r>
        <w:t>پیدا ہو گیا تو اب اس کو ہمیشہ رہنا ہے۔ لیکن انسان کی لائف کو خدا نے دو حصے میں بانٹ دیا۔</w:t>
      </w:r>
    </w:p>
    <w:p>
      <w:r>
        <w:rPr>
          <w:b/>
        </w:rPr>
        <w:t xml:space="preserve">[07:06] </w:t>
      </w:r>
      <w:r>
        <w:t>yani pre death period aur post death period. kuch hissa maut se pehle hai.</w:t>
      </w:r>
    </w:p>
    <w:p>
      <w:pPr>
        <w:jc w:val="right"/>
      </w:pPr>
      <w:r>
        <w:t>یعنی پری ڈیتھ پیریڈ اور پوسٹ ڈیتھ پیریڈ۔ کچھ حصہ موت سے پہلے ہے۔</w:t>
      </w:r>
    </w:p>
    <w:p>
      <w:r>
        <w:rPr>
          <w:b/>
        </w:rPr>
        <w:t xml:space="preserve">[07:17] </w:t>
      </w:r>
      <w:r>
        <w:t>kuch bara hissa maut ke baad hai. yeh aisa hi hai jaise aap ice berg mein dekhte hain. ice berg kya hai?</w:t>
      </w:r>
    </w:p>
    <w:p>
      <w:pPr>
        <w:jc w:val="right"/>
      </w:pPr>
      <w:r>
        <w:t>کچھ بڑا حصہ موت کے بعد ہے۔ یہ ایسا ہی ہے جیسے آپ آئس برگ میں دیکھتے ہیں۔ آئس برگ کیا ہے؟</w:t>
      </w:r>
    </w:p>
    <w:p>
      <w:r>
        <w:rPr>
          <w:b/>
        </w:rPr>
        <w:t xml:space="preserve">[07:27] </w:t>
      </w:r>
      <w:r>
        <w:t>barf ka pahar hai. jo samundaron mein hota hai. gehre samundaron mein. lekin jo law of nature hai us ke mutabiq is ka sirf aik chota sa tip ooper dikhai deta hai.</w:t>
      </w:r>
    </w:p>
    <w:p>
      <w:pPr>
        <w:jc w:val="right"/>
      </w:pPr>
      <w:r>
        <w:t>برف کا پہاڑ ہے۔ جو سمندروں میں ہوتا ہے۔ گہرے سمندروں میں۔ لیکن جو لاء آف نیچر ہے اس کے مطابق اس کا صرف ایک چھوٹا سا ٹپ اوپر دکھائی دیتا ہے۔</w:t>
      </w:r>
    </w:p>
    <w:p>
      <w:r>
        <w:rPr>
          <w:b/>
        </w:rPr>
        <w:t xml:space="preserve">[07:45] </w:t>
      </w:r>
      <w:r>
        <w:t>aur sara body is ka pani mein dooba rehta hai. aisa hi insaan ka muamla hai. insaan ki zindagi ka bohat chota sa hissa pre death period mein hai.</w:t>
      </w:r>
    </w:p>
    <w:p>
      <w:pPr>
        <w:jc w:val="right"/>
      </w:pPr>
      <w:r>
        <w:t>اور سارا باڈی اس کا پانی میں ڈوبا رہتا ہے۔ ایسا ہی انسان کا معاملہ ہے۔ انسان کی زندگی کا بہت چھوٹا سا حصہ پری ڈیتھ پیریڈ میں ہے۔</w:t>
      </w:r>
    </w:p>
    <w:p>
      <w:r>
        <w:rPr>
          <w:b/>
        </w:rPr>
        <w:t xml:space="preserve">[08:03] </w:t>
      </w:r>
      <w:r>
        <w:t>aur is ka bara hissa bara hissa bara hissa jo hai woh post death period mein hai. to yeh bataya aap ne.</w:t>
      </w:r>
    </w:p>
    <w:p>
      <w:pPr>
        <w:jc w:val="right"/>
      </w:pPr>
      <w:r>
        <w:t>اور اس کا بڑا حصہ بڑا حصہ بڑا حصہ جو ہے وہ پوسٹ ڈیتھ پیریڈ میں ہے۔ تو یہ بتایا آپ نے۔</w:t>
      </w:r>
    </w:p>
    <w:p>
      <w:r>
        <w:rPr>
          <w:b/>
        </w:rPr>
        <w:t xml:space="preserve">[08:14] </w:t>
      </w:r>
      <w:r>
        <w:t>aur phir aap ne yeh bataya ke dekho yeh koi simple baat nahi hai. yeh koi saada baat nahi hai. aaj ki duniya ka hamein jo hum yahan karein ge us ko bhugtna pare ga hum ko agli duniya mein.</w:t>
      </w:r>
    </w:p>
    <w:p>
      <w:pPr>
        <w:jc w:val="right"/>
      </w:pPr>
      <w:r>
        <w:t>اور پھر آپ نے یہ بتایا کہ دیکھو یہ کوئی سمپل بات نہیں ہے۔ یہ کوئی سادہ بات نہیں ہے۔ آج کی دنیا کا ہمیں جو ہم یہاں کریں گے اس کو بھگتنا پڑے گا ہم کو اگلی دنیا میں۔</w:t>
      </w:r>
    </w:p>
    <w:p>
      <w:r>
        <w:rPr>
          <w:b/>
        </w:rPr>
        <w:t xml:space="preserve">[08:34] </w:t>
      </w:r>
      <w:r>
        <w:t>yani eternal life mein. wa innaha lajannatun abadan wa lannari abadan. yani agli duniya jo anay wali hai wahan par ya to eternal paradise hai ya eternal hell hai.</w:t>
      </w:r>
    </w:p>
    <w:p>
      <w:pPr>
        <w:jc w:val="right"/>
      </w:pPr>
      <w:r>
        <w:t>یعنی ایٹرنل لائف میں۔ وإنها لجنة أبدًا أو لنار أبدًا۔ یعنی اگلی دنیا جو آنے والی ہے وہاں پر یا تو ایٹرنل پیراڈائز ہے یا ایٹرنل ہیل ہے۔</w:t>
      </w:r>
    </w:p>
    <w:p>
      <w:r>
        <w:rPr>
          <w:b/>
        </w:rPr>
        <w:t xml:space="preserve">[08:51] </w:t>
      </w:r>
      <w:r>
        <w:t>is ka matlab kya hua? aur bhi aap ne batein batai. ke aaj ki duniya kis liye hai? yeh test ke liye hai.</w:t>
      </w:r>
    </w:p>
    <w:p>
      <w:pPr>
        <w:jc w:val="right"/>
      </w:pPr>
      <w:r>
        <w:t>اس کا مطلب کیا ہوا؟ اور بھی آپ نے باتیں بتائیں۔ کہ آج کی دنیا کس لئے ہے؟ یہ ٹیسٹ کے لئے ہے۔</w:t>
      </w:r>
    </w:p>
    <w:p>
      <w:r>
        <w:rPr>
          <w:b/>
        </w:rPr>
        <w:t xml:space="preserve">[09:04] </w:t>
      </w:r>
      <w:r>
        <w:t>test ka matlab kya hai? yahan dekha ja raha hai ke kon qualify karta hai is baat ke liye ke woh paradise mein basaya jaye.</w:t>
      </w:r>
    </w:p>
    <w:p>
      <w:pPr>
        <w:jc w:val="right"/>
      </w:pPr>
      <w:r>
        <w:t>ٹیسٹ کا مطلب کیا ہے؟ یہاں دیکھا جا رہا ہے کہ کون کوالیفائی کرتا ہے اس بات کے لئے کہ وہ پیراڈائز میں بسایا جائے۔</w:t>
      </w:r>
    </w:p>
    <w:p>
      <w:r>
        <w:rPr>
          <w:b/>
        </w:rPr>
        <w:t xml:space="preserve">[09:18] </w:t>
      </w:r>
      <w:r>
        <w:t>woh paradise mein basaya jaye. yeh Khuda ke angel Khuda ke farishtay har waqt har insaan ke sath hain.</w:t>
      </w:r>
    </w:p>
    <w:p>
      <w:pPr>
        <w:jc w:val="right"/>
      </w:pPr>
      <w:r>
        <w:t>وہ پیراڈائز میں بسایا جائے۔ یہ خدا کے اینجل خدا کے فرشتے ہر وقت ہر انسان کے ساتھ ہیں۔</w:t>
      </w:r>
    </w:p>
    <w:p>
      <w:r>
        <w:rPr>
          <w:b/>
        </w:rPr>
        <w:t xml:space="preserve">[09:29] </w:t>
      </w:r>
      <w:r>
        <w:t>har aurat ke sath hain har mard ke sath hain. to woh hamara record tayyar kar rahe hain. farishton ke isi record ke mutabiq aage ki duniya mein Khuda apna judgment de ga.</w:t>
      </w:r>
    </w:p>
    <w:p>
      <w:pPr>
        <w:jc w:val="right"/>
      </w:pPr>
      <w:r>
        <w:t>ہر عورت کے ساتھ ہیں ہر مرد کے ساتھ ہیں۔ تو وہ ہمارا ریکارڈ تیار کر رہے ہیں۔ فرشتوں کے اسی ریکارڈ کے مطابق آگے کی دنیا میں خدا اپنا ججمنٹ دے گا۔</w:t>
      </w:r>
    </w:p>
    <w:p>
      <w:r>
        <w:rPr>
          <w:b/>
        </w:rPr>
        <w:t xml:space="preserve">[09:50] </w:t>
      </w:r>
      <w:r>
        <w:t>to ab dekhiye ke yeh insan jo Khuda ne banaya hai yeh bara anokha insan banaya hai.</w:t>
      </w:r>
    </w:p>
    <w:p>
      <w:pPr>
        <w:jc w:val="right"/>
      </w:pPr>
      <w:r>
        <w:t>تو اب دیکھیے کہ یہ انسان جو خدا نے بنایا ہے یہ بڑا انوکھا انسان بنایا ہے۔</w:t>
      </w:r>
    </w:p>
    <w:p>
      <w:r>
        <w:rPr>
          <w:b/>
        </w:rPr>
        <w:t xml:space="preserve">[10:01] </w:t>
      </w:r>
      <w:r>
        <w:t>hum ko hath paon aankh kaan dimagh digest system yeh sari anokhi cheezain hain.</w:t>
      </w:r>
    </w:p>
    <w:p>
      <w:pPr>
        <w:jc w:val="right"/>
      </w:pPr>
      <w:r>
        <w:t>ہم کو ہاتھ پاؤں آنکھ کان دماغ ڈائجسٹو سسٹم یہ ساری انوکھی چیزیں ہیں۔</w:t>
      </w:r>
    </w:p>
    <w:p>
      <w:r>
        <w:rPr>
          <w:b/>
        </w:rPr>
        <w:t xml:space="preserve">[10:12] </w:t>
      </w:r>
      <w:r>
        <w:t>yeh jo universe hai bohat hi bara hai bohat hi bara hai bohat hi bara hai. hamari koi bhi telescope is ko dekh nahin pai hai aaj tak.</w:t>
      </w:r>
    </w:p>
    <w:p>
      <w:pPr>
        <w:jc w:val="right"/>
      </w:pPr>
      <w:r>
        <w:t>یہ جو یونیورس ہے بہت ہی بڑا ہے بہت ہی بڑا ہے بہت ہی بڑا ہے۔ ہماری کوئی بھی ٹیلیسکوپ اس کو دیکھ نہیں پائی ہے آج تک۔</w:t>
      </w:r>
    </w:p>
    <w:p>
      <w:r>
        <w:rPr>
          <w:b/>
        </w:rPr>
        <w:t xml:space="preserve">[10:24] </w:t>
      </w:r>
      <w:r>
        <w:t>electronic telescope bhi nahin dekh pai hai. itna bari hai yeh universe. lekin universe mein insan jaisa koi bhi nahin.</w:t>
      </w:r>
    </w:p>
    <w:p>
      <w:pPr>
        <w:jc w:val="right"/>
      </w:pPr>
      <w:r>
        <w:t>الیکٹرانک ٹیلیسکوپ بھی نہیں دیکھ پائی ہے۔ اتنا بڑی ہے یہ یونیورس۔ لیکن یونیورس میں انسان جیسا کوئی بھی نہیں۔</w:t>
      </w:r>
    </w:p>
    <w:p>
      <w:r>
        <w:rPr>
          <w:b/>
        </w:rPr>
        <w:t xml:space="preserve">[10:37] </w:t>
      </w:r>
      <w:r>
        <w:t>yani jis mein jo soch hai jo bol hai</w:t>
      </w:r>
    </w:p>
    <w:p>
      <w:pPr>
        <w:jc w:val="right"/>
      </w:pPr>
      <w:r>
        <w:t>یعنی جس میں جو سوچ ہے جو بول ہے</w:t>
      </w:r>
    </w:p>
    <w:p>
      <w:r>
        <w:rPr>
          <w:b/>
        </w:rPr>
        <w:t xml:space="preserve">[10:44] </w:t>
      </w:r>
      <w:r>
        <w:t>jis ke jis ke andar yeh five senses hon yeh sab kisi mein nahin hai. na kisi star mein na kisi planet mein na kisi galaxy mein na kisi solar system mein na kisi ocean mein na kisi mountain mein.</w:t>
      </w:r>
    </w:p>
    <w:p>
      <w:pPr>
        <w:jc w:val="right"/>
      </w:pPr>
      <w:r>
        <w:t>جس کے جس کے اندر یہ فائیو سینسز ہوں یہ سب کسی میں نہیں ہے۔ نہ کسی اسٹار میں نہ کسی پلینٹ میں نہ کسی گلیکسی میں نہ کسی سولر سسٹم میں نہ کسی اوشن میں نہ کسی ماؤنٹین میں۔</w:t>
      </w:r>
    </w:p>
    <w:p>
      <w:r>
        <w:rPr>
          <w:b/>
        </w:rPr>
        <w:t xml:space="preserve">[11:06] </w:t>
      </w:r>
      <w:r>
        <w:t>yeh sab unique hai insan ke liye. lekin sath sath aap dekhiye is duniya mein aap jab apne aap ko</w:t>
      </w:r>
    </w:p>
    <w:p>
      <w:pPr>
        <w:jc w:val="right"/>
      </w:pPr>
      <w:r>
        <w:t>یہ سب یونیک ہے انسان کے لئے۔ لیکن ساتھ ساتھ آپ دیکھیے اس دنیا میں آپ جب اپنے آپ کو</w:t>
      </w:r>
    </w:p>
    <w:p>
      <w:r>
        <w:rPr>
          <w:b/>
        </w:rPr>
        <w:t xml:space="preserve">[11:21] </w:t>
      </w:r>
      <w:r>
        <w:t>istemal karte hain to aap ko bar bar yeh experience hota hai ke aap ko satisfaction nahin mila.</w:t>
      </w:r>
    </w:p>
    <w:p>
      <w:pPr>
        <w:jc w:val="right"/>
      </w:pPr>
      <w:r>
        <w:t>استعمال کرتے ہیں تو آپ کو بار بار یہ ایکسپیرینس ہوتا ہے کہ آپ کو سیٹسفیکشن نہیں ملا۔</w:t>
      </w:r>
    </w:p>
    <w:p>
      <w:r>
        <w:rPr>
          <w:b/>
        </w:rPr>
        <w:t xml:space="preserve">[11:33] </w:t>
      </w:r>
      <w:r>
        <w:t>dekhiye har cheez mein insan ko jo cheezain di gayi hain har cheez bohat ziyada is mein enjoy karne ki salahiyat hai.</w:t>
      </w:r>
    </w:p>
    <w:p>
      <w:pPr>
        <w:jc w:val="right"/>
      </w:pPr>
      <w:r>
        <w:t>دیکھیے ہر چیز میں انسان کو جو چیزیں دی گئی ہیں ہر چیز بہت زیادہ اس میں انجوائے کرنے کی صلاحیت ہے۔</w:t>
      </w:r>
    </w:p>
    <w:p>
      <w:r>
        <w:rPr>
          <w:b/>
        </w:rPr>
        <w:t xml:space="preserve">[11:43] </w:t>
      </w:r>
      <w:r>
        <w:t>enjoy karna. ya chhoona bhi enjoy karna hai. chhoone mein bhi pleasure hai.</w:t>
      </w:r>
    </w:p>
    <w:p>
      <w:pPr>
        <w:jc w:val="right"/>
      </w:pPr>
      <w:r>
        <w:t>انجوائے کرنا۔ یا چھونا بھی انجوائے کرنا ہے۔ چھونے میں بھی پلیژر ہے۔</w:t>
      </w:r>
    </w:p>
    <w:p>
      <w:r>
        <w:rPr>
          <w:b/>
        </w:rPr>
        <w:t xml:space="preserve">[11:51] </w:t>
      </w:r>
      <w:r>
        <w:t>aap ghaas par jab chalte hain nangay paon is mein bhi aik pleasure hai. jab aap dekhte hain nature mein aankh se apni to wahan bhi aik bohat hi enjoyment milta hai aap ko.</w:t>
      </w:r>
    </w:p>
    <w:p>
      <w:pPr>
        <w:jc w:val="right"/>
      </w:pPr>
      <w:r>
        <w:t>آپ گھاس پر جب چلتے ہیں ننگے پاؤں اس میں بھی ایک پلیژر ہے۔ جب آپ دیکھتے ہیں نیچر میں آنکھ سے اپنی تو وہاں بھی ایک بہت ہی انجوائے منٹ ملتا ہے آپ کو۔</w:t>
      </w:r>
    </w:p>
    <w:p>
      <w:r>
        <w:rPr>
          <w:b/>
        </w:rPr>
        <w:t xml:space="preserve">[12:06] </w:t>
      </w:r>
      <w:r>
        <w:t>to khane mein fresh air mein aap saans lete hain har cheez mein pleasure hai. yeh pleasure lena yeh insan ki anokhi quality hai.</w:t>
      </w:r>
    </w:p>
    <w:p>
      <w:pPr>
        <w:jc w:val="right"/>
      </w:pPr>
      <w:r>
        <w:t>تو کھانے میں فریش ایئر میں آپ سانس لیتے ہیں ہر چیز میں پلیژر ہے۔ یہ پلیژر لینا یہ انسان کی انوکھی کوالٹی ہے۔</w:t>
      </w:r>
    </w:p>
    <w:p>
      <w:r>
        <w:rPr>
          <w:b/>
        </w:rPr>
        <w:t xml:space="preserve">[12:18] </w:t>
      </w:r>
      <w:r>
        <w:t>koi animal is tarah pleasure nahin le sakta. aap aik achhi car hasil karen bohat hi latest car bohat hi modern car us par aap jab baithte hain to aap ko bara acha lagta hai.</w:t>
      </w:r>
    </w:p>
    <w:p>
      <w:pPr>
        <w:jc w:val="right"/>
      </w:pPr>
      <w:r>
        <w:t>کوئی اینیمل اس طرح پلیژر نہیں لے سکتا۔ آپ ایک اچھی کار حاصل کریں بہت ہی لیٹسٹ کار بہت ہی ماڈرن کار اس پر آپ جب بیٹھتے ہیں تو آپ کو بڑا اچھا لگتا ہے۔</w:t>
      </w:r>
    </w:p>
    <w:p>
      <w:r>
        <w:rPr>
          <w:b/>
        </w:rPr>
        <w:t xml:space="preserve">[12:37] </w:t>
      </w:r>
      <w:r>
        <w:t>aik aadmi ne nai car khareedi bari wali car to jab baitha us ke upar pehli bar to us ko aik sense of pride mila.</w:t>
      </w:r>
    </w:p>
    <w:p>
      <w:pPr>
        <w:jc w:val="right"/>
      </w:pPr>
      <w:r>
        <w:t>ایک آدمی نے نئی کار خریدی بڑی والی کار تو جب بیٹھا اس کے اوپر پہلی بار تو اس کو ایک سینس آف پرائیڈ ملا۔</w:t>
      </w:r>
    </w:p>
    <w:p>
      <w:r>
        <w:rPr>
          <w:b/>
        </w:rPr>
        <w:t xml:space="preserve">[12:48] </w:t>
      </w:r>
      <w:r>
        <w:t>sense of enjoyment. to us ki zuban se nikla I am like a king. I feel like a king.</w:t>
      </w:r>
    </w:p>
    <w:p>
      <w:pPr>
        <w:jc w:val="right"/>
      </w:pPr>
      <w:r>
        <w:t>سینس آف انجوائے منٹ۔ تو اس کی زبان سے نکلا آئی ایم لائک ا کنگ۔ آئی فیل لائک ا کنگ۔</w:t>
      </w:r>
    </w:p>
    <w:p>
      <w:r>
        <w:rPr>
          <w:b/>
        </w:rPr>
        <w:t xml:space="preserve">[12:58] </w:t>
      </w:r>
      <w:r>
        <w:t>lekin aap is car mein aik monkey ko bitha dijiye. monkey ko kuch bhi enjoyment nahin hoga. aap is car mein aik goat ko bitha dijiye.</w:t>
      </w:r>
    </w:p>
    <w:p>
      <w:pPr>
        <w:jc w:val="right"/>
      </w:pPr>
      <w:r>
        <w:t>لیکن آپ اس کار میں ایک منکی کو بٹھا دیجیے۔ منکی کو کچھ بھی انجوائے منٹ نہیں ہوگا۔ آپ اس کار میں ایک گوٹ کو بٹھا دیجیے۔</w:t>
      </w:r>
    </w:p>
    <w:p>
      <w:r>
        <w:rPr>
          <w:b/>
        </w:rPr>
        <w:t xml:space="preserve">[13:13] </w:t>
      </w:r>
      <w:r>
        <w:t>is car mein aap kisi bhi cheez ko bitha dijiye. yeh jo enjoy karne ki jo capacity hai woh sirf insan ke andar hai.</w:t>
      </w:r>
    </w:p>
    <w:p>
      <w:pPr>
        <w:jc w:val="right"/>
      </w:pPr>
      <w:r>
        <w:t>اس کار میں آپ کسی بھی چیز کو بٹھا دیجیے۔ یہ جو انجوائے کرنے کی جو کیپیسٹی ہے وہ صرف انسان کے اندر ہے۔</w:t>
      </w:r>
    </w:p>
    <w:p>
      <w:r>
        <w:rPr>
          <w:b/>
        </w:rPr>
        <w:t xml:space="preserve">[13:24] </w:t>
      </w:r>
      <w:r>
        <w:t>kisi aur cheez ke andar nahin. lekin sath sath yeh anokhi baat hai ke hum apni full capacity ke sath kisi bhi cheez ko enjoy nahin kar sakte.</w:t>
      </w:r>
    </w:p>
    <w:p>
      <w:pPr>
        <w:jc w:val="right"/>
      </w:pPr>
      <w:r>
        <w:t>کسی اور چیز کے اندر نہیں۔ لیکن ساتھ ساتھ یہ انوکھی بات ہے کہ ہم اپنی فل کیپیسٹی کے ساتھ کسی بھی چیز کو انجوائے نہیں کر سکتے۔</w:t>
      </w:r>
    </w:p>
    <w:p>
      <w:r>
        <w:rPr>
          <w:b/>
        </w:rPr>
        <w:t xml:space="preserve">[13:36] </w:t>
      </w:r>
      <w:r>
        <w:t>kisi bhi cheez ko. aap ko koi khana bohat acha lagta ho aap kha rahe hain kha rahe hain lekin agar overeating karte hain aap overeating to ulta par jata hai.</w:t>
      </w:r>
    </w:p>
    <w:p>
      <w:pPr>
        <w:jc w:val="right"/>
      </w:pPr>
      <w:r>
        <w:t>کسی بھی چیز کو۔ آپ کو کوئی کھانا بہت اچھا لگتا ہو آپ کھا رہے ہیں کھا رہے ہیں لیکن اگر اوور ایٹنگ کرتے ہیں آپ اوور ایٹنگ تو الٹا پڑ جاتا ہے۔</w:t>
      </w:r>
    </w:p>
    <w:p>
      <w:r>
        <w:rPr>
          <w:b/>
        </w:rPr>
        <w:t xml:space="preserve">[13:50] </w:t>
      </w:r>
      <w:r>
        <w:t>Yunan ka badshah Alexander us ne aik raat ko jashn manaya khoob sharab piya overeating kar dali to us ke baad kya hua?</w:t>
      </w:r>
    </w:p>
    <w:p>
      <w:pPr>
        <w:jc w:val="right"/>
      </w:pPr>
      <w:r>
        <w:t>یونان کا بادشاہ الیگزینڈر اس نے ایک رات کو جشن منایا خوب شراب پیا اوور ایٹنگ کر ڈالی تو اس کے بعد کیا ہوا؟</w:t>
      </w:r>
    </w:p>
    <w:p>
      <w:r>
        <w:rPr>
          <w:b/>
        </w:rPr>
        <w:t xml:space="preserve">[14:02] </w:t>
      </w:r>
      <w:r>
        <w:t>bimar pada hua mar gaya.</w:t>
      </w:r>
    </w:p>
    <w:p>
      <w:pPr>
        <w:jc w:val="right"/>
      </w:pPr>
      <w:r>
        <w:t>بیمار پڑا ہوا مر گیا۔</w:t>
      </w:r>
    </w:p>
    <w:p>
      <w:r>
        <w:rPr>
          <w:b/>
        </w:rPr>
        <w:t xml:space="preserve">[14:07] </w:t>
      </w:r>
      <w:r>
        <w:t>to yeh jo aap ke andar senses hain is ke andar enjoy karne ki unlimited</w:t>
      </w:r>
    </w:p>
    <w:p>
      <w:pPr>
        <w:jc w:val="right"/>
      </w:pPr>
      <w:r>
        <w:t>تو یہ جو آپ کے اندر سینسز ہیں اس کے اندر انجوائے کرنے کی ان لمیٹڈ</w:t>
      </w:r>
    </w:p>
    <w:p>
      <w:r>
        <w:rPr>
          <w:b/>
        </w:rPr>
        <w:t xml:space="preserve">[14:17] </w:t>
      </w:r>
      <w:r>
        <w:t>salahiyat mojood hai. unlimited capacity mojood hai. jitne senses hain sab mein enjoy karne ki unlimited capacity hai.</w:t>
      </w:r>
    </w:p>
    <w:p>
      <w:pPr>
        <w:jc w:val="right"/>
      </w:pPr>
      <w:r>
        <w:t>صلاحیت موجود ہے۔ ان لمیٹڈ کیپیسٹی موجود ہے۔ جتنے سینسز ہیں سب میں انجوائے کرنے کی ان لمیٹڈ کیپیسٹی ہے۔</w:t>
      </w:r>
    </w:p>
    <w:p>
      <w:r>
        <w:rPr>
          <w:b/>
        </w:rPr>
        <w:t xml:space="preserve">[14:26] </w:t>
      </w:r>
      <w:r>
        <w:t>lekin aap unlimited tor par enjoy nahin kar paate. thori der ke baad aap bore ho jate hain. thori der ke baad aap thak jate hain.</w:t>
      </w:r>
    </w:p>
    <w:p>
      <w:pPr>
        <w:jc w:val="right"/>
      </w:pPr>
      <w:r>
        <w:t>لیکن آپ ان لمیٹڈ طور پر انجوائے نہیں کر پاتے۔ تھوڑی دیر کے بعد آپ بور ہو جاتے ہیں۔ تھوڑی دیر کے بعد آپ تھک جاتے ہیں۔</w:t>
      </w:r>
    </w:p>
    <w:p>
      <w:r>
        <w:rPr>
          <w:b/>
        </w:rPr>
        <w:t xml:space="preserve">[14:38] </w:t>
      </w:r>
      <w:r>
        <w:t>thori dair ke baad aap ki limitations aa jati hain. is ka matlab kya hua? ke yeh duniya aap ko jo di gayi hai yeh enjoy karne ke liye nahi hai.</w:t>
      </w:r>
    </w:p>
    <w:p>
      <w:pPr>
        <w:jc w:val="right"/>
      </w:pPr>
      <w:r>
        <w:t>تھوڑی دیر کے بعد آپ کی لیمیٹیشنز آ جاتی ہیں۔ اس کا مطلب کیا ہوا؟ کہ یہ دنیا آپ کو جو دی گئی ہے یہ انجوائے کرنے کے لئے نہیں ہے۔</w:t>
      </w:r>
    </w:p>
    <w:p>
      <w:r>
        <w:rPr>
          <w:b/>
        </w:rPr>
        <w:t xml:space="preserve">[14:56] </w:t>
      </w:r>
      <w:r>
        <w:t>ek philosopher ne kaha ek philosopher ne jab study ki insan ki aur is duniya ki to us ne kaha ke "main was street in this world".</w:t>
      </w:r>
    </w:p>
    <w:p>
      <w:pPr>
        <w:jc w:val="right"/>
      </w:pPr>
      <w:r>
        <w:t>ایک فلاسفر نے کہا ایک فلاسفر نے جب اسٹڈی کی انسان کی اور اس دنیا کی تو اس نے کہا کہ "میں واز اسٹریٹ ان دس ورلڈ"۔</w:t>
      </w:r>
    </w:p>
    <w:p>
      <w:r>
        <w:rPr>
          <w:b/>
        </w:rPr>
        <w:t xml:space="preserve">[15:11] </w:t>
      </w:r>
      <w:r>
        <w:t>us ne kaha ke ek insan ek aisi duniya mein aa gaya hai jo us ke liye banai nahi gayi thi. ke jab full capacity ke sath aap enjoy na kar sakein to yeh duniya aap ki duniya kahan hui?</w:t>
      </w:r>
    </w:p>
    <w:p>
      <w:pPr>
        <w:jc w:val="right"/>
      </w:pPr>
      <w:r>
        <w:t>اس نے کہا کہ ایک انسان ایک ایسی دنیا میں آگیا ہے جو اس کے لئے بنائی نہیں گئی تھی۔ کہ جب فل کیپیسٹی کے ساتھ آپ انجوائے نہ کر سکیں تو یہ دنیا آپ کی دنیا کہاں ہوئی؟</w:t>
      </w:r>
    </w:p>
    <w:p>
      <w:r>
        <w:rPr>
          <w:b/>
        </w:rPr>
        <w:t xml:space="preserve">[15:27] </w:t>
      </w:r>
      <w:r>
        <w:t>phir to ek aur duniya chahiye aap ko.</w:t>
      </w:r>
    </w:p>
    <w:p>
      <w:pPr>
        <w:jc w:val="right"/>
      </w:pPr>
      <w:r>
        <w:t>پھر تو ایک اور دنیا چاہیے آپ کو۔</w:t>
      </w:r>
    </w:p>
    <w:p>
      <w:r>
        <w:rPr>
          <w:b/>
        </w:rPr>
        <w:t xml:space="preserve">[15:33] </w:t>
      </w:r>
      <w:r>
        <w:t>yahan par aap bore ho jatay hain thak jatay hain. accident ho jata hai. aap thak jatay hain.</w:t>
      </w:r>
    </w:p>
    <w:p>
      <w:pPr>
        <w:jc w:val="right"/>
      </w:pPr>
      <w:r>
        <w:t>یہاں پر آپ بور ہو جاتے ہیں تھک جاتے ہیں۔ ایکسیڈنٹ ہو جاتا ہے۔ آپ تھک جاتے ہیں۔</w:t>
      </w:r>
    </w:p>
    <w:p>
      <w:r>
        <w:rPr>
          <w:b/>
        </w:rPr>
        <w:t xml:space="preserve">[15:42] </w:t>
      </w:r>
      <w:r>
        <w:t>accident hota hai. aap thore dinon ke baad mar jatay hain. to dekhiye yeh kitna bara contradiction hai.</w:t>
      </w:r>
    </w:p>
    <w:p>
      <w:pPr>
        <w:jc w:val="right"/>
      </w:pPr>
      <w:r>
        <w:t>ایکسیڈنٹ ہوتا ہے۔ آپ تھوڑے دنوں کے بعد مر جاتے ہیں۔ تو دیکھیے یہ کتنا بڑا کنٹراڈکشن ہے۔</w:t>
      </w:r>
    </w:p>
    <w:p>
      <w:r>
        <w:rPr>
          <w:b/>
        </w:rPr>
        <w:t xml:space="preserve">[15:53] </w:t>
      </w:r>
      <w:r>
        <w:t>kitna bara contradiction hai. ke capacity to unlimited lekin enjoy karne ka jo saman hai woh limited.</w:t>
      </w:r>
    </w:p>
    <w:p>
      <w:pPr>
        <w:jc w:val="right"/>
      </w:pPr>
      <w:r>
        <w:t>کتنا بڑا کنٹراڈکشن ہے۔ کہ کیپیسٹی تو ان لمیٹڈ لیکن انجوائے کرنے کا جو سامان ہے وہ لمیٹڈ۔</w:t>
      </w:r>
    </w:p>
    <w:p>
      <w:r>
        <w:rPr>
          <w:b/>
        </w:rPr>
        <w:t xml:space="preserve">[16:06] </w:t>
      </w:r>
      <w:r>
        <w:t>to fulfillment kisi bhi insan ko is duniya mein nahi milta. chahe woh rich ho ya poor. koi famous aadmi ho ya koi aisa aadmi ho us ko koi nahi janta.</w:t>
      </w:r>
    </w:p>
    <w:p>
      <w:pPr>
        <w:jc w:val="right"/>
      </w:pPr>
      <w:r>
        <w:t>تو فلفلمنٹ کسی بھی انسان کو اس دنیا میں نہیں ملتا۔ چاہے وہ رچ ہو یا پور۔ کوئی فیمس آدمی ہو یا کوئی ایسا آدمی ہو اس کو کوئی نہیں جانتا۔</w:t>
      </w:r>
    </w:p>
    <w:p>
      <w:r>
        <w:rPr>
          <w:b/>
        </w:rPr>
        <w:t xml:space="preserve">[16:19] </w:t>
      </w:r>
      <w:r>
        <w:t>kisi ko bhi is duniya mein fulfillment nahi milta. ab sawal yeh hai ke yeh contradiction kyun?</w:t>
      </w:r>
    </w:p>
    <w:p>
      <w:pPr>
        <w:jc w:val="right"/>
      </w:pPr>
      <w:r>
        <w:t>کسی کو بھی اس دنیا میں فلفلمنٹ نہیں ملتا۔ اب سوال یہ ہے کہ یہ کنٹراڈکشن کیوں؟</w:t>
      </w:r>
    </w:p>
    <w:p>
      <w:r>
        <w:rPr>
          <w:b/>
        </w:rPr>
        <w:t xml:space="preserve">[16:29] </w:t>
      </w:r>
      <w:r>
        <w:t>to prophet Muhammad ne isi ka jawab diya. ke yeh duniya fulfillment ke liye hai hi nahi.</w:t>
      </w:r>
    </w:p>
    <w:p>
      <w:pPr>
        <w:jc w:val="right"/>
      </w:pPr>
      <w:r>
        <w:t>تو پرافٹ محمد نے اسی کا جواب دیا۔ کہ یہ دنیا فلفلمنٹ کے لئے ہے ہی نہیں۔</w:t>
      </w:r>
    </w:p>
    <w:p>
      <w:r>
        <w:rPr>
          <w:b/>
        </w:rPr>
        <w:t xml:space="preserve">[16:40] </w:t>
      </w:r>
      <w:r>
        <w:t>aap ne kaha ke "Allahumma la aish illa aish akhirah". "faghfir al-ansar wal muhajirah".</w:t>
      </w:r>
    </w:p>
    <w:p>
      <w:pPr>
        <w:jc w:val="right"/>
      </w:pPr>
      <w:r>
        <w:t>آپ نے کہا کہ "اللہم لا عیش الا عیش الاخرہ"۔ "فغفر الانصار والمہاجرہ"۔</w:t>
      </w:r>
    </w:p>
    <w:p>
      <w:r>
        <w:rPr>
          <w:b/>
        </w:rPr>
        <w:t xml:space="preserve">[16:52] </w:t>
      </w:r>
      <w:r>
        <w:t>"Allahumma la aish illa aish akhirah". "faghfir al-ansar wal muhajirah". is ka matlab kya hai? is ka matlab yeh hai ke life to akhirat ki life hai.</w:t>
      </w:r>
    </w:p>
    <w:p>
      <w:pPr>
        <w:jc w:val="right"/>
      </w:pPr>
      <w:r>
        <w:t>"اللہم لا عیش الا عیش الاخرہ"۔ "فغفر الانصار والمہاجرہ"۔ اس کا مطلب کیا ہے؟ اس کا مطلب یہ ہے کہ لائف تو آخرت کی لائف ہے۔</w:t>
      </w:r>
    </w:p>
    <w:p>
      <w:r>
        <w:rPr>
          <w:b/>
        </w:rPr>
        <w:t xml:space="preserve">[17:09] </w:t>
      </w:r>
      <w:r>
        <w:t>enjoyment to akhirat ka enjoyment hai. pleasure to akhirat ka pleasure hai. to aye khuda hum ko bakhsh de.</w:t>
      </w:r>
    </w:p>
    <w:p>
      <w:pPr>
        <w:jc w:val="right"/>
      </w:pPr>
      <w:r>
        <w:t>انجوائے منٹ تو آخرت کا انجوائے منٹ ہے۔ پلیژر تو آخرت کا پلیژر ہے۔ تو اے خدا ہم کو بخش دے۔</w:t>
      </w:r>
    </w:p>
    <w:p>
      <w:r>
        <w:rPr>
          <w:b/>
        </w:rPr>
        <w:t xml:space="preserve">[17:22] </w:t>
      </w:r>
      <w:r>
        <w:t>yani bakhshish mein goya ke enjoyment ka</w:t>
      </w:r>
    </w:p>
    <w:p>
      <w:pPr>
        <w:jc w:val="right"/>
      </w:pPr>
      <w:r>
        <w:t>یعنی بخشش میں گویا کہ انجوائے منٹ کا</w:t>
      </w:r>
    </w:p>
    <w:p>
      <w:r>
        <w:rPr>
          <w:b/>
        </w:rPr>
        <w:t xml:space="preserve">[17:28] </w:t>
      </w:r>
      <w:r>
        <w:t>raaz chupa hua hai. kyun? bakhshish yani forgiveness from God is the door to to paradise.</w:t>
      </w:r>
    </w:p>
    <w:p>
      <w:pPr>
        <w:jc w:val="right"/>
      </w:pPr>
      <w:r>
        <w:t>راز چھپا ہوا ہے۔ کیوں؟ بخشش یعنی فارگیونس فرام گاڈ از دا ڈور ٹو ٹو پیراڈائز۔</w:t>
      </w:r>
    </w:p>
    <w:p>
      <w:r>
        <w:rPr>
          <w:b/>
        </w:rPr>
        <w:t xml:space="preserve">[17:40] </w:t>
      </w:r>
      <w:r>
        <w:t>is duniya ke ka jo hamara life span hai bohat chota hai. thori si thori si duniya mein hum jo kaam karte hain. to aap ne dua ki ke is chote se amal ko qabool kar le hamare.</w:t>
      </w:r>
    </w:p>
    <w:p>
      <w:pPr>
        <w:jc w:val="right"/>
      </w:pPr>
      <w:r>
        <w:t>اس دنیا کے کا جو ہمارا لائف سپین ہے بہت چھوٹا ہے۔ تھوڑی سی تھوڑی سی دنیا میں ہم جو کام کرتے ہیں۔ تو آپ نے دعا کی کہ اس چھوٹے سے عمل کو قبول کر لے ہمارے۔</w:t>
      </w:r>
    </w:p>
    <w:p>
      <w:r>
        <w:rPr>
          <w:b/>
        </w:rPr>
        <w:t xml:space="preserve">[17:54] </w:t>
      </w:r>
      <w:r>
        <w:t>aur hum ko paradise mein dakhil kar de. tab yeh possible hoga ke yeh jo capacity hamare paas hai enjoy karne ki. yeh jo senses hain wahan fulfillment payenge.</w:t>
      </w:r>
    </w:p>
    <w:p>
      <w:pPr>
        <w:jc w:val="right"/>
      </w:pPr>
      <w:r>
        <w:t>اور ہم کو پیراڈائز میں داخل کر دے۔ تب یہ پاسیبل ہوگا کہ یہ جو کیپیسٹی ہمارے پاس ہے انجوائے کرنے کی۔ یہ جو سینسز ہیں وہاں فلفلمنٹ پائیں گے۔</w:t>
      </w:r>
    </w:p>
    <w:p>
      <w:r>
        <w:rPr>
          <w:b/>
        </w:rPr>
        <w:t xml:space="preserve">[18:09] </w:t>
      </w:r>
      <w:r>
        <w:t>wahan fulfillment payenge. yeh hai akhirat ka concept. yeh hai akhirat ka concept.</w:t>
      </w:r>
    </w:p>
    <w:p>
      <w:pPr>
        <w:jc w:val="right"/>
      </w:pPr>
      <w:r>
        <w:t>وہاں فلفلمنٹ پائیں گے۔ یہ ہے آخرت کا کانسیپٹ۔ یہ ہے آخرت کا کانسیپٹ۔</w:t>
      </w:r>
    </w:p>
    <w:p>
      <w:r>
        <w:rPr>
          <w:b/>
        </w:rPr>
        <w:t xml:space="preserve">[18:18] </w:t>
      </w:r>
      <w:r>
        <w:t>to aap ne jo kaha logon ke ke aye logo</w:t>
      </w:r>
    </w:p>
    <w:p>
      <w:pPr>
        <w:jc w:val="right"/>
      </w:pPr>
      <w:r>
        <w:t>تو آپ نے جو کہا لوگوں کے کہ اے لوگو</w:t>
      </w:r>
    </w:p>
    <w:p>
      <w:r>
        <w:rPr>
          <w:b/>
        </w:rPr>
        <w:t xml:space="preserve">[18:21] </w:t>
      </w:r>
      <w:r>
        <w:t>jis tarah tum sote ho waise hi tum maroge. jis tarah tum jaagte ho waise hi tum dobara zinda kiye jaoge.</w:t>
      </w:r>
    </w:p>
    <w:p>
      <w:pPr>
        <w:jc w:val="right"/>
      </w:pPr>
      <w:r>
        <w:t>جس طرح تم سوتے ہو ویسے ہی تم مرو گے۔ جس طرح تم جاگتے ہو ویسے ہی تم دوبارہ زندہ کیے جاؤ گے۔</w:t>
      </w:r>
    </w:p>
    <w:p>
      <w:r>
        <w:rPr>
          <w:b/>
        </w:rPr>
        <w:t xml:space="preserve">[18:32] </w:t>
      </w:r>
      <w:r>
        <w:t>phir aap ne yeh jo kaha ke khudaya</w:t>
      </w:r>
    </w:p>
    <w:p>
      <w:pPr>
        <w:jc w:val="right"/>
      </w:pPr>
      <w:r>
        <w:t>پھر آپ نے یہ جو کہا کہ خدایا</w:t>
      </w:r>
    </w:p>
    <w:p>
      <w:r>
        <w:rPr>
          <w:b/>
        </w:rPr>
        <w:t xml:space="preserve">[18:36] </w:t>
      </w:r>
      <w:r>
        <w:t>pleasure to sirf akhirat ka pleasure hai. is tarah ki aur bohat sari Quran mein aur hadith mein baatein hain. is ko mila kar jo picture banti hai akhirat ki woh kya hai?</w:t>
      </w:r>
    </w:p>
    <w:p>
      <w:pPr>
        <w:jc w:val="right"/>
      </w:pPr>
      <w:r>
        <w:t>پلیژر تو صرف آخرت کا پلیژر ہے۔ اس طرح کی اور بہت ساری قرآن میں اور حدیث میں باتیں ہیں۔ اس کو ملا کر جو پکچر بنتی ہے آخرت کی وہ کیا ہے؟</w:t>
      </w:r>
    </w:p>
    <w:p>
      <w:r>
        <w:rPr>
          <w:b/>
        </w:rPr>
        <w:t xml:space="preserve">[18:52] </w:t>
      </w:r>
      <w:r>
        <w:t>ke is duniya mein hum ko bheja gaya hai</w:t>
      </w:r>
    </w:p>
    <w:p>
      <w:pPr>
        <w:jc w:val="right"/>
      </w:pPr>
      <w:r>
        <w:t>کہ اس دنیا میں ہم کو بھیجا گیا ہے</w:t>
      </w:r>
    </w:p>
    <w:p>
      <w:r>
        <w:rPr>
          <w:b/>
        </w:rPr>
        <w:t xml:space="preserve">[18:57] </w:t>
      </w:r>
      <w:r>
        <w:t>is tarah se ke hum ek pleasure seeking animal hain. hum pleasure chahte hain enjoyment chahte hain.</w:t>
      </w:r>
    </w:p>
    <w:p>
      <w:pPr>
        <w:jc w:val="right"/>
      </w:pPr>
      <w:r>
        <w:t>اس طرح سے کہ ہم ایک پلیژر سیکنگ اینیمل ہیں۔ ہم پلیژر چاہتے ہیں انجوائے منٹ چاہتے ہیں۔</w:t>
      </w:r>
    </w:p>
    <w:p>
      <w:r>
        <w:rPr>
          <w:b/>
        </w:rPr>
        <w:t xml:space="preserve">[19:10] </w:t>
      </w:r>
      <w:r>
        <w:t>yeh hamara nature hai. yeh hamara nature hai. lekin jis duniya mein hamein rakha gaya hai wahan par hamein fulfillment nahi milta.</w:t>
      </w:r>
    </w:p>
    <w:p>
      <w:pPr>
        <w:jc w:val="right"/>
      </w:pPr>
      <w:r>
        <w:t>یہ ہمارا نیچر ہے۔ یہ ہمارا نیچر ہے۔ لیکن جس دنیا میں ہمیں رکھا گیا ہے وہاں پر ہمیں فلفلمنٹ نہیں ملتا۔</w:t>
      </w:r>
    </w:p>
    <w:p>
      <w:r>
        <w:rPr>
          <w:b/>
        </w:rPr>
        <w:t xml:space="preserve">[19:21] </w:t>
      </w:r>
      <w:r>
        <w:t>to yeh hai goya ke dunya ek bangi ek simple ek namuna. yahan pe ek test milta hai hum ko test.</w:t>
      </w:r>
    </w:p>
    <w:p>
      <w:pPr>
        <w:jc w:val="right"/>
      </w:pPr>
      <w:r>
        <w:t>تو یہ ہے گویا کہ دنیا ایک بانگی ایک سمپل ایک نمونہ۔ یہاں پہ ایک ٹیسٹ ملتا ہے ہم کو ٹیسٹ۔</w:t>
      </w:r>
    </w:p>
    <w:p>
      <w:r>
        <w:rPr>
          <w:b/>
        </w:rPr>
        <w:t xml:space="preserve">[19:35] </w:t>
      </w:r>
      <w:r>
        <w:t>test se zyada nahin. quran mein hai ke "kal ma roziqo minna min thowat rizqan qaloohadhalladhi roziqna min qabl".</w:t>
      </w:r>
    </w:p>
    <w:p>
      <w:pPr>
        <w:jc w:val="right"/>
      </w:pPr>
      <w:r>
        <w:t>ٹیسٹ سے زیادہ نہیں۔ قرآن میں ہے کہ "کل ما رزقوا منا من ثوۃ رزقا قالوھذا الذی رزقنا من قبل"۔</w:t>
      </w:r>
    </w:p>
    <w:p>
      <w:r>
        <w:rPr>
          <w:b/>
        </w:rPr>
        <w:t xml:space="preserve">[19:48] </w:t>
      </w:r>
      <w:r>
        <w:t>ke jab woh log jo apne</w:t>
      </w:r>
    </w:p>
    <w:p>
      <w:pPr>
        <w:jc w:val="right"/>
      </w:pPr>
      <w:r>
        <w:t>کہ جب وہ لوگ جو اپنے</w:t>
      </w:r>
    </w:p>
    <w:p>
      <w:r>
        <w:rPr>
          <w:b/>
        </w:rPr>
        <w:t xml:space="preserve">[19:54] </w:t>
      </w:r>
      <w:r>
        <w:t>record ke mutabiq jannat mein paradise mein jagah payenge to wahan ki cheezon ko jab woh enjoy karenge wahan ke cheezon mein jab woh rahenge to woh kahenge ke isi tarah ki cheezein hum ko di gayi theen is dunya mein.</w:t>
      </w:r>
    </w:p>
    <w:p>
      <w:pPr>
        <w:jc w:val="right"/>
      </w:pPr>
      <w:r>
        <w:t>ریکارڈ کے مطابق جنت میں پیراڈائز میں جگہ پائیں گے تو وہاں کی چیزوں کو جب وہ انجوائے کریں گے وہاں کے چیزوں میں جب وہ رہیں گے تو وہ کہیں گے کہ اسی طرح کی چیزیں ہم کو دی گئی تھیں اس دنیا میں۔</w:t>
      </w:r>
    </w:p>
    <w:p>
      <w:r>
        <w:rPr>
          <w:b/>
        </w:rPr>
        <w:t xml:space="preserve">[20:16] </w:t>
      </w:r>
      <w:r>
        <w:t>yani wahan hum ne in cheezon ka test liya tha. ab bharpoor tor par yahan hum hum ko fulfillment mil raha hai. yeh aaj ki dunya mein woh jab zindagi guzar kar ke wahan pahunchenge aur dono dunya ko dekhenge is ko to dekh rahe hain aaj aur kal wali dunya ko baad ko dekhenge to un ki samajh mein aaya hai ke dekho</w:t>
      </w:r>
    </w:p>
    <w:p>
      <w:pPr>
        <w:jc w:val="right"/>
      </w:pPr>
      <w:r>
        <w:t>یعنی وہاں ہم نے ان چیزوں کا ٹیسٹ لیا تھا۔ اب بھرپور طور پر یہاں ہم ہم کو فلفلمنٹ مل رہا ہے۔ یہ آج کی دنیا میں وہ جب زندگی گزار کر کے وہاں پہنچیں گے اور دونوں دنیا کو دیکھیں گے اس کو تو دیکھ رہے ہیں آج اور کل والی دنیا کو بعد کو دیکھیں گے تو ان کی سمجھ میں آیا ہے کہ دیکھو</w:t>
      </w:r>
    </w:p>
    <w:p>
      <w:r>
        <w:rPr>
          <w:b/>
        </w:rPr>
        <w:t xml:space="preserve">[20:45] </w:t>
      </w:r>
      <w:r>
        <w:t>woh jo dunya thi yani pre death period jo tha wahan par hum ko sirf bangi di gayi thi paradise ki bangi thoda sa test thoda sa glimpse is ki glimpse thodi si is ki jhalak ab yahan jab hum pahunche hain yahan tab samajh mein aata hai ke woh kya cheez thi jis ki jhalak hamein dunya mein dikhai gayi thi.</w:t>
      </w:r>
    </w:p>
    <w:p>
      <w:pPr>
        <w:jc w:val="right"/>
      </w:pPr>
      <w:r>
        <w:t>وہ جو دنیا تھی یعنی پری ڈیتھ پیریڈ جو تھا وہاں پر ہم کو صرف بانگی دی گئی تھی پیراڈائز کی بانگی تھوڑا سا ٹیسٹ تھوڑا سا گلمپس اس کی گلمپس تھوڑی سی اس کی جھلک اب یہاں جب ہم پہنچے ہیں یہاں تب سمجھ میں آتا ہے کہ وہ کیا چیز تھی جس کی جھلک ہمیں دنیا میں دکھائی گئی تھی۔</w:t>
      </w:r>
    </w:p>
    <w:p>
      <w:r>
        <w:rPr>
          <w:b/>
        </w:rPr>
        <w:t xml:space="preserve">[21:14] </w:t>
      </w:r>
      <w:r>
        <w:t>yeh</w:t>
      </w:r>
    </w:p>
    <w:p>
      <w:pPr>
        <w:jc w:val="right"/>
      </w:pPr>
      <w:r>
        <w:t>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