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Significance of I'tikaf Today | June 10, 2018</w:t>
      </w:r>
    </w:p>
    <w:p>
      <w:r>
        <w:t>https://www.youtube.com/watch?v=UWmQVRON9rg</w:t>
      </w:r>
    </w:p>
    <w:p>
      <w:r>
        <w:rPr>
          <w:b/>
        </w:rPr>
        <w:t xml:space="preserve">[00:13] </w:t>
      </w:r>
      <w:r>
        <w:t>bismillah-hir-rehman-nir-raheem, wa-sallallahu 'ala-n-nabiyyi-l-kareem.</w:t>
      </w:r>
    </w:p>
    <w:p>
      <w:pPr>
        <w:jc w:val="right"/>
      </w:pPr>
      <w:r>
        <w:t>بسم اللہ الرحمن الرحیم، وصلی اللہ علی النبی الکریم۔</w:t>
      </w:r>
    </w:p>
    <w:p>
      <w:r>
        <w:rPr>
          <w:b/>
        </w:rPr>
        <w:t xml:space="preserve">[00:24] </w:t>
      </w:r>
      <w:r>
        <w:t>rab-bish-rah-li sadri, wa yassir li amri, wal-ul-qum-matan-min-lisani yafqahu qawli.</w:t>
      </w:r>
    </w:p>
    <w:p>
      <w:pPr>
        <w:jc w:val="right"/>
      </w:pPr>
      <w:r>
        <w:t>رب اشرح لی صدری، ویسر لی امری، ولو لقمۃ من لسانی یفقہ قولی۔</w:t>
      </w:r>
    </w:p>
    <w:p>
      <w:r>
        <w:rPr>
          <w:b/>
        </w:rPr>
        <w:t xml:space="preserve">[00:35] </w:t>
      </w:r>
      <w:r>
        <w:t>10 June 2018.</w:t>
      </w:r>
    </w:p>
    <w:p>
      <w:pPr>
        <w:jc w:val="right"/>
      </w:pPr>
      <w:r>
        <w:t>10 جون 2018۔</w:t>
      </w:r>
    </w:p>
    <w:p>
      <w:r>
        <w:rPr>
          <w:b/>
        </w:rPr>
        <w:t xml:space="preserve">[00:46] </w:t>
      </w:r>
      <w:r>
        <w:t>aaj kuch baat itikaf par karna hai, inshallah.</w:t>
      </w:r>
    </w:p>
    <w:p>
      <w:pPr>
        <w:jc w:val="right"/>
      </w:pPr>
      <w:r>
        <w:t>آج کچھ بات اعتکاف پر کرنا ہے، انشاءاللہ۔</w:t>
      </w:r>
    </w:p>
    <w:p>
      <w:r>
        <w:rPr>
          <w:b/>
        </w:rPr>
        <w:t xml:space="preserve">[00:54] </w:t>
      </w:r>
      <w:r>
        <w:t>itikaf aam taur par 10 din ke liye kehlata hai.</w:t>
      </w:r>
    </w:p>
    <w:p>
      <w:pPr>
        <w:jc w:val="right"/>
      </w:pPr>
      <w:r>
        <w:t>اعتکاف عام طور پر 10 دن کے لیے کہلاتا ہے۔</w:t>
      </w:r>
    </w:p>
    <w:p>
      <w:r>
        <w:rPr>
          <w:b/>
        </w:rPr>
        <w:t xml:space="preserve">[01:01] </w:t>
      </w:r>
      <w:r>
        <w:t>kisi masjid mein aadmi baithta hai aur wahan ibadat karta hai.</w:t>
      </w:r>
    </w:p>
    <w:p>
      <w:pPr>
        <w:jc w:val="right"/>
      </w:pPr>
      <w:r>
        <w:t>کسی مسجد میں آدمی بیٹھتا ہے اور وہاں عبادت کرتا ہے۔</w:t>
      </w:r>
    </w:p>
    <w:p>
      <w:r>
        <w:rPr>
          <w:b/>
        </w:rPr>
        <w:t xml:space="preserve">[01:09] </w:t>
      </w:r>
      <w:r>
        <w:t>itikaf ka, dekhiye, jo literal matlab hai</w:t>
      </w:r>
    </w:p>
    <w:p>
      <w:pPr>
        <w:jc w:val="right"/>
      </w:pPr>
      <w:r>
        <w:t>اعتکاف کا، دیکھیے، جو لٹرل مطلب ہے</w:t>
      </w:r>
    </w:p>
    <w:p>
      <w:r>
        <w:rPr>
          <w:b/>
        </w:rPr>
        <w:t xml:space="preserve">[01:17] </w:t>
      </w:r>
      <w:r>
        <w:t>وہ ہوتا ہے living in seclusion. Seclusion.</w:t>
      </w:r>
    </w:p>
    <w:p>
      <w:pPr>
        <w:jc w:val="right"/>
      </w:pPr>
      <w:r>
        <w:t>وہ ہوتا ہے لیونگ ان سکلوزن۔ سکلوزن۔</w:t>
      </w:r>
    </w:p>
    <w:p>
      <w:r>
        <w:rPr>
          <w:b/>
        </w:rPr>
        <w:t xml:space="preserve">[01:25] </w:t>
      </w:r>
      <w:r>
        <w:t>yani chand din ke liye gosha-e-tanhai mein chale jana.</w:t>
      </w:r>
    </w:p>
    <w:p>
      <w:pPr>
        <w:jc w:val="right"/>
      </w:pPr>
      <w:r>
        <w:t>یعنی چند دن کے لیے گوشہ تنہائی میں چلے جانا۔</w:t>
      </w:r>
    </w:p>
    <w:p>
      <w:r>
        <w:rPr>
          <w:b/>
        </w:rPr>
        <w:t xml:space="preserve">[01:33] </w:t>
      </w:r>
      <w:r>
        <w:t>is par maine bohat ghor kiya ke yeh itikaf kya cheez hai.</w:t>
      </w:r>
    </w:p>
    <w:p>
      <w:pPr>
        <w:jc w:val="right"/>
      </w:pPr>
      <w:r>
        <w:t>اس پر میں نے بہت غور کیا کہ یہ اعتکاف کیا چیز ہے۔</w:t>
      </w:r>
    </w:p>
    <w:p>
      <w:r>
        <w:rPr>
          <w:b/>
        </w:rPr>
        <w:t xml:space="preserve">[01:41] </w:t>
      </w:r>
      <w:r>
        <w:t>aap jante hain ke itekaaf koi farz to nahi hai,</w:t>
      </w:r>
    </w:p>
    <w:p>
      <w:pPr>
        <w:jc w:val="right"/>
      </w:pPr>
      <w:r>
        <w:t>آپ جانتے ہیں کہ اعتکاف کوئی فرض تو نہیں ہے،</w:t>
      </w:r>
    </w:p>
    <w:p>
      <w:r>
        <w:rPr>
          <w:b/>
        </w:rPr>
        <w:t xml:space="preserve">[01:49] </w:t>
      </w:r>
      <w:r>
        <w:t>aap karen ya na karen.</w:t>
      </w:r>
    </w:p>
    <w:p>
      <w:pPr>
        <w:jc w:val="right"/>
      </w:pPr>
      <w:r>
        <w:t>آپ کریں یا نہ کریں۔</w:t>
      </w:r>
    </w:p>
    <w:p>
      <w:r>
        <w:rPr>
          <w:b/>
        </w:rPr>
        <w:t xml:space="preserve">[01:55] </w:t>
      </w:r>
      <w:r>
        <w:t>ek open area hai itekaaf.</w:t>
      </w:r>
    </w:p>
    <w:p>
      <w:pPr>
        <w:jc w:val="right"/>
      </w:pPr>
      <w:r>
        <w:t>ایک اوپن ایریا ہے اعتکاف۔</w:t>
      </w:r>
    </w:p>
    <w:p>
      <w:r>
        <w:rPr>
          <w:b/>
        </w:rPr>
        <w:t xml:space="preserve">[02:01] </w:t>
      </w:r>
      <w:r>
        <w:t>to main samajhta hoon ke humein mauqa hai ke hum ijtihad kar ke yeh samjhen ke ijtihad ka</w:t>
      </w:r>
    </w:p>
    <w:p>
      <w:pPr>
        <w:jc w:val="right"/>
      </w:pPr>
      <w:r>
        <w:t>تو میں سمجھتا ہوں کہ ہمیں موقع ہے کہ ہم اجتہاد کر کے یہ سمجھیں کہ اجتہاد کا</w:t>
      </w:r>
    </w:p>
    <w:p>
      <w:r>
        <w:rPr>
          <w:b/>
        </w:rPr>
        <w:t xml:space="preserve">[02:07] </w:t>
      </w:r>
      <w:r>
        <w:t>matlab, ke itekaaf ka matlab kya hai.</w:t>
      </w:r>
    </w:p>
    <w:p>
      <w:pPr>
        <w:jc w:val="right"/>
      </w:pPr>
      <w:r>
        <w:t>مطلب، کہ اعتکاف کا مطلب کیا ہے۔</w:t>
      </w:r>
    </w:p>
    <w:p>
      <w:r>
        <w:rPr>
          <w:b/>
        </w:rPr>
        <w:t xml:space="preserve">[02:13] </w:t>
      </w:r>
      <w:r>
        <w:t>hadithon mein agar aap parhen to itekaaf ki definition</w:t>
      </w:r>
    </w:p>
    <w:p>
      <w:pPr>
        <w:jc w:val="right"/>
      </w:pPr>
      <w:r>
        <w:t>حدیثوں میں اگر آپ پڑھیں تو اعتکاف کی ڈیفینیشن</w:t>
      </w:r>
    </w:p>
    <w:p>
      <w:r>
        <w:rPr>
          <w:b/>
        </w:rPr>
        <w:t xml:space="preserve">[02:20] </w:t>
      </w:r>
      <w:r>
        <w:t>ya itekaaf ka purpose is waqt nahi milega aap ko.</w:t>
      </w:r>
    </w:p>
    <w:p>
      <w:pPr>
        <w:jc w:val="right"/>
      </w:pPr>
      <w:r>
        <w:t>یا اعتکاف کا پرپس اس وقت نہیں ملے گا آپ کو۔</w:t>
      </w:r>
    </w:p>
    <w:p>
      <w:r>
        <w:rPr>
          <w:b/>
        </w:rPr>
        <w:t xml:space="preserve">[02:31] </w:t>
      </w:r>
      <w:r>
        <w:t>to dekhiye, ek bohat important usool mein arz karta hoon.</w:t>
      </w:r>
    </w:p>
    <w:p>
      <w:pPr>
        <w:jc w:val="right"/>
      </w:pPr>
      <w:r>
        <w:t>تو دیکھیے، ایک بہت امپورٹنٹ اصول میں عرض کرتا ہوں۔</w:t>
      </w:r>
    </w:p>
    <w:p>
      <w:r>
        <w:rPr>
          <w:b/>
        </w:rPr>
        <w:t xml:space="preserve">[02:42] </w:t>
      </w:r>
      <w:r>
        <w:t>jab deen mein koi amal karne ke liye bataya jaye lekin is ka koi</w:t>
      </w:r>
    </w:p>
    <w:p>
      <w:pPr>
        <w:jc w:val="right"/>
      </w:pPr>
      <w:r>
        <w:t>جب دین میں کوئی عمل کرنے کے لیے بتایا جائے لیکن اس کا کوئی</w:t>
      </w:r>
    </w:p>
    <w:p>
      <w:r>
        <w:rPr>
          <w:b/>
        </w:rPr>
        <w:t xml:space="preserve">[02:52] </w:t>
      </w:r>
      <w:r>
        <w:t>definition ya purpose na bataya gaya ho to yeh bohat hi bari baat hoti hai.</w:t>
      </w:r>
    </w:p>
    <w:p>
      <w:pPr>
        <w:jc w:val="right"/>
      </w:pPr>
      <w:r>
        <w:t>ڈیفینیشن یا پرپس نہ بتایا گیا ہو تو یہ بہت ہی بڑی بات ہوتی ہے۔</w:t>
      </w:r>
    </w:p>
    <w:p>
      <w:r>
        <w:rPr>
          <w:b/>
        </w:rPr>
        <w:t xml:space="preserve">[02:59] </w:t>
      </w:r>
      <w:r>
        <w:t>yeh saada baat nahi hai.</w:t>
      </w:r>
    </w:p>
    <w:p>
      <w:pPr>
        <w:jc w:val="right"/>
      </w:pPr>
      <w:r>
        <w:t>یہ سادہ بات نہیں ہے۔</w:t>
      </w:r>
    </w:p>
    <w:p>
      <w:r>
        <w:rPr>
          <w:b/>
        </w:rPr>
        <w:t xml:space="preserve">[03:05] </w:t>
      </w:r>
      <w:r>
        <w:t>bohat bari baat hoti hai.</w:t>
      </w:r>
    </w:p>
    <w:p>
      <w:pPr>
        <w:jc w:val="right"/>
      </w:pPr>
      <w:r>
        <w:t>بہت بڑی بات ہوتی ہے۔</w:t>
      </w:r>
    </w:p>
    <w:p>
      <w:r>
        <w:rPr>
          <w:b/>
        </w:rPr>
        <w:t xml:space="preserve">[03:11] </w:t>
      </w:r>
      <w:r>
        <w:t>is ka matlab hota hai halaat ke lehaz se islami dawat ki planning.</w:t>
      </w:r>
    </w:p>
    <w:p>
      <w:pPr>
        <w:jc w:val="right"/>
      </w:pPr>
      <w:r>
        <w:t>اس کا مطلب ہوتا ہے حالات کے لحاظ سے اسلامی دعوت کی پلاننگ۔</w:t>
      </w:r>
    </w:p>
    <w:p>
      <w:r>
        <w:rPr>
          <w:b/>
        </w:rPr>
        <w:t xml:space="preserve">[03:17] </w:t>
      </w:r>
      <w:r>
        <w:t>chounke qadeem zaman</w:t>
      </w:r>
    </w:p>
    <w:p>
      <w:pPr>
        <w:jc w:val="right"/>
      </w:pPr>
      <w:r>
        <w:t>چونکہ قدیم زمان</w:t>
      </w:r>
    </w:p>
    <w:p>
      <w:r>
        <w:rPr>
          <w:b/>
        </w:rPr>
        <w:t xml:space="preserve">[03:23] </w:t>
      </w:r>
      <w:r>
        <w:t>e mein yeh sab alfaaz nahi hote the, planning ke alfaaz mislan nahi hote the.</w:t>
      </w:r>
    </w:p>
    <w:p>
      <w:pPr>
        <w:jc w:val="right"/>
      </w:pPr>
      <w:r>
        <w:t>ے میں یہ سب الفاظ نہیں ہوتے تھے، پلاننگ کے الفاظ مثلاً نہیں ہوتے تھے۔</w:t>
      </w:r>
    </w:p>
    <w:p>
      <w:r>
        <w:rPr>
          <w:b/>
        </w:rPr>
        <w:t xml:space="preserve">[03:40] </w:t>
      </w:r>
      <w:r>
        <w:t>to hum ko mazi ki baat ko modern term mein dhalna padta hai.</w:t>
      </w:r>
    </w:p>
    <w:p>
      <w:pPr>
        <w:jc w:val="right"/>
      </w:pPr>
      <w:r>
        <w:t>تو ہم کو ماضی کی بات کو ماڈرن ٹرم میں ڈھالنا پڑتا ہے۔</w:t>
      </w:r>
    </w:p>
    <w:p>
      <w:r>
        <w:rPr>
          <w:b/>
        </w:rPr>
        <w:t xml:space="preserve">[03:57] </w:t>
      </w:r>
      <w:r>
        <w:t>is ki misaal yeh hai ke quran mein hai ke hajj ke liye aao, oont oontniyon par baith</w:t>
      </w:r>
    </w:p>
    <w:p>
      <w:pPr>
        <w:jc w:val="right"/>
      </w:pPr>
      <w:r>
        <w:t>اس کی مثال یہ ہے کہ قرآن میں ہے کہ حج کے لیے آؤ، اونٹ اونٹنیوں پر بیٹھ</w:t>
      </w:r>
    </w:p>
    <w:p>
      <w:r>
        <w:rPr>
          <w:b/>
        </w:rPr>
        <w:t xml:space="preserve">[04:04] </w:t>
      </w:r>
      <w:r>
        <w:t>kar, oonton par baith kar.</w:t>
      </w:r>
    </w:p>
    <w:p>
      <w:pPr>
        <w:jc w:val="right"/>
      </w:pPr>
      <w:r>
        <w:t>کر، اونٹوں پر بیٹھ کر۔</w:t>
      </w:r>
    </w:p>
    <w:p>
      <w:r>
        <w:rPr>
          <w:b/>
        </w:rPr>
        <w:t xml:space="preserve">[04:10] </w:t>
      </w:r>
      <w:r>
        <w:t>to aaj koi bhi aadmi is ka matlab yeh nahi samajhta ke bas oont jo hai integral part</w:t>
      </w:r>
    </w:p>
    <w:p>
      <w:pPr>
        <w:jc w:val="right"/>
      </w:pPr>
      <w:r>
        <w:t>تو آج کوئی بھی آدمی اس کا مطلب یہ نہیں سمجھتا کہ بس اونٹ جو ہے انٹیگرل پارٹ</w:t>
      </w:r>
    </w:p>
    <w:p>
      <w:r>
        <w:rPr>
          <w:b/>
        </w:rPr>
        <w:t xml:space="preserve">[04:16] </w:t>
      </w:r>
      <w:r>
        <w:t>hai hajj hajj ka.</w:t>
      </w:r>
    </w:p>
    <w:p>
      <w:pPr>
        <w:jc w:val="right"/>
      </w:pPr>
      <w:r>
        <w:t>ہے حج حج کا۔</w:t>
      </w:r>
    </w:p>
    <w:p>
      <w:r>
        <w:rPr>
          <w:b/>
        </w:rPr>
        <w:t xml:space="preserve">[04:22] </w:t>
      </w:r>
      <w:r>
        <w:t>oont jo hai ya oont ki sawari jo hai</w:t>
      </w:r>
    </w:p>
    <w:p>
      <w:pPr>
        <w:jc w:val="right"/>
      </w:pPr>
      <w:r>
        <w:t>اونٹ جو ہے یا اونٹ کی سواری جو ہے</w:t>
      </w:r>
    </w:p>
    <w:p>
      <w:r>
        <w:rPr>
          <w:b/>
        </w:rPr>
        <w:t xml:space="preserve">[04:29] </w:t>
      </w:r>
      <w:r>
        <w:t>wo hajj ka integral part hai.</w:t>
      </w:r>
    </w:p>
    <w:p>
      <w:pPr>
        <w:jc w:val="right"/>
      </w:pPr>
      <w:r>
        <w:t>وہ حج کا انٹیگرل پارٹ ہے۔</w:t>
      </w:r>
    </w:p>
    <w:p>
      <w:r>
        <w:rPr>
          <w:b/>
        </w:rPr>
        <w:t xml:space="preserve">[04:34] </w:t>
      </w:r>
      <w:r>
        <w:t>log bohat azraar se hawai jahaz se jate hain, hawai jahaz se ate hain.</w:t>
      </w:r>
    </w:p>
    <w:p>
      <w:pPr>
        <w:jc w:val="right"/>
      </w:pPr>
      <w:r>
        <w:t>لوگ بہت اضرار سے ہوائی جہاز سے جاتے ہیں، ہوائی جہاز سے آتے ہیں۔</w:t>
      </w:r>
    </w:p>
    <w:p>
      <w:r>
        <w:rPr>
          <w:b/>
        </w:rPr>
        <w:t xml:space="preserve">[04:39] </w:t>
      </w:r>
      <w:r>
        <w:t>yeh kya hai? jawani ke is masle ko inhon ne ijtihad ka masla samjha.</w:t>
      </w:r>
    </w:p>
    <w:p>
      <w:pPr>
        <w:jc w:val="right"/>
      </w:pPr>
      <w:r>
        <w:t>یہ کیا ہے؟ جوانی کے اس مسئلے کو انہوں نے اجتہاد کا مسئلہ سمجھا۔</w:t>
      </w:r>
    </w:p>
    <w:p>
      <w:r>
        <w:rPr>
          <w:b/>
        </w:rPr>
        <w:t xml:space="preserve">[04:45] </w:t>
      </w:r>
      <w:r>
        <w:t>hajj ke safar ko inhon ne ijtihad ka masla samjha.</w:t>
      </w:r>
    </w:p>
    <w:p>
      <w:pPr>
        <w:jc w:val="right"/>
      </w:pPr>
      <w:r>
        <w:t>حج کے سفر کو انہوں نے اجتہاد کا مسئلہ سمجھا۔</w:t>
      </w:r>
    </w:p>
    <w:p>
      <w:r>
        <w:rPr>
          <w:b/>
        </w:rPr>
        <w:t xml:space="preserve">[04:50] </w:t>
      </w:r>
      <w:r>
        <w:t>to yeh sirf hajj ki baat nahi hai.</w:t>
      </w:r>
    </w:p>
    <w:p>
      <w:pPr>
        <w:jc w:val="right"/>
      </w:pPr>
      <w:r>
        <w:t>تو یہ صرف حج کی بات نہیں ہے۔</w:t>
      </w:r>
    </w:p>
    <w:p>
      <w:r>
        <w:rPr>
          <w:b/>
        </w:rPr>
        <w:t xml:space="preserve">[04:56] </w:t>
      </w:r>
      <w:r>
        <w:t>yeh har mamle mein apply hota hai</w:t>
      </w:r>
    </w:p>
    <w:p>
      <w:pPr>
        <w:jc w:val="right"/>
      </w:pPr>
      <w:r>
        <w:t>یہ ہر معاملے میں اپلائی ہوتا ہے</w:t>
      </w:r>
    </w:p>
    <w:p>
      <w:r>
        <w:rPr>
          <w:b/>
        </w:rPr>
        <w:t xml:space="preserve">[05:01] </w:t>
      </w:r>
      <w:r>
        <w:t>ke jahan sarahat na ho, jahan clear andaaz mein baat na kahi gayi ho, kisi ko mani keh</w:t>
      </w:r>
    </w:p>
    <w:p>
      <w:pPr>
        <w:jc w:val="right"/>
      </w:pPr>
      <w:r>
        <w:t>کہ جہاں صراحت نہ ہو، جہاں کلیئر انداز میں بات نہ کہی گئی ہو، کسی کو معنی کہ</w:t>
      </w:r>
    </w:p>
    <w:p>
      <w:r>
        <w:rPr>
          <w:b/>
        </w:rPr>
        <w:t xml:space="preserve">[05:12] </w:t>
      </w:r>
      <w:r>
        <w:t>woh aap ke liye khol chhod diya gaya hai ke ijtihad karo, ijtihad karo.</w:t>
      </w:r>
    </w:p>
    <w:p>
      <w:pPr>
        <w:jc w:val="right"/>
      </w:pPr>
      <w:r>
        <w:t>وہ آپ کے لیے کھول چھوڑ دیا گیا ہے کہ اجتہاد کرو، اجتہاد کرو۔</w:t>
      </w:r>
    </w:p>
    <w:p>
      <w:r>
        <w:rPr>
          <w:b/>
        </w:rPr>
        <w:t xml:space="preserve">[05:23] </w:t>
      </w:r>
      <w:r>
        <w:t>to is par maine bohat dinon tak socha hai, bohat dinon tak socha hai.</w:t>
      </w:r>
    </w:p>
    <w:p>
      <w:pPr>
        <w:jc w:val="right"/>
      </w:pPr>
      <w:r>
        <w:t>تو اس پر میں نے بہت دنوں تک سوچا ہے، بہت دنوں تک سوچا ہے۔</w:t>
      </w:r>
    </w:p>
    <w:p>
      <w:r>
        <w:rPr>
          <w:b/>
        </w:rPr>
        <w:t xml:space="preserve">[05:35] </w:t>
      </w:r>
      <w:r>
        <w:t>to mere nazdeek ehtikaf hai jo hai woh week of planning hai.</w:t>
      </w:r>
    </w:p>
    <w:p>
      <w:pPr>
        <w:jc w:val="right"/>
      </w:pPr>
      <w:r>
        <w:t>تو میرے نزدیک اعتکاف ہے جو ہے وہ ویک آف پلاننگ ہے۔</w:t>
      </w:r>
    </w:p>
    <w:p>
      <w:r>
        <w:rPr>
          <w:b/>
        </w:rPr>
        <w:t xml:space="preserve">[05:42] </w:t>
      </w:r>
      <w:r>
        <w:t>aap is ko chahe mahine ka kahein ya hafte ko kahein ya 10 din kahein, jo bhi kahein.</w:t>
      </w:r>
    </w:p>
    <w:p>
      <w:pPr>
        <w:jc w:val="right"/>
      </w:pPr>
      <w:r>
        <w:t>آپ اس کو چاہے مہینے کا کہیں یا ہفتے کو کہیں یا 10 دن کہیں، جو بھی کہیں۔</w:t>
      </w:r>
    </w:p>
    <w:p>
      <w:r>
        <w:rPr>
          <w:b/>
        </w:rPr>
        <w:t xml:space="preserve">[05:50] </w:t>
      </w:r>
      <w:r>
        <w:t>yani period of planning.</w:t>
      </w:r>
    </w:p>
    <w:p>
      <w:pPr>
        <w:jc w:val="right"/>
      </w:pPr>
      <w:r>
        <w:t>یعنی پیریڈ آف پلاننگ۔</w:t>
      </w:r>
    </w:p>
    <w:p>
      <w:r>
        <w:rPr>
          <w:b/>
        </w:rPr>
        <w:t xml:space="preserve">[05:57] </w:t>
      </w:r>
      <w:r>
        <w:t>saal mein ek baar aap ko yeh kar</w:t>
      </w:r>
    </w:p>
    <w:p>
      <w:pPr>
        <w:jc w:val="right"/>
      </w:pPr>
      <w:r>
        <w:t>سال میں ایک بار آپ کو یہ کر</w:t>
      </w:r>
    </w:p>
    <w:p>
      <w:r>
        <w:rPr>
          <w:b/>
        </w:rPr>
        <w:t xml:space="preserve">[06:05] </w:t>
      </w:r>
      <w:r>
        <w:t>na chahiye ke aap seclusion mein chale jayein.</w:t>
      </w:r>
    </w:p>
    <w:p>
      <w:pPr>
        <w:jc w:val="right"/>
      </w:pPr>
      <w:r>
        <w:t>نا چاہیے کہ آپ سکلوزن میں چلے جائیں۔</w:t>
      </w:r>
    </w:p>
    <w:p>
      <w:r>
        <w:rPr>
          <w:b/>
        </w:rPr>
        <w:t xml:space="preserve">[06:11] </w:t>
      </w:r>
      <w:r>
        <w:t>kyun ke lafzi mani ehtikaf ko hote hain seclusion. seclusion.</w:t>
      </w:r>
    </w:p>
    <w:p>
      <w:pPr>
        <w:jc w:val="right"/>
      </w:pPr>
      <w:r>
        <w:t>کیونکہ لفظی معنی اعتکاف کو ہوتے ہیں سکلوزن۔ سکلوزن۔</w:t>
      </w:r>
    </w:p>
    <w:p>
      <w:r>
        <w:rPr>
          <w:b/>
        </w:rPr>
        <w:t xml:space="preserve">[06:18] </w:t>
      </w:r>
      <w:r>
        <w:t>going to seclusion.</w:t>
      </w:r>
    </w:p>
    <w:p>
      <w:pPr>
        <w:jc w:val="right"/>
      </w:pPr>
      <w:r>
        <w:t>گوئنگ ٹو سکلوزن۔</w:t>
      </w:r>
    </w:p>
    <w:p>
      <w:r>
        <w:rPr>
          <w:b/>
        </w:rPr>
        <w:t xml:space="preserve">[06:24] </w:t>
      </w:r>
      <w:r>
        <w:t>to saal mein ek baar Ramzan ke mahine mein chahe 10 din, chahe hafte bhar, chahe ek mahina</w:t>
      </w:r>
    </w:p>
    <w:p>
      <w:pPr>
        <w:jc w:val="right"/>
      </w:pPr>
      <w:r>
        <w:t>تو سال میں ایک بار رمضان کے مہینے میں چاہے 10 دن، چاہے ہفتے بھر، چاہے ایک مہینہ</w:t>
      </w:r>
    </w:p>
    <w:p>
      <w:r>
        <w:rPr>
          <w:b/>
        </w:rPr>
        <w:t xml:space="preserve">[06:30] </w:t>
      </w:r>
      <w:r>
        <w:t>aap seclusion mein chale jayein.</w:t>
      </w:r>
    </w:p>
    <w:p>
      <w:pPr>
        <w:jc w:val="right"/>
      </w:pPr>
      <w:r>
        <w:t>آپ سکلوزن میں چلے جائیں۔</w:t>
      </w:r>
    </w:p>
    <w:p>
      <w:r>
        <w:rPr>
          <w:b/>
        </w:rPr>
        <w:t xml:space="preserve">[06:37] </w:t>
      </w:r>
      <w:r>
        <w:t>akele hi nahi, aap wahan kisi ko saath le sakte hain.</w:t>
      </w:r>
    </w:p>
    <w:p>
      <w:pPr>
        <w:jc w:val="right"/>
      </w:pPr>
      <w:r>
        <w:t>اکیلے ہی نہیں، آپ وہاں کسی کو ساتھ لے سکتے ہیں۔</w:t>
      </w:r>
    </w:p>
    <w:p>
      <w:r>
        <w:rPr>
          <w:b/>
        </w:rPr>
        <w:t xml:space="preserve">[06:45] </w:t>
      </w:r>
      <w:r>
        <w:t>aur planning karein.</w:t>
      </w:r>
    </w:p>
    <w:p>
      <w:pPr>
        <w:jc w:val="right"/>
      </w:pPr>
      <w:r>
        <w:t>اور پلاننگ کریں۔</w:t>
      </w:r>
    </w:p>
    <w:p>
      <w:r>
        <w:rPr>
          <w:b/>
        </w:rPr>
        <w:t xml:space="preserve">[06:53] </w:t>
      </w:r>
      <w:r>
        <w:t>sochein ke aaj Islam ke liye, ummat-e-muslima ke liye bara masla jis par kuch kiya jaye woh kya hai.</w:t>
      </w:r>
    </w:p>
    <w:p>
      <w:pPr>
        <w:jc w:val="right"/>
      </w:pPr>
      <w:r>
        <w:t>سوچیں کہ آج اسلام کے لیے، امت مسلمہ کے لیے بڑا مسئلہ جس پہ کچھ کیا جائے وہ کیا ہے۔</w:t>
      </w:r>
    </w:p>
    <w:p>
      <w:r>
        <w:rPr>
          <w:b/>
        </w:rPr>
        <w:t xml:space="preserve">[07:01] </w:t>
      </w:r>
      <w:r>
        <w:t>yani going to seclusion for the sake of replanning.</w:t>
      </w:r>
    </w:p>
    <w:p>
      <w:pPr>
        <w:jc w:val="right"/>
      </w:pPr>
      <w:r>
        <w:t>یعنی گوئنگ ٹو سکلوزن فار دا سیک آف ری پلاننگ۔</w:t>
      </w:r>
    </w:p>
    <w:p>
      <w:r>
        <w:rPr>
          <w:b/>
        </w:rPr>
        <w:t xml:space="preserve">[07:09] </w:t>
      </w:r>
      <w:r>
        <w:t>yeh matlab hai is ka.</w:t>
      </w:r>
    </w:p>
    <w:p>
      <w:pPr>
        <w:jc w:val="right"/>
      </w:pPr>
      <w:r>
        <w:t>یہ مطلب ہے اس کا۔</w:t>
      </w:r>
    </w:p>
    <w:p>
      <w:r>
        <w:rPr>
          <w:b/>
        </w:rPr>
        <w:t xml:space="preserve">[07:16] </w:t>
      </w:r>
      <w:r>
        <w:t>woh to ek form hai jis ko log dohrate hain lekin hamesha yaad rakhiye asal cheez form nahi hoti hai.</w:t>
      </w:r>
    </w:p>
    <w:p>
      <w:pPr>
        <w:jc w:val="right"/>
      </w:pPr>
      <w:r>
        <w:t>وہ تو ایک فارم ہے جس کو لوگ دہراتے ہیں لیکن ہمیشہ یاد رکھیے اصل چیز فارم نہیں ہوتی ہے۔</w:t>
      </w:r>
    </w:p>
    <w:p>
      <w:r>
        <w:rPr>
          <w:b/>
        </w:rPr>
        <w:t xml:space="preserve">[07:24] </w:t>
      </w:r>
      <w:r>
        <w:t>asal cheez hoti hai purpose, maqsad.</w:t>
      </w:r>
    </w:p>
    <w:p>
      <w:pPr>
        <w:jc w:val="right"/>
      </w:pPr>
      <w:r>
        <w:t>اصل چیز ہوتی ہے پرپس، مقصد۔</w:t>
      </w:r>
    </w:p>
    <w:p>
      <w:r>
        <w:rPr>
          <w:b/>
        </w:rPr>
        <w:t xml:space="preserve">[07:31] </w:t>
      </w:r>
      <w:r>
        <w:t>to ehtikaf ka jo purpose hai, jo maqsad hai woh yeh hai ke periodically</w:t>
      </w:r>
    </w:p>
    <w:p>
      <w:pPr>
        <w:jc w:val="right"/>
      </w:pPr>
      <w:r>
        <w:t>تو اعتکاف کا جو پرپس ہے، جو مقصد ہے وہ یہ ہے کہ پیریڈیکلی</w:t>
      </w:r>
    </w:p>
    <w:p>
      <w:r>
        <w:rPr>
          <w:b/>
        </w:rPr>
        <w:t xml:space="preserve">[07:39] </w:t>
      </w:r>
      <w:r>
        <w:t>going to seclusion for the sake of planning. to is period mein aap mashwara karein, sochein, khwab mein dhoondein. yeh jo kaha gaya hai keh keh aitkaf mein ziyada se ziyada qura'</w:t>
      </w:r>
    </w:p>
    <w:p>
      <w:pPr>
        <w:jc w:val="right"/>
      </w:pPr>
      <w:r>
        <w:t>گوئنگ ٹو سکلوزن فار دا سیک آف پلاننگ۔ تو اس پیریڈ میں آپ مشورہ کریں، سوچیں، خواب میں ڈھونڈیں۔ یہ جو کہا گیا ہے کہ کہ اعتکاف میں زیادہ سے زیادہ قرآ</w:t>
      </w:r>
    </w:p>
    <w:p>
      <w:r>
        <w:rPr>
          <w:b/>
        </w:rPr>
        <w:t xml:space="preserve">[08:09] </w:t>
      </w:r>
      <w:r>
        <w:t>na padha jaye to is ka matlab kya hai? tilawat ya khat nahi hai.</w:t>
      </w:r>
    </w:p>
    <w:p>
      <w:pPr>
        <w:jc w:val="right"/>
      </w:pPr>
      <w:r>
        <w:t>ن پڑھا جائے تو اس کا مطلب کیا ہے؟ تلاوت یا خط نہیں ہے۔</w:t>
      </w:r>
    </w:p>
    <w:p>
      <w:r>
        <w:rPr>
          <w:b/>
        </w:rPr>
        <w:t xml:space="preserve">[08:16] </w:t>
      </w:r>
      <w:r>
        <w:t>hargiz nahi hai.</w:t>
      </w:r>
    </w:p>
    <w:p>
      <w:pPr>
        <w:jc w:val="right"/>
      </w:pPr>
      <w:r>
        <w:t>ہرگز نہیں ہے۔</w:t>
      </w:r>
    </w:p>
    <w:p>
      <w:r>
        <w:rPr>
          <w:b/>
        </w:rPr>
        <w:t xml:space="preserve">[08:24] </w:t>
      </w:r>
      <w:r>
        <w:t>balkeh is yani is is is zamane mein jab ke aap ehtikaf kar rahe hain, is zamane mein</w:t>
      </w:r>
    </w:p>
    <w:p>
      <w:pPr>
        <w:jc w:val="right"/>
      </w:pPr>
      <w:r>
        <w:t>بلکہ اس یعنی اس اس اس زمانے میں جب کہ آپ اعتکاف کر رہے ہیں، اس زمانے میں</w:t>
      </w:r>
    </w:p>
    <w:p>
      <w:r>
        <w:rPr>
          <w:b/>
        </w:rPr>
        <w:t xml:space="preserve">[08:32] </w:t>
      </w:r>
      <w:r>
        <w:t>jo aap ke masail hain, us ko le kar quran ka</w:t>
      </w:r>
    </w:p>
    <w:p>
      <w:pPr>
        <w:jc w:val="right"/>
      </w:pPr>
      <w:r>
        <w:t>جو آپ کے مسائل ہیں، اس کو لے کر قرآن کا</w:t>
      </w:r>
    </w:p>
    <w:p>
      <w:r>
        <w:rPr>
          <w:b/>
        </w:rPr>
        <w:t xml:space="preserve">[08:39] </w:t>
      </w:r>
      <w:r>
        <w:t>study karna, us ko le kar quran mein sawal banana aur us ka jawab talash karna.</w:t>
      </w:r>
    </w:p>
    <w:p>
      <w:pPr>
        <w:jc w:val="right"/>
      </w:pPr>
      <w:r>
        <w:t>اسٹڈی کرنا، اس کو لے کر قرآن میں سوال بنانا اور اس کا جواب تلاش کرنا۔</w:t>
      </w:r>
    </w:p>
    <w:p>
      <w:r>
        <w:rPr>
          <w:b/>
        </w:rPr>
        <w:t xml:space="preserve">[08:50] </w:t>
      </w:r>
      <w:r>
        <w:t>yani itikaf mein quran parhne ka maqsad hai ummat par, islam par jo soorat-e-haal pesh aa rahi ho,</w:t>
      </w:r>
    </w:p>
    <w:p>
      <w:pPr>
        <w:jc w:val="right"/>
      </w:pPr>
      <w:r>
        <w:t>یعنی اعتکاف میں قرآن پڑھنے کا مقصد ہے امت پر، اسلام پر جو صورتحال پیش آ رہی ہو،</w:t>
      </w:r>
    </w:p>
    <w:p>
      <w:r>
        <w:rPr>
          <w:b/>
        </w:rPr>
        <w:t xml:space="preserve">[09:01] </w:t>
      </w:r>
      <w:r>
        <w:t>us ko le kar quran mein hal talash karna.</w:t>
      </w:r>
    </w:p>
    <w:p>
      <w:pPr>
        <w:jc w:val="right"/>
      </w:pPr>
      <w:r>
        <w:t>اس کو لے کر قرآن میں حل تلاش کرنا۔</w:t>
      </w:r>
    </w:p>
    <w:p>
      <w:r>
        <w:rPr>
          <w:b/>
        </w:rPr>
        <w:t xml:space="preserve">[09:12] </w:t>
      </w:r>
      <w:r>
        <w:t>yeh hai maqsad itikaf ka.</w:t>
      </w:r>
    </w:p>
    <w:p>
      <w:pPr>
        <w:jc w:val="right"/>
      </w:pPr>
      <w:r>
        <w:t>یہ ہے مقصد اعتکاف کا۔</w:t>
      </w:r>
    </w:p>
    <w:p>
      <w:r>
        <w:rPr>
          <w:b/>
        </w:rPr>
        <w:t xml:space="preserve">[09:20] </w:t>
      </w:r>
      <w:r>
        <w:t>ab aap yeh kijiye ke pehle objective mind ke sath sochiye.</w:t>
      </w:r>
    </w:p>
    <w:p>
      <w:pPr>
        <w:jc w:val="right"/>
      </w:pPr>
      <w:r>
        <w:t>اب آپ یہ کیجیے کہ پہلے ابجیکٹو مائنڈ کے ساتھ سوچیے۔</w:t>
      </w:r>
    </w:p>
    <w:p>
      <w:r>
        <w:rPr>
          <w:b/>
        </w:rPr>
        <w:t xml:space="preserve">[09:28] </w:t>
      </w:r>
      <w:r>
        <w:t>akele nahin, kuch logon ko le kar ke sochiye.</w:t>
      </w:r>
    </w:p>
    <w:p>
      <w:pPr>
        <w:jc w:val="right"/>
      </w:pPr>
      <w:r>
        <w:t>اکیلے نہیں، کچھ لوگوں کو لے کر کے سوچیے۔</w:t>
      </w:r>
    </w:p>
    <w:p>
      <w:r>
        <w:rPr>
          <w:b/>
        </w:rPr>
        <w:t xml:space="preserve">[09:35] </w:t>
      </w:r>
      <w:r>
        <w:t>ramzan se pehle aap is par meeting kijiye</w:t>
      </w:r>
    </w:p>
    <w:p>
      <w:pPr>
        <w:jc w:val="right"/>
      </w:pPr>
      <w:r>
        <w:t>رمضان سے پہلے آپ اس پر میٹنگ کیجیے</w:t>
      </w:r>
    </w:p>
    <w:p>
      <w:r>
        <w:rPr>
          <w:b/>
        </w:rPr>
        <w:t xml:space="preserve">[09:43] </w:t>
      </w:r>
      <w:r>
        <w:t>ke aaj kal ke lehaz se islam ke liye ya musalmanon ke liye sab se bara problem kya</w:t>
      </w:r>
    </w:p>
    <w:p>
      <w:pPr>
        <w:jc w:val="right"/>
      </w:pPr>
      <w:r>
        <w:t>کہ آج کل کے لحاظ سے اسلام کے لیے یا مسلمانوں کے لیے سب سے بڑا پرابلم کیا</w:t>
      </w:r>
    </w:p>
    <w:p>
      <w:r>
        <w:rPr>
          <w:b/>
        </w:rPr>
        <w:t xml:space="preserve">[09:51] </w:t>
      </w:r>
      <w:r>
        <w:t>hai? sab se bara masla kya hai? to mein ne is par socha.</w:t>
      </w:r>
    </w:p>
    <w:p>
      <w:pPr>
        <w:jc w:val="right"/>
      </w:pPr>
      <w:r>
        <w:t>ہے؟ سب سے بڑا مسئلہ کیا ہے؟ تو میں نے اس پر سوچا۔</w:t>
      </w:r>
    </w:p>
    <w:p>
      <w:r>
        <w:rPr>
          <w:b/>
        </w:rPr>
        <w:t xml:space="preserve">[09:59] </w:t>
      </w:r>
      <w:r>
        <w:t>mein ne is par socha.</w:t>
      </w:r>
    </w:p>
    <w:p>
      <w:pPr>
        <w:jc w:val="right"/>
      </w:pPr>
      <w:r>
        <w:t>میں نے اس پر سوچا۔</w:t>
      </w:r>
    </w:p>
    <w:p>
      <w:r>
        <w:rPr>
          <w:b/>
        </w:rPr>
        <w:t xml:space="preserve">[10:07] </w:t>
      </w:r>
      <w:r>
        <w:t>to mujhe ek hadith yaad aayi.</w:t>
      </w:r>
    </w:p>
    <w:p>
      <w:pPr>
        <w:jc w:val="right"/>
      </w:pPr>
      <w:r>
        <w:t>تو مجھے ایک حدیث یاد آئی۔</w:t>
      </w:r>
    </w:p>
    <w:p>
      <w:r>
        <w:rPr>
          <w:b/>
        </w:rPr>
        <w:t xml:space="preserve">[10:15] </w:t>
      </w:r>
      <w:r>
        <w:t>woh hadith parhiye to.</w:t>
      </w:r>
    </w:p>
    <w:p>
      <w:pPr>
        <w:jc w:val="right"/>
      </w:pPr>
      <w:r>
        <w:t>وہ حدیث پڑھیے تو۔</w:t>
      </w:r>
    </w:p>
    <w:p>
      <w:r>
        <w:rPr>
          <w:b/>
        </w:rPr>
        <w:t xml:space="preserve">[10:20] </w:t>
      </w:r>
      <w:r>
        <w:t>nar takhruj min al-mashriq fa-tahshur al-nas al-maghrib ke ek aag nikle gi mashriq se aur logon ko jama</w:t>
      </w:r>
    </w:p>
    <w:p>
      <w:pPr>
        <w:jc w:val="right"/>
      </w:pPr>
      <w:r>
        <w:t>نار تخرج من المشرق فتحشر الناس المغرب کہ ایک آگ نکلے گی مشرق سے اور لوگوں کو جمع</w:t>
      </w:r>
    </w:p>
    <w:p>
      <w:r>
        <w:rPr>
          <w:b/>
        </w:rPr>
        <w:t xml:space="preserve">[10:25] </w:t>
      </w:r>
      <w:r>
        <w:t>kar ke le jaye gi maghrib ki taraf. hmm.</w:t>
      </w:r>
    </w:p>
    <w:p>
      <w:pPr>
        <w:jc w:val="right"/>
      </w:pPr>
      <w:r>
        <w:t>کر کے لے جائے گی مغرب کی طرف۔ ہمم۔</w:t>
      </w:r>
    </w:p>
    <w:p>
      <w:r>
        <w:rPr>
          <w:b/>
        </w:rPr>
        <w:t xml:space="preserve">[10:30] </w:t>
      </w:r>
      <w:r>
        <w:t>yeh hadith hai.</w:t>
      </w:r>
    </w:p>
    <w:p>
      <w:pPr>
        <w:jc w:val="right"/>
      </w:pPr>
      <w:r>
        <w:t>یہ حدیث ہے۔</w:t>
      </w:r>
    </w:p>
    <w:p>
      <w:r>
        <w:rPr>
          <w:b/>
        </w:rPr>
        <w:t xml:space="preserve">[10:35] </w:t>
      </w:r>
      <w:r>
        <w:t>yani jo baad ke zamane mein fitne paida honge, us ke zehan mein yeh hadith aati hai.</w:t>
      </w:r>
    </w:p>
    <w:p>
      <w:pPr>
        <w:jc w:val="right"/>
      </w:pPr>
      <w:r>
        <w:t>یعنی جو بعد کے زمانے میں فتنے پیدا ہوں گے، اس کے ذہن میں یہ حدیث آتی ہے۔</w:t>
      </w:r>
    </w:p>
    <w:p>
      <w:r>
        <w:rPr>
          <w:b/>
        </w:rPr>
        <w:t xml:space="preserve">[10:40] </w:t>
      </w:r>
      <w:r>
        <w:t>lambi hadith hai, is ka ek tukra yeh hai ke</w:t>
      </w:r>
    </w:p>
    <w:p>
      <w:pPr>
        <w:jc w:val="right"/>
      </w:pPr>
      <w:r>
        <w:t>لمبی حدیث ہے، اس کا ایک ٹکڑا یہ ہے کہ</w:t>
      </w:r>
    </w:p>
    <w:p>
      <w:r>
        <w:rPr>
          <w:b/>
        </w:rPr>
        <w:t xml:space="preserve">[10:45] </w:t>
      </w:r>
      <w:r>
        <w:t>baad ke zamane mein jo fitne ka zamana hoga to ishq ki taraf se ek aag nikle gi</w:t>
      </w:r>
    </w:p>
    <w:p>
      <w:pPr>
        <w:jc w:val="right"/>
      </w:pPr>
      <w:r>
        <w:t>بعد کے زمانے میں جو فتنے کا زمانہ ہوگا تو عشق کی طرف سے ایک آگ نکلے گی</w:t>
      </w:r>
    </w:p>
    <w:p>
      <w:r>
        <w:rPr>
          <w:b/>
        </w:rPr>
        <w:t xml:space="preserve">[10:51] </w:t>
      </w:r>
      <w:r>
        <w:t>اور لوگوں کو ہکا کر لے جائے گی west کی طرف۔</w:t>
      </w:r>
    </w:p>
    <w:p>
      <w:pPr>
        <w:jc w:val="right"/>
      </w:pPr>
      <w:r>
        <w:t>اور لوگوں کو ہکا کر لے جائے گی ویسٹ کی طرف۔</w:t>
      </w:r>
    </w:p>
    <w:p>
      <w:r>
        <w:rPr>
          <w:b/>
        </w:rPr>
        <w:t xml:space="preserve">[10:57] </w:t>
      </w:r>
      <w:r>
        <w:t>yeh bohat ajeeb hadith hai.</w:t>
      </w:r>
    </w:p>
    <w:p>
      <w:pPr>
        <w:jc w:val="right"/>
      </w:pPr>
      <w:r>
        <w:t>یہ بہت عجیب حدیث ہے۔</w:t>
      </w:r>
    </w:p>
    <w:p>
      <w:r>
        <w:rPr>
          <w:b/>
        </w:rPr>
        <w:t xml:space="preserve">[11:03] </w:t>
      </w:r>
      <w:r>
        <w:t>bohat ajeeb hadith hai.</w:t>
      </w:r>
    </w:p>
    <w:p>
      <w:pPr>
        <w:jc w:val="right"/>
      </w:pPr>
      <w:r>
        <w:t>بہت عجیب حدیث ہے۔</w:t>
      </w:r>
    </w:p>
    <w:p>
      <w:r>
        <w:rPr>
          <w:b/>
        </w:rPr>
        <w:t xml:space="preserve">[11:10] </w:t>
      </w:r>
      <w:r>
        <w:t>sharheen is ka koi matlab nahin nikal paye hain.</w:t>
      </w:r>
    </w:p>
    <w:p>
      <w:pPr>
        <w:jc w:val="right"/>
      </w:pPr>
      <w:r>
        <w:t>شارحین اس کا کوئی مطلب نہیں نکال پائے ہیں۔</w:t>
      </w:r>
    </w:p>
    <w:p>
      <w:r>
        <w:rPr>
          <w:b/>
        </w:rPr>
        <w:t xml:space="preserve">[11:16] </w:t>
      </w:r>
      <w:r>
        <w:t>kyun ke yeh hadith agarche musnad hadith hai, kis mein hai yeh? musnad ahmad. musnad ahmad.</w:t>
      </w:r>
    </w:p>
    <w:p>
      <w:pPr>
        <w:jc w:val="right"/>
      </w:pPr>
      <w:r>
        <w:t>کیونکہ یہ حدیث اگرچہ مسند حدیث ہے، کس میں ہے یہ؟ مسند احمد۔ مسند احمد۔</w:t>
      </w:r>
    </w:p>
    <w:p>
      <w:r>
        <w:rPr>
          <w:b/>
        </w:rPr>
        <w:t xml:space="preserve">[11:22] </w:t>
      </w:r>
      <w:r>
        <w:t>is hadith ki sehat par kalam nahin kiya gaya hai. kaise? nahin.</w:t>
      </w:r>
    </w:p>
    <w:p>
      <w:pPr>
        <w:jc w:val="right"/>
      </w:pPr>
      <w:r>
        <w:t>اس حدیث کی صحت پر کلام نہیں کیا گیا ہے۔ کیسے؟ نہیں۔</w:t>
      </w:r>
    </w:p>
    <w:p>
      <w:r>
        <w:rPr>
          <w:b/>
        </w:rPr>
        <w:t xml:space="preserve">[11:28] </w:t>
      </w:r>
      <w:r>
        <w:t>yeh sahih hadith hai.</w:t>
      </w:r>
    </w:p>
    <w:p>
      <w:pPr>
        <w:jc w:val="right"/>
      </w:pPr>
      <w:r>
        <w:t>یہ صحیح حدیث ہے۔</w:t>
      </w:r>
    </w:p>
    <w:p>
      <w:r>
        <w:rPr>
          <w:b/>
        </w:rPr>
        <w:t xml:space="preserve">[11:34] </w:t>
      </w:r>
      <w:r>
        <w:t>تو عشق کی طرف سے ایک آگ نکلے گی جو jo logon ko ishq ki taraf se haka</w:t>
      </w:r>
    </w:p>
    <w:p>
      <w:pPr>
        <w:jc w:val="right"/>
      </w:pPr>
      <w:r>
        <w:t>تو عشق کی طرف سے ایک آگ نکلے گی جو جو لوگوں کو عشق کی طرف سے ہکا</w:t>
      </w:r>
    </w:p>
    <w:p>
      <w:r>
        <w:rPr>
          <w:b/>
        </w:rPr>
        <w:t xml:space="preserve">[11:40] </w:t>
      </w:r>
      <w:r>
        <w:t>kar le jaye gi west ki taraf.</w:t>
      </w:r>
    </w:p>
    <w:p>
      <w:pPr>
        <w:jc w:val="right"/>
      </w:pPr>
      <w:r>
        <w:t>کر لے جائے گی ویسٹ کی طرف۔</w:t>
      </w:r>
    </w:p>
    <w:p>
      <w:r>
        <w:rPr>
          <w:b/>
        </w:rPr>
        <w:t xml:space="preserve">[11:46] </w:t>
      </w:r>
      <w:r>
        <w:t>kisi ajib baat hai.</w:t>
      </w:r>
    </w:p>
    <w:p>
      <w:pPr>
        <w:jc w:val="right"/>
      </w:pPr>
      <w:r>
        <w:t>کیسی عجیب بات ہے۔</w:t>
      </w:r>
    </w:p>
    <w:p>
      <w:r>
        <w:rPr>
          <w:b/>
        </w:rPr>
        <w:t xml:space="preserve">[11:51] </w:t>
      </w:r>
      <w:r>
        <w:t>main barson tak use sochta raha hoon, barson se ke is ka matlab kya hai.</w:t>
      </w:r>
    </w:p>
    <w:p>
      <w:pPr>
        <w:jc w:val="right"/>
      </w:pPr>
      <w:r>
        <w:t>میں برسوں تک اسے سوچتا رہا ہوں، برسوں سے کہ اس کا مطلب کیا ہے۔</w:t>
      </w:r>
    </w:p>
    <w:p>
      <w:r>
        <w:rPr>
          <w:b/>
        </w:rPr>
        <w:t xml:space="preserve">[11:56] </w:t>
      </w:r>
      <w:r>
        <w:t>to kal aik nojawan mere pas aye to unhon ne kaha ke main america ja raha hoon, mere</w:t>
      </w:r>
    </w:p>
    <w:p>
      <w:pPr>
        <w:jc w:val="right"/>
      </w:pPr>
      <w:r>
        <w:t>تو کل ایک نوجوان میرے پاس آئے تو انہوں نے کہا کہ میں امریکہ جا رہا ہوں، میرے</w:t>
      </w:r>
    </w:p>
    <w:p>
      <w:r>
        <w:rPr>
          <w:b/>
        </w:rPr>
        <w:t xml:space="preserve">[12:01] </w:t>
      </w:r>
      <w:r>
        <w:t>liye dua kijiye.</w:t>
      </w:r>
    </w:p>
    <w:p>
      <w:pPr>
        <w:jc w:val="right"/>
      </w:pPr>
      <w:r>
        <w:t>لیے دعا کیجیے۔</w:t>
      </w:r>
    </w:p>
    <w:p>
      <w:r>
        <w:rPr>
          <w:b/>
        </w:rPr>
        <w:t xml:space="preserve">[12:06] </w:t>
      </w:r>
      <w:r>
        <w:t>to main ab marwan trigger hua.</w:t>
      </w:r>
    </w:p>
    <w:p>
      <w:pPr>
        <w:jc w:val="right"/>
      </w:pPr>
      <w:r>
        <w:t>تو میں اب مروان ٹریگر ہوا۔</w:t>
      </w:r>
    </w:p>
    <w:p>
      <w:r>
        <w:rPr>
          <w:b/>
        </w:rPr>
        <w:t xml:space="preserve">[12:11] </w:t>
      </w:r>
      <w:r>
        <w:t>achanak mujhe samajh mein aya</w:t>
      </w:r>
    </w:p>
    <w:p>
      <w:pPr>
        <w:jc w:val="right"/>
      </w:pPr>
      <w:r>
        <w:t>اچانک مجھے سمجھ میں آیا</w:t>
      </w:r>
    </w:p>
    <w:p>
      <w:r>
        <w:rPr>
          <w:b/>
        </w:rPr>
        <w:t xml:space="preserve">[12:17] </w:t>
      </w:r>
      <w:r>
        <w:t>ke is ka matlab kya hai.</w:t>
      </w:r>
    </w:p>
    <w:p>
      <w:pPr>
        <w:jc w:val="right"/>
      </w:pPr>
      <w:r>
        <w:t>کہ اس کا مطلب کیا ہے۔</w:t>
      </w:r>
    </w:p>
    <w:p>
      <w:r>
        <w:rPr>
          <w:b/>
        </w:rPr>
        <w:t xml:space="preserve">[12:23] </w:t>
      </w:r>
      <w:r>
        <w:t>yeh aik bohat bara shaitani jaal hai.</w:t>
      </w:r>
    </w:p>
    <w:p>
      <w:pPr>
        <w:jc w:val="right"/>
      </w:pPr>
      <w:r>
        <w:t>یہ ایک بہت بڑا شیطانی جال ہے۔</w:t>
      </w:r>
    </w:p>
    <w:p>
      <w:r>
        <w:rPr>
          <w:b/>
        </w:rPr>
        <w:t xml:space="preserve">[12:29] </w:t>
      </w:r>
      <w:r>
        <w:t>shaitani jaal hai.</w:t>
      </w:r>
    </w:p>
    <w:p>
      <w:pPr>
        <w:jc w:val="right"/>
      </w:pPr>
      <w:r>
        <w:t>شیطانی جال ہے۔</w:t>
      </w:r>
    </w:p>
    <w:p>
      <w:r>
        <w:rPr>
          <w:b/>
        </w:rPr>
        <w:t xml:space="preserve">[12:35] </w:t>
      </w:r>
      <w:r>
        <w:t>yani shaitan ne hamare nojawano ko sab bare saste, bare taqat nojawan hote hain.</w:t>
      </w:r>
    </w:p>
    <w:p>
      <w:pPr>
        <w:jc w:val="right"/>
      </w:pPr>
      <w:r>
        <w:t>یعنی شیطان نے ہمارے نوجوانوں کو سب بڑے سستے، بڑے طاقت نوجوان ہوتے ہیں۔</w:t>
      </w:r>
    </w:p>
    <w:p>
      <w:r>
        <w:rPr>
          <w:b/>
        </w:rPr>
        <w:t xml:space="preserve">[12:41] </w:t>
      </w:r>
      <w:r>
        <w:t>aur aaj ka jo industrial world hai, is ne bana rakha hai ke cash</w:t>
      </w:r>
    </w:p>
    <w:p>
      <w:pPr>
        <w:jc w:val="right"/>
      </w:pPr>
      <w:r>
        <w:t>اور آج کا جو انڈسٹریل ورلڈ ہے، اس نے بنا رکھا ہے کہ کیش</w:t>
      </w:r>
    </w:p>
    <w:p>
      <w:r>
        <w:rPr>
          <w:b/>
        </w:rPr>
        <w:t xml:space="preserve">[12:47] </w:t>
      </w:r>
      <w:r>
        <w:t>deming. cash deming.</w:t>
      </w:r>
    </w:p>
    <w:p>
      <w:pPr>
        <w:jc w:val="right"/>
      </w:pPr>
      <w:r>
        <w:t>دمینگ۔ کیش دمینگ۔</w:t>
      </w:r>
    </w:p>
    <w:p>
      <w:r>
        <w:rPr>
          <w:b/>
        </w:rPr>
        <w:t xml:space="preserve">[12:53] </w:t>
      </w:r>
      <w:r>
        <w:t>to aik aisa shaitani jaal chalaya hai ke nojawano ki umrein pakar lo.</w:t>
      </w:r>
    </w:p>
    <w:p>
      <w:pPr>
        <w:jc w:val="right"/>
      </w:pPr>
      <w:r>
        <w:t>تو ایک ایسا شیطانی جال چلایا ہے کہ نوجوانوں کی عمریں پکڑ لو۔</w:t>
      </w:r>
    </w:p>
    <w:p>
      <w:r>
        <w:rPr>
          <w:b/>
        </w:rPr>
        <w:t xml:space="preserve">[12:59] </w:t>
      </w:r>
      <w:r>
        <w:t>yani kaam karne ki umar mein.</w:t>
      </w:r>
    </w:p>
    <w:p>
      <w:pPr>
        <w:jc w:val="right"/>
      </w:pPr>
      <w:r>
        <w:t>یعنی کام کرنے کی عمر میں۔</w:t>
      </w:r>
    </w:p>
    <w:p>
      <w:r>
        <w:rPr>
          <w:b/>
        </w:rPr>
        <w:t xml:space="preserve">[13:05] </w:t>
      </w:r>
      <w:r>
        <w:t>boore honge to kya kya kaam karenge? boore hue to koi kaam karne ki taqat nahi hoti.</w:t>
      </w:r>
    </w:p>
    <w:p>
      <w:pPr>
        <w:jc w:val="right"/>
      </w:pPr>
      <w:r>
        <w:t>بوڑھے ہوں گے تو کیا کیا کام کریں گے؟ بوڑھے ہوئے تو کوئی کام کرنے کی طاقت نہیں ہوتی۔</w:t>
      </w:r>
    </w:p>
    <w:p>
      <w:r>
        <w:rPr>
          <w:b/>
        </w:rPr>
        <w:t xml:space="preserve">[13:12] </w:t>
      </w:r>
      <w:r>
        <w:t>jo kaam karne ki dor hai, us ko pakar lo in ko.</w:t>
      </w:r>
    </w:p>
    <w:p>
      <w:pPr>
        <w:jc w:val="right"/>
      </w:pPr>
      <w:r>
        <w:t>جو کام کرنے کی دور ہے، اس کو پکڑ لو ان کو۔</w:t>
      </w:r>
    </w:p>
    <w:p>
      <w:r>
        <w:rPr>
          <w:b/>
        </w:rPr>
        <w:t xml:space="preserve">[13:18] </w:t>
      </w:r>
      <w:r>
        <w:t>to qadeem zamane mein shaitan ne logon ko sikhaya tha ke poojne ki cheez to suraj hai, chand</w:t>
      </w:r>
    </w:p>
    <w:p>
      <w:pPr>
        <w:jc w:val="right"/>
      </w:pPr>
      <w:r>
        <w:t>تو قدیم زمانے میں شیطان نے لوگوں کو سکھایا تھا کہ پوجنے کی چیز تو سورج ہے، چاند</w:t>
      </w:r>
    </w:p>
    <w:p>
      <w:r>
        <w:rPr>
          <w:b/>
        </w:rPr>
        <w:t xml:space="preserve">[13:24] </w:t>
      </w:r>
      <w:r>
        <w:t>hai, sitare hain, in ko poojo.</w:t>
      </w:r>
    </w:p>
    <w:p>
      <w:pPr>
        <w:jc w:val="right"/>
      </w:pPr>
      <w:r>
        <w:t>ہے، ستارے ہیں، ان کو پوجو۔</w:t>
      </w:r>
    </w:p>
    <w:p>
      <w:r>
        <w:rPr>
          <w:b/>
        </w:rPr>
        <w:t xml:space="preserve">[13:30] </w:t>
      </w:r>
      <w:r>
        <w:t>is tarah logon ko le gaya tha yani nature worship ki taraf.</w:t>
      </w:r>
    </w:p>
    <w:p>
      <w:pPr>
        <w:jc w:val="right"/>
      </w:pPr>
      <w:r>
        <w:t>اس طرح لوگوں کو لے گیا تھا یعنی نیچر ورشپ کی طرف۔</w:t>
      </w:r>
    </w:p>
    <w:p>
      <w:r>
        <w:rPr>
          <w:b/>
        </w:rPr>
        <w:t xml:space="preserve">[13:37] </w:t>
      </w:r>
      <w:r>
        <w:t>qadeem zamane mein shaitan huka kar logon ko le gaya tha nature worship ki taraf.</w:t>
      </w:r>
    </w:p>
    <w:p>
      <w:pPr>
        <w:jc w:val="right"/>
      </w:pPr>
      <w:r>
        <w:t>قدیم زمانے میں شیطان ہکا کر لوگوں کو لے گیا تھا نیچر ورشپ کی طرف۔</w:t>
      </w:r>
    </w:p>
    <w:p>
      <w:r>
        <w:rPr>
          <w:b/>
        </w:rPr>
        <w:t xml:space="preserve">[13:43] </w:t>
      </w:r>
      <w:r>
        <w:t>ab jab science ayi aur science ne sabit kar diya</w:t>
      </w:r>
    </w:p>
    <w:p>
      <w:pPr>
        <w:jc w:val="right"/>
      </w:pPr>
      <w:r>
        <w:t>اب جب سائنس آئی اور سائنس نے ثابت کر دیا</w:t>
      </w:r>
    </w:p>
    <w:p>
      <w:r>
        <w:rPr>
          <w:b/>
        </w:rPr>
        <w:t xml:space="preserve">[13:49] </w:t>
      </w:r>
      <w:r>
        <w:t>ke yeh sab divinity is mein hai nahi, suraj, chand, sitare mein koi divinity nahi hai, to woh</w:t>
      </w:r>
    </w:p>
    <w:p>
      <w:pPr>
        <w:jc w:val="right"/>
      </w:pPr>
      <w:r>
        <w:t>کہ یہ سب ڈیوینٹی اس میں ہے نہیں، سورج، چاند، ستارے میں کوئی ڈیوینٹی نہیں ہے، تو وہ</w:t>
      </w:r>
    </w:p>
    <w:p>
      <w:r>
        <w:rPr>
          <w:b/>
        </w:rPr>
        <w:t xml:space="preserve">[13:56] </w:t>
      </w:r>
      <w:r>
        <w:t>charm khatam ho gaya.</w:t>
      </w:r>
    </w:p>
    <w:p>
      <w:pPr>
        <w:jc w:val="right"/>
      </w:pPr>
      <w:r>
        <w:t>چارم ختم ہو گیا۔</w:t>
      </w:r>
    </w:p>
    <w:p>
      <w:r>
        <w:rPr>
          <w:b/>
        </w:rPr>
        <w:t xml:space="preserve">[14:02] </w:t>
      </w:r>
      <w:r>
        <w:t>to shaitan ne bohat hi zyada intelligent hai, bohat hi zyada.</w:t>
      </w:r>
    </w:p>
    <w:p>
      <w:pPr>
        <w:jc w:val="right"/>
      </w:pPr>
      <w:r>
        <w:t>تو شیطان نے بہت ہی زیادہ انٹیلیجنٹ ہے، بہت ہی زیادہ۔</w:t>
      </w:r>
    </w:p>
    <w:p>
      <w:r>
        <w:rPr>
          <w:b/>
        </w:rPr>
        <w:t xml:space="preserve">[14:08] </w:t>
      </w:r>
      <w:r>
        <w:t>to is ne kiya kiya? science mein do shobay kara liye is ne.</w:t>
      </w:r>
    </w:p>
    <w:p>
      <w:pPr>
        <w:jc w:val="right"/>
      </w:pPr>
      <w:r>
        <w:t>تو اس نے کیا کیا؟ سائنس میں دو شعبے کرا لیے اس نے۔</w:t>
      </w:r>
    </w:p>
    <w:p>
      <w:r>
        <w:rPr>
          <w:b/>
        </w:rPr>
        <w:t xml:space="preserve">[14:14] </w:t>
      </w:r>
      <w:r>
        <w:t>aik pure science aur aik hai applied science.</w:t>
      </w:r>
    </w:p>
    <w:p>
      <w:pPr>
        <w:jc w:val="right"/>
      </w:pPr>
      <w:r>
        <w:t>ایک پیور سائنس اور ایک ہے اپلائیڈ سائنس۔</w:t>
      </w:r>
    </w:p>
    <w:p>
      <w:r>
        <w:rPr>
          <w:b/>
        </w:rPr>
        <w:t xml:space="preserve">[14:20] </w:t>
      </w:r>
      <w:r>
        <w:t>yani science mein jo technology thi, science kiya hai? science naam hai nature ki study ka.</w:t>
      </w:r>
    </w:p>
    <w:p>
      <w:pPr>
        <w:jc w:val="right"/>
      </w:pPr>
      <w:r>
        <w:t>یعنی سائنس میں جو ٹیکنالوجی تھی، سائنس کیا ہے؟ سائنس نام ہے نیچر کی اسٹڈی کا۔</w:t>
      </w:r>
    </w:p>
    <w:p>
      <w:r>
        <w:rPr>
          <w:b/>
        </w:rPr>
        <w:t xml:space="preserve">[14:25] </w:t>
      </w:r>
      <w:r>
        <w:t>nature ki study ka.</w:t>
      </w:r>
    </w:p>
    <w:p>
      <w:pPr>
        <w:jc w:val="right"/>
      </w:pPr>
      <w:r>
        <w:t>نیچر کی اسٹڈی کا۔</w:t>
      </w:r>
    </w:p>
    <w:p>
      <w:r>
        <w:rPr>
          <w:b/>
        </w:rPr>
        <w:t xml:space="preserve">[14:30] </w:t>
      </w:r>
      <w:r>
        <w:t>to jab nature ki study kiya science danon ne to is mein kuch cheezein niklein jo theory bani</w:t>
      </w:r>
    </w:p>
    <w:p>
      <w:pPr>
        <w:jc w:val="right"/>
      </w:pPr>
      <w:r>
        <w:t>تو جب نیچر کی اسٹڈی کیا سائنس دانوں نے تو اس میں کچھ چیزیں نکلیں جو تھیوری بنی</w:t>
      </w:r>
    </w:p>
    <w:p>
      <w:r>
        <w:rPr>
          <w:b/>
        </w:rPr>
        <w:t xml:space="preserve">[14:35] </w:t>
      </w:r>
      <w:r>
        <w:t>jise big bang.</w:t>
      </w:r>
    </w:p>
    <w:p>
      <w:pPr>
        <w:jc w:val="right"/>
      </w:pPr>
      <w:r>
        <w:t>جسے بگ بینگ۔</w:t>
      </w:r>
    </w:p>
    <w:p>
      <w:r>
        <w:rPr>
          <w:b/>
        </w:rPr>
        <w:t xml:space="preserve">[14:40] </w:t>
      </w:r>
      <w:r>
        <w:t>big bang aik theory hai.</w:t>
      </w:r>
    </w:p>
    <w:p>
      <w:pPr>
        <w:jc w:val="right"/>
      </w:pPr>
      <w:r>
        <w:t>بگ بینگ ایک تھیوری ہے۔</w:t>
      </w:r>
    </w:p>
    <w:p>
      <w:r>
        <w:rPr>
          <w:b/>
        </w:rPr>
        <w:t xml:space="preserve">[14:45] </w:t>
      </w:r>
      <w:r>
        <w:t>expanding universe aik theory hai.</w:t>
      </w:r>
    </w:p>
    <w:p>
      <w:pPr>
        <w:jc w:val="right"/>
      </w:pPr>
      <w:r>
        <w:t>ایکسپینڈنگ یونیورس ایک تھیوری ہے۔</w:t>
      </w:r>
    </w:p>
    <w:p>
      <w:r>
        <w:rPr>
          <w:b/>
        </w:rPr>
        <w:t xml:space="preserve">[14:51] </w:t>
      </w:r>
      <w:r>
        <w:t>aur bhi bohat si cheezein.</w:t>
      </w:r>
    </w:p>
    <w:p>
      <w:pPr>
        <w:jc w:val="right"/>
      </w:pPr>
      <w:r>
        <w:t>اور بھی بہت سی چیزیں۔</w:t>
      </w:r>
    </w:p>
    <w:p>
      <w:r>
        <w:rPr>
          <w:b/>
        </w:rPr>
        <w:t xml:space="preserve">[14:57] </w:t>
      </w:r>
      <w:r>
        <w:t>to aik bani critical science jis ko kehte hain pure science.</w:t>
      </w:r>
    </w:p>
    <w:p>
      <w:pPr>
        <w:jc w:val="right"/>
      </w:pPr>
      <w:r>
        <w:t>تو ایک بنی کریٹیکل سائنس جس کو کہتے ہیں پیور سائنس۔</w:t>
      </w:r>
    </w:p>
    <w:p>
      <w:r>
        <w:rPr>
          <w:b/>
        </w:rPr>
        <w:t xml:space="preserve">[15:03] </w:t>
      </w:r>
      <w:r>
        <w:t>aur aik isi mein se nikli practical science.</w:t>
      </w:r>
    </w:p>
    <w:p>
      <w:pPr>
        <w:jc w:val="right"/>
      </w:pPr>
      <w:r>
        <w:t>اور ایک اسی میں سے نکلی پریکٹیکل سائنس۔</w:t>
      </w:r>
    </w:p>
    <w:p>
      <w:r>
        <w:rPr>
          <w:b/>
        </w:rPr>
        <w:t xml:space="preserve">[15:09] </w:t>
      </w:r>
      <w:r>
        <w:t>yani woh science ka woh hissa jis ko hum technology kehte hain jise hum hawa jahaz banate hain,</w:t>
      </w:r>
    </w:p>
    <w:p>
      <w:pPr>
        <w:jc w:val="right"/>
      </w:pPr>
      <w:r>
        <w:t>یعنی وہ سائنس کا وہ حصہ جس کو ہم ٹیکنالوجی کہتے ہیں جسے ہم ہوا جہاز بناتے ہیں،</w:t>
      </w:r>
    </w:p>
    <w:p>
      <w:r>
        <w:rPr>
          <w:b/>
        </w:rPr>
        <w:t xml:space="preserve">[15:15] </w:t>
      </w:r>
      <w:r>
        <w:t>motor car banate hain, computer banate hain.</w:t>
      </w:r>
    </w:p>
    <w:p>
      <w:pPr>
        <w:jc w:val="right"/>
      </w:pPr>
      <w:r>
        <w:t>موٹر کار بناتے ہیں، کمپیوٹر بناتے ہیں۔</w:t>
      </w:r>
    </w:p>
    <w:p>
      <w:r>
        <w:rPr>
          <w:b/>
        </w:rPr>
        <w:t xml:space="preserve">[15:21] </w:t>
      </w:r>
      <w:r>
        <w:t>to jo critical science hai is mein to koi shaitan ka moqa nahi tha.</w:t>
      </w:r>
    </w:p>
    <w:p>
      <w:pPr>
        <w:jc w:val="right"/>
      </w:pPr>
      <w:r>
        <w:t>تو جو کریٹیکل سائنس ہے اس میں تو کوئی شیطان کا موقع نہیں تھا۔</w:t>
      </w:r>
    </w:p>
    <w:p>
      <w:r>
        <w:rPr>
          <w:b/>
        </w:rPr>
        <w:t xml:space="preserve">[15:27] </w:t>
      </w:r>
      <w:r>
        <w:t>ise to Allah rab ul alameen sabit ho raha tha.</w:t>
      </w:r>
    </w:p>
    <w:p>
      <w:pPr>
        <w:jc w:val="right"/>
      </w:pPr>
      <w:r>
        <w:t>اسے تو اللہ رب العالمین ثابت ہو رہا تھا۔</w:t>
      </w:r>
    </w:p>
    <w:p>
      <w:r>
        <w:rPr>
          <w:b/>
        </w:rPr>
        <w:t xml:space="preserve">[15:33] </w:t>
      </w:r>
      <w:r>
        <w:t>critical science se rab us samawat waazeh sabit ho raha tha.</w:t>
      </w:r>
    </w:p>
    <w:p>
      <w:pPr>
        <w:jc w:val="right"/>
      </w:pPr>
      <w:r>
        <w:t>کریٹیکل سائنس سے رب السماوات وضح ثابت ہو رہا تھا۔</w:t>
      </w:r>
    </w:p>
    <w:p>
      <w:r>
        <w:rPr>
          <w:b/>
        </w:rPr>
        <w:t xml:space="preserve">[15:40] </w:t>
      </w:r>
      <w:r>
        <w:t>to is ne kiya kiya? divert kar diya logon ko critical science ki taraf ke car banao, hawa</w:t>
      </w:r>
    </w:p>
    <w:p>
      <w:pPr>
        <w:jc w:val="right"/>
      </w:pPr>
      <w:r>
        <w:t>تو اس نے کیا کیا؟ ڈائیورٹ کر دیا لوگوں کو کریٹیکل سائنس کی طرف کہ کار بناؤ، ہوا</w:t>
      </w:r>
    </w:p>
    <w:p>
      <w:r>
        <w:rPr>
          <w:b/>
        </w:rPr>
        <w:t xml:space="preserve">[15:46] </w:t>
      </w:r>
      <w:r>
        <w:t>jahaz banao, computer banao aur becho, khoob becho, khoob paisa kamao.</w:t>
      </w:r>
    </w:p>
    <w:p>
      <w:pPr>
        <w:jc w:val="right"/>
      </w:pPr>
      <w:r>
        <w:t>جہاز بناؤ، کمپیوٹر بناؤ اور بیچو، خوب بیچو، خوب پیسہ کماؤ۔</w:t>
      </w:r>
    </w:p>
    <w:p>
      <w:r>
        <w:rPr>
          <w:b/>
        </w:rPr>
        <w:t xml:space="preserve">[15:53] </w:t>
      </w:r>
      <w:r>
        <w:t>to saare hi nojawan hamare, saare hi nojawan hamare lage parhne technical science.</w:t>
      </w:r>
    </w:p>
    <w:p>
      <w:pPr>
        <w:jc w:val="right"/>
      </w:pPr>
      <w:r>
        <w:t>تو سارے ہی نوجوان ہمارے، سارے ہی نوجوان ہمارے لگے پڑھنے ٹیکنیکل سائنس۔</w:t>
      </w:r>
    </w:p>
    <w:p>
      <w:r>
        <w:rPr>
          <w:b/>
        </w:rPr>
        <w:t xml:space="preserve">[16:03] </w:t>
      </w:r>
      <w:r>
        <w:t>yani woh MBA parhte hain, woh engineering parhte hain, woh software engineering parhte hain.</w:t>
      </w:r>
    </w:p>
    <w:p>
      <w:pPr>
        <w:jc w:val="right"/>
      </w:pPr>
      <w:r>
        <w:t>یعنی وہ ایم بی اے پڑھتے ہیں، وہ انجینئرنگ پڑھتے ہیں، وہ سافٹ انجینئرنگ پڑھتے ہیں۔</w:t>
      </w:r>
    </w:p>
    <w:p>
      <w:r>
        <w:rPr>
          <w:b/>
        </w:rPr>
        <w:t xml:space="preserve">[16:13] </w:t>
      </w:r>
      <w:r>
        <w:t>yani science ke woh shobay jis ka ta'alluq industry se hai, jis mein woh cheezein banai jati hain jis</w:t>
      </w:r>
    </w:p>
    <w:p>
      <w:pPr>
        <w:jc w:val="right"/>
      </w:pPr>
      <w:r>
        <w:t>یعنی سائنس کے وہ شعبے جس کا تعلق انڈسٹری سے ہے، جس میں وہ چیزیں بنائی جاتی ہیں جس</w:t>
      </w:r>
    </w:p>
    <w:p>
      <w:r>
        <w:rPr>
          <w:b/>
        </w:rPr>
        <w:t xml:space="preserve">[16:24] </w:t>
      </w:r>
      <w:r>
        <w:t>ko becha jata hai, bill cutting hoti hai, paisa milta hai, is ko alag kar diya.</w:t>
      </w:r>
    </w:p>
    <w:p>
      <w:pPr>
        <w:jc w:val="right"/>
      </w:pPr>
      <w:r>
        <w:t>کو بیچا جاتا ہے، بل کٹنگ ہوتی ہے، پیسہ ملتا ہے، اس کو الگ کر دیا۔</w:t>
      </w:r>
    </w:p>
    <w:p>
      <w:r>
        <w:rPr>
          <w:b/>
        </w:rPr>
        <w:t xml:space="preserve">[16:28] </w:t>
      </w:r>
      <w:r>
        <w:t>ab saare log tod rahe hain, wohi cheezein parh rahe hain.</w:t>
      </w:r>
    </w:p>
    <w:p>
      <w:pPr>
        <w:jc w:val="right"/>
      </w:pPr>
      <w:r>
        <w:t>اب سارے لوگ توڑ رہے ہیں، وہی چیزیں پڑھ رہے ہیں۔</w:t>
      </w:r>
    </w:p>
    <w:p>
      <w:r>
        <w:rPr>
          <w:b/>
        </w:rPr>
        <w:t xml:space="preserve">[16:32] </w:t>
      </w:r>
      <w:r>
        <w:t>wohi cheezein parh rahe hain jis se is in shobon mein in ko services milein, job mile aur</w:t>
      </w:r>
    </w:p>
    <w:p>
      <w:pPr>
        <w:jc w:val="right"/>
      </w:pPr>
      <w:r>
        <w:t>وہی چیزیں پڑھ رہے ہیں جس سے اس ان شعبوں میں ان کو سروسز ملیں، جاب ملے اور</w:t>
      </w:r>
    </w:p>
    <w:p>
      <w:r>
        <w:rPr>
          <w:b/>
        </w:rPr>
        <w:t xml:space="preserve">[16:37] </w:t>
      </w:r>
      <w:r>
        <w:t>khoob paisa kamayein.</w:t>
      </w:r>
    </w:p>
    <w:p>
      <w:pPr>
        <w:jc w:val="right"/>
      </w:pPr>
      <w:r>
        <w:t>خوب پیسہ کمائیں۔</w:t>
      </w:r>
    </w:p>
    <w:p>
      <w:r>
        <w:rPr>
          <w:b/>
        </w:rPr>
        <w:t xml:space="preserve">[16:41] </w:t>
      </w:r>
      <w:r>
        <w:t>to material char wala ek science ban gaya.</w:t>
      </w:r>
    </w:p>
    <w:p>
      <w:pPr>
        <w:jc w:val="right"/>
      </w:pPr>
      <w:r>
        <w:t>تو مٹیریل چار والا ایک سائنس بن گیا۔</w:t>
      </w:r>
    </w:p>
    <w:p>
      <w:r>
        <w:rPr>
          <w:b/>
        </w:rPr>
        <w:t xml:space="preserve">[16:46] </w:t>
      </w:r>
      <w:r>
        <w:t>ek shoba material char.</w:t>
      </w:r>
    </w:p>
    <w:p>
      <w:pPr>
        <w:jc w:val="right"/>
      </w:pPr>
      <w:r>
        <w:t>ایک شعبہ مٹیریل چار۔</w:t>
      </w:r>
    </w:p>
    <w:p>
      <w:r>
        <w:rPr>
          <w:b/>
        </w:rPr>
        <w:t xml:space="preserve">[16:50] </w:t>
      </w:r>
      <w:r>
        <w:t>aur ek ban gaya critical jis mein</w:t>
      </w:r>
    </w:p>
    <w:p>
      <w:pPr>
        <w:jc w:val="right"/>
      </w:pPr>
      <w:r>
        <w:t>اور ایک بن گیا کریٹیکل جس میں</w:t>
      </w:r>
    </w:p>
    <w:p>
      <w:r>
        <w:rPr>
          <w:b/>
        </w:rPr>
        <w:t xml:space="preserve">[16:54] </w:t>
      </w:r>
      <w:r>
        <w:t>pehlu tha.</w:t>
      </w:r>
    </w:p>
    <w:p>
      <w:pPr>
        <w:jc w:val="right"/>
      </w:pPr>
      <w:r>
        <w:t>پہلو تھا۔</w:t>
      </w:r>
    </w:p>
    <w:p>
      <w:r>
        <w:rPr>
          <w:b/>
        </w:rPr>
        <w:t xml:space="preserve">[17:00] </w:t>
      </w:r>
      <w:r>
        <w:t>to yeh is zamane ka jo, is zamane ka jo woh hai, is zamane ka jo fitna hai,</w:t>
      </w:r>
    </w:p>
    <w:p>
      <w:pPr>
        <w:jc w:val="right"/>
      </w:pPr>
      <w:r>
        <w:t>تو یہ اس زمانے کا جو، اس زمانے کا جو وہ ہے، اس زمانے کا جو فتنہ ہے،</w:t>
      </w:r>
    </w:p>
    <w:p>
      <w:r>
        <w:rPr>
          <w:b/>
        </w:rPr>
        <w:t xml:space="preserve">[17:06] </w:t>
      </w:r>
      <w:r>
        <w:t>is zamane ka fitna nature worship nahi hai.</w:t>
      </w:r>
    </w:p>
    <w:p>
      <w:pPr>
        <w:jc w:val="right"/>
      </w:pPr>
      <w:r>
        <w:t>اس زمانے کا فتنہ نیچر ورشپ نہیں ہے۔</w:t>
      </w:r>
    </w:p>
    <w:p>
      <w:r>
        <w:rPr>
          <w:b/>
        </w:rPr>
        <w:t xml:space="preserve">[17:12] </w:t>
      </w:r>
      <w:r>
        <w:t>jo Hazrat Ibrahim ne farmaya tha ke rabana kathira.</w:t>
      </w:r>
    </w:p>
    <w:p>
      <w:pPr>
        <w:jc w:val="right"/>
      </w:pPr>
      <w:r>
        <w:t>جو حضرت ابراہیم نے فرمایا تھا کہ ربنا کثیرا۔</w:t>
      </w:r>
    </w:p>
    <w:p>
      <w:r>
        <w:rPr>
          <w:b/>
        </w:rPr>
        <w:t xml:space="preserve">[17:18] </w:t>
      </w:r>
      <w:r>
        <w:t>yeh qadeem zamane ka fitna tha. Rabana</w:t>
      </w:r>
    </w:p>
    <w:p>
      <w:pPr>
        <w:jc w:val="right"/>
      </w:pPr>
      <w:r>
        <w:t>یہ قدیم زمانے کا فتنہ تھا۔ ربنا</w:t>
      </w:r>
    </w:p>
    <w:p>
      <w:r>
        <w:rPr>
          <w:b/>
        </w:rPr>
        <w:t xml:space="preserve">[17:24] </w:t>
      </w:r>
      <w:r>
        <w:t>kathira.</w:t>
      </w:r>
    </w:p>
    <w:p>
      <w:pPr>
        <w:jc w:val="right"/>
      </w:pPr>
      <w:r>
        <w:t>کثیرا۔</w:t>
      </w:r>
    </w:p>
    <w:p>
      <w:r>
        <w:rPr>
          <w:b/>
        </w:rPr>
        <w:t xml:space="preserve">[17:32] </w:t>
      </w:r>
      <w:r>
        <w:t>unhon ne suraj aur chand ke bare mein kaha tha, sitaron ke bare mein kaha tha rabana kathira</w:t>
      </w:r>
    </w:p>
    <w:p>
      <w:pPr>
        <w:jc w:val="right"/>
      </w:pPr>
      <w:r>
        <w:t>انہوں نے سورج اور چاند کے بارے میں کہا تھا، ستاروں کے بارے میں کہا تھا ربنا کثیرا</w:t>
      </w:r>
    </w:p>
    <w:p>
      <w:r>
        <w:rPr>
          <w:b/>
        </w:rPr>
        <w:t xml:space="preserve">[17:40] </w:t>
      </w:r>
      <w:r>
        <w:t>ke unhon ne insan ko yeh dhoka diya ke yeh jo tumhare Khuda hain, yeh un ke andar divinity hai.</w:t>
      </w:r>
    </w:p>
    <w:p>
      <w:pPr>
        <w:jc w:val="right"/>
      </w:pPr>
      <w:r>
        <w:t>کہ انہوں نے انسان کو یہ دھوکہ دیا کہ یہ جو تمہارے خدا ہیں، یہ ان کے اندر ڈیوینٹی ہے۔</w:t>
      </w:r>
    </w:p>
    <w:p>
      <w:r>
        <w:rPr>
          <w:b/>
        </w:rPr>
        <w:t xml:space="preserve">[17:48] </w:t>
      </w:r>
      <w:r>
        <w:t>phir scientific ke zariye se Allah taala ne is ko is ki</w:t>
      </w:r>
    </w:p>
    <w:p>
      <w:pPr>
        <w:jc w:val="right"/>
      </w:pPr>
      <w:r>
        <w:t>پھر سائنسی کے ذریعے سے اللہ تعالی نے اس کو اس کی</w:t>
      </w:r>
    </w:p>
    <w:p>
      <w:r>
        <w:rPr>
          <w:b/>
        </w:rPr>
        <w:t xml:space="preserve">[17:55] </w:t>
      </w:r>
      <w:r>
        <w:t>telling kar diya ke suraj, chand, sitare mein divinity nahi hai.</w:t>
      </w:r>
    </w:p>
    <w:p>
      <w:pPr>
        <w:jc w:val="right"/>
      </w:pPr>
      <w:r>
        <w:t>ٹیلنگ کر دیا کہ سورج، چاند، ستارے میں ڈیوینٹی نہیں ہے۔</w:t>
      </w:r>
    </w:p>
    <w:p>
      <w:r>
        <w:rPr>
          <w:b/>
        </w:rPr>
        <w:t xml:space="preserve">[18:01] </w:t>
      </w:r>
      <w:r>
        <w:t>woh to aise hi hain, pathar hain.</w:t>
      </w:r>
    </w:p>
    <w:p>
      <w:pPr>
        <w:jc w:val="right"/>
      </w:pPr>
      <w:r>
        <w:t>وہ تو ایسے ہی ہیں، پتھر ہیں۔</w:t>
      </w:r>
    </w:p>
    <w:p>
      <w:r>
        <w:rPr>
          <w:b/>
        </w:rPr>
        <w:t xml:space="preserve">[18:06] </w:t>
      </w:r>
      <w:r>
        <w:t>to is se nature worship ka daur to khatam ho gaya.</w:t>
      </w:r>
    </w:p>
    <w:p>
      <w:pPr>
        <w:jc w:val="right"/>
      </w:pPr>
      <w:r>
        <w:t>تو اس سے نیچر ورشپ کا دور تو ختم ہو گیا۔</w:t>
      </w:r>
    </w:p>
    <w:p>
      <w:r>
        <w:rPr>
          <w:b/>
        </w:rPr>
        <w:t xml:space="preserve">[18:11] </w:t>
      </w:r>
      <w:r>
        <w:t>is ke liye koi scientific base baqi nahi rahi.</w:t>
      </w:r>
    </w:p>
    <w:p>
      <w:pPr>
        <w:jc w:val="right"/>
      </w:pPr>
      <w:r>
        <w:t>اس کے لیے کوئی سائنٹیفک بیس باقی نہیں رہی۔</w:t>
      </w:r>
    </w:p>
    <w:p>
      <w:r>
        <w:rPr>
          <w:b/>
        </w:rPr>
        <w:t xml:space="preserve">[18:16] </w:t>
      </w:r>
      <w:r>
        <w:t>ab shaitan ne yeh kiya ke ke science se do shobe bana diye.</w:t>
      </w:r>
    </w:p>
    <w:p>
      <w:pPr>
        <w:jc w:val="right"/>
      </w:pPr>
      <w:r>
        <w:t>اب شیطان نے یہ کیا کہ کہ سائنس سے دو شعبے بنا دیے۔</w:t>
      </w:r>
    </w:p>
    <w:p>
      <w:r>
        <w:rPr>
          <w:b/>
        </w:rPr>
        <w:t xml:space="preserve">[18:21] </w:t>
      </w:r>
      <w:r>
        <w:t>ek woh material shoba jis mein kamai hoti hai, khoob</w:t>
      </w:r>
    </w:p>
    <w:p>
      <w:pPr>
        <w:jc w:val="right"/>
      </w:pPr>
      <w:r>
        <w:t>ایک وہ مٹیریل شعبہ جس میں کمائی ہوتی ہے، خوب</w:t>
      </w:r>
    </w:p>
    <w:p>
      <w:r>
        <w:rPr>
          <w:b/>
        </w:rPr>
        <w:t xml:space="preserve">[18:26] </w:t>
      </w:r>
      <w:r>
        <w:t>zyada se zyada dollar milte hain.</w:t>
      </w:r>
    </w:p>
    <w:p>
      <w:pPr>
        <w:jc w:val="right"/>
      </w:pPr>
      <w:r>
        <w:t>زیادہ سے زیادہ ڈالر ملتے ہیں۔</w:t>
      </w:r>
    </w:p>
    <w:p>
      <w:r>
        <w:rPr>
          <w:b/>
        </w:rPr>
        <w:t xml:space="preserve">[18:32] </w:t>
      </w:r>
      <w:r>
        <w:t>aur is ko khoob khoob barhaya, khoob khoob barhaya.</w:t>
      </w:r>
    </w:p>
    <w:p>
      <w:pPr>
        <w:jc w:val="right"/>
      </w:pPr>
      <w:r>
        <w:t>اور اس کو خوب خوب بڑھایا، خوب خوب بڑھایا۔</w:t>
      </w:r>
    </w:p>
    <w:p>
      <w:r>
        <w:rPr>
          <w:b/>
        </w:rPr>
        <w:t xml:space="preserve">[18:38] </w:t>
      </w:r>
      <w:r>
        <w:t>sari library, sari university, sare idare isi ki taraf aap ko daura rahe hain.</w:t>
      </w:r>
    </w:p>
    <w:p>
      <w:pPr>
        <w:jc w:val="right"/>
      </w:pPr>
      <w:r>
        <w:t>ساری لائبریری، ساری یونیورسٹی، سارے ادارے اسی کی طرف آپ کو دوڑا رہے ہیں۔</w:t>
      </w:r>
    </w:p>
    <w:p>
      <w:r>
        <w:rPr>
          <w:b/>
        </w:rPr>
        <w:t xml:space="preserve">[18:44] </w:t>
      </w:r>
      <w:r>
        <w:t>to woh is ka, is ka center account hai, maghrib hai. Maghrib west.</w:t>
      </w:r>
    </w:p>
    <w:p>
      <w:pPr>
        <w:jc w:val="right"/>
      </w:pPr>
      <w:r>
        <w:t>تو وہ اس کا، اس کا سینٹر اکاؤنٹ ہے، مغرب ہے۔ مغرب ویسٹ۔</w:t>
      </w:r>
    </w:p>
    <w:p>
      <w:r>
        <w:rPr>
          <w:b/>
        </w:rPr>
        <w:t xml:space="preserve">[18:50] </w:t>
      </w:r>
      <w:r>
        <w:t>to sare log jo hain east se west bhaag rahe hain.</w:t>
      </w:r>
    </w:p>
    <w:p>
      <w:pPr>
        <w:jc w:val="right"/>
      </w:pPr>
      <w:r>
        <w:t>تو سارے لوگ جو ہیں ایسٹ سے ویسٹ بھاگ رہے ہیں۔</w:t>
      </w:r>
    </w:p>
    <w:p>
      <w:r>
        <w:rPr>
          <w:b/>
        </w:rPr>
        <w:t xml:space="preserve">[18:56] </w:t>
      </w:r>
      <w:r>
        <w:t>yeh jo Asia, Africa aur yeh jo East Eastern World jo jo kaha jata hai. To Eastern World aap jante hain ke yeh to backward world hai. Yahan par to industry itna ki taraqqi nahi hui hai. Bade bade job nahi milte yahan par. Sare bade bade job milte hain West mein. To exodus</w:t>
      </w:r>
    </w:p>
    <w:p>
      <w:pPr>
        <w:jc w:val="right"/>
      </w:pPr>
      <w:r>
        <w:t>یہ جو ایشیا، افریقہ اور یہ جو ایسٹ ایسٹرن ورلڈ جو جو کہا جاتا ہے۔ تو ایسٹرن ورلڈ آپ جانتے ہیں کہ یہ تو بیکور ورلڈ ہے۔ یہاں پر تو انڈسٹری اتنا کی ترقی نہیں ہوئی ہے۔ بڑے بڑے جاب نہیں ملتے یہاں پر۔ سارے بڑے بڑے جاب ملتے ہیں ویسٹ میں۔ تو ایکسوڈ</w:t>
      </w:r>
    </w:p>
    <w:p>
      <w:r>
        <w:rPr>
          <w:b/>
        </w:rPr>
        <w:t xml:space="preserve">[19:26] </w:t>
      </w:r>
      <w:r>
        <w:t>s ek hai, exodus east se west ki taraf. ya brain drain ek hai. Brain drain hai east se west ki taraf. To aap dekhein shaitan ne aap ki naslon ko, aap ke naujawanon ko pakad liya hai, cash theming aur wahan bhej raha hai jahan material world mein taraqqi karo. Material world mein paisa kamao, dollar kamao. Material world mein ghar ba</w:t>
      </w:r>
    </w:p>
    <w:p>
      <w:pPr>
        <w:jc w:val="right"/>
      </w:pPr>
      <w:r>
        <w:t>س ایک ہے، ایکسوڈس ایسٹ سے ویسٹ کی طرف۔ یا برین ڈرین ایک ہے۔ برین ڈرین ہے ایسٹ سے ویسٹ کی طرف۔ تو آپ دیکھیں شیطان نے آپ کی نسلوں کو، آپ کے نوجوانوں کو پکڑ لیا ہے، کیش دمینگ اور وہاں بھیج رہا ہے جہاں مٹیریل ورلڈ میں ترقی کرو۔ مٹیریل ورلڈ میں پیسہ کماؤ، ڈالر کماؤ۔ مٹیریل ورلڈ میں گھر ب</w:t>
      </w:r>
    </w:p>
    <w:p>
      <w:r>
        <w:rPr>
          <w:b/>
        </w:rPr>
        <w:t xml:space="preserve">[19:56] </w:t>
      </w:r>
      <w:r>
        <w:t>now.</w:t>
      </w:r>
    </w:p>
    <w:p>
      <w:pPr>
        <w:jc w:val="right"/>
      </w:pPr>
      <w:r>
        <w:t>ناؤ۔</w:t>
      </w:r>
    </w:p>
    <w:p>
      <w:r>
        <w:rPr>
          <w:b/>
        </w:rPr>
        <w:t xml:space="preserve">[20:00] </w:t>
      </w:r>
      <w:r>
        <w:t>material world mein apne bachon ko khoob taraqqi dilwao.</w:t>
      </w:r>
    </w:p>
    <w:p>
      <w:pPr>
        <w:jc w:val="right"/>
      </w:pPr>
      <w:r>
        <w:t>مٹیریل ورلڈ میں اپنے بچوں کو خوب ترقی دلواؤ۔</w:t>
      </w:r>
    </w:p>
    <w:p>
      <w:r>
        <w:rPr>
          <w:b/>
        </w:rPr>
        <w:t xml:space="preserve">[20:04] </w:t>
      </w:r>
      <w:r>
        <w:t>material world mein apnay bachon ko settle karo.</w:t>
      </w:r>
    </w:p>
    <w:p>
      <w:pPr>
        <w:jc w:val="right"/>
      </w:pPr>
      <w:r>
        <w:t>مٹیریل ورلڈ میں اپنے بچوں کو سیٹل کرو۔</w:t>
      </w:r>
    </w:p>
    <w:p>
      <w:r>
        <w:rPr>
          <w:b/>
        </w:rPr>
        <w:t xml:space="preserve">[20:08] </w:t>
      </w:r>
      <w:r>
        <w:t>yeh yeh yeh daal diya sab ko.</w:t>
      </w:r>
    </w:p>
    <w:p>
      <w:pPr>
        <w:jc w:val="right"/>
      </w:pPr>
      <w:r>
        <w:t>یہ یہ یہ ڈال دیا سب کو۔</w:t>
      </w:r>
    </w:p>
    <w:p>
      <w:r>
        <w:rPr>
          <w:b/>
        </w:rPr>
        <w:t xml:space="preserve">[20:12] </w:t>
      </w:r>
      <w:r>
        <w:t>toh yeh hai ke log ek aag niklegi.</w:t>
      </w:r>
    </w:p>
    <w:p>
      <w:pPr>
        <w:jc w:val="right"/>
      </w:pPr>
      <w:r>
        <w:t>تو یہ ہے کہ لوگ ایک آگ نکلے گی۔</w:t>
      </w:r>
    </w:p>
    <w:p>
      <w:r>
        <w:rPr>
          <w:b/>
        </w:rPr>
        <w:t xml:space="preserve">[20:16] </w:t>
      </w:r>
      <w:r>
        <w:t>aag ka matlab yeh nahi ke sach much fire.</w:t>
      </w:r>
    </w:p>
    <w:p>
      <w:pPr>
        <w:jc w:val="right"/>
      </w:pPr>
      <w:r>
        <w:t>آگ کا معنی یہ نہیں کہ سچ مچ فائر۔</w:t>
      </w:r>
    </w:p>
    <w:p>
      <w:r>
        <w:rPr>
          <w:b/>
        </w:rPr>
        <w:t xml:space="preserve">[20:19] </w:t>
      </w:r>
      <w:r>
        <w:t>aag ka matlab fire nahi hai.</w:t>
      </w:r>
    </w:p>
    <w:p>
      <w:pPr>
        <w:jc w:val="right"/>
      </w:pPr>
      <w:r>
        <w:t>آگ کا معنی فائر نہیں ہے۔</w:t>
      </w:r>
    </w:p>
    <w:p>
      <w:r>
        <w:rPr>
          <w:b/>
        </w:rPr>
        <w:t xml:space="preserve">[20:23] </w:t>
      </w:r>
      <w:r>
        <w:t>aag ka matlab material fire. material charm. yahan jo</w:t>
      </w:r>
    </w:p>
    <w:p>
      <w:pPr>
        <w:jc w:val="right"/>
      </w:pPr>
      <w:r>
        <w:t>آگ کا معنی مٹیریل فائر۔ مٹیریل چارم۔ یہاں جو</w:t>
      </w:r>
    </w:p>
    <w:p>
      <w:r>
        <w:rPr>
          <w:b/>
        </w:rPr>
        <w:t xml:space="preserve">[20:27] </w:t>
      </w:r>
      <w:r>
        <w:t>aag niklegi is se matlab yeh mat samjhiye ke fire niklega.</w:t>
      </w:r>
    </w:p>
    <w:p>
      <w:pPr>
        <w:jc w:val="right"/>
      </w:pPr>
      <w:r>
        <w:t>آگ نکلے گی اس سے مطلب یہ مت سمجھیے کہ فائر نکلے گا۔</w:t>
      </w:r>
    </w:p>
    <w:p>
      <w:r>
        <w:rPr>
          <w:b/>
        </w:rPr>
        <w:t xml:space="preserve">[20:32] </w:t>
      </w:r>
      <w:r>
        <w:t>log yahi samajhte rahe ke fire niklega.</w:t>
      </w:r>
    </w:p>
    <w:p>
      <w:pPr>
        <w:jc w:val="right"/>
      </w:pPr>
      <w:r>
        <w:t>لوگ یہی سمجھتے رہے کہ فائر نکلے گی۔</w:t>
      </w:r>
    </w:p>
    <w:p>
      <w:r>
        <w:rPr>
          <w:b/>
        </w:rPr>
        <w:t xml:space="preserve">[20:37] </w:t>
      </w:r>
      <w:r>
        <w:t>hazaron saal se yahi samajhte rahe log ke fire niklega.</w:t>
      </w:r>
    </w:p>
    <w:p>
      <w:pPr>
        <w:jc w:val="right"/>
      </w:pPr>
      <w:r>
        <w:t>ہزاروں سال سے یہی سمجھتے رہے لوگ کہ فائر نکلے گی۔</w:t>
      </w:r>
    </w:p>
    <w:p>
      <w:r>
        <w:rPr>
          <w:b/>
        </w:rPr>
        <w:t xml:space="preserve">[20:42] </w:t>
      </w:r>
      <w:r>
        <w:t>hargiz hargiz hargiz nahi, is ka behtareen nahi hai.</w:t>
      </w:r>
    </w:p>
    <w:p>
      <w:pPr>
        <w:jc w:val="right"/>
      </w:pPr>
      <w:r>
        <w:t>ہرگز ہرگز ہرگز نہیں، اس کا بہترین نہیں ہے۔</w:t>
      </w:r>
    </w:p>
    <w:p>
      <w:r>
        <w:rPr>
          <w:b/>
        </w:rPr>
        <w:t xml:space="preserve">[20:47] </w:t>
      </w:r>
      <w:r>
        <w:t>ek material jis ko kehte hain dehati dawam mein hoor.</w:t>
      </w:r>
    </w:p>
    <w:p>
      <w:pPr>
        <w:jc w:val="right"/>
      </w:pPr>
      <w:r>
        <w:t>ایک مٹیریل جس کو کہتے ہیں دیہاتی دوام میں ہوڑ۔</w:t>
      </w:r>
    </w:p>
    <w:p>
      <w:r>
        <w:rPr>
          <w:b/>
        </w:rPr>
        <w:t xml:space="preserve">[20:53] </w:t>
      </w:r>
      <w:r>
        <w:t>hoor hoor matlab sab isi taraf</w:t>
      </w:r>
    </w:p>
    <w:p>
      <w:pPr>
        <w:jc w:val="right"/>
      </w:pPr>
      <w:r>
        <w:t>ہوڑ ہوڑ معنی سب اسی طرف</w:t>
      </w:r>
    </w:p>
    <w:p>
      <w:r>
        <w:rPr>
          <w:b/>
        </w:rPr>
        <w:t xml:space="preserve">[20:58] </w:t>
      </w:r>
      <w:r>
        <w:t>bhagein.</w:t>
      </w:r>
    </w:p>
    <w:p>
      <w:pPr>
        <w:jc w:val="right"/>
      </w:pPr>
      <w:r>
        <w:t>بھاگیں۔</w:t>
      </w:r>
    </w:p>
    <w:p>
      <w:r>
        <w:rPr>
          <w:b/>
        </w:rPr>
        <w:t xml:space="preserve">[21:04] </w:t>
      </w:r>
      <w:r>
        <w:t>material charm hoga, material hoor hoga, material.</w:t>
      </w:r>
    </w:p>
    <w:p>
      <w:pPr>
        <w:jc w:val="right"/>
      </w:pPr>
      <w:r>
        <w:t>مٹیریل چارم ہوگا، مٹیریل ہوڑ ہوگا، مٹیریل۔</w:t>
      </w:r>
    </w:p>
    <w:p>
      <w:r>
        <w:rPr>
          <w:b/>
        </w:rPr>
        <w:t xml:space="preserve">[21:10] </w:t>
      </w:r>
      <w:r>
        <w:t>toh is zamane ka aap dekhein toh jitne bhi idare hain, chahe university hon, library ho, jo bhi</w:t>
      </w:r>
    </w:p>
    <w:p>
      <w:pPr>
        <w:jc w:val="right"/>
      </w:pPr>
      <w:r>
        <w:t>تو اس زمانے کا آپ دیکھیں تو جتنے بھی ادارے ہیں، چاہے یونیورسٹی ہوں، لائبریری ہو، جو بھی</w:t>
      </w:r>
    </w:p>
    <w:p>
      <w:r>
        <w:rPr>
          <w:b/>
        </w:rPr>
        <w:t xml:space="preserve">[21:16] </w:t>
      </w:r>
      <w:r>
        <w:t>hai, safar hai.</w:t>
      </w:r>
    </w:p>
    <w:p>
      <w:pPr>
        <w:jc w:val="right"/>
      </w:pPr>
      <w:r>
        <w:t>ہے، سفر ہے۔</w:t>
      </w:r>
    </w:p>
    <w:p>
      <w:r>
        <w:rPr>
          <w:b/>
        </w:rPr>
        <w:t xml:space="preserve">[21:22] </w:t>
      </w:r>
      <w:r>
        <w:t>mein jab safar karta hoon toh dekhta hoon ke saare log baatein karte hain woh</w:t>
      </w:r>
    </w:p>
    <w:p>
      <w:pPr>
        <w:jc w:val="right"/>
      </w:pPr>
      <w:r>
        <w:t>میں جب سفر کرتا ہوں تو دیکھتا ہوں کہ سارے لوگ باتیں کرتے ہیں وہ</w:t>
      </w:r>
    </w:p>
    <w:p>
      <w:r>
        <w:rPr>
          <w:b/>
        </w:rPr>
        <w:t xml:space="preserve">[21:28] </w:t>
      </w:r>
      <w:r>
        <w:t>hi west ki ke west mein kaise taraqqi karein, woh apne bachhe ko kaise wahan settle karein, apni ladkiyon ko, apne ladkon ko kaise woh america bhejein. isi ki baatein karte hain. yeh aag. to aag ka matlab markaz fire nahi hai. balke hoor hai. hoor bada acha lafz hai hindi mein. mujhe nahi maloom ke is ke liye english english mein kya word</w:t>
      </w:r>
    </w:p>
    <w:p>
      <w:pPr>
        <w:jc w:val="right"/>
      </w:pPr>
      <w:r>
        <w:t>ی ویسٹ کی کہ ویسٹ میں کیسے ترقی کریں، وہ اپنے بچے کو کیسے وہاں سیٹل کریں، اپنی لڑکیوں کو، اپنے لڑکوں کو کیسے وہ امریکہ بھیجیں۔ اسی کی باتیں کرتے ہیں۔ یہ آگ۔ تو آگ کا مطلب مرکز فائر نہیں ہے۔ بلکہ ہوڑ ہے۔ ہوڑ بڑا اچھا لفظ ہے ہندی میں۔ مجھے نہیں معلوم کہ اس کے لیے انگلش انگلش میں کیا ورڈ</w:t>
      </w:r>
    </w:p>
    <w:p>
      <w:r>
        <w:rPr>
          <w:b/>
        </w:rPr>
        <w:t xml:space="preserve">[21:58] </w:t>
      </w:r>
      <w:r>
        <w:t>hoga.</w:t>
      </w:r>
    </w:p>
    <w:p>
      <w:pPr>
        <w:jc w:val="right"/>
      </w:pPr>
      <w:r>
        <w:t>ہوگا۔</w:t>
      </w:r>
    </w:p>
    <w:p>
      <w:r>
        <w:rPr>
          <w:b/>
        </w:rPr>
        <w:t xml:space="preserve">[22:01] </w:t>
      </w:r>
      <w:r>
        <w:t>koi sahib batayein toh batayein.</w:t>
      </w:r>
    </w:p>
    <w:p>
      <w:pPr>
        <w:jc w:val="right"/>
      </w:pPr>
      <w:r>
        <w:t>کوئی صاحب بتائیں تو بتائیں۔</w:t>
      </w:r>
    </w:p>
    <w:p>
      <w:r>
        <w:rPr>
          <w:b/>
        </w:rPr>
        <w:t xml:space="preserve">[22:05] </w:t>
      </w:r>
      <w:r>
        <w:t>abhi toh mere zehn mein hoor se acha koi lafz nahi hai.</w:t>
      </w:r>
    </w:p>
    <w:p>
      <w:pPr>
        <w:jc w:val="right"/>
      </w:pPr>
      <w:r>
        <w:t>ابھی تو میرے ذہن میں ہوڑ سے اچھا کوئی لفظ نہیں ہے۔</w:t>
      </w:r>
    </w:p>
    <w:p>
      <w:r>
        <w:rPr>
          <w:b/>
        </w:rPr>
        <w:t xml:space="preserve">[22:09] </w:t>
      </w:r>
      <w:r>
        <w:t>toh saare insanon ko qadeem zamane mein shaitan ne daudaya tha suraj parasti ki taraf, sitara parasti ki</w:t>
      </w:r>
    </w:p>
    <w:p>
      <w:pPr>
        <w:jc w:val="right"/>
      </w:pPr>
      <w:r>
        <w:t>تو سارے انسانوں کو قدیم زمانے میں شیطان نے دوڑایا تھا سورج پرستی کی طرف، ستارہ پرستی کی</w:t>
      </w:r>
    </w:p>
    <w:p>
      <w:r>
        <w:rPr>
          <w:b/>
        </w:rPr>
        <w:t xml:space="preserve">[22:13] </w:t>
      </w:r>
      <w:r>
        <w:t>taraf, chand parasti ki taraf.</w:t>
      </w:r>
    </w:p>
    <w:p>
      <w:pPr>
        <w:jc w:val="right"/>
      </w:pPr>
      <w:r>
        <w:t>طرف، چاند پرستی کی طرف۔</w:t>
      </w:r>
    </w:p>
    <w:p>
      <w:r>
        <w:rPr>
          <w:b/>
        </w:rPr>
        <w:t xml:space="preserve">[22:16] </w:t>
      </w:r>
      <w:r>
        <w:t>ab woh daur khatam ho gaya.</w:t>
      </w:r>
    </w:p>
    <w:p>
      <w:pPr>
        <w:jc w:val="right"/>
      </w:pPr>
      <w:r>
        <w:t>اب وہ دور ختم ہو گیا۔</w:t>
      </w:r>
    </w:p>
    <w:p>
      <w:r>
        <w:rPr>
          <w:b/>
        </w:rPr>
        <w:t xml:space="preserve">[22:20] </w:t>
      </w:r>
      <w:r>
        <w:t>ab koi nahi poochta.</w:t>
      </w:r>
    </w:p>
    <w:p>
      <w:pPr>
        <w:jc w:val="right"/>
      </w:pPr>
      <w:r>
        <w:t>اب کوئی نہیں پوچھتا۔</w:t>
      </w:r>
    </w:p>
    <w:p>
      <w:r>
        <w:rPr>
          <w:b/>
        </w:rPr>
        <w:t xml:space="preserve">[22:24] </w:t>
      </w:r>
      <w:r>
        <w:t>kyun ke divinity ka jo concept tha, divinity</w:t>
      </w:r>
    </w:p>
    <w:p>
      <w:pPr>
        <w:jc w:val="right"/>
      </w:pPr>
      <w:r>
        <w:t>کیونکہ ڈیوینٹی کا جو کانسیپٹ تھا، ڈیوینٹی</w:t>
      </w:r>
    </w:p>
    <w:p>
      <w:r>
        <w:rPr>
          <w:b/>
        </w:rPr>
        <w:t xml:space="preserve">[22:28] </w:t>
      </w:r>
      <w:r>
        <w:t>ka jo kansipt woh khatm ho gaya.</w:t>
      </w:r>
    </w:p>
    <w:p>
      <w:pPr>
        <w:jc w:val="right"/>
      </w:pPr>
      <w:r>
        <w:t>کا جو کانسیپٹ وہ ختم ہو گیا۔</w:t>
      </w:r>
    </w:p>
    <w:p>
      <w:r>
        <w:rPr>
          <w:b/>
        </w:rPr>
        <w:t xml:space="preserve">[22:32] </w:t>
      </w:r>
      <w:r>
        <w:t>ab koi chand ko khuda nahi manta.</w:t>
      </w:r>
    </w:p>
    <w:p>
      <w:pPr>
        <w:jc w:val="right"/>
      </w:pPr>
      <w:r>
        <w:t>اب کوئی چاند کو خدا نہیں مانتا۔</w:t>
      </w:r>
    </w:p>
    <w:p>
      <w:r>
        <w:rPr>
          <w:b/>
        </w:rPr>
        <w:t xml:space="preserve">[22:36] </w:t>
      </w:r>
      <w:r>
        <w:t>to shaitan ne ek doosra nikala ke material charm ko mein phansa diya un ko.</w:t>
      </w:r>
    </w:p>
    <w:p>
      <w:pPr>
        <w:jc w:val="right"/>
      </w:pPr>
      <w:r>
        <w:t>تو شیطان نے ایک دوسرا نکالا کہ مٹیریل چارم کو میں پھنسا دیا ان کو۔</w:t>
      </w:r>
    </w:p>
    <w:p>
      <w:r>
        <w:rPr>
          <w:b/>
        </w:rPr>
        <w:t xml:space="preserve">[22:41] </w:t>
      </w:r>
      <w:r>
        <w:t>material charm mein phansa diya.</w:t>
      </w:r>
    </w:p>
    <w:p>
      <w:pPr>
        <w:jc w:val="right"/>
      </w:pPr>
      <w:r>
        <w:t>مٹیریل چارم میں پھنسا دیا۔</w:t>
      </w:r>
    </w:p>
    <w:p>
      <w:r>
        <w:rPr>
          <w:b/>
        </w:rPr>
        <w:t xml:space="preserve">[22:45] </w:t>
      </w:r>
      <w:r>
        <w:t>yani itna zyada yeh charm hai ke mein bachpan se dekh raha hoon ke aadmi paisa kamata hai</w:t>
      </w:r>
    </w:p>
    <w:p>
      <w:pPr>
        <w:jc w:val="right"/>
      </w:pPr>
      <w:r>
        <w:t>یعنی اتنا زیادہ یہ چارم ہے کہ میں بچپن سے دیکھ رہا ہوں کہ آدمی پیسہ کماتا ہے</w:t>
      </w:r>
    </w:p>
    <w:p>
      <w:r>
        <w:rPr>
          <w:b/>
        </w:rPr>
        <w:t xml:space="preserve">[22:50] </w:t>
      </w:r>
      <w:r>
        <w:t>aur kisi kaam nahi aata.</w:t>
      </w:r>
    </w:p>
    <w:p>
      <w:pPr>
        <w:jc w:val="right"/>
      </w:pPr>
      <w:r>
        <w:t>اور کسی کام نہیں آتا۔</w:t>
      </w:r>
    </w:p>
    <w:p>
      <w:r>
        <w:rPr>
          <w:b/>
        </w:rPr>
        <w:t xml:space="preserve">[22:54] </w:t>
      </w:r>
      <w:r>
        <w:t>aaj subah bhi mein</w:t>
      </w:r>
    </w:p>
    <w:p>
      <w:pPr>
        <w:jc w:val="right"/>
      </w:pPr>
      <w:r>
        <w:t>آج صبح بھی میں</w:t>
      </w:r>
    </w:p>
    <w:p>
      <w:r>
        <w:rPr>
          <w:b/>
        </w:rPr>
        <w:t xml:space="preserve">[22:58] </w:t>
      </w:r>
      <w:r>
        <w:t>naam le le ke soch raha tha, fulane ne paisa kamaya, fulane ne paisa kamaya, fulane ne paisa</w:t>
      </w:r>
    </w:p>
    <w:p>
      <w:pPr>
        <w:jc w:val="right"/>
      </w:pPr>
      <w:r>
        <w:t>نام لے لے کے سوچ رہا تھا، فلانے نے پیسہ کمایا، فلانے نے پیسہ کمایا، فلانے نے پیسہ</w:t>
      </w:r>
    </w:p>
    <w:p>
      <w:r>
        <w:rPr>
          <w:b/>
        </w:rPr>
        <w:t xml:space="preserve">[23:03] </w:t>
      </w:r>
      <w:r>
        <w:t>kamaya aur kaam kisi ka nahi aaya.</w:t>
      </w:r>
    </w:p>
    <w:p>
      <w:pPr>
        <w:jc w:val="right"/>
      </w:pPr>
      <w:r>
        <w:t>کمایا اور کام کسی کا نہیں آیا۔</w:t>
      </w:r>
    </w:p>
    <w:p>
      <w:r>
        <w:rPr>
          <w:b/>
        </w:rPr>
        <w:t xml:space="preserve">[23:07] </w:t>
      </w:r>
      <w:r>
        <w:t>har aadmi bimar hua, accident ka shikar hua, boodha ho kar bed return ho gaya, hospital chala gaya</w:t>
      </w:r>
    </w:p>
    <w:p>
      <w:pPr>
        <w:jc w:val="right"/>
      </w:pPr>
      <w:r>
        <w:t>ہر آدمی بیمار ہوا، ایکسیڈنٹ کا شکار ہوا، بوڑھا ہو کر بیڈ ریٹرن ہو گیا، ہسپتال چلا گیا</w:t>
      </w:r>
    </w:p>
    <w:p>
      <w:r>
        <w:rPr>
          <w:b/>
        </w:rPr>
        <w:t xml:space="preserve">[23:11] </w:t>
      </w:r>
      <w:r>
        <w:t>aur mar gaya.</w:t>
      </w:r>
    </w:p>
    <w:p>
      <w:pPr>
        <w:jc w:val="right"/>
      </w:pPr>
      <w:r>
        <w:t>اور مر گیا۔</w:t>
      </w:r>
    </w:p>
    <w:p>
      <w:r>
        <w:rPr>
          <w:b/>
        </w:rPr>
        <w:t xml:space="preserve">[23:16] </w:t>
      </w:r>
      <w:r>
        <w:t>kal nafs zae, qatl, maut.</w:t>
      </w:r>
    </w:p>
    <w:p>
      <w:pPr>
        <w:jc w:val="right"/>
      </w:pPr>
      <w:r>
        <w:t>کل نفس ضائع، قتل، موت۔</w:t>
      </w:r>
    </w:p>
    <w:p>
      <w:r>
        <w:rPr>
          <w:b/>
        </w:rPr>
        <w:t xml:space="preserve">[23:20] </w:t>
      </w:r>
      <w:r>
        <w:t>isi ke mere mein jitne logon ko socha, ek bhi insan mujhe nahi yaad ho jo paisa is</w:t>
      </w:r>
    </w:p>
    <w:p>
      <w:pPr>
        <w:jc w:val="right"/>
      </w:pPr>
      <w:r>
        <w:t>اسی کے میرے میں جتنے لوگوں کو سوچا، ایک بھی انسان مجھے نہیں یاد ہو جو پیسہ اس</w:t>
      </w:r>
    </w:p>
    <w:p>
      <w:r>
        <w:rPr>
          <w:b/>
        </w:rPr>
        <w:t xml:space="preserve">[23:24] </w:t>
      </w:r>
      <w:r>
        <w:t>ke kaam aaya ho.</w:t>
      </w:r>
    </w:p>
    <w:p>
      <w:pPr>
        <w:jc w:val="right"/>
      </w:pPr>
      <w:r>
        <w:t>کے کام آیا ہو۔</w:t>
      </w:r>
    </w:p>
    <w:p>
      <w:r>
        <w:rPr>
          <w:b/>
        </w:rPr>
        <w:t xml:space="preserve">[23:29] </w:t>
      </w:r>
      <w:r>
        <w:t>koi bhi nahi.</w:t>
      </w:r>
    </w:p>
    <w:p>
      <w:pPr>
        <w:jc w:val="right"/>
      </w:pPr>
      <w:r>
        <w:t>کوئی بھی نہیں۔</w:t>
      </w:r>
    </w:p>
    <w:p>
      <w:r>
        <w:rPr>
          <w:b/>
        </w:rPr>
        <w:t xml:space="preserve">[23:33] </w:t>
      </w:r>
      <w:r>
        <w:t>lekin dor rahe hain isi ki taraf, dor rahe hain isi ki taraf.</w:t>
      </w:r>
    </w:p>
    <w:p>
      <w:pPr>
        <w:jc w:val="right"/>
      </w:pPr>
      <w:r>
        <w:t>لیکن دوڑ رہے ہیں اسی کی طرف، دوڑ رہے ہیں اسی کی طرف۔</w:t>
      </w:r>
    </w:p>
    <w:p>
      <w:r>
        <w:rPr>
          <w:b/>
        </w:rPr>
        <w:t xml:space="preserve">[23:38] </w:t>
      </w:r>
      <w:r>
        <w:t>kisi kaam nahi aaya.</w:t>
      </w:r>
    </w:p>
    <w:p>
      <w:pPr>
        <w:jc w:val="right"/>
      </w:pPr>
      <w:r>
        <w:t>کسی کام نہیں آیا۔</w:t>
      </w:r>
    </w:p>
    <w:p>
      <w:r>
        <w:rPr>
          <w:b/>
        </w:rPr>
        <w:t xml:space="preserve">[23:42] </w:t>
      </w:r>
      <w:r>
        <w:t>hamari isi dili mein ek sahab the jo kafi paisa kamaya tha, unhon ne kafi paise kamaya tha, unhon ne.</w:t>
      </w:r>
    </w:p>
    <w:p>
      <w:pPr>
        <w:jc w:val="right"/>
      </w:pPr>
      <w:r>
        <w:t>ہماری اسی دلی میں ایک صاحب تھے جو کافی پیسہ کمایا تھا، انہوں نے کافی پیسے کمایا تھا، انہوں نے۔</w:t>
      </w:r>
    </w:p>
    <w:p>
      <w:r>
        <w:rPr>
          <w:b/>
        </w:rPr>
        <w:t xml:space="preserve">[23:46] </w:t>
      </w:r>
      <w:r>
        <w:t>aur woh woh the builder the, woh builder.</w:t>
      </w:r>
    </w:p>
    <w:p>
      <w:pPr>
        <w:jc w:val="right"/>
      </w:pPr>
      <w:r>
        <w:t>اور وہ وہ تھے بلڈر تھے، وہ بلڈر۔</w:t>
      </w:r>
    </w:p>
    <w:p>
      <w:r>
        <w:rPr>
          <w:b/>
        </w:rPr>
        <w:t xml:space="preserve">[23:51] </w:t>
      </w:r>
      <w:r>
        <w:t>mere samne ki baat hai, unhon ne un ko dekha hai, mein ne un ko mere samne woh</w:t>
      </w:r>
    </w:p>
    <w:p>
      <w:pPr>
        <w:jc w:val="right"/>
      </w:pPr>
      <w:r>
        <w:t>میرے سامنے کی بات ہے، انہوں نے ان کو دیکھا ہے، میں نے ان کو میرے سامنے وہ</w:t>
      </w:r>
    </w:p>
    <w:p>
      <w:r>
        <w:rPr>
          <w:b/>
        </w:rPr>
        <w:t xml:space="preserve">[23:55] </w:t>
      </w:r>
      <w:r>
        <w:t>mar gaye kam umri mein.</w:t>
      </w:r>
    </w:p>
    <w:p>
      <w:pPr>
        <w:jc w:val="right"/>
      </w:pPr>
      <w:r>
        <w:t>مر گئے کم عمری میں۔</w:t>
      </w:r>
    </w:p>
    <w:p>
      <w:r>
        <w:rPr>
          <w:b/>
        </w:rPr>
        <w:t xml:space="preserve">[24:00] </w:t>
      </w:r>
      <w:r>
        <w:t>mujh se hi bohat kam umri mein mar gaye woh.</w:t>
      </w:r>
    </w:p>
    <w:p>
      <w:pPr>
        <w:jc w:val="right"/>
      </w:pPr>
      <w:r>
        <w:t>مجھ سے ہی بہت کم عمری میں مر گئے وہ۔</w:t>
      </w:r>
    </w:p>
    <w:p>
      <w:r>
        <w:rPr>
          <w:b/>
        </w:rPr>
        <w:t xml:space="preserve">[24:04] </w:t>
      </w:r>
      <w:r>
        <w:t>kyun ke mote ho gaye the.</w:t>
      </w:r>
    </w:p>
    <w:p>
      <w:pPr>
        <w:jc w:val="right"/>
      </w:pPr>
      <w:r>
        <w:t>کیونکہ موٹے ہو گئے تھے۔</w:t>
      </w:r>
    </w:p>
    <w:p>
      <w:r>
        <w:rPr>
          <w:b/>
        </w:rPr>
        <w:t xml:space="preserve">[24:08] </w:t>
      </w:r>
      <w:r>
        <w:t>aur mota hona aadmi ko bimari paida karta hai.</w:t>
      </w:r>
    </w:p>
    <w:p>
      <w:pPr>
        <w:jc w:val="right"/>
      </w:pPr>
      <w:r>
        <w:t>اور موٹا ہونا آدمی کو بیماری پیدا کرتا ہے۔</w:t>
      </w:r>
    </w:p>
    <w:p>
      <w:r>
        <w:rPr>
          <w:b/>
        </w:rPr>
        <w:t xml:space="preserve">[24:13] </w:t>
      </w:r>
      <w:r>
        <w:t>paisa kamao, mote ho jao, hospital ja ke mar jao.</w:t>
      </w:r>
    </w:p>
    <w:p>
      <w:pPr>
        <w:jc w:val="right"/>
      </w:pPr>
      <w:r>
        <w:t>پیسہ کماؤ، موٹے ہو جاؤ، ہسپتال جا کے مر جاؤ۔</w:t>
      </w:r>
    </w:p>
    <w:p>
      <w:r>
        <w:rPr>
          <w:b/>
        </w:rPr>
        <w:t xml:space="preserve">[24:17] </w:t>
      </w:r>
      <w:r>
        <w:t>yeh yahi mein dekh raha hoon ke paisa kamao aur khoob mote ho jao aur bimariyan palo aur</w:t>
      </w:r>
    </w:p>
    <w:p>
      <w:pPr>
        <w:jc w:val="right"/>
      </w:pPr>
      <w:r>
        <w:t>یہ یہی میں دیکھ رہا ہوں کہ پیسہ کماؤ اور خوب موٹے ہو جاؤ اور بیماریاں پالو اور</w:t>
      </w:r>
    </w:p>
    <w:p>
      <w:r>
        <w:rPr>
          <w:b/>
        </w:rPr>
        <w:t xml:space="preserve">[24:22] </w:t>
      </w:r>
      <w:r>
        <w:t>hospital ja ke mar jao.</w:t>
      </w:r>
    </w:p>
    <w:p>
      <w:pPr>
        <w:jc w:val="right"/>
      </w:pPr>
      <w:r>
        <w:t>ہسپتال جا کے مر جاؤ۔</w:t>
      </w:r>
    </w:p>
    <w:p>
      <w:r>
        <w:rPr>
          <w:b/>
        </w:rPr>
        <w:t xml:space="preserve">[24:26] </w:t>
      </w:r>
      <w:r>
        <w:t>to in ki maa aayi thi yahan dilli mein.</w:t>
      </w:r>
    </w:p>
    <w:p>
      <w:pPr>
        <w:jc w:val="right"/>
      </w:pPr>
      <w:r>
        <w:t>تو ان کی ماں آئی تھی یہاں دلی میں۔</w:t>
      </w:r>
    </w:p>
    <w:p>
      <w:r>
        <w:rPr>
          <w:b/>
        </w:rPr>
        <w:t xml:space="preserve">[24:31] </w:t>
      </w:r>
      <w:r>
        <w:t>to unhon ne dekha ke mera beta bimar ho gaya hai.</w:t>
      </w:r>
    </w:p>
    <w:p>
      <w:pPr>
        <w:jc w:val="right"/>
      </w:pPr>
      <w:r>
        <w:t>تو انہوں نے دیکھا کہ میرا بیٹا بیمار ہو گیا ہے۔</w:t>
      </w:r>
    </w:p>
    <w:p>
      <w:r>
        <w:rPr>
          <w:b/>
        </w:rPr>
        <w:t xml:space="preserve">[24:36] </w:t>
      </w:r>
      <w:r>
        <w:t>to hamari biwi gayeen un ko dekhne ke liye.</w:t>
      </w:r>
    </w:p>
    <w:p>
      <w:pPr>
        <w:jc w:val="right"/>
      </w:pPr>
      <w:r>
        <w:t>تو ہماری بیوی گئیں ان کو دیکھنے کے لیے۔</w:t>
      </w:r>
    </w:p>
    <w:p>
      <w:r>
        <w:rPr>
          <w:b/>
        </w:rPr>
        <w:t xml:space="preserve">[24:42] </w:t>
      </w:r>
      <w:r>
        <w:t>to hamari biwi ne bataya tha ke jab wahan gayeen to un ko maa ko dekha, unhon ne</w:t>
      </w:r>
    </w:p>
    <w:p>
      <w:pPr>
        <w:jc w:val="right"/>
      </w:pPr>
      <w:r>
        <w:t>تو ہماری بیوی نے بتایا تھا کہ جب وہاں گئیں تو ان کو ماں کو دیکھا، انہوں نے</w:t>
      </w:r>
    </w:p>
    <w:p>
      <w:r>
        <w:rPr>
          <w:b/>
        </w:rPr>
        <w:t xml:space="preserve">[24:47] </w:t>
      </w:r>
      <w:r>
        <w:t>to maa deewani ho rahi thi, deewani.</w:t>
      </w:r>
    </w:p>
    <w:p>
      <w:pPr>
        <w:jc w:val="right"/>
      </w:pPr>
      <w:r>
        <w:t>تو ماں دیوانی ہو رہی تھی، دیوانی۔</w:t>
      </w:r>
    </w:p>
    <w:p>
      <w:r>
        <w:rPr>
          <w:b/>
        </w:rPr>
        <w:t xml:space="preserve">[24:53] </w:t>
      </w:r>
      <w:r>
        <w:t>haye mera beta, haye mera beta.</w:t>
      </w:r>
    </w:p>
    <w:p>
      <w:pPr>
        <w:jc w:val="right"/>
      </w:pPr>
      <w:r>
        <w:t>ہائے میرا بیٹا، ہائے میرا بیٹا۔</w:t>
      </w:r>
    </w:p>
    <w:p>
      <w:r>
        <w:rPr>
          <w:b/>
        </w:rPr>
        <w:t xml:space="preserve">[24:58] </w:t>
      </w:r>
      <w:r>
        <w:t>to jante hain woh kya kehti thi? haye mere bete ki daulat kaun lega?</w:t>
      </w:r>
    </w:p>
    <w:p>
      <w:pPr>
        <w:jc w:val="right"/>
      </w:pPr>
      <w:r>
        <w:t>تو جانتے ہیں وہ کیا کہتی تھی؟ ہائے میرے بیٹے کی دولت کون لے گا؟</w:t>
      </w:r>
    </w:p>
    <w:p>
      <w:r>
        <w:rPr>
          <w:b/>
        </w:rPr>
        <w:t xml:space="preserve">[25:03] </w:t>
      </w:r>
      <w:r>
        <w:t>haye mere bete ki daulat kaun lega? yeh hai sara insaan.</w:t>
      </w:r>
    </w:p>
    <w:p>
      <w:pPr>
        <w:jc w:val="right"/>
      </w:pPr>
      <w:r>
        <w:t>ہائے میرے بیٹے کی دولت کون لے گا؟ یہ ہے سارا انسان۔</w:t>
      </w:r>
    </w:p>
    <w:p>
      <w:r>
        <w:rPr>
          <w:b/>
        </w:rPr>
        <w:t xml:space="preserve">[25:11] </w:t>
      </w:r>
      <w:r>
        <w:t>sara insaan daud raha hai ke science ko paisa ikattha karne ka zariya banaye.</w:t>
      </w:r>
    </w:p>
    <w:p>
      <w:pPr>
        <w:jc w:val="right"/>
      </w:pPr>
      <w:r>
        <w:t>سارا انسان دوڑ رہا ہے کہ سائنس کو پیسہ اکٹھا کرنے کا ذریعہ بنائے۔</w:t>
      </w:r>
    </w:p>
    <w:p>
      <w:r>
        <w:rPr>
          <w:b/>
        </w:rPr>
        <w:t xml:space="preserve">[25:18] </w:t>
      </w:r>
      <w:r>
        <w:t>jab ke science tha Allah ki marifat ka zariya.</w:t>
      </w:r>
    </w:p>
    <w:p>
      <w:pPr>
        <w:jc w:val="right"/>
      </w:pPr>
      <w:r>
        <w:t>جبکہ سائنس تھا اللہ کی معرفت کا ذریعہ۔</w:t>
      </w:r>
    </w:p>
    <w:p>
      <w:r>
        <w:rPr>
          <w:b/>
        </w:rPr>
        <w:t xml:space="preserve">[25:26] </w:t>
      </w:r>
      <w:r>
        <w:t>mein aap ko arz karoon ke science jab dunya mein aayi char sau saal pehle, char sau saal pehle to</w:t>
      </w:r>
    </w:p>
    <w:p>
      <w:pPr>
        <w:jc w:val="right"/>
      </w:pPr>
      <w:r>
        <w:t>میں آپ کو عرض کروں کہ سائنس جب دنیا میں آئی چار سو سال پہلے، چار سو سال پہلے تو</w:t>
      </w:r>
    </w:p>
    <w:p>
      <w:r>
        <w:rPr>
          <w:b/>
        </w:rPr>
        <w:t xml:space="preserve">[25:34] </w:t>
      </w:r>
      <w:r>
        <w:t>top ke science dan jo the woh sab ke sab woh the pro god the.</w:t>
      </w:r>
    </w:p>
    <w:p>
      <w:pPr>
        <w:jc w:val="right"/>
      </w:pPr>
      <w:r>
        <w:t>ٹاپ کے سائنس دان جو تھے وہ سب کے سب وہ تھے پرو گاڈ تھے۔</w:t>
      </w:r>
    </w:p>
    <w:p>
      <w:r>
        <w:rPr>
          <w:b/>
        </w:rPr>
        <w:t xml:space="preserve">[25:40] </w:t>
      </w:r>
      <w:r>
        <w:t>chahe ailan karein ya na karein.</w:t>
      </w:r>
    </w:p>
    <w:p>
      <w:pPr>
        <w:jc w:val="right"/>
      </w:pPr>
      <w:r>
        <w:t>چاہے اعلان کریں یا نہ کریں۔</w:t>
      </w:r>
    </w:p>
    <w:p>
      <w:r>
        <w:rPr>
          <w:b/>
        </w:rPr>
        <w:t xml:space="preserve">[25:46] </w:t>
      </w:r>
      <w:r>
        <w:t>misal ke taur par dekhiye James Jeans, Sir James Jeans, Sir Arthur Eddington.</w:t>
      </w:r>
    </w:p>
    <w:p>
      <w:pPr>
        <w:jc w:val="right"/>
      </w:pPr>
      <w:r>
        <w:t>مثلاً دیکھیے جیمز جینز، سر جیمز جینز، سر آرتھر ایڈنگٹن۔</w:t>
      </w:r>
    </w:p>
    <w:p>
      <w:r>
        <w:rPr>
          <w:b/>
        </w:rPr>
        <w:t xml:space="preserve">[25:52] </w:t>
      </w:r>
      <w:r>
        <w:t>aur woh us zamane mein woh jo zamana hai bees sadi ka, yani unnis sadi ka nisf aakhir</w:t>
      </w:r>
    </w:p>
    <w:p>
      <w:pPr>
        <w:jc w:val="right"/>
      </w:pPr>
      <w:r>
        <w:t>اور وہ اس زمانے میں وہ جو زمانہ ہے بیس صدی کا، یعنی انیس صدی کا نصف آخر</w:t>
      </w:r>
    </w:p>
    <w:p>
      <w:r>
        <w:rPr>
          <w:b/>
        </w:rPr>
        <w:t xml:space="preserve">[25:58] </w:t>
      </w:r>
      <w:r>
        <w:t>aur bees sadi ka nisf</w:t>
      </w:r>
    </w:p>
    <w:p>
      <w:pPr>
        <w:jc w:val="right"/>
      </w:pPr>
      <w:r>
        <w:t>اور بیس صدی کا نصف</w:t>
      </w:r>
    </w:p>
    <w:p>
      <w:r>
        <w:rPr>
          <w:b/>
        </w:rPr>
        <w:t xml:space="preserve">[26:04] </w:t>
      </w:r>
      <w:r>
        <w:t>awwal.</w:t>
      </w:r>
    </w:p>
    <w:p>
      <w:pPr>
        <w:jc w:val="right"/>
      </w:pPr>
      <w:r>
        <w:t>اول۔</w:t>
      </w:r>
    </w:p>
    <w:p>
      <w:r>
        <w:rPr>
          <w:b/>
        </w:rPr>
        <w:t xml:space="preserve">[26:08] </w:t>
      </w:r>
      <w:r>
        <w:t>ek zamana hai jis ko mein kahoon ga ke woh.</w:t>
      </w:r>
    </w:p>
    <w:p>
      <w:pPr>
        <w:jc w:val="right"/>
      </w:pPr>
      <w:r>
        <w:t>ایک زمانہ ہے جس کو میں کہوں گا کہ وہ۔</w:t>
      </w:r>
    </w:p>
    <w:p>
      <w:r>
        <w:rPr>
          <w:b/>
        </w:rPr>
        <w:t xml:space="preserve">[26:12] </w:t>
      </w:r>
      <w:r>
        <w:t>19th century ka second half aur 20th century ka first half.</w:t>
      </w:r>
    </w:p>
    <w:p>
      <w:pPr>
        <w:jc w:val="right"/>
      </w:pPr>
      <w:r>
        <w:t>19 سینچری کا سیکنڈ ہاف اور 20 سینچری کا فرسٹ ہاف۔</w:t>
      </w:r>
    </w:p>
    <w:p>
      <w:r>
        <w:rPr>
          <w:b/>
        </w:rPr>
        <w:t xml:space="preserve">[26:17] </w:t>
      </w:r>
      <w:r>
        <w:t>to top ke science dan paida hue marifat wale the.</w:t>
      </w:r>
    </w:p>
    <w:p>
      <w:pPr>
        <w:jc w:val="right"/>
      </w:pPr>
      <w:r>
        <w:t>تو ٹاپ کے سائنس دان پیدا ہوئے معرفت والے تھے۔</w:t>
      </w:r>
    </w:p>
    <w:p>
      <w:r>
        <w:rPr>
          <w:b/>
        </w:rPr>
        <w:t xml:space="preserve">[26:21] </w:t>
      </w:r>
      <w:r>
        <w:t>lekin dheere dheere shaitan ne yeh kiya ke pure science ko peeche ke thuker diya.</w:t>
      </w:r>
    </w:p>
    <w:p>
      <w:pPr>
        <w:jc w:val="right"/>
      </w:pPr>
      <w:r>
        <w:t>لیکن دھیرے دھیرے شیطان نے یہ کیا کہ پیور سائنس کو پیچھے کے ٹھکیر دیا۔</w:t>
      </w:r>
    </w:p>
    <w:p>
      <w:r>
        <w:rPr>
          <w:b/>
        </w:rPr>
        <w:t xml:space="preserve">[26:25] </w:t>
      </w:r>
      <w:r>
        <w:t>kyun ke use paisa nahi hota tha.</w:t>
      </w:r>
    </w:p>
    <w:p>
      <w:pPr>
        <w:jc w:val="right"/>
      </w:pPr>
      <w:r>
        <w:t>کیونکہ اسے پیسہ نہیں ہوتا تھا۔</w:t>
      </w:r>
    </w:p>
    <w:p>
      <w:r>
        <w:rPr>
          <w:b/>
        </w:rPr>
        <w:t xml:space="preserve">[26:29] </w:t>
      </w:r>
      <w:r>
        <w:t>applied sciences ko bohat badhaya, bohat badhaya,</w:t>
      </w:r>
    </w:p>
    <w:p>
      <w:pPr>
        <w:jc w:val="right"/>
      </w:pPr>
      <w:r>
        <w:t>اپلائیڈ سائنسز کو بہت بڑھایا، بہت بڑھایا،</w:t>
      </w:r>
    </w:p>
    <w:p>
      <w:r>
        <w:rPr>
          <w:b/>
        </w:rPr>
        <w:t xml:space="preserve">[26:34] </w:t>
      </w:r>
      <w:r>
        <w:t>badhaya.</w:t>
      </w:r>
    </w:p>
    <w:p>
      <w:pPr>
        <w:jc w:val="right"/>
      </w:pPr>
      <w:r>
        <w:t>بڑھایا۔</w:t>
      </w:r>
    </w:p>
    <w:p>
      <w:r>
        <w:rPr>
          <w:b/>
        </w:rPr>
        <w:t xml:space="preserve">[26:40] </w:t>
      </w:r>
      <w:r>
        <w:t>yani applied science se murad yeh hai jo jise engine banata hai insan, jis se hawa jahaz banata</w:t>
      </w:r>
    </w:p>
    <w:p>
      <w:pPr>
        <w:jc w:val="right"/>
      </w:pPr>
      <w:r>
        <w:t>یعنی اپلائیڈ سائنس سے مراد یہ ہے جو جسے انجن بناتا ہے انسان، جس سے ہوا جہاز بناتا</w:t>
      </w:r>
    </w:p>
    <w:p>
      <w:r>
        <w:rPr>
          <w:b/>
        </w:rPr>
        <w:t xml:space="preserve">[26:47] </w:t>
      </w:r>
      <w:r>
        <w:t>hai, car banata hai, computer banata hai.</w:t>
      </w:r>
    </w:p>
    <w:p>
      <w:pPr>
        <w:jc w:val="right"/>
      </w:pPr>
      <w:r>
        <w:t>ہے، کار بناتا ہے، کمپیوٹر بناتا ہے۔</w:t>
      </w:r>
    </w:p>
    <w:p>
      <w:r>
        <w:rPr>
          <w:b/>
        </w:rPr>
        <w:t xml:space="preserve">[26:53] </w:t>
      </w:r>
      <w:r>
        <w:t>Yeh sab woh sciences hain jis se paisa aata hai, paisa, khoob paisa, khoob paisa.</w:t>
      </w:r>
    </w:p>
    <w:p>
      <w:pPr>
        <w:jc w:val="right"/>
      </w:pPr>
      <w:r>
        <w:t>یہ سب وہ سائنسز ہیں جس سے پیسہ آتا ہے، پیسہ، خوب پیسہ، خوب پیسہ۔</w:t>
      </w:r>
    </w:p>
    <w:p>
      <w:r>
        <w:rPr>
          <w:b/>
        </w:rPr>
        <w:t xml:space="preserve">[27:00] </w:t>
      </w:r>
      <w:r>
        <w:t>Toh saare aisi aag chalai shaitan ne ke sab ko ek bohat bara brain drain.</w:t>
      </w:r>
    </w:p>
    <w:p>
      <w:pPr>
        <w:jc w:val="right"/>
      </w:pPr>
      <w:r>
        <w:t>تو سارے ایسی آگ چلائی شیطان نے کہ سب کو ایک بہت بڑا برین ڈرین۔</w:t>
      </w:r>
    </w:p>
    <w:p>
      <w:r>
        <w:rPr>
          <w:b/>
        </w:rPr>
        <w:t xml:space="preserve">[27:06] </w:t>
      </w:r>
      <w:r>
        <w:t>cash theming ka mani kya hai? Brain drain. Brain drain. To lekin aakhir mein kya hota hai? Maine apni zindagi mein dekha hai ke har aadmi taqreeban har aadmi paisa khoob kamata hai, bankon mein rakhta hai, buildingen banata hai aur us ke baad bimar hota hai, bedridden ho jata hai aur mar jata hai. Aur phir us ki maa ya us ki biwi kehte hain, haye mere be</w:t>
      </w:r>
    </w:p>
    <w:p>
      <w:pPr>
        <w:jc w:val="right"/>
      </w:pPr>
      <w:r>
        <w:t>کیش دمینگ کا معنی کیا ہے؟ برین ڈرین۔ برین ڈرین۔ تو لیکن آخر میں کیا ہوتا ہے؟ میں اپنی زندگی میں دیکھا ہے کہ ہر آدمی تقریباً ہر آدمی پیسہ خوب کماتا ہے، بینکوں میں رکھتا ہے، بلڈنگیں بناتا ہے اور اس کے بعد بیمار ہوتا ہے، بیڈ ریٹن ہو جاتا ہے اور مر جاتا ہے۔ اور پھر اس کی ماں یا اس کی بیوی کہتے ہیں، ہائے میرے بی</w:t>
      </w:r>
    </w:p>
    <w:p>
      <w:r>
        <w:rPr>
          <w:b/>
        </w:rPr>
        <w:t xml:space="preserve">[27:36] </w:t>
      </w:r>
      <w:r>
        <w:t>te ki daulat kaun lega? haye mere bete ki daulat kaun lega? yeh haal insan ko kar rakha hai shaitan ne. yahi matlab hai ke ek aag niklegi jo logon ko hakka kar east se west ki taraf le jayegi. to yeh mein samajhta hoon ke aaj is saal ka jo itikaf hai is mein karna yeh hai ke aap</w:t>
      </w:r>
    </w:p>
    <w:p>
      <w:pPr>
        <w:jc w:val="right"/>
      </w:pPr>
      <w:r>
        <w:t>ٹے کی دولت کون لے گا؟ ہائے میرے بیٹے کی دولت کون لے گا؟ یہ حال انسان کو کر رکھا ہے شیطان نے۔ یہی مطلب ہے کہ ایک آگ نکلے گی جو لوگوں کو ہکا کر ایسٹ سے ویسٹ کی طرف لے جائے گی۔ تو یہ میں سمجھتا ہوں کہ آج اس سال کا جو اعتکاف ہے اس میں کرنا یہ ہے کہ آپ</w:t>
      </w:r>
    </w:p>
    <w:p>
      <w:r>
        <w:rPr>
          <w:b/>
        </w:rPr>
        <w:t xml:space="preserve">[28:06] </w:t>
      </w:r>
      <w:r>
        <w:t>Sochain, planning karein.</w:t>
      </w:r>
    </w:p>
    <w:p>
      <w:pPr>
        <w:jc w:val="right"/>
      </w:pPr>
      <w:r>
        <w:t>سوچیں، پلاننگ کریں۔</w:t>
      </w:r>
    </w:p>
    <w:p>
      <w:r>
        <w:rPr>
          <w:b/>
        </w:rPr>
        <w:t xml:space="preserve">[28:11] </w:t>
      </w:r>
      <w:r>
        <w:t>Aur shaitan ke is jo challenge kar raha hai woh la takrar.</w:t>
      </w:r>
    </w:p>
    <w:p>
      <w:pPr>
        <w:jc w:val="right"/>
      </w:pPr>
      <w:r>
        <w:t>اور شیطان کے اس جو چیلنج کر رہا ہے وہ لا تکرار۔</w:t>
      </w:r>
    </w:p>
    <w:p>
      <w:r>
        <w:rPr>
          <w:b/>
        </w:rPr>
        <w:t xml:space="preserve">[28:16] </w:t>
      </w:r>
      <w:r>
        <w:t>Shaitan ne kaha tha ke la takrar zaroori hai toh rasool aur sahaba rasool ne is ko is</w:t>
      </w:r>
    </w:p>
    <w:p>
      <w:pPr>
        <w:jc w:val="right"/>
      </w:pPr>
      <w:r>
        <w:t>شیطان نے کہا تھا کہ لا تکرار ضروری ہے تو رسول اور صحابہ رسول نے اس کو اس</w:t>
      </w:r>
    </w:p>
    <w:p>
      <w:r>
        <w:rPr>
          <w:b/>
        </w:rPr>
        <w:t xml:space="preserve">[28:21] </w:t>
      </w:r>
      <w:r>
        <w:t>tarah toda ke.</w:t>
      </w:r>
    </w:p>
    <w:p>
      <w:pPr>
        <w:jc w:val="right"/>
      </w:pPr>
      <w:r>
        <w:t>طرح توڑا کہ۔</w:t>
      </w:r>
    </w:p>
    <w:p>
      <w:r>
        <w:rPr>
          <w:b/>
        </w:rPr>
        <w:t xml:space="preserve">[28:26] </w:t>
      </w:r>
      <w:r>
        <w:t>Nature aur divinity ko alag alag kar diya.</w:t>
      </w:r>
    </w:p>
    <w:p>
      <w:pPr>
        <w:jc w:val="right"/>
      </w:pPr>
      <w:r>
        <w:t>نیچر اور ڈیوینٹی کو الگ الگ کر دیا۔</w:t>
      </w:r>
    </w:p>
    <w:p>
      <w:r>
        <w:rPr>
          <w:b/>
        </w:rPr>
        <w:t xml:space="preserve">[28:31] </w:t>
      </w:r>
      <w:r>
        <w:t>Rasool ne aur ashaab rasool ne jo ko</w:t>
      </w:r>
    </w:p>
    <w:p>
      <w:pPr>
        <w:jc w:val="right"/>
      </w:pPr>
      <w:r>
        <w:t>رسول نے اور اصحاب رسول نے جو کو</w:t>
      </w:r>
    </w:p>
    <w:p>
      <w:r>
        <w:rPr>
          <w:b/>
        </w:rPr>
        <w:t xml:space="preserve">[28:36] </w:t>
      </w:r>
      <w:r>
        <w:t>shish ki thi is ka jo sab se bara aspect tha jis ko order time maine mana</w:t>
      </w:r>
    </w:p>
    <w:p>
      <w:pPr>
        <w:jc w:val="right"/>
      </w:pPr>
      <w:r>
        <w:t>شش کی تھی اس کا جو سب سے بڑا اسپیکٹ تھا جس کو ارڈر ٹائم میں نے مانا</w:t>
      </w:r>
    </w:p>
    <w:p>
      <w:r>
        <w:rPr>
          <w:b/>
        </w:rPr>
        <w:t xml:space="preserve">[28:47] </w:t>
      </w:r>
      <w:r>
        <w:t>ہے کہ نیچر اور ڈیوینٹی کو dis-dealing کر دیا، dealing، dealing کر دیا۔</w:t>
      </w:r>
    </w:p>
    <w:p>
      <w:pPr>
        <w:jc w:val="right"/>
      </w:pPr>
      <w:r>
        <w:t>ہے کہ نیچر اور ڈیوینٹی کو ڈس ڈیلنگ کر دیا، ڈیلنگ، ڈیلنگ کر دیا۔</w:t>
      </w:r>
    </w:p>
    <w:p>
      <w:r>
        <w:rPr>
          <w:b/>
        </w:rPr>
        <w:t xml:space="preserve">[28:57] </w:t>
      </w:r>
      <w:r>
        <w:t>Ab aap ko kya karna hai? Aaj ka itkaf, aaj ka Ramzan ek nai planning ke liye hona chahiye.</w:t>
      </w:r>
    </w:p>
    <w:p>
      <w:pPr>
        <w:jc w:val="right"/>
      </w:pPr>
      <w:r>
        <w:t>اب آپ کو کیا کرنا ہے؟ آج کا اعتکاف، آج کا رمضان ایک نئی پلاننگ کے لیے ہونا چاہیے۔</w:t>
      </w:r>
    </w:p>
    <w:p>
      <w:r>
        <w:rPr>
          <w:b/>
        </w:rPr>
        <w:t xml:space="preserve">[29:07] </w:t>
      </w:r>
      <w:r>
        <w:t>Aaj ka Ramzan, aaj ka itkaf, aaj ka Quran ek nai planning ke liye hona chahiye.</w:t>
      </w:r>
    </w:p>
    <w:p>
      <w:pPr>
        <w:jc w:val="right"/>
      </w:pPr>
      <w:r>
        <w:t>آج کا رمضان، آج کا اعتکاف، آج کا قرآن ایک نئی پلاننگ کے لیے ہونا چاہیے۔</w:t>
      </w:r>
    </w:p>
    <w:p>
      <w:r>
        <w:rPr>
          <w:b/>
        </w:rPr>
        <w:t xml:space="preserve">[29:15] </w:t>
      </w:r>
      <w:r>
        <w:t>Woh plan yeh hai ke yeh jo cash demining ka culture chal rakha hai shaitan ne.</w:t>
      </w:r>
    </w:p>
    <w:p>
      <w:pPr>
        <w:jc w:val="right"/>
      </w:pPr>
      <w:r>
        <w:t>وہ پلان یہ ہے کہ یہ جو کیش دمینگ کا کلچر چل رکھا ہے شیطان نے۔</w:t>
      </w:r>
    </w:p>
    <w:p>
      <w:r>
        <w:rPr>
          <w:b/>
        </w:rPr>
        <w:t xml:space="preserve">[29:22] </w:t>
      </w:r>
      <w:r>
        <w:t>Sab ko kheench le ja raha hai, sab ko kheench ke le ja raha hai.</w:t>
      </w:r>
    </w:p>
    <w:p>
      <w:pPr>
        <w:jc w:val="right"/>
      </w:pPr>
      <w:r>
        <w:t>سب کو کھینچ لے جا رہا ہے، سب کو کھینچ کے لے جا رہا ہے۔</w:t>
      </w:r>
    </w:p>
    <w:p>
      <w:r>
        <w:rPr>
          <w:b/>
        </w:rPr>
        <w:t xml:space="preserve">[29:30] </w:t>
      </w:r>
      <w:r>
        <w:t>Kya lafz hai woh? Yasir? Nar tukhraj min al-mashriq</w:t>
      </w:r>
    </w:p>
    <w:p>
      <w:pPr>
        <w:jc w:val="right"/>
      </w:pPr>
      <w:r>
        <w:t>کیا لفظ ہے وہ؟ یاسر؟ نار تخرج من المشر</w:t>
      </w:r>
    </w:p>
    <w:p>
      <w:r>
        <w:rPr>
          <w:b/>
        </w:rPr>
        <w:t xml:space="preserve">[29:37] </w:t>
      </w:r>
      <w:r>
        <w:t>q fathashar al-nas al-maghrib.</w:t>
      </w:r>
    </w:p>
    <w:p>
      <w:pPr>
        <w:jc w:val="right"/>
      </w:pPr>
      <w:r>
        <w:t>ق فتحشر الناس المغرب۔</w:t>
      </w:r>
    </w:p>
    <w:p>
      <w:r>
        <w:rPr>
          <w:b/>
        </w:rPr>
        <w:t xml:space="preserve">[29:42] </w:t>
      </w:r>
      <w:r>
        <w:t>Haan, ek aag niklegi East se aur woh logon ko hakka kar ke jama kar ke le</w:t>
      </w:r>
    </w:p>
    <w:p>
      <w:pPr>
        <w:jc w:val="right"/>
      </w:pPr>
      <w:r>
        <w:t>ہاں، ایک آگ نکلے گی ایسٹ سے اور وہ لوگوں کو ہکا کر کے جمع کر کے لے</w:t>
      </w:r>
    </w:p>
    <w:p>
      <w:r>
        <w:rPr>
          <w:b/>
        </w:rPr>
        <w:t xml:space="preserve">[29:47] </w:t>
      </w:r>
      <w:r>
        <w:t>jayegi maghrib ki taraf.</w:t>
      </w:r>
    </w:p>
    <w:p>
      <w:pPr>
        <w:jc w:val="right"/>
      </w:pPr>
      <w:r>
        <w:t>جائے گی مغرب کی طرف۔</w:t>
      </w:r>
    </w:p>
    <w:p>
      <w:r>
        <w:rPr>
          <w:b/>
        </w:rPr>
        <w:t xml:space="preserve">[29:52] </w:t>
      </w:r>
      <w:r>
        <w:t>Yeh saare yeh log jo rehte hain Asia mein, Africa mein aur mashriq duniya mein ek taraf se</w:t>
      </w:r>
    </w:p>
    <w:p>
      <w:pPr>
        <w:jc w:val="right"/>
      </w:pPr>
      <w:r>
        <w:t>یہ سارے یہ لوگ جو رہتے ہیں ایشیا میں، افریقہ میں اور مشرق دنیا میں ایک طرف سے</w:t>
      </w:r>
    </w:p>
    <w:p>
      <w:r>
        <w:rPr>
          <w:b/>
        </w:rPr>
        <w:t xml:space="preserve">[29:57] </w:t>
      </w:r>
      <w:r>
        <w:t>in ko dharao de kar utha le jayegi.</w:t>
      </w:r>
    </w:p>
    <w:p>
      <w:pPr>
        <w:jc w:val="right"/>
      </w:pPr>
      <w:r>
        <w:t>ان کو دھاڑو دے کر اٹھا لے جائے گی۔</w:t>
      </w:r>
    </w:p>
    <w:p>
      <w:r>
        <w:rPr>
          <w:b/>
        </w:rPr>
        <w:t xml:space="preserve">[30:02] </w:t>
      </w:r>
      <w:r>
        <w:t>Aur yeh ho raha hai, aap dekhiye</w:t>
      </w:r>
    </w:p>
    <w:p>
      <w:pPr>
        <w:jc w:val="right"/>
      </w:pPr>
      <w:r>
        <w:t>اور یہ ہو رہا ہے، آپ دیکھیے</w:t>
      </w:r>
    </w:p>
    <w:p>
      <w:r>
        <w:rPr>
          <w:b/>
        </w:rPr>
        <w:t xml:space="preserve">[30:07] </w:t>
      </w:r>
      <w:r>
        <w:t>Jitne hamare naujawan hain sab ko hakka raha hai shaitan, wahan le aata hai.</w:t>
      </w:r>
    </w:p>
    <w:p>
      <w:pPr>
        <w:jc w:val="right"/>
      </w:pPr>
      <w:r>
        <w:t>جتنے ہمارے نوجوان ہیں سب کو ہکا رہا ہے شیطان، وہاں لے آتا ہے۔</w:t>
      </w:r>
    </w:p>
    <w:p>
      <w:r>
        <w:rPr>
          <w:b/>
        </w:rPr>
        <w:t xml:space="preserve">[30:11] </w:t>
      </w:r>
      <w:r>
        <w:t>Hamare hisse mein kuch bhi nahi.</w:t>
      </w:r>
    </w:p>
    <w:p>
      <w:pPr>
        <w:jc w:val="right"/>
      </w:pPr>
      <w:r>
        <w:t>ہمارے حصے میں کچھ بھی نہیں۔</w:t>
      </w:r>
    </w:p>
    <w:p>
      <w:r>
        <w:rPr>
          <w:b/>
        </w:rPr>
        <w:t xml:space="preserve">[30:15] </w:t>
      </w:r>
      <w:r>
        <w:t>Hum hum aap jo deen ka kaam kar rahe hain toh.</w:t>
      </w:r>
    </w:p>
    <w:p>
      <w:pPr>
        <w:jc w:val="right"/>
      </w:pPr>
      <w:r>
        <w:t>ہم ہم آپ جو دین کا کام کر رہے ہیں تو۔</w:t>
      </w:r>
    </w:p>
    <w:p>
      <w:r>
        <w:rPr>
          <w:b/>
        </w:rPr>
        <w:t xml:space="preserve">[30:19] </w:t>
      </w:r>
      <w:r>
        <w:t>hamare aap ke hisse mein to kuch bhi nahin.</w:t>
      </w:r>
    </w:p>
    <w:p>
      <w:pPr>
        <w:jc w:val="right"/>
      </w:pPr>
      <w:r>
        <w:t>ہمارے آپ کے حصے میں تو کچھ بھی نہیں۔</w:t>
      </w:r>
    </w:p>
    <w:p>
      <w:r>
        <w:rPr>
          <w:b/>
        </w:rPr>
        <w:t xml:space="preserve">[30:22] </w:t>
      </w:r>
      <w:r>
        <w:t>koda karkat aata hai hamare hisse mein.</w:t>
      </w:r>
    </w:p>
    <w:p>
      <w:pPr>
        <w:jc w:val="right"/>
      </w:pPr>
      <w:r>
        <w:t>کوڑا کرکٹ آتا ہے ہمارے حصے میں۔</w:t>
      </w:r>
    </w:p>
    <w:p>
      <w:r>
        <w:rPr>
          <w:b/>
        </w:rPr>
        <w:t xml:space="preserve">[30:26] </w:t>
      </w:r>
      <w:r>
        <w:t>qaum ka insan ka koda karkat aata hai hamare paas.</w:t>
      </w:r>
    </w:p>
    <w:p>
      <w:pPr>
        <w:jc w:val="right"/>
      </w:pPr>
      <w:r>
        <w:t>قوم کا انسان کا کوڑا کرکٹ آتا ہے ہمارے پاس۔</w:t>
      </w:r>
    </w:p>
    <w:p>
      <w:r>
        <w:rPr>
          <w:b/>
        </w:rPr>
        <w:t xml:space="preserve">[30:30] </w:t>
      </w:r>
      <w:r>
        <w:t>ek sahib mere se milne ki rai hai.</w:t>
      </w:r>
    </w:p>
    <w:p>
      <w:pPr>
        <w:jc w:val="right"/>
      </w:pPr>
      <w:r>
        <w:t>ایک صاحب میرے سے ملنے کی رائے ہے۔</w:t>
      </w:r>
    </w:p>
    <w:p>
      <w:r>
        <w:rPr>
          <w:b/>
        </w:rPr>
        <w:t xml:space="preserve">[30:34] </w:t>
      </w:r>
      <w:r>
        <w:t>ek musalman bohat hi za</w:t>
      </w:r>
    </w:p>
    <w:p>
      <w:pPr>
        <w:jc w:val="right"/>
      </w:pPr>
      <w:r>
        <w:t>ایک مسلمان بہت ہی ذ</w:t>
      </w:r>
    </w:p>
    <w:p>
      <w:r>
        <w:rPr>
          <w:b/>
        </w:rPr>
        <w:t xml:space="preserve">[30:37] </w:t>
      </w:r>
      <w:r>
        <w:t>heen thay, bohat ziyada zaheen.</w:t>
      </w:r>
    </w:p>
    <w:p>
      <w:pPr>
        <w:jc w:val="right"/>
      </w:pPr>
      <w:r>
        <w:t>ہین تھے، بہت زیادہ ذہین۔</w:t>
      </w:r>
    </w:p>
    <w:p>
      <w:r>
        <w:rPr>
          <w:b/>
        </w:rPr>
        <w:t xml:space="preserve">[30:46] </w:t>
      </w:r>
      <w:r>
        <w:t>to maine un se kaha ke bhai aap mashallah bohat zaheen aadmi hain to aap is mein aaiye.</w:t>
      </w:r>
    </w:p>
    <w:p>
      <w:pPr>
        <w:jc w:val="right"/>
      </w:pPr>
      <w:r>
        <w:t>تو میں نے ان سے کہا کہ بھئی آپ ماشاءاللہ بہت ذہین آدمی ہیں تو آپ اس میں آئیے۔</w:t>
      </w:r>
    </w:p>
    <w:p>
      <w:r>
        <w:rPr>
          <w:b/>
        </w:rPr>
        <w:t xml:space="preserve">[30:54] </w:t>
      </w:r>
      <w:r>
        <w:t>aise kai qisse mere paish aaye hain ke maine un se kaha ke aap ko Allah taala</w:t>
      </w:r>
    </w:p>
    <w:p>
      <w:pPr>
        <w:jc w:val="right"/>
      </w:pPr>
      <w:r>
        <w:t>ایسے کئی قصے میرے پیش آئے ہیں کہ میں نے ان سے کہا کہ آپ کو اللہ تعالی</w:t>
      </w:r>
    </w:p>
    <w:p>
      <w:r>
        <w:rPr>
          <w:b/>
        </w:rPr>
        <w:t xml:space="preserve">[31:02] </w:t>
      </w:r>
      <w:r>
        <w:t>ne zaheenat di hai to aap is mein aaiye, dawat ka kaam kijiye, Allah ki mission ko phailaiye.</w:t>
      </w:r>
    </w:p>
    <w:p>
      <w:pPr>
        <w:jc w:val="right"/>
      </w:pPr>
      <w:r>
        <w:t>نے ذہانت دی ہے تو آپ اس میں آئیے، دعوت کا کام کیجئے، اللہ کی مشن کو پھیلائیے۔</w:t>
      </w:r>
    </w:p>
    <w:p>
      <w:r>
        <w:rPr>
          <w:b/>
        </w:rPr>
        <w:t xml:space="preserve">[31:10] </w:t>
      </w:r>
      <w:r>
        <w:t>to jaante hain sunte sunte kya kaha unhone? pehle badi achhi baat ki thi unhone apni zaahanat ke zor zor par. shuru mein apni zaahanat ke zor par badi achhi baatein ki thi. to main thoda sa hopeful ho gaya tha unke baare mein. woh us waqt jawani ke umr mein thay, ab to shayad woh boodhe ho gaye, uth chuke honge ghaaliban. kyunke mujhe achhi tarah yaad hai, achhi</w:t>
      </w:r>
    </w:p>
    <w:p>
      <w:pPr>
        <w:jc w:val="right"/>
      </w:pPr>
      <w:r>
        <w:t>تو جانتے ہیں سنتے سنتے کیا کہا انہوں نے؟ پہلے بڑی اچھی بات کی تھی انہوں نے اپنی ذہانت کے زور زور پر۔ شروع میں اپنی ذہانت کے زور پر بڑی اچھی باتیں کی تھیں۔ تو میں تھوڑا سا ہوپ فل ہو گیا تھا ان کے بارے میں۔ وہ اس وقت جوانی کے عمر میں تھے، اب تو شاید وہ بوڑھے ہو گئے، اٹھ چکے ہوں گے غالباً۔ کیونکہ مجھے اچھی طرح یاد ہے، اچھی</w:t>
      </w:r>
    </w:p>
    <w:p>
      <w:r>
        <w:rPr>
          <w:b/>
        </w:rPr>
        <w:t xml:space="preserve">[31:40] </w:t>
      </w:r>
      <w:r>
        <w:t>tarah yaad hai ke is aadmi ne bohat zaheenat ki baatein keen Islam ke bare mein, daur jadeed</w:t>
      </w:r>
    </w:p>
    <w:p>
      <w:pPr>
        <w:jc w:val="right"/>
      </w:pPr>
      <w:r>
        <w:t>طرح یاد ہے کہ اس آدمی نے بہت ذہانت کی باتیں کیں اسلام کے بارے میں، دور جدید</w:t>
      </w:r>
    </w:p>
    <w:p>
      <w:r>
        <w:rPr>
          <w:b/>
        </w:rPr>
        <w:t xml:space="preserve">[31:48] </w:t>
      </w:r>
      <w:r>
        <w:t>ke bare mein, naye jawani ke bare mein.</w:t>
      </w:r>
    </w:p>
    <w:p>
      <w:pPr>
        <w:jc w:val="right"/>
      </w:pPr>
      <w:r>
        <w:t>کے بارے میں، نئے جوانی کے بارے میں۔</w:t>
      </w:r>
    </w:p>
    <w:p>
      <w:r>
        <w:rPr>
          <w:b/>
        </w:rPr>
        <w:t xml:space="preserve">[31:55] </w:t>
      </w:r>
      <w:r>
        <w:t>achha, jab maine yeh kaha ke aap jaisa zaheen aadmi hain to Islam ko chahiye aap Islam</w:t>
      </w:r>
    </w:p>
    <w:p>
      <w:pPr>
        <w:jc w:val="right"/>
      </w:pPr>
      <w:r>
        <w:t>اچھا، جب میں نے یہ کہا کہ آپ جیسا ذہین آدمی ہیں تو اسلام کو چاہیے آپ اسلام</w:t>
      </w:r>
    </w:p>
    <w:p>
      <w:r>
        <w:rPr>
          <w:b/>
        </w:rPr>
        <w:t xml:space="preserve">[32:03] </w:t>
      </w:r>
      <w:r>
        <w:t>ka ka kaam kijiye aur Allah ke deen ko phailaiye.</w:t>
      </w:r>
    </w:p>
    <w:p>
      <w:pPr>
        <w:jc w:val="right"/>
      </w:pPr>
      <w:r>
        <w:t>کا کا کام کیجئے اور اللہ کے دین کو پھیلائیے۔</w:t>
      </w:r>
    </w:p>
    <w:p>
      <w:r>
        <w:rPr>
          <w:b/>
        </w:rPr>
        <w:t xml:space="preserve">[32:10] </w:t>
      </w:r>
      <w:r>
        <w:t>aaj ke insan ko bataiye ke is ke liye rah sahi rasta sirf ek hai, woh Allah ki</w:t>
      </w:r>
    </w:p>
    <w:p>
      <w:pPr>
        <w:jc w:val="right"/>
      </w:pPr>
      <w:r>
        <w:t>آج کے انسان کو بتائیے کہ اس کے لیے راہ صحیح راستہ صرف ایک ہے، وہ اللہ کی</w:t>
      </w:r>
    </w:p>
    <w:p>
      <w:r>
        <w:rPr>
          <w:b/>
        </w:rPr>
        <w:t xml:space="preserve">[32:16] </w:t>
      </w:r>
      <w:r>
        <w:t>yad deen hai, Quran hai.</w:t>
      </w:r>
    </w:p>
    <w:p>
      <w:pPr>
        <w:jc w:val="right"/>
      </w:pPr>
      <w:r>
        <w:t>یاد دین ہے، قرآن ہے۔</w:t>
      </w:r>
    </w:p>
    <w:p>
      <w:r>
        <w:rPr>
          <w:b/>
        </w:rPr>
        <w:t xml:space="preserve">[32:21] </w:t>
      </w:r>
      <w:r>
        <w:t>Quran ko phailane mein aap lagaiye apne aap ko.</w:t>
      </w:r>
    </w:p>
    <w:p>
      <w:pPr>
        <w:jc w:val="right"/>
      </w:pPr>
      <w:r>
        <w:t>قرآن کو پھیلانے میں آپ لگائیے اپنے آپ کو۔</w:t>
      </w:r>
    </w:p>
    <w:p>
      <w:r>
        <w:rPr>
          <w:b/>
        </w:rPr>
        <w:t xml:space="preserve">[32:26] </w:t>
      </w:r>
      <w:r>
        <w:t>to sib aadmi jo bari achhi achhi baatein kar raha tha, bohat achhi baatein kar raha tha.</w:t>
      </w:r>
    </w:p>
    <w:p>
      <w:pPr>
        <w:jc w:val="right"/>
      </w:pPr>
      <w:r>
        <w:t>تو سیب آدمی جو بڑی اچھی اچھی باتیں کر رہا تھا، بہت اچھی باتیں کر رہا تھا۔</w:t>
      </w:r>
    </w:p>
    <w:p>
      <w:r>
        <w:rPr>
          <w:b/>
        </w:rPr>
        <w:t xml:space="preserve">[32:31] </w:t>
      </w:r>
      <w:r>
        <w:t>to woh woh aadmi kehta hai ke Maulana sahib itni jaldi aap hum se hopeful ho gaye?</w:t>
      </w:r>
    </w:p>
    <w:p>
      <w:pPr>
        <w:jc w:val="right"/>
      </w:pPr>
      <w:r>
        <w:t>تو وہ وہ آدمی کہتا ہے کہ مولانا صاحب اتنی جلدی آپ ہم سے ہوپ فل ہو گئے؟</w:t>
      </w:r>
    </w:p>
    <w:p>
      <w:r>
        <w:rPr>
          <w:b/>
        </w:rPr>
        <w:t xml:space="preserve">[32:36] </w:t>
      </w:r>
      <w:r>
        <w:t>hum to kahin book ho chuke hain.</w:t>
      </w:r>
    </w:p>
    <w:p>
      <w:pPr>
        <w:jc w:val="right"/>
      </w:pPr>
      <w:r>
        <w:t>ہم تو کہیں بک ہو چکے ہیں۔</w:t>
      </w:r>
    </w:p>
    <w:p>
      <w:r>
        <w:rPr>
          <w:b/>
        </w:rPr>
        <w:t xml:space="preserve">[32:42] </w:t>
      </w:r>
      <w:r>
        <w:t>hum ko to America jana hai.</w:t>
      </w:r>
    </w:p>
    <w:p>
      <w:pPr>
        <w:jc w:val="right"/>
      </w:pPr>
      <w:r>
        <w:t>ہم کو تو امریکہ جانا ہے۔</w:t>
      </w:r>
    </w:p>
    <w:p>
      <w:r>
        <w:rPr>
          <w:b/>
        </w:rPr>
        <w:t xml:space="preserve">[32:46] </w:t>
      </w:r>
      <w:r>
        <w:t>yani saaf saaf keh diya ho sahib sahib ke hamare bare mein aap itni jaldi hopeful ho</w:t>
      </w:r>
    </w:p>
    <w:p>
      <w:pPr>
        <w:jc w:val="right"/>
      </w:pPr>
      <w:r>
        <w:t>یعنی صاف صاف کہہ دیا ہو صاحب صاحب کہ ہمارے بارے میں آپ اتنی جلدی ہوپ فل ہو</w:t>
      </w:r>
    </w:p>
    <w:p>
      <w:r>
        <w:rPr>
          <w:b/>
        </w:rPr>
        <w:t xml:space="preserve">[32:50] </w:t>
      </w:r>
      <w:r>
        <w:t>gaye? hum to kahin book ho chuke hain.</w:t>
      </w:r>
    </w:p>
    <w:p>
      <w:pPr>
        <w:jc w:val="right"/>
      </w:pPr>
      <w:r>
        <w:t>گئے؟ ہم تو کہیں بک ہو چکے ہیں۔</w:t>
      </w:r>
    </w:p>
    <w:p>
      <w:r>
        <w:rPr>
          <w:b/>
        </w:rPr>
        <w:t xml:space="preserve">[32:54] </w:t>
      </w:r>
      <w:r>
        <w:t>یعنی وہی cash damning کے فیس لگا چکے ہیں۔</w:t>
      </w:r>
    </w:p>
    <w:p>
      <w:pPr>
        <w:jc w:val="right"/>
      </w:pPr>
      <w:r>
        <w:t>یعنی وہی کیش دم کیش دمینگ کے فیس لگا چکے ہیں۔</w:t>
      </w:r>
    </w:p>
    <w:p>
      <w:r>
        <w:rPr>
          <w:b/>
        </w:rPr>
        <w:t xml:space="preserve">[32:59] </w:t>
      </w:r>
      <w:r>
        <w:t>aur woh aaj mere khayal se aaj woh kai baar hi honge ke woh bas unhone</w:t>
      </w:r>
    </w:p>
    <w:p>
      <w:pPr>
        <w:jc w:val="right"/>
      </w:pPr>
      <w:r>
        <w:t>اور وہ آج میرے خیال سے آج وہ کئی بار ہی ہوں گے کہ وہ بس انہوں نے</w:t>
      </w:r>
    </w:p>
    <w:p>
      <w:r>
        <w:rPr>
          <w:b/>
        </w:rPr>
        <w:t xml:space="preserve">[33:03] </w:t>
      </w:r>
      <w:r>
        <w:t>se mulaqat nahin hui.</w:t>
      </w:r>
    </w:p>
    <w:p>
      <w:pPr>
        <w:jc w:val="right"/>
      </w:pPr>
      <w:r>
        <w:t>سے ملاقات نہیں ہوئی۔</w:t>
      </w:r>
    </w:p>
    <w:p>
      <w:r>
        <w:rPr>
          <w:b/>
        </w:rPr>
        <w:t xml:space="preserve">[33:07] </w:t>
      </w:r>
      <w:r>
        <w:t>to is saal ka Ramzan, is saal ka</w:t>
      </w:r>
    </w:p>
    <w:p>
      <w:pPr>
        <w:jc w:val="right"/>
      </w:pPr>
      <w:r>
        <w:t>تو اس سال کا رمضان، اس سال کا</w:t>
      </w:r>
    </w:p>
    <w:p>
      <w:r>
        <w:rPr>
          <w:b/>
        </w:rPr>
        <w:t xml:space="preserve">[33:12] </w:t>
      </w:r>
      <w:r>
        <w:t>ehtesab, eitkaf is liye hai ke log sochen, sochen, sochen aur is aag se chhurayen logon ko materials</w:t>
      </w:r>
    </w:p>
    <w:p>
      <w:pPr>
        <w:jc w:val="right"/>
      </w:pPr>
      <w:r>
        <w:t>احتساب، اعتکاف اس لیے ہے کہ لوگ سوچیں، سوچیں، سوچیں اور اس آگ سے چھڑائیں لوگوں کو مٹیریلز</w:t>
      </w:r>
    </w:p>
    <w:p>
      <w:r>
        <w:rPr>
          <w:b/>
        </w:rPr>
        <w:t xml:space="preserve">[33:18] </w:t>
      </w:r>
      <w:r>
        <w:t>ki aag se.</w:t>
      </w:r>
    </w:p>
    <w:p>
      <w:pPr>
        <w:jc w:val="right"/>
      </w:pPr>
      <w:r>
        <w:t>کی آگ سے۔</w:t>
      </w:r>
    </w:p>
    <w:p>
      <w:r>
        <w:rPr>
          <w:b/>
        </w:rPr>
        <w:t xml:space="preserve">[33:24] </w:t>
      </w:r>
      <w:r>
        <w:t>مٹیریلز کی آگ جو ہے بہت beautiful ہو گئی ہے۔</w:t>
      </w:r>
    </w:p>
    <w:p>
      <w:pPr>
        <w:jc w:val="right"/>
      </w:pPr>
      <w:r>
        <w:t>مٹیریلز کی آگ جو ہے بہت بیوٹی فل ہو گئی ہے۔</w:t>
      </w:r>
    </w:p>
    <w:p>
      <w:r>
        <w:rPr>
          <w:b/>
        </w:rPr>
        <w:t xml:space="preserve">[33:30] </w:t>
      </w:r>
      <w:r>
        <w:t>شیطان نے materials کی آگ کو اتنا beautiful بنا دیا ہے۔</w:t>
      </w:r>
    </w:p>
    <w:p>
      <w:pPr>
        <w:jc w:val="right"/>
      </w:pPr>
      <w:r>
        <w:t>شیطان نے مٹیریلز کی آگ کو اتنا بیوٹی فل بنا دیا ہے۔</w:t>
      </w:r>
    </w:p>
    <w:p>
      <w:r>
        <w:rPr>
          <w:b/>
        </w:rPr>
        <w:t xml:space="preserve">[33:37] </w:t>
      </w:r>
      <w:r>
        <w:t>ek qisse mein ne parha tha ek sahib ka jo ek aalim hai,</w:t>
      </w:r>
    </w:p>
    <w:p>
      <w:pPr>
        <w:jc w:val="right"/>
      </w:pPr>
      <w:r>
        <w:t>ایک قصہ میں نے پڑھا تھا ایک صاحب کا جو ایک عالم ہے،</w:t>
      </w:r>
    </w:p>
    <w:p>
      <w:r>
        <w:rPr>
          <w:b/>
        </w:rPr>
        <w:t xml:space="preserve">[33:43] </w:t>
      </w:r>
      <w:r>
        <w:t>baqayda aalim hai woh.</w:t>
      </w:r>
    </w:p>
    <w:p>
      <w:pPr>
        <w:jc w:val="right"/>
      </w:pPr>
      <w:r>
        <w:t>باقاعدہ عالم ہے وہ۔</w:t>
      </w:r>
    </w:p>
    <w:p>
      <w:r>
        <w:rPr>
          <w:b/>
        </w:rPr>
        <w:t xml:space="preserve">[33:48] </w:t>
      </w:r>
      <w:r>
        <w:t>to un ki beti ki shadi hui America mein.</w:t>
      </w:r>
    </w:p>
    <w:p>
      <w:pPr>
        <w:jc w:val="right"/>
      </w:pPr>
      <w:r>
        <w:t>تو ان کی بیٹی کی شادی ہوئی امریکہ میں۔</w:t>
      </w:r>
    </w:p>
    <w:p>
      <w:r>
        <w:rPr>
          <w:b/>
        </w:rPr>
        <w:t xml:space="preserve">[33:53] </w:t>
      </w:r>
      <w:r>
        <w:t>woh India mein paida hui, India mein parha, India mein kisi madrasay mein ustad hain.</w:t>
      </w:r>
    </w:p>
    <w:p>
      <w:pPr>
        <w:jc w:val="right"/>
      </w:pPr>
      <w:r>
        <w:t>وہ انڈیا میں پیدا ہوئی، انڈیا میں پڑھا، انڈیا میں کسی مدرسے میں استاد ہیں۔</w:t>
      </w:r>
    </w:p>
    <w:p>
      <w:r>
        <w:rPr>
          <w:b/>
        </w:rPr>
        <w:t xml:space="preserve">[33:58] </w:t>
      </w:r>
      <w:r>
        <w:t>to beti ne un ko ticket bheja, ticket bhej kar ke un ko America bulaya.</w:t>
      </w:r>
    </w:p>
    <w:p>
      <w:pPr>
        <w:jc w:val="right"/>
      </w:pPr>
      <w:r>
        <w:t>تو بیٹی نے ان کو ٹکٹ بھیجا، ٹکٹ بھیج کر کے ان کو امریکہ بلایا۔</w:t>
      </w:r>
    </w:p>
    <w:p>
      <w:r>
        <w:rPr>
          <w:b/>
        </w:rPr>
        <w:t xml:space="preserve">[34:03] </w:t>
      </w:r>
      <w:r>
        <w:t>to khud unhon ne likha tha, un ka ek parcha bhi nikalta hai, is parche mein likha tha</w:t>
      </w:r>
    </w:p>
    <w:p>
      <w:pPr>
        <w:jc w:val="right"/>
      </w:pPr>
      <w:r>
        <w:t>تو خود انہوں نے لکھا تھا، ان کا ایک پرچہ بھی نکلتا ہے، اس پرچے میں لکھا تھا</w:t>
      </w:r>
    </w:p>
    <w:p>
      <w:r>
        <w:rPr>
          <w:b/>
        </w:rPr>
        <w:t xml:space="preserve">[34:08] </w:t>
      </w:r>
      <w:r>
        <w:t>ke jab mein beti ke ghar pohancha,</w:t>
      </w:r>
    </w:p>
    <w:p>
      <w:pPr>
        <w:jc w:val="right"/>
      </w:pPr>
      <w:r>
        <w:t>کہ جب میں بیٹی کے گھر پہنچا،</w:t>
      </w:r>
    </w:p>
    <w:p>
      <w:r>
        <w:rPr>
          <w:b/>
        </w:rPr>
        <w:t xml:space="preserve">[34:13] </w:t>
      </w:r>
      <w:r>
        <w:t>beti ke ghar, woh mein ne dekha ke jab India mein thi to mamooli se ghar rehti thi,</w:t>
      </w:r>
    </w:p>
    <w:p>
      <w:pPr>
        <w:jc w:val="right"/>
      </w:pPr>
      <w:r>
        <w:t>بیٹی کے گھر، وہ میں نے دیکھا کہ جب انڈیا میں تھی تو معمولی سے گھر رہتی تھی،</w:t>
      </w:r>
    </w:p>
    <w:p>
      <w:r>
        <w:rPr>
          <w:b/>
        </w:rPr>
        <w:t xml:space="preserve">[34:20] </w:t>
      </w:r>
      <w:r>
        <w:t>ab shandar ghar mein hai, sau fisad laga hua hai, furniture charon taraf umda qism ka hai.</w:t>
      </w:r>
    </w:p>
    <w:p>
      <w:pPr>
        <w:jc w:val="right"/>
      </w:pPr>
      <w:r>
        <w:t>اب شاندار گھر میں ہے، سو فیصد لگا ہوا ہے، فرنیچر چاروں طرف عمدہ قسم کا ہے۔</w:t>
      </w:r>
    </w:p>
    <w:p>
      <w:r>
        <w:rPr>
          <w:b/>
        </w:rPr>
        <w:t xml:space="preserve">[34:26] </w:t>
      </w:r>
      <w:r>
        <w:t>to unhon ne khud likha tha ke mein yani sau fisad seat par gir pada, mare khushi ke</w:t>
      </w:r>
    </w:p>
    <w:p>
      <w:pPr>
        <w:jc w:val="right"/>
      </w:pPr>
      <w:r>
        <w:t>تو انہوں نے خود لکھا تھا کہ میں یعنی سو فیصد سیٹ پر گر پڑا، مارے خوشی کے</w:t>
      </w:r>
    </w:p>
    <w:p>
      <w:r>
        <w:rPr>
          <w:b/>
        </w:rPr>
        <w:t xml:space="preserve">[34:33] </w:t>
      </w:r>
      <w:r>
        <w:t>sau fisad par gir pada.</w:t>
      </w:r>
    </w:p>
    <w:p>
      <w:pPr>
        <w:jc w:val="right"/>
      </w:pPr>
      <w:r>
        <w:t>سو فیصد پر گر پڑا۔</w:t>
      </w:r>
    </w:p>
    <w:p>
      <w:r>
        <w:rPr>
          <w:b/>
        </w:rPr>
        <w:t xml:space="preserve">[34:40] </w:t>
      </w:r>
      <w:r>
        <w:t>yeh khud likha tha apne parche mein,</w:t>
      </w:r>
    </w:p>
    <w:p>
      <w:pPr>
        <w:jc w:val="right"/>
      </w:pPr>
      <w:r>
        <w:t>یہ خود لکھا تھا اپنے پرچے میں،</w:t>
      </w:r>
    </w:p>
    <w:p>
      <w:r>
        <w:rPr>
          <w:b/>
        </w:rPr>
        <w:t xml:space="preserve">[34:46] </w:t>
      </w:r>
      <w:r>
        <w:t>apne apne parche mein.</w:t>
      </w:r>
    </w:p>
    <w:p>
      <w:pPr>
        <w:jc w:val="right"/>
      </w:pPr>
      <w:r>
        <w:t>اپنے اپنے پرچے میں۔</w:t>
      </w:r>
    </w:p>
    <w:p>
      <w:r>
        <w:rPr>
          <w:b/>
        </w:rPr>
        <w:t xml:space="preserve">[34:54] </w:t>
      </w:r>
      <w:r>
        <w:t>تو شیطان نے اتنا اتنا زیادہ یعنی اتنا زیادہ beautiful بنا دیا ہے material آگ کو۔</w:t>
      </w:r>
    </w:p>
    <w:p>
      <w:pPr>
        <w:jc w:val="right"/>
      </w:pPr>
      <w:r>
        <w:t>تو شیطان نے اتنا اتنا زیادہ یعنی اتنا زیادہ بیوٹی فل بنا دیا ہے مٹیریل آگ کو۔</w:t>
      </w:r>
    </w:p>
    <w:p>
      <w:r>
        <w:rPr>
          <w:b/>
        </w:rPr>
        <w:t xml:space="preserve">[35:02] </w:t>
      </w:r>
      <w:r>
        <w:t>material aag ko itna zyada beautiful bana diya hai ke baap jo hai, darhi wala baap, mein</w:t>
      </w:r>
    </w:p>
    <w:p>
      <w:pPr>
        <w:jc w:val="right"/>
      </w:pPr>
      <w:r>
        <w:t>مٹیریل آگ کو اتنا زیادہ بیوٹی فل بنا دیا ہے کہ باپ جو ہے، داڑھی والا باپ، میں</w:t>
      </w:r>
    </w:p>
    <w:p>
      <w:r>
        <w:rPr>
          <w:b/>
        </w:rPr>
        <w:t xml:space="preserve">[35:09] </w:t>
      </w:r>
      <w:r>
        <w:t>janta hoon un ko, khushi se gir pade America ke sau fisad par.</w:t>
      </w:r>
    </w:p>
    <w:p>
      <w:pPr>
        <w:jc w:val="right"/>
      </w:pPr>
      <w:r>
        <w:t>جانتا ہوں ان کو، خوشی سے گر پڑے امریکہ کے سو فیصد پر۔</w:t>
      </w:r>
    </w:p>
    <w:p>
      <w:r>
        <w:rPr>
          <w:b/>
        </w:rPr>
        <w:t xml:space="preserve">[35:17] </w:t>
      </w:r>
      <w:r>
        <w:t>تو کیسے ری پلاننگ کی جائے؟ کیسے یہ جو کود رہے ہیں لوگ اس آگ میٹیریلز کی آگ</w:t>
      </w:r>
    </w:p>
    <w:p>
      <w:pPr>
        <w:jc w:val="right"/>
      </w:pPr>
      <w:r>
        <w:t>تو کیسے ری پلاننگ کی جائے؟ کیسے یہ جو کود رہے ہیں لوگ اس آگ مٹیریلز کی آگ</w:t>
      </w:r>
    </w:p>
    <w:p>
      <w:r>
        <w:rPr>
          <w:b/>
        </w:rPr>
        <w:t xml:space="preserve">[35:28] </w:t>
      </w:r>
      <w:r>
        <w:t>mein? kaise un ko kaha jaye ke Allah ke bagh mein aao? kaise Allah ke bagh ki taraf</w:t>
      </w:r>
    </w:p>
    <w:p>
      <w:pPr>
        <w:jc w:val="right"/>
      </w:pPr>
      <w:r>
        <w:t>میں؟ کیسے ان کو کہا جائے کہ اللہ کے باغ میں آؤ؟ کیسے اللہ کے باغ کی طرف</w:t>
      </w:r>
    </w:p>
    <w:p>
      <w:r>
        <w:rPr>
          <w:b/>
        </w:rPr>
        <w:t xml:space="preserve">[35:40] </w:t>
      </w:r>
      <w:r>
        <w:t>un ko bulaya jaye?</w:t>
      </w:r>
    </w:p>
    <w:p>
      <w:pPr>
        <w:jc w:val="right"/>
      </w:pPr>
      <w:r>
        <w:t>ان کو بلایا جائے؟</w:t>
      </w:r>
    </w:p>
    <w:p>
      <w:r>
        <w:rPr>
          <w:b/>
        </w:rPr>
        <w:t xml:space="preserve">[35:51] </w:t>
      </w:r>
      <w:r>
        <w:t>to dekhiye yeh eitkaf jo hai yeh sochne ke liye hai, contemplation ke liye.</w:t>
      </w:r>
    </w:p>
    <w:p>
      <w:pPr>
        <w:jc w:val="right"/>
      </w:pPr>
      <w:r>
        <w:t>تو دیکھیے یہ اعتکاف جو ہے یہ سوچنے کے لیے ہے، کنٹیمپریشن کے لیے۔</w:t>
      </w:r>
    </w:p>
    <w:p>
      <w:r>
        <w:rPr>
          <w:b/>
        </w:rPr>
        <w:t xml:space="preserve">[35:56] </w:t>
      </w:r>
      <w:r>
        <w:t>socha kis par jayega? socha jayega waqt ke masle par.</w:t>
      </w:r>
    </w:p>
    <w:p>
      <w:pPr>
        <w:jc w:val="right"/>
      </w:pPr>
      <w:r>
        <w:t>سوچا کس پر جائے گا؟ سوچا جائے گا وقت کے مسئلے پر۔</w:t>
      </w:r>
    </w:p>
    <w:p>
      <w:r>
        <w:rPr>
          <w:b/>
        </w:rPr>
        <w:t xml:space="preserve">[36:01] </w:t>
      </w:r>
      <w:r>
        <w:t>waqt ke masle par socha jayega.</w:t>
      </w:r>
    </w:p>
    <w:p>
      <w:pPr>
        <w:jc w:val="right"/>
      </w:pPr>
      <w:r>
        <w:t>وقت کے مسئلے پر سوچا جائے گا۔</w:t>
      </w:r>
    </w:p>
    <w:p>
      <w:r>
        <w:rPr>
          <w:b/>
        </w:rPr>
        <w:t xml:space="preserve">[36:06] </w:t>
      </w:r>
      <w:r>
        <w:t>jaise Rasool Allah Sal Allahu Alaihi Wasallam kai daur hain, sirf baqiya Madani daur nahi hai.</w:t>
      </w:r>
    </w:p>
    <w:p>
      <w:pPr>
        <w:jc w:val="right"/>
      </w:pPr>
      <w:r>
        <w:t>جیسے رسول اللہ صلی اللہ علیہ وسلم کئی دور ہیں، صرف بقیہ مدنی دور نہیں ہے۔</w:t>
      </w:r>
    </w:p>
    <w:p>
      <w:r>
        <w:rPr>
          <w:b/>
        </w:rPr>
        <w:t xml:space="preserve">[36:11] </w:t>
      </w:r>
      <w:r>
        <w:t>kai daur hain.</w:t>
      </w:r>
    </w:p>
    <w:p>
      <w:pPr>
        <w:jc w:val="right"/>
      </w:pPr>
      <w:r>
        <w:t>کئی دور ہیں۔</w:t>
      </w:r>
    </w:p>
    <w:p>
      <w:r>
        <w:rPr>
          <w:b/>
        </w:rPr>
        <w:t xml:space="preserve">[36:17] </w:t>
      </w:r>
      <w:r>
        <w:t>har daur mein aap</w:t>
      </w:r>
    </w:p>
    <w:p>
      <w:pPr>
        <w:jc w:val="right"/>
      </w:pPr>
      <w:r>
        <w:t>ہر دور میں آپ</w:t>
      </w:r>
    </w:p>
    <w:p>
      <w:r>
        <w:rPr>
          <w:b/>
        </w:rPr>
        <w:t xml:space="preserve">[36:22] </w:t>
      </w:r>
      <w:r>
        <w:t>is is waqt ke masle par sochte the.</w:t>
      </w:r>
    </w:p>
    <w:p>
      <w:pPr>
        <w:jc w:val="right"/>
      </w:pPr>
      <w:r>
        <w:t>اس اس وقت کے مسئلے پر سوچتے تھے۔</w:t>
      </w:r>
    </w:p>
    <w:p>
      <w:r>
        <w:rPr>
          <w:b/>
        </w:rPr>
        <w:t xml:space="preserve">[36:29] </w:t>
      </w:r>
      <w:r>
        <w:t>ek daur shuru ka daur hai, shuru ka daur hai jab aap jaate the ghar e hira mein, wahan sochte the.</w:t>
      </w:r>
    </w:p>
    <w:p>
      <w:pPr>
        <w:jc w:val="right"/>
      </w:pPr>
      <w:r>
        <w:t>ایک دور شروع کا دور ہے، شروع کا دور ہے جب آپ جاتے تھے غار حرا میں، وہاں سوچتے تھے۔</w:t>
      </w:r>
    </w:p>
    <w:p>
      <w:r>
        <w:rPr>
          <w:b/>
        </w:rPr>
        <w:t xml:space="preserve">[36:37] </w:t>
      </w:r>
      <w:r>
        <w:t>woh yahi sochte the ke insaan ko shaitan nigal gaya hai.</w:t>
      </w:r>
    </w:p>
    <w:p>
      <w:pPr>
        <w:jc w:val="right"/>
      </w:pPr>
      <w:r>
        <w:t>وہ یہی سوچتے تھے کہ انسان کو شیطان نگل گیا ہے۔</w:t>
      </w:r>
    </w:p>
    <w:p>
      <w:r>
        <w:rPr>
          <w:b/>
        </w:rPr>
        <w:t xml:space="preserve">[36:45] </w:t>
      </w:r>
      <w:r>
        <w:t>is ne kaha ke poojo suraj ko, poojo chand ko, poore sitaron ko.</w:t>
      </w:r>
    </w:p>
    <w:p>
      <w:pPr>
        <w:jc w:val="right"/>
      </w:pPr>
      <w:r>
        <w:t>اس نے کہا کہ پوجو سورج کو، پوجو چاند کو، پورے ستاروں کو۔</w:t>
      </w:r>
    </w:p>
    <w:p>
      <w:r>
        <w:rPr>
          <w:b/>
        </w:rPr>
        <w:t xml:space="preserve">[36:52] </w:t>
      </w:r>
      <w:r>
        <w:t>kaise is ko phir lotayein hum Allah ki taraf? toh aap ne sahaba ko tayyar kiya aur aisi</w:t>
      </w:r>
    </w:p>
    <w:p>
      <w:pPr>
        <w:jc w:val="right"/>
      </w:pPr>
      <w:r>
        <w:t>کیسے اس کو پھر لوٹائیں ہم اللہ کی طرف؟ تو آپ نے صحابہ کو تیار کیا اور ایسی</w:t>
      </w:r>
    </w:p>
    <w:p>
      <w:r>
        <w:rPr>
          <w:b/>
        </w:rPr>
        <w:t xml:space="preserve">[36:58] </w:t>
      </w:r>
      <w:r>
        <w:t>تحریک چلائی جس نے nature کو divinity سے delink کر دیا۔</w:t>
      </w:r>
    </w:p>
    <w:p>
      <w:pPr>
        <w:jc w:val="right"/>
      </w:pPr>
      <w:r>
        <w:t>تحریک چلائی جس نے نیچر کو ڈیوینٹی سے ڈیلنگ کر دیا۔</w:t>
      </w:r>
    </w:p>
    <w:p>
      <w:r>
        <w:rPr>
          <w:b/>
        </w:rPr>
        <w:t xml:space="preserve">[37:05] </w:t>
      </w:r>
      <w:r>
        <w:t>sab se bada karname yaad rakhiye sahaba kiram ka aur rasool Allah salallaho alaihi wasallam ko jo</w:t>
      </w:r>
    </w:p>
    <w:p>
      <w:pPr>
        <w:jc w:val="right"/>
      </w:pPr>
      <w:r>
        <w:t>سب سے بڑا کارنامہ یاد رکھیے صحابہ کرام کا اور رسول اللہ صلی اللہ علیہ وسلم کو جو</w:t>
      </w:r>
    </w:p>
    <w:p>
      <w:r>
        <w:rPr>
          <w:b/>
        </w:rPr>
        <w:t xml:space="preserve">[37:11] </w:t>
      </w:r>
      <w:r>
        <w:t>hai yeh naya daur paida kar diya, naya daur.</w:t>
      </w:r>
    </w:p>
    <w:p>
      <w:pPr>
        <w:jc w:val="right"/>
      </w:pPr>
      <w:r>
        <w:t>ہے یہ نیا دور پیدا کر دیا، نیا دور۔</w:t>
      </w:r>
    </w:p>
    <w:p>
      <w:r>
        <w:rPr>
          <w:b/>
        </w:rPr>
        <w:t xml:space="preserve">[37:17] </w:t>
      </w:r>
      <w:r>
        <w:t>jabke hazaron hazar</w:t>
      </w:r>
    </w:p>
    <w:p>
      <w:pPr>
        <w:jc w:val="right"/>
      </w:pPr>
      <w:r>
        <w:t>جبکہ ہزاروں ہزار</w:t>
      </w:r>
    </w:p>
    <w:p>
      <w:r>
        <w:rPr>
          <w:b/>
        </w:rPr>
        <w:t xml:space="preserve">[37:23] </w:t>
      </w:r>
      <w:r>
        <w:t>saal se insaan nature ko poojta tha.</w:t>
      </w:r>
    </w:p>
    <w:p>
      <w:pPr>
        <w:jc w:val="right"/>
      </w:pPr>
      <w:r>
        <w:t>سال سے انسان نیچر کو پوچھتا تھا۔</w:t>
      </w:r>
    </w:p>
    <w:p>
      <w:r>
        <w:rPr>
          <w:b/>
        </w:rPr>
        <w:t xml:space="preserve">[37:28] </w:t>
      </w:r>
      <w:r>
        <w:t>تو nature کو divinity سے ڈیلنگ کر دیا، الگ کر دیا۔</w:t>
      </w:r>
    </w:p>
    <w:p>
      <w:pPr>
        <w:jc w:val="right"/>
      </w:pPr>
      <w:r>
        <w:t>تو نیچر کو ڈیوینٹی سے ڈیلنگ کر دیا، الگ کر دیا۔</w:t>
      </w:r>
    </w:p>
    <w:p>
      <w:r>
        <w:rPr>
          <w:b/>
        </w:rPr>
        <w:t xml:space="preserve">[37:33] </w:t>
      </w:r>
      <w:r>
        <w:t>nature toh abhi bhi hai lekin bahesiyat e maabood ka nahi hai woh.</w:t>
      </w:r>
    </w:p>
    <w:p>
      <w:pPr>
        <w:jc w:val="right"/>
      </w:pPr>
      <w:r>
        <w:t>نیچر تو ابھی بھی ہے لیکن بحیثیت معبود کا نہیں ہے وہ۔</w:t>
      </w:r>
    </w:p>
    <w:p>
      <w:r>
        <w:rPr>
          <w:b/>
        </w:rPr>
        <w:t xml:space="preserve">[37:38] </w:t>
      </w:r>
      <w:r>
        <w:t>yeh science ke zariye hua.</w:t>
      </w:r>
    </w:p>
    <w:p>
      <w:pPr>
        <w:jc w:val="right"/>
      </w:pPr>
      <w:r>
        <w:t>یہ سائنس کے ذریعے ہوا۔</w:t>
      </w:r>
    </w:p>
    <w:p>
      <w:r>
        <w:rPr>
          <w:b/>
        </w:rPr>
        <w:t xml:space="preserve">[37:43] </w:t>
      </w:r>
      <w:r>
        <w:t>اسلام جو ہے سائنس کا خالق ہے، کا سائنس کا creator ہے۔</w:t>
      </w:r>
    </w:p>
    <w:p>
      <w:pPr>
        <w:jc w:val="right"/>
      </w:pPr>
      <w:r>
        <w:t>اسلام جو ہے سائنس کا خالق ہے، کا سائنس کا کریٹر ہے۔</w:t>
      </w:r>
    </w:p>
    <w:p>
      <w:r>
        <w:rPr>
          <w:b/>
        </w:rPr>
        <w:t xml:space="preserve">[37:48] </w:t>
      </w:r>
      <w:r>
        <w:t>toh main ne likha apni kitab Islam khaliq</w:t>
      </w:r>
    </w:p>
    <w:p>
      <w:pPr>
        <w:jc w:val="right"/>
      </w:pPr>
      <w:r>
        <w:t>تو میں نے لکھا اپنی کتاب اسلام خالق</w:t>
      </w:r>
    </w:p>
    <w:p>
      <w:r>
        <w:rPr>
          <w:b/>
        </w:rPr>
        <w:t xml:space="preserve">[37:53] </w:t>
      </w:r>
      <w:r>
        <w:t>daur jadeed ka khaliq.</w:t>
      </w:r>
    </w:p>
    <w:p>
      <w:pPr>
        <w:jc w:val="right"/>
      </w:pPr>
      <w:r>
        <w:t>دور جدید کا خالق۔</w:t>
      </w:r>
    </w:p>
    <w:p>
      <w:r>
        <w:rPr>
          <w:b/>
        </w:rPr>
        <w:t xml:space="preserve">[37:59] </w:t>
      </w:r>
      <w:r>
        <w:t>تو غار حرا میں ایک پلاننگ کی تھی، یاد رکھیے غار حرا کوئی mystic retreat نہیں تھی۔</w:t>
      </w:r>
    </w:p>
    <w:p>
      <w:pPr>
        <w:jc w:val="right"/>
      </w:pPr>
      <w:r>
        <w:t>تو غار حرا میں ایک پلاننگ کی تھی، یاد رکھیے غار حرا کوئی مصری رچش نہیں تھی۔</w:t>
      </w:r>
    </w:p>
    <w:p>
      <w:r>
        <w:rPr>
          <w:b/>
        </w:rPr>
        <w:t xml:space="preserve">[38:05] </w:t>
      </w:r>
      <w:r>
        <w:t>رسول اللہ نے غار حرا میں ایک پلاننگ کی، planning کہ کس طرح سے اس کو dealing کیا جائے۔</w:t>
      </w:r>
    </w:p>
    <w:p>
      <w:pPr>
        <w:jc w:val="right"/>
      </w:pPr>
      <w:r>
        <w:t>رسول اللہ نے غار حرا میں ایک پلاننگ کی، پلاننگ کہ کس طرح سے اس کو ڈیلنگ کیا جائے۔</w:t>
      </w:r>
    </w:p>
    <w:p>
      <w:r>
        <w:rPr>
          <w:b/>
        </w:rPr>
        <w:t xml:space="preserve">[38:11] </w:t>
      </w:r>
      <w:r>
        <w:t>nature ko worship ko, nature ko aur divinity ko kis tarah dealing kar diya jaye.</w:t>
      </w:r>
    </w:p>
    <w:p>
      <w:pPr>
        <w:jc w:val="right"/>
      </w:pPr>
      <w:r>
        <w:t>نیچر کو ورشپ کو، نیچر کو اور ڈیوینٹی کو کس طرح ڈیلنگ کر دیا جائے۔</w:t>
      </w:r>
    </w:p>
    <w:p>
      <w:r>
        <w:rPr>
          <w:b/>
        </w:rPr>
        <w:t xml:space="preserve">[38:17] </w:t>
      </w:r>
      <w:r>
        <w:t>toh rasool Allah jo ja ke</w:t>
      </w:r>
    </w:p>
    <w:p>
      <w:pPr>
        <w:jc w:val="right"/>
      </w:pPr>
      <w:r>
        <w:t>تو رسول اللہ جو جا کے</w:t>
      </w:r>
    </w:p>
    <w:p>
      <w:r>
        <w:rPr>
          <w:b/>
        </w:rPr>
        <w:t xml:space="preserve">[38:24] </w:t>
      </w:r>
      <w:r>
        <w:t>rehte the ghar e hira mein toh woh aap ka itikaf hota tha, itikaf.</w:t>
      </w:r>
    </w:p>
    <w:p>
      <w:pPr>
        <w:jc w:val="right"/>
      </w:pPr>
      <w:r>
        <w:t>رہتے تھے غار حرا میں تو وہ آپ کا اعتکاف ہوتا تھا، اعتکاف۔</w:t>
      </w:r>
    </w:p>
    <w:p>
      <w:r>
        <w:rPr>
          <w:b/>
        </w:rPr>
        <w:t xml:space="preserve">[38:31] </w:t>
      </w:r>
      <w:r>
        <w:t>woh aap ka itikaf hota tha.</w:t>
      </w:r>
    </w:p>
    <w:p>
      <w:pPr>
        <w:jc w:val="right"/>
      </w:pPr>
      <w:r>
        <w:t>وہ آپ کا اعتکاف ہوتا تھا۔</w:t>
      </w:r>
    </w:p>
    <w:p>
      <w:r>
        <w:rPr>
          <w:b/>
        </w:rPr>
        <w:t xml:space="preserve">[38:39] </w:t>
      </w:r>
      <w:r>
        <w:t>toh rasool Allah ne Allah ki madad se yeh planning ki ke kis tarah shaitan ke, kis tarah</w:t>
      </w:r>
    </w:p>
    <w:p>
      <w:pPr>
        <w:jc w:val="right"/>
      </w:pPr>
      <w:r>
        <w:t>تو رسول اللہ نے اللہ کی مدد سے یہ پلاننگ کی کہ کس طرح شیطان کے، کس طرح</w:t>
      </w:r>
    </w:p>
    <w:p>
      <w:r>
        <w:rPr>
          <w:b/>
        </w:rPr>
        <w:t xml:space="preserve">[38:46] </w:t>
      </w:r>
      <w:r>
        <w:t>shaitan ke naqshe ko</w:t>
      </w:r>
    </w:p>
    <w:p>
      <w:pPr>
        <w:jc w:val="right"/>
      </w:pPr>
      <w:r>
        <w:t>شیطان کے نقشے کو</w:t>
      </w:r>
    </w:p>
    <w:p>
      <w:r>
        <w:rPr>
          <w:b/>
        </w:rPr>
        <w:t xml:space="preserve">[38:54] </w:t>
      </w:r>
      <w:r>
        <w:t>jack up kiya jaye, kis tarah is ko khatam kiya jaye.</w:t>
      </w:r>
    </w:p>
    <w:p>
      <w:pPr>
        <w:jc w:val="right"/>
      </w:pPr>
      <w:r>
        <w:t>جیکب جبرائیل کیا جائے، کس طرح اس کو ختم کیا جائے۔</w:t>
      </w:r>
    </w:p>
    <w:p>
      <w:r>
        <w:rPr>
          <w:b/>
        </w:rPr>
        <w:t xml:space="preserve">[38:58] </w:t>
      </w:r>
      <w:r>
        <w:t>shaitan jo sikha rakha hai ke suraj ki suraj poojne ki cheez hai aur chand poojne ki cheez</w:t>
      </w:r>
    </w:p>
    <w:p>
      <w:pPr>
        <w:jc w:val="right"/>
      </w:pPr>
      <w:r>
        <w:t>شیطان جو سکھا رکھا ہے کہ سورج کی سورج پوجنے کی چیز ہے اور چاند پوجنے کی چیز</w:t>
      </w:r>
    </w:p>
    <w:p>
      <w:r>
        <w:rPr>
          <w:b/>
        </w:rPr>
        <w:t xml:space="preserve">[39:02] </w:t>
      </w:r>
      <w:r>
        <w:t>ہے، ستارے پوجنے کی چیز ہے، تو dealing کر دو۔</w:t>
      </w:r>
    </w:p>
    <w:p>
      <w:pPr>
        <w:jc w:val="right"/>
      </w:pPr>
      <w:r>
        <w:t>ہے، ستارے پوجنے کی چیز ہے، تو ڈیلنگ کر دو۔</w:t>
      </w:r>
    </w:p>
    <w:p>
      <w:r>
        <w:rPr>
          <w:b/>
        </w:rPr>
        <w:t xml:space="preserve">[39:07] </w:t>
      </w:r>
      <w:r>
        <w:t>yani nature ko divinity se alag kar do.</w:t>
      </w:r>
    </w:p>
    <w:p>
      <w:pPr>
        <w:jc w:val="right"/>
      </w:pPr>
      <w:r>
        <w:t>یعنی نیچر کو ڈیوینٹی سے الگ کر دو۔</w:t>
      </w:r>
    </w:p>
    <w:p>
      <w:r>
        <w:rPr>
          <w:b/>
        </w:rPr>
        <w:t xml:space="preserve">[39:11] </w:t>
      </w:r>
      <w:r>
        <w:t>yeh planning thi rasool Allah salallaho alaihi wasallam ki.</w:t>
      </w:r>
    </w:p>
    <w:p>
      <w:pPr>
        <w:jc w:val="right"/>
      </w:pPr>
      <w:r>
        <w:t>یہ پلاننگ تھی رسول اللہ صلی اللہ علیہ وسلم کی۔</w:t>
      </w:r>
    </w:p>
    <w:p>
      <w:r>
        <w:rPr>
          <w:b/>
        </w:rPr>
        <w:t xml:space="preserve">[39:16] </w:t>
      </w:r>
      <w:r>
        <w:t>ab woh kamyab hui.</w:t>
      </w:r>
    </w:p>
    <w:p>
      <w:pPr>
        <w:jc w:val="right"/>
      </w:pPr>
      <w:r>
        <w:t>اب وہ کامیاب ہوئی۔</w:t>
      </w:r>
    </w:p>
    <w:p>
      <w:r>
        <w:rPr>
          <w:b/>
        </w:rPr>
        <w:t xml:space="preserve">[39:20] </w:t>
      </w:r>
      <w:r>
        <w:t>is ko bohat acha likha hai</w:t>
      </w:r>
    </w:p>
    <w:p>
      <w:pPr>
        <w:jc w:val="right"/>
      </w:pPr>
      <w:r>
        <w:t>اس کو بہت اچھا لکھا ہے</w:t>
      </w:r>
    </w:p>
    <w:p>
      <w:r>
        <w:rPr>
          <w:b/>
        </w:rPr>
        <w:t xml:space="preserve">[39:24] </w:t>
      </w:r>
      <w:r>
        <w:t>Henry Pren ne. bohat achha likha hai. yeh sab baatein jo arz kar raha hoon aap ke samne badi badi baat hai. yeh hamare ulama ne nahi pakad paya is ko. is se ahl ahl ghurb ne is ko likha hai. is par maslan Tyned Bee ne, maslan Henry Pren ne, is tarah ke jo log hain. hamare ulama to masle masail mein phanse reh gaye. masle masail mein phanse hue hain, aaj tak phanse</w:t>
      </w:r>
    </w:p>
    <w:p>
      <w:pPr>
        <w:jc w:val="right"/>
      </w:pPr>
      <w:r>
        <w:t>ہینری پرین نے۔ بہت اچھا لکھا ہے۔ یہ سب باتیں جو عرض کر رہا ہوں آپ کے سامنے بڑی بڑی بات ہے۔ یہ ہمارے علماء نے نہیں پکڑ پایا اس کو۔ اس سے اہل اہل غرب نے اس کو لکھا ہے۔ اس پر مثلاً ٹائینڈ بی نے، مثلاً ہینری پرین نے، اس طرح کے جو لوگ ہیں۔ ہمارے علماء تو مسئلے مسائل میں پھنسے رہ گئے۔ مسئلے مسائل میں پھنسے ہوئے ہیں، آج تک پھنسے</w:t>
      </w:r>
    </w:p>
    <w:p>
      <w:r>
        <w:rPr>
          <w:b/>
        </w:rPr>
        <w:t xml:space="preserve">[39:54] </w:t>
      </w:r>
      <w:r>
        <w:t>hue hain masle masael.</w:t>
      </w:r>
    </w:p>
    <w:p>
      <w:pPr>
        <w:jc w:val="right"/>
      </w:pPr>
      <w:r>
        <w:t>ہوئے ہیں۔ مسئلے مسائل۔</w:t>
      </w:r>
    </w:p>
    <w:p>
      <w:r>
        <w:rPr>
          <w:b/>
        </w:rPr>
        <w:t xml:space="preserve">[40:00] </w:t>
      </w:r>
      <w:r>
        <w:t>to aaj dobara is nabuwat ke, nabuwat ke is sunnat ko zinda karna hai.</w:t>
      </w:r>
    </w:p>
    <w:p>
      <w:pPr>
        <w:jc w:val="right"/>
      </w:pPr>
      <w:r>
        <w:t>تو آج دوبارہ اس نبوت کے، نبوت کے اس سنت کو زندہ کرنا ہے۔</w:t>
      </w:r>
    </w:p>
    <w:p>
      <w:r>
        <w:rPr>
          <w:b/>
        </w:rPr>
        <w:t xml:space="preserve">[40:07] </w:t>
      </w:r>
      <w:r>
        <w:t>aaj dohra dobara ummat ko peghambar ki is sunnat ko zinda karna hai.</w:t>
      </w:r>
    </w:p>
    <w:p>
      <w:pPr>
        <w:jc w:val="right"/>
      </w:pPr>
      <w:r>
        <w:t>آج دہرا دوبارہ امت کو پیغمبر کی اس سنت کو زندہ کرنا ہے۔</w:t>
      </w:r>
    </w:p>
    <w:p>
      <w:r>
        <w:rPr>
          <w:b/>
        </w:rPr>
        <w:t xml:space="preserve">[40:13] </w:t>
      </w:r>
      <w:r>
        <w:t>jabke aap ne socha ke kis tarah naya daur layen, naya daur layen.</w:t>
      </w:r>
    </w:p>
    <w:p>
      <w:pPr>
        <w:jc w:val="right"/>
      </w:pPr>
      <w:r>
        <w:t>جبکہ آپ نے سوچا کہ کس طرح نیا دور لائیں، نیا دور لائیں۔</w:t>
      </w:r>
    </w:p>
    <w:p>
      <w:r>
        <w:rPr>
          <w:b/>
        </w:rPr>
        <w:t xml:space="preserve">[40:19] </w:t>
      </w:r>
      <w:r>
        <w:t>aaj aap ko jo daur lana hai</w:t>
      </w:r>
    </w:p>
    <w:p>
      <w:pPr>
        <w:jc w:val="right"/>
      </w:pPr>
      <w:r>
        <w:t>آج آپ کو جو دور لانا ہے</w:t>
      </w:r>
    </w:p>
    <w:p>
      <w:r>
        <w:rPr>
          <w:b/>
        </w:rPr>
        <w:t xml:space="preserve">[40:25] </w:t>
      </w:r>
      <w:r>
        <w:t>woh yeh ke ek suraj so raha hai. saare hamare naujawan bhaag rahe hain America ki taraf, bhaag rahe hain America ki taraf. Allah Akbar! ek bohat hi bada aalami, yaani aalami satah ka ek hai, yaani brain drain, brain drain aalami satah ka. to kaise in logon ko, Allah ke paida kiye hue naujawanon ko Islam ki taraf laya jaaye? jis tarah Rasool Allah l</w:t>
      </w:r>
    </w:p>
    <w:p>
      <w:pPr>
        <w:jc w:val="right"/>
      </w:pPr>
      <w:r>
        <w:t>وہ یہ کہ ایک سورج سو رہا ہے۔ سارے ہمارے نوجوان بھاگ رہے ہیں امریکہ کی طرف، بھاگ رہے ہیں امریکہ کی طرف۔ اللہ اکبر! ایک بہت ہی بڑا عالمی، یعنی عالمی سطح کا ایک ہے، یعنی برین ڈرین، برین ڈرین عالمی سطح کا۔ تو کیسے ان لوگوں کو، اللہ کے پیدا کیے ہوئے نوجوانوں کو اسلام کی طرف لایا جائے؟ جس طرح رسول اللہ ل</w:t>
      </w:r>
    </w:p>
    <w:p>
      <w:r>
        <w:rPr>
          <w:b/>
        </w:rPr>
        <w:t xml:space="preserve">[40:55] </w:t>
      </w:r>
      <w:r>
        <w:t>aaye.</w:t>
      </w:r>
    </w:p>
    <w:p>
      <w:pPr>
        <w:jc w:val="right"/>
      </w:pPr>
      <w:r>
        <w:t>ائے۔</w:t>
      </w:r>
    </w:p>
    <w:p>
      <w:r>
        <w:rPr>
          <w:b/>
        </w:rPr>
        <w:t xml:space="preserve">[41:01] </w:t>
      </w:r>
      <w:r>
        <w:t>rasool Allah ne apne zamane ke naujawanon ko laye, wo Allah ke deen ki taraf aur naye inqalab ki taraf.</w:t>
      </w:r>
    </w:p>
    <w:p>
      <w:pPr>
        <w:jc w:val="right"/>
      </w:pPr>
      <w:r>
        <w:t>رسول اللہ نے اپنے زمانے کے نوجوانوں کو لائے، وہ اللہ کے دین کی طرف اور نئے انقلاب کی طرف۔</w:t>
      </w:r>
    </w:p>
    <w:p>
      <w:r>
        <w:rPr>
          <w:b/>
        </w:rPr>
        <w:t xml:space="preserve">[41:08] </w:t>
      </w:r>
      <w:r>
        <w:t>aise hi aaj bhi aap ko karna hai ke Allah ke paida kiye hue insanon ko layen idhar</w:t>
      </w:r>
    </w:p>
    <w:p>
      <w:pPr>
        <w:jc w:val="right"/>
      </w:pPr>
      <w:r>
        <w:t>ایسے ہی آج بھی آپ کو کرنا ہے کہ اللہ کے پیدا کیے ہوئے انسانوں کو لائیں ادھر</w:t>
      </w:r>
    </w:p>
    <w:p>
      <w:r>
        <w:rPr>
          <w:b/>
        </w:rPr>
        <w:t xml:space="preserve">[41:14] </w:t>
      </w:r>
      <w:r>
        <w:t>aur naya inqalab barpa karen.</w:t>
      </w:r>
    </w:p>
    <w:p>
      <w:pPr>
        <w:jc w:val="right"/>
      </w:pPr>
      <w:r>
        <w:t>اور نیا انقلاب برپا کریں۔</w:t>
      </w:r>
    </w:p>
    <w:p>
      <w:r>
        <w:rPr>
          <w:b/>
        </w:rPr>
        <w:t xml:space="preserve">[41:20] </w:t>
      </w:r>
      <w:r>
        <w:t>is mein batayen ke ke</w:t>
      </w:r>
    </w:p>
    <w:p>
      <w:pPr>
        <w:jc w:val="right"/>
      </w:pPr>
      <w:r>
        <w:t>اس میں بتائیں کہ کہ</w:t>
      </w:r>
    </w:p>
    <w:p>
      <w:r>
        <w:rPr>
          <w:b/>
        </w:rPr>
        <w:t xml:space="preserve">[41:27] </w:t>
      </w:r>
      <w:r>
        <w:t>applied science se barh kar hai pure science.</w:t>
      </w:r>
    </w:p>
    <w:p>
      <w:pPr>
        <w:jc w:val="right"/>
      </w:pPr>
      <w:r>
        <w:t>اپلائیڈ سائنس سے بڑھ کر ہے پیور سائنس۔</w:t>
      </w:r>
    </w:p>
    <w:p>
      <w:r>
        <w:rPr>
          <w:b/>
        </w:rPr>
        <w:t xml:space="preserve">[41:32] </w:t>
      </w:r>
      <w:r>
        <w:t>main saaf kehta hoon aap se, applied science jo hai, yani technical science, computer ke science se billion</w:t>
      </w:r>
    </w:p>
    <w:p>
      <w:pPr>
        <w:jc w:val="right"/>
      </w:pPr>
      <w:r>
        <w:t>میں صاف کہتا ہوں آپ سے، اپلائیڈ سائنس جو ہے، یعنی ٹیکنیکل سائنس، کمپیوٹر کے سائنس سے بلین</w:t>
      </w:r>
    </w:p>
    <w:p>
      <w:r>
        <w:rPr>
          <w:b/>
        </w:rPr>
        <w:t xml:space="preserve">[41:37] </w:t>
      </w:r>
      <w:r>
        <w:t>billion time bari hai.</w:t>
      </w:r>
    </w:p>
    <w:p>
      <w:pPr>
        <w:jc w:val="right"/>
      </w:pPr>
      <w:r>
        <w:t>بلین ٹائم بڑی ہے۔</w:t>
      </w:r>
    </w:p>
    <w:p>
      <w:r>
        <w:rPr>
          <w:b/>
        </w:rPr>
        <w:t xml:space="preserve">[41:42] </w:t>
      </w:r>
      <w:r>
        <w:t>yeh pure science.</w:t>
      </w:r>
    </w:p>
    <w:p>
      <w:pPr>
        <w:jc w:val="right"/>
      </w:pPr>
      <w:r>
        <w:t>یہ پیور سائنس۔</w:t>
      </w:r>
    </w:p>
    <w:p>
      <w:r>
        <w:rPr>
          <w:b/>
        </w:rPr>
        <w:t xml:space="preserve">[41:47] </w:t>
      </w:r>
      <w:r>
        <w:t>kyun? pure science mein aap Allah rab ul alameen ko discover karte hain.</w:t>
      </w:r>
    </w:p>
    <w:p>
      <w:pPr>
        <w:jc w:val="right"/>
      </w:pPr>
      <w:r>
        <w:t>کیوں؟ پیور سائنس میں آپ اللہ رب العالمین کو ڈسکور کرتے ہیں۔</w:t>
      </w:r>
    </w:p>
    <w:p>
      <w:r>
        <w:rPr>
          <w:b/>
        </w:rPr>
        <w:t xml:space="preserve">[41:52] </w:t>
      </w:r>
      <w:r>
        <w:t>pure science mein aap Allah rab ul alameen ko discover karte hain. khaliq, khaliq</w:t>
      </w:r>
    </w:p>
    <w:p>
      <w:pPr>
        <w:jc w:val="right"/>
      </w:pPr>
      <w:r>
        <w:t>پیور سائنس میں آپ اللہ رب العالمین کو ڈسکور کرتے ہیں۔ خالق، خالق</w:t>
      </w:r>
    </w:p>
    <w:p>
      <w:r>
        <w:rPr>
          <w:b/>
        </w:rPr>
        <w:t xml:space="preserve">[41:57] </w:t>
      </w:r>
      <w:r>
        <w:t>ko discover karte hain.</w:t>
      </w:r>
    </w:p>
    <w:p>
      <w:pPr>
        <w:jc w:val="right"/>
      </w:pPr>
      <w:r>
        <w:t>کو ڈسکور کرتے ہیں۔</w:t>
      </w:r>
    </w:p>
    <w:p>
      <w:r>
        <w:rPr>
          <w:b/>
        </w:rPr>
        <w:t xml:space="preserve">[42:02] </w:t>
      </w:r>
      <w:r>
        <w:t>to woh bohat zyada bari hai ke technical, technical science zyada bari hai.</w:t>
      </w:r>
    </w:p>
    <w:p>
      <w:pPr>
        <w:jc w:val="right"/>
      </w:pPr>
      <w:r>
        <w:t>تو وہ بہت زیادہ بڑی ہے کہ ٹیکنیکل، ٹیکنیکل سائنس زیادہ بڑی ہے۔</w:t>
      </w:r>
    </w:p>
    <w:p>
      <w:r>
        <w:rPr>
          <w:b/>
        </w:rPr>
        <w:t xml:space="preserve">[42:07] </w:t>
      </w:r>
      <w:r>
        <w:t>yani car banne ka tareeqa, hawa zyada banne ka tareeqa aap discover karen.</w:t>
      </w:r>
    </w:p>
    <w:p>
      <w:pPr>
        <w:jc w:val="right"/>
      </w:pPr>
      <w:r>
        <w:t>یعنی کار بننے کا طریقہ، ہوا زیادہ بننے کا طریقہ آپ ڈسکور کریں۔</w:t>
      </w:r>
    </w:p>
    <w:p>
      <w:r>
        <w:rPr>
          <w:b/>
        </w:rPr>
        <w:t xml:space="preserve">[42:12] </w:t>
      </w:r>
      <w:r>
        <w:t>yeh bari baat hai ke aap khaliq ko discover karen, rab ul alameen ko discover karen.</w:t>
      </w:r>
    </w:p>
    <w:p>
      <w:pPr>
        <w:jc w:val="right"/>
      </w:pPr>
      <w:r>
        <w:t>یہ بڑی بات ہے کہ آپ خالق کو ڈسکور کریں، رب العالمین کو ڈسکور کریں۔</w:t>
      </w:r>
    </w:p>
    <w:p>
      <w:r>
        <w:rPr>
          <w:b/>
        </w:rPr>
        <w:t xml:space="preserve">[42:17] </w:t>
      </w:r>
      <w:r>
        <w:t>woh bari baat hai.</w:t>
      </w:r>
    </w:p>
    <w:p>
      <w:pPr>
        <w:jc w:val="right"/>
      </w:pPr>
      <w:r>
        <w:t>وہ بڑی بات ہے۔</w:t>
      </w:r>
    </w:p>
    <w:p>
      <w:r>
        <w:rPr>
          <w:b/>
        </w:rPr>
        <w:t xml:space="preserve">[42:22] </w:t>
      </w:r>
      <w:r>
        <w:t>to dobara aap ko ras</w:t>
      </w:r>
    </w:p>
    <w:p>
      <w:pPr>
        <w:jc w:val="right"/>
      </w:pPr>
      <w:r>
        <w:t>تو دوبارہ آپ کو رس</w:t>
      </w:r>
    </w:p>
    <w:p>
      <w:r>
        <w:rPr>
          <w:b/>
        </w:rPr>
        <w:t xml:space="preserve">[42:27] </w:t>
      </w:r>
      <w:r>
        <w:t>ool Allah ki is sunnat ko zinda karna hai jis ka namuna hum ko milta hai ghar e hira mein.</w:t>
      </w:r>
    </w:p>
    <w:p>
      <w:pPr>
        <w:jc w:val="right"/>
      </w:pPr>
      <w:r>
        <w:t>ول اللہ کی اس سنت کو زندہ کرنا ہے جس کا نمونہ ہم کو ملتا ہے غار حرا میں۔</w:t>
      </w:r>
    </w:p>
    <w:p>
      <w:r>
        <w:rPr>
          <w:b/>
        </w:rPr>
        <w:t xml:space="preserve">[42:34] </w:t>
      </w:r>
      <w:r>
        <w:t>dobara hum ko is sunnat ko zinda karna hai jis ka namuna milta hai sahaba kiram ke haan</w:t>
      </w:r>
    </w:p>
    <w:p>
      <w:pPr>
        <w:jc w:val="right"/>
      </w:pPr>
      <w:r>
        <w:t>دوبارہ ہم کو اس سنت کو زندہ کرنا ہے جس کا نمونہ ملتا ہے صحابہ کرام کے ہاں</w:t>
      </w:r>
    </w:p>
    <w:p>
      <w:r>
        <w:rPr>
          <w:b/>
        </w:rPr>
        <w:t xml:space="preserve">[42:42] </w:t>
      </w:r>
      <w:r>
        <w:t>jinhon ne nature ko divinity se dealing kiya aur dunya mein ek naya daur inqalab aaya, science ka daur aaya.</w:t>
      </w:r>
    </w:p>
    <w:p>
      <w:pPr>
        <w:jc w:val="right"/>
      </w:pPr>
      <w:r>
        <w:t>جنہوں نے نیچر کو ڈیوینٹی سے ڈیلنگ کیا اور دنیا میں ایک نیا دور انقلاب آیا، سائنس کا دور آیا۔</w:t>
      </w:r>
    </w:p>
    <w:p>
      <w:r>
        <w:rPr>
          <w:b/>
        </w:rPr>
        <w:t xml:space="preserve">[42:49] </w:t>
      </w:r>
      <w:r>
        <w:t>science to science to toheed ki is ka discipline hai,</w:t>
      </w:r>
    </w:p>
    <w:p>
      <w:pPr>
        <w:jc w:val="right"/>
      </w:pPr>
      <w:r>
        <w:t>سائنس تو سائنس تو توحید کی اس کا ڈسپلن ہے،</w:t>
      </w:r>
    </w:p>
    <w:p>
      <w:r>
        <w:rPr>
          <w:b/>
        </w:rPr>
        <w:t xml:space="preserve">[42:57] </w:t>
      </w:r>
      <w:r>
        <w:t>toheed ka ilm hai.</w:t>
      </w:r>
    </w:p>
    <w:p>
      <w:pPr>
        <w:jc w:val="right"/>
      </w:pPr>
      <w:r>
        <w:t>توحید کا علم ہے۔</w:t>
      </w:r>
    </w:p>
    <w:p>
      <w:r>
        <w:rPr>
          <w:b/>
        </w:rPr>
        <w:t xml:space="preserve">[43:03] </w:t>
      </w:r>
      <w:r>
        <w:t>lekin shayad shaitan ne logon ko daura diya is ki taraf, machine ki taraf, paise, dollar ki taraf.</w:t>
      </w:r>
    </w:p>
    <w:p>
      <w:pPr>
        <w:jc w:val="right"/>
      </w:pPr>
      <w:r>
        <w:t>لیکن شاید شیطان نے لوگوں کو دوڑا دیا اس کی طرف، مشین کی طرف، پیسے، ڈالر کی طرف۔</w:t>
      </w:r>
    </w:p>
    <w:p>
      <w:r>
        <w:rPr>
          <w:b/>
        </w:rPr>
        <w:t xml:space="preserve">[43:10] </w:t>
      </w:r>
      <w:r>
        <w:t>bas dollar, dollar, dollar.</w:t>
      </w:r>
    </w:p>
    <w:p>
      <w:pPr>
        <w:jc w:val="right"/>
      </w:pPr>
      <w:r>
        <w:t>بس ڈالر، ڈالر، ڈالر۔</w:t>
      </w:r>
    </w:p>
    <w:p>
      <w:r>
        <w:rPr>
          <w:b/>
        </w:rPr>
        <w:t xml:space="preserve">[43:16] </w:t>
      </w:r>
      <w:r>
        <w:t>to main dua karta hoon ke Allah taala hum ko aur aap ko tofeeq de ke hum Rasool</w:t>
      </w:r>
    </w:p>
    <w:p>
      <w:pPr>
        <w:jc w:val="right"/>
      </w:pPr>
      <w:r>
        <w:t>تو میں دعا کرتا ہوں کہ اللہ تعالی ہم کو اور آپ کو توفیق دے کہ ہم رسول</w:t>
      </w:r>
    </w:p>
    <w:p>
      <w:r>
        <w:rPr>
          <w:b/>
        </w:rPr>
        <w:t xml:space="preserve">[43:22] </w:t>
      </w:r>
      <w:r>
        <w:t>Allah Sallallahu Alaihi Wasallam ke mission ko samjhein aur</w:t>
      </w:r>
    </w:p>
    <w:p>
      <w:pPr>
        <w:jc w:val="right"/>
      </w:pPr>
      <w:r>
        <w:t>اللہ صلی اللہ علیہ وسلم کے مشن کو سمجھیں اور</w:t>
      </w:r>
    </w:p>
    <w:p>
      <w:r>
        <w:rPr>
          <w:b/>
        </w:rPr>
        <w:t xml:space="preserve">[43:29] </w:t>
      </w:r>
      <w:r>
        <w:t>dobara woh inqalab layen jis ka tareekh ko intezar hai. dobara woh inqalab layen dunya mein jis ka tareekh ko intezar hai. assalam o alaikum wa rehmatullah.</w:t>
      </w:r>
    </w:p>
    <w:p>
      <w:pPr>
        <w:jc w:val="right"/>
      </w:pPr>
      <w:r>
        <w:t>دوبارہ وہ انقلاب لائیں جس کا تاریخ کو انتظار ہے۔ دوبارہ وہ انقلاب لائیں دنیا میں جس کا تاریخ کو انتظار ہے۔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