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the Quran May 15, 2016 Maulana Wahiduddin Khan</w:t>
      </w:r>
    </w:p>
    <w:p>
      <w:r>
        <w:t>https://www.youtube.com/watch?v=9a-OOUR_bLg</w:t>
      </w:r>
    </w:p>
    <w:p>
      <w:r>
        <w:rPr>
          <w:b/>
        </w:rPr>
        <w:t xml:space="preserve">[00:13] </w:t>
      </w:r>
      <w:r>
        <w:t>bismillah al-rahman al-rahim, wa salla Allahu ala al-nabi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 ahlu al-uqdatan min lisani, yafqahu qawli.</w:t>
      </w:r>
    </w:p>
    <w:p>
      <w:pPr>
        <w:jc w:val="right"/>
      </w:pPr>
      <w:r>
        <w:t>واحل العقدۃ من لسانی، یفقہ قولی۔</w:t>
      </w:r>
    </w:p>
    <w:p>
      <w:r>
        <w:rPr>
          <w:b/>
        </w:rPr>
        <w:t xml:space="preserve">[00:36] </w:t>
      </w:r>
      <w:r>
        <w:t>15 may 2016. kal maine aik meeting mein aik hadees bayan ki thi,</w:t>
      </w:r>
    </w:p>
    <w:p>
      <w:pPr>
        <w:jc w:val="right"/>
      </w:pPr>
      <w:r>
        <w:t>15 مئی 2016۔ کل میں نے ایک میٹنگ میں ایک حدیث بیان کی تھی،</w:t>
      </w:r>
    </w:p>
    <w:p>
      <w:r>
        <w:rPr>
          <w:b/>
        </w:rPr>
        <w:t xml:space="preserve">[00:51] </w:t>
      </w:r>
      <w:r>
        <w:t>woh hadees kai kitabon mein aayi hai. is ke alfaaz yeh hain: "in Allah yarfa'u bi hadha al-qur'an aqwaman wa yuzawwi akharin".</w:t>
      </w:r>
    </w:p>
    <w:p>
      <w:pPr>
        <w:jc w:val="right"/>
      </w:pPr>
      <w:r>
        <w:t>وہ حدیث کئی کتابوں میں آئی ہے۔ اس کے الفاظ یہ ہیں: "إن الله يرفع بهذا القرآن أقواما ويزوي آخرين"۔</w:t>
      </w:r>
    </w:p>
    <w:p>
      <w:r>
        <w:rPr>
          <w:b/>
        </w:rPr>
        <w:t xml:space="preserve">[01:11] </w:t>
      </w:r>
      <w:r>
        <w:t>yani Allah qur'an ke zariye kuch logon ko uthata hai aur kuch logon ko girata hai.</w:t>
      </w:r>
    </w:p>
    <w:p>
      <w:pPr>
        <w:jc w:val="right"/>
      </w:pPr>
      <w:r>
        <w:t>یعنی اللہ قرآن کے ذریعے کچھ لوگوں کو اٹھاتا ہے اور کچھ لوگوں کو گراتا ہے۔</w:t>
      </w:r>
    </w:p>
    <w:p>
      <w:r>
        <w:rPr>
          <w:b/>
        </w:rPr>
        <w:t xml:space="preserve">[01:24] </w:t>
      </w:r>
      <w:r>
        <w:t>to isi par mein kuch aur baat karna chahta hoon aaj.</w:t>
      </w:r>
    </w:p>
    <w:p>
      <w:pPr>
        <w:jc w:val="right"/>
      </w:pPr>
      <w:r>
        <w:t>تو اسی پر میں کچھ اور بات کرنا چاہتا ہوں آج۔</w:t>
      </w:r>
    </w:p>
    <w:p>
      <w:r>
        <w:rPr>
          <w:b/>
        </w:rPr>
        <w:t xml:space="preserve">[01:32] </w:t>
      </w:r>
      <w:r>
        <w:t>pehli baat dekhen yeh hai ke yeh jo hadees hai, bazahir woh khabar hai, birahaqiqat mein woh insha hai.</w:t>
      </w:r>
    </w:p>
    <w:p>
      <w:pPr>
        <w:jc w:val="right"/>
      </w:pPr>
      <w:r>
        <w:t>پہلی بات دیکھیں یہ ہے کہ یہ جو حدیث ہے، بظاہر وہ خبر ہے، برحقیقت میں وہ انشاء ہے۔</w:t>
      </w:r>
    </w:p>
    <w:p>
      <w:r>
        <w:rPr>
          <w:b/>
        </w:rPr>
        <w:t xml:space="preserve">[01:50] </w:t>
      </w:r>
      <w:r>
        <w:t>yani is mein bataya gaya hai ke baad ke zamanay mein jab musalmanon mein zawal aa jaye,</w:t>
      </w:r>
    </w:p>
    <w:p>
      <w:pPr>
        <w:jc w:val="right"/>
      </w:pPr>
      <w:r>
        <w:t>یعنی اس میں بتایا گیا ہے کہ بعد کے زمانے میں جب مسلمانوں میں زوال آ جائے،</w:t>
      </w:r>
    </w:p>
    <w:p>
      <w:r>
        <w:rPr>
          <w:b/>
        </w:rPr>
        <w:t xml:space="preserve">[02:00] </w:t>
      </w:r>
      <w:r>
        <w:t>urooj ke baad zawal yeh law of nature hai. to zawal aa jaye to humein kya karna chahiye? woh yeh karna chahiye ke return to the qur'an.</w:t>
      </w:r>
    </w:p>
    <w:p>
      <w:pPr>
        <w:jc w:val="right"/>
      </w:pPr>
      <w:r>
        <w:t>عروج کے بعد زوال یہ لا آف نیچر ہے۔ تو زوال آ جائے تو ہمیں کیا کرنا چاہیے؟ وہ یہ کرنا چاہیے کہ ریٹرن ٹو دا قرآن۔</w:t>
      </w:r>
    </w:p>
    <w:p>
      <w:r>
        <w:rPr>
          <w:b/>
        </w:rPr>
        <w:t xml:space="preserve">[02:15] </w:t>
      </w:r>
      <w:r>
        <w:t>wapas wapas jayen qur'an ki taraf. yeh karna chahiye.</w:t>
      </w:r>
    </w:p>
    <w:p>
      <w:pPr>
        <w:jc w:val="right"/>
      </w:pPr>
      <w:r>
        <w:t>واپس واپس جائیں قرآن کی طرف۔ یہ کرنا چاہیے۔</w:t>
      </w:r>
    </w:p>
    <w:p>
      <w:r>
        <w:rPr>
          <w:b/>
        </w:rPr>
        <w:t xml:space="preserve">[02:23] </w:t>
      </w:r>
      <w:r>
        <w:t>kyun ke hota kya hai ke pehle zamanay mein, jaise rasool rasool aur sahaba rasool ke zamanay mein, qur'an ke naam par, qur'an ko follow karte hue sara kaam hua.</w:t>
      </w:r>
    </w:p>
    <w:p>
      <w:pPr>
        <w:jc w:val="right"/>
      </w:pPr>
      <w:r>
        <w:t>کیونکہ ہوتا کیا ہے کہ پہلے زمانے میں، جیسے رسول رسول اور صحابہ رسول کے زمانے میں، قرآن کے نام پر، قرآن کو فالو کرتے ہوئے سارا کام ہوا۔</w:t>
      </w:r>
    </w:p>
    <w:p>
      <w:r>
        <w:rPr>
          <w:b/>
        </w:rPr>
        <w:t xml:space="preserve">[02:39] </w:t>
      </w:r>
      <w:r>
        <w:t>aur jo kuch musalmanon ko is zamanay mein urooj hua, woh qur'an ko follow karte hue hua. baad ko zawal aaya, jis tarah se doosri ummaton mein zawal aata hai, yeh koi anokhi baat nahi hai.</w:t>
      </w:r>
    </w:p>
    <w:p>
      <w:pPr>
        <w:jc w:val="right"/>
      </w:pPr>
      <w:r>
        <w:t>اور جو کچھ مسلمانوں کو اس زمانے میں عروج ہوا، وہ قرآن کو فالو کرتے ہوئے ہوا۔ بعد کو زوال آیا، جس طرح سے دوسری امتوں میں زوال آتا ہے، یہ کوئی انوکھی بات نہیں ہے۔</w:t>
      </w:r>
    </w:p>
    <w:p>
      <w:r>
        <w:rPr>
          <w:b/>
        </w:rPr>
        <w:t xml:space="preserve">[02:56] </w:t>
      </w:r>
      <w:r>
        <w:t>to ab jab zawal aa jaye, tab bhi qur'an ko chhod nahi dete log, kyun ke qur'an to un ke.</w:t>
      </w:r>
    </w:p>
    <w:p>
      <w:pPr>
        <w:jc w:val="right"/>
      </w:pPr>
      <w:r>
        <w:t>تو اب جب زوال آ جائے، تب بھی قرآن کو چھوڑ نہیں دیتے لوگ، کیونکہ قرآن تو ان کے۔</w:t>
      </w:r>
    </w:p>
    <w:p>
      <w:r>
        <w:rPr>
          <w:b/>
        </w:rPr>
        <w:t xml:space="preserve">[03:06] </w:t>
      </w:r>
      <w:r>
        <w:t>dekhiye, aisa kabhi nahi hota ke koi koi ummat apni kitab ko chhod de. kyun?</w:t>
      </w:r>
    </w:p>
    <w:p>
      <w:pPr>
        <w:jc w:val="right"/>
      </w:pPr>
      <w:r>
        <w:t>دیکھیے، ایسا کبھی نہیں ہوتا کہ کوئی کوئی امت اپنی کتاب کو چھوڑ دے۔ کیوں؟</w:t>
      </w:r>
    </w:p>
    <w:p>
      <w:r>
        <w:rPr>
          <w:b/>
        </w:rPr>
        <w:t xml:space="preserve">[03:19] </w:t>
      </w:r>
      <w:r>
        <w:t>pehlay dour mein, pehlay dour mein agar qur'an un ke liye</w:t>
      </w:r>
    </w:p>
    <w:p>
      <w:pPr>
        <w:jc w:val="right"/>
      </w:pPr>
      <w:r>
        <w:t>پہلے دور میں، پہلے دور میں اگر قرآن ان کے لیے</w:t>
      </w:r>
    </w:p>
    <w:p>
      <w:r>
        <w:rPr>
          <w:b/>
        </w:rPr>
        <w:t xml:space="preserve">[03:26] </w:t>
      </w:r>
      <w:r>
        <w:t>tha kitab-e-hidaya, book of guidance, to baad ke zamanay mein woh ho jata hai kitab-e-fakhr, book of pride.</w:t>
      </w:r>
    </w:p>
    <w:p>
      <w:pPr>
        <w:jc w:val="right"/>
      </w:pPr>
      <w:r>
        <w:t>تھا کتاب ہدایت، بک آف گائیڈنس، تو بعد کے زمانے میں وہ ہو جاتا ہے کتاب فخر، بک آف پرائیڈ۔</w:t>
      </w:r>
    </w:p>
    <w:p>
      <w:r>
        <w:rPr>
          <w:b/>
        </w:rPr>
        <w:t xml:space="preserve">[03:39] </w:t>
      </w:r>
      <w:r>
        <w:t>to pride kaun chhod de ga? aaj sare musalman, mere tajrube ke mutabiq, qur'an ki qur'an ko chhoday hue hain.</w:t>
      </w:r>
    </w:p>
    <w:p>
      <w:pPr>
        <w:jc w:val="right"/>
      </w:pPr>
      <w:r>
        <w:t>تو پرائیڈ کون چھوڑ دے گا؟ آج سارے مسلمان، میرے تجربے کے مطابق، قرآن کی قرآن کو چھوڑے ہوئے ہیں۔</w:t>
      </w:r>
    </w:p>
    <w:p>
      <w:r>
        <w:rPr>
          <w:b/>
        </w:rPr>
        <w:t xml:space="preserve">[03:53] </w:t>
      </w:r>
      <w:r>
        <w:t>yeh sare musalmanon ne qur'an ko itna bara darja de rakha hai ke hamare saathi jo qur'an ka tarjuma distribute karte hain, tarjuma, to mana karte hain ke is se to jis log behurmati karen ge.</w:t>
      </w:r>
    </w:p>
    <w:p>
      <w:pPr>
        <w:jc w:val="right"/>
      </w:pPr>
      <w:r>
        <w:t>یہ سارے مسلمانوں نے قرآن کو اتنا بڑا درجہ دے رکھا ہے کہ ہمارے ساتھی جو قرآن کا ترجمہ ڈسٹریبیوٹ کرتے ہیں، ترجمہ، تو منع کرتے ہیں کہ اس سے تو جس لوگ بے حرمتی کریں گے۔</w:t>
      </w:r>
    </w:p>
    <w:p>
      <w:r>
        <w:rPr>
          <w:b/>
        </w:rPr>
        <w:t xml:space="preserve">[04:12] </w:t>
      </w:r>
      <w:r>
        <w:t>yani is ko chhoen agar to be hุurmati ho jaye gi. to yaad rakhiye jo quran mein hai ke kitab maذور ban jaye ga dawani mein.</w:t>
      </w:r>
    </w:p>
    <w:p>
      <w:pPr>
        <w:jc w:val="right"/>
      </w:pPr>
      <w:r>
        <w:t>یعنی اس کو چھوئیں اگر تو بے حرمتی ہو جائے گی۔ تو یاد رکھیے جو قرآن میں ہے کہ کتاب معذور بن جائے گا دوانی میں۔</w:t>
      </w:r>
    </w:p>
    <w:p>
      <w:r>
        <w:rPr>
          <w:b/>
        </w:rPr>
        <w:t xml:space="preserve">[04:24] </w:t>
      </w:r>
      <w:r>
        <w:t>quran ek dawani mein kitab maذور ban jaye ga. is ka matlab yeh nahi ke quran ko bilkul chhod den ge. nahi. is ka matlab yahi hai ke kitab hidayat ke aitbar se maذور,</w:t>
      </w:r>
    </w:p>
    <w:p>
      <w:pPr>
        <w:jc w:val="right"/>
      </w:pPr>
      <w:r>
        <w:t>قرآن ایک دوانی میں کتاب معذور بن جائے گا۔ اس کا مطلب یہ نہیں کہ قرآن کو بالکل چھوڑ دیں گے۔ نہیں۔ اس کا مطلب یہی ہے کہ کتاب ہدایت کے اعتبار سے معذور،</w:t>
      </w:r>
    </w:p>
    <w:p>
      <w:r>
        <w:rPr>
          <w:b/>
        </w:rPr>
        <w:t xml:space="preserve">[04:38] </w:t>
      </w:r>
      <w:r>
        <w:t>lekin kitab fakhr ke aitbar se to aur bara darja. yahan tak ke agar koi chhooe to to laren ge ke be hุurmati kar di quran ki.</w:t>
      </w:r>
    </w:p>
    <w:p>
      <w:pPr>
        <w:jc w:val="right"/>
      </w:pPr>
      <w:r>
        <w:t>لیکن کتاب فخر کے اعتبار سے تو اور بڑا درجہ۔ یہاں تک کہ اگر کوئی چھوئے تو تو لڑیں گے کہ بے حرمتی کر دی قرآن کی۔</w:t>
      </w:r>
    </w:p>
    <w:p>
      <w:r>
        <w:rPr>
          <w:b/>
        </w:rPr>
        <w:t xml:space="preserve">[04:50] </w:t>
      </w:r>
      <w:r>
        <w:t>is point ko achhe se samajh lijiye, kyunke logon par yeh point clear nahi hai.</w:t>
      </w:r>
    </w:p>
    <w:p>
      <w:pPr>
        <w:jc w:val="right"/>
      </w:pPr>
      <w:r>
        <w:t>اس پوائنٹ کو اچھے سے سمجھ لیجئے، کیونکہ لوگوں پر یہ پوائنٹ کلیئر نہیں ہے۔</w:t>
      </w:r>
    </w:p>
    <w:p>
      <w:r>
        <w:rPr>
          <w:b/>
        </w:rPr>
        <w:t xml:space="preserve">[04:59] </w:t>
      </w:r>
      <w:r>
        <w:t>log samajhte hain ke</w:t>
      </w:r>
    </w:p>
    <w:p>
      <w:pPr>
        <w:jc w:val="right"/>
      </w:pPr>
      <w:r>
        <w:t>لوگ سمجھتے ہیں کہ</w:t>
      </w:r>
    </w:p>
    <w:p>
      <w:r>
        <w:rPr>
          <w:b/>
        </w:rPr>
        <w:t xml:space="preserve">[05:03] </w:t>
      </w:r>
      <w:r>
        <w:t>jaise ek shair ne shair kaha hai: "wo muazzaz the zamane mein musalman ho kar, hum hue khawar, hum hue khawar tarik-e-quran ho kar".</w:t>
      </w:r>
    </w:p>
    <w:p>
      <w:pPr>
        <w:jc w:val="right"/>
      </w:pPr>
      <w:r>
        <w:t>جیسے ایک شاعر نے شعر کہا ہے: "وہ معزز تھے زمانے میں مسلماں ہو کر، ہم ہوئے خوار، ہم ہوئے خوار تارک قرآن ہو کر"۔</w:t>
      </w:r>
    </w:p>
    <w:p>
      <w:r>
        <w:rPr>
          <w:b/>
        </w:rPr>
        <w:t xml:space="preserve">[05:20] </w:t>
      </w:r>
      <w:r>
        <w:t>yani samajhte hain ke hum tarik-e-quran hain.</w:t>
      </w:r>
    </w:p>
    <w:p>
      <w:pPr>
        <w:jc w:val="right"/>
      </w:pPr>
      <w:r>
        <w:t>یعنی سمجھتے ہیں کہ ہم تارک قرآن ہیں۔</w:t>
      </w:r>
    </w:p>
    <w:p>
      <w:r>
        <w:rPr>
          <w:b/>
        </w:rPr>
        <w:t xml:space="preserve">[05:25] </w:t>
      </w:r>
      <w:r>
        <w:t>zawal ke zamane mein jo haal pesh aai hai, to is ko samajhte hain ke quran ko chhod diya musalmanon ne. yeh bilkul be baseless baat hai.</w:t>
      </w:r>
    </w:p>
    <w:p>
      <w:pPr>
        <w:jc w:val="right"/>
      </w:pPr>
      <w:r>
        <w:t>زوال کے زمانے میں جو حال پیش آئی ہے، تو اس کو سمجھتے ہیں کہ قرآن کو چھوڑ دیا مسلمانوں نے۔ یہ بالکل بے بیسلیس بات ہے۔</w:t>
      </w:r>
    </w:p>
    <w:p>
      <w:r>
        <w:rPr>
          <w:b/>
        </w:rPr>
        <w:t xml:space="preserve">[05:35] </w:t>
      </w:r>
      <w:r>
        <w:t>nahi hua yeh ke pehle daur-e-awwal mein logon ke liye quran thi kitab-e-hidayat, book of guidance, ab wo ho gai hai kitab-e-fakhr,</w:t>
      </w:r>
    </w:p>
    <w:p>
      <w:pPr>
        <w:jc w:val="right"/>
      </w:pPr>
      <w:r>
        <w:t>نہیں ہوا یہ کہ پہلے دور اول میں لوگوں کے لیے قرآن تھی کتاب ہدایت، بک آف گائیڈنس، اب وہ ہو گئی ہے کتاب فخر،</w:t>
      </w:r>
    </w:p>
    <w:p>
      <w:r>
        <w:rPr>
          <w:b/>
        </w:rPr>
        <w:t xml:space="preserve">[05:50] </w:t>
      </w:r>
      <w:r>
        <w:t>book of pride. yeh hua.</w:t>
      </w:r>
    </w:p>
    <w:p>
      <w:pPr>
        <w:jc w:val="right"/>
      </w:pPr>
      <w:r>
        <w:t>بک آف پرائیڈ۔ یہ ہوا۔</w:t>
      </w:r>
    </w:p>
    <w:p>
      <w:r>
        <w:rPr>
          <w:b/>
        </w:rPr>
        <w:t xml:space="preserve">[05:55] </w:t>
      </w:r>
      <w:r>
        <w:t>to ab kya karna hai? hamein lotna hai is daur ki taraf jabke islam hamare, jabke quran hamare liye dobara kitab-e-hidayat ban jaye.</w:t>
      </w:r>
    </w:p>
    <w:p>
      <w:pPr>
        <w:jc w:val="right"/>
      </w:pPr>
      <w:r>
        <w:t>تو اب کیا کرنا ہے؟ ہمیں لوٹنا ہے اس دور کی طرف جبکہ اسلام ہمارے، جبکہ قرآن ہمارے لیے دوبارہ کتاب ہدایت بن جائے۔</w:t>
      </w:r>
    </w:p>
    <w:p>
      <w:r>
        <w:rPr>
          <w:b/>
        </w:rPr>
        <w:t xml:space="preserve">[06:09] </w:t>
      </w:r>
      <w:r>
        <w:t>to is ke liye kya karna hai? is ke liye hamein apne policies ko revise karna hai.</w:t>
      </w:r>
    </w:p>
    <w:p>
      <w:pPr>
        <w:jc w:val="right"/>
      </w:pPr>
      <w:r>
        <w:t>تو اس کے لیے کیا کرنا ہے؟ اس کے لیے ہمیں اپنے پالیسیوں کو ریوائز کرنا ہے۔</w:t>
      </w:r>
    </w:p>
    <w:p>
      <w:r>
        <w:rPr>
          <w:b/>
        </w:rPr>
        <w:t xml:space="preserve">[06:21] </w:t>
      </w:r>
      <w:r>
        <w:t>is waqt jo musalmanon ka haal hai, jo un ka activities hain, is ko revise karna hai. baad ke zamane mein jo literature tayyar hua, is ko revise karna hai.</w:t>
      </w:r>
    </w:p>
    <w:p>
      <w:pPr>
        <w:jc w:val="right"/>
      </w:pPr>
      <w:r>
        <w:t>اس وقت جو مسلمانوں کا حال ہے، جو ان کا ایکٹیویٹیز ہیں، اس کو ریوائز کرنا ہے۔ بعد کے زمانے میں جو لٹریچر تیار ہوا، اس کو ریوائز کرنا ہے۔</w:t>
      </w:r>
    </w:p>
    <w:p>
      <w:r>
        <w:rPr>
          <w:b/>
        </w:rPr>
        <w:t xml:space="preserve">[06:35] </w:t>
      </w:r>
      <w:r>
        <w:t>aur phir is is is tarike se quran ko pakadna jaise daur-e-awwal ke log pakadte the.</w:t>
      </w:r>
    </w:p>
    <w:p>
      <w:pPr>
        <w:jc w:val="right"/>
      </w:pPr>
      <w:r>
        <w:t>اور پھر اس اس اس طریقے سے قرآن کو پکڑنا جسے در اول کے لوگ پکڑاتے ہیں۔</w:t>
      </w:r>
    </w:p>
    <w:p>
      <w:r>
        <w:rPr>
          <w:b/>
        </w:rPr>
        <w:t xml:space="preserve">[06:46] </w:t>
      </w:r>
      <w:r>
        <w:t>isi haqiqat ko imam malik ne is tarah kaha tha ke: "laisa akhiruhu illa ma awwaluhu".</w:t>
      </w:r>
    </w:p>
    <w:p>
      <w:pPr>
        <w:jc w:val="right"/>
      </w:pPr>
      <w:r>
        <w:t>اسی حقیقت کو امام مالک نے اس طرح کہا تھا کہ: "لیس آخرہ الا ما اولہ"۔</w:t>
      </w:r>
    </w:p>
    <w:p>
      <w:r>
        <w:rPr>
          <w:b/>
        </w:rPr>
        <w:t xml:space="preserve">[06:58] </w:t>
      </w:r>
      <w:r>
        <w:t>ab main aap ko chand misal, is ki wazahat karne ke liye chand misal deta hoon. aap musalmanon ke madarse pe jaiye, un ki masjid mein jaiye,</w:t>
      </w:r>
    </w:p>
    <w:p>
      <w:pPr>
        <w:jc w:val="right"/>
      </w:pPr>
      <w:r>
        <w:t>اب میں آپ کو چند مثال، اس کی وضاحت کرنے کے لیے چند مثال دیتا ہوں۔ آپ مسلمانوں کے مدرسے پہ جائیے، ان کی مسجد میں جائیے،</w:t>
      </w:r>
    </w:p>
    <w:p>
      <w:r>
        <w:rPr>
          <w:b/>
        </w:rPr>
        <w:t xml:space="preserve">[07:14] </w:t>
      </w:r>
      <w:r>
        <w:t>to aap kya paenge? sari dhoom hai islam ke form ki. sari dhoom masjid, madarsa ya jahan bhi musalmanon ka majma ho, namaz ke form ki dhoom, zakat ke form ki dhoom,</w:t>
      </w:r>
    </w:p>
    <w:p>
      <w:pPr>
        <w:jc w:val="right"/>
      </w:pPr>
      <w:r>
        <w:t>تو آپ کیا پائیں گے؟ ساری دھوم ہے اسلام کے فارم کی۔ ساری دھوم مسجد، مدرسہ یا جہاں بھی مسلمانوں کا مجمع ہو، نماز کے فارم کی دھوم، زکوۃ کے فارم کی دھوم،</w:t>
      </w:r>
    </w:p>
    <w:p>
      <w:r>
        <w:rPr>
          <w:b/>
        </w:rPr>
        <w:t xml:space="preserve">[07:36] </w:t>
      </w:r>
      <w:r>
        <w:t>roza ke form ki dhoom.</w:t>
      </w:r>
    </w:p>
    <w:p>
      <w:pPr>
        <w:jc w:val="right"/>
      </w:pPr>
      <w:r>
        <w:t>روزہ کے فارم کی دھوم۔</w:t>
      </w:r>
    </w:p>
    <w:p>
      <w:r>
        <w:rPr>
          <w:b/>
        </w:rPr>
        <w:t xml:space="preserve">[07:40] </w:t>
      </w:r>
      <w:r>
        <w:t>to aap kya karna hai? hamein lotna hai is spirit ki taraf.</w:t>
      </w:r>
    </w:p>
    <w:p>
      <w:pPr>
        <w:jc w:val="right"/>
      </w:pPr>
      <w:r>
        <w:t>تو آپ کیا کرنا ہے؟ ہمیں لوٹنا ہے اسپرٹ کی طرف۔</w:t>
      </w:r>
    </w:p>
    <w:p>
      <w:r>
        <w:rPr>
          <w:b/>
        </w:rPr>
        <w:t xml:space="preserve">[07:47] </w:t>
      </w:r>
      <w:r>
        <w:t>islam ki jo spirit hai, wo chhoot gai hai. form to form ki to baat hi hai. aur yeh hadith se sabit hai. hadith mein aata hai ke: "masajiduhum 'amiratun wa hiya kharabatun".</w:t>
      </w:r>
    </w:p>
    <w:p>
      <w:pPr>
        <w:jc w:val="right"/>
      </w:pPr>
      <w:r>
        <w:t>اسلام کو جو اسپرٹ ہے، وہ چھوٹ گئی ہے۔ فارم تو فارم کی تو بات ہی ہے۔ اور یہ حدیث سے ثابت ہے۔ حدیث میں آتا ہے کہ: "مساج دو معامرا، وہ خراب عہدہ"۔</w:t>
      </w:r>
    </w:p>
    <w:p>
      <w:r>
        <w:rPr>
          <w:b/>
        </w:rPr>
        <w:t xml:space="preserve">[08:05] </w:t>
      </w:r>
      <w:r>
        <w:t>un ki masjidें khoob bhari hongi, lekin wo hidayat se khali hongi. yani form ke aitbar se dhoom, spirit ke aitbar se nahta.</w:t>
      </w:r>
    </w:p>
    <w:p>
      <w:pPr>
        <w:jc w:val="right"/>
      </w:pPr>
      <w:r>
        <w:t>ان کی مسجدیں خوب بھری ہوں گی، لیکن وہ ہدایت سے خالی ہوں گی۔ یعنی فارم کے اعتبار سے دھوم، اسپرٹ کے اعتبار سے نہٹا۔</w:t>
      </w:r>
    </w:p>
    <w:p>
      <w:r>
        <w:rPr>
          <w:b/>
        </w:rPr>
        <w:t xml:space="preserve">[08:21] </w:t>
      </w:r>
      <w:r>
        <w:t>to is ke baad ke zamane mein hamein jo karna hai, wo yeh karna hai ke is spirit ko revive karen. spirit ko revive karen.</w:t>
      </w:r>
    </w:p>
    <w:p>
      <w:pPr>
        <w:jc w:val="right"/>
      </w:pPr>
      <w:r>
        <w:t>تو اس کے بعد کے زمانے میں ہمیں جو کرنا ہے، وہ یہ کرنا ہے کہ اس اسپرٹ کو ریوائیو کریں۔ اسپرٹ کو ریوائیو کریں۔</w:t>
      </w:r>
    </w:p>
    <w:p>
      <w:r>
        <w:rPr>
          <w:b/>
        </w:rPr>
        <w:t xml:space="preserve">[08:30] </w:t>
      </w:r>
      <w:r>
        <w:t>rooh-e-islam ko, rooh-e-quran ko revive karen. kyunke shakal ya form to mad-e-zafe ke sath is ki dhoom rahe gi.</w:t>
      </w:r>
    </w:p>
    <w:p>
      <w:pPr>
        <w:jc w:val="right"/>
      </w:pPr>
      <w:r>
        <w:t>روح اسلام کو، روح قرآن کو ریوائیو کریں۔ کیونکہ شکل یا فارم تو مد اضافے کے ساتھ اس کی دھوم رہے گی۔</w:t>
      </w:r>
    </w:p>
    <w:p>
      <w:r>
        <w:rPr>
          <w:b/>
        </w:rPr>
        <w:t xml:space="preserve">[08:41] </w:t>
      </w:r>
      <w:r>
        <w:t>is ko revive karna kya hai?</w:t>
      </w:r>
    </w:p>
    <w:p>
      <w:pPr>
        <w:jc w:val="right"/>
      </w:pPr>
      <w:r>
        <w:t>اس کو ریوائیو کرنا کیا ہے؟</w:t>
      </w:r>
    </w:p>
    <w:p>
      <w:r>
        <w:rPr>
          <w:b/>
        </w:rPr>
        <w:t xml:space="preserve">[08:50] </w:t>
      </w:r>
      <w:r>
        <w:t>to ek to yeh hai misaal.</w:t>
      </w:r>
    </w:p>
    <w:p>
      <w:pPr>
        <w:jc w:val="right"/>
      </w:pPr>
      <w:r>
        <w:t>تو ایک تو یہ ہے مثال۔</w:t>
      </w:r>
    </w:p>
    <w:p>
      <w:r>
        <w:rPr>
          <w:b/>
        </w:rPr>
        <w:t xml:space="preserve">[08:54] </w:t>
      </w:r>
      <w:r>
        <w:t>doosri baat jo agar aap 14 ko padhein, baad ke zamane mein jo</w:t>
      </w:r>
    </w:p>
    <w:p>
      <w:pPr>
        <w:jc w:val="right"/>
      </w:pPr>
      <w:r>
        <w:t>دوسری بات جو اگر آپ 14 کو پڑھیں، بعد کے زمانے میں جو</w:t>
      </w:r>
    </w:p>
    <w:p>
      <w:r>
        <w:rPr>
          <w:b/>
        </w:rPr>
        <w:t xml:space="preserve">[09:02] </w:t>
      </w:r>
      <w:r>
        <w:t>kitabein likhi gayeen Islam par, us ko padhein</w:t>
      </w:r>
    </w:p>
    <w:p>
      <w:pPr>
        <w:jc w:val="right"/>
      </w:pPr>
      <w:r>
        <w:t>کتابیں لکھی گئیں اسلام پر، اس کو پڑھیں</w:t>
      </w:r>
    </w:p>
    <w:p>
      <w:r>
        <w:rPr>
          <w:b/>
        </w:rPr>
        <w:t xml:space="preserve">[09:07] </w:t>
      </w:r>
      <w:r>
        <w:t>to aap dekhein ke tamam fuqaha,</w:t>
      </w:r>
    </w:p>
    <w:p>
      <w:pPr>
        <w:jc w:val="right"/>
      </w:pPr>
      <w:r>
        <w:t>تو آپ دیکھیں کہ تمام فقہاء،</w:t>
      </w:r>
    </w:p>
    <w:p>
      <w:r>
        <w:rPr>
          <w:b/>
        </w:rPr>
        <w:t xml:space="preserve">[09:11] </w:t>
      </w:r>
      <w:r>
        <w:t>fuqaha ke ma'ni door-e-awwal ke ulama, jin ko kaha jata hai mutaqaddimeen.</w:t>
      </w:r>
    </w:p>
    <w:p>
      <w:pPr>
        <w:jc w:val="right"/>
      </w:pPr>
      <w:r>
        <w:t>فقہاء کے معنی دور اول کے علماء، جن کو کہا جاتا ہے متقدمین۔</w:t>
      </w:r>
    </w:p>
    <w:p>
      <w:r>
        <w:rPr>
          <w:b/>
        </w:rPr>
        <w:t xml:space="preserve">[09:20] </w:t>
      </w:r>
      <w:r>
        <w:t>mutakhadeen jo hain, woh authentic maane jaate hain. un ko aslaf kaha jaata hai.</w:t>
      </w:r>
    </w:p>
    <w:p>
      <w:pPr>
        <w:jc w:val="right"/>
      </w:pPr>
      <w:r>
        <w:t>متقدمین جو ہیں، وہ اتھینٹک مانے جاتے ہیں۔ ان کو اسلاف کہا جاتا ہے۔</w:t>
      </w:r>
    </w:p>
    <w:p>
      <w:r>
        <w:rPr>
          <w:b/>
        </w:rPr>
        <w:t xml:space="preserve">[09:29] </w:t>
      </w:r>
      <w:r>
        <w:t>to sab ke sab kya kehte hain? ke nasb al-imam wajib hai musalmanon par. ya nasb-e-imammat wajib hai musalmanon par.</w:t>
      </w:r>
    </w:p>
    <w:p>
      <w:pPr>
        <w:jc w:val="right"/>
      </w:pPr>
      <w:r>
        <w:t>تو سب کے سب کیا کہتے ہیں؟ کہ نصب الامام واجب ہے مسلمانوں پر۔ یا نصب امامت واجب ہے مسلمانوں پر۔</w:t>
      </w:r>
    </w:p>
    <w:p>
      <w:r>
        <w:rPr>
          <w:b/>
        </w:rPr>
        <w:t xml:space="preserve">[09:44] </w:t>
      </w:r>
      <w:r>
        <w:t>yani hamesha yeh zaroori hai ke musalmanon ka ek imam ho. imam maani political leader. yeh masla ban gaya hai saare fuqaha ke nazdeek.</w:t>
      </w:r>
    </w:p>
    <w:p>
      <w:pPr>
        <w:jc w:val="right"/>
      </w:pPr>
      <w:r>
        <w:t>یعنی ہمیشہ یہ ضروری ہے کہ مسلمانوں کا ایک امام ہو۔ امام معنی پولیٹیکل لیڈر۔ یہ مسئلہ بن گیا ہے سارے فقہاء کے نزدیک۔</w:t>
      </w:r>
    </w:p>
    <w:p>
      <w:r>
        <w:rPr>
          <w:b/>
        </w:rPr>
        <w:t xml:space="preserve">[09:58] </w:t>
      </w:r>
      <w:r>
        <w:t>kyun ban gaya hai? is liye ban gaya hai ke rasool Allah sal-lal-lahu alaihi wasallam ki wafat hui to abhi aap ki tajweez takfeen nahi hui thi.</w:t>
      </w:r>
    </w:p>
    <w:p>
      <w:pPr>
        <w:jc w:val="right"/>
      </w:pPr>
      <w:r>
        <w:t>کیوں بن گیا ہے؟ اس لیے بن گیا ہے کہ رسول اللہ صلی اللہ علیہ وسلم کی وفات ہوئی تو ابھی آپ کی تجویز تکفیر نہیں ہوئی تھی۔</w:t>
      </w:r>
    </w:p>
    <w:p>
      <w:r>
        <w:rPr>
          <w:b/>
        </w:rPr>
        <w:t xml:space="preserve">[10:12] </w:t>
      </w:r>
      <w:r>
        <w:t>aap ka body aap ke hujre mein tha, Aisha ke paas. aur sahaba jama ho gaye saqeefa bani sa'da mein khilafat ka masla hal karne ke liye.</w:t>
      </w:r>
    </w:p>
    <w:p>
      <w:pPr>
        <w:jc w:val="right"/>
      </w:pPr>
      <w:r>
        <w:t>آپ کا باڈی آپ کے حجرے میں تھا، عائشہ کے پاس۔ اور صحابہ جمع ہو گئے سقیفہ بنی سعدہ میں خلافت کا مسئلہ حل کرنے کے لیے۔</w:t>
      </w:r>
    </w:p>
    <w:p>
      <w:r>
        <w:rPr>
          <w:b/>
        </w:rPr>
        <w:t xml:space="preserve">[10:28] </w:t>
      </w:r>
      <w:r>
        <w:t>to pehle unhon ne khalifa banaya Abu Bakr ko. is ke baad rasool Allah ki jo tajweez takfeen hai, is ke baad ki.</w:t>
      </w:r>
    </w:p>
    <w:p>
      <w:pPr>
        <w:jc w:val="right"/>
      </w:pPr>
      <w:r>
        <w:t>تو پہلے انہوں نے خلیفہ بنایا ابوبکر کو۔ اس کے بعد رسول اللہ کی جو تجویز تکفیر ہے، اس کے بعد کی۔</w:t>
      </w:r>
    </w:p>
    <w:p>
      <w:r>
        <w:rPr>
          <w:b/>
        </w:rPr>
        <w:t xml:space="preserve">[10:37] </w:t>
      </w:r>
      <w:r>
        <w:t>is se kya nikaalte hain? ke nasb-e-imammat, nasb al-imam itna zyada wajib hai ke baghair imam ke agar ek din bhi guzre hamara to woh jahiliyat ke hoga.</w:t>
      </w:r>
    </w:p>
    <w:p>
      <w:pPr>
        <w:jc w:val="right"/>
      </w:pPr>
      <w:r>
        <w:t>اس سے کیا نکالتے ہیں؟ کہ نصب امامت، نصب الامام اتنا زیادہ واجب ہے کہ بغیر امام کے اگر ایک دن بھی گزرے ہمارا تو وہ جاہلیت کے ہوگا۔</w:t>
      </w:r>
    </w:p>
    <w:p>
      <w:r>
        <w:rPr>
          <w:b/>
        </w:rPr>
        <w:t xml:space="preserve">[10:56] </w:t>
      </w:r>
      <w:r>
        <w:t>ab dekhen yeh jo hai, is ko main kahunga ke aap dekhen kya Quran mein kahin likha hua hai ke nasb-e-imam wajib?</w:t>
      </w:r>
    </w:p>
    <w:p>
      <w:pPr>
        <w:jc w:val="right"/>
      </w:pPr>
      <w:r>
        <w:t>اب دیکھیں یہ جو ہے، اس کو میں کہوں گا کہ آپ دیکھیں کیا قرآن میں کہیں لکھا ہوا ہے کہ نصب امام واجب؟</w:t>
      </w:r>
    </w:p>
    <w:p>
      <w:r>
        <w:rPr>
          <w:b/>
        </w:rPr>
        <w:t xml:space="preserve">[11:08] </w:t>
      </w:r>
      <w:r>
        <w:t>kahin likha hua hai Quran mein ke musalmanon par wajib hai ke har haalat mein hamesha un ka ek imam ho. baghair imam ke agar jeeyenge to woh un ki zindagi jahiliyat ki zindagi hogi.</w:t>
      </w:r>
    </w:p>
    <w:p>
      <w:pPr>
        <w:jc w:val="right"/>
      </w:pPr>
      <w:r>
        <w:t>کہیں لکھا ہوا ہے قرآن میں کہ مسلمانوں پر واجب ہے کہ ہر حالت میں ہمیشہ ان کا ایک امام ہو۔ بغیر امام کے اگر جیئیں گے تو وہ ان کی زندگی جاہلیت کی زندگی ہوگی۔</w:t>
      </w:r>
    </w:p>
    <w:p>
      <w:r>
        <w:rPr>
          <w:b/>
        </w:rPr>
        <w:t xml:space="preserve">[11:21] </w:t>
      </w:r>
      <w:r>
        <w:t>yeh kahan likha hua hai? Quran mein kahin likha hua nahi hai. to jab is par ghor karenge, aap sochenge is par gehrai ke saath to aap discover karenge ek ek bohat bari baat ke baad ke zamane mein Islam ki jo picture banai gai,</w:t>
      </w:r>
    </w:p>
    <w:p>
      <w:pPr>
        <w:jc w:val="right"/>
      </w:pPr>
      <w:r>
        <w:t>یہ کہاں لکھا ہوا ہے؟ قرآن میں کہیں لکھا ہوا نہیں ہے۔ تو جب اس پر غور کریں گے، آپ سوچیں گے اس پر گہرائی کے ساتھ تو آپ ڈسکور کریں گے ایک ایک بہت بڑی بات کہ بعد کے زمانے میں اسلام کی جو پکچر بنائی گئی،</w:t>
      </w:r>
    </w:p>
    <w:p>
      <w:r>
        <w:rPr>
          <w:b/>
        </w:rPr>
        <w:t xml:space="preserve">[11:41] </w:t>
      </w:r>
      <w:r>
        <w:t>woh tareekh se banai gai na ke Quran se. yeh tareekh ka ek waqea hai ke rasool Allah ki wafat ke baad aap ki tajweez takfeen se pehle logon ne Abu Bakr ko khalifa banaya.</w:t>
      </w:r>
    </w:p>
    <w:p>
      <w:pPr>
        <w:jc w:val="right"/>
      </w:pPr>
      <w:r>
        <w:t>وہ تاریخ سے بنائی گئی نہ کہ قرآن سے۔ یہ تاریخ کا ایک واقعہ ہے کہ رسول اللہ کی وفات کے بعد آپ کی تجویز تکفیر سے پہلے لوگوں نے ابوبکر کو خلیفہ بنایا۔</w:t>
      </w:r>
    </w:p>
    <w:p>
      <w:r>
        <w:rPr>
          <w:b/>
        </w:rPr>
        <w:t xml:space="preserve">[11:56] </w:t>
      </w:r>
      <w:r>
        <w:t>yeh tareekh ka waqea hai. yeh Quran ki ayat nahi hai. yeh achha dono mein farq kya hai? Quran ki ayat jo hai, woh absolute hoti hai.</w:t>
      </w:r>
    </w:p>
    <w:p>
      <w:pPr>
        <w:jc w:val="right"/>
      </w:pPr>
      <w:r>
        <w:t>یہ تاریخ کا واقعہ ہے۔ یہ قرآن کی آیت نہیں ہے۔ یہ اچھا دونوں میں فرق کیا ہے؟ قرآن کی آیت جو ہے، وہ ایبسولیوٹ ہوتی ہے۔</w:t>
      </w:r>
    </w:p>
    <w:p>
      <w:r>
        <w:rPr>
          <w:b/>
        </w:rPr>
        <w:t xml:space="preserve">[12:10] </w:t>
      </w:r>
      <w:r>
        <w:t>rasool Allah ki koi sunnat saabit ho jaye to woh absolute hoti hai. lekin tareekh absolute nahi hai. tareekh absolute nahi hai.</w:t>
      </w:r>
    </w:p>
    <w:p>
      <w:pPr>
        <w:jc w:val="right"/>
      </w:pPr>
      <w:r>
        <w:t>رسول اللہ کی کوئی سنت ثابت ہو جائے تو وہ ایبسولیوٹ ہوتی ہے۔ لیکن تاریخ ایبسولیوٹ نہیں ہے۔ تاریخ ایبسولیوٹ نہیں ہے۔</w:t>
      </w:r>
    </w:p>
    <w:p>
      <w:r>
        <w:rPr>
          <w:b/>
        </w:rPr>
        <w:t xml:space="preserve">[12:21] </w:t>
      </w:r>
      <w:r>
        <w:t>woh halaat ke aitbar se banti hai. yeh tareekh jo hai, halaat ke aitbar se banti hai. yeh practical halaat kya hain?</w:t>
      </w:r>
    </w:p>
    <w:p>
      <w:pPr>
        <w:jc w:val="right"/>
      </w:pPr>
      <w:r>
        <w:t>وہ حالات کے اعتبار سے بنتی ہے۔ یہ تاریخ جو ہے، حالات کے اعتبار سے بنتی ہے۔ یہ پریکٹیکل حالات کیا ہیں؟</w:t>
      </w:r>
    </w:p>
    <w:p>
      <w:r>
        <w:rPr>
          <w:b/>
        </w:rPr>
        <w:t xml:space="preserve">[12:33] </w:t>
      </w:r>
      <w:r>
        <w:t>jabke jo usool hai Islam ka, woh is se alag hai. jab is tarah aap sochenge to aap ghor karenge ke kyun aisa hua ke logon ne rasool Allah ki wafat hui to tajweez takfeen se pehle unhon ne khilafat ka masla hal kiya.</w:t>
      </w:r>
    </w:p>
    <w:p>
      <w:pPr>
        <w:jc w:val="right"/>
      </w:pPr>
      <w:r>
        <w:t>جبکہ جو اصول ہے اسلام کا، وہ اس سے الگ ہے۔ جب اس طرح آپ سوچیں گے تو آپ غور کریں گے کہ کیوں ایسا ہوا کہ لوگوں نے رسول اللہ کی وفات ہوئی تو تجویز تکفیر سے پہلے انہوں نے خلافت کا مسئلہ حل کیا۔</w:t>
      </w:r>
    </w:p>
    <w:p>
      <w:r>
        <w:rPr>
          <w:b/>
        </w:rPr>
        <w:t xml:space="preserve">[12:54] </w:t>
      </w:r>
      <w:r>
        <w:t>is ka sabab yeh tha ke yeh Islam ka ibtidai zamana tha. cheezein establish nahi hui thi.</w:t>
      </w:r>
    </w:p>
    <w:p>
      <w:pPr>
        <w:jc w:val="right"/>
      </w:pPr>
      <w:r>
        <w:t>اس کا سبب یہ تھا کہ یہ اسلام کا ابتدائی زمانہ تھا۔ چیزیں اسٹیبلش نہیں ہوئی تھیں۔</w:t>
      </w:r>
    </w:p>
    <w:p>
      <w:r>
        <w:rPr>
          <w:b/>
        </w:rPr>
        <w:t xml:space="preserve">[13:02] </w:t>
      </w:r>
      <w:r>
        <w:t>har to anarchy phaili hui thi. abhi establishment ka daur nahi aaya tha.</w:t>
      </w:r>
    </w:p>
    <w:p>
      <w:pPr>
        <w:jc w:val="right"/>
      </w:pPr>
      <w:r>
        <w:t>ہر تو انارکی پھیلی ہوئی تھی۔ ابھی اسٹیبلشمنٹ کا دور نہیں آیا تھا۔</w:t>
      </w:r>
    </w:p>
    <w:p>
      <w:r>
        <w:rPr>
          <w:b/>
        </w:rPr>
        <w:t xml:space="preserve">[13:11] </w:t>
      </w:r>
      <w:r>
        <w:t>chacha Hazrat Aisha kehti hain ke: "falamma tawaffa rasool Allah sal-lal-lahu alaihi wasallam, araddal arab,</w:t>
      </w:r>
    </w:p>
    <w:p>
      <w:pPr>
        <w:jc w:val="right"/>
      </w:pPr>
      <w:r>
        <w:t>چاچا حضرت عائشہ کہتی ہیں کہ: "فلما توف رسول اللہ صلی اللہ علیہ وسلم، ارتد العرب،</w:t>
      </w:r>
    </w:p>
    <w:p>
      <w:r>
        <w:rPr>
          <w:b/>
        </w:rPr>
        <w:t xml:space="preserve">[13:25] </w:t>
      </w:r>
      <w:r>
        <w:t>araddal arab". yani saara Arab mein baghawat ho gayi.</w:t>
      </w:r>
    </w:p>
    <w:p>
      <w:pPr>
        <w:jc w:val="right"/>
      </w:pPr>
      <w:r>
        <w:t>ارتد العرب"۔ یعنی سارا عرب میں بغاوت ہو گئی۔</w:t>
      </w:r>
    </w:p>
    <w:p>
      <w:r>
        <w:rPr>
          <w:b/>
        </w:rPr>
        <w:t xml:space="preserve">[13:35] </w:t>
      </w:r>
      <w:r>
        <w:t>to jab yeh haalat ho jaye ke rasool Allah ki wafat ke baad har taraf anarchy phail jaye ya baghawat ke baad to anarchy, araddad ke baad anarchy, inteshaar, araddad ke baad yeh nahi hai ke sab log Islam se phir gaye kyunke aisa waqea hua nahi.</w:t>
      </w:r>
    </w:p>
    <w:p>
      <w:pPr>
        <w:jc w:val="right"/>
      </w:pPr>
      <w:r>
        <w:t>تو جب یہ حالت ہو جائے کہ رسول اللہ کی وفات کے بعد ہر طرف انارکی پھیل جائے یا بغاوت کے بعد تو انارکی، ارتداد کے بعد انارکی، انتشار، ارتداد کے بعد یہ نہیں ہے کہ سب لوگ اسلام سے پھر گئے کیونکہ ایسا واقعہ ہوا نہیں۔</w:t>
      </w:r>
    </w:p>
    <w:p>
      <w:r>
        <w:rPr>
          <w:b/>
        </w:rPr>
        <w:t xml:space="preserve">[13:56] </w:t>
      </w:r>
      <w:r>
        <w:t>ba-taur waqea yeh aisa nahi hua ke logon ne elaan kar diya ho ke aap Musalman nahi hain. ba-taur waqea jo hua, woh fauza tha, anarchy thi,</w:t>
      </w:r>
    </w:p>
    <w:p>
      <w:pPr>
        <w:jc w:val="right"/>
      </w:pPr>
      <w:r>
        <w:t>بطور واقعہ یہ ایسا نہیں ہوا کہ لوگوں نے اعلان کر دیا ہو کہ آپ مسلمان نہیں ہیں۔ بطور واقعہ جو ہوا، وہ فوضہ تھا، انارکی تھی،</w:t>
      </w:r>
    </w:p>
    <w:p>
      <w:r>
        <w:rPr>
          <w:b/>
        </w:rPr>
        <w:t xml:space="preserve">[14:09] </w:t>
      </w:r>
      <w:r>
        <w:t>inteshaar tha. to agar is is is is inteshaar ko baqi rehne diya jata kuch din to saara yani Islam ka tareekhi dub banna jo banna ban rahi thi, woh banne na paai.</w:t>
      </w:r>
    </w:p>
    <w:p>
      <w:pPr>
        <w:jc w:val="right"/>
      </w:pPr>
      <w:r>
        <w:t>انتشار تھا۔ تو اگر اس اس اس اس انتشار کو باقی رہنے دیا جاتا کچھ دن تو سارا یعنی اسلام کا تاریخی ڈب بننا جو بننا بن رہی تھی، وہ بننے نہ پائی۔</w:t>
      </w:r>
    </w:p>
    <w:p>
      <w:r>
        <w:rPr>
          <w:b/>
        </w:rPr>
        <w:t xml:space="preserve">[14:28] </w:t>
      </w:r>
      <w:r>
        <w:t>baqi sab sab hypnotize hua tha. to is liye aisa kiya gaya. is ka matlab yeh hai ke yeh aqeeday ka masla bana lein aap is ko aur is ko sharai masla bana lein aap ke nasb-e-imammat jo hai, is number wala kaam hai.</w:t>
      </w:r>
    </w:p>
    <w:p>
      <w:pPr>
        <w:jc w:val="right"/>
      </w:pPr>
      <w:r>
        <w:t>باقی سب سب جپٹائز ہوا تھا۔ تو اس لیے ایسا کیا گیا۔ اس کا مطلب یہ ہے کہ یہ عقیدے کا مسئلہ بنا لیں آپ اس کو اور اس کو شرعی مسئلہ بنا لیں آپ کہ نصب امامت جو ہے، اس نمبر والا کام ہے۔</w:t>
      </w:r>
    </w:p>
    <w:p>
      <w:r>
        <w:rPr>
          <w:b/>
        </w:rPr>
        <w:t xml:space="preserve">[14:48] </w:t>
      </w:r>
      <w:r>
        <w:t>is ke baghair jahiliyat ke bohat bade gaye. yeh sab khud sakhta masle hain. mere nazdeek jab nasb al-imam ka masla Quran mein maujood nahi hai to woh mutlaq usool nahi ho sakta.</w:t>
      </w:r>
    </w:p>
    <w:p>
      <w:pPr>
        <w:jc w:val="right"/>
      </w:pPr>
      <w:r>
        <w:t>اس کے بغیر جاہلیت کے بہت بڑے گئے۔ یہ سب خود ساختہ مسئلے ہیں۔ میرے نزدیک جب نصب الامام کا مسئلہ قرآن میں موجود نہیں ہے تو وہ مطلق اصول نہیں ہو سکتا۔</w:t>
      </w:r>
    </w:p>
    <w:p>
      <w:r>
        <w:rPr>
          <w:b/>
        </w:rPr>
        <w:t xml:space="preserve">[15:06] </w:t>
      </w:r>
      <w:r>
        <w:t>woh practical halaat ki pedawar hai.</w:t>
      </w:r>
    </w:p>
    <w:p>
      <w:pPr>
        <w:jc w:val="right"/>
      </w:pPr>
      <w:r>
        <w:t>وہ پریکٹیکل حالات کی پیداوار ہے۔</w:t>
      </w:r>
    </w:p>
    <w:p>
      <w:r>
        <w:rPr>
          <w:b/>
        </w:rPr>
        <w:t xml:space="preserve">[15:14] </w:t>
      </w:r>
      <w:r>
        <w:t>achha is ka ek saboot dekhen yeh hai ke sahaba ke zamane mein khilafat ke kai form bane.</w:t>
      </w:r>
    </w:p>
    <w:p>
      <w:pPr>
        <w:jc w:val="right"/>
      </w:pPr>
      <w:r>
        <w:t>اچھا اس کا ایک ثبوت دیکھیں یہ ہے کہ صحابہ کے زمانے میں خلافت کے کئی فارم بنے۔</w:t>
      </w:r>
    </w:p>
    <w:p>
      <w:r>
        <w:rPr>
          <w:b/>
        </w:rPr>
        <w:t xml:space="preserve">[15:27] </w:t>
      </w:r>
      <w:r>
        <w:t>kai form. aap ghor kijiye hazrat abubakar ka ek form tha. yani saqeefa bani saadah mein madine mein jo log ikhatta hue, unhi ki rai se un ko khalifa bana liya gaya.</w:t>
      </w:r>
    </w:p>
    <w:p>
      <w:pPr>
        <w:jc w:val="right"/>
      </w:pPr>
      <w:r>
        <w:t>کئی فارم۔ آپ غور کیجئے حضرت ابوبکر کا ایک فارم تھا۔ یعنی سقیفہ بنی سعدہ میں مدینے میں جو لوگ اکٹھا ہوئے، انہی کی رائے سے ان کو خلیفہ بنا لیا گیا۔</w:t>
      </w:r>
    </w:p>
    <w:p>
      <w:r>
        <w:rPr>
          <w:b/>
        </w:rPr>
        <w:t xml:space="preserve">[15:45] </w:t>
      </w:r>
      <w:r>
        <w:t>saare arab mein musalman log ho chuke thay. saare arab se to rai li nahi gayi. madine ka ek chabutra tha, use kehte thay saqeefa bani saadah.</w:t>
      </w:r>
    </w:p>
    <w:p>
      <w:pPr>
        <w:jc w:val="right"/>
      </w:pPr>
      <w:r>
        <w:t>سارے عرب میں مسلمان لوگ ہو چکے تھے۔ سارے عرب سے تو رائے لی نہیں گئی۔ مدینے کا ایک چبوترا تھا، اسے کہتے تھے سقیفہ بنی سعدہ۔</w:t>
      </w:r>
    </w:p>
    <w:p>
      <w:r>
        <w:rPr>
          <w:b/>
        </w:rPr>
        <w:t xml:space="preserve">[15:57] </w:t>
      </w:r>
      <w:r>
        <w:t>jo log wahan ikhatta thay,</w:t>
      </w:r>
    </w:p>
    <w:p>
      <w:pPr>
        <w:jc w:val="right"/>
      </w:pPr>
      <w:r>
        <w:t>جو لوگ وہاں اکٹھا تھے،</w:t>
      </w:r>
    </w:p>
    <w:p>
      <w:r>
        <w:rPr>
          <w:b/>
        </w:rPr>
        <w:t xml:space="preserve">[16:01] </w:t>
      </w:r>
      <w:r>
        <w:t>yani wahan saare madine madine ke mard bhi nahi thay, saare makka aur madine ke saare mard bhi nahi thay. kuch log ikhatta hue thay aur saare arab se rai lene ki baat to woh door ki.</w:t>
      </w:r>
    </w:p>
    <w:p>
      <w:pPr>
        <w:jc w:val="right"/>
      </w:pPr>
      <w:r>
        <w:t>یعنی وہاں سارے مدینے مدینے کے مرد بھی نہیں تھے، سارے مکہ اور مدینے کے سارے مرد بھی نہیں تھے۔ کچھ لوگ اکٹھا ہوئے تھے اور سارے عرب سے رائے لینے کی بات تو وہ دور کیے۔</w:t>
      </w:r>
    </w:p>
    <w:p>
      <w:r>
        <w:rPr>
          <w:b/>
        </w:rPr>
        <w:t xml:space="preserve">[16:20] </w:t>
      </w:r>
      <w:r>
        <w:t>to is ka matlab yeh hai ke woh us waqt jo sahaba ke zehen mein tha, yeh ek tha ke jald se jald stability aa jaye, anarchy khatam ho.</w:t>
      </w:r>
    </w:p>
    <w:p>
      <w:pPr>
        <w:jc w:val="right"/>
      </w:pPr>
      <w:r>
        <w:t>تو اس کا معنی یہ ہے کہ وہ اس وقت جو صحابہ کے ذہن میں تھا، یہ ایک تھا کہ جلد سے جلد اسٹیبلٹی آ جائے، انارکی ختم ہو۔</w:t>
      </w:r>
    </w:p>
    <w:p>
      <w:r>
        <w:rPr>
          <w:b/>
        </w:rPr>
        <w:t xml:space="preserve">[16:31] </w:t>
      </w:r>
      <w:r>
        <w:t>log jaan len ke ab woh log jaan len ke ab tak rasool ALLAH sal ALLAH o alaihi wasallam mamlaat ko ka intezam kar rahe thay, ab abubakar is ka intezam karenge.</w:t>
      </w:r>
    </w:p>
    <w:p>
      <w:pPr>
        <w:jc w:val="right"/>
      </w:pPr>
      <w:r>
        <w:t>لوگ جان لیں کہ اب وہ لوگ جان لیں کہ اب تک رسول اللہ صلی اللہ علیہ وسلم معاملات کو کا انتظام کر رہے تھے، اب ابوبکر اس کا انتظام کریں گے۔</w:t>
      </w:r>
    </w:p>
    <w:p>
      <w:r>
        <w:rPr>
          <w:b/>
        </w:rPr>
        <w:t xml:space="preserve">[16:43] </w:t>
      </w:r>
      <w:r>
        <w:t>is liye aisa hua. is ko aap masla banayein, aqeeda banayein to yeh galat hoga.</w:t>
      </w:r>
    </w:p>
    <w:p>
      <w:pPr>
        <w:jc w:val="right"/>
      </w:pPr>
      <w:r>
        <w:t>اس لیے ایسا ہوا۔ اس کو آپ مسئلہ بنائیں، عقیدہ بنائیں تو یہ غلط ہوگا۔</w:t>
      </w:r>
    </w:p>
    <w:p>
      <w:r>
        <w:rPr>
          <w:b/>
        </w:rPr>
        <w:t xml:space="preserve">[16:52] </w:t>
      </w:r>
      <w:r>
        <w:t>to baad ko jo cheezein paida huin, is ko sochna padega ke kya ek quran ki taleem, kya quran ki ayat bhi yeh maujood hai yeh baat ya logon ne baad ko.</w:t>
      </w:r>
    </w:p>
    <w:p>
      <w:pPr>
        <w:jc w:val="right"/>
      </w:pPr>
      <w:r>
        <w:t>تو بعد کو جو چیزیں پیدا ہوئیں، اس کو سوچنا پڑے گا کہ کیا ایک قرآن کی تعلیم، کیا قرآن کی آیت بھی یہ موجود ہے یہ بات یا لوگوں نے بعد کو۔</w:t>
      </w:r>
    </w:p>
    <w:p>
      <w:r>
        <w:rPr>
          <w:b/>
        </w:rPr>
        <w:t xml:space="preserve">[17:05] </w:t>
      </w:r>
      <w:r>
        <w:t>to aap phir manenge ke is ko ke yeh tha ijtihad ke nasb al imam ka masla ijtihad ka masla hai, nask nask ka masla nahi hai, yeh to text mein nahi hai.</w:t>
      </w:r>
    </w:p>
    <w:p>
      <w:pPr>
        <w:jc w:val="right"/>
      </w:pPr>
      <w:r>
        <w:t>تو آپ پھر مانیں گے کہ اس کو کہ یہ تھا اجتہاد کہ نصب الامام کا مسئلہ اجتہاد کا مسئلہ ہے، نسخ نسخ کا مسئلہ نہیں ہے، یہ تو ٹیکسٹ میں نہیں ہے۔</w:t>
      </w:r>
    </w:p>
    <w:p>
      <w:r>
        <w:rPr>
          <w:b/>
        </w:rPr>
        <w:t xml:space="preserve">[17:18] </w:t>
      </w:r>
      <w:r>
        <w:t>to ijtihad to mukhtalif ho sakta hai. phir aap dekhiye, is ke baad hazrat umar ka mamla hai. hazrat umar ko nominate kiya gaya.</w:t>
      </w:r>
    </w:p>
    <w:p>
      <w:pPr>
        <w:jc w:val="right"/>
      </w:pPr>
      <w:r>
        <w:t>تو اجتہاد تو مختلف ہو سکتا ہے۔ پھر آپ دیکھیے، اس کے بعد حضرت عمر کا معاملہ ہے۔ حضرت عمر کو نومینیٹ کیا گیا۔</w:t>
      </w:r>
    </w:p>
    <w:p>
      <w:r>
        <w:rPr>
          <w:b/>
        </w:rPr>
        <w:t xml:space="preserve">[17:30] </w:t>
      </w:r>
      <w:r>
        <w:t>nominate kiya gaya. hazrat abubakar ne nominate kar ke un ko khalifa banaya. phir teesre khalifa usman jo thay, un ke liye ek aur hi tareeqa ikhtiyar kiya gaya.</w:t>
      </w:r>
    </w:p>
    <w:p>
      <w:pPr>
        <w:jc w:val="right"/>
      </w:pPr>
      <w:r>
        <w:t>نومینیٹ کیا گیا۔ حضرت ابوبکر نے نومینیٹ کر کے ان کو خلیفہ بنایا۔ پھر تیسرے خلیفہ عثمان جو تھے، ان کے لیے ایک اور ہی طریقہ اختیار کیا گیا۔</w:t>
      </w:r>
    </w:p>
    <w:p>
      <w:r>
        <w:rPr>
          <w:b/>
        </w:rPr>
        <w:t xml:space="preserve">[17:43] </w:t>
      </w:r>
      <w:r>
        <w:t>woh tha ke chhay aadmiyon ka ek board, woh is woh board chhay aadmiyon ka board jo hai, so soch kar ke tay kare.</w:t>
      </w:r>
    </w:p>
    <w:p>
      <w:pPr>
        <w:jc w:val="right"/>
      </w:pPr>
      <w:r>
        <w:t>وہ تھا کہ چھ آدمیوں کا ایک بورڈ، وہ اس وہ بورڈ چھ آدمیوں کا بورڈ جو ہے، سو سوچ کر کے طے کرے۔</w:t>
      </w:r>
    </w:p>
    <w:p>
      <w:r>
        <w:rPr>
          <w:b/>
        </w:rPr>
        <w:t xml:space="preserve">[17:55] </w:t>
      </w:r>
      <w:r>
        <w:t>yeh ek ek teesra pattern tha. ali ka to koi is tarah ka pattern tha bhi nahi. woh to ek fawza ki halat thi ke logon ne kaha ji ke jo ali khalifa hain.</w:t>
      </w:r>
    </w:p>
    <w:p>
      <w:pPr>
        <w:jc w:val="right"/>
      </w:pPr>
      <w:r>
        <w:t>یہ ایک ایک تیسرا پیٹرن تھا۔ علی کا تو کوئی اس طرح کا پیٹرن تھا بھی نہیں۔ وہ تو ایک فوضہ کی حالت تھی کہ لوگوں نے کہا جی کہ جو علی خلیفہ ہیں۔</w:t>
      </w:r>
    </w:p>
    <w:p>
      <w:r>
        <w:rPr>
          <w:b/>
        </w:rPr>
        <w:t xml:space="preserve">[18:07] </w:t>
      </w:r>
      <w:r>
        <w:t>is ke baad mana jata hai ke umar bin aziz panchwein khalifa thay. khali panchwein khalifa rashid to un ka to ek panchwan part tha, taluq part tha.</w:t>
      </w:r>
    </w:p>
    <w:p>
      <w:pPr>
        <w:jc w:val="right"/>
      </w:pPr>
      <w:r>
        <w:t>اس کے بعد مانا جاتا ہے کہ عمر بن عزیز پانچویں خلیفہ تھے۔ خالی پانچویں خلیفہ راشد تو ان کا تو ایک پانچواں پارٹ تھا، تعلق پارٹ تھا۔</w:t>
      </w:r>
    </w:p>
    <w:p>
      <w:r>
        <w:rPr>
          <w:b/>
        </w:rPr>
        <w:t xml:space="preserve">[18:19] </w:t>
      </w:r>
      <w:r>
        <w:t>yani jo un se pehle ka jo khalifa tha, us ne ek wasiyat kar di.</w:t>
      </w:r>
    </w:p>
    <w:p>
      <w:pPr>
        <w:jc w:val="right"/>
      </w:pPr>
      <w:r>
        <w:t>یعنی جو ان سے پہلے کا جو خلیفہ تھا، اس نے ایک وصیت کر دی۔</w:t>
      </w:r>
    </w:p>
    <w:p>
      <w:r>
        <w:rPr>
          <w:b/>
        </w:rPr>
        <w:t xml:space="preserve">[18:28] </w:t>
      </w:r>
      <w:r>
        <w:t>woh nass wasiyat lifafe band kar di gayi. usi ki buniyad par un ko ho gaya. to yeh sab cheezein jo hain, yeh koi kami ki baat nahi hai.</w:t>
      </w:r>
    </w:p>
    <w:p>
      <w:pPr>
        <w:jc w:val="right"/>
      </w:pPr>
      <w:r>
        <w:t>وہ نص وصیت لفافے بند کر دی گئی۔ اسی کی بنیاد پر ان کو ہو گیا۔ تو یہ سب چیزیں جو ہیں، یہ کوئی کمی کی بات نہیں ہے۔</w:t>
      </w:r>
    </w:p>
    <w:p>
      <w:r>
        <w:rPr>
          <w:b/>
        </w:rPr>
        <w:t xml:space="preserve">[18:41] </w:t>
      </w:r>
      <w:r>
        <w:t>yeh bohat bari rehnumai hai. yeh bohat bari rehnumai hai. is ka matlab yeh hai ke islam mein</w:t>
      </w:r>
    </w:p>
    <w:p>
      <w:pPr>
        <w:jc w:val="right"/>
      </w:pPr>
      <w:r>
        <w:t>یہ بہت بڑی رہنمائی ہے۔ یہ بہت بڑی رہنمائی ہے۔ اس کا مطلب یہ ہے کہ اسلام میں</w:t>
      </w:r>
    </w:p>
    <w:p>
      <w:r>
        <w:rPr>
          <w:b/>
        </w:rPr>
        <w:t xml:space="preserve">[18:52] </w:t>
      </w:r>
      <w:r>
        <w:t>pattern of government koi mutlaq nahi hai. islam mein ideology mutlaq hai, aqeeda mutlaq hai, ibadat mutlaq hai.</w:t>
      </w:r>
    </w:p>
    <w:p>
      <w:pPr>
        <w:jc w:val="right"/>
      </w:pPr>
      <w:r>
        <w:t>پیٹرن آف گورنمنٹ کوئی مطلق نہیں ہے۔ اسلام میں آئیڈیالوجی مطلق ہے، عقیدہ مطلق ہے، عبادت مطلق ہے۔</w:t>
      </w:r>
    </w:p>
    <w:p>
      <w:r>
        <w:rPr>
          <w:b/>
        </w:rPr>
        <w:t xml:space="preserve">[19:05] </w:t>
      </w:r>
      <w:r>
        <w:t>lekin pattern of government jo hai, yeh mutlaq nahi hai. halaat ke lehaz se jo workable ho, yani jo workable ho, woh islam ka tareeqa hoga.</w:t>
      </w:r>
    </w:p>
    <w:p>
      <w:pPr>
        <w:jc w:val="right"/>
      </w:pPr>
      <w:r>
        <w:t>لیکن پیٹرن آف گورنمنٹ جو ہے، یہ مطلق نہیں ہے۔ حالات کے لحاظ سے جو ورک ایبل ہو، یعنی جو ورک ایبل ہو، وہ اسلام کا طریقہ ہوگا۔</w:t>
      </w:r>
    </w:p>
    <w:p>
      <w:r>
        <w:rPr>
          <w:b/>
        </w:rPr>
        <w:t xml:space="preserve">[19:22] </w:t>
      </w:r>
      <w:r>
        <w:t>aqeede mein yeh nahi dekha gaya ke workable ka naam ya workable nahi hai. wahan dekha gaya ke jo hai, woh hai. to aqeeda absolute hai, ibadat absolute hai,</w:t>
      </w:r>
    </w:p>
    <w:p>
      <w:pPr>
        <w:jc w:val="right"/>
      </w:pPr>
      <w:r>
        <w:t>عقیدے میں یہ نہیں دیکھا گیا کہ ورک ایبل کا نام یا ورک ایبل نہیں ہے۔ وہاں دیکھا گیا کہ جو ہے، وہ ہے۔ تو عقیدہ ایبسولیوٹ ہے، عبادت ایبسولیوٹ ہے،</w:t>
      </w:r>
    </w:p>
    <w:p>
      <w:r>
        <w:rPr>
          <w:b/>
        </w:rPr>
        <w:t xml:space="preserve">[19:36] </w:t>
      </w:r>
      <w:r>
        <w:t>lekin pattern of government absolute nahi hai. jo workable hai. kyunke dekhiye, agar aap workable ko na dekhein, absolute koi ek bana lein, ek model to phir kya hoga?</w:t>
      </w:r>
    </w:p>
    <w:p>
      <w:pPr>
        <w:jc w:val="right"/>
      </w:pPr>
      <w:r>
        <w:t>لیکن پیٹرن آف گورنمنٹ ایبسولیوٹ نہیں ہے۔ جو ورک ایبل ہے۔ کیونکہ دیکھیے، اگر آپ ورک ایبل کو نہ دیکھیں، ایبسولیوٹ کوئی ایک بنا لیں، ایک ماڈل تو پھر کیا ہوگا؟</w:t>
      </w:r>
    </w:p>
    <w:p>
      <w:r>
        <w:rPr>
          <w:b/>
        </w:rPr>
        <w:t xml:space="preserve">[19:53] </w:t>
      </w:r>
      <w:r>
        <w:t>ladai shuru ho jayegi. kuch log kahenge aisa, kuch log kahenge waisa, aur ladai, ladai, ladai. is liye islam mein mana gaya hai ke jo work kare, jo workable ho, us ko us ko le lo.</w:t>
      </w:r>
    </w:p>
    <w:p>
      <w:pPr>
        <w:jc w:val="right"/>
      </w:pPr>
      <w:r>
        <w:t>لڑائی شروع ہو جائے گی۔ کچھ لوگ کہیں گے ایسا، کچھ لوگ کہیں گے ویسا، اور لڑائی، لڑائی، لڑائی۔ اس لیے اسلام میں مانا گیا ہے کہ جو ورک کرے، جو ورک ایبل ہو، اس کو اس کو لے لو۔</w:t>
      </w:r>
    </w:p>
    <w:p>
      <w:r>
        <w:rPr>
          <w:b/>
        </w:rPr>
        <w:t xml:space="preserve">[20:08] </w:t>
      </w:r>
      <w:r>
        <w:t>kyun? yaad rakhiye, islam ka ek bohat bara usool yeh hai ke islam mein political power ka maqsad har giz har giz koi system qaim karna nahi hai.</w:t>
      </w:r>
    </w:p>
    <w:p>
      <w:pPr>
        <w:jc w:val="right"/>
      </w:pPr>
      <w:r>
        <w:t>کیوں؟ یاد رکھیے، اسلام کا ایک بہت بڑا اصول یہ ہے کہ اسلام میں پولیٹیکل پاور کا مقصد ہرگز ہرگز کوئی سسٹم قائم کرنا نہیں ہے۔</w:t>
      </w:r>
    </w:p>
    <w:p>
      <w:r>
        <w:rPr>
          <w:b/>
        </w:rPr>
        <w:t xml:space="preserve">[20:22] </w:t>
      </w:r>
      <w:r>
        <w:t>kuch log to samajhte hain ke justice ka nizam qaim karna, koi kehte hain shariat ka qanoon nafiz karna, yeh sab na quran mein hai na hadees mein.</w:t>
      </w:r>
    </w:p>
    <w:p>
      <w:pPr>
        <w:jc w:val="right"/>
      </w:pPr>
      <w:r>
        <w:t>کچھ لوگ تو سمجھتے ہیں کہ جسٹس کا نظام قائم کرنا، کوئی کہتے ہیں شریعت کا قانون نافذ کرنا، یہ سب نہ قرآن میں ہے نہ حدیث میں۔</w:t>
      </w:r>
    </w:p>
    <w:p>
      <w:r>
        <w:rPr>
          <w:b/>
        </w:rPr>
        <w:t xml:space="preserve">[20:36] </w:t>
      </w:r>
      <w:r>
        <w:t>quran mein hai ke tamkeen al-deen amkana fil-larr. quran mein government ka jo jo jo woh hai,</w:t>
      </w:r>
    </w:p>
    <w:p>
      <w:pPr>
        <w:jc w:val="right"/>
      </w:pPr>
      <w:r>
        <w:t>قرآن میں ہے کہ تمکین الذین امکنا فی اللر۔ قرآن میں گورنمنٹ کا جو جو جو وہ ہے،</w:t>
      </w:r>
    </w:p>
    <w:p>
      <w:r>
        <w:rPr>
          <w:b/>
        </w:rPr>
        <w:t xml:space="preserve">[20:50] </w:t>
      </w:r>
      <w:r>
        <w:t>jo karna hai government ko, woh sirf aik cheez hai. yaani islami government woh hai jo samaaj mein stability paida kar de.</w:t>
      </w:r>
    </w:p>
    <w:p>
      <w:pPr>
        <w:jc w:val="right"/>
      </w:pPr>
      <w:r>
        <w:t>جو کرنا ہے گورنمنٹ کو، وہ صرف ایک چیز ہے۔ یعنی اسلامی گورنمنٹ وہ ہے جو سماج میں اسٹیبلٹی پیدا کر دے۔</w:t>
      </w:r>
    </w:p>
    <w:p>
      <w:r>
        <w:rPr>
          <w:b/>
        </w:rPr>
        <w:t xml:space="preserve">[21:02] </w:t>
      </w:r>
      <w:r>
        <w:t>stability koi koi absolute form nahi, na aik absolute system nahi, is ko qaaim karne ke liye hukoomat qaaim ki jae.</w:t>
      </w:r>
    </w:p>
    <w:p>
      <w:pPr>
        <w:jc w:val="right"/>
      </w:pPr>
      <w:r>
        <w:t>اسٹیبلٹی کوئی کوئی ایبسولیوٹ فارم نہیں، نہ ایک ایبسولیوٹ سسٹم نہیں، اس کو قائم کرنے کے لیے حکومت قائم کی جائے۔</w:t>
      </w:r>
    </w:p>
    <w:p>
      <w:r>
        <w:rPr>
          <w:b/>
        </w:rPr>
        <w:t xml:space="preserve">[21:17] </w:t>
      </w:r>
      <w:r>
        <w:t>asal cheez hai stability. kyun aisa hai? kyunke islam mein jo kaam hai, yaani is waqt jo kaam tha khaas tor par, woh tha rasool Allah ke baad quran ko mehfooz karna, hadith ko madawwan karna, seerat ke seerat ko likhna, islami tareekh ko likhna,</w:t>
      </w:r>
    </w:p>
    <w:p>
      <w:pPr>
        <w:jc w:val="right"/>
      </w:pPr>
      <w:r>
        <w:t>اصل چیز ہے اسٹیبلٹی۔ کیوں ایسا ہے؟ کیونکہ اسلام میں جو کام ہے، یعنی اس وقت جو کام تھا خاص طور پر، وہ تھا رسول اللہ کے بعد قرآن کو محفوظ کرنا، حدیث کو مدون کرنا، سیرت کے سیرت کو لکھنا، اسلامی تاریخ کو لکھنا،</w:t>
      </w:r>
    </w:p>
    <w:p>
      <w:r>
        <w:rPr>
          <w:b/>
        </w:rPr>
        <w:t xml:space="preserve">[21:47] </w:t>
      </w:r>
      <w:r>
        <w:t>aur namaz ka nizaam qaaim karna, hajj ka nizaam qaaim karna, in sab cheezon ko karne wale ulama hote hain.</w:t>
      </w:r>
    </w:p>
    <w:p>
      <w:pPr>
        <w:jc w:val="right"/>
      </w:pPr>
      <w:r>
        <w:t>اور نماز کا نظام قائم کرنا، حج کا نظام قائم کرنا، ان سب چیزوں کو کرنے والے علماء ہوتے ہیں۔</w:t>
      </w:r>
    </w:p>
    <w:p>
      <w:r>
        <w:rPr>
          <w:b/>
        </w:rPr>
        <w:t xml:space="preserve">[21:58] </w:t>
      </w:r>
      <w:r>
        <w:t>mein is se pehle bhi, aaj bhi. to ulama ko jo kaam karna hai, is ke liye zaroorat hai ke peace peace ho. agar peace na ho to ulama kaam nahi kar sakte.</w:t>
      </w:r>
    </w:p>
    <w:p>
      <w:pPr>
        <w:jc w:val="right"/>
      </w:pPr>
      <w:r>
        <w:t>میں اس سے پہلے بھی، آج بھی۔ تو علماء کو جو کام کرنا ہے، اس کے لیے ضرورت ہے کہ پیس پیس ہو۔ اگر پیس نہ ہو تو علماء کام نہیں کر سکتے۔</w:t>
      </w:r>
    </w:p>
    <w:p>
      <w:r>
        <w:rPr>
          <w:b/>
        </w:rPr>
        <w:t xml:space="preserve">[22:10] </w:t>
      </w:r>
      <w:r>
        <w:t>peace agar na ho to ulama kaam nahi kar sakte.</w:t>
      </w:r>
    </w:p>
    <w:p>
      <w:pPr>
        <w:jc w:val="right"/>
      </w:pPr>
      <w:r>
        <w:t>پیس اگر نہ ہو تو علماء کام نہیں کر سکتے۔</w:t>
      </w:r>
    </w:p>
    <w:p>
      <w:r>
        <w:rPr>
          <w:b/>
        </w:rPr>
        <w:t xml:space="preserve">[22:15] </w:t>
      </w:r>
      <w:r>
        <w:t>to stability, stability se kya hota hai? peace milta hai. ab peace milta hai to saari opportunity available ho jati hai.</w:t>
      </w:r>
    </w:p>
    <w:p>
      <w:pPr>
        <w:jc w:val="right"/>
      </w:pPr>
      <w:r>
        <w:t>تو اسٹیبلٹی، اسٹیبلٹی سے کیا ہوتا ہے؟ پیس ملتا ہے۔ اب پیس ملتا ہے تو ساری اپرچونیٹی اویلیبل ہو جاتی ہے۔</w:t>
      </w:r>
    </w:p>
    <w:p>
      <w:r>
        <w:rPr>
          <w:b/>
        </w:rPr>
        <w:t xml:space="preserve">[22:29] </w:t>
      </w:r>
      <w:r>
        <w:t>to islam mein ahmiyat jis cheez ki hai, woh hai tamkeen, yaani political stability. is ko yaad rakhiye ke islam mein hukoomat ka kaam aslan yeh nahi hai ke woh koi sharai qanoon nafiz kare.</w:t>
      </w:r>
    </w:p>
    <w:p>
      <w:pPr>
        <w:jc w:val="right"/>
      </w:pPr>
      <w:r>
        <w:t>تو اسلام میں اہمیت جس چیز کی ہے، وہ ہے تمکین، یعنی پولیٹیکل اسٹیبلٹی۔ اس کو یاد رکھیے کہ اسلام میں حکومت کا کام اصلاً یہ نہیں ہے کہ وہ کوئی شرعی قانون نافذ کرے۔</w:t>
      </w:r>
    </w:p>
    <w:p>
      <w:r>
        <w:rPr>
          <w:b/>
        </w:rPr>
        <w:t xml:space="preserve">[22:48] </w:t>
      </w:r>
      <w:r>
        <w:t>woh jis ko syed qutb ne likha, hazraat ijtimaai fi islam, justice ka nizaam qaaim kare. yeh to bohat zaroori is tarah is tarah baatein kahi hain.</w:t>
      </w:r>
    </w:p>
    <w:p>
      <w:pPr>
        <w:jc w:val="right"/>
      </w:pPr>
      <w:r>
        <w:t>وہ جس کو سید قطب نے لکھا، حضرات اجتماعی فی الاسلام، جسٹس کا نظام قائم کرے۔ یہ تو بہت ضروری اس طرح اس طرح باتیں کہی ہیں۔</w:t>
      </w:r>
    </w:p>
    <w:p>
      <w:r>
        <w:rPr>
          <w:b/>
        </w:rPr>
        <w:t xml:space="preserve">[23:04] </w:t>
      </w:r>
      <w:r>
        <w:t>lekin is is raaz ko koi nahi samajh paya. jo baray baray top ke jo hydraog hain, jaise iqbal, jaise ali shariati, jaise tariq ramadan,</w:t>
      </w:r>
    </w:p>
    <w:p>
      <w:pPr>
        <w:jc w:val="right"/>
      </w:pPr>
      <w:r>
        <w:t>لیکن اس اس راز کو کوئی نہیں سمجھ پایا۔ جو بڑے بڑے ٹاپ کے جو ہائیڈراگ ہیں، جیسے اقبال، جیسے علی شریعتی، جیسے طارق رمضان،</w:t>
      </w:r>
    </w:p>
    <w:p>
      <w:r>
        <w:rPr>
          <w:b/>
        </w:rPr>
        <w:t xml:space="preserve">[23:18] </w:t>
      </w:r>
      <w:r>
        <w:t>jaise abul ala maududi, in logon ne is raaz ko nahi samjha. islam mein political role ka jo goal hai, woh hai stability.</w:t>
      </w:r>
    </w:p>
    <w:p>
      <w:pPr>
        <w:jc w:val="right"/>
      </w:pPr>
      <w:r>
        <w:t>جیسے ابو لہلہ مودودی، ان لوگوں نے اس راز کو نہیں سمجھا۔ اسلام میں پولیٹیکل رول کا جو گول ہے، وہ ہے اسٹیبلٹی۔</w:t>
      </w:r>
    </w:p>
    <w:p>
      <w:r>
        <w:rPr>
          <w:b/>
        </w:rPr>
        <w:t xml:space="preserve">[23:31] </w:t>
      </w:r>
      <w:r>
        <w:t>kyunke jab stability rahe gi, yaani quran ke lafz mein tamkeen, quran ke lafz mein tamkeen, aur doosre lafzon mein is ko kahen ge hum political stability,</w:t>
      </w:r>
    </w:p>
    <w:p>
      <w:pPr>
        <w:jc w:val="right"/>
      </w:pPr>
      <w:r>
        <w:t>کیونکہ جب اسٹیبلٹی رہے گی، یعنی قرآن کے لفظ میں تمکین، قرآن کے لفظ میں تمکین، اور دوسرے لفظوں میں اس کو کہیں گے ہم پولیٹیکل اسٹیبلٹی،</w:t>
      </w:r>
    </w:p>
    <w:p>
      <w:r>
        <w:rPr>
          <w:b/>
        </w:rPr>
        <w:t xml:space="preserve">[23:45] </w:t>
      </w:r>
      <w:r>
        <w:t>to saare kaam fix ho jayen ge. madrasay ka nizaam chalay ga, masjid ka nizaam chalay ga,</w:t>
      </w:r>
    </w:p>
    <w:p>
      <w:pPr>
        <w:jc w:val="right"/>
      </w:pPr>
      <w:r>
        <w:t>تو سارے کام فکس ہو جائیں گے۔ مدرسے کا نظام چلے گا، مسجد کا نظام چلے گا،</w:t>
      </w:r>
    </w:p>
    <w:p>
      <w:r>
        <w:rPr>
          <w:b/>
        </w:rPr>
        <w:t xml:space="preserve">[23:55] </w:t>
      </w:r>
      <w:r>
        <w:t>hajj ka nizaam chalay ga, sab kuch islami rooh ke revival ke liye tareeqay chalenge.</w:t>
      </w:r>
    </w:p>
    <w:p>
      <w:pPr>
        <w:jc w:val="right"/>
      </w:pPr>
      <w:r>
        <w:t>حج کا نظام چلے گا، سب کچھ اسلامی روح کے رائیول کے لیے طریقے چلیں گے۔</w:t>
      </w:r>
    </w:p>
    <w:p>
      <w:r>
        <w:rPr>
          <w:b/>
        </w:rPr>
        <w:t xml:space="preserve">[24:10] </w:t>
      </w:r>
      <w:r>
        <w:t>to is liye yeh jo fiqh mein jo bana, unhon ne tareekh se model banaya, quran se model nahi banaya.</w:t>
      </w:r>
    </w:p>
    <w:p>
      <w:pPr>
        <w:jc w:val="right"/>
      </w:pPr>
      <w:r>
        <w:t>تو اس لیے یہ جو فقہ میں جو بنا، انہوں نے تاریخ سے ماڈل بنایا، قرآن سے ماڈل نہیں بنایا۔</w:t>
      </w:r>
    </w:p>
    <w:p>
      <w:r>
        <w:rPr>
          <w:b/>
        </w:rPr>
        <w:t xml:space="preserve">[24:23] </w:t>
      </w:r>
      <w:r>
        <w:t>tareekh se model jo tareekh mein model bana tha, woh to woh to tha halaat ke aitbaar se, quran o sunnat ke aitbaar se nahi.</w:t>
      </w:r>
    </w:p>
    <w:p>
      <w:pPr>
        <w:jc w:val="right"/>
      </w:pPr>
      <w:r>
        <w:t>تاریخ سے ماڈل جو تاریخ میں ماڈل بنا تھا، وہ تو وہ تو تھا حالات کے اعتبار سے، قرآن و سنت کے اعتبار سے نہیں۔</w:t>
      </w:r>
    </w:p>
    <w:p>
      <w:r>
        <w:rPr>
          <w:b/>
        </w:rPr>
        <w:t xml:space="preserve">[24:35] </w:t>
      </w:r>
      <w:r>
        <w:t>itni bari baat rasool Allah sallallahu alaihi wasallam ne kahi thi apne wafat se pehle ke "tarktu fi kum amrain, kitab Allah wa sunnati." mein tumhare darmiyan apne baad do cheez chhor raha hoon:</w:t>
      </w:r>
    </w:p>
    <w:p>
      <w:pPr>
        <w:jc w:val="right"/>
      </w:pPr>
      <w:r>
        <w:t>اتنی بڑی بات رسول اللہ صلی اللہ علیہ وسلم نے کہی تھی اپنے وفات سے پہلے کہ "تحقق فی کم امرین، کتاب اللہ و سنتی۔" میں تمہارے درمیان اپنے بعد دو چیز چھوڑ رہا ہوں:</w:t>
      </w:r>
    </w:p>
    <w:p>
      <w:r>
        <w:rPr>
          <w:b/>
        </w:rPr>
        <w:t xml:space="preserve">[24:55] </w:t>
      </w:r>
      <w:r>
        <w:t>quran aur sunnat rasool. kitab Allah aur sunnat rasool. jab tak in do ko pakar rahe hoge, tum gumrah nahi hoge.</w:t>
      </w:r>
    </w:p>
    <w:p>
      <w:pPr>
        <w:jc w:val="right"/>
      </w:pPr>
      <w:r>
        <w:t>قرآن اور سنت رسول۔ کتاب اللہ اور سنت رسول۔ جب تک ان دو کو پکڑ رہے ہوگے، تم گمراہ نہیں ہوگے۔</w:t>
      </w:r>
    </w:p>
    <w:p>
      <w:r>
        <w:rPr>
          <w:b/>
        </w:rPr>
        <w:t xml:space="preserve">[25:07] </w:t>
      </w:r>
      <w:r>
        <w:t>is mein yeh baat, yaani is mein yeh baat shamil thi ke quran ke bajaye history ko ko maqhad mat lana.</w:t>
      </w:r>
    </w:p>
    <w:p>
      <w:pPr>
        <w:jc w:val="right"/>
      </w:pPr>
      <w:r>
        <w:t>اس میں یہ بات، یعنی اس میں یہ بات شامل تھی کہ قرآن کے بجائے ہسٹری کو کو ماخذ مت لانا۔</w:t>
      </w:r>
    </w:p>
    <w:p>
      <w:r>
        <w:rPr>
          <w:b/>
        </w:rPr>
        <w:t xml:space="preserve">[25:20] </w:t>
      </w:r>
      <w:r>
        <w:t>islam ko samajhne ka, yaani islam ko samajhne ka maqhad quran o sunnat rahe gi, tareekh nahi.</w:t>
      </w:r>
    </w:p>
    <w:p>
      <w:pPr>
        <w:jc w:val="right"/>
      </w:pPr>
      <w:r>
        <w:t>اسلام کو سمجھنے کا، یعنی اسلام کو سمجھنے کا ماخذ قرآن و سنت رہے گی، تاریخ نہیں۔</w:t>
      </w:r>
    </w:p>
    <w:p>
      <w:r>
        <w:rPr>
          <w:b/>
        </w:rPr>
        <w:t xml:space="preserve">[25:30] </w:t>
      </w:r>
      <w:r>
        <w:t>tareekh to halaat Allah se banti hai, aur tareekh mein kabhi qitaal rahe ga, kabhi peace rahe gi.</w:t>
      </w:r>
    </w:p>
    <w:p>
      <w:pPr>
        <w:jc w:val="right"/>
      </w:pPr>
      <w:r>
        <w:t>تاریخ تو حالت اللہ سے بنتی ہے، اور تاریخ میں کبھی قتال رہے گا، کبھی پیس رہے گی۔</w:t>
      </w:r>
    </w:p>
    <w:p>
      <w:r>
        <w:rPr>
          <w:b/>
        </w:rPr>
        <w:t xml:space="preserve">[25:43] </w:t>
      </w:r>
      <w:r>
        <w:t>qitaal aur peace dono tareekh ka hissa ho sakte hain, lekin jo mutlaq taleem hai, us mein aik hi cheez rahe gi, woh hai "asal o khair, peace is the best." to islam ki usooli taleemat mein peace is the best hai, lekin jo tareekh banay gi,</w:t>
      </w:r>
    </w:p>
    <w:p>
      <w:pPr>
        <w:jc w:val="right"/>
      </w:pPr>
      <w:r>
        <w:t>قتال اور پیس دونوں تاریخ کا حصہ ہو سکتے ہیں، لیکن جو مطلق تعلیم ہے، اس میں ایک ہی چیز رہے گی، وہ ہے "اصل و خیر، پیس از دا بیسٹ۔" تو اسلام کی اصولی تعلیمات میں پیس از دا بیسٹ ہے، لیکن جو تاریخ بنے گی،</w:t>
      </w:r>
    </w:p>
    <w:p>
      <w:r>
        <w:rPr>
          <w:b/>
        </w:rPr>
        <w:t xml:space="preserve">[26:03] </w:t>
      </w:r>
      <w:r>
        <w:t>woh kuch ho sakti hai halaat ke aitbaar se.</w:t>
      </w:r>
    </w:p>
    <w:p>
      <w:pPr>
        <w:jc w:val="right"/>
      </w:pPr>
      <w:r>
        <w:t>وہ کچھ ہو سکتی ہے حالات کے اعتبار سے۔</w:t>
      </w:r>
    </w:p>
    <w:p>
      <w:r>
        <w:rPr>
          <w:b/>
        </w:rPr>
        <w:t xml:space="preserve">[26:09] </w:t>
      </w:r>
      <w:r>
        <w:t>is tarah dekhiye,</w:t>
      </w:r>
    </w:p>
    <w:p>
      <w:pPr>
        <w:jc w:val="right"/>
      </w:pPr>
      <w:r>
        <w:t>اس طرح دیکھیے،</w:t>
      </w:r>
    </w:p>
    <w:p>
      <w:r>
        <w:rPr>
          <w:b/>
        </w:rPr>
        <w:t xml:space="preserve">[26:14] </w:t>
      </w:r>
      <w:r>
        <w:t>baad ke zamane mein hamare fuqaha ne bohat se masail banae. misaal ke taur par, jo murtad ho jaye, us ko qatl kar do.</w:t>
      </w:r>
    </w:p>
    <w:p>
      <w:pPr>
        <w:jc w:val="right"/>
      </w:pPr>
      <w:r>
        <w:t>بعد کے زمانے میں ہمارے فقہاء نے بہت سے مسئلے بنائے۔ مثال کے طور پر، جو مرتد ہو جائے، اس کو قتل کر دو۔</w:t>
      </w:r>
    </w:p>
    <w:p>
      <w:r>
        <w:rPr>
          <w:b/>
        </w:rPr>
        <w:t xml:space="preserve">[26:29] </w:t>
      </w:r>
      <w:r>
        <w:t>jo rasool Allah ki shatm kare, us ko qatl kar do. fuqaha kehte hain ke "yقتل حد، بدر حد،" us ko qatl kiya jayega.</w:t>
      </w:r>
    </w:p>
    <w:p>
      <w:pPr>
        <w:jc w:val="right"/>
      </w:pPr>
      <w:r>
        <w:t>جو رسول اللہ کی شتم کرے، اس کو قتل کر دو۔ فقہاء کہتے ہیں کہ "یقتل حد، بدر حد،" اس کو قتل کیا جائے گا۔</w:t>
      </w:r>
    </w:p>
    <w:p>
      <w:r>
        <w:rPr>
          <w:b/>
        </w:rPr>
        <w:t xml:space="preserve">[26:42] </w:t>
      </w:r>
      <w:r>
        <w:t>ab aap sari hadithain parh daliyye, sara quran parh daliyye, aap ko kahin yeh lafz hi nahi milega ke "yقتل حد،" murtad ko qatl kar do, shaatim ko qatl kar do.</w:t>
      </w:r>
    </w:p>
    <w:p>
      <w:pPr>
        <w:jc w:val="right"/>
      </w:pPr>
      <w:r>
        <w:t>اب آپ ساری حدیثیں پڑھ ڈالیے، سارا قرآن پڑھ ڈالیے، آپ کو کہیں یہ لفظ ہی نہیں ملے گا کہ "یقتل حد،" مرتد کو قتل کر دو، شاطم کو قتل کر دو۔</w:t>
      </w:r>
    </w:p>
    <w:p>
      <w:r>
        <w:rPr>
          <w:b/>
        </w:rPr>
        <w:t xml:space="preserve">[26:55] </w:t>
      </w:r>
      <w:r>
        <w:t>yeh kahin milegi nahin.</w:t>
      </w:r>
    </w:p>
    <w:p>
      <w:pPr>
        <w:jc w:val="right"/>
      </w:pPr>
      <w:r>
        <w:t>یہ کہیں ملے گی نہیں۔</w:t>
      </w:r>
    </w:p>
    <w:p>
      <w:r>
        <w:rPr>
          <w:b/>
        </w:rPr>
        <w:t xml:space="preserve">[26:59] </w:t>
      </w:r>
      <w:r>
        <w:t>to kahan se bana? yeh bana baad ke zamane mein tareekh se. tareekh yahan kaise involve hai?</w:t>
      </w:r>
    </w:p>
    <w:p>
      <w:pPr>
        <w:jc w:val="right"/>
      </w:pPr>
      <w:r>
        <w:t>تو کہاں سے بنا؟ یہ بنا بعد کے زمانے میں تاریخ سے۔ تاریخ یہاں کیسے انوالو ہے؟</w:t>
      </w:r>
    </w:p>
    <w:p>
      <w:r>
        <w:rPr>
          <w:b/>
        </w:rPr>
        <w:t xml:space="preserve">[27:09] </w:t>
      </w:r>
      <w:r>
        <w:t>jo hukmaran hue baad ke zamane mein, hukmaranon ka yeh tha aala karsan, yani ke hukumat qaim rahe, un ki hukumat mein koi rakhna na pade,</w:t>
      </w:r>
    </w:p>
    <w:p>
      <w:pPr>
        <w:jc w:val="right"/>
      </w:pPr>
      <w:r>
        <w:t>جو حکمران ہوئے بعد کے زمانے میں، حکمرانوں کا یہ تھا اعلیٰ کرسن، یعنی کہ حکومت قائم رہے، ان کی حکومت میں کوئی رکھنا نہ پڑے،</w:t>
      </w:r>
    </w:p>
    <w:p>
      <w:r>
        <w:rPr>
          <w:b/>
        </w:rPr>
        <w:t xml:space="preserve">[27:24] </w:t>
      </w:r>
      <w:r>
        <w:t>koi un ki hukumat ko koi governor. to unhon ne sakht qawaneen nafiz kiye, yani shaatim ko qatl ka hukum, murtad ko qatl ka hukum, yeh sab hukmaranon ki apni siyasat ki wajah se paida hua, na ke islam ki talimat se.</w:t>
      </w:r>
    </w:p>
    <w:p>
      <w:pPr>
        <w:jc w:val="right"/>
      </w:pPr>
      <w:r>
        <w:t>کوئی ان کی حکومت کو کوئی گورنر۔ تو انہوں نے سخت قوانین نافذ کیے، یعنی شاطم کو قتل کا حکم، مرتد کو قتل کا حکم، یہ سب حکمرانوں کی اپنی سیاست کی وجہ سے پیدا ہوا، نہ کہ اسلام کی تعلیمات سے۔</w:t>
      </w:r>
    </w:p>
    <w:p>
      <w:r>
        <w:rPr>
          <w:b/>
        </w:rPr>
        <w:t xml:space="preserve">[27:45] </w:t>
      </w:r>
      <w:r>
        <w:t>koi islam ki talim de, koi murtad ho jaye, us ko dawat do, samjhao us ko, koi shabdh kare to us ko samjhao, us ko nasihat karo.</w:t>
      </w:r>
    </w:p>
    <w:p>
      <w:pPr>
        <w:jc w:val="right"/>
      </w:pPr>
      <w:r>
        <w:t>کوئی اسلام کی تعلیم دے، کوئی مرتد ہو جائے، اس کو دعوت دو، سمجھاؤ اس کو، کوئی شبد کرے تو اس کو سمجھاؤ، اس کو نصیحت کرو۔</w:t>
      </w:r>
    </w:p>
    <w:p>
      <w:r>
        <w:rPr>
          <w:b/>
        </w:rPr>
        <w:t xml:space="preserve">[27:54] </w:t>
      </w:r>
      <w:r>
        <w:t>qatl kahan se aa jayega? qatl kahan se aa jayega? to yeh jo tareekh se, yani tareekh mein jo kuch cheezein paida hui thin, us ko le kar ke islam ka, yani masla bana liya, shariat ka masla bana liya.</w:t>
      </w:r>
    </w:p>
    <w:p>
      <w:pPr>
        <w:jc w:val="right"/>
      </w:pPr>
      <w:r>
        <w:t>قتل کہاں سے آ جائے گا؟ قتل کہاں سے آ جائے گا؟ تو یہ جو تاریخ سے، یعنی تاریخ میں جو کچھ چیزیں پیدا ہوئی تھیں، اس کو لے کر کے اسلام کا، یعنی مسئلہ بنا لیا، شریعت کا مسئلہ بنا لیا۔</w:t>
      </w:r>
    </w:p>
    <w:p>
      <w:r>
        <w:rPr>
          <w:b/>
        </w:rPr>
        <w:t xml:space="preserve">[28:19] </w:t>
      </w:r>
      <w:r>
        <w:t>warna chahe chahe irtidad ki baat ho ya shatm ki baat ho, dono hi dawat ka subject hain, qatl ka subject nahi hai.</w:t>
      </w:r>
    </w:p>
    <w:p>
      <w:pPr>
        <w:jc w:val="right"/>
      </w:pPr>
      <w:r>
        <w:t>ورنہ چاہے چاہے ارتداد کی بات ہو یا شتم کی بات ہو، دونوں ہی دعوت کا سبجیکٹ ہیں، قتل کا سبجیکٹ نہیں ہے۔</w:t>
      </w:r>
    </w:p>
    <w:p>
      <w:r>
        <w:rPr>
          <w:b/>
        </w:rPr>
        <w:t xml:space="preserve">[28:36] </w:t>
      </w:r>
      <w:r>
        <w:t>yaad rakhiye, chahe irtidad ka mamla ho ya shatm ka mamla ho, dono hi dawat ka subject hain.</w:t>
      </w:r>
    </w:p>
    <w:p>
      <w:pPr>
        <w:jc w:val="right"/>
      </w:pPr>
      <w:r>
        <w:t>یاد رکھیے، چاہے ارتداد کا معاملہ ہو یا شتم کا معاملہ ہو، دونوں ہی دعوت کا سبجیکٹ ہیں۔</w:t>
      </w:r>
    </w:p>
    <w:p>
      <w:r>
        <w:rPr>
          <w:b/>
        </w:rPr>
        <w:t xml:space="preserve">[28:47] </w:t>
      </w:r>
      <w:r>
        <w:t>in mein se koi bhi qatl ka subject nahi hai. kyunke dekhiye, sare quran o hadith mein kahin yeh likha nahi hai ke "من شتم نبو کو فقلو،" jo tumhare nabi ka shatm kare, us ko mar dalo.</w:t>
      </w:r>
    </w:p>
    <w:p>
      <w:pPr>
        <w:jc w:val="right"/>
      </w:pPr>
      <w:r>
        <w:t>ان میں سے کوئی بھی قتل کا سبجیکٹ نہیں ہے۔ کیونکہ دیکھیے، سارے قرآن و حدیث میں کہیں یہ لکھا نہیں ہے کہ "من شتم نبو کو فقلو،" جو تمہارے نبی کا شتم کرے، اس کو مار ڈالو۔</w:t>
      </w:r>
    </w:p>
    <w:p>
      <w:r>
        <w:rPr>
          <w:b/>
        </w:rPr>
        <w:t xml:space="preserve">[29:03] </w:t>
      </w:r>
      <w:r>
        <w:t>yeh kahin bhi nahi hai. is tarah irtidad ke bare mein kahin nahi hai ke jo murtad ho jaye, use qatl kar do. kahin bhi nahin.</w:t>
      </w:r>
    </w:p>
    <w:p>
      <w:pPr>
        <w:jc w:val="right"/>
      </w:pPr>
      <w:r>
        <w:t>یہ کہیں بھی نہیں ہے۔ اس طرح ارتداد کے بارے میں کہیں نہیں ہے کہ جو مرتد ہو جائے، اسے قتل کر دو۔ کہیں بھی نہیں۔</w:t>
      </w:r>
    </w:p>
    <w:p>
      <w:r>
        <w:rPr>
          <w:b/>
        </w:rPr>
        <w:t xml:space="preserve">[29:12] </w:t>
      </w:r>
      <w:r>
        <w:t>sare quran mein dhoond daliyye, sari hadithon mein dhoond daliyye, yeh nahi milega ke aap ko ke jo murtad ho jaye, use qatl kar do ya shatm rasool kare, use qatl qatl kar do.</w:t>
      </w:r>
    </w:p>
    <w:p>
      <w:pPr>
        <w:jc w:val="right"/>
      </w:pPr>
      <w:r>
        <w:t>سارے قرآن میں ڈھونڈ ڈالیے، ساری حدیثوں میں ڈھونڈ ڈالیے، یہ نہیں ملے گا کہ آپ کو کہ جو مرتد ہو جائے، اسے قتل کر دو یا شتم رسول کرے، اسے قتل قتل کر دو۔</w:t>
      </w:r>
    </w:p>
    <w:p>
      <w:r>
        <w:rPr>
          <w:b/>
        </w:rPr>
        <w:t xml:space="preserve">[29:28] </w:t>
      </w:r>
      <w:r>
        <w:t>to jo baat mein keh raha hoon, woh yeh hai ke baad ke zamane mein logon ne ek yeh kiya ke tareekh ko tareekh ko le kar islam ki tafsir banane lage,</w:t>
      </w:r>
    </w:p>
    <w:p>
      <w:pPr>
        <w:jc w:val="right"/>
      </w:pPr>
      <w:r>
        <w:t>تو جو بات میں کہہ رہا ہوں، وہ یہ ہے کہ بعد کے زمانے میں لوگوں نے ایک یہ کیا کہ تاریخ کو تاریخ کو لے کر اسلام کی تفسیر بنانے لگے،</w:t>
      </w:r>
    </w:p>
    <w:p>
      <w:r>
        <w:rPr>
          <w:b/>
        </w:rPr>
        <w:t xml:space="preserve">[29:45] </w:t>
      </w:r>
      <w:r>
        <w:t>bajaye is ke quran aur hadith se banate islam ki tafsir, tareekh ko le kar banane lagae.</w:t>
      </w:r>
    </w:p>
    <w:p>
      <w:pPr>
        <w:jc w:val="right"/>
      </w:pPr>
      <w:r>
        <w:t>بجائے اس کے قرآن اور حدیث سے بناتے اسلام کی تفسیر، تاریخ کو لے کر بنانے لگے۔</w:t>
      </w:r>
    </w:p>
    <w:p>
      <w:r>
        <w:rPr>
          <w:b/>
        </w:rPr>
        <w:t xml:space="preserve">[29:54] </w:t>
      </w:r>
      <w:r>
        <w:t>is se sari kharabiyan paida huin. ab wahan kya karna hai? ab woh lot raha hai is ki taraf, jo is zamane ke bare bare mafqah maane jate hain, jaise doctor iqbal, doctor ali shariati, tariq ramadan, abu lahla maududi waghera.</w:t>
      </w:r>
    </w:p>
    <w:p>
      <w:pPr>
        <w:jc w:val="right"/>
      </w:pPr>
      <w:r>
        <w:t>اس سے ساری خرابیاں پیدا ہوئیں۔ اب وہاں کیا کرنا ہے؟ اب وہ لوٹ رہا ہے اس کی طرف، جو اس زمانے کے بڑے بڑے مفقہ مانے جاتے ہیں، جیسے ڈاکٹر اقبال، ڈاکٹر علی شریعتی، طارق رمضان، ابو لہلہ مودودی وغیرہ۔</w:t>
      </w:r>
    </w:p>
    <w:p>
      <w:r>
        <w:rPr>
          <w:b/>
        </w:rPr>
        <w:t xml:space="preserve">[30:15] </w:t>
      </w:r>
      <w:r>
        <w:t>in mein se kisi ne bhi is cheez ko point out nahi kiya ke baad ke zamane mein yeh hota hai ke bajaye quran o sunnat ke, tareekh ko bana liya jata hai islam ka maqhad.</w:t>
      </w:r>
    </w:p>
    <w:p>
      <w:pPr>
        <w:jc w:val="right"/>
      </w:pPr>
      <w:r>
        <w:t>ان میں سے کسی نے بھی اس چیز کو پوائنٹ آؤٹ نہیں کیا کہ بعد کے زمانے میں یہ ہوتا ہے کہ بجائے قرآن و سنت کے، تاریخ کو بنا لیا جاتا ہے اسلام کا ماخذ۔</w:t>
      </w:r>
    </w:p>
    <w:p>
      <w:r>
        <w:rPr>
          <w:b/>
        </w:rPr>
        <w:t xml:space="preserve">[30:32] </w:t>
      </w:r>
      <w:r>
        <w:t>is ko khatam karo, phir lotto quran o sunnat ki taraf, yani tareekh ko judge karo quran o sunnat se, na ke quran o sunnat ko judge karne lago tareekh se.</w:t>
      </w:r>
    </w:p>
    <w:p>
      <w:pPr>
        <w:jc w:val="right"/>
      </w:pPr>
      <w:r>
        <w:t>اس کو ختم کرو، پھر لوٹو قرآن و سنت کی طرف، یعنی تاریخ کو جج کرو قرآن و سنت سے، نہ کہ قرآن و سنت کو جج کرنے لگو تاریخ سے۔</w:t>
      </w:r>
    </w:p>
    <w:p>
      <w:r>
        <w:rPr>
          <w:b/>
        </w:rPr>
        <w:t xml:space="preserve">[30:50] </w:t>
      </w:r>
      <w:r>
        <w:t>yani quran o sunnat ko tareekh ke zariye mat samjho, balke tareekh ko quran o sunnat ke zariye samjho. yeh kisi ne, kisi ne mere mere ilm ke mutabiq to kisi ne likha nahi hai.</w:t>
      </w:r>
    </w:p>
    <w:p>
      <w:pPr>
        <w:jc w:val="right"/>
      </w:pPr>
      <w:r>
        <w:t>یعنی قرآن و سنت کو تاریخ کے ذریعے مت سمجھو، بلکہ تاریخ کو قرآن و سنت کے ذریعے سمجھو۔ یہ کسی نے، کسی نے میرے میرے علم کے مطابق تو کسی نے لکھا نہیں ہے۔</w:t>
      </w:r>
    </w:p>
    <w:p>
      <w:r>
        <w:rPr>
          <w:b/>
        </w:rPr>
        <w:t xml:space="preserve">[31:05] </w:t>
      </w:r>
      <w:r>
        <w:t>kitna bara yeh waqia hai ke baad ke zamane mein jo zawal hua, to zawal ke nateeje mein yeh pichle kamon ka hua tha, aur phir is zamane ka bhi hua ke woh quran o sunnat se hat kar ke tareekh par atak gaye.</w:t>
      </w:r>
    </w:p>
    <w:p>
      <w:pPr>
        <w:jc w:val="right"/>
      </w:pPr>
      <w:r>
        <w:t>کتنا بڑا یہ واقعہ ہے کہ بعد کے زمانے میں جو زوال ہوا، تو زوال کے نتیجے میں یہ پچھلے کاموں کا ہوا تھا، اور پھر اس زمانے کا بھی ہوا کہ وہ قرآن و سنت سے ہٹ کر کے تاریخ پر اٹک گئے۔</w:t>
      </w:r>
    </w:p>
    <w:p>
      <w:r>
        <w:rPr>
          <w:b/>
        </w:rPr>
        <w:t xml:space="preserve">[31:24] </w:t>
      </w:r>
      <w:r>
        <w:t>baad ka islam jo hai, tareekh par atka hua hai.</w:t>
      </w:r>
    </w:p>
    <w:p>
      <w:pPr>
        <w:jc w:val="right"/>
      </w:pPr>
      <w:r>
        <w:t>بعد کا اسلام جو ہے، تاریخ پر اٹکا ہوا ہے۔</w:t>
      </w:r>
    </w:p>
    <w:p>
      <w:r>
        <w:rPr>
          <w:b/>
        </w:rPr>
        <w:t xml:space="preserve">[31:29] </w:t>
      </w:r>
      <w:r>
        <w:t>isi liye aap dekhiye, logon ke andar fakhar to bohat hai, lekin izzat nahi, murtad nahin. aaj ke musalmanon mein aap dhoondhein to murtad nahin milegi aap ko,</w:t>
      </w:r>
    </w:p>
    <w:p>
      <w:pPr>
        <w:jc w:val="right"/>
      </w:pPr>
      <w:r>
        <w:t>اسی لیے آپ دیکھیے، لوگوں کے اندر فخر تو بہت ہے، لیکن عزت نہیں، مورسٹی نہیں۔ آج کے مسلمانوں میں آپ ڈھونڈیں تو مورسٹی نہیں ملے گی آپ کو،</w:t>
      </w:r>
    </w:p>
    <w:p>
      <w:r>
        <w:rPr>
          <w:b/>
        </w:rPr>
        <w:t xml:space="preserve">[31:43] </w:t>
      </w:r>
      <w:r>
        <w:t>lekin fakhar aur pride to khoob milega. is ka nateeja kya hota hai? jo aadmi khada ho musalmanon ko murtad ki taraf bulane ke liye, woh popular nahi hota.</w:t>
      </w:r>
    </w:p>
    <w:p>
      <w:pPr>
        <w:jc w:val="right"/>
      </w:pPr>
      <w:r>
        <w:t>لیکن فخر اور پریڈ تو خوب ملے گا۔ اس کا نتیجہ کیا ہوتا ہے؟ جو آدمی کھڑا ہو مسلمانوں کو مورسٹی کی طرف بلانے کے لیے، وہ پاپولر نہیں ہوتا۔</w:t>
      </w:r>
    </w:p>
    <w:p>
      <w:r>
        <w:rPr>
          <w:b/>
        </w:rPr>
        <w:t xml:space="preserve">[31:57] </w:t>
      </w:r>
      <w:r>
        <w:t>woh popular nahi hota kyunke woh un ki nafsiyat ko feed nahi karta. is ke bar aks jo khada ho, woh fakhar ki baatein kare, pride ki baatein kare, woh khoob popular hota hai kyunke woh logon ki zawal yafta nafsiyat ko feed karta hai.</w:t>
      </w:r>
    </w:p>
    <w:p>
      <w:pPr>
        <w:jc w:val="right"/>
      </w:pPr>
      <w:r>
        <w:t>وہ پاپولر نہیں ہوتا کیونکہ وہ ان کی نفسیات کو فیڈ نہیں کرتا۔ اس کے برعکس جو کھڑا ہو، وہ فخر کی باتیں کرے، پرائیڈ کی باتیں کرے، وہ خوب پاپولر ہوتا ہے کیونکہ وہ لوگوں کی زال یافتہ نفسیات کو فیڈ کرتا ہے۔</w:t>
      </w:r>
    </w:p>
    <w:p>
      <w:r>
        <w:rPr>
          <w:b/>
        </w:rPr>
        <w:t xml:space="preserve">[32:19] </w:t>
      </w:r>
      <w:r>
        <w:t>baad ke zamane mein jo log popular hue, maujooda zamane mein jo log popular hue, woh sab wahi thay jinhon ne musalmanon ki zaal yafta nafsiyat ko feed kiya.</w:t>
      </w:r>
    </w:p>
    <w:p>
      <w:pPr>
        <w:jc w:val="right"/>
      </w:pPr>
      <w:r>
        <w:t>بعد کے زمانے میں جو لوگ پاپولر ہوئے، موجودہ زمانے میں جو لوگ پاپولر ہوئے، وہ سب وہی تھے جنہوں نے مسلمانوں کی زال یافتہ نفسیات کو فیڈ کیا۔</w:t>
      </w:r>
    </w:p>
    <w:p>
      <w:r>
        <w:rPr>
          <w:b/>
        </w:rPr>
        <w:t xml:space="preserve">[32:33] </w:t>
      </w:r>
      <w:r>
        <w:t>aur woh thi zaal yafta nafsiyat, kehti thi "false pride". is ka khulasa hai "false pride".</w:t>
      </w:r>
    </w:p>
    <w:p>
      <w:pPr>
        <w:jc w:val="right"/>
      </w:pPr>
      <w:r>
        <w:t>اور وہ تھی زال یافتہ نفسیات، کہتی تھی "فالس پرائیڈ"۔ اس کا خلاصہ ہے "فالس پرائیڈ"۔</w:t>
      </w:r>
    </w:p>
    <w:p>
      <w:r>
        <w:rPr>
          <w:b/>
        </w:rPr>
        <w:t xml:space="preserve">[32:45] </w:t>
      </w:r>
      <w:r>
        <w:t>to yeh hamesha hota hai, yeh yahudiyon mein hua baad ke zamane mein, un ka josh supermation ka jo nazariya hai, woh yahi hai.</w:t>
      </w:r>
    </w:p>
    <w:p>
      <w:pPr>
        <w:jc w:val="right"/>
      </w:pPr>
      <w:r>
        <w:t>تو یہ ہمیشہ ہوتا ہے، یہ یہودیوں میں ہوا بعد کے زمانے میں، ان کا جوش سپرمیشن کا جو نظریہ ہے، وہ یہی ہے۔</w:t>
      </w:r>
    </w:p>
    <w:p>
      <w:r>
        <w:rPr>
          <w:b/>
        </w:rPr>
        <w:t xml:space="preserve">[32:57] </w:t>
      </w:r>
      <w:r>
        <w:t>josh supermation kya hai? "false pride".</w:t>
      </w:r>
    </w:p>
    <w:p>
      <w:pPr>
        <w:jc w:val="right"/>
      </w:pPr>
      <w:r>
        <w:t>جوش سپرمیشن کیا ہے؟ "فالس پرائیڈ"۔</w:t>
      </w:r>
    </w:p>
    <w:p>
      <w:r>
        <w:rPr>
          <w:b/>
        </w:rPr>
        <w:t xml:space="preserve">[33:03] </w:t>
      </w:r>
      <w:r>
        <w:t>to baad ke zamane mein, yani zawaal ke zamane mein, musalmanon ka wahi haal hua jo yahudiyon ka hua tha baad ke zamane mein, jis ko josh supermation kehte hain, ke woh "false pride" par khare hogaye.</w:t>
      </w:r>
    </w:p>
    <w:p>
      <w:pPr>
        <w:jc w:val="right"/>
      </w:pPr>
      <w:r>
        <w:t>تو بعد کے زمانے میں، یعنی زوال کے زمانے میں، مسلمانوں کا وہی حال ہوا جو یہودیوں کا ہوا تھا بعد کے زمانے میں، جس کو جوش سپرمیشن کہتے ہیں، کہ وہ "فالس پرائیڈ" پر کھڑے ہوگئے۔</w:t>
      </w:r>
    </w:p>
    <w:p>
      <w:r>
        <w:rPr>
          <w:b/>
        </w:rPr>
        <w:t xml:space="preserve">[33:23] </w:t>
      </w:r>
      <w:r>
        <w:t>to ab jo hai, wahi log maqbool hue jinhon ne musalmanon ke fakhr ki nafsiyat ko ya "false pride" ko feed kiya.</w:t>
      </w:r>
    </w:p>
    <w:p>
      <w:pPr>
        <w:jc w:val="right"/>
      </w:pPr>
      <w:r>
        <w:t>تو اب جو ہے، وہی لوگ مقبول ہوئے جنہوں نے مسلمانوں کے فخر کی نفسیات کو یا "فالس پرائیڈ" کو فیڈ کیا۔</w:t>
      </w:r>
    </w:p>
    <w:p>
      <w:r>
        <w:rPr>
          <w:b/>
        </w:rPr>
        <w:t xml:space="preserve">[33:34] </w:t>
      </w:r>
      <w:r>
        <w:t>aise shayar, aise khateeb, aise tareekh chalane wale khoob maqbool hue jinhon ne musalmanon ki "false pride" ki nafsiyat ko feed kiya.</w:t>
      </w:r>
    </w:p>
    <w:p>
      <w:pPr>
        <w:jc w:val="right"/>
      </w:pPr>
      <w:r>
        <w:t>ایسے شاعر، ایسے خطیب، ایسے تاریخ چلانے والے خوب مقبول ہوئے جنہوں نے مسلمانوں کی "فالس پرائیڈ" کی نفسیات کو فیڈ کیا۔</w:t>
      </w:r>
    </w:p>
    <w:p>
      <w:r>
        <w:rPr>
          <w:b/>
        </w:rPr>
        <w:t xml:space="preserve">[33:52] </w:t>
      </w:r>
      <w:r>
        <w:t>to ab lotna parega hamein peechay ki taraf, peechay ke maani Quran ki taraf, sunnat ki taraf.</w:t>
      </w:r>
    </w:p>
    <w:p>
      <w:pPr>
        <w:jc w:val="right"/>
      </w:pPr>
      <w:r>
        <w:t>تو اب لوٹنا پڑے گا ہمیں پیچھے کی طرف، پیچھے کے معنی قرآن کی طرف، سنت کی طرف۔</w:t>
      </w:r>
    </w:p>
    <w:p>
      <w:r>
        <w:rPr>
          <w:b/>
        </w:rPr>
        <w:t xml:space="preserve">[34:05] </w:t>
      </w:r>
      <w:r>
        <w:t>yahi yahi yahi hai islaah</w:t>
      </w:r>
    </w:p>
    <w:p>
      <w:pPr>
        <w:jc w:val="right"/>
      </w:pPr>
      <w:r>
        <w:t>یہی یہی یہی ہے اصلاح</w:t>
      </w:r>
    </w:p>
    <w:p>
      <w:r>
        <w:rPr>
          <w:b/>
        </w:rPr>
        <w:t xml:space="preserve">[34:10] </w:t>
      </w:r>
      <w:r>
        <w:t>millat millat ka tareeqa, aur koi tareeqa doosra nahi hai jis se musalmanon ki islaah ho sakti hai.</w:t>
      </w:r>
    </w:p>
    <w:p>
      <w:pPr>
        <w:jc w:val="right"/>
      </w:pPr>
      <w:r>
        <w:t>ملت ملت کا طریقہ، اور کوئی طریقہ دوسرا نہیں ہے جس سے مسلمانوں کی اصلاح ہو سکتی ہو۔</w:t>
      </w:r>
    </w:p>
    <w:p>
      <w:r>
        <w:rPr>
          <w:b/>
        </w:rPr>
        <w:t xml:space="preserve">[34:21] </w:t>
      </w:r>
      <w:r>
        <w:t>koi tareeqa nahi. is se yeh jo yeh jo tajziya mein ne kiya, is se maloom ho sakta hai ke jis cheez ko kehte hain "ahya-e-millat" ya "islaah-e-millat", woh kya cheez hai?</w:t>
      </w:r>
    </w:p>
    <w:p>
      <w:pPr>
        <w:jc w:val="right"/>
      </w:pPr>
      <w:r>
        <w:t>کوئی طریقہ نہیں۔ اس سے یہ جو یہ جو تجزیہ میں نے کیا، اس سے معلوم ہو سکتا ہے کہ جس چیز کو کہتے ہیں "احیائے امت" یا "اصلاح امت"، وہ کیا چیز ہے؟</w:t>
      </w:r>
    </w:p>
    <w:p>
      <w:r>
        <w:rPr>
          <w:b/>
        </w:rPr>
        <w:t xml:space="preserve">[34:38] </w:t>
      </w:r>
      <w:r>
        <w:t>islaah-e-millat kya hai? islaah-e-millat kaise hogi? woh maloom hota hai. woh hai ke baad ke zamane mein jo literature paida hua, jo tehreekein uthein,</w:t>
      </w:r>
    </w:p>
    <w:p>
      <w:pPr>
        <w:jc w:val="right"/>
      </w:pPr>
      <w:r>
        <w:t>اصلاح امت کیا ہے؟ اصلاح امت کیسے ہوگی؟ وہ معلوم ہوتا ہے۔ وہ ہے کہ بعد کے زمانے میں جو لٹریچر پیدا ہوا، جو تحریکیں اٹھیں،</w:t>
      </w:r>
    </w:p>
    <w:p>
      <w:r>
        <w:rPr>
          <w:b/>
        </w:rPr>
        <w:t xml:space="preserve">[34:54] </w:t>
      </w:r>
      <w:r>
        <w:t>jo nazariyat bane, un sab ko hum re-examine karein Quran o Hadees ki roshni mein.</w:t>
      </w:r>
    </w:p>
    <w:p>
      <w:pPr>
        <w:jc w:val="right"/>
      </w:pPr>
      <w:r>
        <w:t>جو نظریات بنے، ان سب کو ہم ری ایگزامن کریں قرآن و حدیث کی روشنی میں۔</w:t>
      </w:r>
    </w:p>
    <w:p>
      <w:r>
        <w:rPr>
          <w:b/>
        </w:rPr>
        <w:t xml:space="preserve">[35:02] </w:t>
      </w:r>
      <w:r>
        <w:t>re-examine karein.</w:t>
      </w:r>
    </w:p>
    <w:p>
      <w:pPr>
        <w:jc w:val="right"/>
      </w:pPr>
      <w:r>
        <w:t>ری ایگزامن کریں۔</w:t>
      </w:r>
    </w:p>
    <w:p>
      <w:r>
        <w:rPr>
          <w:b/>
        </w:rPr>
        <w:t xml:space="preserve">[35:07] </w:t>
      </w:r>
      <w:r>
        <w:t>agar hum isi ko le kar ke aage badhein, isi ko hum justify karne lagein, jaisa ke aaj kal ho raha hai, to kabhi bhi millat ki islaah nahi hogi.</w:t>
      </w:r>
    </w:p>
    <w:p>
      <w:pPr>
        <w:jc w:val="right"/>
      </w:pPr>
      <w:r>
        <w:t>اگر ہم اسی کو لے کر کے آگے بڑھیں، اسی کو ہم جسٹیفائی کرنے لگیں، جیسا کہ آج کل ہو رہا ہے، تو کبھی بھی امت کی اصلاح نہیں ہوگی۔</w:t>
      </w:r>
    </w:p>
    <w:p>
      <w:r>
        <w:rPr>
          <w:b/>
        </w:rPr>
        <w:t xml:space="preserve">[35:23] </w:t>
      </w:r>
      <w:r>
        <w:t>jaise jaise shatme rasool ke maamle mein saari millat shatme rasool ko samajhti hai ke is ke saath qatl hai, poori ki poori millat.</w:t>
      </w:r>
    </w:p>
    <w:p>
      <w:pPr>
        <w:jc w:val="right"/>
      </w:pPr>
      <w:r>
        <w:t>جیسے جیسے شتم رسول کے معاملے میں ساری امت شتم رسول کو سمجھتی ہے کہ اس کے ساتھ قتل ہے، پوری کی پوری امت۔</w:t>
      </w:r>
    </w:p>
    <w:p>
      <w:r>
        <w:rPr>
          <w:b/>
        </w:rPr>
        <w:t xml:space="preserve">[35:34] </w:t>
      </w:r>
      <w:r>
        <w:t>to millat ki kabhi islaah hi nahi hogi kyunke yeh to deviation hai. deviation.</w:t>
      </w:r>
    </w:p>
    <w:p>
      <w:pPr>
        <w:jc w:val="right"/>
      </w:pPr>
      <w:r>
        <w:t>تو امت کی کبھی اصلاح ہی نہیں ہوگی کیونکہ یہ تو ڈیوی ایشن ہے۔ ڈیوی ایشن۔</w:t>
      </w:r>
    </w:p>
    <w:p>
      <w:r>
        <w:rPr>
          <w:b/>
        </w:rPr>
        <w:t xml:space="preserve">[35:42] </w:t>
      </w:r>
      <w:r>
        <w:t>is ka shatme ka naam bhi galat hai. woh shatme nahi hota, woh ek woh dissent hota hai. dissent. yeh shatme ka lafz hi galat hai bilkul.</w:t>
      </w:r>
    </w:p>
    <w:p>
      <w:pPr>
        <w:jc w:val="right"/>
      </w:pPr>
      <w:r>
        <w:t>اس کا شتم کا نام بھی غلط ہے۔ وہ شتم نہیں ہوتا، وہ ایک وہ ڈیسنٹ ہوتا ہے۔ ڈیسنٹ۔ یہ شتم کا لفظ ہی غلط ہے بالکل۔</w:t>
      </w:r>
    </w:p>
    <w:p>
      <w:r>
        <w:rPr>
          <w:b/>
        </w:rPr>
        <w:t xml:space="preserve">[35:53] </w:t>
      </w:r>
      <w:r>
        <w:t>jis ko aap kehte hain shaatim, woh kabhi apni zubaan se nahi kehta ke mein shaatim hoon.</w:t>
      </w:r>
    </w:p>
    <w:p>
      <w:pPr>
        <w:jc w:val="right"/>
      </w:pPr>
      <w:r>
        <w:t>جس کو آپ کہتے ہیں شاطم، وہ کبھی اپنی زبان سے نہیں کہتا کہ میں شاطم ہوں۔</w:t>
      </w:r>
    </w:p>
    <w:p>
      <w:r>
        <w:rPr>
          <w:b/>
        </w:rPr>
        <w:t xml:space="preserve">[36:02] </w:t>
      </w:r>
      <w:r>
        <w:t>ibn Taymiyyah ke zamane mein ek isai tha, us ne kuch keh diya Rasool Allah ke baray mein. to logon ne keh diya ke yeh shaatim.</w:t>
      </w:r>
    </w:p>
    <w:p>
      <w:pPr>
        <w:jc w:val="right"/>
      </w:pPr>
      <w:r>
        <w:t>ابن تیمیہ کے زمانے میں ایک عیسائی تھا، اس نے کچھ کہہ دیا رسول اللہ کے بارے میں۔ تو لوگوں نے کہہ دیا کہ یہ شاطم۔</w:t>
      </w:r>
    </w:p>
    <w:p>
      <w:r>
        <w:rPr>
          <w:b/>
        </w:rPr>
        <w:t xml:space="preserve">[36:11] </w:t>
      </w:r>
      <w:r>
        <w:t>us ne apni zubaan se kabhi nahi kaha tha ke mein shaatim-e-rasool hoon ya mein shatme karna chahta hoon. yeh to doosron ne is par daal diya.</w:t>
      </w:r>
    </w:p>
    <w:p>
      <w:pPr>
        <w:jc w:val="right"/>
      </w:pPr>
      <w:r>
        <w:t>اس نے اپنی زبان سے کبھی نہیں کہا تھا کہ میں شاطم رسول ہوں یا میں شتم کرنا چاہتا ہوں۔ یہ تو دوسروں نے اس پر ڈال دیا۔</w:t>
      </w:r>
    </w:p>
    <w:p>
      <w:r>
        <w:rPr>
          <w:b/>
        </w:rPr>
        <w:t xml:space="preserve">[36:22] </w:t>
      </w:r>
      <w:r>
        <w:t>jaise misaal ke taur par is zamane mein qadiyani ko aap qadiyani kehte hain to woh khud apna naam nahi rakha hai.</w:t>
      </w:r>
    </w:p>
    <w:p>
      <w:pPr>
        <w:jc w:val="right"/>
      </w:pPr>
      <w:r>
        <w:t>جیسے مثال کے طور پر اس زمانے میں قادیانی کو آپ قادیانی کہتے ہیں تو وہ خود اپنا نام نہیں رکھا ہے۔</w:t>
      </w:r>
    </w:p>
    <w:p>
      <w:r>
        <w:rPr>
          <w:b/>
        </w:rPr>
        <w:t xml:space="preserve">[36:30] </w:t>
      </w:r>
      <w:r>
        <w:t>unhon ne yani qadiyani khud apne ko qadiyani nahi kehte, woh to Ahmadi kehte hain, lekin doosron ne thop rakha hai laqab ke qadiyani.</w:t>
      </w:r>
    </w:p>
    <w:p>
      <w:pPr>
        <w:jc w:val="right"/>
      </w:pPr>
      <w:r>
        <w:t>انہوں نے یعنی قادیانی خود اپنے کو قادیانی نہیں کہتے، وہ تو احمدی کہتے ہیں، لیکن دوسروں نے تھپ رکھا ہے لقب کہ قادیانی۔</w:t>
      </w:r>
    </w:p>
    <w:p>
      <w:r>
        <w:rPr>
          <w:b/>
        </w:rPr>
        <w:t xml:space="preserve">[36:42] </w:t>
      </w:r>
      <w:r>
        <w:t>to jis ko aap kehte hain ke woh shaatim, us ne kabhi nahi kaha jis ko jin logon ko bhi ke hamara case shatme ka case hai.</w:t>
      </w:r>
    </w:p>
    <w:p>
      <w:pPr>
        <w:jc w:val="right"/>
      </w:pPr>
      <w:r>
        <w:t>تو جس کو آپ کہتے ہیں کہ وہ شاطم، اس نے کبھی نہیں کہا جس کو جن لوگوں کو بھی کہ ہمارا کیس شتم کا کیس ہے۔</w:t>
      </w:r>
    </w:p>
    <w:p>
      <w:r>
        <w:rPr>
          <w:b/>
        </w:rPr>
        <w:t xml:space="preserve">[36:54] </w:t>
      </w:r>
      <w:r>
        <w:t>un ka case jo hai dissent ka ikhtilaf-e-ray ka case hota hai. Rasool Allah ke baray mein woh</w:t>
      </w:r>
    </w:p>
    <w:p>
      <w:pPr>
        <w:jc w:val="right"/>
      </w:pPr>
      <w:r>
        <w:t>ان کا کیس جو ہے ڈیسنٹ کا اختلاف رائے کا کیس ہوتا ہے۔ رسول اللہ کے بارے میں وہ</w:t>
      </w:r>
    </w:p>
    <w:p>
      <w:r>
        <w:rPr>
          <w:b/>
        </w:rPr>
        <w:t xml:space="preserve">[37:06] </w:t>
      </w:r>
      <w:r>
        <w:t>farz ki kisi ne yeh keh diya jaise aiman rai ki jo kitaab hai, aiman rai ki kitaab hai, to unhon ne rasool Allah ko bata bana yeh maana hai ke rasool Allah ne bara karname anjam diya,</w:t>
      </w:r>
    </w:p>
    <w:p>
      <w:pPr>
        <w:jc w:val="right"/>
      </w:pPr>
      <w:r>
        <w:t>فرض کیے کسی نے یہ کہہ دیا جیسے ایمن رائے کی جو کتاب ہے، ایمن رائے کی کتاب ہے، تو انہوں نے رسول اللہ کو بتا بنا یہ مانا ہے کہ رسول اللہ نے بڑا کارنامہ انجام دیا،</w:t>
      </w:r>
    </w:p>
    <w:p>
      <w:r>
        <w:rPr>
          <w:b/>
        </w:rPr>
        <w:t xml:space="preserve">[37:20] </w:t>
      </w:r>
      <w:r>
        <w:t>lekin woh maante hain ke reader, ek arab reader, nabi nahi, aiman rai ki jo kitaab hai, us mein rasool Allah ki tareef ki gayi hai.</w:t>
      </w:r>
    </w:p>
    <w:p>
      <w:pPr>
        <w:jc w:val="right"/>
      </w:pPr>
      <w:r>
        <w:t>لیکن وہ مانتے ہیں کہ ریڈر، ایک عرب ریڈر، نبی نہیں، ایمن رائے کی جو کتاب ہے، اس میں رسول اللہ کی تعریف کی گئی ہے۔</w:t>
      </w:r>
    </w:p>
    <w:p>
      <w:r>
        <w:rPr>
          <w:b/>
        </w:rPr>
        <w:t xml:space="preserve">[37:31] </w:t>
      </w:r>
      <w:r>
        <w:t>kis hesiyat se? ke woh arab reader thay, kaamyaab arab reader. yeh nahi ke woh nabi thay.</w:t>
      </w:r>
    </w:p>
    <w:p>
      <w:pPr>
        <w:jc w:val="right"/>
      </w:pPr>
      <w:r>
        <w:t>کس حیثیت سے؟ کہ وہ عرب ریڈر تھے، کامیاب عرب ریڈر۔ یہ نہیں کہ وہ نبی تھے۔</w:t>
      </w:r>
    </w:p>
    <w:p>
      <w:r>
        <w:rPr>
          <w:b/>
        </w:rPr>
        <w:t xml:space="preserve">[37:41] </w:t>
      </w:r>
      <w:r>
        <w:t>to yeh shatm nahi hai, yeh rai ka ikhtilaf hai. yeh shatm nahi hai, yeh rai ka ikhtilaf hai.</w:t>
      </w:r>
    </w:p>
    <w:p>
      <w:pPr>
        <w:jc w:val="right"/>
      </w:pPr>
      <w:r>
        <w:t>تو یہ شتم نہیں ہے، یہ رائے کا اختلاف ہے۔ یہ شتم نہیں ہے، یہ رائے کا اختلاف ہے۔</w:t>
      </w:r>
    </w:p>
    <w:p>
      <w:r>
        <w:rPr>
          <w:b/>
        </w:rPr>
        <w:t xml:space="preserve">[37:52] </w:t>
      </w:r>
      <w:r>
        <w:t>to aap ko kya karna hai?</w:t>
      </w:r>
    </w:p>
    <w:p>
      <w:pPr>
        <w:jc w:val="right"/>
      </w:pPr>
      <w:r>
        <w:t>تو آپ کو کیا کرنا ہے؟</w:t>
      </w:r>
    </w:p>
    <w:p>
      <w:r>
        <w:rPr>
          <w:b/>
        </w:rPr>
        <w:t xml:space="preserve">[37:57] </w:t>
      </w:r>
      <w:r>
        <w:t>aap ko yeh karna hai ke aap</w:t>
      </w:r>
    </w:p>
    <w:p>
      <w:pPr>
        <w:jc w:val="right"/>
      </w:pPr>
      <w:r>
        <w:t>آپ کو یہ کرنا ہے کہ آپ</w:t>
      </w:r>
    </w:p>
    <w:p>
      <w:r>
        <w:rPr>
          <w:b/>
        </w:rPr>
        <w:t xml:space="preserve">[38:03] </w:t>
      </w:r>
      <w:r>
        <w:t>elmi tareeqay se tareekh haqaaq ki roshni mein aur dalaail ki roshni mein is ka tajziya karen.</w:t>
      </w:r>
    </w:p>
    <w:p>
      <w:pPr>
        <w:jc w:val="right"/>
      </w:pPr>
      <w:r>
        <w:t>علمی طریقے سے تاریخ حقائق کی روشنی میں اور دلائل کی روشنی میں اس کا تجزیہ کریں۔</w:t>
      </w:r>
    </w:p>
    <w:p>
      <w:r>
        <w:rPr>
          <w:b/>
        </w:rPr>
        <w:t xml:space="preserve">[38:15] </w:t>
      </w:r>
      <w:r>
        <w:t>aap ke nazdeek jo cheez ghalat hai, us ko ghalat saabit karen. jo sahi hai, us ko sahi saabit karen. qatl karna kya hai? yeh dedeculus baat hai ke kahein ke qatl karo.</w:t>
      </w:r>
    </w:p>
    <w:p>
      <w:pPr>
        <w:jc w:val="right"/>
      </w:pPr>
      <w:r>
        <w:t>آپ کے نزدیک جو چیز غلط ہے، اس کو غلط ثابت کریں۔ جو صحیح ہے، اس کو صحیح ثابت کریں۔ قتل کرنا کیا ہے؟ یہ ڈیڈیکولیس بات ہے کہ کہیں کہ قتل کرو۔</w:t>
      </w:r>
    </w:p>
    <w:p>
      <w:r>
        <w:rPr>
          <w:b/>
        </w:rPr>
        <w:t xml:space="preserve">[38:27] </w:t>
      </w:r>
      <w:r>
        <w:t>yeh dedeculus baat hai ke kahein ke is ko qatl kar do. to mein ne ek parhta likha tha ke kitaab ke jawab mein kitaab, Islam jo hai, woh ek kitaab ke jawab mein kitaab.</w:t>
      </w:r>
    </w:p>
    <w:p>
      <w:pPr>
        <w:jc w:val="right"/>
      </w:pPr>
      <w:r>
        <w:t>یہ ڈیڈیکولیس بات ہے کہ کہیں کہ اس کو قتل کر دو۔ تو میں نے ایک پڑھتا لکھا تھا کہ کتاب کے جواب میں کتاب، اسلام جو ہے، وہ ایک کتاب کے جواب میں کتاب۔</w:t>
      </w:r>
    </w:p>
    <w:p>
      <w:r>
        <w:rPr>
          <w:b/>
        </w:rPr>
        <w:t xml:space="preserve">[38:43] </w:t>
      </w:r>
      <w:r>
        <w:t>mislan rushdie ne ek kitaab likh di to aap bhi kitaab likhiye. yeh kya ke rushdie ko qatl kar do? yeh dedeculus baat hai. yeh rushdie ne agar ek kitaab likh di jo aap ko ghalat maloom hoti hai to aap bhi kitaab likhiye.</w:t>
      </w:r>
    </w:p>
    <w:p>
      <w:pPr>
        <w:jc w:val="right"/>
      </w:pPr>
      <w:r>
        <w:t>مثلاً رشدی نے ایک کتاب لکھ دی تو آپ بھی کتاب لکھیے۔ یہ کیا کہ رشدی کو قتل کر دو؟ یہ ڈیڈیکولیس بات ہے۔ یہ رشدی نے اگر ایک کتاب لکھ دی جو آپ کو غلط معلوم ہوتی ہے تو آپ بھی کتاب لکھیے۔</w:t>
      </w:r>
    </w:p>
    <w:p>
      <w:r>
        <w:rPr>
          <w:b/>
        </w:rPr>
        <w:t xml:space="preserve">[39:02] </w:t>
      </w:r>
      <w:r>
        <w:t>yeh kehne ka aap ko haq nahi hai ke rushdie ko qatl kar do. aap ko fatwa dene ka haq nahi hai. yeh maamla hai freedom of expression ka, azaadi rai ka.</w:t>
      </w:r>
    </w:p>
    <w:p>
      <w:pPr>
        <w:jc w:val="right"/>
      </w:pPr>
      <w:r>
        <w:t>یہ کہنے کا آپ کو حق نہیں ہے کہ رشدی کو قتل کر دو۔ آپ کو فتویٰ دینے کا حق نہیں ہے۔ یہ معاملہ ہے فریڈم آف ایکسپریشن کا، آزادی رائے کا۔</w:t>
      </w:r>
    </w:p>
    <w:p>
      <w:r>
        <w:rPr>
          <w:b/>
        </w:rPr>
        <w:t xml:space="preserve">[39:18] </w:t>
      </w:r>
      <w:r>
        <w:t>dekhen, Islam mein freedom of expression itni ek musallama cheez hai jitna ke secular duniya mein.</w:t>
      </w:r>
    </w:p>
    <w:p>
      <w:pPr>
        <w:jc w:val="right"/>
      </w:pPr>
      <w:r>
        <w:t>دیکھیں، اسلام میں فریڈم آف ایکسپریشن اتنی ایک مسلمہ چیز ہے جتنا کہ سیکولر دنیا میں۔</w:t>
      </w:r>
    </w:p>
    <w:p>
      <w:r>
        <w:rPr>
          <w:b/>
        </w:rPr>
        <w:t xml:space="preserve">[39:30] </w:t>
      </w:r>
      <w:r>
        <w:t>Islam mein kabhi koi aap bata nahi sakte ke freedom of expression par rok lagai gayi hai. logon ko haq hai ke apni rai dein.</w:t>
      </w:r>
    </w:p>
    <w:p>
      <w:pPr>
        <w:jc w:val="right"/>
      </w:pPr>
      <w:r>
        <w:t>اسلام میں کبھی کوئی آپ بتا نہیں سکتے کہ فریڈم آف ایکسپریشن پر روک لگائی گئی ہے۔ لوگوں کو حق ہے کہ اپنی رائے دیں۔</w:t>
      </w:r>
    </w:p>
    <w:p>
      <w:r>
        <w:rPr>
          <w:b/>
        </w:rPr>
        <w:t xml:space="preserve">[39:39] </w:t>
      </w:r>
      <w:r>
        <w:t>woh</w:t>
      </w:r>
    </w:p>
    <w:p>
      <w:pPr>
        <w:jc w:val="right"/>
      </w:pPr>
      <w:r>
        <w:t>وہ</w:t>
      </w:r>
    </w:p>
    <w:p>
      <w:r>
        <w:rPr>
          <w:b/>
        </w:rPr>
        <w:t xml:space="preserve">[39:42] </w:t>
      </w:r>
      <w:r>
        <w:t>mein samajhta hoon ke is maamle mein khud Allah taala ne ek ek ek misaal qaim ki. khud Allah taala ne, jo rab ul alameen hai, Allah taala ne farishton ke majmay mein kaha ke mein insaan ko zameen par khaleefa banana chahta hoon.</w:t>
      </w:r>
    </w:p>
    <w:p>
      <w:pPr>
        <w:jc w:val="right"/>
      </w:pPr>
      <w:r>
        <w:t>میں سمجھتا ہوں کہ اس معاملے میں خود اللہ تعالیٰ نے ایک ایک ایک مثال قائم کی۔ خود اللہ تعالیٰ نے، جو رب العالمین ہے، اللہ تعالیٰ نے فرشتوں کے مجمعے میں کہا کہ میں انسان کو زمین پر خلیفہ بنانا چاہتا ہوں۔</w:t>
      </w:r>
    </w:p>
    <w:p>
      <w:r>
        <w:rPr>
          <w:b/>
        </w:rPr>
        <w:t xml:space="preserve">[40:10] </w:t>
      </w:r>
      <w:r>
        <w:t>to farishton ne kaha: "ataj alfiya mais yusfiya wa yasfaquma". yeh kya hai?</w:t>
      </w:r>
    </w:p>
    <w:p>
      <w:pPr>
        <w:jc w:val="right"/>
      </w:pPr>
      <w:r>
        <w:t>تو فرشتوں نے کہا: "اتجلفیہ میس یوسفیا ویسفقما"۔ یہ کیا ہے؟</w:t>
      </w:r>
    </w:p>
    <w:p>
      <w:r>
        <w:rPr>
          <w:b/>
        </w:rPr>
        <w:t xml:space="preserve">[40:19] </w:t>
      </w:r>
      <w:r>
        <w:t>yeh dissent ka izhaar hai. dissent ka izhaar bohat hi adab ke sath. to dissent ka haq to Allah taala ne khud apne muqable mein bhi diya hai.</w:t>
      </w:r>
    </w:p>
    <w:p>
      <w:pPr>
        <w:jc w:val="right"/>
      </w:pPr>
      <w:r>
        <w:t>یہ ڈیسنٹ کا اظہار ہے۔ ڈیسنٹ کا اظہار بہت ہی ادب کے ساتھ۔ تو ڈیسنٹ کا حق تو اللہ تعالیٰ نے خود اپنے مقابلے میں بھی دیا ہے۔</w:t>
      </w:r>
    </w:p>
    <w:p>
      <w:r>
        <w:rPr>
          <w:b/>
        </w:rPr>
        <w:t xml:space="preserve">[40:35] </w:t>
      </w:r>
      <w:r>
        <w:t>to Allah taala ne kya kiya? ke Allah taala ne yeh kiya kiya? jo Allah taala ka planning tha, jo mansooba tha, us ke haq mein daleel pesh ki ek demonstrator ke zariye.</w:t>
      </w:r>
    </w:p>
    <w:p>
      <w:pPr>
        <w:jc w:val="right"/>
      </w:pPr>
      <w:r>
        <w:t>تو اللہ تعالیٰ نے کیا کیا؟ کہ اللہ تعالیٰ نے یہ کیا کیا؟ جو اللہ تعالیٰ کا پلاننگ تھا، جو منصوبہ تھا، اس کے حق میں دلیل پیش کی ایک ڈیموسٹر کے ذریعے۔</w:t>
      </w:r>
    </w:p>
    <w:p>
      <w:r>
        <w:rPr>
          <w:b/>
        </w:rPr>
        <w:t xml:space="preserve">[40:52] </w:t>
      </w:r>
      <w:r>
        <w:t>to farishton ke samne aa gaya: "yeh aap kijiye". agar aap, agar aaj koi shakhs</w:t>
      </w:r>
    </w:p>
    <w:p>
      <w:pPr>
        <w:jc w:val="right"/>
      </w:pPr>
      <w:r>
        <w:t>تو فرشتوں کے سامنے آ گیا: "یہ آپ کیجئے۔" اگر آپ، اگر آج کوئی شخص</w:t>
      </w:r>
    </w:p>
    <w:p>
      <w:r>
        <w:rPr>
          <w:b/>
        </w:rPr>
        <w:t xml:space="preserve">[41:02] </w:t>
      </w:r>
      <w:r>
        <w:t>rasool Allah ke baray mein ya Islam ke baray mein</w:t>
      </w:r>
    </w:p>
    <w:p>
      <w:pPr>
        <w:jc w:val="right"/>
      </w:pPr>
      <w:r>
        <w:t>رسول اللہ کے بارے میں یا اسلام کے بارے میں</w:t>
      </w:r>
    </w:p>
    <w:p>
      <w:r>
        <w:rPr>
          <w:b/>
        </w:rPr>
        <w:t xml:space="preserve">[41:10] </w:t>
      </w:r>
      <w:r>
        <w:t>criticism ki zabaan bolta hai, koi ikhtilaf ki zabaan bolta hai, to aap us ka tajziya kijiye. us ke us ke muqable mein article likhiye, kitaab likhiye.</w:t>
      </w:r>
    </w:p>
    <w:p>
      <w:pPr>
        <w:jc w:val="right"/>
      </w:pPr>
      <w:r>
        <w:t>کریٹیسز کی زبان بولتا ہے، کوئی اختلاف کی زبان بولتا ہے، تو آپ اس کا تجزیہ کیجئے۔ اس کے اس کے مقابلے میں آرٹیکل لکھیے، کتاب لکھیے۔</w:t>
      </w:r>
    </w:p>
    <w:p>
      <w:r>
        <w:rPr>
          <w:b/>
        </w:rPr>
        <w:t xml:space="preserve">[41:25] </w:t>
      </w:r>
      <w:r>
        <w:t>lekin yeh baaz mulkon mein baqaida qanoon ban gaya hai: "qanoon shatm ko qatl karo". mein samajhta hoon yeh qanoon nahi hai.</w:t>
      </w:r>
    </w:p>
    <w:p>
      <w:pPr>
        <w:jc w:val="right"/>
      </w:pPr>
      <w:r>
        <w:t>لیکن یہ بعض ملکوں میں باقاعدہ قانون بن گیا ہے: "قانون شاطم کو قتل کرو"۔ میں سمجھتا ہوں یہ قانون نہیں ہے۔</w:t>
      </w:r>
    </w:p>
    <w:p>
      <w:r>
        <w:rPr>
          <w:b/>
        </w:rPr>
        <w:t xml:space="preserve">[41:35] </w:t>
      </w:r>
      <w:r>
        <w:t>yeh yeh yeh Islam ke khilaf ek ek jisarat hai. jab Islam mein kahin yeh nahi qanoon tha, na hai ke shatm ko qatl karo, to aap ko kya haq hai?</w:t>
      </w:r>
    </w:p>
    <w:p>
      <w:pPr>
        <w:jc w:val="right"/>
      </w:pPr>
      <w:r>
        <w:t>یہ یہ یہ اسلام کے خلاف ایک ایک جسارت ہے۔ جب اسلام میں کہیں یہ نہیں قانون تھا، نہ ہے کہ شاطم کو قتل کرو، تو آپ کو کیا حق ہے؟</w:t>
      </w:r>
    </w:p>
    <w:p>
      <w:r>
        <w:rPr>
          <w:b/>
        </w:rPr>
        <w:t xml:space="preserve">[41:50] </w:t>
      </w:r>
      <w:r>
        <w:t>aap ko kya haq hai ke Islam ke naam par aisa qanoon banayein? jin mulkon mein yaad rakhiye, yeh qanoon banaya gaya hai ke shatm ko qatl karo, bilashuba aisa qanoon ka adam hai.</w:t>
      </w:r>
    </w:p>
    <w:p>
      <w:pPr>
        <w:jc w:val="right"/>
      </w:pPr>
      <w:r>
        <w:t>آپ کو کیا حق ہے کہ اسلام کے نام پر ایسا قانون بنائیں؟ جن ملکوں میں یاد رکھیے، یہ قانون بنایا گیا ہے کہ شاطم کو قتل کرو، بلاشبہ ایسا قانون کا عدم ہے۔</w:t>
      </w:r>
    </w:p>
    <w:p>
      <w:r>
        <w:rPr>
          <w:b/>
        </w:rPr>
        <w:t xml:space="preserve">[42:06] </w:t>
      </w:r>
      <w:r>
        <w:t>aisa aisa qanoon ki koi hesiyat nahi hai.</w:t>
      </w:r>
    </w:p>
    <w:p>
      <w:pPr>
        <w:jc w:val="right"/>
      </w:pPr>
      <w:r>
        <w:t>ایسا ایسا قانون کی کوئی حیثیت نہیں ہے۔</w:t>
      </w:r>
    </w:p>
    <w:p>
      <w:r>
        <w:rPr>
          <w:b/>
        </w:rPr>
        <w:t xml:space="preserve">[42:11] </w:t>
      </w:r>
      <w:r>
        <w:t>qayamat mein in logon se poocha jayega ke tum ne tum ko yeh haq kis ne diya tha ke tum aik qanoon banao ke shatim ko qatal kar diya jaye؟</w:t>
      </w:r>
    </w:p>
    <w:p>
      <w:pPr>
        <w:jc w:val="right"/>
      </w:pPr>
      <w:r>
        <w:t>قیامت میں ان لوگوں سے پوچھا جائے گا کہ تم نے تم کو یہ حق کس نے دیا تھا کہ تم ایک قانون بناؤ کہ شاطم کو قتل کر دیا جائے؟</w:t>
      </w:r>
    </w:p>
    <w:p>
      <w:r>
        <w:rPr>
          <w:b/>
        </w:rPr>
        <w:t xml:space="preserve">[42:21] </w:t>
      </w:r>
      <w:r>
        <w:t>kis ne kis ne hukum diya؟ yeh rai di؟ kis ne tum ko yeh haq diya tha؟</w:t>
      </w:r>
    </w:p>
    <w:p>
      <w:pPr>
        <w:jc w:val="right"/>
      </w:pPr>
      <w:r>
        <w:t>کس نے کس نے حکم دیا؟ یہ رائے دی؟ کس نے تم کو یہ حق دیا تھا؟</w:t>
      </w:r>
    </w:p>
    <w:p>
      <w:r>
        <w:rPr>
          <w:b/>
        </w:rPr>
        <w:t xml:space="preserve">[42:30] </w:t>
      </w:r>
      <w:r>
        <w:t>to yeh sari baatein kyun hain؟ is ki wajah hai ke baad ke zamane mein logon ne islam ka maqhad bana liya tareekh ko، nah ke quran o sunnat ko۔</w:t>
      </w:r>
    </w:p>
    <w:p>
      <w:pPr>
        <w:jc w:val="right"/>
      </w:pPr>
      <w:r>
        <w:t>تو یہ ساری باتیں کیوں ہیں؟ اس کی وجہ ہے کہ بعد کے زمانے میں لوگوں نے اسلام کا ماخذ بنا لیا تاریخ کو، نہ کہ قرآن و سنت کو۔</w:t>
      </w:r>
    </w:p>
    <w:p>
      <w:r>
        <w:rPr>
          <w:b/>
        </w:rPr>
        <w:t xml:space="preserve">[42:41] </w:t>
      </w:r>
      <w:r>
        <w:t>is ki jar mein yeh baat hai۔ rasool Allah ne farmaya tha ke ke mein apne baad tumhare liye chhod raha hoon quran o sunnat۔</w:t>
      </w:r>
    </w:p>
    <w:p>
      <w:pPr>
        <w:jc w:val="right"/>
      </w:pPr>
      <w:r>
        <w:t>اس کی جڑ میں یہ بات ہے۔ رسول اللہ نے فرمایا تھا کہ کہ میں اپنے بعد تمہارے لیے چھوڑ رہا ہوں قرآن و سنت۔</w:t>
      </w:r>
    </w:p>
    <w:p>
      <w:r>
        <w:rPr>
          <w:b/>
        </w:rPr>
        <w:t xml:space="preserve">[42:54] </w:t>
      </w:r>
      <w:r>
        <w:t>to logon ne is mein izafa kar liya aur tareekh، quran o sunnat aur tareekh۔ yeh izafa jo hai، isi ko hum ne chhodna hai۔</w:t>
      </w:r>
    </w:p>
    <w:p>
      <w:pPr>
        <w:jc w:val="right"/>
      </w:pPr>
      <w:r>
        <w:t>تو لوگوں نے اس میں اضافہ کر لیا اور تاریخ، قرآن و سنت اور تاریخ۔ یہ اضافہ جو ہے، اسی کو ہم نے چھوڑنا ہے۔</w:t>
      </w:r>
    </w:p>
    <w:p>
      <w:r>
        <w:rPr>
          <w:b/>
        </w:rPr>
        <w:t xml:space="preserve">[43:08] </w:t>
      </w:r>
      <w:r>
        <w:t>aap quran o sunnat ke oopar common nahi laga sakte۔ woh full full stop laga aur laga rahega۔ rasool Allah ne jab farmaya ke mere baad mein tum ko do cheez chhod raha hoon: quran aur sunnat، to aap common nahi laga sakte is ke andar۔</w:t>
      </w:r>
    </w:p>
    <w:p>
      <w:pPr>
        <w:jc w:val="right"/>
      </w:pPr>
      <w:r>
        <w:t>آپ قرآن و سنت کے اوپر کامن نہیں لگا سکتے۔ وہ فل فل اسٹاپ لگا اور لگا رہے گا۔ رسول اللہ نے جب فرمایا کہ میرے بعد میں تم کو دو چیز چھوڑ رہا ہوں: قرآن اور سنت، تو آپ کامن نہیں لگا سکتے اس کے اندر۔</w:t>
      </w:r>
    </w:p>
    <w:p>
      <w:r>
        <w:rPr>
          <w:b/>
        </w:rPr>
        <w:t xml:space="preserve">[43:26] </w:t>
      </w:r>
      <w:r>
        <w:t>aur kya؟ aur tareekh۔ woh hamesha hi full stop laga rahega۔ kisi ko yeh haq nahi ke woh common lagaye۔</w:t>
      </w:r>
    </w:p>
    <w:p>
      <w:pPr>
        <w:jc w:val="right"/>
      </w:pPr>
      <w:r>
        <w:t>اور کیا؟ اور تاریخ۔ وہ ہمیشہ ہی فل اسٹاپ لگا رہے گا۔ کسی کو یہ حق نہیں کہ وہ کامن لگائے۔</w:t>
      </w:r>
    </w:p>
    <w:p>
      <w:r>
        <w:rPr>
          <w:b/>
        </w:rPr>
        <w:t xml:space="preserve">[43:37] </w:t>
      </w:r>
      <w:r>
        <w:t>yani yani aik aur ke sath ise tareekh ka izafa kar de۔</w:t>
      </w:r>
    </w:p>
    <w:p>
      <w:pPr>
        <w:jc w:val="right"/>
      </w:pPr>
      <w:r>
        <w:t>یعنی یعنی ایک اور کے ساتھ اسے تاریخ کا اضافہ کر دے۔</w:t>
      </w:r>
    </w:p>
    <w:p>
      <w:r>
        <w:rPr>
          <w:b/>
        </w:rPr>
        <w:t xml:space="preserve">[43:46] </w:t>
      </w:r>
      <w:r>
        <w:t>aaj ke zamane mein jab ke musalman zawal ka shikar hain، yahi starting point hai۔ mushkil yeh hai ke is zamane mein jo log kaam kar rahe hain، ai ملت ka، un ko yeh pata nahi ke starting point kya hai۔</w:t>
      </w:r>
    </w:p>
    <w:p>
      <w:pPr>
        <w:jc w:val="right"/>
      </w:pPr>
      <w:r>
        <w:t>آج کے زمانے میں جب کہ مسلمان زوال کا شکار ہیں، یہی سٹارٹنگ پوائنٹ ہے۔ مشکل یہ ہے کہ اس زمانے میں جو لوگ کام کر رہے ہیں، اے آئی ملت کا، ان کو یہ پتہ نہیں کہ سٹارٹنگ پوائنٹ کیا ہے۔</w:t>
      </w:r>
    </w:p>
    <w:p>
      <w:r>
        <w:rPr>
          <w:b/>
        </w:rPr>
        <w:t xml:space="preserve">[44:01] </w:t>
      </w:r>
      <w:r>
        <w:t>har kaam ka aik starting point hota hai۔</w:t>
      </w:r>
    </w:p>
    <w:p>
      <w:pPr>
        <w:jc w:val="right"/>
      </w:pPr>
      <w:r>
        <w:t>ہر کام کا ایک سٹارٹنگ پوائنٹ ہوتا ہے۔</w:t>
      </w:r>
    </w:p>
    <w:p>
      <w:r>
        <w:rPr>
          <w:b/>
        </w:rPr>
        <w:t xml:space="preserve">[44:07] </w:t>
      </w:r>
      <w:r>
        <w:t>misalan aap ko abba jat se safar karna hai، yahan jana hai aap ko kisi bahar ke mulk mein، to pehla kaam kya hai؟</w:t>
      </w:r>
    </w:p>
    <w:p>
      <w:pPr>
        <w:jc w:val="right"/>
      </w:pPr>
      <w:r>
        <w:t>مثلاً آپ کو ابا جات سے سفر کرنا ہے، یہاں جانا ہے آپ کو کسی باہر کے ملک میں، تو پہلا کام کیا ہے؟</w:t>
      </w:r>
    </w:p>
    <w:p>
      <w:r>
        <w:rPr>
          <w:b/>
        </w:rPr>
        <w:t xml:space="preserve">[44:17] </w:t>
      </w:r>
      <w:r>
        <w:t>pehla kaam hai visa lena، phir wahan ka ticket lena۔ yeh yeh sab shuru ki baat hai۔ aap na visa len، na ticket len، aur airport pohnch jayen to aap ka safar shuru hi nahi hoga۔</w:t>
      </w:r>
    </w:p>
    <w:p>
      <w:pPr>
        <w:jc w:val="right"/>
      </w:pPr>
      <w:r>
        <w:t>پہلا کام ہے ویزا لینا، پھر وہاں کا ٹکٹ لینا۔ یہ یہ سب شروع کی بات ہے۔ آپ نہ ویزا لیں، نہ ٹکٹ لیں، اور ایئرپورٹ پہنچ جائیں تو آپ کا سفر شروع ہی نہیں ہوگا۔</w:t>
      </w:r>
    </w:p>
    <w:p>
      <w:r>
        <w:rPr>
          <w:b/>
        </w:rPr>
        <w:t xml:space="preserve">[44:33] </w:t>
      </w:r>
      <w:r>
        <w:t>aap ko lotna padega apne ghar۔</w:t>
      </w:r>
    </w:p>
    <w:p>
      <w:pPr>
        <w:jc w:val="right"/>
      </w:pPr>
      <w:r>
        <w:t>آپ کو لوٹنا پڑے گا اپنے گھر۔</w:t>
      </w:r>
    </w:p>
    <w:p>
      <w:r>
        <w:rPr>
          <w:b/>
        </w:rPr>
        <w:t xml:space="preserve">[44:39] </w:t>
      </w:r>
      <w:r>
        <w:t>bairon bairon safar ke liye sab se pehle visa lena padta hai aur ticket lena padta hai۔</w:t>
      </w:r>
    </w:p>
    <w:p>
      <w:pPr>
        <w:jc w:val="right"/>
      </w:pPr>
      <w:r>
        <w:t>بیرون بیرون سفر کے لیے سب سے پہلے ویزا لینا پڑتا ہے اور ٹکٹ لینا پڑتا ہے۔</w:t>
      </w:r>
    </w:p>
    <w:p>
      <w:r>
        <w:rPr>
          <w:b/>
        </w:rPr>
        <w:t xml:space="preserve">[44:49] </w:t>
      </w:r>
      <w:r>
        <w:t>travel agent, travel document aap ke paas hona chahiye.</w:t>
      </w:r>
    </w:p>
    <w:p>
      <w:pPr>
        <w:jc w:val="right"/>
      </w:pPr>
      <w:r>
        <w:t>ٹریول ایجنٹ، ٹریول ڈاکومنٹ آپ کے پاس ہونا چاہیے۔</w:t>
      </w:r>
    </w:p>
    <w:p>
      <w:r>
        <w:rPr>
          <w:b/>
        </w:rPr>
        <w:t xml:space="preserve">[44:54] </w:t>
      </w:r>
      <w:r>
        <w:t>to yeh maamla Islam ki</w:t>
      </w:r>
    </w:p>
    <w:p>
      <w:pPr>
        <w:jc w:val="right"/>
      </w:pPr>
      <w:r>
        <w:t>تو یہ معاملہ اسلام کی</w:t>
      </w:r>
    </w:p>
    <w:p>
      <w:r>
        <w:rPr>
          <w:b/>
        </w:rPr>
        <w:t xml:space="preserve">[44:58] </w:t>
      </w:r>
      <w:r>
        <w:t>revolution ka hai, Muslim ummat ki age ka hai</w:t>
      </w:r>
    </w:p>
    <w:p>
      <w:pPr>
        <w:jc w:val="right"/>
      </w:pPr>
      <w:r>
        <w:t>ریوالول کا ہے، مسلم امت کی ایج کا ہے</w:t>
      </w:r>
    </w:p>
    <w:p>
      <w:r>
        <w:rPr>
          <w:b/>
        </w:rPr>
        <w:t xml:space="preserve">[45:03] </w:t>
      </w:r>
      <w:r>
        <w:t>keh aap ko sab se pehle</w:t>
      </w:r>
    </w:p>
    <w:p>
      <w:pPr>
        <w:jc w:val="right"/>
      </w:pPr>
      <w:r>
        <w:t>کہ آپ کو سب سے پہلے</w:t>
      </w:r>
    </w:p>
    <w:p>
      <w:r>
        <w:rPr>
          <w:b/>
        </w:rPr>
        <w:t xml:space="preserve">[45:07] </w:t>
      </w:r>
      <w:r>
        <w:t>yeh tay karna hoga</w:t>
      </w:r>
    </w:p>
    <w:p>
      <w:pPr>
        <w:jc w:val="right"/>
      </w:pPr>
      <w:r>
        <w:t>یہ طے کرنا ہوگا</w:t>
      </w:r>
    </w:p>
    <w:p>
      <w:r>
        <w:rPr>
          <w:b/>
        </w:rPr>
        <w:t xml:space="preserve">[45:10] </w:t>
      </w:r>
      <w:r>
        <w:t>keh what is the starting point.</w:t>
      </w:r>
    </w:p>
    <w:p>
      <w:pPr>
        <w:jc w:val="right"/>
      </w:pPr>
      <w:r>
        <w:t>کہ واٹ از دا سٹارٹنگ پوائنٹ۔</w:t>
      </w:r>
    </w:p>
    <w:p>
      <w:r>
        <w:rPr>
          <w:b/>
        </w:rPr>
        <w:t xml:space="preserve">[45:19] </w:t>
      </w:r>
      <w:r>
        <w:t>aik martaba mein safar mein aik arab se mulaqat hui to guftagu ke darmiyan hum ne kaha ke min an nabda، min an nabda، yani from where to begin، from where to begin۔</w:t>
      </w:r>
    </w:p>
    <w:p>
      <w:pPr>
        <w:jc w:val="right"/>
      </w:pPr>
      <w:r>
        <w:t>ایک مرتبہ میں سفر میں ایک عرب سے ملاقات ہوئی تو گفتگو کے دوران ہم نے کہا کہ من ان نبدا، من ان نبدا، یعنی فرام ویر ٹو بیگن، فرام ویر ٹو بیگن۔</w:t>
      </w:r>
    </w:p>
    <w:p>
      <w:r>
        <w:rPr>
          <w:b/>
        </w:rPr>
        <w:t xml:space="preserve">[45:36] </w:t>
      </w:r>
      <w:r>
        <w:t>to mein ne hazrat imam malik ka waqia، woh woh woh qaul sunaya: "laysa akhir al ummah illa ma sarfa fi awwal"۔</w:t>
      </w:r>
    </w:p>
    <w:p>
      <w:pPr>
        <w:jc w:val="right"/>
      </w:pPr>
      <w:r>
        <w:t>تو میں نے حضرت امام مالک کا واقعہ، وہ وہ وہ قول سنایا: "لیس آخر الامہ الا ما صرف فی اول"۔</w:t>
      </w:r>
    </w:p>
    <w:p>
      <w:r>
        <w:rPr>
          <w:b/>
        </w:rPr>
        <w:t xml:space="preserve">[45:48] </w:t>
      </w:r>
      <w:r>
        <w:t>to yeh qaul bataya tha ke ke from where to begin، yeh nuqta aaghaz ya be starting point kya hai؟</w:t>
      </w:r>
    </w:p>
    <w:p>
      <w:pPr>
        <w:jc w:val="right"/>
      </w:pPr>
      <w:r>
        <w:t>تو یہ قول بتایا تھا کہ کہ فرام ویر ٹو بیگن، یہ نقطہ آغاز یا بے سٹارٹنگ پوائنٹ کیا ہے؟</w:t>
      </w:r>
    </w:p>
    <w:p>
      <w:r>
        <w:rPr>
          <w:b/>
        </w:rPr>
        <w:t xml:space="preserve">[46:02] </w:t>
      </w:r>
      <w:r>
        <w:t>woh hai quran o sunnat ko lotna، quran o sunnat ko phir se mutala karna، quran o sunnat ko tareekh se alag kar ke parhna۔</w:t>
      </w:r>
    </w:p>
    <w:p>
      <w:pPr>
        <w:jc w:val="right"/>
      </w:pPr>
      <w:r>
        <w:t>وہ ہے قرآن و سنت کو لوٹنا، قرآن و سنت کو پھر سے مطالعہ کرنا، قرآن و سنت کو تاریخ سے الگ کر کے پڑھنا۔</w:t>
      </w:r>
    </w:p>
    <w:p>
      <w:r>
        <w:rPr>
          <w:b/>
        </w:rPr>
        <w:t xml:space="preserve">[46:11] </w:t>
      </w:r>
      <w:r>
        <w:t>yeh bohat zaroori hai۔</w:t>
      </w:r>
    </w:p>
    <w:p>
      <w:pPr>
        <w:jc w:val="right"/>
      </w:pPr>
      <w:r>
        <w:t>یہ بہت ضروری ہے۔</w:t>
      </w:r>
    </w:p>
    <w:p>
      <w:r>
        <w:rPr>
          <w:b/>
        </w:rPr>
        <w:t xml:space="preserve">[46:15] </w:t>
      </w:r>
      <w:r>
        <w:t>agar aap chahte hain ke quran o sunnat ko samjhen dobara to pehla kaam yeh karna hoga ke tareekh se alag kar ke is ko parhna۔</w:t>
      </w:r>
    </w:p>
    <w:p>
      <w:pPr>
        <w:jc w:val="right"/>
      </w:pPr>
      <w:r>
        <w:t>اگر آپ چاہتے ہیں کہ قرآن و سنت کو سمجھیں دوبارہ تو پہلا کام یہ کرنا ہوگا کہ تاریخ سے الگ کر کے اس کو پڑھنا۔</w:t>
      </w:r>
    </w:p>
    <w:p>
      <w:r>
        <w:rPr>
          <w:b/>
        </w:rPr>
        <w:t xml:space="preserve">[46:31] </w:t>
      </w:r>
      <w:r>
        <w:t>baad ke zamane mein tareekh se alag karne ka matlab kya hai؟ baad ke zamane mein jo kitaben likhi gayeen، jo uloom madon hue، jo masail bane، woh islam ki tareekh ka hissa hain۔</w:t>
      </w:r>
    </w:p>
    <w:p>
      <w:pPr>
        <w:jc w:val="right"/>
      </w:pPr>
      <w:r>
        <w:t>بعد کے زمانے میں تاریخ سے الگ کرنے کا مطلب کیا ہے؟ بعد کے زمانے میں جو کتابیں لکھی گئیں، جو علوم مدون ہوئے، جو مسائل بنے، وہ اسلام کی تاریخ کا حصہ ہیں۔</w:t>
      </w:r>
    </w:p>
    <w:p>
      <w:r>
        <w:rPr>
          <w:b/>
        </w:rPr>
        <w:t xml:space="preserve">[46:46] </w:t>
      </w:r>
      <w:r>
        <w:t>woh islam ka text nahi hai۔ to jo quran hai، jo hadith hai، jo sunnat hai، jo seerat rasool hai، us ko aap tareekh se alag kijiye۔</w:t>
      </w:r>
    </w:p>
    <w:p>
      <w:pPr>
        <w:jc w:val="right"/>
      </w:pPr>
      <w:r>
        <w:t>وہ اسلام کا ٹیکسٹ نہیں ہے۔ تو جو قرآن ہے، جو حدیث ہے، جو سنت ہے، جو سیرت رسول ہے، اس کو آپ تاریخ سے الگ کیجئے۔</w:t>
      </w:r>
    </w:p>
    <w:p>
      <w:r>
        <w:rPr>
          <w:b/>
        </w:rPr>
        <w:t xml:space="preserve">[47:01] </w:t>
      </w:r>
      <w:r>
        <w:t>tab aap samajh payenge ke quran ka mansha kya hai aur from where to begin ka jawab kya hai۔</w:t>
      </w:r>
    </w:p>
    <w:p>
      <w:pPr>
        <w:jc w:val="right"/>
      </w:pPr>
      <w:r>
        <w:t>تب آپ سمجھ پائیں گے کہ قرآن کا منشا کیا ہے اور فرام ویر ٹو بیگن کا جواب کیا ہے۔</w:t>
      </w:r>
    </w:p>
    <w:p>
      <w:r>
        <w:rPr>
          <w:b/>
        </w:rPr>
        <w:t xml:space="preserve">[47:18] </w:t>
      </w:r>
      <w:r>
        <w:t>to is mamle mein zahir hai ke number one cheez quran hai۔</w:t>
      </w:r>
    </w:p>
    <w:p>
      <w:pPr>
        <w:jc w:val="right"/>
      </w:pPr>
      <w:r>
        <w:t>تو اس معاملے میں ظاہر ہے کہ نمبر ون چیز قرآن ہے۔</w:t>
      </w:r>
    </w:p>
    <w:p>
      <w:r>
        <w:rPr>
          <w:b/>
        </w:rPr>
        <w:t xml:space="preserve">[47:24] </w:t>
      </w:r>
      <w:r>
        <w:t>is maamle mein number one cheez quran hai.</w:t>
      </w:r>
    </w:p>
    <w:p>
      <w:pPr>
        <w:jc w:val="right"/>
      </w:pPr>
      <w:r>
        <w:t>اس معاملے میں نمبر ون چیز قرآن ہے۔</w:t>
      </w:r>
    </w:p>
    <w:p>
      <w:r>
        <w:rPr>
          <w:b/>
        </w:rPr>
        <w:t xml:space="preserve">[47:29] </w:t>
      </w:r>
      <w:r>
        <w:t>qurani se hum apne zehn banayenge, qurani se apni planning karenge, quran ki buniyad par hum apna saath mustaqeem daryaft karenge.</w:t>
      </w:r>
    </w:p>
    <w:p>
      <w:pPr>
        <w:jc w:val="right"/>
      </w:pPr>
      <w:r>
        <w:t>قرآنی سے ہم اپنے ذہن بنائیں گے، قرآنی سے اپنی پلاننگ کریں گے، قرآن کی بنیاد پر ہم اپنا ساتھ مستقیم دریافت کریں گے۔</w:t>
      </w:r>
    </w:p>
    <w:p>
      <w:r>
        <w:rPr>
          <w:b/>
        </w:rPr>
        <w:t xml:space="preserve">[47:42] </w:t>
      </w:r>
      <w:r>
        <w:t>saara hamari jo jo kehte hain takhtit, saari takhtit hamari jo hai, woh quran ki buniyad par hogi. to is poore process mein number one hesiyat hogi quran ki.</w:t>
      </w:r>
    </w:p>
    <w:p>
      <w:pPr>
        <w:jc w:val="right"/>
      </w:pPr>
      <w:r>
        <w:t>سارا ہماری جو جو کہتے ہیں تخطیط، ساری تخطیط ہماری جو ہے، وہ قرآن کی بنیاد پر ہوگی۔ تو اس پورے پروسیس میں نمبر ون حیثیت ہوگی قرآن کی۔</w:t>
      </w:r>
    </w:p>
    <w:p>
      <w:r>
        <w:rPr>
          <w:b/>
        </w:rPr>
        <w:t xml:space="preserve">[48:01] </w:t>
      </w:r>
      <w:r>
        <w:t>to mein dua karta hoon ke Allah taala mujh ko aur aap ko tofeeq de ke maamle ko samjhein aur Allah ki raza kya hai, rasool Allah salallaho alaihi wasallam ka hai ke rehnumai kya hai,</w:t>
      </w:r>
    </w:p>
    <w:p>
      <w:pPr>
        <w:jc w:val="right"/>
      </w:pPr>
      <w:r>
        <w:t>تو میں دعا کرتا ہوں کہ اللہ تعالیٰ مجھ کو اور آپ کو توفیق دے کہ معاملے کو سمجھیں اور اللہ کی رضا کیا ہے، رسول اللہ صلی اللہ علیہ وسلم کا ہے کہ رہنمائی کیا ہے،</w:t>
      </w:r>
    </w:p>
    <w:p>
      <w:r>
        <w:rPr>
          <w:b/>
        </w:rPr>
        <w:t xml:space="preserve">[48:22] </w:t>
      </w:r>
      <w:r>
        <w:t>is ko samajh samajh kar ke sahi andaaz mein apni planning karein. isi ki mein dua karta hoon apne liye aur aap sab logon ke liye.</w:t>
      </w:r>
    </w:p>
    <w:p>
      <w:pPr>
        <w:jc w:val="right"/>
      </w:pPr>
      <w:r>
        <w:t>اس کو سمجھ سمجھ کر کے صحیح انداز میں اپنی پلاننگ کریں۔ اسی کی میں دعا کرتا ہوں اپنے لیے اور آپ سب لوگوں کے لیے۔</w:t>
      </w:r>
    </w:p>
    <w:p>
      <w:r>
        <w:rPr>
          <w:b/>
        </w:rPr>
        <w:t xml:space="preserve">[48:36] </w:t>
      </w:r>
      <w:r>
        <w:t>Allah taala meri dua ko qabool farmaye. assalam o alaikum wa rehmatullahi wa barakatuh.</w:t>
      </w:r>
    </w:p>
    <w:p>
      <w:pPr>
        <w:jc w:val="right"/>
      </w:pPr>
      <w:r>
        <w:t>اللہ تعالیٰ میری دعا کو قبول فرمائے۔ السلام علیکم ورحمۃ اللہ وبرکاتہ۔</w:t>
      </w:r>
    </w:p>
    <w:p>
      <w:r>
        <w:rPr>
          <w:b/>
        </w:rPr>
        <w:t xml:space="preserve">[48:56] </w:t>
      </w:r>
      <w:r>
        <w:t>all the online viewers who are watching it on you stream, they can send their questions on info@cpsglobal.org and people who are watching this live on facebook can send their questions along with their location on the comment section.</w:t>
      </w:r>
    </w:p>
    <w:p>
      <w:pPr>
        <w:jc w:val="right"/>
      </w:pPr>
      <w:r>
        <w:t>آل دی آن لائن ویورز ہو آر واچنگ اٹ آن یو سٹریم، دے کین سینڈ دیر کوئسچنز آن info@cpsglobal.org اینڈ پیپل ہو آر واچنگ دس لائیو آن فیس بک کین سینڈ دیر کوئسچنز الونگ ود دیر لوکیشن آن دا کمنٹ سیکشن۔</w:t>
      </w:r>
    </w:p>
    <w:p>
      <w:r>
        <w:rPr>
          <w:b/>
        </w:rPr>
        <w:t xml:space="preserve">[49:14] </w:t>
      </w:r>
      <w:r>
        <w:t>maulana, yeh ek comment aaya hai aur sawal bhi hai saath mein jo maulana iqbal umri ne bheja hai chennai se.</w:t>
      </w:r>
    </w:p>
    <w:p>
      <w:pPr>
        <w:jc w:val="right"/>
      </w:pPr>
      <w:r>
        <w:t>مولانا، یہ ایک کمنٹ آیا ہے اور سوال بھی ہے ساتھ میں جو مولانا اقبال عمری نے بھیجا ہے چنئی سے۔</w:t>
      </w:r>
    </w:p>
    <w:p>
      <w:r>
        <w:rPr>
          <w:b/>
        </w:rPr>
        <w:t xml:space="preserve">[49:23] </w:t>
      </w:r>
      <w:r>
        <w:t>un ka comment is tarah hai, unhon ne likha hai ke "positive attitude is the only starting point of muslim ummah." it is only al risala mission which is giving such guidelines.</w:t>
      </w:r>
    </w:p>
    <w:p>
      <w:pPr>
        <w:jc w:val="right"/>
      </w:pPr>
      <w:r>
        <w:t>ان کا کمنٹ اس طرح ہے، انہوں نے لکھا ہے کہ "پازیٹیو ایٹیٹیوڈ از دی اونلی سٹارٹنگ پوائنٹ آف مسلم امہ۔" اٹ از اونلی الرسالہ مشن وچ از گیونگ سچ گائیڈ لائنز۔</w:t>
      </w:r>
    </w:p>
    <w:p>
      <w:r>
        <w:rPr>
          <w:b/>
        </w:rPr>
        <w:t xml:space="preserve">[49:39] </w:t>
      </w:r>
      <w:r>
        <w:t>we are very thankful to god for this. jazak Allah. my question is that what is the difference between community thinking and secular thinking?</w:t>
      </w:r>
    </w:p>
    <w:p>
      <w:pPr>
        <w:jc w:val="right"/>
      </w:pPr>
      <w:r>
        <w:t>وی آر ویری تھینک فل ٹو گاڈ فار دس۔ جزاک اللہ۔ مائی کوئسچن از دیٹ واٹ از دا ڈیفرنس بٹوین کمیونٹی تھنکنگ اینڈ سیکولر تھنکنگ؟</w:t>
      </w:r>
    </w:p>
    <w:p>
      <w:r>
        <w:rPr>
          <w:b/>
        </w:rPr>
        <w:t xml:space="preserve">[49:52] </w:t>
      </w:r>
      <w:r>
        <w:t>please explain the difference. dekhein, dono ek bhi ho sakte hain aur alag alag bhi.</w:t>
      </w:r>
    </w:p>
    <w:p>
      <w:pPr>
        <w:jc w:val="right"/>
      </w:pPr>
      <w:r>
        <w:t>پلیز ایکسپلین دی ڈیفرنس۔ دیکھیں، دونوں ایک بھی ہو سکتے ہیں اور الگ الگ بھی۔</w:t>
      </w:r>
    </w:p>
    <w:p>
      <w:r>
        <w:rPr>
          <w:b/>
        </w:rPr>
        <w:t xml:space="preserve">[50:04] </w:t>
      </w:r>
      <w:r>
        <w:t>yani secular thinking ka matlab yeh hai ke ke</w:t>
      </w:r>
    </w:p>
    <w:p>
      <w:pPr>
        <w:jc w:val="right"/>
      </w:pPr>
      <w:r>
        <w:t>یعنی سیکولر تھنکنگ کا مطلب یہ ہے کہ کہ</w:t>
      </w:r>
    </w:p>
    <w:p>
      <w:r>
        <w:rPr>
          <w:b/>
        </w:rPr>
        <w:t xml:space="preserve">[50:12] </w:t>
      </w:r>
      <w:r>
        <w:t>mazhab ko authentic bana kar sochna ya na ho. secular thinking jo hoti hai, wahi cheez hai.</w:t>
      </w:r>
    </w:p>
    <w:p>
      <w:pPr>
        <w:jc w:val="right"/>
      </w:pPr>
      <w:r>
        <w:t>مذہب کو اتھینٹک بنا کر سوچنا یا نہ ہو۔ سیکولر تھنکنگ جو ہوتی ہے، وہی چیز ہے۔</w:t>
      </w:r>
    </w:p>
    <w:p>
      <w:r>
        <w:rPr>
          <w:b/>
        </w:rPr>
        <w:t xml:space="preserve">[50:21] </w:t>
      </w:r>
      <w:r>
        <w:t>is ko kehte hain reason thinking. secular thinking anti mazhab thinking nahi hai. secular thinking darasal reason thinking ka work hai.</w:t>
      </w:r>
    </w:p>
    <w:p>
      <w:pPr>
        <w:jc w:val="right"/>
      </w:pPr>
      <w:r>
        <w:t>اس کو کہتے ہیں ریسٹ تھنکنگ۔ سیکولر تھنکنگ اینٹی مذہب تھنکنگ نہیں ہے۔ سیکولر تھنکنگ دراصل ریسٹ تھنکنگ کا ورک ہے۔</w:t>
      </w:r>
    </w:p>
    <w:p>
      <w:r>
        <w:rPr>
          <w:b/>
        </w:rPr>
        <w:t xml:space="preserve">[50:32] </w:t>
      </w:r>
      <w:r>
        <w:t>yani reason ko har cheez se azaad kar ke sochna. aadmi paband na ho kisi mazhabi kitaab ka.</w:t>
      </w:r>
    </w:p>
    <w:p>
      <w:pPr>
        <w:jc w:val="right"/>
      </w:pPr>
      <w:r>
        <w:t>یعنی ریزن کو ہر چیز سے آزاد کر کے سوچنا۔ آدمی پابند نہ ہو کسی مذہبی کتاب کا۔</w:t>
      </w:r>
    </w:p>
    <w:p>
      <w:r>
        <w:rPr>
          <w:b/>
        </w:rPr>
        <w:t xml:space="preserve">[50:45] </w:t>
      </w:r>
      <w:r>
        <w:t>to woh secular thinking darasal naam hai doosre alfaaz mein reason thinking ka. baqi jo communal thinking hai, woh to aap apni company ke faide ke liye ya sochna.</w:t>
      </w:r>
    </w:p>
    <w:p>
      <w:pPr>
        <w:jc w:val="right"/>
      </w:pPr>
      <w:r>
        <w:t>تو وہ سیکولر تھنکنگ دراصل نام ہے دوسرے الفاظ میں ریسٹ تھنکنگ کا۔ باقی جو کمیونل تھنکنگ ہے، وہ تو آپ اپنی کمپنی کے فائدے کے لیے یا سوچنا۔</w:t>
      </w:r>
    </w:p>
    <w:p>
      <w:r>
        <w:rPr>
          <w:b/>
        </w:rPr>
        <w:t xml:space="preserve">[50:59] </w:t>
      </w:r>
      <w:r>
        <w:t>maslan farz kiye is jagah aap ki company aur doosri company mein fasaad ho gaya, ladai ho gayi to aap apni company ko side le kar bolein.</w:t>
      </w:r>
    </w:p>
    <w:p>
      <w:pPr>
        <w:jc w:val="right"/>
      </w:pPr>
      <w:r>
        <w:t>مثلاً فرض کیے اس جگہ آپ کی کمپنی اور دوسری کمپنی میں فساد ہو گیا، لڑائی ہو گئی تو آپ اپنی کمپنی کو سائیڈ لے کر بولیں۔</w:t>
      </w:r>
    </w:p>
    <w:p>
      <w:r>
        <w:rPr>
          <w:b/>
        </w:rPr>
        <w:t xml:space="preserve">[51:12] </w:t>
      </w:r>
      <w:r>
        <w:t>is ka tareeqa aam taur par yeh hota hai ke jo aap ki company mein kiya, us ka zikr hi na karein aur doosri company mein jo retaliate kiya, us ka zikr karein.</w:t>
      </w:r>
    </w:p>
    <w:p>
      <w:pPr>
        <w:jc w:val="right"/>
      </w:pPr>
      <w:r>
        <w:t>اس کا طریقہ عام طور پر یہ ہوتا ہے کہ جو آپ کی کمپنی میں کیا، اس کا ذکر ہی نہ کریں اور دوسری کمپنی میں جو ریٹیلیٹ کیا، اس کا ذکر کریں۔</w:t>
      </w:r>
    </w:p>
    <w:p>
      <w:r>
        <w:rPr>
          <w:b/>
        </w:rPr>
        <w:t xml:space="preserve">[51:23] </w:t>
      </w:r>
      <w:r>
        <w:t>yani action ka zikr, reaction. action ka zikr na karna aur reaction ko sab kuch bana bana dena.</w:t>
      </w:r>
    </w:p>
    <w:p>
      <w:pPr>
        <w:jc w:val="right"/>
      </w:pPr>
      <w:r>
        <w:t>یعنی ایکشن کا ذکر، ری ایکشن۔ ایکشن کا ذکر نہ کرنا اور ری ایکشن کو سب کچھ بنا بنا دینا۔</w:t>
      </w:r>
    </w:p>
    <w:p>
      <w:r>
        <w:rPr>
          <w:b/>
        </w:rPr>
        <w:t xml:space="preserve">[51:33] </w:t>
      </w:r>
      <w:r>
        <w:t>to my community right or wrong. is ko aap keh sakte hain ke my community right or wrong. to yeh ta'assub haqeeqat mein yeh ta'assub kaise hai?</w:t>
      </w:r>
    </w:p>
    <w:p>
      <w:pPr>
        <w:jc w:val="right"/>
      </w:pPr>
      <w:r>
        <w:t>تو مائی کمیونٹی رائٹ اور رونگ۔ اس کو آپ کہہ سکتے ہیں کہ مائی کمیونٹی رائٹ اور رونگ۔ تو یہ تعصب حقیقت میں یہ تعصب کیسے ہے؟</w:t>
      </w:r>
    </w:p>
    <w:p>
      <w:r>
        <w:rPr>
          <w:b/>
        </w:rPr>
        <w:t xml:space="preserve">[51:45] </w:t>
      </w:r>
      <w:r>
        <w:t>yeh secular is ko aap nahi kehte ke yeh secularism kaise hai? haqeeqat mein yeh ta'assub kaise hai?</w:t>
      </w:r>
    </w:p>
    <w:p>
      <w:pPr>
        <w:jc w:val="right"/>
      </w:pPr>
      <w:r>
        <w:t>یہ سیکولر اس کو آپ نہیں کہتے کہ یہ سیکولرزم کیسے ہے؟ حقیقت میں یہ تعصب کیسے ہے؟</w:t>
      </w:r>
    </w:p>
    <w:p>
      <w:r>
        <w:rPr>
          <w:b/>
        </w:rPr>
        <w:t xml:space="preserve">[51:58] </w:t>
      </w:r>
      <w:r>
        <w:t>maulana, agla sawal bheja hai danish fazal sahib ne lucknow se aur unhon ne likha hai: "you mentioned about one hadith of prophet muhammad saying that i am leaving two things for you: quran and sunnah." maulana, in this hadith what is meant by sunnah</w:t>
      </w:r>
    </w:p>
    <w:p>
      <w:pPr>
        <w:jc w:val="right"/>
      </w:pPr>
      <w:r>
        <w:t>مولانا، اگلا سوال بھیجا ہے دانش فضل صاحب نے لکھنو سے اور انہوں نے لکھا ہے: "یو مینشنڈ اباؤٹ ون حدیث آف پرافٹ محمد سینگ دیٹ آئی ایم لیونگ ٹو تھنگز فار یو: قرآن اینڈ سنت۔" مولانا، ان دس حدیث واٹ از مینٹ بائے سنت</w:t>
      </w:r>
    </w:p>
    <w:p>
      <w:r>
        <w:rPr>
          <w:b/>
        </w:rPr>
        <w:t xml:space="preserve">[52:21] </w:t>
      </w:r>
      <w:r>
        <w:t>? how can one identify sunnah of the prophet? some says using miswak is sunnah, putting perfume or surma in eyes etc is also sunnah.</w:t>
      </w:r>
    </w:p>
    <w:p>
      <w:pPr>
        <w:jc w:val="right"/>
      </w:pPr>
      <w:r>
        <w:t>؟ ہاؤ کین ون آئیڈینٹیفائی سنت آف دا پرافٹ؟ سم سیز یوزنگ مسواک از سنت، پٹنگ پرفیوم اور سرمہ ان آئیز ایٹسٹرہ از السو سنت۔</w:t>
      </w:r>
    </w:p>
    <w:p>
      <w:r>
        <w:rPr>
          <w:b/>
        </w:rPr>
        <w:t xml:space="preserve">[52:34] </w:t>
      </w:r>
      <w:r>
        <w:t>please elaborate what is sunnah? dekhein, sunnah ka lafzi matlab hai tareeqa, yani rasool Allah ka tareeqa.</w:t>
      </w:r>
    </w:p>
    <w:p>
      <w:pPr>
        <w:jc w:val="right"/>
      </w:pPr>
      <w:r>
        <w:t>پلیز الیبریٹ واٹ از سنت؟ دیکھیں، سنت کا لفظی مطلب ہے طریقہ، یعنی رسول اللہ کا طریقہ۔</w:t>
      </w:r>
    </w:p>
    <w:p>
      <w:r>
        <w:rPr>
          <w:b/>
        </w:rPr>
        <w:t xml:space="preserve">[52:44] </w:t>
      </w:r>
      <w:r>
        <w:t>to koi bhi cheez jo rasool Allah sabit ho jaye, woh sunnah kahi jayegi. lekin lekin shah Allah sahib ne likha hai ke sunnah ke do qismein hain:</w:t>
      </w:r>
    </w:p>
    <w:p>
      <w:pPr>
        <w:jc w:val="right"/>
      </w:pPr>
      <w:r>
        <w:t>تو کوئی بھی چیز جو رسول اللہ ثابت ہو جائے، وہ سنت کہی جائے گی۔ لیکن لیکن شاہ اللہ صاحب نے لکھا ہے کہ سنت کے دو قسمیں ہیں:</w:t>
      </w:r>
    </w:p>
    <w:p>
      <w:r>
        <w:rPr>
          <w:b/>
        </w:rPr>
        <w:t xml:space="preserve">[52:59] </w:t>
      </w:r>
      <w:r>
        <w:t>sunnat aadiyah, sunnat saabitah. to surmah lagana ya miswak karna, yeh sunnat arab hai.</w:t>
      </w:r>
    </w:p>
    <w:p>
      <w:pPr>
        <w:jc w:val="right"/>
      </w:pPr>
      <w:r>
        <w:t>سنت عادیہ، سنت ثابتہ۔ تو سرمہ لگانا یا مسواک کرنا، یہ سنت عرب ہے۔</w:t>
      </w:r>
    </w:p>
    <w:p>
      <w:r>
        <w:rPr>
          <w:b/>
        </w:rPr>
        <w:t xml:space="preserve">[53:10] </w:t>
      </w:r>
      <w:r>
        <w:t>yeh yeh isi liye rasool Allah bhi bhejey gaye thay ke surmah log lagayein, khizab lagayein log. to agar aap ne khizab lagaya ho ya aap ne</w:t>
      </w:r>
    </w:p>
    <w:p>
      <w:pPr>
        <w:jc w:val="right"/>
      </w:pPr>
      <w:r>
        <w:t>یہ یہ اسی لیے رسول اللہ بھیجے گئے تھے کہ سرمہ لوگ لگائیں، خضاب لگائیں لوگ۔ تو اگر آپ نے خضاب لگایا ہو یا آپ نے</w:t>
      </w:r>
    </w:p>
    <w:p>
      <w:r>
        <w:rPr>
          <w:b/>
        </w:rPr>
        <w:t xml:space="preserve">[53:28] </w:t>
      </w:r>
      <w:r>
        <w:t>itar lagaya ho waghera jo cheezein hain, to woh sunnat hongi lekin sunnat aadiyah hongi.</w:t>
      </w:r>
    </w:p>
    <w:p>
      <w:pPr>
        <w:jc w:val="right"/>
      </w:pPr>
      <w:r>
        <w:t>عطر لگایا ہو وغیرہ جو چیزیں ہیں، تو وہ سنت ہوں گی لیکن سنت عادیہ ہوں گی۔</w:t>
      </w:r>
    </w:p>
    <w:p>
      <w:r>
        <w:rPr>
          <w:b/>
        </w:rPr>
        <w:t xml:space="preserve">[53:37] </w:t>
      </w:r>
      <w:r>
        <w:t>yani aadatan arab ke mein chounke aap jab paida hue to arab ke aadat ke mutabiq aap yeh aisa karne lage. lekin sunnat saabitah jo hai, woh hai jo jis ke liye rasool Allah bhejey gaye aur woh is quran se maloom hogi.</w:t>
      </w:r>
    </w:p>
    <w:p>
      <w:pPr>
        <w:jc w:val="right"/>
      </w:pPr>
      <w:r>
        <w:t>یعنی عادتا عرب کے میں چونکہ آپ جب پیدا ہوئے تو عرب کے عادت کے مطابق آپ یہ ایسا کرنے لگے۔ لیکن سنت ثابتہ جو ہے، وہ ہے جو جس کے لیے رسول اللہ بھیجے گئے اور وہ اس قرآن سے معلوم ہوگی۔</w:t>
      </w:r>
    </w:p>
    <w:p>
      <w:r>
        <w:rPr>
          <w:b/>
        </w:rPr>
        <w:t xml:space="preserve">[53:56] </w:t>
      </w:r>
      <w:r>
        <w:t>to sunnat rasool Allah ki kya thi? usooli tor par is ka maqsad quran hai. misaal tor par rasool Allah Allah ta'ala ne farmaya ke: "ya ayyuhal rasool, balagh ilaik rabbuk." yeh sunnat hai, sunnat dawat.</w:t>
      </w:r>
    </w:p>
    <w:p>
      <w:pPr>
        <w:jc w:val="right"/>
      </w:pPr>
      <w:r>
        <w:t>تو سنت رسول اللہ کی کیا تھی؟ اصولی طور پر اس کا مقصد قرآن ہے۔ مثال طور پر رسول اللہ اللہ تعالی نے فرمایا کہ: "یا ایہا الرسول، بلغ الیک ربک۔" یہ سنت ہے، سنت دعوت۔</w:t>
      </w:r>
    </w:p>
    <w:p>
      <w:r>
        <w:rPr>
          <w:b/>
        </w:rPr>
        <w:t xml:space="preserve">[54:13] </w:t>
      </w:r>
      <w:r>
        <w:t>sunnat dawat jin logon ko jin cheezon ko log sunnat kehte hain, woh aam tor par is ke liye kitaabein likhi gayi hain. shama'il, shama'il is mein bhi baatein hoti hain.</w:t>
      </w:r>
    </w:p>
    <w:p>
      <w:pPr>
        <w:jc w:val="right"/>
      </w:pPr>
      <w:r>
        <w:t>سنت دعوت جن لوگوں کو جن چیزوں کو لوگ سنت کہتے ہیں، وہ عام طور پر اس کے لیے کتابیں لکھی گئی ہیں۔ شمائل، شمائل اس میں بھی باتیں ہوتی ہیں۔</w:t>
      </w:r>
    </w:p>
    <w:p>
      <w:r>
        <w:rPr>
          <w:b/>
        </w:rPr>
        <w:t xml:space="preserve">[54:23] </w:t>
      </w:r>
      <w:r>
        <w:t>to shama'il alag cheez hai, sunnat alag cheez hai.</w:t>
      </w:r>
    </w:p>
    <w:p>
      <w:pPr>
        <w:jc w:val="right"/>
      </w:pPr>
      <w:r>
        <w:t>تو شمائل الگ چیز ہے، سنت الگ چیز ہے۔</w:t>
      </w:r>
    </w:p>
    <w:p>
      <w:r>
        <w:rPr>
          <w:b/>
        </w:rPr>
        <w:t xml:space="preserve">[54:30] </w:t>
      </w:r>
      <w:r>
        <w:t>Maulana, agla sawal Atef Rafiq sahib ne bheja hai USA se. Unhone aap se poocha hai: "That what does it mean to separate history in the understanding of the Quran?</w:t>
      </w:r>
    </w:p>
    <w:p>
      <w:pPr>
        <w:jc w:val="right"/>
      </w:pPr>
      <w:r>
        <w:t>مولانا، اگلا سوال عاطف رفیق صاحب نے بھیجا ہے یو ایس اے سے۔ انہوں نے آپ سے پوچھا ہے: "دیٹ واٹ ڈز اٹ مین ٹو سیپریٹ ہسٹری ان دی انڈرسٹینڈنگ آف دا قرآن</w:t>
      </w:r>
    </w:p>
    <w:p>
      <w:r>
        <w:rPr>
          <w:b/>
        </w:rPr>
        <w:t xml:space="preserve">[54:43] </w:t>
      </w:r>
      <w:r>
        <w:t>?" is ke bare mein bataein. maine to misalein di hain aap ko, itni sari misalein ke nasb al-imam jo hai, woh histree ka part hai, woh quran ka part nahi hai.</w:t>
      </w:r>
    </w:p>
    <w:p>
      <w:pPr>
        <w:jc w:val="right"/>
      </w:pPr>
      <w:r>
        <w:t>؟" اس کے بارے میں بتائیں۔ میں نے تو مثالیں دی ہیں آپ کو، اتنی ساری مثالیں کہ نصب الامام جو ہے، وہ ہسٹری کا پارٹ ہے، وہ قرآن کا پارٹ نہیں ہے۔</w:t>
      </w:r>
    </w:p>
    <w:p>
      <w:r>
        <w:rPr>
          <w:b/>
        </w:rPr>
        <w:t xml:space="preserve">[54:56] </w:t>
      </w:r>
      <w:r>
        <w:t>kyun? quran mein kahin likha hua nahi ke hamesha tumhare andar ek imam hona chahiye. imam nahi rahega to jahiliyat jaldi ho jayegi.</w:t>
      </w:r>
    </w:p>
    <w:p>
      <w:pPr>
        <w:jc w:val="right"/>
      </w:pPr>
      <w:r>
        <w:t>کیوں؟ قرآن میں کہیں لکھا ہوا نہیں کہ ہمیشہ تمہارے اندر ایک امام ہونا چاہیے۔ امام نہیں رہے گا تو جاہلیت جلدی ہو جائے گی۔</w:t>
      </w:r>
    </w:p>
    <w:p>
      <w:r>
        <w:rPr>
          <w:b/>
        </w:rPr>
        <w:t xml:space="preserve">[55:07] </w:t>
      </w:r>
      <w:r>
        <w:t>baad ke zamane mein shatb rasool, baad ke zamane mein bana qata' murtad, baad ke zamane mein bana.</w:t>
      </w:r>
    </w:p>
    <w:p>
      <w:pPr>
        <w:jc w:val="right"/>
      </w:pPr>
      <w:r>
        <w:t>بعد کے زمانے میں شطب رسول، بعد کے زمانے میں بنا قطع مرتد، بعد کے زمانے میں بنا۔</w:t>
      </w:r>
    </w:p>
    <w:p>
      <w:r>
        <w:rPr>
          <w:b/>
        </w:rPr>
        <w:t xml:space="preserve">[55:16] </w:t>
      </w:r>
      <w:r>
        <w:t>to jo cheez rasool Allah, jo cheez baad ke zamane mein bani, woh part of histree hai aur jo quran mein hai ya rasool Allah ke zamane mein bani, woh part of islam hai.</w:t>
      </w:r>
    </w:p>
    <w:p>
      <w:pPr>
        <w:jc w:val="right"/>
      </w:pPr>
      <w:r>
        <w:t>تو جو چیز رسول اللہ، جو چیز بعد کے زمانے میں بنی، وہ پارٹ آف ہسٹری ہے اور جو قرآن میں ہے یا رسول اللہ کے زمانے میں بنی، وہ پارٹ آف اسلام ہے۔</w:t>
      </w:r>
    </w:p>
    <w:p>
      <w:r>
        <w:rPr>
          <w:b/>
        </w:rPr>
        <w:t xml:space="preserve">[55:33] </w:t>
      </w:r>
      <w:r>
        <w:t>maulana, agla sawal lene se pehle do comments parhna chahenge. pehla comment aaya hai kanpur UP se muhammad ayub sahib ka aur unhone likha hai: "maulana sahib, you ar rait.</w:t>
      </w:r>
    </w:p>
    <w:p>
      <w:pPr>
        <w:jc w:val="right"/>
      </w:pPr>
      <w:r>
        <w:t>مولانا، اگلا سوال لینے سے پہلے دو کمنٹس پڑھنا چاہیں گے۔ پہلا کمنٹ آیا ہے کانپور یو پی سے محمد ایوب صاحب کا اور انہوں نے لکھا ہے: "مولانا صاحب، یو آر رائٹ۔</w:t>
      </w:r>
    </w:p>
    <w:p>
      <w:r>
        <w:rPr>
          <w:b/>
        </w:rPr>
        <w:t xml:space="preserve">[55:47] </w:t>
      </w:r>
      <w:r>
        <w:t>"If one derives Islam from history, it leads to pride. While deriving it from Quran and Sunnah, leads us to modesty." Sahi hai.</w:t>
      </w:r>
    </w:p>
    <w:p>
      <w:pPr>
        <w:jc w:val="right"/>
      </w:pPr>
      <w:r>
        <w:t>اف ون ڈیرائیوز اسلام فرام ہسٹری، اٹ لیڈز ٹو پرائیڈ۔ وائل ڈیرائیونگ اٹ فرام قرآن اینڈ سنت، لیڈز اس ٹو ماڈیسٹی۔" صحیح ہے۔</w:t>
      </w:r>
    </w:p>
    <w:p>
      <w:r>
        <w:rPr>
          <w:b/>
        </w:rPr>
        <w:t xml:space="preserve">[55:59] </w:t>
      </w:r>
      <w:r>
        <w:t>Maulana, agla comment bheja hai Miss Shabana Ansari ne Pakistan se aur unhone likha hai: "Any body who reads Quran and Hadith separating it from history,</w:t>
      </w:r>
    </w:p>
    <w:p>
      <w:pPr>
        <w:jc w:val="right"/>
      </w:pPr>
      <w:r>
        <w:t>مولانا، اگلا کمنٹ بھیجا ہے مس شبانہ انصاری نے پاکستان سے اور انہوں نے لکھا ہے: "اینی بڈی ہو ریڈز قرآن اینڈ حدیث سیپریٹنگ اٹ فرام ہسٹری،</w:t>
      </w:r>
    </w:p>
    <w:p>
      <w:r>
        <w:rPr>
          <w:b/>
        </w:rPr>
        <w:t xml:space="preserve">[56:14] </w:t>
      </w:r>
      <w:r>
        <w:t>he or she would surely join CPS mission of peace."</w:t>
      </w:r>
    </w:p>
    <w:p>
      <w:pPr>
        <w:jc w:val="right"/>
      </w:pPr>
      <w:r>
        <w:t>ہی اور شی وڈ شورلی جوائن سی پی ایس مشن آف پیس۔"</w:t>
      </w:r>
    </w:p>
    <w:p>
      <w:r>
        <w:rPr>
          <w:b/>
        </w:rPr>
        <w:t xml:space="preserve">[56:23] </w:t>
      </w:r>
      <w:r>
        <w:t>Maulana, agla sawal Dilli se kiya hai Miss Naghma Siddiqui ne aur unhone likha hai: "Maulana, you said political power is for stability.</w:t>
      </w:r>
    </w:p>
    <w:p>
      <w:pPr>
        <w:jc w:val="right"/>
      </w:pPr>
      <w:r>
        <w:t>مولانا، اگلا سوال دلی سے کیا ہے مس نغمہ صدیقی نے اور انہوں نے لکھا ہے: "مولانا، یو سیڈ پولیٹیکل پاور از فار سٹیبلٹی۔</w:t>
      </w:r>
    </w:p>
    <w:p>
      <w:r>
        <w:rPr>
          <w:b/>
        </w:rPr>
        <w:t xml:space="preserve">[56:35] </w:t>
      </w:r>
      <w:r>
        <w:t>How can people be made to understand this?</w:t>
      </w:r>
    </w:p>
    <w:p>
      <w:pPr>
        <w:jc w:val="right"/>
      </w:pPr>
      <w:r>
        <w:t>ہاؤ کین پیپل بی میڈ ٹو انڈرسٹینڈ دس؟</w:t>
      </w:r>
    </w:p>
    <w:p>
      <w:r>
        <w:rPr>
          <w:b/>
        </w:rPr>
        <w:t xml:space="preserve">[56:39] </w:t>
      </w:r>
      <w:r>
        <w:t>pliz giv as yor gaidans." dekhein, quran mein kahin bhi yeh nahi hai ke iqam daulat al-islam nafi shariat al-islamiyah kahin nahi hai.</w:t>
      </w:r>
    </w:p>
    <w:p>
      <w:pPr>
        <w:jc w:val="right"/>
      </w:pPr>
      <w:r>
        <w:t>پلیز گیو اس یور گائیڈنس۔" دیکھیں، قرآن میں کہیں بھی یہ نہیں ہے کہ اقم دولت الاسلام نفی شریعت الاسلامیہ کہیں نہیں ہے۔</w:t>
      </w:r>
    </w:p>
    <w:p>
      <w:r>
        <w:rPr>
          <w:b/>
        </w:rPr>
        <w:t xml:space="preserve">[56:54] </w:t>
      </w:r>
      <w:r>
        <w:t>yani ke is ke baad jo lafz hai, woh tamkeen ka lafz hai: "alladhina makkanna fi al-ard." to islam mein hukoomat ka purpose tamkeen hai, yani stebiliti.</w:t>
      </w:r>
    </w:p>
    <w:p>
      <w:pPr>
        <w:jc w:val="right"/>
      </w:pPr>
      <w:r>
        <w:t>یعنی کہ اس کے بعد جو لفظ ہے، وہ تمقین کا لفظ ہے: "الذین مکنا فی الارض۔" تو اسلام میں حکومت کا پرپس تمقین ہے، یعنی سٹیبلٹی۔</w:t>
      </w:r>
    </w:p>
    <w:p>
      <w:r>
        <w:rPr>
          <w:b/>
        </w:rPr>
        <w:t xml:space="preserve">[57:09] </w:t>
      </w:r>
      <w:r>
        <w:t>naafiz nizam ka naafiz karna yeh hai hi nahi. kyun? asal jo kaam hai, woh dawat Allah ka kaam, islaahi akhlaq, social islaah, akhlaqi islaah aur literature zamane ke mutabiq literature tayyar karna.</w:t>
      </w:r>
    </w:p>
    <w:p>
      <w:pPr>
        <w:jc w:val="right"/>
      </w:pPr>
      <w:r>
        <w:t>نافذ نظام کا نافذ کرنا یہ ہے ہی نہیں۔ کیوں؟ اصل جو کام ہے، وہ دعوت اللہ کا کام، اصلاحی اخلاق، سوشل اصلاح، اخلاقی اصلاح اور لٹریچر زمانے کے مطابق لٹریچر تیار کرنا۔</w:t>
      </w:r>
    </w:p>
    <w:p>
      <w:r>
        <w:rPr>
          <w:b/>
        </w:rPr>
        <w:t xml:space="preserve">[57:29] </w:t>
      </w:r>
      <w:r>
        <w:t>jo asal kaam hai, is ke liye sirf stebiliti chahiye, hamein pis chahiye. baqi jo log bana rakha hai, us ko agar aap asal banayenge to raaj ho raha hoga.</w:t>
      </w:r>
    </w:p>
    <w:p>
      <w:pPr>
        <w:jc w:val="right"/>
      </w:pPr>
      <w:r>
        <w:t>جو اصل کام ہے، اس کے لیے صرف سٹیبلٹی چاہیے، ہمیں پیس چاہیے۔ باقی جو لوگ بنا رکھا ہے، اس کو اگر آپ اصل بنائیں گے تو راج ہو رہا ہوگا۔</w:t>
      </w:r>
    </w:p>
    <w:p>
      <w:r>
        <w:rPr>
          <w:b/>
        </w:rPr>
        <w:t xml:space="preserve">[57:40] </w:t>
      </w:r>
      <w:r>
        <w:t>is ki misaal misr hai ke misr mein unhone banaya yeh ke justice qaim karna. justice party banayi unhone to 60 saal se lad rahe hain, bas lad rahe hain, lad rahe hain, kuch bhi, kuch bhi nahi hua.</w:t>
      </w:r>
    </w:p>
    <w:p>
      <w:pPr>
        <w:jc w:val="right"/>
      </w:pPr>
      <w:r>
        <w:t>اس کی مثال مصر ہے کہ مصر میں انہوں نے بنایا یہ کہ جسٹس قائم کرنا۔ جسٹس پارٹی بنائی انہوں نے تو 60 سال سے لڑ رہے ہیں، بس لڑ رہے ہیں، لڑ رہے ہیں، کچھ بھی، کچھ بھی نہیں ہوا۔</w:t>
      </w:r>
    </w:p>
    <w:p>
      <w:r>
        <w:rPr>
          <w:b/>
        </w:rPr>
        <w:t xml:space="preserve">[57:54] </w:t>
      </w:r>
      <w:r>
        <w:t>jabke misr mein dunya ki bohat zyada tadad aati thi, aati hai touriston ki.</w:t>
      </w:r>
    </w:p>
    <w:p>
      <w:pPr>
        <w:jc w:val="right"/>
      </w:pPr>
      <w:r>
        <w:t>جبکہ مصر میں دنیا کی بہت زیادہ تعداد آتی تھی، آتی ہے ٹورسٹوں کی۔</w:t>
      </w:r>
    </w:p>
    <w:p>
      <w:r>
        <w:rPr>
          <w:b/>
        </w:rPr>
        <w:t xml:space="preserve">[58:03] </w:t>
      </w:r>
      <w:r>
        <w:t>yeh tourist jo hai, saare ke saare muaddal mad'u hain hamare liye. itna bara chance kho kho diya unhone 60 saal mein kyunke unko islam pahuncha nahi hai.</w:t>
      </w:r>
    </w:p>
    <w:p>
      <w:pPr>
        <w:jc w:val="right"/>
      </w:pPr>
      <w:r>
        <w:t>یہ ٹورسٹ جو ہے، سارے کے سارے معدل مدعو ہیں ہمارے لیے۔ اتنا بڑا چانس کھو کھو دیا انہوں نے 60 سال میں کیونکہ ان کو اسلام پہنچا نہیں ہے۔</w:t>
      </w:r>
    </w:p>
    <w:p>
      <w:r>
        <w:rPr>
          <w:b/>
        </w:rPr>
        <w:t xml:space="preserve">[58:14] </w:t>
      </w:r>
      <w:r>
        <w:t>bhai, lar rahe hain jo hukumat aati hai, usay larte hain ke justice qaim karo.</w:t>
      </w:r>
    </w:p>
    <w:p>
      <w:pPr>
        <w:jc w:val="right"/>
      </w:pPr>
      <w:r>
        <w:t>بھئی، لڑ رہے ہیں جو حکومت آتی ہے، اسے لڑتے ہیں کہ جسٹس قائم کرو۔</w:t>
      </w:r>
    </w:p>
    <w:p>
      <w:r>
        <w:rPr>
          <w:b/>
        </w:rPr>
        <w:t xml:space="preserve">[58:23] </w:t>
      </w:r>
      <w:r>
        <w:t>is liye goal jo hai, wahi rahega jis se jo jo quran mein hai, yani taqeen, stability, is ki bane, is ko bane, is ki sharait sharah karti hui kaha ke stability se sare islam ke kaam anjam paate hain.</w:t>
      </w:r>
    </w:p>
    <w:p>
      <w:pPr>
        <w:jc w:val="right"/>
      </w:pPr>
      <w:r>
        <w:t>اس لیے گول جو ہے، وہی رہے گا جس سے جو جو قرآن میں ہے، یعنی تمقین، اسٹیبلٹی، اس کی بنے، اس کو بنے، اس کی شرائط شرح کرتی ہوئی کہا کہ اسٹیبلٹی سے سارے اسلام کے کام انجام پاتے ہیں۔</w:t>
      </w:r>
    </w:p>
    <w:p>
      <w:r>
        <w:rPr>
          <w:b/>
        </w:rPr>
        <w:t xml:space="preserve">[58:41] </w:t>
      </w:r>
      <w:r>
        <w:t>yeh taleem hai, dawat hai, jo islam ka asal kaam hai, yani spirit ka revival hai, woh sab ke liye stability chahiye.</w:t>
      </w:r>
    </w:p>
    <w:p>
      <w:pPr>
        <w:jc w:val="right"/>
      </w:pPr>
      <w:r>
        <w:t>یہ تعلیم ہے، دعوت ہے، جو اسلام کا اصل کام ہے، یعنی سپرٹ کا ریوائیول ہے، وہ سب کے لیے سٹیبلٹی چاہیے۔</w:t>
      </w:r>
    </w:p>
    <w:p>
      <w:r>
        <w:rPr>
          <w:b/>
        </w:rPr>
        <w:t xml:space="preserve">[58:55] </w:t>
      </w:r>
      <w:r>
        <w:t>stability se aati hai peace aur peace se sari opportunities khulti hain.</w:t>
      </w:r>
    </w:p>
    <w:p>
      <w:pPr>
        <w:jc w:val="right"/>
      </w:pPr>
      <w:r>
        <w:t>اسٹیبلٹی سے آتی ہے پیس اور پیس سے ساری اپرچونیٹیز کھلتی ہیں۔</w:t>
      </w:r>
    </w:p>
    <w:p>
      <w:r>
        <w:rPr>
          <w:b/>
        </w:rPr>
        <w:t xml:space="preserve">[59:04] </w:t>
      </w:r>
      <w:r>
        <w:t>maulana, agla ek comment parhna chahenge jo miss farhana tahir sahibah ne bheja hai USA se aur unhon ne likha hai ke aap ne pichle lecture mein bilkul sahi kaha tha ke muslims agar tashaddud na karein to muslims bilkul azaad hain.</w:t>
      </w:r>
    </w:p>
    <w:p>
      <w:pPr>
        <w:jc w:val="right"/>
      </w:pPr>
      <w:r>
        <w:t>مولانا، اگلا ایک کمنٹ پڑھنا چاہیں گے جو مس فرحانہ طاہر صاحبہ نے بھیجا ہے یو ایس اے سے اور انہوں نے لکھا ہے کہ آپ نے پچھلے لیکچر میں بالکل صحیح کہا تھا کہ مسلمز اگر تشدد نہ کریں تو مسلمز بالکل آزاد ہیں۔</w:t>
      </w:r>
    </w:p>
    <w:p>
      <w:r>
        <w:rPr>
          <w:b/>
        </w:rPr>
        <w:t xml:space="preserve">[59:24] </w:t>
      </w:r>
      <w:r>
        <w:t>western log bohat achhe hain. nine eleven ke baad kuch waqeat hue musalman ke khilaaf lekin mostly jo log yahan par hain, woh achhe hain.</w:t>
      </w:r>
    </w:p>
    <w:p>
      <w:pPr>
        <w:jc w:val="right"/>
      </w:pPr>
      <w:r>
        <w:t>ویسٹرن لوگ بہت اچھے ہیں۔ نائن الیون کے بعد کچھ واقعات ہوئے مسلمان کے خلاف لیکن موسٹلی جو لوگ یہاں پر ہیں، وہ اچھے ہیں۔</w:t>
      </w:r>
    </w:p>
    <w:p>
      <w:r>
        <w:rPr>
          <w:b/>
        </w:rPr>
        <w:t xml:space="preserve">[59:36] </w:t>
      </w:r>
      <w:r>
        <w:t>main hamesha apne husband se kehti hoon ke sab ko muskara kar greet karo. as we are ambassadors of islam, we should think positively and love them so that we can convey the message of islam to them.</w:t>
      </w:r>
    </w:p>
    <w:p>
      <w:pPr>
        <w:jc w:val="right"/>
      </w:pPr>
      <w:r>
        <w:t>میں ہمیشہ اپنے ہسبینڈ سے کہتی ہوں کہ سب کو مسکرا کر گریٹ کرو۔ ایز وی آر ایمبیسڈرز آف اسلام، وی شوڈ تھنک پازیٹیولی اینڈ لو دیم سو دیٹ وی کین کنوے دی میسج آف اسلام ٹو دیم۔</w:t>
      </w:r>
    </w:p>
    <w:p>
      <w:r>
        <w:rPr>
          <w:b/>
        </w:rPr>
        <w:t xml:space="preserve">[59:55] </w:t>
      </w:r>
      <w:r>
        <w:t>maulana, ek aur comment aur sawal aaya hai miss salma ka pakistan se. un ka comment jo hai, pehle woh padhte hain.</w:t>
      </w:r>
    </w:p>
    <w:p>
      <w:pPr>
        <w:jc w:val="right"/>
      </w:pPr>
      <w:r>
        <w:t>مولانا، ایک اور کمنٹ اور سوال آیا ہے مس سلمہ کا پاکستان سے۔ ان کا کمنٹ جو ہے، پہلے وہ پڑھتے ہیں۔</w:t>
      </w:r>
    </w:p>
    <w:p>
      <w:r>
        <w:rPr>
          <w:b/>
        </w:rPr>
        <w:t xml:space="preserve">[1:00:04] </w:t>
      </w:r>
      <w:r>
        <w:t>unhon ne likha hai ke while distributing your tazkir, maulana sahib, i have discovered that giving full tazkir with commentary to students of deeni madrasa is more beneficial than just giving them only the translation.</w:t>
      </w:r>
    </w:p>
    <w:p>
      <w:pPr>
        <w:jc w:val="right"/>
      </w:pPr>
      <w:r>
        <w:t>انہوں نے لکھا ہے کہ وائل ڈسٹریبیوٹنگ یور تذکیر، مولانا صاحب، آئی ہیو ڈسکورڈ دیٹ گیونگ فل تذکیر ود کمنٹری ٹو سٹوڈنٹس آف دینی مدرسہ از مور بینیفیشل دین جسٹ گیونگ دیم اونلی دا ٹرانسلیشن۔</w:t>
      </w:r>
    </w:p>
    <w:p>
      <w:r>
        <w:rPr>
          <w:b/>
        </w:rPr>
        <w:t xml:space="preserve">[1:00:22] </w:t>
      </w:r>
      <w:r>
        <w:t>my question is in one of your lectures while explaining the hadith of Ghazwa-e-Hind, you had mentioned about the good news of the Muslims of Hind which was mentioned in the hadith.</w:t>
      </w:r>
    </w:p>
    <w:p>
      <w:pPr>
        <w:jc w:val="right"/>
      </w:pPr>
      <w:r>
        <w:t>مائی کوئسچن از ان ون آف یور لیکچر وائل ایکسپلیننگ دا حدیث آف گزوائے ہند، یو ہیڈ مینشنڈ اباؤٹ دا گڈ نیوز آف دا مسلمز آف ہند وچ واز مینشن ان دا حدیث۔</w:t>
      </w:r>
    </w:p>
    <w:p>
      <w:r>
        <w:rPr>
          <w:b/>
        </w:rPr>
        <w:t xml:space="preserve">[1:00:37] </w:t>
      </w:r>
      <w:r>
        <w:t>do the Muslims who reside in Pakistan are also included in it or not? what is your opinion in this?</w:t>
      </w:r>
    </w:p>
    <w:p>
      <w:pPr>
        <w:jc w:val="right"/>
      </w:pPr>
      <w:r>
        <w:t>ڈو دا مسلمز ہو ریسائیڈ ان پاکستان آر السو انکلوڈڈ ان اٹ اور ناٹ؟ واٹ از یور اوپینین ان دس؟</w:t>
      </w:r>
    </w:p>
    <w:p>
      <w:r>
        <w:rPr>
          <w:b/>
        </w:rPr>
        <w:t xml:space="preserve">[1:00:47] </w:t>
      </w:r>
      <w:r>
        <w:t>kya baat hai? samjhaein ke maulana, woh jo Ghazwa-e-Hind ke hawale se jo hadith hai, hmm, ke mujhe wahan se thandi hawaein aati hain, to woh yeh janna chahti hai ke kya is Ghazwa-e-Hind ke is se tha?</w:t>
      </w:r>
    </w:p>
    <w:p>
      <w:pPr>
        <w:jc w:val="right"/>
      </w:pPr>
      <w:r>
        <w:t>کیا بات ہے؟ سمجھائیں کہ مولانا، وہ جو گزوائے ہند کے حوالے سے جو حدیث ہے، ہمم، کہ مجھے وہاں سے ٹھنڈی ہوائیں آتی ہیں، تو وہ یہ جاننا چاہتی ہے کہ کیا اس گزوائے ہند کے اس سے تھا؟</w:t>
      </w:r>
    </w:p>
    <w:p>
      <w:r>
        <w:rPr>
          <w:b/>
        </w:rPr>
        <w:t xml:space="preserve">[1:01:02] </w:t>
      </w:r>
      <w:r>
        <w:t>to kya pakistan bhi is mein included hai? abhi aaye</w:t>
      </w:r>
    </w:p>
    <w:p>
      <w:pPr>
        <w:jc w:val="right"/>
      </w:pPr>
      <w:r>
        <w:t>تو کیا پاکستان بھی اس میں انکلوڈڈ ہے؟ ابھی آئے</w:t>
      </w:r>
    </w:p>
    <w:p>
      <w:r>
        <w:rPr>
          <w:b/>
        </w:rPr>
        <w:t xml:space="preserve">[1:01:11] </w:t>
      </w:r>
      <w:r>
        <w:t>pakistan, aap ne koi hind ka part samjha to hai? pakistan ne apne ko hind ka part samjha hai to zaroor hai. woh kya khayal hai aap ka?</w:t>
      </w:r>
    </w:p>
    <w:p>
      <w:pPr>
        <w:jc w:val="right"/>
      </w:pPr>
      <w:r>
        <w:t>پاکستان، آپ نے کوئی ہند کا پارٹ سمجھا تو ہے؟ پاکستان نے اپنے کو ہند کا پارٹ سمجھا ہے تو ضرور ہے۔ وہ کیا خیال ہے آپ کا؟</w:t>
      </w:r>
    </w:p>
    <w:p>
      <w:r>
        <w:rPr>
          <w:b/>
        </w:rPr>
        <w:t xml:space="preserve">[1:01:21] </w:t>
      </w:r>
      <w:r>
        <w:t>ji, ji, maulana, is the same subcontinent. so in that context, ah, it can be construed as yes. haan, poora subcontinent mein to yahi samajhta hoon, poora subcontinent is ka is mein included hai.</w:t>
      </w:r>
    </w:p>
    <w:p>
      <w:pPr>
        <w:jc w:val="right"/>
      </w:pPr>
      <w:r>
        <w:t>جی، جی، مولانا، از دا سیم سب کانٹیننٹ۔ سو ان دیٹ کانٹیکسٹ، اہ، اٹ کین بی کنسٹروڈ ایز یس۔ ہاں، پورا سب کانٹیننٹ میں تو یہی سمجھتا ہوں، پورا سب کانٹیننٹ اس کا اس میں انکلوڈڈ ہے۔</w:t>
      </w:r>
    </w:p>
    <w:p>
      <w:r>
        <w:rPr>
          <w:b/>
        </w:rPr>
        <w:t xml:space="preserve">[1:01:36] </w:t>
      </w:r>
      <w:r>
        <w:t>ji, maulana, agla sawal rizwan sahib ne bheja hai. unhon ne location nahi likhi hai. un ka sawal yeh hai ke how to avoid distractions of the world and be focused?</w:t>
      </w:r>
    </w:p>
    <w:p>
      <w:pPr>
        <w:jc w:val="right"/>
      </w:pPr>
      <w:r>
        <w:t>جی، مولانا، اگلا سوال رضوان صاحب نے بھیجا ہے۔ انہوں نے لوکیشن نہیں لکھی ہے۔ ان کا سوال یہ ہے کہ ہاؤ ٹو اوائڈ ڈسٹریکشنز آف دی ورلڈ اینڈ بی فوکسڈ؟</w:t>
      </w:r>
    </w:p>
    <w:p>
      <w:r>
        <w:rPr>
          <w:b/>
        </w:rPr>
        <w:t xml:space="preserve">[1:01:52] </w:t>
      </w:r>
      <w:r>
        <w:t>bhai, is ke liye aap ko apne apne andar yani disciplined thinking laani hogi. disciplined thinking yani munazzam andaaz mein sochna.</w:t>
      </w:r>
    </w:p>
    <w:p>
      <w:pPr>
        <w:jc w:val="right"/>
      </w:pPr>
      <w:r>
        <w:t>بھئی، اس کے لیے آپ کو اپنے اپنے اندر یعنی ڈسپلنڈ تھنکنگ لانی ہوگی۔ ڈسپلنڈ تھنکنگ یعنی منظم انداز میں سوچنا۔</w:t>
      </w:r>
    </w:p>
    <w:p>
      <w:r>
        <w:rPr>
          <w:b/>
        </w:rPr>
        <w:t xml:space="preserve">[1:02:09] </w:t>
      </w:r>
      <w:r>
        <w:t>disciplined thinking aayegi to lazman is mein aayega ke ek focus ban jayega aap ka.</w:t>
      </w:r>
    </w:p>
    <w:p>
      <w:pPr>
        <w:jc w:val="right"/>
      </w:pPr>
      <w:r>
        <w:t>ڈسپلنڈ تھنکنگ آئے گی تو لازماً اس میں آئے گا کہ ایک فوکس بن جائے گا آپ کا۔</w:t>
      </w:r>
    </w:p>
    <w:p>
      <w:r>
        <w:rPr>
          <w:b/>
        </w:rPr>
        <w:t xml:space="preserve">[1:02:18] </w:t>
      </w:r>
      <w:r>
        <w:t>mera tajurba yahi hai.</w:t>
      </w:r>
    </w:p>
    <w:p>
      <w:pPr>
        <w:jc w:val="right"/>
      </w:pPr>
      <w:r>
        <w:t>میرا تجربہ یہی ہے۔</w:t>
      </w:r>
    </w:p>
    <w:p>
      <w:r>
        <w:rPr>
          <w:b/>
        </w:rPr>
        <w:t xml:space="preserve">[1:02:27] </w:t>
      </w:r>
      <w:r>
        <w:t>maulana, agla sawal lete hain jo salman sahib ne bheja hai bhigneshwar se aur unhon ne likha hai: "maulana, Muslims are not willing to change their stand on shatm-e-rasool.</w:t>
      </w:r>
    </w:p>
    <w:p>
      <w:pPr>
        <w:jc w:val="right"/>
      </w:pPr>
      <w:r>
        <w:t>مولانا، اگلا سوال لیتے ہیں جو سلمان صاحب نے بھیجا ہے بھگنیشور سے اور انہوں نے لکھا ہے: "مولانا، مسلمز آر ناٹ ویلنگ ٹو چینج دیر سٹینڈ ان شطم رسول۔</w:t>
      </w:r>
    </w:p>
    <w:p>
      <w:r>
        <w:rPr>
          <w:b/>
        </w:rPr>
        <w:t xml:space="preserve">[1:02:41] </w:t>
      </w:r>
      <w:r>
        <w:t>they take it as a matter of utmost concern and feel hurt. if anyone says anything against the prophet, how can we bring about the change in their thinking?"</w:t>
      </w:r>
    </w:p>
    <w:p>
      <w:pPr>
        <w:jc w:val="right"/>
      </w:pPr>
      <w:r>
        <w:t>دے ٹیک اٹ ایز ا میٹر آف اٹموسٹ کنسرن اینڈ فیل ہرٹ۔ اف اینی ون سیز اینی تھنگ اگینسٹ دا پرافٹ، ہاؤ کین وی برنگ اباؤٹ دا چینج ان دیر تھنکنگ؟"</w:t>
      </w:r>
    </w:p>
    <w:p>
      <w:r>
        <w:rPr>
          <w:b/>
        </w:rPr>
        <w:t xml:space="preserve">[1:02:57] </w:t>
      </w:r>
      <w:r>
        <w:t>yahi hai ke aap bataiye, quran hadith hum ne is pe kitabein likhi hain, mazameen likhe hain, hum ne sabit kiya ke nahi, quran mein na hadith mein yeh.</w:t>
      </w:r>
    </w:p>
    <w:p>
      <w:pPr>
        <w:jc w:val="right"/>
      </w:pPr>
      <w:r>
        <w:t>یہی ہے کہ آپ بتائیے، قرآن حدیث ہم نے اس پہ کتابیں لکھی ہیں، مضامین لکھے ہیں، ہم نے ثابت کیا کہ نہیں، قرآن میں نہ حدیث میں یہ۔</w:t>
      </w:r>
    </w:p>
    <w:p>
      <w:r>
        <w:rPr>
          <w:b/>
        </w:rPr>
        <w:t xml:space="preserve">[1:03:08] </w:t>
      </w:r>
      <w:r>
        <w:t>yeh baatein logon ko achhi tarike se pata hai samjhaie ke jo jo quran mein na ho, hadith mein na ho to islam ka masla kaise ban jayegi?</w:t>
      </w:r>
    </w:p>
    <w:p>
      <w:pPr>
        <w:jc w:val="right"/>
      </w:pPr>
      <w:r>
        <w:t>یہ باتیں لوگوں کو اچھی طریقے سے پتہ ہے سمجھائیے کہ جو جو قرآن میں نہ ہو، حدیث میں نہ ہو تو اسلام کا مسئلہ کیسے بن جائے گی؟</w:t>
      </w:r>
    </w:p>
    <w:p>
      <w:r>
        <w:rPr>
          <w:b/>
        </w:rPr>
        <w:t xml:space="preserve">[1:03:23] </w:t>
      </w:r>
      <w:r>
        <w:t>ji, maulana, agla sawal kya hai doctor safina tabassum ne ajmer se aur unhon ne likha hai: "maulana sahib, you are the most objective minded person i have seen.</w:t>
      </w:r>
    </w:p>
    <w:p>
      <w:pPr>
        <w:jc w:val="right"/>
      </w:pPr>
      <w:r>
        <w:t>جی، مولانا، اگلا سوال کیا ہے ڈاکٹر صفینہ تبسم نے اجمیر سے اور انہوں نے لکھا ہے: "مولانا صاحب، یو آر دا موسٹ ابجیکٹو مائنڈڈ پرسن آئی ہیو سین۔</w:t>
      </w:r>
    </w:p>
    <w:p>
      <w:r>
        <w:rPr>
          <w:b/>
        </w:rPr>
        <w:t xml:space="preserve">[1:03:38] </w:t>
      </w:r>
      <w:r>
        <w:t>please guide us as to how we can develop an objective and unbiased mind."</w:t>
      </w:r>
    </w:p>
    <w:p>
      <w:pPr>
        <w:jc w:val="right"/>
      </w:pPr>
      <w:r>
        <w:t>پلیز گائیڈ اس ایز ٹو ہاؤ وی کین ڈیویلپ این ابجیکٹو اینڈ ان بائسڈ مائنڈ۔"</w:t>
      </w:r>
    </w:p>
    <w:p>
      <w:r>
        <w:rPr>
          <w:b/>
        </w:rPr>
        <w:t xml:space="preserve">[1:03:52] </w:t>
      </w:r>
      <w:r>
        <w:t>mein to samajhta hoon ke is ka aik hi raaz hai apne aap ko Allah ke samne accountable samajhna</w:t>
      </w:r>
    </w:p>
    <w:p>
      <w:pPr>
        <w:jc w:val="right"/>
      </w:pPr>
      <w:r>
        <w:t>میں تو سمجھتا ہوں کہ اس کا ایک ہی راز ہے اپنے آپ کو اللہ کے سامنے اکاؤنٹیبل سمجھنا</w:t>
      </w:r>
    </w:p>
    <w:p>
      <w:r>
        <w:rPr>
          <w:b/>
        </w:rPr>
        <w:t xml:space="preserve">[1:04:04] </w:t>
      </w:r>
      <w:r>
        <w:t>ke jab bhi aap aik raah baat kahein to yeh soch kar kahein ke mujhe Allah ke samne prove karna hoga ke mein jo baat kahi thi woh waqatan durust baat thi.</w:t>
      </w:r>
    </w:p>
    <w:p>
      <w:pPr>
        <w:jc w:val="right"/>
      </w:pPr>
      <w:r>
        <w:t>کہ جب بھی آپ ایک راہ بات کہیں تو یہ سوچ کر کہیں کہ مجھے اللہ کے سامنے پروف کرنا ہوگا کہ میں جو بات کہی تھی وہ واقعتاً درست بات تھی۔</w:t>
      </w:r>
    </w:p>
    <w:p>
      <w:r>
        <w:rPr>
          <w:b/>
        </w:rPr>
        <w:t xml:space="preserve">[1:04:20] </w:t>
      </w:r>
      <w:r>
        <w:t>to apne aap ko Allah ke samne accountable samajhna yeh sab ka raaz hai right thinking ka.</w:t>
      </w:r>
    </w:p>
    <w:p>
      <w:pPr>
        <w:jc w:val="right"/>
      </w:pPr>
      <w:r>
        <w:t>تو اپنے آپ کو اللہ کے سامنے اکاؤنٹیبل سمجھنا یہ سب کا راز ہے رائٹ تھنکنگ کا۔</w:t>
      </w:r>
    </w:p>
    <w:p>
      <w:r>
        <w:rPr>
          <w:b/>
        </w:rPr>
        <w:t xml:space="preserve">[1:04:33] </w:t>
      </w:r>
      <w:r>
        <w:t>Maulana, agla sawal kya hai Nabeel Hussain sahib ne Lahore Pakistan se aur unhone aap se poocha hai ke is hijab aur burqa.</w:t>
      </w:r>
    </w:p>
    <w:p>
      <w:pPr>
        <w:jc w:val="right"/>
      </w:pPr>
      <w:r>
        <w:t>مولانا، اگلا سوال کیا ہے نبیل حسین صاحب نے لاہور پاکستان سے اور انہوں نے آپ سے پوچھا ہے کہ اس حجاب اور برقعہ۔</w:t>
      </w:r>
    </w:p>
    <w:p>
      <w:r>
        <w:rPr>
          <w:b/>
        </w:rPr>
        <w:t xml:space="preserve">[1:04:44] </w:t>
      </w:r>
      <w:r>
        <w:t>Alsu di Arab way to live. How did women use to live in the time of the prophet and what is the order now?</w:t>
      </w:r>
    </w:p>
    <w:p>
      <w:pPr>
        <w:jc w:val="right"/>
      </w:pPr>
      <w:r>
        <w:t>السو دی عرب وے ٹو لیو۔ ہاؤ ڈیڈ وومن یوز ٹو لیو ان دا ٹائم آف دا پرافٹ اینڈ واٹ از دی آرڈر ناؤ؟</w:t>
      </w:r>
    </w:p>
    <w:p>
      <w:r>
        <w:rPr>
          <w:b/>
        </w:rPr>
        <w:t xml:space="preserve">[1:04:56] </w:t>
      </w:r>
      <w:r>
        <w:t>Dekhein, aap do kitaab parh lijiye is maamle mein. Aik to bari kitaab hai, is ka naam hai Khatoon e Islam aur doosri kitaab hai mashhoor Arab aalim</w:t>
      </w:r>
    </w:p>
    <w:p>
      <w:pPr>
        <w:jc w:val="right"/>
      </w:pPr>
      <w:r>
        <w:t>دیکھیں، آپ دو کتاب پڑھ لیجئے اس معاملے میں۔ ایک تو بڑی کتاب ہے، اس کا نام ہے خاتون اسلام اور دوسری کتاب ہے مشہور عرب عالم</w:t>
      </w:r>
    </w:p>
    <w:p>
      <w:r>
        <w:rPr>
          <w:b/>
        </w:rPr>
        <w:t xml:space="preserve">[1:05:15] </w:t>
      </w:r>
      <w:r>
        <w:t>Naseeruddin Alalbani, Sheikh Naseeruddin Alalbani ki kitaab hai Hijab al Marat al Muslima.</w:t>
      </w:r>
    </w:p>
    <w:p>
      <w:pPr>
        <w:jc w:val="right"/>
      </w:pPr>
      <w:r>
        <w:t>ناصر الدین الالوانی، شیخ ناصر الدین الالوانی کی کتاب ہے حجاب المرت المسلمہ۔</w:t>
      </w:r>
    </w:p>
    <w:p>
      <w:r>
        <w:rPr>
          <w:b/>
        </w:rPr>
        <w:t xml:space="preserve">[1:05:25] </w:t>
      </w:r>
      <w:r>
        <w:t>Is kitaab ka khulasa maine apni kitaab mein, yeh Arabi kitaab hai, is ka khulasa maine apni kitaab mein Urdu mein de diya hai. Is ko aap parh lijiye, phir sawal kijiye.</w:t>
      </w:r>
    </w:p>
    <w:p>
      <w:pPr>
        <w:jc w:val="right"/>
      </w:pPr>
      <w:r>
        <w:t>اس کتاب کا خلاصہ میں نے اپنی کتاب میں، یہ عربی کتاب ہے، اس کا خلاصہ میں نے اپنی کتاب میں اردو میں دے دیا ہے۔ اس کو آپ پڑھ لیجئے، پھر سوال کیجئے۔</w:t>
      </w:r>
    </w:p>
    <w:p>
      <w:r>
        <w:rPr>
          <w:b/>
        </w:rPr>
        <w:t xml:space="preserve">[1:05:39] </w:t>
      </w:r>
      <w:r>
        <w:t>Maulana, agla sawal Gujarat se kya hai Najaf Azeem Baig sahib ne aur unhone aap se poocha hai ke nafs e ammara ke bare mein kuch hamein guide karein.</w:t>
      </w:r>
    </w:p>
    <w:p>
      <w:pPr>
        <w:jc w:val="right"/>
      </w:pPr>
      <w:r>
        <w:t>مولانا، اگلا سوال گجرات سے کیا ہے نجف عظیم بیگ صاحب نے اور انہوں نے آپ سے پوچھا ہے کہ نفس امارہ کے بارے میں کچھ ہمیں گائیڈ کریں۔</w:t>
      </w:r>
    </w:p>
    <w:p>
      <w:r>
        <w:rPr>
          <w:b/>
        </w:rPr>
        <w:t xml:space="preserve">[1:05:59] </w:t>
      </w:r>
      <w:r>
        <w:t>Dekhein, Quran mein do lafz aaye hain: nafs e ammara, nafs e lawwama.</w:t>
      </w:r>
    </w:p>
    <w:p>
      <w:pPr>
        <w:jc w:val="right"/>
      </w:pPr>
      <w:r>
        <w:t>دیکھیں، قرآن میں دو لفظ آئے ہیں: نفس امارہ، نفس لوامہ۔</w:t>
      </w:r>
    </w:p>
    <w:p>
      <w:r>
        <w:rPr>
          <w:b/>
        </w:rPr>
        <w:t xml:space="preserve">[1:06:07] </w:t>
      </w:r>
      <w:r>
        <w:t>Nafs e ammara, nafs e lawwama. Mein samajhta hoon ke nafs e ammara ka matlab hai ego aur nafs e lawwama ka matlab hai consciousness.</w:t>
      </w:r>
    </w:p>
    <w:p>
      <w:pPr>
        <w:jc w:val="right"/>
      </w:pPr>
      <w:r>
        <w:t>نفس امارہ، نفس لوامہ۔ میں سمجھتا ہوں کہ نفس امارہ کا مطلب ہے ایگو اور نفس لوامہ کا مطلب ہے کانشیسنس۔</w:t>
      </w:r>
    </w:p>
    <w:p>
      <w:r>
        <w:rPr>
          <w:b/>
        </w:rPr>
        <w:t xml:space="preserve">[1:06:22] </w:t>
      </w:r>
      <w:r>
        <w:t>Consciousness aap ka zinda ho, aap consciousness ke upar chalein to aap ke andar taqwa hoga aur aap ka ego par chalein, ego jab uthe aap ka to aap ke andar pride aa jayega.</w:t>
      </w:r>
    </w:p>
    <w:p>
      <w:pPr>
        <w:jc w:val="right"/>
      </w:pPr>
      <w:r>
        <w:t>کانشیسنس آپ کا زندہ ہو، آپ کانشیسنس کے اوپر چلیں تو آپ کے اندر تقویٰ ہوگا اور آپ کا ایگو پر چلیں، ایگو جب اٹھے آپ کا تو آپ کے اندر پرائیڈ آ جائے گا۔</w:t>
      </w:r>
    </w:p>
    <w:p>
      <w:r>
        <w:rPr>
          <w:b/>
        </w:rPr>
        <w:t xml:space="preserve">[1:06:49] </w:t>
      </w:r>
      <w:r>
        <w:t>Yeh matlab samjhe hain is ka.</w:t>
      </w:r>
    </w:p>
    <w:p>
      <w:pPr>
        <w:jc w:val="right"/>
      </w:pPr>
      <w:r>
        <w:t>یہ مطلب سمجھے ہیں اس کا۔</w:t>
      </w:r>
    </w:p>
    <w:p>
      <w:r>
        <w:rPr>
          <w:b/>
        </w:rPr>
        <w:t xml:space="preserve">[1:06:55] </w:t>
      </w:r>
      <w:r>
        <w:t>Maulana, do comments parhna chahenge jo aaye hain agla sawal lene se pehle. Pehla comment bheja hai Muhammad Bilal Shafee sahib ne Kolkata se aur unhone likha hai ke my personality change from negativity to positivity through Maulana sahib lectures.</w:t>
      </w:r>
    </w:p>
    <w:p>
      <w:pPr>
        <w:jc w:val="right"/>
      </w:pPr>
      <w:r>
        <w:t>مولانا، دو کمنٹس پڑھنا چاہیں گے جو آئے ہیں اگلا سوال لینے سے پہلے۔ پہلا کمنٹ بھیجا ہے محمد بلال شفیع صاحب نے کلکتہ سے اور انہوں نے لکھا ہے کہ مائی پرسنیلٹی چینج فرام نیگیٹیوٹی ٹو پازیٹیوٹی تھرو مولانا صاحب لیکچرز۔</w:t>
      </w:r>
    </w:p>
    <w:p>
      <w:r>
        <w:rPr>
          <w:b/>
        </w:rPr>
        <w:t xml:space="preserve">[1:07:14] </w:t>
      </w:r>
      <w:r>
        <w:t>It was like detoxificaton of human mind.</w:t>
      </w:r>
    </w:p>
    <w:p>
      <w:pPr>
        <w:jc w:val="right"/>
      </w:pPr>
      <w:r>
        <w:t>اٹ واز لائک ڈی ٹوکسیفیکیشن آف ہیومن مائنڈ۔</w:t>
      </w:r>
    </w:p>
    <w:p>
      <w:r>
        <w:rPr>
          <w:b/>
        </w:rPr>
        <w:t xml:space="preserve">[1:07:19] </w:t>
      </w:r>
      <w:r>
        <w:t>Agla comment Maulana Abdul Ghani sahib ne bheja hai aur unhone likha hai ke I find true guidance from CPS about here and the hereafter.</w:t>
      </w:r>
    </w:p>
    <w:p>
      <w:pPr>
        <w:jc w:val="right"/>
      </w:pPr>
      <w:r>
        <w:t>اگلا کمنٹ مولانا عبدالغنی صاحب نے بھیجا ہے اور انہوں نے لکھا ہے کہ آئی فائنڈ ٹرو گائیڈنس فرام سی پی ایس اباؤٹ ہیر اینڈ دی ہیر افٹر۔</w:t>
      </w:r>
    </w:p>
    <w:p>
      <w:r>
        <w:rPr>
          <w:b/>
        </w:rPr>
        <w:t xml:space="preserve">[1:07:32] </w:t>
      </w:r>
      <w:r>
        <w:t>Jazak Allah. Maulana, agla sawal kya hai Feroz sahib ne Ahmedabad se aur unhone aap se poocha hai ke what damage pride does to a person?</w:t>
      </w:r>
    </w:p>
    <w:p>
      <w:pPr>
        <w:jc w:val="right"/>
      </w:pPr>
      <w:r>
        <w:t>جزاک اللہ۔ مولانا، اگلا سوال کیا ہے فیروز صاحب نے احمد آباد سے اور انہوں نے آپ سے پوچھا ہے کہ واٹ ڈیمج پرائیڈ ڈز ٹو ا پرسن؟</w:t>
      </w:r>
    </w:p>
    <w:p>
      <w:r>
        <w:rPr>
          <w:b/>
        </w:rPr>
        <w:t xml:space="preserve">[1:07:47] </w:t>
      </w:r>
      <w:r>
        <w:t>How does it create a hurdle for purification of one soul?</w:t>
      </w:r>
    </w:p>
    <w:p>
      <w:pPr>
        <w:jc w:val="right"/>
      </w:pPr>
      <w:r>
        <w:t>ہاؤ ڈز اٹ کریٹ ا ہرڈل فار پیوریفیکیشن آف ون سول؟</w:t>
      </w:r>
    </w:p>
    <w:p>
      <w:r>
        <w:rPr>
          <w:b/>
        </w:rPr>
        <w:t xml:space="preserve">[1:07:55] </w:t>
      </w:r>
      <w:r>
        <w:t>Kya matlab hai? Maulana, pride ke hawale se woh pooch rahe hain ke woh kaise aik damaging ki tarah kaam karta hai ke hamara jo purification jo hum hamesha tazkiya e nafs ki koshish karte hain to is mein kaise rukawat pesh karta hai?</w:t>
      </w:r>
    </w:p>
    <w:p>
      <w:pPr>
        <w:jc w:val="right"/>
      </w:pPr>
      <w:r>
        <w:t>کیا مطلب ہے؟ مولانا، پرائیڈ کے حوالے سے وہ پوچھ رہے ہیں کہ وہ کیسے ایک ڈیمجنگ کی طرح کام کرتا ہے کہ ہمارا جو پیوریفیکیشن جو ہم ہمیشہ تذکائے نفس کی کوشش کرتے ہیں تو اس میں کیسے رکاوٹ پیش کرتا ہے؟</w:t>
      </w:r>
    </w:p>
    <w:p>
      <w:r>
        <w:rPr>
          <w:b/>
        </w:rPr>
        <w:t xml:space="preserve">[1:08:13] </w:t>
      </w:r>
      <w:r>
        <w:t>Dekhein, pride aap ke ego ko boost karta hai. Jahan pride hoga, wahan ego boost kar raha hoga.</w:t>
      </w:r>
    </w:p>
    <w:p>
      <w:pPr>
        <w:jc w:val="right"/>
      </w:pPr>
      <w:r>
        <w:t>دیکھیں، پرائیڈ آپ کے ایگو کو بوسٹ کرتا ہے۔ جہاں پرائیڈ ہوگا، وہاں ایگو بوسٹ کر رہا ہوگا۔</w:t>
      </w:r>
    </w:p>
    <w:p>
      <w:r>
        <w:rPr>
          <w:b/>
        </w:rPr>
        <w:t xml:space="preserve">[1:08:25] </w:t>
      </w:r>
      <w:r>
        <w:t>Woh to ego to bohat hi buri cheez hai. Pride ko aap ego se alag nahi kar sakte. Jahan pride hoga, wahan ego hoga.</w:t>
      </w:r>
    </w:p>
    <w:p>
      <w:pPr>
        <w:jc w:val="right"/>
      </w:pPr>
      <w:r>
        <w:t>وہ تو ایگو تو بہت ہی بری چیز ہے۔ پرائیڈ کو آپ ایگو سے الگ نہیں کر سکتے۔ جہاں پرائیڈ ہوگا، وہاں ایگو ہوگا۔</w:t>
      </w:r>
    </w:p>
    <w:p>
      <w:r>
        <w:rPr>
          <w:b/>
        </w:rPr>
        <w:t xml:space="preserve">[1:08:38] </w:t>
      </w:r>
      <w:r>
        <w:t>Har har pride ego ko boost karta hai.</w:t>
      </w:r>
    </w:p>
    <w:p>
      <w:pPr>
        <w:jc w:val="right"/>
      </w:pPr>
      <w:r>
        <w:t>ہر ہر پرائیڈ ایگو کو بوسٹ کرتا ہے۔</w:t>
      </w:r>
    </w:p>
    <w:p>
      <w:r>
        <w:rPr>
          <w:b/>
        </w:rPr>
        <w:t xml:space="preserve">[1:08:46] </w:t>
      </w:r>
      <w:r>
        <w:t>Doosra kehta hai Maulana, wohi purification mein kaise rukawat pesh karta hai? Self purification?</w:t>
      </w:r>
    </w:p>
    <w:p>
      <w:pPr>
        <w:jc w:val="right"/>
      </w:pPr>
      <w:r>
        <w:t>دوسرا کہتا ہے مولانا، وہی پیوریفیکیشن میں کیسے رکاوٹ پیش کرتا ہے؟ سیلف پیوریفیکیشن؟</w:t>
      </w:r>
    </w:p>
    <w:p>
      <w:r>
        <w:rPr>
          <w:b/>
        </w:rPr>
        <w:t xml:space="preserve">[1:08:55] </w:t>
      </w:r>
      <w:r>
        <w:t>Haan, self purification nahi, tazkiya. To tazkiya ki to zidd hai.</w:t>
      </w:r>
    </w:p>
    <w:p>
      <w:pPr>
        <w:jc w:val="right"/>
      </w:pPr>
      <w:r>
        <w:t>ہاں، سیلف پیوریفیکیشن نہیں، تزکیہ۔ تو تزکیہ کی تو ضد ہے۔</w:t>
      </w:r>
    </w:p>
    <w:p>
      <w:r>
        <w:rPr>
          <w:b/>
        </w:rPr>
        <w:t xml:space="preserve">[1:09:03] </w:t>
      </w:r>
      <w:r>
        <w:t>Pride jo hai, egoism aur pride jahan hoga, woh tazkiya ka process ruk jayega. Tazkiya wahan hoga jahan tazkiya ka process chal raha hai.</w:t>
      </w:r>
    </w:p>
    <w:p>
      <w:pPr>
        <w:jc w:val="right"/>
      </w:pPr>
      <w:r>
        <w:t>پرائیڈ جو ہے، ایگوئزم اور پرائیڈ جہاں ہوگا، وہ تزکیہ کا پراسیس رک جائے گا۔ تزکیہ وہاں ہوگا جہاں تزکیہ کا پراسیس چل رہا ہے۔</w:t>
      </w:r>
    </w:p>
    <w:p>
      <w:r>
        <w:rPr>
          <w:b/>
        </w:rPr>
        <w:t xml:space="preserve">[1:09:15] </w:t>
      </w:r>
      <w:r>
        <w:t>tazkiya ek ek process ka naam hai. waqti, ek waqti cheez ka naam nahi hai. tazkiya ek process ka naam hai.</w:t>
      </w:r>
    </w:p>
    <w:p>
      <w:pPr>
        <w:jc w:val="right"/>
      </w:pPr>
      <w:r>
        <w:t>تزکیہ ایک ایک پراسیس کا نام ہے۔ وقتی، ایک وقتی چیز کا نام نہیں ہے۔ تزکیہ ایک پراسیس کا نام ہے۔</w:t>
      </w:r>
    </w:p>
    <w:p>
      <w:r>
        <w:rPr>
          <w:b/>
        </w:rPr>
        <w:t xml:space="preserve">[1:09:25] </w:t>
      </w:r>
      <w:r>
        <w:t>to jahan pride hoga, jahan ego hoga, wahan tazkiya ka process hi nahi chalega. tazkiya ka process hi stop ho jayega.</w:t>
      </w:r>
    </w:p>
    <w:p>
      <w:pPr>
        <w:jc w:val="right"/>
      </w:pPr>
      <w:r>
        <w:t>تو جہاں پرائیڈ ہوگا، جہاں ایگو ہوگا، وہاں تزکیہ کا پراسیس ہی نہیں چلے گا۔ تزکیہ کا پراسیس ہی سٹاپ ہو جائے گا۔</w:t>
      </w:r>
    </w:p>
    <w:p>
      <w:r>
        <w:rPr>
          <w:b/>
        </w:rPr>
        <w:t xml:space="preserve">[1:09:38] </w:t>
      </w:r>
      <w:r>
        <w:t>to jis aadmi ko apne ko yani muzakkar shakhsiyat banana hai, usko apne aap ko pride se aur ego se bachana bhi zaroori hai.</w:t>
      </w:r>
    </w:p>
    <w:p>
      <w:pPr>
        <w:jc w:val="right"/>
      </w:pPr>
      <w:r>
        <w:t>تو جس آدمی کو اپنے کو یعنی مذکر شخصیت بنانا ہے، اس کو اپنے آپ کو پرائیڈ سے اور ایگو سے بچانا بھی ضروری ہے۔</w:t>
      </w:r>
    </w:p>
    <w:p>
      <w:r>
        <w:rPr>
          <w:b/>
        </w:rPr>
        <w:t xml:space="preserve">[1:09:49] </w:t>
      </w:r>
      <w:r>
        <w:t>dono saath saath nahi chal sakte.</w:t>
      </w:r>
    </w:p>
    <w:p>
      <w:pPr>
        <w:jc w:val="right"/>
      </w:pPr>
      <w:r>
        <w:t>دونوں ساتھ ساتھ نہیں چل سکتے۔</w:t>
      </w:r>
    </w:p>
    <w:p>
      <w:r>
        <w:rPr>
          <w:b/>
        </w:rPr>
        <w:t xml:space="preserve">[1:09:54] </w:t>
      </w:r>
      <w:r>
        <w:t>Maulana, agla comment Doctor Farida Khanoom ka hai Dilli se aur unho ne likha hai ke those who are involved in the Dawah mission should consider themselves as part of the ghazwa referred to in the Hadith.</w:t>
      </w:r>
    </w:p>
    <w:p>
      <w:pPr>
        <w:jc w:val="right"/>
      </w:pPr>
      <w:r>
        <w:t>مولانا، اگلا کمنٹ ڈاکٹر فریدہ خانم کا ہے دلی سے اور انہوں نے لکھا ہے کہ دوز ہو آر انوالوڈ ان دا دعویٰ مشن شوڈ کنسیڈر دیم سیلوز ایز پارٹ آف دا گزوہ ریفرڈ ٹو ان دا حدیث۔</w:t>
      </w:r>
    </w:p>
    <w:p>
      <w:r>
        <w:rPr>
          <w:b/>
        </w:rPr>
        <w:t xml:space="preserve">[1:10:12] </w:t>
      </w:r>
      <w:r>
        <w:t>kya matlab? ke jo log daawa mission mein involved hain. to jo aaj ek sawal bhi aaya tha maulana guzwaye hind ko le ke to doctor farida ka kehna yeh hai ke jo jo log daawa mission se involved hain, woh apne aap ko is guzwa guzway mein shamil samjhein.</w:t>
      </w:r>
    </w:p>
    <w:p>
      <w:pPr>
        <w:jc w:val="right"/>
      </w:pPr>
      <w:r>
        <w:t>کیا مطلب؟ کہ جو لوگ دعویٰ مشن میں انوالوڈ ہیں۔ تو جو آج ایک سوال بھی آیا تھا مولانا گزوائے ہند کو لے کے تو ڈاکٹر فریدہ کا کہنا یہ ہے کہ جو جو لوگ دعویٰ مشن سے انوالوڈ ہیں، وہ اپنے آپ کو اس گزوہ گزوے میں شامل سمجھیں۔</w:t>
      </w:r>
    </w:p>
    <w:p>
      <w:r>
        <w:rPr>
          <w:b/>
        </w:rPr>
        <w:t xml:space="preserve">[1:10:30] </w:t>
      </w:r>
      <w:r>
        <w:t>bhai, yeh hum nahi kar sakte. yeh to Allah ka kaam hai.</w:t>
      </w:r>
    </w:p>
    <w:p>
      <w:pPr>
        <w:jc w:val="right"/>
      </w:pPr>
      <w:r>
        <w:t>بھئی، یہ ہم نہیں کر سکتے۔ یہ تو اللہ کا کام ہے۔</w:t>
      </w:r>
    </w:p>
    <w:p>
      <w:r>
        <w:rPr>
          <w:b/>
        </w:rPr>
        <w:t xml:space="preserve">[1:10:36] </w:t>
      </w:r>
      <w:r>
        <w:t>humein to dawat ke kaam mein lage rehna hai. jo ghazwa hind wali jo baat hai, woh is ka talluq Allah se hai, hum se nahi hai.</w:t>
      </w:r>
    </w:p>
    <w:p>
      <w:pPr>
        <w:jc w:val="right"/>
      </w:pPr>
      <w:r>
        <w:t>ہمیں تو دعوت کے کام میں لگے رہنا ہے۔ جو غزوہ ہند والی جو بات ہے، وہ اس کا تعلق اللہ سے ہے، ہم سے نہیں ہے۔</w:t>
      </w:r>
    </w:p>
    <w:p>
      <w:r>
        <w:rPr>
          <w:b/>
        </w:rPr>
        <w:t xml:space="preserve">[1:10:49] </w:t>
      </w:r>
      <w:r>
        <w:t>dawat ka talluq hum se hai. hum yeh keh sakte hain ke dawat ka kaam karo kyunke woh quran mein likha hua hai. woh to ila sabir rabbik.</w:t>
      </w:r>
    </w:p>
    <w:p>
      <w:pPr>
        <w:jc w:val="right"/>
      </w:pPr>
      <w:r>
        <w:t>دعوت کا تعلق ہم سے ہے۔ ہم یہ کہہ سکتے ہیں کہ دعوت کا کام کرو کیونکہ وہ قرآن میں لکھا ہوا ہے۔ وہ تو الہ سبیر ربک۔</w:t>
      </w:r>
    </w:p>
    <w:p>
      <w:r>
        <w:rPr>
          <w:b/>
        </w:rPr>
        <w:t xml:space="preserve">[1:11:03] </w:t>
      </w:r>
      <w:r>
        <w:t>maulana, agla sawal bhopal se aaya hai shamshuddin sahib ka aur unho ne likha hai ke maulana, you said today that muslims are stick in history and that they live in pride.</w:t>
      </w:r>
    </w:p>
    <w:p>
      <w:pPr>
        <w:jc w:val="right"/>
      </w:pPr>
      <w:r>
        <w:t>مولانا، اگلا سوال بھوپال سے آیا ہے شمش الدین صاحب کا اور انہوں نے لکھا ہے کہ مولانا، یو سیڈ ٹوڈے دیٹ مسلمز آر سٹک ان ہسٹری اینڈ دیٹ دے لیو ان پرائیڈ۔</w:t>
      </w:r>
    </w:p>
    <w:p>
      <w:r>
        <w:rPr>
          <w:b/>
        </w:rPr>
        <w:t xml:space="preserve">[1:11:19] </w:t>
      </w:r>
      <w:r>
        <w:t>any leader who stands to correct this is not accepted and as a result the problem continues. so how will muslims change as this has become a vicious circle now</w:t>
      </w:r>
    </w:p>
    <w:p>
      <w:pPr>
        <w:jc w:val="right"/>
      </w:pPr>
      <w:r>
        <w:t>اینی لیڈر ہو سٹینڈز ٹو کریکٹ دس از ناٹ ایکسیپٹڈ اینڈ ایز ا رزلٹ دا پرابلم کنٹینیوز۔ سو ہاؤ ویل مسلمز چینج ایز دس ہیز بیکم ا وشیس سرکل ناؤ</w:t>
      </w:r>
    </w:p>
    <w:p>
      <w:r>
        <w:rPr>
          <w:b/>
        </w:rPr>
        <w:t xml:space="preserve">[1:11:33] </w:t>
      </w:r>
      <w:r>
        <w:t>? please advice.</w:t>
      </w:r>
    </w:p>
    <w:p>
      <w:pPr>
        <w:jc w:val="right"/>
      </w:pPr>
      <w:r>
        <w:t>؟ پلیز ایڈوائس۔</w:t>
      </w:r>
    </w:p>
    <w:p>
      <w:r>
        <w:rPr>
          <w:b/>
        </w:rPr>
        <w:t xml:space="preserve">[1:11:38] </w:t>
      </w:r>
      <w:r>
        <w:t>bhai, dekhiye, main samajhta hoon ke ek hi hal hai ke hum is soch ko quran se judge karein.</w:t>
      </w:r>
    </w:p>
    <w:p>
      <w:pPr>
        <w:jc w:val="right"/>
      </w:pPr>
      <w:r>
        <w:t>بھائی، دیکھیے، میں سمجھتا ہوں کہ ایک ہی حل ہے کہ ہم اس سوچ کو قرآن سے جج کریں۔</w:t>
      </w:r>
    </w:p>
    <w:p>
      <w:r>
        <w:rPr>
          <w:b/>
        </w:rPr>
        <w:t xml:space="preserve">[1:11:51] </w:t>
      </w:r>
      <w:r>
        <w:t>yeh soch hai kya woh quran ke mutabiq hai ya nahi?</w:t>
      </w:r>
    </w:p>
    <w:p>
      <w:pPr>
        <w:jc w:val="right"/>
      </w:pPr>
      <w:r>
        <w:t>یہ سوچ ہے کیا وہ قرآن کے مطابق ہے یا نہیں؟</w:t>
      </w:r>
    </w:p>
    <w:p>
      <w:r>
        <w:rPr>
          <w:b/>
        </w:rPr>
        <w:t xml:space="preserve">[1:12:01] </w:t>
      </w:r>
      <w:r>
        <w:t>to quran se judge karna hi</w:t>
      </w:r>
    </w:p>
    <w:p>
      <w:pPr>
        <w:jc w:val="right"/>
      </w:pPr>
      <w:r>
        <w:t>تو قرآن سے جج کرنا ہی</w:t>
      </w:r>
    </w:p>
    <w:p>
      <w:r>
        <w:rPr>
          <w:b/>
        </w:rPr>
        <w:t xml:space="preserve">[1:12:06] </w:t>
      </w:r>
      <w:r>
        <w:t>ek waahid tareeqa hai aur har maamle mein, is maamle mein bhi aur har maamle mein bhi humein chahiye ke hum quran se judge karein. quran mein agar hum paate hain is ko to is ko is ko qaim rahein, nahi to hum is ko chhod dein.</w:t>
      </w:r>
    </w:p>
    <w:p>
      <w:pPr>
        <w:jc w:val="right"/>
      </w:pPr>
      <w:r>
        <w:t>ایک واحد طریقہ ہے اور ہر معاملے میں، اس معاملے میں بھی اور ہر معاملے میں بھی ہمیں چاہیے کہ ہم قرآن سے جج کریں۔ قرآن میں اگر ہم پاتے ہیں اس کو تو اس کو اس کو قائم رہیں، نہیں تو ہم اس کو چھوڑ دیں۔</w:t>
      </w:r>
    </w:p>
    <w:p>
      <w:r>
        <w:rPr>
          <w:b/>
        </w:rPr>
        <w:t xml:space="preserve">[1:12:23] </w:t>
      </w:r>
      <w:r>
        <w:t>masjid rasool ki saza agar quran mein nahi hai to is ko chhod dijiye kyunke Allah ke samne kya jawab denge aap?</w:t>
      </w:r>
    </w:p>
    <w:p>
      <w:pPr>
        <w:jc w:val="right"/>
      </w:pPr>
      <w:r>
        <w:t>مسجد رسول کی سزا اگر قرآن میں نہیں ہے تو اس کو چھوڑ دیجئے کیونکہ اللہ کے سامنے کیا جواب دیں گے آپ؟</w:t>
      </w:r>
    </w:p>
    <w:p>
      <w:r>
        <w:rPr>
          <w:b/>
        </w:rPr>
        <w:t xml:space="preserve">[1:12:36] </w:t>
      </w:r>
      <w:r>
        <w:t>maulana, agla sawal tariq badar sahib ka hai aur unho ne aap se poocha hai what are the responsibilities of parents regarding their childrens religious upbringing?</w:t>
      </w:r>
    </w:p>
    <w:p>
      <w:pPr>
        <w:jc w:val="right"/>
      </w:pPr>
      <w:r>
        <w:t>مولانا، اگلا سوال طارق بدر صاحب کا ہے اور انہوں نے آپ سے پوچھا ہے واٹ آر دا رسپانسبیلٹیز آف پیرنٹس ریگارڈنگ دیر چلڈرنز ریلیجیس اپ برنگنگ؟</w:t>
      </w:r>
    </w:p>
    <w:p>
      <w:r>
        <w:rPr>
          <w:b/>
        </w:rPr>
        <w:t xml:space="preserve">[1:12:48] </w:t>
      </w:r>
      <w:r>
        <w:t>please guide us in this.</w:t>
      </w:r>
    </w:p>
    <w:p>
      <w:pPr>
        <w:jc w:val="right"/>
      </w:pPr>
      <w:r>
        <w:t>پلیز گائیڈ اس ان دس۔</w:t>
      </w:r>
    </w:p>
    <w:p>
      <w:r>
        <w:rPr>
          <w:b/>
        </w:rPr>
        <w:t xml:space="preserve">[1:12:53] </w:t>
      </w:r>
      <w:r>
        <w:t>achha,</w:t>
      </w:r>
    </w:p>
    <w:p>
      <w:pPr>
        <w:jc w:val="right"/>
      </w:pPr>
      <w:r>
        <w:t>اچھا،</w:t>
      </w:r>
    </w:p>
    <w:p>
      <w:r>
        <w:rPr>
          <w:b/>
        </w:rPr>
        <w:t xml:space="preserve">[1:12:59] </w:t>
      </w:r>
      <w:r>
        <w:t>main to samajhta hoon ke is zamane mein jo main jaanta hoon, parent jo hain bas do and don't ki zuban bolne bolte rehte hain.</w:t>
      </w:r>
    </w:p>
    <w:p>
      <w:pPr>
        <w:jc w:val="right"/>
      </w:pPr>
      <w:r>
        <w:t>میں تو سمجھتا ہوں کہ اس زمانے میں جو میں جانتا ہوں، پیرنٹ جو ہیں بس ڈو اینڈ ڈونٹ کی زبان بولنے بولتے رہتے ہیں۔</w:t>
      </w:r>
    </w:p>
    <w:p>
      <w:r>
        <w:rPr>
          <w:b/>
        </w:rPr>
        <w:t xml:space="preserve">[1:13:07] </w:t>
      </w:r>
      <w:r>
        <w:t>yeh karo, woh na karo, yeh na karo, woh na karo. do and don't ki zuban se kabhi islaah ho nahi sakti, namumkin hai.</w:t>
      </w:r>
    </w:p>
    <w:p>
      <w:pPr>
        <w:jc w:val="right"/>
      </w:pPr>
      <w:r>
        <w:t>یہ کرو، وہ نہ کرو، یہ نہ کرو، وہ نہ کرو۔ ڈو اینڈ ڈونٹ کی زبان سے کبھی اصلاح ہو نہیں سکتی، ناممکن ہے۔</w:t>
      </w:r>
    </w:p>
    <w:p>
      <w:r>
        <w:rPr>
          <w:b/>
        </w:rPr>
        <w:t xml:space="preserve">[1:13:18] </w:t>
      </w:r>
      <w:r>
        <w:t>aap ko you have to, you have to see the root cause. to main ne is wajah se socha hai jo root cause hai woh woh do cheezein hain.</w:t>
      </w:r>
    </w:p>
    <w:p>
      <w:pPr>
        <w:jc w:val="right"/>
      </w:pPr>
      <w:r>
        <w:t>آپ کو یو ہیو ٹو، یو ہیو ٹو سی دا روٹ کاز۔ تو میں نے اس وجہ سے سوچا ہے جو روٹ کاز ہے وہ وہ دو چیزیں ہیں۔</w:t>
      </w:r>
    </w:p>
    <w:p>
      <w:r>
        <w:rPr>
          <w:b/>
        </w:rPr>
        <w:t xml:space="preserve">[1:13:34] </w:t>
      </w:r>
      <w:r>
        <w:t>ek to bachon ki pampering. tamam parent apne bachon ki pampering karte hain aur doosri cheez hai ghar ka mahaul.</w:t>
      </w:r>
    </w:p>
    <w:p>
      <w:pPr>
        <w:jc w:val="right"/>
      </w:pPr>
      <w:r>
        <w:t>ایک تو بچوں کی پیمپرنگ۔ تمام پیرنٹ اپنے بچوں کی پیمپرنگ کرتے ہیں اور دوسری چیز ہے گھر کا ماحول۔</w:t>
      </w:r>
    </w:p>
    <w:p>
      <w:r>
        <w:rPr>
          <w:b/>
        </w:rPr>
        <w:t xml:space="preserve">[1:13:45] </w:t>
      </w:r>
      <w:r>
        <w:t>yani ghar ka mahaul jo hai woh agar materialistic hai aur aap chahein ke un ko akhirat oriented banayein, akhirat oriented thinking un ki nazar laayein to woh aa nahi sakta.</w:t>
      </w:r>
    </w:p>
    <w:p>
      <w:pPr>
        <w:jc w:val="right"/>
      </w:pPr>
      <w:r>
        <w:t>یعنی گھر کا ماحول جو ہے وہ اگر مٹیریلسٹ ہے اور آپ چاہیں کہ ان کو آخرت اورینٹڈ بنائیں، آخرت اورینٹڈ تھنکنگ ان کی نظر لائیں تو وہ آ نہیں سکتا۔</w:t>
      </w:r>
    </w:p>
    <w:p>
      <w:r>
        <w:rPr>
          <w:b/>
        </w:rPr>
        <w:t xml:space="preserve">[1:13:59] </w:t>
      </w:r>
      <w:r>
        <w:t>yani bachchon ke agar bachchon ke andar agar aap chahte hain akhirat oriented thinking to ghar ke mahaul ko ghair wadi banana hoga.</w:t>
      </w:r>
    </w:p>
    <w:p>
      <w:pPr>
        <w:jc w:val="right"/>
      </w:pPr>
      <w:r>
        <w:t>یعنی بچوں کے اگر بچوں کے اندر اگر آپ چاہتے ہیں آخرت اورینٹڈ تھنکنگ تو گھر کے ماحول کو غیر وادی بنانا ہوگا۔</w:t>
      </w:r>
    </w:p>
    <w:p>
      <w:r>
        <w:rPr>
          <w:b/>
        </w:rPr>
        <w:t xml:space="preserve">[1:14:13] </w:t>
      </w:r>
      <w:r>
        <w:t>is tarah bachchon ko chahte hain ke aap realist banen, realist to unko pampering chhodna padega. to asal cheez yahi hai ke hum root cause ko daryaft karen aur jahan root cause hai wahan se islaah ki koshish karen.</w:t>
      </w:r>
    </w:p>
    <w:p>
      <w:pPr>
        <w:jc w:val="right"/>
      </w:pPr>
      <w:r>
        <w:t>اس طرح بچوں کو چاہتے ہیں کہ آپ ریلسٹ بنیں، ریلسٹ تو ان کو پیمپرنگ چھوڑنا پڑے گا۔ تو اصل چیز یہی ہے کہ ہم روٹ کاز کو دریافت کریں اور جہاں روٹ کاز ہے وہاں سے اصلاح کی کوشش کریں۔</w:t>
      </w:r>
    </w:p>
    <w:p>
      <w:r>
        <w:rPr>
          <w:b/>
        </w:rPr>
        <w:t xml:space="preserve">[1:14:32] </w:t>
      </w:r>
      <w:r>
        <w:t>root cause hat kar ke islaah ki koshish ki jayegi to woh effective nahin hogi.</w:t>
      </w:r>
    </w:p>
    <w:p>
      <w:pPr>
        <w:jc w:val="right"/>
      </w:pPr>
      <w:r>
        <w:t>روٹ کاز ہٹ کر کے اصلاح کی کوشش کی جائے گی تو وہ ایفیکٹیو نہیں ہوگی۔</w:t>
      </w:r>
    </w:p>
    <w:p>
      <w:r>
        <w:rPr>
          <w:b/>
        </w:rPr>
        <w:t xml:space="preserve">[1:14:45] </w:t>
      </w:r>
      <w:r>
        <w:t>maulana, agla sawal kya hai? ek cheez aur is mein main izafa karunga ke insaan jo hai chahe bachcha ho ya bada, woh ek rational yani rational creature hai,</w:t>
      </w:r>
    </w:p>
    <w:p>
      <w:pPr>
        <w:jc w:val="right"/>
      </w:pPr>
      <w:r>
        <w:t>مولانا، اگلا سوال کیا ہے؟ ایک چیز اور اس میں میں اضافہ کروں گا کہ انسان جو ہے چاہے بچہ ہو یا بڑا، وہ ایک ریشنل یعنی ریشنل کریچر ہے،</w:t>
      </w:r>
    </w:p>
    <w:p>
      <w:r>
        <w:rPr>
          <w:b/>
        </w:rPr>
        <w:t xml:space="preserve">[1:15:04] </w:t>
      </w:r>
      <w:r>
        <w:t>aql se sochne wali makhlooq. aap bolte hain do and don't ki zuban to iska reason address nahin hota. to quran mein ek kal logon ki qalam baligha to aap ko reason ki zuban bolni padegi taake unka jo nature hai woh address ho, unka mind jo hai address ho.</w:t>
      </w:r>
    </w:p>
    <w:p>
      <w:pPr>
        <w:jc w:val="right"/>
      </w:pPr>
      <w:r>
        <w:t>عقل سے سوچنے والی مخلوق۔ آپ بولتے ہیں ڈو اینڈ ڈونٹ کی زبان تو اس کا ریزن ایڈریس نہیں ہوتا۔ تو قرآن میں ایک کل لوگوں کی قالم بلیغہ تو آپ کو ریزن کی زبان بولنی پڑے گی تاکہ ان کا جو نیچر ہے وہ ایڈریس ہو، ان کا مائنڈ جو ہے ایڈریس ہو۔</w:t>
      </w:r>
    </w:p>
    <w:p>
      <w:r>
        <w:rPr>
          <w:b/>
        </w:rPr>
        <w:t xml:space="preserve">[1:15:26] </w:t>
      </w:r>
      <w:r>
        <w:t>tab to woh chhodenge, kyun chhodenge woh? to main samajhta hoon ke jo log do and don't ki zuban bolte hain woh insaan ki nature ko nahin jante.</w:t>
      </w:r>
    </w:p>
    <w:p>
      <w:pPr>
        <w:jc w:val="right"/>
      </w:pPr>
      <w:r>
        <w:t>تب تو وہ چھوڑیں گے، کیوں چھوڑیں گے وہ؟ تو میں سمجھتا ہوں کہ جو لوگ ڈو اینڈ ڈونٹ کی زبان بولتے ہیں وہ انسان کی نیچر کو نہیں جانتے۔</w:t>
      </w:r>
    </w:p>
    <w:p>
      <w:r>
        <w:rPr>
          <w:b/>
        </w:rPr>
        <w:t xml:space="preserve">[1:15:41] </w:t>
      </w:r>
      <w:r>
        <w:t>insaan ki nature address hoti hai jab kisi baat ko reason ki zuban mein kaha jaye. unhen address hi nahin hogi.</w:t>
      </w:r>
    </w:p>
    <w:p>
      <w:pPr>
        <w:jc w:val="right"/>
      </w:pPr>
      <w:r>
        <w:t>انسان کی نیچر ایڈریس ہوتی ہے جب کسی بات کو ریزن کی زبان میں کہا جائے۔ انہیں ایڈریس ہی نہیں ہوگی۔</w:t>
      </w:r>
    </w:p>
    <w:p>
      <w:r>
        <w:rPr>
          <w:b/>
        </w:rPr>
        <w:t xml:space="preserve">[1:15:56] </w:t>
      </w:r>
      <w:r>
        <w:t>maulana, agla sawal pakistan se kya hai fawad al hassan sahab ne aur unhon ne likha hai ke ah sir you said that political stability is necessary for ulama to do their work</w:t>
      </w:r>
    </w:p>
    <w:p>
      <w:pPr>
        <w:jc w:val="right"/>
      </w:pPr>
      <w:r>
        <w:t>مولانا، اگلا سوال پاکستان سے کیا ہے فواد الحسان صاحب نے اور انہوں نے لکھا ہے کہ اہ سر یو سیڈ دیٹ پولیٹیکل سٹیبلٹی از نیسیسری فار علماء ٹو ڈو دیر ورک</w:t>
      </w:r>
    </w:p>
    <w:p>
      <w:r>
        <w:rPr>
          <w:b/>
        </w:rPr>
        <w:t xml:space="preserve">[1:16:11] </w:t>
      </w:r>
      <w:r>
        <w:t>when every literature is there in every muslim country in prophet of islam and his sunnah. then of a person dis respects prophet without knowing him, then why not sentence him?</w:t>
      </w:r>
    </w:p>
    <w:p>
      <w:pPr>
        <w:jc w:val="right"/>
      </w:pPr>
      <w:r>
        <w:t>وین ایوری لٹریچر از دیر ان ایوری مسلم کنٹری ان پرافٹ اف اسلام اینڈ ہز سنت۔ دین اف ا پرسن ڈس ریسپیکٹس پرافٹ وداؤٹ نوئنگ ہم، دین وائی ناٹ سینٹنس ہم؟</w:t>
      </w:r>
    </w:p>
    <w:p>
      <w:r>
        <w:rPr>
          <w:b/>
        </w:rPr>
        <w:t xml:space="preserve">[1:16:27] </w:t>
      </w:r>
      <w:r>
        <w:t>what what is your opinion in this?</w:t>
      </w:r>
    </w:p>
    <w:p>
      <w:pPr>
        <w:jc w:val="right"/>
      </w:pPr>
      <w:r>
        <w:t>واٹ واٹ از یور اوپینین ان دس؟</w:t>
      </w:r>
    </w:p>
    <w:p>
      <w:r>
        <w:rPr>
          <w:b/>
        </w:rPr>
        <w:t xml:space="preserve">[1:16:31] </w:t>
      </w:r>
      <w:r>
        <w:t>sentence kis liye? yani rasool ko koi maane na maane, uski ban par usko qatl nahin kiya jayega. kya kya keh rahe hain aap?</w:t>
      </w:r>
    </w:p>
    <w:p>
      <w:pPr>
        <w:jc w:val="right"/>
      </w:pPr>
      <w:r>
        <w:t>سینٹنس کس لیے؟ یعنی رسول کو کوئی مانے نہ مانے، اس کی بنا پر اس کو قتل نہیں کیا جائے گا۔ کیا کیا کہہ رہے ہیں آپ؟</w:t>
      </w:r>
    </w:p>
    <w:p>
      <w:r>
        <w:rPr>
          <w:b/>
        </w:rPr>
        <w:t xml:space="preserve">[1:16:40] </w:t>
      </w:r>
      <w:r>
        <w:t>sahi hain ji, rasool ko manne na maane, yani woh qatl kar denge aap. woh alag cheez hai. dekhen, qatl social crime par hota hai, thought crime par nahin.</w:t>
      </w:r>
    </w:p>
    <w:p>
      <w:pPr>
        <w:jc w:val="right"/>
      </w:pPr>
      <w:r>
        <w:t>صحیح ہیں جی، رسول کو ماننے نہ مانے، یعنی وہ قتل کر دیں گے آپ۔ وہ الگ چیز ہے۔ دیکھیں، قتل سوشل کرائم پر ہوتا ہے، تھاٹ کرائم پر نہیں۔</w:t>
      </w:r>
    </w:p>
    <w:p>
      <w:r>
        <w:rPr>
          <w:b/>
        </w:rPr>
        <w:t xml:space="preserve">[1:16:53] </w:t>
      </w:r>
      <w:r>
        <w:t>yeh bahut important baat hai ke rasool ko maane ya na maane, khuda ko maane ya na maane, quran ko na maane ya na maane, that is thought crime.</w:t>
      </w:r>
    </w:p>
    <w:p>
      <w:pPr>
        <w:jc w:val="right"/>
      </w:pPr>
      <w:r>
        <w:t>یہ بہت امپورٹنٹ بات ہے کہ رسول کو مانے یا نہ مانے، خدا کو مانے یا نہ مانے، قرآن کو نہ مانے یا نہ مانے، دیٹ از تھاٹ کرائم۔</w:t>
      </w:r>
    </w:p>
    <w:p>
      <w:r>
        <w:rPr>
          <w:b/>
        </w:rPr>
        <w:t xml:space="preserve">[1:17:04] </w:t>
      </w:r>
      <w:r>
        <w:t>thought crime, thought crime par koi bhi saza islam mein nahin hai. koi bhi saza.</w:t>
      </w:r>
    </w:p>
    <w:p>
      <w:pPr>
        <w:jc w:val="right"/>
      </w:pPr>
      <w:r>
        <w:t>تھاٹ کرائم، تھاٹ کرائم پر کوئی بھی سزا اسلام میں نہیں ہے۔ کوئی بھی سزا۔</w:t>
      </w:r>
    </w:p>
    <w:p>
      <w:r>
        <w:rPr>
          <w:b/>
        </w:rPr>
        <w:t xml:space="preserve">[1:17:15] </w:t>
      </w:r>
      <w:r>
        <w:t>aap kahen ke quran revealed book nahin hai, that is thought crime. aap kahen rasool allah khatamun nabiyyin nahin the, yeh thought crime.</w:t>
      </w:r>
    </w:p>
    <w:p>
      <w:pPr>
        <w:jc w:val="right"/>
      </w:pPr>
      <w:r>
        <w:t>آپ کہیں کہ قرآن ریویلڈ بک نہیں ہے، دیٹ از تھاٹ کرائم۔ آپ کہیں رسول اللہ خاتم النبیین نہیں تھے، یہ تھاٹ کرائم۔</w:t>
      </w:r>
    </w:p>
    <w:p>
      <w:r>
        <w:rPr>
          <w:b/>
        </w:rPr>
        <w:t xml:space="preserve">[1:17:26] </w:t>
      </w:r>
      <w:r>
        <w:t>aap kahen ke khuda ek nahin, yeh do hai, that is thought crime. to thought crime par koi saza islam mein nahin hai, har giz nahin hai.</w:t>
      </w:r>
    </w:p>
    <w:p>
      <w:pPr>
        <w:jc w:val="right"/>
      </w:pPr>
      <w:r>
        <w:t>آپ کہیں کہ خدا ایک نہیں، یہ دو ہے، دیٹ از تھاٹ کرائم۔ تو تھاٹ کرائم پر کوئی سزا اسلام میں نہیں ہے، ہرگز نہیں ہے۔</w:t>
      </w:r>
    </w:p>
    <w:p>
      <w:r>
        <w:rPr>
          <w:b/>
        </w:rPr>
        <w:t xml:space="preserve">[1:17:40] </w:t>
      </w:r>
      <w:r>
        <w:t>crime yani punishable crime islam mein wahi hain jo social crime jo kaha jata hai. sirf social crime par punishment hai, thought crime par nahin.</w:t>
      </w:r>
    </w:p>
    <w:p>
      <w:pPr>
        <w:jc w:val="right"/>
      </w:pPr>
      <w:r>
        <w:t>کرائم یعنی پنشبل کرائم اسلام میں وہی ہیں جو سوشل کرائم جو کہا جاتا ہے۔ صرف سوشل کرائم پر پنشمنٹ ہے، تھاٹ کرائم پر نہیں۔</w:t>
      </w:r>
    </w:p>
    <w:p>
      <w:r>
        <w:rPr>
          <w:b/>
        </w:rPr>
        <w:t xml:space="preserve">[1:17:57] </w:t>
      </w:r>
      <w:r>
        <w:t>maulana, agla sawal nauman azhar chaudhry sahab ne kiya hai rawalpindi se and unhon ne likha hai ke as muslims should be also study other religions for comparative study?</w:t>
      </w:r>
    </w:p>
    <w:p>
      <w:pPr>
        <w:jc w:val="right"/>
      </w:pPr>
      <w:r>
        <w:t>مولانا، اگلا سوال نعمان اظہر چوہدری صاحب نے کیا ہے راولپنڈی سے اینڈ انہوں نے لکھا ہے کہ ایز مسلمز شوڈ بی السو سٹڈی ادر ریلیجنز فار کمپیریٹیو سٹڈی؟</w:t>
      </w:r>
    </w:p>
    <w:p>
      <w:r>
        <w:rPr>
          <w:b/>
        </w:rPr>
        <w:t xml:space="preserve">[1:18:12] </w:t>
      </w:r>
      <w:r>
        <w:t>what is your advice to all of us in this? haan, har cheez padhna chahiye. religion ka science padhiye, statistic padhiye, religion padhiye.</w:t>
      </w:r>
    </w:p>
    <w:p>
      <w:pPr>
        <w:jc w:val="right"/>
      </w:pPr>
      <w:r>
        <w:t>واٹ از یور ایڈوائس ٹو ال اف اس ان دس؟ ہاں، ہر چیز پڑھنا چاہیے۔ ریلیجن کا سائنس پڑھیے، سٹیٹسٹک پڑھیے، ریلیجن پڑھیے۔</w:t>
      </w:r>
    </w:p>
    <w:p>
      <w:r>
        <w:rPr>
          <w:b/>
        </w:rPr>
        <w:t xml:space="preserve">[1:18:24] </w:t>
      </w:r>
      <w:r>
        <w:t>yeh to aap ke time par depend karta hai. agar aap ke paas bahut time hai to sari kitaben padhiye.</w:t>
      </w:r>
    </w:p>
    <w:p>
      <w:pPr>
        <w:jc w:val="right"/>
      </w:pPr>
      <w:r>
        <w:t>یہ تو آپ کے ٹائم پر ڈیپینڈ کرتا ہے۔ اگر آپ کے پاس بہت ٹائم ہے تو ساری کتابیں پڑھیے۔</w:t>
      </w:r>
    </w:p>
    <w:p>
      <w:r>
        <w:rPr>
          <w:b/>
        </w:rPr>
        <w:t xml:space="preserve">[1:18:32] </w:t>
      </w:r>
      <w:r>
        <w:t>main kisi ko mana nahin karta ke yeh baat padho, yeh padho, woh na padho. yeh main nahin kehta. yeh padho, woh na padho, yeh meri zuban nahin hai.</w:t>
      </w:r>
    </w:p>
    <w:p>
      <w:pPr>
        <w:jc w:val="right"/>
      </w:pPr>
      <w:r>
        <w:t>میں کسی کو منع نہیں کرتا کہ یہ بات پڑھو، یہ پڑھو، وہ نہ پڑھو۔ یہ میں نہیں کہتا۔ یہ پڑھو، وہ نہ پڑھو، یہ میری زبان نہیں ہے۔</w:t>
      </w:r>
    </w:p>
    <w:p>
      <w:r>
        <w:rPr>
          <w:b/>
        </w:rPr>
        <w:t xml:space="preserve">[1:18:47] </w:t>
      </w:r>
      <w:r>
        <w:t>okay, so we will end the se</w:t>
      </w:r>
    </w:p>
    <w:p>
      <w:pPr>
        <w:jc w:val="right"/>
      </w:pPr>
      <w:r>
        <w:t>اوکے، سو وی ویل اینڈ دی سی</w:t>
      </w:r>
    </w:p>
    <w:p>
      <w:r>
        <w:rPr>
          <w:b/>
        </w:rPr>
        <w:t xml:space="preserve">[1:18:49] </w:t>
      </w:r>
      <w:r>
        <w:t>ssion now. thank you.</w:t>
      </w:r>
    </w:p>
    <w:p>
      <w:pPr>
        <w:jc w:val="right"/>
      </w:pPr>
      <w:r>
        <w:t>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